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Muslims In the Modern Age (Israil-Palestain Issue) Jan 18, 2009</w:t>
      </w:r>
    </w:p>
    <w:p>
      <w:r>
        <w:t>https://youtu.be/3hJE65YKtU4</w:t>
      </w:r>
    </w:p>
    <w:p>
      <w:r>
        <w:rPr>
          <w:b/>
        </w:rPr>
        <w:t xml:space="preserve">[00:33] </w:t>
      </w:r>
      <w:r>
        <w:t>y. the theme for this morning is Muslims in the modern age.</w:t>
      </w:r>
    </w:p>
    <w:p>
      <w:pPr>
        <w:jc w:val="right"/>
      </w:pPr>
      <w:r>
        <w:t>ی۔ دا تھیم فار دس مارننگ از مسلمز ان دا ماڈرن ایج۔</w:t>
      </w:r>
    </w:p>
    <w:p>
      <w:r>
        <w:rPr>
          <w:b/>
        </w:rPr>
        <w:t xml:space="preserve">[00:46] </w:t>
      </w:r>
      <w:r>
        <w:t>Yesterday i happened to meet two English journalists.</w:t>
      </w:r>
    </w:p>
    <w:p>
      <w:pPr>
        <w:jc w:val="right"/>
      </w:pPr>
      <w:r>
        <w:t>یسٹرڈے ائی ہیپن ٹو میٹ ٹو انگلش جرنلسٹس۔</w:t>
      </w:r>
    </w:p>
    <w:p>
      <w:r>
        <w:rPr>
          <w:b/>
        </w:rPr>
        <w:t xml:space="preserve">[00:56] </w:t>
      </w:r>
      <w:r>
        <w:t>One was a senior journalist from India, and the second was a lady journalist from some foreign country.</w:t>
      </w:r>
    </w:p>
    <w:p>
      <w:pPr>
        <w:jc w:val="right"/>
      </w:pPr>
      <w:r>
        <w:t>ون واز ا سینئر جرنلسٹ فرام انڈیا، اینڈ دا سیکنڈ واز ا لیڈی جرنلسٹ فرام سم فارن کنٹری۔</w:t>
      </w:r>
    </w:p>
    <w:p>
      <w:r>
        <w:rPr>
          <w:b/>
        </w:rPr>
        <w:t xml:space="preserve">[01:08] </w:t>
      </w:r>
      <w:r>
        <w:t>Both wanted to know my opinion about the Palestinian problem or Arab Israel problem.</w:t>
      </w:r>
    </w:p>
    <w:p>
      <w:pPr>
        <w:jc w:val="right"/>
      </w:pPr>
      <w:r>
        <w:t>بوتھ وانٹڈ ٹو نو مائی اوپینین اباؤٹ دی پیلسٹینین پرابلم اور عرب اسرائیل پرابلم۔</w:t>
      </w:r>
    </w:p>
    <w:p>
      <w:r>
        <w:rPr>
          <w:b/>
        </w:rPr>
        <w:t xml:space="preserve">[01:22] </w:t>
      </w:r>
      <w:r>
        <w:t>I said that</w:t>
      </w:r>
    </w:p>
    <w:p>
      <w:pPr>
        <w:jc w:val="right"/>
      </w:pPr>
      <w:r>
        <w:t>ائی سیڈ دیٹ</w:t>
      </w:r>
    </w:p>
    <w:p>
      <w:r>
        <w:rPr>
          <w:b/>
        </w:rPr>
        <w:t xml:space="preserve">[01:28] </w:t>
      </w:r>
      <w:r>
        <w:t>Arab Israel issue is only only and offshoot of a greater issue.</w:t>
      </w:r>
    </w:p>
    <w:p>
      <w:pPr>
        <w:jc w:val="right"/>
      </w:pPr>
      <w:r>
        <w:t>عرب اسرائیل ایشو از اونلی اونلی اینڈ اف شوٹ اف ا گریٹر ایشو۔</w:t>
      </w:r>
    </w:p>
    <w:p>
      <w:r>
        <w:rPr>
          <w:b/>
        </w:rPr>
        <w:t xml:space="preserve">[01:42] </w:t>
      </w:r>
      <w:r>
        <w:t>Palestinian problem is only and offshoot of greater problem.</w:t>
      </w:r>
    </w:p>
    <w:p>
      <w:pPr>
        <w:jc w:val="right"/>
      </w:pPr>
      <w:r>
        <w:t>پیلسٹینین پرابلم از اونلی اینڈ اف شوٹ اف گریٹر پرابلم۔</w:t>
      </w:r>
    </w:p>
    <w:p>
      <w:r>
        <w:rPr>
          <w:b/>
        </w:rPr>
        <w:t xml:space="preserve">[01:49] </w:t>
      </w:r>
      <w:r>
        <w:t>They wanted to know what is that greater problem with Muslims. I said that</w:t>
      </w:r>
    </w:p>
    <w:p>
      <w:pPr>
        <w:jc w:val="right"/>
      </w:pPr>
      <w:r>
        <w:t>دے وانٹڈ ٹو نو واٹ از دیٹ گریٹر پرابلم ود مسلمز۔ ائی سیڈ دیٹ</w:t>
      </w:r>
    </w:p>
    <w:p>
      <w:r>
        <w:rPr>
          <w:b/>
        </w:rPr>
        <w:t xml:space="preserve">[02:00] </w:t>
      </w:r>
      <w:r>
        <w:t>I have studied most of those materials published by Muslim scholars during 20th century in Urdu, in English, in Arabic.</w:t>
      </w:r>
    </w:p>
    <w:p>
      <w:pPr>
        <w:jc w:val="right"/>
      </w:pPr>
      <w:r>
        <w:t>ائی ہیو اسٹڈیڈ موسٹ اف دوز مٹیریلز پبلش بائے مسلم سکالرز ڈیورنگ ٹونٹی سنچری ان اردو، ان انگلش، ان عربک۔</w:t>
      </w:r>
    </w:p>
    <w:p>
      <w:r>
        <w:rPr>
          <w:b/>
        </w:rPr>
        <w:t xml:space="preserve">[02:16] </w:t>
      </w:r>
      <w:r>
        <w:t>And i can say with conviction that most important problem with Muslims is that they lack</w:t>
      </w:r>
    </w:p>
    <w:p>
      <w:pPr>
        <w:jc w:val="right"/>
      </w:pPr>
      <w:r>
        <w:t>اینڈ ائی کین سے ود کنوکشن دیٹ موسٹ امپورٹنٹ پرابلم ود مسلم از دیٹ دے لیک</w:t>
      </w:r>
    </w:p>
    <w:p>
      <w:r>
        <w:rPr>
          <w:b/>
        </w:rPr>
        <w:t xml:space="preserve">[02:36] </w:t>
      </w:r>
      <w:r>
        <w:t>the leak the leak the intellectual awakening. They don't know what is the present age.</w:t>
      </w:r>
    </w:p>
    <w:p>
      <w:pPr>
        <w:jc w:val="right"/>
      </w:pPr>
      <w:r>
        <w:t>دا لیک دے لیک دا انٹلیکچول اویکننگ۔ دے ڈونٹ نو واٹ از دا پریزنٹ ایج۔</w:t>
      </w:r>
    </w:p>
    <w:p>
      <w:r>
        <w:rPr>
          <w:b/>
        </w:rPr>
        <w:t xml:space="preserve">[02:49] </w:t>
      </w:r>
      <w:r>
        <w:t>i am saying this about all those muslims, not only indian muslims from arab to non arab, from india to america.</w:t>
      </w:r>
    </w:p>
    <w:p>
      <w:pPr>
        <w:jc w:val="right"/>
      </w:pPr>
      <w:r>
        <w:t>ائی ایم سینگ دس اباؤٹ ال دوز مسلمز، ناٹ اونلی انڈین مسلمز فرام عرب ٹو نان عرب، فرام انڈیا ٹو امریکہ۔</w:t>
      </w:r>
    </w:p>
    <w:p>
      <w:r>
        <w:rPr>
          <w:b/>
        </w:rPr>
        <w:t xml:space="preserve">[03:03] </w:t>
      </w:r>
      <w:r>
        <w:t>all these muslims are unaware what is the present age.</w:t>
      </w:r>
    </w:p>
    <w:p>
      <w:pPr>
        <w:jc w:val="right"/>
      </w:pPr>
      <w:r>
        <w:t>ال دیز مسلمز ار ان اویئر واٹ از دا پریزنٹ ایج۔</w:t>
      </w:r>
    </w:p>
    <w:p>
      <w:r>
        <w:rPr>
          <w:b/>
        </w:rPr>
        <w:t xml:space="preserve">[03:13] </w:t>
      </w:r>
      <w:r>
        <w:t>yesterday i received telephone from america,</w:t>
      </w:r>
    </w:p>
    <w:p>
      <w:pPr>
        <w:jc w:val="right"/>
      </w:pPr>
      <w:r>
        <w:t>یسٹرڈے ائی ریسیوڈ ٹیلی فون فرام امریکہ،</w:t>
      </w:r>
    </w:p>
    <w:p>
      <w:r>
        <w:rPr>
          <w:b/>
        </w:rPr>
        <w:t xml:space="preserve">[03:18] </w:t>
      </w:r>
      <w:r>
        <w:t>one muslim was speaking. he said that throughout america, in every city, and every in every mosque of america, muslims are doing bad dua,</w:t>
      </w:r>
    </w:p>
    <w:p>
      <w:pPr>
        <w:jc w:val="right"/>
      </w:pPr>
      <w:r>
        <w:t>ون مسلم واز سپیکنگ۔ ہی سیڈ دیٹ تھروٹ امریکہ، ان ایوری سٹی، اینڈ ایوری ان ایوری مسک اف امریکہ، مسلمز ار ڈوئنگ بد دعا،</w:t>
      </w:r>
    </w:p>
    <w:p>
      <w:r>
        <w:rPr>
          <w:b/>
        </w:rPr>
        <w:t xml:space="preserve">[03:33] </w:t>
      </w:r>
      <w:r>
        <w:t>bad dua against their enemies.</w:t>
      </w:r>
    </w:p>
    <w:p>
      <w:pPr>
        <w:jc w:val="right"/>
      </w:pPr>
      <w:r>
        <w:t>بد دعا اگینسٹ دیر اینمیز۔</w:t>
      </w:r>
    </w:p>
    <w:p>
      <w:r>
        <w:rPr>
          <w:b/>
        </w:rPr>
        <w:t xml:space="preserve">[03:38] </w:t>
      </w:r>
      <w:r>
        <w:t>perhaps you know what what are those enemies?</w:t>
      </w:r>
    </w:p>
    <w:p>
      <w:pPr>
        <w:jc w:val="right"/>
      </w:pPr>
      <w:r>
        <w:t>پرہیپس یو نو واٹ واٹ ار دوز اینمیز؟</w:t>
      </w:r>
    </w:p>
    <w:p>
      <w:r>
        <w:rPr>
          <w:b/>
        </w:rPr>
        <w:t xml:space="preserve">[03:45] </w:t>
      </w:r>
      <w:r>
        <w:t>so all the muslims living in america, although they live in america, but that no, they don't know. so this gentleman, he is american citizen,</w:t>
      </w:r>
    </w:p>
    <w:p>
      <w:pPr>
        <w:jc w:val="right"/>
      </w:pPr>
      <w:r>
        <w:t>سو ال دا مسلمز لیونگ ان امریکہ، الدو دے لیو ان امریکہ، بٹ دیٹ نو، دے ڈونٹ نو۔ سو دس جنٹلمین، ہی از امریکن سٹیزن،</w:t>
      </w:r>
    </w:p>
    <w:p>
      <w:r>
        <w:rPr>
          <w:b/>
        </w:rPr>
        <w:t xml:space="preserve">[04:00] </w:t>
      </w:r>
      <w:r>
        <w:t>he said that throughout america, all the muslims are doing bad dua against their enemies.</w:t>
      </w:r>
    </w:p>
    <w:p>
      <w:pPr>
        <w:jc w:val="right"/>
      </w:pPr>
      <w:r>
        <w:t>ہی سیڈ دیٹ تھروٹ امریکہ، ال دا مسلمز ار ڈوئنگ بد دعا اگینسٹ دیر اینمیز۔</w:t>
      </w:r>
    </w:p>
    <w:p>
      <w:r>
        <w:rPr>
          <w:b/>
        </w:rPr>
        <w:t xml:space="preserve">[04:13] </w:t>
      </w:r>
      <w:r>
        <w:t>this against this, against the spirit of the age. this people are living as a blind persons, they don't know what is the spirit of the age.</w:t>
      </w:r>
    </w:p>
    <w:p>
      <w:pPr>
        <w:jc w:val="right"/>
      </w:pPr>
      <w:r>
        <w:t>دس اگینسٹ دس، اگینسٹ دا سپرٹ اف دی ایج۔ دس پیپل ار لیونگ ایز اے بلائنڈ پرسنز، دے ڈونٹ نو واٹ از دا سپرٹ اف دی ایج۔</w:t>
      </w:r>
    </w:p>
    <w:p>
      <w:r>
        <w:rPr>
          <w:b/>
        </w:rPr>
        <w:t xml:space="preserve">[04:30] </w:t>
      </w:r>
      <w:r>
        <w:t>i refer only one example.</w:t>
      </w:r>
    </w:p>
    <w:p>
      <w:pPr>
        <w:jc w:val="right"/>
      </w:pPr>
      <w:r>
        <w:t>ائی ریفر اونلی ون ایگزیمپل۔</w:t>
      </w:r>
    </w:p>
    <w:p>
      <w:r>
        <w:rPr>
          <w:b/>
        </w:rPr>
        <w:t xml:space="preserve">[04:35] </w:t>
      </w:r>
      <w:r>
        <w:t>one great scholar of muslim, one great islamic scholar, has published a book perhaps in 1940, before independence.</w:t>
      </w:r>
    </w:p>
    <w:p>
      <w:pPr>
        <w:jc w:val="right"/>
      </w:pPr>
      <w:r>
        <w:t>ون گریٹ سکالر اف مسلم، ون گریٹ اسلامک سکالر، ہیز پبلشڈ ا بک پرہیپس ان 1940، بیفور انڈیپینڈنس۔</w:t>
      </w:r>
    </w:p>
    <w:p>
      <w:r>
        <w:rPr>
          <w:b/>
        </w:rPr>
        <w:t xml:space="preserve">[04:53] </w:t>
      </w:r>
      <w:r>
        <w:t>this book was originally written in arabic. arabic book, a great scholar in arabic</w:t>
      </w:r>
    </w:p>
    <w:p>
      <w:pPr>
        <w:jc w:val="right"/>
      </w:pPr>
      <w:r>
        <w:t>دس بک واز اوریجنلی رٹن ان عربک۔ عربک بک، اے گریٹ سکالر ان عربک</w:t>
      </w:r>
    </w:p>
    <w:p>
      <w:r>
        <w:rPr>
          <w:b/>
        </w:rPr>
        <w:t xml:space="preserve">[05:01] </w:t>
      </w:r>
      <w:r>
        <w:t>. so the title of this book was "maza khasar al alam bayn al muslimin". it means that</w:t>
      </w:r>
    </w:p>
    <w:p>
      <w:pPr>
        <w:jc w:val="right"/>
      </w:pPr>
      <w:r>
        <w:t>۔ سو دا ٹائٹل اف دس بک واز "ماذا خسر العالم بین المسلمین"۔ اٹ مینز دیٹ</w:t>
      </w:r>
    </w:p>
    <w:p>
      <w:r>
        <w:rPr>
          <w:b/>
        </w:rPr>
        <w:t xml:space="preserve">[05:12] </w:t>
      </w:r>
      <w:r>
        <w:t>what the world lost, l o s t, what the world lost due to muslims decline.</w:t>
      </w:r>
    </w:p>
    <w:p>
      <w:pPr>
        <w:jc w:val="right"/>
      </w:pPr>
      <w:r>
        <w:t>واٹ دا ورلڈ لاسٹ، ایل او ایس ٹی، واٹ دا ورلڈ لاسٹ ڈیو ٹو مسلمز ڈیکلائن۔</w:t>
      </w:r>
    </w:p>
    <w:p>
      <w:r>
        <w:rPr>
          <w:b/>
        </w:rPr>
        <w:t xml:space="preserve">[05:24] </w:t>
      </w:r>
      <w:r>
        <w:t>this kind of title is absurd</w:t>
      </w:r>
    </w:p>
    <w:p>
      <w:pPr>
        <w:jc w:val="right"/>
      </w:pPr>
      <w:r>
        <w:t>دس کائنڈ اف ٹائٹل از ابسورڈ</w:t>
      </w:r>
    </w:p>
    <w:p>
      <w:r>
        <w:rPr>
          <w:b/>
        </w:rPr>
        <w:t xml:space="preserve">[05:28] </w:t>
      </w:r>
      <w:r>
        <w:t>. the correct title maybe "maza khasar al muslimun bayn al fikriyah". what muslims lost due to their intellectual backwardness</w:t>
      </w:r>
    </w:p>
    <w:p>
      <w:pPr>
        <w:jc w:val="right"/>
      </w:pPr>
      <w:r>
        <w:t>۔ دا کریکٹ ٹائٹل می بی "ماذا خسر المسلمون بین الفکریہ"۔ واٹ مسلمز لاسٹ ڈیو ٹو دیر انٹلیکچول بیکورڈنس</w:t>
      </w:r>
    </w:p>
    <w:p>
      <w:r>
        <w:rPr>
          <w:b/>
        </w:rPr>
        <w:t xml:space="preserve">[05:49] </w:t>
      </w:r>
      <w:r>
        <w:t>? this is the intellectual bankruptcy you are witnessing among muslim scholars, or muslim leaders, or muslim reformers.</w:t>
      </w:r>
    </w:p>
    <w:p>
      <w:pPr>
        <w:jc w:val="right"/>
      </w:pPr>
      <w:r>
        <w:t>؟ دس از دا انٹلیکچول بینکرپسی یو ار وٹنسنگ امنگ مسلم سکالرز، اور مسلم لیڈرز، اور مسلم ریفارمرز۔</w:t>
      </w:r>
    </w:p>
    <w:p>
      <w:r>
        <w:rPr>
          <w:b/>
        </w:rPr>
        <w:t xml:space="preserve">[06:01] </w:t>
      </w:r>
      <w:r>
        <w:t>so this is the most serious problem</w:t>
      </w:r>
    </w:p>
    <w:p>
      <w:pPr>
        <w:jc w:val="right"/>
      </w:pPr>
      <w:r>
        <w:t>سو دس از دا موسٹ سیریس پرابلم</w:t>
      </w:r>
    </w:p>
    <w:p>
      <w:r>
        <w:rPr>
          <w:b/>
        </w:rPr>
        <w:t xml:space="preserve">[06:08] </w:t>
      </w:r>
      <w:r>
        <w:t>facing to muslim community of the world, of the present world</w:t>
      </w:r>
    </w:p>
    <w:p>
      <w:pPr>
        <w:jc w:val="right"/>
      </w:pPr>
      <w:r>
        <w:t>فیسنگ ٹو مسلم کمیونٹی اف دا ورلڈ، اف دا پریزنٹ ورلڈ</w:t>
      </w:r>
    </w:p>
    <w:p>
      <w:r>
        <w:rPr>
          <w:b/>
        </w:rPr>
        <w:t xml:space="preserve">[06:14] </w:t>
      </w:r>
      <w:r>
        <w:t>. now,</w:t>
      </w:r>
    </w:p>
    <w:p>
      <w:pPr>
        <w:jc w:val="right"/>
      </w:pPr>
      <w:r>
        <w:t>۔ ناو،</w:t>
      </w:r>
    </w:p>
    <w:p>
      <w:r>
        <w:rPr>
          <w:b/>
        </w:rPr>
        <w:t xml:space="preserve">[06:17] </w:t>
      </w:r>
      <w:r>
        <w:t>what is the basic? i would like to give an example to understand what is the basic problem.</w:t>
      </w:r>
    </w:p>
    <w:p>
      <w:pPr>
        <w:jc w:val="right"/>
      </w:pPr>
      <w:r>
        <w:t>واٹ از دا بیسک؟ ائی وڈ لائک ٹو گیو ان ایگزیمپل ٹو انڈرسٹینڈ واٹ از دا بیسک پرابلم۔</w:t>
      </w:r>
    </w:p>
    <w:p>
      <w:r>
        <w:rPr>
          <w:b/>
        </w:rPr>
        <w:t xml:space="preserve">[06:33] </w:t>
      </w:r>
      <w:r>
        <w:t>you know, the world history has witness two phases: pre french revolution and post french revolution.</w:t>
      </w:r>
    </w:p>
    <w:p>
      <w:pPr>
        <w:jc w:val="right"/>
      </w:pPr>
      <w:r>
        <w:t>یو نو، دا ورلڈ ہسٹری ہیز وٹنس ٹو فیزز: پری فرنچ ریولوشن اینڈ پوسٹ فرنچ ریولوشن۔</w:t>
      </w:r>
    </w:p>
    <w:p>
      <w:r>
        <w:rPr>
          <w:b/>
        </w:rPr>
        <w:t xml:space="preserve">[06:46] </w:t>
      </w:r>
      <w:r>
        <w:t>world history can be divided into two parts: pre french revolution and post french revolution.</w:t>
      </w:r>
    </w:p>
    <w:p>
      <w:pPr>
        <w:jc w:val="right"/>
      </w:pPr>
      <w:r>
        <w:t>ورلڈ ہسٹری کین بی ڈیوائیڈڈ انٹو ٹو پارٹس: پری فرنچ ریولوشن اینڈ پوسٹ فرنچ ریولوشن۔</w:t>
      </w:r>
    </w:p>
    <w:p>
      <w:r>
        <w:rPr>
          <w:b/>
        </w:rPr>
        <w:t xml:space="preserve">[06:58] </w:t>
      </w:r>
      <w:r>
        <w:t>during the pre french revolution, the equation was like this: despotic king and political subjects</w:t>
      </w:r>
    </w:p>
    <w:p>
      <w:pPr>
        <w:jc w:val="right"/>
      </w:pPr>
      <w:r>
        <w:t>ڈیورنگ دا پری فرنچ ریولوشن، دا ایکویشن واز لائک دس: ڈیسپوٹک کنگ اینڈ پولیٹیکل سبجیکٹس</w:t>
      </w:r>
    </w:p>
    <w:p>
      <w:r>
        <w:rPr>
          <w:b/>
        </w:rPr>
        <w:t xml:space="preserve">[07:11] </w:t>
      </w:r>
      <w:r>
        <w:t>. That was the equation that was prevailing since thousands and thousands of centuries.</w:t>
      </w:r>
    </w:p>
    <w:p>
      <w:pPr>
        <w:jc w:val="right"/>
      </w:pPr>
      <w:r>
        <w:t>۔ دس واز دا ایکویشن دیٹ واز پریویلنگ سنس تھاؤزنڈ اینڈ تھاؤزنڈ سنچریز۔</w:t>
      </w:r>
    </w:p>
    <w:p>
      <w:r>
        <w:rPr>
          <w:b/>
        </w:rPr>
        <w:t xml:space="preserve">[07:24] </w:t>
      </w:r>
      <w:r>
        <w:t>despotic king. at one side, there waaz despotic king, and the other side, there were political subjects</w:t>
      </w:r>
    </w:p>
    <w:p>
      <w:pPr>
        <w:jc w:val="right"/>
      </w:pPr>
      <w:r>
        <w:t>ڈیسپوٹک کنگ۔ ایٹ ون سائیڈ، دیر واز ڈیسپوٹک کنگ، اینڈ دی ادر سائیڈ، دیر ویر پولیٹیکل سبجیکٹس</w:t>
      </w:r>
    </w:p>
    <w:p>
      <w:r>
        <w:rPr>
          <w:b/>
        </w:rPr>
        <w:t xml:space="preserve">[07:34] </w:t>
      </w:r>
      <w:r>
        <w:t>. das waaz da</w:t>
      </w:r>
    </w:p>
    <w:p>
      <w:pPr>
        <w:jc w:val="right"/>
      </w:pPr>
      <w:r>
        <w:t>۔ دس واز دا</w:t>
      </w:r>
    </w:p>
    <w:p>
      <w:r>
        <w:rPr>
          <w:b/>
        </w:rPr>
        <w:t xml:space="preserve">[07:39] </w:t>
      </w:r>
      <w:r>
        <w:t>equation during pre French Revolution. But in the post French Revolution, there was a sea change.</w:t>
      </w:r>
    </w:p>
    <w:p>
      <w:pPr>
        <w:jc w:val="right"/>
      </w:pPr>
      <w:r>
        <w:t>ایکویشن ڈیورنگ پری فرنچ ریولوشن۔ بٹ ان دا پوسٹ فرنچ ریولوشن، دیر واز سی چینج۔</w:t>
      </w:r>
    </w:p>
    <w:p>
      <w:r>
        <w:rPr>
          <w:b/>
        </w:rPr>
        <w:t xml:space="preserve">[07:54] </w:t>
      </w:r>
      <w:r>
        <w:t>there was sea change. everything was completely change. and what was that change?</w:t>
      </w:r>
    </w:p>
    <w:p>
      <w:pPr>
        <w:jc w:val="right"/>
      </w:pPr>
      <w:r>
        <w:t>دیر واز سی چینج۔ ایوری تھنگ واز کمپلیٹلی چینج۔ اینڈ واٹ واز دیٹ چینج؟</w:t>
      </w:r>
    </w:p>
    <w:p>
      <w:r>
        <w:rPr>
          <w:b/>
        </w:rPr>
        <w:t xml:space="preserve">[08:04] </w:t>
      </w:r>
      <w:r>
        <w:t>the new equation. the new equation waaz democratic administrator and equal citizen.</w:t>
      </w:r>
    </w:p>
    <w:p>
      <w:pPr>
        <w:jc w:val="right"/>
      </w:pPr>
      <w:r>
        <w:t>دا نیو ایکویشن۔ دا نیو ایکویشن واز ڈیموکریٹک ایڈمنسٹریٹر اینڈ ایکول سٹیزن۔</w:t>
      </w:r>
    </w:p>
    <w:p>
      <w:r>
        <w:rPr>
          <w:b/>
        </w:rPr>
        <w:t xml:space="preserve">[08:22] </w:t>
      </w:r>
      <w:r>
        <w:t>this waaz the new equation after the french revolution. democratic administrator and equal citizen.</w:t>
      </w:r>
    </w:p>
    <w:p>
      <w:pPr>
        <w:jc w:val="right"/>
      </w:pPr>
      <w:r>
        <w:t>دس واز دا نیو ایکویشن افٹر دا فرنچ ریولوشن۔ ڈیموکریٹک ایڈمنسٹریٹر اینڈ ایکول سٹیزن۔</w:t>
      </w:r>
    </w:p>
    <w:p>
      <w:r>
        <w:rPr>
          <w:b/>
        </w:rPr>
        <w:t xml:space="preserve">[08:34] </w:t>
      </w:r>
      <w:r>
        <w:t>for example, i am living in india. i am living in india, but i feel that i completely free, no restriction, restriction at all.</w:t>
      </w:r>
    </w:p>
    <w:p>
      <w:pPr>
        <w:jc w:val="right"/>
      </w:pPr>
      <w:r>
        <w:t>فار ایگزامپل، ائی ایم لیونگ ان انڈیا۔ ائی ایم لیونگ ان انڈیا، بٹ ائی فیل دیٹ ائی کمپلیٹلی فری، نو ریسٹرکشن، ریسٹرکشن ایٹ ال۔</w:t>
      </w:r>
    </w:p>
    <w:p>
      <w:r>
        <w:rPr>
          <w:b/>
        </w:rPr>
        <w:t xml:space="preserve">[08:48] </w:t>
      </w:r>
      <w:r>
        <w:t>i think that i am, i am free just as those muslims are free, are living in saudi arabia or pakistan.</w:t>
      </w:r>
    </w:p>
    <w:p>
      <w:pPr>
        <w:jc w:val="right"/>
      </w:pPr>
      <w:r>
        <w:t>ائی تھنک دیٹ ائی ایم، ائی ایم فری جسٹ ایز دوز مسلمز ار فری، ار لیونگ ان سعودی عربیہ اور پاکستان۔</w:t>
      </w:r>
    </w:p>
    <w:p>
      <w:r>
        <w:rPr>
          <w:b/>
        </w:rPr>
        <w:t xml:space="preserve">[09:03] </w:t>
      </w:r>
      <w:r>
        <w:t>i enjoy complete freedom, equal rights. there is no difference between me and a prime minister.</w:t>
      </w:r>
    </w:p>
    <w:p>
      <w:pPr>
        <w:jc w:val="right"/>
      </w:pPr>
      <w:r>
        <w:t>ائی انجوائے کمپلیٹ فریڈم، ایکول رائٹس۔ دیر از نو ڈیفرنس بٹوین می اینڈ اے پرائم منسٹر۔</w:t>
      </w:r>
    </w:p>
    <w:p>
      <w:r>
        <w:rPr>
          <w:b/>
        </w:rPr>
        <w:t xml:space="preserve">[09:12] </w:t>
      </w:r>
      <w:r>
        <w:t>he is only administrator. our prime minister is not king. our prime minister is not a king, not a despotic king.</w:t>
      </w:r>
    </w:p>
    <w:p>
      <w:pPr>
        <w:jc w:val="right"/>
      </w:pPr>
      <w:r>
        <w:t>ہی از اونلی ایڈمنسٹریٹر۔ اور پرائم منسٹر از ناٹ کنگ۔ اور پرائم منسٹر از ناٹ ا کنگ، ناٹ ا ڈیسپوٹک کنگ۔</w:t>
      </w:r>
    </w:p>
    <w:p>
      <w:r>
        <w:rPr>
          <w:b/>
        </w:rPr>
        <w:t xml:space="preserve">[09:23] </w:t>
      </w:r>
      <w:r>
        <w:t>he is simply and administrator for a temporary period. for a temporary period.</w:t>
      </w:r>
    </w:p>
    <w:p>
      <w:pPr>
        <w:jc w:val="right"/>
      </w:pPr>
      <w:r>
        <w:t>ہی از سمپلی اینڈ ایڈمنسٹریٹر فار ا ٹیمپریری پیریڈ۔ فار ا ٹیمپریری پیریڈ۔</w:t>
      </w:r>
    </w:p>
    <w:p>
      <w:r>
        <w:rPr>
          <w:b/>
        </w:rPr>
        <w:t xml:space="preserve">[09:33] </w:t>
      </w:r>
      <w:r>
        <w:t>this is new equation, but all the muslims are in aware of this new equation.</w:t>
      </w:r>
    </w:p>
    <w:p>
      <w:pPr>
        <w:jc w:val="right"/>
      </w:pPr>
      <w:r>
        <w:t>دس از نیو ایکویشن، بٹ ال دا مسلمز ار ان اویئر اف دس نیو ایکویشن۔</w:t>
      </w:r>
    </w:p>
    <w:p>
      <w:r>
        <w:rPr>
          <w:b/>
        </w:rPr>
        <w:t xml:space="preserve">[09:45] </w:t>
      </w:r>
      <w:r>
        <w:t>due to this intellectual backwardness, rather i would like to see intellectual blindness.</w:t>
      </w:r>
    </w:p>
    <w:p>
      <w:pPr>
        <w:jc w:val="right"/>
      </w:pPr>
      <w:r>
        <w:t>ڈیو ٹو دس انٹلیکچول بیکورڈنس، رادر ائی وڈ لائک ٹو سی انٹلیکچول بلائنڈنس۔</w:t>
      </w:r>
    </w:p>
    <w:p>
      <w:r>
        <w:rPr>
          <w:b/>
        </w:rPr>
        <w:t xml:space="preserve">[09:55] </w:t>
      </w:r>
      <w:r>
        <w:t>they are living in complaint, living in protest, living in bad dua. it is nonsense, nonsense, nonsense.</w:t>
      </w:r>
    </w:p>
    <w:p>
      <w:pPr>
        <w:jc w:val="right"/>
      </w:pPr>
      <w:r>
        <w:t>دے ار لیونگ ان کمپلینٹ، لیونگ ان پروٹیسٹ، لیونگ ان بد دعا۔ اٹ از نان سینس، نان سینس، نان سینس۔</w:t>
      </w:r>
    </w:p>
    <w:p>
      <w:r>
        <w:rPr>
          <w:b/>
        </w:rPr>
        <w:t xml:space="preserve">[10:04] </w:t>
      </w:r>
      <w:r>
        <w:t>you have to enjoy new opportunities. you have to enjoy new equation.</w:t>
      </w:r>
    </w:p>
    <w:p>
      <w:pPr>
        <w:jc w:val="right"/>
      </w:pPr>
      <w:r>
        <w:t>یو ہیو ٹو انجوائے نیو اپرچونیٹیز۔ یو ہیو ٹو انجوائے نیو ایکویشن۔</w:t>
      </w:r>
    </w:p>
    <w:p>
      <w:r>
        <w:rPr>
          <w:b/>
        </w:rPr>
        <w:t xml:space="preserve">[10:16] </w:t>
      </w:r>
      <w:r>
        <w:t>so muslims, due to their in awareness, are living in blindness. they know nothing. now, they wanted, those journalists wanted especially about palestine.</w:t>
      </w:r>
    </w:p>
    <w:p>
      <w:pPr>
        <w:jc w:val="right"/>
      </w:pPr>
      <w:r>
        <w:t>سو مسلمز، ڈیو ٹو دیر ان اویئرنس، ار لیونگ ان بلائنڈنس۔ دے نو نتھنگ۔ ناو، دے وانٹڈ، دوز جرنلسٹ وانٹڈ اسپیشلی اباؤٹ پیلسٹائن۔</w:t>
      </w:r>
    </w:p>
    <w:p>
      <w:r>
        <w:rPr>
          <w:b/>
        </w:rPr>
        <w:t xml:space="preserve">[10:33] </w:t>
      </w:r>
      <w:r>
        <w:t>I said that Palestine or Israel was not an exception. Part of present, part of our present world, it was not an exception.</w:t>
      </w:r>
    </w:p>
    <w:p>
      <w:pPr>
        <w:jc w:val="right"/>
      </w:pPr>
      <w:r>
        <w:t>ائی سیڈ دیٹ پیلسٹائن اور اسرائیل واز ناٹ این ایکسیپشن۔ پارٹ اف پریزنٹ، پارٹ دا اور پریزنٹ ورلڈ، اٹ واز ناٹ این ایکسیپشن۔</w:t>
      </w:r>
    </w:p>
    <w:p>
      <w:r>
        <w:rPr>
          <w:b/>
        </w:rPr>
        <w:t xml:space="preserve">[10:51] </w:t>
      </w:r>
      <w:r>
        <w:t>arabs were in a position to enjoy</w:t>
      </w:r>
    </w:p>
    <w:p>
      <w:pPr>
        <w:jc w:val="right"/>
      </w:pPr>
      <w:r>
        <w:t>عربس ویر ان ا پوزیشن ٹو انجوائے</w:t>
      </w:r>
    </w:p>
    <w:p>
      <w:r>
        <w:rPr>
          <w:b/>
        </w:rPr>
        <w:t xml:space="preserve">[10:58] </w:t>
      </w:r>
      <w:r>
        <w:t>that all those rights which we are enjoy in india, or other muslims are enjoy in other countries.</w:t>
      </w:r>
    </w:p>
    <w:p>
      <w:pPr>
        <w:jc w:val="right"/>
      </w:pPr>
      <w:r>
        <w:t>دیٹ ال دوز رائٹس وچ وی ار انجوائے ان انڈیا، اور ادر مسلمز ار انجوائے ان ادر کنٹریز۔</w:t>
      </w:r>
    </w:p>
    <w:p>
      <w:r>
        <w:rPr>
          <w:b/>
        </w:rPr>
        <w:t xml:space="preserve">[11:12] </w:t>
      </w:r>
      <w:r>
        <w:t>but they were in aware.</w:t>
      </w:r>
    </w:p>
    <w:p>
      <w:pPr>
        <w:jc w:val="right"/>
      </w:pPr>
      <w:r>
        <w:t>بٹ دے وار ان اویئر۔</w:t>
      </w:r>
    </w:p>
    <w:p>
      <w:r>
        <w:rPr>
          <w:b/>
        </w:rPr>
        <w:t xml:space="preserve">[11:17] </w:t>
      </w:r>
      <w:r>
        <w:t>i said to those journalists that people generally</w:t>
      </w:r>
    </w:p>
    <w:p>
      <w:pPr>
        <w:jc w:val="right"/>
      </w:pPr>
      <w:r>
        <w:t>ائی سیڈ ٹو دوز جرنلسٹ دیٹ پیپل جنرلی</w:t>
      </w:r>
    </w:p>
    <w:p>
      <w:r>
        <w:rPr>
          <w:b/>
        </w:rPr>
        <w:t xml:space="preserve">[11:26] </w:t>
      </w:r>
      <w:r>
        <w:t>take the arab israel problem as a conflict between two enemies.</w:t>
      </w:r>
    </w:p>
    <w:p>
      <w:pPr>
        <w:jc w:val="right"/>
      </w:pPr>
      <w:r>
        <w:t>ٹیک دا عرب اسرائیل پرابلم ایز ا کنفلکٹ بٹوین ٹو اینمیز۔</w:t>
      </w:r>
    </w:p>
    <w:p>
      <w:r>
        <w:rPr>
          <w:b/>
        </w:rPr>
        <w:t xml:space="preserve">[11:37] </w:t>
      </w:r>
      <w:r>
        <w:t>according to media report, you know, media, what is media? it is also a problem.</w:t>
      </w:r>
    </w:p>
    <w:p>
      <w:pPr>
        <w:jc w:val="right"/>
      </w:pPr>
      <w:r>
        <w:t>اکارڈنگ ٹو میڈیا رپورٹ، یو نو، میڈیا، واٹ از میڈیا؟ اٹ از السو ا پرابلم۔</w:t>
      </w:r>
    </w:p>
    <w:p>
      <w:r>
        <w:rPr>
          <w:b/>
        </w:rPr>
        <w:t xml:space="preserve">[11:46] </w:t>
      </w:r>
      <w:r>
        <w:t>i said media reports instant history. its also very important point.</w:t>
      </w:r>
    </w:p>
    <w:p>
      <w:pPr>
        <w:jc w:val="right"/>
      </w:pPr>
      <w:r>
        <w:t>ائی سیڈ میڈیا رپورٹس انسٹنٹ ہسٹری۔ اٹس السو ویری امپورٹنٹ پوائنٹ۔</w:t>
      </w:r>
    </w:p>
    <w:p>
      <w:r>
        <w:rPr>
          <w:b/>
        </w:rPr>
        <w:t xml:space="preserve">[11:56] </w:t>
      </w:r>
      <w:r>
        <w:t>What is media? Media reports only as instant history without referring the past, without referring all those other aspects of the event.</w:t>
      </w:r>
    </w:p>
    <w:p>
      <w:pPr>
        <w:jc w:val="right"/>
      </w:pPr>
      <w:r>
        <w:t>واٹ از میڈیا؟ میڈیا رپورٹس اونلی اس انسٹنٹ ہسٹری وداؤٹ ریفرنگ دا پاسٹ، وداؤٹ ریفرنگ ال دوز ادر اسپیکٹس اف دا ایونٹ۔</w:t>
      </w:r>
    </w:p>
    <w:p>
      <w:r>
        <w:rPr>
          <w:b/>
        </w:rPr>
        <w:t xml:space="preserve">[12:13] </w:t>
      </w:r>
      <w:r>
        <w:t>their job is to report the instant history. and if you know, only in the instant history, you cannot understand anything.</w:t>
      </w:r>
    </w:p>
    <w:p>
      <w:pPr>
        <w:jc w:val="right"/>
      </w:pPr>
      <w:r>
        <w:t>دیر جاب از ٹو رپورٹ دا انسٹنٹ ہسٹری۔ اینڈ اف یو نو، اونلی ان دا انسٹنٹ ہسٹری، یو کین ناٹ انڈرسٹینڈ اینتھنگ۔</w:t>
      </w:r>
    </w:p>
    <w:p>
      <w:r>
        <w:rPr>
          <w:b/>
        </w:rPr>
        <w:t xml:space="preserve">[12:25] </w:t>
      </w:r>
      <w:r>
        <w:t>you can analyze things. you can analyze things.</w:t>
      </w:r>
    </w:p>
    <w:p>
      <w:pPr>
        <w:jc w:val="right"/>
      </w:pPr>
      <w:r>
        <w:t>یو کین اینالائز تھنگز۔ یو کین اینالائز تھنگز۔</w:t>
      </w:r>
    </w:p>
    <w:p>
      <w:r>
        <w:rPr>
          <w:b/>
        </w:rPr>
        <w:t xml:space="preserve">[12:32] </w:t>
      </w:r>
      <w:r>
        <w:t>i said that the most important aspect of arab israel conflict is that, that</w:t>
      </w:r>
    </w:p>
    <w:p>
      <w:pPr>
        <w:jc w:val="right"/>
      </w:pPr>
      <w:r>
        <w:t>ائی سیڈ دیٹ دا موسٹ امپورٹنٹ اسپیکٹ اف عرب اسرائیل کنفلکٹ از دیٹ، دیٹ</w:t>
      </w:r>
    </w:p>
    <w:p>
      <w:r>
        <w:rPr>
          <w:b/>
        </w:rPr>
        <w:t xml:space="preserve">[12:47] </w:t>
      </w:r>
      <w:r>
        <w:t>inspite of sixty bloody years of struggle, sixty years of bloody struggle.</w:t>
      </w:r>
    </w:p>
    <w:p>
      <w:pPr>
        <w:jc w:val="right"/>
      </w:pPr>
      <w:r>
        <w:t>انسپائٹ اف سکسٹی بلڈی ایئرز اف سٹرگل، سکسٹی ایئرز اف بلڈی سٹرگل۔</w:t>
      </w:r>
    </w:p>
    <w:p>
      <w:r>
        <w:rPr>
          <w:b/>
        </w:rPr>
        <w:t xml:space="preserve">[13:03] </w:t>
      </w:r>
      <w:r>
        <w:t>inspite of sixty years of bloody struggle, their no result, no result at all. is it struggle?</w:t>
      </w:r>
    </w:p>
    <w:p>
      <w:pPr>
        <w:jc w:val="right"/>
      </w:pPr>
      <w:r>
        <w:t>انسپائٹ اف سکسٹی ایئرز اف بلڈی سٹرگل، دیر نو رزلٹ، نو رزلٹ ایٹ ال۔ از اٹ سٹرگل؟</w:t>
      </w:r>
    </w:p>
    <w:p>
      <w:r>
        <w:rPr>
          <w:b/>
        </w:rPr>
        <w:t xml:space="preserve">[13:14] </w:t>
      </w:r>
      <w:r>
        <w:t>is it suicide? is it suicide? so i said that this people are not fighting against enemy.</w:t>
      </w:r>
    </w:p>
    <w:p>
      <w:pPr>
        <w:jc w:val="right"/>
      </w:pPr>
      <w:r>
        <w:t>از اٹ سوسائیڈ؟ از اٹ سوسائیڈ؟ سو ائی سیڈ دیٹ دس پیپل ار ناٹ فائٹنگ اگینسٹ اینمی۔</w:t>
      </w:r>
    </w:p>
    <w:p>
      <w:r>
        <w:rPr>
          <w:b/>
        </w:rPr>
        <w:t xml:space="preserve">[13:25] </w:t>
      </w:r>
      <w:r>
        <w:t>they are fighting against reality.</w:t>
      </w:r>
    </w:p>
    <w:p>
      <w:pPr>
        <w:jc w:val="right"/>
      </w:pPr>
      <w:r>
        <w:t>دے ار فائٹنگ اگینسٹ ریلیٹی۔</w:t>
      </w:r>
    </w:p>
    <w:p>
      <w:r>
        <w:rPr>
          <w:b/>
        </w:rPr>
        <w:t xml:space="preserve">[13:30] </w:t>
      </w:r>
      <w:r>
        <w:t>i said to those journalists, both were non muslims, that this people are fighting not against their enemy.</w:t>
      </w:r>
    </w:p>
    <w:p>
      <w:pPr>
        <w:jc w:val="right"/>
      </w:pPr>
      <w:r>
        <w:t>ائی سیڈ ٹو دوز جرنلسٹ، بوتھ وار نان مسلمز، دیٹ دس پیپل ار فائٹنگ ناٹ اگینسٹ دیر اینمی۔</w:t>
      </w:r>
    </w:p>
    <w:p>
      <w:r>
        <w:rPr>
          <w:b/>
        </w:rPr>
        <w:t xml:space="preserve">[13:43] </w:t>
      </w:r>
      <w:r>
        <w:t>they are fighting against reality. they wanted, what is this reality? what is this kind of fighting?</w:t>
      </w:r>
    </w:p>
    <w:p>
      <w:pPr>
        <w:jc w:val="right"/>
      </w:pPr>
      <w:r>
        <w:t>دے ار فائٹنگ اگینسٹ ریلیٹی۔ دے وانٹڈ، واٹ از دس ریلیٹی؟ واٹ از دس کائنڈ اف فائٹنگ؟</w:t>
      </w:r>
    </w:p>
    <w:p>
      <w:r>
        <w:rPr>
          <w:b/>
        </w:rPr>
        <w:t xml:space="preserve">[13:54] </w:t>
      </w:r>
      <w:r>
        <w:t>i said that this history begins from 1948.</w:t>
      </w:r>
    </w:p>
    <w:p>
      <w:pPr>
        <w:jc w:val="right"/>
      </w:pPr>
      <w:r>
        <w:t>ائی سیڈ دیٹ دس ہسٹری بگنز فرام 1948۔</w:t>
      </w:r>
    </w:p>
    <w:p>
      <w:r>
        <w:rPr>
          <w:b/>
        </w:rPr>
        <w:t xml:space="preserve">[14:03] </w:t>
      </w:r>
      <w:r>
        <w:t>the history of conflict between arab and israel begins from 1948.</w:t>
      </w:r>
    </w:p>
    <w:p>
      <w:pPr>
        <w:jc w:val="right"/>
      </w:pPr>
      <w:r>
        <w:t>دا ہسٹری اف کنفلکٹ بٹوین عرب اینڈ اسرائیل بگنز فرام 1948۔</w:t>
      </w:r>
    </w:p>
    <w:p>
      <w:r>
        <w:rPr>
          <w:b/>
        </w:rPr>
        <w:t xml:space="preserve">[14:12] </w:t>
      </w:r>
      <w:r>
        <w:t>what happened at that time?</w:t>
      </w:r>
    </w:p>
    <w:p>
      <w:pPr>
        <w:jc w:val="right"/>
      </w:pPr>
      <w:r>
        <w:t>واٹ ہیپن ایٹ دیٹ ٹائم؟</w:t>
      </w:r>
    </w:p>
    <w:p>
      <w:r>
        <w:rPr>
          <w:b/>
        </w:rPr>
        <w:t xml:space="preserve">[14:15] </w:t>
      </w:r>
      <w:r>
        <w:t>you know, at that time,</w:t>
      </w:r>
    </w:p>
    <w:p>
      <w:pPr>
        <w:jc w:val="right"/>
      </w:pPr>
      <w:r>
        <w:t>یو نو، ایٹ دیٹ ٹائم،</w:t>
      </w:r>
    </w:p>
    <w:p>
      <w:r>
        <w:rPr>
          <w:b/>
        </w:rPr>
        <w:t xml:space="preserve">[14:20] </w:t>
      </w:r>
      <w:r>
        <w:t>britishs were enjoy the world power, the states of world power. at that time, their was british empire.</w:t>
      </w:r>
    </w:p>
    <w:p>
      <w:pPr>
        <w:jc w:val="right"/>
      </w:pPr>
      <w:r>
        <w:t>برٹشز ویر انجوائے دا ورلڈ پاور، دا سٹیٹس اف ورلڈ پاور۔ ایٹ دیٹ ٹائم، دیر واز برٹش ایمپائر۔</w:t>
      </w:r>
    </w:p>
    <w:p>
      <w:r>
        <w:rPr>
          <w:b/>
        </w:rPr>
        <w:t xml:space="preserve">[14:33] </w:t>
      </w:r>
      <w:r>
        <w:t>britishs were the superpower of that time.</w:t>
      </w:r>
    </w:p>
    <w:p>
      <w:pPr>
        <w:jc w:val="right"/>
      </w:pPr>
      <w:r>
        <w:t>برٹشز ویر دا سپر پاور اف دیٹ ٹائم۔</w:t>
      </w:r>
    </w:p>
    <w:p>
      <w:r>
        <w:rPr>
          <w:b/>
        </w:rPr>
        <w:t xml:space="preserve">[14:39] </w:t>
      </w:r>
      <w:r>
        <w:t>they appointed a commission under the lord bal four leadership.</w:t>
      </w:r>
    </w:p>
    <w:p>
      <w:pPr>
        <w:jc w:val="right"/>
      </w:pPr>
      <w:r>
        <w:t>دے اپوائنٹڈ ا کمیشن انڈر دی لارڈ بال فور لیڈرشپ۔</w:t>
      </w:r>
    </w:p>
    <w:p>
      <w:r>
        <w:rPr>
          <w:b/>
        </w:rPr>
        <w:t xml:space="preserve">[14:49] </w:t>
      </w:r>
      <w:r>
        <w:t>the problem was that jewish community living in diaspora was demanding to return that, for return to their, to their homeland.</w:t>
      </w:r>
    </w:p>
    <w:p>
      <w:pPr>
        <w:jc w:val="right"/>
      </w:pPr>
      <w:r>
        <w:t>دا پرابلم واز دیٹ جوئش کمیونٹی لیونگ ان ڈائسپورا واز ڈیمانڈنگ ٹو ریٹرن دیٹ، فار ریٹرن ٹو دیر، ٹو دیر ہوم لینڈ۔</w:t>
      </w:r>
    </w:p>
    <w:p>
      <w:r>
        <w:rPr>
          <w:b/>
        </w:rPr>
        <w:t xml:space="preserve">[15:07] </w:t>
      </w:r>
      <w:r>
        <w:t>under the zionism, their was a movement called zionism, return to zion. zion is a the name of a mountain in jerusalem.</w:t>
      </w:r>
    </w:p>
    <w:p>
      <w:pPr>
        <w:jc w:val="right"/>
      </w:pPr>
      <w:r>
        <w:t>انڈر دی زائنزم، دیر واز ا موومنٹ کالڈ زائنزم، ریٹرن ٹو زائن۔ زائن از ا دا نیم اف ا ماؤنٹین ان یروشلم۔</w:t>
      </w:r>
    </w:p>
    <w:p>
      <w:r>
        <w:rPr>
          <w:b/>
        </w:rPr>
        <w:t xml:space="preserve">[15:19] </w:t>
      </w:r>
      <w:r>
        <w:t>so under this movement, zionism, they wanted to have a mandate to go to return to their homeland.</w:t>
      </w:r>
    </w:p>
    <w:p>
      <w:pPr>
        <w:jc w:val="right"/>
      </w:pPr>
      <w:r>
        <w:t>سو انڈر دس موومنٹ، زائنزم، دے وانٹڈ ٹو ہیو ا مینڈیٹ ٹو گو ٹو ریٹرن ٹو دیر ہوم لینڈ۔</w:t>
      </w:r>
    </w:p>
    <w:p>
      <w:r>
        <w:rPr>
          <w:b/>
        </w:rPr>
        <w:t xml:space="preserve">[15:32] </w:t>
      </w:r>
      <w:r>
        <w:t>to after a persisting demand, after long persisting demand, british empire of that time appointed a commission under the lord bal ford heads leadership</w:t>
      </w:r>
    </w:p>
    <w:p>
      <w:pPr>
        <w:jc w:val="right"/>
      </w:pPr>
      <w:r>
        <w:t>تو افٹر ا پرسسٹنگ ڈیمانڈ، افٹر لانگ پرسسٹنگ ڈیمانڈ، برٹش ایمپائر اف دیٹ ٹائم اپوائنٹڈ ا کمیشن انڈر دی لارڈ بال فورڈ ہیڈز لیڈرشپ</w:t>
      </w:r>
    </w:p>
    <w:p>
      <w:r>
        <w:rPr>
          <w:b/>
        </w:rPr>
        <w:t xml:space="preserve">[15:48] </w:t>
      </w:r>
      <w:r>
        <w:t>. so this commission inquired the matter, and after a, after, after survey of all those problems,</w:t>
      </w:r>
    </w:p>
    <w:p>
      <w:pPr>
        <w:jc w:val="right"/>
      </w:pPr>
      <w:r>
        <w:t>۔ سو دس کمیشن انکوائرڈ دا میٹر، اینڈ افٹر ا، افٹر، افٹر سروے اف ال دوز پرابلمز،</w:t>
      </w:r>
    </w:p>
    <w:p>
      <w:r>
        <w:rPr>
          <w:b/>
        </w:rPr>
        <w:t xml:space="preserve">[16:04] </w:t>
      </w:r>
      <w:r>
        <w:t>they gave a verdict</w:t>
      </w:r>
    </w:p>
    <w:p>
      <w:pPr>
        <w:jc w:val="right"/>
      </w:pPr>
      <w:r>
        <w:t>دے گیو ا ورڈکٹ</w:t>
      </w:r>
    </w:p>
    <w:p>
      <w:r>
        <w:rPr>
          <w:b/>
        </w:rPr>
        <w:t xml:space="preserve">[16:07] </w:t>
      </w:r>
      <w:r>
        <w:t>. under this verdict,</w:t>
      </w:r>
    </w:p>
    <w:p>
      <w:pPr>
        <w:jc w:val="right"/>
      </w:pPr>
      <w:r>
        <w:t>۔ انڈر دس ورڈکٹ،</w:t>
      </w:r>
    </w:p>
    <w:p>
      <w:r>
        <w:rPr>
          <w:b/>
        </w:rPr>
        <w:t xml:space="preserve">[16:12] </w:t>
      </w:r>
      <w:r>
        <w:t>palestine was partition. the old palestine was partition. roughly, they gave half of the palestine to israel,</w:t>
      </w:r>
    </w:p>
    <w:p>
      <w:pPr>
        <w:jc w:val="right"/>
      </w:pPr>
      <w:r>
        <w:t>پیلسٹائن واز پارٹیشن۔ دا اولڈ پیلسٹائن واز پارٹیشن۔ رفلی، دے گیو ہاف اف دا پیلسٹائن ٹو اسرائیل،</w:t>
      </w:r>
    </w:p>
    <w:p>
      <w:r>
        <w:rPr>
          <w:b/>
        </w:rPr>
        <w:t xml:space="preserve">[16:25] </w:t>
      </w:r>
      <w:r>
        <w:t>end half of the Palestine to Arabs.</w:t>
      </w:r>
    </w:p>
    <w:p>
      <w:pPr>
        <w:jc w:val="right"/>
      </w:pPr>
      <w:r>
        <w:t>اینڈ ہاف اف دا پیلسٹائن ٹو عربس۔</w:t>
      </w:r>
    </w:p>
    <w:p>
      <w:r>
        <w:rPr>
          <w:b/>
        </w:rPr>
        <w:t xml:space="preserve">[16:32] </w:t>
      </w:r>
      <w:r>
        <w:t>I think this was quite just verdict, just decision.</w:t>
      </w:r>
    </w:p>
    <w:p>
      <w:pPr>
        <w:jc w:val="right"/>
      </w:pPr>
      <w:r>
        <w:t>ائی تھنک دس واز کوائٹ جسٹ ورڈکٹ، جسٹ ڈیسیژن۔</w:t>
      </w:r>
    </w:p>
    <w:p>
      <w:r>
        <w:rPr>
          <w:b/>
        </w:rPr>
        <w:t xml:space="preserve">[16:38] </w:t>
      </w:r>
      <w:r>
        <w:t>There was no wrong with this decision. Why?</w:t>
      </w:r>
    </w:p>
    <w:p>
      <w:pPr>
        <w:jc w:val="right"/>
      </w:pPr>
      <w:r>
        <w:t>دیر واز نو رونگ ود دس ڈیسیژن۔ وائی؟</w:t>
      </w:r>
    </w:p>
    <w:p>
      <w:r>
        <w:rPr>
          <w:b/>
        </w:rPr>
        <w:t xml:space="preserve">[16:44] </w:t>
      </w:r>
      <w:r>
        <w:t>You know,</w:t>
      </w:r>
    </w:p>
    <w:p>
      <w:pPr>
        <w:jc w:val="right"/>
      </w:pPr>
      <w:r>
        <w:t>یو نو،</w:t>
      </w:r>
    </w:p>
    <w:p>
      <w:r>
        <w:rPr>
          <w:b/>
        </w:rPr>
        <w:t xml:space="preserve">[16:48] </w:t>
      </w:r>
      <w:r>
        <w:t>Jewish people believe in Bible, and Muslims believe in the Quran. And in this matter, Bible and Quran both are common.</w:t>
      </w:r>
    </w:p>
    <w:p>
      <w:pPr>
        <w:jc w:val="right"/>
      </w:pPr>
      <w:r>
        <w:t>جوئش پیپل بیلیو ان بائبل، اینڈ مسلمز بیلیو ان دا قران۔ اینڈ ان دس میٹر، بائبل اینڈ قران بوتھ ار کامن۔</w:t>
      </w:r>
    </w:p>
    <w:p>
      <w:r>
        <w:rPr>
          <w:b/>
        </w:rPr>
        <w:t xml:space="preserve">[17:00] </w:t>
      </w:r>
      <w:r>
        <w:t>Both are common.</w:t>
      </w:r>
    </w:p>
    <w:p>
      <w:pPr>
        <w:jc w:val="right"/>
      </w:pPr>
      <w:r>
        <w:t>بوتھ ار کامن۔</w:t>
      </w:r>
    </w:p>
    <w:p>
      <w:r>
        <w:rPr>
          <w:b/>
        </w:rPr>
        <w:t xml:space="preserve">[17:04] </w:t>
      </w:r>
      <w:r>
        <w:t>In Bible, Palestine is referred as a promised land for Jews. In the Bible, Palestine is referred as a promised land, arz-e-mauood,</w:t>
      </w:r>
    </w:p>
    <w:p>
      <w:pPr>
        <w:jc w:val="right"/>
      </w:pPr>
      <w:r>
        <w:t>ان بائبل، پیلسٹائن از ریفرڈ ایز ا پرومسڈ لینڈ فار جوئس۔ ان دی بائبل، پیلسٹائن از ریفرڈ ایز ا پرومسڈ لینڈ، عرض موعود،</w:t>
      </w:r>
    </w:p>
    <w:p>
      <w:r>
        <w:rPr>
          <w:b/>
        </w:rPr>
        <w:t xml:space="preserve">[17:23] </w:t>
      </w:r>
      <w:r>
        <w:t>for Jewish community.</w:t>
      </w:r>
    </w:p>
    <w:p>
      <w:pPr>
        <w:jc w:val="right"/>
      </w:pPr>
      <w:r>
        <w:t>فار جوئش کمیونٹی۔</w:t>
      </w:r>
    </w:p>
    <w:p>
      <w:r>
        <w:rPr>
          <w:b/>
        </w:rPr>
        <w:t xml:space="preserve">[17:29] </w:t>
      </w:r>
      <w:r>
        <w:t>The same is the same, you can find in the Quran also in this chapter Al-Ma'idah,</w:t>
      </w:r>
    </w:p>
    <w:p>
      <w:pPr>
        <w:jc w:val="right"/>
      </w:pPr>
      <w:r>
        <w:t>دا سیم از دا سیم، یو کین فائنڈ ان دا قران السو ان دس چیپٹر المائدہ،</w:t>
      </w:r>
    </w:p>
    <w:p>
      <w:r>
        <w:rPr>
          <w:b/>
        </w:rPr>
        <w:t xml:space="preserve">[17:41] </w:t>
      </w:r>
      <w:r>
        <w:t>Ya qaum-ud-khul-ul-ard-al-muqaddasah allati katab-Allahu lakum. This verse you can see in chapter Al-Ma'idah.</w:t>
      </w:r>
    </w:p>
    <w:p>
      <w:pPr>
        <w:jc w:val="right"/>
      </w:pPr>
      <w:r>
        <w:t>یا قوم خلو الارض المقدسہ، التی کتب اللہ لکم۔ دس ورس یو کین سی ان چیپٹر المائدہ۔</w:t>
      </w:r>
    </w:p>
    <w:p>
      <w:r>
        <w:rPr>
          <w:b/>
        </w:rPr>
        <w:t xml:space="preserve">[17:54] </w:t>
      </w:r>
      <w:r>
        <w:t>According to this, according to this, according to this, this Quranic statement, Palestine is and assigned land to Jewish community.</w:t>
      </w:r>
    </w:p>
    <w:p>
      <w:pPr>
        <w:jc w:val="right"/>
      </w:pPr>
      <w:r>
        <w:t>اکارڈنگ ٹو دس، اکارڈنگ ٹو دس، اکارڈنگ ٹو دس، دس قرانک سٹیٹمنٹ، پیلسٹائن از اینڈ اسائن لینڈ ٹو جوئش کمیونٹی۔</w:t>
      </w:r>
    </w:p>
    <w:p>
      <w:r>
        <w:rPr>
          <w:b/>
        </w:rPr>
        <w:t xml:space="preserve">[18:11] </w:t>
      </w:r>
      <w:r>
        <w:t>So biblical term is promised land, and Quranic term is assigned land. And there is no difference between the two.</w:t>
      </w:r>
    </w:p>
    <w:p>
      <w:pPr>
        <w:jc w:val="right"/>
      </w:pPr>
      <w:r>
        <w:t>سو ببلیکل ٹرم از پرومسڈ لینڈ، اینڈ قرانک ٹرم از اسائن لینڈ۔ اینڈ دیر از نو ڈیفرنس بٹوین دا ٹو۔</w:t>
      </w:r>
    </w:p>
    <w:p>
      <w:r>
        <w:rPr>
          <w:b/>
        </w:rPr>
        <w:t xml:space="preserve">[18:24] </w:t>
      </w:r>
      <w:r>
        <w:t>So according to this statement given in Bible and in the Quran, both Balfour verdict was quite right, quite just.</w:t>
      </w:r>
    </w:p>
    <w:p>
      <w:pPr>
        <w:jc w:val="right"/>
      </w:pPr>
      <w:r>
        <w:t>سو اکارڈنگ ٹو دس سٹیٹمنٹ گیون ان بائبل اینڈ ان دا قران، بوتھ بال فور ورڈکٹ واز کوائٹ رائٹ، کوائٹ جسٹ۔</w:t>
      </w:r>
    </w:p>
    <w:p>
      <w:r>
        <w:rPr>
          <w:b/>
        </w:rPr>
        <w:t xml:space="preserve">[18:36] </w:t>
      </w:r>
      <w:r>
        <w:t>Even I can say that when they gave half of the Palestine to Arabs, including Jerusalem and Al-Aqsa, it was for Arabs, it was a bonus, it was a gift.</w:t>
      </w:r>
    </w:p>
    <w:p>
      <w:pPr>
        <w:jc w:val="right"/>
      </w:pPr>
      <w:r>
        <w:t>ایون ائی کین سی دیٹ وین دے گیو ہاف اف دا پیلسٹائن ٹو عربس، انکلوڈنگ یروشلم اینڈ الاقصی، اٹ واز فار عربس، اٹ واز ا بونس، اٹ واز ا گفٹ۔</w:t>
      </w:r>
    </w:p>
    <w:p>
      <w:r>
        <w:rPr>
          <w:b/>
        </w:rPr>
        <w:t xml:space="preserve">[18:53] </w:t>
      </w:r>
      <w:r>
        <w:t>When the whole Palestine was given to Jewish community, according to Bible and Quran, both, then when Balfour gave half of the Palestine to Arab, it was a bonus for them.</w:t>
      </w:r>
    </w:p>
    <w:p>
      <w:pPr>
        <w:jc w:val="right"/>
      </w:pPr>
      <w:r>
        <w:t>وین دا ہول پیلسٹائن واز گیون ٹو جوئش کمیونٹی، اکارڈنگ ٹو بائبل اینڈ قران، بوتھ، دین وین بال فور گیو ہاف اف دا پیلسٹائن ٹو عرب، اٹ واز ا بونس فار دیم۔</w:t>
      </w:r>
    </w:p>
    <w:p>
      <w:r>
        <w:rPr>
          <w:b/>
        </w:rPr>
        <w:t xml:space="preserve">[19:12] </w:t>
      </w:r>
      <w:r>
        <w:t>They must accept this verdict. There was nothing wrong with this verdict.</w:t>
      </w:r>
    </w:p>
    <w:p>
      <w:pPr>
        <w:jc w:val="right"/>
      </w:pPr>
      <w:r>
        <w:t>دے مسٹ ایکسیپٹ دس ورڈکٹ۔ دیر واز نتھنگ رونگ ود دس ورڈکٹ۔</w:t>
      </w:r>
    </w:p>
    <w:p>
      <w:r>
        <w:rPr>
          <w:b/>
        </w:rPr>
        <w:t xml:space="preserve">[19:22] </w:t>
      </w:r>
      <w:r>
        <w:t>It was quite according with the Quran and Bible. Then according to the Quran, here, here, I would like to to clear one point more.</w:t>
      </w:r>
    </w:p>
    <w:p>
      <w:pPr>
        <w:jc w:val="right"/>
      </w:pPr>
      <w:r>
        <w:t>اٹ واز کوائٹ اکارڈنگ ود دا قران اینڈ بائبل۔ دین اکارڈنگ ٹو دا قران، ہیر، ہیر، ائی وڈ لائک ٹو ٹو کلیئر ون پوائنٹ مور۔</w:t>
      </w:r>
    </w:p>
    <w:p>
      <w:r>
        <w:rPr>
          <w:b/>
        </w:rPr>
        <w:t xml:space="preserve">[19:38] </w:t>
      </w:r>
      <w:r>
        <w:t>Why Quran says that Palestine is given to Israel as this assigned land? Why?</w:t>
      </w:r>
    </w:p>
    <w:p>
      <w:pPr>
        <w:jc w:val="right"/>
      </w:pPr>
      <w:r>
        <w:t>وائی قران سیز دیٹ پیلسٹائن از گیون ٹو اسرائیل ایز دس اسائن لینڈ؟ وائی؟</w:t>
      </w:r>
    </w:p>
    <w:p>
      <w:r>
        <w:rPr>
          <w:b/>
        </w:rPr>
        <w:t xml:space="preserve">[19:47] </w:t>
      </w:r>
      <w:r>
        <w:t>This is not a mysterious. And assigned land is not a mysterious word.</w:t>
      </w:r>
    </w:p>
    <w:p>
      <w:pPr>
        <w:jc w:val="right"/>
      </w:pPr>
      <w:r>
        <w:t>دس از ناٹ ا مسٹیریس۔ اینڈ اسائن لینڈ از ناٹ ا مسٹیریس ورڈ۔</w:t>
      </w:r>
    </w:p>
    <w:p>
      <w:r>
        <w:rPr>
          <w:b/>
        </w:rPr>
        <w:t xml:space="preserve">[19:52] </w:t>
      </w:r>
      <w:r>
        <w:t>No, it has a historical background.</w:t>
      </w:r>
    </w:p>
    <w:p>
      <w:pPr>
        <w:jc w:val="right"/>
      </w:pPr>
      <w:r>
        <w:t>نو، اٹ ہیز ا ہسٹوریکل بیک گراؤنڈ۔</w:t>
      </w:r>
    </w:p>
    <w:p>
      <w:r>
        <w:rPr>
          <w:b/>
        </w:rPr>
        <w:t xml:space="preserve">[20:01] </w:t>
      </w:r>
      <w:r>
        <w:t>This, this, this, this Jews were Jews in diaspora.</w:t>
      </w:r>
    </w:p>
    <w:p>
      <w:pPr>
        <w:jc w:val="right"/>
      </w:pPr>
      <w:r>
        <w:t>دس، دس، دس، دس جوئس ویر جوئس ان ڈائسپورا۔</w:t>
      </w:r>
    </w:p>
    <w:p>
      <w:r>
        <w:rPr>
          <w:b/>
        </w:rPr>
        <w:t xml:space="preserve">[20:10] </w:t>
      </w:r>
      <w:r>
        <w:t>Those Jews who were given mandate to return to Palestine, to homeland, to, to Palestine, to, to holy land, they were Jews in diaspora.</w:t>
      </w:r>
    </w:p>
    <w:p>
      <w:pPr>
        <w:jc w:val="right"/>
      </w:pPr>
      <w:r>
        <w:t>دوز جوئس ہو ویر گیون مینڈیٹ ٹو ریٹرن ٹو پیلسٹائن، ٹو ہوم لینڈ، ٹو، ٹو پیلسٹائن، ٹو، ٹو ہولی لینڈ، دے ویر جوئس ان ڈائسپورا۔</w:t>
      </w:r>
    </w:p>
    <w:p>
      <w:r>
        <w:rPr>
          <w:b/>
        </w:rPr>
        <w:t xml:space="preserve">[20:28] </w:t>
      </w:r>
      <w:r>
        <w:t>So according to the Quran,</w:t>
      </w:r>
    </w:p>
    <w:p>
      <w:pPr>
        <w:jc w:val="right"/>
      </w:pPr>
      <w:r>
        <w:t>سو اکارڈنگ ٹو دا قران،</w:t>
      </w:r>
    </w:p>
    <w:p>
      <w:r>
        <w:rPr>
          <w:b/>
        </w:rPr>
        <w:t xml:space="preserve">[20:33] </w:t>
      </w:r>
      <w:r>
        <w:t>any community living in diaspora has natural right, historical right, to return to its homeland.</w:t>
      </w:r>
    </w:p>
    <w:p>
      <w:pPr>
        <w:jc w:val="right"/>
      </w:pPr>
      <w:r>
        <w:t>اینی کمیونٹی لیونگ ان ڈائسپورا ہیز نیچرل رائٹ، ہسٹوریکل رائٹ، ٹو ریٹرن ٹو اٹس ہوم لینڈ۔</w:t>
      </w:r>
    </w:p>
    <w:p>
      <w:r>
        <w:rPr>
          <w:b/>
        </w:rPr>
        <w:t xml:space="preserve">[20:46] </w:t>
      </w:r>
      <w:r>
        <w:t>So this decision was quite right</w:t>
      </w:r>
    </w:p>
    <w:p>
      <w:pPr>
        <w:jc w:val="right"/>
      </w:pPr>
      <w:r>
        <w:t>سو دس ڈیسیژن واز کوائٹ رائٹ</w:t>
      </w:r>
    </w:p>
    <w:p>
      <w:r>
        <w:rPr>
          <w:b/>
        </w:rPr>
        <w:t xml:space="preserve">[20:53] </w:t>
      </w:r>
      <w:r>
        <w:t>. not only according to the international norm, but also according to the biblical norm and Quranic norm.</w:t>
      </w:r>
    </w:p>
    <w:p>
      <w:pPr>
        <w:jc w:val="right"/>
      </w:pPr>
      <w:r>
        <w:t>۔ ناٹ اونلی اکارڈنگ ٹو دا انٹرنیشنل نارم، بٹ السو اکارڈنگ ٹو دا ببلیکل نارم اینڈ قرانک نارم۔</w:t>
      </w:r>
    </w:p>
    <w:p>
      <w:r>
        <w:rPr>
          <w:b/>
        </w:rPr>
        <w:t xml:space="preserve">[21:03] </w:t>
      </w:r>
      <w:r>
        <w:t>so it was quite right. so Muslims must accept this decision. but what happen?</w:t>
      </w:r>
    </w:p>
    <w:p>
      <w:pPr>
        <w:jc w:val="right"/>
      </w:pPr>
      <w:r>
        <w:t>سو اٹ واز کوائٹ رائٹ۔ سو مسلمز مسٹ ایکسیپٹ دس ڈیسیژن۔ بٹ واٹ ہیپن؟</w:t>
      </w:r>
    </w:p>
    <w:p>
      <w:r>
        <w:rPr>
          <w:b/>
        </w:rPr>
        <w:t xml:space="preserve">[21:15] </w:t>
      </w:r>
      <w:r>
        <w:t>all the Arab leaders, without a single exception, they said no,</w:t>
      </w:r>
    </w:p>
    <w:p>
      <w:pPr>
        <w:jc w:val="right"/>
      </w:pPr>
      <w:r>
        <w:t>ال دا عرب لیڈرز، وداؤٹ ا سنگل ایکسیپشن، دے سیڈ نو،</w:t>
      </w:r>
    </w:p>
    <w:p>
      <w:r>
        <w:rPr>
          <w:b/>
        </w:rPr>
        <w:t xml:space="preserve">[21:23] </w:t>
      </w:r>
      <w:r>
        <w:t>we are not ready to accept this decision. so they rejected ball for plan. and then what happen?</w:t>
      </w:r>
    </w:p>
    <w:p>
      <w:pPr>
        <w:jc w:val="right"/>
      </w:pPr>
      <w:r>
        <w:t>وی ار ناٹ ریڈی ٹو ایکسیپٹ دس ڈیسیژن۔ سو دے ریجیکٹڈ بال فور پلان۔ اینڈ دین واٹ ہیپن؟</w:t>
      </w:r>
    </w:p>
    <w:p>
      <w:r>
        <w:rPr>
          <w:b/>
        </w:rPr>
        <w:t xml:space="preserve">[21:35] </w:t>
      </w:r>
      <w:r>
        <w:t>in 1948, there was the first war between Arab and Israel. at that time,</w:t>
      </w:r>
    </w:p>
    <w:p>
      <w:pPr>
        <w:jc w:val="right"/>
      </w:pPr>
      <w:r>
        <w:t>ان 1948، دیر واز دا فرسٹ وار بٹوین عرب اینڈ اسرائیل۔ ایٹ دیٹ ٹائم،</w:t>
      </w:r>
    </w:p>
    <w:p>
      <w:r>
        <w:rPr>
          <w:b/>
        </w:rPr>
        <w:t xml:space="preserve">[21:44] </w:t>
      </w:r>
      <w:r>
        <w:t>in the, in, in, in Egypt, there was a king, that was, his name was king far</w:t>
      </w:r>
    </w:p>
    <w:p>
      <w:pPr>
        <w:jc w:val="right"/>
      </w:pPr>
      <w:r>
        <w:t>ان دا، ان، ان، ان ایجپٹ، دیر واز ا کنگ، دیٹ واز، ہز نیم واز کنگ فار</w:t>
      </w:r>
    </w:p>
    <w:p>
      <w:r>
        <w:rPr>
          <w:b/>
        </w:rPr>
        <w:t xml:space="preserve">[21:51] </w:t>
      </w:r>
      <w:r>
        <w:t>waq. so king Farooq was the ruler of Egypt at that time.</w:t>
      </w:r>
    </w:p>
    <w:p>
      <w:pPr>
        <w:jc w:val="right"/>
      </w:pPr>
      <w:r>
        <w:t>وق۔ تو کنگ فاروق واز دا رولر اف ایجپٹ ایٹ دیٹ ٹائم۔</w:t>
      </w:r>
    </w:p>
    <w:p>
      <w:r>
        <w:rPr>
          <w:b/>
        </w:rPr>
        <w:t xml:space="preserve">[21:57] </w:t>
      </w:r>
      <w:r>
        <w:t>so under the, under the Egyptian army, Arabs wage a war, and al-musallamoon,</w:t>
      </w:r>
    </w:p>
    <w:p>
      <w:pPr>
        <w:jc w:val="right"/>
      </w:pPr>
      <w:r>
        <w:t>سو انڈر دی، انڈر دا ایجپشن ارمی، عربس ویج ا وار، اینڈ المسلمون،</w:t>
      </w:r>
    </w:p>
    <w:p>
      <w:r>
        <w:rPr>
          <w:b/>
        </w:rPr>
        <w:t xml:space="preserve">[22:11] </w:t>
      </w:r>
      <w:r>
        <w:t>brother brotherhood, where they participated that war,</w:t>
      </w:r>
    </w:p>
    <w:p>
      <w:pPr>
        <w:jc w:val="right"/>
      </w:pPr>
      <w:r>
        <w:t>برادر برادرہڈ، ویر دے پارٹیسپیٹڈ دیٹ وار،</w:t>
      </w:r>
    </w:p>
    <w:p>
      <w:r>
        <w:rPr>
          <w:b/>
        </w:rPr>
        <w:t xml:space="preserve">[22:19] </w:t>
      </w:r>
      <w:r>
        <w:t>but they failed.</w:t>
      </w:r>
    </w:p>
    <w:p>
      <w:pPr>
        <w:jc w:val="right"/>
      </w:pPr>
      <w:r>
        <w:t>بٹ دے فیلڈ۔</w:t>
      </w:r>
    </w:p>
    <w:p>
      <w:r>
        <w:rPr>
          <w:b/>
        </w:rPr>
        <w:t xml:space="preserve">[22:23] </w:t>
      </w:r>
      <w:r>
        <w:t>Israeli forces defeated Arab forces. there was the first war between Arab and Israel. then what happen?</w:t>
      </w:r>
    </w:p>
    <w:p>
      <w:pPr>
        <w:jc w:val="right"/>
      </w:pPr>
      <w:r>
        <w:t>اسرائیلی فورسز ڈیفیٹڈ عرب فورسز۔ دیر واز دا فرسٹ وار بٹوین عرب اینڈ اسرائیل۔ دین واٹ ہیپن؟</w:t>
      </w:r>
    </w:p>
    <w:p>
      <w:r>
        <w:rPr>
          <w:b/>
        </w:rPr>
        <w:t xml:space="preserve">[22:34] </w:t>
      </w:r>
      <w:r>
        <w:t>again, Muslims committed great mistake. they must have accepted the defeat, but they started guerrilla war.</w:t>
      </w:r>
    </w:p>
    <w:p>
      <w:pPr>
        <w:jc w:val="right"/>
      </w:pPr>
      <w:r>
        <w:t>اگین، مسلمز کمپیٹڈ گریٹ مسٹیک۔ دے مسٹ ہیو ایکسیپٹ دا ڈیفیٹ، بٹ دے سٹارٹڈ گوریلا وار۔</w:t>
      </w:r>
    </w:p>
    <w:p>
      <w:r>
        <w:rPr>
          <w:b/>
        </w:rPr>
        <w:t xml:space="preserve">[22:51] </w:t>
      </w:r>
      <w:r>
        <w:t>after defeating in the war,</w:t>
      </w:r>
    </w:p>
    <w:p>
      <w:pPr>
        <w:jc w:val="right"/>
      </w:pPr>
      <w:r>
        <w:t>افٹر ڈیفیٹنگ ان دی وار،</w:t>
      </w:r>
    </w:p>
    <w:p>
      <w:r>
        <w:rPr>
          <w:b/>
        </w:rPr>
        <w:t xml:space="preserve">[22:57] </w:t>
      </w:r>
      <w:r>
        <w:t>they started guerrilla war, guerrilla war, guerrilla war.</w:t>
      </w:r>
    </w:p>
    <w:p>
      <w:pPr>
        <w:jc w:val="right"/>
      </w:pPr>
      <w:r>
        <w:t>دے سٹارٹڈ گوریلا وار، گوریلا وار، گوریلا وار۔</w:t>
      </w:r>
    </w:p>
    <w:p>
      <w:r>
        <w:rPr>
          <w:b/>
        </w:rPr>
        <w:t xml:space="preserve">[23:04] </w:t>
      </w:r>
      <w:r>
        <w:t>then in the 1956, there was super mistake by the Arab people. you know what happened in 1956</w:t>
      </w:r>
    </w:p>
    <w:p>
      <w:pPr>
        <w:jc w:val="right"/>
      </w:pPr>
      <w:r>
        <w:t>دین ان دا 1956، دیر واز سپر مسٹیک بائی دا عرب پیپل۔ یو نو واٹ ہیپنڈ ان 1956</w:t>
      </w:r>
    </w:p>
    <w:p>
      <w:r>
        <w:rPr>
          <w:b/>
        </w:rPr>
        <w:t xml:space="preserve">[23:18] </w:t>
      </w:r>
      <w:r>
        <w:t>? there is a Swiss canal, very well known Swiss canal. this canal is at the border of Egypt.</w:t>
      </w:r>
    </w:p>
    <w:p>
      <w:pPr>
        <w:jc w:val="right"/>
      </w:pPr>
      <w:r>
        <w:t>؟ دیر از ا سوئس کنال، ویری ویل نون سوئس کنال۔ دس کنال از ایٹ دا بارڈر اف ایجپٹ۔</w:t>
      </w:r>
    </w:p>
    <w:p>
      <w:r>
        <w:rPr>
          <w:b/>
        </w:rPr>
        <w:t xml:space="preserve">[23:30] </w:t>
      </w:r>
      <w:r>
        <w:t>border and Egypt is the owner of this canal. artificial canal. it is and artificial canal. so it was dug by French and British company.</w:t>
      </w:r>
    </w:p>
    <w:p>
      <w:pPr>
        <w:jc w:val="right"/>
      </w:pPr>
      <w:r>
        <w:t>بارڈر اینڈ ایجپٹ از دا اونر اف دس کنال۔ ارٹیفیشل کنال۔ اٹ از اینڈ ارٹیفیشل کنال۔ سو اٹ واز ڈگ بائی فرنچ اینڈ برٹش کمپنی۔</w:t>
      </w:r>
    </w:p>
    <w:p>
      <w:r>
        <w:rPr>
          <w:b/>
        </w:rPr>
        <w:t xml:space="preserve">[23:46] </w:t>
      </w:r>
      <w:r>
        <w:t>so this was, this, this, this Swiss canal was under a and agreement of lease, agreement of lease, lease agreement.</w:t>
      </w:r>
    </w:p>
    <w:p>
      <w:pPr>
        <w:jc w:val="right"/>
      </w:pPr>
      <w:r>
        <w:t>سو دس واز، دس، دس، دس سوئس کنال واز انڈر ا اینڈ ایگریمنٹ اف لیز، ایگریمنٹ اف لیز، لیز ایگریمنٹ۔</w:t>
      </w:r>
    </w:p>
    <w:p>
      <w:r>
        <w:rPr>
          <w:b/>
        </w:rPr>
        <w:t xml:space="preserve">[24:01] </w:t>
      </w:r>
      <w:r>
        <w:t>this canal was</w:t>
      </w:r>
    </w:p>
    <w:p>
      <w:pPr>
        <w:jc w:val="right"/>
      </w:pPr>
      <w:r>
        <w:t>دس کنال واز</w:t>
      </w:r>
    </w:p>
    <w:p>
      <w:r>
        <w:rPr>
          <w:b/>
        </w:rPr>
        <w:t xml:space="preserve">[24:05] </w:t>
      </w:r>
      <w:r>
        <w:t>under the charge of Suez or British company, under the lease agreement</w:t>
      </w:r>
    </w:p>
    <w:p>
      <w:pPr>
        <w:jc w:val="right"/>
      </w:pPr>
      <w:r>
        <w:t>انڈر دی چارج اف سوئز اور برٹش کمپنی، انڈر دے لیز ایگریمنٹ</w:t>
      </w:r>
    </w:p>
    <w:p>
      <w:r>
        <w:rPr>
          <w:b/>
        </w:rPr>
        <w:t xml:space="preserve">[24:15] </w:t>
      </w:r>
      <w:r>
        <w:t>. this agreement was to expire in 1968.</w:t>
      </w:r>
    </w:p>
    <w:p>
      <w:pPr>
        <w:jc w:val="right"/>
      </w:pPr>
      <w:r>
        <w:t>۔ دس ایگریمنٹ واز ٹو ایکسپائر ان 1968۔</w:t>
      </w:r>
    </w:p>
    <w:p>
      <w:r>
        <w:rPr>
          <w:b/>
        </w:rPr>
        <w:t xml:space="preserve">[24:27] </w:t>
      </w:r>
      <w:r>
        <w:t>this lease agreement was to expire in 1968, but. Jamal Abdul Nasser was president of Egypt by the consent of all the Arab leaders.</w:t>
      </w:r>
    </w:p>
    <w:p>
      <w:pPr>
        <w:jc w:val="right"/>
      </w:pPr>
      <w:r>
        <w:t>دس لیز ایگریمنٹ واز ٹو ایکسپائر ان 1968، بٹ۔ جمال عبدالناصر واز پریزنٹ اف ایجپٹ بائی دا کنسنٹ اف ال دا عرب لیڈرز۔</w:t>
      </w:r>
    </w:p>
    <w:p>
      <w:r>
        <w:rPr>
          <w:b/>
        </w:rPr>
        <w:t xml:space="preserve">[24:45] </w:t>
      </w:r>
      <w:r>
        <w:t>it was not a single decision. Jamal Abdul Nasser,</w:t>
      </w:r>
    </w:p>
    <w:p>
      <w:pPr>
        <w:jc w:val="right"/>
      </w:pPr>
      <w:r>
        <w:t>اٹ واز ناٹ ا سنگل ڈیسیژن۔ جمال عبدالناصر،</w:t>
      </w:r>
    </w:p>
    <w:p>
      <w:r>
        <w:rPr>
          <w:b/>
        </w:rPr>
        <w:t xml:space="preserve">[24:54] </w:t>
      </w:r>
      <w:r>
        <w:t>president of Egypt at the time, by the consent of all the Arab leaders, he committed a great mistake</w:t>
      </w:r>
    </w:p>
    <w:p>
      <w:pPr>
        <w:jc w:val="right"/>
      </w:pPr>
      <w:r>
        <w:t>پریزنٹ اف ایجپٹ ایٹ دی ٹائم، بائی دا کنسنٹ اف ال دا عرب لیڈرز، ہی کمپیٹڈ ا گریٹ مسٹیک</w:t>
      </w:r>
    </w:p>
    <w:p>
      <w:r>
        <w:rPr>
          <w:b/>
        </w:rPr>
        <w:t xml:space="preserve">[25:06] </w:t>
      </w:r>
      <w:r>
        <w:t>. he terminated that agreement in 1956, prematurely,</w:t>
      </w:r>
    </w:p>
    <w:p>
      <w:pPr>
        <w:jc w:val="right"/>
      </w:pPr>
      <w:r>
        <w:t>۔ ہی ٹرمینیٹڈ دیٹ ایگریمنٹ ان 1956، پری میچورلی،</w:t>
      </w:r>
    </w:p>
    <w:p>
      <w:r>
        <w:rPr>
          <w:b/>
        </w:rPr>
        <w:t xml:space="preserve">[25:19] </w:t>
      </w:r>
      <w:r>
        <w:t>near about prematurely, because this agreement was to expire in 1968, and he terminated it prematurely in 1956.</w:t>
      </w:r>
    </w:p>
    <w:p>
      <w:pPr>
        <w:jc w:val="right"/>
      </w:pPr>
      <w:r>
        <w:t>نیئر اباؤٹ پری میچورلی، بیکاز دس ایگریمنٹ واز ٹو ایکسپائر ان 1968، اینڈ ہی ٹرمینیٹڈ اٹ پری میچورلی ان 1956۔</w:t>
      </w:r>
    </w:p>
    <w:p>
      <w:r>
        <w:rPr>
          <w:b/>
        </w:rPr>
        <w:t xml:space="preserve">[25:34] </w:t>
      </w:r>
      <w:r>
        <w:t>this was wrong according to Islam, according to international norm, both. There is a verse in the Quran: "o billah,</w:t>
      </w:r>
    </w:p>
    <w:p>
      <w:pPr>
        <w:jc w:val="right"/>
      </w:pPr>
      <w:r>
        <w:t>دس واز رونگ اکارڈنگ ٹو دا اسلام، اکارڈنگ ٹو انٹرنیشنل نارم، بوتھ۔ دیر ورس ان دا قران: "او باللہ،</w:t>
      </w:r>
    </w:p>
    <w:p>
      <w:r>
        <w:rPr>
          <w:b/>
        </w:rPr>
        <w:t xml:space="preserve">[25:49] </w:t>
      </w:r>
      <w:r>
        <w:t>ahad, ahad." so this termination, this premature termination, was quite against the international norm, also against the quranic principles.</w:t>
      </w:r>
    </w:p>
    <w:p>
      <w:pPr>
        <w:jc w:val="right"/>
      </w:pPr>
      <w:r>
        <w:t>احد، احد۔" سو دس ٹرمینیشن، دس پری میچور ٹرمینیشن، واز کوائٹ اگینسٹ دا انٹرنیشنل نارم، السو اگینسٹ دا قرانک پرنسپلز۔</w:t>
      </w:r>
    </w:p>
    <w:p>
      <w:r>
        <w:rPr>
          <w:b/>
        </w:rPr>
        <w:t xml:space="preserve">[26:02] </w:t>
      </w:r>
      <w:r>
        <w:t>so what happen?</w:t>
      </w:r>
    </w:p>
    <w:p>
      <w:pPr>
        <w:jc w:val="right"/>
      </w:pPr>
      <w:r>
        <w:t>سو واٹ ہیپن؟</w:t>
      </w:r>
    </w:p>
    <w:p>
      <w:r>
        <w:rPr>
          <w:b/>
        </w:rPr>
        <w:t xml:space="preserve">[26:05] </w:t>
      </w:r>
      <w:r>
        <w:t>before this, there was only one enemy, that is israel. now there became three enemies: israel, and britain, and french.</w:t>
      </w:r>
    </w:p>
    <w:p>
      <w:pPr>
        <w:jc w:val="right"/>
      </w:pPr>
      <w:r>
        <w:t>بیفور دس، دیر واز اونلی ون اینمی، دیٹ از اسرائیل۔ ناو دیر بیکم تھری اینمیز: اسرائیل، اینڈ برٹن، اینڈ فرنچ۔</w:t>
      </w:r>
    </w:p>
    <w:p>
      <w:r>
        <w:rPr>
          <w:b/>
        </w:rPr>
        <w:t xml:space="preserve">[26:19] </w:t>
      </w:r>
      <w:r>
        <w:t>and all these enemies, by a combined force, they attack egypt in 1967, after a great preparation, and they destroyed the air force of egypt completely, completely, completely.</w:t>
      </w:r>
    </w:p>
    <w:p>
      <w:pPr>
        <w:jc w:val="right"/>
      </w:pPr>
      <w:r>
        <w:t>اینڈ ال دس اینمیز، بائی ا کمبائنڈ فورس، دے اٹیک ایجپٹ ان 1967، افٹر ا گریٹ پریپریشن، اینڈ دے ڈسٹرائڈ دا ایئر فورس اف ایجپٹ کمپلیٹلی، کمپلیٹلی، کمپلیٹلی۔</w:t>
      </w:r>
    </w:p>
    <w:p>
      <w:r>
        <w:rPr>
          <w:b/>
        </w:rPr>
        <w:t xml:space="preserve">[26:40] </w:t>
      </w:r>
      <w:r>
        <w:t>in the war 1967, that was six day war, they completed the egyptian air force completely.</w:t>
      </w:r>
    </w:p>
    <w:p>
      <w:pPr>
        <w:jc w:val="right"/>
      </w:pPr>
      <w:r>
        <w:t>ان دا وار 1967، دیٹ واز سکس ڈے وار، دے کمپلیٹڈ دا ایجپشن ایئر فورس کمپلیٹلی۔</w:t>
      </w:r>
    </w:p>
    <w:p>
      <w:r>
        <w:rPr>
          <w:b/>
        </w:rPr>
        <w:t xml:space="preserve">[26:49] </w:t>
      </w:r>
      <w:r>
        <w:t>they destroyed, they destroyed the egyptian air force completely. moreover, they capture almost all the rest of the palestine territory.</w:t>
      </w:r>
    </w:p>
    <w:p>
      <w:pPr>
        <w:jc w:val="right"/>
      </w:pPr>
      <w:r>
        <w:t>دے ڈسٹرائڈ، دے ڈسٹرائڈ دا ایجپشن ایئر فورس کمپلیٹلی۔ مور اوور، دے کیپچر الموسٹ ال دا ریسٹ اف دا پیلسٹین ٹیریٹری۔</w:t>
      </w:r>
    </w:p>
    <w:p>
      <w:r>
        <w:rPr>
          <w:b/>
        </w:rPr>
        <w:t xml:space="preserve">[27:07] </w:t>
      </w:r>
      <w:r>
        <w:t>they expanded their territory.</w:t>
      </w:r>
    </w:p>
    <w:p>
      <w:pPr>
        <w:jc w:val="right"/>
      </w:pPr>
      <w:r>
        <w:t>دے ایکسپینڈڈ دیر ٹیریٹری۔</w:t>
      </w:r>
    </w:p>
    <w:p>
      <w:r>
        <w:rPr>
          <w:b/>
        </w:rPr>
        <w:t xml:space="preserve">[27:13] </w:t>
      </w:r>
      <w:r>
        <w:t>this was the result of this, and this, thishorrible error competed by arab people and, and, and egyptian leaders.</w:t>
      </w:r>
    </w:p>
    <w:p>
      <w:pPr>
        <w:jc w:val="right"/>
      </w:pPr>
      <w:r>
        <w:t>دس واز دا رزلٹ اف دس، اینڈ دس، دس ہاربل ایرر کمپیٹڈ بائی عرب پیپل اینڈ، اینڈ، اینڈ ایجپشن لیڈرز۔</w:t>
      </w:r>
    </w:p>
    <w:p>
      <w:r>
        <w:rPr>
          <w:b/>
        </w:rPr>
        <w:t xml:space="preserve">[27:34] </w:t>
      </w:r>
      <w:r>
        <w:t>then,</w:t>
      </w:r>
    </w:p>
    <w:p>
      <w:pPr>
        <w:jc w:val="right"/>
      </w:pPr>
      <w:r>
        <w:t>دین،</w:t>
      </w:r>
    </w:p>
    <w:p>
      <w:r>
        <w:rPr>
          <w:b/>
        </w:rPr>
        <w:t xml:space="preserve">[27:39] </w:t>
      </w:r>
      <w:r>
        <w:t>then i would like to add one more point</w:t>
      </w:r>
    </w:p>
    <w:p>
      <w:pPr>
        <w:jc w:val="right"/>
      </w:pPr>
      <w:r>
        <w:t>دین ائی وڈ لائک ٹو ایڈ ون مور پوائنٹ</w:t>
      </w:r>
    </w:p>
    <w:p>
      <w:r>
        <w:rPr>
          <w:b/>
        </w:rPr>
        <w:t xml:space="preserve">[27:44] </w:t>
      </w:r>
      <w:r>
        <w:t>: what happen? it is a very tragic story. what is happening in palestine?</w:t>
      </w:r>
    </w:p>
    <w:p>
      <w:pPr>
        <w:jc w:val="right"/>
      </w:pPr>
      <w:r>
        <w:t>: واٹ ہیپن؟ اٹ از ا ویری ٹریجک سٹوری۔ واٹ از ہیپننگ ان پیلسٹائن؟</w:t>
      </w:r>
    </w:p>
    <w:p>
      <w:r>
        <w:rPr>
          <w:b/>
        </w:rPr>
        <w:t xml:space="preserve">[27:56] </w:t>
      </w:r>
      <w:r>
        <w:t>that is only price of their own mistake. they are paying the price of their own mistake.</w:t>
      </w:r>
    </w:p>
    <w:p>
      <w:pPr>
        <w:jc w:val="right"/>
      </w:pPr>
      <w:r>
        <w:t>دیٹ از اونلی پرائس اف دیر اون مسٹیک۔ دے ار پینگ دا پرائس اف دیر اون مسٹیک۔</w:t>
      </w:r>
    </w:p>
    <w:p>
      <w:r>
        <w:rPr>
          <w:b/>
        </w:rPr>
        <w:t xml:space="preserve">[28:07] </w:t>
      </w:r>
      <w:r>
        <w:t>no one is enemy of these arabs. no one is their enemy.</w:t>
      </w:r>
    </w:p>
    <w:p>
      <w:pPr>
        <w:jc w:val="right"/>
      </w:pPr>
      <w:r>
        <w:t>نو ون از اینمی اف دیز عربس۔ نو ون از دیر اینمی۔</w:t>
      </w:r>
    </w:p>
    <w:p>
      <w:r>
        <w:rPr>
          <w:b/>
        </w:rPr>
        <w:t xml:space="preserve">[28:14] </w:t>
      </w:r>
      <w:r>
        <w:t>their enemy is their mistakes, their stepped actions, their stepped actions.</w:t>
      </w:r>
    </w:p>
    <w:p>
      <w:pPr>
        <w:jc w:val="right"/>
      </w:pPr>
      <w:r>
        <w:t>دیر اینمی از دیر مسٹیکس، دیر اسٹیپڈ ایکشنز، دیر اسٹیپڈ ایکشنز۔</w:t>
      </w:r>
    </w:p>
    <w:p>
      <w:r>
        <w:rPr>
          <w:b/>
        </w:rPr>
        <w:t xml:space="preserve">[28:29] </w:t>
      </w:r>
      <w:r>
        <w:t>so 1967 war, in which israel captured all the rest of the territory of in palestine, almost, most of the territory in the palestine,</w:t>
      </w:r>
    </w:p>
    <w:p>
      <w:pPr>
        <w:jc w:val="right"/>
      </w:pPr>
      <w:r>
        <w:t>سو 1967 وار، ان وچ اسرائیل کیپچرڈ ال دا ریسٹ اف دا ٹیریٹری اف ان پیلسٹائن، الموسٹ، موسٹ اف دا ٹیریٹری ان دا پیلسٹائن،</w:t>
      </w:r>
    </w:p>
    <w:p>
      <w:r>
        <w:rPr>
          <w:b/>
        </w:rPr>
        <w:t xml:space="preserve">[28:48] </w:t>
      </w:r>
      <w:r>
        <w:t>was due to their own mistake, to arabs mistake.</w:t>
      </w:r>
    </w:p>
    <w:p>
      <w:pPr>
        <w:jc w:val="right"/>
      </w:pPr>
      <w:r>
        <w:t>واز ڈیو ٹو دیر اون مسٹیک، ٹو عربس مسٹیک۔</w:t>
      </w:r>
    </w:p>
    <w:p>
      <w:r>
        <w:rPr>
          <w:b/>
        </w:rPr>
        <w:t xml:space="preserve">[28:56] </w:t>
      </w:r>
      <w:r>
        <w:t>so we have to reassess</w:t>
      </w:r>
    </w:p>
    <w:p>
      <w:pPr>
        <w:jc w:val="right"/>
      </w:pPr>
      <w:r>
        <w:t>سو وی ہیو ٹو ری اسس</w:t>
      </w:r>
    </w:p>
    <w:p>
      <w:r>
        <w:rPr>
          <w:b/>
        </w:rPr>
        <w:t xml:space="preserve">[28:59] </w:t>
      </w:r>
      <w:r>
        <w:t>. i said to those journalist that you have to reassess, you have to reexamine, you have to replan.</w:t>
      </w:r>
    </w:p>
    <w:p>
      <w:pPr>
        <w:jc w:val="right"/>
      </w:pPr>
      <w:r>
        <w:t>۔ ائی سیڈ ٹو دوز جرنلسٹ دیٹ یو ہیو ٹو ری اسس، یو ہیو ٹو ری ایگزیمن، یو ہیو ٹو ری پلان۔</w:t>
      </w:r>
    </w:p>
    <w:p>
      <w:r>
        <w:rPr>
          <w:b/>
        </w:rPr>
        <w:t xml:space="preserve">[29:14] </w:t>
      </w:r>
      <w:r>
        <w:t>they refer to those</w:t>
      </w:r>
    </w:p>
    <w:p>
      <w:pPr>
        <w:jc w:val="right"/>
      </w:pPr>
      <w:r>
        <w:t>دے ریفر ٹو دوز</w:t>
      </w:r>
    </w:p>
    <w:p>
      <w:r>
        <w:rPr>
          <w:b/>
        </w:rPr>
        <w:t xml:space="preserve">[29:19] </w:t>
      </w:r>
      <w:r>
        <w:t>strikes by the israel. i said: "this is the half of this story."</w:t>
      </w:r>
    </w:p>
    <w:p>
      <w:pPr>
        <w:jc w:val="right"/>
      </w:pPr>
      <w:r>
        <w:t>سٹرائکس بائی دا اسرائیل۔ ائی سیڈ: "دس از دا ہاف اف دس سٹوری۔"</w:t>
      </w:r>
    </w:p>
    <w:p>
      <w:r>
        <w:rPr>
          <w:b/>
        </w:rPr>
        <w:t xml:space="preserve">[29:28] </w:t>
      </w:r>
      <w:r>
        <w:t>the fact is that these arabs started again a guerilla war. after defeat in 1967, they failed to accept their defeat.</w:t>
      </w:r>
    </w:p>
    <w:p>
      <w:pPr>
        <w:jc w:val="right"/>
      </w:pPr>
      <w:r>
        <w:t>دا فیکٹ از دیٹ دیز عربس اسٹارٹڈ اگین ا گوریلا وار۔ افٹر ڈیفیٹ ان 1967، دے فیلڈ ٹو ایکسیپٹ دیر ڈیفیٹ۔</w:t>
      </w:r>
    </w:p>
    <w:p>
      <w:r>
        <w:rPr>
          <w:b/>
        </w:rPr>
        <w:t xml:space="preserve">[29:44] </w:t>
      </w:r>
      <w:r>
        <w:t>after defeat in 1967, they failed to accept their defeat. they open a new war, that is guerilla war.</w:t>
      </w:r>
    </w:p>
    <w:p>
      <w:pPr>
        <w:jc w:val="right"/>
      </w:pPr>
      <w:r>
        <w:t>افٹر ڈیفیٹ ان 1967، دے فیلڈ ٹو ایکسیپٹ دیر ڈیفیٹ। دے اوپن ا نیو وار، دیٹ از گوریلا وار۔</w:t>
      </w:r>
    </w:p>
    <w:p>
      <w:r>
        <w:rPr>
          <w:b/>
        </w:rPr>
        <w:t xml:space="preserve">[29:56] </w:t>
      </w:r>
      <w:r>
        <w:t>they launch rockets every day.</w:t>
      </w:r>
    </w:p>
    <w:p>
      <w:pPr>
        <w:jc w:val="right"/>
      </w:pPr>
      <w:r>
        <w:t>دے لانچ راکٹس ایوری ڈے۔</w:t>
      </w:r>
    </w:p>
    <w:p>
      <w:r>
        <w:rPr>
          <w:b/>
        </w:rPr>
        <w:t xml:space="preserve">[30:02] </w:t>
      </w:r>
      <w:r>
        <w:t>every day they are engaged to launch rockets, rockets, rockets. so it is but natural that Israel retaliate.</w:t>
      </w:r>
    </w:p>
    <w:p>
      <w:pPr>
        <w:jc w:val="right"/>
      </w:pPr>
      <w:r>
        <w:t>ایوری ڈے دے ار انگیج ٹو لانچ راکٹس، راکٹس، راکٹس۔ سو اٹ از بٹ نیچرل دیٹ اسرائیل ریلیٹ۔</w:t>
      </w:r>
    </w:p>
    <w:p>
      <w:r>
        <w:rPr>
          <w:b/>
        </w:rPr>
        <w:t xml:space="preserve">[30:19] </w:t>
      </w:r>
      <w:r>
        <w:t>I said: "they refer to humanitarian aspect." so many people were killed, so many people were injured. their scarcity of food and this and that.</w:t>
      </w:r>
    </w:p>
    <w:p>
      <w:pPr>
        <w:jc w:val="right"/>
      </w:pPr>
      <w:r>
        <w:t>ائی سیڈ: "دے ریفر ٹو ہیومینیٹیرین اسپیکٹ۔" سو مینی پیپل وار کلڈ، سو مینی پیپل وار انجرڈ۔ دیر اسکیسیٹی اف فوڈ اینڈ دس اینڈ دیٹ۔</w:t>
      </w:r>
    </w:p>
    <w:p>
      <w:r>
        <w:rPr>
          <w:b/>
        </w:rPr>
        <w:t xml:space="preserve">[30:30] </w:t>
      </w:r>
      <w:r>
        <w:t>I said that this is a intellectual luxury. any nation who is threatened by his neighborhood, can't afford to, to,</w:t>
      </w:r>
    </w:p>
    <w:p>
      <w:pPr>
        <w:jc w:val="right"/>
      </w:pPr>
      <w:r>
        <w:t>ائی سیڈ دیٹ دس از ا انٹلیکچول لگزری۔ اینی نیشن ہو از تھریٹن بائی ہز نیبرہڈ، کینٹ افورڈ ٹو، ٹو،</w:t>
      </w:r>
    </w:p>
    <w:p>
      <w:r>
        <w:rPr>
          <w:b/>
        </w:rPr>
        <w:t xml:space="preserve">[30:45] </w:t>
      </w:r>
      <w:r>
        <w:t>to, to, to consider these humanitarian grounds.</w:t>
      </w:r>
    </w:p>
    <w:p>
      <w:pPr>
        <w:jc w:val="right"/>
      </w:pPr>
      <w:r>
        <w:t>ٹو، ٹو، ٹو کنسیڈر دیز ہیومینیٹیرین گراؤنڈز۔</w:t>
      </w:r>
    </w:p>
    <w:p>
      <w:r>
        <w:rPr>
          <w:b/>
        </w:rPr>
        <w:t xml:space="preserve">[30:50] </w:t>
      </w:r>
      <w:r>
        <w:t>even in India, when a nation is threatened by the, by, by his neighbor, he, he, he will defend itself.</w:t>
      </w:r>
    </w:p>
    <w:p>
      <w:pPr>
        <w:jc w:val="right"/>
      </w:pPr>
      <w:r>
        <w:t>ایون ان انڈیا، وین ا نیشن از تھریٹن بائی دا، بائی، بائی ہز نیبر، ہی، ہی، ہی ویل ڈیفینڈ اٹ سیلف۔</w:t>
      </w:r>
    </w:p>
    <w:p>
      <w:r>
        <w:rPr>
          <w:b/>
        </w:rPr>
        <w:t xml:space="preserve">[31:05] </w:t>
      </w:r>
      <w:r>
        <w:t>he will, he will try to save itself.</w:t>
      </w:r>
    </w:p>
    <w:p>
      <w:pPr>
        <w:jc w:val="right"/>
      </w:pPr>
      <w:r>
        <w:t>ہی ویل، ہی ویل ٹرائی ٹو سیو اٹ سیلف۔</w:t>
      </w:r>
    </w:p>
    <w:p>
      <w:r>
        <w:rPr>
          <w:b/>
        </w:rPr>
        <w:t xml:space="preserve">[31:11] </w:t>
      </w:r>
      <w:r>
        <w:t>in such a situation, when a nation is threatened in such a situation, all those humanitarian aspect become secondary.</w:t>
      </w:r>
    </w:p>
    <w:p>
      <w:pPr>
        <w:jc w:val="right"/>
      </w:pPr>
      <w:r>
        <w:t>ان سچ ا سچویشن، وین ا نیشن از تھریٹن ان سچ ا سچویشن، ال دوز ہیومینیٹیرین اسپیکٹ بیکم سیکنڈری۔</w:t>
      </w:r>
    </w:p>
    <w:p>
      <w:r>
        <w:rPr>
          <w:b/>
        </w:rPr>
        <w:t xml:space="preserve">[31:24] </w:t>
      </w:r>
      <w:r>
        <w:t>secondary, you can talk about all those humanitarian aspect, but, but that nation which is threatened by Arabs.</w:t>
      </w:r>
    </w:p>
    <w:p>
      <w:pPr>
        <w:jc w:val="right"/>
      </w:pPr>
      <w:r>
        <w:t>سیکنڈری، یو کین ٹاک اباؤٹ ال دوز ہیومینیٹیرین اسپیکٹ، بٹ، بٹ دیٹ نیشن وچ از تھریٹن بائی عربس۔</w:t>
      </w:r>
    </w:p>
    <w:p>
      <w:r>
        <w:rPr>
          <w:b/>
        </w:rPr>
        <w:t xml:space="preserve">[31:40] </w:t>
      </w:r>
      <w:r>
        <w:t>so for that nation, all these humanitarian aspects become secondary. secondary, secondary, secondary.</w:t>
      </w:r>
    </w:p>
    <w:p>
      <w:pPr>
        <w:jc w:val="right"/>
      </w:pPr>
      <w:r>
        <w:t>سو فار دیٹ نیشن، ال دیز ہیومینیٹیرین اسپیکٹس بیکم سیکنڈری۔ سیکنڈری، سیکنڈری، سیکنڈری۔</w:t>
      </w:r>
    </w:p>
    <w:p>
      <w:r>
        <w:rPr>
          <w:b/>
        </w:rPr>
        <w:t xml:space="preserve">[31:55] </w:t>
      </w:r>
      <w:r>
        <w:t>so if you want to save yourself from bombardment from Israel, you have to stop your, your rocket launching.</w:t>
      </w:r>
    </w:p>
    <w:p>
      <w:pPr>
        <w:jc w:val="right"/>
      </w:pPr>
      <w:r>
        <w:t>سو اف یو وانٹ ٹو سیو یور سیلف فرام بمبارٹمنٹ فرام اسرائیل، یو ہیو ٹو سٹاپ یور، یور راکٹ لانچنگ۔</w:t>
      </w:r>
    </w:p>
    <w:p>
      <w:r>
        <w:rPr>
          <w:b/>
        </w:rPr>
        <w:t xml:space="preserve">[32:10] </w:t>
      </w:r>
      <w:r>
        <w:t>without stopping your rocket launching, its not possible to save yourself from Israeli bombardment.</w:t>
      </w:r>
    </w:p>
    <w:p>
      <w:pPr>
        <w:jc w:val="right"/>
      </w:pPr>
      <w:r>
        <w:t>وداؤٹ سٹاپنگ یور راکٹ لانچنگ، اٹس ناٹ پاسیبل ٹو سیو یور سیلف فرام اسرائیلی بمبارٹمنٹ۔</w:t>
      </w:r>
    </w:p>
    <w:p>
      <w:r>
        <w:rPr>
          <w:b/>
        </w:rPr>
        <w:t xml:space="preserve">[32:20] </w:t>
      </w:r>
      <w:r>
        <w:t>its not possible.</w:t>
      </w:r>
    </w:p>
    <w:p>
      <w:pPr>
        <w:jc w:val="right"/>
      </w:pPr>
      <w:r>
        <w:t>اٹس ناٹ پاسیبل۔</w:t>
      </w:r>
    </w:p>
    <w:p>
      <w:r>
        <w:rPr>
          <w:b/>
        </w:rPr>
        <w:t xml:space="preserve">[32:27] </w:t>
      </w:r>
      <w:r>
        <w:t>now, I would like to say that both the party have committed great mistakes.</w:t>
      </w:r>
    </w:p>
    <w:p>
      <w:pPr>
        <w:jc w:val="right"/>
      </w:pPr>
      <w:r>
        <w:t>ناو، ائی وڈ لائک ٹو سی دیٹ بوتھ دا پارٹی ہیو کمپیٹڈ گریٹ مسٹیکس۔</w:t>
      </w:r>
    </w:p>
    <w:p>
      <w:r>
        <w:rPr>
          <w:b/>
        </w:rPr>
        <w:t xml:space="preserve">[32:35] </w:t>
      </w:r>
      <w:r>
        <w:t>I am not pro any party. I am an objective person, I am a realistic person.</w:t>
      </w:r>
    </w:p>
    <w:p>
      <w:pPr>
        <w:jc w:val="right"/>
      </w:pPr>
      <w:r>
        <w:t>ائی ایم ناٹ پرو اینی پارٹی۔ ائی ایم این ابجیکٹو پرسن، ائی ایم ا ریلسٹک پرسن۔</w:t>
      </w:r>
    </w:p>
    <w:p>
      <w:r>
        <w:rPr>
          <w:b/>
        </w:rPr>
        <w:t xml:space="preserve">[32:45] </w:t>
      </w:r>
      <w:r>
        <w:t>I always see things in the light of wisdom.</w:t>
      </w:r>
    </w:p>
    <w:p>
      <w:pPr>
        <w:jc w:val="right"/>
      </w:pPr>
      <w:r>
        <w:t>ائی الویز سی تھنگز ان دا لائٹ اف وزڈم۔</w:t>
      </w:r>
    </w:p>
    <w:p>
      <w:r>
        <w:rPr>
          <w:b/>
        </w:rPr>
        <w:t xml:space="preserve">[32:54] </w:t>
      </w:r>
      <w:r>
        <w:t>so I would like to say both the party have committed great mistakes.</w:t>
      </w:r>
    </w:p>
    <w:p>
      <w:pPr>
        <w:jc w:val="right"/>
      </w:pPr>
      <w:r>
        <w:t>سو ائی وڈ لائک ٹو سی بوتھ دا پارٹی ہیو کمپیٹڈ گریٹ مسٹیکس۔</w:t>
      </w:r>
    </w:p>
    <w:p>
      <w:r>
        <w:rPr>
          <w:b/>
        </w:rPr>
        <w:t xml:space="preserve">[33:04] </w:t>
      </w:r>
      <w:r>
        <w:t>for example, Israeli, Israel has publish a map.</w:t>
      </w:r>
    </w:p>
    <w:p>
      <w:pPr>
        <w:jc w:val="right"/>
      </w:pPr>
      <w:r>
        <w:t>فار ایگزامپل، اسرائیلی، اسرائیل ہیز پبلش ا میپ۔</w:t>
      </w:r>
    </w:p>
    <w:p>
      <w:r>
        <w:rPr>
          <w:b/>
        </w:rPr>
        <w:t xml:space="preserve">[33:13] </w:t>
      </w:r>
      <w:r>
        <w:t>they say, they have declared that we will expand our border.</w:t>
      </w:r>
    </w:p>
    <w:p>
      <w:pPr>
        <w:jc w:val="right"/>
      </w:pPr>
      <w:r>
        <w:t>دے سی، دے ہیو ڈیکلیئرڈ دیٹ وی ویل ایکسپینڈ اور بارڈر۔</w:t>
      </w:r>
    </w:p>
    <w:p>
      <w:r>
        <w:rPr>
          <w:b/>
        </w:rPr>
        <w:t xml:space="preserve">[33:21] </w:t>
      </w:r>
      <w:r>
        <w:t>we have to establish a greater Israel, greater Israel, that includes Ephrate and Tigris and Syria and Medina.</w:t>
      </w:r>
    </w:p>
    <w:p>
      <w:pPr>
        <w:jc w:val="right"/>
      </w:pPr>
      <w:r>
        <w:t>وی ہیو ٹو اسٹیبلش ا گریٹر اسرائیل، گریٹر اسرائیل، دیٹ انکلوڈز ایفریٹ اینڈ ٹیگریز اینڈ سیریا اینڈ مدینہ۔</w:t>
      </w:r>
    </w:p>
    <w:p>
      <w:r>
        <w:rPr>
          <w:b/>
        </w:rPr>
        <w:t xml:space="preserve">[33:40] </w:t>
      </w:r>
      <w:r>
        <w:t>all these treaties are right, and we have to establish a greater Israel by capturing all these territory.</w:t>
      </w:r>
    </w:p>
    <w:p>
      <w:pPr>
        <w:jc w:val="right"/>
      </w:pPr>
      <w:r>
        <w:t>ال دیز ٹریٹیز ار رائٹ، اینڈ وی ہیو ٹو اسٹیبلش ا گریٹر اسرائیل بائی کیپچرنگ ال دیز ٹیریٹری۔</w:t>
      </w:r>
    </w:p>
    <w:p>
      <w:r>
        <w:rPr>
          <w:b/>
        </w:rPr>
        <w:t xml:space="preserve">[33:49] </w:t>
      </w:r>
      <w:r>
        <w:t>so this kind of statement given by the state of Israel is not very simple. all those countries, all those adjacent countries, like,</w:t>
      </w:r>
    </w:p>
    <w:p>
      <w:pPr>
        <w:jc w:val="right"/>
      </w:pPr>
      <w:r>
        <w:t>سو دس کائنڈ اف سٹیٹمنٹ گیون بائی دی سٹیٹ اف اسرائیل از ناٹ ویری سمپل۔ ال دوز کنٹریز، ال دوز ایڈسنٹ کنٹریز، لائک،</w:t>
      </w:r>
    </w:p>
    <w:p>
      <w:r>
        <w:rPr>
          <w:b/>
        </w:rPr>
        <w:t xml:space="preserve">[34:03] </w:t>
      </w:r>
      <w:r>
        <w:t>like Syria and Jordan and, and, and all those Arab countries, will try to defend them self</w:t>
      </w:r>
    </w:p>
    <w:p>
      <w:pPr>
        <w:jc w:val="right"/>
      </w:pPr>
      <w:r>
        <w:t>لائک سیریا اینڈ اردن اینڈ، اینڈ، اینڈ ال دوز عرب کنٹریز، ول ٹرائی ٹو ڈیفینڈ دیم سیلف</w:t>
      </w:r>
    </w:p>
    <w:p>
      <w:r>
        <w:rPr>
          <w:b/>
        </w:rPr>
        <w:t xml:space="preserve">[34:20] </w:t>
      </w:r>
      <w:r>
        <w:t>because they are in the threatening position.</w:t>
      </w:r>
    </w:p>
    <w:p>
      <w:pPr>
        <w:jc w:val="right"/>
      </w:pPr>
      <w:r>
        <w:t>بیکاز دے ار ان دا تھریٹنگ پوزیشن۔</w:t>
      </w:r>
    </w:p>
    <w:p>
      <w:r>
        <w:rPr>
          <w:b/>
        </w:rPr>
        <w:t xml:space="preserve">[34:24] </w:t>
      </w:r>
      <w:r>
        <w:t>so these Arab countries adopted strategy to give support to these militant people, like Hezbollah, Hamas, Fatah, etc.</w:t>
      </w:r>
    </w:p>
    <w:p>
      <w:pPr>
        <w:jc w:val="right"/>
      </w:pPr>
      <w:r>
        <w:t>سو دیز عرب کنٹریز اڈاپٹڈ سٹریٹجی ٹو گیو سپورٹ ٹو دیز ملٹن پیپل، لائک حزب اللہ، حماس، فتح، ایٹسٹر۔</w:t>
      </w:r>
    </w:p>
    <w:p>
      <w:r>
        <w:rPr>
          <w:b/>
        </w:rPr>
        <w:t xml:space="preserve">[34:41] </w:t>
      </w:r>
      <w:r>
        <w:t>they them self are not in a position to involve directly, but they provide support to these militant groups, and then these groups are active against Israel,</w:t>
      </w:r>
    </w:p>
    <w:p>
      <w:pPr>
        <w:jc w:val="right"/>
      </w:pPr>
      <w:r>
        <w:t>دے دیم سیلف ار ناٹ ان ا پوزیشن ٹو انوالو ڈائریکٹلی، بٹ دے پرووائیڈ سپورٹ ٹو دیز ملٹن گروپس، اینڈ دین دیز گروپس ار ایکٹیو اگینسٹ اسرائیل،</w:t>
      </w:r>
    </w:p>
    <w:p>
      <w:r>
        <w:rPr>
          <w:b/>
        </w:rPr>
        <w:t xml:space="preserve">[34:58] </w:t>
      </w:r>
      <w:r>
        <w:t>only to destabilize Israel, to weaken Israel.</w:t>
      </w:r>
    </w:p>
    <w:p>
      <w:pPr>
        <w:jc w:val="right"/>
      </w:pPr>
      <w:r>
        <w:t>اونلی ٹو ڈی اسٹیبلائز اسرائیل، ٹو ویکن اسرائیل۔</w:t>
      </w:r>
    </w:p>
    <w:p>
      <w:r>
        <w:rPr>
          <w:b/>
        </w:rPr>
        <w:t xml:space="preserve">[35:04] </w:t>
      </w:r>
      <w:r>
        <w:t>so this policy adopted by Israel had engaged all the Arab countries, and these Arab countries are engaged to destabilize the Israel and weaken Israel,</w:t>
      </w:r>
    </w:p>
    <w:p>
      <w:pPr>
        <w:jc w:val="right"/>
      </w:pPr>
      <w:r>
        <w:t>سو دس پالیسی اڈاپٹڈ بائی اسرائیل ہیڈ انگیجڈ ال دا عرب کنٹریز، اینڈ دیز عرب کنٹریز ار انگیجڈ ٹو ڈی اسٹیبلائز دا اسرائیل اینڈ ویکن اسرائیل،</w:t>
      </w:r>
    </w:p>
    <w:p>
      <w:r>
        <w:rPr>
          <w:b/>
        </w:rPr>
        <w:t xml:space="preserve">[35:21] </w:t>
      </w:r>
      <w:r>
        <w:t>so that then Israel can not achieve its goal. It is but natural.</w:t>
      </w:r>
    </w:p>
    <w:p>
      <w:pPr>
        <w:jc w:val="right"/>
      </w:pPr>
      <w:r>
        <w:t>سو دیٹ دین اسرائیل کین ناٹ اچیو اٹس گول۔ اٹ از بٹ نیچرل۔</w:t>
      </w:r>
    </w:p>
    <w:p>
      <w:r>
        <w:rPr>
          <w:b/>
        </w:rPr>
        <w:t xml:space="preserve">[35:32] </w:t>
      </w:r>
      <w:r>
        <w:t>then what is the position on the Arab side? I would like to say that Arabs have competed a great mistake. They allowed non-governmental agencies to use arms.</w:t>
      </w:r>
    </w:p>
    <w:p>
      <w:pPr>
        <w:jc w:val="right"/>
      </w:pPr>
      <w:r>
        <w:t>دین واٹ از دا پوزیشن ان دا عرب سائیڈ؟ ائی وڈ لائک ٹو سی دیٹ عربس ہیو کمپیٹڈ ا گریٹ مسٹیک۔ دے الاؤڈ نان گورنمنٹل ایجنسیز ٹو یوز ارم۔</w:t>
      </w:r>
    </w:p>
    <w:p>
      <w:r>
        <w:rPr>
          <w:b/>
        </w:rPr>
        <w:t xml:space="preserve">[35:49] </w:t>
      </w:r>
      <w:r>
        <w:t>present war is not between two states. It is very clear.</w:t>
      </w:r>
    </w:p>
    <w:p>
      <w:pPr>
        <w:jc w:val="right"/>
      </w:pPr>
      <w:r>
        <w:t>پریزنٹ وار از ناٹ بٹوین ٹو سٹیٹس۔ اٹ از ویری کلیئر۔</w:t>
      </w:r>
    </w:p>
    <w:p>
      <w:r>
        <w:rPr>
          <w:b/>
        </w:rPr>
        <w:t xml:space="preserve">[35:55] </w:t>
      </w:r>
      <w:r>
        <w:t>present Arab Israel war is not between two states. It is, it is between Israel and NGOs, non-governmental agencies,</w:t>
      </w:r>
    </w:p>
    <w:p>
      <w:pPr>
        <w:jc w:val="right"/>
      </w:pPr>
      <w:r>
        <w:t>پریزنٹ عرب اسرائیل وار از ناٹ بٹوین ٹو سٹیٹس۔ اٹ از، اٹ از بٹوین اسرائیل اینڈ این جی اوز، نان گورنمنٹل ایجنسیز،</w:t>
      </w:r>
    </w:p>
    <w:p>
      <w:r>
        <w:rPr>
          <w:b/>
        </w:rPr>
        <w:t xml:space="preserve">[36:09] </w:t>
      </w:r>
      <w:r>
        <w:t>not between two states.</w:t>
      </w:r>
    </w:p>
    <w:p>
      <w:pPr>
        <w:jc w:val="right"/>
      </w:pPr>
      <w:r>
        <w:t>ناٹ بٹوین ٹو سٹیٹس۔</w:t>
      </w:r>
    </w:p>
    <w:p>
      <w:r>
        <w:rPr>
          <w:b/>
        </w:rPr>
        <w:t xml:space="preserve">[36:13] </w:t>
      </w:r>
      <w:r>
        <w:t>this kind of, this kind of, this kind of war is quite unholy Islam, and also it is not permitted according to the international law.</w:t>
      </w:r>
    </w:p>
    <w:p>
      <w:pPr>
        <w:jc w:val="right"/>
      </w:pPr>
      <w:r>
        <w:t>دس کائنڈ اف، دس کائنڈ اف، دس کائنڈ اف وار از کوائٹ انلافی اسلام، اینڈ السو اٹ از ناٹ پرمیٹڈ اکارڈنگ ٹو دا انٹرنیشنل لاء۔</w:t>
      </w:r>
    </w:p>
    <w:p>
      <w:r>
        <w:rPr>
          <w:b/>
        </w:rPr>
        <w:t xml:space="preserve">[36:28] </w:t>
      </w:r>
      <w:r>
        <w:t>now, I said to those journalists that you know what is terrorism.</w:t>
      </w:r>
    </w:p>
    <w:p>
      <w:pPr>
        <w:jc w:val="right"/>
      </w:pPr>
      <w:r>
        <w:t>ناو، ائی سیڈ ٹو دوز جرنلسٹ دیٹ یو نو واٹ از ٹیررزم۔</w:t>
      </w:r>
    </w:p>
    <w:p>
      <w:r>
        <w:rPr>
          <w:b/>
        </w:rPr>
        <w:t xml:space="preserve">[36:39] </w:t>
      </w:r>
      <w:r>
        <w:t>Islam has given a very, very correct definition of terrorism, very clear definition of terrorism.</w:t>
      </w:r>
    </w:p>
    <w:p>
      <w:pPr>
        <w:jc w:val="right"/>
      </w:pPr>
      <w:r>
        <w:t>اسلام ہیز گیون ا ویری، ویری کریکٹ ڈیفینیشن اف ٹیررزم، ویری کلیئر ڈیفینیشن اف ٹیررزم۔</w:t>
      </w:r>
    </w:p>
    <w:p>
      <w:r>
        <w:rPr>
          <w:b/>
        </w:rPr>
        <w:t xml:space="preserve">[36:49] </w:t>
      </w:r>
      <w:r>
        <w:t>the definition of terrorism in the Islam is like this: use of arms by agencies other than state.</w:t>
      </w:r>
    </w:p>
    <w:p>
      <w:pPr>
        <w:jc w:val="right"/>
      </w:pPr>
      <w:r>
        <w:t>دا ڈیفینیشن اف ٹیررزم ان دا اسلام از لائک دس: یوز اف ارمز بائی ایجنسیز ادر دین اسٹیٹ۔</w:t>
      </w:r>
    </w:p>
    <w:p>
      <w:r>
        <w:rPr>
          <w:b/>
        </w:rPr>
        <w:t xml:space="preserve">[37:07] </w:t>
      </w:r>
      <w:r>
        <w:t>use of arms by agencies other than state.</w:t>
      </w:r>
    </w:p>
    <w:p>
      <w:pPr>
        <w:jc w:val="right"/>
      </w:pPr>
      <w:r>
        <w:t>یوز اف ارمز بائی ایجنسیز ادر دین اسٹیٹ۔</w:t>
      </w:r>
    </w:p>
    <w:p>
      <w:r>
        <w:rPr>
          <w:b/>
        </w:rPr>
        <w:t xml:space="preserve">[37:14] </w:t>
      </w:r>
      <w:r>
        <w:t>so all these groups who are engaged in violence against Israel, they are non-state actors.</w:t>
      </w:r>
    </w:p>
    <w:p>
      <w:pPr>
        <w:jc w:val="right"/>
      </w:pPr>
      <w:r>
        <w:t>سو ال دیز گروپس ہو ار انگیجڈ ان وائلنس اگینسٹ اسرائیل، دے ار نان اسٹیٹ ایکٹرز۔</w:t>
      </w:r>
    </w:p>
    <w:p>
      <w:r>
        <w:rPr>
          <w:b/>
        </w:rPr>
        <w:t xml:space="preserve">[37:25] </w:t>
      </w:r>
      <w:r>
        <w:t>they are non-state actors. You know, there is a very, there is a well known, there is a well known principle in Islamic Sharia: Al-Rihil lil-Imam.</w:t>
      </w:r>
    </w:p>
    <w:p>
      <w:pPr>
        <w:jc w:val="right"/>
      </w:pPr>
      <w:r>
        <w:t>دے ار نان اسٹیٹ ایکٹرز۔ یو نو، دیر از ا ویری، دیر از ا ویل نون، دیر از ا ویل نون پرنسپل ان اسلامک شریعہ: الرحیل للامام۔</w:t>
      </w:r>
    </w:p>
    <w:p>
      <w:r>
        <w:rPr>
          <w:b/>
        </w:rPr>
        <w:t xml:space="preserve">[37:42] </w:t>
      </w:r>
      <w:r>
        <w:t>Al-Rihil lil-Imam.</w:t>
      </w:r>
    </w:p>
    <w:p>
      <w:pPr>
        <w:jc w:val="right"/>
      </w:pPr>
      <w:r>
        <w:t>الرحیل للامام۔</w:t>
      </w:r>
    </w:p>
    <w:p>
      <w:r>
        <w:rPr>
          <w:b/>
        </w:rPr>
        <w:t xml:space="preserve">[37:48] </w:t>
      </w:r>
      <w:r>
        <w:t>it means to declare a war is a prerogative of an established state.</w:t>
      </w:r>
    </w:p>
    <w:p>
      <w:pPr>
        <w:jc w:val="right"/>
      </w:pPr>
      <w:r>
        <w:t>اٹ مینز ٹو ڈیکلیئر ا وار از ا پیراگیٹیو اف این اسٹیبلش اسٹیٹ۔</w:t>
      </w:r>
    </w:p>
    <w:p>
      <w:r>
        <w:rPr>
          <w:b/>
        </w:rPr>
        <w:t xml:space="preserve">[38:01] </w:t>
      </w:r>
      <w:r>
        <w:t>to declare a war is a prerogative of an established state.</w:t>
      </w:r>
    </w:p>
    <w:p>
      <w:pPr>
        <w:jc w:val="right"/>
      </w:pPr>
      <w:r>
        <w:t>ٹو ڈیکلیئر ا وار از ا پیراگیٹیو اف این اسٹیبلش اسٹیٹ۔</w:t>
      </w:r>
    </w:p>
    <w:p>
      <w:r>
        <w:rPr>
          <w:b/>
        </w:rPr>
        <w:t xml:space="preserve">[38:09] </w:t>
      </w:r>
      <w:r>
        <w:t>according to this principle,</w:t>
      </w:r>
    </w:p>
    <w:p>
      <w:pPr>
        <w:jc w:val="right"/>
      </w:pPr>
      <w:r>
        <w:t>اکارڈنگ ٹو دس پرنسپل،</w:t>
      </w:r>
    </w:p>
    <w:p>
      <w:r>
        <w:rPr>
          <w:b/>
        </w:rPr>
        <w:t xml:space="preserve">[38:16] </w:t>
      </w:r>
      <w:r>
        <w:t>the definition of terrorism is like this: use of war by agencies other than state.</w:t>
      </w:r>
    </w:p>
    <w:p>
      <w:pPr>
        <w:jc w:val="right"/>
      </w:pPr>
      <w:r>
        <w:t>دا ڈیفینیشن اف ٹیررزم از لائک دس: یوز اف وار بائی ایجنسیز ادر دین اسٹیٹ۔</w:t>
      </w:r>
    </w:p>
    <w:p>
      <w:r>
        <w:rPr>
          <w:b/>
        </w:rPr>
        <w:t xml:space="preserve">[38:25] </w:t>
      </w:r>
      <w:r>
        <w:t>so this terrorism, this is not war. They claim that this is struggle, freedom struggle. No, is not freedom struggle.</w:t>
      </w:r>
    </w:p>
    <w:p>
      <w:pPr>
        <w:jc w:val="right"/>
      </w:pPr>
      <w:r>
        <w:t>سو دس ٹیررزم، دس از ناٹ وار۔ دے کلیم دیٹ دس از اسٹرگل، فریڈم اسٹرگل۔ نو، از ناٹ فریڈم اسٹرگل۔</w:t>
      </w:r>
    </w:p>
    <w:p>
      <w:r>
        <w:rPr>
          <w:b/>
        </w:rPr>
        <w:t xml:space="preserve">[38:36] </w:t>
      </w:r>
      <w:r>
        <w:t>is unholy war.</w:t>
      </w:r>
    </w:p>
    <w:p>
      <w:pPr>
        <w:jc w:val="right"/>
      </w:pPr>
      <w:r>
        <w:t>از انلافی وار۔</w:t>
      </w:r>
    </w:p>
    <w:p>
      <w:r>
        <w:rPr>
          <w:b/>
        </w:rPr>
        <w:t xml:space="preserve">[38:41] </w:t>
      </w:r>
      <w:r>
        <w:t>this is not freedom struggle. According to the international law, according to the Islamic law, this struggle is not freedom struggle.</w:t>
      </w:r>
    </w:p>
    <w:p>
      <w:pPr>
        <w:jc w:val="right"/>
      </w:pPr>
      <w:r>
        <w:t>دس از ناٹ فریڈم اسٹرگل۔ اکارڈنگ ٹو دا انٹرنیشنل لاء، اکارڈنگ ٹو دا اسلامک لاء، دس اسٹرگل از ناٹ فریڈم اسٹرگل۔</w:t>
      </w:r>
    </w:p>
    <w:p>
      <w:r>
        <w:rPr>
          <w:b/>
        </w:rPr>
        <w:t xml:space="preserve">[38:51] </w:t>
      </w:r>
      <w:r>
        <w:t>it is terrorism,</w:t>
      </w:r>
    </w:p>
    <w:p>
      <w:pPr>
        <w:jc w:val="right"/>
      </w:pPr>
      <w:r>
        <w:t>اٹ از ٹیررزم،</w:t>
      </w:r>
    </w:p>
    <w:p>
      <w:r>
        <w:rPr>
          <w:b/>
        </w:rPr>
        <w:t xml:space="preserve">[38:55] </w:t>
      </w:r>
      <w:r>
        <w:t>in Islamic war. So if Arab, if Arabs want to establish peace, they must disarm these people.</w:t>
      </w:r>
    </w:p>
    <w:p>
      <w:pPr>
        <w:jc w:val="right"/>
      </w:pPr>
      <w:r>
        <w:t>ان اسلامک وار۔ سو اف عرب، اف عربس وانٹ ٹو اسٹیبلش پیس، دے مسٹ ڈس ارب دیز پیپل۔</w:t>
      </w:r>
    </w:p>
    <w:p>
      <w:r>
        <w:rPr>
          <w:b/>
        </w:rPr>
        <w:t xml:space="preserve">[39:10] </w:t>
      </w:r>
      <w:r>
        <w:t>Arabs themselves are responsible for arming these, these, these, these groups. So if you want to establish peace, you have to disarm all these groups.</w:t>
      </w:r>
    </w:p>
    <w:p>
      <w:pPr>
        <w:jc w:val="right"/>
      </w:pPr>
      <w:r>
        <w:t>عربس دیم سیلف ار ریسپانسبل فار ارمنگ دیز، دیز، دیز، دیز گروپس۔ سو اف یو وانٹ ٹو اسٹیبلش پیس، یو ہیو ٹو ڈس ارب ال دیز گروپس۔</w:t>
      </w:r>
    </w:p>
    <w:p>
      <w:r>
        <w:rPr>
          <w:b/>
        </w:rPr>
        <w:t xml:space="preserve">[39:28] </w:t>
      </w:r>
      <w:r>
        <w:t>you have to see that you are free to, to, to go to peacefully struggle, peacefully struggle like Gandhi.</w:t>
      </w:r>
    </w:p>
    <w:p>
      <w:pPr>
        <w:jc w:val="right"/>
      </w:pPr>
      <w:r>
        <w:t>یو ہیو ٹو سی دیٹ یو ار فری ٹو، ٹو، ٹو گو ٹو پیسفلی سٹرگل، پیسفلی سٹرگل لائک گاندھی۔</w:t>
      </w:r>
    </w:p>
    <w:p>
      <w:r>
        <w:rPr>
          <w:b/>
        </w:rPr>
        <w:t xml:space="preserve">[39:43] </w:t>
      </w:r>
      <w:r>
        <w:t>you are not allowed to, to use arms to go to milton militancy. that is a terrorism.</w:t>
      </w:r>
    </w:p>
    <w:p>
      <w:pPr>
        <w:jc w:val="right"/>
      </w:pPr>
      <w:r>
        <w:t>یو ار ناٹ الاؤڈ ٹو، ٹو یوز ارمز ٹو گو ٹو ملٹن ملٹنسی۔ دیٹ از ا ٹیررزم۔</w:t>
      </w:r>
    </w:p>
    <w:p>
      <w:r>
        <w:rPr>
          <w:b/>
        </w:rPr>
        <w:t xml:space="preserve">[39:54] </w:t>
      </w:r>
      <w:r>
        <w:t>so i would like to see that in present situation, arabs must adopt the way of peaceful method and not violent method.</w:t>
      </w:r>
    </w:p>
    <w:p>
      <w:pPr>
        <w:jc w:val="right"/>
      </w:pPr>
      <w:r>
        <w:t>سو ائی وڈ لائک ٹو سی دیٹ ان پریزنٹ سچویشن، عربس مسٹ اڈاپٹ دا وے اف پیسفل میتھڈ اینڈ ناٹ وائلنٹ میتھڈ۔</w:t>
      </w:r>
    </w:p>
    <w:p>
      <w:r>
        <w:rPr>
          <w:b/>
        </w:rPr>
        <w:t xml:space="preserve">[40:11] </w:t>
      </w:r>
      <w:r>
        <w:t>there is a, i, i happen to meet some arab scholars.</w:t>
      </w:r>
    </w:p>
    <w:p>
      <w:pPr>
        <w:jc w:val="right"/>
      </w:pPr>
      <w:r>
        <w:t>دیر از ا، ائی، ائی ہیپن ٹو میٹ سم عرب اسکالرز۔</w:t>
      </w:r>
    </w:p>
    <w:p>
      <w:r>
        <w:rPr>
          <w:b/>
        </w:rPr>
        <w:t xml:space="preserve">[40:22] </w:t>
      </w:r>
      <w:r>
        <w:t>i said: "why you are engaged in violence?" why? i said: "i referred a well known hadith of sahih al-bukhari: rasulullah sallallahu alaihi wasallam bayna amrain."</w:t>
      </w:r>
    </w:p>
    <w:p>
      <w:pPr>
        <w:jc w:val="right"/>
      </w:pPr>
      <w:r>
        <w:t>ائی سیڈ: "وائی یو ار انگیج ان وائلنس؟" وائی؟ ائی سیڈ: "ائی ریفرڈ ا ویل نون حدیث اف صحیح البخاری: رسول اللہ صلی اللہ علیہ وسلم بین امرین۔"</w:t>
      </w:r>
    </w:p>
    <w:p>
      <w:r>
        <w:rPr>
          <w:b/>
        </w:rPr>
        <w:t xml:space="preserve">[40:42] </w:t>
      </w:r>
      <w:r>
        <w:t>it means that when ever the prophet had to choose between the two, he always opted for peaceful course of action rather than violent course of action.</w:t>
      </w:r>
    </w:p>
    <w:p>
      <w:pPr>
        <w:jc w:val="right"/>
      </w:pPr>
      <w:r>
        <w:t>اٹ مینز دیٹ وین ایور دا پرافٹ ہیڈ ٹو چوز بٹوین دا ٹو، ہی الویز اپٹڈ فار پیسفل کورس اف ایکشن رادر دین وائلنٹ کورس اف ایکشن۔</w:t>
      </w:r>
    </w:p>
    <w:p>
      <w:r>
        <w:rPr>
          <w:b/>
        </w:rPr>
        <w:t xml:space="preserve">[40:58] </w:t>
      </w:r>
      <w:r>
        <w:t>i said that</w:t>
      </w:r>
    </w:p>
    <w:p>
      <w:pPr>
        <w:jc w:val="right"/>
      </w:pPr>
      <w:r>
        <w:t>ائی سیڈ دیٹ</w:t>
      </w:r>
    </w:p>
    <w:p>
      <w:r>
        <w:rPr>
          <w:b/>
        </w:rPr>
        <w:t xml:space="preserve">[41:02] </w:t>
      </w:r>
      <w:r>
        <w:t>in palestine,</w:t>
      </w:r>
    </w:p>
    <w:p>
      <w:pPr>
        <w:jc w:val="right"/>
      </w:pPr>
      <w:r>
        <w:t>ان پیلسٹائن،</w:t>
      </w:r>
    </w:p>
    <w:p>
      <w:r>
        <w:rPr>
          <w:b/>
        </w:rPr>
        <w:t xml:space="preserve">[41:09] </w:t>
      </w:r>
      <w:r>
        <w:t>you are free to opt for peaceful method. there is no hindrance.</w:t>
      </w:r>
    </w:p>
    <w:p>
      <w:pPr>
        <w:jc w:val="right"/>
      </w:pPr>
      <w:r>
        <w:t>یو ار فری ٹو اپٹ فار پیسفل میتھڈ۔ دیر از نو ہنڈرنس۔</w:t>
      </w:r>
    </w:p>
    <w:p>
      <w:r>
        <w:rPr>
          <w:b/>
        </w:rPr>
        <w:t xml:space="preserve">[41:20] </w:t>
      </w:r>
      <w:r>
        <w:t>you have the opportunity, you have the opportunity to adopt the peaceful course of action.</w:t>
      </w:r>
    </w:p>
    <w:p>
      <w:pPr>
        <w:jc w:val="right"/>
      </w:pPr>
      <w:r>
        <w:t>یو ہیو دا اپرچونیٹی، یو ہیو دا اپرچونیٹی ٹو اڈاپٹ دا پیسفل کورس اف ایکشن۔</w:t>
      </w:r>
    </w:p>
    <w:p>
      <w:r>
        <w:rPr>
          <w:b/>
        </w:rPr>
        <w:t xml:space="preserve">[41:29] </w:t>
      </w:r>
      <w:r>
        <w:t>why you adopted violent approach? why? this is against the policy of the prophet of islam.</w:t>
      </w:r>
    </w:p>
    <w:p>
      <w:pPr>
        <w:jc w:val="right"/>
      </w:pPr>
      <w:r>
        <w:t>وائی یو اڈاپٹڈ وائلنٹ اپروچ؟ وائی؟ دس از اگینسٹ دا پالیسی اف دا پرافٹ اف اسلام۔</w:t>
      </w:r>
    </w:p>
    <w:p>
      <w:r>
        <w:rPr>
          <w:b/>
        </w:rPr>
        <w:t xml:space="preserve">[41:40] </w:t>
      </w:r>
      <w:r>
        <w:t>in this hadith, you can find the general policy of the prophet of islam.</w:t>
      </w:r>
    </w:p>
    <w:p>
      <w:pPr>
        <w:jc w:val="right"/>
      </w:pPr>
      <w:r>
        <w:t>ان دس حدیث، یو کین فائنڈ دا جنرل پالیسی اف دا پرافٹ اف اسلام۔</w:t>
      </w:r>
    </w:p>
    <w:p>
      <w:r>
        <w:rPr>
          <w:b/>
        </w:rPr>
        <w:t xml:space="preserve">[41:48] </w:t>
      </w:r>
      <w:r>
        <w:t>in this hadith, you can find the general policy adopted by the prophet of islam. why you deviated from this policy?</w:t>
      </w:r>
    </w:p>
    <w:p>
      <w:pPr>
        <w:jc w:val="right"/>
      </w:pPr>
      <w:r>
        <w:t>ان دس حدیث، یو کین فائنڈ دا جنرل پالیسی اڈاپٹڈ بائی دا پرافٹ اف اسلام۔ وائی یو ڈیویٹڈ فرام دس پالیسی؟</w:t>
      </w:r>
    </w:p>
    <w:p>
      <w:r>
        <w:rPr>
          <w:b/>
        </w:rPr>
        <w:t xml:space="preserve">[42:01] </w:t>
      </w:r>
      <w:r>
        <w:t>you are, you were in a position to adopt peaceful course of action and not the violent course of action.</w:t>
      </w:r>
    </w:p>
    <w:p>
      <w:pPr>
        <w:jc w:val="right"/>
      </w:pPr>
      <w:r>
        <w:t>یو ار، یو ویر ان ا پوزیشن ٹو اڈاپٹ پیسفل کورس اف ایکشن اینڈ ناٹ دا وائلنٹ کورس اف ایکشن۔</w:t>
      </w:r>
    </w:p>
    <w:p>
      <w:r>
        <w:rPr>
          <w:b/>
        </w:rPr>
        <w:t xml:space="preserve">[42:14] </w:t>
      </w:r>
      <w:r>
        <w:t>they said that it was possible in seven century a.d. now, the now, the situation has been changed.</w:t>
      </w:r>
    </w:p>
    <w:p>
      <w:pPr>
        <w:jc w:val="right"/>
      </w:pPr>
      <w:r>
        <w:t>دے سیڈ دیٹ اٹ واز پاسیبل ان سیون سینچری اے ڈی۔ ناو، دا ناو، دا سچوئیشن ہیز بین چینج۔</w:t>
      </w:r>
    </w:p>
    <w:p>
      <w:r>
        <w:rPr>
          <w:b/>
        </w:rPr>
        <w:t xml:space="preserve">[42:26] </w:t>
      </w:r>
      <w:r>
        <w:t>i said: "you are wrong."</w:t>
      </w:r>
    </w:p>
    <w:p>
      <w:pPr>
        <w:jc w:val="right"/>
      </w:pPr>
      <w:r>
        <w:t>ائی سیڈ: "یو ار رونگ۔"</w:t>
      </w:r>
    </w:p>
    <w:p>
      <w:r>
        <w:rPr>
          <w:b/>
        </w:rPr>
        <w:t xml:space="preserve">[42:30] </w:t>
      </w:r>
      <w:r>
        <w:t>gandhi has</w:t>
      </w:r>
    </w:p>
    <w:p>
      <w:pPr>
        <w:jc w:val="right"/>
      </w:pPr>
      <w:r>
        <w:t>گاندھی ہیز</w:t>
      </w:r>
    </w:p>
    <w:p>
      <w:r>
        <w:rPr>
          <w:b/>
        </w:rPr>
        <w:t xml:space="preserve">[42:35] </w:t>
      </w:r>
      <w:r>
        <w:t>showed that even today in the twenty century, it is completely possible to adopt the peaceful, peaceful method and achieve your goal.</w:t>
      </w:r>
    </w:p>
    <w:p>
      <w:pPr>
        <w:jc w:val="right"/>
      </w:pPr>
      <w:r>
        <w:t>شوڈ دیٹ ایون ٹوڈے ان دا ٹونٹی سینچری، اٹ از کمپلیٹلی پاسیبل ٹو اڈاپٹ دا پیسفل، پیسفل میتھڈ اینڈ اچیو یور گول۔</w:t>
      </w:r>
    </w:p>
    <w:p>
      <w:r>
        <w:rPr>
          <w:b/>
        </w:rPr>
        <w:t xml:space="preserve">[42:53] </w:t>
      </w:r>
      <w:r>
        <w:t>i narrated a very relevant story of mahatma gandhi. you know, before mahatma gandhi, india was engaged in violent struggle.</w:t>
      </w:r>
    </w:p>
    <w:p>
      <w:pPr>
        <w:jc w:val="right"/>
      </w:pPr>
      <w:r>
        <w:t>ائی نریٹڈ ا ویری ریلیونٹ سٹوری اف مہاتما گاندھی۔ یو نو، بیفور مہاتما گاندھی، انڈیا واز انگیجڈ ان وائلنٹ سٹرگل۔</w:t>
      </w:r>
    </w:p>
    <w:p>
      <w:r>
        <w:rPr>
          <w:b/>
        </w:rPr>
        <w:t xml:space="preserve">[43:08] </w:t>
      </w:r>
      <w:r>
        <w:t>you know, freedom struggle started in 1857. freedom struggle of india started in 1857.</w:t>
      </w:r>
    </w:p>
    <w:p>
      <w:pPr>
        <w:jc w:val="right"/>
      </w:pPr>
      <w:r>
        <w:t>یو نو، فریڈم اسٹرگل سٹارٹڈ ان 1857۔ فریڈم اسٹرگل اف انڈیا اسٹارٹڈ ان 1857۔</w:t>
      </w:r>
    </w:p>
    <w:p>
      <w:r>
        <w:rPr>
          <w:b/>
        </w:rPr>
        <w:t xml:space="preserve">[43:22] </w:t>
      </w:r>
      <w:r>
        <w:t>at that time, all the leaders of india were obsessed with militancy, muslim leaders and hindu leaders both.</w:t>
      </w:r>
    </w:p>
    <w:p>
      <w:pPr>
        <w:jc w:val="right"/>
      </w:pPr>
      <w:r>
        <w:t>ایٹ دیٹ ٹائم، ال دا لیڈرز اف انڈیا وار افسس ود ملٹنسی، مسلم لیڈرز اینڈ ہندو لیڈرز بوتھ۔</w:t>
      </w:r>
    </w:p>
    <w:p>
      <w:r>
        <w:rPr>
          <w:b/>
        </w:rPr>
        <w:t xml:space="preserve">[43:37] </w:t>
      </w:r>
      <w:r>
        <w:t>you know, tilak and subhash and</w:t>
      </w:r>
    </w:p>
    <w:p>
      <w:pPr>
        <w:jc w:val="right"/>
      </w:pPr>
      <w:r>
        <w:t>یو نو، تلک اینڈ سباش اینڈ</w:t>
      </w:r>
    </w:p>
    <w:p>
      <w:r>
        <w:rPr>
          <w:b/>
        </w:rPr>
        <w:t xml:space="preserve">[43:44] </w:t>
      </w:r>
      <w:r>
        <w:t>and ulama deoband, all were thinking in this term.</w:t>
      </w:r>
    </w:p>
    <w:p>
      <w:pPr>
        <w:jc w:val="right"/>
      </w:pPr>
      <w:r>
        <w:t>اینڈ علماء دیوبند، ال ویر تھنکنگ ان دس ٹرم۔</w:t>
      </w:r>
    </w:p>
    <w:p>
      <w:r>
        <w:rPr>
          <w:b/>
        </w:rPr>
        <w:t xml:space="preserve">[43:53] </w:t>
      </w:r>
      <w:r>
        <w:t>so after great loss, they achieved nothing. they started their freedom struggle in the violence pattern, but they gained nothing.</w:t>
      </w:r>
    </w:p>
    <w:p>
      <w:pPr>
        <w:jc w:val="right"/>
      </w:pPr>
      <w:r>
        <w:t>سو افٹر گریٹ لاس، دے اچیو نتھنگ۔ دے سٹارٹڈ دیر فریم وچ فریڈم اسٹرگل ان دا وائلنس پیٹرن، بٹ دے گین نتھنگ۔</w:t>
      </w:r>
    </w:p>
    <w:p>
      <w:r>
        <w:rPr>
          <w:b/>
        </w:rPr>
        <w:t xml:space="preserve">[44:08] </w:t>
      </w:r>
      <w:r>
        <w:t>then came mahatma gandhi. he said: "no, no violence at all. we will adopt the peaceful method."</w:t>
      </w:r>
    </w:p>
    <w:p>
      <w:pPr>
        <w:jc w:val="right"/>
      </w:pPr>
      <w:r>
        <w:t>دین کیم مہاتما گاندھی۔ ہی سیڈ: "نو، نو وائلنس ایٹ ال۔ وی ویل اڈاپٹ دی پیسفل میتھڈ۔</w:t>
      </w:r>
    </w:p>
    <w:p>
      <w:r>
        <w:rPr>
          <w:b/>
        </w:rPr>
        <w:t xml:space="preserve">[44:21] </w:t>
      </w:r>
      <w:r>
        <w:t>Mahatma Gandhi was aware of Islamic teachings. Perhaps you are aware of this hadith that the Prophet of Islam has said: "In Allah mala gharaz to non violence, what he does not grant to violence."</w:t>
      </w:r>
    </w:p>
    <w:p>
      <w:pPr>
        <w:jc w:val="right"/>
      </w:pPr>
      <w:r>
        <w:t>" مہاتما گاندھی واز اویئر اف اسلامک ٹیچنگز۔ پرہیپس یو ار اویئر اف دس حدیث دیٹ دا پرافٹ اف اسلام ہیز سیڈ: "ان اللہ مالا غرض ٹو نان وائلنس، واٹ ہی ڈز ناٹ گرانٹ ٹو وائلنس۔"</w:t>
      </w:r>
    </w:p>
    <w:p>
      <w:r>
        <w:rPr>
          <w:b/>
        </w:rPr>
        <w:t xml:space="preserve">[44:47] </w:t>
      </w:r>
      <w:r>
        <w:t>so mahatma gandhi adopted this islamic principles and he achieved success. at that time, there war britishers in india.</w:t>
      </w:r>
    </w:p>
    <w:p>
      <w:pPr>
        <w:jc w:val="right"/>
      </w:pPr>
      <w:r>
        <w:t>سو مہاتما گاندھی اڈاپٹڈ دس اسلامک پرنسپلز اینڈ ہی اچیو سکسیس۔ ایٹ دیٹ ٹائم، دیر وار بریٹیشرز ان انڈیا۔</w:t>
      </w:r>
    </w:p>
    <w:p>
      <w:r>
        <w:rPr>
          <w:b/>
        </w:rPr>
        <w:t xml:space="preserve">[45:00] </w:t>
      </w:r>
      <w:r>
        <w:t>so what happen? i read in some book this story that when mahatma gandhi declared that we will follow non violence</w:t>
      </w:r>
    </w:p>
    <w:p>
      <w:pPr>
        <w:jc w:val="right"/>
      </w:pPr>
      <w:r>
        <w:t>سو واٹ ہیپن؟ ائی ریڈ ان سم بک دس سٹوری دیٹ وین مہاتما گاندھی ڈیکلیئر دیٹ وی ویل فالو نان وائلنس</w:t>
      </w:r>
    </w:p>
    <w:p>
      <w:r>
        <w:rPr>
          <w:b/>
        </w:rPr>
        <w:t xml:space="preserve">[45:14] </w:t>
      </w:r>
      <w:r>
        <w:t>, so one british collector send a telegram to to the secretariat, british secretariat, what to do in such such situation.</w:t>
      </w:r>
    </w:p>
    <w:p>
      <w:pPr>
        <w:jc w:val="right"/>
      </w:pPr>
      <w:r>
        <w:t>، سو ون برٹش کلیکٹر سینڈ ا ٹیلی گرام ٹو ٹو دا سیکرٹریٹ، بریٹش سیکرٹریٹ، واٹ ٹو ڈو ان سچ سچویشن۔</w:t>
      </w:r>
    </w:p>
    <w:p>
      <w:r>
        <w:rPr>
          <w:b/>
        </w:rPr>
        <w:t xml:space="preserve">[45:29] </w:t>
      </w:r>
      <w:r>
        <w:t>so the the text of the telegram was like this: "kindly wire instructions, wire send through telegram, kindly wire instructions how to kill tiger non violently."</w:t>
      </w:r>
    </w:p>
    <w:p>
      <w:pPr>
        <w:jc w:val="right"/>
      </w:pPr>
      <w:r>
        <w:t>سو دا دا ٹیکسٹ اف دا ٹیلی گرام واز لائک دس: "کائنڈلی وائر انسٹرکشنز، وائر سینڈ تھرو ٹیلی گرام، کائنڈلی وائر انسٹرکشنز ہاؤ ٹو کل ٹائیگر نان وائلنٹلی۔"</w:t>
      </w:r>
    </w:p>
    <w:p>
      <w:r>
        <w:rPr>
          <w:b/>
        </w:rPr>
        <w:t xml:space="preserve">[45:52] </w:t>
      </w:r>
      <w:r>
        <w:t>you know what happen? the whole british army paralyzed when mahatma gandhi said that we will follow the non violence.</w:t>
      </w:r>
    </w:p>
    <w:p>
      <w:pPr>
        <w:jc w:val="right"/>
      </w:pPr>
      <w:r>
        <w:t>یو نو واٹ ہیپن؟ دا ہول برٹش ارمی پیرالائزڈ وین مہاتما گاندھی سیڈ دیٹ وی ویل فالو دا نان وائلنس۔</w:t>
      </w:r>
    </w:p>
    <w:p>
      <w:r>
        <w:rPr>
          <w:b/>
        </w:rPr>
        <w:t xml:space="preserve">[46:06] </w:t>
      </w:r>
      <w:r>
        <w:t>he snatch the justification from british army, british police, british officers.</w:t>
      </w:r>
    </w:p>
    <w:p>
      <w:pPr>
        <w:jc w:val="right"/>
      </w:pPr>
      <w:r>
        <w:t>ہی اسنیچ دا جسٹیفیکیشن فرام برٹش ارمی، برٹش پولیس، برٹش افیسرز۔</w:t>
      </w:r>
    </w:p>
    <w:p>
      <w:r>
        <w:rPr>
          <w:b/>
        </w:rPr>
        <w:t xml:space="preserve">[46:15] </w:t>
      </w:r>
      <w:r>
        <w:t>british government was, was, was deprived of all those justification.</w:t>
      </w:r>
    </w:p>
    <w:p>
      <w:pPr>
        <w:jc w:val="right"/>
      </w:pPr>
      <w:r>
        <w:t>برٹش گورنمنٹ واز، واز، واز ڈیپرائیڈ اف ال دو جسٹیفیکیشن۔</w:t>
      </w:r>
    </w:p>
    <w:p>
      <w:r>
        <w:rPr>
          <w:b/>
        </w:rPr>
        <w:t xml:space="preserve">[46:27] </w:t>
      </w:r>
      <w:r>
        <w:t>and you know, freedom was achieved in 1947. so i said this to those arab gentlemen: "you know what they said?</w:t>
      </w:r>
    </w:p>
    <w:p>
      <w:pPr>
        <w:jc w:val="right"/>
      </w:pPr>
      <w:r>
        <w:t>اینڈ یو نو، فریڈم واز اچیوڈ ان 1947۔ سو ائی سیڈ دس ٹو دوز عرب جنٹلمین: "یو نو واٹ دے سیڈ؟</w:t>
      </w:r>
    </w:p>
    <w:p>
      <w:r>
        <w:rPr>
          <w:b/>
        </w:rPr>
        <w:t xml:space="preserve">[46:39] </w:t>
      </w:r>
      <w:r>
        <w:t>what was the reply?" o he was kafir. you are referring to kafir.</w:t>
      </w:r>
    </w:p>
    <w:p>
      <w:pPr>
        <w:jc w:val="right"/>
      </w:pPr>
      <w:r>
        <w:t>واٹ واز دا ریپلائی؟" او ہی واز کافر۔ یو ار ریفرنگ ٹو کافر۔</w:t>
      </w:r>
    </w:p>
    <w:p>
      <w:r>
        <w:rPr>
          <w:b/>
        </w:rPr>
        <w:t xml:space="preserve">[46:46] </w:t>
      </w:r>
      <w:r>
        <w:t>gandhi was a kafir.</w:t>
      </w:r>
    </w:p>
    <w:p>
      <w:pPr>
        <w:jc w:val="right"/>
      </w:pPr>
      <w:r>
        <w:t>گاندھی واز ا کافر۔</w:t>
      </w:r>
    </w:p>
    <w:p>
      <w:r>
        <w:rPr>
          <w:b/>
        </w:rPr>
        <w:t xml:space="preserve">[46:51] </w:t>
      </w:r>
      <w:r>
        <w:t>i said: "astaghfirullah, again you are completing a mistake. when you said that that hadith pertains to the seven century, you are wrong.</w:t>
      </w:r>
    </w:p>
    <w:p>
      <w:pPr>
        <w:jc w:val="right"/>
      </w:pPr>
      <w:r>
        <w:t>ائی سیڈ: "استغفراللہ، اگین یو ار کمپلیٹنگ ا مسٹیک۔ وین یو سیڈ دیٹ دیٹ حدیث پرٹینس ٹو دا سیون سینچری، یو ار رونگ۔</w:t>
      </w:r>
    </w:p>
    <w:p>
      <w:r>
        <w:rPr>
          <w:b/>
        </w:rPr>
        <w:t xml:space="preserve">[47:04] </w:t>
      </w:r>
      <w:r>
        <w:t>now, you are again completing a wrong. why? there are two different aspect of islam: brief system and its method.</w:t>
      </w:r>
    </w:p>
    <w:p>
      <w:pPr>
        <w:jc w:val="right"/>
      </w:pPr>
      <w:r>
        <w:t>ناو، یو ار اگین کمپلیٹنگ ا رونگ۔ وائی؟ دیر ار ٹو ڈفرنٹ اسپیکٹ اف اسلام: بریف سسٹم اینڈ اٹس میتھڈ۔</w:t>
      </w:r>
    </w:p>
    <w:p>
      <w:r>
        <w:rPr>
          <w:b/>
        </w:rPr>
        <w:t xml:space="preserve">[47:17] </w:t>
      </w:r>
      <w:r>
        <w:t>in brief system, we follow only the wahy, divine revelation. but as far the method is concerned, you can follow any thing.</w:t>
      </w:r>
    </w:p>
    <w:p>
      <w:pPr>
        <w:jc w:val="right"/>
      </w:pPr>
      <w:r>
        <w:t>ان بریف سسٹم، وی فالو اونلی دا وحی، ڈیوائن ریولیشن۔ بٹ ایز فار دا میتھڈ از کنسرن، یو کین فالو اینی تھنگ۔</w:t>
      </w:r>
    </w:p>
    <w:p>
      <w:r>
        <w:rPr>
          <w:b/>
        </w:rPr>
        <w:t xml:space="preserve">[47:32] </w:t>
      </w:r>
      <w:r>
        <w:t>i cited a very, very relevant event</w:t>
      </w:r>
    </w:p>
    <w:p>
      <w:pPr>
        <w:jc w:val="right"/>
      </w:pPr>
      <w:r>
        <w:t>ائی سائیٹڈ ا ویری، ویری ریلیونٹ ایونٹ</w:t>
      </w:r>
    </w:p>
    <w:p>
      <w:r>
        <w:rPr>
          <w:b/>
        </w:rPr>
        <w:t xml:space="preserve">[47:38] </w:t>
      </w:r>
      <w:r>
        <w:t>that when there was, which is called ghazwa khandak. so at that time, 12,000 people wanted to attack madina.</w:t>
      </w:r>
    </w:p>
    <w:p>
      <w:pPr>
        <w:jc w:val="right"/>
      </w:pPr>
      <w:r>
        <w:t>دیٹ وین دیر واز، وچ از کالڈ غزوہ خندق۔ سو ایٹ دیٹ ٹائم، 12,000 پیپل وانٹڈ ٹو اٹیک مدینہ۔</w:t>
      </w:r>
    </w:p>
    <w:p>
      <w:r>
        <w:rPr>
          <w:b/>
        </w:rPr>
        <w:t xml:space="preserve">[47:52] </w:t>
      </w:r>
      <w:r>
        <w:t>at that time, this was a great, great army, 12,000. so prophet islam said, at said: "we have to avoid the war.</w:t>
      </w:r>
    </w:p>
    <w:p>
      <w:pPr>
        <w:jc w:val="right"/>
      </w:pPr>
      <w:r>
        <w:t>ایٹ دا ٹائم، دس واز ا گریٹ، گریٹ ارمی، 12,000۔ سو پرافٹ اسلام سیڈ، ایٹ سیڈ: "وی ہیو ٹو اوائڈ دا وار۔</w:t>
      </w:r>
    </w:p>
    <w:p>
      <w:r>
        <w:rPr>
          <w:b/>
        </w:rPr>
        <w:t xml:space="preserve">[48:07] </w:t>
      </w:r>
      <w:r>
        <w:t>" he does, it is not in our interest to go to war. we are doing the work, so every thing will be jeopardized.</w:t>
      </w:r>
    </w:p>
    <w:p>
      <w:pPr>
        <w:jc w:val="right"/>
      </w:pPr>
      <w:r>
        <w:t>" ہی ڈز، اٹ از ناٹ ان اور انٹرسٹ ٹو گو ٹو وار۔ وی ار ڈوئنگ دا ورک، سو ایوری تھنگ ول بی جیپرٹائزڈ۔</w:t>
      </w:r>
    </w:p>
    <w:p>
      <w:r>
        <w:rPr>
          <w:b/>
        </w:rPr>
        <w:t xml:space="preserve">[48:21] </w:t>
      </w:r>
      <w:r>
        <w:t>at present, we are engaged in the work, and every day people are embracing islam. so islam is in expansion.</w:t>
      </w:r>
    </w:p>
    <w:p>
      <w:pPr>
        <w:jc w:val="right"/>
      </w:pPr>
      <w:r>
        <w:t>ایٹ پریزنٹ، وی ار انگیجڈ ان دا ورک، اینڈ ایوری ڈے پیپل ار ایمبیسنگ اسلام۔ سو اسلام از ان دا ایکسپینشن۔</w:t>
      </w:r>
    </w:p>
    <w:p>
      <w:r>
        <w:rPr>
          <w:b/>
        </w:rPr>
        <w:t xml:space="preserve">[48:33] </w:t>
      </w:r>
      <w:r>
        <w:t>so if we go to war, then every thing will be jeopardized. so war is not in the in the interest of the work.</w:t>
      </w:r>
    </w:p>
    <w:p>
      <w:pPr>
        <w:jc w:val="right"/>
      </w:pPr>
      <w:r>
        <w:t>سو اف وی گو ٹو وار، دین ایوری تھنگ ول بی جیپرٹائزڈ۔ سو وار از ناٹ ان دا ان دا انٹرسٹ اف دا ورک۔</w:t>
      </w:r>
    </w:p>
    <w:p>
      <w:r>
        <w:rPr>
          <w:b/>
        </w:rPr>
        <w:t xml:space="preserve">[48:46] </w:t>
      </w:r>
      <w:r>
        <w:t>so he said: "what to do?" there was a sahabi salman farsi, he was born in iran, in persia.</w:t>
      </w:r>
    </w:p>
    <w:p>
      <w:pPr>
        <w:jc w:val="right"/>
      </w:pPr>
      <w:r>
        <w:t>سو ہی سیڈ: "واٹ ٹو ڈو؟" دیر واز ا صحابی سلمان فارسی، ہی واز born in ایران، ان فارس۔</w:t>
      </w:r>
    </w:p>
    <w:p>
      <w:r>
        <w:rPr>
          <w:b/>
        </w:rPr>
        <w:t xml:space="preserve">[48:58] </w:t>
      </w:r>
      <w:r>
        <w:t>he said that: "o prophet, i know a method, a technique." he said that when the irani king want to avoid the war, they, they,</w:t>
      </w:r>
    </w:p>
    <w:p>
      <w:pPr>
        <w:jc w:val="right"/>
      </w:pPr>
      <w:r>
        <w:t>ہی سیڈ دیٹ: "او پرافٹ، ائی نو ا میتھڈ، ا ٹیکنیک۔" ہی سیڈ دیٹ وین دا ایرانی کنگ وانٹ ٹو اوائڈ دا وار، دے، دے،</w:t>
      </w:r>
    </w:p>
    <w:p>
      <w:r>
        <w:rPr>
          <w:b/>
        </w:rPr>
        <w:t xml:space="preserve">[49:19] </w:t>
      </w:r>
      <w:r>
        <w:t>they dig a trench, trench between them self and them and the enemy.</w:t>
      </w:r>
    </w:p>
    <w:p>
      <w:pPr>
        <w:jc w:val="right"/>
      </w:pPr>
      <w:r>
        <w:t>دے ڈگ ا ٹرینچ، ٹرینچ بٹوین دیم سیلف اینڈ دی اینڈ دی اینمی۔</w:t>
      </w:r>
    </w:p>
    <w:p>
      <w:r>
        <w:rPr>
          <w:b/>
        </w:rPr>
        <w:t xml:space="preserve">[49:28] </w:t>
      </w:r>
      <w:r>
        <w:t>so prophet said: "o laqta ashrat bil ray, wais very good advice." so prophet himself engaged in digging war</w:t>
      </w:r>
    </w:p>
    <w:p>
      <w:pPr>
        <w:jc w:val="right"/>
      </w:pPr>
      <w:r>
        <w:t>سو پرافٹ سیڈ: "او لقط عشرت بالرائے، ویز ویری گڈ ایڈوائس۔" سو پرافٹ ہم سیلف انگیج ان ڈیگنگ وار</w:t>
      </w:r>
    </w:p>
    <w:p>
      <w:r>
        <w:rPr>
          <w:b/>
        </w:rPr>
        <w:t xml:space="preserve">[49:42] </w:t>
      </w:r>
      <w:r>
        <w:t>by, and the war was avoided.</w:t>
      </w:r>
    </w:p>
    <w:p>
      <w:pPr>
        <w:jc w:val="right"/>
      </w:pPr>
      <w:r>
        <w:t>بائی، اینڈ دا وار واز اوائڈڈ۔</w:t>
      </w:r>
    </w:p>
    <w:p>
      <w:r>
        <w:rPr>
          <w:b/>
        </w:rPr>
        <w:t xml:space="preserve">[49:47] </w:t>
      </w:r>
      <w:r>
        <w:t>so i said that this technique was given by a non muslim irani king, but prophet adopted.</w:t>
      </w:r>
    </w:p>
    <w:p>
      <w:pPr>
        <w:jc w:val="right"/>
      </w:pPr>
      <w:r>
        <w:t>سو ائی سیڈ دیٹ دس ٹیکنیک واز گیون بائی ا نان مسلم ایرانی کنگ، بٹ پرافٹ اڈاپٹڈ۔</w:t>
      </w:r>
    </w:p>
    <w:p>
      <w:r>
        <w:rPr>
          <w:b/>
        </w:rPr>
        <w:t xml:space="preserve">[50:02] </w:t>
      </w:r>
      <w:r>
        <w:t>so mahatma gandhi had shown that the non violent activism or peaceful activism is relevant even today. so why you are not adopting this technique?</w:t>
      </w:r>
    </w:p>
    <w:p>
      <w:pPr>
        <w:jc w:val="right"/>
      </w:pPr>
      <w:r>
        <w:t>سو مہاتما گاندھی ہیڈ شون دیٹ دا نان وائلنٹ ایکٹیوزم اور پیسفل ایکٹیوزم از ریلیونٹ ایون ٹوڈے۔ سو وائی یو ار ناٹ اڈاپٹنگ دس ٹیکنیک؟</w:t>
      </w:r>
    </w:p>
    <w:p>
      <w:r>
        <w:rPr>
          <w:b/>
        </w:rPr>
        <w:t xml:space="preserve">[50:15] </w:t>
      </w:r>
      <w:r>
        <w:t>then they became specialist.</w:t>
      </w:r>
    </w:p>
    <w:p>
      <w:pPr>
        <w:jc w:val="right"/>
      </w:pPr>
      <w:r>
        <w:t>دین دے بیکم اسپیشلسٹ۔</w:t>
      </w:r>
    </w:p>
    <w:p>
      <w:r>
        <w:rPr>
          <w:b/>
        </w:rPr>
        <w:t xml:space="preserve">[50:18] </w:t>
      </w:r>
      <w:r>
        <w:t>so this is the side aspect of this issue, of this problem.</w:t>
      </w:r>
    </w:p>
    <w:p>
      <w:pPr>
        <w:jc w:val="right"/>
      </w:pPr>
      <w:r>
        <w:t>سو دس از دا سائیڈ اسپیکٹ اف دس ایشو، اف دس پرابلم۔</w:t>
      </w:r>
    </w:p>
    <w:p>
      <w:r>
        <w:rPr>
          <w:b/>
        </w:rPr>
        <w:t xml:space="preserve">[50:28] </w:t>
      </w:r>
      <w:r>
        <w:t>so i would like to say that you have to go, you have to go to the root, root, root cause.</w:t>
      </w:r>
    </w:p>
    <w:p>
      <w:pPr>
        <w:jc w:val="right"/>
      </w:pPr>
      <w:r>
        <w:t>سو ائی وڈ لائک ٹو سی دیٹ یو ہیو ٹو گو، یو ہیو ٹو گو ٹو دا روٹ، روٹ، روٹ کاز۔</w:t>
      </w:r>
    </w:p>
    <w:p>
      <w:r>
        <w:rPr>
          <w:b/>
        </w:rPr>
        <w:t xml:space="preserve">[50:38] </w:t>
      </w:r>
      <w:r>
        <w:t>people, people are used to see things</w:t>
      </w:r>
    </w:p>
    <w:p>
      <w:pPr>
        <w:jc w:val="right"/>
      </w:pPr>
      <w:r>
        <w:t>پیپل، پیپل ار یوز ٹو سی تھنگز</w:t>
      </w:r>
    </w:p>
    <w:p>
      <w:r>
        <w:rPr>
          <w:b/>
        </w:rPr>
        <w:t xml:space="preserve">[50:46] </w:t>
      </w:r>
      <w:r>
        <w:t>without going to the root cause.</w:t>
      </w:r>
    </w:p>
    <w:p>
      <w:pPr>
        <w:jc w:val="right"/>
      </w:pPr>
      <w:r>
        <w:t>وداؤٹ گوئنگ ٹو دا روٹ کاز۔</w:t>
      </w:r>
    </w:p>
    <w:p>
      <w:r>
        <w:rPr>
          <w:b/>
        </w:rPr>
        <w:t xml:space="preserve">[50:50] </w:t>
      </w:r>
      <w:r>
        <w:t>don't, don't take things in face value, but you have to go to the root cause. the first important aspect of this issue is that inspite of long, long bloody struggle,</w:t>
      </w:r>
    </w:p>
    <w:p>
      <w:pPr>
        <w:jc w:val="right"/>
      </w:pPr>
      <w:r>
        <w:t>ڈونٹ، ڈونٹ ٹیک تھنگز ان فیس ویلیو، بٹ یو ہیو ٹو گو ٹو دا روٹ کاز۔ دا فرسٹ امپورٹنٹ اسپیکٹ اف دس ایشو از دیٹ انسپائٹ اف لانگ، لانگ بلڈی سٹرگل،</w:t>
      </w:r>
    </w:p>
    <w:p>
      <w:r>
        <w:rPr>
          <w:b/>
        </w:rPr>
        <w:t xml:space="preserve">[51:08] </w:t>
      </w:r>
      <w:r>
        <w:t>we gain nothing except, except, except destruction.</w:t>
      </w:r>
    </w:p>
    <w:p>
      <w:pPr>
        <w:jc w:val="right"/>
      </w:pPr>
      <w:r>
        <w:t>وی گو، وی گین نتھنگ ایکسیپٹ، ایکسیپٹ، ایکسیپٹ ڈسٹرکشن۔</w:t>
      </w:r>
    </w:p>
    <w:p>
      <w:r>
        <w:rPr>
          <w:b/>
        </w:rPr>
        <w:t xml:space="preserve">[51:19] </w:t>
      </w:r>
      <w:r>
        <w:t>destruction, destruction, destruction.</w:t>
      </w:r>
    </w:p>
    <w:p>
      <w:pPr>
        <w:jc w:val="right"/>
      </w:pPr>
      <w:r>
        <w:t>ڈسٹرکشن، ڈسٹرکشن، ڈسٹرکشن۔</w:t>
      </w:r>
    </w:p>
    <w:p>
      <w:r>
        <w:rPr>
          <w:b/>
        </w:rPr>
        <w:t xml:space="preserve">[51:23] </w:t>
      </w:r>
      <w:r>
        <w:t>so the time is now, we have to reassess, we have to revise, we have to replan our strategy.</w:t>
      </w:r>
    </w:p>
    <w:p>
      <w:pPr>
        <w:jc w:val="right"/>
      </w:pPr>
      <w:r>
        <w:t>سو دا ٹائم از ناو، وی ہیو ٹو ری اسس، وی ہیو ٹو ریوائز، وی ہیو ٹو ری پلان اور سٹریٹجی۔</w:t>
      </w:r>
    </w:p>
    <w:p>
      <w:r>
        <w:rPr>
          <w:b/>
        </w:rPr>
        <w:t xml:space="preserve">[51:36] </w:t>
      </w:r>
      <w:r>
        <w:t>and best plan i can advise is that arab must first of all.</w:t>
      </w:r>
    </w:p>
    <w:p>
      <w:pPr>
        <w:jc w:val="right"/>
      </w:pPr>
      <w:r>
        <w:t>اینڈ بیسٹ پلان ائی کین ایڈوائز از دیٹ عرب مسٹ فرسٹ اف ال۔</w:t>
      </w:r>
    </w:p>
    <w:p>
      <w:r>
        <w:rPr>
          <w:b/>
        </w:rPr>
        <w:t xml:space="preserve">[51:46] </w:t>
      </w:r>
      <w:r>
        <w:t>arab must admit that they committed mistake. this is a starting point.</w:t>
      </w:r>
    </w:p>
    <w:p>
      <w:pPr>
        <w:jc w:val="right"/>
      </w:pPr>
      <w:r>
        <w:t>عرب مسٹ ایڈمٹ دیٹ دے کمٹڈ مسٹیک۔ دس از ا سٹارٹنگ پوائنٹ۔</w:t>
      </w:r>
    </w:p>
    <w:p>
      <w:r>
        <w:rPr>
          <w:b/>
        </w:rPr>
        <w:t xml:space="preserve">[51:54] </w:t>
      </w:r>
      <w:r>
        <w:t>when you have committed a mistake, so the starting point is that you have to see that i was wrong, i was wrong, i was wrong. without saying this, there is no starting point, there is no start, there is no new start.</w:t>
      </w:r>
    </w:p>
    <w:p>
      <w:pPr>
        <w:jc w:val="right"/>
      </w:pPr>
      <w:r>
        <w:t>وین یو ہیو کمٹڈ ا مسٹیک، سو دی سٹارٹنگ پوائنٹ از دیٹ یو ہیو ٹو سی دیٹ ائی واز رونگ، ائی واز رونگ، ائی واز رونگ۔ وداؤٹ سینگ دس، دیر از نو سٹارٹنگ پوائنٹ، دیر از نو سٹارٹ، دیر از نو نیو سٹارٹ۔</w:t>
      </w:r>
    </w:p>
    <w:p>
      <w:r>
        <w:rPr>
          <w:b/>
        </w:rPr>
        <w:t xml:space="preserve">[52:12] </w:t>
      </w:r>
      <w:r>
        <w:t>so first of all, arabs and all those muslims,</w:t>
      </w:r>
    </w:p>
    <w:p>
      <w:pPr>
        <w:jc w:val="right"/>
      </w:pPr>
      <w:r>
        <w:t>سو فرسٹ اف ال، عربس اینڈ ال دو مسلمز،</w:t>
      </w:r>
    </w:p>
    <w:p>
      <w:r>
        <w:rPr>
          <w:b/>
        </w:rPr>
        <w:t xml:space="preserve">[52:20] </w:t>
      </w:r>
      <w:r>
        <w:t>and all arabs or non arabs, arabs or non arabs both must say that we were wrong.</w:t>
      </w:r>
    </w:p>
    <w:p>
      <w:pPr>
        <w:jc w:val="right"/>
      </w:pPr>
      <w:r>
        <w:t>اینڈ ال عربس اور نان عربس، عربس اور نان عربس بوتھ مسٹ سے دیٹ وی ویر رونگ۔</w:t>
      </w:r>
    </w:p>
    <w:p>
      <w:r>
        <w:rPr>
          <w:b/>
        </w:rPr>
        <w:t xml:space="preserve">[52:31] </w:t>
      </w:r>
      <w:r>
        <w:t>when we rejected, when we, when we rejected the, the, when we rejected israel state, we were wrong.</w:t>
      </w:r>
    </w:p>
    <w:p>
      <w:pPr>
        <w:jc w:val="right"/>
      </w:pPr>
      <w:r>
        <w:t>وین وی ریجیکٹڈ، وین وی، وین وی ریجیکٹڈ دا، دا، وین وی ریجیکٹڈ اسرائیل اسٹیٹ، وی ویر رونگ۔</w:t>
      </w:r>
    </w:p>
    <w:p>
      <w:r>
        <w:rPr>
          <w:b/>
        </w:rPr>
        <w:t xml:space="preserve">[52:47] </w:t>
      </w:r>
      <w:r>
        <w:t>so after this admission, they must accept israel as a legitimate state.</w:t>
      </w:r>
    </w:p>
    <w:p>
      <w:pPr>
        <w:jc w:val="right"/>
      </w:pPr>
      <w:r>
        <w:t>سو افٹر دس ایڈمیشن، دے مسٹ ایکسیپٹ اسرائیل ایز ا لیجیٹیمیٹ اسٹیٹ۔</w:t>
      </w:r>
    </w:p>
    <w:p>
      <w:r>
        <w:rPr>
          <w:b/>
        </w:rPr>
        <w:t xml:space="preserve">[52:57] </w:t>
      </w:r>
      <w:r>
        <w:t>arab must accept israel as a legitimate state account to the balfour plan. i am talking about balfour plan.</w:t>
      </w:r>
    </w:p>
    <w:p>
      <w:pPr>
        <w:jc w:val="right"/>
      </w:pPr>
      <w:r>
        <w:t>عرب مسٹ ایکسیپٹ اسرائیل ایز ا لیجیٹیمیٹ اسٹیٹ اکاؤنٹ ٹو دا بال فور پلان۔ ائی ایم ٹاکنگ اباؤٹ بال فور پلان۔</w:t>
      </w:r>
    </w:p>
    <w:p>
      <w:r>
        <w:rPr>
          <w:b/>
        </w:rPr>
        <w:t xml:space="preserve">[53:09] </w:t>
      </w:r>
      <w:r>
        <w:t>what was given to israel under the balfour plan? that was correct, that was just. so arab must accept israel in this sense as a legitimate state.</w:t>
      </w:r>
    </w:p>
    <w:p>
      <w:pPr>
        <w:jc w:val="right"/>
      </w:pPr>
      <w:r>
        <w:t>واٹ واز گیون ٹو اسرائیل انڈر دی بال فور پلان؟ دیٹ واز کریکٹ، دیٹ واز جسٹ۔ تو عرب مسٹ ایکسیپٹ اسرائیل ان دس سینس ایز ا لیجیٹیمیٹ اسٹیٹ۔</w:t>
      </w:r>
    </w:p>
    <w:p>
      <w:r>
        <w:rPr>
          <w:b/>
        </w:rPr>
        <w:t xml:space="preserve">[53:28] </w:t>
      </w:r>
      <w:r>
        <w:t>then israel must accept that what they captured after 1967 was not correct.</w:t>
      </w:r>
    </w:p>
    <w:p>
      <w:pPr>
        <w:jc w:val="right"/>
      </w:pPr>
      <w:r>
        <w:t>دین اسرائیل مسٹ ایکسیپٹ دیٹ واٹ دے کیپچر افٹر 1967 واز ناٹ کریکٹ۔</w:t>
      </w:r>
    </w:p>
    <w:p>
      <w:r>
        <w:rPr>
          <w:b/>
        </w:rPr>
        <w:t xml:space="preserve">[53:42] </w:t>
      </w:r>
      <w:r>
        <w:t>in this territory, their legit, this territory legit for them.</w:t>
      </w:r>
    </w:p>
    <w:p>
      <w:pPr>
        <w:jc w:val="right"/>
      </w:pPr>
      <w:r>
        <w:t>ان دس ٹیریٹری، دیر الیجیٹ، دس ٹیریٹری الیجیٹ فار دیم۔</w:t>
      </w:r>
    </w:p>
    <w:p>
      <w:r>
        <w:rPr>
          <w:b/>
        </w:rPr>
        <w:t xml:space="preserve">[53:51] </w:t>
      </w:r>
      <w:r>
        <w:t>so what was? so the, the israel, israel that was established under the balfour commission, that was legitimate state.</w:t>
      </w:r>
    </w:p>
    <w:p>
      <w:pPr>
        <w:jc w:val="right"/>
      </w:pPr>
      <w:r>
        <w:t>سو واٹ واز؟ سو دا، دا اسرائیل، اسرائیل دیٹ واز اسٹیبلش انڈر دی بال فور کمیشن، دیٹ واز لیجیٹیمیٹ اسٹیٹ۔</w:t>
      </w:r>
    </w:p>
    <w:p>
      <w:r>
        <w:rPr>
          <w:b/>
        </w:rPr>
        <w:t xml:space="preserve">[54:03] </w:t>
      </w:r>
      <w:r>
        <w:t>but now, what they have captured after 67 war, they are legitimate area for them.</w:t>
      </w:r>
    </w:p>
    <w:p>
      <w:pPr>
        <w:jc w:val="right"/>
      </w:pPr>
      <w:r>
        <w:t>بٹ ناو، واٹ دے ہیو کیپچرڈ افٹر 67 وار، دے ار لیجیٹیمیٹ ایریا فار دیم۔</w:t>
      </w:r>
    </w:p>
    <w:p>
      <w:r>
        <w:rPr>
          <w:b/>
        </w:rPr>
        <w:t xml:space="preserve">[54:13] </w:t>
      </w:r>
      <w:r>
        <w:t>so israel must recede from this, from this territory.</w:t>
      </w:r>
    </w:p>
    <w:p>
      <w:pPr>
        <w:jc w:val="right"/>
      </w:pPr>
      <w:r>
        <w:t>سو اسرائیل مسٹ ریسیڈ فرام دس، فرام دس ٹیریٹری۔</w:t>
      </w:r>
    </w:p>
    <w:p>
      <w:r>
        <w:rPr>
          <w:b/>
        </w:rPr>
        <w:t xml:space="preserve">[54:21] </w:t>
      </w:r>
      <w:r>
        <w:t>israel must, must confine its territory. up to the 1967 line, then both arab and israel</w:t>
      </w:r>
    </w:p>
    <w:p>
      <w:pPr>
        <w:jc w:val="right"/>
      </w:pPr>
      <w:r>
        <w:t>اسرائیل مسٹ، مسٹ کنفائن اٹس ٹیریٹری۔ اپ ٹو دا 1967 لائن، دین بوتھ عرب اینڈ اسرائیل</w:t>
      </w:r>
    </w:p>
    <w:p>
      <w:r>
        <w:rPr>
          <w:b/>
        </w:rPr>
        <w:t xml:space="preserve">[54:38] </w:t>
      </w:r>
      <w:r>
        <w:t>can establish</w:t>
      </w:r>
    </w:p>
    <w:p>
      <w:pPr>
        <w:jc w:val="right"/>
      </w:pPr>
      <w:r>
        <w:t>کین اسٹیبلش</w:t>
      </w:r>
    </w:p>
    <w:p>
      <w:r>
        <w:rPr>
          <w:b/>
        </w:rPr>
        <w:t xml:space="preserve">[54:42] </w:t>
      </w:r>
      <w:r>
        <w:t>their state. then, but, but, it is not very simple. it is not very simple.</w:t>
      </w:r>
    </w:p>
    <w:p>
      <w:pPr>
        <w:jc w:val="right"/>
      </w:pPr>
      <w:r>
        <w:t>دیر اسٹیٹ۔ دین، بٹ، بٹ، اٹ از ناٹ ویری سمپل۔ اٹ از ناٹ ویری سمپل۔</w:t>
      </w:r>
    </w:p>
    <w:p>
      <w:r>
        <w:rPr>
          <w:b/>
        </w:rPr>
        <w:t xml:space="preserve">[54:53] </w:t>
      </w:r>
      <w:r>
        <w:t>according to my assessment, israeli leaders are ready to accept this plan</w:t>
      </w:r>
    </w:p>
    <w:p>
      <w:pPr>
        <w:jc w:val="right"/>
      </w:pPr>
      <w:r>
        <w:t>اکاؤنڈ ٹو مائی اسیسمنٹ، اسرائیلی لیڈرز ار ریڈی ٹو ایکسیپٹ دس پلان</w:t>
      </w:r>
    </w:p>
    <w:p>
      <w:r>
        <w:rPr>
          <w:b/>
        </w:rPr>
        <w:t xml:space="preserve">[55:01] </w:t>
      </w:r>
      <w:r>
        <w:t>to leave all the territory captured in 1967 war. according to my assessment, they are ready, but the only condition is that arab must disarm their, their military factions.</w:t>
      </w:r>
    </w:p>
    <w:p>
      <w:pPr>
        <w:jc w:val="right"/>
      </w:pPr>
      <w:r>
        <w:t>ٹو لیو ال دو ٹیریٹری کیپچرڈ ان 1967 وار۔ اکاؤنڈ ٹو مائی اسیسمنٹ، دے ار ریڈی، بٹ دا اونلی کنڈیشن از دیٹ عرب مسٹ ڈس ارم دیر، دیر ملٹن فیکشنز۔</w:t>
      </w:r>
    </w:p>
    <w:p>
      <w:r>
        <w:rPr>
          <w:b/>
        </w:rPr>
        <w:t xml:space="preserve">[55:24] </w:t>
      </w:r>
      <w:r>
        <w:t>israeli leaders are ready to accept this plan to leave all the territories captured in during the 1967 war.</w:t>
      </w:r>
    </w:p>
    <w:p>
      <w:pPr>
        <w:jc w:val="right"/>
      </w:pPr>
      <w:r>
        <w:t>اسرائیلی لیڈرز ار ریڈی ٹو ایکسیپٹ دس پلان ٹو لیو ال دو ٹیریٹریز کیپچرڈ ان ڈیورنگ دا 1967 وار۔</w:t>
      </w:r>
    </w:p>
    <w:p>
      <w:r>
        <w:rPr>
          <w:b/>
        </w:rPr>
        <w:t xml:space="preserve">[55:37] </w:t>
      </w:r>
      <w:r>
        <w:t>but the condition is that arab must disarm their military factions like hamas, that hezbollah, like fateh.</w:t>
      </w:r>
    </w:p>
    <w:p>
      <w:pPr>
        <w:jc w:val="right"/>
      </w:pPr>
      <w:r>
        <w:t>بٹ دا کنڈیشن از دیٹ عرب مسٹ ڈس ارم دیر ملٹن فیکشنز لائک حماس، دیٹ حزب اللہ، لائک فتح۔</w:t>
      </w:r>
    </w:p>
    <w:p>
      <w:r>
        <w:rPr>
          <w:b/>
        </w:rPr>
        <w:t xml:space="preserve">[55:49] </w:t>
      </w:r>
      <w:r>
        <w:t>then we can find a new beginning in, in the holy land.</w:t>
      </w:r>
    </w:p>
    <w:p>
      <w:pPr>
        <w:jc w:val="right"/>
      </w:pPr>
      <w:r>
        <w:t>دین وی کین فائنڈ ا نیو بگننگ ان، ان دا ہولی لینڈ۔</w:t>
      </w:r>
    </w:p>
    <w:p>
      <w:r>
        <w:rPr>
          <w:b/>
        </w:rPr>
        <w:t xml:space="preserve">[55:58] </w:t>
      </w:r>
      <w:r>
        <w:t>here is the hope, and arab israel both must, must read the, the writing on the wall.</w:t>
      </w:r>
    </w:p>
    <w:p>
      <w:pPr>
        <w:jc w:val="right"/>
      </w:pPr>
      <w:r>
        <w:t>ہیر از دا ہوپ، اینڈ عرب اسرائیل بوتھ مسٹ، مسٹ ریڈ دا، دا رائٹنگ ان دا وال۔</w:t>
      </w:r>
    </w:p>
    <w:p>
      <w:r>
        <w:rPr>
          <w:b/>
        </w:rPr>
        <w:t xml:space="preserve">[56:12] </w:t>
      </w:r>
      <w:r>
        <w:t>this is the only way according to which both can live together as two peaceful neighbors.</w:t>
      </w:r>
    </w:p>
    <w:p>
      <w:pPr>
        <w:jc w:val="right"/>
      </w:pPr>
      <w:r>
        <w:t>دس از دا اونلی وے اکاؤنڈ ٹو وچ بوتھ کین لیو ٹوگیدر ایز ا ٹو پیسفل نیبرز۔</w:t>
      </w:r>
    </w:p>
    <w:p>
      <w:r>
        <w:rPr>
          <w:b/>
        </w:rPr>
        <w:t xml:space="preserve">[56:27] </w:t>
      </w:r>
      <w:r>
        <w:t>peaceful neighbors,</w:t>
      </w:r>
    </w:p>
    <w:p>
      <w:pPr>
        <w:jc w:val="right"/>
      </w:pPr>
      <w:r>
        <w:t>پیسفل نیبرز،</w:t>
      </w:r>
    </w:p>
    <w:p>
      <w:r>
        <w:rPr>
          <w:b/>
        </w:rPr>
        <w:t xml:space="preserve">[56:30] </w:t>
      </w:r>
      <w:r>
        <w:t>you know, neighbor, the neighbor is very important according to islam.</w:t>
      </w:r>
    </w:p>
    <w:p>
      <w:pPr>
        <w:jc w:val="right"/>
      </w:pPr>
      <w:r>
        <w:t>یو نو، نیبر، دا نیبر از ویری امپورٹنٹ اکاؤنٹ ٹو اسلام۔</w:t>
      </w:r>
    </w:p>
    <w:p>
      <w:r>
        <w:rPr>
          <w:b/>
        </w:rPr>
        <w:t xml:space="preserve">[56:42] </w:t>
      </w:r>
      <w:r>
        <w:t>islam teaches living with neighbors peacefully</w:t>
      </w:r>
    </w:p>
    <w:p>
      <w:pPr>
        <w:jc w:val="right"/>
      </w:pPr>
      <w:r>
        <w:t>اسلام ٹیچ لیونگ ود نیبرز پیسفلی</w:t>
      </w:r>
    </w:p>
    <w:p>
      <w:r>
        <w:rPr>
          <w:b/>
        </w:rPr>
        <w:t xml:space="preserve">[56:47] </w:t>
      </w:r>
      <w:r>
        <w:t>. so i think that both the party must accept this plan and decide to live side by side as two neighboring states.</w:t>
      </w:r>
    </w:p>
    <w:p>
      <w:pPr>
        <w:jc w:val="right"/>
      </w:pPr>
      <w:r>
        <w:t>۔ سو ائی تھنک دیٹ بوتھ دی پارٹی مسٹ ایکسیپٹ دس پلان اینڈ ڈیسائیڈ ٹو لیو سائیڈ بائی سائیڈ ایز ا ٹو نیبرنگ اسٹیٹس۔</w:t>
      </w:r>
    </w:p>
    <w:p>
      <w:r>
        <w:rPr>
          <w:b/>
        </w:rPr>
        <w:t xml:space="preserve">[57:00] </w:t>
      </w:r>
      <w:r>
        <w:t>and i think it is quite possible. there is no other option, the other option is destruction.</w:t>
      </w:r>
    </w:p>
    <w:p>
      <w:pPr>
        <w:jc w:val="right"/>
      </w:pPr>
      <w:r>
        <w:t>اینڈ ائی تھنک اٹ از کوائٹ پوسیبل۔ دیر از نو ادر اپشن، دا ادر اپشن از ڈسٹرکشن۔</w:t>
      </w:r>
    </w:p>
    <w:p>
      <w:r>
        <w:rPr>
          <w:b/>
        </w:rPr>
        <w:t xml:space="preserve">[57:14] </w:t>
      </w:r>
      <w:r>
        <w:t>so destruction or peaceful living, they is you have to choose between the two. destruction or peaceful living, you have to choose between the two.</w:t>
      </w:r>
    </w:p>
    <w:p>
      <w:pPr>
        <w:jc w:val="right"/>
      </w:pPr>
      <w:r>
        <w:t>سو ڈسٹرکشن اور پیسفل لیونگ، دے از یو ہیو ٹو چوز بٹوین دا ٹو۔ ڈسٹرکشن اور پیسفل لیونگ، یو ہیو ٹو چوز بٹوین دا ٹو۔</w:t>
      </w:r>
    </w:p>
    <w:p>
      <w:r>
        <w:rPr>
          <w:b/>
        </w:rPr>
        <w:t xml:space="preserve">[57:28] </w:t>
      </w:r>
      <w:r>
        <w:t>i am quite certain that if both the party accept this plan,</w:t>
      </w:r>
    </w:p>
    <w:p>
      <w:pPr>
        <w:jc w:val="right"/>
      </w:pPr>
      <w:r>
        <w:t>ائی ایم کوائٹ سرٹن دیٹ اف بوتھ دا پارٹی ایکسیپٹ دس پلان،</w:t>
      </w:r>
    </w:p>
    <w:p>
      <w:r>
        <w:rPr>
          <w:b/>
        </w:rPr>
        <w:t xml:space="preserve">[57:37] </w:t>
      </w:r>
      <w:r>
        <w:t>they can establish peace in the holy land, and they can live side by side as two, two, as two brothers.</w:t>
      </w:r>
    </w:p>
    <w:p>
      <w:pPr>
        <w:jc w:val="right"/>
      </w:pPr>
      <w:r>
        <w:t>دے کین اسٹیبلش پیس ان دا ہولی لائن، اینڈ دے کین لیو سائیڈ بائی سائیڈ ایز ٹو، ٹو، ایز ٹو برادرز۔</w:t>
      </w:r>
    </w:p>
    <w:p>
      <w:r>
        <w:rPr>
          <w:b/>
        </w:rPr>
        <w:t xml:space="preserve">[57:49] </w:t>
      </w:r>
      <w:r>
        <w:t>i think both are brothers,</w:t>
      </w:r>
    </w:p>
    <w:p>
      <w:pPr>
        <w:jc w:val="right"/>
      </w:pPr>
      <w:r>
        <w:t>ائی تھنک بوتھ ار برادرز،</w:t>
      </w:r>
    </w:p>
    <w:p>
      <w:r>
        <w:rPr>
          <w:b/>
        </w:rPr>
        <w:t xml:space="preserve">[57:54] </w:t>
      </w:r>
      <w:r>
        <w:t>both are brothers.</w:t>
      </w:r>
    </w:p>
    <w:p>
      <w:pPr>
        <w:jc w:val="right"/>
      </w:pPr>
      <w:r>
        <w:t>بوتھ ار برادرز۔</w:t>
      </w:r>
    </w:p>
    <w:p>
      <w:r>
        <w:rPr>
          <w:b/>
        </w:rPr>
        <w:t xml:space="preserve">[58:00] </w:t>
      </w:r>
      <w:r>
        <w:t>so this is the gist of my study, this is the gist of my experience.</w:t>
      </w:r>
    </w:p>
    <w:p>
      <w:pPr>
        <w:jc w:val="right"/>
      </w:pPr>
      <w:r>
        <w:t>سو دس از دا جسٹ اف مائی اسٹڈی، دس از دا جسٹ اف مائی ایکسپیرینس۔</w:t>
      </w:r>
    </w:p>
    <w:p>
      <w:r>
        <w:rPr>
          <w:b/>
        </w:rPr>
        <w:t xml:space="preserve">[58:10] </w:t>
      </w:r>
      <w:r>
        <w:t>aqool qawli wastaghfirullah, lakum ajmaeen.</w:t>
      </w:r>
    </w:p>
    <w:p>
      <w:pPr>
        <w:jc w:val="right"/>
      </w:pPr>
      <w:r>
        <w:t>اقول قولی واستغفراللہ، لیولکم اجمعین۔</w:t>
      </w:r>
    </w:p>
    <w:p>
      <w:r>
        <w:rPr>
          <w:b/>
        </w:rPr>
        <w:t xml:space="preserve">[58:30] </w:t>
      </w:r>
      <w:r>
        <w:t>this question is from miss zubair ahmed shah. there are statements in the quran like: "the strongest in enmity to you are the jews and the idolators, the closest are the christians." second:</w:t>
      </w:r>
    </w:p>
    <w:p>
      <w:pPr>
        <w:jc w:val="right"/>
      </w:pPr>
      <w:r>
        <w:t>دس کوئسچن از فرام مس زبیر احمد شاہ۔ دیر ار سٹیٹمنٹس ان دا قران لائک: "دا سٹرونگسٹ ان اینمیٹی ٹو یو ار دا جیوز اینڈ دی ائیڈولیٹرز، دا کلوزیسٹ ار دا کرسچنز۔" سیکنڈ:</w:t>
      </w:r>
    </w:p>
    <w:p>
      <w:r>
        <w:rPr>
          <w:b/>
        </w:rPr>
        <w:t xml:space="preserve">[58:46] </w:t>
      </w:r>
      <w:r>
        <w:t>"jews can never be your friends." according to you, what do these verses signify? dekhen, yeh jo hai aayaten, aksar log is ko dohrate hain.</w:t>
      </w:r>
    </w:p>
    <w:p>
      <w:pPr>
        <w:jc w:val="right"/>
      </w:pPr>
      <w:r>
        <w:t>"جیوز کین نیور بی یور فرینڈز۔" اکارڈنگ ٹو یو، واٹ ڈو دیز ورسز سگنیفائی؟ دیکھیں، یہ جو ہے آیتیں، اکثر لوگ اس کو دہراتے ہیں۔</w:t>
      </w:r>
    </w:p>
    <w:p>
      <w:r>
        <w:rPr>
          <w:b/>
        </w:rPr>
        <w:t xml:space="preserve">[58:58] </w:t>
      </w:r>
      <w:r>
        <w:t>is tarah se quran samajh mein nahin aata kisi ke. bas khwamkhwah ek ayat le liya aur le ke kahin padhne hain. is ko main samajhta hoon ke aise log jo quran pe bahut zyada lambi mutala na karen, is tarah free nahin karna chahiye.</w:t>
      </w:r>
    </w:p>
    <w:p>
      <w:pPr>
        <w:jc w:val="right"/>
      </w:pPr>
      <w:r>
        <w:t>اس طرح سے قران سمجھ میں نہیں آتا کسی کے۔ بس خوامخواہ ایک آیت لے لیا اور لے کے کہیں پڑھنے ہیں۔ اس کو میں سمجھتا ہوں کہ ایسے لوگ جو قران پہ بہت زیادہ لمبی مطالعہ نہ کریں، اس طرح فری نہیں کرنا چاہیے۔</w:t>
      </w:r>
    </w:p>
    <w:p>
      <w:r>
        <w:rPr>
          <w:b/>
        </w:rPr>
        <w:t xml:space="preserve">[59:14] </w:t>
      </w:r>
      <w:r>
        <w:t>yeh aayatain jo hain, woh contemporary jio ke liye hain, contemporary christian ke liye hain.</w:t>
      </w:r>
    </w:p>
    <w:p>
      <w:pPr>
        <w:jc w:val="right"/>
      </w:pPr>
      <w:r>
        <w:t>یہ آیتیں جو ہیں، وہ کنٹمپریری جیو کے لیے ہیں، کنٹمپریری کرسچن کے لیے ہیں۔</w:t>
      </w:r>
    </w:p>
    <w:p>
      <w:r>
        <w:rPr>
          <w:b/>
        </w:rPr>
        <w:t xml:space="preserve">[59:22] </w:t>
      </w:r>
      <w:r>
        <w:t>dekhein, christian se musalmanon ki ladai hui, crusades. waise ladai to kabhi kabhi jio se nahi hui.</w:t>
      </w:r>
    </w:p>
    <w:p>
      <w:pPr>
        <w:jc w:val="right"/>
      </w:pPr>
      <w:r>
        <w:t>دیکھیں، کرسچن سے مسلمانوں کی لڑائی ہوئی، کروسیٹس۔ ویسے لڑائی تو کبھی کبھی جیو سے نہیں ہوئی۔</w:t>
      </w:r>
    </w:p>
    <w:p>
      <w:r>
        <w:rPr>
          <w:b/>
        </w:rPr>
        <w:t xml:space="preserve">[59:32] </w:t>
      </w:r>
      <w:r>
        <w:t>crusades jo ladai hui thi, jo do sau saal tak chali, is mein ek taraf christians thay aur doosri taraf musalman thay.</w:t>
      </w:r>
    </w:p>
    <w:p>
      <w:pPr>
        <w:jc w:val="right"/>
      </w:pPr>
      <w:r>
        <w:t>کروسیٹس جو لڑائی ہوئی تھی، جو دو سو سال تک چلی، اس میں ایک طرف کرسچنز تھے اور دوسری طرف مسلمان تھے۔</w:t>
      </w:r>
    </w:p>
    <w:p>
      <w:r>
        <w:rPr>
          <w:b/>
        </w:rPr>
        <w:t xml:space="preserve">[59:40] </w:t>
      </w:r>
      <w:r>
        <w:t>aisi bhayanak ladai, wahi bhayanak ladai to jio se hui, kisi se hui.</w:t>
      </w:r>
    </w:p>
    <w:p>
      <w:pPr>
        <w:jc w:val="right"/>
      </w:pPr>
      <w:r>
        <w:t>ایسی بھیانک لڑائی، وہی بھیانک لڑائی تو جیو سے ہوئی، کسی سے ہوئی۔</w:t>
      </w:r>
    </w:p>
    <w:p>
      <w:r>
        <w:rPr>
          <w:b/>
        </w:rPr>
        <w:t xml:space="preserve">[59:48] </w:t>
      </w:r>
      <w:r>
        <w:t>woh hai aayat un logon ke liye jo us waqt fit ke contemporary thay. yeh koi eternal baat nahi hai, yeh bohat hi fallacy hai ke logon ko eternal maan liye hue hain.</w:t>
      </w:r>
    </w:p>
    <w:p>
      <w:pPr>
        <w:jc w:val="right"/>
      </w:pPr>
      <w:r>
        <w:t>وہ ہے آیت ان لوگوں کے لیے جو اس وقت فٹ کے کنٹمپریری تھے۔ یہ کوئی ایٹرنل بات نہیں ہے، یہ بہت ہی فلیسی ہے کہ لوگوں کو ایٹرنل مان لیے ہوئے ہیں۔</w:t>
      </w:r>
    </w:p>
    <w:p>
      <w:r>
        <w:rPr>
          <w:b/>
        </w:rPr>
        <w:t xml:space="preserve">[1:00:02] </w:t>
      </w:r>
      <w:r>
        <w:t>warna toh woh toh quran ke khilaf ho gaya. woh yani quran kehta hai ke yeh isai tumhare dushman nahi hain, aur inhi isaiyon ne crusades ki shakal mein itni badi war chhedi jo do sau saal chalti rahi.</w:t>
      </w:r>
    </w:p>
    <w:p>
      <w:pPr>
        <w:jc w:val="right"/>
      </w:pPr>
      <w:r>
        <w:t>ورنہ تو وہ تو قران کے خلاف ہو گیا۔ وہ یعنی قران کہتا ہے کہ یہ عیسائی تمہارے دشمن نہیں ہیں، اور انہی عیسائیوں نے کروسیٹ کی شکل میں اتنی بڑی وار چھیڑی جو دو سو سال چلتی رہی۔</w:t>
      </w:r>
    </w:p>
    <w:p>
      <w:r>
        <w:rPr>
          <w:b/>
        </w:rPr>
        <w:t xml:space="preserve">[1:00:15] </w:t>
      </w:r>
      <w:r>
        <w:t>toh quran ki baat toh sabit ho gayi.</w:t>
      </w:r>
    </w:p>
    <w:p>
      <w:pPr>
        <w:jc w:val="right"/>
      </w:pPr>
      <w:r>
        <w:t>تو قران کی بات تو ثابت ہو گئی۔</w:t>
      </w:r>
    </w:p>
    <w:p>
      <w:r>
        <w:rPr>
          <w:b/>
        </w:rPr>
        <w:t xml:space="preserve">[1:00:19] </w:t>
      </w:r>
      <w:r>
        <w:t>woh contemporary christians ke liye hai, contemporary jios ke liye. us waqt jo rasool Allah ke moasreen thay, agar is ko na maane toh phir is ko quraani baatil qarar paata hai.</w:t>
      </w:r>
    </w:p>
    <w:p>
      <w:pPr>
        <w:jc w:val="right"/>
      </w:pPr>
      <w:r>
        <w:t>وہ کنٹمپری کرسچنز کے لیے ہے، کنٹمپری جیوز کے لیے۔ اس وقت جو رسول اللہ کے معاصرین تھے، اگر اس کو نہ مانے تو پھر اس کو قرانی باطل قرار پاتا ہے۔</w:t>
      </w:r>
    </w:p>
    <w:p>
      <w:r>
        <w:rPr>
          <w:b/>
        </w:rPr>
        <w:t xml:space="preserve">[1:00:32] </w:t>
      </w:r>
      <w:r>
        <w:t>aap padhiye ek baar toh phir padhiye is ko. there are statements in the quran like: "the strongest in enmity to you are the jews and idolators, the closest are the christians." second statement: "je</w:t>
      </w:r>
    </w:p>
    <w:p>
      <w:pPr>
        <w:jc w:val="right"/>
      </w:pPr>
      <w:r>
        <w:t>آپ پڑھیے ایک بار تو پھر پڑھیے اس کو۔ دیر ار سٹیٹمنٹس ان دا قران لائک: "دا سٹرونگسٹ ان اینمیٹی ٹو یو ار دا جیوز اینڈ ائیڈولیٹرز، دا کلوزیسٹ ار دا کرسچنز۔" سیکنڈ سٹیٹمنٹ: "جی</w:t>
      </w:r>
    </w:p>
    <w:p>
      <w:r>
        <w:rPr>
          <w:b/>
        </w:rPr>
        <w:t xml:space="preserve">[1:00:48] </w:t>
      </w:r>
      <w:r>
        <w:t>ws, hmm, yani christian jo hain, rasool close hain un ke, qareebi hain un ke." ji, inhi christians se itni badi ladai hui crusades ke zamane mein.</w:t>
      </w:r>
    </w:p>
    <w:p>
      <w:pPr>
        <w:jc w:val="right"/>
      </w:pPr>
      <w:r>
        <w:t>وز، ہمم، یعنی کرسچن جو ہیں، رسول کلوز ہیں ان کے، قریبی ہیں ان کے۔" جی، انہی کرسچنز سے اتنی بڑی لڑائی ہوئی کروسیٹس کے زمانے میں۔</w:t>
      </w:r>
    </w:p>
    <w:p>
      <w:r>
        <w:rPr>
          <w:b/>
        </w:rPr>
        <w:t xml:space="preserve">[1:00:59] </w:t>
      </w:r>
      <w:r>
        <w:t>toh kya quran ke alfaaz galat sabit ho gaye? yeh toh bohat sochne ki baat hai. yeh jin christian ka yahan bayan hai, jin jin yahudiyon ka bayan hai, woh rasool Allah ke moasreen ka hai, contemporary ka hai,</w:t>
      </w:r>
    </w:p>
    <w:p>
      <w:pPr>
        <w:jc w:val="right"/>
      </w:pPr>
      <w:r>
        <w:t>تو کیا قران کے الفاظ غلط ثابت ہو گئے؟ یہ تو بہت سوچنے کی بات ہے۔ یہ جن کرسچن کا یہاں بیان ہے، جن جن یہودیوں کا بیان ہے، وہ رسول اللہ کے معاصرین کا ہے، کنٹمپریری کا ہے،</w:t>
      </w:r>
    </w:p>
    <w:p>
      <w:r>
        <w:rPr>
          <w:b/>
        </w:rPr>
        <w:t xml:space="preserve">[1:01:15] </w:t>
      </w:r>
      <w:r>
        <w:t>eternally nahi hai. woh is ko achi tarah samajh lena chahiye. phir yeh doosra liya. this question is from ms wahida: "palestinians are not, palestines do not have a standing military army,</w:t>
      </w:r>
    </w:p>
    <w:p>
      <w:pPr>
        <w:jc w:val="right"/>
      </w:pPr>
      <w:r>
        <w:t>ایٹرنلی نہیں ہے۔ وہ اس کو اچھی طرح سمجھ لینا چاہیے۔ پھر یہ دوسرا لیا۔ دس کوئسچن از فرام مس وحیدہ: "پیلسٹینینز ار ناٹ، پیلسٹینز ڈو ناٹ ہیو ا سٹینڈنگ ملٹری ارمی،</w:t>
      </w:r>
    </w:p>
    <w:p>
      <w:r>
        <w:rPr>
          <w:b/>
        </w:rPr>
        <w:t xml:space="preserve">[1:01:32] </w:t>
      </w:r>
      <w:r>
        <w:t>and hamas is fighting an offensive war. it is also a democratically elected party, so how can it be considered a terrorist outfit?"</w:t>
      </w:r>
    </w:p>
    <w:p>
      <w:pPr>
        <w:jc w:val="right"/>
      </w:pPr>
      <w:r>
        <w:t>اینڈ حماس از فائٹنگ اینڈ افینسو وار۔ اٹ از السو ا ڈیموکریٹکلی الیکٹڈ پارٹی، سو ہاؤ کین اٹ بی کنسیڈر ا ٹیررسٹ آؤٹ فٹ؟"</w:t>
      </w:r>
    </w:p>
    <w:p>
      <w:r>
        <w:rPr>
          <w:b/>
        </w:rPr>
        <w:t xml:space="preserve">[1:01:44] </w:t>
      </w:r>
      <w:r>
        <w:t>nahi, woh is silsile mein government nahi hai. aap maloom hona chahiye, is ka naam state bhi nahi hai. woh palestinian authority kehelate hain, woh log, aur woh state of gaza nahi lad rahi hai, balkeh woh jo faction hai, woh lad raha hai.</w:t>
      </w:r>
    </w:p>
    <w:p>
      <w:pPr>
        <w:jc w:val="right"/>
      </w:pPr>
      <w:r>
        <w:t>نہیں، وہ اس سلسلے میں گورنمنٹ نہیں ہے۔ آپ معلوم ہونا چاہیے، اس کا نام اسٹیٹ بھی نہیں ہے۔ وہ پیلسٹینی اتھارٹی کہلاتے ہیں، وہ لوگ، اور وہ اسٹیٹ اف غزہ نہیں لڑ رہی ہے، بلکہ وہ جو فیکشن ہے، وہ لڑ رہا ہے۔</w:t>
      </w:r>
    </w:p>
    <w:p>
      <w:r>
        <w:rPr>
          <w:b/>
        </w:rPr>
        <w:t xml:space="preserve">[1:01:59] </w:t>
      </w:r>
      <w:r>
        <w:t>un ki hesiyat state ki hai hi nahi. yeh samajh lijiye, aap is ko achay se samajhna chahiye ke israel jo hai, woh ek state hai. modern term ke mutabiq,</w:t>
      </w:r>
    </w:p>
    <w:p>
      <w:pPr>
        <w:jc w:val="right"/>
      </w:pPr>
      <w:r>
        <w:t>ان کی حیثیت اسٹیٹ کی ہے ہی نہیں۔ یہ سمجھ لیجئے، آپ اس کو اچھے سے سمجھنا چاہیے کہ اسرائیل جو ہے، وہ ایک اسٹیٹ ہے۔ ماڈرن ٹرم کے مطابق،</w:t>
      </w:r>
    </w:p>
    <w:p>
      <w:r>
        <w:rPr>
          <w:b/>
        </w:rPr>
        <w:t xml:space="preserve">[1:02:09] </w:t>
      </w:r>
      <w:r>
        <w:t>woh paise authority kehelate hain, yani woh administration chalte hain, jaise municipality hoti hai. waise un ki hesiyat municipality ki hai, corporation ki hai, state ki nahi hai.</w:t>
      </w:r>
    </w:p>
    <w:p>
      <w:pPr>
        <w:jc w:val="right"/>
      </w:pPr>
      <w:r>
        <w:t>وہ پیسے اتھارٹی کہلاتے ہیں، یعنی وہ ایڈمنسٹریشن چلتے ہیں، جیسے میونسپلٹی ہوتی ہے۔ ویسے ان کی حیثیت میونسپلٹی کی ہے، کارپوریشن کی ہے، اسٹیٹ کی نہیں ہے۔</w:t>
      </w:r>
    </w:p>
    <w:p>
      <w:r>
        <w:rPr>
          <w:b/>
        </w:rPr>
        <w:t xml:space="preserve">[1:02:18] </w:t>
      </w:r>
      <w:r>
        <w:t>un ki woh saare adhikar unhein hasil nahi hain jo state ka hua karte hain. jis tarah mein ne kaha tha, independent establishment state</w:t>
      </w:r>
    </w:p>
    <w:p>
      <w:pPr>
        <w:jc w:val="right"/>
      </w:pPr>
      <w:r>
        <w:t>ان کی وہ سارے ادھکار انہیں حاصل نہیں ہیں جو اسٹیٹ کا ہوا کرتے ہیں۔ جس طرح میں نے کہا تھا، انڈیپینڈنٹ اسٹیبلش اسٹیٹ</w:t>
      </w:r>
    </w:p>
    <w:p>
      <w:r>
        <w:rPr>
          <w:b/>
        </w:rPr>
        <w:t xml:space="preserve">[1:02:28] </w:t>
      </w:r>
      <w:r>
        <w:t>, un ki hesiyat state ki nahi hai. state ki hesiyat kis ki hai? egypt ki hai, urdu ki hai, saudi arab ki hai. in logon ko war chhedne ka right hai, lekin aisa nahi ke war chhed dein.</w:t>
      </w:r>
    </w:p>
    <w:p>
      <w:pPr>
        <w:jc w:val="right"/>
      </w:pPr>
      <w:r>
        <w:t>، ان کی حیثیت اسٹیٹ کی نہیں ہے۔ اسٹیٹ کی حیثیت کس کی ہے؟ ایجپٹ کی ہے، اردو کی ہے، سعودی عرب کی ہے۔ ان لوگوں کو وار چھیڑنے کا رائٹ ہے، لیکن ایسا نہیں کہ وار چھیڑ دیں۔</w:t>
      </w:r>
    </w:p>
    <w:p>
      <w:r>
        <w:rPr>
          <w:b/>
        </w:rPr>
        <w:t xml:space="preserve">[1:02:38] </w:t>
      </w:r>
      <w:r>
        <w:t>woh tab bhi bohat sari condition hoti hain, tab bhi condition bohat sari hain. aisa nahi ke bas ladai chhed dein aap aur koi condition aap ke sath na ho.</w:t>
      </w:r>
    </w:p>
    <w:p>
      <w:pPr>
        <w:jc w:val="right"/>
      </w:pPr>
      <w:r>
        <w:t>وہ تب بھی بہت ساری کنڈیشن ہوتی ہیں، تب بھی کنڈیشن بہت ساری ہیں۔ ایسا نہیں کہ بس لڑائی چھیڑ دیں آپ اور کوئی کنڈیشن آپ کے ساتھ نہ ہو۔</w:t>
      </w:r>
    </w:p>
    <w:p>
      <w:r>
        <w:rPr>
          <w:b/>
        </w:rPr>
        <w:t xml:space="preserve">[1:02:48] </w:t>
      </w:r>
      <w:r>
        <w:t>misal ke taur par ek condition yeh hai ke even in a just war, you cannot kill a non-combatant.</w:t>
      </w:r>
    </w:p>
    <w:p>
      <w:pPr>
        <w:jc w:val="right"/>
      </w:pPr>
      <w:r>
        <w:t>مثلاً ایک کنڈیشن یہ ہے کہ ایون ان اے جرین وار، یو کین ناٹ کل ا نان کمبیٹنٹ۔</w:t>
      </w:r>
    </w:p>
    <w:p>
      <w:r>
        <w:rPr>
          <w:b/>
        </w:rPr>
        <w:t xml:space="preserve">[1:02:57] </w:t>
      </w:r>
      <w:r>
        <w:t>islam is mein kaha jata hai muqatil aur ghair muqatil. ek sahih rai mein bhi aap ghair muqatil ko maar nahi sakte hain jo ladai nahi kar raha hai.</w:t>
      </w:r>
    </w:p>
    <w:p>
      <w:pPr>
        <w:jc w:val="right"/>
      </w:pPr>
      <w:r>
        <w:t>اسلام اس میں کہا جاتا ہے مقاتل اور غیر مقاتل۔ ایک صحیح رائے میں بھی آپ غیر مقاتل کو مار نہیں سکتے ہیں جو لڑائی نہیں کر رہا ہے۔</w:t>
      </w:r>
    </w:p>
    <w:p>
      <w:r>
        <w:rPr>
          <w:b/>
        </w:rPr>
        <w:t xml:space="preserve">[1:03:07] </w:t>
      </w:r>
      <w:r>
        <w:t>yeh log agar muqatil ko maar rahe hain ke bas mein bomb maar diya, kisi club mein bomb maar diya, kisi market mein bomb maar diya, woh sab ghair muqatil nahi hote hain, non-combatant.</w:t>
      </w:r>
    </w:p>
    <w:p>
      <w:pPr>
        <w:jc w:val="right"/>
      </w:pPr>
      <w:r>
        <w:t>یہ لوگ اگر مقاتل کو مار رہے ہیں کہ بس میں بم مار دیا، کسی کلب میں بم مار دیا، کسی مارکیٹ میں بم مار دیا، وہ سب غیر مقاتل نہیں ہوتے ہیں، نان کمبیٹنٹ۔</w:t>
      </w:r>
    </w:p>
    <w:p>
      <w:r>
        <w:rPr>
          <w:b/>
        </w:rPr>
        <w:t xml:space="preserve">[1:03:19] </w:t>
      </w:r>
      <w:r>
        <w:t>jaise jaise ke aap misal ke taur par namaz parhna hai toh kahin bhi parh ke khare ho kar ke namaz parhne hain, aap ko qibla ki taraf rukh karna parega.</w:t>
      </w:r>
    </w:p>
    <w:p>
      <w:pPr>
        <w:jc w:val="right"/>
      </w:pPr>
      <w:r>
        <w:t>جیسے جیسے کہ آپ مثلاً نماز پڑھنا ہے تو کہیں بھی پڑھ کے کھڑے ہو کر کے نماز پڑھنے ہیں، آپ کو قبلہ کی طرف رخ کرنا پڑے گا۔</w:t>
      </w:r>
    </w:p>
    <w:p>
      <w:r>
        <w:rPr>
          <w:b/>
        </w:rPr>
        <w:t xml:space="preserve">[1:03:27] </w:t>
      </w:r>
      <w:r>
        <w:t>toh bohat sari condition hain, tab ja kar woh namaz banti hai. yeh bohat sari condition hain, tab ja kar ke woh islami jang banti hai. aisa nahi ke bas jang chhed dein aap toh bas woh islami jang ban jaye.</w:t>
      </w:r>
    </w:p>
    <w:p>
      <w:pPr>
        <w:jc w:val="right"/>
      </w:pPr>
      <w:r>
        <w:t>تو بہت ساری کنڈیشن ہیں، تب جا کر وہ نماز بنتی ہے۔ یہ بہت ساری کنڈیشن ہیں، تب جا کر کے وہ اسلامی جنگ بنتی ہے۔ ایسا نہیں کہ بس جنگ چھیڑ دیں آپ تو بس وہ اسلامی جنگ بن جائے۔</w:t>
      </w:r>
    </w:p>
    <w:p>
      <w:r>
        <w:rPr>
          <w:b/>
        </w:rPr>
        <w:t xml:space="preserve">[1:03:37] </w:t>
      </w:r>
      <w:r>
        <w:t>woh bohat si conditions hain, ek faqra aap parh sakte hain is ko. ab idhar ladai ho rahi hai toh koi bhi condition fulfill nahi karti hai. masoomon ko maar rahe hain, innocent logon ko maar rahe hain.</w:t>
      </w:r>
    </w:p>
    <w:p>
      <w:pPr>
        <w:jc w:val="right"/>
      </w:pPr>
      <w:r>
        <w:t>وہ بہت سی کنڈیشنز ہیں، ایک فقرہ آپ پڑھ سکتے ہیں اس کو۔ اب ادھر لڑائی ہو رہی ہے تو کوئی بھی کنڈیشن فلفل نہیں کرتی ہے۔ معصوموں کو مار رہے ہیں، انوسنٹ لوگوں کو مار رہے ہیں۔</w:t>
      </w:r>
    </w:p>
    <w:p>
      <w:r>
        <w:rPr>
          <w:b/>
        </w:rPr>
        <w:t xml:space="preserve">[1:03:50] </w:t>
      </w:r>
      <w:r>
        <w:t>quran majeed mein se aik hai, aik aayat ke aik insaan ko maarna jo innocent ho, aik innocent insaan ko maarna sari humanity ko maar dalna hai.</w:t>
      </w:r>
    </w:p>
    <w:p>
      <w:pPr>
        <w:jc w:val="right"/>
      </w:pPr>
      <w:r>
        <w:t>قرآن مجید میں سے ایک ہے، ایک آیت کہ ایک انسان کو مارنا جو انوسنٹ ہو، ایک انوسنٹ انسان کو مارنا ساری ہیومینٹی کو مار ڈالنا ہے۔</w:t>
      </w:r>
    </w:p>
    <w:p>
      <w:r>
        <w:rPr>
          <w:b/>
        </w:rPr>
        <w:t xml:space="preserve">[1:04:02] </w:t>
      </w:r>
      <w:r>
        <w:t>jo rozana yeh log humanity ko maarte hain, koi justification nahi hai innocent logon ko maarne ka. koi bhi justification nahi hai, na islam ke mutabiq, na international norm ke mutabiq.</w:t>
      </w:r>
    </w:p>
    <w:p>
      <w:pPr>
        <w:jc w:val="right"/>
      </w:pPr>
      <w:r>
        <w:t>جو روزانہ یہ لوگ ہیومینٹی کو مارتے ہیں، کوئی جسٹیفیکیشن نہیں ہے انوسنٹ لوگوں کو مارنے کا۔ کوئی بھی جسٹیفیکیشن نہیں ہے، نہ اسلام کے مطابق، نہ انٹرنیشنل نارم کے مطابق۔</w:t>
      </w:r>
    </w:p>
    <w:p>
      <w:r>
        <w:rPr>
          <w:b/>
        </w:rPr>
        <w:t xml:space="preserve">[1:04:14] </w:t>
      </w:r>
      <w:r>
        <w:t>yeh sari ladai bilkul in islam ki ladai hai.</w:t>
      </w:r>
    </w:p>
    <w:p>
      <w:pPr>
        <w:jc w:val="right"/>
      </w:pPr>
      <w:r>
        <w:t>یہ ساری لڑائی بالکل ان اسلام کی لڑائی ہے۔</w:t>
      </w:r>
    </w:p>
    <w:p>
      <w:r>
        <w:rPr>
          <w:b/>
        </w:rPr>
        <w:t xml:space="preserve">[1:04:19] </w:t>
      </w:r>
      <w:r>
        <w:t>This question is from Muhammad Taj Taj Raza: "Israel is still not recognizing Hamas government, which has come to power through elections.</w:t>
      </w:r>
    </w:p>
    <w:p>
      <w:pPr>
        <w:jc w:val="right"/>
      </w:pPr>
      <w:r>
        <w:t>دس کوئسچن از فرام محمد تاج تاج رضا: "اسرائیل از سٹل ناٹ ریکگنائزنگ حماس گورنمنٹ، وچ از کم ٹو پاور تھرو الیکشنز۔</w:t>
      </w:r>
    </w:p>
    <w:p>
      <w:r>
        <w:rPr>
          <w:b/>
        </w:rPr>
        <w:t xml:space="preserve">[1:04:31] </w:t>
      </w:r>
      <w:r>
        <w:t>so the western countries, US, Britain and Israel and other, have stopped their economic aid to Palestine in order to punish innocent Palestinians for their choice.</w:t>
      </w:r>
    </w:p>
    <w:p>
      <w:pPr>
        <w:jc w:val="right"/>
      </w:pPr>
      <w:r>
        <w:t>سو دا ویسٹرن کنٹریز، یو ایس، برٹین اینڈ اسرائیل اینڈ ادر، ہیو سٹاپڈ دیر اکنامک ایڈ ٹو پیلسٹائن ان آرڈر ٹو پنش انوسنٹ پیلسٹینینز فار دیر چوائس۔</w:t>
      </w:r>
    </w:p>
    <w:p>
      <w:r>
        <w:rPr>
          <w:b/>
        </w:rPr>
        <w:t xml:space="preserve">[1:04:46] </w:t>
      </w:r>
      <w:r>
        <w:t>this has again led to misery, poverty, outrage and finally violence. don't you think in this sense israel is wrong?" dekhiye, aap kisi bhi kahani ko aisa karein ke first aap chhod dein, record aap lein to yeh bohat bara gunah hai jis ko quran mein kaha hai "tatafeef al-mutaffifin".</w:t>
      </w:r>
    </w:p>
    <w:p>
      <w:pPr>
        <w:jc w:val="right"/>
      </w:pPr>
      <w:r>
        <w:t>دس ہیز اگین لیڈ ٹو مزری، پاورٹی، آؤٹریج اینڈ فائنلی وائلنس۔ ڈونٹ یو تھنک ان دس سینس اسرائیل از رونگ؟" دیکھیے، آپ کسی بھی کہانی کو ایسا کریں کہ فرسٹ آپ چھوڑ دیں، ریکارڈ آپ لیں تو یہ بہت بڑا گناہ ہے جس کو قرآن میں کہا ہے "تطفیف المتفین"۔</w:t>
      </w:r>
    </w:p>
    <w:p>
      <w:r>
        <w:rPr>
          <w:b/>
        </w:rPr>
        <w:t xml:space="preserve">[1:05:12] </w:t>
      </w:r>
      <w:r>
        <w:t>yani aik aik hissa lena, doosra hissa chhod dena.</w:t>
      </w:r>
    </w:p>
    <w:p>
      <w:pPr>
        <w:jc w:val="right"/>
      </w:pPr>
      <w:r>
        <w:t>یعنی ایک ایک حصہ لینا، دوسرا حصہ چھوڑ دینا۔</w:t>
      </w:r>
    </w:p>
    <w:p>
      <w:r>
        <w:rPr>
          <w:b/>
        </w:rPr>
        <w:t xml:space="preserve">[1:05:16] </w:t>
      </w:r>
      <w:r>
        <w:t>dekhiye, 1948 mein jab balfour declaration ke tehat israel ka qayam hua, amal mein aaya, usi waqt arbon ne yani literally war chhed di israel ke khilaf.</w:t>
      </w:r>
    </w:p>
    <w:p>
      <w:pPr>
        <w:jc w:val="right"/>
      </w:pPr>
      <w:r>
        <w:t>دیکھیے، 1948 میں جب بالپور ڈیکلیریشن کے تحت اسرائیل کا قیام ہوا، عمل میں آیا، اسی وقت عربوں نے یعنی لٹرلی وار چھیڑ دی اسرائیل کے خلاف۔</w:t>
      </w:r>
    </w:p>
    <w:p>
      <w:r>
        <w:rPr>
          <w:b/>
        </w:rPr>
        <w:t xml:space="preserve">[1:05:28] </w:t>
      </w:r>
      <w:r>
        <w:t>wo tab se aaj tak chhede hue hain. is maane hai ke unhon ne israel ko defensive position mein daal rakha hai. to wo to zahir hai ke ab bachao karega apna.</w:t>
      </w:r>
    </w:p>
    <w:p>
      <w:pPr>
        <w:jc w:val="right"/>
      </w:pPr>
      <w:r>
        <w:t>وہ تب سے آج تک چھیڑے ہوئے ہیں۔ اس معنی ہے کہ انہوں نے اسرائیل کو ڈیفنسو پوزیشن میں ڈال رکھا ہے۔ تو وہ تو ظاہر ہے کہ اب بچاؤ کرے گا اپنا۔</w:t>
      </w:r>
    </w:p>
    <w:p>
      <w:r>
        <w:rPr>
          <w:b/>
        </w:rPr>
        <w:t xml:space="preserve">[1:05:37] </w:t>
      </w:r>
      <w:r>
        <w:t>main ne abhi kaha hai, ab abhi baat cheet mein ke jab aik nation ko aap threat musalsal daale rahein to humanitarian aspect is ke liye irrelevant ho jata hai.</w:t>
      </w:r>
    </w:p>
    <w:p>
      <w:pPr>
        <w:jc w:val="right"/>
      </w:pPr>
      <w:r>
        <w:t>میں نے ابھی کہا ہے، اب ابھی بات چیت میں کہ جب ایک نیشن کو آپ تھریٹ مسلسل ڈالے رہیں تو ہیومینیٹیرین اسپیکٹ اس کے لیے اریلیونٹ ہو جاتا ہے۔</w:t>
      </w:r>
    </w:p>
    <w:p>
      <w:r>
        <w:rPr>
          <w:b/>
        </w:rPr>
        <w:t xml:space="preserve">[1:05:49] </w:t>
      </w:r>
      <w:r>
        <w:t>khud aap ke liye ho jayega. aap ke ghar mein agar ghus jaye chor to aap pathar baari nahi chahenge ke bhai is ko aap anda lagayein ke un ka hath na toote. aisa karte hain aap.</w:t>
      </w:r>
    </w:p>
    <w:p>
      <w:pPr>
        <w:jc w:val="right"/>
      </w:pPr>
      <w:r>
        <w:t>خود آپ کے لیے ہو جائے گا۔ آپ کے گھر میں اگر گھس جائے چور تو آپ پتھر باری نہیں چاہیں گے کہ بھئی اس کو آپ انڈا لگائیں کہ ان کا ہاتھ نہ ٹوٹے۔ ایسا کرتے ہیں آپ۔</w:t>
      </w:r>
    </w:p>
    <w:p>
      <w:r>
        <w:rPr>
          <w:b/>
        </w:rPr>
        <w:t xml:space="preserve">[1:05:59] </w:t>
      </w:r>
      <w:r>
        <w:t>us waqt jab aap andar threat hote hain, tab humanitarian aspect irrelevant ho jata hai.</w:t>
      </w:r>
    </w:p>
    <w:p>
      <w:pPr>
        <w:jc w:val="right"/>
      </w:pPr>
      <w:r>
        <w:t>اس وقت جب آپ اندر تھریٹ ہوتے ہیں، تب ہیومینیٹیرین اسپیکٹ اریلیونٹ ہو جاتا ہے۔</w:t>
      </w:r>
    </w:p>
    <w:p>
      <w:r>
        <w:rPr>
          <w:b/>
        </w:rPr>
        <w:t xml:space="preserve">[1:06:05] </w:t>
      </w:r>
      <w:r>
        <w:t>to 1948 se le kar ab tak to jab unhon ne israel ko, jo ke internationally accepted state thi, us ko maara nahi, ladai chhede hue hain, zahir hai ke wo is ka jawab mein unhein maare ga.</w:t>
      </w:r>
    </w:p>
    <w:p>
      <w:pPr>
        <w:jc w:val="right"/>
      </w:pPr>
      <w:r>
        <w:t>تو 1948 سے لے کر اب تک تو جب انہوں نے اسرائیل کو، جو کہ انٹرنیشنلی ایکسیپٹڈ اسٹیٹ تھی، اس کو مارا نہیں، لڑائی چھیڑے ہوئے ہیں، ظاہر ہے کہ وہ اس کا جواب میں انہیں مارے گا۔</w:t>
      </w:r>
    </w:p>
    <w:p>
      <w:r>
        <w:rPr>
          <w:b/>
        </w:rPr>
        <w:t xml:space="preserve">[1:06:18] </w:t>
      </w:r>
      <w:r>
        <w:t>agar chahte hain palestinian arab insaaf israel ki taraf se to sab se pehle unhein waris khatam karna parega. waris khatam karna parega.</w:t>
      </w:r>
    </w:p>
    <w:p>
      <w:pPr>
        <w:jc w:val="right"/>
      </w:pPr>
      <w:r>
        <w:t>اگر چاہتے ہیں فلسطینی عرب انصاف اسرائیل کی طرف سے تو سب سے پہلے انہیں وارث ختم کرنا پڑے گا۔ وارث ختم کرنا پڑے گا۔</w:t>
      </w:r>
    </w:p>
    <w:p>
      <w:r>
        <w:rPr>
          <w:b/>
        </w:rPr>
        <w:t xml:space="preserve">[1:06:27] </w:t>
      </w:r>
      <w:r>
        <w:t>yeh to aik aisi baat hai jo bilkul accepted baat hai.</w:t>
      </w:r>
    </w:p>
    <w:p>
      <w:pPr>
        <w:jc w:val="right"/>
      </w:pPr>
      <w:r>
        <w:t>یہ تو ایک ایسی بات ہے جو بالکل ایکسیپٹڈ بات ہے۔</w:t>
      </w:r>
    </w:p>
    <w:p>
      <w:r>
        <w:rPr>
          <w:b/>
        </w:rPr>
        <w:t xml:space="preserve">[1:06:32] </w:t>
      </w:r>
      <w:r>
        <w:t>jab tak waris na khatam karein, wo tab tak wo kuch bhi demand karne ka right nahi rakhte. aur wo aap jante hain ke waris continued hai.</w:t>
      </w:r>
    </w:p>
    <w:p>
      <w:pPr>
        <w:jc w:val="right"/>
      </w:pPr>
      <w:r>
        <w:t>جب تک وارث نہ ختم کریں، وہ تب تک وہ کچھ بھی ڈیمانڈ کرنے کا رائٹ نہیں رکھتے۔ اور وہ آپ جانتے ہیں کہ وارث کنٹینیوڈ ہے۔</w:t>
      </w:r>
    </w:p>
    <w:p>
      <w:r>
        <w:rPr>
          <w:b/>
        </w:rPr>
        <w:t xml:space="preserve">[1:06:42] </w:t>
      </w:r>
      <w:r>
        <w:t>yeh kabhi wo band kar nahi kar rahe hain.</w:t>
      </w:r>
    </w:p>
    <w:p>
      <w:pPr>
        <w:jc w:val="right"/>
      </w:pPr>
      <w:r>
        <w:t>یہ کبھی وہ بند کر نہیں کر رہے ہیں۔</w:t>
      </w:r>
    </w:p>
    <w:p>
      <w:r>
        <w:rPr>
          <w:b/>
        </w:rPr>
        <w:t xml:space="preserve">[1:06:49] </w:t>
      </w:r>
      <w:r>
        <w:t>This question is from Doctor Hamid Hussain: "Your thoughts are very practical and it is the only solution.</w:t>
      </w:r>
    </w:p>
    <w:p>
      <w:pPr>
        <w:jc w:val="right"/>
      </w:pPr>
      <w:r>
        <w:t>دس کوئسچن از فرام ڈاکٹر حامد حسین: "یور تھاٹس ار ویری پریکٹیکل اینڈ اٹ از دی اونلی سولیوشن۔</w:t>
      </w:r>
    </w:p>
    <w:p>
      <w:r>
        <w:rPr>
          <w:b/>
        </w:rPr>
        <w:t xml:space="preserve">[1:06:57] </w:t>
      </w:r>
      <w:r>
        <w:t>i have expressed similar views in my book 'palestine question' published in 2004. i came to the conclusion after extensive research and it is heartening to hear your views and it reinforces my findings.</w:t>
      </w:r>
    </w:p>
    <w:p>
      <w:pPr>
        <w:jc w:val="right"/>
      </w:pPr>
      <w:r>
        <w:t>ائی ہیو ایکسپریس سیمیلر ویوز ان مائی بک 'پیلسٹائن کوئسچن' پبلشڈ ان 2004۔ ائی کیم ٹو دا کنکلوژن افٹر ایکسٹینسو ریسرچ اینڈ اٹ از ہارٹننگ ٹو ہیئر یور ویوز اینڈ اٹ ری انفورسز مائی فائنڈنگز۔</w:t>
      </w:r>
    </w:p>
    <w:p>
      <w:r>
        <w:rPr>
          <w:b/>
        </w:rPr>
        <w:t xml:space="preserve">[1:07:13] </w:t>
      </w:r>
      <w:r>
        <w:t>but maulana sahib, why do you need to have two states? there can be one Israel Palestine state with equal opportunities for all."</w:t>
      </w:r>
    </w:p>
    <w:p>
      <w:pPr>
        <w:jc w:val="right"/>
      </w:pPr>
      <w:r>
        <w:t>بٹ مولانا صاحب، وائی ڈو یو نیڈ ٹو ہیو ٹو سٹیٹس؟ دیر کین بی ون اسرائیل پیلسٹائن سٹیٹ ود ایکول اپرچونیٹیز فار ال۔"</w:t>
      </w:r>
    </w:p>
    <w:p>
      <w:r>
        <w:rPr>
          <w:b/>
        </w:rPr>
        <w:t xml:space="preserve">[1:07:25] </w:t>
      </w:r>
      <w:r>
        <w:t>dekhein, do baatein main kahunga. aik to pehli baat jo aap ne farmai hai, parson mere paas teen ulama aaye thay, isi mauzu pe baat ho rahi thi.</w:t>
      </w:r>
    </w:p>
    <w:p>
      <w:pPr>
        <w:jc w:val="right"/>
      </w:pPr>
      <w:r>
        <w:t>دیکھیں، دو باتیں میں کہوں گا۔ ایک تو پہلی بات جو آپ نے فرمائی ہے، پرسوں میرے پاس تین علماء آئے تھے، اسی موضوع پہ بات ہو رہی تھی۔</w:t>
      </w:r>
    </w:p>
    <w:p>
      <w:r>
        <w:rPr>
          <w:b/>
        </w:rPr>
        <w:t xml:space="preserve">[1:07:37] </w:t>
      </w:r>
      <w:r>
        <w:t>to main ne kaha ke dekhiye, islam mein sare principle bataye gaye hain, lekin hum log is ko partial sense mein apply karte hain. wo charon, wo teen sahaba madrasay ke farigh thay aur ustad hain madarson mein</w:t>
      </w:r>
    </w:p>
    <w:p>
      <w:pPr>
        <w:jc w:val="right"/>
      </w:pPr>
      <w:r>
        <w:t>تو میں نے کہا کہ دیکھیے، اسلام میں سارے پرنسپل بتائے گئے ہیں، لیکن ہم لوگ اس کو پارشل سینس میں اپلائی کرتے ہیں۔ وہ چاروں، وہ تین صحابہ مدرسے کے فارغ تھے اور استاد ہیں مدرسوں میں</w:t>
      </w:r>
    </w:p>
    <w:p>
      <w:r>
        <w:rPr>
          <w:b/>
        </w:rPr>
        <w:t xml:space="preserve">[1:07:53] </w:t>
      </w:r>
      <w:r>
        <w:t>to mein ne kaha ke aap log jo hain, quran aur hadith mein sare principle bataye hue</w:t>
      </w:r>
    </w:p>
    <w:p>
      <w:pPr>
        <w:jc w:val="right"/>
      </w:pPr>
      <w:r>
        <w:t>۔ تو میں نے کہا کہ آپ لوگ جو ہیں، قرآن اور حدیث میں سارے پرنسپل بتائے ہوئے</w:t>
      </w:r>
    </w:p>
    <w:p>
      <w:r>
        <w:rPr>
          <w:b/>
        </w:rPr>
        <w:t xml:space="preserve">[1:07:58] </w:t>
      </w:r>
      <w:r>
        <w:t>hain, lekin aap log partial sense mein is ko apply karte hain.</w:t>
      </w:r>
    </w:p>
    <w:p>
      <w:pPr>
        <w:jc w:val="right"/>
      </w:pPr>
      <w:r>
        <w:t>ہیں، لیکن آپ لوگ پارشل سینس میں اس کو اپلائی کرتے ہیں۔</w:t>
      </w:r>
    </w:p>
    <w:p>
      <w:r>
        <w:rPr>
          <w:b/>
        </w:rPr>
        <w:t xml:space="preserve">[1:08:01] </w:t>
      </w:r>
      <w:r>
        <w:t>to mein ne misaal di un ko ke hadith hai: "man hasan islami al-mar turka ma la yani hai</w:t>
      </w:r>
    </w:p>
    <w:p>
      <w:pPr>
        <w:jc w:val="right"/>
      </w:pPr>
      <w:r>
        <w:t>تو میں نے مثال دی ان کو کہ حدیث ہے: "من حسن اسلام المر ترکہ مالا یعنی ہے</w:t>
      </w:r>
    </w:p>
    <w:p>
      <w:r>
        <w:rPr>
          <w:b/>
        </w:rPr>
        <w:t xml:space="preserve">[1:08:11] </w:t>
      </w:r>
      <w:r>
        <w:t>ke islam ka yeh bhi taqaza bataya gaya hai</w:t>
      </w:r>
    </w:p>
    <w:p>
      <w:pPr>
        <w:jc w:val="right"/>
      </w:pPr>
      <w:r>
        <w:t>کہ اسلام کا یہ بھی تقاضا بتایا گیا ہے</w:t>
      </w:r>
    </w:p>
    <w:p>
      <w:r>
        <w:rPr>
          <w:b/>
        </w:rPr>
        <w:t xml:space="preserve">[1:08:14] </w:t>
      </w:r>
      <w:r>
        <w:t>ke koi aisa kaam aap na karein jis ka result na nikalta ho."</w:t>
      </w:r>
    </w:p>
    <w:p>
      <w:pPr>
        <w:jc w:val="right"/>
      </w:pPr>
      <w:r>
        <w:t>کہ کوئی ایسا کام آپ نہ کریں جس کا رزلٹ نہ نکلتا ہو۔"</w:t>
      </w:r>
    </w:p>
    <w:p>
      <w:r>
        <w:rPr>
          <w:b/>
        </w:rPr>
        <w:t xml:space="preserve">[1:08:20] </w:t>
      </w:r>
      <w:r>
        <w:t>yani result oriented action hi islam mein hai.</w:t>
      </w:r>
    </w:p>
    <w:p>
      <w:pPr>
        <w:jc w:val="right"/>
      </w:pPr>
      <w:r>
        <w:t>یعنی رزلٹ اوریٹڈ ایکشن ہی اسلام میں ہے۔</w:t>
      </w:r>
    </w:p>
    <w:p>
      <w:r>
        <w:rPr>
          <w:b/>
        </w:rPr>
        <w:t xml:space="preserve">[1:08:23] </w:t>
      </w:r>
      <w:r>
        <w:t>lekin is hadith ko bohat hi choti choti baaton mein apply karte hain, choti choti baaton mein. national national policy ko apply nahi karte. main ne kaha ke dekhiye, 60 baras se palestine lad rahe hain, lekin mujhe batayein kon sa result nikla?</w:t>
      </w:r>
    </w:p>
    <w:p>
      <w:pPr>
        <w:jc w:val="right"/>
      </w:pPr>
      <w:r>
        <w:t>لیکن اس حدیث کو بہت ہی چھوٹی چھوٹی باتوں میں اپلائی کرتے ہیں، چھوٹی چھوٹی باتوں میں۔ نیشنل نیشنل پالیسی کو اپلائی نہیں کرتے۔ میں نے کہا کہ دیکھیے، 60 برس سے فلسطین لڑ رہے ہیں، لیکن مجھے بتائیں کون سا رزلٹ نکلا؟</w:t>
      </w:r>
    </w:p>
    <w:p>
      <w:r>
        <w:rPr>
          <w:b/>
        </w:rPr>
        <w:t xml:space="preserve">[1:08:38] </w:t>
      </w:r>
      <w:r>
        <w:t>positive result ulta hota hai, counter productive ho raha hai sab kuch. to is hadith ke khilaf hai. to main ne kaha aap log jo hain, hadithon ko bohat hi partial sense mein, kisi tribal matter mein is ko istemal karte hain.</w:t>
      </w:r>
    </w:p>
    <w:p>
      <w:pPr>
        <w:jc w:val="right"/>
      </w:pPr>
      <w:r>
        <w:t>پازیٹیو رزلٹ الٹا ہوتا ہے، کاؤنٹر پروڈکٹو ہو رہا ہے سب کچھ۔ تو اس حدیث کے خلاف ہے۔ تو میں نے کہا آپ لوگ جو ہیں، حدیثوں کو بہت ہی پارشل سینس میں، کسی ٹریبل میٹر میں اس کو استعمال کرتے ہیں۔</w:t>
      </w:r>
    </w:p>
    <w:p>
      <w:r>
        <w:rPr>
          <w:b/>
        </w:rPr>
        <w:t xml:space="preserve">[1:08:52] </w:t>
      </w:r>
      <w:r>
        <w:t>badi badi jo baatein hain, is mein is ko apply nahin karte. is ko aap agar apply karein to aap isi hadith ko le kar kahenge ke sara yeh 60 baras ka baatil hai.</w:t>
      </w:r>
    </w:p>
    <w:p>
      <w:pPr>
        <w:jc w:val="right"/>
      </w:pPr>
      <w:r>
        <w:t>بڑی بڑی جو باتیں ہیں، اس میں اس کو اپلائی نہیں کرتے۔ اس کو آپ اگر اپلائی کریں تو آپ اسی حدیث کو لے کر کہیں گے کہ سارا یہ 60 برس کا باطل ہے۔</w:t>
      </w:r>
    </w:p>
    <w:p>
      <w:r>
        <w:rPr>
          <w:b/>
        </w:rPr>
        <w:t xml:space="preserve">[1:09:02] </w:t>
      </w:r>
      <w:r>
        <w:t>yeh to ulta nateeja nikal raha hai,</w:t>
      </w:r>
    </w:p>
    <w:p>
      <w:pPr>
        <w:jc w:val="right"/>
      </w:pPr>
      <w:r>
        <w:t>یہ تو الٹا نتیجہ نکل رہا ہے،</w:t>
      </w:r>
    </w:p>
    <w:p>
      <w:r>
        <w:rPr>
          <w:b/>
        </w:rPr>
        <w:t xml:space="preserve">[1:09:08] </w:t>
      </w:r>
      <w:r>
        <w:t>bilkul shart aap ka ghair islami hai. kyunke dekhiye, Islam mein kya usool hai?</w:t>
      </w:r>
    </w:p>
    <w:p>
      <w:pPr>
        <w:jc w:val="right"/>
      </w:pPr>
      <w:r>
        <w:t>بالکل شرط آپ کا غیر اسلامی ہے۔ کیونکہ دیکھیے، اسلام میں کیا اصول ہے؟</w:t>
      </w:r>
    </w:p>
    <w:p>
      <w:r>
        <w:rPr>
          <w:b/>
        </w:rPr>
        <w:t xml:space="preserve">[1:09:14] </w:t>
      </w:r>
      <w:r>
        <w:t>agar aap nateeja nikal, agar aap positive nateeja nikalne ki position mein hon to aap takraao kijiye, nahin to sabr kijiye, sabr kijiye, sabr kijiye.</w:t>
      </w:r>
    </w:p>
    <w:p>
      <w:pPr>
        <w:jc w:val="right"/>
      </w:pPr>
      <w:r>
        <w:t>اگر آپ نتیجہ نکال، اگر آپ پازیٹیو نتیجہ نکالنے کی پوزیشن میں ہوں تو آپ ٹکراؤ کیجئے، نہیں تو صبر کیجئے، صبر کیجئے، صبر کیجئے۔</w:t>
      </w:r>
    </w:p>
    <w:p>
      <w:r>
        <w:rPr>
          <w:b/>
        </w:rPr>
        <w:t xml:space="preserve">[1:09:25] </w:t>
      </w:r>
      <w:r>
        <w:t>yeh usool Quran mein bataya gaya hai. aap chahenge to bohat si ayat pesh kar sakta hoon, lekin is principle ko samajh lijiye ke Islam mein kya principle hai.</w:t>
      </w:r>
    </w:p>
    <w:p>
      <w:pPr>
        <w:jc w:val="right"/>
      </w:pPr>
      <w:r>
        <w:t>یہ اصول قرآن میں بتایا گیا ہے۔ آپ چاہیں گے تو بہت سی آیات پیش کر سکتا ہوں، لیکن اس پرنسپل کو سمجھ لیجئے کہ اسلام میں کیا پرنسپل ہے۔</w:t>
      </w:r>
    </w:p>
    <w:p>
      <w:r>
        <w:rPr>
          <w:b/>
        </w:rPr>
        <w:t xml:space="preserve">[1:09:36] </w:t>
      </w:r>
      <w:r>
        <w:t>agar aap positive nateeja nikalne ki position mein hon, tab aap step le sakte hain, kuch kar sakte hain.</w:t>
      </w:r>
    </w:p>
    <w:p>
      <w:pPr>
        <w:jc w:val="right"/>
      </w:pPr>
      <w:r>
        <w:t>اگر آپ پازیٹیو نتیجہ نکالنے کی پوزیشن میں ہوں، تب آپ اسٹیپ لے سکتے ہیں، کچھ کر سکتے ہیں۔</w:t>
      </w:r>
    </w:p>
    <w:p>
      <w:r>
        <w:rPr>
          <w:b/>
        </w:rPr>
        <w:t xml:space="preserve">[1:09:44] </w:t>
      </w:r>
      <w:r>
        <w:t>warna chup rahiye, sab ke sabr kijiye, dua kijiye, baith kar ke. yeh Islam ka usool hai. doosri baat jo aap ne farmai ke why to state?</w:t>
      </w:r>
    </w:p>
    <w:p>
      <w:pPr>
        <w:jc w:val="right"/>
      </w:pPr>
      <w:r>
        <w:t>ورنہ چپ رہیے، سب کے صبر کیجئے، دعا کیجئے، بیٹھ کر کے۔ یہ اسلام کا اصول ہے۔ دوسری بات جو آپ نے فرمائی کہ وائی ٹو اسٹیٹ؟</w:t>
      </w:r>
    </w:p>
    <w:p>
      <w:r>
        <w:rPr>
          <w:b/>
        </w:rPr>
        <w:t xml:space="preserve">[1:09:55] </w:t>
      </w:r>
      <w:r>
        <w:t>dekhiye, practical solution yeh hai. ideal to yahi hai ke ek state ho, lekin abhi tak musalmanon ka shaoor is had tak pahuncha nahin hai ke woh jaanein ke democracy kya cheez hai.</w:t>
      </w:r>
    </w:p>
    <w:p>
      <w:pPr>
        <w:jc w:val="right"/>
      </w:pPr>
      <w:r>
        <w:t>دیکھیے، پریکٹیکل سولیوشن یہ ہے۔ آئیڈیل تو یہی ہے کہ ایک اسٹیٹ ہو، لیکن ابھی تک مسلمانوں کا شعور اس حد تک پہنچا نہیں ہے کہ وہ جانیں کہ ڈیموکریسی کیا چیز ہے۔</w:t>
      </w:r>
    </w:p>
    <w:p>
      <w:r>
        <w:rPr>
          <w:b/>
        </w:rPr>
        <w:t xml:space="preserve">[1:10:07] </w:t>
      </w:r>
      <w:r>
        <w:t>democracy yani sharing principle ka naam hai. power ko power sharing principle,</w:t>
      </w:r>
    </w:p>
    <w:p>
      <w:pPr>
        <w:jc w:val="right"/>
      </w:pPr>
      <w:r>
        <w:t>ڈیموکریسی یعنی شیئرنگ پرنسپل کا نام ہے۔ پاور کو پاور شیئرنگ پرنسپل،</w:t>
      </w:r>
    </w:p>
    <w:p>
      <w:r>
        <w:rPr>
          <w:b/>
        </w:rPr>
        <w:t xml:space="preserve">[1:10:14] </w:t>
      </w:r>
      <w:r>
        <w:t>is ko jaante hi nahin hain musalman abhi tak. agar wahan state banegi to woh democracy hogi. woh democracy mein musalmanon ko power sharing ka haq hasil hoga.</w:t>
      </w:r>
    </w:p>
    <w:p>
      <w:pPr>
        <w:jc w:val="right"/>
      </w:pPr>
      <w:r>
        <w:t>اس کو جانتے ہی نہیں ہیں مسلمان ابھی تک۔ اگر وہاں اسٹیٹ بنے گی تو وہ ڈیموکریسی ہوگی۔ وہ ڈیموکریسی میں مسلمانوں کو پاور شیئرنگ کا حق حاصل ہوگا۔</w:t>
      </w:r>
    </w:p>
    <w:p>
      <w:r>
        <w:rPr>
          <w:b/>
        </w:rPr>
        <w:t xml:space="preserve">[1:10:25] </w:t>
      </w:r>
      <w:r>
        <w:t>to bohat achi baat</w:t>
      </w:r>
    </w:p>
    <w:p>
      <w:pPr>
        <w:jc w:val="right"/>
      </w:pPr>
      <w:r>
        <w:t>تو بہت اچھی بات</w:t>
      </w:r>
    </w:p>
    <w:p>
      <w:r>
        <w:rPr>
          <w:b/>
        </w:rPr>
        <w:t xml:space="preserve">[1:10:27] </w:t>
      </w:r>
      <w:r>
        <w:t>hai. ideal solution yeh hai ke arab raazi ho jayein is baat par ke hum dono mil kar ke ek state banayein. lekin woh jaante nahin is baat ko.</w:t>
      </w:r>
    </w:p>
    <w:p>
      <w:pPr>
        <w:jc w:val="right"/>
      </w:pPr>
      <w:r>
        <w:t>ہے۔ آئیڈیل سولیوشن یہ ہے کہ عرب راضی ہو جائیں اس بات پر کہ ہم دونوں مل کر کے ایک اسٹیٹ بنائیں۔ لیکن وہ جانتے نہیں اس بات کو۔</w:t>
      </w:r>
    </w:p>
    <w:p>
      <w:r>
        <w:rPr>
          <w:b/>
        </w:rPr>
        <w:t xml:space="preserve">[1:10:36] </w:t>
      </w:r>
      <w:r>
        <w:t>woh to kingship ko jaante hain. khali saare musalman yaqeen kijiye, yahan se le kar America tak, sirf kingship ko samajhte hain. role model un ke nazdeek kingship hai.</w:t>
      </w:r>
    </w:p>
    <w:p>
      <w:pPr>
        <w:jc w:val="right"/>
      </w:pPr>
      <w:r>
        <w:t>وہ تو کنگ شپ کو جانتے ہیں۔ خالی سارے مسلمان یقین کیجئے، یہاں سے لے کر امریکہ تک، صرف کنگ شپ کو سمجھتے ہیں۔ رول ماڈل ان کے نزدیک کنگ شپ ہے۔</w:t>
      </w:r>
    </w:p>
    <w:p>
      <w:r>
        <w:rPr>
          <w:b/>
        </w:rPr>
        <w:t xml:space="preserve">[1:10:46] </w:t>
      </w:r>
      <w:r>
        <w:t>democracy abhi tak role model nahin bani, balkeh bohat se log hain jo is ko haram batate hain.</w:t>
      </w:r>
    </w:p>
    <w:p>
      <w:pPr>
        <w:jc w:val="right"/>
      </w:pPr>
      <w:r>
        <w:t>ڈیموکریسی ابھی تک رول ماڈل نہیں بنی، بلکہ بہت سے لوگ ہیں جو اس کو حرام بتاتے ہیں۔</w:t>
      </w:r>
    </w:p>
    <w:p>
      <w:r>
        <w:rPr>
          <w:b/>
        </w:rPr>
        <w:t xml:space="preserve">[1:10:52] </w:t>
      </w:r>
      <w:r>
        <w:t>musalmanon mein aise aise log hain jo bohat bohat movement chalate hain, woh kehte hain ke democracy haram hai. democracy blessing hai.</w:t>
      </w:r>
    </w:p>
    <w:p>
      <w:pPr>
        <w:jc w:val="right"/>
      </w:pPr>
      <w:r>
        <w:t>مسلمانوں میں ایسے ایسے لوگ ہیں جو بڑے بڑے موومنٹ چلاتے ہیں، وہ کہتے ہیں کہ ڈیموکریسی حرام ہے۔ ڈیموکریسی بلیسنگ ہے۔</w:t>
      </w:r>
    </w:p>
    <w:p>
      <w:r>
        <w:rPr>
          <w:b/>
        </w:rPr>
        <w:t xml:space="preserve">[1:11:02] </w:t>
      </w:r>
      <w:r>
        <w:t>democracy ne pehli baar duniya mein is baat ko possible banaya hai ke koi ruler na ho, koi king na ho, koi emperor na ho.</w:t>
      </w:r>
    </w:p>
    <w:p>
      <w:pPr>
        <w:jc w:val="right"/>
      </w:pPr>
      <w:r>
        <w:t>ڈیموکریسی نے پہلی بار دنیا میں اس بات کو پاسیبل بنایا ہے کہ کوئی رولر نہ ہو، کوئی کنگ نہ ہو، کوئی ایمپرر نہ ہو۔</w:t>
      </w:r>
    </w:p>
    <w:p>
      <w:r>
        <w:rPr>
          <w:b/>
        </w:rPr>
        <w:t xml:space="preserve">[1:11:11] </w:t>
      </w:r>
      <w:r>
        <w:t>sab log mil kar ke sarkaar ko chalayein. to hum democracy mein hum ko power sharing ka haq</w:t>
      </w:r>
    </w:p>
    <w:p>
      <w:pPr>
        <w:jc w:val="right"/>
      </w:pPr>
      <w:r>
        <w:t>سب لوگ مل کر کے سرکار کو چلائیں۔ تو ہم ڈیموکریسی میں ہم کو پاور شیئرنگ کا حق</w:t>
      </w:r>
    </w:p>
    <w:p>
      <w:r>
        <w:rPr>
          <w:b/>
        </w:rPr>
        <w:t xml:space="preserve">[1:11:20] </w:t>
      </w:r>
      <w:r>
        <w:t>hasil rehta hai, lekin is ko jaante nahin hain. woh to bomb marna jaante hain, pathar marna jaante hain. king ka takht hona chahiye. jab tak yeh tendency na badle, tab tak aap two state hi chalana padega aap ko ke tum alag, hum alag.</w:t>
      </w:r>
    </w:p>
    <w:p>
      <w:pPr>
        <w:jc w:val="right"/>
      </w:pPr>
      <w:r>
        <w:t>حاصل رہتا ہے، لیکن اس کو جانتے نہیں ہیں۔ وہ تو بم مارنا جانتے ہیں، پتھر مارنا جانتے ہیں۔ کنگ کا تخت ہونا چاہیے۔ جب تک یہ ٹینڈنسی نہ بدلے، تب تک آپ ٹو اسٹرک ہی چلانا پڑے گا آپ کو کہ تم الگ، ہم الگ۔</w:t>
      </w:r>
    </w:p>
    <w:p>
      <w:r>
        <w:rPr>
          <w:b/>
        </w:rPr>
        <w:t xml:space="preserve">[1:11:38] </w:t>
      </w:r>
      <w:r>
        <w:t>jaise India mein ek ho chuka hai ke interim government bani thi aur musalman aur aur hindu dono the is mein shareek. interim government mein to muslim jo wazir the, woh chalne nahin dete the.</w:t>
      </w:r>
    </w:p>
    <w:p>
      <w:pPr>
        <w:jc w:val="right"/>
      </w:pPr>
      <w:r>
        <w:t>جیسے انڈیا میں ایک ہو چکا ہے کہ انٹرم گورنمنٹ بنی تھی اور مسلمان اور اور ہندو دونوں تھے اس میں شریک۔ انٹرم گورنمنٹ میں تو مسلم جو وزیر تھے، وہ چلنے نہیں دیتے تھے۔</w:t>
      </w:r>
    </w:p>
    <w:p>
      <w:r>
        <w:rPr>
          <w:b/>
        </w:rPr>
        <w:t xml:space="preserve">[1:11:51] </w:t>
      </w:r>
      <w:r>
        <w:t>khawamkhwah record daalte the. sardar padhe likha bhai, un ko alag kar ke de do Pakistan. yeh to hamein na khud chalenge, na hamein chalne denge.</w:t>
      </w:r>
    </w:p>
    <w:p>
      <w:pPr>
        <w:jc w:val="right"/>
      </w:pPr>
      <w:r>
        <w:t>خوامخواہ ریکارڈ ڈالتے تھے۔ سردار پڑھے لکھا بھائی، ان کو الگ کر کے دے دو پاکستان۔ یہ تو ہمیں نہ خود چلیں گے، نہ ہم کو چلنے دیں گے۔</w:t>
      </w:r>
    </w:p>
    <w:p>
      <w:r>
        <w:rPr>
          <w:b/>
        </w:rPr>
        <w:t xml:space="preserve">[1:12:02] </w:t>
      </w:r>
      <w:r>
        <w:t>to sardar padhe raazi ho gaye partition par. to musalmanon ke andar democratic spirit sarr se hai hi nahin. democracy, democratic shaoor un ke hai hi nahin.</w:t>
      </w:r>
    </w:p>
    <w:p>
      <w:pPr>
        <w:jc w:val="right"/>
      </w:pPr>
      <w:r>
        <w:t>تو سردار پڑھے راضی ہو گئے پارٹیشن پر۔ تو مسلمانوں کے اندر ڈیموکریٹک اسپرٹ سرے سے ہے ہی نہیں۔ ڈیموکریسی، ڈیموکریٹک شعور ان کے ہے ہی نہیں۔</w:t>
      </w:r>
    </w:p>
    <w:p>
      <w:r>
        <w:rPr>
          <w:b/>
        </w:rPr>
        <w:t xml:space="preserve">[1:12:13] </w:t>
      </w:r>
      <w:r>
        <w:t>un ke andar na India mein, na Pakistan mein, na arbon mein, na kahin. aap dekhein, har mulk mein dictatorship qaim hai.</w:t>
      </w:r>
    </w:p>
    <w:p>
      <w:pPr>
        <w:jc w:val="right"/>
      </w:pPr>
      <w:r>
        <w:t>ان کے اندر نہ انڈیا میں، نہ پاکستان میں، نہ عربوں میں، نہ کہیں۔ آپ دیکھیں، ہر ملک میں ڈکٹیٹرشپ قائم ہے۔</w:t>
      </w:r>
    </w:p>
    <w:p>
      <w:r>
        <w:rPr>
          <w:b/>
        </w:rPr>
        <w:t xml:space="preserve">[1:12:21] </w:t>
      </w:r>
      <w:r>
        <w:t>aap dekh lijiye, jitne Muslim countries hain, dictatorship hai. kyun? woh democracy ki value nahin jaante. to main yeh kahunga ke ideal yahi hai ke wahan par ek state ho aur wahan arab aur yahudi dono mil kar ke woh state ko chalayein.</w:t>
      </w:r>
    </w:p>
    <w:p>
      <w:pPr>
        <w:jc w:val="right"/>
      </w:pPr>
      <w:r>
        <w:t>آپ دیکھ لیجئے، جتنے مسلم کنٹریز ہیں، ڈکٹیٹرشپ ہے۔ کیوں؟ وہ ڈیموکریسی کی ویلیو نہیں جانتے۔ تو میں یہ کہوں گا کہ آئیڈیل یہی ہے کہ وہاں پر ایک اسٹیٹ ہو اور وہاں عرب اور یہودی دونوں مل کر کے وہ اسٹیٹ کو چلائیں۔</w:t>
      </w:r>
    </w:p>
    <w:p>
      <w:r>
        <w:rPr>
          <w:b/>
        </w:rPr>
        <w:t xml:space="preserve">[1:12:39] </w:t>
      </w:r>
      <w:r>
        <w:t>but it required democratic spirit. to ab practical solution yeh hai jo maine arz kiya.</w:t>
      </w:r>
    </w:p>
    <w:p>
      <w:pPr>
        <w:jc w:val="right"/>
      </w:pPr>
      <w:r>
        <w:t>بٹ اٹ ریکوائرڈ ڈیموکریٹک اسپرٹ۔ تو اب پریکٹیکل سولیوشن یہ ہے جو میں نے عرض کیا۔</w:t>
      </w:r>
    </w:p>
    <w:p>
      <w:r>
        <w:rPr>
          <w:b/>
        </w:rPr>
        <w:t xml:space="preserve">[1:12:50] </w:t>
      </w:r>
      <w:r>
        <w:t>This question is from Mr. Zubair Ahmed Shah: "According to you, Gandhi Ji peaceful struggle got freedom for India, but Michael Hart writes in his book 'The Hundred' that the British left India because the Second World War had made them weak."</w:t>
      </w:r>
    </w:p>
    <w:p>
      <w:pPr>
        <w:jc w:val="right"/>
      </w:pPr>
      <w:r>
        <w:t>دس کوئسچن از فرام مسٹر زبیر احمد شاہ: "اکارڈنگ ٹو یو، گاندھی جی پیس فل سٹرگل گاٹ فریڈم فار انڈیا، بٹ مائیکل ہارٹ رائٹس ان ہز بک 'دا ہنڈرڈ' دیٹ دا برٹش لیفٹ انڈیا بیکاز دا سیکنڈ ورلڈ وار ہیڈ میڈ دیم ویک۔</w:t>
      </w:r>
    </w:p>
    <w:p>
      <w:r>
        <w:rPr>
          <w:b/>
        </w:rPr>
        <w:t xml:space="preserve">[1:13:10] </w:t>
      </w:r>
      <w:r>
        <w:t>waat ar your comments?</w:t>
      </w:r>
    </w:p>
    <w:p>
      <w:pPr>
        <w:jc w:val="right"/>
      </w:pPr>
      <w:r>
        <w:t>واٹ ار یور کمنٹس؟"</w:t>
      </w:r>
    </w:p>
    <w:p>
      <w:r>
        <w:rPr>
          <w:b/>
        </w:rPr>
        <w:t xml:space="preserve">[1:13:14] </w:t>
      </w:r>
      <w:r>
        <w:t>aap ne ek kitaab shayad parhi ho, is ke baad hazaron doosri kitabein nahi parhi aap ne jin pe gandhi ko credit diya gaya hai. main jis mulk mein bhi gaya, maine dekha log sirf gandhi ko jante hain.</w:t>
      </w:r>
    </w:p>
    <w:p>
      <w:pPr>
        <w:jc w:val="right"/>
      </w:pPr>
      <w:r>
        <w:t>آپ نے ایک کتاب شاید پڑھی ہو، اس کے بعد ہزاروں دوسری کتابیں نہیں پڑھیں آپ نے جن پہ گاندھی کو کریڈٹ دیا گیا ہے۔ میں جس ملک میں بھی گیا، میں نے دیکھا لوگ صرف گاندھی کو جانتے ہیں۔</w:t>
      </w:r>
    </w:p>
    <w:p>
      <w:r>
        <w:rPr>
          <w:b/>
        </w:rPr>
        <w:t xml:space="preserve">[1:13:27] </w:t>
      </w:r>
      <w:r>
        <w:t>abhi yeh seattle kahan gaya tha, main aap bhi saath thay. to jab us ne naam suna india ka, acha hai gandhi ka india. to shayad dunya gandhi ko credit deti hai, michael hart ne nahi diya to is se kya farq par</w:t>
      </w:r>
    </w:p>
    <w:p>
      <w:pPr>
        <w:jc w:val="right"/>
      </w:pPr>
      <w:r>
        <w:t>ابھی یہ سیٹلی کہاں گیا تھا، میں آپ بھی ساتھ تھے۔ تو جب اس نے نام سنا انڈیا کا، اچھا ہے گاندھی کا انڈیا۔ تو شاید دنیا گاندھی کو کریڈٹ دیتی ہے، مائیکل ہارٹ نے نہیں دیا تو اس سے کیا فرق پڑ</w:t>
      </w:r>
    </w:p>
    <w:p>
      <w:r>
        <w:rPr>
          <w:b/>
        </w:rPr>
        <w:t xml:space="preserve">[1:13:41] </w:t>
      </w:r>
      <w:r>
        <w:t>ta hai? maine parha hai, is ke us ne preface mein likha hai aisi baat ke us ne kyun nahi shamil kiya. preface mein likha hai aisa us ne, lekin michael release ka hota hai.</w:t>
      </w:r>
    </w:p>
    <w:p>
      <w:pPr>
        <w:jc w:val="right"/>
      </w:pPr>
      <w:r>
        <w:t>تا ہے؟ میں نے پڑھا ہے، اس کے اس نے پریفیس میں لکھا ہے ایسی بات کہ اس نے کیوں نہیں شامل کیا۔ پریفیس میں لکھا ہے ایسا اس نے، لیکن مائیکل ریلیز کا ہوتا ہے۔</w:t>
      </w:r>
    </w:p>
    <w:p>
      <w:r>
        <w:rPr>
          <w:b/>
        </w:rPr>
        <w:t xml:space="preserve">[1:13:52] </w:t>
      </w:r>
      <w:r>
        <w:t>hazaron kitabein likhi gayi hain aur sari dunya mein us ko mana jata hai. aur doosri baat yeh hai, samajh lijiye ke dunya mein koi bhi waqea aisa nahi hai jo ek single factor se hota ho.</w:t>
      </w:r>
    </w:p>
    <w:p>
      <w:pPr>
        <w:jc w:val="right"/>
      </w:pPr>
      <w:r>
        <w:t>ہزاروں کتابیں لکھی گئی ہیں اور ساری دنیا میں اس کو مانا جاتا ہے۔ اور دوسری بات یہ ہے، سمجھ لیجئے کہ دنیا میں کوئی بھی واقعہ ایسا نہیں ہے جو ایک سنگل فیکٹر سے ہوتا ہو۔</w:t>
      </w:r>
    </w:p>
    <w:p>
      <w:r>
        <w:rPr>
          <w:b/>
        </w:rPr>
        <w:t xml:space="preserve">[1:14:05] </w:t>
      </w:r>
      <w:r>
        <w:t>isi liye prophet islam ko jo ab hum aap jo dete hain credit, doosron ko parhiye, aap wahan bhi wahi kehte hain jo aap farma rahe hain gandhi ji ke bare mein, wahi prophet islam ke bare mein kehte hain woh log.</w:t>
      </w:r>
    </w:p>
    <w:p>
      <w:pPr>
        <w:jc w:val="right"/>
      </w:pPr>
      <w:r>
        <w:t>اسی لیے پرافٹ اسلام کو جو اب ہم آپ جو دیتے ہیں کریڈٹ، دوسروں کو پڑھیے، آپ وہاں بھی وہی کہتے ہیں جو آپ فرما رہے ہیں گاندھی جی کے بارے میں، وہی پرافٹ اسلام کے بارے میں کہتے ہیں وہ لوگ۔</w:t>
      </w:r>
    </w:p>
    <w:p>
      <w:r>
        <w:rPr>
          <w:b/>
        </w:rPr>
        <w:t xml:space="preserve">[1:14:18] </w:t>
      </w:r>
      <w:r>
        <w:t>to aap ghusa hotay hain, aap wahan, wahan aap ghusa hotay hain. jis muslim tareekh par aap ko bohat fakhar hai, us muslim tareekh ke bare mein woh kehte hain.</w:t>
      </w:r>
    </w:p>
    <w:p>
      <w:pPr>
        <w:jc w:val="right"/>
      </w:pPr>
      <w:r>
        <w:t>تو آپ غصہ ہوتے ہیں، آپ وہاں، وہاں آپ غصہ ہوتے ہیں۔ جس مسلم تاریخ پر آپ کو بہت فخر ہے، اس مسلم تاریخ کے بارے میں وہ کہتے ہیں۔</w:t>
      </w:r>
    </w:p>
    <w:p>
      <w:r>
        <w:rPr>
          <w:b/>
        </w:rPr>
        <w:t xml:space="preserve">[1:14:30] </w:t>
      </w:r>
      <w:r>
        <w:t>to yaad rakhiye, hamesha bohat se factors hotay hain, lekin deciding factor ek hota hai.</w:t>
      </w:r>
    </w:p>
    <w:p>
      <w:pPr>
        <w:jc w:val="right"/>
      </w:pPr>
      <w:r>
        <w:t>تو یاد رکھیے، ہمیشہ بہت سے فیکٹرز ہوتے ہیں، لیکن ڈیسائیڈنگ فیکٹر ایک ہوتا ہے۔</w:t>
      </w:r>
    </w:p>
    <w:p>
      <w:r>
        <w:rPr>
          <w:b/>
        </w:rPr>
        <w:t xml:space="preserve">[1:14:35] </w:t>
      </w:r>
      <w:r>
        <w:t>yaad rakhiye, kisi bhi event mein, kisi bhi waqea mein hamesha kai factors hotay hain, chahe prophet ka ho, chahe sahaba ka ho, ya koi doosra ho.</w:t>
      </w:r>
    </w:p>
    <w:p>
      <w:pPr>
        <w:jc w:val="right"/>
      </w:pPr>
      <w:r>
        <w:t>یاد رکھیے، کسی بھی ایونٹ میں، کسی بھی واقعے میں ہمیشہ کئی فیکٹرز ہوتے ہیں، چاہے پرافٹ کا ہو، چاہے صحابہ کا ہو، یا کوئی دوسرا ہو۔</w:t>
      </w:r>
    </w:p>
    <w:p>
      <w:r>
        <w:rPr>
          <w:b/>
        </w:rPr>
        <w:t xml:space="preserve">[1:14:45] </w:t>
      </w:r>
      <w:r>
        <w:t>hum ko janna parta hai ke deciding factor kon sa tha. to michael hart jo hai, koi aql e kul thori hai, woh us ko yeh pata hi nahi hai michael hart ko ke bohat sare factors hotay hain.</w:t>
      </w:r>
    </w:p>
    <w:p>
      <w:pPr>
        <w:jc w:val="right"/>
      </w:pPr>
      <w:r>
        <w:t>ہم کو جاننا پڑتا ہے کہ ڈیسائیڈنگ فیکٹر کون سا تھا۔ تو مائیکل ہارٹ جو ہے، کوئی عقل کل تھوڑی ہے، وہ اس کو یہ پتہ ہی نہیں ہے مائیکل ہارٹ کو کہ بہت سارے فیکٹرز ہوتے ہیں۔</w:t>
      </w:r>
    </w:p>
    <w:p>
      <w:r>
        <w:rPr>
          <w:b/>
        </w:rPr>
        <w:t xml:space="preserve">[1:14:57] </w:t>
      </w:r>
      <w:r>
        <w:t>yeh janna parta hai ke is mein deciding factor kon sa hai. michael hart us ko nahi janta.</w:t>
      </w:r>
    </w:p>
    <w:p>
      <w:pPr>
        <w:jc w:val="right"/>
      </w:pPr>
      <w:r>
        <w:t>یہ جاننا پڑتا ہے کہ اس میں ڈیسائیڈنگ فیکٹر کون سا ہے۔ مائیکل ہارٹ اس کو نہیں جانتا۔</w:t>
      </w:r>
    </w:p>
    <w:p>
      <w:r>
        <w:rPr>
          <w:b/>
        </w:rPr>
        <w:t xml:space="preserve">[1:15:05] </w:t>
      </w:r>
      <w:r>
        <w:t>is par agar kisi ko bura samajhna ho to mere pas tashreef layein, main bataunga aap ko detail is ki.</w:t>
      </w:r>
    </w:p>
    <w:p>
      <w:pPr>
        <w:jc w:val="right"/>
      </w:pPr>
      <w:r>
        <w:t>اس پر اگر کسی کو بدی سمجھنا ہو تو میرے پاس تشریف لائیں، میں بتاؤں گا آپ کو ڈیٹیل اس کی۔</w:t>
      </w:r>
    </w:p>
    <w:p>
      <w:r>
        <w:rPr>
          <w:b/>
        </w:rPr>
        <w:t xml:space="preserve">[1:15:12] </w:t>
      </w:r>
      <w:r>
        <w:t>das question is from miss sophia: "muslims had been living in palestine for years. how can their land be taken away from them and given to jews?"</w:t>
      </w:r>
    </w:p>
    <w:p>
      <w:pPr>
        <w:jc w:val="right"/>
      </w:pPr>
      <w:r>
        <w:t>دس کوئسچن از فرام مس صوفیا: "مسلمز ہیڈ بین لیونگ ان پیلسٹائن فار ایئرز۔ ہاؤ کین دیر لینڈ بی ٹیکن اوے فرام دیم اینڈ گیون ٹو جیوز؟"</w:t>
      </w:r>
    </w:p>
    <w:p>
      <w:r>
        <w:rPr>
          <w:b/>
        </w:rPr>
        <w:t xml:space="preserve">[1:15:29] </w:t>
      </w:r>
      <w:r>
        <w:t>main samjha nahi kyun ke lene lene ki baat to hai nahi, sirf wahan basne ki baat hai. lekin aisa balfour ne nahi kaha tha ke un ki zameen le kar unhe dete hain.</w:t>
      </w:r>
    </w:p>
    <w:p>
      <w:pPr>
        <w:jc w:val="right"/>
      </w:pPr>
      <w:r>
        <w:t>میں سمجھا نہیں کیونکہ لینے لینے کی بات تو ہے نہیں، صرف وہاں بسنے کی بات ہے۔ لیکن ایسا بالفور نے نہیں کہا تھا کہ ان کی زمین لے کر انہیں دیتے ہیں۔</w:t>
      </w:r>
    </w:p>
    <w:p>
      <w:r>
        <w:rPr>
          <w:b/>
        </w:rPr>
        <w:t xml:space="preserve">[1:15:38] </w:t>
      </w:r>
      <w:r>
        <w:t>basne ki baat thi ke woh bhi aage bas jaye, bas itna sa tha. sirf basne ki baat thi wahan par aur kuch nahi tha.</w:t>
      </w:r>
    </w:p>
    <w:p>
      <w:pPr>
        <w:jc w:val="right"/>
      </w:pPr>
      <w:r>
        <w:t>بسنے کی بات تھی کہ وہ بھی آگے بس ہے، بس اتنا سا تھا۔ صرف بسنے کی بات تھی وہاں پر اور کچھ نہیں تھا۔</w:t>
      </w:r>
    </w:p>
    <w:p>
      <w:r>
        <w:rPr>
          <w:b/>
        </w:rPr>
        <w:t xml:space="preserve">[1:15:47] </w:t>
      </w:r>
      <w:r>
        <w:t>aap aap dekh lein is ki history. balfour commission mein yeh nahi tha ke arab chhod dein. balfour commission yeh tha ke yahudi bhi right rakhte hain ke wahan ke bas ayein.</w:t>
      </w:r>
    </w:p>
    <w:p>
      <w:pPr>
        <w:jc w:val="right"/>
      </w:pPr>
      <w:r>
        <w:t>آپ آپ دیکھ لیں اس کی ہسٹری۔ بالفور کمیشن میں یہ نہیں تھا کہ عرب چھوڑ دیں۔ بالفور کمیشن یہ تھا کہ یہودی بھی رائٹ رکھتے ہیں کہ وہاں کے بس آئیں۔</w:t>
      </w:r>
    </w:p>
    <w:p>
      <w:r>
        <w:rPr>
          <w:b/>
        </w:rPr>
        <w:t xml:space="preserve">[1:15:57] </w:t>
      </w:r>
      <w:r>
        <w:t>bas</w:t>
      </w:r>
    </w:p>
    <w:p>
      <w:pPr>
        <w:jc w:val="right"/>
      </w:pPr>
      <w:r>
        <w:t>بس</w:t>
      </w:r>
    </w:p>
    <w:p>
      <w:r>
        <w:rPr>
          <w:b/>
        </w:rPr>
        <w:t xml:space="preserve">[1:15:58] </w:t>
      </w:r>
      <w:r>
        <w:t>wahan ke basne lage, lekin unhone kaha ke hum tum ko basne nahi denge, tum ko hum bhagaenge yahan se. sanrami fil bahr, hum tum ko dhake lenge samandar mein.</w:t>
      </w:r>
    </w:p>
    <w:p>
      <w:pPr>
        <w:jc w:val="right"/>
      </w:pPr>
      <w:r>
        <w:t>وہاں کے بسنے لگے، لیکن انہوں نے کہا کہ ہم تم کو بسنے نہیں دیں گے، تم کو ہم بھگائیں گے یہاں سے۔ سنرمی فی البحر، ہم تم کو ڈھکے لیں گے سمندر میں۔</w:t>
      </w:r>
    </w:p>
    <w:p>
      <w:r>
        <w:rPr>
          <w:b/>
        </w:rPr>
        <w:t xml:space="preserve">[1:16:08] </w:t>
      </w:r>
      <w:r>
        <w:t>yeh to history hai, aap parh lijiye us ko.</w:t>
      </w:r>
    </w:p>
    <w:p>
      <w:pPr>
        <w:jc w:val="right"/>
      </w:pPr>
      <w:r>
        <w:t>یہ تو ہسٹری ہے، آپ پڑھ لیجئے اس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