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Reinterpretation of Islam April 12, 2009</w:t>
      </w:r>
    </w:p>
    <w:p>
      <w:r>
        <w:t>https://youtu.be/QMG_eov11Po</w:t>
      </w:r>
    </w:p>
    <w:p>
      <w:r>
        <w:rPr>
          <w:b/>
        </w:rPr>
        <w:t xml:space="preserve">[00:14] </w:t>
      </w:r>
      <w:r>
        <w:t>bismillah hir rahman nir rahim, wa salallahu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 min lisani, yafqahu qawli.</w:t>
      </w:r>
    </w:p>
    <w:p>
      <w:pPr>
        <w:jc w:val="right"/>
      </w:pPr>
      <w:r>
        <w:t>واحل العقدۃ من لسانی، یفقہ قولی۔</w:t>
      </w:r>
    </w:p>
    <w:p>
      <w:r>
        <w:rPr>
          <w:b/>
        </w:rPr>
        <w:t xml:space="preserve">[00:39] </w:t>
      </w:r>
      <w:r>
        <w:t>da topic for today is</w:t>
      </w:r>
    </w:p>
    <w:p>
      <w:pPr>
        <w:jc w:val="right"/>
      </w:pPr>
      <w:r>
        <w:t>دا ٹاپک فار ٹوڈے از</w:t>
      </w:r>
    </w:p>
    <w:p>
      <w:r>
        <w:rPr>
          <w:b/>
        </w:rPr>
        <w:t xml:space="preserve">[00:45] </w:t>
      </w:r>
      <w:r>
        <w:t>reinterpretation of islam.</w:t>
      </w:r>
    </w:p>
    <w:p>
      <w:pPr>
        <w:jc w:val="right"/>
      </w:pPr>
      <w:r>
        <w:t>ری انٹرپریشن آف اسلام۔</w:t>
      </w:r>
    </w:p>
    <w:p>
      <w:r>
        <w:rPr>
          <w:b/>
        </w:rPr>
        <w:t xml:space="preserve">[00:50] </w:t>
      </w:r>
      <w:r>
        <w:t>islam ki taabeer e nau.</w:t>
      </w:r>
    </w:p>
    <w:p>
      <w:pPr>
        <w:jc w:val="right"/>
      </w:pPr>
      <w:r>
        <w:t>اسلام کی تعبیر نو۔</w:t>
      </w:r>
    </w:p>
    <w:p>
      <w:r>
        <w:rPr>
          <w:b/>
        </w:rPr>
        <w:t xml:space="preserve">[00:56] </w:t>
      </w:r>
      <w:r>
        <w:t>jab se main</w:t>
      </w:r>
    </w:p>
    <w:p>
      <w:pPr>
        <w:jc w:val="right"/>
      </w:pPr>
      <w:r>
        <w:t>جب سے میں</w:t>
      </w:r>
    </w:p>
    <w:p>
      <w:r>
        <w:rPr>
          <w:b/>
        </w:rPr>
        <w:t xml:space="preserve">[01:01] </w:t>
      </w:r>
      <w:r>
        <w:t>parhta hoon ya sunta hoon to ek cheez bohat repeatedly jo maine parha ya suna woh hai</w:t>
      </w:r>
    </w:p>
    <w:p>
      <w:pPr>
        <w:jc w:val="right"/>
      </w:pPr>
      <w:r>
        <w:t>پڑھتا ہوں یا سنتا ہوں تو ایک چیز بہت ریپیٹڈلی جو میں نے پڑھا یا سنا وہ ہے</w:t>
      </w:r>
    </w:p>
    <w:p>
      <w:r>
        <w:rPr>
          <w:b/>
        </w:rPr>
        <w:t xml:space="preserve">[01:16] </w:t>
      </w:r>
      <w:r>
        <w:t>islam ka modernization.</w:t>
      </w:r>
    </w:p>
    <w:p>
      <w:pPr>
        <w:jc w:val="right"/>
      </w:pPr>
      <w:r>
        <w:t>اسلام کا ماڈرنائزیشن۔</w:t>
      </w:r>
    </w:p>
    <w:p>
      <w:r>
        <w:rPr>
          <w:b/>
        </w:rPr>
        <w:t xml:space="preserve">[01:22] </w:t>
      </w:r>
      <w:r>
        <w:t>need of the hour is to modernize islam</w:t>
      </w:r>
    </w:p>
    <w:p>
      <w:pPr>
        <w:jc w:val="right"/>
      </w:pPr>
      <w:r>
        <w:t>نیڈ آف دا اور از ٹو ماڈرنائز اسلام</w:t>
      </w:r>
    </w:p>
    <w:p>
      <w:r>
        <w:rPr>
          <w:b/>
        </w:rPr>
        <w:t xml:space="preserve">[01:26] </w:t>
      </w:r>
      <w:r>
        <w:t>. yeh baat bohat ziyada kahi jati rahi hai.</w:t>
      </w:r>
    </w:p>
    <w:p>
      <w:pPr>
        <w:jc w:val="right"/>
      </w:pPr>
      <w:r>
        <w:t>۔ یہ بات بہت زیادہ کہی جاتی رہی ہے۔</w:t>
      </w:r>
    </w:p>
    <w:p>
      <w:r>
        <w:rPr>
          <w:b/>
        </w:rPr>
        <w:t xml:space="preserve">[01:34] </w:t>
      </w:r>
      <w:r>
        <w:t>i read a lot about this subject, but i felt to understand what is the exact meaning of this phrase.</w:t>
      </w:r>
    </w:p>
    <w:p>
      <w:pPr>
        <w:jc w:val="right"/>
      </w:pPr>
      <w:r>
        <w:t>آئی ریڈ ا لاٹ اباؤٹ دس سبجیکٹ، بٹ آئی فیلٹ ٹو انڈرسٹینڈ واٹ از دا ایگزیکٹ میننگ آف دس فریز۔</w:t>
      </w:r>
    </w:p>
    <w:p>
      <w:r>
        <w:rPr>
          <w:b/>
        </w:rPr>
        <w:t xml:space="preserve">[01:46] </w:t>
      </w:r>
      <w:r>
        <w:t>dekhein, meri habit hai ke main kisi baat ko bad intention par nahi leta.</w:t>
      </w:r>
    </w:p>
    <w:p>
      <w:pPr>
        <w:jc w:val="right"/>
      </w:pPr>
      <w:r>
        <w:t>دیکھیں، میری ہیبٹ ہے کہ میں کسی بات کو بیڈ انٹینشن پر نہیں لیتا۔</w:t>
      </w:r>
    </w:p>
    <w:p>
      <w:r>
        <w:rPr>
          <w:b/>
        </w:rPr>
        <w:t xml:space="preserve">[01:59] </w:t>
      </w:r>
      <w:r>
        <w:t>main hamesha yeh sochta hoon ke it is a way of thinking.</w:t>
      </w:r>
    </w:p>
    <w:p>
      <w:pPr>
        <w:jc w:val="right"/>
      </w:pPr>
      <w:r>
        <w:t>میں ہمیشہ یہ سوچتا ہوں کہ اٹ از ا وے آف تھنکنگ۔</w:t>
      </w:r>
    </w:p>
    <w:p>
      <w:r>
        <w:rPr>
          <w:b/>
        </w:rPr>
        <w:t xml:space="preserve">[02:07] </w:t>
      </w:r>
      <w:r>
        <w:t>it is a way of thinking. to thinking ke level par samajhna,</w:t>
      </w:r>
    </w:p>
    <w:p>
      <w:pPr>
        <w:jc w:val="right"/>
      </w:pPr>
      <w:r>
        <w:t>اٹ از ا وے آف تھنکنگ۔ تو تھنکنگ کے لیول پر سمجھنا،</w:t>
      </w:r>
    </w:p>
    <w:p>
      <w:r>
        <w:rPr>
          <w:b/>
        </w:rPr>
        <w:t xml:space="preserve">[02:15] </w:t>
      </w:r>
      <w:r>
        <w:t>and i always take it as a challenge, intellectual challenge. i always try to meet the challenge on intellectual level. yeh hai mera mind.</w:t>
      </w:r>
    </w:p>
    <w:p>
      <w:pPr>
        <w:jc w:val="right"/>
      </w:pPr>
      <w:r>
        <w:t>اینڈ آئی آلویز ٹیک اٹ ایز ا چیلنج، انٹلیکچول چیلنج۔ آئی آلویز ٹرائی ٹو میٹ دا چیلنج آن انٹلیکچول لیول۔ یہ ہے میرا مائنڈ۔</w:t>
      </w:r>
    </w:p>
    <w:p>
      <w:r>
        <w:rPr>
          <w:b/>
        </w:rPr>
        <w:t xml:space="preserve">[02:29] </w:t>
      </w:r>
      <w:r>
        <w:t>to sochta rehta hoon, sochta rehta hoon, sochta rehta hoon. my mind works like a computer. to abhi kal, and only yesterday,</w:t>
      </w:r>
    </w:p>
    <w:p>
      <w:pPr>
        <w:jc w:val="right"/>
      </w:pPr>
      <w:r>
        <w:t>تو سوچتا رہتا ہوں، سوچتا رہتا ہوں، سوچتا رہتا ہوں۔ مائی مائنڈ ورکس لائک اے کمپیوٹر۔ تو ابھی کل، اینڈ اونلی یسٹرڈے،</w:t>
      </w:r>
    </w:p>
    <w:p>
      <w:r>
        <w:rPr>
          <w:b/>
        </w:rPr>
        <w:t xml:space="preserve">[02:44] </w:t>
      </w:r>
      <w:r>
        <w:t>i</w:t>
      </w:r>
    </w:p>
    <w:p>
      <w:pPr>
        <w:jc w:val="right"/>
      </w:pPr>
      <w:r>
        <w:t>آئی</w:t>
      </w:r>
    </w:p>
    <w:p>
      <w:r>
        <w:rPr>
          <w:b/>
        </w:rPr>
        <w:t xml:space="preserve">[02:48] </w:t>
      </w:r>
      <w:r>
        <w:t>was able to understand what is the real meaning of this general phrase.</w:t>
      </w:r>
    </w:p>
    <w:p>
      <w:pPr>
        <w:jc w:val="right"/>
      </w:pPr>
      <w:r>
        <w:t>واز ایبل ٹو انڈرسٹینڈ واٹ از دا ریل میننگ آف دس جنرل فریز۔</w:t>
      </w:r>
    </w:p>
    <w:p>
      <w:r>
        <w:rPr>
          <w:b/>
        </w:rPr>
        <w:t xml:space="preserve">[02:58] </w:t>
      </w:r>
      <w:r>
        <w:t>abhi kal, shayad pachas saal ke baad. to dekhein, jahan tak maine parha hai, parhez Mstr AA Faiz, he is called 3A Faiz,</w:t>
      </w:r>
    </w:p>
    <w:p>
      <w:pPr>
        <w:jc w:val="right"/>
      </w:pPr>
      <w:r>
        <w:t>ابھی کل، شاید پچاس سال کے بعد۔ تو دیکھیں، جہاں تک میں نے پڑھا ہے، پرہیز مسٹر اے اے فیضی، ہی از کالڈ تھری اے فیضی،</w:t>
      </w:r>
    </w:p>
    <w:p>
      <w:r>
        <w:rPr>
          <w:b/>
        </w:rPr>
        <w:t xml:space="preserve">[03:15] </w:t>
      </w:r>
      <w:r>
        <w:t>was the first to publish complete book on this subject. the title was</w:t>
      </w:r>
    </w:p>
    <w:p>
      <w:pPr>
        <w:jc w:val="right"/>
      </w:pPr>
      <w:r>
        <w:t>واز دا فرسٹ ٹو پبلش کمپلیٹ بک آن دس سبجیکٹ۔ دا ٹائٹل واز</w:t>
      </w:r>
    </w:p>
    <w:p>
      <w:r>
        <w:rPr>
          <w:b/>
        </w:rPr>
        <w:t xml:space="preserve">[03:25] </w:t>
      </w:r>
      <w:r>
        <w:t>modern approach to islam.</w:t>
      </w:r>
    </w:p>
    <w:p>
      <w:pPr>
        <w:jc w:val="right"/>
      </w:pPr>
      <w:r>
        <w:t>ماڈرن اپروچ ٹو اسلام۔</w:t>
      </w:r>
    </w:p>
    <w:p>
      <w:r>
        <w:rPr>
          <w:b/>
        </w:rPr>
        <w:t xml:space="preserve">[03:30] </w:t>
      </w:r>
      <w:r>
        <w:t>this book was registered by ulama. but maine kaha ke main bad intention par nahi leta kisi cheez ko.</w:t>
      </w:r>
    </w:p>
    <w:p>
      <w:pPr>
        <w:jc w:val="right"/>
      </w:pPr>
      <w:r>
        <w:t>دس بک واز رجسٹرڈ بائی علماء۔ بٹ میں نے کہا کہ میں بیڈ انٹینشن پر نہیں لیتا کسی چیز کو۔</w:t>
      </w:r>
    </w:p>
    <w:p>
      <w:r>
        <w:rPr>
          <w:b/>
        </w:rPr>
        <w:t xml:space="preserve">[03:39] </w:t>
      </w:r>
      <w:r>
        <w:t>main sochta rehta hoon.</w:t>
      </w:r>
    </w:p>
    <w:p>
      <w:pPr>
        <w:jc w:val="right"/>
      </w:pPr>
      <w:r>
        <w:t>میں سوچتا رہتا ہوں۔</w:t>
      </w:r>
    </w:p>
    <w:p>
      <w:r>
        <w:rPr>
          <w:b/>
        </w:rPr>
        <w:t xml:space="preserve">[03:44] </w:t>
      </w:r>
      <w:r>
        <w:t>to is tarah ki bohat si cheez parhi maine. phir mujhe yaad hai ke partition se pehle, and independent se pehle, ek sahib the Lahore ke.</w:t>
      </w:r>
    </w:p>
    <w:p>
      <w:pPr>
        <w:jc w:val="right"/>
      </w:pPr>
      <w:r>
        <w:t>تو اس طرح کی بہت سی چیز پڑھی میں نے۔ پھر مجھے یاد ہے کہ پارٹیشن سے پہلے، اینڈ انڈیپینڈنٹ سے پہلے، ایک صاحب تھے لاہور کے۔</w:t>
      </w:r>
    </w:p>
    <w:p>
      <w:r>
        <w:rPr>
          <w:b/>
        </w:rPr>
        <w:t xml:space="preserve">[03:57] </w:t>
      </w:r>
      <w:r>
        <w:t>to unhon ne kaha tha, likha tha, maine parha tha us ko, quran has to be re revealed today.</w:t>
      </w:r>
    </w:p>
    <w:p>
      <w:pPr>
        <w:jc w:val="right"/>
      </w:pPr>
      <w:r>
        <w:t>تو انہوں نے کہا تھا، لکھا تھا، میں نے پڑھا تھا اس کو، قرآن ہیز ٹو بی ری ریویلڈ ٹوڈے۔</w:t>
      </w:r>
    </w:p>
    <w:p>
      <w:r>
        <w:rPr>
          <w:b/>
        </w:rPr>
        <w:t xml:space="preserve">[04:09] </w:t>
      </w:r>
      <w:r>
        <w:t>quran has to be re revealed today. yeh jo un ka phrase hai, mujhe shayad pachas baras se horn karta raha, kar raha tha.</w:t>
      </w:r>
    </w:p>
    <w:p>
      <w:pPr>
        <w:jc w:val="right"/>
      </w:pPr>
      <w:r>
        <w:t>قرآن ہیز ٹو بی ری ریویلڈ ٹوڈے۔ یہ جو ان کا فریز ہے، مجھے شاید پچاس برس سے ہارن کرتا رہا، کر رہا تھا۔</w:t>
      </w:r>
    </w:p>
    <w:p>
      <w:r>
        <w:rPr>
          <w:b/>
        </w:rPr>
        <w:t xml:space="preserve">[04:23] </w:t>
      </w:r>
      <w:r>
        <w:t>only yesterday i discovered</w:t>
      </w:r>
    </w:p>
    <w:p>
      <w:pPr>
        <w:jc w:val="right"/>
      </w:pPr>
      <w:r>
        <w:t>اونلی یسٹرڈے آئی ڈسکورڈ</w:t>
      </w:r>
    </w:p>
    <w:p>
      <w:r>
        <w:rPr>
          <w:b/>
        </w:rPr>
        <w:t xml:space="preserve">[04:29] </w:t>
      </w:r>
      <w:r>
        <w:t>the meaning of this phrase. dekhein, baat yeh hai ke har aadmi ka apna ek bent of mind hota hai.</w:t>
      </w:r>
    </w:p>
    <w:p>
      <w:pPr>
        <w:jc w:val="right"/>
      </w:pPr>
      <w:r>
        <w:t>دا میننگ آف دس فریز۔ دیکھیں، بات یہ ہے کہ ہر آدمی کا اپنا ایک بینٹ آف مائنڈ ہوتا ہے۔</w:t>
      </w:r>
    </w:p>
    <w:p>
      <w:r>
        <w:rPr>
          <w:b/>
        </w:rPr>
        <w:t xml:space="preserve">[04:40] </w:t>
      </w:r>
      <w:r>
        <w:t>ek mindset hota hai.</w:t>
      </w:r>
    </w:p>
    <w:p>
      <w:pPr>
        <w:jc w:val="right"/>
      </w:pPr>
      <w:r>
        <w:t>ایک مائنڈ سیٹ ہوتا ہے۔</w:t>
      </w:r>
    </w:p>
    <w:p>
      <w:r>
        <w:rPr>
          <w:b/>
        </w:rPr>
        <w:t xml:space="preserve">[04:45] </w:t>
      </w:r>
      <w:r>
        <w:t>to jab tak aap</w:t>
      </w:r>
    </w:p>
    <w:p>
      <w:pPr>
        <w:jc w:val="right"/>
      </w:pPr>
      <w:r>
        <w:t>تو جب تک آپ</w:t>
      </w:r>
    </w:p>
    <w:p>
      <w:r>
        <w:rPr>
          <w:b/>
        </w:rPr>
        <w:t xml:space="preserve">[04:49] </w:t>
      </w:r>
      <w:r>
        <w:t>baat ko apne mindset par na dhal lein, aap ki samajh mein nahi aata.</w:t>
      </w:r>
    </w:p>
    <w:p>
      <w:pPr>
        <w:jc w:val="right"/>
      </w:pPr>
      <w:r>
        <w:t>بات کو اپنے مائنڈ سیٹ پر نہ ڈھال لیں، آپ کی سمجھ میں نہیں آتا۔</w:t>
      </w:r>
    </w:p>
    <w:p>
      <w:r>
        <w:rPr>
          <w:b/>
        </w:rPr>
        <w:t xml:space="preserve">[05:00] </w:t>
      </w:r>
      <w:r>
        <w:t>end when you are, when you are able to convert that idea in your family words, then you are able to understand the point</w:t>
      </w:r>
    </w:p>
    <w:p>
      <w:pPr>
        <w:jc w:val="right"/>
      </w:pPr>
      <w:r>
        <w:t>اینڈ وین یو آر، وین یو آر ایبل ٹو کنورٹ دیٹ آئیڈیا ان یور فیملی ورڈز، دین یو آر ایبل ٹو انڈرسٹینڈ دا پوائنٹ</w:t>
      </w:r>
    </w:p>
    <w:p>
      <w:r>
        <w:rPr>
          <w:b/>
        </w:rPr>
        <w:t xml:space="preserve">[05:14] </w:t>
      </w:r>
      <w:r>
        <w:t>. to mein ne kal jo hai is ko badla, end badal saka. mere mind ne bohat dinon ki ke analysis ke baad, woh kya tha?</w:t>
      </w:r>
    </w:p>
    <w:p>
      <w:pPr>
        <w:jc w:val="right"/>
      </w:pPr>
      <w:r>
        <w:t>۔ تو میں نے کل جو ہے اس کو بدلا، اینڈ بدل سکا۔ میرے مائنڈ نے بہت دنوں کی کے انالیسز کے بعد، وہ کیا تھا؟</w:t>
      </w:r>
    </w:p>
    <w:p>
      <w:r>
        <w:rPr>
          <w:b/>
        </w:rPr>
        <w:t xml:space="preserve">[05:29] </w:t>
      </w:r>
      <w:r>
        <w:t>mein ne socha ke dekhein, yeh jo kaha unhon ne, quran has to be re revealed today, is ka matlab kya hai?</w:t>
      </w:r>
    </w:p>
    <w:p>
      <w:pPr>
        <w:jc w:val="right"/>
      </w:pPr>
      <w:r>
        <w:t>میں نے سوچا کہ دیکھیں، یہ جو کہا انہوں نے، قرآن ہیز ٹو بی ری ریویلڈ ٹوڈے، اس کا مطلب کیا ہے؟</w:t>
      </w:r>
    </w:p>
    <w:p>
      <w:r>
        <w:rPr>
          <w:b/>
        </w:rPr>
        <w:t xml:space="preserve">[05:39] </w:t>
      </w:r>
      <w:r>
        <w:t>is ka matlab hai quran has to be re defined in modern term. tab mein samajh gaya is ka matlab.</w:t>
      </w:r>
    </w:p>
    <w:p>
      <w:pPr>
        <w:jc w:val="right"/>
      </w:pPr>
      <w:r>
        <w:t>اس کا مطلب ہے قرآن ہیز ٹو بی ری ڈیفائنڈ ان ماڈرن ٹرم۔ تب میں سمجھ گیا اس کا مطلب۔</w:t>
      </w:r>
    </w:p>
    <w:p>
      <w:r>
        <w:rPr>
          <w:b/>
        </w:rPr>
        <w:t xml:space="preserve">[05:51] </w:t>
      </w:r>
      <w:r>
        <w:t>quran has to be re defined in modern term.</w:t>
      </w:r>
    </w:p>
    <w:p>
      <w:pPr>
        <w:jc w:val="right"/>
      </w:pPr>
      <w:r>
        <w:t>قرآن ہیز ٹو بی ری ڈیفائنڈ ان ماڈرن ٹرم۔</w:t>
      </w:r>
    </w:p>
    <w:p>
      <w:r>
        <w:rPr>
          <w:b/>
        </w:rPr>
        <w:t xml:space="preserve">[05:58] </w:t>
      </w:r>
      <w:r>
        <w:t>tab mein samjha ke is ka matlab kya hai.</w:t>
      </w:r>
    </w:p>
    <w:p>
      <w:pPr>
        <w:jc w:val="right"/>
      </w:pPr>
      <w:r>
        <w:t>تب میں سمجھا کہ اس کا مطلب کیا ہے۔</w:t>
      </w:r>
    </w:p>
    <w:p>
      <w:r>
        <w:rPr>
          <w:b/>
        </w:rPr>
        <w:t xml:space="preserve">[06:03] </w:t>
      </w:r>
      <w:r>
        <w:t>dekhein, sara muamla yeh islam kya hai? universal facts. islam is nothing but an statement of.</w:t>
      </w:r>
    </w:p>
    <w:p>
      <w:pPr>
        <w:jc w:val="right"/>
      </w:pPr>
      <w:r>
        <w:t>دیکھیں، سارا معاملہ یہ اسلام کیا ہے؟ یونیورسل فیکٹس۔ اسلام از نتھنگ بٹ این سٹیٹمنٹ آف۔</w:t>
      </w:r>
    </w:p>
    <w:p>
      <w:r>
        <w:rPr>
          <w:b/>
        </w:rPr>
        <w:t xml:space="preserve">[06:14] </w:t>
      </w:r>
      <w:r>
        <w:t>islam is nothing but a statement of universal facts.</w:t>
      </w:r>
    </w:p>
    <w:p>
      <w:pPr>
        <w:jc w:val="right"/>
      </w:pPr>
      <w:r>
        <w:t>اسلام از نتھنگ بٹ ا سٹیٹمنٹ آف یونیورسل فیکٹس۔</w:t>
      </w:r>
    </w:p>
    <w:p>
      <w:r>
        <w:rPr>
          <w:b/>
        </w:rPr>
        <w:t xml:space="preserve">[06:20] </w:t>
      </w:r>
      <w:r>
        <w:t>lekin islam ko seven century mein reveal kiya gaya. to seven century ke idiom mein is ko been kiya gaya.</w:t>
      </w:r>
    </w:p>
    <w:p>
      <w:pPr>
        <w:jc w:val="right"/>
      </w:pPr>
      <w:r>
        <w:t>لیکن اسلام کو سیون سینچری میں ریویل کیا گیا۔ تو سیون سینچری کے ایڈیم میں اس کو بین کیا گیا۔</w:t>
      </w:r>
    </w:p>
    <w:p>
      <w:r>
        <w:rPr>
          <w:b/>
        </w:rPr>
        <w:t xml:space="preserve">[06:34] </w:t>
      </w:r>
      <w:r>
        <w:t>universal statement in the terminology of seven century. ab hamein, ab hum twenty first century mein hain.</w:t>
      </w:r>
    </w:p>
    <w:p>
      <w:pPr>
        <w:jc w:val="right"/>
      </w:pPr>
      <w:r>
        <w:t>یونیورسل اسٹیٹمنٹ ان دا ٹرمینالوجی آف سیون سینچری۔ اب ہمیں، اب ہم ٹونٹی فرسٹ سینچری میں ہیں۔</w:t>
      </w:r>
    </w:p>
    <w:p>
      <w:r>
        <w:rPr>
          <w:b/>
        </w:rPr>
        <w:t xml:space="preserve">[06:45] </w:t>
      </w:r>
      <w:r>
        <w:t>to hamein kya karna hoga? we have to re explain, we have to re interpret islamic principle in modern term.</w:t>
      </w:r>
    </w:p>
    <w:p>
      <w:pPr>
        <w:jc w:val="right"/>
      </w:pPr>
      <w:r>
        <w:t>تو ہمیں کیا کرنا ہوگا؟ وی ہیو ٹو ری ایکسپلین، وی ہیو ٹو ری انٹرپریٹ اسلامک پرنسپل ان ماڈرن ٹرم۔</w:t>
      </w:r>
    </w:p>
    <w:p>
      <w:r>
        <w:rPr>
          <w:b/>
        </w:rPr>
        <w:t xml:space="preserve">[06:58] </w:t>
      </w:r>
      <w:r>
        <w:t>yeh karna hai hamein.</w:t>
      </w:r>
    </w:p>
    <w:p>
      <w:pPr>
        <w:jc w:val="right"/>
      </w:pPr>
      <w:r>
        <w:t>یہ کرنا ہے ہمیں۔</w:t>
      </w:r>
    </w:p>
    <w:p>
      <w:r>
        <w:rPr>
          <w:b/>
        </w:rPr>
        <w:t xml:space="preserve">[07:03] </w:t>
      </w:r>
      <w:r>
        <w:t>then we will able to understand the quranic message. i will give an example to restrict this point.</w:t>
      </w:r>
    </w:p>
    <w:p>
      <w:pPr>
        <w:jc w:val="right"/>
      </w:pPr>
      <w:r>
        <w:t>دین وی ویل ایبل ٹو انڈرسٹینڈ دا قرآنک میسج۔ آئی ویل گیو این ایگزامپل ٹو ریسٹرکٹ دس پوائنٹ۔</w:t>
      </w:r>
    </w:p>
    <w:p>
      <w:r>
        <w:rPr>
          <w:b/>
        </w:rPr>
        <w:t xml:space="preserve">[07:11] </w:t>
      </w:r>
      <w:r>
        <w:t>i will give an example.</w:t>
      </w:r>
    </w:p>
    <w:p>
      <w:pPr>
        <w:jc w:val="right"/>
      </w:pPr>
      <w:r>
        <w:t>آئی ویل گیو این ایگزامپل۔</w:t>
      </w:r>
    </w:p>
    <w:p>
      <w:r>
        <w:rPr>
          <w:b/>
        </w:rPr>
        <w:t xml:space="preserve">[07:16] </w:t>
      </w:r>
      <w:r>
        <w:t>dekhein, ek bohat bare scholar thay. un ka naam tha Maulana Amin Ahsan Islahi.</w:t>
      </w:r>
    </w:p>
    <w:p>
      <w:pPr>
        <w:jc w:val="right"/>
      </w:pPr>
      <w:r>
        <w:t>دیکھیں، ایک بہت بڑے اسکالر تھے۔ ان کا نام تھا مولانا امین حسن اصلاحی۔</w:t>
      </w:r>
    </w:p>
    <w:p>
      <w:r>
        <w:rPr>
          <w:b/>
        </w:rPr>
        <w:t xml:space="preserve">[07:26] </w:t>
      </w:r>
      <w:r>
        <w:t>he was born in india, perhaps in nineteen four, 1904 mein.</w:t>
      </w:r>
    </w:p>
    <w:p>
      <w:pPr>
        <w:jc w:val="right"/>
      </w:pPr>
      <w:r>
        <w:t>ہی واز بورن ان انڈیا، پرہیپس ان نائنٹین فور، انیس سو چار میں۔</w:t>
      </w:r>
    </w:p>
    <w:p>
      <w:r>
        <w:rPr>
          <w:b/>
        </w:rPr>
        <w:t xml:space="preserve">[07:33] </w:t>
      </w:r>
      <w:r>
        <w:t>then he migrated to pakistan. and he died in pakistan in nineteen ninety eight.</w:t>
      </w:r>
    </w:p>
    <w:p>
      <w:pPr>
        <w:jc w:val="right"/>
      </w:pPr>
      <w:r>
        <w:t>دین ہی مائیگریٹڈ ٹو پاکستان۔ اینڈ ہی ڈائیڈ ان پاکستان ان نائنٹین نائنٹی ایٹ۔</w:t>
      </w:r>
    </w:p>
    <w:p>
      <w:r>
        <w:rPr>
          <w:b/>
        </w:rPr>
        <w:t xml:space="preserve">[07:43] </w:t>
      </w:r>
      <w:r>
        <w:t>unhon ne commentary likhi hai quran ki, eight volume mein. to un ke ek disciple thay, Mr. Hasan Tahami.</w:t>
      </w:r>
    </w:p>
    <w:p>
      <w:pPr>
        <w:jc w:val="right"/>
      </w:pPr>
      <w:r>
        <w:t>انہوں نے کمنٹری لکھی ہے قرآن کی، ایٹ والیوم میں۔ تو ان کے ایک ڈسائپل تھے، مسٹر حسن تہامی۔</w:t>
      </w:r>
    </w:p>
    <w:p>
      <w:r>
        <w:rPr>
          <w:b/>
        </w:rPr>
        <w:t xml:space="preserve">[07:58] </w:t>
      </w:r>
      <w:r>
        <w:t>he is alive.</w:t>
      </w:r>
    </w:p>
    <w:p>
      <w:pPr>
        <w:jc w:val="right"/>
      </w:pPr>
      <w:r>
        <w:t>ہی از الائیو۔</w:t>
      </w:r>
    </w:p>
    <w:p>
      <w:r>
        <w:rPr>
          <w:b/>
        </w:rPr>
        <w:t xml:space="preserve">[08:00] </w:t>
      </w:r>
      <w:r>
        <w:t>unhon ne mujhe bataya.</w:t>
      </w:r>
    </w:p>
    <w:p>
      <w:pPr>
        <w:jc w:val="right"/>
      </w:pPr>
      <w:r>
        <w:t>انہوں نے مجھے بتایا۔</w:t>
      </w:r>
    </w:p>
    <w:p>
      <w:r>
        <w:rPr>
          <w:b/>
        </w:rPr>
        <w:t xml:space="preserve">[08:04] </w:t>
      </w:r>
      <w:r>
        <w:t>he asked to Mr., to Maulana Islahi, what the gist of the quran? yani quran ka khulasa kya hai?</w:t>
      </w:r>
    </w:p>
    <w:p>
      <w:pPr>
        <w:jc w:val="right"/>
      </w:pPr>
      <w:r>
        <w:t>ہی اسکڈ ٹو مسٹر، ٹو مولانا اصلاحی، واٹ دا جسٹ آف دا قرآن؟ یعنی قرآن کا خلاصہ کیا ہے؟</w:t>
      </w:r>
    </w:p>
    <w:p>
      <w:r>
        <w:rPr>
          <w:b/>
        </w:rPr>
        <w:t xml:space="preserve">[08:14] </w:t>
      </w:r>
      <w:r>
        <w:t>yeh poocha unhon ne.</w:t>
      </w:r>
    </w:p>
    <w:p>
      <w:pPr>
        <w:jc w:val="right"/>
      </w:pPr>
      <w:r>
        <w:t>یہ پوچھا انہوں نے۔</w:t>
      </w:r>
    </w:p>
    <w:p>
      <w:r>
        <w:rPr>
          <w:b/>
        </w:rPr>
        <w:t xml:space="preserve">[08:18] </w:t>
      </w:r>
      <w:r>
        <w:t>to Maulana Islahi ne kaha,</w:t>
      </w:r>
    </w:p>
    <w:p>
      <w:pPr>
        <w:jc w:val="right"/>
      </w:pPr>
      <w:r>
        <w:t>تو مولانا اصلاحی نے کہا،</w:t>
      </w:r>
    </w:p>
    <w:p>
      <w:r>
        <w:rPr>
          <w:b/>
        </w:rPr>
        <w:t xml:space="preserve">[08:24] </w:t>
      </w:r>
      <w:r>
        <w:t>as was reported by Mr.</w:t>
      </w:r>
    </w:p>
    <w:p>
      <w:pPr>
        <w:jc w:val="right"/>
      </w:pPr>
      <w:r>
        <w:t>ایز واز رپورٹڈ بائی مس</w:t>
      </w:r>
    </w:p>
    <w:p>
      <w:r>
        <w:rPr>
          <w:b/>
        </w:rPr>
        <w:t xml:space="preserve">[08:26] </w:t>
      </w:r>
      <w:r>
        <w:t>Mr. Tahami,</w:t>
      </w:r>
    </w:p>
    <w:p>
      <w:pPr>
        <w:jc w:val="right"/>
      </w:pPr>
      <w:r>
        <w:t>ٹر تہامی،</w:t>
      </w:r>
    </w:p>
    <w:p>
      <w:r>
        <w:rPr>
          <w:b/>
        </w:rPr>
        <w:t xml:space="preserve">[08:29] </w:t>
      </w:r>
      <w:r>
        <w:t>sarguzasht-e-anzaar. das waaz da exact word of Maulana Islahi. sarguzasht-e-anzaar.</w:t>
      </w:r>
    </w:p>
    <w:p>
      <w:pPr>
        <w:jc w:val="right"/>
      </w:pPr>
      <w:r>
        <w:t>سرگزشت انذار۔ دس واز دا ایگزیکٹ ورڈ آف مولانا اصلاحی۔ سرگزشت انذار۔</w:t>
      </w:r>
    </w:p>
    <w:p>
      <w:r>
        <w:rPr>
          <w:b/>
        </w:rPr>
        <w:t xml:space="preserve">[08:38] </w:t>
      </w:r>
      <w:r>
        <w:t>yani record of warning. record of divine warning. ab dekhen, record of warning ya record of divine warning is not understandable for modern man.</w:t>
      </w:r>
    </w:p>
    <w:p>
      <w:pPr>
        <w:jc w:val="right"/>
      </w:pPr>
      <w:r>
        <w:t>یعنی ریکارڈ آف وارننگ۔ ریکارڈ آف ڈیوائن وارننگ۔ اب دیکھیں، ریکارڈ آف وارننگ یا ریکارڈ آف ڈیوائن وارننگ از ناٹ انڈرسٹیبل فار ماڈرن مین۔</w:t>
      </w:r>
    </w:p>
    <w:p>
      <w:r>
        <w:rPr>
          <w:b/>
        </w:rPr>
        <w:t xml:space="preserve">[08:56] </w:t>
      </w:r>
      <w:r>
        <w:t>sarguzasht-e-anzaar jo hai, woh Mr. Tahami samajh gaye. kyunki woh ek traditional aadmi hain. he is a traditional scholar.</w:t>
      </w:r>
    </w:p>
    <w:p>
      <w:pPr>
        <w:jc w:val="right"/>
      </w:pPr>
      <w:r>
        <w:t>سرگزشت انذار جو ہے، وہ مسٹر تہامی سمجھ گئے۔ کیونکہ وہ ایک ٹریڈیشنل آدمی ہیں۔ ہی از ا ٹریڈیشنل اسکالر۔</w:t>
      </w:r>
    </w:p>
    <w:p>
      <w:r>
        <w:rPr>
          <w:b/>
        </w:rPr>
        <w:t xml:space="preserve">[09:08] </w:t>
      </w:r>
      <w:r>
        <w:t>so he was, he was able to understand this terminology, sarguzasht-e-anzaar. but aaj ka aadmi kuch nahi samajh paya ke kya matlab iska hai.</w:t>
      </w:r>
    </w:p>
    <w:p>
      <w:pPr>
        <w:jc w:val="right"/>
      </w:pPr>
      <w:r>
        <w:t>سو ہی واز، ہی واز ایبل ٹو انڈرسٹینڈ دس ٹرمینالوجی، سرگزشت انذار۔ بٹ آج کا آدمی کچھ نہیں سمجھ پایا کہ کیا مطلب اس کا ہے۔</w:t>
      </w:r>
    </w:p>
    <w:p>
      <w:r>
        <w:rPr>
          <w:b/>
        </w:rPr>
        <w:t xml:space="preserve">[09:21] </w:t>
      </w:r>
      <w:r>
        <w:t>what the meaning of sarguzasht-e-anzaar or record of warning?</w:t>
      </w:r>
    </w:p>
    <w:p>
      <w:pPr>
        <w:jc w:val="right"/>
      </w:pPr>
      <w:r>
        <w:t>واٹ دا میننگ آف سرگزشت انذار اور ریکارڈ آف وارننگ؟</w:t>
      </w:r>
    </w:p>
    <w:p>
      <w:r>
        <w:rPr>
          <w:b/>
        </w:rPr>
        <w:t xml:space="preserve">[09:31] </w:t>
      </w:r>
      <w:r>
        <w:t>but if you, if you, if you convert the word in in modern idiom, jaisa ke main karta hoon.</w:t>
      </w:r>
    </w:p>
    <w:p>
      <w:pPr>
        <w:jc w:val="right"/>
      </w:pPr>
      <w:r>
        <w:t>بٹ اف یو، اف یو، اف یو کنورٹ دا ورڈ ان ان ماڈرن ایڈیم، جیسا کہ میں کرتا ہوں۔</w:t>
      </w:r>
    </w:p>
    <w:p>
      <w:r>
        <w:rPr>
          <w:b/>
        </w:rPr>
        <w:t xml:space="preserve">[09:45] </w:t>
      </w:r>
      <w:r>
        <w:t>yani main yeh kehta hoon ke Quran ka,</w:t>
      </w:r>
    </w:p>
    <w:p>
      <w:pPr>
        <w:jc w:val="right"/>
      </w:pPr>
      <w:r>
        <w:t>یعنی میں یہ کہتا ہوں کہ قرآن کا،</w:t>
      </w:r>
    </w:p>
    <w:p>
      <w:r>
        <w:rPr>
          <w:b/>
        </w:rPr>
        <w:t xml:space="preserve">[09:53] </w:t>
      </w:r>
      <w:r>
        <w:t>the gist of the Quran is to present</w:t>
      </w:r>
    </w:p>
    <w:p>
      <w:pPr>
        <w:jc w:val="right"/>
      </w:pPr>
      <w:r>
        <w:t>دا جسٹ آف دا قرآن از ٹو پریزنٹ</w:t>
      </w:r>
    </w:p>
    <w:p>
      <w:r>
        <w:rPr>
          <w:b/>
        </w:rPr>
        <w:t xml:space="preserve">[09:58] </w:t>
      </w:r>
      <w:r>
        <w:t>before human being, the creation plan of God. yani Quran ka maqsad hai creation plan of God ko batana.</w:t>
      </w:r>
    </w:p>
    <w:p>
      <w:pPr>
        <w:jc w:val="right"/>
      </w:pPr>
      <w:r>
        <w:t>بیفور ہیومن بینگ، دا کریشن پلان آف گاڈ۔ یعنی قرآن کا مقصد ہے کریشن پلان آف گاڈ کو بتانا۔</w:t>
      </w:r>
    </w:p>
    <w:p>
      <w:r>
        <w:rPr>
          <w:b/>
        </w:rPr>
        <w:t xml:space="preserve">[10:10] </w:t>
      </w:r>
      <w:r>
        <w:t>aaj ka mind foran samajh jata hai, instantly samajh jata hai. dekhen, main yeh nahi keh raha hoon ke woh, woh yani woh accept kar leta hai.</w:t>
      </w:r>
    </w:p>
    <w:p>
      <w:pPr>
        <w:jc w:val="right"/>
      </w:pPr>
      <w:r>
        <w:t>آج کا مائنڈ فوراً سمجھ جاتا ہے، انسٹنٹلی سمجھ جاتا ہے۔ دیکھیں، میں یہ نہیں کہہ رہا ہوں کہ وہ، وہ یعنی وہ ایکسیپٹ کر لیتا ہے۔</w:t>
      </w:r>
    </w:p>
    <w:p>
      <w:r>
        <w:rPr>
          <w:b/>
        </w:rPr>
        <w:t xml:space="preserve">[10:24] </w:t>
      </w:r>
      <w:r>
        <w:t>I am not talking about acceptance. there is another thing.</w:t>
      </w:r>
    </w:p>
    <w:p>
      <w:pPr>
        <w:jc w:val="right"/>
      </w:pPr>
      <w:r>
        <w:t>آئی ایم ناٹ ٹاکنگ اباؤٹ ایکسیپٹنس۔ دییر از انادر تھنگ۔</w:t>
      </w:r>
    </w:p>
    <w:p>
      <w:r>
        <w:rPr>
          <w:b/>
        </w:rPr>
        <w:t xml:space="preserve">[10:29] </w:t>
      </w:r>
      <w:r>
        <w:t>I am talking about making understandable. to jab sarguzasht-e-anzaar ko aap yeh kahein ke creation plan of God, to aadmi foran samajh jayega.</w:t>
      </w:r>
    </w:p>
    <w:p>
      <w:pPr>
        <w:jc w:val="right"/>
      </w:pPr>
      <w:r>
        <w:t>آئی ایم ٹاکنگ اباؤٹ میکنگ انڈرسٹینڈیبل۔ تو جب سرگزشت انذار کو آپ یہ کہیں کہ کریشن پلان آف گاڈ، تو آدمی فوراً سمجھ جائے گا۔</w:t>
      </w:r>
    </w:p>
    <w:p>
      <w:r>
        <w:rPr>
          <w:b/>
        </w:rPr>
        <w:t xml:space="preserve">[10:44] </w:t>
      </w:r>
      <w:r>
        <w:t>to kal, kal mujhe ek aur discovery hui. main bohat din sochta tha ke ek, ek bohat anokha phenomena hai.</w:t>
      </w:r>
    </w:p>
    <w:p>
      <w:pPr>
        <w:jc w:val="right"/>
      </w:pPr>
      <w:r>
        <w:t>تو کل، کل مجھے ایک اور ڈسکوری ہوئی۔ میں بہت دن سوچتا تھا کہ ایک، ایک بہت انوکھا فیناومینا ہے۔</w:t>
      </w:r>
    </w:p>
    <w:p>
      <w:r>
        <w:rPr>
          <w:b/>
        </w:rPr>
        <w:t xml:space="preserve">[10:57] </w:t>
      </w:r>
      <w:r>
        <w:t>Islam par jitni bhi important book likhi gayi hain, but aaj ke insaan ko jo appeal karein, woh sab non-muslim scholar ne likhi hain.</w:t>
      </w:r>
    </w:p>
    <w:p>
      <w:pPr>
        <w:jc w:val="right"/>
      </w:pPr>
      <w:r>
        <w:t>اسلام پر جتنی بھی امپورٹنٹ بک لکھی گئی ہیں، بٹ آج کے انسان کو جو اپیل کریں، وہ سب نان مسلم سکالر نے لکھی ہے۔</w:t>
      </w:r>
    </w:p>
    <w:p>
      <w:r>
        <w:rPr>
          <w:b/>
        </w:rPr>
        <w:t xml:space="preserve">[11:09] </w:t>
      </w:r>
      <w:r>
        <w:t>yeh bohat anokhi baat hai jo main paayi thi. main ne</w:t>
      </w:r>
    </w:p>
    <w:p>
      <w:pPr>
        <w:jc w:val="right"/>
      </w:pPr>
      <w:r>
        <w:t>یہ بہت انوکھی بات ہے جو میں پائی تھی۔ میں نے</w:t>
      </w:r>
    </w:p>
    <w:p>
      <w:r>
        <w:rPr>
          <w:b/>
        </w:rPr>
        <w:t xml:space="preserve">[11:15] </w:t>
      </w:r>
      <w:r>
        <w:t>bohat pehle mila tha Professor Mujeeb se, jo Jamia ke professor the. to unhone kaha tha ke Maulana Sahab, aap jante hain ke is zamane mein Jewish scholars jo hain, woh Islam ko represent kar rahe hain.</w:t>
      </w:r>
    </w:p>
    <w:p>
      <w:pPr>
        <w:jc w:val="right"/>
      </w:pPr>
      <w:r>
        <w:t>بہت پہلے ملا تھا پروفیسر مجیب سے، جو جامعہ کے پروفیسر تھے۔ تو انہوں نے کہا تھا کہ مولانا صاحب، آپ جانتے ہیں کہ اس زمانے میں جوئش سکالرز جو ہیں، وہ اسلام کو ریپریزنٹ کر رہے ہیں۔</w:t>
      </w:r>
    </w:p>
    <w:p>
      <w:r>
        <w:rPr>
          <w:b/>
        </w:rPr>
        <w:t xml:space="preserve">[11:35] </w:t>
      </w:r>
      <w:r>
        <w:t>do you know, Jewish scholars are the representative of Islam in modern age? main samajh nahi pa raha tha iska matlab us waqt</w:t>
      </w:r>
    </w:p>
    <w:p>
      <w:pPr>
        <w:jc w:val="right"/>
      </w:pPr>
      <w:r>
        <w:t>ڈو یو نو، جوئش سکالرز آر دا ریپریزنٹیٹیو آف اسلام ان ماڈرن ایج؟ میں سمجھ نہیں پا رہا تھا اس کا مطلب اس وقت</w:t>
      </w:r>
    </w:p>
    <w:p>
      <w:r>
        <w:rPr>
          <w:b/>
        </w:rPr>
        <w:t xml:space="preserve">[11:43] </w:t>
      </w:r>
      <w:r>
        <w:t>. kal main samajh paya ke woh log modern term mein bayan karte hain. agarche kuch is mein distortion hota hai, lekin terminology modern hoti hai.</w:t>
      </w:r>
    </w:p>
    <w:p>
      <w:pPr>
        <w:jc w:val="right"/>
      </w:pPr>
      <w:r>
        <w:t>۔ کل میں سمجھ پایا کہ وہ لوگ ماڈرن ٹرم میں بیان کرتے ہیں۔ اگرچہ کچھ اس میں ڈسٹارشن ہوتا ہے، لیکن ٹرمینالوجی ماڈرن ہوتی ہے۔</w:t>
      </w:r>
    </w:p>
    <w:p>
      <w:r>
        <w:rPr>
          <w:b/>
        </w:rPr>
        <w:t xml:space="preserve">[12:00] </w:t>
      </w:r>
      <w:r>
        <w:t>to dekhen, sara muamla terminology ka hota hai. terminology. terminology kya hai? what is terminology? terminology means science of nomenclature.</w:t>
      </w:r>
    </w:p>
    <w:p>
      <w:pPr>
        <w:jc w:val="right"/>
      </w:pPr>
      <w:r>
        <w:t>تو دیکھیں، سارا معاملہ ٹرمینالوجی کا ہوتا ہے۔ ٹرمینالوجی۔ ٹرمینالوجی کیا ہے؟ واٹ از ٹرمینالوجی؟ ٹرمینالوجی مینز سائنس آف نومن کلیچر۔</w:t>
      </w:r>
    </w:p>
    <w:p>
      <w:r>
        <w:rPr>
          <w:b/>
        </w:rPr>
        <w:t xml:space="preserve">[12:14] </w:t>
      </w:r>
      <w:r>
        <w:t>terminology ka matlab hai science of nomenclature.</w:t>
      </w:r>
    </w:p>
    <w:p>
      <w:pPr>
        <w:jc w:val="right"/>
      </w:pPr>
      <w:r>
        <w:t>ٹرمینالوجی کا مطلب ہے سائنس آف نومن کلیچر۔</w:t>
      </w:r>
    </w:p>
    <w:p>
      <w:r>
        <w:rPr>
          <w:b/>
        </w:rPr>
        <w:t xml:space="preserve">[12:21] </w:t>
      </w:r>
      <w:r>
        <w:t>jaise sarguzasht-e-anzaar aap ne kaha, to aap ne yani traditional term mein bayan kiya. lekin jab aap ne isko kaha creation plan of God, to aap ne isko modern term mein bayan kiya.</w:t>
      </w:r>
    </w:p>
    <w:p>
      <w:pPr>
        <w:jc w:val="right"/>
      </w:pPr>
      <w:r>
        <w:t>جیسے سرگزشت انذار آپ نے کہا، تو آپ نے یعنی ٹریڈیشنل ٹرم میں بیان کیا۔ لیکن جب آپ نے اس کو کہا کریشن پلان آف گاڈ، تو آپ نے اس کو ماڈرن ٹرم میں بیان کیا۔</w:t>
      </w:r>
    </w:p>
    <w:p>
      <w:r>
        <w:rPr>
          <w:b/>
        </w:rPr>
        <w:t xml:space="preserve">[12:35] </w:t>
      </w:r>
      <w:r>
        <w:t>sara muamla yahi hai. so it is not a question of modernizing Islam</w:t>
      </w:r>
    </w:p>
    <w:p>
      <w:pPr>
        <w:jc w:val="right"/>
      </w:pPr>
      <w:r>
        <w:t>سارا معاملہ یہی ہے۔ سو اٹ از ناٹ ا کوئسچن آف ماڈرنائزنگ اسلام</w:t>
      </w:r>
    </w:p>
    <w:p>
      <w:r>
        <w:rPr>
          <w:b/>
        </w:rPr>
        <w:t xml:space="preserve">[12:42] </w:t>
      </w:r>
      <w:r>
        <w:t>. no. in fact, the question is to to explain Islam in modern term, in modern terminology.</w:t>
      </w:r>
    </w:p>
    <w:p>
      <w:pPr>
        <w:jc w:val="right"/>
      </w:pPr>
      <w:r>
        <w:t>۔ نو۔ ان فیکٹ، دا کوئسچن از ٹو ٹو ایکسپلین اسلام ان ماڈرن ٹرم، ان ماڈرن ٹرمینالوجی۔</w:t>
      </w:r>
    </w:p>
    <w:p>
      <w:r>
        <w:rPr>
          <w:b/>
        </w:rPr>
        <w:t xml:space="preserve">[12:54] </w:t>
      </w:r>
      <w:r>
        <w:t>is baat ko achhe se samajh lijiye. now, the question is not modernizing Islam.</w:t>
      </w:r>
    </w:p>
    <w:p>
      <w:pPr>
        <w:jc w:val="right"/>
      </w:pPr>
      <w:r>
        <w:t>اس بات کو اچھے سے سمجھ لیجئے۔ ناؤ، دا کوئسچن از ناٹ ماڈرنائزنگ اسلام۔</w:t>
      </w:r>
    </w:p>
    <w:p>
      <w:r>
        <w:rPr>
          <w:b/>
        </w:rPr>
        <w:t xml:space="preserve">[13:04] </w:t>
      </w:r>
      <w:r>
        <w:t>no.</w:t>
      </w:r>
    </w:p>
    <w:p>
      <w:pPr>
        <w:jc w:val="right"/>
      </w:pPr>
      <w:r>
        <w:t>نو۔</w:t>
      </w:r>
    </w:p>
    <w:p>
      <w:r>
        <w:rPr>
          <w:b/>
        </w:rPr>
        <w:t xml:space="preserve">[13:06] </w:t>
      </w:r>
      <w:r>
        <w:t>in fact, the question is</w:t>
      </w:r>
    </w:p>
    <w:p>
      <w:pPr>
        <w:jc w:val="right"/>
      </w:pPr>
      <w:r>
        <w:t>ان فیکٹ، دا کوئسچن از</w:t>
      </w:r>
    </w:p>
    <w:p>
      <w:r>
        <w:rPr>
          <w:b/>
        </w:rPr>
        <w:t xml:space="preserve">[13:12] </w:t>
      </w:r>
      <w:r>
        <w:t>presenting islam in modern terminology.</w:t>
      </w:r>
    </w:p>
    <w:p>
      <w:pPr>
        <w:jc w:val="right"/>
      </w:pPr>
      <w:r>
        <w:t>پریزنٹنگ اسلام ان ماڈرن ٹرمینالوجی۔</w:t>
      </w:r>
    </w:p>
    <w:p>
      <w:r>
        <w:rPr>
          <w:b/>
        </w:rPr>
        <w:t xml:space="preserve">[13:19] </w:t>
      </w:r>
      <w:r>
        <w:t>is ko samjhiye achhe tarike se. is ko na samajhne ki wajah se hamare jo ulama, scholars hain, bahut badi ghalati mein pade gaye. sare logon ko kehte hain ke yeh islam se door hain.</w:t>
      </w:r>
    </w:p>
    <w:p>
      <w:pPr>
        <w:jc w:val="right"/>
      </w:pPr>
      <w:r>
        <w:t>اس کو سمجھئے اچھے طریقے سے۔ اس کو نہ سمجھنے کی وجہ سے ہمارے جو علماء، اسکالرز ہیں، بہت بڑی غلطی میں پڑے گئے۔ سارے لوگوں کو کہتے ہیں کہ یہ اسلام سے دور ہیں۔</w:t>
      </w:r>
    </w:p>
    <w:p>
      <w:r>
        <w:rPr>
          <w:b/>
        </w:rPr>
        <w:t xml:space="preserve">[13:34] </w:t>
      </w:r>
      <w:r>
        <w:t>sare woh log jo modern education wale hain, jo modern civilization mein pale badhe hain, jo western mahol mein pale badhe hain, un ko samajhte hain ke islam se door ho gaye.</w:t>
      </w:r>
    </w:p>
    <w:p>
      <w:pPr>
        <w:jc w:val="right"/>
      </w:pPr>
      <w:r>
        <w:t>سارے وہ لوگ جو ماڈرن ایجوکیشن والے ہیں، جو ماڈرن سولائزیشن میں پلے بڑھے ہیں، جو ویسٹرن ماحول میں پلے بڑھے ہیں، ان کو سمجھتے ہیں کہ اسلام سے دور ہو گئے۔</w:t>
      </w:r>
    </w:p>
    <w:p>
      <w:r>
        <w:rPr>
          <w:b/>
        </w:rPr>
        <w:t xml:space="preserve">[13:47] </w:t>
      </w:r>
      <w:r>
        <w:t>balkeh jo log zyada extremist hain, woh un ko murtad kehte hain islam se. rudat abubakar laha aisi kitabein likhte hain.</w:t>
      </w:r>
    </w:p>
    <w:p>
      <w:pPr>
        <w:jc w:val="right"/>
      </w:pPr>
      <w:r>
        <w:t>بلکہ جو لوگ زیادہ ایکسٹریمسٹ ہیں، وہ ان کو مرتد کہتے ہیں اسلام سے۔ ردت ابا بکر لہا ایسی کتابیں لکھتے ہیں۔</w:t>
      </w:r>
    </w:p>
    <w:p>
      <w:r>
        <w:rPr>
          <w:b/>
        </w:rPr>
        <w:t xml:space="preserve">[13:59] </w:t>
      </w:r>
      <w:r>
        <w:t>but it is not a question of irtidad. it is a question of intellectual dissatisfaction. kyunke hamare ulama jo hain, woh modern term mein, modern terminology mein islam ko pata nahi sake.</w:t>
      </w:r>
    </w:p>
    <w:p>
      <w:pPr>
        <w:jc w:val="right"/>
      </w:pPr>
      <w:r>
        <w:t>بٹ اٹ از ناٹ ا کوئسچن آف ارتداد۔ اٹ از ا کوئسچن آف انٹلیکچول ڈس سیٹسفیکشن۔ کیونکہ ہمارے علماء جو ہیں، وہ ماڈرن ٹرم میں، ماڈرن ٹرمینالوجی میں اسلام کو پتہ نہیں سکے۔</w:t>
      </w:r>
    </w:p>
    <w:p>
      <w:r>
        <w:rPr>
          <w:b/>
        </w:rPr>
        <w:t xml:space="preserve">[14:17] </w:t>
      </w:r>
      <w:r>
        <w:t>is wajah se modern jo log hain, woh samajh nahi paate. ya understandable to them, woh kehte hain ke sarguzasht inzar, woh kuch samajh nahi paate ke kya matlab is ka hai.</w:t>
      </w:r>
    </w:p>
    <w:p>
      <w:pPr>
        <w:jc w:val="right"/>
      </w:pPr>
      <w:r>
        <w:t>اس وجہ سے ماڈرن جو لوگ ہیں، وہ سمجھ نہیں پاتے۔ یا انڈرسٹینڈیبل ٹو دیم، وہ کہتے ہیں کہ سرگزشت انذار، وہ کچھ سمجھ نہیں پاتے کہ کیا مطلب اس کا ہے۔</w:t>
      </w:r>
    </w:p>
    <w:p>
      <w:r>
        <w:rPr>
          <w:b/>
        </w:rPr>
        <w:t xml:space="preserve">[14:31] </w:t>
      </w:r>
      <w:r>
        <w:t>agar aap isi baat ko kahein ke creation plan of god, to aadmi samajh lega. yeh hai sara mamla. ab main aap ko chand baatein arz karunga kyun main aisa kehta hoon ke non muslim scholars ne bade bade, yani jo work hain islam par, woh sab non muslim scholars ke hain.</w:t>
      </w:r>
    </w:p>
    <w:p>
      <w:pPr>
        <w:jc w:val="right"/>
      </w:pPr>
      <w:r>
        <w:t>اگر آپ اسی بات کو کہیں کہ کریشن پلان آف گاڈ، تو آدمی سمجھ لے گا۔ یہ ہے سارا معاملہ۔ اب میں آپ کو چند باتیں عرض کروں گا کیوں میں ایسا کہتا ہوں کہ نان مسلم سکالرز نے بڑے بڑے، یعنی جو ورک ہیں اسلام پر، وہ سب نان مسلم سکالرز کے ہیں۔</w:t>
      </w:r>
    </w:p>
    <w:p>
      <w:r>
        <w:rPr>
          <w:b/>
        </w:rPr>
        <w:t xml:space="preserve">[14:53] </w:t>
      </w:r>
      <w:r>
        <w:t>muslim scholars mein mujhe sirf ek hi exception maloom hai, woh ibn khaldun ka hai.</w:t>
      </w:r>
    </w:p>
    <w:p>
      <w:pPr>
        <w:jc w:val="right"/>
      </w:pPr>
      <w:r>
        <w:t>مسلم سکالرز میں مجھے صرف ایک ہی ایکسیپشن معلوم ہے، وہ ابن خلدون کا ہے۔</w:t>
      </w:r>
    </w:p>
    <w:p>
      <w:r>
        <w:rPr>
          <w:b/>
        </w:rPr>
        <w:t xml:space="preserve">[14:59] </w:t>
      </w:r>
      <w:r>
        <w:t>bas main kuch example deta hoon aap ko. dekhein,</w:t>
      </w:r>
    </w:p>
    <w:p>
      <w:pPr>
        <w:jc w:val="right"/>
      </w:pPr>
      <w:r>
        <w:t>بس میں کچھ ایگزامپل دیتا ہوں آپ کو۔ دیکھیں،</w:t>
      </w:r>
    </w:p>
    <w:p>
      <w:r>
        <w:rPr>
          <w:b/>
        </w:rPr>
        <w:t xml:space="preserve">[15:09] </w:t>
      </w:r>
      <w:r>
        <w:t>sabhi log jante hain ke prophet Muhammad sallallahu alaihi wasallam ke baad islam ka political expansion hua.</w:t>
      </w:r>
    </w:p>
    <w:p>
      <w:pPr>
        <w:jc w:val="right"/>
      </w:pPr>
      <w:r>
        <w:t>سبھی لوگ جانتے ہیں کہ پرافٹ محمد صلی اللہ علیہ وسلم کے بعد اسلام کا پولیٹیکل ایکسپینشن ہوا۔</w:t>
      </w:r>
    </w:p>
    <w:p>
      <w:r>
        <w:rPr>
          <w:b/>
        </w:rPr>
        <w:t xml:space="preserve">[15:20] </w:t>
      </w:r>
      <w:r>
        <w:t>is par bahut kitabein musalmanon ne likhi hain. islami khilafat, islami hukumat, islami empire.</w:t>
      </w:r>
    </w:p>
    <w:p>
      <w:pPr>
        <w:jc w:val="right"/>
      </w:pPr>
      <w:r>
        <w:t>اس پر بہت کتابیں مسلمانوں نے لکھی ہیں۔ اسلامی خلافت، اسلامی حکومت، اسلامی ایمپائر۔</w:t>
      </w:r>
    </w:p>
    <w:p>
      <w:r>
        <w:rPr>
          <w:b/>
        </w:rPr>
        <w:t xml:space="preserve">[15:30] </w:t>
      </w:r>
      <w:r>
        <w:t>lekin yeh, yeh jo kitabein hain in ki, woh aaj ke logon ko appeal nahi karti. because they always try to explain Islamic expansion in term of political revolution.</w:t>
      </w:r>
    </w:p>
    <w:p>
      <w:pPr>
        <w:jc w:val="right"/>
      </w:pPr>
      <w:r>
        <w:t>لیکن یہ، یہ جو کتابیں ہیں ان کی، وہ آج کے لوگوں کو اپیل نہیں کرتی۔ بیکاز دے الویز ٹرائی ٹو ایکسپلین اسلامک ایکسپینشن ان ٹرم آف پولیٹیکل ریولوشن۔</w:t>
      </w:r>
    </w:p>
    <w:p>
      <w:r>
        <w:rPr>
          <w:b/>
        </w:rPr>
        <w:t xml:space="preserve">[15:50] </w:t>
      </w:r>
      <w:r>
        <w:t>aur muslim writers always try to to explain Islamic expansion in term of political expansion.</w:t>
      </w:r>
    </w:p>
    <w:p>
      <w:pPr>
        <w:jc w:val="right"/>
      </w:pPr>
      <w:r>
        <w:t>اور مسلم رائٹرز الویز ٹرائی ٹو ٹو ایکسپلین اسلامک ایکسپینشن ان ٹرم آف پولیٹیکل ایکسپینشن۔</w:t>
      </w:r>
    </w:p>
    <w:p>
      <w:r>
        <w:rPr>
          <w:b/>
        </w:rPr>
        <w:t xml:space="preserve">[16:02] </w:t>
      </w:r>
      <w:r>
        <w:t>to sunne wala jo modern aadmi kya hai, us ko likhta hai kis kis sense mein leta hai? imperialism ke sense mein leta hai. islam jo hai, us ne ek, ek, ek empire banai.</w:t>
      </w:r>
    </w:p>
    <w:p>
      <w:pPr>
        <w:jc w:val="right"/>
      </w:pPr>
      <w:r>
        <w:t>تو سننے والا جو ماڈرن آدمی کیا ہے، اس کو لکھتا ہے کس کس سینس میں لیتا ہے؟ ایمپیریلزم کے سینس میں لیتا ہے۔ اسلام جو ہے، اس نے ایک، ایک، ایک ایمپائر بنائی۔</w:t>
      </w:r>
    </w:p>
    <w:p>
      <w:r>
        <w:rPr>
          <w:b/>
        </w:rPr>
        <w:t xml:space="preserve">[16:16] </w:t>
      </w:r>
      <w:r>
        <w:t>us zamane mein empire ek negative word hai.</w:t>
      </w:r>
    </w:p>
    <w:p>
      <w:pPr>
        <w:jc w:val="right"/>
      </w:pPr>
      <w:r>
        <w:t>اس زمانے میں ایمپائر ایک نیگیٹیو ورڈ ہے۔</w:t>
      </w:r>
    </w:p>
    <w:p>
      <w:r>
        <w:rPr>
          <w:b/>
        </w:rPr>
        <w:t xml:space="preserve">[16:19] </w:t>
      </w:r>
      <w:r>
        <w:t>empire is not a positive word.</w:t>
      </w:r>
    </w:p>
    <w:p>
      <w:pPr>
        <w:jc w:val="right"/>
      </w:pPr>
      <w:r>
        <w:t>ایمپائر از ناٹ ا پوزیٹیو ورڈ۔</w:t>
      </w:r>
    </w:p>
    <w:p>
      <w:r>
        <w:rPr>
          <w:b/>
        </w:rPr>
        <w:t xml:space="preserve">[16:25] </w:t>
      </w:r>
      <w:r>
        <w:t>to aap badi badi kitabein muslim writer ne likh dali, lekin aaj ke mind ko woh appeal karne wali nahi banti.</w:t>
      </w:r>
    </w:p>
    <w:p>
      <w:pPr>
        <w:jc w:val="right"/>
      </w:pPr>
      <w:r>
        <w:t>تو آپ بڑی بڑی کتابیں مسلم رائٹر نے لکھ ڈالی، لیکن آج کے مائنڈ کو وہ اپیل کرنے والی نہیں بنتی۔</w:t>
      </w:r>
    </w:p>
    <w:p>
      <w:r>
        <w:rPr>
          <w:b/>
        </w:rPr>
        <w:t xml:space="preserve">[16:37] </w:t>
      </w:r>
      <w:r>
        <w:t>phir main ne ek bahut badi cheez padhi Anurl Tainbee ke haan. Anurl Tainbee was a British historian.</w:t>
      </w:r>
    </w:p>
    <w:p>
      <w:pPr>
        <w:jc w:val="right"/>
      </w:pPr>
      <w:r>
        <w:t>پھر میں نے ایک بہت بڑی چیز پڑھی انورل ٹائن بی کے ہاں۔ انورل ٹائن بی واز ا برٹش ہسٹورین۔</w:t>
      </w:r>
    </w:p>
    <w:p>
      <w:r>
        <w:rPr>
          <w:b/>
        </w:rPr>
        <w:t xml:space="preserve">[16:46] </w:t>
      </w:r>
      <w:r>
        <w:t>he died in nineteen, nineteen seventy five. nineteen seventy five.</w:t>
      </w:r>
    </w:p>
    <w:p>
      <w:pPr>
        <w:jc w:val="right"/>
      </w:pPr>
      <w:r>
        <w:t>ہی ڈائیڈ ان نائنٹین، نائنٹین سیونٹی فائیو۔ نائنٹین سیونٹی فائیو۔</w:t>
      </w:r>
    </w:p>
    <w:p>
      <w:r>
        <w:rPr>
          <w:b/>
        </w:rPr>
        <w:t xml:space="preserve">[16:57] </w:t>
      </w:r>
      <w:r>
        <w:t>Anurl Tainbee bahut bada historian tha.</w:t>
      </w:r>
    </w:p>
    <w:p>
      <w:pPr>
        <w:jc w:val="right"/>
      </w:pPr>
      <w:r>
        <w:t>انورل ٹائن بی بہت بڑا ہسٹورین تھا۔</w:t>
      </w:r>
    </w:p>
    <w:p>
      <w:r>
        <w:rPr>
          <w:b/>
        </w:rPr>
        <w:t xml:space="preserve">[17:03] </w:t>
      </w:r>
      <w:r>
        <w:t>to us ne ek likha hai, ek jagah hai. main ne us par ek book likhi hai, us ka reference dete hue.</w:t>
      </w:r>
    </w:p>
    <w:p>
      <w:pPr>
        <w:jc w:val="right"/>
      </w:pPr>
      <w:r>
        <w:t>تو اس نے ایک لکھا ہے، ایک جگہ ہے۔ میں نے اس پر ایک بک لکھی ہے، اس کا ریفرنس دیتے ہوئے۔</w:t>
      </w:r>
    </w:p>
    <w:p>
      <w:r>
        <w:rPr>
          <w:b/>
        </w:rPr>
        <w:t xml:space="preserve">[17:13] </w:t>
      </w:r>
      <w:r>
        <w:t>ke what we call modern science, modern technology, modern industry, is nothing but exploration of nature.</w:t>
      </w:r>
    </w:p>
    <w:p>
      <w:pPr>
        <w:jc w:val="right"/>
      </w:pPr>
      <w:r>
        <w:t>کہ واٹ وی کال ماڈرن سائنس، ماڈرن ٹیکنالوجی، ماڈرن انڈسٹری، از نتھنگ بٹ ایکسپلوریشن آف نیچر۔</w:t>
      </w:r>
    </w:p>
    <w:p>
      <w:r>
        <w:rPr>
          <w:b/>
        </w:rPr>
        <w:t xml:space="preserve">[17:24] </w:t>
      </w:r>
      <w:r>
        <w:t>ek modern civilization kya hai? modern industry, industry kya hai? modern science kya hai? insan ne explore kiya nature ko.</w:t>
      </w:r>
    </w:p>
    <w:p>
      <w:pPr>
        <w:jc w:val="right"/>
      </w:pPr>
      <w:r>
        <w:t>ایک ماڈرن سولائزیشن کیا ہے؟ ماڈرن انڈسٹری، انڈسٹری کیا ہے؟ ماڈرن سائنس کیا ہے؟ انسان نے ایکسپلور کیا نیچر کو۔</w:t>
      </w:r>
    </w:p>
    <w:p>
      <w:r>
        <w:rPr>
          <w:b/>
        </w:rPr>
        <w:t xml:space="preserve">[17:36] </w:t>
      </w:r>
      <w:r>
        <w:t>and everything was hidden in nature.</w:t>
      </w:r>
    </w:p>
    <w:p>
      <w:pPr>
        <w:jc w:val="right"/>
      </w:pPr>
      <w:r>
        <w:t>اینڈ ایوری تھنگ واز ہڈن ان نیچر۔</w:t>
      </w:r>
    </w:p>
    <w:p>
      <w:r>
        <w:rPr>
          <w:b/>
        </w:rPr>
        <w:t xml:space="preserve">[17:39] </w:t>
      </w:r>
      <w:r>
        <w:t>jo bhi hum jantay hain, yani aeroplane, motor car, and and steamship, koi bhi cheez, mobile, telephone, koi bhi cheez,</w:t>
      </w:r>
    </w:p>
    <w:p>
      <w:pPr>
        <w:jc w:val="right"/>
      </w:pPr>
      <w:r>
        <w:t>جو بھی ہم جانتے ہیں، یعنی ایروپلین، موٹر کار، اینڈ اینڈ اسٹیم شپ، کوئی بھی چیز، موبائل، ٹیلی فون، کوئی بھی چیز،</w:t>
      </w:r>
    </w:p>
    <w:p>
      <w:r>
        <w:rPr>
          <w:b/>
        </w:rPr>
        <w:t xml:space="preserve">[17:59] </w:t>
      </w:r>
      <w:r>
        <w:t>sab kuch, everything was hidden in nature.</w:t>
      </w:r>
    </w:p>
    <w:p>
      <w:pPr>
        <w:jc w:val="right"/>
      </w:pPr>
      <w:r>
        <w:t>سب کچھ، ایوری تھنگ واز ہڈن ان نیچر۔</w:t>
      </w:r>
    </w:p>
    <w:p>
      <w:r>
        <w:rPr>
          <w:b/>
        </w:rPr>
        <w:t xml:space="preserve">[18:05] </w:t>
      </w:r>
      <w:r>
        <w:t>when scientist explore, explore all these things, then there was industrial, industrial revolution.</w:t>
      </w:r>
    </w:p>
    <w:p>
      <w:pPr>
        <w:jc w:val="right"/>
      </w:pPr>
      <w:r>
        <w:t>وین سائنٹسٹ ایکسپلور، ایکسپلور آل دیز تھنگز، دین دیر واز انڈسٹریل، انڈسٹریل ریولوشن۔</w:t>
      </w:r>
    </w:p>
    <w:p>
      <w:r>
        <w:rPr>
          <w:b/>
        </w:rPr>
        <w:t xml:space="preserve">[18:18] </w:t>
      </w:r>
      <w:r>
        <w:t>yeh likhi hai is ne, Arnold Toynbee ne. Is ne likha hai ke why this exploration was so delayed?</w:t>
      </w:r>
    </w:p>
    <w:p>
      <w:pPr>
        <w:jc w:val="right"/>
      </w:pPr>
      <w:r>
        <w:t>یہ لکھی ہے اس نے، انورل ٹائن بی نے۔ اس نے لکھا ہے کہ وائی دس ایکسپلورمنٹ واز سو ڈیلیڈ؟</w:t>
      </w:r>
    </w:p>
    <w:p>
      <w:r>
        <w:rPr>
          <w:b/>
        </w:rPr>
        <w:t xml:space="preserve">[18:29] </w:t>
      </w:r>
      <w:r>
        <w:t>nature to million million years se hai.</w:t>
      </w:r>
    </w:p>
    <w:p>
      <w:pPr>
        <w:jc w:val="right"/>
      </w:pPr>
      <w:r>
        <w:t>نیچر تو ملین ملین ایئرز سے ہے۔</w:t>
      </w:r>
    </w:p>
    <w:p>
      <w:r>
        <w:rPr>
          <w:b/>
        </w:rPr>
        <w:t xml:space="preserve">[18:32] </w:t>
      </w:r>
      <w:r>
        <w:t>woh sab bhi potentially million millions se hai nature mein. Yani jitni cheezain hum aaj explore kiya hai aap ne, woh sab million and million years se nature mein theen.</w:t>
      </w:r>
    </w:p>
    <w:p>
      <w:pPr>
        <w:jc w:val="right"/>
      </w:pPr>
      <w:r>
        <w:t>وہ سب بھی پوٹینشلی ملین ملینز سے ہے نیچر میں۔ یعنی جتنی چیزیں ہم آج ایکسپلور کیا ہے آپ نے، وہ سب ملین اینڈ ملین ایئرز سے نیچر میں تھیں۔</w:t>
      </w:r>
    </w:p>
    <w:p>
      <w:r>
        <w:rPr>
          <w:b/>
        </w:rPr>
        <w:t xml:space="preserve">[18:48] </w:t>
      </w:r>
      <w:r>
        <w:t>toh kyun aisa hua? Is ke exploration mein itni delay kyun hui? Toh is ne likha hai ke it was due to polytheism.</w:t>
      </w:r>
    </w:p>
    <w:p>
      <w:pPr>
        <w:jc w:val="right"/>
      </w:pPr>
      <w:r>
        <w:t>تو کیوں ایسا ہوا؟ اس کے ایکسپلوریشن میں اتنی ڈیلی کیوں ہوئی؟ تو اس نے لکھا ہے کہ اٹ واز ڈیو ٹو پولیتھیزم۔</w:t>
      </w:r>
    </w:p>
    <w:p>
      <w:r>
        <w:rPr>
          <w:b/>
        </w:rPr>
        <w:t xml:space="preserve">[19:01] </w:t>
      </w:r>
      <w:r>
        <w:t>polytheism, yani shirk. Ancient people were worshipping nature. Shirk kya hai? Shirk is nothing but nature worship.</w:t>
      </w:r>
    </w:p>
    <w:p>
      <w:pPr>
        <w:jc w:val="right"/>
      </w:pPr>
      <w:r>
        <w:t>پولیتھیزم، یعنی شرک۔ اینشنٹ پیپل ویر ورشپنگ نیچر۔ شرک کیا ہے؟ شرک از نتھنگ بٹ نیچر ورشپ۔</w:t>
      </w:r>
    </w:p>
    <w:p>
      <w:r>
        <w:rPr>
          <w:b/>
        </w:rPr>
        <w:t xml:space="preserve">[19:15] </w:t>
      </w:r>
      <w:r>
        <w:t>shirk, shirk means nature worship. So he maintains that previously people were worshipping nature.</w:t>
      </w:r>
    </w:p>
    <w:p>
      <w:pPr>
        <w:jc w:val="right"/>
      </w:pPr>
      <w:r>
        <w:t>شرک، شرک مینز نیچر ورشپ۔ سو ہی مینٹینز دیٹ پریویسلی پیپل ویر ورشپنگ نیچر۔</w:t>
      </w:r>
    </w:p>
    <w:p>
      <w:r>
        <w:rPr>
          <w:b/>
        </w:rPr>
        <w:t xml:space="preserve">[19:30] </w:t>
      </w:r>
      <w:r>
        <w:t>jab aap worship karte hain nature ko, toh kya karte hain aap? Sirf jhukna jantay hain. Sirf surrender karna jantay hain. Is ne kaha ke monotheism jo hai, monotheism,</w:t>
      </w:r>
    </w:p>
    <w:p>
      <w:pPr>
        <w:jc w:val="right"/>
      </w:pPr>
      <w:r>
        <w:t>جب آپ ورشپ کرتے ہیں نیچر کو، تو کیا کرتے ہیں آپ؟ صرف جھکنا جانتے ہیں۔ صرف سرنڈر کرنا جانتے ہیں۔ اس نے کہا کہ مونوتھیزم جو ہے، مونوتھیزم،</w:t>
      </w:r>
    </w:p>
    <w:p>
      <w:r>
        <w:rPr>
          <w:b/>
        </w:rPr>
        <w:t xml:space="preserve">[19:43] </w:t>
      </w:r>
      <w:r>
        <w:t>is ne pehli baar nature ko divinity se nikala.</w:t>
      </w:r>
    </w:p>
    <w:p>
      <w:pPr>
        <w:jc w:val="right"/>
      </w:pPr>
      <w:r>
        <w:t>اس نے پہلی بار نیچر کو ڈیوینیٹی سے نکالا۔</w:t>
      </w:r>
    </w:p>
    <w:p>
      <w:r>
        <w:rPr>
          <w:b/>
        </w:rPr>
        <w:t xml:space="preserve">[19:50] </w:t>
      </w:r>
      <w:r>
        <w:t>monotheism, yani hazaron saal tak insan polytheism mein para hua tha, shirk mein para hua tha. Yani nature worship mein.</w:t>
      </w:r>
    </w:p>
    <w:p>
      <w:pPr>
        <w:jc w:val="right"/>
      </w:pPr>
      <w:r>
        <w:t>مونوتھیزم، یعنی ہزاروں سال تک انسان پولیتھیزم میں پڑا ہوا تھا، شرک میں پڑا ہوا تھا۔ یعنی نیچر ورشپ میں۔</w:t>
      </w:r>
    </w:p>
    <w:p>
      <w:r>
        <w:rPr>
          <w:b/>
        </w:rPr>
        <w:t xml:space="preserve">[20:02] </w:t>
      </w:r>
      <w:r>
        <w:t>phir monotheism ka zamana aaya. Toh monotheism jo hai, is ne displace kiya nature ko divinity se.</w:t>
      </w:r>
    </w:p>
    <w:p>
      <w:pPr>
        <w:jc w:val="right"/>
      </w:pPr>
      <w:r>
        <w:t>پھر مونوتھیزم کا زمانہ آیا۔ تو مونوتھیزم جو ہے، اس نے ڈسپلیس کیا نیچر کو ڈیوینیٹی سے۔</w:t>
      </w:r>
    </w:p>
    <w:p>
      <w:r>
        <w:rPr>
          <w:b/>
        </w:rPr>
        <w:t xml:space="preserve">[20:14] </w:t>
      </w:r>
      <w:r>
        <w:t>phir exploration shuru hua. Exploration.</w:t>
      </w:r>
    </w:p>
    <w:p>
      <w:pPr>
        <w:jc w:val="right"/>
      </w:pPr>
      <w:r>
        <w:t>پھر ایکسپلوریشن شروع ہوا۔ ایکسپلوریشن۔</w:t>
      </w:r>
    </w:p>
    <w:p>
      <w:r>
        <w:rPr>
          <w:b/>
        </w:rPr>
        <w:t xml:space="preserve">[20:19] </w:t>
      </w:r>
      <w:r>
        <w:t>then the process of exploration began. When monotheism displaced the nature from divinity, then the process of exploration began.</w:t>
      </w:r>
    </w:p>
    <w:p>
      <w:pPr>
        <w:jc w:val="right"/>
      </w:pPr>
      <w:r>
        <w:t>دین دا پروسیس آف ایکسپلوریشن بیگن۔ وین مونوتھیزم ڈسپلیسڈ دا نیچر فرام ڈیوینیٹی، دین دا پروسیس آف ایکسپلوریشن بیگن۔</w:t>
      </w:r>
    </w:p>
    <w:p>
      <w:r>
        <w:rPr>
          <w:b/>
        </w:rPr>
        <w:t xml:space="preserve">[20:32] </w:t>
      </w:r>
      <w:r>
        <w:t>and the result what? Industrial revolution. Scientific revolution. Technical revolution. So credit goes to monotheism.</w:t>
      </w:r>
    </w:p>
    <w:p>
      <w:pPr>
        <w:jc w:val="right"/>
      </w:pPr>
      <w:r>
        <w:t>اینڈ دی رزلٹ واٹ؟ انڈسٹریل ریولوشن۔ سائنٹیفک ریولوشن۔ ٹیکنیکل ریولوشن۔ سو کریڈٹ گوز ٹو مونوتھیزم۔</w:t>
      </w:r>
    </w:p>
    <w:p>
      <w:r>
        <w:rPr>
          <w:b/>
        </w:rPr>
        <w:t xml:space="preserve">[20:45] </w:t>
      </w:r>
      <w:r>
        <w:t>is ko pakriye aap is point ko.</w:t>
      </w:r>
    </w:p>
    <w:p>
      <w:pPr>
        <w:jc w:val="right"/>
      </w:pPr>
      <w:r>
        <w:t>اس کو پکڑئے آپ اس پوائنٹ کو۔</w:t>
      </w:r>
    </w:p>
    <w:p>
      <w:r>
        <w:rPr>
          <w:b/>
        </w:rPr>
        <w:t xml:space="preserve">[20:49] </w:t>
      </w:r>
      <w:r>
        <w:t>yani originally credit goes to monotheism. Lekin Islam ka naam nahi liya tha is ne. Lekin is hawale ke monotheism ko duniya mein as a revolution kaun laya hai?</w:t>
      </w:r>
    </w:p>
    <w:p>
      <w:pPr>
        <w:jc w:val="right"/>
      </w:pPr>
      <w:r>
        <w:t>یعنی اوریجنلی کریڈٹ گوز ٹو مونوتھیزم۔ لیکن اسلام کا نام نہیں لیا تھا اس نے۔ لیکن اس حوالے کہ مونوتھیزم کو دنیا میں ایز اے ریولوشن کون لایا ہے؟</w:t>
      </w:r>
    </w:p>
    <w:p>
      <w:r>
        <w:rPr>
          <w:b/>
        </w:rPr>
        <w:t xml:space="preserve">[20:59] </w:t>
      </w:r>
      <w:r>
        <w:t>Islam laya? Aur toh koi laya nahi hai. Toh yahan se maine discover kiya ke hamare jo, jo scholars hain, woh Islam ke phenomena ko in terms of politics batatay thay.</w:t>
      </w:r>
    </w:p>
    <w:p>
      <w:pPr>
        <w:jc w:val="right"/>
      </w:pPr>
      <w:r>
        <w:t>اسلام لایا؟ اور تو کوئی لایا نہیں ہے۔ تو یہاں سے میں نے ڈسکور کیا کہ ہمارے جو، جو سکالرز ہیں، وہ اسلام کے فیناومینا کو ان ٹرم آف پولیٹکس بتاتے تھے۔</w:t>
      </w:r>
    </w:p>
    <w:p>
      <w:r>
        <w:rPr>
          <w:b/>
        </w:rPr>
        <w:t xml:space="preserve">[21:14] </w:t>
      </w:r>
      <w:r>
        <w:t>in terms of political power batatay thay.</w:t>
      </w:r>
    </w:p>
    <w:p>
      <w:pPr>
        <w:jc w:val="right"/>
      </w:pPr>
      <w:r>
        <w:t>ان ٹرم آف پولیٹیکل پاور بتاتے تھے۔</w:t>
      </w:r>
    </w:p>
    <w:p>
      <w:r>
        <w:rPr>
          <w:b/>
        </w:rPr>
        <w:t xml:space="preserve">[21:19] </w:t>
      </w:r>
      <w:r>
        <w:t>Toynbee ne is phenomena ko in terms of intellectual revolution bataya. Yeh same phenomena. Same phenomena.</w:t>
      </w:r>
    </w:p>
    <w:p>
      <w:pPr>
        <w:jc w:val="right"/>
      </w:pPr>
      <w:r>
        <w:t>ٹائن بی نے اس فیناومینا کو ان ٹرم آف انٹلیکچول ریولوشن بتایا۔ یہ سیم فیناومینا۔ سیم فیناومینا۔</w:t>
      </w:r>
    </w:p>
    <w:p>
      <w:r>
        <w:rPr>
          <w:b/>
        </w:rPr>
        <w:t xml:space="preserve">[21:30] </w:t>
      </w:r>
      <w:r>
        <w:t>Muslim scholars used to explain this phenomena in terms of politics. Political power, political expansion. Toh sunnay walay ke liye kya tha?</w:t>
      </w:r>
    </w:p>
    <w:p>
      <w:pPr>
        <w:jc w:val="right"/>
      </w:pPr>
      <w:r>
        <w:t>مسلم سکالرز یوز ٹو ایکسپلین دس فیناومینا ان ٹرم آف پولیٹکس۔ پولیٹیکل پاور، پولیٹیکل ایکسپینشن۔ تو سننے والے کے لیے کیا تھا؟</w:t>
      </w:r>
    </w:p>
    <w:p>
      <w:r>
        <w:rPr>
          <w:b/>
        </w:rPr>
        <w:t xml:space="preserve">[21:41] </w:t>
      </w:r>
      <w:r>
        <w:t>woh imperialism tha. Imperialism. And imperialism toh ek negative word hai.</w:t>
      </w:r>
    </w:p>
    <w:p>
      <w:pPr>
        <w:jc w:val="right"/>
      </w:pPr>
      <w:r>
        <w:t>وہ ایمپیریلزم تھا۔ ایمپیریلزم۔ اینڈ ایمپیریلزم تو ایک نیگیٹیو ورڈ ہے۔</w:t>
      </w:r>
    </w:p>
    <w:p>
      <w:r>
        <w:rPr>
          <w:b/>
        </w:rPr>
        <w:t xml:space="preserve">[21:47] </w:t>
      </w:r>
      <w:r>
        <w:t>woh hai imperialism. There is no difference between imperialism and political exploitation. Yani according to modern mind, there is no difference between imperialism and political exploitation.</w:t>
      </w:r>
    </w:p>
    <w:p>
      <w:pPr>
        <w:jc w:val="right"/>
      </w:pPr>
      <w:r>
        <w:t>وہ ہے ایمپیریلزم۔ دیر از نو ڈیفرنس بٹوین ایمپیریلزم اینڈ پولیٹیکل ایکسپلائٹیشن۔ یعنی اکارڈنگ ٹو ماڈرن مائنڈ، دیر از نو ڈیفرنس بٹوین ایمپیریلزم اینڈ پولیٹیکل ایکسپلائٹیشن۔</w:t>
      </w:r>
    </w:p>
    <w:p>
      <w:r>
        <w:rPr>
          <w:b/>
        </w:rPr>
        <w:t xml:space="preserve">[22:02] </w:t>
      </w:r>
      <w:r>
        <w:t>lekin yeh Toynbee ne jo baat kahi, is ko maine explain kar ke, is ko elaborate kar ke kitaab likhi hai. Islam the Modern, Islam the Curator of Modern Age.</w:t>
      </w:r>
    </w:p>
    <w:p>
      <w:pPr>
        <w:jc w:val="right"/>
      </w:pPr>
      <w:r>
        <w:t>لیکن یہ ٹائن بی نے جو بات کہی، اس کو میں نے ایکسپلین کر کے، اس کو ایلیبریٹ کر کے کتاب لکھی ہے۔ اسلام دا ماڈرن، اسلام دا کیریٹر آف ماڈرن ایج۔</w:t>
      </w:r>
    </w:p>
    <w:p>
      <w:r>
        <w:rPr>
          <w:b/>
        </w:rPr>
        <w:t xml:space="preserve">[22:14] </w:t>
      </w:r>
      <w:r>
        <w:t>to yeh un term of intellectual revolution is ko bayan kiya. to jab tak is ko in term of</w:t>
      </w:r>
    </w:p>
    <w:p>
      <w:pPr>
        <w:jc w:val="right"/>
      </w:pPr>
      <w:r>
        <w:t>تو یہ ان ٹرم آف انٹلیکچول ریولوشن اس کو بیان کیا۔ تو جب تک اس کو ان ٹرم آف</w:t>
      </w:r>
    </w:p>
    <w:p>
      <w:r>
        <w:rPr>
          <w:b/>
        </w:rPr>
        <w:t xml:space="preserve">[22:26] </w:t>
      </w:r>
      <w:r>
        <w:t>politics bayan kiya ja raha tha, tab tak is ka koi samajh mein aata koi bara, yani contribution nahi samajh mein aa raha tha. lekin jab is ko bataya gaya in term of ideological revolution,</w:t>
      </w:r>
    </w:p>
    <w:p>
      <w:pPr>
        <w:jc w:val="right"/>
      </w:pPr>
      <w:r>
        <w:t>پولیٹکس بیان کیا جا رہا تھا، تب تک اس کا کوئی سمجھ میں آتا کوئی بڑا، یعنی کنٹریبیوشن نہیں سمجھ میں آ رہا تھا۔ لیکن جب اس کو بتایا گیا ان ٹرم آف آئیڈیالوجیکل ریولوشن،</w:t>
      </w:r>
    </w:p>
    <w:p>
      <w:r>
        <w:rPr>
          <w:b/>
        </w:rPr>
        <w:t xml:space="preserve">[22:40] </w:t>
      </w:r>
      <w:r>
        <w:t>to maloom hua ke to bohat bara contribution hai Islam ka.</w:t>
      </w:r>
    </w:p>
    <w:p>
      <w:pPr>
        <w:jc w:val="right"/>
      </w:pPr>
      <w:r>
        <w:t>تو معلوم ہوا کہ تو بہت بڑا کنٹریبیوشن ہے اسلام کا۔</w:t>
      </w:r>
    </w:p>
    <w:p>
      <w:r>
        <w:rPr>
          <w:b/>
        </w:rPr>
        <w:t xml:space="preserve">[22:45] </w:t>
      </w:r>
      <w:r>
        <w:t>It was Islam who created modern world. Islam, Islam that created industrial civilization. It was Islam that created scientific revolution.</w:t>
      </w:r>
    </w:p>
    <w:p>
      <w:pPr>
        <w:jc w:val="right"/>
      </w:pPr>
      <w:r>
        <w:t>اٹ واز اسلام ہو کریٹڈ ماڈرن ورلڈ۔ اسلام، اسلام دیٹ کریٹڈ انڈسٹریل سولائزیشن۔ اٹ واز اسلام دیٹ کریٹڈ سائنٹیفک ریولوشن۔</w:t>
      </w:r>
    </w:p>
    <w:p>
      <w:r>
        <w:rPr>
          <w:b/>
        </w:rPr>
        <w:t xml:space="preserve">[22:57] </w:t>
      </w:r>
      <w:r>
        <w:t>kyun? polytheism jo tha, woh obstacle, that was intellectual obstacle.</w:t>
      </w:r>
    </w:p>
    <w:p>
      <w:pPr>
        <w:jc w:val="right"/>
      </w:pPr>
      <w:r>
        <w:t>کیوں؟ پولیتھیزم جو تھا، وہ ابسٹیکل، دیٹ واز انٹلیکچول ابسٹیکل۔</w:t>
      </w:r>
    </w:p>
    <w:p>
      <w:r>
        <w:rPr>
          <w:b/>
        </w:rPr>
        <w:t xml:space="preserve">[23:06] </w:t>
      </w:r>
      <w:r>
        <w:t>Islam ne is, is intellectual obstacle ko hataya, remove kiya.</w:t>
      </w:r>
    </w:p>
    <w:p>
      <w:pPr>
        <w:jc w:val="right"/>
      </w:pPr>
      <w:r>
        <w:t>اسلام نے اس، اس انٹلیکچول ابسٹیکل کو ہٹایا، ریموو کیا۔</w:t>
      </w:r>
    </w:p>
    <w:p>
      <w:r>
        <w:rPr>
          <w:b/>
        </w:rPr>
        <w:t xml:space="preserve">[23:14] </w:t>
      </w:r>
      <w:r>
        <w:t>Islam monotheism ka religion hai, aap jante hain. Islam ki base monotheism hai. to jo yeh jo phenomena tha Islam ka, jab tak is ko Muslim scholar bata rahe the in term of politics, to insan ko woh impress nahi karta tha.</w:t>
      </w:r>
    </w:p>
    <w:p>
      <w:pPr>
        <w:jc w:val="right"/>
      </w:pPr>
      <w:r>
        <w:t>اسلام مونوتھیزم کا ریلیجن ہے، آپ جانتے ہیں۔ اسلام کی بیس مونوتھیزم ہے۔ تو جو یہ جو فیناومینا تھا اسلام کا، جب تک اس کو مسلم سکالر بتا رہے تھے ان ٹرم آف پولیٹکس، تو انسان کو وہ امپریس نہیں کرتا تھا۔</w:t>
      </w:r>
    </w:p>
    <w:p>
      <w:r>
        <w:rPr>
          <w:b/>
        </w:rPr>
        <w:t xml:space="preserve">[23:36] </w:t>
      </w:r>
      <w:r>
        <w:t>lekin yeh jab bataya gaya in term of ideological revolution, to maloom hua ke to bohat bara contribution Islam ka hai.</w:t>
      </w:r>
    </w:p>
    <w:p>
      <w:pPr>
        <w:jc w:val="right"/>
      </w:pPr>
      <w:r>
        <w:t>لیکن یہ جب بتایا گیا ان ٹرم آف آئیڈیالوجیکل ریولوشن، تو معلوم ہوا کہ تو بہت بڑا کنٹریبیوشن اسلام کا ہے۔</w:t>
      </w:r>
    </w:p>
    <w:p>
      <w:r>
        <w:rPr>
          <w:b/>
        </w:rPr>
        <w:t xml:space="preserve">[23:48] </w:t>
      </w:r>
      <w:r>
        <w:t>isi tarah dekhiye, Islam ki mein jo bataya Quran mein jo prophets ki stories batai gayi hain, to is mein Hazrat Ibrahim ka waqia jo hai,</w:t>
      </w:r>
    </w:p>
    <w:p>
      <w:pPr>
        <w:jc w:val="right"/>
      </w:pPr>
      <w:r>
        <w:t>اسی طرح دیکھیے، اسلام کی میں جو بتایا قرآن میں جو پرافٹس کی سٹوریز بتائی گئی ہیں، تو اس میں حضرت ابراہیم کا واقعہ جو ہے،</w:t>
      </w:r>
    </w:p>
    <w:p>
      <w:r>
        <w:rPr>
          <w:b/>
        </w:rPr>
        <w:t xml:space="preserve">[24:03] </w:t>
      </w:r>
      <w:r>
        <w:t>ke Hazrat Ibrahim apne bete Ismail ko le gaye, yani Makkah ke paas, aur is ko unhon ne zabah kiya.</w:t>
      </w:r>
    </w:p>
    <w:p>
      <w:pPr>
        <w:jc w:val="right"/>
      </w:pPr>
      <w:r>
        <w:t>کہ حضرت ابراہیم اپنے بیٹے اسماعیل کو لے گئے، یعنی مکہ کے پاس، اور اس کو انہوں نے ذبح کیا۔</w:t>
      </w:r>
    </w:p>
    <w:p>
      <w:r>
        <w:rPr>
          <w:b/>
        </w:rPr>
        <w:t xml:space="preserve">[24:13] </w:t>
      </w:r>
      <w:r>
        <w:t>yeh waqia sab log jante hain.</w:t>
      </w:r>
    </w:p>
    <w:p>
      <w:pPr>
        <w:jc w:val="right"/>
      </w:pPr>
      <w:r>
        <w:t>یہ واقعہ سب لوگ جانتے ہیں۔</w:t>
      </w:r>
    </w:p>
    <w:p>
      <w:r>
        <w:rPr>
          <w:b/>
        </w:rPr>
        <w:t xml:space="preserve">[24:17] </w:t>
      </w:r>
      <w:r>
        <w:t>to sare scholars jo hain hamare, is ko in term of ishq bayan karte hain, in term of love. ke Hazrat Ibrahim ko Khuda se bohat love thi, bohat ishq tha, to is ko unhon ne sacrifice kar diya.</w:t>
      </w:r>
    </w:p>
    <w:p>
      <w:pPr>
        <w:jc w:val="right"/>
      </w:pPr>
      <w:r>
        <w:t>تو سارے سکالرز جو ہیں ہمارے، اس کو ان ٹرم آف عشق بیان کرتے ہیں، ان ٹرم آف لو۔ کہ حضرت ابراہیم کو خدا سے بہت لو تھی، بہت عشق تھا، تو اس کو انہوں نے سیکریفائس کر دیا۔</w:t>
      </w:r>
    </w:p>
    <w:p>
      <w:r>
        <w:rPr>
          <w:b/>
        </w:rPr>
        <w:t xml:space="preserve">[24:30] </w:t>
      </w:r>
      <w:r>
        <w:t>in term of sacrifice, in term of ishq, in term of love. to modern mind ke liye yeh kuch, koi important baat nahi thi.</w:t>
      </w:r>
    </w:p>
    <w:p>
      <w:pPr>
        <w:jc w:val="right"/>
      </w:pPr>
      <w:r>
        <w:t>ان ٹرم آف سیکریفائس، ان ٹرم آف عشق، ان ٹرم آف لو۔ تو ماڈرن مائنڈ کے لیے یہ کچھ، کوئی امپورٹنٹ بات نہیں تھی۔</w:t>
      </w:r>
    </w:p>
    <w:p>
      <w:r>
        <w:rPr>
          <w:b/>
        </w:rPr>
        <w:t xml:space="preserve">[24:39] </w:t>
      </w:r>
      <w:r>
        <w:t>yeh koi bohat important baat nahi thi.</w:t>
      </w:r>
    </w:p>
    <w:p>
      <w:pPr>
        <w:jc w:val="right"/>
      </w:pPr>
      <w:r>
        <w:t>یہ کوئی بہت امپورٹنٹ بات نہیں تھی۔</w:t>
      </w:r>
    </w:p>
    <w:p>
      <w:r>
        <w:rPr>
          <w:b/>
        </w:rPr>
        <w:t xml:space="preserve">[24:46] </w:t>
      </w:r>
      <w:r>
        <w:t>phir maine is ko parha, bohat sari cheezein parhin to maloom hua ke yeh to asal baat nahi hai. phir maine Margoliouth ko parha.</w:t>
      </w:r>
    </w:p>
    <w:p>
      <w:pPr>
        <w:jc w:val="right"/>
      </w:pPr>
      <w:r>
        <w:t>پھر میں نے اس کو پڑھا، بہت ساری چیزیں پڑھیں تو معلوم ہوا کہ یہ تو اصل بات نہیں ہے۔ پھر میں نے مارگولیت کو پڑھا۔</w:t>
      </w:r>
    </w:p>
    <w:p>
      <w:r>
        <w:rPr>
          <w:b/>
        </w:rPr>
        <w:t xml:space="preserve">[24:57] </w:t>
      </w:r>
      <w:r>
        <w:t>Margoliouth was a British orientalist.</w:t>
      </w:r>
    </w:p>
    <w:p>
      <w:pPr>
        <w:jc w:val="right"/>
      </w:pPr>
      <w:r>
        <w:t>مارگولیت واز ا برٹش اورینٹلسٹ۔</w:t>
      </w:r>
    </w:p>
    <w:p>
      <w:r>
        <w:rPr>
          <w:b/>
        </w:rPr>
        <w:t xml:space="preserve">[25:05] </w:t>
      </w:r>
      <w:r>
        <w:t>British orientalist. He died in nineteen forty. He was a great British orientalist.</w:t>
      </w:r>
    </w:p>
    <w:p>
      <w:pPr>
        <w:jc w:val="right"/>
      </w:pPr>
      <w:r>
        <w:t>برٹش اورینٹلسٹ۔ ہی ڈائیڈ ان نائنٹین فورٹی۔ ہی واز ا گریٹ برٹش اورینٹلسٹ۔</w:t>
      </w:r>
    </w:p>
    <w:p>
      <w:r>
        <w:rPr>
          <w:b/>
        </w:rPr>
        <w:t xml:space="preserve">[25:12] </w:t>
      </w:r>
      <w:r>
        <w:t>Margoliouth. M A R G O L I O U T H. Margoliouth. Margoliouth ne likha hai, wahan se mujhe clue mila, clue.</w:t>
      </w:r>
    </w:p>
    <w:p>
      <w:pPr>
        <w:jc w:val="right"/>
      </w:pPr>
      <w:r>
        <w:t>مارگولیت۔ ایم اے آر جی او ایل آئی او یو ٹی ایچ۔ مارگولیت۔ مارگولیت نے لکھا ہے، وہاں سے مجھے کلو ملا، کلو۔</w:t>
      </w:r>
    </w:p>
    <w:p>
      <w:r>
        <w:rPr>
          <w:b/>
        </w:rPr>
        <w:t xml:space="preserve">[25:26] </w:t>
      </w:r>
      <w:r>
        <w:t>yeh clue mujhe kisi Muslim scholar ka nahi mila tha. ke woh jo log the, jo Bani Ismail hum kehte hain, children of Ismail, yani Hazrat Ibrahim ne apne bete ko basaya tha wahan par, desert mein Arab ke,</w:t>
      </w:r>
    </w:p>
    <w:p>
      <w:pPr>
        <w:jc w:val="right"/>
      </w:pPr>
      <w:r>
        <w:t>یہ کلو مجھے کسی مسلم سکالر کا نہیں ملا تھا۔ کہ وہ جو لوگ تھے، جو بنی اسماعیل ہم کہتے ہیں، چلڈرن آف اسماعیل، یعنی حضرت ابراہیم نے اپنے بیٹے کو بسایا تھا وہاں پر، ڈیزرٹ میں عرب کے،</w:t>
      </w:r>
    </w:p>
    <w:p>
      <w:r>
        <w:rPr>
          <w:b/>
        </w:rPr>
        <w:t xml:space="preserve">[25:45] </w:t>
      </w:r>
      <w:r>
        <w:t>four thousand years pehle. Before four thousand years. to un se ek generation bani, ek generation Arab mein.</w:t>
      </w:r>
    </w:p>
    <w:p>
      <w:pPr>
        <w:jc w:val="right"/>
      </w:pPr>
      <w:r>
        <w:t>فور تھاؤزنڈ ایئرز پہلے۔ بیفور فور تھاؤزنڈ ایئرز۔ تو ان سے ایک جنریشن بنی، ایک جنریشن عرب میں۔</w:t>
      </w:r>
    </w:p>
    <w:p>
      <w:r>
        <w:rPr>
          <w:b/>
        </w:rPr>
        <w:t xml:space="preserve">[25:57] </w:t>
      </w:r>
      <w:r>
        <w:t>is ko likha hai Margoliouth ne ke it was a nation of heroes. Nation of heroes. to yahan se mujhe ek clue mila.</w:t>
      </w:r>
    </w:p>
    <w:p>
      <w:pPr>
        <w:jc w:val="right"/>
      </w:pPr>
      <w:r>
        <w:t>اس کو لکھا ہے مارگولیت نے کہ اٹ واز ا نیشن آف ہیروز۔ نیشن آف ہیروز۔ تو یہاں سے مجھے ایک کلو ملا۔</w:t>
      </w:r>
    </w:p>
    <w:p>
      <w:r>
        <w:rPr>
          <w:b/>
        </w:rPr>
        <w:t xml:space="preserve">[26:06] </w:t>
      </w:r>
      <w:r>
        <w:t>phir maine aur kitabein parhin Bukhari mein aur Quran mein. to mujhe maloom hua ke is bohat bari</w:t>
      </w:r>
    </w:p>
    <w:p>
      <w:pPr>
        <w:jc w:val="right"/>
      </w:pPr>
      <w:r>
        <w:t>پھر میں نے اور کتابیں پڑھیں بخاری میں اور قرآن میں۔ تو مجھے معلوم ہوا کہ اس بہت بڑی</w:t>
      </w:r>
    </w:p>
    <w:p>
      <w:r>
        <w:rPr>
          <w:b/>
        </w:rPr>
        <w:t xml:space="preserve">[26:11] </w:t>
      </w:r>
      <w:r>
        <w:t>planning thi Khuda ki. It was a great planning of God. ke desert mein un ko settle kiya gaya. Ismail ko, un ki maa Hajra ko.</w:t>
      </w:r>
    </w:p>
    <w:p>
      <w:pPr>
        <w:jc w:val="right"/>
      </w:pPr>
      <w:r>
        <w:t>پلاننگ تھی خدا کی۔ اٹ واز ا گریٹ پلاننگ آف گاڈ۔ کہ ڈیزرٹ میں ان کو سیٹل کیا گیا۔ اسماعیل کو، ان کی ماں ہاجرہ کو۔</w:t>
      </w:r>
    </w:p>
    <w:p>
      <w:r>
        <w:rPr>
          <w:b/>
        </w:rPr>
        <w:t xml:space="preserve">[26:22] </w:t>
      </w:r>
      <w:r>
        <w:t>kis liye? ek nai nation banane ke liye. To create a new nation. kyunke desert mein kya tha?</w:t>
      </w:r>
    </w:p>
    <w:p>
      <w:pPr>
        <w:jc w:val="right"/>
      </w:pPr>
      <w:r>
        <w:t>کس لیے؟ ایک نئی نیشن بنانے کے لیے۔ ٹو کریٹ ا نیو نیشن۔ کیونکہ ڈیزرٹ میں کیا تھا؟</w:t>
      </w:r>
    </w:p>
    <w:p>
      <w:r>
        <w:rPr>
          <w:b/>
        </w:rPr>
        <w:t xml:space="preserve">[26:31] </w:t>
      </w:r>
      <w:r>
        <w:t>wahan nature tha. There was nothing but nature.</w:t>
      </w:r>
    </w:p>
    <w:p>
      <w:pPr>
        <w:jc w:val="right"/>
      </w:pPr>
      <w:r>
        <w:t>وہاں نیچر تھا۔ دیر واز نتھنگ بٹ نیچر۔</w:t>
      </w:r>
    </w:p>
    <w:p>
      <w:r>
        <w:rPr>
          <w:b/>
        </w:rPr>
        <w:t xml:space="preserve">[26:37] </w:t>
      </w:r>
      <w:r>
        <w:t>wohan koi culture nahi tha, koi civilization nahi thi. kuch nahi tha. koi city nahi thi.</w:t>
      </w:r>
    </w:p>
    <w:p>
      <w:pPr>
        <w:jc w:val="right"/>
      </w:pPr>
      <w:r>
        <w:t>وہاں کوئی کلچر نہیں تھا، کوئی سولائزیشن نہیں تھی۔ کچھ نہیں تھا۔ کوئی سٹی نہیں تھا۔</w:t>
      </w:r>
    </w:p>
    <w:p>
      <w:r>
        <w:rPr>
          <w:b/>
        </w:rPr>
        <w:t xml:space="preserve">[26:46] </w:t>
      </w:r>
      <w:r>
        <w:t>wo to desert tha, neeche desert aur oper sky. neeche desert, oper sky. to is, is, is area mein jo ke nature, har taraf, har taraf nature hi nature tha, is mein aik nai nation bani.</w:t>
      </w:r>
    </w:p>
    <w:p>
      <w:pPr>
        <w:jc w:val="right"/>
      </w:pPr>
      <w:r>
        <w:t>وہ تو ڈیزرٹ تھا، نیچے ڈیزرٹ اور اوپر سکائی۔ نیچے ڈیزرٹ، اوپر سکائی۔ تو اس، اس، اس ایریا میں جو کہ نیچر، ہر طرف، ہر طرف نیچر ہی نیچر تھا، اس میں ایک نئی نیشن بنی۔</w:t>
      </w:r>
    </w:p>
    <w:p>
      <w:r>
        <w:rPr>
          <w:b/>
        </w:rPr>
        <w:t xml:space="preserve">[27:05] </w:t>
      </w:r>
      <w:r>
        <w:t>jo jis mein koi corruption nahi aya tha. aap jante hain ke it is culture that corrupts.</w:t>
      </w:r>
    </w:p>
    <w:p>
      <w:pPr>
        <w:jc w:val="right"/>
      </w:pPr>
      <w:r>
        <w:t>جو جس میں کوئی کرپشن نہیں آیا تھا۔ آپ جانتے ہیں کہ اٹ از کلچر دیٹ کرپٹس۔</w:t>
      </w:r>
    </w:p>
    <w:p>
      <w:r>
        <w:rPr>
          <w:b/>
        </w:rPr>
        <w:t xml:space="preserve">[27:16] </w:t>
      </w:r>
      <w:r>
        <w:t>it is. yani city mein log corrupt ho jate hain, lekin desert, desert mein corrupt hone ka koi chance hi nahi tha.</w:t>
      </w:r>
    </w:p>
    <w:p>
      <w:pPr>
        <w:jc w:val="right"/>
      </w:pPr>
      <w:r>
        <w:t>اٹ از۔ یعنی سٹی میں لوگ کرپٹ ہو جاتے ہیں، لیکن ڈیزرٹ، ڈیزرٹ میں کرپٹ ہونے کا کوئی چانس ہی نہیں تھا۔</w:t>
      </w:r>
    </w:p>
    <w:p>
      <w:r>
        <w:rPr>
          <w:b/>
        </w:rPr>
        <w:t xml:space="preserve">[27:25] </w:t>
      </w:r>
      <w:r>
        <w:t>to wahan par ab se char hazar saal pehle Hazrat Ibrahim ne basaya. aur phir jo generation bani wahan par, to desert mein us ki, us ki, us ka, yani us ki conditioning jo hai desert mein hui.</w:t>
      </w:r>
    </w:p>
    <w:p>
      <w:pPr>
        <w:jc w:val="right"/>
      </w:pPr>
      <w:r>
        <w:t>تو وہاں پر اب سے چار ہزار سال پہلے حضرت ابراہیم نے بسایا۔ اور پھر جو جنریشن بنی وہاں پر، تو ڈیزرٹ میں اس کی، اس کی، اس کا، یعنی اس کی کنڈیشننگ جو ہے ڈیزرٹ میں ہوئی۔</w:t>
      </w:r>
    </w:p>
    <w:p>
      <w:r>
        <w:rPr>
          <w:b/>
        </w:rPr>
        <w:t xml:space="preserve">[27:43] </w:t>
      </w:r>
      <w:r>
        <w:t>nature mein hui. in mein aik aik mister nature tha. to is ko Margoliouth ne kaha hai ke nation of hero</w:t>
      </w:r>
    </w:p>
    <w:p>
      <w:pPr>
        <w:jc w:val="right"/>
      </w:pPr>
      <w:r>
        <w:t>نیچر میں ہوئی۔ ان میں ایک ایک مسٹر نیچر تھا۔ تو اس کو مارگولیت نے کہا ہے کہ نیشن آف ہیرو</w:t>
      </w:r>
    </w:p>
    <w:p>
      <w:r>
        <w:rPr>
          <w:b/>
        </w:rPr>
        <w:t xml:space="preserve">[27:52] </w:t>
      </w:r>
      <w:r>
        <w:t>z. to mein ne samjha ke yeh Khuda ki planning thi. to create a new nation. yeh nation building ka poora wo tha.</w:t>
      </w:r>
    </w:p>
    <w:p>
      <w:pPr>
        <w:jc w:val="right"/>
      </w:pPr>
      <w:r>
        <w:t>ز۔ تو میں نے سمجھا کہ یہ خدا کی پلاننگ تھی۔ ٹو کریٹ ا نیو نیشن۔ یہ نیشن بلڈنگ کا پورا وہ تھا۔</w:t>
      </w:r>
    </w:p>
    <w:p>
      <w:r>
        <w:rPr>
          <w:b/>
        </w:rPr>
        <w:t xml:space="preserve">[28:01] </w:t>
      </w:r>
      <w:r>
        <w:t>to jab tak wo in terms of ishq bayan kar rahe thay, it was not understandable. but when i was to explain this in terms of nation building, then it became understandable.</w:t>
      </w:r>
    </w:p>
    <w:p>
      <w:pPr>
        <w:jc w:val="right"/>
      </w:pPr>
      <w:r>
        <w:t>تو جب تک وہ ان ٹرم آف عشق بیان کر رہے تھے، اٹ واز ناٹ انڈرسٹینڈیبل۔ بٹ وین آئی واز ٹو ایکسپلین دس ان ٹرم آف نیشن بلڈنگ، دین اٹ بیکم انڈرسٹینڈیبل۔</w:t>
      </w:r>
    </w:p>
    <w:p>
      <w:r>
        <w:rPr>
          <w:b/>
        </w:rPr>
        <w:t xml:space="preserve">[28:17] </w:t>
      </w:r>
      <w:r>
        <w:t>bohat kitabein likhi gayi hain. aur yahi sab sare scholar batate hain.</w:t>
      </w:r>
    </w:p>
    <w:p>
      <w:pPr>
        <w:jc w:val="right"/>
      </w:pPr>
      <w:r>
        <w:t>بہت کتابیں لکھی گئی ہیں۔ اور یہی سب سارے سکالر بتاتے ہیں۔</w:t>
      </w:r>
    </w:p>
    <w:p>
      <w:r>
        <w:rPr>
          <w:b/>
        </w:rPr>
        <w:t xml:space="preserve">[28:23] </w:t>
      </w:r>
      <w:r>
        <w:t>ishq, ishq, ishq. ishq matlab hai super love. ishq ka matlab hota hai super love. to Khuda ke ishq mein unhon ne ja kar apne bete ko wahan par daal diya.</w:t>
      </w:r>
    </w:p>
    <w:p>
      <w:pPr>
        <w:jc w:val="right"/>
      </w:pPr>
      <w:r>
        <w:t>عشق، عشق، عشق۔ عشق مطلب ہے سپر لو۔ عشق کا مطلب ہوتا ہے سپر لو۔ تو خدا کے عشق میں انہوں نے جا کر اپنے بیٹے کو وہاں پر ڈال دیا۔</w:t>
      </w:r>
    </w:p>
    <w:p>
      <w:r>
        <w:rPr>
          <w:b/>
        </w:rPr>
        <w:t xml:space="preserve">[28:35] </w:t>
      </w:r>
      <w:r>
        <w:t>bhai kuch sense hona chahiye. what was, what was, what was the sense? yani kyun daala desert mein? there must be some sense.</w:t>
      </w:r>
    </w:p>
    <w:p>
      <w:pPr>
        <w:jc w:val="right"/>
      </w:pPr>
      <w:r>
        <w:t>بھئی کچھ سینس ہونا چاہیے۔ واٹ واز، واٹ واز، واٹ واز دا سینس؟ یعنی کیوں ڈالا ڈیزرٹ میں؟ دیر مسٹ بی سم سینس۔</w:t>
      </w:r>
    </w:p>
    <w:p>
      <w:r>
        <w:rPr>
          <w:b/>
        </w:rPr>
        <w:t xml:space="preserve">[28:45] </w:t>
      </w:r>
      <w:r>
        <w:t>some meaningful planning. lekin kisi Muslim scholar ne is baat ko bataya, bata nahi saka.</w:t>
      </w:r>
    </w:p>
    <w:p>
      <w:pPr>
        <w:jc w:val="right"/>
      </w:pPr>
      <w:r>
        <w:t>سم میننگ فل پلاننگ۔ لیکن کسی مسلم سکالر نے اس بات کو بتایا، بتا نہیں سکا۔</w:t>
      </w:r>
    </w:p>
    <w:p>
      <w:r>
        <w:rPr>
          <w:b/>
        </w:rPr>
        <w:t xml:space="preserve">[28:53] </w:t>
      </w:r>
      <w:r>
        <w:t>to jab mujhe aik clue mila Margoliouth ke haan ke wahan aik nation of heroes bani thi, tab mein samajh paya is cheez ko. it was a great divine planning.</w:t>
      </w:r>
    </w:p>
    <w:p>
      <w:pPr>
        <w:jc w:val="right"/>
      </w:pPr>
      <w:r>
        <w:t>تو جب مجھے ایک کلو ملا مارگولیت کے ہاں کہ وہاں ایک نیشن آف ہیروز بنی تھی، تب میں سمجھ پایا اس چیز کو۔ اٹ واز ا گریٹ ڈیوائن پلاننگ۔</w:t>
      </w:r>
    </w:p>
    <w:p>
      <w:r>
        <w:rPr>
          <w:b/>
        </w:rPr>
        <w:t xml:space="preserve">[29:08] </w:t>
      </w:r>
      <w:r>
        <w:t>it was a process of nation building.</w:t>
      </w:r>
    </w:p>
    <w:p>
      <w:pPr>
        <w:jc w:val="right"/>
      </w:pPr>
      <w:r>
        <w:t>اٹ واز ا پروسیس آف نیشن بلڈنگ۔</w:t>
      </w:r>
    </w:p>
    <w:p>
      <w:r>
        <w:rPr>
          <w:b/>
        </w:rPr>
        <w:t xml:space="preserve">[29:13] </w:t>
      </w:r>
      <w:r>
        <w:t>to is se pehle log is ko batate thay in terms of ishq, in terms of love, in terms of. to jab mein ne is ko dhala is tarike se in terms of nation building, to samjha ke to bohat bari planning thi.</w:t>
      </w:r>
    </w:p>
    <w:p>
      <w:pPr>
        <w:jc w:val="right"/>
      </w:pPr>
      <w:r>
        <w:t>تو اس سے پہلے لوگ اس کو بتاتے تھے ان ٹرم آف عشق، ان ٹرم آف لو، ان ٹرم آف۔ تو جب میں نے اس کو ڈھالا اس طریقے سے ان ٹرم آف نیشن بلڈنگ، تو سمجھا کہ تو بہت بڑی پلاننگ تھی۔</w:t>
      </w:r>
    </w:p>
    <w:p>
      <w:r>
        <w:rPr>
          <w:b/>
        </w:rPr>
        <w:t xml:space="preserve">[29:31] </w:t>
      </w:r>
      <w:r>
        <w:t>ab aaj ka insan jo hai is ko samajh payega. is ko samajh nahi pata insan. to is ko wo avoid, wo karta hai, ignore kar</w:t>
      </w:r>
    </w:p>
    <w:p>
      <w:pPr>
        <w:jc w:val="right"/>
      </w:pPr>
      <w:r>
        <w:t>اب آج کا انسان جو ہے اس کو سمجھ پائے گا۔ اس کو سمجھ نہیں پاتا انسان۔ تو اس کو وہ اوائڈ، وہ کرتا ہے، اگنور کر</w:t>
      </w:r>
    </w:p>
    <w:p>
      <w:r>
        <w:rPr>
          <w:b/>
        </w:rPr>
        <w:t xml:space="preserve">[29:40] </w:t>
      </w:r>
      <w:r>
        <w:t>ta hai. to log kehte hain ke sahib yeh to Islam se door ho gaya, yeh to murtad ho gaya. murtad nahi hua hai. you fail to make them understandable in modern idiom.</w:t>
      </w:r>
    </w:p>
    <w:p>
      <w:pPr>
        <w:jc w:val="right"/>
      </w:pPr>
      <w:r>
        <w:t>تا ہے۔ تو لوگ کہتے ہیں کہ صاحب یہ تو اسلام سے دور ہو گیا، یہ تو مرتد ہو گیا۔ مرتد نہیں ہوا ہے۔ یو فیل ٹو میک دیم انڈرسٹینڈیبل ان ماڈرن ایڈیم۔</w:t>
      </w:r>
    </w:p>
    <w:p>
      <w:r>
        <w:rPr>
          <w:b/>
        </w:rPr>
        <w:t xml:space="preserve">[29:53] </w:t>
      </w:r>
      <w:r>
        <w:t>so blame goes to Muslim scholars.</w:t>
      </w:r>
    </w:p>
    <w:p>
      <w:pPr>
        <w:jc w:val="right"/>
      </w:pPr>
      <w:r>
        <w:t>سو بلیم گوز ٹو مسلم سکالرز۔</w:t>
      </w:r>
    </w:p>
    <w:p>
      <w:r>
        <w:rPr>
          <w:b/>
        </w:rPr>
        <w:t xml:space="preserve">[29:59] </w:t>
      </w:r>
      <w:r>
        <w:t>so the blame goes to Muslim scholars. they fail to make Islam understandable to modern generation in modern terms.</w:t>
      </w:r>
    </w:p>
    <w:p>
      <w:pPr>
        <w:jc w:val="right"/>
      </w:pPr>
      <w:r>
        <w:t>سو دا بلیم گوز ٹو مسلم سکالرز۔ دے فیل ٹو میک اسلام انڈرسٹینڈیبل ٹو ماڈرن جنریشن ان ماڈرن ٹرم۔</w:t>
      </w:r>
    </w:p>
    <w:p>
      <w:r>
        <w:rPr>
          <w:b/>
        </w:rPr>
        <w:t xml:space="preserve">[30:12] </w:t>
      </w:r>
      <w:r>
        <w:t>yeh hai sara masla. ab mein aap ko aik example deta hoon.</w:t>
      </w:r>
    </w:p>
    <w:p>
      <w:pPr>
        <w:jc w:val="right"/>
      </w:pPr>
      <w:r>
        <w:t>یہ ہے سارا مسئلہ۔ اب میں آپ کو ایک ایگزامپل دیتا ہوں۔</w:t>
      </w:r>
    </w:p>
    <w:p>
      <w:r>
        <w:rPr>
          <w:b/>
        </w:rPr>
        <w:t xml:space="preserve">[30:21] </w:t>
      </w:r>
      <w:r>
        <w:t>dekhiye Quran mein aik verse hai: "asa yubskrub maqam-e-mahmooda". yeh is a verse of the Quran.</w:t>
      </w:r>
    </w:p>
    <w:p>
      <w:pPr>
        <w:jc w:val="right"/>
      </w:pPr>
      <w:r>
        <w:t>دیکھیے قرآن میں ایک ورس ہے: "اسا یب سکرب مقام محمودہ"۔ یہ از ا ورس آف دا قرآن۔</w:t>
      </w:r>
    </w:p>
    <w:p>
      <w:r>
        <w:rPr>
          <w:b/>
        </w:rPr>
        <w:t xml:space="preserve">[30:33] </w:t>
      </w:r>
      <w:r>
        <w:t>is ka matlab hai ke Khuda tum ko maqam-e-mahmood par khara karega.</w:t>
      </w:r>
    </w:p>
    <w:p>
      <w:pPr>
        <w:jc w:val="right"/>
      </w:pPr>
      <w:r>
        <w:t>اس کا مطلب ہے کہ خدا تم کو مقام محمود پر کھڑا کرے گا۔</w:t>
      </w:r>
    </w:p>
    <w:p>
      <w:r>
        <w:rPr>
          <w:b/>
        </w:rPr>
        <w:t xml:space="preserve">[30:39] </w:t>
      </w:r>
      <w:r>
        <w:t>maqam-e-mahmood means yani praiseworthy place. aise jis ka praise kiya jaye, us ki tareef ki jaye. to Khuda tum ko yani Muhammad (SAW) ko, prophet ko maqam-e-mahmood par khara karega.</w:t>
      </w:r>
    </w:p>
    <w:p>
      <w:pPr>
        <w:jc w:val="right"/>
      </w:pPr>
      <w:r>
        <w:t>مقام محمود مینز یعنی پریزوردی پلیس۔ ایسے جس کا پریز کیا جائے، اس کی تعریف کی جائے۔ تو خدا تم کو یعنی محمد صلی اللہ علیہ وسلم کو، پرافٹ کو مقام محمود پر کھڑا کرے گا۔</w:t>
      </w:r>
    </w:p>
    <w:p>
      <w:r>
        <w:rPr>
          <w:b/>
        </w:rPr>
        <w:t xml:space="preserve">[30:56] </w:t>
      </w:r>
      <w:r>
        <w:t>to sare scholars kya karte hain? is ko</w:t>
      </w:r>
    </w:p>
    <w:p>
      <w:pPr>
        <w:jc w:val="right"/>
      </w:pPr>
      <w:r>
        <w:t>تو سارے سکالرز کیا کرتے ہیں؟ اس کو</w:t>
      </w:r>
    </w:p>
    <w:p>
      <w:r>
        <w:rPr>
          <w:b/>
        </w:rPr>
        <w:t xml:space="preserve">[30:59] </w:t>
      </w:r>
      <w:r>
        <w:t>aik mysterious explanation dete hain is ka. ke wo jab qayamat aye gi, jab Khuda zahir hoga, jab hajj ka maidan hoga, to aik bohat bara wahan par aik platform hoga, bohat sab se ooncha.</w:t>
      </w:r>
    </w:p>
    <w:p>
      <w:pPr>
        <w:jc w:val="right"/>
      </w:pPr>
      <w:r>
        <w:t>ایک مسٹیریس ایکسپلینیشن دیتے ہیں اس کا۔ کہ وہ جب قیامت آئے گی، جب خدا ظاہر ہوگا، جب حج کا میدان ہوگا، تو ایک بہت بڑا وہاں پر ایک پلیٹ فارم ہوگا، بہت سب سے اونچا۔</w:t>
      </w:r>
    </w:p>
    <w:p>
      <w:r>
        <w:rPr>
          <w:b/>
        </w:rPr>
        <w:t xml:space="preserve">[31:13] </w:t>
      </w:r>
      <w:r>
        <w:t>wahan par rasool Allah khare kiye jayenge. kyunke sab se ooncha insan, afzal al anbiya, khair al bashar.</w:t>
      </w:r>
    </w:p>
    <w:p>
      <w:pPr>
        <w:jc w:val="right"/>
      </w:pPr>
      <w:r>
        <w:t>وہاں پر رسول اللہ کھڑے کیے جائیں گے۔ کیونکہ سب سے اونچا انسان، افضل الانبیاء، خیر البشر۔</w:t>
      </w:r>
    </w:p>
    <w:p>
      <w:r>
        <w:rPr>
          <w:b/>
        </w:rPr>
        <w:t xml:space="preserve">[31:20] </w:t>
      </w:r>
      <w:r>
        <w:t>dekhiye yeh yeh jo hai das expression is in term of mystery. in term of mysterious belief.</w:t>
      </w:r>
    </w:p>
    <w:p>
      <w:pPr>
        <w:jc w:val="right"/>
      </w:pPr>
      <w:r>
        <w:t>دیکھیے یہ یہ جو ہے دس ایکسپریشن از ان ٹرم آف مسٹری۔ ان ٹرم آف مسٹیریس بیلیف۔</w:t>
      </w:r>
    </w:p>
    <w:p>
      <w:r>
        <w:rPr>
          <w:b/>
        </w:rPr>
        <w:t xml:space="preserve">[31:33] </w:t>
      </w:r>
      <w:r>
        <w:t>yeh to kisi ne dekha nahin. that is a mystery. to aap ne nabi maqam mehmood ko in term of mystery belief explain kiya.</w:t>
      </w:r>
    </w:p>
    <w:p>
      <w:pPr>
        <w:jc w:val="right"/>
      </w:pPr>
      <w:r>
        <w:t>یہ تو کسی نے دیکھا نہیں۔ دیٹ از ا مسٹری۔ تو آپ نے نبی مقام محمود کو ان ٹرم آف مسٹری بیلیف ایکسپلین کیا۔</w:t>
      </w:r>
    </w:p>
    <w:p>
      <w:r>
        <w:rPr>
          <w:b/>
        </w:rPr>
        <w:t xml:space="preserve">[31:46] </w:t>
      </w:r>
      <w:r>
        <w:t>this kind of expression is explaining maqam mehmood in term of mysterious belief. to modern mind ko samajh nahin pata is ko.</w:t>
      </w:r>
    </w:p>
    <w:p>
      <w:pPr>
        <w:jc w:val="right"/>
      </w:pPr>
      <w:r>
        <w:t>دس کائنڈ آف ایکسپریشن از ایکسپلیننگ مقام محمود ان ٹرم آف مسٹیریس بیلیف۔ تو ماڈرن مائنڈ کو سمجھ نہیں پاتا اس کو۔</w:t>
      </w:r>
    </w:p>
    <w:p>
      <w:r>
        <w:rPr>
          <w:b/>
        </w:rPr>
        <w:t xml:space="preserve">[32:01] </w:t>
      </w:r>
      <w:r>
        <w:t>phir kya hua? dekhiye jab maine kitaab padhi "the hundred" doctor Michael Hart. you know doctor Michael Hart was a American scholar.</w:t>
      </w:r>
    </w:p>
    <w:p>
      <w:pPr>
        <w:jc w:val="right"/>
      </w:pPr>
      <w:r>
        <w:t>پھر کیا ہوا؟ دیکھیے جب میں نے کتاب پڑھی "دا ہنڈرڈ" ڈاکٹر مائیکل ہارٹ۔ یو نو ڈاکٹر مائیکل ہارٹ واز ا امریکن سکالر۔</w:t>
      </w:r>
    </w:p>
    <w:p>
      <w:r>
        <w:rPr>
          <w:b/>
        </w:rPr>
        <w:t xml:space="preserve">[32:13] </w:t>
      </w:r>
      <w:r>
        <w:t>after after long long study. he prepared a book "the hundred".</w:t>
      </w:r>
    </w:p>
    <w:p>
      <w:pPr>
        <w:jc w:val="right"/>
      </w:pPr>
      <w:r>
        <w:t>افٹر افٹر لانگ لانگ اسٹڈی۔ ہی پریپیئرڈ ا بک "دا ہنڈرڈ"۔</w:t>
      </w:r>
    </w:p>
    <w:p>
      <w:r>
        <w:rPr>
          <w:b/>
        </w:rPr>
        <w:t xml:space="preserve">[32:22] </w:t>
      </w:r>
      <w:r>
        <w:t>in this book he places Muhammad at the top. saare history ke, saare history ke one hundred logon ko is ne select kiya.</w:t>
      </w:r>
    </w:p>
    <w:p>
      <w:pPr>
        <w:jc w:val="right"/>
      </w:pPr>
      <w:r>
        <w:t>ان دس بک ہی پلیسز محمد ایٹ دا ٹاپ۔ سارے ہسٹری کے، سارے ہسٹری کے ون ہنڈرڈ لوگوں کو اس نے سلیکٹ کیا۔</w:t>
      </w:r>
    </w:p>
    <w:p>
      <w:r>
        <w:rPr>
          <w:b/>
        </w:rPr>
        <w:t xml:space="preserve">[32:33] </w:t>
      </w:r>
      <w:r>
        <w:t>top par rakha hai Muhammad bin Abdullah ko, prophet of Islam ko. to meri samajh mein kya baat aayi?</w:t>
      </w:r>
    </w:p>
    <w:p>
      <w:pPr>
        <w:jc w:val="right"/>
      </w:pPr>
      <w:r>
        <w:t>ٹاپ پر رکھا ہے محمد بن عبداللہ کو، پرافٹ آف اسلام کو۔ تو میری سمجھ میں کیا بات آئی؟</w:t>
      </w:r>
    </w:p>
    <w:p>
      <w:r>
        <w:rPr>
          <w:b/>
        </w:rPr>
        <w:t xml:space="preserve">[32:41] </w:t>
      </w:r>
      <w:r>
        <w:t>ke doctor Michael Hart studied the this phenomena in term of history.</w:t>
      </w:r>
    </w:p>
    <w:p>
      <w:pPr>
        <w:jc w:val="right"/>
      </w:pPr>
      <w:r>
        <w:t>کہ ڈاکٹر مائیکل ہارٹ اسٹڈیڈ دا دس فیناومینا ان ٹرم آف ہسٹری۔</w:t>
      </w:r>
    </w:p>
    <w:p>
      <w:r>
        <w:rPr>
          <w:b/>
        </w:rPr>
        <w:t xml:space="preserve">[32:52] </w:t>
      </w:r>
      <w:r>
        <w:t>muslim scholars is ko le rahe the in term of belief, mysterious belief. to is ne jab is ko in term of history study kiya to maloom hua ke Muhammad jo the woh to bohat hi bara,</w:t>
      </w:r>
    </w:p>
    <w:p>
      <w:pPr>
        <w:jc w:val="right"/>
      </w:pPr>
      <w:r>
        <w:t>مسلم سکالرز اس کو لے رہے تھے ان ٹرم آف بیلیف، مسٹیریس بیلیف۔ تو اس نے جب اس کو ان ٹرم آف ہسٹری اسٹڈی کیا تو معلوم ہوا کہ محمد جو تھے وہ تو بہت ہی بڑا،</w:t>
      </w:r>
    </w:p>
    <w:p>
      <w:r>
        <w:rPr>
          <w:b/>
        </w:rPr>
        <w:t xml:space="preserve">[33:06] </w:t>
      </w:r>
      <w:r>
        <w:t>yani supreme successful person the.</w:t>
      </w:r>
    </w:p>
    <w:p>
      <w:pPr>
        <w:jc w:val="right"/>
      </w:pPr>
      <w:r>
        <w:t>یعنی سپریم سکسیس فل پرسن تھے۔</w:t>
      </w:r>
    </w:p>
    <w:p>
      <w:r>
        <w:rPr>
          <w:b/>
        </w:rPr>
        <w:t xml:space="preserve">[33:09] </w:t>
      </w:r>
      <w:r>
        <w:t>Muhammad was, is ne likha hai ke Muhammad was extremely successful person in the history. to is ne rasool Allah ke nabi mehboob wali baat ko in term of history study kiya.</w:t>
      </w:r>
    </w:p>
    <w:p>
      <w:pPr>
        <w:jc w:val="right"/>
      </w:pPr>
      <w:r>
        <w:t>محمد واز، اس نے لکھا ہے کہ محمد واز ایکسٹریملی سکسیس فل پرسن ان دا ہسٹری۔ تو اس نے رسول اللہ کے نبی محبوب والی بات کو ان ٹرم آف ہسٹری اسٹڈی کیا۔</w:t>
      </w:r>
    </w:p>
    <w:p>
      <w:r>
        <w:rPr>
          <w:b/>
        </w:rPr>
        <w:t xml:space="preserve">[33:25] </w:t>
      </w:r>
      <w:r>
        <w:t>aur phir woh kitaab likhi is ne. ab dekhiye yeh yeh baat aaj ke insan ke liye understandable ho gayi.</w:t>
      </w:r>
    </w:p>
    <w:p>
      <w:pPr>
        <w:jc w:val="right"/>
      </w:pPr>
      <w:r>
        <w:t>اور پھر وہ کتاب لکھی اس نے۔ اب دیکھیے یہ یہ بات آج کے انسان کے لیے انڈرسٹینڈیبل ہو گئی۔</w:t>
      </w:r>
    </w:p>
    <w:p>
      <w:r>
        <w:rPr>
          <w:b/>
        </w:rPr>
        <w:t xml:space="preserve">[33:33] </w:t>
      </w:r>
      <w:r>
        <w:t>when you are explaining the phenomena of nabi mehboob in term of mystery belief, then it was not understandable to modern mind.</w:t>
      </w:r>
    </w:p>
    <w:p>
      <w:pPr>
        <w:jc w:val="right"/>
      </w:pPr>
      <w:r>
        <w:t>وین یو آر ایکسپلیننگ دا فیناومینا آف نبی محبوب ان ٹرم آف مسٹری بیلیف، دین اٹ واز ناٹ انڈرسٹینڈیبل ٹو ماڈرن مائنڈ۔</w:t>
      </w:r>
    </w:p>
    <w:p>
      <w:r>
        <w:rPr>
          <w:b/>
        </w:rPr>
        <w:t xml:space="preserve">[33:45] </w:t>
      </w:r>
      <w:r>
        <w:t>but when doctor Michael Hart explained it in term of historical phenomena, that it became completely understandable.</w:t>
      </w:r>
    </w:p>
    <w:p>
      <w:pPr>
        <w:jc w:val="right"/>
      </w:pPr>
      <w:r>
        <w:t>بٹ وین ڈاکٹر مائیکل ہارٹ ایکسپلینڈ اٹ ان ٹرم آف ہسٹوریکل فیناومینا، دیٹ اٹ بیکم کمپلیٹلی انڈرسٹینڈیبل۔</w:t>
      </w:r>
    </w:p>
    <w:p>
      <w:r>
        <w:rPr>
          <w:b/>
        </w:rPr>
        <w:t xml:space="preserve">[33:56] </w:t>
      </w:r>
      <w:r>
        <w:t>ke Khuda. us waqt yeh ayat utri thi jab rasool Allah jo hai bilkul un ka koi Arab mein koi position nahin thi.</w:t>
      </w:r>
    </w:p>
    <w:p>
      <w:pPr>
        <w:jc w:val="right"/>
      </w:pPr>
      <w:r>
        <w:t>کہ خدا۔ اس وقت یہ آیت اتری تھی جب رسول اللہ جو ہے بالکل ان کا کوئی عرب میں کوئی پوزیشن نہیں تھی۔</w:t>
      </w:r>
    </w:p>
    <w:p>
      <w:r>
        <w:rPr>
          <w:b/>
        </w:rPr>
        <w:t xml:space="preserve">[34:05] </w:t>
      </w:r>
      <w:r>
        <w:t>there was no position. tab utri thi yeh, yani Mecca ke aakhri zamane mein. Mecca ke aakhri zamane mein dekhiye prophet of Islam was compelled to migrate from Mecca to leave Mecca</w:t>
      </w:r>
    </w:p>
    <w:p>
      <w:pPr>
        <w:jc w:val="right"/>
      </w:pPr>
      <w:r>
        <w:t>دیر واز نو پوزیشن۔ تب اتری تھی یہ، یعنی مکہ کے آخری زمانے میں۔ مکہ کے آخری زمانے میں دیکھیے پرافٹ آف اسلام واز کمپیلڈ ٹو مائیگریٹ فرام مکہ ٹو لیو مکہ</w:t>
      </w:r>
    </w:p>
    <w:p>
      <w:r>
        <w:rPr>
          <w:b/>
        </w:rPr>
        <w:t xml:space="preserve">[34:21] </w:t>
      </w:r>
      <w:r>
        <w:t xml:space="preserve"> . this was his, he was at that time he was a helpless person. us waqt yeh ayat utri thi.</w:t>
      </w:r>
    </w:p>
    <w:p>
      <w:pPr>
        <w:jc w:val="right"/>
      </w:pPr>
      <w:r>
        <w:t>۔ دس واز ہز، ہی واز ایٹ دیٹ ٹائم ہی واز ا ہیلپ لیس پرسن۔ اس وقت یہ آیت اتری تھی۔</w:t>
      </w:r>
    </w:p>
    <w:p>
      <w:r>
        <w:rPr>
          <w:b/>
        </w:rPr>
        <w:t xml:space="preserve">[34:33] </w:t>
      </w:r>
      <w:r>
        <w:t>you know prophet Islam was born in Mecca, then he migrate to Madina. so when he was in Mecca, he was a helpless person.</w:t>
      </w:r>
    </w:p>
    <w:p>
      <w:pPr>
        <w:jc w:val="right"/>
      </w:pPr>
      <w:r>
        <w:t>یو نو پرافٹ اسلام واز بورن ان مکہ، دین ہی مائیگریٹ ٹو مدینہ۔ سو وین ہی واز ان مکہ، ہی واز ا ہیلپ لیس پرسن۔</w:t>
      </w:r>
    </w:p>
    <w:p>
      <w:r>
        <w:rPr>
          <w:b/>
        </w:rPr>
        <w:t xml:space="preserve">[34:51] </w:t>
      </w:r>
      <w:r>
        <w:t>us waqt yeh ayat utri hai ke tum ko Khuda nabi mehboob ke maqam par khara karega. yani history ke number one insan bana tum ban jaoge.</w:t>
      </w:r>
    </w:p>
    <w:p>
      <w:pPr>
        <w:jc w:val="right"/>
      </w:pPr>
      <w:r>
        <w:t>اس وقت یہ آیت اتری ہے کہ تم کو خدا نبی محبوب کے مقام پر کھڑا کرے گا۔ یعنی ہسٹری کے نمبر ون انسان بنا تم بن جاؤ گے۔</w:t>
      </w:r>
    </w:p>
    <w:p>
      <w:r>
        <w:rPr>
          <w:b/>
        </w:rPr>
        <w:t xml:space="preserve">[35:02] </w:t>
      </w:r>
      <w:r>
        <w:t>history ke saare insano mein number tum top par hoge. itni bari baat is mein thi, itni bari prediction tha, prediction. lekin hamare saare scholars is ko in term of mysterious belief lete rahe.</w:t>
      </w:r>
    </w:p>
    <w:p>
      <w:pPr>
        <w:jc w:val="right"/>
      </w:pPr>
      <w:r>
        <w:t>ہسٹری کے سارے انسانوں میں نمبر تم ٹاپ پر ہو گے۔ اتنی بڑی بات اس میں تھی، اتنی بڑی پریڈکشن تھا، پریڈکشن۔ لیکن ہمارے سارے سکالرز اس کو ان ٹرم آف مسٹیریس بیلیف لیتے رہے۔</w:t>
      </w:r>
    </w:p>
    <w:p>
      <w:r>
        <w:rPr>
          <w:b/>
        </w:rPr>
        <w:t xml:space="preserve">[35:18] </w:t>
      </w:r>
      <w:r>
        <w:t>to kuch is mein mila nahin.</w:t>
      </w:r>
    </w:p>
    <w:p>
      <w:pPr>
        <w:jc w:val="right"/>
      </w:pPr>
      <w:r>
        <w:t>تو کچھ اس میں ملا نہیں۔</w:t>
      </w:r>
    </w:p>
    <w:p>
      <w:r>
        <w:rPr>
          <w:b/>
        </w:rPr>
        <w:t xml:space="preserve">[35:22] </w:t>
      </w:r>
      <w:r>
        <w:t>I don't know any scholar who is exception in this interpretation. maine is ko doctor Michael Hart ke is se mujhe clue mila to maine is ki study ki, maine apni kitaab likhi.</w:t>
      </w:r>
    </w:p>
    <w:p>
      <w:pPr>
        <w:jc w:val="right"/>
      </w:pPr>
      <w:r>
        <w:t>آئی ڈونٹ نو اینی اسکالر ہو از ایکسیپشن ان دس انٹرپریٹیشن۔ میں نے اس کو ڈاکٹر مائیکل ہارٹ کہ اس سے مجھے کلو ملا تو میں نے اس کی اسٹڈی کی، میں نے اپنی کتاب لکھی۔</w:t>
      </w:r>
    </w:p>
    <w:p>
      <w:r>
        <w:rPr>
          <w:b/>
        </w:rPr>
        <w:t xml:space="preserve">[35:38] </w:t>
      </w:r>
      <w:r>
        <w:t>to dekhiye nabi mehboob ko jab tak aap in term of mysterious belief study kar rahe the, aaj ke insan ko kuch nahin milta tha.</w:t>
      </w:r>
    </w:p>
    <w:p>
      <w:pPr>
        <w:jc w:val="right"/>
      </w:pPr>
      <w:r>
        <w:t>تو دیکھیے نبی محبوب کو جب تک آپ ان ٹرم آف مسٹیریس بیلیف اسٹڈی کر رہے تھے، آج کے انسان کو کچھ نہیں ملتا تھا۔</w:t>
      </w:r>
    </w:p>
    <w:p>
      <w:r>
        <w:rPr>
          <w:b/>
        </w:rPr>
        <w:t xml:space="preserve">[35:51] </w:t>
      </w:r>
      <w:r>
        <w:t>lekin jab aap ne nabi mehboob ko ya maqam mehboob ko, Quran mein jo word hai maqam mehboob, maqam mehboob ko in term of historical phenomena aap ne study kiya to kitni bari baat maloom ho gayi.</w:t>
      </w:r>
    </w:p>
    <w:p>
      <w:pPr>
        <w:jc w:val="right"/>
      </w:pPr>
      <w:r>
        <w:t>لیکن جب آپ نے نبی محبوب کو یا مقام محبوب کو، قرآن میں جو ورڈ ہے مقام محبوب، مقام محبوب کو ان ٹرم آف ہسٹوریکل فیناومینا آپ نے اسٹڈی کیا تو کتنی بڑی بات معلوم ہو گئی۔</w:t>
      </w:r>
    </w:p>
    <w:p>
      <w:r>
        <w:rPr>
          <w:b/>
        </w:rPr>
        <w:t xml:space="preserve">[36:08] </w:t>
      </w:r>
      <w:r>
        <w:t>keh Muhammad was a supreme, yani us ne jo likha hai he was supremely successful, he was supremely successful man in history.</w:t>
      </w:r>
    </w:p>
    <w:p>
      <w:pPr>
        <w:jc w:val="right"/>
      </w:pPr>
      <w:r>
        <w:t>کہ محمد واز ا سپریم، یعنی اس نے جو لکھا ہے ہی واز سپریملی سکسیس فل، ہی واز سپریملی سکسیس فل مین ان ہسٹری۔</w:t>
      </w:r>
    </w:p>
    <w:p>
      <w:r>
        <w:rPr>
          <w:b/>
        </w:rPr>
        <w:t xml:space="preserve">[36:21] </w:t>
      </w:r>
      <w:r>
        <w:t>kitni bari baat maloom ho gayi keh is waqt jab keh prophet of Islam aik helpless insan thay, is waqt Quran ne yeh kaha.</w:t>
      </w:r>
    </w:p>
    <w:p>
      <w:pPr>
        <w:jc w:val="right"/>
      </w:pPr>
      <w:r>
        <w:t>کتنی بڑی بات معلوم ہو گئی کہ اس وقت جب کہ پرافٹ آف اسلام ایک ہیلپ لیس انسان تھے، اس وقت قرآن نے یہ کہا۔</w:t>
      </w:r>
    </w:p>
    <w:p>
      <w:r>
        <w:rPr>
          <w:b/>
        </w:rPr>
        <w:t xml:space="preserve">[36:33] </w:t>
      </w:r>
      <w:r>
        <w:t>it means that yeh apne aap mein aik proof hai keh Quran Khudai kitab hai. kaun keh sakta tha is waqt? yeh yeh yeh ayat utri hai, mein samajhta hoon keh 620 ke zamana tha.</w:t>
      </w:r>
    </w:p>
    <w:p>
      <w:pPr>
        <w:jc w:val="right"/>
      </w:pPr>
      <w:r>
        <w:t>اٹ مینز دیٹ یہ اپنے آپ میں ایک پروف ہے کہ قرآن خدائی کتاب ہے۔ کون کہہ سکتا تھا اس وقت؟ یہ یہ یہ آیت اتری ہے، میں سمجھتا ہوں کہ 620 کے زمانہ تھا۔</w:t>
      </w:r>
    </w:p>
    <w:p>
      <w:r>
        <w:rPr>
          <w:b/>
        </w:rPr>
        <w:t xml:space="preserve">[36:52] </w:t>
      </w:r>
      <w:r>
        <w:t>is waqt prophet of Islam aik aik bilkul helpless person thay. aap ka koi aik, yani ab Mecca jo aap ka jahan aap paida hue thay, wahan bhi aap nahi reh sakte thay.</w:t>
      </w:r>
    </w:p>
    <w:p>
      <w:pPr>
        <w:jc w:val="right"/>
      </w:pPr>
      <w:r>
        <w:t>اس وقت پرافٹ آف اسلام ایک ایک بالکل ہیلپ لیس پرسن تھے۔ آپ کا کوئی ایک، یعنی اب مکہ جو آپ کا جہاں آپ پیدا ہوئے تھے، وہاں بھی آپ نہیں رہ سکتے تھے۔</w:t>
      </w:r>
    </w:p>
    <w:p>
      <w:r>
        <w:rPr>
          <w:b/>
        </w:rPr>
        <w:t xml:space="preserve">[37:08] </w:t>
      </w:r>
      <w:r>
        <w:t>wahan chhodna pada aap ko. is waqt Quran mein yeh ayat utarti hai. to it is a, it is a, it is a proof, it is an evidence that Quran was revealed by God.</w:t>
      </w:r>
    </w:p>
    <w:p>
      <w:pPr>
        <w:jc w:val="right"/>
      </w:pPr>
      <w:r>
        <w:t>وہاں چھوڑنا پڑا آپ کو۔ اس وقت قرآن میں یہ آیت اترتی ہے۔ تو اٹ از ا، اٹ از ا، اٹ از ا پروف، اٹ از این ایویڈنس دیٹ قرآن واز ریویلڈ بائی گاڈ۔</w:t>
      </w:r>
    </w:p>
    <w:p>
      <w:r>
        <w:rPr>
          <w:b/>
        </w:rPr>
        <w:t xml:space="preserve">[37:21] </w:t>
      </w:r>
      <w:r>
        <w:t>who can predict at that time, except God. yani kaun is waqt yeh predict kar sakta tha keh Muhammad aage top, sab se top par pohnchne wale hain?</w:t>
      </w:r>
    </w:p>
    <w:p>
      <w:pPr>
        <w:jc w:val="right"/>
      </w:pPr>
      <w:r>
        <w:t>ہو کین پریڈکٹ ایٹ دیٹ ٹائم، ایکسیپٹ گاڈ۔ یعنی کون اس وقت یہ پریڈکٹ کر سکتا تھا کہ محمد آگے ٹاپ، سب سے ٹاپ پر پہنچنے والے ہیں؟</w:t>
      </w:r>
    </w:p>
    <w:p>
      <w:r>
        <w:rPr>
          <w:b/>
        </w:rPr>
        <w:t xml:space="preserve">[37:35] </w:t>
      </w:r>
      <w:r>
        <w:t>jin ko apne apne homeland, home, apna jo city hai jahan paida hue thay, wahan bhi jagah nahi rehne ko mil rahi hai. apne ghar bhi chhodna pad raha hai un ko.</w:t>
      </w:r>
    </w:p>
    <w:p>
      <w:pPr>
        <w:jc w:val="right"/>
      </w:pPr>
      <w:r>
        <w:t>جن کو اپنے اپنے ہوم لینڈ، ہوم، اپنا جو سٹی ہے جہاں پیدا ہوئے تھے، وہاں بھی جگہ نہیں رہنے کو مل رہی ہے۔ اپنے گھر بھی چھوڑنا پڑ رہا ہے ان کو۔</w:t>
      </w:r>
    </w:p>
    <w:p>
      <w:r>
        <w:rPr>
          <w:b/>
        </w:rPr>
        <w:t xml:space="preserve">[37:47] </w:t>
      </w:r>
      <w:r>
        <w:t>to</w:t>
      </w:r>
    </w:p>
    <w:p>
      <w:pPr>
        <w:jc w:val="right"/>
      </w:pPr>
      <w:r>
        <w:t>تو</w:t>
      </w:r>
    </w:p>
    <w:p>
      <w:r>
        <w:rPr>
          <w:b/>
        </w:rPr>
        <w:t xml:space="preserve">[37:48] </w:t>
      </w:r>
      <w:r>
        <w:t>saare Muslim scholars is ko in term of mystery belief lete hain, is is is verse ko. lekin Michael Hart ne is ko liya hai in term of historical phenomena.</w:t>
      </w:r>
    </w:p>
    <w:p>
      <w:pPr>
        <w:jc w:val="right"/>
      </w:pPr>
      <w:r>
        <w:t>سارے مسلم سکالرز اس کو ان ٹرم آف مسٹری بیلیف لیتے ہیں، اس اس اس ورس کو۔ لیکن مائیکل ہارٹ نے اس کو لیا ہے ان ٹرم آف ہسٹوریکل فیناومینا۔</w:t>
      </w:r>
    </w:p>
    <w:p>
      <w:r>
        <w:rPr>
          <w:b/>
        </w:rPr>
        <w:t xml:space="preserve">[37:59] </w:t>
      </w:r>
      <w:r>
        <w:t>to kitni bari baat is se nikal aayi. yahi hai Islam ko modernize karne ka sawal nahi hai, Islam ko modern idiom mein bayan karne ka sawal hai.</w:t>
      </w:r>
    </w:p>
    <w:p>
      <w:pPr>
        <w:jc w:val="right"/>
      </w:pPr>
      <w:r>
        <w:t>تو کتنی بڑی بات اس سے نکل آئی۔ یہی ہے اسلام کو ماڈرنائز کرنے کا سوال نہیں ہے، اسلام کو ماڈرن ایڈیم میں بیان کرنے کا سوال ہے۔</w:t>
      </w:r>
    </w:p>
    <w:p>
      <w:r>
        <w:rPr>
          <w:b/>
        </w:rPr>
        <w:t xml:space="preserve">[38:12] </w:t>
      </w:r>
      <w:r>
        <w:t>so the question is not to modernize Islam, no.</w:t>
      </w:r>
    </w:p>
    <w:p>
      <w:pPr>
        <w:jc w:val="right"/>
      </w:pPr>
      <w:r>
        <w:t>سو دا کوئسچن از ناٹ ٹو ماڈرنائز اسلام، نو۔</w:t>
      </w:r>
    </w:p>
    <w:p>
      <w:r>
        <w:rPr>
          <w:b/>
        </w:rPr>
        <w:t xml:space="preserve">[38:18] </w:t>
      </w:r>
      <w:r>
        <w:t>the question is to explain Islam in modern terms.</w:t>
      </w:r>
    </w:p>
    <w:p>
      <w:pPr>
        <w:jc w:val="right"/>
      </w:pPr>
      <w:r>
        <w:t>دا کوئسچن از ٹو ایکسپلین اسلام ان ماڈرن ٹرم۔</w:t>
      </w:r>
    </w:p>
    <w:p>
      <w:r>
        <w:rPr>
          <w:b/>
        </w:rPr>
        <w:t xml:space="preserve">[38:29] </w:t>
      </w:r>
      <w:r>
        <w:t>yeh bohat bari baat hai, is ko hamein samajhna chahiye.</w:t>
      </w:r>
    </w:p>
    <w:p>
      <w:pPr>
        <w:jc w:val="right"/>
      </w:pPr>
      <w:r>
        <w:t>یہ بہت بڑی بات ہے، اس کو ہمیں سمجھنا چاہیے۔</w:t>
      </w:r>
    </w:p>
    <w:p>
      <w:r>
        <w:rPr>
          <w:b/>
        </w:rPr>
        <w:t xml:space="preserve">[38:36] </w:t>
      </w:r>
      <w:r>
        <w:t>is tarah se aur kai cheezein aisi hain jo bilkul mystery bani hui hain. mystery, yeh hai dajjal</w:t>
      </w:r>
    </w:p>
    <w:p>
      <w:pPr>
        <w:jc w:val="right"/>
      </w:pPr>
      <w:r>
        <w:t>اس طرح سے اور کئی چیزیں ایسی ہیں جو بالکل مسٹری بنی ہوئی ہیں۔ مسٹری، یہ ہے دجال</w:t>
      </w:r>
    </w:p>
    <w:p>
      <w:r>
        <w:rPr>
          <w:b/>
        </w:rPr>
        <w:t xml:space="preserve">[38:41] </w:t>
      </w:r>
      <w:r>
        <w:t>. log samajhte hain keh dajjal koi koi strange, koi animal hoga, Albert type aik insan, bohat hi bari si seengh hogi aur bohat aisa hoga, waisa hoga.</w:t>
      </w:r>
    </w:p>
    <w:p>
      <w:pPr>
        <w:jc w:val="right"/>
      </w:pPr>
      <w:r>
        <w:t>۔ لوگ سمجھتے ہیں کہ دجال کوئی کوئی سٹرینج، کوئی اینیمل ہوگا، البرٹ ٹائپ ایک انسان، بہت ہی بڑی سی سینگ ہوگی اور بہت ایسا ہوگا، ویسا ہوگا۔</w:t>
      </w:r>
    </w:p>
    <w:p>
      <w:r>
        <w:rPr>
          <w:b/>
        </w:rPr>
        <w:t xml:space="preserve">[38:54] </w:t>
      </w:r>
      <w:r>
        <w:t>nahi, dajjal is a phenomena of of of of a new age. dekhiye dajjal ka matlab kya hai?</w:t>
      </w:r>
    </w:p>
    <w:p>
      <w:pPr>
        <w:jc w:val="right"/>
      </w:pPr>
      <w:r>
        <w:t>نہیں، دجال از ا فیناومینا آف آف آف آف ا نیو ایج۔ دیکھیے دجال کا مطلب کیا ہے؟</w:t>
      </w:r>
    </w:p>
    <w:p>
      <w:r>
        <w:rPr>
          <w:b/>
        </w:rPr>
        <w:t xml:space="preserve">[39:07] </w:t>
      </w:r>
      <w:r>
        <w:t>jab dajjal ki literal meaning hai deceiver, jo deceive kare. dajjal means great deceiver.</w:t>
      </w:r>
    </w:p>
    <w:p>
      <w:pPr>
        <w:jc w:val="right"/>
      </w:pPr>
      <w:r>
        <w:t>جب دجال کی لٹرل میننگ ہے ڈیسیور، جو ڈیسیو کرے۔ دجال مینز گریٹ ڈیسیور۔</w:t>
      </w:r>
    </w:p>
    <w:p>
      <w:r>
        <w:rPr>
          <w:b/>
        </w:rPr>
        <w:t xml:space="preserve">[39:20] </w:t>
      </w:r>
      <w:r>
        <w:t>to aap dekhiye keh deceive karne ka jo kaam hai, woh to hamesha duniya mein raha hai. in every age you can see this phenomena.</w:t>
      </w:r>
    </w:p>
    <w:p>
      <w:pPr>
        <w:jc w:val="right"/>
      </w:pPr>
      <w:r>
        <w:t>تو آپ دیکھیے کہ ڈیسیو کرنے کا جو کام ہے، وہ تو ہمیشہ دنیا میں رہا ہے۔ ان ایوری ایج یو کین سی دس فیناومینا۔</w:t>
      </w:r>
    </w:p>
    <w:p>
      <w:r>
        <w:rPr>
          <w:b/>
        </w:rPr>
        <w:t xml:space="preserve">[39:30] </w:t>
      </w:r>
      <w:r>
        <w:t>in every age deceive karna, yani sachai se aadmi ko deviate karna, sachai se aadmi ko hatana, yani untruth ko truth ke colour mein pesh karna.</w:t>
      </w:r>
    </w:p>
    <w:p>
      <w:pPr>
        <w:jc w:val="right"/>
      </w:pPr>
      <w:r>
        <w:t>ان ایوری ایج ڈیسیو کرنا، یعنی سچائی سے آدمی کو ڈیویٹ کرنا، سچائی سے آدمی کو ہٹانا، یعنی ان ٹروتھ کو ٹروتھ کے کلر میں پیش کرنا۔</w:t>
      </w:r>
    </w:p>
    <w:p>
      <w:r>
        <w:rPr>
          <w:b/>
        </w:rPr>
        <w:t xml:space="preserve">[39:48] </w:t>
      </w:r>
      <w:r>
        <w:t>that deceive, that is deceiving practice. to deceiving practice, yeh jo phenomena aaya hai, woh to hamesha tha.</w:t>
      </w:r>
    </w:p>
    <w:p>
      <w:pPr>
        <w:jc w:val="right"/>
      </w:pPr>
      <w:r>
        <w:t>دیٹ ڈیسیو، دیٹ از ڈیسیونگ پریکٹس۔ تو ڈیسیونگ پریکٹس، یہ جو فیناومینا آیا ہے، وہ تو ہمیشہ تھا۔</w:t>
      </w:r>
    </w:p>
    <w:p>
      <w:r>
        <w:rPr>
          <w:b/>
        </w:rPr>
        <w:t xml:space="preserve">[39:58] </w:t>
      </w:r>
      <w:r>
        <w:t>phir yeh bara deceiver kaise ban jayega? koi aadmi dajjal meaning great deceiver. yeh hai age phenomena, age phenomena.</w:t>
      </w:r>
    </w:p>
    <w:p>
      <w:pPr>
        <w:jc w:val="right"/>
      </w:pPr>
      <w:r>
        <w:t>پھر یہ بڑا ڈیسیور کیسے بن جائے گا؟ کوئی آدمی دجال معنی گریٹ ڈیسیور۔ یہ ہے ایج فیناومینا، ایج فیناومینا۔</w:t>
      </w:r>
    </w:p>
    <w:p>
      <w:r>
        <w:rPr>
          <w:b/>
        </w:rPr>
        <w:t xml:space="preserve">[40:11] </w:t>
      </w:r>
      <w:r>
        <w:t>this phenomena of age, yani jab printing press aa jayega, jab electronic media aa jayega, printing media aa jayega, aur aur beautiful chhapi hui kitabein aa jayengi,</w:t>
      </w:r>
    </w:p>
    <w:p>
      <w:pPr>
        <w:jc w:val="right"/>
      </w:pPr>
      <w:r>
        <w:t>دس فیناومینا آف ایج، یعنی جب پرنٹنگ پریس آ جائے گا، جب الیکٹرانک میڈیا آ جائے گا، پرنٹنگ میڈیا آ جائے گا، اور اور بیوٹی فل چھپی ہوئی کتابیں آ جائیں گی،</w:t>
      </w:r>
    </w:p>
    <w:p>
      <w:r>
        <w:rPr>
          <w:b/>
        </w:rPr>
        <w:t xml:space="preserve">[40:25] </w:t>
      </w:r>
      <w:r>
        <w:t>radio, cinema, aur TV aa jayega, aur insan bohat develop karega, kar sakega baat ko bohat hi achhe tarike se kehne mein.</w:t>
      </w:r>
    </w:p>
    <w:p>
      <w:pPr>
        <w:jc w:val="right"/>
      </w:pPr>
      <w:r>
        <w:t>ریڈیو، سینما، اور ٹی وی آ جائے گا، اور انسان بہت ڈیولپ کرے گا، کر سکے گا بات کو بہت ہی اچھے طریقے سے کہنے میں۔</w:t>
      </w:r>
    </w:p>
    <w:p>
      <w:r>
        <w:rPr>
          <w:b/>
        </w:rPr>
        <w:t xml:space="preserve">[40:37] </w:t>
      </w:r>
      <w:r>
        <w:t>aaj jis tarah se baat ko kaha jata hai, bohat hi beautify tarike se. pehle insan nahi jaanta tha aisa karna. pehle aik insan nahi jaanta tha is ko karna, jaisa keh ab jaanta hai.</w:t>
      </w:r>
    </w:p>
    <w:p>
      <w:pPr>
        <w:jc w:val="right"/>
      </w:pPr>
      <w:r>
        <w:t>آج جس طرح سے بات کو کہا جاتا ہے، بہت ہی بیوٹیفائی طریقے سے۔ پہلے انسان نہیں جانتا تھا ایسا کرنا۔ پہلے ایک انسان نہیں جانتا تھا اس کو کرنا، جیسا کہ اب جانتا ہے۔</w:t>
      </w:r>
    </w:p>
    <w:p>
      <w:r>
        <w:rPr>
          <w:b/>
        </w:rPr>
        <w:t xml:space="preserve">[40:52] </w:t>
      </w:r>
      <w:r>
        <w:t>ab to bohat hi beautiful tarike se baat ko karne ka aik art ban gaya hai. art to yeh jo art hai, jo print print media aur electronic media ke zamane mein jo develop hua hai, art to beautify things, cheezon ko bohat achhe tarike se pesh karna.</w:t>
      </w:r>
    </w:p>
    <w:p>
      <w:pPr>
        <w:jc w:val="right"/>
      </w:pPr>
      <w:r>
        <w:t>اب تو بہت ہی بیوٹی فل طریقے سے بات کو کرنے کا ایک آرٹ بن گیا ہے۔ آرٹ تو یہ جو آرٹ ہے، جو پرنٹ پرنٹنگ ہے، یعنی پرنٹ پرنٹ میڈیا اور الیکٹرانک میڈیا کے زمانے میں جو ڈیولپ ہوا ہے، آرٹ ٹو بیوٹیفائی تھنگز، چیزوں کو بہت اچھے طریقے سے پیش کرنا۔</w:t>
      </w:r>
    </w:p>
    <w:p>
      <w:r>
        <w:rPr>
          <w:b/>
        </w:rPr>
        <w:t xml:space="preserve">[41:15] </w:t>
      </w:r>
      <w:r>
        <w:t>is zamane mein dajjal paida hoga, is age ke jo us ko woh woh exploit karega.</w:t>
      </w:r>
    </w:p>
    <w:p>
      <w:pPr>
        <w:jc w:val="right"/>
      </w:pPr>
      <w:r>
        <w:t>اس زمانے میں دجال پیدا ہوگا، اس ایج کے جو اس کو وہ وہ ایکسپلائٹ کرے گا۔</w:t>
      </w:r>
    </w:p>
    <w:p>
      <w:r>
        <w:rPr>
          <w:b/>
        </w:rPr>
        <w:t xml:space="preserve">[41:24] </w:t>
      </w:r>
      <w:r>
        <w:t>is age mein jo cheezein aayi hain, yani print media ko istemal karega, aur us ko electronic media ko istemal karega, modern technique ko istemal karega, modern art ko istemal karega,</w:t>
      </w:r>
    </w:p>
    <w:p>
      <w:pPr>
        <w:jc w:val="right"/>
      </w:pPr>
      <w:r>
        <w:t>اس ایج میں جو چیزیں آئی ہیں، یعنی پرنٹ میڈیا کو استعمال کرے گا، اور اس کو الیکٹرانک میڈیا کو استعمال کرے گا، ماڈرن ٹیکنیک کو استعمال کرے گا، ماڈرن آرٹ کو استعمال کرے گا،</w:t>
      </w:r>
    </w:p>
    <w:p>
      <w:r>
        <w:rPr>
          <w:b/>
        </w:rPr>
        <w:t xml:space="preserve">[41:38] </w:t>
      </w:r>
      <w:r>
        <w:t>aur woh kaam jo pehle hota tha, yani ordinary level par, us ko bohat oonche level par le jayega. woh toh great deceiver ban jayega.</w:t>
      </w:r>
    </w:p>
    <w:p>
      <w:pPr>
        <w:jc w:val="right"/>
      </w:pPr>
      <w:r>
        <w:t>اور وہ کام جو پہلے ہوتا تھا، یعنی آرڈنری لیول پر، اس کو بہت اونچے لیول پر لے جائے گا۔ وہ تو گریٹ ڈیسیور بن جائے گا۔</w:t>
      </w:r>
    </w:p>
    <w:p>
      <w:r>
        <w:rPr>
          <w:b/>
        </w:rPr>
        <w:t xml:space="preserve">[41:52] </w:t>
      </w:r>
      <w:r>
        <w:t>toh dajjal koi koi strange animal nahi hai. ek age ko exploitation karke jo insan banta hai, us ka us ka yeh phenomenon hai.</w:t>
      </w:r>
    </w:p>
    <w:p>
      <w:pPr>
        <w:jc w:val="right"/>
      </w:pPr>
      <w:r>
        <w:t>تو دجال کوئی کوئی سٹرینج اینیمل نہیں ہے۔ ایک ایج کو ایکسپلائٹیشن کر کے جو انسان بنتا ہے، اس کا اس کا یہ فیناومینا ہے۔</w:t>
      </w:r>
    </w:p>
    <w:p>
      <w:r>
        <w:rPr>
          <w:b/>
        </w:rPr>
        <w:t xml:space="preserve">[42:08] </w:t>
      </w:r>
      <w:r>
        <w:t>toh log abhi tak dajjal ka wait kar rahe hain. dajjal wait, dajjal toh aa chuka. jab age aa chuka, dajjal bhi aa chuka. jab age aa chuka, dajjal bhi aa chuka.</w:t>
      </w:r>
    </w:p>
    <w:p>
      <w:pPr>
        <w:jc w:val="right"/>
      </w:pPr>
      <w:r>
        <w:t>تو لوگ ابھی تک دجال کا ویٹ کر رہے ہیں۔ دجال ویٹ، دجال تو آ چکا۔ جب ایج آ چکا، دجال بھی آ چکا۔ جب ایج آ چکا، دجال بھی آ چکا۔</w:t>
      </w:r>
    </w:p>
    <w:p>
      <w:r>
        <w:rPr>
          <w:b/>
        </w:rPr>
        <w:t xml:space="preserve">[42:21] </w:t>
      </w:r>
      <w:r>
        <w:t>yani woh age jis mein koi aadmi dajjal banta hai, woh toh aa chuka. toh phir dajjal bhi aa chuka.</w:t>
      </w:r>
    </w:p>
    <w:p>
      <w:pPr>
        <w:jc w:val="right"/>
      </w:pPr>
      <w:r>
        <w:t>یعنی وہ ایج جس میں کوئی آدمی دجال بنتا ہے، وہ تو آ چکا۔ تو پھر دجال بھی آ چکا۔</w:t>
      </w:r>
    </w:p>
    <w:p>
      <w:r>
        <w:rPr>
          <w:b/>
        </w:rPr>
        <w:t xml:space="preserve">[42:30] </w:t>
      </w:r>
      <w:r>
        <w:t>toh mein dajjal ka wait nahi kar raha hoon ke mein jaanta hoon ke dajjal toh aa chuka hai. aaj kal jo mein padhta hoon, aisa tareeqe se log, yani beautify karte hain baaton ko,</w:t>
      </w:r>
    </w:p>
    <w:p>
      <w:pPr>
        <w:jc w:val="right"/>
      </w:pPr>
      <w:r>
        <w:t>تو میں دجال کا ویٹ نہیں کر رہا ہوں کہ میں جانتا ہوں کہ دجال تو آ چکا ہے۔ آج کل جو میں پڑھتا ہوں، ایسا طریقے سے لوگ، یعنی بیوٹیفائی کرتے ہیں باتوں کو،</w:t>
      </w:r>
    </w:p>
    <w:p>
      <w:r>
        <w:rPr>
          <w:b/>
        </w:rPr>
        <w:t xml:space="preserve">[42:45] </w:t>
      </w:r>
      <w:r>
        <w:t>un truth ko truth ke andaaz mein pesh karte hain.</w:t>
      </w:r>
    </w:p>
    <w:p>
      <w:pPr>
        <w:jc w:val="right"/>
      </w:pPr>
      <w:r>
        <w:t>ان ٹروتھ کو ٹروتھ کے انداز میں پیش کرتے ہیں۔</w:t>
      </w:r>
    </w:p>
    <w:p>
      <w:r>
        <w:rPr>
          <w:b/>
        </w:rPr>
        <w:t xml:space="preserve">[42:51] </w:t>
      </w:r>
      <w:r>
        <w:t>aap rozana padhte honge paper mein, magazine mein, books mein ke kis tarah se log beautify karke aisi baaton ko kehte hain jo jis ki koi reality nahi hoti hai.</w:t>
      </w:r>
    </w:p>
    <w:p>
      <w:pPr>
        <w:jc w:val="right"/>
      </w:pPr>
      <w:r>
        <w:t>آپ روزانہ پڑھتے ہوں گے پیپر میں، میگزین میں، بکس میں کہ کس طرح سے لوگ بیوٹیفائی کر کے ایسی باتوں کو کہتے ہیں جو جس کی کوئی ریلیٹی نہیں ہوتی ہے۔</w:t>
      </w:r>
    </w:p>
    <w:p>
      <w:r>
        <w:rPr>
          <w:b/>
        </w:rPr>
        <w:t xml:space="preserve">[43:04] </w:t>
      </w:r>
      <w:r>
        <w:t>yeh yahi yahi hai dajali, yahi hai deceive karna. toh jab age aa chuka toh dajjal bhi aa chuka. ab hamein wait nahi karna hai.</w:t>
      </w:r>
    </w:p>
    <w:p>
      <w:pPr>
        <w:jc w:val="right"/>
      </w:pPr>
      <w:r>
        <w:t>یہ یہی یہی ہے دجالی، یہی ہے ڈیسیو کرنا۔ تو جب ایج آ چکا تو دجال بھی آ چکا۔ اب ہمیں ویٹ نہیں کرنا ہے۔</w:t>
      </w:r>
    </w:p>
    <w:p>
      <w:r>
        <w:rPr>
          <w:b/>
        </w:rPr>
        <w:t xml:space="preserve">[43:16] </w:t>
      </w:r>
      <w:r>
        <w:t>aise mehdi ko log wait kar rahe hain. mehdi kya</w:t>
      </w:r>
    </w:p>
    <w:p>
      <w:pPr>
        <w:jc w:val="right"/>
      </w:pPr>
      <w:r>
        <w:t>ایسے مہدی کو لوگ ویٹ کر رہے ہیں۔ مہدی کیا</w:t>
      </w:r>
    </w:p>
    <w:p>
      <w:r>
        <w:rPr>
          <w:b/>
        </w:rPr>
        <w:t xml:space="preserve">[43:19] </w:t>
      </w:r>
      <w:r>
        <w:t>hai? mehdi bhi age phenomenon hai. mehdi means guided person. mehdi ka matlab hai sare musalman jo hain, mehdi ka wait kar rahe hain.</w:t>
      </w:r>
    </w:p>
    <w:p>
      <w:pPr>
        <w:jc w:val="right"/>
      </w:pPr>
      <w:r>
        <w:t>ہے؟ مہدی بھی ایج فیناومینا ہے۔ مہدی مینز گائیڈڈ پرسن۔ مہدی کا مطلب ہے سارے مسلمان جو ہیں، مہدی کا ویٹ کر رہے ہیں۔</w:t>
      </w:r>
    </w:p>
    <w:p>
      <w:r>
        <w:rPr>
          <w:b/>
        </w:rPr>
        <w:t xml:space="preserve">[43:30] </w:t>
      </w:r>
      <w:r>
        <w:t>mehdi toh aa chuka. what is mehdi?</w:t>
      </w:r>
    </w:p>
    <w:p>
      <w:pPr>
        <w:jc w:val="right"/>
      </w:pPr>
      <w:r>
        <w:t>مہدی تو آ چکا۔ واٹ از مہدی؟</w:t>
      </w:r>
    </w:p>
    <w:p>
      <w:r>
        <w:rPr>
          <w:b/>
        </w:rPr>
        <w:t xml:space="preserve">[43:34] </w:t>
      </w:r>
      <w:r>
        <w:t>mein samajhta hoon ke mehdi ka matlab hai Islam ke, yani Islam ko.</w:t>
      </w:r>
    </w:p>
    <w:p>
      <w:pPr>
        <w:jc w:val="right"/>
      </w:pPr>
      <w:r>
        <w:t>میں سمجھتا ہوں کہ مہدی کا مطلب ہے اسلام کے، یعنی اسلام کو۔</w:t>
      </w:r>
    </w:p>
    <w:p>
      <w:r>
        <w:rPr>
          <w:b/>
        </w:rPr>
        <w:t xml:space="preserve">[43:45] </w:t>
      </w:r>
      <w:r>
        <w:t>aap jaante hain ke mein kai baar yeh baat kahi ke history jo hai, yeh divide into two parts: traditional and scientific. pichla jo, yani zamana hai, yani renaissance se pehle ka, woh traditional zamana tha.</w:t>
      </w:r>
    </w:p>
    <w:p>
      <w:pPr>
        <w:jc w:val="right"/>
      </w:pPr>
      <w:r>
        <w:t>آپ جانتے ہیں کہ میں کئی بار یہ بات کہی کہ ہسٹری جو ہے، یہ ڈیوائیڈ ان ٹو ٹو پارٹس: ٹریڈیشنل اینڈ سائنٹیفک۔ پچھلا جو، یعنی زمانہ ہے، یعنی رینیسانس سے پہلے کا، وہ ٹریڈیشنل زمانہ تھا۔</w:t>
      </w:r>
    </w:p>
    <w:p>
      <w:r>
        <w:rPr>
          <w:b/>
        </w:rPr>
        <w:t xml:space="preserve">[44:03] </w:t>
      </w:r>
      <w:r>
        <w:t>traditional zamana</w:t>
      </w:r>
    </w:p>
    <w:p>
      <w:pPr>
        <w:jc w:val="right"/>
      </w:pPr>
      <w:r>
        <w:t>ٹریڈیشنل زمانہ</w:t>
      </w:r>
    </w:p>
    <w:p>
      <w:r>
        <w:rPr>
          <w:b/>
        </w:rPr>
        <w:t xml:space="preserve">[44:04] </w:t>
      </w:r>
      <w:r>
        <w:t>. ab jo renaissance ke baad aaya hai, woh scientific zamana hai. ab cheezon ko scientific idiom mein bayan kiya jata hai.</w:t>
      </w:r>
    </w:p>
    <w:p>
      <w:pPr>
        <w:jc w:val="right"/>
      </w:pPr>
      <w:r>
        <w:t>۔ اب جو رینیسانس کے بعد آیا ہے، وہ سائنٹیفک زمانہ ہے۔ اب چیزوں کو سائنٹیفک ایڈیم میں بیان کیا جاتا ہے۔</w:t>
      </w:r>
    </w:p>
    <w:p>
      <w:r>
        <w:rPr>
          <w:b/>
        </w:rPr>
        <w:t xml:space="preserve">[44:13] </w:t>
      </w:r>
      <w:r>
        <w:t>pehle cheezon ko scientific idiom mein bayan kiya jata tha.</w:t>
      </w:r>
    </w:p>
    <w:p>
      <w:pPr>
        <w:jc w:val="right"/>
      </w:pPr>
      <w:r>
        <w:t>پہلے چیزوں کو سائنٹیفک ایڈیم میں بیان کیا جاتا تھا۔</w:t>
      </w:r>
    </w:p>
    <w:p>
      <w:r>
        <w:rPr>
          <w:b/>
        </w:rPr>
        <w:t xml:space="preserve">[44:22] </w:t>
      </w:r>
      <w:r>
        <w:t>in previous ages, people or scholars used to present things in traditional term.</w:t>
      </w:r>
    </w:p>
    <w:p>
      <w:pPr>
        <w:jc w:val="right"/>
      </w:pPr>
      <w:r>
        <w:t>ان پریویس ایجز، پیپل اور سکالرز یوز ٹو پریزنٹ تھنگز ان ٹریڈیشنل ٹرم۔</w:t>
      </w:r>
    </w:p>
    <w:p>
      <w:r>
        <w:rPr>
          <w:b/>
        </w:rPr>
        <w:t xml:space="preserve">[44:31] </w:t>
      </w:r>
      <w:r>
        <w:t>now people or scholars present things in scientific term. toh mehdi kya?</w:t>
      </w:r>
    </w:p>
    <w:p>
      <w:pPr>
        <w:jc w:val="right"/>
      </w:pPr>
      <w:r>
        <w:t>ناؤ پیپل اور سکالرز پریزنٹ تھنگز ان سائنٹیفک ٹرم۔ تو مہدی کیا ہے؟</w:t>
      </w:r>
    </w:p>
    <w:p>
      <w:r>
        <w:rPr>
          <w:b/>
        </w:rPr>
        <w:t xml:space="preserve">[44:39] </w:t>
      </w:r>
      <w:r>
        <w:t>mehdi ka matlab yahi hai ke wohi Islam, jo pehle wala Islam, us ko jo modern idiom mein discover karega, wohi mehdi hoga.</w:t>
      </w:r>
    </w:p>
    <w:p>
      <w:pPr>
        <w:jc w:val="right"/>
      </w:pPr>
      <w:r>
        <w:t>مہدی کا مطلب یہی ہے کہ وہی اسلام، جو پہلے والا اسلام، اس کو جو ماڈرن ایڈیم میں ڈسکور کرے گا، وہی مہدی ہوگا۔</w:t>
      </w:r>
    </w:p>
    <w:p>
      <w:r>
        <w:rPr>
          <w:b/>
        </w:rPr>
        <w:t xml:space="preserve">[44:52] </w:t>
      </w:r>
      <w:r>
        <w:t>in changing situation mein Islam ko rediscover karna, Islam ki relevance ko.</w:t>
      </w:r>
    </w:p>
    <w:p>
      <w:pPr>
        <w:jc w:val="right"/>
      </w:pPr>
      <w:r>
        <w:t>ان چینجنگ سچویشن میں اسلام کو ری ڈسکور کرنا، اسلام کی ریلیونس کو۔</w:t>
      </w:r>
    </w:p>
    <w:p>
      <w:r>
        <w:rPr>
          <w:b/>
        </w:rPr>
        <w:t xml:space="preserve">[45:00] </w:t>
      </w:r>
      <w:r>
        <w:t>aap jaante hain ke is zamane mein aap aise log bohat milenge, aap ko jo samajhte hain ke Islam has no relevance in modern age. there are millions, millions people they think like this: Islam has lost its relevance in modern age.</w:t>
      </w:r>
    </w:p>
    <w:p>
      <w:pPr>
        <w:jc w:val="right"/>
      </w:pPr>
      <w:r>
        <w:t>آپ جانتے ہیں کہ اس زمانے میں آپ ایسے لوگ بہت ملیں گے، آپ کو جو سمجھتے ہیں کہ اسلام ہیز نو ریلیونس ان ماڈرن ایج۔ دیر آر ملینز، ملینز پیپل دے تھنک لائک دس: اسلام ہیز لاسٹ اٹس ریلیونس ان ماڈرن ایج۔</w:t>
      </w:r>
    </w:p>
    <w:p>
      <w:r>
        <w:rPr>
          <w:b/>
        </w:rPr>
        <w:t xml:space="preserve">[45:17] </w:t>
      </w:r>
      <w:r>
        <w:t>toh yeh aise zamane mein jab ke apparently, yani Islam apna relevance kho chuka hai, us waqt Islam ki relevance ko rediscover karna, yeh modern age mein</w:t>
      </w:r>
    </w:p>
    <w:p>
      <w:pPr>
        <w:jc w:val="right"/>
      </w:pPr>
      <w:r>
        <w:t>تو یہ ایسے زمانے میں جب کہ اپرینٹلی، یعنی اسلام اپنا ریلیونس کھو چکا ہے، اس وقت اسلام کی ریلیونس کو ری ڈسکور کرنا، یہ ماڈرن ایج میں</w:t>
      </w:r>
    </w:p>
    <w:p>
      <w:r>
        <w:rPr>
          <w:b/>
        </w:rPr>
        <w:t xml:space="preserve">[45:30] </w:t>
      </w:r>
      <w:r>
        <w:t>, wohi hai mehdi. mehdi koi anokha phenomenon, koi mysterious phenomenon nahi hai. mehdi is not a mysterious term, no.</w:t>
      </w:r>
    </w:p>
    <w:p>
      <w:pPr>
        <w:jc w:val="right"/>
      </w:pPr>
      <w:r>
        <w:t>، وہی ہے مہدی۔ مہدی کوئی انوکھا فیناومینا، کوئی مسٹیریس فیناومینا نہیں ہے۔ مہدی از ناٹ اے مسٹیریس ٹرم، نو۔</w:t>
      </w:r>
    </w:p>
    <w:p>
      <w:r>
        <w:rPr>
          <w:b/>
        </w:rPr>
        <w:t xml:space="preserve">[45:43] </w:t>
      </w:r>
      <w:r>
        <w:t>bilkul well known aur simple term hai. yeh one ho discoverz da relevence of Islam in scientific age, he is a Mehdi.</w:t>
      </w:r>
    </w:p>
    <w:p>
      <w:pPr>
        <w:jc w:val="right"/>
      </w:pPr>
      <w:r>
        <w:t>بالکل ویل نون اور سمپل ٹرم ہے۔ یہ ون ہو ڈسکورز دا ریلیونس اف اسلام ان سائنٹیفک ایج، ہی از ا مہدی۔</w:t>
      </w:r>
    </w:p>
    <w:p>
      <w:r>
        <w:rPr>
          <w:b/>
        </w:rPr>
        <w:t xml:space="preserve">[45:56] </w:t>
      </w:r>
      <w:r>
        <w:t>Mehdi means guided person. guided person.</w:t>
      </w:r>
    </w:p>
    <w:p>
      <w:pPr>
        <w:jc w:val="right"/>
      </w:pPr>
      <w:r>
        <w:t>مہدی مینز گائیڈڈ پرسن۔ گائیڈڈ پرسن۔</w:t>
      </w:r>
    </w:p>
    <w:p>
      <w:r>
        <w:rPr>
          <w:b/>
        </w:rPr>
        <w:t xml:space="preserve">[46:03] </w:t>
      </w:r>
      <w:r>
        <w:t>to jab tak aap,</w:t>
      </w:r>
    </w:p>
    <w:p>
      <w:pPr>
        <w:jc w:val="right"/>
      </w:pPr>
      <w:r>
        <w:t>تو جب تک آپ،</w:t>
      </w:r>
    </w:p>
    <w:p>
      <w:r>
        <w:rPr>
          <w:b/>
        </w:rPr>
        <w:t xml:space="preserve">[46:07] </w:t>
      </w:r>
      <w:r>
        <w:t>jab tak aap is ko redefine karna na seekhein, tab tak aap baat ko samajh nahi sakte. you have to know the art of redefining things,</w:t>
      </w:r>
    </w:p>
    <w:p>
      <w:pPr>
        <w:jc w:val="right"/>
      </w:pPr>
      <w:r>
        <w:t>جب تک آپ اس کو ری ڈیفائن کرنا نہ سیکھیں، تب تک آپ بات کو سمجھ نہیں سکتے۔ یو ہیو ٹو نو دا آرٹ اف ری ڈیفائننگ تھنگز،</w:t>
      </w:r>
    </w:p>
    <w:p>
      <w:r>
        <w:rPr>
          <w:b/>
        </w:rPr>
        <w:t xml:space="preserve">[46:21] </w:t>
      </w:r>
      <w:r>
        <w:t>then you can understand its relevance in modern age.</w:t>
      </w:r>
    </w:p>
    <w:p>
      <w:pPr>
        <w:jc w:val="right"/>
      </w:pPr>
      <w:r>
        <w:t>دین یو کین انڈرسٹینڈ اٹس ریلیونس ان ماڈرن ایج۔</w:t>
      </w:r>
    </w:p>
    <w:p>
      <w:r>
        <w:rPr>
          <w:b/>
        </w:rPr>
        <w:t xml:space="preserve">[46:27] </w:t>
      </w:r>
      <w:r>
        <w:t>to sara masla sirf yeh hai ke ek aisa zamana aa chuka hai ya aanay wala tha, jis ko Rasool Allah sal Allah alaihi wasallam ko bata diya tha Allah Ta'ala ne.</w:t>
      </w:r>
    </w:p>
    <w:p>
      <w:pPr>
        <w:jc w:val="right"/>
      </w:pPr>
      <w:r>
        <w:t>تو سارا مسئلہ صرف یہ ہے کہ ایک ایسا زمانہ آ چکا ہے یا آنے والا تھا، جس کو رسول اللہ صلی اللہ علیہ وسلم کو بتا دیا تھا اللہ تعالی نے۔</w:t>
      </w:r>
    </w:p>
    <w:p>
      <w:r>
        <w:rPr>
          <w:b/>
        </w:rPr>
        <w:t xml:space="preserve">[46:37] </w:t>
      </w:r>
      <w:r>
        <w:t>jab ke Islam apni relevance kho dega, jo relevance is ka traditional period mein dikhai parta tha. to baat ko ek aisa zamana aaye ga, scientific zamana, jab ke apparently Islam apna relevance kho dega.</w:t>
      </w:r>
    </w:p>
    <w:p>
      <w:pPr>
        <w:jc w:val="right"/>
      </w:pPr>
      <w:r>
        <w:t>جب کہ اسلام اپنی ریلیونس کھو دے گا، جو ریلیونس اس کا ٹریڈیشنل پیریڈ میں دکھائی پڑتا تھا۔ تو بات کو ایک ایسا زمانہ آئے گا، سائنٹیفک زمانہ، جب کہ اپرینٹلی اسلام اپنا ریلیونس کھو دے گا۔</w:t>
      </w:r>
    </w:p>
    <w:p>
      <w:r>
        <w:rPr>
          <w:b/>
        </w:rPr>
        <w:t xml:space="preserve">[46:56] </w:t>
      </w:r>
      <w:r>
        <w:t>do log kahein ge Islam pehle ki cheez hai, ab ab ab is ka koi relevance nahi hai. is zamane mein Khuda aisa insan paida kare ga jo Islam ke relevance ko rediscover kare ga.</w:t>
      </w:r>
    </w:p>
    <w:p>
      <w:pPr>
        <w:jc w:val="right"/>
      </w:pPr>
      <w:r>
        <w:t>دو لوگ کہیں گے اسلام پہلے کی چیز ہے، اب اب اب اس کا کوئی ریلیونس نہیں ہے۔ اس زمانے میں خدا ایسا انسان پیدا کرے گا جو اسلام کے ریلیونس کو ری ڈسکور کرے گا۔</w:t>
      </w:r>
    </w:p>
    <w:p>
      <w:r>
        <w:rPr>
          <w:b/>
        </w:rPr>
        <w:t xml:space="preserve">[47:10] </w:t>
      </w:r>
      <w:r>
        <w:t>ab wohi Mehdi hoga. Mehdi is not a strange phenomena, is a very well known phenomena.</w:t>
      </w:r>
    </w:p>
    <w:p>
      <w:pPr>
        <w:jc w:val="right"/>
      </w:pPr>
      <w:r>
        <w:t>اب وہی مہدی ہوگا۔ مہدی از ناٹ اے سٹرینج فیناومینا، از اے ویری ویل نون فیناومینا۔</w:t>
      </w:r>
    </w:p>
    <w:p>
      <w:r>
        <w:rPr>
          <w:b/>
        </w:rPr>
        <w:t xml:space="preserve">[47:25] </w:t>
      </w:r>
      <w:r>
        <w:t>to sari baatein logon ko aisa, yani is ka is zamane mein Islam ki ki baaton ne apna importance kho diya hai.</w:t>
      </w:r>
    </w:p>
    <w:p>
      <w:pPr>
        <w:jc w:val="right"/>
      </w:pPr>
      <w:r>
        <w:t>تو ساری باتیں لوگوں کو ایسا، یعنی اس کا اس زمانے میں اسلام کی کی باتوں نے اپنا امپورٹنس کھو دیا ہے۔</w:t>
      </w:r>
    </w:p>
    <w:p>
      <w:r>
        <w:rPr>
          <w:b/>
        </w:rPr>
        <w:t xml:space="preserve">[47:34] </w:t>
      </w:r>
      <w:r>
        <w:t>importance yahan se le ke aaya America tak. maine dekha ke log Islam ko samajhte hain ke aisi koi cheez hai.</w:t>
      </w:r>
    </w:p>
    <w:p>
      <w:pPr>
        <w:jc w:val="right"/>
      </w:pPr>
      <w:r>
        <w:t>امپورٹنس یہاں سے لے کے آیا امریکہ تک۔ میں نے دیکھا کہ لوگ اسلام کو سمجھتے ہیں کہ ایسی کوئی چیز ہے۔</w:t>
      </w:r>
    </w:p>
    <w:p>
      <w:r>
        <w:rPr>
          <w:b/>
        </w:rPr>
        <w:t xml:space="preserve">[47:44] </w:t>
      </w:r>
      <w:r>
        <w:t>aise hi dekhiye, main aap ko ek aur example deta hoon. ek kitaab chhapi hai: the preaching of Islam.</w:t>
      </w:r>
    </w:p>
    <w:p>
      <w:pPr>
        <w:jc w:val="right"/>
      </w:pPr>
      <w:r>
        <w:t>ایسے ہی دیکھیے، میں آپ کو ایک اور ایگزامپل دیتا ہوں۔ ایک کتاب چھپی ہے: دا پریچنگ اف اسلام۔</w:t>
      </w:r>
    </w:p>
    <w:p>
      <w:r>
        <w:rPr>
          <w:b/>
        </w:rPr>
        <w:t xml:space="preserve">[47:55] </w:t>
      </w:r>
      <w:r>
        <w:t>woh moti si kitaab hai, the preaching of Islam. is ka author hai T.W. Arnold. he was a British professor.</w:t>
      </w:r>
    </w:p>
    <w:p>
      <w:pPr>
        <w:jc w:val="right"/>
      </w:pPr>
      <w:r>
        <w:t>وہ موٹی سی کتاب ہے، دا پریچنگ اف اسلام۔ اس کا آتھر ہے ٹی ڈبلیو آرڈل۔ ہی واز ا برٹش پروفیسر۔</w:t>
      </w:r>
    </w:p>
    <w:p>
      <w:r>
        <w:rPr>
          <w:b/>
        </w:rPr>
        <w:t xml:space="preserve">[48:04] </w:t>
      </w:r>
      <w:r>
        <w:t>this book was published in 1896.</w:t>
      </w:r>
    </w:p>
    <w:p>
      <w:pPr>
        <w:jc w:val="right"/>
      </w:pPr>
      <w:r>
        <w:t>دس بک واز پبلش ان 1896۔</w:t>
      </w:r>
    </w:p>
    <w:p>
      <w:r>
        <w:rPr>
          <w:b/>
        </w:rPr>
        <w:t xml:space="preserve">[48:09] </w:t>
      </w:r>
      <w:r>
        <w:t>the preaching of Islam. the author of this book was T.W. Arnold, and this book was published in 1896.</w:t>
      </w:r>
    </w:p>
    <w:p>
      <w:pPr>
        <w:jc w:val="right"/>
      </w:pPr>
      <w:r>
        <w:t>دا پریچنگ اف اسلام۔ دا آتھر اف دس بک واز ٹی ڈبلیو آرڈل، اینڈ دس بک واز پبلش ان 1896۔</w:t>
      </w:r>
    </w:p>
    <w:p>
      <w:r>
        <w:rPr>
          <w:b/>
        </w:rPr>
        <w:t xml:space="preserve">[48:20] </w:t>
      </w:r>
      <w:r>
        <w:t>the preaching of Islam.</w:t>
      </w:r>
    </w:p>
    <w:p>
      <w:pPr>
        <w:jc w:val="right"/>
      </w:pPr>
      <w:r>
        <w:t>دا پریچنگ اف اسلام۔</w:t>
      </w:r>
    </w:p>
    <w:p>
      <w:r>
        <w:rPr>
          <w:b/>
        </w:rPr>
        <w:t xml:space="preserve">[48:22] </w:t>
      </w:r>
      <w:r>
        <w:t>yeh Islam ki poori history mein dawah kaise phaili, is ki is ka ek historical ek survey hai.</w:t>
      </w:r>
    </w:p>
    <w:p>
      <w:pPr>
        <w:jc w:val="right"/>
      </w:pPr>
      <w:r>
        <w:t>یہ اسلام کی پوری ہسٹری میں دعوت کیسے پھیلی، اس کی اس کا ایک ہسٹوریکل ایک سروے ہے۔</w:t>
      </w:r>
    </w:p>
    <w:p>
      <w:r>
        <w:rPr>
          <w:b/>
        </w:rPr>
        <w:t xml:space="preserve">[48:34] </w:t>
      </w:r>
      <w:r>
        <w:t>yeh kitaab aisi kitaab kisi Muslim scholar ne nahi likhi. Islam ki dawah history, yeh Islam ki dawah history hai, kisi ek Musalman ne nahi likhi.</w:t>
      </w:r>
    </w:p>
    <w:p>
      <w:pPr>
        <w:jc w:val="right"/>
      </w:pPr>
      <w:r>
        <w:t>یہ کتاب ایسی کتاب کسی مسلم اسکالر نے نہیں لکھی۔ اسلام کی دعویٰ ہسٹری، یہ اسلام کی دعویٰ ہسٹری ہے، کسی ایک مسلمان نے نہیں لکھی۔</w:t>
      </w:r>
    </w:p>
    <w:p>
      <w:r>
        <w:rPr>
          <w:b/>
        </w:rPr>
        <w:t xml:space="preserve">[48:48] </w:t>
      </w:r>
      <w:r>
        <w:t>kyun?</w:t>
      </w:r>
    </w:p>
    <w:p>
      <w:pPr>
        <w:jc w:val="right"/>
      </w:pPr>
      <w:r>
        <w:t>کیوں؟</w:t>
      </w:r>
    </w:p>
    <w:p>
      <w:r>
        <w:rPr>
          <w:b/>
        </w:rPr>
        <w:t xml:space="preserve">[48:52] </w:t>
      </w:r>
      <w:r>
        <w:t>Musalman scholars jo thay, woh Islam ko in terms of jihad batate rahe. in terms of jihad, in terms of peace, kabhi koi Muslim scholar paida hi nahi hua is se pehle jo Islam ko in terms of peace soche.</w:t>
      </w:r>
    </w:p>
    <w:p>
      <w:pPr>
        <w:jc w:val="right"/>
      </w:pPr>
      <w:r>
        <w:t>مسلمان اسکالرز جو تھے، وہ اسلام کو ان ٹرم اف جہاد بتاتے رہے۔ ان ٹرم اف جہاد، ان ٹرم اف پیس، کبھی کوئی مسلم اسکالر پیدا ہی نہیں ہوا اس سے پہلے جو اسلام کو ان ٹرم اف پیس سوچے۔</w:t>
      </w:r>
    </w:p>
    <w:p>
      <w:r>
        <w:rPr>
          <w:b/>
        </w:rPr>
        <w:t xml:space="preserve">[49:08] </w:t>
      </w:r>
      <w:r>
        <w:t>Arnold Toynbee ne yeh nahi, T.W. Arnold ne Islam ko in terms of peace socha.</w:t>
      </w:r>
    </w:p>
    <w:p>
      <w:pPr>
        <w:jc w:val="right"/>
      </w:pPr>
      <w:r>
        <w:t>آنر ٹائن بی نے یہ نہیں، ٹی ڈبلیو آرڈل نے اسلام کو ان ٹرم اف پیس سوچا۔</w:t>
      </w:r>
    </w:p>
    <w:p>
      <w:r>
        <w:rPr>
          <w:b/>
        </w:rPr>
        <w:t xml:space="preserve">[49:15] </w:t>
      </w:r>
      <w:r>
        <w:t>to is ko dikhai diya ke Islam has a great history of peaceful. peaceful dawah poori Islamic history mein, Rasool Allah se le kar ab tak, Islam jo phaila hai, to batata hai woh ke peaceful tareeqe se phaila.</w:t>
      </w:r>
    </w:p>
    <w:p>
      <w:pPr>
        <w:jc w:val="right"/>
      </w:pPr>
      <w:r>
        <w:t>تو اس کو دکھائی دیا کہ اسلام ہیز ا گریٹ ہسٹری اف پیس فل۔ پیس فل دعویٰ پوری اسلامک ہسٹری میں، رسول اللہ سے لے کر اب تک، اسلام جو پھیلا ہے، تو بتاتا ہے وہ کہ پیس فل طریقے سے پھیلا۔</w:t>
      </w:r>
    </w:p>
    <w:p>
      <w:r>
        <w:rPr>
          <w:b/>
        </w:rPr>
        <w:t xml:space="preserve">[49:31] </w:t>
      </w:r>
      <w:r>
        <w:t>through peaceful method, yeh hai the preaching of Islam. ab aaj ka insan is kitaab ko bohat important deta hai kyun ke Muslim scholars ne jo kiya tha, woh yeh kiya tha</w:t>
      </w:r>
    </w:p>
    <w:p>
      <w:pPr>
        <w:jc w:val="right"/>
      </w:pPr>
      <w:r>
        <w:t>تھرو پیس فل میتھڈ، یہ ہے دا پریچنگ اف اسلام۔ اب آج کا انسان اس کتاب کو بہت امپورٹنٹ دیتا ہے کیونکہ مسلم اسکالرز نے جو کیا تھا، وہ یہ کیا تھا</w:t>
      </w:r>
    </w:p>
    <w:p>
      <w:r>
        <w:rPr>
          <w:b/>
        </w:rPr>
        <w:t xml:space="preserve">[49:45] </w:t>
      </w:r>
      <w:r>
        <w:t>ke Islam ki history ko in terms of jihad unhone bandh diya tha. in terms of jihad, in terms of, aur history dikhaya in terms of peace.</w:t>
      </w:r>
    </w:p>
    <w:p>
      <w:pPr>
        <w:jc w:val="right"/>
      </w:pPr>
      <w:r>
        <w:t>کہ اسلام کی ہسٹری کو ان ٹرم اف جہاد انہوں نے بین کیا تھا۔ ان ٹرم اف جہاد، ان ٹرم اف، اور ہسٹری دکھایا ان ٹرم اف پیس۔</w:t>
      </w:r>
    </w:p>
    <w:p>
      <w:r>
        <w:rPr>
          <w:b/>
        </w:rPr>
        <w:t xml:space="preserve">[49:57] </w:t>
      </w:r>
      <w:r>
        <w:t>to poori history mein Islam bas jihad karta hua dikhai deta hai, talwar chalata hua dikhai deta hai.</w:t>
      </w:r>
    </w:p>
    <w:p>
      <w:pPr>
        <w:jc w:val="right"/>
      </w:pPr>
      <w:r>
        <w:t>تو پوری ہسٹری میں اسلام بس جہاد کرتا ہوا دکھائی دیتا ہے، تلوار چلاتا ہوا دکھائی دیتا ہے۔</w:t>
      </w:r>
    </w:p>
    <w:p>
      <w:r>
        <w:rPr>
          <w:b/>
        </w:rPr>
        <w:t xml:space="preserve">[50:04] </w:t>
      </w:r>
      <w:r>
        <w:t>lekin is kitaab mein aap dekhiye to islam as a peaceful method history mein safar kar raha hai aur peace ke, yani power of peace se logon ko capture kar raha hai,</w:t>
      </w:r>
    </w:p>
    <w:p>
      <w:pPr>
        <w:jc w:val="right"/>
      </w:pPr>
      <w:r>
        <w:t>لیکن اس کتاب میں آپ دیکھیے تو اسلام ایز اے پیس فل میتھڈ ہسٹری میں سفر کر رہا ہے اور پیس کے، یعنی پاور اف پیس سے لوگوں کو کیپچر کر رہا ہے،</w:t>
      </w:r>
    </w:p>
    <w:p>
      <w:r>
        <w:rPr>
          <w:b/>
        </w:rPr>
        <w:t xml:space="preserve">[50:19] </w:t>
      </w:r>
      <w:r>
        <w:t>yani intellectual power, peaceful method. ab kitna bada yeh, kitni badi baat hai jo yeh hidden padi hui thi</w:t>
      </w:r>
    </w:p>
    <w:p>
      <w:pPr>
        <w:jc w:val="right"/>
      </w:pPr>
      <w:r>
        <w:t>یعنی انٹلیکچول پاور، پیس فل میتھڈ۔ اب کتنا بڑا یہ، کتنی بڑی بات ہے جو یہ ہڈن پڑی ہوئی تھی</w:t>
      </w:r>
    </w:p>
    <w:p>
      <w:r>
        <w:rPr>
          <w:b/>
        </w:rPr>
        <w:t xml:space="preserve">[50:31] </w:t>
      </w:r>
      <w:r>
        <w:t>kyunki log sochte the islam ke bare mein in terms of jihad. people used to, yani islamic scholars used to think about islam in terms of jihad.</w:t>
      </w:r>
    </w:p>
    <w:p>
      <w:pPr>
        <w:jc w:val="right"/>
      </w:pPr>
      <w:r>
        <w:t>کیونکہ لوگ سوچتے تھے اسلام کے بارے میں ان ٹرم اف جہاد۔ پیپل یوز ٹو، یعنی اسلامک اسکالرز یوز ٹو تھنک اباؤٹ اسلام ان ٹرم اف جہاد۔</w:t>
      </w:r>
    </w:p>
    <w:p>
      <w:r>
        <w:rPr>
          <w:b/>
        </w:rPr>
        <w:t xml:space="preserve">[50:45] </w:t>
      </w:r>
      <w:r>
        <w:t>so they were blind to underst, to discover this this aspect. lekin jab islam ko in terms of peace socha gaya to itni badi kitaab ban gayi, the preaching of islam,</w:t>
      </w:r>
    </w:p>
    <w:p>
      <w:pPr>
        <w:jc w:val="right"/>
      </w:pPr>
      <w:r>
        <w:t>سو دے وار بلائنڈ ٹو انڈرسٹ، ٹو ڈسکور دس دس ایسپیکٹ۔ لیکن جب اسلام کو ان ٹرم اف پیس سوچا گیا تو اتنی بڑی کتاب بن گئی، دا پریچنگ اف اسلام،</w:t>
      </w:r>
    </w:p>
    <w:p>
      <w:r>
        <w:rPr>
          <w:b/>
        </w:rPr>
        <w:t xml:space="preserve">[50:59] </w:t>
      </w:r>
      <w:r>
        <w:t>jis ne establish kiya pehli baar history mein ke islam peace se phaila hai, peaceful method se phaila hai,</w:t>
      </w:r>
    </w:p>
    <w:p>
      <w:pPr>
        <w:jc w:val="right"/>
      </w:pPr>
      <w:r>
        <w:t>جس نے اسٹیبلش کیا پہلی بار ہسٹری میں کہ اسلام پیس سے پھیلا ہے، پیس فل میتھڈ سے پھیلا ہے،</w:t>
      </w:r>
    </w:p>
    <w:p>
      <w:r>
        <w:rPr>
          <w:b/>
        </w:rPr>
        <w:t xml:space="preserve">[51:10] </w:t>
      </w:r>
      <w:r>
        <w:t>sword se nahi phaila.</w:t>
      </w:r>
    </w:p>
    <w:p>
      <w:pPr>
        <w:jc w:val="right"/>
      </w:pPr>
      <w:r>
        <w:t>سورڈ سے نہیں پھیلا۔</w:t>
      </w:r>
    </w:p>
    <w:p>
      <w:r>
        <w:rPr>
          <w:b/>
        </w:rPr>
        <w:t xml:space="preserve">[51:14] </w:t>
      </w:r>
      <w:r>
        <w:t>so islam, spirit of islam, was not due to sword, but due to peaceful method, peaceful preachings. to kitni badi baat hai, aap sochiye.</w:t>
      </w:r>
    </w:p>
    <w:p>
      <w:pPr>
        <w:jc w:val="right"/>
      </w:pPr>
      <w:r>
        <w:t>سو اسلام، سپرٹ اف اسلام، واز ناٹ ڈیو ٹو سورڈ، بٹ ڈیو ٹو پیس فل میتھڈ، پیس فل پریچنگز۔ تو کتنی بڑی بات ہے، آپ سوچیے۔</w:t>
      </w:r>
    </w:p>
    <w:p>
      <w:r>
        <w:rPr>
          <w:b/>
        </w:rPr>
        <w:t xml:space="preserve">[51:29] </w:t>
      </w:r>
      <w:r>
        <w:t>to main ne jo kaha tha ke it is not, it is not question of modernizing islam, it is question of explaining islam in modern, in modern terms.</w:t>
      </w:r>
    </w:p>
    <w:p>
      <w:pPr>
        <w:jc w:val="right"/>
      </w:pPr>
      <w:r>
        <w:t>تو میں نے جو کہا تھا کہ اٹ از ناٹ، اٹ از ناٹ کوئسچن اف ماڈرنائزنگ اسلام، اٹ از کوئسچن اف ایکسپلیننگ اسلام ان ماڈرن، ان ماڈرن ٹرم۔</w:t>
      </w:r>
    </w:p>
    <w:p>
      <w:r>
        <w:rPr>
          <w:b/>
        </w:rPr>
        <w:t xml:space="preserve">[51:43] </w:t>
      </w:r>
      <w:r>
        <w:t>isi islam ko, same islam ko modern terms mein ban ki jiye to insaan samjhega, insaan is ki importance ko manega, is ki relevance ko samajh payega.</w:t>
      </w:r>
    </w:p>
    <w:p>
      <w:pPr>
        <w:jc w:val="right"/>
      </w:pPr>
      <w:r>
        <w:t>اسی اسلام کو، سیم اسلام کو ماڈرن ٹرم میں بین کیجئے تو انسان سمجھے گا، انسان اس کی امپورٹنس کو مانے گا، اس کی ریلیونس کو سمجھ پائے گا۔</w:t>
      </w:r>
    </w:p>
    <w:p>
      <w:r>
        <w:rPr>
          <w:b/>
        </w:rPr>
        <w:t xml:space="preserve">[51:56] </w:t>
      </w:r>
      <w:r>
        <w:t>yeh kitaab yahan se bhi chapi hai,</w:t>
      </w:r>
    </w:p>
    <w:p>
      <w:pPr>
        <w:jc w:val="right"/>
      </w:pPr>
      <w:r>
        <w:t>یہ کتاب یہاں سے بھی چھپی ہے،</w:t>
      </w:r>
    </w:p>
    <w:p>
      <w:r>
        <w:rPr>
          <w:b/>
        </w:rPr>
        <w:t xml:space="preserve">[51:58] </w:t>
      </w:r>
      <w:r>
        <w:t>good words se bhi aap is ko padh sakte hain, the preaching of islam. is ka ab title jo naya title hai, the spirit of islam, aap is ko padh sakte hain.</w:t>
      </w:r>
    </w:p>
    <w:p>
      <w:pPr>
        <w:jc w:val="right"/>
      </w:pPr>
      <w:r>
        <w:t>گڈ ورڈز سے بھی آپ اس کو پڑھ سکتے ہیں، دا پریچنگ اف اسلام۔ اس کا اب ٹائٹل جو نیا ٹائٹل ہے، دا سپرٹ اف اسلام، آپ اس کو پڑھ سکتے ہیں۔</w:t>
      </w:r>
    </w:p>
    <w:p>
      <w:r>
        <w:rPr>
          <w:b/>
        </w:rPr>
        <w:t xml:space="preserve">[52:10] </w:t>
      </w:r>
      <w:r>
        <w:t>aise hi dekhiye, ek hadith hai, yeh hadith yeh logon ko mystery maloom hoti hai, mystery ke rasool Allah ne farmaya ke ek zamane mein islam ka kalma har ghar mein dakhil ho jayega,</w:t>
      </w:r>
    </w:p>
    <w:p>
      <w:pPr>
        <w:jc w:val="right"/>
      </w:pPr>
      <w:r>
        <w:t>ایسے ہی دیکھیے، ایک حدیث ہے، یہ حدیث یہ لوگوں کو مسٹری معلوم ہوتی ہے، مسٹری کہ رسول اللہ نے فرمایا کہ ایک زمانے میں اسلام کا کلمہ ہر گھر میں داخل ہو جائے گا،</w:t>
      </w:r>
    </w:p>
    <w:p>
      <w:r>
        <w:rPr>
          <w:b/>
        </w:rPr>
        <w:t xml:space="preserve">[52:29] </w:t>
      </w:r>
      <w:r>
        <w:t>har ghar mein, in every home, bigger smaller.</w:t>
      </w:r>
    </w:p>
    <w:p>
      <w:pPr>
        <w:jc w:val="right"/>
      </w:pPr>
      <w:r>
        <w:t>ہر گھر میں، ان ایوری ہوم، بگر اسمال۔</w:t>
      </w:r>
    </w:p>
    <w:p>
      <w:r>
        <w:rPr>
          <w:b/>
        </w:rPr>
        <w:t xml:space="preserve">[52:38] </w:t>
      </w:r>
      <w:r>
        <w:t>the word of islam will enter in every home, bigger smaller. to yeh ek, abhi tak yeh clear nahi hai hamari kitabon mein kyun log is ko bhi in terms of mystery liye hue hain.</w:t>
      </w:r>
    </w:p>
    <w:p>
      <w:pPr>
        <w:jc w:val="right"/>
      </w:pPr>
      <w:r>
        <w:t>دا ورڈ اف اسلام ول انٹر ان ایوری ہوم، بگر اسمال۔ تو یہ ایک، ابھی تک یہ کلیئر نہیں ہے ہماری کتابوں میں کیوں لوگ اس کو بھی ان ٹرم اف مسٹری لیا ہوئے ہیں۔</w:t>
      </w:r>
    </w:p>
    <w:p>
      <w:r>
        <w:rPr>
          <w:b/>
        </w:rPr>
        <w:t xml:space="preserve">[52:53] </w:t>
      </w:r>
      <w:r>
        <w:t>koi mysterious tareeqe se dakhil ho jayega,</w:t>
      </w:r>
    </w:p>
    <w:p>
      <w:pPr>
        <w:jc w:val="right"/>
      </w:pPr>
      <w:r>
        <w:t>کوئی مسٹیریس طریقے سے داخل ہو جائے گا،</w:t>
      </w:r>
    </w:p>
    <w:p>
      <w:r>
        <w:rPr>
          <w:b/>
        </w:rPr>
        <w:t xml:space="preserve">[52:58] </w:t>
      </w:r>
      <w:r>
        <w:t>woh samajhte hain ke. ke jab rasool Allah ne kaha hai to aisa hoga, but it happens in some mysterious way. to aaj ka insaan jo hai, is baat ko samajh lijiye ke modern mind kisi bhi cheez ko rational,</w:t>
      </w:r>
    </w:p>
    <w:p>
      <w:pPr>
        <w:jc w:val="right"/>
      </w:pPr>
      <w:r>
        <w:t>وہ سمجھتے ہیں کہ۔ کہ جب رسول اللہ نے کہا ہے تو ایسا ہوگا، بٹ اٹ ہیپنز ان سم مسٹیریس وے۔ تو آج کا انسان جو ہے، اس بات کو سمجھ لیجئے کہ ماڈرن مائنڈ کسی بھی چیز کو ریشنل،</w:t>
      </w:r>
    </w:p>
    <w:p>
      <w:r>
        <w:rPr>
          <w:b/>
        </w:rPr>
        <w:t xml:space="preserve">[53:21] </w:t>
      </w:r>
      <w:r>
        <w:t>yani rational way mein samajh pata hai, mysterious way, mysterious way mein samajh nahi pata.</w:t>
      </w:r>
    </w:p>
    <w:p>
      <w:pPr>
        <w:jc w:val="right"/>
      </w:pPr>
      <w:r>
        <w:t>یعنی ریشنل وے میں سمجھ پاتا ہے، مسٹیریس وے، مسٹیریس وے میں سمجھ نہیں پاتا۔</w:t>
      </w:r>
    </w:p>
    <w:p>
      <w:r>
        <w:rPr>
          <w:b/>
        </w:rPr>
        <w:t xml:space="preserve">[53:30] </w:t>
      </w:r>
      <w:r>
        <w:t>if you present anything in rational way, then modern mind can not understand it, but if you present things in mysterious way, then modern mind, modern mind can not understand it.</w:t>
      </w:r>
    </w:p>
    <w:p>
      <w:pPr>
        <w:jc w:val="right"/>
      </w:pPr>
      <w:r>
        <w:t>اف یو پریزنٹ اینی تھنگ ان ریشنل وے، دین ماڈرن مائنڈ کین ناٹ انڈرسٹینڈ اٹ، بٹ اف یو پریزنٹ تھنگز ان مسٹیریس وے، دین ماڈرن مائنڈ، ماڈرن مائنڈ کین ناٹ انڈرسٹینڈ اٹ۔</w:t>
      </w:r>
    </w:p>
    <w:p>
      <w:r>
        <w:rPr>
          <w:b/>
        </w:rPr>
        <w:t xml:space="preserve">[53:48] </w:t>
      </w:r>
      <w:r>
        <w:t>to yeh jo hadith hai ke islam ka kalma sare ghar mein dakhil ho jayega, generally muslim scholars ko lete hain islami hukumat ke sense mein.</w:t>
      </w:r>
    </w:p>
    <w:p>
      <w:pPr>
        <w:jc w:val="right"/>
      </w:pPr>
      <w:r>
        <w:t>تو یہ جو حدیث ہے کہ اسلام کا کلمہ سارے گھر میں داخل ہو جائے گا، جنرلی مسلم اسکالرز کو لیتے ہیں اسلامی حکومت کے سینس میں۔</w:t>
      </w:r>
    </w:p>
    <w:p>
      <w:r>
        <w:rPr>
          <w:b/>
        </w:rPr>
        <w:t xml:space="preserve">[54:00] </w:t>
      </w:r>
      <w:r>
        <w:t>islami hukumat, sari duniya mein islam ki hukumat ban jayegi. this is absurd, absurd. dekhiye, jo wording hai woh hukumat ki nahi hai,</w:t>
      </w:r>
    </w:p>
    <w:p>
      <w:pPr>
        <w:jc w:val="right"/>
      </w:pPr>
      <w:r>
        <w:t>اسلامی حکومت، ساری دنیا میں اسلام کی حکومت بن جائے گی۔ دس از ایبسڈ، ایبسڈ۔ دیکھیے، جو ورڈنگ ہے وہ حکومت کی نہیں ہے،</w:t>
      </w:r>
    </w:p>
    <w:p>
      <w:r>
        <w:rPr>
          <w:b/>
        </w:rPr>
        <w:t xml:space="preserve">[54:14] </w:t>
      </w:r>
      <w:r>
        <w:t>wording hai islam ka kalma dakhil ho jayega har ghar mein, word of, word of islam har ghar mein pahunch jayega.</w:t>
      </w:r>
    </w:p>
    <w:p>
      <w:pPr>
        <w:jc w:val="right"/>
      </w:pPr>
      <w:r>
        <w:t>ورڈنگ ہے اسلام کا کلمہ داخل ہو جائے گا ہر گھر میں، ورڈ اف، ورڈ اف اسلام ہر گھر میں پہنچ جائے گا۔</w:t>
      </w:r>
    </w:p>
    <w:p>
      <w:r>
        <w:rPr>
          <w:b/>
        </w:rPr>
        <w:t xml:space="preserve">[54:25] </w:t>
      </w:r>
      <w:r>
        <w:t>lekin un ki samajh mein aata nahi hai, is liye hukumat le lete hain is ko ke sari duniya mein islam ki hukumat ban jayegi. this is absurd, completely absurd.</w:t>
      </w:r>
    </w:p>
    <w:p>
      <w:pPr>
        <w:jc w:val="right"/>
      </w:pPr>
      <w:r>
        <w:t>لیکن ان کی سمجھ میں آتا نہیں ہے، اس لیے حکومت لے لیتے ہیں اس کو کہ ساری دنیا میں اسلام کی حکومت بن جائے گی۔ دس از ایبسڈ، کمپلیٹلی ایبسڈ۔</w:t>
      </w:r>
    </w:p>
    <w:p>
      <w:r>
        <w:rPr>
          <w:b/>
        </w:rPr>
        <w:t xml:space="preserve">[54:36] </w:t>
      </w:r>
      <w:r>
        <w:t>ab aap dekhiye ke yeh yeh bhi age, age, age ka phenomena hai, yani yeh hai telecommunication ka zamana.</w:t>
      </w:r>
    </w:p>
    <w:p>
      <w:pPr>
        <w:jc w:val="right"/>
      </w:pPr>
      <w:r>
        <w:t>اب آپ دیکھیے کہ یہ یہ بھی ایج، ایج، ایج کا فیناومینا ہے، یعنی یہ ہے ٹیلی کمیونیکیشن کا زمانہ۔</w:t>
      </w:r>
    </w:p>
    <w:p>
      <w:r>
        <w:rPr>
          <w:b/>
        </w:rPr>
        <w:t xml:space="preserve">[54:48] </w:t>
      </w:r>
      <w:r>
        <w:t>yeh prediction hai, p</w:t>
      </w:r>
    </w:p>
    <w:p>
      <w:pPr>
        <w:jc w:val="right"/>
      </w:pPr>
      <w:r>
        <w:t>یہ پریڈکشن ہے، پ</w:t>
      </w:r>
    </w:p>
    <w:p>
      <w:r>
        <w:rPr>
          <w:b/>
        </w:rPr>
        <w:t xml:space="preserve">[54:49] </w:t>
      </w:r>
      <w:r>
        <w:t>rediction ke ek zamana aayega ke jab telecommunication possible ho jayega, door tak, yani door tak message bhejna, telecommunication door tak bhejna.</w:t>
      </w:r>
    </w:p>
    <w:p>
      <w:pPr>
        <w:jc w:val="right"/>
      </w:pPr>
      <w:r>
        <w:t>ریڈکشن کہ ایک زمانہ آئے گا کہ جب ٹیلی کمیونیکیشن پاسیبل ہو جائے گا، دور تک، یعنی دور تک میسج بھیجنا، ٹیلی کمیونیکیشن دور تک بھیجنا۔</w:t>
      </w:r>
    </w:p>
    <w:p>
      <w:r>
        <w:rPr>
          <w:b/>
        </w:rPr>
        <w:t xml:space="preserve">[55:02] </w:t>
      </w:r>
      <w:r>
        <w:t>to yeh print media aur electronic media ke zamanay ke prediction is ke andar hain ke pehle zamanay mein aap by the way, aap mouth, aap baat ko keh paate thay.</w:t>
      </w:r>
    </w:p>
    <w:p>
      <w:pPr>
        <w:jc w:val="right"/>
      </w:pPr>
      <w:r>
        <w:t>تو یہ پرنٹ میڈیا اور الیکٹرانک میڈیا کے زمانے کے پریڈکشن اس کے اندر ہیں کہ پہلے زمانے میں آپ بائی دا وے، آپ ماؤتھ، آپ بات کو کہہ پاتے تھے۔</w:t>
      </w:r>
    </w:p>
    <w:p>
      <w:r>
        <w:rPr>
          <w:b/>
        </w:rPr>
        <w:t xml:space="preserve">[55:16] </w:t>
      </w:r>
      <w:r>
        <w:t>to ek, ek, ek village mein, ek city mein keh paate thay, bohat se, bohat ek country mein, mahinon, mahinon ke baad. ab kya hai ke aap yahan bolte hain aur sari dunya sunti hai.</w:t>
      </w:r>
    </w:p>
    <w:p>
      <w:pPr>
        <w:jc w:val="right"/>
      </w:pPr>
      <w:r>
        <w:t>تو ایک، ایک، ایک ولیج میں، ایک سٹی میں کہہ پاتے تھے، بہت سے، بہت ایک کنٹری میں، مہینوں، مہینوں کے بعد۔ اب کیا ہے کہ آپ یہاں بولتے ہیں اور ساری دنیا سنتی ہے۔</w:t>
      </w:r>
    </w:p>
    <w:p>
      <w:r>
        <w:rPr>
          <w:b/>
        </w:rPr>
        <w:t xml:space="preserve">[55:32] </w:t>
      </w:r>
      <w:r>
        <w:t>to dajjal ke baray mein bhi aata hai ke dajjal bolay ga to us ki awaz mashriq o maghrib mein sunai de gi, east west mein sunai de gi.</w:t>
      </w:r>
    </w:p>
    <w:p>
      <w:pPr>
        <w:jc w:val="right"/>
      </w:pPr>
      <w:r>
        <w:t>تو دجال کے بارے میں بھی آتا ہے کہ دجال بولے گا تو اس کی آواز مشرق و مغرب میں سنائی دے گی، ایسٹ ویسٹ میں سنائی دے گی۔</w:t>
      </w:r>
    </w:p>
    <w:p>
      <w:r>
        <w:rPr>
          <w:b/>
        </w:rPr>
        <w:t xml:space="preserve">[55:44] </w:t>
      </w:r>
      <w:r>
        <w:t>dajjal jab bolay ga to us ki awaz east aur west tak sunai de gi. to log samajhte hain ke dajjal ki jo awaz hai wahi pohnche gi idhar udhar.</w:t>
      </w:r>
    </w:p>
    <w:p>
      <w:pPr>
        <w:jc w:val="right"/>
      </w:pPr>
      <w:r>
        <w:t>دجال جب بولے گا تو اس کی آواز ایسٹ اور ویسٹ تک سنائی دے گی۔ تو لوگ سمجھتے ہیں کہ دجال کی جو آواز ہے وہی پہنچے گی ادھر ادھر۔</w:t>
      </w:r>
    </w:p>
    <w:p>
      <w:r>
        <w:rPr>
          <w:b/>
        </w:rPr>
        <w:t xml:space="preserve">[55:53] </w:t>
      </w:r>
      <w:r>
        <w:t>bhai, yeh absurd hai kyunke agar awaz itni zyada, yani tez ho to dunya hi nahi rahe gi, khatam ho jaye gi dunya.</w:t>
      </w:r>
    </w:p>
    <w:p>
      <w:pPr>
        <w:jc w:val="right"/>
      </w:pPr>
      <w:r>
        <w:t>بھئی، یہ ایبسڈ ہے کیونکہ اگر آواز اتنی زیادہ، یعنی تیز ہو تو دنیا ہی نہیں رہے گی، ختم ہو جائے گی دنیا۔</w:t>
      </w:r>
    </w:p>
    <w:p>
      <w:r>
        <w:rPr>
          <w:b/>
        </w:rPr>
        <w:t xml:space="preserve">[56:03] </w:t>
      </w:r>
      <w:r>
        <w:t>kyunke aap jante hain ke awaz jo us se jo nikalti hain woh to bohat bara bomb hain, agar itna zyada is ka woh magnify kar diya jaye is ko to.</w:t>
      </w:r>
    </w:p>
    <w:p>
      <w:pPr>
        <w:jc w:val="right"/>
      </w:pPr>
      <w:r>
        <w:t>کیونکہ آپ جانتے ہیں کہ آواز جو اس سے جو نکلتی ہیں وہ تو بہت بڑا بم ہیں، اگر اتنا زیادہ اس کا وہ میگنیفائی کر دیا جائے اس کو تو۔</w:t>
      </w:r>
    </w:p>
    <w:p>
      <w:r>
        <w:rPr>
          <w:b/>
        </w:rPr>
        <w:t xml:space="preserve">[56:15] </w:t>
      </w:r>
      <w:r>
        <w:t>is ka matlab hai ke telecommunication ke zamanay mein to dajjal ka phenomena bhi telecommunication ke zamanay mein hoga aur yeh jo kalma jo dakhil hone wali baat hai woh bhi telecommunication ke zamanay ki baat hai.</w:t>
      </w:r>
    </w:p>
    <w:p>
      <w:pPr>
        <w:jc w:val="right"/>
      </w:pPr>
      <w:r>
        <w:t>اس کا مطلب ہے کہ ٹیلی کمیونیکیشن کے زمانے میں تو دجال کا فیناومینا بھی ٹیلی کمیونیکیشن کے زمانے میں ہوگا اور یہ جو کلمہ جو داخل ہونے والی بات ہے وہ بھی ٹیلی کمیونیکیشن کے زمانے کی بات ہے۔</w:t>
      </w:r>
    </w:p>
    <w:p>
      <w:r>
        <w:rPr>
          <w:b/>
        </w:rPr>
        <w:t xml:space="preserve">[56:30] </w:t>
      </w:r>
      <w:r>
        <w:t>donon,</w:t>
      </w:r>
    </w:p>
    <w:p>
      <w:pPr>
        <w:jc w:val="right"/>
      </w:pPr>
      <w:r>
        <w:t>دونوں،</w:t>
      </w:r>
    </w:p>
    <w:p>
      <w:r>
        <w:rPr>
          <w:b/>
        </w:rPr>
        <w:t xml:space="preserve">[56:32] </w:t>
      </w:r>
      <w:r>
        <w:t>yani print media jab aaye ga, electronic media jab aaye ga to yeh sab phenomena zahir honge ke ek taraf to dajjal apni baat phailaye ga,</w:t>
      </w:r>
    </w:p>
    <w:p>
      <w:pPr>
        <w:jc w:val="right"/>
      </w:pPr>
      <w:r>
        <w:t>یعنی پرنٹ میڈیا جب آئے گا، الیکٹرانک میڈیا جب آئے گا تو یہ سب فیناومینا ظاہر ہوں گے کہ ایک طرف تو دجال اپنی بات پھیلائے گا،</w:t>
      </w:r>
    </w:p>
    <w:p>
      <w:r>
        <w:rPr>
          <w:b/>
        </w:rPr>
        <w:t xml:space="preserve">[56:46] </w:t>
      </w:r>
      <w:r>
        <w:t>ek taraf dajjal, great receiver jo hai, apni baat ko</w:t>
      </w:r>
    </w:p>
    <w:p>
      <w:pPr>
        <w:jc w:val="right"/>
      </w:pPr>
      <w:r>
        <w:t>ایک طرف دجال، گریٹ ریسیور جو ہے، اپنی بات کو</w:t>
      </w:r>
    </w:p>
    <w:p>
      <w:r>
        <w:rPr>
          <w:b/>
        </w:rPr>
        <w:t xml:space="preserve">[56:53] </w:t>
      </w:r>
      <w:r>
        <w:t>phailaye ga, doosri taraf jo sacha daai hai woh apni baat ko phailaye ga aur ghar ghar mein pohncha de ga is ko.</w:t>
      </w:r>
    </w:p>
    <w:p>
      <w:pPr>
        <w:jc w:val="right"/>
      </w:pPr>
      <w:r>
        <w:t>پھیلائے گا، دوسری طرف جو سچا داعی ہے وہ اپنی بات کو پھیلائے گا اور گھر گھر میں پہنچا دے گا اس کو۔</w:t>
      </w:r>
    </w:p>
    <w:p>
      <w:r>
        <w:rPr>
          <w:b/>
        </w:rPr>
        <w:t xml:space="preserve">[57:06] </w:t>
      </w:r>
      <w:r>
        <w:t>to is ko aap ko in term of age sochein to samajh payen ge aur in term of mystery sochein to kuch samajh mein nahi aata.</w:t>
      </w:r>
    </w:p>
    <w:p>
      <w:pPr>
        <w:jc w:val="right"/>
      </w:pPr>
      <w:r>
        <w:t>تو اس کو آپ کو ان ٹرم اف ایج سوچیں تو سمجھ پائیں گے اور ان ٹرم اف مسٹری سوچیں تو کچھ سمجھ میں نہیں آتا۔</w:t>
      </w:r>
    </w:p>
    <w:p>
      <w:r>
        <w:rPr>
          <w:b/>
        </w:rPr>
        <w:t xml:space="preserve">[57:17] </w:t>
      </w:r>
      <w:r>
        <w:t>yeh sari cheezein jo hain, yeh jo sara mamla jo hai, jo jo mein mein ne arz kiya ke log kehte hain ke Islam ko modernize karo, Islam ko modernize karne ki baat nahi hai, method ko modernize karo,</w:t>
      </w:r>
    </w:p>
    <w:p>
      <w:pPr>
        <w:jc w:val="right"/>
      </w:pPr>
      <w:r>
        <w:t>یہ ساری چیزیں جو ہیں، یہ جو سارا معاملہ جو ہے، جو جو میں میں نے عرض کیا کہ لوگ کہتے ہیں کہ اسلام کو ماڈرنائز کرو، اسلام کو ماڈرنائز کرنے کی بات نہیں ہے، میتھڈ کو ماڈرنائز کرو،</w:t>
      </w:r>
    </w:p>
    <w:p>
      <w:r>
        <w:rPr>
          <w:b/>
        </w:rPr>
        <w:t xml:space="preserve">[57:36] </w:t>
      </w:r>
      <w:r>
        <w:t>terminology ko modernize karo, yani Islam ki isi teaching ko modern term mein bayan karo, is ki is ki zaroorat hai.</w:t>
      </w:r>
    </w:p>
    <w:p>
      <w:pPr>
        <w:jc w:val="right"/>
      </w:pPr>
      <w:r>
        <w:t>ٹرمینالوجی کو ماڈرنائز کرو، یعنی اسلام کی اسی ٹیچنگ کو ماڈرن ٹرم میں بیان کرو، اس کی اس کی ضرورت ہے۔</w:t>
      </w:r>
    </w:p>
    <w:p>
      <w:r>
        <w:rPr>
          <w:b/>
        </w:rPr>
        <w:t xml:space="preserve">[57:47] </w:t>
      </w:r>
      <w:r>
        <w:t>that it become completely understandable to modern mind.</w:t>
      </w:r>
    </w:p>
    <w:p>
      <w:pPr>
        <w:jc w:val="right"/>
      </w:pPr>
      <w:r>
        <w:t>دیٹ اٹ بیکم کمپلیٹلی انڈرسٹینڈیبل ٹو ماڈرن مائنڈ۔</w:t>
      </w:r>
    </w:p>
    <w:p>
      <w:r>
        <w:rPr>
          <w:b/>
        </w:rPr>
        <w:t xml:space="preserve">[57:57] </w:t>
      </w:r>
      <w:r>
        <w:t>to mein samajhta hoon ke Mehdi koi mysterious cheez nahi hai,</w:t>
      </w:r>
    </w:p>
    <w:p>
      <w:pPr>
        <w:jc w:val="right"/>
      </w:pPr>
      <w:r>
        <w:t>تو میں سمجھتا ہوں کہ مہدی کوئی مسٹیریس چیز نہیں ہے،</w:t>
      </w:r>
    </w:p>
    <w:p>
      <w:r>
        <w:rPr>
          <w:b/>
        </w:rPr>
        <w:t xml:space="preserve">[58:01] </w:t>
      </w:r>
      <w:r>
        <w:t>woh Islam ke relevance ko, yani again dobara establish kare ga, badle hue halaat mein wahi wahi Mehdi hoga</w:t>
      </w:r>
    </w:p>
    <w:p>
      <w:pPr>
        <w:jc w:val="right"/>
      </w:pPr>
      <w:r>
        <w:t>وہ اسلام کے ریلیونس کو، یعنی اگین دوبارہ اسٹیبلش کرے گا، بدلے ہوئے حالات میں وہی وہی مہدی ہوگا</w:t>
      </w:r>
    </w:p>
    <w:p>
      <w:r>
        <w:rPr>
          <w:b/>
        </w:rPr>
        <w:t xml:space="preserve">[58:16] </w:t>
      </w:r>
      <w:r>
        <w:t>aur kuch bhi nahi, koi is mein mystery nahi hai. koi</w:t>
      </w:r>
    </w:p>
    <w:p>
      <w:pPr>
        <w:jc w:val="right"/>
      </w:pPr>
      <w:r>
        <w:t>اور کچھ بھی نہیں، کوئی اس میں مسٹری نہیں ہے۔ کوئی</w:t>
      </w:r>
    </w:p>
    <w:p>
      <w:r>
        <w:rPr>
          <w:b/>
        </w:rPr>
        <w:t xml:space="preserve">[58:24] </w:t>
      </w:r>
      <w:r>
        <w:t>to jab tak aap mystery mein jeetay rahen ge, mysterious ideas mein to aap kuch nahi samjhen ge,</w:t>
      </w:r>
    </w:p>
    <w:p>
      <w:pPr>
        <w:jc w:val="right"/>
      </w:pPr>
      <w:r>
        <w:t>تو جب تک آپ مسٹری میں جیتتے رہیں گے، مسٹیریس آئیڈیاز میں تو آپ کچھ نہیں سمجھیں گے،</w:t>
      </w:r>
    </w:p>
    <w:p>
      <w:r>
        <w:rPr>
          <w:b/>
        </w:rPr>
        <w:t xml:space="preserve">[58:31] </w:t>
      </w:r>
      <w:r>
        <w:t>na dajjal ko samjhen ge, na Mehdi ko samjhen ge, na Masih ko samjhen ge, yahan tak qayamat aa jaye gi. to is baat ko bohat zyada sochein, bohat zyada is par dhyan deejye aur Islam ko phir se samajhne ki koshish kijiye.</w:t>
      </w:r>
    </w:p>
    <w:p>
      <w:pPr>
        <w:jc w:val="right"/>
      </w:pPr>
      <w:r>
        <w:t>نہ دجال کو سمجھیں گے، نہ مہدی کو سمجھیں گے، نہ مسیح کو سمجھیں گے، یہاں تک قیامت آ جائے گی۔ تو اس بات کو بہت زیادہ سوچیے، بہت زیادہ اس پر دھیان دیجئے اور اسلام کو پھر سے سمجھنے کی کوشش کیجئے۔</w:t>
      </w:r>
    </w:p>
    <w:p>
      <w:r>
        <w:rPr>
          <w:b/>
        </w:rPr>
        <w:t xml:space="preserve">[58:49] </w:t>
      </w:r>
      <w:r>
        <w:t>aqool qooli haza, wastaghfirullah li walakum ajmaeen.</w:t>
      </w:r>
    </w:p>
    <w:p>
      <w:pPr>
        <w:jc w:val="right"/>
      </w:pPr>
      <w:r>
        <w:t>اقول قولیھذا، واستغفراللہ لی ولکم اجمعین۔</w:t>
      </w:r>
    </w:p>
    <w:p>
      <w:r>
        <w:rPr>
          <w:b/>
        </w:rPr>
        <w:t xml:space="preserve">[59:07] </w:t>
      </w:r>
      <w:r>
        <w:t>this question is from doctor Naseem Siddiqui. what will happen to a man from the time of his death till Qayamat?</w:t>
      </w:r>
    </w:p>
    <w:p>
      <w:pPr>
        <w:jc w:val="right"/>
      </w:pPr>
      <w:r>
        <w:t>دس کوئسچن از فرام ڈاکٹر نسیم صدیقی۔ واٹ ول ہیپن ٹو ا مین فرام دی ٹائم اف ہز ڈیتھ ٹل قیامت؟</w:t>
      </w:r>
    </w:p>
    <w:p>
      <w:r>
        <w:rPr>
          <w:b/>
        </w:rPr>
        <w:t xml:space="preserve">[59:22] </w:t>
      </w:r>
      <w:r>
        <w:t>there is a hadith. in this hadith you can find the answer.</w:t>
      </w:r>
    </w:p>
    <w:p>
      <w:pPr>
        <w:jc w:val="right"/>
      </w:pPr>
      <w:r>
        <w:t>دیر از اے حدیث۔ ان دس حدیث یو کین فائنڈ دا انسر۔</w:t>
      </w:r>
    </w:p>
    <w:p>
      <w:r>
        <w:rPr>
          <w:b/>
        </w:rPr>
        <w:t xml:space="preserve">[59:30] </w:t>
      </w:r>
      <w:r>
        <w:t>mamma faqat qamat Qayamatuhu.</w:t>
      </w:r>
    </w:p>
    <w:p>
      <w:pPr>
        <w:jc w:val="right"/>
      </w:pPr>
      <w:r>
        <w:t>مما فقط قامت قیامتہ۔</w:t>
      </w:r>
    </w:p>
    <w:p>
      <w:r>
        <w:rPr>
          <w:b/>
        </w:rPr>
        <w:t xml:space="preserve">[59:36] </w:t>
      </w:r>
      <w:r>
        <w:t>when he dies, his Qayamat begins. so there is no difference between death and Qayamat. mamma faqat qamat Qayamatuhu.</w:t>
      </w:r>
    </w:p>
    <w:p>
      <w:pPr>
        <w:jc w:val="right"/>
      </w:pPr>
      <w:r>
        <w:t>وین ہی ڈائز، ہز قیامت بگنز۔ سو دیر از نو ڈیفرنس بٹوین ڈیتھ اینڈ قیامت۔ مما فقط قامت قیامتہ۔</w:t>
      </w:r>
    </w:p>
    <w:p>
      <w:r>
        <w:rPr>
          <w:b/>
        </w:rPr>
        <w:t xml:space="preserve">[59:50] </w:t>
      </w:r>
      <w:r>
        <w:t>jab aadmi mara to qayamat shuru ho gayi.</w:t>
      </w:r>
    </w:p>
    <w:p>
      <w:pPr>
        <w:jc w:val="right"/>
      </w:pPr>
      <w:r>
        <w:t>جب آدمی مرا تو قیامت شروع ہوگئی۔</w:t>
      </w:r>
    </w:p>
    <w:p>
      <w:r>
        <w:rPr>
          <w:b/>
        </w:rPr>
        <w:t xml:space="preserve">[59:56] </w:t>
      </w:r>
      <w:r>
        <w:t>so according to hadith, there is no difference, no no distance.</w:t>
      </w:r>
    </w:p>
    <w:p>
      <w:pPr>
        <w:jc w:val="right"/>
      </w:pPr>
      <w:r>
        <w:t>سو اکارڈنگ ٹو حدیث، دیر از نو ڈیفرنس، نو نو ڈسٹنس۔</w:t>
      </w:r>
    </w:p>
    <w:p>
      <w:r>
        <w:rPr>
          <w:b/>
        </w:rPr>
        <w:t xml:space="preserve">[1:00:03] </w:t>
      </w:r>
      <w:r>
        <w:t>then there is another hadith that the qabr either a rawdatul jannah or hafratan min hafar an-nar.</w:t>
      </w:r>
    </w:p>
    <w:p>
      <w:pPr>
        <w:jc w:val="right"/>
      </w:pPr>
      <w:r>
        <w:t>دین دیر از انادر حدیث دیٹ القبر اما روۃ المراجن اور حفرۃ من حفر النار۔</w:t>
      </w:r>
    </w:p>
    <w:p>
      <w:r>
        <w:rPr>
          <w:b/>
        </w:rPr>
        <w:t xml:space="preserve">[1:00:16] </w:t>
      </w:r>
      <w:r>
        <w:t>it means the grave is either a garden of paradise or or or hell.</w:t>
      </w:r>
    </w:p>
    <w:p>
      <w:pPr>
        <w:jc w:val="right"/>
      </w:pPr>
      <w:r>
        <w:t>اٹ مینز دا گریو از ایدر ا گارڈن اف پیراڈائز اور اور اور ہیل۔</w:t>
      </w:r>
    </w:p>
    <w:p>
      <w:r>
        <w:rPr>
          <w:b/>
        </w:rPr>
        <w:t xml:space="preserve">[1:00:27] </w:t>
      </w:r>
      <w:r>
        <w:t>it doesn't mean that the same grave. no,</w:t>
      </w:r>
    </w:p>
    <w:p>
      <w:pPr>
        <w:jc w:val="right"/>
      </w:pPr>
      <w:r>
        <w:t>اٹ ڈزنٹ مین دیٹ دا سیم گریو۔ نو،</w:t>
      </w:r>
    </w:p>
    <w:p>
      <w:r>
        <w:rPr>
          <w:b/>
        </w:rPr>
        <w:t xml:space="preserve">[1:00:30] </w:t>
      </w:r>
      <w:r>
        <w:t>it means that that the that the pre-death, that the living in the pre-death period begins.</w:t>
      </w:r>
    </w:p>
    <w:p>
      <w:pPr>
        <w:jc w:val="right"/>
      </w:pPr>
      <w:r>
        <w:t>اٹ مینز دیٹ دیٹ دا دیٹ دی پری ڈیتھ، دیٹ دا لیونگ ان دا پری ڈیتھ پیریڈ بگنز۔</w:t>
      </w:r>
    </w:p>
    <w:p>
      <w:r>
        <w:rPr>
          <w:b/>
        </w:rPr>
        <w:t xml:space="preserve">[1:00:44] </w:t>
      </w:r>
      <w:r>
        <w:t>so there is no only two periods: pre-death period, post-death period. there is no distance between the two. instantly when one dies, instantly he enters in the in the other period.</w:t>
      </w:r>
    </w:p>
    <w:p>
      <w:pPr>
        <w:jc w:val="right"/>
      </w:pPr>
      <w:r>
        <w:t>سو دیر از نو اونلی ٹو پیریڈ: پری ڈیتھ پیریڈ، پوسٹ ڈیتھ پیریڈ۔ دیر از نو ڈسٹنس بٹوین دا ٹو۔ انسٹنٹلی وین ون ڈائز، انسٹنٹلی ہی انٹرز ان دا ان دا ادر پیریڈ۔</w:t>
      </w:r>
    </w:p>
    <w:p>
      <w:r>
        <w:rPr>
          <w:b/>
        </w:rPr>
        <w:t xml:space="preserve">[1:01:02] </w:t>
      </w:r>
      <w:r>
        <w:t>so there is no distance according to my study. this question is from miss zeba ayaz.</w:t>
      </w:r>
    </w:p>
    <w:p>
      <w:pPr>
        <w:jc w:val="right"/>
      </w:pPr>
      <w:r>
        <w:t>سو دیر از نو ڈسٹنس اکارڈنگ ٹو مائی سٹڈی۔ دس کوئسچن از فرام مس زیبہ ایاز۔</w:t>
      </w:r>
    </w:p>
    <w:p>
      <w:r>
        <w:rPr>
          <w:b/>
        </w:rPr>
        <w:t xml:space="preserve">[1:01:12] </w:t>
      </w:r>
      <w:r>
        <w:t>molana, how can we approach non-muslims to make them understand islam in a modern way?</w:t>
      </w:r>
    </w:p>
    <w:p>
      <w:pPr>
        <w:jc w:val="right"/>
      </w:pPr>
      <w:r>
        <w:t>مولانا، ہاؤ کین وی اپروچ نان مسلمز ٹو میک دیم انڈرسٹینڈ اسلام ان ا ماڈرن وے؟</w:t>
      </w:r>
    </w:p>
    <w:p>
      <w:r>
        <w:rPr>
          <w:b/>
        </w:rPr>
        <w:t xml:space="preserve">[1:01:25] </w:t>
      </w:r>
      <w:r>
        <w:t>i think dawah is a is a very serious process.</w:t>
      </w:r>
    </w:p>
    <w:p>
      <w:pPr>
        <w:jc w:val="right"/>
      </w:pPr>
      <w:r>
        <w:t>ائی تھنک دعوی از ا از ا ویری سیریس پروسیس۔</w:t>
      </w:r>
    </w:p>
    <w:p>
      <w:r>
        <w:rPr>
          <w:b/>
        </w:rPr>
        <w:t xml:space="preserve">[1:01:34] </w:t>
      </w:r>
      <w:r>
        <w:t>is the thing it is not simply to present or announce. no, it is a it is a process.</w:t>
      </w:r>
    </w:p>
    <w:p>
      <w:pPr>
        <w:jc w:val="right"/>
      </w:pPr>
      <w:r>
        <w:t>از دا تھنگ اٹ از ناٹ سمپلی ٹو پریزنٹ اور اناؤنس۔ نو، اٹ از ا اٹ از ا پروسیس۔</w:t>
      </w:r>
    </w:p>
    <w:p>
      <w:r>
        <w:rPr>
          <w:b/>
        </w:rPr>
        <w:t xml:space="preserve">[1:01:44] </w:t>
      </w:r>
      <w:r>
        <w:t>you have to meet that person, you have to discuss with that person, you have to try to to know his mind.</w:t>
      </w:r>
    </w:p>
    <w:p>
      <w:pPr>
        <w:jc w:val="right"/>
      </w:pPr>
      <w:r>
        <w:t>یو ہیو ٹو میٹ دیٹ پرسن، یو ہیو ٹو ڈسکس ود دیٹ پرسن، یو ہیو ٹو ٹرائی ٹو ٹو نو ہز مائنڈ۔</w:t>
      </w:r>
    </w:p>
    <w:p>
      <w:r>
        <w:rPr>
          <w:b/>
        </w:rPr>
        <w:t xml:space="preserve">[1:01:56] </w:t>
      </w:r>
      <w:r>
        <w:t>so after reading his mind, then you can plan the work. it is simply announcement.</w:t>
      </w:r>
    </w:p>
    <w:p>
      <w:pPr>
        <w:jc w:val="right"/>
      </w:pPr>
      <w:r>
        <w:t>سو افٹر ریڈنگ ہز مائنڈ، دین یو کین پلان دا ورک۔ اٹ از سمپلی اناؤنسمنٹ۔</w:t>
      </w:r>
    </w:p>
    <w:p>
      <w:r>
        <w:rPr>
          <w:b/>
        </w:rPr>
        <w:t xml:space="preserve">[1:02:05] </w:t>
      </w:r>
      <w:r>
        <w:t>so first of all, you have to prepare yourself. dawah begins from yourself.</w:t>
      </w:r>
    </w:p>
    <w:p>
      <w:pPr>
        <w:jc w:val="right"/>
      </w:pPr>
      <w:r>
        <w:t>سو فرسٹ اف ال، یو ہیو ٹو پریپیر یور سیلف۔ دعوی بگنز فرام یور سیلف۔</w:t>
      </w:r>
    </w:p>
    <w:p>
      <w:r>
        <w:rPr>
          <w:b/>
        </w:rPr>
        <w:t xml:space="preserve">[1:02:20] </w:t>
      </w:r>
      <w:r>
        <w:t>when you want to to deliver the dawah, you have to you have to study those relevant materials.</w:t>
      </w:r>
    </w:p>
    <w:p>
      <w:pPr>
        <w:jc w:val="right"/>
      </w:pPr>
      <w:r>
        <w:t>وین یو وانٹ ٹو ٹو لیور دا دائی، یو ہیو ٹو یو ہیو ٹو اسٹڈی دوز ریلیونٹ مٹیریلز۔</w:t>
      </w:r>
    </w:p>
    <w:p>
      <w:r>
        <w:rPr>
          <w:b/>
        </w:rPr>
        <w:t xml:space="preserve">[1:02:32] </w:t>
      </w:r>
      <w:r>
        <w:t>you have to prepare your mind. you have to know the human psychology and all that.</w:t>
      </w:r>
    </w:p>
    <w:p>
      <w:pPr>
        <w:jc w:val="right"/>
      </w:pPr>
      <w:r>
        <w:t>یو ہیو ٹو پریپیر یور مائنڈ۔ یو ہیو ٹو نو دا ہیومن سائیکالوجی اینڈ ال دیٹ۔</w:t>
      </w:r>
    </w:p>
    <w:p>
      <w:r>
        <w:rPr>
          <w:b/>
        </w:rPr>
        <w:t xml:space="preserve">[1:02:40] </w:t>
      </w:r>
      <w:r>
        <w:t>so when you are prepared, there is not difficult for you to contact those persons who are non-muslims and discuss with them.</w:t>
      </w:r>
    </w:p>
    <w:p>
      <w:pPr>
        <w:jc w:val="right"/>
      </w:pPr>
      <w:r>
        <w:t>سو وین یو ار پریپیرڈ، دے از ناٹ ڈیفیکلٹ فار یو ٹو کنٹیکٹ دوز پرسنز ہو ار بدو اینڈ ڈسکس ود دیم۔</w:t>
      </w:r>
    </w:p>
    <w:p>
      <w:r>
        <w:rPr>
          <w:b/>
        </w:rPr>
        <w:t xml:space="preserve">[1:02:52] </w:t>
      </w:r>
      <w:r>
        <w:t>and after discussion, you can plan in your own. it is very difficult. without preparation, it seems to be a difficult task.</w:t>
      </w:r>
    </w:p>
    <w:p>
      <w:pPr>
        <w:jc w:val="right"/>
      </w:pPr>
      <w:r>
        <w:t>اینڈ افٹر ڈسکشن، یو کین پلان ان یور اون۔ اٹ از ویری ڈیفیکلٹ۔ وداؤٹ پریپریشن، اٹ سیمز ٹو بی ا ڈیفیکلٹ ٹاسک۔</w:t>
      </w:r>
    </w:p>
    <w:p>
      <w:r>
        <w:rPr>
          <w:b/>
        </w:rPr>
        <w:t xml:space="preserve">[1:03:05] </w:t>
      </w:r>
      <w:r>
        <w:t>but but after preparation, it is a very easy task.</w:t>
      </w:r>
    </w:p>
    <w:p>
      <w:pPr>
        <w:jc w:val="right"/>
      </w:pPr>
      <w:r>
        <w:t>بٹ بٹ افٹر پریپریشن، اٹ از ا ویری ایزی ٹاسک۔</w:t>
      </w:r>
    </w:p>
    <w:p>
      <w:r>
        <w:rPr>
          <w:b/>
        </w:rPr>
        <w:t xml:space="preserve">[1:03:11] </w:t>
      </w:r>
      <w:r>
        <w:t>it is a simple thing. so i would like to say that dawah begins from yourself.</w:t>
      </w:r>
    </w:p>
    <w:p>
      <w:pPr>
        <w:jc w:val="right"/>
      </w:pPr>
      <w:r>
        <w:t>اٹ از ا سمپل تھنگ۔ سو ائی وڈ لائک ٹو سے دیٹ دعوی بگنز فرام یور سیلف۔</w:t>
      </w:r>
    </w:p>
    <w:p>
      <w:r>
        <w:rPr>
          <w:b/>
        </w:rPr>
        <w:t xml:space="preserve">[1:03:21] </w:t>
      </w:r>
      <w:r>
        <w:t>that is preparing yourself. then you will be able to do the work successfully.</w:t>
      </w:r>
    </w:p>
    <w:p>
      <w:pPr>
        <w:jc w:val="right"/>
      </w:pPr>
      <w:r>
        <w:t>دیٹ از پریپیرنگ یور سیلف۔ دین یو بی ایبل ٹو ڈو دا ورک سکسیس فلی۔</w:t>
      </w:r>
    </w:p>
    <w:p>
      <w:r>
        <w:rPr>
          <w:b/>
        </w:rPr>
        <w:t xml:space="preserve">[1:03:35] </w:t>
      </w:r>
      <w:r>
        <w:t>this question is from molana zakwan. there is a hadith which says</w:t>
      </w:r>
    </w:p>
    <w:p>
      <w:pPr>
        <w:jc w:val="right"/>
      </w:pPr>
      <w:r>
        <w:t>دس کوئسچن از فرام مولانا زکوان۔ دیر از ا حدیث وچ سیز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