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Human Knowledge and Divine Knowledge February 17, 2008</w:t>
      </w:r>
    </w:p>
    <w:p>
      <w:r>
        <w:t>https://youtu.be/FVOvdC0uY1c</w:t>
      </w:r>
    </w:p>
    <w:p>
      <w:r>
        <w:rPr>
          <w:b/>
        </w:rPr>
        <w:t xml:space="preserve">[00:30] </w:t>
      </w:r>
      <w:r>
        <w:t>wa-hlul uqdata min lisani, yafqahu qawli.</w:t>
      </w:r>
    </w:p>
    <w:p>
      <w:pPr>
        <w:jc w:val="right"/>
      </w:pPr>
      <w:r>
        <w:t>واحل العقدۃ من لسانی، یفقہ قولی۔</w:t>
      </w:r>
    </w:p>
    <w:p>
      <w:r>
        <w:rPr>
          <w:b/>
        </w:rPr>
        <w:t xml:space="preserve">[00:39] </w:t>
      </w:r>
      <w:r>
        <w:t>aaj ki jo talk hai, is ka title hai:</w:t>
      </w:r>
    </w:p>
    <w:p>
      <w:pPr>
        <w:jc w:val="right"/>
      </w:pPr>
      <w:r>
        <w:t>آج کی جو ٹاک ہے، اس کا ٹائٹل ہے:</w:t>
      </w:r>
    </w:p>
    <w:p>
      <w:r>
        <w:rPr>
          <w:b/>
        </w:rPr>
        <w:t xml:space="preserve">[00:47] </w:t>
      </w:r>
      <w:r>
        <w:t>human knowledge and divine knowledge.</w:t>
      </w:r>
    </w:p>
    <w:p>
      <w:pPr>
        <w:jc w:val="right"/>
      </w:pPr>
      <w:r>
        <w:t>ہیومن نالج اینڈ ڈیوائن نالج۔</w:t>
      </w:r>
    </w:p>
    <w:p>
      <w:r>
        <w:rPr>
          <w:b/>
        </w:rPr>
        <w:t xml:space="preserve">[00:53] </w:t>
      </w:r>
      <w:r>
        <w:t>insani ilm aur khodai ilm.</w:t>
      </w:r>
    </w:p>
    <w:p>
      <w:pPr>
        <w:jc w:val="right"/>
      </w:pPr>
      <w:r>
        <w:t>انسانی علم اور خدائی علم۔</w:t>
      </w:r>
    </w:p>
    <w:p>
      <w:r>
        <w:rPr>
          <w:b/>
        </w:rPr>
        <w:t xml:space="preserve">[00:57] </w:t>
      </w:r>
      <w:r>
        <w:t>is par mujhe kuch kehna hai.</w:t>
      </w:r>
    </w:p>
    <w:p>
      <w:pPr>
        <w:jc w:val="right"/>
      </w:pPr>
      <w:r>
        <w:t>اس پر مجھے کچھ کہنا ہے۔</w:t>
      </w:r>
    </w:p>
    <w:p>
      <w:r>
        <w:rPr>
          <w:b/>
        </w:rPr>
        <w:t xml:space="preserve">[01:04] </w:t>
      </w:r>
      <w:r>
        <w:t>dekhiye, meri zindagi mein ek waqea pesh aya, november 1959 mein, yani ab se 40 saal pehle.</w:t>
      </w:r>
    </w:p>
    <w:p>
      <w:pPr>
        <w:jc w:val="right"/>
      </w:pPr>
      <w:r>
        <w:t>دیکھیے، میری زندگی میں ایک واقعہ پیش آیا، نومبر 1959 میں، یعنی اب سے 40 سال پہلے۔</w:t>
      </w:r>
    </w:p>
    <w:p>
      <w:r>
        <w:rPr>
          <w:b/>
        </w:rPr>
        <w:t xml:space="preserve">[01:18] </w:t>
      </w:r>
      <w:r>
        <w:t>november 1959. is waqt bijnor mein ek</w:t>
      </w:r>
    </w:p>
    <w:p>
      <w:pPr>
        <w:jc w:val="right"/>
      </w:pPr>
      <w:r>
        <w:t>نومبر 1959۔ اس وقت بجنور میں ایک</w:t>
      </w:r>
    </w:p>
    <w:p>
      <w:r>
        <w:rPr>
          <w:b/>
        </w:rPr>
        <w:t xml:space="preserve">[01:32] </w:t>
      </w:r>
      <w:r>
        <w:t>multi religious conference hui thi. yani har mazhab ke log bulaye gaye the wahan par, unhein ek topic diya gaya tha ke sab log apne apne mazhab ke lihaz se is topic par batayein.</w:t>
      </w:r>
    </w:p>
    <w:p>
      <w:pPr>
        <w:jc w:val="right"/>
      </w:pPr>
      <w:r>
        <w:t>ملٹی ریلیجس کانفرنس ہوئی تھی۔ یعنی ہر مذہب کے لوگ بلائے گئے تھے وہاں پر، انہیں ایک ٹاپک دیا گیا تھا کہ سب لوگ اپنے اپنے مذہب کے لحاظ سے اس ٹاپک پر بتائیں۔</w:t>
      </w:r>
    </w:p>
    <w:p>
      <w:r>
        <w:rPr>
          <w:b/>
        </w:rPr>
        <w:t xml:space="preserve">[01:50] </w:t>
      </w:r>
      <w:r>
        <w:t>wo topic yeh tha: "gyan ka aghaz kis tarah hua?"</w:t>
      </w:r>
    </w:p>
    <w:p>
      <w:pPr>
        <w:jc w:val="right"/>
      </w:pPr>
      <w:r>
        <w:t>وہ ٹاپک یہ تھا: "گیان کا آغاز کس طرح ہوا؟"</w:t>
      </w:r>
    </w:p>
    <w:p>
      <w:r>
        <w:rPr>
          <w:b/>
        </w:rPr>
        <w:t xml:space="preserve">[02:00] </w:t>
      </w:r>
      <w:r>
        <w:t>gyan, yani knowledge.</w:t>
      </w:r>
    </w:p>
    <w:p>
      <w:pPr>
        <w:jc w:val="right"/>
      </w:pPr>
      <w:r>
        <w:t>گیان، یعنی نالج۔</w:t>
      </w:r>
    </w:p>
    <w:p>
      <w:r>
        <w:rPr>
          <w:b/>
        </w:rPr>
        <w:t xml:space="preserve">[02:05] </w:t>
      </w:r>
      <w:r>
        <w:t>ma'rifat. gyan ka aghaz kis tarah hua?</w:t>
      </w:r>
    </w:p>
    <w:p>
      <w:pPr>
        <w:jc w:val="right"/>
      </w:pPr>
      <w:r>
        <w:t>معرفت۔ گیان کا آغاز کس طرح ہوا؟</w:t>
      </w:r>
    </w:p>
    <w:p>
      <w:r>
        <w:rPr>
          <w:b/>
        </w:rPr>
        <w:t xml:space="preserve">[02:11] </w:t>
      </w:r>
      <w:r>
        <w:t>is conference ko organize kiya tha arya samaj ne, apni golden jubilee ke mauqe par.</w:t>
      </w:r>
    </w:p>
    <w:p>
      <w:pPr>
        <w:jc w:val="right"/>
      </w:pPr>
      <w:r>
        <w:t>اس کانفرنس کو آرگنائز کیا تھا آریہ سماج نے، اپنی گولڈن جبلی کے موقع پر۔</w:t>
      </w:r>
    </w:p>
    <w:p>
      <w:r>
        <w:rPr>
          <w:b/>
        </w:rPr>
        <w:t xml:space="preserve">[02:24] </w:t>
      </w:r>
      <w:r>
        <w:t>to mujhe bhi bulaya gaya tha wahan ke islam ko le kar mein is subject par kuch kahoon, ke gyan ka aghaz kis tarah hua.</w:t>
      </w:r>
    </w:p>
    <w:p>
      <w:pPr>
        <w:jc w:val="right"/>
      </w:pPr>
      <w:r>
        <w:t>تو مجھے بھی بلایا گیا تھا وہاں کہ اسلام کو لے کر میں اس سبجیکٹ پر کچھ کہوں، کہ گیان کا آغاز کس طرح ہوا۔</w:t>
      </w:r>
    </w:p>
    <w:p>
      <w:r>
        <w:rPr>
          <w:b/>
        </w:rPr>
        <w:t xml:space="preserve">[02:39] </w:t>
      </w:r>
      <w:r>
        <w:t>to is waqt mein</w:t>
      </w:r>
    </w:p>
    <w:p>
      <w:pPr>
        <w:jc w:val="right"/>
      </w:pPr>
      <w:r>
        <w:t>تو اس وقت میں</w:t>
      </w:r>
    </w:p>
    <w:p>
      <w:r>
        <w:rPr>
          <w:b/>
        </w:rPr>
        <w:t xml:space="preserve">[02:45] </w:t>
      </w:r>
      <w:r>
        <w:t>ek zabani nahi bolta tha, likh kar maqala padhta tha. to maine ek likha aur wahan padha.</w:t>
      </w:r>
    </w:p>
    <w:p>
      <w:pPr>
        <w:jc w:val="right"/>
      </w:pPr>
      <w:r>
        <w:t>ایک زبانی نہیں بولتا تھا، لکھ کر مقالہ پڑھتا تھا۔ تو میں نے ایک لکھا اور وہاں پڑھا۔</w:t>
      </w:r>
    </w:p>
    <w:p>
      <w:r>
        <w:rPr>
          <w:b/>
        </w:rPr>
        <w:t xml:space="preserve">[02:54] </w:t>
      </w:r>
      <w:r>
        <w:t>yeh chhap chuka hai ek pamphlet ki surat mein, is ka naam hai: "islam ka ta'aruf".</w:t>
      </w:r>
    </w:p>
    <w:p>
      <w:pPr>
        <w:jc w:val="right"/>
      </w:pPr>
      <w:r>
        <w:t>یہ چھپ چکا ہے ایک پمفلیٹ کی صورت میں، اس کا نام ہے: "اسلام کا تعارف"۔</w:t>
      </w:r>
    </w:p>
    <w:p>
      <w:r>
        <w:rPr>
          <w:b/>
        </w:rPr>
        <w:t xml:space="preserve">[03:03] </w:t>
      </w:r>
      <w:r>
        <w:t>to is waqt jo</w:t>
      </w:r>
    </w:p>
    <w:p>
      <w:pPr>
        <w:jc w:val="right"/>
      </w:pPr>
      <w:r>
        <w:t>تو اس وقت جو</w:t>
      </w:r>
    </w:p>
    <w:p>
      <w:r>
        <w:rPr>
          <w:b/>
        </w:rPr>
        <w:t xml:space="preserve">[03:07] </w:t>
      </w:r>
      <w:r>
        <w:t>chair kar rahe the, jo sahab, wo ek hindu wakeel the moradabad ke. to unhone kaha ke baqi sare log jo hain wo irrelevant bole.</w:t>
      </w:r>
    </w:p>
    <w:p>
      <w:pPr>
        <w:jc w:val="right"/>
      </w:pPr>
      <w:r>
        <w:t>چیئر کر رہے تھے، جو صاحب، وہ ایک ہندو وکیل تھے مراد آباد کے۔ تو انہوں نے کہا کہ باقی سارے لوگ جو ہیں وہ ارریلیونٹ بولے۔</w:t>
      </w:r>
    </w:p>
    <w:p>
      <w:r>
        <w:rPr>
          <w:b/>
        </w:rPr>
        <w:t xml:space="preserve">[03:22] </w:t>
      </w:r>
      <w:r>
        <w:t>sirf mere bare mein kaha unhone ke unhone topic par apni baat kahi hai.</w:t>
      </w:r>
    </w:p>
    <w:p>
      <w:pPr>
        <w:jc w:val="right"/>
      </w:pPr>
      <w:r>
        <w:t>صرف میرے بارے میں کہا انہوں نے کہ انہوں نے ٹاپک پر اپنی بات کہی ہے۔</w:t>
      </w:r>
    </w:p>
    <w:p>
      <w:r>
        <w:rPr>
          <w:b/>
        </w:rPr>
        <w:t xml:space="preserve">[03:32] </w:t>
      </w:r>
      <w:r>
        <w:t>lekin mein khud is par mutma'in nahi tha. mein khud yeh sahi baat yeh hai ke mein is ko sahi taur par samajh nahi paya tha ke gyan ka aghaz kis tarah hua.</w:t>
      </w:r>
    </w:p>
    <w:p>
      <w:pPr>
        <w:jc w:val="right"/>
      </w:pPr>
      <w:r>
        <w:t>لیکن میں خود اس پر مطمئن نہیں تھا۔ میں خود یہ صحیح بات یہ ہے کہ میں اس کو صحیح طور پر سمجھ نہیں پایا تھا کہ گیان کا آغاز کس طرح ہوا۔</w:t>
      </w:r>
    </w:p>
    <w:p>
      <w:r>
        <w:rPr>
          <w:b/>
        </w:rPr>
        <w:t xml:space="preserve">[03:47] </w:t>
      </w:r>
      <w:r>
        <w:t>to yeh mere mind mein tab se baitha hua tha,</w:t>
      </w:r>
    </w:p>
    <w:p>
      <w:pPr>
        <w:jc w:val="right"/>
      </w:pPr>
      <w:r>
        <w:t>تو یہ میرے مائنڈ میں تب سے بیٹھا ہوا تھا،</w:t>
      </w:r>
    </w:p>
    <w:p>
      <w:r>
        <w:rPr>
          <w:b/>
        </w:rPr>
        <w:t xml:space="preserve">[03:52] </w:t>
      </w:r>
      <w:r>
        <w:t>yani 40 saal pehle se, ke is topic jo diya gaya tha to uska sahi jawab kya hai? gyan ka aghaz kis tarah hua?</w:t>
      </w:r>
    </w:p>
    <w:p>
      <w:pPr>
        <w:jc w:val="right"/>
      </w:pPr>
      <w:r>
        <w:t>یعنی 40 سال پہلے سے، کہ اس ٹاپک جو دیا گیا تھا تو اس کا صحیح جواب کیا ہے؟ گیان کا آغاز کس طرح ہوا؟</w:t>
      </w:r>
    </w:p>
    <w:p>
      <w:r>
        <w:rPr>
          <w:b/>
        </w:rPr>
        <w:t xml:space="preserve">[04:05] </w:t>
      </w:r>
      <w:r>
        <w:t>abhi haal mein mujhe yeh discovery hui, ek do din pehle. wo discovery hui anthropology ke ek</w:t>
      </w:r>
    </w:p>
    <w:p>
      <w:pPr>
        <w:jc w:val="right"/>
      </w:pPr>
      <w:r>
        <w:t>ابھی حال میں مجھے یہ ڈسکوری ہوئی، ایک دو دن پہلے۔ وہ ڈسکوری ہوئی انتھروپالوجی کے ایک</w:t>
      </w:r>
    </w:p>
    <w:p>
      <w:r>
        <w:rPr>
          <w:b/>
        </w:rPr>
        <w:t xml:space="preserve">[04:20] </w:t>
      </w:r>
      <w:r>
        <w:t>bayan se.</w:t>
      </w:r>
    </w:p>
    <w:p>
      <w:pPr>
        <w:jc w:val="right"/>
      </w:pPr>
      <w:r>
        <w:t>بیان سے۔</w:t>
      </w:r>
    </w:p>
    <w:p>
      <w:r>
        <w:rPr>
          <w:b/>
        </w:rPr>
        <w:t xml:space="preserve">[04:22] </w:t>
      </w:r>
      <w:r>
        <w:t>anthropology aap jante hain ke insan ya insani society jo hai, us ke ilm ka naam hai.</w:t>
      </w:r>
    </w:p>
    <w:p>
      <w:pPr>
        <w:jc w:val="right"/>
      </w:pPr>
      <w:r>
        <w:t>انتھروپالوجی آپ جانتے ہیں کہ انسان یا انسانی سوسائٹی جو ہے، اس کے علم کا نام ہے۔</w:t>
      </w:r>
    </w:p>
    <w:p>
      <w:r>
        <w:rPr>
          <w:b/>
        </w:rPr>
        <w:t xml:space="preserve">[04:32] </w:t>
      </w:r>
      <w:r>
        <w:t>is mein is par study ki jati hai.</w:t>
      </w:r>
    </w:p>
    <w:p>
      <w:pPr>
        <w:jc w:val="right"/>
      </w:pPr>
      <w:r>
        <w:t>اس میں اس پر اسٹڈی کی جاتی ہے۔</w:t>
      </w:r>
    </w:p>
    <w:p>
      <w:r>
        <w:rPr>
          <w:b/>
        </w:rPr>
        <w:t xml:space="preserve">[04:37] </w:t>
      </w:r>
      <w:r>
        <w:t>is mein maine. to unhone is par ek rai banai hai, agarche wo rai qiyasi hai, yani guess par qaim hai wo.</w:t>
      </w:r>
    </w:p>
    <w:p>
      <w:pPr>
        <w:jc w:val="right"/>
      </w:pPr>
      <w:r>
        <w:t>اس میں میں نے۔ تو انہوں نے اس پر ایک رائے بنائی ہے، اگرچہ وہ رائے قیاسی ہے، یعنی گیس پر قائم ہے وہ۔</w:t>
      </w:r>
    </w:p>
    <w:p>
      <w:r>
        <w:rPr>
          <w:b/>
        </w:rPr>
        <w:t xml:space="preserve">[04:50] </w:t>
      </w:r>
      <w:r>
        <w:t>lekin wo mujhe is mein ek clue mil gaya, clue.</w:t>
      </w:r>
    </w:p>
    <w:p>
      <w:pPr>
        <w:jc w:val="right"/>
      </w:pPr>
      <w:r>
        <w:t>لیکن وہ مجھے اس میں ایک کلو مل گیا، کلو۔</w:t>
      </w:r>
    </w:p>
    <w:p>
      <w:r>
        <w:rPr>
          <w:b/>
        </w:rPr>
        <w:t xml:space="preserve">[04:55] </w:t>
      </w:r>
      <w:r>
        <w:t>unhon ne kaha ke stone age ke baray mein batate hain woh ke jab dunya mein stone age tha. dekhiye, yahan par mein aik baat arz kar doon ke log stone age ko evolution theory se relate karte hain.</w:t>
      </w:r>
    </w:p>
    <w:p>
      <w:pPr>
        <w:jc w:val="right"/>
      </w:pPr>
      <w:r>
        <w:t>انہوں نے کہا کہ اسٹون ایج کے بارے میں بتاتے ہیں وہ کہ جب دنیا میں اسٹون ایج تھا۔ دیکھیے، یہاں پر میں ایک بات عرض کر دوں کہ لوگ اسٹون ایج کو ایولوشن تھیوری سے ریلیٹ کرتے ہیں۔</w:t>
      </w:r>
    </w:p>
    <w:p>
      <w:r>
        <w:rPr>
          <w:b/>
        </w:rPr>
        <w:t xml:space="preserve">[05:12] </w:t>
      </w:r>
      <w:r>
        <w:t>donon ko aik doosre se joṛ rakha hai. mein evolution theory ko completely baseless samajhta hoon.</w:t>
      </w:r>
    </w:p>
    <w:p>
      <w:pPr>
        <w:jc w:val="right"/>
      </w:pPr>
      <w:r>
        <w:t>دونوں کو ایک دوسرے سے جوڑ رکھا ہے۔ میں ایولوشن تھیوری کو کمپلیٹلی بیس لیس سمجھتا ہوں۔</w:t>
      </w:r>
    </w:p>
    <w:p>
      <w:r>
        <w:rPr>
          <w:b/>
        </w:rPr>
        <w:t xml:space="preserve">[05:22] </w:t>
      </w:r>
      <w:r>
        <w:t>koi scientific ground nahi hai evolution theory ko mannay ke liye. woh sara ka sara aik guess work hai. to is ko to mein nahi manta.</w:t>
      </w:r>
    </w:p>
    <w:p>
      <w:pPr>
        <w:jc w:val="right"/>
      </w:pPr>
      <w:r>
        <w:t>کوئی سائنٹیفک گراؤنڈ نہیں ہے ایولوشن تھیوری کو ماننے کے لیے۔ وہ سارا کا سارا ایک گیس ورک ہے۔ تو اس کو تو میں نہیں مانتا۔</w:t>
      </w:r>
    </w:p>
    <w:p>
      <w:r>
        <w:rPr>
          <w:b/>
        </w:rPr>
        <w:t xml:space="preserve">[05:33] </w:t>
      </w:r>
      <w:r>
        <w:t>lekin yeh baat jo mein kehne ja raha hoon, probably it was true, mein yeh keh sakta hoon. to stone age ke baray mein woh kehte hain ke do aadmi aapas mein jhagṛ gaye.</w:t>
      </w:r>
    </w:p>
    <w:p>
      <w:pPr>
        <w:jc w:val="right"/>
      </w:pPr>
      <w:r>
        <w:t>لیکن یہ بات جو میں کہنے جا رہا ہوں، پرابیبلی اٹ واز ٹرو، میں یہ کہہ سکتا ہوں۔ تو اسٹون ایج کے بارے میں وہ کہتے ہیں کہ دو آدمی آپس میں جھگڑ گئے۔</w:t>
      </w:r>
    </w:p>
    <w:p>
      <w:r>
        <w:rPr>
          <w:b/>
        </w:rPr>
        <w:t xml:space="preserve">[05:49] </w:t>
      </w:r>
      <w:r>
        <w:t>un mein dispute ho gaya.</w:t>
      </w:r>
    </w:p>
    <w:p>
      <w:pPr>
        <w:jc w:val="right"/>
      </w:pPr>
      <w:r>
        <w:t>ان میں ڈسپیوٹ ہو گیا۔</w:t>
      </w:r>
    </w:p>
    <w:p>
      <w:r>
        <w:rPr>
          <w:b/>
        </w:rPr>
        <w:t xml:space="preserve">[05:52] </w:t>
      </w:r>
      <w:r>
        <w:t>to donon ne aik doosre ko patthar se mara. jab donon taraf se patthar chale to aisa hua ke beech mein donon patthar ṭakṛa gaye.</w:t>
      </w:r>
    </w:p>
    <w:p>
      <w:pPr>
        <w:jc w:val="right"/>
      </w:pPr>
      <w:r>
        <w:t>تو دونوں نے ایک دوسرے کو پتھر سے مارا۔ جب دونوں طرف سے پتھر چلے تو ایسا ہوا کہ بیچ میں دونوں پتھر ٹکرا گئے۔</w:t>
      </w:r>
    </w:p>
    <w:p>
      <w:r>
        <w:rPr>
          <w:b/>
        </w:rPr>
        <w:t xml:space="preserve">[06:04] </w:t>
      </w:r>
      <w:r>
        <w:t>jab ṭakṛa gaye to is mein sparking hui, yaani changari nikli. to stone age ke insaan ke liye aik bilkul nai baat thi yeh.</w:t>
      </w:r>
    </w:p>
    <w:p>
      <w:pPr>
        <w:jc w:val="right"/>
      </w:pPr>
      <w:r>
        <w:t>جب ٹکرا گئے تو اس میں اسپارکنگ ہوئی، یعنی چنگاری نکلی۔ تو اسٹون ایج کے انسان کے لیے ایک بالکل نئی بات تھی یہ۔</w:t>
      </w:r>
    </w:p>
    <w:p>
      <w:r>
        <w:rPr>
          <w:b/>
        </w:rPr>
        <w:t xml:space="preserve">[06:18] </w:t>
      </w:r>
      <w:r>
        <w:t>to donon apna jhagṛa bhool gaye aur is patthar ko le kar phir isi ko khel karne lage. ṭakṛate thay aur is mein se sparking hoti thi, yaani changari nikalti thi.</w:t>
      </w:r>
    </w:p>
    <w:p>
      <w:pPr>
        <w:jc w:val="right"/>
      </w:pPr>
      <w:r>
        <w:t>تو دونوں اپنا جھگڑا بھول گئے اور اس پتھر کو لے کر پھر اسی کو کھیل کرنے لگے۔ ٹکراتے تھے اور اس میں سے اسپارکنگ ہوتی تھی، یعنی چنگاری نکلتی تھی۔</w:t>
      </w:r>
    </w:p>
    <w:p>
      <w:r>
        <w:rPr>
          <w:b/>
        </w:rPr>
        <w:t xml:space="preserve">[06:32] </w:t>
      </w:r>
      <w:r>
        <w:t>to mein bataoon ke that was the beginning of knowledge. yaani mein prophet ki history ko chhoṛ kar yeh baat keh raha hoon.</w:t>
      </w:r>
    </w:p>
    <w:p>
      <w:pPr>
        <w:jc w:val="right"/>
      </w:pPr>
      <w:r>
        <w:t>تو میں بتاؤں کہ دس واز دا بگننگ آف نالج۔ یعنی میں پرافٹ کی ہسٹری کو چھوڑ کر یہ بات کہہ رہا ہوں۔</w:t>
      </w:r>
    </w:p>
    <w:p>
      <w:r>
        <w:rPr>
          <w:b/>
        </w:rPr>
        <w:t xml:space="preserve">[06:43] </w:t>
      </w:r>
      <w:r>
        <w:t>to jab do patthar ke ṭakṛane se sparking hui to insaan ne pehli baar</w:t>
      </w:r>
    </w:p>
    <w:p>
      <w:pPr>
        <w:jc w:val="right"/>
      </w:pPr>
      <w:r>
        <w:t>تو جب دو پتھر کے ٹکرانے سے اسپارکنگ ہوئی تو انسان نے پہلی بار</w:t>
      </w:r>
    </w:p>
    <w:p>
      <w:r>
        <w:rPr>
          <w:b/>
        </w:rPr>
        <w:t xml:space="preserve">[06:52] </w:t>
      </w:r>
      <w:r>
        <w:t>yeh jana ke there is something invisible beyond the visible world.</w:t>
      </w:r>
    </w:p>
    <w:p>
      <w:pPr>
        <w:jc w:val="right"/>
      </w:pPr>
      <w:r>
        <w:t>یہ جانا کہ دیر از سمتھنگ انویزیبل بیانڈ دا ویزیبل ورلڈ۔</w:t>
      </w:r>
    </w:p>
    <w:p>
      <w:r>
        <w:rPr>
          <w:b/>
        </w:rPr>
        <w:t xml:space="preserve">[07:05] </w:t>
      </w:r>
      <w:r>
        <w:t>there is something unknown beyond the known.</w:t>
      </w:r>
    </w:p>
    <w:p>
      <w:pPr>
        <w:jc w:val="right"/>
      </w:pPr>
      <w:r>
        <w:t>دیر از سمتھنگ ان نون بیانڈ دی نون۔</w:t>
      </w:r>
    </w:p>
    <w:p>
      <w:r>
        <w:rPr>
          <w:b/>
        </w:rPr>
        <w:t xml:space="preserve">[07:12] </w:t>
      </w:r>
      <w:r>
        <w:t>to patthar ko woh jante thay lekin yeh pata nahi tha unhein ke patthar ke ṭakṛane se sparking hoti hai. that was a new thing, that was a new discovery for the both.</w:t>
      </w:r>
    </w:p>
    <w:p>
      <w:pPr>
        <w:jc w:val="right"/>
      </w:pPr>
      <w:r>
        <w:t>تو پتھر کو وہ جانتے تھے لیکن یہ پتہ نہیں تھا انہیں کہ پتھر کے ٹکرائے سے اسپارکنگ ہوتی ہے۔ دیٹ واز ا نیو تھنگ، دیٹ واز ا نیو ڈسکوری فار دی بوتھ۔</w:t>
      </w:r>
    </w:p>
    <w:p>
      <w:r>
        <w:rPr>
          <w:b/>
        </w:rPr>
        <w:t xml:space="preserve">[07:30] </w:t>
      </w:r>
      <w:r>
        <w:t>yahan se aik insani safar shuru hua, aik insani safar.</w:t>
      </w:r>
    </w:p>
    <w:p>
      <w:pPr>
        <w:jc w:val="right"/>
      </w:pPr>
      <w:r>
        <w:t>یہاں سے ایک انسانی سفر شروع ہوا، ایک انسانی سفر۔</w:t>
      </w:r>
    </w:p>
    <w:p>
      <w:r>
        <w:rPr>
          <w:b/>
        </w:rPr>
        <w:t xml:space="preserve">[07:40] </w:t>
      </w:r>
      <w:r>
        <w:t>aur yeh safar chalta raha, chalta raha, hazaron saal tak chalta raha. har baar jab insaan ne koi nai baat daryaft ki, koi nai baat discover ki to maloom hua ke is ke baad kuch aur bhi hai.</w:t>
      </w:r>
    </w:p>
    <w:p>
      <w:pPr>
        <w:jc w:val="right"/>
      </w:pPr>
      <w:r>
        <w:t>اور یہ سفر چلتا رہا، چلتا رہا، ہزاروں سال تک چلتا رہا۔ ہر بار جب انسان نے کوئی نئی بات دریافت کی، کوئی نئی بات ڈسکور کی تو معلوم ہوا کہ اس کے بعد کچھ اور بھی ہے۔</w:t>
      </w:r>
    </w:p>
    <w:p>
      <w:r>
        <w:rPr>
          <w:b/>
        </w:rPr>
        <w:t xml:space="preserve">[07:58] </w:t>
      </w:r>
      <w:r>
        <w:t>har discovery ne aik nai discovery ka clue diya.</w:t>
      </w:r>
    </w:p>
    <w:p>
      <w:pPr>
        <w:jc w:val="right"/>
      </w:pPr>
      <w:r>
        <w:t>ہر ڈسکوری نے ایک نئی ڈسکوری کا کلو دیا۔</w:t>
      </w:r>
    </w:p>
    <w:p>
      <w:r>
        <w:rPr>
          <w:b/>
        </w:rPr>
        <w:t xml:space="preserve">[08:07] </w:t>
      </w:r>
      <w:r>
        <w:t>har baar jab koi nai baat jani insaan ne to maloom hua ke is ke beyond bhi koi baat hai, is ke beyond bhi koi baat hai.</w:t>
      </w:r>
    </w:p>
    <w:p>
      <w:pPr>
        <w:jc w:val="right"/>
      </w:pPr>
      <w:r>
        <w:t>ہر بار جب کوئی نئی بات جانی انسان نے تو معلوم ہوا کہ اس کے بیانڈ بھی کوئی بات ہے، اس کے بیانڈ بھی کوئی بات ہے۔</w:t>
      </w:r>
    </w:p>
    <w:p>
      <w:r>
        <w:rPr>
          <w:b/>
        </w:rPr>
        <w:t xml:space="preserve">[08:17] </w:t>
      </w:r>
      <w:r>
        <w:t>yeh tha safar insani soch ka.</w:t>
      </w:r>
    </w:p>
    <w:p>
      <w:pPr>
        <w:jc w:val="right"/>
      </w:pPr>
      <w:r>
        <w:t>یہ تھا سفر انسانی سوچ کا۔</w:t>
      </w:r>
    </w:p>
    <w:p>
      <w:r>
        <w:rPr>
          <w:b/>
        </w:rPr>
        <w:t xml:space="preserve">[08:30] </w:t>
      </w:r>
      <w:r>
        <w:t>every time, every discovery, every discovery tells that there is something more to to discover.</w:t>
      </w:r>
    </w:p>
    <w:p>
      <w:pPr>
        <w:jc w:val="right"/>
      </w:pPr>
      <w:r>
        <w:t>ایوری ٹائم، ایوری ڈسکوری، ایوری ڈسکوری ٹیلز دیٹ دیر از سمتھنگ مور ٹو ٹو ڈسکور۔</w:t>
      </w:r>
    </w:p>
    <w:p>
      <w:r>
        <w:rPr>
          <w:b/>
        </w:rPr>
        <w:t xml:space="preserve">[08:46] </w:t>
      </w:r>
      <w:r>
        <w:t>insani zindagi mein aap baar baar jante hain ke log discovery karte rahe. lekin every discovery tells us that there is something more to new, more to discover.</w:t>
      </w:r>
    </w:p>
    <w:p>
      <w:pPr>
        <w:jc w:val="right"/>
      </w:pPr>
      <w:r>
        <w:t>انسانی زندگی میں آپ بار بار جانتے ہیں کہ لوگ ڈسکوری کرتے رہے۔ لیکن ایوری ڈسکوری ٹیلز اس دیٹ دیر از سمتھنگ مور ٹو نیو، مور ٹو ڈسکور۔</w:t>
      </w:r>
    </w:p>
    <w:p>
      <w:r>
        <w:rPr>
          <w:b/>
        </w:rPr>
        <w:t xml:space="preserve">[08:59] </w:t>
      </w:r>
      <w:r>
        <w:t>yeh silsila chalta raha. mein chand aik reference doon ga history ka.</w:t>
      </w:r>
    </w:p>
    <w:p>
      <w:pPr>
        <w:jc w:val="right"/>
      </w:pPr>
      <w:r>
        <w:t>یہ سلسلہ چلتا رہا۔ میں چند ایک ریفرنس دوں گا ہسٹری کا۔</w:t>
      </w:r>
    </w:p>
    <w:p>
      <w:r>
        <w:rPr>
          <w:b/>
        </w:rPr>
        <w:t xml:space="preserve">[09:07] </w:t>
      </w:r>
      <w:r>
        <w:t>kyunke history of thought jo hai woh sab se kam record hui hai. dekhiye, aap jante hain ke kings ki history, generals ki history, war ki history bohat zyada record hui hai.</w:t>
      </w:r>
    </w:p>
    <w:p>
      <w:pPr>
        <w:jc w:val="right"/>
      </w:pPr>
      <w:r>
        <w:t>کیونکہ ہسٹری آف تھاٹ جو ہے وہ سب سے کم ریکارڈ ہوئی ہے۔ دیکھیے، آپ جانتے ہیں کہ کنگز کی ہسٹری، جنرلز کی ہسٹری، وار کی ہسٹری بہت زیادہ ریکارڈ ہوئی ہے۔</w:t>
      </w:r>
    </w:p>
    <w:p>
      <w:r>
        <w:rPr>
          <w:b/>
        </w:rPr>
        <w:t xml:space="preserve">[09:25] </w:t>
      </w:r>
      <w:r>
        <w:t>lekin history of thought jo hai woh record nahi hui. bohat kam cheezein hum ko pata hain. is wajah se hum is ka poora chain nahi bana sakte.</w:t>
      </w:r>
    </w:p>
    <w:p>
      <w:pPr>
        <w:jc w:val="right"/>
      </w:pPr>
      <w:r>
        <w:t>لیکن ہسٹری آف تھاٹ جو ہے وہ ریکارڈ نہیں ہوئی۔ بہت کم چیزیں ہم کو پتہ ہیں۔ اس وجہ سے ہم اس کا پورا چین نہیں بنا سکتے۔</w:t>
      </w:r>
    </w:p>
    <w:p>
      <w:r>
        <w:rPr>
          <w:b/>
        </w:rPr>
        <w:t xml:space="preserve">[09:36] </w:t>
      </w:r>
      <w:r>
        <w:t>is ka poora chain nahi bana sakte hum. behal chand aik baatein jo meri soch mein aati hain woh mein arz karoon ga. jaise ab se char hazar saal pehle prophet ibrahim iraq mein aaye.</w:t>
      </w:r>
    </w:p>
    <w:p>
      <w:pPr>
        <w:jc w:val="right"/>
      </w:pPr>
      <w:r>
        <w:t>اس کا پورا چین نہیں بنا سکتے ہم۔ بہرحال چند ایک باتیں جو میری سوچ میں آتی ہیں وہ میں عرض کروں گا۔ جیسے اب سے چار ہزار سال پہلے پرافٹ ابراہیم عراق میں آئے۔</w:t>
      </w:r>
    </w:p>
    <w:p>
      <w:r>
        <w:rPr>
          <w:b/>
        </w:rPr>
        <w:t xml:space="preserve">[09:57] </w:t>
      </w:r>
      <w:r>
        <w:t>to un ke baray mein aata hai quran majeed mein ke jab unhon ne sitaron ko dekha to unhon ne kaha ke shayad yahi tum log, yahi woh cheez hai jis ko tum khuda kehte ho.</w:t>
      </w:r>
    </w:p>
    <w:p>
      <w:pPr>
        <w:jc w:val="right"/>
      </w:pPr>
      <w:r>
        <w:t>تو ان کے بارے میں آتا ہے قرآن مجید میں کہ جب انہوں نے ستاروں کو دیکھا تو انہوں نے کہا کہ شاید یہی تم لوگ، یہی وہ چیز ہے جس کو تم خدا کہتے ہو۔</w:t>
      </w:r>
    </w:p>
    <w:p>
      <w:r>
        <w:rPr>
          <w:b/>
        </w:rPr>
        <w:t xml:space="preserve">[10:11] </w:t>
      </w:r>
      <w:r>
        <w:t>phir woh doob gaya to unhon ne kaha ke main doobne walon ko Khuda nahi samajh sakta. phir chand ko dekha to samjha ke bohat bara hai. ke chand shayad Khuda ho.</w:t>
      </w:r>
    </w:p>
    <w:p>
      <w:pPr>
        <w:jc w:val="right"/>
      </w:pPr>
      <w:r>
        <w:t>پھر وہ ڈوب گیا تو انہوں نے کہا کہ میں ڈوبنے والوں کو خدا نہیں سمجھ سکتا۔ پھر چاند کو دیکھا تو سمجھا کہ بہت بڑا ہے۔ کہ چاند شاید خدا ہو۔</w:t>
      </w:r>
    </w:p>
    <w:p>
      <w:r>
        <w:rPr>
          <w:b/>
        </w:rPr>
        <w:t xml:space="preserve">[10:21] </w:t>
      </w:r>
      <w:r>
        <w:t>to phir jab doob gaya to unhon ne kaha ke chand Khuda nahi ho sa</w:t>
      </w:r>
    </w:p>
    <w:p>
      <w:pPr>
        <w:jc w:val="right"/>
      </w:pPr>
      <w:r>
        <w:t>تو پھر جب ڈوب گیا تو انہوں نے کہا کہ چاند خدا نہیں ہو س</w:t>
      </w:r>
    </w:p>
    <w:p>
      <w:r>
        <w:rPr>
          <w:b/>
        </w:rPr>
        <w:t xml:space="preserve">[10:25] </w:t>
      </w:r>
      <w:r>
        <w:t>kutta. phir suraj ko dekha chamakte hue to yeh hua ke shayad yeh Khuda ho. ke phir woh bhi doob gaya.</w:t>
      </w:r>
    </w:p>
    <w:p>
      <w:pPr>
        <w:jc w:val="right"/>
      </w:pPr>
      <w:r>
        <w:t>کتا۔ پھر سورج کو دیکھا چمکتے ہوئے تو یہ ہوا کہ شاید یہ خدا ہو۔ کہ پھر وہ بھی ڈوب گیا۔</w:t>
      </w:r>
    </w:p>
    <w:p>
      <w:r>
        <w:rPr>
          <w:b/>
        </w:rPr>
        <w:t xml:space="preserve">[10:35] </w:t>
      </w:r>
      <w:r>
        <w:t>to unhon ne kaha ke main doobne walon ko Khuda nahi maan sakta. to is ka matlab kya hua? ke kaho ke beyond stars, beyond moon, beyond sun, there are something more to discover.</w:t>
      </w:r>
    </w:p>
    <w:p>
      <w:pPr>
        <w:jc w:val="right"/>
      </w:pPr>
      <w:r>
        <w:t>تو انہوں نے کہا کہ میں ڈوبنے والوں کو خدا نہیں مان سکتا۔ تو اس کا مطلب کیا ہوا؟ کہ کہو کہ بیانڈ اسٹارز، بیانڈ مون، بیانڈ سون، دیر آر سمتھنگ مور ٹو ڈسکور۔</w:t>
      </w:r>
    </w:p>
    <w:p>
      <w:r>
        <w:rPr>
          <w:b/>
        </w:rPr>
        <w:t xml:space="preserve">[10:51] </w:t>
      </w:r>
      <w:r>
        <w:t>hum dekhte hain sitaron ko ya chand ko ya suraj ko to woh had nahi hai. is ke is ke beyond mein koi cheez hai.</w:t>
      </w:r>
    </w:p>
    <w:p>
      <w:pPr>
        <w:jc w:val="right"/>
      </w:pPr>
      <w:r>
        <w:t>ہم دیکھتے ہیں ستاروں کو یا چاند کو یا سورج کو تو وہ حد نہیں ہے۔ اس کے اس کے بیانڈ میں کوئی چیز ہے۔</w:t>
      </w:r>
    </w:p>
    <w:p>
      <w:r>
        <w:rPr>
          <w:b/>
        </w:rPr>
        <w:t xml:space="preserve">[11:02] </w:t>
      </w:r>
      <w:r>
        <w:t>aur is ko humein jaanna hai.</w:t>
      </w:r>
    </w:p>
    <w:p>
      <w:pPr>
        <w:jc w:val="right"/>
      </w:pPr>
      <w:r>
        <w:t>اور اس کو ہمیں جاننا ہے۔</w:t>
      </w:r>
    </w:p>
    <w:p>
      <w:r>
        <w:rPr>
          <w:b/>
        </w:rPr>
        <w:t xml:space="preserve">[11:06] </w:t>
      </w:r>
      <w:r>
        <w:t>is silsile ka ek bohat hi well known story woh hai jo Archimedes ki hai.</w:t>
      </w:r>
    </w:p>
    <w:p>
      <w:pPr>
        <w:jc w:val="right"/>
      </w:pPr>
      <w:r>
        <w:t>اس سلسلے کا ایک بہت ہی ویل نون اسٹوری وہ ہے جو آرکمیڈیز کی ہے۔</w:t>
      </w:r>
    </w:p>
    <w:p>
      <w:r>
        <w:rPr>
          <w:b/>
        </w:rPr>
        <w:t xml:space="preserve">[11:13] </w:t>
      </w:r>
      <w:r>
        <w:t>Archimedes jo hai woh third century BC mein Yunani mein paida hua. third century BC, yani Masih se teen saal, teen so saal qabal.</w:t>
      </w:r>
    </w:p>
    <w:p>
      <w:pPr>
        <w:jc w:val="right"/>
      </w:pPr>
      <w:r>
        <w:t>آرکمیڈیز جو ہے وہ تھرڈ سینچری بی سی میں یونان میں پیدا ہوا۔ تھرڈ سینچری بی سی، یعنی مسیح سے تین سال، تین سو سال قبل۔</w:t>
      </w:r>
    </w:p>
    <w:p>
      <w:r>
        <w:rPr>
          <w:b/>
        </w:rPr>
        <w:t xml:space="preserve">[11:28] </w:t>
      </w:r>
      <w:r>
        <w:t>to is ke samne ek challenge aaya ke pani par naav kyun tairti hai?</w:t>
      </w:r>
    </w:p>
    <w:p>
      <w:pPr>
        <w:jc w:val="right"/>
      </w:pPr>
      <w:r>
        <w:t>تو اس کے سامنے ایک چیلنج آیا کہ پانی پر ناک کیوں تیرتی ہے؟</w:t>
      </w:r>
    </w:p>
    <w:p>
      <w:r>
        <w:rPr>
          <w:b/>
        </w:rPr>
        <w:t xml:space="preserve">[11:38] </w:t>
      </w:r>
      <w:r>
        <w:t>is ka sabab kya hai?</w:t>
      </w:r>
    </w:p>
    <w:p>
      <w:pPr>
        <w:jc w:val="right"/>
      </w:pPr>
      <w:r>
        <w:t>اس کا سبب کیا ہے؟</w:t>
      </w:r>
    </w:p>
    <w:p>
      <w:r>
        <w:rPr>
          <w:b/>
        </w:rPr>
        <w:t xml:space="preserve">[11:42] </w:t>
      </w:r>
      <w:r>
        <w:t>to woh is mein soch mein tha, is soch mein tha, is soch mein tha ke kaise aisa hota hai. to ek din woh pani mein naha raha tha, tub mein naha raha tha.</w:t>
      </w:r>
    </w:p>
    <w:p>
      <w:pPr>
        <w:jc w:val="right"/>
      </w:pPr>
      <w:r>
        <w:t>تو اس وہ اس میں سوچ میں تھا، اس سوچ میں تھا، اس سوچ میں تھا کہ کیسے ایسا ہوتا ہے۔ تو ایک دن وہ پانی میں نہا رہا تھا، ٹب میں نہا رہا تھا۔</w:t>
      </w:r>
    </w:p>
    <w:p>
      <w:r>
        <w:rPr>
          <w:b/>
        </w:rPr>
        <w:t xml:space="preserve">[11:57] </w:t>
      </w:r>
      <w:r>
        <w:t>achanak is ko ek ek experience hua, is mein is ko discovery hui jis ko aaj hum kehte hain science of hydrostatics.</w:t>
      </w:r>
    </w:p>
    <w:p>
      <w:pPr>
        <w:jc w:val="right"/>
      </w:pPr>
      <w:r>
        <w:t>اچانک اس کو ایک ایک ایکسپیرینس ہوا، اس میں اس کو ڈسکوری ہوئی جس کو آج ہم کہتے ہیں سائنس آف ہائیڈرو اسٹیٹکس۔</w:t>
      </w:r>
    </w:p>
    <w:p>
      <w:r>
        <w:rPr>
          <w:b/>
        </w:rPr>
        <w:t xml:space="preserve">[12:10] </w:t>
      </w:r>
      <w:r>
        <w:t>science of hydrostatics. yani is ka is ka matlab yeh hai ke jab kisi object ko aap pani mein dalte hain to jitne pani ko woh displace karta hai woh object, usi ke equal wahan par upwat pressure paida hota hai.</w:t>
      </w:r>
    </w:p>
    <w:p>
      <w:pPr>
        <w:jc w:val="right"/>
      </w:pPr>
      <w:r>
        <w:t>سائنس آف ہائیڈرو اسٹیٹکس۔ یعنی اس کا اس کا مطلب یہ ہے کہ جب کسی آبجیکٹ کو آپ پانی میں ڈالتے ہیں تو جتنے پانی کو وہ ڈسپلیس کرتا ہے وہ آبجیکٹ، اسی کے ایکول وہاں پر اپ واٹ پریشر پیدا ہوتا ہے۔</w:t>
      </w:r>
    </w:p>
    <w:p>
      <w:r>
        <w:rPr>
          <w:b/>
        </w:rPr>
        <w:t xml:space="preserve">[12:28] </w:t>
      </w:r>
      <w:r>
        <w:t>yeh upwat pressure jo hai woh naav ko chalata rehta hai pani ke oopar.</w:t>
      </w:r>
    </w:p>
    <w:p>
      <w:pPr>
        <w:jc w:val="right"/>
      </w:pPr>
      <w:r>
        <w:t>یہ اپ واٹ پریشر جو ہے وہ ناک کو چلاتا رہتا ہے پانی کے اوپر۔</w:t>
      </w:r>
    </w:p>
    <w:p>
      <w:r>
        <w:rPr>
          <w:b/>
        </w:rPr>
        <w:t xml:space="preserve">[12:36] </w:t>
      </w:r>
      <w:r>
        <w:t>jab is ko yeh cheez discover hui to woh Greek language bolta tha to is mein us ne kaha Eureka, E U R E K A.</w:t>
      </w:r>
    </w:p>
    <w:p>
      <w:pPr>
        <w:jc w:val="right"/>
      </w:pPr>
      <w:r>
        <w:t>جب اس کو یہ چیز ڈسکور ہوئی تو وہ گریک لینگویج بولتا تھا تو اس میں اس نے کہا یوریکا، ای یو آر ای کے اے۔</w:t>
      </w:r>
    </w:p>
    <w:p>
      <w:r>
        <w:rPr>
          <w:b/>
        </w:rPr>
        <w:t xml:space="preserve">[12:51] </w:t>
      </w:r>
      <w:r>
        <w:t>Eureka, Eureka kehta hua bhaga. yani I discovered, I discovered. maine pa liya, maine pa liya.</w:t>
      </w:r>
    </w:p>
    <w:p>
      <w:pPr>
        <w:jc w:val="right"/>
      </w:pPr>
      <w:r>
        <w:t>یوریکا، یوریکا کہتا ہوا بھاگا۔ یعنی آئی ڈسکورڈ، آئی ڈسکورڈ۔ میں نے پا لیا، میں نے پا لیا۔</w:t>
      </w:r>
    </w:p>
    <w:p>
      <w:r>
        <w:rPr>
          <w:b/>
        </w:rPr>
        <w:t xml:space="preserve">[13:02] </w:t>
      </w:r>
      <w:r>
        <w:t>to history of thought mein main samajhta hoon ke yeh bohat hi well known qissa hai ke kaise insan ne known, is ke aage unknown ko jaana.</w:t>
      </w:r>
    </w:p>
    <w:p>
      <w:pPr>
        <w:jc w:val="right"/>
      </w:pPr>
      <w:r>
        <w:t>تو ہسٹری آف تھاٹ میں میں سمجھتا ہوں کہ یہ بہت ہی ویل نون قصہ ہے کہ کیسے انسان نے نون، اس کے آگے ان نون کو جانا۔</w:t>
      </w:r>
    </w:p>
    <w:p>
      <w:r>
        <w:rPr>
          <w:b/>
        </w:rPr>
        <w:t xml:space="preserve">[13:17] </w:t>
      </w:r>
      <w:r>
        <w:t>agarche unknown ke aage ek known ko jaana. lekin is is known ke aage phir aur bhi bohat sare layers the unknown ke.</w:t>
      </w:r>
    </w:p>
    <w:p>
      <w:pPr>
        <w:jc w:val="right"/>
      </w:pPr>
      <w:r>
        <w:t>اگرچہ ان نون کے آگے ایک نون کو جانا۔ لیکن اس اس نون کے آگے پھر اور بھی بہت سارے لیئرز تھے ان نون کے۔</w:t>
      </w:r>
    </w:p>
    <w:p>
      <w:r>
        <w:rPr>
          <w:b/>
        </w:rPr>
        <w:t xml:space="preserve">[13:27] </w:t>
      </w:r>
      <w:r>
        <w:t>aise hi dekhiye, steam power ko lijiye.</w:t>
      </w:r>
    </w:p>
    <w:p>
      <w:pPr>
        <w:jc w:val="right"/>
      </w:pPr>
      <w:r>
        <w:t>ایسے ہی دیکھیے، اسٹیم پاور کو لیجیے۔</w:t>
      </w:r>
    </w:p>
    <w:p>
      <w:r>
        <w:rPr>
          <w:b/>
        </w:rPr>
        <w:t xml:space="preserve">[13:32] </w:t>
      </w:r>
      <w:r>
        <w:t>mashoor hai ke pani, handi pak rahi thi, is par dhakkan laga hua tha. to woh jab ubal hua to dhakkan uth gaya.</w:t>
      </w:r>
    </w:p>
    <w:p>
      <w:pPr>
        <w:jc w:val="right"/>
      </w:pPr>
      <w:r>
        <w:t>مشہور ہے کہ پانی، ہانڈی پک رہی تھی، اس پر ڈھکن لگا ہوا تھا۔ تو وہ جب ابال ہوا تو ڈھکن اٹھ گیا۔</w:t>
      </w:r>
    </w:p>
    <w:p>
      <w:r>
        <w:rPr>
          <w:b/>
        </w:rPr>
        <w:t xml:space="preserve">[13:44] </w:t>
      </w:r>
      <w:r>
        <w:t>yeh ek phenomenon tha nature ka. is par sochna shuru kiya logon ne. aakhir mein steam power daryaft hua. yani pani jo hai jab garam kiya jata hai to us ke molecule disintegrate hote rehte hain.</w:t>
      </w:r>
    </w:p>
    <w:p>
      <w:pPr>
        <w:jc w:val="right"/>
      </w:pPr>
      <w:r>
        <w:t>یہ ایک فیناومینا تھا نیچر کا۔ اس پر سوچنا شروع کیا لوگوں نے۔ آخر میں اسٹیم پاور دریافت ہوا۔ یعنی پانی جو ہے جب گرم کیا جاتا ہے تو اس کے مالیکیول ڈس انٹیگریٹ ہوتے رہتے ہیں۔</w:t>
      </w:r>
    </w:p>
    <w:p>
      <w:r>
        <w:rPr>
          <w:b/>
        </w:rPr>
        <w:t xml:space="preserve">[14:01] </w:t>
      </w:r>
      <w:r>
        <w:t>is disintegrate, is is is ke nateeje mein, yani molecule ke inteshaar se kya hota hai ke woh ek taqat nikalti hai.</w:t>
      </w:r>
    </w:p>
    <w:p>
      <w:pPr>
        <w:jc w:val="right"/>
      </w:pPr>
      <w:r>
        <w:t>اس ڈس انٹیگریٹ، اس اس اس کے نتیجے میں، یعنی مالیکیول کے انتشار سے کیا ہوتا ہے کہ وہ ایک طاقت نکلتی ہے۔</w:t>
      </w:r>
    </w:p>
    <w:p>
      <w:r>
        <w:rPr>
          <w:b/>
        </w:rPr>
        <w:t xml:space="preserve">[14:09] </w:t>
      </w:r>
      <w:r>
        <w:t>is ko hum kehte hain steam power. is steam power ko mechanical power jab banaya gaya to aap jante hain ke engine tayyar ho gaya, engine chalne lage.</w:t>
      </w:r>
    </w:p>
    <w:p>
      <w:pPr>
        <w:jc w:val="right"/>
      </w:pPr>
      <w:r>
        <w:t>اس کو ہم کہتے ہیں اسٹیم پاور۔ اس اسٹیم پاور کو مکینیکل پاور جب بنایا گیا تو آپ جانتے ہیں کہ انجن تیار ہو گیا، انجن چلنے لگے۔</w:t>
      </w:r>
    </w:p>
    <w:p>
      <w:r>
        <w:rPr>
          <w:b/>
        </w:rPr>
        <w:t xml:space="preserve">[14:20] </w:t>
      </w:r>
      <w:r>
        <w:t>yeh ek discovery thi. is tarah se discovery chalti rahi.</w:t>
      </w:r>
    </w:p>
    <w:p>
      <w:pPr>
        <w:jc w:val="right"/>
      </w:pPr>
      <w:r>
        <w:t>یہ ایک ڈسکوری تھی۔ اس طرح سے ڈسکوری چلتی رہی۔</w:t>
      </w:r>
    </w:p>
    <w:p>
      <w:r>
        <w:rPr>
          <w:b/>
        </w:rPr>
        <w:t xml:space="preserve">[14:27] </w:t>
      </w:r>
      <w:r>
        <w:t>hamesha insan ne ek cheez discover ki to maloom hua ke is ke aage kuch aur hai, kuch aur hai, kuch aur hai.</w:t>
      </w:r>
    </w:p>
    <w:p>
      <w:pPr>
        <w:jc w:val="right"/>
      </w:pPr>
      <w:r>
        <w:t>ہمیشہ انسان نے ایک چیز ڈسکور کی تو معلوم ہوا کہ اس کے آگے کچھ اور ہے، کچھ اور ہے، کچھ اور ہے۔</w:t>
      </w:r>
    </w:p>
    <w:p>
      <w:r>
        <w:rPr>
          <w:b/>
        </w:rPr>
        <w:t xml:space="preserve">[14:35] </w:t>
      </w:r>
      <w:r>
        <w:t>phir aap dekhiye, main samajhta hoon ke yahan main reference de sakta hoon Galileo ka.</w:t>
      </w:r>
    </w:p>
    <w:p>
      <w:pPr>
        <w:jc w:val="right"/>
      </w:pPr>
      <w:r>
        <w:t>پھر آپ دیکھیے، میں سمجھتا ہوں کہ یہاں میں ریفرنس دے سکتا ہوں گلیلیو کا۔</w:t>
      </w:r>
    </w:p>
    <w:p>
      <w:r>
        <w:rPr>
          <w:b/>
        </w:rPr>
        <w:t xml:space="preserve">[14:45] </w:t>
      </w:r>
      <w:r>
        <w:t>solah so aath mein, yaani sixteen hundred eight mein is ne telescope se dekha aasman ko. to ek nai duniya discover hui.</w:t>
      </w:r>
    </w:p>
    <w:p>
      <w:pPr>
        <w:jc w:val="right"/>
      </w:pPr>
      <w:r>
        <w:t>سولہ سو آٹھ میں، یعنی سکسٹین ہنڈرڈ ایٹ میں اس نے ٹیلی سکوپ سے دیکھا آسمان کو۔ تو ایک نئی دنیا ڈسکور ہوئی۔</w:t>
      </w:r>
    </w:p>
    <w:p>
      <w:r>
        <w:rPr>
          <w:b/>
        </w:rPr>
        <w:t xml:space="preserve">[14:58] </w:t>
      </w:r>
      <w:r>
        <w:t>nai duniya stars ke bare mein, planet ke bare mein, galaxy ke bare mein, solar system ke bare mein. lekin microworld mein yeh insaan ka mushahida tha.</w:t>
      </w:r>
    </w:p>
    <w:p>
      <w:pPr>
        <w:jc w:val="right"/>
      </w:pPr>
      <w:r>
        <w:t>نئی دنیا اسٹارز کے بارے میں، پلینٹ کے بارے میں، گلیکسی کے بارے میں، سولر سسٹم کے بارے میں۔ لیکن مائیکرو ورلڈ میں یہ انسان کا مشاہدہ تھا۔</w:t>
      </w:r>
    </w:p>
    <w:p>
      <w:r>
        <w:rPr>
          <w:b/>
        </w:rPr>
        <w:t xml:space="preserve">[15:11] </w:t>
      </w:r>
      <w:r>
        <w:t>microworld mein. lekin baat ko maloom hua ke telescope jahan tak dikhata hai hum ko woh had nahi hai. is ke aage bhi ek duniya hai. aise hi insaan ne microscope banaya.</w:t>
      </w:r>
    </w:p>
    <w:p>
      <w:pPr>
        <w:jc w:val="right"/>
      </w:pPr>
      <w:r>
        <w:t>مائیکرو ورلڈ میں۔ لیکن بات کو معلوم ہوا کہ ٹیلی سکوپ جہاں تک دکھاتا ہے ہم کو وہ حد نہیں ہے۔ اس کے آگے بھی ایک دنیا ہے۔ ایسے ہی انسان نے مائیکروسکوپ بنایا۔</w:t>
      </w:r>
    </w:p>
    <w:p>
      <w:r>
        <w:rPr>
          <w:b/>
        </w:rPr>
        <w:t xml:space="preserve">[15:25] </w:t>
      </w:r>
      <w:r>
        <w:t>microscope.</w:t>
      </w:r>
    </w:p>
    <w:p>
      <w:pPr>
        <w:jc w:val="right"/>
      </w:pPr>
      <w:r>
        <w:t>مائیکروسکوپ۔</w:t>
      </w:r>
    </w:p>
    <w:p>
      <w:r>
        <w:rPr>
          <w:b/>
        </w:rPr>
        <w:t xml:space="preserve">[15:26] </w:t>
      </w:r>
      <w:r>
        <w:t>atharah so tees mein, eighteen hundred thirty mein pehli baar microscope jo hai istemal kiya gaya.</w:t>
      </w:r>
    </w:p>
    <w:p>
      <w:pPr>
        <w:jc w:val="right"/>
      </w:pPr>
      <w:r>
        <w:t>اٹھارہ سو تیس میں، ایٹین ہنڈرڈ تھرٹی میں پہلی بار مائیکروسکوپ جو ہے استعمال کیا گیا۔</w:t>
      </w:r>
    </w:p>
    <w:p>
      <w:r>
        <w:rPr>
          <w:b/>
        </w:rPr>
        <w:t xml:space="preserve">[15:37] </w:t>
      </w:r>
      <w:r>
        <w:t>yaani choti cheezon ko bara kar ke dekhna. telescope door ki cheezon ko dikhati thi. ab microscope ne microworld mein aap ke mushahidon ko bohat door tak barhaya.</w:t>
      </w:r>
    </w:p>
    <w:p>
      <w:pPr>
        <w:jc w:val="right"/>
      </w:pPr>
      <w:r>
        <w:t>یعنی چھوٹی چیزوں کو بڑا کر کے دیکھنا۔ ٹیلی سکوپ دور کی چیزوں کو دکھاتی تھی۔ اب مائیکروسکوپ نے مائیکرو ورلڈ میں آپ کے مشاہدوں کو بہت دور تک بڑھایا۔</w:t>
      </w:r>
    </w:p>
    <w:p>
      <w:r>
        <w:rPr>
          <w:b/>
        </w:rPr>
        <w:t xml:space="preserve">[15:51] </w:t>
      </w:r>
      <w:r>
        <w:t>lekin phir yeh maloom hua ke woh aakhri had nahi thi.</w:t>
      </w:r>
    </w:p>
    <w:p>
      <w:pPr>
        <w:jc w:val="right"/>
      </w:pPr>
      <w:r>
        <w:t>لیکن پھر یہ معلوم ہوا کہ وہ آخری حد نہیں تھی۔</w:t>
      </w:r>
    </w:p>
    <w:p>
      <w:r>
        <w:rPr>
          <w:b/>
        </w:rPr>
        <w:t xml:space="preserve">[15:56] </w:t>
      </w:r>
      <w:r>
        <w:t>jab baad ko Rutherford, Einstein waghera ne daryaft kiya jab atom toot gaya aur electron ki daryaft hui to maloom hua ke is ke aage bhi bohat kuch hai jis ko hum microscope se dekh nahi sakte.</w:t>
      </w:r>
    </w:p>
    <w:p>
      <w:pPr>
        <w:jc w:val="right"/>
      </w:pPr>
      <w:r>
        <w:t>جب بعد کو ردر فورڈ، آئنسٹین وغیرہ نے دریافت کیا جب ایٹم ٹوٹ گیا اور الیکٹران کی دریافت ہوئی تو معلوم ہوا کہ اس کے آگے بھی بہت کچھ ہے جس کو ہم مائیکروسکوپ سے دیکھ نہیں سکتے۔</w:t>
      </w:r>
    </w:p>
    <w:p>
      <w:r>
        <w:rPr>
          <w:b/>
        </w:rPr>
        <w:t xml:space="preserve">[16:14] </w:t>
      </w:r>
      <w:r>
        <w:t>to jab bhi insaan ne koi cheez discover ki to maloom hua ke is ke beyond bhi kuch aur cheezen hain jis ko hamein discover karna hai. yeh silsila chalta raha.</w:t>
      </w:r>
    </w:p>
    <w:p>
      <w:pPr>
        <w:jc w:val="right"/>
      </w:pPr>
      <w:r>
        <w:t>تو جب بھی انسان نے کوئی چیز ڈسکور کی تو معلوم ہوا کہ اس کے بیانڈ بھی کچھ اور چیزیں ہیں جس کو ہمیں ڈسکور کرنا ہے۔ یہ سلسلہ چلتا رہا۔</w:t>
      </w:r>
    </w:p>
    <w:p>
      <w:r>
        <w:rPr>
          <w:b/>
        </w:rPr>
        <w:t xml:space="preserve">[16:26] </w:t>
      </w:r>
      <w:r>
        <w:t>ab is ke baad jab aakhri jo aaj jo stage, yaani human knowledge jahan pahuncha hai aaj, main samajhta hoon ke woh pahuncha hai probability tak.</w:t>
      </w:r>
    </w:p>
    <w:p>
      <w:pPr>
        <w:jc w:val="right"/>
      </w:pPr>
      <w:r>
        <w:t>اب اس کے بعد جب آخری جو آج جو اسٹیج، یعنی ہیومن نالج جہاں پہنچا ہے آج، میں سمجھتا ہوں کہ وہ پہنچا ہے پرابیبلیٹی تک۔</w:t>
      </w:r>
    </w:p>
    <w:p>
      <w:r>
        <w:rPr>
          <w:b/>
        </w:rPr>
        <w:t xml:space="preserve">[16:38] </w:t>
      </w:r>
      <w:r>
        <w:t>yaani aaj insaan yahan tak pahuncha hai ke hum kuch cheezen woh hain jo hum na to dekh sakte telescope se, na hum dekh sakte microscope se.</w:t>
      </w:r>
    </w:p>
    <w:p>
      <w:pPr>
        <w:jc w:val="right"/>
      </w:pPr>
      <w:r>
        <w:t>یعنی آج انسان یہاں تک پہنچا ہے کہ ہم کچھ چیزیں وہ ہیں جو ہم نہ تو دیکھ سکتے ٹیلی سکوپ سے، نہ ہم دیکھ سکتے مائیکروسکوپ سے۔</w:t>
      </w:r>
    </w:p>
    <w:p>
      <w:r>
        <w:rPr>
          <w:b/>
        </w:rPr>
        <w:t xml:space="preserve">[16:49] </w:t>
      </w:r>
      <w:r>
        <w:t>is ko hum mathematical calculation se is ki probability ko jaan sakte hain, probability ko ke shayad aisa ho. to aakhri had jahan pahuncha hai insaan woh yeh hai ke mathematical calculation se woh kuch cheezon ki probability ko jaan sake.</w:t>
      </w:r>
    </w:p>
    <w:p>
      <w:pPr>
        <w:jc w:val="right"/>
      </w:pPr>
      <w:r>
        <w:t>اس کو ہم میتھمیٹیکل کیلکولیشن سے اس کی پرابیبلیٹی کو جان سکتے ہیں، پرابیبلیٹی کو کہ شاید ایسا ہو۔ تو آخری حد جہاں پہنچا ہے انسان وہ یہ ہے کہ میتھمیٹیکل کیلکولیشن سے وہ کچھ چیزوں کی پرابیبلیٹی کو جان سکے۔</w:t>
      </w:r>
    </w:p>
    <w:p>
      <w:r>
        <w:rPr>
          <w:b/>
        </w:rPr>
        <w:t xml:space="preserve">[17:09] </w:t>
      </w:r>
      <w:r>
        <w:t>lekin final knowledge abhi bhi nahi. final knowledge ka abhi pata nahi insaan ko.</w:t>
      </w:r>
    </w:p>
    <w:p>
      <w:pPr>
        <w:jc w:val="right"/>
      </w:pPr>
      <w:r>
        <w:t>لیکن فائنل نالج ابھی بھی نہیں۔ فائنل نالج کا ابھی پتہ نہیں انسان کو۔</w:t>
      </w:r>
    </w:p>
    <w:p>
      <w:r>
        <w:rPr>
          <w:b/>
        </w:rPr>
        <w:t xml:space="preserve">[17:15] </w:t>
      </w:r>
      <w:r>
        <w:t>yaani insani ilm hazaron saal safar karne ke baad bhi jahan pahuncha hai woh sirf probability hai. is ke aage kya kuch hai?</w:t>
      </w:r>
    </w:p>
    <w:p>
      <w:pPr>
        <w:jc w:val="right"/>
      </w:pPr>
      <w:r>
        <w:t>یعنی انسانی علم ہزاروں سال سفر کرنے کے بعد بھی جہاں پہنچا ہے وہ صرف پرابیبلیٹی ہے۔ اس کے آگے کیا کچھ ہے؟</w:t>
      </w:r>
    </w:p>
    <w:p>
      <w:r>
        <w:rPr>
          <w:b/>
        </w:rPr>
        <w:t xml:space="preserve">[17:25] </w:t>
      </w:r>
      <w:r>
        <w:t>hamare paas koi saadhan nahi hai ke is ko hum jaan saken. ab yahan main kahunga ke insaan ke samne ek claim hai, prophet ka claim.</w:t>
      </w:r>
    </w:p>
    <w:p>
      <w:pPr>
        <w:jc w:val="right"/>
      </w:pPr>
      <w:r>
        <w:t>ہمارے پاس کوئی ساधन نہیں ہے کہ اس کو ہم جان سکیں۔ اب یہاں میں کہوں گا کہ انسان کے سامنے ایک کلیم ہے، پرافٹ کا کلیم۔</w:t>
      </w:r>
    </w:p>
    <w:p>
      <w:r>
        <w:rPr>
          <w:b/>
        </w:rPr>
        <w:t xml:space="preserve">[17:39] </w:t>
      </w:r>
      <w:r>
        <w:t>ke final knowledge mere paas hai.</w:t>
      </w:r>
    </w:p>
    <w:p>
      <w:pPr>
        <w:jc w:val="right"/>
      </w:pPr>
      <w:r>
        <w:t>کہ فائنل نالج میرے پاس ہے۔</w:t>
      </w:r>
    </w:p>
    <w:p>
      <w:r>
        <w:rPr>
          <w:b/>
        </w:rPr>
        <w:t xml:space="preserve">[17:43] </w:t>
      </w:r>
      <w:r>
        <w:t>ke jahan tak tumhari knowledge nahi pahunch pa rahi woh mere paas hai. prophet ka claim. ab yahan par hamein is ke claim ko examine karna hai.</w:t>
      </w:r>
    </w:p>
    <w:p>
      <w:pPr>
        <w:jc w:val="right"/>
      </w:pPr>
      <w:r>
        <w:t>کہ جہاں تک تمہاری نالج نہیں پہنچ پا رہی وہ میرے پاس ہے۔ پرافٹ کا کلیم۔ اب یہاں پر ہمیں اس کے کلیم کو ایگزیمن کرنا ہے۔</w:t>
      </w:r>
    </w:p>
    <w:p>
      <w:r>
        <w:rPr>
          <w:b/>
        </w:rPr>
        <w:t xml:space="preserve">[17:56] </w:t>
      </w:r>
      <w:r>
        <w:t>kyun ke insaan ka jo safar tha, jo insaan ki journey thi woh to ab ab blind valley mein pahunch gayi. probability ka aage usay koi aur cheez qabil daryaft nahi rahi.</w:t>
      </w:r>
    </w:p>
    <w:p>
      <w:pPr>
        <w:jc w:val="right"/>
      </w:pPr>
      <w:r>
        <w:t>کیونکہ انسان کا جو سفر تھا، جو انسان کی جرنی تھی وہ تو اب اب بلائنڈ ویلیو میں پہنچ گئی۔ پرابیبلیٹی کا آگے اسے کوئی اور چیز قابل دریافت نہیں رہی۔</w:t>
      </w:r>
    </w:p>
    <w:p>
      <w:r>
        <w:rPr>
          <w:b/>
        </w:rPr>
        <w:t xml:space="preserve">[18:12] </w:t>
      </w:r>
      <w:r>
        <w:t>to ab koi option nahi hai insaan ke siwa is ke siwa ke woh paygambar ke claim ko examine kare ke kya woh sahi hai. ab main is is pehlu se kuch kehna chahunga.</w:t>
      </w:r>
    </w:p>
    <w:p>
      <w:pPr>
        <w:jc w:val="right"/>
      </w:pPr>
      <w:r>
        <w:t>تو اب کوئی آپشن نہیں ہے انسان کے سوا اس کے سوا کہ وہ پیغمبر کے کلیم کو ایگزیمن کرے کہ کیا وہ صحیح ہے۔ اب میں اس اس پہلو سے کچھ کہنا چاہوں گا۔</w:t>
      </w:r>
    </w:p>
    <w:p>
      <w:r>
        <w:rPr>
          <w:b/>
        </w:rPr>
        <w:t xml:space="preserve">[18:26] </w:t>
      </w:r>
      <w:r>
        <w:t>dekhiye. prophet of Islam, aap jante hain ke seven century ke first quarter mein Mecca mein Khuda ne un ko paygambar banaya.</w:t>
      </w:r>
    </w:p>
    <w:p>
      <w:pPr>
        <w:jc w:val="right"/>
      </w:pPr>
      <w:r>
        <w:t>دیکھیے۔ پرافٹ آف اسلام، آپ جانتے ہیں کہ سیون سینچری کے فرسٹ کوارٹر میں مکہ میں خدا نے ان کو پیغمبر بنایا۔</w:t>
      </w:r>
    </w:p>
    <w:p>
      <w:r>
        <w:rPr>
          <w:b/>
        </w:rPr>
        <w:t xml:space="preserve">[18:38] </w:t>
      </w:r>
      <w:r>
        <w:t>aur seven century ke first quarter mein unhon ne aelan kiya ke main Khuda ka paygambar hoon. to kaise shuru kiya unhon ne apne aelan ko? yeh six hundred ten ka waqia hai yeh.</w:t>
      </w:r>
    </w:p>
    <w:p>
      <w:pPr>
        <w:jc w:val="right"/>
      </w:pPr>
      <w:r>
        <w:t>اور سیون سینچری کے فرسٹ کوارٹر میں انہوں نے اعلان کیا کہ میں خدا کا پیغمبر ہوں۔ تو کیسے شروع کیا انہوں نے اپنے اعلان کو؟ یہ سکس ہنڈرڈ ٹین کا واقعہ ہے یہ۔</w:t>
      </w:r>
    </w:p>
    <w:p>
      <w:r>
        <w:rPr>
          <w:b/>
        </w:rPr>
        <w:t xml:space="preserve">[18:51] </w:t>
      </w:r>
      <w:r>
        <w:t>chah sau das ka waqia hai yeh.</w:t>
      </w:r>
    </w:p>
    <w:p>
      <w:pPr>
        <w:jc w:val="right"/>
      </w:pPr>
      <w:r>
        <w:t>چھ سو دس کا واقعہ ہے یہ۔</w:t>
      </w:r>
    </w:p>
    <w:p>
      <w:r>
        <w:rPr>
          <w:b/>
        </w:rPr>
        <w:t xml:space="preserve">[18:53] </w:t>
      </w:r>
      <w:r>
        <w:t>Mecca ke bahir, Mecca ke outskirt mein ek pahari thi. dekhiye ek hota hai bohat ooncha pahar, woh nahi.</w:t>
      </w:r>
    </w:p>
    <w:p>
      <w:pPr>
        <w:jc w:val="right"/>
      </w:pPr>
      <w:r>
        <w:t>مکہ کے باہر، مکہ کے آؤٹ سکاٹ میں ایک پہاڑی تھی۔ دیکھیے ایک ہوتا ہے بہت اونچا پہاڑ، وہ نہیں۔</w:t>
      </w:r>
    </w:p>
    <w:p>
      <w:r>
        <w:rPr>
          <w:b/>
        </w:rPr>
        <w:t xml:space="preserve">[19:02] </w:t>
      </w:r>
      <w:r>
        <w:t>pahari jis ko aap tila bhi keh sakte hain.</w:t>
      </w:r>
    </w:p>
    <w:p>
      <w:pPr>
        <w:jc w:val="right"/>
      </w:pPr>
      <w:r>
        <w:t>پہاڑی جس کو آپ ٹیلہ بھی کہہ سکتے ہیں۔</w:t>
      </w:r>
    </w:p>
    <w:p>
      <w:r>
        <w:rPr>
          <w:b/>
        </w:rPr>
        <w:t xml:space="preserve">[19:07] </w:t>
      </w:r>
      <w:r>
        <w:t>to aap is par charhe. is par charh kar aap ne ailaan kiya. aawaz di. wa sabaha wa sabaha.</w:t>
      </w:r>
    </w:p>
    <w:p>
      <w:pPr>
        <w:jc w:val="right"/>
      </w:pPr>
      <w:r>
        <w:t>تو آپ اس پر چڑھے۔ اس پر چڑھ کر آپ نے اعلان کیا۔ آواز دیا۔ وَصَبَاحَا وَصَبَاحَا۔</w:t>
      </w:r>
    </w:p>
    <w:p>
      <w:r>
        <w:rPr>
          <w:b/>
        </w:rPr>
        <w:t xml:space="preserve">[19:17] </w:t>
      </w:r>
      <w:r>
        <w:t>dekhiye wahan ek tareeqa tha aisa ke yeh tha tribal age. tribal age mein koi organized state nahi hua karti thi.</w:t>
      </w:r>
    </w:p>
    <w:p>
      <w:pPr>
        <w:jc w:val="right"/>
      </w:pPr>
      <w:r>
        <w:t>دیکھیے وہاں ایک طریقہ تھا ایسا کہ یہ تھا ٹرائبل ایج۔ ٹرائبل ایج میں کوئی آرگنائزڈ اسٹیٹ نہیں ہوا کرتی تھی۔</w:t>
      </w:r>
    </w:p>
    <w:p>
      <w:r>
        <w:rPr>
          <w:b/>
        </w:rPr>
        <w:t xml:space="preserve">[19:30] </w:t>
      </w:r>
      <w:r>
        <w:t>har qabeelay ka apna alag ek system tha. har qabeela doosray qabeelay ka rival rehta tha. to tribal age ka zamana tha.</w:t>
      </w:r>
    </w:p>
    <w:p>
      <w:pPr>
        <w:jc w:val="right"/>
      </w:pPr>
      <w:r>
        <w:t>ہر قبیلہ کا اپنا الگ ایک سسٹم تھا۔ ہر قبیلہ دوسرے قبیلے کا رائیول رہتا تھا۔ تو ٹرائبل ایج کا زمانہ تھا۔</w:t>
      </w:r>
    </w:p>
    <w:p>
      <w:r>
        <w:rPr>
          <w:b/>
        </w:rPr>
        <w:t xml:space="preserve">[19:38] </w:t>
      </w:r>
      <w:r>
        <w:t>bohat se tribe thay arab mein. aur koi wahan par state nahi thi poore arab ki.</w:t>
      </w:r>
    </w:p>
    <w:p>
      <w:pPr>
        <w:jc w:val="right"/>
      </w:pPr>
      <w:r>
        <w:t>بہت سے ٹرائب تھے عرب میں۔ اور کوئی وہاں پر اسٹیٹ نہیں تھی پورے عرب کی۔</w:t>
      </w:r>
    </w:p>
    <w:p>
      <w:r>
        <w:rPr>
          <w:b/>
        </w:rPr>
        <w:t xml:space="preserve">[19:46] </w:t>
      </w:r>
      <w:r>
        <w:t>to aksar aisa hota tha ke ek ek ek tribe doosray tribe par kuch na kuch attack kar deta tha. zyada tar loot maar karte thay log.</w:t>
      </w:r>
    </w:p>
    <w:p>
      <w:pPr>
        <w:jc w:val="right"/>
      </w:pPr>
      <w:r>
        <w:t>تو اکثر ایسا ہوتا تھا کہ ایک ایک ایک ٹرائب دوسرے ٹرائب پر کچھ نہ کچھ اٹیک کر دیتا تھا۔ زیادہ تر لوٹ مار کرتے تھے لوگ۔</w:t>
      </w:r>
    </w:p>
    <w:p>
      <w:r>
        <w:rPr>
          <w:b/>
        </w:rPr>
        <w:t xml:space="preserve">[19:56] </w:t>
      </w:r>
      <w:r>
        <w:t>to ek tareeqa wahan tha ke agar ek aadmi chal raha hai kahin, usay dekha ke koi attack karne ke liye aa raha hai hamare qabeelay par to wo tille par charhta tha.</w:t>
      </w:r>
    </w:p>
    <w:p>
      <w:pPr>
        <w:jc w:val="right"/>
      </w:pPr>
      <w:r>
        <w:t>تو ایک طریقہ وہاں تھا کہ اگر ایک آدمی چل رہا ہے کہیں، اسے دیکھا کہ کوئی اٹیک کرنے کے لیے آ رہا ہے ہمارے قبیلے پر تو وہ ٹیلے پر چڑھتا تھا۔</w:t>
      </w:r>
    </w:p>
    <w:p>
      <w:r>
        <w:rPr>
          <w:b/>
        </w:rPr>
        <w:t xml:space="preserve">[20:09] </w:t>
      </w:r>
      <w:r>
        <w:t>aur bolta tha ke wa sabaha wa sabaha wa sabaha.</w:t>
      </w:r>
    </w:p>
    <w:p>
      <w:pPr>
        <w:jc w:val="right"/>
      </w:pPr>
      <w:r>
        <w:t>اور بولتا تھا کہ وَصَبَاحَا وَصَبَاحَا وَصَبَاحَا۔</w:t>
      </w:r>
    </w:p>
    <w:p>
      <w:r>
        <w:rPr>
          <w:b/>
        </w:rPr>
        <w:t xml:space="preserve">[20:14] </w:t>
      </w:r>
      <w:r>
        <w:t>to log ikhatta hotay thay us ki baat sunnay ke liye. to wo batata tha ke dekho main ne dekha hai ke ek aa rahi hai ek army tum par attack karne ke liye.</w:t>
      </w:r>
    </w:p>
    <w:p>
      <w:pPr>
        <w:jc w:val="right"/>
      </w:pPr>
      <w:r>
        <w:t>تو لوگ اکٹھا ہوتے تھے اس کی بات سننے کے لیے۔ تو وہ بتاتا تھا کہ دیکھو میں نے دیکھا ہے کہ ایک آ رہی ہے ایک آرمی تم پر اٹیک کرنے کے لیے۔</w:t>
      </w:r>
    </w:p>
    <w:p>
      <w:r>
        <w:rPr>
          <w:b/>
        </w:rPr>
        <w:t xml:space="preserve">[20:23] </w:t>
      </w:r>
      <w:r>
        <w:t>ek tareeqa tha wahan par. us ko kehtay thay nazeer urriyah. nazeer urriyah ka matlab hota hai barhana warning denay wala.</w:t>
      </w:r>
    </w:p>
    <w:p>
      <w:pPr>
        <w:jc w:val="right"/>
      </w:pPr>
      <w:r>
        <w:t>ایک طریقہ تھا وہاں پر۔ اس کو کہتے تھے نذیر عوریہ۔ نذیر عوریہ کا مطلب ہوتا ہے برہنہ وارننگ دینے والا۔</w:t>
      </w:r>
    </w:p>
    <w:p>
      <w:r>
        <w:rPr>
          <w:b/>
        </w:rPr>
        <w:t xml:space="preserve">[20:39] </w:t>
      </w:r>
      <w:r>
        <w:t>yani naked warning denay wala. nazeer urriyah</w:t>
      </w:r>
    </w:p>
    <w:p>
      <w:pPr>
        <w:jc w:val="right"/>
      </w:pPr>
      <w:r>
        <w:t>یعنی نیکڈ وارننگ دینے والا۔ نذیر عوریہ</w:t>
      </w:r>
    </w:p>
    <w:p>
      <w:r>
        <w:rPr>
          <w:b/>
        </w:rPr>
        <w:t xml:space="preserve">[20:42] </w:t>
      </w:r>
      <w:r>
        <w:t>. to aap ne kaha ke ana nazeer ul urriyan. ana nazeer ul urriyan. yani is tradition ko istemal karte hue aap ne kaha ke main naked warning denay wala hoon.</w:t>
      </w:r>
    </w:p>
    <w:p>
      <w:pPr>
        <w:jc w:val="right"/>
      </w:pPr>
      <w:r>
        <w:t>۔ تو آپ نے کہا کہ انا نذیر العوریان۔ انا نذیر العوریان۔ یعنی اس ٹریڈیشن کو استعمال کرتے ہوئے آپ نے کہا کہ میں نیکڈ وارننگ دینے والا ہوں۔</w:t>
      </w:r>
    </w:p>
    <w:p>
      <w:r>
        <w:rPr>
          <w:b/>
        </w:rPr>
        <w:t xml:space="preserve">[20:54] </w:t>
      </w:r>
      <w:r>
        <w:t>to phir aap ne jab log ikhatta ho gaye makka ke log to aap ne kaha ab aap is par hain, raakh par hain. idhar wo log hain.</w:t>
      </w:r>
    </w:p>
    <w:p>
      <w:pPr>
        <w:jc w:val="right"/>
      </w:pPr>
      <w:r>
        <w:t>تو پھر آپ نے جب لوگ اکٹھا ہو گئے مکہ کے لوگ تو آپ نے کہا اب آپ اس پر ہیں، راکھ پر ہیں۔ ادھر وہ لوگ ہیں۔</w:t>
      </w:r>
    </w:p>
    <w:p>
      <w:r>
        <w:rPr>
          <w:b/>
        </w:rPr>
        <w:t xml:space="preserve">[21:04] </w:t>
      </w:r>
      <w:r>
        <w:t>idhar idhar ka hissa dikhai nahi de raha hai in logon ko. aur aap ko dikhai de raha hai.</w:t>
      </w:r>
    </w:p>
    <w:p>
      <w:pPr>
        <w:jc w:val="right"/>
      </w:pPr>
      <w:r>
        <w:t>ادھر ادھر کا حصہ دکھائی نہیں دے رہا ہے ان لوگوں کو۔ اور آپ کو دکھائی دے رہا ہے۔</w:t>
      </w:r>
    </w:p>
    <w:p>
      <w:r>
        <w:rPr>
          <w:b/>
        </w:rPr>
        <w:t xml:space="preserve">[21:11] </w:t>
      </w:r>
      <w:r>
        <w:t>to wahan se aap kehtay hain aap ke agar main yeh kahoon ke is raakh ke peechay ek lashkar hai, ek ek qabeelay ki army hai, wo aa rahi hai makka par attack karne ke liye to tum maano gay meri baat?</w:t>
      </w:r>
    </w:p>
    <w:p>
      <w:pPr>
        <w:jc w:val="right"/>
      </w:pPr>
      <w:r>
        <w:t>تو وہاں سے آپ کہتے ہیں آپ کہ اگر میں یہ کہوں کہ اس راکھ کے پیچھے ایک لشکر ہے، ایک ایک قبیلے کی آرمی ہے، وہ آ رہی ہے مکہ پر اٹیک کرنے کے لیے تو تم مانو گے میری بات؟</w:t>
      </w:r>
    </w:p>
    <w:p>
      <w:r>
        <w:rPr>
          <w:b/>
        </w:rPr>
        <w:t xml:space="preserve">[21:28] </w:t>
      </w:r>
      <w:r>
        <w:t>to unhon ne kaha ke haan. is liye ke aap wahan se idhar dekh pa rahay hain. hum to dekh nahi pa rahay, hum to idhar hain.</w:t>
      </w:r>
    </w:p>
    <w:p>
      <w:pPr>
        <w:jc w:val="right"/>
      </w:pPr>
      <w:r>
        <w:t>تو انہوں نے کہا کہ ہاں۔ اس لیے کہ آپ وہاں سے ادھر دیکھ پا رہے ہیں۔ ہم تو دیکھ نہیں پا رہے، ہم تو ادھر ہیں۔</w:t>
      </w:r>
    </w:p>
    <w:p>
      <w:r>
        <w:rPr>
          <w:b/>
        </w:rPr>
        <w:t xml:space="preserve">[21:35] </w:t>
      </w:r>
      <w:r>
        <w:t>to pehlay aap ne apni position ko establish kiya. jis ko ek aur hadees mein aap ne kaha ke ani aalim ma la ta'lamoon.</w:t>
      </w:r>
    </w:p>
    <w:p>
      <w:pPr>
        <w:jc w:val="right"/>
      </w:pPr>
      <w:r>
        <w:t>تو پہلے آپ نے اپنی پوزیشن کو اسٹیبلش کیا۔ جس کو ایک اور حدیث میں آپ نے کہا کہ انی عالم مالا تعلمون۔</w:t>
      </w:r>
    </w:p>
    <w:p>
      <w:r>
        <w:rPr>
          <w:b/>
        </w:rPr>
        <w:t xml:space="preserve">[21:46] </w:t>
      </w:r>
      <w:r>
        <w:t>main wo jaanta hoon jis ko tum nahi jantay. ek aur hadees mein aap ne yeh kaha ke ani aalim ma la ta'lamoon. main wo cheez jaanta hoon jo tum nahi jantay.</w:t>
      </w:r>
    </w:p>
    <w:p>
      <w:pPr>
        <w:jc w:val="right"/>
      </w:pPr>
      <w:r>
        <w:t>میں وہ جانتا ہوں جس کو تم نہیں جانتے۔ ایک اور حدیث میں آپ نے یہ کہا کہ انی عالم مالا تعلمون۔ میں وہ چیز جانتا ہوں جو تم نہیں جانتے۔</w:t>
      </w:r>
    </w:p>
    <w:p>
      <w:r>
        <w:rPr>
          <w:b/>
        </w:rPr>
        <w:t xml:space="preserve">[21:58] </w:t>
      </w:r>
      <w:r>
        <w:t>isi ka ek simple demonstration diya aap ne.</w:t>
      </w:r>
    </w:p>
    <w:p>
      <w:pPr>
        <w:jc w:val="right"/>
      </w:pPr>
      <w:r>
        <w:t>اسی کا ایک سمپل ڈیمونسٹریشن دیا آپ نے۔</w:t>
      </w:r>
    </w:p>
    <w:p>
      <w:r>
        <w:rPr>
          <w:b/>
        </w:rPr>
        <w:t xml:space="preserve">[22:02] </w:t>
      </w:r>
      <w:r>
        <w:t>simple demonstration. ke dekho main wahan khara hua hoon jahan se main dono taraf dekh sakta hoon. tum wahan ho jahan tum sirf ek taraf dekh patay ho.</w:t>
      </w:r>
    </w:p>
    <w:p>
      <w:pPr>
        <w:jc w:val="right"/>
      </w:pPr>
      <w:r>
        <w:t>سمپل ڈیمونسٹریشن۔ کہ دیکھو میں وہاں کھڑا ہوا ہوں جہاں سے میں دونوں طرف دیکھ سکتا ہوں۔ تم وہاں ہو جہاں تم صرف ایک طرف دیکھ پاتے ہو۔</w:t>
      </w:r>
    </w:p>
    <w:p>
      <w:r>
        <w:rPr>
          <w:b/>
        </w:rPr>
        <w:t xml:space="preserve">[22:12] </w:t>
      </w:r>
      <w:r>
        <w:t>to insan jo hai kuch limitations ki wajah se us ko sirf limited knowledge milti hai. sari baat nahi jaan pata aadmi.</w:t>
      </w:r>
    </w:p>
    <w:p>
      <w:pPr>
        <w:jc w:val="right"/>
      </w:pPr>
      <w:r>
        <w:t>تو انسان جو ہے کچھ لیمیٹیشنز کی وجہ سے اس کو صرف لیمیٹڈ نالج ملتی ہے۔ ساری بات نہیں جان پاتا آدمی۔</w:t>
      </w:r>
    </w:p>
    <w:p>
      <w:r>
        <w:rPr>
          <w:b/>
        </w:rPr>
        <w:t xml:space="preserve">[22:23] </w:t>
      </w:r>
      <w:r>
        <w:t>kuch jaanta hai, kuch se unaware rehta hai wo. us ko aap ne ek simple demonstration ke zariye establish kiya.</w:t>
      </w:r>
    </w:p>
    <w:p>
      <w:pPr>
        <w:jc w:val="right"/>
      </w:pPr>
      <w:r>
        <w:t>کچھ جانتا ہے، کچھ سے ان اویئر رہتا ہے وہ۔ اس کو آپ نے ایک سمپل ڈیمونسٹریشن کے ذریعے اسٹیبلش کیا۔</w:t>
      </w:r>
    </w:p>
    <w:p>
      <w:r>
        <w:rPr>
          <w:b/>
        </w:rPr>
        <w:t xml:space="preserve">[22:31] </w:t>
      </w:r>
      <w:r>
        <w:t>is ke baad aap ne apna message diya jo aap ko Allah taala ne reveal kiya tha as a prophet. to us ki ek lambi ek qissa hai jo aap kitabon mein dekh sakte hain.</w:t>
      </w:r>
    </w:p>
    <w:p>
      <w:pPr>
        <w:jc w:val="right"/>
      </w:pPr>
      <w:r>
        <w:t>اس کے بعد آپ نے اپنا میسج دیا جو آپ کو اللہ تعالیٰ نے ریویل کیا تھا ایز اے پرافٹ۔ تو اس کی ایک لمبی ایک قصہ ہے جو آپ کتابوں میں دیکھ سکتے ہیں۔</w:t>
      </w:r>
    </w:p>
    <w:p>
      <w:r>
        <w:rPr>
          <w:b/>
        </w:rPr>
        <w:t xml:space="preserve">[22:45] </w:t>
      </w:r>
      <w:r>
        <w:t>is waqt main sirf yeh keh raha hoon ke insan ki journey jo hai wo shuru hui us waqt se jab ke do pathar ke takranay se sparking hui.</w:t>
      </w:r>
    </w:p>
    <w:p>
      <w:pPr>
        <w:jc w:val="right"/>
      </w:pPr>
      <w:r>
        <w:t>اس وقت میں صرف یہ کہہ رہا ہوں کہ انسان کی جرنی جو ہے وہ شروع ہوئی اس وقت سے جب کہ دو پتھر کے ٹکرانے سے اسپارکنگ ہوئی۔</w:t>
      </w:r>
    </w:p>
    <w:p>
      <w:r>
        <w:rPr>
          <w:b/>
        </w:rPr>
        <w:t xml:space="preserve">[23:00] </w:t>
      </w:r>
      <w:r>
        <w:t>to wahan par insan ko ek curiosity hui ke there is something more other than this. pathar ke siwa bhi kuch hai to wo chingaari hai.</w:t>
      </w:r>
    </w:p>
    <w:p>
      <w:pPr>
        <w:jc w:val="right"/>
      </w:pPr>
      <w:r>
        <w:t>تو وہاں پر انسان کو ایک کیوریسٹی ہوئی کہ دیر از سمتھنگ مور ادر دین دس۔ پتھر کے سوا بھی کچھ ہے تو وہ چنگاری ہے۔</w:t>
      </w:r>
    </w:p>
    <w:p>
      <w:r>
        <w:rPr>
          <w:b/>
        </w:rPr>
        <w:t xml:space="preserve">[23:12] </w:t>
      </w:r>
      <w:r>
        <w:t>is se ek journey chalti chalti chalti wahan tak pahunchi ke aakhri cheez jahan hai ke hum sirf probability tak pahunch paye. hum ne telescope banaya, microscope banaya.</w:t>
      </w:r>
    </w:p>
    <w:p>
      <w:pPr>
        <w:jc w:val="right"/>
      </w:pPr>
      <w:r>
        <w:t>اس سے ایک جرنی چلتی چلتی چلتی وہاں تک پہنچی کہ آخری چیز جہاں ہے کہ ہم صرف پرابیبلیٹی تک پہنچ پائے۔ ہم نے ٹیلی سکوپ بنایا، مائیکروسکوپ بنایا۔</w:t>
      </w:r>
    </w:p>
    <w:p>
      <w:r>
        <w:rPr>
          <w:b/>
        </w:rPr>
        <w:t xml:space="preserve">[23:25] </w:t>
      </w:r>
      <w:r>
        <w:t>aur bahut kuch kiya, bahut kuch kiya, bahut kuch kiya. lekin aakhir mein hum sirf yahan tak pahunch paye ke hamare mathematical calculations hum ko sirf probability tak pahuncha sakte hain.</w:t>
      </w:r>
    </w:p>
    <w:p>
      <w:pPr>
        <w:jc w:val="right"/>
      </w:pPr>
      <w:r>
        <w:t>اور بہت کچھ کیا، بہت کچھ کیا، بہت کچھ کیا۔ لیکن آخر میں ہم صرف یہاں تک پہنچ پائے کہ ہمارے میتھمیٹیکل کیلکولیشنز ہم کو صرف پرابیبلیٹی تک پہنچا سکتے ہیں۔</w:t>
      </w:r>
    </w:p>
    <w:p>
      <w:r>
        <w:rPr>
          <w:b/>
        </w:rPr>
        <w:t xml:space="preserve">[23:38] </w:t>
      </w:r>
      <w:r>
        <w:t>is ke aage kuch nahin. certainty tak nahin.</w:t>
      </w:r>
    </w:p>
    <w:p>
      <w:pPr>
        <w:jc w:val="right"/>
      </w:pPr>
      <w:r>
        <w:t>اس کے آگے کچھ نہیں۔ سرٹینٹی تک نہیں۔</w:t>
      </w:r>
    </w:p>
    <w:p>
      <w:r>
        <w:rPr>
          <w:b/>
        </w:rPr>
        <w:t xml:space="preserve">[23:43] </w:t>
      </w:r>
      <w:r>
        <w:t>jab insaan ne microscope banaya ya telescope banaya to woh samajhta tha ke main samajhta tha ke hum certainty tak pahunch sakte hain.</w:t>
      </w:r>
    </w:p>
    <w:p>
      <w:pPr>
        <w:jc w:val="right"/>
      </w:pPr>
      <w:r>
        <w:t>جب انسان نے مائیکروسکوپ بنایا یا ٹیلی سکوپ بنایا تو وہ سمجھتا تھا کہ میں سمجھتا تھا کہ ہم سرٹینٹی تک پہنچ سکتے ہیں۔</w:t>
      </w:r>
    </w:p>
    <w:p>
      <w:r>
        <w:rPr>
          <w:b/>
        </w:rPr>
        <w:t xml:space="preserve">[23:54] </w:t>
      </w:r>
      <w:r>
        <w:t>lekin ab woh zamana khatam ho gaya. ab koi yeh claim nahin karta ke hum certainty tak pahunch sakte hain. ab sirf yahi hai ke hum probability se aage hum nahin aa sakte.</w:t>
      </w:r>
    </w:p>
    <w:p>
      <w:pPr>
        <w:jc w:val="right"/>
      </w:pPr>
      <w:r>
        <w:t>لیکن اب وہ زمانہ ختم ہو گیا۔ اب کوئی یہ کلیم نہیں کرتا کہ ہم سرٹینٹی تک پہنچ سکتے ہیں۔ اب صرف یہی ہے کہ ہم پرابیبلیٹی سے آگے ہم نہیں آ سکتے۔</w:t>
      </w:r>
    </w:p>
    <w:p>
      <w:r>
        <w:rPr>
          <w:b/>
        </w:rPr>
        <w:t xml:space="preserve">[24:06] </w:t>
      </w:r>
      <w:r>
        <w:t>is ke beyond kya hai woh hamein pata nahin.</w:t>
      </w:r>
    </w:p>
    <w:p>
      <w:pPr>
        <w:jc w:val="right"/>
      </w:pPr>
      <w:r>
        <w:t>اس کے بیانڈ کیا ہے وہ ہمیں پتہ نہیں۔</w:t>
      </w:r>
    </w:p>
    <w:p>
      <w:r>
        <w:rPr>
          <w:b/>
        </w:rPr>
        <w:t xml:space="preserve">[24:10] </w:t>
      </w:r>
      <w:r>
        <w:t>lekin main samajhta hoon ke yahan par ek aur bahut cheez establish ki hai science ne. woh hai theory of relativity ke zariye se. woh yeh hai ke space and time ke frame mein hum soch paate hain.</w:t>
      </w:r>
    </w:p>
    <w:p>
      <w:pPr>
        <w:jc w:val="right"/>
      </w:pPr>
      <w:r>
        <w:t>لیکن میں سمجھتا ہوں کہ یہاں پر ایک اور بہت چیز اسٹیبلش کی ہے سائنس نے۔ وہ ہے تھیوری آف ریلیٹیوٹی کے ذریعے سے۔ وہ یہ ہے کہ اسپیس اینڈ ٹائم کے فریم میں ہم سوچ پاتے ہیں۔</w:t>
      </w:r>
    </w:p>
    <w:p>
      <w:r>
        <w:rPr>
          <w:b/>
        </w:rPr>
        <w:t xml:space="preserve">[24:24] </w:t>
      </w:r>
      <w:r>
        <w:t>insaan jo hai is ka jo framework hai woh sirf space and time ke andar soch pata hai. is ke beyond nahin. sari knowledge hamari jo hai woh space and time ke framework mein hai.</w:t>
      </w:r>
    </w:p>
    <w:p>
      <w:pPr>
        <w:jc w:val="right"/>
      </w:pPr>
      <w:r>
        <w:t>انسان جو ہے اس کا جو فریم ورک ہے وہ صرف اسپیس اینڈ ٹائم کے اندر سوچ پاتا ہے۔ اس کے بیانڈ نہیں۔ ساری نالج ہماری جو ہے وہ اسپیس اینڈ ٹائم کے فریم ورک میں ہے۔</w:t>
      </w:r>
    </w:p>
    <w:p>
      <w:r>
        <w:rPr>
          <w:b/>
        </w:rPr>
        <w:t xml:space="preserve">[24:38] </w:t>
      </w:r>
      <w:r>
        <w:t>to space and time ke beyond kya hai is ka hamein pata nahin. is liye hamari sari knowledge relative hai. real nahin hai.</w:t>
      </w:r>
    </w:p>
    <w:p>
      <w:pPr>
        <w:jc w:val="right"/>
      </w:pPr>
      <w:r>
        <w:t>تو اسپیس اینڈ ٹائم کے بیانڈ کیا ہے اس کا ہمیں پتہ نہیں۔ اس لیے ہماری ساری نالج ریلیٹیو ہے۔ ریئل نہیں ہے۔</w:t>
      </w:r>
    </w:p>
    <w:p>
      <w:r>
        <w:rPr>
          <w:b/>
        </w:rPr>
        <w:t xml:space="preserve">[24:48] </w:t>
      </w:r>
      <w:r>
        <w:t>kyun ke jab hum space and time ke beyond na dekh sake to sab kuch relative ban gaya. woh real nahin bana. yeh science ne hamein di hai ek clue goya ke ke space and time ke beyond dekhne ki bhi koi aankh ho sakti hai.</w:t>
      </w:r>
    </w:p>
    <w:p>
      <w:pPr>
        <w:jc w:val="right"/>
      </w:pPr>
      <w:r>
        <w:t>کیونکہ جب ہم اسپیس اینڈ ٹائم کے بیانڈ نہ دیکھ سکے تو سب کچھ ریلیٹیو بن گیا۔ وہ ریئل نہیں بنا۔ یہ سائنس نے ہمیں دی ہے ایک کلو گویا کہ کہ اسپیس اینڈ ٹائم کے بیانڈ دیکھنے کی بھی کوئی آنکھ ہو سکتی ہے۔</w:t>
      </w:r>
    </w:p>
    <w:p>
      <w:r>
        <w:rPr>
          <w:b/>
        </w:rPr>
        <w:t xml:space="preserve">[25:06] </w:t>
      </w:r>
      <w:r>
        <w:t>space and time ke beyond dekhne ki bhi koi knowledge ho sakti hai. space and time ke beyond dekhne ka koi source ho sakta hai, source.</w:t>
      </w:r>
    </w:p>
    <w:p>
      <w:pPr>
        <w:jc w:val="right"/>
      </w:pPr>
      <w:r>
        <w:t>اسپیس اینڈ ٹائم کے بیانڈ دیکھنے کی بھی کوئی نالج ہو سکتی ہے۔ اسپیس اینڈ ٹائم کے بیانڈ دیکھنے کا کوئی سورس ہو سکتا ہے، سورس۔</w:t>
      </w:r>
    </w:p>
    <w:p>
      <w:r>
        <w:rPr>
          <w:b/>
        </w:rPr>
        <w:t xml:space="preserve">[25:15] </w:t>
      </w:r>
      <w:r>
        <w:t>ab yahan par prophet claim kar raha hai ke main woh source hoon. main tum ko space and time ke beyond bata sakta hoon ke woh kya hai.</w:t>
      </w:r>
    </w:p>
    <w:p>
      <w:pPr>
        <w:jc w:val="right"/>
      </w:pPr>
      <w:r>
        <w:t>اب یہاں پر پرافٹ کلیم کر رہا ہے کہ میں وہ سورس ہوں۔ میں تم کو اسپیس اینڈ ٹائم کے بیانڈ بتا سکتا ہوں کہ وہ کیا ہے۔</w:t>
      </w:r>
    </w:p>
    <w:p>
      <w:r>
        <w:rPr>
          <w:b/>
        </w:rPr>
        <w:t xml:space="preserve">[25:26] </w:t>
      </w:r>
      <w:r>
        <w:t>ab insaan ko chahiye ke is ko examine kare. is ko examine kare. prophet ke is claim ko examine kare.</w:t>
      </w:r>
    </w:p>
    <w:p>
      <w:pPr>
        <w:jc w:val="right"/>
      </w:pPr>
      <w:r>
        <w:t>اب انسان کو چاہیے کہ اس کو ایگزیمن کرے۔ اس کو ایگزیمن کرے۔ پرافٹ کے اس کلیم کو ایگزیمن کرے۔</w:t>
      </w:r>
    </w:p>
    <w:p>
      <w:r>
        <w:rPr>
          <w:b/>
        </w:rPr>
        <w:t xml:space="preserve">[25:37] </w:t>
      </w:r>
      <w:r>
        <w:t>yeh aap jante hain ek tareeqa hai. agar koi hamein kahe koi writers aa gaye hain idhar, ek group writers ka group write karne par tula hua hai to hum daud kar dekhenge bhai yeh jo keh raha hai sahi hai ya galat hai.</w:t>
      </w:r>
    </w:p>
    <w:p>
      <w:pPr>
        <w:jc w:val="right"/>
      </w:pPr>
      <w:r>
        <w:t>یہ آپ جانتے ہیں ایک طریقہ ہے۔ اگر کوئی ہمیں کہے کوئی رائٹرز آ گئے ہیں ادھر، ایک گروپ رائٹرز کا گروپ رائٹ کرنے پر تلا ہوا ہے تو ہم دوڑ کر دیکھیں گے بھئی یہ جو کہہ رہا ہے صحیح ہے یا غلط ہے۔</w:t>
      </w:r>
    </w:p>
    <w:p>
      <w:r>
        <w:rPr>
          <w:b/>
        </w:rPr>
        <w:t xml:space="preserve">[25:52] </w:t>
      </w:r>
      <w:r>
        <w:t>to har claim ko hum examine karte hain.</w:t>
      </w:r>
    </w:p>
    <w:p>
      <w:pPr>
        <w:jc w:val="right"/>
      </w:pPr>
      <w:r>
        <w:t>تو ہر کلیم کو ہم ایگزیمن کرتے ہیں۔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