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Beginning of The Second Phase of History April 27, 2008</w:t>
      </w:r>
    </w:p>
    <w:p>
      <w:r>
        <w:t>https://youtu.be/TRqR3uahn7Q</w:t>
      </w:r>
    </w:p>
    <w:p>
      <w:r>
        <w:rPr>
          <w:b/>
        </w:rPr>
        <w:t xml:space="preserve">[00:26] </w:t>
      </w:r>
      <w:r>
        <w:t>wahel al-uqdatan min lisani yafqahu qawli.</w:t>
      </w:r>
    </w:p>
    <w:p>
      <w:pPr>
        <w:jc w:val="right"/>
      </w:pPr>
      <w:r>
        <w:t>، واحل العقدۃ منلسانی یفقہ قولی۔</w:t>
      </w:r>
    </w:p>
    <w:p>
      <w:r>
        <w:rPr>
          <w:b/>
        </w:rPr>
        <w:t xml:space="preserve">[00:37] </w:t>
      </w:r>
      <w:r>
        <w:t>aaj ki baat ka jo title hai woh hai</w:t>
      </w:r>
    </w:p>
    <w:p>
      <w:pPr>
        <w:jc w:val="right"/>
      </w:pPr>
      <w:r>
        <w:t>آج کیبات کاجو ٹائٹلہے وہہے</w:t>
      </w:r>
    </w:p>
    <w:p>
      <w:r>
        <w:rPr>
          <w:b/>
        </w:rPr>
        <w:t xml:space="preserve">[00:52] </w:t>
      </w:r>
      <w:r>
        <w:t>beginning of the end of</w:t>
      </w:r>
    </w:p>
    <w:p>
      <w:pPr>
        <w:jc w:val="right"/>
      </w:pPr>
      <w:r>
        <w:t>"بیگننگآفدااینڈآف</w:t>
      </w:r>
    </w:p>
    <w:p>
      <w:r>
        <w:rPr>
          <w:b/>
        </w:rPr>
        <w:t xml:space="preserve">[00:57] </w:t>
      </w:r>
      <w:r>
        <w:t>next page of history.</w:t>
      </w:r>
    </w:p>
    <w:p>
      <w:pPr>
        <w:jc w:val="right"/>
      </w:pPr>
      <w:r>
        <w:t>نیکسٹ پیجآف ہسٹری"۔</w:t>
      </w:r>
    </w:p>
    <w:p>
      <w:r>
        <w:rPr>
          <w:b/>
        </w:rPr>
        <w:t xml:space="preserve">[01:03] </w:t>
      </w:r>
      <w:r>
        <w:t>history ke, tareekh ke doosre daur ka aaghaz.</w:t>
      </w:r>
    </w:p>
    <w:p>
      <w:pPr>
        <w:jc w:val="right"/>
      </w:pPr>
      <w:r>
        <w:t>ہسٹری کے، تاریخ کے دوسرے دور کاآغاز ۔</w:t>
      </w:r>
    </w:p>
    <w:p>
      <w:r>
        <w:rPr>
          <w:b/>
        </w:rPr>
        <w:t xml:space="preserve">[01:14] </w:t>
      </w:r>
      <w:r>
        <w:t>yeh baat is tarah mere paas aayi ke aaj kal aap jante hain ke bahut zyada aa raha hai global warming ka jo phenomenon hai, is ko le kar baatein bahut aa rahi hain.</w:t>
      </w:r>
    </w:p>
    <w:p>
      <w:pPr>
        <w:jc w:val="right"/>
      </w:pPr>
      <w:r>
        <w:t>یہباتاسطرحمیرےپاس آئی کہآجکلآپجانتےہیںکہ بہتزیادہ آرہاہے گل وبلوارمنگکاجوفیناومیناہے، اسکولےکرباتیںبہتآرہیہیں۔</w:t>
      </w:r>
    </w:p>
    <w:p>
      <w:r>
        <w:rPr>
          <w:b/>
        </w:rPr>
        <w:t xml:space="preserve">[01:27] </w:t>
      </w:r>
      <w:r>
        <w:t>daily media mein kuch na kuch aata hai is ke bare mein. aaj bhi kai news hain,</w:t>
      </w:r>
    </w:p>
    <w:p>
      <w:pPr>
        <w:jc w:val="right"/>
      </w:pPr>
      <w:r>
        <w:t>ڈیلیمیڈیامیں کچھنہکچھآتاہےاسکےبارےمیں ۔ آجبھی کئینیوزہیں،</w:t>
      </w:r>
    </w:p>
    <w:p>
      <w:r>
        <w:rPr>
          <w:b/>
        </w:rPr>
        <w:t xml:space="preserve">[01:40] </w:t>
      </w:r>
      <w:r>
        <w:t>ismein se ek yeh dekhiye, aaj ka paper hai yeh. aaj ke paper mein yeh report aayi hai ke ice less north pole by next year.</w:t>
      </w:r>
    </w:p>
    <w:p>
      <w:pPr>
        <w:jc w:val="right"/>
      </w:pPr>
      <w:r>
        <w:t>اسمیںسے ایک یہ دیکھیے،آجکا پیپرہے یہ۔ آجکےپیپرمیں یہ رپورٹآئیہے کہ آئس لیس نارتھپول بائینیکسٹ ایئر۔</w:t>
      </w:r>
    </w:p>
    <w:p>
      <w:r>
        <w:rPr>
          <w:b/>
        </w:rPr>
        <w:t xml:space="preserve">[01:57] </w:t>
      </w:r>
      <w:r>
        <w:t>agle hi saal aisa hone wala hai ke north pole jo hai woh ice ke bina ho jayega. itna pighal raha hai, itna pighal raha hai.</w:t>
      </w:r>
    </w:p>
    <w:p>
      <w:pPr>
        <w:jc w:val="right"/>
      </w:pPr>
      <w:r>
        <w:t>اگلےہیسال ایساہونے والاہے کہ نارتھپولجوہےوہ آئسکےبناہوجائےگا۔ اتناپگھلرہاہے،اتناپگھلرہاہے۔</w:t>
      </w:r>
    </w:p>
    <w:p>
      <w:r>
        <w:rPr>
          <w:b/>
        </w:rPr>
        <w:t xml:space="preserve">[02:11] </w:t>
      </w:r>
      <w:r>
        <w:t>aap sochiye ke yeh kitna horrible news hai yeh. kyun ke north pole aur south pole par jo ice cap hai,</w:t>
      </w:r>
    </w:p>
    <w:p>
      <w:pPr>
        <w:jc w:val="right"/>
      </w:pPr>
      <w:r>
        <w:t>آپ سوچیےکہیہکتنا ہاریبل نیوزہے یہ۔ کیونکہ نارتھپول اور ساؤتھپول پرجوآئسکیپہے،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