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Intellectual Poverty of Intellectuals December 31, 2006</w:t>
      </w:r>
    </w:p>
    <w:p>
      <w:r>
        <w:t>https://youtu.be/xz00TfFlXkI</w:t>
      </w:r>
    </w:p>
    <w:p>
      <w:r>
        <w:rPr>
          <w:b/>
        </w:rPr>
        <w:t xml:space="preserve">[00:28] </w:t>
      </w:r>
      <w:r>
        <w:t>wa hal al-'uqdata min lisani yafqahu qawli.</w:t>
      </w:r>
    </w:p>
    <w:p>
      <w:pPr>
        <w:jc w:val="right"/>
      </w:pPr>
      <w:r>
        <w:t>واحل العقدۃ من لسانی یفقہ قولی۔</w:t>
      </w:r>
    </w:p>
    <w:p>
      <w:r>
        <w:rPr>
          <w:b/>
        </w:rPr>
        <w:t xml:space="preserve">[00:37] </w:t>
      </w:r>
      <w:r>
        <w:t>aaj ke topic ke liye yeh announce kiya gaya tha ke woh hoga "intellectual poverty of intellectuals".</w:t>
      </w:r>
    </w:p>
    <w:p>
      <w:pPr>
        <w:jc w:val="right"/>
      </w:pPr>
      <w:r>
        <w:t>آج کے ٹاپک کے لیے یہ اناؤنس کیا گیا تھا کہ وہ ہوگا "انٹلیکچول پاورٹی آف انٹلیکچولز"۔</w:t>
      </w:r>
    </w:p>
    <w:p>
      <w:r>
        <w:rPr>
          <w:b/>
        </w:rPr>
        <w:t xml:space="preserve">[00:52] </w:t>
      </w:r>
      <w:r>
        <w:t>to aaj ki jo news hai woh bohat ziyada is se juri hui hai. to</w:t>
      </w:r>
    </w:p>
    <w:p>
      <w:pPr>
        <w:jc w:val="right"/>
      </w:pPr>
      <w:r>
        <w:t>تو آج کی جو نیوز ہے وہ بہت زیادہ اس سے جڑی ہوئی ہے۔ تو</w:t>
      </w:r>
    </w:p>
    <w:p>
      <w:r>
        <w:rPr>
          <w:b/>
        </w:rPr>
        <w:t xml:space="preserve">[00:58] </w:t>
      </w:r>
      <w:r>
        <w:t>topic to wahi rahega ke reference jo hai woh hoga Saddam Hussein ka mamla. aap jante hain ke Saddam Hussein ko Iraq mein phansi de di gayi hai.</w:t>
      </w:r>
    </w:p>
    <w:p>
      <w:pPr>
        <w:jc w:val="right"/>
      </w:pPr>
      <w:r>
        <w:t>ٹاپک تو وہی رہے گا کہ ریفرنس جو ہے وہ ہوگا صدام حسین کا معاملہ۔ آپ جانتے ہیں کہ صدام حسین کو عراق میں پھانسی دے دی گئی ہے۔</w:t>
      </w:r>
    </w:p>
    <w:p>
      <w:r>
        <w:rPr>
          <w:b/>
        </w:rPr>
        <w:t xml:space="preserve">[01:15] </w:t>
      </w:r>
      <w:r>
        <w:t>to aaj sare hi papers mein, aaj yani 31 December, yani guzashta saal ke aakhri din, sare papers ki news ek hi hai, yani headline,</w:t>
      </w:r>
    </w:p>
    <w:p>
      <w:pPr>
        <w:jc w:val="right"/>
      </w:pPr>
      <w:r>
        <w:t>تو آج سارے ہی پیپروں میں، آج یعنی 31 دسمبر، یعنی گزشتہ سال کے آخری دن، سارے پیپرز کی نیوز ایک ہی ہے، یعنی ہیڈ لائن،</w:t>
      </w:r>
    </w:p>
    <w:p>
      <w:r>
        <w:rPr>
          <w:b/>
        </w:rPr>
        <w:t xml:space="preserve">[01:31] </w:t>
      </w:r>
      <w:r>
        <w:t>sab ki headline ek hai: "Saddam Hussein executed". Saddam Hussein executed.</w:t>
      </w:r>
    </w:p>
    <w:p>
      <w:pPr>
        <w:jc w:val="right"/>
      </w:pPr>
      <w:r>
        <w:t>سب کی ہیڈ لائن ایک ہے: "صدام حسین ایگزیکیوٹڈ"۔ صدام حسین ایگزیکیوٹڈ۔</w:t>
      </w:r>
    </w:p>
    <w:p>
      <w:r>
        <w:rPr>
          <w:b/>
        </w:rPr>
        <w:t xml:space="preserve">[01:43] </w:t>
      </w:r>
      <w:r>
        <w:t>to mukhtalif words mein sab ki news yehi hai.</w:t>
      </w:r>
    </w:p>
    <w:p>
      <w:pPr>
        <w:jc w:val="right"/>
      </w:pPr>
      <w:r>
        <w:t>تو مختلف ورڈز میں سب کی نیوز یہی ہے۔</w:t>
      </w:r>
    </w:p>
    <w:p>
      <w:r>
        <w:rPr>
          <w:b/>
        </w:rPr>
        <w:t xml:space="preserve">[01:53] </w:t>
      </w:r>
      <w:r>
        <w:t>har aadmi</w:t>
      </w:r>
    </w:p>
    <w:p>
      <w:pPr>
        <w:jc w:val="right"/>
      </w:pPr>
      <w:r>
        <w:t>ہر آدمی</w:t>
      </w:r>
    </w:p>
    <w:p>
      <w:r>
        <w:rPr>
          <w:b/>
        </w:rPr>
        <w:t xml:space="preserve">[01:57] </w:t>
      </w:r>
      <w:r>
        <w:t>busy hai is ko condemn karne ke liye. jitne maine dekha radio par, TV par, paper mein, sab sirf negative boli bol rahe hain.</w:t>
      </w:r>
    </w:p>
    <w:p>
      <w:pPr>
        <w:jc w:val="right"/>
      </w:pPr>
      <w:r>
        <w:t>بزی ہے اس کو کنڈم کرنے کے لیے۔ جتنے میں نے دیکھا ریڈیو پر، ٹی وی پر، پیپر میں، سب صرف نیگیٹیو بولی بول رہے ہیں۔</w:t>
      </w:r>
    </w:p>
    <w:p>
      <w:r>
        <w:rPr>
          <w:b/>
        </w:rPr>
        <w:t xml:space="preserve">[02:11] </w:t>
      </w:r>
      <w:r>
        <w:t>negative boli.</w:t>
      </w:r>
    </w:p>
    <w:p>
      <w:pPr>
        <w:jc w:val="right"/>
      </w:pPr>
      <w:r>
        <w:t>نیگیٹیو بولی۔</w:t>
      </w:r>
    </w:p>
    <w:p>
      <w:r>
        <w:rPr>
          <w:b/>
        </w:rPr>
        <w:t xml:space="preserve">[02:14] </w:t>
      </w:r>
      <w:r>
        <w:t>jaise aaj hi maine suna ek Muslim leader ne kaha ke Saddam Hussein ne agar kuch logon ko kill kiya tha to is se bohat zyada kill kiya hai Americans ne,</w:t>
      </w:r>
    </w:p>
    <w:p>
      <w:pPr>
        <w:jc w:val="right"/>
      </w:pPr>
      <w:r>
        <w:t>جیسے آج ہی میں نے سنا ایک مسلم لیڈر نے کہا کہ صدام حسین نے اگر کچھ لوگوں کو کل کیا تھا تو اس سے بہت زیادہ کل کیا ہے امریکنز نے،</w:t>
      </w:r>
    </w:p>
    <w:p>
      <w:r>
        <w:rPr>
          <w:b/>
        </w:rPr>
        <w:t xml:space="preserve">[02:33] </w:t>
      </w:r>
      <w:r>
        <w:t>un ko kon execute karega? ye sab negative boli hai. negative boli.</w:t>
      </w:r>
    </w:p>
    <w:p>
      <w:pPr>
        <w:jc w:val="right"/>
      </w:pPr>
      <w:r>
        <w:t>ان کو کون ایگزیکیوٹ کرے گا؟ یہ سب نیگیٹیو بولی ہے۔ نیگیٹیو بولی۔</w:t>
      </w:r>
    </w:p>
    <w:p>
      <w:r>
        <w:rPr>
          <w:b/>
        </w:rPr>
        <w:t xml:space="preserve">[02:43] </w:t>
      </w:r>
      <w:r>
        <w:t>main samajhta hoon ke Saddam Hussein ka jo waqia hua hai ke un par Iraq ke ek court mein case chalaya gaya aur phansi hui, aur phansi de bhi di gayi.</w:t>
      </w:r>
    </w:p>
    <w:p>
      <w:pPr>
        <w:jc w:val="right"/>
      </w:pPr>
      <w:r>
        <w:t>میں سمجھتا ہوں کہ صدام حسین کا جو واقعہ ہوا ہے کہ ان پر عراق کے ایک کورٹ میں کیس چلایا گیا اور پھانسی ہوئی، اور پھانسی دے بھی دی گئی۔</w:t>
      </w:r>
    </w:p>
    <w:p>
      <w:r>
        <w:rPr>
          <w:b/>
        </w:rPr>
        <w:t xml:space="preserve">[03:00] </w:t>
      </w:r>
      <w:r>
        <w:t>to jo hua wo hua. lekin is mein ek bohat bari positive cheez ubhar kar aayi hai,</w:t>
      </w:r>
    </w:p>
    <w:p>
      <w:pPr>
        <w:jc w:val="right"/>
      </w:pPr>
      <w:r>
        <w:t>تو جو ہوا وہ ہوا۔ لیکن اس میں ایک بہت بڑی پازیٹیو چیز ابھر کر آئی ہے،</w:t>
      </w:r>
    </w:p>
    <w:p>
      <w:r>
        <w:rPr>
          <w:b/>
        </w:rPr>
        <w:t xml:space="preserve">[03:09] </w:t>
      </w:r>
      <w:r>
        <w:t>agarche wo logon ke negative boliyon mein dab gayi hai. main samajhta hoon ke shayad kisi ne bhi is ko highlight nahi kiya. jahan tak main janta hoon, radio, TV, aur</w:t>
      </w:r>
    </w:p>
    <w:p>
      <w:pPr>
        <w:jc w:val="right"/>
      </w:pPr>
      <w:r>
        <w:t>اگرچہ وہ لوگوں کے نیگیٹیو بولیوں میں دب گئی ہے۔ میں سمجھتا ہوں کہ شاید کسی نے بھی اس کو ہائی لائٹ نہیں کیا۔ جہاں تک میں جانتا ہوں، ریڈیو، ٹی وی، اور</w:t>
      </w:r>
    </w:p>
    <w:p>
      <w:r>
        <w:rPr>
          <w:b/>
        </w:rPr>
        <w:t xml:space="preserve">[03:26] </w:t>
      </w:r>
      <w:r>
        <w:t>wo internet paper, sab mein negative boli bol rahe hain log, aur ek jo positive item tha wahi main samajhta hoon ke dab gaya hai is mein.</w:t>
      </w:r>
    </w:p>
    <w:p>
      <w:pPr>
        <w:jc w:val="right"/>
      </w:pPr>
      <w:r>
        <w:t>وہ انٹرنیٹ پیپر، سب میں نیگیٹیو بولی بول رہے ہیں لوگ، اور ایک جو پازیٹیو آئٹم تھا وہی میں سمجھتا ہوں کہ دب گیا ہے اس میں۔</w:t>
      </w:r>
    </w:p>
    <w:p>
      <w:r>
        <w:rPr>
          <w:b/>
        </w:rPr>
        <w:t xml:space="preserve">[03:40] </w:t>
      </w:r>
      <w:r>
        <w:t>aur main chahta hoon ke isi par hum log sochein. dekhiye, news mein bataya gaya hai ke Saddam Hussein jab ye jaan chuke ke ab meri phansi hogi,</w:t>
      </w:r>
    </w:p>
    <w:p>
      <w:pPr>
        <w:jc w:val="right"/>
      </w:pPr>
      <w:r>
        <w:t>اور میں چاہتا ہوں کہ اسی پر ہم لوگ سوچیں۔ دیکھیے، نیوز میں بتایا گیا ہے کہ صدام حسین جب یہ جان چکے کہ اب میری پھانسی ہوگی،</w:t>
      </w:r>
    </w:p>
    <w:p>
      <w:r>
        <w:rPr>
          <w:b/>
        </w:rPr>
        <w:t xml:space="preserve">[04:00] </w:t>
      </w:r>
      <w:r>
        <w:t>mujhe execute kiya jayega, to unhon ne Iraqi'on ke naam ek letter likha. yaani apne apne desh ke logon ke naam, apne hamwatanon ke naam ek letter likha.</w:t>
      </w:r>
    </w:p>
    <w:p>
      <w:pPr>
        <w:jc w:val="right"/>
      </w:pPr>
      <w:r>
        <w:t>مجھے ایگزیکیوٹ کیا جائے گا، تو انہوں نے عراقیوں کے نام ایک لیٹر لکھا۔ یعنی اپنے اپنے دیش کے لوگوں کے نام، اپنے ہم وطنوں کے نام ایک لیٹر لکھا۔</w:t>
      </w:r>
    </w:p>
    <w:p>
      <w:r>
        <w:rPr>
          <w:b/>
        </w:rPr>
        <w:t xml:space="preserve">[04:17] </w:t>
      </w:r>
      <w:r>
        <w:t>us letter ko internet ke zariye se bhej diya gaya. wo letter chupa hai, aur internet se aap is ko nikaal kar parh sakte hain.</w:t>
      </w:r>
    </w:p>
    <w:p>
      <w:pPr>
        <w:jc w:val="right"/>
      </w:pPr>
      <w:r>
        <w:t>اس لیٹر کو انٹرنیٹ کے ذریعے سے بھیج دیا گیا۔ وہ لیٹر چھپا ہے، اور انٹرنیٹ سے آپ اس کو نکال کر پڑھ سکتے ہیں۔</w:t>
      </w:r>
    </w:p>
    <w:p>
      <w:r>
        <w:rPr>
          <w:b/>
        </w:rPr>
        <w:t xml:space="preserve">[04:31] </w:t>
      </w:r>
      <w:r>
        <w:t>main samajhta hoon ke is letter mein ek bohat hi positive message tha, lekin kisi ne bhi is ko highlight nahi kiya.</w:t>
      </w:r>
    </w:p>
    <w:p>
      <w:pPr>
        <w:jc w:val="right"/>
      </w:pPr>
      <w:r>
        <w:t>میں سمجھتا ہوں کہ اس لیٹر میں ایک بہت ہی پازیٹیو میسج تھا، لیکن کسی نے بھی اس کو ہائی لائٹ نہیں کیا۔</w:t>
      </w:r>
    </w:p>
    <w:p>
      <w:r>
        <w:rPr>
          <w:b/>
        </w:rPr>
        <w:t xml:space="preserve">[04:42] </w:t>
      </w:r>
      <w:r>
        <w:t>wo message ye tha ke Saddam Hussein ne apne is letter mein Iraqi'on se aur phir saare hi Arabon se</w:t>
      </w:r>
    </w:p>
    <w:p>
      <w:pPr>
        <w:jc w:val="right"/>
      </w:pPr>
      <w:r>
        <w:t>وہ میسج یہ تھا کہ صدام حسین نے اپنے اس لیٹر میں عراقیوں سے اور پھر سارے ہی عربوں سے</w:t>
      </w:r>
    </w:p>
    <w:p>
      <w:r>
        <w:rPr>
          <w:b/>
        </w:rPr>
        <w:t xml:space="preserve">[04:56] </w:t>
      </w:r>
      <w:r>
        <w:t>ya saare hi Musalmanon se ye kaha, yaani directly to unhon ne address kiya tha Iraqi'on ko, lekin main samajhta hoon ke saare Arab aur saare Musalman is ke mukhatib the,</w:t>
      </w:r>
    </w:p>
    <w:p>
      <w:pPr>
        <w:jc w:val="right"/>
      </w:pPr>
      <w:r>
        <w:t>یا سارے ہی مسلمانوں سے یہ کہا، یعنی ڈائریکٹلی تو انہوں نے ایڈریس کیا تھا عراقیوں کو، لیکن میں سمجھتا ہوں کہ سارے عرب اور سارے مسلمان اس کے مخاطب تھے،</w:t>
      </w:r>
    </w:p>
    <w:p>
      <w:r>
        <w:rPr>
          <w:b/>
        </w:rPr>
        <w:t xml:space="preserve">[05:13] </w:t>
      </w:r>
      <w:r>
        <w:t>wo sab ko address kar rahe the, kisi ko directly taur par, yaani Iraqi'on ko directly taur par aur doosre logon ko indirectly taur par.</w:t>
      </w:r>
    </w:p>
    <w:p>
      <w:pPr>
        <w:jc w:val="right"/>
      </w:pPr>
      <w:r>
        <w:t>وہ سب کو ایڈریس کر رہے تھے، کسی کو ڈائریکٹ طور پر، یعنی عراقیوں کو ڈائریکٹ طور پر اور دوسرے لوگوں کو ان ڈائریکٹ طور پر۔</w:t>
      </w:r>
    </w:p>
    <w:p>
      <w:r>
        <w:rPr>
          <w:b/>
        </w:rPr>
        <w:t xml:space="preserve">[05:24] </w:t>
      </w:r>
      <w:r>
        <w:t>to is mein unhon ne ye kaha tha ke main apne bhaiyon ko ye kehta hoon ke tum log American'on se hate na karna,</w:t>
      </w:r>
    </w:p>
    <w:p>
      <w:pPr>
        <w:jc w:val="right"/>
      </w:pPr>
      <w:r>
        <w:t>تو اس میں انہوں نے یہ کہا تھا کہ میں اپنے بھائیوں کو یہ کہتا ہوں کہ تم لوگ امریکنوں سے ہیٹ نہ کرنا،</w:t>
      </w:r>
    </w:p>
    <w:p>
      <w:r>
        <w:rPr>
          <w:b/>
        </w:rPr>
        <w:t xml:space="preserve">[05:45] </w:t>
      </w:r>
      <w:r>
        <w:t>yaani mere</w:t>
      </w:r>
    </w:p>
    <w:p>
      <w:pPr>
        <w:jc w:val="right"/>
      </w:pPr>
      <w:r>
        <w:t>یعنی میرے</w:t>
      </w:r>
    </w:p>
    <w:p>
      <w:r>
        <w:rPr>
          <w:b/>
        </w:rPr>
        <w:t xml:space="preserve">[05:49] </w:t>
      </w:r>
      <w:r>
        <w:t>excuse, mujh ko</w:t>
      </w:r>
    </w:p>
    <w:p>
      <w:pPr>
        <w:jc w:val="right"/>
      </w:pPr>
      <w:r>
        <w:t>ایکسکیوز، مجھ کو</w:t>
      </w:r>
    </w:p>
    <w:p>
      <w:r>
        <w:rPr>
          <w:b/>
        </w:rPr>
        <w:t xml:space="preserve">[05:54] </w:t>
      </w:r>
      <w:r>
        <w:t>wo log phansi de denge, phir bhi tum un se hate na karna, kyunke hate karna jo hai wo aadmi ke soch ko stop kar deta hai.</w:t>
      </w:r>
    </w:p>
    <w:p>
      <w:pPr>
        <w:jc w:val="right"/>
      </w:pPr>
      <w:r>
        <w:t>وہ لوگ پھانسی دے دیں گے، پھر بھی تم ان سے ہیٹ نہ کرنا، کیونکہ ہیٹ کرنا جو ہے وہ آدمی کے سوچ کو سٹاپ کر دیتا ہے۔</w:t>
      </w:r>
    </w:p>
    <w:p>
      <w:r>
        <w:rPr>
          <w:b/>
        </w:rPr>
        <w:t xml:space="preserve">[06:07] </w:t>
      </w:r>
      <w:r>
        <w:t>to English version mein jo kaha gaya hai to us ki wording ye hai ke "I call on you not to hate Americans,</w:t>
      </w:r>
    </w:p>
    <w:p>
      <w:pPr>
        <w:jc w:val="right"/>
      </w:pPr>
      <w:r>
        <w:t>تو انگلش ورژن میں جو کہا گیا ہے تو اس کی ورڈنگ یہ ہے کہ "آئی کال آن یو ناٹ ٹو ہیٹ امریکنز،</w:t>
      </w:r>
    </w:p>
    <w:p>
      <w:r>
        <w:rPr>
          <w:b/>
        </w:rPr>
        <w:t xml:space="preserve">[06:21] </w:t>
      </w:r>
      <w:r>
        <w:t>because hate closes all doors of thinking".</w:t>
      </w:r>
    </w:p>
    <w:p>
      <w:pPr>
        <w:jc w:val="right"/>
      </w:pPr>
      <w:r>
        <w:t>بیکاز ہیٹ کلوزز آل ڈورز آف تھنکنگ"۔</w:t>
      </w:r>
    </w:p>
    <w:p>
      <w:r>
        <w:rPr>
          <w:b/>
        </w:rPr>
        <w:t xml:space="preserve">[06:30] </w:t>
      </w:r>
      <w:r>
        <w:t>Saddam Hussein ne apni maut se pehle ye message diya logon ko ke "I call on you not to hate Americans,</w:t>
      </w:r>
    </w:p>
    <w:p>
      <w:pPr>
        <w:jc w:val="right"/>
      </w:pPr>
      <w:r>
        <w:t>صدام حسین نے اپنی موت سے پہلے یہ میسج دیا لوگوں کو کہ "آئی کال آن یو ناٹ ٹو ہیٹ امریکنز،</w:t>
      </w:r>
    </w:p>
    <w:p>
      <w:r>
        <w:rPr>
          <w:b/>
        </w:rPr>
        <w:t xml:space="preserve">[06:44] </w:t>
      </w:r>
      <w:r>
        <w:t>because hate closes all doors of thinking". main samajhta hoon ke ye bohat hi bari baat hai,</w:t>
      </w:r>
    </w:p>
    <w:p>
      <w:pPr>
        <w:jc w:val="right"/>
      </w:pPr>
      <w:r>
        <w:t>بیکاز ہیٹ کلوزز آل ڈورز آف تھنکنگ"۔ میں سمجھتا ہوں کہ یہ بہت ہی بڑی بات ہے،</w:t>
      </w:r>
    </w:p>
    <w:p>
      <w:r>
        <w:rPr>
          <w:b/>
        </w:rPr>
        <w:t xml:space="preserve">[06:57] </w:t>
      </w:r>
      <w:r>
        <w:t>himalia pahaar se zyada bari baat. is</w:t>
      </w:r>
    </w:p>
    <w:p>
      <w:pPr>
        <w:jc w:val="right"/>
      </w:pPr>
      <w:r>
        <w:t>ہمالیہ پہاڑ سے زیادہ بڑی بات۔ اس</w:t>
      </w:r>
    </w:p>
    <w:p>
      <w:r>
        <w:rPr>
          <w:b/>
        </w:rPr>
        <w:t xml:space="preserve">[07:02] </w:t>
      </w:r>
      <w:r>
        <w:t>ke samajhne ke liye main aap ko le chalun ga, yaani pehli baat to yeh samajh lijiye ke is dunya mein jo test hai insaan ka woh yahi hai ke woh apne aap ko hate se bachaye.</w:t>
      </w:r>
    </w:p>
    <w:p>
      <w:pPr>
        <w:jc w:val="right"/>
      </w:pPr>
      <w:r>
        <w:t>کے سمجھنے کے لیے میں آپ کو لے چلوں گا، یعنی پہلی بات تو یہ سمجھ لیجیے کہ اس دنیا میں جو ٹیسٹ ہے انسان کا وہ یہی ہے کہ وہ اپنے آپ کو ہیٹ سے بچائے۔</w:t>
      </w:r>
    </w:p>
    <w:p>
      <w:r>
        <w:rPr>
          <w:b/>
        </w:rPr>
        <w:t xml:space="preserve">[07:17] </w:t>
      </w:r>
      <w:r>
        <w:t>yaani hate ke reasons to hamesha rehte hain, kabhi bhi yeh dunya hate se khaali nahi rahi hai.</w:t>
      </w:r>
    </w:p>
    <w:p>
      <w:pPr>
        <w:jc w:val="right"/>
      </w:pPr>
      <w:r>
        <w:t>یعنی ہیٹ کے ریزنز تو ہمیشہ رہتے ہیں، کبھی بھی یہ دنیا ہیٹ سے خالی نہیں رہی ہے۔</w:t>
      </w:r>
    </w:p>
    <w:p>
      <w:r>
        <w:rPr>
          <w:b/>
        </w:rPr>
        <w:t xml:space="preserve">[07:25] </w:t>
      </w:r>
      <w:r>
        <w:t>aap jante hain ke jo pehla insaan tha, adam, to un ke pehle generation mein, yaani habel aur qabeel mein, un ke direct to pehle jo bete the, unhi mein aapas mein dushmani ho gayi,</w:t>
      </w:r>
    </w:p>
    <w:p>
      <w:pPr>
        <w:jc w:val="right"/>
      </w:pPr>
      <w:r>
        <w:t>آپ جانتے ہیں کہ جو پہلا انسان تھا، آدم، تو ان کے پہلے جنریشن میں، یعنی ہابیل اور قابیل میں، ان کے ڈائریکٹ تو پہلے جو بیٹے تھے، انہی میں آپس میں دشمنی ہو گئی،</w:t>
      </w:r>
    </w:p>
    <w:p>
      <w:r>
        <w:rPr>
          <w:b/>
        </w:rPr>
        <w:t xml:space="preserve">[07:42] </w:t>
      </w:r>
      <w:r>
        <w:t>yahan tak badhi ke ek ne doosre ko maar dala.</w:t>
      </w:r>
    </w:p>
    <w:p>
      <w:pPr>
        <w:jc w:val="right"/>
      </w:pPr>
      <w:r>
        <w:t>یہاں تک بڑھی کہ ایک نے دوسرے کو مار ڈالا۔</w:t>
      </w:r>
    </w:p>
    <w:p>
      <w:r>
        <w:rPr>
          <w:b/>
        </w:rPr>
        <w:t xml:space="preserve">[07:48] </w:t>
      </w:r>
      <w:r>
        <w:t>to hate jo hai woh insaan ki yaani zindagi mein rachi basi hai, aur poori history mein us waqt se le kar aaj tak kabhi bhi koi society hate se khaali nahi rahi hai.</w:t>
      </w:r>
    </w:p>
    <w:p>
      <w:pPr>
        <w:jc w:val="right"/>
      </w:pPr>
      <w:r>
        <w:t>تو ہیٹ جو ہے وہ انسان کی یعنی زندگی میں رچی بسی ہے، اور پوری ہسٹری میں اس وقت سے لے کر آج تک کبھی بھی کوئی سوسائٹی ہیٹ سے خالی نہیں رہی۔</w:t>
      </w:r>
    </w:p>
    <w:p>
      <w:r>
        <w:rPr>
          <w:b/>
        </w:rPr>
        <w:t xml:space="preserve">[08:04] </w:t>
      </w:r>
      <w:r>
        <w:t>to sawal yeh hai ke ab kya karna hai? kya karna hai? woh yeh karna hai ke hate se apne aap ko aap oopar uthaen.</w:t>
      </w:r>
    </w:p>
    <w:p>
      <w:pPr>
        <w:jc w:val="right"/>
      </w:pPr>
      <w:r>
        <w:t>تو سوال یہ ہے کہ اب کیا کرنا ہے؟ کیا کرنا ہے؟ وہ یہ کرنا ہے کہ ہیٹ سے اپنے آپ کو آپ اوپر اٹھائیں۔</w:t>
      </w:r>
    </w:p>
    <w:p>
      <w:r>
        <w:rPr>
          <w:b/>
        </w:rPr>
        <w:t xml:space="preserve">[08:17] </w:t>
      </w:r>
      <w:r>
        <w:t>ek bohat bara psychology mein ek bohat bara scholar tha, us ko authority maana jaata hai,</w:t>
      </w:r>
    </w:p>
    <w:p>
      <w:pPr>
        <w:jc w:val="right"/>
      </w:pPr>
      <w:r>
        <w:t>ایک بہت بڑا سائیکالوجی میں ایک بہت بڑا اسکالر تھا، اس کو اتھارٹی مانا جاتا ہے،</w:t>
      </w:r>
    </w:p>
    <w:p>
      <w:r>
        <w:rPr>
          <w:b/>
        </w:rPr>
        <w:t xml:space="preserve">[08:27] </w:t>
      </w:r>
      <w:r>
        <w:t>us ko kehte hain, us ka naam adler.</w:t>
      </w:r>
    </w:p>
    <w:p>
      <w:pPr>
        <w:jc w:val="right"/>
      </w:pPr>
      <w:r>
        <w:t>اس کو کہتے ہیں، اس کا نام ایڈلر۔</w:t>
      </w:r>
    </w:p>
    <w:p>
      <w:r>
        <w:rPr>
          <w:b/>
        </w:rPr>
        <w:t xml:space="preserve">[08:32] </w:t>
      </w:r>
      <w:r>
        <w:t>adler german tha woh, to us ki kitaab hai "the individual psychology".</w:t>
      </w:r>
    </w:p>
    <w:p>
      <w:pPr>
        <w:jc w:val="right"/>
      </w:pPr>
      <w:r>
        <w:t>ایڈلر جرمن تھا وہ، تو اس کی کتاب ہے "دی انڈیویجول سائیکالوجی"۔</w:t>
      </w:r>
    </w:p>
    <w:p>
      <w:r>
        <w:rPr>
          <w:b/>
        </w:rPr>
        <w:t xml:space="preserve">[08:42] </w:t>
      </w:r>
      <w:r>
        <w:t>is kitaab mein woh kehta hai ke main ne saari zindagi insaan, m.a.n., man, insaan ki study ki.</w:t>
      </w:r>
    </w:p>
    <w:p>
      <w:pPr>
        <w:jc w:val="right"/>
      </w:pPr>
      <w:r>
        <w:t>اس کتاب میں وہ کہتا ہے کہ میں نے ساری زندگی انسان، ایم اے این، مین، انسان کی اسٹڈی کی۔</w:t>
      </w:r>
    </w:p>
    <w:p>
      <w:r>
        <w:rPr>
          <w:b/>
        </w:rPr>
        <w:t xml:space="preserve">[08:54] </w:t>
      </w:r>
      <w:r>
        <w:t>jo sab se anokhi cheez main ne paayi woh yeh, woh yeh thi ke insaan ki yeh ability ke woh negative ko positive mein badal sake,</w:t>
      </w:r>
    </w:p>
    <w:p>
      <w:pPr>
        <w:jc w:val="right"/>
      </w:pPr>
      <w:r>
        <w:t>جو سب سے انوکھی چیز میں نے پائی وہ یہ، وہ یہ تھی کہ انسان کی یہ ایبیلیٹی کہ وہ منفی کو مثبت میں بدل سکے،</w:t>
      </w:r>
    </w:p>
    <w:p>
      <w:r>
        <w:rPr>
          <w:b/>
        </w:rPr>
        <w:t xml:space="preserve">[09:11] </w:t>
      </w:r>
      <w:r>
        <w:t>"the power to turn a minus into a plus".</w:t>
      </w:r>
    </w:p>
    <w:p>
      <w:pPr>
        <w:jc w:val="right"/>
      </w:pPr>
      <w:r>
        <w:t>"دیر پاور ٹو ٹرن ا مائنس انٹو ا پلس"۔</w:t>
      </w:r>
    </w:p>
    <w:p>
      <w:r>
        <w:rPr>
          <w:b/>
        </w:rPr>
        <w:t xml:space="preserve">[09:22] </w:t>
      </w:r>
      <w:r>
        <w:t>"the power to turn a minus into a plus" . is mein kya nikla? is mein yeh nikla ke khuda ne jis dhang par dunya ko banaya to woh tha based on test.</w:t>
      </w:r>
    </w:p>
    <w:p>
      <w:pPr>
        <w:jc w:val="right"/>
      </w:pPr>
      <w:r>
        <w:t>"دیر پاور ٹو ٹرن ا مائنس انٹو ا پلس"۔ اس میں کیا نکلا؟ اس میں یہ نکلا کہ خدا نے جس ڈھنگ پر دنیا کو بنایا تو وہ تھا بیسڈ آن ٹیسٹ۔</w:t>
      </w:r>
    </w:p>
    <w:p>
      <w:r>
        <w:rPr>
          <w:b/>
        </w:rPr>
        <w:t xml:space="preserve">[09:43] </w:t>
      </w:r>
      <w:r>
        <w:t>khuda ne test ke liye banaya dunya ko, test le kar select karna aise logon ko jin ko khuda paradise mein jagah de sake.</w:t>
      </w:r>
    </w:p>
    <w:p>
      <w:pPr>
        <w:jc w:val="right"/>
      </w:pPr>
      <w:r>
        <w:t>خدا نے ٹیسٹ کے لیے بنایا دنیا کو، ٹیسٹ لے کر سلیکٹ کرنا ایسے لوگوں کو جن کو خدا پیرڈائز میں جگہ دے سکے۔</w:t>
      </w:r>
    </w:p>
    <w:p>
      <w:r>
        <w:rPr>
          <w:b/>
        </w:rPr>
        <w:t xml:space="preserve">[09:54] </w:t>
      </w:r>
      <w:r>
        <w:t>to test ke liye freedom dena zaroori tha. to freedom jab diya gaya to log misuse karne lage is ko.</w:t>
      </w:r>
    </w:p>
    <w:p>
      <w:pPr>
        <w:jc w:val="right"/>
      </w:pPr>
      <w:r>
        <w:t>تو ٹیسٹ کے لیے فریڈم دینا ضروری تھا۔ تو فریڈم جب دیا گیا تو لوگ مس یوز کرنے لگے اس کو۔</w:t>
      </w:r>
    </w:p>
    <w:p>
      <w:r>
        <w:rPr>
          <w:b/>
        </w:rPr>
        <w:t xml:space="preserve">[10:03] </w:t>
      </w:r>
      <w:r>
        <w:t>freedom ko misuse karne hi ka result hai ke hate, revenge, negative thought, yeh sab cheezein society mein hamesha rehti hain.</w:t>
      </w:r>
    </w:p>
    <w:p>
      <w:pPr>
        <w:jc w:val="right"/>
      </w:pPr>
      <w:r>
        <w:t>فریڈم کو مس یوز کرنے ہی کا رزلٹ ہے کہ ہیٹ، ریونج، نیگیٹیو تھاٹ، یہ سب چیزیں سوسائٹی میں ہمیشہ رہتی ہیں۔</w:t>
      </w:r>
    </w:p>
    <w:p>
      <w:r>
        <w:rPr>
          <w:b/>
        </w:rPr>
        <w:t xml:space="preserve">[10:15] </w:t>
      </w:r>
      <w:r>
        <w:t>to lekin khuda ne ek taraf yeh kiya ke logon ko freedom di, logon ko yeh azaadi di ke woh freedom ko misuse kar saken.</w:t>
      </w:r>
    </w:p>
    <w:p>
      <w:pPr>
        <w:jc w:val="right"/>
      </w:pPr>
      <w:r>
        <w:t>تو لیکن خدا نے ایک طرف یہ کیا کہ لوگوں کو فریڈم دی، لوگوں کو یہ آزادی دی کہ وہ فریڈم کو مس یوز کر سکیں۔</w:t>
      </w:r>
    </w:p>
    <w:p>
      <w:r>
        <w:rPr>
          <w:b/>
        </w:rPr>
        <w:t xml:space="preserve">[10:32] </w:t>
      </w:r>
      <w:r>
        <w:t>to provocative situation society mein rahe hamesha. saath saath khuda ne yeh anokhi quality insaan ko de di ke woh negative ko positive mein convert kar sakta hai,</w:t>
      </w:r>
    </w:p>
    <w:p>
      <w:pPr>
        <w:jc w:val="right"/>
      </w:pPr>
      <w:r>
        <w:t>تو پرووکیٹیو سچویشن سوسائٹی میں رہے ہمیشہ۔ ساتھ ساتھ خدا نے یہ انوکھی کوالٹی انسان کو دے دی کہ وہ نیگیٹیو کو پازیٹیو میں کنورٹ کر سکتا ہے،</w:t>
      </w:r>
    </w:p>
    <w:p>
      <w:r>
        <w:rPr>
          <w:b/>
        </w:rPr>
        <w:t xml:space="preserve">[10:50] </w:t>
      </w:r>
      <w:r>
        <w:t>woh apne minus ko plus bana sakta hai. to yeh humein karna hai, yeh humein karna hai.</w:t>
      </w:r>
    </w:p>
    <w:p>
      <w:pPr>
        <w:jc w:val="right"/>
      </w:pPr>
      <w:r>
        <w:t>وہ اپنے مائنس کو پلس بنا سکتا ہے۔ تو یہ ہمیں کرنا ہے، یہ ہمیں کرنا ہے۔</w:t>
      </w:r>
    </w:p>
    <w:p>
      <w:r>
        <w:rPr>
          <w:b/>
        </w:rPr>
        <w:t xml:space="preserve">[11:00] </w:t>
      </w:r>
      <w:r>
        <w:t>protest se koi faida nahi, complaint se koi faida nahi. complaint aap kis ke against mein karte hain? nature ke against mein, creation plan of god ke against mein.</w:t>
      </w:r>
    </w:p>
    <w:p>
      <w:pPr>
        <w:jc w:val="right"/>
      </w:pPr>
      <w:r>
        <w:t>پروٹیسٹ سے کوئی فائدہ نہیں، کمپلینٹ سے کوئی فائدہ نہیں۔ کمپلینٹ آپ کس کے اگینسٹ میں کرتے ہیں؟ نیچر کے اگینسٹ میں، کریشن پلان آف گاڈ کے اگینسٹ میں۔</w:t>
      </w:r>
    </w:p>
    <w:p>
      <w:r>
        <w:rPr>
          <w:b/>
        </w:rPr>
        <w:t xml:space="preserve">[11:14] </w:t>
      </w:r>
      <w:r>
        <w:t>aap badal nahi sakte is ko, badal nahi sakte to aap ko yeh sochna hai ke hum kaise, "how to live in a provocative situation".</w:t>
      </w:r>
    </w:p>
    <w:p>
      <w:pPr>
        <w:jc w:val="right"/>
      </w:pPr>
      <w:r>
        <w:t>آپ بدل نہیں سکتے اس کو، بدل نہیں سکتے تو آپ کو یہ سوچنا ہے کہ ہم کیسے، "ہاؤ ٹو لیو ان ا پرووکیٹیو سچویشن"۔</w:t>
      </w:r>
    </w:p>
    <w:p>
      <w:r>
        <w:rPr>
          <w:b/>
        </w:rPr>
        <w:t xml:space="preserve">[11:30] </w:t>
      </w:r>
      <w:r>
        <w:t>yeh sochna hai. to saddam hussain ne jo kaha</w:t>
      </w:r>
    </w:p>
    <w:p>
      <w:pPr>
        <w:jc w:val="right"/>
      </w:pPr>
      <w:r>
        <w:t>یہ سوچنا ہے۔ تو صدام حسین نے جو کہا</w:t>
      </w:r>
    </w:p>
    <w:p>
      <w:r>
        <w:rPr>
          <w:b/>
        </w:rPr>
        <w:t xml:space="preserve">[11:38] </w:t>
      </w:r>
      <w:r>
        <w:t>ke hate thinking ke darwazon ko band kar deta hai, us ka victim sab se pehle khud saddam hussain bane.</w:t>
      </w:r>
    </w:p>
    <w:p>
      <w:pPr>
        <w:jc w:val="right"/>
      </w:pPr>
      <w:r>
        <w:t>کہ ہیٹ تھنکنگ کے دروازوں کو بند کر دیتا ہے، اس کا وکٹم سب سے پہلے خود صدام حسین بنے۔</w:t>
      </w:r>
    </w:p>
    <w:p>
      <w:r>
        <w:rPr>
          <w:b/>
        </w:rPr>
        <w:t xml:space="preserve">[11:49] </w:t>
      </w:r>
      <w:r>
        <w:t>yeh message jo diya hai unhon ne, to yeh message mein bhi deta raha hoon.</w:t>
      </w:r>
    </w:p>
    <w:p>
      <w:pPr>
        <w:jc w:val="right"/>
      </w:pPr>
      <w:r>
        <w:t>یہ میسج جو دیا ہے انہوں نے، تو یہ میسج میں بھی دیتا رہا ہوں۔</w:t>
      </w:r>
    </w:p>
    <w:p>
      <w:r>
        <w:rPr>
          <w:b/>
        </w:rPr>
        <w:t xml:space="preserve">[11:54] </w:t>
      </w:r>
      <w:r>
        <w:t>aik waqt tha ke poori muslim dunya mein koi janta hi nahin tha yeh baat ke hate ko bhulao, hate se bachao apne aap ko. maine is ko as a principal kaha tha.</w:t>
      </w:r>
    </w:p>
    <w:p>
      <w:pPr>
        <w:jc w:val="right"/>
      </w:pPr>
      <w:r>
        <w:t>ایک وقت تھا کہ پوری مسلم دنیا میں کوئی جانتا ہی نہیں تھا یہ بات کہ ہیٹ کو بھلاؤ، ہیٹ سے بچاؤ اپنے آپ کو۔ میں نے اس کو ایز اے پرنسپل کہا تھا۔</w:t>
      </w:r>
    </w:p>
    <w:p>
      <w:r>
        <w:rPr>
          <w:b/>
        </w:rPr>
        <w:t xml:space="preserve">[12:07] </w:t>
      </w:r>
      <w:r>
        <w:t>saddam hussain ne compulsive situation mein is baat ka elaan kiya hai. saddam hussain khud zindagi bhar hate ki boli bolte rahe.</w:t>
      </w:r>
    </w:p>
    <w:p>
      <w:pPr>
        <w:jc w:val="right"/>
      </w:pPr>
      <w:r>
        <w:t>صدام حسین نے کمپلسو سچویشن میں اس بات کا اعلان کیا ہے۔ صدام حسین خود زندگی بھر ہیٹ کی بولی بولتے رہے۔</w:t>
      </w:r>
    </w:p>
    <w:p>
      <w:r>
        <w:rPr>
          <w:b/>
        </w:rPr>
        <w:t xml:space="preserve">[12:16] </w:t>
      </w:r>
      <w:r>
        <w:t>unhon ne kaha ke hamein, hamein umm al-ma'arik garam karna hai.</w:t>
      </w:r>
    </w:p>
    <w:p>
      <w:pPr>
        <w:jc w:val="right"/>
      </w:pPr>
      <w:r>
        <w:t>انہوں نے کہا کہ ہمیں، ہمیں ام المعارک گرم کرنا ہے۔</w:t>
      </w:r>
    </w:p>
    <w:p>
      <w:r>
        <w:rPr>
          <w:b/>
        </w:rPr>
        <w:t xml:space="preserve">[12:25] </w:t>
      </w:r>
      <w:r>
        <w:t>umm al-ma'arik ka matlab hai "mother of mother of all battles". sab se bari larai chherna hai taake hum western nation ko tabah kar dein, yahudiyon ko tabah kar dein, muslim dushmanon ko tabah kar dein.</w:t>
      </w:r>
    </w:p>
    <w:p>
      <w:pPr>
        <w:jc w:val="right"/>
      </w:pPr>
      <w:r>
        <w:t>ام المعارک کا مطلب ہے "مدر آف مدر آف آل بیٹلز"۔ سب سے بڑی لڑائی چھیڑنا ہے تاکہ ہم ویسٹرن نیشن کو تباہ کر دیں، یہودیوں کو تباہ کر دیں، مسلم دشمنوں کو تباہ کر دیں۔</w:t>
      </w:r>
    </w:p>
    <w:p>
      <w:r>
        <w:rPr>
          <w:b/>
        </w:rPr>
        <w:t xml:space="preserve">[12:40] </w:t>
      </w:r>
      <w:r>
        <w:t>umm al-ma'arik sab se bari larai.</w:t>
      </w:r>
    </w:p>
    <w:p>
      <w:pPr>
        <w:jc w:val="right"/>
      </w:pPr>
      <w:r>
        <w:t>ام المعارک سب سے بڑی لڑائی۔</w:t>
      </w:r>
    </w:p>
    <w:p>
      <w:r>
        <w:rPr>
          <w:b/>
        </w:rPr>
        <w:t xml:space="preserve">[12:46] </w:t>
      </w:r>
      <w:r>
        <w:t>lekin jis ko angrezi mein kehte hain ke</w:t>
      </w:r>
    </w:p>
    <w:p>
      <w:pPr>
        <w:jc w:val="right"/>
      </w:pPr>
      <w:r>
        <w:t>لیکن جس کو انگریزی میں کہتے ہیں کہ</w:t>
      </w:r>
    </w:p>
    <w:p>
      <w:r>
        <w:rPr>
          <w:b/>
        </w:rPr>
        <w:t xml:space="preserve">[12:55] </w:t>
      </w:r>
      <w:r>
        <w:t>wapas agar aadmi aa jaye to us se acha hai ke woh kabhi wapas na aaye.</w:t>
      </w:r>
    </w:p>
    <w:p>
      <w:pPr>
        <w:jc w:val="right"/>
      </w:pPr>
      <w:r>
        <w:t>واپس اگر آدمی آ جائے تو اس سے اچھا ہے کہ وہ کبھی واپس نہ آئے۔</w:t>
      </w:r>
    </w:p>
    <w:p>
      <w:r>
        <w:rPr>
          <w:b/>
        </w:rPr>
        <w:t xml:space="preserve">[13:04] </w:t>
      </w:r>
      <w:r>
        <w:t>to kam az kam unhon ne</w:t>
      </w:r>
    </w:p>
    <w:p>
      <w:pPr>
        <w:jc w:val="right"/>
      </w:pPr>
      <w:r>
        <w:t>تو کم از کم انہوں نے</w:t>
      </w:r>
    </w:p>
    <w:p>
      <w:r>
        <w:rPr>
          <w:b/>
        </w:rPr>
        <w:t xml:space="preserve">[13:09] </w:t>
      </w:r>
      <w:r>
        <w:t>yeh kiya ke compulsive situation jab paida hui to unhon ne is baat ko mana aur us ko announce kiya, us ko bataya logon ko ke negativity tum ko pay nahin kare gi.</w:t>
      </w:r>
    </w:p>
    <w:p>
      <w:pPr>
        <w:jc w:val="right"/>
      </w:pPr>
      <w:r>
        <w:t>یہ کیا کہ کمپلسو سچویشن جب پیدا ہوئی تو انہوں نے اس بات کو مانا اور اس کو اناؤنس کیا، اس کو بتایا لوگوں کو کہ نیگیٹیوٹی تم کو پے نہیں کرے گی۔</w:t>
      </w:r>
    </w:p>
    <w:p>
      <w:r>
        <w:rPr>
          <w:b/>
        </w:rPr>
        <w:t xml:space="preserve">[13:21] </w:t>
      </w:r>
      <w:r>
        <w:t>to jis cheez ko maine as a principal bohat pehle elaan kiya tha, us ko unhon ne compulsive situation mein elaan kiya.</w:t>
      </w:r>
    </w:p>
    <w:p>
      <w:pPr>
        <w:jc w:val="right"/>
      </w:pPr>
      <w:r>
        <w:t>تو جس چیز کو میں نے ایز اے پرنسپل بہت پہلے اعلان کیا تھا، اس کو انہوں نے کمپلسو سچویشن میں اعلان کیا۔</w:t>
      </w:r>
    </w:p>
    <w:p>
      <w:r>
        <w:rPr>
          <w:b/>
        </w:rPr>
        <w:t xml:space="preserve">[13:30] </w:t>
      </w:r>
      <w:r>
        <w:t>to "better late than never" wala sadiq aata hai, principal. khair, main yeh keh raha tha ke khud saddam hussain isi ka victim bane,</w:t>
      </w:r>
    </w:p>
    <w:p>
      <w:pPr>
        <w:jc w:val="right"/>
      </w:pPr>
      <w:r>
        <w:t>تو "بیٹر لیٹ دین نیور" والا صادق آتا ہے، پرنسپل۔ خیر، میں یہ کہہ رہا تھا کہ خود صدام حسین اسی کا وکٹم بنے،</w:t>
      </w:r>
    </w:p>
    <w:p>
      <w:r>
        <w:rPr>
          <w:b/>
        </w:rPr>
        <w:t xml:space="preserve">[13:46] </w:t>
      </w:r>
      <w:r>
        <w:t>yaani nafrat karne ka victim bane. woh kaise? is ke liye hamein pichhle do so saal mein jo hua hai muslim world mein, us ko janna hoga.</w:t>
      </w:r>
    </w:p>
    <w:p>
      <w:pPr>
        <w:jc w:val="right"/>
      </w:pPr>
      <w:r>
        <w:t>یعنی نفرت کرنے کا وکٹم بنے۔ وہ کیسے؟ اس کے لیے ہمیں پچھلے دو سو سال میں جو ہوا ہے مسلم ورلڈ میں، اس کو جاننا ہوگا۔</w:t>
      </w:r>
    </w:p>
    <w:p>
      <w:r>
        <w:rPr>
          <w:b/>
        </w:rPr>
        <w:t xml:space="preserve">[13:58] </w:t>
      </w:r>
      <w:r>
        <w:t>dekhiye, muslim world mein sab se pehle jo phenomena aaya, woh tha colonialism ka, yaani western powers nai taqaton se armed ho kar muslim dunya mein dakhil hue aur qareeb qareeb poori muslim dunya ko occupy kar liya,</w:t>
      </w:r>
    </w:p>
    <w:p>
      <w:pPr>
        <w:jc w:val="right"/>
      </w:pPr>
      <w:r>
        <w:t>دیکھیے، مسلم ورلڈ میں سب سے پہلے جو فیناومینا آیا، وہ تھا کلونیلزم کا، یعنی ویسٹرن پاورز نئی طاقتوں سے آرمڈ ہو کر مسلم دنیا میں داخل ہوئے اور قریب قریب پوری مسلم دنیا کو اکوپائی کر لیا،</w:t>
      </w:r>
    </w:p>
    <w:p>
      <w:r>
        <w:rPr>
          <w:b/>
        </w:rPr>
        <w:t xml:space="preserve">[14:22] </w:t>
      </w:r>
      <w:r>
        <w:t>chha gaye. to har taraf hate shuru ho gaya, hate</w:t>
      </w:r>
    </w:p>
    <w:p>
      <w:pPr>
        <w:jc w:val="right"/>
      </w:pPr>
      <w:r>
        <w:t>چھا گئے۔ تو ہر طرف ہیٹ شروع ہو گیا، ہیٹ</w:t>
      </w:r>
    </w:p>
    <w:p>
      <w:r>
        <w:rPr>
          <w:b/>
        </w:rPr>
        <w:t xml:space="preserve">[14:28] </w:t>
      </w:r>
      <w:r>
        <w:t>yaani westerners se hate. to pehla hate shuru hua colonial powers ke khilaaf, colonialism ke khilaaf.</w:t>
      </w:r>
    </w:p>
    <w:p>
      <w:pPr>
        <w:jc w:val="right"/>
      </w:pPr>
      <w:r>
        <w:t>یعنی ویسٹرنرز سے ہیٹ۔ تو پہلا ہیٹ شروع ہوا کلونیل پاورز کے خلاف، کلونیلزم کے خلاف۔</w:t>
      </w:r>
    </w:p>
    <w:p>
      <w:r>
        <w:rPr>
          <w:b/>
        </w:rPr>
        <w:t xml:space="preserve">[14:37] </w:t>
      </w:r>
      <w:r>
        <w:t>is ke baad kya hua? zionism ubhra. zionism, zionism ka matlab tha jaanib yahudiyon ki movement thi ke "return to palestine".</w:t>
      </w:r>
    </w:p>
    <w:p>
      <w:pPr>
        <w:jc w:val="right"/>
      </w:pPr>
      <w:r>
        <w:t>اس کے بعد کیا ہوا؟ زائنزم ابھرا۔ زائنزم، زائنزم کا مطلب تھا جانب یہودیوں کی موومنٹ تھی کہ "ریٹرن ٹو پیلسٹائن"۔</w:t>
      </w:r>
    </w:p>
    <w:p>
      <w:r>
        <w:rPr>
          <w:b/>
        </w:rPr>
        <w:t xml:space="preserve">[14:50] </w:t>
      </w:r>
      <w:r>
        <w:t>aap jante hain ke yahudi log bohat dinon se diaspora mein the,</w:t>
      </w:r>
    </w:p>
    <w:p>
      <w:pPr>
        <w:jc w:val="right"/>
      </w:pPr>
      <w:r>
        <w:t>آپ جانتے ہیں کہ یہودی لوگ بہت دنوں سے ڈائسپورا میں تھے،</w:t>
      </w:r>
    </w:p>
    <w:p>
      <w:r>
        <w:rPr>
          <w:b/>
        </w:rPr>
        <w:t xml:space="preserve">[14:57] </w:t>
      </w:r>
      <w:r>
        <w:t>to un ke haan yeh movement chal rahi thi ke hum dobara loten palestine ki taraf, jo hamara homeland hai, jo hamara holy land hai.</w:t>
      </w:r>
    </w:p>
    <w:p>
      <w:pPr>
        <w:jc w:val="right"/>
      </w:pPr>
      <w:r>
        <w:t>تو ان کے ہاں یہ موومنٹ چل رہی تھی کہ ہم دوبارہ لوٹیں پیلسٹائن کی طرف، جو ہمارا ہوم لینڈ ہے، جو ہمارا ہولی لینڈ ہے۔</w:t>
      </w:r>
    </w:p>
    <w:p>
      <w:r>
        <w:rPr>
          <w:b/>
        </w:rPr>
        <w:t xml:space="preserve">[15:09] </w:t>
      </w:r>
      <w:r>
        <w:t>to yeh chal rahi thi bohat arse se. phir 1897 mein, 1897 mein switzerland mein aik conference hui zionism ko le kar ke.</w:t>
      </w:r>
    </w:p>
    <w:p>
      <w:pPr>
        <w:jc w:val="right"/>
      </w:pPr>
      <w:r>
        <w:t>تو یہ چل رہی تھی بہت عرصے سے۔ پھر 1897 میں، 1897 میں سوئٹزرلینڈ میں ایک کانفرنس ہوئی زائنزم کو لے کر کے۔</w:t>
      </w:r>
    </w:p>
    <w:p>
      <w:r>
        <w:rPr>
          <w:b/>
        </w:rPr>
        <w:t xml:space="preserve">[15:24] </w:t>
      </w:r>
      <w:r>
        <w:t>tabhi se zionism ka word phaila dunya mein.</w:t>
      </w:r>
    </w:p>
    <w:p>
      <w:pPr>
        <w:jc w:val="right"/>
      </w:pPr>
      <w:r>
        <w:t>تبھی سے زائنزم کا ورڈ پھیلا دنیا میں۔</w:t>
      </w:r>
    </w:p>
    <w:p>
      <w:r>
        <w:rPr>
          <w:b/>
        </w:rPr>
        <w:t xml:space="preserve">[15:28] </w:t>
      </w:r>
      <w:r>
        <w:t>to zion asal mein aik hill hai jerusalem mein, palestine mein. is hill ko yeh log holy mante hain, muqaddas mante hain.</w:t>
      </w:r>
    </w:p>
    <w:p>
      <w:pPr>
        <w:jc w:val="right"/>
      </w:pPr>
      <w:r>
        <w:t>تو زائن اصل میں ایک ہل ہے یروشلم میں، پیلسٹائن میں۔ اس ہل کو یہ لوگ ہولی مانتے ہیں، مقدس مانتے ہیں۔</w:t>
      </w:r>
    </w:p>
    <w:p>
      <w:r>
        <w:rPr>
          <w:b/>
        </w:rPr>
        <w:t xml:space="preserve">[15:40] </w:t>
      </w:r>
      <w:r>
        <w:t>to "return to zion" yaani zion jo hill hai, us ki taraf wapsi. to isi sirf isi ko le kar ke is movement ka naam zionism pad gaya.</w:t>
      </w:r>
    </w:p>
    <w:p>
      <w:pPr>
        <w:jc w:val="right"/>
      </w:pPr>
      <w:r>
        <w:t>تو "ریٹرن ٹو زائن" یعنی زائن جو ہل ہے، اس کی طرف واپسی۔ تو اسی صرف اسی کو لے کر کے اس موومنٹ کا نام زائنزم پڑ گیا۔</w:t>
      </w:r>
    </w:p>
    <w:p>
      <w:r>
        <w:rPr>
          <w:b/>
        </w:rPr>
        <w:t xml:space="preserve">[15:56] </w:t>
      </w:r>
      <w:r>
        <w:t>to yahan tak ke 1948 mein balfour commission ke tehat un ko mauqa mila ke woh palestine mein apni israel state bana lein.</w:t>
      </w:r>
    </w:p>
    <w:p>
      <w:pPr>
        <w:jc w:val="right"/>
      </w:pPr>
      <w:r>
        <w:t>تو یہاں تک کہ 1948 میں بالفور کمیشن کے تحت ان کو موقع ملا کہ وہ پیلسٹائن میں اپنی اسرائیل اسٹیٹ بنا لیں۔</w:t>
      </w:r>
    </w:p>
    <w:p>
      <w:r>
        <w:rPr>
          <w:b/>
        </w:rPr>
        <w:t xml:space="preserve">[16:13] </w:t>
      </w:r>
      <w:r>
        <w:t>1948 se un ki yeh state qaim hui, jo phailte phailte ab bohat bari ban chuki hai. to yeh tha hate ka background</w:t>
      </w:r>
    </w:p>
    <w:p>
      <w:pPr>
        <w:jc w:val="right"/>
      </w:pPr>
      <w:r>
        <w:t>1948 سے ان کی یہ اسٹیٹ قائم ہوئی، جو پھیلتے پھیلتے اب بہت بڑی بن چکی ہے۔ تو یہ تھا ہیٹ کا بیک گراؤنڈ</w:t>
      </w:r>
    </w:p>
    <w:p>
      <w:r>
        <w:rPr>
          <w:b/>
        </w:rPr>
        <w:t xml:space="preserve">[16:25] </w:t>
      </w:r>
      <w:r>
        <w:t>. muslim dunya mein hate shuru hui, yeh colonialism ko le kar ke. phir is ko aur taqat mili zionism ke zariye se.</w:t>
      </w:r>
    </w:p>
    <w:p>
      <w:pPr>
        <w:jc w:val="right"/>
      </w:pPr>
      <w:r>
        <w:t>۔ مسلم دنیا میں ہیٹ شروع ہوئی، یہ کلونیلزم کو لے کر کے۔ پھر اس کو اور طاقت ملی زائنزم کے ذریعے سے۔</w:t>
      </w:r>
    </w:p>
    <w:p>
      <w:r>
        <w:rPr>
          <w:b/>
        </w:rPr>
        <w:t xml:space="preserve">[16:36] </w:t>
      </w:r>
      <w:r>
        <w:t>to pichlay do so saal ke andar poori muslim dunya heat se bhar gayi, har taraf heat ki baatein. arab world mein yeh haal tha ke wahan aik bohat hi popular poet hue hain,</w:t>
      </w:r>
    </w:p>
    <w:p>
      <w:pPr>
        <w:jc w:val="right"/>
      </w:pPr>
      <w:r>
        <w:t>تو پچھلے دو سو سال کے اندر پوری مسلم دنیا ہیٹ سے بھر گئی، ہر طرف ہیٹ کی باتیں۔ عرب ورلڈ میں یہ حال تھا کہ وہاں ایک بہت ہی پاپولر پوئٹ ہوئے ہیں،</w:t>
      </w:r>
    </w:p>
    <w:p>
      <w:r>
        <w:rPr>
          <w:b/>
        </w:rPr>
        <w:t xml:space="preserve">[16:53] </w:t>
      </w:r>
      <w:r>
        <w:t>un ki yeh line har arab ki zabaan par thi: "haat salahuddin saleh tanfeena, jadadi hataan o shab hatina".</w:t>
      </w:r>
    </w:p>
    <w:p>
      <w:pPr>
        <w:jc w:val="right"/>
      </w:pPr>
      <w:r>
        <w:t>ان کی یہ لائن ہر عرب کی زبان پر تھی: "ہات صلاح الدین صالح تنفینہ، جددی حتین او شب حتینہ"۔</w:t>
      </w:r>
    </w:p>
    <w:p>
      <w:r>
        <w:rPr>
          <w:b/>
        </w:rPr>
        <w:t xml:space="preserve">[17:06] </w:t>
      </w:r>
      <w:r>
        <w:t>is ka matlab yeh hai ke salahuddin ko phir wapas lao aur phir maarka garam karo,</w:t>
      </w:r>
    </w:p>
    <w:p>
      <w:pPr>
        <w:jc w:val="right"/>
      </w:pPr>
      <w:r>
        <w:t>اس کا مطلب یہ ہے کہ صلاح الدین کو پھر واپس لاؤ اور پھر معرکہ گرم کرو،</w:t>
      </w:r>
    </w:p>
    <w:p>
      <w:r>
        <w:rPr>
          <w:b/>
        </w:rPr>
        <w:t xml:space="preserve">[17:14] </w:t>
      </w:r>
      <w:r>
        <w:t>yaani "bring back salahuddin and revive the bloody battle of jihad".</w:t>
      </w:r>
    </w:p>
    <w:p>
      <w:pPr>
        <w:jc w:val="right"/>
      </w:pPr>
      <w:r>
        <w:t>یعنی "برنگ بیک صلاح الدین اینڈ ریوائیو دی بلڈی بیٹل آف جہاد"۔</w:t>
      </w:r>
    </w:p>
    <w:p>
      <w:r>
        <w:rPr>
          <w:b/>
        </w:rPr>
        <w:t xml:space="preserve">[17:27] </w:t>
      </w:r>
      <w:r>
        <w:t>to aap jante hain ke salahuddin crusades ke hero thay.</w:t>
      </w:r>
    </w:p>
    <w:p>
      <w:pPr>
        <w:jc w:val="right"/>
      </w:pPr>
      <w:r>
        <w:t>تو آپ جانتے ہیں کہ صلاح الدین کروسیٹس کے ہیرو تھے۔</w:t>
      </w:r>
    </w:p>
    <w:p>
      <w:r>
        <w:rPr>
          <w:b/>
        </w:rPr>
        <w:t xml:space="preserve">[17:31] </w:t>
      </w:r>
      <w:r>
        <w:t>crusades mein jo ladaaiyan hui theen, yaani christian world aur arab world ke beech mein, to is mein salahuddin ne musalmanon ko jeet dilai thi.</w:t>
      </w:r>
    </w:p>
    <w:p>
      <w:pPr>
        <w:jc w:val="right"/>
      </w:pPr>
      <w:r>
        <w:t>کروسیٹس میں جو لڑائیاں ہوئی تھیں، یعنی کرسچن ورلڈ اور عرب ورلڈ کے بیچ میں، تو اس میں صلاح الدین نے مسلمانوں کو جیت دلائی تھی۔</w:t>
      </w:r>
    </w:p>
    <w:p>
      <w:r>
        <w:rPr>
          <w:b/>
        </w:rPr>
        <w:t xml:space="preserve">[17:47] </w:t>
      </w:r>
      <w:r>
        <w:t>to muslim history mein woh bohat baray hero ban gaye, woh aik symbol ban gaye jeet ka.</w:t>
      </w:r>
    </w:p>
    <w:p>
      <w:pPr>
        <w:jc w:val="right"/>
      </w:pPr>
      <w:r>
        <w:t>تو مسلم ہسٹری میں وہ بہت بڑے ہیرو بن گئے، وہ ایک سمبل بن گئے جیت کا۔</w:t>
      </w:r>
    </w:p>
    <w:p>
      <w:r>
        <w:rPr>
          <w:b/>
        </w:rPr>
        <w:t xml:space="preserve">[17:55] </w:t>
      </w:r>
      <w:r>
        <w:t>salahuddin jo hain, jis ko english history mein salahuddin kehte hain, s a l a d i n, asal naam hai salahuddin ayyubi.</w:t>
      </w:r>
    </w:p>
    <w:p>
      <w:pPr>
        <w:jc w:val="right"/>
      </w:pPr>
      <w:r>
        <w:t>صلاح الدین جو ہیں، جس کو انگلش ہسٹری میں صلاح الدین کہتے ہیں، ایس اے ایل اے ڈی ائی این، اصل نام ہے صلاح الدین ایوبی۔</w:t>
      </w:r>
    </w:p>
    <w:p>
      <w:r>
        <w:rPr>
          <w:b/>
        </w:rPr>
        <w:t xml:space="preserve">[18:08] </w:t>
      </w:r>
      <w:r>
        <w:t>to salahuddin ayyubi, jo syria aur palestine ke ruler thay, to unhon ne crusades mein musalmanon ko jeet dilwai, woh hero banay.</w:t>
      </w:r>
    </w:p>
    <w:p>
      <w:pPr>
        <w:jc w:val="right"/>
      </w:pPr>
      <w:r>
        <w:t>تو صلاح الدین ایوبی، جو سیریا اور پیلسٹائن کے رولر تھے، تو انہوں نے کروسیٹس میں مسلمانوں کو جیت دلوائی، وہ ہیرو بن گئے۔</w:t>
      </w:r>
    </w:p>
    <w:p>
      <w:r>
        <w:rPr>
          <w:b/>
        </w:rPr>
        <w:t xml:space="preserve">[18:24] </w:t>
      </w:r>
      <w:r>
        <w:t>to isi ko le kar ke shair hai ke "haat salahuddin thaniya tanfeena, jadadi hatina o shab hatina,</w:t>
      </w:r>
    </w:p>
    <w:p>
      <w:pPr>
        <w:jc w:val="right"/>
      </w:pPr>
      <w:r>
        <w:t>تو اسی کو لے کر کے شعر ہے کہ "ہات صلاح الدین ثانیہ تنفینہ، جددی حتینہ و شب حتینہ،</w:t>
      </w:r>
    </w:p>
    <w:p>
      <w:r>
        <w:rPr>
          <w:b/>
        </w:rPr>
        <w:t xml:space="preserve">[18:33] </w:t>
      </w:r>
      <w:r>
        <w:t>"bring back Salahuddin and revive bilti jihad again".</w:t>
      </w:r>
    </w:p>
    <w:p>
      <w:pPr>
        <w:jc w:val="right"/>
      </w:pPr>
      <w:r>
        <w:t>برنگ بیک صلاح الدین اینڈ ریوائیو بلٹی جہاد اگین"۔</w:t>
      </w:r>
    </w:p>
    <w:p>
      <w:r>
        <w:rPr>
          <w:b/>
        </w:rPr>
        <w:t xml:space="preserve">[18:42] </w:t>
      </w:r>
      <w:r>
        <w:t>yeh tha mahaul. jitnay kitaabein hain, jitnay paper, jitnay magazine, har jagah bas yahi boli boli boli ja rahi thi aur ke dushman dushmanon se lado, un ki conspiracy ko khatam karo, jihad karo.</w:t>
      </w:r>
    </w:p>
    <w:p>
      <w:pPr>
        <w:jc w:val="right"/>
      </w:pPr>
      <w:r>
        <w:t>یہ تھا ماحول۔ جتنے کتابیں ہیں، جتنے پیپر، جتنے میگزین، ہر جگہ بس یہی بولی بولی بولی جا رہی تھی اور کہ دشمن دشمنوں سے لڑو، ان کی کنسپریسی کو ختم کرو، جہاد کرو۔</w:t>
      </w:r>
    </w:p>
    <w:p>
      <w:r>
        <w:rPr>
          <w:b/>
        </w:rPr>
        <w:t xml:space="preserve">[18:58] </w:t>
      </w:r>
      <w:r>
        <w:t>har taraf</w:t>
      </w:r>
    </w:p>
    <w:p>
      <w:pPr>
        <w:jc w:val="right"/>
      </w:pPr>
      <w:r>
        <w:t>ہر طرف</w:t>
      </w:r>
    </w:p>
    <w:p>
      <w:r>
        <w:rPr>
          <w:b/>
        </w:rPr>
        <w:t xml:space="preserve">[19:00] </w:t>
      </w:r>
      <w:r>
        <w:t>isi mahaul mein al ikhwan al muslimun bani, jis ko muslim brother kehte hain, muslim brotherhood, woh bhi isi jihad ko revive karne ki tehreek thi aur jis ne tabaahi ke siwa aur kuch bhi nahi diya muslim world ko.</w:t>
      </w:r>
    </w:p>
    <w:p>
      <w:pPr>
        <w:jc w:val="right"/>
      </w:pPr>
      <w:r>
        <w:t>اسی ماحول میں ال اخوان المسلمون بنی، جس کو مسلم برادر کہتے ہیں، مسلم برادرہڈ، وہ بھی اسی جہاد کو ریوائیو کرنے کی تحریک تھی اور جس نے تباہی کے سوا اور کچھ بھی نہیں دیا مسلم ورلڈ کو۔</w:t>
      </w:r>
    </w:p>
    <w:p>
      <w:r>
        <w:rPr>
          <w:b/>
        </w:rPr>
        <w:t xml:space="preserve">[19:16] </w:t>
      </w:r>
      <w:r>
        <w:t>mein gaya tha palestine to wahan par maine dekha jo muslim area hai, palestine ka muslim area, is mein maine dekha ke musalman bachay chorus mein aik gaana gaate hain,</w:t>
      </w:r>
    </w:p>
    <w:p>
      <w:pPr>
        <w:jc w:val="right"/>
      </w:pPr>
      <w:r>
        <w:t>میں گیا تھا پیلسٹائن تو وہاں پر میں نے دیکھا جو مسلم ایریا ہے، پیلسٹائن کا مسلم ایریا، اس میں میں نے دیکھا کہ مسلمان بچے کورس میں ایک گانا گاتے ہیں،</w:t>
      </w:r>
    </w:p>
    <w:p>
      <w:r>
        <w:rPr>
          <w:b/>
        </w:rPr>
        <w:t xml:space="preserve">[19:30] </w:t>
      </w:r>
      <w:r>
        <w:t>chorus mein ikhatay ho kar ke gaate hain. to is ki aik line yeh thi ke "halman nuqatil, halman nuqatil, faan al qital sabeel al rashadi".</w:t>
      </w:r>
    </w:p>
    <w:p>
      <w:pPr>
        <w:jc w:val="right"/>
      </w:pPr>
      <w:r>
        <w:t>کورس میں اکٹھے ہو کر کے گاتے ہیں۔ تو اس کی ایک لائن یہ تھی کہ "حلما نقاتل، حلما نقاتل، فان القتال سبیل الرشادی"۔</w:t>
      </w:r>
    </w:p>
    <w:p>
      <w:r>
        <w:rPr>
          <w:b/>
        </w:rPr>
        <w:t xml:space="preserve">[19:49] </w:t>
      </w:r>
      <w:r>
        <w:t>is ka matlab yeh hai ke "let's make war, let's make war, for war is the way to success".</w:t>
      </w:r>
    </w:p>
    <w:p>
      <w:pPr>
        <w:jc w:val="right"/>
      </w:pPr>
      <w:r>
        <w:t>اس کا مطلب یہ ہے کہ "لیٹس میک وار، لیٹس میک وار، فار وار از دا وے ٹو سکسیس"۔</w:t>
      </w:r>
    </w:p>
    <w:p>
      <w:r>
        <w:rPr>
          <w:b/>
        </w:rPr>
        <w:t xml:space="preserve">[20:01] </w:t>
      </w:r>
      <w:r>
        <w:t>is tarah se poora muslim world aur poora arab world bhara hua tha nafrat ki baaton se, ladaai ki baaton se, tashaddud ki baaton se.</w:t>
      </w:r>
    </w:p>
    <w:p>
      <w:pPr>
        <w:jc w:val="right"/>
      </w:pPr>
      <w:r>
        <w:t>اس طرح سے پورا مسلم ورلڈ اور پورا عرب ورلڈ بھرا ہوا تھا نفرت کی باتوں سے، لڑائی کی باتوں سے، تشدد کی باتوں سے۔</w:t>
      </w:r>
    </w:p>
    <w:p>
      <w:r>
        <w:rPr>
          <w:b/>
        </w:rPr>
        <w:t xml:space="preserve">[20:15] </w:t>
      </w:r>
      <w:r>
        <w:t>is mein paida hue saddam hussain.</w:t>
      </w:r>
    </w:p>
    <w:p>
      <w:pPr>
        <w:jc w:val="right"/>
      </w:pPr>
      <w:r>
        <w:t>اس میں پیدا ہوئے صدام حسین۔</w:t>
      </w:r>
    </w:p>
    <w:p>
      <w:r>
        <w:rPr>
          <w:b/>
        </w:rPr>
        <w:t xml:space="preserve">[20:21] </w:t>
      </w:r>
      <w:r>
        <w:t>meri study ke mutabiq is muddat mein, is do so saal ke andar, kuch bohat hi ziyada brilliant log paida hue muslim world mein, bohat hi brilliant log jin ke nervous system bohat hi strong tha.</w:t>
      </w:r>
    </w:p>
    <w:p>
      <w:pPr>
        <w:jc w:val="right"/>
      </w:pPr>
      <w:r>
        <w:t>میری اسٹڈی کے مطابق اس مدت میں، اس دو سو سال کے اندر، کچھ بہت ہی زیادہ بریلینٹ لوگ پیدا ہوئے مسلم ورلڈ میں، بہت ہی بریلینٹ لوگ جن کے نروس سسٹم بہت ہی سٹرانگ تھا۔</w:t>
      </w:r>
    </w:p>
    <w:p>
      <w:r>
        <w:rPr>
          <w:b/>
        </w:rPr>
        <w:t xml:space="preserve">[20:39] </w:t>
      </w:r>
      <w:r>
        <w:t>misalan syed jamaluddin afghani bohat zabardast aadmi tha.</w:t>
      </w:r>
    </w:p>
    <w:p>
      <w:pPr>
        <w:jc w:val="right"/>
      </w:pPr>
      <w:r>
        <w:t>مثلاً سید جمال الدین افغانی بہت زبردست آدمی تھا۔</w:t>
      </w:r>
    </w:p>
    <w:p>
      <w:r>
        <w:rPr>
          <w:b/>
        </w:rPr>
        <w:t xml:space="preserve">[20:46] </w:t>
      </w:r>
      <w:r>
        <w:t>is tarah se jamal abdul nasser, jo misr ke ruler banay, is tarah se osama bin laden, jis ko sab log jante hain, is tarah se saddam hussain.</w:t>
      </w:r>
    </w:p>
    <w:p>
      <w:pPr>
        <w:jc w:val="right"/>
      </w:pPr>
      <w:r>
        <w:t>اس طرح سے جمال عبدالناصر، جو مصر کے رولر بنے، اس طرح سے اسامہ بن لادن، جس کو سب لوگ جانتے ہیں، اس طرح سے صدام حسین۔</w:t>
      </w:r>
    </w:p>
    <w:p>
      <w:r>
        <w:rPr>
          <w:b/>
        </w:rPr>
        <w:t xml:space="preserve">[21:01] </w:t>
      </w:r>
      <w:r>
        <w:t>yeh baray zabardast log thay. yeh</w:t>
      </w:r>
    </w:p>
    <w:p>
      <w:pPr>
        <w:jc w:val="right"/>
      </w:pPr>
      <w:r>
        <w:t>یہ بڑے زبردست لوگ تھے۔ یہ</w:t>
      </w:r>
    </w:p>
    <w:p>
      <w:r>
        <w:rPr>
          <w:b/>
        </w:rPr>
        <w:t xml:space="preserve">[21:04] </w:t>
      </w:r>
      <w:r>
        <w:t>is tarah ke bohat se log hain jo khuda ne jinko bari zabardast salahiyatein dein, lekin sab ke sab nafrat ka nafrat mein doob gaye aur bas bloody jihad ke liye apne aap ko laga diya.</w:t>
      </w:r>
    </w:p>
    <w:p>
      <w:pPr>
        <w:jc w:val="right"/>
      </w:pPr>
      <w:r>
        <w:t>اس طرح کے بہت سے لوگ ہیں جو خدا نے جن کو بڑی زبردست صلاحیتیں دیں، لیکن سب کے سب نفرت کا نفرت میں ڈوب گئے اور بس بلڈی جہاد کے لیے اپنے آپ کو لگا دیا۔</w:t>
      </w:r>
    </w:p>
    <w:p>
      <w:r>
        <w:rPr>
          <w:b/>
        </w:rPr>
        <w:t xml:space="preserve">[21:21] </w:t>
      </w:r>
      <w:r>
        <w:t>aur siwa is ke ke tabaah kiya unhon ne muslim dunya ko aur kuch nahi mila. to yeh aik lambi history hai.</w:t>
      </w:r>
    </w:p>
    <w:p>
      <w:pPr>
        <w:jc w:val="right"/>
      </w:pPr>
      <w:r>
        <w:t>اور سوا اس کے کہ تباہ کیا انہوں نے مسلم دنیا کو اور کچھ نہیں ملا۔ تو یہ ایک لمبی ہسٹری ہے۔</w:t>
      </w:r>
    </w:p>
    <w:p>
      <w:r>
        <w:rPr>
          <w:b/>
        </w:rPr>
        <w:t xml:space="preserve">[21:30] </w:t>
      </w:r>
      <w:r>
        <w:t>mein samajhta hoon ke sab kuch kho kar saddam hussain ne yeh bohat hi zyada aik aik positive kaam kiya ke unhon ne yeh message diya ke "ae mere bhaiyo,</w:t>
      </w:r>
    </w:p>
    <w:p>
      <w:pPr>
        <w:jc w:val="right"/>
      </w:pPr>
      <w:r>
        <w:t>میں سمجھتا ہوں کہ سب کچھ کھو کر صدام حسین نے یہ بہت ہی زیادہ ایک ایک پازیٹیو کام کیا کہ انہوں نے یہ میسج دیا کہ "اے میرے بھائیو،</w:t>
      </w:r>
    </w:p>
    <w:p>
      <w:r>
        <w:rPr>
          <w:b/>
        </w:rPr>
        <w:t xml:space="preserve">[21:44] </w:t>
      </w:r>
      <w:r>
        <w:t>mein tum se kehta hoon ke re assess karo, revise karo apni planning ko aur hate ko chodo".</w:t>
      </w:r>
    </w:p>
    <w:p>
      <w:pPr>
        <w:jc w:val="right"/>
      </w:pPr>
      <w:r>
        <w:t>میں تم سے کہتا ہوں کہ ری ایسس کرو، ریوائز کرو اپنی پلاننگ کو اور ہیٹ کو چھوڑو"۔</w:t>
      </w:r>
    </w:p>
    <w:p>
      <w:r>
        <w:rPr>
          <w:b/>
        </w:rPr>
        <w:t xml:space="preserve">[21:54] </w:t>
      </w:r>
      <w:r>
        <w:t>aur yeh bari zabardast baat unhon ne kahi ke "hate jo hai, hate jo hai, hate ka nuqsan hai". "ae call on you not to hate americans,</w:t>
      </w:r>
    </w:p>
    <w:p>
      <w:pPr>
        <w:jc w:val="right"/>
      </w:pPr>
      <w:r>
        <w:t>اور یہ بڑی زبردست بات انہوں نے کہی کہ "ہیٹ جو ہے، ہیٹ جو ہے، ہیٹ کا نقصان ہے"۔ "اے کال ان یو ناٹ ٹو ہیٹ امریکنز،</w:t>
      </w:r>
    </w:p>
    <w:p>
      <w:r>
        <w:rPr>
          <w:b/>
        </w:rPr>
        <w:t xml:space="preserve">[22:10] </w:t>
      </w:r>
      <w:r>
        <w:t>because hate closes all doors of thinking"</w:t>
      </w:r>
    </w:p>
    <w:p>
      <w:pPr>
        <w:jc w:val="right"/>
      </w:pPr>
      <w:r>
        <w:t>بیکاز ہیٹ کلوزز ال ڈورز آف تھنکنگ"</w:t>
      </w:r>
    </w:p>
    <w:p>
      <w:r>
        <w:rPr>
          <w:b/>
        </w:rPr>
        <w:t xml:space="preserve">[22:17] </w:t>
      </w:r>
      <w:r>
        <w:t>. yeh bohat hi important baat hai ke hate jo hai, soch ke darwazon ko band kar deti hai, soch ke darwazon ko band kar deti hai.</w:t>
      </w:r>
    </w:p>
    <w:p>
      <w:pPr>
        <w:jc w:val="right"/>
      </w:pPr>
      <w:r>
        <w:t>۔ یہ بہت ہی امپورٹنٹ بات ہے کہ ہیٹ جو ہے، سوچ کے دروازوں کو بند کر دیتی ہے، سوچ کے دروازوں کو بند کر دیتی ہے۔</w:t>
      </w:r>
    </w:p>
    <w:p>
      <w:r>
        <w:rPr>
          <w:b/>
        </w:rPr>
        <w:t xml:space="preserve">[22:30] </w:t>
      </w:r>
      <w:r>
        <w:t>to past mein aap dekhiye, do sau saal se musalmanon ki poori muslim world mein soch ke darwaze band hain.</w:t>
      </w:r>
    </w:p>
    <w:p>
      <w:pPr>
        <w:jc w:val="right"/>
      </w:pPr>
      <w:r>
        <w:t>تو پاسٹ میں آپ دیکھیے، دو سو سال سے مسلمانوں کی پوری مسلم ورلڈ میں سوچ کے دروازے بند ہیں۔</w:t>
      </w:r>
    </w:p>
    <w:p>
      <w:r>
        <w:rPr>
          <w:b/>
        </w:rPr>
        <w:t xml:space="preserve">[22:42] </w:t>
      </w:r>
      <w:r>
        <w:t>sab log bas larai ki baatein karte hain,</w:t>
      </w:r>
    </w:p>
    <w:p>
      <w:pPr>
        <w:jc w:val="right"/>
      </w:pPr>
      <w:r>
        <w:t>سب لوگ بس لڑائی کی باتیں کرتے ہیں،</w:t>
      </w:r>
    </w:p>
    <w:p>
      <w:r>
        <w:rPr>
          <w:b/>
        </w:rPr>
        <w:t xml:space="preserve">[22:45] </w:t>
      </w:r>
      <w:r>
        <w:t>halanke quran mein likha yeh hai ke "baad al khail tarhiboon allah".</w:t>
      </w:r>
    </w:p>
    <w:p>
      <w:pPr>
        <w:jc w:val="right"/>
      </w:pPr>
      <w:r>
        <w:t>حالانکہ قرآن میں لکھا یہ ہے کہ "بعد الخیل ترہبون اللہ"۔</w:t>
      </w:r>
    </w:p>
    <w:p>
      <w:r>
        <w:rPr>
          <w:b/>
        </w:rPr>
        <w:t xml:space="preserve">[22:55] </w:t>
      </w:r>
      <w:r>
        <w:t>yani jihad kiya aata hai kab? jab aap ke paas quwwat marraba hasil ho. aap ko yeh quran mein kitni zabardast baat kahi gayi hai ke jihad ke liye quwwat marraba darkaar hai.</w:t>
      </w:r>
    </w:p>
    <w:p>
      <w:pPr>
        <w:jc w:val="right"/>
      </w:pPr>
      <w:r>
        <w:t>یعنی جہاد کیا آتا ہے کب؟ جب آپ کے پاس قوت مرہبہ حاصل ہو۔ آپ کو یہ قرآن میں کتنی زبردست بات کہی گئی ہے کہ جہاد کے لیے قوت مرہبہ درکار ہے۔</w:t>
      </w:r>
    </w:p>
    <w:p>
      <w:r>
        <w:rPr>
          <w:b/>
        </w:rPr>
        <w:t xml:space="preserve">[23:06] </w:t>
      </w:r>
      <w:r>
        <w:t>yani quwwat marraba ke maani hain ke jis se logon ka dabdaba paida ho jaye.</w:t>
      </w:r>
    </w:p>
    <w:p>
      <w:pPr>
        <w:jc w:val="right"/>
      </w:pPr>
      <w:r>
        <w:t>یعنی قوت مرہبہ کے معنی ہیں کہ جس سے لوگوں کا دبدبہ پیدا ہو جائے۔</w:t>
      </w:r>
    </w:p>
    <w:p>
      <w:r>
        <w:rPr>
          <w:b/>
        </w:rPr>
        <w:t xml:space="preserve">[23:11] </w:t>
      </w:r>
      <w:r>
        <w:t>aap ke paas aisi taqat ho ke jo aap ka jo doosri party hai, jo aap ka rival hai, us ke andar dabdaba paida ho jaye, tab ja kar ke jihad ki ijazat hai.</w:t>
      </w:r>
    </w:p>
    <w:p>
      <w:pPr>
        <w:jc w:val="right"/>
      </w:pPr>
      <w:r>
        <w:t>آپ کے پاس ایسی طاقت ہو کہ جو آپ کا جو دوسری پارٹی ہے، جو آپ کا رائیول ہے، اس کے اندر دبدبہ پیدا ہو جائے، تب جا کر کے جہاد کی اجازت ہے۔</w:t>
      </w:r>
    </w:p>
    <w:p>
      <w:r>
        <w:rPr>
          <w:b/>
        </w:rPr>
        <w:t xml:space="preserve">[23:27] </w:t>
      </w:r>
      <w:r>
        <w:t>dabdaba ki aik misaal mein batata hoon aap ko ke jab abbas khalifa qaim thi to aik border area mein kuch log thay, unhon ne revolt kar diya.</w:t>
      </w:r>
    </w:p>
    <w:p>
      <w:pPr>
        <w:jc w:val="right"/>
      </w:pPr>
      <w:r>
        <w:t>دبدبہ کی ایک مثال میں بتاتا ہوں آپ کو کہ جب عباس خلیفہ قائم تھی تو ایک بارڈر ایریا میں کچھ لوگ تھے، انہوں نے ریولٹ کر دیا۔</w:t>
      </w:r>
    </w:p>
    <w:p>
      <w:r>
        <w:rPr>
          <w:b/>
        </w:rPr>
        <w:t xml:space="preserve">[23:44] </w:t>
      </w:r>
      <w:r>
        <w:t>aik aik aik area tha, us mein revolt kar diya unhon ne. to yeh masla pesh hua khalifa ke darbar mein. to kisi ne kaha ke hum army bhej kar unhein kuchal denge.</w:t>
      </w:r>
    </w:p>
    <w:p>
      <w:pPr>
        <w:jc w:val="right"/>
      </w:pPr>
      <w:r>
        <w:t>ایک ایک ایک ایریا تھا، اس میں ریولٹ کر دیا انہوں نے۔ تو یہ مسئلہ پیش ہوا خلیفہ کے دربار میں۔ تو کسی نے کہا کہ ہم آرمی بھیج کر انہیں کچل دیں گے۔</w:t>
      </w:r>
    </w:p>
    <w:p>
      <w:r>
        <w:rPr>
          <w:b/>
        </w:rPr>
        <w:t xml:space="preserve">[23:59] </w:t>
      </w:r>
      <w:r>
        <w:t>to khalifa bohat samajhdaar tha, us ne kaha ke humein army bhejne ki zaroorat nahi hai, hum sirf aik letter likhenge, dhamki ka letter, aur woh log theek ho jayenge.</w:t>
      </w:r>
    </w:p>
    <w:p>
      <w:pPr>
        <w:jc w:val="right"/>
      </w:pPr>
      <w:r>
        <w:t>تو خلیفہ بہت سمجھدار تھا، اس نے کہا کہ ہمیں آرمی بھیجنے کی ضرورت نہیں ہے، ہم صرف ایک لیٹر لکھیں گے، دھمکی کا لیٹر، اور وہ لوگ ٹھیک ہو جائیں گے۔</w:t>
      </w:r>
    </w:p>
    <w:p>
      <w:r>
        <w:rPr>
          <w:b/>
        </w:rPr>
        <w:t xml:space="preserve">[24:12] </w:t>
      </w:r>
      <w:r>
        <w:t>chunancha aik letter likha gaya ke agar tum abhi revolt nahi khatam karte ho to hum tum ko army bhejenge jo tum ko tahs na has kar dega.</w:t>
      </w:r>
    </w:p>
    <w:p>
      <w:pPr>
        <w:jc w:val="right"/>
      </w:pPr>
      <w:r>
        <w:t>چنانچہ ایک لیٹر لکھا گیا کہ اگر تم ابھی ریولٹ نہیں ختم کرتے ہو تو ہم تم کو آرمی بھیجیں گے جو تم کو تحس نہس کر دے گی۔</w:t>
      </w:r>
    </w:p>
    <w:p>
      <w:r>
        <w:rPr>
          <w:b/>
        </w:rPr>
        <w:t xml:space="preserve">[24:25] </w:t>
      </w:r>
      <w:r>
        <w:t>yeh letter jab wahan pohncha to us dabdabe ki wajah se, jo abbas abbasi khilafat ki wajah se tha, woh log chup ho gaye.</w:t>
      </w:r>
    </w:p>
    <w:p>
      <w:pPr>
        <w:jc w:val="right"/>
      </w:pPr>
      <w:r>
        <w:t>یہ لیٹر جب وہاں پہنچا تو اس دبدبے کی وجہ سے، جو عباس عباسی خلافت کی وجہ سے تھا، وہ لوگ چپ ہو گئے۔</w:t>
      </w:r>
    </w:p>
    <w:p>
      <w:r>
        <w:rPr>
          <w:b/>
        </w:rPr>
        <w:t xml:space="preserve">[24:35] </w:t>
      </w:r>
      <w:r>
        <w:t>to isi ko le kar aik shayar ne kaha tha us zamane mein ke "agar ma arsal al umara jayshan, agar ma arsal al umara jayshan al aadaaye,</w:t>
      </w:r>
    </w:p>
    <w:p>
      <w:pPr>
        <w:jc w:val="right"/>
      </w:pPr>
      <w:r>
        <w:t>تو اسی کو لے کر ایک شاعر نے کہا تھا اس زمانے میں کہ "اذا ما ارسل الامراء جیشن، اذا ما ارسل الامراء جیشن الاعدائے،</w:t>
      </w:r>
    </w:p>
    <w:p>
      <w:r>
        <w:rPr>
          <w:b/>
        </w:rPr>
        <w:t xml:space="preserve">[24:55] </w:t>
      </w:r>
      <w:r>
        <w:t>arsalna al kitaba".</w:t>
      </w:r>
    </w:p>
    <w:p>
      <w:pPr>
        <w:jc w:val="right"/>
      </w:pPr>
      <w:r>
        <w:t>ارسلنا الکتابہ"۔</w:t>
      </w:r>
    </w:p>
    <w:p>
      <w:r>
        <w:rPr>
          <w:b/>
        </w:rPr>
        <w:t xml:space="preserve">[24:59] </w:t>
      </w:r>
      <w:r>
        <w:t>yani jahan log bhejte hain army, fauj, wahan hum sirf aik letter bhej dete hain aur sara maamla khatam ho jata hai.</w:t>
      </w:r>
    </w:p>
    <w:p>
      <w:pPr>
        <w:jc w:val="right"/>
      </w:pPr>
      <w:r>
        <w:t>یعنی جہاں لوگ بھیجتے ہیں آرمی، فوج، وہاں ہم صرف ایک لیٹر بھیج دیتے ہیں اور سارا معاملہ ختم ہو جاتا ہے۔</w:t>
      </w:r>
    </w:p>
    <w:p>
      <w:r>
        <w:rPr>
          <w:b/>
        </w:rPr>
        <w:t xml:space="preserve">[25:13] </w:t>
      </w:r>
      <w:r>
        <w:t>iski aik misaal aap ne dekhi hai jab cuba ka crisis paida hua tha ke cuba mein</w:t>
      </w:r>
    </w:p>
    <w:p>
      <w:pPr>
        <w:jc w:val="right"/>
      </w:pPr>
      <w:r>
        <w:t>اس کی ایک مثال آپ نے دیکھی ہے جب کیوبا کا کرائسز پیدا ہوا تھا کہ کیوبا میں</w:t>
      </w:r>
    </w:p>
    <w:p>
      <w:r>
        <w:rPr>
          <w:b/>
        </w:rPr>
        <w:t xml:space="preserve">[25:23] </w:t>
      </w:r>
      <w:r>
        <w:t>jo us waqt us zamane mein communist empire qaim tha russia mein, to woh cuba mein apna army headquarter bana raha tha aur un ke jahaz lad lad kar ke pahunch chuke thay saman le kar ke cuba ke coast par.</w:t>
      </w:r>
    </w:p>
    <w:p>
      <w:pPr>
        <w:jc w:val="right"/>
      </w:pPr>
      <w:r>
        <w:t>جو اس وقت اس زمانے میں کمیونسٹ ایمپائر قائم تھا رشیا میں، تو وہ کیوبا میں اپنا آرمی ہیڈ کوارٹر بنا رہا تھا اور ان کے جہاز لد لد کر کے پہنچ چکے تھے سامان لے کر کے کیوبا کے کوسٹ پر۔</w:t>
      </w:r>
    </w:p>
    <w:p>
      <w:r>
        <w:rPr>
          <w:b/>
        </w:rPr>
        <w:t xml:space="preserve">[25:39] </w:t>
      </w:r>
      <w:r>
        <w:t>to john kennedy us waqt president tha, to us ne attack nahi kar diya, sirf aik warning bheji ke yeh saare jo laye ho saman ship par laad kar sab wapas le jao,</w:t>
      </w:r>
    </w:p>
    <w:p>
      <w:pPr>
        <w:jc w:val="right"/>
      </w:pPr>
      <w:r>
        <w:t>تو جان کینیڈی اس وقت پریزیڈنٹ تھا، تو اس نے اٹیک نہیں کر دیا، صرف ایک وارننگ بھیجی کہ یہ سارے جو لائے ہو سامان شپ پر لاد کر سب واپس لے جاؤ،</w:t>
      </w:r>
    </w:p>
    <w:p>
      <w:r>
        <w:rPr>
          <w:b/>
        </w:rPr>
        <w:t xml:space="preserve">[25:57] </w:t>
      </w:r>
      <w:r>
        <w:t>nahi to tum ko destroy kar diya jayega, nahi to tum ko destroy kar diya jayega.</w:t>
      </w:r>
    </w:p>
    <w:p>
      <w:pPr>
        <w:jc w:val="right"/>
      </w:pPr>
      <w:r>
        <w:t>نہیں تو تم کو ڈسٹرائے کر دیا جائے گا، نہیں تو تم کو ڈسٹرائے کر دیا جائے گا۔</w:t>
      </w:r>
    </w:p>
    <w:p>
      <w:r>
        <w:rPr>
          <w:b/>
        </w:rPr>
        <w:t xml:space="preserve">[26:04] </w:t>
      </w:r>
      <w:r>
        <w:t>bas us ke baad sara saman russia wapas chala gaya aur cuba mein un ka headquarter nahi bana, military base nahi bana.</w:t>
      </w:r>
    </w:p>
    <w:p>
      <w:pPr>
        <w:jc w:val="right"/>
      </w:pPr>
      <w:r>
        <w:t>بس اس کے بعد سارا سامان رشیا واپس چلا گیا اور کیوبا میں ان کا ہیڈ کوارٹر نہیں بنا، ملٹری بیس نہیں بنا۔</w:t>
      </w:r>
    </w:p>
    <w:p>
      <w:r>
        <w:rPr>
          <w:b/>
        </w:rPr>
        <w:t xml:space="preserve">[26:18] </w:t>
      </w:r>
      <w:r>
        <w:t>to jihad ki kitni zabardast jihad ke bare mein quran mein ayat kitni zabardast hai ke tum ko jihad karne ki ijazat us waqt ho sakti hai jab ke tumhari taqat itni itna tum strong ho jao, tumhare paas itni itni taqat ho jaye ke tum tumhari dhamki kaafi ho jaye,</w:t>
      </w:r>
    </w:p>
    <w:p>
      <w:pPr>
        <w:jc w:val="right"/>
      </w:pPr>
      <w:r>
        <w:t>تو جہاد کی کتنی زبردست جہاد کے بارے میں قرآن میں آیت کتنی زبردست ہے کہ تم کو جہاد کرنے کی اجازت اس وقت ہو سکتی ہے جب کہ تمہاری طاقت اتنی اتنا تم سٹرانگ ہو جاؤ، تمہارے پاس اتنی اتنی طاقت ہو جائے کہ تم تمہاری دھمکی کافی ہو جائے،</w:t>
      </w:r>
    </w:p>
    <w:p>
      <w:r>
        <w:rPr>
          <w:b/>
        </w:rPr>
        <w:t xml:space="preserve">[26:39] </w:t>
      </w:r>
      <w:r>
        <w:t>jis ko quran ke lafzon mein quwwat marhaba tumhare paas ho jaye. ab dekhiye ke arab world mein kuch bhi nahi tha,</w:t>
      </w:r>
    </w:p>
    <w:p>
      <w:pPr>
        <w:jc w:val="right"/>
      </w:pPr>
      <w:r>
        <w:t>جس کو قرآن کے لفظوں میں قوت مرہبہ تمہارے پاس ہو جائے۔ اب دیکھیے کہ عرب ورلڈ میں کچھ بھی نہیں تھا،</w:t>
      </w:r>
    </w:p>
    <w:p>
      <w:r>
        <w:rPr>
          <w:b/>
        </w:rPr>
        <w:t xml:space="preserve">[26:48] </w:t>
      </w:r>
      <w:r>
        <w:t>yani arab world to jee raha tha khud western powers ke reham o karam par ke unhon ne aa kar ke wahan tel nikala, unhon ne ek industry level laye, wo is tel ke liye unhon ne market qaim kiya, sab kuch unhon ne kiya.</w:t>
      </w:r>
    </w:p>
    <w:p>
      <w:pPr>
        <w:jc w:val="right"/>
      </w:pPr>
      <w:r>
        <w:t>یعنی عرب ورلڈ تو جی رہا تھا خود ویسٹرن پاورز کے رحم و کرم پر کہ انہوں نے آ کر کے وہاں تیل نکالا، انہوں نے ایک انڈسٹری لیول لائے، وہ اس تیل کے لیے انہوں نے مارکیٹ قائم کیا، سب کچھ انہوں نے کیا۔</w:t>
      </w:r>
    </w:p>
    <w:p>
      <w:r>
        <w:rPr>
          <w:b/>
        </w:rPr>
        <w:t xml:space="preserve">[27:04] </w:t>
      </w:r>
      <w:r>
        <w:t>aur tab un ki, tab log ye log jo hain, yani</w:t>
      </w:r>
    </w:p>
    <w:p>
      <w:pPr>
        <w:jc w:val="right"/>
      </w:pPr>
      <w:r>
        <w:t>اور تب ان کی، تب لوگ یہ لوگ جو ہیں، یعنی</w:t>
      </w:r>
    </w:p>
    <w:p>
      <w:r>
        <w:rPr>
          <w:b/>
        </w:rPr>
        <w:t xml:space="preserve">[27:10] </w:t>
      </w:r>
      <w:r>
        <w:t>aish mein rehne lage. khud unhon ne kuch bhi nahi kiya,</w:t>
      </w:r>
    </w:p>
    <w:p>
      <w:pPr>
        <w:jc w:val="right"/>
      </w:pPr>
      <w:r>
        <w:t>عیش میں رہنے لگے۔ خود انہوں نے کچھ بھی نہیں کیا،</w:t>
      </w:r>
    </w:p>
    <w:p>
      <w:r>
        <w:rPr>
          <w:b/>
        </w:rPr>
        <w:t xml:space="preserve">[27:15] </w:t>
      </w:r>
      <w:r>
        <w:t>yani apni apne petrol ko nikal kar petroleum industry bhi nahi bana sake, oil industry bhi nahi bana sake, wo apne aap, wo bhi western power ne kiya, to koi taqat nahi thi.</w:t>
      </w:r>
    </w:p>
    <w:p>
      <w:pPr>
        <w:jc w:val="right"/>
      </w:pPr>
      <w:r>
        <w:t>یعنی اپنی اپنے پٹرول کو نکال کر پٹرولیم انڈسٹری بھی نہیں بنا سکے، آئل انڈسٹری بھی نہیں بنا سکے، وہ اپنے آپ، وہ بھی ویسٹرن پاور نے کیا، تو کوئی طاقت نہیں تھی۔</w:t>
      </w:r>
    </w:p>
    <w:p>
      <w:r>
        <w:rPr>
          <w:b/>
        </w:rPr>
        <w:t xml:space="preserve">[27:28] </w:t>
      </w:r>
      <w:r>
        <w:t>to bataiye ke ye koi jihad ki baat hai? ye khwamkhwah ye to ye to hai, ab oil mujhe maar, ab oil mujhe maar. to in logon ne israel se lade, wahan bhi haare,</w:t>
      </w:r>
    </w:p>
    <w:p>
      <w:pPr>
        <w:jc w:val="right"/>
      </w:pPr>
      <w:r>
        <w:t>تو بتائیے کہ یہ کوئی جہاد کی بات ہے؟ یہ خوامخواہ یہ تو یہ تو ہے، اب آئل مجھے مار، اب آئل مجھے مار۔ تو ان لوگوں نے اسرائیل سے لڑے، وہاں بھی ہارے،</w:t>
      </w:r>
    </w:p>
    <w:p>
      <w:r>
        <w:rPr>
          <w:b/>
        </w:rPr>
        <w:t xml:space="preserve">[27:42] </w:t>
      </w:r>
      <w:r>
        <w:t>jis se lade us se haare.</w:t>
      </w:r>
    </w:p>
    <w:p>
      <w:pPr>
        <w:jc w:val="right"/>
      </w:pPr>
      <w:r>
        <w:t>جس سے لڑے اس سے ہارے۔</w:t>
      </w:r>
    </w:p>
    <w:p>
      <w:r>
        <w:rPr>
          <w:b/>
        </w:rPr>
        <w:t xml:space="preserve">[27:47] </w:t>
      </w:r>
      <w:r>
        <w:t>to ye is is mahol mein soch khatm ho gayi thi, yani pure arab world mein, pure muslim dunya mein ye soch band ho gayi thi ke hamare paas jihad ki taqat nahi hai, to hum kaise jihad karenge?</w:t>
      </w:r>
    </w:p>
    <w:p>
      <w:pPr>
        <w:jc w:val="right"/>
      </w:pPr>
      <w:r>
        <w:t>تو یہ اس اس ماحول میں سوچ ختم ہو گئی تھی، یعنی پورے عرب ورلڈ میں، پورے مسلم دنیا میں یہ سوچ بند ہو گئی تھی کہ ہمارے پاس جہاد کی طاقت نہیں ہے، تو ہم کیسے جہاد کریں گے؟</w:t>
      </w:r>
    </w:p>
    <w:p>
      <w:r>
        <w:rPr>
          <w:b/>
        </w:rPr>
        <w:t xml:space="preserve">[28:04] </w:t>
      </w:r>
      <w:r>
        <w:t>kaise karenge jihad? to rasool Allah ne jab rasool Allah sallallahu alaihi wasallam jab makkah mein the to wahan par bohat zulm karne lage wo log.</w:t>
      </w:r>
    </w:p>
    <w:p>
      <w:pPr>
        <w:jc w:val="right"/>
      </w:pPr>
      <w:r>
        <w:t>کیسے کریں گے جہاد؟ تو رسول اللہ نے جب رسول اللہ صلی اللہ علیہ وسلم جب مکہ میں تھے تو وہاں پر بہت ظلم کرنے لگے وہ لوگ۔</w:t>
      </w:r>
    </w:p>
    <w:p>
      <w:r>
        <w:rPr>
          <w:b/>
        </w:rPr>
        <w:t xml:space="preserve">[28:15] </w:t>
      </w:r>
      <w:r>
        <w:t>to hazrat umar ne kaha ke hum jihad karenge, is se ladenge. aap ne farmaya: "ya umar, ana qaleel! aye umar, hum thode hain!</w:t>
      </w:r>
    </w:p>
    <w:p>
      <w:pPr>
        <w:jc w:val="right"/>
      </w:pPr>
      <w:r>
        <w:t>تو حضرت عمر نے کہا کہ ہم جہاد کریں گے، اس سے لڑیں گے۔ آپ نے فرمایا: "یا عمر، انا قلیل! اے عمر، ہم تھوڑے ہیں!</w:t>
      </w:r>
    </w:p>
    <w:p>
      <w:r>
        <w:rPr>
          <w:b/>
        </w:rPr>
        <w:t xml:space="preserve">[28:27] </w:t>
      </w:r>
      <w:r>
        <w:t>ya umar, ana qaleel! aye umar, hum thode hain!" lekin pure muslim world mein, pure arab world mein, pure muslim world mein ek bhi aadmi nahi nikla mujh ko chhod kar.</w:t>
      </w:r>
    </w:p>
    <w:p>
      <w:pPr>
        <w:jc w:val="right"/>
      </w:pPr>
      <w:r>
        <w:t>یا عمر، انا قلیل! اے عمر، ہم تھوڑے ہیں!" لیکن پورے مسلم ورلڈ میں، پورے عرب ورلڈ میں، پورے مسلم ورلڈ میں ایک بھی آدمی نہیں نکلا مجھ کو چھوڑ کر۔</w:t>
      </w:r>
    </w:p>
    <w:p>
      <w:r>
        <w:rPr>
          <w:b/>
        </w:rPr>
        <w:t xml:space="preserve">[28:39] </w:t>
      </w:r>
      <w:r>
        <w:t>main akela ek insan tha jo kehta tha ke aap jihad kaise karenge? aap</w:t>
      </w:r>
    </w:p>
    <w:p>
      <w:pPr>
        <w:jc w:val="right"/>
      </w:pPr>
      <w:r>
        <w:t>میں اکیلا ایک انسان تھا جو کہتا تھا کہ آپ جہاد کیسے کریں گے؟ آپ</w:t>
      </w:r>
    </w:p>
    <w:p>
      <w:r>
        <w:rPr>
          <w:b/>
        </w:rPr>
        <w:t xml:space="preserve">[28:45] </w:t>
      </w:r>
      <w:r>
        <w:t>yani jo gun aur jo bomb aap istemal karenge, wo bhi wahan se khareed ke late hain. aap khud aap ke paas na gun factory hai, na bomb factory hai. pure muslim world mein main akela tha jis ne kaha ke ye jihad aap ke liye farz hi nahi hai, jihad haram hai aap ke liye kyun ke ye to aap khud hi, aap jo qatl karenge, apne aap khud hi, apne aap ko destroy karenge,</w:t>
      </w:r>
    </w:p>
    <w:p>
      <w:pPr>
        <w:jc w:val="right"/>
      </w:pPr>
      <w:r>
        <w:t>یعنی جو گن اور جو بم آپ استعمال کریں گے، وہ بھی وہاں سے خرید کے لاتے ہیں۔ آپ خود آپ کے پاس نہ گن فیکٹری ہے، نہ بم فیکٹری ہے۔ پورے مسلم ورلڈ میں میں اکیلا تھا جس نے کہا کہ یہ جہاد آپ کے لیے فرض ہی نہیں ہے، جہاد حرام ہے آپ کے لیے کیونکہ یہ تو آپ خود ہی، آپ جو قتل کریں گے، اپنے آپ خود ہی، اپنے آپ کو ڈسٹرائے کریں گے،</w:t>
      </w:r>
    </w:p>
    <w:p>
      <w:r>
        <w:rPr>
          <w:b/>
        </w:rPr>
        <w:t xml:space="preserve">[29:10] </w:t>
      </w:r>
      <w:r>
        <w:t>khud hi apne aap ko kill karenge.</w:t>
      </w:r>
    </w:p>
    <w:p>
      <w:pPr>
        <w:jc w:val="right"/>
      </w:pPr>
      <w:r>
        <w:t>خود ہی اپنے آپ کو کل کریں گے۔</w:t>
      </w:r>
    </w:p>
    <w:p>
      <w:r>
        <w:rPr>
          <w:b/>
        </w:rPr>
        <w:t xml:space="preserve">[29:12] </w:t>
      </w:r>
      <w:r>
        <w:t>jihad self killing hai is waqt. lekin jitni bhi zabanen thin, jitne bhi qalam the, har akhbar, har magazine, har jalsa, har conference, har masjid, har madrasa, har jagah par jihad ki boli, jihad ki boli, jihad ki boli.</w:t>
      </w:r>
    </w:p>
    <w:p>
      <w:pPr>
        <w:jc w:val="right"/>
      </w:pPr>
      <w:r>
        <w:t>جہاد سیلف کلنگ ہے اس وقت۔ لیکن جتنی بھی زبانیں تھیں، جتنے بھی قلم تھے، ہر اخبار، ہر میگزین، ہر جلسہ، ہر کانفرنس، ہر مسجد، ہر مدرسہ، ہر جگہ پر جہاد کی بولی، جہاد کی بولی، جہاد کی بولی۔</w:t>
      </w:r>
    </w:p>
    <w:p>
      <w:r>
        <w:rPr>
          <w:b/>
        </w:rPr>
        <w:t xml:space="preserve">[29:29] </w:t>
      </w:r>
      <w:r>
        <w:t>to jo muslim society thi us zamane ki, pichhle sau baras ki, us ne yahi kiya ke ek ek aadmi ko jihadi bana diya.</w:t>
      </w:r>
    </w:p>
    <w:p>
      <w:pPr>
        <w:jc w:val="right"/>
      </w:pPr>
      <w:r>
        <w:t>تو جو مسلم سوسائٹی تھی اس زمانے کی، پچھلے سو برس کی، اس نے یہی کیا کہ ایک ایک آدمی کو جہادی بنا دیا۔</w:t>
      </w:r>
    </w:p>
    <w:p>
      <w:r>
        <w:rPr>
          <w:b/>
        </w:rPr>
        <w:t xml:space="preserve">[29:40] </w:t>
      </w:r>
      <w:r>
        <w:t>to bade bade, bohat hi bade bade mind paida hue. jaise ke maine arz kiya ke jamaatuddin afghani aur osama bin laden aur jamaatuddin aur jamal abdul nasser aur saddam hussein, khud saddam hussein bohat zabardast aadmi tha,</w:t>
      </w:r>
    </w:p>
    <w:p>
      <w:pPr>
        <w:jc w:val="right"/>
      </w:pPr>
      <w:r>
        <w:t>تو بڑے بڑے، بہت ہی بڑے بڑے مائنڈ پیدا ہوئے۔ جیسے کہ میں نے عرض کیا کہ جماعت الدین افغانی اور اسامہ بن لادن اور جماعت الدین اور جمال عبدالناصر اور صدام حسین، خود صدام حسین بہت زبردست آدمی تھا،</w:t>
      </w:r>
    </w:p>
    <w:p>
      <w:r>
        <w:rPr>
          <w:b/>
        </w:rPr>
        <w:t xml:space="preserve">[29:58] </w:t>
      </w:r>
      <w:r>
        <w:t>bohat zabardast aadmi tha.</w:t>
      </w:r>
    </w:p>
    <w:p>
      <w:pPr>
        <w:jc w:val="right"/>
      </w:pPr>
      <w:r>
        <w:t>بہت زبردست آدمی تھا۔</w:t>
      </w:r>
    </w:p>
    <w:p>
      <w:r>
        <w:rPr>
          <w:b/>
        </w:rPr>
        <w:t xml:space="preserve">[30:04] </w:t>
      </w:r>
      <w:r>
        <w:t>itne bade bade log nafrat ke shikar ho gaye aur sochne ki taqat</w:t>
      </w:r>
    </w:p>
    <w:p>
      <w:pPr>
        <w:jc w:val="right"/>
      </w:pPr>
      <w:r>
        <w:t>اتنے بڑے بڑے لوگ نفرت کے شکار ہو گئے اور سوچنے کی طاقت</w:t>
      </w:r>
    </w:p>
    <w:p>
      <w:r>
        <w:rPr>
          <w:b/>
        </w:rPr>
        <w:t xml:space="preserve">[30:09] </w:t>
      </w:r>
      <w:r>
        <w:t>khatm ho gayi ke hum ladenge kaise? rasool Allah ne jo kaha tha ke "ya umar, ana qaleel! aye umar, hum thode hain!" to un mein se kisi ko ye bhi na ho saka ke wo kahe ke "aye logon, hum thode hain!</w:t>
      </w:r>
    </w:p>
    <w:p>
      <w:pPr>
        <w:jc w:val="right"/>
      </w:pPr>
      <w:r>
        <w:t>ختم ہوگئی کہ ہم لڑیں گے کیسے؟ رسول اللہ نے جو کہا تھا کہ "یا عمر، انا قلیل! اے عمر، ہم تھوڑے ہیں!" تو ان میں سے کسی کو یہ بھی نہ ہو سکا کہ وہ کہے کہ "اے لوگوں، ہم تھوڑے ہیں!</w:t>
      </w:r>
    </w:p>
    <w:p>
      <w:r>
        <w:rPr>
          <w:b/>
        </w:rPr>
        <w:t xml:space="preserve">[30:22] </w:t>
      </w:r>
      <w:r>
        <w:t>aye logon, hum kamzor hain! kaise hum ladenge?" kyun? thinking khatm ho chuki thi.</w:t>
      </w:r>
    </w:p>
    <w:p>
      <w:pPr>
        <w:jc w:val="right"/>
      </w:pPr>
      <w:r>
        <w:t>اے لوگوں، ہم کمزور ہیں! کیسے ہم لڑیں گے؟" کیوں؟ تھنکنگ ختم ہو چکی تھی۔</w:t>
      </w:r>
    </w:p>
    <w:p>
      <w:r>
        <w:rPr>
          <w:b/>
        </w:rPr>
        <w:t xml:space="preserve">[30:31] </w:t>
      </w:r>
      <w:r>
        <w:t>kitni gehri baat kahi saddam hussein ne, agarche tabah ho kar ke kahi hai ke jab hate aati hai to thinking wahan par khatm ho jati hai.</w:t>
      </w:r>
    </w:p>
    <w:p>
      <w:pPr>
        <w:jc w:val="right"/>
      </w:pPr>
      <w:r>
        <w:t>کتنی گہری بات کہی صدام حسین نے، اگرچہ تباہ ہو کر کے کہی ہے کہ جب ہیٹ آتی ہے تو تھنکنگ وہاں پر ختم ہو جاتی ہے۔</w:t>
      </w:r>
    </w:p>
    <w:p>
      <w:r>
        <w:rPr>
          <w:b/>
        </w:rPr>
        <w:t xml:space="preserve">[30:41] </w:t>
      </w:r>
      <w:r>
        <w:t>iska proof hai hamari khud apni do sau sal ki history.</w:t>
      </w:r>
    </w:p>
    <w:p>
      <w:pPr>
        <w:jc w:val="right"/>
      </w:pPr>
      <w:r>
        <w:t>اس کا پروف ہے ہماری خود اپنی دو سو سال کی ہسٹری۔</w:t>
      </w:r>
    </w:p>
    <w:p>
      <w:r>
        <w:rPr>
          <w:b/>
        </w:rPr>
        <w:t xml:space="preserve">[30:50] </w:t>
      </w:r>
      <w:r>
        <w:t>to main yahan par ye kahunga ke</w:t>
      </w:r>
    </w:p>
    <w:p>
      <w:pPr>
        <w:jc w:val="right"/>
      </w:pPr>
      <w:r>
        <w:t>تو میں یہاں پر یہ کہوں گا کہ</w:t>
      </w:r>
    </w:p>
    <w:p>
      <w:r>
        <w:rPr>
          <w:b/>
        </w:rPr>
        <w:t xml:space="preserve">[30:58] </w:t>
      </w:r>
      <w:r>
        <w:t>ab se hamein rethinkng karna chahiye,</w:t>
      </w:r>
    </w:p>
    <w:p>
      <w:pPr>
        <w:jc w:val="right"/>
      </w:pPr>
      <w:r>
        <w:t>اب سے ہمیں ری تھنکنگ کرنا چاہیے،</w:t>
      </w:r>
    </w:p>
    <w:p>
      <w:r>
        <w:rPr>
          <w:b/>
        </w:rPr>
        <w:t xml:space="preserve">[31:02] </w:t>
      </w:r>
      <w:r>
        <w:t>ab se, ab se hamein rethinking karna chahiye. yani hum saddam hussain ka jo yeh message hai, is ko starting point banana chahiye.</w:t>
      </w:r>
    </w:p>
    <w:p>
      <w:pPr>
        <w:jc w:val="right"/>
      </w:pPr>
      <w:r>
        <w:t>اب سے، اب سے ہمیں ری تھنکنگ کرنا چاہیے۔ یعنی ہم صدام حسین کا جو یہ میسج ہے، اس کو سٹارٹنگ پوائنٹ بنانا چاہیے۔</w:t>
      </w:r>
    </w:p>
    <w:p>
      <w:r>
        <w:rPr>
          <w:b/>
        </w:rPr>
        <w:t xml:space="preserve">[31:17] </w:t>
      </w:r>
      <w:r>
        <w:t>woh jo message tha pehle ke "lad jao, kat jao, maar dalo", us waqt yeh naarah tha ke "sunarbihim fis sabil" ke hum israel ko dhakel denge samandar mein.</w:t>
      </w:r>
    </w:p>
    <w:p>
      <w:pPr>
        <w:jc w:val="right"/>
      </w:pPr>
      <w:r>
        <w:t>وہ جو میسج تھا پہلے کہ "لڑ جاؤ، کٹ جاؤ، مار ڈالو"، اس وقت یہ نعرہ تھا کہ "سنربیہم فی البحر" کہ ہم اسرائیل کو دھکیل دیں گے سمندر میں۔</w:t>
      </w:r>
    </w:p>
    <w:p>
      <w:r>
        <w:rPr>
          <w:b/>
        </w:rPr>
        <w:t xml:space="preserve">[31:29] </w:t>
      </w:r>
      <w:r>
        <w:t>yeh naarah hua karta tha "</w:t>
      </w:r>
    </w:p>
    <w:p>
      <w:pPr>
        <w:jc w:val="right"/>
      </w:pPr>
      <w:r>
        <w:t>یہ نعرہ ہوا کرتا تھا "</w:t>
      </w:r>
    </w:p>
    <w:p>
      <w:r>
        <w:rPr>
          <w:b/>
        </w:rPr>
        <w:t xml:space="preserve">[31:32] </w:t>
      </w:r>
      <w:r>
        <w:t>sunarmi kum fis sabil". ab woh naarah jo tha, woh slogan jo tha, woh khatm ho chuka hai.</w:t>
      </w:r>
    </w:p>
    <w:p>
      <w:pPr>
        <w:jc w:val="right"/>
      </w:pPr>
      <w:r>
        <w:t>سنرمی کم فی البحر"۔ اب وہ نعرہ جو تھا، وہ سلوگن جو تھا، وہ ختم ہو چکا ہے۔</w:t>
      </w:r>
    </w:p>
    <w:p>
      <w:r>
        <w:rPr>
          <w:b/>
        </w:rPr>
        <w:t xml:space="preserve">[31:42] </w:t>
      </w:r>
      <w:r>
        <w:t>ab mein samajhta hoon ke starting point hai saddam hussain ka yeh message ke "hate chodo, negative thought chodo</w:t>
      </w:r>
    </w:p>
    <w:p>
      <w:pPr>
        <w:jc w:val="right"/>
      </w:pPr>
      <w:r>
        <w:t>اب میں سمجھتا ہوں کہ سٹارٹنگ پوائنٹ ہے صدام حسین کا یہ میسج کہ "ہیٹ چھوڑو، نیگیٹیو تھاٹ چھوڑو</w:t>
      </w:r>
    </w:p>
    <w:p>
      <w:r>
        <w:rPr>
          <w:b/>
        </w:rPr>
        <w:t xml:space="preserve">[31:54] </w:t>
      </w:r>
      <w:r>
        <w:t>aur positive mind ke sath reassess karo aur phir se planning karo apni".</w:t>
      </w:r>
    </w:p>
    <w:p>
      <w:pPr>
        <w:jc w:val="right"/>
      </w:pPr>
      <w:r>
        <w:t>اور پازیٹیو مائنڈ کے ساتھ ری ایسس کرو اور پھر سے پلاننگ کرو اپنی"۔</w:t>
      </w:r>
    </w:p>
    <w:p>
      <w:r>
        <w:rPr>
          <w:b/>
        </w:rPr>
        <w:t xml:space="preserve">[32:06] </w:t>
      </w:r>
      <w:r>
        <w:t>yahan mein aik misaal doonga ke isi zamanay mein Allah taala ne aik misaal qaim ki japan ki shakal mein.</w:t>
      </w:r>
    </w:p>
    <w:p>
      <w:pPr>
        <w:jc w:val="right"/>
      </w:pPr>
      <w:r>
        <w:t>یہاں میں ایک مثال دوں گا کہ اسی زمانے میں اللہ تعالی نے ایک مثال قائم کی جاپان کی شکل میں۔</w:t>
      </w:r>
    </w:p>
    <w:p>
      <w:r>
        <w:rPr>
          <w:b/>
        </w:rPr>
        <w:t xml:space="preserve">[32:17] </w:t>
      </w:r>
      <w:r>
        <w:t>japan ki shakal mein</w:t>
      </w:r>
    </w:p>
    <w:p>
      <w:pPr>
        <w:jc w:val="right"/>
      </w:pPr>
      <w:r>
        <w:t>جاپان کی شکل میں</w:t>
      </w:r>
    </w:p>
    <w:p>
      <w:r>
        <w:rPr>
          <w:b/>
        </w:rPr>
        <w:t xml:space="preserve">[32:20] </w:t>
      </w:r>
      <w:r>
        <w:t>aap jante hain ke japan mein second world war mein, yani 1945 mein, america ne do atom bomb gira diye aur industrial base khatm ho gayi japan ki.</w:t>
      </w:r>
    </w:p>
    <w:p>
      <w:pPr>
        <w:jc w:val="right"/>
      </w:pPr>
      <w:r>
        <w:t>آپ جانتے ہیں کہ جاپان میں سیکنڈ ورلڈ وار میں، یعنی 1945 میں، امریکہ نے دو ایٹم بم گرا دیے اور انڈسٹریل بیس ختم ہوگئی جاپان کی۔</w:t>
      </w:r>
    </w:p>
    <w:p>
      <w:r>
        <w:rPr>
          <w:b/>
        </w:rPr>
        <w:t xml:space="preserve">[32:37] </w:t>
      </w:r>
      <w:r>
        <w:t>hiroshima tabah, nagasaki tabah.</w:t>
      </w:r>
    </w:p>
    <w:p>
      <w:pPr>
        <w:jc w:val="right"/>
      </w:pPr>
      <w:r>
        <w:t>ہیروشیما تباہ، ناگاسکی تباہ۔</w:t>
      </w:r>
    </w:p>
    <w:p>
      <w:r>
        <w:rPr>
          <w:b/>
        </w:rPr>
        <w:t xml:space="preserve">[32:42] </w:t>
      </w:r>
      <w:r>
        <w:t>to wohi situation thi jo situation iraq mein paida hui hai american bombardment ke baad.</w:t>
      </w:r>
    </w:p>
    <w:p>
      <w:pPr>
        <w:jc w:val="right"/>
      </w:pPr>
      <w:r>
        <w:t>تو وہی سچوئیشن تھی جو سچوئیشن عراق میں پیدا ہوئی ہے امریکن بمبارڈمنٹ کے بعد۔</w:t>
      </w:r>
    </w:p>
    <w:p>
      <w:r>
        <w:rPr>
          <w:b/>
        </w:rPr>
        <w:t xml:space="preserve">[32:53] </w:t>
      </w:r>
      <w:r>
        <w:t>to kya hua japan mein? japan mein us waqt jo hai hiro hito rule kar raha tha.</w:t>
      </w:r>
    </w:p>
    <w:p>
      <w:pPr>
        <w:jc w:val="right"/>
      </w:pPr>
      <w:r>
        <w:t>تو کیا ہوا جاپان میں؟ جاپان میں اس وقت جو ہے ہیرو ہیٹو رول کر رہا تھا۔</w:t>
      </w:r>
    </w:p>
    <w:p>
      <w:r>
        <w:rPr>
          <w:b/>
        </w:rPr>
        <w:t xml:space="preserve">[33:03] </w:t>
      </w:r>
      <w:r>
        <w:t>hiro hito bohat hi landed aadmi tha aur us ke jo us ke jo sathi thay, bohat samajh samajh samajh walay log thay, jo intellectuals thay,</w:t>
      </w:r>
    </w:p>
    <w:p>
      <w:pPr>
        <w:jc w:val="right"/>
      </w:pPr>
      <w:r>
        <w:t>ہیرو ہیٹو بہت ہی لانڈڈ آدمی تھا اور اس کے جو اس کے جو ساتھی تھے، بہت سمجھ سمجھ سمجھ والے لوگ تھے، جو انٹلیکچولز تھے،</w:t>
      </w:r>
    </w:p>
    <w:p>
      <w:r>
        <w:rPr>
          <w:b/>
        </w:rPr>
        <w:t xml:space="preserve">[33:18] </w:t>
      </w:r>
      <w:r>
        <w:t>jo uska advisory board tha, to unhon ne kaha ke hum larai ko afford nahi kar sakte,</w:t>
      </w:r>
    </w:p>
    <w:p>
      <w:pPr>
        <w:jc w:val="right"/>
      </w:pPr>
      <w:r>
        <w:t>جو اس کا ایڈوائزری بورڈ تھا، تو انہوں نے کہا کہ ہم لڑائی کو افورڈ نہیں کر سکتے،</w:t>
      </w:r>
    </w:p>
    <w:p>
      <w:r>
        <w:rPr>
          <w:b/>
        </w:rPr>
        <w:t xml:space="preserve">[33:28] </w:t>
      </w:r>
      <w:r>
        <w:t>hamein apna line of action badalna chahiye,</w:t>
      </w:r>
    </w:p>
    <w:p>
      <w:pPr>
        <w:jc w:val="right"/>
      </w:pPr>
      <w:r>
        <w:t>ہمیں اپنا لائن آف ایکشن بدلنا چاہیے،</w:t>
      </w:r>
    </w:p>
    <w:p>
      <w:r>
        <w:rPr>
          <w:b/>
        </w:rPr>
        <w:t xml:space="preserve">[33:34] </w:t>
      </w:r>
      <w:r>
        <w:t>line of action badalna chahiye. yani larai ke bajaye peaceful activism, yani violent activism chala raha tha pehle japan second world war tak.</w:t>
      </w:r>
    </w:p>
    <w:p>
      <w:pPr>
        <w:jc w:val="right"/>
      </w:pPr>
      <w:r>
        <w:t>لائن آف ایکشن بدلنا چاہیے۔ یعنی لڑائی کے بجائے پیس فل ایکٹیوزم، یعنی وائلنٹ ایکٹیوزم چلا رہا تھا پہلے جاپان سیکنڈ ورلڈ وار تک۔</w:t>
      </w:r>
    </w:p>
    <w:p>
      <w:r>
        <w:rPr>
          <w:b/>
        </w:rPr>
        <w:t xml:space="preserve">[33:49] </w:t>
      </w:r>
      <w:r>
        <w:t>ab unhon ne kaha ke nahi, ab hum peaceful activism chalayenge.</w:t>
      </w:r>
    </w:p>
    <w:p>
      <w:pPr>
        <w:jc w:val="right"/>
      </w:pPr>
      <w:r>
        <w:t>اب انہوں نے کہا کہ نہیں، اب ہم پیس فل ایکٹیوزم چلائیں گے۔</w:t>
      </w:r>
    </w:p>
    <w:p>
      <w:r>
        <w:rPr>
          <w:b/>
        </w:rPr>
        <w:t xml:space="preserve">[33:54] </w:t>
      </w:r>
      <w:r>
        <w:t>iski speech maine parhi hai hiro hito ki english version, uska aik kitaab moti si thi "history of japan", "the history of japan".</w:t>
      </w:r>
    </w:p>
    <w:p>
      <w:pPr>
        <w:jc w:val="right"/>
      </w:pPr>
      <w:r>
        <w:t>اس کی سپیچ میں نے پڑھی ہے ہیرو ہیٹو کی انگلش ورژن، اس کا ایک کتاب موٹی سی تھی "ہسٹوری آف جاپان"، "دا ہسٹوری آف جاپان"۔</w:t>
      </w:r>
    </w:p>
    <w:p>
      <w:r>
        <w:rPr>
          <w:b/>
        </w:rPr>
        <w:t xml:space="preserve">[34:06] </w:t>
      </w:r>
      <w:r>
        <w:t>is mein uski poori speech ka english translation tha. is mein hiro hito ne kaha tha ke "we have to suffer insufferable, we have to bear in unbearable".</w:t>
      </w:r>
    </w:p>
    <w:p>
      <w:pPr>
        <w:jc w:val="right"/>
      </w:pPr>
      <w:r>
        <w:t>اس میں اس کی پوری سپیچ کا انگلش ٹرانسلیشن تھا۔ اس میں ہیرو ہیٹو نے کہا تھا کہ "وی ہیو ٹو سفرد انسفریبل، وی ہیو ٹو بیئر ان ان بیریبل"۔</w:t>
      </w:r>
    </w:p>
    <w:p>
      <w:r>
        <w:rPr>
          <w:b/>
        </w:rPr>
        <w:t xml:space="preserve">[34:23] </w:t>
      </w:r>
      <w:r>
        <w:t>hamein na qabil bardasht ko bardasht karna hai, "we have to suffer insufferable". yani hamari, yani america ne jo hum par bombardment kiya hai, hamein tabah kar diya hai, destroy kar diya hai, hamein zaleel kiya hai, hum ko humiliate kiya hai,</w:t>
      </w:r>
    </w:p>
    <w:p>
      <w:pPr>
        <w:jc w:val="right"/>
      </w:pPr>
      <w:r>
        <w:t>ہمیں ناقابل برداشت کو برداشت کرنا ہے، "وی ہیو ٹو سفرد انسفریبل"۔ یعنی ہماری، یعنی امریکہ نے جو ہم پر بمبارڈمنٹ کیا ہے، ہمیں تباہ کر دیا ہے، ڈسٹرائے کر دیا ہے، ہمیں ذلیل کیا ہے، ہم کو ہیومیلیٹ کیا ہے،</w:t>
      </w:r>
    </w:p>
    <w:p>
      <w:r>
        <w:rPr>
          <w:b/>
        </w:rPr>
        <w:t xml:space="preserve">[34:42] </w:t>
      </w:r>
      <w:r>
        <w:t>lekin</w:t>
      </w:r>
    </w:p>
    <w:p>
      <w:pPr>
        <w:jc w:val="right"/>
      </w:pPr>
      <w:r>
        <w:t>لیکن</w:t>
      </w:r>
    </w:p>
    <w:p>
      <w:r>
        <w:rPr>
          <w:b/>
        </w:rPr>
        <w:t xml:space="preserve">[34:44] </w:t>
      </w:r>
      <w:r>
        <w:t>hamein is ko bardasht karna hai kyunke agar hum bardasht na karein to past to khoyega, future bhi khoya jayega.</w:t>
      </w:r>
    </w:p>
    <w:p>
      <w:pPr>
        <w:jc w:val="right"/>
      </w:pPr>
      <w:r>
        <w:t>ہمیں اس کو برداشت کرنا ہے کیونکہ اگر ہم برداشت نہ کریں تو پاسٹ تو کھوئے گا، فیوچر بھی کھویا جائے گا۔</w:t>
      </w:r>
    </w:p>
    <w:p>
      <w:r>
        <w:rPr>
          <w:b/>
        </w:rPr>
        <w:t xml:space="preserve">[34:55] </w:t>
      </w:r>
      <w:r>
        <w:t>yani past to hum kho chuke hain, to future bhi hum kho denge agar hum bardasht na karein. to us ne kaha ke "we have to suffer insufferable".</w:t>
      </w:r>
    </w:p>
    <w:p>
      <w:pPr>
        <w:jc w:val="right"/>
      </w:pPr>
      <w:r>
        <w:t>یعنی پاسٹ تو ہم کھو چکے ہیں، تو فیوچر بھی ہم کھو دیں گے اگر ہم برداشت نہ کریں۔ تو اس نے کہا کہ "وی ہیو ٹو سفرد انسفریبل"۔</w:t>
      </w:r>
    </w:p>
    <w:p>
      <w:r>
        <w:rPr>
          <w:b/>
        </w:rPr>
        <w:t xml:space="preserve">[35:09] </w:t>
      </w:r>
      <w:r>
        <w:t>to logon ne, kuch log uthe wahan par aur kaha ke aisa kaise ho sakta hai? hum to inteqam, hum to revenge lenge is ka, hum ko to revenge lena hai america se.</w:t>
      </w:r>
    </w:p>
    <w:p>
      <w:pPr>
        <w:jc w:val="right"/>
      </w:pPr>
      <w:r>
        <w:t>تو لوگوں نے، کچھ لوگ اٹھے وہاں پر اور کہا کہ ایسا کیسے ہو سکتا ہے؟ ہم تو انتقام، ہم تو ریونج لیں گے اس کا، ہم کو تو ریونج لینا ہے امریکہ سے۔</w:t>
      </w:r>
    </w:p>
    <w:p>
      <w:r>
        <w:rPr>
          <w:b/>
        </w:rPr>
        <w:t xml:space="preserve">[35:23] </w:t>
      </w:r>
      <w:r>
        <w:t>aap ko yeh maloom hona chahiye ke second world war mein america ne</w:t>
      </w:r>
    </w:p>
    <w:p>
      <w:pPr>
        <w:jc w:val="right"/>
      </w:pPr>
      <w:r>
        <w:t>آپ کو یہ معلوم ہونا چاہیے کہ سیکنڈ ورلڈ وار میں امریکہ نے</w:t>
      </w:r>
    </w:p>
    <w:p>
      <w:r>
        <w:rPr>
          <w:b/>
        </w:rPr>
        <w:t xml:space="preserve">[35:31] </w:t>
      </w:r>
      <w:r>
        <w:t>japan ki air force ko destroy kar diya tha. air force jo japan ki khatm hog</w:t>
      </w:r>
    </w:p>
    <w:p>
      <w:pPr>
        <w:jc w:val="right"/>
      </w:pPr>
      <w:r>
        <w:t>جاپان کی ایئر فورس کو ڈسٹرائے کر دیا تھا۔ ایئر فورس جو جاپان کی ختم ہوگ</w:t>
      </w:r>
    </w:p>
    <w:p>
      <w:r>
        <w:rPr>
          <w:b/>
        </w:rPr>
        <w:t xml:space="preserve">[35:37] </w:t>
      </w:r>
      <w:r>
        <w:t>yi thi, lekin army intact thi phir bhi. to wo kehte thay ke chalo, air force hamare paas nahi hai to ye army to hai abhi bhi, hum phir bhi laren ge.</w:t>
      </w:r>
    </w:p>
    <w:p>
      <w:pPr>
        <w:jc w:val="right"/>
      </w:pPr>
      <w:r>
        <w:t>ئی تھی، لیکن آرمی انٹیکٹ تھی پھر بھی۔ تو وہ کہتے تھے کہ چلو، ایئر فورس ہمارے پاس نہیں ہے تو یہ آرمی تو ہے ابھی بھی، ہم پھر بھی لڑیں گے۔</w:t>
      </w:r>
    </w:p>
    <w:p>
      <w:r>
        <w:rPr>
          <w:b/>
        </w:rPr>
        <w:t xml:space="preserve">[35:49] </w:t>
      </w:r>
      <w:r>
        <w:t>lekin wahan dekhiye ke kuch log bohat hi budheewan thay, bohat hi wisdom wale thay, bohat samajh wale thay.</w:t>
      </w:r>
    </w:p>
    <w:p>
      <w:pPr>
        <w:jc w:val="right"/>
      </w:pPr>
      <w:r>
        <w:t>لیکن وہاں دیکھیے کہ کچھ لوگ بہت ہی بدھیوان تھے، بہت ہی وزڈم والے تھے، بہت سمجھ والے تھے۔</w:t>
      </w:r>
    </w:p>
    <w:p>
      <w:r>
        <w:rPr>
          <w:b/>
        </w:rPr>
        <w:t xml:space="preserve">[35:58] </w:t>
      </w:r>
      <w:r>
        <w:t>unhon ne kaha ke agar America ne bombardment kar ke hamare Hiroshima ko tabah kiya hai to is se pehle hum un ke Pearl Harbor ko tabah kar chuke thay.</w:t>
      </w:r>
    </w:p>
    <w:p>
      <w:pPr>
        <w:jc w:val="right"/>
      </w:pPr>
      <w:r>
        <w:t>انہوں نے کہا کہ اگر امریکہ نے بمبارڈمنٹ کر کے ہمارے ہیروشیما کو تباہ کیا ہے تو اس سے پہلے ہم ان کے پرل ہاربر کو تباہ کر چکے تھے۔</w:t>
      </w:r>
    </w:p>
    <w:p>
      <w:r>
        <w:rPr>
          <w:b/>
        </w:rPr>
        <w:t xml:space="preserve">[36:12] </w:t>
      </w:r>
      <w:r>
        <w:t>Pearl Harbor American base tha, America ka military base tha. Pearl Harbor wahan Japan ne bombardment kiya tha, us ko destroy kar diya tha.</w:t>
      </w:r>
    </w:p>
    <w:p>
      <w:pPr>
        <w:jc w:val="right"/>
      </w:pPr>
      <w:r>
        <w:t>پرل ہاربر امریکن بیس تھا، امریکہ کا ملٹری بیس تھا۔ پرل ہاربر وہاں جاپان نے بمبارڈمنٹ کیا تھا، اس کو ڈسٹرائے کر دیا تھا۔</w:t>
      </w:r>
    </w:p>
    <w:p>
      <w:r>
        <w:rPr>
          <w:b/>
        </w:rPr>
        <w:t xml:space="preserve">[36:23] </w:t>
      </w:r>
      <w:r>
        <w:t>is ke baad revenge mein America ne bombardment kiya Hiroshima par.</w:t>
      </w:r>
    </w:p>
    <w:p>
      <w:pPr>
        <w:jc w:val="right"/>
      </w:pPr>
      <w:r>
        <w:t>اس کے بعد ریونج میں امریکہ نے بمبارڈمنٹ کیا ہیروشیما پر۔</w:t>
      </w:r>
    </w:p>
    <w:p>
      <w:r>
        <w:rPr>
          <w:b/>
        </w:rPr>
        <w:t xml:space="preserve">[36:29] </w:t>
      </w:r>
      <w:r>
        <w:t>to unhon ne kaha ke agar hum, agar America ne hamare Hiroshima ko ko destroy kiya hai to is se pehle hum un ke Pearl Harbor ko destroy kar chuke thay.</w:t>
      </w:r>
    </w:p>
    <w:p>
      <w:pPr>
        <w:jc w:val="right"/>
      </w:pPr>
      <w:r>
        <w:t>تو انہوں نے کہا کہ اگر ہم، اگر امریکہ نے ہمارے ہیروشیما کو کو ڈسٹرائے کیا ہے تو اس سے پہلے ہم ان کے پرل ہاربر کو ڈسٹرائے کر چکے تھے۔</w:t>
      </w:r>
    </w:p>
    <w:p>
      <w:r>
        <w:rPr>
          <w:b/>
        </w:rPr>
        <w:t xml:space="preserve">[36:40] </w:t>
      </w:r>
      <w:r>
        <w:t>chalo, mamla barabar ho gaya, mamla barabar ho gaya, ab chhoro, ab nai history banao.</w:t>
      </w:r>
    </w:p>
    <w:p>
      <w:pPr>
        <w:jc w:val="right"/>
      </w:pPr>
      <w:r>
        <w:t>چلو، معاملہ برابر ہو گیا، معاملہ برابر ہو گیا، اب چھوڑو، اب نئی ہسٹری بناؤ۔</w:t>
      </w:r>
    </w:p>
    <w:p>
      <w:r>
        <w:rPr>
          <w:b/>
        </w:rPr>
        <w:t xml:space="preserve">[36:51] </w:t>
      </w:r>
      <w:r>
        <w:t>to main yahan kahunga ke theek hai, situation yahan bhi hai</w:t>
      </w:r>
    </w:p>
    <w:p>
      <w:pPr>
        <w:jc w:val="right"/>
      </w:pPr>
      <w:r>
        <w:t>تو میں یہاں کہوں گا کہ ٹھیک ہے، سچوئیشن یہاں بھی ہے</w:t>
      </w:r>
    </w:p>
    <w:p>
      <w:r>
        <w:rPr>
          <w:b/>
        </w:rPr>
        <w:t xml:space="preserve">[36:55] </w:t>
      </w:r>
      <w:r>
        <w:t>ke jo log nafrat ki boli bol rahe hain Saddam Hussein ki phansi ke baad, main ye kahunga ke agar America ne Iraq ko, Iraq par bombardment kiya hai to khud Musalman bhi is se pehle 11 September 2001 ko un ke, un ke,</w:t>
      </w:r>
    </w:p>
    <w:p>
      <w:pPr>
        <w:jc w:val="right"/>
      </w:pPr>
      <w:r>
        <w:t>کہ جو لوگ نفرت کی بولی بول رہے ہیں صدام حسین کی پھانسی کے بعد، میں یہ کہوں گا کہ اگر امریکہ نے عراق کو، عراق پر بمبارڈمنٹ کیا ہے تو خود مسلمان بھی اس سے پہلے 11 ستمبر 2001 کو ان کے، ان کے،</w:t>
      </w:r>
    </w:p>
    <w:p>
      <w:r>
        <w:rPr>
          <w:b/>
        </w:rPr>
        <w:t xml:space="preserve">[37:18] </w:t>
      </w:r>
      <w:r>
        <w:t>un ke tower ko, New York tower ko tabah kar chuke hain. bohat hi prestigious tower tha un ka.</w:t>
      </w:r>
    </w:p>
    <w:p>
      <w:pPr>
        <w:jc w:val="right"/>
      </w:pPr>
      <w:r>
        <w:t>ان کے ٹاور کو، نیویارک ٹاور کو تباہ کر چکے ہیں۔ بہت ہی پریسٹیجس ٹاور تھا ان کا۔</w:t>
      </w:r>
    </w:p>
    <w:p>
      <w:r>
        <w:rPr>
          <w:b/>
        </w:rPr>
        <w:t xml:space="preserve">[37:26] </w:t>
      </w:r>
      <w:r>
        <w:t>aap jante hain, 11 September 2001 ko wahan jahaz takra diye gaye aur ye sab Musalman thay, ye sab kaam karne wale, ye ye establish ho chuka hai.</w:t>
      </w:r>
    </w:p>
    <w:p>
      <w:pPr>
        <w:jc w:val="right"/>
      </w:pPr>
      <w:r>
        <w:t>آپ جانتے ہیں، 11 ستمبر 2001 کو وہاں جہاز ٹکرا دیے گئے اور یہ سب مسلمان تھے، یہ سب کام کرنے والے، یہ یہ اسٹیبلش ہو چکا ہے۔</w:t>
      </w:r>
    </w:p>
    <w:p>
      <w:r>
        <w:rPr>
          <w:b/>
        </w:rPr>
        <w:t xml:space="preserve">[37:39] </w:t>
      </w:r>
      <w:r>
        <w:t>to aap ne un ke 11 September 2001 ko un ke New York ko tabah kiya tha, ab unhon ne aap ke Iraq par bombardment kiya to mamla barabar ho gaya.</w:t>
      </w:r>
    </w:p>
    <w:p>
      <w:pPr>
        <w:jc w:val="right"/>
      </w:pPr>
      <w:r>
        <w:t>تو آپ نے ان کے 11 ستمبر 2001 کو ان کے نیویارک کو تباہ کیا تھا، اب انہوں نے آپ کے عراق پر بمبارڈمنٹ کیا تو معاملہ برابر ہو گیا۔</w:t>
      </w:r>
    </w:p>
    <w:p>
      <w:r>
        <w:rPr>
          <w:b/>
        </w:rPr>
        <w:t xml:space="preserve">[37:53] </w:t>
      </w:r>
      <w:r>
        <w:t>ab aage ki baat socho,</w:t>
      </w:r>
    </w:p>
    <w:p>
      <w:pPr>
        <w:jc w:val="right"/>
      </w:pPr>
      <w:r>
        <w:t>اب آگے کی بات سوچو،</w:t>
      </w:r>
    </w:p>
    <w:p>
      <w:r>
        <w:rPr>
          <w:b/>
        </w:rPr>
        <w:t xml:space="preserve">[37:58] </w:t>
      </w:r>
      <w:r>
        <w:t>main samajhta hoon ke same situation yahan bhi hai. isi tarah ki danishwari darkar hai, isi tarah ki intellectualism darkar hai ke log ye soch saken ke agar Iraq ne, agar Iraq mein America ne bombardment kiya tha to hum bhi to New York mein bombardment kar chuke thay pehle 2001 mein.</w:t>
      </w:r>
    </w:p>
    <w:p>
      <w:pPr>
        <w:jc w:val="right"/>
      </w:pPr>
      <w:r>
        <w:t>میں سمجھتا ہوں کہ سیم سچوئیشن یہاں بھی ہے۔ اسی طرح کی دانشوری درکار ہے، اسی طرح کی انٹلیکچولزم درکار ہے کہ لوگ یہ سوچ سکیں کہ اگر عراق نے، اگر عراق میں امریکہ نے بمبارڈمنٹ کیا تھا تو ہم بھی تو نیویارک میں بمبارڈمنٹ کر چکے تھے پہلے 2001 میں۔</w:t>
      </w:r>
    </w:p>
    <w:p>
      <w:r>
        <w:rPr>
          <w:b/>
        </w:rPr>
        <w:t xml:space="preserve">[38:19] </w:t>
      </w:r>
      <w:r>
        <w:t>to mamla barabar ho gaya. to ab past ko chhoro, future ki baat karo.</w:t>
      </w:r>
    </w:p>
    <w:p>
      <w:pPr>
        <w:jc w:val="right"/>
      </w:pPr>
      <w:r>
        <w:t>تو معاملہ برابر ہو گیا۔ تو اب پاسٹ کو چھوڑو، فیوچر کی بات کرو۔</w:t>
      </w:r>
    </w:p>
    <w:p>
      <w:r>
        <w:rPr>
          <w:b/>
        </w:rPr>
        <w:t xml:space="preserve">[38:26] </w:t>
      </w:r>
      <w:r>
        <w:t>ye hai Saddam Hussein ka message jo unhon ne qabar mein khare ho kar diya hai, gallon par khare ho kar diya hai, phansi ke takhte par khare ho kar diya hai.</w:t>
      </w:r>
    </w:p>
    <w:p>
      <w:pPr>
        <w:jc w:val="right"/>
      </w:pPr>
      <w:r>
        <w:t>یہ ہے صدام حسین کا میسج جو انہوں نے قبر میں کھڑے ہو کر دیا ہے، گیلوں پر کھڑے ہو کر دیا ہے، پھانسی کے تختے پر کھڑے ہو کر دیا ہے۔</w:t>
      </w:r>
    </w:p>
    <w:p>
      <w:r>
        <w:rPr>
          <w:b/>
        </w:rPr>
        <w:t xml:space="preserve">[38:38] </w:t>
      </w:r>
      <w:r>
        <w:t>main samajhta hoon ke Saddam Hussein ke story mein aur jo kuch bhi hai, sab negative hai ke ye ek positive baat ubhar kar samne aayi hai aur isi ko humein apne liye starting point banana chahiye.</w:t>
      </w:r>
    </w:p>
    <w:p>
      <w:pPr>
        <w:jc w:val="right"/>
      </w:pPr>
      <w:r>
        <w:t>میں سمجھتا ہوں کہ صدام حسین کے سٹوری میں اور جو کچھ بھی ہے، سب نیگیٹیو ہے کہ یہ ایک پازیٹیو بات ابھر کر سامنے آئی ہے اور اسی کو ہمیں اپنے لیے سٹارٹنگ پوائنٹ بنانا چاہیے۔</w:t>
      </w:r>
    </w:p>
    <w:p>
      <w:r>
        <w:rPr>
          <w:b/>
        </w:rPr>
        <w:t xml:space="preserve">[38:53] </w:t>
      </w:r>
      <w:r>
        <w:t>ek baat ka main yahan par</w:t>
      </w:r>
    </w:p>
    <w:p>
      <w:pPr>
        <w:jc w:val="right"/>
      </w:pPr>
      <w:r>
        <w:t>ایک بات کا میں یہاں پر</w:t>
      </w:r>
    </w:p>
    <w:p>
      <w:r>
        <w:rPr>
          <w:b/>
        </w:rPr>
        <w:t xml:space="preserve">[38:58] </w:t>
      </w:r>
      <w:r>
        <w:t>reference dunga: Islam ki early, Islam ke early period mein,</w:t>
      </w:r>
    </w:p>
    <w:p>
      <w:pPr>
        <w:jc w:val="right"/>
      </w:pPr>
      <w:r>
        <w:t>ریفرنس دوں گا: اسلام کی ارلی، اسلام کے ارلی پیریڈ میں،</w:t>
      </w:r>
    </w:p>
    <w:p>
      <w:r>
        <w:rPr>
          <w:b/>
        </w:rPr>
        <w:t xml:space="preserve">[39:08] </w:t>
      </w:r>
      <w:r>
        <w:t>Prophet ke zamaney mein ek war hui thi, ek battle hui thi jis ko kehte hain Battle of Uhud.</w:t>
      </w:r>
    </w:p>
    <w:p>
      <w:pPr>
        <w:jc w:val="right"/>
      </w:pPr>
      <w:r>
        <w:t>پرافٹ کے زمانے میں ایک وار ہوئی تھی، ایک بیٹل ہوئی تھی جس کو کہتے ہیں بیٹل آف احد۔</w:t>
      </w:r>
    </w:p>
    <w:p>
      <w:r>
        <w:rPr>
          <w:b/>
        </w:rPr>
        <w:t xml:space="preserve">[39:20] </w:t>
      </w:r>
      <w:r>
        <w:t>Battle of Uhud jo hai, wo is tarah hui thi ke Prophet ke jo khilaf thay, jo log, jo idol worshippers thay, unhon ne attack kiya Madina par jahan aap rehte thay.</w:t>
      </w:r>
    </w:p>
    <w:p>
      <w:pPr>
        <w:jc w:val="right"/>
      </w:pPr>
      <w:r>
        <w:t>بیٹل آف احد جو ہے، وہ اس طرح ہوئی تھی کہ پرافٹ کے جو خلاف تھے، جو لوگ، جو آئیڈل ورشپرز تھے، انہوں نے اٹیک کیا مدینہ پر جہاں آپ رہتے تھے۔</w:t>
      </w:r>
    </w:p>
    <w:p>
      <w:r>
        <w:rPr>
          <w:b/>
        </w:rPr>
        <w:t xml:space="preserve">[39:36] </w:t>
      </w:r>
      <w:r>
        <w:t>aap to aap ne defense mein aap lade,</w:t>
      </w:r>
    </w:p>
    <w:p>
      <w:pPr>
        <w:jc w:val="right"/>
      </w:pPr>
      <w:r>
        <w:t>آپ تو آپ نے ڈیفنس میں آپ لڑے،</w:t>
      </w:r>
    </w:p>
    <w:p>
      <w:r>
        <w:rPr>
          <w:b/>
        </w:rPr>
        <w:t xml:space="preserve">[39:43] </w:t>
      </w:r>
      <w:r>
        <w:t>lekin wahan par kya hua ke Musalmanon ko is mein defeat hui aur taqreeban seventy companions maare gaye.</w:t>
      </w:r>
    </w:p>
    <w:p>
      <w:pPr>
        <w:jc w:val="right"/>
      </w:pPr>
      <w:r>
        <w:t>لیکن وہاں پر کیا ہوا کہ مسلمانوں کو اس میں ڈیفیٹ ہوئی اور تقریباً سیونٹی کمپینینز مارے گئے۔</w:t>
      </w:r>
    </w:p>
    <w:p>
      <w:r>
        <w:rPr>
          <w:b/>
        </w:rPr>
        <w:t xml:space="preserve">[39:55] </w:t>
      </w:r>
      <w:r>
        <w:t>is mein</w:t>
      </w:r>
    </w:p>
    <w:p>
      <w:pPr>
        <w:jc w:val="right"/>
      </w:pPr>
      <w:r>
        <w:t>اس میں</w:t>
      </w:r>
    </w:p>
    <w:p>
      <w:r>
        <w:rPr>
          <w:b/>
        </w:rPr>
        <w:t xml:space="preserve">[40:00] </w:t>
      </w:r>
      <w:r>
        <w:t>yeh bohat bara, yaani bohat hi bohat bari tragedy thi. yeh</w:t>
      </w:r>
    </w:p>
    <w:p>
      <w:pPr>
        <w:jc w:val="right"/>
      </w:pPr>
      <w:r>
        <w:t>یہ بہت بڑا، یعنی بہت ہی بہت بڑی ٹریجڈی تھی۔ یہ</w:t>
      </w:r>
    </w:p>
    <w:p>
      <w:r>
        <w:rPr>
          <w:b/>
        </w:rPr>
        <w:t xml:space="preserve">[40:07] </w:t>
      </w:r>
      <w:r>
        <w:t>to jo aap ke companion the, un ko bohat dukh hua, bohat gham hua un ko ke itne saare log hamare maare gaye, hum ko defeat bhi hui.</w:t>
      </w:r>
    </w:p>
    <w:p>
      <w:pPr>
        <w:jc w:val="right"/>
      </w:pPr>
      <w:r>
        <w:t>تو جو آپ کے کمپینین تھے، ان کو بہت دکھ ہوا، بہت غم ہوا ان کو کہ اتنے سارے لوگ ہمارے مارے گئے، ہم کو ڈیفیٹ بھی ہوئی۔</w:t>
      </w:r>
    </w:p>
    <w:p>
      <w:r>
        <w:rPr>
          <w:b/>
        </w:rPr>
        <w:t xml:space="preserve">[40:20] </w:t>
      </w:r>
      <w:r>
        <w:t>to is waqt dekhiye, quran mein ek aayat utri, bohat anokhi baat hai yeh:</w:t>
      </w:r>
    </w:p>
    <w:p>
      <w:pPr>
        <w:jc w:val="right"/>
      </w:pPr>
      <w:r>
        <w:t>تو اس وقت دیکھیے، قرآن میں ایک آیت اتری، بہت انوکھی بات ہے یہ:</w:t>
      </w:r>
    </w:p>
    <w:p>
      <w:r>
        <w:rPr>
          <w:b/>
        </w:rPr>
        <w:t xml:space="preserve">[40:37] </w:t>
      </w:r>
      <w:r>
        <w:t>yaani is waqt jo language bol rahe hain muslim sahabaan saddam hussain ke waqeye par, woh sab negative boli, negative boli, negative boli.</w:t>
      </w:r>
    </w:p>
    <w:p>
      <w:pPr>
        <w:jc w:val="right"/>
      </w:pPr>
      <w:r>
        <w:t>یعنی اس وقت جو لینگویج بول رہے ہیں مسلم صاحبان صدام حسین کے واقعے پر، وہ سب نیگیٹیو بولی، نیگیٹیو بولی، نیگیٹیو بولی۔</w:t>
      </w:r>
    </w:p>
    <w:p>
      <w:r>
        <w:rPr>
          <w:b/>
        </w:rPr>
        <w:t xml:space="preserve">[40:48] </w:t>
      </w:r>
      <w:r>
        <w:t>itna bara waqea hota hai ke prophet ke companions seventy</w:t>
      </w:r>
    </w:p>
    <w:p>
      <w:pPr>
        <w:jc w:val="right"/>
      </w:pPr>
      <w:r>
        <w:t>اتنا بڑا واقعہ ہوتا ہے کہ پرافٹ کے کمپینینز سیونٹی</w:t>
      </w:r>
    </w:p>
    <w:p>
      <w:r>
        <w:rPr>
          <w:b/>
        </w:rPr>
        <w:t xml:space="preserve">[40:55] </w:t>
      </w:r>
      <w:r>
        <w:t>woh log aa kar attack karte hain aur un ko maar daalte hain, lekin quran mein un par kuch bhi protest nahi, kuch bhi un ko condemn nahi kiya, kuch bhi bura bhala nahi kaha.</w:t>
      </w:r>
    </w:p>
    <w:p>
      <w:pPr>
        <w:jc w:val="right"/>
      </w:pPr>
      <w:r>
        <w:t>وہ لوگ آ کر اٹیک کرتے ہیں اور ان کو مار ڈالتے ہیں، لیکن قرآن میں ان پر کچھ بھی پروٹیسٹ نہیں، کچھ بھی ان کو کنڈیم نہیں کیا، کچھ بھی برا بھلا نہیں کہا۔</w:t>
      </w:r>
    </w:p>
    <w:p>
      <w:r>
        <w:rPr>
          <w:b/>
        </w:rPr>
        <w:t xml:space="preserve">[41:07] </w:t>
      </w:r>
      <w:r>
        <w:t>kaisi anokhi baat hai yeh!</w:t>
      </w:r>
    </w:p>
    <w:p>
      <w:pPr>
        <w:jc w:val="right"/>
      </w:pPr>
      <w:r>
        <w:t>کیسی انوکھی بات ہے یہ!</w:t>
      </w:r>
    </w:p>
    <w:p>
      <w:r>
        <w:rPr>
          <w:b/>
        </w:rPr>
        <w:t xml:space="preserve">[41:12] </w:t>
      </w:r>
      <w:r>
        <w:t>balkeh yeh kaha gaya ke battle of uhud se pehle hui thi battle of badr. to badr mein musalmanon ko</w:t>
      </w:r>
    </w:p>
    <w:p>
      <w:pPr>
        <w:jc w:val="right"/>
      </w:pPr>
      <w:r>
        <w:t>بلکہ یہ کہا گیا کہ بیٹل آف احد سے پہلے ہوئی تھی بیٹل آف بدر۔ تو بدر میں مسلمانوں کو</w:t>
      </w:r>
    </w:p>
    <w:p>
      <w:r>
        <w:rPr>
          <w:b/>
        </w:rPr>
        <w:t xml:space="preserve">[41:25] </w:t>
      </w:r>
      <w:r>
        <w:t>jeet mili thi aur un logon ko defeat hui thi.</w:t>
      </w:r>
    </w:p>
    <w:p>
      <w:pPr>
        <w:jc w:val="right"/>
      </w:pPr>
      <w:r>
        <w:t>جیت ملی تھی اور ان لوگوں کو ڈیفیٹ ہوئی تھی۔</w:t>
      </w:r>
    </w:p>
    <w:p>
      <w:r>
        <w:rPr>
          <w:b/>
        </w:rPr>
        <w:t xml:space="preserve">[41:34] </w:t>
      </w:r>
      <w:r>
        <w:t>to yeh kaha gaya ke fi nassabikum qara faqat musal qara misl ke agar tum ko battle of uhud mein haar hui hai to is se pehle un ko battle of badr mein haar ho chuki thi.</w:t>
      </w:r>
    </w:p>
    <w:p>
      <w:pPr>
        <w:jc w:val="right"/>
      </w:pPr>
      <w:r>
        <w:t>تو یہ کہا گیا کہ فی نصابکم قرہ فقط مسل قوم قرہ مثل کہ اگر تم کو بیٹل آف احد میں ہار ہوئی ہے تو اس سے پہلے ان کو بیٹل آف بدر میں ہار ہو چکی تھی۔</w:t>
      </w:r>
    </w:p>
    <w:p>
      <w:r>
        <w:rPr>
          <w:b/>
        </w:rPr>
        <w:t xml:space="preserve">[41:50] </w:t>
      </w:r>
      <w:r>
        <w:t>agar agar unhon ne tum ko kill kiya to woh us se pehle un ko kill kar chuke the. wa tilka al ayyam da'a</w:t>
      </w:r>
    </w:p>
    <w:p>
      <w:pPr>
        <w:jc w:val="right"/>
      </w:pPr>
      <w:r>
        <w:t>اگر اگر انہوں نے تم کو کل کیا تو وہ اسے پہلے ان کو کل کر چکے تھے۔ وتلک الایام دعا</w:t>
      </w:r>
    </w:p>
    <w:p>
      <w:r>
        <w:rPr>
          <w:b/>
        </w:rPr>
        <w:t xml:space="preserve">[41:58] </w:t>
      </w:r>
      <w:r>
        <w:t>al nas! yeh kitni bari baat hai ke rethinking diya ke socho is ko chodo, woh to barabar ho chuka. revenge lene ki baat na socho, negative thought badlo apne mind mein,</w:t>
      </w:r>
    </w:p>
    <w:p>
      <w:pPr>
        <w:jc w:val="right"/>
      </w:pPr>
      <w:r>
        <w:t>الناس! یہ کتنی بڑی بات ہے کہ ری تھنکنگ دیا کہ سوچو اس کو چھوڑو، وہ تو برابر ہو چکا۔ ریونج لینے کی بات نہ سوچو، نیگیٹیو تھاٹ بدلاؤ اپنے مائنڈ میں،</w:t>
      </w:r>
    </w:p>
    <w:p>
      <w:r>
        <w:rPr>
          <w:b/>
        </w:rPr>
        <w:t xml:space="preserve">[42:12] </w:t>
      </w:r>
      <w:r>
        <w:t>donon barabar ho chuke. tum ne unhein mara, unhon ne tum ko mara.</w:t>
      </w:r>
    </w:p>
    <w:p>
      <w:pPr>
        <w:jc w:val="right"/>
      </w:pPr>
      <w:r>
        <w:t>دونوں برابر ہو چکے۔ تم نے انہیں مارا، انہوں نے تم کو مارا۔</w:t>
      </w:r>
    </w:p>
    <w:p>
      <w:r>
        <w:rPr>
          <w:b/>
        </w:rPr>
        <w:t xml:space="preserve">[42:17] </w:t>
      </w:r>
      <w:r>
        <w:t>is ka is message ka itna bara faida hua ke sab logon ke andar rethinking aa gayi aur ladne ke bajaye, yaani yaani violent activism ki jagah peaceful activism ka yeh soch aa gayi ke kaise aisa kiya jaye ke ladai na ho aur baghair ladai ke hamara mission chal sake aage.</w:t>
      </w:r>
    </w:p>
    <w:p>
      <w:pPr>
        <w:jc w:val="right"/>
      </w:pPr>
      <w:r>
        <w:t>اس کا اس میسج کا اتنا بڑا فائدہ ہوا کہ سب لوگوں کے اندر ری تھنکنگ آ گئی اور لڑنے کے بجائے، یعنی یعنی وائلنٹ ایکٹیوزم کی جگہ پیس فل ایکٹیوزم کا یہ سوچ آ گئی کہ کیسے ایسا کیا جائے کہ لڑائی نہ ہو اور بغیر لڑائی کے ہمارا مشن چل سکے آگے۔</w:t>
      </w:r>
    </w:p>
    <w:p>
      <w:r>
        <w:rPr>
          <w:b/>
        </w:rPr>
        <w:t xml:space="preserve">[42:42] </w:t>
      </w:r>
      <w:r>
        <w:t>chunaanche history batati hai ke ek lambi yeh history hai, is ka gist yeh hai ke prophet ne negotiation shuru kiya un logon se jo aap ke rival the,</w:t>
      </w:r>
    </w:p>
    <w:p>
      <w:pPr>
        <w:jc w:val="right"/>
      </w:pPr>
      <w:r>
        <w:t>چنانچہ ہسٹری بتاتی ہے کہ ایک لمبی یہ ہسٹری ہے، اس کا جست یہ ہے کہ پرافٹ نے نیگوشی ایشن شروع کیا ان لوگوں سے جو آپ کے رائیول تھے،</w:t>
      </w:r>
    </w:p>
    <w:p>
      <w:r>
        <w:rPr>
          <w:b/>
        </w:rPr>
        <w:t xml:space="preserve">[42:58] </w:t>
      </w:r>
      <w:r>
        <w:t>yaani jin ko hum kehte hain mushrikeen makkah, makkah ke idol worshippers. negotiation, negotiation kis baat ka?</w:t>
      </w:r>
    </w:p>
    <w:p>
      <w:pPr>
        <w:jc w:val="right"/>
      </w:pPr>
      <w:r>
        <w:t>یعنی جن کو ہم کہتے ہیں مشرکین مکہ، مکہ کے آئیڈل ورشپرز۔ نیگوشی ایشن، نیگوشی کس بات کا؟</w:t>
      </w:r>
    </w:p>
    <w:p>
      <w:r>
        <w:rPr>
          <w:b/>
        </w:rPr>
        <w:t xml:space="preserve">[43:08] </w:t>
      </w:r>
      <w:r>
        <w:t>peace treaty ka.</w:t>
      </w:r>
    </w:p>
    <w:p>
      <w:pPr>
        <w:jc w:val="right"/>
      </w:pPr>
      <w:r>
        <w:t>پیس ٹریٹی کا۔</w:t>
      </w:r>
    </w:p>
    <w:p>
      <w:r>
        <w:rPr>
          <w:b/>
        </w:rPr>
        <w:t xml:space="preserve">[43:11] </w:t>
      </w:r>
      <w:r>
        <w:t>aap sochiye ke uhud ki ladai mein unhon ne 70 sahaba ko maar dala tha, lekin is ke baad bajaye revenge lene ke, revenge lene ki baat nahi ki gayi, negative boli nahi boli gayi, balkeh un se peace treaty ke liye negotiation shuru kar di gayi.</w:t>
      </w:r>
    </w:p>
    <w:p>
      <w:pPr>
        <w:jc w:val="right"/>
      </w:pPr>
      <w:r>
        <w:t>آپ سوچیے کہ احد کی لڑائی میں انہوں نے 70 صحابہ کو مار ڈالا تھا، لیکن اس کے بعد بجائے ریونج لینے کے، ریونج لینے کی بات نہیں کی گئی، نیگیٹیو بولی نہیں بولی گئی، بلکہ ان سے پیس ٹریٹی کے لیے نیگوشی ایشن شروع کر دی گئی۔</w:t>
      </w:r>
    </w:p>
    <w:p>
      <w:r>
        <w:rPr>
          <w:b/>
        </w:rPr>
        <w:t xml:space="preserve">[43:32] </w:t>
      </w:r>
      <w:r>
        <w:t>history batati hai ke do haftay tak, near about two weeks, yeh negotiation chala.</w:t>
      </w:r>
    </w:p>
    <w:p>
      <w:pPr>
        <w:jc w:val="right"/>
      </w:pPr>
      <w:r>
        <w:t>ہسٹری بتاتی ہے کہ دو ہفتے تک، نیئر اباؤٹ ٹو ویکس، یہ نیگوشی ایشن چلا۔</w:t>
      </w:r>
    </w:p>
    <w:p>
      <w:r>
        <w:rPr>
          <w:b/>
        </w:rPr>
        <w:t xml:space="preserve">[43:39] </w:t>
      </w:r>
      <w:r>
        <w:t>makkah ke bahir ek jagah hai, is ka naam hai hudaybiyah. hudaybiyah mein aap ja kar wahan qaim kiya tha, aap ne wahan se woh baat chal rahi thi. to hote hote yeh hua ke jo rival group tha,</w:t>
      </w:r>
    </w:p>
    <w:p>
      <w:pPr>
        <w:jc w:val="right"/>
      </w:pPr>
      <w:r>
        <w:t>مکہ کے باہر ایک جگہ ہے، اس کا نام ہے حدیبیہ۔ حدیبیہ میں آپ جا کر وہاں قائم کیا تھا، آپ نے وہاں سے وہ بات چل رہی تھی۔ تو ہوتے ہوتے یہ ہوا کہ جو رائیول گروپ تھا،</w:t>
      </w:r>
    </w:p>
    <w:p>
      <w:r>
        <w:rPr>
          <w:b/>
        </w:rPr>
        <w:t xml:space="preserve">[43:56] </w:t>
      </w:r>
      <w:r>
        <w:t>woh tayyar hua is par ke hum peace treaty karenge aap se. peace treaty yaani hamare aap ke beech mein ladai nahi hogi, lekin condition bohat kadi laga di unhon ne.</w:t>
      </w:r>
    </w:p>
    <w:p>
      <w:pPr>
        <w:jc w:val="right"/>
      </w:pPr>
      <w:r>
        <w:t>وہ تیار ہوا اس پر کہ ہم پیس ٹریٹی کریں گے آپ سے۔ پیس ٹریٹی یعنی ہمارے آپ کے بیچ میں لڑائی نہیں ہوگی، لیکن کنڈیشن بہت کڑی لگا دی انہوں نے۔</w:t>
      </w:r>
    </w:p>
    <w:p>
      <w:r>
        <w:rPr>
          <w:b/>
        </w:rPr>
        <w:t xml:space="preserve">[44:10] </w:t>
      </w:r>
      <w:r>
        <w:t>saare unilateral conditions, yaani aisi condition jo un logon ko, yaani rival group ke favor mein thi, sab ki sab, aur rasool Allah ke favor mein ek bhi nahi thi is mein.</w:t>
      </w:r>
    </w:p>
    <w:p>
      <w:pPr>
        <w:jc w:val="right"/>
      </w:pPr>
      <w:r>
        <w:t>سارے یونیلیٹرل کنڈیشنز، یعنی ایسی کنڈیشن جو ان لوگوں کو، یعنی رائیول گروپ کے فیور میں تھی، سب کی سب، اور رسول اللہ کے فیور میں ایک بھی نہیں تھی اس میں۔</w:t>
      </w:r>
    </w:p>
    <w:p>
      <w:r>
        <w:rPr>
          <w:b/>
        </w:rPr>
        <w:t xml:space="preserve">[44:24] </w:t>
      </w:r>
      <w:r>
        <w:t>to unilateral condition par aap ne peace treaty kar liya un se. yaani yun samajh lijiye, aaj kal ki zuban mein jo logon ki soch hai, woh kahenge ke battlefield mein haare the aur aur diplomacy mein haar gaye.</w:t>
      </w:r>
    </w:p>
    <w:p>
      <w:pPr>
        <w:jc w:val="right"/>
      </w:pPr>
      <w:r>
        <w:t>تو یونیلیٹرل کنڈیشن پر آپ نے پیس ٹریٹی کر لیا ان سے۔ یعنی یوں سمجھ لیجئے، آج کل کی زبان میں جو لوگوں کی سوچ ہے، وہ کہیں گے کہ بیٹل فیلڈ میں ہارے تھے اور اور ڈپلومیسی میں ہار گئے۔</w:t>
      </w:r>
    </w:p>
    <w:p>
      <w:r>
        <w:rPr>
          <w:b/>
        </w:rPr>
        <w:t xml:space="preserve">[44:40] </w:t>
      </w:r>
      <w:r>
        <w:t>yaani hudaybiyah ka jo negotiation tha, woh diplomacy thi, woh diplomacy thi.</w:t>
      </w:r>
    </w:p>
    <w:p>
      <w:pPr>
        <w:jc w:val="right"/>
      </w:pPr>
      <w:r>
        <w:t>یعنی حدیبیہ کا جو نیگوشی ایشن تھا، وہ ڈپلومیسی تھی، وہ ڈپلومیسی تھی۔</w:t>
      </w:r>
    </w:p>
    <w:p>
      <w:r>
        <w:rPr>
          <w:b/>
        </w:rPr>
        <w:t xml:space="preserve">[44:50] </w:t>
      </w:r>
      <w:r>
        <w:t>to gaya ke ladai mein bhi haare aur diplomacy mein bhi haare. aaj kal ki zuban se agar socha jaye to to sab kuch aap un ko de kar ke kya liya aap ne un se?</w:t>
      </w:r>
    </w:p>
    <w:p>
      <w:pPr>
        <w:jc w:val="right"/>
      </w:pPr>
      <w:r>
        <w:t>تو گیا کہ لڑائی میں بھی ہارے اور ڈپلومیسی میں بھی ہارے۔ آج کل کی زبان سے اگر سوچا جائے تو تو سب کچھ آپ ان کو دے کر کے کیا لیا آپ نے ان سے؟</w:t>
      </w:r>
    </w:p>
    <w:p>
      <w:r>
        <w:rPr>
          <w:b/>
        </w:rPr>
        <w:t xml:space="preserve">[45:04] </w:t>
      </w:r>
      <w:r>
        <w:t>sirf ek baat li: no war pact.</w:t>
      </w:r>
    </w:p>
    <w:p>
      <w:pPr>
        <w:jc w:val="right"/>
      </w:pPr>
      <w:r>
        <w:t>صرف ایک بات لی: نو وار پیکٹ۔</w:t>
      </w:r>
    </w:p>
    <w:p>
      <w:r>
        <w:rPr>
          <w:b/>
        </w:rPr>
        <w:t xml:space="preserve">[45:11] </w:t>
      </w:r>
      <w:r>
        <w:t>yani das saal is mein yeh likha hua tha ke agle das saal tak hamare aur aap ke beech mein koi ladai nahi hogi, yani hum attack nahi karenge.</w:t>
      </w:r>
    </w:p>
    <w:p>
      <w:pPr>
        <w:jc w:val="right"/>
      </w:pPr>
      <w:r>
        <w:t>یعنی دس سال اس میں یہ لکھا ہوا تھا کہ اگلے دس سال تک ہمارے اور آپ کے بیچ میں کوئی لڑائی نہیں ہوگی، یعنی ہم اٹیک نہیں کریں گے۔</w:t>
      </w:r>
    </w:p>
    <w:p>
      <w:r>
        <w:rPr>
          <w:b/>
        </w:rPr>
        <w:t xml:space="preserve">[45:21] </w:t>
      </w:r>
      <w:r>
        <w:t>in logon ne kai baar attack kiya tha, khud prophet ne kabhi attack nahi kiya, kabhi nahi. defence mein laday aap.</w:t>
      </w:r>
    </w:p>
    <w:p>
      <w:pPr>
        <w:jc w:val="right"/>
      </w:pPr>
      <w:r>
        <w:t>ان لوگوں نے کئی بار اٹیک کیا تھا، خود پرافٹ نے کبھی اٹیک نہیں کیا، کبھی نہیں۔ ڈیفنس میں لڑے آپ۔</w:t>
      </w:r>
    </w:p>
    <w:p>
      <w:r>
        <w:rPr>
          <w:b/>
        </w:rPr>
        <w:t xml:space="preserve">[45:32] </w:t>
      </w:r>
      <w:r>
        <w:t>ab in se aap ne yeh le liya writing mein ke tum log ab hamare upar attack nahi karoge. ab khud to attack karna nahi tha rasool Allah ko.</w:t>
      </w:r>
    </w:p>
    <w:p>
      <w:pPr>
        <w:jc w:val="right"/>
      </w:pPr>
      <w:r>
        <w:t>اب ان سے آپ نے یہ لے لیا رائٹنگ میں کہ تم لوگ اب ہمارے اوپر اٹیک نہیں کرو گے۔ اب خود تو اٹیک کرنا نہیں تھا رسول اللہ کو۔</w:t>
      </w:r>
    </w:p>
    <w:p>
      <w:r>
        <w:rPr>
          <w:b/>
        </w:rPr>
        <w:t xml:space="preserve">[45:41] </w:t>
      </w:r>
      <w:r>
        <w:t>to Hudaybiyyah agreement jo tha, woh kya tha? ten years ka no war pact.</w:t>
      </w:r>
    </w:p>
    <w:p>
      <w:pPr>
        <w:jc w:val="right"/>
      </w:pPr>
      <w:r>
        <w:t>تو حدیبیہ ایگریمنٹ جو تھا، وہ کیا تھا؟ ٹین ایئرز کا نو وار پیکٹ۔</w:t>
      </w:r>
    </w:p>
    <w:p>
      <w:r>
        <w:rPr>
          <w:b/>
        </w:rPr>
        <w:t xml:space="preserve">[45:52] </w:t>
      </w:r>
      <w:r>
        <w:t>history bohat hi is mein, yani bohat hi anokhi history yeh hai ke rasool Allah ke jitne companion the, sab is ke khilaf ho gaye ke yeh kya?</w:t>
      </w:r>
    </w:p>
    <w:p>
      <w:pPr>
        <w:jc w:val="right"/>
      </w:pPr>
      <w:r>
        <w:t>ہسٹری بہت ہی اس میں، یعنی بہت ہی انوکھی ہسٹری یہ ہے کہ رسول اللہ کے جتنے کمپینین تھے، سب اس کے خلاف ہو گئے کہ یہ کیا؟</w:t>
      </w:r>
    </w:p>
    <w:p>
      <w:r>
        <w:rPr>
          <w:b/>
        </w:rPr>
        <w:t xml:space="preserve">[46:05] </w:t>
      </w:r>
      <w:r>
        <w:t>yeh kaun si? yeh kaun si agreement hai?</w:t>
      </w:r>
    </w:p>
    <w:p>
      <w:pPr>
        <w:jc w:val="right"/>
      </w:pPr>
      <w:r>
        <w:t>یہ کون سی؟ یہ کون سی ایگریمنٹ ہے؟</w:t>
      </w:r>
    </w:p>
    <w:p>
      <w:r>
        <w:rPr>
          <w:b/>
        </w:rPr>
        <w:t xml:space="preserve">[46:09] </w:t>
      </w:r>
      <w:r>
        <w:t>yeh to zillat ka agreement hai. jo jo chahe history mein parh sakta hai ke log ek dam ghussa ho gaye ke yeh kaun si?</w:t>
      </w:r>
    </w:p>
    <w:p>
      <w:pPr>
        <w:jc w:val="right"/>
      </w:pPr>
      <w:r>
        <w:t>یہ تو ذلت کا ایگریمنٹ ہے۔ جو جو چاہے ہسٹری میں پڑھ سکتا ہے کہ لوگ ایک دم غصہ ہو گئے کہ یہ کون سی؟</w:t>
      </w:r>
    </w:p>
    <w:p>
      <w:r>
        <w:rPr>
          <w:b/>
        </w:rPr>
        <w:t xml:space="preserve">[46:19] </w:t>
      </w:r>
      <w:r>
        <w:t>kaun sa peace treaty hai ke hum hum ko apne neutral, neutral condition par hum sign kar rahe hain?</w:t>
      </w:r>
    </w:p>
    <w:p>
      <w:pPr>
        <w:jc w:val="right"/>
      </w:pPr>
      <w:r>
        <w:t>کون سا پیس ٹریٹی ہے کہ ہم ہم کو اپنے نیوٹرل، نیوٹرل کنڈیشن پر ہم سائن کر رہے ہیں؟</w:t>
      </w:r>
    </w:p>
    <w:p>
      <w:r>
        <w:rPr>
          <w:b/>
        </w:rPr>
        <w:t xml:space="preserve">[46:29] </w:t>
      </w:r>
      <w:r>
        <w:t>lekin rasool Allah ne maan liya is ko aur wapas hue. aur sab log saaron mein the, gham mein the. lekin</w:t>
      </w:r>
    </w:p>
    <w:p>
      <w:pPr>
        <w:jc w:val="right"/>
      </w:pPr>
      <w:r>
        <w:t>لیکن رسول اللہ نے مان لیا اس کو اور واپس ہوئے۔ اور سب لوگ ساروں میں تھے، غم میں تھے۔ لیکن</w:t>
      </w:r>
    </w:p>
    <w:p>
      <w:r>
        <w:rPr>
          <w:b/>
        </w:rPr>
        <w:t xml:space="preserve">[46:37] </w:t>
      </w:r>
      <w:r>
        <w:t>do saal se bhi kam muddat mein kya hua ke sara Arab Islamize ho gaya, yani haar kar ke jeet mil gayi.</w:t>
      </w:r>
    </w:p>
    <w:p>
      <w:pPr>
        <w:jc w:val="right"/>
      </w:pPr>
      <w:r>
        <w:t>دو سال سے بھی کم مدت میں کیا ہوا کہ سارا عرب اسلامائز ہو گیا، یعنی ہار کر کے جیت مل گئی۔</w:t>
      </w:r>
    </w:p>
    <w:p>
      <w:r>
        <w:rPr>
          <w:b/>
        </w:rPr>
        <w:t xml:space="preserve">[46:49] </w:t>
      </w:r>
      <w:r>
        <w:t>woh kaise? ke rasool Allah ne kya kiya? kya strategy li ke wahan par ek woh ban gayi thi, yani ladai ka mahaul ban gaya tha.</w:t>
      </w:r>
    </w:p>
    <w:p>
      <w:pPr>
        <w:jc w:val="right"/>
      </w:pPr>
      <w:r>
        <w:t>وہ کیسے؟ کہ رسول اللہ نے کیا کیا؟ کیا سٹریجی لی کہ وہاں پر ایک وہ بن گئی تھی، یعنی لڑائی کا ماحول بن گیا تھا۔</w:t>
      </w:r>
    </w:p>
    <w:p>
      <w:r>
        <w:rPr>
          <w:b/>
        </w:rPr>
        <w:t xml:space="preserve">[47:03] </w:t>
      </w:r>
      <w:r>
        <w:t>har waqt ladai ki baatein hoti thin, har waqt ladai ki ka dar laga rehta tha. yani state of war qaim thi rasool Allah aur un ke rival group ke beech mein.</w:t>
      </w:r>
    </w:p>
    <w:p>
      <w:pPr>
        <w:jc w:val="right"/>
      </w:pPr>
      <w:r>
        <w:t>ہر وقت لڑائی کی باتیں ہوتی تھیں، ہر وقت لڑائی کی کا ڈر لگا رہتا تھا۔ یعنی سٹیٹ آف وار قائم تھی رسول اللہ اور ان کے رائیول گروپ کے بیچ میں۔</w:t>
      </w:r>
    </w:p>
    <w:p>
      <w:r>
        <w:rPr>
          <w:b/>
        </w:rPr>
        <w:t xml:space="preserve">[47:15] </w:t>
      </w:r>
      <w:r>
        <w:t>to state of war ko khatam kar diya aap ne,</w:t>
      </w:r>
    </w:p>
    <w:p>
      <w:pPr>
        <w:jc w:val="right"/>
      </w:pPr>
      <w:r>
        <w:t>تو اسٹیٹ آف وار کو ختم کر دیا آپ نے،</w:t>
      </w:r>
    </w:p>
    <w:p>
      <w:r>
        <w:rPr>
          <w:b/>
        </w:rPr>
        <w:t xml:space="preserve">[47:20] </w:t>
      </w:r>
      <w:r>
        <w:t>yani peace treaty jo aap ne ki in se, un ki apni condition ko le kar ke. is se yeh mila aap ko ke state of war dono group ke beech mein khatam ho gayi.</w:t>
      </w:r>
    </w:p>
    <w:p>
      <w:pPr>
        <w:jc w:val="right"/>
      </w:pPr>
      <w:r>
        <w:t>یعنی پیس ٹریٹی جو آپ نے کی ان سے، ان کی اپنی کنڈیشن کو لے کر کے۔ اس سے یہ ملا آپ کو کہ اسٹیٹ آف وار دونوں گروپ کے بیچ میں ختم ہوگئی۔</w:t>
      </w:r>
    </w:p>
    <w:p>
      <w:r>
        <w:rPr>
          <w:b/>
        </w:rPr>
        <w:t xml:space="preserve">[47:34] </w:t>
      </w:r>
      <w:r>
        <w:t>ab is ka kya faida hua? aap ko mauqa mila ke apne da'wah work ki re-planning kar saken.</w:t>
      </w:r>
    </w:p>
    <w:p>
      <w:pPr>
        <w:jc w:val="right"/>
      </w:pPr>
      <w:r>
        <w:t>اب اس کا کیا فائدہ ہوا؟ آپ کو موقع ملا کہ اپنے داؤ ورک کی ری پلاننگ کر سکیں۔</w:t>
      </w:r>
    </w:p>
    <w:p>
      <w:r>
        <w:rPr>
          <w:b/>
        </w:rPr>
        <w:t xml:space="preserve">[47:42] </w:t>
      </w:r>
      <w:r>
        <w:t>state of war ki wajah se da'wah work theek se nahi ho raha tha</w:t>
      </w:r>
    </w:p>
    <w:p>
      <w:pPr>
        <w:jc w:val="right"/>
      </w:pPr>
      <w:r>
        <w:t>اسٹیٹ آف وار کی وجہ سے داؤ ورک ٹھیک سے نہیں ہو رہا تھا</w:t>
      </w:r>
    </w:p>
    <w:p>
      <w:r>
        <w:rPr>
          <w:b/>
        </w:rPr>
        <w:t xml:space="preserve">[47:48] </w:t>
      </w:r>
      <w:r>
        <w:t>kyun ke aana jaana band tha, free movement khatam ho gaya tha.</w:t>
      </w:r>
    </w:p>
    <w:p>
      <w:pPr>
        <w:jc w:val="right"/>
      </w:pPr>
      <w:r>
        <w:t>کیونکہ آنا جانا بند تھا، فری موومنٹ ختم ہو گیا تھا۔</w:t>
      </w:r>
    </w:p>
    <w:p>
      <w:r>
        <w:rPr>
          <w:b/>
        </w:rPr>
        <w:t xml:space="preserve">[47:57] </w:t>
      </w:r>
      <w:r>
        <w:t>to state of war ko khatam kar ke aap ne interaction ko barha diya. interaction jo hai, woh ruk gaya tha.</w:t>
      </w:r>
    </w:p>
    <w:p>
      <w:pPr>
        <w:jc w:val="right"/>
      </w:pPr>
      <w:r>
        <w:t>تو اسٹیٹ آف وار کو ختم کر کے آپ نے انٹریکشن کو بڑھا دیا۔ انٹریکشن جو ہے، وہ رک گیا تھا۔</w:t>
      </w:r>
    </w:p>
    <w:p>
      <w:r>
        <w:rPr>
          <w:b/>
        </w:rPr>
        <w:t xml:space="preserve">[48:06] </w:t>
      </w:r>
      <w:r>
        <w:t>aap jante hain ke da'wah work interaction ke through hota hai.</w:t>
      </w:r>
    </w:p>
    <w:p>
      <w:pPr>
        <w:jc w:val="right"/>
      </w:pPr>
      <w:r>
        <w:t>آپ جانتے ہیں کہ دعویٰ ورک انٹریکشن کے تھرو ہوتا ہے۔</w:t>
      </w:r>
    </w:p>
    <w:p>
      <w:r>
        <w:rPr>
          <w:b/>
        </w:rPr>
        <w:t xml:space="preserve">[48:12] </w:t>
      </w:r>
      <w:r>
        <w:t>interaction ka matlab yeh hai ke aap ko apna point batane ka mauqa mile, aap ko discuss karne ka mauqa mile, aap ko dialogue karne ka mauqa mile,</w:t>
      </w:r>
    </w:p>
    <w:p>
      <w:pPr>
        <w:jc w:val="right"/>
      </w:pPr>
      <w:r>
        <w:t>انٹریکشن کا مطلب یہ ہے کہ آپ کو اپنا پوائنٹ بتانے کا موقع ملے، آپ کو ڈسکس کرنے کا موقع ملے، آپ کو ڈائیلاگ کرنے کا موقع ملے،</w:t>
      </w:r>
    </w:p>
    <w:p>
      <w:r>
        <w:rPr>
          <w:b/>
        </w:rPr>
        <w:t xml:space="preserve">[48:24] </w:t>
      </w:r>
      <w:r>
        <w:t>aap ko yeh batane ka mauqa mile ke maine kyun Islam ko ikhtiyar kiya hai, kyun maine is ko sachai ke roop mein discover kiya hai.</w:t>
      </w:r>
    </w:p>
    <w:p>
      <w:pPr>
        <w:jc w:val="right"/>
      </w:pPr>
      <w:r>
        <w:t>آپ کو یہ بتانے کا موقع ملے کہ میں نے کیوں اسلام کو اختیار کیا ہے، کیوں میں نے اس کو سچائی کے روپ میں ڈسکور کیا ہے۔</w:t>
      </w:r>
    </w:p>
    <w:p>
      <w:r>
        <w:rPr>
          <w:b/>
        </w:rPr>
        <w:t xml:space="preserve">[48:33] </w:t>
      </w:r>
      <w:r>
        <w:t>to discussion khatam, dialogue khatam, interaction khatam. yeh tha state of war mein aisa ho gaya tha wahan par aur hota hi hai hamesha aisa.</w:t>
      </w:r>
    </w:p>
    <w:p>
      <w:pPr>
        <w:jc w:val="right"/>
      </w:pPr>
      <w:r>
        <w:t>تو ڈسکشن ختم، ڈائیلاگ ختم، انٹریکشن ختم۔ یہ تھا اسٹیٹ آف وار میں ایسا ہو گیا تھا وہاں پر اور ہوتا ہی ہے ہمیشہ ایسا۔</w:t>
      </w:r>
    </w:p>
    <w:p>
      <w:r>
        <w:rPr>
          <w:b/>
        </w:rPr>
        <w:t xml:space="preserve">[48:44] </w:t>
      </w:r>
      <w:r>
        <w:t>to rasool Allah ne kya kiya ke state of war ko khatam kar ke interaction ko barha diya.</w:t>
      </w:r>
    </w:p>
    <w:p>
      <w:pPr>
        <w:jc w:val="right"/>
      </w:pPr>
      <w:r>
        <w:t>تو رسول اللہ نے کیا کیا کہ اسٹیٹ آف وار کو ختم کر کے انٹریکشن کو بڑھا دیا۔</w:t>
      </w:r>
    </w:p>
    <w:p>
      <w:r>
        <w:rPr>
          <w:b/>
        </w:rPr>
        <w:t xml:space="preserve">[48:53] </w:t>
      </w:r>
      <w:r>
        <w:t>ab kya hua ke Madine ke log Makka jaane lage, Makka ke log Madina aane lage kyun ke aapas mein rishtedariyan thin, sab jaan pehchan thi, koi ajnabi log nahi the yeh.</w:t>
      </w:r>
    </w:p>
    <w:p>
      <w:pPr>
        <w:jc w:val="right"/>
      </w:pPr>
      <w:r>
        <w:t>اب کیا ہوا کہ مدینے کے لوگ مکہ جانے لگے، مکہ کے لوگ مدینہ آنے لگے کیونکہ آپس میں رشتہ داریاں تھیں، سب جان پہچان تھی، کوئی اجنبی لوگ نہیں تھے یہ۔</w:t>
      </w:r>
    </w:p>
    <w:p>
      <w:r>
        <w:rPr>
          <w:b/>
        </w:rPr>
        <w:t xml:space="preserve">[49:07] </w:t>
      </w:r>
      <w:r>
        <w:t>aur doosre tribes jo thay, is mein bhi aana jaana barh gaya. to free discussion honay laga.</w:t>
      </w:r>
    </w:p>
    <w:p>
      <w:pPr>
        <w:jc w:val="right"/>
      </w:pPr>
      <w:r>
        <w:t>اور دوسرے ٹرائبس جو تھے، اس میں بھی آنا جانا بڑھ گیا۔ تو فری ڈسکشن ہونے لگا۔</w:t>
      </w:r>
    </w:p>
    <w:p>
      <w:r>
        <w:rPr>
          <w:b/>
        </w:rPr>
        <w:t xml:space="preserve">[49:16] </w:t>
      </w:r>
      <w:r>
        <w:t>mein aksar kaha karta hoon ke sab se bara, sab se bara advantage Islam ka yeh hai ke Islam aur doosron ke beech mein khula dialogue ho raha ho, khula dialogue, open dialogue.</w:t>
      </w:r>
    </w:p>
    <w:p>
      <w:pPr>
        <w:jc w:val="right"/>
      </w:pPr>
      <w:r>
        <w:t>میں اکثر کہا کرتا ہوں کہ سب سے بڑا، سب سے بڑا ایڈوانٹیج اسلام کا یہ ہے کہ اسلام اور دوسروں کے بیچ میں کھلا ڈائیلاگ ہو رہا ہو، کھلا ڈائیلاگ، اوپن ڈائیلاگ۔</w:t>
      </w:r>
    </w:p>
    <w:p>
      <w:r>
        <w:rPr>
          <w:b/>
        </w:rPr>
        <w:t xml:space="preserve">[49:30] </w:t>
      </w:r>
      <w:r>
        <w:t>sab se bari taqat hai Islam ki ke is ke aur doosron ke beech mein khula dialogue ho raha ho, peaceful dialogue,</w:t>
      </w:r>
    </w:p>
    <w:p>
      <w:pPr>
        <w:jc w:val="right"/>
      </w:pPr>
      <w:r>
        <w:t>سب سے بڑی طاقت ہے اسلام کی کہ اس کے اور دوسروں کے بیچ میں کھلا ڈائیلاگ ہو رہا ہو، پیس فل ڈائیلاگ،</w:t>
      </w:r>
    </w:p>
    <w:p>
      <w:r>
        <w:rPr>
          <w:b/>
        </w:rPr>
        <w:t xml:space="preserve">[49:39] </w:t>
      </w:r>
      <w:r>
        <w:t>normal condition mein, heat nahi, koi ladaai nahi, koi violence nahi, aur aur bilkul dialogue khulay toor par ho raha hai.</w:t>
      </w:r>
    </w:p>
    <w:p>
      <w:pPr>
        <w:jc w:val="right"/>
      </w:pPr>
      <w:r>
        <w:t>نارمل کنڈیشن میں، ہیٹ نہیں، کوئی لڑائی نہیں، کوئی وائیلنس نہیں، اور اور بالکل ڈائیلاگ کھلے طور پر ہو رہا ہے۔</w:t>
      </w:r>
    </w:p>
    <w:p>
      <w:r>
        <w:rPr>
          <w:b/>
        </w:rPr>
        <w:t xml:space="preserve">[49:51] </w:t>
      </w:r>
      <w:r>
        <w:t>sab se bari cheez yeh hai jis ko ke hai, yaani Islam chahta hai.</w:t>
      </w:r>
    </w:p>
    <w:p>
      <w:pPr>
        <w:jc w:val="right"/>
      </w:pPr>
      <w:r>
        <w:t>سب سے بڑی چیز یہ ہے جس کو کہ ہے، یعنی اسلام چاہتا ہے۔</w:t>
      </w:r>
    </w:p>
    <w:p>
      <w:r>
        <w:rPr>
          <w:b/>
        </w:rPr>
        <w:t xml:space="preserve">[50:00] </w:t>
      </w:r>
      <w:r>
        <w:t>to jab free dialogue shuru ho gaya</w:t>
      </w:r>
    </w:p>
    <w:p>
      <w:pPr>
        <w:jc w:val="right"/>
      </w:pPr>
      <w:r>
        <w:t>تو جب فری ڈائیلاگ شروع ہوگیا</w:t>
      </w:r>
    </w:p>
    <w:p>
      <w:r>
        <w:rPr>
          <w:b/>
        </w:rPr>
        <w:t xml:space="preserve">[50:05] </w:t>
      </w:r>
      <w:r>
        <w:t>to aap yeh samajh lijiye ke religion in Islam ka jo belief system hai, winds of God par jo base karta hai.</w:t>
      </w:r>
    </w:p>
    <w:p>
      <w:pPr>
        <w:jc w:val="right"/>
      </w:pPr>
      <w:r>
        <w:t>تو آپ یہ سمجھ لیجئے کہ ریلیجن ان اسلام کا جو بیلیف سسٹم ہے، ونڈس آف گاڈ پر جو بیس کرتا ہے۔</w:t>
      </w:r>
    </w:p>
    <w:p>
      <w:r>
        <w:rPr>
          <w:b/>
        </w:rPr>
        <w:t xml:space="preserve">[50:16] </w:t>
      </w:r>
      <w:r>
        <w:t>to aik taraf tha winds, winds of God par base karnay wala belief system, doosri taraf tha idol worship.</w:t>
      </w:r>
    </w:p>
    <w:p>
      <w:pPr>
        <w:jc w:val="right"/>
      </w:pPr>
      <w:r>
        <w:t>تو ایک طرف تھا ونڈس، ونڈس آف گاڈ پر بیس کرنے والا بیلیف سسٹم، دوسری طرف تھا آئیڈل ورشپ۔</w:t>
      </w:r>
    </w:p>
    <w:p>
      <w:r>
        <w:rPr>
          <w:b/>
        </w:rPr>
        <w:t xml:space="preserve">[50:24] </w:t>
      </w:r>
      <w:r>
        <w:t>aap sochiye ke idol worship aik taraf aur winds of God ka belief system aik taraf. jab dono mein dialogue hoga to kaun jeetay ga, kaun haaray ga?</w:t>
      </w:r>
    </w:p>
    <w:p>
      <w:pPr>
        <w:jc w:val="right"/>
      </w:pPr>
      <w:r>
        <w:t>آپ سوچیے کہ آئیڈل ورشپ ایک طرف اور ونڈس آف گاڈ کا بیلیف سسٹم ایک طرف۔ جب دونوں میں ڈائیلاگ ہوگا تو کون جیتے گا، کون ہارے گا؟</w:t>
      </w:r>
    </w:p>
    <w:p>
      <w:r>
        <w:rPr>
          <w:b/>
        </w:rPr>
        <w:t xml:space="preserve">[50:36] </w:t>
      </w:r>
      <w:r>
        <w:t>khuli hui baat hai. yaani aik taraf woh patharon ko poojtay thay, doosri taraf Khuda ki parastish ki baat honay lagi.</w:t>
      </w:r>
    </w:p>
    <w:p>
      <w:pPr>
        <w:jc w:val="right"/>
      </w:pPr>
      <w:r>
        <w:t>کھلی ہوئی بات ہے۔ یعنی ایک طرف وہ پتھروں کو پوچھتے تھے، دوسری طرف خدا کی پرستش کی بات ہونے لگی۔</w:t>
      </w:r>
    </w:p>
    <w:p>
      <w:r>
        <w:rPr>
          <w:b/>
        </w:rPr>
        <w:t xml:space="preserve">[50:46] </w:t>
      </w:r>
      <w:r>
        <w:t>woh Khuda jis ne itni bari universe ko banaya hai, aur woh but jo aap khud hi talash kar ke rakhtay hain, khud hi kaat ke banatay hain, aur phir us ko jo aaj kaha jata hai ke maan maan to devta pathar, yaani aik pathar hota hai, us ko maan kar ke aap devta bana letay hain.</w:t>
      </w:r>
    </w:p>
    <w:p>
      <w:pPr>
        <w:jc w:val="right"/>
      </w:pPr>
      <w:r>
        <w:t>وہ خدا جس نے اتنی بڑی یونیورس کو بنایا ہے، اور وہ بت جو آپ خود ہی تلاش کر کے رکھتے ہیں، خود ہی کاٹ کے بناتے ہیں، اور پھر اس کو جو آج کہا جاتا ہے کہ مان مانو تو دیوتا پتھر، یعنی ایک پتھر ہوتا ہے، اس کو مان کر کے آپ دیوتا بنا لیتے ہیں۔</w:t>
      </w:r>
    </w:p>
    <w:p>
      <w:r>
        <w:rPr>
          <w:b/>
        </w:rPr>
        <w:t xml:space="preserve">[51:03] </w:t>
      </w:r>
      <w:r>
        <w:t>to aik taraf woh but jo aap ne khud banaye hain, aik taraf woh Khuda jis ne itni bari universe ko banaya hai.</w:t>
      </w:r>
    </w:p>
    <w:p>
      <w:pPr>
        <w:jc w:val="right"/>
      </w:pPr>
      <w:r>
        <w:t>تو ایک طرف وہ بت جو آپ نے خود بنائے ہیں، ایک طرف وہ خدا جس نے اتنی بڑی یونیورس کو بنایا ہے۔</w:t>
      </w:r>
    </w:p>
    <w:p>
      <w:r>
        <w:rPr>
          <w:b/>
        </w:rPr>
        <w:t xml:space="preserve">[51:10] </w:t>
      </w:r>
      <w:r>
        <w:t>jab dono mein dialogue hua to kaun jeetay ga, kaun haaray ga? khuli hui baat hai.</w:t>
      </w:r>
    </w:p>
    <w:p>
      <w:pPr>
        <w:jc w:val="right"/>
      </w:pPr>
      <w:r>
        <w:t>جب دونوں میں ڈائیلاگ ہوا تو کون جیتے گا، کون ہارے گا؟ کھلی ہوئی بات ہے۔</w:t>
      </w:r>
    </w:p>
    <w:p>
      <w:r>
        <w:rPr>
          <w:b/>
        </w:rPr>
        <w:t xml:space="preserve">[51:22] </w:t>
      </w:r>
      <w:r>
        <w:t>to do saal ke andar andar aisa hua ke har taraf Islam phail gaya, har taraf phail gaya Islam,</w:t>
      </w:r>
    </w:p>
    <w:p>
      <w:pPr>
        <w:jc w:val="right"/>
      </w:pPr>
      <w:r>
        <w:t>تو دو سال کے اندر اندر ایسا ہوا کہ ہر طرف اسلام پھیل گیا، ہر طرف پھیل گیا اسلام،</w:t>
      </w:r>
    </w:p>
    <w:p>
      <w:r>
        <w:rPr>
          <w:b/>
        </w:rPr>
        <w:t xml:space="preserve">[51:33] </w:t>
      </w:r>
      <w:r>
        <w:t>yahan tak ke Hudaybiyah jo agreement hua tha, us ke do saal ke andar jab agreement hua to us ko aap aap ke sath hardly dedh hazar aadmi thay, yaani 1400 aadmi,</w:t>
      </w:r>
    </w:p>
    <w:p>
      <w:pPr>
        <w:jc w:val="right"/>
      </w:pPr>
      <w:r>
        <w:t>یہاں تک کہ حدیبیہ جو ایگریمنٹ ہوا تھا، اس کے دو سال کے اندر جب ایگریمنٹ ہوا تو اس کو آپ آپ کے ساتھ ہارڈلی ڈیڑھ ہزار آدمی تھے، یعنی 1400 آدمی،</w:t>
      </w:r>
    </w:p>
    <w:p>
      <w:r>
        <w:rPr>
          <w:b/>
        </w:rPr>
        <w:t xml:space="preserve">[51:48] </w:t>
      </w:r>
      <w:r>
        <w:t>kul 1400 aadmi thay us waqt aap ke sath. us ke baad jab aap ne Makkah ki taraf march kiya hai, Madinah se Makkah ki taraf to aap ke sath 10 tha aadmi thay,</w:t>
      </w:r>
    </w:p>
    <w:p>
      <w:pPr>
        <w:jc w:val="right"/>
      </w:pPr>
      <w:r>
        <w:t>کل 1400 آدمی تھے اس وقت آپ کے ساتھ۔ اس کے بعد جب آپ نے مکے کی طرف مارچ کیا ہے، مدینہ سے مکے کی طرف تو آپ کے ساتھ 10 تھا آدمی تھے،</w:t>
      </w:r>
    </w:p>
    <w:p>
      <w:r>
        <w:rPr>
          <w:b/>
        </w:rPr>
        <w:t xml:space="preserve">[52:00] </w:t>
      </w:r>
      <w:r>
        <w:t>yaani 1400 se barh kar ke 10 tha ho gaye. yeh tha daao work ka miracle, daao work ka miracle.</w:t>
      </w:r>
    </w:p>
    <w:p>
      <w:pPr>
        <w:jc w:val="right"/>
      </w:pPr>
      <w:r>
        <w:t>یعنی 1400 سے بڑھ کر کے 10 تھا ہو گئے۔ یہ تھا داؤ ورک کا میریکل، داؤ ورک کا میریکل۔</w:t>
      </w:r>
    </w:p>
    <w:p>
      <w:r>
        <w:rPr>
          <w:b/>
        </w:rPr>
        <w:t xml:space="preserve">[52:10] </w:t>
      </w:r>
      <w:r>
        <w:t>to yeh Quran mein jo guidance di gayi thi, woh woh re-apply hui hai Japan mein. jo yeh bohat anokhi baat hai yeh, yaani history mein doosri baar agar is ka application hua hai to Japan mein hua hai.</w:t>
      </w:r>
    </w:p>
    <w:p>
      <w:pPr>
        <w:jc w:val="right"/>
      </w:pPr>
      <w:r>
        <w:t>تو یہ قرآن میں جو گائیڈنس دی گئی تھی، وہ وہ ری اپلائی ہوئی ہے جاپان میں۔ جو یہ بہت انوکھی بات ہے یہ، یعنی ہسٹری میں دوسری بار اگر اس کا ایپلیکیشن ہوا ہے تو جاپان میں ہوا ہے۔</w:t>
      </w:r>
    </w:p>
    <w:p>
      <w:r>
        <w:rPr>
          <w:b/>
        </w:rPr>
        <w:t xml:space="preserve">[52:29] </w:t>
      </w:r>
      <w:r>
        <w:t>yaani yahan par Quran ne yeh guidance di ke agar Uhud mein tumhare ho, is se pehle Badr mein woh haar chukay thay, to mamla barabar ho gaya.</w:t>
      </w:r>
    </w:p>
    <w:p>
      <w:pPr>
        <w:jc w:val="right"/>
      </w:pPr>
      <w:r>
        <w:t>یعنی یہاں پر قرآن نے یہ گائیڈنس دی کہ اگر احد میں تمہارے ہو، اس سے پہلے بدر میں وہ ہار چکے تھے، تو معاملہ برابر ہو گیا۔</w:t>
      </w:r>
    </w:p>
    <w:p>
      <w:r>
        <w:rPr>
          <w:b/>
        </w:rPr>
        <w:t xml:space="preserve">[52:39] </w:t>
      </w:r>
      <w:r>
        <w:t>ab chhoro is past ko, future ko le kar planning karo. theek yahi principle apnaya Japan ne ke agar Hiroshima mein hum haaray hain to Pearl Harbor mein woh haar chukay thay.</w:t>
      </w:r>
    </w:p>
    <w:p>
      <w:pPr>
        <w:jc w:val="right"/>
      </w:pPr>
      <w:r>
        <w:t>اب چھوڑو اس پاسٹ کو، فیوچر کو لے کر پلاننگ کرو۔ ٹھیک یہی پرنسپل اپنایا جاپان نے کہ اگر ہروشما میں ہم ہارے ہیں تو پل ہارور میں وہ ہار چکے تھے۔</w:t>
      </w:r>
    </w:p>
    <w:p>
      <w:r>
        <w:rPr>
          <w:b/>
        </w:rPr>
        <w:t xml:space="preserve">[52:56] </w:t>
      </w:r>
      <w:r>
        <w:t>Hiroshima mein hamara nuksan hua hai to Pearl Harbor mein un ka nuksan ho chuka tha, to mamla barabar ho gaya. ab aagay barho. theek yahi situation dobara Muslims aur aur Americans ke beech mein hai ke agar America ne Iraq mein bombardment kiya hai to is se pehle 11 September 2001 ko Musalman New York par bombardment kar chukay thay,</w:t>
      </w:r>
    </w:p>
    <w:p>
      <w:pPr>
        <w:jc w:val="right"/>
      </w:pPr>
      <w:r>
        <w:t>ہروشما میں ہمارا نقصان ہوا ہے تو پل ہارور میں ان کا نقصان ہو چکا تھا، تو معاملہ برابر ہو گیا۔ اب آگے بڑھو۔ ٹھیک یہی سچوئیشن دوبارہ مسلمز اور اور امریکنز کے بیچ میں ہے کہ اگر امریکہ نے عراق میں بمبارڈمنٹ کیا ہے تو اس سے پہلے 11 ستمبر 2001 کو مسلمان نیویارک پر بمبارڈمنٹ کر چکے تھے،</w:t>
      </w:r>
    </w:p>
    <w:p>
      <w:r>
        <w:rPr>
          <w:b/>
        </w:rPr>
        <w:t xml:space="preserve">[53:24] </w:t>
      </w:r>
      <w:r>
        <w:t>yaani hawai jahaz ko takra diya</w:t>
      </w:r>
    </w:p>
    <w:p>
      <w:pPr>
        <w:jc w:val="right"/>
      </w:pPr>
      <w:r>
        <w:t>یعنی ہوائی جہاز کو ٹکرا دیا</w:t>
      </w:r>
    </w:p>
    <w:p>
      <w:r>
        <w:rPr>
          <w:b/>
        </w:rPr>
        <w:t xml:space="preserve">[53:29] </w:t>
      </w:r>
      <w:r>
        <w:t>aur wahan par utha diya unhon ne un ke glory ko utha diya. jo wahan jo tower tha, woh America glory thi. to hum yehi soch dobara chahiye ke hamare andar paida ho ke mamla barabar ho gaya,</w:t>
      </w:r>
    </w:p>
    <w:p>
      <w:pPr>
        <w:jc w:val="right"/>
      </w:pPr>
      <w:r>
        <w:t>اور وہاں پر اٹھا دیا انہوں نے ان کے گلوری کو اٹھا دیا۔ جو وہاں جو ٹاور تھا، وہ امریکہ گلوری تھی۔ تو ہم یہی سوچ دوبارہ چاہیے کہ ہمارے اندر پیدا ہو کہ معاملہ برابر ہو گیا،</w:t>
      </w:r>
    </w:p>
    <w:p>
      <w:r>
        <w:rPr>
          <w:b/>
        </w:rPr>
        <w:t xml:space="preserve">[53:44] </w:t>
      </w:r>
      <w:r>
        <w:t>mamla barabar ho gaya. bhulao past ko, Asia ki baat ko bhool jao, nayi planning karo,</w:t>
      </w:r>
    </w:p>
    <w:p>
      <w:pPr>
        <w:jc w:val="right"/>
      </w:pPr>
      <w:r>
        <w:t>معاملہ برابر ہو گیا۔ بھلاؤ پاسٹ کو، ایشیا کی بات کو بھول جاؤ، نئی پلاننگ کرو،</w:t>
      </w:r>
    </w:p>
    <w:p>
      <w:r>
        <w:rPr>
          <w:b/>
        </w:rPr>
        <w:t xml:space="preserve">[53:54] </w:t>
      </w:r>
      <w:r>
        <w:t>yaani positive buniyadon par nayi planning. to yeh Quran ka principle hai jis ko Rasool Allah ne apply kiya.</w:t>
      </w:r>
    </w:p>
    <w:p>
      <w:pPr>
        <w:jc w:val="right"/>
      </w:pPr>
      <w:r>
        <w:t>یعنی پازیٹیو بنیادوں پر نئی پلاننگ۔ تو یہ قرآن کا پرنسپل ہے جس کو رسول اللہ نے اپلائی کیا۔</w:t>
      </w:r>
    </w:p>
    <w:p>
      <w:r>
        <w:rPr>
          <w:b/>
        </w:rPr>
        <w:t xml:space="preserve">[54:04] </w:t>
      </w:r>
      <w:r>
        <w:t>is principal ko japan ne ikhtiyar kiya aur bohat ziyada kamyab hua ke hiroshima ki royeen se nikal kar ke aaj woh economic superpower ban chuka hai.</w:t>
      </w:r>
    </w:p>
    <w:p>
      <w:pPr>
        <w:jc w:val="right"/>
      </w:pPr>
      <w:r>
        <w:t>اس پرنسپل کو جاپان نے اختیار کیا اور بہت زیادہ کامیاب ہوا کہ ہیروشما کی روئین سے نکل کر کے آج وہ اکنامک سپر پاور بن چکا ہے۔</w:t>
      </w:r>
    </w:p>
    <w:p>
      <w:r>
        <w:rPr>
          <w:b/>
        </w:rPr>
        <w:t xml:space="preserve">[54:16] </w:t>
      </w:r>
      <w:r>
        <w:t>ab zara ghaur kijiye is par</w:t>
      </w:r>
    </w:p>
    <w:p>
      <w:pPr>
        <w:jc w:val="right"/>
      </w:pPr>
      <w:r>
        <w:t>اب ذرا غور کیجئے اس پر</w:t>
      </w:r>
    </w:p>
    <w:p>
      <w:r>
        <w:rPr>
          <w:b/>
        </w:rPr>
        <w:t xml:space="preserve">[54:19] </w:t>
      </w:r>
      <w:r>
        <w:t>ke hiroshima aur nagasaki ki royeen se nikal kar ke aaj japan economic superpower ban chuka hai. aise hi early islam mein hua tha.</w:t>
      </w:r>
    </w:p>
    <w:p>
      <w:pPr>
        <w:jc w:val="right"/>
      </w:pPr>
      <w:r>
        <w:t>کہ ہیروشما اور ناگاسکی کی روئین سے نکل کر کے آج جاپان اکنامک سپر پاور بن چکا ہے۔ ایسے ہی ارلی اسلام میں ہوا تھا۔</w:t>
      </w:r>
    </w:p>
    <w:p>
      <w:r>
        <w:rPr>
          <w:b/>
        </w:rPr>
        <w:t xml:space="preserve">[54:31] </w:t>
      </w:r>
      <w:r>
        <w:t>ab isi ko mein samajhta hoon ke musalman teesri baar is ko dohraein.</w:t>
      </w:r>
    </w:p>
    <w:p>
      <w:pPr>
        <w:jc w:val="right"/>
      </w:pPr>
      <w:r>
        <w:t>اب اسی کو میں سمجھتا ہوں کہ مسلمان تیسری بار اس کو دہرائیں۔</w:t>
      </w:r>
    </w:p>
    <w:p>
      <w:r>
        <w:rPr>
          <w:b/>
        </w:rPr>
        <w:t xml:space="preserve">[54:37] </w:t>
      </w:r>
      <w:r>
        <w:t>wo keh sakein ke agar america ne iraq par bombardment kar ke nuqsan pohanchaya iraq ko to hum bhi is se pehle new york mein bombardment kar chuke the, hawai jahaz ko takra kar ke hum ne un ke, yani poore tower of glory ko tabah kar diya tha.</w:t>
      </w:r>
    </w:p>
    <w:p>
      <w:pPr>
        <w:jc w:val="right"/>
      </w:pPr>
      <w:r>
        <w:t>وہ کہہ سکیں کہ اگر امریکہ نے عراق پر بمبارڈمنٹ کر کے نقصان پہنچایا عراق کو تو ہم بھی اس سے پہلے نیویارک میں بمبارڈمنٹ کر چکے تھے، ہوائی جہاز کو ٹکرا کر کے ہم نے ان کے، یعنی پورے ٹاور آف گلوری کو تباہ کر دیا تھا۔</w:t>
      </w:r>
    </w:p>
    <w:p>
      <w:r>
        <w:rPr>
          <w:b/>
        </w:rPr>
        <w:t xml:space="preserve">[54:57] </w:t>
      </w:r>
      <w:r>
        <w:t>to muamla barabar ho gaya. yeh agar soch ubhre to kya hoga?</w:t>
      </w:r>
    </w:p>
    <w:p>
      <w:pPr>
        <w:jc w:val="right"/>
      </w:pPr>
      <w:r>
        <w:t>تو معاملہ برابر ہو گیا۔ یہ اگر سوچ ابھرے تو کیا ہوگا؟</w:t>
      </w:r>
    </w:p>
    <w:p>
      <w:r>
        <w:rPr>
          <w:b/>
        </w:rPr>
        <w:t xml:space="preserve">[55:04] </w:t>
      </w:r>
      <w:r>
        <w:t>wo jo kaha hai saddam husain ne ke ke nafrat chodo, hate chodo, kyun? hate ki wajah se tumhare mind ke khirkiyan sab band hain do sau saal se.</w:t>
      </w:r>
    </w:p>
    <w:p>
      <w:pPr>
        <w:jc w:val="right"/>
      </w:pPr>
      <w:r>
        <w:t>وہ جو کہا ہے صدام حسین نے کہ کہ نفرت چھوڑو، ہیٹ چھوڑو، کیوں؟ ہیٹ کی وجہ سے تمہارے مائنڈ کے کھڑکیاں سب بند ہیں دو سو سال سے۔</w:t>
      </w:r>
    </w:p>
    <w:p>
      <w:r>
        <w:rPr>
          <w:b/>
        </w:rPr>
        <w:t xml:space="preserve">[55:22] </w:t>
      </w:r>
      <w:r>
        <w:t>yani hate mein musalman pad gaye western ke khilaf, western nations ke khilaf do sau saal se.</w:t>
      </w:r>
    </w:p>
    <w:p>
      <w:pPr>
        <w:jc w:val="right"/>
      </w:pPr>
      <w:r>
        <w:t>یعنی ہیٹ میں مسلمان پڑ گئے ویسٹرن کے خلاف، ویسٹرن نیشنز کے خلاف دو سو سال سے۔</w:t>
      </w:r>
    </w:p>
    <w:p>
      <w:r>
        <w:rPr>
          <w:b/>
        </w:rPr>
        <w:t xml:space="preserve">[55:32] </w:t>
      </w:r>
      <w:r>
        <w:t>yani american se nafrat, european se nafrat, yahudion se nafrat. to is nafrat ne do sau saal se musalmanon ke mind ki tamam windows band kar rakhi hain.</w:t>
      </w:r>
    </w:p>
    <w:p>
      <w:pPr>
        <w:jc w:val="right"/>
      </w:pPr>
      <w:r>
        <w:t>یعنی امریکن سے نفرت، یورپین سے نفرت، یہودیوں سے نفرت۔ تو اس نفرت نے دو سو سال سے مسلمانوں کے مائنڈ کی تمام ونڈوز بند کر رکھی ہیں۔</w:t>
      </w:r>
    </w:p>
    <w:p>
      <w:r>
        <w:rPr>
          <w:b/>
        </w:rPr>
        <w:t xml:space="preserve">[55:46] </w:t>
      </w:r>
      <w:r>
        <w:t>thinking process ruka hua hai.</w:t>
      </w:r>
    </w:p>
    <w:p>
      <w:pPr>
        <w:jc w:val="right"/>
      </w:pPr>
      <w:r>
        <w:t>تھنکنگ پروسیس رکا ہوا ہے۔</w:t>
      </w:r>
    </w:p>
    <w:p>
      <w:r>
        <w:rPr>
          <w:b/>
        </w:rPr>
        <w:t xml:space="preserve">[55:51] </w:t>
      </w:r>
      <w:r>
        <w:t>is ki wajah se un ki samajh mein aata hai karein kya? planning karne ki zaroorat hai ke aap ka mind khula hua ho, thinking process chal raha ho aap ke mind mein,</w:t>
      </w:r>
    </w:p>
    <w:p>
      <w:pPr>
        <w:jc w:val="right"/>
      </w:pPr>
      <w:r>
        <w:t>اس کی وجہ سے ان کی سمجھ میں آتا ہے کریں کیا؟ پلاننگ کرنے کی ضروری ہے کہ آپ کا مائنڈ کھلا ہوا ہو، تھنکنگ پروسیس چل رہا ہو آپ کے مائنڈ میں،</w:t>
      </w:r>
    </w:p>
    <w:p>
      <w:r>
        <w:rPr>
          <w:b/>
        </w:rPr>
        <w:t xml:space="preserve">[56:01] </w:t>
      </w:r>
      <w:r>
        <w:t>positive way mein aap soch paate hon. lekin jab hate jo hai yeh saare process ko band kar de to aap planning kaise karenge?</w:t>
      </w:r>
    </w:p>
    <w:p>
      <w:pPr>
        <w:jc w:val="right"/>
      </w:pPr>
      <w:r>
        <w:t>پازیٹیو وے میں آپ سوچ پاتے ہوں۔ لیکن جب ہیٹ جو ہے یہ سارے پروسیس کو بند کر دے تو آپ پلاننگ کیسے کریں گے؟</w:t>
      </w:r>
    </w:p>
    <w:p>
      <w:r>
        <w:rPr>
          <w:b/>
        </w:rPr>
        <w:t xml:space="preserve">[56:10] </w:t>
      </w:r>
      <w:r>
        <w:t>aap ki planning kabhi sahi ho hi nahi sakti hai, impossible hai ke aap ki planning sahi ho.</w:t>
      </w:r>
    </w:p>
    <w:p>
      <w:pPr>
        <w:jc w:val="right"/>
      </w:pPr>
      <w:r>
        <w:t>آپ کی پلاننگ کبھی صحیح ہو ہی نہیں سکتی ہے، امپاسیبل ہے کہ آپ کی پلاننگ صحیح ہو۔</w:t>
      </w:r>
    </w:p>
    <w:p>
      <w:r>
        <w:rPr>
          <w:b/>
        </w:rPr>
        <w:t xml:space="preserve">[56:18] </w:t>
      </w:r>
      <w:r>
        <w:t>to mein samajhta hoon ke aakhri waqt aa gaya hai ke musalman is is soch ko badlein aur positive thinking laein apne andar aur history ek nayi history banayein, nayi history banayein.</w:t>
      </w:r>
    </w:p>
    <w:p>
      <w:pPr>
        <w:jc w:val="right"/>
      </w:pPr>
      <w:r>
        <w:t>تو میں سمجھتا ہوں کہ آخری وقت آ گیا ہے کہ مسلمان اس اس سوچ کو بدلیں اور پازیٹیو تھنکنگ لائیں اپنے اندر اور ہسٹری ایک نئی ہسٹری بنائیں، نئی ہسٹری بنائیں۔</w:t>
      </w:r>
    </w:p>
    <w:p>
      <w:r>
        <w:rPr>
          <w:b/>
        </w:rPr>
        <w:t xml:space="preserve">[56:35] </w:t>
      </w:r>
      <w:r>
        <w:t>dekhiye, wahan yahan par yeh kehna chahunga ke sab se bari cheez hai thinking, sab se bari cheez hai thinking.</w:t>
      </w:r>
    </w:p>
    <w:p>
      <w:pPr>
        <w:jc w:val="right"/>
      </w:pPr>
      <w:r>
        <w:t>دیکھیے، وہاں یہاں پر یہ کہنا چاہوں گا کہ سب سے بڑی چیز ہے تھنکنگ، سب سے بڑی چیز ہے تھنکنگ۔</w:t>
      </w:r>
    </w:p>
    <w:p>
      <w:r>
        <w:rPr>
          <w:b/>
        </w:rPr>
        <w:t xml:space="preserve">[56:46] </w:t>
      </w:r>
      <w:r>
        <w:t>thinking se jeet hoti hai, thinking izhaar hoti hai, thinking se progress hoti hai aur thinking hi se aadmi ki progress ruk jati hai.</w:t>
      </w:r>
    </w:p>
    <w:p>
      <w:pPr>
        <w:jc w:val="right"/>
      </w:pPr>
      <w:r>
        <w:t>تھنکنگ سے جیت ہوتی ہے، تھنکنگ اظہار ہوتی ہے، تھنکنگ سے پروگریس ہوتی ہے اور تھنکنگ ہی سے آدمی کی پروگریس رک جاتی ہے۔</w:t>
      </w:r>
    </w:p>
    <w:p>
      <w:r>
        <w:rPr>
          <w:b/>
        </w:rPr>
        <w:t xml:space="preserve">[56:58] </w:t>
      </w:r>
      <w:r>
        <w:t>to soch ke level par badqismati se aaj sari duniya mein intellectual poverty ka zamana aa gaya hai. log soch nahi paate, khud musalmanon hi ki baat nahi hai, poori duniya mein intellectual poverty ka zamana hai.</w:t>
      </w:r>
    </w:p>
    <w:p>
      <w:pPr>
        <w:jc w:val="right"/>
      </w:pPr>
      <w:r>
        <w:t>تو سوچ کے لیول پر بدقسمتی سے آج ساری دنیا میں انٹلیکچول پاورٹی کا زمانہ آ گیا ہے۔ لوگ سوچ نہیں پاتے، خود مسلمانوں ہی کی بات نہیں ہے، پوری دنیا میں انٹلیکچول پاورٹی کا زمانہ ہے۔</w:t>
      </w:r>
    </w:p>
    <w:p>
      <w:r>
        <w:rPr>
          <w:b/>
        </w:rPr>
        <w:t xml:space="preserve">[57:15] </w:t>
      </w:r>
      <w:r>
        <w:t>sab jagah soch ruki hui hai, thinking process yani positive way mein thinking process ruka hua hai. abhi dekhiye, mein aap ko ek example deta hoon intellectual poverty ka.</w:t>
      </w:r>
    </w:p>
    <w:p>
      <w:pPr>
        <w:jc w:val="right"/>
      </w:pPr>
      <w:r>
        <w:t>سب جگہ سوچ رکی ہوئی ہے، تھنکنگ پروسیس یعنی پازیٹیو وے میں تھنکنگ پروسیس رکا ہوا ہے۔ ابھی دیکھیے، میں آپ کو ایک ایگزامپل دیتا ہوں انٹلیکچول پاورٹی کا۔</w:t>
      </w:r>
    </w:p>
    <w:p>
      <w:r>
        <w:rPr>
          <w:b/>
        </w:rPr>
        <w:t xml:space="preserve">[57:34] </w:t>
      </w:r>
      <w:r>
        <w:t>abhi jaldi hi dilli mein ek bohat bari international conference hui, dilli mein ek international conference hui.</w:t>
      </w:r>
    </w:p>
    <w:p>
      <w:pPr>
        <w:jc w:val="right"/>
      </w:pPr>
      <w:r>
        <w:t>ابھی جلدی ہی دلی میں ایک بہت بڑی انٹرنیشنل کانفرنس ہوئی، دلی میں ایک انٹرنیشنل کانفرنس ہوئی۔</w:t>
      </w:r>
    </w:p>
    <w:p>
      <w:r>
        <w:rPr>
          <w:b/>
        </w:rPr>
        <w:t xml:space="preserve">[57:46] </w:t>
      </w:r>
      <w:r>
        <w:t>is ka topic kya tha? power to the powerless, power to the powerless.</w:t>
      </w:r>
    </w:p>
    <w:p>
      <w:pPr>
        <w:jc w:val="right"/>
      </w:pPr>
      <w:r>
        <w:t>اس کا ٹاپک کیا تھا؟ پاور ٹو دا پاور لیس، پاور ٹو دا پاور لیس۔</w:t>
      </w:r>
    </w:p>
    <w:p>
      <w:r>
        <w:rPr>
          <w:b/>
        </w:rPr>
        <w:t xml:space="preserve">[57:57] </w:t>
      </w:r>
      <w:r>
        <w:t>matlab yeh dalil jo hain, wo jo musalman jo hain, jo weaker section of society jinhein kaha jata hai, yeh log jo hain, yeh powerless hain, in ko in ko empower karo.</w:t>
      </w:r>
    </w:p>
    <w:p>
      <w:pPr>
        <w:jc w:val="right"/>
      </w:pPr>
      <w:r>
        <w:t>مطلب یہ دلیل جو ہیں، وہ جو مسلمان جو ہیں، جو ویکر سیکشن آف سوسائٹی جنہیں کہا جاتا ہے، یہ لوگ جو ہیں، یہ پاور لیس ہیں، ان کو ان کو ایمپاور کرو۔</w:t>
      </w:r>
    </w:p>
    <w:p>
      <w:r>
        <w:rPr>
          <w:b/>
        </w:rPr>
        <w:t xml:space="preserve">[58:09] </w:t>
      </w:r>
      <w:r>
        <w:t>to power to the powerless mein</w:t>
      </w:r>
    </w:p>
    <w:p>
      <w:pPr>
        <w:jc w:val="right"/>
      </w:pPr>
      <w:r>
        <w:t>تو پاور ٹو دا پاور لیس میں</w:t>
      </w:r>
    </w:p>
    <w:p>
      <w:r>
        <w:rPr>
          <w:b/>
        </w:rPr>
        <w:t xml:space="preserve">[58:12] </w:t>
      </w:r>
      <w:r>
        <w:t>samajhta hoon ke yeh intellectual poverty ka ek misaal hai. aap ko maloom hai ke marx ke zamane mein ek kitab chhapi thi, philosophy of poverty, philosophy of poverty.</w:t>
      </w:r>
    </w:p>
    <w:p>
      <w:pPr>
        <w:jc w:val="right"/>
      </w:pPr>
      <w:r>
        <w:t>سمجھتا ہوں کہ یہ انٹلیکچول پاورٹی کا ایک مثال ہے۔ آپ کو معلوم ہے کہ مارکس کے زمانے میں ایک کتاب چھپی تھی، فلاسفی آف پاورٹی، فلاسفی آف پاورٹی۔</w:t>
      </w:r>
    </w:p>
    <w:p>
      <w:r>
        <w:rPr>
          <w:b/>
        </w:rPr>
        <w:t xml:space="preserve">[58:28] </w:t>
      </w:r>
      <w:r>
        <w:t>to marx ne ek kitab likhi hai is ke jawab mein ke poverty of philosophy, poverty of philosophy.</w:t>
      </w:r>
    </w:p>
    <w:p>
      <w:pPr>
        <w:jc w:val="right"/>
      </w:pPr>
      <w:r>
        <w:t>تو مارکس نے ایک کتاب لکھی ہے اس کے جواب میں کہ پاورٹی آف فلاسفی، پاورٹی آف فلاسفی۔</w:t>
      </w:r>
    </w:p>
    <w:p>
      <w:r>
        <w:rPr>
          <w:b/>
        </w:rPr>
        <w:t xml:space="preserve">[58:38] </w:t>
      </w:r>
      <w:r>
        <w:t>to wahi mein kahunga ke poverty of intellectuals. log soch nahi paate.</w:t>
      </w:r>
    </w:p>
    <w:p>
      <w:pPr>
        <w:jc w:val="right"/>
      </w:pPr>
      <w:r>
        <w:t>تو وہی میں کہوں گا کہ پاورٹی آف انٹلیکچولز۔ لوگ سوچ نہیں پاتے۔</w:t>
      </w:r>
    </w:p>
    <w:p>
      <w:r>
        <w:rPr>
          <w:b/>
        </w:rPr>
        <w:t xml:space="preserve">[58:47] </w:t>
      </w:r>
      <w:r>
        <w:t>dekhiye, yeh jo hai ke ek bohat hi well known ek ek ek saying hai ke Mr. so and so was born with a silvery spoon in his mouth.</w:t>
      </w:r>
    </w:p>
    <w:p>
      <w:pPr>
        <w:jc w:val="right"/>
      </w:pPr>
      <w:r>
        <w:t>دیکھیے، یہ جو ہے کہ ایک بہت ہی ویل نون ایک ایک ایک سینگ ہے کہ مسٹر سو اینڈ سو واز بورن ود اے سلوری سپون ان ہز ماؤتھ۔</w:t>
      </w:r>
    </w:p>
    <w:p>
      <w:r>
        <w:rPr>
          <w:b/>
        </w:rPr>
        <w:t xml:space="preserve">[59:04] </w:t>
      </w:r>
      <w:r>
        <w:t>main kehta hoon ke har aadmi silvery spoon kya, yaani himalayan stone, yaani is se bari cheez le kar paida hota hai, woh hai brain.</w:t>
      </w:r>
    </w:p>
    <w:p>
      <w:pPr>
        <w:jc w:val="right"/>
      </w:pPr>
      <w:r>
        <w:t>میں کہتا ہوں کہ ہر آدمی سلوری سپون کیا، یعنی ہمالی سٹون، یعنی اس سے بڑی چیز لے کر پیدا ہوتا ہے، وہ ہے برین۔</w:t>
      </w:r>
    </w:p>
    <w:p>
      <w:r>
        <w:rPr>
          <w:b/>
        </w:rPr>
        <w:t xml:space="preserve">[59:14] </w:t>
      </w:r>
      <w:r>
        <w:t>koi ek aadmi hoga jo kisi rich aadmi ghar mein paida ho to aap kahein ke yeh silver spoon le kar paida hua. lekin Khuda ki taraf se, nature ki taraf se, creator ki taraf se to har aadmi ek ek brain le ke, ek mind le kar paida ho raha hai.</w:t>
      </w:r>
    </w:p>
    <w:p>
      <w:pPr>
        <w:jc w:val="right"/>
      </w:pPr>
      <w:r>
        <w:t>کوئی ایک آدمی ہوگا جو کسی رچ آدمی گھر میں پیدا ہو تو آپ کہیں کہ یہ سلور سپون لے کر پیدا ہوا۔ لیکن خدا کی طرف سے، نیچر کی طرف سے، کریٹر کی طرف سے تو ہر آدمی ایک ایک برین لے کے، ایک مائنڈ لے کر پیدا ہو رہا ہے۔</w:t>
      </w:r>
    </w:p>
    <w:p>
      <w:r>
        <w:rPr>
          <w:b/>
        </w:rPr>
        <w:t xml:space="preserve">[59:28] </w:t>
      </w:r>
      <w:r>
        <w:t>yeh mind jo hai itna bara hai ke billion billion golden spoon bhi is se bhi zyada bara hai. woh</w:t>
      </w:r>
    </w:p>
    <w:p>
      <w:pPr>
        <w:jc w:val="right"/>
      </w:pPr>
      <w:r>
        <w:t>یہ مائنڈ جو ہے اتنا بڑا ہے کہ بلین بلین گولڈن سپون بھی اس سے بھی زیادہ بڑا ہے۔ وہ</w:t>
      </w:r>
    </w:p>
    <w:p>
      <w:r>
        <w:rPr>
          <w:b/>
        </w:rPr>
        <w:t xml:space="preserve">[59:38] </w:t>
      </w:r>
      <w:r>
        <w:t>to every human being is born with the golden brain, himalayan brain. to yeh jo aap ka mind hai, is ko aap use kijiye.</w:t>
      </w:r>
    </w:p>
    <w:p>
      <w:pPr>
        <w:jc w:val="right"/>
      </w:pPr>
      <w:r>
        <w:t>تو ایوری ہیومن بینگ از بورن ود دا گولڈن برین، ہمالین برین۔ تو یہ جو آپ کا مائنڈ ہے، اس کو آپ یوز کیجئے۔</w:t>
      </w:r>
    </w:p>
    <w:p>
      <w:r>
        <w:rPr>
          <w:b/>
        </w:rPr>
        <w:t xml:space="preserve">[59:55] </w:t>
      </w:r>
      <w:r>
        <w:t>is ek woh ek ek ek bohat hi bhi bari opportunity le kar aata hai, aap le kar aate hain, aap is ko avail kijiye.</w:t>
      </w:r>
    </w:p>
    <w:p>
      <w:pPr>
        <w:jc w:val="right"/>
      </w:pPr>
      <w:r>
        <w:t>اس ایک وہ ایک ایک ایک بہت ہی بھی بڑی اپرچونیٹی لے کر آتا ہے، آپ لے کر آتے ہیں، آپ اس کو اویل کیجئے۔</w:t>
      </w:r>
    </w:p>
    <w:p>
      <w:r>
        <w:rPr>
          <w:b/>
        </w:rPr>
        <w:t xml:space="preserve">[1:00:08] </w:t>
      </w:r>
      <w:r>
        <w:t>to main samajhta hoon ke power to the powerless se zyada acha yeh hoga: wisdom to the wisdom less, wisdom to the wisdom less.</w:t>
      </w:r>
    </w:p>
    <w:p>
      <w:pPr>
        <w:jc w:val="right"/>
      </w:pPr>
      <w:r>
        <w:t>تو میں سمجھتا ہوں کہ پاور ٹو دا پاور ٹو دا پاور لیس سے زیادہ اچھا یہ ہوگا: وزڈم ٹو دا وزڈم لیس، وزڈم ٹو دا وزڈم لیس۔</w:t>
      </w:r>
    </w:p>
    <w:p>
      <w:r>
        <w:rPr>
          <w:b/>
        </w:rPr>
        <w:t xml:space="preserve">[1:00:19] </w:t>
      </w:r>
      <w:r>
        <w:t>logon ko wisdom di jaye. main aap ko ek example deta hoon.</w:t>
      </w:r>
    </w:p>
    <w:p>
      <w:pPr>
        <w:jc w:val="right"/>
      </w:pPr>
      <w:r>
        <w:t>لوگوں کو وزڈم دی جائے۔ میں آپ کو ایک ایگزامپل دیتا ہوں۔</w:t>
      </w:r>
    </w:p>
    <w:p>
      <w:r>
        <w:rPr>
          <w:b/>
        </w:rPr>
        <w:t xml:space="preserve">[1:00:24] </w:t>
      </w:r>
      <w:r>
        <w:t>dekhiye, India ka example deta hoon aap ko. Dr. C.V. Raman, Dr. C.V. Raman</w:t>
      </w:r>
    </w:p>
    <w:p>
      <w:pPr>
        <w:jc w:val="right"/>
      </w:pPr>
      <w:r>
        <w:t>دیکھیے، انڈیا کا ایگزامپل دیتا ہوں آپ کو۔ ڈاکٹر سی وی رمن، ڈاکٹر سی وی رمن</w:t>
      </w:r>
    </w:p>
    <w:p>
      <w:r>
        <w:rPr>
          <w:b/>
        </w:rPr>
        <w:t xml:space="preserve">[1:00:36] </w:t>
      </w:r>
      <w:r>
        <w:t>ko Nobel Prize mila 1930 mein. woh un woh international jo list hai eminent scientist ki, us mein un ka naam shamil kiya gaya.</w:t>
      </w:r>
    </w:p>
    <w:p>
      <w:pPr>
        <w:jc w:val="right"/>
      </w:pPr>
      <w:r>
        <w:t>کو نوبل پرائز ملا 1930 میں۔ وہ ان وہ انٹرنیشنل جو لسٹ ہے امینین سائنٹسٹ کی، اس میں ان کا نام شامل کیا گیا۔</w:t>
      </w:r>
    </w:p>
    <w:p>
      <w:r>
        <w:rPr>
          <w:b/>
        </w:rPr>
        <w:t xml:space="preserve">[1:00:54] </w:t>
      </w:r>
      <w:r>
        <w:t>woh ek bare aadmi ghar se maray. jab jab woh maray to halanke woh ek powerless family mein paida hue thay, poor family mein.</w:t>
      </w:r>
    </w:p>
    <w:p>
      <w:pPr>
        <w:jc w:val="right"/>
      </w:pPr>
      <w:r>
        <w:t>وہ ایک بڑے آدمی گھر سے مرے۔ جب جب وہ مرے تو حالانکہ وہ ایک پاور لیس فیملی میں پیدا ہوئے تھے، پور فیملی میں۔</w:t>
      </w:r>
    </w:p>
    <w:p>
      <w:r>
        <w:rPr>
          <w:b/>
        </w:rPr>
        <w:t xml:space="preserve">[1:01:04] </w:t>
      </w:r>
      <w:r>
        <w:t>yaani jab woh paida hue to woh powerless thay, lekin phir woh powerful ban gaye. kisi reservation ke baghair, kisi relief ke baghair, kaise apne mind ko avail kiya unhone?</w:t>
      </w:r>
    </w:p>
    <w:p>
      <w:pPr>
        <w:jc w:val="right"/>
      </w:pPr>
      <w:r>
        <w:t>یعنی جب وہ پیدا ہوئے تو وہ پاور لیس تھے، لیکن پھر وہ پاور فل بن گئے۔ کسی ریزرویشن کے بغیر، کسی ریلیف کے بغیر، کیسے اپنے مائنڈ کو اویل کیا انہوں نے؟</w:t>
      </w:r>
    </w:p>
    <w:p>
      <w:r>
        <w:rPr>
          <w:b/>
        </w:rPr>
        <w:t xml:space="preserve">[1:01:17] </w:t>
      </w:r>
      <w:r>
        <w:t>abhi jo baat ho rahi hai, power to the powerless, yaani matlab un ko sahara do, un ko help pahunchao, un ko reservation do,</w:t>
      </w:r>
    </w:p>
    <w:p>
      <w:pPr>
        <w:jc w:val="right"/>
      </w:pPr>
      <w:r>
        <w:t>ابھی جو بات ہو رہی ہے، پاور ٹو دا پاور لیس، یعنی مطلب ان کو سہائدہ دو، ان کو ہیلپ پہنچاؤ، ان کو ریزرویشن دو،</w:t>
      </w:r>
    </w:p>
    <w:p>
      <w:r>
        <w:rPr>
          <w:b/>
        </w:rPr>
        <w:t xml:space="preserve">[1:01:23] </w:t>
      </w:r>
      <w:r>
        <w:t>kuch nahi. aap insaan ko mauqa dein ke apne mind ko woh avail kar sake.</w:t>
      </w:r>
    </w:p>
    <w:p>
      <w:pPr>
        <w:jc w:val="right"/>
      </w:pPr>
      <w:r>
        <w:t>کچھ نہیں۔ آپ انسان کو موقع دیے کہ اپنے مائنڈ کو وہ اویل کر سکے۔</w:t>
      </w:r>
    </w:p>
    <w:p>
      <w:r>
        <w:rPr>
          <w:b/>
        </w:rPr>
        <w:t xml:space="preserve">[1:01:32] </w:t>
      </w:r>
      <w:r>
        <w:t>empowerment sab ka sab se bara woh item yeh hai ke aap aadmi ko mauqa dein ke apne mind ko avail kar sake. woh is se bari cheez koi kuch nahi hai insaan ke paas.</w:t>
      </w:r>
    </w:p>
    <w:p>
      <w:pPr>
        <w:jc w:val="right"/>
      </w:pPr>
      <w:r>
        <w:t>ایمپاورمنٹ سب کا سب سے بڑا وہ آئٹم یہ ہے کہ آپ آدمی کو موقع دیں کہ اپنے مائنڈ کو اویل کر سکے۔ وہ اس سے بڑی چیز کوئی کچھ نہیں ہے انسان کے پاس۔</w:t>
      </w:r>
    </w:p>
    <w:p>
      <w:r>
        <w:rPr>
          <w:b/>
        </w:rPr>
        <w:t xml:space="preserve">[1:01:46] </w:t>
      </w:r>
      <w:r>
        <w:t>to is tarah aap dekhiye, Dr. Ambedkar ek poor family mein paida hui, poor family mein. lekin aap jante hain ke wahi aadmi constitution of India ko likha, us ne jab woh mara to India ka ek bara aadmi ban chuka tha.</w:t>
      </w:r>
    </w:p>
    <w:p>
      <w:pPr>
        <w:jc w:val="right"/>
      </w:pPr>
      <w:r>
        <w:t>تو اس طرح آپ دیکھیے، ڈاکٹر امبیدکر ایک پور فیملی میں پیدا ہوئی، پور فیملی میں۔ لیکن آپ جانتے ہیں کہ وہی آدمی کانسیس آف انڈیا کو لکھا، اس نے جب وہ مرا تو انڈیا کا ایک بڑا آدمی بن چکا تھا۔</w:t>
      </w:r>
    </w:p>
    <w:p>
      <w:r>
        <w:rPr>
          <w:b/>
        </w:rPr>
        <w:t xml:space="preserve">[1:02:02] </w:t>
      </w:r>
      <w:r>
        <w:t>woh to poor family mein paida ho kar ke itna bara darja us ne hasil kiya. hamare jo president sahab hain, Dr. Abdul Kalam, woh bhi ek poor family mein paida hui.</w:t>
      </w:r>
    </w:p>
    <w:p>
      <w:pPr>
        <w:jc w:val="right"/>
      </w:pPr>
      <w:r>
        <w:t>وہ تو پور فیملی میں پیدا ہو کر کے اتنا بڑا درجہ اس نے حاصل کیا۔ ہمارے جو پریزیڈنٹ صاحب ہیں، ڈاکٹر عبدالکلام، وہ بھی ایک پور فیملی میں پیدا ہوئی۔</w:t>
      </w:r>
    </w:p>
    <w:p>
      <w:r>
        <w:rPr>
          <w:b/>
        </w:rPr>
        <w:t xml:space="preserve">[1:02:14] </w:t>
      </w:r>
      <w:r>
        <w:t>school ki fees dene ke liye un ke paas paisa nahi tha, un ki un ki family ke paas. aaj jo hai highest job, jo hai highest seat, jo hai hamare desh mein president of India, us ko woh occupy kiye hue hain.</w:t>
      </w:r>
    </w:p>
    <w:p>
      <w:pPr>
        <w:jc w:val="right"/>
      </w:pPr>
      <w:r>
        <w:t>اسکول کی فیس دینے کے لیے ان کے پاس پیسہ نہیں تھا، ان کی ان کی فیملی کے پاس۔ آج جو ہے ہائیسٹ جاب، جو ہے ہائیسٹ سیٹ، جو ہے ہمارے دیش میں پریزیڈنٹ آف انڈیا، اس کو وہ اکوپائی کیے ہوئے ہیں۔</w:t>
      </w:r>
    </w:p>
    <w:p>
      <w:r>
        <w:rPr>
          <w:b/>
        </w:rPr>
        <w:t xml:space="preserve">[1:02:28] </w:t>
      </w:r>
      <w:r>
        <w:t>to main samajhta hoon ke yeh dichotomy galat hai. power aur powerless ki dichotomy galat hai. yeh power aur powerless ya have the have nots, yeh dichotomy galat hai.</w:t>
      </w:r>
    </w:p>
    <w:p>
      <w:pPr>
        <w:jc w:val="right"/>
      </w:pPr>
      <w:r>
        <w:t>تو میں سمجھتا ہوں کہ یہ ڈائیکاٹمی غلط ہے۔ پاور اور پاور لیس کی ڈائیکاٹمی غلط ہے۔ یہ پاور اور پاور لیس یا ہیو دا ہیو ناٹس، یہ ڈائیکاٹمی غلط ہے۔</w:t>
      </w:r>
    </w:p>
    <w:p>
      <w:r>
        <w:rPr>
          <w:b/>
        </w:rPr>
        <w:t xml:space="preserve">[1:02:40] </w:t>
      </w:r>
      <w:r>
        <w:t>main samajhta hoon ke jo sahi dichotomy hai, woh kya hai?</w:t>
      </w:r>
    </w:p>
    <w:p>
      <w:pPr>
        <w:jc w:val="right"/>
      </w:pPr>
      <w:r>
        <w:t>میں سمجھتا ہوں کہ جو صحیح ڈائیکاٹمی ہے، وہ کیا ہے؟</w:t>
      </w:r>
    </w:p>
    <w:p>
      <w:r>
        <w:rPr>
          <w:b/>
        </w:rPr>
        <w:t xml:space="preserve">[1:02:44] </w:t>
      </w:r>
      <w:r>
        <w:t>potential powerful aur actual powerful. har aadmi powerful hai, koi powerless nahi hai yahan.</w:t>
      </w:r>
    </w:p>
    <w:p>
      <w:pPr>
        <w:jc w:val="right"/>
      </w:pPr>
      <w:r>
        <w:t>پوٹینشل پاور فل اور ایکچول پاور فل۔ ہر آدمی پاور فل ہے، کوئی پاور لیس نہیں ہے یہاں۔</w:t>
      </w:r>
    </w:p>
    <w:p>
      <w:r>
        <w:rPr>
          <w:b/>
        </w:rPr>
        <w:t xml:space="preserve">[1:02:54] </w:t>
      </w:r>
      <w:r>
        <w:t>to power power aur powerless ki jo dichotomy hai, galat hai. yeh yahan jitne berg mein log ekhatta hue thay, sab sab wahi negative boli bolte rahe international conference mein ke reservation do aur yeh do, woh do.</w:t>
      </w:r>
    </w:p>
    <w:p>
      <w:pPr>
        <w:jc w:val="right"/>
      </w:pPr>
      <w:r>
        <w:t>تو پاور پاور اور پاور لیس کی جو ڈائیکاٹمی ہے، غلط ہے۔ یہ یہاں جتنے برگ میں لوگ اکٹھا ہوئے تھے، سب سب وہی نیگیٹیو بولی بولتے رہے انٹرنیشنل کانفرنس میں کہ ریزرویشن دو اور یہ دو، وہ دو۔</w:t>
      </w:r>
    </w:p>
    <w:p>
      <w:r>
        <w:rPr>
          <w:b/>
        </w:rPr>
        <w:t xml:space="preserve">[1:03:13] </w:t>
      </w:r>
      <w:r>
        <w:t>is ke baghair yeh log uth nahi sakte ooper. main kehta hoon, already nature un ko de chuki hai. aap kya dein ge? kya mind se bari koi cheez aap de sakte hain un ko?</w:t>
      </w:r>
    </w:p>
    <w:p>
      <w:pPr>
        <w:jc w:val="right"/>
      </w:pPr>
      <w:r>
        <w:t>اس کے بغیر یہ لوگ اٹھ نہیں سکتے اوپر۔ میں کہتا ہوں، الریڈی نیچر ان کو دے چکی ہے۔ آپ کیا دیں گے؟ کیا مائنڈ سے بڑی کوئی چیز آپ دے سکتے ہیں ان کو؟</w:t>
      </w:r>
    </w:p>
    <w:p>
      <w:r>
        <w:rPr>
          <w:b/>
        </w:rPr>
        <w:t xml:space="preserve">[1:03:26] </w:t>
      </w:r>
      <w:r>
        <w:t>to sahi dichotomy yeh nahi ke kuch log powerless hain, kuch log powerful hain. nahi, kuch log potential powerful hain, kuch log actual powerful hain.</w:t>
      </w:r>
    </w:p>
    <w:p>
      <w:pPr>
        <w:jc w:val="right"/>
      </w:pPr>
      <w:r>
        <w:t>تو صحیح ڈائیکاٹمی یہ نہیں کہ کچھ لوگ پاور لیس ہیں، کچھ لوگ پاور فل ہیں۔ نہیں، کچھ لوگ پوٹینشل پاور فل ہیں، کچھ لوگ ایکچول پاور فل ہیں۔</w:t>
      </w:r>
    </w:p>
    <w:p>
      <w:r>
        <w:rPr>
          <w:b/>
        </w:rPr>
        <w:t xml:space="preserve">[1:03:39] </w:t>
      </w:r>
      <w:r>
        <w:t>lekin yeh baat wahan kisi ne nahi kahi.</w:t>
      </w:r>
    </w:p>
    <w:p>
      <w:pPr>
        <w:jc w:val="right"/>
      </w:pPr>
      <w:r>
        <w:t>لیکن یہ بات وہاں کسی نے نہیں کہی۔</w:t>
      </w:r>
    </w:p>
    <w:p>
      <w:r>
        <w:rPr>
          <w:b/>
        </w:rPr>
        <w:t xml:space="preserve">[1:03:42] </w:t>
      </w:r>
      <w:r>
        <w:t>is liye main kehta hoon ke sahi hai ke yeh kaha jaye ke wisdom to the wisdom to the wisdom less. logon ko soch diya jaye.</w:t>
      </w:r>
    </w:p>
    <w:p>
      <w:pPr>
        <w:jc w:val="right"/>
      </w:pPr>
      <w:r>
        <w:t>اس لیے میں کہتا ہوں کہ صحیح ہے کہ یہ کہا جائے کہ وزڈم ٹو دا وزڈم ٹو دا وزڈم لیس۔ لوگوں کو سوچ دیا جائے۔</w:t>
      </w:r>
    </w:p>
    <w:p>
      <w:r>
        <w:rPr>
          <w:b/>
        </w:rPr>
        <w:t xml:space="preserve">[1:03:52] </w:t>
      </w:r>
      <w:r>
        <w:t>log soch nahi paate. jo log, jo log, yeh aam soch hai yeh ke log wrong dichotomy mein sochte hain.</w:t>
      </w:r>
    </w:p>
    <w:p>
      <w:pPr>
        <w:jc w:val="right"/>
      </w:pPr>
      <w:r>
        <w:t>لوگ سوچ نہیں پاتے۔ جو لوگ، جو لوگ، یہ عام سوچ ہے یہ کہ لوگ رونگ ڈائیکاٹمی میں سوچتے ہیں۔</w:t>
      </w:r>
    </w:p>
    <w:p>
      <w:r>
        <w:rPr>
          <w:b/>
        </w:rPr>
        <w:t xml:space="preserve">[1:04:05] </w:t>
      </w:r>
      <w:r>
        <w:t>wrong dichotomy</w:t>
      </w:r>
    </w:p>
    <w:p>
      <w:pPr>
        <w:jc w:val="right"/>
      </w:pPr>
      <w:r>
        <w:t>رونگ ڈائیکاٹمی</w:t>
      </w:r>
    </w:p>
    <w:p>
      <w:r>
        <w:rPr>
          <w:b/>
        </w:rPr>
        <w:t xml:space="preserve">[1:04:06] </w:t>
      </w:r>
      <w:r>
        <w:t>main: have the have nots, powerful aur powerless, rich aur poor. yeh dichotomy kuch bhi nahi, ghalat dichotomy hai yeh.</w:t>
      </w:r>
    </w:p>
    <w:p>
      <w:pPr>
        <w:jc w:val="right"/>
      </w:pPr>
      <w:r>
        <w:t>میں: ہیو دا ہیو ناٹس، پاور فل اور پاور لیس، رچ اور پور۔ یہ ڈائیکاٹمی کچھ بھی نہیں، غلط ڈائیکاٹمی ہے یہ۔</w:t>
      </w:r>
    </w:p>
    <w:p>
      <w:r>
        <w:rPr>
          <w:b/>
        </w:rPr>
        <w:t xml:space="preserve">[1:04:17] </w:t>
      </w:r>
      <w:r>
        <w:t>kyun ke yeh jo aap mind le ke paida hue hain, is se bari daulat kya ho sakti hai? is se bara khazana kya ho sakta hai? is se bari power kya ho sakti hai?</w:t>
      </w:r>
    </w:p>
    <w:p>
      <w:pPr>
        <w:jc w:val="right"/>
      </w:pPr>
      <w:r>
        <w:t>کیونکہ یہ جو آپ مائنڈ لے کے پیدا ہوئے ہیں، اس سے بڑی دولت کیا ہو سکتی ہے؟ اس سے بڑا خزانہ کیا ہو سکتا ہے؟ اس سے بڑی پاور کیا ہو سکتی ہے؟</w:t>
      </w:r>
    </w:p>
    <w:p>
      <w:r>
        <w:rPr>
          <w:b/>
        </w:rPr>
        <w:t xml:space="preserve">[1:04:32] </w:t>
      </w:r>
      <w:r>
        <w:t>to asal cheez yeh hai ke empowerment ki jo aaj kal bohat zyada movement jo chal rahi hai, jo empowerment, empowerment, main is ko bilkul bekar samajhta hoon.</w:t>
      </w:r>
    </w:p>
    <w:p>
      <w:pPr>
        <w:jc w:val="right"/>
      </w:pPr>
      <w:r>
        <w:t>تو اصل چیز یہ ہے کہ ایمپاورمنٹ کی جو آج کل بہت زیادہ موومنٹ جو چل رہی ہے، جو ایمپاورمنٹ، ایمپاورمنٹ، میں اس کو بالکل بیکار سمجھتا ہوں۔</w:t>
      </w:r>
    </w:p>
    <w:p>
      <w:r>
        <w:rPr>
          <w:b/>
        </w:rPr>
        <w:t xml:space="preserve">[1:04:41] </w:t>
      </w:r>
      <w:r>
        <w:t>empowerment kuch bhi nahi. aap kya hai? educate kijiye logon ko. dekhiye, mind ka jo potential hai, is ko actual banane ke liye kya cheez chahiye?</w:t>
      </w:r>
    </w:p>
    <w:p>
      <w:pPr>
        <w:jc w:val="right"/>
      </w:pPr>
      <w:r>
        <w:t>ایمپاورمنٹ کچھ بھی نہیں۔ آپ کیا ہے؟ ایجوکیٹ کیجئے لوگوں کو۔ دیکھیے، مائنڈ کا جو پوٹینشل ہے، اس کو ایکچول بنانے کے لیے کیا چیز چاہیے؟</w:t>
      </w:r>
    </w:p>
    <w:p>
      <w:r>
        <w:rPr>
          <w:b/>
        </w:rPr>
        <w:t xml:space="preserve">[1:04:51] </w:t>
      </w:r>
      <w:r>
        <w:t>education. bas, koi empowerment nahi. yeh sab empowerment ki schemes sab bilkul bekar hain.</w:t>
      </w:r>
    </w:p>
    <w:p>
      <w:pPr>
        <w:jc w:val="right"/>
      </w:pPr>
      <w:r>
        <w:t>ایجوکیشن۔ بس، کوئی ایمپاورمنٹ نہیں۔ یہ سب ایمپاورمنٹ کی اسکیمیں سب بالکل بیکار ہیں۔</w:t>
      </w:r>
    </w:p>
    <w:p>
      <w:r>
        <w:rPr>
          <w:b/>
        </w:rPr>
        <w:t xml:space="preserve">[1:05:01] </w:t>
      </w:r>
      <w:r>
        <w:t>sab se bari cheez hai education. hamare desh mein acha, achi education nahi hai. log bhaag bhaag jate hain America. abhi kal mujhe maloom hua, haan kal kahiye, abhi is mein rozana hi maloom hoti rehti hain aisi khabrein ke log America ke khilaf boli bolte hain aur apne bachon ko parhane ke liye America bhejte hain.</w:t>
      </w:r>
    </w:p>
    <w:p>
      <w:pPr>
        <w:jc w:val="right"/>
      </w:pPr>
      <w:r>
        <w:t>سب سے بڑی چیز ہے ایجوکیشن۔ ہمارے دیش میں اچھا، اچھے ایجوکیشن نہیں ہے۔ لوگ بھاگ بھاگ جاتے ہیں امریکہ۔ ابھی کل مجھے معلوم ہوا، ہاں کل کہیے، ابھی اس میں روزانہ ہی معلوم ہوتی رہتی ہیں ایسی خبریں کہ لوگ امریکہ کے خلاف بولی بولتے ہیں اور اپنے بچوں کو پڑھانے کے لیے امریکہ بھیجتے ہیں۔</w:t>
      </w:r>
    </w:p>
    <w:p>
      <w:r>
        <w:rPr>
          <w:b/>
        </w:rPr>
        <w:t xml:space="preserve">[1:05:26] </w:t>
      </w:r>
      <w:r>
        <w:t>yani America ke khilaf bolenge aur bachon ko parhne ke liye bhej denge America. kyun? wahan, wahan ka education system bohat acha hai.</w:t>
      </w:r>
    </w:p>
    <w:p>
      <w:pPr>
        <w:jc w:val="right"/>
      </w:pPr>
      <w:r>
        <w:t>یعنی امریکہ کے خلاف بولیں گے اور بچوں کو پڑھنے کے لیے بھیج دیں گے امریکہ۔ کیوں؟ وہاں، وہاں کا ایجوکیشن سسٹم بہت اچھا ہے۔</w:t>
      </w:r>
    </w:p>
    <w:p>
      <w:r>
        <w:rPr>
          <w:b/>
        </w:rPr>
        <w:t xml:space="preserve">[1:05:36] </w:t>
      </w:r>
      <w:r>
        <w:t>to kisi empowerment ki zaroorat nahi hai. sirf yeh zaroorat hai ke India mein aur har country mein best educational infrastructure paida kiya jaye.</w:t>
      </w:r>
    </w:p>
    <w:p>
      <w:pPr>
        <w:jc w:val="right"/>
      </w:pPr>
      <w:r>
        <w:t>تو کسی ایمپاورمنٹ کی ضرورت نہیں ہے۔ صرف یہ ضرورت ہے کہ انڈیا میں اور ہر کنٹری میں بیسٹ ایجوکیشنل انفراسٹرکچر پیدا کیا جائے۔</w:t>
      </w:r>
    </w:p>
    <w:p>
      <w:r>
        <w:rPr>
          <w:b/>
        </w:rPr>
        <w:t xml:space="preserve">[1:05:49] </w:t>
      </w:r>
      <w:r>
        <w:t>behtareen facilities education ki hon.</w:t>
      </w:r>
    </w:p>
    <w:p>
      <w:pPr>
        <w:jc w:val="right"/>
      </w:pPr>
      <w:r>
        <w:t>بہترین فیسلیٹیز ایجوکیشن کی ہوں۔</w:t>
      </w:r>
    </w:p>
    <w:p>
      <w:r>
        <w:rPr>
          <w:b/>
        </w:rPr>
        <w:t xml:space="preserve">[1:05:53] </w:t>
      </w:r>
      <w:r>
        <w:t>bas, is ke siwa kisi ki zaroorat nahi hai. kyun ke education jo hai, woh aap ko is qabil banati hai ke aap apne mind ko woh kar saken.</w:t>
      </w:r>
    </w:p>
    <w:p>
      <w:pPr>
        <w:jc w:val="right"/>
      </w:pPr>
      <w:r>
        <w:t>بس، اس کے سوا کسی کی ضرورت نہیں ہے۔ کیونکہ ایجوکیشن جو ہے، وہ آپ کو اس قابل بناتی ہے کہ آپ اپنے مائنڈ کو وہ کر سکیں۔</w:t>
      </w:r>
    </w:p>
    <w:p>
      <w:r>
        <w:rPr>
          <w:b/>
        </w:rPr>
        <w:t xml:space="preserve">[1:06:05] </w:t>
      </w:r>
      <w:r>
        <w:t>yani mind ki opportunities ko avail kar saken.</w:t>
      </w:r>
    </w:p>
    <w:p>
      <w:pPr>
        <w:jc w:val="right"/>
      </w:pPr>
      <w:r>
        <w:t>یعنی مائنڈ کی اپرچونیٹیز کو اویل کر سکیں۔</w:t>
      </w:r>
    </w:p>
    <w:p>
      <w:r>
        <w:rPr>
          <w:b/>
        </w:rPr>
        <w:t xml:space="preserve">[1:06:10] </w:t>
      </w:r>
      <w:r>
        <w:t>to yeh sochne ka intellectual poverty ki baat hai.</w:t>
      </w:r>
    </w:p>
    <w:p>
      <w:pPr>
        <w:jc w:val="right"/>
      </w:pPr>
      <w:r>
        <w:t>تو یہ سوچنے کا انٹلیکچول پاورٹی کی بات ہے۔</w:t>
      </w:r>
    </w:p>
    <w:p>
      <w:r>
        <w:rPr>
          <w:b/>
        </w:rPr>
        <w:t xml:space="preserve">[1:06:14] </w:t>
      </w:r>
      <w:r>
        <w:t>ek aur baat mujhe yaad aayi,</w:t>
      </w:r>
    </w:p>
    <w:p>
      <w:pPr>
        <w:jc w:val="right"/>
      </w:pPr>
      <w:r>
        <w:t>ایک اور بات مجھے یاد آئی،</w:t>
      </w:r>
    </w:p>
    <w:p>
      <w:r>
        <w:rPr>
          <w:b/>
        </w:rPr>
        <w:t xml:space="preserve">[1:06:19] </w:t>
      </w:r>
      <w:r>
        <w:t>ek sahib mujh se mile to unhon ne kaha ke main ne dekha ke namaz parh rahe the log. koi sau aadmi honge.</w:t>
      </w:r>
    </w:p>
    <w:p>
      <w:pPr>
        <w:jc w:val="right"/>
      </w:pPr>
      <w:r>
        <w:t>ایک صاحب مجھ سے ملے تو انہوں نے کہا کہ میں نے دیکھا کہ نماز پڑھ رہے تھے لوگ۔ کوئی سو آدمی ہوں گے۔</w:t>
      </w:r>
    </w:p>
    <w:p>
      <w:r>
        <w:rPr>
          <w:b/>
        </w:rPr>
        <w:t xml:space="preserve">[1:06:27] </w:t>
      </w:r>
      <w:r>
        <w:t>to main ne socha, main dekhne laga un ko, kaha ke sau aadmi agar adh ghanta kharch karen is namaz parhne mein to kya hai?</w:t>
      </w:r>
    </w:p>
    <w:p>
      <w:pPr>
        <w:jc w:val="right"/>
      </w:pPr>
      <w:r>
        <w:t>تو میں نے سوچا، میں دیکھنے لگا ان کو، کہا کہ سو آدمی اگر ادھ گھنٹہ خرچ کریں اس نماز پڑھنے میں تو کیا ہے؟</w:t>
      </w:r>
    </w:p>
    <w:p>
      <w:r>
        <w:rPr>
          <w:b/>
        </w:rPr>
        <w:t xml:space="preserve">[1:06:38] </w:t>
      </w:r>
      <w:r>
        <w:t>is ka matlab ke itne sare ghante tabah kiye in logon ne. yani pachas ghante ek hi namaz mein. itne sare log namaz parh parh ke apna ghanta barbad kar rahe hain.</w:t>
      </w:r>
    </w:p>
    <w:p>
      <w:pPr>
        <w:jc w:val="right"/>
      </w:pPr>
      <w:r>
        <w:t>اس کا مطلب کہ اتنے سارے گھنٹے تباہ کیے ان لوگوں نے۔ یعنی پچاس گھنٹے ایک ہی نماز میں۔ اتنے سارے لوگ نماز پڑھ پڑھ کے اپنا گھنٹہ برباد کر رہے ہیں۔</w:t>
      </w:r>
    </w:p>
    <w:p>
      <w:r>
        <w:rPr>
          <w:b/>
        </w:rPr>
        <w:t xml:space="preserve">[1:06:50] </w:t>
      </w:r>
      <w:r>
        <w:t>kaha ke main to yeh sab kuch nahi karta.</w:t>
      </w:r>
    </w:p>
    <w:p>
      <w:pPr>
        <w:jc w:val="right"/>
      </w:pPr>
      <w:r>
        <w:t>کہا کہ میں تو یہ سب کچھ نہیں کرتا۔</w:t>
      </w:r>
    </w:p>
    <w:p>
      <w:r>
        <w:rPr>
          <w:b/>
        </w:rPr>
        <w:t xml:space="preserve">[1:06:54] </w:t>
      </w:r>
      <w:r>
        <w:t>main to ek minute ke liye dhyan lagata hoon. bas, mere phir simple meri ho jati hai aur main business kar raha hoon, paisa kama raha hoon. to main ne kaha ke dekhiye, aap ka criterion galat hai.</w:t>
      </w:r>
    </w:p>
    <w:p>
      <w:pPr>
        <w:jc w:val="right"/>
      </w:pPr>
      <w:r>
        <w:t>میں تو ایک منٹ کے لیے دھیان لگاتا ہوں۔ بس، میرے پھر سمپل میری ہو جاتی ہے اور میں بزنس کر رہا ہوں، پیسہ کما رہا ہوں۔ تو میں نے کہا کہ دیکھیے، آپ کا کرائٹیرین غلط ہے۔</w:t>
      </w:r>
    </w:p>
    <w:p>
      <w:r>
        <w:rPr>
          <w:b/>
        </w:rPr>
        <w:t xml:space="preserve">[1:07:10] </w:t>
      </w:r>
      <w:r>
        <w:t>aap ne money ko criterion bana rakha hai. money criterion nahi hai. money kya hai?</w:t>
      </w:r>
    </w:p>
    <w:p>
      <w:pPr>
        <w:jc w:val="right"/>
      </w:pPr>
      <w:r>
        <w:t>آپ نے منی کو کرائٹیرین بنا رکھا ہے۔ منی کرائٹیرین نہیں ہے۔ منی کیا ہے؟</w:t>
      </w:r>
    </w:p>
    <w:p>
      <w:r>
        <w:rPr>
          <w:b/>
        </w:rPr>
        <w:t xml:space="preserve">[1:07:19] </w:t>
      </w:r>
      <w:r>
        <w:t>physical level par achievement ka naam money hai.</w:t>
      </w:r>
    </w:p>
    <w:p>
      <w:pPr>
        <w:jc w:val="right"/>
      </w:pPr>
      <w:r>
        <w:t>فزیکل لیول پر اچیومنٹ کا نام منی ہے۔</w:t>
      </w:r>
    </w:p>
    <w:p>
      <w:r>
        <w:rPr>
          <w:b/>
        </w:rPr>
        <w:t xml:space="preserve">[1:07:23] </w:t>
      </w:r>
      <w:r>
        <w:t>money se kya milta hai aap ko? physical comfort, physical luxury. to money ka matlab kya hai?</w:t>
      </w:r>
    </w:p>
    <w:p>
      <w:pPr>
        <w:jc w:val="right"/>
      </w:pPr>
      <w:r>
        <w:t>منی سے کیا ملتا ہے آپ کو؟ فزیکل کمفرٹ، فزیکل لگزری۔ تو منی کا مطلب کیا ہے؟</w:t>
      </w:r>
    </w:p>
    <w:p>
      <w:r>
        <w:rPr>
          <w:b/>
        </w:rPr>
        <w:t xml:space="preserve">[1:07:33] </w:t>
      </w:r>
      <w:r>
        <w:t>animalization of of man. yani insan ko physical level par reduce kar ke physical level par le jana aur physical level par is ko acha kapra, acha ghar, acha car aur acha khana dena.</w:t>
      </w:r>
    </w:p>
    <w:p>
      <w:pPr>
        <w:jc w:val="right"/>
      </w:pPr>
      <w:r>
        <w:t>اینیملائزیشن آف آف مین۔ یعنی انسان کو فزیکل لیول پر ریڈیوس کر کے فزیکل لیول پہ لے جانا اور فزیکل لیول پر اس کو اچھا کپڑا، اچھا گھر، اچھا کار اور اچھا کھانا دینا۔</w:t>
      </w:r>
    </w:p>
    <w:p>
      <w:r>
        <w:rPr>
          <w:b/>
        </w:rPr>
        <w:t xml:space="preserve">[1:07:48] </w:t>
      </w:r>
      <w:r>
        <w:t>aur jo asal insan hai, mind, woh waise ka waise hi pada rehta hai.</w:t>
      </w:r>
    </w:p>
    <w:p>
      <w:pPr>
        <w:jc w:val="right"/>
      </w:pPr>
      <w:r>
        <w:t>اور جو اصل انسان ہے، مائنڈ، وہ ویسے کا ویسے ہی پڑا رہتا ہے۔</w:t>
      </w:r>
    </w:p>
    <w:p>
      <w:r>
        <w:rPr>
          <w:b/>
        </w:rPr>
        <w:t xml:space="preserve">[1:07:53] </w:t>
      </w:r>
      <w:r>
        <w:t>to aaj jab main jab bhi kisi se milta hoon, jo paise wale log hote hain, to bilkul stupid lagte hain mujhe dekhne mein. koi un ke andar intellectual progress nahin.</w:t>
      </w:r>
    </w:p>
    <w:p>
      <w:pPr>
        <w:jc w:val="right"/>
      </w:pPr>
      <w:r>
        <w:t>تو آج جب میں جب بھی کسی سے ملتا ہوں، جو پیسے والے لوگ ہوتے ہیں، تو بالکل اسٹپڈ لگتے ہیں مجھے دیکھنے میں۔ کوئی ان کے اندر انٹلیکچول پروگریس نہیں۔</w:t>
      </w:r>
    </w:p>
    <w:p>
      <w:r>
        <w:rPr>
          <w:b/>
        </w:rPr>
        <w:t xml:space="preserve">[1:08:03] </w:t>
      </w:r>
      <w:r>
        <w:t>acha, acha acha kapra pehne rahenge, shandar car mein chalenge, lekin intellectual level un ka bilkul woh hoga, poor hoga, poor.</w:t>
      </w:r>
    </w:p>
    <w:p>
      <w:pPr>
        <w:jc w:val="right"/>
      </w:pPr>
      <w:r>
        <w:t>اچھا، اچھا اچھا کپڑا پہنے رہیں گے، شاندار کار میں چلیں گے، لیکن انٹلیکچول لیول ان کا بالکل وہ ہوگا، پور ہوگا، پور۔</w:t>
      </w:r>
    </w:p>
    <w:p>
      <w:r>
        <w:rPr>
          <w:b/>
        </w:rPr>
        <w:t xml:space="preserve">[1:08:13] </w:t>
      </w:r>
      <w:r>
        <w:t>to money jo hai, woh koi criterion nahin hai. criterion yeh hai intellectual development.</w:t>
      </w:r>
    </w:p>
    <w:p>
      <w:pPr>
        <w:jc w:val="right"/>
      </w:pPr>
      <w:r>
        <w:t>تو منی جو ہے، وہ کوئی کرائٹیرین نہیں ہے۔ کرائٹیرین یہ ہے انٹلیکچول ڈیولپمنٹ۔</w:t>
      </w:r>
    </w:p>
    <w:p>
      <w:r>
        <w:rPr>
          <w:b/>
        </w:rPr>
        <w:t xml:space="preserve">[1:08:20] </w:t>
      </w:r>
      <w:r>
        <w:t>to maine kaha ke namaz jo hai, woh aap samajhte hain ke namaz koi rituals hai, uth liya, baith liya, kuch padh liya. nahin, namaz ek scheme hai intellectual progress ki, spiritual development ki.</w:t>
      </w:r>
    </w:p>
    <w:p>
      <w:pPr>
        <w:jc w:val="right"/>
      </w:pPr>
      <w:r>
        <w:t>تو میں نے کہا کہ نماز جو ہے، وہ آپ سمجھتے ہیں کہ نماز کوئی ریچولز ہے، اٹھ لیا، بیٹھ لیا، کچھ پڑھ لیا۔ نہیں، نماز ایک اسکیم ہے انٹلیکچول پروگریس کی، اسپیریچول ڈیولپمنٹ کی۔</w:t>
      </w:r>
    </w:p>
    <w:p>
      <w:r>
        <w:rPr>
          <w:b/>
        </w:rPr>
        <w:t xml:space="preserve">[1:08:35] </w:t>
      </w:r>
      <w:r>
        <w:t>aur is ko aap samjhiye, aap ke namaz kya hai? namaz kya hai? namaz rituals ka naam nahin hai.</w:t>
      </w:r>
    </w:p>
    <w:p>
      <w:pPr>
        <w:jc w:val="right"/>
      </w:pPr>
      <w:r>
        <w:t>اور اس کو آپ سمجھیے، آپ کہ نماز کیا ہے؟ نماز کیا ہے؟ نماز ریچولز کا نام نہیں ہے۔</w:t>
      </w:r>
    </w:p>
    <w:p>
      <w:r>
        <w:rPr>
          <w:b/>
        </w:rPr>
        <w:t xml:space="preserve">[1:08:47] </w:t>
      </w:r>
      <w:r>
        <w:t>namaz ek bahut badi cheez hai jo aap ke andar intellectual development, spiritual development laati hai. dekhiye, main aap ko do baatein arz karunga samajhne ke liye.</w:t>
      </w:r>
    </w:p>
    <w:p>
      <w:pPr>
        <w:jc w:val="right"/>
      </w:pPr>
      <w:r>
        <w:t>نماز ایک بہت بڑی چیز ہے جو آپ کے اندر انٹلیکچول ڈیولپمنٹ، اسپیریچول ڈیولپمنٹ لاتی ہے۔ دیکھیے، میں آپ کو دو باتیں عرض کروں گا سمجھنے کے لیے۔</w:t>
      </w:r>
    </w:p>
    <w:p>
      <w:r>
        <w:rPr>
          <w:b/>
        </w:rPr>
        <w:t xml:space="preserve">[1:09:03] </w:t>
      </w:r>
      <w:r>
        <w:t>namaz mein</w:t>
      </w:r>
    </w:p>
    <w:p>
      <w:pPr>
        <w:jc w:val="right"/>
      </w:pPr>
      <w:r>
        <w:t>نماز میں</w:t>
      </w:r>
    </w:p>
    <w:p>
      <w:r>
        <w:rPr>
          <w:b/>
        </w:rPr>
        <w:t xml:space="preserve">[1:09:07] </w:t>
      </w:r>
      <w:r>
        <w:t>jab aap shuru karte hain to kya karte hain? Allahu Akbar kehte hain, Alhamdulillah Rabbil Alameen kehte hain. yaani God ko acknowledge karna.</w:t>
      </w:r>
    </w:p>
    <w:p>
      <w:pPr>
        <w:jc w:val="right"/>
      </w:pPr>
      <w:r>
        <w:t>جب آپ شروع کرتے ہیں تو کیا کرتے ہیں؟ اللہ اکبر کہتے ہیں، الحمدللہ رب العالمین کہتے ہیں۔ یعنی گاڈ کو اکنالج کرنا۔</w:t>
      </w:r>
    </w:p>
    <w:p>
      <w:r>
        <w:rPr>
          <w:b/>
        </w:rPr>
        <w:t xml:space="preserve">[1:09:18] </w:t>
      </w:r>
      <w:r>
        <w:t>God jis ne aap ko paida kiya hai, jis ne universal level par aap ko life support system diya hai, jis ne aap ko suraj aur hawa aur mountain aur pani aur yeh sari cheezein di hain.</w:t>
      </w:r>
    </w:p>
    <w:p>
      <w:pPr>
        <w:jc w:val="right"/>
      </w:pPr>
      <w:r>
        <w:t>گاڈ جس نے آپ کو پیدا کیا ہے، جس نے یونیورسل لیول پر آپ کو لائف سپورٹ سسٹم دیا ہے، جس نے آپ کو سورج اور ہوا اور ماؤنٹین اور پانی اور یہ ساری چیزیں دی ہیں۔</w:t>
      </w:r>
    </w:p>
    <w:p>
      <w:r>
        <w:rPr>
          <w:b/>
        </w:rPr>
        <w:t xml:space="preserve">[1:09:34] </w:t>
      </w:r>
      <w:r>
        <w:t>to God ke create karne se aap duniya mein paida hue aur God ke diye hue life support system se aap zinda hain.</w:t>
      </w:r>
    </w:p>
    <w:p>
      <w:pPr>
        <w:jc w:val="right"/>
      </w:pPr>
      <w:r>
        <w:t>تو گاڈ کے کریٹ کرنے سے آپ دنیا میں پیدا ہوئے اور گاڈ کے دیے ہوئے لائف سپورٹ سسٹم سے آپ زندہ ہیں۔</w:t>
      </w:r>
    </w:p>
    <w:p>
      <w:r>
        <w:rPr>
          <w:b/>
        </w:rPr>
        <w:t xml:space="preserve">[1:09:44] </w:t>
      </w:r>
      <w:r>
        <w:t>to kitni badi baat hai yeh.</w:t>
      </w:r>
    </w:p>
    <w:p>
      <w:pPr>
        <w:jc w:val="right"/>
      </w:pPr>
      <w:r>
        <w:t>تو کتنی بڑی بات ہے یہ۔</w:t>
      </w:r>
    </w:p>
    <w:p>
      <w:r>
        <w:rPr>
          <w:b/>
        </w:rPr>
        <w:t xml:space="preserve">[1:09:46] </w:t>
      </w:r>
      <w:r>
        <w:t>to namaz jo hai, sikhati hai ke kis tarah tum God ko acknowledge karo. jis ko main kahunga ke ek hai inaam, ek hai munim.</w:t>
      </w:r>
    </w:p>
    <w:p>
      <w:pPr>
        <w:jc w:val="right"/>
      </w:pPr>
      <w:r>
        <w:t>تو نماز جو ہے، سکھاتی ہے کہ کس طرح تم گاڈ کو اکنالج کرو۔ جس کو میں کہوں گا کہ ایک ہے انعام، ایک ہے منیم۔</w:t>
      </w:r>
    </w:p>
    <w:p>
      <w:r>
        <w:rPr>
          <w:b/>
        </w:rPr>
        <w:t xml:space="preserve">[1:10:00] </w:t>
      </w:r>
      <w:r>
        <w:t>inaam matlab blessing. blessing. ab munim hai jo blessing de raha hai. to jis ne blessing di hai, us ko acknowledge karna</w:t>
      </w:r>
    </w:p>
    <w:p>
      <w:pPr>
        <w:jc w:val="right"/>
      </w:pPr>
      <w:r>
        <w:t>انعام مطلب بلیسنگ۔ بلیسنگ۔ اب منیم ہے جو بلیسنگ دے رہا ہے۔ تو جس نے بلیسنگ دی ہے، اس کو اکنالج کرنا</w:t>
      </w:r>
    </w:p>
    <w:p>
      <w:r>
        <w:rPr>
          <w:b/>
        </w:rPr>
        <w:t xml:space="preserve">[1:10:13] </w:t>
      </w:r>
      <w:r>
        <w:t>. to kya hai logon ka haal ke blessing to us ko faida utha rahe hain, lekin jis ne diya hai, us ko acknowledge nahin karte. yaani inaam ko avail karna aur munim ko acknowledge na karna, is mein har insan pada hua hai.</w:t>
      </w:r>
    </w:p>
    <w:p>
      <w:pPr>
        <w:jc w:val="right"/>
      </w:pPr>
      <w:r>
        <w:t>۔ تو کیا ہے لوگوں کا حال کہ بلیسنگ تو اس کو فائدہ اٹھا رہے ہیں، لیکن جس نے دیا ہے، اس کو اکنالج نہیں کرتے۔ یعنی انعام کو اویل کرنا اور منیم کو اکنالج نہ کرنا، اس میں ہر انسان پڑا ہوا ہے۔</w:t>
      </w:r>
    </w:p>
    <w:p>
      <w:r>
        <w:rPr>
          <w:b/>
        </w:rPr>
        <w:t xml:space="preserve">[1:10:27] </w:t>
      </w:r>
      <w:r>
        <w:t>is se badi buri baat kya ho sakti hai ke jo giver hai, us ko aap acknowledge na karein. us ki giving se faida uthayein aur us ko acknowledge na karein.</w:t>
      </w:r>
    </w:p>
    <w:p>
      <w:pPr>
        <w:jc w:val="right"/>
      </w:pPr>
      <w:r>
        <w:t>اس سے بڑی بری بات کیا ہو سکتی ہے کہ جو گیور ہے، اس کو آپ اکنالج نہ کریں۔ اس کی گیونگ سے فائدہ اٹھائیں اور اس کو اکنالج نہ کریں۔</w:t>
      </w:r>
    </w:p>
    <w:p>
      <w:r>
        <w:rPr>
          <w:b/>
        </w:rPr>
        <w:t xml:space="preserve">[1:10:40] </w:t>
      </w:r>
      <w:r>
        <w:t>yeh to bhed bakri ki zindagi hui. kyunke bakri ko pata nahin, goat ko aur sheep ko pata nahin ke koi hum par blessing kar raha hai. woh to bas ghaas khate hain, ghaas khate hain, mar jaate hain.</w:t>
      </w:r>
    </w:p>
    <w:p>
      <w:pPr>
        <w:jc w:val="right"/>
      </w:pPr>
      <w:r>
        <w:t>یہ تو بھیڑ بکری کی زندگی ہوئی۔ کیونکہ بکری کو پتہ نہیں، گوٹ کو اور شیپ کو پتہ نہیں کہ کوئی ہم پر بلیسنگ کر رہا ہے۔ وہ تو بس گھاس کھاتے ہیں، گھاس کھاتے ہیں، مر جاتے ہیں۔</w:t>
      </w:r>
    </w:p>
    <w:p>
      <w:r>
        <w:rPr>
          <w:b/>
        </w:rPr>
        <w:t xml:space="preserve">[1:10:52] </w:t>
      </w:r>
      <w:r>
        <w:t>to insan bhi isi level par aa jata hai, agar woh money worthy par ho to. ke giver ko acknowledge nahin karega, agarche jo us ki taraf jo blessing aa rahi hai, us ko khoob khoob avail karega.</w:t>
      </w:r>
    </w:p>
    <w:p>
      <w:pPr>
        <w:jc w:val="right"/>
      </w:pPr>
      <w:r>
        <w:t>تو انسان بھی اسی لیول پر آ جاتا ہے، اگر وہ منی ورثی پر ہو تو۔ کہ گیور کو اکنالج نہیں کرے گا، اگرچہ جو اس کی طرف جو بلیسنگ آ رہی ہے، اس کو خوب خوب اویل کرے گا۔</w:t>
      </w:r>
    </w:p>
    <w:p>
      <w:r>
        <w:rPr>
          <w:b/>
        </w:rPr>
        <w:t xml:space="preserve">[1:11:04] </w:t>
      </w:r>
      <w:r>
        <w:t>to namaz sikhati hai ke nahin.</w:t>
      </w:r>
    </w:p>
    <w:p>
      <w:pPr>
        <w:jc w:val="right"/>
      </w:pPr>
      <w:r>
        <w:t>تو نماز سکھاتی ہے کہ نہیں۔</w:t>
      </w:r>
    </w:p>
    <w:p>
      <w:r>
        <w:rPr>
          <w:b/>
        </w:rPr>
        <w:t xml:space="preserve">[1:11:08] </w:t>
      </w:r>
      <w:r>
        <w:t>to pehla lesson namaz ka kya hai? God ko acknowledge karna, jo aap ka creator hai, jis ne aap ke liye life support system itne universal level par duniya mein de rakha hai,</w:t>
      </w:r>
    </w:p>
    <w:p>
      <w:pPr>
        <w:jc w:val="right"/>
      </w:pPr>
      <w:r>
        <w:t>تو پہلا لیسن نماز کا کیا ہے؟ گاڈ کو اکنالج کرنا، جو آپ کا کریٹر ہے، جس نے آپ کے لیے لائف سپورٹ سسٹم اتنے یونیورسل لیول پر دنیا میں دے رکھا ہے،</w:t>
      </w:r>
    </w:p>
    <w:p>
      <w:r>
        <w:rPr>
          <w:b/>
        </w:rPr>
        <w:t xml:space="preserve">[1:11:21] </w:t>
      </w:r>
      <w:r>
        <w:t>jis ke baghair aap jo aap ka sustainer hai, jis ke baghair aap ek second bhi duniya mein nahin reh sakte. us ko acknowledge kar ke aap apne aap ko animal level se upar le aate hain.</w:t>
      </w:r>
    </w:p>
    <w:p>
      <w:pPr>
        <w:jc w:val="right"/>
      </w:pPr>
      <w:r>
        <w:t>جس کے بغیر آپ جو آپ کا سسٹینر ہے، جس کے بغیر آپ ایک سیکنڈ بھی دنیا میں نہیں رہ سکتے۔ اس کو اکنالج کر کے آپ اپنے آپ کو اینیمل لیول سے اوپر لے آتے ہیں۔</w:t>
      </w:r>
    </w:p>
    <w:p>
      <w:r>
        <w:rPr>
          <w:b/>
        </w:rPr>
        <w:t xml:space="preserve">[1:11:32] </w:t>
      </w:r>
      <w:r>
        <w:t>ya animal level par hai ke bana acknowledge kiye hue aap duniya se faida utha</w:t>
      </w:r>
    </w:p>
    <w:p>
      <w:pPr>
        <w:jc w:val="right"/>
      </w:pPr>
      <w:r>
        <w:t>یا اینیمل لیول پر ہے کہ بنا اکنالج کیے ہوئے آپ دنیا سے فائدہ اٹھائ</w:t>
      </w:r>
    </w:p>
    <w:p>
      <w:r>
        <w:rPr>
          <w:b/>
        </w:rPr>
        <w:t xml:space="preserve">[1:11:37] </w:t>
      </w:r>
      <w:r>
        <w:t>ein. yaani ghaas khayein, lekin aap ko pata hi nahin ho ghaas kis ne paida ki hai. yeh animal level hai zindagi ka. aur insan ka level yeh hai ke aap jaanein ke kis ne diya hai aap ko.</w:t>
      </w:r>
    </w:p>
    <w:p>
      <w:pPr>
        <w:jc w:val="right"/>
      </w:pPr>
      <w:r>
        <w:t>یں۔ یعنی گھاس کھائیں، لیکن آپ کو پتہ ہی نہیں ہو گھاس کس نے پیدا کی ہے۔ یہ اینیمل لیول ہے زندگی کا۔ اور انسان کا لیول یہ ہے کہ آپ جانیں کہ کس نے دیا ہے آپ کو۔</w:t>
      </w:r>
    </w:p>
    <w:p>
      <w:r>
        <w:rPr>
          <w:b/>
        </w:rPr>
        <w:t xml:space="preserve">[1:11:52] </w:t>
      </w:r>
      <w:r>
        <w:t>aur phir us ko acknowledge karein. yeh pehla lesson hota hai namaz ka. phir dekhein, namaz jab khatam hoti hai to kehte hain: "Assalamu Alaikum wa Rahmatullahi"</w:t>
      </w:r>
    </w:p>
    <w:p>
      <w:pPr>
        <w:jc w:val="right"/>
      </w:pPr>
      <w:r>
        <w:t>اور پھر اس کو اکنالج کریں۔ یہ پہلا لیسن ہوتا ہے نماز کا۔ پھر دیکھیں، نماز جب ختم ہوتی ہے تو کہتے ہیں: "السلام علیکم ورحمۃ اللہ"</w:t>
      </w:r>
    </w:p>
    <w:p>
      <w:r>
        <w:rPr>
          <w:b/>
        </w:rPr>
        <w:t xml:space="preserve">[1:12:03] </w:t>
      </w:r>
      <w:r>
        <w:t>. is ka tareeqa yeh hai ke aap sar ghumate hain aap ki taraf: "Assalamu Alaikum wa Rahmatullahi". "Assalamu Alaikum wa Rahmatullahi". ab namaz ka tareeqa yeh hai ke Arab mein Kaaba hai.</w:t>
      </w:r>
    </w:p>
    <w:p>
      <w:pPr>
        <w:jc w:val="right"/>
      </w:pPr>
      <w:r>
        <w:t>۔ اس کا طریقہ یہ ہے کہ آپ سر گھماتے ہیں آپ کی طرف: "السلام علیکم ورحمۃ اللہ"۔ "السلام علیکم ورحمۃ اللہ"۔ اب نماز کا طریقہ یہ ہے کہ عرب میں کعبہ ہے۔</w:t>
      </w:r>
    </w:p>
    <w:p>
      <w:r>
        <w:rPr>
          <w:b/>
        </w:rPr>
        <w:t xml:space="preserve">[1:12:17] </w:t>
      </w:r>
      <w:r>
        <w:t>sab log kaba ki direction namaz parhte hain. to is mani hai ke charon taraf se log namaz parh rahe hain. yani kaba jahan hai to koi idhar se parh raha hai, koi idhar se parh raha hai, koi idhar se parh raha hai, koi idhar se parh raha hai.</w:t>
      </w:r>
    </w:p>
    <w:p>
      <w:pPr>
        <w:jc w:val="right"/>
      </w:pPr>
      <w:r>
        <w:t>سب لوگ کعبہ کی ڈائریکشن نماز پڑھتے ہیں۔ تو اس معنی ہے کہ چاروں طرف سے لوگ نماز پڑھ رہے ہیں۔ یعنی کعبہ جہاں ہے تو کوئی ادھر سے پڑھ رہا ہے، کوئی ادھر سے پڑھ رہا ہے، کوئی ادھر سے پڑھ رہا ہے، کوئی ادھر سے پڑھ رہا ہے۔</w:t>
      </w:r>
    </w:p>
    <w:p>
      <w:r>
        <w:rPr>
          <w:b/>
        </w:rPr>
        <w:t xml:space="preserve">[1:12:30] </w:t>
      </w:r>
      <w:r>
        <w:t>to jab "salam alaikum" woh kehte hain to globe ke charon taraf woh sab ko keh rahe hote hain. sare insanon ko</w:t>
      </w:r>
    </w:p>
    <w:p>
      <w:pPr>
        <w:jc w:val="right"/>
      </w:pPr>
      <w:r>
        <w:t>تو جب "السلام علیکم" وہ کہتے ہیں تو گلوب کے چاروں طرف وہ سب کو کہہ رہے ہوتے ہیں۔ سارے انسانوں کو</w:t>
      </w:r>
    </w:p>
    <w:p>
      <w:r>
        <w:rPr>
          <w:b/>
        </w:rPr>
        <w:t xml:space="preserve">[1:12:40] </w:t>
      </w:r>
      <w:r>
        <w:t>yeh keh rahe hote hain ke "may god bless you". "gods blessing upon you". aye logon!</w:t>
      </w:r>
    </w:p>
    <w:p>
      <w:pPr>
        <w:jc w:val="right"/>
      </w:pPr>
      <w:r>
        <w:t>یہ کہہ رہے ہوتے ہیں کہ "مے گاڈ بلیس یو"۔ "گاڈز بلیسنگ اپ یو"۔ اے لوگوں!</w:t>
      </w:r>
    </w:p>
    <w:p>
      <w:r>
        <w:rPr>
          <w:b/>
        </w:rPr>
        <w:t xml:space="preserve">[1:12:50] </w:t>
      </w:r>
      <w:r>
        <w:t>tum par khuda ki blessing ho. aye logon! tum par khuda ki blessing ho. yeh kya hai</w:t>
      </w:r>
    </w:p>
    <w:p>
      <w:pPr>
        <w:jc w:val="right"/>
      </w:pPr>
      <w:r>
        <w:t>تم پر خدا کی بلیسنگ ہو۔ اے لوگوں! تم پر خدا کی بلیسنگ ہو۔ یہ کیا ہے</w:t>
      </w:r>
    </w:p>
    <w:p>
      <w:r>
        <w:rPr>
          <w:b/>
        </w:rPr>
        <w:t xml:space="preserve">[1:12:57] </w:t>
      </w:r>
      <w:r>
        <w:t>? yeh insan ko acknowledge karna. jo dil mein aap ke insan ke liye pyar hai, dil mein aap ke insan ke liye jo mohabbat hai, us ko acknowledge kar rahe hote hain yeh keh kar ke: "aye logon!</w:t>
      </w:r>
    </w:p>
    <w:p>
      <w:pPr>
        <w:jc w:val="right"/>
      </w:pPr>
      <w:r>
        <w:t>؟ یہ انسان کو اکنالج کرنا۔ جو دل میں آپ کے انسان کے لیے پیار ہے، دل میں آپ کے انسان کے لیے جو محبت ہے، اس کو اکنالج کر رہے ہوتے ہیں یہ کہہ کر کہ: "اے لوگوں!</w:t>
      </w:r>
    </w:p>
    <w:p>
      <w:r>
        <w:rPr>
          <w:b/>
        </w:rPr>
        <w:t xml:space="preserve">[1:13:09] </w:t>
      </w:r>
      <w:r>
        <w:t>khuda tumhein blessing bheje". kyun? is se pehle yeh baat keh chuka hoon ke jis tarah se khuda ka life support system hai, us se hum zinda hain dunya mein.</w:t>
      </w:r>
    </w:p>
    <w:p>
      <w:pPr>
        <w:jc w:val="right"/>
      </w:pPr>
      <w:r>
        <w:t>خدا تمہیں بلیسنگ بھیجے"۔ کیوں؟ اس سے پہلے یہ بات کہہ چکا ہوں کہ جس طرح سے خدا کا لائف سپورٹ سسٹم ہے، اس سے ہم زندہ ہیں دنیا میں۔</w:t>
      </w:r>
    </w:p>
    <w:p>
      <w:r>
        <w:rPr>
          <w:b/>
        </w:rPr>
        <w:t xml:space="preserve">[1:13:23] </w:t>
      </w:r>
      <w:r>
        <w:t>isi tarah se humanity ka bhi ek hamein bohat bara contribution hai.</w:t>
      </w:r>
    </w:p>
    <w:p>
      <w:pPr>
        <w:jc w:val="right"/>
      </w:pPr>
      <w:r>
        <w:t>اسی طرح سے ہیومینٹی کا بھی ایک ہمیں بہت بڑا کنٹریبیوشن ہے۔</w:t>
      </w:r>
    </w:p>
    <w:p>
      <w:r>
        <w:rPr>
          <w:b/>
        </w:rPr>
        <w:t xml:space="preserve">[1:13:28] </w:t>
      </w:r>
      <w:r>
        <w:t>jis ko mein kehta hoon solidaishnal contribution. yeh yeh jo yeh jo paper hai, kya aap samajhte hain ke paper achanak kaise mil gaya hai?</w:t>
      </w:r>
    </w:p>
    <w:p>
      <w:pPr>
        <w:jc w:val="right"/>
      </w:pPr>
      <w:r>
        <w:t>جس کو میں کہتا ہوں سولیڈیشنل کنٹریبیوشن۔ یہ یہ جو یہ جو پیپر ہے، کیا آپ سمجھتے ہیں کہ پیپر اچانک کیسے مل گیا ہے؟</w:t>
      </w:r>
    </w:p>
    <w:p>
      <w:r>
        <w:rPr>
          <w:b/>
        </w:rPr>
        <w:t xml:space="preserve">[1:13:43] </w:t>
      </w:r>
      <w:r>
        <w:t>do hazar saal ki history hai, tab ja kar yeh paper bana hai. poore do hazar saal ki history.</w:t>
      </w:r>
    </w:p>
    <w:p>
      <w:pPr>
        <w:jc w:val="right"/>
      </w:pPr>
      <w:r>
        <w:t>دو ہزار سال کی ہسٹری ہے، تب جا کر یہ پیپر بنا ہے۔ پورے دو ہزار سال کی ہسٹری۔</w:t>
      </w:r>
    </w:p>
    <w:p>
      <w:r>
        <w:rPr>
          <w:b/>
        </w:rPr>
        <w:t xml:space="preserve">[1:13:53] </w:t>
      </w:r>
      <w:r>
        <w:t>insan ne kitni qurbaniyan di hain, kitni mehnatain ki hain, is ke baad ja kar ke paper bana, printing press bana, media bana, electronic media aur print media,</w:t>
      </w:r>
    </w:p>
    <w:p>
      <w:pPr>
        <w:jc w:val="right"/>
      </w:pPr>
      <w:r>
        <w:t>انسان نے کتنی قربانیاں دی ہیں، کتنی محنتیں کی ہیں، اس کے بعد جا کر کے پیپر بنا، پرنٹنگ پریس بنا، میڈیا بنا، الیکٹرانک میڈیا اور پرنٹ میڈیا،</w:t>
      </w:r>
    </w:p>
    <w:p>
      <w:r>
        <w:rPr>
          <w:b/>
        </w:rPr>
        <w:t xml:space="preserve">[1:14:06] </w:t>
      </w:r>
      <w:r>
        <w:t>machine bani, mechanization hua. yani kya kya hua jis ko hum civilization kehte hain. aap jo ek business chalate hain, aap samajhte hain ke mein paisa kama raha hoon.</w:t>
      </w:r>
    </w:p>
    <w:p>
      <w:pPr>
        <w:jc w:val="right"/>
      </w:pPr>
      <w:r>
        <w:t>مشین بنی، مکینائزیشن ہوا۔ یعنی کیا کیا ہوا جس کو ہم سولائزیشن کہتے ہیں۔ آپ جو ایک بزنس چلاتے ہیں، آپ سمجھتے ہیں کہ میں پیسہ کما رہا ہوں۔</w:t>
      </w:r>
    </w:p>
    <w:p>
      <w:r>
        <w:rPr>
          <w:b/>
        </w:rPr>
        <w:t xml:space="preserve">[1:14:19] </w:t>
      </w:r>
      <w:r>
        <w:t>agar aap sach much sochen to aap ka is mein share one percent se bhi kam hai. sara jo contribution hai, civilization ka hai.</w:t>
      </w:r>
    </w:p>
    <w:p>
      <w:pPr>
        <w:jc w:val="right"/>
      </w:pPr>
      <w:r>
        <w:t>اگر آپ سچ مچ سوچیں تو آپ کا اس میں شیئر ون پرسنٹ سے بھی کم ہے۔ سارا جو کنٹریبیوشن ہے، سولائزیشن کا ہے۔</w:t>
      </w:r>
    </w:p>
    <w:p>
      <w:r>
        <w:rPr>
          <w:b/>
        </w:rPr>
        <w:t xml:space="preserve">[1:14:31] </w:t>
      </w:r>
      <w:r>
        <w:t>hazaron saal se insan kaam kar raha tha. us ne pehia ko invent kiya, pehia ko invent kar ke akhir aap ko car di.</w:t>
      </w:r>
    </w:p>
    <w:p>
      <w:pPr>
        <w:jc w:val="right"/>
      </w:pPr>
      <w:r>
        <w:t>ہزاروں سال سے انسان کام کر رہا تھا۔ اس نے پہیہ کو انوینٹ کیا، پہیہ کو انوینٹ کر کے آخر آپ کو کار دی۔</w:t>
      </w:r>
    </w:p>
    <w:p>
      <w:r>
        <w:rPr>
          <w:b/>
        </w:rPr>
        <w:t xml:space="preserve">[1:14:41] </w:t>
      </w:r>
      <w:r>
        <w:t>us ne lohe ko invent kiya aur is ke baad us ko machine machine mein badla.</w:t>
      </w:r>
    </w:p>
    <w:p>
      <w:pPr>
        <w:jc w:val="right"/>
      </w:pPr>
      <w:r>
        <w:t>اس نے لوہے کو انوینٹ کیا اور اس کے بعد اس کو مشین مشین میں بدلا۔</w:t>
      </w:r>
    </w:p>
    <w:p>
      <w:r>
        <w:rPr>
          <w:b/>
        </w:rPr>
        <w:t xml:space="preserve">[1:14:49] </w:t>
      </w:r>
      <w:r>
        <w:t>yani aisi billion billion cheezen hain jin ko hum kehte hain civilization. to is solidaishnal contribution jo hai, us ko agar aap sochen to insan ke liye aap ke andar pyar ka ek ek ocean beh parhe ga ke kitne sare logon ne qurbaniyan dein, tab mein ghar banata hoon, tab mein ek business karta hoon.</w:t>
      </w:r>
    </w:p>
    <w:p>
      <w:pPr>
        <w:jc w:val="right"/>
      </w:pPr>
      <w:r>
        <w:t>یعنی ایسی بلین بلین چیزیں ہیں جن کو ہم کہتے ہیں سولائزیشن۔ تو اس سولائزیشنل کنٹریبیوشن جو ہے، اس کو اگر آپ سوچیں تو انسان کے لیے آپ کے اندر پیار کا ایک ایک اوشن بہہ پڑے گا کہ کتنے سارے لوگوں نے قربانیاں دیں، تب میں گھر بناتا ہوں، تب میں ایک بزنس کرتا ہوں۔</w:t>
      </w:r>
    </w:p>
    <w:p>
      <w:r>
        <w:rPr>
          <w:b/>
        </w:rPr>
        <w:t xml:space="preserve">[1:15:12] </w:t>
      </w:r>
      <w:r>
        <w:t>lekin aap hain be khabar kyun ke aap animal level par jee rahe hain.</w:t>
      </w:r>
    </w:p>
    <w:p>
      <w:pPr>
        <w:jc w:val="right"/>
      </w:pPr>
      <w:r>
        <w:t>لیکن آپ ہیں بے خبر کیونکہ آپ اینیمل لیول پر جی رہے ہیں۔</w:t>
      </w:r>
    </w:p>
    <w:p>
      <w:r>
        <w:rPr>
          <w:b/>
        </w:rPr>
        <w:t xml:space="preserve">[1:15:17] </w:t>
      </w:r>
      <w:r>
        <w:t>aap ka intellectual development nahi hua. aap soch nahi paate. bas kamaya, khaya aur so gaye ho. bas ho gaya yeh kaam. to jo log jab intellectual development jab tak nahi hoga, tab tak aap yeh jaan nahi paenge ke kya hai contribution humanity ka aap ke liye.</w:t>
      </w:r>
    </w:p>
    <w:p>
      <w:pPr>
        <w:jc w:val="right"/>
      </w:pPr>
      <w:r>
        <w:t>آپ کا انٹلیکچول ڈیولپمنٹ نہیں ہوا۔ آپ سوچ نہیں پاتے۔ بس کمایا، کھایا اور سو گئے ہو۔ بس ہو گیا یہ کام۔ تو جو لوگ جب انٹلیکچول ڈیولپمنٹ جب تک نہیں ہوگا، تب تک آپ یہ جان نہیں پائیں گے کہ کیا ہے کنٹریبیوشن ہیومینٹی کا آپ کے لیے۔</w:t>
      </w:r>
    </w:p>
    <w:p>
      <w:r>
        <w:rPr>
          <w:b/>
        </w:rPr>
        <w:t xml:space="preserve">[1:15:40] </w:t>
      </w:r>
      <w:r>
        <w:t>koi bhi kaam aap kar rahe hon, chahe university bana rahe hon, chahe business kar rahe hon ya ghar bana rahe hon, is mein less than one percent aap ka hissa hota hai. aur baqi sara hissa humanity ka hota hai.</w:t>
      </w:r>
    </w:p>
    <w:p>
      <w:pPr>
        <w:jc w:val="right"/>
      </w:pPr>
      <w:r>
        <w:t>کوئی بھی کام آپ کر رہے ہوں، چاہے یونیورسٹی بنا رہے ہوں، چاہے بزنس کر رہے ہوں یا گھر بنا رہے ہوں، اس میں لیس دین ون پرسنٹ آپ کا حصہ ہوتا ہے۔ اور بقیہ سارا حصہ ہیومینٹی کا ہوتا ہے۔</w:t>
      </w:r>
    </w:p>
    <w:p>
      <w:r>
        <w:rPr>
          <w:b/>
        </w:rPr>
        <w:t xml:space="preserve">[1:15:52] </w:t>
      </w:r>
      <w:r>
        <w:t>jis ne hazaron saal se kaam karte karte karte aap ko yeh sab diya, woh infrastructure diya, woh sara saman diya jis ko le kar ke aap business karte hain, ghar banate hain.</w:t>
      </w:r>
    </w:p>
    <w:p>
      <w:pPr>
        <w:jc w:val="right"/>
      </w:pPr>
      <w:r>
        <w:t>جس نے ہزاروں سال سے کام کرتے کرتے کرتے آپ کو یہ سب دیا، وہ انفراسٹرکچر دیا، وہ سارا سامان دیا جس کو لے کر کے آپ بزنس کرتے ہیں، گھر بناتے ہیں۔</w:t>
      </w:r>
    </w:p>
    <w:p>
      <w:r>
        <w:rPr>
          <w:b/>
        </w:rPr>
        <w:t xml:space="preserve">[1:16:05] </w:t>
      </w:r>
      <w:r>
        <w:t>to namaz jo hai, charon taraf yeh namazi parh kar namaz parh kar yeh kehta hai ke: "aye logon! tum par khuda ki blessing ho". yeh acknowledge karta hai un ke contribution ko.</w:t>
      </w:r>
    </w:p>
    <w:p>
      <w:pPr>
        <w:jc w:val="right"/>
      </w:pPr>
      <w:r>
        <w:t>تو نماز جو ہے، چاروں طرف یہ نمازی پڑھ کر نماز پڑھ کر یہ کہتا ہے کہ: "اے لوگوں! تم پر خدا کی بلیسنگ ہو"۔ یہ اکنالج کرتا ہے ان کے کنٹریبیوشن کو۔</w:t>
      </w:r>
    </w:p>
    <w:p>
      <w:r>
        <w:rPr>
          <w:b/>
        </w:rPr>
        <w:t xml:space="preserve">[1:16:17] </w:t>
      </w:r>
      <w:r>
        <w:t>to kitni bari cheez hai namaz. namaz insan ko animal level se ooper utha kar ke human level pohanchati hai. kyun ke animal jo hai, janta nahi hai acknowledge karna.</w:t>
      </w:r>
    </w:p>
    <w:p>
      <w:pPr>
        <w:jc w:val="right"/>
      </w:pPr>
      <w:r>
        <w:t>تو کتنی بڑی چیز ہے نماز۔ نماز انسان کو اینیمل لیول سے اوپر اٹھا کر کے ہیومن لیول پہنچاتی ہے۔ کیونکہ اینیمل جو ہے، جانتا نہیں ہے اکنالج کرنا۔</w:t>
      </w:r>
    </w:p>
    <w:p>
      <w:r>
        <w:rPr>
          <w:b/>
        </w:rPr>
        <w:t xml:space="preserve">[1:16:31] </w:t>
      </w:r>
      <w:r>
        <w:t>insan woh hai jo jaane ke mujhe acknowledge karna chahiye.</w:t>
      </w:r>
    </w:p>
    <w:p>
      <w:pPr>
        <w:jc w:val="right"/>
      </w:pPr>
      <w:r>
        <w:t>انسان وہ ہے جو جانے کہ مجھے اکنالج کرنا چاہیے۔</w:t>
      </w:r>
    </w:p>
    <w:p>
      <w:r>
        <w:rPr>
          <w:b/>
        </w:rPr>
        <w:t xml:space="preserve">[1:16:37] </w:t>
      </w:r>
      <w:r>
        <w:t>to namaz yeh sikhati hai ke ek taraf khuda ko acknowledge karna aur doosri taraf humanity ko acknowledge karna. to kitni bari cheez hai namaz.</w:t>
      </w:r>
    </w:p>
    <w:p>
      <w:pPr>
        <w:jc w:val="right"/>
      </w:pPr>
      <w:r>
        <w:t>تو نماز یہ سکھاتی ہے کہ ایک طرف خدا کو اکنالج کرنا اور دوسری طرف ہیومینٹی کو اکنالج کرنا۔ تو کتنی بڑی چیز ہے نماز۔</w:t>
      </w:r>
    </w:p>
    <w:p>
      <w:r>
        <w:rPr>
          <w:b/>
        </w:rPr>
        <w:t xml:space="preserve">[1:16:47] </w:t>
      </w:r>
      <w:r>
        <w:t>aap ne namaz ko samjha ke kuch rituals hain, keh diya ke bhai kya time waste kar rahe hain log. woh spiritual class hai, woh spiritual university hai.</w:t>
      </w:r>
    </w:p>
    <w:p>
      <w:pPr>
        <w:jc w:val="right"/>
      </w:pPr>
      <w:r>
        <w:t>آپ نے نماز کو سمجھا کہ کچھ ریچولز ہیں، کہہ دیا کہ بھئی کیا ٹائم ویسٹ کر رہے ہیں لوگ۔ وہ اسپیریچول کلاس ہے، وہ اسپیریچول یونیورسٹی ہے۔</w:t>
      </w:r>
    </w:p>
    <w:p>
      <w:r>
        <w:rPr>
          <w:b/>
        </w:rPr>
        <w:t xml:space="preserve">[1:16:58] </w:t>
      </w:r>
      <w:r>
        <w:t>har masjid ek spiritual university hai. intellectual development constitution hai.</w:t>
      </w:r>
    </w:p>
    <w:p>
      <w:pPr>
        <w:jc w:val="right"/>
      </w:pPr>
      <w:r>
        <w:t>ہر مسجد ایک اسپیریچول یونیورسٹی ہے۔ انٹلیکچول ڈیولپمنٹ کانسٹیٹیوشن ہے۔</w:t>
      </w:r>
    </w:p>
    <w:p>
      <w:r>
        <w:rPr>
          <w:b/>
        </w:rPr>
        <w:t xml:space="preserve">[1:17:05] </w:t>
      </w:r>
      <w:r>
        <w:t>masjid koi rituals ka ki jagah nahi hai. har masjid aik intellectual lesson deny ki jagah hai. har masjid in is intellectual development aur spiritual development ka aik factory hai goya.</w:t>
      </w:r>
    </w:p>
    <w:p>
      <w:pPr>
        <w:jc w:val="right"/>
      </w:pPr>
      <w:r>
        <w:t>مسجد کوئی ریچولز کا کی جگہ نہیں ہے۔ ہر مسجد ایک انٹلیکچول لیسن دینے کی جگہ ہے۔ ہر مسجد ان اس انٹلیکچول ڈیولپمنٹ اور اسپیریچول ڈیولپمنٹ کا ایک فیکٹری ہے گویا۔</w:t>
      </w:r>
    </w:p>
    <w:p>
      <w:r>
        <w:rPr>
          <w:b/>
        </w:rPr>
        <w:t xml:space="preserve">[1:17:21] </w:t>
      </w:r>
      <w:r>
        <w:t>jahan aap ko bataya jata hai ke khuda ki blessing ko acknowledge karo aur insan ne jo contribute kiya hai tumhari zindagi mein, us ko acknowledge karo.</w:t>
      </w:r>
    </w:p>
    <w:p>
      <w:pPr>
        <w:jc w:val="right"/>
      </w:pPr>
      <w:r>
        <w:t>جہاں آپ کو بتایا جاتا ہے کہ خدا کی بلیسنگ کو اکنالج کرو اور انسان نے جو کنٹریبیوٹ کیا ہے تمہاری زندگی میں، اس کو اکنالج کرو۔</w:t>
      </w:r>
    </w:p>
    <w:p>
      <w:r>
        <w:rPr>
          <w:b/>
        </w:rPr>
        <w:t xml:space="preserve">[1:17:32] </w:t>
      </w:r>
      <w:r>
        <w:t>tab ja kar hum human level ko paate hain.</w:t>
      </w:r>
    </w:p>
    <w:p>
      <w:pPr>
        <w:jc w:val="right"/>
      </w:pPr>
      <w:r>
        <w:t>تب جا کر ہم ہیومن لیول کو پاتے ہیں۔</w:t>
      </w:r>
    </w:p>
    <w:p>
      <w:r>
        <w:rPr>
          <w:b/>
        </w:rPr>
        <w:t xml:space="preserve">[1:17:35] </w:t>
      </w:r>
      <w:r>
        <w:t>yaad rakhiye, is ke baghair aap yani bheer bakri ke level par jee rahe hain. animal level par jee rahe hain aap. to kyun aisa hota hai sab?</w:t>
      </w:r>
    </w:p>
    <w:p>
      <w:pPr>
        <w:jc w:val="right"/>
      </w:pPr>
      <w:r>
        <w:t>یاد رکھیے، اس کے بغیر آپ یعنی بھیڑ بکری کے لیول پر جی رہے ہیں۔ اینیمل لیول پر جی رہے ہیں آپ۔ تو کیوں ایسا ہوتا ہے سب؟</w:t>
      </w:r>
    </w:p>
    <w:p>
      <w:r>
        <w:rPr>
          <w:b/>
        </w:rPr>
        <w:t xml:space="preserve">[1:17:45] </w:t>
      </w:r>
      <w:r>
        <w:t>wo hai intellectual poverty. intellectual development na hone ki wajah se log samajhte nahi baaton ko gehrai mein. sarsari baatein karte hain, sathi baatein karte hain.</w:t>
      </w:r>
    </w:p>
    <w:p>
      <w:pPr>
        <w:jc w:val="right"/>
      </w:pPr>
      <w:r>
        <w:t>وہ ہے انٹلیکچول پاورٹی۔ انٹلیکچول ڈیولپمنٹ نہ ہونے کی وجہ سے لوگ سمجھتے نہیں باتوں کو گہرائی میں۔ سرسری باتیں کرتے ہیں، سطحی باتیں کرتے ہیں۔</w:t>
      </w:r>
    </w:p>
    <w:p>
      <w:r>
        <w:rPr>
          <w:b/>
        </w:rPr>
        <w:t xml:space="preserve">[1:17:56] </w:t>
      </w:r>
      <w:r>
        <w:t>cheap qism ki baatein karte hain.</w:t>
      </w:r>
    </w:p>
    <w:p>
      <w:pPr>
        <w:jc w:val="right"/>
      </w:pPr>
      <w:r>
        <w:t>چیپ قسم کی باتیں کرتے ہیں۔</w:t>
      </w:r>
    </w:p>
    <w:p>
      <w:r>
        <w:rPr>
          <w:b/>
        </w:rPr>
        <w:t xml:space="preserve">[1:17:59] </w:t>
      </w:r>
      <w:r>
        <w:t>to hamara mission jo hai, wo hai intellectual development, spiritual development. aur aap log ye pledge lijiye, pledge ke aap is mission ke liye apni zindagiyaan dedicate karenge.</w:t>
      </w:r>
    </w:p>
    <w:p>
      <w:pPr>
        <w:jc w:val="right"/>
      </w:pPr>
      <w:r>
        <w:t>تو ہمارا مشن جو ہے، وہ ہے انٹلیکچول ڈیولپمنٹ، اسپیریچول ڈیولپمنٹ۔ اور آپ لوگ یہ پلیج لیجئے، پلیج کہ آپ اس مشن کے لیے اپنی زندگیاں ڈیڈیکیٹ کریں گے۔</w:t>
      </w:r>
    </w:p>
    <w:p>
      <w:r>
        <w:rPr>
          <w:b/>
        </w:rPr>
        <w:t xml:space="preserve">[1:18:14] </w:t>
      </w:r>
      <w:r>
        <w:t>aqool qooli wastaghfirullah ali walim ajmaeen.</w:t>
      </w:r>
    </w:p>
    <w:p>
      <w:pPr>
        <w:jc w:val="right"/>
      </w:pPr>
      <w:r>
        <w:t>اقول قولی واستغفراللہ علی ولم اجمعین۔</w:t>
      </w:r>
    </w:p>
    <w:p>
      <w:r>
        <w:rPr>
          <w:b/>
        </w:rPr>
        <w:t xml:space="preserve">[1:18:28] </w:t>
      </w:r>
      <w:r>
        <w:t>sticking with wisdom, emotions and self interest, and as a result, there is a wrong methodology. there is a wrong input that is being taken in.</w:t>
      </w:r>
    </w:p>
    <w:p>
      <w:pPr>
        <w:jc w:val="right"/>
      </w:pPr>
      <w:r>
        <w:t>سٹیکن ود وزڈم، ایموشنز اینڈ سیلف انٹرسٹ، اینڈ ایز ا رزلٹ، دیر از ا رونگ میتھڈالوجی۔ دیر از ا رونگ ان پٹ دیٹ از بینگ ٹیکن ان۔</w:t>
      </w:r>
    </w:p>
    <w:p>
      <w:r>
        <w:rPr>
          <w:b/>
        </w:rPr>
        <w:t xml:space="preserve">[1:18:37] </w:t>
      </w:r>
      <w:r>
        <w:t>therefore the output is also wrong. so how to get out of this situation, which is garbage in and garbage out?</w:t>
      </w:r>
    </w:p>
    <w:p>
      <w:pPr>
        <w:jc w:val="right"/>
      </w:pPr>
      <w:r>
        <w:t>دیر فور دی آؤٹ پٹ از السو رونگ۔ سو ہاؤ ٹو گیٹ آؤٹ اف دس سچویشن، وچ از گاربیج ان اینڈ گاربیج آؤٹ؟</w:t>
      </w:r>
    </w:p>
    <w:p>
      <w:r>
        <w:rPr>
          <w:b/>
        </w:rPr>
        <w:t xml:space="preserve">[1:18:49] </w:t>
      </w:r>
      <w:r>
        <w:t>kya deceit word ko kya unhon ne? ji, remedy from deceit. deceit ye dhoke padna. ji, dhoke mein na padain. dhoke mein na padain.</w:t>
      </w:r>
    </w:p>
    <w:p>
      <w:pPr>
        <w:jc w:val="right"/>
      </w:pPr>
      <w:r>
        <w:t>کیا ڈیسیٹ ورڈ کو کیا انہوں نے؟ جی، ریمیڈی فرام ڈیسیٹ۔ ڈیسیٹ یہ دھوکے پڑنا۔ جی، دھوکے میں نہ پڑیں۔ دھوکے میں نہ پڑیں۔</w:t>
      </w:r>
    </w:p>
    <w:p>
      <w:r>
        <w:rPr>
          <w:b/>
        </w:rPr>
        <w:t xml:space="preserve">[1:19:06] </w:t>
      </w:r>
      <w:r>
        <w:t>dekhiye, main jahan tak samajhta hoon ke khuda ne insan ko bara anokhi cheez di hai, mind.</w:t>
      </w:r>
    </w:p>
    <w:p>
      <w:pPr>
        <w:jc w:val="right"/>
      </w:pPr>
      <w:r>
        <w:t>دیکھیں، میں جہاں تک سمجھتا ہوں کہ خدا نے انسان کو بڑا انوکھی چیز دی ہے، مائنڈ۔</w:t>
      </w:r>
    </w:p>
    <w:p>
      <w:r>
        <w:rPr>
          <w:b/>
        </w:rPr>
        <w:t xml:space="preserve">[1:19:17] </w:t>
      </w:r>
      <w:r>
        <w:t>mind ke andar bohat bari capacity hai baaton ko samajhne ki. ke hota ye hai ke aadmi jo hai, jab bhi koi cheez nikalti hai apne jo apne against mein ja rahi ho, to manna nahi chahta us ko.</w:t>
      </w:r>
    </w:p>
    <w:p>
      <w:pPr>
        <w:jc w:val="right"/>
      </w:pPr>
      <w:r>
        <w:t>مائنڈ کے اندر بہت بڑی کپیسٹی ہے باتوں کو سمجھنے کی۔ کہ ہوتا یہ ہے کہ آدمی جو ہے، جب بھی کوئی چیز نکلتی ہے اپنے جو اپنے اگینسٹ میں جا رہی ہو، تو ماننا نہیں چاہتا اس کو۔</w:t>
      </w:r>
    </w:p>
    <w:p>
      <w:r>
        <w:rPr>
          <w:b/>
        </w:rPr>
        <w:t xml:space="preserve">[1:19:31] </w:t>
      </w:r>
      <w:r>
        <w:t>wo kyun ke koi egoism jo hai, uska rok ban jata hai.</w:t>
      </w:r>
    </w:p>
    <w:p>
      <w:pPr>
        <w:jc w:val="right"/>
      </w:pPr>
      <w:r>
        <w:t>وہ کیونکہ کوئی ایگوئزم جو ہے، اس کا روک بن جاتا ہے۔</w:t>
      </w:r>
    </w:p>
    <w:p>
      <w:r>
        <w:rPr>
          <w:b/>
        </w:rPr>
        <w:t xml:space="preserve">[1:19:35] </w:t>
      </w:r>
      <w:r>
        <w:t>har aadmi, yani koi bhi aadmi ho, wo andar se egoist hota hai, arrogant hota hai.</w:t>
      </w:r>
    </w:p>
    <w:p>
      <w:pPr>
        <w:jc w:val="right"/>
      </w:pPr>
      <w:r>
        <w:t>ہر آدمی، یعنی کوئی بھی آدمی ہو، وہ اندر سے ایگوئسٹ ہوتا ہے، ارگونس ہوتا ہے۔</w:t>
      </w:r>
    </w:p>
    <w:p>
      <w:r>
        <w:rPr>
          <w:b/>
        </w:rPr>
        <w:t xml:space="preserve">[1:19:44] </w:t>
      </w:r>
      <w:r>
        <w:t>us ke andar yahi to test hai ke arrogance ko tod kar ke aap duniya mein sachai ko paayein. to ye behal hoga ke aap ka jo egoism hai, record banega.</w:t>
      </w:r>
    </w:p>
    <w:p>
      <w:pPr>
        <w:jc w:val="right"/>
      </w:pPr>
      <w:r>
        <w:t>اس کے اندر یہی تو ٹیسٹ ہے کہ ارگونس کو توڑ کر کے آپ دنیا میں سچائی کو پائیں۔ تو یہ بہرحال ہوگا کہ آپ کا جو ایگوئزم ہے، ریکارڈ بنے گا۔</w:t>
      </w:r>
    </w:p>
    <w:p>
      <w:r>
        <w:rPr>
          <w:b/>
        </w:rPr>
        <w:t xml:space="preserve">[1:19:57] </w:t>
      </w:r>
      <w:r>
        <w:t>wo chahega ke ab, yani main hi, yani yani ye hai ke I am right, ye prove ho.</w:t>
      </w:r>
    </w:p>
    <w:p>
      <w:pPr>
        <w:jc w:val="right"/>
      </w:pPr>
      <w:r>
        <w:t>وہ چاہے گا کہ اب، یعنی میں ہی، یعنی یعنی یہ ہے کہ آئی ایم رائٹ، یہ پروف ہو۔</w:t>
      </w:r>
    </w:p>
    <w:p>
      <w:r>
        <w:rPr>
          <w:b/>
        </w:rPr>
        <w:t xml:space="preserve">[1:20:11] </w:t>
      </w:r>
      <w:r>
        <w:t>I am wrong, ye prove na ho. Ye har aadmi, har aadmi, har aadmi ka aik case hai ke wo chahta nahi hai ke ye prove ho ke I was wrong.</w:t>
      </w:r>
    </w:p>
    <w:p>
      <w:pPr>
        <w:jc w:val="right"/>
      </w:pPr>
      <w:r>
        <w:t>آئی ایم رونگ، یہ پروف نہ ہو۔ یہ ہر آدمی، ہر آدمی، ہر آدمی کا ایک کیس ہے کہ وہ چاہتا نہیں ہے کہ یہ پروف ہو کہ آئی واز رونگ۔</w:t>
      </w:r>
    </w:p>
    <w:p>
      <w:r>
        <w:rPr>
          <w:b/>
        </w:rPr>
        <w:t xml:space="preserve">[1:20:21] </w:t>
      </w:r>
      <w:r>
        <w:t>wo chahta hai ke ye prove ho ke I am right.</w:t>
      </w:r>
    </w:p>
    <w:p>
      <w:pPr>
        <w:jc w:val="right"/>
      </w:pPr>
      <w:r>
        <w:t>وہ چاہتا ہے کہ یہ پروف ہو کہ آئی ایم رائٹ۔</w:t>
      </w:r>
    </w:p>
    <w:p>
      <w:r>
        <w:rPr>
          <w:b/>
        </w:rPr>
        <w:t xml:space="preserve">[1:20:24] </w:t>
      </w:r>
      <w:r>
        <w:t>is wajah se khuli khuli baaton ko bhi wo deny kar deta hai aur jhoot bol leta hai. jhoote excuse, jhooti yani shab janjal shuru kar deta hai.</w:t>
      </w:r>
    </w:p>
    <w:p>
      <w:pPr>
        <w:jc w:val="right"/>
      </w:pPr>
      <w:r>
        <w:t>اس وجہ سے کھلی کھلی باتوں کو بھی وہ ڈینائی کر دیتا ہے اور جھوٹا بول لیتا ہے۔ جھوٹے ایکسکیوز، جھوٹی یعنی شب جنجال شروع کر دیتا ہے۔</w:t>
      </w:r>
    </w:p>
    <w:p>
      <w:r>
        <w:rPr>
          <w:b/>
        </w:rPr>
        <w:t xml:space="preserve">[1:20:37] </w:t>
      </w:r>
      <w:r>
        <w:t>jhooti wording bolta hai taake apne ko kisi bhi tareeqe se establish kar sake ke I was right, I am right, I am right.</w:t>
      </w:r>
    </w:p>
    <w:p>
      <w:pPr>
        <w:jc w:val="right"/>
      </w:pPr>
      <w:r>
        <w:t>جھوٹی ورڈنگ بولتا ہے تاکہ اپنے کو کسی بھی طریقے سے اسٹیبلش کر سکے کہ آئی واز رائٹ، آئی ایم رائٹ، آئی ایم رائٹ۔</w:t>
      </w:r>
    </w:p>
    <w:p>
      <w:r>
        <w:rPr>
          <w:b/>
        </w:rPr>
        <w:t xml:space="preserve">[1:20:48] </w:t>
      </w:r>
      <w:r>
        <w:t>to main samajhta hoon ke is ke liye koi</w:t>
      </w:r>
    </w:p>
    <w:p>
      <w:pPr>
        <w:jc w:val="right"/>
      </w:pPr>
      <w:r>
        <w:t>تو میں سمجھتا ہوں کہ اس کے لیے کوئی</w:t>
      </w:r>
    </w:p>
    <w:p>
      <w:r>
        <w:rPr>
          <w:b/>
        </w:rPr>
        <w:t xml:space="preserve">[1:20:53] </w:t>
      </w:r>
      <w:r>
        <w:t>koi koi bhi doosra method nahi hai siwaye is ke ke aap introspection mein jayein, apne apne ego ko kill karein, apne arrogance ko kill karein.</w:t>
      </w:r>
    </w:p>
    <w:p>
      <w:pPr>
        <w:jc w:val="right"/>
      </w:pPr>
      <w:r>
        <w:t>کوئی کوئی بھی دوسرا میتھڈ نہیں ہے سوائے اس کے کہ آپ انٹراسپیکشن میں جائیں، اپنے اپنے ایگو کو کل کریں، اپنے ارگنز کو کل کریں۔</w:t>
      </w:r>
    </w:p>
    <w:p>
      <w:r>
        <w:rPr>
          <w:b/>
        </w:rPr>
        <w:t xml:space="preserve">[1:21:08] </w:t>
      </w:r>
      <w:r>
        <w:t>aur accept karne ka aap ke andar jo kehte hain, sahas, courage ki</w:t>
      </w:r>
    </w:p>
    <w:p>
      <w:pPr>
        <w:jc w:val="right"/>
      </w:pPr>
      <w:r>
        <w:t>اور ایکسیپٹ کرنے کا آپ کے اندر جو کہتے ہیں، ساہس، کریج کہ آئی و</w:t>
      </w:r>
    </w:p>
    <w:p>
      <w:r>
        <w:rPr>
          <w:b/>
        </w:rPr>
        <w:t xml:space="preserve">[1:21:15] </w:t>
      </w:r>
      <w:r>
        <w:t>as wrong, ye bolne ka sahas apne andar paida karein. koi bhi doosri cheez nahi is ke siwa. asal rukawat jo hai, wo yahi hai ke aap ye nahi keh paate ke i was wrong.</w:t>
      </w:r>
    </w:p>
    <w:p>
      <w:pPr>
        <w:jc w:val="right"/>
      </w:pPr>
      <w:r>
        <w:t>از رونگ، یہ بولنے کا ساہس اپنے اندر پیدا کریں۔ کوئی بھی دوسری چیز نہیں اس کے سوا۔ اصل رکاوٹ جو ہے، وہ یہی ہے کہ آپ یہ نہیں کہہ پاتے کہ آئی واز رونگ۔</w:t>
      </w:r>
    </w:p>
    <w:p>
      <w:r>
        <w:rPr>
          <w:b/>
        </w:rPr>
        <w:t xml:space="preserve">[1:21:29] </w:t>
      </w:r>
      <w:r>
        <w:t>is ki himmat nahi hoti, yeh sahas nahi hota.</w:t>
      </w:r>
    </w:p>
    <w:p>
      <w:pPr>
        <w:jc w:val="right"/>
      </w:pPr>
      <w:r>
        <w:t>اس کی ہمت نہیں ہوتی، یہ ساہس نہیں ہوتا۔</w:t>
      </w:r>
    </w:p>
    <w:p>
      <w:r>
        <w:rPr>
          <w:b/>
        </w:rPr>
        <w:t xml:space="preserve">[1:21:34] </w:t>
      </w:r>
      <w:r>
        <w:t>to mein to yahi kahunga ke apne andar yeh courage paida kijiye, warna mind batata rehta hai ke sach theek kya hai, be theek kya hai, sach kya hai, jhoot kya hai.</w:t>
      </w:r>
    </w:p>
    <w:p>
      <w:pPr>
        <w:jc w:val="right"/>
      </w:pPr>
      <w:r>
        <w:t>تو میں تو یہی کہوں گا کہ اپنے اندر یہ کریج پیدا کیجئے، ورنہ مائنڈ بتاتا رہتا ہے کہ سچ ٹھیک کیا ہے، بے ٹھیک کیا ہے، سچ کیا ہے، جھوٹ کیا ہے۔</w:t>
      </w:r>
    </w:p>
    <w:p>
      <w:r>
        <w:rPr>
          <w:b/>
        </w:rPr>
        <w:t xml:space="preserve">[1:21:44] </w:t>
      </w:r>
      <w:r>
        <w:t>mind kabhi fail nahi hota.</w:t>
      </w:r>
    </w:p>
    <w:p>
      <w:pPr>
        <w:jc w:val="right"/>
      </w:pPr>
      <w:r>
        <w:t>مائنڈ کبھی فیل نہیں ہوتا۔</w:t>
      </w:r>
    </w:p>
    <w:p>
      <w:r>
        <w:rPr>
          <w:b/>
        </w:rPr>
        <w:t xml:space="preserve">[1:21:49] </w:t>
      </w:r>
      <w:r>
        <w:t>kabhi mind jo hai, yeh batane mein galti nahi karta ke kya sach hai aur kya sach nahi hai. lekin chuki hamare andar yeh sahas nahi hota ke hum keh saken ke I was wrong, to hum koi na koi jhoota excuse nikal kar ke,</w:t>
      </w:r>
    </w:p>
    <w:p>
      <w:pPr>
        <w:jc w:val="right"/>
      </w:pPr>
      <w:r>
        <w:t>کبھی مائنڈ جو ہے، یہ بتانے میں غلطی نہیں کرتا کہ کیا سچ ہے اور کیا سچ نہیں ہے۔ لیکن چونکہ ہمارے اندر یہ ساہس نہیں ہوتا کہ ہم کہہ سکیں کہ آئی واز رونگ، تو ہم کوئی نہ کوئی جھوٹا ایکسکیوز نکال کر کے،</w:t>
      </w:r>
    </w:p>
    <w:p>
      <w:r>
        <w:rPr>
          <w:b/>
        </w:rPr>
        <w:t xml:space="preserve">[1:22:03] </w:t>
      </w:r>
      <w:r>
        <w:t>ek ek false excuse nikal kar ke, us ko reject kar dete hain.</w:t>
      </w:r>
    </w:p>
    <w:p>
      <w:pPr>
        <w:jc w:val="right"/>
      </w:pPr>
      <w:r>
        <w:t>ایک ایک فالس ایکسکیوز نکال کر کے، اس کو ریجیکٹ کر دیتے ہیں۔</w:t>
      </w:r>
    </w:p>
    <w:p>
      <w:r>
        <w:rPr>
          <w:b/>
        </w:rPr>
        <w:t xml:space="preserve">[1:22:12] </w:t>
      </w:r>
      <w:r>
        <w:t>mein to yahi baat samjhaun is is mamle mein. there are three questions from md shaukat ali. his first question is: what is salvation?</w:t>
      </w:r>
    </w:p>
    <w:p>
      <w:pPr>
        <w:jc w:val="right"/>
      </w:pPr>
      <w:r>
        <w:t>میں تو یہی بات سمجھاؤں اس اس معاملے میں۔ دیر آر تھری کوئسچنز فرام ایم ڈی شوکت علی۔ ہز فرسٹ کوئسچن از: واٹ از سالویشن؟</w:t>
      </w:r>
    </w:p>
    <w:p>
      <w:r>
        <w:rPr>
          <w:b/>
        </w:rPr>
        <w:t xml:space="preserve">[1:22:25] </w:t>
      </w:r>
      <w:r>
        <w:t>dekhen, salvation jo hai, islam ke term mein jab bola jayega to is ka matlab hoga ke marne ke baad paradise milna, khuda ki bakhshish milna.</w:t>
      </w:r>
    </w:p>
    <w:p>
      <w:pPr>
        <w:jc w:val="right"/>
      </w:pPr>
      <w:r>
        <w:t>دیکھیں، سالویشن جو ہے، اسلام کے ٹرم میں جب بولا جائے گا تو اس کا مطلب ہوگا کہ مرنے کے بعد پیراڈائز ملنا، خدا کی بخشش ملنا۔</w:t>
      </w:r>
    </w:p>
    <w:p>
      <w:r>
        <w:rPr>
          <w:b/>
        </w:rPr>
        <w:t xml:space="preserve">[1:22:37] </w:t>
      </w:r>
      <w:r>
        <w:t>doosre religion mein salvation ka kuch aur matlab samjha jata hai, to mein is ko is ka advocate nahi hoon.</w:t>
      </w:r>
    </w:p>
    <w:p>
      <w:pPr>
        <w:jc w:val="right"/>
      </w:pPr>
      <w:r>
        <w:t>دوسرے ریلیجن میں سالویشن کا کچھ اور مطلب سمجھا جاتا ہے، تو میں اس کو اس کا ایڈووکیٹ نہیں ہوں۔</w:t>
      </w:r>
    </w:p>
    <w:p>
      <w:r>
        <w:rPr>
          <w:b/>
        </w:rPr>
        <w:t xml:space="preserve">[1:22:46] </w:t>
      </w:r>
      <w:r>
        <w:t>to mere nazdeek salvation yeh hai ke insaan ko jab maut aaye to khuda ke farishte is ke bare mein positive report dein aur khuda ke haan woh accept kar liya jaye is hesiyat se ke tum test mein tum ne stand kiya,</w:t>
      </w:r>
    </w:p>
    <w:p>
      <w:pPr>
        <w:jc w:val="right"/>
      </w:pPr>
      <w:r>
        <w:t>تو میرے نزدیک سالویشن یہ ہے کہ انسان کو جب موت آئے تو خدا کے فرشتے اس کے بارے میں پازیٹیو رپورٹ دیں اور خدا کے ہاں وہ ایکسیپٹ کر لیا جائے اس حیثیت سے کہ تم ٹیسٹ میں تم نے اسٹینڈ کیا،</w:t>
      </w:r>
    </w:p>
    <w:p>
      <w:r>
        <w:rPr>
          <w:b/>
        </w:rPr>
        <w:t xml:space="preserve">[1:23:09] </w:t>
      </w:r>
      <w:r>
        <w:t>and you are a deserving candidate for paradise.</w:t>
      </w:r>
    </w:p>
    <w:p>
      <w:pPr>
        <w:jc w:val="right"/>
      </w:pPr>
      <w:r>
        <w:t>اینڈ یو آر اے ڈیزرونگ کینڈیڈیٹ فار پیراڈائز۔</w:t>
      </w:r>
    </w:p>
    <w:p>
      <w:r>
        <w:rPr>
          <w:b/>
        </w:rPr>
        <w:t xml:space="preserve">[1:23:16] </w:t>
      </w:r>
      <w:r>
        <w:t>mere nazdeek yahi salvation hai islam mein. second question is: what is the ultimate purpose of man?</w:t>
      </w:r>
    </w:p>
    <w:p>
      <w:pPr>
        <w:jc w:val="right"/>
      </w:pPr>
      <w:r>
        <w:t>میرے نزدیک یہی سالویشن ہے اسلام میں۔ سیکنڈ کوئسچن از: واٹ از دی الٹیمیٹ پرپس اف مین؟</w:t>
      </w:r>
    </w:p>
    <w:p>
      <w:r>
        <w:rPr>
          <w:b/>
        </w:rPr>
        <w:t xml:space="preserve">[1:23:27] </w:t>
      </w:r>
      <w:r>
        <w:t>dekhen, jahan tak mein samjha hoon, woh yeh hai ke sab se bari baat yeh hai ke aadmi sab se bari baat hai intellectual development, spiritual purification.</w:t>
      </w:r>
    </w:p>
    <w:p>
      <w:pPr>
        <w:jc w:val="right"/>
      </w:pPr>
      <w:r>
        <w:t>دیکھیں، جہاں تک میں سمجھا ہوں، وہ یہ ہے کہ سب سے بڑی بات یہ ہے کہ آدمی سب سے بڑی بات ہے انٹلیکچول ڈیولپمنٹ، اسپیریچول پیوریفیکیشن۔</w:t>
      </w:r>
    </w:p>
    <w:p>
      <w:r>
        <w:rPr>
          <w:b/>
        </w:rPr>
        <w:t xml:space="preserve">[1:23:43] </w:t>
      </w:r>
      <w:r>
        <w:t>yani in other words, apne aap ko woh insaan banana jo paradise mein rakha ja sake.</w:t>
      </w:r>
    </w:p>
    <w:p>
      <w:pPr>
        <w:jc w:val="right"/>
      </w:pPr>
      <w:r>
        <w:t>یعنی ان ادر ورڈز، اپنے آپ کو وہ انسان بنانا جو پیراڈائز میں رکھا جا سکے۔</w:t>
      </w:r>
    </w:p>
    <w:p>
      <w:r>
        <w:rPr>
          <w:b/>
        </w:rPr>
        <w:t xml:space="preserve">[1:23:54] </w:t>
      </w:r>
      <w:r>
        <w:t>yani paradise mein jo log jin ko entry milegi, woh woh log honge jo spiritually developed log honge ya apne aap ko unhon ne purify kiya hoga.</w:t>
      </w:r>
    </w:p>
    <w:p>
      <w:pPr>
        <w:jc w:val="right"/>
      </w:pPr>
      <w:r>
        <w:t>یعنی پیراڈائز میں جو لوگ جن کو انٹری ملے گی، وہ وہ لوگ ہوں گے جو اسپیریچولی ڈیولپڈ لوگ ہوں گے یا اپنے آپ کو انہوں نے پیوریفائی کیا ہوگا۔</w:t>
      </w:r>
    </w:p>
    <w:p>
      <w:r>
        <w:rPr>
          <w:b/>
        </w:rPr>
        <w:t xml:space="preserve">[1:24:07] </w:t>
      </w:r>
      <w:r>
        <w:t>yani hundred percent positive thinker hona chahiye un ko.</w:t>
      </w:r>
    </w:p>
    <w:p>
      <w:pPr>
        <w:jc w:val="right"/>
      </w:pPr>
      <w:r>
        <w:t>یعنی ہنڈرڈ پرسنٹ پازیٹیو تھنکر ہونا چاہیے ان کو۔</w:t>
      </w:r>
    </w:p>
    <w:p>
      <w:r>
        <w:rPr>
          <w:b/>
        </w:rPr>
        <w:t xml:space="preserve">[1:24:14] </w:t>
      </w:r>
      <w:r>
        <w:t>dekhen, islam mein yeh hai ke practical sense mein aap se kai ghaltiyan ho sakti hain, to un ko khuda maaf kar deta hai.</w:t>
      </w:r>
    </w:p>
    <w:p>
      <w:pPr>
        <w:jc w:val="right"/>
      </w:pPr>
      <w:r>
        <w:t>دیکھیں، اسلام میں یہ ہے کہ پریکٹیکل سینس میں آپ سے کئی غلطیاں ہو سکتی ہیں، تو ان کو خدا معاف کر دیتا ہے۔</w:t>
      </w:r>
    </w:p>
    <w:p>
      <w:r>
        <w:rPr>
          <w:b/>
        </w:rPr>
        <w:t xml:space="preserve">[1:24:24] </w:t>
      </w:r>
      <w:r>
        <w:t>lekin intellectual level par ya spiritual level par aap ko perfect banna padega. yani spiritual level par aur intellectual level par perfection ke siwa koi cheez acceptable nahi hai.</w:t>
      </w:r>
    </w:p>
    <w:p>
      <w:pPr>
        <w:jc w:val="right"/>
      </w:pPr>
      <w:r>
        <w:t>لیکن انٹلیکچول لیول پر یا اسپیریچول لیول پر آپ کو پرفیکٹ بننا پڑے گا۔ یعنی اسپیریچول لیول پر اور انٹلیکچول لیول پر پرفیکشن کے سوا کوئی چیز ایکسیپٹیبل نہیں ہے۔</w:t>
      </w:r>
    </w:p>
    <w:p>
      <w:r>
        <w:rPr>
          <w:b/>
        </w:rPr>
        <w:t xml:space="preserve">[1:24:39] </w:t>
      </w:r>
      <w:r>
        <w:t>khuda ke haan</w:t>
      </w:r>
    </w:p>
    <w:p>
      <w:pPr>
        <w:jc w:val="right"/>
      </w:pPr>
      <w:r>
        <w:t>خدا کے ہاں</w:t>
      </w:r>
    </w:p>
    <w:p>
      <w:r>
        <w:rPr>
          <w:b/>
        </w:rPr>
        <w:t xml:space="preserve">[1:24:42] </w:t>
      </w:r>
      <w:r>
        <w:t>haan, practical level par aap mein kuch kamiyaan hain to is ko khuda maaf kar deta hai.</w:t>
      </w:r>
    </w:p>
    <w:p>
      <w:pPr>
        <w:jc w:val="right"/>
      </w:pPr>
      <w:r>
        <w:t>، ہاں، پریکٹیکل لیول پر آپ میں کچھ کمیاں ہیں تو اس کو خدا معاف کر دیتا ہے۔</w:t>
      </w:r>
    </w:p>
    <w:p>
      <w:r>
        <w:rPr>
          <w:b/>
        </w:rPr>
        <w:t xml:space="preserve">[1:24:50] </w:t>
      </w:r>
      <w:r>
        <w:t>yeh mein samajh paya hoon. molana, his third question is: what is the difference between prayer and meditation?</w:t>
      </w:r>
    </w:p>
    <w:p>
      <w:pPr>
        <w:jc w:val="right"/>
      </w:pPr>
      <w:r>
        <w:t>یہ میں سمجھ پایا ہوں۔ مولانا، ہز تھرڈ کوئسچن از: واٹ از دا ڈیفرنس بٹوین پریئر اینڈ میڈیٹیشن؟</w:t>
      </w:r>
    </w:p>
    <w:p>
      <w:r>
        <w:rPr>
          <w:b/>
        </w:rPr>
        <w:t xml:space="preserve">[1:25:01] </w:t>
      </w:r>
      <w:r>
        <w:t>dekhen, islam mein prayer hai, islam mein meditation nahi hai.</w:t>
      </w:r>
    </w:p>
    <w:p>
      <w:pPr>
        <w:jc w:val="right"/>
      </w:pPr>
      <w:r>
        <w:t>دیکھیں، اسلام میں پریئر ہے، اسلام میں میڈیٹیشن نہیں ہے۔</w:t>
      </w:r>
    </w:p>
    <w:p>
      <w:r>
        <w:rPr>
          <w:b/>
        </w:rPr>
        <w:t xml:space="preserve">[1:25:06] </w:t>
      </w:r>
      <w:r>
        <w:t>difference yeh hai ke prayer jo hai, woh god oriented hoti hai aur meditation jo hai, woh self oriented hota hai.</w:t>
      </w:r>
    </w:p>
    <w:p>
      <w:pPr>
        <w:jc w:val="right"/>
      </w:pPr>
      <w:r>
        <w:t>ڈیفرنس یہ ہے کہ پریئر جو ہے، وہ گاڈ اورینٹڈ ہوتی ہے اور میڈیٹیشن جو ہے، وہ سیلف اورینٹڈ ہوتا ہے۔</w:t>
      </w:r>
    </w:p>
    <w:p>
      <w:r>
        <w:rPr>
          <w:b/>
        </w:rPr>
        <w:t xml:space="preserve">[1:25:14] </w:t>
      </w:r>
      <w:r>
        <w:t>yeh difference hai. yani meditation ka jo concept hai, is mein yeh mana jata hai ke insaan ke andar koi treasure hai, spiritual treasure,</w:t>
      </w:r>
    </w:p>
    <w:p>
      <w:pPr>
        <w:jc w:val="right"/>
      </w:pPr>
      <w:r>
        <w:t>یہ ڈیفرنس ہے۔ یعنی میڈیٹیشن کا جو کانسیپٹ ہے، اس میں یہ مانا جاتا ہے کہ انسان کے اندر کوئی ٹریزر ہے، اسپیریچول ٹریزر،</w:t>
      </w:r>
    </w:p>
    <w:p>
      <w:r>
        <w:rPr>
          <w:b/>
        </w:rPr>
        <w:t xml:space="preserve">[1:25:30] </w:t>
      </w:r>
      <w:r>
        <w:t>woh aadmi ke apne andar</w:t>
      </w:r>
    </w:p>
    <w:p>
      <w:pPr>
        <w:jc w:val="right"/>
      </w:pPr>
      <w:r>
        <w:t>وہ آدمی کے اپنے اند</w:t>
      </w:r>
    </w:p>
    <w:p>
      <w:r>
        <w:rPr>
          <w:b/>
        </w:rPr>
        <w:t xml:space="preserve">[1:25:32] </w:t>
      </w:r>
      <w:r>
        <w:t>hai. is ko kehte hain indwelling god. to apne andar hi koi cheez hai, us se contact banana aur us se inspiration lena, us se apna spiritual development karna, yeh hai meditation ka concept.</w:t>
      </w:r>
    </w:p>
    <w:p>
      <w:pPr>
        <w:jc w:val="right"/>
      </w:pPr>
      <w:r>
        <w:t>ر ہے۔ اس کو کہتے ہیں ان ڈویلنگ گاڈ۔ تو اپنے اندر ہی کوئی چیز ہے، اس سے کنٹیکٹ بنانا اور اس سے انسپیریشن لینا، اس سے اپنا اسپیریچول ڈیولپمنٹ کرنا، یہ ہے میڈیٹیشن کا کانسیپٹ۔</w:t>
      </w:r>
    </w:p>
    <w:p>
      <w:r>
        <w:rPr>
          <w:b/>
        </w:rPr>
        <w:t xml:space="preserve">[1:25:47] </w:t>
      </w:r>
      <w:r>
        <w:t>mein is ko sahi nahi manta. yeh bas aik pure philosophy hai, is ke peechay koi reason nahi hai, koi logic nahi hai, koi science nahi hai. Islam ka jo concept hai, woh hai God oriented concept.</w:t>
      </w:r>
    </w:p>
    <w:p>
      <w:pPr>
        <w:jc w:val="right"/>
      </w:pPr>
      <w:r>
        <w:t>میں اس کو صحیح نہیں مانتا۔ یہ بس ایک پیور فلاسفی ہے، اس کے پیچھے کوئی ریزن نہیں ہے، کوئی لاجک نہیں ہے، کوئی سائنس نہیں ہے۔ اسلام کا جو کانسیپٹ ہے، وہ ہے گاڈ اورینٹڈ کانسیپٹ۔</w:t>
      </w:r>
    </w:p>
    <w:p>
      <w:r>
        <w:rPr>
          <w:b/>
        </w:rPr>
        <w:t xml:space="preserve">[1:26:01] </w:t>
      </w:r>
      <w:r>
        <w:t>yani Khuda ko acknowledge karna, Khuda ki taraf dhyan lagana, Khuda ko focus karna, yahan tak ke Khuda ki taraf se aap ko inspiration milne lagay.</w:t>
      </w:r>
    </w:p>
    <w:p>
      <w:pPr>
        <w:jc w:val="right"/>
      </w:pPr>
      <w:r>
        <w:t>یعنی خدا کو اکنالج کرنا، خدا کی طرف دھیان لگانا، خدا کو فوکس کرنا، یہاں تک کہ خدا کی طرف سے آپ کو اسپیریشن ملنے لگے۔</w:t>
      </w:r>
    </w:p>
    <w:p>
      <w:r>
        <w:rPr>
          <w:b/>
        </w:rPr>
        <w:t xml:space="preserve">[1:26:15] </w:t>
      </w:r>
      <w:r>
        <w:t>jab banda poori tarah Khuda ki taraf apnay ko dedicate karta hai to Khuda ki taraf se inspiration milne lagta hai.</w:t>
      </w:r>
    </w:p>
    <w:p>
      <w:pPr>
        <w:jc w:val="right"/>
      </w:pPr>
      <w:r>
        <w:t>جب بندہ پوری طرح خدا کی طرف اپنے کو ڈیڈیکیٹ کرتا ہے تو خدا کی طرف سے انسپیریشن ملنے لگتا ہے۔</w:t>
      </w:r>
    </w:p>
    <w:p>
      <w:r>
        <w:rPr>
          <w:b/>
        </w:rPr>
        <w:t xml:space="preserve">[1:26:26] </w:t>
      </w:r>
      <w:r>
        <w:t>hadees mein is ko symbolic language mein is tarah kaha gaya hai ke banda jab worship karta hai Khuda ki, karte karte karte karte, yahan tak hota hai ke woh Khuda us ki aankh ban jata hai, us se woh dekhta hai.</w:t>
      </w:r>
    </w:p>
    <w:p>
      <w:pPr>
        <w:jc w:val="right"/>
      </w:pPr>
      <w:r>
        <w:t>حدیث میں اس کو سمبولک لینگویج میں اس طرح کہا گیا ہے کہ بندہ جب ورشپ کرتا ہے خدا کی، کرتے کرتے کرتے کرتے، یہاں تک ہوتا ہے کہ وہ خدا اس کی آنکھ بن جاتا ہے، اس سے وہ دیکھتا ہے۔</w:t>
      </w:r>
    </w:p>
    <w:p>
      <w:r>
        <w:rPr>
          <w:b/>
        </w:rPr>
        <w:t xml:space="preserve">[1:26:41] </w:t>
      </w:r>
      <w:r>
        <w:t>Khuda us ka haath ban jata hai, us se woh pakarta hai. Khuda us ka paon ban jata hai, us se woh chalta hai. Khuda us ka dimaag ban jata hai, us se woh sochta hai.</w:t>
      </w:r>
    </w:p>
    <w:p>
      <w:pPr>
        <w:jc w:val="right"/>
      </w:pPr>
      <w:r>
        <w:t>خدا اس کا ہاتھ بن جاتا ہے، اس سے وہ پکڑتا ہے۔ خدا اس کا پاؤں بن جاتا ہے، اس سے وہ چلتا ہے۔ خدا اس کا دماغ بن جاتا ہے، اس سے وہ سوچتا ہے۔</w:t>
      </w:r>
    </w:p>
    <w:p>
      <w:r>
        <w:rPr>
          <w:b/>
        </w:rPr>
        <w:t xml:space="preserve">[1:26:51] </w:t>
      </w:r>
      <w:r>
        <w:t>to mein samajhta hoon ke jo dedication poori tarike se karega, to us ko Khuda ka inspiration milega. aur woh inspiration jo hai, mein samajhta hoon ke yahi sab se bari cheez hai.</w:t>
      </w:r>
    </w:p>
    <w:p>
      <w:pPr>
        <w:jc w:val="right"/>
      </w:pPr>
      <w:r>
        <w:t>تو میں سمجھتا ہوں کہ جو ڈیڈیکیشن پوری طریقے سے کرے گا، تو اس کو خدا کا انسپیریشن ملے گا۔ اور وہ انسپیریشن جو ہے، میں سمجھتا ہوں کہ یہی سب سے بڑی چیز ہے۔</w:t>
      </w:r>
    </w:p>
    <w:p>
      <w:r>
        <w:rPr>
          <w:b/>
        </w:rPr>
        <w:t xml:space="preserve">[1:27:05] </w:t>
      </w:r>
      <w:r>
        <w:t>aur yeh duniya mein paanay ki, yani sab se bari cheez hai ke aadmi ko Khuda ka inspiration milne lagay. is se bari koi cheez nahi hai. 10 question is from Abro: What is the turning point of Islam</w:t>
      </w:r>
    </w:p>
    <w:p>
      <w:pPr>
        <w:jc w:val="right"/>
      </w:pPr>
      <w:r>
        <w:t>اور یہ دنیا میں پانے کی، یعنی سب سے بڑی چیز ہے کہ آدمی کو خدا کا انسپیریشن ملنے لگے۔ اس سے بڑی کوئی چیز نہیں ہے۔ دس کوئسچن از فرام ابرو: واٹ از دی ٹرننگ پوائنٹ اف اسلام</w:t>
      </w:r>
    </w:p>
    <w:p>
      <w:r>
        <w:rPr>
          <w:b/>
        </w:rPr>
        <w:t xml:space="preserve">[1:27:20] </w:t>
      </w:r>
      <w:r>
        <w:t>? is it battle of Badr or treaty of Hudaybiyyah? dekhen, saaray jo aap parh lijiye, yeh history Ibn Kathir ko parh lijiye, aap Al-Bidaya wa'l-Nihaya ko parh lijiye, aap jo early period ke historian hain, woh sab Hudaybiyyah ko mante hain.</w:t>
      </w:r>
    </w:p>
    <w:p>
      <w:pPr>
        <w:jc w:val="right"/>
      </w:pPr>
      <w:r>
        <w:t>؟ از اٹ بیٹل اف بدر اور ٹریٹی اف حدیبیہ؟ دیکھیں، سارے جو آپ پڑھ لیجئے، یہ ہسٹری ابن کثیر کو پڑھ لیجئے، آپ البدایہ والنہایہ کو پڑھ لیجئے، آپ جو ارلی پیریڈ کے ہسٹورین ہیں، وہ سب حدیبیہ کو مانتے ہیں۔</w:t>
      </w:r>
    </w:p>
    <w:p>
      <w:r>
        <w:rPr>
          <w:b/>
        </w:rPr>
        <w:t xml:space="preserve">[1:27:42] </w:t>
      </w:r>
      <w:r>
        <w:t>aaj kal jo log kitaben likh rakhi hain, logon ne, jaise kitab chhapi hai Hadees Dehfa Pakistan mein</w:t>
      </w:r>
    </w:p>
    <w:p>
      <w:pPr>
        <w:jc w:val="right"/>
      </w:pPr>
      <w:r>
        <w:t>آج کل جو لوگ کتابیں لکھ رکھی ہیں، لوگوں نے، جیسے کتاب چھپی ہے حدیث دفاع پاکستان میں</w:t>
      </w:r>
    </w:p>
    <w:p>
      <w:r>
        <w:rPr>
          <w:b/>
        </w:rPr>
        <w:t xml:space="preserve">[1:27:48] </w:t>
      </w:r>
      <w:r>
        <w:t>, mein is ko bilkul bekar samajhta hoon kyunke sab kuch jang oriented bana diya unhon ne. Rasool Allah ne jang kar ke yeh kiya, woh kiya. yeh sab mere nazdeek absurd baaten hain.</w:t>
      </w:r>
    </w:p>
    <w:p>
      <w:pPr>
        <w:jc w:val="right"/>
      </w:pPr>
      <w:r>
        <w:t>، میں اس کو بالکل بیکار سمجھتا ہوں کیونکہ سب کچھ جنگ اورینٹڈ بنا دیا انہوں نے۔ رسول اللہ نے جنگ کر کے یہ کیا، وہ کیا۔ یہ سب میرے نزدیک ابسٹرڈ باتیں ہیں۔</w:t>
      </w:r>
    </w:p>
    <w:p>
      <w:r>
        <w:rPr>
          <w:b/>
        </w:rPr>
        <w:t xml:space="preserve">[1:27:59] </w:t>
      </w:r>
      <w:r>
        <w:t>jo early historian hain, woh sab jo hai Hudaybiyyah ko importance dete hain.</w:t>
      </w:r>
    </w:p>
    <w:p>
      <w:pPr>
        <w:jc w:val="right"/>
      </w:pPr>
      <w:r>
        <w:t>جو ارلی ہسٹورین ہیں، وہ سب جو ہے حدیبیہ کو امپورٹنس دیتے ہیں۔</w:t>
      </w:r>
    </w:p>
    <w:p>
      <w:r>
        <w:rPr>
          <w:b/>
        </w:rPr>
        <w:t xml:space="preserve">[1:28:07] </w:t>
      </w:r>
      <w:r>
        <w:t>chunaanche aik is mein Al-Bidaya wa'l-Nihaya mein aik bohat baray Tabi'i ka qaul naqal kiya unhon ne ke: "Ma kaana Fathun A'zam min Min Hudaybiyyah fil Islam".</w:t>
      </w:r>
    </w:p>
    <w:p>
      <w:pPr>
        <w:jc w:val="right"/>
      </w:pPr>
      <w:r>
        <w:t>چنانچہ ایک اس میں البدایہ والنہایہ میں ایک بہت بڑے تابعی کا قول نقل کیا انہوں نے کہ: "ما کان فتح اعظم من من حدیبیہ فی الاسلام"۔</w:t>
      </w:r>
    </w:p>
    <w:p>
      <w:r>
        <w:rPr>
          <w:b/>
        </w:rPr>
        <w:t xml:space="preserve">[1:28:21] </w:t>
      </w:r>
      <w:r>
        <w:t>Islam mein Hudaybiyyah se barh kar koi victory nahi thi. "Ma kaana Fathun A'zam min Min Hudaybiyyah fil Islam".</w:t>
      </w:r>
    </w:p>
    <w:p>
      <w:pPr>
        <w:jc w:val="right"/>
      </w:pPr>
      <w:r>
        <w:t>اسلام میں حدیبیہ سے بڑھ کر کوئی وکٹری نہیں تھی۔ "ما کان فتح اعظم من من حدیبیہ فی الاسلام"۔</w:t>
      </w:r>
    </w:p>
    <w:p>
      <w:r>
        <w:rPr>
          <w:b/>
        </w:rPr>
        <w:t xml:space="preserve">[1:28:35] </w:t>
      </w:r>
      <w:r>
        <w:t>Islam ke history mein Hudaybiyyah se bari koi victory nahi thi. yeh aap parh sakte hain Al-Bidaya wa'l-Nihaya mein.</w:t>
      </w:r>
    </w:p>
    <w:p>
      <w:pPr>
        <w:jc w:val="right"/>
      </w:pPr>
      <w:r>
        <w:t>اسلام کے ہسٹری میں حدیبیہ سے بڑی کوئی وکٹری نہیں تھی۔ یہ آپ پڑھ سکتے ہیں البدایہ والنہایہ میں۔</w:t>
      </w:r>
    </w:p>
    <w:p>
      <w:r>
        <w:rPr>
          <w:b/>
        </w:rPr>
        <w:t xml:space="preserve">[1:28:45] </w:t>
      </w:r>
      <w:r>
        <w:t>to early period ke jo log thay, woh to Hudaybiyyah hi ko sab se bari fateh mante thay. aur aaj kal jo log hain, woh to kuch bhi kehte hain, to zahir hai ke woh koi un ko authentic nahi mante.</w:t>
      </w:r>
    </w:p>
    <w:p>
      <w:pPr>
        <w:jc w:val="right"/>
      </w:pPr>
      <w:r>
        <w:t>تو ارلی پیریڈ کے جو لوگ تھے، وہ تو حدیبیہ ہی کو سب سے بڑی فتح مانتے تھے۔ اور آج کل جو لوگ ہیں، وہ تو کچھ بھی کہتے ہیں، تو ظاہر ہے کہ وہ کوئی ان کو ہم اتھینٹک نہیں مانتے۔</w:t>
      </w:r>
    </w:p>
    <w:p>
      <w:r>
        <w:rPr>
          <w:b/>
        </w:rPr>
        <w:t xml:space="preserve">[1:29:00] </w:t>
      </w:r>
      <w:r>
        <w:t>Maulana, she has another question:</w:t>
      </w:r>
    </w:p>
    <w:p>
      <w:pPr>
        <w:jc w:val="right"/>
      </w:pPr>
      <w:r>
        <w:t>مولانا، شی ہیز انادر کوئسچن:</w:t>
      </w:r>
    </w:p>
    <w:p>
      <w:r>
        <w:rPr>
          <w:b/>
        </w:rPr>
        <w:t xml:space="preserve">[1:29:03] </w:t>
      </w:r>
      <w:r>
        <w:t>she says that does a fundamentalist belief in God help towards the advancement of knowledge. I think of course it does, but I am curious as to what are your thoughts on it?</w:t>
      </w:r>
    </w:p>
    <w:p>
      <w:pPr>
        <w:jc w:val="right"/>
      </w:pPr>
      <w:r>
        <w:t>شی سیز دیٹ ڈز ا فنڈیمنٹلسٹ بیلیف ان گاڈ ہیلپ ٹورڈز دی ایڈوانسمنٹ اف نالج۔ آئی تھنک اف کورس اٹ ڈز، بٹ آئی ایم کیوریس ایز ٹو واٹ آر یور تھاٹس ان اٹ؟</w:t>
      </w:r>
    </w:p>
    <w:p>
      <w:r>
        <w:rPr>
          <w:b/>
        </w:rPr>
        <w:t xml:space="preserve">[1:29:18] </w:t>
      </w:r>
      <w:r>
        <w:t>dekhen, fundamentalism jo hai literature sense mein to koi buri cheez nahi hai, lekin practical sense mein woh aik buri cheez hai.</w:t>
      </w:r>
    </w:p>
    <w:p>
      <w:pPr>
        <w:jc w:val="right"/>
      </w:pPr>
      <w:r>
        <w:t>دیکھیں، فنڈیمنٹلزم جو ہے لٹریچر سینس میں تو کوئی بری چیز نہیں ہے، لیکن پریکٹیکل سینس میں وہ ایک بری چیز ہے۔</w:t>
      </w:r>
    </w:p>
    <w:p>
      <w:r>
        <w:rPr>
          <w:b/>
        </w:rPr>
        <w:t xml:space="preserve">[1:29:26] </w:t>
      </w:r>
      <w:r>
        <w:t>literature sense mein to yeh hai ke fundamentals ki taraf lotna, lekin practical to woh dekhen, is ka matlab ban jata hai extremism. yani practical sense mein fundamental fundamentals means extremism,</w:t>
      </w:r>
    </w:p>
    <w:p>
      <w:pPr>
        <w:jc w:val="right"/>
      </w:pPr>
      <w:r>
        <w:t>لٹریچر سینس میں تو یہ ہے کہ فنڈیمنٹلز کی طرف لوٹنا، لیکن پریکٹیکل تو وہ دیکھیں، اس کا مطلب بن جاتا ہے ایکسٹریمزم۔ یعنی پریکٹیکل سینس میں فنڈیمنٹل فنڈیمنٹلز مینز ایکسٹریمزم،</w:t>
      </w:r>
    </w:p>
    <w:p>
      <w:r>
        <w:rPr>
          <w:b/>
        </w:rPr>
        <w:t xml:space="preserve">[1:29:41] </w:t>
      </w:r>
      <w:r>
        <w:t>aur extremism bilashuba galat hai kyunke extremism ka matlab hai ghulu. hadees mein aata hai, Quran mein bhi aata hai ke: "La taghlu fi deenikum,</w:t>
      </w:r>
    </w:p>
    <w:p>
      <w:pPr>
        <w:jc w:val="right"/>
      </w:pPr>
      <w:r>
        <w:t>اور ایکسٹریمزم بلاشبہ غلط ہے کیونکہ ایکسٹریمزم کا مطلب ہے غلو۔ حدیث میں آتا ہے، قرآن میں بھی آتا ہے کہ: "لا تغلو فی دینکم،</w:t>
      </w:r>
    </w:p>
    <w:p>
      <w:r>
        <w:rPr>
          <w:b/>
        </w:rPr>
        <w:t xml:space="preserve">[1:29:53] </w:t>
      </w:r>
      <w:r>
        <w:t>la ghulu fid deen". yani extremism nahi hai Islam mein. yeh saaf saaf aaya hai ke Islam mein extremism nahi hai.</w:t>
      </w:r>
    </w:p>
    <w:p>
      <w:pPr>
        <w:jc w:val="right"/>
      </w:pPr>
      <w:r>
        <w:t>لا غلو فی الدین"۔ یعنی ایکسٹریمزم نہیں ہے اسلام میں۔ یہ صاف صاف آیا ہے کہ اسلام میں ایکسٹریمزم نہیں ہے۔</w:t>
      </w:r>
    </w:p>
    <w:p>
      <w:r>
        <w:rPr>
          <w:b/>
        </w:rPr>
        <w:t xml:space="preserve">[1:30:03] </w:t>
      </w:r>
      <w:r>
        <w:t>to mein samajhta hoon ke extremism jab nahi hai to practical sense mein jis cheez ko aap kehte hain fundamentalism, woh bhi nahi hai Islam mein.</w:t>
      </w:r>
    </w:p>
    <w:p>
      <w:pPr>
        <w:jc w:val="right"/>
      </w:pPr>
      <w:r>
        <w:t>تو میں سمجھتا ہوں کہ ایکسٹریمزم جب نہیں ہے تو پریکٹیکل سینس میں جس چیز کو آپ کہتے ہیں فنڈیمنٹلزم، وہ بھی نہیں ہے اسلام میں۔</w:t>
      </w:r>
    </w:p>
    <w:p>
      <w:r>
        <w:rPr>
          <w:b/>
        </w:rPr>
        <w:t xml:space="preserve">[1:30:12] </w:t>
      </w:r>
      <w:r>
        <w:t>ji haan, aur jo cheez Islam mein na ho, us se koi positive result nikle, yeh to mein nahi maan sakta. yeh to mein nahi maan sakta.</w:t>
      </w:r>
    </w:p>
    <w:p>
      <w:pPr>
        <w:jc w:val="right"/>
      </w:pPr>
      <w:r>
        <w:t>جی ہاں، اور جو چیز اسلام میں نہ ہو، اس سے کوئی پازیٹیو رزلٹ نکلے، یہ تو میں نہیں مان سکتا۔ یہ تو میں نہیں مان سکتا۔</w:t>
      </w:r>
    </w:p>
    <w:p>
      <w:r>
        <w:rPr>
          <w:b/>
        </w:rPr>
        <w:t xml:space="preserve">[1:30:23] </w:t>
      </w:r>
      <w:r>
        <w:t>to aaj kal ke lehaz se mein dekhta hoon ke jo fundamentalist hain, woh kya hai? woh katr pan, yani katrawadi ka naam fundamentalism hai. to mein to samajhta hoon ke yeh Islam nahi hai.</w:t>
      </w:r>
    </w:p>
    <w:p>
      <w:pPr>
        <w:jc w:val="right"/>
      </w:pPr>
      <w:r>
        <w:t>تو آج کل کے لحاظ سے میں دیکھتا ہوں کہ جو فنڈیمنٹلسٹ ہیں، وہ کیا ہے؟ وہ کٹر پن، یعنی کٹروادی کا نام فنڈیمنٹلزم ہے۔ تو میں تو سمجھتا ہوں کہ یہ اسلام نہیں ہے۔</w:t>
      </w:r>
    </w:p>
    <w:p>
      <w:r>
        <w:rPr>
          <w:b/>
        </w:rPr>
        <w:t xml:space="preserve">[1:30:33] </w:t>
      </w:r>
      <w:r>
        <w:t>yeh mein is ko Islam nahi manta. is liye is se mein kisi positive result ki umeed bhi nahi rakh sakta.</w:t>
      </w:r>
    </w:p>
    <w:p>
      <w:pPr>
        <w:jc w:val="right"/>
      </w:pPr>
      <w:r>
        <w:t>یہ میں اس کو اسلام نہیں مانتا۔ اس لیے اس سے میں کسی پازیٹیو رزلٹ کی امید بھی نہیں رکھ سکتا۔</w:t>
      </w:r>
    </w:p>
    <w:p>
      <w:r>
        <w:rPr>
          <w:b/>
        </w:rPr>
        <w:t xml:space="preserve">[1:30:45] </w:t>
      </w:r>
      <w:r>
        <w:t>das question is from war</w:t>
      </w:r>
    </w:p>
    <w:p>
      <w:pPr>
        <w:jc w:val="right"/>
      </w:pPr>
      <w:r>
        <w:t>دس کوئسچن از فرام وار</w:t>
      </w:r>
    </w:p>
    <w:p>
      <w:r>
        <w:rPr>
          <w:b/>
        </w:rPr>
        <w:t xml:space="preserve">[1:30:47] </w:t>
      </w:r>
      <w:r>
        <w:t>jah: molana, world wide among non muslims, there is a common belief that islam is a very rigid dogmatic and a strict religion, all in a very negative sense.</w:t>
      </w:r>
    </w:p>
    <w:p>
      <w:pPr>
        <w:jc w:val="right"/>
      </w:pPr>
      <w:r>
        <w:t>جہ: مولانا، ورلڈ وائیڈ امنگز نان مسلمز، دیر از ا کامن بیلیف دیٹ اسلام از ا ویری ریجڈ ڈوگمیٹک اینڈ ا سٹرکٹ ریلیجن، ال ان ا ویری نیگیٹیو سینس۔</w:t>
      </w:r>
    </w:p>
    <w:p>
      <w:r>
        <w:rPr>
          <w:b/>
        </w:rPr>
        <w:t xml:space="preserve">[1:31:00] </w:t>
      </w:r>
      <w:r>
        <w:t>how can i convert this negative perception into a positive one?</w:t>
      </w:r>
    </w:p>
    <w:p>
      <w:pPr>
        <w:jc w:val="right"/>
      </w:pPr>
      <w:r>
        <w:t>ہاؤ کین آئی کنورٹ دس نیگیٹیو پرسیپشن انٹو ا پازیٹیو ون؟</w:t>
      </w:r>
    </w:p>
    <w:p>
      <w:r>
        <w:rPr>
          <w:b/>
        </w:rPr>
        <w:t xml:space="preserve">[1:31:07] </w:t>
      </w:r>
      <w:r>
        <w:t>dekhen, pehli baat to yeh hai ke islam ko rigid mazhab jo log mante hain, woh muslim ko dekh kar mante hain. unhon ne islam ka key study nahi ki hai.</w:t>
      </w:r>
    </w:p>
    <w:p>
      <w:pPr>
        <w:jc w:val="right"/>
      </w:pPr>
      <w:r>
        <w:t>دیکھیں، پہلی بات تو یہ ہے کہ اسلام کو ریجڈ مذہب جو لوگ مانتے ہیں، وہ مسلم کو دیکھ کر مانتے ہیں۔ انہوں نے اسلام کا کی سٹڈی نہیں کی ہے۔</w:t>
      </w:r>
    </w:p>
    <w:p>
      <w:r>
        <w:rPr>
          <w:b/>
        </w:rPr>
        <w:t xml:space="preserve">[1:31:17] </w:t>
      </w:r>
      <w:r>
        <w:t>main manta hoon ke aaj kal jo muslim society hai, woh bilashuba rigid ho gayi hai, rigid ho gayi hai, is katar ho gayi hai, fundamentalist ho gayi hai, extremist ho gayi hai,</w:t>
      </w:r>
    </w:p>
    <w:p>
      <w:pPr>
        <w:jc w:val="right"/>
      </w:pPr>
      <w:r>
        <w:t>میں مانتا ہوں کہ آج کل جو مسلم سوسائٹی ہے، وہ بلاشبہ ریجڈ ہو گئی ہے، ریجڈ ہو گئی ہے، اس کٹر ہو گئی ہے، فنڈیمنٹلسٹ ہو گئی ہے، ایکسٹریمسٹ ہو گئی ہے،</w:t>
      </w:r>
    </w:p>
    <w:p>
      <w:r>
        <w:rPr>
          <w:b/>
        </w:rPr>
        <w:t xml:space="preserve">[1:31:31] </w:t>
      </w:r>
      <w:r>
        <w:t>yahan tak ke woh jihad shuru kar diya unhon ne. yeh sab islam mein nahi hai. they are part of muslim society.</w:t>
      </w:r>
    </w:p>
    <w:p>
      <w:pPr>
        <w:jc w:val="right"/>
      </w:pPr>
      <w:r>
        <w:t>یہاں تک کہ وہ جہاد شروع کر دیا انہوں نے۔ یہ سب اسلام میں نہیں ہے۔ دے ار پارٹ اف مسلم سوسائٹی۔</w:t>
      </w:r>
    </w:p>
    <w:p>
      <w:r>
        <w:rPr>
          <w:b/>
        </w:rPr>
        <w:t xml:space="preserve">[1:31:39] </w:t>
      </w:r>
      <w:r>
        <w:t>islam mein to itna zyada khula pan hai, itna zyada khula pan hai ke main aap ko ek do aap ko batata hoon reference, jaise ke ek bohat hi mana hua principle hai islam mein: "taghayyur al-ahkam bi taghayyur al-zaman wa al-makan".</w:t>
      </w:r>
    </w:p>
    <w:p>
      <w:pPr>
        <w:jc w:val="right"/>
      </w:pPr>
      <w:r>
        <w:t>اسلام میں تو اتنا زیادہ کھلا پن ہے، اتنا زیادہ کھلا پن ہے کہ میں آپ کو ایک دو آپ کو بتاتا ہوں ریفرنس، جیسے کہ ایک بہت ہی مانا ہوا پرنسپل ہے اسلام میں: "تغیر الاحکام بتغیر الزمان والمکان"۔</w:t>
      </w:r>
    </w:p>
    <w:p>
      <w:r>
        <w:rPr>
          <w:b/>
        </w:rPr>
        <w:t xml:space="preserve">[1:31:56] </w:t>
      </w:r>
      <w:r>
        <w:t>yani jab halaat badal jayen to injunction bhi badal jata hai.</w:t>
      </w:r>
    </w:p>
    <w:p>
      <w:pPr>
        <w:jc w:val="right"/>
      </w:pPr>
      <w:r>
        <w:t>یعنی جب حالات بدل جائیں تو انجنکشن بھی بدل جاتا ہے۔</w:t>
      </w:r>
    </w:p>
    <w:p>
      <w:r>
        <w:rPr>
          <w:b/>
        </w:rPr>
        <w:t xml:space="preserve">[1:32:01] </w:t>
      </w:r>
      <w:r>
        <w:t>koi injunction jo diya gaya ho, jab tak woh condition na ho jis condition mein diya gaya tha, tabhi tak woh rahega.</w:t>
      </w:r>
    </w:p>
    <w:p>
      <w:pPr>
        <w:jc w:val="right"/>
      </w:pPr>
      <w:r>
        <w:t>کوئی انجنکشن جو دیا گیا ہو، جب تک وہ کنڈیشن نہ ہو جس کنڈیشن میں دیا گیا تھا، تبھی تک وہ رہے گا۔</w:t>
      </w:r>
    </w:p>
    <w:p>
      <w:r>
        <w:rPr>
          <w:b/>
        </w:rPr>
        <w:t xml:space="preserve">[1:32:10] </w:t>
      </w:r>
      <w:r>
        <w:t>woh badal jaye condition to woh injunction bhi khatam ho jata hai. phir se tum kuch naye dhang se soch sakte ho. islam mein ek ijtihad ka princip</w:t>
      </w:r>
    </w:p>
    <w:p>
      <w:pPr>
        <w:jc w:val="right"/>
      </w:pPr>
      <w:r>
        <w:t>وہ بدل جائے کنڈیشن تو وہ انجنکشن بھی ختم ہو جاتا ہے۔ پھر سے تم کچھ نئے ڈھنگ سے سوچ سکتے ہو۔ اسلام میں ایک اجتہاد کا پرنسپ</w:t>
      </w:r>
    </w:p>
    <w:p>
      <w:r>
        <w:rPr>
          <w:b/>
        </w:rPr>
        <w:t xml:space="preserve">[1:32:21] </w:t>
      </w:r>
      <w:r>
        <w:t>le hai. ijtihad ka matlab hai soch kar pata karna ke yani islam ke kisi principle ko apply karne ke liye phir se sochna, yani rethinking about the application of principle of islam.</w:t>
      </w:r>
    </w:p>
    <w:p>
      <w:pPr>
        <w:jc w:val="right"/>
      </w:pPr>
      <w:r>
        <w:t>ل ہے۔ اجتہاد کا مطلب ہے سوچ کر پتہ کرنا کہ یعنی اسلام کے کسی پرنسپل کو اپلائی کرنے کے لیے پھر سے سوچنا، یعنی ری تھنکنگ اباؤٹ دا ایپلیکیشن اف پرنسپل اف اسلام۔</w:t>
      </w:r>
    </w:p>
    <w:p>
      <w:r>
        <w:rPr>
          <w:b/>
        </w:rPr>
        <w:t xml:space="preserve">[1:32:37] </w:t>
      </w:r>
      <w:r>
        <w:t>to is mein hai ke tum zaroor jihad ijtihad karo, yahan tak ke ghalati karo, tab bhi ijtihad karo.</w:t>
      </w:r>
    </w:p>
    <w:p>
      <w:pPr>
        <w:jc w:val="right"/>
      </w:pPr>
      <w:r>
        <w:t>تو اس میں ہے کہ تم ضرور جہاد اجتہاد کرو، یہاں تک کہ غلطی کرو، تب بھی اجتہاد کرو۔</w:t>
      </w:r>
    </w:p>
    <w:p>
      <w:r>
        <w:rPr>
          <w:b/>
        </w:rPr>
        <w:t xml:space="preserve">[1:32:44] </w:t>
      </w:r>
      <w:r>
        <w:t>yani is se bari baat kya ho sakti hai ke hadith bukhari mein hai ke tum ijtihad karo, agar tumhara ijtihad sahi ho jayega to tum ko double reward milega, ghalat ho jayega tab bhi ek reward milega.</w:t>
      </w:r>
    </w:p>
    <w:p>
      <w:pPr>
        <w:jc w:val="right"/>
      </w:pPr>
      <w:r>
        <w:t>یعنی اس سے بڑی بات کیا ہو سکتی ہے کہ حدیث بخاری میں ہے کہ تم اجتہاد کرو، اگر تمہارا اجتہاد صحیح ہو جائے گا تو تم کو ڈبل ریوارڈ ملے گا، غلط ہو جائے گا تب بھی ایک ریوارڈ ملے گا۔</w:t>
      </w:r>
    </w:p>
    <w:p>
      <w:r>
        <w:rPr>
          <w:b/>
        </w:rPr>
        <w:t xml:space="preserve">[1:32:57] </w:t>
      </w:r>
      <w:r>
        <w:t>is se bari baat kya ho sakti hai? to kahin bhi islam mein rigidity nahi hai.</w:t>
      </w:r>
    </w:p>
    <w:p>
      <w:pPr>
        <w:jc w:val="right"/>
      </w:pPr>
      <w:r>
        <w:t>اس سے بڑی بات کیا ہو سکتی ہے؟ تو کہیں بھی اسلام میں ریجڈٹی نہیں ہے۔</w:t>
      </w:r>
    </w:p>
    <w:p>
      <w:r>
        <w:rPr>
          <w:b/>
        </w:rPr>
        <w:t xml:space="preserve">[1:33:05] </w:t>
      </w:r>
      <w:r>
        <w:t>main ne is pe jo meri books hain, rasool allah ki seerat mein, us ko aap koi shayad parh sakta hai ke rasool allah kitna zyada liberal the, kitna zyada aap udhaar wadi the.</w:t>
      </w:r>
    </w:p>
    <w:p>
      <w:pPr>
        <w:jc w:val="right"/>
      </w:pPr>
      <w:r>
        <w:t>میں نے اس پہ جو میری بکس ہیں، رسول اللہ کی سیرت میں، اس کو آپ کوئی شاید پڑھ سکتا ہے کہ رسول اللہ کتنا زیادہ لبرل تھے، کتنا زیادہ آپ ادھار وادی تھے۔</w:t>
      </w:r>
    </w:p>
    <w:p>
      <w:r>
        <w:rPr>
          <w:b/>
        </w:rPr>
        <w:t xml:space="preserve">[1:33:19] </w:t>
      </w:r>
      <w:r>
        <w:t>aap parhiye hamari jo kitab do kitaben hain, us ko aap parhiye. yeh to aaj kal ke musalman jo hain, jo masjid mein koi chala jaye to us pe chalate hain ke yeh to kya hai, yeh to kya absurd baat hai.</w:t>
      </w:r>
    </w:p>
    <w:p>
      <w:pPr>
        <w:jc w:val="right"/>
      </w:pPr>
      <w:r>
        <w:t>آپ پڑھیے ہماری جو کتاب دو کتابیں ہیں، اس کو آپ پڑھیے۔ یہ تو آج کل کے مسلمان جو ہیں، جو مسجد میں کوئی چلا جائے تو اس پہ چلاتے ہیں کہ یہ تو کیا ہے، یہ تو کیا ابسٹرڈ بات ہے۔</w:t>
      </w:r>
    </w:p>
    <w:p>
      <w:r>
        <w:rPr>
          <w:b/>
        </w:rPr>
        <w:t xml:space="preserve">[1:33:30] </w:t>
      </w:r>
      <w:r>
        <w:t>yani ke islam se koi talluq hi nahi hai. aurat chali jaye tab bhi chalate hain, koi non muslim chala jaye tab bhi shor shor karte hain. yeh sab islam se koi talluq hi nahi is ka.</w:t>
      </w:r>
    </w:p>
    <w:p>
      <w:pPr>
        <w:jc w:val="right"/>
      </w:pPr>
      <w:r>
        <w:t>یعنی کہ اسلام سے کوئی تعلق ہی نہیں ہے۔ عورت چلے جائے تب بھی چلاتے ہیں، کوئی نان مسلم چلا جائے تب بھی شور شور کرتے ہیں۔ یہ سب اسلام سے کوئی تعلق ہی نہیں اس کا۔</w:t>
      </w:r>
    </w:p>
    <w:p>
      <w:r>
        <w:rPr>
          <w:b/>
        </w:rPr>
        <w:t xml:space="preserve">[1:33:40] </w:t>
      </w:r>
      <w:r>
        <w:t>to beharhal jin logon ki raah yeh hai ke islam mein rigid, islam ek rigid mazhab hai, woh muslim ko dekh kar ke hai,</w:t>
      </w:r>
    </w:p>
    <w:p>
      <w:pPr>
        <w:jc w:val="right"/>
      </w:pPr>
      <w:r>
        <w:t>تو بہرحال جن لوگوں کی راہ یہ ہے کہ اسلام میں ریجڈ، اسلام ایک ریجڈ مذہب ہے، وہ مسلم کو دیکھ کر کے ہے،</w:t>
      </w:r>
    </w:p>
    <w:p>
      <w:r>
        <w:rPr>
          <w:b/>
        </w:rPr>
        <w:t xml:space="preserve">[1:33:48] </w:t>
      </w:r>
      <w:r>
        <w:t>islam ko dekh kar ke nahi hai.</w:t>
      </w:r>
    </w:p>
    <w:p>
      <w:pPr>
        <w:jc w:val="right"/>
      </w:pPr>
      <w:r>
        <w:t>اسلام کو دیکھ کر کے نہیں ہے۔</w:t>
      </w:r>
    </w:p>
    <w:p>
      <w:r>
        <w:rPr>
          <w:b/>
        </w:rPr>
        <w:t xml:space="preserve">[1:33:53] </w:t>
      </w:r>
      <w:r>
        <w:t>koi agar islam ke principle bataye ke dekho yeh rigid, rigid hai, yeh principle rigid hai, tumhara quran mein hadith le kar koi bataye to main bataunga us ko.</w:t>
      </w:r>
    </w:p>
    <w:p>
      <w:pPr>
        <w:jc w:val="right"/>
      </w:pPr>
      <w:r>
        <w:t>کوئی اگر اسلام کے پرنسپل بتائے کہ دیکھو یہ ریجڈ، ریجڈ ہے، یہ پرنسپل ریجڈ ہے، تمہارا قرآن میں حدیث لے کر کوئی بتائے تو میں بتاؤں گا اس کو۔</w:t>
      </w:r>
    </w:p>
    <w:p>
      <w:r>
        <w:rPr>
          <w:b/>
        </w:rPr>
        <w:t xml:space="preserve">[1:34:03] </w:t>
      </w:r>
      <w:r>
        <w:t>lekin musalmanon ko le kar batata hai, agar tumhein kehta hai ke woh musalmanon ko le kar batate ho to musalman jante hain, hum is ke wakeel, hum is ke advocate nahi hain.</w:t>
      </w:r>
    </w:p>
    <w:p>
      <w:pPr>
        <w:jc w:val="right"/>
      </w:pPr>
      <w:r>
        <w:t>لیکن مسلمانوں کو لے کر بتاتا ہے، اگر تمہیں کہتا ہے کہ وہ مسلمانوں کو لے کر بتاتے ہو تو مسلمان جانیں، ہم اس کے وکیل، ہم اس کے ایڈووکیٹ نہیں ہیں۔</w:t>
      </w:r>
    </w:p>
    <w:p>
      <w:r>
        <w:rPr>
          <w:b/>
        </w:rPr>
        <w:t xml:space="preserve">[1:34:13] </w:t>
      </w:r>
      <w:r>
        <w:t>molana, she also wanted to know that how can she convert this negative perception into a positive one? pehli baat yeh hai ke aap ko condemn karna padega musalmanon ko, nahi to logon ki soch badal nahi sakti hai.</w:t>
      </w:r>
    </w:p>
    <w:p>
      <w:pPr>
        <w:jc w:val="right"/>
      </w:pPr>
      <w:r>
        <w:t>مولانا، شی السو وانٹڈ ٹو نو دیٹ ہاؤ کین شی کنورٹ دس نیگیٹیو پرسیپشن انٹو ا پازیٹیو ون؟ پہلی بات یہ ہے کہ آپ کو کنڈیم کرنا پڑے گا مسلمانوں کو، نہیں تو لوگوں کی سوچ بدل نہیں سکتی ہے۔</w:t>
      </w:r>
    </w:p>
    <w:p>
      <w:r>
        <w:rPr>
          <w:b/>
        </w:rPr>
        <w:t xml:space="preserve">[1:34:29] </w:t>
      </w:r>
      <w:r>
        <w:t>log kya karte hain? aaj kal mein dekhta hoon jitne bhi article mein parhta hoon, jitni bhi books parhta hoon, woh kya karte hain? woh shikayat karenge musalmanon ki practice ko le kar ke, aur jawab mein aap kya karte hain?</w:t>
      </w:r>
    </w:p>
    <w:p>
      <w:pPr>
        <w:jc w:val="right"/>
      </w:pPr>
      <w:r>
        <w:t>لوگ کیا کرتے ہیں؟ آج کل میں دیکھتا ہوں جتنے بھی آرٹیکل میں پڑھتا ہوں، جتنی بھی بکس پڑھتا ہوں، وہ کیا کرتے ہیں؟ وہ شکایت کریں گے مسلمانوں کی پریکٹس کو لے کر کے، اور جواب میں آپ کیا کرتے ہیں؟</w:t>
      </w:r>
    </w:p>
    <w:p>
      <w:r>
        <w:rPr>
          <w:b/>
        </w:rPr>
        <w:t xml:space="preserve">[1:34:41] </w:t>
      </w:r>
      <w:r>
        <w:t>quran ka principle pesh karte hain.</w:t>
      </w:r>
    </w:p>
    <w:p>
      <w:pPr>
        <w:jc w:val="right"/>
      </w:pPr>
      <w:r>
        <w:t>قرآن کا پرنسپل پیش کرتے ہیں۔</w:t>
      </w:r>
    </w:p>
    <w:p>
      <w:r>
        <w:rPr>
          <w:b/>
        </w:rPr>
        <w:t xml:space="preserve">[1:34:44] </w:t>
      </w:r>
      <w:r>
        <w:t>yani is ko condemn nahi karenge. yani musalman jo kuch kar rahe hain, us ko condemn nahi karenge. to goya yeh yeh is tarah se woh kaise woh satisfy ho sakte hain ke maslan farz kiye ek cartoon denmark mein jo cartoon chapa tha, itna shor shor machaya musalmanon ne, to us ko chhod kar kisi bhi musalman ne us ko condemn nahi kiya.</w:t>
      </w:r>
    </w:p>
    <w:p>
      <w:pPr>
        <w:jc w:val="right"/>
      </w:pPr>
      <w:r>
        <w:t>یعنی اس کو کنڈیم نہیں کریں گے۔ یعنی مسلمان جو کچھ کر رہے ہیں، اس کو کنڈیم نہیں کریں گے۔ تو گویا یہ یہ اس طرح سے وہ کیسے وہ سیٹسفائی ہو سکتے ہیں کہ مثلاً فرض کیے ایک کارٹون ڈنمارک میں جو کارٹون چھپا تھا، اتنا شور شور مچایا مسلمانوں نے، تو اس کو چھوڑ کر کسی بھی مسلمان نے اس کو کنڈیم نہیں کیا۔</w:t>
      </w:r>
    </w:p>
    <w:p>
      <w:r>
        <w:rPr>
          <w:b/>
        </w:rPr>
        <w:t xml:space="preserve">[1:35:09] </w:t>
      </w:r>
      <w:r>
        <w:t>kya karte hain? islam mein to pyar ki taleem ki jo teaching hai, woh islam mein to tolerance ki teaching hai. phir is se kya matlab? jo musalmanon ne jo kiya hai, us ko pata ho ke kya hai, woh woh islam hai ke nahin islam hai.</w:t>
      </w:r>
    </w:p>
    <w:p>
      <w:pPr>
        <w:jc w:val="right"/>
      </w:pPr>
      <w:r>
        <w:t>کیا کرتے ہیں؟ اسلام میں تو پیار کی تعلیم کی جو ٹیچنگ ہے، وہ اسلام میں تو ٹالرنس کی ٹیچنگ ہے۔ پھر اس سے کیا مطلب؟ جو مسلمانوں نے جو کیا ہے، اس کو پتہ ہو کہ کیا ہے، وہ وہ اسلام ہے کہ نہیں اسلام ہے۔</w:t>
      </w:r>
    </w:p>
    <w:p>
      <w:r>
        <w:rPr>
          <w:b/>
        </w:rPr>
        <w:t xml:space="preserve">[1:35:23] </w:t>
      </w:r>
      <w:r>
        <w:t>mujh ko chhod ke ek bhi musalman ne is ko condemn nahin kiya. is ko</w:t>
      </w:r>
    </w:p>
    <w:p>
      <w:pPr>
        <w:jc w:val="right"/>
      </w:pPr>
      <w:r>
        <w:t>مجھ کو چھوڑ کے ایک بھی مسلمان نے اس کو کنڈیم نہیں کیا۔ اس کو</w:t>
      </w:r>
    </w:p>
    <w:p>
      <w:r>
        <w:rPr>
          <w:b/>
        </w:rPr>
        <w:t xml:space="preserve">[1:35:26] </w:t>
      </w:r>
      <w:r>
        <w:t>quran ke reference deta raha. aap dekhen ke aise kaise log satisfy honge. to is is is negative soch ko positive badalne ke liye starting point yeh hai ke hum hum detach karen musalmanon ko islam se.</w:t>
      </w:r>
    </w:p>
    <w:p>
      <w:pPr>
        <w:jc w:val="right"/>
      </w:pPr>
      <w:r>
        <w:t>قرآن کے ریفرنس دیتا رہا۔ آپ دیکھیں کہ ایسے کیسے لوگ سیٹسفائی ہوں گے۔ تو اس اس اس نیگیٹیو سوچ کو پازیٹیو بدلنے کے لیے اسٹارٹنگ پوائنٹ یہ ہے کہ ہم ہم ڈیٹیچ کریں مسلمانوں کو اسلام سے۔</w:t>
      </w:r>
    </w:p>
    <w:p>
      <w:r>
        <w:rPr>
          <w:b/>
        </w:rPr>
        <w:t xml:space="preserve">[1:35:43] </w:t>
      </w:r>
      <w:r>
        <w:t>jab tak yeh nahin hoga, tab tak koi nai beginning nahin ho sakti. isi liye main hamesha kaha karta hoon ke you differentiate, you have to differentiate between islam aur muslim</w:t>
      </w:r>
    </w:p>
    <w:p>
      <w:pPr>
        <w:jc w:val="right"/>
      </w:pPr>
      <w:r>
        <w:t>جب تک یہ نہیں ہوگا، تب تک کوئی نئی بگننگ نہیں ہو سکتی۔ اسی لیے میں ہمیشہ کہا کرتا ہوں کہ یو ڈیفرنشیٹ، یو ہیو ٹو ڈیفرنشیٹ بٹوین اسلام اور مسلم</w:t>
      </w:r>
    </w:p>
    <w:p>
      <w:r>
        <w:rPr>
          <w:b/>
        </w:rPr>
        <w:t xml:space="preserve">[1:35:54] </w:t>
      </w:r>
      <w:r>
        <w:t>z. you judge, you have to judge muslims in the light of islamic teachings and not vice versa. ya aap bolne ki aap ke sath suhaas ho, agar aap muslim companiyon ko hoti rahe,</w:t>
      </w:r>
    </w:p>
    <w:p>
      <w:pPr>
        <w:jc w:val="right"/>
      </w:pPr>
      <w:r>
        <w:t>ز۔ یو جج، یو ہیو ٹو جج مسلمز ان دی لائٹ اف اسلامک ٹیچنگز اینڈ ناٹ وائس ورسا۔ یا آپ بولنے کی آپ کے ساتھ سہاس ہو، اگر آپ مسلم کمپنیوں کو ہوتی رہے،</w:t>
      </w:r>
    </w:p>
    <w:p>
      <w:r>
        <w:rPr>
          <w:b/>
        </w:rPr>
        <w:t xml:space="preserve">[1:36:07] </w:t>
      </w:r>
      <w:r>
        <w:t>ya aap kahin ke agar suhaas suhaas aap ke andar rahe to dekhen, aap beginning shuru ho jati hai. for beginning shuru ho jayegi. main aap ko ek qissa batata hoon.</w:t>
      </w:r>
    </w:p>
    <w:p>
      <w:pPr>
        <w:jc w:val="right"/>
      </w:pPr>
      <w:r>
        <w:t>یا آپ کہیں کہ اگر سہاس سہاس آپ کے اندر رہے تو دیکھیں، آپ بگننگ شروع ہو جاتی ہے۔ فور بگننگ شروع ہو جائے گی۔ میں آپ کو ایک قصہ بتاتا ہوں۔</w:t>
      </w:r>
    </w:p>
    <w:p>
      <w:r>
        <w:rPr>
          <w:b/>
        </w:rPr>
        <w:t xml:space="preserve">[1:36:17] </w:t>
      </w:r>
      <w:r>
        <w:t>jaise dilli mein RSS ka ek jalsa hua.</w:t>
      </w:r>
    </w:p>
    <w:p>
      <w:pPr>
        <w:jc w:val="right"/>
      </w:pPr>
      <w:r>
        <w:t>جیسے دلی میں آر ایس ایس کا ایک جلسہ ہوا۔</w:t>
      </w:r>
    </w:p>
    <w:p>
      <w:r>
        <w:rPr>
          <w:b/>
        </w:rPr>
        <w:t xml:space="preserve">[1:36:22] </w:t>
      </w:r>
      <w:r>
        <w:t>aap ko pata hai ke dilli se RSS ke do organizer nikalte hain. ek organizer english mein, panch jan hindi mein. isi dilli se nikalte hain dono.</w:t>
      </w:r>
    </w:p>
    <w:p>
      <w:pPr>
        <w:jc w:val="right"/>
      </w:pPr>
      <w:r>
        <w:t>آپ کو پتہ ہے کہ دلی سے آر ایس ایس کے دو آرگنائزر نکلتے ہیں۔ ایک آرگنائزر انگلش میں، پانچ جن ہندی میں۔ اسی دلی سے نکلتے ہیں دونوں۔</w:t>
      </w:r>
    </w:p>
    <w:p>
      <w:r>
        <w:rPr>
          <w:b/>
        </w:rPr>
        <w:t xml:space="preserve">[1:36:33] </w:t>
      </w:r>
      <w:r>
        <w:t>in dono ka ek jalsa hua inhi ki build</w:t>
      </w:r>
    </w:p>
    <w:p>
      <w:pPr>
        <w:jc w:val="right"/>
      </w:pPr>
      <w:r>
        <w:t>ان دونوں کا ایک جلسہ ہوا انہی کی بلڈ</w:t>
      </w:r>
    </w:p>
    <w:p>
      <w:r>
        <w:rPr>
          <w:b/>
        </w:rPr>
        <w:t xml:space="preserve">[1:36:36] </w:t>
      </w:r>
      <w:r>
        <w:t>ing mein, jis mein ke organizer ke sara staff, panch jan ka sara staff, aur dilli ke RSS ke log ekatha the. is mein to wahan par speech di in in ke kuch logon ne.</w:t>
      </w:r>
    </w:p>
    <w:p>
      <w:pPr>
        <w:jc w:val="right"/>
      </w:pPr>
      <w:r>
        <w:t>نگ میں، جس میں کہ آرگنائزر کے سارا اسٹاف، پانچ جن کا سارا اسٹاف، اور دلی کے آر ایس ایس کے لوگ اکٹھا تھے۔ اس میں تو وہاں پر اسپیچ دی ان ان کے کچھ لوگوں نے۔</w:t>
      </w:r>
    </w:p>
    <w:p>
      <w:r>
        <w:rPr>
          <w:b/>
        </w:rPr>
        <w:t xml:space="preserve">[1:36:48] </w:t>
      </w:r>
      <w:r>
        <w:t>bahut bura bhala kaha aurangzeb ko ke aurangzeb aisa tha, gurus waisa tha, is dushman tha, yeh kya, woh kiya. ek dum negative mahaul tha wahan par.</w:t>
      </w:r>
    </w:p>
    <w:p>
      <w:pPr>
        <w:jc w:val="right"/>
      </w:pPr>
      <w:r>
        <w:t>بہت برا بھلا کہا اورنگزیب کو کہ اورنگزیب ایسا تھا، گروز ویسا تھا، اس دشمن تھا، یہ کیا، وہ کیا۔ ایک دم نیگیٹیو ماحول تھا وہاں پر۔</w:t>
      </w:r>
    </w:p>
    <w:p>
      <w:r>
        <w:rPr>
          <w:b/>
        </w:rPr>
        <w:t xml:space="preserve">[1:36:59] </w:t>
      </w:r>
      <w:r>
        <w:t>to mujhe jab kaha bolne ke liye unhon ne, to main ne kaha ke theek hai, aap jo kuch keh rahe hain, us se zyada main kehne ko tayyar hoon aurangzeb ke bare mein.</w:t>
      </w:r>
    </w:p>
    <w:p>
      <w:pPr>
        <w:jc w:val="right"/>
      </w:pPr>
      <w:r>
        <w:t>تو مجھے جب کہا بولنے کے لیے انہوں نے، تو میں نے کہا کہ ٹھیک ہے، آپ جو کچھ کہہ رہے ہیں، اس سے زیادہ میں کہنے کو تیار ہوں اورنگزیب کے بارے میں۔</w:t>
      </w:r>
    </w:p>
    <w:p>
      <w:r>
        <w:rPr>
          <w:b/>
        </w:rPr>
        <w:t xml:space="preserve">[1:37:08] </w:t>
      </w:r>
      <w:r>
        <w:t>lekin sawal hai ke is ka islam se kya taluq? aurangzeb ko le kar kya islam ko kyun aap bura samajhte hain? dono alag cheezein</w:t>
      </w:r>
    </w:p>
    <w:p>
      <w:pPr>
        <w:jc w:val="right"/>
      </w:pPr>
      <w:r>
        <w:t>لیکن سوال ہے کہ اس کا اسلام سے کیا تعلق؟ اورنگزیب کو لے کر کیا اسلام کو کیوں آپ برا سمجھتے ہیں؟ دونوں الگ چیزیں</w:t>
      </w:r>
    </w:p>
    <w:p>
      <w:r>
        <w:rPr>
          <w:b/>
        </w:rPr>
        <w:t xml:space="preserve">[1:37:17] </w:t>
      </w:r>
      <w:r>
        <w:t>hain. you have to differentiate between aurangzeb and islam. ek dum wahan ka mahaul badal gaya. sab ke sab bahut khush ho gaye. unhon ne kaha ke agar islam yahi hai to humein is se koi aapatti nahin.</w:t>
      </w:r>
    </w:p>
    <w:p>
      <w:pPr>
        <w:jc w:val="right"/>
      </w:pPr>
      <w:r>
        <w:t>ہیں۔ یو ہیو ٹو ڈیفرنشیٹ بٹوین اورنگزیب اینڈ اسلام۔ ایک دم وہاں کا ماحول بدل گیا۔ سب کے سب بہت خوش ہو گئے۔ انہوں نے کہا کہ اگر اسلام یہی ہے تو ہمیں اس سے کوئی آپتی نہیں۔</w:t>
      </w:r>
    </w:p>
    <w:p>
      <w:r>
        <w:rPr>
          <w:b/>
        </w:rPr>
        <w:t xml:space="preserve">[1:37:38] </w:t>
      </w:r>
      <w:r>
        <w:t>maulana sofia has a question: she wants to know what is the meaning of jihad as per quran?</w:t>
      </w:r>
    </w:p>
    <w:p>
      <w:pPr>
        <w:jc w:val="right"/>
      </w:pPr>
      <w:r>
        <w:t>مولانا صوفیہ ہیز ا کوئسچن: شی وانٹس ٹو نو واٹ از دا میننگ اف جہاد ایز پر قرآن؟</w:t>
      </w:r>
    </w:p>
    <w:p>
      <w:r>
        <w:rPr>
          <w:b/>
        </w:rPr>
        <w:t xml:space="preserve">[1:37:46] </w:t>
      </w:r>
      <w:r>
        <w:t>dekhen, jihad ki literal meaning hai to strive, to struggle, yani koshish karna. koshish kiska?</w:t>
      </w:r>
    </w:p>
    <w:p>
      <w:pPr>
        <w:jc w:val="right"/>
      </w:pPr>
      <w:r>
        <w:t>دیکھیں، جہاد کی لٹرل میننگ ہے ٹو اسٹرائیو، ٹو اسٹرگل، یعنی کوشش کرنا۔ کوشش کس کا؟</w:t>
      </w:r>
    </w:p>
    <w:p>
      <w:r>
        <w:rPr>
          <w:b/>
        </w:rPr>
        <w:t xml:space="preserve">[1:37:57] </w:t>
      </w:r>
      <w:r>
        <w:t>kis kaam ke liye karna? yeh quran ki surah furqan mein hai: wa jahidhum bi jahadin kabira.</w:t>
      </w:r>
    </w:p>
    <w:p>
      <w:pPr>
        <w:jc w:val="right"/>
      </w:pPr>
      <w:r>
        <w:t>کس کام کے لیے کرنا؟ یہ قرآن کی سورہ الفرقان میں ہے: وجاہدہم بہ جہادا کبیرہ۔</w:t>
      </w:r>
    </w:p>
    <w:p>
      <w:r>
        <w:rPr>
          <w:b/>
        </w:rPr>
        <w:t xml:space="preserve">[1:38:08] </w:t>
      </w:r>
      <w:r>
        <w:t>wa jahidhum bi jahad</w:t>
      </w:r>
    </w:p>
    <w:p>
      <w:pPr>
        <w:jc w:val="right"/>
      </w:pPr>
      <w:r>
        <w:t>وجاہدہم بہ جہادا کب</w:t>
      </w:r>
    </w:p>
    <w:p>
      <w:r>
        <w:rPr>
          <w:b/>
        </w:rPr>
        <w:t xml:space="preserve">[1:38:10] </w:t>
      </w:r>
      <w:r>
        <w:t>ira. quran ki surah furqan mein yeh verse hai. to literal meaning to hai simply koshish karna, to strive, to struggle in a peaceful manner.</w:t>
      </w:r>
    </w:p>
    <w:p>
      <w:pPr>
        <w:jc w:val="right"/>
      </w:pPr>
      <w:r>
        <w:t>یرہ۔ قرآن کی سورہ الفرقان میں یہ ورس ہے۔ تو لٹرل میننگ تو ہے سمپلی کوشش کرنا، ٹو اسٹرائیو، ٹو سٹرگل ان ا پیس فل مینر۔</w:t>
      </w:r>
    </w:p>
    <w:p>
      <w:r>
        <w:rPr>
          <w:b/>
        </w:rPr>
        <w:t xml:space="preserve">[1:38:22] </w:t>
      </w:r>
      <w:r>
        <w:t>yeh jihad ki literal meaning hai. aur quran se is ko confirmation milta hai ke wa jahidhum bi jahadin kabira. do great jihad with the help of the quran.</w:t>
      </w:r>
    </w:p>
    <w:p>
      <w:pPr>
        <w:jc w:val="right"/>
      </w:pPr>
      <w:r>
        <w:t>یہ جہاد کی لٹرل میننگ ہے۔ اور قرآن سے اس کو کنفرمیشن ملتا ہے کہ وجاہدہم بہ جہادا کبیرہ۔ ڈو گریٹ جہاد ود دی ہیلپ اف دا قرآن۔</w:t>
      </w:r>
    </w:p>
    <w:p>
      <w:r>
        <w:rPr>
          <w:b/>
        </w:rPr>
        <w:t xml:space="preserve">[1:38:34] </w:t>
      </w:r>
      <w:r>
        <w:t>is ka literal translation hai: do great jihad with the help</w:t>
      </w:r>
    </w:p>
    <w:p>
      <w:pPr>
        <w:jc w:val="right"/>
      </w:pPr>
      <w:r>
        <w:t>اس کا لٹرل ٹرانسلیشن ہے: ڈو گریٹ جہاد ود دی ہیلپ</w:t>
      </w:r>
    </w:p>
    <w:p>
      <w:r>
        <w:rPr>
          <w:b/>
        </w:rPr>
        <w:t xml:space="preserve">[1:38:39] </w:t>
      </w:r>
      <w:r>
        <w:t>of the quran. ab dekhen, quran is kya hai? quran is book of ideology. quran is book of an ideology. to quran se jihad karne ka matlab kya hai?</w:t>
      </w:r>
    </w:p>
    <w:p>
      <w:pPr>
        <w:jc w:val="right"/>
      </w:pPr>
      <w:r>
        <w:t>اف دا قرآن۔ اب دیکھیں، قرآن از کیا ہے؟ قرآن از بک اف آئیڈیالوجی۔ قرآن از بک اف این آئیڈیالوجی۔ تو قرآن سے جہاد کرنے کا مطلب کیا ہے؟</w:t>
      </w:r>
    </w:p>
    <w:p>
      <w:r>
        <w:rPr>
          <w:b/>
        </w:rPr>
        <w:t xml:space="preserve">[1:38:49] </w:t>
      </w:r>
      <w:r>
        <w:t>ideological jihad, ideological struggle. seedhe seedhe nikalta hai ke jihad means ideological struggle in a peaceful manner.</w:t>
      </w:r>
    </w:p>
    <w:p>
      <w:pPr>
        <w:jc w:val="right"/>
      </w:pPr>
      <w:r>
        <w:t>آئیڈیالوجیکل جہاد، آئیڈیالوجیکل اسٹرگل۔ سیدھے سیدھے نکلتا ہے کہ جہاد مینز آئیڈیالوجیکل اسٹرگل ان ا پیس فل مینر۔</w:t>
      </w:r>
    </w:p>
    <w:p>
      <w:r>
        <w:rPr>
          <w:b/>
        </w:rPr>
        <w:t xml:space="preserve">[1:39:02] </w:t>
      </w:r>
      <w:r>
        <w:t>to literal matlab bhi yahi hai. quran se bhi yahi nikalta hai ke jihad ka matlab hai peaceful dawah work. bas jihad ka matlab hai peaceful dawah work.</w:t>
      </w:r>
    </w:p>
    <w:p>
      <w:pPr>
        <w:jc w:val="right"/>
      </w:pPr>
      <w:r>
        <w:t>تو لٹرل مطلب بھی یہی ہے۔ قرآن سے بھی یہی نکلتا ہے کہ جہاد کا مطلب ہے پیس فل دعویٰ ورک۔ بس جہاد کا مطلب ہے پیس فل دعویٰ ورک۔</w:t>
      </w:r>
    </w:p>
    <w:p>
      <w:r>
        <w:rPr>
          <w:b/>
        </w:rPr>
        <w:t xml:space="preserve">[1:39:14] </w:t>
      </w:r>
      <w:r>
        <w:t>yeh matlab hai jihad ka.</w:t>
      </w:r>
    </w:p>
    <w:p>
      <w:pPr>
        <w:jc w:val="right"/>
      </w:pPr>
      <w:r>
        <w:t>یہ مطلب ہے جہاد کا۔</w:t>
      </w:r>
    </w:p>
    <w:p>
      <w:r>
        <w:rPr>
          <w:b/>
        </w:rPr>
        <w:t xml:space="preserve">[1:39:23] </w:t>
      </w:r>
      <w:r>
        <w:t>good question: haan, you know, its true that everyone, every human being is born with a golden brain by nature.</w:t>
      </w:r>
    </w:p>
    <w:p>
      <w:pPr>
        <w:jc w:val="right"/>
      </w:pPr>
      <w:r>
        <w:t>گڈ کوئسچن: ہاں، یو نو، اٹس ٹرو دیٹ ایوری ون، ایوری ہیومن بینگ از بورن ود ا گولڈن برین بائی نیچر۔</w:t>
      </w:r>
    </w:p>
    <w:p>
      <w:r>
        <w:rPr>
          <w:b/>
        </w:rPr>
        <w:t xml:space="preserve">[1:39:32] </w:t>
      </w:r>
      <w:r>
        <w:t>but to utilize or materialize this golden brain, we need so much help and guidance. so those were poor and don't have all these facilities which the rich have.</w:t>
      </w:r>
    </w:p>
    <w:p>
      <w:pPr>
        <w:jc w:val="right"/>
      </w:pPr>
      <w:r>
        <w:t>بٹ ٹو یوٹیلائز اور مٹیریلائز دس گولڈن برین، وی نیڈ سو مچ ہیلپ اینڈ گائیڈنس۔ سو دوز وار پور اینڈ ڈونٹ ہیو ال دیز فیسلیٹیز وچ دی رچ ہیو۔</w:t>
      </w:r>
    </w:p>
    <w:p>
      <w:r>
        <w:rPr>
          <w:b/>
        </w:rPr>
        <w:t xml:space="preserve">[1:39:46] </w:t>
      </w:r>
      <w:r>
        <w:t>so they need to be guided. they need the help of those who already utilized their brains.</w:t>
      </w:r>
    </w:p>
    <w:p>
      <w:pPr>
        <w:jc w:val="right"/>
      </w:pPr>
      <w:r>
        <w:t>سو دے نیڈ ٹو بی گائیڈڈ۔ دے نیڈ دا ہیلپ اف دوز ہو الریڈی یوٹیلائزڈ دیر برینز۔</w:t>
      </w:r>
    </w:p>
    <w:p>
      <w:r>
        <w:rPr>
          <w:b/>
        </w:rPr>
        <w:t xml:space="preserve">[1:39:54] </w:t>
      </w:r>
      <w:r>
        <w:t>but these days in our society, we find that people are concerned only with their own children, future of their own children.</w:t>
      </w:r>
    </w:p>
    <w:p>
      <w:pPr>
        <w:jc w:val="right"/>
      </w:pPr>
      <w:r>
        <w:t>بٹ دیز ڈیز ان اور سوسائٹی، وی فائنڈ دیٹ پیپل ار کنسرنڈ اونلی ود دیر اون چلڈرن، فیوچر اف دیر اون چلڈرن۔</w:t>
      </w:r>
    </w:p>
    <w:p>
      <w:r>
        <w:rPr>
          <w:b/>
        </w:rPr>
        <w:t xml:space="preserve">[1:40:04] </w:t>
      </w:r>
      <w:r>
        <w:t>they don't help those people. so how can we solve this problem? haan, yeh bara acha question hai.</w:t>
      </w:r>
    </w:p>
    <w:p>
      <w:pPr>
        <w:jc w:val="right"/>
      </w:pPr>
      <w:r>
        <w:t>دے ڈونٹ ہیلپ دوز پیپل۔ سو ہاؤ کین وی سالو دس پرابلم؟ ہاں، یہ بڑا اچھا کوئسچن ہے۔</w:t>
      </w:r>
    </w:p>
    <w:p>
      <w:r>
        <w:rPr>
          <w:b/>
        </w:rPr>
        <w:t xml:space="preserve">[1:40:13] </w:t>
      </w:r>
      <w:r>
        <w:t>yeh dekhen, aam taur par yeh kaha jata hai ke NGOs ke zariye se is ko solve kiya jaye.</w:t>
      </w:r>
    </w:p>
    <w:p>
      <w:pPr>
        <w:jc w:val="right"/>
      </w:pPr>
      <w:r>
        <w:t>یہ دیکھیں، عام طور پر یہ کہا جاتا ہے کہ این جی اوز کے ذریعے سے اس کو سالو کیا جائے۔</w:t>
      </w:r>
    </w:p>
    <w:p>
      <w:r>
        <w:rPr>
          <w:b/>
        </w:rPr>
        <w:t xml:space="preserve">[1:40:20] </w:t>
      </w:r>
      <w:r>
        <w:t>yani aise organizations hon jo un ki help karen. to bhi ek tareeqa hai, lekin zyada bara tareeqa hai ke social will, logon ke andar jazba ho ke mujhe kuch karna hai,</w:t>
      </w:r>
    </w:p>
    <w:p>
      <w:pPr>
        <w:jc w:val="right"/>
      </w:pPr>
      <w:r>
        <w:t>یعنی ایسے آرگنائزیشنز ہوں جو ان کی ہیلپ کریں۔ تو بھی ایک طریقہ ہے، لیکن زیادہ بڑا طریقہ ہے کہ سوشل ول، لوگوں کے اندر جذبہ ہو کہ مجھے کچھ کرنا ہے،</w:t>
      </w:r>
    </w:p>
    <w:p>
      <w:r>
        <w:rPr>
          <w:b/>
        </w:rPr>
        <w:t xml:space="preserve">[1:40:35] </w:t>
      </w:r>
      <w:r>
        <w:t>help karna hai. hamare bachpan mein jazba bohat zyada tha, ab ghat gaya hai. woh isi ko revive kiya</w:t>
      </w:r>
    </w:p>
    <w:p>
      <w:pPr>
        <w:jc w:val="right"/>
      </w:pPr>
      <w:r>
        <w:t>ہیلپ کرنا ہے۔ ہمارے بچپن میں جذبہ بہت زیادہ تھا، اب گھٹ گیا ہے۔ وہ اسی کو ریوائیو کیا</w:t>
      </w:r>
    </w:p>
    <w:p>
      <w:r>
        <w:rPr>
          <w:b/>
        </w:rPr>
        <w:t xml:space="preserve">[1:40:41] </w:t>
      </w:r>
      <w:r>
        <w:t>jaye. maslan dekhte hain, doctor raman ka maine zikr kiya, un ko nobel prize mila tha. to birla ne un ki madad ki us waqt jab ke chote they.</w:t>
      </w:r>
    </w:p>
    <w:p>
      <w:pPr>
        <w:jc w:val="right"/>
      </w:pPr>
      <w:r>
        <w:t>جائے۔ مثلاً دیکھتے ہیں، ڈاکٹر رمن کا میں نے ذکر کیا، ان کو نوبل پرائز ملا تھا۔ تو برلا نے ان کی مدد کی اس وقت جب کہ چھوٹے تھے۔</w:t>
      </w:r>
    </w:p>
    <w:p>
      <w:r>
        <w:rPr>
          <w:b/>
        </w:rPr>
        <w:t xml:space="preserve">[1:40:49] </w:t>
      </w:r>
      <w:r>
        <w:t>wo raman ne ek instrument chahiye tha, un ko research kar rahe they. woh aap jante hain ke woh scientist they, woh aur science mein unhone kuch chezen discover ki hain, jis ki wajah se nobel prize mila.</w:t>
      </w:r>
    </w:p>
    <w:p>
      <w:pPr>
        <w:jc w:val="right"/>
      </w:pPr>
      <w:r>
        <w:t>وہ رمن نے ایک انسٹرومنٹ چاہیے تھا، ان کو ریسرچ کر رہے تھے۔ وہ آپ جانتے ہیں کہ وہ سائنٹسٹ تھے، وہ اور سائنس میں انہوں نے کچھ چیزیں ڈسکور کی ہیں، جس کی وجہ سے نوبل پرائز ملا۔</w:t>
      </w:r>
    </w:p>
    <w:p>
      <w:r>
        <w:rPr>
          <w:b/>
        </w:rPr>
        <w:t xml:space="preserve">[1:41:04] </w:t>
      </w:r>
      <w:r>
        <w:t>to unhein laga ke unhein mehsoos hua ke mujhe ek instrument chahiye apni research ko qariyan karne ke liye.</w:t>
      </w:r>
    </w:p>
    <w:p>
      <w:pPr>
        <w:jc w:val="right"/>
      </w:pPr>
      <w:r>
        <w:t>تو انہیں لگا کہ انہیں محسوس ہوا کہ مجھے ایک انسٹرومنٹ چاہیے اپنی ریسرچ کو قاریان کرنے کے لیے۔</w:t>
      </w:r>
    </w:p>
    <w:p>
      <w:r>
        <w:rPr>
          <w:b/>
        </w:rPr>
        <w:t xml:space="preserve">[1:41:11] </w:t>
      </w:r>
      <w:r>
        <w:t>us waqt, yani aap se bohat pehle, us waqt india mein is ki 25 tha daam tha. is ka woh india mein milta bhi nahi tha, export karna tha is ko.</w:t>
      </w:r>
    </w:p>
    <w:p>
      <w:pPr>
        <w:jc w:val="right"/>
      </w:pPr>
      <w:r>
        <w:t>اس وقت، یعنی آپ سے بہت پہلے، اس وقت انڈیا میں اس کی 25 تھا دام تھا۔ اس کا وہ انڈیا میں ملتا بھی نہیں تھا، ایکسپورٹ کرنا تھا اس کو۔</w:t>
      </w:r>
    </w:p>
    <w:p>
      <w:r>
        <w:rPr>
          <w:b/>
        </w:rPr>
        <w:t xml:space="preserve">[1:41:22] </w:t>
      </w:r>
      <w:r>
        <w:t>to 25 tha, aaj kal ke lehaz se 25 lakh hoga shayad. to woh ek student they, ek letter likha unhone birla ko.</w:t>
      </w:r>
    </w:p>
    <w:p>
      <w:pPr>
        <w:jc w:val="right"/>
      </w:pPr>
      <w:r>
        <w:t>تو 25 تھا، آج کل کے لحاظ سے 25 لاکھ ہوگا شاید۔ تو وہ ایک سٹوڈنٹ تھے، ایک لیٹر لکھا انہوں نے برلا کو۔</w:t>
      </w:r>
    </w:p>
    <w:p>
      <w:r>
        <w:rPr>
          <w:b/>
        </w:rPr>
        <w:t xml:space="preserve">[1:41:33] </w:t>
      </w:r>
      <w:r>
        <w:t>ab woh us waqt un known aadmi they.</w:t>
      </w:r>
    </w:p>
    <w:p>
      <w:pPr>
        <w:jc w:val="right"/>
      </w:pPr>
      <w:r>
        <w:t>اب وہ اس وقت ان نون آدمی تھے۔</w:t>
      </w:r>
    </w:p>
    <w:p>
      <w:r>
        <w:rPr>
          <w:b/>
        </w:rPr>
        <w:t xml:space="preserve">[1:41:36] </w:t>
      </w:r>
      <w:r>
        <w:t>raman jo they, ek student they, ek un known aadmi. is ne likha ke mujhe research karne ke liye yeh instrument chahiye. birla ne usi waqt 25 lakh hazar ka check bhej diya, un ko 25 tha check bhej diya raman ko.</w:t>
      </w:r>
    </w:p>
    <w:p>
      <w:pPr>
        <w:jc w:val="right"/>
      </w:pPr>
      <w:r>
        <w:t>رمن جو تھے، ایک سٹوڈنٹ تھے، ایک ان نون آدمی۔ اس نے لکھا کہ مجھے ریسرچ کرنے کے لیے یہ انسٹرومنٹ چاہیے۔ برلا نے اسی وقت 25 لاکھ ہزار کا چیک بھیج دیا، ان کو 25 تھا چیک بھیج دیا رمن کو۔</w:t>
      </w:r>
    </w:p>
    <w:p>
      <w:r>
        <w:rPr>
          <w:b/>
        </w:rPr>
        <w:t xml:space="preserve">[1:41:51] </w:t>
      </w:r>
      <w:r>
        <w:t>is ne mangwaya wahan se, phir research ki is ne, aur phir us ko nobel prize mila. yeh acha example hai ke society mein logon ke andar jazba hona chahiye.</w:t>
      </w:r>
    </w:p>
    <w:p>
      <w:pPr>
        <w:jc w:val="right"/>
      </w:pPr>
      <w:r>
        <w:t>اس نے منگوایا وہاں سے، پھر ریسرچ کی اس نے، اور پھر اس کو نوبل پرائز ملا۔ یہ اچھا ایگزیمپل ہے کہ سوسائٹی میں لوگوں کے اندر جذبہ ہونا چاہیے۔</w:t>
      </w:r>
    </w:p>
    <w:p>
      <w:r>
        <w:rPr>
          <w:b/>
        </w:rPr>
        <w:t xml:space="preserve">[1:42:01] </w:t>
      </w:r>
      <w:r>
        <w:t>khud mein hoon, meri maa mujhe parha nahi sakti thi.</w:t>
      </w:r>
    </w:p>
    <w:p>
      <w:pPr>
        <w:jc w:val="right"/>
      </w:pPr>
      <w:r>
        <w:t>خود میں ہوں، میری ماں مجھے پڑھا نہیں سکتی تھی۔</w:t>
      </w:r>
    </w:p>
    <w:p>
      <w:r>
        <w:rPr>
          <w:b/>
        </w:rPr>
        <w:t xml:space="preserve">[1:42:05] </w:t>
      </w:r>
      <w:r>
        <w:t>hamare halaat bohat bigar the kyun ke mere baap, mere baap mar gaye they. mujhe kisi aur insan ne parhaya, sara kharcha unhone liya apne upar, sara kharcha de kar mujhe parhaya.</w:t>
      </w:r>
    </w:p>
    <w:p>
      <w:pPr>
        <w:jc w:val="right"/>
      </w:pPr>
      <w:r>
        <w:t>ہمارے حالات بہت بگڑ تھے کیونکہ میرے باپ، میرے باپ مر گئے تھے۔ مجھے کسی اور انسان نے پڑھایا، سارا خرچہ انہوں نے لیا اپنے اوپر، سارا خرچہ دے کر مجھے پڑھایا۔</w:t>
      </w:r>
    </w:p>
    <w:p>
      <w:r>
        <w:rPr>
          <w:b/>
        </w:rPr>
        <w:t xml:space="preserve">[1:42:18] </w:t>
      </w:r>
      <w:r>
        <w:t>to pehle yeh society mein yeh cheez thi maujood ke log ek doosre ko dekhte they, agar mehsoos karte they ke is ko help chahiye to hum help dete they.</w:t>
      </w:r>
    </w:p>
    <w:p>
      <w:pPr>
        <w:jc w:val="right"/>
      </w:pPr>
      <w:r>
        <w:t>تو پہلے یہ سوسائٹی میں یہ چیز تھی موجود کہ لوگ ایک دوسرے کو دیکھتے تھے، اگر محسوس کرتے تھے کہ اس کو ہیلپ چاہیے تو ہم ہیلپ دیتے تھے۔</w:t>
      </w:r>
    </w:p>
    <w:p>
      <w:r>
        <w:rPr>
          <w:b/>
        </w:rPr>
        <w:t xml:space="preserve">[1:42:28] </w:t>
      </w:r>
      <w:r>
        <w:t>khud doctor abul kalam jo hain, hamare president sahib, ek hindu family ne un ko help kiya to aaj woh president of india bane hue hain.</w:t>
      </w:r>
    </w:p>
    <w:p>
      <w:pPr>
        <w:jc w:val="right"/>
      </w:pPr>
      <w:r>
        <w:t>خود ڈاکٹر ابوالکلام جو ہیں، ہمارے پریزیڈنٹ صاحب، ایک ہندو فیملی نے ان کو ہیلپ کیا تو آج وہ پریزیڈنٹ آف انڈیا بنے ہوئے ہیں۔</w:t>
      </w:r>
    </w:p>
    <w:p>
      <w:r>
        <w:rPr>
          <w:b/>
        </w:rPr>
        <w:t xml:space="preserve">[1:42:39] </w:t>
      </w:r>
      <w:r>
        <w:t>jahan tak main janta hoon, sab ka qissa aisa hi hai. doctor ambedkar ko kisi ne help kiya to pehle yeh cheez bohat zyada thi ke kisi ko dekhte hain ke shauq hai to us ko help karte they.</w:t>
      </w:r>
    </w:p>
    <w:p>
      <w:pPr>
        <w:jc w:val="right"/>
      </w:pPr>
      <w:r>
        <w:t>جہاں تک میں جانتا ہوں، سب کا قصہ ایسا ہی ہے۔ ڈاکٹر امبیدکر کو کسی نے ہیلپ کیا تو پہلے یہ چیز بہت زیادہ تھی کہ کسی کو دیکھتے ہیں کہ شوق ہے تو اس کو ہیلپ کرتے تھے۔</w:t>
      </w:r>
    </w:p>
    <w:p>
      <w:r>
        <w:rPr>
          <w:b/>
        </w:rPr>
        <w:t xml:space="preserve">[1:42:51] </w:t>
      </w:r>
      <w:r>
        <w:t>isi isi social aspect ko hamein phir se revive karna hai.</w:t>
      </w:r>
    </w:p>
    <w:p>
      <w:pPr>
        <w:jc w:val="right"/>
      </w:pPr>
      <w:r>
        <w:t>اسی اسی سوشل اسپیٹ کو ہمیں پھر سے ریوائیو کرنا ہے۔</w:t>
      </w:r>
    </w:p>
    <w:p>
      <w:r>
        <w:rPr>
          <w:b/>
        </w:rPr>
        <w:t xml:space="preserve">[1:42:56] </w:t>
      </w:r>
      <w:r>
        <w:t>NGOs se sirf thora sa kaam banega zaroor, lekin NGOs kafi nahi hain. har ghar mein, har mohalle mein aise log hon jinka yeh aspect ho, aas paas jis ko dekhen, dhar se us ki madad karen.</w:t>
      </w:r>
    </w:p>
    <w:p>
      <w:pPr>
        <w:jc w:val="right"/>
      </w:pPr>
      <w:r>
        <w:t>این جی اوز سے صرف تھوڑا سا کام بنے گا ضرور، لیکن این جی اوز کافی نہیں ہیں۔ ہر گھر میں، ہر محلے میں ایسے لوگ ہوں جن کا یہ اسپیٹ ہو، اس پاس جس کو دیکھیں، دھر سے اس کی مدد کریں۔</w:t>
      </w:r>
    </w:p>
    <w:p>
      <w:r>
        <w:rPr>
          <w:b/>
        </w:rPr>
        <w:t xml:space="preserve">[1:43:10] </w:t>
      </w:r>
      <w:r>
        <w:t>aur mashallah, pehle thi yeh aspect aur bohat logon ne is ki is wajah se faida hota tha. ab yeh aspect nahi hai kyun ke consumers mein aa gaya, money worship aa gaya hai, log bas apne beta beti ko jante hain.</w:t>
      </w:r>
    </w:p>
    <w:p>
      <w:pPr>
        <w:jc w:val="right"/>
      </w:pPr>
      <w:r>
        <w:t>اور ماشاءاللہ، پہلے تھی یہ اسپیٹ اور بہت لوگوں نے اس کی اس وجہ سے فائدہ ہوتا تھا۔ اب یہ اسپیٹ نہیں ہے کیونکہ کنزیومرز میں آ گیا، منی ورشپ آ گیا ہے، لوگ بس اپنے بیٹا بیٹی کو جانتے ہیں۔</w:t>
      </w:r>
    </w:p>
    <w:p>
      <w:r>
        <w:rPr>
          <w:b/>
        </w:rPr>
        <w:t xml:space="preserve">[1:43:21] </w:t>
      </w:r>
      <w:r>
        <w:t>to main samajhta hoon ke is is aspect ko revive kiya jaye, is ki zaroorat hai.</w:t>
      </w:r>
    </w:p>
    <w:p>
      <w:pPr>
        <w:jc w:val="right"/>
      </w:pPr>
      <w:r>
        <w:t>تو میں سمجھتا ہوں کہ اس اس اسپیٹ کو ریوائیو کیا جائے، اس کی ضرورت ہے۔</w:t>
      </w:r>
    </w:p>
    <w:p>
      <w:r>
        <w:rPr>
          <w:b/>
        </w:rPr>
        <w:t xml:space="preserve">[1:43:27] </w:t>
      </w:r>
      <w:r>
        <w:t>mein isi ko bolta rehta hoon logon se ke help karo, help karo, help karo. Khuda Islam ek hadith hai, ek hadith hai ke jis aadmi ko Khuda paisa de to usay farz hai ke us ko paise ko dayen bayen kharch kare,</w:t>
      </w:r>
    </w:p>
    <w:p>
      <w:pPr>
        <w:jc w:val="right"/>
      </w:pPr>
      <w:r>
        <w:t>میں اسی کو بولتا رہتا ہوں لوگوں سے کہ ہیلپ کرو، ہیلپ کرو، ہیلپ کرو۔ خدا اسلام ایک حدیث ہے، ایک حدیث ہے کہ جس آدمی کو خدا پیسہ دے تو اسے فرض ہے کہ اس کو پیسے کو دائیں بائیں خرچ کرے،</w:t>
      </w:r>
    </w:p>
    <w:p>
      <w:r>
        <w:rPr>
          <w:b/>
        </w:rPr>
        <w:t xml:space="preserve">[1:43:43] </w:t>
      </w:r>
      <w:r>
        <w:t>khoob kharch kare, nahi to pakra jayega. Woh yeh jo hai ke paisa kamao, bete par kharch karo, yeh to yaqeen kijiye haram hai, bilkul Islam mein yeh haram hai.</w:t>
      </w:r>
    </w:p>
    <w:p>
      <w:pPr>
        <w:jc w:val="right"/>
      </w:pPr>
      <w:r>
        <w:t>خوب خرچ کرے، نہیں تو پکڑا جائے گا۔ وہ یہ جو ہے کہ پیسہ کماؤ، بیٹے پر خرچ کرو، یہ تو یقین کیجیے حرام ہے، بالکل اسلام میں یہ حرام ہے۔</w:t>
      </w:r>
    </w:p>
    <w:p>
      <w:r>
        <w:rPr>
          <w:b/>
        </w:rPr>
        <w:t xml:space="preserve">[1:43:52] </w:t>
      </w:r>
      <w:r>
        <w:t>Yeh aur aisa aadmi kabhi bhi paradise mein nahi jayega. Kama kama aur bete par kharch kar raha hai, us ke liye paradise nahi hai. Jis ko paradise mein jana hai, us ko yeh karna padega ke paisa kamana aur khoob kharch karna, idhar se udhar, idhar udhar kharch karna.</w:t>
      </w:r>
    </w:p>
    <w:p>
      <w:pPr>
        <w:jc w:val="right"/>
      </w:pPr>
      <w:r>
        <w:t>یہ اور ایسا آدمی کبھی بھی پیراڈائز میں نہیں جائے گا۔ کما کما اور بیٹے پر خرچ کر رہا ہے، اس کے لیے پیراڈائز نہیں ہے۔ جس کو پیراڈائز میں جانا ہے، اس کو یہ کرنا پڑے گا کہ پیسہ کمانا اور خوب خرچ کرنا، ادھر سے ادھر، ادھر ادھر خرچ کرنا۔</w:t>
      </w:r>
    </w:p>
    <w:p>
      <w:r>
        <w:rPr>
          <w:b/>
        </w:rPr>
        <w:t xml:space="preserve">[1:44:08] </w:t>
      </w:r>
      <w:r>
        <w:t>Yeh hadith maujood hai ke dayen kharch kare, bayen kharch kare,</w:t>
      </w:r>
    </w:p>
    <w:p>
      <w:pPr>
        <w:jc w:val="right"/>
      </w:pPr>
      <w:r>
        <w:t>یہ حدیث موجود ہے کہ دائیں خرچ کرے، بائیں خرچ کرے،</w:t>
      </w:r>
    </w:p>
    <w:p>
      <w:r>
        <w:rPr>
          <w:b/>
        </w:rPr>
        <w:t xml:space="preserve">[1:44:12] </w:t>
      </w:r>
      <w:r>
        <w:t>peeche kharch kare, aage kharch kare, tab woh paradise mein jayega. To is ka paisa mein doosron ka hissa hai, woh de. To mein samajhta hoon ke government ko karna chahiye, NGOs ko karna chahiye, lekin is se zyada bari baat hai ke is is social aspect ko hum revive karein</w:t>
      </w:r>
    </w:p>
    <w:p>
      <w:pPr>
        <w:jc w:val="right"/>
      </w:pPr>
      <w:r>
        <w:t>پیچھے خرچ کرے، آگے خرچ کرے، تب وہ پیراڈائز میں جائے گا۔ تو اس کا پیسہ میں دوسروں کا حصہ ہے، وہ دے۔ تو میں سمجھتا ہوں کہ گورنمنٹ کو کرنا چاہیے، این جی اوز کو کرنا چاہیے، لیکن اس سے زیادہ بڑی بات ہے کہ اس اس سوشل اسپیٹ کو ہم ریوائیو کریں</w:t>
      </w:r>
    </w:p>
    <w:p>
      <w:r>
        <w:rPr>
          <w:b/>
        </w:rPr>
        <w:t xml:space="preserve">[1:44:31] </w:t>
      </w:r>
      <w:r>
        <w:t>ke log jahan dekhein, kisi ko jaise Raman ko dekh kar Birla ne kiya, us tareeqe se logon ke andar aspect paida ho.</w:t>
      </w:r>
    </w:p>
    <w:p>
      <w:pPr>
        <w:jc w:val="right"/>
      </w:pPr>
      <w:r>
        <w:t>کہ لوگ جہاں دیکھیں، کسی کو جیسے رمن کو دیکھ کر برلا نے کیا، اس طریقے سے لوگوں کے اندر اسپیٹ پیدا ہو۔</w:t>
      </w:r>
    </w:p>
    <w:p>
      <w:r>
        <w:rPr>
          <w:b/>
        </w:rPr>
        <w:t xml:space="preserve">[1:44:41] </w:t>
      </w:r>
      <w:r>
        <w:t>To dekhein ke phir kitne saare log jo hain aage badhenge aur Nobel Prize lenge. Maulana, but what is the contribution of religious ideology in invoking this?</w:t>
      </w:r>
    </w:p>
    <w:p>
      <w:pPr>
        <w:jc w:val="right"/>
      </w:pPr>
      <w:r>
        <w:t>تو دیکھیں کہ پھر کتنے سارے لوگ جو ہیں آگے بڑھیں گے اور نوبل پرائز لیں گے۔ مولانا، بٹ واٹ از دا کنٹریبیوشن اف ریلیجیس آئیڈیالوجی ان انوکنگ دس؟</w:t>
      </w:r>
    </w:p>
    <w:p>
      <w:r>
        <w:rPr>
          <w:b/>
        </w:rPr>
        <w:t xml:space="preserve">[1:44:55] </w:t>
      </w:r>
      <w:r>
        <w:t>Like in in Buddhism, there is the concept of humanism, which invoke where people expand their consciousness beyond their families.</w:t>
      </w:r>
    </w:p>
    <w:p>
      <w:pPr>
        <w:jc w:val="right"/>
      </w:pPr>
      <w:r>
        <w:t>لائک ان ان بدھزم، دیر از دا کانسیپٹ اف ہیومینٹیزم، وچ انوک ویئر پیپل ایکسپینڈ دیر کانشیسنس بیونڈ دیر فیملیز۔</w:t>
      </w:r>
    </w:p>
    <w:p>
      <w:r>
        <w:rPr>
          <w:b/>
        </w:rPr>
        <w:t xml:space="preserve">[1:45:05] </w:t>
      </w:r>
      <w:r>
        <w:t>I think in Islam, ah, you know, how does this come out to invoke that spirit?</w:t>
      </w:r>
    </w:p>
    <w:p>
      <w:pPr>
        <w:jc w:val="right"/>
      </w:pPr>
      <w:r>
        <w:t>آئی تھنک ان اسلام، آہ، یو نو، ہاؤ ڈز دس کم آؤٹ ٹو انوک دیٹ سپرٹ؟</w:t>
      </w:r>
    </w:p>
    <w:p>
      <w:r>
        <w:rPr>
          <w:b/>
        </w:rPr>
        <w:t xml:space="preserve">[1:45:13] </w:t>
      </w:r>
      <w:r>
        <w:t>Dekhein, Islam mein to bohat zyada is par zor diya gaya hai ke do cheezon ko bataya jata hai ke asal yani Islam jo hai, two point formula ka naam hai.</w:t>
      </w:r>
    </w:p>
    <w:p>
      <w:pPr>
        <w:jc w:val="right"/>
      </w:pPr>
      <w:r>
        <w:t>دیکھیں، اسلام میں تو بہت زیادہ اس پر زور دیا گیا ہے کہ دو چیزوں کو بتایا جاتا ہے کہ اصل یعنی اسلام جو ہے، ٹو پوائنٹ فارمولا کا نام ہے۔</w:t>
      </w:r>
    </w:p>
    <w:p>
      <w:r>
        <w:rPr>
          <w:b/>
        </w:rPr>
        <w:t xml:space="preserve">[1:45:26] </w:t>
      </w:r>
      <w:r>
        <w:t>Ek hai tauheed, doosre muwasaat bani Adam kaha jata hai. Is ko tauheed muwasaat bani Adam yani doosron ki help karna, ek Khuda ko manna aur doosre ki help karna.</w:t>
      </w:r>
    </w:p>
    <w:p>
      <w:pPr>
        <w:jc w:val="right"/>
      </w:pPr>
      <w:r>
        <w:t>ایک ہے توحید، دوسرے مواسات بنی آدم کہا جاتا ہے۔ اس کو توحید مواسات بنی آدم یعنی دوسروں کی ہیلپ کرنا، ایک خدا کو ماننا اور دوسرے کی ہیلپ کرنا۔</w:t>
      </w:r>
    </w:p>
    <w:p>
      <w:r>
        <w:rPr>
          <w:b/>
        </w:rPr>
        <w:t xml:space="preserve">[1:45:37] </w:t>
      </w:r>
      <w:r>
        <w:t>Watuwas bilburhi,</w:t>
      </w:r>
    </w:p>
    <w:p>
      <w:pPr>
        <w:jc w:val="right"/>
      </w:pPr>
      <w:r>
        <w:t>وتواس بالبرحبہ،</w:t>
      </w:r>
    </w:p>
    <w:p>
      <w:r>
        <w:rPr>
          <w:b/>
        </w:rPr>
        <w:t xml:space="preserve">[1:45:40] </w:t>
      </w:r>
      <w:r>
        <w:t>bohat zyada hadithien aur ayatein hain ke jo kamai tumhare paas aayi hai, woh sirf tumhara akele ka hissa nahi hai, is mein doosron ka hissa hai. So do ke nahi doge to Khuda ke haan pakde jaoge.</w:t>
      </w:r>
    </w:p>
    <w:p>
      <w:pPr>
        <w:jc w:val="right"/>
      </w:pPr>
      <w:r>
        <w:t>بہت زیادہ حدیثیں اور آیتیں ہیں کہ جو کمائی تمہارے پاس آئی ہے، وہ صرف تمہارا اکیلے کا حصہ نہیں ہے، اس میں دوسروں کا حصہ ہے۔ سو دو کہ نہیں دو گے تو خدا کے ہاں پکڑے جاؤ گے۔</w:t>
      </w:r>
    </w:p>
    <w:p>
      <w:r>
        <w:rPr>
          <w:b/>
        </w:rPr>
        <w:t xml:space="preserve">[1:45:53] </w:t>
      </w:r>
      <w:r>
        <w:t>Jaise ke maine arz kiya ke hadith mein aaya hai ke jis ko Khuda paisa de to dayen kharch karna chahiye, bayen kharch karna chahiye, saamne kharch karna chahiye, peeche kharch karna chahiye.</w:t>
      </w:r>
    </w:p>
    <w:p>
      <w:pPr>
        <w:jc w:val="right"/>
      </w:pPr>
      <w:r>
        <w:t>جیسے کہ میں نے عرض کیا کہ حدیث میں آیا ہے کہ جس کو خدا پیسہ دے تو دائیں خرچ کرنا چاہیے، بائیں خرچ کرنا چاہیے، سامنے خرچ کرنا چاہیے، پیچھے خرچ کرنا چاہیے۔</w:t>
      </w:r>
    </w:p>
    <w:p>
      <w:r>
        <w:rPr>
          <w:b/>
        </w:rPr>
        <w:t xml:space="preserve">[1:46:01] </w:t>
      </w:r>
      <w:r>
        <w:t>Yaani khoob society mein do, nahi dete ho to Khuda ke haan pakde jaoge. To bohat zyada is par zor diya gaya hai. Yeh jo aisi talimat bhari hui hain Quran o hadith mein, aur pehle yeh tha har society mein,</w:t>
      </w:r>
    </w:p>
    <w:p>
      <w:pPr>
        <w:jc w:val="right"/>
      </w:pPr>
      <w:r>
        <w:t>یعنی خوب سوسائٹی میں دو، نہیں دیتے ہو تو خدا کے ہاں پکڑے جاؤ گے۔ تو بہت زیادہ اس پر زور دیا گیا ہے۔ یہ جو ایسی تعلیمات بھری ہوئی ہیں قرآن و حدیث میں، اور پہلے یہ تھا ہر سوسائٹی میں،</w:t>
      </w:r>
    </w:p>
    <w:p>
      <w:r>
        <w:rPr>
          <w:b/>
        </w:rPr>
        <w:t xml:space="preserve">[1:46:16] </w:t>
      </w:r>
      <w:r>
        <w:t>ab khatam hua hai kyunke ab money worshipper ban gaye hain log. Ab is is money worshipping jo aa gayi hai, is ko todna hai humein, warna hazaron saal se insaan help karta hi tha.</w:t>
      </w:r>
    </w:p>
    <w:p>
      <w:pPr>
        <w:jc w:val="right"/>
      </w:pPr>
      <w:r>
        <w:t>اب ختم ہوا ہے کیونکہ اب منی ورشپر بن گئے ہیں لوگ۔ اب اس اس منی ورشپنگ جو آ گئی ہے، اس کو توڑنا ہے ہمیں، ورنہ ہزاروں سال سے انسان ہیلپ کرتا ہی تھا۔</w:t>
      </w:r>
    </w:p>
    <w:p>
      <w:r>
        <w:rPr>
          <w:b/>
        </w:rPr>
        <w:t xml:space="preserve">[1:46:31] </w:t>
      </w:r>
      <w:r>
        <w:t>Jab insaan nature par tha to ab humein is aspect ko phir se revive karna hai. Yeh hai is masle ka solution. Maulana, doesn't Zakat re-emphasize that spirit?</w:t>
      </w:r>
    </w:p>
    <w:p>
      <w:pPr>
        <w:jc w:val="right"/>
      </w:pPr>
      <w:r>
        <w:t>جب انسان نیچر پر تھا تو اب ہمیں اس اسپیٹ کو پھر سے ریوائیو کرنا ہے۔ یہ ہے اس مسئلے کا سلویوشن۔ مولانا، ڈزنٹ زکوۃ ریمپوسس دیٹ سپرٹ؟</w:t>
      </w:r>
    </w:p>
    <w:p>
      <w:r>
        <w:rPr>
          <w:b/>
        </w:rPr>
        <w:t xml:space="preserve">[1:46:44] </w:t>
      </w:r>
      <w:r>
        <w:t>Zakat isi liye hai, Zakat isi liye hai. Zakat ke bare mein aata hai ke to khudh min aghniyaikum wa turaddu ala fuqaraiqum.</w:t>
      </w:r>
    </w:p>
    <w:p>
      <w:pPr>
        <w:jc w:val="right"/>
      </w:pPr>
      <w:r>
        <w:t>زکوۃ اسی لیے ہے، زکوۃ اسی لیے ہے۔ زکوۃ کے بارے میں آتا ہے کہ تو خض بن اغنیائکم وترض علی فقرائکم۔</w:t>
      </w:r>
    </w:p>
    <w:p>
      <w:r>
        <w:rPr>
          <w:b/>
        </w:rPr>
        <w:t xml:space="preserve">[1:46:53] </w:t>
      </w:r>
      <w:r>
        <w:t>Yeh hai Zakat. To khudh min aghniyaikum wa turaddu ala fuqaraiqum. Yaani Zakat kya hai? Rich logon se lena aur poor logon ko dena.</w:t>
      </w:r>
    </w:p>
    <w:p>
      <w:pPr>
        <w:jc w:val="right"/>
      </w:pPr>
      <w:r>
        <w:t>یہ ہے زکوۃ۔ تو خض بن اغنیائکم وترض علی فقرائکم۔ یعنی زکوۃ کیا ہے؟ رچ لوگوں سے لینا اور پورے لوگوں کو دینا۔</w:t>
      </w:r>
    </w:p>
    <w:p>
      <w:r>
        <w:rPr>
          <w:b/>
        </w:rPr>
        <w:t xml:space="preserve">[1:47:07] </w:t>
      </w:r>
      <w:r>
        <w:t>Rich logon se dena aur poor logon ko dena, yahi Zakat hai.</w:t>
      </w:r>
    </w:p>
    <w:p>
      <w:pPr>
        <w:jc w:val="right"/>
      </w:pPr>
      <w:r>
        <w:t>رچ لوگوں سے دینا اور پورے لوگوں کو دینا، یہی زکوۃ ہے۔</w:t>
      </w:r>
    </w:p>
    <w:p>
      <w:r>
        <w:rPr>
          <w:b/>
        </w:rPr>
        <w:t xml:space="preserve">[1:47:12] </w:t>
      </w:r>
      <w:r>
        <w:t>To state ka kaam yeh hai ke jin logon ke paas paisa zyada aa gaya ho, usay le aur jin ke paas kam aa gaya, un ko de taake ek balance qaim ho sake.</w:t>
      </w:r>
    </w:p>
    <w:p>
      <w:pPr>
        <w:jc w:val="right"/>
      </w:pPr>
      <w:r>
        <w:t>تو اسٹیٹ کا کام یہ ہے کہ جن لوگوں کے پاس پیسہ زیادہ آ گیا ہو، اسے لے اور جن کے پاس کم آ گیا، ان کو دے تاکہ ایک بیلنس قائم ہو سکے۔</w:t>
      </w:r>
    </w:p>
    <w:p>
      <w:r>
        <w:rPr>
          <w:b/>
        </w:rPr>
        <w:t xml:space="preserve">[1:47:22] </w:t>
      </w:r>
      <w:r>
        <w:t>To Zakat ka to maqsad hi yahi hai. Hamara sawal mera hai qurbani ke bare mein. Kai log yeh sawal poochte hain ke Hazrat Ibrahim Alaihissalam aur Hazrat Ibrahim Alaihissalam ki jo spirit thi, us us waqt qurbani dene ki, woh spirit aaj kal ke logon mein nahi hoti.</w:t>
      </w:r>
    </w:p>
    <w:p>
      <w:pPr>
        <w:jc w:val="right"/>
      </w:pPr>
      <w:r>
        <w:t>تو زکوۃ کا تو مقصد ہی یہی ہے۔ ہمارا سوال میرا ہے قربانی کے بارے میں۔ کئی لوگ یہ سوال پوچھتے ہیں کہ حضرت ابراہیم علیہ السلام اور حضرت ابراہیم علیہ السلام کی جو سپرٹ تھی، اس اس وقت قربانی دینے کی، وہ سپرٹ آج کل کے لوگوں میں نہیں ہوتی۔</w:t>
      </w:r>
    </w:p>
    <w:p>
      <w:r>
        <w:rPr>
          <w:b/>
        </w:rPr>
        <w:t xml:space="preserve">[1:47:39] </w:t>
      </w:r>
      <w:r>
        <w:t>To phir aisi qurbani ka kya maqsad hai ya is ki kya ahmiyat hai jis ke peeche woh spirit hi nahi hai? Ji haan,</w:t>
      </w:r>
    </w:p>
    <w:p>
      <w:pPr>
        <w:jc w:val="right"/>
      </w:pPr>
      <w:r>
        <w:t>تو پھر ایسی قربانی کا کیا مقصد ہے یا اس کی کیا اہمیت ہے جس کے پیچھے وہ سپرٹ ہی نہیں ہے؟ جی ہاں،</w:t>
      </w:r>
    </w:p>
    <w:p>
      <w:r>
        <w:rPr>
          <w:b/>
        </w:rPr>
        <w:t xml:space="preserve">[1:47:53] </w:t>
      </w:r>
      <w:r>
        <w:t>Dekhein, yaani kuch log yeh kehte hain ke qurbani band karo, yeh galat hai. Qurbani to band nahi ki ja sakti, woh to rahegi.</w:t>
      </w:r>
    </w:p>
    <w:p>
      <w:pPr>
        <w:jc w:val="right"/>
      </w:pPr>
      <w:r>
        <w:t>دیکھیں، یعنی کچھ لوگ یہ کہتے ہیں کہ قربانی بند کرو، یہ غلط ہے۔ قربانی تو بند نہیں کی جا سکتی، وہ تو رہے گی۔</w:t>
      </w:r>
    </w:p>
    <w:p>
      <w:r>
        <w:rPr>
          <w:b/>
        </w:rPr>
        <w:t xml:space="preserve">[1:48:02] </w:t>
      </w:r>
      <w:r>
        <w:t>Spirit ko revive kijiye</w:t>
      </w:r>
    </w:p>
    <w:p>
      <w:pPr>
        <w:jc w:val="right"/>
      </w:pPr>
      <w:r>
        <w:t>اسپیٹ کو ریوائیو کیج</w:t>
      </w:r>
    </w:p>
    <w:p>
      <w:r>
        <w:rPr>
          <w:b/>
        </w:rPr>
        <w:t xml:space="preserve">[1:48:04] </w:t>
      </w:r>
      <w:r>
        <w:t>ye, yani qurbani to jaisi hai, waisi chalti rahe gi, lekin aap spirit ko revive karna yeh aap ka kaam hai. aur baat qurbani ki nahi hai, namaz mein bhi yahi hota hai.</w:t>
      </w:r>
    </w:p>
    <w:p>
      <w:pPr>
        <w:jc w:val="right"/>
      </w:pPr>
      <w:r>
        <w:t>ئے، یعنی قربانی تو جیسی ہے، ویسے چلتی رہے گی، لیکن آپ اسپیٹ کو ریوائیو کرنا یہ آپ کا کام ہے۔ اور بات قربانی کی نہیں ہے، نماز میں بھی یہی ہوتا ہے۔</w:t>
      </w:r>
    </w:p>
    <w:p>
      <w:r>
        <w:rPr>
          <w:b/>
        </w:rPr>
        <w:t xml:space="preserve">[1:48:13] </w:t>
      </w:r>
      <w:r>
        <w:t>namaz ki spirit khatam ho gayi hai, roze mein yahi hota hai, ya kalma mein bhi yahi hota hai ke aap kehte hain la ilaha illallah Muhammadur Rasulullah bila spirit. aise munh se bol dete hain to poora Islam hi jo hai, spirit less ho raha hai.</w:t>
      </w:r>
    </w:p>
    <w:p>
      <w:pPr>
        <w:jc w:val="right"/>
      </w:pPr>
      <w:r>
        <w:t>نماز کی اسپیڈ ختم ہو گئی ہے، روزے میں یہی ہوتا ہے، یا کلمہ میں بھی یہی ہوتا ہے کہ آپ کہتے ہیں لا الہ الا محمد رسول اللہ بلا اسپیٹ۔ ایسے منہ سے بول دیتے ہیں تو پورا اسلام ہی جو ہے، اسپیٹ لیس ہو رہا ہے۔</w:t>
      </w:r>
    </w:p>
    <w:p>
      <w:r>
        <w:rPr>
          <w:b/>
        </w:rPr>
        <w:t xml:space="preserve">[1:48:28] </w:t>
      </w:r>
      <w:r>
        <w:t>sirf qurbani ki baat nahi hai.</w:t>
      </w:r>
    </w:p>
    <w:p>
      <w:pPr>
        <w:jc w:val="right"/>
      </w:pPr>
      <w:r>
        <w:t>صرف قربانی کی بات نہیں ہے۔</w:t>
      </w:r>
    </w:p>
    <w:p>
      <w:r>
        <w:rPr>
          <w:b/>
        </w:rPr>
        <w:t xml:space="preserve">[1:48:31] </w:t>
      </w:r>
      <w:r>
        <w:t>to is waqt jo sab se bara kaam hai, woh revival of spirit hai,</w:t>
      </w:r>
    </w:p>
    <w:p>
      <w:pPr>
        <w:jc w:val="right"/>
      </w:pPr>
      <w:r>
        <w:t>تو اس وقت جو سب سے بڑا کام ہے، وہ ریوائیول آف اسپیٹ ہے،</w:t>
      </w:r>
    </w:p>
    <w:p>
      <w:r>
        <w:rPr>
          <w:b/>
        </w:rPr>
        <w:t xml:space="preserve">[1:48:39] </w:t>
      </w:r>
      <w:r>
        <w:t>qurbani ke maamle mein bhi aur namaz roze ke maamle mein bhi. isi liye hadith mein aata hai ke in Allah</w:t>
      </w:r>
    </w:p>
    <w:p>
      <w:pPr>
        <w:jc w:val="right"/>
      </w:pPr>
      <w:r>
        <w:t>قربانی کے معاملے میں بھی اور نماز روزے کے معاملے میں بھی۔ اسی لیے حدیث میں آتا ہے کہ ان اللہ</w:t>
      </w:r>
    </w:p>
    <w:p>
      <w:r>
        <w:rPr>
          <w:b/>
        </w:rPr>
        <w:t xml:space="preserve">[1:48:50] </w:t>
      </w:r>
      <w:r>
        <w:t>yabsu ala rasi kulli sunnatin min mudidil al-din. Khuda har sau saal par ek mujaddid uthayega jo deen ko phir se revive karega.</w:t>
      </w:r>
    </w:p>
    <w:p>
      <w:pPr>
        <w:jc w:val="right"/>
      </w:pPr>
      <w:r>
        <w:t>یبسو علی راس کل سنت منیدد الحادینا۔ خدا ہر سو سال پر ایک مجدد اٹھائے گا جو دین کو پھر سے ریوائیو کرے گا۔</w:t>
      </w:r>
    </w:p>
    <w:p>
      <w:r>
        <w:rPr>
          <w:b/>
        </w:rPr>
        <w:t xml:space="preserve">[1:48:59] </w:t>
      </w:r>
      <w:r>
        <w:t>is ka matlab kya hai? ke hamesha degeneration hota rehta hai. har agli generation mein kami hoti hai, agli generation mein kami hoti hai.</w:t>
      </w:r>
    </w:p>
    <w:p>
      <w:pPr>
        <w:jc w:val="right"/>
      </w:pPr>
      <w:r>
        <w:t>اس کا مطلب کیا ہے؟ کہ ہمیشہ ڈی جنریشن ہوتا رہتا ہے۔ ہر اگلی جنریشن میں کمی ہوتی ہے، اگلی جنریشن میں کمی ہوتی ہے۔</w:t>
      </w:r>
    </w:p>
    <w:p>
      <w:r>
        <w:rPr>
          <w:b/>
        </w:rPr>
        <w:t xml:space="preserve">[1:49:08] </w:t>
      </w:r>
      <w:r>
        <w:t>to jab kami hoti rahe, kami hoti rahe to phir is ko revive karne ka zaroorat pad jati hai. kyunke har sau saal par Khuda aise log bhi uthata hai jo is spirit ko revive karein.</w:t>
      </w:r>
    </w:p>
    <w:p>
      <w:pPr>
        <w:jc w:val="right"/>
      </w:pPr>
      <w:r>
        <w:t>تو جب کمی ہوتی رہے، کمی ہوتی رہے تو پھر اس کو ریوائیو کرنے کا ضرورت پڑ جاتی ہے۔ کیونکہ ہر سو سال پر خدا ایسے لوگ بھی اٹھاتا ہے جو اس اسپیٹ کو ریوائیو کریں۔</w:t>
      </w:r>
    </w:p>
    <w:p>
      <w:r>
        <w:rPr>
          <w:b/>
        </w:rPr>
        <w:t xml:space="preserve">[1:49:21] </w:t>
      </w:r>
      <w:r>
        <w:t>to hamara kaam hai spirit ko revive karna aur hum Allah ke fazl se isi ke liye mehnat kar rahe hain.</w:t>
      </w:r>
    </w:p>
    <w:p>
      <w:pPr>
        <w:jc w:val="right"/>
      </w:pPr>
      <w:r>
        <w:t>تو ہمارا کام ہے اسپیٹ کو ریوائیو کرنا اور ہم اللہ کے فضل سے اسی کے لیے محنت کر رہے ہیں۔</w:t>
      </w:r>
    </w:p>
    <w:p>
      <w:r>
        <w:rPr>
          <w:b/>
        </w:rPr>
        <w:t xml:space="preserve">[1:49:30] </w:t>
      </w:r>
      <w:r>
        <w:t>Maulana, ek sawal yeh hai ke baaz log ek se zyada hajj karne ki istita'at rakhte hain aur karte bhi hain. to Hindustani soorat-e-haal mein jabke ma'ashi soorat-e-haal achhi nahi hai, yeh behtar hai ya phir is ka istemal doosre mad mein kiya jaye, jaise taleem waghera?</w:t>
      </w:r>
    </w:p>
    <w:p>
      <w:pPr>
        <w:jc w:val="right"/>
      </w:pPr>
      <w:r>
        <w:t>مولانا، ایک سوال یہ ہے کہ بعض لوگ ایک سے زیادہ حج کرنے کی استطاعت رکھتے ہیں اور کرتے بھی ہیں۔ تو ہندوستانی صورتحال میں جبکہ معاشی صورتحال اچھی نہیں ہے، یہ بہتر ہے یا پھر اس کا استعمال دوسرے مد میں کیا جائے، جیسے تعلیم وغیرہ؟</w:t>
      </w:r>
    </w:p>
    <w:p>
      <w:r>
        <w:rPr>
          <w:b/>
        </w:rPr>
        <w:t xml:space="preserve">[1:49:48] </w:t>
      </w:r>
      <w:r>
        <w:t>bhai, main to yahi rai kahun ke taleem waghera ab karna chahiye. aur ek se zyada hajj ko to bid'at samajhta hoon, main</w:t>
      </w:r>
    </w:p>
    <w:p>
      <w:pPr>
        <w:jc w:val="right"/>
      </w:pPr>
      <w:r>
        <w:t>بھئی، میں تو یہی رائے کہوں کہ تعلیم وغیرہ اب کرنا چاہیے۔ اور ایک سے زیادہ حج کو تو بدعت سمجھتا ہوں، میں</w:t>
      </w:r>
    </w:p>
    <w:p>
      <w:r>
        <w:rPr>
          <w:b/>
        </w:rPr>
        <w:t xml:space="preserve">[1:49:56] </w:t>
      </w:r>
      <w:r>
        <w:t>is ko main hajj nahi samajhta. is liye ke Rasul Allah sal Allahu alaihi wasallam sirf ek hajj kiya tha, ek hajj kiya tha.</w:t>
      </w:r>
    </w:p>
    <w:p>
      <w:pPr>
        <w:jc w:val="right"/>
      </w:pPr>
      <w:r>
        <w:t>اس کو میں حج نہیں سمجھتا۔ اس لیے کہ رسول اللہ صلی اللہ علیہ وسلم صرف ایک حج کیا تھا، ایک حج کیا تھا۔</w:t>
      </w:r>
    </w:p>
    <w:p>
      <w:r>
        <w:rPr>
          <w:b/>
        </w:rPr>
        <w:t xml:space="preserve">[1:50:06] </w:t>
      </w:r>
      <w:r>
        <w:t>kuch log khwamkhwah sabit karte hain ke pehle hajj kiya tha, woh galat hai, bilkul baseless hai. sirf ek hajj kiya tha, woh Hajjatul Wida jo hai, wohi ek hi hajj tha aap ka.</w:t>
      </w:r>
    </w:p>
    <w:p>
      <w:pPr>
        <w:jc w:val="right"/>
      </w:pPr>
      <w:r>
        <w:t>کچھ لوگ خوامخواہ ثابت کرتے ہیں کہ پہلے حج کیا تھا، وہ غلط ہے، بالکل بیس لیس ہے۔ صرف ایک حج کیا تھا، وہ حجۃ الوداع جو ہے، وہی ایک ہی حج تھا آپ کا۔</w:t>
      </w:r>
    </w:p>
    <w:p>
      <w:r>
        <w:rPr>
          <w:b/>
        </w:rPr>
        <w:t xml:space="preserve">[1:50:15] </w:t>
      </w:r>
      <w:r>
        <w:t>to main samajhta hoon ke asal hajj sirf ek hai. agar kai hajj koi achhi baat hoti hai to Rasul Allah kai hajj karte hain.</w:t>
      </w:r>
    </w:p>
    <w:p>
      <w:pPr>
        <w:jc w:val="right"/>
      </w:pPr>
      <w:r>
        <w:t>تو میں سمجھتا ہوں کہ اصل حج صرف ایک ہے۔ اگر کئی حج کوئی اچھی بات ہوتی ہے تو رسول اللہ کئی حج کرتے ہیں۔</w:t>
      </w:r>
    </w:p>
    <w:p>
      <w:r>
        <w:rPr>
          <w:b/>
        </w:rPr>
        <w:t xml:space="preserve">[1:50:23] </w:t>
      </w:r>
      <w:r>
        <w:t>agar hajj kai hajj karna un ko achhi baat hoti hai to Rasul Allah khud kyun na karte? is ko kyun na karte? is ko to paise ke doosre bahut se kaam karne ke liye hain.</w:t>
      </w:r>
    </w:p>
    <w:p>
      <w:pPr>
        <w:jc w:val="right"/>
      </w:pPr>
      <w:r>
        <w:t>اگر حج کئی حج کرنا ان کو اچھی بات ہوتی ہے تو رسول اللہ خود کیوں نہ کرتے؟ اس کو کیوں نہ کرتے؟ اس کو تو پیسے کے دوسرے بہت سے کام کرنے کے لیے ہیں۔</w:t>
      </w:r>
    </w:p>
    <w:p>
      <w:r>
        <w:rPr>
          <w:b/>
        </w:rPr>
        <w:t xml:space="preserve">[1:50:37] </w:t>
      </w:r>
      <w:r>
        <w:t>ek hajj kar lijiye aur us ke baad paise ko kharch kijiye doosre kaam mein, da'wah work mein kharch kijiye, education mein kharch kijiye. bahut se achhe kaam hain. to main to is ko bid'at samajhta hoon ke khwamkhwah log bar bar hajj kar rahe hain, bar bar hajj kar rahe hain.</w:t>
      </w:r>
    </w:p>
    <w:p>
      <w:pPr>
        <w:jc w:val="right"/>
      </w:pPr>
      <w:r>
        <w:t>ایک حج کر لیجئے اور اس کے بعد پیسے کو خرچ کیجئے دوسرے کام میں، دعوت ورک میں خرچ کیجئے، ایجوکیشن میں خرچ کیجئے۔ بہت سے اچھے کام ہیں۔ تو میں تو اس کو بدعت سمجھتا ہوں کہ خوامخواہ لوگ بار بار حج کر رہے ہیں، بار بار حج کر رہے ہیں۔</w:t>
      </w:r>
    </w:p>
    <w:p>
      <w:r>
        <w:rPr>
          <w:b/>
        </w:rPr>
        <w:t xml:space="preserve">[1:50:50] </w:t>
      </w:r>
      <w:r>
        <w:t>balkeh is ko main outing samajhta hoon. out</w:t>
      </w:r>
    </w:p>
    <w:p>
      <w:pPr>
        <w:jc w:val="right"/>
      </w:pPr>
      <w:r>
        <w:t>بلکہ اس کو میں آؤٹنگ سمجھتا ہوں۔ آ</w:t>
      </w:r>
    </w:p>
    <w:p>
      <w:r>
        <w:rPr>
          <w:b/>
        </w:rPr>
        <w:t xml:space="preserve">[1:50:53] </w:t>
      </w:r>
      <w:r>
        <w:t>ing woh hajj waj nahi hai, woh outing hai. sirf main is ko nahi samajhta ke is mein koi sawab hai. balkeh pakad ho gayi ke tumhare paas paisa tha to yahi kaam karne ka tum ko priority basis par tum ko dekhna chahiye tha ke doosre kaam hain, jaise da'wah work hai, education hai,</w:t>
      </w:r>
    </w:p>
    <w:p>
      <w:pPr>
        <w:jc w:val="right"/>
      </w:pPr>
      <w:r>
        <w:t>ؤٹنگ وہ حج واج نہیں ہے، وہ آؤٹنگ ہے۔ صرف میں اس کو نہیں سمجھتا کہ اس میں کوئی ثواب ہے۔ بلکہ پکڑ ہو گئی کہ تمہارے پاس پیسہ تھا تو یہی کام کرنے کا تم کو پرائرٹی بیسز پر تم کو دیکھنا چاہیے تھا کہ دوسرے کام ہیں، جیسے دعوت ورک ہے، ایجوکیشن ہے،</w:t>
      </w:r>
    </w:p>
    <w:p>
      <w:r>
        <w:rPr>
          <w:b/>
        </w:rPr>
        <w:t xml:space="preserve">[1:51:12] </w:t>
      </w:r>
      <w:r>
        <w:t>jo jis mein nahi ho raha hai kaam, to is mein paisa laga dete ho apna.</w:t>
      </w:r>
    </w:p>
    <w:p>
      <w:pPr>
        <w:jc w:val="right"/>
      </w:pPr>
      <w:r>
        <w:t>جو جس میں نہیں ہو رہا ہے کام، تو اس میں پیسہ لگا دیتے ہو اپنا۔</w:t>
      </w:r>
    </w:p>
    <w:p>
      <w:r>
        <w:rPr>
          <w:b/>
        </w:rPr>
        <w:t xml:space="preserve">[1:51:17] </w:t>
      </w:r>
      <w:r>
        <w:t>to main to sakhti se yeh rai rakhta hoon ke ek hajj ke baad doosra hajj nahi karna chahiye. kisi ke paas paisa hai to doosre doosre jo kaam hain, is mein apne paise ko lagana chahiye.</w:t>
      </w:r>
    </w:p>
    <w:p>
      <w:pPr>
        <w:jc w:val="right"/>
      </w:pPr>
      <w:r>
        <w:t>تو میں تو سختی سے یہ رائے رکھتا ہوں کہ ایک حج کے بعد دوسرا حج نہیں کرنا چاہیے۔ کسی کے پاس پیسہ ہے تو دوسرے دوسرے جو کام ہیں، اس میں اپنے پیسے کو لگانا چاہیے۔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