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Making War in the Name of God December 10, 2023</w:t>
      </w:r>
    </w:p>
    <w:p>
      <w:r>
        <w:t>https://youtu.be/X-KaWopXg9Y</w:t>
      </w:r>
    </w:p>
    <w:p>
      <w:r>
        <w:rPr>
          <w:b/>
        </w:rPr>
        <w:t xml:space="preserve">[00:11] </w:t>
      </w:r>
      <w:r>
        <w:t>assalam o alaikum. today we will be having a conversation with professor farida khan on the subject "making war and an enemy of god".</w:t>
      </w:r>
    </w:p>
    <w:p>
      <w:pPr>
        <w:jc w:val="right"/>
      </w:pPr>
      <w:r>
        <w:t>السلامعلیکم۔ ٹوڈےویولبیہیونگاےکانورسیشنودپروفیسرفریدہخان م آن دا سبجیکٹ "میکنگ واراندانیمآف گاڈ"۔</w:t>
      </w:r>
    </w:p>
    <w:p>
      <w:r>
        <w:rPr>
          <w:b/>
        </w:rPr>
        <w:t xml:space="preserve">[00:20] </w:t>
      </w:r>
      <w:r>
        <w:t>to chaliye unhi se charcha karte hain. assalam o alaikum, aap kaise hain aap? wa alaikum assalam, aap khairiyat se hain? ji, alhamdulillah. aapa, sabse pehla sawal mera, ah, is cheez ko lekar hai ke there is a lot of talk on the phenomenon of islamizing non-islam.</w:t>
      </w:r>
    </w:p>
    <w:p>
      <w:pPr>
        <w:jc w:val="right"/>
      </w:pPr>
      <w:r>
        <w:t>توچلیے انہیسے چرچاکرتےہیں۔ السلامعلیکم،آپکیسیہیںآپ ؟ وعلیکمالسلام،آپ خیریتسےہیں؟جی،الحمدللہ۔ آپا،سبسے پہلاسوال میرا ،آہ،اسچیزکولےکرہےکہدیرازاےلاٹآفٹاک آن دا فیناومیناآفاسلام ائزنگ ناناسلام ۔</w:t>
      </w:r>
    </w:p>
    <w:p>
      <w:r>
        <w:rPr>
          <w:b/>
        </w:rPr>
        <w:t xml:space="preserve">[00:36] </w:t>
      </w:r>
      <w:r>
        <w:t>to iske kya reasons hain aur is, iske bare mein aap hum sab ko bataein.</w:t>
      </w:r>
    </w:p>
    <w:p>
      <w:pPr>
        <w:jc w:val="right"/>
      </w:pPr>
      <w:r>
        <w:t>تو اسکےکیا ریزنزہیںاور اس،اسکےبارےمیں آپ ہمسبکوبت ائیں۔</w:t>
      </w:r>
    </w:p>
    <w:p>
      <w:r>
        <w:rPr>
          <w:b/>
        </w:rPr>
        <w:t xml:space="preserve">[00:44] </w:t>
      </w:r>
      <w:r>
        <w:t>yeh bohat hi ajeeb baat hai ke islam ke naam par sari jangain ladi ja rahi hain. to unhone har cheez ko islamize kar liya hai, matlab qatal, jang jo hai, isko islamize kar liya hai jihad ka naam de kar.</w:t>
      </w:r>
    </w:p>
    <w:p>
      <w:pPr>
        <w:jc w:val="right"/>
      </w:pPr>
      <w:r>
        <w:t>یہبہت ہی عجیبباتہےکہ اسلام کے نامپر ساریجنگ یںلڑیجارہیہیں۔ تو انہوںنےہرچیزکو اسلام ائزکرلیاہے، مطلب قتال ، جنگ جوہے، اسکو اسلام ائزکرلیاہے جہادکانامدےکرکے۔</w:t>
      </w:r>
    </w:p>
    <w:p>
      <w:r>
        <w:rPr>
          <w:b/>
        </w:rPr>
        <w:t xml:space="preserve">[01:02] </w:t>
      </w:r>
      <w:r>
        <w:t>halanke jihad ke to mani sirf struggle ke hain,</w:t>
      </w:r>
    </w:p>
    <w:p>
      <w:pPr>
        <w:jc w:val="right"/>
      </w:pPr>
      <w:r>
        <w:t>حالانکہجہ ادکےتو معنیصرف اسٹرگلکےہیں،</w:t>
      </w:r>
    </w:p>
    <w:p>
      <w:r>
        <w:rPr>
          <w:b/>
        </w:rPr>
        <w:t xml:space="preserve">[01:05] </w:t>
      </w:r>
      <w:r>
        <w:t>kisi bhi noble cause ke liye mehnat karna, khwah d'awa work ke liye mehnat karna, to unhone isko jihad ka naam de diya hai. isi tarike se har cheez ko unhone islamize kar liya hai.</w:t>
      </w:r>
    </w:p>
    <w:p>
      <w:pPr>
        <w:jc w:val="right"/>
      </w:pPr>
      <w:r>
        <w:t>کسی بھی نوبلکاسٹکےلیےمحنتکرنا ،خواہدعویٰورککےلیے محنت کرنا،تو انہوں نےاسکوجہ اد کا نام دےدیا ہے۔ اسیطریقےسےہرچیز کوانہوںنےاسلام ائزکرلیاہے۔</w:t>
      </w:r>
    </w:p>
    <w:p>
      <w:r>
        <w:rPr>
          <w:b/>
        </w:rPr>
        <w:t xml:space="preserve">[01:17] </w:t>
      </w:r>
      <w:r>
        <w:t>to yeh Maulana ne ek article likha hai February 2010 mein, page 23 par. iska unwaan hi yahi hai: "islamization of non-islam".</w:t>
      </w:r>
    </w:p>
    <w:p>
      <w:pPr>
        <w:jc w:val="right"/>
      </w:pPr>
      <w:r>
        <w:t>تویہ مول انانےایکآرٹیکللکھاہے فروری 20 10میں، پیج 23 پر ۔ اسکا عنوانہییہیہے:"اس لامائزیشن آفناناسلام "۔</w:t>
      </w:r>
    </w:p>
    <w:p>
      <w:r>
        <w:rPr>
          <w:b/>
        </w:rPr>
        <w:t xml:space="preserve">[01:28] </w:t>
      </w:r>
      <w:r>
        <w:t>to Maulana likhte hain ke har mazhabi group mein aisa hota hai ke zyada dinon ke baad woh in asli taleemat, jo original teachings hain unke founder ki, woh bhool jaate hain.</w:t>
      </w:r>
    </w:p>
    <w:p>
      <w:pPr>
        <w:jc w:val="right"/>
      </w:pPr>
      <w:r>
        <w:t>تو مول انالکھتےہیںکہہر مذہبیگروہمیںایساہوتاہے کہ زیادہ دنوںکےبعد وہ ان اصلی تعلیم ات،جواوریجنل ٹیچنگزہیںانکےفاؤنڈرکی ،وہ بھولجاتےہیں۔</w:t>
      </w:r>
    </w:p>
    <w:p>
      <w:r>
        <w:rPr>
          <w:b/>
        </w:rPr>
        <w:t xml:space="preserve">[01:40] </w:t>
      </w:r>
      <w:r>
        <w:t>aur misaal ke taur par isaiyat hai, jo teachings thin Hazrat Isa ki, woh ab, woh, woh aspr, ah, nahi chal, chal rahi hai isaiyat, balke woh church ne jo apne waz'a kiye hain, apni, ah, jo tareeqe, unke jo rasam, rasmain hain, woh isi par sabch</w:t>
      </w:r>
    </w:p>
    <w:p>
      <w:pPr>
        <w:jc w:val="right"/>
      </w:pPr>
      <w:r>
        <w:t>اور مثالکےطورپر عیسائیتہے، جو ٹیچنگزتھیںحضرت عیسیٰ کی ،وہ اب،وہ،وہاسپر، آہ،نہیں چل،چلرہیہےعیسائیت،بلکہوہ چرچ نےجو اپنے وضعکیےہیں،اپنی ، آہ،جو طریقے،انکےجورسم ،رسمیںہیں، وہاسیپرسبچ</w:t>
      </w:r>
    </w:p>
    <w:p>
      <w:r>
        <w:rPr>
          <w:b/>
        </w:rPr>
        <w:t xml:space="preserve">[02:02] </w:t>
      </w:r>
      <w:r>
        <w:t>chal raha hai. to aise hi har group mein hota hai. to Rasool Allah sallallahu alaihi wasallam ne bhi farmaya ke tum log zaroor pichhle mazhabi groupon ki pairwi karoge.</w:t>
      </w:r>
    </w:p>
    <w:p>
      <w:pPr>
        <w:jc w:val="right"/>
      </w:pPr>
      <w:r>
        <w:t>لرہاہے۔ تو ایسےہیہرگرو ہمیںہوتاہے۔ تو رسولاللہ صلیاللہعلیہوسلمنےبھیفرمایا کہتم لوگ ضرور پچھلے مذہبیگرو ہوںکی پیروی کروگے۔</w:t>
      </w:r>
    </w:p>
    <w:p>
      <w:r>
        <w:rPr>
          <w:b/>
        </w:rPr>
        <w:t xml:space="preserve">[02:14] </w:t>
      </w:r>
      <w:r>
        <w:t>to islam shuru hua, yeh bhi hadith hai, to woh ajnabi tha, baad ko woh phir ajnabi ho jayega. yani ajnabi ho jaane ka yeh matlab nahi hai ke islam ki jo sari, ah, taleemat hain woh khatm ho jayengi ya log namaz roza karna chhod denge, ai</w:t>
      </w:r>
    </w:p>
    <w:p>
      <w:pPr>
        <w:jc w:val="right"/>
      </w:pPr>
      <w:r>
        <w:t>تو اسلام شروع ہوا،یہبھیحدیثہے، تو وہ اجنبیتھا، بعدکووہپھراجنبیہوجائےگا۔ یعنی اجنبیہوجانےکایہمطلبنہیںہےکہاسلام کیجو ساری، آہ،تعلیم اتہیںوہ ختمہوجائیںگییالوگ نماز روزہکرناچھوڑدیںگے،ای</w:t>
      </w:r>
    </w:p>
    <w:p>
      <w:r>
        <w:rPr>
          <w:b/>
        </w:rPr>
        <w:t xml:space="preserve">[02:30] </w:t>
      </w:r>
      <w:r>
        <w:t>sa nahi, balke iski spirit ghayab ho jayegi. form ke taur par sirf woh zinda rahega aur unki poori zindagi jo hai na, woh apne banaye hue tor tareeqe par chalegi.</w:t>
      </w:r>
    </w:p>
    <w:p>
      <w:pPr>
        <w:jc w:val="right"/>
      </w:pPr>
      <w:r>
        <w:t>سانہیں،بلکہ اسکی سپرٹ غائبہوجائےگی۔ فارمکےطورپرصرف وہزندہرہےگا اور انکی پوری زندگی جوہےنا،وہ اپنے بن ائےہوئے طور طریقےپرچلےگی۔</w:t>
      </w:r>
    </w:p>
    <w:p>
      <w:r>
        <w:rPr>
          <w:b/>
        </w:rPr>
        <w:t xml:space="preserve">[02:42] </w:t>
      </w:r>
      <w:r>
        <w:t>to hadith mein is par bohat zyada aaya hai, kitab al-fitna mein bohat detail mein yeh sari cheezain aayi hain ke kis tarike se log mazhab ko badal dalenge aur apni khwahishat par chalenge aur isika, isika jo islamization kar</w:t>
      </w:r>
    </w:p>
    <w:p>
      <w:pPr>
        <w:jc w:val="right"/>
      </w:pPr>
      <w:r>
        <w:t>تو حدیثمیں اسپربہت زیادہ آیاہے، کتاب الفتنمیں بہت ڈیٹیلمیںیہساریچیزیںآئیہیںکہکسطریقےسےلوگ مذہبکو بدلڈالیںگے اور اپنی خواہشاتپرچلیںگےاور اسیکا ،اسیکا جو اسلام ائزیشنکرل</w:t>
      </w:r>
    </w:p>
    <w:p>
      <w:r>
        <w:rPr>
          <w:b/>
        </w:rPr>
        <w:t xml:space="preserve">[02:59] </w:t>
      </w:r>
      <w:r>
        <w:t>lenge, naye naye naam de kar. to dekhiye, hadith se maloom hota hai ke hum aap ko do behtareen, teen behtareen daur hain: ek Rasool Allah ka daur, Sahaba ka daur, aur Tabi'een ka daur.</w:t>
      </w:r>
    </w:p>
    <w:p>
      <w:pPr>
        <w:jc w:val="right"/>
      </w:pPr>
      <w:r>
        <w:t>یںگے، نئےنئےنامدےکرکے ۔ تودیکھیے،حدیثسےمعلومہوتاہےکہہمآپ کہ دو بہترین ،تینبہترین دورہیں: ایک رسولاللہ کا دور ، صحابہکادور ، اور تابعینکادور ۔</w:t>
      </w:r>
    </w:p>
    <w:p>
      <w:r>
        <w:rPr>
          <w:b/>
        </w:rPr>
        <w:t xml:space="preserve">[03:13] </w:t>
      </w:r>
      <w:r>
        <w:t>yeh is yahan spirit zinda thi, ah, zyada bai'an al-haq jo hai spirit zinda thi. baad mein jo bigaad aaya hai woh Abbasi daur mein aaya hai,</w:t>
      </w:r>
    </w:p>
    <w:p>
      <w:pPr>
        <w:jc w:val="right"/>
      </w:pPr>
      <w:r>
        <w:t>یہ اسیہاں سپرٹزندہتھی، آہ، زیادہ بائیانلاج جوہےسپرٹزندہتھی۔ بعد میں جو بگاڑآیاہےوہ عب اسیدورمیںآیاہے،</w:t>
      </w:r>
    </w:p>
    <w:p>
      <w:r>
        <w:rPr>
          <w:b/>
        </w:rPr>
        <w:t xml:space="preserve">[03:23] </w:t>
      </w:r>
      <w:r>
        <w:t>kyunke Abbasi daur mein bohat sare mumalik fateh ho chuke the aur khaas taur par Iran ka zabardast influence tha.</w:t>
      </w:r>
    </w:p>
    <w:p>
      <w:pPr>
        <w:jc w:val="right"/>
      </w:pPr>
      <w:r>
        <w:t>کیونکہعباسی دورمیں بہت سارے ممالک فتحہوچکےتھے اور خاص طورپر ایران کا زبرد ست انفلوئنستھا۔</w:t>
      </w:r>
    </w:p>
    <w:p>
      <w:r>
        <w:rPr>
          <w:b/>
        </w:rPr>
        <w:t xml:space="preserve">[03:32] </w:t>
      </w:r>
      <w:r>
        <w:t>to unke influence se bohat sari cheezain jo hain woh islam mein aa gayeen. misaal ke taur par Dar al-Islam, ab Madine ko, Madina bhi to, ah, Rasool Allah sallallahu alaihi wasallam iske head the.</w:t>
      </w:r>
    </w:p>
    <w:p>
      <w:pPr>
        <w:jc w:val="right"/>
      </w:pPr>
      <w:r>
        <w:t>تو انکے انفلوئنسسےبہت ساریچیزیںجوہیں وہ اسلام میںآگئیں۔مثالکےطورپر دار الاسلام، ابمدینےکو،مدینہبھیتو، آہ،رسولاللہصلیاللہعلیہوسلماسکےہیڈتھے۔</w:t>
      </w:r>
    </w:p>
    <w:p>
      <w:r>
        <w:rPr>
          <w:b/>
        </w:rPr>
        <w:t xml:space="preserve">[03:45] </w:t>
      </w:r>
      <w:r>
        <w:t>kabhi Madine ko Dar al-Islam nahi kaha gaya</w:t>
      </w:r>
    </w:p>
    <w:p>
      <w:pPr>
        <w:jc w:val="right"/>
      </w:pPr>
      <w:r>
        <w:t>کبھیمدینےکودار الاسلامنہیں کہاگیا</w:t>
      </w:r>
    </w:p>
    <w:p>
      <w:r>
        <w:rPr>
          <w:b/>
        </w:rPr>
        <w:t xml:space="preserve">[03:47] </w:t>
      </w:r>
      <w:r>
        <w:t>jabke Dar al-Islam se foran woh understood hota hai ke kuch ilaqe Dar al-Islam hain aur kuch ilaqe Dar al-Harb hain jinse hum etwarah hain.</w:t>
      </w:r>
    </w:p>
    <w:p>
      <w:pPr>
        <w:jc w:val="right"/>
      </w:pPr>
      <w:r>
        <w:t>، کیونکہ دارالاسلام سے فوراً وہ انڈرسٹوڈہوتاہےکہ کچھ علاق ےدارالاسلامہیں اور کچھ علاق ےدار الحربہیں جنسےہم ایٹوارہیں۔</w:t>
      </w:r>
    </w:p>
    <w:p>
      <w:r>
        <w:rPr>
          <w:b/>
        </w:rPr>
        <w:t xml:space="preserve">[03:57] </w:t>
      </w:r>
      <w:r>
        <w:t>to sirf ek state state thi, woh jaise aajkal hota hai ke administration hota hai government ke under mein, baqi tamam institutions azaad hote hain.</w:t>
      </w:r>
    </w:p>
    <w:p>
      <w:pPr>
        <w:jc w:val="right"/>
      </w:pPr>
      <w:r>
        <w:t>تو صرف ایک سٹی اسٹیٹتھی،وہ جیسےآجکل ہوتاہے کہ ایڈمنسٹریشن ہوتاہے گورنمنٹکےانڈرمیں، باقی تمام انسٹیٹیوشنز آزادہوتےہیں۔</w:t>
      </w:r>
    </w:p>
    <w:p>
      <w:r>
        <w:rPr>
          <w:b/>
        </w:rPr>
        <w:t xml:space="preserve">[04:10] </w:t>
      </w:r>
      <w:r>
        <w:t>lekin Abbasi daur mein fuqaha ne kaam kiya aur unhone kuch istilahaen aisi bana dein jo mubtad'iyan yani bid'at thi, innovation thi.</w:t>
      </w:r>
    </w:p>
    <w:p>
      <w:pPr>
        <w:jc w:val="right"/>
      </w:pPr>
      <w:r>
        <w:t>لیکن عب اسی دورمیں فقہاءنےکامکیا اور انہوں نےکچھ اصطلاحیںایسیبنادیں جو مبتدیانہیعنی بد عتتھی،انویشن تھی۔</w:t>
      </w:r>
    </w:p>
    <w:p>
      <w:r>
        <w:rPr>
          <w:b/>
        </w:rPr>
        <w:t xml:space="preserve">[04:19] </w:t>
      </w:r>
      <w:r>
        <w:t>Quran mein, hadith mein iske liye koi, ah, woh nahi tha, koi alfaaz is tarah ke kabhi istemal nahi hue the.</w:t>
      </w:r>
    </w:p>
    <w:p>
      <w:pPr>
        <w:jc w:val="right"/>
      </w:pPr>
      <w:r>
        <w:t>قرآنمیں ،حدیثمیں اسکےلیے کوئی، آہ،وہنہیں تھا، کوئی الفاظ اسطرحکے کبھی استعمال نہیںہوئےتھے۔</w:t>
      </w:r>
    </w:p>
    <w:p>
      <w:r>
        <w:rPr>
          <w:b/>
        </w:rPr>
        <w:t xml:space="preserve">[04:28] </w:t>
      </w:r>
      <w:r>
        <w:t>ji to unhon ne dekhiye, bohat sari cheezen wohin na, pehle zaman e mein, ancient age mein, medieval age mein, bohat sari cheezen theen,</w:t>
      </w:r>
    </w:p>
    <w:p>
      <w:pPr>
        <w:jc w:val="right"/>
      </w:pPr>
      <w:r>
        <w:t>جی تو انہوں نے دیکھیے،بہت ساریچیزیںجوہیںنا، پہلے زمان ےمیں، اینشینٹایجمیں، میڈیول ایجمیں،بہت ساریچیزیں تھیں،</w:t>
      </w:r>
    </w:p>
    <w:p>
      <w:r>
        <w:rPr>
          <w:b/>
        </w:rPr>
        <w:t xml:space="preserve">[04:39] </w:t>
      </w:r>
      <w:r>
        <w:t>isko islam ne, matlab ancient age ki cheezon ko islam ne badla tha. matlab har waqt jang hoti thi, sari tribal culture tha, sab log jang karte rehte the.</w:t>
      </w:r>
    </w:p>
    <w:p>
      <w:pPr>
        <w:jc w:val="right"/>
      </w:pPr>
      <w:r>
        <w:t>اسکو اسلام نے ،مطلب اینشینٹایجکیچیزوںکو اسلام نے بد لاتھا۔ مطلب ہروقت جنگہوتیتھی، ساریٹرائبلکلچرتھا،سبلوگجنگ کرتےرہتےتھے۔</w:t>
      </w:r>
    </w:p>
    <w:p>
      <w:r>
        <w:rPr>
          <w:b/>
        </w:rPr>
        <w:t xml:space="preserve">[04:50] </w:t>
      </w:r>
      <w:r>
        <w:t>islam ne aman ke usool muqarrar kiye, jang ko bilkul limited warfare, jabke koi chara na ho, usool ki har koshish nakam ho gayi ho, tab jang ki gayi, aur woh bhi bohat hi thore se time ke liye.</w:t>
      </w:r>
    </w:p>
    <w:p>
      <w:pPr>
        <w:jc w:val="right"/>
      </w:pPr>
      <w:r>
        <w:t>اسلام نے امنکےاصول مقررکیے، جنگ کوبالکل لمیٹڈ وارفیئر،جبکہ کوئی چارہنہہو، اصولکیہرکوشش ناکامہوگئی ہو، تب جنگ کیگئی،اوروہبھی بہت ہی تھوڑےسےٹائمکےلیے۔</w:t>
      </w:r>
    </w:p>
    <w:p>
      <w:r>
        <w:rPr>
          <w:b/>
        </w:rPr>
        <w:t xml:space="preserve">[05:07] </w:t>
      </w:r>
      <w:r>
        <w:t>to aaj jo daur hai, phir doosre yeh bhi samajhna hoga ke pichla daur aur aaj ke daur mein bohat zameen aasman ka farq hai.</w:t>
      </w:r>
    </w:p>
    <w:p>
      <w:pPr>
        <w:jc w:val="right"/>
      </w:pPr>
      <w:r>
        <w:t>تو آججو دور ہے، پھردوسرے یہبھیسمجھناہوگا کہ پچھلادور اور آجکےدور میںبہت زمین آسمانکافرقہے۔</w:t>
      </w:r>
    </w:p>
    <w:p>
      <w:r>
        <w:rPr>
          <w:b/>
        </w:rPr>
        <w:t xml:space="preserve">[05:18] </w:t>
      </w:r>
      <w:r>
        <w:t>pichle daur mein religious persecution tha, to uski wajah se bar bar jang ki naubat a jati thi. rasool ALLAH (SAW) ne to har mauqe par jang ko avoid kiya, lekin char mauqe par,</w:t>
      </w:r>
    </w:p>
    <w:p>
      <w:pPr>
        <w:jc w:val="right"/>
      </w:pPr>
      <w:r>
        <w:t>پچھلےدورمیں ریلیجسپرسیکیوشنتھا، تو اسکیوجہ سے باربار جنگ کینوبتآجاتیتھی۔ رسولاللہصلیاللہعلیہوسلمنےتوہرموقعپر جنگ کو اوائڈکیا،لیکن چارموقعپر،</w:t>
      </w:r>
    </w:p>
    <w:p>
      <w:r>
        <w:rPr>
          <w:b/>
        </w:rPr>
        <w:t xml:space="preserve">[05:31] </w:t>
      </w:r>
      <w:r>
        <w:t>aah, jang hui hai, sirf adhe adhe din ki.</w:t>
      </w:r>
    </w:p>
    <w:p>
      <w:pPr>
        <w:jc w:val="right"/>
      </w:pPr>
      <w:r>
        <w:t>آہ،جنگ ہوئیہے، صرف ادھےادھےدنکی۔</w:t>
      </w:r>
    </w:p>
    <w:p>
      <w:r>
        <w:rPr>
          <w:b/>
        </w:rPr>
        <w:t xml:space="preserve">[05:34] </w:t>
      </w:r>
      <w:r>
        <w:t>to woh limited warfare rasool ALLAH (SAW) ne bataya, aur baqi jo bhi mauqe the, usko istemal kiya, aur us uski wajah se, aah, sari fateh hui aapke zaman e mein.</w:t>
      </w:r>
    </w:p>
    <w:p>
      <w:pPr>
        <w:jc w:val="right"/>
      </w:pPr>
      <w:r>
        <w:t>تو وہ لمیٹڈ وارفیئر رسولاللہصلیاللہعلیہوسلمنےبتایا، اور باقی جو بھی مواقعتھے،اسکو استعمال کیا ، اور اس اسیکیوجہ سے ، آہ، ساری فت وحاتہوئیںآپکےزمان ےمیں ۔</w:t>
      </w:r>
    </w:p>
    <w:p>
      <w:r>
        <w:rPr>
          <w:b/>
        </w:rPr>
        <w:t xml:space="preserve">[05:51] </w:t>
      </w:r>
      <w:r>
        <w:t>to yeh jo hai aaj ka daur jo hai, ismein har shakhs ko azadi hai, matlab woh jo religious persecution ka daur hi khatam ho gaya hai,</w:t>
      </w:r>
    </w:p>
    <w:p>
      <w:pPr>
        <w:jc w:val="right"/>
      </w:pPr>
      <w:r>
        <w:t>تو یہجوہے آجکا دور جوہے، اسمیں ہرشخص کو آز ادیہے، مطلب وہجوریلیجسپرسیکیوشنکادورہیختمہوگیاہے،</w:t>
      </w:r>
    </w:p>
    <w:p>
      <w:r>
        <w:rPr>
          <w:b/>
        </w:rPr>
        <w:t xml:space="preserve">[06:00] </w:t>
      </w:r>
      <w:r>
        <w:t>to ab woh sare usool jo ulema e fiqah ne banaye the, woh aaj irrelevant ho chuke hain, outdated ho chuke hain.</w:t>
      </w:r>
    </w:p>
    <w:p>
      <w:pPr>
        <w:jc w:val="right"/>
      </w:pPr>
      <w:r>
        <w:t>تو اب وہ سارے اصول جو عب اسی فقہاءنےبنائےتھے، وہ آج ار ریلیونٹہوچکےہیں،آؤٹڈیٹڈہوچکےہیں۔</w:t>
      </w:r>
    </w:p>
    <w:p>
      <w:r>
        <w:rPr>
          <w:b/>
        </w:rPr>
        <w:t xml:space="preserve">[06:09] </w:t>
      </w:r>
      <w:r>
        <w:t>to uska woh usiko liye hue, usiko apply karte rehte hain. ji to uski wajah se woh jo baaton ko samajh nahi paate.</w:t>
      </w:r>
    </w:p>
    <w:p>
      <w:pPr>
        <w:jc w:val="right"/>
      </w:pPr>
      <w:r>
        <w:t>تو اسکا وہ اسیکو لیے ہوئے، اسیکو اپلائیکرتے رہتےہیں۔ جی تواسیوجہ سےوہ جو باتوںکوسمجھنہیںپاتے۔</w:t>
      </w:r>
    </w:p>
    <w:p>
      <w:r>
        <w:rPr>
          <w:b/>
        </w:rPr>
        <w:t xml:space="preserve">[06:18] </w:t>
      </w:r>
      <w:r>
        <w:t>ab dar ul islam, ab pehle zaman e mein kya hota tha? yeh democracy to thi nahi, aah, ke har ek jo hai power sharing mein sabka hissa hota hai, har aadmi election mein hissa le sak</w:t>
      </w:r>
    </w:p>
    <w:p>
      <w:pPr>
        <w:jc w:val="right"/>
      </w:pPr>
      <w:r>
        <w:t>اب دار الاسلام ،ابپہلے زمان ےمیںکیاہوتاتھا؟ یہ ڈیموکریسیتو تھینہیں ، آہ،کہ ہرایکجوہے پاورشیئرنگمیںسبکا حصہہوتاہے،ہرآدمیالیکشنمیںحصہلےسکت</w:t>
      </w:r>
    </w:p>
    <w:p>
      <w:r>
        <w:rPr>
          <w:b/>
        </w:rPr>
        <w:t xml:space="preserve">[06:30] </w:t>
      </w:r>
      <w:r>
        <w:t>ta hai, har aadmi ko equal justice hai, har cheez mein share karta hai. wahan to ek badshah baitha rehta tha, bas uske log hote the, wohi hukoomat chalate the. to is zaman e mein dar ul islam accept ho gaya, kyunke woh zamanah hi waisa tha.</w:t>
      </w:r>
    </w:p>
    <w:p>
      <w:pPr>
        <w:jc w:val="right"/>
      </w:pPr>
      <w:r>
        <w:t>اہے، ہرآدمیکوایکول جسٹسہے،ہرچیزمیںشیئرکرتاہے۔ وہاںتوایکبادشاہبیٹھارہتاتھا،بس اسکے لوگ ہوتےتھے،وہیحکومت چلاتےتھے۔تواس زمان ےمیں دار الاسلام ایکسیپٹہوگیا، کیونکہوہزمان ہہیویساتھا۔</w:t>
      </w:r>
    </w:p>
    <w:p>
      <w:r>
        <w:rPr>
          <w:b/>
        </w:rPr>
        <w:t xml:space="preserve">[06:44] </w:t>
      </w:r>
      <w:r>
        <w:t>woh zamani interpretation hai, yeh jo dar ul islam aur dar ul harb hai na, yeh zamani interpretation hai. it has nothing to do with islam.</w:t>
      </w:r>
    </w:p>
    <w:p>
      <w:pPr>
        <w:jc w:val="right"/>
      </w:pPr>
      <w:r>
        <w:t>وہزمانی انٹرپریٹیشنہے،یہ جو دار الاسلاماور دار الحربہےنا،یہ زمانی انٹرپریٹیشنہے۔ اٹہیزنتھنگٹوڈووداسلام ۔</w:t>
      </w:r>
    </w:p>
    <w:p>
      <w:r>
        <w:rPr>
          <w:b/>
        </w:rPr>
        <w:t xml:space="preserve">[06:54] </w:t>
      </w:r>
      <w:r>
        <w:t>to</w:t>
      </w:r>
    </w:p>
    <w:p>
      <w:pPr>
        <w:jc w:val="right"/>
      </w:pPr>
      <w:r>
        <w:t>تو</w:t>
      </w:r>
    </w:p>
    <w:p>
      <w:r>
        <w:rPr>
          <w:b/>
        </w:rPr>
        <w:t xml:space="preserve">[06:55] </w:t>
      </w:r>
      <w:r>
        <w:t>yeh is baat ko samajhna hoga, tabhi hum log baaton ko clear tareeqe se samajh sakenge ke aaj jo ho raha hai. ki kyun sari duniya mein musalman etwar hain?</w:t>
      </w:r>
    </w:p>
    <w:p>
      <w:pPr>
        <w:jc w:val="right"/>
      </w:pPr>
      <w:r>
        <w:t>یہ اسباتکو سمجھناہوگا،تبھیہملوگ باتوںکوکلیئرطریقےسےسمجھسکیںگےکہآجہوکیارہاہے۔ جیکیوں ساریدنیا میں مس لمان ایٹوارہیں؟</w:t>
      </w:r>
    </w:p>
    <w:p>
      <w:r>
        <w:rPr>
          <w:b/>
        </w:rPr>
        <w:t xml:space="preserve">[07:06] </w:t>
      </w:r>
      <w:r>
        <w:t>to yeh jo hai, chunke musalmanon ke zer e ikhtedar jo lands the, woh bohat badi empire qaim ho chuki thi, to us waqt ki sabse badi empire</w:t>
      </w:r>
    </w:p>
    <w:p>
      <w:pPr>
        <w:jc w:val="right"/>
      </w:pPr>
      <w:r>
        <w:t>تو یہجوہے، چونکہ مسلمانوںکے زیر اقت دار جو لینڈزتھے،وہ بہت بڑیایمپائرقائمہوچکیتھی، تو اسوقت کیسبسےبڑیایمپائر</w:t>
      </w:r>
    </w:p>
    <w:p>
      <w:r>
        <w:rPr>
          <w:b/>
        </w:rPr>
        <w:t xml:space="preserve">[07:18] </w:t>
      </w:r>
      <w:r>
        <w:t>thi. ab woh samajhte hain ke yeh sari empire jo hum hamari thi, to dar ul islam ke nazariye ke tehat yeh sab hamari thi.</w:t>
      </w:r>
    </w:p>
    <w:p>
      <w:pPr>
        <w:jc w:val="right"/>
      </w:pPr>
      <w:r>
        <w:t>تھی۔ ابوہسمجھتےہیںکہیہساریایمپائرجوہم ہماریتھی، تو دار الاسلامکے نظریےکےتحت یہ سب ہماریتھی۔</w:t>
      </w:r>
    </w:p>
    <w:p>
      <w:r>
        <w:rPr>
          <w:b/>
        </w:rPr>
        <w:t xml:space="preserve">[07:27] </w:t>
      </w:r>
      <w:r>
        <w:t>yeh doosre logon ne ghasib hain, userper hain, to hamein jang karke unko dobara hasil karna hai. halanke yeh kuch nahi tha, yeh to zaman e ka taqaza tha.</w:t>
      </w:r>
    </w:p>
    <w:p>
      <w:pPr>
        <w:jc w:val="right"/>
      </w:pPr>
      <w:r>
        <w:t>اس دوسرےلوگوںنے غاصبہیں،یوزرپرہیں، تو ہمیں جنگ کرکےانکو دوبارہحاصل کرناہے۔ حالانکہیہکچھ تھانہیں،یہتو زمانےکاتقاضاتھا۔</w:t>
      </w:r>
    </w:p>
    <w:p>
      <w:r>
        <w:rPr>
          <w:b/>
        </w:rPr>
        <w:t xml:space="preserve">[07:36] </w:t>
      </w:r>
      <w:r>
        <w:t>kabhi Alexander ne sari duniya fateh kar li, kabhi kisi bohat bade bade jo bahadur log hote the, woh bade bade ilaqe fateh kar lete the. woh might, might was</w:t>
      </w:r>
    </w:p>
    <w:p>
      <w:pPr>
        <w:jc w:val="right"/>
      </w:pPr>
      <w:r>
        <w:t>کبھی الیگزینڈرنےساریدنیا فتحکرلی، کبھیکسی بہت بڑےبڑےجو بہادرلوگہوتےتھے، وہبڑےبڑےعلاق ےفتحکرلیتےتھے۔وہ مائٹ، مائٹواز</w:t>
      </w:r>
    </w:p>
    <w:p>
      <w:r>
        <w:rPr>
          <w:b/>
        </w:rPr>
        <w:t xml:space="preserve">[07:46] </w:t>
      </w:r>
      <w:r>
        <w:t>right, jiska misal hai, jiski lathi uski bhains. to woh zamanah khatam ho gaya. ab, ab musalmanon ko samajhna padega ke woh ek naye zaman e mein hain.</w:t>
      </w:r>
    </w:p>
    <w:p>
      <w:pPr>
        <w:jc w:val="right"/>
      </w:pPr>
      <w:r>
        <w:t>رائٹ، جسکا مثل ہے، جسکی لاٹھیاسکیبھینس۔ تو وہ زمان ہختمہوگیا۔ اب ،اب مسلمانوںکو سمجھناپڑےگاکہوہایکنئےزمان ےمیںہیں۔</w:t>
      </w:r>
    </w:p>
    <w:p>
      <w:r>
        <w:rPr>
          <w:b/>
        </w:rPr>
        <w:t xml:space="preserve">[07:59] </w:t>
      </w:r>
      <w:r>
        <w:t>to ab is na samajhne ki wajah se yeh ho raha hai ke woh samajhte hain ke hamari zimmedari hai ke jihad ba manaqatal karke woh tamam ilaqon ko recover karen aur apna ikhtedar</w:t>
      </w:r>
    </w:p>
    <w:p>
      <w:pPr>
        <w:jc w:val="right"/>
      </w:pPr>
      <w:r>
        <w:t>تو اب اس نہسمجھنےکیوجہ سےیہہورہاہےکہوہسمجھتےہیںکہہماریذمہداریہے کہ جہ اد بمانہقتال کرکے وہ انتمام علاق وںکو ریکورکریںاوراپنا اقت دار</w:t>
      </w:r>
    </w:p>
    <w:p>
      <w:r>
        <w:rPr>
          <w:b/>
        </w:rPr>
        <w:t xml:space="preserve">[08:13] </w:t>
      </w:r>
      <w:r>
        <w:t>woh qaim karen. woh khilafat ka lafz bhi yahi hai ke hamari khilafat pori duniya mein qaim thi, aur woh unka jo, aah, woh unka jo ideology an ke hain, woh yahi kehte hain ke yeh sare ilaqe hamein dobara hasil karne hain.</w:t>
      </w:r>
    </w:p>
    <w:p>
      <w:pPr>
        <w:jc w:val="right"/>
      </w:pPr>
      <w:r>
        <w:t>وہقائمکریں۔وہخلافتکالفظبھییہیہے کہہماریخلافت پوریدنیا میںقائمتھی، اور وہ انکاجو، آہ،وہ انکاجو آئیڈیالاگجوانکےہیں، وہیہیکہتےہیںکہیہسارےعلاق ےہمیںدوبارہ حاصل کرنے ہیں۔</w:t>
      </w:r>
    </w:p>
    <w:p>
      <w:r>
        <w:rPr>
          <w:b/>
        </w:rPr>
        <w:t xml:space="preserve">[08:29] </w:t>
      </w:r>
      <w:r>
        <w:t>aur isi ke zer asar woh concept nikla khaleefa ka ke hum Khuda ke khaleefa hain. ab ismein khaleefa hai, khaleefa yeh hota tab to Khuda ke khaleefa hote na?</w:t>
      </w:r>
    </w:p>
    <w:p>
      <w:pPr>
        <w:jc w:val="right"/>
      </w:pPr>
      <w:r>
        <w:t>اوراسی کےزیر اثر وہکانسیپٹنکلاخلیفہکا کہہمخداکےخلیفہہیں۔ اباسمیںخلیفتیہے، خلیفتیہوتا تبتوخداکےخلیفہہوتانا؟</w:t>
      </w:r>
    </w:p>
    <w:p>
      <w:r>
        <w:rPr>
          <w:b/>
        </w:rPr>
        <w:t xml:space="preserve">[08:40] </w:t>
      </w:r>
      <w:r>
        <w:t>to ismein Quran mein aaya hai ke "Inni ja'ilun fil ardh khaleefa" mein ek khaleefa bananay wala hoon. to khaleefa jo Maulana ne likha hai, khaleefat al jinn, matlab yahan par jinn the, jinn ne bohat zyada fasad</w:t>
      </w:r>
    </w:p>
    <w:p>
      <w:pPr>
        <w:jc w:val="right"/>
      </w:pPr>
      <w:r>
        <w:t>تو اسمیں قرآنمیںآیاہےکہ"انی جائل فیالارضخلیفہ"میں ایک خلیفہبنانےوالاہوں۔ تو خلیفہجومول انانےلکھاہے،خلیفۃ الجن، مطلبیہاںپر جن تھے، جن وںنےبہت زیادہ فساد</w:t>
      </w:r>
    </w:p>
    <w:p>
      <w:r>
        <w:rPr>
          <w:b/>
        </w:rPr>
        <w:t xml:space="preserve">[08:55] </w:t>
      </w:r>
      <w:r>
        <w:t>phailaya, to Allah taala ne insan ko paida kiya. to un logon ne apne ko khaleefa bana liya aur kehte hain ke khaleefa ke hum khaleefa ke ma'ni apne hisab se unhone banaye ke khaleefa ke ma'ni vicegerent Khuda ke naib hain is duniya mein, aur hamein, aah, hukoomat karna hamara haq hai, aur Khuda ke jo sare qanoon hain na, woh sare implement karna hai.</w:t>
      </w:r>
    </w:p>
    <w:p>
      <w:pPr>
        <w:jc w:val="right"/>
      </w:pPr>
      <w:r>
        <w:t>پھیلایا،تواللہ تعالینے انسانکو پیدا کیا۔ تو انلوگوںنےاپنےکوخلیفہبنالیا اورکہتےہیںکہخلیفہ کےہم خلیفہکے معنی اپنے حسابسے انہوںنےبنائے کہ خلیفہکےمعنی وائسجرنہ م خداکے نائبہیںاسدنیا میں، اور ہمیں، آہ، حکومت کرناہماراحق ہے، اور خداکےجو سارےقوانینہیںنا، وہ سارے امپلیمنٹکرناہے۔</w:t>
      </w:r>
    </w:p>
    <w:p>
      <w:r>
        <w:rPr>
          <w:b/>
        </w:rPr>
        <w:t xml:space="preserve">[09:21] </w:t>
      </w:r>
      <w:r>
        <w:t>ab qanoon to bhi implement hotay hain na, jab hamaray paas power ho. to is liye inko power chahiye. to is liye inko chahiye ke inko inke liye power hasil karna jo hai na, aik completion ho gaya hai.</w:t>
      </w:r>
    </w:p>
    <w:p>
      <w:pPr>
        <w:jc w:val="right"/>
      </w:pPr>
      <w:r>
        <w:t>ابقوانینتوجبھیامپلیمنٹہوتےہیںنا،جبہمارےپاسپاورہو۔ تو اس لیےانکو پاورچاہیے۔ تو اسلیےانکوچاہیے کہ انکو انکےلیے پاورحاصل کرناجوہےنا،ایک کم پلشنہوگیاہے۔</w:t>
      </w:r>
    </w:p>
    <w:p>
      <w:r>
        <w:rPr>
          <w:b/>
        </w:rPr>
        <w:t xml:space="preserve">[09:35] </w:t>
      </w:r>
      <w:r>
        <w:t>jab tak ke inke, aah, inke thoughts ko change nahi kiya jaye ga, in ko aik nai idea alien nahi di jaye gi, tab tak in ko samajh mein nahi aye ga.</w:t>
      </w:r>
    </w:p>
    <w:p>
      <w:pPr>
        <w:jc w:val="right"/>
      </w:pPr>
      <w:r>
        <w:t>جب تک کہانکے، آہ،انکے تھاٹسکوچینجنہیںکیاجائےگا،ان کوایک نئیآئیڈی الوجینہیںدیجائےگی، تب تکانکو سمجھمیںنہیںآئےگا۔</w:t>
      </w:r>
    </w:p>
    <w:p>
      <w:r>
        <w:rPr>
          <w:b/>
        </w:rPr>
        <w:t xml:space="preserve">[09:45] </w:t>
      </w:r>
      <w:r>
        <w:t>to yeh masla hai aaj ke musalmanon ka.</w:t>
      </w:r>
    </w:p>
    <w:p>
      <w:pPr>
        <w:jc w:val="right"/>
      </w:pPr>
      <w:r>
        <w:t>تو یہ مسئلہہےآجکے مسلمان وںکا۔</w:t>
      </w:r>
    </w:p>
    <w:p>
      <w:r>
        <w:rPr>
          <w:b/>
        </w:rPr>
        <w:t xml:space="preserve">[09:48] </w:t>
      </w:r>
      <w:r>
        <w:t>ji, apa, aap ne bohat is mein important points raise</w:t>
      </w:r>
    </w:p>
    <w:p>
      <w:pPr>
        <w:jc w:val="right"/>
      </w:pPr>
      <w:r>
        <w:t>جی، آپا،آپنےبہت اسمیں امپورٹنٹپوائنٹسریزکرےہیں،اورہم لوٹیںگے ان ان ایسپیکٹسپر اگلےکوئسچنزمیں۔جیسےآپنے، آہ،ابھی کہادار الاسلامکیباتکری،آپنےعباسدور کیباتکری، توآپ ا، میراسوالیہہےکہجبہمقرآنپڑھتےہیں تو ہمدیکھتےہیںدیٹ گاڈلوکس ایٹدا ہول ورلڈ تھروونپرسپیکٹو۔</w:t>
      </w:r>
    </w:p>
    <w:p>
      <w:r>
        <w:rPr>
          <w:b/>
        </w:rPr>
        <w:t xml:space="preserve">[10:12] </w:t>
      </w:r>
      <w:r>
        <w:t>that as an entire humanity as one. but</w:t>
      </w:r>
    </w:p>
    <w:p>
      <w:pPr>
        <w:jc w:val="right"/>
      </w:pPr>
      <w:r>
        <w:t>دیٹاز انٹائرہیومینٹیاز ون۔ بٹ</w:t>
      </w:r>
    </w:p>
    <w:p>
      <w:r>
        <w:rPr>
          <w:b/>
        </w:rPr>
        <w:t xml:space="preserve">[10:15] </w:t>
      </w:r>
      <w:r>
        <w:t>hum jab abbas dor mein pohanchay to hum ne dekha ke unho ne to poori dunya ko hi bant diya: dar al harb, dar al kufr, dar al Islam, jaise aap ne abhi zikr bhi kiya.</w:t>
      </w:r>
    </w:p>
    <w:p>
      <w:pPr>
        <w:jc w:val="right"/>
      </w:pPr>
      <w:r>
        <w:t>ہمجب عباس دورمیںپہنچےتوہمنےدیکھاکہانہوںنےتوپوریدنیا کوہیبانٹدیا: دار الحرب،دار ال کفر ، دار الاسلام ،جیسےآپنےابھی ذکربھیکیا۔</w:t>
      </w:r>
    </w:p>
    <w:p>
      <w:r>
        <w:rPr>
          <w:b/>
        </w:rPr>
        <w:t xml:space="preserve">[10:24] </w:t>
      </w:r>
      <w:r>
        <w:t>to mein chahoon ga is cheez ko aap thora aur wazeh karen. aap ne abhi is ka, is ka zikr bhi kiya tha. is ke baray mein thora sa aur batayen, jo is ko poori dunya ko jo banta gaya: dar al Islam, dar al harb, aur dar al kufr. to mein chahoon ga is, is ke, is ko wazeh karen. abhi dekhiye, yeh saaray jo terms hain, woh kahin bhi na quran mein hain, na hadith mein hain, na sahaba ke jo tazkray humain milte hain, is</w:t>
      </w:r>
    </w:p>
    <w:p>
      <w:pPr>
        <w:jc w:val="right"/>
      </w:pPr>
      <w:r>
        <w:t>تو میںچاہوںگااسچیزکوآپتھوڑااورواضحکریں۔آپنےابھیاسکا،اسکاذکربھیکیاتھا۔ اسکےبارےمیںتھوڑاسااوربتائیں،جو اسکوپوری دنیا کوجوبانٹاگیا: دار الاسلام ،دار الحرب،اوردارالکفر ۔تو میںچاہوںگااس،اسکے،اسکو واضحکریں۔ابیہدیکھیے،یہسارے جو ٹرمزہیں، وہ کہیںبھینہ قرآنمیںہیں،نہحدیثمیںہیں، نہ صحابہکےجوتذکرےہمیںملتےہیں،اس</w:t>
      </w:r>
    </w:p>
    <w:p>
      <w:r>
        <w:rPr>
          <w:b/>
        </w:rPr>
        <w:t xml:space="preserve">[10:47] </w:t>
      </w:r>
      <w:r>
        <w:t>mein hain. to yeh bid'at hai. abasi dor mein jab musalmanon ki empire qaim ho gayi na, to us waqt woh aik doosri is mein rehte hain.</w:t>
      </w:r>
    </w:p>
    <w:p>
      <w:pPr>
        <w:jc w:val="right"/>
      </w:pPr>
      <w:r>
        <w:t>میںہیں۔ تو یہ بد عتہے۔ عب اسی دورمیں جب مسلمان وںکیایمپائر قائمہوگئی نا، تو اس وقت وہایکدوسری اسمیںرہتےہیں۔</w:t>
      </w:r>
    </w:p>
    <w:p>
      <w:r>
        <w:rPr>
          <w:b/>
        </w:rPr>
        <w:t xml:space="preserve">[10:57] </w:t>
      </w:r>
      <w:r>
        <w:t>ji, psychology mein ke hum ruler hain, doosray ruled hain. aap is se samajh sakte hain, jaise aaj america hai, to woh zamanay tak is ne china ko, aah, accept nahi kiya.</w:t>
      </w:r>
    </w:p>
    <w:p>
      <w:pPr>
        <w:jc w:val="right"/>
      </w:pPr>
      <w:r>
        <w:t>جی، سائیکالوجیمیں کہہم رولرہیں،دوسرےرولڈہیں۔ آپ اسسےسمجھسکتےہیں،جیسےآجامریک ہہے، تو وہ زمان ےتک اسنے چائنہکو، آہ، ایکسیپٹہینہیںکیا۔</w:t>
      </w:r>
    </w:p>
    <w:p>
      <w:r>
        <w:rPr>
          <w:b/>
        </w:rPr>
        <w:t xml:space="preserve">[11:10] </w:t>
      </w:r>
      <w:r>
        <w:t>china, aah, in ke jo map par aata tha na, to china ko mainland likhte thay, china ka naam nahi likhte</w:t>
      </w:r>
    </w:p>
    <w:p>
      <w:pPr>
        <w:jc w:val="right"/>
      </w:pPr>
      <w:r>
        <w:t>چائنہ، آہ،انکےجو میپپرآتاتھانا،توچائنہکو مینلینڈلکھتےتھے، چائنہکانامہینہیںلکھتے</w:t>
      </w:r>
    </w:p>
    <w:p>
      <w:r>
        <w:rPr>
          <w:b/>
        </w:rPr>
        <w:t xml:space="preserve">[11:17] </w:t>
      </w:r>
      <w:r>
        <w:t>thay. ji, to jab aik bari empire qaim ho jati hai na, to yeh psychology develop kar deti hai, psyche develop kar deti hai ke sab kuch hamara hai, hum apni marzi se dictate kar sakte hain.</w:t>
      </w:r>
    </w:p>
    <w:p>
      <w:pPr>
        <w:jc w:val="right"/>
      </w:pPr>
      <w:r>
        <w:t>تھے۔ جی،توجب ایکبڑی ایمپائرقائمہوجاتیہےنا، تو یہ سائیکالوجیڈیویلپکردیہے،سائیکیڈیویلپکردیہے کہسبکچھہماراہے، ہماپنی مرضیسےڈکٹیٹکرسکتےہیں۔</w:t>
      </w:r>
    </w:p>
    <w:p>
      <w:r>
        <w:rPr>
          <w:b/>
        </w:rPr>
        <w:t xml:space="preserve">[11:27] </w:t>
      </w:r>
      <w:r>
        <w:t>to yeh bilkul is ka Islam se koi talluq nahi hai. yeh empire ki jo emperors hotay hain, jo rulers hotay hain, in ki yeh psychology hoti hai.</w:t>
      </w:r>
    </w:p>
    <w:p>
      <w:pPr>
        <w:jc w:val="right"/>
      </w:pPr>
      <w:r>
        <w:t>تو یہبالکل اسکا اسلام سےکوئیتعلقنہیںہے۔ یہ ایمپائر کی جو ایمپر رزہوتےہیں،جو رولرزہوتےہیں، انکی یہ سائیکالوجیہوتیہے۔</w:t>
      </w:r>
    </w:p>
    <w:p>
      <w:r>
        <w:rPr>
          <w:b/>
        </w:rPr>
        <w:t xml:space="preserve">[11:38] </w:t>
      </w:r>
      <w:r>
        <w:t>phir isi ke mutabiq ulama aur fuqaha jo hain, woh bhi zamanay, in zamanay influences ke mutabiq kaam karte</w:t>
      </w:r>
    </w:p>
    <w:p>
      <w:pPr>
        <w:jc w:val="right"/>
      </w:pPr>
      <w:r>
        <w:t>پھر اسیکےمطابق علم اءاورفقہاءجوہیں، وہبھی زمانی ، ان زمانی انفلوئنسز کےمط ابق کامکرتے</w:t>
      </w:r>
    </w:p>
    <w:p>
      <w:r>
        <w:rPr>
          <w:b/>
        </w:rPr>
        <w:t xml:space="preserve">[11:46] </w:t>
      </w:r>
      <w:r>
        <w:t>hain. zamanay interpretation se unho ne woh nikala ke yeh to dar al Islam hai, aur doosray tamam mumalik jo hain, chuki in ko to saaray poore, poori dunya ko fateh karna hai na, to fateh kaise karen ge? yeh hi sab jo istilaahat hain ke hamaray jo jahan muslim ruler hai, woh dar al Islam hai, jahan muslim ruler nahi hai, woh dar al kufr hai, dar al harb hai, aur musalman wahan se at</w:t>
      </w:r>
    </w:p>
    <w:p>
      <w:pPr>
        <w:jc w:val="right"/>
      </w:pPr>
      <w:r>
        <w:t>ہیں۔ زمانی انٹرپریٹیشن سےانہوںنےوہنکالاکہیہتودار الاسلامہے، اوردوسرےتمام ممالکجوہیں، چونکہانکوتوسارے پورے، پوریدنیا کوفتحکرناہےنا، تو فتحکیسےکریںگے؟یہیسب جو اصطلاحاتہیں کہ ہمارےجو جہاں مسلم رولرہے، وہ دار الاسلامہے،جہاںمسلم رولرنہیںہے، وہ دار الکفرہے،دار ال حربہے، اورمسلمان وہاںسے ایٹ</w:t>
      </w:r>
    </w:p>
    <w:p>
      <w:r>
        <w:rPr>
          <w:b/>
        </w:rPr>
        <w:t xml:space="preserve">[12:12] </w:t>
      </w:r>
      <w:r>
        <w:t>war hain. to in ko hukoomat, in ko jang karke woh sara, aah, ilaaqa hasil karna hai ta ke woh qanoon ko nafiz kar saken. abhi yeh poora jo hai, kahin quran o hadith mein is ka asal hona chahiye na? ji, text se kahin kuch nahi nikalta.</w:t>
      </w:r>
    </w:p>
    <w:p>
      <w:pPr>
        <w:jc w:val="right"/>
      </w:pPr>
      <w:r>
        <w:t>وارہیں۔ تو انکو حکومت ، انکو جنگ کرکےوہ سارا، آہ، علاق ہحاصل کرناہےتاکہوہ قانون کونافذکرسکیں۔ابیہ پوراجوہے، کہیںقرآنوحدیثمیںاسکااصلہوناچاہیےنا؟جی، ٹیکسٹسےکہیںکچھنہیں نکلتا۔</w:t>
      </w:r>
    </w:p>
    <w:p>
      <w:r>
        <w:rPr>
          <w:b/>
        </w:rPr>
        <w:t xml:space="preserve">[12:28] </w:t>
      </w:r>
      <w:r>
        <w:t>ji, yeh bas woh fuqaha ne, fuqaha ko itna secret darja de diya gaya hai ke fuqaha ke muqablay mein koi kuch bol nahi sakta.</w:t>
      </w:r>
    </w:p>
    <w:p>
      <w:pPr>
        <w:jc w:val="right"/>
      </w:pPr>
      <w:r>
        <w:t>جی، یہ بسوہفقہاءنے،فقہاءکواتنا سیکرٹدرجہدےدیا گیاہےکہ فق ہاءکےمقابلےمیںکوئیکچھبولنہیںسکتا۔</w:t>
      </w:r>
    </w:p>
    <w:p>
      <w:r>
        <w:rPr>
          <w:b/>
        </w:rPr>
        <w:t xml:space="preserve">[12:36] </w:t>
      </w:r>
      <w:r>
        <w:t>aik bar mein apni class mein baat kar rahi thi kuch hadith ki ya quran ki,</w:t>
      </w:r>
    </w:p>
    <w:p>
      <w:pPr>
        <w:jc w:val="right"/>
      </w:pPr>
      <w:r>
        <w:t>ایکبارمیں اپنی کلاسمیں باتکررہیتھی کچھ حدیثکی یاقرآنکی ،</w:t>
      </w:r>
    </w:p>
    <w:p>
      <w:r>
        <w:rPr>
          <w:b/>
        </w:rPr>
        <w:t xml:space="preserve">[12:42] </w:t>
      </w:r>
      <w:r>
        <w:t>to aik bachcha jo madrasay ka tha, us ne kaha magar imam abuhaneefa ne to yeh kaha hai. to woh imam abuhaneefa waghera jo hain, woh aisa in ka darja ho gaya schoolon mein, bas inhi ka interpretation parhaya jata hai.</w:t>
      </w:r>
    </w:p>
    <w:p>
      <w:pPr>
        <w:jc w:val="right"/>
      </w:pPr>
      <w:r>
        <w:t>تو ایک بچہجو مدرس ےکاتھا، اسنےکہامگر ام امابوحنیفہنےتویہکہاہے۔ تو وہ امامابوحنیفہ وغیرہجوہیں،وہ ایسا انکا درج ہہوگیا اسکولوںمیں،بس انہیکاانٹرپریٹیشنپڑھایاجاتا ہے۔</w:t>
      </w:r>
    </w:p>
    <w:p>
      <w:r>
        <w:rPr>
          <w:b/>
        </w:rPr>
        <w:t xml:space="preserve">[12:56] </w:t>
      </w:r>
      <w:r>
        <w:t>asal quran hadith to bohat kam parhaya jata hai, bas logon ka interpretation. to woh baray hi asi par hotay hain ke fuqaha ka kiya interpretation hai.</w:t>
      </w:r>
    </w:p>
    <w:p>
      <w:pPr>
        <w:jc w:val="right"/>
      </w:pPr>
      <w:r>
        <w:t>اصل قرآنحدیثتوبہت کمپڑھایاجاتاہے،بسانلوگوںکاانٹرپریٹیشن۔ تووہ بڑےہیاسیپرہوتےہیں کہ فقہاءکاکیاانٹرپریٹیشنہے۔</w:t>
      </w:r>
    </w:p>
    <w:p>
      <w:r>
        <w:rPr>
          <w:b/>
        </w:rPr>
        <w:t xml:space="preserve">[13:05] </w:t>
      </w:r>
      <w:r>
        <w:t>to unho ne apne zamanay ke lehaaz se, hum nahi kehte, unho ne intention le kaam galat kiya, aur zamanay ka asar hai.</w:t>
      </w:r>
    </w:p>
    <w:p>
      <w:pPr>
        <w:jc w:val="right"/>
      </w:pPr>
      <w:r>
        <w:t>تو انہوں نے اپنے زمان ےکےلحاظسے، ہمنہیں کہتے،انہوںنے انٹینشن لی کام غلطکیا ،اور زمان ے کااثرہے۔</w:t>
      </w:r>
    </w:p>
    <w:p>
      <w:r>
        <w:rPr>
          <w:b/>
        </w:rPr>
        <w:t xml:space="preserve">[13:14] </w:t>
      </w:r>
      <w:r>
        <w:t>to jab naya zamanah badla to unhein apne aap ko badalna chahiye tha. to yeh hai. to phir unho ne isi hisab se poora literature develop wanah?</w:t>
      </w:r>
    </w:p>
    <w:p>
      <w:pPr>
        <w:jc w:val="right"/>
      </w:pPr>
      <w:r>
        <w:t>تو جب نیازمان ہبدلاتوانہیں اپنےآپکوبدلناچاہیےتھا۔ تو یہہے۔ توپھر انہوںنےاسیحسابسے پورالٹریچرڈیویلپہوانا؟</w:t>
      </w:r>
    </w:p>
    <w:p>
      <w:r>
        <w:rPr>
          <w:b/>
        </w:rPr>
        <w:t xml:space="preserve">[13:25] </w:t>
      </w:r>
      <w:r>
        <w:t>we and they ka concept. ji ji ji, aksar log baat karte hain apne aur ghair</w:t>
      </w:r>
    </w:p>
    <w:p>
      <w:pPr>
        <w:jc w:val="right"/>
      </w:pPr>
      <w:r>
        <w:t>وی اینڈدےکاکانسیپٹ۔جیجیجی،اکثرلوگباتکرتے ہیں اپنے اور غیر</w:t>
      </w:r>
    </w:p>
    <w:p>
      <w:r>
        <w:rPr>
          <w:b/>
        </w:rPr>
        <w:t xml:space="preserve">[13:30] </w:t>
      </w:r>
      <w:r>
        <w:t>jab sab non muslim ghair hain, muslim apne hain. to aksar log jo hain is tarah ki baat karte hain. ji, to kyunke yeh jo concept chala aa raha hai dar al harb ka, is se yeh derived hai ke woh log to hamaray dushman hain, hamaray kabhi bhi hum wahan par hamla kar den ge to un se woh friendly ta'aluqat bana nahi paate.</w:t>
      </w:r>
    </w:p>
    <w:p>
      <w:pPr>
        <w:jc w:val="right"/>
      </w:pPr>
      <w:r>
        <w:t>، جب سبنانمسلمغیر ہیں، مسلم اپنے ہیں۔تو اکثرلوگ جوہیں اسطرحکیباتکرتے ہیں۔ جی، تو کیونکہ یہجوکانسیپٹچلاآرہاہےدار الحربکا ، اسسے یہڈرائیوڈہے کہوہلوگتوہمارےدشمن ہیں،ہمارے کبھیبھیہموہاںپرحملہکردیںگے تو انسے وہ فرینڈلیتعلقات بنانہیںپاتے۔</w:t>
      </w:r>
    </w:p>
    <w:p>
      <w:r>
        <w:rPr>
          <w:b/>
        </w:rPr>
        <w:t xml:space="preserve">[13:50] </w:t>
      </w:r>
      <w:r>
        <w:t>agar banate hain, molana ne likha hai ke banate hain to munafeeqana tor par banate hain, kyunke in ka interest involve woh hai. aaj saari dunya Europe america ja rahi hai,</w:t>
      </w:r>
    </w:p>
    <w:p>
      <w:pPr>
        <w:jc w:val="right"/>
      </w:pPr>
      <w:r>
        <w:t>اگر بناتےہیں، مول انانےلکھاہےکہبناتےہیںتو من افقانہطورپربناتےہیں، کیونکہانکا انٹرسٹ انوالوہے۔آجساریدنیا یورپامریک ہجارہیہے،</w:t>
      </w:r>
    </w:p>
    <w:p>
      <w:r>
        <w:rPr>
          <w:b/>
        </w:rPr>
        <w:t xml:space="preserve">[13:59] </w:t>
      </w:r>
      <w:r>
        <w:t>aur aap ne dekha ho ga kai log jo hain boycott kar rahe hain ke israel ki bani hui in an cheezon ko, makkah ne pata nahi kiya kiya hai, sab cheezon ki boycott kiya jaye.</w:t>
      </w:r>
    </w:p>
    <w:p>
      <w:pPr>
        <w:jc w:val="right"/>
      </w:pPr>
      <w:r>
        <w:t>اورآپنےدیکھاہوگاکئیلوگ جوہیںبائیکاٹکررہےہیںکہاسرائیلکیبنیہوئی انانچیزوںکو، مک ہنےپتہنہیںکیا کیاہے، سبچیزوںکیبائیکاٹکیاجائے۔</w:t>
      </w:r>
    </w:p>
    <w:p>
      <w:r>
        <w:rPr>
          <w:b/>
        </w:rPr>
        <w:t xml:space="preserve">[14:08] </w:t>
      </w:r>
      <w:r>
        <w:t>to hamare ek group mein yeh cheez aayi thi, to maine likha ke theek hai, phir mobile ka bhi boycott karein, woh bhi jo unhone develop kiya hai. to phir chup, yeh munafiqana kal woh hai double standard ke woh hamare faide ki cheez hai, woh hum le lein.</w:t>
      </w:r>
    </w:p>
    <w:p>
      <w:pPr>
        <w:jc w:val="right"/>
      </w:pPr>
      <w:r>
        <w:t>تو ہمارےایکگروپمیںیہچیزآئیتھی،تومیںنےلکھا کہٹھیکہے،پھرموبائلکابھیبائیکاٹکریں، وہبھی جو انہوںنےڈیویلپکیاہے۔ تو پھر چپ، یہ من افقانہ کل وہہے ڈبل سٹینڈرڈکہجوہمارےفائدےکیچیزہے، وہہملےلیں۔</w:t>
      </w:r>
    </w:p>
    <w:p>
      <w:r>
        <w:rPr>
          <w:b/>
        </w:rPr>
        <w:t xml:space="preserve">[14:24] </w:t>
      </w:r>
      <w:r>
        <w:t>bhai, butter kya hai? bhai, iska banaya hua na lein</w:t>
      </w:r>
    </w:p>
    <w:p>
      <w:pPr>
        <w:jc w:val="right"/>
      </w:pPr>
      <w:r>
        <w:t>بھئی، بٹرکاکیاہے؟ بھائی،اسکابناہوانہیںلیں</w:t>
      </w:r>
    </w:p>
    <w:p>
      <w:r>
        <w:rPr>
          <w:b/>
        </w:rPr>
        <w:t xml:space="preserve">[14:27] </w:t>
      </w:r>
      <w:r>
        <w:t>gein, koi doosri company ka mil jayega. to tum mobile ka boycott karo, chat jpt ka boycott karo, computer ka boycott karo, phir jaake kahin gaon mein bas jao ya janglon mein.</w:t>
      </w:r>
    </w:p>
    <w:p>
      <w:pPr>
        <w:jc w:val="right"/>
      </w:pPr>
      <w:r>
        <w:t>گے، کوئیدوسریکمپنیکاملجائےگا۔ توتم موبائل کابائیکاٹکرو،چیٹجیپیٹیکابائیکاٹکرو،کمپیوٹرکابائیکاٹکرو، پھرجاکےکہیںگاؤںمیںبسجاؤ یاجنگلمیں ۔</w:t>
      </w:r>
    </w:p>
    <w:p>
      <w:r>
        <w:rPr>
          <w:b/>
        </w:rPr>
        <w:t xml:space="preserve">[14:38] </w:t>
      </w:r>
      <w:r>
        <w:t>to yeh insaan ko bohat hi honest hona chahiye, yeh nahi ke apne liye koi, doosre ke liye kuch, doosron se to keh rahe hain boycott karo, aur khud bachcha bachcha aaj baghair mobile ke reh nahi sakta.</w:t>
      </w:r>
    </w:p>
    <w:p>
      <w:pPr>
        <w:jc w:val="right"/>
      </w:pPr>
      <w:r>
        <w:t>تو یہ انسان کو بہت ہی آن یسٹ ہوناچاہیے، یہنہیں کہاپنےلیےکوئی،دوسرےکےلیےکچھ،دوسروںسےتوکہہرہےہیںبائیکاٹکرو، اورخود بچہبچہآجبغیرموبائلکےرہنہیںسکتا۔</w:t>
      </w:r>
    </w:p>
    <w:p>
      <w:r>
        <w:rPr>
          <w:b/>
        </w:rPr>
        <w:t xml:space="preserve">[14:50] </w:t>
      </w:r>
      <w:r>
        <w:t>to kya matlab hai boycott karne ka? ji,</w:t>
      </w:r>
    </w:p>
    <w:p>
      <w:pPr>
        <w:jc w:val="right"/>
      </w:pPr>
      <w:r>
        <w:t>توکیا مطلبہے بائیکاٹکرنےکا ؟ جی،</w:t>
      </w:r>
    </w:p>
    <w:p>
      <w:r>
        <w:rPr>
          <w:b/>
        </w:rPr>
        <w:t xml:space="preserve">[14:54] </w:t>
      </w:r>
      <w:r>
        <w:t>to yeh wohi un, woh jo dar-ul-harb ka concept hai, woh wohi me hai, wohi jar hai, wahan se sab nikalta hai, kyunke woh un logon ko dushman ki nazar se dekhte hain.</w:t>
      </w:r>
    </w:p>
    <w:p>
      <w:pPr>
        <w:jc w:val="right"/>
      </w:pPr>
      <w:r>
        <w:t>تویہ وہی ان،وہجو دار الحربکاکانسیپٹہے،وہ وہی مینہے،وہی جڑہے، وہاںسے سبکچھنکلتاہے،کیونکہ وہ انلوگوںکودشمن کینظر سےدیکھتےہیں۔</w:t>
      </w:r>
    </w:p>
    <w:p>
      <w:r>
        <w:rPr>
          <w:b/>
        </w:rPr>
        <w:t xml:space="preserve">[15:04] </w:t>
      </w:r>
      <w:r>
        <w:t>to friendly taalluqat wohi hain, woh ban nahi paate hain, jab ke Islam mein hai dar-ul-insaan, Quran mein bar bar Allah ta'ala ne kaha hai "Ayhal insaan" "Ayhal insaan".</w:t>
      </w:r>
    </w:p>
    <w:p>
      <w:pPr>
        <w:jc w:val="right"/>
      </w:pPr>
      <w:r>
        <w:t>تو فرینڈلیتعلقاتجوہیں،وہ بنہینہیںپاتےہیں، جب کہاسلام میں ہےدار الانسان، قرآنمیں باربار اللہ تعالینےکہایا ایہاالانسانیا ایہاالانسان ۔</w:t>
      </w:r>
    </w:p>
    <w:p>
      <w:r>
        <w:rPr>
          <w:b/>
        </w:rPr>
        <w:t xml:space="preserve">[15:17] </w:t>
      </w:r>
      <w:r>
        <w:t>to kyunke hamare liye, jaisa ke Maulana ne bataya hai, hum dain hain aur doosre non-muslims hamare mad'u hain, inko humein Khuda ka paigham pahunchana hai.</w:t>
      </w:r>
    </w:p>
    <w:p>
      <w:pPr>
        <w:jc w:val="right"/>
      </w:pPr>
      <w:r>
        <w:t>تو کیونکہ ہمارےلیے، جیساکہمول انانےبتایاہے، ہم دائیںہیں اوردوسرےنانمسلمز ہمارےمد عوہیں، انکوہمیں خداکا پیغامپہنچاناہے۔</w:t>
      </w:r>
    </w:p>
    <w:p>
      <w:r>
        <w:rPr>
          <w:b/>
        </w:rPr>
        <w:t xml:space="preserve">[15:28] </w:t>
      </w:r>
      <w:r>
        <w:t>yeh yeh hi hamari bonding duty hai, yeh hi. to isi ke mutabiq humein apne taalluqat banane hain, nahi yeh ke hum hamara ruler muslim hai ke non-muslim hai, us se koi matlab nahi hai.</w:t>
      </w:r>
    </w:p>
    <w:p>
      <w:pPr>
        <w:jc w:val="right"/>
      </w:pPr>
      <w:r>
        <w:t>یہ یہیہماری باؤنڈنگڈیوٹیہے،یہی۔ تو اسیکےمطابق ہمیں اپنے تعلقات بن انےہیں،نہیہکہ ہم ہمارا رولرمس لمانہےکہنانمسلم ہے، اسسےکوئیمطلبنہیںہے۔</w:t>
      </w:r>
    </w:p>
    <w:p>
      <w:r>
        <w:rPr>
          <w:b/>
        </w:rPr>
        <w:t xml:space="preserve">[15:41] </w:t>
      </w:r>
      <w:r>
        <w:t>tamam insaan barabar hain,</w:t>
      </w:r>
    </w:p>
    <w:p>
      <w:pPr>
        <w:jc w:val="right"/>
      </w:pPr>
      <w:r>
        <w:t>تمام انسان برابرہیں،</w:t>
      </w:r>
    </w:p>
    <w:p>
      <w:r>
        <w:rPr>
          <w:b/>
        </w:rPr>
        <w:t xml:space="preserve">[15:43] </w:t>
      </w:r>
      <w:r>
        <w:t>haan, agar sirf ek hi exception hai ke koi hamla kar de, attack kar de, us waqt limited warfare mein koi engage kiya ja sakta hai, lekin jab tak attack na ho, dushman ke liye bilkul jang nahi hai.</w:t>
      </w:r>
    </w:p>
    <w:p>
      <w:pPr>
        <w:jc w:val="right"/>
      </w:pPr>
      <w:r>
        <w:t>ہاں،اگر صرف ایکہی ایکسیپشنہے کہکوئی حملہ کردے،اٹیککردے، اس وقت لمیٹڈوارفیئر میں کو انگیجکیاجاسکتاہے، لیکن جبتک اٹیکنہہو ، دشمنکےلیے بالکل جنگ نہیںہے۔</w:t>
      </w:r>
    </w:p>
    <w:p>
      <w:r>
        <w:rPr>
          <w:b/>
        </w:rPr>
        <w:t xml:space="preserve">[15:59] </w:t>
      </w:r>
      <w:r>
        <w:t>aaj, aaj saari duniya mein jo jang ho rahi hai na, lekin yeh hamare dushman hain. ji, dushman ke liye Islam mein jang nahi hai, attack ke liye hai, woh bhi bohat hi limited shakal mein, jaise Rasool Allah (SAW) ne sirf adhe din ki ek jang, sirf adhe din ki, chahe jang hui, adhe adhe din ki.</w:t>
      </w:r>
    </w:p>
    <w:p>
      <w:pPr>
        <w:jc w:val="right"/>
      </w:pPr>
      <w:r>
        <w:t>آج ،آج ساریدنیا میںجوجنگہورہیہےنا، لیکن یہ ہمارےدشمنہیں۔ جی،دشمنکےلیے اسلام میںجنگ نہیںہے، اٹ یکرکےلیے ہے، وہبھی بہت ہی لمیٹڈ شکلمیں،جیسے رسولاللہ صلیاللہعلیہوسلمنے صرف ادھےدنکی ایک جنگ،صرفادھےدنکی،چارہیتوجنگ ہوئی، ادھےادھےدنکی۔</w:t>
      </w:r>
    </w:p>
    <w:p>
      <w:r>
        <w:rPr>
          <w:b/>
        </w:rPr>
        <w:t xml:space="preserve">[16:19] </w:t>
      </w:r>
      <w:r>
        <w:t>abhi yahan to bees saal se chal rahi hai, pachas saal se chal rahi hai, jang khatam nahi hoti. jaise lagta hai ke jang hi unki zindagi ka maqsad hai, aise hi jang milegi.</w:t>
      </w:r>
    </w:p>
    <w:p>
      <w:pPr>
        <w:jc w:val="right"/>
      </w:pPr>
      <w:r>
        <w:t>ابیہاںتو بیسسالسے چلرہیہے، پچاسسالسےچلرہیہے،جنگ ختمہینہیںہوتی۔ جیسےلگتاہےکہجنگ ہیانکیزندگی کامقصدہے، اسیسےجن تملےگی۔</w:t>
      </w:r>
    </w:p>
    <w:p>
      <w:r>
        <w:rPr>
          <w:b/>
        </w:rPr>
        <w:t xml:space="preserve">[16:29] </w:t>
      </w:r>
      <w:r>
        <w:t>to woh jang khatam nahi hoti. abhalanke wohi unko batana hai, ab ke aaj woh hai, woh zamana khatam ho gaya, aaj azadi ka zamana hai, aaj religious persecution nahi hai.</w:t>
      </w:r>
    </w:p>
    <w:p>
      <w:pPr>
        <w:jc w:val="right"/>
      </w:pPr>
      <w:r>
        <w:t>تو وہ جنگ ختمہینہیںہوتی۔ ابحالانکہوہیانکو بت اناہے، اب کہ آججوہے، وہ زمان ہختمہوگیا، آج آزادیکازمانہہے،آجریلیجسپرسیکیوشننہیںہے۔</w:t>
      </w:r>
    </w:p>
    <w:p>
      <w:r>
        <w:rPr>
          <w:b/>
        </w:rPr>
        <w:t xml:space="preserve">[16:45] </w:t>
      </w:r>
      <w:r>
        <w:t>is zamane mein jo dar-ul-harb ka concept develop hua tha na, uska ek reason yeh bhi tha ke jahan muslim ko apni mazhabi farayez anjam dene ke liye woh azaad na ho, jaise namaz, roza, yeh sab hai.</w:t>
      </w:r>
    </w:p>
    <w:p>
      <w:pPr>
        <w:jc w:val="right"/>
      </w:pPr>
      <w:r>
        <w:t>اسزمان ےمیں جودارالحربکاکانسیپٹڈیویلپہواتھانا،اسکاایکریزنیہبھیتھا کہجہاںمس لمان کو اپنی مذہبیفرائض انجام دینےکےلیے وہ آزادینہہو ، جیسےنماز،روزہ،یہسب ہے۔</w:t>
      </w:r>
    </w:p>
    <w:p>
      <w:r>
        <w:rPr>
          <w:b/>
        </w:rPr>
        <w:t xml:space="preserve">[16:58] </w:t>
      </w:r>
      <w:r>
        <w:t>to azadi to saari duniya mein azadi hai, bilkul. to aap kahin bhi jaake namaz padh sakte hain, log airport pe jaake namaz padhte hain, lekin muslim sochte nahi hain ke aakhir aisa kyun hai.</w:t>
      </w:r>
    </w:p>
    <w:p>
      <w:pPr>
        <w:jc w:val="right"/>
      </w:pPr>
      <w:r>
        <w:t>تو آز ادیتو ساریدنیا میںآزادیہے، بالکل۔توآپکہیںبھیجاکےنمازپڑھسکتےہیں،لوگ ایئرپورٹپہجاکےنمازپڑھتےہیں، لیکن مس لمان سوچتےنہیںہیں کہ آخر ایساکیوںہے۔</w:t>
      </w:r>
    </w:p>
    <w:p>
      <w:r>
        <w:rPr>
          <w:b/>
        </w:rPr>
        <w:t xml:space="preserve">[17:10] </w:t>
      </w:r>
      <w:r>
        <w:t>pehle to aisa nahi tha, pehle to sach mein maare jaate the, Kaba mein jaake namaz padhte the to wahan maare jaate the. to us waqt ek yeh ek masla tha, is masle ko hal karna tha.</w:t>
      </w:r>
    </w:p>
    <w:p>
      <w:pPr>
        <w:jc w:val="right"/>
      </w:pPr>
      <w:r>
        <w:t>پہلے توایسانہیں تھا،پہلے توسچمیں مارےجاتےتھے، کعبہمیںجاکےنمازپڑھتےتھےتووہاںمارےجاتےتھے۔تواسوقت ایک یہ ایک مسئلہتھا، اسمسئلےکوحلکرناتھا۔</w:t>
      </w:r>
    </w:p>
    <w:p>
      <w:r>
        <w:rPr>
          <w:b/>
        </w:rPr>
        <w:t xml:space="preserve">[17:20] </w:t>
      </w:r>
      <w:r>
        <w:t>woh Rasool Allah (SAW) ne bohat hi patient liya aur bohat hi sulah ke saath, unke saath valuing ke saath, unke saath pure achhe taalluqat banake is masle ko hal kiya.</w:t>
      </w:r>
    </w:p>
    <w:p>
      <w:pPr>
        <w:jc w:val="right"/>
      </w:pPr>
      <w:r>
        <w:t>وہرسولاللہصلیاللہعلیہوسلمنےبہتہی پیشنٹلیاوربہتہی صلحکےساتھ، انکےساتھ ویلوش نگ کےساتھ ،انکےساتھ پورے اچھےتعلقاتبناکےاسمسئلےکوحلکیا۔</w:t>
      </w:r>
    </w:p>
    <w:p>
      <w:r>
        <w:rPr>
          <w:b/>
        </w:rPr>
        <w:t xml:space="preserve">[17:31] </w:t>
      </w:r>
      <w:r>
        <w:t>ji, unko sab ko maaf kiya. to is tareeqe se woh masla hal ho gaya, ab fitna khatam ho gaya. ab woh hai, un logon ko samajhna chahiye ke woh ek naye zamane mein hain, naye zamane mein woh purane saare jo hain,</w:t>
      </w:r>
    </w:p>
    <w:p>
      <w:pPr>
        <w:jc w:val="right"/>
      </w:pPr>
      <w:r>
        <w:t>جی،انکوسبکومعافکیا۔ تو اسطریقےسےوہمسئلہحلہوگیا،ابفتنہختمہوگیا۔ ابجوہے، انلوگوںکوسمجھناچاہیےکہوہایکنئےزمانےمیںہیں، نئے زمان ےمیں وہ پرانے سارےجو ہیں،</w:t>
      </w:r>
    </w:p>
    <w:p>
      <w:r>
        <w:rPr>
          <w:b/>
        </w:rPr>
        <w:t xml:space="preserve">[17:45] </w:t>
      </w:r>
      <w:r>
        <w:t>jo unka jo interpretation tha Islam ka, usko apply kar rahe hain, woh apply ho nahi raha hai. ab is tarah phans gaye hain har jagah, har mulk jang karke sab barbaad ho rahe hain, aur mulk kuch bhi nahi raha hai.</w:t>
      </w:r>
    </w:p>
    <w:p>
      <w:pPr>
        <w:jc w:val="right"/>
      </w:pPr>
      <w:r>
        <w:t>جو انکاجو انٹرپریٹیشنتھااسلام کا ،اسکو اپلائیکررہےہیں،وہاپلائیہونہیںرہاہے۔ اب اس طرح پھنسگئےہیںہرجگہ، ہر ملک جنگ کرکرکےسببربادہورہےہیں، اورمل کچھبھینہیںرہاہے۔</w:t>
      </w:r>
    </w:p>
    <w:p>
      <w:r>
        <w:rPr>
          <w:b/>
        </w:rPr>
        <w:t xml:space="preserve">[17:58] </w:t>
      </w:r>
      <w:r>
        <w:t>ji, jazak Allah aapa.</w:t>
      </w:r>
    </w:p>
    <w:p>
      <w:pPr>
        <w:jc w:val="right"/>
      </w:pPr>
      <w:r>
        <w:t>جی، جزاک اللہآپا۔</w:t>
      </w:r>
    </w:p>
    <w:p>
      <w:r>
        <w:rPr>
          <w:b/>
        </w:rPr>
        <w:t xml:space="preserve">[18:00] </w:t>
      </w:r>
      <w:r>
        <w:t>I think that's very important that we should see that our behavior conduct and speech should conform to the principles as it has been laid out in Quran. aur aap dekhiye, abhi aapne jis tarah bataya ke Prophet (SAW) he was a true great valuer, Quran mein bhi unke bare mein yeh hi aaya hai ke he was sent as a mercy for entire mankind, not for Dar-ul-Islam</w:t>
      </w:r>
    </w:p>
    <w:p>
      <w:pPr>
        <w:jc w:val="right"/>
      </w:pPr>
      <w:r>
        <w:t>آئیتھنکاٹسویریامپورٹنٹدیٹ ویشوڈسی دیٹ اور بیہیویئر کنڈکٹ اینڈسپیچ شوڈکنفرمٹو دا پرنسپلزایز ایزاٹہیزبینلیڈآؤٹانقرآن۔اورآپادیکھیے،ابھیآپنےجسطرحبتایاکہپرافٹ ہیواز سچاگریٹویلوشر ، قرآنمیںبھیانکےبارےمیںیہیآیاہےکہہیوازسینڈایزامرسیفار انٹائرمینکائنڈ، ناٹفار دار الاسلام</w:t>
      </w:r>
    </w:p>
    <w:p>
      <w:r>
        <w:rPr>
          <w:b/>
        </w:rPr>
        <w:t xml:space="preserve">[18:21] </w:t>
      </w:r>
      <w:r>
        <w:t>. to yeh insaanon ne bant diya hai, jab ke jab hum Quran padhte hain to poori hi humanity ek humein dikhai deti hai, aur yeh hi sabse important cheez hai.</w:t>
      </w:r>
    </w:p>
    <w:p>
      <w:pPr>
        <w:jc w:val="right"/>
      </w:pPr>
      <w:r>
        <w:t>۔ تو یہ انسانوںنے بانٹدیاہے،جب کہ جبہمقرآنپڑھتےہیں تو پوریہیومینٹی ایک ہمیںدکھائیدیتیہے، اور یہی سبسے امپورٹنٹ چیزہے۔</w:t>
      </w:r>
    </w:p>
    <w:p>
      <w:r>
        <w:rPr>
          <w:b/>
        </w:rPr>
        <w:t xml:space="preserve">[18:32] </w:t>
      </w:r>
      <w:r>
        <w:t>achha aapa, aapne pichhle jawab mein khilafat ke bare mein bhi zikr kiya. Maulana Wahiduddin Khan sahib ko jab hum padhte hain to unhone bohat achha likha tha ke khilafat is not a worldy or political authority, but it's a moral or spiritual responsibility,</w:t>
      </w:r>
    </w:p>
    <w:p>
      <w:pPr>
        <w:jc w:val="right"/>
      </w:pPr>
      <w:r>
        <w:t>اچھاآپا،آپنے پچھلے جوابمیں خلافتکےبارےمیںبھیذکرکیا۔ مولاناوحیدالدینخانصاحبکوجبہمپڑھتےہیںتو انہوںنےبہتاچھالکھاتھاکہ خلافت از ناٹا ورلڈلیاوراپولیٹیکلاتھار ٹی، بٹاٹسا مورلاوراسپرچ ولریسپانسبیلٹی،</w:t>
      </w:r>
    </w:p>
    <w:p>
      <w:r>
        <w:rPr>
          <w:b/>
        </w:rPr>
        <w:t xml:space="preserve">[18:49] </w:t>
      </w:r>
      <w:r>
        <w:t>and it aligns very well with the broader principles of Islam, which talks about compassion, social justice, and pursuit of greater good and humanity.</w:t>
      </w:r>
    </w:p>
    <w:p>
      <w:pPr>
        <w:jc w:val="right"/>
      </w:pPr>
      <w:r>
        <w:t>اینڈاٹالائنزویریویلوددیبراڈرپرنسپلزافاسلام ، وچ ٹاکساباؤٹکمپیشن ، سوشلجسٹس، اینڈ پرسیوٹافگریٹر گڈاندیہیومینٹی۔</w:t>
      </w:r>
    </w:p>
    <w:p>
      <w:r>
        <w:rPr>
          <w:b/>
        </w:rPr>
        <w:t xml:space="preserve">[19:00] </w:t>
      </w:r>
      <w:r>
        <w:t>to mein chahoon ga ke is ko bhi aap thoray achay se wazeh karein, jo yeh khilafat ka concept hai, taa ke woh confusion ke jo baadla hain, woh woh chhoot jayein.</w:t>
      </w:r>
    </w:p>
    <w:p>
      <w:pPr>
        <w:jc w:val="right"/>
      </w:pPr>
      <w:r>
        <w:t>تو میںچاہوںگاکہاسکوبھیآپتھوڑےاچھےسے واضحکریں، جویہخلافت کانسیپٹہے، تاکہ وہ کنفیوژن کےجو بادلہیں،وہوہچھٹجائیں۔</w:t>
      </w:r>
    </w:p>
    <w:p>
      <w:r>
        <w:rPr>
          <w:b/>
        </w:rPr>
        <w:t xml:space="preserve">[19:10] </w:t>
      </w:r>
      <w:r>
        <w:t>yeh khilafat, khalifa, yeh saare concept jo wohi na, usi zamane mein develop</w:t>
      </w:r>
    </w:p>
    <w:p>
      <w:pPr>
        <w:jc w:val="right"/>
      </w:pPr>
      <w:r>
        <w:t>یہ خلافت ،خلیفہ،یہسارے کانسیپٹجوہیںنا، عب اسی زمان ےمیںڈیویلپ</w:t>
      </w:r>
    </w:p>
    <w:p>
      <w:r>
        <w:rPr>
          <w:b/>
        </w:rPr>
        <w:t xml:space="preserve">[19:16] </w:t>
      </w:r>
      <w:r>
        <w:t>huye. Ji, ab us zamane mein Musalman waghera empires saari duniya mein rule kar rahe the. Woh dictator jaise dictator hota hai, apni marzi har jagah chalata hai,</w:t>
      </w:r>
    </w:p>
    <w:p>
      <w:pPr>
        <w:jc w:val="right"/>
      </w:pPr>
      <w:r>
        <w:t>ہوئے۔ جی، اباسزمان ےمیں مسلمزوغیرہایمپائرز ساریدنیا میںرولکررہےتھے۔ وہڈکٹیٹرج یسےڈکٹیٹرہوتاہے، اپنیمرضیہرجگہچلاتاہے،</w:t>
      </w:r>
    </w:p>
    <w:p>
      <w:r>
        <w:rPr>
          <w:b/>
        </w:rPr>
        <w:t xml:space="preserve">[19:26] </w:t>
      </w:r>
      <w:r>
        <w:t>waise hi unhone bhi chalaya. Aur bohat kam log hote hain jo apne jo jo woh movement chalane ja rahe hain, uske liye unhone poora Quran padha ho, aur yeh samjha ho ke Quran hamare liye kya,</w:t>
      </w:r>
    </w:p>
    <w:p>
      <w:pPr>
        <w:jc w:val="right"/>
      </w:pPr>
      <w:r>
        <w:t>ویسےہیانہوںنےبھیچلایا۔ اور بہت کم لوگ ہوتےہیںجو اپنے جو جو وہ موومنٹ چلانےجارہےہیں،اسکےلیےانہوںنے پورا قرآنپڑھاہو، اور یہ سمجھاہوکہقرآنہمارےلیےکیا،</w:t>
      </w:r>
    </w:p>
    <w:p>
      <w:r>
        <w:rPr>
          <w:b/>
        </w:rPr>
        <w:t xml:space="preserve">[19:40] </w:t>
      </w:r>
      <w:r>
        <w:t>Quran mein hamare liye kya guidance hai. Aisa log karte nahi hain, to isi wajah se itna zyada deviate ho jate hain. To Quran mein hai jaise inna ja'alna fil arz khalifa, is mein khalifa hai, ab isko khilafat</w:t>
      </w:r>
    </w:p>
    <w:p>
      <w:pPr>
        <w:jc w:val="right"/>
      </w:pPr>
      <w:r>
        <w:t>قرآنمیںہمارےلیےکیا گائیڈنسہے۔ایسالوگکرتے نہیںہیں، تواسیوجہ سے اتنازیادہ ڈیویٹہوجاتےہیں۔ تو قرآنمیںہےجیسےانیجائل فیالارضخلیفہ، اسمیںخلیفہہے، اباسکوخلیفتیب</w:t>
      </w:r>
    </w:p>
    <w:p>
      <w:r>
        <w:rPr>
          <w:b/>
        </w:rPr>
        <w:t xml:space="preserve">[19:53] </w:t>
      </w:r>
      <w:r>
        <w:t>na dya. Mein apna khalifa bananay ja raha hoon, to khilafat kaise hoga? Kyun ke khalifa agar khalifa ke maani hote hain successor, to kya insaan Khuda ka successor hai?</w:t>
      </w:r>
    </w:p>
    <w:p>
      <w:pPr>
        <w:jc w:val="right"/>
      </w:pPr>
      <w:r>
        <w:t>نادیا ۔ میںاپناخلیفہبن انے جارہاہوں،تو خلیفتیکیسےہوگا؟ کیونکہخلیفہ اگر خلیفہکےمعنیہوتےہیں سکسیسر، توکیا انسان خداکاسکسیسرہے؟</w:t>
      </w:r>
    </w:p>
    <w:p>
      <w:r>
        <w:rPr>
          <w:b/>
        </w:rPr>
        <w:t xml:space="preserve">[20:05] </w:t>
      </w:r>
      <w:r>
        <w:t>To yeh is mein, is mein baad mein yeh confusion ho raha tha. To ab unhone vicegerent bana diya ke successor nahi, hum vicegerent hain, khud se bana diya.</w:t>
      </w:r>
    </w:p>
    <w:p>
      <w:pPr>
        <w:jc w:val="right"/>
      </w:pPr>
      <w:r>
        <w:t>تو یہ اسمیں،اسمیں بعدمیںیہکنفیوژنہورہاتھا۔ تو ابانہوںنےوائسجرنٹبنادیا کہسکسیسرنہیں،ہموائسجرنٹہیں،خود سےبنادیا ۔</w:t>
      </w:r>
    </w:p>
    <w:p>
      <w:r>
        <w:rPr>
          <w:b/>
        </w:rPr>
        <w:t xml:space="preserve">[20:14] </w:t>
      </w:r>
      <w:r>
        <w:t>Ji, is mein Quran Hadees mein koi iska woh woh nahi hai, koi text nahi aapko milega.</w:t>
      </w:r>
    </w:p>
    <w:p>
      <w:pPr>
        <w:jc w:val="right"/>
      </w:pPr>
      <w:r>
        <w:t>جی، اسمیں قرآنحدیث میں کوئی اسکا وہ وہنہیںہے، کوئی ٹیکسٹنہیںآپکوملےگا۔</w:t>
      </w:r>
    </w:p>
    <w:p>
      <w:r>
        <w:rPr>
          <w:b/>
        </w:rPr>
        <w:t xml:space="preserve">[20:22] </w:t>
      </w:r>
      <w:r>
        <w:t>To Mulla ne likha hai ke khaleefa-tul-jinn hai, kyun ke jinn ne jab bohat fasad kiya to Allah Ta'ala ne ek nayi makhlooq banayi. To doosre Mulla ne likha hai ke khalifa ka matlab hai ek ba-ikhtiyar azaad makhlooq, kyun ke tamaam kainat mein har cheez hai,</w:t>
      </w:r>
    </w:p>
    <w:p>
      <w:pPr>
        <w:jc w:val="right"/>
      </w:pPr>
      <w:r>
        <w:t>تو مول انانےلکھاہےکہخ لیفۃ الجنہے، کیونکہجن وںنےجببہت فسادکیاتو اللہ تعالینےایک نئیمخلوقبنائی۔ تو دوسرے مول انانےلکھاہےکہخلیفہکامطلبہے ایک با اختیار آزاد مخلوق، کیونکہ تمام کائناتمیں ہرچیزہے،</w:t>
      </w:r>
    </w:p>
    <w:p>
      <w:r>
        <w:rPr>
          <w:b/>
        </w:rPr>
        <w:t xml:space="preserve">[20:42] </w:t>
      </w:r>
      <w:r>
        <w:t>suraj, chand, sitare, janwar, har cheez hai, lekin kisi ke paas woh azaadi nahi hai jo Allah Ta'ala ne insaan ko di hai.</w:t>
      </w:r>
    </w:p>
    <w:p>
      <w:pPr>
        <w:jc w:val="right"/>
      </w:pPr>
      <w:r>
        <w:t>س ورج،چاند،ستارے، جان ور ،ہرچیز ہے،لیکن کسی کےپاس وہ آزادینہیں ہے جو اللہ تعالینےانسان کودیہے۔</w:t>
      </w:r>
    </w:p>
    <w:p>
      <w:r>
        <w:rPr>
          <w:b/>
        </w:rPr>
        <w:t xml:space="preserve">[20:50] </w:t>
      </w:r>
      <w:r>
        <w:t>Kyun ke insaan is duniya mein test ke liye aaya hai, aur agar hamare haath paon baandh diye jayein to hum test kaise denge? To is test ke purpose se Allah Ta'ala ne humein azaadi di hai, aur uska yeh matlab tha ke is mein ba-ikhtiyar ka mafhoom jo na, woh khalifa ke lafz mein shamil ho gaya.</w:t>
      </w:r>
    </w:p>
    <w:p>
      <w:pPr>
        <w:jc w:val="right"/>
      </w:pPr>
      <w:r>
        <w:t>کیونکہ انسان اسدنیا میں ٹیسٹ کےلیےآیاہے، اور اگر ہمارےہاتھ پاؤںباندھدیےجائیںتوہمٹیسٹ کیسےدیںگے؟ تو اس ٹیسٹ کے پرپسسےاللہ تعالینےہمیں آز ادیدیہے، اور اسکا یہیمطلب تھاکہ اسمیں بااختیار کامفہومجوہےنا، وہخلیفہکےلفظمیں شامل ہوگیا۔</w:t>
      </w:r>
    </w:p>
    <w:p>
      <w:r>
        <w:rPr>
          <w:b/>
        </w:rPr>
        <w:t xml:space="preserve">[21:11] </w:t>
      </w:r>
      <w:r>
        <w:t>To is tarah khalifa khali Musalman nahi hai, sabhi log khalifa hain.</w:t>
      </w:r>
    </w:p>
    <w:p>
      <w:pPr>
        <w:jc w:val="right"/>
      </w:pPr>
      <w:r>
        <w:t>تو اسطرح خلیفہ خالی مسلمان ہینہیںہے، سبھیلوگ خلیفہہیں۔</w:t>
      </w:r>
    </w:p>
    <w:p>
      <w:r>
        <w:rPr>
          <w:b/>
        </w:rPr>
        <w:t xml:space="preserve">[21:17] </w:t>
      </w:r>
      <w:r>
        <w:t>Yeh jo baad mein kai jaise dictionary consult karenge to kai maani dikhte hain. To khalifa ke maani yeh bhi hain ke koi koi bhi ho, azaad hai, woh chahe woh secular rahe ya non-muslim hai,</w:t>
      </w:r>
    </w:p>
    <w:p>
      <w:pPr>
        <w:jc w:val="right"/>
      </w:pPr>
      <w:r>
        <w:t>یہ جو بعدمیں کئیجیسےآپڈکشنریکنسلٹکریںگے توکئیمعنیدکھتےہیں۔توخلیفہکےمعنییہبھیہیں کہ کوئی کوئیبھی ہو ، آزادہے، وہ چاہےوہسیکولرہےیا نانمسلمہے،</w:t>
      </w:r>
    </w:p>
    <w:p>
      <w:r>
        <w:rPr>
          <w:b/>
        </w:rPr>
        <w:t xml:space="preserve">[21:31] </w:t>
      </w:r>
      <w:r>
        <w:t>woh mazhabi hai, to har woh bhi khalifa hi hai, kyun ke isko ikhtiyar diya gaya hai, azaadi di gayi hai, isko isko istemal karne ke liye.</w:t>
      </w:r>
    </w:p>
    <w:p>
      <w:pPr>
        <w:jc w:val="right"/>
      </w:pPr>
      <w:r>
        <w:t>وہ مذہبیہے، تو ہر وہبھیخلیفہہیہے، کیونکہاسکو اخت یاردیاگیا ہے، آزادیدیگئیہے، اسکو اسکو استعمال کرنےکےلیے۔</w:t>
      </w:r>
    </w:p>
    <w:p>
      <w:r>
        <w:rPr>
          <w:b/>
        </w:rPr>
        <w:t xml:space="preserve">[21:41] </w:t>
      </w:r>
      <w:r>
        <w:t>woh aur sab Allah Ta'ala ne bata diya hai ke tumhein ab power ko jo tumko azaadi di gayi hai, usko misuse na</w:t>
      </w:r>
    </w:p>
    <w:p>
      <w:pPr>
        <w:jc w:val="right"/>
      </w:pPr>
      <w:r>
        <w:t>وہ اور سب اللہ تعالینےبتادیاہے کہتم ہیں اب پاورکوجو تمکوآزادیدیگئیہے،اسکو مسیوزنہیںکر</w:t>
      </w:r>
    </w:p>
    <w:p>
      <w:r>
        <w:rPr>
          <w:b/>
        </w:rPr>
        <w:t xml:space="preserve">[21:49] </w:t>
      </w:r>
      <w:r>
        <w:t>karna. Jaise Hazrat Adam se hi yeh baat chali aa rahi hai na ke ek forbidden territory hai, usko mana kar diya gaya ke apni azaadi ka istemal humein wahin tak karna hai jahan humein Khuda ne ijazat di hai.</w:t>
      </w:r>
    </w:p>
    <w:p>
      <w:pPr>
        <w:jc w:val="right"/>
      </w:pPr>
      <w:r>
        <w:t>نا۔ جیسےحضرت آدم سےہییہباتچلیآرہیہےنا کہایکفار بیڈنٹریہے،اسکومنعکردیاگیا کہ اپنی آز ادیکا استعمال ہمیںوہیںتککرناہےجہاںہمیں خدانے اجازتدیہے۔</w:t>
      </w:r>
    </w:p>
    <w:p>
      <w:r>
        <w:rPr>
          <w:b/>
        </w:rPr>
        <w:t xml:space="preserve">[22:01] </w:t>
      </w:r>
      <w:r>
        <w:t>Uske aage karenge to wahi jo hai, wahi wahin hum pakde jayein ge. To Allah Ta'ala ne insaan ko bohat zyada aqal di hai, jo ke aisi aqal kisi ko nahi hai.</w:t>
      </w:r>
    </w:p>
    <w:p>
      <w:pPr>
        <w:jc w:val="right"/>
      </w:pPr>
      <w:r>
        <w:t>اسکےآگےکریںگےتو وہی جوہے، وہی وہیںہمپکڑےجائیںگے۔ تو اللہ تعالینے انسانکو بہت زیادہ عقلدیہے،جوکہ ایسی عقل کسیکونہیں ہے۔</w:t>
      </w:r>
    </w:p>
    <w:p>
      <w:r>
        <w:rPr>
          <w:b/>
        </w:rPr>
        <w:t xml:space="preserve">[22:15] </w:t>
      </w:r>
      <w:r>
        <w:t>jo janwaron ko hai, woh to instinct ki shakal mein hai,</w:t>
      </w:r>
    </w:p>
    <w:p>
      <w:pPr>
        <w:jc w:val="right"/>
      </w:pPr>
      <w:r>
        <w:t>جو جانوروںکوہے،وہتو انسٹنکٹکیشکلمیںہے،</w:t>
      </w:r>
    </w:p>
    <w:p>
      <w:r>
        <w:rPr>
          <w:b/>
        </w:rPr>
        <w:t xml:space="preserve">[22:18] </w:t>
      </w:r>
      <w:r>
        <w:t>unko unko bilkul instinct mein install kar diya jata hai, unhein kya karna hai, woh wohi karte hain. To is mein ek misaal bataoon aapko.</w:t>
      </w:r>
    </w:p>
    <w:p>
      <w:pPr>
        <w:jc w:val="right"/>
      </w:pPr>
      <w:r>
        <w:t>انکو انکو بالکل انسٹنکٹمیں انسٹلڈکردیاجاتاہے،انہیںکیاکرناہے، وہ وہیکرتے ہیں۔ تو اسمیںایکمثال بتاؤںآپکو ۔</w:t>
      </w:r>
    </w:p>
    <w:p>
      <w:r>
        <w:rPr>
          <w:b/>
        </w:rPr>
        <w:t xml:space="preserve">[22:30] </w:t>
      </w:r>
      <w:r>
        <w:t>Ji, ek baar ek badshah aur ek wazir mein yeh behas hui ke hum black ko train kar sakte hain. Hmm, badshah ne kaha hum train kar sakte hain, jaise chuhe ke peeche bhagti hai, woh is tarah ke kaam woh bill nahi karegi, hum train kar denge.</w:t>
      </w:r>
    </w:p>
    <w:p>
      <w:pPr>
        <w:jc w:val="right"/>
      </w:pPr>
      <w:r>
        <w:t>جی،ایکبار ایک بادشاہاورایک وزیرمیں یہ بحثہوئی کہہم بلیکو ٹرینکرسکتےہیں۔ ہمم،بادشاہنےکہاہمٹرینکرسکتےہیں،جیسےچوہےکےپیچھےبھاگتیہے،وہ اسطرح کےکام وہبلینہیںکرےگی،ہمٹرینکردیںگے۔</w:t>
      </w:r>
    </w:p>
    <w:p>
      <w:r>
        <w:rPr>
          <w:b/>
        </w:rPr>
        <w:t xml:space="preserve">[22:45] </w:t>
      </w:r>
      <w:r>
        <w:t>to</w:t>
      </w:r>
    </w:p>
    <w:p>
      <w:pPr>
        <w:jc w:val="right"/>
      </w:pPr>
      <w:r>
        <w:t>تو</w:t>
      </w:r>
    </w:p>
    <w:p>
      <w:r>
        <w:rPr>
          <w:b/>
        </w:rPr>
        <w:t xml:space="preserve">[22:47] </w:t>
      </w:r>
      <w:r>
        <w:t>wazir ne kaha nahi, train nahi ho sakti. Woh to badshah ne khoob train ki black ko, khoob khilaya pilaya usko ke chuha aayega to nahi bhagegi. Woh to woh wazir jo hai, apne jeb mein ek chuha rakh ke le aaya, aur badshah ke wahan billi bithayi gayi oonchi takht pe, aur kaha ab yeh jo hai trained billi hai.</w:t>
      </w:r>
    </w:p>
    <w:p>
      <w:pPr>
        <w:jc w:val="right"/>
      </w:pPr>
      <w:r>
        <w:t>وزیرنےکہانہیں،ٹریننہیںہوسکتی۔وہ تو بادشاہنے خوبٹرینکیبلیکو، خوبکھلایاپلایااسکو کہ چوہاآئےگاتو نہیںبھاگےگی۔وہ تو وہوزیرجوہے، اپنے جیبمیںایکچوہارکھکےلےآیا، اور بادشاہ کے وہاںبلی بٹھائیگئی اونچی تخت پہ، اور کہ ابیہجوہےٹرینڈ بلیہے۔</w:t>
      </w:r>
    </w:p>
    <w:p>
      <w:r>
        <w:rPr>
          <w:b/>
        </w:rPr>
        <w:t xml:space="preserve">[23:09] </w:t>
      </w:r>
      <w:r>
        <w:t>To wazir ne jeb se chuha nikala, aur billi chuhe ke peeche daud padi.</w:t>
      </w:r>
    </w:p>
    <w:p>
      <w:pPr>
        <w:jc w:val="right"/>
      </w:pPr>
      <w:r>
        <w:t>تو وزیرنے جیبسے چوہانکالا، اوربلیچوہےکےپیچھےدوڑپڑی۔</w:t>
      </w:r>
    </w:p>
    <w:p>
      <w:r>
        <w:rPr>
          <w:b/>
        </w:rPr>
        <w:t xml:space="preserve">[23:16] </w:t>
      </w:r>
      <w:r>
        <w:t>To yeh jo hai na, training matlab janwaron mein instinct hote hi hain, woh usse govern hote hain. Sirf insaan hai jo apni aqal se sochta hai, apni aqal se faisle karta hai, aur khaas taur par humein jo aqal itni zyada di gayi hai, jisko hum do char percent hi use karte hain, woh is liye di gayi hai ke hum Allah ki marifat hasil karein, Allah ki discover karein.</w:t>
      </w:r>
    </w:p>
    <w:p>
      <w:pPr>
        <w:jc w:val="right"/>
      </w:pPr>
      <w:r>
        <w:t>تو یہجوہےنا، ٹریننگ مطلب جانوروںمیں انسٹنکٹہوتےہیہیں،وہاسسے گورن ہوتےہیں۔ صرف انسان ہے جو اپنی عقلسےسوچتاہے، اپنی عقلسے فیصلےکرتاہے، اور خاص طورپر ہمیںجو عقل اتنیزیادہ دیگئیہے، جسکاہم دوچارپرسنٹہییوزکرتے ہیں، وہ اسلیے دیگئیہےکہ ہم اللہ کی معرفت حاصل کریں، اللہ کی ڈسکوریکریں۔</w:t>
      </w:r>
    </w:p>
    <w:p>
      <w:r>
        <w:rPr>
          <w:b/>
        </w:rPr>
        <w:t xml:space="preserve">[23:44] </w:t>
      </w:r>
      <w:r>
        <w:t>Isi liye itni badi kainat banayi gayi hai ke tarah tarah se humein naye naye experiences hon, inspiration mile, aur hum voluntarily hamare dil se nikle Khuda ki hamd ke Khuda kitna azeem hai, usne saari cheezein insaan ke liye banayi hain.</w:t>
      </w:r>
    </w:p>
    <w:p>
      <w:pPr>
        <w:jc w:val="right"/>
      </w:pPr>
      <w:r>
        <w:t>اسیلیےاتنیبڑی کائناتبنائیگئیہے کہ طرح طرحسےہمیں نئےنئے ایکسپیرینسزہوں،انسپیریشنملے، اور ہم وال نٹ یریلی ہمارے دل سےنکلےخداکیحمد کہخداکتناعظیمہے،اسنےساریچیزیںانسانکےلیےبنائیہیں۔</w:t>
      </w:r>
    </w:p>
    <w:p>
      <w:r>
        <w:rPr>
          <w:b/>
        </w:rPr>
        <w:t xml:space="preserve">[24:02] </w:t>
      </w:r>
      <w:r>
        <w:t>custommediouniverse ka jo science daanon ne bataya hai ke yeh custommediouniverse hai, matlab bilkul aisa lagta hai ke poori kainat insaan hi ke liye banai gayi hai.</w:t>
      </w:r>
    </w:p>
    <w:p>
      <w:pPr>
        <w:jc w:val="right"/>
      </w:pPr>
      <w:r>
        <w:t>کسٹممیڈیونیورس کاجو سائنسدانوںنےبتایاہےکہیہکسٹممیڈیونیورس ہے، مطلب بالکل ایسالگتاہےکہپوری کائنات انسان ہیکےلیے بنائیگئیہے۔</w:t>
      </w:r>
    </w:p>
    <w:p>
      <w:r>
        <w:rPr>
          <w:b/>
        </w:rPr>
        <w:t xml:space="preserve">[24:12] </w:t>
      </w:r>
      <w:r>
        <w:t>to yeh isko humein discover karna hai, aur apni ma'rifat ko badhana hai. Insaan ka yahi goal hai, yeh ladai aur jang waing yeh goal nahi hai.</w:t>
      </w:r>
    </w:p>
    <w:p>
      <w:pPr>
        <w:jc w:val="right"/>
      </w:pPr>
      <w:r>
        <w:t>تو یہ اسکوہمیںڈسکورکرناہے، اور اپنی معرفتکوبڑھاناہے۔انسان کایہیگولہے، یہلڑائیاورجنگ ونگیہگولنہیںہے۔</w:t>
      </w:r>
    </w:p>
    <w:p>
      <w:r>
        <w:rPr>
          <w:b/>
        </w:rPr>
        <w:t xml:space="preserve">[24:22] </w:t>
      </w:r>
      <w:r>
        <w:t>ab khali yeh waqt woh namaz bhi parhte hain to ismein gin li rehte hain, gin le ke namaz kaisi hogi?</w:t>
      </w:r>
    </w:p>
    <w:p>
      <w:pPr>
        <w:jc w:val="right"/>
      </w:pPr>
      <w:r>
        <w:t>ابخالیہروقت وہنمازبھیپڑھتےہیںتو اسمیں گنلیےرہتےہیں، گنلےکےنمازکیسیہوگی؟</w:t>
      </w:r>
    </w:p>
    <w:p>
      <w:r>
        <w:rPr>
          <w:b/>
        </w:rPr>
        <w:t xml:space="preserve">[24:31] </w:t>
      </w:r>
      <w:r>
        <w:t>woh dimaagh to woh lage ga hi nahi, woh is is khuda mein dimaagh to lage ga nahi, bas har waqt khatra rahe ga dushman ka, dushman ka. To is liye insaan nahi banaya gaya hai.</w:t>
      </w:r>
    </w:p>
    <w:p>
      <w:pPr>
        <w:jc w:val="right"/>
      </w:pPr>
      <w:r>
        <w:t>وہدماغتووہلگےگاہینہیں،وہ اس اس خدامیںدماغتولگےگانہیں ، بسہروقتخطرہرہےگادشمنکا،دشمنکا ۔ تو اسلیے انساننہیں بنایاگیاہے۔</w:t>
      </w:r>
    </w:p>
    <w:p>
      <w:r>
        <w:rPr>
          <w:b/>
        </w:rPr>
        <w:t xml:space="preserve">[24:41] </w:t>
      </w:r>
      <w:r>
        <w:t>Allah taala ko khatam karna tha duniya, to Allah taala to ek zabardast earth ko ek aaye, poori duniya khatam ho jaye. To maarne ke liye Allah taala ne nahi logon ko paida kiya hai, balke Khuda ki discovery, Khuda ki ma'rifat haasil karne ke liye paida kiya hai, aur</w:t>
      </w:r>
    </w:p>
    <w:p>
      <w:pPr>
        <w:jc w:val="right"/>
      </w:pPr>
      <w:r>
        <w:t>اللہ تعالی کو ختم کرناتھادنیا،تواللہ تعالیتو ایک زبرد ست ارتھکوایکآئے،پوریدنیا ختمہوجائے۔ تو مارنےکےلیےاللہ تعالینےنہیں لوگوںکوپیدا کیا ہے، بلکہ خداکیڈسکوری، خداکیمعرفت حاصل کرنے کےلیےپیدا کیاہے، اور</w:t>
      </w:r>
    </w:p>
    <w:p>
      <w:r>
        <w:rPr>
          <w:b/>
        </w:rPr>
        <w:t xml:space="preserve">[24:56] </w:t>
      </w:r>
      <w:r>
        <w:t>ma'rifat ka reward jo hai, woh eternal paradise hai. To is liye humein apne aap ko, apne jo hamare andar potentials Khuda ne rakh diye hain, is potential ko realize karke apne aap ko is qabil banana hai ke hum Khuda ki ma'rifat haasil karke jannat ke deserving candidate thehrein. Ji, aap isi tarah ek aur concept jo hai, bada important hai, jisko main chahunga wazeh karein. Concept of fitna,</w:t>
      </w:r>
    </w:p>
    <w:p>
      <w:pPr>
        <w:jc w:val="right"/>
      </w:pPr>
      <w:r>
        <w:t>معرفت کا ریوارڈجوہے،وہ ایٹرنلپیراڈائز ہے۔ تواس لیےہمیں اپنےآپ کو،اپنے جوہمارےاندر پوٹینشلز خدانےرکھ دیےہیں،اسپوٹینشلکو ریلائزکرکے اپنےآپکو اسقابلبناناہےکہہمخداکیمعرفت حاصل کرکے جن ت کےکےڈیزرونگکینڈیڈیٹٹھہریں۔جی، آپ ااسیطرح ایکاور کانسیپٹجوہے،بڑاامپورٹنٹ ہے، جسکو میںچاہوںگاواضحکریں۔کانسیپٹآففتنہ،</w:t>
      </w:r>
    </w:p>
    <w:p>
      <w:r>
        <w:rPr>
          <w:b/>
        </w:rPr>
        <w:t xml:space="preserve">[25:24] </w:t>
      </w:r>
      <w:r>
        <w:t>jaise Quran mein bhi chapter eight mein aaya hai ke "fight till there is no persecution and religion be holy God", to kafi misquote aur misinterpret hota hai. To main chahunga isko bhi aap achhe se wazeh karein.</w:t>
      </w:r>
    </w:p>
    <w:p>
      <w:pPr>
        <w:jc w:val="right"/>
      </w:pPr>
      <w:r>
        <w:t>جیسےقرآنمیںبھیچیپٹرایٹمیںآیاہےکہ "فائٹ ٹلدیرازنوپرسیکیوشن اینڈداریلیجنبی ہولیگاڈ"،تو کافی مس کوٹاورمس انٹرپریٹہوتاہے۔تومیںچاہوںگااسکوبھی آپ اچھےسےواضحکریں۔</w:t>
      </w:r>
    </w:p>
    <w:p>
      <w:r>
        <w:rPr>
          <w:b/>
        </w:rPr>
        <w:t xml:space="preserve">[25:39] </w:t>
      </w:r>
      <w:r>
        <w:t>fitna bhi wohi hai ke logon ne isko samjha nahi hai, iske kuch ke kuch ma'ni bana liye hain.</w:t>
      </w:r>
    </w:p>
    <w:p>
      <w:pPr>
        <w:jc w:val="right"/>
      </w:pPr>
      <w:r>
        <w:t>فتنہبھیوہیہےکہ لوگوںنےاسکوسمجھا نہیںہے، اسکےکچھکےکچھمعنیبنالیےہیں۔</w:t>
      </w:r>
    </w:p>
    <w:p>
      <w:r>
        <w:rPr>
          <w:b/>
        </w:rPr>
        <w:t xml:space="preserve">[25:46] </w:t>
      </w:r>
      <w:r>
        <w:t>to jahan dekhte hain ke doosri qaumon se unhein koi takleef pahunch rahi hai, koi problem create ho raha hai, to isi ko fitna samajhne lagte hain. Matlab dunyavi cheezon, dunyavi masail ko woh samajhte hain yeh fitna hai, aur phir isi ke bare mein woh ya to negative ho jayenge, ya to tarah tarah se sochenge ke is masle ko jang ke zariye se kaise hal kiya ja</w:t>
      </w:r>
    </w:p>
    <w:p>
      <w:pPr>
        <w:jc w:val="right"/>
      </w:pPr>
      <w:r>
        <w:t>تو جہاںدیکھتےہیںکہ دوسری قوموںسےانہیں کوئی تکلیفپہنچرہیہے،کوئی پرابلم کریٹہورہاہے، تو اسیکوفتنہسمجھنےلگتےہیں۔مطلب دنیا وی چیزوں، دنیا ویمسائلکووہسمجھتےہیںیہفتنہہے، اور پھر اسی کےبارےمیں وہ یاتونیگیٹیوہوجائیںگے،یاتو طرح طرحسے سوچیںگےکہ اسمسئلےکو جنگ کےذریعےسےکیسےحلکیاج</w:t>
      </w:r>
    </w:p>
    <w:p>
      <w:r>
        <w:rPr>
          <w:b/>
        </w:rPr>
        <w:t xml:space="preserve">[26:13] </w:t>
      </w:r>
      <w:r>
        <w:t>aye. To yeh dekhiye, yeh yeh yeh bhi woh yeh hai. Quran mein aaya hai fitna ke to fitna Quran mein aaya hai jo uska ma'ni hai religious persecution.</w:t>
      </w:r>
    </w:p>
    <w:p>
      <w:pPr>
        <w:jc w:val="right"/>
      </w:pPr>
      <w:r>
        <w:t>ائے۔ تو یہ دیکھیے،یہ یہبھی وہیہے۔ قرآنمیںآیاہے فتنہ کہتوفتنے قرآنمیںآیاہےجواسکا معنیہے ریلیجسپرسیکیوشن۔</w:t>
      </w:r>
    </w:p>
    <w:p>
      <w:r>
        <w:rPr>
          <w:b/>
        </w:rPr>
        <w:t xml:space="preserve">[26:24] </w:t>
      </w:r>
      <w:r>
        <w:t>ismein hai na ke fitne ko khatam karo taake deen sirf Allah ka ho jaye. To deen Allah ka ho jaye, matlab poora Quran ko apne hisab se unhone apni apne dimaagh se interpret kiya hai. Haalanke yeh bahut gunah ka kaam hai</w:t>
      </w:r>
    </w:p>
    <w:p>
      <w:pPr>
        <w:jc w:val="right"/>
      </w:pPr>
      <w:r>
        <w:t>اسمیںہےنا کہ فت نےکوختمکروتاکہ دین صرف اللہ کاہوجائے۔ تو دیناللہ کاہوجائے،مطلب پورا قرآنکو اپنے حسابسےانہوں نےاپنی اپنے دماغ سے انٹرپریٹکیاہے۔حالانکہیہبہت گناہکاکامہے</w:t>
      </w:r>
    </w:p>
    <w:p>
      <w:r>
        <w:rPr>
          <w:b/>
        </w:rPr>
        <w:t xml:space="preserve">[26:40] </w:t>
      </w:r>
      <w:r>
        <w:t>ke deen Allah ka ho jaye. Yeh thoda ke hai ke poori duniya Allah ki ho jaye. Ab yeh jo kainat, yeh jo earth hai na, yeh jo zara hota hai iska sand ka, is poori kainat ke muqable mein jo sand ka zara hota hai na, uske bhi laakhon hisse banaye jayein to is kainat ke muqable mein earth kitni hi qeemat hai, kitni hi badi hai. Matlab to ab woh kehte hain ke sari duniya mein Allah ki hukumat chal rahi hai,</w:t>
      </w:r>
    </w:p>
    <w:p>
      <w:pPr>
        <w:jc w:val="right"/>
      </w:pPr>
      <w:r>
        <w:t>کہدیناللہ کاہوجائے۔یہتھوڑیکہاہےکہپوریدنیا اللہ کیہوجائے۔ اب یہجو کائنات،یہجو ارتھہےنا، یہجو ذرہہوتاہے اسکا سینڈکا، اس پوریکائناتکے مقابلےمیں جو سینڈکاذرہہوتاہےنا، اسکے بھی لاکھوںحصےبنائےجائیں تو اس کائناتکےمقابلےمیںارتھکیاتنیہیقیمتہے، اتنیہیبڑیہے۔مطلب تو اب وہکہتےہیںکہ ساریدنیا میں اللہ کیحکومت چلرہیہے،</w:t>
      </w:r>
    </w:p>
    <w:p>
      <w:r>
        <w:rPr>
          <w:b/>
        </w:rPr>
        <w:t xml:space="preserve">[27:10] </w:t>
      </w:r>
      <w:r>
        <w:t>to is duniya mein bhi Allah ki hukumat chalani hai. To Allah ne ki to chal hi rahi hai har jagah. To yeh jo sari jo kainat insaan ke ilawa sab kuch hai, woh woh Allah hi chala raha hai, usi ke mutabiq sara govern ho raha hai.</w:t>
      </w:r>
    </w:p>
    <w:p>
      <w:pPr>
        <w:jc w:val="right"/>
      </w:pPr>
      <w:r>
        <w:t>تو اسدنیا میںبھیاللہ کیحکومت چلانیہے۔ تو اللہ نے کیتوچلہیرہیہےہرجگہ۔ تویہ جو ساریجو کائنات انسانکے علاوہ سبکچھہے،وہ وہ اللہ ہیچلارہاہے، اسیکےمط ابق ساراگورنہورہاہے۔</w:t>
      </w:r>
    </w:p>
    <w:p>
      <w:r>
        <w:rPr>
          <w:b/>
        </w:rPr>
        <w:t xml:space="preserve">[27:25] </w:t>
      </w:r>
      <w:r>
        <w:t>Allah ke farishte chala rahe hain. To yeh masla nahi hai. Masla yeh hai ke deen Allah ka ho jaye.</w:t>
      </w:r>
    </w:p>
    <w:p>
      <w:pPr>
        <w:jc w:val="right"/>
      </w:pPr>
      <w:r>
        <w:t>اللہ کےفرشتےچلاتےہیں۔ تو یہ مسئلہنہیںہے۔ مسئلہیہہےکہ دیناللہ کاہوجائے۔</w:t>
      </w:r>
    </w:p>
    <w:p>
      <w:r>
        <w:rPr>
          <w:b/>
        </w:rPr>
        <w:t xml:space="preserve">[27:34] </w:t>
      </w:r>
      <w:r>
        <w:t>deen ka Allah ka hone ka matlab hai ke woh religious persecution jo tha, to kisi ko agar koi naya deen qabool karta tha to uske bahut zyada maarte the, takleef dete the, Arab mein garam ret mein latate the, namaz nahi parhne dete the.</w:t>
      </w:r>
    </w:p>
    <w:p>
      <w:pPr>
        <w:jc w:val="right"/>
      </w:pPr>
      <w:r>
        <w:t>دینکااللہ کاہونےکامطلبہےکہوہ ریلیجسپرسیکیوشنجوتھا، تو کسی کو اگر کوئینیادینقبول کرتاتھاتواسکےبہتزیادہ مارتےتھے،تکلیفدیتےتھے، عرب میں گرمریتمیںلٹاتےتھے، نمازنہیںپڑھنےدیتےتھے۔</w:t>
      </w:r>
    </w:p>
    <w:p>
      <w:r>
        <w:rPr>
          <w:b/>
        </w:rPr>
        <w:t xml:space="preserve">[27:50] </w:t>
      </w:r>
      <w:r>
        <w:t>yeh yeh yeh yeh cheez khatam ho jaye. Insaan ko azaadi ho. Dekhein, Allah taala ne azaadi di hai ke jab tumhare saamne bhalai aur burai aaye to tum bhalai ko opt karo,</w:t>
      </w:r>
    </w:p>
    <w:p>
      <w:pPr>
        <w:jc w:val="right"/>
      </w:pPr>
      <w:r>
        <w:t>یہ یہ یہ یہچیز ختمہوجائے۔ انسانکو آزادیہو ۔ دیکھیں،اللہ تعالینے آز ادی دیہے کہجبتمہارےسامنے بھلائیاوربر ائیآئےتوتم بھلائیکو اپٹکرو،</w:t>
      </w:r>
    </w:p>
    <w:p>
      <w:r>
        <w:rPr>
          <w:b/>
        </w:rPr>
        <w:t xml:space="preserve">[28:04] </w:t>
      </w:r>
      <w:r>
        <w:t>burai ko chhod do. Burai ka matlab shaitan ka rasta woh chodo aur angel ke raste ko apnao. To bas azaadi. Aur Hazrat Abdullah ibn Umar ne kaha hai ke humne to fitna khatam kar diya.</w:t>
      </w:r>
    </w:p>
    <w:p>
      <w:pPr>
        <w:jc w:val="right"/>
      </w:pPr>
      <w:r>
        <w:t>برائیکوچھوڑدو ۔ برائیکامطلب شیطانکاراستہوہچھوڑو اور اینجل کےراستےکو اپناؤ۔ تو بس آز ادی۔ اور حضرت عبداللہابنعمر نےکہاہیکہہمنےتوفتنہختمکردیا ۔</w:t>
      </w:r>
    </w:p>
    <w:p>
      <w:r>
        <w:rPr>
          <w:b/>
        </w:rPr>
        <w:t xml:space="preserve">[28:17] </w:t>
      </w:r>
      <w:r>
        <w:t>matlab woh daur hi khatam ho gaya, mazhabi religious persecution ka daur hi khatam ho gaya. To woh samajhte hain ke har masla jo ho raha hai duniya mein and doosri hukumaton se, woh hum woh fitna hai.</w:t>
      </w:r>
    </w:p>
    <w:p>
      <w:pPr>
        <w:jc w:val="right"/>
      </w:pPr>
      <w:r>
        <w:t>مطلبوہ دورہیختمہوگیا، مذہبی ریلیجسپرسیکیوشنکادورہیختمہوگیا۔ تو وہ سمجھتےہیںکہہر مسئلہجوہورہاہےدنیا میں اندوسری حکومت وںسے،وہ ہموہفتنہہے۔</w:t>
      </w:r>
    </w:p>
    <w:p>
      <w:r>
        <w:rPr>
          <w:b/>
        </w:rPr>
        <w:t xml:space="preserve">[28:29] </w:t>
      </w:r>
      <w:r>
        <w:t>to har cheez ka galat interpretation woh dete hain.</w:t>
      </w:r>
    </w:p>
    <w:p>
      <w:pPr>
        <w:jc w:val="right"/>
      </w:pPr>
      <w:r>
        <w:t>تو ہرچیز کاغلط انٹرپریٹیشنوہ دیتےہیں۔</w:t>
      </w:r>
    </w:p>
    <w:p>
      <w:r>
        <w:rPr>
          <w:b/>
        </w:rPr>
        <w:t xml:space="preserve">[28:35] </w:t>
      </w:r>
      <w:r>
        <w:t>woh samajhte nahi ke woh jo jabr system jo tha, jisko Henry Pirenne ne absolute imperialism kaha hai, to jabr system to khatam ho gaya jab Sasanid Empire aur aur Roman Empire khatam</w:t>
      </w:r>
    </w:p>
    <w:p>
      <w:pPr>
        <w:jc w:val="right"/>
      </w:pPr>
      <w:r>
        <w:t>وہ سمجھتےنہیں کہوہجوجبرینظامجو تھا، جسکو ہنریپر یننے ایبسولیوٹ ایمپیریلزمکہاہے، تو جب رینظامتوختمہوگیا جب سیسینیڈایمپائراور اوررومنایمپائرختم</w:t>
      </w:r>
    </w:p>
    <w:p>
      <w:r>
        <w:rPr>
          <w:b/>
        </w:rPr>
        <w:t xml:space="preserve">[28:48] </w:t>
      </w:r>
      <w:r>
        <w:t>hui na. Ab bahut mehnat se, bahut zyada sacrifices ke zariye se isko khatam kiya gaya, kyunke wohi jo hai apne jo jabr system ke tehat wohi fitna paida kiye hue the. Kyunke woh us zamaney mein ek to state religion hota tha, koi doosra mazhab ikhtiyar karne ki ijazat nahi thi. Koi karta tha usko marwa dete the.</w:t>
      </w:r>
    </w:p>
    <w:p>
      <w:pPr>
        <w:jc w:val="right"/>
      </w:pPr>
      <w:r>
        <w:t>ہوئی نا۔ اببہت محنتسے ،بہت زیادہ سیکریفائسزکےذریعےسے اسکوختم کیا گیا،کیونکہ وہیجوہے اپنے جو جب رینظام کےتحت وہی فتنہ پیدا کیےہوئےتھے۔کیونکہوہ ان اسزمان ےمیں ایکتواسٹیٹ ریلیجنہوتاتھا، کوئیدوسرا مذہب اختیارکرنے کیاجازتنہیںتھی۔کوئیکرتاتواسکو مروادیتےتھے۔</w:t>
      </w:r>
    </w:p>
    <w:p>
      <w:r>
        <w:rPr>
          <w:b/>
        </w:rPr>
        <w:t xml:space="preserve">[29:11] </w:t>
      </w:r>
      <w:r>
        <w:t>Ashab Kahf the, woh bhi yeh masla tha.</w:t>
      </w:r>
    </w:p>
    <w:p>
      <w:pPr>
        <w:jc w:val="right"/>
      </w:pPr>
      <w:r>
        <w:t>اصحابکہ فجوتھے، وہ بھییہیمسئلہتھا۔</w:t>
      </w:r>
    </w:p>
    <w:p>
      <w:r>
        <w:rPr>
          <w:b/>
        </w:rPr>
        <w:t xml:space="preserve">[29:14] </w:t>
      </w:r>
      <w:r>
        <w:t>to woh Isaiyat shuru shuru mein Isaiyat Isaiyon par bahut persecution hota tha na. Ji, to woh log Isai ho gaye the.</w:t>
      </w:r>
    </w:p>
    <w:p>
      <w:pPr>
        <w:jc w:val="right"/>
      </w:pPr>
      <w:r>
        <w:t>تو وہعیسائیت شروع شروعمیںعیسائیت عیسائیوںپربہت پرسیکیوشنہوتاتھانا۔ جی،تووہلوگ عیسائیہوگئےتھے۔</w:t>
      </w:r>
    </w:p>
    <w:p>
      <w:r>
        <w:rPr>
          <w:b/>
        </w:rPr>
        <w:t xml:space="preserve">[29:23] </w:t>
      </w:r>
      <w:r>
        <w:t>aur to in logon ne sab maarne ke liye daudaya, to woh jaake ghar mein chhu gaye. To yeh hota tha. Yeh asas phenomenon ko khatam karna tha ke insaan azaad hai, apni marzi se sachai ko accept kare ya na kare, uski marzi hai.</w:t>
      </w:r>
    </w:p>
    <w:p>
      <w:pPr>
        <w:jc w:val="right"/>
      </w:pPr>
      <w:r>
        <w:t>اورتو انلوگوںنے سب مارنےکےلیےدوڑایا،تووہجاکے غارمیںچھپگئے۔ تو یہہوتاتھا۔ یہ اساس فیناومیناکوختمکرناتھا کہ انسان آزادہے،اپنی مرضیسے سچائیکو ایکسیپٹکرے یا نہکرے،اسکیمرضیہے۔</w:t>
      </w:r>
    </w:p>
    <w:p>
      <w:r>
        <w:rPr>
          <w:b/>
        </w:rPr>
        <w:t xml:space="preserve">[29:40] </w:t>
      </w:r>
      <w:r>
        <w:t>to koi bhi ismein laa ikraaha fiddin, koi zor zabardast nahi hai. To yehi ayat hai na Surah Baqarah mein ke inse lado yahan tak ke fitna baqi na rahe.</w:t>
      </w:r>
    </w:p>
    <w:p>
      <w:pPr>
        <w:jc w:val="right"/>
      </w:pPr>
      <w:r>
        <w:t>تو کوئیبھی اسمیں لااک راہفیالدین، کوئی زورزبرد ستینہیںہے۔ تویہیآیتہےنا سورہ بقرہمیں کہ انسےلڑویہاںتک کہفتنہ باقینہرہے۔</w:t>
      </w:r>
    </w:p>
    <w:p>
      <w:r>
        <w:rPr>
          <w:b/>
        </w:rPr>
        <w:t xml:space="preserve">[29:52] </w:t>
      </w:r>
      <w:r>
        <w:t>to woh to allah ne hukm diya, rasool allah (saw) aur aap ke ashaab ne fitna ko khatm kar diya. ab hum jo kar rahe hain, dunya bhar mein jagah jagah jang kar rahe hain, woh to fitna ko dobara qaim karna hai, dobara wapas lana hai.</w:t>
      </w:r>
    </w:p>
    <w:p>
      <w:pPr>
        <w:jc w:val="right"/>
      </w:pPr>
      <w:r>
        <w:t>تو وہتو اللہ نےحکمدیا، رسولاللہصلیاللہعلیہوسلم اور آپکے اصحابنےفتنہکوختمکردیا۔ اب ہمجو کررہےہیں، دنیا بھرمیں جگہجگہ جنگ یںکررہےہیں، وہتو فت نےکو دوبارہقائمکرناہے،دوبارہواپسلاناہے۔</w:t>
      </w:r>
    </w:p>
    <w:p>
      <w:r>
        <w:rPr>
          <w:b/>
        </w:rPr>
        <w:t xml:space="preserve">[30:09] </w:t>
      </w:r>
      <w:r>
        <w:t>to yeh sab baatein jo hain, in ko samajhna padega, tabhi woh kuch kaam kar sakenge. warna jaise saare mulk barbad kiye hain unhone, aise hi falasteen bhi barbad ho jayega.</w:t>
      </w:r>
    </w:p>
    <w:p>
      <w:pPr>
        <w:jc w:val="right"/>
      </w:pPr>
      <w:r>
        <w:t>تو یہیسبباتیںجوہیں، انکو سمجھناپڑےگا،تبھی وہ کچھکام کرسکیںگے۔ورنہجیسے سارےملکبربادکیےہیںانہوںنے،ایسےہیفلسطینبھیبربادہوجائےگا۔</w:t>
      </w:r>
    </w:p>
    <w:p>
      <w:r>
        <w:rPr>
          <w:b/>
        </w:rPr>
        <w:t xml:space="preserve">[30:22] </w:t>
      </w:r>
      <w:r>
        <w:t>to ab toh dekhiye, woh political power ko pehle zamaney mein political power hi sab kuch hota tha. woh agricultural age tha, badshah ke paas saari zameen hoti thi, usi ke paas power hota tha.</w:t>
      </w:r>
    </w:p>
    <w:p>
      <w:pPr>
        <w:jc w:val="right"/>
      </w:pPr>
      <w:r>
        <w:t>تو ابتودیکھیے، وہپولیٹیکلپاورکو پہلے زمان ےمیںپولیٹیکلپاور ہیسبکچھہوتاتھا۔ وہایگریکلچرل ایجتھا، بادشاہکےپاس ساریزمین یںہوتیتھیں، اسیکےپاسپاورہوتاتھا۔</w:t>
      </w:r>
    </w:p>
    <w:p>
      <w:r>
        <w:rPr>
          <w:b/>
        </w:rPr>
        <w:t xml:space="preserve">[30:37] </w:t>
      </w:r>
      <w:r>
        <w:t>to woh is zamaney mein toh bhai, jiske paas political power nahi hota tha, woh kuch kar bhi nahi pata tha. toh aaj toh itne idare hain, tarah tarah ke, balkeh woh log kuch nahi kar sakte.</w:t>
      </w:r>
    </w:p>
    <w:p>
      <w:pPr>
        <w:jc w:val="right"/>
      </w:pPr>
      <w:r>
        <w:t>تو وہ اس زمان ےمیں تو بھئی،جسکےپاس پولیٹیکلپاورنہیںہوتاتھا،وہکچھکربھینہیںپاتاتھا۔ تو آجتو اتنے ادارےہیں،طرح طرح کے، بلکہوہ لوگکچھنہیںکرسکتے۔</w:t>
      </w:r>
    </w:p>
    <w:p>
      <w:r>
        <w:rPr>
          <w:b/>
        </w:rPr>
        <w:t xml:space="preserve">[30:48] </w:t>
      </w:r>
      <w:r>
        <w:t>doosre jo idare hain, agencies hain, bade bade, woh kaam kar rahe hain. aur political jo idara hai, woh inhi logon ke asar mein rehta hai, kyunke saari economy sab kuch inhi ke upar depend karti hai.</w:t>
      </w:r>
    </w:p>
    <w:p>
      <w:pPr>
        <w:jc w:val="right"/>
      </w:pPr>
      <w:r>
        <w:t>دوسرےجوادارےہیں،اینجیاوزہیں،بڑےبڑے، وہ کام کررہےہیں۔ اور پولیٹیکل جو ادارہہے،وہ انہیلوگوںکے اثرمیں رہتاہے، کیونکہ ساری اکانومیسبکچھانہیکےاوپرڈیپینڈکرتیہے۔</w:t>
      </w:r>
    </w:p>
    <w:p>
      <w:r>
        <w:rPr>
          <w:b/>
        </w:rPr>
        <w:t xml:space="preserve">[31:00] </w:t>
      </w:r>
      <w:r>
        <w:t>to yeh sab cheezein samajhte nahi hain. asal mein nafrat jo hai, woh aadmi ko andha bahra bana deti hai.</w:t>
      </w:r>
    </w:p>
    <w:p>
      <w:pPr>
        <w:jc w:val="right"/>
      </w:pPr>
      <w:r>
        <w:t>تو یہ سبچیزیںسمجھتےنہیں۔اصلمیں نفرت جوہے،وہ آدمیکواندھابہرابنادیتیہے۔</w:t>
      </w:r>
    </w:p>
    <w:p>
      <w:r>
        <w:rPr>
          <w:b/>
        </w:rPr>
        <w:t xml:space="preserve">[31:07] </w:t>
      </w:r>
      <w:r>
        <w:t>woh ek dum nafrat se bhare hue hain aur kuch soch nahi sakte ke mil jul kar rehne mein jo faida hai, woh jang kar ke thodi faida hai. woh toh jo kuch hai, woh bhi barbad kar rahe hain.</w:t>
      </w:r>
    </w:p>
    <w:p>
      <w:pPr>
        <w:jc w:val="right"/>
      </w:pPr>
      <w:r>
        <w:t>وہایکدم نفرتسےبھرےہوئےہیں اورکچھسوچنہیںسکتےکہ مل جلکررہنےمیںجو فائدہہے، وہ جنگ کرکےتھوڑیفائدہہے۔وہتوجوکچھہے، وہبھیبربادکررہےہیں۔</w:t>
      </w:r>
    </w:p>
    <w:p>
      <w:r>
        <w:rPr>
          <w:b/>
        </w:rPr>
        <w:t xml:space="preserve">[31:20] </w:t>
      </w:r>
      <w:r>
        <w:t>to yeh hai.</w:t>
      </w:r>
    </w:p>
    <w:p>
      <w:pPr>
        <w:jc w:val="right"/>
      </w:pPr>
      <w:r>
        <w:t>تو یہہے۔</w:t>
      </w:r>
    </w:p>
    <w:p>
      <w:r>
        <w:rPr>
          <w:b/>
        </w:rPr>
        <w:t xml:space="preserve">[31:24] </w:t>
      </w:r>
      <w:r>
        <w:t>ji, aur aap ek cheez aur bhi hai. aaj ke zamaney mein agar dekhein toh jaise maulana ne bhi jo emphasize karaha hai, "that they are emphasized and the context of trials and challenges which an individual or community faces", and he has to say "that they should face it with wisdom, with patience, and by adhering to the principles of the Quran". lekin log aksar kya hai ke woh literal cheezon mein phans ke usko out of context apply karte</w:t>
      </w:r>
    </w:p>
    <w:p>
      <w:pPr>
        <w:jc w:val="right"/>
      </w:pPr>
      <w:r>
        <w:t>جی، اور آپ اایکچیزاوربھیہے۔آجکےزمان ےمیںاگردیکھیںتو جیسےمول انانےبھیجو ایمفس ائزکراہے، "دیٹہیازایمفس ائزاندیکانٹیکسٹآف ٹرائلزاینڈچیلنجز وچاین ڈانڈیویجولاورک میونٹیفیس"، اینڈہیازٹوسے"دیٹیوشوڈ فیس اٹ ود وز ڈم، ودپیشنس، اینڈبائیایڈیرنگٹوداپرنسپلزآف دی قرآن"۔لیکن لوگ اکثرکیاہےکہوہ لٹرلچیزوںمیںپھنسکے اسکو آؤٹآف کانٹیکسٹ اپلائیکرتے</w:t>
      </w:r>
    </w:p>
    <w:p>
      <w:r>
        <w:rPr>
          <w:b/>
        </w:rPr>
        <w:t xml:space="preserve">[31:53] </w:t>
      </w:r>
      <w:r>
        <w:t>hain. "That is where the problem occurs." Toh aap isi liye mera agla sawal bhi yahi hai. Aap ne war ka bhi abhi peeche zikr kiya, kyunke aksar hum dekhte hain ke foran jo hai baat cheet pahunch jati hai ke "we should declare war against the non-Muslims."</w:t>
      </w:r>
    </w:p>
    <w:p>
      <w:pPr>
        <w:jc w:val="right"/>
      </w:pPr>
      <w:r>
        <w:t>ہیں۔ "دیٹازویئردا پرابلم اک رز"۔ توآپااسیلیے میرااگلاسوالبھییہیہے۔آپنےوارکابھیابھیپیچھے ذکرکیا، کیونکہ اکثرہمیہدیکھتےہیںکہفوراًجوہے باتچیت پہنچجاتیہےکہ "ویشوڈڈیکلیئروار اگینسٹ دانانمسلمز"۔</w:t>
      </w:r>
    </w:p>
    <w:p>
      <w:r>
        <w:rPr>
          <w:b/>
        </w:rPr>
        <w:t xml:space="preserve">[32:09] </w:t>
      </w:r>
      <w:r>
        <w:t>jab ke agar hum islam mein dekhein toh "peace is the rule and war is an excep</w:t>
      </w:r>
    </w:p>
    <w:p>
      <w:pPr>
        <w:jc w:val="right"/>
      </w:pPr>
      <w:r>
        <w:t>جب کہاگرہماسلام میںدیکھیںتو "پیس از ارولاین ڈوارازاینایک</w:t>
      </w:r>
    </w:p>
    <w:p>
      <w:r>
        <w:rPr>
          <w:b/>
        </w:rPr>
        <w:t xml:space="preserve">[32:14] </w:t>
      </w:r>
      <w:r>
        <w:t>tion". Maulana Wahiduddin Khan sahib ne behtareen likha hai is par, and he has to say "that even in the case of defensive war, one has to see the result.</w:t>
      </w:r>
    </w:p>
    <w:p>
      <w:pPr>
        <w:jc w:val="right"/>
      </w:pPr>
      <w:r>
        <w:t>سیپشن"۔مولاناویدالدینخانصاحبنےبہتلکھاہےاسپر ، اینڈ ہیازٹوسے"دیٹ ایون ان داکیسآف ڈیفینسووار،ونہیزٹوسیدارزلٹ۔</w:t>
      </w:r>
    </w:p>
    <w:p>
      <w:r>
        <w:rPr>
          <w:b/>
        </w:rPr>
        <w:t xml:space="preserve">[32:24] </w:t>
      </w:r>
      <w:r>
        <w:t>forget about the aggressive war that we talk about". toh aap, main chahunga ke aap hum sab ke liye is cheez ko clarify karein ke conditions of war kya hain, kin conditions pe jo war hai, woh jaiz ho jata hai.</w:t>
      </w:r>
    </w:p>
    <w:p>
      <w:pPr>
        <w:jc w:val="right"/>
      </w:pPr>
      <w:r>
        <w:t>فورگیٹاباؤٹدیایگریسو واردیٹویٹاکاباؤٹ"۔توآپا،میںچاہوںگاکہآپ ہمسب کےلیےاسچیزکو کلی ریفائیکریںکہ کنڈیشنزآفوارکیا ہیں، کن کنڈیشنز پہ جو وارہے،وہ جائزہوجاتاہے۔</w:t>
      </w:r>
    </w:p>
    <w:p>
      <w:r>
        <w:rPr>
          <w:b/>
        </w:rPr>
        <w:t xml:space="preserve">[32:38] </w:t>
      </w:r>
      <w:r>
        <w:t>because aksar conversations mein toh har cheez ka masla yahi hai ke bas attack kar diya jaye, war declare kar diya jaye. toh usko aap aap wazeh karein.</w:t>
      </w:r>
    </w:p>
    <w:p>
      <w:pPr>
        <w:jc w:val="right"/>
      </w:pPr>
      <w:r>
        <w:t>بیکاز اکثر کنورسیشنزمیںتو ہرچیزکامسئلہیہیہےکہبس اٹیککردیاجائے، وارڈیکلیئرکردیاجائے۔تواسکوآپ آپ واضحکریں۔</w:t>
      </w:r>
    </w:p>
    <w:p>
      <w:r>
        <w:rPr>
          <w:b/>
        </w:rPr>
        <w:t xml:space="preserve">[32:50] </w:t>
      </w:r>
      <w:r>
        <w:t>asal mein jang toh aaj kal jo hai na, awam lad rahe hain. gorilla war hai, proxy war hai, saari jo war hain, non-state actors, non-state actors jo hain, wahi sab involve hain.</w:t>
      </w:r>
    </w:p>
    <w:p>
      <w:pPr>
        <w:jc w:val="right"/>
      </w:pPr>
      <w:r>
        <w:t>اصلمیں جنگ توآجکلجوہےنا،عواملڑرہےہیں۔ گوریلاوارہے،پراکسیوارہے، ساریجووارہے، ناناسٹیٹایکٹرز،ناناسٹیٹایکٹرزجوہیں،وہی سب انوالوہیں۔</w:t>
      </w:r>
    </w:p>
    <w:p>
      <w:r>
        <w:rPr>
          <w:b/>
        </w:rPr>
        <w:t xml:space="preserve">[33:01] </w:t>
      </w:r>
      <w:r>
        <w:t>to ab agar koi government involve hai toh woh proxy war hai, woh direct thodi aati hai battlefield mein,</w:t>
      </w:r>
    </w:p>
    <w:p>
      <w:pPr>
        <w:jc w:val="right"/>
      </w:pPr>
      <w:r>
        <w:t>تو اباگر کوئی گورنمنٹانوالوہےتووہپراکسیوارہے،وہڈائریکٹتھوڑیآتیہےبیٹلفیلڈمیں،</w:t>
      </w:r>
    </w:p>
    <w:p>
      <w:r>
        <w:rPr>
          <w:b/>
        </w:rPr>
        <w:t xml:space="preserve">[33:07] </w:t>
      </w:r>
      <w:r>
        <w:t>bas in logon ko, in logon ko madad karti hai. toh war toh bilkul total sense mein galat hai, kyunke zamanah badal gaya hai.</w:t>
      </w:r>
    </w:p>
    <w:p>
      <w:pPr>
        <w:jc w:val="right"/>
      </w:pPr>
      <w:r>
        <w:t>بس انلوگوںکو،انلوگوںکو مد دکرتیہے۔ تو وارتو بالکل ٹوٹل سینسمیں غلطہے، کیونکہ زمان ہبدلگیاہے۔</w:t>
      </w:r>
    </w:p>
    <w:p>
      <w:r>
        <w:rPr>
          <w:b/>
        </w:rPr>
        <w:t xml:space="preserve">[33:16] </w:t>
      </w:r>
      <w:r>
        <w:t>ab yeh war ka zamanah nahi hai, jis ne jo bhi war kar raha hai. azerbaijan aur Ukraine ka dekhiye, koi masle ka koi hal nahi, kyunke islam mein ek bahut badi cheez hai ke hamare actions jo hain, woh result oriented hona chahiye.</w:t>
      </w:r>
    </w:p>
    <w:p>
      <w:pPr>
        <w:jc w:val="right"/>
      </w:pPr>
      <w:r>
        <w:t>ابیہوارکازمان ہہینہیں ہے، جس نے جوبھیوارکررہاہے۔ ابروساور یوکرینکاواردیکھیے،کوئیمسئلےکاکوئیحلنہیں ، کیونکہ اسلام میںایک بہت بڑیچیزہےکہ ہمارے ایک شنزجوہیں،وہ رزلٹاور ینٹڈہوناچاہیے۔</w:t>
      </w:r>
    </w:p>
    <w:p>
      <w:r>
        <w:rPr>
          <w:b/>
        </w:rPr>
        <w:t xml:space="preserve">[33:31] </w:t>
      </w:r>
      <w:r>
        <w:t>jang for the sake of jang nahi, is mein kuch uska jo hai achha result aana chahiye. achha result aa nahi raha hai toh phir usko chhod dein, doosre field mein kaam karein.</w:t>
      </w:r>
    </w:p>
    <w:p>
      <w:pPr>
        <w:jc w:val="right"/>
      </w:pPr>
      <w:r>
        <w:t>جنگ فار داسیکآفجنگ نہیں ، اسمیں کچھ اسکا جوہےاچھارزلٹآناچاہیے۔ اچھارزلٹآنہیںرہاہے توپھراسکو چھوڑدیں،دوسرے فیلڈمیںکامکریں۔</w:t>
      </w:r>
    </w:p>
    <w:p>
      <w:r>
        <w:rPr>
          <w:b/>
        </w:rPr>
        <w:t xml:space="preserve">[33:44] </w:t>
      </w:r>
      <w:r>
        <w:t>to jang jo hai, log samajhte hain ke jaise namaz roza karna hai, waise hi jang bhi karna hai. har waqt sab ko jang ke liye uksate rehte hain.</w:t>
      </w:r>
    </w:p>
    <w:p>
      <w:pPr>
        <w:jc w:val="right"/>
      </w:pPr>
      <w:r>
        <w:t>تو جنگ جوہے،لوگ سمجھتےہیں کہجیسےنمازروزہکرناہے،ویسےہیجنگبھیکرناہے۔ ہرہروقتسبکو جنگ کےلیے اکساتےرہتےہیں۔</w:t>
      </w:r>
    </w:p>
    <w:p>
      <w:r>
        <w:rPr>
          <w:b/>
        </w:rPr>
        <w:t xml:space="preserve">[33:54] </w:t>
      </w:r>
      <w:r>
        <w:t>namazon mein jo duaein karte hain, and make us succeed karne ki, and make us destroy karne ki, and we to destroy ho nahi raha hai. toh kyunke rasool allah (saw) ne toh yeh tareeqa ikhtiyar nahi kiya, kyunke agar hum quran par, hadith par, rasool allah (saw) ke uswa par nahi chalenge toh hum hazar baras tak jang karte rahenge, hamein kuch milne wala nahi hai.</w:t>
      </w:r>
    </w:p>
    <w:p>
      <w:pPr>
        <w:jc w:val="right"/>
      </w:pPr>
      <w:r>
        <w:t>نمازوںمیں جو دعائیںکرتے ہیں، این میکےتحسنحسکرنےکی ، این میکوڈسٹروائےکرنےکی،اینمیتو ڈسٹروائےہونہیںرہاہے۔ تو کیونکہرسولاللہصلیاللہعلیہوسلمنےتویہطریقہاختیارکیانہیں ، کیونکہ اگر ہم قرآنپر، حدیثپر،رسولاللہصلیاللہعلیہوسلمکےاسوےپر نہیں چلیںگےتوہم ہزار برستک جنگ کرتےرہیںگے، ہمیںکچھ ملنےوالانہیںہے۔</w:t>
      </w:r>
    </w:p>
    <w:p>
      <w:r>
        <w:rPr>
          <w:b/>
        </w:rPr>
        <w:t xml:space="preserve">[34:18] </w:t>
      </w:r>
      <w:r>
        <w:t>muslim ummat muslimah jo hai, woh aakhri nabee ki waris hai aur usko nabee ki taleemat par hi chalna padega, tabhi usko kamyabi hogi.</w:t>
      </w:r>
    </w:p>
    <w:p>
      <w:pPr>
        <w:jc w:val="right"/>
      </w:pPr>
      <w:r>
        <w:t>مسلمامت مسلمہجوہے، وہ آخرینبیکی وارثہے اور اسکو نبیکی تعلیم اتپر ہی چلناپڑےگا، تبھیاسکو کامیابیہوگی۔</w:t>
      </w:r>
    </w:p>
    <w:p>
      <w:r>
        <w:rPr>
          <w:b/>
        </w:rPr>
        <w:t xml:space="preserve">[34:28] </w:t>
      </w:r>
      <w:r>
        <w:t>ab kyunke taleemat par woh chala nahi rahi hai, balkeh agar kuch kaha jaye toh woh toh gussa ho jate hain ke woh us ko bilkul hi samajhte hain, woh us zamaney ki baatein hain.</w:t>
      </w:r>
    </w:p>
    <w:p>
      <w:pPr>
        <w:jc w:val="right"/>
      </w:pPr>
      <w:r>
        <w:t>ابچونکہتعلیم اتپروہچلہینہیںرہیہے، بلکہ اگرکچھکہاجائےتووہتوغصہہوجاتےہیں کہ وہ اس کو بالکل ہی سمجھتےہیں،وہاسزمانےکیباتیںہیں۔</w:t>
      </w:r>
    </w:p>
    <w:p>
      <w:r>
        <w:rPr>
          <w:b/>
        </w:rPr>
        <w:t xml:space="preserve">[34:39] </w:t>
      </w:r>
      <w:r>
        <w:t>to jang sab se pehli shart yeh hai ke ek qaim shuda established government jo hai, woh elaan karti hai jang ka. awam toh sirf itna involve hote hain ke agar woh bill aati hai volunteers ko toh as volunteers woh government ke under kaam kar sakte hain, kyunke bukhari mein bhi hai: "hukmaran dhal hai, qital uski mahtiyat mein kiya jata hai".</w:t>
      </w:r>
    </w:p>
    <w:p>
      <w:pPr>
        <w:jc w:val="right"/>
      </w:pPr>
      <w:r>
        <w:t>تو جنگ سبسےپہلیشرطیہہےکہ ایک قائم شد ہ اسٹیبل شڈ گورنمنٹجوہے، وہ اعلانکرتیہےجنگ کا ۔ عوامتوصرف اتنا انوالوہوتےہیںکہاگر وہ بل اتیہےوال نٹیئرزکو تو ایزوالنٹیئرزوہ گورنمنٹکے انڈر کام کرسکتےہیں، کیونکہبخ اریمیںبھیہے: "حکمراںڈھالہے، قتال اسکی ماتحتیمیںکیا جاتاہے"۔</w:t>
      </w:r>
    </w:p>
    <w:p>
      <w:r>
        <w:rPr>
          <w:b/>
        </w:rPr>
        <w:t xml:space="preserve">[35:05] </w:t>
      </w:r>
      <w:r>
        <w:t>to uske mutabiq, quran ke mutabiq, hadith ke mutabiq, quran mein hai ke agar tumhare kisi se ahad hua hai aur usne ahad ko tod diya hai toh tum pehle ahad khatam karo, phir jang mein jao.</w:t>
      </w:r>
    </w:p>
    <w:p>
      <w:pPr>
        <w:jc w:val="right"/>
      </w:pPr>
      <w:r>
        <w:t>تو اسکےمط ابق ، قرآنکےمطابق ،حدیثکےمط ابق ، قرآنمیںہےکہاگرتمہارےکسی سے عہد ہواہے اور اسنےعہدکوتوڑدیا ہے تو تم پہلے عہدختمکرو،پھر جنگمیںجاؤ۔</w:t>
      </w:r>
    </w:p>
    <w:p>
      <w:r>
        <w:rPr>
          <w:b/>
        </w:rPr>
        <w:t xml:space="preserve">[35:18] </w:t>
      </w:r>
      <w:r>
        <w:t>agar woh tumhare oopar attack kar raha hai, bar bar agar woh tumhare oopar attack kar raha hai, tab tum jang mein ja sakte ho. lekin behtari yahi hai ke sulah ka tareeqa ikhtiyar kiya jaye.</w:t>
      </w:r>
    </w:p>
    <w:p>
      <w:pPr>
        <w:jc w:val="right"/>
      </w:pPr>
      <w:r>
        <w:t>اگر وہتمہارےاوپراٹیککررہاہے،باربار اگر وہتمہارےاوپر اٹیککررہاہے، تب تم جنگ میںجاسکتےہو۔لیکن بہتریہیہے کہ صلحکاطریقہاختیارکیاجائے۔</w:t>
      </w:r>
    </w:p>
    <w:p>
      <w:r>
        <w:rPr>
          <w:b/>
        </w:rPr>
        <w:t xml:space="preserve">[35:30] </w:t>
      </w:r>
      <w:r>
        <w:t>aur doosre, aajkal ki jang toh bilkul total sense mein haram hai,</w:t>
      </w:r>
    </w:p>
    <w:p>
      <w:pPr>
        <w:jc w:val="right"/>
      </w:pPr>
      <w:r>
        <w:t>اوردوسرے،آجکل کیجنگ توبالکل ٹوٹل سینسمیںحرامہے،</w:t>
      </w:r>
    </w:p>
    <w:p>
      <w:r>
        <w:rPr>
          <w:b/>
        </w:rPr>
        <w:t xml:space="preserve">[35:35] </w:t>
      </w:r>
      <w:r>
        <w:t>kyun ke aajkal ki jang mein saare innocent log maare jaate hain, saari hawa kharab hoti hai, pani kharab hota hai, poora mahaul kharab ho jata hai.</w:t>
      </w:r>
    </w:p>
    <w:p>
      <w:pPr>
        <w:jc w:val="right"/>
      </w:pPr>
      <w:r>
        <w:t>کیونکہ آجکل کیجنگ میںسارے انوسنٹ لوگ مارےجاتےہیں، ساری ہوا خراب ہوتیہے، پانیخرابہوتاہے، پورا ماحولخرابہوجاتاہے۔</w:t>
      </w:r>
    </w:p>
    <w:p>
      <w:r>
        <w:rPr>
          <w:b/>
        </w:rPr>
        <w:t xml:space="preserve">[35:44] </w:t>
      </w:r>
      <w:r>
        <w:t>chand log jang kar rahe hain, ab baqi tamam doosre log safar kar rahe hain. toh baqayda Quran mein hai: "tum un logon ke saath jang na karo jinhone tumhare saath jang nahi ki".</w:t>
      </w:r>
    </w:p>
    <w:p>
      <w:pPr>
        <w:jc w:val="right"/>
      </w:pPr>
      <w:r>
        <w:t>چندلوگ جنگ کررہےہیں، ابباقیتمام دوسرےلوگ سفرکررہےہیں۔ تو باقاعدہقرآنمیںہے:"تمانلوگوںکےساتھ جنگ نہکرو جنہوںنےتمہارےساتھ جنگ نہیں کی"۔</w:t>
      </w:r>
    </w:p>
    <w:p>
      <w:r>
        <w:rPr>
          <w:b/>
        </w:rPr>
        <w:t xml:space="preserve">[35:57] </w:t>
      </w:r>
      <w:r>
        <w:t>ab jang mein toh pehle Musalman hi kar rahe hain,</w:t>
      </w:r>
    </w:p>
    <w:p>
      <w:pPr>
        <w:jc w:val="right"/>
      </w:pPr>
      <w:r>
        <w:t>ابجنگ میںتوپہلمسلمانہیکررہےہیں،</w:t>
      </w:r>
    </w:p>
    <w:p>
      <w:r>
        <w:rPr>
          <w:b/>
        </w:rPr>
        <w:t xml:space="preserve">[36:00] </w:t>
      </w:r>
      <w:r>
        <w:t>toh is liye wohi responsible hain ke jang ko khatam karein. toh yeh jo hai combatants aur non-combatants ka farq Islam mein bohat clear hai ke hum non-combatants ko maar nahi sakte.</w:t>
      </w:r>
    </w:p>
    <w:p>
      <w:pPr>
        <w:jc w:val="right"/>
      </w:pPr>
      <w:r>
        <w:t>تو اس لیے وہی ریسپانسبلہیںکہ جنگ کوختمکریں۔ تو یہجوہے کمبیٹنٹساورنانکمبیٹنٹسکافرقاسلام میںبہت کلیئرہے کہہم نانکمبیٹنٹسکومار نہیںسکتے۔</w:t>
      </w:r>
    </w:p>
    <w:p>
      <w:r>
        <w:rPr>
          <w:b/>
        </w:rPr>
        <w:t xml:space="preserve">[36:14] </w:t>
      </w:r>
      <w:r>
        <w:t>aur saare hain non-combatants mar rahe hain, magar woh log Quran ko is liye nahi padhte ke unke jo tehreek uthaye hue hain, is mein unki rehnumai</w:t>
      </w:r>
    </w:p>
    <w:p>
      <w:pPr>
        <w:jc w:val="right"/>
      </w:pPr>
      <w:r>
        <w:t>اورسارےہینانکمبیٹنٹسمررہےہیں، مگر وہلوگ قرآنکو اس لیےنہیں پڑھتےکہانکےجو تحریکاٹھائےہوئےہیں، اس میں انکیارہنمائی</w:t>
      </w:r>
    </w:p>
    <w:p>
      <w:r>
        <w:rPr>
          <w:b/>
        </w:rPr>
        <w:t xml:space="preserve">[36:25] </w:t>
      </w:r>
      <w:r>
        <w:t>hai. Quran toh sirf ek tilawat ki kitab hai, chahe woh Arab ho, non-Arab ho, woh wohi tilawat ki kitab hi usko samajhta hai. is liye un logon ko koi rehnumai nahi mil rahi hai.</w:t>
      </w:r>
    </w:p>
    <w:p>
      <w:pPr>
        <w:jc w:val="right"/>
      </w:pPr>
      <w:r>
        <w:t>ہے۔ قرآنتوصرفایکتلاوتکیکتاب ہے،چاہےوہعرب ہو،نانعرب ہو، وہ وہیتلاوتکیکتاب ہیاسکوسمجھتاہے۔ اسلیے انلوگوںکوکوئیرہنمائینہیںملرہیہے۔</w:t>
      </w:r>
    </w:p>
    <w:p>
      <w:r>
        <w:rPr>
          <w:b/>
        </w:rPr>
        <w:t xml:space="preserve">[36:35] </w:t>
      </w:r>
      <w:r>
        <w:t>Quran mein baqayda clear mentiond hai ke dushman jo hai, uske liye jang nahi hai, sirf attack karne ke liye jang hai. dushman ko toh kaha gaya hai ke pur aman koshish ke zariye usko apna dost banao. aur itni hazaron misalein hain ke pur aman koshish ke zariye se dushman dost ban gaya.</w:t>
      </w:r>
    </w:p>
    <w:p>
      <w:pPr>
        <w:jc w:val="right"/>
      </w:pPr>
      <w:r>
        <w:t>قرآنمیں باقاعدہکلی ئرلی مینشنڈہے کہ دشمنجوہے،اسکےلیے جنگنہیںہے، صرف اٹ یکرکےلیے جنگ ہے۔ دشمنکوتوکہاگیاہے کہ پر امنکوششکےذریعےاسکو اپنادوست بناؤ۔اوراتنیہزاروںمثالیںہیں کہ پر امنکوششکےذریعےسے دشمندوست بنگیا۔</w:t>
      </w:r>
    </w:p>
    <w:p>
      <w:r>
        <w:rPr>
          <w:b/>
        </w:rPr>
        <w:t xml:space="preserve">[36:54] </w:t>
      </w:r>
      <w:r>
        <w:t>abhi Dr. Aslam ne bataya ke koi Swami ji ko unhone Quran ki ek copy di. Swami ji ne Quran padha, woh itna unko achha laga, is toh kehne lage ke Quran padhne ki wajah se hum hum aapas mein mohabbat karne lage.</w:t>
      </w:r>
    </w:p>
    <w:p>
      <w:pPr>
        <w:jc w:val="right"/>
      </w:pPr>
      <w:r>
        <w:t>ابھی ڈاکٹراسلمنےبتایا کہ کوئی سوامیجیکو انہوں نےقرآنکیایککاپیدیا۔ سوامیجینےقرآنپڑھا، وہاتناانکواچھالگا، اس تو کہنےلگےکہ قرآن پڑھنےکی وجہ سےہم ہمآپسے محبت کرنے لگے۔</w:t>
      </w:r>
    </w:p>
    <w:p>
      <w:r>
        <w:rPr>
          <w:b/>
        </w:rPr>
        <w:t xml:space="preserve">[37:12] </w:t>
      </w:r>
      <w:r>
        <w:t>ab unhone kaha humein aur Quran dijiye, unka program ho raha hai bada, kehne lage hum sab ko Quran denge. toh yeh tareeqa hai, dilon ko fateh kiya jata hai, unki body ko nahi khatam kiya jata.</w:t>
      </w:r>
    </w:p>
    <w:p>
      <w:pPr>
        <w:jc w:val="right"/>
      </w:pPr>
      <w:r>
        <w:t>ابانہوںنےکہاہمیںاورقرآندیجئے، انکا پروگرام ہورہاہےبڑا، کہنےلگےہمسبکوقرآندیںگے۔ تو یہ طریقہہے،دل وںکوفتحکیاجاتا ہے، انکی باڈیکونہیں ختم کیاجاتا ۔</w:t>
      </w:r>
    </w:p>
    <w:p>
      <w:r>
        <w:rPr>
          <w:b/>
        </w:rPr>
        <w:t xml:space="preserve">[37:23] </w:t>
      </w:r>
      <w:r>
        <w:t>toh yeh sab se bari fateh yahi hai ke aap logon ko apna value share bana lein, apna dost bana lein. toh Bukhari mein ek doosri hadith hai: "tum dushman se mud bhiid karne ka irada na karo, balke tum Allah se aman ki dua maang</w:t>
      </w:r>
    </w:p>
    <w:p>
      <w:pPr>
        <w:jc w:val="right"/>
      </w:pPr>
      <w:r>
        <w:t>تویہسبسے بڑی فتحیہیہے کہآپ لوگوںکو اپنا ویلوشربنالیں،اپنادوست بنالیں۔ تو بخاریمیںایکدوسریحدیثہے: "تم دشمنسے مد بھیڑکیتم نانہکرو، بلکہتم اللہ سے امنکیدعامان</w:t>
      </w:r>
    </w:p>
    <w:p>
      <w:r>
        <w:rPr>
          <w:b/>
        </w:rPr>
        <w:t xml:space="preserve">[37:42] </w:t>
      </w:r>
      <w:r>
        <w:t>o" . toh aman jo hai, wohi aap ne abhi kaha ke aman jo hai, woh rule hai aur jang jo hai, ek exception hai. aur ab toh woh exception bhi khatam ho gaya hai, ab toh jang ka zamana hi khatam ho gaya hai. jab se yeh naye naye weapons of mass destruction aaye toh jang ka zamana hi khatam ho gaya. saare saare innocent log maare jaate hain, aur balkeh jo battlefield mein hai, woh toh bacha leta hai apne aap ko, sirf innocent log maare jaate</w:t>
      </w:r>
    </w:p>
    <w:p>
      <w:pPr>
        <w:jc w:val="right"/>
      </w:pPr>
      <w:r>
        <w:t>گو"۔ تو امن جوہے، وہی آپنےابھیکہاناکہامن جوہے،وہ رولہے اور جنگ جوہے،ایکسیپشنہے۔ اور ابتو وہایکسیپشنبھیختمہوگیاہے، ابتو جنگ کازمان ہہیختمہوگیاہے۔جبسے یہ نئےنئےویپنزآف ماسڈسٹرکشنآئےتو جنگ کازمانہہیختمہوگیا۔سارے سارےان وسنٹلوگمارےجاتےہیں، اور بلکہ جو بیٹلفیلڈمیںہے،وہتوبچابچالیتاہےاپنےآپکو ، صرف ان وسنٹلوگمارےجات</w:t>
      </w:r>
    </w:p>
    <w:p>
      <w:r>
        <w:rPr>
          <w:b/>
        </w:rPr>
        <w:t xml:space="preserve">[38:09] </w:t>
      </w:r>
      <w:r>
        <w:t>hain. toh jang ka toh koi option hi nahi reh gaya hai. aur teesri baat yeh hai ke Musalmanon ko yeh bhi samajhna chahiye ke siyasi iqtidaar is tarah nahi milta ke jang karke, balke siyasi iqtidaar Allah Ta'ala ke haath mein hai.</w:t>
      </w:r>
    </w:p>
    <w:p>
      <w:pPr>
        <w:jc w:val="right"/>
      </w:pPr>
      <w:r>
        <w:t>ےہیں۔تو جنگ کاتوکوئی آپشنہینہیں رہگیاہے۔ اور تیسریباتیہہےکہ مسلمانوںکویہبھیسمجھناچاہیے کہ سیاسی اقت دار اسطرح نہیںملتا کہ جنگ کرکرکے،بلکہ سیاسی اقت دار اللہ تعالیکے ہاتھمیںہے۔</w:t>
      </w:r>
    </w:p>
    <w:p>
      <w:r>
        <w:rPr>
          <w:b/>
        </w:rPr>
        <w:t xml:space="preserve">[38:27] </w:t>
      </w:r>
      <w:r>
        <w:t>yeh bhi ek test ka paper hai. ab Allah Ta'ala kisi qaum ko chunta hai, usko iqtidaar deta hai taake uska test liya jaye. toh yeh hai Surah Aal-e-Imran mein:</w:t>
      </w:r>
    </w:p>
    <w:p>
      <w:pPr>
        <w:jc w:val="right"/>
      </w:pPr>
      <w:r>
        <w:t>یہبھی ایک ٹیسٹ کا پیپرہے۔ اباللہ تعالیکسی قومکوچنتاہے، اسکو اقت داردیتاہے تاکہاسکا ٹیسٹ لیاجائے۔ تو یہ ہے سورہآلعمرانمیں:</w:t>
      </w:r>
    </w:p>
    <w:p>
      <w:r>
        <w:rPr>
          <w:b/>
        </w:rPr>
        <w:t xml:space="preserve">[38:38] </w:t>
      </w:r>
      <w:r>
        <w:t>"Iqtidaar ka malik Allah hai, wohi jisko chahta hai, usko deta hai" . toh ab sochiye ke Rasool Allah Sallallahu Alaihi Wasallam jinke saath farishte the, jang-e-Badr mein ek hazar farishte utre the,</w:t>
      </w:r>
    </w:p>
    <w:p>
      <w:pPr>
        <w:jc w:val="right"/>
      </w:pPr>
      <w:r>
        <w:t>"اقتدارکا مالک اللہ ہے، وہیجسکوچاہتاہے،اسکودیتاہے"۔ تو ابآپسوچیے کہ رسولاللہ صلیاللہعلیہوسلم جنکےساتھ فرشتےتھے، جنگ بدرمیںایکہزار فرشتےاترےتھے،</w:t>
      </w:r>
    </w:p>
    <w:p>
      <w:r>
        <w:rPr>
          <w:b/>
        </w:rPr>
        <w:t xml:space="preserve">[38:53] </w:t>
      </w:r>
      <w:r>
        <w:t>woh jang ke zariye se nahi apne masail ko hal kar sake. toh aam aadmi kaise hal kar lega?</w:t>
      </w:r>
    </w:p>
    <w:p>
      <w:pPr>
        <w:jc w:val="right"/>
      </w:pPr>
      <w:r>
        <w:t>وہ جنگ کےذریعےسےنہیں اپنے مسائلکوحلکرسکے۔ تو عامآدمیکیسےحلکرلےگا؟</w:t>
      </w:r>
    </w:p>
    <w:p>
      <w:r>
        <w:rPr>
          <w:b/>
        </w:rPr>
        <w:t xml:space="preserve">[39:00] </w:t>
      </w:r>
      <w:r>
        <w:t>toh aap ne isi wajah se aap ne sulah ki. toh jo hai, sulah ke zariye se sab aap jante hain kitna zabardast faida hua saare mahaul mein normal syai aur interaction ke zariye se Islam ka paigham logon tak pohnchne laga.</w:t>
      </w:r>
    </w:p>
    <w:p>
      <w:pPr>
        <w:jc w:val="right"/>
      </w:pPr>
      <w:r>
        <w:t>تو آپ نے اسیوجہ سےآپنے صلحکی۔ تو جوہے، صلحکےذریعےسے سب آپجانتےہیںکتنا زبرد ست فائدہہوا سارے ماحولمیںن ارمل سیآئی اور انٹریکشنکےذریعےسے اسلام کا پیغاملوگوںتکپہنچنےلگا۔</w:t>
      </w:r>
    </w:p>
    <w:p>
      <w:r>
        <w:rPr>
          <w:b/>
        </w:rPr>
        <w:t xml:space="preserve">[39:17] </w:t>
      </w:r>
      <w:r>
        <w:t>toh sulah karte hain, log kya samajh rahe hain ke sulah karenge toh hum hum dabenge? nahi, hum yeh keyword mein shumar hoga.</w:t>
      </w:r>
    </w:p>
    <w:p>
      <w:pPr>
        <w:jc w:val="right"/>
      </w:pPr>
      <w:r>
        <w:t>تو صلح کرتےہیں، لوگکیاسمجھرہےہیں کہ صلح کریںگےتوہم ہم دبیںگے؟نہیں،ہم یہ کو ورڈسمیںشمارہوگا۔</w:t>
      </w:r>
    </w:p>
    <w:p>
      <w:r>
        <w:rPr>
          <w:b/>
        </w:rPr>
        <w:t xml:space="preserve">[39:26] </w:t>
      </w:r>
      <w:r>
        <w:t>hum kyun kisi se dabbe? hum toh Musalman apne ko thoda superior samajhte hi hain, toh woh dabbe kaise? toh is wajah se halanke dabne mein hi tarqqi hai.</w:t>
      </w:r>
    </w:p>
    <w:p>
      <w:pPr>
        <w:jc w:val="right"/>
      </w:pPr>
      <w:r>
        <w:t>ہمکیوںکسی سےدبیں؟ہمتو مسلمان اپنےکوتھوڑاسپیریئر سمجھتےہیہیں،تووہدبےکیسے ؟ تو اسوجہ سے حالانکہ دبنےمیںہی تر قیہے۔</w:t>
      </w:r>
    </w:p>
    <w:p>
      <w:r>
        <w:rPr>
          <w:b/>
        </w:rPr>
        <w:t xml:space="preserve">[39:38] </w:t>
      </w:r>
      <w:r>
        <w:t>woh Rasool Allah Sallallahu Alaihi Wasallam ne jo sulah Hudaybiyyah kiya, toh tamam Sahaba pareshan ho gaye the ke hum itna kyun dab rahe hain? aur dekhiye, jaise sulah Hudaybiyyah hui, waise hi woh Quran ki ayat utri: "Inna fatahna laka fathan mubeena".</w:t>
      </w:r>
    </w:p>
    <w:p>
      <w:pPr>
        <w:jc w:val="right"/>
      </w:pPr>
      <w:r>
        <w:t>وہرسولاللہصلیاللہعلیہوسلمنےجو صلححدیبیہکیا،تو تمام صحابہ پریشانہوگئےتھے کہہماتناکیوںدبرہےہیں؟ اوردیکھیے،جیسےصلححدیبیہہوئی،ویسےہیوہ قرآنکیآیتاتری:"انافتحنالکفتحمبینہ"۔</w:t>
      </w:r>
    </w:p>
    <w:p>
      <w:r>
        <w:rPr>
          <w:b/>
        </w:rPr>
        <w:t xml:space="preserve">[39:52] </w:t>
      </w:r>
      <w:r>
        <w:t>hum ne aaj tum ko bohat bari fateh de di. ab us waqt Ashab ko samajh mein nahi aaya hoga ke kaisi fateh de di. hum toh dab ke unki tamam sharaait ko maan kar ke hum ne sulah ki hai.</w:t>
      </w:r>
    </w:p>
    <w:p>
      <w:pPr>
        <w:jc w:val="right"/>
      </w:pPr>
      <w:r>
        <w:t>ہمنےآجتمکوبہتبڑی فتحدےدی۔ اباسوقت اصحابکیسمجھمیںنہیںآیاہوگاکہکیسی فتحدےدی۔ہمتو دبکےانکیتمام شرائطکو مانکرکےہمنےصلحکیہے۔</w:t>
      </w:r>
    </w:p>
    <w:p>
      <w:r>
        <w:rPr>
          <w:b/>
        </w:rPr>
        <w:t xml:space="preserve">[40:03] </w:t>
      </w:r>
      <w:r>
        <w:t>toh Islam mein sulah jo hoti hai na, by time jisko kehte hain, time ko hum humein time mil jata hai. phir jo opportunities hain, usko hum avail karke hum jo hai apna maqsad hasil kar lete hain, aur bade peimane pe maqsad hasil ho jata hai.</w:t>
      </w:r>
    </w:p>
    <w:p>
      <w:pPr>
        <w:jc w:val="right"/>
      </w:pPr>
      <w:r>
        <w:t>تو اصلمیںصلحجوہوتیہےنا، بائیٹائمجسکوکہتےہیں، ٹائم کوہم ہمیںٹائمملجاتا ہے۔ پھرجو اپ رچونیٹیزہیں،اسکوہم اویلکرکےہم جوہے اپنامقصدحاصل کرلیتےہیں،اور بڑے پیمانےپہمقصدحاصل ہوجاتاہے۔</w:t>
      </w:r>
    </w:p>
    <w:p>
      <w:r>
        <w:rPr>
          <w:b/>
        </w:rPr>
        <w:t xml:space="preserve">[40:20] </w:t>
      </w:r>
      <w:r>
        <w:t>ab Rasool Allah Sallallahu Alaihi Wasallam ne jo sulah kiya, uske zariye se Makkah fateh ho gaya. sulah se fateh hota hai, pyar mohabbat se kaam hota hai, jang se aur nafrat</w:t>
      </w:r>
    </w:p>
    <w:p>
      <w:pPr>
        <w:jc w:val="right"/>
      </w:pPr>
      <w:r>
        <w:t>ابرسولاللہصلیاللہعلیہوسلمنے جوصلحکیا،اسکےذریعےسے مکہفتحہوگیا۔صلحسےفتحہوتاہے، پیار محبتسےکامہوتاہے، جنگ سےاورنفرت</w:t>
      </w:r>
    </w:p>
    <w:p>
      <w:r>
        <w:rPr>
          <w:b/>
        </w:rPr>
        <w:t xml:space="preserve">[40:31] </w:t>
      </w:r>
      <w:r>
        <w:t>karne se toh aadmi aur door aur dooriyan badhti hain. toh humein confrontation ko avoid karna hai aur opportunities ko avail karna hai.</w:t>
      </w:r>
    </w:p>
    <w:p>
      <w:pPr>
        <w:jc w:val="right"/>
      </w:pPr>
      <w:r>
        <w:t>کرنے سےتوآدمیاور دور اور دور یاںبڑھتیہیں۔ تو ہمیں کنفر نٹیشنکو اوائڈکرناہے اور اپرچونیٹیزکو اویلکرناہے۔</w:t>
      </w:r>
    </w:p>
    <w:p>
      <w:r>
        <w:rPr>
          <w:b/>
        </w:rPr>
        <w:t xml:space="preserve">[40:41] </w:t>
      </w:r>
      <w:r>
        <w:t>toyi johey isalam hai, yahi rasoolallah saliallahualaihiwasallam ka uswa hai. ji, jazak allah apaa, behta achhe se aap ne wazeh kiya is sawal ko.</w:t>
      </w:r>
    </w:p>
    <w:p>
      <w:pPr>
        <w:jc w:val="right"/>
      </w:pPr>
      <w:r>
        <w:t>تویہی جوہے اسلام ہے، یہی رسولاللہ صلیاللہعلیہوسلمکا اسوہہے۔ جی، جز اک اللہآپا،بہتاچھےسےآپنے واضحکیا اسسوالکو ۔</w:t>
      </w:r>
    </w:p>
    <w:p>
      <w:r>
        <w:rPr>
          <w:b/>
        </w:rPr>
        <w:t xml:space="preserve">[40:51] </w:t>
      </w:r>
      <w:r>
        <w:t>agla sawal lene se pehle kuch comments parhna chahunga. kaafi log aap ke is program ko pasand kar rahe hain.</w:t>
      </w:r>
    </w:p>
    <w:p>
      <w:pPr>
        <w:jc w:val="right"/>
      </w:pPr>
      <w:r>
        <w:t>اگلاسواللینےسےپہلےکچھ کمنٹسپڑھناچاہوںگا۔کافیلوگ آپکے اسپروگرامکوپسندکررہےہیں۔</w:t>
      </w:r>
    </w:p>
    <w:p>
      <w:r>
        <w:rPr>
          <w:b/>
        </w:rPr>
        <w:t xml:space="preserve">[40:57] </w:t>
      </w:r>
      <w:r>
        <w:t>miss farida kamran ne pakistan se likha hai: "well and logically explained, as always, very informative and educative". jazak allah.</w:t>
      </w:r>
    </w:p>
    <w:p>
      <w:pPr>
        <w:jc w:val="right"/>
      </w:pPr>
      <w:r>
        <w:t>مس فریدہکامراننے پاکستانسےلکھاہے: "ویل اینڈلوجیکلی ایکسپلینڈ،ایزالویز،ویریانفارمیٹیو اینڈ ایجوکیٹیو"۔جزاک اللہ۔</w:t>
      </w:r>
    </w:p>
    <w:p>
      <w:r>
        <w:rPr>
          <w:b/>
        </w:rPr>
        <w:t xml:space="preserve">[41:08] </w:t>
      </w:r>
      <w:r>
        <w:t>professor najma siddiqui ne dubai se likha hai: "very nice and meaningful explanation as going about war and islam. may allah help everyone to understand the real concept of war and peace in islam".</w:t>
      </w:r>
    </w:p>
    <w:p>
      <w:pPr>
        <w:jc w:val="right"/>
      </w:pPr>
      <w:r>
        <w:t>پروفیسرنجمہصدی قی نے دبئیسےلکھاہے: "ویرینائساینڈمیننگفل ایکسپلینیشنازگوئنگان اباؤٹ واراناسلام ۔ میاللہ ہیلپ ایوری ون ٹوانڈ رسٹینڈ دا ریئل کانسیپٹآف وار اینڈ پیس ان اسلام "۔</w:t>
      </w:r>
    </w:p>
    <w:p>
      <w:r>
        <w:rPr>
          <w:b/>
        </w:rPr>
        <w:t xml:space="preserve">[41:23] </w:t>
      </w:r>
      <w:r>
        <w:t>wasif iqbal sahib ne pakistan punjab se likha hai: "absolutely true understanding of islam". kal qata se team ne likha hai: "apa, you have reiterated the truth very clearly, leaving no ambiguity, just like Maulana. may angels witness and record it".</w:t>
      </w:r>
    </w:p>
    <w:p>
      <w:pPr>
        <w:jc w:val="right"/>
      </w:pPr>
      <w:r>
        <w:t>واصفاقبالصاحبنے پاکستان پنجابسےلکھاہے: "ایبسولیوٹلیٹروانڈرسٹینڈنگآف اسلام" ۔ کل کتہ سے ٹیمنےلکھاہے:"آپا،یوہیو ری ائیٹریٹڈداٹروتھ ویریکلی ئرلی، لیونگنو ایمبیگوٹی،جسٹلائک مول انا ۔می اینجلز وٹنس اینڈریکارڈاٹ"۔</w:t>
      </w:r>
    </w:p>
    <w:p>
      <w:r>
        <w:rPr>
          <w:b/>
        </w:rPr>
        <w:t xml:space="preserve">[41:43] </w:t>
      </w:r>
      <w:r>
        <w:t>shahid hussain sahib ne srinagar se likha hai: "it is very pleasant that Maulana sahib's legacy is carried forward.</w:t>
      </w:r>
    </w:p>
    <w:p>
      <w:pPr>
        <w:jc w:val="right"/>
      </w:pPr>
      <w:r>
        <w:t>شاہدحسینصاحبنے سری نگرسےلکھاہے: "اٹازویریپلیزنٹدیٹمول اناصاحبلی گیسی از کیریڈفارورڈ۔</w:t>
      </w:r>
    </w:p>
    <w:p>
      <w:r>
        <w:rPr>
          <w:b/>
        </w:rPr>
        <w:t xml:space="preserve">[41:52] </w:t>
      </w:r>
      <w:r>
        <w:t>the damas interpretations which are dangerous in current scenario are disputed. islam as it is is portrayed.</w:t>
      </w:r>
    </w:p>
    <w:p>
      <w:pPr>
        <w:jc w:val="right"/>
      </w:pPr>
      <w:r>
        <w:t>دا دامس انٹرپریٹیشنزوچار ڈینج رس ان کرنٹ سنیریوار ڈسپیٹڈ۔ اسلام ایزاٹاز از پورٹریٹ۔</w:t>
      </w:r>
    </w:p>
    <w:p>
      <w:r>
        <w:rPr>
          <w:b/>
        </w:rPr>
        <w:t xml:space="preserve">[42:00] </w:t>
      </w:r>
      <w:r>
        <w:t>may allah, may almighty god help us in this mission". apaa, yeh ek sawal mistrokran and gr ne bheja hai dales se. unhone likha hai:</w:t>
      </w:r>
    </w:p>
    <w:p>
      <w:pPr>
        <w:jc w:val="right"/>
      </w:pPr>
      <w:r>
        <w:t>می اللہ، می الم ائٹیگاڈہیلپاس ان دس مشن"۔ آپا،یہایکسوال مسٹروکرانڈاگرنے بھیجاہے دلیسے۔انہوںنےلکھاہے:</w:t>
      </w:r>
    </w:p>
    <w:p>
      <w:r>
        <w:rPr>
          <w:b/>
        </w:rPr>
        <w:t xml:space="preserve">[42:12] </w:t>
      </w:r>
      <w:r>
        <w:t>"apaa, kuch hadith ki books pe aata hai ke jab rasool allah jab kisi group ko qabilon ki taraf dawat ke liye bhejte to farmate the ke pehle teen baar unko islam ki dawat dena, aur agar woh is ko qabool na karein to phir war mein engage hona.</w:t>
      </w:r>
    </w:p>
    <w:p>
      <w:pPr>
        <w:jc w:val="right"/>
      </w:pPr>
      <w:r>
        <w:t>"آپا،کچھحدیثکی بکسپہآتاہے کہ جب رسول اللہ جبکسی گروپکو قب یلوںکیطرف دعوتکےلیے بھیجتے تو فرماتےتھےکہ پہلے تینبار انکو اسلام کی دعوتدینا، اور اگر وہ اسکو قبولنہکریں تو پھر وارمیں انگیجہونا۔</w:t>
      </w:r>
    </w:p>
    <w:p>
      <w:r>
        <w:rPr>
          <w:b/>
        </w:rPr>
        <w:t xml:space="preserve">[42:33] </w:t>
      </w:r>
      <w:r>
        <w:t>"to main chahunga ke is ko thoda sa aap explain karein.</w:t>
      </w:r>
    </w:p>
    <w:p>
      <w:pPr>
        <w:jc w:val="right"/>
      </w:pPr>
      <w:r>
        <w:t>"تو میںچاہوںگاکہاسکوتھوڑاساآپ ایکسپلینکردیں۔</w:t>
      </w:r>
    </w:p>
    <w:p>
      <w:r>
        <w:rPr>
          <w:b/>
        </w:rPr>
        <w:t xml:space="preserve">[42:37] </w:t>
      </w:r>
      <w:r>
        <w:t>islam mein war mein to engage aap jante hain, itne saare saraya aate the to war kahan hoti thi? matlab is waqt, is zamane mein har aadmi kuch na kuch hathiyar le kar chalta tha, laathi le kar chalta tha, kyunke is zamane mein police fauj nahi hoti thi.</w:t>
      </w:r>
    </w:p>
    <w:p>
      <w:pPr>
        <w:jc w:val="right"/>
      </w:pPr>
      <w:r>
        <w:t>اصلمیںوارمیںتو انگیج آپ جانتےہیں، اتنے سارے سر ایاجاتےتھے تو وارکہاںہوتیتھی ؟ مطلب اس وقت ،اسزمان ےمیں ہرآدمی کچھنہکچھ ہتھیارلےکرچلتاتھا، لاٹھیلےکےچلتاتھا، کیونکہاسزمانےمیںپولیسفوجنہیںہوتیتھی۔</w:t>
      </w:r>
    </w:p>
    <w:p>
      <w:r>
        <w:rPr>
          <w:b/>
        </w:rPr>
        <w:t xml:space="preserve">[42:54] </w:t>
      </w:r>
      <w:r>
        <w:t>to yeh har waqt khatra hota tha. ab farz karein laathi le kar, ab ab aa rahe hain kai sau log, hum samjhenge hamare upar hamla karne aa rahe hain.</w:t>
      </w:r>
    </w:p>
    <w:p>
      <w:pPr>
        <w:jc w:val="right"/>
      </w:pPr>
      <w:r>
        <w:t>تو یہ ہروقت خطرہہوتاتھا۔ اب فرضکریںلاٹھیلیے لیے، اب اب آرہےہیںکئیسو لوگ،ہمسمجھیںگےہمارےاوپرحملہکرنے آرہےہیں۔</w:t>
      </w:r>
    </w:p>
    <w:p>
      <w:r>
        <w:rPr>
          <w:b/>
        </w:rPr>
        <w:t xml:space="preserve">[43:04] </w:t>
      </w:r>
      <w:r>
        <w:t>to jab yeh log jaate the, islam ka paigham unko dete the, to phir woh bahut saare log is mein se paigham maan lete the. woh baat wahin ke wahin tal jaati thi, khatam ho jaati thi.</w:t>
      </w:r>
    </w:p>
    <w:p>
      <w:pPr>
        <w:jc w:val="right"/>
      </w:pPr>
      <w:r>
        <w:t>تو جب یہلوگ جاتےتھے،اسلام کا پیغامانکودیتےتھے، تو پھر وہ بہتسارےلوگ اسمیںسے پیغاممانلیتےتھے۔ وہ باتوہیںکاوہیںٹلجاتیتھی،ختمہوجاتیتھی۔</w:t>
      </w:r>
    </w:p>
    <w:p>
      <w:r>
        <w:rPr>
          <w:b/>
        </w:rPr>
        <w:t xml:space="preserve">[43:16] </w:t>
      </w:r>
      <w:r>
        <w:t>kabhi bhi aisi ladaiyan nahi hui. jo saraya hote hain</w:t>
      </w:r>
    </w:p>
    <w:p>
      <w:pPr>
        <w:jc w:val="right"/>
      </w:pPr>
      <w:r>
        <w:t>کبھیبھیایسیلڑائینہیںہوئی ۔ جو سر ایاہوتےہیں</w:t>
      </w:r>
    </w:p>
    <w:p>
      <w:r>
        <w:rPr>
          <w:b/>
        </w:rPr>
        <w:t xml:space="preserve">[43:19] </w:t>
      </w:r>
      <w:r>
        <w:t>na, jisko regions part kehte hain, to yeh jaate the to is ko logon ne na samajhne ki wajah se, kyunke kabhi kabhi aisa ho jaata tha, woh zamane halaat</w:t>
      </w:r>
    </w:p>
    <w:p>
      <w:pPr>
        <w:jc w:val="right"/>
      </w:pPr>
      <w:r>
        <w:t>نا، جسکوریگنساںپارٹیکہتےہیں، تو یہ جاتےتھےتو اسکو لوگوںنے نہ سمجھنےکیوجہ سے،کیونکہکبھیکبھی ایساہو جاتا تھا،وہ زمانی حالات</w:t>
      </w:r>
    </w:p>
    <w:p>
      <w:r>
        <w:rPr>
          <w:b/>
        </w:rPr>
        <w:t xml:space="preserve">[43:30] </w:t>
      </w:r>
      <w:r>
        <w:t>the. to woh arab jo the, khas taur par badu log, woh baaton ko jaldi se samajhte nahi the. bilkul jaise dehat hota hai na, dehat ke logon ko baat baat kai baar batani padti hai, sab foran nahi samajh lete.</w:t>
      </w:r>
    </w:p>
    <w:p>
      <w:pPr>
        <w:jc w:val="right"/>
      </w:pPr>
      <w:r>
        <w:t>تھے۔ تو وہ عرب جو تھے، خاص طورپربدولوگ، وہ باتوںکوجلدیسےسمجھتےنہیںتھے۔بالکل جیسےدیہاتہوتاہےنا، دیہاتکےلوگوںکو بات بات کئیبار بت انیپڑتیہے، سب فوراًنہیںسمجھلیتے۔</w:t>
      </w:r>
    </w:p>
    <w:p>
      <w:r>
        <w:rPr>
          <w:b/>
        </w:rPr>
        <w:t xml:space="preserve">[43:43] </w:t>
      </w:r>
      <w:r>
        <w:t>to waise hi badu the, apne ek alag tent mein rehte the, duniya se unka interaction nahi tha. to ab laathi le kar aa gaye to ab musalman bhi ladna shuru kar dein unse. to woh rasool allah saliallahualaihiwasallam ne mana kiya ke pehle unko paigham do, to pata chal jayega ke kya unki niyat ladne ki hai ya baat cheet karne aa rahe</w:t>
      </w:r>
    </w:p>
    <w:p>
      <w:pPr>
        <w:jc w:val="right"/>
      </w:pPr>
      <w:r>
        <w:t>تو ویسےہیبد وتھے، اپنے ایکالگ ٹینٹمیںرہتےتھے،دنیا سےانکا انٹریکشننہیںتھا۔ تو ابلاٹھیلےلےکرآگئےتو اب مسلمان بھی لڑناشروع کردیںانسے۔تو وہ رسولاللہصلیاللہعلیہوسلمنےمنعکیا کہ پہلے انکو پیغامدو،توپتہچلجائےگاکہکیا انکی نیت لڑنےکیہےیا باتچیتکرنے آرہے</w:t>
      </w:r>
    </w:p>
    <w:p>
      <w:r>
        <w:rPr>
          <w:b/>
        </w:rPr>
        <w:t xml:space="preserve">[44:05] </w:t>
      </w:r>
      <w:r>
        <w:t>hain. to yeh tha first part. kya tha? main yaad nahi reh gaya. kaha agar woh groups ko bhejte the qabilon ki taraf to woh kehte the ke pehle teen baar unko dawat dein aap, aur agar woh respond nahi karte tab phir aap war mein engage karein.</w:t>
      </w:r>
    </w:p>
    <w:p>
      <w:pPr>
        <w:jc w:val="right"/>
      </w:pPr>
      <w:r>
        <w:t>ہیں۔ تو یہتھا فرسٹ پارٹ۔کیا تھا؟میں یادنہیںرہگیا۔ کہاگروہ گروپسکوبھیجتےتھےقبیلوںکیطرف تو وہکہتےتھےکہپہلے تینبار انکو دعوت دیںآپ،اوراگروہ ریسپانڈنہیںکرتے تبپھرآپوارمیںانگیجکریں۔</w:t>
      </w:r>
    </w:p>
    <w:p>
      <w:r>
        <w:rPr>
          <w:b/>
        </w:rPr>
        <w:t xml:space="preserve">[44:20] </w:t>
      </w:r>
      <w:r>
        <w:t>haan, to yeh condition hai ke agar woh unki taraf se attack ho. kai baar attack minor attacks hue hain, jisko kehte hain minor skirmish. na</w:t>
      </w:r>
    </w:p>
    <w:p>
      <w:pPr>
        <w:jc w:val="right"/>
      </w:pPr>
      <w:r>
        <w:t>ہاں،تویہ کنڈیشنلہےکہاگر وہ انکیطرف سے اٹیکہو ۔ کئیبار اٹیکم ائنر اٹیکسہوئےہیں، جسکوکہتےہیںمائنر سک رمش۔نا</w:t>
      </w:r>
    </w:p>
    <w:p>
      <w:r>
        <w:rPr>
          <w:b/>
        </w:rPr>
        <w:t xml:space="preserve">[44:30] </w:t>
      </w:r>
      <w:r>
        <w:t>ji, to yeh matlab nahi hai ke bas teen baar ja ke bol diya dawat ka lafz, phir attack shuru kar diya. aisa nahi. matlab agar unki taraf se yeh toh bahut hi clearly hai quran hadith dono mein ke jab attack hoga tab hum defense kar sakte hain.</w:t>
      </w:r>
    </w:p>
    <w:p>
      <w:pPr>
        <w:jc w:val="right"/>
      </w:pPr>
      <w:r>
        <w:t>جی،تویہمطلبنہیںہےکہبس تینبار جا کے بول دیا دعوتکا لفظ،پھر اٹیکشروعکردیا۔ایسانہیں ۔ مطلب اگر انکیطرف سے یہتوبہتہی کلی ئرہے قرآنحدیثدونوںمیں کہجب اٹیکہوگاتب ہم ڈیفنسکرسکتےہیں۔</w:t>
      </w:r>
    </w:p>
    <w:p>
      <w:r>
        <w:rPr>
          <w:b/>
        </w:rPr>
        <w:t xml:space="preserve">[44:46] </w:t>
      </w:r>
      <w:r>
        <w:t>hum attack nahi kar sakte ke usne mana nahi hamari baat ko, to hum hamla karenge. aur dekhiye, kuch cheezein jo hain woh paighambar ke liye khaas hain.</w:t>
      </w:r>
    </w:p>
    <w:p>
      <w:pPr>
        <w:jc w:val="right"/>
      </w:pPr>
      <w:r>
        <w:t>ہم اٹیکنہیںکرسکتے کہاسنے مانانہیں ہماریباتکو،توہمہماٹیککریںگے۔ اور دیکھیے،کچھچیزیںجوہیںوہ پیغمبرکےلیے خاص ہیں۔</w:t>
      </w:r>
    </w:p>
    <w:p>
      <w:r>
        <w:rPr>
          <w:b/>
        </w:rPr>
        <w:t xml:space="preserve">[44:56] </w:t>
      </w:r>
      <w:r>
        <w:t>paighambar ke liye kaha gaya tha ke tum ko, kyunke aakhri paighambar the, to</w:t>
      </w:r>
    </w:p>
    <w:p>
      <w:pPr>
        <w:jc w:val="right"/>
      </w:pPr>
      <w:r>
        <w:t>پیغمبرکےلیے کہاگیا تھاکہتم کو،کیونکہ آخریپیغمبرتھے، تو</w:t>
      </w:r>
    </w:p>
    <w:p>
      <w:r>
        <w:rPr>
          <w:b/>
        </w:rPr>
        <w:t xml:space="preserve">[45:00] </w:t>
      </w:r>
      <w:r>
        <w:t>ek ek ek ek aisa mahaul banana tha ke wahan par khuda ki jo kitab hai, toheed ka jo paigham hai, us ke liye kuch log tayyar ho jayein, team tayyar ho jaye, aur woh phir doosri door door ja kar us ke liye kaam karein.</w:t>
      </w:r>
    </w:p>
    <w:p>
      <w:pPr>
        <w:jc w:val="right"/>
      </w:pPr>
      <w:r>
        <w:t>ایک ایکایک ایک ایسا ماحولبن اناتھاکہوہاںپر خداکیجو کتاب ہے، توحیدکاجوپیغامہے، اس کےلیے کچھ لوگ تیار ہوجائیں،ٹیم تیارہوجائے، اور وہ پھردوس ری دور دور جاکےاسکےلیے کامکریں۔</w:t>
      </w:r>
    </w:p>
    <w:p>
      <w:r>
        <w:rPr>
          <w:b/>
        </w:rPr>
        <w:t xml:space="preserve">[45:18] </w:t>
      </w:r>
      <w:r>
        <w:t>to ab aaj ke nahi hai ke aaj hum jayein aur kahein ke teen baar dawat pesh karein aur uske baad jang shuru karein. yeh aaj ke liye nahi hai, paighambar ke liye tha.</w:t>
      </w:r>
    </w:p>
    <w:p>
      <w:pPr>
        <w:jc w:val="right"/>
      </w:pPr>
      <w:r>
        <w:t>تو اب آجکےنہیںہےکہآجہمجائیں اورکہیںکہتینبار دعویٰپیشکریں اورپھراسکےبعد جنگ شروعکردیں۔یہآجکےلیےنہیںہے، پیغمبرکےلیے تھا۔</w:t>
      </w:r>
    </w:p>
    <w:p>
      <w:r>
        <w:rPr>
          <w:b/>
        </w:rPr>
        <w:t xml:space="preserve">[45:27] </w:t>
      </w:r>
      <w:r>
        <w:t>yeh aaj toh humein sirf dawat hi work karna hai. aaj ek dum halaat badal gaye hain, aur sirf qaumein jo hain, jo hukumat hai, wahi war ko declare kar sakti hai.</w:t>
      </w:r>
    </w:p>
    <w:p>
      <w:pPr>
        <w:jc w:val="right"/>
      </w:pPr>
      <w:r>
        <w:t>یہ آجتوہمیںصرف دعویٰہیورککرناہے۔ آجایکدم حالات بدلگئےہیں، اور صرف قومیںجوہیں، جوحکومت ہے، وہی وارکوڈیکلیئرکرسکتیہے۔</w:t>
      </w:r>
    </w:p>
    <w:p>
      <w:r>
        <w:rPr>
          <w:b/>
        </w:rPr>
        <w:t xml:space="preserve">[45:39] </w:t>
      </w:r>
      <w:r>
        <w:t>pehlay to individual sab kuch hota tha na, iska defense bhi aske hath mein tha. to ab kisi baat mein ghussa ho gaya to larai shuru ho jaye gi.</w:t>
      </w:r>
    </w:p>
    <w:p>
      <w:pPr>
        <w:jc w:val="right"/>
      </w:pPr>
      <w:r>
        <w:t>پہلے تو انڈیویجولہیسبکچھہوتاتھانا، اسکا ڈیفنسبھیاسکےہاتھمیںتھا۔ تو ابکسیباتمیںغصہہوگیا تو لڑائیشروعہوجائےگی۔</w:t>
      </w:r>
    </w:p>
    <w:p>
      <w:r>
        <w:rPr>
          <w:b/>
        </w:rPr>
        <w:t xml:space="preserve">[45:48] </w:t>
      </w:r>
      <w:r>
        <w:t>rasool ALLAH (SAW) se pehlay to woh larai hoti hi thi. ji, bes bais, tees tees saal laraiyan chalti rehti thi. log yeh bhi bhool jatay thay ke larai ki shuruat kya thi.</w:t>
      </w:r>
    </w:p>
    <w:p>
      <w:pPr>
        <w:jc w:val="right"/>
      </w:pPr>
      <w:r>
        <w:t>رسولاللہصلیاللہعلیہوسلم سےپہلے تو وہ لڑائیہوتیہیتھی۔ جی، بیسبیس،تیستیسساللڑائیاںچلتیرہتیتھیں۔ لوگ یہبھی بھولجاتےتھے کہلڑائیکیشروعاتکیا تھی۔</w:t>
      </w:r>
    </w:p>
    <w:p>
      <w:r>
        <w:rPr>
          <w:b/>
        </w:rPr>
        <w:t xml:space="preserve">[45:59] </w:t>
      </w:r>
      <w:r>
        <w:t>to yeh to woh zamanah alag tha. is zamanay ki har cheez hum apply nahin karein ge. yeh practical baatein hain.</w:t>
      </w:r>
    </w:p>
    <w:p>
      <w:pPr>
        <w:jc w:val="right"/>
      </w:pPr>
      <w:r>
        <w:t>تو یہتو وہ زمان ہ الگ تھا۔ اس زمان ےکیہرچیز ہم اپلائینہیںکریںگے۔ یہ پریکٹیکل باتیںہیں۔</w:t>
      </w:r>
    </w:p>
    <w:p>
      <w:r>
        <w:rPr>
          <w:b/>
        </w:rPr>
        <w:t xml:space="preserve">[46:07] </w:t>
      </w:r>
      <w:r>
        <w:t>yeh</w:t>
      </w:r>
    </w:p>
    <w:p>
      <w:pPr>
        <w:jc w:val="right"/>
      </w:pPr>
      <w:r>
        <w:t>یہ</w:t>
      </w:r>
    </w:p>
    <w:p>
      <w:r>
        <w:rPr>
          <w:b/>
        </w:rPr>
        <w:t xml:space="preserve">[46:08] </w:t>
      </w:r>
      <w:r>
        <w:t>hum dekhein ge theorem mein kya hai, rasool ALLAH ne kya kaha, quran mein kya hai. ji, aur aap a, yeh bohat important aspect hai jo log ignore kar detay hain ke prophet was guided and inspired through revelation.</w:t>
      </w:r>
    </w:p>
    <w:p>
      <w:pPr>
        <w:jc w:val="right"/>
      </w:pPr>
      <w:r>
        <w:t>ہمدیکھیںگے تھیوریمیںکیا ہے، رس ولاللہنےکیا کہا، قرآنمیںکیاہے۔ جی، اور آپ ا، یہ بہت امپورٹنٹ ایسپیکٹہےجولوگ اگنورکردیتےہیںکہ پرافٹ واز گائیڈڈاینڈانسپائرڈ تھروریولیشن۔</w:t>
      </w:r>
    </w:p>
    <w:p>
      <w:r>
        <w:rPr>
          <w:b/>
        </w:rPr>
        <w:t xml:space="preserve">[46:21] </w:t>
      </w:r>
      <w:r>
        <w:t>aaj ke zamanay mein thora kisi revelation aa rahi hai ke aap jihad kijiye. in fact, yeh aap baad ke zamanay mein bhi hum dekhte hain ke prophet ke hi baray sahabi thay abdullah ibn umar, aur unko jihad ke liye bulaya gaya to unhon ne kaha ke ab jihad ki zaroorat nahin hai.</w:t>
      </w:r>
    </w:p>
    <w:p>
      <w:pPr>
        <w:jc w:val="right"/>
      </w:pPr>
      <w:r>
        <w:t>آجکےزمان ےمیںتھوڑیکسیکوریولیشنآرہیہےکہآپ جہادکیجئے۔ انفیکٹ، یہآپا بعد کےزمان ےمیںبھی ہمدیکھتےہیںکہ پرافٹکےہیبڑےصحابیتھےعبداللہ ابن عمر ،اور انکو جہادکےلیےبلایاگیاتوانہوںنےکہاکہابجہادکیضرورتنہیں ہے۔</w:t>
      </w:r>
    </w:p>
    <w:p>
      <w:r>
        <w:rPr>
          <w:b/>
        </w:rPr>
        <w:t xml:space="preserve">[46:36] </w:t>
      </w:r>
      <w:r>
        <w:t>to unhon ne kaha ke religious persecution ka waasta diya gaya. to unhon ne kaha woh to hum ne rasool ALLAH ke daur mein hi khatam kar di thi. to ab deeraaz no religious persecution. jaisay aap ne bhi bohat achay se is ko wazeh kiya pichlay jawab mein ke ab aap kahin bhi aap namaz parhna chahein, aap namaz asani se parh sakte hain, aap ko koi follow karne ke liye nahin rok raha.</w:t>
      </w:r>
    </w:p>
    <w:p>
      <w:pPr>
        <w:jc w:val="right"/>
      </w:pPr>
      <w:r>
        <w:t>تو انہوںنےکہاکہ ریلیجیسپرسیکیوشنکاواسطہدیاگیا۔توانہوںنےکہاوہتوہمنے رسولاللہکےدورمیںہیختمکردیاتھا۔ تو ابدیرازنوریلیجیسپرسیکیوشن۔جیسےآپنےبھیبہتاچھےسے اسکو واضحکیا پچھلے جوابمیں کہ ابآپ کہیںبھیآپنمازپڑھناچاہیں،آپنمازآسانیسےپڑھسکتےہیں، آپکوکوئیفالوکرنےکےلیےنہیںروکرہا۔</w:t>
      </w:r>
    </w:p>
    <w:p>
      <w:r>
        <w:rPr>
          <w:b/>
        </w:rPr>
        <w:t xml:space="preserve">[46:55] </w:t>
      </w:r>
      <w:r>
        <w:t>to woh jo</w:t>
      </w:r>
    </w:p>
    <w:p>
      <w:pPr>
        <w:jc w:val="right"/>
      </w:pPr>
      <w:r>
        <w:t>تو وہجو</w:t>
      </w:r>
    </w:p>
    <w:p>
      <w:r>
        <w:rPr>
          <w:b/>
        </w:rPr>
        <w:t xml:space="preserve">[46:57] </w:t>
      </w:r>
      <w:r>
        <w:t>maqsad tha jis ke liye prophet ko bhi bhejha jata tha ke toheed jo hai woh establish hona zaroori hai, to woh to ab establish ho chuki.</w:t>
      </w:r>
    </w:p>
    <w:p>
      <w:pPr>
        <w:jc w:val="right"/>
      </w:pPr>
      <w:r>
        <w:t>مقصدتھاجسکےلیے پرافٹسکوبھیجاجاتا تھا کہ تو حید جوہے وہ اسٹیبلشہونا ضروریہے، تو وہتواباسٹیبلشہوچکی۔</w:t>
      </w:r>
    </w:p>
    <w:p>
      <w:r>
        <w:rPr>
          <w:b/>
        </w:rPr>
        <w:t xml:space="preserve">[47:06] </w:t>
      </w:r>
      <w:r>
        <w:t>to ab jihad kis baat ka? to yeh bohat misinterpret kiya gaya hai is is cheez ko. aap a, aik cheez, ex-sawal aur lene se pehlay mein kuch comments parhna chahoon ga.</w:t>
      </w:r>
    </w:p>
    <w:p>
      <w:pPr>
        <w:jc w:val="right"/>
      </w:pPr>
      <w:r>
        <w:t>تو اب جہ اد کسباتکا ؟ تو یہبہت مس انٹرپریٹ کیاگیاہے اس اسچیزکو ۔ آپ ا، ایکچیز، ایکسوال اورلینےسےپہلےمیں کچھ دوکمنٹسپڑھناچاہوںگا۔</w:t>
      </w:r>
    </w:p>
    <w:p>
      <w:r>
        <w:rPr>
          <w:b/>
        </w:rPr>
        <w:t xml:space="preserve">[47:19] </w:t>
      </w:r>
      <w:r>
        <w:t>yeh comment bhejha hai miss shabina ali ne kolkatta</w:t>
      </w:r>
    </w:p>
    <w:p>
      <w:pPr>
        <w:jc w:val="right"/>
      </w:pPr>
      <w:r>
        <w:t>یہکمنٹبھیجاہےمسشبینہعلینےکلکت</w:t>
      </w:r>
    </w:p>
    <w:p>
      <w:r>
        <w:rPr>
          <w:b/>
        </w:rPr>
        <w:t xml:space="preserve">[47:22] </w:t>
      </w:r>
      <w:r>
        <w:t>se. unhon ne likha hai: "we are an informative session, we are nicely explained. what is this technology driven and leads to mass destruction.</w:t>
      </w:r>
    </w:p>
    <w:p>
      <w:pPr>
        <w:jc w:val="right"/>
      </w:pPr>
      <w:r>
        <w:t>ہسے۔انہوںنےلکھاہے: "ویریانفارمیٹیوسیشن،ویرینائسلیایکسپلینڈ۔ واردیزڈیزاز ٹیکن الوجیڈریون اینڈلیڈزٹوماس ڈسٹرکشن۔</w:t>
      </w:r>
    </w:p>
    <w:p>
      <w:r>
        <w:rPr>
          <w:b/>
        </w:rPr>
        <w:t xml:space="preserve">[47:31] </w:t>
      </w:r>
      <w:r>
        <w:t>individuals as well as the state holders should find guidance from the quran and the life of the prophet." miss karolyn ne srinagar se likha hai: "maulana meant that islam is a religion of peace.</w:t>
      </w:r>
    </w:p>
    <w:p>
      <w:pPr>
        <w:jc w:val="right"/>
      </w:pPr>
      <w:r>
        <w:t>انڈیویجولزایزویلایزدا سٹیٹہولڈرز شوڈفائنڈ گائیڈنسفرامداقرآناینڈدا لائف اف دا پرافٹ۔" مس کروتل یننے سری نگرسےلکھاہے: "مول انا مینتھرسٹوازدیٹاسلام ازاریلیجن اف پیس۔</w:t>
      </w:r>
    </w:p>
    <w:p>
      <w:r>
        <w:rPr>
          <w:b/>
        </w:rPr>
        <w:t xml:space="preserve">[47:46] </w:t>
      </w:r>
      <w:r>
        <w:t>he was categorical in dismissing the argument that justice is the basic requirement of peace. every war under prophet Muhammad was a defensive war, and ALLAH's efforts were to put an end so that the claim work may be resumed.</w:t>
      </w:r>
    </w:p>
    <w:p>
      <w:pPr>
        <w:jc w:val="right"/>
      </w:pPr>
      <w:r>
        <w:t>ہیواز کیٹیگر یکل ان ڈسمسنگدی ارگیومنٹ دیٹجسٹسازدا بیسک ریکوزیشنافپیس۔ ایوری وارانڈرپرافٹمحمد وازاڈیفنسو وار، اینڈالہزایفرٹس وار ٹوپٹاین اینڈ سودیٹدعویٰورکمیبی ریزیومڈ۔</w:t>
      </w:r>
    </w:p>
    <w:p>
      <w:r>
        <w:rPr>
          <w:b/>
        </w:rPr>
        <w:t xml:space="preserve">[48:04] </w:t>
      </w:r>
      <w:r>
        <w:t>we should try to follow the Sunnah light and sup</w:t>
      </w:r>
    </w:p>
    <w:p>
      <w:pPr>
        <w:jc w:val="right"/>
      </w:pPr>
      <w:r>
        <w:t>ویشوڈٹرائیٹوفالو دسان لی ٹر اینڈ سپ</w:t>
      </w:r>
    </w:p>
    <w:p>
      <w:r>
        <w:rPr>
          <w:b/>
        </w:rPr>
        <w:t xml:space="preserve">[48:08] </w:t>
      </w:r>
      <w:r>
        <w:t>spirit." aap a, isi liye is sawal par mein aana chahoon ga ke root word of islam bhi, jaisay ke hum sab jantay hain, is salamo meaning peace, and there is no doubt that the greater object of islam is to establish a peaceful society.</w:t>
      </w:r>
    </w:p>
    <w:p>
      <w:pPr>
        <w:jc w:val="right"/>
      </w:pPr>
      <w:r>
        <w:t>رٹ۔" آپ ا، اسیلیے اسسوال پرمیں آناچاہوںگاکہ روٹورڈاف اسلام بھی،جیساکہہمسبجانتےہیں،اس سلموچمینز پیس، اینڈداریزنازدیٹداگریٹرابجیکٹوافاسلام ازٹو اسٹیبلشاپیسفل سوسائٹی۔</w:t>
      </w:r>
    </w:p>
    <w:p>
      <w:r>
        <w:rPr>
          <w:b/>
        </w:rPr>
        <w:t xml:space="preserve">[48:24] </w:t>
      </w:r>
      <w:r>
        <w:t>aur agar hum dekhein ke human progress, development jo hai, woh aik peaceful environment mein hi ho</w:t>
      </w:r>
    </w:p>
    <w:p>
      <w:pPr>
        <w:jc w:val="right"/>
      </w:pPr>
      <w:r>
        <w:t>اور اگرہمدیکھیںکہ ہیومنپروگریس ،ڈیویلپمنٹجوہے، وہ ایک پیسفلانوائرمنٹمیںہیہو</w:t>
      </w:r>
    </w:p>
    <w:p>
      <w:r>
        <w:rPr>
          <w:b/>
        </w:rPr>
        <w:t xml:space="preserve">[48:30] </w:t>
      </w:r>
      <w:r>
        <w:t>sakti hai. in fact, aik individual ka jo moral aur spiritual development hai, woh aik aggressive atmosphere ya anawatana area mein nahin ho sakta.</w:t>
      </w:r>
    </w:p>
    <w:p>
      <w:pPr>
        <w:jc w:val="right"/>
      </w:pPr>
      <w:r>
        <w:t>سکتیہے۔ انفیکٹ،ایک انڈیویجولکاجو مورلاور سپرچولڈیویلپمنٹہے، وہ ایک ایگری سوایٹمس فیئر یا اناواٹانایریامیںنہیںہوسکتا۔</w:t>
      </w:r>
    </w:p>
    <w:p>
      <w:r>
        <w:rPr>
          <w:b/>
        </w:rPr>
        <w:t xml:space="preserve">[48:41] </w:t>
      </w:r>
      <w:r>
        <w:t>woh sirf aik peaceful environment mein ho sakta hai. to mein chahoon ga ke aap yeh sab, yeh is is cheez ke baray mein bataein ke what are the benefits of peace, and examples from prophet's life, how prophet's guidance was given in terms of avoidance of wars.</w:t>
      </w:r>
    </w:p>
    <w:p>
      <w:pPr>
        <w:jc w:val="right"/>
      </w:pPr>
      <w:r>
        <w:t>وہصرفایک پیسفل انوائرمنٹمیںہوسکتاہے۔ تو میں چاہوںگاکہآپ یہ سب ،یہ اس اسچیزکےبارےمیںبت ائیںکہ واٹاردابینیفٹساف پیس، اینڈ ایگزیمپلزفر ام پرافٹسلائف، ہاؤپرافٹکگائیڈنسوازگیون انٹرمزاف اوائڈنسافوارز۔</w:t>
      </w:r>
    </w:p>
    <w:p>
      <w:r>
        <w:rPr>
          <w:b/>
        </w:rPr>
        <w:t xml:space="preserve">[48:59] </w:t>
      </w:r>
      <w:r>
        <w:t>to</w:t>
      </w:r>
    </w:p>
    <w:p>
      <w:pPr>
        <w:jc w:val="right"/>
      </w:pPr>
      <w:r>
        <w:t>تو</w:t>
      </w:r>
    </w:p>
    <w:p>
      <w:r>
        <w:rPr>
          <w:b/>
        </w:rPr>
        <w:t xml:space="preserve">[49:00] </w:t>
      </w:r>
      <w:r>
        <w:t>is is ke baray mein aap hum sab ko bataein. dekhiye, duniya ki jo aaj sari taraqqiyan hain, woh peace ki wajah se hain. peaceful world aik create hui naye zamanay mein.</w:t>
      </w:r>
    </w:p>
    <w:p>
      <w:pPr>
        <w:jc w:val="right"/>
      </w:pPr>
      <w:r>
        <w:t>اس اسکےبارےمیں آپ اہمسبکوبت ائیں۔ دیکھیے،دنیا کیجوآج ساری تر قیاںہیں، وہ پیسہیکیوجہسےہیں۔پیسفل ورلڈ ایک کریٹہوئی نئےزمانےمیں۔</w:t>
      </w:r>
    </w:p>
    <w:p>
      <w:r>
        <w:rPr>
          <w:b/>
        </w:rPr>
        <w:t xml:space="preserve">[49:13] </w:t>
      </w:r>
      <w:r>
        <w:t>woh saray jo hain usool, woh jo tribal culture walay khatam hoay. jab tak sab, jab jab jangain ho rahi theen, har waqt log jang kar rahay thay, us waqt kahan koi taraqqi hui thi?</w:t>
      </w:r>
    </w:p>
    <w:p>
      <w:pPr>
        <w:jc w:val="right"/>
      </w:pPr>
      <w:r>
        <w:t>وہ سارےجوہیں اص ول،وہجوٹرائبلکلچروالےختمہوئے۔ جب تک سب، جب جبجنگ یںہورہیتھیں،ہروقتلوگجنگ کررہےتھے، اسوقت کہاںکوئیتر قیہوئیتھی ؟</w:t>
      </w:r>
    </w:p>
    <w:p>
      <w:r>
        <w:rPr>
          <w:b/>
        </w:rPr>
        <w:t xml:space="preserve">[49:23] </w:t>
      </w:r>
      <w:r>
        <w:t>to yeh peace jo hai, bilkul zaroori hai. duniya ke kaam kaaj ke liye bhi tamam constructive activities jo hain, woh peace se hi qaim ho sakti hain aur akhirat ke liye bhi. kyun ke peace nahin hoga to hum ALLAH ki jo humein ma'rifat hasil karne ke liye, is mein bohat karna parta hai, bohat kuch thinking bhi karni parti hai aur ibadat bhi karni hoti hai.</w:t>
      </w:r>
    </w:p>
    <w:p>
      <w:pPr>
        <w:jc w:val="right"/>
      </w:pPr>
      <w:r>
        <w:t>تو یہ پیسجوہے، بالکل ضروریہے۔ دنیا کے کام وںکےلیےبھیتمام کنسٹرکٹیوایکٹیویٹیزجوہیں، وہ پیسسےہی قائمہوسکتیہیں اور آخرتکےلیےبھی۔کیونکہپیسنہیںہوگا تو ہم خداکیجوہمیںمعرفتحاصل کرنےکےلیے، اسمیں بہت کرناپڑتاہے،بہت کچھ تھنکنگبھیکرنیپڑتیہےاور عبادتبھیکرنیہوتیہے۔</w:t>
      </w:r>
    </w:p>
    <w:p>
      <w:r>
        <w:rPr>
          <w:b/>
        </w:rPr>
        <w:t xml:space="preserve">[49:47] </w:t>
      </w:r>
      <w:r>
        <w:t>aik doosray logon ko paigham, ALLAH ka paigham pahunchana hota hai. to</w:t>
      </w:r>
    </w:p>
    <w:p>
      <w:pPr>
        <w:jc w:val="right"/>
      </w:pPr>
      <w:r>
        <w:t>ایکدوسرےلوگوںکو پیغام،خداکاپیغام پہنچاناہوتاہے۔ تو</w:t>
      </w:r>
    </w:p>
    <w:p>
      <w:r>
        <w:rPr>
          <w:b/>
        </w:rPr>
        <w:t xml:space="preserve">[49:51] </w:t>
      </w:r>
      <w:r>
        <w:t>jab peaceful nahin rahe ga to phir hum koi bhi kaam nahin kar sakte, khauf mein, dar mein. balkay ALLAH taala ne kaha hai quran mein ke hum ne khauf ki halat ko aman ki halat se badal diya.</w:t>
      </w:r>
    </w:p>
    <w:p>
      <w:pPr>
        <w:jc w:val="right"/>
      </w:pPr>
      <w:r>
        <w:t>جب پیسفل نہیںرہےگا تو پھرہم کوئیبھی کامنہیںکرسکتے، خوفمیں، ڈرمیں۔ بلکہاللہ تعالینےکہاہےقرآنمیںکہہمنےخوفکیحالتکو امنکیحالتسےبدلدیا۔</w:t>
      </w:r>
    </w:p>
    <w:p>
      <w:r>
        <w:rPr>
          <w:b/>
        </w:rPr>
        <w:t xml:space="preserve">[50:04] </w:t>
      </w:r>
      <w:r>
        <w:t>ab allah netobaldiyatha, ab logon ne aman ki halat ko dobara khauf ki halat mein badal rahe hain. to inko quran jo hai, woh parhna parega, samajhna parega, tabhi woh apne liye jo hai sahih rasta ikhtiyar kar sakte hain.</w:t>
      </w:r>
    </w:p>
    <w:p>
      <w:pPr>
        <w:jc w:val="right"/>
      </w:pPr>
      <w:r>
        <w:t>اباللہ نےتوبدلدیاتھا،ابلوگوںنے امنکیحالتکودوبارہ خوفکیحالتمیں بدلرہےہیں۔ تو انکو قرآن جوہے،وہ پڑھناپڑےگا،سمجھناپڑےگا، تبھیوہ اپنے لیے جو ہےصحیحراستہ اختیارکرسکتےہیں۔</w:t>
      </w:r>
    </w:p>
    <w:p>
      <w:r>
        <w:rPr>
          <w:b/>
        </w:rPr>
        <w:t xml:space="preserve">[50:19] </w:t>
      </w:r>
      <w:r>
        <w:t>aur rasool allah salallahu alaihi wasallam ki zindagi mein to har har cheez ke liye misalein maujood hain. hamein kahin nahi jaana hai. agar humne ek ek kitab qaide ki siriisly parh li rasool allah salallahu alaihi wasallam ke upar to woh hamare liye kafi ho jayega.</w:t>
      </w:r>
    </w:p>
    <w:p>
      <w:pPr>
        <w:jc w:val="right"/>
      </w:pPr>
      <w:r>
        <w:t>اور رسولاللہصلیاللہعلیہوسلمکیزندگی میںتو ہر ہرچیز کےلیے مثالیںموجود ہیں۔ ہمیں کہیںنہیں جاناہے۔اگرہمنےایک ایککتاب قاعدےکی سیریسلیپڑھلیرسولاللہصلیاللہعلیہوسلمکےاوپر تو وہیہمارےلیے کافیہوجائےگا۔</w:t>
      </w:r>
    </w:p>
    <w:p>
      <w:r>
        <w:rPr>
          <w:b/>
        </w:rPr>
        <w:t xml:space="preserve">[50:35] </w:t>
      </w:r>
      <w:r>
        <w:t>kyunki rasool allah har mauqe par aman hi ke tareeqon ko apnate the.</w:t>
      </w:r>
    </w:p>
    <w:p>
      <w:pPr>
        <w:jc w:val="right"/>
      </w:pPr>
      <w:r>
        <w:t>کیونکہرسولاللہ ہر موقعپر امنہی کےطریقوںکواپناتےتھے۔</w:t>
      </w:r>
    </w:p>
    <w:p>
      <w:r>
        <w:rPr>
          <w:b/>
        </w:rPr>
        <w:t xml:space="preserve">[50:41] </w:t>
      </w:r>
      <w:r>
        <w:t>hazrat aisha ne yeh baat kahi hai ki aap ki yeh general policy thi ki jab bhi aap ko do cheezon mein se ek ka intekhab karna ho to aap aasan ka intekhab karte, yaani ikhtiyar asar.</w:t>
      </w:r>
    </w:p>
    <w:p>
      <w:pPr>
        <w:jc w:val="right"/>
      </w:pPr>
      <w:r>
        <w:t>حضرت عائشہنےیہباتکہیہے کہ آپکییہجنرلپالیسیتھیکہجببھیآپ کو دوچیزوںمیںسے ایک کا انتخاب کرناہوتاتوآپ آسانکا انتخاب کرتے ، یعنی اختیار ا ثر۔</w:t>
      </w:r>
    </w:p>
    <w:p>
      <w:r>
        <w:rPr>
          <w:b/>
        </w:rPr>
        <w:t xml:space="preserve">[50:55] </w:t>
      </w:r>
      <w:r>
        <w:t>to isi liye unhone sulah kiya. sulah bhi ikhtiyar asar hai, jang ikhtiyar asar hai, ainsay asar. to jang aur violence yeh sabj woh hai aap shanj woh hai hamare liye</w:t>
      </w:r>
    </w:p>
    <w:p>
      <w:pPr>
        <w:jc w:val="right"/>
      </w:pPr>
      <w:r>
        <w:t>تو اسیلیے انہوںنےصلحکیا۔ صلحبھیاختیار اثرہے، جنگ اختیار اثرہے، عینسےاثر۔ تو جنگ اوروائلنس یہسبجوہے آپ شنجوہے ہمارےلیے</w:t>
      </w:r>
    </w:p>
    <w:p>
      <w:r>
        <w:rPr>
          <w:b/>
        </w:rPr>
        <w:t xml:space="preserve">[51:07] </w:t>
      </w:r>
      <w:r>
        <w:t>nahi hai. kyunki rasool allah salallahu alaihi wasallam ka yeh tareeqa nahi hai. aur jo baqayda ek hadith hai, log darte nahi hain ki jo mere tareeqe par nahi chala, jisne mere tareeqe ko chhod diya, woh mera ummat nahi hai.</w:t>
      </w:r>
    </w:p>
    <w:p>
      <w:pPr>
        <w:jc w:val="right"/>
      </w:pPr>
      <w:r>
        <w:t>نہیںہے۔ کیونکہرسولاللہ صلیاللہعلیہوسلم کایہطریقہنہیںہے۔ اورجو باقاعدہایکحدیث ہے،لوگ ڈرتےنہیںہیں کہ جو میرےطریقے پرنہیں چلا،جسنےمیرےطریقےکوچھوڑدیا ، وہ میراام تینہیںہے۔</w:t>
      </w:r>
    </w:p>
    <w:p>
      <w:r>
        <w:rPr>
          <w:b/>
        </w:rPr>
        <w:t xml:space="preserve">[51:21] </w:t>
      </w:r>
      <w:r>
        <w:t>phir us waqt kya haal hoga jab rasool allah salallahu alaihi wasallam keh denge ki yeh to hamare hamare hain hi nahi, isne to hamare kisi hukum ko mana nahi hai?</w:t>
      </w:r>
    </w:p>
    <w:p>
      <w:pPr>
        <w:jc w:val="right"/>
      </w:pPr>
      <w:r>
        <w:t>پھراس وقت کیا حالہوگاجب رسولاللہصلیاللہعلیہوسلم کہہدیںگےکہ یہتوہمارےہماراہےہینہیں ، اسنےتوہمارےکسی حکمکوماناہینہیں؟</w:t>
      </w:r>
    </w:p>
    <w:p>
      <w:r>
        <w:rPr>
          <w:b/>
        </w:rPr>
        <w:t xml:space="preserve">[51:30] </w:t>
      </w:r>
      <w:r>
        <w:t>to darna chahiye. mere khayal mein mujhe aisa lagta hai ki logon ke andar se khuda aur rasool ka sabka dar nikal gaya hai. to</w:t>
      </w:r>
    </w:p>
    <w:p>
      <w:pPr>
        <w:jc w:val="right"/>
      </w:pPr>
      <w:r>
        <w:t>تو ڈرناچاہیے۔میرےخیالمیںمجھےایسالگتاہےکہلوگوںکےاندرسے خدااوررسول کاسبکاڈرہینکلگیاہے۔ تو</w:t>
      </w:r>
    </w:p>
    <w:p>
      <w:r>
        <w:rPr>
          <w:b/>
        </w:rPr>
        <w:t xml:space="preserve">[51:38] </w:t>
      </w:r>
      <w:r>
        <w:t>bas woh chahte hain ki hum musalman hain, by birth musalman hain, hum to seedhe jannat mein jayenge, rasool hamein hamari bakhsh shukrein ge. to yeh sab jo farzi khushaqidgiyaan jo hain, yahi sab jo hai musalmanon ko samajhne nahi deti baaton ko ki rasool allah salallahu alaihi wasallam ne dekhiye hamesha avoid kiya.</w:t>
      </w:r>
    </w:p>
    <w:p>
      <w:pPr>
        <w:jc w:val="right"/>
      </w:pPr>
      <w:r>
        <w:t>بسوہچاہتےہیںکہہممسلمان ہیں، بائیبرتھمسلمانہیں،ہمتوسیدھےجنتمیںجائیںگے، رسول ہمیں ہماریبخش شکریںگے۔ تو یہسبجو فرضی خوشعقیدگیاںجوہیں، یہی سب جوہے مسلمان وںکو سمجھنےنہیںدیتیانباتوںکو کہ رسولاللہصلیاللہعلیہوسلمنےدیکھیےہمیشہ اوائڈکیا۔</w:t>
      </w:r>
    </w:p>
    <w:p>
      <w:r>
        <w:rPr>
          <w:b/>
        </w:rPr>
        <w:t xml:space="preserve">[51:59] </w:t>
      </w:r>
      <w:r>
        <w:t>jab jab aap ko shuru kiya aap ne kaam mission ka to kabe mein 360 butar</w:t>
      </w:r>
    </w:p>
    <w:p>
      <w:pPr>
        <w:jc w:val="right"/>
      </w:pPr>
      <w:r>
        <w:t>جب جب آپکو شروع کیا آپنےکام مشنکا تو کعبےمیں3 60بترکھ</w:t>
      </w:r>
    </w:p>
    <w:p>
      <w:r>
        <w:rPr>
          <w:b/>
        </w:rPr>
        <w:t xml:space="preserve">[52:07] </w:t>
      </w:r>
      <w:r>
        <w:t>hue the, wahin aap jaake namaz padhte the. aaj to ek but ki kya, ek tasveer bhi latka dein na to uspar log kapda daal ke tab namaz padhte hain.</w:t>
      </w:r>
    </w:p>
    <w:p>
      <w:pPr>
        <w:jc w:val="right"/>
      </w:pPr>
      <w:r>
        <w:t>ےہوئےتھے، وہیںآپجاکےنمازپڑھتےتھے۔ آجتوایکبت کیکیا،ایکتصویربھیلٹکادیںنا تو اسپر لوگ کپڑا ڈالکے تب نمازپڑھتےہیں۔</w:t>
      </w:r>
    </w:p>
    <w:p>
      <w:r>
        <w:rPr>
          <w:b/>
        </w:rPr>
        <w:t xml:space="preserve">[52:17] </w:t>
      </w:r>
      <w:r>
        <w:t>to rasool allah kaise namaz padhte the? to rasool allah ne har waqt har cheez se avoid kiya, is liye taaki jo normal atmosphere hai, woh bhang na hone paaye, is mein koi disturbance na hone paaye.</w:t>
      </w:r>
    </w:p>
    <w:p>
      <w:pPr>
        <w:jc w:val="right"/>
      </w:pPr>
      <w:r>
        <w:t>تو رسولاللہکیسےنمازپڑھتےتھے؟ تو رسولاللہ نے ہروقت ہرچیزسے اوائڈکیا،اس لیے تاکہجو نارمل ایٹمسفیئرہے،وہ بھنگنہہونے پائے، اسمیں کوئی ڈسٹربنسنہہونےپائے۔</w:t>
      </w:r>
    </w:p>
    <w:p>
      <w:r>
        <w:rPr>
          <w:b/>
        </w:rPr>
        <w:t xml:space="preserve">[52:31] </w:t>
      </w:r>
      <w:r>
        <w:t>kyunki inko khuda ka paigham sabko pahunchana tha.</w:t>
      </w:r>
    </w:p>
    <w:p>
      <w:pPr>
        <w:jc w:val="right"/>
      </w:pPr>
      <w:r>
        <w:t>کیونکہ انکوخداکا پیغامسبکوپہنچاناتھا۔</w:t>
      </w:r>
    </w:p>
    <w:p>
      <w:r>
        <w:rPr>
          <w:b/>
        </w:rPr>
        <w:t xml:space="preserve">[52:36] </w:t>
      </w:r>
      <w:r>
        <w:t>phir bhi kyunki bahut hi sakht halaat the us waqt religious persecution ki wajah se, to aap ko wahan bahut thode se log mile. iske baad jab aap ne dekha ki yeh log bilkul maarne ke dar pe ho gaye hain, tab allah ke hukum se aap ne hijrat kar li.</w:t>
      </w:r>
    </w:p>
    <w:p>
      <w:pPr>
        <w:jc w:val="right"/>
      </w:pPr>
      <w:r>
        <w:t>پھربھیچونکہبہتہی سخت حالات تھےاسوقت ریلیجسپرسیکیوشنکیوجہ سے،تو آپ کووہاںبہت تھوڑےسےلوگ ملے۔ اسکےبعد جب آپنےدیکھا کہیہلوگبالکل مارنےکےدرپہہوگئےہیں، تب اللہ کےحکمسےآپنے ہجرتکرلی۔</w:t>
      </w:r>
    </w:p>
    <w:p>
      <w:r>
        <w:rPr>
          <w:b/>
        </w:rPr>
        <w:t xml:space="preserve">[52:51] </w:t>
      </w:r>
      <w:r>
        <w:t>to yeh bhi ek usool hai ki maidan e kar badal dena. agar ek jagah kaam nahi ho raha hai to doosri jagah chale jaana. duniya bahut badi hai.</w:t>
      </w:r>
    </w:p>
    <w:p>
      <w:pPr>
        <w:jc w:val="right"/>
      </w:pPr>
      <w:r>
        <w:t>تو یہبھیایک اصولہے کہ میدان کاربدلدینا۔ اگر ایک جگہ کامنہیں ہورہاہے تو دوس ریجگہ چلےجانا۔ دنیا بہت بڑیہے۔</w:t>
      </w:r>
    </w:p>
    <w:p>
      <w:r>
        <w:rPr>
          <w:b/>
        </w:rPr>
        <w:t xml:space="preserve">[53:05] </w:t>
      </w:r>
      <w:r>
        <w:t>isi tarah ghazwa e khandak mein aap jaante hain ki barah hazar ki fauj thi. to aap ne bahut saare ashaab ne milkar ke badi si poore ek poori taraf side mein ek taraf to jang thi, pahad tha, aur ek hi taraf khula ho tha border. to wahan poori khandaq khod di.</w:t>
      </w:r>
    </w:p>
    <w:p>
      <w:pPr>
        <w:jc w:val="right"/>
      </w:pPr>
      <w:r>
        <w:t>اسیطرح غزوہخندقمیںآپجانتےہیںکہ بارہہزار کیفوج تھی۔ توآپنے بہت سارے اصحابنےملکرکے بڑی سیپورے ایکپوریطرف سائیڈمیں ایکطرف توجنگ لتھا، پہاڑتھا، اور ایکہیطرف کھلا ہواتھا بارڈر۔تووہاں پوری خندقکھوددی۔</w:t>
      </w:r>
    </w:p>
    <w:p>
      <w:r>
        <w:rPr>
          <w:b/>
        </w:rPr>
        <w:t xml:space="preserve">[53:24] </w:t>
      </w:r>
      <w:r>
        <w:t>to woh buffer ka kaam kiya usne. to doosre ki aap ne salman farsi ke mashwar</w:t>
      </w:r>
    </w:p>
    <w:p>
      <w:pPr>
        <w:jc w:val="right"/>
      </w:pPr>
      <w:r>
        <w:t>تو وہ بفر کاکام کیا اسنے ۔ تو دوسرے کہآپنے سلمان فارسیکےمشور</w:t>
      </w:r>
    </w:p>
    <w:p>
      <w:r>
        <w:rPr>
          <w:b/>
        </w:rPr>
        <w:t xml:space="preserve">[53:31] </w:t>
      </w:r>
      <w:r>
        <w:t>se kiya tha. unhone kaha ki iran mein agar log jang nahi karna chahte hain, rulers to aisa karte hain. humare log mashwara bhi nahi karte. ab mashwara karein to sab baatein saamne aati hain.</w:t>
      </w:r>
    </w:p>
    <w:p>
      <w:pPr>
        <w:jc w:val="right"/>
      </w:pPr>
      <w:r>
        <w:t>ےسےکیا تھا۔ انہوںنےکہاکہایران میںاگرلوگ جنگ نہیں کر چاہتےہیں،رولرز تو ایساکرتے ہیں۔ ہ مارےلوگ مشورہبھینہیںکرتے۔ ابمشورہ کریںتودسباتسامنےآتیہیں۔</w:t>
      </w:r>
    </w:p>
    <w:p>
      <w:r>
        <w:rPr>
          <w:b/>
        </w:rPr>
        <w:t xml:space="preserve">[53:41] </w:t>
      </w:r>
      <w:r>
        <w:t>isme se jo baat sahih lage, woh aadmi usko ikhtiyar kar le. ab dekhiye ki rasool allah mashwara karte the. yahan ke hazrat jibril kehte hain ki jab jibril aayenge to hum unse pooch lenge.</w:t>
      </w:r>
    </w:p>
    <w:p>
      <w:pPr>
        <w:jc w:val="right"/>
      </w:pPr>
      <w:r>
        <w:t>اسمیںسےجوبات صحیحلگے،وہآدمیاسکواختیارکرلے۔ ابدیکھیےکہرسولاللہ مشورہکرتے تھے۔یہاںکے حضرتجبرائیل کہتےہیںکہجب جبرائیلآئیںگےتوہمانسےپوچھلیںگے۔</w:t>
      </w:r>
    </w:p>
    <w:p>
      <w:r>
        <w:rPr>
          <w:b/>
        </w:rPr>
        <w:t xml:space="preserve">[53:53] </w:t>
      </w:r>
      <w:r>
        <w:t>nahi, insaanon ke tajrube hote hain, unse mashwara karna chahiye. isse bahut saari baatein samajh mein aati hain.</w:t>
      </w:r>
    </w:p>
    <w:p>
      <w:pPr>
        <w:jc w:val="right"/>
      </w:pPr>
      <w:r>
        <w:t>نہیں، انسان وںکےتجربےہوتےہیں، انسے مشورہکرناچاہیے۔ اسسےبہت ساریباتیںسمجھمیںآتیہیں۔</w:t>
      </w:r>
    </w:p>
    <w:p>
      <w:r>
        <w:rPr>
          <w:b/>
        </w:rPr>
        <w:t xml:space="preserve">[54:01] </w:t>
      </w:r>
      <w:r>
        <w:t>phir aap ne jab dekha ki kuch ho nahi pa raha hai to aap ne sulah kar li. yeh bahut hi bada usool hai ki jab jang ke halaat ho gaye hain, ab jang karne se koi nateeja nahi nikal raha hai to sulah kar li. asal mein agar aadmi apna ego khatam kar de na, ego, arrogance, superiority complex, yeh sab cheezein insaan ko dabne nahi deti hain.</w:t>
      </w:r>
    </w:p>
    <w:p>
      <w:pPr>
        <w:jc w:val="right"/>
      </w:pPr>
      <w:r>
        <w:t>پھرآپنےجبدیکھاکہکچھ ہونہیںپارہاہےتوآپنے صلحکرلی۔یہبہت ہیبڑا اصولہے کہجب جنگ یحالاتہوگئےہیں،اب جنگ کرنے سےکوئی نتیجہنہیں نکلرہاہے تو صلحکرلی۔اصلمیںاگر آدمیاپنا ایگوختمکردےنا، ایگو،ایروگنس،سپیری ورٹیکمپلیکس، یہیسب چیزیںانسانکو دبنےنہیںدیتیہیں۔</w:t>
      </w:r>
    </w:p>
    <w:p>
      <w:r>
        <w:rPr>
          <w:b/>
        </w:rPr>
        <w:t xml:space="preserve">[54:24] </w:t>
      </w:r>
      <w:r>
        <w:t>kehte hain hum akde keheer rahenge, chahe hum barbaad ho</w:t>
      </w:r>
    </w:p>
    <w:p>
      <w:pPr>
        <w:jc w:val="right"/>
      </w:pPr>
      <w:r>
        <w:t>کہتےہیں ہماکڑکےہیرہیںگے، چاہے ہم بربادہوج</w:t>
      </w:r>
    </w:p>
    <w:p>
      <w:r>
        <w:rPr>
          <w:b/>
        </w:rPr>
        <w:t xml:space="preserve">[54:29] </w:t>
      </w:r>
      <w:r>
        <w:t>jayen. to insaan ko jhukao jo hai na, woh momin ki ek pehchan hai. to usko jhukna hoga aur yeh saare sulah ke raaste ikhtiyar karne honge.</w:t>
      </w:r>
    </w:p>
    <w:p>
      <w:pPr>
        <w:jc w:val="right"/>
      </w:pPr>
      <w:r>
        <w:t>ائیں۔ تو انسانکو جھکاؤجوہےنا،وہ مومنکیایکپہچانہے۔ تو اسکو جھکناہوگااور یہسارے صلحکےراستےاختیارکرنے ہوںگے۔</w:t>
      </w:r>
    </w:p>
    <w:p>
      <w:r>
        <w:rPr>
          <w:b/>
        </w:rPr>
        <w:t xml:space="preserve">[54:40] </w:t>
      </w:r>
      <w:r>
        <w:t>kyunki yehi only method hai success hasil karne ke liye. jab fateh e makkah hua, itne kharab woh log the, kya kya zulm nahi kiya.</w:t>
      </w:r>
    </w:p>
    <w:p>
      <w:pPr>
        <w:jc w:val="right"/>
      </w:pPr>
      <w:r>
        <w:t>کیونکہیہی اونلی میتھڈہے سکسیسحاصل کرنےکےلیے۔ جب فتحمکہہوا، اتنے خراب وہلوگ تھے، کیا کیا ظلمنہیںکیا۔</w:t>
      </w:r>
    </w:p>
    <w:p>
      <w:r>
        <w:rPr>
          <w:b/>
        </w:rPr>
        <w:t xml:space="preserve">[54:53] </w:t>
      </w:r>
      <w:r>
        <w:t>aap ne sabko maaf, maaf nahi kiya, sabke liye duayein kien.</w:t>
      </w:r>
    </w:p>
    <w:p>
      <w:pPr>
        <w:jc w:val="right"/>
      </w:pPr>
      <w:r>
        <w:t>آپنےسبکو معاف ،معافہینہیںکیا،سبکےلیے دعائیںکیں۔</w:t>
      </w:r>
    </w:p>
    <w:p>
      <w:r>
        <w:rPr>
          <w:b/>
        </w:rPr>
        <w:t xml:space="preserve">[54:58] </w:t>
      </w:r>
      <w:r>
        <w:t>sar, rat bhar sab sahaba aur aap ne in sab ke liye duaein keen. phir un ko sab ko maaf kar diya. to kyun ke wahan ek khuda nahin hai, wahan to mission tha.</w:t>
      </w:r>
    </w:p>
    <w:p>
      <w:pPr>
        <w:jc w:val="right"/>
      </w:pPr>
      <w:r>
        <w:t>سر،راتبھرسب صحابہاورآپنے انسبکےلیے دعائیںکیں۔ پھر انکوسبکومعافکردیا۔ تو کیونکہوہاں ایگوتھاہینہیں،وہاںتومشنتھا۔</w:t>
      </w:r>
    </w:p>
    <w:p>
      <w:r>
        <w:rPr>
          <w:b/>
        </w:rPr>
        <w:t xml:space="preserve">[55:08] </w:t>
      </w:r>
      <w:r>
        <w:t>mission ke jo taqaze the, us ke mutabiq aap kaam karte the. taqaza yeh tha ke in sab logon ke dil ko jeeto, sar qalam karne ki bajaye un ke dil ko jeeto, jeeto.</w:t>
      </w:r>
    </w:p>
    <w:p>
      <w:pPr>
        <w:jc w:val="right"/>
      </w:pPr>
      <w:r>
        <w:t>مشن کےجو تقاضےتھے،اسکےمط ابق آپ کامکرتے تھے۔ تقاضایہیتھاکہانسب لوگوںکے دلوںکوجیتو، سرقلمکرنے کیبجائے انکےدلوںکو جیتو،جیتو۔</w:t>
      </w:r>
    </w:p>
    <w:p>
      <w:r>
        <w:rPr>
          <w:b/>
        </w:rPr>
        <w:t xml:space="preserve">[55:19] </w:t>
      </w:r>
      <w:r>
        <w:t>to jab tak apni ana ko khatam nahin karenge na, tab tak jang bhi khatam nahin hogi.</w:t>
      </w:r>
    </w:p>
    <w:p>
      <w:pPr>
        <w:jc w:val="right"/>
      </w:pPr>
      <w:r>
        <w:t>تو جبتک اپنی اناکوختمنہیںکریںگےنا،تبتک جنگ بھیختمنہیںہوگی۔</w:t>
      </w:r>
    </w:p>
    <w:p>
      <w:r>
        <w:rPr>
          <w:b/>
        </w:rPr>
        <w:t xml:space="preserve">[55:27] </w:t>
      </w:r>
      <w:r>
        <w:t>to aur doosre wohi nahin jante ke krishna plan kiya hai. krishna plan jang karna thori tha. krishna plan ab ab quran mein aaya hai.</w:t>
      </w:r>
    </w:p>
    <w:p>
      <w:pPr>
        <w:jc w:val="right"/>
      </w:pPr>
      <w:r>
        <w:t>تو اوردوسرےوہیہینہیںجانتےکہ کریشنپلانکیاہے۔ کریشنپلان جنگ کرناتھوڑیتھا۔ کریشنپلان اب اب قرآنمیںآیاہے۔</w:t>
      </w:r>
    </w:p>
    <w:p>
      <w:r>
        <w:rPr>
          <w:b/>
        </w:rPr>
        <w:t xml:space="preserve">[55:37] </w:t>
      </w:r>
      <w:r>
        <w:t>hum ne jin o ins ko paida kiya keh hamari marifat hum hasil karein, hamari ibadat karein, hamari marifat hasil karein. to hamari zindagi ka maqsad hai Allah ki ibadat, Allah se mohabbat, Allah se khauf.</w:t>
      </w:r>
    </w:p>
    <w:p>
      <w:pPr>
        <w:jc w:val="right"/>
      </w:pPr>
      <w:r>
        <w:t>ہمنے جن وانسکوپیدا کیا کہہماریمعرفت ہم حاصل کریں، ہماریعبادتکریں،ہماریمعرفت حاصل کریں۔ تو ہماری زندگی کا مقصدہے اللہ کیعبادت ،اللہ سے مح بت،اللہسے خوف ۔</w:t>
      </w:r>
    </w:p>
    <w:p>
      <w:r>
        <w:rPr>
          <w:b/>
        </w:rPr>
        <w:t xml:space="preserve">[55:51] </w:t>
      </w:r>
      <w:r>
        <w:t>yeh hai. agar hum jang ho te rahenge to woh to kuch bhi nahin kaam kar payenge.</w:t>
      </w:r>
    </w:p>
    <w:p>
      <w:pPr>
        <w:jc w:val="right"/>
      </w:pPr>
      <w:r>
        <w:t>یہ ہے۔اگرہم جنگ ہوتیرہےگیتوہمتوکچھبھینہیںکامکرپائیںگے۔</w:t>
      </w:r>
    </w:p>
    <w:p>
      <w:r>
        <w:rPr>
          <w:b/>
        </w:rPr>
        <w:t xml:space="preserve">[55:55] </w:t>
      </w:r>
      <w:r>
        <w:t>to jang ko har haalat mein avoid karna hai aur humein har woh kaam karna hai jo humein bataya gaya hai Rasool Allah sallallahu alaihi wasallam ki zindagi mein.</w:t>
      </w:r>
    </w:p>
    <w:p>
      <w:pPr>
        <w:jc w:val="right"/>
      </w:pPr>
      <w:r>
        <w:t>تو جنگ کو ہر حالتمیں اوائڈکرناہے اور ہمیںہر وہکام کرناہےجو ہمیں بت ایاگیا ہےرسولاللہصلیاللہعلیہوسلمکیزندگی میں۔</w:t>
      </w:r>
    </w:p>
    <w:p>
      <w:r>
        <w:rPr>
          <w:b/>
        </w:rPr>
        <w:t xml:space="preserve">[56:07] </w:t>
      </w:r>
      <w:r>
        <w:t>to isi tarike se agar hum kaam karenge, tabhi hamare masail hal honge. ek bohat hi ajeeb ayat hai surah maidah mein number three ke woh woh darr ka, khauf ka, woh zamanah khatam ho gaya. Allah taala khud farma rahe hain: "</w:t>
      </w:r>
    </w:p>
    <w:p>
      <w:pPr>
        <w:jc w:val="right"/>
      </w:pPr>
      <w:r>
        <w:t>تو اسیطریقےسےاگرہمکامکریںگے، تبھیہمارے مسائل حلحلہوںگے۔ ایکبہت ہی عجیب آیتہےسورہمائدہمیں نمبر تھری کہ وہ وہ ڈرکا،خوفکا ،وہ زمان ہختمہوگیا۔اللہ تعالیخود فرمارہےہیں: "</w:t>
      </w:r>
    </w:p>
    <w:p>
      <w:r>
        <w:rPr>
          <w:b/>
        </w:rPr>
        <w:t xml:space="preserve">[56:23] </w:t>
      </w:r>
      <w:r>
        <w:t>aaj in kar karne wale log mayoos ho gaye hain. pasham un se na daro, tum sirf mujh se daro. aaj maine tum par apni nemmat poori kar di." ab Allah keh raha hai ke hum ne nemmat poori kar di.</w:t>
      </w:r>
    </w:p>
    <w:p>
      <w:pPr>
        <w:jc w:val="right"/>
      </w:pPr>
      <w:r>
        <w:t>آج ان کار کرنے والے لوگ مایوسہوگئےہیں۔ پستم انسے نہ ڈرو،تمصرفمجھسےڈرو۔ آجمیںنےتم پر اپنی نعمت پوریکردی۔" اباللہ کہہرہاہےکہہمنےنعمتپوریکردی۔</w:t>
      </w:r>
    </w:p>
    <w:p>
      <w:r>
        <w:rPr>
          <w:b/>
        </w:rPr>
        <w:t xml:space="preserve">[56:34] </w:t>
      </w:r>
      <w:r>
        <w:t>mujh se daro, logon se mat daro. lekin logon se sab dar rahe hain, Khuda se koi nahin dar raha hai.</w:t>
      </w:r>
    </w:p>
    <w:p>
      <w:pPr>
        <w:jc w:val="right"/>
      </w:pPr>
      <w:r>
        <w:t>مجھسےڈرو،لوگوںسےمت ڈرو۔لیکن لوگوںسے سبڈررہےہیں،خداسےکوئینہیںڈررہاہے۔</w:t>
      </w:r>
    </w:p>
    <w:p>
      <w:r>
        <w:rPr>
          <w:b/>
        </w:rPr>
        <w:t xml:space="preserve">[56:40] </w:t>
      </w:r>
      <w:r>
        <w:t>to is tarike se, isi wajah se, yeh Allah taala ki jo blessings un ke upar nahin reh rahi hain. kyun ke woh Allah ki baton ko un ko samajhna nahin hai. un ko to quran ki sirf tilawat karni hai.</w:t>
      </w:r>
    </w:p>
    <w:p>
      <w:pPr>
        <w:jc w:val="right"/>
      </w:pPr>
      <w:r>
        <w:t>تو اسطریقےسے،اسیوجہ سے، یہ اللہ تعالیکیجو بلیسنگزانکےاوپر نہیں رہیہیں۔کیونکہوہاللہ کی باتوںکو انکوسمجھناہینہیںہے۔انکوتوقرآنکیصرف تلاوتکرنیہے۔</w:t>
      </w:r>
    </w:p>
    <w:p>
      <w:r>
        <w:rPr>
          <w:b/>
        </w:rPr>
        <w:t xml:space="preserve">[56:57] </w:t>
      </w:r>
      <w:r>
        <w:t>to doosra yeh hai ke yeh bhi nahin samajhte hain ke iqtidaar jo hai, woh Allah ke haath mein hai. Allah jis ko chahta hai, jis qom ko select karta hai. isi liye dekhiye, ab kabhi bhi aisa nahin hua hai ke ek hi qom ke paas us ko iqtidaar chala aaye.</w:t>
      </w:r>
    </w:p>
    <w:p>
      <w:pPr>
        <w:jc w:val="right"/>
      </w:pPr>
      <w:r>
        <w:t>تو دوس رایہہےکہ یہبھینہیںسمجھتےہیںکہ اقت دارجوہے،وہاللہ کےہاتھمیںہے۔ اللہ جسکوچاہتاہے،جس قومکوسلیکٹکرتاہے۔ اسیلیےدیکھیے،ابکبھیبھیایسانہیںہواہے کہ ایکہیقومکےپاس اسکو اقت دارچلاآئے۔</w:t>
      </w:r>
    </w:p>
    <w:p>
      <w:r>
        <w:rPr>
          <w:b/>
        </w:rPr>
        <w:t xml:space="preserve">[57:12] </w:t>
      </w:r>
      <w:r>
        <w:t>woh degeneration ka usool hota hai. phir woh degenerated laot ho jate hain. phir ek nayi qom ko Allah taala uthate hain. to nayi qom ka kaam zyada karti hai aur doosre ke uska is mein test bhi hota hai.</w:t>
      </w:r>
    </w:p>
    <w:p>
      <w:pPr>
        <w:jc w:val="right"/>
      </w:pPr>
      <w:r>
        <w:t>وہ ڈیجنریشنکااصولہوتاہے۔ پھروہڈیجنریٹڈلاٹہوجاتےہیں۔ پھرایک نئیقومکواللہ تعالیاٹھاتےہیں۔ تو نئیقومکامبھیزیادہ کرتیہےاوردوسرے کے اسکا اسیمیںٹیسٹ بھیہوتاہے۔</w:t>
      </w:r>
    </w:p>
    <w:p>
      <w:r>
        <w:rPr>
          <w:b/>
        </w:rPr>
        <w:t xml:space="preserve">[57:24] </w:t>
      </w:r>
      <w:r>
        <w:t>to ek aur surah An-Nur mein hai, ayat 55: "Allah ne wada farmaya hai un se jo iman layein aur naik amal karein, woh un ko zameen mein iqtidaar dega aur un ke liye un ke deen ko jama dega aur un ki khauf ki haalat ko aman se badal dega." to</w:t>
      </w:r>
    </w:p>
    <w:p>
      <w:pPr>
        <w:jc w:val="right"/>
      </w:pPr>
      <w:r>
        <w:t>تو ایکاور سورہ النورمیںہے، آیت 5 5 :"اللہنے وعدہفرمایاہےانسے جو ایمان لائیں اور نیکعمل کریں، وہ انکوزمین میں اقت داردےگا اور انکےلیے انکےدینکو جمع دےگا اور انکیخوفکیحالتکو امنسےبدلدےگا۔" تو</w:t>
      </w:r>
    </w:p>
    <w:p>
      <w:r>
        <w:rPr>
          <w:b/>
        </w:rPr>
        <w:t xml:space="preserve">[57:41] </w:t>
      </w:r>
      <w:r>
        <w:t>iman layein aur naik amal karein. to dekhiye, yeh hai criterion ke humein kamyabi kaise milegi. Allah ki nemmatein humein kaise milengi. Allah ki madad humein kaise milegi.</w:t>
      </w:r>
    </w:p>
    <w:p>
      <w:pPr>
        <w:jc w:val="right"/>
      </w:pPr>
      <w:r>
        <w:t>ایمان لائیںاورنیکعملکریں۔ تودیکھیے،یہہے کرائٹیرین کہہمیں کامیابیکیسےملےگی۔ اللہ کی نعمتیںہمیںکیسےملیںگی۔اللہ کیمددہمیںکیسےملےگی۔</w:t>
      </w:r>
    </w:p>
    <w:p>
      <w:r>
        <w:rPr>
          <w:b/>
        </w:rPr>
        <w:t xml:space="preserve">[57:52] </w:t>
      </w:r>
      <w:r>
        <w:t>lekin kisi ko itna woh nahin hai. woh bas apne leaderon ke emotional jo taqreerein hoti hain, bas wohi sunte hain.</w:t>
      </w:r>
    </w:p>
    <w:p>
      <w:pPr>
        <w:jc w:val="right"/>
      </w:pPr>
      <w:r>
        <w:t>لیکن کسی کو اتناوہنہیںہے۔وہبساپنے لیڈروںکے ایموشنلجو تقریریںہوتیہیں، بس وہیسنتےہیں۔</w:t>
      </w:r>
    </w:p>
    <w:p>
      <w:r>
        <w:rPr>
          <w:b/>
        </w:rPr>
        <w:t xml:space="preserve">[58:02] </w:t>
      </w:r>
      <w:r>
        <w:t>isi se apna deen banate hain. yeh in ka apna self made deen hai. is ka koi ta'alluq quran h</w:t>
      </w:r>
    </w:p>
    <w:p>
      <w:pPr>
        <w:jc w:val="right"/>
      </w:pPr>
      <w:r>
        <w:t>اسیسےاپنادینبناتےہیں۔ یہانکا اپنا سیلف میڈدینہے۔ اسکاکوئی تعلققرآنح</w:t>
      </w:r>
    </w:p>
    <w:p>
      <w:r>
        <w:rPr>
          <w:b/>
        </w:rPr>
        <w:t xml:space="preserve">[58:09] </w:t>
      </w:r>
      <w:r>
        <w:t>adees se nahin ho. agar quran woh sirf naam lete hain, woh quran par chalte nahin, is ki guidance ko follow nahin karte hain. ji, aap do comment padhna cha</w:t>
      </w:r>
    </w:p>
    <w:p>
      <w:pPr>
        <w:jc w:val="right"/>
      </w:pPr>
      <w:r>
        <w:t>دیثسےنہیںہو ۔اگر قرآن وہصرفنام لیتےہیں، وہقرآنپر چلتےنہیں،اسکیگائیڈنس کو فالونہیںکرتے ہیں۔ جی، آپ دو کمنٹ پڑھناچ</w:t>
      </w:r>
    </w:p>
    <w:p>
      <w:r>
        <w:rPr>
          <w:b/>
        </w:rPr>
        <w:t xml:space="preserve">[58:22] </w:t>
      </w:r>
      <w:r>
        <w:t>hunga. yeh pehla comment bheja hai Maulana Fayyazuddin Amri sahib ne Gulbarga se. unhone likha hai ke "Really Maulana Wahiduddin Khan sahib was rightly guided as he gave interpretation of Islam as a peaceful interpretation and segregation of land into Kafirstan and Muslimstan was wrong and an ideological blunder done by the ulama</w:t>
      </w:r>
    </w:p>
    <w:p>
      <w:pPr>
        <w:jc w:val="right"/>
      </w:pPr>
      <w:r>
        <w:t>اہوںگا۔ یہ پہلاکمنٹبھیجاہےمول انافیاضالدین عم ریصاحبنےگلبرگاہسے۔انہوںنےلکھاہےکہ"ریلی مول انا وحیدالدینخان صاحبواز رائٹلیگائیڈڈایزہیگیوانٹرپریٹیشناف اسلام ایزا پیسفل انٹرپریٹیشن اینڈسیگری گیشناف لینڈ انٹو کافر ستان اینڈمسلم ستان واز رونگاینڈاینآئیڈیالوجیکلبل نڈر ڈنبائے دا علم</w:t>
      </w:r>
    </w:p>
    <w:p>
      <w:r>
        <w:rPr>
          <w:b/>
        </w:rPr>
        <w:t xml:space="preserve">[58:46] </w:t>
      </w:r>
      <w:r>
        <w:t xml:space="preserve">a." Doctor Aslam Khan sahib ne Saharanpur se likha hai: "Today Muslims of the entire world are busy in snatching the authority through the use of violence from those who have it. </w:t>
      </w:r>
    </w:p>
    <w:p>
      <w:pPr>
        <w:jc w:val="right"/>
      </w:pPr>
      <w:r>
        <w:t>اء۔" ڈاکٹراسلمخان صاحبنےسارنپورسےلکھاہے:"ٹوڈےمسلمزافدیانٹائرورلڈاربزی ان سنیچنگدیاتھارٹیوددایوزافوائلنسفرامدوز ہو ہیواٹ۔</w:t>
      </w:r>
    </w:p>
    <w:p>
      <w:r>
        <w:rPr>
          <w:b/>
        </w:rPr>
        <w:t xml:space="preserve">[58:57] </w:t>
      </w:r>
      <w:r>
        <w:t>This is the story of no guidance, they are deprived of the blessings." Really, you have described very nicely today and lecture as peace as the best medium of spiritualty and development of this world.</w:t>
      </w:r>
    </w:p>
    <w:p>
      <w:pPr>
        <w:jc w:val="right"/>
      </w:pPr>
      <w:r>
        <w:t>دسازداریزنوائیگاڈہیزڈیپرائیودیمافہزبلیسنگز۔" ریلی،یوہیو ڈسکرائبویرینائسلی ٹوڈےاندالیکچرایز پیسازدا بیسٹ میڈیم اف سپریچویلٹیاینڈڈیویلپمنٹ اف دس ورلڈ۔</w:t>
      </w:r>
    </w:p>
    <w:p>
      <w:r>
        <w:rPr>
          <w:b/>
        </w:rPr>
        <w:t xml:space="preserve">[59:13] </w:t>
      </w:r>
      <w:r>
        <w:t>aap to aaj aap ne jis tarike se sawalon ka jawab diya to us se bada clear hai ke Islam is a really religion of peace.</w:t>
      </w:r>
    </w:p>
    <w:p>
      <w:pPr>
        <w:jc w:val="right"/>
      </w:pPr>
      <w:r>
        <w:t>آپ تو آج آپنےجسطریقےسے سوالوںکاجوابدیا تو اسسےبڑاکلی ئرہے کہ اسلام ازاریلیجناف پیس۔</w:t>
      </w:r>
    </w:p>
    <w:p>
      <w:r>
        <w:rPr>
          <w:b/>
        </w:rPr>
        <w:t xml:space="preserve">[59:23] </w:t>
      </w:r>
      <w:r>
        <w:t>but what we have seen that presently Muslims are engaged in violence and in war in various parts of the world and there doesn't seem to be any solution.</w:t>
      </w:r>
    </w:p>
    <w:p>
      <w:pPr>
        <w:jc w:val="right"/>
      </w:pPr>
      <w:r>
        <w:t>بٹواٹویہیوسین دیٹپریزنٹلی مسلمزار انگیجڈان وائلنس اینڈان وار انویریسپارٹسافداورلڈاین ڈ دیرڈزنٹسیمٹوبیاینی سولیوشن۔</w:t>
      </w:r>
    </w:p>
    <w:p>
      <w:r>
        <w:rPr>
          <w:b/>
        </w:rPr>
        <w:t xml:space="preserve">[59:35] </w:t>
      </w:r>
      <w:r>
        <w:t>so aap clearly what we can make out as that the Muslim ummah needs to re</w:t>
      </w:r>
    </w:p>
    <w:p>
      <w:pPr>
        <w:jc w:val="right"/>
      </w:pPr>
      <w:r>
        <w:t>سو آپ کلی ئرلی واٹویکینمیکآؤٹازدیٹ دامسلمامہنیڈزٹو ری</w:t>
      </w:r>
    </w:p>
    <w:p>
      <w:r>
        <w:rPr>
          <w:b/>
        </w:rPr>
        <w:t xml:space="preserve">[59:41] </w:t>
      </w:r>
      <w:r>
        <w:t>plan. They need to develop positive thinking kyun ke hum ek modern world mein reh rahe hain jahan pe bohat opportunities hain. to main chahunga ke aap kuch examples se is baat ko samjhayein ke what kind of re-planning is required and if at all is required.</w:t>
      </w:r>
    </w:p>
    <w:p>
      <w:pPr>
        <w:jc w:val="right"/>
      </w:pPr>
      <w:r>
        <w:t>پلان۔دےنیڈٹو ڈیویلپپوزیٹیوتھنکنگ کیونکہہمایک ماڈرنورلڈمیںرہرہےہیںجہاںپہبہت اپرچونیٹیزہیں۔ تومیں چاہوںگاکہآپکچھ ایگزیمپلسے اسباتکو سمجھائیں کہ واٹکائنڈافریپلاننگازریکوائرڈاینڈافایٹالاٹازریکوائرڈ۔</w:t>
      </w:r>
    </w:p>
    <w:p>
      <w:r>
        <w:rPr>
          <w:b/>
        </w:rPr>
        <w:t xml:space="preserve">[59:58] </w:t>
      </w:r>
      <w:r>
        <w:t>hmm dekhen yeh qaumon ke saath hota hai khud rasool Allah sal Allah aleh wasallam ke saath hua ke woh jis tareeqe par chal rahe the us se kamyabi nahi ho rahi thi.</w:t>
      </w:r>
    </w:p>
    <w:p>
      <w:pPr>
        <w:jc w:val="right"/>
      </w:pPr>
      <w:r>
        <w:t>ہمم، دیکھیںیہ قوموںکےساتھہوتاہے۔ خود رسول اللہ صلیاللہعلیہوسلمکےساتھہوا کہ وہ جس طریقےپر چلرہےتھےاسسےکامیابینہیںہورہیتھی۔</w:t>
      </w:r>
    </w:p>
    <w:p>
      <w:r>
        <w:rPr>
          <w:b/>
        </w:rPr>
        <w:t xml:space="preserve">[1:00:09] </w:t>
      </w:r>
      <w:r>
        <w:t>matlab jab bhi attack aata tha aap usko is par matlab offensive war nahi balkeh defensive war. Defensive war ke zareeye se bhi kaam nahi chal raha tha, masla nahi hal ho raha tha.</w:t>
      </w:r>
    </w:p>
    <w:p>
      <w:pPr>
        <w:jc w:val="right"/>
      </w:pPr>
      <w:r>
        <w:t>مطلبجببھی این میآتاتوآپاسکو اسپر مطلب اف ینسو وارنہیںبلکہ ڈیفینسووار۔ ڈیفینسووار کےذریعےسےبھی کامنہیںچلرہاتھا،مسئلہنہیں حلہورہاتھا۔</w:t>
      </w:r>
    </w:p>
    <w:p>
      <w:r>
        <w:rPr>
          <w:b/>
        </w:rPr>
        <w:t xml:space="preserve">[1:00:23] </w:t>
      </w:r>
      <w:r>
        <w:t>Badr mein jeet hui, Uhud mein haar hui. To is tareeqe se phir bhi bar bar attack jo hai woh aata raha, hamla karne ke liye</w:t>
      </w:r>
    </w:p>
    <w:p>
      <w:pPr>
        <w:jc w:val="right"/>
      </w:pPr>
      <w:r>
        <w:t>بدرمیںجیتہوئی،احدمیںہارہوئی ۔ تو اسطریقےسے پھربھی باربار این می جوہےوہآتارہا حمل ہکرنے کےلی</w:t>
      </w:r>
    </w:p>
    <w:p>
      <w:r>
        <w:rPr>
          <w:b/>
        </w:rPr>
        <w:t xml:space="preserve">[1:00:31] </w:t>
      </w:r>
      <w:r>
        <w:t>tha. Woh aap ne avoid kiya lekin phir nayi planning aap ne yeh ki ke ab kehte hain ke sulah kar li. Aur us zamaney mein sulah karna itna mushkil tha ke aap ne bilkul hi apne aap ko bilkul jhuka diya ke jo main ne bhi kahunga uski shart hamein manzoor hai.</w:t>
      </w:r>
    </w:p>
    <w:p>
      <w:pPr>
        <w:jc w:val="right"/>
      </w:pPr>
      <w:r>
        <w:t>ے۔ وہ آپنے اوائڈکیا لیکن پھر نئیپلاننگآپنےیہکی کہاب کہ صلحکرلی۔اور اس زمان ےمیں صلحکرنااتنامشکل تھا کہ آپ نے بالکل ہی اپنے آپکوبالکل جھکادیا کہجو میںنے بھیکہےگا اسکیشرطہمیںمنظورہے۔</w:t>
      </w:r>
    </w:p>
    <w:p>
      <w:r>
        <w:rPr>
          <w:b/>
        </w:rPr>
        <w:t xml:space="preserve">[1:00:49] </w:t>
      </w:r>
      <w:r>
        <w:t>Bas kisi tareeqe se sulah ho jaye. Dus saal ki sulah aakhir waqt tak chal rahi thi ke ab jang ho jayegi, jang ho jayegi kyunke Quraish maan nahi rahe the na.</w:t>
      </w:r>
    </w:p>
    <w:p>
      <w:pPr>
        <w:jc w:val="right"/>
      </w:pPr>
      <w:r>
        <w:t>بسکسی طریقےسےصلحہوجائے۔ دسسال ہ صلح آخروقتتک لگرہاتھاکہابجنگہوجائےگی،جنگہوجائےگیکیونکہقریشماننہیںرہےتھےنا۔</w:t>
      </w:r>
    </w:p>
    <w:p>
      <w:r>
        <w:rPr>
          <w:b/>
        </w:rPr>
        <w:t xml:space="preserve">[1:00:59] </w:t>
      </w:r>
      <w:r>
        <w:t>To jo kuch bhi bhayanak shart thi usi par sulah kar li aap ne aur usi se saare jo hain na saare band darwaze khul gaye. To agar dekhen agar hamein Khuda ki madad chahiye to yeh to hamein karna hi padega ke Quran ko samajhna padega aur Rasool Allah sal Allah aleh wasallam ke usoolon ko dekhna padega, aap ki taleemat par chalna padega.</w:t>
      </w:r>
    </w:p>
    <w:p>
      <w:pPr>
        <w:jc w:val="right"/>
      </w:pPr>
      <w:r>
        <w:t>تو جو کچھبھیانکیشرائطتھیںاسیپر صلحکرلیآپنے اور اسی سےسارےجوہیںنا سارے بنددروازےکھلگئے۔ تو اگر دیکھیںاگر ہمیں خداکیمد دچاہیے تو یہ توہمیںکرناہیپڑےگا کہ قرآن کوسمجھناپڑےگا اور رسولاللہصلیاللہعلیہوسلمکےاصولوںکودیکھناپڑےگا، آپکی تعلیم اتپرچلناپڑےگا۔</w:t>
      </w:r>
    </w:p>
    <w:p>
      <w:r>
        <w:rPr>
          <w:b/>
        </w:rPr>
        <w:t xml:space="preserve">[1:01:23] </w:t>
      </w:r>
      <w:r>
        <w:t>Nahi to phir ya Mehdi, ya Mehdi karne se to kuch nahi hoga. Har masjid mein namazein ho rahi hain, duayein ho rahi hain to kuch ho raha hai, kuch bhi nahi hoga.</w:t>
      </w:r>
    </w:p>
    <w:p>
      <w:pPr>
        <w:jc w:val="right"/>
      </w:pPr>
      <w:r>
        <w:t>نہیں توپھر یا مہدی،یامہدیکرنے سےتوکچھنہیںہوگا۔ ہر مسجدمیں نمازیںہورہیہیں،دعائیںہورہیہیں تو کچھہورہاہے،کچھبھینہیںہوگا۔</w:t>
      </w:r>
    </w:p>
    <w:p>
      <w:r>
        <w:rPr>
          <w:b/>
        </w:rPr>
        <w:t xml:space="preserve">[1:01:32] </w:t>
      </w:r>
      <w:r>
        <w:t>Jab aap ne Rasool Allah ko hi chhod diya</w:t>
      </w:r>
    </w:p>
    <w:p>
      <w:pPr>
        <w:jc w:val="right"/>
      </w:pPr>
      <w:r>
        <w:t>جب آپ نے رسولاللہ کوہیچھوڑدیا</w:t>
      </w:r>
    </w:p>
    <w:p>
      <w:r>
        <w:rPr>
          <w:b/>
        </w:rPr>
        <w:t xml:space="preserve">[1:01:35] </w:t>
      </w:r>
      <w:r>
        <w:t>to kis reference se aap Khuda se dua mang rahe hain? To is liye dua is tarah ki qabool nahi hoti hai aur na ho rahi hai. To is liye hamein chahiye ke hum isko bohat ghaur se dekhen ke Rasool Allah ko aajkal ke halaat hain na us se bohat zyada badi masail mein the Rasool Allah aur aap ne kis tareeqe se sab hal kiya.</w:t>
      </w:r>
    </w:p>
    <w:p>
      <w:pPr>
        <w:jc w:val="right"/>
      </w:pPr>
      <w:r>
        <w:t>تو کس ریفرنسسےآپخداسےدعامانگرہےہیں؟ تواسلیے دعا اسطرح کی قبولنہیںہوتیہے اور نہہورہیہے۔ تو اس لیےہمیں چاہیےکہہم اسکو بہت غورسےدیکھیںکہرسولاللہ کو جوآجکل کےحالاتہیںنا اسسے بہت زیادہ بڑی مسائلمیںتھےرسولاللہ اور آپنےکسطریقےسے سبحلکیا۔</w:t>
      </w:r>
    </w:p>
    <w:p>
      <w:r>
        <w:rPr>
          <w:b/>
        </w:rPr>
        <w:t xml:space="preserve">[1:01:59] </w:t>
      </w:r>
      <w:r>
        <w:t>To woh hamare liye example hai, wohi hum bhi karein, hamare bhi masail hal ho jayenge.</w:t>
      </w:r>
    </w:p>
    <w:p>
      <w:pPr>
        <w:jc w:val="right"/>
      </w:pPr>
      <w:r>
        <w:t>تو وہیہمارےلیے ایگزامپلہے،وہی ہمبھیکریں،ہمارےبھیمسئلےحلہوجائیںگے۔</w:t>
      </w:r>
    </w:p>
    <w:p>
      <w:r>
        <w:rPr>
          <w:b/>
        </w:rPr>
        <w:t xml:space="preserve">[1:02:05] </w:t>
      </w:r>
      <w:r>
        <w:t>Ek molana ne ek kitab likhi, choti kitab hai mansooba bandi par. Ji, mansooba band amal kuch aisa karke to us mein bohat sari baatein hain ke kis tareeqe se hamein apne aap ko re plan, apni matlab planning hamein badalni padegi.</w:t>
      </w:r>
    </w:p>
    <w:p>
      <w:pPr>
        <w:jc w:val="right"/>
      </w:pPr>
      <w:r>
        <w:t>ایک مول انانےایککتاب لکھ ی، چھوٹیکتاب ہے منصوبہبندیپر ۔ جی، منصوبہبندعمل کچھایساکرکے تو اسمیں بہت ساری باتیںہیںکہ کسطریقےسےہمیں اپنےآپکو ری پلان، اپنی مطلب پلاننگہمکو بدلناپڑےگا۔</w:t>
      </w:r>
    </w:p>
    <w:p>
      <w:r>
        <w:rPr>
          <w:b/>
        </w:rPr>
        <w:t xml:space="preserve">[1:02:21] </w:t>
      </w:r>
      <w:r>
        <w:t>Ab dekhen, khali Musalman hi to nahi, har qaum ko planning badalni padti hai. Ab misaal ke taur par European nations ne zabardast crusade kiya,</w:t>
      </w:r>
    </w:p>
    <w:p>
      <w:pPr>
        <w:jc w:val="right"/>
      </w:pPr>
      <w:r>
        <w:t>اب دیکھیں،خالی مس لمان ہیتھوڑی، ہرقومکو پلاننگبدلنیپڑتیہے۔ ابمثالکےطورپر یورپین نیشنزنے زبرد ست کروسیڈکیا،</w:t>
      </w:r>
    </w:p>
    <w:p>
      <w:r>
        <w:rPr>
          <w:b/>
        </w:rPr>
        <w:t xml:space="preserve">[1:02:33] </w:t>
      </w:r>
      <w:r>
        <w:t>jaise aajkal Musalman crusade kar rahe hain na, aise European nations crusade kar chuke hain taqreeban do sau saal tak. Us mein haar gaye, buree tarah haarne ke baad unhone jang ke maidan chhod diya.</w:t>
      </w:r>
    </w:p>
    <w:p>
      <w:pPr>
        <w:jc w:val="right"/>
      </w:pPr>
      <w:r>
        <w:t>جیسےآجکل مسلمان کروسیڈکررہےہیںنا، ایسےیورپیننیشنزکروسیڈکرچکےہیں تقریباًدو سوسالتک۔اسمیںہارگئے،بریطرح ہارنےکےبعد انہوں نے جنگ یمیدانچھوڑدیا۔</w:t>
      </w:r>
    </w:p>
    <w:p>
      <w:r>
        <w:rPr>
          <w:b/>
        </w:rPr>
        <w:t xml:space="preserve">[1:02:45] </w:t>
      </w:r>
      <w:r>
        <w:t>Musalman to sulah bhi kareinge to guerrilla war chalayeinge. To poora bilkul total sense mein chhodna hota hai. Yeh nahi ke us waqt to kar liya, phir chand dinon ke baad phir dobara shuru kar diya, dobara shuru kar diya. Yeh ho raha hai.</w:t>
      </w:r>
    </w:p>
    <w:p>
      <w:pPr>
        <w:jc w:val="right"/>
      </w:pPr>
      <w:r>
        <w:t>مسلمان تو صلحبھیکریںگےتوگوریلاوارچلائیںگے۔ تو پورا بالکل ٹوٹل سینسمیںچھوڑناہوتاہے۔ یہنہیںکہاسوقت تو کرلیا،پھرچنددنوںکےبعد پھر دوبارہشروعکردیا،دوبارہشروعکردیا۔یہہورہاہے۔</w:t>
      </w:r>
    </w:p>
    <w:p>
      <w:r>
        <w:rPr>
          <w:b/>
        </w:rPr>
        <w:t xml:space="preserve">[1:03:00] </w:t>
      </w:r>
      <w:r>
        <w:t>To</w:t>
      </w:r>
    </w:p>
    <w:p>
      <w:pPr>
        <w:jc w:val="right"/>
      </w:pPr>
      <w:r>
        <w:t>تو</w:t>
      </w:r>
    </w:p>
    <w:p>
      <w:r>
        <w:rPr>
          <w:b/>
        </w:rPr>
        <w:t xml:space="preserve">[1:03:01] </w:t>
      </w:r>
      <w:r>
        <w:t>Unhone bilkul total sense mein armed conflict ko chhod diya aur ilm ke maidan mein itna aage badhe, itna aage badhe ke chaar paanch sau saal mein unhone poori duniya ko badal diya.</w:t>
      </w:r>
    </w:p>
    <w:p>
      <w:pPr>
        <w:jc w:val="right"/>
      </w:pPr>
      <w:r>
        <w:t>انہوںنےبالکل ٹوٹل سینسمیں ارمڈکانفلکٹکوچھوڑدیا اور علم کےمیدانمیں اتناآگےبڑھے،اتناآگےبڑھے کہ چارپانچسو سالمیں انہوں نےپوریدنیا کوبدلدیا ۔</w:t>
      </w:r>
    </w:p>
    <w:p>
      <w:r>
        <w:rPr>
          <w:b/>
        </w:rPr>
        <w:t xml:space="preserve">[1:03:13] </w:t>
      </w:r>
      <w:r>
        <w:t>To yeh khali Islami ki baat nahi, Musalmani ki baat nahi, balkeh doosri qaumein jo bhi zinda qaumein hain, woh aisa karti hain. Japan ne yeh kiya, Germany ne yeh kiya ke bilkul armed conflict ko chhod kar apni tarqqi mein lag gaye.</w:t>
      </w:r>
    </w:p>
    <w:p>
      <w:pPr>
        <w:jc w:val="right"/>
      </w:pPr>
      <w:r>
        <w:t>تو یہ خالی اسلامی کیباتنہیں،مسلمانیکیباتنہیں،بلکہ دوس ری قومیںجوبھیزندہقومیںہیں، وہ ایسا کرتیہیں۔جاپاننےیہیکیا،جرمنینےیہیکیا کہ بالکل ارمڈ کان فلکٹکوچھوڑکر اپنی تر قیمیںلگگئے۔</w:t>
      </w:r>
    </w:p>
    <w:p>
      <w:r>
        <w:rPr>
          <w:b/>
        </w:rPr>
        <w:t xml:space="preserve">[1:03:30] </w:t>
      </w:r>
      <w:r>
        <w:t>Taleemi tarqqi, industrial tarqqi, apni economic itna sound kar diya ke aaj jiska misaal di jati hai. To isi tareeqe se Musalmanon ko bhi karna hoga.</w:t>
      </w:r>
    </w:p>
    <w:p>
      <w:pPr>
        <w:jc w:val="right"/>
      </w:pPr>
      <w:r>
        <w:t>تعلیمیترقی،انڈ سٹریلتر قی، اپنی اکانومیکواتناساؤنڈکردیاکہآج جو اسکامثالدیجاتیہے۔ تو اسیطریقےسے مسلمان وںکوبھیکرناہوگا۔</w:t>
      </w:r>
    </w:p>
    <w:p>
      <w:r>
        <w:rPr>
          <w:b/>
        </w:rPr>
        <w:t xml:space="preserve">[1:03:40] </w:t>
      </w:r>
      <w:r>
        <w:t>Ab Musalman ka masla kya hai ke woh na to Quran o Hadees ko mante hain aur na aqal ko mante hain. Apne emotions ke tehat woh kaam karte hain.</w:t>
      </w:r>
    </w:p>
    <w:p>
      <w:pPr>
        <w:jc w:val="right"/>
      </w:pPr>
      <w:r>
        <w:t>ابمس لمان کا مسئلہکیاہے کہ وہ نہتو قرآنوحدیثکومانتےہیں اور نہ عقلکومانتےہیں۔ اپنے ایموشنز کے تحت وہ کامکرتے ہیں۔</w:t>
      </w:r>
    </w:p>
    <w:p>
      <w:r>
        <w:rPr>
          <w:b/>
        </w:rPr>
        <w:t xml:space="preserve">[1:03:50] </w:t>
      </w:r>
      <w:r>
        <w:t>To emotions to misguide karega.</w:t>
      </w:r>
    </w:p>
    <w:p>
      <w:pPr>
        <w:jc w:val="right"/>
      </w:pPr>
      <w:r>
        <w:t>تو ایموشنزتو مسلیڈہیکرےگا۔</w:t>
      </w:r>
    </w:p>
    <w:p>
      <w:r>
        <w:rPr>
          <w:b/>
        </w:rPr>
        <w:t xml:space="preserve">[1:03:54] </w:t>
      </w:r>
      <w:r>
        <w:t>To inko jo molana ne likha hai ke inko U-turn lena padega aur Rasool Allah ke ke jo ne Rasool Allah ne jo rasta peh aur sulah ka apnaaya tha, jis ke zareeye se kamyabi hasil ki thi, usi ke zareeye se Musalman kamyabi hasil kar sakte hain.</w:t>
      </w:r>
    </w:p>
    <w:p>
      <w:pPr>
        <w:jc w:val="right"/>
      </w:pPr>
      <w:r>
        <w:t>تو انکو جومول انانےلکھاہےکہانکو یوٹرنلیناپڑےگااور رسول اللہ کے کےجو نےرسولاللہنےجو راستہ پیساور صلحکا اپنایاتھا، جسکےذریعےسےکامیابیحاصل کیتھی، اسیکےذریعےسے مسلمان کامیابی حاصل کرسکتےہیں۔</w:t>
      </w:r>
    </w:p>
    <w:p>
      <w:r>
        <w:rPr>
          <w:b/>
        </w:rPr>
        <w:t xml:space="preserve">[1:04:12] </w:t>
      </w:r>
      <w:r>
        <w:t>Ji, to yeh jo hai itna Musalmanon ne itne billions and billions of dollars khatm kiye hain</w:t>
      </w:r>
    </w:p>
    <w:p>
      <w:pPr>
        <w:jc w:val="right"/>
      </w:pPr>
      <w:r>
        <w:t>جی، تو یہ جوہے اتنا مسلمان وںنےاتنے بل ینزاینڈبلینزافڈالرزختمکیےہیں</w:t>
      </w:r>
    </w:p>
    <w:p>
      <w:r>
        <w:rPr>
          <w:b/>
        </w:rPr>
        <w:t xml:space="preserve">[1:04:22] </w:t>
      </w:r>
      <w:r>
        <w:t>is meaningless war mein aur lakhon janen gayi hain. Lekin nateeja kuch bhi nahi.</w:t>
      </w:r>
    </w:p>
    <w:p>
      <w:pPr>
        <w:jc w:val="right"/>
      </w:pPr>
      <w:r>
        <w:t>اس می نانگل ش وارمیں اور لاکھوں جانیںگئیہیں۔ لیکن نتیجہکچھبھینہیں ۔</w:t>
      </w:r>
    </w:p>
    <w:p>
      <w:r>
        <w:rPr>
          <w:b/>
        </w:rPr>
        <w:t xml:space="preserve">[1:04:30] </w:t>
      </w:r>
      <w:r>
        <w:t>Yahi par inko thakna chahiye, sochna chahiye ke hum itna zyada qurbaniyan de rahe hain aur phir nateeja kyun nahi nikal raha hai.</w:t>
      </w:r>
    </w:p>
    <w:p>
      <w:pPr>
        <w:jc w:val="right"/>
      </w:pPr>
      <w:r>
        <w:t>یہیںپر انکوٹھٹکناچاہیے،سوچناچاہیے کہہماتنازیادہ قربانیاںدےرہےہیں اورپھرنتیجہکیوںنہیںنکلرہاہے۔</w:t>
      </w:r>
    </w:p>
    <w:p>
      <w:r>
        <w:rPr>
          <w:b/>
        </w:rPr>
        <w:t xml:space="preserve">[1:04:40] </w:t>
      </w:r>
      <w:r>
        <w:t>Lekin woh mere khayal mein sochne ka inke andar mada hai hi nahi. Ji, to is wajah se</w:t>
      </w:r>
    </w:p>
    <w:p>
      <w:pPr>
        <w:jc w:val="right"/>
      </w:pPr>
      <w:r>
        <w:t>لیکن وہ میرےخیالمیںسوچنےکا انکےاندر مادہہےہینہیں ۔ جی،تواسوجہ سے</w:t>
      </w:r>
    </w:p>
    <w:p>
      <w:r>
        <w:rPr>
          <w:b/>
        </w:rPr>
        <w:t xml:space="preserve">[1:04:47] </w:t>
      </w:r>
      <w:r>
        <w:t>kaam nahin ho raha hai. Halankey isi Israel mein aap jantey hain jo Arab peacefully tareeqay say kaam kar rahay thay, woh Israel mein rehtay hain 20 percent aur woh pooray tareeqay say taraqqi kar rahay hain.</w:t>
      </w:r>
    </w:p>
    <w:p>
      <w:pPr>
        <w:jc w:val="right"/>
      </w:pPr>
      <w:r>
        <w:t>کامنہیںہورہاہے۔حالانکہاسی اسرائیلمیںآپجانتےہیں جو عرب پیسفلطریقےسے کام کررہےتھے، وہ اسرائ یلہیمیںرہتےہیں 20پرسنٹ اور وہ پورےطریقےسے ترقیکررہےہیں۔</w:t>
      </w:r>
    </w:p>
    <w:p>
      <w:r>
        <w:rPr>
          <w:b/>
        </w:rPr>
        <w:t xml:space="preserve">[1:04:59] </w:t>
      </w:r>
      <w:r>
        <w:t>Ilm ki taraqqi, economy, inkay call juz, university, hum parhtay hain aur wahan business kartay hain aur bohat hi pesfaltareeqay say rehtay hain woh. Lekin israel ki in say jang hai jo bar bar inkay oopar hamla kartay hain, bar bar rocket daghtay hain. In say jang kar raha hai israel</w:t>
      </w:r>
    </w:p>
    <w:p>
      <w:pPr>
        <w:jc w:val="right"/>
      </w:pPr>
      <w:r>
        <w:t>علم کیترقی، اکانومی،انکےکال جز،یونیورسٹی،ہمپڑھتےہیں اوروہاںبزنسکرتےہیں اوربہتہیپیسفلطریقےسےرہتےہیںوہ۔ لیکن اسرائیلکی انسے جنگ ہےجو بار بار انکےاوپرحملہکرتے ہیں، باربار راکٹ داغتےہیں۔انسےجنگ کررہاہےاسرائ</w:t>
      </w:r>
    </w:p>
    <w:p>
      <w:r>
        <w:rPr>
          <w:b/>
        </w:rPr>
        <w:t xml:space="preserve">[1:05:16] </w:t>
      </w:r>
      <w:r>
        <w:t>il. Woh apnay peaceful jo arab jo israel mein rehtay hain, in say thori si koi jang hai. In ko to tamam opportunities jo inkay apnay bashindon kay liye hain, woh inkay liye bhi hain.</w:t>
      </w:r>
    </w:p>
    <w:p>
      <w:pPr>
        <w:jc w:val="right"/>
      </w:pPr>
      <w:r>
        <w:t>یل۔ وہ اپنے پیسفل جو عرب جواسرائیلمیںرہتےہیں،انسےتھوڑیاسکیکوئیجنگ ہے۔ انکوتو تمام اپرچونیٹیز جو انکےاپنے باش ندوںکےلیےہیں، وہ انکےلیے بھیہیں۔</w:t>
      </w:r>
    </w:p>
    <w:p>
      <w:r>
        <w:rPr>
          <w:b/>
        </w:rPr>
        <w:t xml:space="preserve">[1:05:29] </w:t>
      </w:r>
      <w:r>
        <w:t>To ab yeh woh hai</w:t>
      </w:r>
    </w:p>
    <w:p>
      <w:pPr>
        <w:jc w:val="right"/>
      </w:pPr>
      <w:r>
        <w:t>تو اب یہجوہے</w:t>
      </w:r>
    </w:p>
    <w:p>
      <w:r>
        <w:rPr>
          <w:b/>
        </w:rPr>
        <w:t xml:space="preserve">[1:05:35] </w:t>
      </w:r>
      <w:r>
        <w:t>Rasool Allah (SAW) ki tehreer teh ho gaya hijrat madina hai, phir woh sulah hudaybiya hai, phir bohat bari cheez hai kay sab ko maaf karna.</w:t>
      </w:r>
    </w:p>
    <w:p>
      <w:pPr>
        <w:jc w:val="right"/>
      </w:pPr>
      <w:r>
        <w:t>رسولاللہصلیاللہعلیہوسلمکیتب تبہوگیاہجرت مدینہہے، پھر وہ صلححدیبیہہے، پھر بہت بڑیچیز ہےکہسبکومعافکرنا۔</w:t>
      </w:r>
    </w:p>
    <w:p>
      <w:r>
        <w:rPr>
          <w:b/>
        </w:rPr>
        <w:t xml:space="preserve">[1:05:43] </w:t>
      </w:r>
      <w:r>
        <w:t>Sab ko maaf kar diya,</w:t>
      </w:r>
    </w:p>
    <w:p>
      <w:pPr>
        <w:jc w:val="right"/>
      </w:pPr>
      <w:r>
        <w:t>سبکومعافکردیا،</w:t>
      </w:r>
    </w:p>
    <w:p>
      <w:r>
        <w:rPr>
          <w:b/>
        </w:rPr>
        <w:t xml:space="preserve">[1:05:45] </w:t>
      </w:r>
      <w:r>
        <w:t>Sab kay sab kay dilon ko jeet liya. To humain bhi wohi karna hoga. Humain bhi jang kay baghair fateh hasil karni hogi. Phir jaisay aap nay sulah hudaybiya kiya, waisay hi aman kay muahiday doosray tribe, bohat saray tribes thay, doosray tribes say aman kay muahiday karna shuru kar diya aur badshahon ko khat o kitaab karna shuru kar diye</w:t>
      </w:r>
    </w:p>
    <w:p>
      <w:pPr>
        <w:jc w:val="right"/>
      </w:pPr>
      <w:r>
        <w:t>سبکے سب کےدلوںکوجیتلیا۔ تو ہمیںبھی وہی کرناہوگا۔ہمیںبھی جنگ کےبغیر فتححاصل کرنیہوگی۔ پھرجیسےآپنے صلححدیبیہکیا، ویسےہیامنکےمعاہدےدوسریٹرائب،بہتسارےٹرائبزتھے، دوسرےٹرائبسےامنکےمعاہدےکرناشروع کردیا اور بادشاہوںکوخط وطلکھناشروع کردیے</w:t>
      </w:r>
    </w:p>
    <w:p>
      <w:r>
        <w:rPr>
          <w:b/>
        </w:rPr>
        <w:t xml:space="preserve">[1:06:06] </w:t>
      </w:r>
      <w:r>
        <w:t>Kay yeh paigham Islam ka. Koi inteqam nahin liya. Aur sab say bari baat jo hai, jo mujhe lagti hai kay jab Makkah fateh ho gaya aur sab nay surrender kar diya, us waqt Sahaba aaye kay hum apna ghar bhar jo jaidad sab chhod kay gaye thay, ghar thay aur bohat khajoor kay bagh waghera hotay thay, unhon nay kaha kay ab ab to hum fateh ho gaye, to ab humain yeh sab jagah milni chahiye.</w:t>
      </w:r>
    </w:p>
    <w:p>
      <w:pPr>
        <w:jc w:val="right"/>
      </w:pPr>
      <w:r>
        <w:t>کہیہ پیغام اسلام کا ۔کوئی انتقامنہیںلیا۔ اور سبسےبڑیباتجوہے، جومجھےلگتیہے کہ جب مکہ فتحہوگیا اورسبنےسرینڈرکردیا، اس وقت صحابہآئےکہہم اپناگھربھرجو جائیدادسبچھوڑکےگئےتھے، گھر تھےاور بہت کھجورکےباغوغیرہہوتےتھے، انہوںنےکہاکہاب ابتوہم فاتحہوگئے، تو ابہمیںیہسبجگہملنیچاہیے۔</w:t>
      </w:r>
    </w:p>
    <w:p>
      <w:r>
        <w:rPr>
          <w:b/>
        </w:rPr>
        <w:t xml:space="preserve">[1:06:31] </w:t>
      </w:r>
      <w:r>
        <w:t>Jaisay Rasool Allah (SAW) nay suna kay yeh log jagah wapas lainay ki baatein kar rahay hain, ussi waqt kooch kar diya. Ab dekhiye, ab Rasool Allah ko Makkah mein rehna kitna azeez tha,</w:t>
      </w:r>
    </w:p>
    <w:p>
      <w:pPr>
        <w:jc w:val="right"/>
      </w:pPr>
      <w:r>
        <w:t>جیسےرسولاللہصلیاللہعلیہوسلمنےسنا کہ یہلوگ جگہ واپسلینےکیباتیںکررہےہیں، اسیوقت کوچکردیا۔ابدیکھیے، ابرسولاللہ کو مکہمیںرہناکتنا عزیزتھا،</w:t>
      </w:r>
    </w:p>
    <w:p>
      <w:r>
        <w:rPr>
          <w:b/>
        </w:rPr>
        <w:t xml:space="preserve">[1:06:42] </w:t>
      </w:r>
      <w:r>
        <w:t>Lekin ussi waqt kooch kar diya kay yahan phir jhagda shuru ho jaye ga. Aur land ka jhagda, woh jo land ka jhagda hamaray haan sau baras say khatam nahin ho raha hai, aap nay aik aik din mein khatam kar diya.</w:t>
      </w:r>
    </w:p>
    <w:p>
      <w:pPr>
        <w:jc w:val="right"/>
      </w:pPr>
      <w:r>
        <w:t>لیکن اسیوقت کوچکردیا کہیہاںپھرجھگڑاشروعہوجائےگا۔ اور لینڈکاجھگڑا، وہجولینڈکاجھگڑاہمارےہاں سو برسسےختمنہیںہورہاہے، آپ نے ایک ایک دن میںختمکردیا ۔</w:t>
      </w:r>
    </w:p>
    <w:p>
      <w:r>
        <w:rPr>
          <w:b/>
        </w:rPr>
        <w:t xml:space="preserve">[1:06:54] </w:t>
      </w:r>
      <w:r>
        <w:t>Foran wahan say sab ko lay kar Madina chalay gaye kay jhagda nahin chahtay thay. Aap kay jhagday mein koi kaam nahin hota na, jhagday mein to bas khali jang hoti hai inkay khilaf, inkay khilaf bas nafrat ki woh woh tehreek chalti hai to kuch kaam nahin ho sakta</w:t>
      </w:r>
    </w:p>
    <w:p>
      <w:pPr>
        <w:jc w:val="right"/>
      </w:pPr>
      <w:r>
        <w:t>فوراًوہاںسےسبکولےکر مدینہچلےگئے کہجھگڑانہیںچاہتےتھے۔آپ کہ ج ھگڑےمیںکوئیکامنہیںہوتانا، جھگڑےمیںتوبسخالیجنگہوتیہے انکےخلاف ،انکےخلاف بس نفرتکیجوہے وہتحریکچلتیہو تو کچھکامنہیںہوسکتا</w:t>
      </w:r>
    </w:p>
    <w:p>
      <w:r>
        <w:rPr>
          <w:b/>
        </w:rPr>
        <w:t xml:space="preserve">[1:07:11] </w:t>
      </w:r>
      <w:r>
        <w:t>hai. To Musalmanon ko bhi isi tareeqay say apni nai planning karni paray gi, unhain sochna paray ga kay hamari tamam qurbaniyon kay bawajood hum kaam kamyab kyun nahin ho ho rahay hain.</w:t>
      </w:r>
    </w:p>
    <w:p>
      <w:pPr>
        <w:jc w:val="right"/>
      </w:pPr>
      <w:r>
        <w:t>ہے۔ تو مسلمانوںکوبھیاسیطریقےسے اپنی نئی پلاننگکرنیپڑےگی،انہیں سوچناپڑےگاکہہماری تمام قربانیوںکےباوجود ہمکام کامیابکیوںنہیںہورہےہیں۔</w:t>
      </w:r>
    </w:p>
    <w:p>
      <w:r>
        <w:rPr>
          <w:b/>
        </w:rPr>
        <w:t xml:space="preserve">[1:07:21] </w:t>
      </w:r>
      <w:r>
        <w:t>Ji, to yeh sab unhain karna hoga agar woh chahtay hain kay unhain kamyabi milay. Ji, Maulana kehtay thay aap kay world and life are full of unfavorable situations.</w:t>
      </w:r>
    </w:p>
    <w:p>
      <w:pPr>
        <w:jc w:val="right"/>
      </w:pPr>
      <w:r>
        <w:t>جی، تو یہسب انہیں کرناہوگااگروہ چاہتےہیںکہ انہیں کامیابی ملے۔ جی، مول انا کہتےتھے آپ کہ ورلڈ اینڈدسلائفازفل اف انفیوریبل سچویشنز۔</w:t>
      </w:r>
    </w:p>
    <w:p>
      <w:r>
        <w:rPr>
          <w:b/>
        </w:rPr>
        <w:t xml:space="preserve">[1:07:34] </w:t>
      </w:r>
      <w:r>
        <w:t>To</w:t>
      </w:r>
    </w:p>
    <w:p>
      <w:pPr>
        <w:jc w:val="right"/>
      </w:pPr>
      <w:r>
        <w:t>تو</w:t>
      </w:r>
    </w:p>
    <w:p>
      <w:r>
        <w:rPr>
          <w:b/>
        </w:rPr>
        <w:t xml:space="preserve">[1:07:35] </w:t>
      </w:r>
      <w:r>
        <w:t>Successful person is one who was able to discover favorable opportunities from the unfavorable experiences. To yeh bohat ziyada re-planning ko emphasize kehtay thay.</w:t>
      </w:r>
    </w:p>
    <w:p>
      <w:pPr>
        <w:jc w:val="right"/>
      </w:pPr>
      <w:r>
        <w:t>سکسیسفلپرسناز ون ہوازایبلٹوڈسکور فیوریبلاپرچونیٹیز فرامدی انفیوریبل ایکسپیرینسز۔ تو یہبہتزیادہ ریپلاننگکوایمفس ائزکہتےتھے۔</w:t>
      </w:r>
    </w:p>
    <w:p>
      <w:r>
        <w:rPr>
          <w:b/>
        </w:rPr>
        <w:t xml:space="preserve">[1:07:45] </w:t>
      </w:r>
      <w:r>
        <w:t>Kehtay thay kay re-planning is planning plus. When you add experience to your previous planning and then analyse the same information you plan again, then you can achieve your goal. To re-planning is very very important.</w:t>
      </w:r>
    </w:p>
    <w:p>
      <w:pPr>
        <w:jc w:val="right"/>
      </w:pPr>
      <w:r>
        <w:t>کہتےتھےکہ ریپلاننگاز پلاننگپ لس ۔وینیوایڈایکسپیرینسٹویور پریویس پلاننگ اینڈدیناندالائٹافدسانفارمیشنیو پلاناگین، دینیوکیناچیو یورگول۔تو ری پلاننگاز ویریویری امپورٹنٹ۔</w:t>
      </w:r>
    </w:p>
    <w:p>
      <w:r>
        <w:rPr>
          <w:b/>
        </w:rPr>
        <w:t xml:space="preserve">[1:08:02] </w:t>
      </w:r>
      <w:r>
        <w:t>Aap aaj aaj kay session ka aakhri sawal, hum Quran aur Hadees mein dekhtay hain kay what is the greatest duty of Muslim Ummah has shahadat al-nas, that is to convey the divine message peacefully to all the nations.</w:t>
      </w:r>
    </w:p>
    <w:p>
      <w:pPr>
        <w:jc w:val="right"/>
      </w:pPr>
      <w:r>
        <w:t>آپ آج آج کے سیشنکاآخریسوال ، ہم قرآناورحدیثمیںدیکھتےہیںکہ ونافداگریٹسٹ ڈیوٹی اف مسلم ام ہاز شہادت الن اس، دیٹازٹوکنوےدی ڈیوائن میسج پیسفلی ٹوال دانیشنز۔</w:t>
      </w:r>
    </w:p>
    <w:p>
      <w:r>
        <w:rPr>
          <w:b/>
        </w:rPr>
        <w:t xml:space="preserve">[1:08:20] </w:t>
      </w:r>
      <w:r>
        <w:t>To mein chahoon ga kay is par aap aaj ka session khatam karein, is kay baray mein hum sab ko bata dein. Yeh dekhiye, Rasool Allah (SAW) aakhri paighambar thay.</w:t>
      </w:r>
    </w:p>
    <w:p>
      <w:pPr>
        <w:jc w:val="right"/>
      </w:pPr>
      <w:r>
        <w:t>تومیںچاہوںگاکہاسپرآپآجکاسیشنختمکریں، اسکےبارےمیںہمسبکوبت ائیں۔ یہدیکھیے،رسولاللہ صلیاللہعلیہوسلمآخریپیغمبرتھے۔</w:t>
      </w:r>
    </w:p>
    <w:p>
      <w:r>
        <w:rPr>
          <w:b/>
        </w:rPr>
        <w:t xml:space="preserve">[1:08:30] </w:t>
      </w:r>
      <w:r>
        <w:t>Ji,</w:t>
      </w:r>
    </w:p>
    <w:p>
      <w:pPr>
        <w:jc w:val="right"/>
      </w:pPr>
      <w:r>
        <w:t>جی،</w:t>
      </w:r>
    </w:p>
    <w:p>
      <w:r>
        <w:rPr>
          <w:b/>
        </w:rPr>
        <w:t xml:space="preserve">[1:08:31] </w:t>
      </w:r>
      <w:r>
        <w:t>Is say pehlay yeh hota tha kay aik paighambar chala gaya, us ki teaching us ko log bhool gaye, to doosra paighambar aa jata tha. Ab aap chuki aakhri paighambar hain aur har Musalman yeh janta hai, manta hai, us ko Qadiani nahin mantay thay, to Qadianiyon ko unhon nay apna alag hi kar diya, un ko alag firqa bana diya. Un ko to jo mantay hain, to sirf manna thora sa kaafi hai.</w:t>
      </w:r>
    </w:p>
    <w:p>
      <w:pPr>
        <w:jc w:val="right"/>
      </w:pPr>
      <w:r>
        <w:t>اسسےپہلے یہہوتاتھا کہایکپیغمبرچلاگیا ، اسکی ٹیچنگاسکولوگبھولگئے، تو دوس راپیغمبرآجاتا تھا۔ ابآپ چونکہآخریپیغمبر ہیںاورہرمسلمان یہجانتاہے، مانتاہے،اسکو قادی انینہیںمانتےتھے،توق ادی انیوںکوانہوںنےاپنا الگہیکردیا،انکوالگفرقہبنادیا۔انکو توجو مانتےہیں، توصرف مان ناتھوڑیکافیہے۔</w:t>
      </w:r>
    </w:p>
    <w:p>
      <w:r>
        <w:rPr>
          <w:b/>
        </w:rPr>
        <w:t xml:space="preserve">[1:08:54] </w:t>
      </w:r>
      <w:r>
        <w:t>Manna ka matlab hai kay aap ki jo bataye hue tareeqay hain, aap ki life say jo humain sari examples milti hain, us ko follow karna. Khali heir nahin bana laina hai, balkay aap kay us woh aswah ko follow karna.</w:t>
      </w:r>
    </w:p>
    <w:p>
      <w:pPr>
        <w:jc w:val="right"/>
      </w:pPr>
      <w:r>
        <w:t>مان نےکامطلبہےکہآپ کیجو بت ائےہوئےطریقےہیں، آپ کی لائفسےجوہمیں ساریایگزامپلزملتیہیں، اسکو فالوکرنا۔ خالیہیرونہیںبنالیناہے،بلکہ آپ کے اس وہاسوہکوفالوکرنا۔</w:t>
      </w:r>
    </w:p>
    <w:p>
      <w:r>
        <w:rPr>
          <w:b/>
        </w:rPr>
        <w:t xml:space="preserve">[1:09:07] </w:t>
      </w:r>
      <w:r>
        <w:t>To woh un ko karna paray ga kyun kay Musalman jo hai na, un ki hesiyat middle nation ki hai, us ko ummat-e-wasta kaha gaya hai.</w:t>
      </w:r>
    </w:p>
    <w:p>
      <w:pPr>
        <w:jc w:val="right"/>
      </w:pPr>
      <w:r>
        <w:t>تو وہ انکوکرناپڑےگاکیونکہ مس لمان جوہےنا، انکی حیثیت مڈلنیشنکیہے، اسکو امت وسطکہاگیاہے۔</w:t>
      </w:r>
    </w:p>
    <w:p>
      <w:r>
        <w:rPr>
          <w:b/>
        </w:rPr>
        <w:t xml:space="preserve">[1:09:16] </w:t>
      </w:r>
      <w:r>
        <w:t>Matlab hum Rasool Allah say kis say paigham milay rahay hain, Allah ka, aur us ko hum hum beech mein hain, aur aagay hum jin logon ko paigham nahin pohanchaye, un ko woh paigham hum pohanchaa rahay hain.</w:t>
      </w:r>
    </w:p>
    <w:p>
      <w:pPr>
        <w:jc w:val="right"/>
      </w:pPr>
      <w:r>
        <w:t>مطلب ہم رسولاللہسے کسسےپیغاملےرہےہیں،اللہ کا ، اور اسکو ہم ہمبیچمیںہیں،اورآگےہم جنلوگوںکو پیغامنہیں پہنچائے، انکووہ پیغامہمپہنچارہےہیں۔</w:t>
      </w:r>
    </w:p>
    <w:p>
      <w:r>
        <w:rPr>
          <w:b/>
        </w:rPr>
        <w:t xml:space="preserve">[1:09:30] </w:t>
      </w:r>
      <w:r>
        <w:t>To us ko middle nation log us ko bain nahin samajhtay. Shahadat ko martyr adum kehtay hain. To woh yeh hai kay Quran ko samajhtay hain nahin, to kaisay apni tehreek ko sahi chalain gay?</w:t>
      </w:r>
    </w:p>
    <w:p>
      <w:pPr>
        <w:jc w:val="right"/>
      </w:pPr>
      <w:r>
        <w:t>تواسکو مڈلنیشنلوگاسکوبھینہیںسمجھتے۔ شہادتکو مارٹرایڈمکہتےہیں۔ تو وہیہےکہقرآنکو سمجھتےہینہیں، تو کیسے اپنی تحریککوصحیحچلائیںگے؟</w:t>
      </w:r>
    </w:p>
    <w:p>
      <w:r>
        <w:rPr>
          <w:b/>
        </w:rPr>
        <w:t xml:space="preserve">[1:09:43] </w:t>
      </w:r>
      <w:r>
        <w:t>To yeh aakhir mein dekhiye, dunya mein insaan jang karnay kay liye paida nahin kiya gaya hai. Ab Habil-o-Qabil jo Hazrat Adam kay betay thay, to Habil to achhay walay thay, aur Qabil ghussa ho gaya to maar diya tha.</w:t>
      </w:r>
    </w:p>
    <w:p>
      <w:pPr>
        <w:jc w:val="right"/>
      </w:pPr>
      <w:r>
        <w:t>تو یہ آخرتمیں دیکھیے،دنیا میںانسان جنگ کرنےکےلیے پیدا ہینہیںکیاگیا ہے۔ اب ہابیلقابیلجوحضرت آدمکےبیٹےتھے، تو ہابیلتواچھےوالے تھے، اور قابیل غصہہوگیا توماردیاتھا۔</w:t>
      </w:r>
    </w:p>
    <w:p>
      <w:r>
        <w:rPr>
          <w:b/>
        </w:rPr>
        <w:t xml:space="preserve">[1:09:57] </w:t>
      </w:r>
      <w:r>
        <w:t>to us waqt jab maar raha tha, us waqt Habil ne kaha tha tum agar mere upar hath uthaoge, tab bhi mein isko react nahi karunga. aur woh kiya unhone ke usko maar diya, unhone usko nahi mara, uske apna hath nahi utha</w:t>
      </w:r>
    </w:p>
    <w:p>
      <w:pPr>
        <w:jc w:val="right"/>
      </w:pPr>
      <w:r>
        <w:t>تو اس وقتجب ماررہاتھا،اسوقت ہابیلنےکہاکہتماگر میرےاوپرہاتھاٹھاؤگے،تببھیمیں اسکو ریٹیلیٹنہیںکروںگا۔ اوروہیکیا انہوںنے کہ اسکوماردیا،انہوںنے اسکونہیں مارا، اسکے اپناہاتھنہیںاٹھ</w:t>
      </w:r>
    </w:p>
    <w:p>
      <w:r>
        <w:rPr>
          <w:b/>
        </w:rPr>
        <w:t xml:space="preserve">[1:10:12] </w:t>
      </w:r>
      <w:r>
        <w:t>aya. to yeh pehle deen Allah taala ne saari set kar di thi ke agar kuch log kharab niklenge to tum usko react mat karna.</w:t>
      </w:r>
    </w:p>
    <w:p>
      <w:pPr>
        <w:jc w:val="right"/>
      </w:pPr>
      <w:r>
        <w:t>ایا۔ تو یہ پہلے ہیدن اللہ تعالینےساراسیٹکردیاتھا کہ اگر کچھلوگ خراب نکلیںگےتوتم اسکو ریایکٹمتکرنا۔</w:t>
      </w:r>
    </w:p>
    <w:p>
      <w:r>
        <w:rPr>
          <w:b/>
        </w:rPr>
        <w:t xml:space="preserve">[1:10:21] </w:t>
      </w:r>
      <w:r>
        <w:t>to aur baad mein uski misaal di gayi hai Quran mein, aur usmein bhi hai, Hadees mein bhi hai ke tum Habil bano kaha agar woh log hath uthaye, tab bhi tum mat hath uthao.</w:t>
      </w:r>
    </w:p>
    <w:p>
      <w:pPr>
        <w:jc w:val="right"/>
      </w:pPr>
      <w:r>
        <w:t>تو اور بعدمیں اسکیمثال دیگئیہےقرآنمیں ، اور اسمیںبھیہے، حدیثمیںبھیہے کہتم ہابیل بنو کہاگروہلوگ ہاتھاٹھائیں،تببھیتم متہاتھاٹھاؤ۔</w:t>
      </w:r>
    </w:p>
    <w:p>
      <w:r>
        <w:rPr>
          <w:b/>
        </w:rPr>
        <w:t xml:space="preserve">[1:10:34] </w:t>
      </w:r>
      <w:r>
        <w:t>to phir Khuda ki madad aa jati hai na, log samajhte hain ke hum to hum ko to daba lenge, daba kaise lenge? phir Rasool Allah ne dab kar sulah ki to daba liya, saara Arab aap ka ho gaya.</w:t>
      </w:r>
    </w:p>
    <w:p>
      <w:pPr>
        <w:jc w:val="right"/>
      </w:pPr>
      <w:r>
        <w:t>توپھرخداکیمددآجاتیہےنا،لوگسمجھتےہیںکہ ہمتو ہمکوتودبالیںگے،دباکیسےلیںگے؟ پھررسولاللہنےدبکرصلحکیاتودبالیا، ساراعرب آپکاہوگیا۔</w:t>
      </w:r>
    </w:p>
    <w:p>
      <w:r>
        <w:rPr>
          <w:b/>
        </w:rPr>
        <w:t xml:space="preserve">[1:10:44] </w:t>
      </w:r>
      <w:r>
        <w:t>ji, to duniya jo hai na, Allah taala ne kuch bohat hi mazboot usoolon par qaim ki hai. to yeh bhi usool hai ke hum jitna dabenge, utna hi zyada Khuda ki madad aayegi, aur har kamyabi Khuda ki madad se hasil hoti hai.</w:t>
      </w:r>
    </w:p>
    <w:p>
      <w:pPr>
        <w:jc w:val="right"/>
      </w:pPr>
      <w:r>
        <w:t>جی،تو دنیا جوہے نا، اللہ تعالینے کچھ بہتہی مض بوط اصولوںپر قائمکیہے۔ تو یہبھی اصولہےکہہمجتنادبیںگے،اتناہیزیادہ خداکیمددآئےگی، اور ہر کامی ابیخداکیمد دسے حاصل ہوتیہے۔</w:t>
      </w:r>
    </w:p>
    <w:p>
      <w:r>
        <w:rPr>
          <w:b/>
        </w:rPr>
        <w:t xml:space="preserve">[1:11:00] </w:t>
      </w:r>
      <w:r>
        <w:t>ab akadne se to koi bhi kamyabi nahi hoti, kyunke akdenge to Shaitan, yeh Shaitan ki sunnat hai akadna. to agar akdenge to hamein kuch bhi nahi milega. agar hum jhukenge</w:t>
      </w:r>
    </w:p>
    <w:p>
      <w:pPr>
        <w:jc w:val="right"/>
      </w:pPr>
      <w:r>
        <w:t>اب اکڑنےسےتوکوئیبھیکامیابینہیںہوتی،کیونکہاکڑیںگےتو شیطان ،یہ شیطان کی سن تہےاکڑنا۔ تو اگر اکڑیںگےتوہمیںکچھبھینہیںملےگا۔اگرہمجھکیںگے</w:t>
      </w:r>
    </w:p>
    <w:p>
      <w:r>
        <w:rPr>
          <w:b/>
        </w:rPr>
        <w:t xml:space="preserve">[1:11:11] </w:t>
      </w:r>
      <w:r>
        <w:t>to hamein Khuda ki madad, farishton ki madad sab mil jayegi, aur tabhi hamara kaam banega. to hamara jo maqsad hai ke hum khud nijat ke rastay ko apnayein, salvation ke rastay ko apnayein, aur wahi rasta hum doosron ko dikhayein, aur bilkul peaceful,</w:t>
      </w:r>
    </w:p>
    <w:p>
      <w:pPr>
        <w:jc w:val="right"/>
      </w:pPr>
      <w:r>
        <w:t>تو ہمیں خداکیمد د،فرشتوںکیمد د سبملجائےگی،اور تبھیہمارا کام بنےگا۔ تو ہماراجو مقصدہے کہہمخود نجاتکےراستےکو اپنائیں، سال ویشنکےراستےکواپنائیں، اور وہی راستہہم دوسروںکودکھائیں، اور بالکل پیسفلی،</w:t>
      </w:r>
    </w:p>
    <w:p>
      <w:r>
        <w:rPr>
          <w:b/>
        </w:rPr>
        <w:t xml:space="preserve">[1:11:31] </w:t>
      </w:r>
      <w:r>
        <w:t>kyunke peaceful hona bohat zaroori hai. peaceful se halaat normalize hote hain, aur tabhi koi kaam hota hai. agar</w:t>
      </w:r>
    </w:p>
    <w:p>
      <w:pPr>
        <w:jc w:val="right"/>
      </w:pPr>
      <w:r>
        <w:t>کیونکہ پیسفل ہونابہتضروریہے۔ پیسفلسے حالات نارمل ائزہوتےہیں، اور تبھیکوئیکامہوتاہے۔اگر</w:t>
      </w:r>
    </w:p>
    <w:p>
      <w:r>
        <w:rPr>
          <w:b/>
        </w:rPr>
        <w:t xml:space="preserve">[1:11:39] </w:t>
      </w:r>
      <w:r>
        <w:t>jo do do do group fight kar rahe hain, to hum na woh, hum na unki baat sunenge, na woh hamari baat sunenge. jab at peace honge na, tabhi to baat sunai ja sakegi, tabhi woh normal tareeqay se seriously is baat ko consider karenge.</w:t>
      </w:r>
    </w:p>
    <w:p>
      <w:pPr>
        <w:jc w:val="right"/>
      </w:pPr>
      <w:r>
        <w:t>جو دو دو دو گروہایٹوارہیں،تو ہم نہ وہ،ہمہمنہہمانکیباتسنیںگے،نہوہہماریباتسنیںگے۔ جب ایٹپیسہوںگےنا،تبھیتو بات سنائیجاسکےگی، تبھی وہ نارملطریقےسے سیریسلی اسباتکو کنسیڈرکریںگے۔</w:t>
      </w:r>
    </w:p>
    <w:p>
      <w:r>
        <w:rPr>
          <w:b/>
        </w:rPr>
        <w:t xml:space="preserve">[1:11:55] </w:t>
      </w:r>
      <w:r>
        <w:t>to yeh ummat wasat jo hai, Quran mein Surah Al Baqarah mein hai, verse 143. to log in logon samajhte hain hum to khair ummat hain,</w:t>
      </w:r>
    </w:p>
    <w:p>
      <w:pPr>
        <w:jc w:val="right"/>
      </w:pPr>
      <w:r>
        <w:t>تو یہ امت وسطجوہے،قرآنمیں سورہ البقرہمیںہے، ورسہے14 3۔ تو لوگ انلوگسمجھتےہیںہمتوخیر امتہیں،</w:t>
      </w:r>
    </w:p>
    <w:p>
      <w:r>
        <w:rPr>
          <w:b/>
        </w:rPr>
        <w:t xml:space="preserve">[1:12:05] </w:t>
      </w:r>
      <w:r>
        <w:t>humari to kya baat hai? jaise khair ummat Sahaba ke liye aaya hai ke unhone kis tareeqay se, kitni dedication ke saath, kitni qurbaniyon ke saath unhone kaam kiya, to unko khair ummat kaha gaya.</w:t>
      </w:r>
    </w:p>
    <w:p>
      <w:pPr>
        <w:jc w:val="right"/>
      </w:pPr>
      <w:r>
        <w:t>ہ ماری توکیاباتہے؟ جیسے خیر امتصحابہکےلیےآیاہے کہ انہوںنےکسطریقےسے،کتنی ڈیڈیکیشنکےساتھ،کتنی قربانیوںکےساتھ انہوںنےکام کیا، تو انکوخیر امتکہاگیا۔</w:t>
      </w:r>
    </w:p>
    <w:p>
      <w:r>
        <w:rPr>
          <w:b/>
        </w:rPr>
        <w:t xml:space="preserve">[1:12:18] </w:t>
      </w:r>
      <w:r>
        <w:t>ab Musalman samajhte hain hum bhi khair ummat hain, kuch bhi karein, hum to bas ek Musalman ghar mein paida ho gaye, phir kuch bhi karein, hamare upar koi woh nahi hai, binding nahi hai.</w:t>
      </w:r>
    </w:p>
    <w:p>
      <w:pPr>
        <w:jc w:val="right"/>
      </w:pPr>
      <w:r>
        <w:t>ابمسلمان سمجھتےہیں ہمبھیخیر امتہیں،کچھبھیکریں، ہمتوبس ایک مسلمان گھرمیںپیدا ہوگئے، پھرکچھبھیکریں،ہمارےاوپرکوئی وہنہیںہے، بائنڈنگنہیںہے۔</w:t>
      </w:r>
    </w:p>
    <w:p>
      <w:r>
        <w:rPr>
          <w:b/>
        </w:rPr>
        <w:t xml:space="preserve">[1:12:29] </w:t>
      </w:r>
      <w:r>
        <w:t>to aisa nahi hai, hum apne amal se hamara darja hum tayyun hoga, na ke by birth.</w:t>
      </w:r>
    </w:p>
    <w:p>
      <w:pPr>
        <w:jc w:val="right"/>
      </w:pPr>
      <w:r>
        <w:t>تو ایسانہیں ہے،ہماپنے عملسے ہمارا درج ہمتعینہوگا،نہ کہبائیبرتھ۔</w:t>
      </w:r>
    </w:p>
    <w:p>
      <w:r>
        <w:rPr>
          <w:b/>
        </w:rPr>
        <w:t xml:space="preserve">[1:12:35] </w:t>
      </w:r>
      <w:r>
        <w:t>yeh sab bhi pehle ki baatein hain. by birth ek koi badshah ghar mein paida ho gaya to woh woh elite class mein jo paida ho gaya, to woh uska bilkul alag darja hota tha.</w:t>
      </w:r>
    </w:p>
    <w:p>
      <w:pPr>
        <w:jc w:val="right"/>
      </w:pPr>
      <w:r>
        <w:t>یہسب بھیپہلے کیباتیںہیں۔ بائیبرتھایککوئیبادشاہگھرمیںپیدا ہوگیا تو وہ وہایلیٹکلاس میںجوپیدا ہوگیا، تو وہ اسکابالکل الگدرجہہوتاتھا۔</w:t>
      </w:r>
    </w:p>
    <w:p>
      <w:r>
        <w:rPr>
          <w:b/>
        </w:rPr>
        <w:t xml:space="preserve">[1:12:46] </w:t>
      </w:r>
      <w:r>
        <w:t>aam ghar mein paida ho gaya to alag darja. to yeh wahi saari cheezein jo hain, yeh ancient age mein jo saari chalta tha, yeh saare tareeqay, woh sab Musalmanon ne har cheez ko Islamize kar liya.</w:t>
      </w:r>
    </w:p>
    <w:p>
      <w:pPr>
        <w:jc w:val="right"/>
      </w:pPr>
      <w:r>
        <w:t>عامگھرمیںپیدا ہوگیاتوالگدرجہ۔ تویہ وہی ساریچیزیںجوہیں، یہ اینشینٹ ایجمیں جو ساری چلتاتھا،یہسارےطریقے ، وہ سب مسلمان وںنےہرچیزکواسلام ائزکرلیا۔</w:t>
      </w:r>
    </w:p>
    <w:p>
      <w:r>
        <w:rPr>
          <w:b/>
        </w:rPr>
        <w:t xml:space="preserve">[1:13:00] </w:t>
      </w:r>
      <w:r>
        <w:t>ab woh samajhte hain hum superior hain, hum rulers</w:t>
      </w:r>
    </w:p>
    <w:p>
      <w:pPr>
        <w:jc w:val="right"/>
      </w:pPr>
      <w:r>
        <w:t>ابوہسمجھتےہیںہمسپیریئرہیں، ہم رولرز</w:t>
      </w:r>
    </w:p>
    <w:p>
      <w:r>
        <w:rPr>
          <w:b/>
        </w:rPr>
        <w:t xml:space="preserve">[1:13:04] </w:t>
      </w:r>
      <w:r>
        <w:t>hain. ek ek dum mamooli sa aadmi tha, woh bohat akad ke chalta tha, to kehne laga hum to seedhe Lal Qile se nikal kar aaye, jab Mughal Mughal se jab wahan se haare hain na, Angrezon ke zamane, hum seedhe Lal Qile se aaye hain.</w:t>
      </w:r>
    </w:p>
    <w:p>
      <w:pPr>
        <w:jc w:val="right"/>
      </w:pPr>
      <w:r>
        <w:t>ہیں۔ ایکایکدممعمولی ساآدمیتھا، وہ بہت اکڑکےچلتاتھا، تو کہنےلگاہمتو سیدھے لال قلعےسےنکلکرآئے،جب مغل مغلسےجبوہاںسےہارےہیںنا،انگریزوںکےزمانے،ہم سیدھےلالقلعےسےآئےہیں۔</w:t>
      </w:r>
    </w:p>
    <w:p>
      <w:r>
        <w:rPr>
          <w:b/>
        </w:rPr>
        <w:t xml:space="preserve">[1:13:18] </w:t>
      </w:r>
      <w:r>
        <w:t>to yeh apne ko samajhte hain hum rulers hain. aaj tak unki yeh psychology hai ke hum rulers hain, doosre rulers hain, is liye woh normal taalluqat nahi bana paate hain.</w:t>
      </w:r>
    </w:p>
    <w:p>
      <w:pPr>
        <w:jc w:val="right"/>
      </w:pPr>
      <w:r>
        <w:t>تو یہ اپنےکوسمجھتےہیں ہم رولرہیں۔آجتک ان کی یہ سائیکیہے کہہمرولرہیں،دوسرےرولرہیں،اس لیےوہ نارملتعلقاتنہیںبناپاتےہیں۔</w:t>
      </w:r>
    </w:p>
    <w:p>
      <w:r>
        <w:rPr>
          <w:b/>
        </w:rPr>
        <w:t xml:space="preserve">[1:13:29] </w:t>
      </w:r>
      <w:r>
        <w:t>halanke humari jo hesiyat hai, woh hai ke hum ummat wasat hain,</w:t>
      </w:r>
    </w:p>
    <w:p>
      <w:pPr>
        <w:jc w:val="right"/>
      </w:pPr>
      <w:r>
        <w:t>حالانکہ ہماری جو حیثیتہے، وہہے کہہم امت وسطہیں،</w:t>
      </w:r>
    </w:p>
    <w:p>
      <w:r>
        <w:rPr>
          <w:b/>
        </w:rPr>
        <w:t xml:space="preserve">[1:13:34] </w:t>
      </w:r>
      <w:r>
        <w:t>humein Khuda se, Rasool se lena hai aur doosron tak pahunchana hai, jo ke Rasool Allah Sallallahu Alaihi Wasallam ne ek dum clear aakhri khutbe mein kaha tha, jo hazir hai, woh unko pahuncha de, jo hazir nahi hai.</w:t>
      </w:r>
    </w:p>
    <w:p>
      <w:pPr>
        <w:jc w:val="right"/>
      </w:pPr>
      <w:r>
        <w:t>ہمیں خدا سے،رسولسےلیناہےاوردوسروںتکپہنچاناہے، جو کہرسولاللہصلیاللہعلیہوسلمنےایکدمکلیئرآخریخطبےمیںکہاتھا، جو حاضرہے،وہانکوپہنچادے،جوحاضرنہیں ہے۔</w:t>
      </w:r>
    </w:p>
    <w:p>
      <w:r>
        <w:rPr>
          <w:b/>
        </w:rPr>
        <w:t xml:space="preserve">[1:13:45] </w:t>
      </w:r>
      <w:r>
        <w:t>to jo Rasool Allah ne hukum diya hai, woh to nahi karenge, jo hukum nahi diya hai, woh kaam karenge. to kamyabi kahan se milegi? aap bataiye. aur doosri jo sab se badi baat hai ke zamana badal gaya hai, aaj global communication ka zamana hai, hum itni tezi se kaam</w:t>
      </w:r>
    </w:p>
    <w:p>
      <w:pPr>
        <w:jc w:val="right"/>
      </w:pPr>
      <w:r>
        <w:t>تو جو رسولاللہنےحکمدیاہے،وہتونہیںکریںگے،جوحکمنہیںدیاہے،وہ کامکریںگے۔ تو کامیابیکہاںسےملےگی؟آپبتائیے۔ اوردوسریجوسبسےبڑیباتہےکہزمان ہبدلگیا ہے، آج گلوبل کمیونیکیشن کا زمان ہہے،ہماتنی تیزیسے کام</w:t>
      </w:r>
    </w:p>
    <w:p>
      <w:r>
        <w:rPr>
          <w:b/>
        </w:rPr>
        <w:t xml:space="preserve">[1:14:02] </w:t>
      </w:r>
      <w:r>
        <w:t>kar sakte hain, har goshe mein Khuda ka word pahuncha sakte hain. pehle to koi soch bhi nahi sakta tha ke ghar ghar Islam ka kalma kaise dakhil ho jayega. ab hamare Kaleemuddin Sahab ko dekhiye, har waqt kahin na kahin kaam kar rahe hote hain, poori duniya mein woh pahunch jaate hain, jahan bhi zaroorat hoti hai, travel karke.</w:t>
      </w:r>
    </w:p>
    <w:p>
      <w:pPr>
        <w:jc w:val="right"/>
      </w:pPr>
      <w:r>
        <w:t>کرسکتےہیں،ہرگوشےمیںخداکا ورڈپہنچاسکتےہیں۔پہلے توکوئیسوچبھینہیںسکتاتھا کہگھرگھراسلام کاکلمہکیسےداخلہوجائےگا۔ ابہمارےکلیم الدینصاحبکودیکھیے، ہروقت کہیںنہکہیں کام کررہےہوتےہیں، پوریدنیا میں وہپہنچجاتےہیں،جہاںبھی ضرورتہوتیہے،ٹریولکرکرکے۔</w:t>
      </w:r>
    </w:p>
    <w:p>
      <w:r>
        <w:rPr>
          <w:b/>
        </w:rPr>
        <w:t xml:space="preserve">[1:14:21] </w:t>
      </w:r>
      <w:r>
        <w:t>to yeh saari aasaniyan pehle thodi thi. pehle to woh Umm e Milhan jo gayi thi, woh aisa halaat kharab the,</w:t>
      </w:r>
    </w:p>
    <w:p>
      <w:pPr>
        <w:jc w:val="right"/>
      </w:pPr>
      <w:r>
        <w:t>تو یہساری آسانیاںپہلے تھوڑیتھیں۔ پہلےتو وہ ام ملحانجوگئیتھیں، وہ ایساحالات خراب تھے،</w:t>
      </w:r>
    </w:p>
    <w:p>
      <w:r>
        <w:rPr>
          <w:b/>
        </w:rPr>
        <w:t xml:space="preserve">[1:14:31] </w:t>
      </w:r>
      <w:r>
        <w:t>woh khachchar pe shayad chal rahi thi, gir gayi, woh khatma ho gayi. to ab aaj ke aaj to हवाई जहाज سواری ہے, hawai jahaz urh kar aap kahin jaiye, har jagah religious free me hai, aur aap kaam kariye.</w:t>
      </w:r>
    </w:p>
    <w:p>
      <w:pPr>
        <w:jc w:val="right"/>
      </w:pPr>
      <w:r>
        <w:t>وہ خچرپہشایدچلرہیتھیں،گر گئیں،وہختمہوگئیں۔ تو ابآج کےآجتوہو ائی شاہیسو اریہے،ہوائیجہاز اڑکرآپکہیںبھیجائیے، ہرجگہریلیجسفریڈمہے، اور آپ کامکریے۔</w:t>
      </w:r>
    </w:p>
    <w:p>
      <w:r>
        <w:rPr>
          <w:b/>
        </w:rPr>
        <w:t xml:space="preserve">[1:14:44] </w:t>
      </w:r>
      <w:r>
        <w:t>to is zamane ki tabdeeli ko samajhna padega, aur doosre tourism wala ke aajkal zamana hai tourism ka, sari mad'oo khud har jagah aa raha hai, apne Muslim mulkon mein aa raha hai.</w:t>
      </w:r>
    </w:p>
    <w:p>
      <w:pPr>
        <w:jc w:val="right"/>
      </w:pPr>
      <w:r>
        <w:t>تو اسزمانےکیتبدیلیکوسمجھناپڑےگا، اوردوسرے ٹورزموالا کہآجکل زمان ہہےٹورزمکا، ساری مد عوخود ہرجگہآرہاہے، اپنے مسلمملکوںمیںآرہاہے۔</w:t>
      </w:r>
    </w:p>
    <w:p>
      <w:r>
        <w:rPr>
          <w:b/>
        </w:rPr>
        <w:t xml:space="preserve">[1:14:57] </w:t>
      </w:r>
      <w:r>
        <w:t>to wahan jo hai, aap jaayen aur kaam karen. to jadeed imkanat ko istemal jab bhi kiya ja sakta hai, jab tashaddud hum khatm kar den, sirf hamari aammi jah ho jaye ke hum peace chahte hain.</w:t>
      </w:r>
    </w:p>
    <w:p>
      <w:pPr>
        <w:jc w:val="right"/>
      </w:pPr>
      <w:r>
        <w:t>تو وہاں جوہے، آپ جائیںاورکام کریں۔ تو جد ید امکاناتکو استعمال جبھیکیاجاسکتاہے، جب تشدد ہمختمکردیں، صرف ہماریامیجہوجائےکہہم پیسچاہتےہیں۔</w:t>
      </w:r>
    </w:p>
    <w:p>
      <w:r>
        <w:rPr>
          <w:b/>
        </w:rPr>
        <w:t xml:space="preserve">[1:15:13] </w:t>
      </w:r>
      <w:r>
        <w:t>ji, to tabhi to log hum ko serious len ge. ab yeh nahin ke chaar din ke liye hathiyar rakh diya, phir woh hathiyar utha liya, phir rakh diya, phir utha liya. nahin, bilkul hathiyar ko khatm kar den.</w:t>
      </w:r>
    </w:p>
    <w:p>
      <w:pPr>
        <w:jc w:val="right"/>
      </w:pPr>
      <w:r>
        <w:t>جی،تو تبھیتولوگ ہمکو سیریسلیلیںگے۔ ابیہنہیںکہچاردنکےلیےہتھیاررکھدیا،پھر وہ ہتھیاراٹھالیا،پھررکھدیا،پھراٹھالیا۔نہیں، بالکل ہتھیارکوختم کردیں۔</w:t>
      </w:r>
    </w:p>
    <w:p>
      <w:r>
        <w:rPr>
          <w:b/>
        </w:rPr>
        <w:t xml:space="preserve">[1:15:24] </w:t>
      </w:r>
      <w:r>
        <w:t>ek is par bhi hadith hai kitab al fitna mein ke zamanah itna kharab aaye ga, tum log apni talwar ko, us waqt talwar hi hoti thi, talwar ko phenk dena, aur bilkul hi gharon mein ghus jana, aur woh fitne jo aayenge na, us se door rehna bilkul.</w:t>
      </w:r>
    </w:p>
    <w:p>
      <w:pPr>
        <w:jc w:val="right"/>
      </w:pPr>
      <w:r>
        <w:t>ایکاسپربھیحدیثہےکتاب الفطنمیں کہزمان ہاتنا خرابآئےگا،تملوگ اپنے تلوارکو،اسوقتتلوارہیہوتیتھی، تلوارکو پھینکدینا،اور بالکلہیگھروںمیںگھسجانا، اور وہفت نے جو آئیںگےنا،اسسے دور رہنابالکل ۔</w:t>
      </w:r>
    </w:p>
    <w:p>
      <w:r>
        <w:rPr>
          <w:b/>
        </w:rPr>
        <w:t xml:space="preserve">[1:15:39] </w:t>
      </w:r>
      <w:r>
        <w:t>to yeh kaha gaya hai, hamein apni is duty ko samajhna hai. ji, aur daawa bil kull apne aap ko peaceful tareeqe se involve karna hai.</w:t>
      </w:r>
    </w:p>
    <w:p>
      <w:pPr>
        <w:jc w:val="right"/>
      </w:pPr>
      <w:r>
        <w:t>تو یہ کہاگیاہے، ہمیں اپنی اس ڈیوٹیکوسمجھناہے۔ جی، اور دعویٰورکمیںاپنےآپکو پیسفلطریقےسے انوالوکرناہے۔</w:t>
      </w:r>
    </w:p>
    <w:p>
      <w:r>
        <w:rPr>
          <w:b/>
        </w:rPr>
        <w:t xml:space="preserve">[1:15:49] </w:t>
      </w:r>
      <w:r>
        <w:t>ji, jazak Allah aap for giving us direction and this is a very important topic. aaj ke discussion mein bohat si baatein aap ne bohat achhe se wazeh karin, and I think we should watch this episode two three times to understand the important message that Professor Fareeda Khan mah has given to all of us.</w:t>
      </w:r>
    </w:p>
    <w:p>
      <w:pPr>
        <w:jc w:val="right"/>
      </w:pPr>
      <w:r>
        <w:t>جی، جزاک اللہآپ فور گیونگاس ڈائریکشناندسویریامپورٹنٹ ٹاپک۔ آجکے ڈسکشنمیںبہت سی باتیںآپنےبہت اچھےسے واضحکریں، اینڈآئیتھنکویشوڈ واچ دس ایپیسوڈ ٹوتھریٹائمزٹوانڈرسٹینڈدیامپورٹافدامیسج دیٹ پروفیسرفریدہخانمہیزگیونٹوالافاس۔</w:t>
      </w:r>
    </w:p>
    <w:p>
      <w:r>
        <w:rPr>
          <w:b/>
        </w:rPr>
        <w:t xml:space="preserve">[1:16:11] </w:t>
      </w:r>
      <w:r>
        <w:t>so before concluding the discussion, we have some important releases today, and CPI is an international organization. we are really happy to share that, you know, as the members globally have been working very hard to bring out Maulana Sahab ideology, his works into different languages, and this work is going to be a forefront in different parts of the</w:t>
      </w:r>
    </w:p>
    <w:p>
      <w:pPr>
        <w:jc w:val="right"/>
      </w:pPr>
      <w:r>
        <w:t>سوبیفور کنکلوڈنگداسی شن، ویہیوسم امپورٹنٹ ریلیزز ٹوڈے، اینڈ سیپیایسانٹرنیشنلازویریہیپیٹوشیئردیٹ، یونو،ایز دی ممبرزگلوبلی ہیوبینورکنگویریہارڈٹوبرنگآؤٹمول اناصاحبآ ئیڈیالوجی،ہزو رکس انٹوڈفرنٹلینگویجز، اینڈدسورکاز گوئنگاناوارفٹنگ انڈفرنٹپارٹسافدا</w:t>
      </w:r>
    </w:p>
    <w:p>
      <w:r>
        <w:rPr>
          <w:b/>
        </w:rPr>
        <w:t xml:space="preserve">[1:16:35] </w:t>
      </w:r>
      <w:r>
        <w:t>world. so today we will be releasing new books of Maulana Wahiduddin Khan Sahab, which has been translated into Spanish, into Arabic language, and we will do these releases with the help of Dr. Saniya Stand Khan Sahab.</w:t>
      </w:r>
    </w:p>
    <w:p>
      <w:pPr>
        <w:jc w:val="right"/>
      </w:pPr>
      <w:r>
        <w:t>ورلڈ۔ سوٹوڈے ویویلبی ریلیزنگ نیوبکس اف مول اناوحیدالدینخان صاحب، وچہیزبین ٹرانسلیٹڈانٹو سپ ینش ، انٹو عربکلینگویج، اینڈ ویویل ڈودیزریلیزز وددیہیلپاف ڈاکٹرثانیہسٹینڈخان صاحب۔</w:t>
      </w:r>
    </w:p>
    <w:p>
      <w:r>
        <w:rPr>
          <w:b/>
        </w:rPr>
        <w:t xml:space="preserve">[1:16:56] </w:t>
      </w:r>
      <w:r>
        <w:t>I have invited him to come here and do these releases. to</w:t>
      </w:r>
    </w:p>
    <w:p>
      <w:pPr>
        <w:jc w:val="right"/>
      </w:pPr>
      <w:r>
        <w:t>آئیہیوانوائٹڈہمٹوکمہیر اینڈ ڈودسریلیزز۔ تو</w:t>
      </w:r>
    </w:p>
    <w:p>
      <w:r>
        <w:rPr>
          <w:b/>
        </w:rPr>
        <w:t xml:space="preserve">[1:17:00] </w:t>
      </w:r>
      <w:r>
        <w:t>pehla jo release hai, yeh English book aaj launch karne ja rahe hain. this is with the title "Purpose of Man's Creation", and this translation has been done by Professor Fareeda Khan m.</w:t>
      </w:r>
    </w:p>
    <w:p>
      <w:pPr>
        <w:jc w:val="right"/>
      </w:pPr>
      <w:r>
        <w:t>پہلاجو ریلیزہے، یہ انگل ش بک آجہملانچکرنے جارہےہیں۔ دساز وددیٹائٹل"پرپساف مینز کری شن"، اینڈ دسٹرانسلیشنہیزبینڈنبائے پروفیسرفریدہخان م۔</w:t>
      </w:r>
    </w:p>
    <w:p>
      <w:r>
        <w:rPr>
          <w:b/>
        </w:rPr>
        <w:t xml:space="preserve">[1:17:15] </w:t>
      </w:r>
      <w:r>
        <w:t>this is a translation of a chapter of Maulana Wahiduddin Khan Sahab book "Kitab Ma'rifat", jismein ek chapter hai "Ma'rifat-e-Khalq"</w:t>
      </w:r>
    </w:p>
    <w:p>
      <w:pPr>
        <w:jc w:val="right"/>
      </w:pPr>
      <w:r>
        <w:t>دسازاٹرانسلیشنافاچیپٹراف مول اناوحیدالدینخانصاحببک "کتاب معرفت"، جسمیںایکچیپٹرہے "معرفت تخلیق"</w:t>
      </w:r>
    </w:p>
    <w:p>
      <w:r>
        <w:rPr>
          <w:b/>
        </w:rPr>
        <w:t xml:space="preserve">[1:17:24] </w:t>
      </w:r>
      <w:r>
        <w:t>. to is ka yeh translation kiya gaya hai "Purpose of Man's Creation", and I will request Dr. Saniya Stand Khan Sahab to launch this book.</w:t>
      </w:r>
    </w:p>
    <w:p>
      <w:pPr>
        <w:jc w:val="right"/>
      </w:pPr>
      <w:r>
        <w:t>۔ تو اسکا یہ ٹرانسلیشنکیا گیاہے "ان پرپساف مینز کری شن"، اینڈ آئیویلریکویسٹ ڈاکٹر ثانیہسٹینڈخان صاحب ٹولانچدسبک۔</w:t>
      </w:r>
    </w:p>
    <w:p>
      <w:r>
        <w:rPr>
          <w:b/>
        </w:rPr>
        <w:t xml:space="preserve">[1:17:39] </w:t>
      </w:r>
      <w:r>
        <w:t>Bismillah al-Rahman al-Rahim. Rabbi shrah li sadri, wa yassir li amri, wah lul uqdatan min lisani, yafqahu qawli.</w:t>
      </w:r>
    </w:p>
    <w:p>
      <w:pPr>
        <w:jc w:val="right"/>
      </w:pPr>
      <w:r>
        <w:t>بسماللہالرحمنالرحیم۔ رباشرحلیصدری ،و یسرلیامری، واحل العقدۃ منلسانی،یفقہ قولی۔</w:t>
      </w:r>
    </w:p>
    <w:p>
      <w:r>
        <w:rPr>
          <w:b/>
        </w:rPr>
        <w:t xml:space="preserve">[1:17:47] </w:t>
      </w:r>
      <w:r>
        <w:t>mujhe behad khushi ho rahi hai is kitab ko launch karte hue "Purpose of Man's Creation: Understanding Human History Through God's Creation Plan",</w:t>
      </w:r>
    </w:p>
    <w:p>
      <w:pPr>
        <w:jc w:val="right"/>
      </w:pPr>
      <w:r>
        <w:t>مجھے بےحدخوشیہورہیہے اس کتاب کو لانچکرتے ہوئے "پرپسافمینزکری شن: انڈرسٹینڈنگہیومنہسٹری تھرو گاڈز کریشن پلان"،</w:t>
      </w:r>
    </w:p>
    <w:p>
      <w:r>
        <w:rPr>
          <w:b/>
        </w:rPr>
        <w:t xml:space="preserve">[1:18:01] </w:t>
      </w:r>
      <w:r>
        <w:t>jo ke Dr. Fareeda Khan m ne translate kiya hai. aur jaisa abhi Dr. Razi Sahab ne bataya ke yeh kitab Ma'rifat ka ek chapter hai, aur ismein yeh bataya gaya hai ke insan ko paida karne ka jo maqsad hai Allah ka, woh yeh hai ke woh Khuda ki ma'rifat hasil kare, aur is ma'rifat ko saare insano tak pahunchane ka zimma uthaye, aur is ke upar woh kaam kare.</w:t>
      </w:r>
    </w:p>
    <w:p>
      <w:pPr>
        <w:jc w:val="right"/>
      </w:pPr>
      <w:r>
        <w:t>جو کہ ڈاکٹرفریدہخانمنے ٹرانسلیٹکیاہے۔اورجیساابھی ڈاکٹررجتصاحبنےبتایا کہیہ کتاب معرفتکا ایک چیپٹرہے، اور اسمیںیہبتایاگیاہےکہ انسان کو پیدا کرنے کا جو مقصد ہے اللہ کا،وہیہہےکہوہ خداکی معرفتحاصل کرے، اور اس معرفتکو سارےانسان وںتک پہنچ انے کا ذمہ اٹھائے،اور اسکے اوپر وہ کامکرے۔</w:t>
      </w:r>
    </w:p>
    <w:p>
      <w:r>
        <w:rPr>
          <w:b/>
        </w:rPr>
        <w:t xml:space="preserve">[1:18:30] </w:t>
      </w:r>
      <w:r>
        <w:t>aur yeh kitab bohat hi ahem kitab, kitab Ma'rifat ka ek hissa hai, jo ke Maulana ki ahem tareen kitabon mein se ek hai.</w:t>
      </w:r>
    </w:p>
    <w:p>
      <w:pPr>
        <w:jc w:val="right"/>
      </w:pPr>
      <w:r>
        <w:t>اوریہکتاب بہتہی اہم کتاب ،کتاب معرفت کاایکحصہہے، جو کہ مول اناکیاہمترین کتاب وںمیںسےہے۔</w:t>
      </w:r>
    </w:p>
    <w:p>
      <w:r>
        <w:rPr>
          <w:b/>
        </w:rPr>
        <w:t xml:space="preserve">[1:18:39] </w:t>
      </w:r>
      <w:r>
        <w:t>aur jab tak insan Khuda ki gehri ma'rifat nahin hasil kar sake ga, to deen ki gehri ma'rifat bhi nahin us ko hasil hogi, aur aur jo a spiritualistic andaaz hai, us pe hi baqi rahe ga.</w:t>
      </w:r>
    </w:p>
    <w:p>
      <w:pPr>
        <w:jc w:val="right"/>
      </w:pPr>
      <w:r>
        <w:t>اورجب تک انسان خداکیگہریمعرفتنہیں حاصل کرسکےگا، تو دین دین کیگہریمعرفتبھینہیںاسکوحاصل ہوگی،اور اورجو ایکریچولسٹک انداز ہے،اسپہہیباقیرہےگا۔</w:t>
      </w:r>
    </w:p>
    <w:p>
      <w:r>
        <w:rPr>
          <w:b/>
        </w:rPr>
        <w:t xml:space="preserve">[1:18:51] </w:t>
      </w:r>
      <w:r>
        <w:t>is liye yeh kitab bohat ahem hai. Allah Ta'ala se dua hai ke un sab logon ko ajr-e-azeem de jinhon ne is mein hissa liya hai, is ki publication aur translation waghera ne.</w:t>
      </w:r>
    </w:p>
    <w:p>
      <w:pPr>
        <w:jc w:val="right"/>
      </w:pPr>
      <w:r>
        <w:t>اسلیےیہکتاب بہت اہمہے۔ اللہ تعالیسےدعاہےکہانسبلوگوںکو اجرعظیمدےجنہوںنےاسمیں حصہلیاہے،اسکیپبلیکیشناور ٹرانسلیشنوغیرہمیں۔</w:t>
      </w:r>
    </w:p>
    <w:p>
      <w:r>
        <w:rPr>
          <w:b/>
        </w:rPr>
        <w:t xml:space="preserve">[1:19:02] </w:t>
      </w:r>
      <w:r>
        <w:t>Dr. Sahab, ek baar ya aur yeh kitab aap viewers ko dikha dein, is ke cover ko especially. Thank you Dr. Sahab.</w:t>
      </w:r>
    </w:p>
    <w:p>
      <w:pPr>
        <w:jc w:val="right"/>
      </w:pPr>
      <w:r>
        <w:t>ڈاکٹرصاحب،ایکباریاوریہکتاب آپ ویوورزکودکھادیں،اسکےکورکو اسپیشلی۔ تھینکیو ڈاکٹرصاحب۔</w:t>
      </w:r>
    </w:p>
    <w:p>
      <w:r>
        <w:rPr>
          <w:b/>
        </w:rPr>
        <w:t xml:space="preserve">[1:19:09] </w:t>
      </w:r>
      <w:r>
        <w:t>a very other releases of a very important and very popular a book of Maulana Wahiduddin Khan Sahab "God Arises: Arab comes Islam al-Tada" ke naam se. yeh ek abhi bhi universities mein at as part of the syllabus.</w:t>
      </w:r>
    </w:p>
    <w:p>
      <w:pPr>
        <w:jc w:val="right"/>
      </w:pPr>
      <w:r>
        <w:t>اہدی ادرریلیزاز اف اویریامپورٹنٹ اینڈ اویری پاپولر اہ بکاف مولاناوحیدالدینخان صاحب" گاڈارائزز: عرب کمیںاسلام الیتدا " کےنامسے۔یہایک ابھیبھییونیورس ٹیزمیں اٹاز پارٹافداسلیبس۔</w:t>
      </w:r>
    </w:p>
    <w:p>
      <w:r>
        <w:rPr>
          <w:b/>
        </w:rPr>
        <w:t xml:space="preserve">[1:19:25] </w:t>
      </w:r>
      <w:r>
        <w:t>so this release is the Spanish translation of the "God Arises", and I will request Dr. Sahab to do the launch.</w:t>
      </w:r>
    </w:p>
    <w:p>
      <w:pPr>
        <w:jc w:val="right"/>
      </w:pPr>
      <w:r>
        <w:t>سو دس ریلیزاز دی سپینش ٹرانسلیشناف دی"گاڈارائزز"، اینڈآئیویلریکویسٹڈاکٹرصاحبٹو ڈودالانچ۔</w:t>
      </w:r>
    </w:p>
    <w:p>
      <w:r>
        <w:rPr>
          <w:b/>
        </w:rPr>
        <w:t xml:space="preserve">[1:19:36] </w:t>
      </w:r>
      <w:r>
        <w:t>is se pehle main yeh batana chahunga ke yeh jo Spanish translations hain, abhi do teen kitabon ka hua hai, yeh Khwaja Kalimuddin Sahab jo USA mein hain, un ki jaanib se yeh koshish ki gayi hai.</w:t>
      </w:r>
    </w:p>
    <w:p>
      <w:pPr>
        <w:jc w:val="right"/>
      </w:pPr>
      <w:r>
        <w:t>اسسےپہلے میںیہبتاناچاہوںگاکہیہجو سپینش ٹرانسلیشنزہیں،ابھی دوتینکتاب وںکا ہوا ہے، یہ خواجہکلیمالدینصاحبجویوایساےمیںہیں، انکیجانبسےیہکوشش کیگئی ہے۔</w:t>
      </w:r>
    </w:p>
    <w:p>
      <w:r>
        <w:rPr>
          <w:b/>
        </w:rPr>
        <w:t xml:space="preserve">[1:19:49] </w:t>
      </w:r>
      <w:r>
        <w:t>chunki aaj kal woh focus kar rahe hain in countries a mein jahan Spanish boli jaati hai, jaise Brazil, aur abhi a aaj wahan se chale hain woh a El Salvador se, jahan Spanish boli jaati hai, aur wahan Spanish Quran aur yeh yeh kitabein le ke gaye thay woh.</w:t>
      </w:r>
    </w:p>
    <w:p>
      <w:pPr>
        <w:jc w:val="right"/>
      </w:pPr>
      <w:r>
        <w:t>چونکہآجکل وہ فوکسکررہےہیں ان کنٹریز اہ میں جہاںسپینشبولیجاتیہے،جیسےبرازیل، اور ابھی اہآج وہاںسے چلےہیںوہ اہایلسیلوڈورسے،جہاںسپینشبولیجاتیہے،اور وہاں سپینشقرآناور یہ یہ کتاب یںلےکےگئےتھےوہ۔</w:t>
      </w:r>
    </w:p>
    <w:p>
      <w:r>
        <w:rPr>
          <w:b/>
        </w:rPr>
        <w:t xml:space="preserve">[1:20:08] </w:t>
      </w:r>
      <w:r>
        <w:t>aur bohat hi a khushi is ka a paigham unhon ne bhi bheja hai wahan se ke yahan ke log bohat hi open hain aur bohat hi welcoming hain, aur unhon ne khud wahan logon ko Quran diya aur Maulana ki kitab di "Discover Islam", aur logon ne bari khushi ke sath ke kitabein</w:t>
      </w:r>
    </w:p>
    <w:p>
      <w:pPr>
        <w:jc w:val="right"/>
      </w:pPr>
      <w:r>
        <w:t>اور بہت ہی اہ خوشی اس کا اہپیغامانہوںنےبھیجاہےوہاںسے کہیہاںکےلوگبہت ہی اوپنہیں اور بہت ہی ویلکمنگہیں،اور انہوںنےخود وہاں لوگوںکوقرآندیا اور مول اناکیکتاب دی "ڈسکوراسلام"،اورلوگوںنےبڑیخوشیکےساتھ کہ کتاب یں</w:t>
      </w:r>
    </w:p>
    <w:p>
      <w:r>
        <w:rPr>
          <w:b/>
        </w:rPr>
        <w:t xml:space="preserve">[1:20:27] </w:t>
      </w:r>
      <w:r>
        <w:t>lin. to a Kalim Sahab ka kehna hai ke hamein focus karna chahiye El Salvador pe, khaas taur se El Salvador pe, aur jo doosri countries hain jahan Spanish boli jaati hai.</w:t>
      </w:r>
    </w:p>
    <w:p>
      <w:pPr>
        <w:jc w:val="right"/>
      </w:pPr>
      <w:r>
        <w:t>لیں۔ تو اہ کلیمصاحبکاکہناہےکہہمیںفوکسکرناچاہیے ایلسیلوڈورپہ،خاص طور سےایلسیلوڈورپہ ،اور جو دوس ری کنٹریزہیںجہاںسپینشبولیجاتیہے۔</w:t>
      </w:r>
    </w:p>
    <w:p>
      <w:r>
        <w:rPr>
          <w:b/>
        </w:rPr>
        <w:t xml:space="preserve">[1:20:39] </w:t>
      </w:r>
      <w:r>
        <w:t>to yeh "God Arises" ka translation hai Spanish mein, aur yeh kitab behad ahem kitab, ahem tareen kitab, Maulana ki ahem tareen kitabon mein se ek hai, jismein yeh dikhaya gaya hai ke jo modern door ka challenge tha, woh yeh tha ke log Khuda ka inkar karne lage thay, ilhad jise kehte hain.</w:t>
      </w:r>
    </w:p>
    <w:p>
      <w:pPr>
        <w:jc w:val="right"/>
      </w:pPr>
      <w:r>
        <w:t>تویہ "گاڈرائزز"کاٹرانسلیشن ہے سپینشمیں، اوریہ کتاب بےحد اہم کتاب ،اہمترین کتاب ،مول اناکیاہمترین کتاب وںمیںسےایکہے، جسمیں یہدکھایاگیاہے کہ جو ماڈرن دور کا چیلنج تھا، وہ یہتھا کہ لوگ خداکا انکار کرنےلگےتھے، الحاد جسےکہتےہیں۔</w:t>
      </w:r>
    </w:p>
    <w:p>
      <w:r>
        <w:rPr>
          <w:b/>
        </w:rPr>
        <w:t xml:space="preserve">[1:21:04] </w:t>
      </w:r>
      <w:r>
        <w:t>to is pe molana ne bohat lambi research kiya aur yeh kitab likhi. 1964 mein ghhaliban yeh shaye hui thi urdu mein "mazhab aur jadeed challenge" ya "ilm jadeed ka challenge" ke naam se, aur bohat hi maroof hui. aur arab mein "al-islam wa tahaddiyaat" dr. zafarul islam sahib ne tarjuma kiya iska, aur maroof kitab ban gayi hai poore arab world mein aaj tak.</w:t>
      </w:r>
    </w:p>
    <w:p>
      <w:pPr>
        <w:jc w:val="right"/>
      </w:pPr>
      <w:r>
        <w:t>تو اسپہ مول انانےبہت لم بی اہ ریسرچکیاور یہکتاب لکھ ی ۔196 4 میںغالباًیہشائعہوئیتھی اردومیں "مذہباورجدید چیلنج"یا"علمجدیدکاچیلنج"کےنامسے، اور بہتہی معروف ہوئی۔اور عرب کمیں "الاسلام ویتحدہ" ڈاکٹرظفر الاسلامصاحبنےترجمہکیا اسکا، اور معروف کتاب بنگئیہےپورےعرب ورلڈمیںآجتک ۔</w:t>
      </w:r>
    </w:p>
    <w:p>
      <w:r>
        <w:rPr>
          <w:b/>
        </w:rPr>
        <w:t xml:space="preserve">[1:21:27] </w:t>
      </w:r>
      <w:r>
        <w:t>to</w:t>
      </w:r>
    </w:p>
    <w:p>
      <w:pPr>
        <w:jc w:val="right"/>
      </w:pPr>
      <w:r>
        <w:t>تو</w:t>
      </w:r>
    </w:p>
    <w:p>
      <w:r>
        <w:rPr>
          <w:b/>
        </w:rPr>
        <w:t xml:space="preserve">[1:21:28] </w:t>
      </w:r>
      <w:r>
        <w:t>ismein yeh baat wazeh ki gayi hai ke aaj jo log khuda ka inkar karte the, karte hain, woh yeh batate hain ke science ke daur ki wajah se ab hamein kisi cheez ki zaroorat nahi hai, balke ismein yeh dikhaya gaya hai ke science khud yeh bata rahi hai ke khuda ka wajood hai.</w:t>
      </w:r>
    </w:p>
    <w:p>
      <w:pPr>
        <w:jc w:val="right"/>
      </w:pPr>
      <w:r>
        <w:t>اسمیںیہبات واضح کیگئی ہے کہ اہ جولوگ خداکاانکارکرتے تھے، کرتے ہیں،وہ یہبتاتےہیںکہ سائنس کےدور کیوجہ سے ابہمیں کسی چیزکیضرورتنہیںہے، بلکہاسمیںیہدکھایاگیاہےکہ سائنسخود یہبتارہیہےکہخداکاوجود ہے۔</w:t>
      </w:r>
    </w:p>
    <w:p>
      <w:r>
        <w:rPr>
          <w:b/>
        </w:rPr>
        <w:t xml:space="preserve">[1:21:48] </w:t>
      </w:r>
      <w:r>
        <w:t>to yeh bohat hi ahem kitab hai is lihaaz se, aur inshallah jo is pe world hai, wahan tak yeh paigham pohnchega.</w:t>
      </w:r>
    </w:p>
    <w:p>
      <w:pPr>
        <w:jc w:val="right"/>
      </w:pPr>
      <w:r>
        <w:t>تویہبہتہیاہم کتاب ہے اس لحاظسے،اور انشاءاللہ جو اسپ ینش ورلڈہے، وہاںتک یہپیغام پہنچےگا۔</w:t>
      </w:r>
    </w:p>
    <w:p>
      <w:r>
        <w:rPr>
          <w:b/>
        </w:rPr>
        <w:t xml:space="preserve">[1:21:57] </w:t>
      </w:r>
      <w:r>
        <w:t>allah taala sabko ajr-e-azeem de jinhone ismein hissa liya hai. ji haan similarly to more releases, one in spanish and one in arabic of Maulana Wahiduddin Khan sahib, urdu book "azmat-e-quran" jo ke bohat ahem urdu world mein bohat popular hai.</w:t>
      </w:r>
    </w:p>
    <w:p>
      <w:pPr>
        <w:jc w:val="right"/>
      </w:pPr>
      <w:r>
        <w:t>اللہ تعالیسبکو اجر عظیمدے جنہوںنےاسمیںحصہلیاہے۔ جی اہ سیمیلرلی ٹو مورریلیزز، ون انسپینش اینڈ ون انعرب ک اف مولاناوحیدالدینخانصاحب،اردوبک "عظمت قرآن"جو کہ بہت اہاردوورلڈمیںبہتپاپولرہے۔</w:t>
      </w:r>
    </w:p>
    <w:p>
      <w:r>
        <w:rPr>
          <w:b/>
        </w:rPr>
        <w:t xml:space="preserve">[1:22:16] </w:t>
      </w:r>
      <w:r>
        <w:t>to mein chahunga dr. sahib yeh dono kitabein release karein.</w:t>
      </w:r>
    </w:p>
    <w:p>
      <w:pPr>
        <w:jc w:val="right"/>
      </w:pPr>
      <w:r>
        <w:t>تومیںچاہوںگاڈاکٹرصاحب اہ دونوںکتاب یں ریلیزکریں۔</w:t>
      </w:r>
    </w:p>
    <w:p>
      <w:r>
        <w:rPr>
          <w:b/>
        </w:rPr>
        <w:t xml:space="preserve">[1:22:24] </w:t>
      </w:r>
      <w:r>
        <w:t>yeh dono kitabein haan jaisa abhi dr. rajat ne bataya ke azmat-e-quran ka hissa hain, aur iska title hai "Quran and Abiding Wonder". yeh spanish translation hai, aur yeh arabic translation hai "Al-Quran Mu'jizatul Khalida</w:t>
      </w:r>
    </w:p>
    <w:p>
      <w:pPr>
        <w:jc w:val="right"/>
      </w:pPr>
      <w:r>
        <w:t>یہ دونوںکتاب یں اہ جیساابھیڈاکٹررجتصاحبنےبتایا کہعظمت قرآن کاحصہہیں، اور اسکا ٹائٹلہے " قرآن اینڈ ابائیڈنگونڈر"۔یہ سپینشٹرانسلیشنہے، اور یہ عرب کٹرانسلیشنہے "القرآن معجزۃ الخالدہ</w:t>
      </w:r>
    </w:p>
    <w:p>
      <w:r>
        <w:rPr>
          <w:b/>
        </w:rPr>
        <w:t xml:space="preserve">[1:22:44] </w:t>
      </w:r>
      <w:r>
        <w:t>toh yeh bhi claim Maulana ne karwaya hai, aur un ka kehna hai ke Maulana ka literature bhi humein bohat</w:t>
      </w:r>
    </w:p>
    <w:p>
      <w:pPr>
        <w:jc w:val="right"/>
      </w:pPr>
      <w:r>
        <w:t>"۔ تویہبھی کلیمصاحبنے کروایاہے،اور انکاکہناہےکہمول اناکالٹریچربھیہمیںبہت</w:t>
      </w:r>
    </w:p>
    <w:p>
      <w:r>
        <w:rPr>
          <w:b/>
        </w:rPr>
        <w:t xml:space="preserve">[1:22:51] </w:t>
      </w:r>
      <w:r>
        <w:t>phailana chahiye, aur yeh bohat hi ahem kitaab hai is lihaaz se</w:t>
      </w:r>
    </w:p>
    <w:p>
      <w:pPr>
        <w:jc w:val="right"/>
      </w:pPr>
      <w:r>
        <w:t>پھیلاناچاہیے، اوریہبہتہیاہم کتاب ہےاسلحاظسے</w:t>
      </w:r>
    </w:p>
    <w:p>
      <w:r>
        <w:rPr>
          <w:b/>
        </w:rPr>
        <w:t xml:space="preserve">[1:22:55] </w:t>
      </w:r>
      <w:r>
        <w:t>ke yeh yeh is lihaaz se ahem kitaab hai ke Quran ek Khuda ki kitaab hai, aur aaj</w:t>
      </w:r>
    </w:p>
    <w:p>
      <w:pPr>
        <w:jc w:val="right"/>
      </w:pPr>
      <w:r>
        <w:t>کہ اہ یہ یہ اسلحاظسے اہم کتاب ہےکہ قرآن اہ ایک خداکیکتاب ہے، اور اہآج</w:t>
      </w:r>
    </w:p>
    <w:p>
      <w:r>
        <w:rPr>
          <w:b/>
        </w:rPr>
        <w:t xml:space="preserve">[1:23:09] </w:t>
      </w:r>
      <w:r>
        <w:t>chouda sau saal guzar gaye, lekin abhi bhi apne original form mein maujood hai.</w:t>
      </w:r>
    </w:p>
    <w:p>
      <w:pPr>
        <w:jc w:val="right"/>
      </w:pPr>
      <w:r>
        <w:t>چودہسوسال گزر گئے،لیکن ابھیبھی اپنے اوریجنل فارم میں موجود ہے۔</w:t>
      </w:r>
    </w:p>
    <w:p>
      <w:r>
        <w:rPr>
          <w:b/>
        </w:rPr>
        <w:t xml:space="preserve">[1:23:15] </w:t>
      </w:r>
      <w:r>
        <w:t>balke yahan tak ke haan ajeeb baat hai ke quran ki jo zuban hai arabik, woh bhi aaj tak badli</w:t>
      </w:r>
    </w:p>
    <w:p>
      <w:pPr>
        <w:jc w:val="right"/>
      </w:pPr>
      <w:r>
        <w:t>بل کہیہاںتک کہ اہ عجیبباتہے کہ قرآنکیجو زبان ہے عرب ک، وہ بھی آجتک بدلی</w:t>
      </w:r>
    </w:p>
    <w:p>
      <w:r>
        <w:rPr>
          <w:b/>
        </w:rPr>
        <w:t xml:space="preserve">[1:23:24] </w:t>
      </w:r>
      <w:r>
        <w:t>nahi chaudah sau saal mein, halanke zubanein sau saal mein badal jati hain. ghalib ki urdu jo hai, woh aksar mushkil hoti hai samajhna.</w:t>
      </w:r>
    </w:p>
    <w:p>
      <w:pPr>
        <w:jc w:val="right"/>
      </w:pPr>
      <w:r>
        <w:t>نہیں چودہسوسالمیں، حالانکہ زبان یںسو سالمیںبدلجاتیہیں۔ غالب کی ارد وجوہے، وہ اکثر مشکلہوتیہےسمجھنا ۔</w:t>
      </w:r>
    </w:p>
    <w:p>
      <w:r>
        <w:rPr>
          <w:b/>
        </w:rPr>
        <w:t xml:space="preserve">[1:23:33] </w:t>
      </w:r>
      <w:r>
        <w:t>aise hi english jo haan shakespeare waghera ki bohat mushkil english hai, to zubanein badalti rehti hain, lekin yeh bhi ek mu'jiza hai, ji meri iltija hai ke quran ki ke baad arabik zuban theher gayi. bilkul chaudah sau saal se koi tabdeeli nahi aa</w:t>
      </w:r>
    </w:p>
    <w:p>
      <w:pPr>
        <w:jc w:val="right"/>
      </w:pPr>
      <w:r>
        <w:t>ایسےہیانگل شجو اہ شیکسپیئروغیرہکیبہتمشکل انگل شہے، تو زبان یںبدلتیرہتیہیں،لیکن یہبھیایک معجزہہے، جی میریکلہےکہ قرآن کی کےبعد عرب کزبان ٹھہرگئی ۔بالکل چودہسوسالسےکوئی تبدیلینہیںآ</w:t>
      </w:r>
    </w:p>
    <w:p>
      <w:r>
        <w:rPr>
          <w:b/>
        </w:rPr>
        <w:t xml:space="preserve">[1:23:50] </w:t>
      </w:r>
      <w:r>
        <w:t>rahi, sirf chand alfaaz, naye alfaaz to haan ismein edition hote hain, lekin language ka jo poora structure hai, woh bilkul aizaaz hai. yeh bhi ek khud meri iltija hai, ji ke quran allah taala ki kitab hai.</w:t>
      </w:r>
    </w:p>
    <w:p>
      <w:pPr>
        <w:jc w:val="right"/>
      </w:pPr>
      <w:r>
        <w:t>ئی، صرف چند الفاظ ،نئےالفاظ تو اہاسمیں ایڈیشنہوتےہیں،لیکن لینگویجکاجو پوراسٹرکچرہے،وہبالکل ایزاٹازہے۔یہبھیایکخود میریکلہے، جی کہ قرآناللہ تعالیکی کتاب ہے۔</w:t>
      </w:r>
    </w:p>
    <w:p>
      <w:r>
        <w:rPr>
          <w:b/>
        </w:rPr>
        <w:t xml:space="preserve">[1:24:04] </w:t>
      </w:r>
      <w:r>
        <w:t>to yeh bari ahem kitab hai, allah taala ajr-e-azeem de jin logon ne iska tarjuma kiya hai, aur iski ash'aat mein kaam kar rahe hain. balke dr. sahib kaha jata hai ke jaise do sau saal ke baad baad language mein tabdeeli aati hai, lekin quran ke maamle mein agar chaudah sau saal pehle agar koi shakhs aaj zinda ho jaye, aur woh arabik mein converse kare, to usko bohat ziyada difference nahi lagega.</w:t>
      </w:r>
    </w:p>
    <w:p>
      <w:pPr>
        <w:jc w:val="right"/>
      </w:pPr>
      <w:r>
        <w:t>تویہبڑیاہم کتاب ہے،اللہتعالی اجرعظیمدےجنلوگوںنےاسکاترجمہکیا ہے، اور اس کی اش اعتمیں کامکررہےہیں۔ بلکہ ڈاکٹرصاحب کہاجاتاہےکہجیسےدو سوسال کےبعد بعد لینگویجمیں تبدیلیآتیہے، لیکن قرآنکےمعاملےمیںاگرچودہسوسال پہلے اگر کوئیشخص آج زندہہوجائے، اور وہ عرب ک میںکنورزکرے،تو اسکوبہتزیادہ ڈیفرنسنہیںلگےگا۔</w:t>
      </w:r>
    </w:p>
    <w:p>
      <w:r>
        <w:rPr>
          <w:b/>
        </w:rPr>
        <w:t xml:space="preserve">[1:24:28] </w:t>
      </w:r>
      <w:r>
        <w:t>to bilkul bohat bada mu'jiza hai ke woh language kis qadr preserve rahi.</w:t>
      </w:r>
    </w:p>
    <w:p>
      <w:pPr>
        <w:jc w:val="right"/>
      </w:pPr>
      <w:r>
        <w:t>تو بالکل بہت بڑامعجزہہےکہوہلینگویجکسطرح پریزرورہی۔</w:t>
      </w:r>
    </w:p>
    <w:p>
      <w:r>
        <w:rPr>
          <w:b/>
        </w:rPr>
        <w:t xml:space="preserve">[1:24:33] </w:t>
      </w:r>
      <w:r>
        <w:t>ji haan ek aur kitab Maulana Wahiduddin Khan sahib ki "Raaz-e-Hayaat", which is very very popular globally, and this has been translated in english title "The Secret of Success".</w:t>
      </w:r>
    </w:p>
    <w:p>
      <w:pPr>
        <w:jc w:val="right"/>
      </w:pPr>
      <w:r>
        <w:t>جی اہ ایکاور کتاب مول اناوحیدالدینخانصاحبکی"راز حیات"،وچازویریویریپاپولرگلوبلی، اینڈ دسہیزبینٹرانسلیٹڈ اندیانگل شٹائٹل"داسیکرٹافسک سیس"۔</w:t>
      </w:r>
    </w:p>
    <w:p>
      <w:r>
        <w:rPr>
          <w:b/>
        </w:rPr>
        <w:t xml:space="preserve">[1:24:45] </w:t>
      </w:r>
      <w:r>
        <w:t>the translation and edition has been done by Professor Fareeda Khanum, Dr. Naghma Siddiqui, Dr. Maria Khan. so this has been, this is again getting launched in an avatar, and I requested Dr. sahib to do a launch.</w:t>
      </w:r>
    </w:p>
    <w:p>
      <w:pPr>
        <w:jc w:val="right"/>
      </w:pPr>
      <w:r>
        <w:t>دیٹرانسلیشن اینڈ ایڈیشنہیزبینڈنبائےپروفیسرفریدہخانم ، ڈاکٹرنغمہصدی قی،ڈاکٹرماریہخان ۔ سو دسہیزبین، دساز اگینگیٹنگری لانچڈ انانیواوتار، اینڈآئیریکویسٹڈاکٹرصاحبٹو ڈودالانچ۔</w:t>
      </w:r>
    </w:p>
    <w:p>
      <w:r>
        <w:rPr>
          <w:b/>
        </w:rPr>
        <w:t xml:space="preserve">[1:25:04] </w:t>
      </w:r>
      <w:r>
        <w:t>mujhe behad khushi ho rahi hai, khaas taur pe chuki is pe Maulana ka focus hai, to yeh kitab aur ismein jaan aa gayi hai, aur yeh yeh yeh bhi Maulana ki bohat hi best selling book books mein se ek hai.</w:t>
      </w:r>
    </w:p>
    <w:p>
      <w:pPr>
        <w:jc w:val="right"/>
      </w:pPr>
      <w:r>
        <w:t>مجھےبےحدخوشیہورہیہے، خاص طور پہ چونکہاسپہ مول اناکافوٹوہے، تویہکتاب اور اسمیں جان آگئی ہے، اوریہ یہ یہبھی مول اناکیبہتہی بیسٹسیلنگبک بک بکسمیںسےایکہے۔</w:t>
      </w:r>
    </w:p>
    <w:p>
      <w:r>
        <w:rPr>
          <w:b/>
        </w:rPr>
        <w:t xml:space="preserve">[1:25:19] </w:t>
      </w:r>
      <w:r>
        <w:t>haan jaisa dr. rajat ne bataya abhi, haan haan aur yeh yeh kitab urdu mein bohat hi maroof hui hai, aur bohat saare publishers Pakistan mein 20-25 publishers isko chapte hain, aur logon ne bohat isko pasand kiya hai, aur unke jo mas'ale hain, haan zindagi ke, usse bohat hal hal hue hain.</w:t>
      </w:r>
    </w:p>
    <w:p>
      <w:pPr>
        <w:jc w:val="right"/>
      </w:pPr>
      <w:r>
        <w:t>اہ جیسےڈاکٹررجتنےبتایا ابھی، اہ اہ اور یہ یہکتاب اردومیں بہتہی معروفہوئیہے، اور بہت سارےپبلشرز پاکستانمیں 20-25پبلشرزاسکوچھاپتےہیں،اور لوگوںنےبہت اسکو پسندکیا ہے،اور انکےجومس ائلہیں، اہ زندگی کے،اسسےبہت حل حلہوئےہیں۔</w:t>
      </w:r>
    </w:p>
    <w:p>
      <w:r>
        <w:rPr>
          <w:b/>
        </w:rPr>
        <w:t xml:space="preserve">[1:25:41] </w:t>
      </w:r>
      <w:r>
        <w:t>to allah taala unko jaza-e-khair de jisne unka tarjuma is kitab ka tarjuma kiya hai, aur usko iski ash'aat mein hissa liya hai.</w:t>
      </w:r>
    </w:p>
    <w:p>
      <w:pPr>
        <w:jc w:val="right"/>
      </w:pPr>
      <w:r>
        <w:t>تو اللہ تعالیانکو جزائےخیردے جسنےانکاترجمہ اسکتاب کاترجمہکیاہے،اوراسکو اسکی اش اعتمیں حصہ لیاہے۔</w:t>
      </w:r>
    </w:p>
    <w:p>
      <w:r>
        <w:rPr>
          <w:b/>
        </w:rPr>
        <w:t xml:space="preserve">[1:25:51] </w:t>
      </w:r>
      <w:r>
        <w:t>balke dr. sahib, it's very interesting that Tariq Badr sahib bhi testimonials bhejte rehte hain. everytime he participates in a book fair.</w:t>
      </w:r>
    </w:p>
    <w:p>
      <w:pPr>
        <w:jc w:val="right"/>
      </w:pPr>
      <w:r>
        <w:t>بلکہڈاکٹرصاحب،اٹسویریانٹرسٹنگکہ طارقبدرصاحببھی ٹیسٹ یمونیلزبھیجتےرہتےہیں۔ایوریٹائم ہی پارٹیسپیٹساندابک فیئر۔</w:t>
      </w:r>
    </w:p>
    <w:p>
      <w:r>
        <w:rPr>
          <w:b/>
        </w:rPr>
        <w:t xml:space="preserve">[1:26:00] </w:t>
      </w:r>
      <w:r>
        <w:t>to Raaz-e-Hayaat jo hai, haan log batate hain ke arey yeh toh mein ne bachpan mein padh</w:t>
      </w:r>
    </w:p>
    <w:p>
      <w:pPr>
        <w:jc w:val="right"/>
      </w:pPr>
      <w:r>
        <w:t>تو راز حیات جوہے، اہ لوگاکےبتاتےہیںکہارےیہتومیںنےبچپنمیںپڑ</w:t>
      </w:r>
    </w:p>
    <w:p>
      <w:r>
        <w:rPr>
          <w:b/>
        </w:rPr>
        <w:t xml:space="preserve">[1:26:05] </w:t>
      </w:r>
      <w:r>
        <w:t>li thi, it gave me new direction, and many people have also confessed that they were mended their life, haan but for Raaz-e-Hayaat.</w:t>
      </w:r>
    </w:p>
    <w:p>
      <w:pPr>
        <w:jc w:val="right"/>
      </w:pPr>
      <w:r>
        <w:t>ھیتھی، اٹگیومینیوڈائریکشن، اینڈ مینیپیپلہیوالس و کانفیسڈ دی ٹدےوڈہیواینڈڈدیرلائف، اہبٹفار رازحیات۔</w:t>
      </w:r>
    </w:p>
    <w:p>
      <w:r>
        <w:rPr>
          <w:b/>
        </w:rPr>
        <w:t xml:space="preserve">[1:26:14] </w:t>
      </w:r>
      <w:r>
        <w:t>haan to matlab it's a amazing book, haan it gives you a sense of purpose, positive thinking, and it's a complete transformation, haan you know a new mindset mindset.</w:t>
      </w:r>
    </w:p>
    <w:p>
      <w:pPr>
        <w:jc w:val="right"/>
      </w:pPr>
      <w:r>
        <w:t>اہتو مطلب اٹساینامیزنگ بک، اہاٹگیوزیواسینسافپرپس،پوزیٹیوتھنکنگ، اینڈاٹازاکمپلیٹٹرانسفارمیشن، اہیونوافیورمائنڈمائنڈسیٹ۔</w:t>
      </w:r>
    </w:p>
    <w:p>
      <w:r>
        <w:rPr>
          <w:b/>
        </w:rPr>
        <w:t xml:space="preserve">[1:26:24] </w:t>
      </w:r>
      <w:r>
        <w:t>so do read the english version for those who cannot read urdu. this is a blessing that now they can read Secret of</w:t>
      </w:r>
    </w:p>
    <w:p>
      <w:pPr>
        <w:jc w:val="right"/>
      </w:pPr>
      <w:r>
        <w:t>سو ڈو ریڈ داانگلشورژنفار دوزہو کینناٹریڈارد و۔ دسازابگبلیسنگ دیٹ ناودےکینریڈ سیکرٹاف</w:t>
      </w:r>
    </w:p>
    <w:p>
      <w:r>
        <w:rPr>
          <w:b/>
        </w:rPr>
        <w:t xml:space="preserve">[1:26:32] </w:t>
      </w:r>
      <w:r>
        <w:t>Success. So we come to the last launch and the most important launch, Tazkir-ul-Quran, haan with some new editions of Maulana sahib's writings in this Tazkir-ul-Quran,</w:t>
      </w:r>
    </w:p>
    <w:p>
      <w:pPr>
        <w:jc w:val="right"/>
      </w:pPr>
      <w:r>
        <w:t>سکسیس۔ سووددسویکمٹودا لاسٹ لانچاینڈداموسٹامپورٹنٹلانچ، تذکر الق رآن، اہ ود سم نیوایڈی شنز اف مول اناصاحبرائٹنگزان دس تذکر القرآن،</w:t>
      </w:r>
    </w:p>
    <w:p>
      <w:r>
        <w:rPr>
          <w:b/>
        </w:rPr>
        <w:t xml:space="preserve">[1:26:45] </w:t>
      </w:r>
      <w:r>
        <w:t>and then as the most creative, a the best possible explanation commentary, a Quran that is available. a and again I would say that, a so many people that I have come across personally, a and they have told me that how they were, you know, in depression, and how they were being challenged in life, but after reading Tazkir al-Quran, their life completely changed, and how positive and contributing they have become.</w:t>
      </w:r>
    </w:p>
    <w:p>
      <w:pPr>
        <w:jc w:val="right"/>
      </w:pPr>
      <w:r>
        <w:t>اینڈدسازداموسٹ کری ٹیو، اہ دا بیسٹپوسیبل ایکسپلینیشن کمنٹری، اہان قرآندیٹازاویلیبل۔ اہ اینڈ اگین آئیوڈسے دیٹ، اہ سومینیپیپلدیٹآئیہیوکماکراس پرسنلی، اہ اینڈدےہیو ٹولڈمیدیٹ ہاؤدےوار،یونو،انڈیپ ڈپری شن، اینڈہاؤدےواربینگ چیلنجڈان لائف، بٹافٹرریڈنگ تذکر القرآن، دیرلائف کمپلیٹلی چینجڈ،اینڈہاؤپوزیٹیواینڈکنٹریبیوٹنگ دےہیوبیکم۔</w:t>
      </w:r>
    </w:p>
    <w:p>
      <w:r>
        <w:rPr>
          <w:b/>
        </w:rPr>
        <w:t xml:space="preserve">[1:27:14] </w:t>
      </w:r>
      <w:r>
        <w:t>a</w:t>
      </w:r>
    </w:p>
    <w:p>
      <w:pPr>
        <w:jc w:val="right"/>
      </w:pPr>
      <w:r>
        <w:t>اہ</w:t>
      </w:r>
    </w:p>
    <w:p>
      <w:r>
        <w:rPr>
          <w:b/>
        </w:rPr>
        <w:t xml:space="preserve">[1:27:15] </w:t>
      </w:r>
      <w:r>
        <w:t>to yeh main doctor sahib ko request karunga ke he does this final launch of today.</w:t>
      </w:r>
    </w:p>
    <w:p>
      <w:pPr>
        <w:jc w:val="right"/>
      </w:pPr>
      <w:r>
        <w:t>تو یہ میںڈاکٹرصاحب کوریکویسٹکروںگاکہ ہی ڈزدسفائنللانچافٹوڈے۔</w:t>
      </w:r>
    </w:p>
    <w:p>
      <w:r>
        <w:rPr>
          <w:b/>
        </w:rPr>
        <w:t xml:space="preserve">[1:27:23] </w:t>
      </w:r>
      <w:r>
        <w:t>mashallah mujhe behad khushi ho rahi hai Tazkir al-Quran ka jo new edition aaya hai, yeh abhi edition kuch izafe ke sath aaya hai, kuch safhat is mein add kiye hain jo Maulana ki writing se hi liye gaye hain.</w:t>
      </w:r>
    </w:p>
    <w:p>
      <w:pPr>
        <w:jc w:val="right"/>
      </w:pPr>
      <w:r>
        <w:t>ماشاءاللہمجھےبےحدخوشیہورہیہے تذکر القرآن کاجونیاایڈیشنآیاہے، یہ ابھیایڈیشنکچھ اضافےکےساتھ آیاہے، کچھ صفحاتاسمیں ایڈکیےہیں جو مول اناکیرائٹنگسےہیلیے لیاہے۔</w:t>
      </w:r>
    </w:p>
    <w:p>
      <w:r>
        <w:rPr>
          <w:b/>
        </w:rPr>
        <w:t xml:space="preserve">[1:27:36] </w:t>
      </w:r>
      <w:r>
        <w:t>ji aise nahi kisi aur ne likha hai, ji isko Farhad sahib ne compile kiya hai, lekin Maulana sahib Maulana ki jo writing</w:t>
      </w:r>
    </w:p>
    <w:p>
      <w:pPr>
        <w:jc w:val="right"/>
      </w:pPr>
      <w:r>
        <w:t>جیایسےنہیںکسی اورنےلکھاہے، جی اسکو فرہادصاحبنےکمپائلکیاہے، لیکن مول اناصاحب مول اناکیجورائٹنگ</w:t>
      </w:r>
    </w:p>
    <w:p>
      <w:r>
        <w:rPr>
          <w:b/>
        </w:rPr>
        <w:t xml:space="preserve">[1:27:43] </w:t>
      </w:r>
      <w:r>
        <w:t>zehnat thi, is mein se kuch aur extract kar ke jahan jahan zaroorat thi, wahan add kiya hai. Toh</w:t>
      </w:r>
    </w:p>
    <w:p>
      <w:pPr>
        <w:jc w:val="right"/>
      </w:pPr>
      <w:r>
        <w:t>زتھیں، اسیمیںسےکچھ اور ایکسٹریکٹکرکے جہاںجہاں ضرورت تھی،وہاںایڈکیاہے۔تو</w:t>
      </w:r>
    </w:p>
    <w:p>
      <w:r>
        <w:rPr>
          <w:b/>
        </w:rPr>
        <w:t xml:space="preserve">[1:27:49] </w:t>
      </w:r>
      <w:r>
        <w:t>30-40 safhaat is mein badh gaye hain, toh yeh aur mukammal kitaab ho gayi, aur Maulana ki behtareen kitaabon mein se hai tafseer, aur khaas taur se</w:t>
      </w:r>
    </w:p>
    <w:p>
      <w:pPr>
        <w:jc w:val="right"/>
      </w:pPr>
      <w:r>
        <w:t>30-40صفحاتاسمیںبڑھگئےہیں، تویہاور مک مل کتاب ہوگئی،اورمول اناکیاہمترین کتاب وںمیںسےہے تفسیر،اورخاصطورسے</w:t>
      </w:r>
    </w:p>
    <w:p>
      <w:r>
        <w:rPr>
          <w:b/>
        </w:rPr>
        <w:t xml:space="preserve">[1:27:58] </w:t>
      </w:r>
      <w:r>
        <w:t>یہ ایک ایسی تفسیر ہے کہ جو اہ قرآن کے گہرے معنی، گہری meaning جو ہے، deeper meaning، چونکہ مولانا کا کہنا ہے کہ قرآن اہ اہ کا جو اصل meaning ہے، وہ between the line ہے۔</w:t>
      </w:r>
    </w:p>
    <w:p>
      <w:pPr>
        <w:jc w:val="right"/>
      </w:pPr>
      <w:r>
        <w:t>یہایکایسی تفسیرہےکہجو اہ قرآنکے گہرے معنی، گہریمیننگجوہے، ڈیپر میننگ، چونکہمول اناکاکہناہےکہ قرآن اہ اہ کاجو اصل میننگہے،وہ بٹویندالائنہے۔</w:t>
      </w:r>
    </w:p>
    <w:p>
      <w:r>
        <w:rPr>
          <w:b/>
        </w:rPr>
        <w:t xml:space="preserve">[1:28:13] </w:t>
      </w:r>
      <w:r>
        <w:t>hmm</w:t>
      </w:r>
    </w:p>
    <w:p>
      <w:pPr>
        <w:jc w:val="right"/>
      </w:pPr>
      <w:r>
        <w:t>ہمم</w:t>
      </w:r>
    </w:p>
    <w:p>
      <w:r>
        <w:rPr>
          <w:b/>
        </w:rPr>
        <w:t xml:space="preserve">[1:28:14] </w:t>
      </w:r>
      <w:r>
        <w:t>jo Quran Maulana kehte hain ke Quran bohat hi choti kitab hai is sense mein ke Bible se 1/6 hai, aur iske iske jo ma'amlaat hain, woh jo hum parhte hain, us se zyada gehrai se hum samajh sakte hain jab hum iske upar tadabbur karein, gehrai se sochein, aur dua karein.</w:t>
      </w:r>
    </w:p>
    <w:p>
      <w:pPr>
        <w:jc w:val="right"/>
      </w:pPr>
      <w:r>
        <w:t>جو قرآن مول اناکہتےہیںکہقرآنبہت ہی چھوٹیکتاب ہےاسسینسمیں کہ بائبلسے ون سکسہے، اور اسکے اسکےجو مض امینہیں، وہ جو ہمپڑھتےہیں، اسسےزیادہ گہرائیسےہمسمجھسکتےہیںجبہماسکےاوپرتد برکریں، گہرائیسےسوچیں،اوردعاکریں۔</w:t>
      </w:r>
    </w:p>
    <w:p>
      <w:r>
        <w:rPr>
          <w:b/>
        </w:rPr>
        <w:t xml:space="preserve">[1:28:34] </w:t>
      </w:r>
      <w:r>
        <w:t>to yeh Tazkir al-Quran isi andaaz ki kitab hai ke jahan bhi kahin koi aisi baat aayi hai, to Maulana ne isko explain kiya hai, aur iske gehre meaning ko ubhara hai.</w:t>
      </w:r>
    </w:p>
    <w:p>
      <w:pPr>
        <w:jc w:val="right"/>
      </w:pPr>
      <w:r>
        <w:t>تو یہ تذکر القرآناسیانداز کی کتاب ہے کہ جہاںبھی کہیں کوئیایسیباتآئیہے، تومول انانےاسکوایکسپلینکیاہے، اور اسکےگہرےمیننگکو ابھاراہے۔</w:t>
      </w:r>
    </w:p>
    <w:p>
      <w:r>
        <w:rPr>
          <w:b/>
        </w:rPr>
        <w:t xml:space="preserve">[1:28:46] </w:t>
      </w:r>
      <w:r>
        <w:t>to is se Quran ki aur gehri ma'anviyat barh jati hai, aur Quran samajh mein aata hai. to iska English translation aap ne kiya tha Quran commentary ke naam se, aur kai zubanon mein available hai, Thai mein, Hindi mein, Arabic mein.</w:t>
      </w:r>
    </w:p>
    <w:p>
      <w:pPr>
        <w:jc w:val="right"/>
      </w:pPr>
      <w:r>
        <w:t>تو اسسے قرآنکی اور گہری معنویت بڑھجاتیہے،اور قرآنسمجھمیں آتاہے۔ تو اسکا انگلشٹرانسلیشنآپنےکیاتھا قرآنکمنٹریکےنامسے ،اور کئی زبان وںمیں اویلیبل ہے،تھائیمیں،ہندیمیں ، عرب کمیں۔</w:t>
      </w:r>
    </w:p>
    <w:p>
      <w:r>
        <w:rPr>
          <w:b/>
        </w:rPr>
        <w:t xml:space="preserve">[1:29:03] </w:t>
      </w:r>
      <w:r>
        <w:t>abhi iska tarjuma a Pakistan se ek do zubanon mein hua hai, Sindhi mein, aur kisi aur zuban mein ho raha hai.</w:t>
      </w:r>
    </w:p>
    <w:p>
      <w:pPr>
        <w:jc w:val="right"/>
      </w:pPr>
      <w:r>
        <w:t>ابھی اسکاترجمہ اہ پاکستانسے ایکدوزبان وںمیںہواہے، سندھیمیں،اور کسی اور زبان میں ہورہاہے۔</w:t>
      </w:r>
    </w:p>
    <w:p>
      <w:r>
        <w:rPr>
          <w:b/>
        </w:rPr>
        <w:t xml:space="preserve">[1:29:11] </w:t>
      </w:r>
      <w:r>
        <w:t>aise hi iska Nepali translation inshallah hone wala hai, aur a iska aur bhi ek Bengali translation chal raha hai, aur ek Oriya translation bhi chal raha</w:t>
      </w:r>
    </w:p>
    <w:p>
      <w:pPr>
        <w:jc w:val="right"/>
      </w:pPr>
      <w:r>
        <w:t>ایسےہیاسکا نیپالی ٹرانسلیشنانشاءاللہہونےوالاہے، اور اہاسکا اور بھی ایک بنگالیٹرانسلیشنچلرہاہے، اور ایک اڑیاٹرانسلیشنبھیچلرہا</w:t>
      </w:r>
    </w:p>
    <w:p>
      <w:r>
        <w:rPr>
          <w:b/>
        </w:rPr>
        <w:t xml:space="preserve">[1:29:23] </w:t>
      </w:r>
      <w:r>
        <w:t>hai. aise India ke kai zubanon mein tarjume iske shuru ho gaye hain, to bohat hi aham kitab hai. main logon se kahunga ke isko padhein, aur isko logon tak pahunchayein, to inshallah bohat hi ajr azeem hasil hoga is se. ji jazak Allah, jazak Allah doctor sahib for doing all these important launches today.</w:t>
      </w:r>
    </w:p>
    <w:p>
      <w:pPr>
        <w:jc w:val="right"/>
      </w:pPr>
      <w:r>
        <w:t>ہے۔ایسے انڈ یاکےکئی زبان وںمیں ترجمےاسکے شروعہوگئےہیں،تو بہت ہیاہم کتاب ہے۔میں لوگوں سے کہوںگاکہاسکوپڑھیں، اور اسکو لوگوںتک پہنچائیں،توانشاءاللہبہتہی اجرعظیم حاصل ہوگااسسے۔جی جزاک اللہ، جزاکاللہڈاکٹرصاحبفارڈوئنگالدیزامپورٹنٹلانچزٹوڈے۔</w:t>
      </w:r>
    </w:p>
    <w:p>
      <w:r>
        <w:rPr>
          <w:b/>
        </w:rPr>
        <w:t xml:space="preserve">[1:29:43] </w:t>
      </w:r>
      <w:r>
        <w:t>a so that's the session, and we'll be back next Sunday at 10:30 AM. Thank you.</w:t>
      </w:r>
    </w:p>
    <w:p>
      <w:pPr>
        <w:jc w:val="right"/>
      </w:pPr>
      <w:r>
        <w:t>اہ سووددسویویلاینڈ ٹوڈےسی شن،اینڈویبی بیکنیکسٹسنڈے ایٹ10:30اےایم۔تھینکیو۔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