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Mumin is Like A Tree April 11, 2007</w:t>
      </w:r>
    </w:p>
    <w:p>
      <w:r>
        <w:t>https://youtu.be/wfkqgwkgQzs</w:t>
      </w:r>
    </w:p>
    <w:p>
      <w:r>
        <w:rPr>
          <w:b/>
        </w:rPr>
        <w:t xml:space="preserve">[00:16] </w:t>
      </w:r>
      <w:r>
        <w:t>Rabbi shrahli sadri, wa yassirli amri, wahlul uqdatam mil lisani, yafqahu qawli.</w:t>
      </w:r>
    </w:p>
    <w:p>
      <w:pPr>
        <w:jc w:val="right"/>
      </w:pPr>
      <w:r>
        <w:t>رب اشرح لی صدری، ویسر لی امری، واحل العقدۃ من لسانی، یفقہ قولی۔</w:t>
      </w:r>
    </w:p>
    <w:p>
      <w:r>
        <w:rPr>
          <w:b/>
        </w:rPr>
        <w:t xml:space="preserve">[00:26] </w:t>
      </w:r>
      <w:r>
        <w:t>The title for the present talk is "A believer is like a tree".</w:t>
      </w:r>
    </w:p>
    <w:p>
      <w:pPr>
        <w:jc w:val="right"/>
      </w:pPr>
      <w:r>
        <w:t>دا ٹائٹل فار دا پریزنٹ ٹاک از "ا مومن از لائک ا ٹری"۔</w:t>
      </w:r>
    </w:p>
    <w:p>
      <w:r>
        <w:rPr>
          <w:b/>
        </w:rPr>
        <w:t xml:space="preserve">[00:44] </w:t>
      </w:r>
      <w:r>
        <w:t>This title is derived from a verse of the Quran.</w:t>
      </w:r>
    </w:p>
    <w:p>
      <w:pPr>
        <w:jc w:val="right"/>
      </w:pPr>
      <w:r>
        <w:t>دس ٹائٹل از ڈرائیوڈ فرام ا ورس اف دا قرآن۔</w:t>
      </w:r>
    </w:p>
    <w:p>
      <w:r>
        <w:rPr>
          <w:b/>
        </w:rPr>
        <w:t xml:space="preserve">[00:52] </w:t>
      </w:r>
      <w:r>
        <w:t>In the chapter number 14 of the Quran,</w:t>
      </w:r>
    </w:p>
    <w:p>
      <w:pPr>
        <w:jc w:val="right"/>
      </w:pPr>
      <w:r>
        <w:t>ان دا چیپٹر نمبر 14 اف دا قرآن،</w:t>
      </w:r>
    </w:p>
    <w:p>
      <w:r>
        <w:rPr>
          <w:b/>
        </w:rPr>
        <w:t xml:space="preserve">[01:03] </w:t>
      </w:r>
      <w:r>
        <w:t>in the verse 24-25, the Quran says: "Alam tara kaifa darab Allahu mathalan kalimatan tayyibatan kashajaratin tayyibatin asluha thabitun wa faruha fis samai tuti ukulaha kulla hinin bi idhni rabbiha".</w:t>
      </w:r>
    </w:p>
    <w:p>
      <w:pPr>
        <w:jc w:val="right"/>
      </w:pPr>
      <w:r>
        <w:t>ان دی ورس 24-25، دا قرآن سیز: "لم تلكف ضرب اللہ مثلاً کلمۃ طیبۃ کا شجرۃ طیبۃ اصلہ ثابت وفرحہ فی السماء طوطی وکلها کلین بذن ربہ</w:t>
      </w:r>
    </w:p>
    <w:p>
      <w:r>
        <w:rPr>
          <w:b/>
        </w:rPr>
        <w:t xml:space="preserve">[01:24] </w:t>
      </w:r>
      <w:r>
        <w:t>a fazalika yadribullahul amthala la'allahum yatafakkarun" . it means that</w:t>
      </w:r>
    </w:p>
    <w:p>
      <w:pPr>
        <w:jc w:val="right"/>
      </w:pPr>
      <w:r>
        <w:t>ا فذالک یضرب اللہ الامثال لعلہم يتفکرون"۔ اٹ مینز دیٹ</w:t>
      </w:r>
    </w:p>
    <w:p>
      <w:r>
        <w:rPr>
          <w:b/>
        </w:rPr>
        <w:t xml:space="preserve">[01:32] </w:t>
      </w:r>
      <w:r>
        <w:t>da example of a true believer, momin are true believer, is that he is like a tree,</w:t>
      </w:r>
    </w:p>
    <w:p>
      <w:pPr>
        <w:jc w:val="right"/>
      </w:pPr>
      <w:r>
        <w:t>دا ایگزامپل اف ا ٹرو بیلیور، مومن ار ٹرو بیلیور، از دیٹ ہی از لائک ا ٹری،</w:t>
      </w:r>
    </w:p>
    <w:p>
      <w:r>
        <w:rPr>
          <w:b/>
        </w:rPr>
        <w:t xml:space="preserve">[01:49] </w:t>
      </w:r>
      <w:r>
        <w:t>like a healthy tree.</w:t>
      </w:r>
    </w:p>
    <w:p>
      <w:pPr>
        <w:jc w:val="right"/>
      </w:pPr>
      <w:r>
        <w:t>لائک ا ہیلدی ٹری۔</w:t>
      </w:r>
    </w:p>
    <w:p>
      <w:r>
        <w:rPr>
          <w:b/>
        </w:rPr>
        <w:t xml:space="preserve">[01:55] </w:t>
      </w:r>
      <w:r>
        <w:t>its roots are firm in the earth, and its branches are in the heaven.</w:t>
      </w:r>
    </w:p>
    <w:p>
      <w:pPr>
        <w:jc w:val="right"/>
      </w:pPr>
      <w:r>
        <w:t>اٹس روٹس ار فرم ان دی ارتھ، اینڈ اٹس برانچز ار ان دا ہیون۔</w:t>
      </w:r>
    </w:p>
    <w:p>
      <w:r>
        <w:rPr>
          <w:b/>
        </w:rPr>
        <w:t xml:space="preserve">[02:10] </w:t>
      </w:r>
      <w:r>
        <w:t>it gives its fruit at all times.</w:t>
      </w:r>
    </w:p>
    <w:p>
      <w:pPr>
        <w:jc w:val="right"/>
      </w:pPr>
      <w:r>
        <w:t>اٹ گوز اٹس فروٹ ایٹ ال ٹائمز۔</w:t>
      </w:r>
    </w:p>
    <w:p>
      <w:r>
        <w:rPr>
          <w:b/>
        </w:rPr>
        <w:t xml:space="preserve">[02:18] </w:t>
      </w:r>
      <w:r>
        <w:t>this is a parable for those who try to reflect.</w:t>
      </w:r>
    </w:p>
    <w:p>
      <w:pPr>
        <w:jc w:val="right"/>
      </w:pPr>
      <w:r>
        <w:t>دس از ا پیریبل فار دوز ہو ٹرائی ٹو ریفلیکٹ۔</w:t>
      </w:r>
    </w:p>
    <w:p>
      <w:r>
        <w:rPr>
          <w:b/>
        </w:rPr>
        <w:t xml:space="preserve">[02:32] </w:t>
      </w:r>
      <w:r>
        <w:t>first of all, we must know why god chose tree as a parable or as an example.</w:t>
      </w:r>
    </w:p>
    <w:p>
      <w:pPr>
        <w:jc w:val="right"/>
      </w:pPr>
      <w:r>
        <w:t>فرسٹ اف ال، وی مسٹ نو وائی گاڈ چوز ٹری ایز ا پیریبل اور ایز ان ایگزامپل۔</w:t>
      </w:r>
    </w:p>
    <w:p>
      <w:r>
        <w:rPr>
          <w:b/>
        </w:rPr>
        <w:t xml:space="preserve">[02:52] </w:t>
      </w:r>
      <w:r>
        <w:t>you know, in the universe, in this vast universe, there are numerous creatures, numerous items, like sun,</w:t>
      </w:r>
    </w:p>
    <w:p>
      <w:pPr>
        <w:jc w:val="right"/>
      </w:pPr>
      <w:r>
        <w:t>یو نو، ان دی یونیورس، ان دس واسٹ یونیورس، دیر ار نیومرس کریچرز، نیومرس ائٹمز، لائک سن،</w:t>
      </w:r>
    </w:p>
    <w:p>
      <w:r>
        <w:rPr>
          <w:b/>
        </w:rPr>
        <w:t xml:space="preserve">[03:08] </w:t>
      </w:r>
      <w:r>
        <w:t>moon, planets, stars, mountain, ocean. so many, so many, so many, more than billion and trillion items.</w:t>
      </w:r>
    </w:p>
    <w:p>
      <w:pPr>
        <w:jc w:val="right"/>
      </w:pPr>
      <w:r>
        <w:t>مون، پلینٹس، سٹارز، ماؤنٹن، اوشن۔ سو مینی، سو مینی، سو مینی، مور دین بلین اینڈ ٹریلین ائٹمز۔</w:t>
      </w:r>
    </w:p>
    <w:p>
      <w:r>
        <w:rPr>
          <w:b/>
        </w:rPr>
        <w:t xml:space="preserve">[03:20] </w:t>
      </w:r>
      <w:r>
        <w:t>but god</w:t>
      </w:r>
    </w:p>
    <w:p>
      <w:pPr>
        <w:jc w:val="right"/>
      </w:pPr>
      <w:r>
        <w:t>بٹ گاڈ</w:t>
      </w:r>
    </w:p>
    <w:p>
      <w:r>
        <w:rPr>
          <w:b/>
        </w:rPr>
        <w:t xml:space="preserve">[03:25] </w:t>
      </w:r>
      <w:r>
        <w:t>selected only tree,</w:t>
      </w:r>
    </w:p>
    <w:p>
      <w:pPr>
        <w:jc w:val="right"/>
      </w:pPr>
      <w:r>
        <w:t>سلیکٹڈ اونلی ٹری،</w:t>
      </w:r>
    </w:p>
    <w:p>
      <w:r>
        <w:rPr>
          <w:b/>
        </w:rPr>
        <w:t xml:space="preserve">[03:31] </w:t>
      </w:r>
      <w:r>
        <w:t>because tree is a very unique type of creature. tree is a very unique creation of god</w:t>
      </w:r>
    </w:p>
    <w:p>
      <w:pPr>
        <w:jc w:val="right"/>
      </w:pPr>
      <w:r>
        <w:t>بیکاز ٹری از ا ویری یونیک ٹائپ اف کریچر۔ ٹری از ا ویری یونیک کریشن اف گاڈ</w:t>
      </w:r>
    </w:p>
    <w:p>
      <w:r>
        <w:rPr>
          <w:b/>
        </w:rPr>
        <w:t xml:space="preserve">[03:44] </w:t>
      </w:r>
      <w:r>
        <w:t>. tree is tree has the capacity to grow, capacity to grow.</w:t>
      </w:r>
    </w:p>
    <w:p>
      <w:pPr>
        <w:jc w:val="right"/>
      </w:pPr>
      <w:r>
        <w:t>۔ ٹری از ٹری ہیز دا کپیسٹی ٹو گرو، کپیسٹی ٹو گرو۔</w:t>
      </w:r>
    </w:p>
    <w:p>
      <w:r>
        <w:rPr>
          <w:b/>
        </w:rPr>
        <w:t xml:space="preserve">[03:54] </w:t>
      </w:r>
      <w:r>
        <w:t>tree begins its life from a seed, a small seed.</w:t>
      </w:r>
    </w:p>
    <w:p>
      <w:pPr>
        <w:jc w:val="right"/>
      </w:pPr>
      <w:r>
        <w:t>ٹری بگنز اٹس لائف فرام ا سیڈ، ا سمال سیڈ۔</w:t>
      </w:r>
    </w:p>
    <w:p>
      <w:r>
        <w:rPr>
          <w:b/>
        </w:rPr>
        <w:t xml:space="preserve">[04:01] </w:t>
      </w:r>
      <w:r>
        <w:t>then it grows, grows, grows, grows, until it reaches a full tree, until it becomes a full tree,</w:t>
      </w:r>
    </w:p>
    <w:p>
      <w:pPr>
        <w:jc w:val="right"/>
      </w:pPr>
      <w:r>
        <w:t>دین اٹ گروز، گروز، گروز، گروز، انٹل اٹ ریچز ا فل ٹری، انٹل اٹ بیکمز ا فل ٹری،</w:t>
      </w:r>
    </w:p>
    <w:p>
      <w:r>
        <w:rPr>
          <w:b/>
        </w:rPr>
        <w:t xml:space="preserve">[04:15] </w:t>
      </w:r>
      <w:r>
        <w:t>with stems, with branches, with leaves, with flowers, with fruits, with shadow, with greenery.</w:t>
      </w:r>
    </w:p>
    <w:p>
      <w:pPr>
        <w:jc w:val="right"/>
      </w:pPr>
      <w:r>
        <w:t>ود اسٹمز، ود برانچز، ود لیوز، ود فلاورز، ود فروٹس، ود شیڈو، ود گرینری۔</w:t>
      </w:r>
    </w:p>
    <w:p>
      <w:r>
        <w:rPr>
          <w:b/>
        </w:rPr>
        <w:t xml:space="preserve">[04:31] </w:t>
      </w:r>
      <w:r>
        <w:t>so this kind of phenomena is unique in this universe. because of this, god chose a tree to tell us that this is the example for you.</w:t>
      </w:r>
    </w:p>
    <w:p>
      <w:pPr>
        <w:jc w:val="right"/>
      </w:pPr>
      <w:r>
        <w:t>سو دس کائنڈ اف پینامنا از یونیک ان دس یونیورس۔ بیکاز اف دس، گاڈ چوز ا ٹری ٹو ٹیل اس دیٹ دس از دا ایگزامپل فار یو۔</w:t>
      </w:r>
    </w:p>
    <w:p>
      <w:r>
        <w:rPr>
          <w:b/>
        </w:rPr>
        <w:t xml:space="preserve">[04:54] </w:t>
      </w:r>
      <w:r>
        <w:t>i can see that god has demonstrated</w:t>
      </w:r>
    </w:p>
    <w:p>
      <w:pPr>
        <w:jc w:val="right"/>
      </w:pPr>
      <w:r>
        <w:t>ائی کین سی دیٹ گاڈ ہیز ڈیمونسٹریٹڈ</w:t>
      </w:r>
    </w:p>
    <w:p>
      <w:r>
        <w:rPr>
          <w:b/>
        </w:rPr>
        <w:t xml:space="preserve">[05:04] </w:t>
      </w:r>
      <w:r>
        <w:t>a momin are ایمان in the form of a tree.</w:t>
      </w:r>
    </w:p>
    <w:p>
      <w:pPr>
        <w:jc w:val="right"/>
      </w:pPr>
      <w:r>
        <w:t>ا مومن ار ایمان ان دا فارم اف ا ٹری۔</w:t>
      </w:r>
    </w:p>
    <w:p>
      <w:r>
        <w:rPr>
          <w:b/>
        </w:rPr>
        <w:t xml:space="preserve">[05:11] </w:t>
      </w:r>
      <w:r>
        <w:t>momin are believer, a true believer, begins from a small seed that is kalma.</w:t>
      </w:r>
    </w:p>
    <w:p>
      <w:pPr>
        <w:jc w:val="right"/>
      </w:pPr>
      <w:r>
        <w:t>مومن ار بیلیور، ا ٹرو بیلیور، بگنز فرام ا سمال سیڈ دیٹ از کلمہ۔</w:t>
      </w:r>
    </w:p>
    <w:p>
      <w:r>
        <w:rPr>
          <w:b/>
        </w:rPr>
        <w:t xml:space="preserve">[05:22] </w:t>
      </w:r>
      <w:r>
        <w:t>kalmatayaba, kalma, kalma is the starting point of a momin.</w:t>
      </w:r>
    </w:p>
    <w:p>
      <w:pPr>
        <w:jc w:val="right"/>
      </w:pPr>
      <w:r>
        <w:t>کلمۃ طیبۃ، کلمہ، کلمہ از دا سٹارٹنگ پوائنٹ اف ا مومن۔</w:t>
      </w:r>
    </w:p>
    <w:p>
      <w:r>
        <w:rPr>
          <w:b/>
        </w:rPr>
        <w:t xml:space="preserve">[05:32] </w:t>
      </w:r>
      <w:r>
        <w:t>now, kalma is not simply a recitation. kalma is not simply a lip service. kalma is not simply a kind of lip service.</w:t>
      </w:r>
    </w:p>
    <w:p>
      <w:pPr>
        <w:jc w:val="right"/>
      </w:pPr>
      <w:r>
        <w:t>ناو، کلمہ از ناٹ سمپلی ا ریسیٹیشن۔ کلمہ از ناٹ سمپلی ا لپ سروس۔ کلمہ از ناٹ سمپلی ا کائنڈ اف لپ سروس۔</w:t>
      </w:r>
    </w:p>
    <w:p>
      <w:r>
        <w:rPr>
          <w:b/>
        </w:rPr>
        <w:t xml:space="preserve">[05:44] </w:t>
      </w:r>
      <w:r>
        <w:t>kalma means realization. kalma means marifa, realization.</w:t>
      </w:r>
    </w:p>
    <w:p>
      <w:pPr>
        <w:jc w:val="right"/>
      </w:pPr>
      <w:r>
        <w:t>کلمہ مینز ریلائزیشن۔ کلمہ مینز معرفہ، ریلائزیشن۔</w:t>
      </w:r>
    </w:p>
    <w:p>
      <w:r>
        <w:rPr>
          <w:b/>
        </w:rPr>
        <w:t xml:space="preserve">[05:53] </w:t>
      </w:r>
      <w:r>
        <w:t>kalma means discovery. when one discovers the truth with the capital t he discovers god as a supreme truth.</w:t>
      </w:r>
    </w:p>
    <w:p>
      <w:pPr>
        <w:jc w:val="right"/>
      </w:pPr>
      <w:r>
        <w:t>کلمہ مینز ڈسکوری۔ وین ون ڈسکورز دا ٹروتھ ود دا کیپیٹل ٹی ہی ڈسکورز گاڈ ایز ا سپریم ٹروتھ۔</w:t>
      </w:r>
    </w:p>
    <w:p>
      <w:r>
        <w:rPr>
          <w:b/>
        </w:rPr>
        <w:t xml:space="preserve">[06:09] </w:t>
      </w:r>
      <w:r>
        <w:t>when he discovers muhammad as a supreme guide for mankind.</w:t>
      </w:r>
    </w:p>
    <w:p>
      <w:pPr>
        <w:jc w:val="right"/>
      </w:pPr>
      <w:r>
        <w:t>وین ہی ڈسکورز محمد ایز ا سپریم گائیڈ فار مین کائنڈ۔</w:t>
      </w:r>
    </w:p>
    <w:p>
      <w:r>
        <w:rPr>
          <w:b/>
        </w:rPr>
        <w:t xml:space="preserve">[06:19] </w:t>
      </w:r>
      <w:r>
        <w:t>when when discourse Quran as a word of God, and then he say la ilaha illallah muhammad rasulullah kalma.</w:t>
      </w:r>
    </w:p>
    <w:p>
      <w:pPr>
        <w:jc w:val="right"/>
      </w:pPr>
      <w:r>
        <w:t>وین ون ڈسکورز قرآن ایز ا ورڈ اف گاڈ، اینڈ دین ہی سی لا الہ الا اللہ محمد رسول اللہ کلمہ۔</w:t>
      </w:r>
    </w:p>
    <w:p>
      <w:r>
        <w:rPr>
          <w:b/>
        </w:rPr>
        <w:t xml:space="preserve">[06:33] </w:t>
      </w:r>
      <w:r>
        <w:t>so marifa aur realization aur iman is like a seed, like a seed.</w:t>
      </w:r>
    </w:p>
    <w:p>
      <w:pPr>
        <w:jc w:val="right"/>
      </w:pPr>
      <w:r>
        <w:t>سو معرفہ اور ریلائزیشن اور ایمان از لائک ا سیڈ، لائک ا سیڈ۔</w:t>
      </w:r>
    </w:p>
    <w:p>
      <w:r>
        <w:rPr>
          <w:b/>
        </w:rPr>
        <w:t xml:space="preserve">[06:44] </w:t>
      </w:r>
      <w:r>
        <w:t>so the personality of a momin begins from this seed. then it grows, grows, grows like a tree until it reaches its complete</w:t>
      </w:r>
    </w:p>
    <w:p>
      <w:pPr>
        <w:jc w:val="right"/>
      </w:pPr>
      <w:r>
        <w:t>سو دا پرسنیلٹی اف ا مومن بگنز فرام دس سیڈ۔ دین اٹ گروز، گروز، گروز لائک ا ٹری انٹل اٹ ریچز اٹس کمپلیٹ</w:t>
      </w:r>
    </w:p>
    <w:p>
      <w:r>
        <w:rPr>
          <w:b/>
        </w:rPr>
        <w:t xml:space="preserve">[07:01] </w:t>
      </w:r>
      <w:r>
        <w:t>height. so one aspect of this is given in the quran in these verse:</w:t>
      </w:r>
    </w:p>
    <w:p>
      <w:pPr>
        <w:jc w:val="right"/>
      </w:pPr>
      <w:r>
        <w:t>ہائیٹ۔ سو ون اسپیکٹ اف دس از گیون ان دا قرآن ان دیز ورس:</w:t>
      </w:r>
    </w:p>
    <w:p>
      <w:r>
        <w:rPr>
          <w:b/>
        </w:rPr>
        <w:t xml:space="preserve">[07:10] </w:t>
      </w:r>
      <w:r>
        <w:t>asluh thabit wa far'uhu fis sama. its root is firm in the earth, and its branches are in heaven.</w:t>
      </w:r>
    </w:p>
    <w:p>
      <w:pPr>
        <w:jc w:val="right"/>
      </w:pPr>
      <w:r>
        <w:t>اصلہ ثابت و فرحہ فی السماء۔ اٹس روٹ از فرم ان دا ارتھ، اینڈ اٹس برانچز ار ان ہیون۔</w:t>
      </w:r>
    </w:p>
    <w:p>
      <w:r>
        <w:rPr>
          <w:b/>
        </w:rPr>
        <w:t xml:space="preserve">[07:18] </w:t>
      </w:r>
      <w:r>
        <w:t>it is said that tree is as much</w:t>
      </w:r>
    </w:p>
    <w:p>
      <w:pPr>
        <w:jc w:val="right"/>
      </w:pPr>
      <w:r>
        <w:t>اٹ از سیڈ دیٹ ٹری از ایز مچ</w:t>
      </w:r>
    </w:p>
    <w:p>
      <w:r>
        <w:rPr>
          <w:b/>
        </w:rPr>
        <w:t xml:space="preserve">[07:31] </w:t>
      </w:r>
      <w:r>
        <w:t>downward</w:t>
      </w:r>
    </w:p>
    <w:p>
      <w:pPr>
        <w:jc w:val="right"/>
      </w:pPr>
      <w:r>
        <w:t>ڈاؤن ورڈ</w:t>
      </w:r>
    </w:p>
    <w:p>
      <w:r>
        <w:rPr>
          <w:b/>
        </w:rPr>
        <w:t xml:space="preserve">[07:35] </w:t>
      </w:r>
      <w:r>
        <w:t>as it is upward. tree is a unique phenomena.</w:t>
      </w:r>
    </w:p>
    <w:p>
      <w:pPr>
        <w:jc w:val="right"/>
      </w:pPr>
      <w:r>
        <w:t>ایز اٹ از اپورڈ۔ ٹری از ا یونیک فینامنا۔</w:t>
      </w:r>
    </w:p>
    <w:p>
      <w:r>
        <w:rPr>
          <w:b/>
        </w:rPr>
        <w:t xml:space="preserve">[07:44] </w:t>
      </w:r>
      <w:r>
        <w:t>tree is as much</w:t>
      </w:r>
    </w:p>
    <w:p>
      <w:pPr>
        <w:jc w:val="right"/>
      </w:pPr>
      <w:r>
        <w:t>ٹری از ایز مچ</w:t>
      </w:r>
    </w:p>
    <w:p>
      <w:r>
        <w:rPr>
          <w:b/>
        </w:rPr>
        <w:t xml:space="preserve">[07:49] </w:t>
      </w:r>
      <w:r>
        <w:t>downward as it is upward. it means that</w:t>
      </w:r>
    </w:p>
    <w:p>
      <w:pPr>
        <w:jc w:val="right"/>
      </w:pPr>
      <w:r>
        <w:t>ڈاؤن ورڈ ایز اٹ از اپورڈ۔ اٹ مینز دیٹ</w:t>
      </w:r>
    </w:p>
    <w:p>
      <w:r>
        <w:rPr>
          <w:b/>
        </w:rPr>
        <w:t xml:space="preserve">[07:58] </w:t>
      </w:r>
      <w:r>
        <w:t>tree always try to consolidate itself. it is a symbol of consolidation.</w:t>
      </w:r>
    </w:p>
    <w:p>
      <w:pPr>
        <w:jc w:val="right"/>
      </w:pPr>
      <w:r>
        <w:t>ٹری الویز ٹرائی ٹو کنسولیڈیٹ اٹ سیلف۔ اٹ از ا سمبل اف کنسولیڈیشن۔</w:t>
      </w:r>
    </w:p>
    <w:p>
      <w:r>
        <w:rPr>
          <w:b/>
        </w:rPr>
        <w:t xml:space="preserve">[08:08] </w:t>
      </w:r>
      <w:r>
        <w:t>this kind of firm roots it means that it is completely, it has completely consolidated its existence.</w:t>
      </w:r>
    </w:p>
    <w:p>
      <w:pPr>
        <w:jc w:val="right"/>
      </w:pPr>
      <w:r>
        <w:t>دس کائنڈ اف فرم روٹس اٹ مینز دیٹ اٹ از کمپلیٹلی، اٹ ہیز کمپلیٹلی کنسولیڈیٹڈ اٹس ایگزسٹنس۔</w:t>
      </w:r>
    </w:p>
    <w:p>
      <w:r>
        <w:rPr>
          <w:b/>
        </w:rPr>
        <w:t xml:space="preserve">[08:23] </w:t>
      </w:r>
      <w:r>
        <w:t>no man can remove it. so is the case of a believer</w:t>
      </w:r>
    </w:p>
    <w:p>
      <w:pPr>
        <w:jc w:val="right"/>
      </w:pPr>
      <w:r>
        <w:t>نو مین کین ریموو اٹ۔ سو از دا کیس اف ا بیلیور</w:t>
      </w:r>
    </w:p>
    <w:p>
      <w:r>
        <w:rPr>
          <w:b/>
        </w:rPr>
        <w:t xml:space="preserve">[08:30] </w:t>
      </w:r>
      <w:r>
        <w:t>. believer also moves and act, but first of all he tries to consolidate itself in the earth, in its ground.</w:t>
      </w:r>
    </w:p>
    <w:p>
      <w:pPr>
        <w:jc w:val="right"/>
      </w:pPr>
      <w:r>
        <w:t>۔ بیلیور السو مووز اینڈ ایکٹ، بٹ فرسٹ اف ال ہی ٹرائیز ٹو کنسولیڈیٹ اٹ سیلف ان دی ارتھ، ان اٹس گراؤنڈ۔</w:t>
      </w:r>
    </w:p>
    <w:p>
      <w:r>
        <w:rPr>
          <w:b/>
        </w:rPr>
        <w:t xml:space="preserve">[08:50] </w:t>
      </w:r>
      <w:r>
        <w:t>without consolidation, jumping here and there is not</w:t>
      </w:r>
    </w:p>
    <w:p>
      <w:pPr>
        <w:jc w:val="right"/>
      </w:pPr>
      <w:r>
        <w:t>وداؤٹ کنسولیڈیشن، جمپنگ ہیر اینڈ دیر از ناٹ</w:t>
      </w:r>
    </w:p>
    <w:p>
      <w:r>
        <w:rPr>
          <w:b/>
        </w:rPr>
        <w:t xml:space="preserve">[08:56] </w:t>
      </w:r>
      <w:r>
        <w:t>iman. so the first, first aspect of tree was that it is a,</w:t>
      </w:r>
    </w:p>
    <w:p>
      <w:pPr>
        <w:jc w:val="right"/>
      </w:pPr>
      <w:r>
        <w:t>ایمان۔ سو دا فرسٹ، فرسٹ اسپیکٹ اف ٹری واز دیٹ اٹ از ا،</w:t>
      </w:r>
    </w:p>
    <w:p>
      <w:r>
        <w:rPr>
          <w:b/>
        </w:rPr>
        <w:t xml:space="preserve">[09:06] </w:t>
      </w:r>
      <w:r>
        <w:t>it has unique capacity to grow, to grow, grow, grow. there is no stagnation in trees life, no stagnation like stone.</w:t>
      </w:r>
    </w:p>
    <w:p>
      <w:pPr>
        <w:jc w:val="right"/>
      </w:pPr>
      <w:r>
        <w:t>اٹ ہیز یونیک کپیسٹی ٹو گرو، ٹو گرو، گرو، گرو۔ دیر از نو سٹیگنیشن ان ٹریز لائف، نو سٹیگنیشن لائک سٹون۔</w:t>
      </w:r>
    </w:p>
    <w:p>
      <w:r>
        <w:rPr>
          <w:b/>
        </w:rPr>
        <w:t xml:space="preserve">[09:21] </w:t>
      </w:r>
      <w:r>
        <w:t>in stone there is stagnation.</w:t>
      </w:r>
    </w:p>
    <w:p>
      <w:pPr>
        <w:jc w:val="right"/>
      </w:pPr>
      <w:r>
        <w:t>ان سٹون دیر از سٹیگنیشن۔</w:t>
      </w:r>
    </w:p>
    <w:p>
      <w:r>
        <w:rPr>
          <w:b/>
        </w:rPr>
        <w:t xml:space="preserve">[09:26] </w:t>
      </w:r>
      <w:r>
        <w:t>stone is a phenomena of stagnation, but</w:t>
      </w:r>
    </w:p>
    <w:p>
      <w:pPr>
        <w:jc w:val="right"/>
      </w:pPr>
      <w:r>
        <w:t>سٹون از ا فینامنا اف سٹیگنیشن، بٹ</w:t>
      </w:r>
    </w:p>
    <w:p>
      <w:r>
        <w:rPr>
          <w:b/>
        </w:rPr>
        <w:t xml:space="preserve">[09:34] </w:t>
      </w:r>
      <w:r>
        <w:t>tree is a phenomena of growing. so is the case of a momin. there is no stagnation in momin life.</w:t>
      </w:r>
    </w:p>
    <w:p>
      <w:pPr>
        <w:jc w:val="right"/>
      </w:pPr>
      <w:r>
        <w:t>ٹری از ا فینامنا اف گروئنگ۔ سو از دا کیس اف ا مومن۔ دیر از نو سٹیگنیشن ان مومن لائف۔</w:t>
      </w:r>
    </w:p>
    <w:p>
      <w:r>
        <w:rPr>
          <w:b/>
        </w:rPr>
        <w:t xml:space="preserve">[09:48] </w:t>
      </w:r>
      <w:r>
        <w:t>no intellectual stagnation, no spiritual stagnation, no thinking stagnation in</w:t>
      </w:r>
    </w:p>
    <w:p>
      <w:pPr>
        <w:jc w:val="right"/>
      </w:pPr>
      <w:r>
        <w:t>نو انٹلیکچول سٹیگنیشن، نو سپریچول سٹیگنیشن، نو تھنکنگ سٹیگنیشن ان</w:t>
      </w:r>
    </w:p>
    <w:p>
      <w:r>
        <w:rPr>
          <w:b/>
        </w:rPr>
        <w:t xml:space="preserve">[09:58] </w:t>
      </w:r>
      <w:r>
        <w:t>momin life. there is always development, always progress.</w:t>
      </w:r>
    </w:p>
    <w:p>
      <w:pPr>
        <w:jc w:val="right"/>
      </w:pPr>
      <w:r>
        <w:t>مومن لائف۔ دیر از الویز ڈیولپمنٹ، الویز پروگریس۔</w:t>
      </w:r>
    </w:p>
    <w:p>
      <w:r>
        <w:rPr>
          <w:b/>
        </w:rPr>
        <w:t xml:space="preserve">[10:09] </w:t>
      </w:r>
      <w:r>
        <w:t>momin is always, momin always try to develop its spirituality.</w:t>
      </w:r>
    </w:p>
    <w:p>
      <w:pPr>
        <w:jc w:val="right"/>
      </w:pPr>
      <w:r>
        <w:t>مومن از الویز، مومن الویز ٹرائی ٹو ڈیولپ اٹس سپریچولیٹی۔</w:t>
      </w:r>
    </w:p>
    <w:p>
      <w:r>
        <w:rPr>
          <w:b/>
        </w:rPr>
        <w:t xml:space="preserve">[10:21] </w:t>
      </w:r>
      <w:r>
        <w:t>momin always tries to develop his spirituality, his mind, his energy.</w:t>
      </w:r>
    </w:p>
    <w:p>
      <w:pPr>
        <w:jc w:val="right"/>
      </w:pPr>
      <w:r>
        <w:t>مومن الویز ٹرائیز ٹو ڈیولپ ہز سپریچولیٹی، ہز مائنڈ، ہز انرجی۔</w:t>
      </w:r>
    </w:p>
    <w:p>
      <w:r>
        <w:rPr>
          <w:b/>
        </w:rPr>
        <w:t xml:space="preserve">[10:33] </w:t>
      </w:r>
      <w:r>
        <w:t>so momin is like a tree.</w:t>
      </w:r>
    </w:p>
    <w:p>
      <w:pPr>
        <w:jc w:val="right"/>
      </w:pPr>
      <w:r>
        <w:t>سو مومن از لائک ا ٹری۔</w:t>
      </w:r>
    </w:p>
    <w:p>
      <w:r>
        <w:rPr>
          <w:b/>
        </w:rPr>
        <w:t xml:space="preserve">[10:38] </w:t>
      </w:r>
      <w:r>
        <w:t>it always try to grow. deen momin</w:t>
      </w:r>
    </w:p>
    <w:p>
      <w:pPr>
        <w:jc w:val="right"/>
      </w:pPr>
      <w:r>
        <w:t>اٹ الویز ٹرائی ٹو گرو۔ دین مومن</w:t>
      </w:r>
    </w:p>
    <w:p>
      <w:r>
        <w:rPr>
          <w:b/>
        </w:rPr>
        <w:t xml:space="preserve">[10:47] </w:t>
      </w:r>
      <w:r>
        <w:t>dont know stagnation. momin is a,</w:t>
      </w:r>
    </w:p>
    <w:p>
      <w:pPr>
        <w:jc w:val="right"/>
      </w:pPr>
      <w:r>
        <w:t>ڈونٹ نو سٹیگنیشن۔ مومن از ا،</w:t>
      </w:r>
    </w:p>
    <w:p>
      <w:r>
        <w:rPr>
          <w:b/>
        </w:rPr>
        <w:t xml:space="preserve">[10:54] </w:t>
      </w:r>
      <w:r>
        <w:t>momin is always in progress, and at the same time momin always try to consolidate in its ground, in its ground.</w:t>
      </w:r>
    </w:p>
    <w:p>
      <w:pPr>
        <w:jc w:val="right"/>
      </w:pPr>
      <w:r>
        <w:t>مومن از الویز ان پروگریس، اینڈ ایٹ دا سیم ٹائم مومن الویز ٹرائی ٹو کنسولیڈیٹ ان اٹس گراؤنڈ، ان اٹس گراؤنڈ۔</w:t>
      </w:r>
    </w:p>
    <w:p>
      <w:r>
        <w:rPr>
          <w:b/>
        </w:rPr>
        <w:t xml:space="preserve">[11:07] </w:t>
      </w:r>
      <w:r>
        <w:t>then you see,</w:t>
      </w:r>
    </w:p>
    <w:p>
      <w:pPr>
        <w:jc w:val="right"/>
      </w:pPr>
      <w:r>
        <w:t>دین یو سی،</w:t>
      </w:r>
    </w:p>
    <w:p>
      <w:r>
        <w:rPr>
          <w:b/>
        </w:rPr>
        <w:t xml:space="preserve">[11:13] </w:t>
      </w:r>
      <w:r>
        <w:t>it is now well known that tree has a very important function. that is tree and also all plants</w:t>
      </w:r>
    </w:p>
    <w:p>
      <w:pPr>
        <w:jc w:val="right"/>
      </w:pPr>
      <w:r>
        <w:t>اٹ از ناو ویل نون دیٹ ٹری ہیز ا ویری امپورٹنٹ فنکشن۔ دیٹ از ٹری اینڈ السو ال پلانٹس</w:t>
      </w:r>
    </w:p>
    <w:p>
      <w:r>
        <w:rPr>
          <w:b/>
        </w:rPr>
        <w:t xml:space="preserve">[11:26] </w:t>
      </w:r>
      <w:r>
        <w:t>. so plants</w:t>
      </w:r>
    </w:p>
    <w:p>
      <w:pPr>
        <w:jc w:val="right"/>
      </w:pPr>
      <w:r>
        <w:t>۔ سو پلانٹس</w:t>
      </w:r>
    </w:p>
    <w:p>
      <w:r>
        <w:rPr>
          <w:b/>
        </w:rPr>
        <w:t xml:space="preserve">[11:30] </w:t>
      </w:r>
      <w:r>
        <w:t>purify</w:t>
      </w:r>
    </w:p>
    <w:p>
      <w:pPr>
        <w:jc w:val="right"/>
      </w:pPr>
      <w:r>
        <w:t>پیوریفائی</w:t>
      </w:r>
    </w:p>
    <w:p>
      <w:r>
        <w:rPr>
          <w:b/>
        </w:rPr>
        <w:t xml:space="preserve">[11:34] </w:t>
      </w:r>
      <w:r>
        <w:t>the atmosphere by absorbing carbon dioxide and releasing oxygen.</w:t>
      </w:r>
    </w:p>
    <w:p>
      <w:pPr>
        <w:jc w:val="right"/>
      </w:pPr>
      <w:r>
        <w:t>دا اٹموسفیر بائی ابزاربنگ کاربن ڈائی اکسائیڈ اینڈ ریلیزنگ اکسیجن۔</w:t>
      </w:r>
    </w:p>
    <w:p>
      <w:r>
        <w:rPr>
          <w:b/>
        </w:rPr>
        <w:t xml:space="preserve">[11:49] </w:t>
      </w:r>
      <w:r>
        <w:t>unique phenomena.</w:t>
      </w:r>
    </w:p>
    <w:p>
      <w:pPr>
        <w:jc w:val="right"/>
      </w:pPr>
      <w:r>
        <w:t>یونیک فینامنا۔</w:t>
      </w:r>
    </w:p>
    <w:p>
      <w:r>
        <w:rPr>
          <w:b/>
        </w:rPr>
        <w:t xml:space="preserve">[11:55] </w:t>
      </w:r>
      <w:r>
        <w:t>plants purify the atmosphere by absorbing carbon dioxide and releasing oxygen.</w:t>
      </w:r>
    </w:p>
    <w:p>
      <w:pPr>
        <w:jc w:val="right"/>
      </w:pPr>
      <w:r>
        <w:t>پلانٹس پیوریفائی دا اٹموسفیر بائی ابزاربنگ کاربن ڈائی اکسائیڈ اینڈ ریلیزنگ اکسیجن۔</w:t>
      </w:r>
    </w:p>
    <w:p>
      <w:r>
        <w:rPr>
          <w:b/>
        </w:rPr>
        <w:t xml:space="preserve">[12:11] </w:t>
      </w:r>
      <w:r>
        <w:t>a very unique phenomena. momin has also this quality.</w:t>
      </w:r>
    </w:p>
    <w:p>
      <w:pPr>
        <w:jc w:val="right"/>
      </w:pPr>
      <w:r>
        <w:t>اے ویری یونیک فینامنا۔ مومن ہیز السو دس کوالٹی۔</w:t>
      </w:r>
    </w:p>
    <w:p>
      <w:r>
        <w:rPr>
          <w:b/>
        </w:rPr>
        <w:t xml:space="preserve">[12:19] </w:t>
      </w:r>
      <w:r>
        <w:t>momin always try to live like a tree. you know, in our world, in this present world, that is testing ground, and everyone has freedom.</w:t>
      </w:r>
    </w:p>
    <w:p>
      <w:pPr>
        <w:jc w:val="right"/>
      </w:pPr>
      <w:r>
        <w:t>مومن الویز ٹرائی ٹو لیو لائک ا ٹری۔ یو نو، ان اور ورلڈ، ان دس پریزنٹ ورلڈ، دیٹ از ٹیسٹنگ گراؤنڈ، اینڈ ایوری ون ہیز فریڈم۔</w:t>
      </w:r>
    </w:p>
    <w:p>
      <w:r>
        <w:rPr>
          <w:b/>
        </w:rPr>
        <w:t xml:space="preserve">[12:39] </w:t>
      </w:r>
      <w:r>
        <w:t>so in such a situation, every time there are negative experiences, there are provocation. e</w:t>
      </w:r>
    </w:p>
    <w:p>
      <w:pPr>
        <w:jc w:val="right"/>
      </w:pPr>
      <w:r>
        <w:t>سو ان سچ ا سچویشن، ایوری ٹائم دیر ار نیگیٹیو ایکسپیرینسز، دیر ار پرووکیشن۔ ای</w:t>
      </w:r>
    </w:p>
    <w:p>
      <w:r>
        <w:rPr>
          <w:b/>
        </w:rPr>
        <w:t xml:space="preserve">[12:49] </w:t>
      </w:r>
      <w:r>
        <w:t>very time there are</w:t>
      </w:r>
    </w:p>
    <w:p>
      <w:pPr>
        <w:jc w:val="right"/>
      </w:pPr>
      <w:r>
        <w:t>وری ٹائم دیر ار</w:t>
      </w:r>
    </w:p>
    <w:p>
      <w:r>
        <w:rPr>
          <w:b/>
        </w:rPr>
        <w:t xml:space="preserve">[12:53] </w:t>
      </w:r>
      <w:r>
        <w:t>such experiences like, like anger, like greed, like malice, like intolerance,</w:t>
      </w:r>
    </w:p>
    <w:p>
      <w:pPr>
        <w:jc w:val="right"/>
      </w:pPr>
      <w:r>
        <w:t>سچ ایکسپیرینسز لائک، لائک اینگر، لائک گریڈ، لائک میلس، لائک انٹولرنس،</w:t>
      </w:r>
    </w:p>
    <w:p>
      <w:r>
        <w:rPr>
          <w:b/>
        </w:rPr>
        <w:t xml:space="preserve">[13:08] </w:t>
      </w:r>
      <w:r>
        <w:t>like revenge, like greed, like injustice.</w:t>
      </w:r>
    </w:p>
    <w:p>
      <w:pPr>
        <w:jc w:val="right"/>
      </w:pPr>
      <w:r>
        <w:t>لائک ریونج، لائک گریڈ، لائک انجسٹس۔</w:t>
      </w:r>
    </w:p>
    <w:p>
      <w:r>
        <w:rPr>
          <w:b/>
        </w:rPr>
        <w:t xml:space="preserve">[13:17] </w:t>
      </w:r>
      <w:r>
        <w:t>all these are negative kind of habits, and every time momin faces this kind of negative experiences.</w:t>
      </w:r>
    </w:p>
    <w:p>
      <w:pPr>
        <w:jc w:val="right"/>
      </w:pPr>
      <w:r>
        <w:t>ال دیز ار نیگیٹیو کائنڈ اف ہیبٹس، اینڈ ایوری ٹائم مومن فیسز دس کائنڈ اف نیگیٹیو ایکسپیرینسز۔</w:t>
      </w:r>
    </w:p>
    <w:p>
      <w:r>
        <w:rPr>
          <w:b/>
        </w:rPr>
        <w:t xml:space="preserve">[13:28] </w:t>
      </w:r>
      <w:r>
        <w:t>but he adopts the culture of tree.</w:t>
      </w:r>
    </w:p>
    <w:p>
      <w:pPr>
        <w:jc w:val="right"/>
      </w:pPr>
      <w:r>
        <w:t>بٹ ہی اڈاپٹس دا کلچر اف ٹری۔</w:t>
      </w:r>
    </w:p>
    <w:p>
      <w:r>
        <w:rPr>
          <w:b/>
        </w:rPr>
        <w:t xml:space="preserve">[13:35] </w:t>
      </w:r>
      <w:r>
        <w:t>that is momin takes negative experiences, and then momin releases it in the form of positive,</w:t>
      </w:r>
    </w:p>
    <w:p>
      <w:pPr>
        <w:jc w:val="right"/>
      </w:pPr>
      <w:r>
        <w:t>دیٹ از مومن ٹیکس نیگیٹیو ایکسپیرینسز، اینڈ دین مومن ریلیزز اٹ ان دا فارم اف پوزیٹیو،</w:t>
      </w:r>
    </w:p>
    <w:p>
      <w:r>
        <w:rPr>
          <w:b/>
        </w:rPr>
        <w:t xml:space="preserve">[13:50] </w:t>
      </w:r>
      <w:r>
        <w:t>in the form of positivity.</w:t>
      </w:r>
    </w:p>
    <w:p>
      <w:pPr>
        <w:jc w:val="right"/>
      </w:pPr>
      <w:r>
        <w:t>ان دا فارم اف پوزیٹیوٹی۔</w:t>
      </w:r>
    </w:p>
    <w:p>
      <w:r>
        <w:rPr>
          <w:b/>
        </w:rPr>
        <w:t xml:space="preserve">[13:53] </w:t>
      </w:r>
      <w:r>
        <w:t>for example, if there is provocation, and he becomes angry, then in response he will not return it into,</w:t>
      </w:r>
    </w:p>
    <w:p>
      <w:pPr>
        <w:jc w:val="right"/>
      </w:pPr>
      <w:r>
        <w:t>فار ایگزامپل، اف دیر از پرووکیشن، اینڈ ہی بیکمز اینگری، دین ان رسپانس ہی ول ناٹ ریٹرن اٹ انٹو،</w:t>
      </w:r>
    </w:p>
    <w:p>
      <w:r>
        <w:rPr>
          <w:b/>
        </w:rPr>
        <w:t xml:space="preserve">[14:12] </w:t>
      </w:r>
      <w:r>
        <w:t>into anger or revenge. no, he turns the anger into forgiveness</w:t>
      </w:r>
    </w:p>
    <w:p>
      <w:pPr>
        <w:jc w:val="right"/>
      </w:pPr>
      <w:r>
        <w:t>انٹو اینگر اور ریونج۔ نو، ہی ٹرنز دا اینگر انٹو فارگیونس</w:t>
      </w:r>
    </w:p>
    <w:p>
      <w:r>
        <w:rPr>
          <w:b/>
        </w:rPr>
        <w:t xml:space="preserve">[14:22] </w:t>
      </w:r>
      <w:r>
        <w:t>. so one who provokes him, he gives him forgiveness. he gives him dua, he gives him compassion.</w:t>
      </w:r>
    </w:p>
    <w:p>
      <w:pPr>
        <w:jc w:val="right"/>
      </w:pPr>
      <w:r>
        <w:t>۔ سو ون ہو پرووکسم، ہی گیوز ہم فارگیونس۔ ہی گیوز ہم دعا، ہی گیوز ہم کمپیشن۔</w:t>
      </w:r>
    </w:p>
    <w:p>
      <w:r>
        <w:rPr>
          <w:b/>
        </w:rPr>
        <w:t xml:space="preserve">[14:39] </w:t>
      </w:r>
      <w:r>
        <w:t>so in return for negative thought, he gives positive thought.</w:t>
      </w:r>
    </w:p>
    <w:p>
      <w:pPr>
        <w:jc w:val="right"/>
      </w:pPr>
      <w:r>
        <w:t>سو ان ریٹرن فار نیگیٹیو تھاٹ، ہی گیوز پوزیٹیو تھاٹ۔</w:t>
      </w:r>
    </w:p>
    <w:p>
      <w:r>
        <w:rPr>
          <w:b/>
        </w:rPr>
        <w:t xml:space="preserve">[14:50] </w:t>
      </w:r>
      <w:r>
        <w:t>so this is the culture of a tree. this culture is also adopted by a momin.</w:t>
      </w:r>
    </w:p>
    <w:p>
      <w:pPr>
        <w:jc w:val="right"/>
      </w:pPr>
      <w:r>
        <w:t>سو دس از دا کلچر اف ا ٹری۔ دس کلچر از السو اڈاپٹڈ بائی ا مومن۔</w:t>
      </w:r>
    </w:p>
    <w:p>
      <w:r>
        <w:rPr>
          <w:b/>
        </w:rPr>
        <w:t xml:space="preserve">[15:02] </w:t>
      </w:r>
      <w:r>
        <w:t>momin.</w:t>
      </w:r>
    </w:p>
    <w:p>
      <w:pPr>
        <w:jc w:val="right"/>
      </w:pPr>
      <w:r>
        <w:t>مومن۔</w:t>
      </w:r>
    </w:p>
    <w:p>
      <w:r>
        <w:rPr>
          <w:b/>
        </w:rPr>
        <w:t xml:space="preserve">[15:06] </w:t>
      </w:r>
      <w:r>
        <w:t>der as hadith that ashar nasa bakhlaq husnain. it means that give people</w:t>
      </w:r>
    </w:p>
    <w:p>
      <w:pPr>
        <w:jc w:val="right"/>
      </w:pPr>
      <w:r>
        <w:t>دیر از حدیث دیٹ عاشر ناسا بخلق حسنین۔ اٹ مینز دیٹ گیو پیپل</w:t>
      </w:r>
    </w:p>
    <w:p>
      <w:r>
        <w:rPr>
          <w:b/>
        </w:rPr>
        <w:t xml:space="preserve">[15:22] </w:t>
      </w:r>
      <w:r>
        <w:t>positive experience. people must receive positive experience from you, no negative experience.</w:t>
      </w:r>
    </w:p>
    <w:p>
      <w:pPr>
        <w:jc w:val="right"/>
      </w:pPr>
      <w:r>
        <w:t>پوزیٹیو ایکسپیرینس۔ پیپل مسٹ ریسیو پوزیٹیو ایکسپیرینس فرام یو، نو نیگیٹیو ایکسپیرینس۔</w:t>
      </w:r>
    </w:p>
    <w:p>
      <w:r>
        <w:rPr>
          <w:b/>
        </w:rPr>
        <w:t xml:space="preserve">[15:32] </w:t>
      </w:r>
      <w:r>
        <w:t>Although there are negative items every time, but a Momin saves himself from being a victim of that negative experience.</w:t>
      </w:r>
    </w:p>
    <w:p>
      <w:pPr>
        <w:jc w:val="right"/>
      </w:pPr>
      <w:r>
        <w:t>الدو دیر ار نیگیٹیو ائٹمز ایوری ٹائم، بٹ مومن سیوز ہم سیلف فرام بینگ وکٹم اف دیٹ نیگیٹیو ایکسپیرینس۔</w:t>
      </w:r>
    </w:p>
    <w:p>
      <w:r>
        <w:rPr>
          <w:b/>
        </w:rPr>
        <w:t xml:space="preserve">[15:49] </w:t>
      </w:r>
      <w:r>
        <w:t>he always tries to live in positivity. this is the culture of tree. tree takes carbon dioxide and return it into in the form of oxygen.</w:t>
      </w:r>
    </w:p>
    <w:p>
      <w:pPr>
        <w:jc w:val="right"/>
      </w:pPr>
      <w:r>
        <w:t>ہی الویز ٹرائیز ٹو لیو ان پوزیٹیوٹی۔ دس از دا کلچر اف ٹری۔ ٹری ٹیکس کاربن ڈائی اکسائیڈ اینڈ ریٹرن اٹ انٹو ان دا فارم اف اکسیجن۔</w:t>
      </w:r>
    </w:p>
    <w:p>
      <w:r>
        <w:rPr>
          <w:b/>
        </w:rPr>
        <w:t xml:space="preserve">[16:03] </w:t>
      </w:r>
      <w:r>
        <w:t>so is the case of a momin.</w:t>
      </w:r>
    </w:p>
    <w:p>
      <w:pPr>
        <w:jc w:val="right"/>
      </w:pPr>
      <w:r>
        <w:t>سو از دا کیس اف ا مومن۔</w:t>
      </w:r>
    </w:p>
    <w:p>
      <w:r>
        <w:rPr>
          <w:b/>
        </w:rPr>
        <w:t xml:space="preserve">[16:08] </w:t>
      </w:r>
      <w:r>
        <w:t>momin experiences negative thought, but he returns it into a positive one.</w:t>
      </w:r>
    </w:p>
    <w:p>
      <w:pPr>
        <w:jc w:val="right"/>
      </w:pPr>
      <w:r>
        <w:t>مومن ایکسپیرینسز نیگیٹیو تھاٹ، بٹ ہی ریٹرنز اٹ انٹو ا پوزیٹیو ون۔</w:t>
      </w:r>
    </w:p>
    <w:p>
      <w:r>
        <w:rPr>
          <w:b/>
        </w:rPr>
        <w:t xml:space="preserve">[16:18] </w:t>
      </w:r>
      <w:r>
        <w:t>this is the tree culture, and also this is the momin culture.</w:t>
      </w:r>
    </w:p>
    <w:p>
      <w:pPr>
        <w:jc w:val="right"/>
      </w:pPr>
      <w:r>
        <w:t>دس از دا ٹری کلچر، اینڈ السو دس از دا مومن کلچر۔</w:t>
      </w:r>
    </w:p>
    <w:p>
      <w:r>
        <w:rPr>
          <w:b/>
        </w:rPr>
        <w:t xml:space="preserve">[16:24] </w:t>
      </w:r>
      <w:r>
        <w:t>den you see,</w:t>
      </w:r>
    </w:p>
    <w:p>
      <w:pPr>
        <w:jc w:val="right"/>
      </w:pPr>
      <w:r>
        <w:t>دین یو سی،</w:t>
      </w:r>
    </w:p>
    <w:p>
      <w:r>
        <w:rPr>
          <w:b/>
        </w:rPr>
        <w:t xml:space="preserve">[16:32] </w:t>
      </w:r>
      <w:r>
        <w:t>quran says det</w:t>
      </w:r>
    </w:p>
    <w:p>
      <w:pPr>
        <w:jc w:val="right"/>
      </w:pPr>
      <w:r>
        <w:t>قرآن سیز دیٹ</w:t>
      </w:r>
    </w:p>
    <w:p>
      <w:r>
        <w:rPr>
          <w:b/>
        </w:rPr>
        <w:t xml:space="preserve">[16:38] </w:t>
      </w:r>
      <w:r>
        <w:t>in every time tree gives its fruit. every time. so is the case of a momin.</w:t>
      </w:r>
    </w:p>
    <w:p>
      <w:pPr>
        <w:jc w:val="right"/>
      </w:pPr>
      <w:r>
        <w:t>ان ایوری ٹائم ٹری گیوز اٹس فروٹ۔ ایوری ٹائم۔ سو از دا کیس اف ا مومن۔</w:t>
      </w:r>
    </w:p>
    <w:p>
      <w:r>
        <w:rPr>
          <w:b/>
        </w:rPr>
        <w:t xml:space="preserve">[16:48] </w:t>
      </w:r>
      <w:r>
        <w:t>momin</w:t>
      </w:r>
    </w:p>
    <w:p>
      <w:pPr>
        <w:jc w:val="right"/>
      </w:pPr>
      <w:r>
        <w:t>مومن</w:t>
      </w:r>
    </w:p>
    <w:p>
      <w:r>
        <w:rPr>
          <w:b/>
        </w:rPr>
        <w:t xml:space="preserve">[16:52] </w:t>
      </w:r>
      <w:r>
        <w:t>is a healthy tree, very very healthy tree. it always gives nice fruit to neighbors, to companions, to family,</w:t>
      </w:r>
    </w:p>
    <w:p>
      <w:pPr>
        <w:jc w:val="right"/>
      </w:pPr>
      <w:r>
        <w:t>از ا ہیلدی ٹری، ویری ویری ہیلدی ٹری۔ اٹ الویز گیوز نائس فروٹ ٹو نیبرز، ٹو کمپینینز، ٹو فیملی،</w:t>
      </w:r>
    </w:p>
    <w:p>
      <w:r>
        <w:rPr>
          <w:b/>
        </w:rPr>
        <w:t xml:space="preserve">[17:07] </w:t>
      </w:r>
      <w:r>
        <w:t>to society. every time.</w:t>
      </w:r>
    </w:p>
    <w:p>
      <w:pPr>
        <w:jc w:val="right"/>
      </w:pPr>
      <w:r>
        <w:t>ٹو سوسائٹی۔ ایوری ٹائم۔</w:t>
      </w:r>
    </w:p>
    <w:p>
      <w:r>
        <w:rPr>
          <w:b/>
        </w:rPr>
        <w:t xml:space="preserve">[17:12] </w:t>
      </w:r>
      <w:r>
        <w:t>so tree, tree is a giver member of universal society.</w:t>
      </w:r>
    </w:p>
    <w:p>
      <w:pPr>
        <w:jc w:val="right"/>
      </w:pPr>
      <w:r>
        <w:t>سو ٹری، ٹری از ا گیور ممبر اف یونیورسل سوسائٹی۔</w:t>
      </w:r>
    </w:p>
    <w:p>
      <w:r>
        <w:rPr>
          <w:b/>
        </w:rPr>
        <w:t xml:space="preserve">[17:22] </w:t>
      </w:r>
      <w:r>
        <w:t>of universal society, and tree is a member of that society. So tree is a giver member of that society, not a taker member.</w:t>
      </w:r>
    </w:p>
    <w:p>
      <w:pPr>
        <w:jc w:val="right"/>
      </w:pPr>
      <w:r>
        <w:t>اف یونیورسل سوسائٹی، اینڈ ٹری از ا ممبر اف دیٹ سوسائٹی۔ سو ٹری از ا گیور ممبر اف دی سوسائٹی، ناٹ ا ٹیکر ممبر۔</w:t>
      </w:r>
    </w:p>
    <w:p>
      <w:r>
        <w:rPr>
          <w:b/>
        </w:rPr>
        <w:t xml:space="preserve">[17:37] </w:t>
      </w:r>
      <w:r>
        <w:t>tree gives people oxygen</w:t>
      </w:r>
    </w:p>
    <w:p>
      <w:pPr>
        <w:jc w:val="right"/>
      </w:pPr>
      <w:r>
        <w:t>ٹری گیوز پیپل اکسیجن</w:t>
      </w:r>
    </w:p>
    <w:p>
      <w:r>
        <w:rPr>
          <w:b/>
        </w:rPr>
        <w:t xml:space="preserve">[17:41] </w:t>
      </w:r>
      <w:r>
        <w:t>. tree gives people fruit and flowers. tree gives to other, to others shade,</w:t>
      </w:r>
    </w:p>
    <w:p>
      <w:pPr>
        <w:jc w:val="right"/>
      </w:pPr>
      <w:r>
        <w:t>۔ ٹری گیوز پیپل فروٹ اینڈ فلاورز۔ ٹری گیوز ٹو ادر، ٹو ادرز شیڈو،</w:t>
      </w:r>
    </w:p>
    <w:p>
      <w:r>
        <w:rPr>
          <w:b/>
        </w:rPr>
        <w:t xml:space="preserve">[17:56] </w:t>
      </w:r>
      <w:r>
        <w:t>and everything de is useful for mankind.</w:t>
      </w:r>
    </w:p>
    <w:p>
      <w:pPr>
        <w:jc w:val="right"/>
      </w:pPr>
      <w:r>
        <w:t>اینڈ ایوری تھنگ دے از یوزفل فار مین کائنڈ۔</w:t>
      </w:r>
    </w:p>
    <w:p>
      <w:r>
        <w:rPr>
          <w:b/>
        </w:rPr>
        <w:t xml:space="preserve">[18:00] </w:t>
      </w:r>
      <w:r>
        <w:t>so is the case of a momin. momin lives as a giver member of det society, not as a taker member of det society.</w:t>
      </w:r>
    </w:p>
    <w:p>
      <w:pPr>
        <w:jc w:val="right"/>
      </w:pPr>
      <w:r>
        <w:t>سو از دا کیس اف ا مومن۔ مومن لیوز ایز ا گیور ممبر اف دی سوسائٹی، ناٹ ایز ا ٹیکر ممبر اف دی سوسائٹی۔</w:t>
      </w:r>
    </w:p>
    <w:p>
      <w:r>
        <w:rPr>
          <w:b/>
        </w:rPr>
        <w:t xml:space="preserve">[18:17] </w:t>
      </w:r>
      <w:r>
        <w:t>There is a hadith: "al lam tanfah fla tadarr". So this hadith gives us a two-point formula.</w:t>
      </w:r>
    </w:p>
    <w:p>
      <w:pPr>
        <w:jc w:val="right"/>
      </w:pPr>
      <w:r>
        <w:t>دیر از ا حدیث: "اللم تنفہ فلا تضر"۔ سو دس حدیث گیوز اس ا ٹو پوائنٹ فارمولا۔</w:t>
      </w:r>
    </w:p>
    <w:p>
      <w:r>
        <w:rPr>
          <w:b/>
        </w:rPr>
        <w:t xml:space="preserve">[18:27] </w:t>
      </w:r>
      <w:r>
        <w:t>either you have to live as a giver member of society, or no problem member of that society.</w:t>
      </w:r>
    </w:p>
    <w:p>
      <w:pPr>
        <w:jc w:val="right"/>
      </w:pPr>
      <w:r>
        <w:t>ایدر یو ہیو ٹو لیو ایز ا گیور ممبر اف سوسائٹی، اور نو پرابلم ممبر اف دی سوسائٹی۔</w:t>
      </w:r>
    </w:p>
    <w:p>
      <w:r>
        <w:rPr>
          <w:b/>
        </w:rPr>
        <w:t xml:space="preserve">[18:40] </w:t>
      </w:r>
      <w:r>
        <w:t>der is no third position,</w:t>
      </w:r>
    </w:p>
    <w:p>
      <w:pPr>
        <w:jc w:val="right"/>
      </w:pPr>
      <w:r>
        <w:t>دیر از نو تھرڈ پوزیشن،</w:t>
      </w:r>
    </w:p>
    <w:p>
      <w:r>
        <w:rPr>
          <w:b/>
        </w:rPr>
        <w:t xml:space="preserve">[18:45] </w:t>
      </w:r>
      <w:r>
        <w:t>only two positions</w:t>
      </w:r>
    </w:p>
    <w:p>
      <w:pPr>
        <w:jc w:val="right"/>
      </w:pPr>
      <w:r>
        <w:t>اونلی ٹو پوزیشنز</w:t>
      </w:r>
    </w:p>
    <w:p>
      <w:r>
        <w:rPr>
          <w:b/>
        </w:rPr>
        <w:t xml:space="preserve">[18:48] </w:t>
      </w:r>
      <w:r>
        <w:t>, no third. It is either you must live as a given member of your society, or you have to live as a no problem member of society.</w:t>
      </w:r>
    </w:p>
    <w:p>
      <w:pPr>
        <w:jc w:val="right"/>
      </w:pPr>
      <w:r>
        <w:t>، نو تھرڈ۔ دیٹ از ایدر یو مسٹ لیو ایز ا گیور ممبر اف یور سوسائٹی، اور یو ہیو ٹو لیو ایز ا نو پرابلم ممبر اف سوسائٹی۔</w:t>
      </w:r>
    </w:p>
    <w:p>
      <w:r>
        <w:rPr>
          <w:b/>
        </w:rPr>
        <w:t xml:space="preserve">[19:05] </w:t>
      </w:r>
      <w:r>
        <w:t>there as now third position. So this is the culture of tree, and this is the culture of momin.</w:t>
      </w:r>
    </w:p>
    <w:p>
      <w:pPr>
        <w:jc w:val="right"/>
      </w:pPr>
      <w:r>
        <w:t>دیر از نو تھرڈ پوزیشن۔ سو دس از دا کلچر اف ٹری، اینڈ دس از دا کلچر اف مومن۔</w:t>
      </w:r>
    </w:p>
    <w:p>
      <w:r>
        <w:rPr>
          <w:b/>
        </w:rPr>
        <w:t xml:space="preserve">[19:16] </w:t>
      </w:r>
      <w:r>
        <w:t>da only difference that tree is, tree has everything, but thinking.</w:t>
      </w:r>
    </w:p>
    <w:p>
      <w:pPr>
        <w:jc w:val="right"/>
      </w:pPr>
      <w:r>
        <w:t>دا اونلی ڈیفرنس دیٹ ٹری از، ٹری ہیز ایوری تھنگ، بٹ تھنکنگ۔</w:t>
      </w:r>
    </w:p>
    <w:p>
      <w:r>
        <w:rPr>
          <w:b/>
        </w:rPr>
        <w:t xml:space="preserve">[19:25] </w:t>
      </w:r>
      <w:r>
        <w:t>tree has no mind. so tree, all these behaviors we see in tree, is a compulsive behavior.</w:t>
      </w:r>
    </w:p>
    <w:p>
      <w:pPr>
        <w:jc w:val="right"/>
      </w:pPr>
      <w:r>
        <w:t>ٹری ہیز نو مائنڈ۔ سو ٹری، ال دیز بیہیویئرز وی سی ان ٹری، از ا کمپلسو بیہیویئر۔</w:t>
      </w:r>
    </w:p>
    <w:p>
      <w:r>
        <w:rPr>
          <w:b/>
        </w:rPr>
        <w:t xml:space="preserve">[19:40] </w:t>
      </w:r>
      <w:r>
        <w:t>tree is under da law of nature. so tree has no option.</w:t>
      </w:r>
    </w:p>
    <w:p>
      <w:pPr>
        <w:jc w:val="right"/>
      </w:pPr>
      <w:r>
        <w:t>ٹری از انڈر دا لاء اف نیچر۔ سو ٹری ہیز نو اپشن۔</w:t>
      </w:r>
    </w:p>
    <w:p>
      <w:r>
        <w:rPr>
          <w:b/>
        </w:rPr>
        <w:t xml:space="preserve">[19:47] </w:t>
      </w:r>
      <w:r>
        <w:t>tree has no option. tree has no freedom.</w:t>
      </w:r>
    </w:p>
    <w:p>
      <w:pPr>
        <w:jc w:val="right"/>
      </w:pPr>
      <w:r>
        <w:t>ٹری ہیز نو اپشن۔ ٹری ہیز نو فریڈم۔</w:t>
      </w:r>
    </w:p>
    <w:p>
      <w:r>
        <w:rPr>
          <w:b/>
        </w:rPr>
        <w:t xml:space="preserve">[19:53] </w:t>
      </w:r>
      <w:r>
        <w:t>so what tree?</w:t>
      </w:r>
    </w:p>
    <w:p>
      <w:pPr>
        <w:jc w:val="right"/>
      </w:pPr>
      <w:r>
        <w:t>سو واٹ ٹری؟</w:t>
      </w:r>
    </w:p>
    <w:p>
      <w:r>
        <w:rPr>
          <w:b/>
        </w:rPr>
        <w:t xml:space="preserve">[19:58] </w:t>
      </w:r>
      <w:r>
        <w:t>so tree behavior is a compulsive behavior, but momin behavior is end by choice.</w:t>
      </w:r>
    </w:p>
    <w:p>
      <w:pPr>
        <w:jc w:val="right"/>
      </w:pPr>
      <w:r>
        <w:t>سو ٹری بیہیویئر از ا کمپلسو بیہیویئر، بٹ مومنٹ بیہیویئر از اینڈ بائی چوائس۔</w:t>
      </w:r>
    </w:p>
    <w:p>
      <w:r>
        <w:rPr>
          <w:b/>
        </w:rPr>
        <w:t xml:space="preserve">[20:08] </w:t>
      </w:r>
      <w:r>
        <w:t>what tree has adopt? what? what tree has adopted under compulsion?</w:t>
      </w:r>
    </w:p>
    <w:p>
      <w:pPr>
        <w:jc w:val="right"/>
      </w:pPr>
      <w:r>
        <w:t>واٹ ٹری ہیز اڈاپٹ؟ واٹ؟ واٹ ٹری ہیز اڈاپٹڈ انڈر کمپلشن؟</w:t>
      </w:r>
    </w:p>
    <w:p>
      <w:r>
        <w:rPr>
          <w:b/>
        </w:rPr>
        <w:t xml:space="preserve">[20:16] </w:t>
      </w:r>
      <w:r>
        <w:t>momin adopts the same behavior, but as a choice.</w:t>
      </w:r>
    </w:p>
    <w:p>
      <w:pPr>
        <w:jc w:val="right"/>
      </w:pPr>
      <w:r>
        <w:t>مومن اڈاپٹس دا سیم بیہیویئر، بٹ ایز ا چوائس۔</w:t>
      </w:r>
    </w:p>
    <w:p>
      <w:r>
        <w:rPr>
          <w:b/>
        </w:rPr>
        <w:t xml:space="preserve">[20:26] </w:t>
      </w:r>
      <w:r>
        <w:t>this is the uniqueness of momin. so momin activate mind, and he control, he control behavior by mind, by thinking.</w:t>
      </w:r>
    </w:p>
    <w:p>
      <w:pPr>
        <w:jc w:val="right"/>
      </w:pPr>
      <w:r>
        <w:t>دس از دا یونیکنس اف مومن۔ سو مومن ایکٹیویٹ مائنڈ، اینڈ ہی کنٹرول، ہی کنٹرول بیہیویئر بائی مائنڈ، بائی تھنکنگ۔</w:t>
      </w:r>
    </w:p>
    <w:p>
      <w:r>
        <w:rPr>
          <w:b/>
        </w:rPr>
        <w:t xml:space="preserve">[20:45] </w:t>
      </w:r>
      <w:r>
        <w:t>momin is, so tree is under the law of nature, and momin is under, under his own mind, under his own thinking, under his own free will.</w:t>
      </w:r>
    </w:p>
    <w:p>
      <w:pPr>
        <w:jc w:val="right"/>
      </w:pPr>
      <w:r>
        <w:t>مومن از، سو ٹری از انڈر دا لاء اف نیچر، اینڈ مومن از انڈر، انڈر ہز اون مائنڈ، انڈر ہز اون تھنکنگ، انڈر ہز اون فری ول۔</w:t>
      </w:r>
    </w:p>
    <w:p>
      <w:r>
        <w:rPr>
          <w:b/>
        </w:rPr>
        <w:t xml:space="preserve">[21:03] </w:t>
      </w:r>
      <w:r>
        <w:t>because of this, paradise is only for momin, not for trees.</w:t>
      </w:r>
    </w:p>
    <w:p>
      <w:pPr>
        <w:jc w:val="right"/>
      </w:pPr>
      <w:r>
        <w:t>بیکاز اف دس، پیراڈائز از اونلی فار مومنٹ، ناٹ فار ٹریز۔</w:t>
      </w:r>
    </w:p>
    <w:p>
      <w:r>
        <w:rPr>
          <w:b/>
        </w:rPr>
        <w:t xml:space="preserve">[21:12] </w:t>
      </w:r>
      <w:r>
        <w:t>so this is the tree culture, which you can see every time in momin life.</w:t>
      </w:r>
    </w:p>
    <w:p>
      <w:pPr>
        <w:jc w:val="right"/>
      </w:pPr>
      <w:r>
        <w:t>سو دس از دا ٹری کلچر، وچ یو کین سی ایوری ٹائم ان مومن لائف۔</w:t>
      </w:r>
    </w:p>
    <w:p>
      <w:r>
        <w:rPr>
          <w:b/>
        </w:rPr>
        <w:t xml:space="preserve">[21:28] </w:t>
      </w:r>
      <w:r>
        <w:t>so every tree, tree is free of malice, free of revenge, free of anger.</w:t>
      </w:r>
    </w:p>
    <w:p>
      <w:pPr>
        <w:jc w:val="right"/>
      </w:pPr>
      <w:r>
        <w:t>سو ایوری ٹری، ٹری از فری اف میلس، فری اف ریونج، فری اف اینگر۔</w:t>
      </w:r>
    </w:p>
    <w:p>
      <w:r>
        <w:rPr>
          <w:b/>
        </w:rPr>
        <w:t xml:space="preserve">[21:38] </w:t>
      </w:r>
      <w:r>
        <w:t>so is the case of m</w:t>
      </w:r>
    </w:p>
    <w:p>
      <w:pPr>
        <w:jc w:val="right"/>
      </w:pPr>
      <w:r>
        <w:t>سو از دا کیس اف م</w:t>
      </w:r>
    </w:p>
    <w:p>
      <w:r>
        <w:rPr>
          <w:b/>
        </w:rPr>
        <w:t xml:space="preserve">[21:40] </w:t>
      </w:r>
      <w:r>
        <w:t>omin. momin is free of all these negative thoughts. momin is, momin has, momin is a master of the art of management, art of difference management, art of malice management, art of anger management.</w:t>
      </w:r>
    </w:p>
    <w:p>
      <w:pPr>
        <w:jc w:val="right"/>
      </w:pPr>
      <w:r>
        <w:t>ومن۔ مومن از فری اف ال دیز نیگیٹیو تھاٹس۔ مومن از، مومن ہیز، مومن از ا ماسٹر اف دا ارٹ اف مینجمنٹ، ارٹ اف ڈیفرنس مینجمنٹ، ارٹ اف میلس مینجمنٹ، ارٹ اف اینگر مینجمنٹ۔</w:t>
      </w:r>
    </w:p>
    <w:p>
      <w:r>
        <w:rPr>
          <w:b/>
        </w:rPr>
        <w:t xml:space="preserve">[22:04] </w:t>
      </w:r>
      <w:r>
        <w:t>so momin is an expert of all these arts.</w:t>
      </w:r>
    </w:p>
    <w:p>
      <w:pPr>
        <w:jc w:val="right"/>
      </w:pPr>
      <w:r>
        <w:t>سو مومن از این ایکسپرٹ اف ال دیز ارٹس۔</w:t>
      </w:r>
    </w:p>
    <w:p>
      <w:r>
        <w:rPr>
          <w:b/>
        </w:rPr>
        <w:t xml:space="preserve">[22:11] </w:t>
      </w:r>
      <w:r>
        <w:t>so what tree does under the law of nature? momin does his own decision under his own, under his own decision.</w:t>
      </w:r>
    </w:p>
    <w:p>
      <w:pPr>
        <w:jc w:val="right"/>
      </w:pPr>
      <w:r>
        <w:t>سو واٹ ٹری ڈز انڈر دی لاء اف نیچر؟ مومن ڈز ہز اون ڈیسیژن انڈر ہز اون، انڈر ہز اون ڈیسیژن۔</w:t>
      </w:r>
    </w:p>
    <w:p>
      <w:r>
        <w:rPr>
          <w:b/>
        </w:rPr>
        <w:t xml:space="preserve">[22:29] </w:t>
      </w:r>
      <w:r>
        <w:t>deen</w:t>
      </w:r>
    </w:p>
    <w:p>
      <w:pPr>
        <w:jc w:val="right"/>
      </w:pPr>
      <w:r>
        <w:t>دین</w:t>
      </w:r>
    </w:p>
    <w:p>
      <w:r>
        <w:rPr>
          <w:b/>
        </w:rPr>
        <w:t xml:space="preserve">[22:35] </w:t>
      </w:r>
      <w:r>
        <w:t>this is the quality of a individual tree, or individual momin. so individual momin is like a tree, like a healthy tree.</w:t>
      </w:r>
    </w:p>
    <w:p>
      <w:pPr>
        <w:jc w:val="right"/>
      </w:pPr>
      <w:r>
        <w:t>دس از دا کوالٹی اف ا انڈیویجول ٹری، اور انڈیویجول مومن۔ سو انڈیویجول مومن از لائک ا ٹری، لائک ا ہیلدی ٹری۔</w:t>
      </w:r>
    </w:p>
    <w:p>
      <w:r>
        <w:rPr>
          <w:b/>
        </w:rPr>
        <w:t xml:space="preserve">[22:47] </w:t>
      </w:r>
      <w:r>
        <w:t>deen if there are, there are a good number of momins, like 50 or 100 or more.</w:t>
      </w:r>
    </w:p>
    <w:p>
      <w:pPr>
        <w:jc w:val="right"/>
      </w:pPr>
      <w:r>
        <w:t>دین اف دیر ار، دیر ار ا گڈ نمبر اف مومنٹس، لائک 50 اور 100 اور مور۔</w:t>
      </w:r>
    </w:p>
    <w:p>
      <w:r>
        <w:rPr>
          <w:b/>
        </w:rPr>
        <w:t xml:space="preserve">[22:59] </w:t>
      </w:r>
      <w:r>
        <w:t>deen it is like a garden.</w:t>
      </w:r>
    </w:p>
    <w:p>
      <w:pPr>
        <w:jc w:val="right"/>
      </w:pPr>
      <w:r>
        <w:t>دین اٹ از لائک ا گارڈن۔</w:t>
      </w:r>
    </w:p>
    <w:p>
      <w:r>
        <w:rPr>
          <w:b/>
        </w:rPr>
        <w:t xml:space="preserve">[23:04] </w:t>
      </w:r>
      <w:r>
        <w:t>when there are many many trees, there is a garden. so is the case of momin. w</w:t>
      </w:r>
    </w:p>
    <w:p>
      <w:pPr>
        <w:jc w:val="right"/>
      </w:pPr>
      <w:r>
        <w:t>وین دیر ار مینی مینی ٹریز، دیر از ا گارڈن۔ سو از دا کیس اف مومن۔ و</w:t>
      </w:r>
    </w:p>
    <w:p>
      <w:r>
        <w:rPr>
          <w:b/>
        </w:rPr>
        <w:t xml:space="preserve">[23:14] </w:t>
      </w:r>
      <w:r>
        <w:t>hen momin are, when momin is not only one, but there are many many momins like this.</w:t>
      </w:r>
    </w:p>
    <w:p>
      <w:pPr>
        <w:jc w:val="right"/>
      </w:pPr>
      <w:r>
        <w:t>ین مومن ار، وین مومن از ناٹ اونلی ون، بٹ دیر ار مینی مینی مومنٹس لائک دس۔</w:t>
      </w:r>
    </w:p>
    <w:p>
      <w:r>
        <w:rPr>
          <w:b/>
        </w:rPr>
        <w:t xml:space="preserve">[23:27] </w:t>
      </w:r>
      <w:r>
        <w:t>deen there,</w:t>
      </w:r>
    </w:p>
    <w:p>
      <w:pPr>
        <w:jc w:val="right"/>
      </w:pPr>
      <w:r>
        <w:t>دین دیر،</w:t>
      </w:r>
    </w:p>
    <w:p>
      <w:r>
        <w:rPr>
          <w:b/>
        </w:rPr>
        <w:t xml:space="preserve">[23:33] </w:t>
      </w:r>
      <w:r>
        <w:t>the accumulation, the gathering leads to a garden.</w:t>
      </w:r>
    </w:p>
    <w:p>
      <w:pPr>
        <w:jc w:val="right"/>
      </w:pPr>
      <w:r>
        <w:t>دیر اکمولیشن، دیر گیدرنگ لیڈز ٹو ا گارڈن۔</w:t>
      </w:r>
    </w:p>
    <w:p>
      <w:r>
        <w:rPr>
          <w:b/>
        </w:rPr>
        <w:t xml:space="preserve">[23:46] </w:t>
      </w:r>
      <w:r>
        <w:t>to society, and individual level, momin is a single tree, but at a social level, this kind of momin form a garden,</w:t>
      </w:r>
    </w:p>
    <w:p>
      <w:pPr>
        <w:jc w:val="right"/>
      </w:pPr>
      <w:r>
        <w:t>تو سوسائٹی، اینڈ انڈیویجول لیول، مومن از ا سنگل ٹری، بٹ ایٹ ا سوشل لیول، دس کائنڈ اف مومن فارم ا گارڈن،</w:t>
      </w:r>
    </w:p>
    <w:p>
      <w:r>
        <w:rPr>
          <w:b/>
        </w:rPr>
        <w:t xml:space="preserve">[24:11] </w:t>
      </w:r>
      <w:r>
        <w:t>a gaardin, a biutiful gaardin.</w:t>
      </w:r>
    </w:p>
    <w:p>
      <w:pPr>
        <w:jc w:val="right"/>
      </w:pPr>
      <w:r>
        <w:t>ا گارڈن، ا بیوٹیفل گارڈن۔</w:t>
      </w:r>
    </w:p>
    <w:p>
      <w:r>
        <w:rPr>
          <w:b/>
        </w:rPr>
        <w:t xml:space="preserve">[24:14] </w:t>
      </w:r>
      <w:r>
        <w:t>and all those things which we see in an individual moment, here you can see at a larger scale. guarding minds the same quality at a larger scale,</w:t>
      </w:r>
    </w:p>
    <w:p>
      <w:pPr>
        <w:jc w:val="right"/>
      </w:pPr>
      <w:r>
        <w:t>اینڈ ال دوز تھنگز وچ وی سی ان ا ان انڈیویجول مومن، ہیر یو کین سی ایٹ ا لارجر سکیل۔ گارڈن مینز دا سیم کوالٹی ایٹ ا لارجر سکیل،</w:t>
      </w:r>
    </w:p>
    <w:p>
      <w:r>
        <w:rPr>
          <w:b/>
        </w:rPr>
        <w:t xml:space="preserve">[24:29] </w:t>
      </w:r>
      <w:r>
        <w:t>some kind of shade, greenery, flowers, fruit, and positivity, and no anger, no malice.</w:t>
      </w:r>
    </w:p>
    <w:p>
      <w:pPr>
        <w:jc w:val="right"/>
      </w:pPr>
      <w:r>
        <w:t>سیم کائنڈ اف شیڈو، گرینری، فلاورز، فروٹ، اینڈ پوزیٹیوٹی، اینڈ نو اینگر، نو میلس۔</w:t>
      </w:r>
    </w:p>
    <w:p>
      <w:r>
        <w:rPr>
          <w:b/>
        </w:rPr>
        <w:t xml:space="preserve">[24:45] </w:t>
      </w:r>
      <w:r>
        <w:t>So this is the quality of a beautiful garden.</w:t>
      </w:r>
    </w:p>
    <w:p>
      <w:pPr>
        <w:jc w:val="right"/>
      </w:pPr>
      <w:r>
        <w:t>سو دس از دی کوالٹی اف ا بیوٹیفل گارڈن۔</w:t>
      </w:r>
    </w:p>
    <w:p>
      <w:r>
        <w:rPr>
          <w:b/>
        </w:rPr>
        <w:t xml:space="preserve">[24:53] </w:t>
      </w:r>
      <w:r>
        <w:t>Then there is the third phase. The first phase, momin is like a tree. In the second phase,</w:t>
      </w:r>
    </w:p>
    <w:p>
      <w:pPr>
        <w:jc w:val="right"/>
      </w:pPr>
      <w:r>
        <w:t>دین دیر از دا تھرڈ فیز۔ دا فرسٹ فیز، مومن از لائک ا ٹری۔ ان دا سیکنڈ فیز،</w:t>
      </w:r>
    </w:p>
    <w:p>
      <w:r>
        <w:rPr>
          <w:b/>
        </w:rPr>
        <w:t xml:space="preserve">[25:06] </w:t>
      </w:r>
      <w:r>
        <w:t>The group of moments are like a garden.</w:t>
      </w:r>
    </w:p>
    <w:p>
      <w:pPr>
        <w:jc w:val="right"/>
      </w:pPr>
      <w:r>
        <w:t>دا گروپ اف مومنٹس ار لائک ا گارڈن۔</w:t>
      </w:r>
    </w:p>
    <w:p>
      <w:r>
        <w:rPr>
          <w:b/>
        </w:rPr>
        <w:t xml:space="preserve">[25:11] </w:t>
      </w:r>
      <w:r>
        <w:t>When there is a group of moments, then there is a garden, beautiful garden, healthy garden, nice garden.</w:t>
      </w:r>
    </w:p>
    <w:p>
      <w:pPr>
        <w:jc w:val="right"/>
      </w:pPr>
      <w:r>
        <w:t>وین دیر از ا گروپ اف مومنٹس، دین دیر از ا گارڈن، بیوٹیفل گارڈن، ہیلدی گارڈن، نائس گارڈن۔</w:t>
      </w:r>
    </w:p>
    <w:p>
      <w:r>
        <w:rPr>
          <w:b/>
        </w:rPr>
        <w:t xml:space="preserve">[25:23] </w:t>
      </w:r>
      <w:r>
        <w:t>dain dir iz da thard fiz. dis thard fiz iz minshnd in hadis.</w:t>
      </w:r>
    </w:p>
    <w:p>
      <w:pPr>
        <w:jc w:val="right"/>
      </w:pPr>
      <w:r>
        <w:t>دین دیر از دا تھرڈ فیز۔ دس تھرڈ فیز از مینشن ان حدیث۔</w:t>
      </w:r>
    </w:p>
    <w:p>
      <w:r>
        <w:rPr>
          <w:b/>
        </w:rPr>
        <w:t xml:space="preserve">[25:34] </w:t>
      </w:r>
      <w:r>
        <w:t>da prafait of islaam said dat az naait of miraaj, dir iz asinshen.</w:t>
      </w:r>
    </w:p>
    <w:p>
      <w:pPr>
        <w:jc w:val="right"/>
      </w:pPr>
      <w:r>
        <w:t>دا پرافٹ اف اسلام سیڈ دیٹ ایز نائٹ اف معراج، دیر از اسینشن۔</w:t>
      </w:r>
    </w:p>
    <w:p>
      <w:r>
        <w:rPr>
          <w:b/>
        </w:rPr>
        <w:t xml:space="preserve">[25:44] </w:t>
      </w:r>
      <w:r>
        <w:t>hi hilpin tu mit prafait ibrahim.</w:t>
      </w:r>
    </w:p>
    <w:p>
      <w:pPr>
        <w:jc w:val="right"/>
      </w:pPr>
      <w:r>
        <w:t>ہی ہیپن ٹو میٹ پرافٹ ابراہیم۔</w:t>
      </w:r>
    </w:p>
    <w:p>
      <w:r>
        <w:rPr>
          <w:b/>
        </w:rPr>
        <w:t xml:space="preserve">[25:52] </w:t>
      </w:r>
      <w:r>
        <w:t>Prophet Ibrahim. So Prophet Ibrahim said to him, O Muhammad,</w:t>
      </w:r>
    </w:p>
    <w:p>
      <w:pPr>
        <w:jc w:val="right"/>
      </w:pPr>
      <w:r>
        <w:t>پرافٹ ابراہیم۔ سو پرافٹ ابراہیم سیڈ ٹو ہم، او محمد،</w:t>
      </w:r>
    </w:p>
    <w:p>
      <w:r>
        <w:rPr>
          <w:b/>
        </w:rPr>
        <w:t xml:space="preserve">[26:06] </w:t>
      </w:r>
      <w:r>
        <w:t>say to your ummah, ummah to your followers, that paradise is a qian, Q.I.A.N.</w:t>
      </w:r>
    </w:p>
    <w:p>
      <w:pPr>
        <w:jc w:val="right"/>
      </w:pPr>
      <w:r>
        <w:t>سے ٹو یور امہ، امہ ٹو یور فالوورز، دیٹ پیراڈائز از ا قیان، کیو ائی اے این۔</w:t>
      </w:r>
    </w:p>
    <w:p>
      <w:r>
        <w:rPr>
          <w:b/>
        </w:rPr>
        <w:t xml:space="preserve">[26:25] </w:t>
      </w:r>
      <w:r>
        <w:t>Paradise is like a qiaan. qiaan means open field. open field. So he said that Paradise is like a qiaan.</w:t>
      </w:r>
    </w:p>
    <w:p>
      <w:pPr>
        <w:jc w:val="right"/>
      </w:pPr>
      <w:r>
        <w:t>پیراڈائز از لائک ا قیان۔ قیان مینز اوپن فیلڈ۔ اوپن فیلڈ۔ سو ہی سیڈ دیٹ پیراڈائز از لائک ا قیان۔</w:t>
      </w:r>
    </w:p>
    <w:p>
      <w:r>
        <w:rPr>
          <w:b/>
        </w:rPr>
        <w:t xml:space="preserve">[26:40] </w:t>
      </w:r>
      <w:r>
        <w:t>Its, its soil is very very nice soil, very good soil. A soil is very fertile soil, and its water is very nice water.</w:t>
      </w:r>
    </w:p>
    <w:p>
      <w:pPr>
        <w:jc w:val="right"/>
      </w:pPr>
      <w:r>
        <w:t>اٹس، اٹس سائل از ویری ویری نائس سائل، ویری گڈ سائل۔ ا سائل از ویری فرٹائل سائل، اینڈ اٹس واٹر از ویری نائس واٹر۔</w:t>
      </w:r>
    </w:p>
    <w:p>
      <w:r>
        <w:rPr>
          <w:b/>
        </w:rPr>
        <w:t xml:space="preserve">[26:57] </w:t>
      </w:r>
      <w:r>
        <w:t>So everything is there, but it is an open field. And this, these trees, this morning will be planted in this land.</w:t>
      </w:r>
    </w:p>
    <w:p>
      <w:pPr>
        <w:jc w:val="right"/>
      </w:pPr>
      <w:r>
        <w:t>سو ایوری تھنگ از دیر، بٹ اٹ از این اوپن فیلڈ، قیان۔ اینڈ دیز، دیز ٹریز، دیز مومن ول بی پلانٹڈ ان دس لینڈ۔</w:t>
      </w:r>
    </w:p>
    <w:p>
      <w:r>
        <w:rPr>
          <w:b/>
        </w:rPr>
        <w:t xml:space="preserve">[27:20] </w:t>
      </w:r>
      <w:r>
        <w:t>So according to this hadith, in this present world, every momin is like a tree, or you can see that this world is like a nursery.</w:t>
      </w:r>
    </w:p>
    <w:p>
      <w:pPr>
        <w:jc w:val="right"/>
      </w:pPr>
      <w:r>
        <w:t>سو اکارڈنگ ٹو دس حدیث، ان دس پریزنٹ ورلڈ، ایوری مومن از لائک ا ٹری، اور یو کین سی دیٹ دس ورلڈ از لائک ا نرسری۔</w:t>
      </w:r>
    </w:p>
    <w:p>
      <w:r>
        <w:rPr>
          <w:b/>
        </w:rPr>
        <w:t xml:space="preserve">[27:36] </w:t>
      </w:r>
      <w:r>
        <w:t>priznt varld iz laik a narsri.</w:t>
      </w:r>
    </w:p>
    <w:p>
      <w:pPr>
        <w:jc w:val="right"/>
      </w:pPr>
      <w:r>
        <w:t>پریزنٹ ورلڈ از لائک ا نرسری۔</w:t>
      </w:r>
    </w:p>
    <w:p>
      <w:r>
        <w:rPr>
          <w:b/>
        </w:rPr>
        <w:t xml:space="preserve">[27:41] </w:t>
      </w:r>
      <w:r>
        <w:t>All the momin are nurtured in this nursery. Then there is a transplantation</w:t>
      </w:r>
    </w:p>
    <w:p>
      <w:pPr>
        <w:jc w:val="right"/>
      </w:pPr>
      <w:r>
        <w:t>ال دا مومن ار نرچرڈ ان دس نرسری۔ دین دیر از ا ٹرانسپلانٹیشن</w:t>
      </w:r>
    </w:p>
    <w:p>
      <w:r>
        <w:rPr>
          <w:b/>
        </w:rPr>
        <w:t xml:space="preserve">[27:51] </w:t>
      </w:r>
      <w:r>
        <w:t>. Then there is a transplantation. In period with period, we are like a nursery.</w:t>
      </w:r>
    </w:p>
    <w:p>
      <w:pPr>
        <w:jc w:val="right"/>
      </w:pPr>
      <w:r>
        <w:t>۔ دین دیر از ا ٹرانسپلانٹیشن۔ ان پیریڈ ود پیریڈ، وی ار لائک ا نرسری۔</w:t>
      </w:r>
    </w:p>
    <w:p>
      <w:r>
        <w:rPr>
          <w:b/>
        </w:rPr>
        <w:t xml:space="preserve">[28:00] </w:t>
      </w:r>
      <w:r>
        <w:t>we are living in a nursery. In period with period. Then in the period hereafter, in the post-death period,</w:t>
      </w:r>
    </w:p>
    <w:p>
      <w:pPr>
        <w:jc w:val="right"/>
      </w:pPr>
      <w:r>
        <w:t>وی ار لیونگ ان ا نرسری۔ ان پیریڈ ود پیریڈ۔ دین ان دا پیریڈ ہیر افٹر، ان دا پوسٹ ڈیتھ پیریڈ،</w:t>
      </w:r>
    </w:p>
    <w:p>
      <w:r>
        <w:rPr>
          <w:b/>
        </w:rPr>
        <w:t xml:space="preserve">[28:11] </w:t>
      </w:r>
      <w:r>
        <w:t>Every Momin will be replanted or transplanted in the paradise.</w:t>
      </w:r>
    </w:p>
    <w:p>
      <w:pPr>
        <w:jc w:val="right"/>
      </w:pPr>
      <w:r>
        <w:t>ایوری مومن ول بی ری پلانٹڈ اور ٹرانسپلانٹڈ ان دا پیراڈائز۔</w:t>
      </w:r>
    </w:p>
    <w:p>
      <w:r>
        <w:rPr>
          <w:b/>
        </w:rPr>
        <w:t xml:space="preserve">[28:18] </w:t>
      </w:r>
      <w:r>
        <w:t>But this transplantation will be in a sectarian basis, not a general basis.</w:t>
      </w:r>
    </w:p>
    <w:p>
      <w:pPr>
        <w:jc w:val="right"/>
      </w:pPr>
      <w:r>
        <w:t>بٹ دس ٹرانسپلانٹیشن ول بی ان سیکٹری بیسس، ناٹ ا جنرل بیسس۔</w:t>
      </w:r>
    </w:p>
    <w:p>
      <w:r>
        <w:rPr>
          <w:b/>
        </w:rPr>
        <w:t xml:space="preserve">[28:29] </w:t>
      </w:r>
      <w:r>
        <w:t>only those trees that, healthy trees,</w:t>
      </w:r>
    </w:p>
    <w:p>
      <w:pPr>
        <w:jc w:val="right"/>
      </w:pPr>
      <w:r>
        <w:t>اونلی دوز ٹریز دیٹ۔ ہیلدی ٹریز،</w:t>
      </w:r>
    </w:p>
    <w:p>
      <w:r>
        <w:rPr>
          <w:b/>
        </w:rPr>
        <w:t xml:space="preserve">[28:37] </w:t>
      </w:r>
      <w:r>
        <w:t>only those trees that prove to be healthy trees, only these trees will be selected for transplantation in the land of the paradise.</w:t>
      </w:r>
    </w:p>
    <w:p>
      <w:pPr>
        <w:jc w:val="right"/>
      </w:pPr>
      <w:r>
        <w:t>اونلی دوز ٹریز دیٹ پروف ٹو بی ہیلدی ٹریز، اونلی دیز ٹریز ول بی سلیکٹڈ فار ٹرانسپلانٹیشن ان دی لینڈ اف دا پیراڈائز۔</w:t>
      </w:r>
    </w:p>
    <w:p>
      <w:r>
        <w:rPr>
          <w:b/>
        </w:rPr>
        <w:t xml:space="preserve">[28:55] </w:t>
      </w:r>
      <w:r>
        <w:t>so there are three phases.</w:t>
      </w:r>
    </w:p>
    <w:p>
      <w:pPr>
        <w:jc w:val="right"/>
      </w:pPr>
      <w:r>
        <w:t>سو دیر ار تھری فیزز۔</w:t>
      </w:r>
    </w:p>
    <w:p>
      <w:r>
        <w:rPr>
          <w:b/>
        </w:rPr>
        <w:t xml:space="preserve">[28:57] </w:t>
      </w:r>
      <w:r>
        <w:t>First of all, every momin must grow itself, must grow his personality as a healthy tree.</w:t>
      </w:r>
    </w:p>
    <w:p>
      <w:pPr>
        <w:jc w:val="right"/>
      </w:pPr>
      <w:r>
        <w:t>فرسٹ اف ال، ایوری مومن مسٹ گرو اٹ سیلف، مسٹ گرو ہز پرسنیلٹی ایز ا ہیلدی ٹری۔</w:t>
      </w:r>
    </w:p>
    <w:p>
      <w:r>
        <w:rPr>
          <w:b/>
        </w:rPr>
        <w:t xml:space="preserve">[29:11] </w:t>
      </w:r>
      <w:r>
        <w:t>he must adopt the culture of tree. then when there are group, then they will become a garden, a beautiful garden.</w:t>
      </w:r>
    </w:p>
    <w:p>
      <w:pPr>
        <w:jc w:val="right"/>
      </w:pPr>
      <w:r>
        <w:t>ہی مسٹ اڈاپٹ دا کلچر اف ٹری۔ دین وین دیر ار گروپ، دین دے ول بیکم ا گارڈن، ا بیوٹیفل گارڈن۔</w:t>
      </w:r>
    </w:p>
    <w:p>
      <w:r>
        <w:rPr>
          <w:b/>
        </w:rPr>
        <w:t xml:space="preserve">[29:26] </w:t>
      </w:r>
      <w:r>
        <w:t>but this is not the end. there is the final phase. there is the third phase, final phase.</w:t>
      </w:r>
    </w:p>
    <w:p>
      <w:pPr>
        <w:jc w:val="right"/>
      </w:pPr>
      <w:r>
        <w:t>بٹ دس از ناٹ دا اینڈ۔ دیر از دا فائنل فیز۔ دیر از دا تھرڈ فیز، فائنل فیز۔</w:t>
      </w:r>
    </w:p>
    <w:p>
      <w:r>
        <w:rPr>
          <w:b/>
        </w:rPr>
        <w:t xml:space="preserve">[29:36] </w:t>
      </w:r>
      <w:r>
        <w:t>and this phase is in the post death period. so according to the hadith, paradise is open field, but very very fertile field, very very fertile.</w:t>
      </w:r>
    </w:p>
    <w:p>
      <w:pPr>
        <w:jc w:val="right"/>
      </w:pPr>
      <w:r>
        <w:t>اینڈ دس فیز از ان دا پوسٹ ڈیتھ پیریڈ۔ سو اکارڈنگ ٹو دا حدیث، پیراڈائز از اوپن فیلڈ، بٹ ویری ویری فرٹائل فیلڈ، ویری ویری فرٹائل۔</w:t>
      </w:r>
    </w:p>
    <w:p>
      <w:r>
        <w:rPr>
          <w:b/>
        </w:rPr>
        <w:t xml:space="preserve">[29:57] </w:t>
      </w:r>
      <w:r>
        <w:t>and everything is there. so in the hereafter,</w:t>
      </w:r>
    </w:p>
    <w:p>
      <w:pPr>
        <w:jc w:val="right"/>
      </w:pPr>
      <w:r>
        <w:t>اینڈ ایوری تھنگ از دیر۔ سو ان دا ہیر افٹر،</w:t>
      </w:r>
    </w:p>
    <w:p>
      <w:r>
        <w:rPr>
          <w:b/>
        </w:rPr>
        <w:t xml:space="preserve">[30:13] </w:t>
      </w:r>
      <w:r>
        <w:t>this in the hereafter, there is, there will be a transplantation. but this transplantation will be on selective basis</w:t>
      </w:r>
    </w:p>
    <w:p>
      <w:pPr>
        <w:jc w:val="right"/>
      </w:pPr>
      <w:r>
        <w:t>دس ان دا ہیر افٹر، دیر از، دیر ول بی ا ٹرانسپلانٹیشن۔ بٹ دس ٹرانسپلانٹیشن ول بی ان سلیکٹو بیسس</w:t>
      </w:r>
    </w:p>
    <w:p>
      <w:r>
        <w:rPr>
          <w:b/>
        </w:rPr>
        <w:t xml:space="preserve">[30:26] </w:t>
      </w:r>
      <w:r>
        <w:t>. not all the trees will be replanted in that field, no. but this replantation.</w:t>
      </w:r>
    </w:p>
    <w:p>
      <w:pPr>
        <w:jc w:val="right"/>
      </w:pPr>
      <w:r>
        <w:t>۔ ناٹ ال دا ٹریز ول بی ری پلانٹڈ ان دیٹ فیلڈ، نو۔ بٹ دس ری پلانٹیشن۔</w:t>
      </w:r>
    </w:p>
    <w:p>
      <w:r>
        <w:rPr>
          <w:b/>
        </w:rPr>
        <w:t xml:space="preserve">[30:36] </w:t>
      </w:r>
      <w:r>
        <w:t>transplantation will be on selective basis. Only those tree or those person prove to be a very healthy tree.</w:t>
      </w:r>
    </w:p>
    <w:p>
      <w:pPr>
        <w:jc w:val="right"/>
      </w:pPr>
      <w:r>
        <w:t>ٹرانسپلانٹیشن ول بی ان سلیکٹو بیسس۔ اونلی دوز ٹری اور دوز پرسن پروو ٹو بی ا ویری ہیلدی ٹری۔</w:t>
      </w:r>
    </w:p>
    <w:p>
      <w:r>
        <w:rPr>
          <w:b/>
        </w:rPr>
        <w:t xml:space="preserve">[30:51] </w:t>
      </w:r>
      <w:r>
        <w:t>only those people prove to be a</w:t>
      </w:r>
    </w:p>
    <w:p>
      <w:pPr>
        <w:jc w:val="right"/>
      </w:pPr>
      <w:r>
        <w:t>اونلی دوز پیپل پروو ٹو بی ا</w:t>
      </w:r>
    </w:p>
    <w:p>
      <w:r>
        <w:rPr>
          <w:b/>
        </w:rPr>
        <w:t xml:space="preserve">[30:57] </w:t>
      </w:r>
      <w:r>
        <w:t>positive personality. So they will be</w:t>
      </w:r>
    </w:p>
    <w:p>
      <w:pPr>
        <w:jc w:val="right"/>
      </w:pPr>
      <w:r>
        <w:t>پوزیٹیو پرسنیلٹی۔ سو دے ول بی</w:t>
      </w:r>
    </w:p>
    <w:p>
      <w:r>
        <w:rPr>
          <w:b/>
        </w:rPr>
        <w:t xml:space="preserve">[31:05] </w:t>
      </w:r>
      <w:r>
        <w:t>selected to replant or transplant in that field, which is paradise.</w:t>
      </w:r>
    </w:p>
    <w:p>
      <w:pPr>
        <w:jc w:val="right"/>
      </w:pPr>
      <w:r>
        <w:t>سلیکٹڈ ٹو ری پلانٹ اور ٹرانسپلانٹ ان دیٹ فیلڈ، وچ از پیراڈائز۔</w:t>
      </w:r>
    </w:p>
    <w:p>
      <w:r>
        <w:rPr>
          <w:b/>
        </w:rPr>
        <w:t xml:space="preserve">[31:15] </w:t>
      </w:r>
      <w:r>
        <w:t>or all other trees will be rejected.</w:t>
      </w:r>
    </w:p>
    <w:p>
      <w:pPr>
        <w:jc w:val="right"/>
      </w:pPr>
      <w:r>
        <w:t>اور ال ادر ٹریز ول بی ریجیکٹڈ۔</w:t>
      </w:r>
    </w:p>
    <w:p>
      <w:r>
        <w:rPr>
          <w:b/>
        </w:rPr>
        <w:t xml:space="preserve">[31:22] </w:t>
      </w:r>
      <w:r>
        <w:t>all other trees will be rejected.</w:t>
      </w:r>
    </w:p>
    <w:p>
      <w:pPr>
        <w:jc w:val="right"/>
      </w:pPr>
      <w:r>
        <w:t>ال ادر ٹریز ول بی ریجیکٹڈ۔</w:t>
      </w:r>
    </w:p>
    <w:p>
      <w:r>
        <w:rPr>
          <w:b/>
        </w:rPr>
        <w:t xml:space="preserve">[31:28] </w:t>
      </w:r>
      <w:r>
        <w:t>in bible, there is the word alfidha almarfuzah. rejected silver. so all those people, all those person who fail to develop them self as a healthy tree,</w:t>
      </w:r>
    </w:p>
    <w:p>
      <w:pPr>
        <w:jc w:val="right"/>
      </w:pPr>
      <w:r>
        <w:t>ان بائبل، دیر از دا ورڈ الفضۃ المرفوظہ۔ ریجیکٹڈ سلور۔ تو ال دوز پیپل، ال دوز پرسن ہو فیل ٹو ڈیولپ دیم سیلف ایز ا ہیلدی ٹری،</w:t>
      </w:r>
    </w:p>
    <w:p>
      <w:r>
        <w:rPr>
          <w:b/>
        </w:rPr>
        <w:t xml:space="preserve">[31:48] </w:t>
      </w:r>
      <w:r>
        <w:t>they will be rejected.</w:t>
      </w:r>
    </w:p>
    <w:p>
      <w:pPr>
        <w:jc w:val="right"/>
      </w:pPr>
      <w:r>
        <w:t>دے ول بی ریجیکٹڈ۔</w:t>
      </w:r>
    </w:p>
    <w:p>
      <w:r>
        <w:rPr>
          <w:b/>
        </w:rPr>
        <w:t xml:space="preserve">[31:51] </w:t>
      </w:r>
      <w:r>
        <w:t>although their abuse, their man or woman, they have</w:t>
      </w:r>
    </w:p>
    <w:p>
      <w:pPr>
        <w:jc w:val="right"/>
      </w:pPr>
      <w:r>
        <w:t>الدو دیر ابویسلی، دیر مین اور وومن، دے ہیو</w:t>
      </w:r>
    </w:p>
    <w:p>
      <w:r>
        <w:rPr>
          <w:b/>
        </w:rPr>
        <w:t xml:space="preserve">[32:02] </w:t>
      </w:r>
      <w:r>
        <w:t>body and everything. but in the eyes of god, they are not approved person, they will be rejected.</w:t>
      </w:r>
    </w:p>
    <w:p>
      <w:pPr>
        <w:jc w:val="right"/>
      </w:pPr>
      <w:r>
        <w:t>باڈی اینڈ ایوری تھنگ۔ بٹ ان دا ائیز اف گاڈ، دے ار ناٹ اپرووڈ پرسن، دے ول بی ریجیکٹڈ۔</w:t>
      </w:r>
    </w:p>
    <w:p>
      <w:r>
        <w:rPr>
          <w:b/>
        </w:rPr>
        <w:t xml:space="preserve">[32:14] </w:t>
      </w:r>
      <w:r>
        <w:t>only those person will be selected for this replantation or transplantation. so trees are demonstration from god.</w:t>
      </w:r>
    </w:p>
    <w:p>
      <w:pPr>
        <w:jc w:val="right"/>
      </w:pPr>
      <w:r>
        <w:t>اونلی دوز پرسن ول بی سلیکٹڈ فار دس ری پلانٹیشن اور ٹرانسپلانٹیشن۔ سو ٹریز ا ڈیمونسٹریشن فرام گاڈ۔</w:t>
      </w:r>
    </w:p>
    <w:p>
      <w:r>
        <w:rPr>
          <w:b/>
        </w:rPr>
        <w:t xml:space="preserve">[32:27] </w:t>
      </w:r>
      <w:r>
        <w:t>so trees are demonstration from god</w:t>
      </w:r>
    </w:p>
    <w:p>
      <w:pPr>
        <w:jc w:val="right"/>
      </w:pPr>
      <w:r>
        <w:t>سو ٹریز ا ڈیمونسٹریشن فرام گاڈ</w:t>
      </w:r>
    </w:p>
    <w:p>
      <w:r>
        <w:rPr>
          <w:b/>
        </w:rPr>
        <w:t xml:space="preserve">[32:35] </w:t>
      </w:r>
      <w:r>
        <w:t>to make people know that what is the requirement of god. what is the requirement of god</w:t>
      </w:r>
    </w:p>
    <w:p>
      <w:pPr>
        <w:jc w:val="right"/>
      </w:pPr>
      <w:r>
        <w:t>ٹو میک پیپل نو دیٹ واٹ از دا ریکوائرمنٹ اف گاڈ۔ واٹ از دا ریکوائرمنٹ اف گاڈ</w:t>
      </w:r>
    </w:p>
    <w:p>
      <w:r>
        <w:rPr>
          <w:b/>
        </w:rPr>
        <w:t xml:space="preserve">[32:44] </w:t>
      </w:r>
      <w:r>
        <w:t>? what is the requirement of paradise? tree is a demonstration. tree goes a picture of paradise people.</w:t>
      </w:r>
    </w:p>
    <w:p>
      <w:pPr>
        <w:jc w:val="right"/>
      </w:pPr>
      <w:r>
        <w:t>؟ واٹ از دا ریکوائرمنٹ اف پیراڈائز؟ ٹری از ا ڈیمونسٹریشن۔ ٹری گوز ا پکچر اف پیراڈائز پیپل۔</w:t>
      </w:r>
    </w:p>
    <w:p>
      <w:r>
        <w:rPr>
          <w:b/>
        </w:rPr>
        <w:t xml:space="preserve">[33:00] </w:t>
      </w:r>
      <w:r>
        <w:t>all those quality which we see in the tree, we must adopt those qualities in our personality.</w:t>
      </w:r>
    </w:p>
    <w:p>
      <w:pPr>
        <w:jc w:val="right"/>
      </w:pPr>
      <w:r>
        <w:t>ال دوز کوالٹی وچ وی سی ان دا ٹری، وی مسٹ اڈاپٹ دوز کوالٹیز ان اور پرسنیلٹی۔</w:t>
      </w:r>
    </w:p>
    <w:p>
      <w:r>
        <w:rPr>
          <w:b/>
        </w:rPr>
        <w:t xml:space="preserve">[33:14] </w:t>
      </w:r>
      <w:r>
        <w:t>with only difference that these qualities in the tree are under the law of nature.</w:t>
      </w:r>
    </w:p>
    <w:p>
      <w:pPr>
        <w:jc w:val="right"/>
      </w:pPr>
      <w:r>
        <w:t>ود اونلی ڈیفرنس دیٹ دیز کوالٹیز ان دا ٹری ار انڈر دی لاء اف نیچر۔</w:t>
      </w:r>
    </w:p>
    <w:p>
      <w:r>
        <w:rPr>
          <w:b/>
        </w:rPr>
        <w:t xml:space="preserve">[33:26] </w:t>
      </w:r>
      <w:r>
        <w:t>tree has no mind, tree has no free will. all those activities in tree are according to the law of nature.</w:t>
      </w:r>
    </w:p>
    <w:p>
      <w:pPr>
        <w:jc w:val="right"/>
      </w:pPr>
      <w:r>
        <w:t>ٹری ہیز نو مائنڈ، ٹری ہیز نو فری ول۔ ال دوز ایکٹیویٹیز ان ٹری ار اکارڈنگ ٹو دا لاء اف نیچر۔</w:t>
      </w:r>
    </w:p>
    <w:p>
      <w:r>
        <w:rPr>
          <w:b/>
        </w:rPr>
        <w:t xml:space="preserve">[33:41] </w:t>
      </w:r>
      <w:r>
        <w:t>so tree is controlled by the law of nature. but</w:t>
      </w:r>
    </w:p>
    <w:p>
      <w:pPr>
        <w:jc w:val="right"/>
      </w:pPr>
      <w:r>
        <w:t>سو ٹری از کنٹرولڈ بائی دا لاء اف نیچر۔ بٹ</w:t>
      </w:r>
    </w:p>
    <w:p>
      <w:r>
        <w:rPr>
          <w:b/>
        </w:rPr>
        <w:t xml:space="preserve">[33:48] </w:t>
      </w:r>
      <w:r>
        <w:t>man and women are controlled by them self.</w:t>
      </w:r>
    </w:p>
    <w:p>
      <w:pPr>
        <w:jc w:val="right"/>
      </w:pPr>
      <w:r>
        <w:t>مین اینڈ وومن ار کنٹرولڈ بائی دیم سیلف۔</w:t>
      </w:r>
    </w:p>
    <w:p>
      <w:r>
        <w:rPr>
          <w:b/>
        </w:rPr>
        <w:t xml:space="preserve">[33:57] </w:t>
      </w:r>
      <w:r>
        <w:t>we are, we have mind, we have free will, we have choice, we have freedom.</w:t>
      </w:r>
    </w:p>
    <w:p>
      <w:pPr>
        <w:jc w:val="right"/>
      </w:pPr>
      <w:r>
        <w:t>وی ار، وی ہیو مائنڈ، وی ہیو فری ول، وی ہیو چوائس، وی ہیو فریڈم۔</w:t>
      </w:r>
    </w:p>
    <w:p>
      <w:r>
        <w:rPr>
          <w:b/>
        </w:rPr>
        <w:t xml:space="preserve">[34:09] </w:t>
      </w:r>
      <w:r>
        <w:t>so we are supposed to control our self, but at the same line. what tree</w:t>
      </w:r>
    </w:p>
    <w:p>
      <w:pPr>
        <w:jc w:val="right"/>
      </w:pPr>
      <w:r>
        <w:t>سو وی ار سپوز ٹو کنٹرول اور سیلف، بٹ ایٹ دا سیم لائن۔ واٹ ٹری</w:t>
      </w:r>
    </w:p>
    <w:p>
      <w:r>
        <w:rPr>
          <w:b/>
        </w:rPr>
        <w:t xml:space="preserve">[34:20] </w:t>
      </w:r>
      <w:r>
        <w:t>has demonstrated before us, we have to adopt the same culture by our our own choice.</w:t>
      </w:r>
    </w:p>
    <w:p>
      <w:pPr>
        <w:jc w:val="right"/>
      </w:pPr>
      <w:r>
        <w:t>ہیز ڈیمونسٹریٹڈ بیفور اس، وی ہیو ٹو اڈاپٹ دا سیم کلچر بائی اور اور اون چوائس۔</w:t>
      </w:r>
    </w:p>
    <w:p>
      <w:r>
        <w:rPr>
          <w:b/>
        </w:rPr>
        <w:t xml:space="preserve">[34:29] </w:t>
      </w:r>
      <w:r>
        <w:t>so if we prove that we</w:t>
      </w:r>
    </w:p>
    <w:p>
      <w:pPr>
        <w:jc w:val="right"/>
      </w:pPr>
      <w:r>
        <w:t>سو اف وی پروو دیٹ وی</w:t>
      </w:r>
    </w:p>
    <w:p>
      <w:r>
        <w:rPr>
          <w:b/>
        </w:rPr>
        <w:t xml:space="preserve">[34:37] </w:t>
      </w:r>
      <w:r>
        <w:t>are like, like a healthy tree,</w:t>
      </w:r>
    </w:p>
    <w:p>
      <w:pPr>
        <w:jc w:val="right"/>
      </w:pPr>
      <w:r>
        <w:t>ار لائک، لائک ا ہیلدی ٹری،</w:t>
      </w:r>
    </w:p>
    <w:p>
      <w:r>
        <w:rPr>
          <w:b/>
        </w:rPr>
        <w:t xml:space="preserve">[34:43] </w:t>
      </w:r>
      <w:r>
        <w:t>we have prepared us like a healthy tree,</w:t>
      </w:r>
    </w:p>
    <w:p>
      <w:pPr>
        <w:jc w:val="right"/>
      </w:pPr>
      <w:r>
        <w:t>وی ہیو پریپیرڈ اس لائک ا ہیلدی ٹری،</w:t>
      </w:r>
    </w:p>
    <w:p>
      <w:r>
        <w:rPr>
          <w:b/>
        </w:rPr>
        <w:t xml:space="preserve">[34:51] </w:t>
      </w:r>
      <w:r>
        <w:t>then we will be selected to be replanted in the paradise.</w:t>
      </w:r>
    </w:p>
    <w:p>
      <w:pPr>
        <w:jc w:val="right"/>
      </w:pPr>
      <w:r>
        <w:t>دین وی ول بی سلیکٹڈ ٹو بی ری پلانٹڈ ان دی پیراڈائز۔</w:t>
      </w:r>
    </w:p>
    <w:p>
      <w:r>
        <w:rPr>
          <w:b/>
        </w:rPr>
        <w:t xml:space="preserve">[34:59] </w:t>
      </w:r>
      <w:r>
        <w:t>now, paradise is the place where we will find happiness for ever. paradise is an eternal world.</w:t>
      </w:r>
    </w:p>
    <w:p>
      <w:pPr>
        <w:jc w:val="right"/>
      </w:pPr>
      <w:r>
        <w:t>ناؤ، پیراڈائز از دا پلیس ویر وی ول فائنڈ ہیپینس فار ایور۔ پیراڈائز از این ایٹرنل ورلڈ۔</w:t>
      </w:r>
    </w:p>
    <w:p>
      <w:r>
        <w:rPr>
          <w:b/>
        </w:rPr>
        <w:t xml:space="preserve">[35:14] </w:t>
      </w:r>
      <w:r>
        <w:t>paradise is free of all kind of limitations. paradise is free of all kind of disadvantages.</w:t>
      </w:r>
    </w:p>
    <w:p>
      <w:pPr>
        <w:jc w:val="right"/>
      </w:pPr>
      <w:r>
        <w:t>پیراڈائز از فری اف ال کائنڈ اف لیمیٹیشنز۔ پیراڈائز از فری اف ال کائنڈ اف ڈس ایڈوانٹیجز۔</w:t>
      </w:r>
    </w:p>
    <w:p>
      <w:r>
        <w:rPr>
          <w:b/>
        </w:rPr>
        <w:t xml:space="preserve">[35:27] </w:t>
      </w:r>
      <w:r>
        <w:t>paradise is free of all kind of pain and anxiety and boredom.</w:t>
      </w:r>
    </w:p>
    <w:p>
      <w:pPr>
        <w:jc w:val="right"/>
      </w:pPr>
      <w:r>
        <w:t>پیراڈائز از فری اف ال کائنڈ اف پین اینڈ اینگزائٹی اینڈ بورڈم۔</w:t>
      </w:r>
    </w:p>
    <w:p>
      <w:r>
        <w:rPr>
          <w:b/>
        </w:rPr>
        <w:t xml:space="preserve">[35:39] </w:t>
      </w:r>
      <w:r>
        <w:t>there is no accident, no diseases, no old age, no death</w:t>
      </w:r>
    </w:p>
    <w:p>
      <w:pPr>
        <w:jc w:val="right"/>
      </w:pPr>
      <w:r>
        <w:t>دیر از نو ایکسیڈنٹ، نو ڈیزیزز، نو اولڈ ایج، نو ڈیتھ</w:t>
      </w:r>
    </w:p>
    <w:p>
      <w:r>
        <w:rPr>
          <w:b/>
        </w:rPr>
        <w:t xml:space="preserve">[35:52] </w:t>
      </w:r>
      <w:r>
        <w:t>. paradise is free of all these</w:t>
      </w:r>
    </w:p>
    <w:p>
      <w:pPr>
        <w:jc w:val="right"/>
      </w:pPr>
      <w:r>
        <w:t>۔ پیراڈائز از فری اف ال دیز</w:t>
      </w:r>
    </w:p>
    <w:p>
      <w:r>
        <w:rPr>
          <w:b/>
        </w:rPr>
        <w:t xml:space="preserve">[35:59] </w:t>
      </w:r>
      <w:r>
        <w:t>disadvantages. so one who want to find a place in this paradise. so one who want to be replanted in that land of</w:t>
      </w:r>
    </w:p>
    <w:p>
      <w:pPr>
        <w:jc w:val="right"/>
      </w:pPr>
      <w:r>
        <w:t>ڈس ایڈوانٹیجز۔ سو ون ہو وانٹ ٹو فائنڈ ا پلیس ان دس پیراڈائز۔ سو ون ہو وانٹ ٹو بی ری پلانٹڈ ان دیٹ لینڈ اف</w:t>
      </w:r>
    </w:p>
    <w:p>
      <w:r>
        <w:rPr>
          <w:b/>
        </w:rPr>
        <w:t xml:space="preserve">[36:16] </w:t>
      </w:r>
      <w:r>
        <w:t>paradise, he must adopt the culture of tree.</w:t>
      </w:r>
    </w:p>
    <w:p>
      <w:pPr>
        <w:jc w:val="right"/>
      </w:pPr>
      <w:r>
        <w:t>پیراڈائز، ہی مسٹ اڈاپٹ دا کلچر اف ٹری۔</w:t>
      </w:r>
    </w:p>
    <w:p>
      <w:r>
        <w:rPr>
          <w:b/>
        </w:rPr>
        <w:t xml:space="preserve">[36:25] </w:t>
      </w:r>
      <w:r>
        <w:t>he must adopt the culture of tree. he must adopt the positive way of life.</w:t>
      </w:r>
    </w:p>
    <w:p>
      <w:pPr>
        <w:jc w:val="right"/>
      </w:pPr>
      <w:r>
        <w:t>ہی مسٹ اڈاپٹ دی کلچر اف ٹری۔ ہی مسٹ اڈاپٹ دا پوزیٹیو وے اف لائف۔</w:t>
      </w:r>
    </w:p>
    <w:p>
      <w:r>
        <w:rPr>
          <w:b/>
        </w:rPr>
        <w:t xml:space="preserve">[36:35] </w:t>
      </w:r>
      <w:r>
        <w:t>positive way of life</w:t>
      </w:r>
    </w:p>
    <w:p>
      <w:pPr>
        <w:jc w:val="right"/>
      </w:pPr>
      <w:r>
        <w:t>پوزیٹیو وے اف لائف</w:t>
      </w:r>
    </w:p>
    <w:p>
      <w:r>
        <w:rPr>
          <w:b/>
        </w:rPr>
        <w:t xml:space="preserve">[36:38] </w:t>
      </w:r>
      <w:r>
        <w:t>. you know, paradise is meant for only those people who are proof, who prove that they are able to live like tree.</w:t>
      </w:r>
    </w:p>
    <w:p>
      <w:pPr>
        <w:jc w:val="right"/>
      </w:pPr>
      <w:r>
        <w:t>۔ یو نو، پیراڈائز از مینٹ فار اونلی دوز پیپل ہو ار پروف، ہو پروو دیٹ دے ار ایبل ٹو لیو لائک ٹری۔</w:t>
      </w:r>
    </w:p>
    <w:p>
      <w:r>
        <w:rPr>
          <w:b/>
        </w:rPr>
        <w:t xml:space="preserve">[37:00] </w:t>
      </w:r>
      <w:r>
        <w:t>like tree.</w:t>
      </w:r>
    </w:p>
    <w:p>
      <w:pPr>
        <w:jc w:val="right"/>
      </w:pPr>
      <w:r>
        <w:t>لائک ٹری۔</w:t>
      </w:r>
    </w:p>
    <w:p>
      <w:r>
        <w:rPr>
          <w:b/>
        </w:rPr>
        <w:t xml:space="preserve">[37:02] </w:t>
      </w:r>
      <w:r>
        <w:t>so paradise is a beautiful garden, very nice garden, where everyone will live in positivity.</w:t>
      </w:r>
    </w:p>
    <w:p>
      <w:pPr>
        <w:jc w:val="right"/>
      </w:pPr>
      <w:r>
        <w:t>سو پیراڈائز از ا بیوٹیفل گارڈن، ویری نائس گارڈن، ویر ایوری ون ول لیو ان پوزیٹیوٹی۔</w:t>
      </w:r>
    </w:p>
    <w:p>
      <w:r>
        <w:rPr>
          <w:b/>
        </w:rPr>
        <w:t xml:space="preserve">[37:15] </w:t>
      </w:r>
      <w:r>
        <w:t>but we must prove that we are able to live like this</w:t>
      </w:r>
    </w:p>
    <w:p>
      <w:pPr>
        <w:jc w:val="right"/>
      </w:pPr>
      <w:r>
        <w:t>بٹ وی مسٹ پروف دیٹ وی ار ایبل ٹو لیو لائک دس</w:t>
      </w:r>
    </w:p>
    <w:p>
      <w:r>
        <w:rPr>
          <w:b/>
        </w:rPr>
        <w:t xml:space="preserve">[37:23] </w:t>
      </w:r>
      <w:r>
        <w:t>. so in present world, we have to live like a tree, then we will be able to live in paradise for ever.</w:t>
      </w:r>
    </w:p>
    <w:p>
      <w:pPr>
        <w:jc w:val="right"/>
      </w:pPr>
      <w:r>
        <w:t>۔ سو ان پریزنٹ ورلڈ، وی ہیو ٹو لیو لائک ا ٹری، دین وی ول بی ایبل ٹو لیو ان پیراڈائز فار ایور۔</w:t>
      </w:r>
    </w:p>
    <w:p>
      <w:r>
        <w:rPr>
          <w:b/>
        </w:rPr>
        <w:t xml:space="preserve">[37:39] </w:t>
      </w:r>
      <w:r>
        <w:t>this is the formula of paradise given in the quran in surah ibrahim, that is chapter number 14, verse number 24, 25.</w:t>
      </w:r>
    </w:p>
    <w:p>
      <w:pPr>
        <w:jc w:val="right"/>
      </w:pPr>
      <w:r>
        <w:t>دس از دا فارمولا اف پیراڈائز گیون ان دی قران ان سورہ ابراہیم، دیٹ از چیپٹر نمبر 14، ورس نمبر 24، 25۔</w:t>
      </w:r>
    </w:p>
    <w:p>
      <w:r>
        <w:rPr>
          <w:b/>
        </w:rPr>
        <w:t xml:space="preserve">[37:57] </w:t>
      </w:r>
      <w:r>
        <w:t>aqool qooli wastaghfirullaha alaykum ajmaeen.</w:t>
      </w:r>
    </w:p>
    <w:p>
      <w:pPr>
        <w:jc w:val="right"/>
      </w:pPr>
      <w:r>
        <w:t>اقول قولی واستغفراللہ علیکم اجمعین۔</w:t>
      </w:r>
    </w:p>
    <w:p>
      <w:r>
        <w:rPr>
          <w:b/>
        </w:rPr>
        <w:t xml:space="preserve">[38:16] </w:t>
      </w:r>
      <w:r>
        <w:t>molana, az laif gorand bai destiny aur free will? its a very general question.</w:t>
      </w:r>
    </w:p>
    <w:p>
      <w:pPr>
        <w:jc w:val="right"/>
      </w:pPr>
      <w:r>
        <w:t>مولانا، از لائف گورنڈ بائی ڈیسٹنی اور فری ول؟ اٹس ا ویری جنرل کوسچن۔</w:t>
      </w:r>
    </w:p>
    <w:p>
      <w:r>
        <w:rPr>
          <w:b/>
        </w:rPr>
        <w:t xml:space="preserve">[38:25] </w:t>
      </w:r>
      <w:r>
        <w:t>people always want to know about this question, whether life is governed by this and that.</w:t>
      </w:r>
    </w:p>
    <w:p>
      <w:pPr>
        <w:jc w:val="right"/>
      </w:pPr>
      <w:r>
        <w:t>پیپل الویز وانٹ ٹو نو اباؤٹ دس کوسچن، ویدر لائف از گورنڈ بائی دس اینڈ دیٹ۔</w:t>
      </w:r>
    </w:p>
    <w:p>
      <w:r>
        <w:rPr>
          <w:b/>
        </w:rPr>
        <w:t xml:space="preserve">[38:37] </w:t>
      </w:r>
      <w:r>
        <w:t>i think that the matter is in between</w:t>
      </w:r>
    </w:p>
    <w:p>
      <w:pPr>
        <w:jc w:val="right"/>
      </w:pPr>
      <w:r>
        <w:t>ائی تھنک دیٹ دا میٹر از ان بٹوین</w:t>
      </w:r>
    </w:p>
    <w:p>
      <w:r>
        <w:rPr>
          <w:b/>
        </w:rPr>
        <w:t xml:space="preserve">[38:46] </w:t>
      </w:r>
      <w:r>
        <w:t>. in between, yani 50 percent it is under the destiny and 50 percent under our free will.</w:t>
      </w:r>
    </w:p>
    <w:p>
      <w:pPr>
        <w:jc w:val="right"/>
      </w:pPr>
      <w:r>
        <w:t>۔ ان بٹوین، یعنی 50 پرسنٹ اٹ از انڈر دی ڈیسٹنی اینڈ 50 پرسنٹ انڈر اور فری ول۔</w:t>
      </w:r>
    </w:p>
    <w:p>
      <w:r>
        <w:rPr>
          <w:b/>
        </w:rPr>
        <w:t xml:space="preserve">[38:59] </w:t>
      </w:r>
      <w:r>
        <w:t>it is very understandable, not mystery. there no complexity in this matter.</w:t>
      </w:r>
    </w:p>
    <w:p>
      <w:pPr>
        <w:jc w:val="right"/>
      </w:pPr>
      <w:r>
        <w:t>اٹ از ویری انڈرسٹینڈیبل، ناٹ مسٹری۔ دیر نو کمپلیکسٹی ان دس میٹر۔</w:t>
      </w:r>
    </w:p>
    <w:p>
      <w:r>
        <w:rPr>
          <w:b/>
        </w:rPr>
        <w:t xml:space="preserve">[39:10] </w:t>
      </w:r>
      <w:r>
        <w:t>you know, we are in this world, although we are free. everyone feels himself. we feel that we are completely free, but our freedom has a limitation.</w:t>
      </w:r>
    </w:p>
    <w:p>
      <w:pPr>
        <w:jc w:val="right"/>
      </w:pPr>
      <w:r>
        <w:t>یو نو، وی ار ان دس ورلڈ، الدو وی ار فری۔ ایوری ون فیلز ہم سیلف۔ وی فیل دیٹ وی ار کمپلیٹلی فری، بٹ اور فریڈم ہیز ا لیمیٹیشن۔</w:t>
      </w:r>
    </w:p>
    <w:p>
      <w:r>
        <w:rPr>
          <w:b/>
        </w:rPr>
        <w:t xml:space="preserve">[39:30] </w:t>
      </w:r>
      <w:r>
        <w:t>that limitation is that we cannot do anything without the support of nature.</w:t>
      </w:r>
    </w:p>
    <w:p>
      <w:pPr>
        <w:jc w:val="right"/>
      </w:pPr>
      <w:r>
        <w:t>دیٹ لیمیٹیشن از دیٹ وی کین ناٹ ڈو اینی تھنگ وداؤٹ دی سپورٹ اف نیچر۔</w:t>
      </w:r>
    </w:p>
    <w:p>
      <w:r>
        <w:rPr>
          <w:b/>
        </w:rPr>
        <w:t xml:space="preserve">[39:40] </w:t>
      </w:r>
      <w:r>
        <w:t>so nature is like a divine support, what we call life support system.</w:t>
      </w:r>
    </w:p>
    <w:p>
      <w:pPr>
        <w:jc w:val="right"/>
      </w:pPr>
      <w:r>
        <w:t>سو نیچر از لائک ا ڈیوائن سپورٹ، واٹ وی کال لائف سپورٹ سسٹم۔</w:t>
      </w:r>
    </w:p>
    <w:p>
      <w:r>
        <w:rPr>
          <w:b/>
        </w:rPr>
        <w:t xml:space="preserve">[39:50] </w:t>
      </w:r>
      <w:r>
        <w:t>i will say that it is a divine infrastructure. we need a divine infrastructure</w:t>
      </w:r>
    </w:p>
    <w:p>
      <w:pPr>
        <w:jc w:val="right"/>
      </w:pPr>
      <w:r>
        <w:t>ائی ول سی دیٹ اٹ از ا ڈیوائن انفراسٹرکچر۔ وی نیڈ ا ڈیوائن انفراسٹرکچر</w:t>
      </w:r>
    </w:p>
    <w:p>
      <w:r>
        <w:rPr>
          <w:b/>
        </w:rPr>
        <w:t xml:space="preserve">[40:06] </w:t>
      </w:r>
      <w:r>
        <w:t>. without this infrastructure, we cannot do anything. for example, i want to walk on this earth.</w:t>
      </w:r>
    </w:p>
    <w:p>
      <w:pPr>
        <w:jc w:val="right"/>
      </w:pPr>
      <w:r>
        <w:t>۔ وداؤٹ دس انفراسٹرکچر، وی کین ناٹ ڈو اینی تھنگ۔ فار ایگزیمپل، ائی وانٹ ٹو واک ان دس ارتھ۔</w:t>
      </w:r>
    </w:p>
    <w:p>
      <w:r>
        <w:rPr>
          <w:b/>
        </w:rPr>
        <w:t xml:space="preserve">[40:16] </w:t>
      </w:r>
      <w:r>
        <w:t>i want to walk on this city</w:t>
      </w:r>
    </w:p>
    <w:p>
      <w:pPr>
        <w:jc w:val="right"/>
      </w:pPr>
      <w:r>
        <w:t>ائی وانٹ ٹو واک ان دس سٹی</w:t>
      </w:r>
    </w:p>
    <w:p>
      <w:r>
        <w:rPr>
          <w:b/>
        </w:rPr>
        <w:t xml:space="preserve">[40:18] </w:t>
      </w:r>
      <w:r>
        <w:t>. it is my free choice. but you know, it requires some more things, like gravity in the earth, like air</w:t>
      </w:r>
    </w:p>
    <w:p>
      <w:pPr>
        <w:jc w:val="right"/>
      </w:pPr>
      <w:r>
        <w:t>۔ اٹ از مائی فری چوائس۔ بٹ یو نو، اٹ ریکوائر سم مور تھنگز، لائک گریوٹی ان دی ارتھ، لائک ایئر</w:t>
      </w:r>
    </w:p>
    <w:p>
      <w:r>
        <w:rPr>
          <w:b/>
        </w:rPr>
        <w:t xml:space="preserve">[40:35] </w:t>
      </w:r>
      <w:r>
        <w:t>and also light, sunlight. so all these things are like infrastructure</w:t>
      </w:r>
    </w:p>
    <w:p>
      <w:pPr>
        <w:jc w:val="right"/>
      </w:pPr>
      <w:r>
        <w:t>اینڈ السو لائٹ، سن لائٹ۔ سو ال دیز تھنگز ار لائک انفراسٹرکچر</w:t>
      </w:r>
    </w:p>
    <w:p>
      <w:r>
        <w:rPr>
          <w:b/>
        </w:rPr>
        <w:t xml:space="preserve">[40:46] </w:t>
      </w:r>
      <w:r>
        <w:t>. without this infrastructure, we cannot do anything, although we have freedom. although we have freedom.</w:t>
      </w:r>
    </w:p>
    <w:p>
      <w:pPr>
        <w:jc w:val="right"/>
      </w:pPr>
      <w:r>
        <w:t>۔ وداؤٹ دس انفراسٹرکچر، وی کین ناٹ ڈو اینی تھنگ، الدو وی ہیو فریڈم۔ الدو وی ہیو فریڈم۔</w:t>
      </w:r>
    </w:p>
    <w:p>
      <w:r>
        <w:rPr>
          <w:b/>
        </w:rPr>
        <w:t xml:space="preserve">[40:55] </w:t>
      </w:r>
      <w:r>
        <w:t>for example, if there is no supplier of oxygen. so although i have freedom to live, but without oxygen, we cannot live, we will die</w:t>
      </w:r>
    </w:p>
    <w:p>
      <w:pPr>
        <w:jc w:val="right"/>
      </w:pPr>
      <w:r>
        <w:t>فار ایگزیمپل، اف دیر از نو سپلائر اف اکسیجن۔ سو الدو ائی ہیو فریڈم ٹو لیو، بٹ وداؤٹ اکسیجن، وی کین ناٹ لیو، وی ول ڈائی</w:t>
      </w:r>
    </w:p>
    <w:p>
      <w:r>
        <w:rPr>
          <w:b/>
        </w:rPr>
        <w:t xml:space="preserve">[41:10] </w:t>
      </w:r>
      <w:r>
        <w:t>. so 50 percent life is free will and 50 percent is destiny. without this infrastructure, that is a destiny.</w:t>
      </w:r>
    </w:p>
    <w:p>
      <w:pPr>
        <w:jc w:val="right"/>
      </w:pPr>
      <w:r>
        <w:t>۔ سو 50 پرسنٹ لائف از فری ول اینڈ 50 پرسنٹ از ڈیسٹنی۔ وداؤٹ دس انفراسٹرکچر، دیٹ از ا ڈیسٹنی۔</w:t>
      </w:r>
    </w:p>
    <w:p>
      <w:r>
        <w:rPr>
          <w:b/>
        </w:rPr>
        <w:t xml:space="preserve">[41:25] </w:t>
      </w:r>
      <w:r>
        <w:t>you can see destiny. without this infrastructure, we cannot do anything. we cannot live on this earth.</w:t>
      </w:r>
    </w:p>
    <w:p>
      <w:pPr>
        <w:jc w:val="right"/>
      </w:pPr>
      <w:r>
        <w:t>یو کین سی ڈیسٹنی۔ وداؤٹ دس انفراسٹرکچر، وی کین ناٹ ڈو اینی تھنگ۔ وی کین ناٹ لیو ان دس ارتھ۔</w:t>
      </w:r>
    </w:p>
    <w:p>
      <w:r>
        <w:rPr>
          <w:b/>
        </w:rPr>
        <w:t xml:space="preserve">[41:34] </w:t>
      </w:r>
      <w:r>
        <w:t>we cannot move on this earth.</w:t>
      </w:r>
    </w:p>
    <w:p>
      <w:pPr>
        <w:jc w:val="right"/>
      </w:pPr>
      <w:r>
        <w:t>وی کین ناٹ موو ان دس ارتھ۔</w:t>
      </w:r>
    </w:p>
    <w:p>
      <w:r>
        <w:rPr>
          <w:b/>
        </w:rPr>
        <w:t xml:space="preserve">[41:39] </w:t>
      </w:r>
      <w:r>
        <w:t>so there is a you know, in an islamic theology, there are three three schools: jabriya, qadriya, wastiya.</w:t>
      </w:r>
    </w:p>
    <w:p>
      <w:pPr>
        <w:jc w:val="right"/>
      </w:pPr>
      <w:r>
        <w:t>سو دیر از ا یو نو، ان ان اسلامک تھیولوجی، دیر ار تھری تھری سکولز: جبریہ، قدریہ، وسطیہ۔</w:t>
      </w:r>
    </w:p>
    <w:p>
      <w:r>
        <w:rPr>
          <w:b/>
        </w:rPr>
        <w:t xml:space="preserve">[41:55] </w:t>
      </w:r>
      <w:r>
        <w:t>in our islamic theology, there are three schools. it is called jabriya, qadriya, wastiya.</w:t>
      </w:r>
    </w:p>
    <w:p>
      <w:pPr>
        <w:jc w:val="right"/>
      </w:pPr>
      <w:r>
        <w:t>ان اور اسلامک تھیولوجی، دیر ار تھری سکولز۔ اٹ از کالڈ جبریہ، قدریہ، وسطیہ۔</w:t>
      </w:r>
    </w:p>
    <w:p>
      <w:r>
        <w:rPr>
          <w:b/>
        </w:rPr>
        <w:t xml:space="preserve">[42:04] </w:t>
      </w:r>
      <w:r>
        <w:t>so wastiya is like this. wastiya means in between</w:t>
      </w:r>
    </w:p>
    <w:p>
      <w:pPr>
        <w:jc w:val="right"/>
      </w:pPr>
      <w:r>
        <w:t>سو وسطیہ از لائک دس۔ وسطیہ مینز ان بٹوین</w:t>
      </w:r>
    </w:p>
    <w:p>
      <w:r>
        <w:rPr>
          <w:b/>
        </w:rPr>
        <w:t xml:space="preserve">[42:10] </w:t>
      </w:r>
      <w:r>
        <w:t>50 percent this or 50 percent that. there is wastiya. wastiya means middle position. so according to my study and my experience, life is 50 percent free will, 50 percent destiny.</w:t>
      </w:r>
    </w:p>
    <w:p>
      <w:pPr>
        <w:jc w:val="right"/>
      </w:pPr>
      <w:r>
        <w:t>50 پرسنٹ دس اور 50 پرسنٹ دیٹ۔ دیر از وسطیہ۔ وسطیہ مینز مڈل پوزیشن۔ سو اکارڈنگ ٹو مائی سٹڈی اینڈ مائی ایکسپیرینس، لائف از 50 پرسنٹ فری ول، 50 پرسنٹ ڈیسٹنی۔</w:t>
      </w:r>
    </w:p>
    <w:p>
      <w:r>
        <w:rPr>
          <w:b/>
        </w:rPr>
        <w:t xml:space="preserve">[42:27] </w:t>
      </w:r>
      <w:r>
        <w:t>this is quite understandable. everyone knows that i am free. it is everyone's own experience that i am free.</w:t>
      </w:r>
    </w:p>
    <w:p>
      <w:pPr>
        <w:jc w:val="right"/>
      </w:pPr>
      <w:r>
        <w:t>دس از کوائٹ انڈرسٹینڈیبل۔ ایوری ون نوز دیٹ ائی ایم فری۔ اٹ از ایوری ونز اون ایکسپیرینس دیٹ ائی ایم فری۔</w:t>
      </w:r>
    </w:p>
    <w:p>
      <w:r>
        <w:rPr>
          <w:b/>
        </w:rPr>
        <w:t xml:space="preserve">[42:41] </w:t>
      </w:r>
      <w:r>
        <w:t>for example, i am free to speak, but without air. if there is no air, you cannot hear my my speech.</w:t>
      </w:r>
    </w:p>
    <w:p>
      <w:pPr>
        <w:jc w:val="right"/>
      </w:pPr>
      <w:r>
        <w:t>فار ایگزیمپل، ائی ایم فری ٹو سپیک، بٹ وداؤٹ ایئر۔ اف دیر از نو ایئر، یو کین ناٹ ہیئر مائی مائی سپیچ۔</w:t>
      </w:r>
    </w:p>
    <w:p>
      <w:r>
        <w:rPr>
          <w:b/>
        </w:rPr>
        <w:t xml:space="preserve">[42:52] </w:t>
      </w:r>
      <w:r>
        <w:t>aldu i am free to speech, to deliver a speech. i am free to deliver a lecture.</w:t>
      </w:r>
    </w:p>
    <w:p>
      <w:pPr>
        <w:jc w:val="right"/>
      </w:pPr>
      <w:r>
        <w:t>الدو ائی ایم فری ٹو سپیچ، ٹو ڈیلیور ا سپیچ۔ ائی ایم فری ٹو ڈیلیور ا لیکچر۔</w:t>
      </w:r>
    </w:p>
    <w:p>
      <w:r>
        <w:rPr>
          <w:b/>
        </w:rPr>
        <w:t xml:space="preserve">[43:03] </w:t>
      </w:r>
      <w:r>
        <w:t>i am free to speak, but i need air.</w:t>
      </w:r>
    </w:p>
    <w:p>
      <w:pPr>
        <w:jc w:val="right"/>
      </w:pPr>
      <w:r>
        <w:t>ائی ایم فری ٹو سپیک، بٹ ائی نیڈ ایئر۔</w:t>
      </w:r>
    </w:p>
    <w:p>
      <w:r>
        <w:rPr>
          <w:b/>
        </w:rPr>
        <w:t xml:space="preserve">[43:10] </w:t>
      </w:r>
      <w:r>
        <w:t>it is air that transmit, transmit my voice to air. then you listen it. so this is infrastructure.</w:t>
      </w:r>
    </w:p>
    <w:p>
      <w:pPr>
        <w:jc w:val="right"/>
      </w:pPr>
      <w:r>
        <w:t>اٹ از ایئر دیٹ ٹرانسمٹ، ٹرانسمٹ مائی وائس ٹو ایئر۔ دین یو لسن اٹ۔ سو دس از انفراسٹرکچر۔</w:t>
      </w:r>
    </w:p>
    <w:p>
      <w:r>
        <w:rPr>
          <w:b/>
        </w:rPr>
        <w:t xml:space="preserve">[43:23] </w:t>
      </w:r>
      <w:r>
        <w:t>to infrastructure is our destiny. and doing according to our free will is our freedom.</w:t>
      </w:r>
    </w:p>
    <w:p>
      <w:pPr>
        <w:jc w:val="right"/>
      </w:pPr>
      <w:r>
        <w:t>تو انفراسٹرکچر از اور ڈیسٹنی۔ اینڈ ڈوئنگ اکارڈنگ ٹو اور فری ول از اور فریڈم۔</w:t>
      </w:r>
    </w:p>
    <w:p>
      <w:r>
        <w:rPr>
          <w:b/>
        </w:rPr>
        <w:t xml:space="preserve">[43:34] </w:t>
      </w:r>
      <w:r>
        <w:t>so i think that na jabriya, na qadriya are correct, but wastiya is correct.</w:t>
      </w:r>
    </w:p>
    <w:p>
      <w:pPr>
        <w:jc w:val="right"/>
      </w:pPr>
      <w:r>
        <w:t>سو ائی تھنک دیٹ نہ جبریہ، نہ قدریہ ار کریکٹ، بٹ وسطیہ از کریکٹ۔</w:t>
      </w:r>
    </w:p>
    <w:p>
      <w:r>
        <w:rPr>
          <w:b/>
        </w:rPr>
        <w:t xml:space="preserve">[43:46] </w:t>
      </w:r>
      <w:r>
        <w:t>wasiya and this kind of school, this theological school is was established during abbas period.</w:t>
      </w:r>
    </w:p>
    <w:p>
      <w:pPr>
        <w:jc w:val="right"/>
      </w:pPr>
      <w:r>
        <w:t>وسطیہ اینڈ دس کائنڈ اف سکول، دس تھیولوجیکل سکول از واز اسٹیبلش ڈیورنگ عباس پیریڈ۔</w:t>
      </w:r>
    </w:p>
    <w:p>
      <w:r>
        <w:rPr>
          <w:b/>
        </w:rPr>
        <w:t xml:space="preserve">[44:00] </w:t>
      </w:r>
      <w:r>
        <w:t>all these schools were established during abbas period:</w:t>
      </w:r>
    </w:p>
    <w:p>
      <w:pPr>
        <w:jc w:val="right"/>
      </w:pPr>
      <w:r>
        <w:t>ال دیز سکولز ویر اسٹیبلش ڈیورنگ عباس پیریڈ:</w:t>
      </w:r>
    </w:p>
    <w:p>
      <w:r>
        <w:rPr>
          <w:b/>
        </w:rPr>
        <w:t xml:space="preserve">[44:04] </w:t>
      </w:r>
      <w:r>
        <w:t>wasiya and jabriya and qadriya. so i believe in wastiya school. my self, as far as my study and my experience concern, i believe in wastiya school,</w:t>
      </w:r>
    </w:p>
    <w:p>
      <w:pPr>
        <w:jc w:val="right"/>
      </w:pPr>
      <w:r>
        <w:t>وسطیہ اینڈ جبریہ اینڈ قدریہ۔ سو ائی بیلیو ان وسطیہ سکول۔ مائی سیلف، ایز فار ایز مائی سٹڈی اینڈ مائی ایکسپیرینس کنسرن، ائی بیلیو ان وسطیہ سکول،</w:t>
      </w:r>
    </w:p>
    <w:p>
      <w:r>
        <w:rPr>
          <w:b/>
        </w:rPr>
        <w:t xml:space="preserve">[44:24] </w:t>
      </w:r>
      <w:r>
        <w:t>that is middle school. school that believe that that matter is in between.</w:t>
      </w:r>
    </w:p>
    <w:p>
      <w:pPr>
        <w:jc w:val="right"/>
      </w:pPr>
      <w:r>
        <w:t>دیٹ از مڈل سکول۔ سکول دیٹ بیلیو دیٹ دیٹ میٹر از ان بٹوین۔</w:t>
      </w:r>
    </w:p>
    <w:p>
      <w:r>
        <w:rPr>
          <w:b/>
        </w:rPr>
        <w:t xml:space="preserve">[44:34] </w:t>
      </w:r>
      <w:r>
        <w:t>it means that 50 percent free will and 50 percent destiny.</w:t>
      </w:r>
    </w:p>
    <w:p>
      <w:pPr>
        <w:jc w:val="right"/>
      </w:pPr>
      <w:r>
        <w:t>اٹ مینز دیٹ 50 پرسنٹ فری ول اینڈ 50 پرسنٹ ڈیسٹنی۔</w:t>
      </w:r>
    </w:p>
    <w:p>
      <w:r>
        <w:rPr>
          <w:b/>
        </w:rPr>
        <w:t xml:space="preserve">[44:42] </w:t>
      </w:r>
      <w:r>
        <w:t>but again, i will, i will, i would like to say that our freedom is absolute.</w:t>
      </w:r>
    </w:p>
    <w:p>
      <w:pPr>
        <w:jc w:val="right"/>
      </w:pPr>
      <w:r>
        <w:t>بٹ اگین، ائی ول، ائی ول، ائی وڈ لائک ٹو سی دیٹ اور فریڈم از ایبسولیوٹ۔</w:t>
      </w:r>
    </w:p>
    <w:p>
      <w:r>
        <w:rPr>
          <w:b/>
        </w:rPr>
        <w:t xml:space="preserve">[44:52] </w:t>
      </w:r>
      <w:r>
        <w:t>as far as the freedom is concern, it is absolute.</w:t>
      </w:r>
    </w:p>
    <w:p>
      <w:pPr>
        <w:jc w:val="right"/>
      </w:pPr>
      <w:r>
        <w:t>ایز فار ایز دا فریڈم از کنسرن، اٹ از ایبسولیوٹ۔</w:t>
      </w:r>
    </w:p>
    <w:p>
      <w:r>
        <w:rPr>
          <w:b/>
        </w:rPr>
        <w:t xml:space="preserve">[44:56] </w:t>
      </w:r>
      <w:r>
        <w:t>so we are responsible because of this, that our freedom is absolute. so we are responsible how to, how to,</w:t>
      </w:r>
    </w:p>
    <w:p>
      <w:pPr>
        <w:jc w:val="right"/>
      </w:pPr>
      <w:r>
        <w:t>سو وی ار ریسپانسبل بیکاز اف دس، دیٹ اور فریڈم از ایبسولیوٹ۔ سو وی ار ریسپانسبل ہاؤ ٹو، ہاؤ ٹو،</w:t>
      </w:r>
    </w:p>
    <w:p>
      <w:r>
        <w:rPr>
          <w:b/>
        </w:rPr>
        <w:t xml:space="preserve">[45:10] </w:t>
      </w:r>
      <w:r>
        <w:t>how we use our freedom.</w:t>
      </w:r>
    </w:p>
    <w:p>
      <w:pPr>
        <w:jc w:val="right"/>
      </w:pPr>
      <w:r>
        <w:t>ہاؤ وی یوز اور فریڈم۔</w:t>
      </w:r>
    </w:p>
    <w:p>
      <w:r>
        <w:rPr>
          <w:b/>
        </w:rPr>
        <w:t xml:space="preserve">[45:17] </w:t>
      </w:r>
      <w:r>
        <w:t>so infrastructure is not our test paper. our test paper is our own freedom.</w:t>
      </w:r>
    </w:p>
    <w:p>
      <w:pPr>
        <w:jc w:val="right"/>
      </w:pPr>
      <w:r>
        <w:t>سو انفراسٹرکچر از ناٹ اور ٹیسٹ پیپر۔ اور ٹیسٹ پیپر از اور اون فریڈم۔</w:t>
      </w:r>
    </w:p>
    <w:p>
      <w:r>
        <w:rPr>
          <w:b/>
        </w:rPr>
        <w:t xml:space="preserve">[45:27] </w:t>
      </w:r>
      <w:r>
        <w:t>infrastructure is supplied by god, so it is not our test paper. our test paper is our test is how to, how we use our freedom.</w:t>
      </w:r>
    </w:p>
    <w:p>
      <w:pPr>
        <w:jc w:val="right"/>
      </w:pPr>
      <w:r>
        <w:t>انفراسٹرکچر از سپلائیڈ بائی گاڈ، سو اٹ از ناٹ اور ٹیسٹ پیپر۔ اور ٹیسٹ پیپر از اور ٹیسٹ از ہاؤ ٹو، ہاؤ وی یوز اور فریڈم۔</w:t>
      </w:r>
    </w:p>
    <w:p>
      <w:r>
        <w:rPr>
          <w:b/>
        </w:rPr>
        <w:t xml:space="preserve">[45:40] </w:t>
      </w:r>
      <w:r>
        <w:t>this are responsibility. so i believe in wastiya school.</w:t>
      </w:r>
    </w:p>
    <w:p>
      <w:pPr>
        <w:jc w:val="right"/>
      </w:pPr>
      <w:r>
        <w:t>دس ار ریسپانسبیلٹی۔ سو ائی بیلیو ان وسطیہ سکول۔</w:t>
      </w:r>
    </w:p>
    <w:p>
      <w:r>
        <w:rPr>
          <w:b/>
        </w:rPr>
        <w:t xml:space="preserve">[45:51] </w:t>
      </w:r>
      <w:r>
        <w:t>wasiya, w a s a t i a, wastiya school.</w:t>
      </w:r>
    </w:p>
    <w:p>
      <w:pPr>
        <w:jc w:val="right"/>
      </w:pPr>
      <w:r>
        <w:t>وسطیہ، ڈبلیو اے ایس اے ٹی ائی اے، وسطیہ سکول۔</w:t>
      </w:r>
    </w:p>
    <w:p>
      <w:r>
        <w:rPr>
          <w:b/>
        </w:rPr>
        <w:t xml:space="preserve">[46:01] </w:t>
      </w:r>
      <w:r>
        <w:t>this is the answer i found after long study. it is very old question and people generally ask about this</w:t>
      </w:r>
    </w:p>
    <w:p>
      <w:pPr>
        <w:jc w:val="right"/>
      </w:pPr>
      <w:r>
        <w:t>دس از دا انسر ائی فاؤنڈ افٹر لانگ سٹڈی۔ اٹ از ویری اولڈ کوسچن اینڈ پیپل جنرلی اسک اباؤٹ دس</w:t>
      </w:r>
    </w:p>
    <w:p>
      <w:r>
        <w:rPr>
          <w:b/>
        </w:rPr>
        <w:t xml:space="preserve">[46:14] </w:t>
      </w:r>
      <w:r>
        <w:t>, but according to my study, this is the best answer to this question. that wastiya school is, is the thinking of wastiya school is correct.</w:t>
      </w:r>
    </w:p>
    <w:p>
      <w:pPr>
        <w:jc w:val="right"/>
      </w:pPr>
      <w:r>
        <w:t>، بٹ اکارڈنگ ٹو مائی سٹڈی، دس از دا بیسٹ انسر ٹو دس کوسچن۔ دیٹ وسطیہ سکول از، از دا تھنکنگ اف وسطیہ سکول از کریکٹ۔</w:t>
      </w:r>
    </w:p>
    <w:p>
      <w:r>
        <w:rPr>
          <w:b/>
        </w:rPr>
        <w:t xml:space="preserve">[46:29] </w:t>
      </w:r>
      <w:r>
        <w:t>that is 50 percent destiny and 50 percent free will.</w:t>
      </w:r>
    </w:p>
    <w:p>
      <w:pPr>
        <w:jc w:val="right"/>
      </w:pPr>
      <w:r>
        <w:t>دیٹ از 50 پرسنٹ ڈیسٹنی اینڈ 50 پرسنٹ فری ول۔</w:t>
      </w:r>
    </w:p>
    <w:p>
      <w:r>
        <w:rPr>
          <w:b/>
        </w:rPr>
        <w:t xml:space="preserve">[46:37] </w:t>
      </w:r>
      <w:r>
        <w:t>and we are responsible according to our own free will.</w:t>
      </w:r>
    </w:p>
    <w:p>
      <w:pPr>
        <w:jc w:val="right"/>
      </w:pPr>
      <w:r>
        <w:t>اینڈ وی ار ریسپانسبل اکارڈنگ ٹو اور اون فری ول۔</w:t>
      </w:r>
    </w:p>
    <w:p>
      <w:r>
        <w:rPr>
          <w:b/>
        </w:rPr>
        <w:t xml:space="preserve">[46:47] </w:t>
      </w:r>
      <w:r>
        <w:t>maulana, people ask why is there suffering in the world.</w:t>
      </w:r>
    </w:p>
    <w:p>
      <w:pPr>
        <w:jc w:val="right"/>
      </w:pPr>
      <w:r>
        <w:t>مولانا، پیپل اسک وائی از دیر سفرنگ ان دا ورلڈ۔</w:t>
      </w:r>
    </w:p>
    <w:p>
      <w:r>
        <w:rPr>
          <w:b/>
        </w:rPr>
        <w:t xml:space="preserve">[46:55] </w:t>
      </w:r>
      <w:r>
        <w:t>well, it is a very common question. people generally ask about this, but i think that suffering is not an evil.</w:t>
      </w:r>
    </w:p>
    <w:p>
      <w:pPr>
        <w:jc w:val="right"/>
      </w:pPr>
      <w:r>
        <w:t>ویل، اٹ از ا ویری کامن کوسچن۔ پیپل جنرلی اسک اباؤٹ دس، بٹ ائی تھنک دیٹ سفرنگ از ناٹ این ایول۔</w:t>
      </w:r>
    </w:p>
    <w:p>
      <w:r>
        <w:rPr>
          <w:b/>
        </w:rPr>
        <w:t xml:space="preserve">[47:12] </w:t>
      </w:r>
      <w:r>
        <w:t>people generally take suffering as an evil, so they ask like this. otherwise, it is not a question.</w:t>
      </w:r>
    </w:p>
    <w:p>
      <w:pPr>
        <w:jc w:val="right"/>
      </w:pPr>
      <w:r>
        <w:t>پیپل جنرلی ٹیک سفرنگ ایز این ایول، سو دے اسک لائک دس۔ ادروائز، اٹ از ناٹ ا کوسچن۔</w:t>
      </w:r>
    </w:p>
    <w:p>
      <w:r>
        <w:rPr>
          <w:b/>
        </w:rPr>
        <w:t xml:space="preserve">[47:25] </w:t>
      </w:r>
      <w:r>
        <w:t>sfrang is not an evil. instead, it is a blessing in disguise. suffering is a blessing.</w:t>
      </w:r>
    </w:p>
    <w:p>
      <w:pPr>
        <w:jc w:val="right"/>
      </w:pPr>
      <w:r>
        <w:t>سفرنگ از ناٹ این ایول۔ انسٹیڈ، اٹ از ا بلیسنگ ان ڈس گائیز۔ سفرنگ از ا بلیسنگ۔</w:t>
      </w:r>
    </w:p>
    <w:p>
      <w:r>
        <w:rPr>
          <w:b/>
        </w:rPr>
        <w:t xml:space="preserve">[47:35] </w:t>
      </w:r>
      <w:r>
        <w:t>why</w:t>
      </w:r>
    </w:p>
    <w:p>
      <w:pPr>
        <w:jc w:val="right"/>
      </w:pPr>
      <w:r>
        <w:t>وائی</w:t>
      </w:r>
    </w:p>
    <w:p>
      <w:r>
        <w:rPr>
          <w:b/>
        </w:rPr>
        <w:t xml:space="preserve">[47:36] </w:t>
      </w:r>
      <w:r>
        <w:t>? it is suffering that creates challenge, that creates completion, that makes you to work hard.</w:t>
      </w:r>
    </w:p>
    <w:p>
      <w:pPr>
        <w:jc w:val="right"/>
      </w:pPr>
      <w:r>
        <w:t>؟ اٹ از سفرنگ دیٹ کریٹس چیلنج، دیٹ کریٹس کمپلیشن، دیٹ میکس یو ٹو ورک ہارڈ۔</w:t>
      </w:r>
    </w:p>
    <w:p>
      <w:r>
        <w:rPr>
          <w:b/>
        </w:rPr>
        <w:t xml:space="preserve">[47:50] </w:t>
      </w:r>
      <w:r>
        <w:t>without suffering, there is no activity. no activity.</w:t>
      </w:r>
    </w:p>
    <w:p>
      <w:pPr>
        <w:jc w:val="right"/>
      </w:pPr>
      <w:r>
        <w:t>وداؤٹ سفرنگ، دیر از نو ایکٹیوٹی۔ نو ایکٹیوٹی۔</w:t>
      </w:r>
    </w:p>
    <w:p>
      <w:r>
        <w:rPr>
          <w:b/>
        </w:rPr>
        <w:t xml:space="preserve">[47:57] </w:t>
      </w:r>
      <w:r>
        <w:t>all those great men of the history were born in a poor family, in a poor, in a family where there were all kind of sufferings,</w:t>
      </w:r>
    </w:p>
    <w:p>
      <w:pPr>
        <w:jc w:val="right"/>
      </w:pPr>
      <w:r>
        <w:t>ال دوز گریٹ مین اف دا ہسٹری ویر بورن ان ا پور فیملی، ان ا پور، ان ا فیملی ویر دیر وار ال کائنڈ اف سفرنگز،</w:t>
      </w:r>
    </w:p>
    <w:p>
      <w:r>
        <w:rPr>
          <w:b/>
        </w:rPr>
        <w:t xml:space="preserve">[48:10] </w:t>
      </w:r>
      <w:r>
        <w:t>like poverty and disease and all kind of problems.</w:t>
      </w:r>
    </w:p>
    <w:p>
      <w:pPr>
        <w:jc w:val="right"/>
      </w:pPr>
      <w:r>
        <w:t>لائک پاورٹی اینڈ ڈیزیز اینڈ ال کائنڈ اف پرابلم۔</w:t>
      </w:r>
    </w:p>
    <w:p>
      <w:r>
        <w:rPr>
          <w:b/>
        </w:rPr>
        <w:t xml:space="preserve">[48:19] </w:t>
      </w:r>
      <w:r>
        <w:t>so i see suffering as a problem, and problem means challenge</w:t>
      </w:r>
    </w:p>
    <w:p>
      <w:pPr>
        <w:jc w:val="right"/>
      </w:pPr>
      <w:r>
        <w:t>سو ائی سی سفرنگ ایز ا پرابلم، اینڈ پرابلم مینز چیلنج</w:t>
      </w:r>
    </w:p>
    <w:p>
      <w:r>
        <w:rPr>
          <w:b/>
        </w:rPr>
        <w:t xml:space="preserve">[48:25] </w:t>
      </w:r>
      <w:r>
        <w:t>. you see, dr abdul kalam is the president of india. so he occupies the highest post of our country.</w:t>
      </w:r>
    </w:p>
    <w:p>
      <w:pPr>
        <w:jc w:val="right"/>
      </w:pPr>
      <w:r>
        <w:t>۔ یو سی، ڈاکٹر عبدالکلام از دا پریزیڈنٹ اف انڈیا۔ سو ہی اکوپائیز دا ہائیسٹ پوسٹ اف اور کنٹری۔</w:t>
      </w:r>
    </w:p>
    <w:p>
      <w:r>
        <w:rPr>
          <w:b/>
        </w:rPr>
        <w:t xml:space="preserve">[48:33] </w:t>
      </w:r>
      <w:r>
        <w:t>you know, he was born in suffering. he was born in a poor family. his family was not able to give him school fees.</w:t>
      </w:r>
    </w:p>
    <w:p>
      <w:pPr>
        <w:jc w:val="right"/>
      </w:pPr>
      <w:r>
        <w:t>یو نو، ہی واز بورن ان سفرنگ۔ ہی واز بورن ان ا پور فیملی۔ ہز فیملی واز ناٹ ایبل ٹو گیو ہم سکول فیس۔</w:t>
      </w:r>
    </w:p>
    <w:p>
      <w:r>
        <w:rPr>
          <w:b/>
        </w:rPr>
        <w:t xml:space="preserve">[48:52] </w:t>
      </w:r>
      <w:r>
        <w:t>he was not able</w:t>
      </w:r>
    </w:p>
    <w:p>
      <w:pPr>
        <w:jc w:val="right"/>
      </w:pPr>
      <w:r>
        <w:t>ہی واز ناٹ ایبل</w:t>
      </w:r>
    </w:p>
    <w:p>
      <w:r>
        <w:rPr>
          <w:b/>
        </w:rPr>
        <w:t xml:space="preserve">[48:55] </w:t>
      </w:r>
      <w:r>
        <w:t>. so after a great, after a, after a, after a, after hard work, after many type of problems, he educated himself.</w:t>
      </w:r>
    </w:p>
    <w:p>
      <w:pPr>
        <w:jc w:val="right"/>
      </w:pPr>
      <w:r>
        <w:t>۔ سو افٹر ا گریٹ، افٹر ا، افٹر ا، افٹر ا، افٹر ہارڈ ورک، افٹر مینی ٹائپ اف پرابلمز، ہی ایجوکیٹڈ ہم سیلف۔</w:t>
      </w:r>
    </w:p>
    <w:p>
      <w:r>
        <w:rPr>
          <w:b/>
        </w:rPr>
        <w:t xml:space="preserve">[49:18] </w:t>
      </w:r>
      <w:r>
        <w:t>it is he himself has given this story in book in life, that i was, i was born in a problem family, in a poor family.</w:t>
      </w:r>
    </w:p>
    <w:p>
      <w:pPr>
        <w:jc w:val="right"/>
      </w:pPr>
      <w:r>
        <w:t>اٹ از ہی ہم سیلف ہیز گیون دس سٹوری ان بک ان لائف، دیٹ ائی واز، ائی واز بورن ان ا پرابلم فیملی، ان ا پور فیملی۔</w:t>
      </w:r>
    </w:p>
    <w:p>
      <w:r>
        <w:rPr>
          <w:b/>
        </w:rPr>
        <w:t xml:space="preserve">[49:33] </w:t>
      </w:r>
      <w:r>
        <w:t>so is the case of all those people who emerge as a great man of the history, like dr raman and and all those, dr freddie and and edison.</w:t>
      </w:r>
    </w:p>
    <w:p>
      <w:pPr>
        <w:jc w:val="right"/>
      </w:pPr>
      <w:r>
        <w:t>سو از دا کیس اف ال دوز پیپل ہو ایمرج ایز ا گریٹ مین اف دا ہسٹری، لائک ڈاکٹر رمن اینڈ اینڈ ال دوز، ڈاکٹر فریڈے اینڈ اینڈ ایڈیسن۔</w:t>
      </w:r>
    </w:p>
    <w:p>
      <w:r>
        <w:rPr>
          <w:b/>
        </w:rPr>
        <w:t xml:space="preserve">[49:52] </w:t>
      </w:r>
      <w:r>
        <w:t>all those, all those big people, all those super achievers, we know were born in a family where there was all kind of suffering, all kind of problem.</w:t>
      </w:r>
    </w:p>
    <w:p>
      <w:pPr>
        <w:jc w:val="right"/>
      </w:pPr>
      <w:r>
        <w:t>ال دوز، ال دوز بگ پیپل، ال دوز سپر اچیورز، وی نو ویر بورن ان ا فیملی ویر دیر واز ال کائنڈ اف سفرنگ، ال کائنڈ اف پرابلم۔</w:t>
      </w:r>
    </w:p>
    <w:p>
      <w:r>
        <w:rPr>
          <w:b/>
        </w:rPr>
        <w:t xml:space="preserve">[50:09] </w:t>
      </w:r>
      <w:r>
        <w:t>so</w:t>
      </w:r>
    </w:p>
    <w:p>
      <w:pPr>
        <w:jc w:val="right"/>
      </w:pPr>
      <w:r>
        <w:t>سو</w:t>
      </w:r>
    </w:p>
    <w:p>
      <w:r>
        <w:rPr>
          <w:b/>
        </w:rPr>
        <w:t xml:space="preserve">[50:10] </w:t>
      </w:r>
      <w:r>
        <w:t>it is the law of nature. it is way of, way of, way of nature.</w:t>
      </w:r>
    </w:p>
    <w:p>
      <w:pPr>
        <w:jc w:val="right"/>
      </w:pPr>
      <w:r>
        <w:t>اٹ از دا لاء اف نیچر۔ اٹ از وے اف، وے اف، وے اف نیچر۔</w:t>
      </w:r>
    </w:p>
    <w:p>
      <w:r>
        <w:rPr>
          <w:b/>
        </w:rPr>
        <w:t xml:space="preserve">[50:20] </w:t>
      </w:r>
      <w:r>
        <w:t>if people have any one who have no suffering, no problem.</w:t>
      </w:r>
    </w:p>
    <w:p>
      <w:pPr>
        <w:jc w:val="right"/>
      </w:pPr>
      <w:r>
        <w:t>اف پیپل ہیو اینی ون ہو ہیو نو سفرنگ، نو پرابلم۔</w:t>
      </w:r>
    </w:p>
    <w:p>
      <w:r>
        <w:rPr>
          <w:b/>
        </w:rPr>
        <w:t xml:space="preserve">[50:28] </w:t>
      </w:r>
      <w:r>
        <w:t>if one live in comfort and luxury, then there is no motivation.</w:t>
      </w:r>
    </w:p>
    <w:p>
      <w:pPr>
        <w:jc w:val="right"/>
      </w:pPr>
      <w:r>
        <w:t>اف ون لیو ان کمفرٹ اینڈ لگزری، دین دیر از نو موٹیویشن۔</w:t>
      </w:r>
    </w:p>
    <w:p>
      <w:r>
        <w:rPr>
          <w:b/>
        </w:rPr>
        <w:t xml:space="preserve">[50:37] </w:t>
      </w:r>
      <w:r>
        <w:t>so problem motivate you.</w:t>
      </w:r>
    </w:p>
    <w:p>
      <w:pPr>
        <w:jc w:val="right"/>
      </w:pPr>
      <w:r>
        <w:t>سو پرابلم موٹیویٹ یو۔</w:t>
      </w:r>
    </w:p>
    <w:p>
      <w:r>
        <w:rPr>
          <w:b/>
        </w:rPr>
        <w:t xml:space="preserve">[50:41] </w:t>
      </w:r>
      <w:r>
        <w:t>without problem, there is no motivation. without motivation, there is no development.</w:t>
      </w:r>
    </w:p>
    <w:p>
      <w:pPr>
        <w:jc w:val="right"/>
      </w:pPr>
      <w:r>
        <w:t>وداؤٹ پرابلم، دیر از نو موٹیویشن۔ وداؤٹ موٹیویشن، دیر از نو ڈیولپمنٹ۔</w:t>
      </w:r>
    </w:p>
    <w:p>
      <w:r>
        <w:rPr>
          <w:b/>
        </w:rPr>
        <w:t xml:space="preserve">[50:48] </w:t>
      </w:r>
      <w:r>
        <w:t>i think that affluence or no problem situation demotivate people and problem and all those kind of atrocities serve motivating force</w:t>
      </w:r>
    </w:p>
    <w:p>
      <w:pPr>
        <w:jc w:val="right"/>
      </w:pPr>
      <w:r>
        <w:t>ائی تھنک دیٹ افلوئنس اور نو پرابلم سچویشن ڈی موٹیویٹ پیپل اینڈ پرابلم اینڈ ال دوز کائنڈ اف اٹراسٹیز سرو موٹیویٹنگ فورس</w:t>
      </w:r>
    </w:p>
    <w:p>
      <w:r>
        <w:rPr>
          <w:b/>
        </w:rPr>
        <w:t xml:space="preserve">[51:13] </w:t>
      </w:r>
      <w:r>
        <w:t>. so i think that it is course of nature. it is law of nature.</w:t>
      </w:r>
    </w:p>
    <w:p>
      <w:pPr>
        <w:jc w:val="right"/>
      </w:pPr>
      <w:r>
        <w:t>۔ سو ائی تھنک دیٹ اٹ از کورس اف نیچر۔ اٹ از لاء اف نیچر۔</w:t>
      </w:r>
    </w:p>
    <w:p>
      <w:r>
        <w:rPr>
          <w:b/>
        </w:rPr>
        <w:t xml:space="preserve">[51:23] </w:t>
      </w:r>
      <w:r>
        <w:t>and god, the creator, wants to create problems, create challenges, create completion.</w:t>
      </w:r>
    </w:p>
    <w:p>
      <w:pPr>
        <w:jc w:val="right"/>
      </w:pPr>
      <w:r>
        <w:t>اینڈ گاڈ، دا کریٹر، وانٹس ٹو کریٹ پرابلمز، کریٹ چیلنجز، کریٹ کمپلیشن۔</w:t>
      </w:r>
    </w:p>
    <w:p>
      <w:r>
        <w:rPr>
          <w:b/>
        </w:rPr>
        <w:t xml:space="preserve">[51:35] </w:t>
      </w:r>
      <w:r>
        <w:t>and it is this situation that makes people great people.</w:t>
      </w:r>
    </w:p>
    <w:p>
      <w:pPr>
        <w:jc w:val="right"/>
      </w:pPr>
      <w:r>
        <w:t>اینڈ اٹ از دس سچویشن دیٹ میکس پیپل گریٹ پیپل۔</w:t>
      </w:r>
    </w:p>
    <w:p>
      <w:r>
        <w:rPr>
          <w:b/>
        </w:rPr>
        <w:t xml:space="preserve">[51:44] </w:t>
      </w:r>
      <w:r>
        <w:t>there is a very, very nice saying of some some thinker that it is not ease but effort, not facility but difficulty,</w:t>
      </w:r>
    </w:p>
    <w:p>
      <w:pPr>
        <w:jc w:val="right"/>
      </w:pPr>
      <w:r>
        <w:t>دیر از ا ویری، ویری نائس سٹینگ اف سم سم تھنکر دیٹ اٹ از ناٹ ایز بٹ ایفرٹ، ناٹ فیسلیٹی بٹ ڈیفیکلٹی،</w:t>
      </w:r>
    </w:p>
    <w:p>
      <w:r>
        <w:rPr>
          <w:b/>
        </w:rPr>
        <w:t xml:space="preserve">[52:00] </w:t>
      </w:r>
      <w:r>
        <w:t>det makes men</w:t>
      </w:r>
    </w:p>
    <w:p>
      <w:pPr>
        <w:jc w:val="right"/>
      </w:pPr>
      <w:r>
        <w:t>دیٹ میکس مین</w:t>
      </w:r>
    </w:p>
    <w:p>
      <w:r>
        <w:rPr>
          <w:b/>
        </w:rPr>
        <w:t xml:space="preserve">[52:03] </w:t>
      </w:r>
      <w:r>
        <w:t>. it is not ease but effort, not facility but difficulty, that makes men.</w:t>
      </w:r>
    </w:p>
    <w:p>
      <w:pPr>
        <w:jc w:val="right"/>
      </w:pPr>
      <w:r>
        <w:t>۔ اٹ از ناٹ ایز بٹ ایفرٹ، ناٹ فیسلیٹی بٹ ڈیفیکلٹی، دیٹ میکس مین۔</w:t>
      </w:r>
    </w:p>
    <w:p>
      <w:r>
        <w:rPr>
          <w:b/>
        </w:rPr>
        <w:t xml:space="preserve">[52:17] </w:t>
      </w:r>
      <w:r>
        <w:t>personally, i don't take these things as a problem. this are blessing in this guise.</w:t>
      </w:r>
    </w:p>
    <w:p>
      <w:pPr>
        <w:jc w:val="right"/>
      </w:pPr>
      <w:r>
        <w:t>پرسنلی، ائی ڈونٹ ٹیک دیز تھنگز ایز ا پرابلم۔ دس ار بلیسنگ ان دس گائیز۔</w:t>
      </w:r>
    </w:p>
    <w:p>
      <w:r>
        <w:rPr>
          <w:b/>
        </w:rPr>
        <w:t xml:space="preserve">[52:28] </w:t>
      </w:r>
      <w:r>
        <w:t>without problem, without atrocities, there is no activity.</w:t>
      </w:r>
    </w:p>
    <w:p>
      <w:pPr>
        <w:jc w:val="right"/>
      </w:pPr>
      <w:r>
        <w:t>وداؤٹ پرابلم، وداؤٹ اٹراسٹیز، دیر از نو ایکٹیویٹی۔</w:t>
      </w:r>
    </w:p>
    <w:p>
      <w:r>
        <w:rPr>
          <w:b/>
        </w:rPr>
        <w:t xml:space="preserve">[52:40] </w:t>
      </w:r>
      <w:r>
        <w:t>it is, it is, it is this problem that activate you, that motivate you.</w:t>
      </w:r>
    </w:p>
    <w:p>
      <w:pPr>
        <w:jc w:val="right"/>
      </w:pPr>
      <w:r>
        <w:t>اٹ از، اٹ از، اٹ از دس پرابلم دیٹ ایکٹیویٹ یو، دیٹ موٹیویٹ یو۔</w:t>
      </w:r>
    </w:p>
    <w:p>
      <w:r>
        <w:rPr>
          <w:b/>
        </w:rPr>
        <w:t xml:space="preserve">[52:49] </w:t>
      </w:r>
      <w:r>
        <w:t>in time, be has prepared a book titled "the astry of history".</w:t>
      </w:r>
    </w:p>
    <w:p>
      <w:pPr>
        <w:jc w:val="right"/>
      </w:pPr>
      <w:r>
        <w:t>ان ٹائم، بی ہیز پریپیرڈ ا بک ٹائٹل "دا اسٹری اف ہسٹری"۔</w:t>
      </w:r>
    </w:p>
    <w:p>
      <w:r>
        <w:rPr>
          <w:b/>
        </w:rPr>
        <w:t xml:space="preserve">[53:00] </w:t>
      </w:r>
      <w:r>
        <w:t>the study of h</w:t>
      </w:r>
    </w:p>
    <w:p>
      <w:pPr>
        <w:jc w:val="right"/>
      </w:pPr>
      <w:r>
        <w:t>دا اسٹڈی اف ہ</w:t>
      </w:r>
    </w:p>
    <w:p>
      <w:r>
        <w:rPr>
          <w:b/>
        </w:rPr>
        <w:t xml:space="preserve">[53:01] </w:t>
      </w:r>
      <w:r>
        <w:t>story in this, in this book, he</w:t>
      </w:r>
    </w:p>
    <w:p>
      <w:pPr>
        <w:jc w:val="right"/>
      </w:pPr>
      <w:r>
        <w:t>سٹری ان دس، ان دس بک، ہی</w:t>
      </w:r>
    </w:p>
    <w:p>
      <w:r>
        <w:rPr>
          <w:b/>
        </w:rPr>
        <w:t xml:space="preserve">[53:10] </w:t>
      </w:r>
      <w:r>
        <w:t>he studies all the great civilizations of the world. and it is his finding that all those civilizations were created by those people who were minorities who were suffering all kind of problem</w:t>
      </w:r>
    </w:p>
    <w:p>
      <w:pPr>
        <w:jc w:val="right"/>
      </w:pPr>
      <w:r>
        <w:t>ہی اسٹڈیز ال دا گریٹ سولائزیشنز اف دا ورلڈ۔ اینڈ اٹ از ہز فائنڈنگ دیٹ ال دوز سولائزیشنز ویر کریٹڈ بائی دوز پیپل ہو ویر مائنارٹیز ہو ویر سفرنگ ال کائنڈ اف پرابلم</w:t>
      </w:r>
    </w:p>
    <w:p>
      <w:r>
        <w:rPr>
          <w:b/>
        </w:rPr>
        <w:t xml:space="preserve">[53:39] </w:t>
      </w:r>
      <w:r>
        <w:t>. those people who were born in affluence, they never created any civilization.</w:t>
      </w:r>
    </w:p>
    <w:p>
      <w:pPr>
        <w:jc w:val="right"/>
      </w:pPr>
      <w:r>
        <w:t>۔ دوز پیپل ہو ویر بورن ان افلوئنس، دے نیور کریٹڈ اینی سولائزیشن۔</w:t>
      </w:r>
    </w:p>
    <w:p>
      <w:r>
        <w:rPr>
          <w:b/>
        </w:rPr>
        <w:t xml:space="preserve">[53:49] </w:t>
      </w:r>
      <w:r>
        <w:t>so i take all these problems as a challenge, as a stepping stone.</w:t>
      </w:r>
    </w:p>
    <w:p>
      <w:pPr>
        <w:jc w:val="right"/>
      </w:pPr>
      <w:r>
        <w:t>سو ائی ٹیک ال دیز پرابلمز ایز ا چیلنج، ایز ا سٹیپنگ اسٹون۔</w:t>
      </w:r>
    </w:p>
    <w:p>
      <w:r>
        <w:rPr>
          <w:b/>
        </w:rPr>
        <w:t xml:space="preserve">[54:02] </w:t>
      </w:r>
      <w:r>
        <w:t>this are stepping stones as</w:t>
      </w:r>
    </w:p>
    <w:p>
      <w:pPr>
        <w:jc w:val="right"/>
      </w:pPr>
      <w:r>
        <w:t>دس ار سٹیپنگ اسٹونز از</w:t>
      </w:r>
    </w:p>
    <w:p>
      <w:r>
        <w:rPr>
          <w:b/>
        </w:rPr>
        <w:t xml:space="preserve">[54:04] </w:t>
      </w:r>
      <w:r>
        <w:t>my own experience, as my family experience. and also, i have read all these things in books.</w:t>
      </w:r>
    </w:p>
    <w:p>
      <w:pPr>
        <w:jc w:val="right"/>
      </w:pPr>
      <w:r>
        <w:t>مائی اون ایکسپیرینس، از مائی فیملی ایکسپیرینس۔ اینڈ السو، ائی ہیو ریڈ ال دیز تھنگز ان بکس۔</w:t>
      </w:r>
    </w:p>
    <w:p>
      <w:r>
        <w:rPr>
          <w:b/>
        </w:rPr>
        <w:t xml:space="preserve">[54:16] </w:t>
      </w:r>
      <w:r>
        <w:t>myself have experience so many suffering, so many problems, so many difficulties.</w:t>
      </w:r>
    </w:p>
    <w:p>
      <w:pPr>
        <w:jc w:val="right"/>
      </w:pPr>
      <w:r>
        <w:t>مائی سیلف ہیو ایکسپیرینس سو مینی سفرنگ، سو مینی پرابلمز، سو مینی ڈیفیکلٹیز۔</w:t>
      </w:r>
    </w:p>
    <w:p>
      <w:r>
        <w:rPr>
          <w:b/>
        </w:rPr>
        <w:t xml:space="preserve">[54:26] </w:t>
      </w:r>
      <w:r>
        <w:t>but i think that these difficulties were stepping stone for me.</w:t>
      </w:r>
    </w:p>
    <w:p>
      <w:pPr>
        <w:jc w:val="right"/>
      </w:pPr>
      <w:r>
        <w:t>بٹ ائی تھنک دیٹ دیز ڈیفیکلٹیز ویر سٹیپنگ اسٹون فار می۔</w:t>
      </w:r>
    </w:p>
    <w:p>
      <w:r>
        <w:rPr>
          <w:b/>
        </w:rPr>
        <w:t xml:space="preserve">[54:35] </w:t>
      </w:r>
      <w:r>
        <w:t>stepping stone for me. these problems were blessing in disguise for me. so is the case of my family.</w:t>
      </w:r>
    </w:p>
    <w:p>
      <w:pPr>
        <w:jc w:val="right"/>
      </w:pPr>
      <w:r>
        <w:t>سٹیپنگ اسٹون فار می۔ دیز پرابلمز ویر بلیسنگ ان ڈس گائیز فار می۔ سو از دا کیس اف مائی فیملی۔</w:t>
      </w:r>
    </w:p>
    <w:p>
      <w:r>
        <w:rPr>
          <w:b/>
        </w:rPr>
        <w:t xml:space="preserve">[54:46] </w:t>
      </w:r>
      <w:r>
        <w:t>and all those people who are called super achievers. all those people who are called super achievers, they were born in difficulties, in problems, in atrocities,</w:t>
      </w:r>
    </w:p>
    <w:p>
      <w:pPr>
        <w:jc w:val="right"/>
      </w:pPr>
      <w:r>
        <w:t>اینڈ ال دوز پیپل ہو ار کالڈ سپر اچیورز۔ ال دوز پیپل ہو ار کالڈ سپر اچیورز، دے ویر بورن ان ڈیفیکلٹیز، ان پرابلمز، ان اٹراسٹیز،</w:t>
      </w:r>
    </w:p>
    <w:p>
      <w:r>
        <w:rPr>
          <w:b/>
        </w:rPr>
        <w:t xml:space="preserve">[55:05] </w:t>
      </w:r>
      <w:r>
        <w:t>in poverty. then they emerge.</w:t>
      </w:r>
    </w:p>
    <w:p>
      <w:pPr>
        <w:jc w:val="right"/>
      </w:pPr>
      <w:r>
        <w:t>ان پاورٹی۔ دین دے ایمرج۔</w:t>
      </w:r>
    </w:p>
    <w:p>
      <w:r>
        <w:rPr>
          <w:b/>
        </w:rPr>
        <w:t xml:space="preserve">[55:10] </w:t>
      </w:r>
      <w:r>
        <w:t>super achievers emerge from a such such situation, not from influence, not from affluence and comfort.</w:t>
      </w:r>
    </w:p>
    <w:p>
      <w:pPr>
        <w:jc w:val="right"/>
      </w:pPr>
      <w:r>
        <w:t>سپر اچیورز ایمرج فرام ا سچ سچویشن، ناٹ فرام انفلوئنس، ناٹ فرام افلوئنس اینڈ کمفرٹ۔</w:t>
      </w:r>
    </w:p>
    <w:p>
      <w:r>
        <w:rPr>
          <w:b/>
        </w:rPr>
        <w:t xml:space="preserve">[55:25] </w:t>
      </w:r>
      <w:r>
        <w:t>so according to my experience and according to my study, all these things are blessing in disguise. all these things are like stepping stone</w:t>
      </w:r>
    </w:p>
    <w:p>
      <w:pPr>
        <w:jc w:val="right"/>
      </w:pPr>
      <w:r>
        <w:t>سو اکارڈنگ ٹو مائی ایکسپیرینس اینڈ اکارڈنگ ٹو مائی سٹڈی، ال دیز تھنگز ار بلیسنگ ان ڈس گائیز۔ ال دیز تھنگز ار لائک سٹیپنگ اسٹون</w:t>
      </w:r>
    </w:p>
    <w:p>
      <w:r>
        <w:rPr>
          <w:b/>
        </w:rPr>
        <w:t xml:space="preserve">[55:39] </w:t>
      </w:r>
      <w:r>
        <w:t>. all these things are</w:t>
      </w:r>
    </w:p>
    <w:p>
      <w:pPr>
        <w:jc w:val="right"/>
      </w:pPr>
      <w:r>
        <w:t>۔ ال دیز تھنگز ار</w:t>
      </w:r>
    </w:p>
    <w:p>
      <w:r>
        <w:rPr>
          <w:b/>
        </w:rPr>
        <w:t xml:space="preserve">[55:45] </w:t>
      </w:r>
      <w:r>
        <w:t>ways of nature. it is method of nature. it is not unwanted.</w:t>
      </w:r>
    </w:p>
    <w:p>
      <w:pPr>
        <w:jc w:val="right"/>
      </w:pPr>
      <w:r>
        <w:t>وےز اف نیچر۔ اٹ از میتھڈ اف نیچر۔ اٹ از ناٹ انوانٹڈ۔</w:t>
      </w:r>
    </w:p>
    <w:p>
      <w:r>
        <w:rPr>
          <w:b/>
        </w:rPr>
        <w:t xml:space="preserve">[55:54] </w:t>
      </w:r>
      <w:r>
        <w:t>it is not unwanted.</w:t>
      </w:r>
    </w:p>
    <w:p>
      <w:pPr>
        <w:jc w:val="right"/>
      </w:pPr>
      <w:r>
        <w:t>اٹ از ناٹ انوانٹڈ۔</w:t>
      </w:r>
    </w:p>
    <w:p>
      <w:r>
        <w:rPr>
          <w:b/>
        </w:rPr>
        <w:t xml:space="preserve">[55:56] </w:t>
      </w:r>
      <w:r>
        <w:t>it is wanted. and it is, it is a, it is, it is the method of.</w:t>
      </w:r>
    </w:p>
    <w:p>
      <w:pPr>
        <w:jc w:val="right"/>
      </w:pPr>
      <w:r>
        <w:t>اٹ از وانٹڈ۔ اینڈ اٹ از، اٹ از ا، اٹ از، اٹ از دا میتھڈ اف۔</w:t>
      </w:r>
    </w:p>
    <w:p>
      <w:r>
        <w:rPr>
          <w:b/>
        </w:rPr>
        <w:t xml:space="preserve">[56:06] </w:t>
      </w:r>
      <w:r>
        <w:t>but creator, it is a part of creation plan of god. all these things are part of creation plan of god.</w:t>
      </w:r>
    </w:p>
    <w:p>
      <w:pPr>
        <w:jc w:val="right"/>
      </w:pPr>
      <w:r>
        <w:t>بٹ کریٹر، اٹ از ا پارٹ اف کرشن پلان اف گاڈ۔ ال دیز تھنگز ار پارٹ اف کرشن پلان اف گاڈ۔</w:t>
      </w:r>
    </w:p>
    <w:p>
      <w:r>
        <w:rPr>
          <w:b/>
        </w:rPr>
        <w:t xml:space="preserve">[56:17] </w:t>
      </w:r>
      <w:r>
        <w:t>so you cannot remove it. and they are not evil part of life, but they are positive part of life.</w:t>
      </w:r>
    </w:p>
    <w:p>
      <w:pPr>
        <w:jc w:val="right"/>
      </w:pPr>
      <w:r>
        <w:t>سو یو کناٹ ریموو اٹ۔ اینڈ دے ار ناٹ ایول پارٹ اف لائف، بٹ دے ار پوزیٹیو پارٹ اف لائف۔</w:t>
      </w:r>
    </w:p>
    <w:p>
      <w:r>
        <w:rPr>
          <w:b/>
        </w:rPr>
        <w:t xml:space="preserve">[56:27] </w:t>
      </w:r>
      <w:r>
        <w:t>this is my experience and this is my study.</w:t>
      </w:r>
    </w:p>
    <w:p>
      <w:pPr>
        <w:jc w:val="right"/>
      </w:pPr>
      <w:r>
        <w:t>دس از مائی ایکسپیرینس اینڈ دس از مائی سٹڈی۔</w:t>
      </w:r>
    </w:p>
    <w:p>
      <w:r>
        <w:rPr>
          <w:b/>
        </w:rPr>
        <w:t xml:space="preserve">[56:36] </w:t>
      </w:r>
      <w:r>
        <w:t>what is man's test? what is man's test in this world?</w:t>
      </w:r>
    </w:p>
    <w:p>
      <w:pPr>
        <w:jc w:val="right"/>
      </w:pPr>
      <w:r>
        <w:t>واٹ از مینز ٹیسٹ؟ واٹ از مینز ٹیسٹ ان دس ورلڈ؟</w:t>
      </w:r>
    </w:p>
    <w:p>
      <w:r>
        <w:rPr>
          <w:b/>
        </w:rPr>
        <w:t xml:space="preserve">[56:49] </w:t>
      </w:r>
      <w:r>
        <w:t>according to islamic teachings,</w:t>
      </w:r>
    </w:p>
    <w:p>
      <w:pPr>
        <w:jc w:val="right"/>
      </w:pPr>
      <w:r>
        <w:t>اکارڈنگ ٹو اسلامک ٹیچنگز،</w:t>
      </w:r>
    </w:p>
    <w:p>
      <w:r>
        <w:rPr>
          <w:b/>
        </w:rPr>
        <w:t xml:space="preserve">[56:55] </w:t>
      </w:r>
      <w:r>
        <w:t>according to the islamic teachings, man's test is that he must use his freedom in a proper way.</w:t>
      </w:r>
    </w:p>
    <w:p>
      <w:pPr>
        <w:jc w:val="right"/>
      </w:pPr>
      <w:r>
        <w:t>اکارڈنگ ٹو دا اسلامک ٹیچنگز، مینز ٹیسٹ از دیٹ ہی مسٹ یوز ہز فریڈم ان ا پراپر وے۔</w:t>
      </w:r>
    </w:p>
    <w:p>
      <w:r>
        <w:rPr>
          <w:b/>
        </w:rPr>
        <w:t xml:space="preserve">[57:10] </w:t>
      </w:r>
      <w:r>
        <w:t>man is given freedom by the creator.</w:t>
      </w:r>
    </w:p>
    <w:p>
      <w:pPr>
        <w:jc w:val="right"/>
      </w:pPr>
      <w:r>
        <w:t>مین از گیون فریڈم بائی دا کریٹر۔</w:t>
      </w:r>
    </w:p>
    <w:p>
      <w:r>
        <w:rPr>
          <w:b/>
        </w:rPr>
        <w:t xml:space="preserve">[57:16] </w:t>
      </w:r>
      <w:r>
        <w:t>in this world, god provided everything for us: water and food and air and oxygen and light and all those things that are called life support system</w:t>
      </w:r>
    </w:p>
    <w:p>
      <w:pPr>
        <w:jc w:val="right"/>
      </w:pPr>
      <w:r>
        <w:t>ان دس ورلڈ، گاڈ پرووائیڈڈ ایوری تھنگ فارس: واٹر اینڈ فوڈ اینڈ ایئر اینڈ اکسیجن اینڈ لائٹ اینڈ ال دوز تھنگز دیٹ ار کالڈ لائف سپورٹ سسٹم</w:t>
      </w:r>
    </w:p>
    <w:p>
      <w:r>
        <w:rPr>
          <w:b/>
        </w:rPr>
        <w:t xml:space="preserve">[57:35] </w:t>
      </w:r>
      <w:r>
        <w:t>. and then god created us and settled us in this world, in this earth as a and and gave us freedom, complete freedom.</w:t>
      </w:r>
    </w:p>
    <w:p>
      <w:pPr>
        <w:jc w:val="right"/>
      </w:pPr>
      <w:r>
        <w:t>۔ اینڈ دین گاڈ کریٹڈ اس اینڈ سیٹل اس ان دس ورلڈ، ان دس ارتھ ایز ا اینڈ اینڈ گیو اس فریڈم، کمپلیٹ فریڈم۔</w:t>
      </w:r>
    </w:p>
    <w:p>
      <w:r>
        <w:rPr>
          <w:b/>
        </w:rPr>
        <w:t xml:space="preserve">[57:51] </w:t>
      </w:r>
      <w:r>
        <w:t>so our test is how to use this freedom</w:t>
      </w:r>
    </w:p>
    <w:p>
      <w:pPr>
        <w:jc w:val="right"/>
      </w:pPr>
      <w:r>
        <w:t>سو اور ٹیسٹ از ہاؤ ٹو یوز دس فریڈم</w:t>
      </w:r>
    </w:p>
    <w:p>
      <w:r>
        <w:rPr>
          <w:b/>
        </w:rPr>
        <w:t xml:space="preserve">[57:56] </w:t>
      </w:r>
      <w:r>
        <w:t>. those people who misuse that freedom, they will go to hell. and those who,</w:t>
      </w:r>
    </w:p>
    <w:p>
      <w:pPr>
        <w:jc w:val="right"/>
      </w:pPr>
      <w:r>
        <w:t>۔ دوز پیپل ہو مس یوز دیٹ فریڈم، دے ویل گو ٹو ہیل۔ اینڈ دوز ہو،</w:t>
      </w:r>
    </w:p>
    <w:p>
      <w:r>
        <w:rPr>
          <w:b/>
        </w:rPr>
        <w:t xml:space="preserve">[58:07] </w:t>
      </w:r>
      <w:r>
        <w:t>those who properly use their freedom, they will go to paradise. this is the crucial test.</w:t>
      </w:r>
    </w:p>
    <w:p>
      <w:pPr>
        <w:jc w:val="right"/>
      </w:pPr>
      <w:r>
        <w:t>دوز ہو پروپرلی یوز دیر فریڈم، دے ویل گو ٹو پیراڈائز۔ دس از دا کروشل ٹیسٹ۔</w:t>
      </w:r>
    </w:p>
    <w:p>
      <w:r>
        <w:rPr>
          <w:b/>
        </w:rPr>
        <w:t xml:space="preserve">[58:15] </w:t>
      </w:r>
      <w:r>
        <w:t>test is in freedom. then god sent prophet Muhammad</w:t>
      </w:r>
    </w:p>
    <w:p>
      <w:pPr>
        <w:jc w:val="right"/>
      </w:pPr>
      <w:r>
        <w:t>ٹیسٹ از ان فریڈم۔ دین گاڈ سینڈ پرافٹ محمد</w:t>
      </w:r>
    </w:p>
    <w:p>
      <w:r>
        <w:rPr>
          <w:b/>
        </w:rPr>
        <w:t xml:space="preserve">[58:25] </w:t>
      </w:r>
      <w:r>
        <w:t>. he is the final prophet. and god sent quran. they is the final book.</w:t>
      </w:r>
    </w:p>
    <w:p>
      <w:pPr>
        <w:jc w:val="right"/>
      </w:pPr>
      <w:r>
        <w:t>۔ ہی از دا فائنل پرافٹ۔ اینڈ گاڈ سینڈ القران۔ دے از دا فائنل بک۔</w:t>
      </w:r>
    </w:p>
    <w:p>
      <w:r>
        <w:rPr>
          <w:b/>
        </w:rPr>
        <w:t xml:space="preserve">[58:35] </w:t>
      </w:r>
      <w:r>
        <w:t>so how to use properly our freedom? we have to read quran. you have to find the guidance, guidance, divine guidance.</w:t>
      </w:r>
    </w:p>
    <w:p>
      <w:pPr>
        <w:jc w:val="right"/>
      </w:pPr>
      <w:r>
        <w:t>سو ہاؤ ٹو یوز پراپرلی اور فریڈم؟ وی ہیو ٹو ریڈ قران۔ یو ہیو ٹو فائنڈ دا گائیڈنس، گائیڈنس، ڈیوائن گائیڈنس۔</w:t>
      </w:r>
    </w:p>
    <w:p>
      <w:r>
        <w:rPr>
          <w:b/>
        </w:rPr>
        <w:t xml:space="preserve">[58:47] </w:t>
      </w:r>
      <w:r>
        <w:t>without, without this, we cannot know how to use properly our freedom.</w:t>
      </w:r>
    </w:p>
    <w:p>
      <w:pPr>
        <w:jc w:val="right"/>
      </w:pPr>
      <w:r>
        <w:t>وداؤٹ، وداؤٹ دس، وی کناٹ نو ہاؤ ٹو یوز پراپرلی اور فریڈم۔</w:t>
      </w:r>
    </w:p>
    <w:p>
      <w:r>
        <w:rPr>
          <w:b/>
        </w:rPr>
        <w:t xml:space="preserve">[58:58] </w:t>
      </w:r>
      <w:r>
        <w:t>although there is conscience. and by conscience, we know something that is bad, is good.</w:t>
      </w:r>
    </w:p>
    <w:p>
      <w:pPr>
        <w:jc w:val="right"/>
      </w:pPr>
      <w:r>
        <w:t>الدو دیر از کانشنس۔ اینڈ بائی کانشنس، وی نو سم تھنگز دیٹ از بیڈ، از گڈ۔</w:t>
      </w:r>
    </w:p>
    <w:p>
      <w:r>
        <w:rPr>
          <w:b/>
        </w:rPr>
        <w:t xml:space="preserve">[59:08] </w:t>
      </w:r>
      <w:r>
        <w:t>but simply conscience is not enough.</w:t>
      </w:r>
    </w:p>
    <w:p>
      <w:pPr>
        <w:jc w:val="right"/>
      </w:pPr>
      <w:r>
        <w:t>بٹ سمپلی کانشنس از ناٹ انف۔</w:t>
      </w:r>
    </w:p>
    <w:p>
      <w:r>
        <w:rPr>
          <w:b/>
        </w:rPr>
        <w:t xml:space="preserve">[59:12] </w:t>
      </w:r>
      <w:r>
        <w:t>we have to learn from prophetic guidance, from the quran, from the book of god. book of god.</w:t>
      </w:r>
    </w:p>
    <w:p>
      <w:pPr>
        <w:jc w:val="right"/>
      </w:pPr>
      <w:r>
        <w:t>وی ہیو ٹو لرن فرام پرافٹک گائیڈنس، فرام دا قران، فرام دا بک اف گاڈ۔ بک اف گاڈ۔</w:t>
      </w:r>
    </w:p>
    <w:p>
      <w:r>
        <w:rPr>
          <w:b/>
        </w:rPr>
        <w:t xml:space="preserve">[59:24] </w:t>
      </w:r>
      <w:r>
        <w:t>so when, so if we want to to be a deserving candidate for paradise,</w:t>
      </w:r>
    </w:p>
    <w:p>
      <w:pPr>
        <w:jc w:val="right"/>
      </w:pPr>
      <w:r>
        <w:t>سو وین، سو اف وی وانٹ ٹو ٹو بی ا ڈیزرونگ کینڈیڈیٹ فار پیراڈائز،</w:t>
      </w:r>
    </w:p>
    <w:p>
      <w:r>
        <w:rPr>
          <w:b/>
        </w:rPr>
        <w:t xml:space="preserve">[59:37] </w:t>
      </w:r>
      <w:r>
        <w:t>we have to, we have to follow the prophetic guidance. we have to follow the teachings of the quran</w:t>
      </w:r>
    </w:p>
    <w:p>
      <w:pPr>
        <w:jc w:val="right"/>
      </w:pPr>
      <w:r>
        <w:t>وی ہیو ٹو، وی ہیو ٹو فالو دا پرافٹک گائیڈنس۔ وی ہیو ٹو فالو دا ٹیچنگز اف دا قران</w:t>
      </w:r>
    </w:p>
    <w:p>
      <w:r>
        <w:rPr>
          <w:b/>
        </w:rPr>
        <w:t xml:space="preserve">[59:49] </w:t>
      </w:r>
      <w:r>
        <w:t>. we have to follow the word of god. without this, simply conscience, simply knowledge, simply science, simply philosophy is not enough to know how to use this freedom properly.</w:t>
      </w:r>
    </w:p>
    <w:p>
      <w:pPr>
        <w:jc w:val="right"/>
      </w:pPr>
      <w:r>
        <w:t>۔ وی ہیو ٹو فالو دا ورڈ اف گاڈ۔ وداؤٹ دس، سمپلی کانشنس، سمپلی نالج، سمپلی سائنس، سمپلی فلاسفی از ناٹ انف ٹو نو ہاؤ ٹو یوز دس فریڈم پراپرلی۔</w:t>
      </w:r>
    </w:p>
    <w:p>
      <w:r>
        <w:rPr>
          <w:b/>
        </w:rPr>
        <w:t xml:space="preserve">[1:00:10] </w:t>
      </w:r>
      <w:r>
        <w:t>so this is the test. this is the test of every human being, man and woman, both.</w:t>
      </w:r>
    </w:p>
    <w:p>
      <w:pPr>
        <w:jc w:val="right"/>
      </w:pPr>
      <w:r>
        <w:t>سو دس از دا ٹیسٹ۔ دس از دا ٹیسٹ اف ایوری ہیومن بینگ، مین اینڈ وومن، بوتھ۔</w:t>
      </w:r>
    </w:p>
    <w:p>
      <w:r>
        <w:rPr>
          <w:b/>
        </w:rPr>
        <w:t xml:space="preserve">[1:00:20] </w:t>
      </w:r>
      <w:r>
        <w:t>according to the quran, there is no difference in man and woman. man and woman both are in this test.</w:t>
      </w:r>
    </w:p>
    <w:p>
      <w:pPr>
        <w:jc w:val="right"/>
      </w:pPr>
      <w:r>
        <w:t>اکارڈنگ ٹو دا قران، دیر از نو ڈیفرنس ان مین اینڈ وومن۔ مین اینڈ وومن بوتھ ار ان دس ٹیسٹ۔</w:t>
      </w:r>
    </w:p>
    <w:p>
      <w:r>
        <w:rPr>
          <w:b/>
        </w:rPr>
        <w:t xml:space="preserve">[1:00:33] </w:t>
      </w:r>
      <w:r>
        <w:t>both are in trial. there is no difference at all between the two</w:t>
      </w:r>
    </w:p>
    <w:p>
      <w:pPr>
        <w:jc w:val="right"/>
      </w:pPr>
      <w:r>
        <w:t>بوتھ ار ان ٹرائل۔ دیر از نو ڈیفرنس ایٹ ال بٹوین دا ٹو</w:t>
      </w:r>
    </w:p>
    <w:p>
      <w:r>
        <w:rPr>
          <w:b/>
        </w:rPr>
        <w:t xml:space="preserve">[1:00:43] </w:t>
      </w:r>
      <w:r>
        <w:t>regarding this aspect</w:t>
      </w:r>
    </w:p>
    <w:p>
      <w:pPr>
        <w:jc w:val="right"/>
      </w:pPr>
      <w:r>
        <w:t>ریگارڈنگ دس اسپیکٹ</w:t>
      </w:r>
    </w:p>
    <w:p>
      <w:r>
        <w:rPr>
          <w:b/>
        </w:rPr>
        <w:t xml:space="preserve">[1:00:49] </w:t>
      </w:r>
      <w:r>
        <w:t>so we have to, we have to adopt that ideology as given in the Quran.</w:t>
      </w:r>
    </w:p>
    <w:p>
      <w:pPr>
        <w:jc w:val="right"/>
      </w:pPr>
      <w:r>
        <w:t>۔ سو وی ہیو ٹو، وی ہیو ٹو اڈاپٹ دیٹ ائیڈیالوجی از گیون ان دا قران۔</w:t>
      </w:r>
    </w:p>
    <w:p>
      <w:r>
        <w:rPr>
          <w:b/>
        </w:rPr>
        <w:t xml:space="preserve">[1:01:01] </w:t>
      </w:r>
      <w:r>
        <w:t>we have to adopt that worship as given in the Quran and Hadith. we have to adopt that moral values as given in the Quran and Hadith</w:t>
      </w:r>
    </w:p>
    <w:p>
      <w:pPr>
        <w:jc w:val="right"/>
      </w:pPr>
      <w:r>
        <w:t>وی ہیو ٹو اڈاپٹ دیٹ ورشپ از گیون ان دا قران اینڈ حدیث۔ وی ہیو ٹو اڈاپٹ دیٹ مورل ویلیوز از گیون ان دا قران اینڈ حدیث</w:t>
      </w:r>
    </w:p>
    <w:p>
      <w:r>
        <w:rPr>
          <w:b/>
        </w:rPr>
        <w:t xml:space="preserve">[1:01:18] </w:t>
      </w:r>
      <w:r>
        <w:t>we have to live in our society as is mentioned in the Quran and Hadith. this is the proper use of freedom.</w:t>
      </w:r>
    </w:p>
    <w:p>
      <w:pPr>
        <w:jc w:val="right"/>
      </w:pPr>
      <w:r>
        <w:t>۔ وی ہیو ٹو لیو ان اور سوسائٹی ایز از مینشن ان دا قران اینڈ حدیث۔ دس از دی پراپر یوز اف فریڈم۔</w:t>
      </w:r>
    </w:p>
    <w:p>
      <w:r>
        <w:rPr>
          <w:b/>
        </w:rPr>
        <w:t xml:space="preserve">[1:01:33] </w:t>
      </w:r>
      <w:r>
        <w:t>so the main, so the crucial thing is freedom.</w:t>
      </w:r>
    </w:p>
    <w:p>
      <w:pPr>
        <w:jc w:val="right"/>
      </w:pPr>
      <w:r>
        <w:t>سو دا مین، سو دا کروشل تھنگ از فریڈم۔</w:t>
      </w:r>
    </w:p>
    <w:p>
      <w:r>
        <w:rPr>
          <w:b/>
        </w:rPr>
        <w:t xml:space="preserve">[1:01:40] </w:t>
      </w:r>
      <w:r>
        <w:t>the test is based on this concept that we are, we are given freedom and we have to use our freedom properly.</w:t>
      </w:r>
    </w:p>
    <w:p>
      <w:pPr>
        <w:jc w:val="right"/>
      </w:pPr>
      <w:r>
        <w:t>دا ٹیسٹ از بیسڈ ان دس کانسیپٹ دیٹ وی ار، وی ار گیون فریڈم اینڈ وی ہیو ٹو یوز اور فریڈم پراپرلی۔</w:t>
      </w:r>
    </w:p>
    <w:p>
      <w:r>
        <w:rPr>
          <w:b/>
        </w:rPr>
        <w:t xml:space="preserve">[1:01:52] </w:t>
      </w:r>
      <w:r>
        <w:t>those people who misuse their freedom, they will be punished.</w:t>
      </w:r>
    </w:p>
    <w:p>
      <w:pPr>
        <w:jc w:val="right"/>
      </w:pPr>
      <w:r>
        <w:t>دوز پیپل ہو مس یوز دیر فریڈم، دے ویل بی پنشڈ۔</w:t>
      </w:r>
    </w:p>
    <w:p>
      <w:r>
        <w:rPr>
          <w:b/>
        </w:rPr>
        <w:t xml:space="preserve">[1:02:00] </w:t>
      </w:r>
      <w:r>
        <w:t>they will be punished by God</w:t>
      </w:r>
    </w:p>
    <w:p>
      <w:pPr>
        <w:jc w:val="right"/>
      </w:pPr>
      <w:r>
        <w:t>دے ویل بی پنشڈ بائی گاڈ</w:t>
      </w:r>
    </w:p>
    <w:p>
      <w:r>
        <w:rPr>
          <w:b/>
        </w:rPr>
        <w:t xml:space="preserve">[1:02:06] </w:t>
      </w:r>
      <w:r>
        <w:t>so according to the Quranic teachings, man is born as an eternal being, but his life span is divided into part</w:t>
      </w:r>
    </w:p>
    <w:p>
      <w:pPr>
        <w:jc w:val="right"/>
      </w:pPr>
      <w:r>
        <w:t>۔ سو اکارڈنگ ٹو دا قرانک ٹیچنگز، مین از بورن ایز ا ایٹرنل بینگ، بٹ ہز لائف سپینڈ از ڈیوائیڈڈ ان ٹو پارٹ</w:t>
      </w:r>
    </w:p>
    <w:p>
      <w:r>
        <w:rPr>
          <w:b/>
        </w:rPr>
        <w:t xml:space="preserve">[1:02:19] </w:t>
      </w:r>
      <w:r>
        <w:t>a small part of this is, a small part of his life lies in the pre death period.</w:t>
      </w:r>
    </w:p>
    <w:p>
      <w:pPr>
        <w:jc w:val="right"/>
      </w:pPr>
      <w:r>
        <w:t>۔ اسمال پارٹ اف دس از، اسمال پارٹ اف ہز لائف لائز ان دا پری ڈیتھ پیریڈ۔</w:t>
      </w:r>
    </w:p>
    <w:p>
      <w:r>
        <w:rPr>
          <w:b/>
        </w:rPr>
        <w:t xml:space="preserve">[1:02:30] </w:t>
      </w:r>
      <w:r>
        <w:t>and larger part of his life is, and larger part of his life lies in the post death period. so in pre death period, we are in trial.</w:t>
      </w:r>
    </w:p>
    <w:p>
      <w:pPr>
        <w:jc w:val="right"/>
      </w:pPr>
      <w:r>
        <w:t>اینڈ لارجر پارٹ اف ہز لائف از، اینڈ لارجر پارٹ اف ہز لائف لائز ان دا پوسٹ ڈیتھ پیریڈ۔ سو ان پری ڈیتھ پیریڈ، وی ار ان ٹرائل۔</w:t>
      </w:r>
    </w:p>
    <w:p>
      <w:r>
        <w:rPr>
          <w:b/>
        </w:rPr>
        <w:t xml:space="preserve">[1:02:44] </w:t>
      </w:r>
      <w:r>
        <w:t>in post death period, we will be awarded according to our deed, according to our action, according to our record, according to our record in this, in this test period.</w:t>
      </w:r>
    </w:p>
    <w:p>
      <w:pPr>
        <w:jc w:val="right"/>
      </w:pPr>
      <w:r>
        <w:t>ان پوسٹ ڈیتھ پیریڈ، وی ویل بی اوارڈ اکارڈنگ ٹو اور ڈیڈ، اکارڈنگ ٹو اور ایکشن، اکارڈنگ ٹو اور ریکارڈ، اکارڈنگ ٹو اور ریکارڈ ان دس، ان دس ٹیسٹ پیریڈ۔</w:t>
      </w:r>
    </w:p>
    <w:p>
      <w:r>
        <w:rPr>
          <w:b/>
        </w:rPr>
        <w:t xml:space="preserve">[1:03:04] </w:t>
      </w:r>
      <w:r>
        <w:t>so this is the answer to this question according to the Quranic teachings.</w:t>
      </w:r>
    </w:p>
    <w:p>
      <w:pPr>
        <w:jc w:val="right"/>
      </w:pPr>
      <w:r>
        <w:t>سو دس از دا انسر ٹو دس کوسچن اکارڈنگ ٹو دا قرانک ٹیچنگز۔</w:t>
      </w:r>
    </w:p>
    <w:p>
      <w:r>
        <w:rPr>
          <w:b/>
        </w:rPr>
        <w:t xml:space="preserve">[1:03:13] </w:t>
      </w:r>
      <w:r>
        <w:t>there is a verse in the Quran: "khalaqal mauta wal hayata li yablakum ayyukum ahsan amala". it means that God created life and death so that He may know who is best in deed</w:t>
      </w:r>
    </w:p>
    <w:p>
      <w:pPr>
        <w:jc w:val="right"/>
      </w:pPr>
      <w:r>
        <w:t>دیر از ا ورس ان دا قران: "خلق الموت والحیات لیبلکم ایم اعصا"۔ اٹ مینز دیٹ گاڈ کریٹڈ لائف اینڈ ڈیتھ سو دیٹ ہی می نو ہو از بیسٹ ان ڈیڈ</w:t>
      </w:r>
    </w:p>
    <w:p>
      <w:r>
        <w:rPr>
          <w:b/>
        </w:rPr>
        <w:t xml:space="preserve">[1:03:38] </w:t>
      </w:r>
      <w:r>
        <w:t>so other verses like this tell us that God wants to select those people who are best in character, best in deed.</w:t>
      </w:r>
    </w:p>
    <w:p>
      <w:pPr>
        <w:jc w:val="right"/>
      </w:pPr>
      <w:r>
        <w:t>۔ سو ادر ورسز لائک دس ٹیل اس دیٹ گاڈ وانٹ ٹو سلیکٹ دوز پیپل ہو ار بیسٹ ان کریکٹر، بیسٹ ان ڈیڈ۔</w:t>
      </w:r>
    </w:p>
    <w:p>
      <w:r>
        <w:rPr>
          <w:b/>
        </w:rPr>
        <w:t xml:space="preserve">[1:03:54] </w:t>
      </w:r>
      <w:r>
        <w:t>so God will select these people to settle them in paradise.</w:t>
      </w:r>
    </w:p>
    <w:p>
      <w:pPr>
        <w:jc w:val="right"/>
      </w:pPr>
      <w:r>
        <w:t>سو گاڈ ویل سلیکٹ دیز پیپل ٹو سیٹل دیم ان پیراڈائز۔</w:t>
      </w:r>
    </w:p>
    <w:p>
      <w:r>
        <w:rPr>
          <w:b/>
        </w:rPr>
        <w:t xml:space="preserve">[1:04:03] </w:t>
      </w:r>
      <w:r>
        <w:t>paradise is for those people who qualify it in this world.</w:t>
      </w:r>
    </w:p>
    <w:p>
      <w:pPr>
        <w:jc w:val="right"/>
      </w:pPr>
      <w:r>
        <w:t>پیراڈائز از فار دوز پیپل ہو کوالیفائی اٹ ان دس ورلڈ۔</w:t>
      </w:r>
    </w:p>
    <w:p>
      <w:r>
        <w:rPr>
          <w:b/>
        </w:rPr>
        <w:t xml:space="preserve">[1:04:15] </w:t>
      </w:r>
      <w:r>
        <w:t>so selection is in this world and reward in the world hereafter.</w:t>
      </w:r>
    </w:p>
    <w:p>
      <w:pPr>
        <w:jc w:val="right"/>
      </w:pPr>
      <w:r>
        <w:t>سو سلیکشن از ان دس ورلڈ اینڈ ریوارڈ ان دی ورلڈ ہیر افٹر۔</w:t>
      </w:r>
    </w:p>
    <w:p>
      <w:r>
        <w:rPr>
          <w:b/>
        </w:rPr>
        <w:t xml:space="preserve">[1:04:29] </w:t>
      </w:r>
      <w:r>
        <w:t>this there is Hadith: "innal a'mala binniyyat". actions depend on intention.</w:t>
      </w:r>
    </w:p>
    <w:p>
      <w:pPr>
        <w:jc w:val="right"/>
      </w:pPr>
      <w:r>
        <w:t>دس دیر از حدیث: "انبل بالنیا"۔ ایکشنز ڈیپینڈ ان انٹینشن۔</w:t>
      </w:r>
    </w:p>
    <w:p>
      <w:r>
        <w:rPr>
          <w:b/>
        </w:rPr>
        <w:t xml:space="preserve">[1:04:40] </w:t>
      </w:r>
      <w:r>
        <w:t>so the most important part is intention. God always checks your intention.</w:t>
      </w:r>
    </w:p>
    <w:p>
      <w:pPr>
        <w:jc w:val="right"/>
      </w:pPr>
      <w:r>
        <w:t>سو دا موسٹ امپورٹنٹ پارٹ از انٹینشن۔ گاڈ الویز چیز یور انٹینشن۔</w:t>
      </w:r>
    </w:p>
    <w:p>
      <w:r>
        <w:rPr>
          <w:b/>
        </w:rPr>
        <w:t xml:space="preserve">[1:04:50] </w:t>
      </w:r>
      <w:r>
        <w:t>God always checks your intention.</w:t>
      </w:r>
    </w:p>
    <w:p>
      <w:pPr>
        <w:jc w:val="right"/>
      </w:pPr>
      <w:r>
        <w:t>گاڈ الویز چیز یور انٹینشن۔</w:t>
      </w:r>
    </w:p>
    <w:p>
      <w:r>
        <w:rPr>
          <w:b/>
        </w:rPr>
        <w:t xml:space="preserve">[1:04:55] </w:t>
      </w:r>
      <w:r>
        <w:t>so there be some shortcomings in your deed, but as far as the intention is concerned, no concession is allowed.</w:t>
      </w:r>
    </w:p>
    <w:p>
      <w:pPr>
        <w:jc w:val="right"/>
      </w:pPr>
      <w:r>
        <w:t>سو دیر بی سم شارٹ کمنگز ان یور ڈیڈ، بٹ ایز فار ایز دا انٹینشن از کنسرن، نو کنسیشن از الاؤڈ۔</w:t>
      </w:r>
    </w:p>
    <w:p>
      <w:r>
        <w:rPr>
          <w:b/>
        </w:rPr>
        <w:t xml:space="preserve">[1:05:06] </w:t>
      </w:r>
      <w:r>
        <w:t>no concession.</w:t>
      </w:r>
    </w:p>
    <w:p>
      <w:pPr>
        <w:jc w:val="right"/>
      </w:pPr>
      <w:r>
        <w:t>نو کنسیشن۔</w:t>
      </w:r>
    </w:p>
    <w:p>
      <w:r>
        <w:rPr>
          <w:b/>
        </w:rPr>
        <w:t xml:space="preserve">[1:05:12] </w:t>
      </w:r>
      <w:r>
        <w:t>in deed, God will give you some concession, but as far as the intention is concerned, no no</w:t>
      </w:r>
    </w:p>
    <w:p>
      <w:pPr>
        <w:jc w:val="right"/>
      </w:pPr>
      <w:r>
        <w:t>ان ڈیڈ، گاڈ ویل گیو یو سم کنسیشن، بٹ ایز فار ایز دا انٹینشن از کنسرن، نی نی</w:t>
      </w:r>
    </w:p>
    <w:p>
      <w:r>
        <w:rPr>
          <w:b/>
        </w:rPr>
        <w:t xml:space="preserve">[1:05:23] </w:t>
      </w:r>
      <w:r>
        <w:t>in no intention, there is no concession. no concession. so our intention must be pure complete in complete sense of the word.</w:t>
      </w:r>
    </w:p>
    <w:p>
      <w:pPr>
        <w:jc w:val="right"/>
      </w:pPr>
      <w:r>
        <w:t>ان نی ار انٹینشن، دیر از نو کنسیشن۔ نو کنسیشن۔ سو اور انٹینشن مسٹ بی پیور کمپلیٹ ان کمپلیٹ سینس اف دا ورڈ۔</w:t>
      </w:r>
    </w:p>
    <w:p>
      <w:r>
        <w:rPr>
          <w:b/>
        </w:rPr>
        <w:t xml:space="preserve">[1:05:37] </w:t>
      </w:r>
      <w:r>
        <w:t>our intention must be pure in complete sense of the word.</w:t>
      </w:r>
    </w:p>
    <w:p>
      <w:pPr>
        <w:jc w:val="right"/>
      </w:pPr>
      <w:r>
        <w:t>اور انٹینشن مسٹ بی پیور ان کمپلیٹ سینس اف دا ورڈ۔</w:t>
      </w:r>
    </w:p>
    <w:p>
      <w:r>
        <w:rPr>
          <w:b/>
        </w:rPr>
        <w:t xml:space="preserve">[1:05:45] </w:t>
      </w:r>
      <w:r>
        <w:t>intention means all or dead or or action must be for the sake of god, not for the sake of our self, not the sake of any other interest.</w:t>
      </w:r>
    </w:p>
    <w:p>
      <w:pPr>
        <w:jc w:val="right"/>
      </w:pPr>
      <w:r>
        <w:t>انٹینشن مینز ال اور ڈیڈ اور اور ایکشن مسٹ بی فار دا سیک اف گاڈ، ناٹ فار دا سیک اف اور سیلف، ناٹ دا سیک اف اینی ادر انٹرسٹ۔</w:t>
      </w:r>
    </w:p>
    <w:p>
      <w:r>
        <w:rPr>
          <w:b/>
        </w:rPr>
        <w:t xml:space="preserve">[1:05:59] </w:t>
      </w:r>
      <w:r>
        <w:t>fi sabilillah, there is the word fi sabilillah. fi sabilillah means for the sake of god.</w:t>
      </w:r>
    </w:p>
    <w:p>
      <w:pPr>
        <w:jc w:val="right"/>
      </w:pPr>
      <w:r>
        <w:t>فی سبیل اللہ، دیر از دا ورڈ فی سبیل اللہ۔ فی سبیل اللہ مینز فار دا سیک اف گاڈ۔</w:t>
      </w:r>
    </w:p>
    <w:p>
      <w:r>
        <w:rPr>
          <w:b/>
        </w:rPr>
        <w:t xml:space="preserve">[1:06:09] </w:t>
      </w:r>
      <w:r>
        <w:t>or speech, or action, or behavior, or activities, everything must be for the sake of god.</w:t>
      </w:r>
    </w:p>
    <w:p>
      <w:pPr>
        <w:jc w:val="right"/>
      </w:pPr>
      <w:r>
        <w:t>اور سپیچ، اور ایکشن، اور بیہیویئر، اور ایکٹیویٹیز، ایوری تھنگ مسٹ بی فار دا سیک اف گاڈ۔</w:t>
      </w:r>
    </w:p>
    <w:p>
      <w:r>
        <w:rPr>
          <w:b/>
        </w:rPr>
        <w:t xml:space="preserve">[1:06:20] </w:t>
      </w:r>
      <w:r>
        <w:t>for the sake of god, fi sabilillah. so this is good contention, good intention.</w:t>
      </w:r>
    </w:p>
    <w:p>
      <w:pPr>
        <w:jc w:val="right"/>
      </w:pPr>
      <w:r>
        <w:t>فار دا سیک اف گاڈ، فی سبیل اللہ۔ سو دس از گڈ کنٹینشن، گڈ انٹینشن۔</w:t>
      </w:r>
    </w:p>
    <w:p>
      <w:r>
        <w:rPr>
          <w:b/>
        </w:rPr>
        <w:t xml:space="preserve">[1:06:30] </w:t>
      </w:r>
      <w:r>
        <w:t>in islam, good intention means fi sabilillah. that is doing your work, doing your in all kind of doing your work for the sake of god, not for for any other purpose.</w:t>
      </w:r>
    </w:p>
    <w:p>
      <w:pPr>
        <w:jc w:val="right"/>
      </w:pPr>
      <w:r>
        <w:t>ان اسلام، گڈ انٹینشن مینز فی سبیل اللہ۔ دیٹ از ڈوئنگ یور ورک، ڈوئنگ یور ان ال کائنڈ اف ڈوئنگ یور ورک فار دا سیک اف گاڈ، ناٹ فار فار اینی ادر پرپس۔</w:t>
      </w:r>
    </w:p>
    <w:p>
      <w:r>
        <w:rPr>
          <w:b/>
        </w:rPr>
        <w:t xml:space="preserve">[1:06:55] </w:t>
      </w:r>
      <w:r>
        <w:t>if you do your work for some other purposes, then that is bad intention according to the islamic teachings.</w:t>
      </w:r>
    </w:p>
    <w:p>
      <w:pPr>
        <w:jc w:val="right"/>
      </w:pPr>
      <w:r>
        <w:t>اف یو ڈو یور ورک فار سم ادر پرپسز، دین دیٹ از بیڈ انٹینشن اکارڈنگ ٹو دی اسلامک ٹیچنگز۔</w:t>
      </w:r>
    </w:p>
    <w:p>
      <w:r>
        <w:rPr>
          <w:b/>
        </w:rPr>
        <w:t xml:space="preserve">[1:07:06] </w:t>
      </w:r>
      <w:r>
        <w:t>and then if you</w:t>
      </w:r>
    </w:p>
    <w:p>
      <w:pPr>
        <w:jc w:val="right"/>
      </w:pPr>
      <w:r>
        <w:t>اینڈ دین اف یو</w:t>
      </w:r>
    </w:p>
    <w:p>
      <w:r>
        <w:rPr>
          <w:b/>
        </w:rPr>
        <w:t xml:space="preserve">[1:07:10] </w:t>
      </w:r>
      <w:r>
        <w:t>do for the sake of god, then it is good intention</w:t>
      </w:r>
    </w:p>
    <w:p>
      <w:pPr>
        <w:jc w:val="right"/>
      </w:pPr>
      <w:r>
        <w:t>ڈو فار دا سیک اف گاڈ، دین اٹ از گڈ انٹینشن</w:t>
      </w:r>
    </w:p>
    <w:p>
      <w:r>
        <w:rPr>
          <w:b/>
        </w:rPr>
        <w:t xml:space="preserve">[1:07:16] </w:t>
      </w:r>
      <w:r>
        <w:t>. so only those dead or those actions will be,</w:t>
      </w:r>
    </w:p>
    <w:p>
      <w:pPr>
        <w:jc w:val="right"/>
      </w:pPr>
      <w:r>
        <w:t>۔ سو اونلی دوز ڈیڈ اور دوز ایکشنز ول بی،</w:t>
      </w:r>
    </w:p>
    <w:p>
      <w:r>
        <w:rPr>
          <w:b/>
        </w:rPr>
        <w:t xml:space="preserve">[1:07:28] </w:t>
      </w:r>
      <w:r>
        <w:t>will be approved by god. those are for the sake of god, for the sake of god.</w:t>
      </w:r>
    </w:p>
    <w:p>
      <w:pPr>
        <w:jc w:val="right"/>
      </w:pPr>
      <w:r>
        <w:t>ول بی اپرووڈ بائی گاڈ۔ دوز ار فار دا سیک اف گاڈ، فار دا سیک اف گاڈ۔</w:t>
      </w:r>
    </w:p>
    <w:p>
      <w:r>
        <w:rPr>
          <w:b/>
        </w:rPr>
        <w:t xml:space="preserve">[1:07:37] </w:t>
      </w:r>
      <w:r>
        <w:t>otherwise, it will not be accepted by god.</w:t>
      </w:r>
    </w:p>
    <w:p>
      <w:pPr>
        <w:jc w:val="right"/>
      </w:pPr>
      <w:r>
        <w:t>ادروائز، اٹ ول ناٹ بی ایکسیپٹڈ بائی گاڈ۔</w:t>
      </w:r>
    </w:p>
    <w:p>
      <w:r>
        <w:rPr>
          <w:b/>
        </w:rPr>
        <w:t xml:space="preserve">[1:07:46] </w:t>
      </w:r>
      <w:r>
        <w:t>only those actions, those deeds will be accepted by god that have good intention.</w:t>
      </w:r>
    </w:p>
    <w:p>
      <w:pPr>
        <w:jc w:val="right"/>
      </w:pPr>
      <w:r>
        <w:t>اونلی دوز ایکشنز، دوز ڈیڈز ول بی ایکسیپٹڈ بائی گاڈ دیٹ ہیو گڈ انٹینشن۔</w:t>
      </w:r>
    </w:p>
    <w:p>
      <w:r>
        <w:rPr>
          <w:b/>
        </w:rPr>
        <w:t xml:space="preserve">[1:07:56] </w:t>
      </w:r>
      <w:r>
        <w:t>that is fi sabilillah, for the sake of god. otherwise, it will not be accepted by god. no, very clear in the quran and hadith, both very very clear</w:t>
      </w:r>
    </w:p>
    <w:p>
      <w:pPr>
        <w:jc w:val="right"/>
      </w:pPr>
      <w:r>
        <w:t>دیٹ از فی سبیل اللہ، فار دا سیک اف گاڈ۔ ادروائز، اٹ ول ناٹ بی ایکسیپٹڈ بائی گاڈ۔ نو، ویری کلیئر ان دا قران اینڈ حدیث، بوتھ ویری ویری کلیئر</w:t>
      </w:r>
    </w:p>
    <w:p>
      <w:r>
        <w:rPr>
          <w:b/>
        </w:rPr>
        <w:t xml:space="preserve">[1:08:11] </w:t>
      </w:r>
      <w:r>
        <w:t>. so fi sabilillah is a very crucial condition for every deed, for every action. very very crucial condition.</w:t>
      </w:r>
    </w:p>
    <w:p>
      <w:pPr>
        <w:jc w:val="right"/>
      </w:pPr>
      <w:r>
        <w:t>۔ سو فی سبیل اللہ از ا ویری کروشل کنڈیشن فار ایوری ڈیڈ، فار ایوری ایکشن۔ ویری ویری کروشل کنڈیشن۔</w:t>
      </w:r>
    </w:p>
    <w:p>
      <w:r>
        <w:rPr>
          <w:b/>
        </w:rPr>
        <w:t xml:space="preserve">[1:08:21] </w:t>
      </w:r>
      <w:r>
        <w:t>without fi sabilillah, no amal, no deed will be accepted by god.</w:t>
      </w:r>
    </w:p>
    <w:p>
      <w:pPr>
        <w:jc w:val="right"/>
      </w:pPr>
      <w:r>
        <w:t>وداؤٹ فی سبیل اللہ، نو عمل، نو ڈیڈ ول بی ایکسیپٹڈ بائی گاڈ۔</w:t>
      </w:r>
    </w:p>
    <w:p>
      <w:r>
        <w:rPr>
          <w:b/>
        </w:rPr>
        <w:t xml:space="preserve">[1:08:32] </w:t>
      </w:r>
      <w:r>
        <w:t>maulana, what is the importance of the mind in the test?</w:t>
      </w:r>
    </w:p>
    <w:p>
      <w:pPr>
        <w:jc w:val="right"/>
      </w:pPr>
      <w:r>
        <w:t>مولانا، واٹ از دا امپورٹنس اف دا مائنڈ ان دا ٹیسٹ؟</w:t>
      </w:r>
    </w:p>
    <w:p>
      <w:r>
        <w:rPr>
          <w:b/>
        </w:rPr>
        <w:t xml:space="preserve">[1:08:39] </w:t>
      </w:r>
      <w:r>
        <w:t>means mind,</w:t>
      </w:r>
    </w:p>
    <w:p>
      <w:pPr>
        <w:jc w:val="right"/>
      </w:pPr>
      <w:r>
        <w:t>مینز مائنڈ،</w:t>
      </w:r>
    </w:p>
    <w:p>
      <w:r>
        <w:rPr>
          <w:b/>
        </w:rPr>
        <w:t xml:space="preserve">[1:08:42] </w:t>
      </w:r>
      <w:r>
        <w:t>what is the importance of mind in the test?</w:t>
      </w:r>
    </w:p>
    <w:p>
      <w:pPr>
        <w:jc w:val="right"/>
      </w:pPr>
      <w:r>
        <w:t>واٹ از دا امپورٹنس اف مائنڈ ان دا ٹیسٹ؟</w:t>
      </w:r>
    </w:p>
    <w:p>
      <w:r>
        <w:rPr>
          <w:b/>
        </w:rPr>
        <w:t xml:space="preserve">[1:08:48] </w:t>
      </w:r>
      <w:r>
        <w:t>yes, so everything depends on mind. mind intention is in the mind.</w:t>
      </w:r>
    </w:p>
    <w:p>
      <w:pPr>
        <w:jc w:val="right"/>
      </w:pPr>
      <w:r>
        <w:t>یس، سو ایوری تھنگ ڈیپینڈز ان مائنڈ۔ مائنڈ انٹینشن از ان دا مائنڈ۔</w:t>
      </w:r>
    </w:p>
    <w:p>
      <w:r>
        <w:rPr>
          <w:b/>
        </w:rPr>
        <w:t xml:space="preserve">[1:08:58] </w:t>
      </w:r>
      <w:r>
        <w:t>in pre scientific era, people believing that intention lies in the heart</w:t>
      </w:r>
    </w:p>
    <w:p>
      <w:pPr>
        <w:jc w:val="right"/>
      </w:pPr>
      <w:r>
        <w:t>ان پری سائنٹیفک ایرا، پیپل بی بیلیونگ دیٹ انٹینشن لائز ان دی ہارٹ</w:t>
      </w:r>
    </w:p>
    <w:p>
      <w:r>
        <w:rPr>
          <w:b/>
        </w:rPr>
        <w:t xml:space="preserve">[1:09:07] </w:t>
      </w:r>
      <w:r>
        <w:t>, but now in scientific era, no one believe in this notion. now, all the actions are governed by mind, not by heart.</w:t>
      </w:r>
    </w:p>
    <w:p>
      <w:pPr>
        <w:jc w:val="right"/>
      </w:pPr>
      <w:r>
        <w:t>، بٹ ناو ان سائنٹیفک ایرا، نو ون بیلیو ان دس نوشن۔ ناؤ، ال دا ایکشنز ار گورنڈ بائی مائنڈ، ناٹ بائی ہارٹ۔</w:t>
      </w:r>
    </w:p>
    <w:p>
      <w:r>
        <w:rPr>
          <w:b/>
        </w:rPr>
        <w:t xml:space="preserve">[1:09:20] </w:t>
      </w:r>
      <w:r>
        <w:t>now, according to the scientific discovery, according to the scientific studies, heart is simply a tool of blood circulation.</w:t>
      </w:r>
    </w:p>
    <w:p>
      <w:pPr>
        <w:jc w:val="right"/>
      </w:pPr>
      <w:r>
        <w:t>ناؤ، اکارڈنگ ٹو دا سائنٹیفک ڈسکوری، اکارڈنگ ٹو دا سائنٹیفک اسٹڈیز، ہارٹ از سمپلی ا ٹول اف بلڈ سرکولیشن۔</w:t>
      </w:r>
    </w:p>
    <w:p>
      <w:r>
        <w:rPr>
          <w:b/>
        </w:rPr>
        <w:t xml:space="preserve">[1:09:34] </w:t>
      </w:r>
      <w:r>
        <w:t>blood circulation</w:t>
      </w:r>
    </w:p>
    <w:p>
      <w:pPr>
        <w:jc w:val="right"/>
      </w:pPr>
      <w:r>
        <w:t>بلڈ سرکولیشن</w:t>
      </w:r>
    </w:p>
    <w:p>
      <w:r>
        <w:rPr>
          <w:b/>
        </w:rPr>
        <w:t xml:space="preserve">[1:09:37] </w:t>
      </w:r>
      <w:r>
        <w:t>and all the thinking process is, all the think process comes from mind.</w:t>
      </w:r>
    </w:p>
    <w:p>
      <w:pPr>
        <w:jc w:val="right"/>
      </w:pPr>
      <w:r>
        <w:t>اینڈ ال دا تھنکنگ پروسیس از، ال دا تھنک پروسیس کمز فرام مائنڈ۔</w:t>
      </w:r>
    </w:p>
    <w:p>
      <w:r>
        <w:rPr>
          <w:b/>
        </w:rPr>
        <w:t xml:space="preserve">[1:09:50] </w:t>
      </w:r>
      <w:r>
        <w:t>so, it is mind that is responsible. it is mind that is responsible.</w:t>
      </w:r>
    </w:p>
    <w:p>
      <w:pPr>
        <w:jc w:val="right"/>
      </w:pPr>
      <w:r>
        <w:t>سو، اٹ از مائنڈ دیٹ از ریسپانسبل۔ اٹ از مائنڈ دیٹ از ریسپانسبل۔</w:t>
      </w:r>
    </w:p>
    <w:p>
      <w:r>
        <w:rPr>
          <w:b/>
        </w:rPr>
        <w:t xml:space="preserve">[1:09:59] </w:t>
      </w:r>
      <w:r>
        <w:t>so, we, it is mind that, it is mind that realize the truth.</w:t>
      </w:r>
    </w:p>
    <w:p>
      <w:pPr>
        <w:jc w:val="right"/>
      </w:pPr>
      <w:r>
        <w:t>سو، وی، اٹ از مائنڈ دیٹ، اٹ از مائنڈ دیٹ ریلائز دا ٹروتھ۔</w:t>
      </w:r>
    </w:p>
    <w:p>
      <w:r>
        <w:rPr>
          <w:b/>
        </w:rPr>
        <w:t xml:space="preserve">[1:10:11] </w:t>
      </w:r>
      <w:r>
        <w:t>it is mind that, that tell us everything</w:t>
      </w:r>
    </w:p>
    <w:p>
      <w:pPr>
        <w:jc w:val="right"/>
      </w:pPr>
      <w:r>
        <w:t>اٹ از مائنڈ دیٹ، دیٹ ٹیل اس ایوری تھنگ</w:t>
      </w:r>
    </w:p>
    <w:p>
      <w:r>
        <w:rPr>
          <w:b/>
        </w:rPr>
        <w:t xml:space="preserve">[1:10:17] </w:t>
      </w:r>
      <w:r>
        <w:t>when we pray. when we pray, when we, when we. in all those kinds of islamic deeds are governed by mind.</w:t>
      </w:r>
    </w:p>
    <w:p>
      <w:pPr>
        <w:jc w:val="right"/>
      </w:pPr>
      <w:r>
        <w:t>وین وی پری۔ وین وی پری، وین وی، وین وی۔ ان ال دوز کائنڈ اف اسلامک ڈیڈ ار گورنڈ بائی مائنڈ۔</w:t>
      </w:r>
    </w:p>
    <w:p>
      <w:r>
        <w:rPr>
          <w:b/>
        </w:rPr>
        <w:t xml:space="preserve">[1:10:32] </w:t>
      </w:r>
      <w:r>
        <w:t>by mind, in prayer and fasting and hajj and moral character, everything is governed by mind.</w:t>
      </w:r>
    </w:p>
    <w:p>
      <w:pPr>
        <w:jc w:val="right"/>
      </w:pPr>
      <w:r>
        <w:t>بائی مائنڈ، ان پریر اینڈ فاسٹنگ اینڈ حج اینڈ مورل کریکٹر، ایوری تھنگ از گورنڈ بائی مائنڈ۔</w:t>
      </w:r>
    </w:p>
    <w:p>
      <w:r>
        <w:rPr>
          <w:b/>
        </w:rPr>
        <w:t xml:space="preserve">[1:10:44] </w:t>
      </w:r>
      <w:r>
        <w:t>so, it is mind that is basically responsible in our life. it is not only, it is not only the question of religious deeds, but also all other deeds, all other actions are also governed by mind.</w:t>
      </w:r>
    </w:p>
    <w:p>
      <w:pPr>
        <w:jc w:val="right"/>
      </w:pPr>
      <w:r>
        <w:t>سو، اٹ از مائنڈ دیٹ از بیسیکلی ریسپانسبل ان اور لائف۔ اٹ از ناٹ اونلی، اٹ از ناٹ اونلی دا کوسچن اف ریلیجیس ڈیڈز، بٹ السو ال ادر ڈیڈز، ال ادر ایکشنز ار السو گورنڈ بائی مائنڈ۔</w:t>
      </w:r>
    </w:p>
    <w:p>
      <w:r>
        <w:rPr>
          <w:b/>
        </w:rPr>
        <w:t xml:space="preserve">[1:11:03] </w:t>
      </w:r>
      <w:r>
        <w:t>for example, when we, when we, when we go to schools or colleges, when we,</w:t>
      </w:r>
    </w:p>
    <w:p>
      <w:pPr>
        <w:jc w:val="right"/>
      </w:pPr>
      <w:r>
        <w:t>فار ایگزیمپل، وین وی، وین وی، وین وی گو ٹو اسکولز اور کالجز، وین وی،</w:t>
      </w:r>
    </w:p>
    <w:p>
      <w:r>
        <w:rPr>
          <w:b/>
        </w:rPr>
        <w:t xml:space="preserve">[1:11:18] </w:t>
      </w:r>
      <w:r>
        <w:t>when we educate our childrens, there is also a phenomena of mind</w:t>
      </w:r>
    </w:p>
    <w:p>
      <w:pPr>
        <w:jc w:val="right"/>
      </w:pPr>
      <w:r>
        <w:t>وین وی ایجوکیٹ اور چلڈرنز، دیر از السو ا فیناومینا اف مائنڈ</w:t>
      </w:r>
    </w:p>
    <w:p>
      <w:r>
        <w:rPr>
          <w:b/>
        </w:rPr>
        <w:t xml:space="preserve">[1:11:25] </w:t>
      </w:r>
      <w:r>
        <w:t>. mind through which we find education. mind through which we study. mind through which we do our business.</w:t>
      </w:r>
    </w:p>
    <w:p>
      <w:pPr>
        <w:jc w:val="right"/>
      </w:pPr>
      <w:r>
        <w:t>۔ مائنڈ تھرو وچ وی فائنڈ ایجوکیشن۔ مائنڈ تھرو وچ وی سٹڈی۔ مائنڈ تھرو وچ وی ڈو اور بزنس۔</w:t>
      </w:r>
    </w:p>
    <w:p>
      <w:r>
        <w:rPr>
          <w:b/>
        </w:rPr>
        <w:t xml:space="preserve">[1:11:36] </w:t>
      </w:r>
      <w:r>
        <w:t>mind through which we do our job. so, mind is the only,</w:t>
      </w:r>
    </w:p>
    <w:p>
      <w:pPr>
        <w:jc w:val="right"/>
      </w:pPr>
      <w:r>
        <w:t>مائنڈ تھرو وچ وی ڈو اور جاب۔ سو، مائنڈ از دا اونلی،</w:t>
      </w:r>
    </w:p>
    <w:p>
      <w:r>
        <w:rPr>
          <w:b/>
        </w:rPr>
        <w:t xml:space="preserve">[1:11:45] </w:t>
      </w:r>
      <w:r>
        <w:t>only quality of a man through which we do all, all the thing. organize all our activities.</w:t>
      </w:r>
    </w:p>
    <w:p>
      <w:pPr>
        <w:jc w:val="right"/>
      </w:pPr>
      <w:r>
        <w:t>اونلی کوالٹی اف ا مین تھرو وچ وی ڈو ال، ال دا تھنگ۔ ارگنائز ال اور ایکٹیویٹیز۔</w:t>
      </w:r>
    </w:p>
    <w:p>
      <w:r>
        <w:rPr>
          <w:b/>
        </w:rPr>
        <w:t xml:space="preserve">[1:11:55] </w:t>
      </w:r>
      <w:r>
        <w:t>so, is the case of religious activities.</w:t>
      </w:r>
    </w:p>
    <w:p>
      <w:pPr>
        <w:jc w:val="right"/>
      </w:pPr>
      <w:r>
        <w:t>سو، از دا کیس اف ریلیجیس ایکٹیویٹیز۔</w:t>
      </w:r>
    </w:p>
    <w:p>
      <w:r>
        <w:rPr>
          <w:b/>
        </w:rPr>
        <w:t xml:space="preserve">[1:12:00] </w:t>
      </w:r>
      <w:r>
        <w:t>our religious activities also begins from mind. when we think about the truth, there is an act of mind.</w:t>
      </w:r>
    </w:p>
    <w:p>
      <w:pPr>
        <w:jc w:val="right"/>
      </w:pPr>
      <w:r>
        <w:t>اور ریلیجیس ایکٹیویٹیز السو بگنز فرام مائنڈ۔ وین وی تھنک اباؤٹ دا ٹروتھ، دیر از ان ایکٹ اف مائنڈ۔</w:t>
      </w:r>
    </w:p>
    <w:p>
      <w:r>
        <w:rPr>
          <w:b/>
        </w:rPr>
        <w:t xml:space="preserve">[1:12:14] </w:t>
      </w:r>
      <w:r>
        <w:t>you know, everyone, as i said earlier, that when one is born in this world, he face some questions</w:t>
      </w:r>
    </w:p>
    <w:p>
      <w:pPr>
        <w:jc w:val="right"/>
      </w:pPr>
      <w:r>
        <w:t>یو نو، ایوری ون، ایز ائی سیڈ ارلیئر، دیٹ وین ون از بورن ان دس ورلڈ، ہی فیس سم کوسچنز</w:t>
      </w:r>
    </w:p>
    <w:p>
      <w:r>
        <w:rPr>
          <w:b/>
        </w:rPr>
        <w:t xml:space="preserve">[1:12:25] </w:t>
      </w:r>
      <w:r>
        <w:t>. everyone, everyone, who am i? what is the purpose of life? what is the, what is death and what is life?</w:t>
      </w:r>
    </w:p>
    <w:p>
      <w:pPr>
        <w:jc w:val="right"/>
      </w:pPr>
      <w:r>
        <w:t>۔ ایوری ون، ایوری ون، ہو ایم ائی؟ واٹ از دا پرپس اف لائف؟ واٹ از دا، واٹ از ڈیتھ اینڈ واٹ از لائف؟</w:t>
      </w:r>
    </w:p>
    <w:p>
      <w:r>
        <w:rPr>
          <w:b/>
        </w:rPr>
        <w:t xml:space="preserve">[1:12:40] </w:t>
      </w:r>
      <w:r>
        <w:t>what is hell and what is paradise? so, all these questions are related to mind. it is mind through which we can find answers to these questions.</w:t>
      </w:r>
    </w:p>
    <w:p>
      <w:pPr>
        <w:jc w:val="right"/>
      </w:pPr>
      <w:r>
        <w:t>واٹ از ہیل اینڈ واٹ از پیراڈائز؟ سو، ال دیز کوسچنز ار ریلیٹڈ ٹو مائنڈ۔ اٹ از مائنڈ تھرو وچ وی کین فائنڈ انسرز ٹو دیز کوسچنز۔</w:t>
      </w:r>
    </w:p>
    <w:p>
      <w:r>
        <w:rPr>
          <w:b/>
        </w:rPr>
        <w:t xml:space="preserve">[1:12:56] </w:t>
      </w:r>
      <w:r>
        <w:t>through mind, we believe. through mind, we realize. through mind, we discover god. through mind, we understand quran.</w:t>
      </w:r>
    </w:p>
    <w:p>
      <w:pPr>
        <w:jc w:val="right"/>
      </w:pPr>
      <w:r>
        <w:t>تھرو مائنڈ، وی بیلیو۔ تھرو مائنڈ، وی ریلائز۔ تھرو مائنڈ، وی ڈسکور گاڈ۔ تھرو مائنڈ، وی انڈرسٹینڈ القران۔</w:t>
      </w:r>
    </w:p>
    <w:p>
      <w:r>
        <w:rPr>
          <w:b/>
        </w:rPr>
        <w:t xml:space="preserve">[1:13:09] </w:t>
      </w:r>
      <w:r>
        <w:t>so, i think that most very very important to train our mind. according to my experience, there is only one obstacle in this regard, that is conditioning.</w:t>
      </w:r>
    </w:p>
    <w:p>
      <w:pPr>
        <w:jc w:val="right"/>
      </w:pPr>
      <w:r>
        <w:t>سو، ائی تھنک دیٹ موسٹ ویری ویری امپورٹنٹ ٹو ٹرین اور مائنڈ۔ اکارڈنگ ٹو مائی ایکسپیرینس، دیر از اونلی ون ابسٹیکل ان دس ریگارڈ، دیٹ از کنڈیشننگ۔</w:t>
      </w:r>
    </w:p>
    <w:p>
      <w:r>
        <w:rPr>
          <w:b/>
        </w:rPr>
        <w:t xml:space="preserve">[1:13:27] </w:t>
      </w:r>
      <w:r>
        <w:t>in our,</w:t>
      </w:r>
    </w:p>
    <w:p>
      <w:pPr>
        <w:jc w:val="right"/>
      </w:pPr>
      <w:r>
        <w:t>ان اور،</w:t>
      </w:r>
    </w:p>
    <w:p>
      <w:r>
        <w:rPr>
          <w:b/>
        </w:rPr>
        <w:t xml:space="preserve">[1:13:30] </w:t>
      </w:r>
      <w:r>
        <w:t>in our society, everyone becomes condition case. a case of conditioning.</w:t>
      </w:r>
    </w:p>
    <w:p>
      <w:pPr>
        <w:jc w:val="right"/>
      </w:pPr>
      <w:r>
        <w:t>ان اور سوسائٹی، ایوری ون بیکمز کنڈیشن کیس۔ ا کیس اف کنڈیشننگ۔</w:t>
      </w:r>
    </w:p>
    <w:p>
      <w:r>
        <w:rPr>
          <w:b/>
        </w:rPr>
        <w:t xml:space="preserve">[1:13:39] </w:t>
      </w:r>
      <w:r>
        <w:t>there is hadith: "kal mauloodi al fitra"</w:t>
      </w:r>
    </w:p>
    <w:p>
      <w:pPr>
        <w:jc w:val="right"/>
      </w:pPr>
      <w:r>
        <w:t>دیر از حدیث: "کل مولودی الفطرہ"</w:t>
      </w:r>
    </w:p>
    <w:p>
      <w:r>
        <w:rPr>
          <w:b/>
        </w:rPr>
        <w:t xml:space="preserve">[1:13:47] </w:t>
      </w:r>
      <w:r>
        <w:t>. and everyone is born as a mister nature, but then. his home, his institutions, his society, his family.</w:t>
      </w:r>
    </w:p>
    <w:p>
      <w:pPr>
        <w:jc w:val="right"/>
      </w:pPr>
      <w:r>
        <w:t>۔ اینڈ ایوری ون از بورن ایز ا مسٹر نیچر، بٹ دین۔ ہز ہوم، ہز انسٹیٹیوشنز، ہز سوسائٹی، ہز فیملی۔</w:t>
      </w:r>
    </w:p>
    <w:p>
      <w:r>
        <w:rPr>
          <w:b/>
        </w:rPr>
        <w:t xml:space="preserve">[1:14:02] </w:t>
      </w:r>
      <w:r>
        <w:t>and we are, we are, we are not living in a island. not possible to live in a island. we live in a family, in society, in institutions</w:t>
      </w:r>
    </w:p>
    <w:p>
      <w:pPr>
        <w:jc w:val="right"/>
      </w:pPr>
      <w:r>
        <w:t>اینڈ وی ار، وی ار، وی ار ناٹ لیونگ ان ائی لینڈ۔ ناٹ پوسیبل ٹو لیو ان ائی لینڈ۔ وی لیو ان ا فیملی، ان سوسائٹی، ان انسٹیٹیوشنز</w:t>
      </w:r>
    </w:p>
    <w:p>
      <w:r>
        <w:rPr>
          <w:b/>
        </w:rPr>
        <w:t xml:space="preserve">[1:14:16] </w:t>
      </w:r>
      <w:r>
        <w:t>. so, all these experiences are</w:t>
      </w:r>
    </w:p>
    <w:p>
      <w:pPr>
        <w:jc w:val="right"/>
      </w:pPr>
      <w:r>
        <w:t>۔ سو، ال دیز ایکسپیرینسز ار</w:t>
      </w:r>
    </w:p>
    <w:p>
      <w:r>
        <w:rPr>
          <w:b/>
        </w:rPr>
        <w:t xml:space="preserve">[1:14:22] </w:t>
      </w:r>
      <w:r>
        <w:t>through all these activities, we are conditioned. so, everyone becomes a conditioned mind. so, is the first question to decondition our mind.</w:t>
      </w:r>
    </w:p>
    <w:p>
      <w:pPr>
        <w:jc w:val="right"/>
      </w:pPr>
      <w:r>
        <w:t>تھرو ال دیز ایکٹیویٹیز، وی ار کنڈیشن۔ سو، ایوری ون بیکمز ا کنڈیشن مائنڈ۔ سو، از دا فرسٹ کوسچن ٹو ڈی کنڈیشن اور مائنڈ۔</w:t>
      </w:r>
    </w:p>
    <w:p>
      <w:r>
        <w:rPr>
          <w:b/>
        </w:rPr>
        <w:t xml:space="preserve">[1:14:38] </w:t>
      </w:r>
      <w:r>
        <w:t>without deconditioning, our mind can not do its functions objectively.</w:t>
      </w:r>
    </w:p>
    <w:p>
      <w:pPr>
        <w:jc w:val="right"/>
      </w:pPr>
      <w:r>
        <w:t>وداؤٹ ڈی کنڈیشننگ، اور مائنڈ کین ناٹ ڈو ہز فنکشنز ابجیکٹولی۔</w:t>
      </w:r>
    </w:p>
    <w:p>
      <w:r>
        <w:rPr>
          <w:b/>
        </w:rPr>
        <w:t xml:space="preserve">[1:14:50] </w:t>
      </w:r>
      <w:r>
        <w:t>to, the dull mind has all kind of potential, but living in a society, we become condition mind.</w:t>
      </w:r>
    </w:p>
    <w:p>
      <w:pPr>
        <w:jc w:val="right"/>
      </w:pPr>
      <w:r>
        <w:t>تو، الدو مائنڈ ہیز ال کائنڈ اف پوٹینشل، بٹ لیونگ ان ا سوسائٹی، وی بیکم کنڈیشن مائنڈ۔</w:t>
      </w:r>
    </w:p>
    <w:p>
      <w:r>
        <w:rPr>
          <w:b/>
        </w:rPr>
        <w:t xml:space="preserve">[1:15:03] </w:t>
      </w:r>
      <w:r>
        <w:t>everyone becomes a condition mind.</w:t>
      </w:r>
    </w:p>
    <w:p>
      <w:pPr>
        <w:jc w:val="right"/>
      </w:pPr>
      <w:r>
        <w:t>ایوری ون بیکمز ا کنڈیشن مائنڈ۔</w:t>
      </w:r>
    </w:p>
    <w:p>
      <w:r>
        <w:rPr>
          <w:b/>
        </w:rPr>
        <w:t xml:space="preserve">[1:15:07] </w:t>
      </w:r>
      <w:r>
        <w:t>so, to prepare our mind, it is must to de condition your mind.</w:t>
      </w:r>
    </w:p>
    <w:p>
      <w:pPr>
        <w:jc w:val="right"/>
      </w:pPr>
      <w:r>
        <w:t>سو، ٹو پریپیر اور مائنڈ، اٹ از مسٹ ٹو ڈی کنڈیشن یور مائنڈ۔</w:t>
      </w:r>
    </w:p>
    <w:p>
      <w:r>
        <w:rPr>
          <w:b/>
        </w:rPr>
        <w:t xml:space="preserve">[1:15:18] </w:t>
      </w:r>
      <w:r>
        <w:t>otherwise, your mind is not a prepare mind. mind is not a receptive mind. so, i think that mind has all kind of quality, all kind of potential</w:t>
      </w:r>
    </w:p>
    <w:p>
      <w:pPr>
        <w:jc w:val="right"/>
      </w:pPr>
      <w:r>
        <w:t>ادروائز، یور مائنڈ از ناٹ ا پریپیر مائنڈ۔ مائنڈ از ناٹ ا ریسیپٹیو مائنڈ۔ سو، ائی تھنک دیٹ مائنڈ ہیز ال کائنڈ اف کوالٹی، ال کائنڈ اف پوٹینشل</w:t>
      </w:r>
    </w:p>
    <w:p>
      <w:r>
        <w:rPr>
          <w:b/>
        </w:rPr>
        <w:t xml:space="preserve">[1:15:32] </w:t>
      </w:r>
      <w:r>
        <w:t>, but at the same time, a fact that every mind is condition mind. condition mind, every man and woman are case of conditioning.</w:t>
      </w:r>
    </w:p>
    <w:p>
      <w:pPr>
        <w:jc w:val="right"/>
      </w:pPr>
      <w:r>
        <w:t>، بٹ ایٹ دا سیم ٹائم، ا فیکٹ دیٹ ایوری مائنڈ از کنڈیشن مائنڈ۔ کنڈیشن مائنڈ، ایوری مین اینڈ وومن ار کیس اف کنڈیشننگ۔</w:t>
      </w:r>
    </w:p>
    <w:p>
      <w:r>
        <w:rPr>
          <w:b/>
        </w:rPr>
        <w:t xml:space="preserve">[1:15:47] </w:t>
      </w:r>
      <w:r>
        <w:t>so, a false begin from here. to prepare mind, the process of preparation of mind begin from here.</w:t>
      </w:r>
    </w:p>
    <w:p>
      <w:pPr>
        <w:jc w:val="right"/>
      </w:pPr>
      <w:r>
        <w:t>سو، ا فالس بگن فرام ہیر۔ ٹو پریپیر مائنڈ، دا پروسیس اف پریپریشن اف مائنڈ بگن فرام ہیر۔</w:t>
      </w:r>
    </w:p>
    <w:p>
      <w:r>
        <w:rPr>
          <w:b/>
        </w:rPr>
        <w:t xml:space="preserve">[1:15:59] </w:t>
      </w:r>
      <w:r>
        <w:t>first of all, you have to de condition your mind, so that you become objective thinker. there is hadith: "arshiya kamahiya".</w:t>
      </w:r>
    </w:p>
    <w:p>
      <w:pPr>
        <w:jc w:val="right"/>
      </w:pPr>
      <w:r>
        <w:t>فرسٹ اف ال، یو ہیو ٹو ڈی کنڈیشن یور مائنڈ، سو دیٹ یو بیکم ابجیکٹو تھنکر۔ دیر از حدیث: "ارشیا کماہیا"۔</w:t>
      </w:r>
    </w:p>
    <w:p>
      <w:r>
        <w:rPr>
          <w:b/>
        </w:rPr>
        <w:t xml:space="preserve">[1:16:19] </w:t>
      </w:r>
      <w:r>
        <w:t>o god, make us able to seek all things objectively. this is dua</w:t>
      </w:r>
    </w:p>
    <w:p>
      <w:pPr>
        <w:jc w:val="right"/>
      </w:pPr>
      <w:r>
        <w:t>او گاڈ، میک اس ایبل ٹو سیک ال تھنگز ابجیکٹولی۔ دس از دعا</w:t>
      </w:r>
    </w:p>
    <w:p>
      <w:r>
        <w:rPr>
          <w:b/>
        </w:rPr>
        <w:t xml:space="preserve">[1:16:29] </w:t>
      </w:r>
      <w:r>
        <w:t>: o god, make us to see all the things objectively. this is de conditioning. this is de conditioning.</w:t>
      </w:r>
    </w:p>
    <w:p>
      <w:pPr>
        <w:jc w:val="right"/>
      </w:pPr>
      <w:r>
        <w:t>: او گاڈ، میک اس ٹو سی ال دا تھنگز ابجیکٹولی۔ دس از ڈی کنڈیشننگ۔ دس از ڈی کنڈیشننگ۔</w:t>
      </w:r>
    </w:p>
    <w:p>
      <w:r>
        <w:rPr>
          <w:b/>
        </w:rPr>
        <w:t xml:space="preserve">[1:16:41] </w:t>
      </w:r>
      <w:r>
        <w:t>so, all kind of activities begin from here. first of all, we have to de condition our mind. then, we be able to see things objectively.</w:t>
      </w:r>
    </w:p>
    <w:p>
      <w:pPr>
        <w:jc w:val="right"/>
      </w:pPr>
      <w:r>
        <w:t>سو، ال کائنڈ اف ایکٹیویٹیز بگن فرام ہیر۔ فرسٹ اف ال، وی ہیو ٹو ڈی کنڈیشن اور مائنڈ۔ دین، وی بی ایبل ٹو سی تھنگز ابجیکٹولی۔</w:t>
      </w:r>
    </w:p>
    <w:p>
      <w:r>
        <w:rPr>
          <w:b/>
        </w:rPr>
        <w:t xml:space="preserve">[1:16:53] </w:t>
      </w:r>
      <w:r>
        <w:t>then, we be able to plan our life in objective manner, in realistic manner.</w:t>
      </w:r>
    </w:p>
    <w:p>
      <w:pPr>
        <w:jc w:val="right"/>
      </w:pPr>
      <w:r>
        <w:t>دین، وی بی ایبل ٹو پلان اور لائف ان ابجیکٹو مینر، ان ریلسٹک مینر۔</w:t>
      </w:r>
    </w:p>
    <w:p>
      <w:r>
        <w:rPr>
          <w:b/>
        </w:rPr>
        <w:t xml:space="preserve">[1:17:03] </w:t>
      </w:r>
      <w:r>
        <w:t>otherwise, its very difficult to understand things as it is. as it is thinking, is result of de conditioning.</w:t>
      </w:r>
    </w:p>
    <w:p>
      <w:pPr>
        <w:jc w:val="right"/>
      </w:pPr>
      <w:r>
        <w:t>ادروائز، اٹس ویری ڈیفیکلٹ ٹو انڈرسٹینڈ تھنگز ایز اٹ از۔ ایز اٹ از تھنکنگ، از رزلٹ اف ڈی کنڈیشننگ۔</w:t>
      </w:r>
    </w:p>
    <w:p>
      <w:r>
        <w:rPr>
          <w:b/>
        </w:rPr>
        <w:t xml:space="preserve">[1:17:16] </w:t>
      </w:r>
      <w:r>
        <w:t>so, i think that everything depends in mind, but first of all, we have to de condition our mind. otherwise, we cannot turn our potential into actual.</w:t>
      </w:r>
    </w:p>
    <w:p>
      <w:pPr>
        <w:jc w:val="right"/>
      </w:pPr>
      <w:r>
        <w:t>سو، ائی تھنک دیٹ ایوری تھنگ ڈیپینڈز ان مائنڈ، بٹ فرسٹ اف ال، وی ہیو ٹو ڈی کنڈیشن اور مائنڈ۔ ادروائز، وی کین ناٹ ٹرن اور پوٹینشل انٹو ایکچول۔</w:t>
      </w:r>
    </w:p>
    <w:p>
      <w:r>
        <w:rPr>
          <w:b/>
        </w:rPr>
        <w:t xml:space="preserve">[1:17:32] </w:t>
      </w:r>
      <w:r>
        <w:t>this is my experience.</w:t>
      </w:r>
    </w:p>
    <w:p>
      <w:pPr>
        <w:jc w:val="right"/>
      </w:pPr>
      <w:r>
        <w:t>دس از مائی ایکسپیرینس۔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