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(Al-Baqarah (The Heifer) 2 1-6) July 19, 2015</w:t>
      </w:r>
    </w:p>
    <w:p>
      <w:r>
        <w:t>https://youtu.be/JJOfEihDoIs</w:t>
      </w:r>
    </w:p>
    <w:p>
      <w:r>
        <w:rPr>
          <w:b/>
        </w:rPr>
        <w:t xml:space="preserve">[00:11] </w:t>
      </w:r>
      <w:r>
        <w:t>bismillah hir rahman nir rahim, wa salla Allahu ala nabiyyil kareem.</w:t>
      </w:r>
    </w:p>
    <w:p>
      <w:pPr>
        <w:jc w:val="right"/>
      </w:pPr>
      <w:r>
        <w:t>بسم اللہ الرحمن الرحیم، وصلی اللہ علی نبی الکریم۔</w:t>
      </w:r>
    </w:p>
    <w:p>
      <w:r>
        <w:rPr>
          <w:b/>
        </w:rPr>
        <w:t xml:space="preserve">[00:20]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[00:32] </w:t>
      </w:r>
      <w:r>
        <w:t>19 julaai 2015. aap ko maloom hai ke pichhle hafte se dars quran ka silsila shuru kiya gaya hai, woh in sha Allah barabar jaari rahega.</w:t>
      </w:r>
    </w:p>
    <w:p>
      <w:pPr>
        <w:jc w:val="right"/>
      </w:pPr>
      <w:r>
        <w:t>19 جولائی 2015۔ آپ کو معلوم ہے کہ پچھلے ہفتے سے درس قرآن کا سلسلہ شروع کیا گیا ہے، وہ ان شاء اللہ برابر جاری رہے گا۔</w:t>
      </w:r>
    </w:p>
    <w:p>
      <w:r>
        <w:rPr>
          <w:b/>
        </w:rPr>
        <w:t xml:space="preserve">[00:49] </w:t>
      </w:r>
      <w:r>
        <w:t>aaj surah al baqarah shuru ho rahi hai. surah al baqarah quran ki doosri surah hai.</w:t>
      </w:r>
    </w:p>
    <w:p>
      <w:pPr>
        <w:jc w:val="right"/>
      </w:pPr>
      <w:r>
        <w:t>آج سورۃ البقرہ شروع ہو رہی ہے۔ سورۃ البقرہ قرآن کی دوسری سورۃ ہے۔</w:t>
      </w:r>
    </w:p>
    <w:p>
      <w:r>
        <w:rPr>
          <w:b/>
        </w:rPr>
        <w:t xml:space="preserve">[01:05] </w:t>
      </w:r>
      <w:r>
        <w:t>iske aaghaz mein jis tarah doosri suraton mein bismillah hir rahman nir rahim hota hai, yahan bhi hota hai. to bismillah hir rahman nir rahim ki</w:t>
      </w:r>
    </w:p>
    <w:p>
      <w:pPr>
        <w:jc w:val="right"/>
      </w:pPr>
      <w:r>
        <w:t>اس کے آغاز میں جس طرح دوسری سورتوں میں بسم اللہ الرحمن الرحیم ہوتا ہے، یہاں بھی ہوتا ہے۔ تو بسم اللہ الرحمن الرحیم کی</w:t>
      </w:r>
    </w:p>
    <w:p>
      <w:r>
        <w:rPr>
          <w:b/>
        </w:rPr>
        <w:t xml:space="preserve">[01:19] </w:t>
      </w:r>
      <w:r>
        <w:t>tafseer mein pichhle hafte surah fatiha ke tehat kar chuka hoon.</w:t>
      </w:r>
    </w:p>
    <w:p>
      <w:pPr>
        <w:jc w:val="right"/>
      </w:pPr>
      <w:r>
        <w:t>تفسیر میں پچھلے ہفتہ سورۃ فاتحہ کے تحت کر چکا ہوں۔</w:t>
      </w:r>
    </w:p>
    <w:p>
      <w:r>
        <w:rPr>
          <w:b/>
        </w:rPr>
        <w:t xml:space="preserve">[01:29] </w:t>
      </w:r>
      <w:r>
        <w:t>yeh surah shuru hoti hai: alif laam meem. zalikal kitab la raiba feeh, hudal lil muttaqeen.</w:t>
      </w:r>
    </w:p>
    <w:p>
      <w:pPr>
        <w:jc w:val="right"/>
      </w:pPr>
      <w:r>
        <w:t>یہ سورۃ شروع ہوتی ہے: الف لام میم ذالک الکتاب لا رب فیہ، ہدل للمتقین۔</w:t>
      </w:r>
    </w:p>
    <w:p>
      <w:r>
        <w:rPr>
          <w:b/>
        </w:rPr>
        <w:t xml:space="preserve">[01:42] </w:t>
      </w:r>
      <w:r>
        <w:t>yeh jo alif laam meem hai,</w:t>
      </w:r>
    </w:p>
    <w:p>
      <w:pPr>
        <w:jc w:val="right"/>
      </w:pPr>
      <w:r>
        <w:t>یہ جو الف لام میم ہے،</w:t>
      </w:r>
    </w:p>
    <w:p>
      <w:r>
        <w:rPr>
          <w:b/>
        </w:rPr>
        <w:t xml:space="preserve">[01:47] </w:t>
      </w:r>
      <w:r>
        <w:t>yeh alag alag huroof ka majmooa hai.</w:t>
      </w:r>
    </w:p>
    <w:p>
      <w:pPr>
        <w:jc w:val="right"/>
      </w:pPr>
      <w:r>
        <w:t>یہ الگ الگ حروف کا مجموعہ ہے۔</w:t>
      </w:r>
    </w:p>
    <w:p>
      <w:r>
        <w:rPr>
          <w:b/>
        </w:rPr>
        <w:t xml:space="preserve">[01:54] </w:t>
      </w:r>
      <w:r>
        <w:t>yeh ko angrezi mein kahenge disjointed letters.</w:t>
      </w:r>
    </w:p>
    <w:p>
      <w:pPr>
        <w:jc w:val="right"/>
      </w:pPr>
      <w:r>
        <w:t>اس کو انگریزی میں کہیں گے disjointed letters۔</w:t>
      </w:r>
    </w:p>
    <w:p>
      <w:r>
        <w:rPr>
          <w:b/>
        </w:rPr>
        <w:t xml:space="preserve">[02:02] </w:t>
      </w:r>
      <w:r>
        <w:t>yeh quran mein ki kul 114 surtein hain, un mein se 29 suraton mein huroof muqatta'aat aaye hain.</w:t>
      </w:r>
    </w:p>
    <w:p>
      <w:pPr>
        <w:jc w:val="right"/>
      </w:pPr>
      <w:r>
        <w:t>یہ قرآن میں کی کل 114 سورتیں ہیں، ان میں سے 29 سورتوں میں حروف مقطعات آئے ہیں۔</w:t>
      </w:r>
    </w:p>
    <w:p>
      <w:r>
        <w:rPr>
          <w:b/>
        </w:rPr>
        <w:t xml:space="preserve">[02:19] </w:t>
      </w:r>
      <w:r>
        <w:t>tafseeron mein is par badi bahasein hain,</w:t>
      </w:r>
    </w:p>
    <w:p>
      <w:pPr>
        <w:jc w:val="right"/>
      </w:pPr>
      <w:r>
        <w:t>تفسیروں میں اس پر بڑی بحثیں ہیں،</w:t>
      </w:r>
    </w:p>
    <w:p>
      <w:r>
        <w:rPr>
          <w:b/>
        </w:rPr>
        <w:t xml:space="preserve">[02:24] </w:t>
      </w:r>
      <w:r>
        <w:t>tarah tarah ke matlab nikale jaate hain. main samajhta hoon ke iska matlab bilkul saada hai.</w:t>
      </w:r>
    </w:p>
    <w:p>
      <w:pPr>
        <w:jc w:val="right"/>
      </w:pPr>
      <w:r>
        <w:t>طرح طرح کے مطلب نکالے جاتے ہیں۔ میں سمجھتا ہوں کہ اس کا مطلب بالکل سادہ ہے۔</w:t>
      </w:r>
    </w:p>
    <w:p>
      <w:r>
        <w:rPr>
          <w:b/>
        </w:rPr>
        <w:t xml:space="preserve">[02:34] </w:t>
      </w:r>
      <w:r>
        <w:t>bilkul saada. woh yeh ke</w:t>
      </w:r>
    </w:p>
    <w:p>
      <w:pPr>
        <w:jc w:val="right"/>
      </w:pPr>
      <w:r>
        <w:t>بالکل سادہ۔ وہ یہ کہ</w:t>
      </w:r>
    </w:p>
    <w:p>
      <w:r>
        <w:rPr>
          <w:b/>
        </w:rPr>
        <w:t xml:space="preserve">[02:41] </w:t>
      </w:r>
      <w:r>
        <w:t>yeh quran insani zaban mein aya hai, yeh kisi aasmani zaban mein, malik-e-aala ki zaban mein nahi aya hai.</w:t>
      </w:r>
    </w:p>
    <w:p>
      <w:pPr>
        <w:jc w:val="right"/>
      </w:pPr>
      <w:r>
        <w:t>یہ قرآن انسانی زبان میں آیا ہے، یہ کسی آسمانی زبان میں، ملک اعلیٰ کی زبان میں نہیں آیا ہے۔</w:t>
      </w:r>
    </w:p>
    <w:p>
      <w:r>
        <w:rPr>
          <w:b/>
        </w:rPr>
        <w:t xml:space="preserve">[02:53] </w:t>
      </w:r>
      <w:r>
        <w:t>to insani zaban ko samajhne ke liye jo usool ikhtiyar kiya jata hai, wahi yahan bhi rahega. koi mystery nahi hai quran ki zaban mein, koi purasrarait nahi hai quran ki zaban mein.</w:t>
      </w:r>
    </w:p>
    <w:p>
      <w:pPr>
        <w:jc w:val="right"/>
      </w:pPr>
      <w:r>
        <w:t>تو انسانی زبان کو سمجھنے کے لیے جو اصول اختیار کیا جاتا ہے، وہی یہاں بھی رہے گا۔ کوئی mystery نہیں ہے قرآن کی زبان میں، کوئی پراسراریت نہیں ہے قرآن کی زبان میں۔</w:t>
      </w:r>
    </w:p>
    <w:p>
      <w:r>
        <w:rPr>
          <w:b/>
        </w:rPr>
        <w:t xml:space="preserve">[03:11] </w:t>
      </w:r>
      <w:r>
        <w:t>yeh matlab hai is ka.</w:t>
      </w:r>
    </w:p>
    <w:p>
      <w:pPr>
        <w:jc w:val="right"/>
      </w:pPr>
      <w:r>
        <w:t>یہ مطلب ہے اس کا۔</w:t>
      </w:r>
    </w:p>
    <w:p>
      <w:r>
        <w:rPr>
          <w:b/>
        </w:rPr>
        <w:t xml:space="preserve">[03:16] </w:t>
      </w:r>
      <w:r>
        <w:t>to yeh bohat bari nemat hai ke quran utra insan ki zaban mein.</w:t>
      </w:r>
    </w:p>
    <w:p>
      <w:pPr>
        <w:jc w:val="right"/>
      </w:pPr>
      <w:r>
        <w:t>تو یہ بہت بڑی نعمت ہے کہ قرآن اترا انسان کی زبان میں۔</w:t>
      </w:r>
    </w:p>
    <w:p>
      <w:r>
        <w:rPr>
          <w:b/>
        </w:rPr>
        <w:t xml:space="preserve">[03:21] </w:t>
      </w:r>
      <w:r>
        <w:t>agar woh malik-e-aala ki zaban mein utarta to aap kya karte? kuch samajhte nahi.</w:t>
      </w:r>
    </w:p>
    <w:p>
      <w:pPr>
        <w:jc w:val="right"/>
      </w:pPr>
      <w:r>
        <w:t>اگر وہ ملک اعلیٰ کی زبان میں اترتا تو آپ کیا کرتے؟ کچھ سمجھتے نہیں۔</w:t>
      </w:r>
    </w:p>
    <w:p>
      <w:r>
        <w:rPr>
          <w:b/>
        </w:rPr>
        <w:t xml:space="preserve">[03:31] </w:t>
      </w:r>
      <w:r>
        <w:t>is ke baad dekhiye,</w:t>
      </w:r>
    </w:p>
    <w:p>
      <w:pPr>
        <w:jc w:val="right"/>
      </w:pPr>
      <w:r>
        <w:t>اس کے بعد دیکھئے،</w:t>
      </w:r>
    </w:p>
    <w:p>
      <w:r>
        <w:rPr>
          <w:b/>
        </w:rPr>
        <w:t xml:space="preserve">[03:36] </w:t>
      </w:r>
      <w:r>
        <w:t>shuru hota hai: zлик al-kitab. yeh al-kitab hai, la raiba feeh, is mein koi shakk nahi.</w:t>
      </w:r>
    </w:p>
    <w:p>
      <w:pPr>
        <w:jc w:val="right"/>
      </w:pPr>
      <w:r>
        <w:t>شروع ہوتا ہے: ذالک الکتاب۔ یہ الکتاب ہے، لا رب فیہ، اس میں کوئی شک نہیں۔</w:t>
      </w:r>
    </w:p>
    <w:p>
      <w:r>
        <w:rPr>
          <w:b/>
        </w:rPr>
        <w:t xml:space="preserve">[03:49] </w:t>
      </w:r>
      <w:r>
        <w:t>al-kitab ka matlab hai the book. the book. yani aik aisi kitab jis mein aadmi sachai ko pa sake, zindagi ki haqeeqat kya hai, us ko jaan sake.</w:t>
      </w:r>
    </w:p>
    <w:p>
      <w:pPr>
        <w:jc w:val="right"/>
      </w:pPr>
      <w:r>
        <w:t>الکتاب کا مطلب ہے the book۔ The book۔ یعنی ایک ایسی کتاب جس میں آدمی سچائی کو پا سکے، زندگی کی حقیقت کیا ہے، اس کو جان سکے۔</w:t>
      </w:r>
    </w:p>
    <w:p>
      <w:r>
        <w:rPr>
          <w:b/>
        </w:rPr>
        <w:t xml:space="preserve">[04:07] </w:t>
      </w:r>
      <w:r>
        <w:t>creation plan jo hai khaliq ka, woh kya hai, us ko jaan sake. to aisi kitab the book hai.</w:t>
      </w:r>
    </w:p>
    <w:p>
      <w:pPr>
        <w:jc w:val="right"/>
      </w:pPr>
      <w:r>
        <w:t>Creation plan جو ہے خالق کا، وہ کیا ہے، اس کو جان سکے۔ تو ایسی کتاب the book ہے۔</w:t>
      </w:r>
    </w:p>
    <w:p>
      <w:r>
        <w:rPr>
          <w:b/>
        </w:rPr>
        <w:t xml:space="preserve">[04:17] </w:t>
      </w:r>
      <w:r>
        <w:t>the book kehne ka matlab yeh hai ke yeh most authentic book hai is apne subject mein.</w:t>
      </w:r>
    </w:p>
    <w:p>
      <w:pPr>
        <w:jc w:val="right"/>
      </w:pPr>
      <w:r>
        <w:t>The book کہنے کا مطلب یہ ہے کہ یہ most authentic book ہے اس اپنے subject میں۔</w:t>
      </w:r>
    </w:p>
    <w:p>
      <w:r>
        <w:rPr>
          <w:b/>
        </w:rPr>
        <w:t xml:space="preserve">[04:28] </w:t>
      </w:r>
      <w:r>
        <w:t>is mein ghhor karne ki baat hai ke quran mein yeh to kaha gaya ke yeh the book hai, lekin is ki koi daleel nahi di gayi.</w:t>
      </w:r>
    </w:p>
    <w:p>
      <w:pPr>
        <w:jc w:val="right"/>
      </w:pPr>
      <w:r>
        <w:t>اس میں غور کرنے کی بات ہے کہ قرآن میں یہ تو کہا گیا کہ یہ the book ہے، لیکن اس کی کوئی دلیل نہیں دی گئی۔</w:t>
      </w:r>
    </w:p>
    <w:p>
      <w:r>
        <w:rPr>
          <w:b/>
        </w:rPr>
        <w:t xml:space="preserve">[04:40] </w:t>
      </w:r>
      <w:r>
        <w:t>to mein arz karna chahta hoon ke quran ka yeh poore quran ka yeh usloob hai,</w:t>
      </w:r>
    </w:p>
    <w:p>
      <w:pPr>
        <w:jc w:val="right"/>
      </w:pPr>
      <w:r>
        <w:t>تو میں عرض کرنا چاہتا ہوں کہ قرآن کا یہ پورے قرآن کا یہ اسلوب ہے،</w:t>
      </w:r>
    </w:p>
    <w:p>
      <w:r>
        <w:rPr>
          <w:b/>
        </w:rPr>
        <w:t xml:space="preserve">[04:46] </w:t>
      </w:r>
      <w:r>
        <w:t>is ko samajhne ki zaroorat hai. quran mein apne lafzon mein kahunga ke quran tabyin ki zaban mein hai, woh tehqeeq ki zaban mein nahi hai.</w:t>
      </w:r>
    </w:p>
    <w:p>
      <w:pPr>
        <w:jc w:val="right"/>
      </w:pPr>
      <w:r>
        <w:t>اس کو سمجھنے کی ضرورت ہے۔ قرآن میں اپنے لفظوں میں کہوں گا کہ قرآن تبیین کی زبان میں ہے، وہ تحقیق کی زبان میں نہیں ہے۔</w:t>
      </w:r>
    </w:p>
    <w:p>
      <w:r>
        <w:rPr>
          <w:b/>
        </w:rPr>
        <w:t xml:space="preserve">[05:04] </w:t>
      </w:r>
      <w:r>
        <w:t>yani quran mein statement of facts hain. quran mein kahin bhi rational analysis nahi hai.</w:t>
      </w:r>
    </w:p>
    <w:p>
      <w:pPr>
        <w:jc w:val="right"/>
      </w:pPr>
      <w:r>
        <w:t>یعنی قرآن میں statement of facts ہیں۔ قرآن میں کہیں بھی rational analysis نہیں ہے۔</w:t>
      </w:r>
    </w:p>
    <w:p>
      <w:r>
        <w:rPr>
          <w:b/>
        </w:rPr>
        <w:t xml:space="preserve">[05:15] </w:t>
      </w:r>
      <w:r>
        <w:t>rational analysis nahi hai.</w:t>
      </w:r>
    </w:p>
    <w:p>
      <w:pPr>
        <w:jc w:val="right"/>
      </w:pPr>
      <w:r>
        <w:t>Rational analysis نہیں ہے۔</w:t>
      </w:r>
    </w:p>
    <w:p>
      <w:r>
        <w:rPr>
          <w:b/>
        </w:rPr>
        <w:t xml:space="preserve">[05:21] </w:t>
      </w:r>
      <w:r>
        <w:t>phir quran mein aik agaya hai ke ghhor karo, ghhor karo, bohat ziyada.</w:t>
      </w:r>
    </w:p>
    <w:p>
      <w:pPr>
        <w:jc w:val="right"/>
      </w:pPr>
      <w:r>
        <w:t>پھر قرآن میں ایک آگیا ہے کہ غور کرو، غور کرو، بہت زیادہ۔</w:t>
      </w:r>
    </w:p>
    <w:p>
      <w:r>
        <w:rPr>
          <w:b/>
        </w:rPr>
        <w:t xml:space="preserve">[05:28] </w:t>
      </w:r>
      <w:r>
        <w:t>surah saad mein hai ke quran utara gaya hai is liye li-yadabbaru ayatihi, taake log is ke ayaton par ghhor o fikr karein.</w:t>
      </w:r>
    </w:p>
    <w:p>
      <w:pPr>
        <w:jc w:val="right"/>
      </w:pPr>
      <w:r>
        <w:t>سورۃ صاد میں ہے کہ قرآن اتارا گیا ہے اس لیے لَدَبَّرُوا آیت کی، تاکہ لوگ اس کے آیتوں پر غور و فکر کریں۔</w:t>
      </w:r>
    </w:p>
    <w:p>
      <w:r>
        <w:rPr>
          <w:b/>
        </w:rPr>
        <w:t xml:space="preserve">[05:38] </w:t>
      </w:r>
      <w:r>
        <w:t>jahan tak mein janta hoon, koi kitab aisi nahi hai jis mein yeh kaha gaya ho</w:t>
      </w:r>
    </w:p>
    <w:p>
      <w:pPr>
        <w:jc w:val="right"/>
      </w:pPr>
      <w:r>
        <w:t>جہاں تک میں جانتا ہوں، کوئی کتاب ایسی نہیں ہے جس میں یہ کہا گیا ہو</w:t>
      </w:r>
    </w:p>
    <w:p>
      <w:r>
        <w:rPr>
          <w:b/>
        </w:rPr>
        <w:t xml:space="preserve">[05:49] </w:t>
      </w:r>
      <w:r>
        <w:t>ke tadabbur karo, yeh kitab contemplation ke liye utri hai.</w:t>
      </w:r>
    </w:p>
    <w:p>
      <w:pPr>
        <w:jc w:val="right"/>
      </w:pPr>
      <w:r>
        <w:t>کہ تدبر کرو، یہ کتاب contemplation کے لیے اتری ہے۔</w:t>
      </w:r>
    </w:p>
    <w:p>
      <w:r>
        <w:rPr>
          <w:b/>
        </w:rPr>
        <w:t xml:space="preserve">[05:55] </w:t>
      </w:r>
      <w:r>
        <w:t>mere ilm ke mutabiq koi aur kitab aisi nahi hai.</w:t>
      </w:r>
    </w:p>
    <w:p>
      <w:pPr>
        <w:jc w:val="right"/>
      </w:pPr>
      <w:r>
        <w:t>میرے علم کے مطابق کوئی اور کتاب ایسی نہیں ہے۔</w:t>
      </w:r>
    </w:p>
    <w:p>
      <w:r>
        <w:rPr>
          <w:b/>
        </w:rPr>
        <w:t xml:space="preserve">[06:01] </w:t>
      </w:r>
      <w:r>
        <w:t>aur kitab mein jo hai woh use bata diya gaya hai ke yeh baat, yeh baat, yeh baat, is ko parho aur maan lo, parho aur maan lo. lekin yahan hai ke ghhor karo, ghhor karo, ghhor karo.</w:t>
      </w:r>
    </w:p>
    <w:p>
      <w:pPr>
        <w:jc w:val="right"/>
      </w:pPr>
      <w:r>
        <w:t>اور کتاب میں جو ہے وہ اسے بتا دیا گیا ہے کہ یہ بات، یہ بات، یہ بات، اس کو پڑھو اور مان لو، پڑھو اور مان لو۔ لیکن یہاں ہے کہ غور کرو، غور کرو، غور کرو۔</w:t>
      </w:r>
    </w:p>
    <w:p>
      <w:r>
        <w:rPr>
          <w:b/>
        </w:rPr>
        <w:t xml:space="preserve">[06:13] </w:t>
      </w:r>
      <w:r>
        <w:t>is liye is kitab mein statement of facts to hai, lekin rational analysis nahi hai, woh aap ko karna hai.</w:t>
      </w:r>
    </w:p>
    <w:p>
      <w:pPr>
        <w:jc w:val="right"/>
      </w:pPr>
      <w:r>
        <w:t>اس لیے اس کتاب میں statement of facts تو ہے، لیکن rational analysis نہیں ہے، وہ آپ کو کرنا ہے۔</w:t>
      </w:r>
    </w:p>
    <w:p>
      <w:r>
        <w:rPr>
          <w:b/>
        </w:rPr>
        <w:t xml:space="preserve">[06:25] </w:t>
      </w:r>
      <w:r>
        <w:t>woh aap ko karna hai. to Allah taala ne aisi kitab ko bheji.</w:t>
      </w:r>
    </w:p>
    <w:p>
      <w:pPr>
        <w:jc w:val="right"/>
      </w:pPr>
      <w:r>
        <w:t>وہ آپ کو کرنا ہے۔ تو اللہ تعالیٰ نے ایسی کتاب کو بھیجی۔</w:t>
      </w:r>
    </w:p>
    <w:p>
      <w:r>
        <w:rPr>
          <w:b/>
        </w:rPr>
        <w:t xml:space="preserve">[06:33] </w:t>
      </w:r>
      <w:r>
        <w:t>mein samajhta hoon ke is ki bohat bari hikmat yeh hai ke jab aap ghhor kar ke payenge to woh aap ke liye self-discovered truth hoga.</w:t>
      </w:r>
    </w:p>
    <w:p>
      <w:pPr>
        <w:jc w:val="right"/>
      </w:pPr>
      <w:r>
        <w:t>میں سمجھتا ہوں کہ اس کی بہت بڑی حکمت یہ ہے کہ جب آپ غور کر کے پائیں گے تو وہ آپ کے لیے self-discovered truth ہوگا۔</w:t>
      </w:r>
    </w:p>
    <w:p>
      <w:r>
        <w:rPr>
          <w:b/>
        </w:rPr>
        <w:t xml:space="preserve">[06:44] </w:t>
      </w:r>
      <w:r>
        <w:t>Self-discovered truth۔</w:t>
      </w:r>
    </w:p>
    <w:p>
      <w:pPr>
        <w:jc w:val="right"/>
      </w:pPr>
      <w:r>
        <w:t>Self-discovered truth۔</w:t>
      </w:r>
    </w:p>
    <w:p>
      <w:r>
        <w:rPr>
          <w:b/>
        </w:rPr>
        <w:t xml:space="preserve">[06:49] </w:t>
      </w:r>
      <w:r>
        <w:t>misal ke tor par aap jab kehte hain ke do aur do mil kar chaar,</w:t>
      </w:r>
    </w:p>
    <w:p>
      <w:pPr>
        <w:jc w:val="right"/>
      </w:pPr>
      <w:r>
        <w:t>مثلاً آپ جب کہتے ہیں کہ دو اور دو مل کر چار،</w:t>
      </w:r>
    </w:p>
    <w:p>
      <w:r>
        <w:rPr>
          <w:b/>
        </w:rPr>
        <w:t xml:space="preserve">[06:53] </w:t>
      </w:r>
      <w:r>
        <w:t>to yeh to ek baat hai jo sab log jante hain, woh aap ne bhi jaan liya. Lekin jab aap ghor karein, tadabbur karein, tafakkur karein, aur phir ek baat ko jaanein, to woh jaani hui baat aap ke liye self-discovered truth ban jati hai.</w:t>
      </w:r>
    </w:p>
    <w:p>
      <w:pPr>
        <w:jc w:val="right"/>
      </w:pPr>
      <w:r>
        <w:t>تو یہ تو ایک بات ہے جو سب لوگ جانتے ہیں، وہ آپ نے بھی جان لیا۔ لیکن جب آپ غور کریں، تدبر کریں، تفکر کریں، اور پھر ایک بات کو جانیں، تو وہ جانی ہوئی بات آپ کے لیے self-discovered truth بن جاتی ہے۔</w:t>
      </w:r>
    </w:p>
    <w:p>
      <w:r>
        <w:rPr>
          <w:b/>
        </w:rPr>
        <w:t xml:space="preserve">[07:13] </w:t>
      </w:r>
      <w:r>
        <w:t>Phir aap ko yaqeen aata hai is par, poora bharosa hota hai is ke upar, poora conviction hota hai is ke upar. Woh aap ke dimagh par chha jati hai.</w:t>
      </w:r>
    </w:p>
    <w:p>
      <w:pPr>
        <w:jc w:val="right"/>
      </w:pPr>
      <w:r>
        <w:t>پھر آپ کو یقین آتا ہے اس پر، پورا بھروسہ ہوتا ہے اس کے اوپر، پورا conviction ہوتا ہے اس کے اوپر۔ وہ آپ کے دماغ پر چھا جاتی ہے۔</w:t>
      </w:r>
    </w:p>
    <w:p>
      <w:r>
        <w:rPr>
          <w:b/>
        </w:rPr>
        <w:t xml:space="preserve">[07:24] </w:t>
      </w:r>
      <w:r>
        <w:t>Batayi hui baat kabhi chhati nahi hai aap ke dimagh par.</w:t>
      </w:r>
    </w:p>
    <w:p>
      <w:pPr>
        <w:jc w:val="right"/>
      </w:pPr>
      <w:r>
        <w:t>بتائی ہوئی بات کبھی چھاتی نہیں ہے آپ کے دماغ پر۔</w:t>
      </w:r>
    </w:p>
    <w:p>
      <w:r>
        <w:rPr>
          <w:b/>
        </w:rPr>
        <w:t xml:space="preserve">[07:30] </w:t>
      </w:r>
      <w:r>
        <w:t>Lekin self-discovered truth aap ki poori personality ka hissa ban jati hai. To yeh Allah taala ki bohat bari blessing hai ke is ne Quran ko do aur do chaar ki zaban mein nahi utara,</w:t>
      </w:r>
    </w:p>
    <w:p>
      <w:pPr>
        <w:jc w:val="right"/>
      </w:pPr>
      <w:r>
        <w:t>لیکن self-discovered truth آپ کی پوری personality کا حصہ بن جاتی ہے۔ تو یہ اللہ تعالیٰ کی بہت بڑی blessing ہے کہ اس نے قرآن کو دو اور دو چار کی زبان میں نہیں اتارا،</w:t>
      </w:r>
    </w:p>
    <w:p>
      <w:r>
        <w:rPr>
          <w:b/>
        </w:rPr>
        <w:t xml:space="preserve">[07:45] </w:t>
      </w:r>
      <w:r>
        <w:t>balke facts bata diye. Ab facts bata kar ghor kar ke is ki detail daryaft karo.</w:t>
      </w:r>
    </w:p>
    <w:p>
      <w:pPr>
        <w:jc w:val="right"/>
      </w:pPr>
      <w:r>
        <w:t>بلکہ facts بتا دیے۔ اب facts بتا کر غور کر کے اس کی detail دریافت کرو۔</w:t>
      </w:r>
    </w:p>
    <w:p>
      <w:r>
        <w:rPr>
          <w:b/>
        </w:rPr>
        <w:t xml:space="preserve">[07:54] </w:t>
      </w:r>
      <w:r>
        <w:t>Jab detail daryaft kar ke pata karoge to phir tumhara yaqeen bohat barh jayega. To ek to pehlu yeh hai ke is tarah Quran aap ke liye self-discovered reality ban jayega.</w:t>
      </w:r>
    </w:p>
    <w:p>
      <w:pPr>
        <w:jc w:val="right"/>
      </w:pPr>
      <w:r>
        <w:t>جب detail دریافت کر کے پتہ کرو گے تو پھر تمہارا یقین بہت بڑھ جائے گا۔ تو ایک تو پہلو یہ ہے کہ اس طرح قرآن آپ کے لیے self-discovered reality بن جائے گا۔</w:t>
      </w:r>
    </w:p>
    <w:p>
      <w:r>
        <w:rPr>
          <w:b/>
        </w:rPr>
        <w:t xml:space="preserve">[08:10] </w:t>
      </w:r>
      <w:r>
        <w:t>Dusri baat yeh hai ke jab aap yeh daryaft karoge ke Quran ko utre hue taqreeban dedh hazar saal ho gaye, aur is mein jitne bhi facts bataye gaye hain, woh sab waise hi ke waise hi aaj bhi hain,</w:t>
      </w:r>
    </w:p>
    <w:p>
      <w:pPr>
        <w:jc w:val="right"/>
      </w:pPr>
      <w:r>
        <w:t>دوسری بات یہ ہے کہ جب آپ یہ دریافت کریں گے کہ قرآن کو اترے ہوئے تقریباً ڈیڑھ ہزار سال ہو گئے، اور اس میں جتنے بھی facts بتائے گئے ہیں، وہ سب ویسے ہی کے ویسے ہی آج بھی ہیں،</w:t>
      </w:r>
    </w:p>
    <w:p>
      <w:r>
        <w:rPr>
          <w:b/>
        </w:rPr>
        <w:t xml:space="preserve">[08:26] </w:t>
      </w:r>
      <w:r>
        <w:t>is mein koi change nahi aaya. To aap is ke yeh bhi daryaft karoge ke Quran khud ek kitaab hai.</w:t>
      </w:r>
    </w:p>
    <w:p>
      <w:pPr>
        <w:jc w:val="right"/>
      </w:pPr>
      <w:r>
        <w:t>اس میں کوئی change نہیں آیا۔ تو آپ اس کے یہ بھی دریافت کریں گے کہ قرآن خود ایک کتاب ہے۔</w:t>
      </w:r>
    </w:p>
    <w:p>
      <w:r>
        <w:rPr>
          <w:b/>
        </w:rPr>
        <w:t xml:space="preserve">[08:37] </w:t>
      </w:r>
      <w:r>
        <w:t>Kyunke dunya mein koi bhi kitaab aisi nahi hai jo dedh hazar saal tak apni sachai ko baqi rakhay.</w:t>
      </w:r>
    </w:p>
    <w:p>
      <w:pPr>
        <w:jc w:val="right"/>
      </w:pPr>
      <w:r>
        <w:t>کیونکہ دنیا میں کوئی بھی کتاب ایسی نہیں ہے جو ڈیڑھ ہزار سال تک اپنی سچائی کو باقی رکھے۔</w:t>
      </w:r>
    </w:p>
    <w:p>
      <w:r>
        <w:rPr>
          <w:b/>
        </w:rPr>
        <w:t xml:space="preserve">[08:48] </w:t>
      </w:r>
      <w:r>
        <w:t>Jaise mein ek misal deta hoon samajhne ke liye: Only truth is stated through truth.</w:t>
      </w:r>
    </w:p>
    <w:p>
      <w:pPr>
        <w:jc w:val="right"/>
      </w:pPr>
      <w:r>
        <w:t>جیسے میں ایک مثال دیتا ہوں سمجھنے کے لیے: Only truth is stated through truth.</w:t>
      </w:r>
    </w:p>
    <w:p>
      <w:r>
        <w:rPr>
          <w:b/>
        </w:rPr>
        <w:t xml:space="preserve">[08:56] </w:t>
      </w:r>
      <w:r>
        <w:t>Karl Marx jo</w:t>
      </w:r>
    </w:p>
    <w:p>
      <w:pPr>
        <w:jc w:val="right"/>
      </w:pPr>
      <w:r>
        <w:t>کارل مارکس جو</w:t>
      </w:r>
    </w:p>
    <w:p>
      <w:r>
        <w:rPr>
          <w:b/>
        </w:rPr>
        <w:t xml:space="preserve">[09:01] </w:t>
      </w:r>
      <w:r>
        <w:t>qabar ka champion samjha jata hai, is ne woh paida hua Germany mein, phir woh is ki kitabein tarjuma ho kar dunya mein phailin.</w:t>
      </w:r>
    </w:p>
    <w:p>
      <w:pPr>
        <w:jc w:val="right"/>
      </w:pPr>
      <w:r>
        <w:t>قبر کا چیمپئن سمجھا جاتا ہے، اس نے وہ پیدا ہوا جرمنی میں، پھر وہ اس کی کتابیں ترجمہ ہو کر دنیا میں پھیلیں۔</w:t>
      </w:r>
    </w:p>
    <w:p>
      <w:r>
        <w:rPr>
          <w:b/>
        </w:rPr>
        <w:t xml:space="preserve">[09:19] </w:t>
      </w:r>
      <w:r>
        <w:t>Woh kuch din London mein raha.</w:t>
      </w:r>
    </w:p>
    <w:p>
      <w:pPr>
        <w:jc w:val="right"/>
      </w:pPr>
      <w:r>
        <w:t>وہ کچھ دن لندن میں رہا۔</w:t>
      </w:r>
    </w:p>
    <w:p>
      <w:r>
        <w:rPr>
          <w:b/>
        </w:rPr>
        <w:t xml:space="preserve">[09:22] </w:t>
      </w:r>
      <w:r>
        <w:t>To us ne kaha tha ke</w:t>
      </w:r>
    </w:p>
    <w:p>
      <w:pPr>
        <w:jc w:val="right"/>
      </w:pPr>
      <w:r>
        <w:t>تو اس نے کہا تھا کہ</w:t>
      </w:r>
    </w:p>
    <w:p>
      <w:r>
        <w:rPr>
          <w:b/>
        </w:rPr>
        <w:t xml:space="preserve">[09:27] </w:t>
      </w:r>
      <w:r>
        <w:t>communism ke upar se ke ke upar se taloo ho raha hai. Is ka prediction tha ke communist inqilab sab se pehle France mein aayega.</w:t>
      </w:r>
    </w:p>
    <w:p>
      <w:pPr>
        <w:jc w:val="right"/>
      </w:pPr>
      <w:r>
        <w:t>کمیونزم کے اوپر سے کے کے اوپر سے طلوع ہو رہا ہے۔ اس کا prediction تھا کہ کمیونسٹ انقلاب سب سے پہلے فرانس میں آئے گا۔</w:t>
      </w:r>
    </w:p>
    <w:p>
      <w:r>
        <w:rPr>
          <w:b/>
        </w:rPr>
        <w:t xml:space="preserve">[09:42] </w:t>
      </w:r>
      <w:r>
        <w:t>France mein. Lekin aap jante hain ke France mein communist inqilab nahi aaya, woh aaya to Russia mein aaya.</w:t>
      </w:r>
    </w:p>
    <w:p>
      <w:pPr>
        <w:jc w:val="right"/>
      </w:pPr>
      <w:r>
        <w:t>فرانس میں۔ لیکن آپ جانتے ہیں کہ فرانس میں کمیونسٹ انقلاب نہیں آیا، وہ آیا تو روس میں آیا۔</w:t>
      </w:r>
    </w:p>
    <w:p>
      <w:r>
        <w:rPr>
          <w:b/>
        </w:rPr>
        <w:t xml:space="preserve">[09:52] </w:t>
      </w:r>
      <w:r>
        <w:t>Is ka nazariya tha ke jo developed countries hain, us zamane mein France ek bohat hi developed country mana jata tha. To is ka nazariya tha ke jo zyada developed countries hain, wohin par sab se pehle communism aayega.</w:t>
      </w:r>
    </w:p>
    <w:p>
      <w:pPr>
        <w:jc w:val="right"/>
      </w:pPr>
      <w:r>
        <w:t>اس کا نظریہ تھا کہ جو developed countries ہیں، اس زمانے میں فرانس ایک بہت ہی developed country مانا جاتا تھا۔ تو اس کا نظریہ تھا کہ جو زیادہ developed countries ہیں، وہیں پر سب سے پہلے کمیونزم آئے گا۔</w:t>
      </w:r>
    </w:p>
    <w:p>
      <w:r>
        <w:rPr>
          <w:b/>
        </w:rPr>
        <w:t xml:space="preserve">[10:05] </w:t>
      </w:r>
      <w:r>
        <w:t>Aur Russia to is aitbar se kuch bhi nahi tha, industrially developed country tha.</w:t>
      </w:r>
    </w:p>
    <w:p>
      <w:pPr>
        <w:jc w:val="right"/>
      </w:pPr>
      <w:r>
        <w:t>اور روس تو اس اعتبار سے کچھ بھی نہیں تھا، industrially developed country تھا۔</w:t>
      </w:r>
    </w:p>
    <w:p>
      <w:r>
        <w:rPr>
          <w:b/>
        </w:rPr>
        <w:t xml:space="preserve">[10:13] </w:t>
      </w:r>
      <w:r>
        <w:t>France dusre sabab ke yahan aana chahiye. To woh aaya to agriculture country mein, Russia mein to agriculture sab se.</w:t>
      </w:r>
    </w:p>
    <w:p>
      <w:pPr>
        <w:jc w:val="right"/>
      </w:pPr>
      <w:r>
        <w:t>فرانس دوسرے سبب کے یہاں آنا چاہیے۔ تو وہ آیا تو agriculture country میں، روس میں تو agriculture سب سے۔</w:t>
      </w:r>
    </w:p>
    <w:p>
      <w:r>
        <w:rPr>
          <w:b/>
        </w:rPr>
        <w:t xml:space="preserve">[10:22] </w:t>
      </w:r>
      <w:r>
        <w:t>To is ka prediction sahi nahi hua. Aisi bohat si misalein hain. To jab Quran is tarah andaaz mein aaya hai to ghor o fikr karne wali kitaab ke taur par, to jab aap ghor o fikr karoge to do bohat bara faida aap ko hasil hoga.</w:t>
      </w:r>
    </w:p>
    <w:p>
      <w:pPr>
        <w:jc w:val="right"/>
      </w:pPr>
      <w:r>
        <w:t>تو اس کا prediction صحیح نہیں ہوا۔ ایسی بہت سی مثالیں ہیں۔ تو جب قرآن اس طرح انداز میں آیا ہے تو غور و فکر کرنے والی کتاب کے طور پر، تو جب آپ غور و فکر کریں گے تو دو بہت بڑا فائدہ آپ کو حاصل ہوگا۔</w:t>
      </w:r>
    </w:p>
    <w:p>
      <w:r>
        <w:rPr>
          <w:b/>
        </w:rPr>
        <w:t xml:space="preserve">[10:44] </w:t>
      </w:r>
      <w:r>
        <w:t>Ek taraf to yeh ke dedh hazar saal tak aap daryaft karoge ke Quran ki koi statement badla nahi.</w:t>
      </w:r>
    </w:p>
    <w:p>
      <w:pPr>
        <w:jc w:val="right"/>
      </w:pPr>
      <w:r>
        <w:t>ایک طرف تو یہ کہ ڈیڑھ ہزار سال تک آپ دریافت کریں گے کہ قرآن کی کوئی statement بدلا نہیں۔</w:t>
      </w:r>
    </w:p>
    <w:p>
      <w:r>
        <w:rPr>
          <w:b/>
        </w:rPr>
        <w:t xml:space="preserve">[10:53] </w:t>
      </w:r>
      <w:r>
        <w:t>Quran ka statement badla nahi, itna development hua ilm mein, science mein, magar Quran ki batayi hui baatein waisi ki waisi rahien. To yeh kaun hai aisi eternal truth ka qurban karne wala kaun ho sakta hai?</w:t>
      </w:r>
    </w:p>
    <w:p>
      <w:pPr>
        <w:jc w:val="right"/>
      </w:pPr>
      <w:r>
        <w:t>قرآن کا statement بدلا نہیں، اتنا development ہوا علم میں، سائنس میں، مگر قرآن کی بتائی ہوئی باتیں ویسی کی ویسی رہیں۔ تو یہ کون ہے ایسی eternal truth کا قربان کرنے والا کون ہو سکتا ہے؟</w:t>
      </w:r>
    </w:p>
    <w:p>
      <w:r>
        <w:rPr>
          <w:b/>
        </w:rPr>
        <w:t xml:space="preserve">[11:11] </w:t>
      </w:r>
      <w:r>
        <w:t>Woh zahir hai ek creator ho sakta hai, aur koi nahi ho sakta.</w:t>
      </w:r>
    </w:p>
    <w:p>
      <w:pPr>
        <w:jc w:val="right"/>
      </w:pPr>
      <w:r>
        <w:t>وہ ظاہر ہے ایک creator ہو سکتا ہے، اور کوئی نہیں ہو سکتا۔</w:t>
      </w:r>
    </w:p>
    <w:p>
      <w:r>
        <w:rPr>
          <w:b/>
        </w:rPr>
        <w:t xml:space="preserve">[11:17] </w:t>
      </w:r>
      <w:r>
        <w:t>to aik baat aap yeh daryaft karein ge ke quran ka jo author hai, woh koi insaan nahi hai balkeh creator hai.</w:t>
      </w:r>
    </w:p>
    <w:p>
      <w:pPr>
        <w:jc w:val="right"/>
      </w:pPr>
      <w:r>
        <w:t>تو ایک بات آپ یہ دریافت کریں گے کہ قرآن کا جو author ہے، وہ کوئی انسان نہیں ہے بلکہ creator ہے۔</w:t>
      </w:r>
    </w:p>
    <w:p>
      <w:r>
        <w:rPr>
          <w:b/>
        </w:rPr>
        <w:t xml:space="preserve">[11:29] </w:t>
      </w:r>
      <w:r>
        <w:t>doosri baat yeh hogi ke aap ke liye sachai self-discovered sachai hogi, aur phir bohat hi yaqeen, aap ke andar creativity aaye gi, aap ke andar aik high thinking aaye gi, bohat se faiday hon ge.</w:t>
      </w:r>
    </w:p>
    <w:p>
      <w:pPr>
        <w:jc w:val="right"/>
      </w:pPr>
      <w:r>
        <w:t>دوسری بات یہ ہوگی کہ آپ کے لیے سچائی self-discovered سچائی ہوگی، اور پھر بہت ہی یقین، آپ کے اندر creativity آئے گی، آپ کے اندر ایک high thinking آئے گی، بہت سے فائدے ہوں گے۔</w:t>
      </w:r>
    </w:p>
    <w:p>
      <w:r>
        <w:rPr>
          <w:b/>
        </w:rPr>
        <w:t xml:space="preserve">[11:49] </w:t>
      </w:r>
      <w:r>
        <w:t>yeh hai yaani ayat ka jo pehla hissa hai, is se iman hua. zлик al-kitab la raiba feeh.</w:t>
      </w:r>
    </w:p>
    <w:p>
      <w:pPr>
        <w:jc w:val="right"/>
      </w:pPr>
      <w:r>
        <w:t>یہ ہے یعنی آیت کا جو پہلا حصہ ہے، اس سے ایمان ہوا۔ ذالک الکتاب لا رب فیہ۔</w:t>
      </w:r>
    </w:p>
    <w:p>
      <w:r>
        <w:rPr>
          <w:b/>
        </w:rPr>
        <w:t xml:space="preserve">[12:00] </w:t>
      </w:r>
      <w:r>
        <w:t>yeh al-kitab hai, is mein koi shakk nahi. ab dekhiye, shakk nahi jo hai yeh statement of facts ki zaban mein hai, rational analysis ki zaban mein nahi hai.</w:t>
      </w:r>
    </w:p>
    <w:p>
      <w:pPr>
        <w:jc w:val="right"/>
      </w:pPr>
      <w:r>
        <w:t>یہ الکتاب ہے، اس میں کوئی شک نہیں۔ اب دیکھئے، شک نہیں جو ہے یہ statement of facts کی زبان میں ہے، rational analysis کی زبان میں نہیں ہے۔</w:t>
      </w:r>
    </w:p>
    <w:p>
      <w:r>
        <w:rPr>
          <w:b/>
        </w:rPr>
        <w:t xml:space="preserve">[12:13] </w:t>
      </w:r>
      <w:r>
        <w:t>aap ko pata karna hai ke yeh la raiba feeh hai, yaani is mein koi shakk nahi.</w:t>
      </w:r>
    </w:p>
    <w:p>
      <w:pPr>
        <w:jc w:val="right"/>
      </w:pPr>
      <w:r>
        <w:t>آپ کو پتہ کرنا ہے کہ یہ لا رب فیہ ہے، یعنی اس میں کوئی شک نہیں۔</w:t>
      </w:r>
    </w:p>
    <w:p>
      <w:r>
        <w:rPr>
          <w:b/>
        </w:rPr>
        <w:t xml:space="preserve">[12:18] </w:t>
      </w:r>
      <w:r>
        <w:t>jitna ghhor karein ge, jitna ghhor karein ge, itna ghhor karein ge, aap ko yeh discovery hoti chali jaye gi ke is ki har baat jo hai woh fact hai, reality hai, is mein koi change nahi aata.</w:t>
      </w:r>
    </w:p>
    <w:p>
      <w:pPr>
        <w:jc w:val="right"/>
      </w:pPr>
      <w:r>
        <w:t>جتنا غور کریں گے، جتنا غور کریں گے، اتنا غور کریں گے، آپ کو یہ discovery ہوتی چلی جائے گی کہ اس کی ہر بات جو ہے وہ fact ہے، reality ہے، اس میں کوئی change نہیں آتا۔</w:t>
      </w:r>
    </w:p>
    <w:p>
      <w:r>
        <w:rPr>
          <w:b/>
        </w:rPr>
        <w:t xml:space="preserve">[12:35] </w:t>
      </w:r>
      <w:r>
        <w:t>is tarah aap ka conviction barhe ga. aur dekhein, conviction ke baghair zindagi bekar hai. aadmi apne mizaj ke aitbar se conviction par jeena chahta hai.</w:t>
      </w:r>
    </w:p>
    <w:p>
      <w:pPr>
        <w:jc w:val="right"/>
      </w:pPr>
      <w:r>
        <w:t>اس طرح آپ کا conviction بڑھے گا۔ اور دیکھیں، conviction کے بغیر زندگی بیکار ہے۔ آدمی اپنے مزاج کے اعتبار سے conviction پر جینا چاہتا ہے۔</w:t>
      </w:r>
    </w:p>
    <w:p>
      <w:r>
        <w:rPr>
          <w:b/>
        </w:rPr>
        <w:t xml:space="preserve">[12:47] </w:t>
      </w:r>
      <w:r>
        <w:t>conviction, yaqeen. to woh is tareeqe se paida hoga.</w:t>
      </w:r>
    </w:p>
    <w:p>
      <w:pPr>
        <w:jc w:val="right"/>
      </w:pPr>
      <w:r>
        <w:t>Conviction، یقین۔ تو وہ اس طریقے سے پیدا ہوگا۔</w:t>
      </w:r>
    </w:p>
    <w:p>
      <w:r>
        <w:rPr>
          <w:b/>
        </w:rPr>
        <w:t xml:space="preserve">[12:55] </w:t>
      </w:r>
      <w:r>
        <w:t>to alif lam meem zлик al-kitab la raiba feeh hudal lil muttaqeen.</w:t>
      </w:r>
    </w:p>
    <w:p>
      <w:pPr>
        <w:jc w:val="right"/>
      </w:pPr>
      <w:r>
        <w:t>تو الف لام میم ذالک الکتاب لا رب فیہ ہدل للمتقین۔</w:t>
      </w:r>
    </w:p>
    <w:p>
      <w:r>
        <w:rPr>
          <w:b/>
        </w:rPr>
        <w:t xml:space="preserve">[13:07] </w:t>
      </w:r>
      <w:r>
        <w:t>woh hidiyat nama hai, woh guide book hai kin logon ke liye jin ka izzat taqwa hai.</w:t>
      </w:r>
    </w:p>
    <w:p>
      <w:pPr>
        <w:jc w:val="right"/>
      </w:pPr>
      <w:r>
        <w:t>وہ ہدایت نامہ ہے، وہ guide book ہے کن لوگوں کے لیے جن کا عزت تقویٰ ہے۔</w:t>
      </w:r>
    </w:p>
    <w:p>
      <w:r>
        <w:rPr>
          <w:b/>
        </w:rPr>
        <w:t xml:space="preserve">[13:16] </w:t>
      </w:r>
      <w:r>
        <w:t>dekhein, taqwa jo hai bohat hi ba-maani lafz hai.</w:t>
      </w:r>
    </w:p>
    <w:p>
      <w:pPr>
        <w:jc w:val="right"/>
      </w:pPr>
      <w:r>
        <w:t>دیکھیں، تقویٰ جو ہے بہت ہی بامعنی لفظ ہے۔</w:t>
      </w:r>
    </w:p>
    <w:p>
      <w:r>
        <w:rPr>
          <w:b/>
        </w:rPr>
        <w:t xml:space="preserve">[13:25] </w:t>
      </w:r>
      <w:r>
        <w:t>urdu mein mein samajhta hoon ke yeh kahan se hoga ke taqwa ka matlab hai khatka. waise lafzi maani taqwa ke hain bachna.</w:t>
      </w:r>
    </w:p>
    <w:p>
      <w:pPr>
        <w:jc w:val="right"/>
      </w:pPr>
      <w:r>
        <w:t>اردو میں میں سمجھتا ہوں کہ یہ کہاں سے ہوگا کہ تقویٰ کا مطلب ہے کھٹک۔ ویسے لفظی معنی تقویٰ کے ہیں بچنا۔</w:t>
      </w:r>
    </w:p>
    <w:p>
      <w:r>
        <w:rPr>
          <w:b/>
        </w:rPr>
        <w:t xml:space="preserve">[13:37] </w:t>
      </w:r>
      <w:r>
        <w:t>to bachata kab hai insan? jab us ko khatka ho, yeh aag jala de gi to bachata hai. yeh kanta mujhe chubhe ga to pareshan kare ga,</w:t>
      </w:r>
    </w:p>
    <w:p>
      <w:pPr>
        <w:jc w:val="right"/>
      </w:pPr>
      <w:r>
        <w:t>تو بچتا کب ہے انسان؟ جب اس کو کھٹک ہو، یہ آگ جلا دے گی تو بچتا ہے۔ یہ کانٹا مجھے چبھ جائے گا تو پریشان کرے گا،</w:t>
      </w:r>
    </w:p>
    <w:p>
      <w:r>
        <w:rPr>
          <w:b/>
        </w:rPr>
        <w:t xml:space="preserve">[13:46] </w:t>
      </w:r>
      <w:r>
        <w:t>is se bachata hai aadmi.</w:t>
      </w:r>
    </w:p>
    <w:p>
      <w:pPr>
        <w:jc w:val="right"/>
      </w:pPr>
      <w:r>
        <w:t>اس سے بچتا ہے آدمی۔</w:t>
      </w:r>
    </w:p>
    <w:p>
      <w:r>
        <w:rPr>
          <w:b/>
        </w:rPr>
        <w:t xml:space="preserve">[13:50] </w:t>
      </w:r>
      <w:r>
        <w:t>to taqwa ke lafzi maani hain bachna, lekin sense ke aitbar se mein kahoon ga ke is ka matlab hai khatka. aur is ko explain kar ke hum kahein ge jo jo seeker hon,</w:t>
      </w:r>
    </w:p>
    <w:p>
      <w:pPr>
        <w:jc w:val="right"/>
      </w:pPr>
      <w:r>
        <w:t>تو تقویٰ کے لفظی معنی ہیں بچنا، لیکن sense کے اعتبار سے میں کہوں گا کہ اس کا مطلب ہے کھٹک۔ اور اس کو explain کر کے ہم کہیں گے جو جو seeker ہوں،</w:t>
      </w:r>
    </w:p>
    <w:p>
      <w:r>
        <w:rPr>
          <w:b/>
        </w:rPr>
        <w:t xml:space="preserve">[14:05] </w:t>
      </w:r>
      <w:r>
        <w:t>jo sachai ke mutalashi hon.</w:t>
      </w:r>
    </w:p>
    <w:p>
      <w:pPr>
        <w:jc w:val="right"/>
      </w:pPr>
      <w:r>
        <w:t>جو سچائی کے متلاشی ہوں۔</w:t>
      </w:r>
    </w:p>
    <w:p>
      <w:r>
        <w:rPr>
          <w:b/>
        </w:rPr>
        <w:t xml:space="preserve">[14:10] </w:t>
      </w:r>
      <w:r>
        <w:t>to quran agarche bilashuba al-kitab hai, lekin is se rehnumai mile kis ko?</w:t>
      </w:r>
    </w:p>
    <w:p>
      <w:pPr>
        <w:jc w:val="right"/>
      </w:pPr>
      <w:r>
        <w:t>تو قرآن اگرچہ بلاشبہ الکتاب ہے، لیکن اس سے رہنمائی ملے کس کو؟</w:t>
      </w:r>
    </w:p>
    <w:p>
      <w:r>
        <w:rPr>
          <w:b/>
        </w:rPr>
        <w:t xml:space="preserve">[14:20] </w:t>
      </w:r>
      <w:r>
        <w:t>jo seeker hon.</w:t>
      </w:r>
    </w:p>
    <w:p>
      <w:pPr>
        <w:jc w:val="right"/>
      </w:pPr>
      <w:r>
        <w:t>جو seeker ہوں۔</w:t>
      </w:r>
    </w:p>
    <w:p>
      <w:r>
        <w:rPr>
          <w:b/>
        </w:rPr>
        <w:t xml:space="preserve">[14:23] </w:t>
      </w:r>
      <w:r>
        <w:t>sachai ke talash jin ko ho. aisa kyun hai? jo aadmi dekhiye sachai ka mutalashi hai,</w:t>
      </w:r>
    </w:p>
    <w:p>
      <w:pPr>
        <w:jc w:val="right"/>
      </w:pPr>
      <w:r>
        <w:t>سچائی کے تلاش جن کو ہو۔ ایسا کیوں ہے؟ جو آدمی دیکھئے سچائی کا متلاشی ہے،</w:t>
      </w:r>
    </w:p>
    <w:p>
      <w:r>
        <w:rPr>
          <w:b/>
        </w:rPr>
        <w:t xml:space="preserve">[14:37] </w:t>
      </w:r>
      <w:r>
        <w:t>jo seeker of truth hai, woh gaya prepared mind hai quran ko aks karne ke liye. prepared mind hai.</w:t>
      </w:r>
    </w:p>
    <w:p>
      <w:pPr>
        <w:jc w:val="right"/>
      </w:pPr>
      <w:r>
        <w:t>جو seeker of truth ہے، وہ گیا prepared mind ہے قرآن کو عکس کرنے کے لیے۔ Prepared mind ہے۔</w:t>
      </w:r>
    </w:p>
    <w:p>
      <w:r>
        <w:rPr>
          <w:b/>
        </w:rPr>
        <w:t xml:space="preserve">[14:48] </w:t>
      </w:r>
      <w:r>
        <w:t>woh soch raha hai pehle se ke mein kya hoon? mein kaise paida ho gaya? mera khaliq kaun hai?</w:t>
      </w:r>
    </w:p>
    <w:p>
      <w:pPr>
        <w:jc w:val="right"/>
      </w:pPr>
      <w:r>
        <w:t>وہ سوچ رہا ہے پہلے سے کہ میں کیا ہوں؟ میں کیسے پیدا ہوگیا؟ میرا خالق کون ہے؟</w:t>
      </w:r>
    </w:p>
    <w:p>
      <w:r>
        <w:rPr>
          <w:b/>
        </w:rPr>
        <w:t xml:space="preserve">[14:57] </w:t>
      </w:r>
      <w:r>
        <w:t>yeh itni bari dunya kis ne banai? kya purpose hai is dunya ka? kya is ka beginning hai? kya is ka end hai? yeh sab baatein jo soche woh seeker hai.</w:t>
      </w:r>
    </w:p>
    <w:p>
      <w:pPr>
        <w:jc w:val="right"/>
      </w:pPr>
      <w:r>
        <w:t>یہ اتنی بڑی دنیا کس نے بنائی؟ کیا purpose ہے اس دنیا کا؟ کیا اس کا beginning ہے؟ کیا اس کا end ہے؟ یہ سب باتیں جو سوچے وہ seeker ہے۔</w:t>
      </w:r>
    </w:p>
    <w:p>
      <w:r>
        <w:rPr>
          <w:b/>
        </w:rPr>
        <w:t xml:space="preserve">[15:10] </w:t>
      </w:r>
      <w:r>
        <w:t>woh seeker hai. jab seeker hoga to woh toote ga, woh janna chahe ga.</w:t>
      </w:r>
    </w:p>
    <w:p>
      <w:pPr>
        <w:jc w:val="right"/>
      </w:pPr>
      <w:r>
        <w:t>وہ seeker ہے۔ جب seeker ہوگا تو وہ ٹوٹے گا، وہ جاننا چاہے گا۔</w:t>
      </w:r>
    </w:p>
    <w:p>
      <w:r>
        <w:rPr>
          <w:b/>
        </w:rPr>
        <w:t xml:space="preserve">[15:18] </w:t>
      </w:r>
      <w:r>
        <w:t>jis ko mein ne kaha ke woh prepared mind hoga.</w:t>
      </w:r>
    </w:p>
    <w:p>
      <w:pPr>
        <w:jc w:val="right"/>
      </w:pPr>
      <w:r>
        <w:t>جس کو میں نے کہا کہ وہ prepared mind ہوگا۔</w:t>
      </w:r>
    </w:p>
    <w:p>
      <w:r>
        <w:rPr>
          <w:b/>
        </w:rPr>
        <w:t xml:space="preserve">[15:26] </w:t>
      </w:r>
      <w:r>
        <w:t>jaise misaal ke tor par mein kahoon ga aik zameen hai jo geeli zameen hai, is mein aap pani daalein to oopar oopar oopar oopar phail jaye ga.</w:t>
      </w:r>
    </w:p>
    <w:p>
      <w:pPr>
        <w:jc w:val="right"/>
      </w:pPr>
      <w:r>
        <w:t>جیسے مثال کے طور پر میں کہوں گا ایک زمین ہے جو گیلی زمین ہے، اس میں آپ پانی ڈالیں تو اوپر اوپر اوپر اوپر پھیل جائے گا۔</w:t>
      </w:r>
    </w:p>
    <w:p>
      <w:r>
        <w:rPr>
          <w:b/>
        </w:rPr>
        <w:t xml:space="preserve">[15:38] </w:t>
      </w:r>
      <w:r>
        <w:t>lekin sokhi zameen agar hai, sokhi, is mein aap pani dalen to bilkul jazb kar legi.</w:t>
      </w:r>
    </w:p>
    <w:p>
      <w:pPr>
        <w:jc w:val="right"/>
      </w:pPr>
      <w:r>
        <w:t>لیکن سوکھی زمین اگر ہے، سوکھی، اس میں آپ پانی ڈالیں تو بالکل جذب کر لے گی۔</w:t>
      </w:r>
    </w:p>
    <w:p>
      <w:r>
        <w:rPr>
          <w:b/>
        </w:rPr>
        <w:t xml:space="preserve">[15:45] </w:t>
      </w:r>
      <w:r>
        <w:t>sokhi zameen mein pani jab dala jaye to jazb kar leti hai. aur geeli zameen mein pani idhar udhar beh jata hai. to mutallashi insan sokhi zameen ki tarah hai.</w:t>
      </w:r>
    </w:p>
    <w:p>
      <w:pPr>
        <w:jc w:val="right"/>
      </w:pPr>
      <w:r>
        <w:t>سوکھی زمین میں پانی جب ڈالا جائے تو جذب کر لیتی ہے۔ اور گیلی زمین میں پانی ادھر ادھر بہہ جاتا ہے۔ تو متلاشی انسان سوکھی زمین کی طرح ہے۔</w:t>
      </w:r>
    </w:p>
    <w:p>
      <w:r>
        <w:rPr>
          <w:b/>
        </w:rPr>
        <w:t xml:space="preserve">[15:58] </w:t>
      </w:r>
      <w:r>
        <w:t>mutallashi insan sokhi zameen ki tarah hai. ke is ko jab is ke samne sachai aai to foran is ko samajh mein a gai, is ko pakar liya is ne.</w:t>
      </w:r>
    </w:p>
    <w:p>
      <w:pPr>
        <w:jc w:val="right"/>
      </w:pPr>
      <w:r>
        <w:t>متلاشی انسان سوکھی زمین کی طرح ہے۔ کہ اس کو جب اس کے سامنے سچائی آئی تو فوراً اس کو سمجھ میں آ گئی، اس کو پکڑ لیا اس نے۔</w:t>
      </w:r>
    </w:p>
    <w:p>
      <w:r>
        <w:rPr>
          <w:b/>
        </w:rPr>
        <w:t xml:space="preserve">[16:17] </w:t>
      </w:r>
      <w:r>
        <w:t>mein aik misaal deta hoon ke mutallashi ka matlab kya hai. aik shakhs ne, aik aik angrez ne quran parha.</w:t>
      </w:r>
    </w:p>
    <w:p>
      <w:pPr>
        <w:jc w:val="right"/>
      </w:pPr>
      <w:r>
        <w:t>میں ایک مثال دیتا ہوں کہ متلاشی کا مطلب کیا ہے۔ ایک شخص نے، ایک ایک انگریز نے قرآن پڑھا۔</w:t>
      </w:r>
    </w:p>
    <w:p>
      <w:r>
        <w:rPr>
          <w:b/>
        </w:rPr>
        <w:t xml:space="preserve">[16:34] </w:t>
      </w:r>
      <w:r>
        <w:t>to is woh kehta hai ke jab mein ne Quran ko parha to mujhe is mein aik aik different Quran mujhe aik different book lagi.</w:t>
      </w:r>
    </w:p>
    <w:p>
      <w:pPr>
        <w:jc w:val="right"/>
      </w:pPr>
      <w:r>
        <w:t>تو اس وہ کہتا ہے کہ جب میں نے قرآن کو پڑھا تو مجھے اس میں ایک ایک different قرآن مجھے ایک different book لگی۔</w:t>
      </w:r>
    </w:p>
    <w:p>
      <w:r>
        <w:rPr>
          <w:b/>
        </w:rPr>
        <w:t xml:space="preserve">[16:45] </w:t>
      </w:r>
      <w:r>
        <w:t>kyun? quran mein is ka jo author hai insan ko khitab karta hai. eiha insan, eiha insan, eiha insan. aisi to koi kitab hai nahin. to is ne kaha ke mein ne bohat si kitaben parhi hain, lekin yeh jo andaaz hai,</w:t>
      </w:r>
    </w:p>
    <w:p>
      <w:pPr>
        <w:jc w:val="right"/>
      </w:pPr>
      <w:r>
        <w:t>کیوں؟ قرآن میں اس کا جو author ہے انسان کو خطاب کرتا ہے۔ ایہا الانسان، ایہا الانسان، ایہا الانسان۔ ایسی تو کوئی کتاب ہے نہیں۔ تو اس نے کہا کہ میں نے بہت سی کتابیں پڑھی ہیں، لیکن یہ جو انداز ہے،</w:t>
      </w:r>
    </w:p>
    <w:p>
      <w:r>
        <w:rPr>
          <w:b/>
        </w:rPr>
        <w:t xml:space="preserve">[17:00] </w:t>
      </w:r>
      <w:r>
        <w:t>eiha insan, to laga ke mujhe mujh se koi mujh ko koi address kar raha hai. is ka jo author hai woh mujh ko address kar raha hai.</w:t>
      </w:r>
    </w:p>
    <w:p>
      <w:pPr>
        <w:jc w:val="right"/>
      </w:pPr>
      <w:r>
        <w:t>ایہا الانسان، تو لگا کہ مجھے مجھ سے کوئی مجھ کو کوئی address کر رہا ہے۔ اس کا جو author ہے وہ مجھ کو address کر رہا ہے۔</w:t>
      </w:r>
    </w:p>
    <w:p>
      <w:r>
        <w:rPr>
          <w:b/>
        </w:rPr>
        <w:t xml:space="preserve">[17:14] </w:t>
      </w:r>
      <w:r>
        <w:t>to dekhiye difference jo hai is se aik curiosity paida hoti hai. to quran ka aik different book hona is ko.</w:t>
      </w:r>
    </w:p>
    <w:p>
      <w:pPr>
        <w:jc w:val="right"/>
      </w:pPr>
      <w:r>
        <w:t>تو دیکھئے difference جو ہے اس سے ایک curiosity پیدا ہوتی ہے۔ تو قرآن کا ایک different book ہونا اس کو۔</w:t>
      </w:r>
    </w:p>
    <w:p>
      <w:r>
        <w:rPr>
          <w:b/>
        </w:rPr>
        <w:t xml:space="preserve">[17:24] </w:t>
      </w:r>
      <w:r>
        <w:t>is ko strike kar gaya. aur phir is ne socha, socha, socha aur phir is ne accept kar liya quran ke deen ko.</w:t>
      </w:r>
    </w:p>
    <w:p>
      <w:pPr>
        <w:jc w:val="right"/>
      </w:pPr>
      <w:r>
        <w:t>اس کو strike کر گیا۔ اور پھر اس نے سوچا، سوچا، سوچا اور پھر اس نے accept کر لیا قرآن کے دین کو۔</w:t>
      </w:r>
    </w:p>
    <w:p>
      <w:r>
        <w:rPr>
          <w:b/>
        </w:rPr>
        <w:t xml:space="preserve">[17:37] </w:t>
      </w:r>
      <w:r>
        <w:t>to jo seeker hota hai woh is ke andar yeh baat hoti hai.</w:t>
      </w:r>
    </w:p>
    <w:p>
      <w:pPr>
        <w:jc w:val="right"/>
      </w:pPr>
      <w:r>
        <w:t>تو جو seeker ہوتا ہے وہ اس کے اندر یہ بات ہوتی ہے۔</w:t>
      </w:r>
    </w:p>
    <w:p>
      <w:r>
        <w:rPr>
          <w:b/>
        </w:rPr>
        <w:t xml:space="preserve">[17:43] </w:t>
      </w:r>
      <w:r>
        <w:t>aise bohat se waqiat hain.</w:t>
      </w:r>
    </w:p>
    <w:p>
      <w:pPr>
        <w:jc w:val="right"/>
      </w:pPr>
      <w:r>
        <w:t>ایسے بہت سے واقعات ہیں۔</w:t>
      </w:r>
    </w:p>
    <w:p>
      <w:r>
        <w:rPr>
          <w:b/>
        </w:rPr>
        <w:t xml:space="preserve">[17:48] </w:t>
      </w:r>
      <w:r>
        <w:t>misalan yeh aik angrez ne likha hai, baad mein unhon ne bhi is tarah qabool kar liya.</w:t>
      </w:r>
    </w:p>
    <w:p>
      <w:pPr>
        <w:jc w:val="right"/>
      </w:pPr>
      <w:r>
        <w:t>مثلاً یہ ایک انگریز نے لکھا ہے، بعد میں انہوں نے بھی اس طرح قبول کر لیا۔</w:t>
      </w:r>
    </w:p>
    <w:p>
      <w:r>
        <w:rPr>
          <w:b/>
        </w:rPr>
        <w:t xml:space="preserve">[17:59] </w:t>
      </w:r>
      <w:r>
        <w:t>ke woh morocco gaye to hotel mein thehre. to hotel ke barabar kamre se awaz aati thi,</w:t>
      </w:r>
    </w:p>
    <w:p>
      <w:pPr>
        <w:jc w:val="right"/>
      </w:pPr>
      <w:r>
        <w:t>کہ وہ مراکش گئے تو ہوٹل میں ٹھہرے۔ تو ہوٹل کے برابر کمرے سے آواز آتی تھی،</w:t>
      </w:r>
    </w:p>
    <w:p>
      <w:r>
        <w:rPr>
          <w:b/>
        </w:rPr>
        <w:t xml:space="preserve">[18:08] </w:t>
      </w:r>
      <w:r>
        <w:t>koi arab wahan thehra hua tha. to quran ki qirat woh is par sunata tha, yeh recorder par.</w:t>
      </w:r>
    </w:p>
    <w:p>
      <w:pPr>
        <w:jc w:val="right"/>
      </w:pPr>
      <w:r>
        <w:t>کوئی عرب وہاں ٹھہرا ہوا تھا۔ تو قرآن کی قرأت وہ اس پر سناتا تھا، یہ ریکارڈر پر۔</w:t>
      </w:r>
    </w:p>
    <w:p>
      <w:r>
        <w:rPr>
          <w:b/>
        </w:rPr>
        <w:t xml:space="preserve">[18:21] </w:t>
      </w:r>
      <w:r>
        <w:t>to is ne jab suna quran ki qirat ko to woh different lagi is ki. is ki is ki awaz mein is ne kaha ke quran ki awaz mein mein sound art par excellence hai.</w:t>
      </w:r>
    </w:p>
    <w:p>
      <w:pPr>
        <w:jc w:val="right"/>
      </w:pPr>
      <w:r>
        <w:t>تو اس نے جب سنا قرآن کی قرأت کو تو وہ different لگی اس کی۔ اس کی اس کی آواز میں اس نے کہا کہ قرآن کی آواز میں میں sound art par excellence ہے۔</w:t>
      </w:r>
    </w:p>
    <w:p>
      <w:r>
        <w:rPr>
          <w:b/>
        </w:rPr>
        <w:t xml:space="preserve">[18:39] </w:t>
      </w:r>
      <w:r>
        <w:t>to is ka jo quran ki jo awaz thi woh lekin dosri kitabon mein to aisi awaz hoti nahin. aap kabhi tajurba kar lijiye, koi bhi dosri kitab li jiye, is ko kisi se parhwaiye.</w:t>
      </w:r>
    </w:p>
    <w:p>
      <w:pPr>
        <w:jc w:val="right"/>
      </w:pPr>
      <w:r>
        <w:t>تو اس کا جو قرآن کی جو آواز تھی وہ لیکن دوسری کتابوں میں تو ایسی آواز ہوتی نہیں۔ آپ کبھی تجربہ کر لیجیے، کوئی بھی دوسری کتاب لیجیے، اس کو کسی سے پڑھوائیے۔</w:t>
      </w:r>
    </w:p>
    <w:p>
      <w:r>
        <w:rPr>
          <w:b/>
        </w:rPr>
        <w:t xml:space="preserve">[18:52] </w:t>
      </w:r>
      <w:r>
        <w:t>aur phir quran parhwaiye aik hafiz se. to aap ko different lage ga.</w:t>
      </w:r>
    </w:p>
    <w:p>
      <w:pPr>
        <w:jc w:val="right"/>
      </w:pPr>
      <w:r>
        <w:t>اور پھر قرآن پڑھوائیے ایک حافظ سے۔ تو آپ کو different لگے گا۔</w:t>
      </w:r>
    </w:p>
    <w:p>
      <w:r>
        <w:rPr>
          <w:b/>
        </w:rPr>
        <w:t xml:space="preserve">[19:00] </w:t>
      </w:r>
      <w:r>
        <w:t>to difference insan ko hit karta hai. difference.</w:t>
      </w:r>
    </w:p>
    <w:p>
      <w:pPr>
        <w:jc w:val="right"/>
      </w:pPr>
      <w:r>
        <w:t>تو difference انسان کو hit کرتا ہے۔ Difference۔</w:t>
      </w:r>
    </w:p>
    <w:p>
      <w:r>
        <w:rPr>
          <w:b/>
        </w:rPr>
        <w:t xml:space="preserve">[19:09] </w:t>
      </w:r>
      <w:r>
        <w:t>to is ne janna chaha ke bhai yeh awaz kis cheez ki hai? pata chala ke yeh to quran ki awaz hai.</w:t>
      </w:r>
    </w:p>
    <w:p>
      <w:pPr>
        <w:jc w:val="right"/>
      </w:pPr>
      <w:r>
        <w:t>تو اس نے جاننا چاہا کہ بھئی یہ آواز کس چیز کی ہے؟ پتہ چلا کہ یہ تو قرآن کی آواز ہے۔</w:t>
      </w:r>
    </w:p>
    <w:p>
      <w:r>
        <w:rPr>
          <w:b/>
        </w:rPr>
        <w:t xml:space="preserve">[19:20] </w:t>
      </w:r>
      <w:r>
        <w:t>to is ne baqayda arabi zaban seekhi. quran ko samajhne ke liye. aur phir baad ko is ne islam qabool kar liya.</w:t>
      </w:r>
    </w:p>
    <w:p>
      <w:pPr>
        <w:jc w:val="right"/>
      </w:pPr>
      <w:r>
        <w:t>تو اس نے باقاعدہ عربی زبان سیکھی۔ قرآن کو سمجھنے کے لیے۔ اور پھر بعد کو اس نے اسلام قبول کر لیا۔</w:t>
      </w:r>
    </w:p>
    <w:p>
      <w:r>
        <w:rPr>
          <w:b/>
        </w:rPr>
        <w:t xml:space="preserve">[19:30] </w:t>
      </w:r>
      <w:r>
        <w:t>aur quran ka tarjuma bhi is ne angrezi mein kiya.</w:t>
      </w:r>
    </w:p>
    <w:p>
      <w:pPr>
        <w:jc w:val="right"/>
      </w:pPr>
      <w:r>
        <w:t>اور قرآن کا ترجمہ بھی اس نے انگریزی میں کیا۔</w:t>
      </w:r>
    </w:p>
    <w:p>
      <w:r>
        <w:rPr>
          <w:b/>
        </w:rPr>
        <w:t xml:space="preserve">[19:36] </w:t>
      </w:r>
      <w:r>
        <w:t>to yeh tadabbur jo hai bohat hi important hai. lekin tadabbur kis ko kaam mein aata hai? jis ka taqwa ho.</w:t>
      </w:r>
    </w:p>
    <w:p>
      <w:pPr>
        <w:jc w:val="right"/>
      </w:pPr>
      <w:r>
        <w:t>تو یہ تدبر جو ہے بہت ہی important ہے۔ لیکن تدبر کس کو کام میں آتا ہے؟ جس کا تقویٰ ہو۔</w:t>
      </w:r>
    </w:p>
    <w:p>
      <w:r>
        <w:rPr>
          <w:b/>
        </w:rPr>
        <w:t xml:space="preserve">[19:46] </w:t>
      </w:r>
      <w:r>
        <w:t>yani jis ka jo mein ne kaha na khatak ho. taqwa ka ibtadai mafhoom to bachna hai.</w:t>
      </w:r>
    </w:p>
    <w:p>
      <w:pPr>
        <w:jc w:val="right"/>
      </w:pPr>
      <w:r>
        <w:t>یعنی جس کا جو میں نے کہا نا کھٹک ہو۔ تقویٰ کا ابتدائی مفہوم تو بچنا ہے۔</w:t>
      </w:r>
    </w:p>
    <w:p>
      <w:r>
        <w:rPr>
          <w:b/>
        </w:rPr>
        <w:t xml:space="preserve">[19:56] </w:t>
      </w:r>
      <w:r>
        <w:t>bachne mein se kya hota hai? aadmi ke andar khatak paida hoti hai.</w:t>
      </w:r>
    </w:p>
    <w:p>
      <w:pPr>
        <w:jc w:val="right"/>
      </w:pPr>
      <w:r>
        <w:t>بچنے میں سے کیا ہوتا ہے؟ آدمی کے اندر کھٹک پیدا ہوتی ہے۔</w:t>
      </w:r>
    </w:p>
    <w:p>
      <w:r>
        <w:rPr>
          <w:b/>
        </w:rPr>
        <w:t xml:space="preserve">[20:00] </w:t>
      </w:r>
      <w:r>
        <w:t>phir is aik aik khatak wahan pe ja kar ke talash ban jati hai. to kaha jis ke andar talash ho, jo sachai ka mutallashi ho, us ko hidayat mile gi.</w:t>
      </w:r>
    </w:p>
    <w:p>
      <w:pPr>
        <w:jc w:val="right"/>
      </w:pPr>
      <w:r>
        <w:t>پھر اس ایک ایک کھٹک وہاں پہ جا کر کے تلاش بن جاتی ہے۔ تو کہا جس کے اندر تلاش ہو، جو سچائی کا متلاشی ہو، اس کو ہدایت ملے گی۔</w:t>
      </w:r>
    </w:p>
    <w:p>
      <w:r>
        <w:rPr>
          <w:b/>
        </w:rPr>
        <w:t xml:space="preserve">[20:15] </w:t>
      </w:r>
      <w:r>
        <w:t>kyunke woh sokhi zameen ki manind hai. aur jo mutalashi nahi hai woh geeli zameen ki manind hai.</w:t>
      </w:r>
    </w:p>
    <w:p>
      <w:pPr>
        <w:jc w:val="right"/>
      </w:pPr>
      <w:r>
        <w:t>کیونکہ وہ سوکھی زمین کی مانند ہے۔ اور جو متلاشی نہیں ہے وہ گیلی زمین کی مانند ہے۔</w:t>
      </w:r>
    </w:p>
    <w:p>
      <w:r>
        <w:rPr>
          <w:b/>
        </w:rPr>
        <w:t xml:space="preserve">[20:25] </w:t>
      </w:r>
      <w:r>
        <w:t>to yeh hai matlab hudal lilmuttaqeen ka.</w:t>
      </w:r>
    </w:p>
    <w:p>
      <w:pPr>
        <w:jc w:val="right"/>
      </w:pPr>
      <w:r>
        <w:t>تو یہ ہے مطلب ہدل للمتقین کا۔</w:t>
      </w:r>
    </w:p>
    <w:p>
      <w:r>
        <w:rPr>
          <w:b/>
        </w:rPr>
        <w:t xml:space="preserve">[20:29] </w:t>
      </w:r>
      <w:r>
        <w:t>is ke baad farmaya: allazeena yu'minoona bilghaib woh log jo imaan rakhte hain ghaib par.</w:t>
      </w:r>
    </w:p>
    <w:p>
      <w:pPr>
        <w:jc w:val="right"/>
      </w:pPr>
      <w:r>
        <w:t>اس کے بعد فرمایا: الذین یؤمنون بالغیب وہ لوگ جو ایمان رکھتے ہیں غیب پر۔</w:t>
      </w:r>
    </w:p>
    <w:p>
      <w:r>
        <w:rPr>
          <w:b/>
        </w:rPr>
        <w:t xml:space="preserve">[20:39] </w:t>
      </w:r>
      <w:r>
        <w:t>yahan par dekhiye</w:t>
      </w:r>
    </w:p>
    <w:p>
      <w:pPr>
        <w:jc w:val="right"/>
      </w:pPr>
      <w:r>
        <w:t>یہاں پر دیکھئے</w:t>
      </w:r>
    </w:p>
    <w:p>
      <w:r>
        <w:rPr>
          <w:b/>
        </w:rPr>
        <w:t xml:space="preserve">[20:44] </w:t>
      </w:r>
      <w:r>
        <w:t>bohat bari baat is ke andar kahi gayi hai.</w:t>
      </w:r>
    </w:p>
    <w:p>
      <w:pPr>
        <w:jc w:val="right"/>
      </w:pPr>
      <w:r>
        <w:t>بہت بڑی بات اس کے اندر کہی گئی ہے۔</w:t>
      </w:r>
    </w:p>
    <w:p>
      <w:r>
        <w:rPr>
          <w:b/>
        </w:rPr>
        <w:t xml:space="preserve">[20:49] </w:t>
      </w:r>
      <w:r>
        <w:t>quran sachai ko batane wali kitab hai. to sachai kya hai?</w:t>
      </w:r>
    </w:p>
    <w:p>
      <w:pPr>
        <w:jc w:val="right"/>
      </w:pPr>
      <w:r>
        <w:t>قرآن سچائی کو بتانے والی کتاب ہے۔ تو سچائی کیا ہے؟</w:t>
      </w:r>
    </w:p>
    <w:p>
      <w:r>
        <w:rPr>
          <w:b/>
        </w:rPr>
        <w:t xml:space="preserve">[20:54] </w:t>
      </w:r>
      <w:r>
        <w:t>sachai aap ko yani darakht aur animal ke andar dikhai nahi deti. sachai to aik aik ideology hai.</w:t>
      </w:r>
    </w:p>
    <w:p>
      <w:pPr>
        <w:jc w:val="right"/>
      </w:pPr>
      <w:r>
        <w:t>سچائی آپ کو یعنی درخت اور animal کے اندر دکھائی نہیں دیتی۔ سچائی تو ایک ایک ideology ہے۔</w:t>
      </w:r>
    </w:p>
    <w:p>
      <w:r>
        <w:rPr>
          <w:b/>
        </w:rPr>
        <w:t xml:space="preserve">[21:05] </w:t>
      </w:r>
      <w:r>
        <w:t>yani aik unseen fact hai. sachai aik aisi cheez hai jo observation mein nahi aati. woh soch kar jaan sakta hai aadmi.</w:t>
      </w:r>
    </w:p>
    <w:p>
      <w:pPr>
        <w:jc w:val="right"/>
      </w:pPr>
      <w:r>
        <w:t>یعنی ایک unseen fact ہے۔ سچائی ایک ایسی چیز ہے جو observation میں نہیں آتی۔ وہ سوچ کر جان سکتا ہے آدمی۔</w:t>
      </w:r>
    </w:p>
    <w:p>
      <w:r>
        <w:rPr>
          <w:b/>
        </w:rPr>
        <w:t xml:space="preserve">[21:15] </w:t>
      </w:r>
      <w:r>
        <w:t>yani woh ghaib mein hai. sachai shuhud mein nahi hai balke ghaib mein hai.</w:t>
      </w:r>
    </w:p>
    <w:p>
      <w:pPr>
        <w:jc w:val="right"/>
      </w:pPr>
      <w:r>
        <w:t>یعنی وہ غیب میں ہے۔ سچائی شہود میں نہیں ہے بلکہ غیب میں ہے۔</w:t>
      </w:r>
    </w:p>
    <w:p>
      <w:r>
        <w:rPr>
          <w:b/>
        </w:rPr>
        <w:t xml:space="preserve">[21:23] </w:t>
      </w:r>
      <w:r>
        <w:t>to jis ka jis ki soch itni develop hui ho ke woh jaane ke sachai ghaybi mein rahegi.</w:t>
      </w:r>
    </w:p>
    <w:p>
      <w:pPr>
        <w:jc w:val="right"/>
      </w:pPr>
      <w:r>
        <w:t>تو جس کا جس کی سوچ اتنی develop ہوئی ہو کہ وہ جانے کہ سچائی غیبی میں رہے گی۔</w:t>
      </w:r>
    </w:p>
    <w:p>
      <w:r>
        <w:rPr>
          <w:b/>
        </w:rPr>
        <w:t xml:space="preserve">[21:35] </w:t>
      </w:r>
      <w:r>
        <w:t>sachai jo hai woh observation mein nahi aayi kabhi.</w:t>
      </w:r>
    </w:p>
    <w:p>
      <w:pPr>
        <w:jc w:val="right"/>
      </w:pPr>
      <w:r>
        <w:t>سچائی جو ہے وہ observation میں نہیں آئی کبھی۔</w:t>
      </w:r>
    </w:p>
    <w:p>
      <w:r>
        <w:rPr>
          <w:b/>
        </w:rPr>
        <w:t xml:space="preserve">[21:43] </w:t>
      </w:r>
      <w:r>
        <w:t>jaise aik insan hai, aik insan ka body aap dekh sakte hain. lekin is ka is ka soul, is ka mind to nahi dekh sakte aap.</w:t>
      </w:r>
    </w:p>
    <w:p>
      <w:pPr>
        <w:jc w:val="right"/>
      </w:pPr>
      <w:r>
        <w:t>جیسے ایک انسان ہے، ایک انسان کا body آپ دیکھ سکتے ہیں۔ لیکن اس کا اس کا soul، اس کا mind تو نہیں دیکھ سکتے آپ۔</w:t>
      </w:r>
    </w:p>
    <w:p>
      <w:r>
        <w:rPr>
          <w:b/>
        </w:rPr>
        <w:t xml:space="preserve">[21:55] </w:t>
      </w:r>
      <w:r>
        <w:t>to jo aadmi yeh kahe ke jab tak mein soul ko na dekh loon, jab tak ke mind ko na dekh loon, tab tak nahi manunga yeh insan hai.</w:t>
      </w:r>
    </w:p>
    <w:p>
      <w:pPr>
        <w:jc w:val="right"/>
      </w:pPr>
      <w:r>
        <w:t>تو جو آدمی یہ کہے کہ جب تک میں soul کو نہ دیکھ لوں، جب تک کہ mind کو نہ دیکھ لوں، تب تک نہیں مانوں گا یہ انسان ہے۔</w:t>
      </w:r>
    </w:p>
    <w:p>
      <w:r>
        <w:rPr>
          <w:b/>
        </w:rPr>
        <w:t xml:space="preserve">[22:05] </w:t>
      </w:r>
      <w:r>
        <w:t>to kabhi bhi woh insan ko daryaft nahi kar payega.</w:t>
      </w:r>
    </w:p>
    <w:p>
      <w:pPr>
        <w:jc w:val="right"/>
      </w:pPr>
      <w:r>
        <w:t>تو کبھی بھی وہ انسان کو دریافت نہیں کر پائے گا۔</w:t>
      </w:r>
    </w:p>
    <w:p>
      <w:r>
        <w:rPr>
          <w:b/>
        </w:rPr>
        <w:t xml:space="preserve">[22:12] </w:t>
      </w:r>
      <w:r>
        <w:t>ya koi kahe ke apni maan ke bare mein ke mein jab tak yeh nahi dekh loon ke mein maan ke pait se paida ho raha hoon, paida hone ka jo zaati mushahida mujhe ho.</w:t>
      </w:r>
    </w:p>
    <w:p>
      <w:pPr>
        <w:jc w:val="right"/>
      </w:pPr>
      <w:r>
        <w:t>یا کوئی کہے کہ اپنی ماں کے بارے میں کہ میں جب تک یہ نہیں دیکھ لوں کہ میں ماں کے پیٹ سے پیدا ہو رہا ہوں، پیدا ہونے کا جو ذاتی مشاہدہ مجھے ہو۔</w:t>
      </w:r>
    </w:p>
    <w:p>
      <w:r>
        <w:rPr>
          <w:b/>
        </w:rPr>
        <w:t xml:space="preserve">[22:26] </w:t>
      </w:r>
      <w:r>
        <w:t>to kabhi nahi hoga aisa mushahida.</w:t>
      </w:r>
    </w:p>
    <w:p>
      <w:pPr>
        <w:jc w:val="right"/>
      </w:pPr>
      <w:r>
        <w:t>تو کبھی نہیں ہوگا ایسا مشاہدہ۔</w:t>
      </w:r>
    </w:p>
    <w:p>
      <w:r>
        <w:rPr>
          <w:b/>
        </w:rPr>
        <w:t xml:space="preserve">[22:31] </w:t>
      </w:r>
      <w:r>
        <w:t>is ko baghair dekhe bhi manna padega ke yeh meri meri maan hai. to yeh hai yani intellectual development ki baat.</w:t>
      </w:r>
    </w:p>
    <w:p>
      <w:pPr>
        <w:jc w:val="right"/>
      </w:pPr>
      <w:r>
        <w:t>اس کو بغیر دیکھے بھی ماننا پڑے گا کہ یہ میری میری ماں ہے۔ تو یہ ہے یعنی intellectual development کی بات۔</w:t>
      </w:r>
    </w:p>
    <w:p>
      <w:r>
        <w:rPr>
          <w:b/>
        </w:rPr>
        <w:t xml:space="preserve">[22:42] </w:t>
      </w:r>
      <w:r>
        <w:t>woh insan jis ka zehni irtaqa itna hua ho, jis ka intellectual development itna hua ho ke is baat ko jaane ke sachai kabhi bhi is tarah nahi samne aayegi aap ko ke woh dikhai de jaise hathi aur ghore dikhai dete hain.</w:t>
      </w:r>
    </w:p>
    <w:p>
      <w:pPr>
        <w:jc w:val="right"/>
      </w:pPr>
      <w:r>
        <w:t>وہ انسان جس کا ذہنی ارتقاء اتنا ہوا ہو، جس کا intellectual development اتنا ہوا ہو کہ اس بات کو جانے کہ سچائی کبھی بھی اس طرح نہیں سامنے آئے گی آپ کو کہ وہ دکھائی دے جیسے ہاتھی اور گھوڑے دکھائی دیتے ہیں۔</w:t>
      </w:r>
    </w:p>
    <w:p>
      <w:r>
        <w:rPr>
          <w:b/>
        </w:rPr>
        <w:t xml:space="preserve">[23:00] </w:t>
      </w:r>
      <w:r>
        <w:t>woh unseen rahegi.</w:t>
      </w:r>
    </w:p>
    <w:p>
      <w:pPr>
        <w:jc w:val="right"/>
      </w:pPr>
      <w:r>
        <w:t>وہ unseen رہے گی۔</w:t>
      </w:r>
    </w:p>
    <w:p>
      <w:r>
        <w:rPr>
          <w:b/>
        </w:rPr>
        <w:t xml:space="preserve">[23:04] </w:t>
      </w:r>
      <w:r>
        <w:t>jab</w:t>
      </w:r>
    </w:p>
    <w:p>
      <w:pPr>
        <w:jc w:val="right"/>
      </w:pPr>
      <w:r>
        <w:t>جب</w:t>
      </w:r>
    </w:p>
    <w:p>
      <w:r>
        <w:rPr>
          <w:b/>
        </w:rPr>
        <w:t xml:space="preserve">[23:05] </w:t>
      </w:r>
      <w:r>
        <w:t>yeh yeh yeh is ko is ka yani is haqiqat ko jab is ne jaan liya ho tab woh sachai ko jaan payega.</w:t>
      </w:r>
    </w:p>
    <w:p>
      <w:pPr>
        <w:jc w:val="right"/>
      </w:pPr>
      <w:r>
        <w:t>یہ یہ یہ اس کو اس کا یعنی اس حقیقت کو جب اس نے جان لیا ہو تب وہ سچائی کو جان پائے گا۔</w:t>
      </w:r>
    </w:p>
    <w:p>
      <w:r>
        <w:rPr>
          <w:b/>
        </w:rPr>
        <w:t xml:space="preserve">[23:15] </w:t>
      </w:r>
      <w:r>
        <w:t>bhale samjhe ke sachai ko mujhe hathi ghore ki tarah mere samne aana chahiye to kabhi aayegi nahi. to kabhi manega bhi nahi woh.</w:t>
      </w:r>
    </w:p>
    <w:p>
      <w:pPr>
        <w:jc w:val="right"/>
      </w:pPr>
      <w:r>
        <w:t>بھلے سمجھے کہ سچائی کو مجھے ہاتھی گھوڑے کی طرح میرے سامنے آنا چاہیے تو کبھی آئے گی نہیں۔ تو کبھی مانے گا بھی نہیں وہ۔</w:t>
      </w:r>
    </w:p>
    <w:p>
      <w:r>
        <w:rPr>
          <w:b/>
        </w:rPr>
        <w:t xml:space="preserve">[23:25] </w:t>
      </w:r>
      <w:r>
        <w:t>to yeh hua yani ke imaan bilghaib ka matlab yahi hai yahan par. ke pehli baat yeh kahe ke jiske andar sachai ki talash ho woh payega.</w:t>
      </w:r>
    </w:p>
    <w:p>
      <w:pPr>
        <w:jc w:val="right"/>
      </w:pPr>
      <w:r>
        <w:t>تو یہ ہوا یعنی کہ ایمان بالغیب کا مطلب یہی ہے یہاں پر۔ کہ پہلی بات یہ کہے کہ جس کے اندر سچائی کی تلاش ہو وہ پائے گا۔</w:t>
      </w:r>
    </w:p>
    <w:p>
      <w:r>
        <w:rPr>
          <w:b/>
        </w:rPr>
        <w:t xml:space="preserve">[23:39] </w:t>
      </w:r>
      <w:r>
        <w:t>dusri baat yeh hai ke jo is haqiqat ko daryaft kar chuka ho ke sachai ghaybi mein rahegi, shuhud mein nahi banegi woh.</w:t>
      </w:r>
    </w:p>
    <w:p>
      <w:pPr>
        <w:jc w:val="right"/>
      </w:pPr>
      <w:r>
        <w:t>دوسری بات یہ ہے کہ جو اس حقیقت کو دریافت کر چکا ہو کہ سچائی غیبی میں رہے گی، شہود میں نہیں بنے گی وہ۔</w:t>
      </w:r>
    </w:p>
    <w:p>
      <w:r>
        <w:rPr>
          <w:b/>
        </w:rPr>
        <w:t xml:space="preserve">[23:49] </w:t>
      </w:r>
      <w:r>
        <w:t>tab woh sachai ko pa sakta hai.</w:t>
      </w:r>
    </w:p>
    <w:p>
      <w:pPr>
        <w:jc w:val="right"/>
      </w:pPr>
      <w:r>
        <w:t>تب وہ سچائی کو پا سکتا ہے۔</w:t>
      </w:r>
    </w:p>
    <w:p>
      <w:r>
        <w:rPr>
          <w:b/>
        </w:rPr>
        <w:t xml:space="preserve">[23:53] </w:t>
      </w:r>
      <w:r>
        <w:t>is ke baad farmaya ke wa yuqeemoon as salaat doosri sifat batai. ek sifat to thi woh ghaib par iman laane wala. doosri cheez hai namaz qaim karne wala.</w:t>
      </w:r>
    </w:p>
    <w:p>
      <w:pPr>
        <w:jc w:val="right"/>
      </w:pPr>
      <w:r>
        <w:t>اس کے بعد فرمایا کہ ویقیمون الصلاۃ دوسری صفت بتائی۔ ایک صفت تو تھی وہ غیب پر ایمان لانے والا۔ دوسری چیز ہے نماز قائم کرنے والا۔</w:t>
      </w:r>
    </w:p>
    <w:p>
      <w:r>
        <w:rPr>
          <w:b/>
        </w:rPr>
        <w:t xml:space="preserve">[24:03] </w:t>
      </w:r>
      <w:r>
        <w:t>dekhen yahan namaz qaim karna form kamane mein nahi hai. kyunke namaz qaim karta hai aadmi iman ke baad. yahan iman se pehle ki baat batai ja rahi hai.</w:t>
      </w:r>
    </w:p>
    <w:p>
      <w:pPr>
        <w:jc w:val="right"/>
      </w:pPr>
      <w:r>
        <w:t>دیکھیں یہاں نماز قائم کرنا فارم کمانے میں نہیں ہے۔ کیونکہ نماز قائم کرتا ہے آدمی ایمان کے بعد۔ یہاں ایمان سے پہلے کی بات بتائی جا رہی ہے۔</w:t>
      </w:r>
    </w:p>
    <w:p>
      <w:r>
        <w:rPr>
          <w:b/>
        </w:rPr>
        <w:t xml:space="preserve">[24:15] </w:t>
      </w:r>
      <w:r>
        <w:t>yahan spirit ke aitbaar se hai. form ke aitbaar se nahi hai.</w:t>
      </w:r>
    </w:p>
    <w:p>
      <w:pPr>
        <w:jc w:val="right"/>
      </w:pPr>
      <w:r>
        <w:t>یہاں spirit کے اعتبار سے ہے۔ فارم کے اعتبار سے نہیں ہے۔</w:t>
      </w:r>
    </w:p>
    <w:p>
      <w:r>
        <w:rPr>
          <w:b/>
        </w:rPr>
        <w:t xml:space="preserve">[24:22] </w:t>
      </w:r>
      <w:r>
        <w:t>namaz kya hai? namaz kya hai khalq ke aage surrender karna. khalq ko maan lena. khalq ke aage apne ko jhuka dena.</w:t>
      </w:r>
    </w:p>
    <w:p>
      <w:pPr>
        <w:jc w:val="right"/>
      </w:pPr>
      <w:r>
        <w:t>نماز کیا ہے؟ نماز کیا ہے خالق کے آگے surrender کرنا۔ خالق کو مان لینا۔ خالق کے آگے اپنے کو جھکا دینا۔</w:t>
      </w:r>
    </w:p>
    <w:p>
      <w:r>
        <w:rPr>
          <w:b/>
        </w:rPr>
        <w:t xml:space="preserve">[24:34] </w:t>
      </w:r>
      <w:r>
        <w:t>yaani jo jis ka zehni irtaqa itna buland hua ho ke woh is baat ko jaane ke main makhlooq hoon, main khalq to nahi hoon.</w:t>
      </w:r>
    </w:p>
    <w:p>
      <w:pPr>
        <w:jc w:val="right"/>
      </w:pPr>
      <w:r>
        <w:t>یعنی جو جس کا ذہنی ارتقاء اتنا بلند ہوا ہو کہ وہ اس بات کو جانے کہ میں مخلوق ہوں، میں خالق تو نہیں ہوں۔</w:t>
      </w:r>
    </w:p>
    <w:p>
      <w:r>
        <w:rPr>
          <w:b/>
        </w:rPr>
        <w:t xml:space="preserve">[24:44] </w:t>
      </w:r>
      <w:r>
        <w:t>to mujhe khalq ke aage surrender karna parega.</w:t>
      </w:r>
    </w:p>
    <w:p>
      <w:pPr>
        <w:jc w:val="right"/>
      </w:pPr>
      <w:r>
        <w:t>تو مجھے خالق کے آگے surrender کرنا پڑے گا۔</w:t>
      </w:r>
    </w:p>
    <w:p>
      <w:r>
        <w:rPr>
          <w:b/>
        </w:rPr>
        <w:t xml:space="preserve">[24:49] </w:t>
      </w:r>
      <w:r>
        <w:t>main apne ko khud nahi paida kiya</w:t>
      </w:r>
    </w:p>
    <w:p>
      <w:pPr>
        <w:jc w:val="right"/>
      </w:pPr>
      <w:r>
        <w:t>میں اپنے کو خود نہیں پیدا کیا</w:t>
      </w:r>
    </w:p>
    <w:p>
      <w:r>
        <w:rPr>
          <w:b/>
        </w:rPr>
        <w:t xml:space="preserve">[24:51] </w:t>
      </w:r>
      <w:r>
        <w:t>hai. paida karne wala koi doosra hai. to namaz jo hai is ka ek form hai jo aata hai iman qubool karne ke baad.</w:t>
      </w:r>
    </w:p>
    <w:p>
      <w:pPr>
        <w:jc w:val="right"/>
      </w:pPr>
      <w:r>
        <w:t>ہے۔ پیدا کرنے والا کوئی دوسرا ہے۔ تو نماز جو ہے اس کا ایک فارم ہے جو آتا ہے ایمان قبول کرنے کے بعد۔</w:t>
      </w:r>
    </w:p>
    <w:p>
      <w:r>
        <w:rPr>
          <w:b/>
        </w:rPr>
        <w:t xml:space="preserve">[25:00] </w:t>
      </w:r>
      <w:r>
        <w:t>lekin is ki spirit pehle aani chahiye. namaz ki spirit. ke apne khalq ke aage surrender karne ka jazba. submission ka jazba.</w:t>
      </w:r>
    </w:p>
    <w:p>
      <w:pPr>
        <w:jc w:val="right"/>
      </w:pPr>
      <w:r>
        <w:t>لیکن اس کی spirit پہلے آنی چاہیے۔ نماز کی spirit۔ کہ اپنے خالق کے آگے surrender کرنے کا جذبہ۔ Submission کا جذبہ۔</w:t>
      </w:r>
    </w:p>
    <w:p>
      <w:r>
        <w:rPr>
          <w:b/>
        </w:rPr>
        <w:t xml:space="preserve">[25:10] </w:t>
      </w:r>
      <w:r>
        <w:t>is baat ko bator haqeeqat maan lena ke jab main makhlooq hoon to mujhe khalq ke aage surrender karna hi karna hai.</w:t>
      </w:r>
    </w:p>
    <w:p>
      <w:pPr>
        <w:jc w:val="right"/>
      </w:pPr>
      <w:r>
        <w:t>اس بات کو بطور حقیقت مان لینا کہ جب میں مخلوق ہوں تو مجھے خالق کے آگے surrender کرنا ہی کرنا ہے۔</w:t>
      </w:r>
    </w:p>
    <w:p>
      <w:r>
        <w:rPr>
          <w:b/>
        </w:rPr>
        <w:t xml:space="preserve">[25:18] </w:t>
      </w:r>
      <w:r>
        <w:t>yeh spirit jab hogi tab is ko sachai ki daryaft hogi. is ke baad hai wa munfiqoon mimma razaqnahum. wa yuqeemoon as salaat.</w:t>
      </w:r>
    </w:p>
    <w:p>
      <w:pPr>
        <w:jc w:val="right"/>
      </w:pPr>
      <w:r>
        <w:t>یہ spirit جب ہوگی تب اس کو سچائی کی دریافت ہوگی۔ اس کے بعد ہے مومنہ رزقہ من الحقون۔</w:t>
      </w:r>
    </w:p>
    <w:p>
      <w:r>
        <w:rPr>
          <w:b/>
        </w:rPr>
        <w:t xml:space="preserve">[25:27] </w:t>
      </w:r>
      <w:r>
        <w:t>aur jo is ko rizq mila hai, rizq. yahan rizq se murad hai rizq maadi. is mein se woh kharch karta hai.</w:t>
      </w:r>
    </w:p>
    <w:p>
      <w:pPr>
        <w:jc w:val="right"/>
      </w:pPr>
      <w:r>
        <w:t>اور جو اس کو رزق ملا ہے، رزق۔ یہاں رزق سے مراد ہے رزق مادی۔ اس میں سے وہ خرچ کرتا ہے۔</w:t>
      </w:r>
    </w:p>
    <w:p>
      <w:r>
        <w:rPr>
          <w:b/>
        </w:rPr>
        <w:t xml:space="preserve">[25:39] </w:t>
      </w:r>
      <w:r>
        <w:t>yaani aise log jo jin ko jo rizq milta hai duniya mein. is mein se woh kharch karte hain.</w:t>
      </w:r>
    </w:p>
    <w:p>
      <w:pPr>
        <w:jc w:val="right"/>
      </w:pPr>
      <w:r>
        <w:t>یعنی ایسے لوگ جو جن کو جو رزق ملتا ہے دنیا میں۔ اس میں سے وہ خرچ کرتے ہیں۔</w:t>
      </w:r>
    </w:p>
    <w:p>
      <w:r>
        <w:rPr>
          <w:b/>
        </w:rPr>
        <w:t xml:space="preserve">[25:45] </w:t>
      </w:r>
      <w:r>
        <w:t>is ke maani kya kya hain? giving spirit. yahan bhi dekhen yeh form kamane mein nahi hai. giving spirit.</w:t>
      </w:r>
    </w:p>
    <w:p>
      <w:pPr>
        <w:jc w:val="right"/>
      </w:pPr>
      <w:r>
        <w:t>اس کے معنی کیا کیا ہیں؟ Giving spirit۔ یہاں بھی دیکھیں یہ فارم کمانے میں نہیں ہے۔ Giving spirit۔</w:t>
      </w:r>
    </w:p>
    <w:p>
      <w:r>
        <w:rPr>
          <w:b/>
        </w:rPr>
        <w:t xml:space="preserve">[25:54] </w:t>
      </w:r>
      <w:r>
        <w:t>giving spirit kya hai? yeh doosron ka acknowledgement. jab aap kuch haasil karte hain duniya mein. chahe business mein, chahe job mein.</w:t>
      </w:r>
    </w:p>
    <w:p>
      <w:pPr>
        <w:jc w:val="right"/>
      </w:pPr>
      <w:r>
        <w:t>Giving spirit کیا ہے؟ یہ دوسروں کا acknowledgement۔ جب آپ کچھ حاصل کرتے ہیں دنیا میں۔ چاہے business میں، چاہے job میں۔</w:t>
      </w:r>
    </w:p>
    <w:p>
      <w:r>
        <w:rPr>
          <w:b/>
        </w:rPr>
        <w:t xml:space="preserve">[26:05] </w:t>
      </w:r>
      <w:r>
        <w:t>ya kisi bhi tareeqe se. to is mein doosron ka hissa hota hai.</w:t>
      </w:r>
    </w:p>
    <w:p>
      <w:pPr>
        <w:jc w:val="right"/>
      </w:pPr>
      <w:r>
        <w:t>یا کسی بھی طریقے سے۔ تو اس میں دوسروں کا حصہ ہوتا ہے۔</w:t>
      </w:r>
    </w:p>
    <w:p>
      <w:r>
        <w:rPr>
          <w:b/>
        </w:rPr>
        <w:t xml:space="preserve">[26:11] </w:t>
      </w:r>
      <w:r>
        <w:t>jise aap ne ek car la kar khareedi bazaar se. is car ki tayari mein hazaron insano ka hissa hai.</w:t>
      </w:r>
    </w:p>
    <w:p>
      <w:pPr>
        <w:jc w:val="right"/>
      </w:pPr>
      <w:r>
        <w:t>جسے آپ نے ایک کار لا کر خریدی بازار سے۔ اس کار کی تیاری میں ہزاروں انسانوں کا حصہ ہے۔</w:t>
      </w:r>
    </w:p>
    <w:p>
      <w:r>
        <w:rPr>
          <w:b/>
        </w:rPr>
        <w:t xml:space="preserve">[26:21] </w:t>
      </w:r>
      <w:r>
        <w:t>tab woh car bani hai. car ki technology aur petrol ki daryaft aur bohat sari cheezein jo hazaron insaan kar rahe the, kar rahe the, kar rahe the.</w:t>
      </w:r>
    </w:p>
    <w:p>
      <w:pPr>
        <w:jc w:val="right"/>
      </w:pPr>
      <w:r>
        <w:t>تب وہ کار بنی ہے۔ کار کی ٹیکنالوجی اور پٹرول کی دریافت اور بہت ساری چیزیں جو ہزاروں انسان کر رہے تھے، کر رہے تھے، کر رہے تھے۔</w:t>
      </w:r>
    </w:p>
    <w:p>
      <w:r>
        <w:rPr>
          <w:b/>
        </w:rPr>
        <w:t xml:space="preserve">[26:34] </w:t>
      </w:r>
      <w:r>
        <w:t>is ko culmination ek car.</w:t>
      </w:r>
    </w:p>
    <w:p>
      <w:pPr>
        <w:jc w:val="right"/>
      </w:pPr>
      <w:r>
        <w:t>اس کو culmination ایک کار۔</w:t>
      </w:r>
    </w:p>
    <w:p>
      <w:r>
        <w:rPr>
          <w:b/>
        </w:rPr>
        <w:t xml:space="preserve">[26:39] </w:t>
      </w:r>
      <w:r>
        <w:t>to jab aap ke andar yeh spirit ho ke aap maanen ke poori insaniyat ka mere uper ehsan hai ke is ne ek car banai, hawajat banaye, technology banai.</w:t>
      </w:r>
    </w:p>
    <w:p>
      <w:pPr>
        <w:jc w:val="right"/>
      </w:pPr>
      <w:r>
        <w:t>تو جب آپ کے اندر یہ spirit ہو کہ آپ مانیں کہ پوری انسانیت کا میرے اوپر احسان ہے کہ اس نے ایک کار بنائی، حواجات بنائے، ٹیکنالوجی بنائی۔</w:t>
      </w:r>
    </w:p>
    <w:p>
      <w:r>
        <w:rPr>
          <w:b/>
        </w:rPr>
        <w:t xml:space="preserve">[26:52] </w:t>
      </w:r>
      <w:r>
        <w:t>is maani ke itraaf ka madah aap ke andar hai. doosron ka itraaf.</w:t>
      </w:r>
    </w:p>
    <w:p>
      <w:pPr>
        <w:jc w:val="right"/>
      </w:pPr>
      <w:r>
        <w:t>اس معنی کے اعتراف کا مادہ آپ کے اندر ہے۔ دوسروں کا اعتراف۔</w:t>
      </w:r>
    </w:p>
    <w:p>
      <w:r>
        <w:rPr>
          <w:b/>
        </w:rPr>
        <w:t xml:space="preserve">[26:59] </w:t>
      </w:r>
      <w:r>
        <w:t>tab ja kar aap ko sachai ki daryaft hogi. sachai milegi aap ko.</w:t>
      </w:r>
    </w:p>
    <w:p>
      <w:pPr>
        <w:jc w:val="right"/>
      </w:pPr>
      <w:r>
        <w:t>تب جا کر آپ کو سچائی کی دریافت ہوگی۔ سچائی ملے گی آپ کو۔</w:t>
      </w:r>
    </w:p>
    <w:p>
      <w:r>
        <w:rPr>
          <w:b/>
        </w:rPr>
        <w:t xml:space="preserve">[27:07] </w:t>
      </w:r>
      <w:r>
        <w:t>jo log jin ke andar yeh cheez na ho, yaani yeh acknowledgement, yeh itraaf.</w:t>
      </w:r>
    </w:p>
    <w:p>
      <w:pPr>
        <w:jc w:val="right"/>
      </w:pPr>
      <w:r>
        <w:t>جو لوگ جن کے اندر یہ چیز نہ ہو، یعنی یہ acknowledgement، یہ اعتراف۔</w:t>
      </w:r>
    </w:p>
    <w:p>
      <w:r>
        <w:rPr>
          <w:b/>
        </w:rPr>
        <w:t xml:space="preserve">[27:17] </w:t>
      </w:r>
      <w:r>
        <w:t>to woh kya hota hai? sarkash ho jatay hain. woh sarkash ho jatay hain.</w:t>
      </w:r>
    </w:p>
    <w:p>
      <w:pPr>
        <w:jc w:val="right"/>
      </w:pPr>
      <w:r>
        <w:t>تو وہ کیا ہوتا ہے؟ سرکش ہو جاتے ہیں۔ وہ سرکش ہو جاتے ہیں۔</w:t>
      </w:r>
    </w:p>
    <w:p>
      <w:r>
        <w:rPr>
          <w:b/>
        </w:rPr>
        <w:t xml:space="preserve">[27:23] </w:t>
      </w:r>
      <w:r>
        <w:t>jaise aap dekhen jo jo log car khareed ke latay hain, apne ghar ke samne car khari karte hain.</w:t>
      </w:r>
    </w:p>
    <w:p>
      <w:pPr>
        <w:jc w:val="right"/>
      </w:pPr>
      <w:r>
        <w:t>جیسے آپ دیکھیں جو جو لوگ کار خرید کے لاتے ہیں، اپنے گھر کے سامنے کار کھڑی کرتے ہیں۔</w:t>
      </w:r>
    </w:p>
    <w:p>
      <w:r>
        <w:rPr>
          <w:b/>
        </w:rPr>
        <w:t xml:space="preserve">[27:34] </w:t>
      </w:r>
      <w:r>
        <w:t>to un ko un ko aap un ke chehre par dekhen, lagta hai ke main car ka malik hoon. main mere paas paisa tha aur main ja kar khareed laya.</w:t>
      </w:r>
    </w:p>
    <w:p>
      <w:pPr>
        <w:jc w:val="right"/>
      </w:pPr>
      <w:r>
        <w:t>تو ان کو ان کو آپ ان کے چہرے پر دیکھیں، لگتا ہے کہ میں کار کا مالک ہوں۔ میں میرے پاس پیسہ تھا اور میں جا کر خرید لایا۔</w:t>
      </w:r>
    </w:p>
    <w:p>
      <w:r>
        <w:rPr>
          <w:b/>
        </w:rPr>
        <w:t xml:space="preserve">[27:44] </w:t>
      </w:r>
      <w:r>
        <w:t>to yeh mizaj un ko sarkashi paida karta hai.</w:t>
      </w:r>
    </w:p>
    <w:p>
      <w:pPr>
        <w:jc w:val="right"/>
      </w:pPr>
      <w:r>
        <w:t>تو یہ مزاج ان کو سرکشی پیدا کرتا ہے۔</w:t>
      </w:r>
    </w:p>
    <w:p>
      <w:r>
        <w:rPr>
          <w:b/>
        </w:rPr>
        <w:t xml:space="preserve">[27:51] </w:t>
      </w:r>
      <w:r>
        <w:t>yani ek aadmi aaj tak gaya ke us ne kaha ke main pasand nahi karta ke mere un ke paas bari car thi. ke meri bari car ke aage choti car khari ki jaye.</w:t>
      </w:r>
    </w:p>
    <w:p>
      <w:pPr>
        <w:jc w:val="right"/>
      </w:pPr>
      <w:r>
        <w:t>یعنی ایک آدمی آج تک گیا کہ اس نے کہا کہ میں پسند نہیں کرتا کہ میرے ان کے پاس بڑی کار تھی۔ کہ میری بڑی کار کے آگے چھوٹی کار کھڑی کی جائے۔</w:t>
      </w:r>
    </w:p>
    <w:p>
      <w:r>
        <w:rPr>
          <w:b/>
        </w:rPr>
        <w:t xml:space="preserve">[28:02] </w:t>
      </w:r>
      <w:r>
        <w:t>to agar aap ke andar acknowledgement nahi hai to aap sarkash ban jayenge. bas samajh jayen ke maine ek paisa kamaya, mere jeeb mein paisa tha, ja kar maine khareeda.</w:t>
      </w:r>
    </w:p>
    <w:p>
      <w:pPr>
        <w:jc w:val="right"/>
      </w:pPr>
      <w:r>
        <w:t>تو اگر آپ کے اندر acknowledgement نہیں ہے تو آپ سرکش بن جائیں گے۔ بس سمجھ جائیں کہ میں نے ایک پیسہ کمایا، میرے جیب میں پیسہ تھا، جا کر میں نے خرید دیا۔</w:t>
      </w:r>
    </w:p>
    <w:p>
      <w:r>
        <w:rPr>
          <w:b/>
        </w:rPr>
        <w:t xml:space="preserve">[28:18] </w:t>
      </w:r>
      <w:r>
        <w:t>aur doosri cheez yeh hai ke aap sochen ke car bani kaise?</w:t>
      </w:r>
    </w:p>
    <w:p>
      <w:pPr>
        <w:jc w:val="right"/>
      </w:pPr>
      <w:r>
        <w:t>اور دوسری چیز یہ ہے کہ آپ سوچیں کہ کار بنی کیسے؟</w:t>
      </w:r>
    </w:p>
    <w:p>
      <w:r>
        <w:rPr>
          <w:b/>
        </w:rPr>
        <w:t xml:space="preserve">[28:25] </w:t>
      </w:r>
      <w:r>
        <w:t>hazaron saal se duniya mein petrol tha zameen ke neeche, use daryaft kaise hua? ke technology yahan maujood thi nature mein, lekin is kis ne is ko discover kiya?</w:t>
      </w:r>
    </w:p>
    <w:p>
      <w:pPr>
        <w:jc w:val="right"/>
      </w:pPr>
      <w:r>
        <w:t>ہزاروں سال سے دنیا میں پٹرول تھا زمین کے نیچے، اسے دریافت کیسے ہوا؟ کہ ٹیکنالوجی یہاں موجود تھی nature میں، لیکن اس کس نے اس کو discover کیا؟</w:t>
      </w:r>
    </w:p>
    <w:p>
      <w:r>
        <w:rPr>
          <w:b/>
        </w:rPr>
        <w:t xml:space="preserve">[28:36] </w:t>
      </w:r>
      <w:r>
        <w:t>to aap ko hazaron saal ka ek history dikhai degi. jo aap ke liye car ki technology develop kar rahi hai.</w:t>
      </w:r>
    </w:p>
    <w:p>
      <w:pPr>
        <w:jc w:val="right"/>
      </w:pPr>
      <w:r>
        <w:t>تو آپ کو ہزاروں سال کا ایک history دکھائی دے گی۔ جو آپ کے لیے کار کی ٹیکنالوجی develop کر رہی ہے۔</w:t>
      </w:r>
    </w:p>
    <w:p>
      <w:r>
        <w:rPr>
          <w:b/>
        </w:rPr>
        <w:t xml:space="preserve">[28:45] </w:t>
      </w:r>
      <w:r>
        <w:t>to is poori insaniyat se involve hai.</w:t>
      </w:r>
    </w:p>
    <w:p>
      <w:pPr>
        <w:jc w:val="right"/>
      </w:pPr>
      <w:r>
        <w:t>تو اس پوری انسانیت سے involve ہے۔</w:t>
      </w:r>
    </w:p>
    <w:p>
      <w:r>
        <w:rPr>
          <w:b/>
        </w:rPr>
        <w:t xml:space="preserve">[28:49] </w:t>
      </w:r>
      <w:r>
        <w:t>to aisa yani ek soch mein sarkashi aati hai, doosri soch mein tawazu aata hai.</w:t>
      </w:r>
    </w:p>
    <w:p>
      <w:pPr>
        <w:jc w:val="right"/>
      </w:pPr>
      <w:r>
        <w:t>تو ایسا یعنی ایک سوچ میں سرکشی آتی ہے، دوسری سوچ میں تواضع آتا ہے۔</w:t>
      </w:r>
    </w:p>
    <w:p>
      <w:r>
        <w:rPr>
          <w:b/>
        </w:rPr>
        <w:t xml:space="preserve">[28:58] </w:t>
      </w:r>
      <w:r>
        <w:t>kisi ne sahi kaha hai ke modesty is the door of knowledge. modesty agar hai to aap aap ko seekhne ka mizaj hoga.</w:t>
      </w:r>
    </w:p>
    <w:p>
      <w:pPr>
        <w:jc w:val="right"/>
      </w:pPr>
      <w:r>
        <w:t>کسی نے صحیح کہا ہے کہ modesty is the door of knowledge۔ Modesty اگر ہے تو آپ آپ کو سیکھنے کا مزاج ہوگا۔</w:t>
      </w:r>
    </w:p>
    <w:p>
      <w:r>
        <w:rPr>
          <w:b/>
        </w:rPr>
        <w:t xml:space="preserve">[29:14] </w:t>
      </w:r>
      <w:r>
        <w:t>seekhna kab hota hai? jab doosre ka aap itraaf karen.</w:t>
      </w:r>
    </w:p>
    <w:p>
      <w:pPr>
        <w:jc w:val="right"/>
      </w:pPr>
      <w:r>
        <w:t>سیکھنا کب ہوتا ہے؟ جب دوسرے کا آپ اعتراف کریں۔</w:t>
      </w:r>
    </w:p>
    <w:p>
      <w:r>
        <w:rPr>
          <w:b/>
        </w:rPr>
        <w:t xml:space="preserve">[29:21] </w:t>
      </w:r>
      <w:r>
        <w:t>to yeh spirit jab hogi tab aisa hoga ke aap quran ko padhenge aur is se aap ko sachai milegi. agar aap ke andar sarkashi ho to quran ko padhne se koi faida nahi.</w:t>
      </w:r>
    </w:p>
    <w:p>
      <w:pPr>
        <w:jc w:val="right"/>
      </w:pPr>
      <w:r>
        <w:t>تو یہ spirit جب ہوگی تب ایسا ہوگا کہ آپ قرآن کو پڑھیں گے اور اس سے آپ کو سچائی ملے گی۔ اگر آپ کے اندر سرکشی ہو تو قرآن کو پڑھنے سے کوئی فائدہ نہیں۔</w:t>
      </w:r>
    </w:p>
    <w:p>
      <w:r>
        <w:rPr>
          <w:b/>
        </w:rPr>
        <w:t xml:space="preserve">[29:33] </w:t>
      </w:r>
      <w:r>
        <w:t>is ke baad jo ayat hai: walldheena yؤمنون بعون الیک، معون ابن قبلک۔ to yeh ek history poori hai quran ke sath juri hui.</w:t>
      </w:r>
    </w:p>
    <w:p>
      <w:pPr>
        <w:jc w:val="right"/>
      </w:pPr>
      <w:r>
        <w:t>اس کے بعد جو آیت ہے: والذین یؤمنون بعون الیک، معون ابن قبلک۔ تو یہ ایک history پوری ہے قرآن کے ساتھ جڑی ہوئی۔</w:t>
      </w:r>
    </w:p>
    <w:p>
      <w:r>
        <w:rPr>
          <w:b/>
        </w:rPr>
        <w:t xml:space="preserve">[29:46] </w:t>
      </w:r>
      <w:r>
        <w:t>ek poori history juri hui hai.</w:t>
      </w:r>
    </w:p>
    <w:p>
      <w:pPr>
        <w:jc w:val="right"/>
      </w:pPr>
      <w:r>
        <w:t>ایک پوری history جڑی ہوئی ہے۔</w:t>
      </w:r>
    </w:p>
    <w:p>
      <w:r>
        <w:rPr>
          <w:b/>
        </w:rPr>
        <w:t xml:space="preserve">[29:49] </w:t>
      </w:r>
      <w:r>
        <w:t>ke Allah taala ne payghambar bheje, un ke kitab bheji. aakhir mein rasool Allah Salallaho Alaihi Wasallam par kitab bheji. yeh ek poori history aaj tak hai.</w:t>
      </w:r>
    </w:p>
    <w:p>
      <w:pPr>
        <w:jc w:val="right"/>
      </w:pPr>
      <w:r>
        <w:t>کہ اللہ تعالی نے پیغمبر بھیجے، ان کے کتاب بھیجی۔ آخر میں رسول اللہ صلی اللہ علیہ وسلم پر کتاب بھیجی۔ یہ ایک پوری history آج تک ہے۔</w:t>
      </w:r>
    </w:p>
    <w:p>
      <w:r>
        <w:rPr>
          <w:b/>
        </w:rPr>
        <w:t xml:space="preserve">[30:00] </w:t>
      </w:r>
      <w:r>
        <w:t>to jo log is is history ko jante hon woh un ke andar ek ek mizaj hoga is baat ka ke yeh yeh quran isi sequence mein aaya hai.</w:t>
      </w:r>
    </w:p>
    <w:p>
      <w:pPr>
        <w:jc w:val="right"/>
      </w:pPr>
      <w:r>
        <w:t>تو جو لوگ اس اس history کو جانتے ہوں وہ ان کے اندر ایک ایک مزاج ہوگا اس بات کا کہ یہ یہ قرآن اسی sequence میں آیا ہے۔</w:t>
      </w:r>
    </w:p>
    <w:p>
      <w:r>
        <w:rPr>
          <w:b/>
        </w:rPr>
        <w:t xml:space="preserve">[30:16] </w:t>
      </w:r>
      <w:r>
        <w:t>yani Adam ke baad se musalsal tor par Allah taala jo is ka khaliq hai woh rehnumai ke liye kitab bhejta raha hai.</w:t>
      </w:r>
    </w:p>
    <w:p>
      <w:pPr>
        <w:jc w:val="right"/>
      </w:pPr>
      <w:r>
        <w:t>یعنی آدم کے بعد سے مسلسل طور پر اللہ تعالی جو اس کا خالق ہے وہ رہنمائی کے لیے کتاب بھیجتا رہا ہے۔</w:t>
      </w:r>
    </w:p>
    <w:p>
      <w:r>
        <w:rPr>
          <w:b/>
        </w:rPr>
        <w:t xml:space="preserve">[30:28] </w:t>
      </w:r>
      <w:r>
        <w:t>ek shama arsalna ruslana تطرع lagataar nabi aate rahe kitab le kar. to isi sequence mein yeh quran hai. tab woh quran ki azmat daryaft karega.</w:t>
      </w:r>
    </w:p>
    <w:p>
      <w:pPr>
        <w:jc w:val="right"/>
      </w:pPr>
      <w:r>
        <w:t>ایک شمع ارسلنا رسلنا تطرع لگاتار نبی آتے رہے کتاب لے کر۔ تو اسی sequence میں یہ قرآن ہے۔ تب وہ قرآن کی عظمت دریافت کرے گا۔</w:t>
      </w:r>
    </w:p>
    <w:p>
      <w:r>
        <w:rPr>
          <w:b/>
        </w:rPr>
        <w:t xml:space="preserve">[30:40] </w:t>
      </w:r>
      <w:r>
        <w:t>aur quran ki importance samjhega. quran ki value jo hai us ko manega.</w:t>
      </w:r>
    </w:p>
    <w:p>
      <w:pPr>
        <w:jc w:val="right"/>
      </w:pPr>
      <w:r>
        <w:t>اور قرآن کی importance سمجھے گا۔ قرآن کی value جو ہے اس کو مانے گا۔</w:t>
      </w:r>
    </w:p>
    <w:p>
      <w:r>
        <w:rPr>
          <w:b/>
        </w:rPr>
        <w:t xml:space="preserve">[30:45] </w:t>
      </w:r>
      <w:r>
        <w:t>tab us ko seriously lega aur sach much us ko mutala karega.</w:t>
      </w:r>
    </w:p>
    <w:p>
      <w:pPr>
        <w:jc w:val="right"/>
      </w:pPr>
      <w:r>
        <w:t>تب اس کو seriously لے گا اور سچ مچ اس کو مطالعہ کرے گا۔</w:t>
      </w:r>
    </w:p>
    <w:p>
      <w:r>
        <w:rPr>
          <w:b/>
        </w:rPr>
        <w:t xml:space="preserve">[30:55] </w:t>
      </w:r>
      <w:r>
        <w:t>to yeh hai yeh jis ka yeh mindset ho wahi quran ko seriously lega.</w:t>
      </w:r>
    </w:p>
    <w:p>
      <w:pPr>
        <w:jc w:val="right"/>
      </w:pPr>
      <w:r>
        <w:t>تو یہ ہے یہ جس کا یہ mindset ہو وہی قرآن کو seriously لے گا۔</w:t>
      </w:r>
    </w:p>
    <w:p>
      <w:r>
        <w:rPr>
          <w:b/>
        </w:rPr>
        <w:t xml:space="preserve">[31:05] </w:t>
      </w:r>
      <w:r>
        <w:t>nahi to seriously lega hi nahi. samjhega aisi hi koi kitab hai.</w:t>
      </w:r>
    </w:p>
    <w:p>
      <w:pPr>
        <w:jc w:val="right"/>
      </w:pPr>
      <w:r>
        <w:t>نہیں تو seriously لے گا ہی نہیں۔ سمجھے گا ایسی ہی کوئی کتاب ہے۔</w:t>
      </w:r>
    </w:p>
    <w:p>
      <w:r>
        <w:rPr>
          <w:b/>
        </w:rPr>
        <w:t xml:space="preserve">[31:09] </w:t>
      </w:r>
      <w:r>
        <w:t>yani hazaron saal ka ki history ka culmination dikhai dega quran is ko. yeh kitab aayi, woh kitab aayi, woh kitab aayi, phir quran aaya.</w:t>
      </w:r>
    </w:p>
    <w:p>
      <w:pPr>
        <w:jc w:val="right"/>
      </w:pPr>
      <w:r>
        <w:t>یعنی ہزاروں سال کا کی history کا culmination دکھائی دے گا قرآن اس کو۔ یہ کتاب آئی، وہ کتاب آئی، وہ کتاب آئی، پھر قرآن آیا۔</w:t>
      </w:r>
    </w:p>
    <w:p>
      <w:r>
        <w:rPr>
          <w:b/>
        </w:rPr>
        <w:t xml:space="preserve">[31:21] </w:t>
      </w:r>
      <w:r>
        <w:t>to is hazaron saal mein jo process tha us ka culmination hai quran. to aap sochen kitna zyada seriously lega quran ko woh.</w:t>
      </w:r>
    </w:p>
    <w:p>
      <w:pPr>
        <w:jc w:val="right"/>
      </w:pPr>
      <w:r>
        <w:t>تو اس ہزاروں سال میں جو process تھا اس کا culmination ہے قرآن۔ تو آپ سوچیں کتنا زیادہ seriously لے گا قرآن کو وہ۔</w:t>
      </w:r>
    </w:p>
    <w:p>
      <w:r>
        <w:rPr>
          <w:b/>
        </w:rPr>
        <w:t xml:space="preserve">[31:32] </w:t>
      </w:r>
      <w:r>
        <w:t>kitna zyada dhyan se padhega woh. wa bil aakhirati hum yؤقرون.</w:t>
      </w:r>
    </w:p>
    <w:p>
      <w:pPr>
        <w:jc w:val="right"/>
      </w:pPr>
      <w:r>
        <w:t>کتنا زیادہ دھیان سے پڑھے گا وہ۔ وبالآخرة هم یؤقرون۔</w:t>
      </w:r>
    </w:p>
    <w:p>
      <w:r>
        <w:rPr>
          <w:b/>
        </w:rPr>
        <w:t xml:space="preserve">[31:37] </w:t>
      </w:r>
      <w:r>
        <w:t>yeh bohat hi important jumla hai. Yani quran ko mannay ke liye is ki ahmiyat kya hai? Ke woh akhirat ko akhirat par yaqeen karne walay log honge jo quran ko</w:t>
      </w:r>
    </w:p>
    <w:p>
      <w:pPr>
        <w:jc w:val="right"/>
      </w:pPr>
      <w:r>
        <w:t>یہ بہت ہی important جملہ ہے۔ یعنی قرآن کو ماننے کے لیے اس کی اہمیت کیا ہے؟ کہ وہ آخرت کو آخرت پر یقین کرنے والے لوگ ہوں گے جو قرآن کو</w:t>
      </w:r>
    </w:p>
    <w:p>
      <w:r>
        <w:rPr>
          <w:b/>
        </w:rPr>
        <w:t xml:space="preserve">[31:52] </w:t>
      </w:r>
      <w:r>
        <w:t>book of alkitab ke taur par lenge aur samjhenge. Dekhen akhirat ek bohat hi ek ek saada lafz nahi hai.</w:t>
      </w:r>
    </w:p>
    <w:p>
      <w:pPr>
        <w:jc w:val="right"/>
      </w:pPr>
      <w:r>
        <w:t>book of الکتاب کے طور پر لیں گے اور سمجھیں گے۔ دیکھیں آخرت ایک بہت ہی ایک ایک سادہ لفظ نہیں ہے۔</w:t>
      </w:r>
    </w:p>
    <w:p>
      <w:r>
        <w:rPr>
          <w:b/>
        </w:rPr>
        <w:t xml:space="preserve">[32:05] </w:t>
      </w:r>
      <w:r>
        <w:t>ek poori ideology is ke andar hai.</w:t>
      </w:r>
    </w:p>
    <w:p>
      <w:pPr>
        <w:jc w:val="right"/>
      </w:pPr>
      <w:r>
        <w:t>ایک پوری ideology اس کے اندر ہے۔</w:t>
      </w:r>
    </w:p>
    <w:p>
      <w:r>
        <w:rPr>
          <w:b/>
        </w:rPr>
        <w:t xml:space="preserve">[32:13] </w:t>
      </w:r>
      <w:r>
        <w:t>Ke yeh ek yeh hai ke aap yeh manen ke insaan bas abruptly paida hua hai phir achank mar jayega aur is ko mitti mil jayegi qissa khatam.</w:t>
      </w:r>
    </w:p>
    <w:p>
      <w:pPr>
        <w:jc w:val="right"/>
      </w:pPr>
      <w:r>
        <w:t>کہ یہ ایک یہ ہے کہ آپ یہ مانیں کہ انسان بس abruptly پیدا ہوا ہے پھر اچانک مر جائے گا اور اس کو مٹی مل جائے گی قصہ ختم۔</w:t>
      </w:r>
    </w:p>
    <w:p>
      <w:r>
        <w:rPr>
          <w:b/>
        </w:rPr>
        <w:t xml:space="preserve">[32:24] </w:t>
      </w:r>
      <w:r>
        <w:t>To aap zindagi ke baray mein serious nahi honge. Sajda nahi honge. Zindagi ke baray mein aap sajda nahi honge.</w:t>
      </w:r>
    </w:p>
    <w:p>
      <w:pPr>
        <w:jc w:val="right"/>
      </w:pPr>
      <w:r>
        <w:t>تو آپ زندگی کے بارے میں serious نہیں ہوں گے۔ سجدہ نہیں ہوں گے۔ زندگی کے بارے میں آپ سجدہ نہیں ہوں گے۔</w:t>
      </w:r>
    </w:p>
    <w:p>
      <w:r>
        <w:rPr>
          <w:b/>
        </w:rPr>
        <w:t xml:space="preserve">[32:33] </w:t>
      </w:r>
      <w:r>
        <w:t>Lekin aap ki soch agar yeh ho ke itna bara aaghaz is ka koi anjam hona chahiye.</w:t>
      </w:r>
    </w:p>
    <w:p>
      <w:pPr>
        <w:jc w:val="right"/>
      </w:pPr>
      <w:r>
        <w:t>لیکن آپ کی سوچ اگر یہ ہو کہ اتنا بڑا آغاز اس کا کوئی انجام ہونا چاہیے۔</w:t>
      </w:r>
    </w:p>
    <w:p>
      <w:r>
        <w:rPr>
          <w:b/>
        </w:rPr>
        <w:t xml:space="preserve">[32:42] </w:t>
      </w:r>
      <w:r>
        <w:t>Itni bari kainat banai. Itni bari kainat bani. Phir solar system bana. Phir is par planet earth bana.</w:t>
      </w:r>
    </w:p>
    <w:p>
      <w:pPr>
        <w:jc w:val="right"/>
      </w:pPr>
      <w:r>
        <w:t>اتنی بڑی کائنات بنائی۔ اتنی بڑی کائنات بنی۔ پھر solar system بنا۔ پھر اس پر planet earth بنا۔</w:t>
      </w:r>
    </w:p>
    <w:p>
      <w:r>
        <w:rPr>
          <w:b/>
        </w:rPr>
        <w:t xml:space="preserve">[32:52] </w:t>
      </w:r>
      <w:r>
        <w:t>Is par yeh hua, yeh hua, yeh hua yahan tak ke insaan abad hua. Phir is par tehzeeb bani. Yani itna sab jo hua hai. To yeh ek yeh hua zindagi ka aaghaz hai.</w:t>
      </w:r>
    </w:p>
    <w:p>
      <w:pPr>
        <w:jc w:val="right"/>
      </w:pPr>
      <w:r>
        <w:t>اس پر یہ ہوا، یہ ہوا، یہ ہوا یہاں تک کہ انسان آباد ہوا۔ پھر اس پر تہذیب بنی۔ یعنی اتنا سب جو ہوا ہے۔ تو یہ ایک یہ ہوا زندگی کا آغاز ہے۔</w:t>
      </w:r>
    </w:p>
    <w:p>
      <w:r>
        <w:rPr>
          <w:b/>
        </w:rPr>
        <w:t xml:space="preserve">[33:05] </w:t>
      </w:r>
      <w:r>
        <w:t>Itne baray aaghaz ka koi end hona chahiye, koi anjam hona chahiye.</w:t>
      </w:r>
    </w:p>
    <w:p>
      <w:pPr>
        <w:jc w:val="right"/>
      </w:pPr>
      <w:r>
        <w:t>اتنے بڑے آغاز کا کوئی end ہونا چاہیے، کوئی انجام ہونا چاہیے۔</w:t>
      </w:r>
    </w:p>
    <w:p>
      <w:r>
        <w:rPr>
          <w:b/>
        </w:rPr>
        <w:t xml:space="preserve">[33:10] </w:t>
      </w:r>
      <w:r>
        <w:t>Aisa nahi hota ke aaghaz to bohat bara ho aur end kuch nahi. Aise hi khatam ho gaya. To jo is tarah se lega zindagi ke mamle ko is ke andar bohat ziyada sanjeeda soch hogi.</w:t>
      </w:r>
    </w:p>
    <w:p>
      <w:pPr>
        <w:jc w:val="right"/>
      </w:pPr>
      <w:r>
        <w:t>ایسا نہیں ہوتا کہ آغاز تو بہت بڑا ہو اور end کچھ نہیں۔ ایسے ہی ختم ہو گیا۔ تو جو اس طرح سے لے گا زندگی کے معاملے کو اس کے اندر بہت زیادہ سنجیدہ سوچ ہوگی۔</w:t>
      </w:r>
    </w:p>
    <w:p>
      <w:r>
        <w:rPr>
          <w:b/>
        </w:rPr>
        <w:t xml:space="preserve">[33:24] </w:t>
      </w:r>
      <w:r>
        <w:t>Serious thinking hogi. To is zehen ke andar jab quran ko parhega to is ka har lafz is ko is ke dil mein utarta chala jayega.</w:t>
      </w:r>
    </w:p>
    <w:p>
      <w:pPr>
        <w:jc w:val="right"/>
      </w:pPr>
      <w:r>
        <w:t>serious thinking ہوگی۔ تو اس ذہن کے اندر جب قرآن کو پڑھے گا تو اس کا ہر لفظ اس کو اس کے دل میں اترتا چلا جائے گا۔</w:t>
      </w:r>
    </w:p>
    <w:p>
      <w:r>
        <w:rPr>
          <w:b/>
        </w:rPr>
        <w:t xml:space="preserve">[33:34] </w:t>
      </w:r>
      <w:r>
        <w:t>Ke yeh woh kitab hai jo zindagi ki ma'nawiyat ko kholti hai.</w:t>
      </w:r>
    </w:p>
    <w:p>
      <w:pPr>
        <w:jc w:val="right"/>
      </w:pPr>
      <w:r>
        <w:t>کہ یہ وہ کتاب ہے جو زندگی کی معنویت کو کھولتی ہے۔</w:t>
      </w:r>
    </w:p>
    <w:p>
      <w:r>
        <w:rPr>
          <w:b/>
        </w:rPr>
        <w:t xml:space="preserve">[33:40] </w:t>
      </w:r>
      <w:r>
        <w:t>Jis zindagi aap dekhen jo log mutala karte hain zindagi ka to aaghaz to un ko beneful dikhai deta hai. Aur anjam kuch nahi.</w:t>
      </w:r>
    </w:p>
    <w:p>
      <w:pPr>
        <w:jc w:val="right"/>
      </w:pPr>
      <w:r>
        <w:t>جس زندگی آپ دیکھیں جو لوگ مطالعہ کرتے ہیں زندگی کا تو آغاز تو ان کو beneful دکھائی دیتا ہے۔ اور انجام کچھ نہیں۔</w:t>
      </w:r>
    </w:p>
    <w:p>
      <w:r>
        <w:rPr>
          <w:b/>
        </w:rPr>
        <w:t xml:space="preserve">[33:49] </w:t>
      </w:r>
      <w:r>
        <w:t>Yani galaxy ka banna, solar system ko banna, zameen ka banna, is par pani, is par pani ka nizam aur beshumar nizam jis ko kehte hain life support system, phir insaan yeh sab itna shandar beginning hai.</w:t>
      </w:r>
    </w:p>
    <w:p>
      <w:pPr>
        <w:jc w:val="right"/>
      </w:pPr>
      <w:r>
        <w:t>یعنی galaxy کا بننا، solar system کو بننا، زمین کا بننا، اس پر پانی، اس پر پانی کا نظام اور بے شمار نظام جس کو کہتے ہیں life support system، پھر انسان یہ سب اتنا شاندار beginning ہے۔</w:t>
      </w:r>
    </w:p>
    <w:p>
      <w:r>
        <w:rPr>
          <w:b/>
        </w:rPr>
        <w:t xml:space="preserve">[34:09] </w:t>
      </w:r>
      <w:r>
        <w:t>Yani apni beginning mein zameen itni shandar hai. To zaroori hai ke end mein bhi is ko koi bohat bara end ho is ka</w:t>
      </w:r>
    </w:p>
    <w:p>
      <w:pPr>
        <w:jc w:val="right"/>
      </w:pPr>
      <w:r>
        <w:t>یعنی اپنی beginning میں زمین اتنی شاندار ہے۔ تو ضروری ہے کہ end میں بھی اس کو کوئی بہت بڑا end ہو اس کا</w:t>
      </w:r>
    </w:p>
    <w:p>
      <w:r>
        <w:rPr>
          <w:b/>
        </w:rPr>
        <w:t xml:space="preserve">[34:20] </w:t>
      </w:r>
      <w:r>
        <w:t>۔ To jab woh dekhta hai ke quran yeh batata hai ke sare insan ekatha honge hashar mein un ka hisab kitab hoga. Phir un ko un ke a'maal ke mutabiq badla diya jayega.</w:t>
      </w:r>
    </w:p>
    <w:p>
      <w:pPr>
        <w:jc w:val="right"/>
      </w:pPr>
      <w:r>
        <w:t>۔ تو جب وہ دیکھتا ہے کہ قرآن یہ بتاتا ہے کہ سارے انسان اکٹھا ہوں گے حشر میں ان کا حساب کتاب ہوگا۔ پھر ان کو ان کے اعمال کے مطابق بدلہ دیا جائے گا۔</w:t>
      </w:r>
    </w:p>
    <w:p>
      <w:r>
        <w:rPr>
          <w:b/>
        </w:rPr>
        <w:t xml:space="preserve">[34:31] </w:t>
      </w:r>
      <w:r>
        <w:t>Aur jo log is test mein poore utre hain un ko paradise milegi. Yeh sari baaten jo hain jab woh quran mein parhta hai to is ko lagta hai ke waqai zindagi jis tarah aaghaz mein meaningful hai end bhi meaningful hai.</w:t>
      </w:r>
    </w:p>
    <w:p>
      <w:pPr>
        <w:jc w:val="right"/>
      </w:pPr>
      <w:r>
        <w:t>اور جو لوگ اس ٹیسٹ میں پورے اترے ہیں ان کو paradise ملے گی۔ یہ ساری باتیں جو ہیں جب وہ قرآن میں پڑھتا ہے تو اس کو لگتا ہے کہ واقعی زندگی جس طرح آغاز میں meaningful ہے end بھی meaningful ہے۔</w:t>
      </w:r>
    </w:p>
    <w:p>
      <w:r>
        <w:rPr>
          <w:b/>
        </w:rPr>
        <w:t xml:space="preserve">[34:49] </w:t>
      </w:r>
      <w:r>
        <w:t>Zindagi jis tarah shuru mein ba'mani hai jis tarah woh apna anjam ka aitbar ba'mani hai to is ko qabool kar leta hai. Woh yeh sifat is ke andar honi chahiye.</w:t>
      </w:r>
    </w:p>
    <w:p>
      <w:pPr>
        <w:jc w:val="right"/>
      </w:pPr>
      <w:r>
        <w:t>زندگی جس طرح شروع میں بامعنی ہے جس طرح وہ اپنا انجام کا اعتبار بامعنی ہے تو اس کو قبول کر لیتا ہے۔ وہ یہ صفت اس کے اندر ہونی چاہیے۔</w:t>
      </w:r>
    </w:p>
    <w:p>
      <w:r>
        <w:rPr>
          <w:b/>
        </w:rPr>
        <w:t xml:space="preserve">[35:03] </w:t>
      </w:r>
      <w:r>
        <w:t>Momin yahi woh log hain jo Allah ki taraf se hidayat par hain. Yahan pe hidayat jo hai dekhen fitri hidayat ke ma'ne mein hai. Fitri hidayat.</w:t>
      </w:r>
    </w:p>
    <w:p>
      <w:pPr>
        <w:jc w:val="right"/>
      </w:pPr>
      <w:r>
        <w:t>من یہی وہ لوگ ہیں جو اللہ کی طرف سے ہدایت پر ہیں۔ یہاں پہ ہدایت جو ہے دیکھیں فطری ہدایت کے معنی میں ہے۔ فطری ہدایت۔</w:t>
      </w:r>
    </w:p>
    <w:p>
      <w:r>
        <w:rPr>
          <w:b/>
        </w:rPr>
        <w:t xml:space="preserve">[35:13] </w:t>
      </w:r>
      <w:r>
        <w:t>Yani yeh woh log hain jo apni fitrat par qaim hain.</w:t>
      </w:r>
    </w:p>
    <w:p>
      <w:pPr>
        <w:jc w:val="right"/>
      </w:pPr>
      <w:r>
        <w:t>یعنی یہ وہ لوگ ہیں جو اپنی فطرت پر قائم ہیں۔</w:t>
      </w:r>
    </w:p>
    <w:p>
      <w:r>
        <w:rPr>
          <w:b/>
        </w:rPr>
        <w:t xml:space="preserve">[35:16] </w:t>
      </w:r>
      <w:r>
        <w:t>Yeh jo chand baaten batai gayeen yeh sab baaten jin ke andar hain is ka is is ka matlab hai ke woh hai apni hidayat apni fitrat par qaim hain.</w:t>
      </w:r>
    </w:p>
    <w:p>
      <w:pPr>
        <w:jc w:val="right"/>
      </w:pPr>
      <w:r>
        <w:t>یہ جو چند باتیں بتائی گئیں یہ سب باتیں جن کے اندر ہیں اس کا اس اس کا مطلب ہے کہ وہ ہے اپنی ہدایت اپنی فطرت پر قائم ہیں۔</w:t>
      </w:r>
    </w:p>
    <w:p>
      <w:r>
        <w:rPr>
          <w:b/>
        </w:rPr>
        <w:t xml:space="preserve">[35:29] </w:t>
      </w:r>
      <w:r>
        <w:t>Yani khalq ne jo fitrat un ko di thi us par qaim hain is ko bigara nahi unhon ne.</w:t>
      </w:r>
    </w:p>
    <w:p>
      <w:pPr>
        <w:jc w:val="right"/>
      </w:pPr>
      <w:r>
        <w:t>یعنی خالق نے جو فطرت ان کو دی تھی اس پر قائم ہیں اس کو بگاڑا نہیں انہوں نے۔</w:t>
      </w:r>
    </w:p>
    <w:p>
      <w:r>
        <w:rPr>
          <w:b/>
        </w:rPr>
        <w:t xml:space="preserve">[35:39] </w:t>
      </w:r>
      <w:r>
        <w:t>To is mein ek bohat bara usool milta hai ke jo log apni fitrat par qaim hain wahi mutallashi banenge.</w:t>
      </w:r>
    </w:p>
    <w:p>
      <w:pPr>
        <w:jc w:val="right"/>
      </w:pPr>
      <w:r>
        <w:t>تو اس میں ایک بہت بڑا اصول ملتا ہے کہ جو لوگ اپنی فطرت پر قائم ہیں وہی متلاشی بنیں گے۔</w:t>
      </w:r>
    </w:p>
    <w:p>
      <w:r>
        <w:rPr>
          <w:b/>
        </w:rPr>
        <w:t xml:space="preserve">[35:49] </w:t>
      </w:r>
      <w:r>
        <w:t>Phir wahi sachai ko payenge.</w:t>
      </w:r>
    </w:p>
    <w:p>
      <w:pPr>
        <w:jc w:val="right"/>
      </w:pPr>
      <w:r>
        <w:t>پھر وہی سچائی کو پائیں گے۔</w:t>
      </w:r>
    </w:p>
    <w:p>
      <w:r>
        <w:rPr>
          <w:b/>
        </w:rPr>
        <w:t xml:space="preserve">[35:54] </w:t>
      </w:r>
      <w:r>
        <w:t>Yahi log hain jo falah panay walay hain. Falah ke ma'ne kamyabi.</w:t>
      </w:r>
    </w:p>
    <w:p>
      <w:pPr>
        <w:jc w:val="right"/>
      </w:pPr>
      <w:r>
        <w:t>یہی لوگ ہیں جو فلاح پانے والے ہیں۔ فلاح کے معنی کامیابی۔</w:t>
      </w:r>
    </w:p>
    <w:p>
      <w:r>
        <w:rPr>
          <w:b/>
        </w:rPr>
        <w:t xml:space="preserve">[36:00] </w:t>
      </w:r>
      <w:r>
        <w:t>yani ab yeh zindagi jo hamari hai woh har aitbaar se kaamyaab ho aur abadi tor par is ko kaamyaabi mile toh woh jo tasawwur hai us ko kehte hain falaah.</w:t>
      </w:r>
    </w:p>
    <w:p>
      <w:pPr>
        <w:jc w:val="right"/>
      </w:pPr>
      <w:r>
        <w:t>یعنی اب یہ زندگی جو ہماری ہے وہ ہر اعتبار سے کامیاب ہو اور ابدی طور پر اس کو کامیابی ملے تو وہ جو تصور ہے اس کو کہتے ہیں فلاح۔</w:t>
      </w:r>
    </w:p>
    <w:p>
      <w:r>
        <w:rPr>
          <w:b/>
        </w:rPr>
        <w:t xml:space="preserve">[36:19] </w:t>
      </w:r>
      <w:r>
        <w:t>yahi woh log hain jo falaah paayenge.</w:t>
      </w:r>
    </w:p>
    <w:p>
      <w:pPr>
        <w:jc w:val="right"/>
      </w:pPr>
      <w:r>
        <w:t>یہی وہ لوگ ہیں جو فلاح پائیں گے۔</w:t>
      </w:r>
    </w:p>
    <w:p>
      <w:r>
        <w:rPr>
          <w:b/>
        </w:rPr>
        <w:t xml:space="preserve">[36:25] </w:t>
      </w:r>
      <w:r>
        <w:t>falaah ka matlab yeh hai ke jo insaan ke andar aap jaante hain ke beshumaar khwahishein hain, desire hain.</w:t>
      </w:r>
    </w:p>
    <w:p>
      <w:pPr>
        <w:jc w:val="right"/>
      </w:pPr>
      <w:r>
        <w:t>فلاح کا مطلب یہ ہے کہ جو انسان کے اندر آپ جانتے ہیں کہ بے شمار خواہشیں ہیں، desire ہیں۔</w:t>
      </w:r>
    </w:p>
    <w:p>
      <w:r>
        <w:rPr>
          <w:b/>
        </w:rPr>
        <w:t xml:space="preserve">[36:35] </w:t>
      </w:r>
      <w:r>
        <w:t>woh chahta hai fulfillment.</w:t>
      </w:r>
    </w:p>
    <w:p>
      <w:pPr>
        <w:jc w:val="right"/>
      </w:pPr>
      <w:r>
        <w:t>وہ چاہتا ہے fulfillment۔</w:t>
      </w:r>
    </w:p>
    <w:p>
      <w:r>
        <w:rPr>
          <w:b/>
        </w:rPr>
        <w:t xml:space="preserve">[36:39] </w:t>
      </w:r>
      <w:r>
        <w:t>woh chahta hai ke meri zindagi abadi ho. waqt ke saath badh na ho ke paida hua mar gaya, khatam ho gaya. woh chahta hai ke ek achha maashra mile rehne ke liye.</w:t>
      </w:r>
    </w:p>
    <w:p>
      <w:pPr>
        <w:jc w:val="right"/>
      </w:pPr>
      <w:r>
        <w:t>وہ چاہتا ہے کہ میری زندگی ابدی ہو۔ وقت کے ساتھ بڑھ نہ ہو کہ پیدا ہوا مر جائے، ختم ہو گیا۔ وہ چاہتا ہے کہ ایک اچھا معاشرہ ملے رہنے کے لیے۔</w:t>
      </w:r>
    </w:p>
    <w:p>
      <w:r>
        <w:rPr>
          <w:b/>
        </w:rPr>
        <w:t xml:space="preserve">[36:51] </w:t>
      </w:r>
      <w:r>
        <w:t>behtareen insaanon ke saath mera rehna ho.</w:t>
      </w:r>
    </w:p>
    <w:p>
      <w:pPr>
        <w:jc w:val="right"/>
      </w:pPr>
      <w:r>
        <w:t>بہترین انسانوں کے ساتھ میرا رہنا ہو۔</w:t>
      </w:r>
    </w:p>
    <w:p>
      <w:r>
        <w:rPr>
          <w:b/>
        </w:rPr>
        <w:t xml:space="preserve">[36:54] </w:t>
      </w:r>
      <w:r>
        <w:t>woh chahta hai ke mere khalique ke paros mein mujhe koi jagah mile. yeh saari baatein us ke andar chupi hui hain. yeh sab baatein mil jaayen toh falaah hai.</w:t>
      </w:r>
    </w:p>
    <w:p>
      <w:pPr>
        <w:jc w:val="right"/>
      </w:pPr>
      <w:r>
        <w:t>وہ چاہتا ہے کہ میرے خالق کے پڑوس میں مجھے کوئی جگہ ملے۔ یہ ساری باتیں اس کے اندر چھپی ہوئی ہیں۔ یہ سب باتیں مل جائیں تو فلاح ہے۔</w:t>
      </w:r>
    </w:p>
    <w:p>
      <w:r>
        <w:rPr>
          <w:b/>
        </w:rPr>
        <w:t xml:space="preserve">[37:05] </w:t>
      </w:r>
      <w:r>
        <w:t>yeh yeh sab baatein nahi milin toh falaah nahi. toh yeh bataya ke yeh yeh sifaat jinke andar hon wahi hidayat par hain yani wahi fitrat par qaaim hain.</w:t>
      </w:r>
    </w:p>
    <w:p>
      <w:pPr>
        <w:jc w:val="right"/>
      </w:pPr>
      <w:r>
        <w:t>یہ یہ سب باتیں نہیں ملیں تو فلاح نہیں۔ تو یہ بتایا کہ یہ یہ صفات جن کے اندر ہوں وہی ہدایت پر ہیں یعنی وہی فطرت پر قائم ہیں۔</w:t>
      </w:r>
    </w:p>
    <w:p>
      <w:r>
        <w:rPr>
          <w:b/>
        </w:rPr>
        <w:t xml:space="preserve">[37:17] </w:t>
      </w:r>
      <w:r>
        <w:t>inhi ko sachai milegi. aur phir wahi inhi ko wahi falaah yafta honge. kaamyaab honge.</w:t>
      </w:r>
    </w:p>
    <w:p>
      <w:pPr>
        <w:jc w:val="right"/>
      </w:pPr>
      <w:r>
        <w:t>انہی کو سچائی ملے گی۔ اور پھر وہی انہی کو وہی فلاح یافتہ ہوں گے۔ کامیاب ہوں گے۔</w:t>
      </w:r>
    </w:p>
    <w:p>
      <w:r>
        <w:rPr>
          <w:b/>
        </w:rPr>
        <w:t xml:space="preserve">[37:28] </w:t>
      </w:r>
      <w:r>
        <w:t>ke dunya mein kaamyaab hone ka matlab yeh hai ke dunya mein woh dunya mein woh sachai ke raaste par chalenge.</w:t>
      </w:r>
    </w:p>
    <w:p>
      <w:pPr>
        <w:jc w:val="right"/>
      </w:pPr>
      <w:r>
        <w:t>کہ دنیا میں کامیاب ہونے کا مطلب یہ ہے کہ دنیا میں وہ دنیا میں وہ سچائی کے راستے پر چلیں گے۔</w:t>
      </w:r>
    </w:p>
    <w:p>
      <w:r>
        <w:rPr>
          <w:b/>
        </w:rPr>
        <w:t xml:space="preserve">[37:37] </w:t>
      </w:r>
      <w:r>
        <w:t>apni azaadi ko misuse nahi karenge. apni azaadi ka sahi istemaal karenge.</w:t>
      </w:r>
    </w:p>
    <w:p>
      <w:pPr>
        <w:jc w:val="right"/>
      </w:pPr>
      <w:r>
        <w:t>اپنی آزادی کو misuse نہیں کریں گے۔ اپنی آزادی کا صحیح استعمال کریں گے۔</w:t>
      </w:r>
    </w:p>
    <w:p>
      <w:r>
        <w:rPr>
          <w:b/>
        </w:rPr>
        <w:t xml:space="preserve">[37:45] </w:t>
      </w:r>
      <w:r>
        <w:t>yeh dunya ke aitbaar se falaah yeh hai ke aadmi apni azaadi ko misuse na kare balkeh azaadi ka sahi istemaal kare.</w:t>
      </w:r>
    </w:p>
    <w:p>
      <w:pPr>
        <w:jc w:val="right"/>
      </w:pPr>
      <w:r>
        <w:t>یہ دنیا کے اعتبار سے فلاح یہ ہے کہ آدمی اپنی آزادی کو misuse نہ کرے بلکہ آزادی کا صحیح استعمال کرے۔</w:t>
      </w:r>
    </w:p>
    <w:p>
      <w:r>
        <w:rPr>
          <w:b/>
        </w:rPr>
        <w:t xml:space="preserve">[37:56] </w:t>
      </w:r>
      <w:r>
        <w:t>phir aakhirat ke aitbaar se yani aakhirat ka matlab hai eternity ke aitbaar se eternity ke aitbaar se falaah yeh hai ke us ko paradise mein jagah mile.</w:t>
      </w:r>
    </w:p>
    <w:p>
      <w:pPr>
        <w:jc w:val="right"/>
      </w:pPr>
      <w:r>
        <w:t>پھر آخرت کے اعتبار سے یعنی آخرت کا مطلب ہے eternity کے اعتبار سے eternity کے اعتبار سے فلاح یہ ہے کہ اس کو paradise میں جگہ ملے۔</w:t>
      </w:r>
    </w:p>
    <w:p>
      <w:r>
        <w:rPr>
          <w:b/>
        </w:rPr>
        <w:t xml:space="preserve">[38:07] </w:t>
      </w:r>
      <w:r>
        <w:t>toh jo apni azaadi ko misuse nahi karega aur sahi istemaal karega toh uska selection hoga. paradise ke liye.</w:t>
      </w:r>
    </w:p>
    <w:p>
      <w:pPr>
        <w:jc w:val="right"/>
      </w:pPr>
      <w:r>
        <w:t>تو جو اپنی آزادی کو misuse نہیں کرے گا اور صحیح استعمال کرے گا تو اس کا selection ہوگا۔ paradise کے لیے۔</w:t>
      </w:r>
    </w:p>
    <w:p>
      <w:r>
        <w:rPr>
          <w:b/>
        </w:rPr>
        <w:t xml:space="preserve">[38:17] </w:t>
      </w:r>
      <w:r>
        <w:t>yeh yeh poori zindagi jo hai us ki falaah ban jayegi.</w:t>
      </w:r>
    </w:p>
    <w:p>
      <w:pPr>
        <w:jc w:val="right"/>
      </w:pPr>
      <w:r>
        <w:t>یہ یہ پوری زندگی جو ہے اس کی فلاح بن جائے گی۔</w:t>
      </w:r>
    </w:p>
    <w:p>
      <w:r>
        <w:rPr>
          <w:b/>
        </w:rPr>
        <w:t xml:space="preserve">[38:29] </w:t>
      </w:r>
      <w:r>
        <w:t>woh log jinhone ab ab yeh is mein ek aur baat aa rahi hai. mission ki tareekh bayan ho rahi hai.</w:t>
      </w:r>
    </w:p>
    <w:p>
      <w:pPr>
        <w:jc w:val="right"/>
      </w:pPr>
      <w:r>
        <w:t>وہ لوگ جنہوں نے اب اب یہ اس میں ایک اور بات آ رہی ہے۔ مشن کی تاریخ بیان ہو رہی ہے۔</w:t>
      </w:r>
    </w:p>
    <w:p>
      <w:r>
        <w:rPr>
          <w:b/>
        </w:rPr>
        <w:t xml:space="preserve">[38:36] </w:t>
      </w:r>
      <w:r>
        <w:t>jis insaan ke upar quran utra tha Muhammad sallallahu alaihi wasallam woh dawat de rahe hain. is mein se kya saamne aata hai ke kuch log toh aap ki baat ko maan rahe hain.</w:t>
      </w:r>
    </w:p>
    <w:p>
      <w:pPr>
        <w:jc w:val="right"/>
      </w:pPr>
      <w:r>
        <w:t>جس انسان کے اوپر قرآن اترا تھا محمد صلی اللہ علیہ وسلم وہ دعوت دے رہے ہیں۔ اس میں سے کیا سامنے آتا ہے کہ کچھ لوگ تو آپ کی بات کو مان رہے ہیں۔</w:t>
      </w:r>
    </w:p>
    <w:p>
      <w:r>
        <w:rPr>
          <w:b/>
        </w:rPr>
        <w:t xml:space="preserve">[38:51] </w:t>
      </w:r>
      <w:r>
        <w:t>aap ke saathi ban rahe hain. un ko sachai mil rahi hai. lekin kuch log inkaar ki rawish par qaaim ho gaye. inkaar ki rawish par qaaim ho gaye.</w:t>
      </w:r>
    </w:p>
    <w:p>
      <w:pPr>
        <w:jc w:val="right"/>
      </w:pPr>
      <w:r>
        <w:t>آپ کے ساتھی بن رہے ہیں۔ ان کو سچائی مل رہی ہے۔ لیکن کچھ لوگ انکار کی روش پر قائم ہو گئے۔ انکار کی روش پر قائم ہو گئے۔</w:t>
      </w:r>
    </w:p>
    <w:p>
      <w:r>
        <w:rPr>
          <w:b/>
        </w:rPr>
        <w:t xml:space="preserve">[39:02] </w:t>
      </w:r>
      <w:r>
        <w:t>unhe</w:t>
      </w:r>
    </w:p>
    <w:p>
      <w:pPr>
        <w:jc w:val="right"/>
      </w:pPr>
      <w:r>
        <w:t>انہیں</w:t>
      </w:r>
    </w:p>
    <w:p>
      <w:r>
        <w:rPr>
          <w:b/>
        </w:rPr>
        <w:t xml:space="preserve">[39:03] </w:t>
      </w:r>
      <w:r>
        <w:t>mana nahi unhone. toh un ke baare mein quran keh raha hai ke jinhone inkaar kiya toh chahe un ko aap darao ya na darao woh imaan laane wale nahi hain.</w:t>
      </w:r>
    </w:p>
    <w:p>
      <w:pPr>
        <w:jc w:val="right"/>
      </w:pPr>
      <w:r>
        <w:t>مانا نہیں انہوں نے۔ تو ان کے بارے میں قرآن کہہ رہا ہے کہ جنہوں نے انکار کیا تو چاہے ان کو آپ ڈراؤ یا نہ ڈراؤ وہ ایمان لانے والے نہیں ہیں۔</w:t>
      </w:r>
    </w:p>
    <w:p>
      <w:r>
        <w:rPr>
          <w:b/>
        </w:rPr>
        <w:t xml:space="preserve">[39:18] </w:t>
      </w:r>
      <w:r>
        <w:t>iska matlab kya hai? yeh suspiciously toh hampering ki zabaan hai. yeh hampering</w:t>
      </w:r>
    </w:p>
    <w:p>
      <w:pPr>
        <w:jc w:val="right"/>
      </w:pPr>
      <w:r>
        <w:t>اس کا مطلب کیا ہے؟ یہ suspiciously تو hampering کی زبان ہے۔ یہ hampering</w:t>
      </w:r>
    </w:p>
    <w:p>
      <w:r>
        <w:rPr>
          <w:b/>
        </w:rPr>
        <w:t xml:space="preserve">[39:26] </w:t>
      </w:r>
      <w:r>
        <w:t>ki zabaan hai. kyunke yeh aayat utri thi jab. toh arab jo log is ke mukhatib the baat ko sab ke sab Islam mein dakhil ho gaye.</w:t>
      </w:r>
    </w:p>
    <w:p>
      <w:pPr>
        <w:jc w:val="right"/>
      </w:pPr>
      <w:r>
        <w:t>کی زبان ہے۔ کیونکہ یہ آیت اتری تھی جب۔ تو عرب جو لوگ اس کے مخاطب تھے بات کو سب کے سب اسلام میں داخل ہو گئے۔</w:t>
      </w:r>
    </w:p>
    <w:p>
      <w:r>
        <w:rPr>
          <w:b/>
        </w:rPr>
        <w:t xml:space="preserve">[39:37] </w:t>
      </w:r>
      <w:r>
        <w:t>koi bacha nahi. poora arab Islamize ho gaya.</w:t>
      </w:r>
    </w:p>
    <w:p>
      <w:pPr>
        <w:jc w:val="right"/>
      </w:pPr>
      <w:r>
        <w:t>کوئی بچا نہیں۔ پورا عرب اسلامائز ہو گیا۔</w:t>
      </w:r>
    </w:p>
    <w:p>
      <w:r>
        <w:rPr>
          <w:b/>
        </w:rPr>
        <w:t xml:space="preserve">[39:44] </w:t>
      </w:r>
      <w:r>
        <w:t>toh yeh hampering ki zabaan hai.</w:t>
      </w:r>
    </w:p>
    <w:p>
      <w:pPr>
        <w:jc w:val="right"/>
      </w:pPr>
      <w:r>
        <w:t>تو یہ hampering کی زبان ہے۔</w:t>
      </w:r>
    </w:p>
    <w:p>
      <w:r>
        <w:rPr>
          <w:b/>
        </w:rPr>
        <w:t xml:space="preserve">[39:49] </w:t>
      </w:r>
      <w:r>
        <w:t>aur yeh yahan jo inkaar ka lafz istemaal kiya gaya jinhone inkaar kiya is ka matlab hai ke jinhone apni fitrat ke khilaaf chale jo apni fitrat ki awaaz ke khilaaf chale</w:t>
      </w:r>
    </w:p>
    <w:p>
      <w:pPr>
        <w:jc w:val="right"/>
      </w:pPr>
      <w:r>
        <w:t>اور یہ یہاں جو انکار کا لفظ استعمال کیا گیا جنہوں نے انکار کیا اس کا مطلب ہے کہ جنہوں نے اپنی فطرت کے خلاف چلے جو اپنی فطرت کی آواز کے خلاف چلے</w:t>
      </w:r>
    </w:p>
    <w:p>
      <w:r>
        <w:rPr>
          <w:b/>
        </w:rPr>
        <w:t xml:space="preserve">[40:04] </w:t>
      </w:r>
      <w:r>
        <w:t>to kab tak chalenge woh? unhein lautna padega apni fitrat ki awaz ki taraf.</w:t>
      </w:r>
    </w:p>
    <w:p>
      <w:pPr>
        <w:jc w:val="right"/>
      </w:pPr>
      <w:r>
        <w:t>تو کب تک چلیں گے وہ؟ انہیں لوٹنا پڑے گا اپنی فطرت کی آواز کی طرف۔</w:t>
      </w:r>
    </w:p>
    <w:p>
      <w:r>
        <w:rPr>
          <w:b/>
        </w:rPr>
        <w:t xml:space="preserve">[40:14] </w:t>
      </w:r>
      <w:r>
        <w:t>to yeh yeh hampering ki zaban hai yeh iska yeh matlab nahi ke woh munkir rahenge kabhi unko sachai ka iqrar ki tofeeq nahi hogi.</w:t>
      </w:r>
    </w:p>
    <w:p>
      <w:pPr>
        <w:jc w:val="right"/>
      </w:pPr>
      <w:r>
        <w:t>تو یہ یہ hampering کی زبان ہے یہ اس کا یہ مطلب نہیں کہ وہ منکری رہیں گے کبھی ان کو سچائی کا احتراف کی توفیق نہیں ہوگی۔</w:t>
      </w:r>
    </w:p>
    <w:p>
      <w:r>
        <w:rPr>
          <w:b/>
        </w:rPr>
        <w:t xml:space="preserve">[40:28] </w:t>
      </w:r>
      <w:r>
        <w:t>jaise maine ek bar dekha hai ek ek bachcha woh chhoti cycle jo hoti hai chhoti cycle uske paas thi usne nikala aur road par jane laga.</w:t>
      </w:r>
    </w:p>
    <w:p>
      <w:pPr>
        <w:jc w:val="right"/>
      </w:pPr>
      <w:r>
        <w:t>جیسے میں نے ایک بار دیکھا ہے ایک ایک بچہ وہ چھوٹی سائیکل جو ہوتی ہے چھوٹی سائیکل اس کے پاس تھی اس نے نکالا اور روڈ پر جانے لگا۔</w:t>
      </w:r>
    </w:p>
    <w:p>
      <w:r>
        <w:rPr>
          <w:b/>
        </w:rPr>
        <w:t xml:space="preserve">[40:38] </w:t>
      </w:r>
      <w:r>
        <w:t>maa mana kar rahi thi uski.</w:t>
      </w:r>
    </w:p>
    <w:p>
      <w:pPr>
        <w:jc w:val="right"/>
      </w:pPr>
      <w:r>
        <w:t>ماں منع کر رہی تھی اس کی۔</w:t>
      </w:r>
    </w:p>
    <w:p>
      <w:r>
        <w:rPr>
          <w:b/>
        </w:rPr>
        <w:t xml:space="preserve">[40:41] </w:t>
      </w:r>
      <w:r>
        <w:t>maa mana kar rahi thi ke aise mat jao. kyunke woh rush ka time tha. to woh nahi mana. to gusse ho kar maa ne kaha ke ja mar ja road par.</w:t>
      </w:r>
    </w:p>
    <w:p>
      <w:pPr>
        <w:jc w:val="right"/>
      </w:pPr>
      <w:r>
        <w:t>ماں منع کر رہی تھی کہ ایسے مت جاؤ۔ کیونکہ وہ رش کا ٹائم تھا۔ تو وہ نہیں مانا۔ تو غصہ ہو کر ماں نے کہا کہ جا مر جا روڈ پر۔</w:t>
      </w:r>
    </w:p>
    <w:p>
      <w:r>
        <w:rPr>
          <w:b/>
        </w:rPr>
        <w:t xml:space="preserve">[40:54] </w:t>
      </w:r>
      <w:r>
        <w:t>to kya aap samajhte hain ke maa chahti thi ke mar jaye woh? kya maa yeh chahti thi ke ja ke mar jaye road par woh? nahi yeh hampering ki zaban thi.</w:t>
      </w:r>
    </w:p>
    <w:p>
      <w:pPr>
        <w:jc w:val="right"/>
      </w:pPr>
      <w:r>
        <w:t>تو کیا آپ سمجھتے ہیں کہ ماں چاہتی تھی کہ مر جائے وہ؟ کیا ماں یہ چاہتی تھی کہ جا کے مر جائے روڈ پر وہ؟ نہیں یہ hampering کی زبان تھی۔</w:t>
      </w:r>
    </w:p>
    <w:p>
      <w:r>
        <w:rPr>
          <w:b/>
        </w:rPr>
        <w:t xml:space="preserve">[41:06] </w:t>
      </w:r>
      <w:r>
        <w:t>hampering ki zaban thi. to hampering ki zaban Quran mein istemal hui hai.</w:t>
      </w:r>
    </w:p>
    <w:p>
      <w:pPr>
        <w:jc w:val="right"/>
      </w:pPr>
      <w:r>
        <w:t>hampering کی زبان تھی۔ تو hampering کی زبان قرآن میں استعمال ہوئی ہے۔</w:t>
      </w:r>
    </w:p>
    <w:p>
      <w:r>
        <w:rPr>
          <w:b/>
        </w:rPr>
        <w:t xml:space="preserve">[41:12] </w:t>
      </w:r>
      <w:r>
        <w:t>yahan jo farmaya ke jin logon ne inkar ki rawish ikhtiyar ki unko chahe samjhao ya na samjhao batao ya na batao woh isi par qaim rahenge.</w:t>
      </w:r>
    </w:p>
    <w:p>
      <w:pPr>
        <w:jc w:val="right"/>
      </w:pPr>
      <w:r>
        <w:t>یہاں جو فرمایا کہ جن لوگوں نے انکار کی روش اختیار کی ان کو چاہے سمجھاؤ یا نہ سمجھاؤ بتاؤ یا نہ بتاؤ وہ اسی پر قائم رہیں گے۔</w:t>
      </w:r>
    </w:p>
    <w:p>
      <w:r>
        <w:rPr>
          <w:b/>
        </w:rPr>
        <w:t xml:space="preserve">[41:24] </w:t>
      </w:r>
      <w:r>
        <w:t>woh iman lane wale nahi hain. yeh hampering ki zaban hai. unki fitrat ko jagana unke andar sochi hui jo sochi hui jo woh jo talash haq ka jo soya hua jazba hai usko jagana.</w:t>
      </w:r>
    </w:p>
    <w:p>
      <w:pPr>
        <w:jc w:val="right"/>
      </w:pPr>
      <w:r>
        <w:t>وہ ایمان لانے والے نہیں ہیں۔ یہ hampering کی زبان ہے۔ ان کی فطرت کو جگانا ان کے اندر سوچی ہوئی جو سوچی ہوئی جو وہ جو تلاش حق کا جو سویا ہوا جذبہ ہے اس کو جگانا۔</w:t>
      </w:r>
    </w:p>
    <w:p>
      <w:r>
        <w:rPr>
          <w:b/>
        </w:rPr>
        <w:t xml:space="preserve">[41:43] </w:t>
      </w:r>
      <w:r>
        <w:t>kidhar ja rahe ho tum?</w:t>
      </w:r>
    </w:p>
    <w:p>
      <w:pPr>
        <w:jc w:val="right"/>
      </w:pPr>
      <w:r>
        <w:t>کدھر جا رہے ہو تم؟</w:t>
      </w:r>
    </w:p>
    <w:p>
      <w:r>
        <w:rPr>
          <w:b/>
        </w:rPr>
        <w:t xml:space="preserve">[41:47] </w:t>
      </w:r>
      <w:r>
        <w:t>kidhar ja rahe ho?</w:t>
      </w:r>
    </w:p>
    <w:p>
      <w:pPr>
        <w:jc w:val="right"/>
      </w:pPr>
      <w:r>
        <w:t>کدھر جا رہے ہو؟</w:t>
      </w:r>
    </w:p>
    <w:p>
      <w:r>
        <w:rPr>
          <w:b/>
        </w:rPr>
        <w:t xml:space="preserve">[41:51] </w:t>
      </w:r>
      <w:r>
        <w:t>kya tabahi ki taraf ja rahe ho?</w:t>
      </w:r>
    </w:p>
    <w:p>
      <w:pPr>
        <w:jc w:val="right"/>
      </w:pPr>
      <w:r>
        <w:t>کیا تباہی کی طرف جا رہے ہو؟</w:t>
      </w:r>
    </w:p>
    <w:p>
      <w:r>
        <w:rPr>
          <w:b/>
        </w:rPr>
        <w:t xml:space="preserve">[41:56] </w:t>
      </w:r>
      <w:r>
        <w:t>to Quran mein is tarah ki zaban bar bar istemal hui hai jo haqeeqat mein hoti hai hampering ki zaban.</w:t>
      </w:r>
    </w:p>
    <w:p>
      <w:pPr>
        <w:jc w:val="right"/>
      </w:pPr>
      <w:r>
        <w:t>تو قرآن میں اس طرح کی زبان بار بار استعمال ہوئی ہے جو حقیقت میں ہوتی ہے hampering کی زبان۔</w:t>
      </w:r>
    </w:p>
    <w:p>
      <w:r>
        <w:rPr>
          <w:b/>
        </w:rPr>
        <w:t xml:space="preserve">[42:07] </w:t>
      </w:r>
      <w:r>
        <w:t>aur woh aap jante hain ke hampering ki zaban jo hai bahut kargar hui aur sara Arab Islamize ho gaya.</w:t>
      </w:r>
    </w:p>
    <w:p>
      <w:pPr>
        <w:jc w:val="right"/>
      </w:pPr>
      <w:r>
        <w:t>اور وہ آپ جانتے ہیں کہ hampering کی زبان جو ہے بہت کارگر ہوئی اور سارا عرب اسلامائز ہو گیا۔</w:t>
      </w:r>
    </w:p>
    <w:p>
      <w:r>
        <w:rPr>
          <w:b/>
        </w:rPr>
        <w:t xml:space="preserve">[42:17] </w:t>
      </w:r>
      <w:r>
        <w:t>to</w:t>
      </w:r>
    </w:p>
    <w:p>
      <w:pPr>
        <w:jc w:val="right"/>
      </w:pPr>
      <w:r>
        <w:t>تو</w:t>
      </w:r>
    </w:p>
    <w:p>
      <w:r>
        <w:rPr>
          <w:b/>
        </w:rPr>
        <w:t xml:space="preserve">[42:20] </w:t>
      </w:r>
      <w:r>
        <w:t>yeh hai aaj ka dars Quran.</w:t>
      </w:r>
    </w:p>
    <w:p>
      <w:pPr>
        <w:jc w:val="right"/>
      </w:pPr>
      <w:r>
        <w:t>یہ ہے آج کا درس قرآن۔</w:t>
      </w:r>
    </w:p>
    <w:p>
      <w:r>
        <w:rPr>
          <w:b/>
        </w:rPr>
        <w:t xml:space="preserve">[42:25] </w:t>
      </w:r>
      <w:r>
        <w:t>Surah Baqarah ki yeh ibtidai ayatein thin. aur main aap logon se yeh kahunga ke aap sirf yahan sun kar aap kafi na samjhein.</w:t>
      </w:r>
    </w:p>
    <w:p>
      <w:pPr>
        <w:jc w:val="right"/>
      </w:pPr>
      <w:r>
        <w:t>سورہ بقرہ کی یہ ابتدائی آیتیں تھیں۔ اور میں آپ لوگوں سے یہ کہوں گا کہ آپ صرف یہاں سن کر آپ کافی نہ سمجھیں۔</w:t>
      </w:r>
    </w:p>
    <w:p>
      <w:r>
        <w:rPr>
          <w:b/>
        </w:rPr>
        <w:t xml:space="preserve">[42:36] </w:t>
      </w:r>
      <w:r>
        <w:t>wapas ja kar aap download kar ke sunen isko dobara. sirf sunen hi nahi balkeh is par muzakra karein. tab zehn mein woh baat poori tarah baith jayegi.</w:t>
      </w:r>
    </w:p>
    <w:p>
      <w:pPr>
        <w:jc w:val="right"/>
      </w:pPr>
      <w:r>
        <w:t>واپس جا کر آپ ڈاؤن لوڈ کر کے سنیں اس کو دوبارہ۔ صرف سنیں ہی نہیں بلکہ اس پر مذاکرہ کریں۔ تب ذہن میں وہ بات پوری طرح بیٹھ جائے گی۔</w:t>
      </w:r>
    </w:p>
    <w:p>
      <w:r>
        <w:rPr>
          <w:b/>
        </w:rPr>
        <w:t xml:space="preserve">[42:50] </w:t>
      </w:r>
      <w:r>
        <w:t>yahan sunna phir download kar ke dobara sunna phir is par muzakra karna muzakra matlab discuss karna jo bhi aap ke sath aap apni ghar mein koi ho use kijiye agar koi dost ho use kijiye to us se aap mind mein baat baith jayegi.</w:t>
      </w:r>
    </w:p>
    <w:p>
      <w:pPr>
        <w:jc w:val="right"/>
      </w:pPr>
      <w:r>
        <w:t>یہاں سننا پھر ڈاؤن لوڈ کر کے دوبارہ سننا پھر اس پر مذاکرہ کرنا مذاکرہ مطلب discuss کرنا جو بھی آپ کے ساتھ آپ اپنی گھر میں کوئی ہو اسے کیجیے اگر کوئی دوست ہو اسے کیجیے تو اس سے آپ mind میں بات بیٹھ جائے گی۔</w:t>
      </w:r>
    </w:p>
    <w:p>
      <w:r>
        <w:rPr>
          <w:b/>
        </w:rPr>
        <w:t xml:space="preserve">[43:11] </w:t>
      </w:r>
      <w:r>
        <w:t>aur yaad rakhiye mind mein jab tak baat baithhe nahi woh personality ka hissa nahi banti.</w:t>
      </w:r>
    </w:p>
    <w:p>
      <w:pPr>
        <w:jc w:val="right"/>
      </w:pPr>
      <w:r>
        <w:t>اور یاد رکھیے mind میں جب تک بات بیٹھے نہیں وہ personality کا حصہ نہیں بنتی۔</w:t>
      </w:r>
    </w:p>
    <w:p>
      <w:r>
        <w:rPr>
          <w:b/>
        </w:rPr>
        <w:t xml:space="preserve">[43:19] </w:t>
      </w:r>
      <w:r>
        <w:t>to yeh dars Quran jo shuru kiya gaya hai inshallah yeh jari rahega. lekin aap ka hissa is mein yeh hona chahiye ke aap ek baat sun kar kafi na samjhein balkeh is ko download kar ke sunen.</w:t>
      </w:r>
    </w:p>
    <w:p>
      <w:pPr>
        <w:jc w:val="right"/>
      </w:pPr>
      <w:r>
        <w:t>تو یہ درس قرآن جو شروع کیا گیا ہے انشاءاللہ یہ جاری رہے گا۔ لیکن آپ کا حصہ اس میں یہ ہونا چاہیے کہ آپ ایک بات سن کر کافی نہ سمجھیں بلکہ اس کو ڈاؤن لوڈ کر کے سنیں۔</w:t>
      </w:r>
    </w:p>
    <w:p>
      <w:r>
        <w:rPr>
          <w:b/>
        </w:rPr>
        <w:t xml:space="preserve">[43:31] </w:t>
      </w:r>
      <w:r>
        <w:t>is par charcha karein is pe discuss karein taake poori tarah observation ho jaye aap ke. to main dua karta hoon ke Allah taala</w:t>
      </w:r>
    </w:p>
    <w:p>
      <w:pPr>
        <w:jc w:val="right"/>
      </w:pPr>
      <w:r>
        <w:t>اس پر چرچا کریں اس پہ discuss کریں تاکہ پوری طرح observation ہو جائے آپ کے۔ تو میں دعا کرتا ہوں کہ اللہ تعالیٰ</w:t>
      </w:r>
    </w:p>
    <w:p>
      <w:r>
        <w:rPr>
          <w:b/>
        </w:rPr>
        <w:t xml:space="preserve">[43:41] </w:t>
      </w:r>
      <w:r>
        <w:t>mujh ko aur aap ko tofeeq de ke hum Allah ki kitab ko pakrein is ko samjhein is ko apne liye sahi maano mein hidayat hidayat nama banayein.</w:t>
      </w:r>
    </w:p>
    <w:p>
      <w:pPr>
        <w:jc w:val="right"/>
      </w:pPr>
      <w:r>
        <w:t>مجھ کو اور آپ کو توفیق دے کہ ہم اللہ کی کتاب کو پکڑیں اس کو سمجھیں اس کو اپنے لیے صحیح معنوں میں ہدایت ہدایت نامہ بنائیں۔</w:t>
      </w:r>
    </w:p>
    <w:p>
      <w:r>
        <w:rPr>
          <w:b/>
        </w:rPr>
        <w:t xml:space="preserve">[43:54] </w:t>
      </w:r>
      <w:r>
        <w:t>Assalam o Alaikum wa Rahmatullahi.</w:t>
      </w:r>
    </w:p>
    <w:p>
      <w:pPr>
        <w:jc w:val="right"/>
      </w:pPr>
      <w:r>
        <w:t>السلام علیکم ورحمتہ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