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Complex Free Soul, November 22, 2015</w:t>
      </w:r>
    </w:p>
    <w:p>
      <w:r>
        <w:t>https://youtu.be/Oqwpog-LS7c</w:t>
      </w:r>
    </w:p>
    <w:p>
      <w:r>
        <w:rPr>
          <w:b/>
        </w:rPr>
        <w:t xml:space="preserve">[00:30] </w:t>
      </w:r>
      <w:r>
        <w:t>22 November 2015.</w:t>
      </w:r>
    </w:p>
    <w:p>
      <w:pPr>
        <w:jc w:val="right"/>
      </w:pPr>
      <w:r>
        <w:t>22 نومبر 2015۔</w:t>
      </w:r>
    </w:p>
    <w:p>
      <w:r>
        <w:rPr>
          <w:b/>
        </w:rPr>
        <w:t xml:space="preserve">[00:37] </w:t>
      </w:r>
      <w:r>
        <w:t>aaj ka topic hai: nafs mutma'in.</w:t>
      </w:r>
    </w:p>
    <w:p>
      <w:pPr>
        <w:jc w:val="right"/>
      </w:pPr>
      <w:r>
        <w:t>آج کا ٹاپک ہے: نفس مطمئن۔</w:t>
      </w:r>
    </w:p>
    <w:p>
      <w:r>
        <w:rPr>
          <w:b/>
        </w:rPr>
        <w:t xml:space="preserve">[00:45] </w:t>
      </w:r>
      <w:r>
        <w:t>quran mein momin ki sifaat ke liye jo alfaaz aaye hain, un mein se ek khaas lafz hai: itminan.</w:t>
      </w:r>
    </w:p>
    <w:p>
      <w:pPr>
        <w:jc w:val="right"/>
      </w:pPr>
      <w:r>
        <w:t>قرآن میں مومن کی صفات کے لیے جو الفاظ آئے ہیں، ان میں سے ایک خاص لفظ ہے: اطمینان۔</w:t>
      </w:r>
    </w:p>
    <w:p>
      <w:r>
        <w:rPr>
          <w:b/>
        </w:rPr>
        <w:t xml:space="preserve">[00:59] </w:t>
      </w:r>
      <w:r>
        <w:t>ya'ni woh insaan jis ko itminan haasil ho gaya ho.</w:t>
      </w:r>
    </w:p>
    <w:p>
      <w:pPr>
        <w:jc w:val="right"/>
      </w:pPr>
      <w:r>
        <w:t>یعنی وہ انسان جس کو اطمینان حاصل ہو گیا ہو۔</w:t>
      </w:r>
    </w:p>
    <w:p>
      <w:r>
        <w:rPr>
          <w:b/>
        </w:rPr>
        <w:t xml:space="preserve">[01:07] </w:t>
      </w:r>
      <w:r>
        <w:t>quran mein hai ke:</w:t>
      </w:r>
    </w:p>
    <w:p>
      <w:pPr>
        <w:jc w:val="right"/>
      </w:pPr>
      <w:r>
        <w:t>قرآن میں ہے کہ:</w:t>
      </w:r>
    </w:p>
    <w:p>
      <w:r>
        <w:rPr>
          <w:b/>
        </w:rPr>
        <w:t xml:space="preserve">[01:12] </w:t>
      </w:r>
      <w:r>
        <w:t>ya ayyatun nafsul mutma'innah</w:t>
      </w:r>
    </w:p>
    <w:p>
      <w:pPr>
        <w:jc w:val="right"/>
      </w:pPr>
      <w:r>
        <w:t>يَا أَيَّةَ النَّفْسِ الْمُطْمَئِنَّةَ</w:t>
      </w:r>
    </w:p>
    <w:p>
      <w:r>
        <w:rPr>
          <w:b/>
        </w:rPr>
        <w:t xml:space="preserve">[01:20] </w:t>
      </w:r>
      <w:r>
        <w:t>isi tarah se hai: ala bizikrillahi tatma'innul quloob hadith mein bhi isi tarah ke alfaaz aaye hain.</w:t>
      </w:r>
    </w:p>
    <w:p>
      <w:pPr>
        <w:jc w:val="right"/>
      </w:pPr>
      <w:r>
        <w:t>اسی طرح سے ہے: أَلَا بِذِكْرِ اللَّهِ تَطْمَئِنُ الْقُلُوبُ حدیث میں بھی اسی طرح کے الفاظ آئے ہیں۔</w:t>
      </w:r>
    </w:p>
    <w:p>
      <w:r>
        <w:rPr>
          <w:b/>
        </w:rPr>
        <w:t xml:space="preserve">[01:31] </w:t>
      </w:r>
      <w:r>
        <w:t>to momin ki sifat yeh batai gayi hai ke is ko Allah ke upar kamil itminan haasil ho jata hai.</w:t>
      </w:r>
    </w:p>
    <w:p>
      <w:pPr>
        <w:jc w:val="right"/>
      </w:pPr>
      <w:r>
        <w:t>تو مومن کی صفت یہ بتائی گئی ہے کہ اس کو اللہ کے اوپر کامل اطمینان حاصل ہو جاتا ہے۔</w:t>
      </w:r>
    </w:p>
    <w:p>
      <w:r>
        <w:rPr>
          <w:b/>
        </w:rPr>
        <w:t xml:space="preserve">[01:44] </w:t>
      </w:r>
      <w:r>
        <w:t>kamil itminan. aur isi par is ki maut hoti hai. isi par jeeta hai. isi par badhta hai.</w:t>
      </w:r>
    </w:p>
    <w:p>
      <w:pPr>
        <w:jc w:val="right"/>
      </w:pPr>
      <w:r>
        <w:t>کامل اطمینان۔ اور اسی پر اس کی موت ہوتی ہے۔ اسی پر جیتا ہے۔ اسی پر بڑھتا ہے۔</w:t>
      </w:r>
    </w:p>
    <w:p>
      <w:r>
        <w:rPr>
          <w:b/>
        </w:rPr>
        <w:t xml:space="preserve">[01:54] </w:t>
      </w:r>
      <w:r>
        <w:t>itminan ka lafz arabi zaban mein thahraao ke ma'ne mein aata hai.</w:t>
      </w:r>
    </w:p>
    <w:p>
      <w:pPr>
        <w:jc w:val="right"/>
      </w:pPr>
      <w:r>
        <w:t>اطمینان کا لفظ عربی زبان میں ٹھہراؤ کے معنی میں آتا ہے۔</w:t>
      </w:r>
    </w:p>
    <w:p>
      <w:r>
        <w:rPr>
          <w:b/>
        </w:rPr>
        <w:t xml:space="preserve">[01:59] </w:t>
      </w:r>
      <w:r>
        <w:t>thahraao. kaha jata hai ke: itma'anatul qura'i itma'anah quran.</w:t>
      </w:r>
    </w:p>
    <w:p>
      <w:pPr>
        <w:jc w:val="right"/>
      </w:pPr>
      <w:r>
        <w:t>ٹھہراؤ۔ کہا جاتا ہے کہ: اطْمَانَةُ الْقُرْآءِ اطمانۃ القرآن۔</w:t>
      </w:r>
    </w:p>
    <w:p>
      <w:r>
        <w:rPr>
          <w:b/>
        </w:rPr>
        <w:t xml:space="preserve">[02:08] </w:t>
      </w:r>
      <w:r>
        <w:t>quran ma'ne gend. ya'ni gend aap ne phenki aur woh nashr fraz se guzarti hui ek jagah bilkul ruk gayi, thahar gayi.</w:t>
      </w:r>
    </w:p>
    <w:p>
      <w:pPr>
        <w:jc w:val="right"/>
      </w:pPr>
      <w:r>
        <w:t>قرآن معنی گیند۔ یعنی گیند آپ نے پھینکی اور وہ نشر فراز سے گزرتی ہوئی ایک جگہ بالکل رک گئی، ٹھہر گئی۔</w:t>
      </w:r>
    </w:p>
    <w:p>
      <w:r>
        <w:rPr>
          <w:b/>
        </w:rPr>
        <w:t xml:space="preserve">[02:21] </w:t>
      </w:r>
      <w:r>
        <w:t>is ko kahenge ke: itma'anatul qura'i</w:t>
      </w:r>
    </w:p>
    <w:p>
      <w:pPr>
        <w:jc w:val="right"/>
      </w:pPr>
      <w:r>
        <w:t>اس کو کہیں گے کہ: اطْمَانَةُ الْقُرْآءِ</w:t>
      </w:r>
    </w:p>
    <w:p>
      <w:r>
        <w:rPr>
          <w:b/>
        </w:rPr>
        <w:t xml:space="preserve">[02:25] </w:t>
      </w:r>
      <w:r>
        <w:t>ya'ni gend apni mutma'in halat par pahunch gaya. yeh hai momin ki sifat.</w:t>
      </w:r>
    </w:p>
    <w:p>
      <w:pPr>
        <w:jc w:val="right"/>
      </w:pPr>
      <w:r>
        <w:t>یعنی گیند اپنی مطمئن حالت پر پہنچ گیا۔ یہ ہے مومن کی صفت۔</w:t>
      </w:r>
    </w:p>
    <w:p>
      <w:r>
        <w:rPr>
          <w:b/>
        </w:rPr>
        <w:t xml:space="preserve">[02:36] </w:t>
      </w:r>
      <w:r>
        <w:t>aur phir is ke liye jannat hai. jannat ki basharat hai.</w:t>
      </w:r>
    </w:p>
    <w:p>
      <w:pPr>
        <w:jc w:val="right"/>
      </w:pPr>
      <w:r>
        <w:t>اور پھر اس کے لیے جنت ہے۔ جنت کی بشارت ہے۔</w:t>
      </w:r>
    </w:p>
    <w:p>
      <w:r>
        <w:rPr>
          <w:b/>
        </w:rPr>
        <w:t xml:space="preserve">[02:43] </w:t>
      </w:r>
      <w:r>
        <w:t>ya ayyatun nafsul mutma'innah irja'i ila rabbiki raziyatan marziyah. fadkhuli fi ibadi wadhkhuli jannati</w:t>
      </w:r>
    </w:p>
    <w:p>
      <w:pPr>
        <w:jc w:val="right"/>
      </w:pPr>
      <w:r>
        <w:t>يَا أَيَّةَ النَّفْسِ الْمُطْمَئِنَّةَ ارجع الی ربک راضی و مرضیہ۔ فَادْخُلِي فِي الْعِبَادِ وَادْخُلِي جَنَّتِي</w:t>
      </w:r>
    </w:p>
    <w:p>
      <w:r>
        <w:rPr>
          <w:b/>
        </w:rPr>
        <w:t xml:space="preserve">[02:53] </w:t>
      </w:r>
      <w:r>
        <w:t>ke aise insaan ko jab maut aati hai to farishte is ko jannat ki basharat dete hain.</w:t>
      </w:r>
    </w:p>
    <w:p>
      <w:pPr>
        <w:jc w:val="right"/>
      </w:pPr>
      <w:r>
        <w:t>کہ ایسے انسان کو جب موت آتی ہے تو فرشتے اس کو جنت کی بشارت دیتے ہیں۔</w:t>
      </w:r>
    </w:p>
    <w:p>
      <w:r>
        <w:rPr>
          <w:b/>
        </w:rPr>
        <w:t xml:space="preserve">[03:05] </w:t>
      </w:r>
      <w:r>
        <w:t>is par maine bahut socha hai. sabhi log sochte hain. main apne lafzon mein kahunga ke nafs mutma'in jo hai yeh higher stage of spirituality hai.</w:t>
      </w:r>
    </w:p>
    <w:p>
      <w:pPr>
        <w:jc w:val="right"/>
      </w:pPr>
      <w:r>
        <w:t>اس پر میں نے بہت سوچا ہے۔ سبھی لوگ سوچتے ہیں۔ میں اپنے لفظوں میں کہوں گا کہ نفس مطمئن جو ہے یہ ہائیر اسٹیج آف سپریچولیٹی ہے۔</w:t>
      </w:r>
    </w:p>
    <w:p>
      <w:r>
        <w:rPr>
          <w:b/>
        </w:rPr>
        <w:t xml:space="preserve">[03:23] </w:t>
      </w:r>
      <w:r>
        <w:t>ya'ni spiritual development ka sab se ooncha darja. jab aadmi spiritual development mein taraqqi karta hai to aakhri darja jahan pahunchta hai woh quran ke lafzon mein woh hota hai: itminan-e-qalb.</w:t>
      </w:r>
    </w:p>
    <w:p>
      <w:pPr>
        <w:jc w:val="right"/>
      </w:pPr>
      <w:r>
        <w:t>یعنی سپریچول ڈیویلپمنٹ کا سب سے اونچا درجہ۔ جب آدمی سپریچول ڈیویلپمنٹ میں ترقی کرتا ہے تو آخری درجہ جہاں پہنچتا ہے وہ قرآن کے لفظوں میں وہ ہوتا ہے: اطمینان قلب۔</w:t>
      </w:r>
    </w:p>
    <w:p>
      <w:r>
        <w:rPr>
          <w:b/>
        </w:rPr>
        <w:t xml:space="preserve">[03:44] </w:t>
      </w:r>
      <w:r>
        <w:t>nafs mutma'in.</w:t>
      </w:r>
    </w:p>
    <w:p>
      <w:pPr>
        <w:jc w:val="right"/>
      </w:pPr>
      <w:r>
        <w:t>نفس مطمئن۔</w:t>
      </w:r>
    </w:p>
    <w:p>
      <w:r>
        <w:rPr>
          <w:b/>
        </w:rPr>
        <w:t xml:space="preserve">[03:48] </w:t>
      </w:r>
      <w:r>
        <w:t>yeh kya cheez hai?</w:t>
      </w:r>
    </w:p>
    <w:p>
      <w:pPr>
        <w:jc w:val="right"/>
      </w:pPr>
      <w:r>
        <w:t>یہ کیا چیز ہے؟</w:t>
      </w:r>
    </w:p>
    <w:p>
      <w:r>
        <w:rPr>
          <w:b/>
        </w:rPr>
        <w:t xml:space="preserve">[03:53] </w:t>
      </w:r>
      <w:r>
        <w:t>dekhiye, maamla yeh hai</w:t>
      </w:r>
    </w:p>
    <w:p>
      <w:pPr>
        <w:jc w:val="right"/>
      </w:pPr>
      <w:r>
        <w:t>دیکھیے، معاملہ یہ ہے</w:t>
      </w:r>
    </w:p>
    <w:p>
      <w:r>
        <w:rPr>
          <w:b/>
        </w:rPr>
        <w:t xml:space="preserve">[03:58] </w:t>
      </w:r>
      <w:r>
        <w:t>ke insaan ko paida kiya gaya hai ek poori universe hai, bahut badi.</w:t>
      </w:r>
    </w:p>
    <w:p>
      <w:pPr>
        <w:jc w:val="right"/>
      </w:pPr>
      <w:r>
        <w:t>کہ انسان کو پیدا کیا گیا ہے ایک پوری ریورس ہے، بہت بڑی۔</w:t>
      </w:r>
    </w:p>
    <w:p>
      <w:r>
        <w:rPr>
          <w:b/>
        </w:rPr>
        <w:t xml:space="preserve">[04:05] </w:t>
      </w:r>
      <w:r>
        <w:t>jis ki badhai mind boggling hai. bahut hi badi, bahut hi badi. phir is mein ya'ni billion billion stars hain.</w:t>
      </w:r>
    </w:p>
    <w:p>
      <w:pPr>
        <w:jc w:val="right"/>
      </w:pPr>
      <w:r>
        <w:t>جس کی بڑائی مائنڈ باؤگلنگ ہے۔ بہت ہی بڑی، بہت ہی بڑی۔ پھر اس میں یعنی بلین بلین اسٹارز ہیں۔</w:t>
      </w:r>
    </w:p>
    <w:p>
      <w:r>
        <w:rPr>
          <w:b/>
        </w:rPr>
        <w:t xml:space="preserve">[04:21] </w:t>
      </w:r>
      <w:r>
        <w:t>phir un ke beech mein ek ek galaxy hai. ya'ni billion billion galaxies hain. phir un mein ek galaxy hai jis ko hum kehte hain: milky way.</w:t>
      </w:r>
    </w:p>
    <w:p>
      <w:pPr>
        <w:jc w:val="right"/>
      </w:pPr>
      <w:r>
        <w:t>پھر ان کے بیچ میں ایک ایک گلیکسی ہے۔ یعنی بلین بلین گلیکسی ہیں۔ پھر ان میں ایک گلیکسی ہے جس کو ہم کہتے ہیں: ملکی وے۔</w:t>
      </w:r>
    </w:p>
    <w:p>
      <w:r>
        <w:rPr>
          <w:b/>
        </w:rPr>
        <w:t xml:space="preserve">[04:35] </w:t>
      </w:r>
      <w:r>
        <w:t>is milky way ke ek kinare hai hamara solar system. is solar system mein kai</w:t>
      </w:r>
    </w:p>
    <w:p>
      <w:pPr>
        <w:jc w:val="right"/>
      </w:pPr>
      <w:r>
        <w:t>اس ملکی وے کے ایک کنارے ہے ہمارا سولر سسٹم۔ اس سولر سسٹم میں کئی</w:t>
      </w:r>
    </w:p>
    <w:p>
      <w:r>
        <w:rPr>
          <w:b/>
        </w:rPr>
        <w:t xml:space="preserve">[04:45] </w:t>
      </w:r>
      <w:r>
        <w:t>sayare hain. in mein se aik hai: zameen. yaani plain</w:t>
      </w:r>
    </w:p>
    <w:p>
      <w:pPr>
        <w:jc w:val="right"/>
      </w:pPr>
      <w:r>
        <w:t>سیارے ہیں۔ ان میں سے ایک ہے: زمین۔ یعنی پلین</w:t>
      </w:r>
    </w:p>
    <w:p>
      <w:r>
        <w:rPr>
          <w:b/>
        </w:rPr>
        <w:t xml:space="preserve">[04:51] </w:t>
      </w:r>
      <w:r>
        <w:t>t earth. is par insan hai. yeh hamari jo planet earth hai, pehle aag thi, phir thandi hui, phir is par pani barsa, phir is par plant agay,</w:t>
      </w:r>
    </w:p>
    <w:p>
      <w:pPr>
        <w:jc w:val="right"/>
      </w:pPr>
      <w:r>
        <w:t>ٹ ارتھ۔ اس پر انسان ہے۔ یہ ہماری جو پلینٹ ارتھ ہے، پہلے آگ تھی، پھر ٹھنڈی ہوئی، پھر اس پر پانی برسا، پھر اس پر پلانٹ اگے،</w:t>
      </w:r>
    </w:p>
    <w:p>
      <w:r>
        <w:rPr>
          <w:b/>
        </w:rPr>
        <w:t xml:space="preserve">[05:07] </w:t>
      </w:r>
      <w:r>
        <w:t>phir is par animal paida kiye gaye, phir insan paida kiya gaya. phir insan ki soraj chali zameen ke oopar.</w:t>
      </w:r>
    </w:p>
    <w:p>
      <w:pPr>
        <w:jc w:val="right"/>
      </w:pPr>
      <w:r>
        <w:t>پھر اس پر اینیمل پیدا کیے گئے، پھر انسان پیدا کیا گیا۔ پھر انسان کی سورج چلی زمین کے اوپر۔</w:t>
      </w:r>
    </w:p>
    <w:p>
      <w:r>
        <w:rPr>
          <w:b/>
        </w:rPr>
        <w:t xml:space="preserve">[05:17] </w:t>
      </w:r>
      <w:r>
        <w:t>insan paida hota hai</w:t>
      </w:r>
    </w:p>
    <w:p>
      <w:pPr>
        <w:jc w:val="right"/>
      </w:pPr>
      <w:r>
        <w:t>انسان پیدا ہوتا ہے</w:t>
      </w:r>
    </w:p>
    <w:p>
      <w:r>
        <w:rPr>
          <w:b/>
        </w:rPr>
        <w:t xml:space="preserve">[05:21] </w:t>
      </w:r>
      <w:r>
        <w:t>hamesha ke liye nahi, balkay</w:t>
      </w:r>
    </w:p>
    <w:p>
      <w:pPr>
        <w:jc w:val="right"/>
      </w:pPr>
      <w:r>
        <w:t>ہمیشہ کے لیے نہیں، بلکہ</w:t>
      </w:r>
    </w:p>
    <w:p>
      <w:r>
        <w:rPr>
          <w:b/>
        </w:rPr>
        <w:t xml:space="preserve">[05:27] </w:t>
      </w:r>
      <w:r>
        <w:t>insan ke oopar average jo hai, insan ke oopar ka 70 saal hai. to is 70 saal mein woh kaisay rahe? 70 saal, 80 saal is dunya mein woh kaisay rahe?</w:t>
      </w:r>
    </w:p>
    <w:p>
      <w:pPr>
        <w:jc w:val="right"/>
      </w:pPr>
      <w:r>
        <w:t>انسان کے اوپر ایوریج جو ہے، انسان کے اوپر کا 70 سال ہے۔ تو اس 70 سال میں وہ کیسے رہے؟ 70 سال، 80 سال اس دنیا میں وہ کیسے رہے؟</w:t>
      </w:r>
    </w:p>
    <w:p>
      <w:r>
        <w:rPr>
          <w:b/>
        </w:rPr>
        <w:t xml:space="preserve">[05:42] </w:t>
      </w:r>
      <w:r>
        <w:t>isi ke liye yeh lafz hai: itminan. nafs</w:t>
      </w:r>
    </w:p>
    <w:p>
      <w:pPr>
        <w:jc w:val="right"/>
      </w:pPr>
      <w:r>
        <w:t>اسی کے لیے یہ لفظ ہے: اطمینان۔ نفس</w:t>
      </w:r>
    </w:p>
    <w:p>
      <w:r>
        <w:rPr>
          <w:b/>
        </w:rPr>
        <w:t xml:space="preserve">[05:46] </w:t>
      </w:r>
      <w:r>
        <w:t>mutmain. to insan ko Allah ne paida kiya bilkul aazad. total freedom de kar. total freedom. baqi cheezon mein kisi ko freedom nahi hai.</w:t>
      </w:r>
    </w:p>
    <w:p>
      <w:pPr>
        <w:jc w:val="right"/>
      </w:pPr>
      <w:r>
        <w:t>مطمئن۔ تو انسان کو اللہ نے پیدا کیا بالکل آزاد۔ ٹوٹل فریڈم دے کر۔ ٹوٹل فریڈم۔ باقی چیزوں میں کسی کو فریڈم نہیں ہے۔</w:t>
      </w:r>
    </w:p>
    <w:p>
      <w:r>
        <w:rPr>
          <w:b/>
        </w:rPr>
        <w:t xml:space="preserve">[05:57] </w:t>
      </w:r>
      <w:r>
        <w:t>galaxy ko freedom nahi hai. solar system ko freedom nahi hai. nabatat ko, haiwanat ko freedom nahi hai. insan ko total freedom hai.</w:t>
      </w:r>
    </w:p>
    <w:p>
      <w:pPr>
        <w:jc w:val="right"/>
      </w:pPr>
      <w:r>
        <w:t>گلیکسی کو فریڈم نہیں ہے۔ سولر سسٹم کو فریڈم نہیں ہے۔ نباتات کو، حیوانات کو فریڈم نہیں ہے۔ انسان کو ٹوٹل فریڈم ہے۔</w:t>
      </w:r>
    </w:p>
    <w:p>
      <w:r>
        <w:rPr>
          <w:b/>
        </w:rPr>
        <w:t xml:space="preserve">[06:08] </w:t>
      </w:r>
      <w:r>
        <w:t>to insan is zameen par jab paida hota hai to aankh kholta hai to us ko aik poori dunya dikhai deti hai.</w:t>
      </w:r>
    </w:p>
    <w:p>
      <w:pPr>
        <w:jc w:val="right"/>
      </w:pPr>
      <w:r>
        <w:t>تو انسان اس زمین پر جب پیدا ہوتا ہے تو آنکھ کھولتا ہے تو اس کو ایک پوری دنیا دکھائی دیتی ہے۔</w:t>
      </w:r>
    </w:p>
    <w:p>
      <w:r>
        <w:rPr>
          <w:b/>
        </w:rPr>
        <w:t xml:space="preserve">[06:18] </w:t>
      </w:r>
      <w:r>
        <w:t>yahan par tarah tarah ke halaat se guzarta hai woh. tarah tarah ke experience hotay hain. positive bhi, negative bhi.</w:t>
      </w:r>
    </w:p>
    <w:p>
      <w:pPr>
        <w:jc w:val="right"/>
      </w:pPr>
      <w:r>
        <w:t>یہاں پر طرح طرح کے حالات سے گزرتا ہے وہ۔ طرح طرح کے ایکسپیرینس ہوتے ہیں۔ پازیٹیو بھی، نیگیٹیو بھی۔</w:t>
      </w:r>
    </w:p>
    <w:p>
      <w:r>
        <w:rPr>
          <w:b/>
        </w:rPr>
        <w:t xml:space="preserve">[06:26] </w:t>
      </w:r>
      <w:r>
        <w:t>in sab ke beech mein insan agar bilkul mutmain rahe, yaani Allah ke creation plan par razi rahe, jo kuch ho raha hai woh Allah ke creation plan ke mutabiq ho raha hai.</w:t>
      </w:r>
    </w:p>
    <w:p>
      <w:pPr>
        <w:jc w:val="right"/>
      </w:pPr>
      <w:r>
        <w:t>ان سب کے بیچ میں انسان اگر بالکل مطمئن رہے، یعنی اللہ کے کریشن پلان پر راضی رہے، جو کچھ ہو رہا ہے وہ اللہ کے کریشن پلان کے مطابق ہو رہا ہے۔</w:t>
      </w:r>
    </w:p>
    <w:p>
      <w:r>
        <w:rPr>
          <w:b/>
        </w:rPr>
        <w:t xml:space="preserve">[06:43] </w:t>
      </w:r>
      <w:r>
        <w:t>yaani galaxy se le kar ke aik aik atom tak sab kuch Allah ke ka jo creation plan hai, us ke mutabiq ho raha hai.</w:t>
      </w:r>
    </w:p>
    <w:p>
      <w:pPr>
        <w:jc w:val="right"/>
      </w:pPr>
      <w:r>
        <w:t>یعنی گلیکسی سے لے کر کے ایک ایک ایٹم تک سب کچھ اللہ کے کا جو کریشن پلان ہے، اس کے مطابق ہو رہا ہے۔</w:t>
      </w:r>
    </w:p>
    <w:p>
      <w:r>
        <w:rPr>
          <w:b/>
        </w:rPr>
        <w:t xml:space="preserve">[06:55] </w:t>
      </w:r>
      <w:r>
        <w:t>to insan azadi rakhtay huay, yaani insan ko azadi hai ke woh har cheez se inkar kar de. woh Khuda ka bhi na maanay. woh creation plan ko bhi na maanay.</w:t>
      </w:r>
    </w:p>
    <w:p>
      <w:pPr>
        <w:jc w:val="right"/>
      </w:pPr>
      <w:r>
        <w:t>تو انسان آزادی رکھتے ہوئے، یعنی انسان کو آزادی ہے کہ وہ ہر چیز سے انکار کر دے۔ وہ خدا کا بھی نہ مانے۔ وہ کریشن پلان کو بھی نہ مانے۔</w:t>
      </w:r>
    </w:p>
    <w:p>
      <w:r>
        <w:rPr>
          <w:b/>
        </w:rPr>
        <w:t xml:space="preserve">[07:08] </w:t>
      </w:r>
      <w:r>
        <w:t>lekin insan jo hai,</w:t>
      </w:r>
    </w:p>
    <w:p>
      <w:pPr>
        <w:jc w:val="right"/>
      </w:pPr>
      <w:r>
        <w:t>لیکن انسان جو ہے،</w:t>
      </w:r>
    </w:p>
    <w:p>
      <w:r>
        <w:rPr>
          <w:b/>
        </w:rPr>
        <w:t xml:space="preserve">[07:12] </w:t>
      </w:r>
      <w:r>
        <w:t>har cheez par razi ho jaye, har cheez par mutmain ho jaye, is halat mein woh is dunya se jaye ke woh Allah ke naqsha takhleeq par razi ho, to woh hai nafs mutmain.</w:t>
      </w:r>
    </w:p>
    <w:p>
      <w:pPr>
        <w:jc w:val="right"/>
      </w:pPr>
      <w:r>
        <w:t>ہر چیز پر راضی ہو جائے، ہر چیز پر مطمئن ہو جائے، اس حالت میں وہ اس دنیا سے جائے کہ وہ اللہ کے نقشہ تخلیق پر راضی ہو، تو وہ ہے نفس مطمئن۔</w:t>
      </w:r>
    </w:p>
    <w:p>
      <w:r>
        <w:rPr>
          <w:b/>
        </w:rPr>
        <w:t xml:space="preserve">[07:25] </w:t>
      </w:r>
      <w:r>
        <w:t>aur isi ke liye jannat hai. yeh kaisay hota hai? yeh hota hai intellectual development ke zariye.</w:t>
      </w:r>
    </w:p>
    <w:p>
      <w:pPr>
        <w:jc w:val="right"/>
      </w:pPr>
      <w:r>
        <w:t>اور اسی کے لیے جنت ہے۔ یہ کیسے ہوتا ہے؟ یہ ہوتا ہے انٹلیکچول ڈیویلپمنٹ کے ذریعے۔</w:t>
      </w:r>
    </w:p>
    <w:p>
      <w:r>
        <w:rPr>
          <w:b/>
        </w:rPr>
        <w:t xml:space="preserve">[07:37] </w:t>
      </w:r>
      <w:r>
        <w:t>yaani insan ko Allah taala ne jo di hai, mind jo diya hai, mind, is se sochna, sochna, tadabbur karna, contemplation, ghore o fikr, is se cheezon ko discover karna.</w:t>
      </w:r>
    </w:p>
    <w:p>
      <w:pPr>
        <w:jc w:val="right"/>
      </w:pPr>
      <w:r>
        <w:t>یعنی انسان کو اللہ تعالی نے جو دی ہے، مائنڈ جو دیا ہے، مائنڈ، اس سے سوچنا، سوچنا، تدبر کرنا، کنٹمپلیشن، غور و فکر، اس سے چیزوں کو ڈسکور کرنا۔</w:t>
      </w:r>
    </w:p>
    <w:p>
      <w:r>
        <w:rPr>
          <w:b/>
        </w:rPr>
        <w:t xml:space="preserve">[07:52] </w:t>
      </w:r>
      <w:r>
        <w:t>discover kar ke un ki meaning ko daryaft karna. un ke andar jo wisdom hai, us ko janna.</w:t>
      </w:r>
    </w:p>
    <w:p>
      <w:pPr>
        <w:jc w:val="right"/>
      </w:pPr>
      <w:r>
        <w:t>ڈسکور کر کے ان کی میننگ کو دریافت کرنا۔ ان کے اندر جو وزڈم ہے، اس کو جاننا۔</w:t>
      </w:r>
    </w:p>
    <w:p>
      <w:r>
        <w:rPr>
          <w:b/>
        </w:rPr>
        <w:t xml:space="preserve">[08:02] </w:t>
      </w:r>
      <w:r>
        <w:t>jab aap janengay, jab aap ka mind address ho jaye ga, tab bhi aap mutmain ho saktay hain. aisay nahi hai. insan ka mizaj yeh hai ke kisi cheez par woh mutmain hota hai us waqt jab ke uska mind address ho jaye.</w:t>
      </w:r>
    </w:p>
    <w:p>
      <w:pPr>
        <w:jc w:val="right"/>
      </w:pPr>
      <w:r>
        <w:t>جب آپ جانیں گے، جب آپ کا مائنڈ ایڈریس ہو جائے گا، تب بھی آپ مطمئن ہو سکتے ہیں۔ ایسے نہیں ہے۔ انسان کا مزاج یہ ہے کہ کسی چیز پر وہ مطمئن ہوتا ہے اس وقت جب کہ اس کا مائنڈ ایڈریس ہو جائے۔</w:t>
      </w:r>
    </w:p>
    <w:p>
      <w:r>
        <w:rPr>
          <w:b/>
        </w:rPr>
        <w:t xml:space="preserve">[08:19] </w:t>
      </w:r>
      <w:r>
        <w:t>us ko is ka rational maloom ho jaye. us ko is ka, us ko woh, us ko reason right kar sakay. tab mutmain hota hai woh.</w:t>
      </w:r>
    </w:p>
    <w:p>
      <w:pPr>
        <w:jc w:val="right"/>
      </w:pPr>
      <w:r>
        <w:t>اس کو اس کا ریشنل معلوم ہو جائے۔ اس کو اس کا، اس کو وہ، اس کو ریزن رائٹ کر سکے۔ تب مطمئن ہوتا ہے وہ۔</w:t>
      </w:r>
    </w:p>
    <w:p>
      <w:r>
        <w:rPr>
          <w:b/>
        </w:rPr>
        <w:t xml:space="preserve">[08:30] </w:t>
      </w:r>
      <w:r>
        <w:t>to nafs mutmain woh hai jo dunya mein paida hua, aazad, total freedom ke sath, phir us ne socha, socha, socha, socha,</w:t>
      </w:r>
    </w:p>
    <w:p>
      <w:pPr>
        <w:jc w:val="right"/>
      </w:pPr>
      <w:r>
        <w:t>تو نفس مطمئن وہ ہے جو دنیا میں پیدا ہوا، آزاد، ٹوٹل فریڈم کے ساتھ، پھر اس نے سوچا، سوچا، سوچا، سوچا،</w:t>
      </w:r>
    </w:p>
    <w:p>
      <w:r>
        <w:rPr>
          <w:b/>
        </w:rPr>
        <w:t xml:space="preserve">[08:44] </w:t>
      </w:r>
      <w:r>
        <w:t>cheezon ko daryaft kiya, Allah ke jo law of nature hai, us ko jana, creation plan of God hai, us ko jana,</w:t>
      </w:r>
    </w:p>
    <w:p>
      <w:pPr>
        <w:jc w:val="right"/>
      </w:pPr>
      <w:r>
        <w:t>چیزوں کو دریافت کیا، اللہ کے جو لاء آف نیچر ہے، اس کو جانا، کریشن پلان آف گاڈ ہے، اس کو جانا،</w:t>
      </w:r>
    </w:p>
    <w:p>
      <w:r>
        <w:rPr>
          <w:b/>
        </w:rPr>
        <w:t xml:space="preserve">[08:57] </w:t>
      </w:r>
      <w:r>
        <w:t>sab kuch ko jan kar ke us ne cheezon ko reason out kiya, aur phir us ka mind mutmain ho gaya Allah ke naqsha takhleeq par.</w:t>
      </w:r>
    </w:p>
    <w:p>
      <w:pPr>
        <w:jc w:val="right"/>
      </w:pPr>
      <w:r>
        <w:t>سب کچھ کو جان کر کے اس نے چیزوں کو ریزن آؤٹ کیا، اور پھر اس کا مائنڈ مطمئن ہو گیا اللہ کے نقشہ تخلیق پر۔</w:t>
      </w:r>
    </w:p>
    <w:p>
      <w:r>
        <w:rPr>
          <w:b/>
        </w:rPr>
        <w:t xml:space="preserve">[09:13] </w:t>
      </w:r>
      <w:r>
        <w:t>goya ke divine wisdom ko discover karne ke baad yeh haal aati hai.</w:t>
      </w:r>
    </w:p>
    <w:p>
      <w:pPr>
        <w:jc w:val="right"/>
      </w:pPr>
      <w:r>
        <w:t>گویا کہ ڈیوائن وزڈم کو ڈسکور کرنے کے بعد یہ حال آتی ہے۔</w:t>
      </w:r>
    </w:p>
    <w:p>
      <w:r>
        <w:rPr>
          <w:b/>
        </w:rPr>
        <w:t xml:space="preserve">[09:18] </w:t>
      </w:r>
      <w:r>
        <w:t>to goya ke nafs mutmain woh hua jo divine, divine wisdom ko discover kare. jaise main kal soch raha tha, ek misaal deta hoon ke is poori tareekh mein saare log injustice ke khilaaf protest karte rahe.</w:t>
      </w:r>
    </w:p>
    <w:p>
      <w:pPr>
        <w:jc w:val="right"/>
      </w:pPr>
      <w:r>
        <w:t>تو گویا کہ نفس مطمئن وہ ہوا جو ڈیوائن، ڈیوائن وزڈم کو ڈسکور کرے۔ جیسے میں کل سوچ رہا تھا، ایک مثال دیتا ہوں کہ اس پوری تاریخ میں سارے لوگ ان جسٹس کے خلاف پروٹیسٹ کرتے رہے۔</w:t>
      </w:r>
    </w:p>
    <w:p>
      <w:r>
        <w:rPr>
          <w:b/>
        </w:rPr>
        <w:t xml:space="preserve">[09:40] </w:t>
      </w:r>
      <w:r>
        <w:t>philosopher, reformers, educationist, leader, sab ke sab injustice, in</w:t>
      </w:r>
    </w:p>
    <w:p>
      <w:pPr>
        <w:jc w:val="right"/>
      </w:pPr>
      <w:r>
        <w:t>فلاسفر، ریفارمرز، ایجوکیشنسٹ، لیڈر، سب کے سب ان جسٹس، ان</w:t>
      </w:r>
    </w:p>
    <w:p>
      <w:r>
        <w:rPr>
          <w:b/>
        </w:rPr>
        <w:t xml:space="preserve">[09:46] </w:t>
      </w:r>
      <w:r>
        <w:t>justice, to injustice ke khilaaf protest kar raha, injustice ko khatm kar raha, yeh sab ka goal raha hai.</w:t>
      </w:r>
    </w:p>
    <w:p>
      <w:pPr>
        <w:jc w:val="right"/>
      </w:pPr>
      <w:r>
        <w:t>جسٹس، تو ان جسٹس کے خلاف پروٹیسٹ کر رہا، ان جسٹس کو ختم کر رہا، یہ سب کا گول رہا ہے۔</w:t>
      </w:r>
    </w:p>
    <w:p>
      <w:r>
        <w:rPr>
          <w:b/>
        </w:rPr>
        <w:t xml:space="preserve">[09:58] </w:t>
      </w:r>
      <w:r>
        <w:t>phir maine socha ke injustice to kabhi khatm nahi hui. goal to kisi ka poora hua nahi. koi bhi history mein, koi bhi aisa period nahi hai jahan injustice na ho,</w:t>
      </w:r>
    </w:p>
    <w:p>
      <w:pPr>
        <w:jc w:val="right"/>
      </w:pPr>
      <w:r>
        <w:t>پھر میں نے سوچا کہ ان جسٹس تو کبھی ختم نہیں ہوئی۔ گول تو کسی کا پورا ہوا نہیں۔ کوئی بھی ہسٹری میں، کوئی بھی ایسا پیریڈ نہیں ہے جہاں ان جسٹس نہ ہو،</w:t>
      </w:r>
    </w:p>
    <w:p>
      <w:r>
        <w:rPr>
          <w:b/>
        </w:rPr>
        <w:t xml:space="preserve">[10:12] </w:t>
      </w:r>
      <w:r>
        <w:t>including Muslim period.</w:t>
      </w:r>
    </w:p>
    <w:p>
      <w:pPr>
        <w:jc w:val="right"/>
      </w:pPr>
      <w:r>
        <w:t>انکلوڈنگ مسلم پیریڈ۔</w:t>
      </w:r>
    </w:p>
    <w:p>
      <w:r>
        <w:rPr>
          <w:b/>
        </w:rPr>
        <w:t xml:space="preserve">[10:16] </w:t>
      </w:r>
      <w:r>
        <w:t>to phir saare logon ki koshish ka matlab tha? iska matlab maine yeh nikala hai ke sab log ghair mutmain nafs ke saath duniya mein jeete rahe, nafs mutmainnah ke saath nahi.</w:t>
      </w:r>
    </w:p>
    <w:p>
      <w:pPr>
        <w:jc w:val="right"/>
      </w:pPr>
      <w:r>
        <w:t>تو پھر سارے لوگوں کی کوشش کا مطلب تھا؟ اس کا مطلب میں نے یہ نکالا ہے کہ سب لوگ غیر مطمئن نفس کے ساتھ دنیا میں جیتے رہے، نفس مطمئنہ کے ساتھ نہیں۔</w:t>
      </w:r>
    </w:p>
    <w:p>
      <w:r>
        <w:rPr>
          <w:b/>
        </w:rPr>
        <w:t xml:space="preserve">[10:32] </w:t>
      </w:r>
      <w:r>
        <w:t>kyunki jo cheez khatm na ho, saari koshishon ke bawajood, woh khatm hone ke qabil nahi. woh persist karegi.</w:t>
      </w:r>
    </w:p>
    <w:p>
      <w:pPr>
        <w:jc w:val="right"/>
      </w:pPr>
      <w:r>
        <w:t>کیونکہ جو چیز ختم نہ ہو، ساری کوششوں کے باوجود، وہ ختم ہونے کے قابل نہیں۔ وہ پرسسٹ کرے گی۔</w:t>
      </w:r>
    </w:p>
    <w:p>
      <w:r>
        <w:rPr>
          <w:b/>
        </w:rPr>
        <w:t xml:space="preserve">[10:43] </w:t>
      </w:r>
      <w:r>
        <w:t>poori tareekh mein jab sab log yahi koshish karte rahe ke injustice ko khatm karein, lekin koi khatm nahi kar paya, hamesha injustice baqi raha, to yeh maanna padega ke injustice is part of law of nature.</w:t>
      </w:r>
    </w:p>
    <w:p>
      <w:pPr>
        <w:jc w:val="right"/>
      </w:pPr>
      <w:r>
        <w:t>پوری تاریخ میں جب سب لوگ یہی کوشش کرتے رہے کہ ان جسٹس کو ختم کریں، لیکن کوئی ختم نہیں کر پایا، ہمیشہ ان جسٹس باقی رہا، تو یہ ماننا پڑے گا کہ ان جسٹس از پارٹ آف لاء آف نیچر۔</w:t>
      </w:r>
    </w:p>
    <w:p>
      <w:r>
        <w:rPr>
          <w:b/>
        </w:rPr>
        <w:t xml:space="preserve">[11:01] </w:t>
      </w:r>
      <w:r>
        <w:t>injustice jo hai, woh Allah taala ke creation plan of God ka hissa hai. maanna padega.</w:t>
      </w:r>
    </w:p>
    <w:p>
      <w:pPr>
        <w:jc w:val="right"/>
      </w:pPr>
      <w:r>
        <w:t>ان جسٹس جو ہے، وہ اللہ تعالی کے کریشن پلان آف گاڈ کا حصہ ہے۔ ماننا پڑے گا۔</w:t>
      </w:r>
    </w:p>
    <w:p>
      <w:r>
        <w:rPr>
          <w:b/>
        </w:rPr>
        <w:t xml:space="preserve">[11:10] </w:t>
      </w:r>
      <w:r>
        <w:t>to iske maani kya hue? yeh saare log jo hain,</w:t>
      </w:r>
    </w:p>
    <w:p>
      <w:pPr>
        <w:jc w:val="right"/>
      </w:pPr>
      <w:r>
        <w:t>تو اس کے معنی کیا ہوئے؟ یہ سارے لوگ جو ہیں،</w:t>
      </w:r>
    </w:p>
    <w:p>
      <w:r>
        <w:rPr>
          <w:b/>
        </w:rPr>
        <w:t xml:space="preserve">[11:16] </w:t>
      </w:r>
      <w:r>
        <w:t>apne andar is cheez ko develop na kar paye jis ko kehte hain itminan e qalb. yeh jo protest karte rahe, protest karte rahe, ab protest kar, protest ki haalat mein mar gaye.</w:t>
      </w:r>
    </w:p>
    <w:p>
      <w:pPr>
        <w:jc w:val="right"/>
      </w:pPr>
      <w:r>
        <w:t>اپنے اندر اس چیز کو ڈیولپ نہ کر پائے جس کو کہتے ہیں اطمینان قلب۔ یہ جو پروٹیسٹ کرتے رہے، پروٹیسٹ کرتے رہے، اب پروٹیسٹ کر، پروٹیسٹ کی حالت میں مر گئے۔</w:t>
      </w:r>
    </w:p>
    <w:p>
      <w:r>
        <w:rPr>
          <w:b/>
        </w:rPr>
        <w:t xml:space="preserve">[11:29] </w:t>
      </w:r>
      <w:r>
        <w:t>unhone is wisdom ko daryaft nahi kiya.</w:t>
      </w:r>
    </w:p>
    <w:p>
      <w:pPr>
        <w:jc w:val="right"/>
      </w:pPr>
      <w:r>
        <w:t>انہوں نے اس وزڈم کو دریافت نہیں کیا۔</w:t>
      </w:r>
    </w:p>
    <w:p>
      <w:r>
        <w:rPr>
          <w:b/>
        </w:rPr>
        <w:t xml:space="preserve">[11:37] </w:t>
      </w:r>
      <w:r>
        <w:t>dekhiye, fact yeh hai ke injustice ek ek nickname ka case hai, yaani galat naam, yaani nomenclature ka case hai.</w:t>
      </w:r>
    </w:p>
    <w:p>
      <w:pPr>
        <w:jc w:val="right"/>
      </w:pPr>
      <w:r>
        <w:t>دیکھیے، فیکٹ یہ ہے کہ ان جسٹس ایک ایک نک نیم کا کیس ہے، یعنی غلط نام، یعنی نامن کلیچر کا کیس ہے۔</w:t>
      </w:r>
    </w:p>
    <w:p>
      <w:r>
        <w:rPr>
          <w:b/>
        </w:rPr>
        <w:t xml:space="preserve">[11:52] </w:t>
      </w:r>
      <w:r>
        <w:t>yeh ek soorat e haal ko keh diya hai injustice. woh injustice nahi hai. humne isko naam de diya hai injustice ka.</w:t>
      </w:r>
    </w:p>
    <w:p>
      <w:pPr>
        <w:jc w:val="right"/>
      </w:pPr>
      <w:r>
        <w:t>یہ ایک صورتحال کو کہہ دیا ہے ان ان جسٹس۔ وہ ان جسٹس نہیں ہے۔ ہم نے اس کو نام دے دیا ہے ان جسٹس کا۔</w:t>
      </w:r>
    </w:p>
    <w:p>
      <w:r>
        <w:rPr>
          <w:b/>
        </w:rPr>
        <w:t xml:space="preserve">[12:07] </w:t>
      </w:r>
      <w:r>
        <w:t>jaise ek sahab hamare iske is mein aaye class mein, woh gate par khade hue aur dekha ke auratein bhi hain, mard bhi hain, log baithe hue hain.</w:t>
      </w:r>
    </w:p>
    <w:p>
      <w:pPr>
        <w:jc w:val="right"/>
      </w:pPr>
      <w:r>
        <w:t>جیسے ایک صاحب ہمارے اس کے اس میں آئے کلاس میں، وہ گیٹ پر کھڑے ہوئے اور دیکھا کہ عورتیں بھی ہیں، مرد بھی ہیں، لوگ بیٹھے ہوئے ہیں۔</w:t>
      </w:r>
    </w:p>
    <w:p>
      <w:r>
        <w:rPr>
          <w:b/>
        </w:rPr>
        <w:t xml:space="preserve">[12:17] </w:t>
      </w:r>
      <w:r>
        <w:t>to kuch der dekha, uske baad dekha ke chale gaye. yeh to koi qalb maloom hota hai. yeh to koi qalb maloom hota hai.</w:t>
      </w:r>
    </w:p>
    <w:p>
      <w:pPr>
        <w:jc w:val="right"/>
      </w:pPr>
      <w:r>
        <w:t>تو کچھ دیر دیکھا، اس کے بعد دیکھا کہ چلے گئے۔ یہ تو کوئی قلب معلوم ہوتا ہے۔ یہ تو کوئی قلب معلوم ہوتا ہے۔</w:t>
      </w:r>
    </w:p>
    <w:p>
      <w:r>
        <w:rPr>
          <w:b/>
        </w:rPr>
        <w:t xml:space="preserve">[12:28] </w:t>
      </w:r>
      <w:r>
        <w:t>to yeh qalb nahi tha. unhone iska naam de diya qalb. yeh to spiritual class hai.</w:t>
      </w:r>
    </w:p>
    <w:p>
      <w:pPr>
        <w:jc w:val="right"/>
      </w:pPr>
      <w:r>
        <w:t>تو یہ قلب نہیں تھا۔ انہوں نے اس کا نام دے دیا قلب۔ یہ تو سپریچول کلاس ہے۔</w:t>
      </w:r>
    </w:p>
    <w:p>
      <w:r>
        <w:rPr>
          <w:b/>
        </w:rPr>
        <w:t xml:space="preserve">[12:37] </w:t>
      </w:r>
      <w:r>
        <w:t>haqeeqat ke aitbaar se yeh spiritual class hai. unhone isko naam de diya qalb ka. is tarah se ek soorat e haal duniya mein qaim hai, isko naam de diya gaya injustice.</w:t>
      </w:r>
    </w:p>
    <w:p>
      <w:pPr>
        <w:jc w:val="right"/>
      </w:pPr>
      <w:r>
        <w:t>حقیقت کے اعتبار سے یہ سپریٹ کلاس ہے۔ انہوں نے اس کو نام دے دیا قلب کا۔ اس طرح سے ایک صورتحال دنیا میں قائم ہے، اس کو نام دے دیا گیا ان جسٹس۔</w:t>
      </w:r>
    </w:p>
    <w:p>
      <w:r>
        <w:rPr>
          <w:b/>
        </w:rPr>
        <w:t xml:space="preserve">[12:46] </w:t>
      </w:r>
      <w:r>
        <w:t>halanke woh injustice nahi hai. woh hai problem of freedom.</w:t>
      </w:r>
    </w:p>
    <w:p>
      <w:pPr>
        <w:jc w:val="right"/>
      </w:pPr>
      <w:r>
        <w:t>حالانکہ وہ ان جسٹس نہیں ہے۔ وہ ہے پرابلم آف فریڈم۔</w:t>
      </w:r>
    </w:p>
    <w:p>
      <w:r>
        <w:rPr>
          <w:b/>
        </w:rPr>
        <w:t xml:space="preserve">[12:54] </w:t>
      </w:r>
      <w:r>
        <w:t>yaani insaanon ko jo ke azaadi di gayi hai, to azaadi ko kabhi ek tareeqe se istemaal kar, koi doosre tareeqe se. isko haq hai ke jo jaise chahe, us wajah se istemaal kare.</w:t>
      </w:r>
    </w:p>
    <w:p>
      <w:pPr>
        <w:jc w:val="right"/>
      </w:pPr>
      <w:r>
        <w:t>یعنی انسانوں کو جو کہ آزادی دی گئی ہے، تو آزادی کو کبھی ایک طریقے سے استعمال کر، کوئی دوسرے طریقے سے۔ اس کو حق ہے کہ جو جیسے چاہے، اس وجہ سے استعمال کرے۔</w:t>
      </w:r>
    </w:p>
    <w:p>
      <w:r>
        <w:rPr>
          <w:b/>
        </w:rPr>
        <w:t xml:space="preserve">[13:07] </w:t>
      </w:r>
      <w:r>
        <w:t>to istemaal karne ki wajah se problem paida hote hain. saboot haalaat kabhi rehte nahi. to problem of freedom ko unhone naam de diya injustice.</w:t>
      </w:r>
    </w:p>
    <w:p>
      <w:pPr>
        <w:jc w:val="right"/>
      </w:pPr>
      <w:r>
        <w:t>تو استعمال کرنے کی وجہ سے پرابلم پیدا ہوتے ہیں۔ اسبوت حالات کبھی رہتے نہیں۔ تو پرابلم آف فریڈم کو انہوں نے نام دے دیا ان جسٹس۔</w:t>
      </w:r>
    </w:p>
    <w:p>
      <w:r>
        <w:rPr>
          <w:b/>
        </w:rPr>
        <w:t xml:space="preserve">[13:21] </w:t>
      </w:r>
      <w:r>
        <w:t>woh aadmi ke apne dimagh ki baat thi, woh injustice nahi thi.</w:t>
      </w:r>
    </w:p>
    <w:p>
      <w:pPr>
        <w:jc w:val="right"/>
      </w:pPr>
      <w:r>
        <w:t>وہ آدمی کے اپنے دماغ کی بات تھی، وہ ان جسٹس نہیں تھی۔</w:t>
      </w:r>
    </w:p>
    <w:p>
      <w:r>
        <w:rPr>
          <w:b/>
        </w:rPr>
        <w:t xml:space="preserve">[13:28] </w:t>
      </w:r>
      <w:r>
        <w:t>misal ke taur par dekhiye, aaj main ek baat soch raha tha, aaj subah ko ke Quran mein ek aayat hai wa tilkal ayyamu nudaw waluha banan nas wa tilkal ayyamu nudaw waluha banan nas</w:t>
      </w:r>
    </w:p>
    <w:p>
      <w:pPr>
        <w:jc w:val="right"/>
      </w:pPr>
      <w:r>
        <w:t>مثلاً دیکھیے، آج میں ایک بات سوچ رہا تھا، آج صبح کو کہ قرآن میں ایک آیت ہے وَتِلْكُ الْأَيَّامُ نُدًىٰ وَلُهَا بَنَ النَّاسِ وَتِلْكُ الْأَيَّامُ نُدًىٰ وَلُهَا بَنَ النَّاسِ</w:t>
      </w:r>
    </w:p>
    <w:p>
      <w:r>
        <w:rPr>
          <w:b/>
        </w:rPr>
        <w:t xml:space="preserve">[13:49] </w:t>
      </w:r>
      <w:r>
        <w:t>. yaani yeh jo duniya mein maal hai, political power hai, yeh kisi ke paas aata hai to mustaqil uske paas nahi rehta, badalta rehta hai.</w:t>
      </w:r>
    </w:p>
    <w:p>
      <w:pPr>
        <w:jc w:val="right"/>
      </w:pPr>
      <w:r>
        <w:t>۔ یعنی یہ جو دنیا میں مال ہے، پولیٹیکل پاور ہے، یہ کسی کے پاس آتا ہے تو مستقل اس کے پاس نہیں رہتا، بدلتا رہتا ہے۔</w:t>
      </w:r>
    </w:p>
    <w:p>
      <w:r>
        <w:rPr>
          <w:b/>
        </w:rPr>
        <w:t xml:space="preserve">[14:00] </w:t>
      </w:r>
      <w:r>
        <w:t>aaj agar aadmi daulatmand hai, kal uske ghar se daulat chali jayegi. aaj ek aadmi ko political power mila hua hai, kal uski political power nahi rahegi uske paas.</w:t>
      </w:r>
    </w:p>
    <w:p>
      <w:pPr>
        <w:jc w:val="right"/>
      </w:pPr>
      <w:r>
        <w:t>آج اگر آدمی دولت مند ہے، کل اس کے گھر سے دولت چلی جائے گی۔ آج ایک آدمی کو پولیٹیکل پاور ملا ہوا ہے، کل اس کی پولیٹیکل پاور نہیں رہے گی اس کے پاس۔</w:t>
      </w:r>
    </w:p>
    <w:p>
      <w:r>
        <w:rPr>
          <w:b/>
        </w:rPr>
        <w:t xml:space="preserve">[14:13] </w:t>
      </w:r>
      <w:r>
        <w:t>yeh hai tilk al-ayyam nuda waluha ban al-nas</w:t>
      </w:r>
    </w:p>
    <w:p>
      <w:pPr>
        <w:jc w:val="right"/>
      </w:pPr>
      <w:r>
        <w:t>یہ ہے تِلْكُ الْأَيَّامُ نُدًىٰ وَلُهَا بَنَ النَّاسِ</w:t>
      </w:r>
    </w:p>
    <w:p>
      <w:r>
        <w:rPr>
          <w:b/>
        </w:rPr>
        <w:t xml:space="preserve">[14:18] </w:t>
      </w:r>
      <w:r>
        <w:t>yeh turn by turn, in kabhi in ko, kabhi in ko, kabhi in ko, kabhi in ko. is ka raaz kya hai? to jin ki jin se dolat ya iqtadar chheena hoga, un se poochhen to woh kahenge, "in justice tha,</w:t>
      </w:r>
    </w:p>
    <w:p>
      <w:pPr>
        <w:jc w:val="right"/>
      </w:pPr>
      <w:r>
        <w:t>یہ ٹرن بائی ٹرن، ان کبھی ان کو، کبھی ان کو، کبھی ان کو، کبھی ان کو۔ اس کا راز کیا ہے؟ تو جن کی جن سے دولت یا اقتدار چھینا ہوگا، ان سے پوچھیں تو وہ کہیں گے، "ان جسٹس تھا،</w:t>
      </w:r>
    </w:p>
    <w:p>
      <w:r>
        <w:rPr>
          <w:b/>
        </w:rPr>
        <w:t xml:space="preserve">[14:33] </w:t>
      </w:r>
      <w:r>
        <w:t>in justice nahi tha, woh woh Allah ka aik qanoon tha."</w:t>
      </w:r>
    </w:p>
    <w:p>
      <w:pPr>
        <w:jc w:val="right"/>
      </w:pPr>
      <w:r>
        <w:t>ان جسٹس نہیں تھا، وہ وہ اللہ کا ایک قانون تھا۔"</w:t>
      </w:r>
    </w:p>
    <w:p>
      <w:r>
        <w:rPr>
          <w:b/>
        </w:rPr>
        <w:t xml:space="preserve">[14:40] </w:t>
      </w:r>
      <w:r>
        <w:t>kyun? kya hai qanoon</w:t>
      </w:r>
    </w:p>
    <w:p>
      <w:pPr>
        <w:jc w:val="right"/>
      </w:pPr>
      <w:r>
        <w:t>کیوں؟ کیا ہے قانون</w:t>
      </w:r>
    </w:p>
    <w:p>
      <w:r>
        <w:rPr>
          <w:b/>
        </w:rPr>
        <w:t xml:space="preserve">[14:43] </w:t>
      </w:r>
      <w:r>
        <w:t>? dekhen, jab kisi ke paas, kisi family ke paas bohat ziyada dolat aa gayi, bohat dinon tak woh influence rahen un ke, un ke haan, to kya hota hai?</w:t>
      </w:r>
    </w:p>
    <w:p>
      <w:pPr>
        <w:jc w:val="right"/>
      </w:pPr>
      <w:r>
        <w:t>؟ دیکھیں، جب کسی کے پاس، کسی فیملی کے پاس بہت زیادہ دولت آ گئی، بہت دنوں تک وہ انفلوئنس رہے ان کے، ان کے ہاں، تو کیا ہوتا ہے؟</w:t>
      </w:r>
    </w:p>
    <w:p>
      <w:r>
        <w:rPr>
          <w:b/>
        </w:rPr>
        <w:t xml:space="preserve">[14:52] </w:t>
      </w:r>
      <w:r>
        <w:t>un ke andar incentive ghat jata hai. sab kaam ho raha hai, sab kaam ho raha hai, sab kaam ho raha hai, koi, koi, koi, kahin atak-ta nahi koi kaam. to un ke haan jo un ke bete, pote, nawase paida hote hain, bilkul woh incentive se khali hote hain.</w:t>
      </w:r>
    </w:p>
    <w:p>
      <w:pPr>
        <w:jc w:val="right"/>
      </w:pPr>
      <w:r>
        <w:t>ان کے اندر انسینٹو گھٹ جاتا ہے۔ سب کام ہو رہا ہے، سب کام ہو رہا ہے، سب کام ہو رہا ہے، کوئی، کوئی، کوئی، کہیں اٹکتا نہیں کوئی کام۔ تو ان کے ہاں جو ان کے بیٹے، پوتے، نواسے پیدا ہوتے ہیں، بالکل وہ انسینٹو سے خالی ہوتے ہیں۔</w:t>
      </w:r>
    </w:p>
    <w:p>
      <w:r>
        <w:rPr>
          <w:b/>
        </w:rPr>
        <w:t xml:space="preserve">[15:11] </w:t>
      </w:r>
      <w:r>
        <w:t>un ke haan to har kaam munh se bola aur kaam ho gaya.</w:t>
      </w:r>
    </w:p>
    <w:p>
      <w:pPr>
        <w:jc w:val="right"/>
      </w:pPr>
      <w:r>
        <w:t>ان کے ہاں تو ہر کام منہ سے بولا اور کام ہو گیا۔</w:t>
      </w:r>
    </w:p>
    <w:p>
      <w:r>
        <w:rPr>
          <w:b/>
        </w:rPr>
        <w:t xml:space="preserve">[15:23] </w:t>
      </w:r>
      <w:r>
        <w:t>munh se bole to car aa gayi, munh se bole to khana aa gaya, munh se bole to har kaam ho gaya.</w:t>
      </w:r>
    </w:p>
    <w:p>
      <w:pPr>
        <w:jc w:val="right"/>
      </w:pPr>
      <w:r>
        <w:t>منہ سے بولے تو کار آ گئی، منہ سے بولے تو کھانا آ گیا، منہ سے بولے تو ہر کام ہو گیا۔</w:t>
      </w:r>
    </w:p>
    <w:p>
      <w:r>
        <w:rPr>
          <w:b/>
        </w:rPr>
        <w:t xml:space="preserve">[15:32] </w:t>
      </w:r>
      <w:r>
        <w:t>to un ko un ke andar incentive ka karne ka incentive khatm ho jata hai ke "main karunga to mujhe khana milega, main karunga to mujhe car milegi." yeh khatm ho jata hai.</w:t>
      </w:r>
    </w:p>
    <w:p>
      <w:pPr>
        <w:jc w:val="right"/>
      </w:pPr>
      <w:r>
        <w:t>تو ان کو ان کے اندر انسینٹو کا کرنے کا انسینٹو ختم ہو جاتا ہے کہ "میں کروں گا تو مجھے کھانا ملے گا، میں کروں گا تو مجھے کار ملے گی۔" یہ ختم ہو جاتا ہے۔</w:t>
      </w:r>
    </w:p>
    <w:p>
      <w:r>
        <w:rPr>
          <w:b/>
        </w:rPr>
        <w:t xml:space="preserve">[15:49] </w:t>
      </w:r>
      <w:r>
        <w:t>jab incentive khatm hua to kya hua? is ka matlab ke aadmi stagnation aa gaya. jahan incentive na rahe, jahan motivation na rahe, to wahan par kya ho</w:t>
      </w:r>
    </w:p>
    <w:p>
      <w:pPr>
        <w:jc w:val="right"/>
      </w:pPr>
      <w:r>
        <w:t>جب انسینٹو ختم ہوا تو کیا ہوا؟ اس کا مطلب کہ آدمی اسٹیگنیشن آ گیا۔ جہاں انسینٹو نہ رہے، جہاں موٹیویشن نہ رہے، تو وہاں پر کیا ہو</w:t>
      </w:r>
    </w:p>
    <w:p>
      <w:r>
        <w:rPr>
          <w:b/>
        </w:rPr>
        <w:t xml:space="preserve">[16:01] </w:t>
      </w:r>
      <w:r>
        <w:t>ga? stagnation aa jayega. yeh mamla political power ka hai. kisi family mein ya kisi party mein bohat dinon tak political power rahe,</w:t>
      </w:r>
    </w:p>
    <w:p>
      <w:pPr>
        <w:jc w:val="right"/>
      </w:pPr>
      <w:r>
        <w:t>گا؟ اسٹیگنیشن آ جائے گا۔ یہ معاملہ پولیٹیکل پاور کا ہے۔ کسی فیملی میں یا کسی پارٹی میں بہت دنوں تک پولیٹیکل پاور رہے،</w:t>
      </w:r>
    </w:p>
    <w:p>
      <w:r>
        <w:rPr>
          <w:b/>
        </w:rPr>
        <w:t xml:space="preserve">[16:14] </w:t>
      </w:r>
      <w:r>
        <w:t>to aap un ka survey kijiye, un logon mein incentive khatm ho jayega. aur incentive jaan hai taraqqi ki.</w:t>
      </w:r>
    </w:p>
    <w:p>
      <w:pPr>
        <w:jc w:val="right"/>
      </w:pPr>
      <w:r>
        <w:t>تو آپ ان کا سروے کیجیے، ان لوگوں میں انسینٹو ختم ہو جائے گا۔ اور انسینٹو جان ہے ترقی کی۔</w:t>
      </w:r>
    </w:p>
    <w:p>
      <w:r>
        <w:rPr>
          <w:b/>
        </w:rPr>
        <w:t xml:space="preserve">[16:27] </w:t>
      </w:r>
      <w:r>
        <w:t>incentive taraqqi ki jaan hai ke "mujhe karna hai, nahi karunga to mujhe nahi milega."</w:t>
      </w:r>
    </w:p>
    <w:p>
      <w:pPr>
        <w:jc w:val="right"/>
      </w:pPr>
      <w:r>
        <w:t>انسینٹو ترقی کی جان ہے کہ "مجھے کرنا ہے، نہیں کروں گا تو مجھے نہیں ملے گا۔"</w:t>
      </w:r>
    </w:p>
    <w:p>
      <w:r>
        <w:rPr>
          <w:b/>
        </w:rPr>
        <w:t xml:space="preserve">[16:35] </w:t>
      </w:r>
      <w:r>
        <w:t>to</w:t>
      </w:r>
    </w:p>
    <w:p>
      <w:pPr>
        <w:jc w:val="right"/>
      </w:pPr>
      <w:r>
        <w:t>تو</w:t>
      </w:r>
    </w:p>
    <w:p>
      <w:r>
        <w:rPr>
          <w:b/>
        </w:rPr>
        <w:t xml:space="preserve">[16:36] </w:t>
      </w:r>
      <w:r>
        <w:t>Allah taala ki scheme mein yeh cheez nahi ke logon ko cheezen free milti rahen. dolat bhi free mein, political power free mein. to badalta hai, Allah taala badalta hai.</w:t>
      </w:r>
    </w:p>
    <w:p>
      <w:pPr>
        <w:jc w:val="right"/>
      </w:pPr>
      <w:r>
        <w:t>اللہ تعالی کی سکیم میں یہ چیز نہیں کہ لوگوں کو چیزیں فری ملتی رہیں۔ دولت بھی فری میں، پولیٹیکل پاور فری میں۔ تو بدلتا ہے، اللہ تعالی بدلتا ہے۔</w:t>
      </w:r>
    </w:p>
    <w:p>
      <w:r>
        <w:rPr>
          <w:b/>
        </w:rPr>
        <w:t xml:space="preserve">[16:45] </w:t>
      </w:r>
      <w:r>
        <w:t>wa tilk al-ayyam nuda waluha ban al-nas ta ke incentive baqi rahe, motivation baqi rahe, is challenge baqi rahe.</w:t>
      </w:r>
    </w:p>
    <w:p>
      <w:pPr>
        <w:jc w:val="right"/>
      </w:pPr>
      <w:r>
        <w:t>وَتِلْكُ الْأَيَّامُ نُدًىٰ وَلُهَا بَنَ النَّاسِ تاکہ انسینٹو باقی رہے، موٹیویشن باقی رہے، اس چیلنج باقی رہے۔</w:t>
      </w:r>
    </w:p>
    <w:p>
      <w:r>
        <w:rPr>
          <w:b/>
        </w:rPr>
        <w:t xml:space="preserve">[16:57] </w:t>
      </w:r>
      <w:r>
        <w:t>insan stagnation se bacha rahe.</w:t>
      </w:r>
    </w:p>
    <w:p>
      <w:pPr>
        <w:jc w:val="right"/>
      </w:pPr>
      <w:r>
        <w:t>انسان اسٹیگنیشن سے بچا رہے۔</w:t>
      </w:r>
    </w:p>
    <w:p>
      <w:r>
        <w:rPr>
          <w:b/>
        </w:rPr>
        <w:t xml:space="preserve">[17:00] </w:t>
      </w:r>
      <w:r>
        <w:t>ab jo is ko na jaane to kahega, "dekho yeh kitna galat hai</w:t>
      </w:r>
    </w:p>
    <w:p>
      <w:pPr>
        <w:jc w:val="right"/>
      </w:pPr>
      <w:r>
        <w:t>اب جو اس کو نہ جانے تو کہے گا، "دیکھو یہ کتنا غلط ہے</w:t>
      </w:r>
    </w:p>
    <w:p>
      <w:r>
        <w:rPr>
          <w:b/>
        </w:rPr>
        <w:t xml:space="preserve">[17:12] </w:t>
      </w:r>
      <w:r>
        <w:t>ke mughal ke, mughalon ke jab iqtadar chhin gaya mughalon se to un ki nasal jo thi woh shikayat karti rahi ke itne kharab hain British." aise hum hamesha hota hai ke jis se chhin-ta hai to woh shikayat karta hai.</w:t>
      </w:r>
    </w:p>
    <w:p>
      <w:pPr>
        <w:jc w:val="right"/>
      </w:pPr>
      <w:r>
        <w:t>کہ مغل کے، مغلوں کے جب اقتدار چھن گیا مغلوں سے تو ان کی نسل جو تھی وہ شکایت کرتی رہی کہ اتنے خراب ہیں برٹش۔" ایسے ہم ہمیشہ ہوتا ہے کہ جس سے چھنتا ہے تو وہ شکایت کرتا ہے۔</w:t>
      </w:r>
    </w:p>
    <w:p>
      <w:r>
        <w:rPr>
          <w:b/>
        </w:rPr>
        <w:t xml:space="preserve">[17:30] </w:t>
      </w:r>
      <w:r>
        <w:t>halanke woh chhinna jo hai is liye hai ke un ke andar incentive jagaya jaye, un ko challenge ka samna karna pare.</w:t>
      </w:r>
    </w:p>
    <w:p>
      <w:pPr>
        <w:jc w:val="right"/>
      </w:pPr>
      <w:r>
        <w:t>حالانکہ وہ چھننا جو ہے اس لیے ہے کہ ان کے اندر انسینٹو جگایا جائے، ان کو چیلنج کا سامنا کرنا پڑے۔</w:t>
      </w:r>
    </w:p>
    <w:p>
      <w:r>
        <w:rPr>
          <w:b/>
        </w:rPr>
        <w:t xml:space="preserve">[17:41] </w:t>
      </w:r>
      <w:r>
        <w:t>to jo log is ko jaanein to woh nafs mutmain ban jayenge. jo na jaanein woh be-itminani ki zindagi guzarenge.</w:t>
      </w:r>
    </w:p>
    <w:p>
      <w:pPr>
        <w:jc w:val="right"/>
      </w:pPr>
      <w:r>
        <w:t>تو جو لوگ اس کو جانیں تو وہ نفس مطمئن بن جائیں گے۔ جو نہ جانیں وہ بے اطمینانی کی زندگی گزاریں گے۔</w:t>
      </w:r>
    </w:p>
    <w:p>
      <w:r>
        <w:rPr>
          <w:b/>
        </w:rPr>
        <w:t xml:space="preserve">[17:53] </w:t>
      </w:r>
      <w:r>
        <w:t>tension mein rahenge, shikayat karenge, protest karenge.</w:t>
      </w:r>
    </w:p>
    <w:p>
      <w:pPr>
        <w:jc w:val="right"/>
      </w:pPr>
      <w:r>
        <w:t>ٹینشن میں رہیں گے، شکایت کریں گے، پروٹیسٹ کریں گے۔</w:t>
      </w:r>
    </w:p>
    <w:p>
      <w:r>
        <w:rPr>
          <w:b/>
        </w:rPr>
        <w:t xml:space="preserve">[18:03] </w:t>
      </w:r>
      <w:r>
        <w:t>yani lafz badal kar main kahunga ke</w:t>
      </w:r>
    </w:p>
    <w:p>
      <w:pPr>
        <w:jc w:val="right"/>
      </w:pPr>
      <w:r>
        <w:t>یعنی لفظ بدل کر میں کہوں گا کہ</w:t>
      </w:r>
    </w:p>
    <w:p>
      <w:r>
        <w:rPr>
          <w:b/>
        </w:rPr>
        <w:t xml:space="preserve">[18:09] </w:t>
      </w:r>
      <w:r>
        <w:t>jab naye khoon zindagi mein, zindagi ke karobar ko chalane ke liye hamesha naye khoon ki zaroorat hoti hai. purana khoon sar rahe, naya khoon na aaye to taraqqi nahi hogi.</w:t>
      </w:r>
    </w:p>
    <w:p>
      <w:pPr>
        <w:jc w:val="right"/>
      </w:pPr>
      <w:r>
        <w:t>جب نئے خون زندگی میں، زندگی کے کاروبار کو چلانے کے لیے ہمیشہ نئے خون کی ضرورت ہوتی ہے۔ پرانا خون سر رہے، نیا خون نہ آئے تو ترقی نہیں ہوگی۔</w:t>
      </w:r>
    </w:p>
    <w:p>
      <w:r>
        <w:rPr>
          <w:b/>
        </w:rPr>
        <w:t xml:space="preserve">[18:23] </w:t>
      </w:r>
      <w:r>
        <w:t>jaise aap dekhiye, aik gadha hai, us mein pani bhara hua hai.</w:t>
      </w:r>
    </w:p>
    <w:p>
      <w:pPr>
        <w:jc w:val="right"/>
      </w:pPr>
      <w:r>
        <w:t>جیسے آپ دیکھیے، ایک گڑھا ہے، اس میں پانی بھرا ہوا ہے۔</w:t>
      </w:r>
    </w:p>
    <w:p>
      <w:r>
        <w:rPr>
          <w:b/>
        </w:rPr>
        <w:t xml:space="preserve">[18:28] </w:t>
      </w:r>
      <w:r>
        <w:t>kuchh dinon ke baad is mein aap dekhen ke polution, polluted water ban gaya, ban gaya woh. lekin jo behta hua chashma hai, behta hua darya hai, us ke pani mein kabhi polution nahin hota kyunke woh to beh raha hai hamesha.</w:t>
      </w:r>
    </w:p>
    <w:p>
      <w:pPr>
        <w:jc w:val="right"/>
      </w:pPr>
      <w:r>
        <w:t>کچھ دنوں کے بعد اس میں آپ دیکھیں کہ پولیوشن، پلوٹڈ واٹر بن گیا، بن گیا وہ۔ لیکن جو بہتا ہوا چشمہ ہے، بہتا ہوا دریا ہے، اس کے پانی میں کبھی پولیوشن نہیں ہوتا کیونکہ وہ تو بہہ رہا ہے ہمیشہ۔</w:t>
      </w:r>
    </w:p>
    <w:p>
      <w:r>
        <w:rPr>
          <w:b/>
        </w:rPr>
        <w:t xml:space="preserve">[18:48] </w:t>
      </w:r>
      <w:r>
        <w:t>yani purane pani ki jagah naya pani aata hai.</w:t>
      </w:r>
    </w:p>
    <w:p>
      <w:pPr>
        <w:jc w:val="right"/>
      </w:pPr>
      <w:r>
        <w:t>یعنی پرانے پانی کی جگہ نیا پانی آتا ہے۔</w:t>
      </w:r>
    </w:p>
    <w:p>
      <w:r>
        <w:rPr>
          <w:b/>
        </w:rPr>
        <w:t xml:space="preserve">[18:55] </w:t>
      </w:r>
      <w:r>
        <w:t>pahadon se chashme chala rahe hain, woh hamesha purane ki jagah naya, purane ki jagah naya aata rehta hai. to yeh Khuda ka creation plan hai.</w:t>
      </w:r>
    </w:p>
    <w:p>
      <w:pPr>
        <w:jc w:val="right"/>
      </w:pPr>
      <w:r>
        <w:t>پہاڑوں سے چشمے چلا رہے ہیں، وہ ہمیشہ پرانے کی جگہ نیا، پرانے کی جگہ نیا آتا رہتا ہے۔ تو یہ خدا کا کریشن پلان ہے۔</w:t>
      </w:r>
    </w:p>
    <w:p>
      <w:r>
        <w:rPr>
          <w:b/>
        </w:rPr>
        <w:t xml:space="preserve">[19:06] </w:t>
      </w:r>
      <w:r>
        <w:t>ab is mein kisi ko, kisi ko kuchh kaam bigad jaye to woh kahega, "injustice hai." kisi ka kaam na bane to kahega, "injustice hai." yeh fairness of explanation hai,</w:t>
      </w:r>
    </w:p>
    <w:p>
      <w:pPr>
        <w:jc w:val="right"/>
      </w:pPr>
      <w:r>
        <w:t>اب اس میں کسی کو، کسی کو کچھ کام بگڑ جائے تو وہ کہے گا، "ان جسٹس ہے۔" کسی کا کام نہ بنے تو کہے گا، "ان جسٹس ہے۔" یہ فیریئر آف ایکسپلینیشن ہے،</w:t>
      </w:r>
    </w:p>
    <w:p>
      <w:r>
        <w:rPr>
          <w:b/>
        </w:rPr>
        <w:t xml:space="preserve">[19:22] </w:t>
      </w:r>
      <w:r>
        <w:t>injustice nahin hai.</w:t>
      </w:r>
    </w:p>
    <w:p>
      <w:pPr>
        <w:jc w:val="right"/>
      </w:pPr>
      <w:r>
        <w:t>ان جسٹس نہیں ہے۔</w:t>
      </w:r>
    </w:p>
    <w:p>
      <w:r>
        <w:rPr>
          <w:b/>
        </w:rPr>
        <w:t xml:space="preserve">[19:26] </w:t>
      </w:r>
      <w:r>
        <w:t>to jo to razi hone ka matlab kya hai? ke aap itna intellectually, itna awakened hote hon, intellectually aap itne awakened hon ke aap Allah ke, Allah ke jo management hai, us ko samajh saken.</w:t>
      </w:r>
    </w:p>
    <w:p>
      <w:pPr>
        <w:jc w:val="right"/>
      </w:pPr>
      <w:r>
        <w:t>تو جو تو راضی ہونے کا مطلب کیا ہے؟ کہ آپ اتنا انٹلیکچولی، اتنا اویکنڈ ہوتے ہوں، انٹلیکچولی آپ اتنے اویکنڈ ہوں کہ آپ اللہ کے، اللہ کے جو مینجمنٹ ہے، اس کو سمجھ سکیں۔</w:t>
      </w:r>
    </w:p>
    <w:p>
      <w:r>
        <w:rPr>
          <w:b/>
        </w:rPr>
        <w:t xml:space="preserve">[19:48] </w:t>
      </w:r>
      <w:r>
        <w:t>aisa kyun hua? vaisa kyun hua? Allah history ko manage kar raha hai.</w:t>
      </w:r>
    </w:p>
    <w:p>
      <w:pPr>
        <w:jc w:val="right"/>
      </w:pPr>
      <w:r>
        <w:t>ایسا کیوں ہوا؟ ویسا کیوں ہوا؟ اللہ ہسٹری کو مینج کر رہا ہے۔</w:t>
      </w:r>
    </w:p>
    <w:p>
      <w:r>
        <w:rPr>
          <w:b/>
        </w:rPr>
        <w:t xml:space="preserve">[19:55] </w:t>
      </w:r>
      <w:r>
        <w:t>Allah history ko manage kar raha hai, woh aap apne tadabbur ke zariye jaan saken. tab aap hain nafs mutmain, warna nafs mutmain nahin hai.</w:t>
      </w:r>
    </w:p>
    <w:p>
      <w:pPr>
        <w:jc w:val="right"/>
      </w:pPr>
      <w:r>
        <w:t>اللہ ہسٹری کو مینج کر رہا ہے، وہ آپ اپنے تدبر کے ذریعے جان سکیں۔ تب آپ ہیں نفس مطمئن، ورنہ نفس مطمئن نہیں ہے۔</w:t>
      </w:r>
    </w:p>
    <w:p>
      <w:r>
        <w:rPr>
          <w:b/>
        </w:rPr>
        <w:t xml:space="preserve">[20:09] </w:t>
      </w:r>
      <w:r>
        <w:t>aaj dekhiye, phir main soch raha tha ke Misr mein 60 baras se justice ke qaim karne ki tareekh shuru hui ke Misr mein justice laya jaye, justice laya jaye.</w:t>
      </w:r>
    </w:p>
    <w:p>
      <w:pPr>
        <w:jc w:val="right"/>
      </w:pPr>
      <w:r>
        <w:t>آج دیکھیے، پھر میں سوچ رہا تھا کہ مصر میں 60 برس سے جسٹس کے قائم کرنے کی تاریخ شروع ہوئی کہ مصر میں جسٹس لایا جائے، جسٹس لایا جائے۔</w:t>
      </w:r>
    </w:p>
    <w:p>
      <w:r>
        <w:rPr>
          <w:b/>
        </w:rPr>
        <w:t xml:space="preserve">[20:23] </w:t>
      </w:r>
      <w:r>
        <w:t>wahan ek baqayda party bani hui hai, justice party. yeh kya hai? nateeja yeh hai ke saare log jee rahe hain tension mein, nafs ghaybat mein nahin bane hue hain.</w:t>
      </w:r>
    </w:p>
    <w:p>
      <w:pPr>
        <w:jc w:val="right"/>
      </w:pPr>
      <w:r>
        <w:t>وہاں ایک باقاعدہ پارٹی بنی ہوئی ہے، جسٹس پارٹی۔ یہ کیا ہے؟ نتیجہ یہ ہے کہ سارے لوگ جی رہے ہیں ٹینشن میں، نفس غیبت میں نہیں بنے ہوئے ہیں۔</w:t>
      </w:r>
    </w:p>
    <w:p>
      <w:r>
        <w:rPr>
          <w:b/>
        </w:rPr>
        <w:t xml:space="preserve">[20:35] </w:t>
      </w:r>
      <w:r>
        <w:t>shikayat, protest, kahin ladte hain, kahin kuchh karte hain. to yeh bhi kya hai? yeh Allah ke ka jo creation plan hai, us se bekhabari karti hai.</w:t>
      </w:r>
    </w:p>
    <w:p>
      <w:pPr>
        <w:jc w:val="right"/>
      </w:pPr>
      <w:r>
        <w:t>شکایت، پروٹیسٹ، کہیں لڑتے ہیں، کہیں کچھ کرتے ہیں۔ تو یہ بھی کیا ہے؟ یہ اللہ کے کا جو کریشن پلان ہے، اس سے بے خبری کرتی ہے۔</w:t>
      </w:r>
    </w:p>
    <w:p>
      <w:r>
        <w:rPr>
          <w:b/>
        </w:rPr>
        <w:t xml:space="preserve">[20:49] </w:t>
      </w:r>
      <w:r>
        <w:t>dekhiye, Allah taala ki yeh majboori nahin hai ke duniya mein ideal justice qaim ho jaye. kyunke ideal justice jahan qaim hoga, wahan stagnation aa jayega.</w:t>
      </w:r>
    </w:p>
    <w:p>
      <w:pPr>
        <w:jc w:val="right"/>
      </w:pPr>
      <w:r>
        <w:t>دیکھیے، اللہ تعالی کی یہ مجبوری نہیں ہے کہ دنیا میں آئیڈیل جسٹس قائم ہو جائے۔ کیونکہ آئیڈیل جسٹس جہاں قائم ہوگا، وہاں اسٹیگنیشن آ جائے گا۔</w:t>
      </w:r>
    </w:p>
    <w:p>
      <w:r>
        <w:rPr>
          <w:b/>
        </w:rPr>
        <w:t xml:space="preserve">[20:59] </w:t>
      </w:r>
      <w:r>
        <w:t>intellectual stagnation, utar putar nahin rahega, wahan challenge nahin rahega.</w:t>
      </w:r>
    </w:p>
    <w:p>
      <w:pPr>
        <w:jc w:val="right"/>
      </w:pPr>
      <w:r>
        <w:t>انٹلیکچول اسٹیگنیشن، اتر پتر نہیں رہے گا، وہاں چیلنج نہیں رہے گا۔</w:t>
      </w:r>
    </w:p>
    <w:p>
      <w:r>
        <w:rPr>
          <w:b/>
        </w:rPr>
        <w:t xml:space="preserve">[21:08] </w:t>
      </w:r>
      <w:r>
        <w:t>to stagnation, Allah taala ki manzoor nahin ke stagnation rahe. to chunke insan ko azadi mili hui hai,</w:t>
      </w:r>
    </w:p>
    <w:p>
      <w:pPr>
        <w:jc w:val="right"/>
      </w:pPr>
      <w:r>
        <w:t>تو اسٹیگنیشن، اللہ تعالی کی منظور نہیں کہ اسٹیگنیشن رہے۔ تو چونکہ انسان کو آزادی ملی ہوئی ہے،</w:t>
      </w:r>
    </w:p>
    <w:p>
      <w:r>
        <w:rPr>
          <w:b/>
        </w:rPr>
        <w:t xml:space="preserve">[21:17] </w:t>
      </w:r>
      <w:r>
        <w:t>is bina par uska azadi to kabhi khatm nahin ki jati. to azadi ko maintain karte hue Khuda insan ki history ko manage kar raha hai.</w:t>
      </w:r>
    </w:p>
    <w:p>
      <w:pPr>
        <w:jc w:val="right"/>
      </w:pPr>
      <w:r>
        <w:t>اس بنا پر اس کا آزادی تو کبھی ختم نہیں کی جاتی۔ تو آزادی کو مینٹین کرتے ہوئے خدا انسان کی ہسٹری کو مینج کر رہا ہے۔</w:t>
      </w:r>
    </w:p>
    <w:p>
      <w:r>
        <w:rPr>
          <w:b/>
        </w:rPr>
        <w:t xml:space="preserve">[21:31] </w:t>
      </w:r>
      <w:r>
        <w:t>azadi ko maintain karte hue Khuda insani history ko manage kar raha hai.</w:t>
      </w:r>
    </w:p>
    <w:p>
      <w:pPr>
        <w:jc w:val="right"/>
      </w:pPr>
      <w:r>
        <w:t>آزادی کو مینٹین کرتے ہوئے خدا انسانی ہسٹری کو مینج کر رہا ہے۔</w:t>
      </w:r>
    </w:p>
    <w:p>
      <w:r>
        <w:rPr>
          <w:b/>
        </w:rPr>
        <w:t xml:space="preserve">[21:37] </w:t>
      </w:r>
      <w:r>
        <w:t>isi se kuchh aisi baaten hoti hain jo kis kisi ko shakhsi taur par, jise nuksan ho jaye, shakhsi taur par woh bura lage, shakhsi taur par usko takleef ho jaye, usko kahenge, "yeh problem hai, evil hai, injustice hai." aisa kuchh bhi nahin hai.</w:t>
      </w:r>
    </w:p>
    <w:p>
      <w:pPr>
        <w:jc w:val="right"/>
      </w:pPr>
      <w:r>
        <w:t>اسی سے کچھ ایسی باتیں ہوتی ہیں جو کس کسی کو شخصی طور پر، جسے نقصان ہو جائے، شخصی طور پر وہ برا لگے، شخصی طور پر اس کو تکلیف ہو جائے، اس کو کہیں گے، "یہ پرابلم ہے، ایول ہے، ان جسٹس ہے۔" ایسا کچھ بھی نہیں ہے۔</w:t>
      </w:r>
    </w:p>
    <w:p>
      <w:r>
        <w:rPr>
          <w:b/>
        </w:rPr>
        <w:t xml:space="preserve">[21:55] </w:t>
      </w:r>
      <w:r>
        <w:t>woh Allah taala ke nizam ke, yani ke nateeje mein ho raha hai. woh na ho to woh woh intezam na chale, Allah taala ka.</w:t>
      </w:r>
    </w:p>
    <w:p>
      <w:pPr>
        <w:jc w:val="right"/>
      </w:pPr>
      <w:r>
        <w:t>وہ اللہ تعالی کے نظام کے، یعنی کے نتیجے میں ہو رہا ہے۔ وہ نہ ہو تو وہ وہ انتظام نہ چلے، اللہ تعالی کا۔</w:t>
      </w:r>
    </w:p>
    <w:p>
      <w:r>
        <w:rPr>
          <w:b/>
        </w:rPr>
        <w:t xml:space="preserve">[22:09] </w:t>
      </w:r>
      <w:r>
        <w:t>تو یہ سارے لوگ جو کوئی کہتا ہے، "problem will"، کوئی کہتا ہے، "problem injustice"، کوئی کہتا</w:t>
      </w:r>
    </w:p>
    <w:p>
      <w:pPr>
        <w:jc w:val="right"/>
      </w:pPr>
      <w:r>
        <w:t>تو یہ سارے لوگ جو کوئی کہتا ہے، "پرابلم ول"، کوئی کہتا ہے، "پرابلم ان جسٹس"، کوئی کہتا</w:t>
      </w:r>
    </w:p>
    <w:p>
      <w:r>
        <w:rPr>
          <w:b/>
        </w:rPr>
        <w:t xml:space="preserve">[22:16] </w:t>
      </w:r>
      <w:r>
        <w:t>hai, "violation of</w:t>
      </w:r>
    </w:p>
    <w:p>
      <w:pPr>
        <w:jc w:val="right"/>
      </w:pPr>
      <w:r>
        <w:t>ہے، "وائلیشن آف</w:t>
      </w:r>
    </w:p>
    <w:p>
      <w:r>
        <w:rPr>
          <w:b/>
        </w:rPr>
        <w:t xml:space="preserve">[22:19] </w:t>
      </w:r>
      <w:r>
        <w:t>rights", "violation of human rights", jitne alfaaz hain, sab sab isi liye hain ke log</w:t>
      </w:r>
    </w:p>
    <w:p>
      <w:pPr>
        <w:jc w:val="right"/>
      </w:pPr>
      <w:r>
        <w:t>رائٹس"، "وائلیشن آف ہیومن رائٹس"، جتنے الفاظ ہیں، سب سب اسی لیے ہیں کہ لوگ</w:t>
      </w:r>
    </w:p>
    <w:p>
      <w:r>
        <w:rPr>
          <w:b/>
        </w:rPr>
        <w:t xml:space="preserve">[22:27] </w:t>
      </w:r>
      <w:r>
        <w:t>creation, ke log creator ka jo naqsha hai, us ko samjhe baghair cheezon ko explain karna chahte hain.</w:t>
      </w:r>
    </w:p>
    <w:p>
      <w:pPr>
        <w:jc w:val="right"/>
      </w:pPr>
      <w:r>
        <w:t>کریشن، کہ لوگ کریٹر کا جو نقشہ ہے، اس کو سمجھے بغیر چیزوں کو ایکسپلین کرنا چاہتے ہیں۔</w:t>
      </w:r>
    </w:p>
    <w:p>
      <w:r>
        <w:rPr>
          <w:b/>
        </w:rPr>
        <w:t xml:space="preserve">[22:40] </w:t>
      </w:r>
      <w:r>
        <w:t>aur explain, yani yeh jo "problem of evil", "problem of injustice",</w:t>
      </w:r>
    </w:p>
    <w:p>
      <w:pPr>
        <w:jc w:val="right"/>
      </w:pPr>
      <w:r>
        <w:t>اور ایکسپلین، یعنی یہ جو "پرابلم آف ایول"، "پرابلم آف ان جسٹس"،</w:t>
      </w:r>
    </w:p>
    <w:p>
      <w:r>
        <w:rPr>
          <w:b/>
        </w:rPr>
        <w:t xml:space="preserve">[22:51] </w:t>
      </w:r>
      <w:r>
        <w:t>is tarah ke jitne alfaaz hain,</w:t>
      </w:r>
    </w:p>
    <w:p>
      <w:pPr>
        <w:jc w:val="right"/>
      </w:pPr>
      <w:r>
        <w:t>اس طرح کے جتنے الفاظ ہیں،</w:t>
      </w:r>
    </w:p>
    <w:p>
      <w:r>
        <w:rPr>
          <w:b/>
        </w:rPr>
        <w:t xml:space="preserve">[22:57] </w:t>
      </w:r>
      <w:r>
        <w:t>woh sab isi liye hain ke log nafs ghair mutmain bane hue hain. nafs mutmain nahin, yani chunke unhon ne creator ke, creator ke, yeh jo jo planning hai,</w:t>
      </w:r>
    </w:p>
    <w:p>
      <w:pPr>
        <w:jc w:val="right"/>
      </w:pPr>
      <w:r>
        <w:t>وہ سب اسی لیے ہیں کہ لوگ نفس غیر مطمئن بنے ہوئے ہیں۔ نفس مطمئن نہیں، یعنی چونکہ انہوں نے کریٹر کے، کریٹر کے، یہ جو جو پلاننگ ہے،</w:t>
      </w:r>
    </w:p>
    <w:p>
      <w:r>
        <w:rPr>
          <w:b/>
        </w:rPr>
        <w:t xml:space="preserve">[23:15] </w:t>
      </w:r>
      <w:r>
        <w:t>us ke lehaz se mutala nahin kiya</w:t>
      </w:r>
    </w:p>
    <w:p>
      <w:pPr>
        <w:jc w:val="right"/>
      </w:pPr>
      <w:r>
        <w:t>اس کے لحاظ سے مطالعہ نہیں کیا</w:t>
      </w:r>
    </w:p>
    <w:p>
      <w:r>
        <w:rPr>
          <w:b/>
        </w:rPr>
        <w:t xml:space="preserve">[23:18] </w:t>
      </w:r>
      <w:r>
        <w:t>, us ke lehaz se cheezon ko samajhne ki koshish nahin ki. creator ka jo scheme of things hai, us ke mutabiq janne ki koshish nahin ki. apne mind se unhon ne cheezon ko liya.</w:t>
      </w:r>
    </w:p>
    <w:p>
      <w:pPr>
        <w:jc w:val="right"/>
      </w:pPr>
      <w:r>
        <w:t>، اس کے لحاظ سے چیزوں کو سمجھنے کی کوشش نہیں کی۔ کریٹر کا جو اسکیم آف تھنگز ہے، اس کے مطابق جاننے کی کوشش نہیں کی۔ اپنے مائنڈ سے انہوں نے چیزوں کو لیا۔</w:t>
      </w:r>
    </w:p>
    <w:p>
      <w:r>
        <w:rPr>
          <w:b/>
        </w:rPr>
        <w:t xml:space="preserve">[23:30] </w:t>
      </w:r>
      <w:r>
        <w:t>unhon ne har cheez ko, history ko apne mind se liya. to kya hai? phir tension mein pad gaye, shikayat mein pad gaye, protest karne lage, yani nafs ghair mutmain ban gaye.</w:t>
      </w:r>
    </w:p>
    <w:p>
      <w:pPr>
        <w:jc w:val="right"/>
      </w:pPr>
      <w:r>
        <w:t>انہوں نے ہر چیز کو، ہسٹری کو اپنے مائنڈ سے لیا۔ تو کیا ہے؟ پھر ٹینشن میں پڑ گئے، شکایت میں پڑ گئے، پروٹیسٹ کرنے لگے، یعنی نفس غیر مطمئن بن گئے۔</w:t>
      </w:r>
    </w:p>
    <w:p>
      <w:r>
        <w:rPr>
          <w:b/>
        </w:rPr>
        <w:t xml:space="preserve">[23:45] </w:t>
      </w:r>
      <w:r>
        <w:t>to mein samajhta hoon ke nafs mutma'in jo hai, woh spiritual development ka sab se ooncha darja hai. spiritual development ka sab se ooncha darja hai ke aadmi creator ke naqsha takhleeq ko jaan le.</w:t>
      </w:r>
    </w:p>
    <w:p>
      <w:pPr>
        <w:jc w:val="right"/>
      </w:pPr>
      <w:r>
        <w:t>تو میں سمجھتا ہوں کہ نفس مطمئن جو ہے، وہ اسپیریچول ڈیویلپمنٹ کا سب سے اونچا درجہ ہے۔ اسپیریچول ڈیویلپمنٹ کا سب سے اونچا درجہ ہے کہ آدمی کریٹر کے نقشہ تخلیق کو جان لے۔</w:t>
      </w:r>
    </w:p>
    <w:p>
      <w:r>
        <w:rPr>
          <w:b/>
        </w:rPr>
        <w:t xml:space="preserve">[24:05] </w:t>
      </w:r>
      <w:r>
        <w:t>aadmi creator ke jo scheme of things hai, creator ke jo scheme of things hai, us ko samajh le.</w:t>
      </w:r>
    </w:p>
    <w:p>
      <w:pPr>
        <w:jc w:val="right"/>
      </w:pPr>
      <w:r>
        <w:t>آدمی کریٹر کے جو اسکیم آف تھنگز ہے، کریٹر کے جو اسکیم آف تھنگز ہے، اس کو سمجھ لے۔</w:t>
      </w:r>
    </w:p>
    <w:p>
      <w:r>
        <w:rPr>
          <w:b/>
        </w:rPr>
        <w:t xml:space="preserve">[24:12] </w:t>
      </w:r>
      <w:r>
        <w:t>creator kis tarah manage kar raha hai history ko, us ko samajh le.</w:t>
      </w:r>
    </w:p>
    <w:p>
      <w:pPr>
        <w:jc w:val="right"/>
      </w:pPr>
      <w:r>
        <w:t>کریٹر کس طرح مینج کر رہا ہے ہسٹری کو، اس کو سمجھ لے۔</w:t>
      </w:r>
    </w:p>
    <w:p>
      <w:r>
        <w:rPr>
          <w:b/>
        </w:rPr>
        <w:t xml:space="preserve">[24:19] </w:t>
      </w:r>
      <w:r>
        <w:t>ek lafz mein mein kahoon ga ke creator jo hai, jis tarah se woh galaxy ko manage kar raha hai, solar system ko kar raha hai, aise hi human history ko bhi kar raha hai.</w:t>
      </w:r>
    </w:p>
    <w:p>
      <w:pPr>
        <w:jc w:val="right"/>
      </w:pPr>
      <w:r>
        <w:t>ایک لفظ میں میں کہوں گا کہ کریٹر جو ہے، جس طرح سے وہ گیلیکسی کو مینج کر رہا ہے، سول سسٹم کو کر رہا ہے، ایسے ہی ہیومن ہسٹری کو بھی کر رہا ہے۔</w:t>
      </w:r>
    </w:p>
    <w:p>
      <w:r>
        <w:rPr>
          <w:b/>
        </w:rPr>
        <w:t xml:space="preserve">[24:29] </w:t>
      </w:r>
      <w:r>
        <w:t>woh yeh poori universe ko, jo jo physical universe hai, physical, us ko ke creator manage kar raha hai.</w:t>
      </w:r>
    </w:p>
    <w:p>
      <w:pPr>
        <w:jc w:val="right"/>
      </w:pPr>
      <w:r>
        <w:t>وہ یہ پوری یونیورس کو، جو جو فزیکل یونیورس ہے، فزیکل، اس کو کہ کریٹر مینج کر رہا ہے۔</w:t>
      </w:r>
    </w:p>
    <w:p>
      <w:r>
        <w:rPr>
          <w:b/>
        </w:rPr>
        <w:t xml:space="preserve">[24:39] </w:t>
      </w:r>
      <w:r>
        <w:t>is tarah se creator insaan ki history ko bhi manage kar raha hai. lekin ek farq hai, woh yeh hai ke physical universe creator ke mukammal control mein hai.</w:t>
      </w:r>
    </w:p>
    <w:p>
      <w:pPr>
        <w:jc w:val="right"/>
      </w:pPr>
      <w:r>
        <w:t>اس طرح سے کریٹر انسان کی ہسٹری کو بھی مینج کر رہا ہے۔ لیکن ایک فرق ہے، وہ یہ ہے کہ فزیکل یونیورس کریٹر کے مکمل کنٹرول میں ہے۔</w:t>
      </w:r>
    </w:p>
    <w:p>
      <w:r>
        <w:rPr>
          <w:b/>
        </w:rPr>
        <w:t xml:space="preserve">[24:57] </w:t>
      </w:r>
      <w:r>
        <w:t>physical universe jo hai, woh creator ke mukammal control mein hai. is liye wahan bilkul precision hai, precision. har cheez zero defect ke level pe chal rahi hai.</w:t>
      </w:r>
    </w:p>
    <w:p>
      <w:pPr>
        <w:jc w:val="right"/>
      </w:pPr>
      <w:r>
        <w:t>فزیکل یونیورس جو ہے، وہ کریٹر کے مکمل کنٹرول میں ہے۔ اس لیے وہاں بالکل پریزن ہے، پریزن۔ ہر چیز زیرو ڈیفیکٹ کے لیول پہ چل رہی ہے۔</w:t>
      </w:r>
    </w:p>
    <w:p>
      <w:r>
        <w:rPr>
          <w:b/>
        </w:rPr>
        <w:t xml:space="preserve">[25:11] </w:t>
      </w:r>
      <w:r>
        <w:t>zara bhi koi farq nahin. isi quran mein kaha gaya, "hal tarra min futoor",</w:t>
      </w:r>
    </w:p>
    <w:p>
      <w:pPr>
        <w:jc w:val="right"/>
      </w:pPr>
      <w:r>
        <w:t>ذرا بھی کوئی فرق نہیں۔ اسی قرآن میں کہا گیا، "حلترام فتور"،</w:t>
      </w:r>
    </w:p>
    <w:p>
      <w:r>
        <w:rPr>
          <w:b/>
        </w:rPr>
        <w:t xml:space="preserve">[25:18] </w:t>
      </w:r>
      <w:r>
        <w:t>"hal tarra min futoor" ke poori universe mein jahan bhi aap study karein, us mein ehzaan hoga. zara bhi koi futoor nahin hoga, koi defect nahin hoga.</w:t>
      </w:r>
    </w:p>
    <w:p>
      <w:pPr>
        <w:jc w:val="right"/>
      </w:pPr>
      <w:r>
        <w:t>"حلترام فتور" کہ پوری یونیورس میں جہاں بھی آپ اسٹڈی کریں، اس میں احزن ہوگا۔ ذرا بھی کوئی فتور نہیں ہوگا، کوئی ڈیفیکٹ نہیں ہوگا۔</w:t>
      </w:r>
    </w:p>
    <w:p>
      <w:r>
        <w:rPr>
          <w:b/>
        </w:rPr>
        <w:t xml:space="preserve">[25:34] </w:t>
      </w:r>
      <w:r>
        <w:t>yeh jo defect hai, woh insaan ki zindagi mein kyun</w:t>
      </w:r>
    </w:p>
    <w:p>
      <w:pPr>
        <w:jc w:val="right"/>
      </w:pPr>
      <w:r>
        <w:t>یہ جو ڈیفیکٹ ہے، وہ انسان کی زندگی میں کیوں</w:t>
      </w:r>
    </w:p>
    <w:p>
      <w:r>
        <w:rPr>
          <w:b/>
        </w:rPr>
        <w:t xml:space="preserve">[25:40] </w:t>
      </w:r>
      <w:r>
        <w:t>? freedom ki wajah se. kyun ke insaan ko Allah ne freedom diya hai, to freedom ko istemal karna bhi us ki apni marzi se hota hai.</w:t>
      </w:r>
    </w:p>
    <w:p>
      <w:pPr>
        <w:jc w:val="right"/>
      </w:pPr>
      <w:r>
        <w:t>؟ فریڈم کی وجہ سے۔ کیونکہ انسان کو اللہ نے فریڈم دیا ہے، تو فریڈم کو استعمال کرنا بھی اس کی اپنی مرضی سے ہوتا ہے۔</w:t>
      </w:r>
    </w:p>
    <w:p>
      <w:r>
        <w:rPr>
          <w:b/>
        </w:rPr>
        <w:t xml:space="preserve">[25:51] </w:t>
      </w:r>
      <w:r>
        <w:t>to mein karoon ga apne lihaaz se, to aap ko theek nahin parre ga. aap kahein ge apne lihaaz se, to mujhe theek nahin parre ga. to mein keh doon ga ke yeh injustice hai, yeh to evil hai, yeh to human rights ka violation hai.</w:t>
      </w:r>
    </w:p>
    <w:p>
      <w:pPr>
        <w:jc w:val="right"/>
      </w:pPr>
      <w:r>
        <w:t>تو میں کروں گا اپنے لحاظ سے، تو آپ کو ٹھیک نہیں پڑے گا۔ آپ کہیں گے اپنے لحاظ سے، تو مجھے ٹھیک نہیں پڑے گا۔ تو میں کہہ دوں گا کہ یہ ان جسٹس ہے، یہ تو ایول ہے، یہ تو ہیومن رائٹس کا وائلیشن ہے۔</w:t>
      </w:r>
    </w:p>
    <w:p>
      <w:r>
        <w:rPr>
          <w:b/>
        </w:rPr>
        <w:t xml:space="preserve">[26:08] </w:t>
      </w:r>
      <w:r>
        <w:t>aisa nahin hai. yeh</w:t>
      </w:r>
    </w:p>
    <w:p>
      <w:pPr>
        <w:jc w:val="right"/>
      </w:pPr>
      <w:r>
        <w:t>ایسا نہیں ہے۔ یہ</w:t>
      </w:r>
    </w:p>
    <w:p>
      <w:r>
        <w:rPr>
          <w:b/>
        </w:rPr>
        <w:t xml:space="preserve">[26:12] </w:t>
      </w:r>
      <w:r>
        <w:t>is maslehat ko samjhiye, jis maslehat ke tehat creator ne insaan ko azaadi di hai, tab yeh baat samajh aaye gi.</w:t>
      </w:r>
    </w:p>
    <w:p>
      <w:pPr>
        <w:jc w:val="right"/>
      </w:pPr>
      <w:r>
        <w:t>اس مصلحت کو سمجھیے، جس مصلحت کے تحت کریٹر نے انسان کو آزادی دی ہے، تب یہ بات سمجھ آئے گی۔</w:t>
      </w:r>
    </w:p>
    <w:p>
      <w:r>
        <w:rPr>
          <w:b/>
        </w:rPr>
        <w:t xml:space="preserve">[26:22] </w:t>
      </w:r>
      <w:r>
        <w:t>achha, azaadi kyun di hai? insaan ko azaadi kyun di hai? Allah taala ko chahiye aise insaan jo self discovered truth ki satah pe jiyein.</w:t>
      </w:r>
    </w:p>
    <w:p>
      <w:pPr>
        <w:jc w:val="right"/>
      </w:pPr>
      <w:r>
        <w:t>اچھا، آزادی کیوں دی ہے؟ انسان کو آزادی کیوں دی ہے؟ اللہ تعالی کو چاہیے ایسے انسان جو سیلف ڈسکورڈ ٹروتھ کی سطح پر جیئیں۔</w:t>
      </w:r>
    </w:p>
    <w:p>
      <w:r>
        <w:rPr>
          <w:b/>
        </w:rPr>
        <w:t xml:space="preserve">[26:37] </w:t>
      </w:r>
      <w:r>
        <w:t>self discovered faith, self discovered,</w:t>
      </w:r>
    </w:p>
    <w:p>
      <w:pPr>
        <w:jc w:val="right"/>
      </w:pPr>
      <w:r>
        <w:t>سیلف ڈسکورڈ فیتھ، سیلف ڈسکورڈ،</w:t>
      </w:r>
    </w:p>
    <w:p>
      <w:r>
        <w:rPr>
          <w:b/>
        </w:rPr>
        <w:t xml:space="preserve">[26:45] </w:t>
      </w:r>
      <w:r>
        <w:t>yaani sachai, self discovered sachai ki satah</w:t>
      </w:r>
    </w:p>
    <w:p>
      <w:pPr>
        <w:jc w:val="right"/>
      </w:pPr>
      <w:r>
        <w:t>یعنی سچائی، سیلف ڈسکورڈ سچائی کی سطح</w:t>
      </w:r>
    </w:p>
    <w:p>
      <w:r>
        <w:rPr>
          <w:b/>
        </w:rPr>
        <w:t xml:space="preserve">[26:49] </w:t>
      </w:r>
      <w:r>
        <w:t>pe jiyein. khud daryaft karein, khud apni aqal ko istemal karein. inhi logon ke liye jannat hai. jannat in logon ke liye hai jo nafs mutma'in ki haalat mein aakhirat mein pahunchein.</w:t>
      </w:r>
    </w:p>
    <w:p>
      <w:pPr>
        <w:jc w:val="right"/>
      </w:pPr>
      <w:r>
        <w:t>پر جیئیں۔ خود دریافت کریں، خود اپنی عقل کو استعمال کریں۔ انہی لوگوں کے لیے جنت ہے۔ جنت ان لوگوں کے لیے ہے جو نفس مطمئن کی حالت میں آخرت میں پہنچیں۔</w:t>
      </w:r>
    </w:p>
    <w:p>
      <w:r>
        <w:rPr>
          <w:b/>
        </w:rPr>
        <w:t xml:space="preserve">[27:04] </w:t>
      </w:r>
      <w:r>
        <w:t>to yeh nafs mutma'in kaun hai? nafs mutma'in kaun hai? jinhone creator ke naqsha takhleeq ko discover kiya ho.</w:t>
      </w:r>
    </w:p>
    <w:p>
      <w:pPr>
        <w:jc w:val="right"/>
      </w:pPr>
      <w:r>
        <w:t>تو یہ نفس مطمئن کین ہے؟ نفس مطمئن کون ہے؟ جنہوں نے کریٹر کے نقشہ تخلیق کو ڈسکور کیا ہو۔</w:t>
      </w:r>
    </w:p>
    <w:p>
      <w:r>
        <w:rPr>
          <w:b/>
        </w:rPr>
        <w:t xml:space="preserve">[27:13] </w:t>
      </w:r>
      <w:r>
        <w:t>aur discover khud karna parta hai aap ko apni aqal ko istemal kar ke.</w:t>
      </w:r>
    </w:p>
    <w:p>
      <w:pPr>
        <w:jc w:val="right"/>
      </w:pPr>
      <w:r>
        <w:t>اور ڈسکور خود کرنا پڑتا ہے آپ کو اپنی عقل کو استعمال کر کے۔</w:t>
      </w:r>
    </w:p>
    <w:p>
      <w:r>
        <w:rPr>
          <w:b/>
        </w:rPr>
        <w:t xml:space="preserve">[27:19] </w:t>
      </w:r>
      <w:r>
        <w:t>self discovery se aata hai nafs mutma'in. aur nafs mutma'in jo hoga, woh us ki jannat hai.</w:t>
      </w:r>
    </w:p>
    <w:p>
      <w:pPr>
        <w:jc w:val="right"/>
      </w:pPr>
      <w:r>
        <w:t>سیلف ڈسکوری سے آتا ہے نفس مطمئن۔ اور نفس مطمئن جو ہوگا، وہ اس کی جنت ہے۔</w:t>
      </w:r>
    </w:p>
    <w:p>
      <w:r>
        <w:rPr>
          <w:b/>
        </w:rPr>
        <w:t xml:space="preserve">[27:27] </w:t>
      </w:r>
      <w:r>
        <w:t>to chunke Allah ne chaha ke insaan ko azaadi di hai, azaadi di, us ko aqal diya ke woh self discovered truth pe khara ho, to is ki wajah se kuch oonch neech hoga.</w:t>
      </w:r>
    </w:p>
    <w:p>
      <w:pPr>
        <w:jc w:val="right"/>
      </w:pPr>
      <w:r>
        <w:t>تو چونکہ اللہ نے چاہا کہ انسان کو آزادی دی ہے، آزادی دی، اس کو عقل دیا کہ وہ سیلف ڈسکورڈ ٹروتھ پر کھڑا ہو، تو اس کی وجہ سے کچھ اونچ نیچ ہوگا۔</w:t>
      </w:r>
    </w:p>
    <w:p>
      <w:r>
        <w:rPr>
          <w:b/>
        </w:rPr>
        <w:t xml:space="preserve">[27:40] </w:t>
      </w:r>
      <w:r>
        <w:t>kabhi mujhe, mere lihaaz se nahin theek lage ga, kabhi aap aap ke lihaaz se th</w:t>
      </w:r>
    </w:p>
    <w:p>
      <w:pPr>
        <w:jc w:val="right"/>
      </w:pPr>
      <w:r>
        <w:t>کبھی مجھے، میرے لحاظ سے نہیں ٹھیک لگے گا، کبھی آپ آپ کے لحاظ سے ٹھ</w:t>
      </w:r>
    </w:p>
    <w:p>
      <w:r>
        <w:rPr>
          <w:b/>
        </w:rPr>
        <w:t xml:space="preserve">[27:45] </w:t>
      </w:r>
      <w:r>
        <w:t>eek nahin hoga. lekin jo greater jo maslehat hai, us ke lihaaz se to sab theek hai. woh</w:t>
      </w:r>
    </w:p>
    <w:p>
      <w:pPr>
        <w:jc w:val="right"/>
      </w:pPr>
      <w:r>
        <w:t>یک نہیں ہوگا۔ لیکن جو گریٹر جو مصلحت ہے، اس کے لحاظ سے تو سب ٹھیک ہے۔ وہ</w:t>
      </w:r>
    </w:p>
    <w:p>
      <w:r>
        <w:rPr>
          <w:b/>
        </w:rPr>
        <w:t xml:space="preserve">[27:57] </w:t>
      </w:r>
      <w:r>
        <w:t>to yeh insaan ki apni samajhne ki ghalti hai ke woh kehta hai ke human rights ka violation. dekhiye, jis ko kehte hain human rights ka violation, woh kya hai?</w:t>
      </w:r>
    </w:p>
    <w:p>
      <w:pPr>
        <w:jc w:val="right"/>
      </w:pPr>
      <w:r>
        <w:t>تو یہ انسان کی اپنی سمجھنے کی غلطی ہے کہ وہ کہتا ہے کہ ہیومن رائٹس کا وائلیشن۔ دیکھیے، جس کو کہتے ہیں ہیومن رائٹس کا وائلیشن، وہ کیا ہے؟</w:t>
      </w:r>
    </w:p>
    <w:p>
      <w:r>
        <w:rPr>
          <w:b/>
        </w:rPr>
        <w:t xml:space="preserve">[28:11] </w:t>
      </w:r>
      <w:r>
        <w:t>woh yeh hai ke aik insaan</w:t>
      </w:r>
    </w:p>
    <w:p>
      <w:pPr>
        <w:jc w:val="right"/>
      </w:pPr>
      <w:r>
        <w:t>وہ یہ ہے کہ ایک انسان</w:t>
      </w:r>
    </w:p>
    <w:p>
      <w:r>
        <w:rPr>
          <w:b/>
        </w:rPr>
        <w:t xml:space="preserve">[28:15] </w:t>
      </w:r>
      <w:r>
        <w:t>competition mein kamzor par gaya. competition ke jo mahol tha, us mein woh kamzor par gaya. toh kya hua ke us ko kahin laga ke mujhe, mujhe nahi mila jo maine chaha tha, woh nahi mila mujh ko.</w:t>
      </w:r>
    </w:p>
    <w:p>
      <w:pPr>
        <w:jc w:val="right"/>
      </w:pPr>
      <w:r>
        <w:t>کمپیٹیشن میں کمزور پڑ گیا۔ کمپیٹیشن کے جو ماحول تھا، اس میں وہ کمزور پڑ گیا۔ تو کیا ہوا کہ اس کو کہیں لگا کہ مجھے، مجھے نہیں ملا جو میں نے چاہا تھا، وہ نہیں ملا مجھ کو۔</w:t>
      </w:r>
    </w:p>
    <w:p>
      <w:r>
        <w:rPr>
          <w:b/>
        </w:rPr>
        <w:t xml:space="preserve">[28:33] </w:t>
      </w:r>
      <w:r>
        <w:t>magar woh violation nahi hai, woh aap ke liye impetus hai,</w:t>
      </w:r>
    </w:p>
    <w:p>
      <w:pPr>
        <w:jc w:val="right"/>
      </w:pPr>
      <w:r>
        <w:t>مگر وہ وائلیشن نہیں ہے، وہ آپ کے لیے ایمپیٹس ہے،</w:t>
      </w:r>
    </w:p>
    <w:p>
      <w:r>
        <w:rPr>
          <w:b/>
        </w:rPr>
        <w:t xml:space="preserve">[28:38] </w:t>
      </w:r>
      <w:r>
        <w:t>woh aap ke liye shock treatment hai, woh aap ke mind ki awakening ke liye hai, aap ke potential ko jaagna, jagane ke liye potential, taake aap ka potential jo hai,</w:t>
      </w:r>
    </w:p>
    <w:p>
      <w:pPr>
        <w:jc w:val="right"/>
      </w:pPr>
      <w:r>
        <w:t>وہ آپ کے لیے شاک ٹریٹمنٹ ہے، وہ آپ کے مائنڈ کی اویکنی کے لیے ہے، آپ کے پوٹینشل کو جاگنا، جگانے کے لیے پوٹینشل، تاکہ آپ کا پوٹینشل جو ہے،</w:t>
      </w:r>
    </w:p>
    <w:p>
      <w:r>
        <w:rPr>
          <w:b/>
        </w:rPr>
        <w:t xml:space="preserve">[28:54] </w:t>
      </w:r>
      <w:r>
        <w:t>woh jaage aur actual, actual bane.</w:t>
      </w:r>
    </w:p>
    <w:p>
      <w:pPr>
        <w:jc w:val="right"/>
      </w:pPr>
      <w:r>
        <w:t>وہ جاگے اور ایکچول، ایکچول بنے۔</w:t>
      </w:r>
    </w:p>
    <w:p>
      <w:r>
        <w:rPr>
          <w:b/>
        </w:rPr>
        <w:t xml:space="preserve">[29:00] </w:t>
      </w:r>
      <w:r>
        <w:t>toh larger sense mein jo Allah taala ki wasee tar maslehat hai,</w:t>
      </w:r>
    </w:p>
    <w:p>
      <w:pPr>
        <w:jc w:val="right"/>
      </w:pPr>
      <w:r>
        <w:t>تو لارجر سینس میں جو اللہ تعالی کی وسیع تر مصلحت ہے،</w:t>
      </w:r>
    </w:p>
    <w:p>
      <w:r>
        <w:rPr>
          <w:b/>
        </w:rPr>
        <w:t xml:space="preserve">[29:06] </w:t>
      </w:r>
      <w:r>
        <w:t>us ke lihaaz se yahan na koi human rights ka violation hai, na koi injustice hai, na koi evil hai, kuch bhi nahi. greater plan ke lihaaz se sochein aap.</w:t>
      </w:r>
    </w:p>
    <w:p>
      <w:pPr>
        <w:jc w:val="right"/>
      </w:pPr>
      <w:r>
        <w:t>اس کے لحاظ سے یہاں نہ کوئی ہیومن رائٹس کا وائلیشن ہے، نہ کوئی ان جسٹس ہے، نہ کوئی ایول ہے، کچھ بھی نہیں۔ گریٹر پلین کے لحاظ سے سوچیں آپ۔</w:t>
      </w:r>
    </w:p>
    <w:p>
      <w:r>
        <w:rPr>
          <w:b/>
        </w:rPr>
        <w:t xml:space="preserve">[29:23] </w:t>
      </w:r>
      <w:r>
        <w:t>misalan dekhiye, India ko lijiye.</w:t>
      </w:r>
    </w:p>
    <w:p>
      <w:pPr>
        <w:jc w:val="right"/>
      </w:pPr>
      <w:r>
        <w:t>مثلاً دیکھیے، انڈیا کو لیجئے۔</w:t>
      </w:r>
    </w:p>
    <w:p>
      <w:r>
        <w:rPr>
          <w:b/>
        </w:rPr>
        <w:t xml:space="preserve">[29:26] </w:t>
      </w:r>
      <w:r>
        <w:t>India mein raja log hukoomat karte thay. phir Muslim daur aaya. toh us mein meta development ka daur aaya.</w:t>
      </w:r>
    </w:p>
    <w:p>
      <w:pPr>
        <w:jc w:val="right"/>
      </w:pPr>
      <w:r>
        <w:t>انڈیا میں راجہ لوگ حکومت کرتے تھے۔ پھر مسلم دور آیا۔ تو اس میں میٹا ڈیویلپمنٹ کا دور آیا۔</w:t>
      </w:r>
    </w:p>
    <w:p>
      <w:r>
        <w:rPr>
          <w:b/>
        </w:rPr>
        <w:t xml:space="preserve">[29:37] </w:t>
      </w:r>
      <w:r>
        <w:t>woh kyunke raja log jo hain, woh stagnation un ka ho chuka tha. phir Musalmanon ke riyasaton mein stagnation aaya.</w:t>
      </w:r>
    </w:p>
    <w:p>
      <w:pPr>
        <w:jc w:val="right"/>
      </w:pPr>
      <w:r>
        <w:t>وہ کیونکہ راجہ لوگ جو ہیں، وہ اسٹیگنیشن ان کا ہو چکا تھا۔ پھر مسلمانوں کے ریاستوں میں اسٹیگنیشن آیا۔</w:t>
      </w:r>
    </w:p>
    <w:p>
      <w:r>
        <w:rPr>
          <w:b/>
        </w:rPr>
        <w:t xml:space="preserve">[29:47] </w:t>
      </w:r>
      <w:r>
        <w:t>woh jis ko kehte hain saturation point aa gaya. toh British aaye toh unhon ne India ko aag</w:t>
      </w:r>
    </w:p>
    <w:p>
      <w:pPr>
        <w:jc w:val="right"/>
      </w:pPr>
      <w:r>
        <w:t>وہ جس کو کہتے ہیں سیچوریشن پوائنٹ آ گیا۔ تو برٹش آئے تو انہوں نے انڈیا کو آگ</w:t>
      </w:r>
    </w:p>
    <w:p>
      <w:r>
        <w:rPr>
          <w:b/>
        </w:rPr>
        <w:t xml:space="preserve">[29:55] </w:t>
      </w:r>
      <w:r>
        <w:t>ay barhaya. aise aik ke baad aik log aa rahe hain. isi tareeqay se dekhiye, crusades huien.</w:t>
      </w:r>
    </w:p>
    <w:p>
      <w:pPr>
        <w:jc w:val="right"/>
      </w:pPr>
      <w:r>
        <w:t>ے بڑھایا۔ ایسے ایک کے بعد ایک لوگ آ رہے ہیں۔ اسی طریقے سے دیکھیے، کروسیڈز ہوئیں۔</w:t>
      </w:r>
    </w:p>
    <w:p>
      <w:r>
        <w:rPr>
          <w:b/>
        </w:rPr>
        <w:t xml:space="preserve">[30:04] </w:t>
      </w:r>
      <w:r>
        <w:t>crusades mein</w:t>
      </w:r>
    </w:p>
    <w:p>
      <w:pPr>
        <w:jc w:val="right"/>
      </w:pPr>
      <w:r>
        <w:t>کروسیڈز میں</w:t>
      </w:r>
    </w:p>
    <w:p>
      <w:r>
        <w:rPr>
          <w:b/>
        </w:rPr>
        <w:t xml:space="preserve">[30:09] </w:t>
      </w:r>
      <w:r>
        <w:t>Muslim hukoomatein jeet gayeen aur Christians ko humiliated defeat hui. lekin result kya nikla?</w:t>
      </w:r>
    </w:p>
    <w:p>
      <w:pPr>
        <w:jc w:val="right"/>
      </w:pPr>
      <w:r>
        <w:t>مسلم حکومتیں جیت گئیں اور کرسچنز کو ہیومیٹڈ ڈیفیٹ ہوئی۔ لیکن رزلٹ کیا نکلا؟</w:t>
      </w:r>
    </w:p>
    <w:p>
      <w:r>
        <w:rPr>
          <w:b/>
        </w:rPr>
        <w:t xml:space="preserve">[30:20] </w:t>
      </w:r>
      <w:r>
        <w:t>result nikla ke he thore dino ke baad history badal gayi.</w:t>
      </w:r>
    </w:p>
    <w:p>
      <w:pPr>
        <w:jc w:val="right"/>
      </w:pPr>
      <w:r>
        <w:t>رزلٹ نکلا کہ ہی تھوڑے دنوں کے بعد ہسٹری بدل گئی۔</w:t>
      </w:r>
    </w:p>
    <w:p>
      <w:r>
        <w:rPr>
          <w:b/>
        </w:rPr>
        <w:t xml:space="preserve">[30:25] </w:t>
      </w:r>
      <w:r>
        <w:t>Musalman jo hai, magloob ho gaye aur Christian taaqat ghaalib aa gayi. unhon ne salvation banai. Musalmanon ne insaan ki tareekh ko jitni taraqqi di thi, us se hazar guna taraqqi di Christian qomon ne.</w:t>
      </w:r>
    </w:p>
    <w:p>
      <w:pPr>
        <w:jc w:val="right"/>
      </w:pPr>
      <w:r>
        <w:t>مسلمان جو ہے، مغلوب ہو گئے اور کرسچن طاقت غالب آ گئی۔ انہوں نے سولیشن بنائی۔ مسلمانوں نے انسان کی تاریخ کو جتنی ترقی دی تھی، اس سے ہزار گنا ترقی دی کرسچن قوموں نے۔</w:t>
      </w:r>
    </w:p>
    <w:p>
      <w:r>
        <w:rPr>
          <w:b/>
        </w:rPr>
        <w:t xml:space="preserve">[30:43] </w:t>
      </w:r>
      <w:r>
        <w:t>toh agar woh yeh jo us ko aap kahein ke defeat, yeh defeat nahi thi. yeh shock treatment hota hai, yeh challenge hota hai,</w:t>
      </w:r>
    </w:p>
    <w:p>
      <w:pPr>
        <w:jc w:val="right"/>
      </w:pPr>
      <w:r>
        <w:t>تو اگر وہ یہ جو اس کو آپ کہیں کہ ڈیفیٹ، یہ ڈیفیٹ نہیں تھی۔ یہ شاک ٹریٹمنٹ ہوتا ہے، یہ چیلنج ہوتا ہے،</w:t>
      </w:r>
    </w:p>
    <w:p>
      <w:r>
        <w:rPr>
          <w:b/>
        </w:rPr>
        <w:t xml:space="preserve">[30:55] </w:t>
      </w:r>
      <w:r>
        <w:t>yeh logon ko jagana hota hai, jagana.</w:t>
      </w:r>
    </w:p>
    <w:p>
      <w:pPr>
        <w:jc w:val="right"/>
      </w:pPr>
      <w:r>
        <w:t>یہ لوگوں کو جگانا ہوتا ہے، جگانا۔</w:t>
      </w:r>
    </w:p>
    <w:p>
      <w:r>
        <w:rPr>
          <w:b/>
        </w:rPr>
        <w:t xml:space="preserve">[31:02] </w:t>
      </w:r>
      <w:r>
        <w:t>toh us ko maani ke aap jab yeh daryaft kar lein ke jis tareeqay se physical world ko Khuda precise way mein manage kar raha hai, woh is tarah history ko bhi precise way mein manage kar raha hai.</w:t>
      </w:r>
    </w:p>
    <w:p>
      <w:pPr>
        <w:jc w:val="right"/>
      </w:pPr>
      <w:r>
        <w:t>تو اس کو معنی کہ آپ جب یہ دریافت کر لیں کہ جس طریقے سے فزیکل ورلڈ کو خدا پریسائز وے میں مینج کر رہا ہے، وہ اس طرح ہسٹری کو بھی پریسائز وے میں مینج کر رہا ہے۔</w:t>
      </w:r>
    </w:p>
    <w:p>
      <w:r>
        <w:rPr>
          <w:b/>
        </w:rPr>
        <w:t xml:space="preserve">[31:17] </w:t>
      </w:r>
      <w:r>
        <w:t>jo Khuda physical world ko nihayat hi precise way mein manage kar raha hai,</w:t>
      </w:r>
    </w:p>
    <w:p>
      <w:pPr>
        <w:jc w:val="right"/>
      </w:pPr>
      <w:r>
        <w:t>جو خدا فزیکل ورلڈ کو نہایت ہی پریسائز وے میں مینج کر رہا ہے،</w:t>
      </w:r>
    </w:p>
    <w:p>
      <w:r>
        <w:rPr>
          <w:b/>
        </w:rPr>
        <w:t xml:space="preserve">[31:24] </w:t>
      </w:r>
      <w:r>
        <w:t>zero defect ke level par manage kar raha hai, aise hi insaan ki history ko bhi precise mein manage kar raha hai. lekin chunke insaan ko azaadi di gayi hai aur azaadi ko maintain karte hue management ho raha hai, use aap samajh nahi paate.</w:t>
      </w:r>
    </w:p>
    <w:p>
      <w:pPr>
        <w:jc w:val="right"/>
      </w:pPr>
      <w:r>
        <w:t>زیرو ڈیفیکٹ کے لیول پر مینج کر رہا ہے، ایسے ہی انسان کی ہسٹری کو بھی پریسائز میں مینج کر رہا ہے۔ لیکن چونکہ انسان کو آزادی دی گئی ہے اور آزادی کو مینٹین کرتے ہوئے مینجمنٹ ہو رہا ہے، اسے آپ سمجھ نہیں پاتے۔</w:t>
      </w:r>
    </w:p>
    <w:p>
      <w:r>
        <w:rPr>
          <w:b/>
        </w:rPr>
        <w:t xml:space="preserve">[31:42] </w:t>
      </w:r>
      <w:r>
        <w:t>physical world mein koi azaadi nahi hai ya bas problem wahan nahi hai. wahan total control hai, total control hai.</w:t>
      </w:r>
    </w:p>
    <w:p>
      <w:pPr>
        <w:jc w:val="right"/>
      </w:pPr>
      <w:r>
        <w:t>فزیکل ورلڈ میں کوئی آزادی نہیں ہے یا بس پرابلم وہاں نہیں ہے۔ وہاں ٹوٹل کنٹرول ہے، ٹوٹل کنٹرول ہے۔</w:t>
      </w:r>
    </w:p>
    <w:p>
      <w:r>
        <w:rPr>
          <w:b/>
        </w:rPr>
        <w:t xml:space="preserve">[31:50] </w:t>
      </w:r>
      <w:r>
        <w:t>yahan par insaan ko azaadi hai toh insaan kabhi aisa karta hai, kabhi waisa karta hai. toh insaan ki azaadi ko maintain karte hue creator insaan ki history ko manage kar raha hai.</w:t>
      </w:r>
    </w:p>
    <w:p>
      <w:pPr>
        <w:jc w:val="right"/>
      </w:pPr>
      <w:r>
        <w:t>یہاں پر انسان کو آزادی ہے تو انسان کبھی ایسا کرتا ہے، کبھی ویسا کرتا ہے۔ تو انسان کی آزادی کو مینٹین کرتے ہوئے کریٹر انسان کی ہسٹری کو مینج کر رہا ہے۔</w:t>
      </w:r>
    </w:p>
    <w:p>
      <w:r>
        <w:rPr>
          <w:b/>
        </w:rPr>
        <w:t xml:space="preserve">[32:09] </w:t>
      </w:r>
      <w:r>
        <w:t>yeh hai asal raaz. jo is raaz ko samjhe, wohi nafs mutmain hai aur usi ke liye jannat hai.</w:t>
      </w:r>
    </w:p>
    <w:p>
      <w:pPr>
        <w:jc w:val="right"/>
      </w:pPr>
      <w:r>
        <w:t>یہ ہے اصل راز۔ جو اس راز کو سمجھے، وہی نفس مطمئن ہے اور اسی کے لیے جنت ہے۔</w:t>
      </w:r>
    </w:p>
    <w:p>
      <w:r>
        <w:rPr>
          <w:b/>
        </w:rPr>
        <w:t xml:space="preserve">[32:20] </w:t>
      </w:r>
      <w:r>
        <w:t>razi marziya, yaani raazi ho kar, yaani woh woh aisa aisa insaan jab marta hai toh woh raazi ho kar marta hai.</w:t>
      </w:r>
    </w:p>
    <w:p>
      <w:pPr>
        <w:jc w:val="right"/>
      </w:pPr>
      <w:r>
        <w:t>راضی مرضیہ، یعنی راضی ہو کر، یعنی وہ وہ ایسا ایسا انسان جب مرتا ہے تو وہ راضی ہو کر مرتا ہے۔</w:t>
      </w:r>
    </w:p>
    <w:p>
      <w:r>
        <w:rPr>
          <w:b/>
        </w:rPr>
        <w:t xml:space="preserve">[32:33] </w:t>
      </w:r>
      <w:r>
        <w:t>farishtay, farishtay gawahi dete hain ke aye Allah, yeh insan woh hai jo teri takhleeq par razi tha, tere creation plan par razi tha, teri scheme of things par razi tha.</w:t>
      </w:r>
    </w:p>
    <w:p>
      <w:pPr>
        <w:jc w:val="right"/>
      </w:pPr>
      <w:r>
        <w:t>فرشتے، فرشتے گواہی دیتے ہیں کہ اے اللہ، یہ انسان وہ ہے جو تیری تخلیق پر راضی تھا، تیرے کریشن پلان پر راضی تھا، تیری اسکیم آف تھنگز پر راضی تھا۔</w:t>
      </w:r>
    </w:p>
    <w:p>
      <w:r>
        <w:rPr>
          <w:b/>
        </w:rPr>
        <w:t xml:space="preserve">[32:48] </w:t>
      </w:r>
      <w:r>
        <w:t>is ke andar jo wisdom hai, is wisdom ko is ne daryaft kar liya tha.</w:t>
      </w:r>
    </w:p>
    <w:p>
      <w:pPr>
        <w:jc w:val="right"/>
      </w:pPr>
      <w:r>
        <w:t>اس کے اندر جو وزڈم ہے، اس وزڈم کو اس نے دریافت کر لیا تھا۔</w:t>
      </w:r>
    </w:p>
    <w:p>
      <w:r>
        <w:rPr>
          <w:b/>
        </w:rPr>
        <w:t xml:space="preserve">[32:55] </w:t>
      </w:r>
      <w:r>
        <w:t>jis tarah scientist jo hai, physical world ki wisdom ko daryaft karta hai, to wahan mathematics kaam aa jati hai. Mathematics kafi hai.</w:t>
      </w:r>
    </w:p>
    <w:p>
      <w:pPr>
        <w:jc w:val="right"/>
      </w:pPr>
      <w:r>
        <w:t>جس طرح سائنٹسٹ جو ہے، فزیکل ورلڈ کی وزڈم کو دریافت کرتا ہے، تو وہاں میتھمیٹکس کام آ جاتی ہے۔ میتھمیٹکس کافی ہے۔</w:t>
      </w:r>
    </w:p>
    <w:p>
      <w:r>
        <w:rPr>
          <w:b/>
        </w:rPr>
        <w:t xml:space="preserve">[33:05] </w:t>
      </w:r>
      <w:r>
        <w:t>scientist jo hai, physical world ki wisdom ko daryaft karta hai through mathematics.</w:t>
      </w:r>
    </w:p>
    <w:p>
      <w:pPr>
        <w:jc w:val="right"/>
      </w:pPr>
      <w:r>
        <w:t>سائنٹسٹ جو ہے، فزیکل ورلڈ کی وزڈم کو دریافت کرتا ہے تھرو میتھمیٹکس۔</w:t>
      </w:r>
    </w:p>
    <w:p>
      <w:r>
        <w:rPr>
          <w:b/>
        </w:rPr>
        <w:t xml:space="preserve">[33:13] </w:t>
      </w:r>
      <w:r>
        <w:t>insan ki insan ki tareekh ko, insan ki zindagi ko aap mathematics se discover nahi kar sakte.</w:t>
      </w:r>
    </w:p>
    <w:p>
      <w:pPr>
        <w:jc w:val="right"/>
      </w:pPr>
      <w:r>
        <w:t>انسان کی انسان کی تاریخ کو، انسان کی زندگی کو آپ میتھمیٹکس سے ڈسکور نہیں کر سکتے۔</w:t>
      </w:r>
    </w:p>
    <w:p>
      <w:r>
        <w:rPr>
          <w:b/>
        </w:rPr>
        <w:t xml:space="preserve">[33:23] </w:t>
      </w:r>
      <w:r>
        <w:t>mathematics se aap explain nahi kar sakte. Koi inhone koshish ki to fail ho gaye. Jaise Karl Marx hai, Karl Marx ya Darwin inhone mathematical methods ko apply kiya insan ke upar, woh fail ho gaye.</w:t>
      </w:r>
    </w:p>
    <w:p>
      <w:pPr>
        <w:jc w:val="right"/>
      </w:pPr>
      <w:r>
        <w:t>میتھمیٹکس سے آپ ایکسپلین نہیں کر سکتے۔ کوئی انہوں نے کوشش کی تو فیل ہو گئے۔ جیسے کارل مارکس ہے، کارل مارکس یا ڈارون انہوں نے میتھمیٹیکل میتھڈز کو اپلائی کیا انسان کے اوپر، وہ فیل ہو گئے۔</w:t>
      </w:r>
    </w:p>
    <w:p>
      <w:r>
        <w:rPr>
          <w:b/>
        </w:rPr>
        <w:t xml:space="preserve">[33:42] </w:t>
      </w:r>
      <w:r>
        <w:t>mathematical method insan par apply nahi hoga. Yahan doosra method hai ke insan ki azadi ko maintain karte hue history ko manage karna</w:t>
      </w:r>
    </w:p>
    <w:p>
      <w:pPr>
        <w:jc w:val="right"/>
      </w:pPr>
      <w:r>
        <w:t>میتھمیٹیکل میتھڈ انسان پر اپلائی نہیں ہوگا۔ یہاں دوسرا میتھڈ ہے کہ انسان کی آزادی کو مینٹین کرتے ہوئے ہسٹری کو مینج کرنا</w:t>
      </w:r>
    </w:p>
    <w:p>
      <w:r>
        <w:rPr>
          <w:b/>
        </w:rPr>
        <w:t xml:space="preserve">[33:58] </w:t>
      </w:r>
      <w:r>
        <w:t>ek ek ek soche samjhe goal ki taraf.</w:t>
      </w:r>
    </w:p>
    <w:p>
      <w:pPr>
        <w:jc w:val="right"/>
      </w:pPr>
      <w:r>
        <w:t>ایک ایک ایک سوچے سمجھے گول کی طرف۔</w:t>
      </w:r>
    </w:p>
    <w:p>
      <w:r>
        <w:rPr>
          <w:b/>
        </w:rPr>
        <w:t xml:space="preserve">[34:05] </w:t>
      </w:r>
      <w:r>
        <w:t>to koi mathematical method wahan apply nahi hoga.</w:t>
      </w:r>
    </w:p>
    <w:p>
      <w:pPr>
        <w:jc w:val="right"/>
      </w:pPr>
      <w:r>
        <w:t>تو کوئی میتھمیٹیکل میتھڈ وہاں اپلائی نہیں ہوگا۔</w:t>
      </w:r>
    </w:p>
    <w:p>
      <w:r>
        <w:rPr>
          <w:b/>
        </w:rPr>
        <w:t xml:space="preserve">[34:09] </w:t>
      </w:r>
      <w:r>
        <w:t>isi liye Karl Marx fail ho gaya, mere nazdeek Darwin bhi fail ho gaya.</w:t>
      </w:r>
    </w:p>
    <w:p>
      <w:pPr>
        <w:jc w:val="right"/>
      </w:pPr>
      <w:r>
        <w:t>اسی لیے کارل مارکس فیل ہو گیا، میرے نزدیک ڈارون بھی فیل ہو گیا۔</w:t>
      </w:r>
    </w:p>
    <w:p>
      <w:r>
        <w:rPr>
          <w:b/>
        </w:rPr>
        <w:t xml:space="preserve">[34:18] </w:t>
      </w:r>
      <w:r>
        <w:t>to jo aadmi is criterion par poora utre, jo aadmi is is shart ko poora kar sake ke woh wisdom ko daryaft kar le,</w:t>
      </w:r>
    </w:p>
    <w:p>
      <w:pPr>
        <w:jc w:val="right"/>
      </w:pPr>
      <w:r>
        <w:t>تو جو آدمی اس کرائٹیرین پر پورا اترے، جو آدمی اس اس شرط کو پورا کر سکے کہ وہ وزڈم کو دریافت کر لے،</w:t>
      </w:r>
    </w:p>
    <w:p>
      <w:r>
        <w:rPr>
          <w:b/>
        </w:rPr>
        <w:t xml:space="preserve">[34:32] </w:t>
      </w:r>
      <w:r>
        <w:t>yani wisdom ka matlab main yeh kahunga ke kyun duniya mein bazahir while street of human rights hai, kyun duniya mein bazahir injustice hai, kyun duniya mein duniya mein bazahir evil hai,</w:t>
      </w:r>
    </w:p>
    <w:p>
      <w:pPr>
        <w:jc w:val="right"/>
      </w:pPr>
      <w:r>
        <w:t>یعنی وزڈم کا مطلب میں یہ کہوں گا کہ کیوں دنیا میں بظاہر وائل اسٹریٹ آف ہیومن رائٹس ہے، کیوں دنیا میں بظاہر ان جسٹس ہے، کیوں دنیا میں دنیا میں بظاہر ایول ہے،</w:t>
      </w:r>
    </w:p>
    <w:p>
      <w:r>
        <w:rPr>
          <w:b/>
        </w:rPr>
        <w:t xml:space="preserve">[34:49] </w:t>
      </w:r>
      <w:r>
        <w:t>is ko daryaft kar, is ki wisdom ko daryaft kar, is ke peeche ek wisdom hai, is ko daryaft kar le.</w:t>
      </w:r>
    </w:p>
    <w:p>
      <w:pPr>
        <w:jc w:val="right"/>
      </w:pPr>
      <w:r>
        <w:t>اس کو دریافت کر، اس کی وزڈم کو دریافت کر، اس کے پیچھے ایک وزڈم ہے، اس کو دریافت کر لے۔</w:t>
      </w:r>
    </w:p>
    <w:p>
      <w:r>
        <w:rPr>
          <w:b/>
        </w:rPr>
        <w:t xml:space="preserve">[34:57] </w:t>
      </w:r>
      <w:r>
        <w:t>yeh yeh ek evil nahi hai, yeh yeh injustice nahi hai, yeh</w:t>
      </w:r>
    </w:p>
    <w:p>
      <w:pPr>
        <w:jc w:val="right"/>
      </w:pPr>
      <w:r>
        <w:t>یہ یہ ایک ایول نہیں ہے، یہ یہ ان جسٹس نہیں ہے، یہ</w:t>
      </w:r>
    </w:p>
    <w:p>
      <w:r>
        <w:rPr>
          <w:b/>
        </w:rPr>
        <w:t xml:space="preserve">[35:03] </w:t>
      </w:r>
      <w:r>
        <w:t>yeh while street of human rights nahi hai, yeh apparently it is, but in fact it is not.</w:t>
      </w:r>
    </w:p>
    <w:p>
      <w:pPr>
        <w:jc w:val="right"/>
      </w:pPr>
      <w:r>
        <w:t>یہ وائل اسٹریٹ آف ہیومن رائٹس نہیں ہے، یہ اپیرنٹلی اٹ از، بٹ ان فیکٹ اٹ از ناٹ۔</w:t>
      </w:r>
    </w:p>
    <w:p>
      <w:r>
        <w:rPr>
          <w:b/>
        </w:rPr>
        <w:t xml:space="preserve">[35:16] </w:t>
      </w:r>
      <w:r>
        <w:t>to jo jis jo apne aap apne intellectual, apne apne mind ko itna zyada develop kare ke woh is wisdom tak pahunch jaye,</w:t>
      </w:r>
    </w:p>
    <w:p>
      <w:pPr>
        <w:jc w:val="right"/>
      </w:pPr>
      <w:r>
        <w:t>تو جو جس جو اپنے آپ اپنے انٹلیکچول، اپنے اپنے مائنڈ کو اتنا زیادہ ڈیولپ کرے کہ وہ اس وزڈم تک پہنچ جائے،</w:t>
      </w:r>
    </w:p>
    <w:p>
      <w:r>
        <w:rPr>
          <w:b/>
        </w:rPr>
        <w:t xml:space="preserve">[35:30] </w:t>
      </w:r>
      <w:r>
        <w:t>yani bohat woh is wisdom tak pahunchne ke liye aap ko bohat cheezon ko eliminate karna parta hai. Bohat cheezon ko jab eliminate karenge, aap tab ja kar aap aap is wisdom tak pahunchenge,</w:t>
      </w:r>
    </w:p>
    <w:p>
      <w:pPr>
        <w:jc w:val="right"/>
      </w:pPr>
      <w:r>
        <w:t>یعنی بہت وہ اس وزڈم تک پہنچنے کے لیے آپ کو بہت چیزوں کو ایلیمینیٹ کرنا پڑتا ہے۔ بہت چیزوں کو جب ایلیمینیٹ کریں گے، آپ تب جا کر آپ آپ اس وزڈم تک پہنچیں گے،</w:t>
      </w:r>
    </w:p>
    <w:p>
      <w:r>
        <w:rPr>
          <w:b/>
        </w:rPr>
        <w:t xml:space="preserve">[35:43] </w:t>
      </w:r>
      <w:r>
        <w:t>nahi to itak kar reh jayenge.</w:t>
      </w:r>
    </w:p>
    <w:p>
      <w:pPr>
        <w:jc w:val="right"/>
      </w:pPr>
      <w:r>
        <w:t>نہیں تو اٹک کر رہ جائیں گے۔</w:t>
      </w:r>
    </w:p>
    <w:p>
      <w:r>
        <w:rPr>
          <w:b/>
        </w:rPr>
        <w:t xml:space="preserve">[35:51] </w:t>
      </w:r>
      <w:r>
        <w:t>yeh matlab hai nafs mutmain ka.</w:t>
      </w:r>
    </w:p>
    <w:p>
      <w:pPr>
        <w:jc w:val="right"/>
      </w:pPr>
      <w:r>
        <w:t>یہ مطلب ہے نفس مطمئن کا۔</w:t>
      </w:r>
    </w:p>
    <w:p>
      <w:r>
        <w:rPr>
          <w:b/>
        </w:rPr>
        <w:t xml:space="preserve">[35:58] </w:t>
      </w:r>
      <w:r>
        <w:t>ya itta nafsul mutmainnah,</w:t>
      </w:r>
    </w:p>
    <w:p>
      <w:pPr>
        <w:jc w:val="right"/>
      </w:pPr>
      <w:r>
        <w:t>یا ایت النس المطمئنہ،</w:t>
      </w:r>
    </w:p>
    <w:p>
      <w:r>
        <w:rPr>
          <w:b/>
        </w:rPr>
        <w:t xml:space="preserve">[36:01] </w:t>
      </w:r>
      <w:r>
        <w:t>aye arji rabuki radiyatan fadkhuli fi ibadi wadkhuli jannati. Yeh hai is ka matlab.</w:t>
      </w:r>
    </w:p>
    <w:p>
      <w:pPr>
        <w:jc w:val="right"/>
      </w:pPr>
      <w:r>
        <w:t>اے جی الربک راضیہ، فتخلی فی عبادی ودخلی جنتی۔ یہ ہے اس کا مطلب۔</w:t>
      </w:r>
    </w:p>
    <w:p>
      <w:r>
        <w:rPr>
          <w:b/>
        </w:rPr>
        <w:t xml:space="preserve">[36:13] </w:t>
      </w:r>
      <w:r>
        <w:t>aap dekhen tareekh mein jitne bhi nikle hain, filas paida hue hain, philosopher, reformer, educationist, sab complaint ki boli bolte hain, complaint ki boli bolte rahe hain.</w:t>
      </w:r>
    </w:p>
    <w:p>
      <w:pPr>
        <w:jc w:val="right"/>
      </w:pPr>
      <w:r>
        <w:t>آپ دیکھیں تاریخ میں جتنے بھی نکلے ہیں، فلاس پیدا ہوئے ہیں، فلاسفر، ریفارمر، ایجوکیشنسٹ، سب کمپلینٹ کی بولی بولتے ہیں، کمپلینٹ کی بولی بولتے رہے ہیں۔</w:t>
      </w:r>
    </w:p>
    <w:p>
      <w:r>
        <w:rPr>
          <w:b/>
        </w:rPr>
        <w:t xml:space="preserve">[36:28] </w:t>
      </w:r>
      <w:r>
        <w:t>sab ke sab jahan tak main janta hoon, complaint ki boli, protest ki boli, kyun</w:t>
      </w:r>
    </w:p>
    <w:p>
      <w:pPr>
        <w:jc w:val="right"/>
      </w:pPr>
      <w:r>
        <w:t>سب کے سب جہاں تک میں جانتا ہوں، کمپلینٹ کی بولی، پروٹیسٹ کی بولی، کیوں</w:t>
      </w:r>
    </w:p>
    <w:p>
      <w:r>
        <w:rPr>
          <w:b/>
        </w:rPr>
        <w:t xml:space="preserve">[36:35] </w:t>
      </w:r>
      <w:r>
        <w:t>is woh is is wisdom ko daryaft nahi kar sake jis wisdom ke tehat creator insan ki history ko manage kar raha hai.</w:t>
      </w:r>
    </w:p>
    <w:p>
      <w:pPr>
        <w:jc w:val="right"/>
      </w:pPr>
      <w:r>
        <w:t>اس وہ اس اس وزڈم کو دریافت نہیں کر سکے جس وزڈم کے تحت کریٹر انسان کی ہسٹری کو مینج کر رہا ہے۔</w:t>
      </w:r>
    </w:p>
    <w:p>
      <w:r>
        <w:rPr>
          <w:b/>
        </w:rPr>
        <w:t xml:space="preserve">[36:47] </w:t>
      </w:r>
      <w:r>
        <w:t>science science danon ne physical world ki wisdom pata kar li. Science danon ne physical world ki wisdom ko pata kar liya kyunke wahan mathematical method ab kafi hota tha.</w:t>
      </w:r>
    </w:p>
    <w:p>
      <w:pPr>
        <w:jc w:val="right"/>
      </w:pPr>
      <w:r>
        <w:t>سائنس سائنس دانوں نے فزیکل ورلڈ کی وزڈم پتہ کر لی۔ سائنس دانوں نے فزیکل ورلڈ کی وزڈم کو پتہ کر لیا کیونکہ وہاں میتھمیٹیکل میتھڈ اب کافی ہوتا تھا۔</w:t>
      </w:r>
    </w:p>
    <w:p>
      <w:r>
        <w:rPr>
          <w:b/>
        </w:rPr>
        <w:t xml:space="preserve">[37:04] </w:t>
      </w:r>
      <w:r>
        <w:t>mathematics mathematics mathematics method kafi ho raha tha lekin insani zindagi mein jo wisdom hai, us ko daryaft nahi kar sake yeh log kyunke haan woh method jahan apply nahi hota tha, nahi hota tha.</w:t>
      </w:r>
    </w:p>
    <w:p>
      <w:pPr>
        <w:jc w:val="right"/>
      </w:pPr>
      <w:r>
        <w:t>میتھ میتھ میتھیکل میتھڈ کافی ہو رہا تھا لیکن انسانی زندگی میں جو وزڈم ہے، اس کو دریافت نہیں کر سکے یہ لوگ کیونکہ ہاں وہ میتھڈ جہاں اپلائی نہیں ہوتا تھا، نہیں ہوتا تھا۔</w:t>
      </w:r>
    </w:p>
    <w:p>
      <w:r>
        <w:rPr>
          <w:b/>
        </w:rPr>
        <w:t xml:space="preserve">[37:18] </w:t>
      </w:r>
      <w:r>
        <w:t>woh method method jahan apply hota nahi tha.</w:t>
      </w:r>
    </w:p>
    <w:p>
      <w:pPr>
        <w:jc w:val="right"/>
      </w:pPr>
      <w:r>
        <w:t>وہ میتھڈ میتھڈ جہاں اپلائی ہوتا نہیں تھا۔</w:t>
      </w:r>
    </w:p>
    <w:p>
      <w:r>
        <w:rPr>
          <w:b/>
        </w:rPr>
        <w:t xml:space="preserve">[37:26] </w:t>
      </w:r>
      <w:r>
        <w:t>kuch logon ne apne zehn ke tehat har cheez ko science kehna shuru kar diya.</w:t>
      </w:r>
    </w:p>
    <w:p>
      <w:pPr>
        <w:jc w:val="right"/>
      </w:pPr>
      <w:r>
        <w:t>کچھ لوگوں نے اپنے ذہن کے تحت ہر چیز کو سائنس کہنا شروع کر دیا۔</w:t>
      </w:r>
    </w:p>
    <w:p>
      <w:r>
        <w:rPr>
          <w:b/>
        </w:rPr>
        <w:t xml:space="preserve">[37:32] </w:t>
      </w:r>
      <w:r>
        <w:t>human science, social science, political science, yeh bas science hai hi nahi. Yeh sab science jo hai, jo jo mathematical usool par chalti hai, woh alag cheez hai.</w:t>
      </w:r>
    </w:p>
    <w:p>
      <w:pPr>
        <w:jc w:val="right"/>
      </w:pPr>
      <w:r>
        <w:t>ہیومن سائنس، سوشل سائنس، پولیٹیکل سائنس، یہ بس سائنس ہے ہی نہیں۔ یہ سب سائنس جو ہے، جو جو میتھمیٹیکل اصول پر چلتی ہے، وہ الگ چیز ہے۔</w:t>
      </w:r>
    </w:p>
    <w:p>
      <w:r>
        <w:rPr>
          <w:b/>
        </w:rPr>
        <w:t xml:space="preserve">[37:45] </w:t>
      </w:r>
      <w:r>
        <w:t>woh jis ko kehte hain exact sciences. Exact sciences ke liye jo usool hai, woh yahan apply nahi hota.</w:t>
      </w:r>
    </w:p>
    <w:p>
      <w:pPr>
        <w:jc w:val="right"/>
      </w:pPr>
      <w:r>
        <w:t>وہ جس کو کہتے ہیں ایگزیکٹ سائنسز۔ ایگزیکٹ سائنسز کے لیے جو اصول ہے، وہ یہاں اپلائی نہیں ہوتا۔</w:t>
      </w:r>
    </w:p>
    <w:p>
      <w:r>
        <w:rPr>
          <w:b/>
        </w:rPr>
        <w:t xml:space="preserve">[37:55] </w:t>
      </w:r>
      <w:r>
        <w:t>toh yeh alfaaz hi galat hain mere nazdeek ke human science aur social science aur political science, yeh sab yahan science nahi hai.</w:t>
      </w:r>
    </w:p>
    <w:p>
      <w:pPr>
        <w:jc w:val="right"/>
      </w:pPr>
      <w:r>
        <w:t>تو یہ الفاظ ہی غلط ہیں میرے نزدیک کہ ہیومن سائنس اور سوشل سائنس اور پولیٹیکل سائنس، یہ سب یہاں سائنس نہیں ہے۔</w:t>
      </w:r>
    </w:p>
    <w:p>
      <w:r>
        <w:rPr>
          <w:b/>
        </w:rPr>
        <w:t xml:space="preserve">[38:04] </w:t>
      </w:r>
      <w:r>
        <w:t>yeh</w:t>
      </w:r>
    </w:p>
    <w:p>
      <w:pPr>
        <w:jc w:val="right"/>
      </w:pPr>
      <w:r>
        <w:t>یہ</w:t>
      </w:r>
    </w:p>
    <w:p>
      <w:r>
        <w:rPr>
          <w:b/>
        </w:rPr>
        <w:t xml:space="preserve">[38:10] </w:t>
      </w:r>
      <w:r>
        <w:t>kyunke yahan par wanted ke sath unwanted shamil hai, yahan negative positive ke sath negative shamil hai. Apparently wahan aisa nahi hai.</w:t>
      </w:r>
    </w:p>
    <w:p>
      <w:pPr>
        <w:jc w:val="right"/>
      </w:pPr>
      <w:r>
        <w:t>کیونکہ یہاں پر وانٹڈ کے ساتھ ان وانٹڈ شامل ہے، یہاں نیگیٹیو پازیٹیو کے ساتھ نیگیٹیو شامل ہے۔ اپیرنٹلی وہاں ایسا نہیں ہے۔</w:t>
      </w:r>
    </w:p>
    <w:p>
      <w:r>
        <w:rPr>
          <w:b/>
        </w:rPr>
        <w:t xml:space="preserve">[38:22] </w:t>
      </w:r>
      <w:r>
        <w:t>physical sciences mein aisa nahi hai. Human sciences mein aisa hai. Insan ki history mein aisa hai.</w:t>
      </w:r>
    </w:p>
    <w:p>
      <w:pPr>
        <w:jc w:val="right"/>
      </w:pPr>
      <w:r>
        <w:t>فزیکل سائنسز میں ایسا نہیں ہے۔ ہیومن سائنسز میں ایسا ہے۔ انسان کی ہسٹری میں ایسا ہے۔</w:t>
      </w:r>
    </w:p>
    <w:p>
      <w:r>
        <w:rPr>
          <w:b/>
        </w:rPr>
        <w:t xml:space="preserve">[38:36] </w:t>
      </w:r>
      <w:r>
        <w:t>jaise mujhe dekhen,</w:t>
      </w:r>
    </w:p>
    <w:p>
      <w:pPr>
        <w:jc w:val="right"/>
      </w:pPr>
      <w:r>
        <w:t>جیسے مجھے دیکھیں،</w:t>
      </w:r>
    </w:p>
    <w:p>
      <w:r>
        <w:rPr>
          <w:b/>
        </w:rPr>
        <w:t xml:space="preserve">[38:40] </w:t>
      </w:r>
      <w:r>
        <w:t>yeh aaj mein Iqbal ka ek sher mujhe yaad aya hai ke aasman ne daulat ghana tha jab barbaad ki.</w:t>
      </w:r>
    </w:p>
    <w:p>
      <w:pPr>
        <w:jc w:val="right"/>
      </w:pPr>
      <w:r>
        <w:t>یہ آج میں اقبال کا ایک شعر مجھے یاد آیا ہے کہ آسمان نے دولت غنہ تھا جب برباد کی۔</w:t>
      </w:r>
    </w:p>
    <w:p>
      <w:r>
        <w:rPr>
          <w:b/>
        </w:rPr>
        <w:t xml:space="preserve">[38:52] </w:t>
      </w:r>
      <w:r>
        <w:t>ibn badron ke dil nishad ne faryad ki,</w:t>
      </w:r>
    </w:p>
    <w:p>
      <w:pPr>
        <w:jc w:val="right"/>
      </w:pPr>
      <w:r>
        <w:t>ابن بدروں کے دل نشاد نے فریاد کی،</w:t>
      </w:r>
    </w:p>
    <w:p>
      <w:r>
        <w:rPr>
          <w:b/>
        </w:rPr>
        <w:t xml:space="preserve">[38:57] </w:t>
      </w:r>
      <w:r>
        <w:t>bad naseeb Iqbal ko bakhsha gaya matam tera. Bad naseeb Iqbal ko bakhsha gaya matam tera.</w:t>
      </w:r>
    </w:p>
    <w:p>
      <w:pPr>
        <w:jc w:val="right"/>
      </w:pPr>
      <w:r>
        <w:t>بد نصیب اقبال کو بخشا گیا ماتم تیرا۔ بد نصیب اقبال کو بخشا گیا ماتم تیرا۔</w:t>
      </w:r>
    </w:p>
    <w:p>
      <w:r>
        <w:rPr>
          <w:b/>
        </w:rPr>
        <w:t xml:space="preserve">[39:05] </w:t>
      </w:r>
      <w:r>
        <w:t>chun ja taqdeer ne woh dil ke tha woh reham tera. Yeh yeh matam kya hai? Matam yahi hai ke aap nafs mutmain nahi ban sake.</w:t>
      </w:r>
    </w:p>
    <w:p>
      <w:pPr>
        <w:jc w:val="right"/>
      </w:pPr>
      <w:r>
        <w:t>چن جا تقدیر نے وہ دل کہ تھا وہ رحم تیرا۔ یہ یہ ماتم کیا ہے؟ ماتم یہی ہے کہ آپ نفس مطمئن نہیں بن سکے۔</w:t>
      </w:r>
    </w:p>
    <w:p>
      <w:r>
        <w:rPr>
          <w:b/>
        </w:rPr>
        <w:t xml:space="preserve">[39:16] </w:t>
      </w:r>
      <w:r>
        <w:t>toh koi Dilli ki barbadi ka matam kar raha hai, koi ghana ki barbadi ka matam kar raha hai, koi Turkish empire ki barbadi ka matam kar raha hai.</w:t>
      </w:r>
    </w:p>
    <w:p>
      <w:pPr>
        <w:jc w:val="right"/>
      </w:pPr>
      <w:r>
        <w:t>تو کوئی دلی کی بربادی کا ماتم کر رہا ہے، کوئی غناتہ کی بربادی کا ماتم کر رہا ہے، کوئی ترکش ایمپائر کی بربادی کا ماتم کر رہا ہے۔</w:t>
      </w:r>
    </w:p>
    <w:p>
      <w:r>
        <w:rPr>
          <w:b/>
        </w:rPr>
        <w:t xml:space="preserve">[39:27] </w:t>
      </w:r>
      <w:r>
        <w:t>yeh kya hai ke nafs mutmain nahi ban sake? Woh</w:t>
      </w:r>
    </w:p>
    <w:p>
      <w:pPr>
        <w:jc w:val="right"/>
      </w:pPr>
      <w:r>
        <w:t>یہ کیا ہے کہ نفس مطمئن نہیں بن سکے؟ وہ</w:t>
      </w:r>
    </w:p>
    <w:p>
      <w:r>
        <w:rPr>
          <w:b/>
        </w:rPr>
        <w:t xml:space="preserve">[39:31] </w:t>
      </w:r>
      <w:r>
        <w:t>jo kuch hua tha, woh creator ki planning ke tehat hua tha, creator ke management ke tehat hua tha.</w:t>
      </w:r>
    </w:p>
    <w:p>
      <w:pPr>
        <w:jc w:val="right"/>
      </w:pPr>
      <w:r>
        <w:t>جو کچھ ہوا تھا، وہ کریٹر کی پلاننگ کے تحت ہوا تھا، کریٹر کے مینجمنٹ کے تحت ہوا تھا۔</w:t>
      </w:r>
    </w:p>
    <w:p>
      <w:r>
        <w:rPr>
          <w:b/>
        </w:rPr>
        <w:t xml:space="preserve">[39:40] </w:t>
      </w:r>
      <w:r>
        <w:t>lekin us ko matam bana liya</w:t>
      </w:r>
    </w:p>
    <w:p>
      <w:pPr>
        <w:jc w:val="right"/>
      </w:pPr>
      <w:r>
        <w:t>لیکن اس کو ماتم بنا لیا</w:t>
      </w:r>
    </w:p>
    <w:p>
      <w:r>
        <w:rPr>
          <w:b/>
        </w:rPr>
        <w:t xml:space="preserve">[39:44] </w:t>
      </w:r>
      <w:r>
        <w:t>ke agar aisa na hota toh taraqqi ka naya daur un ko banata. Aap Turkey jaiye aur Turkey ki kitaab tareekh parhiye.</w:t>
      </w:r>
    </w:p>
    <w:p>
      <w:pPr>
        <w:jc w:val="right"/>
      </w:pPr>
      <w:r>
        <w:t>کہ اگر ایسا نہ ہوتا تو ترقی کا نیا دور ان کو بناتا۔ آپ ترکی جائیے اور ترکی کی کتاب تاریخ پڑھیے۔</w:t>
      </w:r>
    </w:p>
    <w:p>
      <w:r>
        <w:rPr>
          <w:b/>
        </w:rPr>
        <w:t xml:space="preserve">[39:52] </w:t>
      </w:r>
      <w:r>
        <w:t>aap Turkey ki khilafat mein koi taraqqi nahi ho rahi thi. Stagnation aa gaya tha</w:t>
      </w:r>
    </w:p>
    <w:p>
      <w:pPr>
        <w:jc w:val="right"/>
      </w:pPr>
      <w:r>
        <w:t>آپ ترکی کی خلافت میں کوئی ترقی نہیں ہو رہی تھی۔ اسٹیگنیشن آ گیا تھا</w:t>
      </w:r>
    </w:p>
    <w:p>
      <w:r>
        <w:rPr>
          <w:b/>
        </w:rPr>
        <w:t xml:space="preserve">[39:59] </w:t>
      </w:r>
      <w:r>
        <w:t>lekin jab Turkey khilafat tooti, aaj ka aaj jo Turkey hai, woh poori Muslim dunya ka number one mulk hai. Aaj ka Turkey jo hai, woh poori Muslim dunya ka number one mulk hai.</w:t>
      </w:r>
    </w:p>
    <w:p>
      <w:pPr>
        <w:jc w:val="right"/>
      </w:pPr>
      <w:r>
        <w:t>لیکن جب ترکی خلافت ٹوٹی، آج کا آج جو ترکی ہے، وہ پوری مسلم دنیا کا نمبر ون ملک ہے۔ آج کا ترکی جو ہے، وہ پوری مسلم دنیا کا نمبر ون ملک ہے۔</w:t>
      </w:r>
    </w:p>
    <w:p>
      <w:r>
        <w:rPr>
          <w:b/>
        </w:rPr>
        <w:t xml:space="preserve">[40:17] </w:t>
      </w:r>
      <w:r>
        <w:t>iski ek misaal yeh hai ke Turkey ke logon ne America mein bohat se school kholay hain. Abhi is safar mein mein un ke ek ek school mein gaya tha</w:t>
      </w:r>
    </w:p>
    <w:p>
      <w:pPr>
        <w:jc w:val="right"/>
      </w:pPr>
      <w:r>
        <w:t>اس کی ایک مثال یہ ہے کہ ترکی کے لوگوں نے امریکہ میں بہت سے اسکول کھولے ہیں۔ ابھی اس سفر میں میں ان کے ایک ایک اسکول میں گیا تھا</w:t>
      </w:r>
    </w:p>
    <w:p>
      <w:r>
        <w:rPr>
          <w:b/>
        </w:rPr>
        <w:t xml:space="preserve">[40:29] </w:t>
      </w:r>
      <w:r>
        <w:t>toh bohat hi high standard ke school hain, bilkul American hi standard ke, jo Turkey ke siwa koi koi Muslim mulk ne aisa nahi kar saka.</w:t>
      </w:r>
    </w:p>
    <w:p>
      <w:pPr>
        <w:jc w:val="right"/>
      </w:pPr>
      <w:r>
        <w:t>تو بہت ہی ہائی سٹینڈرڈ کے اسکول ہیں، بالکل امریکن ہی سٹینڈرڈ کے، جو ترکی کے سوا کوئی کوئی مسلم ملک نے ایسا نہیں کر سکا۔</w:t>
      </w:r>
    </w:p>
    <w:p>
      <w:r>
        <w:rPr>
          <w:b/>
        </w:rPr>
        <w:t xml:space="preserve">[40:41] </w:t>
      </w:r>
      <w:r>
        <w:t>toh agar khilafat todi na gayi hoti toh na Turkey na ubharta. Aaj ka jo modern Turkey hai, woh direct nateeja hai ke old Turkey ko Khuda ne dewal</w:t>
      </w:r>
    </w:p>
    <w:p>
      <w:pPr>
        <w:jc w:val="right"/>
      </w:pPr>
      <w:r>
        <w:t>تو اگر خلافت توڑی نہ گئی ہوتی تو نہ ترکی نہ ابھرتا۔ آج کا جو ماڈرن ترکی ہے، وہ ڈائریکٹ نتیجہ ہے کہ اولڈ ترکی کو خدا نے ڈیوال</w:t>
      </w:r>
    </w:p>
    <w:p>
      <w:r>
        <w:rPr>
          <w:b/>
        </w:rPr>
        <w:t xml:space="preserve">[40:54] </w:t>
      </w:r>
      <w:r>
        <w:t>sh kar diya. Lekin log isi ke matam kar rahe hain, isi ke matam kar rahe hain, isi ke matam kar rahe hain.</w:t>
      </w:r>
    </w:p>
    <w:p>
      <w:pPr>
        <w:jc w:val="right"/>
      </w:pPr>
      <w:r>
        <w:t>ش کر دیا۔ لیکن لوگ اسی کے ماتم کر رہے ہیں، اسی کے ماتم کر رہے ہیں، اسی کے ماتم کر رہے ہیں۔</w:t>
      </w:r>
    </w:p>
    <w:p>
      <w:r>
        <w:rPr>
          <w:b/>
        </w:rPr>
        <w:t xml:space="preserve">[41:04] </w:t>
      </w:r>
      <w:r>
        <w:t>to dekhiye,</w:t>
      </w:r>
    </w:p>
    <w:p>
      <w:pPr>
        <w:jc w:val="right"/>
      </w:pPr>
      <w:r>
        <w:t>تو دیکھیے،</w:t>
      </w:r>
    </w:p>
    <w:p>
      <w:r>
        <w:rPr>
          <w:b/>
        </w:rPr>
        <w:t xml:space="preserve">[41:09] </w:t>
      </w:r>
      <w:r>
        <w:t>log history ko explain nahi kar sake kyunke unhon ne explain karna chaha apne mindset ke mutabiq.</w:t>
      </w:r>
    </w:p>
    <w:p>
      <w:pPr>
        <w:jc w:val="right"/>
      </w:pPr>
      <w:r>
        <w:t>لوگ ہسٹری کو ایکسپلین نہیں کر سکے کیونکہ انہوں نے ایکسپلین کرنا چاہا اپنے مائنڈ سیٹ کے مطابق۔</w:t>
      </w:r>
    </w:p>
    <w:p>
      <w:r>
        <w:rPr>
          <w:b/>
        </w:rPr>
        <w:t xml:space="preserve">[41:20] </w:t>
      </w:r>
      <w:r>
        <w:t>logon ne human history ko apne mindset ke mutabiq explain karna chaha. Khuda ka jo mindset tha, us ke mutabiq nahi.</w:t>
      </w:r>
    </w:p>
    <w:p>
      <w:pPr>
        <w:jc w:val="right"/>
      </w:pPr>
      <w:r>
        <w:t>لوگوں نے ہیومن ہسٹری کو اپنے مائنڈ سیٹ کے مطابق ایکسپلین کرنا چاہا۔ خدا کا جو مائنڈ سیٹ تھا، اس کے مطابق نہیں۔</w:t>
      </w:r>
    </w:p>
    <w:p>
      <w:r>
        <w:rPr>
          <w:b/>
        </w:rPr>
        <w:t xml:space="preserve">[41:30] </w:t>
      </w:r>
      <w:r>
        <w:t>halanke is ki qilo maujood thi Quran Majeed mein. Watilka al-ayyam nadawah bin nas.</w:t>
      </w:r>
    </w:p>
    <w:p>
      <w:pPr>
        <w:jc w:val="right"/>
      </w:pPr>
      <w:r>
        <w:t>حالانکہ اس کی قلو موجود تھی قرآن مجید میں۔ وتلک الایام نداوہ بن الناس۔</w:t>
      </w:r>
    </w:p>
    <w:p>
      <w:r>
        <w:rPr>
          <w:b/>
        </w:rPr>
        <w:t xml:space="preserve">[41:38] </w:t>
      </w:r>
      <w:r>
        <w:t>Nadawah bin nas maeni kya hai? Is duniya mein competition hoga, challenge hoga. Ek jayega, doosra aayega.</w:t>
      </w:r>
    </w:p>
    <w:p>
      <w:pPr>
        <w:jc w:val="right"/>
      </w:pPr>
      <w:r>
        <w:t>نداوہ بن الناس معنی کیا ہے؟ اس دنیا میں کمپیٹیشن ہوگا، چیلنج ہوگا۔ ایک جائے گا، دوسرا آئے گا۔</w:t>
      </w:r>
    </w:p>
    <w:p>
      <w:r>
        <w:rPr>
          <w:b/>
        </w:rPr>
        <w:t xml:space="preserve">[41:46] </w:t>
      </w:r>
      <w:r>
        <w:t>Is mein kuch na kuch aisi cheezein hongi jo aap bazahir evil dikhai dengi, injustice dikhai dengi, violation dikhai dega.</w:t>
      </w:r>
    </w:p>
    <w:p>
      <w:pPr>
        <w:jc w:val="right"/>
      </w:pPr>
      <w:r>
        <w:t>اس میں کچھ نہ کچھ ایسی چیزیں ہوں گی جو آپ بظاہر ایول دکھائی دیں گی، ان جسٹس دکھائی دیں گی، وائلیشن دکھائی دے گا۔</w:t>
      </w:r>
    </w:p>
    <w:p>
      <w:r>
        <w:rPr>
          <w:b/>
        </w:rPr>
        <w:t xml:space="preserve">[41:55] </w:t>
      </w:r>
      <w:r>
        <w:t>lekin haqeeqat mein nahi, aisa nahi hoga. Wo to change ki wajah se, change lane ke liye aisa hoga, na ke kisi evil ki wajah se.</w:t>
      </w:r>
    </w:p>
    <w:p>
      <w:pPr>
        <w:jc w:val="right"/>
      </w:pPr>
      <w:r>
        <w:t>لیکن حقیقت میں نہیں، ایسا نہیں ہوگا۔ وہ تو چینج کی وجہ سے، چینج لانے کے لیے ایسا ہوگا، نہ کہ کسی ایول کی وجہ سے۔</w:t>
      </w:r>
    </w:p>
    <w:p>
      <w:r>
        <w:rPr>
          <w:b/>
        </w:rPr>
        <w:t xml:space="preserve">[42:05] </w:t>
      </w:r>
      <w:r>
        <w:t>ho</w:t>
      </w:r>
    </w:p>
    <w:p>
      <w:pPr>
        <w:jc w:val="right"/>
      </w:pPr>
      <w:r>
        <w:t>ہو</w:t>
      </w:r>
    </w:p>
    <w:p>
      <w:r>
        <w:rPr>
          <w:b/>
        </w:rPr>
        <w:t xml:space="preserve">[42:09] </w:t>
      </w:r>
      <w:r>
        <w:t>Jahan tak mein janta hoon, koi bhi Muslim thinker ya non Muslim thinker is raat ko na samajh saka,</w:t>
      </w:r>
    </w:p>
    <w:p>
      <w:pPr>
        <w:jc w:val="right"/>
      </w:pPr>
      <w:r>
        <w:t>جہاں تک میں جانتا ہوں، کوئی بھی مسلم تھنکر یا نان مسلم تھنکر اس رات کو نہ سمجھ سکا،</w:t>
      </w:r>
    </w:p>
    <w:p>
      <w:r>
        <w:rPr>
          <w:b/>
        </w:rPr>
        <w:t xml:space="preserve">[42:18] </w:t>
      </w:r>
      <w:r>
        <w:t>is raat ko nahi samajh saka. Yani jitna nakaam hai Bertrand Russell samajhne mein is raat ko, utne hi nakaam hai Iqbal bhi is raat ko samajhne mein.</w:t>
      </w:r>
    </w:p>
    <w:p>
      <w:pPr>
        <w:jc w:val="right"/>
      </w:pPr>
      <w:r>
        <w:t>اس رات کو نہیں سمجھ سکا۔ یعنی جتنا ناکام ہے برٹن رسل سمجھنے میں اس رات کو، اتنے ہی ناکام ہے اقبال بھی اس رات کو سمجھنے میں۔</w:t>
      </w:r>
    </w:p>
    <w:p>
      <w:r>
        <w:rPr>
          <w:b/>
        </w:rPr>
        <w:t xml:space="preserve">[42:30] </w:t>
      </w:r>
      <w:r>
        <w:t>Koi farq nahi hai is nakaami mein. Yani Bertrand Russell ki nakaami aur Iqbal ki nakaami dono ek hi satah ki hain kyunke wo is is qilo ko daryaft nahi kar sake jis qilo ko le kar ke wo explain karein human history ko.</w:t>
      </w:r>
    </w:p>
    <w:p>
      <w:pPr>
        <w:jc w:val="right"/>
      </w:pPr>
      <w:r>
        <w:t>کوئی فرق نہیں ہے اس ناکامی میں۔ یعنی برٹن رسل کی ناکامی اور اقبال کی ناکامی دونوں ایک ہی سطح کی ہیں کیونکہ وہ اس اس قلو کو دریافت نہیں کر سکے جس قلو کو لے کر کے وہ ایکسپلین کریں ہیومن ہسٹری کو۔</w:t>
      </w:r>
    </w:p>
    <w:p>
      <w:r>
        <w:rPr>
          <w:b/>
        </w:rPr>
        <w:t xml:space="preserve">[42:49] </w:t>
      </w:r>
      <w:r>
        <w:t>Watilka al-ayyam nadawah bin nas. Is ka matlab hai ke is duniya mein competition hoga, takrao hoga, challenge hoga. Ek jayega, doosra aayega.</w:t>
      </w:r>
    </w:p>
    <w:p>
      <w:pPr>
        <w:jc w:val="right"/>
      </w:pPr>
      <w:r>
        <w:t>وتلک الایام نداوہ بن الناس۔ اس کا مطلب ہے کہ اس دنیا میں کمپیٹیشن ہوگا، ٹکراؤ ہوگا، چیلنج ہوگا۔ ایک جائے گا، دوسرا آئے گا۔</w:t>
      </w:r>
    </w:p>
    <w:p>
      <w:r>
        <w:rPr>
          <w:b/>
        </w:rPr>
        <w:t xml:space="preserve">[43:03] </w:t>
      </w:r>
      <w:r>
        <w:t>Old blood hataya jayega, naya blood aayega. Is sab ke beech mein kuch aisa hoga jis ko tum ko dekhne mein lagega ke are ye to injustice hai, are ye to problem hai.</w:t>
      </w:r>
    </w:p>
    <w:p>
      <w:pPr>
        <w:jc w:val="right"/>
      </w:pPr>
      <w:r>
        <w:t>اولڈ بلڈ ہٹایا جائے گا، نیا بلڈ آئے گا۔ اس سب کے بیچ میں کچھ ایسا ہوگا جس کو تم کو دیکھنے میں لگے گا کہ ارے یہ تو ان جسٹس ہے، ارے یہ تو پرابلم ہے۔</w:t>
      </w:r>
    </w:p>
    <w:p>
      <w:r>
        <w:rPr>
          <w:b/>
        </w:rPr>
        <w:t xml:space="preserve">[43:13] </w:t>
      </w:r>
      <w:r>
        <w:t>Real size mein nahi hai, wo</w:t>
      </w:r>
    </w:p>
    <w:p>
      <w:pPr>
        <w:jc w:val="right"/>
      </w:pPr>
      <w:r>
        <w:t>ریئل سائز میں نہیں ہے، وہ</w:t>
      </w:r>
    </w:p>
    <w:p>
      <w:r>
        <w:rPr>
          <w:b/>
        </w:rPr>
        <w:t xml:space="preserve">[43:16] </w:t>
      </w:r>
      <w:r>
        <w:t>wo to price hai naye development ki, price hai naye change ki. Wo hoga. You have to explain it in a positive way.</w:t>
      </w:r>
    </w:p>
    <w:p>
      <w:pPr>
        <w:jc w:val="right"/>
      </w:pPr>
      <w:r>
        <w:t>وہ تو پرائس ہے نئے ڈیولپمنٹ کی، پرائس ہے نئے چینج کی۔ وہ ہوگا۔ یو ہیو ٹو ایکسپلین اٹ ان ا پازیٹیو وے۔</w:t>
      </w:r>
    </w:p>
    <w:p>
      <w:r>
        <w:rPr>
          <w:b/>
        </w:rPr>
        <w:t xml:space="preserve">[43:31] </w:t>
      </w:r>
      <w:r>
        <w:t>Nahi to kya hai? Aap jayenge shikayat mein, tension mein.</w:t>
      </w:r>
    </w:p>
    <w:p>
      <w:pPr>
        <w:jc w:val="right"/>
      </w:pPr>
      <w:r>
        <w:t>نہیں تو کیا ہے؟ آپ جائیں گے شکایت میں، ٹینشن میں۔</w:t>
      </w:r>
    </w:p>
    <w:p>
      <w:r>
        <w:rPr>
          <w:b/>
        </w:rPr>
        <w:t xml:space="preserve">[43:38] </w:t>
      </w:r>
      <w:r>
        <w:t>Aap ko tension free mind nahi milega. Sahi maenon mein aap ko spirituality nahi milegi.</w:t>
      </w:r>
    </w:p>
    <w:p>
      <w:pPr>
        <w:jc w:val="right"/>
      </w:pPr>
      <w:r>
        <w:t>آپ کو ٹینشن فری مائنڈ نہیں ملے گا۔ صحیح معنوں میں آپ کو سپریچولٹی نہیں ملے گی۔</w:t>
      </w:r>
    </w:p>
    <w:p>
      <w:r>
        <w:rPr>
          <w:b/>
        </w:rPr>
        <w:t xml:space="preserve">[43:49] </w:t>
      </w:r>
      <w:r>
        <w:t>Sahi maenon mein spiritual development aap ke andar nahi hoga.</w:t>
      </w:r>
    </w:p>
    <w:p>
      <w:pPr>
        <w:jc w:val="right"/>
      </w:pPr>
      <w:r>
        <w:t>صحیح معنوں میں سپریچول ڈیولپمنٹ آپ کے اندر نہیں ہوگا۔</w:t>
      </w:r>
    </w:p>
    <w:p>
      <w:r>
        <w:rPr>
          <w:b/>
        </w:rPr>
        <w:t xml:space="preserve">[43:56] </w:t>
      </w:r>
      <w:r>
        <w:t>Isi liye spiritual development ke liye unhon ne kya kiya ke contemplation kiye ke bajaye meditation ikhtiyar ikhtiyar kar liya.</w:t>
      </w:r>
    </w:p>
    <w:p>
      <w:pPr>
        <w:jc w:val="right"/>
      </w:pPr>
      <w:r>
        <w:t>اسی لیے سپریچول ڈیولپمنٹ کے لیے انہوں نے کیا کیا کہ کنٹمپلیشن کیے کہ بجائے میڈیٹیشن اختیار اختیار کر لیا۔</w:t>
      </w:r>
    </w:p>
    <w:p>
      <w:r>
        <w:rPr>
          <w:b/>
        </w:rPr>
        <w:t xml:space="preserve">[44:06] </w:t>
      </w:r>
      <w:r>
        <w:t>Kyunke contemplation mein aisa baatein explain nahi hoti thi. To unhon ne is ko chhod diya aur meditation karne lage.</w:t>
      </w:r>
    </w:p>
    <w:p>
      <w:pPr>
        <w:jc w:val="right"/>
      </w:pPr>
      <w:r>
        <w:t>کیونکہ کنٹمپلیشن میں ایسا باتیں ایکسپلین نہیں ہوتی تھیں۔ تو انہوں نے اس کو چھوڑ دیا اور میڈیٹیشن کرنے لگے۔</w:t>
      </w:r>
    </w:p>
    <w:p>
      <w:r>
        <w:rPr>
          <w:b/>
        </w:rPr>
        <w:t xml:space="preserve">[44:15] </w:t>
      </w:r>
      <w:r>
        <w:t>To ecstasy ke level par unhon ne peace daryaft kiya. Yani intellectual development, yani contemplation ka tareeqa yeh hai ke aap intellectual development ke level par peace daryaft karein.</w:t>
      </w:r>
    </w:p>
    <w:p>
      <w:pPr>
        <w:jc w:val="right"/>
      </w:pPr>
      <w:r>
        <w:t>تو ایکسٹیسی کے لیول پر انہوں نے پیس دریافت کیا۔ یعنی انٹلیکچول ڈیولپمنٹ، یعنی کنٹمپریشن کا طریقہ یہ ہے کہ آپ انٹلیکچول ڈیولپمنٹ کے لیول پر پیس دریافت کریں۔</w:t>
      </w:r>
    </w:p>
    <w:p>
      <w:r>
        <w:rPr>
          <w:b/>
        </w:rPr>
        <w:t xml:space="preserve">[44:30] </w:t>
      </w:r>
      <w:r>
        <w:t>To chunke wahan se feel ho rahe the, feel ho rahe the, feel ho rahe the, to logon ne ecstasy ke level par meditation ke zariye is peace daryaft karne ki koshish ki.</w:t>
      </w:r>
    </w:p>
    <w:p>
      <w:pPr>
        <w:jc w:val="right"/>
      </w:pPr>
      <w:r>
        <w:t>تو چونکہ وہاں سے فیل ہو رہے تھے، فیل ہو رہے تھے، فیل ہو رہے تھے، تو لوگوں نے ایکسٹیسی کے لیول پر میڈیٹیشن کے ذریعے اس پیس دریافت کرنے کی کوشش کی۔</w:t>
      </w:r>
    </w:p>
    <w:p>
      <w:r>
        <w:rPr>
          <w:b/>
        </w:rPr>
        <w:t xml:space="preserve">[44:43] </w:t>
      </w:r>
      <w:r>
        <w:t>That was failure.</w:t>
      </w:r>
    </w:p>
    <w:p>
      <w:pPr>
        <w:jc w:val="right"/>
      </w:pPr>
      <w:r>
        <w:t>دیٹ واز فیلیر۔</w:t>
      </w:r>
    </w:p>
    <w:p>
      <w:r>
        <w:rPr>
          <w:b/>
        </w:rPr>
        <w:t xml:space="preserve">[44:50] </w:t>
      </w:r>
      <w:r>
        <w:t>Spirituality sahi wo thi jo aap ko contemplation ke level pe mile. Yani source samajh kar ke, ghor o fikr ke zariye cheezon ko, cheezon ko reason out kar ke mile.</w:t>
      </w:r>
    </w:p>
    <w:p>
      <w:pPr>
        <w:jc w:val="right"/>
      </w:pPr>
      <w:r>
        <w:t>سپریچولٹی صحیح وہ تھی جو آپ کو کنٹمپریشن کے لیول پہ ملے۔ یعنی سورس سمجھ کر کے، غور و فکر کے ذریعے چیزوں کو، چیزوں کو ریزن آؤٹ کر کے ملے۔</w:t>
      </w:r>
    </w:p>
    <w:p>
      <w:r>
        <w:rPr>
          <w:b/>
        </w:rPr>
        <w:t xml:space="preserve">[45:01] </w:t>
      </w:r>
      <w:r>
        <w:t>Wo sahi spirituality hai. Lekin wahan fail ho gaye, explain karne nahi sake. Har jagah evil dikhai diya, injustice dikhai diya.</w:t>
      </w:r>
    </w:p>
    <w:p>
      <w:pPr>
        <w:jc w:val="right"/>
      </w:pPr>
      <w:r>
        <w:t>وہ صحیح سپریچولٹی ہے۔ لیکن وہاں فیل ہو گئے، ایکسپلین کرنے نہیں سکے۔ ہر جگہ ایول دکھائی دیا، ان جسٹس دکھائی دیا۔</w:t>
      </w:r>
    </w:p>
    <w:p>
      <w:r>
        <w:rPr>
          <w:b/>
        </w:rPr>
        <w:t xml:space="preserve">[45:11] </w:t>
      </w:r>
      <w:r>
        <w:t>to ek lower level par unhon ne chaha ke spirituality ko hasil karen.</w:t>
      </w:r>
    </w:p>
    <w:p>
      <w:pPr>
        <w:jc w:val="right"/>
      </w:pPr>
      <w:r>
        <w:t>تو ایک لوورر لیول پر انہوں نے چاہا کہ سپریچولٹی کو حاصل کریں۔</w:t>
      </w:r>
    </w:p>
    <w:p>
      <w:r>
        <w:rPr>
          <w:b/>
        </w:rPr>
        <w:t xml:space="preserve">[45:16] </w:t>
      </w:r>
      <w:r>
        <w:t>yeh lower level hai. yani meditation, murakaba. is ke nateejay mein kya mila un ko?</w:t>
      </w:r>
    </w:p>
    <w:p>
      <w:pPr>
        <w:jc w:val="right"/>
      </w:pPr>
      <w:r>
        <w:t>یہ لوورر لیور ہے۔ یعنی میڈیٹیشن، مراقبہ۔ اس کے نتیجے میں کیا ملا ان کو؟</w:t>
      </w:r>
    </w:p>
    <w:p>
      <w:r>
        <w:rPr>
          <w:b/>
        </w:rPr>
        <w:t xml:space="preserve">[45:24] </w:t>
      </w:r>
      <w:r>
        <w:t>ecstasy. yeh poori tareekh ka</w:t>
      </w:r>
    </w:p>
    <w:p>
      <w:pPr>
        <w:jc w:val="right"/>
      </w:pPr>
      <w:r>
        <w:t>ایکسٹیسی۔ یہ پوری تاریخ کا</w:t>
      </w:r>
    </w:p>
    <w:p>
      <w:r>
        <w:rPr>
          <w:b/>
        </w:rPr>
        <w:t xml:space="preserve">[45:31] </w:t>
      </w:r>
      <w:r>
        <w:t>ki picture hai.</w:t>
      </w:r>
    </w:p>
    <w:p>
      <w:pPr>
        <w:jc w:val="right"/>
      </w:pPr>
      <w:r>
        <w:t>کی پکچر ہے۔</w:t>
      </w:r>
    </w:p>
    <w:p>
      <w:r>
        <w:rPr>
          <w:b/>
        </w:rPr>
        <w:t xml:space="preserve">[45:38] </w:t>
      </w:r>
      <w:r>
        <w:t>to hamara mission yeh hai ke insaan ke andar woh intellectual development aaye jis ko quran mein nafs e mutmain kaha gaya hai.</w:t>
      </w:r>
    </w:p>
    <w:p>
      <w:pPr>
        <w:jc w:val="right"/>
      </w:pPr>
      <w:r>
        <w:t>تو ہمارا مشن یہ ہے کہ انسان کے اندر وہ انٹلیکچول ڈیولپمنٹ آئے جس کو قرآن میں نفس مطمئن کہا گیا ہے۔</w:t>
      </w:r>
    </w:p>
    <w:p>
      <w:r>
        <w:rPr>
          <w:b/>
        </w:rPr>
        <w:t xml:space="preserve">[45:51] </w:t>
      </w:r>
      <w:r>
        <w:t>yehi mission hai hamara, yehi hamara goal hai ke insaan ke andar is noiyat ka spiritual development, intellectual development laya jaye jis ko quran mein nafs e mutmain kaha gaya hai.</w:t>
      </w:r>
    </w:p>
    <w:p>
      <w:pPr>
        <w:jc w:val="right"/>
      </w:pPr>
      <w:r>
        <w:t>یہی مشن ہے ہمارا، یہی ہمارا گول ہے کہ انسان کے اندر اس نوعیت کا سپریچول ڈیولپمنٹ، انٹلیکچول ڈیولپمنٹ لایا جائے جس کو قرآن میں نفس مطمئن کہا گیا ہے۔</w:t>
      </w:r>
    </w:p>
    <w:p>
      <w:r>
        <w:rPr>
          <w:b/>
        </w:rPr>
        <w:t xml:space="preserve">[46:13] </w:t>
      </w:r>
      <w:r>
        <w:t>to meri dua hai ke Allah taala mujh ko aur aap ko tofeeq de ke hum is mission ko aage barha saken.</w:t>
      </w:r>
    </w:p>
    <w:p>
      <w:pPr>
        <w:jc w:val="right"/>
      </w:pPr>
      <w:r>
        <w:t>تو میری دعا ہے کہ اللہ تعالی مجھ کو اور آپ کو توفیق دے کہ ہم اس مشن کو آگے بڑھا سکیں۔</w:t>
      </w:r>
    </w:p>
    <w:p>
      <w:r>
        <w:rPr>
          <w:b/>
        </w:rPr>
        <w:t xml:space="preserve">[46:24] </w:t>
      </w:r>
      <w:r>
        <w:t>Allah taala ki madad se hi yeh kaam ho sakta hai. Allah taala</w:t>
      </w:r>
    </w:p>
    <w:p>
      <w:pPr>
        <w:jc w:val="right"/>
      </w:pPr>
      <w:r>
        <w:t>اللہ تعالی کی مدد سے ہی یہ کام ہو سکتا ہے۔ اللہ تعالی</w:t>
      </w:r>
    </w:p>
    <w:p>
      <w:r>
        <w:rPr>
          <w:b/>
        </w:rPr>
        <w:t xml:space="preserve">[46:31] </w:t>
      </w:r>
      <w:r>
        <w:t>hamari madad farmaye.</w:t>
      </w:r>
    </w:p>
    <w:p>
      <w:pPr>
        <w:jc w:val="right"/>
      </w:pPr>
      <w:r>
        <w:t>ہماری مدد فرمائے۔</w:t>
      </w:r>
    </w:p>
    <w:p>
      <w:r>
        <w:rPr>
          <w:b/>
        </w:rPr>
        <w:t xml:space="preserve">[46:37] </w:t>
      </w:r>
      <w:r>
        <w:t>Allah ki madad ke baghair yeh kaam shuru bhi nahi kar</w:t>
      </w:r>
    </w:p>
    <w:p>
      <w:pPr>
        <w:jc w:val="right"/>
      </w:pPr>
      <w:r>
        <w:t>اللہ کی مدد کے بغیر یہ کام شروع بھی نہیں کر</w:t>
      </w:r>
    </w:p>
    <w:p>
      <w:r>
        <w:rPr>
          <w:b/>
        </w:rPr>
        <w:t xml:space="preserve">[46:42] </w:t>
      </w:r>
      <w:r>
        <w:t>sakta aur khatme tak pahunchna to bohat door ki baat hai.</w:t>
      </w:r>
    </w:p>
    <w:p>
      <w:pPr>
        <w:jc w:val="right"/>
      </w:pPr>
      <w:r>
        <w:t>سکتا اور خاتمے تک پہنچنا تو بہت دور کی بات ہے۔</w:t>
      </w:r>
    </w:p>
    <w:p>
      <w:r>
        <w:rPr>
          <w:b/>
        </w:rPr>
        <w:t xml:space="preserve">[46:50] </w:t>
      </w:r>
      <w:r>
        <w:t>to Allah taala hamari aap ki rehnumai farmaye aur madad farmaye. Assalam o Alaikum wa Rahmatullahi.</w:t>
      </w:r>
    </w:p>
    <w:p>
      <w:pPr>
        <w:jc w:val="right"/>
      </w:pPr>
      <w:r>
        <w:t>تو اللہ تعالی ہماری آپ کی رہنمائی فرمائے اور مدد فرمائے۔ السلام علیکم ورحمۃ اللہ۔</w:t>
      </w:r>
    </w:p>
    <w:p>
      <w:r>
        <w:rPr>
          <w:b/>
        </w:rPr>
        <w:t xml:space="preserve">[47:16] </w:t>
      </w:r>
      <w:r>
        <w:t>kya keh rahe hain Maulana? un ka ek sawal yeh hai ke Islami tareekh mein organ donation ki koi misaal milti hai? organ donation hmm ki misaal koi milti hai?</w:t>
      </w:r>
    </w:p>
    <w:p>
      <w:pPr>
        <w:jc w:val="right"/>
      </w:pPr>
      <w:r>
        <w:t>کیا کہہ رہے ہیں مولانا؟ ان کا ایک سوال یہ ہے کہ اسلامی تاریخ میں ارگن ڈونیشن کی کوئی مثال ملتی ہے؟ ارگن ڈونیشن ہمم کی مثال کوئی ملتی ہے؟</w:t>
      </w:r>
    </w:p>
    <w:p>
      <w:r>
        <w:rPr>
          <w:b/>
        </w:rPr>
        <w:t xml:space="preserve">[47:25] </w:t>
      </w:r>
      <w:r>
        <w:t>acha dekhiye, unhon ne sawal kiya hai ke Islam ki tareekh mein organ donation ki koi misaal milti hai?</w:t>
      </w:r>
    </w:p>
    <w:p>
      <w:pPr>
        <w:jc w:val="right"/>
      </w:pPr>
      <w:r>
        <w:t>اچھا دیکھیے، انہوں نے سوال کیا ہے کہ اسلام کی تاریخ میں ارگن ڈونیشن کی کوئی مثال ملتی ہے؟</w:t>
      </w:r>
    </w:p>
    <w:p>
      <w:r>
        <w:rPr>
          <w:b/>
        </w:rPr>
        <w:t xml:space="preserve">[47:38] </w:t>
      </w:r>
      <w:r>
        <w:t>to dekhiye, organ donation</w:t>
      </w:r>
    </w:p>
    <w:p>
      <w:pPr>
        <w:jc w:val="right"/>
      </w:pPr>
      <w:r>
        <w:t>تو دیکھیے، ارگن ڈونیشن</w:t>
      </w:r>
    </w:p>
    <w:p>
      <w:r>
        <w:rPr>
          <w:b/>
        </w:rPr>
        <w:t xml:space="preserve">[47:43] </w:t>
      </w:r>
      <w:r>
        <w:t>yeh</w:t>
      </w:r>
    </w:p>
    <w:p>
      <w:pPr>
        <w:jc w:val="right"/>
      </w:pPr>
      <w:r>
        <w:t>یہ</w:t>
      </w:r>
    </w:p>
    <w:p>
      <w:r>
        <w:rPr>
          <w:b/>
        </w:rPr>
        <w:t xml:space="preserve">[47:48] </w:t>
      </w:r>
      <w:r>
        <w:t>25, 28 century ki medical research ka phenomenon hai. 28 century se pehle yeh research nahi hui thi.</w:t>
      </w:r>
    </w:p>
    <w:p>
      <w:pPr>
        <w:jc w:val="right"/>
      </w:pPr>
      <w:r>
        <w:t>25، 28 سینچری کی میڈیکل ریسرچ کا فیناومینا ہے۔ 28 سینچری سے پہلے یہ ریسرچ نہیں ہوئی تھی۔</w:t>
      </w:r>
    </w:p>
    <w:p>
      <w:r>
        <w:rPr>
          <w:b/>
        </w:rPr>
        <w:t xml:space="preserve">[48:02] </w:t>
      </w:r>
      <w:r>
        <w:t>yeh insaan jaanta nahi tha. jaise ke maine dekhi, yeh yeh plastic surgery hui hai. yani ek doosra khaal, skin nikaal kar ghar lagaya gaya aur woh meri body ne is ko accept kar liya aur aaj woh is ka hissa bana hua hai.</w:t>
      </w:r>
    </w:p>
    <w:p>
      <w:pPr>
        <w:jc w:val="right"/>
      </w:pPr>
      <w:r>
        <w:t>یہ انسان جانتا نہیں تھا۔ جیسے کہ میں نے دیکھی، یہ یہ پلاسٹک سرجری ہوئی ہے۔ یعنی ایک دوسرا کھال، سکن نکال کر گھر لگایا گیا اور وہ میری باڈی نے اس کو ایکسیپٹ کر لیا اور آج وہ اس کا حصہ بنا ہوا ہے۔</w:t>
      </w:r>
    </w:p>
    <w:p>
      <w:r>
        <w:rPr>
          <w:b/>
        </w:rPr>
        <w:t xml:space="preserve">[48:22] </w:t>
      </w:r>
      <w:r>
        <w:t>to insaan jaanta nahi tha pehle yeh baat</w:t>
      </w:r>
    </w:p>
    <w:p>
      <w:pPr>
        <w:jc w:val="right"/>
      </w:pPr>
      <w:r>
        <w:t>تو انسان جانتا نہیں تھا پہلے یہ بات</w:t>
      </w:r>
    </w:p>
    <w:p>
      <w:r>
        <w:rPr>
          <w:b/>
        </w:rPr>
        <w:t xml:space="preserve">[48:26] </w:t>
      </w:r>
      <w:r>
        <w:t>ke insaan ki body mein yeh salahiyat hai ke woh koi cheez donate ki jaye aur us ko woh accept kar le. yeh yeh bhi usi ki misaal hai.</w:t>
      </w:r>
    </w:p>
    <w:p>
      <w:pPr>
        <w:jc w:val="right"/>
      </w:pPr>
      <w:r>
        <w:t>کہ انسان کی باڈی میں یہ صلاحیت ہے کہ وہ کوئی چیز ڈونیٹ کی جائے اور اس کو وہ ایکسیپٹ کر لے۔ یہ یہ بھی اسی کی مثال ہے۔</w:t>
      </w:r>
    </w:p>
    <w:p>
      <w:r>
        <w:rPr>
          <w:b/>
        </w:rPr>
        <w:t xml:space="preserve">[48:36] </w:t>
      </w:r>
      <w:r>
        <w:t>donation, is donation ko accept kar liya meri body ne. to pehle yeh yeh science develop nahi hui thi.</w:t>
      </w:r>
    </w:p>
    <w:p>
      <w:pPr>
        <w:jc w:val="right"/>
      </w:pPr>
      <w:r>
        <w:t>ڈونیشن، اس ڈونیشن کو ایکسیپٹ کر لیا میری باڈی نے۔ تو پہلے یہ یہ سائنس ڈیولپ نہیں ہوئی تھی۔</w:t>
      </w:r>
    </w:p>
    <w:p>
      <w:r>
        <w:rPr>
          <w:b/>
        </w:rPr>
        <w:t xml:space="preserve">[48:47] </w:t>
      </w:r>
      <w:r>
        <w:t>to yeh yeh sawal jo hai, yeh yeh sawal bohat ziyada relevant sawal nahi hai.</w:t>
      </w:r>
    </w:p>
    <w:p>
      <w:pPr>
        <w:jc w:val="right"/>
      </w:pPr>
      <w:r>
        <w:t>تو یہ یہ سوال جو ہے، یہ یہ سوال بہت زیادہ ریلیونٹ سوال نہیں ہے۔</w:t>
      </w:r>
    </w:p>
    <w:p>
      <w:r>
        <w:rPr>
          <w:b/>
        </w:rPr>
        <w:t xml:space="preserve">[48:59] </w:t>
      </w:r>
      <w:r>
        <w:t>bohat ziyada relevant sawal nahi hai. sirf aap yeh keh sakte hain ke yeh jaiz hai ke nahi jaiz hai.</w:t>
      </w:r>
    </w:p>
    <w:p>
      <w:pPr>
        <w:jc w:val="right"/>
      </w:pPr>
      <w:r>
        <w:t>بہت زیادہ ریلیونٹ سوال نہیں ہے۔ صرف آپ یہ کہہ سکتے ہیں کہ یہ جائز ہے کہ نہیں جائز ہے۔</w:t>
      </w:r>
    </w:p>
    <w:p>
      <w:r>
        <w:rPr>
          <w:b/>
        </w:rPr>
        <w:t xml:space="preserve">[49:06] </w:t>
      </w:r>
      <w:r>
        <w:t>to bilashuba yeh</w:t>
      </w:r>
    </w:p>
    <w:p>
      <w:pPr>
        <w:jc w:val="right"/>
      </w:pPr>
      <w:r>
        <w:t>تو بلاشبہ یہ</w:t>
      </w:r>
    </w:p>
    <w:p>
      <w:r>
        <w:rPr>
          <w:b/>
        </w:rPr>
        <w:t xml:space="preserve">[49:08] </w:t>
      </w:r>
      <w:r>
        <w:t>jaiz hai. is ke jaiz hone mein koi shakk nahi hai. aur kyunke Allah taala ki jo creation hai, Allah taala ne jo potential rakha hai, potential hamari body mein, us potential ko aap actual banate hain to ayn jaiz hai.</w:t>
      </w:r>
    </w:p>
    <w:p>
      <w:pPr>
        <w:jc w:val="right"/>
      </w:pPr>
      <w:r>
        <w:t>جائز ہے۔ اس کے جائز ہونے میں کوئی شک نہیں ہے۔ اور کیونکہ اللہ تعالی کی جو کریشن ہے، اللہ تعالی نے جو پوٹینشل رکھا ہے، پوٹینشل ہماری باڈی میں، اس پوٹینشل کو آپ ایکچول بناتے ہیں تو عین جائز ہے۔</w:t>
      </w:r>
    </w:p>
    <w:p>
      <w:r>
        <w:rPr>
          <w:b/>
        </w:rPr>
        <w:t xml:space="preserve">[49:25] </w:t>
      </w:r>
      <w:r>
        <w:t>yeh is mein koi najayez hone ki baat hi nahi hai.</w:t>
      </w:r>
    </w:p>
    <w:p>
      <w:pPr>
        <w:jc w:val="right"/>
      </w:pPr>
      <w:r>
        <w:t>یہ اس میں کوئی ناجائز ہونے کی بات ہی نہیں ہے۔</w:t>
      </w:r>
    </w:p>
    <w:p>
      <w:r>
        <w:rPr>
          <w:b/>
        </w:rPr>
        <w:t xml:space="preserve">[49:32] </w:t>
      </w:r>
      <w:r>
        <w:t>jism Maulana sahib, yeh jo scan, bone, heart, valve, jo hai, eyes, kidney, sara donate kiya ja sakta hai. to phir woh us ko mayyat ko phir dafan kiya karenge?</w:t>
      </w:r>
    </w:p>
    <w:p>
      <w:pPr>
        <w:jc w:val="right"/>
      </w:pPr>
      <w:r>
        <w:t>جسم مولانا صاحب، یہ جو اسکین، بون، ہارٹ، والو، جو ہے، آئیز، کڈنی، سارا ڈونیٹ کیا جا سکتا ہے۔ تو پھر وہ اس کو میت کو پھر دفن کیا کریں گے؟</w:t>
      </w:r>
    </w:p>
    <w:p>
      <w:r>
        <w:rPr>
          <w:b/>
        </w:rPr>
        <w:t xml:space="preserve">[49:42] </w:t>
      </w:r>
      <w:r>
        <w:t>dafan jaise jihad hota tha to is mein kisi ka haath kat gaya, kisi ka paon kat gaya, kisi ka kaan kat gaya to dafan karte thay.</w:t>
      </w:r>
    </w:p>
    <w:p>
      <w:pPr>
        <w:jc w:val="right"/>
      </w:pPr>
      <w:r>
        <w:t>دفن جیسے جہاد ہوتا تھا تو اس میں کسی کا ہاتھ کٹ گیا، کسی کا پاؤں کٹ گیا، کسی کا کان کٹ گیا تو دفن کرتے تھے۔</w:t>
      </w:r>
    </w:p>
    <w:p>
      <w:r>
        <w:rPr>
          <w:b/>
        </w:rPr>
        <w:t xml:space="preserve">[49:52] </w:t>
      </w:r>
      <w:r>
        <w:t>woh woh body jo aap ko mil raha hai, woh body dafan karenge aap. yeh to nahi ke jo body bach pait se nikla hai, usi ko dafan karna hai aap ko.</w:t>
      </w:r>
    </w:p>
    <w:p>
      <w:pPr>
        <w:jc w:val="right"/>
      </w:pPr>
      <w:r>
        <w:t>وہ وہ باڈی جو آپ کو مل رہا ہے، وہ باڈی دفن کریں گے آپ۔ یہ تو نہیں کہ جو باڈی بچ پیٹ سے نکلا ہے، اسی کو دفن کرنا ہے آپ کو۔</w:t>
      </w:r>
    </w:p>
    <w:p>
      <w:r>
        <w:rPr>
          <w:b/>
        </w:rPr>
        <w:t xml:space="preserve">[50:01] </w:t>
      </w:r>
      <w:r>
        <w:t>T</w:t>
      </w:r>
    </w:p>
    <w:p>
      <w:pPr>
        <w:jc w:val="right"/>
      </w:pPr>
      <w:r>
        <w:t>ٹ</w:t>
      </w:r>
    </w:p>
    <w:p>
      <w:r>
        <w:rPr>
          <w:b/>
        </w:rPr>
        <w:t xml:space="preserve">[50:02] </w:t>
      </w:r>
      <w:r>
        <w:t>heik hai, bohat se is ko yeh to body aap jante hain ke har das saal mein body badal jata hai. dafan karne ke liye woh body rehti hai nahi aap ke paas.</w:t>
      </w:r>
    </w:p>
    <w:p>
      <w:pPr>
        <w:jc w:val="right"/>
      </w:pPr>
      <w:r>
        <w:t>ھیک ہے، بہت سے اس کو یہ تو باڈی آپ جانتے ہیں کہ ہر دس سال میں باڈی بدل جاتا ہے۔ دفن کرنے کے لیے وہ باڈی رہتی ہے نہیں آپ کے پاس۔</w:t>
      </w:r>
    </w:p>
    <w:p>
      <w:r>
        <w:rPr>
          <w:b/>
        </w:rPr>
        <w:t xml:space="preserve">[50:13] </w:t>
      </w:r>
      <w:r>
        <w:t>aap jante hain ke yeh cells hain, hamare badalte rehte hain, badalte rehte hain, badalte rehte hain. to jis body ko aap dafan dafan karte hain, woh to naya body hota hai. woh body hoti hi nahi jo paida hua tha maa ke pait se.</w:t>
      </w:r>
    </w:p>
    <w:p>
      <w:pPr>
        <w:jc w:val="right"/>
      </w:pPr>
      <w:r>
        <w:t>آپ جانتے ہیں کہ یہ سیلز ہیں، ہمارے بدلتے رہتے ہیں، بدلتے رہتے ہیں، بدلتے رہتے ہیں۔ تو جس باڈی کو آپ دفن دفن کرتے ہیں، وہ تو نیا باڈی ہوتا ہے۔ وہ باڈی ہوتی ہی نہیں جو پیدا ہوا تھا ماں کے پیٹ سے۔</w:t>
      </w:r>
    </w:p>
    <w:p>
      <w:r>
        <w:rPr>
          <w:b/>
        </w:rPr>
        <w:t xml:space="preserve">[50:25] </w:t>
      </w:r>
      <w:r>
        <w:t>to yeh koi sawal nahi hai. yeh keh rahe hain ke body disfigure ho jati hai. masla, masla samajh rahe hain. disfigure</w:t>
      </w:r>
    </w:p>
    <w:p>
      <w:pPr>
        <w:jc w:val="right"/>
      </w:pPr>
      <w:r>
        <w:t>تو یہ کوئی سوال نہیں ہے۔ یہ کہہ رہے ہیں کہ باڈی ڈسفیگر ہو جاتی ہے۔ مسئلہ، مسئلہ سمجھ رہے ہیں۔ ڈسفیگر</w:t>
      </w:r>
    </w:p>
    <w:p>
      <w:r>
        <w:rPr>
          <w:b/>
        </w:rPr>
        <w:t xml:space="preserve">[50:32] </w:t>
      </w:r>
      <w:r>
        <w:t>yani is ka yeh to kaha nahi unhon ne. yeh sawal, sawal aap ka doosra hai jo aap sahi tareeqe se kar saken. dekhiye, main batata hoon aap ko ke jo eye donation masla hai to aadmi</w:t>
      </w:r>
    </w:p>
    <w:p>
      <w:pPr>
        <w:jc w:val="right"/>
      </w:pPr>
      <w:r>
        <w:t>یعنی اس کا یہ تو کہا نہیں انہوں نے۔ یہ سوال، سوال آپ کا دوسرا ہے جو آپ صحیح طریقے سے کر سکیں۔ دیکھیے، میں بتاتا ہوں آپ کو کہ جو آئی ڈونیشن مسئلہ ہے تو آدمی</w:t>
      </w:r>
    </w:p>
    <w:p>
      <w:r>
        <w:rPr>
          <w:b/>
        </w:rPr>
        <w:t xml:space="preserve">[50:55] </w:t>
      </w:r>
      <w:r>
        <w:t>likh deta hai ke mere marne ke baad meri eye, eye jo hai, kisi ko donate kar di jaye marne ke baad.</w:t>
      </w:r>
    </w:p>
    <w:p>
      <w:pPr>
        <w:jc w:val="right"/>
      </w:pPr>
      <w:r>
        <w:t>لکھ دیتا ہے کہ میرے مرنے کے بعد میری آئی، آئی جو ہے، کسی کو ڈونیٹ کر دی جائے مرنے کے بعد۔</w:t>
      </w:r>
    </w:p>
    <w:p>
      <w:r>
        <w:rPr>
          <w:b/>
        </w:rPr>
        <w:t xml:space="preserve">[51:02] </w:t>
      </w:r>
      <w:r>
        <w:t>to is par kuch log nawaqif log eteraz karte hain ke sahib, yeh to masla hai. masla kehte hain disfigurement ko.</w:t>
      </w:r>
    </w:p>
    <w:p>
      <w:pPr>
        <w:jc w:val="right"/>
      </w:pPr>
      <w:r>
        <w:t>تو اس پر کچھ لوگ ناواقف لوگ اعتراض کرتے ہیں کہ صاحب، یہ تو مسئلہ ہے۔ مسئلہ کہتے ہیں ڈسفیگرمنٹ کو۔</w:t>
      </w:r>
    </w:p>
    <w:p>
      <w:r>
        <w:rPr>
          <w:b/>
        </w:rPr>
        <w:t xml:space="preserve">[51:14] </w:t>
      </w:r>
      <w:r>
        <w:t>to woh disfigurement hai hi nahi. woh kyunke woh nikalte hain insaan ka ke ek hissa nikalte hain, sari woh nahi, aur is mein phir fit kar dete hain plastic ka ya shishe ka</w:t>
      </w:r>
    </w:p>
    <w:p>
      <w:pPr>
        <w:jc w:val="right"/>
      </w:pPr>
      <w:r>
        <w:t>تو وہ ڈسفیگرمنٹ ہے ہی نہیں۔ وہ کیونکہ وہ نکالتے ہیں انسان کا کہ ایک حصہ نکالتے ہیں، ساری وہ نہیں، اور اس میں پھر فٹ کر دیتے ہیں پلاسٹک کا یا شیشے کا</w:t>
      </w:r>
    </w:p>
    <w:p>
      <w:r>
        <w:rPr>
          <w:b/>
        </w:rPr>
        <w:t xml:space="preserve">[51:30] </w:t>
      </w:r>
      <w:r>
        <w:t>. to dekhne mein lagta hai ke wohi wohi ab bhi hai, pehle jaisa pehla tha. to disfigurement jo hai, dekhiye, hadith mein aata hai: "inma al-awal bil-niyat".</w:t>
      </w:r>
    </w:p>
    <w:p>
      <w:pPr>
        <w:jc w:val="right"/>
      </w:pPr>
      <w:r>
        <w:t>۔ تو دیکھنے میں لگتا ہے کہ وہی وہی اب بھی ہے، پہلے جیسا پہلا تھا۔ تو ڈسفیگرمنٹ جو ہے، دیکھیے، حدیث میں آتا ہے: "انما الاوال بالنیات"۔</w:t>
      </w:r>
    </w:p>
    <w:p>
      <w:r>
        <w:rPr>
          <w:b/>
        </w:rPr>
        <w:t xml:space="preserve">[51:42] </w:t>
      </w:r>
      <w:r>
        <w:t>disfigurement hota hai kisi ki toheen karne ke liye, kisi ko zaleel karne ke liye. to disfigurement ka mani hai kisi ko zaleel karne ke liye, us ke jism ko kaat chhaat karna.</w:t>
      </w:r>
    </w:p>
    <w:p>
      <w:pPr>
        <w:jc w:val="right"/>
      </w:pPr>
      <w:r>
        <w:t>ڈسفیگرمنٹ ہوتا ہے کسی کی توہین کرنے کے لیے، کسی کو ذلیل کرنے کے لیے۔ تو ڈسفیگرمنٹ کا معنی ہے کسی کو ذلیل کرنے کے لیے، اس کے جسم کو کاٹ چھاٹ کرنا۔</w:t>
      </w:r>
    </w:p>
    <w:p>
      <w:r>
        <w:rPr>
          <w:b/>
        </w:rPr>
        <w:t xml:space="preserve">[51:56] </w:t>
      </w:r>
      <w:r>
        <w:t>yahan disfigurement is sense mein hota hi nahi, kuch bhi nahi. balkeh main to kahunga yeh marne wale ke liye ek sadqa-e-jariya hai.</w:t>
      </w:r>
    </w:p>
    <w:p>
      <w:pPr>
        <w:jc w:val="right"/>
      </w:pPr>
      <w:r>
        <w:t>یہاں ڈسفیگرمنٹ اس سینس میں ہوتا ہی نہیں، کچھ بھی نہیں۔ بلکہ میں تو کہوں گا یہ مرنے والے کے لیے ایک صدقہ جاری ہے۔</w:t>
      </w:r>
    </w:p>
    <w:p>
      <w:r>
        <w:rPr>
          <w:b/>
        </w:rPr>
        <w:t xml:space="preserve">[52:09] </w:t>
      </w:r>
      <w:r>
        <w:t>ek concept Islam mein yeh hai ke aadmi aisa kaam kare ke us ke marne ke baad bhi zindon ko us ka faida milta rahe. jis ko kehte hain Islam mein sadqa-e-jariya.</w:t>
      </w:r>
    </w:p>
    <w:p>
      <w:pPr>
        <w:jc w:val="right"/>
      </w:pPr>
      <w:r>
        <w:t>ایک کانسیپٹ اسلام میں یہ ہے کہ آدمی ایسا کام کرے کہ اس کے مرنے کے بعد بھی زندوں کو اس کا فائدہ ملتا رہے۔ جس کو کہتے ہیں اسلام میں صدقہ جاریہ۔</w:t>
      </w:r>
    </w:p>
    <w:p>
      <w:r>
        <w:rPr>
          <w:b/>
        </w:rPr>
        <w:t xml:space="preserve">[52:20] </w:t>
      </w:r>
      <w:r>
        <w:t>to yeh to best sadqa-e-jariya hai ke main jo mar gaya aur dafan ho gaya to meri aankh se koi dekh raha hai. yani mare hue insaan ki aankh se koi zinda insaan dekh raha hai.</w:t>
      </w:r>
    </w:p>
    <w:p>
      <w:pPr>
        <w:jc w:val="right"/>
      </w:pPr>
      <w:r>
        <w:t>تو یہ تو بیسٹ صدقہ جاریہ ہے کہ میں جو مر گیا اور دفن ہو گیا تو میری آنکھ سے کوئی دیکھ رہا ہے۔ یعنی مرے ہوئے انسان کی آنکھ سے کوئی زندہ انسان دیکھ رہا ہے۔</w:t>
      </w:r>
    </w:p>
    <w:p>
      <w:r>
        <w:rPr>
          <w:b/>
        </w:rPr>
        <w:t xml:space="preserve">[52:32] </w:t>
      </w:r>
      <w:r>
        <w:t>to yani sab se acha sadqa-e-jariya yeh hai. to is mein koi burai ka sawal nahi hai. yeh bohat hi acha kaam hai aur is mein sawab mein to samajhta hoon ke jo is mein donate donate kare, woh is sawab ka kaam karega.</w:t>
      </w:r>
    </w:p>
    <w:p>
      <w:pPr>
        <w:jc w:val="right"/>
      </w:pPr>
      <w:r>
        <w:t>تو یعنی سب سے اچھا صدقہ جاریہ یہ ہے۔ تو اس میں کوئی برائی کا سوال نہیں ہے۔ یہ بہت ہی اچھا کام ہے اور اس میں ثواب میں تو سمجھتا ہوں کہ جو اس میں ڈونیٹ ڈونیٹ کرے، وہ اس ثواب کا کام کرے گا۔</w:t>
      </w:r>
    </w:p>
    <w:p>
      <w:r>
        <w:rPr>
          <w:b/>
        </w:rPr>
        <w:t xml:space="preserve">[52:51] </w:t>
      </w:r>
      <w:r>
        <w:t>ek baar ek eye specialist ne mujh se kaha ke Musalman aankh dene ke liye to bohat un ko tarah tarah ke masail hain, woh dena nahi chahte hain aur lene ke liye lambi line lagaye rehte hain.</w:t>
      </w:r>
    </w:p>
    <w:p>
      <w:pPr>
        <w:jc w:val="right"/>
      </w:pPr>
      <w:r>
        <w:t>ایک بار ایک آئی سپیشلسٹ نے مجھ سے کہا کہ مسلمان آنکھ دینے کے لیے تو بہت ان کو طرح طرح کے مسائل ہیں، وہ دینا نہیں چاہتے ہیں اور لینے کے لیے لمبی لائن لگائے رہتے ہیں۔</w:t>
      </w:r>
    </w:p>
    <w:p>
      <w:r>
        <w:rPr>
          <w:b/>
        </w:rPr>
        <w:t xml:space="preserve">[53:05] </w:t>
      </w:r>
      <w:r>
        <w:t>to bohat hi is se ajeeb lagi yeh baat.</w:t>
      </w:r>
    </w:p>
    <w:p>
      <w:pPr>
        <w:jc w:val="right"/>
      </w:pPr>
      <w:r>
        <w:t>تو بہت ہی اس سے عجیب لگی یہ بات۔</w:t>
      </w:r>
    </w:p>
    <w:p>
      <w:r>
        <w:rPr>
          <w:b/>
        </w:rPr>
        <w:t xml:space="preserve">[53:10] </w:t>
      </w:r>
      <w:r>
        <w:t>kya keh rahe hain Maulana? aap yeh keh rahe hain ke ek eye specialist ne un se yeh kaha ke Musalmanon ka masla yeh hai ke woh dene ke liye to tarah tarah ke masail batate hain lekin lene ki Musalmanon ke andar lambi line hoti hai.</w:t>
      </w:r>
    </w:p>
    <w:p>
      <w:pPr>
        <w:jc w:val="right"/>
      </w:pPr>
      <w:r>
        <w:t>کیا کہہ رہے ہیں مولانا؟ آپ یہ کہہ رہے ہیں کہ ایک آئی سپیشلسٹ نے ان سے یہ کہا کہ مسلمانوں کا مسئلہ یہ ہے کہ وہ دینے کے لیے تو طرح طرح کے مسائل بتاتے ہیں لیکن لینے کی مسلمانوں کے اندر لمبی لائن ہوتی ہے۔</w:t>
      </w:r>
    </w:p>
    <w:p>
      <w:r>
        <w:rPr>
          <w:b/>
        </w:rPr>
        <w:t xml:space="preserve">[53:22] </w:t>
      </w:r>
      <w:r>
        <w:t>dekhiye, yeh to munaafiqat hai. munaafiqat hai</w:t>
      </w:r>
    </w:p>
    <w:p>
      <w:pPr>
        <w:jc w:val="right"/>
      </w:pPr>
      <w:r>
        <w:t>دیکھیے، یہ تو منافقت ہے۔ منافقت ہے</w:t>
      </w:r>
    </w:p>
    <w:p>
      <w:r>
        <w:rPr>
          <w:b/>
        </w:rPr>
        <w:t xml:space="preserve">[53:29] </w:t>
      </w:r>
      <w:r>
        <w:t>lene ke liye lambi line hai aur dene ke liye nahi. yeh to munaafiqat hai. yeh yeh Islam nahi hai. yeh Islam nahi hai.</w:t>
      </w:r>
    </w:p>
    <w:p>
      <w:pPr>
        <w:jc w:val="right"/>
      </w:pPr>
      <w:r>
        <w:t>لینے کے لیے لمبی لائن ہے اور دینے کے لیے نہیں۔ یہ تو منافقت ہے۔ یہ یہ اسلام نہیں ہے۔ یہ اسلام نہیں ہے۔</w:t>
      </w:r>
    </w:p>
    <w:p>
      <w:r>
        <w:rPr>
          <w:b/>
        </w:rPr>
        <w:t xml:space="preserve">[53:40] </w:t>
      </w:r>
      <w:r>
        <w:t>aur bataiye Maulana, aaj ke aaj ke topic mein jo aap ne nafs-e-mutmainnah par bataya to yeh nafs-e-mutmainnah jo Quran mein kaha gaya hai, woh bohat hi mysterious tha Maulana mere liye.</w:t>
      </w:r>
    </w:p>
    <w:p>
      <w:pPr>
        <w:jc w:val="right"/>
      </w:pPr>
      <w:r>
        <w:t>اور بتائیے مولانا، آج کے آج کے ٹاپک میں جو آپ نے نفس مطمئنہ پر بتایا تو یہ نفس مطمئنہ جو قرآن میں کہا گیا ہے، وہ بہت ہی مسٹیریس تھا مولانا میرے لیے۔</w:t>
      </w:r>
    </w:p>
    <w:p>
      <w:r>
        <w:rPr>
          <w:b/>
        </w:rPr>
        <w:t xml:space="preserve">[53:53] </w:t>
      </w:r>
      <w:r>
        <w:t>lekin aaj bohat achi tarah explain ho gaya ke nafs-e-mutmainnah yeh hai ke divine wisdom ko daryaft kiya jaye zindagi mein.</w:t>
      </w:r>
    </w:p>
    <w:p>
      <w:pPr>
        <w:jc w:val="right"/>
      </w:pPr>
      <w:r>
        <w:t>لیکن آج بہت اچھی طرح ایکسپلین ہو گیا کہ نفس مطمئنہ یہ ہے کہ ڈیوائن وزڈم کو دریافت کیا جائے زندگی میں۔</w:t>
      </w:r>
    </w:p>
    <w:p>
      <w:r>
        <w:rPr>
          <w:b/>
        </w:rPr>
        <w:t xml:space="preserve">[54:02] </w:t>
      </w:r>
      <w:r>
        <w:t>to aise hi aadmi ko itminan hasil hota hai aur woh insaan jannat ka mustahiq hota hai. yeh bohat bari baat jo mujhe aaj clear hui.</w:t>
      </w:r>
    </w:p>
    <w:p>
      <w:pPr>
        <w:jc w:val="right"/>
      </w:pPr>
      <w:r>
        <w:t>تو ایسے ہی آدمی کو اطمینان حاصل ہوتا ہے اور وہ انسان جنت کا مستحق ہوتا ہے۔ یہ بہت بڑی بات جو مجھے آج کلیئر ہوئی۔</w:t>
      </w:r>
    </w:p>
    <w:p>
      <w:r>
        <w:rPr>
          <w:b/>
        </w:rPr>
        <w:t xml:space="preserve">[54:12] </w:t>
      </w:r>
      <w:r>
        <w:t>masha allah! kyunke insaan dekhiye, mutma'in is waqt hota hai jab ke woh kisi cheez ko reason out kar le.</w:t>
      </w:r>
    </w:p>
    <w:p>
      <w:pPr>
        <w:jc w:val="right"/>
      </w:pPr>
      <w:r>
        <w:t>ماشاءاللہ! کیونکہ انسان دیکھیے، مطمئن اس وقت ہوتا ہے جب کہ وہ کسی چیز کو ریزن آؤٹ کر لے۔</w:t>
      </w:r>
    </w:p>
    <w:p>
      <w:r>
        <w:rPr>
          <w:b/>
        </w:rPr>
        <w:t xml:space="preserve">[54:23] </w:t>
      </w:r>
      <w:r>
        <w:t>jab tak reason out nahi karega, tab to mutma'in nahi ho sakta.</w:t>
      </w:r>
    </w:p>
    <w:p>
      <w:pPr>
        <w:jc w:val="right"/>
      </w:pPr>
      <w:r>
        <w:t>جب تک ریزن آؤٹ نہیں کرے گا، تب تو مطمئن نہیں ہو سکتا۔</w:t>
      </w:r>
    </w:p>
    <w:p>
      <w:r>
        <w:rPr>
          <w:b/>
        </w:rPr>
        <w:t xml:space="preserve">[54:27] </w:t>
      </w:r>
      <w:r>
        <w:t>to nafs mutma'in jo hota hai, woh poori universe ko reason out karta hai. ek chote se waqe'e ko nahi.</w:t>
      </w:r>
    </w:p>
    <w:p>
      <w:pPr>
        <w:jc w:val="right"/>
      </w:pPr>
      <w:r>
        <w:t>تو نفس مطمئن جو ہوتا ہے، وہ پوری یونیورس کو ریزن آؤٹ کرتا ہے۔ ایک چھوٹے سے واقعے کو نہیں۔</w:t>
      </w:r>
    </w:p>
    <w:p>
      <w:r>
        <w:rPr>
          <w:b/>
        </w:rPr>
        <w:t xml:space="preserve">[54:37] </w:t>
      </w:r>
      <w:r>
        <w:t>yeh to har aadmi jaanta hai ke insaan ke liye zaroori hai ke woh mutma'in hone ke liye ke woh kisi cheez ko reason out kar le.</w:t>
      </w:r>
    </w:p>
    <w:p>
      <w:pPr>
        <w:jc w:val="right"/>
      </w:pPr>
      <w:r>
        <w:t>یہ تو ہر آدمی جانتا ہے کہ انسان کے لیے ضروری ہے کہ وہ مطمئن ہونے کے لیے کہ وہ کسی چیز کو ریزن آؤٹ کر لے۔</w:t>
      </w:r>
    </w:p>
    <w:p>
      <w:r>
        <w:rPr>
          <w:b/>
        </w:rPr>
        <w:t xml:space="preserve">[54:47] </w:t>
      </w:r>
      <w:r>
        <w:t>nahi, mutma'in nahi hoga woh. to nafs mutma'in woh shakhs hai jo poori universe ko reason out kar le.</w:t>
      </w:r>
    </w:p>
    <w:p>
      <w:pPr>
        <w:jc w:val="right"/>
      </w:pPr>
      <w:r>
        <w:t>نہیں، مطمئن نہیں ہوگا وہ۔ تو نفس مطمئن وہ شخص ہے جو پوری یونیورس کو ریزن آؤٹ کر لے۔</w:t>
      </w:r>
    </w:p>
    <w:p>
      <w:r>
        <w:rPr>
          <w:b/>
        </w:rPr>
        <w:t xml:space="preserve">[54:55] </w:t>
      </w:r>
      <w:r>
        <w:t>to kitna bara darje ka yeh itminan hai! bohat bara darje ka itminan hai.</w:t>
      </w:r>
    </w:p>
    <w:p>
      <w:pPr>
        <w:jc w:val="right"/>
      </w:pPr>
      <w:r>
        <w:t>تو کتنا بڑا درجے کا یہ اطمینان ہے! بہت بڑا درجے کا اطمینان ہے۔</w:t>
      </w:r>
    </w:p>
    <w:p>
      <w:r>
        <w:rPr>
          <w:b/>
        </w:rPr>
        <w:t xml:space="preserve">[55:08] </w:t>
      </w:r>
      <w:r>
        <w:t>ab maulana, aaj jo aap ne nafs mutma'in ki baat karein, is se insaan apne ko bhi evaluate kar sakta hai ke hum kahan hain,</w:t>
      </w:r>
    </w:p>
    <w:p>
      <w:pPr>
        <w:jc w:val="right"/>
      </w:pPr>
      <w:r>
        <w:t>اب مولانا، آج جو آپ نے نفس مطمئن کی بات کریں، اس سے انسان اپنے کو بھی ایویلویٹ کر سکتا ہے کہ ہم کہاں ہیں،</w:t>
      </w:r>
    </w:p>
    <w:p>
      <w:r>
        <w:rPr>
          <w:b/>
        </w:rPr>
        <w:t xml:space="preserve">[55:20] </w:t>
      </w:r>
      <w:r>
        <w:t>hum kitne mutma'in hain aur humein kitna waqai mein hum woh complain karte hain, kya karte hain. to is discussion se yeh bohat understanding hui ke hum apne andar kya changes laayein.</w:t>
      </w:r>
    </w:p>
    <w:p>
      <w:pPr>
        <w:jc w:val="right"/>
      </w:pPr>
      <w:r>
        <w:t>ہم کتنے مطمئن ہیں اور ہمیں کتنا واقعی میں ہم وہ کمپلین کرتے ہیں، کیا کرتے ہیں۔ تو اس ڈسکشن سے یہ بہت انڈرسٹینڈنگ ہوئی کہ ہم اپنے اندر کیا چینجز لائیں۔</w:t>
      </w:r>
    </w:p>
    <w:p>
      <w:r>
        <w:rPr>
          <w:b/>
        </w:rPr>
        <w:t xml:space="preserve">[55:36] </w:t>
      </w:r>
      <w:r>
        <w:t>doosre</w:t>
      </w:r>
    </w:p>
    <w:p>
      <w:pPr>
        <w:jc w:val="right"/>
      </w:pPr>
      <w:r>
        <w:t>دوس</w:t>
      </w:r>
    </w:p>
    <w:p>
      <w:r>
        <w:rPr>
          <w:b/>
        </w:rPr>
        <w:t xml:space="preserve">[55:37] </w:t>
      </w:r>
      <w:r>
        <w:t>aap ne yeh kaha ke "that nafs mutma'in comes from self discovery" lekin is ke liye batana, jaise aap ke lectures se hamare samajh mein aa raha hai, to yeh bhi to bohat important hai ke log is ke bare mein padhein,</w:t>
      </w:r>
    </w:p>
    <w:p>
      <w:pPr>
        <w:jc w:val="right"/>
      </w:pPr>
      <w:r>
        <w:t>رے، آپ نے یہ کہا کہ "دیٹ نفس مطمئن کمز فرام سیلف ڈسکوری" لیکن اس کے لیے بتانا، جیسے آپ کے لیکچرز سے ہمارے سمجھ میں آ رہا ہے، تو یہ بھی تو بہت امپورٹنٹ ہے کہ لوگ اس کے بارے میں پڑھیں،</w:t>
      </w:r>
    </w:p>
    <w:p>
      <w:r>
        <w:rPr>
          <w:b/>
        </w:rPr>
        <w:t xml:space="preserve">[55:54] </w:t>
      </w:r>
      <w:r>
        <w:t>sunein. yeh bhi to bohat important hai. haan, sahi farmaya aap ne. yeh lafz aap ne bohat acha istemal kiya ke evaluate karna.</w:t>
      </w:r>
    </w:p>
    <w:p>
      <w:pPr>
        <w:jc w:val="right"/>
      </w:pPr>
      <w:r>
        <w:t>سنیں۔ یہ بھی تو بہت امپورٹنٹ ہے۔ ہاں، صحیح فرمایا آپ نے۔ یہ لفظ آپ نے بہت اچھا استعمال کیا کہ ایویلویٹ کرنا۔</w:t>
      </w:r>
    </w:p>
    <w:p>
      <w:r>
        <w:rPr>
          <w:b/>
        </w:rPr>
        <w:t xml:space="preserve">[56:06] </w:t>
      </w:r>
      <w:r>
        <w:t>jo sahi ma'no mein evaluate kar le ga, tabhi us ko nafs mutma'in ka darja mile ga. doosron ko batana, samjhana yeh bhi ek cheez ka riwaj musalmanon mein nahi hai, woh hai intellectual exchange,</w:t>
      </w:r>
    </w:p>
    <w:p>
      <w:pPr>
        <w:jc w:val="right"/>
      </w:pPr>
      <w:r>
        <w:t>جو صحیح معنوں میں ایویلویٹ کر لے گا، تبھی اس کو نفس مطمئن کا درجہ ملے گا۔ دوسروں کو بتانا، سمجھانا یہ بھی ایک چیز کا رواج مسلمانوں میں نہیں ہے، وہ ہے انٹلیکچول ایکسچینج،</w:t>
      </w:r>
    </w:p>
    <w:p>
      <w:r>
        <w:rPr>
          <w:b/>
        </w:rPr>
        <w:t xml:space="preserve">[56:23] </w:t>
      </w:r>
      <w:r>
        <w:t>objective tareeqe se. bas woh debate karna jaante hain, apni baat doosron par thopna, debate karna.</w:t>
      </w:r>
    </w:p>
    <w:p>
      <w:pPr>
        <w:jc w:val="right"/>
      </w:pPr>
      <w:r>
        <w:t>ابجیکٹو طریقے سے۔ بس وہ ڈیبیٹ کرنا جانتے ہیں، اپنی بات دوسروں پر تھوپنا، ڈیبیٹ کرنا۔</w:t>
      </w:r>
    </w:p>
    <w:p>
      <w:r>
        <w:rPr>
          <w:b/>
        </w:rPr>
        <w:t xml:space="preserve">[56:31] </w:t>
      </w:r>
      <w:r>
        <w:t>musalman mizaj ke aitbar se debate karna jaante hain.</w:t>
      </w:r>
    </w:p>
    <w:p>
      <w:pPr>
        <w:jc w:val="right"/>
      </w:pPr>
      <w:r>
        <w:t>مسلمان مزاج کے اعتبار سے ڈیبیٹ کرنا جانتے ہیں۔</w:t>
      </w:r>
    </w:p>
    <w:p>
      <w:r>
        <w:rPr>
          <w:b/>
        </w:rPr>
        <w:t xml:space="preserve">[56:37] </w:t>
      </w:r>
      <w:r>
        <w:t>intellectual exchange kar ke learning karna, woh nahi jaante. halanke hazrat umar ke bare mein aata hai ke "kaan min kull yadd" har ek se seekhte the.</w:t>
      </w:r>
    </w:p>
    <w:p>
      <w:pPr>
        <w:jc w:val="right"/>
      </w:pPr>
      <w:r>
        <w:t>انٹلیکچول ایکسچینج کر کے لرننگ کرنا، وہ نہیں جانتے۔ حالانکہ حضرت عمر کے بارے میں آتا ہے کہ "کان من کل ہاتھ" ہر ایک سے سیکھتے تھے۔</w:t>
      </w:r>
    </w:p>
    <w:p>
      <w:r>
        <w:rPr>
          <w:b/>
        </w:rPr>
        <w:t xml:space="preserve">[56:49] </w:t>
      </w:r>
      <w:r>
        <w:t>to learning ke liye exchange karna yeh riwaj hi nahi hai musalmanon mein, bas debate ka riwaj hai. yeh koi achi alamat nahi hai.</w:t>
      </w:r>
    </w:p>
    <w:p>
      <w:pPr>
        <w:jc w:val="right"/>
      </w:pPr>
      <w:r>
        <w:t>تو لرننگ کے لیے ایکسچینج کرنا یہ رواج ہی نہیں ہے مسلمانوں میں، بس ڈیبیٹ کا رواج ہے۔ یہ کوئی اچھی علامت نہیں ہے۔</w:t>
      </w:r>
    </w:p>
    <w:p>
      <w:r>
        <w:rPr>
          <w:b/>
        </w:rPr>
        <w:t xml:space="preserve">[57:01] </w:t>
      </w:r>
      <w:r>
        <w:t>muslims don't even understand the difference between debate and dialogue.</w:t>
      </w:r>
    </w:p>
    <w:p>
      <w:pPr>
        <w:jc w:val="right"/>
      </w:pPr>
      <w:r>
        <w:t>مسلمز ڈونٹ ایون انڈرسٹینڈ دا ڈیفرنس بٹوین ڈیبیٹ اینڈ ڈائیلاگ۔</w:t>
      </w:r>
    </w:p>
    <w:p>
      <w:r>
        <w:rPr>
          <w:b/>
        </w:rPr>
        <w:t xml:space="preserve">[57:09] </w:t>
      </w:r>
      <w:r>
        <w:t>kya kahein? maulana, aap yeh keh rahe hain ke muslim jo hai, woh yeh bhi nahi different kiya hai dialogue aur debate mein, yeh bhi nahi jaante hain. haan, yeh sahi hai.</w:t>
      </w:r>
    </w:p>
    <w:p>
      <w:pPr>
        <w:jc w:val="right"/>
      </w:pPr>
      <w:r>
        <w:t>کیا کہیں؟ مولانا، آپ یہ کہہ رہے ہیں کہ مسلم جو ہے، وہ یہ بھی نہیں ڈفرنٹ کیا ہے ڈائیلاگ اور ڈیبیٹ میں، یہ بھی نہیں جانتے ہیں۔ ہاں، یہ صحیح ہے۔</w:t>
      </w:r>
    </w:p>
    <w:p>
      <w:r>
        <w:rPr>
          <w:b/>
        </w:rPr>
        <w:t xml:space="preserve">[57:17] </w:t>
      </w:r>
      <w:r>
        <w:t>mera zaati tajruba hai, zaati tajruba.</w:t>
      </w:r>
    </w:p>
    <w:p>
      <w:pPr>
        <w:jc w:val="right"/>
      </w:pPr>
      <w:r>
        <w:t>میرا ذاتی تجربہ ہے، ذاتی تجربہ۔</w:t>
      </w:r>
    </w:p>
    <w:p>
      <w:r>
        <w:rPr>
          <w:b/>
        </w:rPr>
        <w:t xml:space="preserve">[57:22] </w:t>
      </w:r>
      <w:r>
        <w:t>misal ke taur par, main america mein ek martaba tha to wahan par ek woh tha, dialogue tha,</w:t>
      </w:r>
    </w:p>
    <w:p>
      <w:pPr>
        <w:jc w:val="right"/>
      </w:pPr>
      <w:r>
        <w:t>مثلاً، میں امریکہ میں ایک مرتبہ تھا تو وہاں پر ایک وہ تھا، ڈائیلاگ تھا،</w:t>
      </w:r>
    </w:p>
    <w:p>
      <w:r>
        <w:rPr>
          <w:b/>
        </w:rPr>
        <w:t xml:space="preserve">[57:35] </w:t>
      </w:r>
      <w:r>
        <w:t>balke trialogue tha. trialogue yani muslim, christian aur jo. to trialogue tha to mujh ko le gaye wahan log.</w:t>
      </w:r>
    </w:p>
    <w:p>
      <w:pPr>
        <w:jc w:val="right"/>
      </w:pPr>
      <w:r>
        <w:t>بلکہ ٹرائلگ تھا۔ ٹرائلگ یعنی مسلم، کرسچن اور جو۔ تو ٹرائلگ تھا تو مجھ کو لے گئے وہاں لوگ۔</w:t>
      </w:r>
    </w:p>
    <w:p>
      <w:r>
        <w:rPr>
          <w:b/>
        </w:rPr>
        <w:t xml:space="preserve">[57:46] </w:t>
      </w:r>
      <w:r>
        <w:t>main ne dekha ke jo christian the aur jo jo the, woh to bohat hi scientific andaaz mein bolte the aur musalman jaise bilkul debate karte the, chalate the apni baat ki.</w:t>
      </w:r>
    </w:p>
    <w:p>
      <w:pPr>
        <w:jc w:val="right"/>
      </w:pPr>
      <w:r>
        <w:t>میں نے دیکھا کہ جو کرسچن تھے اور جو جو تھے، وہ تو بہت ہی سائنٹیفک انداز میں بولتے تھے اور مسلمان جیسے بالکل ڈیبیٹ کرتے تھے، چلاتے تھے اپنی بات کی۔</w:t>
      </w:r>
    </w:p>
    <w:p>
      <w:r>
        <w:rPr>
          <w:b/>
        </w:rPr>
        <w:t xml:space="preserve">[58:01] </w:t>
      </w:r>
      <w:r>
        <w:t>yani america mein yeh ho raha tha to woh beech mein uth ke chala aaya. itna mujhe, itna to main zyada pareshan hua.</w:t>
      </w:r>
    </w:p>
    <w:p>
      <w:pPr>
        <w:jc w:val="right"/>
      </w:pPr>
      <w:r>
        <w:t>یعنی امریکہ میں یہ ہو رہا تھا تو وہ بیچ میں اٹھ کے چلا آیا۔ اتنا مجھے، اتنا تو میں زیادہ پریشان ہوا۔</w:t>
      </w:r>
    </w:p>
    <w:p>
      <w:r>
        <w:rPr>
          <w:b/>
        </w:rPr>
        <w:t xml:space="preserve">[58:10] </w:t>
      </w:r>
      <w:r>
        <w:t>har musalman debater bana hua</w:t>
      </w:r>
    </w:p>
    <w:p>
      <w:pPr>
        <w:jc w:val="right"/>
      </w:pPr>
      <w:r>
        <w:t>ہر مسلمان ڈیبیٹر بنا ہوا</w:t>
      </w:r>
    </w:p>
    <w:p>
      <w:r>
        <w:rPr>
          <w:b/>
        </w:rPr>
        <w:t xml:space="preserve">[58:12] </w:t>
      </w:r>
      <w:r>
        <w:t>tha jabkay isi jagah jo jo thay aur jo christian thay, woh objective tor par apni baat karte thay. to yeh waqia hai ke musalman jo hain, chahe east ke hon ya west ke hon, woh jante hi nahi intellectual discussion ko.</w:t>
      </w:r>
    </w:p>
    <w:p>
      <w:pPr>
        <w:jc w:val="right"/>
      </w:pPr>
      <w:r>
        <w:t>تھا جبکہ اسی جگہ جو جو تھے اور جو کرسچن تھے، وہ ابجیکٹو طور پر اپنی بات کرتے تھے۔ تو یہ واقعہ ہے کہ مسلمان جو ہیں، چاہے ایسٹ کے ہوں یا ویسٹ کے ہوں، وہ جانتے ہی نہیں انٹلیکچول ڈسکشن کو۔</w:t>
      </w:r>
    </w:p>
    <w:p>
      <w:r>
        <w:rPr>
          <w:b/>
        </w:rPr>
        <w:t xml:space="preserve">[58:28] </w:t>
      </w:r>
      <w:r>
        <w:t>woh debate karna nahi jante. debate bas apni baat bolain ge, doosre ka sunain ge nahi. is ka bohat bara yani nuqsan hai,</w:t>
      </w:r>
    </w:p>
    <w:p>
      <w:pPr>
        <w:jc w:val="right"/>
      </w:pPr>
      <w:r>
        <w:t>وہ ڈیبیٹ کرنا نہیں جانتے۔ ڈیبیٹ بس اپنی بات بولیں گے، دوسرے کا سنیں گے نہیں۔ اس کا بہت بڑا یعنی نقصان ہے،</w:t>
      </w:r>
    </w:p>
    <w:p>
      <w:r>
        <w:rPr>
          <w:b/>
        </w:rPr>
        <w:t xml:space="preserve">[58:42] </w:t>
      </w:r>
      <w:r>
        <w:t>is ki bohat bari prize deni parti hai. woh kya hai? musalmanon ke andar intellectual development taqreeban ruk gaya hai. main zaati tajruba yeh bhi kahoon ga ke musalmanon ke andar intellectual development taqreeban ruk gaya hai kyunke woh hota hai wahi jo Hazrat Umar ka jo mutual learning se hota hai.</w:t>
      </w:r>
    </w:p>
    <w:p>
      <w:pPr>
        <w:jc w:val="right"/>
      </w:pPr>
      <w:r>
        <w:t>اس کی بہت بڑی پرائز دینی پڑتی ہے۔ وہ کیا ہے؟ مسلمانوں کے اندر انٹلیکچول ڈیولپمنٹ تقریباً رک گیا ہے۔ میں ذاتی تجربہ یہ بھی کہوں گا کہ مسلمانوں کے اندر انٹلیکچول ڈیولپمنٹ تقریباً رک گیا ہے کیونکہ وہ ہوتا ہے وہی جو حضرت عمر کا جو میوچول لرننگ سے ہوتا ہے۔</w:t>
      </w:r>
    </w:p>
    <w:p>
      <w:r>
        <w:rPr>
          <w:b/>
        </w:rPr>
        <w:t xml:space="preserve">[59:05] </w:t>
      </w:r>
      <w:r>
        <w:t>woh mutual learning ki spirit hi nahi hoti, bas debate, debate, debate.</w:t>
      </w:r>
    </w:p>
    <w:p>
      <w:pPr>
        <w:jc w:val="right"/>
      </w:pPr>
      <w:r>
        <w:t>وہ میوچول لرننگ کی اسپرٹ ہی نہیں ہوتی، بس ڈیبیٹ، ڈیبیٹ، ڈیبیٹ۔</w:t>
      </w:r>
    </w:p>
    <w:p>
      <w:r>
        <w:rPr>
          <w:b/>
        </w:rPr>
        <w:t xml:space="preserve">[59:11] </w:t>
      </w:r>
      <w:r>
        <w:t>yeh mera zaati tajruba hai.</w:t>
      </w:r>
    </w:p>
    <w:p>
      <w:pPr>
        <w:jc w:val="right"/>
      </w:pPr>
      <w:r>
        <w:t>یہ میرا ذاتی تجربہ ہے۔</w:t>
      </w:r>
    </w:p>
    <w:p>
      <w:r>
        <w:rPr>
          <w:b/>
        </w:rPr>
        <w:t xml:space="preserve">[59:16] </w:t>
      </w:r>
      <w:r>
        <w:t>Maulana, ek question aaya hai Danish sahib ki taraf se: "af someone committed shirk or kufr any where in world, it is a crime and punishable to death, and we have the right to implement that punishment.</w:t>
      </w:r>
    </w:p>
    <w:p>
      <w:pPr>
        <w:jc w:val="right"/>
      </w:pPr>
      <w:r>
        <w:t>مولانا، ایک کوئسچن آیا ہے دانش صاحب کی طرف سے: "اف سم ون کمیٹڈ شرک اور کفر اینی ویر ان ورلڈ، اٹ از ا کرائم اینڈ پنیشیبل ٹو ڈیتھ، اینڈ وی ہیو دا رائٹ ٹو امپلیمنٹ دیٹ پنشمنٹ۔</w:t>
      </w:r>
    </w:p>
    <w:p>
      <w:r>
        <w:rPr>
          <w:b/>
        </w:rPr>
        <w:t xml:space="preserve">[59:34] </w:t>
      </w:r>
      <w:r>
        <w:t>is this Allah want from us?" yeh bal</w:t>
      </w:r>
    </w:p>
    <w:p>
      <w:pPr>
        <w:jc w:val="right"/>
      </w:pPr>
      <w:r>
        <w:t>از دس اللہ وانٹ فرام اس؟" یہ بال</w:t>
      </w:r>
    </w:p>
    <w:p>
      <w:r>
        <w:rPr>
          <w:b/>
        </w:rPr>
        <w:t xml:space="preserve">[59:37] </w:t>
      </w:r>
      <w:r>
        <w:t>kal galat hai. yeh kahan kaha hai? Quran mein likha hua hai ke shirk aur kufr jo kare, us ko maro, punish karo, tabligh kar sakte hain aap.</w:t>
      </w:r>
    </w:p>
    <w:p>
      <w:pPr>
        <w:jc w:val="right"/>
      </w:pPr>
      <w:r>
        <w:t>کل غلط ہے۔ یہ کہاں کہا ہے؟ قرآن میں لکھا ہوا ہے کہ شرک اور کفر جو کرے، اس کو مارو، پنش کرو، تبلیغ کر سکتے ہیں آپ۔</w:t>
      </w:r>
    </w:p>
    <w:p>
      <w:r>
        <w:rPr>
          <w:b/>
        </w:rPr>
        <w:t xml:space="preserve">[59:46] </w:t>
      </w:r>
      <w:r>
        <w:t>bas yeh bilkul hi, bilkul hi yani intihaai had tak baseless baat yeh hai, aakhri had tak baseless hai ke shirk aur kufr punishment crime nahi hai, woh deviation hai,</w:t>
      </w:r>
    </w:p>
    <w:p>
      <w:pPr>
        <w:jc w:val="right"/>
      </w:pPr>
      <w:r>
        <w:t>بس یہ بالکل ہی، بالکل ہی یعنی انتہائی حد تک بیسلیس بات یہ ہے، آخری حد تک بیسلیس ہے کہ شرک اور کفر پنشمنٹ کرائم نہیں ہے، وہ ڈیوی ایشن ہے،</w:t>
      </w:r>
    </w:p>
    <w:p>
      <w:r>
        <w:rPr>
          <w:b/>
        </w:rPr>
        <w:t xml:space="preserve">[1:00:02] </w:t>
      </w:r>
      <w:r>
        <w:t>freedom ka deviation hai. to aap is ko samhaiye.</w:t>
      </w:r>
    </w:p>
    <w:p>
      <w:pPr>
        <w:jc w:val="right"/>
      </w:pPr>
      <w:r>
        <w:t>فریڈم کا ڈیوی ایشن ہے۔ تو آپ اس کو سمجھائیے۔</w:t>
      </w:r>
    </w:p>
    <w:p>
      <w:r>
        <w:rPr>
          <w:b/>
        </w:rPr>
        <w:t xml:space="preserve">[1:00:08] </w:t>
      </w:r>
      <w:r>
        <w:t>crime is cheez ka naam hai, is mein social injury ka naam hai. aap society mein ek insaan ko koi injury pohnchaein, that is usay qatal kar dein, that is crime.</w:t>
      </w:r>
    </w:p>
    <w:p>
      <w:pPr>
        <w:jc w:val="right"/>
      </w:pPr>
      <w:r>
        <w:t>کرائم اس چیز کا نام ہے، اس میں سوشل انجری کا نام ہے۔ آپ سوسائٹی میں ایک انسان کو کوئی انجری پہنچائیں، دیٹ از اسے قتل کر دیں، دیٹ از کرائم۔</w:t>
      </w:r>
    </w:p>
    <w:p>
      <w:r>
        <w:rPr>
          <w:b/>
        </w:rPr>
        <w:t xml:space="preserve">[1:00:22] </w:t>
      </w:r>
      <w:r>
        <w:t>baqi yeh jo shirk kufr hai, yeh to deviation hai. insani azadi ko aadmi galat istemal kar raha hai, to aap is ko samhaiye. aap last alayhim bimasaatir.</w:t>
      </w:r>
    </w:p>
    <w:p>
      <w:pPr>
        <w:jc w:val="right"/>
      </w:pPr>
      <w:r>
        <w:t>باقی یہ جو شرک کفر ہے، یہ تو ڈیوی ایشن ہے۔ انسانی آزادی کو آدمی غلط استعمال کر رہا ہے، تو آپ اس کو سمجھائیے۔ آپ لست علیہم بمساطر۔</w:t>
      </w:r>
    </w:p>
    <w:p>
      <w:r>
        <w:rPr>
          <w:b/>
        </w:rPr>
        <w:t xml:space="preserve">[1:00:34] </w:t>
      </w:r>
      <w:r>
        <w:t>Quran mein is ka ulta likha hua hai: "last alayhim bimasaatir". tum tumhara kaam yeh nahi ke is ke upar woh saza nafeez karo.</w:t>
      </w:r>
    </w:p>
    <w:p>
      <w:pPr>
        <w:jc w:val="right"/>
      </w:pPr>
      <w:r>
        <w:t>قرآن میں اس کا الٹا لکھا ہوا ہے: "لست علیہم بمساطر"۔ تم تمہارا کام یہ نہیں کہ اس کے اوپر وہ سزا نافذ کرو۔</w:t>
      </w:r>
    </w:p>
    <w:p>
      <w:r>
        <w:rPr>
          <w:b/>
        </w:rPr>
        <w:t xml:space="preserve">[1:00:45] </w:t>
      </w:r>
      <w:r>
        <w:t>kis par hai? hamari tabiyat al-ghashiya, al-ghashiya mein parh lijiye, parhiye woh is is hissa: "innama anta muzakkir last alayhim bimasaatir".</w:t>
      </w:r>
    </w:p>
    <w:p>
      <w:pPr>
        <w:jc w:val="right"/>
      </w:pPr>
      <w:r>
        <w:t>کس پر ہے؟ ہماری طبیعت الغاشیہ، الغاشیہ میں پڑھ لیجئے، پڑھیے وہ اس اس حصہ: "انما انت مذکر لست علیہم بمساطر"۔</w:t>
      </w:r>
    </w:p>
    <w:p>
      <w:r>
        <w:rPr>
          <w:b/>
        </w:rPr>
        <w:t xml:space="preserve">[1:00:54] </w:t>
      </w:r>
      <w:r>
        <w:t>innama anta muzakkir last alayhim bimasaatir. tumhara kaam yaad dehani karna hai, tumhara kaam saza dena nahi hai, implement karna nahi hai.</w:t>
      </w:r>
    </w:p>
    <w:p>
      <w:pPr>
        <w:jc w:val="right"/>
      </w:pPr>
      <w:r>
        <w:t>انما انت مذکر لست علیہم بمساطر۔ تمہارا کام یاد دہانی کرنا ہے، تمہارا کام سزا دینا نہیں ہے، امپلیمنٹ کرنا نہیں ہے۔</w:t>
      </w:r>
    </w:p>
    <w:p>
      <w:r>
        <w:rPr>
          <w:b/>
        </w:rPr>
        <w:t xml:space="preserve">[1:01:04] </w:t>
      </w:r>
      <w:r>
        <w:t>is ke baad kya hai? "kalla man tawalla wa kafara fayu'azzibuhullahu al-azab al-haqq". haan, jo in jo shirk kare, kufr kare, to is ka muamla Allah ke hawale hai.</w:t>
      </w:r>
    </w:p>
    <w:p>
      <w:pPr>
        <w:jc w:val="right"/>
      </w:pPr>
      <w:r>
        <w:t>اس کے بعد کیا ہے؟ "کلا من تولی وکفر فیعذبہ اللہ العذاب الحق"۔ ہاں، جو ان جو شرک کرے، کفر کرے، تو اس کا معاملہ اللہ کے حوالے ہے۔</w:t>
      </w:r>
    </w:p>
    <w:p>
      <w:r>
        <w:rPr>
          <w:b/>
        </w:rPr>
        <w:t xml:space="preserve">[1:01:16] </w:t>
      </w:r>
      <w:r>
        <w:t>wahan us ko Khuda jo chahe ga, is ka muamla kare ga. koi insaan insaan ke aagay accountable nahi hai. yaad rakhiye, Allah ke aagay accountable hai.</w:t>
      </w:r>
    </w:p>
    <w:p>
      <w:pPr>
        <w:jc w:val="right"/>
      </w:pPr>
      <w:r>
        <w:t>وہاں اس کو خدا جو چاہے گا، اس کا معاملہ کرے گا۔ کوئی انسان انسان کے آگے اکاؤنٹیبل نہیں ہے۔ یاد رکھیے، اللہ کے آگے اکاؤنٹیبل ہے۔</w:t>
      </w:r>
    </w:p>
    <w:p>
      <w:r>
        <w:rPr>
          <w:b/>
        </w:rPr>
        <w:t xml:space="preserve">[1:01:28] </w:t>
      </w:r>
      <w:r>
        <w:t>jo shirk o kufr ko kahe ke pareshan karaye hue, to bohat hi bara gunah karta hai. gunah kyunke yeh Khuda ki, Khuda ke seat par baithne ke manind hain.</w:t>
      </w:r>
    </w:p>
    <w:p>
      <w:pPr>
        <w:jc w:val="right"/>
      </w:pPr>
      <w:r>
        <w:t>جو شرک و کفر کو کہے کہ پریشان کرائے ہوئے، تو بہت ہی بڑا گناہ کرتا ہے۔ گناہ کیونکہ یہ خدا کی، خدا کے سیٹ پر بیٹھنے کے مانند ہیں۔</w:t>
      </w:r>
    </w:p>
    <w:p>
      <w:r>
        <w:rPr>
          <w:b/>
        </w:rPr>
        <w:t xml:space="preserve">[1:01:39] </w:t>
      </w:r>
      <w:r>
        <w:t>Khuda ke seat par baith rahe hain. aap shirk o kufr ka muamla Allah ka muamla hai. woh Allah ke aagay woh aadmi accountable hai.</w:t>
      </w:r>
    </w:p>
    <w:p>
      <w:pPr>
        <w:jc w:val="right"/>
      </w:pPr>
      <w:r>
        <w:t>خدا کے سیٹ پر بیٹھ رہے ہیں۔ آپ شرک و کفر کا معاملہ اللہ کا معاملہ ہے۔ وہ اللہ کے آگے وہ آدمی اکاؤنٹیبل ہے۔</w:t>
      </w:r>
    </w:p>
    <w:p>
      <w:r>
        <w:rPr>
          <w:b/>
        </w:rPr>
        <w:t xml:space="preserve">[1:01:48] </w:t>
      </w:r>
      <w:r>
        <w:t>insaan ke to hum ne accountable nahi hain. sirf social injury jo hoti hai, woh hai crime Islam mein.</w:t>
      </w:r>
    </w:p>
    <w:p>
      <w:pPr>
        <w:jc w:val="right"/>
      </w:pPr>
      <w:r>
        <w:t>انسان کے تو ہم نے اکاؤنٹیبل نہیں ہیں۔ صرف سوشل انجری جو ہوتی ہے، وہ ہے کرائم اسلام میں۔</w:t>
      </w:r>
    </w:p>
    <w:p>
      <w:r>
        <w:rPr>
          <w:b/>
        </w:rPr>
        <w:t xml:space="preserve">[1:02:04] </w:t>
      </w:r>
      <w:r>
        <w:t>Maulana, yeh Dr. Safeena ne comment mein bheja hai: "Maulana sahib, bohat clarity se aaj aap ne bataya nafs mutmainna ka ke baray mein, magar ek sawal hai.</w:t>
      </w:r>
    </w:p>
    <w:p>
      <w:pPr>
        <w:jc w:val="right"/>
      </w:pPr>
      <w:r>
        <w:t>مولانا، یہ ڈاکٹر سفینہ نے کمنٹ میں بھیجا ہے: "مولانا صاحب، بہت کلیرٹی سے آج آپ نے بتایا نفس مطمئن کا کے بارے میں، مگر ایک سوال ہے۔</w:t>
      </w:r>
    </w:p>
    <w:p>
      <w:r>
        <w:rPr>
          <w:b/>
        </w:rPr>
        <w:t xml:space="preserve">[1:02:18] </w:t>
      </w:r>
      <w:r>
        <w:t>Maulana sahib, agar insaan har situation se razi ho jaye to us ko as a challenge kaise paye ga?" razi hone ke mani us ko explain karna.</w:t>
      </w:r>
    </w:p>
    <w:p>
      <w:pPr>
        <w:jc w:val="right"/>
      </w:pPr>
      <w:r>
        <w:t>مولانا صاحب، اگر انسان ہر سچویشن سے راضی ہو جائے تو اس کو ایز اے چیلنج کیسے پائے گا؟" راضی ہونے کے معنی اس کو ایکسپلین کرنا۔</w:t>
      </w:r>
    </w:p>
    <w:p>
      <w:r>
        <w:rPr>
          <w:b/>
        </w:rPr>
        <w:t xml:space="preserve">[1:02:33] </w:t>
      </w:r>
      <w:r>
        <w:t>explain karna.</w:t>
      </w:r>
    </w:p>
    <w:p>
      <w:pPr>
        <w:jc w:val="right"/>
      </w:pPr>
      <w:r>
        <w:t>ایکسپلین کرنا۔</w:t>
      </w:r>
    </w:p>
    <w:p>
      <w:r>
        <w:rPr>
          <w:b/>
        </w:rPr>
        <w:t xml:space="preserve">[1:02:35] </w:t>
      </w:r>
      <w:r>
        <w:t>baqi challenge to har lehaz challenge hai. challenge ko koi limit nahi kar sakta. har waqt challenge hai. abhi main aa raha tha to ek ek scooter wala tha, woh hamare challenge ban gaya.</w:t>
      </w:r>
    </w:p>
    <w:p>
      <w:pPr>
        <w:jc w:val="right"/>
      </w:pPr>
      <w:r>
        <w:t>باقی چیلنج تو ہر لحاظ چیلنج ہے۔ چیلنج کو کوئی لمیٹ نہیں کر سکتا۔ ہر وقت چیلنج ہے۔ ابھی میں آ رہا تھا تو ایک ایک سکوٹر والا تھا، وہ ہمارے چیلنج بن گیا۔</w:t>
      </w:r>
    </w:p>
    <w:p>
      <w:r>
        <w:rPr>
          <w:b/>
        </w:rPr>
        <w:t xml:space="preserve">[1:02:49] </w:t>
      </w:r>
      <w:r>
        <w:t>to challenge to aap ko lana hai na eliminate karna hai. woh already already there hai. har waqt challenge, har waqt challenge.</w:t>
      </w:r>
    </w:p>
    <w:p>
      <w:pPr>
        <w:jc w:val="right"/>
      </w:pPr>
      <w:r>
        <w:t>تو چیلنج تو آپ کو لانا ہے نہ ایلیمینیٹ کرنا ہے۔ وہ الریڈی الریڈی دیر ہے۔ ہر وقت چیلنج، ہر وقت چیلنج۔</w:t>
      </w:r>
    </w:p>
    <w:p>
      <w:r>
        <w:rPr>
          <w:b/>
        </w:rPr>
        <w:t xml:space="preserve">[1:02:59] </w:t>
      </w:r>
      <w:r>
        <w:t>sirf explain, negative explanation nahi karna chahiye aap ko.</w:t>
      </w:r>
    </w:p>
    <w:p>
      <w:pPr>
        <w:jc w:val="right"/>
      </w:pPr>
      <w:r>
        <w:t>صرف ایکسپلین، نیگیٹیو ایکسپلینیشن نہیں کرنا چاہیے آپ کو۔</w:t>
      </w:r>
    </w:p>
    <w:p>
      <w:r>
        <w:rPr>
          <w:b/>
        </w:rPr>
        <w:t xml:space="preserve">[1:03:03] </w:t>
      </w:r>
      <w:r>
        <w:t>negative explanation nahi keh scooter wala aa gaya tha, woh ghusa ho aur kahay ke yeh kya hai, woh kya hai.</w:t>
      </w:r>
    </w:p>
    <w:p>
      <w:pPr>
        <w:jc w:val="right"/>
      </w:pPr>
      <w:r>
        <w:t>نیگیٹیو ایکسپلینیشن نہیں کہ سکوٹر والا آ گیا تھا، وہ غصہ ہو اور کہے کہ یہ کیا ہے، وہ کیا ہے۔</w:t>
      </w:r>
    </w:p>
    <w:p>
      <w:r>
        <w:rPr>
          <w:b/>
        </w:rPr>
        <w:t xml:space="preserve">[1:03:12] </w:t>
      </w:r>
      <w:r>
        <w:t>challenge to har waqt hai hi hai. challenge koi aadmi challenge ko na la sakta hai, na us ko khatam kar sakta hai.</w:t>
      </w:r>
    </w:p>
    <w:p>
      <w:pPr>
        <w:jc w:val="right"/>
      </w:pPr>
      <w:r>
        <w:t>چیلنج تو ہر وقت ہے ہی ہے۔ چیلنج کوئی آدمی چیلنج کو نہ لا سکتا ہے، نہ اس کو ختم کر سکتا ہے۔</w:t>
      </w:r>
    </w:p>
    <w:p>
      <w:r>
        <w:rPr>
          <w:b/>
        </w:rPr>
        <w:t xml:space="preserve">[1:03:21] </w:t>
      </w:r>
      <w:r>
        <w:t>maulana, is ko jaise accept karna hai, positivity bhi hai</w:t>
      </w:r>
    </w:p>
    <w:p>
      <w:pPr>
        <w:jc w:val="right"/>
      </w:pPr>
      <w:r>
        <w:t>مولانا، اس کو جیسے ایکسیپٹ کرنا ہے، پوزیٹیوٹی بھی ہے</w:t>
      </w:r>
    </w:p>
    <w:p>
      <w:r>
        <w:rPr>
          <w:b/>
        </w:rPr>
        <w:t xml:space="preserve">[1:03:27] </w:t>
      </w:r>
      <w:r>
        <w:t>ke yeh to hota hi hai aur is se over react kar ke over react karna negativity ho jayegi. lekin is ko as a challenge lena will be a positive.</w:t>
      </w:r>
    </w:p>
    <w:p>
      <w:pPr>
        <w:jc w:val="right"/>
      </w:pPr>
      <w:r>
        <w:t>کہ یہ تو ہوتا ہی ہے اور اس سے اوور ری ایکٹ کر کے اوور ری ایکٹ کرنا نیگیٹیوٹی ہو جائے گی۔ لیکن اس کو ایز اے چیلنج لینا ول بی اے پوزیٹیو۔</w:t>
      </w:r>
    </w:p>
    <w:p>
      <w:r>
        <w:rPr>
          <w:b/>
        </w:rPr>
        <w:t xml:space="preserve">[1:03:39] </w:t>
      </w:r>
      <w:r>
        <w:t>theek, theek, theek, theek hai.</w:t>
      </w:r>
    </w:p>
    <w:p>
      <w:pPr>
        <w:jc w:val="right"/>
      </w:pPr>
      <w:r>
        <w:t>ٹھیک، ٹھیک، ٹھیک، ٹھیک ہے۔</w:t>
      </w:r>
    </w:p>
    <w:p>
      <w:r>
        <w:rPr>
          <w:b/>
        </w:rPr>
        <w:t xml:space="preserve">[1:03:47] </w:t>
      </w:r>
      <w:r>
        <w:t>kaln ka deeper meaning ko samajhna, yeh to bohat hi mushkil kaam hai.</w:t>
      </w:r>
    </w:p>
    <w:p>
      <w:pPr>
        <w:jc w:val="right"/>
      </w:pPr>
      <w:r>
        <w:t>کلن کا ڈیپر میننگ کو سمجھنا، یہ تو بہت ہی مشکل کام ہے۔</w:t>
      </w:r>
    </w:p>
    <w:p>
      <w:r>
        <w:rPr>
          <w:b/>
        </w:rPr>
        <w:t xml:space="preserve">[1:03:53] </w:t>
      </w:r>
      <w:r>
        <w:t>to Allah taala ne itna mushkil mein insan ko kyun dala? har aadmi ka test is ke level par hota hai. jis level ka aadmi hai, usi level ka test, is se zyada nahi.</w:t>
      </w:r>
    </w:p>
    <w:p>
      <w:pPr>
        <w:jc w:val="right"/>
      </w:pPr>
      <w:r>
        <w:t>تو اللہ تعالی نے اتنا مشکل میں انسان کو کیوں ڈالا؟ ہر آدمی کا ٹیسٹ اس کے لیول پر ہوتا ہے۔ جس لیول کا آدمی ہے، اسی لیول کا ٹیسٹ، اس سے زیادہ نہیں۔</w:t>
      </w:r>
    </w:p>
    <w:p>
      <w:r>
        <w:rPr>
          <w:b/>
        </w:rPr>
        <w:t xml:space="preserve">[1:04:11] </w:t>
      </w:r>
      <w:r>
        <w:t>jis level ka quran mein yeh baat ek se zyada jagah par aayi hai ke "la yukallifullahu nafsan illa wus'aha".</w:t>
      </w:r>
    </w:p>
    <w:p>
      <w:pPr>
        <w:jc w:val="right"/>
      </w:pPr>
      <w:r>
        <w:t>جس لیول کا قرآن میں یہ بات ایک سے زیادہ جگہ پر آئی ہے کہ "لا یکلف اللہ نفسا الا وسع"۔</w:t>
      </w:r>
    </w:p>
    <w:p>
      <w:r>
        <w:rPr>
          <w:b/>
        </w:rPr>
        <w:t xml:space="preserve">[1:04:20] </w:t>
      </w:r>
      <w:r>
        <w:t>to test hoga har aadmi ka, us ki apni aqal ke lehaz se, apni jo us ke bas mein hai, us ke lehaz se, jo bas mein nahi hai, us ke lehaz se nahi.</w:t>
      </w:r>
    </w:p>
    <w:p>
      <w:pPr>
        <w:jc w:val="right"/>
      </w:pPr>
      <w:r>
        <w:t>تو ٹیسٹ ہوگا ہر آدمی کا، اس کی اپنی عقل کے لحاظ سے، اپنی جو اس کے بس میں ہے، اس کے لحاظ سے، جو بس میں نہیں ہے، اس کے لحاظ سے نہیں۔</w:t>
      </w:r>
    </w:p>
    <w:p>
      <w:r>
        <w:rPr>
          <w:b/>
        </w:rPr>
        <w:t xml:space="preserve">[1:04:31] </w:t>
      </w:r>
      <w:r>
        <w:t>yeh to bohat maani woh usool hai Islam ka.</w:t>
      </w:r>
    </w:p>
    <w:p>
      <w:pPr>
        <w:jc w:val="right"/>
      </w:pPr>
      <w:r>
        <w:t>یہ تو بہت معنی وہ اصول ہے اسلام کا۔</w:t>
      </w:r>
    </w:p>
    <w:p>
      <w:r>
        <w:rPr>
          <w:b/>
        </w:rPr>
        <w:t xml:space="preserve">[1:04:40] </w:t>
      </w:r>
      <w:r>
        <w:t>maulana, yeh Iqbal sahib ka yeh comment hai: "maulana, nafs-e-mutmainnah kya hai</w:t>
      </w:r>
    </w:p>
    <w:p>
      <w:pPr>
        <w:jc w:val="right"/>
      </w:pPr>
      <w:r>
        <w:t>مولانا، یہ اقبال صاحب کا یہ کمنٹ ہے: "مولانا، نفس مطمئنہ کیا ہے</w:t>
      </w:r>
    </w:p>
    <w:p>
      <w:r>
        <w:rPr>
          <w:b/>
        </w:rPr>
        <w:t xml:space="preserve">[1:04:49] </w:t>
      </w:r>
      <w:r>
        <w:t>?" aaj wazeh hua ke creation plan par raazi nafs jo problem of evil mein nahi, balkay human history ko positive mind se sochta ho, negative negative remarks mein jeena,</w:t>
      </w:r>
    </w:p>
    <w:p>
      <w:pPr>
        <w:jc w:val="right"/>
      </w:pPr>
      <w:r>
        <w:t>؟" آج واضح ہوا کہ کریشن پلان پر راضی نفس جو پرابلم آف ایول میں نہیں، بلکہ ہیومن ہسٹری کو پوزیٹیو مائنڈ سے سوچتا ہو، نیگیٹیو نیگیٹیو ریمارکس میں جینا،</w:t>
      </w:r>
    </w:p>
    <w:p>
      <w:r>
        <w:rPr>
          <w:b/>
        </w:rPr>
        <w:t xml:space="preserve">[1:05:04] </w:t>
      </w:r>
      <w:r>
        <w:t>Khuda se na raazi, naraz ho ke jeena hai. theek, theek hai, jaz</w:t>
      </w:r>
    </w:p>
    <w:p>
      <w:pPr>
        <w:jc w:val="right"/>
      </w:pPr>
      <w:r>
        <w:t>خدا سے نہ راضی، ناراض ہو کے جینا ہے۔ ٹھیک، ٹھیک ہے، جز</w:t>
      </w:r>
    </w:p>
    <w:p>
      <w:r>
        <w:rPr>
          <w:b/>
        </w:rPr>
        <w:t xml:space="preserve">[1:05:13] </w:t>
      </w:r>
      <w:r>
        <w:t>akumullah. maulana, abhi jo aap ne yeh kaha ke har aadmi ko us ke level ke hisab se jaancha jayega, to hum dekhte hain ke bohat sare log jo mutashaddid mind rakhte hain, tashaddud wala mind rakhte hain, quran ko bohat zyada parhte hain, to is ko kis level se jaancha jayega?</w:t>
      </w:r>
    </w:p>
    <w:p>
      <w:pPr>
        <w:jc w:val="right"/>
      </w:pPr>
      <w:r>
        <w:t>اکم اللہ۔ مولانا، ابھی جو آپ نے یہ کہا کہ ہر آدمی کو اس کے لیول کے حساب سے جانچا جائے گا، تو ہم دیکھتے ہیں کہ بہت سارے لوگ جو متشدد مائنڈ رکھتے ہیں، تشدد والا مائنڈ رکھتے ہیں، قرآن کو بہت زیادہ پڑھتے ہیں، تو اس کو کس لیول سے جانچا جائے گا؟</w:t>
      </w:r>
    </w:p>
    <w:p>
      <w:r>
        <w:rPr>
          <w:b/>
        </w:rPr>
        <w:t xml:space="preserve">[1:05:32] </w:t>
      </w:r>
      <w:r>
        <w:t>quran ko bohat parhte hain, lekin woh Khuda ke creation plan ko daryaft nahi kar paye. is wajah se tashaddud nahi. tashaddud kya hai? already galat istemal hai. ji, kisi ko kaha gaya hai woh tashaddud kare.</w:t>
      </w:r>
    </w:p>
    <w:p>
      <w:pPr>
        <w:jc w:val="right"/>
      </w:pPr>
      <w:r>
        <w:t>قرآن کو بہت پڑھتے ہیں، لیکن وہ خدا کے کریشن پلان کو دریافت نہیں کر پائے۔ اس وجہ سے تشدد نہیں۔ تشدد کیا ہے؟ الریڈی غلط استعمال ہے۔ جی، کسی کو کہا گیا ہے وہ تشدد کرے۔</w:t>
      </w:r>
    </w:p>
    <w:p>
      <w:r>
        <w:rPr>
          <w:b/>
        </w:rPr>
        <w:t xml:space="preserve">[1:05:45] </w:t>
      </w:r>
      <w:r>
        <w:t>tashaddud is self as a misuse of freedom. kisi ko haq hai already ko misuse kare, kisi ke upar, kisi ko maare, kisi ko pakde, yeh right hi nahi hai.</w:t>
      </w:r>
    </w:p>
    <w:p>
      <w:pPr>
        <w:jc w:val="right"/>
      </w:pPr>
      <w:r>
        <w:t>تشدد از سیلف از اے مس یوز آف فریڈم۔ کسی کو حق ہے الریڈی کو مس یوز کرے، کسی کے اوپر، کسی کو مارے، کسی کو پکڑے، یہ رائٹ ہی نہیں ہے۔</w:t>
      </w:r>
    </w:p>
    <w:p>
      <w:r>
        <w:rPr>
          <w:b/>
        </w:rPr>
        <w:t xml:space="preserve">[1:05:54] </w:t>
      </w:r>
      <w:r>
        <w:t>tujh se poocha jayega: "tum ne kis right se tashaddud kiya?" tashaddud is a misuse of freedom.</w:t>
      </w:r>
    </w:p>
    <w:p>
      <w:pPr>
        <w:jc w:val="right"/>
      </w:pPr>
      <w:r>
        <w:t>تجھ سے پوچھا جائے گا: "تم نے کس رائٹ سے تشدد کیا؟" تشدد از اے مس یوز آف فریڈم۔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