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(English) March 13, 2007</w:t>
      </w:r>
    </w:p>
    <w:p>
      <w:r>
        <w:t>https://youtu.be/6v_B5P17kQM</w:t>
      </w:r>
    </w:p>
    <w:p>
      <w:r>
        <w:rPr>
          <w:b/>
        </w:rPr>
        <w:t xml:space="preserve">[00:10] </w:t>
      </w:r>
      <w:r>
        <w:t>bismillah hir rahman nir rahim, wa sallallahu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the theme for the present topic is "paradise". what is paradise?</w:t>
      </w:r>
    </w:p>
    <w:p>
      <w:pPr>
        <w:jc w:val="right"/>
      </w:pPr>
      <w:r>
        <w:t>دا تھیم فار دا پریزنٹ ٹاپک از "پیراڈائز"۔ واٹ از پیراڈائز؟</w:t>
      </w:r>
    </w:p>
    <w:p>
      <w:r>
        <w:rPr>
          <w:b/>
        </w:rPr>
        <w:t xml:space="preserve">[00:41] </w:t>
      </w:r>
      <w:r>
        <w:t>paradise is</w:t>
      </w:r>
    </w:p>
    <w:p>
      <w:pPr>
        <w:jc w:val="right"/>
      </w:pPr>
      <w:r>
        <w:t>پیراڈائز از</w:t>
      </w:r>
    </w:p>
    <w:p>
      <w:r>
        <w:rPr>
          <w:b/>
        </w:rPr>
        <w:t xml:space="preserve">[00:45] </w:t>
      </w:r>
      <w:r>
        <w:t>the ideal place of eternal happiness.</w:t>
      </w:r>
    </w:p>
    <w:p>
      <w:pPr>
        <w:jc w:val="right"/>
      </w:pPr>
      <w:r>
        <w:t>دی آئیڈیل پلیس آف ایٹرنل ہیپینس۔</w:t>
      </w:r>
    </w:p>
    <w:p>
      <w:r>
        <w:rPr>
          <w:b/>
        </w:rPr>
        <w:t xml:space="preserve">[00:55] </w:t>
      </w:r>
      <w:r>
        <w:t>paradise will be rewarded to those fortunate persons who stand the divine test in this world</w:t>
      </w:r>
    </w:p>
    <w:p>
      <w:pPr>
        <w:jc w:val="right"/>
      </w:pPr>
      <w:r>
        <w:t>پیراڈائز ول بی ریوارڈڈ ٹو دوز فورچونیٹ پرسنز ہو اسٹینڈ دا ڈیوائن ٹیسٹ ان دس ورلڈ</w:t>
      </w:r>
    </w:p>
    <w:p>
      <w:r>
        <w:rPr>
          <w:b/>
        </w:rPr>
        <w:t xml:space="preserve">[01:16] </w:t>
      </w:r>
      <w:r>
        <w:t>now,</w:t>
      </w:r>
    </w:p>
    <w:p>
      <w:pPr>
        <w:jc w:val="right"/>
      </w:pPr>
      <w:r>
        <w:t>۔ ناؤ،</w:t>
      </w:r>
    </w:p>
    <w:p>
      <w:r>
        <w:rPr>
          <w:b/>
        </w:rPr>
        <w:t xml:space="preserve">[01:21] </w:t>
      </w:r>
      <w:r>
        <w:t>God created</w:t>
      </w:r>
    </w:p>
    <w:p>
      <w:pPr>
        <w:jc w:val="right"/>
      </w:pPr>
      <w:r>
        <w:t>گاڈ کریٹڈ</w:t>
      </w:r>
    </w:p>
    <w:p>
      <w:r>
        <w:rPr>
          <w:b/>
        </w:rPr>
        <w:t xml:space="preserve">[01:25] </w:t>
      </w:r>
      <w:r>
        <w:t>universe according to scientific calculation.</w:t>
      </w:r>
    </w:p>
    <w:p>
      <w:pPr>
        <w:jc w:val="right"/>
      </w:pPr>
      <w:r>
        <w:t>یونیورس اکارڈنگ ٹو سائنٹیفک کیلکولیشن۔</w:t>
      </w:r>
    </w:p>
    <w:p>
      <w:r>
        <w:rPr>
          <w:b/>
        </w:rPr>
        <w:t xml:space="preserve">[01:34] </w:t>
      </w:r>
      <w:r>
        <w:t>universe was created before 13 billion years.</w:t>
      </w:r>
    </w:p>
    <w:p>
      <w:pPr>
        <w:jc w:val="right"/>
      </w:pPr>
      <w:r>
        <w:t>یونیورس واز کریٹڈ بیفور 13 بلین ایئرز۔</w:t>
      </w:r>
    </w:p>
    <w:p>
      <w:r>
        <w:rPr>
          <w:b/>
        </w:rPr>
        <w:t xml:space="preserve">[01:44] </w:t>
      </w:r>
      <w:r>
        <w:t>Then, God created planet Earth.</w:t>
      </w:r>
    </w:p>
    <w:p>
      <w:pPr>
        <w:jc w:val="right"/>
      </w:pPr>
      <w:r>
        <w:t>دین، گاڈ کریٹڈ پلینٹ ارتھ۔</w:t>
      </w:r>
    </w:p>
    <w:p>
      <w:r>
        <w:rPr>
          <w:b/>
        </w:rPr>
        <w:t xml:space="preserve">[01:52] </w:t>
      </w:r>
      <w:r>
        <w:t>Planet Earth is very unique and only one exception in the whole universe.</w:t>
      </w:r>
    </w:p>
    <w:p>
      <w:pPr>
        <w:jc w:val="right"/>
      </w:pPr>
      <w:r>
        <w:t>پلینٹ ارتھ از ویری یونیک اینڈ اونلی ون ایکسیپشن ان دا ہول یونیورس۔</w:t>
      </w:r>
    </w:p>
    <w:p>
      <w:r>
        <w:rPr>
          <w:b/>
        </w:rPr>
        <w:t xml:space="preserve">[02:08] </w:t>
      </w:r>
      <w:r>
        <w:t>Planet Earth is the only place where all those things are provided, which is called life support system.</w:t>
      </w:r>
    </w:p>
    <w:p>
      <w:pPr>
        <w:jc w:val="right"/>
      </w:pPr>
      <w:r>
        <w:t>پلینٹ ارتھ از دا اونلی پلیس ویر آل دوز تھنگز آر پرووائیڈڈ، وچ از کالڈ لائف سپورٹ سسٹم۔</w:t>
      </w:r>
    </w:p>
    <w:p>
      <w:r>
        <w:rPr>
          <w:b/>
        </w:rPr>
        <w:t xml:space="preserve">[02:30] </w:t>
      </w:r>
      <w:r>
        <w:t>Without life support system, man cannot exist.</w:t>
      </w:r>
    </w:p>
    <w:p>
      <w:pPr>
        <w:jc w:val="right"/>
      </w:pPr>
      <w:r>
        <w:t>وداؤٹ لائف سپورٹ سسٹم، مین کناٹ ایگزسٹ۔</w:t>
      </w:r>
    </w:p>
    <w:p>
      <w:r>
        <w:rPr>
          <w:b/>
        </w:rPr>
        <w:t xml:space="preserve">[02:39] </w:t>
      </w:r>
      <w:r>
        <w:t>So, after this,</w:t>
      </w:r>
    </w:p>
    <w:p>
      <w:pPr>
        <w:jc w:val="right"/>
      </w:pPr>
      <w:r>
        <w:t>سو، آفٹر دس،</w:t>
      </w:r>
    </w:p>
    <w:p>
      <w:r>
        <w:rPr>
          <w:b/>
        </w:rPr>
        <w:t xml:space="preserve">[02:45] </w:t>
      </w:r>
      <w:r>
        <w:t>after creating this planet and after providing all the support systems, God created man and settled him on this planet.</w:t>
      </w:r>
    </w:p>
    <w:p>
      <w:pPr>
        <w:jc w:val="right"/>
      </w:pPr>
      <w:r>
        <w:t>آفٹر کریٹنگ دس پلینٹ اینڈ آفٹر پرووائیڈنگ آل دی سپورٹ سسٹمز، گاڈ کریٹڈ مین اینڈ سیٹلڈ ہم ان دس پلینٹ۔</w:t>
      </w:r>
    </w:p>
    <w:p>
      <w:r>
        <w:rPr>
          <w:b/>
        </w:rPr>
        <w:t xml:space="preserve">[03:05] </w:t>
      </w:r>
      <w:r>
        <w:t>This was the beginning of human history. Then, God send prophets in every time and at every place.</w:t>
      </w:r>
    </w:p>
    <w:p>
      <w:pPr>
        <w:jc w:val="right"/>
      </w:pPr>
      <w:r>
        <w:t>دس واز دا بگننگ آف ہیومن ہسٹری۔ دین، گاڈ سینڈ پرافٹس ان ایوری ٹائم اینڈ ایٹ ایوری پلیس۔</w:t>
      </w:r>
    </w:p>
    <w:p>
      <w:r>
        <w:rPr>
          <w:b/>
        </w:rPr>
        <w:t xml:space="preserve">[03:26] </w:t>
      </w:r>
      <w:r>
        <w:t>These prophets came to give the guidance</w:t>
      </w:r>
    </w:p>
    <w:p>
      <w:pPr>
        <w:jc w:val="right"/>
      </w:pPr>
      <w:r>
        <w:t>دیز پرافٹس کیم ٹو گیو دا گائیڈنس</w:t>
      </w:r>
    </w:p>
    <w:p>
      <w:r>
        <w:rPr>
          <w:b/>
        </w:rPr>
        <w:t xml:space="preserve">[03:33] </w:t>
      </w:r>
      <w:r>
        <w:t>. They told the mankind how to live on this world.</w:t>
      </w:r>
    </w:p>
    <w:p>
      <w:pPr>
        <w:jc w:val="right"/>
      </w:pPr>
      <w:r>
        <w:t>۔ دے ٹولڈ دی مین کائنڈ ہاؤ ٹو لیو آن دس ورلڈ۔</w:t>
      </w:r>
    </w:p>
    <w:p>
      <w:r>
        <w:rPr>
          <w:b/>
        </w:rPr>
        <w:t xml:space="preserve">[03:45] </w:t>
      </w:r>
      <w:r>
        <w:t>So, according to the guidance, all these things which we find on this planet are not gift or reward.</w:t>
      </w:r>
    </w:p>
    <w:p>
      <w:pPr>
        <w:jc w:val="right"/>
      </w:pPr>
      <w:r>
        <w:t>سو، اکارڈنگ ٹو دا گائیڈنس، آل دیز تھنگز وچ وی فائنڈ ان دس پلینٹ آر ناٹ گفٹ آر ریوارڈ۔</w:t>
      </w:r>
    </w:p>
    <w:p>
      <w:r>
        <w:rPr>
          <w:b/>
        </w:rPr>
        <w:t xml:space="preserve">[03:58] </w:t>
      </w:r>
      <w:r>
        <w:t>Everything is a test paper</w:t>
      </w:r>
    </w:p>
    <w:p>
      <w:pPr>
        <w:jc w:val="right"/>
      </w:pPr>
      <w:r>
        <w:t>ایوری تھنگ از ا ٹیسٹ پیپر</w:t>
      </w:r>
    </w:p>
    <w:p>
      <w:r>
        <w:rPr>
          <w:b/>
        </w:rPr>
        <w:t xml:space="preserve">[04:03] </w:t>
      </w:r>
      <w:r>
        <w:t>. All those things that we enjoy on this planet are just test papers.</w:t>
      </w:r>
    </w:p>
    <w:p>
      <w:pPr>
        <w:jc w:val="right"/>
      </w:pPr>
      <w:r>
        <w:t>۔ آل دوز تھنگز دیٹ وی انجوائے آن دس پلینٹ آر جسٹ ٹیسٹ پیپرز۔</w:t>
      </w:r>
    </w:p>
    <w:p>
      <w:r>
        <w:rPr>
          <w:b/>
        </w:rPr>
        <w:t xml:space="preserve">[04:15] </w:t>
      </w:r>
      <w:r>
        <w:t>Then, God gave man freedom. Freedom is very unique quality an</w:t>
      </w:r>
    </w:p>
    <w:p>
      <w:pPr>
        <w:jc w:val="right"/>
      </w:pPr>
      <w:r>
        <w:t>دین، گاڈ گیو مین فریڈم۔ فریڈم از ویری یونیک کوالٹی این</w:t>
      </w:r>
    </w:p>
    <w:p>
      <w:r>
        <w:rPr>
          <w:b/>
        </w:rPr>
        <w:t xml:space="preserve">[04:30] </w:t>
      </w:r>
      <w:r>
        <w:t>d it is</w:t>
      </w:r>
    </w:p>
    <w:p>
      <w:pPr>
        <w:jc w:val="right"/>
      </w:pPr>
      <w:r>
        <w:t>ڈ اٹ از</w:t>
      </w:r>
    </w:p>
    <w:p>
      <w:r>
        <w:rPr>
          <w:b/>
        </w:rPr>
        <w:t xml:space="preserve">[04:34] </w:t>
      </w:r>
      <w:r>
        <w:t>given only for test. So, God</w:t>
      </w:r>
    </w:p>
    <w:p>
      <w:pPr>
        <w:jc w:val="right"/>
      </w:pPr>
      <w:r>
        <w:t>گیون اونلی فار ٹیسٹ۔ سو، گاڈ</w:t>
      </w:r>
    </w:p>
    <w:p>
      <w:r>
        <w:rPr>
          <w:b/>
        </w:rPr>
        <w:t xml:space="preserve">[04:43] </w:t>
      </w:r>
      <w:r>
        <w:t>through angels</w:t>
      </w:r>
    </w:p>
    <w:p>
      <w:pPr>
        <w:jc w:val="right"/>
      </w:pPr>
      <w:r>
        <w:t>تھرو اینجلز</w:t>
      </w:r>
    </w:p>
    <w:p>
      <w:r>
        <w:rPr>
          <w:b/>
        </w:rPr>
        <w:t xml:space="preserve">[04:48] </w:t>
      </w:r>
      <w:r>
        <w:t>sees how every man and woman how they are exercising their freedom.</w:t>
      </w:r>
    </w:p>
    <w:p>
      <w:pPr>
        <w:jc w:val="right"/>
      </w:pPr>
      <w:r>
        <w:t>سیز ہاؤ ایوری مین اینڈ وومن ہاؤ دے آر ایکسرسائزنگ دیر فریڈم۔</w:t>
      </w:r>
    </w:p>
    <w:p>
      <w:r>
        <w:rPr>
          <w:b/>
        </w:rPr>
        <w:t xml:space="preserve">[05:00] </w:t>
      </w:r>
      <w:r>
        <w:t>Those who misuse this freedom, they will be punished.</w:t>
      </w:r>
    </w:p>
    <w:p>
      <w:pPr>
        <w:jc w:val="right"/>
      </w:pPr>
      <w:r>
        <w:t>دوز ہو مس یوز دس فریڈم، دے ول بی پنشڈ۔</w:t>
      </w:r>
    </w:p>
    <w:p>
      <w:r>
        <w:rPr>
          <w:b/>
        </w:rPr>
        <w:t xml:space="preserve">[05:11] </w:t>
      </w:r>
      <w:r>
        <w:t>And those who</w:t>
      </w:r>
    </w:p>
    <w:p>
      <w:pPr>
        <w:jc w:val="right"/>
      </w:pPr>
      <w:r>
        <w:t>اینڈ دوز ہو</w:t>
      </w:r>
    </w:p>
    <w:p>
      <w:r>
        <w:rPr>
          <w:b/>
        </w:rPr>
        <w:t xml:space="preserve">[05:17] </w:t>
      </w:r>
      <w:r>
        <w:t>use their freedom according to the</w:t>
      </w:r>
    </w:p>
    <w:p>
      <w:pPr>
        <w:jc w:val="right"/>
      </w:pPr>
      <w:r>
        <w:t>یوز دیر فریڈم اکارڈنگ ٹو دا</w:t>
      </w:r>
    </w:p>
    <w:p>
      <w:r>
        <w:rPr>
          <w:b/>
        </w:rPr>
        <w:t xml:space="preserve">[05:22] </w:t>
      </w:r>
      <w:r>
        <w:t>divine guidance, they will be rewarded paradise.</w:t>
      </w:r>
    </w:p>
    <w:p>
      <w:pPr>
        <w:jc w:val="right"/>
      </w:pPr>
      <w:r>
        <w:t>ڈیوائن گائیڈنس، دے ول بی ریوارڈڈ پیراڈائز۔</w:t>
      </w:r>
    </w:p>
    <w:p>
      <w:r>
        <w:rPr>
          <w:b/>
        </w:rPr>
        <w:t xml:space="preserve">[05:30] </w:t>
      </w:r>
      <w:r>
        <w:t>So, this is the concept of paradise</w:t>
      </w:r>
    </w:p>
    <w:p>
      <w:pPr>
        <w:jc w:val="right"/>
      </w:pPr>
      <w:r>
        <w:t>سو، دس از دا کانسیپٹ آف پیراڈائز</w:t>
      </w:r>
    </w:p>
    <w:p>
      <w:r>
        <w:rPr>
          <w:b/>
        </w:rPr>
        <w:t xml:space="preserve">[05:37] </w:t>
      </w:r>
      <w:r>
        <w:t>in Islam. Now, I would like to refer some verses from Quran and Hadith that tell us who are those blessed people</w:t>
      </w:r>
    </w:p>
    <w:p>
      <w:pPr>
        <w:jc w:val="right"/>
      </w:pPr>
      <w:r>
        <w:t>ان اسلام۔ ناؤ، آئی وُڈ لائک ٹو ریفر سم ورسز فرام قرآن اینڈ حدیث دیٹ ٹیل اس ہو آر دوز بلیسڈ پیپل</w:t>
      </w:r>
    </w:p>
    <w:p>
      <w:r>
        <w:rPr>
          <w:b/>
        </w:rPr>
        <w:t xml:space="preserve">[05:57] </w:t>
      </w:r>
      <w:r>
        <w:t>. Who are those people who will be rewarded paradise? There is a hadith in Sahih Al-Bukhari</w:t>
      </w:r>
    </w:p>
    <w:p>
      <w:pPr>
        <w:jc w:val="right"/>
      </w:pPr>
      <w:r>
        <w:t>۔ ہو آر دوز پیپل ہو ول بی ریوارڈڈ پیراڈائز۔ دیر از اے حدیث ان صحیح البخاری</w:t>
      </w:r>
    </w:p>
    <w:p>
      <w:r>
        <w:rPr>
          <w:b/>
        </w:rPr>
        <w:t xml:space="preserve">[06:12] </w:t>
      </w:r>
      <w:r>
        <w:t>. da profit of islam hiz said: "man qala la ilaha illa Allah dakhala al-jannah".</w:t>
      </w:r>
    </w:p>
    <w:p>
      <w:pPr>
        <w:jc w:val="right"/>
      </w:pPr>
      <w:r>
        <w:t>۔ دا پرافٹ آف اسلام ہیز سیڈ: "من قال لا الہ الا اللہ دخل الجنہ"۔</w:t>
      </w:r>
    </w:p>
    <w:p>
      <w:r>
        <w:rPr>
          <w:b/>
        </w:rPr>
        <w:t xml:space="preserve">[06:26] </w:t>
      </w:r>
      <w:r>
        <w:t>one who says that there is no God but one God will find entry into paradise.</w:t>
      </w:r>
    </w:p>
    <w:p>
      <w:pPr>
        <w:jc w:val="right"/>
      </w:pPr>
      <w:r>
        <w:t>ون ہو سیز دیٹ دیر از نو گاڈ بٹ ون گاڈ ول فائنڈ انٹری انٹو پیراڈائز۔</w:t>
      </w:r>
    </w:p>
    <w:p>
      <w:r>
        <w:rPr>
          <w:b/>
        </w:rPr>
        <w:t xml:space="preserve">[06:41] </w:t>
      </w:r>
      <w:r>
        <w:t>her da profit siz that won ho siz.</w:t>
      </w:r>
    </w:p>
    <w:p>
      <w:pPr>
        <w:jc w:val="right"/>
      </w:pPr>
      <w:r>
        <w:t>ہیر دا پرافٹ سیز دیٹ ون ہو سیز۔</w:t>
      </w:r>
    </w:p>
    <w:p>
      <w:r>
        <w:rPr>
          <w:b/>
        </w:rPr>
        <w:t xml:space="preserve">[06:48] </w:t>
      </w:r>
      <w:r>
        <w:t>Now, what it means? In Arabic, it is "qawl". "Qawl" means "saying".</w:t>
      </w:r>
    </w:p>
    <w:p>
      <w:pPr>
        <w:jc w:val="right"/>
      </w:pPr>
      <w:r>
        <w:t>ناؤ، واٹ اٹ مینز؟ ان عربک، اٹ از "قول"۔ "قول" مینز "سےئنگ"۔</w:t>
      </w:r>
    </w:p>
    <w:p>
      <w:r>
        <w:rPr>
          <w:b/>
        </w:rPr>
        <w:t xml:space="preserve">[07:00] </w:t>
      </w:r>
      <w:r>
        <w:t>This saying is not very ordinary saying.</w:t>
      </w:r>
    </w:p>
    <w:p>
      <w:pPr>
        <w:jc w:val="right"/>
      </w:pPr>
      <w:r>
        <w:t>دس سےئنگ از ناٹ ویری آرڈنری سےئنگ۔</w:t>
      </w:r>
    </w:p>
    <w:p>
      <w:r>
        <w:rPr>
          <w:b/>
        </w:rPr>
        <w:t xml:space="preserve">[07:05] </w:t>
      </w:r>
      <w:r>
        <w:t>This saying are called as a result of a great discovery.</w:t>
      </w:r>
    </w:p>
    <w:p>
      <w:pPr>
        <w:jc w:val="right"/>
      </w:pPr>
      <w:r>
        <w:t>دس سےئنگ آر کال از ا رزلٹ آف ا گریٹ ڈسکوری۔</w:t>
      </w:r>
    </w:p>
    <w:p>
      <w:r>
        <w:rPr>
          <w:b/>
        </w:rPr>
        <w:t xml:space="preserve">[07:14] </w:t>
      </w:r>
      <w:r>
        <w:t>When one says that there is no God but one God, he declares that I have discovered God.</w:t>
      </w:r>
    </w:p>
    <w:p>
      <w:pPr>
        <w:jc w:val="right"/>
      </w:pPr>
      <w:r>
        <w:t>وین ون سیز دیٹ دیر از نو گاڈ بٹ ون گاڈ، ہی ڈیکلیئرز دیٹ آئی ہیو ڈسکورڈ گاڈ۔</w:t>
      </w:r>
    </w:p>
    <w:p>
      <w:r>
        <w:rPr>
          <w:b/>
        </w:rPr>
        <w:t xml:space="preserve">[07:24] </w:t>
      </w:r>
      <w:r>
        <w:t>gad da kretr, gad da sistiner, gad ho iz al pawarful</w:t>
      </w:r>
    </w:p>
    <w:p>
      <w:pPr>
        <w:jc w:val="right"/>
      </w:pPr>
      <w:r>
        <w:t>گاڈ دا کریٹر، گاڈ دا سسٹینر، گاڈ ہو از آل پاورفل</w:t>
      </w:r>
    </w:p>
    <w:p>
      <w:r>
        <w:rPr>
          <w:b/>
        </w:rPr>
        <w:t xml:space="preserve">[07:35] </w:t>
      </w:r>
      <w:r>
        <w:t>So, when one discovers God, he discovers all these things.</w:t>
      </w:r>
    </w:p>
    <w:p>
      <w:pPr>
        <w:jc w:val="right"/>
      </w:pPr>
      <w:r>
        <w:t>۔ سو، وین ون ڈسکورز گاڈ، ہی ڈسکورز آل دیز تھنگز۔</w:t>
      </w:r>
    </w:p>
    <w:p>
      <w:r>
        <w:rPr>
          <w:b/>
        </w:rPr>
        <w:t xml:space="preserve">[07:47] </w:t>
      </w:r>
      <w:r>
        <w:t>and discovery, so discovery, so this discovery is not very simple.</w:t>
      </w:r>
    </w:p>
    <w:p>
      <w:pPr>
        <w:jc w:val="right"/>
      </w:pPr>
      <w:r>
        <w:t>اینڈ ڈسکوری، سو ڈسکوری، سو دس ڈسکوری از ناٹ ویری سمپل۔</w:t>
      </w:r>
    </w:p>
    <w:p>
      <w:r>
        <w:rPr>
          <w:b/>
        </w:rPr>
        <w:t xml:space="preserve">[07:52] </w:t>
      </w:r>
      <w:r>
        <w:t>ven yu diskor that yu ar</w:t>
      </w:r>
    </w:p>
    <w:p>
      <w:pPr>
        <w:jc w:val="right"/>
      </w:pPr>
      <w:r>
        <w:t>وین یو ڈسکور دیٹ یو آر</w:t>
      </w:r>
    </w:p>
    <w:p>
      <w:r>
        <w:rPr>
          <w:b/>
        </w:rPr>
        <w:t xml:space="preserve">[07:58] </w:t>
      </w:r>
      <w:r>
        <w:t>Krishna, you were created by God, and it is God who is your sustainer.</w:t>
      </w:r>
    </w:p>
    <w:p>
      <w:pPr>
        <w:jc w:val="right"/>
      </w:pPr>
      <w:r>
        <w:t>کریشن، یو ویر کریٹڈ بائی گاڈ، اینڈ اٹ از گاڈ ہو از یور سسٹینر۔</w:t>
      </w:r>
    </w:p>
    <w:p>
      <w:r>
        <w:rPr>
          <w:b/>
        </w:rPr>
        <w:t xml:space="preserve">[08:08] </w:t>
      </w:r>
      <w:r>
        <w:t>So, it means that you have to surrender. This kind of discourse</w:t>
      </w:r>
    </w:p>
    <w:p>
      <w:pPr>
        <w:jc w:val="right"/>
      </w:pPr>
      <w:r>
        <w:t>سو، اٹ مینز دیٹ یو ہیو ٹو سرینڈر۔ دس کائنڈ آف ڈسکوری</w:t>
      </w:r>
    </w:p>
    <w:p>
      <w:r>
        <w:rPr>
          <w:b/>
        </w:rPr>
        <w:t xml:space="preserve">[08:19] </w:t>
      </w:r>
      <w:r>
        <w:t>miks yu to sirrender bifor gad</w:t>
      </w:r>
    </w:p>
    <w:p>
      <w:pPr>
        <w:jc w:val="right"/>
      </w:pPr>
      <w:r>
        <w:t>میکس یو ٹو سرینڈر بیفور گاڈ</w:t>
      </w:r>
    </w:p>
    <w:p>
      <w:r>
        <w:rPr>
          <w:b/>
        </w:rPr>
        <w:t xml:space="preserve">[08:23] </w:t>
      </w:r>
      <w:r>
        <w:t>So, this saying is not simply an utterance of word, but it is a declaration of discovery.</w:t>
      </w:r>
    </w:p>
    <w:p>
      <w:pPr>
        <w:jc w:val="right"/>
      </w:pPr>
      <w:r>
        <w:t>۔ سو، دس سےئنگ از ناٹ سمپلی این اٹرنس آف ورڈ، بٹ اٹ از ا ڈیکلیئرشن آف ڈسکوری۔</w:t>
      </w:r>
    </w:p>
    <w:p>
      <w:r>
        <w:rPr>
          <w:b/>
        </w:rPr>
        <w:t xml:space="preserve">[08:32] </w:t>
      </w:r>
      <w:r>
        <w:t>it is declaration of realization. This meaning of the saying of the prophet is very evident from the other hadith</w:t>
      </w:r>
    </w:p>
    <w:p>
      <w:pPr>
        <w:jc w:val="right"/>
      </w:pPr>
      <w:r>
        <w:t>اٹ از ڈیکلیئرشن آف ریلائزیشن۔ دس میننگ آف دا سےئنگ آف دا پرافٹ از ویری ایویڈنٹ فرام دی ادر حدیث</w:t>
      </w:r>
    </w:p>
    <w:p>
      <w:r>
        <w:rPr>
          <w:b/>
        </w:rPr>
        <w:t xml:space="preserve">[08:44] </w:t>
      </w:r>
      <w:r>
        <w:t>. In another hadith, the prophet says: "man arf Allah illa Allah dakhala al-jannah".</w:t>
      </w:r>
    </w:p>
    <w:p>
      <w:pPr>
        <w:jc w:val="right"/>
      </w:pPr>
      <w:r>
        <w:t>۔ ان انادر حدیث، دا پرافٹ سیز: "من عرف اللہ الا اللہ دخل الجنہ"۔</w:t>
      </w:r>
    </w:p>
    <w:p>
      <w:r>
        <w:rPr>
          <w:b/>
        </w:rPr>
        <w:t xml:space="preserve">[08:55] </w:t>
      </w:r>
      <w:r>
        <w:t>One who realizes that there is no God but one God, he will find entry into paradise.</w:t>
      </w:r>
    </w:p>
    <w:p>
      <w:pPr>
        <w:jc w:val="right"/>
      </w:pPr>
      <w:r>
        <w:t>ون ہو ریلائزز دیٹ دیر از نو گاڈ بٹ ون گاڈ، ہی ول فائنڈ انٹری انٹو پیراڈائز۔</w:t>
      </w:r>
    </w:p>
    <w:p>
      <w:r>
        <w:rPr>
          <w:b/>
        </w:rPr>
        <w:t xml:space="preserve">[09:07] </w:t>
      </w:r>
      <w:r>
        <w:t>to hir yu kan si that</w:t>
      </w:r>
    </w:p>
    <w:p>
      <w:pPr>
        <w:jc w:val="right"/>
      </w:pPr>
      <w:r>
        <w:t>تو ہیر یو کین سی دیٹ</w:t>
      </w:r>
    </w:p>
    <w:p>
      <w:r>
        <w:rPr>
          <w:b/>
        </w:rPr>
        <w:t xml:space="preserve">[09:15] </w:t>
      </w:r>
      <w:r>
        <w:t>that the word used by the prophet was "arfah". "arfah" means realization.</w:t>
      </w:r>
    </w:p>
    <w:p>
      <w:pPr>
        <w:jc w:val="right"/>
      </w:pPr>
      <w:r>
        <w:t>دیٹ دا ورڈ یوزڈ بائی دا پرافٹ واز "عرفہ"۔ "عرفہ" مینز ریلائزیشن۔</w:t>
      </w:r>
    </w:p>
    <w:p>
      <w:r>
        <w:rPr>
          <w:b/>
        </w:rPr>
        <w:t xml:space="preserve">[09:24] </w:t>
      </w:r>
      <w:r>
        <w:t>one who realizes. So, realization is very important. What is required is not simply "qawl" or saying, but realization</w:t>
      </w:r>
    </w:p>
    <w:p>
      <w:pPr>
        <w:jc w:val="right"/>
      </w:pPr>
      <w:r>
        <w:t>ون ہو ریلائزز۔ سو، ریلائزیشن از ویری امپورٹنٹ۔ واٹ از ریکوائرڈ از ناٹ سمپلی "قول" آر سےئنگ، بٹ ریلائزیشن</w:t>
      </w:r>
    </w:p>
    <w:p>
      <w:r>
        <w:rPr>
          <w:b/>
        </w:rPr>
        <w:t xml:space="preserve">[09:38] </w:t>
      </w:r>
      <w:r>
        <w:t>. So, here "qawl" means that kind of "qawl" that are that kind of saying, which are result of realization, which is result of discovery.</w:t>
      </w:r>
    </w:p>
    <w:p>
      <w:pPr>
        <w:jc w:val="right"/>
      </w:pPr>
      <w:r>
        <w:t>۔ سو، ہیر "قول" مینز دیٹ کائنڈ آف "قول" دیٹ آر دیٹ کائنڈ آف سےئنگ، وچ ار رزلٹ آف ریلائزیشن، وچ از رزلٹ آف ڈسکوری۔</w:t>
      </w:r>
    </w:p>
    <w:p>
      <w:r>
        <w:rPr>
          <w:b/>
        </w:rPr>
        <w:t xml:space="preserve">[09:53] </w:t>
      </w:r>
      <w:r>
        <w:t>This meaning is also present in the Quran.</w:t>
      </w:r>
    </w:p>
    <w:p>
      <w:pPr>
        <w:jc w:val="right"/>
      </w:pPr>
      <w:r>
        <w:t>دس میننگ از آل سو پریزنٹ ان دا قرآن۔</w:t>
      </w:r>
    </w:p>
    <w:p>
      <w:r>
        <w:rPr>
          <w:b/>
        </w:rPr>
        <w:t xml:space="preserve">[10:04] </w:t>
      </w:r>
      <w:r>
        <w:t>There is a there is a verse in the Quran in chapter Al-Maidah, chapter five.</w:t>
      </w:r>
    </w:p>
    <w:p>
      <w:pPr>
        <w:jc w:val="right"/>
      </w:pPr>
      <w:r>
        <w:t>دیر از ا دیر از ا ورس ان دا قرآن ان چیپٹر المائدہ، چیپٹر فائیو۔</w:t>
      </w:r>
    </w:p>
    <w:p>
      <w:r>
        <w:rPr>
          <w:b/>
        </w:rPr>
        <w:t xml:space="preserve">[10:18] </w:t>
      </w:r>
      <w:r>
        <w:t>in this surah, quran says: "ma unzil al-rasul</w:t>
      </w:r>
    </w:p>
    <w:p>
      <w:pPr>
        <w:jc w:val="right"/>
      </w:pPr>
      <w:r>
        <w:t>ان دس سورہ، قرآن سیز: "ما انزل الرسول</w:t>
      </w:r>
    </w:p>
    <w:p>
      <w:r>
        <w:rPr>
          <w:b/>
        </w:rPr>
        <w:t xml:space="preserve">[10:43] </w:t>
      </w:r>
      <w:r>
        <w:t>min al-haq".</w:t>
      </w:r>
    </w:p>
    <w:p>
      <w:pPr>
        <w:jc w:val="right"/>
      </w:pPr>
      <w:r>
        <w:t>من الحق"۔</w:t>
      </w:r>
    </w:p>
    <w:p>
      <w:r>
        <w:rPr>
          <w:b/>
        </w:rPr>
        <w:t xml:space="preserve">[10:53] </w:t>
      </w:r>
      <w:r>
        <w:t>in this verse, Quran narrates a story.</w:t>
      </w:r>
    </w:p>
    <w:p>
      <w:pPr>
        <w:jc w:val="right"/>
      </w:pPr>
      <w:r>
        <w:t>ان دس ورس، قرآن نیریٹس ا سٹوری۔</w:t>
      </w:r>
    </w:p>
    <w:p>
      <w:r>
        <w:rPr>
          <w:b/>
        </w:rPr>
        <w:t xml:space="preserve">[11:00] </w:t>
      </w:r>
      <w:r>
        <w:t>a group of christians came to medina, perhaps from yemen.</w:t>
      </w:r>
    </w:p>
    <w:p>
      <w:pPr>
        <w:jc w:val="right"/>
      </w:pPr>
      <w:r>
        <w:t>ا گروپ آف کرسچنز کیم ٹو مدینہ، پرہیپس فرامیمن۔</w:t>
      </w:r>
    </w:p>
    <w:p>
      <w:r>
        <w:rPr>
          <w:b/>
        </w:rPr>
        <w:t xml:space="preserve">[11:11] </w:t>
      </w:r>
      <w:r>
        <w:t>so, they wanted to know the message of Quran. So, they came to Medina and asked Prophet</w:t>
      </w:r>
    </w:p>
    <w:p>
      <w:pPr>
        <w:jc w:val="right"/>
      </w:pPr>
      <w:r>
        <w:t>سو، دے وانٹڈ ٹو نو دا میسج آف قرآن۔ سو، دے کیم ٹو مدینہ اینڈ اسکڈ پرافٹ</w:t>
      </w:r>
    </w:p>
    <w:p>
      <w:r>
        <w:rPr>
          <w:b/>
        </w:rPr>
        <w:t xml:space="preserve">[11:24] </w:t>
      </w:r>
      <w:r>
        <w:t>. so, prophet</w:t>
      </w:r>
    </w:p>
    <w:p>
      <w:pPr>
        <w:jc w:val="right"/>
      </w:pPr>
      <w:r>
        <w:t>۔ سو، پرافٹ</w:t>
      </w:r>
    </w:p>
    <w:p>
      <w:r>
        <w:rPr>
          <w:b/>
        </w:rPr>
        <w:t xml:space="preserve">[11:28] </w:t>
      </w:r>
      <w:r>
        <w:t>recited some verses from the Quran. So, what happened? Quran says:</w:t>
      </w:r>
    </w:p>
    <w:p>
      <w:pPr>
        <w:jc w:val="right"/>
      </w:pPr>
      <w:r>
        <w:t>ریسیڈڈ سم ورسز فرام دا قرآن۔ سو، واٹ ہیپنڈ؟ قرآن سیز:</w:t>
      </w:r>
    </w:p>
    <w:p>
      <w:r>
        <w:rPr>
          <w:b/>
        </w:rPr>
        <w:t xml:space="preserve">[11:40] </w:t>
      </w:r>
      <w:r>
        <w:t>"they became cry". their eyes were full of tears.</w:t>
      </w:r>
    </w:p>
    <w:p>
      <w:pPr>
        <w:jc w:val="right"/>
      </w:pPr>
      <w:r>
        <w:t>"دے بیکم کرائی"۔ دیر آئیز ویر فل آف فیئرز۔</w:t>
      </w:r>
    </w:p>
    <w:p>
      <w:r>
        <w:rPr>
          <w:b/>
        </w:rPr>
        <w:t xml:space="preserve">[11:52] </w:t>
      </w:r>
      <w:r>
        <w:t>so, this was realization.</w:t>
      </w:r>
    </w:p>
    <w:p>
      <w:pPr>
        <w:jc w:val="right"/>
      </w:pPr>
      <w:r>
        <w:t>سو، دس واز ریلائزیشن۔</w:t>
      </w:r>
    </w:p>
    <w:p>
      <w:r>
        <w:rPr>
          <w:b/>
        </w:rPr>
        <w:t xml:space="preserve">[11:55] </w:t>
      </w:r>
      <w:r>
        <w:t>simply saying is not so effective that you become cry.</w:t>
      </w:r>
    </w:p>
    <w:p>
      <w:pPr>
        <w:jc w:val="right"/>
      </w:pPr>
      <w:r>
        <w:t>سمپلی سےئنگ از ناٹ سو ایفیکٹیو دیٹ یو بیکم کرائی۔</w:t>
      </w:r>
    </w:p>
    <w:p>
      <w:r>
        <w:rPr>
          <w:b/>
        </w:rPr>
        <w:t xml:space="preserve">[12:06] </w:t>
      </w:r>
      <w:r>
        <w:t>so, here you can find that</w:t>
      </w:r>
    </w:p>
    <w:p>
      <w:pPr>
        <w:jc w:val="right"/>
      </w:pPr>
      <w:r>
        <w:t>سو، ہیر یو کین فائنڈ دیٹ</w:t>
      </w:r>
    </w:p>
    <w:p>
      <w:r>
        <w:rPr>
          <w:b/>
        </w:rPr>
        <w:t xml:space="preserve">[12:12] </w:t>
      </w:r>
      <w:r>
        <w:t>that iman are reciting the kalma is a result of a great storm</w:t>
      </w:r>
    </w:p>
    <w:p>
      <w:pPr>
        <w:jc w:val="right"/>
      </w:pPr>
      <w:r>
        <w:t>دیٹ ایمان آر ریسیڈنگ دی کلمہ از ا رزلٹ آف ا گریٹ سٹورم</w:t>
      </w:r>
    </w:p>
    <w:p>
      <w:r>
        <w:rPr>
          <w:b/>
        </w:rPr>
        <w:t xml:space="preserve">[12:22] </w:t>
      </w:r>
      <w:r>
        <w:t>. when you realize that there is a god who is your creator, who is your sustainer, then it brings about a storm in your heart.</w:t>
      </w:r>
    </w:p>
    <w:p>
      <w:pPr>
        <w:jc w:val="right"/>
      </w:pPr>
      <w:r>
        <w:t>۔ وین یو ریلائز دیٹ دیر از ا گاڈ ہو از یور کریٹر، ہو از یور سسٹینر، دین اٹ برنگز اباؤٹ ا سٹورم ان یور ہارٹ۔</w:t>
      </w:r>
    </w:p>
    <w:p>
      <w:r>
        <w:rPr>
          <w:b/>
        </w:rPr>
        <w:t xml:space="preserve">[12:36] </w:t>
      </w:r>
      <w:r>
        <w:t>it is a great experience. great spiritual experience.</w:t>
      </w:r>
    </w:p>
    <w:p>
      <w:pPr>
        <w:jc w:val="right"/>
      </w:pPr>
      <w:r>
        <w:t>اٹ از ا گریٹ ایکسپیرینس۔ گریٹ سپریچول ایکسپیرینس۔</w:t>
      </w:r>
    </w:p>
    <w:p>
      <w:r>
        <w:rPr>
          <w:b/>
        </w:rPr>
        <w:t xml:space="preserve">[12:46] </w:t>
      </w:r>
      <w:r>
        <w:t>under this experience, you say la ilaha illallah. there is no god but one god. this kind of experience is not a temporary phase in your life.</w:t>
      </w:r>
    </w:p>
    <w:p>
      <w:pPr>
        <w:jc w:val="right"/>
      </w:pPr>
      <w:r>
        <w:t>انڈر دس ایکسپیرینس، یو سے لا الہ الا اللہ۔ دیر از نو گاڈ بٹ ون گاڈ۔ دس کائنڈ آف ایکسپیرینس از ناٹ ا ٹیمپرری فیز ان یور لائف۔</w:t>
      </w:r>
    </w:p>
    <w:p>
      <w:r>
        <w:rPr>
          <w:b/>
        </w:rPr>
        <w:t xml:space="preserve">[13:02] </w:t>
      </w:r>
      <w:r>
        <w:t>it changes the whole history. it changes the whole course of your life.</w:t>
      </w:r>
    </w:p>
    <w:p>
      <w:pPr>
        <w:jc w:val="right"/>
      </w:pPr>
      <w:r>
        <w:t>اٹ چینجز دا ہول ہسٹری۔ لائف اٹ چینجز دا ہول کورس آف یور لائف۔</w:t>
      </w:r>
    </w:p>
    <w:p>
      <w:r>
        <w:rPr>
          <w:b/>
        </w:rPr>
        <w:t xml:space="preserve">[13:14] </w:t>
      </w:r>
      <w:r>
        <w:t>so, after this realization, after this discovery, you</w:t>
      </w:r>
    </w:p>
    <w:p>
      <w:pPr>
        <w:jc w:val="right"/>
      </w:pPr>
      <w:r>
        <w:t>سو، آفٹر دس ریلائزیشن، آفٹر دس ڈسکوری، یو</w:t>
      </w:r>
    </w:p>
    <w:p>
      <w:r>
        <w:rPr>
          <w:b/>
        </w:rPr>
        <w:t xml:space="preserve">[13:25] </w:t>
      </w:r>
      <w:r>
        <w:t>are compelled to surrender before God. You</w:t>
      </w:r>
    </w:p>
    <w:p>
      <w:pPr>
        <w:jc w:val="right"/>
      </w:pPr>
      <w:r>
        <w:t>آر کمپلڈ ٹو سرینڈر بیفور گاڈ۔ یو</w:t>
      </w:r>
    </w:p>
    <w:p>
      <w:r>
        <w:rPr>
          <w:b/>
        </w:rPr>
        <w:t xml:space="preserve">[13:33] </w:t>
      </w:r>
      <w:r>
        <w:t>you have no option other than to follow god's commandment</w:t>
      </w:r>
    </w:p>
    <w:p>
      <w:pPr>
        <w:jc w:val="right"/>
      </w:pPr>
      <w:r>
        <w:t>یو ہیو نو آپشن ادر دین ٹو فالو گاڈز کمانڈمنٹ</w:t>
      </w:r>
    </w:p>
    <w:p>
      <w:r>
        <w:rPr>
          <w:b/>
        </w:rPr>
        <w:t xml:space="preserve">[13:39] </w:t>
      </w:r>
      <w:r>
        <w:t>. so, you this saying are this kalma is so powerful that it shapes all your life.</w:t>
      </w:r>
    </w:p>
    <w:p>
      <w:pPr>
        <w:jc w:val="right"/>
      </w:pPr>
      <w:r>
        <w:t>۔ سو، یو دس سےئنگ آر دس کلمہ از سو پاورفل دیٹ اٹ شیپس آل یور لائف۔</w:t>
      </w:r>
    </w:p>
    <w:p>
      <w:r>
        <w:rPr>
          <w:b/>
        </w:rPr>
        <w:t xml:space="preserve">[13:53] </w:t>
      </w:r>
      <w:r>
        <w:t>so, this is the saying of kalma. kalma means kalma does not mean simply recitation ya utterance.</w:t>
      </w:r>
    </w:p>
    <w:p>
      <w:pPr>
        <w:jc w:val="right"/>
      </w:pPr>
      <w:r>
        <w:t>سو، دس از دا سےئنگ آف کلمہ۔ کلمہ مینز کلمہ ڈز ناٹ مین سمپلی ریسیٹیشن یا اٹرنس۔</w:t>
      </w:r>
    </w:p>
    <w:p>
      <w:r>
        <w:rPr>
          <w:b/>
        </w:rPr>
        <w:t xml:space="preserve">[14:06] </w:t>
      </w:r>
      <w:r>
        <w:t>first, before kalma, there is realization.</w:t>
      </w:r>
    </w:p>
    <w:p>
      <w:pPr>
        <w:jc w:val="right"/>
      </w:pPr>
      <w:r>
        <w:t>فرسٹ، بیفور کلمہ، دیر از ریلائزیشن۔</w:t>
      </w:r>
    </w:p>
    <w:p>
      <w:r>
        <w:rPr>
          <w:b/>
        </w:rPr>
        <w:t xml:space="preserve">[14:14] </w:t>
      </w:r>
      <w:r>
        <w:t>kalma is outcome of realization. so, first of all, you realize, you discover the greatest truth that is god.</w:t>
      </w:r>
    </w:p>
    <w:p>
      <w:pPr>
        <w:jc w:val="right"/>
      </w:pPr>
      <w:r>
        <w:t>کلمہ از آؤٹ کم آف ریلائزیشن۔ تو، فرسٹ آف آل، یو ریلائز، یو ڈسکور دا گریٹسٹ ٹروتھ دیٹ از گاڈ۔</w:t>
      </w:r>
    </w:p>
    <w:p>
      <w:r>
        <w:rPr>
          <w:b/>
        </w:rPr>
        <w:t xml:space="preserve">[14:27] </w:t>
      </w:r>
      <w:r>
        <w:t>so, realization is the first. then comes the recitation of kalma. this is very important.</w:t>
      </w:r>
    </w:p>
    <w:p>
      <w:pPr>
        <w:jc w:val="right"/>
      </w:pPr>
      <w:r>
        <w:t>سو، ریلائزیشن از دا فرسٹ۔ دین کمز دا ریسیٹیشن آف کلمہ۔ دس از ویری امپورٹنٹ۔</w:t>
      </w:r>
    </w:p>
    <w:p>
      <w:r>
        <w:rPr>
          <w:b/>
        </w:rPr>
        <w:t xml:space="preserve">[14:42] </w:t>
      </w:r>
      <w:r>
        <w:t>ma unzil al-rasul. the same is repeated in the hadith: "man 'arafa Allah illa Allah".</w:t>
      </w:r>
    </w:p>
    <w:p>
      <w:pPr>
        <w:jc w:val="right"/>
      </w:pPr>
      <w:r>
        <w:t>ما انزل الرسول۔ دا سیم از ریپیٹڈ ان دا حدیث: "من عرف اللہ الا اللہ"۔</w:t>
      </w:r>
    </w:p>
    <w:p>
      <w:r>
        <w:rPr>
          <w:b/>
        </w:rPr>
        <w:t xml:space="preserve">[14:51] </w:t>
      </w:r>
      <w:r>
        <w:t>so, da first is marifat. marifat means realization. it is realization that comes first</w:t>
      </w:r>
    </w:p>
    <w:p>
      <w:pPr>
        <w:jc w:val="right"/>
      </w:pPr>
      <w:r>
        <w:t>سو، دا فرسٹ از معرفت۔ معرفت مینز ریلائزیشن۔ اٹ از ریلائزیشن دیٹ کمز فرسٹ</w:t>
      </w:r>
    </w:p>
    <w:p>
      <w:r>
        <w:rPr>
          <w:b/>
        </w:rPr>
        <w:t xml:space="preserve">[15:03] </w:t>
      </w:r>
      <w:r>
        <w:t>. so, when you realize the greatest truth that is god, then there is great emergency in your personality.</w:t>
      </w:r>
    </w:p>
    <w:p>
      <w:pPr>
        <w:jc w:val="right"/>
      </w:pPr>
      <w:r>
        <w:t>۔ سو، وین یو ریلائز دا گریٹسٹ ٹروتھ دیٹ از گاڈ، دین دیر از گریٹ ایمرجنسی ان یور پرسنیلٹی۔</w:t>
      </w:r>
    </w:p>
    <w:p>
      <w:r>
        <w:rPr>
          <w:b/>
        </w:rPr>
        <w:t xml:space="preserve">[15:16] </w:t>
      </w:r>
      <w:r>
        <w:t>your heart is change, your mind is change, your soul is change, your thoughts are change. this kalma covers all of your life.</w:t>
      </w:r>
    </w:p>
    <w:p>
      <w:pPr>
        <w:jc w:val="right"/>
      </w:pPr>
      <w:r>
        <w:t>یور ہارٹ از چینج، یور مائنڈ از چینج، یور سول از چینج، یور تھاٹس آر چینج۔ دس کلمہ کورز آل آف یور لائف۔</w:t>
      </w:r>
    </w:p>
    <w:p>
      <w:r>
        <w:rPr>
          <w:b/>
        </w:rPr>
        <w:t xml:space="preserve">[15:30] </w:t>
      </w:r>
      <w:r>
        <w:t>so, this is the certificate of paradise.</w:t>
      </w:r>
    </w:p>
    <w:p>
      <w:pPr>
        <w:jc w:val="right"/>
      </w:pPr>
      <w:r>
        <w:t>سو، دس از دا سرٹیفیکیٹ آف پیراڈائز۔</w:t>
      </w:r>
    </w:p>
    <w:p>
      <w:r>
        <w:rPr>
          <w:b/>
        </w:rPr>
        <w:t xml:space="preserve">[15:37] </w:t>
      </w:r>
      <w:r>
        <w:t>when you</w:t>
      </w:r>
    </w:p>
    <w:p>
      <w:pPr>
        <w:jc w:val="right"/>
      </w:pPr>
      <w:r>
        <w:t>وین یو</w:t>
      </w:r>
    </w:p>
    <w:p>
      <w:r>
        <w:rPr>
          <w:b/>
        </w:rPr>
        <w:t xml:space="preserve">[15:41] </w:t>
      </w:r>
      <w:r>
        <w:t>you know everyone is a seeker by birth. everyone has seeking spirit in his heart.</w:t>
      </w:r>
    </w:p>
    <w:p>
      <w:pPr>
        <w:jc w:val="right"/>
      </w:pPr>
      <w:r>
        <w:t>یو نو ایوری ون از ا سیکر بائی برتھ۔ ایوری ون ہیز سیکنگ سپرٹ ان ہز ہارٹ۔</w:t>
      </w:r>
    </w:p>
    <w:p>
      <w:r>
        <w:rPr>
          <w:b/>
        </w:rPr>
        <w:t xml:space="preserve">[15:52] </w:t>
      </w:r>
      <w:r>
        <w:t>so, first of all, you want to know who am i. what is my? what is the purpose of my life?</w:t>
      </w:r>
    </w:p>
    <w:p>
      <w:pPr>
        <w:jc w:val="right"/>
      </w:pPr>
      <w:r>
        <w:t>تو، فرسٹ آف آل، یو وانٹ ٹو نو ہو ایم آئی۔ واٹ از مائی؟ واٹ از دا پرپس آف مائی لائف؟</w:t>
      </w:r>
    </w:p>
    <w:p>
      <w:r>
        <w:rPr>
          <w:b/>
        </w:rPr>
        <w:t xml:space="preserve">[16:03] </w:t>
      </w:r>
      <w:r>
        <w:t>what is before death? what is after death?</w:t>
      </w:r>
    </w:p>
    <w:p>
      <w:pPr>
        <w:jc w:val="right"/>
      </w:pPr>
      <w:r>
        <w:t>واٹ از بیفور ڈیتھ؟ واٹ از آفٹر ڈیتھ؟</w:t>
      </w:r>
    </w:p>
    <w:p>
      <w:r>
        <w:rPr>
          <w:b/>
        </w:rPr>
        <w:t xml:space="preserve">[16:07] </w:t>
      </w:r>
      <w:r>
        <w:t>all these questions are introven in your mind. so, when you try to know the answer of these questions, then you discover that you were created by god and god is your sustainer.</w:t>
      </w:r>
    </w:p>
    <w:p>
      <w:pPr>
        <w:jc w:val="right"/>
      </w:pPr>
      <w:r>
        <w:t>آل دیز کوئسچنز آر انٹروون ان یور مائنڈ۔ سو، وین یو ٹرائی ٹو نو دا آنسر آف دیز کوئسچنز، دین یو ڈسکور دیٹ یو ویر کریٹڈ بائی گاڈ اینڈ گاڈ از یور سسٹینر۔</w:t>
      </w:r>
    </w:p>
    <w:p>
      <w:r>
        <w:rPr>
          <w:b/>
        </w:rPr>
        <w:t xml:space="preserve">[16:33] </w:t>
      </w:r>
      <w:r>
        <w:t>then you are compelled to say la ilaha illallah.</w:t>
      </w:r>
    </w:p>
    <w:p>
      <w:pPr>
        <w:jc w:val="right"/>
      </w:pPr>
      <w:r>
        <w:t>دین یو آر کمپلڈ ٹو سے لا الہ الا اللہ۔</w:t>
      </w:r>
    </w:p>
    <w:p>
      <w:r>
        <w:rPr>
          <w:b/>
        </w:rPr>
        <w:t xml:space="preserve">[16:42] </w:t>
      </w:r>
      <w:r>
        <w:t>this is kalma. then</w:t>
      </w:r>
    </w:p>
    <w:p>
      <w:pPr>
        <w:jc w:val="right"/>
      </w:pPr>
      <w:r>
        <w:t>دس از کلمہ۔ دین</w:t>
      </w:r>
    </w:p>
    <w:p>
      <w:r>
        <w:rPr>
          <w:b/>
        </w:rPr>
        <w:t xml:space="preserve">[16:51] </w:t>
      </w:r>
      <w:r>
        <w:t>the quran says: "kon rabbaniyin". it means that</w:t>
      </w:r>
    </w:p>
    <w:p>
      <w:pPr>
        <w:jc w:val="right"/>
      </w:pPr>
      <w:r>
        <w:t>دا قرآن سیز: "کون ربانین"۔ اٹ مینز دیٹ</w:t>
      </w:r>
    </w:p>
    <w:p>
      <w:r>
        <w:rPr>
          <w:b/>
        </w:rPr>
        <w:t xml:space="preserve">[17:05] </w:t>
      </w:r>
      <w:r>
        <w:t>kon rabbaniyin. rabbaniyin</w:t>
      </w:r>
    </w:p>
    <w:p>
      <w:pPr>
        <w:jc w:val="right"/>
      </w:pPr>
      <w:r>
        <w:t>کون ربانین۔ ربانین</w:t>
      </w:r>
    </w:p>
    <w:p>
      <w:r>
        <w:rPr>
          <w:b/>
        </w:rPr>
        <w:t xml:space="preserve">[17:10] </w:t>
      </w:r>
      <w:r>
        <w:t>adopt the life of rabbania.</w:t>
      </w:r>
    </w:p>
    <w:p>
      <w:pPr>
        <w:jc w:val="right"/>
      </w:pPr>
      <w:r>
        <w:t>اڈاپٹ دا لائف آف ربانیہ۔</w:t>
      </w:r>
    </w:p>
    <w:p>
      <w:r>
        <w:rPr>
          <w:b/>
        </w:rPr>
        <w:t xml:space="preserve">[17:17] </w:t>
      </w:r>
      <w:r>
        <w:t>be rabb oriented person. your thinking must be rabb oriented or god oriented.</w:t>
      </w:r>
    </w:p>
    <w:p>
      <w:pPr>
        <w:jc w:val="right"/>
      </w:pPr>
      <w:r>
        <w:t>بی رب اورینٹڈ پرسن۔ یور تھنکنگ مسٹ بی رب اورینٹڈ اور گاڈ اورینٹڈ۔</w:t>
      </w:r>
    </w:p>
    <w:p>
      <w:r>
        <w:rPr>
          <w:b/>
        </w:rPr>
        <w:t xml:space="preserve">[17:26] </w:t>
      </w:r>
      <w:r>
        <w:t>so, adopt god oriented thinking, god oriented speech, god oriented behavior.</w:t>
      </w:r>
    </w:p>
    <w:p>
      <w:pPr>
        <w:jc w:val="right"/>
      </w:pPr>
      <w:r>
        <w:t>سو، اڈاپٹ گاڈ اورینٹڈ تھنکنگ، گاڈ اورینٹڈ سپیچ، گاڈ اورینٹڈ بیہیویئر۔</w:t>
      </w:r>
    </w:p>
    <w:p>
      <w:r>
        <w:rPr>
          <w:b/>
        </w:rPr>
        <w:t xml:space="preserve">[17:36] </w:t>
      </w:r>
      <w:r>
        <w:t>this is the result of of iman.</w:t>
      </w:r>
    </w:p>
    <w:p>
      <w:pPr>
        <w:jc w:val="right"/>
      </w:pPr>
      <w:r>
        <w:t>دس از دا رزلٹ آف آف ایمان۔</w:t>
      </w:r>
    </w:p>
    <w:p>
      <w:r>
        <w:rPr>
          <w:b/>
        </w:rPr>
        <w:t xml:space="preserve">[17:44] </w:t>
      </w:r>
      <w:r>
        <w:t>when you realize god and when you recite kalma, when you say that i am a momin, then you become a person who culture is rabbani culture.</w:t>
      </w:r>
    </w:p>
    <w:p>
      <w:pPr>
        <w:jc w:val="right"/>
      </w:pPr>
      <w:r>
        <w:t>وین یو ریلائز گاڈ اینڈ وین یو ریسیٹ کلمہ، وین یو سے دیٹ آئی ایم ا مومن، دین یو بیکم ا پرسن ہو کلچر از ربانی کلچر۔</w:t>
      </w:r>
    </w:p>
    <w:p>
      <w:r>
        <w:rPr>
          <w:b/>
        </w:rPr>
        <w:t xml:space="preserve">[18:04] </w:t>
      </w:r>
      <w:r>
        <w:t>kon rabbaniyin?</w:t>
      </w:r>
    </w:p>
    <w:p>
      <w:pPr>
        <w:jc w:val="right"/>
      </w:pPr>
      <w:r>
        <w:t>کون ربانین؟</w:t>
      </w:r>
    </w:p>
    <w:p>
      <w:r>
        <w:rPr>
          <w:b/>
        </w:rPr>
        <w:t xml:space="preserve">[18:09] </w:t>
      </w:r>
      <w:r>
        <w:t>yani your thinking, your speech, your behavior, your character, everything become rabbani.</w:t>
      </w:r>
    </w:p>
    <w:p>
      <w:pPr>
        <w:jc w:val="right"/>
      </w:pPr>
      <w:r>
        <w:t>یعنی یور تھنکنگ، یور سپیچ، یور بیہیویئر، یور کریکٹر، ایوری تھنگ بیکم ربانی۔</w:t>
      </w:r>
    </w:p>
    <w:p>
      <w:r>
        <w:rPr>
          <w:b/>
        </w:rPr>
        <w:t xml:space="preserve">[18:19] </w:t>
      </w:r>
      <w:r>
        <w:t>there is rabb oriented or god oriented. so, this is the true meaning of kalma.</w:t>
      </w:r>
    </w:p>
    <w:p>
      <w:pPr>
        <w:jc w:val="right"/>
      </w:pPr>
      <w:r>
        <w:t>دیر از رب اورینٹڈ اور گاڈ اورینٹڈ۔ سو، دس از دا ٹرو میننگ آف کلمہ۔</w:t>
      </w:r>
    </w:p>
    <w:p>
      <w:r>
        <w:rPr>
          <w:b/>
        </w:rPr>
        <w:t xml:space="preserve">[18:29] </w:t>
      </w:r>
      <w:r>
        <w:t>true meaning of kalma. you cannot detach these things from kalma.</w:t>
      </w:r>
    </w:p>
    <w:p>
      <w:pPr>
        <w:jc w:val="right"/>
      </w:pPr>
      <w:r>
        <w:t>ٹرو میننگ آف کلمہ۔ یو کین ناٹ ڈیٹیچ دیز تھنگز فرام کلمہ۔</w:t>
      </w:r>
    </w:p>
    <w:p>
      <w:r>
        <w:rPr>
          <w:b/>
        </w:rPr>
        <w:t xml:space="preserve">[18:42] </w:t>
      </w:r>
      <w:r>
        <w:t>kalma is you have to adopt kalma with letter and spirit.</w:t>
      </w:r>
    </w:p>
    <w:p>
      <w:pPr>
        <w:jc w:val="right"/>
      </w:pPr>
      <w:r>
        <w:t>کلمہ از یو ہیو ٹو اڈاپٹ کلمہ ود لیٹر اینڈ اسپیٹ۔</w:t>
      </w:r>
    </w:p>
    <w:p>
      <w:r>
        <w:rPr>
          <w:b/>
        </w:rPr>
        <w:t xml:space="preserve">[18:51] </w:t>
      </w:r>
      <w:r>
        <w:t>there is a kalma.</w:t>
      </w:r>
    </w:p>
    <w:p>
      <w:pPr>
        <w:jc w:val="right"/>
      </w:pPr>
      <w:r>
        <w:t>دیر از ا کلمہ۔</w:t>
      </w:r>
    </w:p>
    <w:p>
      <w:r>
        <w:rPr>
          <w:b/>
        </w:rPr>
        <w:t xml:space="preserve">[18:57] </w:t>
      </w:r>
      <w:r>
        <w:t>seemingly kalma is a word, but also it has a spirit. without spirit, there is no use of kalma.</w:t>
      </w:r>
    </w:p>
    <w:p>
      <w:pPr>
        <w:jc w:val="right"/>
      </w:pPr>
      <w:r>
        <w:t>سیمنگلی کلمہ از ا ورڈ، بٹ آل سو اٹ ہیز ا اسپیٹ۔ وداؤٹ اسپیٹ، دیر از نو یوز آف کلمہ۔</w:t>
      </w:r>
    </w:p>
    <w:p>
      <w:r>
        <w:rPr>
          <w:b/>
        </w:rPr>
        <w:t xml:space="preserve">[19:10] </w:t>
      </w:r>
      <w:r>
        <w:t>with aspect, kalma is great word, which is a certificate to paradise.</w:t>
      </w:r>
    </w:p>
    <w:p>
      <w:pPr>
        <w:jc w:val="right"/>
      </w:pPr>
      <w:r>
        <w:t>ود اسپیٹ، کلمہ از گریٹ ورڈ، وچ از ا سرٹیفیکیٹ ٹو پیراڈائز۔</w:t>
      </w:r>
    </w:p>
    <w:p>
      <w:r>
        <w:rPr>
          <w:b/>
        </w:rPr>
        <w:t xml:space="preserve">[19:20] </w:t>
      </w:r>
      <w:r>
        <w:t>bat without spirit, there is no meaning. no meaning at all. so, when you realize God, you say no God but one God.</w:t>
      </w:r>
    </w:p>
    <w:p>
      <w:pPr>
        <w:jc w:val="right"/>
      </w:pPr>
      <w:r>
        <w:t>بٹ وداؤٹ اسپیٹ، دیر از نو میننگ۔ نو میننگ ایٹ آل۔ سو، وین یو ریلائز گاڈ، یو سے نو گاڈ بٹ ون گاڈ۔</w:t>
      </w:r>
    </w:p>
    <w:p>
      <w:r>
        <w:rPr>
          <w:b/>
        </w:rPr>
        <w:t xml:space="preserve">[19:36] </w:t>
      </w:r>
      <w:r>
        <w:t>la ilaha ila allah muhammad rasul allah. And this saying colors all of your life. This realization or this discovery changes all your activities.</w:t>
      </w:r>
    </w:p>
    <w:p>
      <w:pPr>
        <w:jc w:val="right"/>
      </w:pPr>
      <w:r>
        <w:t>لا الہ الا اللہ محمد رسول اللہ۔ اینڈ دس سےئنگ کورز آل آف یور لائف۔ دس ریلائزیشن اور دس ڈسکوری چینجز آل یور ایکٹیویٹیز۔</w:t>
      </w:r>
    </w:p>
    <w:p>
      <w:r>
        <w:rPr>
          <w:b/>
        </w:rPr>
        <w:t xml:space="preserve">[19:57] </w:t>
      </w:r>
      <w:r>
        <w:t>al ar al of yor iktiviteez.</w:t>
      </w:r>
    </w:p>
    <w:p>
      <w:pPr>
        <w:jc w:val="right"/>
      </w:pPr>
      <w:r>
        <w:t>آل آر آل آف یور ایکٹیویٹیز۔</w:t>
      </w:r>
    </w:p>
    <w:p>
      <w:r>
        <w:rPr>
          <w:b/>
        </w:rPr>
        <w:t xml:space="preserve">[20:01] </w:t>
      </w:r>
      <w:r>
        <w:t>Here I would like to refer some some references from the Quran or Hadith.</w:t>
      </w:r>
    </w:p>
    <w:p>
      <w:pPr>
        <w:jc w:val="right"/>
      </w:pPr>
      <w:r>
        <w:t>ہیر آئی وڈ لائک ٹو ریفر سم سم ریفرنسز فرام دی قرآن اور حدیث۔</w:t>
      </w:r>
    </w:p>
    <w:p>
      <w:r>
        <w:rPr>
          <w:b/>
        </w:rPr>
        <w:t xml:space="preserve">[20:13] </w:t>
      </w:r>
      <w:r>
        <w:t>far egzampil,</w:t>
      </w:r>
    </w:p>
    <w:p>
      <w:pPr>
        <w:jc w:val="right"/>
      </w:pPr>
      <w:r>
        <w:t>فار ایگزامپل،</w:t>
      </w:r>
    </w:p>
    <w:p>
      <w:r>
        <w:rPr>
          <w:b/>
        </w:rPr>
        <w:t xml:space="preserve">[20:17] </w:t>
      </w:r>
      <w:r>
        <w:t>quran siz:</w:t>
      </w:r>
    </w:p>
    <w:p>
      <w:pPr>
        <w:jc w:val="right"/>
      </w:pPr>
      <w:r>
        <w:t>قرآن سیز:</w:t>
      </w:r>
    </w:p>
    <w:p>
      <w:r>
        <w:rPr>
          <w:b/>
        </w:rPr>
        <w:t xml:space="preserve">[20:26] </w:t>
      </w:r>
      <w:r>
        <w:t>"in al mominun allah wajalat qulubuhum". It means that true believer is one who finds great fear about God</w:t>
      </w:r>
    </w:p>
    <w:p>
      <w:pPr>
        <w:jc w:val="right"/>
      </w:pPr>
      <w:r>
        <w:t>"ان المومنون اللہ وجلت قلوبہم"۔ اٹ مینز دیٹ ٹرو بیلیور از ون ہو فائنڈ گریٹ فیئر اباؤٹ گاڈ</w:t>
      </w:r>
    </w:p>
    <w:p>
      <w:r>
        <w:rPr>
          <w:b/>
        </w:rPr>
        <w:t xml:space="preserve">[20:41] </w:t>
      </w:r>
      <w:r>
        <w:t>. When he remembers God, he remembers greatest being.</w:t>
      </w:r>
    </w:p>
    <w:p>
      <w:pPr>
        <w:jc w:val="right"/>
      </w:pPr>
      <w:r>
        <w:t>۔ وین ہی ریممبرز گاڈ، ہی ریممبرز گریٹسٹ بینگ۔</w:t>
      </w:r>
    </w:p>
    <w:p>
      <w:r>
        <w:rPr>
          <w:b/>
        </w:rPr>
        <w:t xml:space="preserve">[20:51] </w:t>
      </w:r>
      <w:r>
        <w:t>So, concept of God became thrilling experience for him.</w:t>
      </w:r>
    </w:p>
    <w:p>
      <w:pPr>
        <w:jc w:val="right"/>
      </w:pPr>
      <w:r>
        <w:t>سو، کانسیپٹ آف گاڈ بیکم تھرلنگ ایکسپیرینس فار ہم۔</w:t>
      </w:r>
    </w:p>
    <w:p>
      <w:r>
        <w:rPr>
          <w:b/>
        </w:rPr>
        <w:t xml:space="preserve">[21:00] </w:t>
      </w:r>
      <w:r>
        <w:t>He find fair, he find love. All the sentiment, all the passions become God oriented in his heart.</w:t>
      </w:r>
    </w:p>
    <w:p>
      <w:pPr>
        <w:jc w:val="right"/>
      </w:pPr>
      <w:r>
        <w:t>ہی فائنڈ فیئر، ہی فائنڈ لو۔ آل دو سینٹیمنٹ، آل دو پاشز بیکم گاڈ اورینٹڈ ان ہز ہارٹ۔</w:t>
      </w:r>
    </w:p>
    <w:p>
      <w:r>
        <w:rPr>
          <w:b/>
        </w:rPr>
        <w:t xml:space="preserve">[21:18] </w:t>
      </w:r>
      <w:r>
        <w:t>one scholar has rightly said, after studying Quran or Hadith and Islamic literature,</w:t>
      </w:r>
    </w:p>
    <w:p>
      <w:pPr>
        <w:jc w:val="right"/>
      </w:pPr>
      <w:r>
        <w:t>ون اسکالر ہیز رائٹلی سیڈ، آفٹر سٹڈی قرآن اور حدیث اینڈ اسلامک لٹریچر،</w:t>
      </w:r>
    </w:p>
    <w:p>
      <w:r>
        <w:rPr>
          <w:b/>
        </w:rPr>
        <w:t xml:space="preserve">[21:30] </w:t>
      </w:r>
      <w:r>
        <w:t>hi siz dat</w:t>
      </w:r>
    </w:p>
    <w:p>
      <w:pPr>
        <w:jc w:val="right"/>
      </w:pPr>
      <w:r>
        <w:t>ہی سیز دیٹ</w:t>
      </w:r>
    </w:p>
    <w:p>
      <w:r>
        <w:rPr>
          <w:b/>
        </w:rPr>
        <w:t xml:space="preserve">[21:34] </w:t>
      </w:r>
      <w:r>
        <w:t>greatest concern of Islam is Allah.</w:t>
      </w:r>
    </w:p>
    <w:p>
      <w:pPr>
        <w:jc w:val="right"/>
      </w:pPr>
      <w:r>
        <w:t>گریٹسٹ کنسرن آف اسلام از اللہ۔</w:t>
      </w:r>
    </w:p>
    <w:p>
      <w:r>
        <w:rPr>
          <w:b/>
        </w:rPr>
        <w:t xml:space="preserve">[21:40] </w:t>
      </w:r>
      <w:r>
        <w:t>The greatest concern of Islam is Allah. I think this is a true definition of Kalma.</w:t>
      </w:r>
    </w:p>
    <w:p>
      <w:pPr>
        <w:jc w:val="right"/>
      </w:pPr>
      <w:r>
        <w:t>دا گریٹسٹ کنسرن آف اسلام از اللہ۔ آئی تھنک دس از ا ٹرو ڈیفینیشن آف کلمہ۔</w:t>
      </w:r>
    </w:p>
    <w:p>
      <w:r>
        <w:rPr>
          <w:b/>
        </w:rPr>
        <w:t xml:space="preserve">[21:51] </w:t>
      </w:r>
      <w:r>
        <w:t>When you recite kalma, God becomes your supreme concern. Supreme concern.</w:t>
      </w:r>
    </w:p>
    <w:p>
      <w:pPr>
        <w:jc w:val="right"/>
      </w:pPr>
      <w:r>
        <w:t>وین یو ریسیٹ کلمہ، گاڈ بیکم یور سپریم کنسرن۔ سپریم کنسرن۔</w:t>
      </w:r>
    </w:p>
    <w:p>
      <w:r>
        <w:rPr>
          <w:b/>
        </w:rPr>
        <w:t xml:space="preserve">[22:01] </w:t>
      </w:r>
      <w:r>
        <w:t>and when God became supreme concern for you, it means that it covers all of your life.</w:t>
      </w:r>
    </w:p>
    <w:p>
      <w:pPr>
        <w:jc w:val="right"/>
      </w:pPr>
      <w:r>
        <w:t>اینڈ وین گاڈ بیکم سپریم کنسرن فار یو، اٹ مینز دیٹ اٹ کورز آل آف یور لائف۔</w:t>
      </w:r>
    </w:p>
    <w:p>
      <w:r>
        <w:rPr>
          <w:b/>
        </w:rPr>
        <w:t xml:space="preserve">[22:13] </w:t>
      </w:r>
      <w:r>
        <w:t>all your actions, everything became God-oriented.</w:t>
      </w:r>
    </w:p>
    <w:p>
      <w:pPr>
        <w:jc w:val="right"/>
      </w:pPr>
      <w:r>
        <w:t>آل یور ایکشنز، ایوری تھنگ بیکم گاڈ اورینٹڈ۔</w:t>
      </w:r>
    </w:p>
    <w:p>
      <w:r>
        <w:rPr>
          <w:b/>
        </w:rPr>
        <w:t xml:space="preserve">[22:23] </w:t>
      </w:r>
      <w:r>
        <w:t>Other verse in the Quran: "Allah min Allah". It means that when one discovers God, when one becomes a believer, a Momin,</w:t>
      </w:r>
    </w:p>
    <w:p>
      <w:pPr>
        <w:jc w:val="right"/>
      </w:pPr>
      <w:r>
        <w:t>ادر ورس ان دا قرآن: "اللہ من اللہ"۔ اٹ مینز دیٹ وین ون ڈسکور گاڈ، وین ون بیکم ا بیلیور، ا مومن،</w:t>
      </w:r>
    </w:p>
    <w:p>
      <w:r>
        <w:rPr>
          <w:b/>
        </w:rPr>
        <w:t xml:space="preserve">[22:39] </w:t>
      </w:r>
      <w:r>
        <w:t>hiz hol laif bakam gadli laif.</w:t>
      </w:r>
    </w:p>
    <w:p>
      <w:pPr>
        <w:jc w:val="right"/>
      </w:pPr>
      <w:r>
        <w:t>ہز ہول لائف بیکم گاڈلی لائف۔</w:t>
      </w:r>
    </w:p>
    <w:p>
      <w:r>
        <w:rPr>
          <w:b/>
        </w:rPr>
        <w:t xml:space="preserve">[22:50] </w:t>
      </w:r>
      <w:r>
        <w:t>and he adopt Rabbani culture or divine culture. His speech, his intention, his activities, his behaviors, everything is controlled by God directly.</w:t>
      </w:r>
    </w:p>
    <w:p>
      <w:pPr>
        <w:jc w:val="right"/>
      </w:pPr>
      <w:r>
        <w:t>اینڈ ہی اڈاپٹ ربانی کلچر اور ڈیوائن کلچر۔ ہز سپیچ، ہز انٹینشن، ہز ایکٹیویٹیز، ہز بیہیویئرز، ایوری تھنگ از کنٹرولڈ بائی گاڈ ڈائریکٹلی۔</w:t>
      </w:r>
    </w:p>
    <w:p>
      <w:r>
        <w:rPr>
          <w:b/>
        </w:rPr>
        <w:t xml:space="preserve">[23:10] </w:t>
      </w:r>
      <w:r>
        <w:t>So, this is the true kalma. This is the true spirit of kalma.</w:t>
      </w:r>
    </w:p>
    <w:p>
      <w:pPr>
        <w:jc w:val="right"/>
      </w:pPr>
      <w:r>
        <w:t>سو، دس از دا ٹرو کلمہ۔ دس از دا ٹرو سپرٹ آف کلمہ۔</w:t>
      </w:r>
    </w:p>
    <w:p>
      <w:r>
        <w:rPr>
          <w:b/>
        </w:rPr>
        <w:t xml:space="preserve">[23:17] </w:t>
      </w:r>
      <w:r>
        <w:t>widaaut</w:t>
      </w:r>
    </w:p>
    <w:p>
      <w:pPr>
        <w:jc w:val="right"/>
      </w:pPr>
      <w:r>
        <w:t>وداؤٹ</w:t>
      </w:r>
    </w:p>
    <w:p>
      <w:r>
        <w:rPr>
          <w:b/>
        </w:rPr>
        <w:t xml:space="preserve">[23:21] </w:t>
      </w:r>
      <w:r>
        <w:t>This, there is no use of recitation of Kalma.</w:t>
      </w:r>
    </w:p>
    <w:p>
      <w:pPr>
        <w:jc w:val="right"/>
      </w:pPr>
      <w:r>
        <w:t>دس، دیر از نو یوز آف ریسیٹیشن آف کلمہ۔</w:t>
      </w:r>
    </w:p>
    <w:p>
      <w:r>
        <w:rPr>
          <w:b/>
        </w:rPr>
        <w:t xml:space="preserve">[23:29] </w:t>
      </w:r>
      <w:r>
        <w:t>So, I think that here I would like to refer one incident.</w:t>
      </w:r>
    </w:p>
    <w:p>
      <w:pPr>
        <w:jc w:val="right"/>
      </w:pPr>
      <w:r>
        <w:t>سو، آئی تھنک دیٹ ہیر آئی وڈ لائک ٹو ریفر ون انسیڈنٹ</w:t>
      </w:r>
    </w:p>
    <w:p>
      <w:r>
        <w:rPr>
          <w:b/>
        </w:rPr>
        <w:t xml:space="preserve">[23:44] </w:t>
      </w:r>
      <w:r>
        <w:t>۔ you know when the prophet</w:t>
      </w:r>
    </w:p>
    <w:p>
      <w:pPr>
        <w:jc w:val="right"/>
      </w:pPr>
      <w:r>
        <w:t>۔ یو نو وین دا پرافٹ</w:t>
      </w:r>
    </w:p>
    <w:p>
      <w:r>
        <w:rPr>
          <w:b/>
        </w:rPr>
        <w:t xml:space="preserve">[23:50] </w:t>
      </w:r>
      <w:r>
        <w:t>received the first revelation in 610? At that time, he was in the cave of Mount Hira.</w:t>
      </w:r>
    </w:p>
    <w:p>
      <w:pPr>
        <w:jc w:val="right"/>
      </w:pPr>
      <w:r>
        <w:t>ریسیو دا فرسٹ ریولیشن ان 610؟ ایٹ دیٹ ٹائم، ہی واز ان کیو آف ماؤنٹ ان حرا۔</w:t>
      </w:r>
    </w:p>
    <w:p>
      <w:r>
        <w:rPr>
          <w:b/>
        </w:rPr>
        <w:t xml:space="preserve">[24:03] </w:t>
      </w:r>
      <w:r>
        <w:t>So, the first revelation he received was iqra. Read. These are the first revelation.</w:t>
      </w:r>
    </w:p>
    <w:p>
      <w:pPr>
        <w:jc w:val="right"/>
      </w:pPr>
      <w:r>
        <w:t>سو، دا فرسٹ ریولیشن ہی ریسیوڈ واز اقراء۔ ریڈ۔ دس ار دا فرسٹ ریولیشن۔</w:t>
      </w:r>
    </w:p>
    <w:p>
      <w:r>
        <w:rPr>
          <w:b/>
        </w:rPr>
        <w:t xml:space="preserve">[24:14] </w:t>
      </w:r>
      <w:r>
        <w:t>So, it means that Islam begins from reading, from study.</w:t>
      </w:r>
    </w:p>
    <w:p>
      <w:pPr>
        <w:jc w:val="right"/>
      </w:pPr>
      <w:r>
        <w:t>سو، اٹ مینز دیٹ اسلام بگنز فرام ریڈنگ، فرام سٹڈی۔</w:t>
      </w:r>
    </w:p>
    <w:p>
      <w:r>
        <w:rPr>
          <w:b/>
        </w:rPr>
        <w:t xml:space="preserve">[24:25] </w:t>
      </w:r>
      <w:r>
        <w:t>It's very important that the first revelation Prophet received was iqra.</w:t>
      </w:r>
    </w:p>
    <w:p>
      <w:pPr>
        <w:jc w:val="right"/>
      </w:pPr>
      <w:r>
        <w:t>اٹس ویری امپورٹنٹ دیٹ دا فرسٹ ریولیشن پرافٹ ریسیوڈ واز اقراء۔</w:t>
      </w:r>
    </w:p>
    <w:p>
      <w:r>
        <w:rPr>
          <w:b/>
        </w:rPr>
        <w:t xml:space="preserve">[24:35] </w:t>
      </w:r>
      <w:r>
        <w:t>Iqra means read</w:t>
      </w:r>
    </w:p>
    <w:p>
      <w:pPr>
        <w:jc w:val="right"/>
      </w:pPr>
      <w:r>
        <w:t>اقراء مینز ریڈ</w:t>
      </w:r>
    </w:p>
    <w:p>
      <w:r>
        <w:rPr>
          <w:b/>
        </w:rPr>
        <w:t xml:space="preserve">[24:38] </w:t>
      </w:r>
      <w:r>
        <w:t>۔ So, Islam begins from reading, from study, from realization, from discovery. And not simply recitation word without knowing meaning.</w:t>
      </w:r>
    </w:p>
    <w:p>
      <w:pPr>
        <w:jc w:val="right"/>
      </w:pPr>
      <w:r>
        <w:t>۔ سو، اسلام بگنز فرام ریڈنگ، فرام سٹڈی، فرام ریلائزیشن، فرام ڈسکوری۔ اینڈ ناٹ سمپلی ریسیٹیشن ورڈ وداؤٹ نوئنگ میننگ۔</w:t>
      </w:r>
    </w:p>
    <w:p>
      <w:r>
        <w:rPr>
          <w:b/>
        </w:rPr>
        <w:t xml:space="preserve">[24:56] </w:t>
      </w:r>
      <w:r>
        <w:t>Iqra: "Bism rabbika allazi khalaq, khalaq al-insana min alaq, iqra wa rabbuka al-akram allazi allama bil qalam".</w:t>
      </w:r>
    </w:p>
    <w:p>
      <w:pPr>
        <w:jc w:val="right"/>
      </w:pPr>
      <w:r>
        <w:t>اقراء: "بسم ربک الذی خلق، خلق الانسان من علق، اقراء وربک الاکرم الذی علم بالقلم"۔</w:t>
      </w:r>
    </w:p>
    <w:p>
      <w:r>
        <w:rPr>
          <w:b/>
        </w:rPr>
        <w:t xml:space="preserve">[25:06] </w:t>
      </w:r>
      <w:r>
        <w:t>So, Islam addresses your mind. Islam addresses your reason.</w:t>
      </w:r>
    </w:p>
    <w:p>
      <w:pPr>
        <w:jc w:val="right"/>
      </w:pPr>
      <w:r>
        <w:t>سو، اسلام ایڈریسز یور مائنڈ۔ اسلام ایڈریسز یور ریزن۔</w:t>
      </w:r>
    </w:p>
    <w:p>
      <w:r>
        <w:rPr>
          <w:b/>
        </w:rPr>
        <w:t xml:space="preserve">[25:16] </w:t>
      </w:r>
      <w:r>
        <w:t>Islam addresses your intellect. Simply lip service is not Islam or iman.</w:t>
      </w:r>
    </w:p>
    <w:p>
      <w:pPr>
        <w:jc w:val="right"/>
      </w:pPr>
      <w:r>
        <w:t>اسلام ایڈریسز یور انٹلیکٹ۔ سمپلی لف سروس از ناٹ اسلام اور ایمان۔</w:t>
      </w:r>
    </w:p>
    <w:p>
      <w:r>
        <w:rPr>
          <w:b/>
        </w:rPr>
        <w:t xml:space="preserve">[25:30] </w:t>
      </w:r>
      <w:r>
        <w:t>Islam activates your mind.</w:t>
      </w:r>
    </w:p>
    <w:p>
      <w:pPr>
        <w:jc w:val="right"/>
      </w:pPr>
      <w:r>
        <w:t>اسلام ایکٹیویٹس یور مائنڈ۔</w:t>
      </w:r>
    </w:p>
    <w:p>
      <w:r>
        <w:rPr>
          <w:b/>
        </w:rPr>
        <w:t xml:space="preserve">[25:34] </w:t>
      </w:r>
      <w:r>
        <w:t>Islam invites you to contemplate.</w:t>
      </w:r>
    </w:p>
    <w:p>
      <w:pPr>
        <w:jc w:val="right"/>
      </w:pPr>
      <w:r>
        <w:t>اسلام انوائٹس یو ٹو کنٹیمپلیٹ۔</w:t>
      </w:r>
    </w:p>
    <w:p>
      <w:r>
        <w:rPr>
          <w:b/>
        </w:rPr>
        <w:t xml:space="preserve">[25:42] </w:t>
      </w:r>
      <w:r>
        <w:t>Islam invites you to ponder over the creation of God. In fi khalaq al-samawati wal ard,</w:t>
      </w:r>
    </w:p>
    <w:p>
      <w:pPr>
        <w:jc w:val="right"/>
      </w:pPr>
      <w:r>
        <w:t>اسلام انوائٹس یو ٹو پانڈر اوور دی کریشن آف گاڈ۔ ان فی خلق السماوات والارض،</w:t>
      </w:r>
    </w:p>
    <w:p>
      <w:r>
        <w:rPr>
          <w:b/>
        </w:rPr>
        <w:t xml:space="preserve">[25:54] </w:t>
      </w:r>
      <w:r>
        <w:t>layat al-bab. Allazina yazkurun Allah qiyaman wa quudan, wa yatafakkaruna fi khalaq al-samawati wal ard.</w:t>
      </w:r>
    </w:p>
    <w:p>
      <w:pPr>
        <w:jc w:val="right"/>
      </w:pPr>
      <w:r>
        <w:t>لایت الباب۔ الذین یذکرون اللہ قیام وقودم، ویتفکرون فی خلق السماوات والارض۔</w:t>
      </w:r>
    </w:p>
    <w:p>
      <w:r>
        <w:rPr>
          <w:b/>
        </w:rPr>
        <w:t xml:space="preserve">[26:05] </w:t>
      </w:r>
      <w:r>
        <w:t>Ma khalaq batil?</w:t>
      </w:r>
    </w:p>
    <w:p>
      <w:pPr>
        <w:jc w:val="right"/>
      </w:pPr>
      <w:r>
        <w:t>ما خلق باطل؟</w:t>
      </w:r>
    </w:p>
    <w:p>
      <w:r>
        <w:rPr>
          <w:b/>
        </w:rPr>
        <w:t xml:space="preserve">[26:09] </w:t>
      </w:r>
      <w:r>
        <w:t>This is the verses. You can read it in the chapter Al-Imran.</w:t>
      </w:r>
    </w:p>
    <w:p>
      <w:pPr>
        <w:jc w:val="right"/>
      </w:pPr>
      <w:r>
        <w:t>دس از دیز ار ورسز۔ یو کین ریڈ اٹ ان دا چیپٹر ال عمران۔</w:t>
      </w:r>
    </w:p>
    <w:p>
      <w:r>
        <w:rPr>
          <w:b/>
        </w:rPr>
        <w:t xml:space="preserve">[26:20] </w:t>
      </w:r>
      <w:r>
        <w:t>These verses tell us the real picture of a momin.</w:t>
      </w:r>
    </w:p>
    <w:p>
      <w:pPr>
        <w:jc w:val="right"/>
      </w:pPr>
      <w:r>
        <w:t>دیز ورسز ٹیل اس دا ریل پکچر آف ا مومن۔</w:t>
      </w:r>
    </w:p>
    <w:p>
      <w:r>
        <w:rPr>
          <w:b/>
        </w:rPr>
        <w:t xml:space="preserve">[26:33] </w:t>
      </w:r>
      <w:r>
        <w:t>Momin observes the whole universe</w:t>
      </w:r>
    </w:p>
    <w:p>
      <w:pPr>
        <w:jc w:val="right"/>
      </w:pPr>
      <w:r>
        <w:t>مومن ابزرو دا ہول یونیورس</w:t>
      </w:r>
    </w:p>
    <w:p>
      <w:r>
        <w:rPr>
          <w:b/>
        </w:rPr>
        <w:t xml:space="preserve">[26:37] </w:t>
      </w:r>
      <w:r>
        <w:t>۔ Momin contemplates in the creature. He studies the</w:t>
      </w:r>
    </w:p>
    <w:p>
      <w:pPr>
        <w:jc w:val="right"/>
      </w:pPr>
      <w:r>
        <w:t>۔ مومن کنٹیمپلیٹ ان دی کریچر۔ ہی سٹڈیز دا</w:t>
      </w:r>
    </w:p>
    <w:p>
      <w:r>
        <w:rPr>
          <w:b/>
        </w:rPr>
        <w:t xml:space="preserve">[26:47] </w:t>
      </w:r>
      <w:r>
        <w:t>Quran and Hadith. After this study, after this observation, after this contemplation, he discovers that there is a God</w:t>
      </w:r>
    </w:p>
    <w:p>
      <w:pPr>
        <w:jc w:val="right"/>
      </w:pPr>
      <w:r>
        <w:t>قرآن اینڈ حدیث۔ آفٹر دس سٹڈی، آفٹر دس ابزرویشن، آفٹر دس کنٹیمپلیشن، ہی ڈسکورز دیٹ دیر از ا گاڈ</w:t>
      </w:r>
    </w:p>
    <w:p>
      <w:r>
        <w:rPr>
          <w:b/>
        </w:rPr>
        <w:t xml:space="preserve">[27:02] </w:t>
      </w:r>
      <w:r>
        <w:t>۔ He discovers that Islam is the greatest truth. So, when you discover Islam as a truth, when you discover God as your creator,</w:t>
      </w:r>
    </w:p>
    <w:p>
      <w:pPr>
        <w:jc w:val="right"/>
      </w:pPr>
      <w:r>
        <w:t>۔ ہی ڈسکورز دیٹ اسلام از دا گریٹسٹ ٹروتھ۔ سو، وین یو ڈسکور اسلام ایز ا ٹروتھ، وین یو ڈسکور گاڈ ایز یور کریٹر،</w:t>
      </w:r>
    </w:p>
    <w:p>
      <w:r>
        <w:rPr>
          <w:b/>
        </w:rPr>
        <w:t xml:space="preserve">[27:21] </w:t>
      </w:r>
      <w:r>
        <w:t>then iman begins in your heart.</w:t>
      </w:r>
    </w:p>
    <w:p>
      <w:pPr>
        <w:jc w:val="right"/>
      </w:pPr>
      <w:r>
        <w:t>دین ایمان بگنز ان یور ہارٹ۔</w:t>
      </w:r>
    </w:p>
    <w:p>
      <w:r>
        <w:rPr>
          <w:b/>
        </w:rPr>
        <w:t xml:space="preserve">[27:29] </w:t>
      </w:r>
      <w:r>
        <w:t>Simply lip service is nothing.</w:t>
      </w:r>
    </w:p>
    <w:p>
      <w:pPr>
        <w:jc w:val="right"/>
      </w:pPr>
      <w:r>
        <w:t>سمپلی لف سروس از نتھنگ۔</w:t>
      </w:r>
    </w:p>
    <w:p>
      <w:r>
        <w:rPr>
          <w:b/>
        </w:rPr>
        <w:t xml:space="preserve">[27:36] </w:t>
      </w:r>
      <w:r>
        <w:t>All though,</w:t>
      </w:r>
    </w:p>
    <w:p>
      <w:pPr>
        <w:jc w:val="right"/>
      </w:pPr>
      <w:r>
        <w:t>آل دو،</w:t>
      </w:r>
    </w:p>
    <w:p>
      <w:r>
        <w:rPr>
          <w:b/>
        </w:rPr>
        <w:t xml:space="preserve">[27:40] </w:t>
      </w:r>
      <w:r>
        <w:t>all though Muslims of early period of Islam</w:t>
      </w:r>
    </w:p>
    <w:p>
      <w:pPr>
        <w:jc w:val="right"/>
      </w:pPr>
      <w:r>
        <w:t>آل دو مسلمز آف ارلی پیریڈ آف اسلام</w:t>
      </w:r>
    </w:p>
    <w:p>
      <w:r>
        <w:rPr>
          <w:b/>
        </w:rPr>
        <w:t xml:space="preserve">[27:50] </w:t>
      </w:r>
      <w:r>
        <w:t>who are called sahaba. The Islam was based on realization, on discovery.</w:t>
      </w:r>
    </w:p>
    <w:p>
      <w:pPr>
        <w:jc w:val="right"/>
      </w:pPr>
      <w:r>
        <w:t>ہو آر کالڈ صحابہ۔ دا اسلام واز بیسڈ ان ریلائزیشن، ان ڈسکوری۔</w:t>
      </w:r>
    </w:p>
    <w:p>
      <w:r>
        <w:rPr>
          <w:b/>
        </w:rPr>
        <w:t xml:space="preserve">[27:57] </w:t>
      </w:r>
      <w:r>
        <w:t>They were living in a society where there was idol worship. There was.</w:t>
      </w:r>
    </w:p>
    <w:p>
      <w:pPr>
        <w:jc w:val="right"/>
      </w:pPr>
      <w:r>
        <w:t>دے ویر لیونگ ان ا سوسائٹی ویر دیر وار ورشپ۔ دیر واز۔</w:t>
      </w:r>
    </w:p>
    <w:p>
      <w:r>
        <w:rPr>
          <w:b/>
        </w:rPr>
        <w:t xml:space="preserve">[28:07] </w:t>
      </w:r>
      <w:r>
        <w:t>They were living in mushrik culture. Then, then they,</w:t>
      </w:r>
    </w:p>
    <w:p>
      <w:pPr>
        <w:jc w:val="right"/>
      </w:pPr>
      <w:r>
        <w:t>دے ویر لیونگ ان مشرک کلچر۔ دین، دین دے،</w:t>
      </w:r>
    </w:p>
    <w:p>
      <w:r>
        <w:rPr>
          <w:b/>
        </w:rPr>
        <w:t xml:space="preserve">[28:19] </w:t>
      </w:r>
      <w:r>
        <w:t>Then they listen to the Quran, then they read the Quran.</w:t>
      </w:r>
    </w:p>
    <w:p>
      <w:pPr>
        <w:jc w:val="right"/>
      </w:pPr>
      <w:r>
        <w:t>دین دے لسن دا قرآن، دین دے ریڈ دا قرآن۔</w:t>
      </w:r>
    </w:p>
    <w:p>
      <w:r>
        <w:rPr>
          <w:b/>
        </w:rPr>
        <w:t xml:space="preserve">[28:27] </w:t>
      </w:r>
      <w:r>
        <w:t>and after this reading and listening, they discover the truth. They discover that it is wrong, it is right. They discover that shirk is wrong and tauheed is right.</w:t>
      </w:r>
    </w:p>
    <w:p>
      <w:pPr>
        <w:jc w:val="right"/>
      </w:pPr>
      <w:r>
        <w:t>اینڈ آفٹر دس ریڈنگ اینڈ لسننگ، دے ڈسکور دا ٹروتھ۔ دے ڈسکور دیٹ اٹ از رونگ، اٹ از رائٹ۔ دے ڈسکور دیٹ شرک از رونگ اینڈ توحید از رائٹ۔</w:t>
      </w:r>
    </w:p>
    <w:p>
      <w:r>
        <w:rPr>
          <w:b/>
        </w:rPr>
        <w:t xml:space="preserve">[28:42] </w:t>
      </w:r>
      <w:r>
        <w:t>so, after this discovery, the abyss Islam. The Islam was not by birth, the Islam was by choice.</w:t>
      </w:r>
    </w:p>
    <w:p>
      <w:pPr>
        <w:jc w:val="right"/>
      </w:pPr>
      <w:r>
        <w:t>سو، آفٹر دس ڈسکوری، دے ابیس اسلام۔ دا اسلام واز ناٹ بائی برتھ، دا اسلام واز بائی چوائس۔</w:t>
      </w:r>
    </w:p>
    <w:p>
      <w:r>
        <w:rPr>
          <w:b/>
        </w:rPr>
        <w:t xml:space="preserve">[28:57] </w:t>
      </w:r>
      <w:r>
        <w:t>so, after realizing that Islam is the truth and Quran is the word of God, after this realization, they said: "la ilaha illallah muhammad rasulullah".</w:t>
      </w:r>
    </w:p>
    <w:p>
      <w:pPr>
        <w:jc w:val="right"/>
      </w:pPr>
      <w:r>
        <w:t>سو، آفٹر ریلائزنگ دیٹ اسلام از دا ٹروتھ اینڈ قرآن از دا ورڈ آف گاڈ، آفٹر دس ریلائزیشن، دے سیڈ: "لا الہ الا اللہ محمد رسول اللہ"۔</w:t>
      </w:r>
    </w:p>
    <w:p>
      <w:r>
        <w:rPr>
          <w:b/>
        </w:rPr>
        <w:t xml:space="preserve">[29:16] </w:t>
      </w:r>
      <w:r>
        <w:t>So, their kalima was a result of realization.</w:t>
      </w:r>
    </w:p>
    <w:p>
      <w:pPr>
        <w:jc w:val="right"/>
      </w:pPr>
      <w:r>
        <w:t>سو، دیر کلمہ واز ا رزلٹ آف ریلائزیشن۔</w:t>
      </w:r>
    </w:p>
    <w:p>
      <w:r>
        <w:rPr>
          <w:b/>
        </w:rPr>
        <w:t xml:space="preserve">[29:23] </w:t>
      </w:r>
      <w:r>
        <w:t>Their Kalima was a result of discovery. It was not simply a lip service.</w:t>
      </w:r>
    </w:p>
    <w:p>
      <w:pPr>
        <w:jc w:val="right"/>
      </w:pPr>
      <w:r>
        <w:t>دیر کلمہ واز رزلٹ آف ڈسکوری۔ اٹ واز ناٹ سمپلی ا لف سروس۔</w:t>
      </w:r>
    </w:p>
    <w:p>
      <w:r>
        <w:rPr>
          <w:b/>
        </w:rPr>
        <w:t xml:space="preserve">[29:32] </w:t>
      </w:r>
      <w:r>
        <w:t>Their kalima was not simply a lip service.</w:t>
      </w:r>
    </w:p>
    <w:p>
      <w:pPr>
        <w:jc w:val="right"/>
      </w:pPr>
      <w:r>
        <w:t>دیر کلمہ واز ناٹ سمپلی ا لف سروس۔</w:t>
      </w:r>
    </w:p>
    <w:p>
      <w:r>
        <w:rPr>
          <w:b/>
        </w:rPr>
        <w:t xml:space="preserve">[29:40] </w:t>
      </w:r>
      <w:r>
        <w:t>it was an outcome of their finding</w:t>
      </w:r>
    </w:p>
    <w:p>
      <w:pPr>
        <w:jc w:val="right"/>
      </w:pPr>
      <w:r>
        <w:t>اٹ واز این آؤٹ کم آف دیر فائنڈنگ</w:t>
      </w:r>
    </w:p>
    <w:p>
      <w:r>
        <w:rPr>
          <w:b/>
        </w:rPr>
        <w:t xml:space="preserve">[29:44] </w:t>
      </w:r>
      <w:r>
        <w:t>. it was an outcome of of change, of revolution in their mind.</w:t>
      </w:r>
    </w:p>
    <w:p>
      <w:pPr>
        <w:jc w:val="right"/>
      </w:pPr>
      <w:r>
        <w:t>۔ اٹ واز این آؤٹ کم آف آف چینج، آف ریولوشن ان دیر مائنڈ۔</w:t>
      </w:r>
    </w:p>
    <w:p>
      <w:r>
        <w:rPr>
          <w:b/>
        </w:rPr>
        <w:t xml:space="preserve">[29:55] </w:t>
      </w:r>
      <w:r>
        <w:t>so, this was deir islam.</w:t>
      </w:r>
    </w:p>
    <w:p>
      <w:pPr>
        <w:jc w:val="right"/>
      </w:pPr>
      <w:r>
        <w:t>سو، دس واز دیر اسلام۔</w:t>
      </w:r>
    </w:p>
    <w:p>
      <w:r>
        <w:rPr>
          <w:b/>
        </w:rPr>
        <w:t xml:space="preserve">[29:58] </w:t>
      </w:r>
      <w:r>
        <w:t>because of this kind of Islam, they were called: "khair ummah kuntum khair ummatin nas". Anyone who want to</w:t>
      </w:r>
    </w:p>
    <w:p>
      <w:pPr>
        <w:jc w:val="right"/>
      </w:pPr>
      <w:r>
        <w:t>بیکاز آف دس کائنڈ آف اسلام، دے ویر کالڈ: "خیر امہ کنتم خیر امت الناس"۔ اینی ون ہو وانٹ ٹو</w:t>
      </w:r>
    </w:p>
    <w:p>
      <w:r>
        <w:rPr>
          <w:b/>
        </w:rPr>
        <w:t xml:space="preserve">[30:12] </w:t>
      </w:r>
      <w:r>
        <w:t>to to be in this, to be in khair ummah, best community, he must follow that pattern.</w:t>
      </w:r>
    </w:p>
    <w:p>
      <w:pPr>
        <w:jc w:val="right"/>
      </w:pPr>
      <w:r>
        <w:t>ٹو ٹو بی ان دس، ٹو بی ان خیر امہ، بیسٹ کمیونٹی، ہی مسٹ فالو دیٹ پیٹرن۔</w:t>
      </w:r>
    </w:p>
    <w:p>
      <w:r>
        <w:rPr>
          <w:b/>
        </w:rPr>
        <w:t xml:space="preserve">[30:34] </w:t>
      </w:r>
      <w:r>
        <w:t>So, Sahaba pattern is the ideal pattern.</w:t>
      </w:r>
    </w:p>
    <w:p>
      <w:pPr>
        <w:jc w:val="right"/>
      </w:pPr>
      <w:r>
        <w:t>سو، صحابہ پیٹرن از دا ائیڈیل پیٹرن۔</w:t>
      </w:r>
    </w:p>
    <w:p>
      <w:r>
        <w:rPr>
          <w:b/>
        </w:rPr>
        <w:t xml:space="preserve">[30:44] </w:t>
      </w:r>
      <w:r>
        <w:t>sahaba means companion of the prophet. So, the companions or sahaba were the ideal example of iman of Islam.</w:t>
      </w:r>
    </w:p>
    <w:p>
      <w:pPr>
        <w:jc w:val="right"/>
      </w:pPr>
      <w:r>
        <w:t>صحابہ مینز کمپینین آف دا پرافٹ۔ سو، دا کمپینینز اور صحابہ ویر دی ائیڈیل ایگزیمپل آف ایمان آف اسلام۔</w:t>
      </w:r>
    </w:p>
    <w:p>
      <w:r>
        <w:rPr>
          <w:b/>
        </w:rPr>
        <w:t xml:space="preserve">[31:00] </w:t>
      </w:r>
      <w:r>
        <w:t>in this sense, de wear khair ummah.</w:t>
      </w:r>
    </w:p>
    <w:p>
      <w:pPr>
        <w:jc w:val="right"/>
      </w:pPr>
      <w:r>
        <w:t>ان دس سینس، دے ویر خیر امہ۔</w:t>
      </w:r>
    </w:p>
    <w:p>
      <w:r>
        <w:rPr>
          <w:b/>
        </w:rPr>
        <w:t xml:space="preserve">[31:05] </w:t>
      </w:r>
      <w:r>
        <w:t>so, we have to follow that pattern.</w:t>
      </w:r>
    </w:p>
    <w:p>
      <w:pPr>
        <w:jc w:val="right"/>
      </w:pPr>
      <w:r>
        <w:t>سو، وی ہیو ٹو فالو دیٹ پیٹرن۔</w:t>
      </w:r>
    </w:p>
    <w:p>
      <w:r>
        <w:rPr>
          <w:b/>
        </w:rPr>
        <w:t xml:space="preserve">[31:10] </w:t>
      </w:r>
      <w:r>
        <w:t>we have to imitate dem. sahaba are eternal example for all mankind.</w:t>
      </w:r>
    </w:p>
    <w:p>
      <w:pPr>
        <w:jc w:val="right"/>
      </w:pPr>
      <w:r>
        <w:t>وی ہیو ٹو ایمیٹیٹ دیم۔ صحابہ ار ایٹرنل ایگزیمپل فار آل مین کائنڈ۔</w:t>
      </w:r>
    </w:p>
    <w:p>
      <w:r>
        <w:rPr>
          <w:b/>
        </w:rPr>
        <w:t xml:space="preserve">[31:25] </w:t>
      </w:r>
      <w:r>
        <w:t>anyone who want to</w:t>
      </w:r>
    </w:p>
    <w:p>
      <w:pPr>
        <w:jc w:val="right"/>
      </w:pPr>
      <w:r>
        <w:t>اینی ون ہو وانٹ ٹو</w:t>
      </w:r>
    </w:p>
    <w:p>
      <w:r>
        <w:rPr>
          <w:b/>
        </w:rPr>
        <w:t xml:space="preserve">[31:29] </w:t>
      </w:r>
      <w:r>
        <w:t>become a believer, anyone who want to be a candidate of paradise, he must follow the pattern of sahaba.</w:t>
      </w:r>
    </w:p>
    <w:p>
      <w:pPr>
        <w:jc w:val="right"/>
      </w:pPr>
      <w:r>
        <w:t>بیکم ا بیلیور، اینی ون ہو وانٹ ٹو بی ا کینڈیڈیٹ آف پیراڈائز، ہی مسٹ فالو دا پیٹرن آف صحابہ۔</w:t>
      </w:r>
    </w:p>
    <w:p>
      <w:r>
        <w:rPr>
          <w:b/>
        </w:rPr>
        <w:t xml:space="preserve">[31:48] </w:t>
      </w:r>
      <w:r>
        <w:t>it is mentioned in the hadith, in different hadith, that ashabi al nujum prophet said that: "my companions are like stars.</w:t>
      </w:r>
    </w:p>
    <w:p>
      <w:pPr>
        <w:jc w:val="right"/>
      </w:pPr>
      <w:r>
        <w:t>اٹ از مینشن ان دا حدیث، ان ڈفرنٹ حدیث، دیٹ اصحابی النجوم پرافٹ سیڈ دیٹ: "مائی کمپینینز ار لائک سٹارز۔</w:t>
      </w:r>
    </w:p>
    <w:p>
      <w:r>
        <w:rPr>
          <w:b/>
        </w:rPr>
        <w:t xml:space="preserve">[32:10] </w:t>
      </w:r>
      <w:r>
        <w:t>from from my companions you can find light</w:t>
      </w:r>
    </w:p>
    <w:p>
      <w:pPr>
        <w:jc w:val="right"/>
      </w:pPr>
      <w:r>
        <w:t>فرام فرام مائی کمپینینز یو کین فائنڈ لائٹ</w:t>
      </w:r>
    </w:p>
    <w:p>
      <w:r>
        <w:rPr>
          <w:b/>
        </w:rPr>
        <w:t xml:space="preserve">[32:18] </w:t>
      </w:r>
      <w:r>
        <w:t>" . so, ashabi al nujum</w:t>
      </w:r>
    </w:p>
    <w:p>
      <w:pPr>
        <w:jc w:val="right"/>
      </w:pPr>
      <w:r>
        <w:t>"۔ سو، اصحابی النجوم</w:t>
      </w:r>
    </w:p>
    <w:p>
      <w:r>
        <w:rPr>
          <w:b/>
        </w:rPr>
        <w:t xml:space="preserve">[32:23] </w:t>
      </w:r>
      <w:r>
        <w:t>to phir prophet hum said that:</w:t>
      </w:r>
    </w:p>
    <w:p>
      <w:pPr>
        <w:jc w:val="right"/>
      </w:pPr>
      <w:r>
        <w:t>تو پرافٹ ہم سیڈ دیٹ:</w:t>
      </w:r>
    </w:p>
    <w:p>
      <w:r>
        <w:rPr>
          <w:b/>
        </w:rPr>
        <w:t xml:space="preserve">[32:27] </w:t>
      </w:r>
      <w:r>
        <w:t>"sahaba are companions are like stars.</w:t>
      </w:r>
    </w:p>
    <w:p>
      <w:pPr>
        <w:jc w:val="right"/>
      </w:pPr>
      <w:r>
        <w:t>"صحابہ ار کمپینین ار لائک سٹارز۔</w:t>
      </w:r>
    </w:p>
    <w:p>
      <w:r>
        <w:rPr>
          <w:b/>
        </w:rPr>
        <w:t xml:space="preserve">[32:35] </w:t>
      </w:r>
      <w:r>
        <w:t>from sahaba we can find guidance.</w:t>
      </w:r>
    </w:p>
    <w:p>
      <w:pPr>
        <w:jc w:val="right"/>
      </w:pPr>
      <w:r>
        <w:t>فرام صحابہ وی کین فائنڈ گائیڈنس۔</w:t>
      </w:r>
    </w:p>
    <w:p>
      <w:r>
        <w:rPr>
          <w:b/>
        </w:rPr>
        <w:t xml:space="preserve">[32:43] </w:t>
      </w:r>
      <w:r>
        <w:t>from sahaba we know what is the true pattern of iman and islam".</w:t>
      </w:r>
    </w:p>
    <w:p>
      <w:pPr>
        <w:jc w:val="right"/>
      </w:pPr>
      <w:r>
        <w:t>فرام صحابہ وی نو واٹ از دا ٹرو پیٹرن آف ایمان اینڈ اسلام"۔</w:t>
      </w:r>
    </w:p>
    <w:p>
      <w:r>
        <w:rPr>
          <w:b/>
        </w:rPr>
        <w:t xml:space="preserve">[32:49] </w:t>
      </w:r>
      <w:r>
        <w:t>so, we have to read quran to know what is islam. that we have to know, we have to read the life of sahaba to know what is the practical example of islam.</w:t>
      </w:r>
    </w:p>
    <w:p>
      <w:pPr>
        <w:jc w:val="right"/>
      </w:pPr>
      <w:r>
        <w:t>سو، وی ہیو ٹو ریڈ قرآن ٹو نو واٹ از اسلام۔ دیٹ وی ہیو ٹو نو، وی ہیو ٹو ریڈ دا لائف آف صحابہ ٹو نو واٹ از دا پریکٹیکل ایگزیمپل آف اسلام۔</w:t>
      </w:r>
    </w:p>
    <w:p>
      <w:r>
        <w:rPr>
          <w:b/>
        </w:rPr>
        <w:t xml:space="preserve">[33:08] </w:t>
      </w:r>
      <w:r>
        <w:t>to, first of all, we have to know that iman begins from discovery.</w:t>
      </w:r>
    </w:p>
    <w:p>
      <w:pPr>
        <w:jc w:val="right"/>
      </w:pPr>
      <w:r>
        <w:t>تو، فرسٹ آف آل، وی ہیو ٹو نو دیٹ ایمان بگنز فرام ڈسکوری۔</w:t>
      </w:r>
    </w:p>
    <w:p>
      <w:r>
        <w:rPr>
          <w:b/>
        </w:rPr>
        <w:t xml:space="preserve">[33:19] </w:t>
      </w:r>
      <w:r>
        <w:t>islam</w:t>
      </w:r>
    </w:p>
    <w:p>
      <w:pPr>
        <w:jc w:val="right"/>
      </w:pPr>
      <w:r>
        <w:t>اسلام</w:t>
      </w:r>
    </w:p>
    <w:p>
      <w:r>
        <w:rPr>
          <w:b/>
        </w:rPr>
        <w:t xml:space="preserve">[33:21] </w:t>
      </w:r>
      <w:r>
        <w:t>or iman begins from discovery, not simply from recitation.</w:t>
      </w:r>
    </w:p>
    <w:p>
      <w:pPr>
        <w:jc w:val="right"/>
      </w:pPr>
      <w:r>
        <w:t>اور ایمان بگنز فرام ڈسکوری، ناٹ سمپلی فرام ریسیٹیشن۔</w:t>
      </w:r>
    </w:p>
    <w:p>
      <w:r>
        <w:rPr>
          <w:b/>
        </w:rPr>
        <w:t xml:space="preserve">[33:30] </w:t>
      </w:r>
      <w:r>
        <w:t>when you recite kalma, you declare that: "i have found god, i have found truth".</w:t>
      </w:r>
    </w:p>
    <w:p>
      <w:pPr>
        <w:jc w:val="right"/>
      </w:pPr>
      <w:r>
        <w:t>وین یو ریسیٹ کلمہ، یو ڈیکلیئر دیٹ: "آئی ہیو فاؤنڈ گاڈ، آئی ہیو فاؤنڈ ٹروتھ"۔</w:t>
      </w:r>
    </w:p>
    <w:p>
      <w:r>
        <w:rPr>
          <w:b/>
        </w:rPr>
        <w:t xml:space="preserve">[33:41] </w:t>
      </w:r>
      <w:r>
        <w:t>there is declaration. without finding, there is no kalma. and kalma is result of your finding.</w:t>
      </w:r>
    </w:p>
    <w:p>
      <w:pPr>
        <w:jc w:val="right"/>
      </w:pPr>
      <w:r>
        <w:t>دیر از ڈیکلریشن۔ وداؤٹ فائنڈنگ، دیر از نو کلمہ۔ اینڈ کلمہ از رزلٹ آف یور فائنڈنگ۔</w:t>
      </w:r>
    </w:p>
    <w:p>
      <w:r>
        <w:rPr>
          <w:b/>
        </w:rPr>
        <w:t xml:space="preserve">[33:55] </w:t>
      </w:r>
      <w:r>
        <w:t>so, without finding, kalma is useless.</w:t>
      </w:r>
    </w:p>
    <w:p>
      <w:pPr>
        <w:jc w:val="right"/>
      </w:pPr>
      <w:r>
        <w:t>سو، وداؤٹ فائنڈنگ، کلمہ از یوسلیس۔</w:t>
      </w:r>
    </w:p>
    <w:p>
      <w:r>
        <w:rPr>
          <w:b/>
        </w:rPr>
        <w:t xml:space="preserve">[34:05] </w:t>
      </w:r>
      <w:r>
        <w:t>so, what i have, what i am trying to say, that</w:t>
      </w:r>
    </w:p>
    <w:p>
      <w:pPr>
        <w:jc w:val="right"/>
      </w:pPr>
      <w:r>
        <w:t>سو، واٹ آئی ہیو، واٹ آئی ایم ٹرائنگ ٹو سے، دیٹ</w:t>
      </w:r>
    </w:p>
    <w:p>
      <w:r>
        <w:rPr>
          <w:b/>
        </w:rPr>
        <w:t xml:space="preserve">[34:12] </w:t>
      </w:r>
      <w:r>
        <w:t>that paradise is the ideal place of eternal happiness.</w:t>
      </w:r>
    </w:p>
    <w:p>
      <w:pPr>
        <w:jc w:val="right"/>
      </w:pPr>
      <w:r>
        <w:t>دیٹ پیراڈائز از دا ائیڈیل پلیس آف ایٹرنل ہیپینس۔</w:t>
      </w:r>
    </w:p>
    <w:p>
      <w:r>
        <w:rPr>
          <w:b/>
        </w:rPr>
        <w:t xml:space="preserve">[34:23] </w:t>
      </w:r>
      <w:r>
        <w:t>but who will find entry in this paradise?</w:t>
      </w:r>
    </w:p>
    <w:p>
      <w:pPr>
        <w:jc w:val="right"/>
      </w:pPr>
      <w:r>
        <w:t>بٹ ہو ول فائنڈ انٹری ان دس پیراڈائز؟</w:t>
      </w:r>
    </w:p>
    <w:p>
      <w:r>
        <w:rPr>
          <w:b/>
        </w:rPr>
        <w:t xml:space="preserve">[34:35] </w:t>
      </w:r>
      <w:r>
        <w:t>only those jo true believer, true momin,</w:t>
      </w:r>
    </w:p>
    <w:p>
      <w:pPr>
        <w:jc w:val="right"/>
      </w:pPr>
      <w:r>
        <w:t>اونلی دو جو ٹرو بیلیور، ٹرو مومن،</w:t>
      </w:r>
    </w:p>
    <w:p>
      <w:r>
        <w:rPr>
          <w:b/>
        </w:rPr>
        <w:t xml:space="preserve">[34:48] </w:t>
      </w:r>
      <w:r>
        <w:t>and those jo follow the pattern of companions of the prophet. so, only these people will find entry into paradise.</w:t>
      </w:r>
    </w:p>
    <w:p>
      <w:pPr>
        <w:jc w:val="right"/>
      </w:pPr>
      <w:r>
        <w:t>اینڈ دو جو فالو دا پیٹرن آف کمپینینز آف دا پرافٹ۔ سو، اونلی دیز پیپل ول فائنڈ انٹری انٹو پیراڈائز۔</w:t>
      </w:r>
    </w:p>
    <w:p>
      <w:r>
        <w:rPr>
          <w:b/>
        </w:rPr>
        <w:t xml:space="preserve">[35:14] </w:t>
      </w:r>
      <w:r>
        <w:t>there is a hadith</w:t>
      </w:r>
    </w:p>
    <w:p>
      <w:pPr>
        <w:jc w:val="right"/>
      </w:pPr>
      <w:r>
        <w:t>دیر از ا حدیث</w:t>
      </w:r>
    </w:p>
    <w:p>
      <w:r>
        <w:rPr>
          <w:b/>
        </w:rPr>
        <w:t xml:space="preserve">[35:20] </w:t>
      </w:r>
      <w:r>
        <w:t>buni islam mola khams: "shahadat allah ila allah, waan muhammad abduhu wa rasuluhu, wa iqam al-salat, wa i'takaf,</w:t>
      </w:r>
    </w:p>
    <w:p>
      <w:pPr>
        <w:jc w:val="right"/>
      </w:pPr>
      <w:r>
        <w:t>بنی الاسلام مولا خمس: "شہادت اللہ الا اللہ، وان محمد عبدہ ورسولہ، و اقام الصلاۃ، واعتکاف،</w:t>
      </w:r>
    </w:p>
    <w:p>
      <w:r>
        <w:rPr>
          <w:b/>
        </w:rPr>
        <w:t xml:space="preserve">[35:37] </w:t>
      </w:r>
      <w:r>
        <w:t>wal hajj, wa sawm ramadan". these are five teachings, and these five teachings are said to be the five pillars of islam.</w:t>
      </w:r>
    </w:p>
    <w:p>
      <w:pPr>
        <w:jc w:val="right"/>
      </w:pPr>
      <w:r>
        <w:t>والحج، وصوم رمضان"۔ دیز ار فائیو ٹیچنگز، اینڈ دیز فائیو ٹیچنگز ار سیڈ ٹو بی دا فائیو پلرز آف اسلام۔</w:t>
      </w:r>
    </w:p>
    <w:p>
      <w:r>
        <w:rPr>
          <w:b/>
        </w:rPr>
        <w:t xml:space="preserve">[35:54] </w:t>
      </w:r>
      <w:r>
        <w:t>first is</w:t>
      </w:r>
    </w:p>
    <w:p>
      <w:pPr>
        <w:jc w:val="right"/>
      </w:pPr>
      <w:r>
        <w:t>فرسٹ از</w:t>
      </w:r>
    </w:p>
    <w:p>
      <w:r>
        <w:rPr>
          <w:b/>
        </w:rPr>
        <w:t xml:space="preserve">[35:59] </w:t>
      </w:r>
      <w:r>
        <w:t>to to say that: "i bear witness that there is no god but one god.</w:t>
      </w:r>
    </w:p>
    <w:p>
      <w:pPr>
        <w:jc w:val="right"/>
      </w:pPr>
      <w:r>
        <w:t>ٹو ٹو سے دیٹ: "آئی بیئر وٹنس دیٹ دیر از نو گاڈ بٹ ون گاڈ۔</w:t>
      </w:r>
    </w:p>
    <w:p>
      <w:r>
        <w:rPr>
          <w:b/>
        </w:rPr>
        <w:t xml:space="preserve">[36:09] </w:t>
      </w:r>
      <w:r>
        <w:t>i bear witness that muhammad sallallahu alaihi wasallam is the final prophet".</w:t>
      </w:r>
    </w:p>
    <w:p>
      <w:pPr>
        <w:jc w:val="right"/>
      </w:pPr>
      <w:r>
        <w:t>آئی بیئر وٹنس دیٹ محمد صلی اللہ علیہ وسلم از دا فائنل پرافٹ"۔</w:t>
      </w:r>
    </w:p>
    <w:p>
      <w:r>
        <w:rPr>
          <w:b/>
        </w:rPr>
        <w:t xml:space="preserve">[36:19] </w:t>
      </w:r>
      <w:r>
        <w:t>then, this is the first pillar.</w:t>
      </w:r>
    </w:p>
    <w:p>
      <w:pPr>
        <w:jc w:val="right"/>
      </w:pPr>
      <w:r>
        <w:t>دین، دس از دا فرسٹ پلر۔</w:t>
      </w:r>
    </w:p>
    <w:p>
      <w:r>
        <w:rPr>
          <w:b/>
        </w:rPr>
        <w:t xml:space="preserve">[36:24] </w:t>
      </w:r>
      <w:r>
        <w:t>then, to perform five time prayer, there is namaz. then, to pay zakat.</w:t>
      </w:r>
    </w:p>
    <w:p>
      <w:pPr>
        <w:jc w:val="right"/>
      </w:pPr>
      <w:r>
        <w:t>دین، ٹو پرفارم فائیو ٹائم پریئر، دیر از نماز۔ دین، ٹو پے زکوۃ۔</w:t>
      </w:r>
    </w:p>
    <w:p>
      <w:r>
        <w:rPr>
          <w:b/>
        </w:rPr>
        <w:t xml:space="preserve">[36:39] </w:t>
      </w:r>
      <w:r>
        <w:t>then, to</w:t>
      </w:r>
    </w:p>
    <w:p>
      <w:pPr>
        <w:jc w:val="right"/>
      </w:pPr>
      <w:r>
        <w:t>دین، ٹو</w:t>
      </w:r>
    </w:p>
    <w:p>
      <w:r>
        <w:rPr>
          <w:b/>
        </w:rPr>
        <w:t xml:space="preserve">[36:46] </w:t>
      </w:r>
      <w:r>
        <w:t>deen fasting in the Ramadan. deen, perform hajj</w:t>
      </w:r>
    </w:p>
    <w:p>
      <w:pPr>
        <w:jc w:val="right"/>
      </w:pPr>
      <w:r>
        <w:t>دین فاسٹنگ ان دا رمضان۔ دین، پرفارم حج</w:t>
      </w:r>
    </w:p>
    <w:p>
      <w:r>
        <w:rPr>
          <w:b/>
        </w:rPr>
        <w:t xml:space="preserve">[36:55] </w:t>
      </w:r>
      <w:r>
        <w:t>. So, these are five pillars. Everyone who</w:t>
      </w:r>
    </w:p>
    <w:p>
      <w:pPr>
        <w:jc w:val="right"/>
      </w:pPr>
      <w:r>
        <w:t>۔ سو، دیز ار فائیو پلرز۔ ایوری ون ہو</w:t>
      </w:r>
    </w:p>
    <w:p>
      <w:r>
        <w:rPr>
          <w:b/>
        </w:rPr>
        <w:t xml:space="preserve">[37:05] </w:t>
      </w:r>
      <w:r>
        <w:t>is a believer who want to find entry into paradise, he must follow these five commandments.</w:t>
      </w:r>
    </w:p>
    <w:p>
      <w:pPr>
        <w:jc w:val="right"/>
      </w:pPr>
      <w:r>
        <w:t>از ا بیلیور ہو وانٹ ٹو فائنڈ انٹری انٹو پیراڈائز، ہی مسٹ فالو دیز فائیو کمانڈمنٹس۔</w:t>
      </w:r>
    </w:p>
    <w:p>
      <w:r>
        <w:rPr>
          <w:b/>
        </w:rPr>
        <w:t xml:space="preserve">[37:18] </w:t>
      </w:r>
      <w:r>
        <w:t>adraivais, he is nat a momin.</w:t>
      </w:r>
    </w:p>
    <w:p>
      <w:pPr>
        <w:jc w:val="right"/>
      </w:pPr>
      <w:r>
        <w:t>ادروائز، ہی از ناٹ ا مومن۔</w:t>
      </w:r>
    </w:p>
    <w:p>
      <w:r>
        <w:rPr>
          <w:b/>
        </w:rPr>
        <w:t xml:space="preserve">[37:22] </w:t>
      </w:r>
      <w:r>
        <w:t>Deen is eimaan and namaz and zakat and fasting and hajj.</w:t>
      </w:r>
    </w:p>
    <w:p>
      <w:pPr>
        <w:jc w:val="right"/>
      </w:pPr>
      <w:r>
        <w:t>دیر از ایمان اینڈ نماز اینڈ زکوۃ اینڈ فاسٹنگ اینڈ حج۔</w:t>
      </w:r>
    </w:p>
    <w:p>
      <w:r>
        <w:rPr>
          <w:b/>
        </w:rPr>
        <w:t xml:space="preserve">[37:34] </w:t>
      </w:r>
      <w:r>
        <w:t>These are five pillars of Islam. So, after accepting Islam, one must follow these five pillars.</w:t>
      </w:r>
    </w:p>
    <w:p>
      <w:pPr>
        <w:jc w:val="right"/>
      </w:pPr>
      <w:r>
        <w:t>دیز ار فائیو پلرز آف اسلام۔ سو، آفٹر ایکسیپٹنگ اسلام، ون مسٹ فالو دیز فائیو پلرز۔</w:t>
      </w:r>
    </w:p>
    <w:p>
      <w:r>
        <w:rPr>
          <w:b/>
        </w:rPr>
        <w:t xml:space="preserve">[37:49] </w:t>
      </w:r>
      <w:r>
        <w:t>These are not optional but obligatory. These five commandments are not optional but they are obligatory.</w:t>
      </w:r>
    </w:p>
    <w:p>
      <w:pPr>
        <w:jc w:val="right"/>
      </w:pPr>
      <w:r>
        <w:t>دیز ار ناٹ اپشنل بٹ ابلیگیٹری۔ دیز فائیو کمانڈمنٹس ار ناٹ اپشنل بٹ دے ار ابلیگیٹری۔</w:t>
      </w:r>
    </w:p>
    <w:p>
      <w:r>
        <w:rPr>
          <w:b/>
        </w:rPr>
        <w:t xml:space="preserve">[38:05] </w:t>
      </w:r>
      <w:r>
        <w:t>without following these five teachings, one can not find entry into paradise.</w:t>
      </w:r>
    </w:p>
    <w:p>
      <w:pPr>
        <w:jc w:val="right"/>
      </w:pPr>
      <w:r>
        <w:t>وداؤٹ فالونگ دیز فائیو ٹیچنگز، ون کین ناٹ فائنڈ انٹری انٹو پیرا</w:t>
      </w:r>
    </w:p>
    <w:p>
      <w:r>
        <w:rPr>
          <w:b/>
        </w:rPr>
        <w:t xml:space="preserve">[38:17] </w:t>
      </w:r>
      <w:r>
        <w:t>days. He must follow all these five pillars with with this letter in spirit, both</w:t>
      </w:r>
    </w:p>
    <w:p>
      <w:pPr>
        <w:jc w:val="right"/>
      </w:pPr>
      <w:r>
        <w:t>ڈائز۔ ہی مسٹ فالو آل دیز فائیو پلرز ود ود دس لیٹر انسپٹ، بوتھ</w:t>
      </w:r>
    </w:p>
    <w:p>
      <w:r>
        <w:rPr>
          <w:b/>
        </w:rPr>
        <w:t xml:space="preserve">[38:26] </w:t>
      </w:r>
      <w:r>
        <w:t>letter inspat, boath</w:t>
      </w:r>
    </w:p>
    <w:p>
      <w:pPr>
        <w:jc w:val="right"/>
      </w:pPr>
      <w:r>
        <w:t>لیٹر انسپٹ، بوتھ</w:t>
      </w:r>
    </w:p>
    <w:p>
      <w:r>
        <w:rPr>
          <w:b/>
        </w:rPr>
        <w:t xml:space="preserve">[38:31] </w:t>
      </w:r>
      <w:r>
        <w:t>he must manage his life according to these five teachings.</w:t>
      </w:r>
    </w:p>
    <w:p>
      <w:pPr>
        <w:jc w:val="right"/>
      </w:pPr>
      <w:r>
        <w:t>ہی مسٹ مینج ہز لائف اکارڈنگ ٹو دیز فائیو ٹیچنگز۔</w:t>
      </w:r>
    </w:p>
    <w:p>
      <w:r>
        <w:rPr>
          <w:b/>
        </w:rPr>
        <w:t xml:space="preserve">[38:41] </w:t>
      </w:r>
      <w:r>
        <w:t>he must manage all the affairs of his life according to these five teachings.</w:t>
      </w:r>
    </w:p>
    <w:p>
      <w:pPr>
        <w:jc w:val="right"/>
      </w:pPr>
      <w:r>
        <w:t>ہی مسٹ مینج آل دا افیئرز آف ہز لائف اکارڈنگ ٹو دیز فائیو ٹیچنگز۔</w:t>
      </w:r>
    </w:p>
    <w:p>
      <w:r>
        <w:rPr>
          <w:b/>
        </w:rPr>
        <w:t xml:space="preserve">[38:53] </w:t>
      </w:r>
      <w:r>
        <w:t>So, these five teachings are obligatory.</w:t>
      </w:r>
    </w:p>
    <w:p>
      <w:pPr>
        <w:jc w:val="right"/>
      </w:pPr>
      <w:r>
        <w:t>سو، دیز فائیو ٹیچنگز ار ابلیگیٹری۔</w:t>
      </w:r>
    </w:p>
    <w:p>
      <w:r>
        <w:rPr>
          <w:b/>
        </w:rPr>
        <w:t xml:space="preserve">[39:00] </w:t>
      </w:r>
      <w:r>
        <w:t>no excuse can be accepted by god.</w:t>
      </w:r>
    </w:p>
    <w:p>
      <w:pPr>
        <w:jc w:val="right"/>
      </w:pPr>
      <w:r>
        <w:t>نو ایکسکیوز کین بی ایکسیپٹڈ بائی گاڈ۔</w:t>
      </w:r>
    </w:p>
    <w:p>
      <w:r>
        <w:rPr>
          <w:b/>
        </w:rPr>
        <w:t xml:space="preserve">[39:10] </w:t>
      </w:r>
      <w:r>
        <w:t>aqool qooli: "astaghfirullah li</w:t>
      </w:r>
    </w:p>
    <w:p>
      <w:pPr>
        <w:jc w:val="right"/>
      </w:pPr>
      <w:r>
        <w:t>اقول قولی: "استغفراللہ لی</w:t>
      </w:r>
    </w:p>
    <w:p>
      <w:r>
        <w:rPr>
          <w:b/>
        </w:rPr>
        <w:t xml:space="preserve">[39:16] </w:t>
      </w:r>
      <w:r>
        <w:t>wulakum ajmaeen".</w:t>
      </w:r>
    </w:p>
    <w:p>
      <w:pPr>
        <w:jc w:val="right"/>
      </w:pPr>
      <w:r>
        <w:t>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