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Living in the 21st Century February 17, 2013</w:t>
      </w:r>
    </w:p>
    <w:p>
      <w:r>
        <w:t>https://youtu.be/EJT6-erPXgI</w:t>
      </w:r>
    </w:p>
    <w:p>
      <w:r>
        <w:rPr>
          <w:b/>
        </w:rPr>
        <w:t xml:space="preserve">[00:14] </w:t>
      </w:r>
      <w:r>
        <w:t>bismillah rahman rahim, wasallallahu ala nabiyul kareem. rab ishrah li sadri, wa yassir li amri,</w:t>
      </w:r>
    </w:p>
    <w:p>
      <w:pPr>
        <w:jc w:val="right"/>
      </w:pPr>
      <w:r>
        <w:t>بسم اللہ الرحمن الرحیم، وصلی اللہ علی النبی الکریم۔ رب اشرح لی صدری، ویسر لی امری،</w:t>
      </w:r>
    </w:p>
    <w:p>
      <w:r>
        <w:rPr>
          <w:b/>
        </w:rPr>
        <w:t xml:space="preserve">[00:30] </w:t>
      </w:r>
      <w:r>
        <w:t>wahal ul uqdatan min lisani, yafqahu qawli.</w:t>
      </w:r>
    </w:p>
    <w:p>
      <w:pPr>
        <w:jc w:val="right"/>
      </w:pPr>
      <w:r>
        <w:t>واحل العقدۃ من لسانی، یفقہ قولی۔</w:t>
      </w:r>
    </w:p>
    <w:p>
      <w:r>
        <w:rPr>
          <w:b/>
        </w:rPr>
        <w:t xml:space="preserve">[00:38] </w:t>
      </w:r>
      <w:r>
        <w:t>aaj ka topic hai</w:t>
      </w:r>
    </w:p>
    <w:p>
      <w:pPr>
        <w:jc w:val="right"/>
      </w:pPr>
      <w:r>
        <w:t>آج کا ٹاپک ہے</w:t>
      </w:r>
    </w:p>
    <w:p>
      <w:r>
        <w:rPr>
          <w:b/>
        </w:rPr>
        <w:t xml:space="preserve">[00:43] </w:t>
      </w:r>
      <w:r>
        <w:t>"living in the 21st century", yani akisveen sadi mein.</w:t>
      </w:r>
    </w:p>
    <w:p>
      <w:pPr>
        <w:jc w:val="right"/>
      </w:pPr>
      <w:r>
        <w:t>"Living in the 21st Century"، یعنی اکیسویں صدی میں۔</w:t>
      </w:r>
    </w:p>
    <w:p>
      <w:r>
        <w:rPr>
          <w:b/>
        </w:rPr>
        <w:t xml:space="preserve">[00:54] </w:t>
      </w:r>
      <w:r>
        <w:t>aaj kya hua? aaj subah ko jab mein ne aaj ka paper parha, rozana subah ko har aadmi paper parhta hai, mein bhi parhta hoon,</w:t>
      </w:r>
    </w:p>
    <w:p>
      <w:pPr>
        <w:jc w:val="right"/>
      </w:pPr>
      <w:r>
        <w:t>آج کیا ہوا؟ آج صبح کو جب میں نے آج کا پیپر پڑھا، روزانہ صبح کو ہر آدمی پیپر پڑھتا ہے، میں بھی پڑھتا ہوں،</w:t>
      </w:r>
    </w:p>
    <w:p>
      <w:r>
        <w:rPr>
          <w:b/>
        </w:rPr>
        <w:t xml:space="preserve">[01:10] </w:t>
      </w:r>
      <w:r>
        <w:t>to aaj subah ke paper mein aik news thi jo aap sab logon ne dekhi hogi</w:t>
      </w:r>
    </w:p>
    <w:p>
      <w:pPr>
        <w:jc w:val="right"/>
      </w:pPr>
      <w:r>
        <w:t>تو آج صبح کے پیپر میں ایک نیوز تھی جو آپ سب لوگوں نے دیکھی ہوگی</w:t>
      </w:r>
    </w:p>
    <w:p>
      <w:r>
        <w:rPr>
          <w:b/>
        </w:rPr>
        <w:t xml:space="preserve">[01:18] </w:t>
      </w:r>
      <w:r>
        <w:t>ke pakistan mein</w:t>
      </w:r>
    </w:p>
    <w:p>
      <w:pPr>
        <w:jc w:val="right"/>
      </w:pPr>
      <w:r>
        <w:t>کہ پاکستان میں</w:t>
      </w:r>
    </w:p>
    <w:p>
      <w:r>
        <w:rPr>
          <w:b/>
        </w:rPr>
        <w:t xml:space="preserve">[01:25] </w:t>
      </w:r>
      <w:r>
        <w:t>quetta ke shehar mein aik boht hi powerfull bomb blast hua.</w:t>
      </w:r>
    </w:p>
    <w:p>
      <w:pPr>
        <w:jc w:val="right"/>
      </w:pPr>
      <w:r>
        <w:t>کوئٹہ کے شہر میں ایک بہت ہی پاور فل بم بلاسٹ ہوا۔</w:t>
      </w:r>
    </w:p>
    <w:p>
      <w:r>
        <w:rPr>
          <w:b/>
        </w:rPr>
        <w:t xml:space="preserve">[01:31] </w:t>
      </w:r>
      <w:r>
        <w:t>remote control ke zareeye is ko activate kiya gaya tha, jis mein ke 100 kilogram aik explosive tha.</w:t>
      </w:r>
    </w:p>
    <w:p>
      <w:pPr>
        <w:jc w:val="right"/>
      </w:pPr>
      <w:r>
        <w:t>ریموٹ کنٹرول کے ذریعے اس کو ایکٹیویٹ کیا گیا تھا، جس میں کہ 100 کلوگرام ایک ایکسپلوژو تھا۔</w:t>
      </w:r>
    </w:p>
    <w:p>
      <w:r>
        <w:rPr>
          <w:b/>
        </w:rPr>
        <w:t xml:space="preserve">[01:43] </w:t>
      </w:r>
      <w:r>
        <w:t>jab woh phata, poora sheher quetta goonj utha. buildingen kitni saari tabah ho gayeen, mehalle tabah ho gaye, carain tabah ho gayeen.</w:t>
      </w:r>
    </w:p>
    <w:p>
      <w:pPr>
        <w:jc w:val="right"/>
      </w:pPr>
      <w:r>
        <w:t>جب وہ پھٹا، پورا شہر کوئٹہ گونج اٹھا۔ بلڈنگیں کتنی ساری تباہ ہو گئیں، محلے تباہ ہو گئے، کاریں تباہ ہو گئیں۔</w:t>
      </w:r>
    </w:p>
    <w:p>
      <w:r>
        <w:rPr>
          <w:b/>
        </w:rPr>
        <w:t xml:space="preserve">[01:58] </w:t>
      </w:r>
      <w:r>
        <w:t>first report ke mutabiq 65 aadmi mar gaye on the spot, aur more than 200 zakhami hue.</w:t>
      </w:r>
    </w:p>
    <w:p>
      <w:pPr>
        <w:jc w:val="right"/>
      </w:pPr>
      <w:r>
        <w:t>فرسٹ رپورٹ کے مطابق 65 آدمی مر گئے on the spot، اور more than 200 زخمی ہوئے۔</w:t>
      </w:r>
    </w:p>
    <w:p>
      <w:r>
        <w:rPr>
          <w:b/>
        </w:rPr>
        <w:t xml:space="preserve">[02:10] </w:t>
      </w:r>
      <w:r>
        <w:t>is khabar ko parh kar mere andar aik brain storm aaya, jo psychology ke istilaah mein kehte hain brainstorming.</w:t>
      </w:r>
    </w:p>
    <w:p>
      <w:pPr>
        <w:jc w:val="right"/>
      </w:pPr>
      <w:r>
        <w:t>اس خبر کو پڑھ کر میرے اندر ایک برین اسٹارم آیا، جو سائیکالوجی کے اصطلاح میں کہتے ہیں برین اسٹارمنگ۔</w:t>
      </w:r>
    </w:p>
    <w:p>
      <w:r>
        <w:rPr>
          <w:b/>
        </w:rPr>
        <w:t xml:space="preserve">[02:22] </w:t>
      </w:r>
      <w:r>
        <w:t>yaani wahan ka jo bomb dhamaka tha, woh mere liye</w:t>
      </w:r>
    </w:p>
    <w:p>
      <w:pPr>
        <w:jc w:val="right"/>
      </w:pPr>
      <w:r>
        <w:t>یعنی وہاں کا جو بم دھماکہ تھا، وہ میرے لیے</w:t>
      </w:r>
    </w:p>
    <w:p>
      <w:r>
        <w:rPr>
          <w:b/>
        </w:rPr>
        <w:t xml:space="preserve">[02:29] </w:t>
      </w:r>
      <w:r>
        <w:t>intellectual dhamaka ban gaya. main sochne laga, sochne laga, sochne laga kis baat par?</w:t>
      </w:r>
    </w:p>
    <w:p>
      <w:pPr>
        <w:jc w:val="right"/>
      </w:pPr>
      <w:r>
        <w:t>انٹلیکچول دھماکہ بن گیا۔ میں سوچنے لگا، سوچنے لگا، سوچنے لگا کس بات پر؟</w:t>
      </w:r>
    </w:p>
    <w:p>
      <w:r>
        <w:rPr>
          <w:b/>
        </w:rPr>
        <w:t xml:space="preserve">[02:39] </w:t>
      </w:r>
      <w:r>
        <w:t>is baat par ke yeh koi aik waqea nahi hai,</w:t>
      </w:r>
    </w:p>
    <w:p>
      <w:pPr>
        <w:jc w:val="right"/>
      </w:pPr>
      <w:r>
        <w:t>اس بات پر کہ یہ کوئی ایک واقعہ نہیں ہے،</w:t>
      </w:r>
    </w:p>
    <w:p>
      <w:r>
        <w:rPr>
          <w:b/>
        </w:rPr>
        <w:t xml:space="preserve">[02:44] </w:t>
      </w:r>
      <w:r>
        <w:t>yeh hamara jo age hai,</w:t>
      </w:r>
    </w:p>
    <w:p>
      <w:pPr>
        <w:jc w:val="right"/>
      </w:pPr>
      <w:r>
        <w:t>یہ ہمارا جو ایج ہے،</w:t>
      </w:r>
    </w:p>
    <w:p>
      <w:r>
        <w:rPr>
          <w:b/>
        </w:rPr>
        <w:t xml:space="preserve">[02:48] </w:t>
      </w:r>
      <w:r>
        <w:t>modern age,</w:t>
      </w:r>
    </w:p>
    <w:p>
      <w:pPr>
        <w:jc w:val="right"/>
      </w:pPr>
      <w:r>
        <w:t>ماڈرن ایج،</w:t>
      </w:r>
    </w:p>
    <w:p>
      <w:r>
        <w:rPr>
          <w:b/>
        </w:rPr>
        <w:t xml:space="preserve">[02:53] </w:t>
      </w:r>
      <w:r>
        <w:t>yeh modern age jo hai jisko hum age of technology kehte hain, jab se technology aayi hai to bohat si opportunities aayi hain.</w:t>
      </w:r>
    </w:p>
    <w:p>
      <w:pPr>
        <w:jc w:val="right"/>
      </w:pPr>
      <w:r>
        <w:t>یہ ماڈرن ایج جو ہے جس کو ہم ایج آف ٹیکنالوجی کہتے ہیں، جب سے ٹیکنالوجی آئی ہے تو بہت سی اپرچونیٹیز آئی ہیں۔</w:t>
      </w:r>
    </w:p>
    <w:p>
      <w:r>
        <w:rPr>
          <w:b/>
        </w:rPr>
        <w:t xml:space="preserve">[03:06] </w:t>
      </w:r>
      <w:r>
        <w:t>age of technology means age of opportunities.</w:t>
      </w:r>
    </w:p>
    <w:p>
      <w:pPr>
        <w:jc w:val="right"/>
      </w:pPr>
      <w:r>
        <w:t>ایج آف ٹیکنالوجی means age of opportunities۔</w:t>
      </w:r>
    </w:p>
    <w:p>
      <w:r>
        <w:rPr>
          <w:b/>
        </w:rPr>
        <w:t xml:space="preserve">[03:12] </w:t>
      </w:r>
      <w:r>
        <w:t>to jab se technology aayi hai, musalman saari duniya mein bohat ziyada active ho gaye hain, kam az kam 200 years se.</w:t>
      </w:r>
    </w:p>
    <w:p>
      <w:pPr>
        <w:jc w:val="right"/>
      </w:pPr>
      <w:r>
        <w:t>تو جب سے ٹیکنالوجی آئی ہے، مسلمان ساری دنیا میں بہت زیادہ ایکٹیو ہو گئے ہیں، کم از کم 200 years سے۔</w:t>
      </w:r>
    </w:p>
    <w:p>
      <w:r>
        <w:rPr>
          <w:b/>
        </w:rPr>
        <w:t xml:space="preserve">[03:24] </w:t>
      </w:r>
      <w:r>
        <w:t>lekin active kis sense mein? yahi gun culture, bomb culture, ladaai, jihad ke naam se, sab Islami jihad ke naam se.</w:t>
      </w:r>
    </w:p>
    <w:p>
      <w:pPr>
        <w:jc w:val="right"/>
      </w:pPr>
      <w:r>
        <w:t>لیکن ایکٹیو کس سینس میں؟ یہی گن کلچر، بم کلچر، لڑائی، جہاد کے نام سے، سب اسلامی جہاد کے نام سے۔</w:t>
      </w:r>
    </w:p>
    <w:p>
      <w:r>
        <w:rPr>
          <w:b/>
        </w:rPr>
        <w:t xml:space="preserve">[03:38] </w:t>
      </w:r>
      <w:r>
        <w:t>lekin aap dekhiye ke jis cheez ko goal bana kar yeh jihad kiya ja raha hai, aaj tak woh achieve nahi hua.</w:t>
      </w:r>
    </w:p>
    <w:p>
      <w:pPr>
        <w:jc w:val="right"/>
      </w:pPr>
      <w:r>
        <w:t>لیکن آپ دیکھیے کہ جس چیز کو گول بنا کر یہ جہاد کیا جا رہا ہے، آج تک وہ achieve نہیں ہوا۔</w:t>
      </w:r>
    </w:p>
    <w:p>
      <w:r>
        <w:rPr>
          <w:b/>
        </w:rPr>
        <w:t xml:space="preserve">[03:50] </w:t>
      </w:r>
      <w:r>
        <w:t>woh goal kya hai? woh goal hai ke saari duniya mein Islami hukumat qaim karna, saari duniya mein Islam ka qanoon implement karna</w:t>
      </w:r>
    </w:p>
    <w:p>
      <w:pPr>
        <w:jc w:val="right"/>
      </w:pPr>
      <w:r>
        <w:t>وہ گول کیا ہے؟ وہ گول ہے کہ ساری دنیا میں اسلامی حکومت قائم کرنا، ساری دنیا میں اسلام کا قانون implement کرنا</w:t>
      </w:r>
    </w:p>
    <w:p>
      <w:r>
        <w:rPr>
          <w:b/>
        </w:rPr>
        <w:t xml:space="preserve">[04:04] </w:t>
      </w:r>
      <w:r>
        <w:t>, saari duniya se kafiron ko khatam karna. abhi jo bomb blast hua hai, woh shia ke khilaaf hua hai.</w:t>
      </w:r>
    </w:p>
    <w:p>
      <w:pPr>
        <w:jc w:val="right"/>
      </w:pPr>
      <w:r>
        <w:t>، ساری دنیا سے کافروں کو ختم کرنا۔ ابھی جو بم بلاسٹ ہوا ہے، وہ شیعہ کے خلاف ہوا ہے۔</w:t>
      </w:r>
    </w:p>
    <w:p>
      <w:r>
        <w:rPr>
          <w:b/>
        </w:rPr>
        <w:t xml:space="preserve">[04:13] </w:t>
      </w:r>
      <w:r>
        <w:t>shia ko ulama ne bohat khilaaf, unke khilaaf fatwe diye. to yeh Pakistan banne ke pehle se yeh jhagda chal raha hai, shia sunni ka,</w:t>
      </w:r>
    </w:p>
    <w:p>
      <w:pPr>
        <w:jc w:val="right"/>
      </w:pPr>
      <w:r>
        <w:t>شیعہ کو علماء نے بہت خلاف، ان کے خلاف فتوے دیے۔ تو یہ پاکستان بننے کے پہلے سے یہ جھگڑا چل رہا ہے، شیعہ سنی کا،</w:t>
      </w:r>
    </w:p>
    <w:p>
      <w:r>
        <w:rPr>
          <w:b/>
        </w:rPr>
        <w:t xml:space="preserve">[04:29] </w:t>
      </w:r>
      <w:r>
        <w:t>woh aaj tak jaari hai.</w:t>
      </w:r>
    </w:p>
    <w:p>
      <w:pPr>
        <w:jc w:val="right"/>
      </w:pPr>
      <w:r>
        <w:t>وہ آج تک جاری ہے۔</w:t>
      </w:r>
    </w:p>
    <w:p>
      <w:r>
        <w:rPr>
          <w:b/>
        </w:rPr>
        <w:t xml:space="preserve">[04:31] </w:t>
      </w:r>
      <w:r>
        <w:t>to duniya se jo Iqbal ne kaha tha ke "shola ban kar phoonk de khasha ke ghair Allah ko, khauf batil ka kahe ghartigar-e-batil bhi to",</w:t>
      </w:r>
    </w:p>
    <w:p>
      <w:pPr>
        <w:jc w:val="right"/>
      </w:pPr>
      <w:r>
        <w:t>تو دنیا سے جو اقبال نے کہا تھا کہ "شعل بن کر پھونک دے خاشا کے غیر اللہ کو، خوف باطل کا کہے غارت گر باطل بھی تو"،</w:t>
      </w:r>
    </w:p>
    <w:p>
      <w:r>
        <w:rPr>
          <w:b/>
        </w:rPr>
        <w:t xml:space="preserve">[04:47] </w:t>
      </w:r>
      <w:r>
        <w:t>to yeh aik mizaj musalmanon mein aa gaya ke batil ko mitao, kufr ko mitao,</w:t>
      </w:r>
    </w:p>
    <w:p>
      <w:pPr>
        <w:jc w:val="right"/>
      </w:pPr>
      <w:r>
        <w:t>تو یہ ایک مزاج مسلمانوں میں آ گیا کہ باطل کو مٹاؤ، کفر کو مٹاؤ،</w:t>
      </w:r>
    </w:p>
    <w:p>
      <w:r>
        <w:rPr>
          <w:b/>
        </w:rPr>
        <w:t xml:space="preserve">[04:56] </w:t>
      </w:r>
      <w:r>
        <w:t>ghair Islami hukumaton ko khatam karo, dushmanon ko khatam karo, jo log conspiracy kar rahe hain Islam ke khilaaf, unko khatam karo.</w:t>
      </w:r>
    </w:p>
    <w:p>
      <w:pPr>
        <w:jc w:val="right"/>
      </w:pPr>
      <w:r>
        <w:t>غیر اسلامی حکومتوں کو ختم کرو، دشمنوں کو ختم کرو، جو لوگ conspiracy کر رہے ہیں اسلام کے خلاف، ان کو ختم کرو۔</w:t>
      </w:r>
    </w:p>
    <w:p>
      <w:r>
        <w:rPr>
          <w:b/>
        </w:rPr>
        <w:t xml:space="preserve">[05:06] </w:t>
      </w:r>
      <w:r>
        <w:t>yeh aik target. to sawal yeh hai ke kya yeh target achieve hua? kahin bhi nahi achieve hua.</w:t>
      </w:r>
    </w:p>
    <w:p>
      <w:pPr>
        <w:jc w:val="right"/>
      </w:pPr>
      <w:r>
        <w:t>یہ ایک target۔ تو سوال یہ ہے کہ کیا یہ target achieve ہوا؟ کہیں بھی نہیں achieve ہوا۔</w:t>
      </w:r>
    </w:p>
    <w:p>
      <w:r>
        <w:rPr>
          <w:b/>
        </w:rPr>
        <w:t xml:space="preserve">[05:15] </w:t>
      </w:r>
      <w:r>
        <w:t>na Pakistan mein, na Iran mein, na Sudan mein, na Egypt mein, na Iraq mein, na Afghanistan mein.</w:t>
      </w:r>
    </w:p>
    <w:p>
      <w:pPr>
        <w:jc w:val="right"/>
      </w:pPr>
      <w:r>
        <w:t>نہ پاکستان میں، نہ ایران میں، نہ سوڈان میں، نہ Egypt میں، نہ عراق میں، نہ افغانستان میں۔</w:t>
      </w:r>
    </w:p>
    <w:p>
      <w:r>
        <w:rPr>
          <w:b/>
        </w:rPr>
        <w:t xml:space="preserve">[05:25] </w:t>
      </w:r>
      <w:r>
        <w:t>jin jin mulkon mein log jihad ke liye active hain, kahin bhi apna target poora nahi kar sake woh. kahin bhi nahi. har jagah khabrein aati rehti hain daily maar kaat ki.</w:t>
      </w:r>
    </w:p>
    <w:p>
      <w:pPr>
        <w:jc w:val="right"/>
      </w:pPr>
      <w:r>
        <w:t>جن جن ملکوں میں لوگ جہاد کے لیے active ہیں، کہیں بھی اپنا target پورا نہیں کر سکے وہ۔ کہیں بھی نہیں۔ ہر جگہ خبریں آتی رہتی ہیں daily مار کاٹ کی۔</w:t>
      </w:r>
    </w:p>
    <w:p>
      <w:r>
        <w:rPr>
          <w:b/>
        </w:rPr>
        <w:t xml:space="preserve">[05:38] </w:t>
      </w:r>
      <w:r>
        <w:t>to jo brainstorming hui mere andar, woh kis baat ko le kar hui?</w:t>
      </w:r>
    </w:p>
    <w:p>
      <w:pPr>
        <w:jc w:val="right"/>
      </w:pPr>
      <w:r>
        <w:t>تو جو برین اسٹارمنگ ہوئی میرے اندر، وہ کس بات کو لے کر ہوئی؟</w:t>
      </w:r>
    </w:p>
    <w:p>
      <w:r>
        <w:rPr>
          <w:b/>
        </w:rPr>
        <w:t xml:space="preserve">[05:44] </w:t>
      </w:r>
      <w:r>
        <w:t>ke kya Khuda ne musalmanon ko aik aisa goal diya hai jo sarr se achievable nahi hai?</w:t>
      </w:r>
    </w:p>
    <w:p>
      <w:pPr>
        <w:jc w:val="right"/>
      </w:pPr>
      <w:r>
        <w:t>کہ کیا خدا نے مسلمانوں کو ایک ایسا گول دیا ہے جو سرے سے achievable نہیں ہے؟</w:t>
      </w:r>
    </w:p>
    <w:p>
      <w:r>
        <w:rPr>
          <w:b/>
        </w:rPr>
        <w:t xml:space="preserve">[05:57] </w:t>
      </w:r>
      <w:r>
        <w:t>unachievable goal de diya musalmanon ko? to kaisa ajeeb khuda hoga? kaisa ajeeb woh islam hoga?</w:t>
      </w:r>
    </w:p>
    <w:p>
      <w:pPr>
        <w:jc w:val="right"/>
      </w:pPr>
      <w:r>
        <w:t>Unachievable گول دے دیا مسلمانوں کو؟ تو کیسا عجیب خدا ہوگا؟ کیسا عجیب وہ اسلام ہوگا؟</w:t>
      </w:r>
    </w:p>
    <w:p>
      <w:r>
        <w:rPr>
          <w:b/>
        </w:rPr>
        <w:t xml:space="preserve">[06:05] </w:t>
      </w:r>
      <w:r>
        <w:t>kaisa ajeeb woh quran hoga? ke unachievable goal de de?</w:t>
      </w:r>
    </w:p>
    <w:p>
      <w:pPr>
        <w:jc w:val="right"/>
      </w:pPr>
      <w:r>
        <w:t>کیسا عجیب وہ قرآن ہوگا؟ کہ unachievable گول دے دے؟</w:t>
      </w:r>
    </w:p>
    <w:p>
      <w:r>
        <w:rPr>
          <w:b/>
        </w:rPr>
        <w:t xml:space="preserve">[06:13] </w:t>
      </w:r>
      <w:r>
        <w:t>abhi dekhiye misr mein bare dhoom se ek islami party jeeti, lekin jeetne ke baad bhi wahan maar kaat jari hai. abhi bhi wahan daily news aati hai,</w:t>
      </w:r>
    </w:p>
    <w:p>
      <w:pPr>
        <w:jc w:val="right"/>
      </w:pPr>
      <w:r>
        <w:t>ابھی دیکھیے مصر میں بڑے دھوم سے ایک اسلامی پارٹی جیتی، لیکن جیتنے کے بعد بھی وہاں مار کاٹ جاری ہے۔ ابھی بھی وہاں daily news آتی ہے،</w:t>
      </w:r>
    </w:p>
    <w:p>
      <w:r>
        <w:rPr>
          <w:b/>
        </w:rPr>
        <w:t xml:space="preserve">[06:26] </w:t>
      </w:r>
      <w:r>
        <w:t>aapas mein takrate hain log, bhadte hain, goliyan chalti hain. har mulk ka haal hai, koi ek hi mulk ki baat nahi hai.</w:t>
      </w:r>
    </w:p>
    <w:p>
      <w:pPr>
        <w:jc w:val="right"/>
      </w:pPr>
      <w:r>
        <w:t>آپس میں ٹکراتے ہیں لوگ، بھرتے ہیں، گولیاں چلتی ہیں۔ ہر ملک کا حال ہے، کوئی ایک ہی ملک کی بات نہیں ہے۔</w:t>
      </w:r>
    </w:p>
    <w:p>
      <w:r>
        <w:rPr>
          <w:b/>
        </w:rPr>
        <w:t xml:space="preserve">[06:36] </w:t>
      </w:r>
      <w:r>
        <w:t>to main yeh sochne laga kya khuda ne musalmanon ko unachievable goal de diya hai?</w:t>
      </w:r>
    </w:p>
    <w:p>
      <w:pPr>
        <w:jc w:val="right"/>
      </w:pPr>
      <w:r>
        <w:t>تو میں یہ سوچنے لگا کیا خدا نے مسلمانوں کو unachievable گول دے دیا ہے؟</w:t>
      </w:r>
    </w:p>
    <w:p>
      <w:r>
        <w:rPr>
          <w:b/>
        </w:rPr>
        <w:t xml:space="preserve">[06:47] </w:t>
      </w:r>
      <w:r>
        <w:t>to sawal ek phir kya zaroorat hai islam ki? sirf agar marne hi katna hai to kya faida? islam ki zaroorat kya hai? baghair islami ke log bhadte katte rahe?</w:t>
      </w:r>
    </w:p>
    <w:p>
      <w:pPr>
        <w:jc w:val="right"/>
      </w:pPr>
      <w:r>
        <w:t>تو سوال ایک پھر کیا ضرورت ہے اسلام کی؟ صرف اگر مرنے ہی کٹنا ہے تو کیا فائدہ؟ اسلام کی ضرورت کیا ہے؟ بغیر اسلامی کے لوگ بڑھتے کٹتے رہے؟</w:t>
      </w:r>
    </w:p>
    <w:p>
      <w:r>
        <w:rPr>
          <w:b/>
        </w:rPr>
        <w:t xml:space="preserve">[07:00] </w:t>
      </w:r>
      <w:r>
        <w:t>to yeh bahut bada sawal hai ke kya wajah hai ke musalmanon ne jis cheez ko goal bana rakha hai, woh goal aaj tak achieve nahi hua, halanke do sau saal se bhi zyada muddat tak is ke liye woh sacrifice kiye chale ja rahe hain.</w:t>
      </w:r>
    </w:p>
    <w:p>
      <w:pPr>
        <w:jc w:val="right"/>
      </w:pPr>
      <w:r>
        <w:t>تو یہ بہت بڑا سوال ہے کہ کیا وجہ ہے کہ مسلمانوں نے جس چیز کو گول بنا رکھا ہے، وہ گول آج تک achieve نہیں ہوا، حالانکہ دو سو سال سے بھی زیادہ مدت تک اس کے لیے وہ sacrifice کیے چلے جا رہے ہیں۔</w:t>
      </w:r>
    </w:p>
    <w:p>
      <w:r>
        <w:rPr>
          <w:b/>
        </w:rPr>
        <w:t xml:space="preserve">[07:22] </w:t>
      </w:r>
      <w:r>
        <w:t>do sau saal se zyada muddat guzar gayi. to bilashuba yeh</w:t>
      </w:r>
    </w:p>
    <w:p>
      <w:pPr>
        <w:jc w:val="right"/>
      </w:pPr>
      <w:r>
        <w:t>دو سو سال سے زیادہ مدت گزر گئی۔ تو بلاشبہ یہ</w:t>
      </w:r>
    </w:p>
    <w:p>
      <w:r>
        <w:rPr>
          <w:b/>
        </w:rPr>
        <w:t xml:space="preserve">[07:31] </w:t>
      </w:r>
      <w:r>
        <w:t>unthinkable hai ke allah hum ko unachievable goal de de. yeh nahi ho sakta. aap dekhiye ke duniya mein kisi ke sath aisa nahi hua hai.</w:t>
      </w:r>
    </w:p>
    <w:p>
      <w:pPr>
        <w:jc w:val="right"/>
      </w:pPr>
      <w:r>
        <w:t>unthinkable ہے کہ اللہ ہم کو unachievable گول دے دے۔ یہ نہیں ہو سکتا۔ آپ دیکھیے کہ دنیا میں کسی کے ساتھ ایسا نہیں ہوا ہے۔</w:t>
      </w:r>
    </w:p>
    <w:p>
      <w:r>
        <w:rPr>
          <w:b/>
        </w:rPr>
        <w:t xml:space="preserve">[07:48] </w:t>
      </w:r>
      <w:r>
        <w:t>misalan mere ghar ke aas pas bahut sare darakht hain. ek taraf main akhbar mein padh raha tha yeh khabar, doosri taraf main ne dekha ke hare bhare darakht khade hue hain.</w:t>
      </w:r>
    </w:p>
    <w:p>
      <w:pPr>
        <w:jc w:val="right"/>
      </w:pPr>
      <w:r>
        <w:t>مثلاً میرے گھر کے آس پاس بہت سارے درخت ہیں۔ ایک طرف میں اخبار میں پڑھ رہا تھا یہ خبر، دوسری طرف میں نے دیکھا کہ ہرے بھرے درخت کھڑے ہوئے ہیں۔</w:t>
      </w:r>
    </w:p>
    <w:p>
      <w:r>
        <w:rPr>
          <w:b/>
        </w:rPr>
        <w:t xml:space="preserve">[08:02] </w:t>
      </w:r>
      <w:r>
        <w:t>in ko khuda ne achievable goal diya. ke ek seed tha, ek beej tha, ek chota sa poda tha, woh zameen mein laga diya gaya.</w:t>
      </w:r>
    </w:p>
    <w:p>
      <w:pPr>
        <w:jc w:val="right"/>
      </w:pPr>
      <w:r>
        <w:t>ان کو خدا نے achievable گول دیا۔ کہ ایک seed تھا، ایک بیج تھا، ایک چھوٹا سا پودا تھا، وہ زمین میں لگا دیا گیا۔</w:t>
      </w:r>
    </w:p>
    <w:p>
      <w:r>
        <w:rPr>
          <w:b/>
        </w:rPr>
        <w:t xml:space="preserve">[08:14] </w:t>
      </w:r>
      <w:r>
        <w:t>ab woh badhta hua, badhta hua, badhta hua, ab itna ooncha ho gaya ke teen manzila building ke barabar ho gaya woh.</w:t>
      </w:r>
    </w:p>
    <w:p>
      <w:pPr>
        <w:jc w:val="right"/>
      </w:pPr>
      <w:r>
        <w:t>اب وہ بڑھتا ہوا، بڑھتا ہوا، بڑھتا ہوا، اب اتنا اونچا ہو گیا کہ تین منزلہ بلڈنگ کے برابر ہو گیا وہ۔</w:t>
      </w:r>
    </w:p>
    <w:p>
      <w:r>
        <w:rPr>
          <w:b/>
        </w:rPr>
        <w:t xml:space="preserve">[08:24] </w:t>
      </w:r>
      <w:r>
        <w:t>to kaha ke darakht ko allah taala ne achievable goal diya hai</w:t>
      </w:r>
    </w:p>
    <w:p>
      <w:pPr>
        <w:jc w:val="right"/>
      </w:pPr>
      <w:r>
        <w:t>تو کہا کہ درخت کو اللہ تعالیٰ نے achievable گول دیا ہے</w:t>
      </w:r>
    </w:p>
    <w:p>
      <w:r>
        <w:rPr>
          <w:b/>
        </w:rPr>
        <w:t xml:space="preserve">[08:32] </w:t>
      </w:r>
      <w:r>
        <w:t>ke apne ko grow karo, badhao, aur sari duniya se apne liye food lo, zameen se, hawa se, suraj se, aur badhao apne ko, badhao apne ko, badhao, yahan tak ke tum ek bahut ooncha darakht</w:t>
      </w:r>
    </w:p>
    <w:p>
      <w:pPr>
        <w:jc w:val="right"/>
      </w:pPr>
      <w:r>
        <w:t>کہ اپنے کو grow کرو، بڑھاؤ، اور ساری دنیا سے اپنے لیے food لو، زمین سے، ہوا سے، سورج سے، اور بڑھاؤ اپنے کو، بڑھاؤ اپنے کو، بڑھاؤ، یہاں تک کہ تم ایک بہت اونچا درخت</w:t>
      </w:r>
    </w:p>
    <w:p>
      <w:r>
        <w:rPr>
          <w:b/>
        </w:rPr>
        <w:t xml:space="preserve">[08:49] </w:t>
      </w:r>
      <w:r>
        <w:t>ban jao. to musalmanon ke sath sirf aisa hua ke unachievable goal de diya.</w:t>
      </w:r>
    </w:p>
    <w:p>
      <w:pPr>
        <w:jc w:val="right"/>
      </w:pPr>
      <w:r>
        <w:t>بن جاؤ۔ تو مسلمانوں کے ساتھ صرف ایسا ہوا کہ unachievable گول دے دیا۔</w:t>
      </w:r>
    </w:p>
    <w:p>
      <w:r>
        <w:rPr>
          <w:b/>
        </w:rPr>
        <w:t xml:space="preserve">[08:59] </w:t>
      </w:r>
      <w:r>
        <w:t>to aisa nahi ho sakta. aisa nahi ho sakta. phir mujhe quran ke bare mein sochna shuru kiya main ne ke quran mein musalmanon ko mission kya diya gaya hai?</w:t>
      </w:r>
    </w:p>
    <w:p>
      <w:pPr>
        <w:jc w:val="right"/>
      </w:pPr>
      <w:r>
        <w:t>تو ایسا نہیں ہو سکتا۔ ایسا نہیں ہو سکتا۔ پھر مجھے قرآن کے بارے میں سوچنا شروع کیا میں نے کہ قرآن میں مسلمانوں کو mission کیا دیا گیا ہے؟</w:t>
      </w:r>
    </w:p>
    <w:p>
      <w:r>
        <w:rPr>
          <w:b/>
        </w:rPr>
        <w:t xml:space="preserve">[09:15] </w:t>
      </w:r>
      <w:r>
        <w:t>woh mission hai</w:t>
      </w:r>
    </w:p>
    <w:p>
      <w:pPr>
        <w:jc w:val="right"/>
      </w:pPr>
      <w:r>
        <w:t>وہ mission ہے</w:t>
      </w:r>
    </w:p>
    <w:p>
      <w:r>
        <w:rPr>
          <w:b/>
        </w:rPr>
        <w:t xml:space="preserve">[09:20] </w:t>
      </w:r>
      <w:r>
        <w:t>dawat lilah. yani allah ke message ko duniya tak pahunchana peaceful tareeqe se.</w:t>
      </w:r>
    </w:p>
    <w:p>
      <w:pPr>
        <w:jc w:val="right"/>
      </w:pPr>
      <w:r>
        <w:t>دعوت للہ۔ یعنی اللہ کے message کو دنیا تک پہنچانا peaceful طریقے سے۔</w:t>
      </w:r>
    </w:p>
    <w:p>
      <w:r>
        <w:rPr>
          <w:b/>
        </w:rPr>
        <w:t xml:space="preserve">[09:33] </w:t>
      </w:r>
      <w:r>
        <w:t>ek lafz mein aap kahein to quran ko logon tak pahunchana. la tadhil furqan al-abidin li yakuna lil alamin nazira yani musalmanon ko jo goal diya gaya tha woh kya tha?</w:t>
      </w:r>
    </w:p>
    <w:p>
      <w:pPr>
        <w:jc w:val="right"/>
      </w:pPr>
      <w:r>
        <w:t>ایک لفظ میں آپ کہیں تو قرآن کو لوگوں تک پہنچانا۔ لا تضل الفرقان العابدين ليكون للعالمين نظيرا یعنی مسلمانوں کو جو گول دیا گیا تھا وہ کیا تھا؟</w:t>
      </w:r>
    </w:p>
    <w:p>
      <w:r>
        <w:rPr>
          <w:b/>
        </w:rPr>
        <w:t xml:space="preserve">[09:45] </w:t>
      </w:r>
      <w:r>
        <w:t>quran. yani allah ki authentic book. jis mein yeh bataya gaya tha ke what is the purpose of life?</w:t>
      </w:r>
    </w:p>
    <w:p>
      <w:pPr>
        <w:jc w:val="right"/>
      </w:pPr>
      <w:r>
        <w:t>قرآن۔ یعنی اللہ کی authentic book۔ جس میں یہ بتایا گیا تھا کہ What is the purpose of life?</w:t>
      </w:r>
    </w:p>
    <w:p>
      <w:r>
        <w:rPr>
          <w:b/>
        </w:rPr>
        <w:t xml:space="preserve">[09:57] </w:t>
      </w:r>
      <w:r>
        <w:t>what is the christian plan of god? yeh sari jo scheme allah taala ki hai, kyun duniya ko paida kiya gaya?</w:t>
      </w:r>
    </w:p>
    <w:p>
      <w:pPr>
        <w:jc w:val="right"/>
      </w:pPr>
      <w:r>
        <w:t>What is the Christian plan of God? یہ ساری جو scheme اللہ تعالیٰ کی ہے، کیوں دنیا کو پیدا کیا گیا؟</w:t>
      </w:r>
    </w:p>
    <w:p>
      <w:r>
        <w:rPr>
          <w:b/>
        </w:rPr>
        <w:t xml:space="preserve">[10:08] </w:t>
      </w:r>
      <w:r>
        <w:t>kyun insan ko banaya gaya? insan ki zindagi ka maqsad kya hai?</w:t>
      </w:r>
    </w:p>
    <w:p>
      <w:pPr>
        <w:jc w:val="right"/>
      </w:pPr>
      <w:r>
        <w:t>کیوں انسان کو بنایا گیا؟ انسان کی زندگی کا مقصد کیا ہے؟</w:t>
      </w:r>
    </w:p>
    <w:p>
      <w:r>
        <w:rPr>
          <w:b/>
        </w:rPr>
        <w:t xml:space="preserve">[10:16] </w:t>
      </w:r>
      <w:r>
        <w:t>what is success? what is failure? yeh jo insan ko le kar ke yeh sawalat hain, unhi baton ko batane ke liye quran utra.</w:t>
      </w:r>
    </w:p>
    <w:p>
      <w:pPr>
        <w:jc w:val="right"/>
      </w:pPr>
      <w:r>
        <w:t>What is success? What is failure? یہ جو انسان کو لے کر کے یہ سوالات ہیں، انہی باتوں کو بتانے کے لیے قرآن اترا۔</w:t>
      </w:r>
    </w:p>
    <w:p>
      <w:r>
        <w:rPr>
          <w:b/>
        </w:rPr>
        <w:t xml:space="preserve">[10:28] </w:t>
      </w:r>
      <w:r>
        <w:t>quran utra. ab is ke baad allah taala ne ola rasool allah ko, phir rasool allah ke jo ashab the, un ko, phir tabieen ko, tabe tabieen ko, phir poori ummat e muslema ko yeh mission de diya</w:t>
      </w:r>
    </w:p>
    <w:p>
      <w:pPr>
        <w:jc w:val="right"/>
      </w:pPr>
      <w:r>
        <w:t>قرآن اترا۔ اب اس کے بعد اللہ تعالیٰ نے اولا رسول اللہ کو، پھر رسول اللہ کے جو اصحاب تھے، ان کو، پھر تابعین کو، تبع تابعین کو، پھر پوری امت مسلمہ کو یہ mission دے دیا</w:t>
      </w:r>
    </w:p>
    <w:p>
      <w:r>
        <w:rPr>
          <w:b/>
        </w:rPr>
        <w:t xml:space="preserve">[10:44] </w:t>
      </w:r>
      <w:r>
        <w:t>ke is quran ko sari insaniyat tak pahunchao. bas yeh mission hai. yeh to achievable hai.</w:t>
      </w:r>
    </w:p>
    <w:p>
      <w:pPr>
        <w:jc w:val="right"/>
      </w:pPr>
      <w:r>
        <w:t>کہ اس قرآن کو ساری انسانیت تک پہنچاؤ۔ بس یہ mission ہے۔ یہ تو achievable ہے۔</w:t>
      </w:r>
    </w:p>
    <w:p>
      <w:r>
        <w:rPr>
          <w:b/>
        </w:rPr>
        <w:t xml:space="preserve">[10:55] </w:t>
      </w:r>
      <w:r>
        <w:t>achha dekhiye, pehle zamane mein bohat se problems thay. Problem kya thay? Dunya ki jografia insan janta nahi tha.</w:t>
      </w:r>
    </w:p>
    <w:p>
      <w:pPr>
        <w:jc w:val="right"/>
      </w:pPr>
      <w:r>
        <w:t>اچھا دیکھیے، پہلے زمانے میں بہت سے problems تھے۔ Problem کیا تھے؟ دنیا کی جغرافیہ انسان جانتا نہیں تھا۔</w:t>
      </w:r>
    </w:p>
    <w:p>
      <w:r>
        <w:rPr>
          <w:b/>
        </w:rPr>
        <w:t xml:space="preserve">[11:05] </w:t>
      </w:r>
      <w:r>
        <w:t>printed press mojood nahi tha. Modern communication mojood nahi tha.</w:t>
      </w:r>
    </w:p>
    <w:p>
      <w:pPr>
        <w:jc w:val="right"/>
      </w:pPr>
      <w:r>
        <w:t>پرنٹڈ پریس موجود نہیں تھا۔ ماڈرن کمیونیکیشن موجود نہیں تھا۔</w:t>
      </w:r>
    </w:p>
    <w:p>
      <w:r>
        <w:rPr>
          <w:b/>
        </w:rPr>
        <w:t xml:space="preserve">[11:10] </w:t>
      </w:r>
      <w:r>
        <w:t>to yeh kaam ke sari dunya ko Quran ka message pohanchana yeh bohat mushkil lagta tha.</w:t>
      </w:r>
    </w:p>
    <w:p>
      <w:pPr>
        <w:jc w:val="right"/>
      </w:pPr>
      <w:r>
        <w:t>تو یہ کام کہ ساری دنیا کو قرآن کا message پہنچانا یہ بہت مشکل لگتا تھا۔</w:t>
      </w:r>
    </w:p>
    <w:p>
      <w:r>
        <w:rPr>
          <w:b/>
        </w:rPr>
        <w:t xml:space="preserve">[11:19] </w:t>
      </w:r>
      <w:r>
        <w:t>aur practically woh ho nahi paya. Kyun ke kahin pahaar record bana hua hai, kahin samandar record bana hua hai.</w:t>
      </w:r>
    </w:p>
    <w:p>
      <w:pPr>
        <w:jc w:val="right"/>
      </w:pPr>
      <w:r>
        <w:t>اور practically وہ ہو نہیں پایا۔ کیونکہ کہیں پہاڑ ریکارڈ بنا ہوا ہے، کہیں سمندر ریکارڈ بنا ہوا ہے۔</w:t>
      </w:r>
    </w:p>
    <w:p>
      <w:r>
        <w:rPr>
          <w:b/>
        </w:rPr>
        <w:t xml:space="preserve">[11:30] </w:t>
      </w:r>
      <w:r>
        <w:t>kyun ke is zamane mein dekhiye, sab se pehle kya tha? Log Quran ko memorize kar lete thay, phir ja ke idhar udhar sunate thay.</w:t>
      </w:r>
    </w:p>
    <w:p>
      <w:pPr>
        <w:jc w:val="right"/>
      </w:pPr>
      <w:r>
        <w:t>کیونکہ اس زمانے میں دیکھیے، سب سے پہلے کیا تھا؟ لوگ قرآن کو memorize کر لیتے تھے، پھر جا کے ادھر ادھر سناتے تھے۔</w:t>
      </w:r>
    </w:p>
    <w:p>
      <w:r>
        <w:rPr>
          <w:b/>
        </w:rPr>
        <w:t xml:space="preserve">[11:39] </w:t>
      </w:r>
      <w:r>
        <w:t>to zahir hai ke bohat hi liberate tareeqay par yeh kaam ho sakta tha. Phir hath se likha jaane laga. To ab hath se bhi aap kitna likhenge?</w:t>
      </w:r>
    </w:p>
    <w:p>
      <w:pPr>
        <w:jc w:val="right"/>
      </w:pPr>
      <w:r>
        <w:t>تو ظاہر ہے کہ بہت ہی liberate طریقے پر یہ کام ہو سکتا تھا۔ پھر ہاتھ سے لکھا جانے لگا۔ تو اب ہاتھ سے بھی آپ کتنا لکھیں گے؟</w:t>
      </w:r>
    </w:p>
    <w:p>
      <w:r>
        <w:rPr>
          <w:b/>
        </w:rPr>
        <w:t xml:space="preserve">[11:50] </w:t>
      </w:r>
      <w:r>
        <w:t>kitna likhenge hath se? To thoray se, thori si is ki copy banai aap ne, us ko de diya.</w:t>
      </w:r>
    </w:p>
    <w:p>
      <w:pPr>
        <w:jc w:val="right"/>
      </w:pPr>
      <w:r>
        <w:t>کتنا لکھیں گے ہاتھ سے؟ تو تھوڑے سے، تھوڑی سی اس کی کاپی بنائی آپ نے، اس کو دے دیا۔</w:t>
      </w:r>
    </w:p>
    <w:p>
      <w:r>
        <w:rPr>
          <w:b/>
        </w:rPr>
        <w:t xml:space="preserve">[11:59] </w:t>
      </w:r>
      <w:r>
        <w:t>to kitna liberate tareeqay se ho sakta tha kaam?</w:t>
      </w:r>
    </w:p>
    <w:p>
      <w:pPr>
        <w:jc w:val="right"/>
      </w:pPr>
      <w:r>
        <w:t>تو کتنا liberate طریقے سے ہو سکتا تھا کام؟</w:t>
      </w:r>
    </w:p>
    <w:p>
      <w:r>
        <w:rPr>
          <w:b/>
        </w:rPr>
        <w:t xml:space="preserve">[12:04] </w:t>
      </w:r>
      <w:r>
        <w:t>aap nikle, Sahaba aur Tabeen nikle Arab se, tab bhi dekhiye, kahin samandar record ban gaya, kahin pahaar record ban gaya, kahin jangal record ban gaya.</w:t>
      </w:r>
    </w:p>
    <w:p>
      <w:pPr>
        <w:jc w:val="right"/>
      </w:pPr>
      <w:r>
        <w:t>آپ نکلے، صحابہ اور تابعین نکلے عرب سے، تب بھی دیکھیے، کہیں سمندر ریکارڈ بن گیا، کہیں پہاڑ ریکارڈ بن گیا، کہیں جنگل ریکارڈ بن گیا۔</w:t>
      </w:r>
    </w:p>
    <w:p>
      <w:r>
        <w:rPr>
          <w:b/>
        </w:rPr>
        <w:t xml:space="preserve">[12:14] </w:t>
      </w:r>
      <w:r>
        <w:t>aur yeh bhi pata nahi tha ke kitni bari dunya hai yeh. Us waqt insan nahi janta tha ke yeh dunya kitni bari hai. Is ke rastay kya hain?</w:t>
      </w:r>
    </w:p>
    <w:p>
      <w:pPr>
        <w:jc w:val="right"/>
      </w:pPr>
      <w:r>
        <w:t>اور یہ بھی پتہ نہیں تھا کہ کتنی بڑی دنیا ہے یہ۔ اس وقت انسان نہیں جانتا تھا کہ یہ دنیا کتنی بڑی ہے۔ اس کے راستے کیا ہیں؟</w:t>
      </w:r>
    </w:p>
    <w:p>
      <w:r>
        <w:rPr>
          <w:b/>
        </w:rPr>
        <w:t xml:space="preserve">[12:26] </w:t>
      </w:r>
      <w:r>
        <w:t>aur phir us waqt communication nahi tha. Aaj kal ki tarah sawariyan nahi theen.</w:t>
      </w:r>
    </w:p>
    <w:p>
      <w:pPr>
        <w:jc w:val="right"/>
      </w:pPr>
      <w:r>
        <w:t>اور پھر اس وقت کمیونیکیشن نہیں تھا۔ آج کل کی طرح سواریاں نہیں تھیں۔</w:t>
      </w:r>
    </w:p>
    <w:p>
      <w:r>
        <w:rPr>
          <w:b/>
        </w:rPr>
        <w:t xml:space="preserve">[12:33] </w:t>
      </w:r>
      <w:r>
        <w:t>log oont par chalte thay, ghore par chalte thay. To Allah taala ne kya kiya? Ke ek poora age paida kiya. Age of communication yeh ek lamba process tha.</w:t>
      </w:r>
    </w:p>
    <w:p>
      <w:pPr>
        <w:jc w:val="right"/>
      </w:pPr>
      <w:r>
        <w:t>لوگ اونٹ پر چلتے تھے، گھوڑے پر چلتے تھے۔ تو اللہ تعالیٰ نے کیا کیا؟ کہ ایک پورا age پیدا کیا۔ Age of communication یہ ایک لمبا process تھا۔</w:t>
      </w:r>
    </w:p>
    <w:p>
      <w:r>
        <w:rPr>
          <w:b/>
        </w:rPr>
        <w:t xml:space="preserve">[12:47] </w:t>
      </w:r>
      <w:r>
        <w:t>ek lambay process ke baad aisa hua ke ek age of communication aaya. To twenty-first century mein is ka culmination ho chuka hai. Culmination.</w:t>
      </w:r>
    </w:p>
    <w:p>
      <w:pPr>
        <w:jc w:val="right"/>
      </w:pPr>
      <w:r>
        <w:t>ایک لمبے process کے بعد ایسا ہوا کہ ایک age of communication آیا۔ تو twenty-first century میں اس کا culmination ہو چکا ہے۔ Culmination۔</w:t>
      </w:r>
    </w:p>
    <w:p>
      <w:r>
        <w:rPr>
          <w:b/>
        </w:rPr>
        <w:t xml:space="preserve">[12:59] </w:t>
      </w:r>
      <w:r>
        <w:t>aaj aap ek office mein baith kar ke sari dunya ko address kar sakte hain.</w:t>
      </w:r>
    </w:p>
    <w:p>
      <w:pPr>
        <w:jc w:val="right"/>
      </w:pPr>
      <w:r>
        <w:t>آج آپ ایک آفس میں بیٹھ کر کے ساری دنیا کو address کر سکتے ہیں۔</w:t>
      </w:r>
    </w:p>
    <w:p>
      <w:r>
        <w:rPr>
          <w:b/>
        </w:rPr>
        <w:t xml:space="preserve">[13:08] </w:t>
      </w:r>
      <w:r>
        <w:t>ek office mein baithe hain aap apne table par. Aur sari dunya ko address kar sakte hain. Through communication. To yeh print media aur electronic media, yeh sab kahan tha pehle?</w:t>
      </w:r>
    </w:p>
    <w:p>
      <w:pPr>
        <w:jc w:val="right"/>
      </w:pPr>
      <w:r>
        <w:t>ایک آفس میں بیٹھے ہیں آپ اپنے table پر۔ اور ساری دنیا کو address کر سکتے ہیں۔ Through communication۔ تو یہ print میڈیا اور electronic میڈیا، یہ سب کہاں تھا پہلے؟</w:t>
      </w:r>
    </w:p>
    <w:p>
      <w:r>
        <w:rPr>
          <w:b/>
        </w:rPr>
        <w:t xml:space="preserve">[13:21] </w:t>
      </w:r>
      <w:r>
        <w:t>to Allah taala ne is mission ko support dene ke liye sab paida kiya.</w:t>
      </w:r>
    </w:p>
    <w:p>
      <w:pPr>
        <w:jc w:val="right"/>
      </w:pPr>
      <w:r>
        <w:t>تو اللہ تعالیٰ نے اس mission کو support دینے کے لیے سب پیدا کیا۔</w:t>
      </w:r>
    </w:p>
    <w:p>
      <w:r>
        <w:rPr>
          <w:b/>
        </w:rPr>
        <w:t xml:space="preserve">[13:30] </w:t>
      </w:r>
      <w:r>
        <w:t>ab jab ke yeh ho chuka hai to ab Musalman kis se lad rahe hain? Ab kis se bomb maar rahe hain? Jo Quran ke waarid hain, jin par yeh zimmedari thi ke yeh Allah ki kitab ko phailao, dunya ko maar peet rahe hain kis liye?</w:t>
      </w:r>
    </w:p>
    <w:p>
      <w:pPr>
        <w:jc w:val="right"/>
      </w:pPr>
      <w:r>
        <w:t>اب جب کہ یہ ہو چکا ہے تو اب مسلمان کس سے لڑ رہے ہیں؟ اب کس سے بم مار رہے ہیں؟ جو قرآن کے وارث ہیں، جن پر یہ ذمہ داری تھی کہ یہ اللہ کی کتاب کو پھیلاؤ، دنیا کو مار پیٹ رہے ہیں کس لیے؟</w:t>
      </w:r>
    </w:p>
    <w:p>
      <w:r>
        <w:rPr>
          <w:b/>
        </w:rPr>
        <w:t xml:space="preserve">[13:46] </w:t>
      </w:r>
      <w:r>
        <w:t>ek doosre ko. Yani woh kaam kyun kar rahe hain jis ke liye Quran mein aaya hai ke man qatal nafsan bighair nafs wa fasad fil ardh faqad qatal nazimiyah</w:t>
      </w:r>
    </w:p>
    <w:p>
      <w:pPr>
        <w:jc w:val="right"/>
      </w:pPr>
      <w:r>
        <w:t>ایک دوسرے کو۔ یعنی وہ کام کیوں کر رہے ہیں جس کے لیے قرآن میں آیا ہے کہ من قتل نفسا بغیر نفس وفساد فی الارض فقد قتل ناظمیہ</w:t>
      </w:r>
    </w:p>
    <w:p>
      <w:r>
        <w:rPr>
          <w:b/>
        </w:rPr>
        <w:t xml:space="preserve">[14:00] </w:t>
      </w:r>
      <w:r>
        <w:t>yani agar tum ne ek insan ko bhi nahak mara to goya ke tum ne sare hi dunya ke insano ko maar dala.</w:t>
      </w:r>
    </w:p>
    <w:p>
      <w:pPr>
        <w:jc w:val="right"/>
      </w:pPr>
      <w:r>
        <w:t>یعنی اگر تم نے ایک انسان کو بھی ناحق مارا تو گویا کہ تم نے سارے ہی دنیا کے انسانوں کو مار ڈالا۔</w:t>
      </w:r>
    </w:p>
    <w:p>
      <w:r>
        <w:rPr>
          <w:b/>
        </w:rPr>
        <w:t xml:space="preserve">[14:10] </w:t>
      </w:r>
      <w:r>
        <w:t>itna bura kaam hai qatal. Agar tum ne ek insan ko bhi mara nahak to goya ke tum ne sari dunya ko maar dala.</w:t>
      </w:r>
    </w:p>
    <w:p>
      <w:pPr>
        <w:jc w:val="right"/>
      </w:pPr>
      <w:r>
        <w:t>اتنا برا کام ہے قتل۔ اگر تم نے ایک انسان کو بھی مارا ناحق تو گویا کہ تم نے ساری دنیا کو مار ڈالا۔</w:t>
      </w:r>
    </w:p>
    <w:p>
      <w:r>
        <w:rPr>
          <w:b/>
        </w:rPr>
        <w:t xml:space="preserve">[14:22] </w:t>
      </w:r>
      <w:r>
        <w:t>to yeh itna bura kaam kar rahe hain. Aur Quran mein ek aur ayat hai.</w:t>
      </w:r>
    </w:p>
    <w:p>
      <w:pPr>
        <w:jc w:val="right"/>
      </w:pPr>
      <w:r>
        <w:t>تو یہ اتنا برا کام کر رہے ہیں۔ اور قرآن میں ایک اور آیت ہے۔</w:t>
      </w:r>
    </w:p>
    <w:p>
      <w:r>
        <w:rPr>
          <w:b/>
        </w:rPr>
        <w:t xml:space="preserve">[14:28] </w:t>
      </w:r>
      <w:r>
        <w:t>ek momin doosre momin ko jaan boojh kar mare to kahan jayega woh? Hell mein jayega. To yeh kaam kyun kar rahe hain Musalman?</w:t>
      </w:r>
    </w:p>
    <w:p>
      <w:pPr>
        <w:jc w:val="right"/>
      </w:pPr>
      <w:r>
        <w:t>ایک مومن دوسرے مومن کو جان بوجھ کر مارے تو کہاں جائے گا وہ؟ Hell میں جائے گا۔ تو یہ کام کیوں کر رہے ہیں مسلمان؟</w:t>
      </w:r>
    </w:p>
    <w:p>
      <w:r>
        <w:rPr>
          <w:b/>
        </w:rPr>
        <w:t xml:space="preserve">[14:42] </w:t>
      </w:r>
      <w:r>
        <w:t>itna bura kaam. Yani itna bura kaam jo is se ziyada bura kaam to koi hai hi nahi. Jab ke sare darwaze khol diye gaye, sare mawaqe khol diye gaye.</w:t>
      </w:r>
    </w:p>
    <w:p>
      <w:pPr>
        <w:jc w:val="right"/>
      </w:pPr>
      <w:r>
        <w:t>اتنا برا کام۔ یعنی اتنا برا کام جو اس سے زیادہ برا کام تو کوئی ہے ہی نہیں۔ جبکہ سارے دروازے کھول دیے گئے، سارے مواقع کھول دیے گئے۔</w:t>
      </w:r>
    </w:p>
    <w:p>
      <w:r>
        <w:rPr>
          <w:b/>
        </w:rPr>
        <w:t xml:space="preserve">[15:00] </w:t>
      </w:r>
      <w:r>
        <w:t>to yeh hai kya? Aaj ka Musalman jo hai opportunity blind ho gaya hai. Opportunity blind.</w:t>
      </w:r>
    </w:p>
    <w:p>
      <w:pPr>
        <w:jc w:val="right"/>
      </w:pPr>
      <w:r>
        <w:t>تو یہ ہے کیا؟ آج کا مسلمان جو ہے opportunity blind ہو گیا ہے۔ Opportunity blind۔</w:t>
      </w:r>
    </w:p>
    <w:p>
      <w:r>
        <w:rPr>
          <w:b/>
        </w:rPr>
        <w:t xml:space="preserve">[15:10] </w:t>
      </w:r>
      <w:r>
        <w:t>janta hi nahi kya opportunities khuli hain. Abhi woh jee raha hai hazar saal pehle ke daur mein. Intellectually. Opportunity blind.</w:t>
      </w:r>
    </w:p>
    <w:p>
      <w:pPr>
        <w:jc w:val="right"/>
      </w:pPr>
      <w:r>
        <w:t>جانتے ہی نہیں کیا opportunities کھلی ہیں۔ ابھی وہ جی رہا ہے ہزار سال پہلے کے دور میں۔ Intellectually۔ Opportunity blind۔</w:t>
      </w:r>
    </w:p>
    <w:p>
      <w:r>
        <w:rPr>
          <w:b/>
        </w:rPr>
        <w:t xml:space="preserve">[15:21] </w:t>
      </w:r>
      <w:r>
        <w:t>aaj ke mawaqe ka unhein pata nahin.</w:t>
      </w:r>
    </w:p>
    <w:p>
      <w:pPr>
        <w:jc w:val="right"/>
      </w:pPr>
      <w:r>
        <w:t>آج کے مواقع کا انہیں پتہ نہیں۔</w:t>
      </w:r>
    </w:p>
    <w:p>
      <w:r>
        <w:rPr>
          <w:b/>
        </w:rPr>
        <w:t xml:space="preserve">[15:29] </w:t>
      </w:r>
      <w:r>
        <w:t>yaani aisa zamana jab ke mumkin ho gaya hai ke aap sari dunya mein peaceful tareeqe se quran ko pohncha saken.</w:t>
      </w:r>
    </w:p>
    <w:p>
      <w:pPr>
        <w:jc w:val="right"/>
      </w:pPr>
      <w:r>
        <w:t>یعنی ایسا زمانہ جب کہ ممکن ہو گیا ہے کہ آپ ساری دنیا میں peaceful طریقے سے قرآن کو پہنچا سکیں۔</w:t>
      </w:r>
    </w:p>
    <w:p>
      <w:r>
        <w:rPr>
          <w:b/>
        </w:rPr>
        <w:t xml:space="preserve">[15:43] </w:t>
      </w:r>
      <w:r>
        <w:t>abhi hamare saathi gaye thay bahar ke mulkon mein. jahan woh gaye har jagah logon ne kaha ke hamein quran chahiye, hamein quran chahiye.</w:t>
      </w:r>
    </w:p>
    <w:p>
      <w:pPr>
        <w:jc w:val="right"/>
      </w:pPr>
      <w:r>
        <w:t>ابھی ہمارے ساتھی گئے تھے باہر کے ملکوں میں۔ جہاں وہ گئے ہر جگہ لوگوں نے کہا کہ ہمیں قرآن چاہیے، ہمیں قرآن چاہیے۔</w:t>
      </w:r>
    </w:p>
    <w:p>
      <w:r>
        <w:rPr>
          <w:b/>
        </w:rPr>
        <w:t xml:space="preserve">[15:53] </w:t>
      </w:r>
      <w:r>
        <w:t>to aisa zamana hai aur aur jaan bam marna, logon ko qatal karna. to yeh sab sochte hue mujhe ek hadith yaad aayi.</w:t>
      </w:r>
    </w:p>
    <w:p>
      <w:pPr>
        <w:jc w:val="right"/>
      </w:pPr>
      <w:r>
        <w:t>تو ایسا زمانہ ہے اور اور جان بم مارنا، لوگوں کو قتل کرنا۔ تو یہ سب سوچتے ہوئے مجھے ایک حدیث یاد آئی۔</w:t>
      </w:r>
    </w:p>
    <w:p>
      <w:r>
        <w:rPr>
          <w:b/>
        </w:rPr>
        <w:t xml:space="preserve">[16:07] </w:t>
      </w:r>
      <w:r>
        <w:t>yeh jo brain storming hui mere andar. to ek hadith yaad aayi.</w:t>
      </w:r>
    </w:p>
    <w:p>
      <w:pPr>
        <w:jc w:val="right"/>
      </w:pPr>
      <w:r>
        <w:t>یہ جو برین اسٹارمنگ ہوئی میرے اندر۔ تو ایک حدیث یاد آئی۔</w:t>
      </w:r>
    </w:p>
    <w:p>
      <w:r>
        <w:rPr>
          <w:b/>
        </w:rPr>
        <w:t xml:space="preserve">[16:14] </w:t>
      </w:r>
      <w:r>
        <w:t>woh hadith yeh hai. is hadith ko main is se pehle bhi aap ko suna chuka hoon. lekin aaj mujhe is ki ek ek nayi meaning ki taraf mera dhyan gaya.</w:t>
      </w:r>
    </w:p>
    <w:p>
      <w:pPr>
        <w:jc w:val="right"/>
      </w:pPr>
      <w:r>
        <w:t>وہ حدیث یہ ہے۔ اس حدیث کو میں اس سے پہلے بھی آپ کو سنا چکا ہوں۔ لیکن آج مجھے اس کی ایک ایک نئی meaning کی طرف میرا دھیان گیا۔</w:t>
      </w:r>
    </w:p>
    <w:p>
      <w:r>
        <w:rPr>
          <w:b/>
        </w:rPr>
        <w:t xml:space="preserve">[16:25] </w:t>
      </w:r>
      <w:r>
        <w:t>is ke andar maine ek nayi meaning discover ki. aaj subah. woh hadith yeh hai ke la yubqa ala zahr al arz bait madar wa la wabar illa adkhala Allah kalimat al islam</w:t>
      </w:r>
    </w:p>
    <w:p>
      <w:pPr>
        <w:jc w:val="right"/>
      </w:pPr>
      <w:r>
        <w:t>اس کے اندر میں نے ایک نئی meaning discover کی۔ آج صبح۔ وہ حدیث یہ ہے کہ لا یبقى علی ظہر الارض بیت مدرن ولا وبر الا ادخل اللہ کلمۃ الاسلام</w:t>
      </w:r>
    </w:p>
    <w:p>
      <w:r>
        <w:rPr>
          <w:b/>
        </w:rPr>
        <w:t xml:space="preserve">[16:51] </w:t>
      </w:r>
      <w:r>
        <w:t>is ka translation yeh hai ke zameen ki satah par ek bhi ghar chota ya bara nahin bache ga.</w:t>
      </w:r>
    </w:p>
    <w:p>
      <w:pPr>
        <w:jc w:val="right"/>
      </w:pPr>
      <w:r>
        <w:t>اس کا translation یہ ہے کہ زمین کی سطح پر ایک بھی گھر چھوٹا یا بڑا نہیں بچے گا۔</w:t>
      </w:r>
    </w:p>
    <w:p>
      <w:r>
        <w:rPr>
          <w:b/>
        </w:rPr>
        <w:t xml:space="preserve">[17:04] </w:t>
      </w:r>
      <w:r>
        <w:t>jahan Allah apne kalma ko dakhil na kar de.</w:t>
      </w:r>
    </w:p>
    <w:p>
      <w:pPr>
        <w:jc w:val="right"/>
      </w:pPr>
      <w:r>
        <w:t>جہاں اللہ اپنے کلمہ کو داخل نہ کر دے۔</w:t>
      </w:r>
    </w:p>
    <w:p>
      <w:r>
        <w:rPr>
          <w:b/>
        </w:rPr>
        <w:t xml:space="preserve">[17:10] </w:t>
      </w:r>
      <w:r>
        <w:t>yeh hadith mein bohat dinon se janta hoon lekin is ki ek meaning ko aaj hi mein discover kar paya.</w:t>
      </w:r>
    </w:p>
    <w:p>
      <w:pPr>
        <w:jc w:val="right"/>
      </w:pPr>
      <w:r>
        <w:t>یہ حدیث میں بہت دنوں سے جانتا ہوں لیکن اس کی ایک meaning کو آج ہی میں discover کر پایا۔</w:t>
      </w:r>
    </w:p>
    <w:p>
      <w:r>
        <w:rPr>
          <w:b/>
        </w:rPr>
        <w:t xml:space="preserve">[17:18] </w:t>
      </w:r>
      <w:r>
        <w:t>woh yeh hai ke dekhiye is hadith mein aaqa nabi علیہ السلام صلی اللہ علیہ وسلم ne yeh nahin kaha ke yeh nahin kaha ke har dil mein dakhil ho jayega.</w:t>
      </w:r>
    </w:p>
    <w:p>
      <w:pPr>
        <w:jc w:val="right"/>
      </w:pPr>
      <w:r>
        <w:t>وہ یہ ہے کہ دیکھیے اس حدیث میں آقا نبی علیہ السلام صلی اللہ علیہ وسلم نے یہ نہیں کہا کہ یہ نہیں کہا کہ ہر دل میں داخل ہو جائے گا۔</w:t>
      </w:r>
    </w:p>
    <w:p>
      <w:r>
        <w:rPr>
          <w:b/>
        </w:rPr>
        <w:t xml:space="preserve">[17:31] </w:t>
      </w:r>
      <w:r>
        <w:t>balkeh kaha ke har ghar mein dakhil ho jayega. yeh bohat ajeeb baat hai. yeh hadith rasool Allah ke manane walon ko mission bata rahi hai.</w:t>
      </w:r>
    </w:p>
    <w:p>
      <w:pPr>
        <w:jc w:val="right"/>
      </w:pPr>
      <w:r>
        <w:t>بلکہ کہا کہ ہر گھر میں داخل ہو جائے گا۔ یہ بہت عجیب بات ہے۔ یہ حدیث رسول اللہ کے ماننے والوں کو mission بتا رہی ہے۔</w:t>
      </w:r>
    </w:p>
    <w:p>
      <w:r>
        <w:rPr>
          <w:b/>
        </w:rPr>
        <w:t xml:space="preserve">[17:41] </w:t>
      </w:r>
      <w:r>
        <w:t>yeh hadith.</w:t>
      </w:r>
    </w:p>
    <w:p>
      <w:pPr>
        <w:jc w:val="right"/>
      </w:pPr>
      <w:r>
        <w:t>یہ حدیث۔</w:t>
      </w:r>
    </w:p>
    <w:p>
      <w:r>
        <w:rPr>
          <w:b/>
        </w:rPr>
        <w:t xml:space="preserve">[17:43] </w:t>
      </w:r>
      <w:r>
        <w:t>achha hadith mein agar yeh lafz hota ke har dil mein Allah ki baat dakhil ho jayegi to kaha musalmanon ka mission yeh banta ke logon ke dilon mein dakhil karo.</w:t>
      </w:r>
    </w:p>
    <w:p>
      <w:pPr>
        <w:jc w:val="right"/>
      </w:pPr>
      <w:r>
        <w:t>اچھا حدیث میں اگر یہ لفظ ہوتا کہ ہر دل میں اللہ کی بات داخل ہو جائے گی تو کہا مسلمانوں کا mission یہ بنتا کہ لوگوں کے دلوں میں داخل کرو۔</w:t>
      </w:r>
    </w:p>
    <w:p>
      <w:r>
        <w:rPr>
          <w:b/>
        </w:rPr>
        <w:t xml:space="preserve">[17:55] </w:t>
      </w:r>
      <w:r>
        <w:t>logon ke mind ko badlo. yeh mission ban jata. to yeh nahin hai. yeh hai ke gharon mein dakhil ho jana.</w:t>
      </w:r>
    </w:p>
    <w:p>
      <w:pPr>
        <w:jc w:val="right"/>
      </w:pPr>
      <w:r>
        <w:t>لوگوں کے mind کو بدلو۔ یہ mission بن جاتا۔ تو یہ نہیں ہے۔ یہ ہے کہ گھروں میں داخل ہو جانا۔</w:t>
      </w:r>
    </w:p>
    <w:p>
      <w:r>
        <w:rPr>
          <w:b/>
        </w:rPr>
        <w:t xml:space="preserve">[18:07] </w:t>
      </w:r>
      <w:r>
        <w:t>har chote bare ghar mein. yeh kaisi ajeeb baat hai.</w:t>
      </w:r>
    </w:p>
    <w:p>
      <w:pPr>
        <w:jc w:val="right"/>
      </w:pPr>
      <w:r>
        <w:t>ہر چھوٹے بڑے گھر میں۔ یہ کیسی عجیب بات ہے۔</w:t>
      </w:r>
    </w:p>
    <w:p>
      <w:r>
        <w:rPr>
          <w:b/>
        </w:rPr>
        <w:t xml:space="preserve">[18:14] </w:t>
      </w:r>
      <w:r>
        <w:t>kyun ke insaan ko aap jante hain ke Allah taala ne aazad paida kiya hai. is ko freedom of choice diya hai. aur quran mein la ikraha fid deen.</w:t>
      </w:r>
    </w:p>
    <w:p>
      <w:pPr>
        <w:jc w:val="right"/>
      </w:pPr>
      <w:r>
        <w:t>کیونکہ انسان کو آپ جانتے ہیں کہ اللہ تعالیٰ نے آزاد پیدا کیا ہے۔ اس کو freedom of choice دیا ہے۔ اور قرآن میں ایک لائق راہ فی الدین۔</w:t>
      </w:r>
    </w:p>
    <w:p>
      <w:r>
        <w:rPr>
          <w:b/>
        </w:rPr>
        <w:t xml:space="preserve">[18:24] </w:t>
      </w:r>
      <w:r>
        <w:t>kisi par compulsion nahin hai kuch. to agar goal yeh hota ke logon ke dilon mein tum ko dakhil karna hai Allah ki baat to yeh ek unachievable goal hota.</w:t>
      </w:r>
    </w:p>
    <w:p>
      <w:pPr>
        <w:jc w:val="right"/>
      </w:pPr>
      <w:r>
        <w:t>کسی پر compulsion نہیں ہے کچھ۔ تو اگر گول یہ ہوتا کہ لوگوں کے دلوں میں تم کو داخل کرنا ہے اللہ کی بات تو یہ ایک unachievable goal ہوتا۔</w:t>
      </w:r>
    </w:p>
    <w:p>
      <w:r>
        <w:rPr>
          <w:b/>
        </w:rPr>
        <w:t xml:space="preserve">[18:38] </w:t>
      </w:r>
      <w:r>
        <w:t>kaise aap dakhil kar den ge jab ke insaan ko freedom of choice mila hua hai.</w:t>
      </w:r>
    </w:p>
    <w:p>
      <w:pPr>
        <w:jc w:val="right"/>
      </w:pPr>
      <w:r>
        <w:t>کیسے آپ داخل کر دیں گے جبکہ انسان کو freedom of choice ملا ہوا ہے۔</w:t>
      </w:r>
    </w:p>
    <w:p>
      <w:r>
        <w:rPr>
          <w:b/>
        </w:rPr>
        <w:t xml:space="preserve">[18:44] </w:t>
      </w:r>
      <w:r>
        <w:t>woh na woh inkar kar de to aap kuch nahin kar sakte.</w:t>
      </w:r>
    </w:p>
    <w:p>
      <w:pPr>
        <w:jc w:val="right"/>
      </w:pPr>
      <w:r>
        <w:t>وہ نہ وہ انکار کر دے تو آپ کچھ نہیں کر سکتے۔</w:t>
      </w:r>
    </w:p>
    <w:p>
      <w:r>
        <w:rPr>
          <w:b/>
        </w:rPr>
        <w:t xml:space="preserve">[18:50] </w:t>
      </w:r>
      <w:r>
        <w:t>to agar hadith mein yeh lafz hota ke koi insaan, koi dil aisa nahin bache ga jis ke andar Allah ki baat dakhil na ho jaye.</w:t>
      </w:r>
    </w:p>
    <w:p>
      <w:pPr>
        <w:jc w:val="right"/>
      </w:pPr>
      <w:r>
        <w:t>تو اگر حدیث میں یہ لفظ ہوتا کہ کوئی انسان، کوئی دل ایسا نہیں بچے گا جس کے اندر اللہ کی بات داخل نہ ہو جائے۔</w:t>
      </w:r>
    </w:p>
    <w:p>
      <w:r>
        <w:rPr>
          <w:b/>
        </w:rPr>
        <w:t xml:space="preserve">[19:05] </w:t>
      </w:r>
      <w:r>
        <w:t>to dakhil karne wala dobara wohi hoga jo quran ka hamil hai, jo quran ko manta hai.</w:t>
      </w:r>
    </w:p>
    <w:p>
      <w:pPr>
        <w:jc w:val="right"/>
      </w:pPr>
      <w:r>
        <w:t>تو داخل کرنے والا دوبارہ وہی ہوگا جو قرآن کا حامل ہے، جو قرآن کو مانتا ہے۔</w:t>
      </w:r>
    </w:p>
    <w:p>
      <w:r>
        <w:rPr>
          <w:b/>
        </w:rPr>
        <w:t xml:space="preserve">[19:13] </w:t>
      </w:r>
      <w:r>
        <w:t>to woh soch sakta tha ke yeh to unachievable goal hai. kaise main logon ke dilon ko badal dalun ga?</w:t>
      </w:r>
    </w:p>
    <w:p>
      <w:pPr>
        <w:jc w:val="right"/>
      </w:pPr>
      <w:r>
        <w:t>تو وہ سوچ سکتا تھا کہ یہ تو unachievable goal ہے۔ کیسے میں لوگوں کے دلوں کو بدل ڈالوں گا؟</w:t>
      </w:r>
    </w:p>
    <w:p>
      <w:r>
        <w:rPr>
          <w:b/>
        </w:rPr>
        <w:t xml:space="preserve">[19:22] </w:t>
      </w:r>
      <w:r>
        <w:t>kyun ke un ko freedom hai, woh chahe manen chahe na manen. lekin dekhiye jo lafz hai ke har ghar mein dakhil ho jayega.</w:t>
      </w:r>
    </w:p>
    <w:p>
      <w:pPr>
        <w:jc w:val="right"/>
      </w:pPr>
      <w:r>
        <w:t>کیونکہ ان کو freedom ہے، وہ چاہے مانے چاہے نہ مانے۔ لیکن دیکھیے جو لفظ ہے کہ ہر گھر میں داخل ہو جائے گا۔</w:t>
      </w:r>
    </w:p>
    <w:p>
      <w:r>
        <w:rPr>
          <w:b/>
        </w:rPr>
        <w:t xml:space="preserve">[19:32] </w:t>
      </w:r>
      <w:r>
        <w:t>yeh to yeh to bilkul achievable goal hai.</w:t>
      </w:r>
    </w:p>
    <w:p>
      <w:pPr>
        <w:jc w:val="right"/>
      </w:pPr>
      <w:r>
        <w:t>یہ تو یہ تو بالکل achievable goal ہے۔</w:t>
      </w:r>
    </w:p>
    <w:p>
      <w:r>
        <w:rPr>
          <w:b/>
        </w:rPr>
        <w:t xml:space="preserve">[19:38] </w:t>
      </w:r>
      <w:r>
        <w:t>phir main ne socha to aik aur baat samajh mein aai. dekhiye brain storming hoti hai aap ke andar to mind ki window khulti hai.</w:t>
      </w:r>
    </w:p>
    <w:p>
      <w:pPr>
        <w:jc w:val="right"/>
      </w:pPr>
      <w:r>
        <w:t>پھر میں نے سوچا تو ایک اور بات سمجھ میں آئی۔ دیکھیے برین اسٹارمنگ ہوتی ہے آپ کے اندر تو mind کی window کھلتی ہے۔</w:t>
      </w:r>
    </w:p>
    <w:p>
      <w:r>
        <w:rPr>
          <w:b/>
        </w:rPr>
        <w:t xml:space="preserve">[19:47] </w:t>
      </w:r>
      <w:r>
        <w:t>naye naye yani mind ke naye naye yani pehlu ujagar hote hain.</w:t>
      </w:r>
    </w:p>
    <w:p>
      <w:pPr>
        <w:jc w:val="right"/>
      </w:pPr>
      <w:r>
        <w:t>نئے نئے یعنی mind کے نئے نئے یعنی پہلو اجاگر ہوتے ہیں۔</w:t>
      </w:r>
    </w:p>
    <w:p>
      <w:r>
        <w:rPr>
          <w:b/>
        </w:rPr>
        <w:t xml:space="preserve">[19:57] </w:t>
      </w:r>
      <w:r>
        <w:t>nai nai baaten samne aati hain.</w:t>
      </w:r>
    </w:p>
    <w:p>
      <w:pPr>
        <w:jc w:val="right"/>
      </w:pPr>
      <w:r>
        <w:t>نئی نئی باتیں سامنے آتی ہیں۔</w:t>
      </w:r>
    </w:p>
    <w:p>
      <w:r>
        <w:rPr>
          <w:b/>
        </w:rPr>
        <w:t xml:space="preserve">[20:01] </w:t>
      </w:r>
      <w:r>
        <w:t>phir main ne socha ke agar yeh hota ke Allah ki jo kitab hai woh likhi hui ho ya printed form mein ho ya is ka translation ho, is ko hamein dakhil karna hai gharon gharon mein.</w:t>
      </w:r>
    </w:p>
    <w:p>
      <w:pPr>
        <w:jc w:val="right"/>
      </w:pPr>
      <w:r>
        <w:t>پھر میں نے سوچا کہ اگر یہ ہوتا کہ اللہ کی جو کتاب ہے وہ لکھی ہوئی ہو یا پرنٹڈ فارم میں ہو یا اس کا translation ہو، اس کو ہمیں داخل کرنا ہے گھروں گھروں میں۔</w:t>
      </w:r>
    </w:p>
    <w:p>
      <w:r>
        <w:rPr>
          <w:b/>
        </w:rPr>
        <w:t xml:space="preserve">[20:17] </w:t>
      </w:r>
      <w:r>
        <w:t>tab bhi yeh impossible hota ke aap gaye kisi ghar, aap ne knock kiya, woh nikla, us ne kaha, aap ne kaha ke mujhe yeh aik yeh Allah ki kitab hai, is ko mujhe tumhare ghar mein dakhil karna hai.</w:t>
      </w:r>
    </w:p>
    <w:p>
      <w:pPr>
        <w:jc w:val="right"/>
      </w:pPr>
      <w:r>
        <w:t>تب بھی یہ impossible ہوتا کہ آپ گئے کسی گھر، آپ نے knock کیا، وہ نکلا، اس نے کہا، آپ نے کہا کہ مجھے یہ ایک یہ اللہ کی کتاب ہے، اس کو مجھے تمہارے گھر میں داخل کرنا ہے۔</w:t>
      </w:r>
    </w:p>
    <w:p>
      <w:r>
        <w:rPr>
          <w:b/>
        </w:rPr>
        <w:t xml:space="preserve">[20:31] </w:t>
      </w:r>
      <w:r>
        <w:t>to kehta hai, kyun kaha dakhil karoon? main to nahi, nahi, main to nahi dakhil karta, to bhag ja yahan se. main kyun dakhil karoon tumhari kitab? to aap ko lotna parta.</w:t>
      </w:r>
    </w:p>
    <w:p>
      <w:pPr>
        <w:jc w:val="right"/>
      </w:pPr>
      <w:r>
        <w:t>تو کہتا ہے، کیوں کہا داخل کروں؟ میں تو نہیں، نہیں، میں تو نہیں داخل کرتا، تو بھاگ جا یہاں سے۔ میں کیوں داخل کروں تمہاری کتاب؟ تو آپ کو لوٹنا پڑتا۔</w:t>
      </w:r>
    </w:p>
    <w:p>
      <w:r>
        <w:rPr>
          <w:b/>
        </w:rPr>
        <w:t xml:space="preserve">[20:42] </w:t>
      </w:r>
      <w:r>
        <w:t>aur police ko bulata to police aap ko arrest kar leti. to aik bohat ajeeb baat meri samajh mein aai.</w:t>
      </w:r>
    </w:p>
    <w:p>
      <w:pPr>
        <w:jc w:val="right"/>
      </w:pPr>
      <w:r>
        <w:t>اور پولیس کو بلاتا تو پولیس آپ کو arrest کر لیتی۔ تو ایک بہت عجیب بات میری سمجھ میں آئی۔</w:t>
      </w:r>
    </w:p>
    <w:p>
      <w:r>
        <w:rPr>
          <w:b/>
        </w:rPr>
        <w:t xml:space="preserve">[20:52] </w:t>
      </w:r>
      <w:r>
        <w:t>woh ajeeb baat yeh hai ke aaj jo age aaya hai, age of yani communication, is ne computer ko paida kiya.</w:t>
      </w:r>
    </w:p>
    <w:p>
      <w:pPr>
        <w:jc w:val="right"/>
      </w:pPr>
      <w:r>
        <w:t>وہ عجیب بات یہ ہے کہ آج جو age آیا ہے، age of یعنی communication، اس نے کمپیوٹر کو پیدا کیا۔</w:t>
      </w:r>
    </w:p>
    <w:p>
      <w:r>
        <w:rPr>
          <w:b/>
        </w:rPr>
        <w:t xml:space="preserve">[21:05] </w:t>
      </w:r>
      <w:r>
        <w:t>to computer mein aap jante hain ke internet hota hai, web site hoti hai. is mein aap koi bhi cheez bhar diye, is mein aa gaya, woh preserve ho gaya.</w:t>
      </w:r>
    </w:p>
    <w:p>
      <w:pPr>
        <w:jc w:val="right"/>
      </w:pPr>
      <w:r>
        <w:t>تو کمپیوٹر میں آپ جانتے ہیں کہ انٹرنیٹ ہوتا ہے، ویب site ہوتی ہے۔ اس میں آپ کوئی بھی چیز بھر دیے، اس میں آ گیا، وہ preserve ہو گیا۔</w:t>
      </w:r>
    </w:p>
    <w:p>
      <w:r>
        <w:rPr>
          <w:b/>
        </w:rPr>
        <w:t xml:space="preserve">[21:16] </w:t>
      </w:r>
      <w:r>
        <w:t>jo pehle computer hua karta tha. phir dunya mein laptop aaya. ab jo ab jo revolution aaya hai, revolution, ab kya hai?</w:t>
      </w:r>
    </w:p>
    <w:p>
      <w:pPr>
        <w:jc w:val="right"/>
      </w:pPr>
      <w:r>
        <w:t>جو پہلے کمپیوٹر ہوا کرتا تھا۔ پھر دنیا میں لیپ ٹاپ آیا۔ اب جو اب جو revolution آیا ہے، revolution، اب کیا ہے؟</w:t>
      </w:r>
    </w:p>
    <w:p>
      <w:r>
        <w:rPr>
          <w:b/>
        </w:rPr>
        <w:t xml:space="preserve">[21:28] </w:t>
      </w:r>
      <w:r>
        <w:t>sari cheez mobile mein aa gayi hai. mobile. yani sari jankari, sari information, sab kuch mobile mein.</w:t>
      </w:r>
    </w:p>
    <w:p>
      <w:pPr>
        <w:jc w:val="right"/>
      </w:pPr>
      <w:r>
        <w:t>ساری چیز موبائل میں آ گئی ہے۔ موبائل۔ یعنی ساری جانکاری، ساری information، سب کچھ موبائل میں۔</w:t>
      </w:r>
    </w:p>
    <w:p>
      <w:r>
        <w:rPr>
          <w:b/>
        </w:rPr>
        <w:t xml:space="preserve">[21:38] </w:t>
      </w:r>
      <w:r>
        <w:t>chhota sa mobile jo hai, woh sara treasure is ke andar maujood hota hai.</w:t>
      </w:r>
    </w:p>
    <w:p>
      <w:pPr>
        <w:jc w:val="right"/>
      </w:pPr>
      <w:r>
        <w:t>چھوٹا سا موبائل جو ہے، وہ سارا treasure اس کے اندر موجود ہوتا ہے۔</w:t>
      </w:r>
    </w:p>
    <w:p>
      <w:r>
        <w:rPr>
          <w:b/>
        </w:rPr>
        <w:t xml:space="preserve">[21:46] </w:t>
      </w:r>
      <w:r>
        <w:t>acha mobile to aadmi ki apni zaroorat hai. mobile to khud khareed ke lata hai woh. mobile ka muamla yeh nahi ke aap Quran ki aik copy le kar jayen aur aap ko woh apne darwaze se lota de ke mujhe to nahi chahiye.</w:t>
      </w:r>
    </w:p>
    <w:p>
      <w:pPr>
        <w:jc w:val="right"/>
      </w:pPr>
      <w:r>
        <w:t>اچھا موبائل تو آدمی کی اپنی ضرورت ہے۔ موبائل تو خود خرید کے لاتا ہے وہ۔ موبائل کا معاملہ یہ نہیں کہ آپ قرآن کی ایک کاپی لے کر جائیں اور آپ کو وہ اپنے دروازے سے لوٹا دے کہ مجھے تو نہیں چاہیے۔</w:t>
      </w:r>
    </w:p>
    <w:p>
      <w:r>
        <w:rPr>
          <w:b/>
        </w:rPr>
        <w:t xml:space="preserve">[22:03] </w:t>
      </w:r>
      <w:r>
        <w:t>mobile to woh khud hi khud khareed kar ke apni jeeb mein dale hue hain. khud hi khud apne hath mein liye hue hain.</w:t>
      </w:r>
    </w:p>
    <w:p>
      <w:pPr>
        <w:jc w:val="right"/>
      </w:pPr>
      <w:r>
        <w:t>موبائل تو وہ خود ہی خود خرید کر کے اپنی جیب میں ڈالے ہوئے ہیں۔ خود ہی خود اپنے ہاتھ میں لیے ہوئے ہیں۔</w:t>
      </w:r>
    </w:p>
    <w:p>
      <w:r>
        <w:rPr>
          <w:b/>
        </w:rPr>
        <w:t xml:space="preserve">[22:10] </w:t>
      </w:r>
      <w:r>
        <w:t>is ka matlab kya hai? ke agar aap mobile mein Quran ka translation, Quran ki baaten dakhil kar dein to khud insan khud bazaar se layega, khareed kar ke, apne ghar mein rakhega is ko.</w:t>
      </w:r>
    </w:p>
    <w:p>
      <w:pPr>
        <w:jc w:val="right"/>
      </w:pPr>
      <w:r>
        <w:t>اس کا معنی کیا ہے؟ کہ اگر آپ موبائل میں قرآن کا translation، قرآن کی باتیں داخل کر دیں تو خود انسان خود بازار سے لائے گا، خرید کر کے، اپنے گھر میں رکھے گا اس کو۔</w:t>
      </w:r>
    </w:p>
    <w:p>
      <w:r>
        <w:rPr>
          <w:b/>
        </w:rPr>
        <w:t xml:space="preserve">[22:26] </w:t>
      </w:r>
      <w:r>
        <w:t>khud hi karega. yani is ka apna interest hai ke is ko le aaye. ke kehta hai aaj yeh farq hua. yani pehle zamana tha ke aap sunayen, tab aadmi sune ga.</w:t>
      </w:r>
    </w:p>
    <w:p>
      <w:pPr>
        <w:jc w:val="right"/>
      </w:pPr>
      <w:r>
        <w:t>خود ہی کرے گا۔ یعنی اس کا اپنا interest ہے کہ اس کو لے آئے۔ کہ کہتا ہے آج یہ فرق ہوا۔ یعنی پہلے زمانہ تھا کہ آپ سنائیں، تب آدمی سنے گا۔</w:t>
      </w:r>
    </w:p>
    <w:p>
      <w:r>
        <w:rPr>
          <w:b/>
        </w:rPr>
        <w:t xml:space="preserve">[22:40] </w:t>
      </w:r>
      <w:r>
        <w:t>to bohat chand logon ko suna sakte the aap. phir zamana aaya ke aap hath se likh kar kuch copy tayyar karen, is ko den logon ko.</w:t>
      </w:r>
    </w:p>
    <w:p>
      <w:pPr>
        <w:jc w:val="right"/>
      </w:pPr>
      <w:r>
        <w:t>تو بہت چند لوگوں کو سنا سکتے تھے آپ۔ پھر زمانہ آیا کہ آپ ہاتھ سے لکھ کر کچھ کاپی تیار کریں، اس کو دیں لوگوں کو۔</w:t>
      </w:r>
    </w:p>
    <w:p>
      <w:r>
        <w:rPr>
          <w:b/>
        </w:rPr>
        <w:t xml:space="preserve">[22:49] </w:t>
      </w:r>
      <w:r>
        <w:t>tab bhi bohat kam de paate the aap. phir hote hote printing press aaya. printing press bhi jo kitaben chhapen, tab bhi bohat kam logon ko aap de sakte the.</w:t>
      </w:r>
    </w:p>
    <w:p>
      <w:pPr>
        <w:jc w:val="right"/>
      </w:pPr>
      <w:r>
        <w:t>تب بھی بہت کم دے پاتے تھے آپ۔ پھر ہوتے ہوتے پرنٹنگ پریس آیا۔ پرنٹنگ پریس بھی جو کتابیں چھپیں، تب بھی بہت کم لوگوں کو آپ دے سکتے تھے۔</w:t>
      </w:r>
    </w:p>
    <w:p>
      <w:r>
        <w:rPr>
          <w:b/>
        </w:rPr>
        <w:t xml:space="preserve">[23:02] </w:t>
      </w:r>
      <w:r>
        <w:t>phir kya hua? jis ko main kaha karta hoon global mobility.</w:t>
      </w:r>
    </w:p>
    <w:p>
      <w:pPr>
        <w:jc w:val="right"/>
      </w:pPr>
      <w:r>
        <w:t>پھر کیا ہوا؟ جس کو میں کہا کرتا ہوں گلوبل موبیلٹی۔</w:t>
      </w:r>
    </w:p>
    <w:p>
      <w:r>
        <w:rPr>
          <w:b/>
        </w:rPr>
        <w:t xml:space="preserve">[23:07] </w:t>
      </w:r>
      <w:r>
        <w:t>log idhar udhar jane lage. travel karne lage. tourism aaya. to sari dunya mein aik mobility aa gayi. jab se hawai jahaz aaya hai, tab se yeh cheez bohat barh gayi hai.</w:t>
      </w:r>
    </w:p>
    <w:p>
      <w:pPr>
        <w:jc w:val="right"/>
      </w:pPr>
      <w:r>
        <w:t>لوگ ادھر ادھر جانے لگے۔ ٹریول کرنے لگے۔ ٹورزم آیا۔ تو ساری دنیا میں ایک موبیلٹی آ گئی۔ جب سے ہوائی جہاز آیا ہے، تب سے یہ چیز بہت بڑھ گئی ہے۔</w:t>
      </w:r>
    </w:p>
    <w:p>
      <w:r>
        <w:rPr>
          <w:b/>
        </w:rPr>
        <w:t xml:space="preserve">[23:21] </w:t>
      </w:r>
      <w:r>
        <w:t>to sari dunya mein log idhar se udhar, idhar se udhar, millions, millions log rozana ate jate hain. to is ka matlab kya hua hai?</w:t>
      </w:r>
    </w:p>
    <w:p>
      <w:pPr>
        <w:jc w:val="right"/>
      </w:pPr>
      <w:r>
        <w:t>تو ساری دنیا میں لوگ ادھر سے ادھر، ادھر سے ادھر، ملینز، ملینز لوگ روزانہ آتے جاتے ہیں۔ تو اس کا معنی کیا ہوا ہے؟</w:t>
      </w:r>
    </w:p>
    <w:p>
      <w:r>
        <w:rPr>
          <w:b/>
        </w:rPr>
        <w:t xml:space="preserve">[23:30] </w:t>
      </w:r>
      <w:r>
        <w:t>ke jin ko aap ko dena hai, woh aap ke door par khara hua hai.</w:t>
      </w:r>
    </w:p>
    <w:p>
      <w:pPr>
        <w:jc w:val="right"/>
      </w:pPr>
      <w:r>
        <w:t>کہ جن کو آپ کو دینا ہے، وہ آپ کے ڈور پر کھڑا ہوا ہے۔</w:t>
      </w:r>
    </w:p>
    <w:p>
      <w:r>
        <w:rPr>
          <w:b/>
        </w:rPr>
        <w:t xml:space="preserve">[23:34] </w:t>
      </w:r>
      <w:r>
        <w:t>aap ke pas garden mein woh walk kar raha hai. aap ke pas ke office mein woh maujood hai.</w:t>
      </w:r>
    </w:p>
    <w:p>
      <w:pPr>
        <w:jc w:val="right"/>
      </w:pPr>
      <w:r>
        <w:t>آپ کے پاس گارڈن میں وہ واک کر رہا ہے۔ آپ کے پاس کے آفس میں وہ موجود ہے۔</w:t>
      </w:r>
    </w:p>
    <w:p>
      <w:r>
        <w:rPr>
          <w:b/>
        </w:rPr>
        <w:t xml:space="preserve">[23:43] </w:t>
      </w:r>
      <w:r>
        <w:t>har jagah maujood hai, har jagah maujood hai. acha phir bhi dekhiye, agar hamein knock kar ke dena hota to phir bhi woh inkar kar sakta tha.</w:t>
      </w:r>
    </w:p>
    <w:p>
      <w:pPr>
        <w:jc w:val="right"/>
      </w:pPr>
      <w:r>
        <w:t>ہر جگہ موجود ہے، ہر جگہ موجود ہے۔ اچھا پھر بھی دیکھیے، اگر ہمیں ناک کر کے دینا ہوتا تو پھر بھی وہ انکار کر سکتا تھا۔</w:t>
      </w:r>
    </w:p>
    <w:p>
      <w:r>
        <w:rPr>
          <w:b/>
        </w:rPr>
        <w:t xml:space="preserve">[23:55] </w:t>
      </w:r>
      <w:r>
        <w:t>ab kya ho gaya?</w:t>
      </w:r>
    </w:p>
    <w:p>
      <w:pPr>
        <w:jc w:val="right"/>
      </w:pPr>
      <w:r>
        <w:t>اب کیا ہو گیا؟</w:t>
      </w:r>
    </w:p>
    <w:p>
      <w:r>
        <w:rPr>
          <w:b/>
        </w:rPr>
        <w:t xml:space="preserve">[23:56] </w:t>
      </w:r>
      <w:r>
        <w:t>ab to khud woh jo apni zaroorat ke liye jo mobile khareedta hai, jo laptop khareedta hai, jo computer khareedta hai, usi mein maujood hai.</w:t>
      </w:r>
    </w:p>
    <w:p>
      <w:pPr>
        <w:jc w:val="right"/>
      </w:pPr>
      <w:r>
        <w:t>اب تو خود وہ جو اپنی ضرورت کے لیے جو موبائل خریدتا ہے، جو لیپ ٹاپ خریدتا ہے، جو کمپیوٹر خریدتا ہے، اسی میں موجود ہے۔</w:t>
      </w:r>
    </w:p>
    <w:p>
      <w:r>
        <w:rPr>
          <w:b/>
        </w:rPr>
        <w:t xml:space="preserve">[24:06] </w:t>
      </w:r>
      <w:r>
        <w:t>agar aap is mein, is mein, is mein daal dein to. yaani agar aap Allah ke paigham ko daal dein computer mein, internet mein, mobile mein, to is ka maani kya hua hai?</w:t>
      </w:r>
    </w:p>
    <w:p>
      <w:pPr>
        <w:jc w:val="right"/>
      </w:pPr>
      <w:r>
        <w:t>اگر آپ اس میں، اس میں، اس میں ڈال دیں تو۔ یعنی اگر آپ اللہ کے پیغام کو ڈال دیں کمپیوٹر میں، انٹرنیٹ میں، موبائل میں، تو اس کا معنی کیا ہوا ہے؟</w:t>
      </w:r>
    </w:p>
    <w:p>
      <w:r>
        <w:rPr>
          <w:b/>
        </w:rPr>
        <w:t xml:space="preserve">[24:21] </w:t>
      </w:r>
      <w:r>
        <w:t>ke khud apne hi choice se woh jis instrument ko la ke ghar mein rakhe hue hain, usi mein maujood hai woh. yeh hai ghar ghar mein pohnchne ka matlab.</w:t>
      </w:r>
    </w:p>
    <w:p>
      <w:pPr>
        <w:jc w:val="right"/>
      </w:pPr>
      <w:r>
        <w:t>کہ خود اپنے ہی choice سے وہ جس instrument کو لا کے گھر میں رکھے ہوئے ہیں، اسی میں موجود ہے وہ۔ یہ ہے گھر گھر میں پہنچنے کا مطلب۔</w:t>
      </w:r>
    </w:p>
    <w:p>
      <w:r>
        <w:rPr>
          <w:b/>
        </w:rPr>
        <w:t xml:space="preserve">[24:33] </w:t>
      </w:r>
      <w:r>
        <w:t>kaisi ajeeb baat hai. yeh jo opportunity hai,</w:t>
      </w:r>
    </w:p>
    <w:p>
      <w:pPr>
        <w:jc w:val="right"/>
      </w:pPr>
      <w:r>
        <w:t>کیسی عجیب بات ہے۔ یہ جو opportunity ہے،</w:t>
      </w:r>
    </w:p>
    <w:p>
      <w:r>
        <w:rPr>
          <w:b/>
        </w:rPr>
        <w:t xml:space="preserve">[24:41] </w:t>
      </w:r>
      <w:r>
        <w:t>pehlay zamanay mein yeh thi unthinkable. yaani aap dein ya aap is ke haath mein dene ki zaroorat nahi hai, woh khud hi la kar ke bazaar se le kar rakhe hue hain apne ghar mein.</w:t>
      </w:r>
    </w:p>
    <w:p>
      <w:pPr>
        <w:jc w:val="right"/>
      </w:pPr>
      <w:r>
        <w:t>پہلے زمانے میں یہ تھی unthinkable۔ یعنی آپ دے یا آپ اس کے ہاتھ میں دینے کی ضرورت نہیں ہے، وہ خود ہی لا کر کے بازار سے لے کر رکھے ہوئے ہیں اپنے گھر میں۔</w:t>
      </w:r>
    </w:p>
    <w:p>
      <w:r>
        <w:rPr>
          <w:b/>
        </w:rPr>
        <w:t xml:space="preserve">[24:52] </w:t>
      </w:r>
      <w:r>
        <w:t>aur phir aasani ka aap jaein, is ka maangein, is se ke lao, is ke andar mujhe bharna hai. to woh kyun dega aap ko?</w:t>
      </w:r>
    </w:p>
    <w:p>
      <w:pPr>
        <w:jc w:val="right"/>
      </w:pPr>
      <w:r>
        <w:t>اور پھر آسانی کا آپ جائیں، اس کا مانگیں، اس سے کہ لاؤ، اس کے اندر مجھے بھرنا ہے۔ تو وہ کیوں دے گا آپ کو؟</w:t>
      </w:r>
    </w:p>
    <w:p>
      <w:r>
        <w:rPr>
          <w:b/>
        </w:rPr>
        <w:t xml:space="preserve">[25:01] </w:t>
      </w:r>
      <w:r>
        <w:t>nahi, aap apne office mein baith kar ke</w:t>
      </w:r>
    </w:p>
    <w:p>
      <w:pPr>
        <w:jc w:val="right"/>
      </w:pPr>
      <w:r>
        <w:t>نہیں، آپ اپنے آفس میں بیٹھ کر کے</w:t>
      </w:r>
    </w:p>
    <w:p>
      <w:r>
        <w:rPr>
          <w:b/>
        </w:rPr>
        <w:t xml:space="preserve">[25:07] </w:t>
      </w:r>
      <w:r>
        <w:t>apni jo technology hai, us ko istemaal kar ke apne office se aisa kar sakte hain ke us ke mobile mein pohnch jaye. us ke laptop par pohnch jaye, us ke computer par pohnch jaye.</w:t>
      </w:r>
    </w:p>
    <w:p>
      <w:pPr>
        <w:jc w:val="right"/>
      </w:pPr>
      <w:r>
        <w:t>اپنی جو ٹیکنالوجی ہے، اس کو استعمال کر کے اپنے آفیسی سے ایسا کر سکتے ہیں کہ اس کے موبائل میں پہنچ جائے۔ اس کے لیپ ٹاپ پر پہنچ جائے، اس کے کمپیوٹر پر پہنچ جائے۔</w:t>
      </w:r>
    </w:p>
    <w:p>
      <w:r>
        <w:rPr>
          <w:b/>
        </w:rPr>
        <w:t xml:space="preserve">[25:19] </w:t>
      </w:r>
      <w:r>
        <w:t>yeh kaisi ajeeb opportunity hai.</w:t>
      </w:r>
    </w:p>
    <w:p>
      <w:pPr>
        <w:jc w:val="right"/>
      </w:pPr>
      <w:r>
        <w:t>یہ کیسی عجیب opportunity ہے۔</w:t>
      </w:r>
    </w:p>
    <w:p>
      <w:r>
        <w:rPr>
          <w:b/>
        </w:rPr>
        <w:t xml:space="preserve">[25:25] </w:t>
      </w:r>
      <w:r>
        <w:t>to is ka maani kya hua hai? ke aaj jo hai yeh mission, yaani ke Allah ke message ko, Allah ke paigham ko, jo Allah ka paigham hai ke insaan jaan le ke what is the Christian plan of God?</w:t>
      </w:r>
    </w:p>
    <w:p>
      <w:pPr>
        <w:jc w:val="right"/>
      </w:pPr>
      <w:r>
        <w:t>تو اس کا معنی کیا ہوا ہے؟ کہ آج جو ہے یہ mission، یعنی کہ اللہ کے message کو، اللہ کے پیغام کو، جو اللہ کا پیغام ہے کہ انسان جان لے کہ what is the Christian plan of God?</w:t>
      </w:r>
    </w:p>
    <w:p>
      <w:r>
        <w:rPr>
          <w:b/>
        </w:rPr>
        <w:t xml:space="preserve">[25:48] </w:t>
      </w:r>
      <w:r>
        <w:t>What are the scheme of things of God? yeh jaan le insaan, yeh mission hai.</w:t>
      </w:r>
    </w:p>
    <w:p>
      <w:pPr>
        <w:jc w:val="right"/>
      </w:pPr>
      <w:r>
        <w:t>What are the scheme of things of God? یہ جان لے انسان، یہ mission ہے۔</w:t>
      </w:r>
    </w:p>
    <w:p>
      <w:r>
        <w:rPr>
          <w:b/>
        </w:rPr>
        <w:t xml:space="preserve">[25:54] </w:t>
      </w:r>
      <w:r>
        <w:t>to is ke liye opportunities ke saare darwazay khul gaye. kaisi ajeeb baat hai. yaani hundred percent yeh goal aaj achievable ho gaya.</w:t>
      </w:r>
    </w:p>
    <w:p>
      <w:pPr>
        <w:jc w:val="right"/>
      </w:pPr>
      <w:r>
        <w:t>تو اس کے لیے opportunities کے سارے دروازے کھل گئے۔ کیسی عجیب بات ہے۔ یعنی hundred percent یہ goal آج achievable ہو گیا۔</w:t>
      </w:r>
    </w:p>
    <w:p>
      <w:r>
        <w:rPr>
          <w:b/>
        </w:rPr>
        <w:t xml:space="preserve">[26:07] </w:t>
      </w:r>
      <w:r>
        <w:t>Hundred percent achievable ho gaya. agar mission yeh hota ke saari duniya mein tum Islami hukoomat qaim karo, to woh unachievable goal hota.</w:t>
      </w:r>
    </w:p>
    <w:p>
      <w:pPr>
        <w:jc w:val="right"/>
      </w:pPr>
      <w:r>
        <w:t>Hundred percent achievable ہو گیا۔ اگر mission یہ ہوتا کہ ساری دنیا میں تم اسلامی حکومت قائم کرو، تو وہ unachievable goal ہوتا۔</w:t>
      </w:r>
    </w:p>
    <w:p>
      <w:r>
        <w:rPr>
          <w:b/>
        </w:rPr>
        <w:t xml:space="preserve">[26:18] </w:t>
      </w:r>
      <w:r>
        <w:t>agar yeh hota ke saari duniya mein Islam ka qanoon implement karo, to woh ek unachievable goal hota. agar yeh hota ke duniya se baatil ko mitao, kufr ko mitao, to bhi unachievable goal hota.</w:t>
      </w:r>
    </w:p>
    <w:p>
      <w:pPr>
        <w:jc w:val="right"/>
      </w:pPr>
      <w:r>
        <w:t>اگر یہ ہوتا کہ ساری دنیا میں اسلام کا قانون implement کرو، تو وہ ایک unachievable goal ہوتا۔ اگر یہ ہوتا کہ دنیا سے باطل کو مٹاؤ، کفر کو مٹاؤ، تو بھی unachievable goal ہوتا۔</w:t>
      </w:r>
    </w:p>
    <w:p>
      <w:r>
        <w:rPr>
          <w:b/>
        </w:rPr>
        <w:t xml:space="preserve">[26:33] </w:t>
      </w:r>
      <w:r>
        <w:t>kyun ke logon ko azaadi hai, aap mita nahi sakte. aadmi ko freedom of choice mila hua hai.</w:t>
      </w:r>
    </w:p>
    <w:p>
      <w:pPr>
        <w:jc w:val="right"/>
      </w:pPr>
      <w:r>
        <w:t>کیونکہ لوگوں کو آزادی ہے، آپ مٹا نہیں سکتے۔ آدمی کو freedom of choice ملا ہوا ہے۔</w:t>
      </w:r>
    </w:p>
    <w:p>
      <w:r>
        <w:rPr>
          <w:b/>
        </w:rPr>
        <w:t xml:space="preserve">[26:42] </w:t>
      </w:r>
      <w:r>
        <w:t>yeh saari cheezein unachievable goal ban jaati hain. aur phir kya hota is ka nateeja? Unachievable goal koi saada baat nahi hai. Unachievable goal aap ko banata hai, yaani negative thinking laata hai aap ke andar.</w:t>
      </w:r>
    </w:p>
    <w:p>
      <w:pPr>
        <w:jc w:val="right"/>
      </w:pPr>
      <w:r>
        <w:t>یہ ساری چیزیں unachievable goal بن جاتی ہیں۔ اور پھر کیا ہوتا اس کا نتیجہ؟ Unachievable goal کوئی سادہ بات نہیں ہے۔ Unachievable goal آپ کو بناتا ہے، یعنی negative thinking لاتا ہے آپ کے اندر۔</w:t>
      </w:r>
    </w:p>
    <w:p>
      <w:r>
        <w:rPr>
          <w:b/>
        </w:rPr>
        <w:t xml:space="preserve">[27:00] </w:t>
      </w:r>
      <w:r>
        <w:t>aap ka jhagda, jhanjhlahat, negativity, hate, aur phir tashaddud, aur phir suicide bombing tak le aata hai.</w:t>
      </w:r>
    </w:p>
    <w:p>
      <w:pPr>
        <w:jc w:val="right"/>
      </w:pPr>
      <w:r>
        <w:t>آپ کا جھگڑا، جھنجھلاہٹ، negativity، hate، اور پھر تشدد، اور پھر suicide bombing تک لے آتا ہے۔</w:t>
      </w:r>
    </w:p>
    <w:p>
      <w:r>
        <w:rPr>
          <w:b/>
        </w:rPr>
        <w:t xml:space="preserve">[27:10] </w:t>
      </w:r>
      <w:r>
        <w:t>poori personality aap ki negative ho jaati hai. phir kya hua? is duniya mein jo aap ko asal kaam karna tha, ke apne andar positivity ko develop karna, apne andar positive personality banana,</w:t>
      </w:r>
    </w:p>
    <w:p>
      <w:pPr>
        <w:jc w:val="right"/>
      </w:pPr>
      <w:r>
        <w:t>پوری personality آپ کی negative ہو جاتی ہے۔ پھر کیا ہوا؟ اس دنیا میں جو آپ کو اصل کام کرنا تھا، کہ اپنے اندر positivity کو develop کرنا، اپنے اندر positive personality بنانا،</w:t>
      </w:r>
    </w:p>
    <w:p>
      <w:r>
        <w:rPr>
          <w:b/>
        </w:rPr>
        <w:t xml:space="preserve">[27:27] </w:t>
      </w:r>
      <w:r>
        <w:t>apne andar spiritual values laana, apne aap ko ek aise personality ke taur par develop karna jo hundred percent hate free ho, woh possible nahi hota.</w:t>
      </w:r>
    </w:p>
    <w:p>
      <w:pPr>
        <w:jc w:val="right"/>
      </w:pPr>
      <w:r>
        <w:t>اپنے اندر spiritual values لانا، اپنے آپ کو ایک ایسے personality کے طور پر develop کرنا جو hundred percent hate free ہو، وہ possible نہیں ہوتا۔</w:t>
      </w:r>
    </w:p>
    <w:p>
      <w:r>
        <w:rPr>
          <w:b/>
        </w:rPr>
        <w:t xml:space="preserve">[27:42] </w:t>
      </w:r>
      <w:r>
        <w:t>lekin ab possible ho gaya.</w:t>
      </w:r>
    </w:p>
    <w:p>
      <w:pPr>
        <w:jc w:val="right"/>
      </w:pPr>
      <w:r>
        <w:t>لیکن اب possible ہو گیا۔</w:t>
      </w:r>
    </w:p>
    <w:p>
      <w:r>
        <w:rPr>
          <w:b/>
        </w:rPr>
        <w:t xml:space="preserve">[27:45] </w:t>
      </w:r>
      <w:r>
        <w:t>yaani agar aap ko Allah taala deta unachievable goal, to eternally aap negative thinking mein phans jaate.</w:t>
      </w:r>
    </w:p>
    <w:p>
      <w:pPr>
        <w:jc w:val="right"/>
      </w:pPr>
      <w:r>
        <w:t>یعنی اگر آپ کو اللہ تعالیٰ دیتا unachievable goal، تو eternally آپ negative thinking میں پھنس جاتے۔</w:t>
      </w:r>
    </w:p>
    <w:p>
      <w:r>
        <w:rPr>
          <w:b/>
        </w:rPr>
        <w:t xml:space="preserve">[27:54] </w:t>
      </w:r>
      <w:r>
        <w:t>Eternally. jaisa ke Musalman phanse hue hain. is waqt duniya mein kahin bhi jaaiye, aap kisi Musalman se baat kijiye, woh negative boli bolega.</w:t>
      </w:r>
    </w:p>
    <w:p>
      <w:pPr>
        <w:jc w:val="right"/>
      </w:pPr>
      <w:r>
        <w:t>Eternally۔ جیسا کہ مسلمان پھنسے ہوئے ہیں۔ اس وقت دنیا میں کہیں بھی جائیے، آپ کسی مسلمان سے بات کیجیے، وہ negative بولی بولے گا۔</w:t>
      </w:r>
    </w:p>
    <w:p>
      <w:r>
        <w:rPr>
          <w:b/>
        </w:rPr>
        <w:t xml:space="preserve">[28:04] </w:t>
      </w:r>
      <w:r>
        <w:t>Negative.</w:t>
      </w:r>
    </w:p>
    <w:p>
      <w:pPr>
        <w:jc w:val="right"/>
      </w:pPr>
      <w:r>
        <w:t>Negative۔</w:t>
      </w:r>
    </w:p>
    <w:p>
      <w:r>
        <w:rPr>
          <w:b/>
        </w:rPr>
        <w:t xml:space="preserve">[28:08] </w:t>
      </w:r>
      <w:r>
        <w:t>kahin bhi jaaiye, yahan se le kar America tak, yahan se le kar Arab tak. to aisa kyun hai?</w:t>
      </w:r>
    </w:p>
    <w:p>
      <w:pPr>
        <w:jc w:val="right"/>
      </w:pPr>
      <w:r>
        <w:t>کہیں بھی جائیے، یہاں سے لے کر امریکہ تک، یہاں سے لے کر عرب تک۔ تو ایسا کیوں ہے؟</w:t>
      </w:r>
    </w:p>
    <w:p>
      <w:r>
        <w:rPr>
          <w:b/>
        </w:rPr>
        <w:t xml:space="preserve">[28:13] </w:t>
      </w:r>
      <w:r>
        <w:t>khud se Musalmanon ne ek self style goal le rakha hai. khud se. ek self style goal. woh kya hai?</w:t>
      </w:r>
    </w:p>
    <w:p>
      <w:pPr>
        <w:jc w:val="right"/>
      </w:pPr>
      <w:r>
        <w:t>خود سے مسلمانوں نے ایک self style goal لے رکھا ہے۔ خود سے۔ ایک self style goal۔ وہ کیا ہے؟</w:t>
      </w:r>
    </w:p>
    <w:p>
      <w:r>
        <w:rPr>
          <w:b/>
        </w:rPr>
        <w:t xml:space="preserve">[28:22] </w:t>
      </w:r>
      <w:r>
        <w:t>wo unachievable goal. Unachievable goal.</w:t>
      </w:r>
    </w:p>
    <w:p>
      <w:pPr>
        <w:jc w:val="right"/>
      </w:pPr>
      <w:r>
        <w:t>وہ unachievable goal۔ Unachievable goal۔</w:t>
      </w:r>
    </w:p>
    <w:p>
      <w:r>
        <w:rPr>
          <w:b/>
        </w:rPr>
        <w:t xml:space="preserve">[28:29] </w:t>
      </w:r>
      <w:r>
        <w:t>keh batil ko mitana hai. Unachievable goal. Fitna ko mitana hai. Evil ko mitana hai. Yeh goli nahi hai.</w:t>
      </w:r>
    </w:p>
    <w:p>
      <w:pPr>
        <w:jc w:val="right"/>
      </w:pPr>
      <w:r>
        <w:t>کہ باطل کو مٹانا ہے۔ Unachievable goal۔ فتنہ کو مٹانا ہے۔ Evil کو مٹانا ہے۔ یہ گولی نہیں ہے۔</w:t>
      </w:r>
    </w:p>
    <w:p>
      <w:r>
        <w:rPr>
          <w:b/>
        </w:rPr>
        <w:t xml:space="preserve">[28:42] </w:t>
      </w:r>
      <w:r>
        <w:t>aap ka goal hai peaceful spread of message of God peaceful tareeqay say. Wo hundred percent achievable hai.</w:t>
      </w:r>
    </w:p>
    <w:p>
      <w:pPr>
        <w:jc w:val="right"/>
      </w:pPr>
      <w:r>
        <w:t>آپ کا goal ہے peaceful spread of message of God peaceful طریقے سے۔ وہ hundred percent achievable ہے۔</w:t>
      </w:r>
    </w:p>
    <w:p>
      <w:r>
        <w:rPr>
          <w:b/>
        </w:rPr>
        <w:t xml:space="preserve">[28:54] </w:t>
      </w:r>
      <w:r>
        <w:t>to aaj dunya mein dekhiye, najat, freedom aa gaya hai, communication aa gaya hai, democracy aa gayi hai, travel ki aasaniyan ho gayi hain, print media hai, electronic media hai.</w:t>
      </w:r>
    </w:p>
    <w:p>
      <w:pPr>
        <w:jc w:val="right"/>
      </w:pPr>
      <w:r>
        <w:t>تو آج دنیا میں دیکھیے، نجت، freedom آ گیا ہے، communication آ گیا ہے، democracy آ گئی ہے، travel کی آسانیاں ہو گئی ہیں، print میڈیا ہے، electronic میڈیا ہے۔</w:t>
      </w:r>
    </w:p>
    <w:p>
      <w:r>
        <w:rPr>
          <w:b/>
        </w:rPr>
        <w:t xml:space="preserve">[29:09] </w:t>
      </w:r>
      <w:r>
        <w:t>yani sari opportunities khul gayi hain.</w:t>
      </w:r>
    </w:p>
    <w:p>
      <w:pPr>
        <w:jc w:val="right"/>
      </w:pPr>
      <w:r>
        <w:t>یعنی ساری opportunities کھل گئی ہیں۔</w:t>
      </w:r>
    </w:p>
    <w:p>
      <w:r>
        <w:rPr>
          <w:b/>
        </w:rPr>
        <w:t xml:space="preserve">[29:12] </w:t>
      </w:r>
      <w:r>
        <w:t>to is ka matlab kya hua hai? Jo goal tha aap ka, goal keh Allah ke message ko har ghar mein pahunchana, wo aakhri had tak achievable ho gaya.</w:t>
      </w:r>
    </w:p>
    <w:p>
      <w:pPr>
        <w:jc w:val="right"/>
      </w:pPr>
      <w:r>
        <w:t>تو اس کا معنی کیا ہوا ہے؟ جو goal تھا آپ کا، goal کہ اللہ کے message کو ہر گھر میں پہنچانا، وہ آخری حد تک achievable ہو گیا۔</w:t>
      </w:r>
    </w:p>
    <w:p>
      <w:r>
        <w:rPr>
          <w:b/>
        </w:rPr>
        <w:t xml:space="preserve">[29:27] </w:t>
      </w:r>
      <w:r>
        <w:t>jaisa keh main ne is se arz kiya keh agar hadith wajah hota keh har dil mein tum ko Islam dakhil karna hai, har dil mein tum ko Allah ka paigham dakhil karna hai,</w:t>
      </w:r>
    </w:p>
    <w:p>
      <w:pPr>
        <w:jc w:val="right"/>
      </w:pPr>
      <w:r>
        <w:t>جیسا کہ میں نے اس سے عرض کیا کہ اگر حدیث وجہ ہوتا کہ ہر دل میں تم کو اسلام داخل کرنا ہے، ہر دل میں تم کو اللہ کا پیغام داخل کرنا ہے،</w:t>
      </w:r>
    </w:p>
    <w:p>
      <w:r>
        <w:rPr>
          <w:b/>
        </w:rPr>
        <w:t xml:space="preserve">[29:40] </w:t>
      </w:r>
      <w:r>
        <w:t>to that was an unachievable goal kaisay aap dilon mein dakhil karte hain aap? Kaisay karte hain aap? To Allah ne aap ko unachievable goal mein ki musibat nahi dali.</w:t>
      </w:r>
    </w:p>
    <w:p>
      <w:pPr>
        <w:jc w:val="right"/>
      </w:pPr>
      <w:r>
        <w:t>تو that was an unachievable goal کیسے آپ دلوں میں داخل کرتے ہیں آپ؟ کیسے کرتے ہیں آپ؟ تو اللہ نے آپ کو unachievable goal میں کی مصیبت نہیں ڈالی۔</w:t>
      </w:r>
    </w:p>
    <w:p>
      <w:r>
        <w:rPr>
          <w:b/>
        </w:rPr>
        <w:t xml:space="preserve">[29:55] </w:t>
      </w:r>
      <w:r>
        <w:t>Achievable goal diya.</w:t>
      </w:r>
    </w:p>
    <w:p>
      <w:pPr>
        <w:jc w:val="right"/>
      </w:pPr>
      <w:r>
        <w:t>Achievable goal دیا۔</w:t>
      </w:r>
    </w:p>
    <w:p>
      <w:r>
        <w:rPr>
          <w:b/>
        </w:rPr>
        <w:t xml:space="preserve">[29:59] </w:t>
      </w:r>
      <w:r>
        <w:t>wo bhi itna aasan, itna aasan, itna aasan kar diya keh aap apne office mein baith kar develop kijiye web site ko, internet ko.</w:t>
      </w:r>
    </w:p>
    <w:p>
      <w:pPr>
        <w:jc w:val="right"/>
      </w:pPr>
      <w:r>
        <w:t>وہ بھی اتنا آسان، اتنا آسان، اتنا آسان کر دیا کہ آپ اپنے آفس میں بیٹھ کر develop کیجیے ویب site کو، انٹرنیٹ کو۔</w:t>
      </w:r>
    </w:p>
    <w:p>
      <w:r>
        <w:rPr>
          <w:b/>
        </w:rPr>
        <w:t xml:space="preserve">[30:10] </w:t>
      </w:r>
      <w:r>
        <w:t>Develop kijiye. To aik office mein baith kar ke chand aadmiyon ko sath le kar ke aap sari dunya ke har ghar mein dakhil ho sakte hain.</w:t>
      </w:r>
    </w:p>
    <w:p>
      <w:pPr>
        <w:jc w:val="right"/>
      </w:pPr>
      <w:r>
        <w:t>Develop کیجیے۔ تو ایک آفس میں بیٹھ کر کے چند آدمیوں کو ساتھ لے کر کے آپ ساری دنیا کے ہر گھر میں داخل ہو سکتے ہیں۔</w:t>
      </w:r>
    </w:p>
    <w:p>
      <w:r>
        <w:rPr>
          <w:b/>
        </w:rPr>
        <w:t xml:space="preserve">[30:20] </w:t>
      </w:r>
      <w:r>
        <w:t>Kaisi ajeeb baat hai yeh.</w:t>
      </w:r>
    </w:p>
    <w:p>
      <w:pPr>
        <w:jc w:val="right"/>
      </w:pPr>
      <w:r>
        <w:t>کیسی عجیب بات ہے یہ۔</w:t>
      </w:r>
    </w:p>
    <w:p>
      <w:r>
        <w:rPr>
          <w:b/>
        </w:rPr>
        <w:t xml:space="preserve">[30:25] </w:t>
      </w:r>
      <w:r>
        <w:t>To aakhri had tak achievable goal ban gaya yeh.</w:t>
      </w:r>
    </w:p>
    <w:p>
      <w:pPr>
        <w:jc w:val="right"/>
      </w:pPr>
      <w:r>
        <w:t>تو آخری حد تک achievable goal بن گیا یہ۔</w:t>
      </w:r>
    </w:p>
    <w:p>
      <w:r>
        <w:rPr>
          <w:b/>
        </w:rPr>
        <w:t xml:space="preserve">[30:31] </w:t>
      </w:r>
      <w:r>
        <w:t>Aur jab achievable goal ban gaya to kya hua? Yeh possible ho gaya keh aap aakhri had tak positive thinking mein jayen.</w:t>
      </w:r>
    </w:p>
    <w:p>
      <w:pPr>
        <w:jc w:val="right"/>
      </w:pPr>
      <w:r>
        <w:t>اور جب achievable goal بن گیا تو کیا ہوا؟ یہ possible ہو گیا کہ آپ آخری حد تک positive thinking میں جئیں۔</w:t>
      </w:r>
    </w:p>
    <w:p>
      <w:r>
        <w:rPr>
          <w:b/>
        </w:rPr>
        <w:t xml:space="preserve">[30:41] </w:t>
      </w:r>
      <w:r>
        <w:t>Kisi ke khilaf hate nahi. Sab ke liye wisher hon aap. Sab ke liye aap ke dil mein mohabbat ho.</w:t>
      </w:r>
    </w:p>
    <w:p>
      <w:pPr>
        <w:jc w:val="right"/>
      </w:pPr>
      <w:r>
        <w:t>کسی کے خلاف hate نہیں۔ سب کے لیے wisher ہوں آپ۔ سب کے لیے آپ کے دل میں محبت ہو۔</w:t>
      </w:r>
    </w:p>
    <w:p>
      <w:r>
        <w:rPr>
          <w:b/>
        </w:rPr>
        <w:t xml:space="preserve">[30:53] </w:t>
      </w:r>
      <w:r>
        <w:t>Jis tarah Masih ne kaha tha keh love your enemy lekin sab se mohabbat karne ke liye waise halaat chahiye.</w:t>
      </w:r>
    </w:p>
    <w:p>
      <w:pPr>
        <w:jc w:val="right"/>
      </w:pPr>
      <w:r>
        <w:t>جس طرح مسیح نے کہا تھا کہ love your enemy لیکن سب سے محبت کرنے کے لیے ویسے حالات چاہیے۔</w:t>
      </w:r>
    </w:p>
    <w:p>
      <w:r>
        <w:rPr>
          <w:b/>
        </w:rPr>
        <w:t xml:space="preserve">[31:03] </w:t>
      </w:r>
      <w:r>
        <w:t>Waise baghair halaat ke aap sab se mohabbat nahi kar sakte. To wo halaat Hazrat Masih ke zamanay mein nahi thay.</w:t>
      </w:r>
    </w:p>
    <w:p>
      <w:pPr>
        <w:jc w:val="right"/>
      </w:pPr>
      <w:r>
        <w:t>ویسے بغیر حالات کے آپ سب سے محبت نہیں کر سکتے۔ تو وہ حالات حضرت مسیح کے زمانے میں نہیں تھے۔</w:t>
      </w:r>
    </w:p>
    <w:p>
      <w:r>
        <w:rPr>
          <w:b/>
        </w:rPr>
        <w:t xml:space="preserve">[31:12] </w:t>
      </w:r>
      <w:r>
        <w:t>Ab paida ho gaye hain.</w:t>
      </w:r>
    </w:p>
    <w:p>
      <w:pPr>
        <w:jc w:val="right"/>
      </w:pPr>
      <w:r>
        <w:t>اب پیدا ہو گئے ہیں۔</w:t>
      </w:r>
    </w:p>
    <w:p>
      <w:r>
        <w:rPr>
          <w:b/>
        </w:rPr>
        <w:t xml:space="preserve">[31:15] </w:t>
      </w:r>
      <w:r>
        <w:t>Wo halaat. Jab keh sach much aap jiyen hundred percent positive thinking mein. Bilkul musbat zehn ke sath.</w:t>
      </w:r>
    </w:p>
    <w:p>
      <w:pPr>
        <w:jc w:val="right"/>
      </w:pPr>
      <w:r>
        <w:t>وہ حالات۔ جبکہ سچ مچ آپ جئیں hundred percent positive thinking میں۔ بالکل مثبت ذہن کے ساتھ۔</w:t>
      </w:r>
    </w:p>
    <w:p>
      <w:r>
        <w:rPr>
          <w:b/>
        </w:rPr>
        <w:t xml:space="preserve">[31:27] </w:t>
      </w:r>
      <w:r>
        <w:t>Kisi ke khilaf koi nafrat nahi. Kyun keh har aadmi aap ke liye yani achievable ho gaya. Kaisi ajeeb baat hai.</w:t>
      </w:r>
    </w:p>
    <w:p>
      <w:pPr>
        <w:jc w:val="right"/>
      </w:pPr>
      <w:r>
        <w:t>کسی کے خلاف کوئی نفرت نہیں۔ کیونکہ ہر آدمی آپ کے لیے یعنی achievable ہو گیا۔ کیسی عجیب بات ہے۔</w:t>
      </w:r>
    </w:p>
    <w:p>
      <w:r>
        <w:rPr>
          <w:b/>
        </w:rPr>
        <w:t xml:space="preserve">[31:40] </w:t>
      </w:r>
      <w:r>
        <w:t>Yani agar aap ne print media ko istemal kiya, electronic media ko istemal kiya, agar aap ne modern technology ko istemal ki, agar aap ne Allah ke message ko internet mein, laptop mein,</w:t>
      </w:r>
    </w:p>
    <w:p>
      <w:pPr>
        <w:jc w:val="right"/>
      </w:pPr>
      <w:r>
        <w:t>یعنی اگر آپ نے print میڈیا کو استعمال کیا، electronic میڈیا کو استعمال کیا، اگر آپ نے modern ٹیکنالوجی کو استعمال کی، اگر آپ نے اللہ کے message کو انٹرنیٹ میں، لیپ ٹاپ میں،</w:t>
      </w:r>
    </w:p>
    <w:p>
      <w:r>
        <w:rPr>
          <w:b/>
        </w:rPr>
        <w:t xml:space="preserve">[32:00] </w:t>
      </w:r>
      <w:r>
        <w:t>Aur yahan tak keh logon ke mobile mein dakhil kar diya,</w:t>
      </w:r>
    </w:p>
    <w:p>
      <w:pPr>
        <w:jc w:val="right"/>
      </w:pPr>
      <w:r>
        <w:t>اور یہاں تک کہ لوگوں کے موبائل میں داخل کر دیا،</w:t>
      </w:r>
    </w:p>
    <w:p>
      <w:r>
        <w:rPr>
          <w:b/>
        </w:rPr>
        <w:t xml:space="preserve">[32:04] </w:t>
      </w:r>
      <w:r>
        <w:t>To kaisa ajeeb aap ko aik thrilling joy hoga. Thrilling joy. Keh main ne Allah ke, Allah ka jo, Allah ne jo mujhe goal diya tha, us goal ko main ne poora kar diya.</w:t>
      </w:r>
    </w:p>
    <w:p>
      <w:pPr>
        <w:jc w:val="right"/>
      </w:pPr>
      <w:r>
        <w:t>تو کیسا عجیب آپ کو ایک thrilling joy ہوگا۔ Thrilling joy۔ کہ میں نے اللہ کے، اللہ کا جو، اللہ نے جو مجھے goal دیا تھا، اس goal کو میں نے پورا کر دیا۔</w:t>
      </w:r>
    </w:p>
    <w:p>
      <w:r>
        <w:rPr>
          <w:b/>
        </w:rPr>
        <w:t xml:space="preserve">[32:20] </w:t>
      </w:r>
      <w:r>
        <w:t>Kaisa ajeeb thrilling joy. Aur is mein koi rukawat nahi. Kahin koi dushman nahi, koi dushman nahi jo aap ko roke rasta.</w:t>
      </w:r>
    </w:p>
    <w:p>
      <w:pPr>
        <w:jc w:val="right"/>
      </w:pPr>
      <w:r>
        <w:t>کیسا عجیب thrilling joy۔ اور اس میں کوئی رکاوٹ نہیں۔ کہیں کوئی دشمن نہیں، کوئی دشمن نہیں جو آپ کو روکے راستہ۔</w:t>
      </w:r>
    </w:p>
    <w:p>
      <w:r>
        <w:rPr>
          <w:b/>
        </w:rPr>
        <w:t xml:space="preserve">[32:31] </w:t>
      </w:r>
      <w:r>
        <w:t>Koi bhi rokne wala nahi</w:t>
      </w:r>
    </w:p>
    <w:p>
      <w:pPr>
        <w:jc w:val="right"/>
      </w:pPr>
      <w:r>
        <w:t>کوئی بھی روکنے والا نہیں</w:t>
      </w:r>
    </w:p>
    <w:p>
      <w:r>
        <w:rPr>
          <w:b/>
        </w:rPr>
        <w:t xml:space="preserve">[32:33] </w:t>
      </w:r>
      <w:r>
        <w:t>۔ hatta ke jis ghar mein aap dakhil kar rahe hain, wahan bhi koi chokidar nahi jo aap ko roke. kaisi ajeeb baat hai. kisi aur tareeqay se agar aap pohnchate to wahan koi rokne wala rok sakta tha aap ko.</w:t>
      </w:r>
    </w:p>
    <w:p>
      <w:pPr>
        <w:jc w:val="right"/>
      </w:pPr>
      <w:r>
        <w:t>۔ حتیٰ کہ جس گھر میں آپ داخل کر رہے ہیں، وہاں بھی کوئی چوکیدار نہیں جو آپ کو روکے۔ کیسی عجیب بات ہے۔ کسی اور طریقے سے اگر آپ پہنچاتے تو وہاں کوئی روکنے والا روک سکتا تھا آپ کو۔</w:t>
      </w:r>
    </w:p>
    <w:p>
      <w:r>
        <w:rPr>
          <w:b/>
        </w:rPr>
        <w:t xml:space="preserve">[32:50] </w:t>
      </w:r>
      <w:r>
        <w:t>lekin ab jo tareeqa yeh technology ke zariye develop hua hai, to ab to koi rukawat hi nahi.</w:t>
      </w:r>
    </w:p>
    <w:p>
      <w:pPr>
        <w:jc w:val="right"/>
      </w:pPr>
      <w:r>
        <w:t>لیکن اب جو طریقہ یہ ٹیکنالوجی کے ذریعے develop ہوا ہے، تو اب تو کوئی رکاوٹ ہی نہیں۔</w:t>
      </w:r>
    </w:p>
    <w:p>
      <w:r>
        <w:rPr>
          <w:b/>
        </w:rPr>
        <w:t xml:space="preserve">[32:59] </w:t>
      </w:r>
      <w:r>
        <w:t>yani har aadmi ko aap welcome kar rahe hain. har taraf welcome hi welcome hai. to aise dunya mein hum hain, twenty-first century jo aisi aik dunya hai.</w:t>
      </w:r>
    </w:p>
    <w:p>
      <w:pPr>
        <w:jc w:val="right"/>
      </w:pPr>
      <w:r>
        <w:t>یعنی ہر آدمی کو آپ welcome کر رہا ہیں۔ ہر طرف welcome ہی welcome ہے۔ تو ایسے دنیا میں ہم ہیں، twenty-first century جو ایسی ایک دنیا ہے۔</w:t>
      </w:r>
    </w:p>
    <w:p>
      <w:r>
        <w:rPr>
          <w:b/>
        </w:rPr>
        <w:t xml:space="preserve">[33:16] </w:t>
      </w:r>
      <w:r>
        <w:t>yeh saare jo, yeh jo process tha jo Allah taala ne chalaya tha dunya mein, us ke baray mein is se pehle mein kai baar bol chuka hoon.</w:t>
      </w:r>
    </w:p>
    <w:p>
      <w:pPr>
        <w:jc w:val="right"/>
      </w:pPr>
      <w:r>
        <w:t>یہ سارے جو، یہ جو process تھا جو اللہ تعالیٰ نے چلایا تھا دنیا میں، اس کے بارے میں اس سے پہلے میں کئی بار بول چکا ہوں۔</w:t>
      </w:r>
    </w:p>
    <w:p>
      <w:r>
        <w:rPr>
          <w:b/>
        </w:rPr>
        <w:t xml:space="preserve">[33:26] </w:t>
      </w:r>
      <w:r>
        <w:t>to aik process jo chalaya tha Allah taala ne, twenty-first century is ka culmination hai. ke har cheez achievable ho gayi, har cheez achievable ho gayi, har cheez achievable ho gayi.</w:t>
      </w:r>
    </w:p>
    <w:p>
      <w:pPr>
        <w:jc w:val="right"/>
      </w:pPr>
      <w:r>
        <w:t>تو ایک process جو چلایا تھا اللہ تعالیٰ نے، twenty-first century اس کا culmination ہے۔ کہ ہر چیز achievable ہو گئی، ہر چیز achievable ہو گئی، ہر چیز achievable ہو گئی۔</w:t>
      </w:r>
    </w:p>
    <w:p>
      <w:r>
        <w:rPr>
          <w:b/>
        </w:rPr>
        <w:t xml:space="preserve">[33:41] </w:t>
      </w:r>
      <w:r>
        <w:t>jab har cheez achievable ho jaye to kya hota hai?</w:t>
      </w:r>
    </w:p>
    <w:p>
      <w:pPr>
        <w:jc w:val="right"/>
      </w:pPr>
      <w:r>
        <w:t>جب ہر چیز achievable ہو جائے تو کیا ہوتا ہے؟</w:t>
      </w:r>
    </w:p>
    <w:p>
      <w:r>
        <w:rPr>
          <w:b/>
        </w:rPr>
        <w:t xml:space="preserve">[33:45] </w:t>
      </w:r>
      <w:r>
        <w:t>yeh mumkin ho jata hai ke aap aakhri had tak positive mind ke sath jeen dunya mein. aur dekhiye, positive mind ke sath jeena ya positive personalities ke sath jeena, yeh saada baat nahi hai.</w:t>
      </w:r>
    </w:p>
    <w:p>
      <w:pPr>
        <w:jc w:val="right"/>
      </w:pPr>
      <w:r>
        <w:t>یہ ممکن ہو جاتا ہے کہ آپ آخری حد تک positive mind کے ساتھ جئیں دنیا میں۔ اور دیکھیے، positive mind کے ساتھ جینا یا positive personalities کے ساتھ جینا، یہ سادہ بات نہیں ہے۔</w:t>
      </w:r>
    </w:p>
    <w:p>
      <w:r>
        <w:rPr>
          <w:b/>
        </w:rPr>
        <w:t xml:space="preserve">[33:59] </w:t>
      </w:r>
      <w:r>
        <w:t>yahi to woh log hain jo jannat mein jayenge. Quran mein hai ke illa man atal laha bi qalbin saleem</w:t>
      </w:r>
    </w:p>
    <w:p>
      <w:pPr>
        <w:jc w:val="right"/>
      </w:pPr>
      <w:r>
        <w:t>یہی تو وہ لوگ ہیں جو جنت میں جائیں گے۔ قرآن میں ہے کہ إِلَّا مَنْ أَتَى اللَّهَ بِقَلْبٍ سَلِيمٍ</w:t>
      </w:r>
    </w:p>
    <w:p>
      <w:r>
        <w:rPr>
          <w:b/>
        </w:rPr>
        <w:t xml:space="preserve">[34:09] </w:t>
      </w:r>
      <w:r>
        <w:t>yani jannat mein woh jayega jo, yani aakhirat mein pohnche qalb saleem ke sath.</w:t>
      </w:r>
    </w:p>
    <w:p>
      <w:pPr>
        <w:jc w:val="right"/>
      </w:pPr>
      <w:r>
        <w:t>یعنی جنت میں وہ جائے گا جو، یعنی آخرت میں پہنچے قلب سلیم کے ساتھ۔</w:t>
      </w:r>
    </w:p>
    <w:p>
      <w:r>
        <w:rPr>
          <w:b/>
        </w:rPr>
        <w:t xml:space="preserve">[34:18] </w:t>
      </w:r>
      <w:r>
        <w:t>qalb saleem kya hai? Hundred percent positive mind.</w:t>
      </w:r>
    </w:p>
    <w:p>
      <w:pPr>
        <w:jc w:val="right"/>
      </w:pPr>
      <w:r>
        <w:t>قلب سلیم کیا ہے؟ Hundred percent positive mind۔</w:t>
      </w:r>
    </w:p>
    <w:p>
      <w:r>
        <w:rPr>
          <w:b/>
        </w:rPr>
        <w:t xml:space="preserve">[34:25] </w:t>
      </w:r>
      <w:r>
        <w:t>kisi se dushmani nahi, kisi se nafrat nahi, kisi se hate nahi, kisi se revenge ka jazba nahi. kuch bhi nahi, kisi se shikayat nahi, kisi se protest nahi.</w:t>
      </w:r>
    </w:p>
    <w:p>
      <w:pPr>
        <w:jc w:val="right"/>
      </w:pPr>
      <w:r>
        <w:t>کسی سے دشمنی نہیں، کسی سے نفرت نہیں، کسی سے hate نہیں، کسی سے revenge کا جذبہ نہیں۔ کچھ بھی نہیں، کسی سے شکایت نہیں، کسی سے protest نہیں۔</w:t>
      </w:r>
    </w:p>
    <w:p>
      <w:r>
        <w:rPr>
          <w:b/>
        </w:rPr>
        <w:t xml:space="preserve">[34:38] </w:t>
      </w:r>
      <w:r>
        <w:t>woh hai qalb saleem. lekin is tarah ke qalb saleem banne ke liye halaat chahiye. halaat na hon to nahi ban sakta.</w:t>
      </w:r>
    </w:p>
    <w:p>
      <w:pPr>
        <w:jc w:val="right"/>
      </w:pPr>
      <w:r>
        <w:t>وہ ہے قلب سلیم۔ لیکن اس طرح کے قلب سلیم بننے کے لیے حالات چاہیے۔ حالات نہ ہوں تو نہیں بن سکتا۔</w:t>
      </w:r>
    </w:p>
    <w:p>
      <w:r>
        <w:rPr>
          <w:b/>
        </w:rPr>
        <w:t xml:space="preserve">[34:50] </w:t>
      </w:r>
      <w:r>
        <w:t>to Allah taala ne woh halaat paida kiye</w:t>
      </w:r>
    </w:p>
    <w:p>
      <w:pPr>
        <w:jc w:val="right"/>
      </w:pPr>
      <w:r>
        <w:t>تو اللہ تعالیٰ نے وہ حالات پیدا کیے</w:t>
      </w:r>
    </w:p>
    <w:p>
      <w:r>
        <w:rPr>
          <w:b/>
        </w:rPr>
        <w:t xml:space="preserve">[34:54] </w:t>
      </w:r>
      <w:r>
        <w:t>ke agar is ko aap samajh lein, agar aap is se ba-khabar ho jayen to tareekh mein, poori history mein pehli baar yeh dunya mein moqa aya hai ke aap aakhri had tak qalb saleem ke sath jiyen.</w:t>
      </w:r>
    </w:p>
    <w:p>
      <w:pPr>
        <w:jc w:val="right"/>
      </w:pPr>
      <w:r>
        <w:t>کہ اگر اس کو آپ سمجھ لیں، اگر آپ اس سے باخبر ہو جائیں تو تاریخ میں، پوری history میں پہلی بار یہ دنیا میں موقع آیا ہے کہ آپ آخری حد تک قلب سلیم کے ساتھ جئیں۔</w:t>
      </w:r>
    </w:p>
    <w:p>
      <w:r>
        <w:rPr>
          <w:b/>
        </w:rPr>
        <w:t xml:space="preserve">[35:16] </w:t>
      </w:r>
      <w:r>
        <w:t>aakhri had tak positive personalities ke sath jiyen. aakhri had tak positive mind ke sath jiyen.</w:t>
      </w:r>
    </w:p>
    <w:p>
      <w:pPr>
        <w:jc w:val="right"/>
      </w:pPr>
      <w:r>
        <w:t>آخری حد تک positive personalities کے ساتھ جئیں۔ آخری حد تک positive mind کے ساتھ جئیں۔</w:t>
      </w:r>
    </w:p>
    <w:p>
      <w:r>
        <w:rPr>
          <w:b/>
        </w:rPr>
        <w:t xml:space="preserve">[35:25] </w:t>
      </w:r>
      <w:r>
        <w:t>aakhri had tak dunya ke worshipper bankar rahen. aur phir jannat ke liye aap aik deserving candidate ban jayen.</w:t>
      </w:r>
    </w:p>
    <w:p>
      <w:pPr>
        <w:jc w:val="right"/>
      </w:pPr>
      <w:r>
        <w:t>آخری حد تک دنیا کے worshipper بن کر رہیں۔ اور پھر جنت کے لیے آپ ایک deserving candidate بن جائیں۔</w:t>
      </w:r>
    </w:p>
    <w:p>
      <w:r>
        <w:rPr>
          <w:b/>
        </w:rPr>
        <w:t xml:space="preserve">[35:35] </w:t>
      </w:r>
      <w:r>
        <w:t>kaisi ajeeb baat hai. goya ke Allah taala facilitate kar raha hai logon ke liye ke tum jannat wale bano. jannati personality banane ke liye khud Allah taala halaat tayyar kar rahe hain.</w:t>
      </w:r>
    </w:p>
    <w:p>
      <w:pPr>
        <w:jc w:val="right"/>
      </w:pPr>
      <w:r>
        <w:t>کیسی عجیب بات ہے۔ گویا کہ اللہ تعالیٰ facilitate کر رہا ہے لوگوں کے لیے کہ تم جنت والے بنو۔ جنتی personality بنانے کے لیے خود اللہ تعالیٰ حالات تیار کر رہے ہیں۔</w:t>
      </w:r>
    </w:p>
    <w:p>
      <w:r>
        <w:rPr>
          <w:b/>
        </w:rPr>
        <w:t xml:space="preserve">[35:52] </w:t>
      </w:r>
      <w:r>
        <w:t>kaisi ajeeb baat hai. yani jo twenty-first century hai, is zamane mein jo naya daur aya hai, jo nayi technology aayi hai, jo nayi opportunities khuli hain,</w:t>
      </w:r>
    </w:p>
    <w:p>
      <w:pPr>
        <w:jc w:val="right"/>
      </w:pPr>
      <w:r>
        <w:t>کیسی عجیب بات ہے۔ یعنی جو twenty-first century ہے، اس زمانے میں جو نیا دور آیا ہے، جو نئی ٹیکنالوجی آئی ہے، جو نئی opportunities کھلی ہیں،</w:t>
      </w:r>
    </w:p>
    <w:p>
      <w:r>
        <w:rPr>
          <w:b/>
        </w:rPr>
        <w:t xml:space="preserve">[36:06] </w:t>
      </w:r>
      <w:r>
        <w:t>is ne woh sab cheezon ko khatam kar diya hai. yani hate, hate khatam, revenge khatam, violence khatam, gun khatam, bomb khatam.</w:t>
      </w:r>
    </w:p>
    <w:p>
      <w:pPr>
        <w:jc w:val="right"/>
      </w:pPr>
      <w:r>
        <w:t>اس نے وہ سب چیزوں کو ختم کر دیا ہے۔ یعنی hate، hate ختم، revenge ختم، violence ختم، گن ختم، بم ختم۔</w:t>
      </w:r>
    </w:p>
    <w:p>
      <w:r>
        <w:rPr>
          <w:b/>
        </w:rPr>
        <w:t xml:space="preserve">[36:18] </w:t>
      </w:r>
      <w:r>
        <w:t>sab kuch khatam. sab kuch khatam.</w:t>
      </w:r>
    </w:p>
    <w:p>
      <w:pPr>
        <w:jc w:val="right"/>
      </w:pPr>
      <w:r>
        <w:t>سب کچھ ختم۔ سب کچھ ختم۔</w:t>
      </w:r>
    </w:p>
    <w:p>
      <w:r>
        <w:rPr>
          <w:b/>
        </w:rPr>
        <w:t xml:space="preserve">[36:22] </w:t>
      </w:r>
      <w:r>
        <w:t>ab to sirf peaceful tareeqay se apna kaam kijiye. aur aakhirat mein jab dakhil hon to farishtay aap ka istaqbal karen ke agaya woh banda jo jannat ke liye deserve karta hai.</w:t>
      </w:r>
    </w:p>
    <w:p>
      <w:pPr>
        <w:jc w:val="right"/>
      </w:pPr>
      <w:r>
        <w:t>اب تو صرف peaceful طریقے سے اپنا کام کیجیے۔ اور آخرت میں جب داخل ہوں تو فرشتے آپ کا استقبال کریں کہ آگیا وہ بندہ جو جنت کے لیے deserve کرتا ہے۔</w:t>
      </w:r>
    </w:p>
    <w:p>
      <w:r>
        <w:rPr>
          <w:b/>
        </w:rPr>
        <w:t xml:space="preserve">[36:40] </w:t>
      </w:r>
      <w:r>
        <w:t>kyun ke agar aap aik item bhi aap ke andar negativity hai, aik item bhi aap ke andar nafrat hai, aik item ke bughz bhi aap ke andar agar shikayat, protest hai, yeh sab cheezen hain to jannat ke liye aap incapacity ho jayenge.</w:t>
      </w:r>
    </w:p>
    <w:p>
      <w:pPr>
        <w:jc w:val="right"/>
      </w:pPr>
      <w:r>
        <w:t>کیونکہ اگر آپ ایک آئٹم بھی آپ کے اندر negativity ہے، ایک آئٹم بھی آپ کے اندر نفرت ہے، ایک آئٹم کے بغض بھی آپ کے اندر اگر شکایت، protest ہے، یہ سب چیزیں ہیں تو جنت کے لیے آپ incapacity ہو جائیں گے۔</w:t>
      </w:r>
    </w:p>
    <w:p>
      <w:r>
        <w:rPr>
          <w:b/>
        </w:rPr>
        <w:t xml:space="preserve">[36:57] </w:t>
      </w:r>
      <w:r>
        <w:t>dekhiye, Quran ki pehli ayat hai alhamdu lillah rabbil alameen</w:t>
      </w:r>
    </w:p>
    <w:p>
      <w:pPr>
        <w:jc w:val="right"/>
      </w:pPr>
      <w:r>
        <w:t>دیکھیے، قرآن کی پہلی آیت ہے الحمد لله رب العالمین</w:t>
      </w:r>
    </w:p>
    <w:p>
      <w:r>
        <w:rPr>
          <w:b/>
        </w:rPr>
        <w:t xml:space="preserve">[37:05] </w:t>
      </w:r>
      <w:r>
        <w:t>aik bohat ajeeb cheez Quran mein aap discover karenge ke jab Quran aap kholte hain to pehli ayat milti hai aap ko alhamdu lillah rabbil alameen aye Allah, sari dunya ka rab, tera hi shukar hai, teri hamd hai.</w:t>
      </w:r>
    </w:p>
    <w:p>
      <w:pPr>
        <w:jc w:val="right"/>
      </w:pPr>
      <w:r>
        <w:t>ایک بہت عجیب چیز قرآن میں آپ discover کریں گے کہ جب قرآن آپ کھولتے ہیں تو پہلی آیت ملتی ہے آپ کو الحمد لله رب العالمین اے اللہ، ساری دنیا کا رب، تیرا ہی شکر ہے، تیری حمد ہے۔</w:t>
      </w:r>
    </w:p>
    <w:p>
      <w:r>
        <w:rPr>
          <w:b/>
        </w:rPr>
        <w:t xml:space="preserve">[37:23] </w:t>
      </w:r>
      <w:r>
        <w:t>acha, is ke baad aap dekhiye, Quran mein bataya gaya hai ke log jannat mein jab pohnch jayenge to jannat ka jo culture hoga, jannat ki jo society hogi, jannat ki jo dunya hogi, us ke baray mein kaha jayega ke wa khairul hamdu lillah rabbil alameen yani aakhri jannat mein bhi hamd culture aur dunya mein bhi hamd culture.</w:t>
      </w:r>
    </w:p>
    <w:p>
      <w:pPr>
        <w:jc w:val="right"/>
      </w:pPr>
      <w:r>
        <w:t>اچھا، اس کے بعد آپ دیکھیے، قرآن میں بتایا گیا ہے کہ لوگ جنت میں جب پہنچ جائیں گے تو جنت کا جو کلچر ہوگا، جنت کی جو سوسائٹی ہوگی، جنت کی جو دنیا ہوگی، اس کے بارے میں کہا جائے گا کہ وَخِيرَ الْحَمْدُ لِلَّهِ رَبِّ الْعَالَمِينَ یعنی آخری جنت میں بھی الحمد کلچر اور دنیا میں بھی الحمد کلچر۔</w:t>
      </w:r>
    </w:p>
    <w:p>
      <w:r>
        <w:rPr>
          <w:b/>
        </w:rPr>
        <w:t xml:space="preserve">[37:46] </w:t>
      </w:r>
      <w:r>
        <w:t>yani zindagi ki beginning bhi alhamdulillah culture se aur zindagi ke end bhi alhamdulillah culture se.</w:t>
      </w:r>
    </w:p>
    <w:p>
      <w:pPr>
        <w:jc w:val="right"/>
      </w:pPr>
      <w:r>
        <w:t>یعنی زندگی کی beginning بھی الحمد کلچر سے اور زندگی کے end بھی الحمد کلچر سے۔</w:t>
      </w:r>
    </w:p>
    <w:p>
      <w:r>
        <w:rPr>
          <w:b/>
        </w:rPr>
        <w:t xml:space="preserve">[37:53] </w:t>
      </w:r>
      <w:r>
        <w:t>alhamdulillah culture kya hai? hundred percent positivity mein jeena. hundred percent shukr guzari mein jeena. hundred percent Allah ki blessing ke ehsas mein jeena.</w:t>
      </w:r>
    </w:p>
    <w:p>
      <w:pPr>
        <w:jc w:val="right"/>
      </w:pPr>
      <w:r>
        <w:t>الحمد کلچر کیا ہے؟ Hundred percent positivity میں جینا۔ Hundred percent شکر گزاری میں جینا۔ Hundred percent اللہ کی blessing کے احساس میں جینا۔</w:t>
      </w:r>
    </w:p>
    <w:p>
      <w:r>
        <w:rPr>
          <w:b/>
        </w:rPr>
        <w:t xml:space="preserve">[38:07] </w:t>
      </w:r>
      <w:r>
        <w:t>to kaise mumkin hai? is ke liye halaat chahiyein. is liye support chahiye. supporting base chahiye. to pehle zamane mein supporting base is tarah maujood nahi thi.</w:t>
      </w:r>
    </w:p>
    <w:p>
      <w:pPr>
        <w:jc w:val="right"/>
      </w:pPr>
      <w:r>
        <w:t>تو کیسے ممکن ہے؟ اس کے لیے حالات چاہیے۔ اس لیے support چاہیے۔ Supporting base چاہیے۔ تو پہلے زمانے میں supporting base اس طرح موجود نہیں تھی۔</w:t>
      </w:r>
    </w:p>
    <w:p>
      <w:r>
        <w:rPr>
          <w:b/>
        </w:rPr>
        <w:t xml:space="preserve">[38:20] </w:t>
      </w:r>
      <w:r>
        <w:t>ab poori poori, yani saare halaat badal chuke hain, poora poora har cheez support kar rahi hai aap ko aisa is tarah ki zindagi guzarne ke liye.</w:t>
      </w:r>
    </w:p>
    <w:p>
      <w:pPr>
        <w:jc w:val="right"/>
      </w:pPr>
      <w:r>
        <w:t>اب پوری پوری، یعنی سارے حالات بدل چکے ہیں، پورا پورا ہر چیز support کر رہی ہے آپ کو ایسا اس طرح کی زندگی گزارنے کے لیے۔</w:t>
      </w:r>
    </w:p>
    <w:p>
      <w:r>
        <w:rPr>
          <w:b/>
        </w:rPr>
        <w:t xml:space="preserve">[38:31] </w:t>
      </w:r>
      <w:r>
        <w:t>to ab to gun culture aur bomb culture ek badness hai, badness. is ke siwa kuch bhi nahi. badness ke siwa kuch bhi nahi.</w:t>
      </w:r>
    </w:p>
    <w:p>
      <w:pPr>
        <w:jc w:val="right"/>
      </w:pPr>
      <w:r>
        <w:t>تو اب تو گن کلچر اور بم کلچر ایک badness ہے، badness۔ اس کے سوا کچھ بھی نہیں۔ Badness کے سوا کچھ بھی نہیں۔</w:t>
      </w:r>
    </w:p>
    <w:p>
      <w:r>
        <w:rPr>
          <w:b/>
        </w:rPr>
        <w:t xml:space="preserve">[38:42] </w:t>
      </w:r>
      <w:r>
        <w:t>yeh to aise hi hai jaise ke kisi ko behtareen is ke fridge mein behtareen khane maujood hon, woh ja ke lakri chabaye woh.</w:t>
      </w:r>
    </w:p>
    <w:p>
      <w:pPr>
        <w:jc w:val="right"/>
      </w:pPr>
      <w:r>
        <w:t>یہ تو ایسے ہی ہے جیسے کہ کسی کو بہترین اس کے فریج میں بہترین کھانے موجود ہوں، وہ جا کے لکڑی چبائے وہ۔</w:t>
      </w:r>
    </w:p>
    <w:p>
      <w:r>
        <w:rPr>
          <w:b/>
        </w:rPr>
        <w:t xml:space="preserve">[38:53] </w:t>
      </w:r>
      <w:r>
        <w:t>yani aap ke ghar mein fridge mein saare achhe khane bhare hue hain, aur ja ke lakri chaba rahe hain, pathar chaba rahe hain. aise hi ho gaya yeh?</w:t>
      </w:r>
    </w:p>
    <w:p>
      <w:pPr>
        <w:jc w:val="right"/>
      </w:pPr>
      <w:r>
        <w:t>یعنی آپ کے گھر میں فریج میں سارے اچھے کھانے بھرے ہوئے ہیں، اور جا کے لکڑی چبا رہے ہیں، پتھر چبا رہے ہیں۔ ایسے ہی ہو گیا یہ؟</w:t>
      </w:r>
    </w:p>
    <w:p>
      <w:r>
        <w:rPr>
          <w:b/>
        </w:rPr>
        <w:t xml:space="preserve">[39:03] </w:t>
      </w:r>
      <w:r>
        <w:t>ke mawaqe to khol diya Allah taala ne aap ke liye ke aap hundred percent positive ban kar rahen. aur aap kya kar rahe hain?</w:t>
      </w:r>
    </w:p>
    <w:p>
      <w:pPr>
        <w:jc w:val="right"/>
      </w:pPr>
      <w:r>
        <w:t>کہ مواقع تو کھول دیا اللہ تعالیٰ نے آپ کے لیے کہ آپ hundred percent positive بن کر رہیں۔ اور آپ کیا کر رہے ہیں؟</w:t>
      </w:r>
    </w:p>
    <w:p>
      <w:r>
        <w:rPr>
          <w:b/>
        </w:rPr>
        <w:t xml:space="preserve">[39:12] </w:t>
      </w:r>
      <w:r>
        <w:t>aap nafraton mein jeete hain. aap tashaddud mein jeete hain. aap gun aur bomb mein jeete hain. yeh to yahi hua? ke fridge mein khane bhare hue hain aur aap lakri chaba rahe hain.</w:t>
      </w:r>
    </w:p>
    <w:p>
      <w:pPr>
        <w:jc w:val="right"/>
      </w:pPr>
      <w:r>
        <w:t>آپ نفرتوں میں جیتے ہیں۔ آپ تشدد میں جیتے ہیں۔ آپ گن اور بم میں جیتے ہیں۔ یہ تو یہی ہوا؟ کہ فریج میں کھانے بھرے ہوئے ہیں اور آپ لکڑی چبا رہے ہیں۔</w:t>
      </w:r>
    </w:p>
    <w:p>
      <w:r>
        <w:rPr>
          <w:b/>
        </w:rPr>
        <w:t xml:space="preserve">[39:28] </w:t>
      </w:r>
      <w:r>
        <w:t>kaisi ajeeb baat hai. to aise halaat paida kar diye Allah taala ne is zamane mein</w:t>
      </w:r>
    </w:p>
    <w:p>
      <w:pPr>
        <w:jc w:val="right"/>
      </w:pPr>
      <w:r>
        <w:t>کیسی عجیب بات ہے۔ تو ایسے حالات پیدا کر دیے اللہ تعالیٰ نے اس زمانے میں</w:t>
      </w:r>
    </w:p>
    <w:p>
      <w:r>
        <w:rPr>
          <w:b/>
        </w:rPr>
        <w:t xml:space="preserve">[39:33] </w:t>
      </w:r>
      <w:r>
        <w:t>ke aap ko zaroorat hi nahi kisi se nafrat karne ki. kisi se ladne ki. kuch bhi zaroorat nahi.</w:t>
      </w:r>
    </w:p>
    <w:p>
      <w:pPr>
        <w:jc w:val="right"/>
      </w:pPr>
      <w:r>
        <w:t>کہ آپ کو ضرورت ہی نہیں کسی سے نفرت کرنے کی۔ کسی سے لڑنے کی۔ کچھ بھی ضرورت نہیں۔</w:t>
      </w:r>
    </w:p>
    <w:p>
      <w:r>
        <w:rPr>
          <w:b/>
        </w:rPr>
        <w:t xml:space="preserve">[39:44] </w:t>
      </w:r>
      <w:r>
        <w:t>peaceful tareeqe se rahiyye aur aap ka saara kaam banta rahega.</w:t>
      </w:r>
    </w:p>
    <w:p>
      <w:pPr>
        <w:jc w:val="right"/>
      </w:pPr>
      <w:r>
        <w:t>Peaceful طریقے سے رہیے اور آپ کا سارا کام بنتا رہے گا۔</w:t>
      </w:r>
    </w:p>
    <w:p>
      <w:r>
        <w:rPr>
          <w:b/>
        </w:rPr>
        <w:t xml:space="preserve">[39:54] </w:t>
      </w:r>
      <w:r>
        <w:t>quran mein hai ke dekhiye, main yeh soch raha tha ke shaitan ne yeh challenge kyun kiya</w:t>
      </w:r>
    </w:p>
    <w:p>
      <w:pPr>
        <w:jc w:val="right"/>
      </w:pPr>
      <w:r>
        <w:t>قرآن میں ہے کہ دیکھیے، میں یہ سوچ رہا تھا کہ شیطان نے یہ challenge کیوں کیا</w:t>
      </w:r>
    </w:p>
    <w:p>
      <w:r>
        <w:rPr>
          <w:b/>
        </w:rPr>
        <w:t xml:space="preserve">[39:59] </w:t>
      </w:r>
      <w:r>
        <w:t>? shaitan ne kaha tha ke Adam ki jab paidaish hui shuru mein to Allah taala ko ek challenge diya tha us ne.</w:t>
      </w:r>
    </w:p>
    <w:p>
      <w:pPr>
        <w:jc w:val="right"/>
      </w:pPr>
      <w:r>
        <w:t>؟ شیطان نے کہا تھا کہ آدم کی جب پیدائش ہوئی شروع میں تو اللہ تعالیٰ کو ایک challenge دیا تھا اس نے۔</w:t>
      </w:r>
    </w:p>
    <w:p>
      <w:r>
        <w:rPr>
          <w:b/>
        </w:rPr>
        <w:t xml:space="preserve">[40:09] </w:t>
      </w:r>
      <w:r>
        <w:t>allaha tanikna zurriyatuhum illa qalila yani main insano ki majority ko follow kar loonga, follow.</w:t>
      </w:r>
    </w:p>
    <w:p>
      <w:pPr>
        <w:jc w:val="right"/>
      </w:pPr>
      <w:r>
        <w:t>اللَّهَ تَنِكَنَّ ذُرِّيَّتُهُمْ إِلَّا قَلِيلًا یعنی میں انسانوں کی majority کو follow کر لوں گا، follow۔</w:t>
      </w:r>
    </w:p>
    <w:p>
      <w:r>
        <w:rPr>
          <w:b/>
        </w:rPr>
        <w:t xml:space="preserve">[40:20] </w:t>
      </w:r>
      <w:r>
        <w:t>kaisa ajeeb baat hai. ke insano ki majority ko main follow kar loonga. yeh aqeedah tha shaitan ne</w:t>
      </w:r>
    </w:p>
    <w:p>
      <w:pPr>
        <w:jc w:val="right"/>
      </w:pPr>
      <w:r>
        <w:t>کیسا عجیب بات ہے۔ کہ انسانوں کی majority کو میں follow کر لوں گا۔ یہ اعتقاد تھا شیطان نے</w:t>
      </w:r>
    </w:p>
    <w:p>
      <w:r>
        <w:rPr>
          <w:b/>
        </w:rPr>
        <w:t xml:space="preserve">[40:27] </w:t>
      </w:r>
      <w:r>
        <w:t>. to main soch raha tha ke aakhir kaise himmat pari shaitan ki yeh karne ki ke insan majority ko woh follow kar lega? kaise himmat pari us ki?</w:t>
      </w:r>
    </w:p>
    <w:p>
      <w:pPr>
        <w:jc w:val="right"/>
      </w:pPr>
      <w:r>
        <w:t>۔ تو میں سوچ رہا تھا کہ آخر کیسے ہمت پڑی شیطان کی یہ کرنے کی کہ انسان majority کو وہ follow کر لے گا؟ کیسے ہمت پڑی اس کی؟</w:t>
      </w:r>
    </w:p>
    <w:p>
      <w:r>
        <w:rPr>
          <w:b/>
        </w:rPr>
        <w:t xml:space="preserve">[40:37] </w:t>
      </w:r>
      <w:r>
        <w:t>to himmat isi liye pari ke is mein insan ki ek weakness ko daryaft kiya. ek weakness ko. ke insan bohat aasani se unachievable goal ki taraf slip kar jata hai.</w:t>
      </w:r>
    </w:p>
    <w:p>
      <w:pPr>
        <w:jc w:val="right"/>
      </w:pPr>
      <w:r>
        <w:t>تو ہمت اسی لیے پڑی کہ اس میں انسان کی ایک weakness کو دریافت کیا۔ ایک weakness کو۔ کہ انسان بہت آسانی سے unachievable goal کی طرف سلیپ کر جاتا ہے۔</w:t>
      </w:r>
    </w:p>
    <w:p>
      <w:r>
        <w:rPr>
          <w:b/>
        </w:rPr>
        <w:t xml:space="preserve">[40:50] </w:t>
      </w:r>
      <w:r>
        <w:t>bohat aasani se.</w:t>
      </w:r>
    </w:p>
    <w:p>
      <w:pPr>
        <w:jc w:val="right"/>
      </w:pPr>
      <w:r>
        <w:t>بہت آسانی سے۔</w:t>
      </w:r>
    </w:p>
    <w:p>
      <w:r>
        <w:rPr>
          <w:b/>
        </w:rPr>
        <w:t xml:space="preserve">[40:52] </w:t>
      </w:r>
      <w:r>
        <w:t>hata ke us waqt bhi jab ke achievable goal ke saare raaste khul gaye hon. tab bhi woh ajeeb o ghareeb tor par slip kar ke pahunch jata hai unachievable goal ki taraf.</w:t>
      </w:r>
    </w:p>
    <w:p>
      <w:pPr>
        <w:jc w:val="right"/>
      </w:pPr>
      <w:r>
        <w:t>حتیٰ کہ اس وقت بھی جب کہ achievable goal کے سارے راستے کھل گئے ہوں۔ تب بھی وہ عجیب و غریب طور پر سلیپ کر کے پہنچ جاتا ہے unachievable goal کی طرف۔</w:t>
      </w:r>
    </w:p>
    <w:p>
      <w:r>
        <w:rPr>
          <w:b/>
        </w:rPr>
        <w:t xml:space="preserve">[41:09] </w:t>
      </w:r>
      <w:r>
        <w:t>jaise Adam jo the, saari jannat khuli hui thi, phir bhi woh ek ek darakht ki taraf chale gaye. jo vibrant tree tha.</w:t>
      </w:r>
    </w:p>
    <w:p>
      <w:pPr>
        <w:jc w:val="right"/>
      </w:pPr>
      <w:r>
        <w:t>جیسے آدم جو تھے، ساری جنت کھلی ہوئی تھی، پھر بھی وہ ایک ایک درخت کی طرف چلے گئے۔ جو vibrant tree تھا۔</w:t>
      </w:r>
    </w:p>
    <w:p>
      <w:r>
        <w:rPr>
          <w:b/>
        </w:rPr>
        <w:t xml:space="preserve">[41:18] </w:t>
      </w:r>
      <w:r>
        <w:t>to insan ki ajeeb o ghareeb mizaj hai ke ninety percent is ke liye achhe halaat hain, lekin woh ek percent jo hai usi mein ja kar apna apne aap ko is mein dakhil kar deta hai woh.</w:t>
      </w:r>
    </w:p>
    <w:p>
      <w:pPr>
        <w:jc w:val="right"/>
      </w:pPr>
      <w:r>
        <w:t>تو انسان کی عجیب و غریب مزاج ہے کہ ninety percent اس کے لیے اچھے حالات ہیں، لیکن وہ ایک percent جو ہے اسی میں جا کر اپنا اپنے آپ کو اس میں داخل کر دیتا ہے وہ۔</w:t>
      </w:r>
    </w:p>
    <w:p>
      <w:r>
        <w:rPr>
          <w:b/>
        </w:rPr>
        <w:t xml:space="preserve">[41:40] </w:t>
      </w:r>
      <w:r>
        <w:t>to insan ki is kamzori ko janta tha ke insan ko bohat aasani se main behka kar ke unachievable goal ki taraf daal doonga.</w:t>
      </w:r>
    </w:p>
    <w:p>
      <w:pPr>
        <w:jc w:val="right"/>
      </w:pPr>
      <w:r>
        <w:t>تو انسان کی اس کمزوری کو جانتا تھا کہ انسان کو بہت آسانی سے میں بہکا کر کے unachievable goal کی طرف ڈال دوں گا۔</w:t>
      </w:r>
    </w:p>
    <w:p>
      <w:r>
        <w:rPr>
          <w:b/>
        </w:rPr>
        <w:t xml:space="preserve">[41:50] </w:t>
      </w:r>
      <w:r>
        <w:t>ab aap dekhiye, tareekh mein jitne philosophers the, un ko shaitan ne behkaya ke total reality ko tum jaan sakte ho apne mind se.</w:t>
      </w:r>
    </w:p>
    <w:p>
      <w:pPr>
        <w:jc w:val="right"/>
      </w:pPr>
      <w:r>
        <w:t>اب آپ دیکھیے، تاریخ میں جتنے philosophers تھے، ان کو شیطان نے بہکایا کہ total reality کو تم جان سکتے ہو اپنے mind سے۔</w:t>
      </w:r>
    </w:p>
    <w:p>
      <w:r>
        <w:rPr>
          <w:b/>
        </w:rPr>
        <w:t xml:space="preserve">[42:01] </w:t>
      </w:r>
      <w:r>
        <w:t>aur mind ki theen limitations, to woh jaan nahi paya. nateeja yeh ke saare philosophers jo hain, perished hi mare. perished hi mare saare philosoph</w:t>
      </w:r>
    </w:p>
    <w:p>
      <w:pPr>
        <w:jc w:val="right"/>
      </w:pPr>
      <w:r>
        <w:t>اور mind کی تھیں limitations، تو وہ جان نہیں پایا۔ نتیجہ یہ کہ سارے philosophers جو ہیں، freshers ہی مرے۔ freshers ہی مرے سارے philosoph</w:t>
      </w:r>
    </w:p>
    <w:p>
      <w:r>
        <w:rPr>
          <w:b/>
        </w:rPr>
        <w:t xml:space="preserve">[42:13] </w:t>
      </w:r>
      <w:r>
        <w:t>ers۔ Alexander the Great ke mind mein daal diya, woh to Greece ka badshah tha, badshahat mili thi us ko۔ us ne daal diya ke tum sari dunya ko conquer karo۔</w:t>
      </w:r>
    </w:p>
    <w:p>
      <w:pPr>
        <w:jc w:val="right"/>
      </w:pPr>
      <w:r>
        <w:t>ers۔ Alexander the Great کے mind میں ڈال دیا، وہ تو Greece کا بادشاہ تھا، بادشاہت ملی تھی اس کو۔ اس نے ڈال دیا کہ تم ساری دنیا کو conquer کرو۔</w:t>
      </w:r>
    </w:p>
    <w:p>
      <w:r>
        <w:rPr>
          <w:b/>
        </w:rPr>
        <w:t xml:space="preserve">[42:24] </w:t>
      </w:r>
      <w:r>
        <w:t>ab is dunya ko conquer karne ke liye nikla woh۔ aur thirty-three years ke age mein woh freshers hi mar gaya۔ conquer kiye baghair۔</w:t>
      </w:r>
    </w:p>
    <w:p>
      <w:pPr>
        <w:jc w:val="right"/>
      </w:pPr>
      <w:r>
        <w:t>اب اس دنیا کو conquer کرنے کے لیے نکلا وہ۔ اور thirty-three years کے age میں وہ freshers ہی مر گیا۔ conquer کیے بغیر۔</w:t>
      </w:r>
    </w:p>
    <w:p>
      <w:r>
        <w:rPr>
          <w:b/>
        </w:rPr>
        <w:t xml:space="preserve">[42:34] </w:t>
      </w:r>
      <w:r>
        <w:t>hitler ke mind mein daal diya ke tum sare Europe ke ruler ban sakte ho۔ us ne larai chhod di۔ lekin kya hua</w:t>
      </w:r>
    </w:p>
    <w:p>
      <w:pPr>
        <w:jc w:val="right"/>
      </w:pPr>
      <w:r>
        <w:t>ہٹلر کے mind میں ڈال دیا کہ تم سارے Europe کے ruler بن سکتے ہو۔ اس نے لڑائی چھوڑ دی۔ لیکن کیا ہوا</w:t>
      </w:r>
    </w:p>
    <w:p>
      <w:r>
        <w:rPr>
          <w:b/>
        </w:rPr>
        <w:t xml:space="preserve">[42:43] </w:t>
      </w:r>
      <w:r>
        <w:t>؟ fifty-six sal mein woh suicide kar ke mar gaya۔ frustration mein۔</w:t>
      </w:r>
    </w:p>
    <w:p>
      <w:pPr>
        <w:jc w:val="right"/>
      </w:pPr>
      <w:r>
        <w:t>؟ fifty-six سال میں وہ suicide کر کے مر گیا۔ frustration میں۔</w:t>
      </w:r>
    </w:p>
    <w:p>
      <w:r>
        <w:rPr>
          <w:b/>
        </w:rPr>
        <w:t xml:space="preserve">[42:51] </w:t>
      </w:r>
      <w:r>
        <w:t>yahi hal is zamane mein musalmanon ka hai۔ ke musalmanon ko ek unachievable goal mein phansa rakha hai is ne۔ ke sari dunya mein Islam ki hukumat, sari dunya mein Islam ka nizam, sari dunya mein Islam ka qanoon, sari dunya se kufar o batal ko mitana۔</w:t>
      </w:r>
    </w:p>
    <w:p>
      <w:pPr>
        <w:jc w:val="right"/>
      </w:pPr>
      <w:r>
        <w:t>یہی حال اس زمانے میں مسلمانوں کا ہے۔ کہ مسلمانوں کو ایک unachievable goal میں پھنسا رکھا ہے اس نے۔ کہ ساری دنیا میں اسلام کی حکومت، ساری دنیا میں اسلام کا نظام، ساری دنیا میں اسلام کا قانون، ساری دنیا سے کفر و باطل کو مٹانا۔</w:t>
      </w:r>
    </w:p>
    <w:p>
      <w:r>
        <w:rPr>
          <w:b/>
        </w:rPr>
        <w:t xml:space="preserve">[43:07] </w:t>
      </w:r>
      <w:r>
        <w:t>that is unachievable goal. kyun؟</w:t>
      </w:r>
    </w:p>
    <w:p>
      <w:pPr>
        <w:jc w:val="right"/>
      </w:pPr>
      <w:r>
        <w:t>That is unachievable goal. کیوں؟</w:t>
      </w:r>
    </w:p>
    <w:p>
      <w:r>
        <w:rPr>
          <w:b/>
        </w:rPr>
        <w:t xml:space="preserve">[43:10] </w:t>
      </w:r>
      <w:r>
        <w:t>yeh goal takra raha hai Allah ke creation plan se۔ Allah ne har ek ko azadi di hai, har ek ko total freedom diya hai, poori azadi۔</w:t>
      </w:r>
    </w:p>
    <w:p>
      <w:pPr>
        <w:jc w:val="right"/>
      </w:pPr>
      <w:r>
        <w:t>یہ goal ٹکرا رہا ہے اللہ کے creation plan سے۔ اللہ نے ہر ایک کو آزادی دی ہے، ہر ایک کو total freedom دیا ہے، پوری آزادی۔</w:t>
      </w:r>
    </w:p>
    <w:p>
      <w:r>
        <w:rPr>
          <w:b/>
        </w:rPr>
        <w:t xml:space="preserve">[43:24] </w:t>
      </w:r>
      <w:r>
        <w:t>phir jab poori azadi hai to aap kya karenge؟ jab poori azadi di hai to aap yeh kar hi nahi sakte ke sari dunya mein aap apna hukm chalane lagain۔</w:t>
      </w:r>
    </w:p>
    <w:p>
      <w:pPr>
        <w:jc w:val="right"/>
      </w:pPr>
      <w:r>
        <w:t>پھر جب پوری آزادی ہے تو آپ کیا کریں گے؟ جب پوری آزادی دی ہے تو آپ یہ کر ہی نہیں سکتے کہ ساری دنیا میں آپ اپنا حکم چلانے لگیں۔</w:t>
      </w:r>
    </w:p>
    <w:p>
      <w:r>
        <w:rPr>
          <w:b/>
        </w:rPr>
        <w:t xml:space="preserve">[43:36] </w:t>
      </w:r>
      <w:r>
        <w:t>mumkin nahi hai har aadmi revolt karega jagah jagah۔</w:t>
      </w:r>
    </w:p>
    <w:p>
      <w:pPr>
        <w:jc w:val="right"/>
      </w:pPr>
      <w:r>
        <w:t>ممکن نہیں ہے ہر آدمی revolt کرے گا جگہ جگہ۔</w:t>
      </w:r>
    </w:p>
    <w:p>
      <w:r>
        <w:rPr>
          <w:b/>
        </w:rPr>
        <w:t xml:space="preserve">[43:41] </w:t>
      </w:r>
      <w:r>
        <w:t>to sari dunya ke musalmanon ke dimagh mein shaitan ne kya kar diya؟ ek unachievable goal mein phansa diya un ko۔ lad rahe hain, mar rahe hain, suicide bombing kar rahe hain, milta kuch bhi nahi۔</w:t>
      </w:r>
    </w:p>
    <w:p>
      <w:pPr>
        <w:jc w:val="right"/>
      </w:pPr>
      <w:r>
        <w:t>تو ساری دنیا کے مسلمانوں کے دماغ میں شیطان نے کیا کر دیا؟ ایک unachievable goal میں پھنسا دیا ان کو۔ لڑ رہے ہیں، مر رہے ہیں، suicide bombing کر رہے ہیں، ملتا کچھ بھی نہیں۔</w:t>
      </w:r>
    </w:p>
    <w:p>
      <w:r>
        <w:rPr>
          <w:b/>
        </w:rPr>
        <w:t xml:space="preserve">[43:51] </w:t>
      </w:r>
      <w:r>
        <w:t>milta kya hai؟ nafrat, inteqam, nafrat, revenge, aur suicide bombing۔</w:t>
      </w:r>
    </w:p>
    <w:p>
      <w:pPr>
        <w:jc w:val="right"/>
      </w:pPr>
      <w:r>
        <w:t>ملتا کیا ہے؟ نفرت، انتقام، نفرت، revenge، اور suicide bombing۔</w:t>
      </w:r>
    </w:p>
    <w:p>
      <w:r>
        <w:rPr>
          <w:b/>
        </w:rPr>
        <w:t xml:space="preserve">[44:01] </w:t>
      </w:r>
      <w:r>
        <w:t>to shaitan ne jo challenge diya tha ke main insanon ki majority ko follow kar lunga, usi weakness ko jaan kar ke bohat aasani se insan ko aisa kiya sakta hai ke us ko aisi baatein us ke dimagh mein dali jayen ke woh bohat slip kar ke pahunch jaye unachievable goal ki taraf۔</w:t>
      </w:r>
    </w:p>
    <w:p>
      <w:pPr>
        <w:jc w:val="right"/>
      </w:pPr>
      <w:r>
        <w:t>تو شیطان نے جو challenge دیا تھا کہ میں انسانوں کی majority کو follow کر لوں گا، اسی weakness کو جان کر کہ بہت آسانی سے انسان کو ایسا کیا سکتا ہے کہ اس کو ایسی باتیں اس کے دماغ میں ڈالی جائیں کہ وہ بہت slip کر کے پہنچ جائے unachievable goal کی طرف۔</w:t>
      </w:r>
    </w:p>
    <w:p>
      <w:r>
        <w:rPr>
          <w:b/>
        </w:rPr>
        <w:t xml:space="preserve">[44:27] </w:t>
      </w:r>
      <w:r>
        <w:t>jo unachievable goal ki taraf jayega to kya hoga؟</w:t>
      </w:r>
    </w:p>
    <w:p>
      <w:pPr>
        <w:jc w:val="right"/>
      </w:pPr>
      <w:r>
        <w:t>جو unachievable goal کی طرف جائے گا تو کیا ہوگا؟</w:t>
      </w:r>
    </w:p>
    <w:p>
      <w:r>
        <w:rPr>
          <w:b/>
        </w:rPr>
        <w:t xml:space="preserve">[44:30] </w:t>
      </w:r>
      <w:r>
        <w:t>jo shaitan ne kaha tha وَلَا تَجَدُوا أَكْثَرَهُمْ شَاكِرِينَ insanon ki majority jo hai woh shukr se hat jayegi۔</w:t>
      </w:r>
    </w:p>
    <w:p>
      <w:pPr>
        <w:jc w:val="right"/>
      </w:pPr>
      <w:r>
        <w:t>جو شیطان نے کہا تھا وَلَا تَجَدُوا أَكْثَرَهُمْ شَاكِرِينَ انسانوں کی majority جو ہے وہ شکر سے ہٹ جائے گی۔</w:t>
      </w:r>
    </w:p>
    <w:p>
      <w:r>
        <w:rPr>
          <w:b/>
        </w:rPr>
        <w:t xml:space="preserve">[44:39] </w:t>
      </w:r>
      <w:r>
        <w:t>yani الحمد culture se hat jayegi۔</w:t>
      </w:r>
    </w:p>
    <w:p>
      <w:pPr>
        <w:jc w:val="right"/>
      </w:pPr>
      <w:r>
        <w:t>یعنی الحمد culture سے ہٹ جائے گی۔</w:t>
      </w:r>
    </w:p>
    <w:p>
      <w:r>
        <w:rPr>
          <w:b/>
        </w:rPr>
        <w:t xml:space="preserve">[44:45] </w:t>
      </w:r>
      <w:r>
        <w:t>aur yahi ho raha hai۔ har ek dekhiye, nafrat ki boli bolta hai, shikayat ki boli bolta hai, protest ki boli bolta hai۔ to shaitan ne log hata rakha hai الحمد, الحمدللہ culture se۔</w:t>
      </w:r>
    </w:p>
    <w:p>
      <w:pPr>
        <w:jc w:val="right"/>
      </w:pPr>
      <w:r>
        <w:t>اور یہی ہو رہا ہے۔ ہر ایک دیکھیے، نفرت کی بولی بولتا ہے، شکایت کی بولی بولتا ہے، protest کی بولی بولتا ہے۔ تو شیطان نے لوگ ہٹا رکھا ہے الحمد، الحمدللہ culture سے۔</w:t>
      </w:r>
    </w:p>
    <w:p>
      <w:r>
        <w:rPr>
          <w:b/>
        </w:rPr>
        <w:t xml:space="preserve">[45:00] </w:t>
      </w:r>
      <w:r>
        <w:t>الحمدللہ culture se hata kar ke daal rakha hai kahan؟ nashukri par۔ complaint, protest, tashaddud۔</w:t>
      </w:r>
    </w:p>
    <w:p>
      <w:pPr>
        <w:jc w:val="right"/>
      </w:pPr>
      <w:r>
        <w:t>الحمدللہ culture سے ہٹا کر کے ڈال رکھا ہے کہاں؟ ناشکری پر۔ complaint، protest، تشدد۔</w:t>
      </w:r>
    </w:p>
    <w:p>
      <w:r>
        <w:rPr>
          <w:b/>
        </w:rPr>
        <w:t xml:space="preserve">[45:09] </w:t>
      </w:r>
      <w:r>
        <w:t>yahan tak ke suicide bombing۔</w:t>
      </w:r>
    </w:p>
    <w:p>
      <w:pPr>
        <w:jc w:val="right"/>
      </w:pPr>
      <w:r>
        <w:t>یہاں تک کہ suicide bombing۔</w:t>
      </w:r>
    </w:p>
    <w:p>
      <w:r>
        <w:rPr>
          <w:b/>
        </w:rPr>
        <w:t xml:space="preserve">[45:15] </w:t>
      </w:r>
      <w:r>
        <w:t>to in waqiat ko dekhte hue bhi nahi samajh mein aaya ke shaitan ko himmat kaise pari ke woh yeh kahe ke main is insanon ki majority ko follow kar lunga۔ kyunke us ne insan ki weakness ko pakad liya tha۔</w:t>
      </w:r>
    </w:p>
    <w:p>
      <w:pPr>
        <w:jc w:val="right"/>
      </w:pPr>
      <w:r>
        <w:t>تو ان واقعات کو دیکھتے ہوئے بھی نہیں سمجھ میں آیا کہ شیطان کو ہمت کیسے پڑی کہ وہ یہ کہے کہ میں اس انسانوں کی majority کو follow کر لوں گا۔ کیونکہ اس نے انسان کی weakness کو پکڑ لیا تھا۔</w:t>
      </w:r>
    </w:p>
    <w:p>
      <w:r>
        <w:rPr>
          <w:b/>
        </w:rPr>
        <w:t xml:space="preserve">[45:28] </w:t>
      </w:r>
      <w:r>
        <w:t>ke bohat aasani se insan ke dimagh mein ek aisi baat dali ja sakti hai ke woh unachievable goal ki taraf daud pade۔</w:t>
      </w:r>
    </w:p>
    <w:p>
      <w:pPr>
        <w:jc w:val="right"/>
      </w:pPr>
      <w:r>
        <w:t>کہ بہت آسانی سے انسان کے دماغ میں ایک ایسی بات ڈالی جا سکتی ہے کہ وہ unachievable goal کی طرف دوڑ پڑے۔</w:t>
      </w:r>
    </w:p>
    <w:p>
      <w:r>
        <w:rPr>
          <w:b/>
        </w:rPr>
        <w:t xml:space="preserve">[45:40] </w:t>
      </w:r>
      <w:r>
        <w:t>yahan tak ke dekhiye, shadi hoti hai, love marriage, aur us ke baad kyun aapas mein ladte jhagadte hain log؟ kyun separation hota hai؟</w:t>
      </w:r>
    </w:p>
    <w:p>
      <w:pPr>
        <w:jc w:val="right"/>
      </w:pPr>
      <w:r>
        <w:t>یہاں تک کہ دیکھیے، شادی ہوتی ہے، love marriage، اور اس کے بعد کیوں آپس میں لڑتے جھگڑتے ہیں لوگ؟ کیوں separation ہوتا ہے؟</w:t>
      </w:r>
    </w:p>
    <w:p>
      <w:r>
        <w:rPr>
          <w:b/>
        </w:rPr>
        <w:t xml:space="preserve">[45:49] </w:t>
      </w:r>
      <w:r>
        <w:t>kyun؟ is liye ke wahan bhi dono chahte hain ek aisi cheez jo achievable nahi۔ dono chahte hain ke woh woh meri baat maney, woh kahe meri baat maney۔</w:t>
      </w:r>
    </w:p>
    <w:p>
      <w:pPr>
        <w:jc w:val="right"/>
      </w:pPr>
      <w:r>
        <w:t>کیوں؟ اس لیے کہ وہاں بھی دونوں چاہتے ہیں ایک ایسی چیز جو achievable نہیں۔ دونوں چاہتے ہیں کہ وہ وہ میری بات مانے، وہ کہے میری بات مانے۔</w:t>
      </w:r>
    </w:p>
    <w:p>
      <w:r>
        <w:rPr>
          <w:b/>
        </w:rPr>
        <w:t xml:space="preserve">[46:02] </w:t>
      </w:r>
      <w:r>
        <w:t>to achievable kya hai؟ adjustment۔ adjustment۔ yeh</w:t>
      </w:r>
    </w:p>
    <w:p>
      <w:pPr>
        <w:jc w:val="right"/>
      </w:pPr>
      <w:r>
        <w:t>تو achievable کیا ہے؟ adjustment۔ adjustment۔ یہ</w:t>
      </w:r>
    </w:p>
    <w:p>
      <w:r>
        <w:rPr>
          <w:b/>
        </w:rPr>
        <w:t xml:space="preserve">[46:08] </w:t>
      </w:r>
      <w:r>
        <w:t>nahi ke woh tumhare aage surrender kar de, woh tumhare aage surrender kar de۔ yeh to achievable nahi hai۔</w:t>
      </w:r>
    </w:p>
    <w:p>
      <w:pPr>
        <w:jc w:val="right"/>
      </w:pPr>
      <w:r>
        <w:t>نہیں کہ وہ تمہارے آگے surrender کر دے، وہ تمہارے آگے surrender کر دے۔ یہ تو achievable نہیں ہے۔</w:t>
      </w:r>
    </w:p>
    <w:p>
      <w:r>
        <w:rPr>
          <w:b/>
        </w:rPr>
        <w:t xml:space="preserve">[46:17] </w:t>
      </w:r>
      <w:r>
        <w:t>to aurat chahti hai ke mard mere aage surrender kar de, mard chahta hai ke aurat mere aage surrender kar de۔ to shaitan bohat aasani se dono ko ek unachievable goal ki taraf daal deta hai۔</w:t>
      </w:r>
    </w:p>
    <w:p>
      <w:pPr>
        <w:jc w:val="right"/>
      </w:pPr>
      <w:r>
        <w:t>تو عورت چاہتی ہے کہ مرد میرے آگے surrender کر دے، مرد چاہتا ہے کہ عورت میرے آگے surrender کر دے۔ تو شیطان بہت آسانی سے دونوں کو ایک unachievable goal کی طرف ڈال دیتا ہے۔</w:t>
      </w:r>
    </w:p>
    <w:p>
      <w:r>
        <w:rPr>
          <w:b/>
        </w:rPr>
        <w:t xml:space="preserve">[46:28] </w:t>
      </w:r>
      <w:r>
        <w:t>to ladte hain, ladte hain, ladte hain. yahan tak ke separation ho jata hai.</w:t>
      </w:r>
    </w:p>
    <w:p>
      <w:pPr>
        <w:jc w:val="right"/>
      </w:pPr>
      <w:r>
        <w:t>تو لڑتے ہیں، لڑتے ہیں، لڑتے ہیں۔ یہاں تک کہ separation ہو جاتا ہے۔</w:t>
      </w:r>
    </w:p>
    <w:p>
      <w:r>
        <w:rPr>
          <w:b/>
        </w:rPr>
        <w:t xml:space="preserve">[46:35] </w:t>
      </w:r>
      <w:r>
        <w:t>aise hi har jagah. business mein mislan dekhiye, ek aadmi business karta hai, achha khasa chal raha hota hai. ab is ke dimagh mein kya aata hai? ke bank se loan lo aur aur sab se bare tum ban jao.</w:t>
      </w:r>
    </w:p>
    <w:p>
      <w:pPr>
        <w:jc w:val="right"/>
      </w:pPr>
      <w:r>
        <w:t>ایسے ہی ہر جگہ۔ business میں مثلاً دیکھیے، ایک آدمی business کرتا ہے، اچھا خاصا چل رہا ہوتا ہے۔ اب اس کے دماغ میں کیا آتا ہے؟ کہ بینک سے loan لو اور اور سب سے بڑے تم بن جاؤ۔</w:t>
      </w:r>
    </w:p>
    <w:p>
      <w:r>
        <w:rPr>
          <w:b/>
        </w:rPr>
        <w:t xml:space="preserve">[46:48] </w:t>
      </w:r>
      <w:r>
        <w:t>ab bank se loan kar le kar ke is ka installment nahi de pata aur frustration mein mar jata hai. jaise abhi jaldi is ka qissa hua jo</w:t>
      </w:r>
    </w:p>
    <w:p>
      <w:pPr>
        <w:jc w:val="right"/>
      </w:pPr>
      <w:r>
        <w:t>اب بینک سے loan کر لے کر کے اس کا installment نہیں دے پاتا اور frustration میں مر جاتا ہے۔ جیسے ابھی جلدی اس کا قصہ ہوا جو</w:t>
      </w:r>
    </w:p>
    <w:p>
      <w:r>
        <w:rPr>
          <w:b/>
        </w:rPr>
        <w:t xml:space="preserve">[46:59] </w:t>
      </w:r>
      <w:r>
        <w:t>wo jo tha Steve Jobs jo tha, jis ne bohat bara Apple wo kiya nikala tha? computer.</w:t>
      </w:r>
    </w:p>
    <w:p>
      <w:pPr>
        <w:jc w:val="right"/>
      </w:pPr>
      <w:r>
        <w:t>وہ جو تھا Steve Jobs جو تھا، جس نے بہت بڑا Apple وہ کیا نکالا تھا؟ کمپیوٹر۔</w:t>
      </w:r>
    </w:p>
    <w:p>
      <w:r>
        <w:rPr>
          <w:b/>
        </w:rPr>
        <w:t xml:space="preserve">[47:10] </w:t>
      </w:r>
      <w:r>
        <w:t>to frustration mein mara. ke dunya ke sab se bara maldar banne ke chakar mein. to bohat aasani se chahe secular field mein aadmi ho, chahe religious field mein, shaitan bohat aasani se is ko kya karta hai?</w:t>
      </w:r>
    </w:p>
    <w:p>
      <w:pPr>
        <w:jc w:val="right"/>
      </w:pPr>
      <w:r>
        <w:t>تو frustration میں مرا۔ کہ دنیا کے سب سے بڑا مالدار بننے کے چکر میں۔ تو بہت آسانی سے چاہے secular field میں آدمی ہو، چاہے religious field میں، شیطان بہت آسانی سے اس کو کیا کرتا ہے؟</w:t>
      </w:r>
    </w:p>
    <w:p>
      <w:r>
        <w:rPr>
          <w:b/>
        </w:rPr>
        <w:t xml:space="preserve">[47:26] </w:t>
      </w:r>
      <w:r>
        <w:t>unachievable goal ki taraf daal deta hai.</w:t>
      </w:r>
    </w:p>
    <w:p>
      <w:pPr>
        <w:jc w:val="right"/>
      </w:pPr>
      <w:r>
        <w:t>unachievable goal کی طرف ڈال دیتا ہے۔</w:t>
      </w:r>
    </w:p>
    <w:p>
      <w:r>
        <w:rPr>
          <w:b/>
        </w:rPr>
        <w:t xml:space="preserve">[47:32] </w:t>
      </w:r>
      <w:r>
        <w:t>to aaj jab maine khabar padhi akhbar mein to maine kaha ke dekho,</w:t>
      </w:r>
    </w:p>
    <w:p>
      <w:pPr>
        <w:jc w:val="right"/>
      </w:pPr>
      <w:r>
        <w:t>تو آج جب میں نے خبر پڑھی اخبار میں تو میں نے کہا کہ دیکھو،</w:t>
      </w:r>
    </w:p>
    <w:p>
      <w:r>
        <w:rPr>
          <w:b/>
        </w:rPr>
        <w:t xml:space="preserve">[47:40] </w:t>
      </w:r>
      <w:r>
        <w:t>itne sare muslim countries hain, fifty-eight muslim countries hain, har jagah ladai, har jagah tashaddud, har jagah nafrat, har jagah jihad ke naam par takrao.</w:t>
      </w:r>
    </w:p>
    <w:p>
      <w:pPr>
        <w:jc w:val="right"/>
      </w:pPr>
      <w:r>
        <w:t>اتنے سارے مسلم countries ہیں، fifty-eight مسلم countries ہیں، ہر جگہ لڑائی، ہر جگہ تشدد، ہر جگہ نفرت، ہر جگہ جہاد کے نام پر ٹکراؤ۔</w:t>
      </w:r>
    </w:p>
    <w:p>
      <w:r>
        <w:rPr>
          <w:b/>
        </w:rPr>
        <w:t xml:space="preserve">[47:49] </w:t>
      </w:r>
      <w:r>
        <w:t>kyun? unachievable goal.</w:t>
      </w:r>
    </w:p>
    <w:p>
      <w:pPr>
        <w:jc w:val="right"/>
      </w:pPr>
      <w:r>
        <w:t>کیوں؟ unachievable goal۔</w:t>
      </w:r>
    </w:p>
    <w:p>
      <w:r>
        <w:rPr>
          <w:b/>
        </w:rPr>
        <w:t xml:space="preserve">[48:02] </w:t>
      </w:r>
      <w:r>
        <w:t>to insan ko dekhiye, ye wisdom mein samajhta hoon ke ye wisdom hai. ye wisdom hai to differentiate between achievable and unachievable ye wisdom hai.</w:t>
      </w:r>
    </w:p>
    <w:p>
      <w:pPr>
        <w:jc w:val="right"/>
      </w:pPr>
      <w:r>
        <w:t>تو انسان کو دیکھیے، یہ wisdom میں سمجھتا ہوں کہ یہ wisdom ہے۔ یہ wisdom ہے to differentiate between achievable and unachievable یہ wisdom ہے۔</w:t>
      </w:r>
    </w:p>
    <w:p>
      <w:r>
        <w:rPr>
          <w:b/>
        </w:rPr>
        <w:t xml:space="preserve">[48:15] </w:t>
      </w:r>
      <w:r>
        <w:t>isi ke naam wisdom hai ke aap farq kar saken ke what is achievable and what is unachievable</w:t>
      </w:r>
    </w:p>
    <w:p>
      <w:pPr>
        <w:jc w:val="right"/>
      </w:pPr>
      <w:r>
        <w:t>اسی کے نام wisdom ہے کہ آپ فرق کر سکیں کہ what is achievable and what is unachievable</w:t>
      </w:r>
    </w:p>
    <w:p>
      <w:r>
        <w:rPr>
          <w:b/>
        </w:rPr>
        <w:t xml:space="preserve">[48:26] </w:t>
      </w:r>
      <w:r>
        <w:t>kyunki hamesha dekhiye, chahe koi individual ho, chahe koi bara aadmi ho, chahe VVIP ho, kuch bhi ho, har ek ke liye kuch hota hai achievable, kuch hota hai unachievable.</w:t>
      </w:r>
    </w:p>
    <w:p>
      <w:pPr>
        <w:jc w:val="right"/>
      </w:pPr>
      <w:r>
        <w:t>کیونکہ ہمیشہ دیکھیے، چاہے کوئی individual ہو، چاہے کوئی بڑا آدمی ہو، چاہے VVIP ہو، کچھ بھی ہو، ہر ایک کے لیے کچھ ہوتا ہے achievable، کچھ ہوتا ہے unachievable۔</w:t>
      </w:r>
    </w:p>
    <w:p>
      <w:r>
        <w:rPr>
          <w:b/>
        </w:rPr>
        <w:t xml:space="preserve">[48:42] </w:t>
      </w:r>
      <w:r>
        <w:t>to wisdom yahi hai, hikmat yahi hai ke aap farq ko jano aur apne aap ko sirf achievable mein istemal karo, unachievable se mukammal taur par door raho.</w:t>
      </w:r>
    </w:p>
    <w:p>
      <w:pPr>
        <w:jc w:val="right"/>
      </w:pPr>
      <w:r>
        <w:t>تو wisdom یہی ہے، حکمت یہی ہے کہ آپ فرق کو جانیں اور اپنے آپ کو صرف achievable میں استعمال کریں، unachievable سے مکمل طور پر دور رہیں۔</w:t>
      </w:r>
    </w:p>
    <w:p>
      <w:r>
        <w:rPr>
          <w:b/>
        </w:rPr>
        <w:t xml:space="preserve">[48:54] </w:t>
      </w:r>
      <w:r>
        <w:t>warna kya hoga?</w:t>
      </w:r>
    </w:p>
    <w:p>
      <w:pPr>
        <w:jc w:val="right"/>
      </w:pPr>
      <w:r>
        <w:t>ورنہ کیا ہوگا؟</w:t>
      </w:r>
    </w:p>
    <w:p>
      <w:r>
        <w:rPr>
          <w:b/>
        </w:rPr>
        <w:t xml:space="preserve">[48:56] </w:t>
      </w:r>
      <w:r>
        <w:t>tension, tension, hate, hate.</w:t>
      </w:r>
    </w:p>
    <w:p>
      <w:pPr>
        <w:jc w:val="right"/>
      </w:pPr>
      <w:r>
        <w:t>tension، tension، hate، hate۔</w:t>
      </w:r>
    </w:p>
    <w:p>
      <w:r>
        <w:rPr>
          <w:b/>
        </w:rPr>
        <w:t xml:space="preserve">[49:02] </w:t>
      </w:r>
      <w:r>
        <w:t>yahan tak ke hote hote,</w:t>
      </w:r>
    </w:p>
    <w:p>
      <w:pPr>
        <w:jc w:val="right"/>
      </w:pPr>
      <w:r>
        <w:t>یہاں تک کہ ہوتے ہوتے،</w:t>
      </w:r>
    </w:p>
    <w:p>
      <w:r>
        <w:rPr>
          <w:b/>
        </w:rPr>
        <w:t xml:space="preserve">[49:07] </w:t>
      </w:r>
      <w:r>
        <w:t>yani early death.</w:t>
      </w:r>
    </w:p>
    <w:p>
      <w:pPr>
        <w:jc w:val="right"/>
      </w:pPr>
      <w:r>
        <w:t>یعنی early death۔</w:t>
      </w:r>
    </w:p>
    <w:p>
      <w:r>
        <w:rPr>
          <w:b/>
        </w:rPr>
        <w:t xml:space="preserve">[49:16] </w:t>
      </w:r>
      <w:r>
        <w:t>abhi subah mujhe ek ek ek sahab ke bare mein maloom hua ke wo achha job un ke pas tha, paisa bhi tha, sab kuch tha, lekin koi ek aisa goal bana liya unho ne jo achievable nahi tha.</w:t>
      </w:r>
    </w:p>
    <w:p>
      <w:pPr>
        <w:jc w:val="right"/>
      </w:pPr>
      <w:r>
        <w:t>ابھی صبح مجھے ایک ایک ایک صاحب کے بارے میں معلوم ہوا کہ وہ اچھا job ان کے پاس تھا، پیسہ بھی تھا، سب کچھ تھا، لیکن کوئی ایک ایسا goal بنا لیا انہوں نے جو achievable نہیں تھا۔</w:t>
      </w:r>
    </w:p>
    <w:p>
      <w:r>
        <w:rPr>
          <w:b/>
        </w:rPr>
        <w:t xml:space="preserve">[49:30] </w:t>
      </w:r>
      <w:r>
        <w:t>wo hasil nahi ho raha tha. to yahan tak tension mein pade ke dono gurde fail ho gaye, dono kidney fail ho gayi un ki. yani bazahir sab kuch tha un ke pas.</w:t>
      </w:r>
    </w:p>
    <w:p>
      <w:pPr>
        <w:jc w:val="right"/>
      </w:pPr>
      <w:r>
        <w:t>وہ حاصل نہیں ہو رہا تھا۔ تو یہاں تک tension میں پڑے کہ دونوں گردے fail ہو گئے، دونوں kidney fail ہو گئی ان کی۔ یعنی بظاہر سب کچھ تھا ان کے پاس۔</w:t>
      </w:r>
    </w:p>
    <w:p>
      <w:r>
        <w:rPr>
          <w:b/>
        </w:rPr>
        <w:t xml:space="preserve">[49:42] </w:t>
      </w:r>
      <w:r>
        <w:t>khane peene ki kami nahi, rehne ke liye ghar hai, baithne ke liye car hai, sab kuch hai. phir bhi unho ne ek unachievable goal bana liya apne liye ke falan cheez to abhi mili nahi, falan item to abhi baki hai.</w:t>
      </w:r>
    </w:p>
    <w:p>
      <w:pPr>
        <w:jc w:val="right"/>
      </w:pPr>
      <w:r>
        <w:t>کھانے پینے کی کمی نہیں، رہنے کے لیے گھر ہے، بیٹھنے کے لیے کار ہے، سب کچھ ہے۔ پھر بھی انہوں نے ایک unachievable goal بنا لیا اپنے لیے کہ فلاں چیز تو ابھی ملی نہیں، فلاں item تو ابھی باقی ہے۔</w:t>
      </w:r>
    </w:p>
    <w:p>
      <w:r>
        <w:rPr>
          <w:b/>
        </w:rPr>
        <w:t xml:space="preserve">[49:57] </w:t>
      </w:r>
      <w:r>
        <w:t>is chakar mein tension pade, tension badhte badhte, itna bara tension ke un ke bimar ho gaye aur phir dono kidney fail ho gaye aur mar gaye.</w:t>
      </w:r>
    </w:p>
    <w:p>
      <w:pPr>
        <w:jc w:val="right"/>
      </w:pPr>
      <w:r>
        <w:t>اس چکر میں tension پڑے، tension بڑھتے بڑھتے، اتنا بڑا tension کہ ان کے بیمار ہو گئے اور پھر دونوں kidney fail ہو گئے اور مر گئے۔</w:t>
      </w:r>
    </w:p>
    <w:p>
      <w:r>
        <w:rPr>
          <w:b/>
        </w:rPr>
        <w:t xml:space="preserve">[50:06] </w:t>
      </w:r>
      <w:r>
        <w:t>early death ho gayi.</w:t>
      </w:r>
    </w:p>
    <w:p>
      <w:pPr>
        <w:jc w:val="right"/>
      </w:pPr>
      <w:r>
        <w:t>early death ہو گئی۔</w:t>
      </w:r>
    </w:p>
    <w:p>
      <w:r>
        <w:rPr>
          <w:b/>
        </w:rPr>
        <w:t xml:space="preserve">[50:10] </w:t>
      </w:r>
      <w:r>
        <w:t>ye sab ka haal hai. More or less. Secular log bhi isi mein phanse hue hain, religious log bhi isi mein phanse hue hain. More or less.</w:t>
      </w:r>
    </w:p>
    <w:p>
      <w:pPr>
        <w:jc w:val="right"/>
      </w:pPr>
      <w:r>
        <w:t>یہ سب کا حال ہے۔ More or less. Secular لوگ بھی اسی میں پھنسے ہوئے ہیں، religious لوگ بھی اسی میں پھنسے ہوئے ہیں۔ More or less.</w:t>
      </w:r>
    </w:p>
    <w:p>
      <w:r>
        <w:rPr>
          <w:b/>
        </w:rPr>
        <w:t xml:space="preserve">[50:26] </w:t>
      </w:r>
      <w:r>
        <w:t>to main ye kehna chahunga ke har insan ko sab se pehle ye karna hai ke apne andar thinking ko develop kare, thinking.</w:t>
      </w:r>
    </w:p>
    <w:p>
      <w:pPr>
        <w:jc w:val="right"/>
      </w:pPr>
      <w:r>
        <w:t>تو میں یہ کہنا چاہوں گا کہ ہر انسان کو سب سے پہلے یہ کرنا ہے کہ اپنے اندر thinking کو develop کرے، thinking۔</w:t>
      </w:r>
    </w:p>
    <w:p>
      <w:r>
        <w:rPr>
          <w:b/>
        </w:rPr>
        <w:t xml:space="preserve">[50:40] </w:t>
      </w:r>
      <w:r>
        <w:t>thinking ko develop kare. develop karne ka matlab kya hai? wo wisdom ko seekhe. wisdom kya cheez hai?</w:t>
      </w:r>
    </w:p>
    <w:p>
      <w:pPr>
        <w:jc w:val="right"/>
      </w:pPr>
      <w:r>
        <w:t>thinking کو develop کرے۔ develop کرنے کا مطلب کیا ہے؟ وہ wisdom کو سیکھے۔ wisdom کیا چیز ہے؟</w:t>
      </w:r>
    </w:p>
    <w:p>
      <w:r>
        <w:rPr>
          <w:b/>
        </w:rPr>
        <w:t xml:space="preserve">[50:50] </w:t>
      </w:r>
      <w:r>
        <w:t>hikmat kya cheez hai? aur hikmat ka yahi khulasa hai mere nazdeek ke aap jaan paein ke kya mere liye achievable hai aur kya mere liye achievable nahi hai.</w:t>
      </w:r>
    </w:p>
    <w:p>
      <w:pPr>
        <w:jc w:val="right"/>
      </w:pPr>
      <w:r>
        <w:t>حکمت کیا چیز ہے؟ اور حکمت کا یہی خلاصہ ہے میرے نزدیک کہ آپ جان پائیں کہ کیا میرے لیے achievable ہے اور کیا میرے لیے achievable نہیں ہے۔</w:t>
      </w:r>
    </w:p>
    <w:p>
      <w:r>
        <w:rPr>
          <w:b/>
        </w:rPr>
        <w:t xml:space="preserve">[51:03] </w:t>
      </w:r>
      <w:r>
        <w:t>yeh jaan paein.</w:t>
      </w:r>
    </w:p>
    <w:p>
      <w:pPr>
        <w:jc w:val="right"/>
      </w:pPr>
      <w:r>
        <w:t>یہ جان پائیں۔</w:t>
      </w:r>
    </w:p>
    <w:p>
      <w:r>
        <w:rPr>
          <w:b/>
        </w:rPr>
        <w:t xml:space="preserve">[51:06] </w:t>
      </w:r>
      <w:r>
        <w:t>kyunke jitne cases mein sochta hoon, jitne cases, sab mein yahi hota hai ke aadmi ne unachievable goal le liya aur phir kya hua?</w:t>
      </w:r>
    </w:p>
    <w:p>
      <w:pPr>
        <w:jc w:val="right"/>
      </w:pPr>
      <w:r>
        <w:t>کیونکہ جتنے cases میں سوچتا ہوں، جتنے cases، سب میں یہی ہوتا ہے کہ آدمی نے unachievable goal لے لیا اور پھر کیا ہوا؟</w:t>
      </w:r>
    </w:p>
    <w:p>
      <w:r>
        <w:rPr>
          <w:b/>
        </w:rPr>
        <w:t xml:space="preserve">[51:16] </w:t>
      </w:r>
      <w:r>
        <w:t>frustration, tension. aur phir kya hua? bimari, isi mein mar gaya. meri umar itni lambi ho chuki hai, mein bohat logon ko dekha hai, sab ka case yahi maine paya.</w:t>
      </w:r>
    </w:p>
    <w:p>
      <w:pPr>
        <w:jc w:val="right"/>
      </w:pPr>
      <w:r>
        <w:t>frustration، tension۔ اور پھر کیا ہوا؟ بیماری، اسی میں مر گیا۔ میری عمر اتنی لمبی ہو چکی ہے، میں بہت لوگوں کو دیکھا ہے، سب کا case یہی میں نے پایا۔</w:t>
      </w:r>
    </w:p>
    <w:p>
      <w:r>
        <w:rPr>
          <w:b/>
        </w:rPr>
        <w:t xml:space="preserve">[51:37] </w:t>
      </w:r>
      <w:r>
        <w:t>aur iska formula kya tha? acha diya tha dilli ne. al khair fima waqa</w:t>
      </w:r>
    </w:p>
    <w:p>
      <w:pPr>
        <w:jc w:val="right"/>
      </w:pPr>
      <w:r>
        <w:t>اور اس کا فارمولا کیا تھا؟ اچھا دیا تھا دلی نے۔ الخير فيما وقع</w:t>
      </w:r>
    </w:p>
    <w:p>
      <w:r>
        <w:rPr>
          <w:b/>
        </w:rPr>
        <w:t xml:space="preserve">[51:44] </w:t>
      </w:r>
      <w:r>
        <w:t>yaani jo hoga wahi behtar tha. jo hoga, practically jo tum ko mil gaya, samjho kahin behtar hai.</w:t>
      </w:r>
    </w:p>
    <w:p>
      <w:pPr>
        <w:jc w:val="right"/>
      </w:pPr>
      <w:r>
        <w:t>یعنی جو ہوگا وہی بہتر تھا۔ جو ہوگا، practically جو تم کو مل گیا، سمجھو کہیں بہتر ہے۔</w:t>
      </w:r>
    </w:p>
    <w:p>
      <w:r>
        <w:rPr>
          <w:b/>
        </w:rPr>
        <w:t xml:space="preserve">[51:54] </w:t>
      </w:r>
      <w:r>
        <w:t>abhi meri mulaqat hui ek ek ek ladka aur ladki, abhi abhi shadi in ko hui thi, dono sahiban</w:t>
      </w:r>
    </w:p>
    <w:p>
      <w:pPr>
        <w:jc w:val="right"/>
      </w:pPr>
      <w:r>
        <w:t>ابھی میری ملاقات ہوئی ایک ایک ایک لڑکا اور لڑکی، ابھی ابھی شادی ان کو ہوئی تھی، دونوں صاحبان</w:t>
      </w:r>
    </w:p>
    <w:p>
      <w:r>
        <w:rPr>
          <w:b/>
        </w:rPr>
        <w:t xml:space="preserve">[52:01] </w:t>
      </w:r>
      <w:r>
        <w:t>sue. to maine dono ko kaha ke dekhiye, married life ko kamyab banane ka raaz batata hoon main aap ko. ke ladka yeh samjhe ke dunya ki sab se bari jo lady hai, woh mujhe mil gayi hai.</w:t>
      </w:r>
    </w:p>
    <w:p>
      <w:pPr>
        <w:jc w:val="right"/>
      </w:pPr>
      <w:r>
        <w:t>سے۔ تو میں نے دونوں کو کہا کہ دیکھیے، married life کو کامیاب بنانے کا راز بتاتا ہوں میں آپ کو۔ کہ لڑکا یہ سمجھے کہ دنیا کی سب سے بڑی جو lady ہے، وہ مجھے مل گئی ہے۔</w:t>
      </w:r>
    </w:p>
    <w:p>
      <w:r>
        <w:rPr>
          <w:b/>
        </w:rPr>
        <w:t xml:space="preserve">[52:19] </w:t>
      </w:r>
      <w:r>
        <w:t>aur aurat yeh samjhe ke dunya ka sab se bara acha insan jo tha, woh mujhe mil gaya.</w:t>
      </w:r>
    </w:p>
    <w:p>
      <w:pPr>
        <w:jc w:val="right"/>
      </w:pPr>
      <w:r>
        <w:t>اور عورت یہ سمجھے کہ دنیا کا سب سے بڑا اچھا انسان جو تھا، وہ مجھے مل گیا۔</w:t>
      </w:r>
    </w:p>
    <w:p>
      <w:r>
        <w:rPr>
          <w:b/>
        </w:rPr>
        <w:t xml:space="preserve">[52:27] </w:t>
      </w:r>
      <w:r>
        <w:t>dono yeh samjhein. to bas poori married life happy life hogi.</w:t>
      </w:r>
    </w:p>
    <w:p>
      <w:pPr>
        <w:jc w:val="right"/>
      </w:pPr>
      <w:r>
        <w:t>دونوں یہ سمجھیں۔ تو بس پوری married life happy life ہوگی۔</w:t>
      </w:r>
    </w:p>
    <w:p>
      <w:r>
        <w:rPr>
          <w:b/>
        </w:rPr>
        <w:t xml:space="preserve">[52:35] </w:t>
      </w:r>
      <w:r>
        <w:t>to jo aap ko mila, usi ko samjhein ke bas yahi mere liye sab se achi cheez hai.</w:t>
      </w:r>
    </w:p>
    <w:p>
      <w:pPr>
        <w:jc w:val="right"/>
      </w:pPr>
      <w:r>
        <w:t>تو جو آپ کو ملا، اسی کو سمجھیں کہ بس یہی میرے لیے سب سے اچھی چیز ہے۔</w:t>
      </w:r>
    </w:p>
    <w:p>
      <w:r>
        <w:rPr>
          <w:b/>
        </w:rPr>
        <w:t xml:space="preserve">[52:47] </w:t>
      </w:r>
      <w:r>
        <w:t>usi ko kaha jata hai status quoism. status quoism.</w:t>
      </w:r>
    </w:p>
    <w:p>
      <w:pPr>
        <w:jc w:val="right"/>
      </w:pPr>
      <w:r>
        <w:t>اسی کو کہا جاتا ہے status quoism۔ status quoism۔</w:t>
      </w:r>
    </w:p>
    <w:p>
      <w:r>
        <w:rPr>
          <w:b/>
        </w:rPr>
        <w:t xml:space="preserve">[52:56] </w:t>
      </w:r>
      <w:r>
        <w:t>to sab se zyada zaroori hai ke aap status quoist banien. idhar bhagna, idhar bhagna, yeh mizaj aap ke andar na ho.</w:t>
      </w:r>
    </w:p>
    <w:p>
      <w:pPr>
        <w:jc w:val="right"/>
      </w:pPr>
      <w:r>
        <w:t>تو سب سے زیادہ ضروری ہے کہ آپ status quoist بنیں۔ ادھر بھاگنا، ادھر بھاگنا، یہ مزاج آپ کے اندر نہ ہو۔</w:t>
      </w:r>
    </w:p>
    <w:p>
      <w:r>
        <w:rPr>
          <w:b/>
        </w:rPr>
        <w:t xml:space="preserve">[53:09] </w:t>
      </w:r>
      <w:r>
        <w:t>to is waqt jo jo main kehna chahta hoon, woh yahi hai ke musalman ka mission dawat Allah ka mission hai.</w:t>
      </w:r>
    </w:p>
    <w:p>
      <w:pPr>
        <w:jc w:val="right"/>
      </w:pPr>
      <w:r>
        <w:t>تو اس وقت جو جو میں کہنا چاہتا ہوں، وہ یہی ہے کہ مسلمان کا mission دعوت اللہ کا mission ہے۔</w:t>
      </w:r>
    </w:p>
    <w:p>
      <w:r>
        <w:rPr>
          <w:b/>
        </w:rPr>
        <w:t xml:space="preserve">[53:23] </w:t>
      </w:r>
      <w:r>
        <w:t>dawat Allah ka matlab hai ke Allah ke ka jo</w:t>
      </w:r>
    </w:p>
    <w:p>
      <w:pPr>
        <w:jc w:val="right"/>
      </w:pPr>
      <w:r>
        <w:t>دعوت اللہ کا مطلب ہے کہ اللہ کے کا جو</w:t>
      </w:r>
    </w:p>
    <w:p>
      <w:r>
        <w:rPr>
          <w:b/>
        </w:rPr>
        <w:t xml:space="preserve">[53:33] </w:t>
      </w:r>
      <w:r>
        <w:t>Allah ka jo paigham hai, is ka dunya tak pounchana.</w:t>
      </w:r>
    </w:p>
    <w:p>
      <w:pPr>
        <w:jc w:val="right"/>
      </w:pPr>
      <w:r>
        <w:t>اللہ کا جو پیغام ہے، اس کا دنیا تک پہنچانا۔</w:t>
      </w:r>
    </w:p>
    <w:p>
      <w:r>
        <w:rPr>
          <w:b/>
        </w:rPr>
        <w:t xml:space="preserve">[53:38] </w:t>
      </w:r>
      <w:r>
        <w:t>Allah ka paigham Quran ki shakal mein, Quran ki surat mein authentic taur par maujood hai aap ke paas.</w:t>
      </w:r>
    </w:p>
    <w:p>
      <w:pPr>
        <w:jc w:val="right"/>
      </w:pPr>
      <w:r>
        <w:t>اللہ کا پیغام قرآن کی شکل میں، قرآن کی صورت میں authentic طور پر موجود ہے آپ کے پاس۔</w:t>
      </w:r>
    </w:p>
    <w:p>
      <w:r>
        <w:rPr>
          <w:b/>
        </w:rPr>
        <w:t xml:space="preserve">[53:49] </w:t>
      </w:r>
      <w:r>
        <w:t>aur aise sare mawaqe paida ho gaye hain ke aap virtually aap ghar ghar pouncha sakein. without any resentment, without any rukawat.</w:t>
      </w:r>
    </w:p>
    <w:p>
      <w:pPr>
        <w:jc w:val="right"/>
      </w:pPr>
      <w:r>
        <w:t>اور ایسے سارے مواقع پیدا ہو گئے ہیں کہ آپ virtually آپ گھر گھر پہنچا سکیں۔ Without any resentment, without any رکاوٹ۔</w:t>
      </w:r>
    </w:p>
    <w:p>
      <w:r>
        <w:rPr>
          <w:b/>
        </w:rPr>
        <w:t xml:space="preserve">[54:02] </w:t>
      </w:r>
      <w:r>
        <w:t>kisi ajib opportunity hai.</w:t>
      </w:r>
    </w:p>
    <w:p>
      <w:pPr>
        <w:jc w:val="right"/>
      </w:pPr>
      <w:r>
        <w:t>کیسی عجیب opportunity ہے۔</w:t>
      </w:r>
    </w:p>
    <w:p>
      <w:r>
        <w:rPr>
          <w:b/>
        </w:rPr>
        <w:t xml:space="preserve">[54:07] </w:t>
      </w:r>
      <w:r>
        <w:t>to yeh jo hadith maine sunai hai aap ko, yeh aakhri zamane mein, yeh kehna chahiye ke twenty-first century mein ummat ko rasool Allah ek goal de gaye hain ke twenty-first century mein tumhara goal kya hoga?</w:t>
      </w:r>
    </w:p>
    <w:p>
      <w:pPr>
        <w:jc w:val="right"/>
      </w:pPr>
      <w:r>
        <w:t>تو یہ جو حدیث میں نے سنائی ہے آپ کو، یہ آخری زمانے میں، یہ کہنا چاہیے کہ twenty-first century میں امت کو رسول اللہ ایک goal دے گئے ہیں کہ twenty-first century میں تمہارا goal کیا ہوگا؟</w:t>
      </w:r>
    </w:p>
    <w:p>
      <w:r>
        <w:rPr>
          <w:b/>
        </w:rPr>
        <w:t xml:space="preserve">[54:24] </w:t>
      </w:r>
      <w:r>
        <w:t>agar aap is ko sochein, is ko ghor karein to rasool Allah ne koi apni ummat ko twenty-first century ke liye ek goal de diya.</w:t>
      </w:r>
    </w:p>
    <w:p>
      <w:pPr>
        <w:jc w:val="right"/>
      </w:pPr>
      <w:r>
        <w:t>اگر آپ اس کو سوچیں، اس کو غور کریں تو رسول اللہ نے کوئی اپنی امت کو twenty-first century کے لیے ایک goal دے دیا۔</w:t>
      </w:r>
    </w:p>
    <w:p>
      <w:r>
        <w:rPr>
          <w:b/>
        </w:rPr>
        <w:t xml:space="preserve">[54:35] </w:t>
      </w:r>
      <w:r>
        <w:t>wo goal kya tha?</w:t>
      </w:r>
    </w:p>
    <w:p>
      <w:pPr>
        <w:jc w:val="right"/>
      </w:pPr>
      <w:r>
        <w:t>وہ goal کیا تھا؟</w:t>
      </w:r>
    </w:p>
    <w:p>
      <w:r>
        <w:rPr>
          <w:b/>
        </w:rPr>
        <w:t xml:space="preserve">[54:36] </w:t>
      </w:r>
      <w:r>
        <w:t>har ghar mein Allah ke paigham ko pounchana. agar goal yeh deta ho, dete ke har dil mein Allah ke baat ko utarna, to yeh impossible goal hota.</w:t>
      </w:r>
    </w:p>
    <w:p>
      <w:pPr>
        <w:jc w:val="right"/>
      </w:pPr>
      <w:r>
        <w:t>ہر گھر میں اللہ کے پیغام کو پہنچانا۔ اگر goal یہ دیتا ہو، دیتے کہ ہر دل میں اللہ کے بات کو اتارنا، تو یہ impossible goal ہوتا۔</w:t>
      </w:r>
    </w:p>
    <w:p>
      <w:r>
        <w:rPr>
          <w:b/>
        </w:rPr>
        <w:t xml:space="preserve">[54:51] </w:t>
      </w:r>
      <w:r>
        <w:t>yeh chalne wali baat na hoti. lekin aap ne goal kya diya? har ghar mein pounchana.</w:t>
      </w:r>
    </w:p>
    <w:p>
      <w:pPr>
        <w:jc w:val="right"/>
      </w:pPr>
      <w:r>
        <w:t>یہ چلنے والی بات نہ ہوتی۔ لیکن آپ نے goal کیا دیا؟ ہر گھر میں پہنچانا۔</w:t>
      </w:r>
    </w:p>
    <w:p>
      <w:r>
        <w:rPr>
          <w:b/>
        </w:rPr>
        <w:t xml:space="preserve">[54:59] </w:t>
      </w:r>
      <w:r>
        <w:t>to aap ab age, ab yeh communication ke zamane mein, jab ke mobile aur communication ka zamana aa gaya, to bilkul possible ho gaya hai ke aap har ghar mein pouncha dein.</w:t>
      </w:r>
    </w:p>
    <w:p>
      <w:pPr>
        <w:jc w:val="right"/>
      </w:pPr>
      <w:r>
        <w:t>تو آپ اب age، اب یہ communication کے زمانے میں، جب کہ موبائل اور communication کا زمانہ آگیا، تو بالکل possible ہو گیا ہے کہ آپ ہر گھر میں پہنچا دیں۔</w:t>
      </w:r>
    </w:p>
    <w:p>
      <w:r>
        <w:rPr>
          <w:b/>
        </w:rPr>
        <w:t xml:space="preserve">[55:12] </w:t>
      </w:r>
      <w:r>
        <w:t>bghair pooche hue aadmi se, aadmi se poochne ki zaroorat nahi hai. is ki zaroorat nahi ke aap jaen aadmi ke ghar par, is ko knock karen, woh nikle. aap kahen ke bhai dekho, mere paas Allah ka aik letter aaya hai, mujhe deliver karna hai.</w:t>
      </w:r>
    </w:p>
    <w:p>
      <w:pPr>
        <w:jc w:val="right"/>
      </w:pPr>
      <w:r>
        <w:t>بغیر پوچھے ہوئے آدمی سے، آدمی سے پوچھنے کی ضرورت نہیں ہے۔ اس کی ضرورت نہیں کہ آپ جائیں آدمی کے گھر پر، اس کو knock کریں، وہ نکلے۔ آپ کہیں کہ بھئی دیکھو، میرے پاس اللہ کا ایک letter آیا ہے، مجھے deliver کرنا ہے۔</w:t>
      </w:r>
    </w:p>
    <w:p>
      <w:r>
        <w:rPr>
          <w:b/>
        </w:rPr>
        <w:t xml:space="preserve">[55:24] </w:t>
      </w:r>
      <w:r>
        <w:t>is ki zaroorat nahi hai.</w:t>
      </w:r>
    </w:p>
    <w:p>
      <w:pPr>
        <w:jc w:val="right"/>
      </w:pPr>
      <w:r>
        <w:t>اس کی ضرورت نہیں ہے۔</w:t>
      </w:r>
    </w:p>
    <w:p>
      <w:r>
        <w:rPr>
          <w:b/>
        </w:rPr>
        <w:t xml:space="preserve">[55:29] </w:t>
      </w:r>
      <w:r>
        <w:t>aik office develop kijiye, aik team banaiye, koi logon ke andar yeh spirit paida kijiye, aur un ko sath le kar yeh kaam kar daliye.</w:t>
      </w:r>
    </w:p>
    <w:p>
      <w:pPr>
        <w:jc w:val="right"/>
      </w:pPr>
      <w:r>
        <w:t>ایک office develop کیجیے، ایک ٹیم بنائیے، کوئی لوگوں کے اندر یہ spirit پیدا کیجیے، اور ان کو ساتھ لے کر یہ کام کر ڈالیے۔</w:t>
      </w:r>
    </w:p>
    <w:p>
      <w:r>
        <w:rPr>
          <w:b/>
        </w:rPr>
        <w:t xml:space="preserve">[55:42] </w:t>
      </w:r>
      <w:r>
        <w:t>aur sari dunya ke har ghar mein, har ghar mein, har ghar mein Allah ka word, word of God, is mein Quran jo lafz hai, kalma yaani word of God pohnch jayega.</w:t>
      </w:r>
    </w:p>
    <w:p>
      <w:pPr>
        <w:jc w:val="right"/>
      </w:pPr>
      <w:r>
        <w:t>اور ساری دنیا کے ہر گھر میں، ہر گھر میں، ہر گھر میں اللہ کا word، word of God، اس میں قرآن جو لفظ ہے، کلمہ یعنی word of God پہنچ جائے گا۔</w:t>
      </w:r>
    </w:p>
    <w:p>
      <w:r>
        <w:rPr>
          <w:b/>
        </w:rPr>
        <w:t xml:space="preserve">[55:56] </w:t>
      </w:r>
      <w:r>
        <w:t>kaisa ajeeb yeh aik aik aik yeh soch ke kitna ajeeb thrill aata hai ke mere Khuda ne mujhe aik aisa mission de diya.</w:t>
      </w:r>
    </w:p>
    <w:p>
      <w:pPr>
        <w:jc w:val="right"/>
      </w:pPr>
      <w:r>
        <w:t>کیسا عجیب یہ ایک ایک ایک یہ سوچ کے کتنا عجیب thrill آتا ہے کہ میرے خدا نے مجھے ایک ایسا mission دے دیا۔</w:t>
      </w:r>
    </w:p>
    <w:p>
      <w:r>
        <w:rPr>
          <w:b/>
        </w:rPr>
        <w:t xml:space="preserve">[56:08] </w:t>
      </w:r>
      <w:r>
        <w:t>jo bohat bari basic hai aur sath sath woh hundred percent achievable hai.</w:t>
      </w:r>
    </w:p>
    <w:p>
      <w:pPr>
        <w:jc w:val="right"/>
      </w:pPr>
      <w:r>
        <w:t>جو بہت بڑی basic ہے اور ساتھ ساتھ وہ hundred percent achievable ہے۔</w:t>
      </w:r>
    </w:p>
    <w:p>
      <w:r>
        <w:rPr>
          <w:b/>
        </w:rPr>
        <w:t xml:space="preserve">[56:14] </w:t>
      </w:r>
      <w:r>
        <w:t>aap sochen,</w:t>
      </w:r>
    </w:p>
    <w:p>
      <w:pPr>
        <w:jc w:val="right"/>
      </w:pPr>
      <w:r>
        <w:t>آپ سوچیں،</w:t>
      </w:r>
    </w:p>
    <w:p>
      <w:r>
        <w:rPr>
          <w:b/>
        </w:rPr>
        <w:t xml:space="preserve">[56:22] </w:t>
      </w:r>
      <w:r>
        <w:t>yaani Allah ne aap ko aik aisa mission de diya jo jis ke karne par Allah ki super blessing milti hai.</w:t>
      </w:r>
    </w:p>
    <w:p>
      <w:pPr>
        <w:jc w:val="right"/>
      </w:pPr>
      <w:r>
        <w:t>یعنی اللہ نے آپ کو ایک ایسا mission دے دیا جو جس کے کرنے پر اللہ کی super blessing ملتی ہے۔</w:t>
      </w:r>
    </w:p>
    <w:p>
      <w:r>
        <w:rPr>
          <w:b/>
        </w:rPr>
        <w:t xml:space="preserve">[56:33] </w:t>
      </w:r>
      <w:r>
        <w:t>super blessing. aur sari jo cheezen is ke is ke liye zaroorat thi, jo jo supporting base thi, woh sab faraham kar di.</w:t>
      </w:r>
    </w:p>
    <w:p>
      <w:pPr>
        <w:jc w:val="right"/>
      </w:pPr>
      <w:r>
        <w:t>super blessing۔ اور سارے جو چیزیں اس کے اس کے لیے ضرورت تھیں، جو جو supporting base تھی، وہ سب فراہم کر دی۔</w:t>
      </w:r>
    </w:p>
    <w:p>
      <w:r>
        <w:rPr>
          <w:b/>
        </w:rPr>
        <w:t xml:space="preserve">[56:48] </w:t>
      </w:r>
      <w:r>
        <w:t>aur woh is had tak develop hua sara communication ke akhirat tak woh achievable ho gaya. ab aap ke paas farishta aata hai, kehta hai ke bhai to kya hai yeh kaam?</w:t>
      </w:r>
    </w:p>
    <w:p>
      <w:pPr>
        <w:jc w:val="right"/>
      </w:pPr>
      <w:r>
        <w:t>اور وہ اس حد تک develop ہوا سارا communication کہ آخرت تک وہ achievable ہو گیا۔ اب آپ کے پاس فرشتہ آتا ہے، کہتا ہے کہ بھئی تو کیا ہے یہ کام؟</w:t>
      </w:r>
    </w:p>
    <w:p>
      <w:r>
        <w:rPr>
          <w:b/>
        </w:rPr>
        <w:t xml:space="preserve">[57:02] </w:t>
      </w:r>
      <w:r>
        <w:t>to kaisa thrill aayega aap ke andar, thrill ke Allah ne mujhe aik aisa kaam de diya jo meri akhirat tak achievable hai.</w:t>
      </w:r>
    </w:p>
    <w:p>
      <w:pPr>
        <w:jc w:val="right"/>
      </w:pPr>
      <w:r>
        <w:t>تو کیسا thrill آئے گا آپ کے اندر، thrill کہ اللہ نے مجھے ایک ایسا کام دے دیا جو میری آخرت تک achievable ہے۔</w:t>
      </w:r>
    </w:p>
    <w:p>
      <w:r>
        <w:rPr>
          <w:b/>
        </w:rPr>
        <w:t xml:space="preserve">[57:18] </w:t>
      </w:r>
      <w:r>
        <w:t>to yeh sab baaten sochne ki hain. jitna aap sochenge, utna hi aap ke andar himmat aayegi, aap ke andar enthusiasm aayega,</w:t>
      </w:r>
    </w:p>
    <w:p>
      <w:pPr>
        <w:jc w:val="right"/>
      </w:pPr>
      <w:r>
        <w:t>تو یہ سب باتیں سوچنے کی ہیں۔ جتنا آپ سوچیں گے، اتنا ہی آپ کے اندر ہمت آئے گی، آپ کے اندر enthusiasm آئے گا،</w:t>
      </w:r>
    </w:p>
    <w:p>
      <w:r>
        <w:rPr>
          <w:b/>
        </w:rPr>
        <w:t xml:space="preserve">[57:33] </w:t>
      </w:r>
      <w:r>
        <w:t>aap ke andar hosla paida hoga. utna hi aap ke andar positivity aayegi. sab kuch sochne par hota hai.</w:t>
      </w:r>
    </w:p>
    <w:p>
      <w:pPr>
        <w:jc w:val="right"/>
      </w:pPr>
      <w:r>
        <w:t>آپ کے اندر حوصلہ پیدا ہوگا۔ اتنا ہی آپ کے اندر positivity آئے گی۔ سب کچھ سوچنے پر ہوتا ہے۔</w:t>
      </w:r>
    </w:p>
    <w:p>
      <w:r>
        <w:rPr>
          <w:b/>
        </w:rPr>
        <w:t xml:space="preserve">[57:53] </w:t>
      </w:r>
      <w:r>
        <w:t>yaani jitna ziyada aap sochenge, utna hi is ki is ki ahmiyat aap ke mind mein utarti chali jayegi.</w:t>
      </w:r>
    </w:p>
    <w:p>
      <w:pPr>
        <w:jc w:val="right"/>
      </w:pPr>
      <w:r>
        <w:t>یعنی جتنا زیادہ آپ سوچیں گے، اتنا ہی اس کی اس کی اہمیت آپ کے mind میں اترتی چلی جائے گی۔</w:t>
      </w:r>
    </w:p>
    <w:p>
      <w:r>
        <w:rPr>
          <w:b/>
        </w:rPr>
        <w:t xml:space="preserve">[58:04] </w:t>
      </w:r>
      <w:r>
        <w:t>to mein aap sab logon ko yahi appeal karta hoon ke aap khoob sochen, discover kijiye ke Allah ne aap ke liye kitna bara darwaza khol diya hai.</w:t>
      </w:r>
    </w:p>
    <w:p>
      <w:pPr>
        <w:jc w:val="right"/>
      </w:pPr>
      <w:r>
        <w:t>تو میں آپ سب لوگوں کو یہی اپیل کرتا ہوں کہ آپ خوب سوچیے، discover کیجیے کہ اللہ نے آپ کے لیے کتنا بڑا دروازہ کھول دیا ہے۔</w:t>
      </w:r>
    </w:p>
    <w:p>
      <w:r>
        <w:rPr>
          <w:b/>
        </w:rPr>
        <w:t xml:space="preserve">[58:20] </w:t>
      </w:r>
      <w:r>
        <w:t>aik achievable goal de diya.</w:t>
      </w:r>
    </w:p>
    <w:p>
      <w:pPr>
        <w:jc w:val="right"/>
      </w:pPr>
      <w:r>
        <w:t>ایک achievable goal دے دیا۔</w:t>
      </w:r>
    </w:p>
    <w:p>
      <w:r>
        <w:rPr>
          <w:b/>
        </w:rPr>
        <w:t xml:space="preserve">[58:22] </w:t>
      </w:r>
      <w:r>
        <w:t>agar Allah aap ko unachievable goal deta to kitna bura haal hota. to Musalmanon ko is bekhabari se nikaliye ke tum unachievable goal ke liye apne aap ko jaane de rahe ho, logon ko maar rahe ho,</w:t>
      </w:r>
    </w:p>
    <w:p>
      <w:pPr>
        <w:jc w:val="right"/>
      </w:pPr>
      <w:r>
        <w:t>اگر اللہ آپ کو unachievable goal دیتا تو کتنا برا حال ہوتا۔ تو مسلمانوں کو اس بے خبری سے نکالیے کہ تم unachievable goal کے لیے اپنے آپ کو جانے دے رہے ہو، لوگوں کو مار رہے ہو،</w:t>
      </w:r>
    </w:p>
    <w:p>
      <w:r>
        <w:rPr>
          <w:b/>
        </w:rPr>
        <w:t xml:space="preserve">[58:36] </w:t>
      </w:r>
      <w:r>
        <w:t>halankay aap aik aisa rasta tumhare liye khula hua hai jo bilkul akhirat tak achievable hai.</w:t>
      </w:r>
    </w:p>
    <w:p>
      <w:pPr>
        <w:jc w:val="right"/>
      </w:pPr>
      <w:r>
        <w:t>حالانکہ آپ ایک ایسا راستہ تمہارے لیے کھلا ہوا ہے جو بالکل آخرت تک achievable ہے۔</w:t>
      </w:r>
    </w:p>
    <w:p>
      <w:r>
        <w:rPr>
          <w:b/>
        </w:rPr>
        <w:t xml:space="preserve">[58:45] </w:t>
      </w:r>
      <w:r>
        <w:t>to meri dua hai ke Allah taala mujh ko aur aap ko</w:t>
      </w:r>
    </w:p>
    <w:p>
      <w:pPr>
        <w:jc w:val="right"/>
      </w:pPr>
      <w:r>
        <w:t>تو میری دعا ہے کہ اللہ تعالی مجھ کو اور آپ کو</w:t>
      </w:r>
    </w:p>
    <w:p>
      <w:r>
        <w:rPr>
          <w:b/>
        </w:rPr>
        <w:t xml:space="preserve">[58:54] </w:t>
      </w:r>
      <w:r>
        <w:t>is baat ki samajh de.</w:t>
      </w:r>
    </w:p>
    <w:p>
      <w:pPr>
        <w:jc w:val="right"/>
      </w:pPr>
      <w:r>
        <w:t>اس بات کی سمجھ دے۔</w:t>
      </w:r>
    </w:p>
    <w:p>
      <w:r>
        <w:rPr>
          <w:b/>
        </w:rPr>
        <w:t xml:space="preserve">[58:58] </w:t>
      </w:r>
      <w:r>
        <w:t>hum Allah ki marzi ko jaanen.</w:t>
      </w:r>
    </w:p>
    <w:p>
      <w:pPr>
        <w:jc w:val="right"/>
      </w:pPr>
      <w:r>
        <w:t>ہم اللہ کی مرضی کو جانیں۔</w:t>
      </w:r>
    </w:p>
    <w:p>
      <w:r>
        <w:rPr>
          <w:b/>
        </w:rPr>
        <w:t xml:space="preserve">[59:04] </w:t>
      </w:r>
      <w:r>
        <w:t>qoul qaulhaza wastaghfirullah li walakum ajmaeen.</w:t>
      </w:r>
    </w:p>
    <w:p>
      <w:pPr>
        <w:jc w:val="right"/>
      </w:pPr>
      <w:r>
        <w:t>قول قولھذا واستغفراللہ لی ولكم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