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Islamic History (English) November 30, 2007</w:t>
      </w:r>
    </w:p>
    <w:p>
      <w:r>
        <w:t>https://youtu.be/PBu7tbmSSy8</w:t>
      </w:r>
    </w:p>
    <w:p>
      <w:r>
        <w:rPr>
          <w:b/>
        </w:rPr>
        <w:t xml:space="preserve">[00:11] </w:t>
      </w:r>
      <w:r>
        <w:t>bismillah rahman rahim, wasalli allah ala nabiyil karim. rab ishrah li sadri, wa yassir li amri, wahul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the theme for the present talk is "lessons from the islamic history".</w:t>
      </w:r>
    </w:p>
    <w:p>
      <w:pPr>
        <w:jc w:val="right"/>
      </w:pPr>
      <w:r>
        <w:t>دا تھیم فار دا پریزنٹ ٹاک از "لیسنس فرام دا اسلامک ہسٹری"۔</w:t>
      </w:r>
    </w:p>
    <w:p>
      <w:r>
        <w:rPr>
          <w:b/>
        </w:rPr>
        <w:t xml:space="preserve">[00:44] </w:t>
      </w:r>
      <w:r>
        <w:t>lessons from the history of islam.</w:t>
      </w:r>
    </w:p>
    <w:p>
      <w:pPr>
        <w:jc w:val="right"/>
      </w:pPr>
      <w:r>
        <w:t>لسنس فرام دا ہسٹری آف اسلام۔</w:t>
      </w:r>
    </w:p>
    <w:p>
      <w:r>
        <w:rPr>
          <w:b/>
        </w:rPr>
        <w:t xml:space="preserve">[00:51] </w:t>
      </w:r>
      <w:r>
        <w:t>history of islam is a very wide subject.</w:t>
      </w:r>
    </w:p>
    <w:p>
      <w:pPr>
        <w:jc w:val="right"/>
      </w:pPr>
      <w:r>
        <w:t>ہسٹری آف اسلام از اے ویری وائڈ سبجیکٹ۔</w:t>
      </w:r>
    </w:p>
    <w:p>
      <w:r>
        <w:rPr>
          <w:b/>
        </w:rPr>
        <w:t xml:space="preserve">[00:55] </w:t>
      </w:r>
      <w:r>
        <w:t>there are many aspects. but</w:t>
      </w:r>
    </w:p>
    <w:p>
      <w:pPr>
        <w:jc w:val="right"/>
      </w:pPr>
      <w:r>
        <w:t>دیر آر مینی اسپیکٹس۔ بٹ</w:t>
      </w:r>
    </w:p>
    <w:p>
      <w:r>
        <w:rPr>
          <w:b/>
        </w:rPr>
        <w:t xml:space="preserve">[01:02] </w:t>
      </w:r>
      <w:r>
        <w:t>this time i will say something about one aspect, that is the dawa aspect, or critical aspect.</w:t>
      </w:r>
    </w:p>
    <w:p>
      <w:pPr>
        <w:jc w:val="right"/>
      </w:pPr>
      <w:r>
        <w:t>دس ٹائم آئی ویل سے سمتھنگ اباؤٹ ون اسپیکٹ، دیٹ از داوا اسپیکٹ، اور کریٹیکل اسپیکٹ۔</w:t>
      </w:r>
    </w:p>
    <w:p>
      <w:r>
        <w:rPr>
          <w:b/>
        </w:rPr>
        <w:t xml:space="preserve">[01:18] </w:t>
      </w:r>
      <w:r>
        <w:t>you know, prophet of islam was born in mecca in 570 ad.</w:t>
      </w:r>
    </w:p>
    <w:p>
      <w:pPr>
        <w:jc w:val="right"/>
      </w:pPr>
      <w:r>
        <w:t>یو نو، پرافٹ آف اسلام واز born ان مکہ ان 570 اے ڈی۔</w:t>
      </w:r>
    </w:p>
    <w:p>
      <w:r>
        <w:rPr>
          <w:b/>
        </w:rPr>
        <w:t xml:space="preserve">[01:35] </w:t>
      </w:r>
      <w:r>
        <w:t>he died in 632 in medina.</w:t>
      </w:r>
    </w:p>
    <w:p>
      <w:pPr>
        <w:jc w:val="right"/>
      </w:pPr>
      <w:r>
        <w:t>ہی ڈائیڈ ان 632 ان مدینہ۔</w:t>
      </w:r>
    </w:p>
    <w:p>
      <w:r>
        <w:rPr>
          <w:b/>
        </w:rPr>
        <w:t xml:space="preserve">[01:43] </w:t>
      </w:r>
      <w:r>
        <w:t>he was appointed as a prophet in 610. at the time he was in mecca. the first revelation he received</w:t>
      </w:r>
    </w:p>
    <w:p>
      <w:pPr>
        <w:jc w:val="right"/>
      </w:pPr>
      <w:r>
        <w:t>ہی واز اپوائنٹڈ ایز اے پرافٹ ان 610۔ ایٹ دا ٹائم ہی واز ان مکہ۔ دا فرسٹ ریولیشن ہی ریسیوڈ</w:t>
      </w:r>
    </w:p>
    <w:p>
      <w:r>
        <w:rPr>
          <w:b/>
        </w:rPr>
        <w:t xml:space="preserve">[01:58] </w:t>
      </w:r>
      <w:r>
        <w:t>in mecca,</w:t>
      </w:r>
    </w:p>
    <w:p>
      <w:pPr>
        <w:jc w:val="right"/>
      </w:pPr>
      <w:r>
        <w:t>ان مکہ،</w:t>
      </w:r>
    </w:p>
    <w:p>
      <w:r>
        <w:rPr>
          <w:b/>
        </w:rPr>
        <w:t xml:space="preserve">[02:02] </w:t>
      </w:r>
      <w:r>
        <w:t>namely in the cave of hira, was very simple.</w:t>
      </w:r>
    </w:p>
    <w:p>
      <w:pPr>
        <w:jc w:val="right"/>
      </w:pPr>
      <w:r>
        <w:t>نیملی ان دی کیو آف ہیرا، واز ویری سمپل۔</w:t>
      </w:r>
    </w:p>
    <w:p>
      <w:r>
        <w:rPr>
          <w:b/>
        </w:rPr>
        <w:t xml:space="preserve">[02:14] </w:t>
      </w:r>
      <w:r>
        <w:t>this first revelation was: "iqra bis rabbikal ladhi khalaq". khalaqal insana min alaq. iqra wa rabbukal akram. alladhi allama bil qalam.</w:t>
      </w:r>
    </w:p>
    <w:p>
      <w:pPr>
        <w:jc w:val="right"/>
      </w:pPr>
      <w:r>
        <w:t>دس فرسٹ ریولیشن واز: "اقرا بس ربک الذی خلق"۔ خلق الانسان من علق۔ اقرا وربک الاکرم الذی علم بالقلم۔</w:t>
      </w:r>
    </w:p>
    <w:p>
      <w:r>
        <w:rPr>
          <w:b/>
        </w:rPr>
        <w:t xml:space="preserve">[02:28] </w:t>
      </w:r>
      <w:r>
        <w:t>in this verse you can see that the emphasis is on reading. iqra, read. then allama bil qalam</w:t>
      </w:r>
    </w:p>
    <w:p>
      <w:pPr>
        <w:jc w:val="right"/>
      </w:pPr>
      <w:r>
        <w:t>ان دس ورس یو کین سی دیٹ دا ایمفیسز از ان ریڈنگ۔ اقرا، ریڈ۔ دین علم بالقلم</w:t>
      </w:r>
    </w:p>
    <w:p>
      <w:r>
        <w:rPr>
          <w:b/>
        </w:rPr>
        <w:t xml:space="preserve">[02:41] </w:t>
      </w:r>
      <w:r>
        <w:t>. then it gives emphasis the pen, that is book. because you write book with the aid of pen.</w:t>
      </w:r>
    </w:p>
    <w:p>
      <w:pPr>
        <w:jc w:val="right"/>
      </w:pPr>
      <w:r>
        <w:t>۔ دین اٹ گیوز ایمفیسز دا پین، دیٹ از بک۔ بیکاز یو رائٹ بک ود دی ایڈ اف پین۔</w:t>
      </w:r>
    </w:p>
    <w:p>
      <w:r>
        <w:rPr>
          <w:b/>
        </w:rPr>
        <w:t xml:space="preserve">[02:54] </w:t>
      </w:r>
      <w:r>
        <w:t>so what is this iqraa, and what is this talib bil qalam?</w:t>
      </w:r>
    </w:p>
    <w:p>
      <w:pPr>
        <w:jc w:val="right"/>
      </w:pPr>
      <w:r>
        <w:t>سو واٹ از دس اقراء، اینڈ واٹ از دس طالب بالقلم؟</w:t>
      </w:r>
    </w:p>
    <w:p>
      <w:r>
        <w:rPr>
          <w:b/>
        </w:rPr>
        <w:t xml:space="preserve">[02:59] </w:t>
      </w:r>
      <w:r>
        <w:t>it means that the first,</w:t>
      </w:r>
    </w:p>
    <w:p>
      <w:pPr>
        <w:jc w:val="right"/>
      </w:pPr>
      <w:r>
        <w:t>اٹ مینز دیٹ دا فرسٹ،</w:t>
      </w:r>
    </w:p>
    <w:p>
      <w:r>
        <w:rPr>
          <w:b/>
        </w:rPr>
        <w:t xml:space="preserve">[03:07] </w:t>
      </w:r>
      <w:r>
        <w:t>the first thing that is required in islamic activism or islamic dawa, that is reading, or educational activism.</w:t>
      </w:r>
    </w:p>
    <w:p>
      <w:pPr>
        <w:jc w:val="right"/>
      </w:pPr>
      <w:r>
        <w:t>دا فرسٹ تھنگ دیٹ از ریکوائرڈ ان اسلامک ایکٹیوزم اور اسلامک دعوی، دیٹ از ریڈنگ، اور ایجوکیشنل ایکٹیوزم۔</w:t>
      </w:r>
    </w:p>
    <w:p>
      <w:r>
        <w:rPr>
          <w:b/>
        </w:rPr>
        <w:t xml:space="preserve">[03:21] </w:t>
      </w:r>
      <w:r>
        <w:t>you can say that islam is basically the method of islam is basically based on education, or educational activism.</w:t>
      </w:r>
    </w:p>
    <w:p>
      <w:pPr>
        <w:jc w:val="right"/>
      </w:pPr>
      <w:r>
        <w:t>یو کین سے دیٹ اسلام از بیسیکلی دا میتھڈ اف اسلام از بیسیکلی بیسڈ ان ایجوکیشن، اور ایجوکیشنل ایکٹیوزم۔</w:t>
      </w:r>
    </w:p>
    <w:p>
      <w:r>
        <w:rPr>
          <w:b/>
        </w:rPr>
        <w:t xml:space="preserve">[03:34] </w:t>
      </w:r>
      <w:r>
        <w:t>so the first important aspect of islam: islam begins from education. islam begins from, from iqraa.</w:t>
      </w:r>
    </w:p>
    <w:p>
      <w:pPr>
        <w:jc w:val="right"/>
      </w:pPr>
      <w:r>
        <w:t>سو دا فرسٹ امپورٹنٹ اسپیکٹ اف اسلام: اسلام بیگنز فرام ایجوکیشن۔ اسلام بیگنز فرام، فرام اقراء۔</w:t>
      </w:r>
    </w:p>
    <w:p>
      <w:r>
        <w:rPr>
          <w:b/>
        </w:rPr>
        <w:t xml:space="preserve">[03:49] </w:t>
      </w:r>
      <w:r>
        <w:t>education means intellectual awakening. when you educate people, you try to educate, you try to awaken them in term of intellectual thinking.</w:t>
      </w:r>
    </w:p>
    <w:p>
      <w:pPr>
        <w:jc w:val="right"/>
      </w:pPr>
      <w:r>
        <w:t>ایجوکیشن مینز انٹلیکچول اویکننگ۔ وین یو ایجوکیٹ پیپل، یو ٹرائی ٹو ایجوکیٹ، یو ٹرائی ٹو اویکن دیم ان ٹرم اف انٹلیکچول تھنکنگ۔</w:t>
      </w:r>
    </w:p>
    <w:p>
      <w:r>
        <w:rPr>
          <w:b/>
        </w:rPr>
        <w:t xml:space="preserve">[04:04] </w:t>
      </w:r>
      <w:r>
        <w:t>the first of all is to awaken their mind. to try to intellectual awakening</w:t>
      </w:r>
    </w:p>
    <w:p>
      <w:pPr>
        <w:jc w:val="right"/>
      </w:pPr>
      <w:r>
        <w:t>دا فرسٹ اف ال از ٹو اویکن دیر مائنڈ۔ ٹو ٹرائی ٹو انٹلیکچول اویکننگ</w:t>
      </w:r>
    </w:p>
    <w:p>
      <w:r>
        <w:rPr>
          <w:b/>
        </w:rPr>
        <w:t xml:space="preserve">[04:17] </w:t>
      </w:r>
      <w:r>
        <w:t>. so this is the first point. islamc history begins from education, and not from sword. it is general impression that islam begins from sword.</w:t>
      </w:r>
    </w:p>
    <w:p>
      <w:pPr>
        <w:jc w:val="right"/>
      </w:pPr>
      <w:r>
        <w:t>۔ سو دس از دا فرسٹ پوائنٹ۔ اسلامک ہسٹری بیگنز فرام ایجوکیشن، اینڈ ناٹ فرام سورڈ۔ اٹ از جنرل امپریشن دیٹ اسلام بیگنز فرام سورڈ۔</w:t>
      </w:r>
    </w:p>
    <w:p>
      <w:r>
        <w:rPr>
          <w:b/>
        </w:rPr>
        <w:t xml:space="preserve">[04:32] </w:t>
      </w:r>
      <w:r>
        <w:t>it is not correct. islam begins from education, or from educational activism.</w:t>
      </w:r>
    </w:p>
    <w:p>
      <w:pPr>
        <w:jc w:val="right"/>
      </w:pPr>
      <w:r>
        <w:t>اٹ از ناٹ کریکٹ۔ اسلام بیگنز فرام ایجوکیشن، اور فرام ایجوکیشنل ایکٹیوزم۔</w:t>
      </w:r>
    </w:p>
    <w:p>
      <w:r>
        <w:rPr>
          <w:b/>
        </w:rPr>
        <w:t xml:space="preserve">[04:44] </w:t>
      </w:r>
      <w:r>
        <w:t>this is the starting point of islam, or islamic dawah.</w:t>
      </w:r>
    </w:p>
    <w:p>
      <w:pPr>
        <w:jc w:val="right"/>
      </w:pPr>
      <w:r>
        <w:t>دس از دا سٹارٹنگ پوائنٹ اف اسلام، اور اسلامک دعوی۔</w:t>
      </w:r>
    </w:p>
    <w:p>
      <w:r>
        <w:rPr>
          <w:b/>
        </w:rPr>
        <w:t xml:space="preserve">[04:50] </w:t>
      </w:r>
      <w:r>
        <w:t>then one of the early revelation was al mudathir. chapter al mudathir. this chapter says: ya ayuhal mudathir,</w:t>
      </w:r>
    </w:p>
    <w:p>
      <w:pPr>
        <w:jc w:val="right"/>
      </w:pPr>
      <w:r>
        <w:t>دین ون اف دا ارلی ریولیشن واز المدثر۔ چیپٹر المدثر۔ دس چیپٹر سیز: یا ایہا المدثر،</w:t>
      </w:r>
    </w:p>
    <w:p>
      <w:r>
        <w:rPr>
          <w:b/>
        </w:rPr>
        <w:t xml:space="preserve">[05:05] </w:t>
      </w:r>
      <w:r>
        <w:t>qum fanthir, warabbaka fakabbir, wasiyabaka fatahhir, warujza fahjur, wala tamnun tastakthir, walirabbika fasbir.</w:t>
      </w:r>
    </w:p>
    <w:p>
      <w:pPr>
        <w:jc w:val="right"/>
      </w:pPr>
      <w:r>
        <w:t>قم فانظر، وربک فکبر، وصیابک فطاہر، ورج فہجر، ولا تمن تستخسر، ولربک فصبر۔</w:t>
      </w:r>
    </w:p>
    <w:p>
      <w:r>
        <w:rPr>
          <w:b/>
        </w:rPr>
        <w:t xml:space="preserve">[05:18] </w:t>
      </w:r>
      <w:r>
        <w:t>in this verses you find that basically there are three points.</w:t>
      </w:r>
    </w:p>
    <w:p>
      <w:pPr>
        <w:jc w:val="right"/>
      </w:pPr>
      <w:r>
        <w:t>ان دس ورسز یو فائنڈ دیٹ بیسیکلی دیر ار تھری پوائنٹس۔</w:t>
      </w:r>
    </w:p>
    <w:p>
      <w:r>
        <w:rPr>
          <w:b/>
        </w:rPr>
        <w:t xml:space="preserve">[05:26] </w:t>
      </w:r>
      <w:r>
        <w:t>three points: first, al-anthar. that is dawah work. then, warabbaka fakabbir.</w:t>
      </w:r>
    </w:p>
    <w:p>
      <w:pPr>
        <w:jc w:val="right"/>
      </w:pPr>
      <w:r>
        <w:t>تھری پوائنٹس: فرسٹ، الانظار۔ دیٹ از دعوی ورک۔ دین، وربک فکبر۔</w:t>
      </w:r>
    </w:p>
    <w:p>
      <w:r>
        <w:rPr>
          <w:b/>
        </w:rPr>
        <w:t xml:space="preserve">[05:40] </w:t>
      </w:r>
      <w:r>
        <w:t>that is making god your supreme concern. then, walirabbika fasbir. that is patience, or avoidance.</w:t>
      </w:r>
    </w:p>
    <w:p>
      <w:pPr>
        <w:jc w:val="right"/>
      </w:pPr>
      <w:r>
        <w:t>دیٹ از میکنگ گاڈ یور سپریم کنسرن۔ دین، ولربک فصبر۔ دیٹ از پیشنس، اور اوائڈنس۔</w:t>
      </w:r>
    </w:p>
    <w:p>
      <w:r>
        <w:rPr>
          <w:b/>
        </w:rPr>
        <w:t xml:space="preserve">[05:52] </w:t>
      </w:r>
      <w:r>
        <w:t>so there are three point formula.</w:t>
      </w:r>
    </w:p>
    <w:p>
      <w:pPr>
        <w:jc w:val="right"/>
      </w:pPr>
      <w:r>
        <w:t>سو دیر ار تھری پوائنٹ فارمولا۔</w:t>
      </w:r>
    </w:p>
    <w:p>
      <w:r>
        <w:rPr>
          <w:b/>
        </w:rPr>
        <w:t xml:space="preserve">[05:56] </w:t>
      </w:r>
      <w:r>
        <w:t>this is dawah work, making god your supreme concern, and then</w:t>
      </w:r>
    </w:p>
    <w:p>
      <w:pPr>
        <w:jc w:val="right"/>
      </w:pPr>
      <w:r>
        <w:t>دس از دعوی ورک، میکنگ گاڈ یور سپریم کنسرن، اینڈ دین</w:t>
      </w:r>
    </w:p>
    <w:p>
      <w:r>
        <w:rPr>
          <w:b/>
        </w:rPr>
        <w:t xml:space="preserve">[06:08] </w:t>
      </w:r>
      <w:r>
        <w:t>key patience, sabr. it means that</w:t>
      </w:r>
    </w:p>
    <w:p>
      <w:pPr>
        <w:jc w:val="right"/>
      </w:pPr>
      <w:r>
        <w:t>کی پیشنس، صبر۔ اٹ مینز دیٹ</w:t>
      </w:r>
    </w:p>
    <w:p>
      <w:r>
        <w:rPr>
          <w:b/>
        </w:rPr>
        <w:t xml:space="preserve">[06:17] </w:t>
      </w:r>
      <w:r>
        <w:t>islamic activism is based basically on the work.</w:t>
      </w:r>
    </w:p>
    <w:p>
      <w:pPr>
        <w:jc w:val="right"/>
      </w:pPr>
      <w:r>
        <w:t>اسلامک ایکٹیوزم از بیسڈ بیسیکلی ان دا ورک۔</w:t>
      </w:r>
    </w:p>
    <w:p>
      <w:r>
        <w:rPr>
          <w:b/>
        </w:rPr>
        <w:t xml:space="preserve">[06:23] </w:t>
      </w:r>
      <w:r>
        <w:t>so it means that do the work, and do the work, and avoid all kind of confrontation.</w:t>
      </w:r>
    </w:p>
    <w:p>
      <w:pPr>
        <w:jc w:val="right"/>
      </w:pPr>
      <w:r>
        <w:t>سو اٹ مینز دیٹ ڈو دا ورک، اینڈ ڈو دا ورک، اینڈ اوائڈ ال کائنڈ اف کنفرنٹیشن۔</w:t>
      </w:r>
    </w:p>
    <w:p>
      <w:r>
        <w:rPr>
          <w:b/>
        </w:rPr>
        <w:t xml:space="preserve">[06:35] </w:t>
      </w:r>
      <w:r>
        <w:t>avoid confrontation in other, other problems, other fields.</w:t>
      </w:r>
    </w:p>
    <w:p>
      <w:pPr>
        <w:jc w:val="right"/>
      </w:pPr>
      <w:r>
        <w:t>اوائڈ کنفرنٹیشن ان ادر، ادر پرابلمز، ادر فیلڈز۔</w:t>
      </w:r>
    </w:p>
    <w:p>
      <w:r>
        <w:rPr>
          <w:b/>
        </w:rPr>
        <w:t xml:space="preserve">[06:45] </w:t>
      </w:r>
      <w:r>
        <w:t>and make god your sole concern. this is the basic formula of the work.</w:t>
      </w:r>
    </w:p>
    <w:p>
      <w:pPr>
        <w:jc w:val="right"/>
      </w:pPr>
      <w:r>
        <w:t>اینڈ میک گاڈ یور سول کنسرن۔ دس از دا بیسک فارمولا اف دا ورک۔</w:t>
      </w:r>
    </w:p>
    <w:p>
      <w:r>
        <w:rPr>
          <w:b/>
        </w:rPr>
        <w:t xml:space="preserve">[06:55] </w:t>
      </w:r>
      <w:r>
        <w:t>islam begins from, from</w:t>
      </w:r>
    </w:p>
    <w:p>
      <w:pPr>
        <w:jc w:val="right"/>
      </w:pPr>
      <w:r>
        <w:t>اسلام بیگنز فرام، فرام</w:t>
      </w:r>
    </w:p>
    <w:p>
      <w:r>
        <w:rPr>
          <w:b/>
        </w:rPr>
        <w:t xml:space="preserve">[07:02] </w:t>
      </w:r>
      <w:r>
        <w:t>discovery, from realization of god. when you realize god, you become a daee. and dawah mission is your only mission.</w:t>
      </w:r>
    </w:p>
    <w:p>
      <w:pPr>
        <w:jc w:val="right"/>
      </w:pPr>
      <w:r>
        <w:t>ڈسکوری، فرام ریلائزیشن اف گاڈ۔ وین یو ریلائز گاڈ، یو بیکم ا دائی۔ اینڈ دعوی مشن از یور اونلی مشن۔</w:t>
      </w:r>
    </w:p>
    <w:p>
      <w:r>
        <w:rPr>
          <w:b/>
        </w:rPr>
        <w:t xml:space="preserve">[07:18] </w:t>
      </w:r>
      <w:r>
        <w:t>dawah becomes your only mission.</w:t>
      </w:r>
    </w:p>
    <w:p>
      <w:pPr>
        <w:jc w:val="right"/>
      </w:pPr>
      <w:r>
        <w:t>دعوی بیکم یور اونلی مشن۔</w:t>
      </w:r>
    </w:p>
    <w:p>
      <w:r>
        <w:rPr>
          <w:b/>
        </w:rPr>
        <w:t xml:space="preserve">[07:22] </w:t>
      </w:r>
      <w:r>
        <w:t>so this is the, this is the three point formula of the work. one is anthar, that is conveying the message of god to all mankind.</w:t>
      </w:r>
    </w:p>
    <w:p>
      <w:pPr>
        <w:jc w:val="right"/>
      </w:pPr>
      <w:r>
        <w:t>سو دس از دا، دس از دا تھری پوائنٹ فارمولا اف دا ورک۔ ون از انظار، دیٹ از کنوینگ دا میسج اف گاڈ ٹو ال مائنڈ کائنڈ۔</w:t>
      </w:r>
    </w:p>
    <w:p>
      <w:r>
        <w:rPr>
          <w:b/>
        </w:rPr>
        <w:t xml:space="preserve">[07:37] </w:t>
      </w:r>
      <w:r>
        <w:t>then the second is making god your sole concern. that is takbir rabb, rabbaka fakabbir.</w:t>
      </w:r>
    </w:p>
    <w:p>
      <w:pPr>
        <w:jc w:val="right"/>
      </w:pPr>
      <w:r>
        <w:t>دین دا سیکنڈ از میکنگ گاڈ یور سول کنسرن۔ دیٹ از تکبیر رب، ربک فکبر۔</w:t>
      </w:r>
    </w:p>
    <w:p>
      <w:r>
        <w:rPr>
          <w:b/>
        </w:rPr>
        <w:t xml:space="preserve">[07:48] </w:t>
      </w:r>
      <w:r>
        <w:t>then, walirabbika fasbir.</w:t>
      </w:r>
    </w:p>
    <w:p>
      <w:pPr>
        <w:jc w:val="right"/>
      </w:pPr>
      <w:r>
        <w:t>دین، ولربک فصبر۔</w:t>
      </w:r>
    </w:p>
    <w:p>
      <w:r>
        <w:rPr>
          <w:b/>
        </w:rPr>
        <w:t xml:space="preserve">[07:51] </w:t>
      </w:r>
      <w:r>
        <w:t>that is avoid all kind of confrontation.</w:t>
      </w:r>
    </w:p>
    <w:p>
      <w:pPr>
        <w:jc w:val="right"/>
      </w:pPr>
      <w:r>
        <w:t>دیٹ از اوائڈ ال کائنڈ اف کنفرنٹیشن۔</w:t>
      </w:r>
    </w:p>
    <w:p>
      <w:r>
        <w:rPr>
          <w:b/>
        </w:rPr>
        <w:t xml:space="preserve">[07:57] </w:t>
      </w:r>
      <w:r>
        <w:t>sabr, or patience means avoidance. when you try to avoid all kind of other things, all kind of things other than dawah, that is sabr.</w:t>
      </w:r>
    </w:p>
    <w:p>
      <w:pPr>
        <w:jc w:val="right"/>
      </w:pPr>
      <w:r>
        <w:t>صبر، اور پیشنس مینز اوائڈنس۔ وین یو ٹرائی ٹو اوائڈ ال کائنڈ اف ادر تھنگز، ال کائنڈ اف تھنگز ادر دین دعوی، دیٹ از صبر۔</w:t>
      </w:r>
    </w:p>
    <w:p>
      <w:r>
        <w:rPr>
          <w:b/>
        </w:rPr>
        <w:t xml:space="preserve">[08:12] </w:t>
      </w:r>
      <w:r>
        <w:t>so this is the basic formula of Islamic dawah.</w:t>
      </w:r>
    </w:p>
    <w:p>
      <w:pPr>
        <w:jc w:val="right"/>
      </w:pPr>
      <w:r>
        <w:t>سو دس از دا بیسک فارمولا اف اسلامک دعوی۔</w:t>
      </w:r>
    </w:p>
    <w:p>
      <w:r>
        <w:rPr>
          <w:b/>
        </w:rPr>
        <w:t xml:space="preserve">[08:21] </w:t>
      </w:r>
      <w:r>
        <w:t>this is the basic formula of Islamic dawah. So the first lesson from the Islamic history: that Islam begins from intellectual awakening, from educational revolution,</w:t>
      </w:r>
    </w:p>
    <w:p>
      <w:pPr>
        <w:jc w:val="right"/>
      </w:pPr>
      <w:r>
        <w:t>دس از دا بیسک فارمولا اف اسلامک دعوی۔ سو دا فرسٹ لیسن فرام دا اسلامک ہسٹری: دیٹ اسلام بیگنز فرام انٹلیکچول اویکننگ، فرام ایجوکیشنل ریولوشن،</w:t>
      </w:r>
    </w:p>
    <w:p>
      <w:r>
        <w:rPr>
          <w:b/>
        </w:rPr>
        <w:t xml:space="preserve">[08:34] </w:t>
      </w:r>
      <w:r>
        <w:t>and not from sword, and not from war. Is wrong. Then what happened?</w:t>
      </w:r>
    </w:p>
    <w:p>
      <w:pPr>
        <w:jc w:val="right"/>
      </w:pPr>
      <w:r>
        <w:t>اینڈ ناٹ فرام سورڈ، اینڈ ناٹ فرام وار۔ از رونگ۔ دین واٹ ہیپن؟</w:t>
      </w:r>
    </w:p>
    <w:p>
      <w:r>
        <w:rPr>
          <w:b/>
        </w:rPr>
        <w:t xml:space="preserve">[08:43] </w:t>
      </w:r>
      <w:r>
        <w:t>When Prophet was appointed as a Prophet, at that time in Mecca, there were the people were idol worshippers.</w:t>
      </w:r>
    </w:p>
    <w:p>
      <w:pPr>
        <w:jc w:val="right"/>
      </w:pPr>
      <w:r>
        <w:t>وین پرافٹ واز اپوائنٹڈ ایز اے پرافٹ، ایٹ دا ٹائم ان مکہ، دیر ویر دا پیپل ویر ائیڈل ورسپرز۔</w:t>
      </w:r>
    </w:p>
    <w:p>
      <w:r>
        <w:rPr>
          <w:b/>
        </w:rPr>
        <w:t xml:space="preserve">[08:54] </w:t>
      </w:r>
      <w:r>
        <w:t>They went to the extent that they, they turn Mecca as an idol house</w:t>
      </w:r>
    </w:p>
    <w:p>
      <w:pPr>
        <w:jc w:val="right"/>
      </w:pPr>
      <w:r>
        <w:t>دے وینٹ ٹو دا ایکسٹنٹ دیٹ دے، دے ٹرن مکہ ایز اے ائیڈل ہاؤس</w:t>
      </w:r>
    </w:p>
    <w:p>
      <w:r>
        <w:rPr>
          <w:b/>
        </w:rPr>
        <w:t xml:space="preserve">[09:07] </w:t>
      </w:r>
      <w:r>
        <w:t>. Mecca was basically built, Mecca was built by Prophet Ibrahim as a house of God, Baitullah.</w:t>
      </w:r>
    </w:p>
    <w:p>
      <w:pPr>
        <w:jc w:val="right"/>
      </w:pPr>
      <w:r>
        <w:t>۔ مکہ واز بیسیکلی بلٹ، مکہ واز بلٹ بائی پرافٹ ابراہیم ایز ا ہاؤس اف گاڈ، بیت اللہ۔</w:t>
      </w:r>
    </w:p>
    <w:p>
      <w:r>
        <w:rPr>
          <w:b/>
        </w:rPr>
        <w:t xml:space="preserve">[09:19] </w:t>
      </w:r>
      <w:r>
        <w:t>That is for the worship of God.</w:t>
      </w:r>
    </w:p>
    <w:p>
      <w:pPr>
        <w:jc w:val="right"/>
      </w:pPr>
      <w:r>
        <w:t>دیٹ از فار دا ورسپ اف گاڈ۔</w:t>
      </w:r>
    </w:p>
    <w:p>
      <w:r>
        <w:rPr>
          <w:b/>
        </w:rPr>
        <w:t xml:space="preserve">[09:23] </w:t>
      </w:r>
      <w:r>
        <w:t>So Mecca was basically a house of Tawheed. But after some time, after some centuries, Mushrik people occupied Mecca and Kaaba,</w:t>
      </w:r>
    </w:p>
    <w:p>
      <w:pPr>
        <w:jc w:val="right"/>
      </w:pPr>
      <w:r>
        <w:t>سو مکہ واز بیسیکلی ا ہاؤس اف توحید۔ بٹ افٹر سم ٹائم، افٹر سم سینچریز، مشرک پیپل اکوپائیڈ مکہ اینڈ کعبہ،</w:t>
      </w:r>
    </w:p>
    <w:p>
      <w:r>
        <w:rPr>
          <w:b/>
        </w:rPr>
        <w:t xml:space="preserve">[09:41] </w:t>
      </w:r>
      <w:r>
        <w:t>and they placed 360 idols in Mecca, in Kaaba premises. So this was the situation at that time.</w:t>
      </w:r>
    </w:p>
    <w:p>
      <w:pPr>
        <w:jc w:val="right"/>
      </w:pPr>
      <w:r>
        <w:t>اینڈ دے پلیسڈ 360 ائیڈلز ان مکہ، ان کعبہ پریمسز۔ سو دس واز دا سچویشن ایٹ دا ٹائم۔</w:t>
      </w:r>
    </w:p>
    <w:p>
      <w:r>
        <w:rPr>
          <w:b/>
        </w:rPr>
        <w:t xml:space="preserve">[09:53] </w:t>
      </w:r>
      <w:r>
        <w:t>Prophet was a Prophet of Tawheed. That is one, that is worshipping one God.</w:t>
      </w:r>
    </w:p>
    <w:p>
      <w:pPr>
        <w:jc w:val="right"/>
      </w:pPr>
      <w:r>
        <w:t>پرافٹ واز ا پرافٹ اف توحید۔ دیٹ از ون، دیٹ از ورسپنگ ون گاڈ۔</w:t>
      </w:r>
    </w:p>
    <w:p>
      <w:r>
        <w:rPr>
          <w:b/>
        </w:rPr>
        <w:t xml:space="preserve">[10:03] </w:t>
      </w:r>
      <w:r>
        <w:t>But he never started by destroying all those idols. No, this was not the way of the Prophet of Islam.</w:t>
      </w:r>
    </w:p>
    <w:p>
      <w:pPr>
        <w:jc w:val="right"/>
      </w:pPr>
      <w:r>
        <w:t>بٹ ہی نیور سٹارٹڈ بائی ڈسٹرائنگ ال دوز ائیڈلز۔ نو، دس واز ناٹ دا وے اف دا پرافٹ اف اسلام۔</w:t>
      </w:r>
    </w:p>
    <w:p>
      <w:r>
        <w:rPr>
          <w:b/>
        </w:rPr>
        <w:t xml:space="preserve">[10:14] </w:t>
      </w:r>
      <w:r>
        <w:t>He only started his mission by saying: "Eyyaha الناس qoolo la ilaha illallah".</w:t>
      </w:r>
    </w:p>
    <w:p>
      <w:pPr>
        <w:jc w:val="right"/>
      </w:pPr>
      <w:r>
        <w:t>ہی اونلی سٹارٹڈ ہز مشن بائی سینگ: "ایہا الناس قولو لا الہ الا اللہ"۔</w:t>
      </w:r>
    </w:p>
    <w:p>
      <w:r>
        <w:rPr>
          <w:b/>
        </w:rPr>
        <w:t xml:space="preserve">[10:22] </w:t>
      </w:r>
      <w:r>
        <w:t>Tifl, O people, say</w:t>
      </w:r>
    </w:p>
    <w:p>
      <w:pPr>
        <w:jc w:val="right"/>
      </w:pPr>
      <w:r>
        <w:t>طفل، او پیپل، سے</w:t>
      </w:r>
    </w:p>
    <w:p>
      <w:r>
        <w:rPr>
          <w:b/>
        </w:rPr>
        <w:t xml:space="preserve">[10:29] </w:t>
      </w:r>
      <w:r>
        <w:t>God is one.</w:t>
      </w:r>
    </w:p>
    <w:p>
      <w:pPr>
        <w:jc w:val="right"/>
      </w:pPr>
      <w:r>
        <w:t>گاڈ از ون۔</w:t>
      </w:r>
    </w:p>
    <w:p>
      <w:r>
        <w:rPr>
          <w:b/>
        </w:rPr>
        <w:t xml:space="preserve">[10:33] </w:t>
      </w:r>
      <w:r>
        <w:t>There is no God other than God, and you will be success. This was the starting point</w:t>
      </w:r>
    </w:p>
    <w:p>
      <w:pPr>
        <w:jc w:val="right"/>
      </w:pPr>
      <w:r>
        <w:t>دیر از نو گاڈ ادر دین گاڈ، اینڈ یو ویل بی سکسیس۔ دس واز دا سٹارٹنگ پوائنٹ</w:t>
      </w:r>
    </w:p>
    <w:p>
      <w:r>
        <w:rPr>
          <w:b/>
        </w:rPr>
        <w:t xml:space="preserve">[10:44] </w:t>
      </w:r>
      <w:r>
        <w:t>. He never tried to destroy all those idols placed in Kaaba premises. Why?</w:t>
      </w:r>
    </w:p>
    <w:p>
      <w:pPr>
        <w:jc w:val="right"/>
      </w:pPr>
      <w:r>
        <w:t>۔ ہی نیور ٹرائی ٹو ڈسٹرائے ال دوز ائیڈلز پلیسڈ ان کعبہ پریمسز۔ وائی؟</w:t>
      </w:r>
    </w:p>
    <w:p>
      <w:r>
        <w:rPr>
          <w:b/>
        </w:rPr>
        <w:t xml:space="preserve">[10:53] </w:t>
      </w:r>
      <w:r>
        <w:t>Because it was confrontation</w:t>
      </w:r>
    </w:p>
    <w:p>
      <w:pPr>
        <w:jc w:val="right"/>
      </w:pPr>
      <w:r>
        <w:t>بیکاز اٹ واز کنفرنٹیشن</w:t>
      </w:r>
    </w:p>
    <w:p>
      <w:r>
        <w:rPr>
          <w:b/>
        </w:rPr>
        <w:t xml:space="preserve">[10:59] </w:t>
      </w:r>
      <w:r>
        <w:t>. Prophet was given direction from God that: "Don't go to confrontation. Simply do the work by peaceful method." That is dissemination, dissemination of the word of God, conveying the word of God to all people by peaceful method.</w:t>
      </w:r>
    </w:p>
    <w:p>
      <w:pPr>
        <w:jc w:val="right"/>
      </w:pPr>
      <w:r>
        <w:t>۔ پرافٹ واز گیون ڈائریکشن فرام گاڈ دیٹ: "ڈونٹ گو ٹو کنفرنٹیشن۔ سمپلی ڈو دا ورک بائی پیس فل میتھڈ۔" دیٹ از ڈسیمینیشن، ڈسیمینیشن اف دا ورڈ اف گاڈ، کنوینگ دا ورڈ اف گاڈ ٹو ال پیپل بائی پیس فل میتھڈ۔</w:t>
      </w:r>
    </w:p>
    <w:p>
      <w:r>
        <w:rPr>
          <w:b/>
        </w:rPr>
        <w:t xml:space="preserve">[11:25] </w:t>
      </w:r>
      <w:r>
        <w:t>So trying to destroy all those idols was confrontation. It was bound to create confrontation.</w:t>
      </w:r>
    </w:p>
    <w:p>
      <w:pPr>
        <w:jc w:val="right"/>
      </w:pPr>
      <w:r>
        <w:t>سو ٹرائینگ ٹو ڈسٹرائے ال دوز ائیڈلز واز کنفرنٹیشن۔ اٹ واز باؤنڈ ٹو کریٹ کنفرنٹیشن۔</w:t>
      </w:r>
    </w:p>
    <w:p>
      <w:r>
        <w:rPr>
          <w:b/>
        </w:rPr>
        <w:t xml:space="preserve">[11:34] </w:t>
      </w:r>
      <w:r>
        <w:t>So he completely avoided.</w:t>
      </w:r>
    </w:p>
    <w:p>
      <w:pPr>
        <w:jc w:val="right"/>
      </w:pPr>
      <w:r>
        <w:t>سو ہی کمپلیٹلی اوائڈڈ۔</w:t>
      </w:r>
    </w:p>
    <w:p>
      <w:r>
        <w:rPr>
          <w:b/>
        </w:rPr>
        <w:t xml:space="preserve">[11:39] </w:t>
      </w:r>
      <w:r>
        <w:t>So the way of the Prophet of Islam was: "Do the work and avoid all kind of tactical confrontation."</w:t>
      </w:r>
    </w:p>
    <w:p>
      <w:pPr>
        <w:jc w:val="right"/>
      </w:pPr>
      <w:r>
        <w:t>سو دا وے اف دا پرافٹ اف اسلام واز: "ڈو دا ورک اینڈ اوائڈ ال کائنڈ اف ٹیکٹیکل کنفرنٹیشن۔"</w:t>
      </w:r>
    </w:p>
    <w:p>
      <w:r>
        <w:rPr>
          <w:b/>
        </w:rPr>
        <w:t xml:space="preserve">[11:55] </w:t>
      </w:r>
      <w:r>
        <w:t>So he started his mission by following this, this wisdom.</w:t>
      </w:r>
    </w:p>
    <w:p>
      <w:pPr>
        <w:jc w:val="right"/>
      </w:pPr>
      <w:r>
        <w:t>سو ہی سٹارٹڈ ہز مشن بائی فالونگ دس، دس وزڈم۔</w:t>
      </w:r>
    </w:p>
    <w:p>
      <w:r>
        <w:rPr>
          <w:b/>
        </w:rPr>
        <w:t xml:space="preserve">[12:07] </w:t>
      </w:r>
      <w:r>
        <w:t>Then,</w:t>
      </w:r>
    </w:p>
    <w:p>
      <w:pPr>
        <w:jc w:val="right"/>
      </w:pPr>
      <w:r>
        <w:t>دین،</w:t>
      </w:r>
    </w:p>
    <w:p>
      <w:r>
        <w:rPr>
          <w:b/>
        </w:rPr>
        <w:t xml:space="preserve">[12:11] </w:t>
      </w:r>
      <w:r>
        <w:t>you know, the people of Mecca turned her style.</w:t>
      </w:r>
    </w:p>
    <w:p>
      <w:pPr>
        <w:jc w:val="right"/>
      </w:pPr>
      <w:r>
        <w:t>یو نو، دا پیپل اف مکہ ٹرنڈ ہر سٹائل۔</w:t>
      </w:r>
    </w:p>
    <w:p>
      <w:r>
        <w:rPr>
          <w:b/>
        </w:rPr>
        <w:t xml:space="preserve">[12:17] </w:t>
      </w:r>
      <w:r>
        <w:t>They, they became enemy of his mission. They wanted to kill the Prophet.</w:t>
      </w:r>
    </w:p>
    <w:p>
      <w:pPr>
        <w:jc w:val="right"/>
      </w:pPr>
      <w:r>
        <w:t>دے، دے بیکم اینمی اف ہز مشن۔ دے وانٹڈ ٹو کل دا پرافٹ۔</w:t>
      </w:r>
    </w:p>
    <w:p>
      <w:r>
        <w:rPr>
          <w:b/>
        </w:rPr>
        <w:t xml:space="preserve">[12:30] </w:t>
      </w:r>
      <w:r>
        <w:t>deen what happened? the prophet of Islam opted for migration rather than confrontation.</w:t>
      </w:r>
    </w:p>
    <w:p>
      <w:pPr>
        <w:jc w:val="right"/>
      </w:pPr>
      <w:r>
        <w:t>دین واٹ ہیپن؟ دا پرافٹ اف اسلام اگین اپریٹ فار مائیگریشن رادر دین کنفرنٹیشن۔</w:t>
      </w:r>
    </w:p>
    <w:p>
      <w:r>
        <w:rPr>
          <w:b/>
        </w:rPr>
        <w:t xml:space="preserve">[12:41] </w:t>
      </w:r>
      <w:r>
        <w:t>what is called hijrah?</w:t>
      </w:r>
    </w:p>
    <w:p>
      <w:pPr>
        <w:jc w:val="right"/>
      </w:pPr>
      <w:r>
        <w:t>واٹ از کالڈ ہجرہ؟</w:t>
      </w:r>
    </w:p>
    <w:p>
      <w:r>
        <w:rPr>
          <w:b/>
        </w:rPr>
        <w:t xml:space="preserve">[12:46] </w:t>
      </w:r>
      <w:r>
        <w:t>now, what is hijrah? hijrah means, hijrah means</w:t>
      </w:r>
    </w:p>
    <w:p>
      <w:pPr>
        <w:jc w:val="right"/>
      </w:pPr>
      <w:r>
        <w:t>ناو، واٹ از ہجرہ؟ ہجرہ مینز، ہجرہ مینز</w:t>
      </w:r>
    </w:p>
    <w:p>
      <w:r>
        <w:rPr>
          <w:b/>
        </w:rPr>
        <w:t xml:space="preserve">[12:58] </w:t>
      </w:r>
      <w:r>
        <w:t>opting for another place of work, to change the place of work. so migration or hijrah was to change the place of work.</w:t>
      </w:r>
    </w:p>
    <w:p>
      <w:pPr>
        <w:jc w:val="right"/>
      </w:pPr>
      <w:r>
        <w:t>اپٹنگ فار انادر پلیس اف ورک، ٹو چینج دا پلیس اف ورک۔ سو مائیگریشن اور ہجرہ واز ٹو چینج دا پلیس اف ورک۔</w:t>
      </w:r>
    </w:p>
    <w:p>
      <w:r>
        <w:rPr>
          <w:b/>
        </w:rPr>
        <w:t xml:space="preserve">[13:14] </w:t>
      </w:r>
      <w:r>
        <w:t>you know, at the time there were two leaders in mekkah: abu jahl and abu lahab. these two leaders</w:t>
      </w:r>
    </w:p>
    <w:p>
      <w:pPr>
        <w:jc w:val="right"/>
      </w:pPr>
      <w:r>
        <w:t>یو نو، ایٹ دا ٹائم دیر وار ٹو لیڈرز ان مکہ: ابوجہل اینڈ ابو لہب۔ دس ٹو لیڈرز</w:t>
      </w:r>
    </w:p>
    <w:p>
      <w:r>
        <w:rPr>
          <w:b/>
        </w:rPr>
        <w:t xml:space="preserve">[13:26] </w:t>
      </w:r>
      <w:r>
        <w:t>were, both the leaders were, were arrogant, were very stubborn. so it was very difficult to do the work in mekkah.</w:t>
      </w:r>
    </w:p>
    <w:p>
      <w:pPr>
        <w:jc w:val="right"/>
      </w:pPr>
      <w:r>
        <w:t>ویر، بوتھ دا لیڈرز ویر، ویر اروگنٹ، ویر ویری سٹبر۔ سو اٹ واز ویری ڈیفیکلٹ ٹو ڈو دا ورک ان مکہ۔</w:t>
      </w:r>
    </w:p>
    <w:p>
      <w:r>
        <w:rPr>
          <w:b/>
        </w:rPr>
        <w:t xml:space="preserve">[13:41] </w:t>
      </w:r>
      <w:r>
        <w:t>b</w:t>
      </w:r>
    </w:p>
    <w:p>
      <w:pPr>
        <w:jc w:val="right"/>
      </w:pPr>
      <w:r>
        <w:t>ب</w:t>
      </w:r>
    </w:p>
    <w:p>
      <w:r>
        <w:rPr>
          <w:b/>
        </w:rPr>
        <w:t xml:space="preserve">[13:42] </w:t>
      </w:r>
      <w:r>
        <w:t>but in madinah, there were two, again, there were two leaders: sa'd ibn 'ubadah and sa'd ibn mu'adh.</w:t>
      </w:r>
    </w:p>
    <w:p>
      <w:pPr>
        <w:jc w:val="right"/>
      </w:pPr>
      <w:r>
        <w:t>ٹ ان مدینہ، دیر وار ٹو، اگین، دیر وار ٹو لیڈرز: سعد ابن عبادہ اینڈ سعد ابن معاذ۔</w:t>
      </w:r>
    </w:p>
    <w:p>
      <w:r>
        <w:rPr>
          <w:b/>
        </w:rPr>
        <w:t xml:space="preserve">[13:50] </w:t>
      </w:r>
      <w:r>
        <w:t>but these two leaders were quite different from abu jahl and abu lahab. they were modest in nature: sa'd ibn 'ubadah and sa'd ibn mu'adh, both were modest in nature.</w:t>
      </w:r>
    </w:p>
    <w:p>
      <w:pPr>
        <w:jc w:val="right"/>
      </w:pPr>
      <w:r>
        <w:t>بٹ دس ٹو لیڈرز ویر کاٹ ڈفرنٹ فرام ابوجہل اینڈ ابو لہب۔ دے ویر ماڈسٹ ان نیچر: سعد ابن عبادہ اینڈ سعد ابن معاذ، بوتھ ویر ماڈسٹ ان نیچر۔</w:t>
      </w:r>
    </w:p>
    <w:p>
      <w:r>
        <w:rPr>
          <w:b/>
        </w:rPr>
        <w:t xml:space="preserve">[14:07] </w:t>
      </w:r>
      <w:r>
        <w:t>they were lenient, they were very simple.</w:t>
      </w:r>
    </w:p>
    <w:p>
      <w:pPr>
        <w:jc w:val="right"/>
      </w:pPr>
      <w:r>
        <w:t>دے ویر لینینٹ، دے ویر ویری سمپل۔</w:t>
      </w:r>
    </w:p>
    <w:p>
      <w:r>
        <w:rPr>
          <w:b/>
        </w:rPr>
        <w:t xml:space="preserve">[14:11] </w:t>
      </w:r>
      <w:r>
        <w:t>so it was very easy to deal with these two leaders in madinah. mekkah was occupied by two arrogant leaders, that is abu jahl and abu lahab.</w:t>
      </w:r>
    </w:p>
    <w:p>
      <w:pPr>
        <w:jc w:val="right"/>
      </w:pPr>
      <w:r>
        <w:t>سو اٹ واز ویری ایزی ٹو ڈیل ود دس ٹو لیڈرز ان مدینہ۔ مکہ واز اکوپائیڈ بائی ٹو اروگنٹ لیڈرز، دیٹ از ابوجہل اینڈ ابو لہب۔</w:t>
      </w:r>
    </w:p>
    <w:p>
      <w:r>
        <w:rPr>
          <w:b/>
        </w:rPr>
        <w:t xml:space="preserve">[14:27] </w:t>
      </w:r>
      <w:r>
        <w:t>but in madinah, there was different kind of leadership. here, the leaders were sa'd ibn mu'adh and sa'd ibn 'ubadah, both were modest persons.</w:t>
      </w:r>
    </w:p>
    <w:p>
      <w:pPr>
        <w:jc w:val="right"/>
      </w:pPr>
      <w:r>
        <w:t>بٹ ان مدینہ، دیر وار ڈفرنٹ کائنڈ اف لیڈرشپ۔ ہیر، دا لیڈرز ویر سعد ابن معاذ اینڈ سعد ابن عبادہ، بوتھ ویر ماڈسٹ پرسنز۔</w:t>
      </w:r>
    </w:p>
    <w:p>
      <w:r>
        <w:rPr>
          <w:b/>
        </w:rPr>
        <w:t xml:space="preserve">[14:42] </w:t>
      </w:r>
      <w:r>
        <w:t>so prophet of islam changed the work place. he migrated from mekkah to madinah, and history shows that in madinah,</w:t>
      </w:r>
    </w:p>
    <w:p>
      <w:pPr>
        <w:jc w:val="right"/>
      </w:pPr>
      <w:r>
        <w:t>سو پرافٹ اف اسلام چینج دا ورک پلیس۔ ہی مائیگریٹڈ فرام مکہ ٹو مدینہ، اینڈ ہسٹری شوز دیٹ ان مدینہ،</w:t>
      </w:r>
    </w:p>
    <w:p>
      <w:r>
        <w:rPr>
          <w:b/>
        </w:rPr>
        <w:t xml:space="preserve">[15:00] </w:t>
      </w:r>
      <w:r>
        <w:t>there was, in madinah, the situation was quite different.</w:t>
      </w:r>
    </w:p>
    <w:p>
      <w:pPr>
        <w:jc w:val="right"/>
      </w:pPr>
      <w:r>
        <w:t>دیر واز، ان مدینہ، دا سچویشن واز کاٹ ڈفرنٹ۔</w:t>
      </w:r>
    </w:p>
    <w:p>
      <w:r>
        <w:rPr>
          <w:b/>
        </w:rPr>
        <w:t xml:space="preserve">[15:06] </w:t>
      </w:r>
      <w:r>
        <w:t>in a very short period, the majority of madinah people accepted islam.</w:t>
      </w:r>
    </w:p>
    <w:p>
      <w:pPr>
        <w:jc w:val="right"/>
      </w:pPr>
      <w:r>
        <w:t>ان اے ویری شارٹ پیریڈ، دا میجورٹی اف مدینہ پیپل ایکسیپٹڈ اسلام۔</w:t>
      </w:r>
    </w:p>
    <w:p>
      <w:r>
        <w:rPr>
          <w:b/>
        </w:rPr>
        <w:t xml:space="preserve">[15:16] </w:t>
      </w:r>
      <w:r>
        <w:t>so we read in the book of history, of early history, that lam tabqa darun min dur al-ansar illa dakhala fi al-islam.</w:t>
      </w:r>
    </w:p>
    <w:p>
      <w:pPr>
        <w:jc w:val="right"/>
      </w:pPr>
      <w:r>
        <w:t>سو وی ریڈ ان دا بک اف ہسٹری، اف ارلی ہسٹری، دیٹ لم تبقہ دارم من دور الانصار الا دخل فی الاسلام۔</w:t>
      </w:r>
    </w:p>
    <w:p>
      <w:r>
        <w:rPr>
          <w:b/>
        </w:rPr>
        <w:t xml:space="preserve">[15:32] </w:t>
      </w:r>
      <w:r>
        <w:t>it means that in every house of madinah, people accepted islam.</w:t>
      </w:r>
    </w:p>
    <w:p>
      <w:pPr>
        <w:jc w:val="right"/>
      </w:pPr>
      <w:r>
        <w:t>اٹ مینز دیٹ ان ایوری ہاؤس اف مدینہ، پیپل ایکسیپٹڈ اسلام۔</w:t>
      </w:r>
    </w:p>
    <w:p>
      <w:r>
        <w:rPr>
          <w:b/>
        </w:rPr>
        <w:t xml:space="preserve">[15:43] </w:t>
      </w:r>
      <w:r>
        <w:t>so the situation was quite different due to this reason. prophet migrated from mekkah to madinah.</w:t>
      </w:r>
    </w:p>
    <w:p>
      <w:pPr>
        <w:jc w:val="right"/>
      </w:pPr>
      <w:r>
        <w:t>سو دا سچویشن واز کاٹ ڈفرنٹ ڈیو ٹو دس ریزن۔ پرافٹ مائیگریٹڈ فرام مکہ ٹو مدینہ۔</w:t>
      </w:r>
    </w:p>
    <w:p>
      <w:r>
        <w:rPr>
          <w:b/>
        </w:rPr>
        <w:t xml:space="preserve">[15:53] </w:t>
      </w:r>
      <w:r>
        <w:t>it was not simply a hijrah, not simply a migration.</w:t>
      </w:r>
    </w:p>
    <w:p>
      <w:pPr>
        <w:jc w:val="right"/>
      </w:pPr>
      <w:r>
        <w:t>اٹ واز ناٹ سمپلی ا ہجرہ، نا سمپلی ا مائیگریشن۔</w:t>
      </w:r>
    </w:p>
    <w:p>
      <w:r>
        <w:rPr>
          <w:b/>
        </w:rPr>
        <w:t xml:space="preserve">[15:58] </w:t>
      </w:r>
      <w:r>
        <w:t>it was opting for better place for the work. hijrah was literal meaning of hijrah is migration, but it was not simply a migration.</w:t>
      </w:r>
    </w:p>
    <w:p>
      <w:pPr>
        <w:jc w:val="right"/>
      </w:pPr>
      <w:r>
        <w:t>اٹ واز اپنگ فار بیٹر پلیس فار دا ورک۔ ہجرہ واز لٹرل میننگ اف ہجرہ از مائیگریشن، بٹ اٹ واز ناٹ سمپلی ا مائیگریشن۔</w:t>
      </w:r>
    </w:p>
    <w:p>
      <w:r>
        <w:rPr>
          <w:b/>
        </w:rPr>
        <w:t xml:space="preserve">[16:13] </w:t>
      </w:r>
      <w:r>
        <w:t>hijrah was</w:t>
      </w:r>
    </w:p>
    <w:p>
      <w:pPr>
        <w:jc w:val="right"/>
      </w:pPr>
      <w:r>
        <w:t>ہجرہ واز</w:t>
      </w:r>
    </w:p>
    <w:p>
      <w:r>
        <w:rPr>
          <w:b/>
        </w:rPr>
        <w:t xml:space="preserve">[16:17] </w:t>
      </w:r>
      <w:r>
        <w:t>a method of da'wah. hijrah was a method of da'wah. hijrah means opting for a better place for the work.</w:t>
      </w:r>
    </w:p>
    <w:p>
      <w:pPr>
        <w:jc w:val="right"/>
      </w:pPr>
      <w:r>
        <w:t>ا میتھڈ اف دعوی۔ ہجرہ واز ا میتھڈ اف دعوی۔ ہجرہ مینز اپنگ فار ا بیٹر پلیس فار دا ورک۔</w:t>
      </w:r>
    </w:p>
    <w:p>
      <w:r>
        <w:rPr>
          <w:b/>
        </w:rPr>
        <w:t xml:space="preserve">[16:31] </w:t>
      </w:r>
      <w:r>
        <w:t>the result shows that the assessment of prophet of islam was quite correct. in very short period, the whole madinah was islamized.</w:t>
      </w:r>
    </w:p>
    <w:p>
      <w:pPr>
        <w:jc w:val="right"/>
      </w:pPr>
      <w:r>
        <w:t>تو رزلٹ شوز دیٹ دا اسیسمنٹ اف پرافٹ اف اسلام واز کاٹ کریکٹ۔ ان ویری شارٹ پیریڈ، دا ہول مدینہ واز اسلامائزڈ۔</w:t>
      </w:r>
    </w:p>
    <w:p>
      <w:r>
        <w:rPr>
          <w:b/>
        </w:rPr>
        <w:t xml:space="preserve">[16:43] </w:t>
      </w:r>
      <w:r>
        <w:t>that seems to be possible in mekkah.</w:t>
      </w:r>
    </w:p>
    <w:p>
      <w:pPr>
        <w:jc w:val="right"/>
      </w:pPr>
      <w:r>
        <w:t>دیٹ سیمز ٹو بی پاسیبل ان مکہ۔</w:t>
      </w:r>
    </w:p>
    <w:p>
      <w:r>
        <w:rPr>
          <w:b/>
        </w:rPr>
        <w:t xml:space="preserve">[16:47] </w:t>
      </w:r>
      <w:r>
        <w:t>so this is the lesson, this is the great lesson of, of, of prophetic sunnah, prophetic model, that when you find that in a given place,</w:t>
      </w:r>
    </w:p>
    <w:p>
      <w:pPr>
        <w:jc w:val="right"/>
      </w:pPr>
      <w:r>
        <w:t>سو دس از دا لیسن، دس از دا گریٹ لیسن اف، اف، اف پرافٹک عصوہ، پرافٹک ماڈل، دیٹ وین یو فائنڈ دیٹ ان ا گیون پلیس،</w:t>
      </w:r>
    </w:p>
    <w:p>
      <w:r>
        <w:rPr>
          <w:b/>
        </w:rPr>
        <w:t xml:space="preserve">[17:05] </w:t>
      </w:r>
      <w:r>
        <w:t>dear as sam difficulties. people are very stubborn, people are arrogant. so you have to opt for another place.</w:t>
      </w:r>
    </w:p>
    <w:p>
      <w:pPr>
        <w:jc w:val="right"/>
      </w:pPr>
      <w:r>
        <w:t>دیر از سم ڈیفیکلٹیز۔ پیپل ار ویری سٹبر، پیپل ار اروگنٹ۔ سو یو ہیو ٹو اپ فار انادر پلیس۔</w:t>
      </w:r>
    </w:p>
    <w:p>
      <w:r>
        <w:rPr>
          <w:b/>
        </w:rPr>
        <w:t xml:space="preserve">[17:15] </w:t>
      </w:r>
      <w:r>
        <w:t>don't go to confrontation, don't go to fighting.</w:t>
      </w:r>
    </w:p>
    <w:p>
      <w:pPr>
        <w:jc w:val="right"/>
      </w:pPr>
      <w:r>
        <w:t>ڈونٹ گو ٹو کنفرنٹیشن، ڈونٹ گو ٹو فائٹنگ۔</w:t>
      </w:r>
    </w:p>
    <w:p>
      <w:r>
        <w:rPr>
          <w:b/>
        </w:rPr>
        <w:t xml:space="preserve">[17:23] </w:t>
      </w:r>
      <w:r>
        <w:t>so your option must be here. i would like to narrate a very, very relevant hadith.</w:t>
      </w:r>
    </w:p>
    <w:p>
      <w:pPr>
        <w:jc w:val="right"/>
      </w:pPr>
      <w:r>
        <w:t>سو یور اپشن مسٹ بی ہیر۔ ائی وڈ لائک ٹو نریٹ ا ویری، ویری ریلیونٹ حدیث۔</w:t>
      </w:r>
    </w:p>
    <w:p>
      <w:r>
        <w:rPr>
          <w:b/>
        </w:rPr>
        <w:t xml:space="preserve">[17:33] </w:t>
      </w:r>
      <w:r>
        <w:t>aisha was, aisha was a wife of the prophet of islam.</w:t>
      </w:r>
    </w:p>
    <w:p>
      <w:pPr>
        <w:jc w:val="right"/>
      </w:pPr>
      <w:r>
        <w:t>عائشہ واز، عائشہ واز ا وائف اف دا پرافٹ اف اسلام۔</w:t>
      </w:r>
    </w:p>
    <w:p>
      <w:r>
        <w:rPr>
          <w:b/>
        </w:rPr>
        <w:t xml:space="preserve">[17:39] </w:t>
      </w:r>
      <w:r>
        <w:t>she was very intelligent, and she is the major source of, of fiqh.</w:t>
      </w:r>
    </w:p>
    <w:p>
      <w:pPr>
        <w:jc w:val="right"/>
      </w:pPr>
      <w:r>
        <w:t>شی واز ویری انٹیلیجنٹ، اینڈ شی از دا میجر سورس اف، اف فقہ۔</w:t>
      </w:r>
    </w:p>
    <w:p>
      <w:r>
        <w:rPr>
          <w:b/>
        </w:rPr>
        <w:t xml:space="preserve">[17:49] </w:t>
      </w:r>
      <w:r>
        <w:t>so there is a, there is a hadith related by, by aisha in sahih al bukhari, that ma khair rasul allah sallallahu alaihi wasallam baina umrain illa ikhtar aisha rahma.</w:t>
      </w:r>
    </w:p>
    <w:p>
      <w:pPr>
        <w:jc w:val="right"/>
      </w:pPr>
      <w:r>
        <w:t>سو دیر از ا، دیر از ا حدیث ریلیٹڈ بائے، بائے عائشہ ان صحیح البخاری، دیٹ ما خیر رسول اللہ صلی اللہ علیہ وسلم بین عمرین الا اختار عائشہ رحما۔</w:t>
      </w:r>
    </w:p>
    <w:p>
      <w:r>
        <w:rPr>
          <w:b/>
        </w:rPr>
        <w:t xml:space="preserve">[18:09] </w:t>
      </w:r>
      <w:r>
        <w:t>it means that when ever the prophet of islam had to choose between the two, he always opted for easier and not harder.</w:t>
      </w:r>
    </w:p>
    <w:p>
      <w:pPr>
        <w:jc w:val="right"/>
      </w:pPr>
      <w:r>
        <w:t>اٹ مینز دیٹ وین ایور دا پرافٹ اف اسلام ہیڈ ٹو چوز بٹوین دا ٹو، ہی الویز اپٹڈ فار ایزر اینڈ ناٹ ہارڈر۔</w:t>
      </w:r>
    </w:p>
    <w:p>
      <w:r>
        <w:rPr>
          <w:b/>
        </w:rPr>
        <w:t xml:space="preserve">[18:29] </w:t>
      </w:r>
      <w:r>
        <w:t>it means that every time, in every situation, there are two options: easier option and harder option.</w:t>
      </w:r>
    </w:p>
    <w:p>
      <w:pPr>
        <w:jc w:val="right"/>
      </w:pPr>
      <w:r>
        <w:t>اٹ مینز دیٹ ایوری ٹائم، ان ایوری سچویشن، دیر ار ٹو اپشنز: ایزر اپشن اینڈ ہارڈر اپشن۔</w:t>
      </w:r>
    </w:p>
    <w:p>
      <w:r>
        <w:rPr>
          <w:b/>
        </w:rPr>
        <w:t xml:space="preserve">[18:41] </w:t>
      </w:r>
      <w:r>
        <w:t>now, what is easier option and what is harder option? in going to confrontation is harder option, and work with peaceful method is easier option.</w:t>
      </w:r>
    </w:p>
    <w:p>
      <w:pPr>
        <w:jc w:val="right"/>
      </w:pPr>
      <w:r>
        <w:t>ناو، واٹ از ایزر اپشن اینڈ واٹ از ہارڈر اپشن؟ ان گوئنگ ٹو کنفرنٹیشن از ہارڈر اپشن، اینڈ ورک ود پیس فل میتھڈ از ایزر اپشن۔</w:t>
      </w:r>
    </w:p>
    <w:p>
      <w:r>
        <w:rPr>
          <w:b/>
        </w:rPr>
        <w:t xml:space="preserve">[18:53] </w:t>
      </w:r>
      <w:r>
        <w:t>so prophet of islam always opted for peaceful method and not violent method. violent method is harder option, and peaceful method is easier option.</w:t>
      </w:r>
    </w:p>
    <w:p>
      <w:pPr>
        <w:jc w:val="right"/>
      </w:pPr>
      <w:r>
        <w:t>سو پرافٹ اف اسلام الویز اپٹڈ فار پیس فل میتھڈ اینڈ ناٹ وائلنٹ میتھڈ۔ وائلنٹ میتھڈ از ہارڈر اپشن، اینڈ پیس فل میتھڈ از ایزر اپشن۔</w:t>
      </w:r>
    </w:p>
    <w:p>
      <w:r>
        <w:rPr>
          <w:b/>
        </w:rPr>
        <w:t xml:space="preserve">[19:08] </w:t>
      </w:r>
      <w:r>
        <w:t>so this is the prophetic method of da'wah. in every situation, in every country, we have to analyze the situation.</w:t>
      </w:r>
    </w:p>
    <w:p>
      <w:pPr>
        <w:jc w:val="right"/>
      </w:pPr>
      <w:r>
        <w:t>سو دس از دا پرافٹک میتھڈ اف دعوی۔ ان ایوری سچویشن، ان ایوری کنٹری، وی ہیو ٹو اینالائز دا سچویشن۔</w:t>
      </w:r>
    </w:p>
    <w:p>
      <w:r>
        <w:rPr>
          <w:b/>
        </w:rPr>
        <w:t xml:space="preserve">[19:25] </w:t>
      </w:r>
      <w:r>
        <w:t>we have to read the situation. we have to discover which one is easier and which one is harder. basically, there are two different options.</w:t>
      </w:r>
    </w:p>
    <w:p>
      <w:pPr>
        <w:jc w:val="right"/>
      </w:pPr>
      <w:r>
        <w:t>وی ہیو ٹو ریڈ دا سچویشن۔ وی ہیو ٹو ڈسکور وچ ون از ایزر اینڈ وچ ون از ہارڈر۔ بیسیکلی، دیر ار ٹو ڈفرنٹ اپشنز۔</w:t>
      </w:r>
    </w:p>
    <w:p>
      <w:r>
        <w:rPr>
          <w:b/>
        </w:rPr>
        <w:t xml:space="preserve">[19:39] </w:t>
      </w:r>
      <w:r>
        <w:t>basically, basically, there are two different methods: peaceful method and violent method. so it is very clear that peaceful method is easier and violent method is harder.</w:t>
      </w:r>
    </w:p>
    <w:p>
      <w:pPr>
        <w:jc w:val="right"/>
      </w:pPr>
      <w:r>
        <w:t>بیسیکلی، بیسیکلی، دیر ار ٹو ڈفرنٹ میتھڈز: پیس فل میتھڈ اینڈ وائلنٹ میتھڈ۔ سو اٹ از ویری کلیئر دیٹ پیس فل میتھڈ از ایزر اینڈ وائلنٹ میتھڈ از ہارڈر۔</w:t>
      </w:r>
    </w:p>
    <w:p>
      <w:r>
        <w:rPr>
          <w:b/>
        </w:rPr>
        <w:t xml:space="preserve">[19:57] </w:t>
      </w:r>
      <w:r>
        <w:t>so muslims have to follow this uswa, this model of the prophet of islam</w:t>
      </w:r>
    </w:p>
    <w:p>
      <w:pPr>
        <w:jc w:val="right"/>
      </w:pPr>
      <w:r>
        <w:t>سو مسلمز ہیو ٹو فالو دس عصوہ، دس ماڈل اف دا پرافٹ اف اسلام</w:t>
      </w:r>
    </w:p>
    <w:p>
      <w:r>
        <w:rPr>
          <w:b/>
        </w:rPr>
        <w:t xml:space="preserve">[20:05] </w:t>
      </w:r>
      <w:r>
        <w:t>. in every situation, in every circumstances, in every field, they have to follow.</w:t>
      </w:r>
    </w:p>
    <w:p>
      <w:pPr>
        <w:jc w:val="right"/>
      </w:pPr>
      <w:r>
        <w:t>۔ ان ایوری سچویشن، ان ایوری سرکمسٹنسز، ان ایوری فیلڈ، دے ہیو ٹو فالو۔</w:t>
      </w:r>
    </w:p>
    <w:p>
      <w:r>
        <w:rPr>
          <w:b/>
        </w:rPr>
        <w:t xml:space="preserve">[20:17] </w:t>
      </w:r>
      <w:r>
        <w:t>they have to opt for peaceful method, and they have to avoid what is violent method.</w:t>
      </w:r>
    </w:p>
    <w:p>
      <w:pPr>
        <w:jc w:val="right"/>
      </w:pPr>
      <w:r>
        <w:t>دے ہیو ٹو اپٹ فار پیس فل میتھڈ، اینڈ دے ہیو ٹو اوائڈ واٹ از وائلنٹ میتھڈ۔</w:t>
      </w:r>
    </w:p>
    <w:p>
      <w:r>
        <w:rPr>
          <w:b/>
        </w:rPr>
        <w:t xml:space="preserve">[20:28] </w:t>
      </w:r>
      <w:r>
        <w:t>this is the, this is the, this is the way of the prophet of islam. this is the uswa of the prophet of islam. and quran says: "laqad kana lakum fi rasul allahi uswatun hasanah".</w:t>
      </w:r>
    </w:p>
    <w:p>
      <w:pPr>
        <w:jc w:val="right"/>
      </w:pPr>
      <w:r>
        <w:t>دس از دا، دس از دا، دس از دا وے اف دا پرافٹ اف اسلام۔ دس از دا عصوہ اف دا پرافٹ اف اسلام۔ اینڈ قران سیز: "لقد کانکم فی رسول اللہ حسنہ"۔</w:t>
      </w:r>
    </w:p>
    <w:p>
      <w:r>
        <w:rPr>
          <w:b/>
        </w:rPr>
        <w:t xml:space="preserve">[20:47] </w:t>
      </w:r>
      <w:r>
        <w:t>in the prophet of islam, that is best example for you.</w:t>
      </w:r>
    </w:p>
    <w:p>
      <w:pPr>
        <w:jc w:val="right"/>
      </w:pPr>
      <w:r>
        <w:t>ان دا پرافٹ اف اسلام، دیٹ از بیسٹ ایگزیمپل فار یو۔</w:t>
      </w:r>
    </w:p>
    <w:p>
      <w:r>
        <w:rPr>
          <w:b/>
        </w:rPr>
        <w:t xml:space="preserve">[20:54] </w:t>
      </w:r>
      <w:r>
        <w:t>so the example of the prophet of islam is the best example.</w:t>
      </w:r>
    </w:p>
    <w:p>
      <w:pPr>
        <w:jc w:val="right"/>
      </w:pPr>
      <w:r>
        <w:t>سو دا ایگزیمپل اف دا پرافٹ اف اسلام از دا بیسٹ ایگزیمپل۔</w:t>
      </w:r>
    </w:p>
    <w:p>
      <w:r>
        <w:rPr>
          <w:b/>
        </w:rPr>
        <w:t xml:space="preserve">[21:00] </w:t>
      </w:r>
      <w:r>
        <w:t>we have to opt, we have to follow this example. and this example is based basically in this formula that in every situation, there are two different options: easier method is peaceful method, and harder method is violent method.</w:t>
      </w:r>
    </w:p>
    <w:p>
      <w:pPr>
        <w:jc w:val="right"/>
      </w:pPr>
      <w:r>
        <w:t>وی ہیو ٹو اپٹ، وی ہیو ٹو فالو دس ایگزیمپل۔ اینڈ دس ایگزیمپل از بیسڈ بیسیکلی ان دس فارمولا دیٹ ان ایوری سچویشن، دیر ار ٹو ڈفرنٹ اپشنز: ایزر میتھڈ از پیس فل میتھڈ، اینڈ ہارڈر میتھڈ از وائلنٹ میتھڈ۔</w:t>
      </w:r>
    </w:p>
    <w:p>
      <w:r>
        <w:rPr>
          <w:b/>
        </w:rPr>
        <w:t xml:space="preserve">[21:24] </w:t>
      </w:r>
      <w:r>
        <w:t>so you have to opt for peaceful method, and you have to abandon the violent method.</w:t>
      </w:r>
    </w:p>
    <w:p>
      <w:pPr>
        <w:jc w:val="right"/>
      </w:pPr>
      <w:r>
        <w:t>سو یو ہیو ٹو اپٹ فار پیس فل میتھڈ، اینڈ یو ہیو ٹو ابینڈن دا وائلنٹ میتھڈ۔</w:t>
      </w:r>
    </w:p>
    <w:p>
      <w:r>
        <w:rPr>
          <w:b/>
        </w:rPr>
        <w:t xml:space="preserve">[21:34] </w:t>
      </w:r>
      <w:r>
        <w:t>this is the, this is the, this is the great lesson from the early period of islam.</w:t>
      </w:r>
    </w:p>
    <w:p>
      <w:pPr>
        <w:jc w:val="right"/>
      </w:pPr>
      <w:r>
        <w:t>دس از دا، دس از دا، دس از دا گریٹ لیسن فرام دا ارلی پیریڈ اف اسلام۔</w:t>
      </w:r>
    </w:p>
    <w:p>
      <w:r>
        <w:rPr>
          <w:b/>
        </w:rPr>
        <w:t xml:space="preserve">[21:44] </w:t>
      </w:r>
      <w:r>
        <w:t>then the history of islam tells us that da'wah victory is always outcome of political defeat.</w:t>
      </w:r>
    </w:p>
    <w:p>
      <w:pPr>
        <w:jc w:val="right"/>
      </w:pPr>
      <w:r>
        <w:t>دین دا ہسٹری اف اسلام ٹیلز اس دیٹ دعوی وکٹری از الویز اؤٹ کم اف پولیٹیکل ڈیفیٹ۔</w:t>
      </w:r>
    </w:p>
    <w:p>
      <w:r>
        <w:rPr>
          <w:b/>
        </w:rPr>
        <w:t xml:space="preserve">[21:56] </w:t>
      </w:r>
      <w:r>
        <w:t>where there is political defeat, there is opportunity to have political da'wah victory.</w:t>
      </w:r>
    </w:p>
    <w:p>
      <w:pPr>
        <w:jc w:val="right"/>
      </w:pPr>
      <w:r>
        <w:t>ویر دیر از پولیٹیکل ڈیفیٹ، دیر از اپرچونیٹی ٹو ہیو پولیٹیکل دعوی وکٹری۔</w:t>
      </w:r>
    </w:p>
    <w:p>
      <w:r>
        <w:rPr>
          <w:b/>
        </w:rPr>
        <w:t xml:space="preserve">[22:06] </w:t>
      </w:r>
      <w:r>
        <w:t>it is a very important lesson we find in the early period of islam</w:t>
      </w:r>
    </w:p>
    <w:p>
      <w:pPr>
        <w:jc w:val="right"/>
      </w:pPr>
      <w:r>
        <w:t>اٹ از ا ویری امپورٹنٹ لیسن وی فائن ان دا ارلی پیریڈ اف اسلام</w:t>
      </w:r>
    </w:p>
    <w:p>
      <w:r>
        <w:rPr>
          <w:b/>
        </w:rPr>
        <w:t xml:space="preserve">[22:12] </w:t>
      </w:r>
      <w:r>
        <w:t>. heer, i would like to refer some events from the islamic history. for example, in the 622 ad, there was an agreement that is called hudaybi agreement after six years of hijrah.</w:t>
      </w:r>
    </w:p>
    <w:p>
      <w:pPr>
        <w:jc w:val="right"/>
      </w:pPr>
      <w:r>
        <w:t>۔ ہیر، ائی وڈ لائک ٹو ریفر سم ایونٹس فرام دا اسلامک ہسٹری۔ فار ایگزیمپل، ان دا 622 اے ڈی، دیر واز این ایگریمنٹ دیٹ از کالڈ حدیبی ایگریمنٹ افٹر سکس ایئرز اف ہجرہ۔</w:t>
      </w:r>
    </w:p>
    <w:p>
      <w:r>
        <w:rPr>
          <w:b/>
        </w:rPr>
        <w:t xml:space="preserve">[22:31] </w:t>
      </w:r>
      <w:r>
        <w:t>so in this agreement, there are two parties:</w:t>
      </w:r>
    </w:p>
    <w:p>
      <w:pPr>
        <w:jc w:val="right"/>
      </w:pPr>
      <w:r>
        <w:t>سو ان دس ایگریمنٹ، دیر ار ٹو پارٹیز:</w:t>
      </w:r>
    </w:p>
    <w:p>
      <w:r>
        <w:rPr>
          <w:b/>
        </w:rPr>
        <w:t xml:space="preserve">[22:37] </w:t>
      </w:r>
      <w:r>
        <w:t>first was prophet of islam and his companions, the second was the quraish of makkah. quraish of makkah time were mushrik people,</w:t>
      </w:r>
    </w:p>
    <w:p>
      <w:pPr>
        <w:jc w:val="right"/>
      </w:pPr>
      <w:r>
        <w:t>فرسٹ واز پرافٹ اف اسلام اینڈ ہز کمپینینز، دا سیکنڈ واز دا قریش اف مکہ۔ قریش اف مکہ ٹائم ویر مشرک پیپل،</w:t>
      </w:r>
    </w:p>
    <w:p>
      <w:r>
        <w:rPr>
          <w:b/>
        </w:rPr>
        <w:t xml:space="preserve">[22:52] </w:t>
      </w:r>
      <w:r>
        <w:t>so they were hostile. they became enemy of islam</w:t>
      </w:r>
    </w:p>
    <w:p>
      <w:pPr>
        <w:jc w:val="right"/>
      </w:pPr>
      <w:r>
        <w:t>سو دے ویر ہوسٹائل۔ دے بیکم اینمی اف اسلام</w:t>
      </w:r>
    </w:p>
    <w:p>
      <w:r>
        <w:rPr>
          <w:b/>
        </w:rPr>
        <w:t xml:space="preserve">[23:00] </w:t>
      </w:r>
      <w:r>
        <w:t>. so they prophet of islam wanted to finalize an agreement between the two party</w:t>
      </w:r>
    </w:p>
    <w:p>
      <w:pPr>
        <w:jc w:val="right"/>
      </w:pPr>
      <w:r>
        <w:t>۔ سو دے پرافٹ اف اسلام وانٹڈ ٹو فائنلائز این ایگریمنٹ بٹوین دا ٹو پارٹی</w:t>
      </w:r>
    </w:p>
    <w:p>
      <w:r>
        <w:rPr>
          <w:b/>
        </w:rPr>
        <w:t xml:space="preserve">[23:12] </w:t>
      </w:r>
      <w:r>
        <w:t>to establish peace. you know, after migration, they attacked madinah.</w:t>
      </w:r>
    </w:p>
    <w:p>
      <w:pPr>
        <w:jc w:val="right"/>
      </w:pPr>
      <w:r>
        <w:t>ٹو اسٹیبلش پیس۔ یو نو، افٹر مائیگریشن، دے اٹیکڈ مدینہ۔</w:t>
      </w:r>
    </w:p>
    <w:p>
      <w:r>
        <w:rPr>
          <w:b/>
        </w:rPr>
        <w:t xml:space="preserve">[23:24] </w:t>
      </w:r>
      <w:r>
        <w:t>they were literally,</w:t>
      </w:r>
    </w:p>
    <w:p>
      <w:pPr>
        <w:jc w:val="right"/>
      </w:pPr>
      <w:r>
        <w:t>دے وار لیٹرلی،</w:t>
      </w:r>
    </w:p>
    <w:p>
      <w:r>
        <w:rPr>
          <w:b/>
        </w:rPr>
        <w:t xml:space="preserve">[23:28] </w:t>
      </w:r>
      <w:r>
        <w:t>so due to their aggression, there were some wars like badr and uhud. to prophet of islam wanted to establish peace, because peace is the summum bonum in islam.</w:t>
      </w:r>
    </w:p>
    <w:p>
      <w:pPr>
        <w:jc w:val="right"/>
      </w:pPr>
      <w:r>
        <w:t>سو ڈیو ٹو دیر ایگریشن، دیر ویر سم وارز لائک بدر اینڈ احد۔ تو پرافٹ اف اسلام وانٹڈ ٹو اسٹیبلش پیس، بیکاز پیس از دا سمم بونم ان اسلام۔</w:t>
      </w:r>
    </w:p>
    <w:p>
      <w:r>
        <w:rPr>
          <w:b/>
        </w:rPr>
        <w:t xml:space="preserve">[23:47] </w:t>
      </w:r>
      <w:r>
        <w:t>peace is the greatest concern of islam.</w:t>
      </w:r>
    </w:p>
    <w:p>
      <w:pPr>
        <w:jc w:val="right"/>
      </w:pPr>
      <w:r>
        <w:t>پیس از دا گریٹسٹ کنسرن اف اسلام۔</w:t>
      </w:r>
    </w:p>
    <w:p>
      <w:r>
        <w:rPr>
          <w:b/>
        </w:rPr>
        <w:t xml:space="preserve">[23:51] </w:t>
      </w:r>
      <w:r>
        <w:t>according to islamic thinking, peace is must, because without peace, you cannot do anything. even ibadah, ibadah or the work or any kind of positive activities are possible only in peaceful situation.</w:t>
      </w:r>
    </w:p>
    <w:p>
      <w:pPr>
        <w:jc w:val="right"/>
      </w:pPr>
      <w:r>
        <w:t>اکارڈنگ ٹو اسلامک تھنکنگ، پیس از مسٹ، بیکاز وداؤٹ پیس، یو کاناٹ ڈو اینی تھنگ۔ ایون عبادہ، عبادہ اور دا ورک اور اینی کائنڈ اف پازیٹیو ایکٹیویٹیز ار پاسیبل اونلی ان پیس فل سچویشن۔</w:t>
      </w:r>
    </w:p>
    <w:p>
      <w:r>
        <w:rPr>
          <w:b/>
        </w:rPr>
        <w:t xml:space="preserve">[24:13] </w:t>
      </w:r>
      <w:r>
        <w:t>so peace is the most, peace is the greatest concern of islam.</w:t>
      </w:r>
    </w:p>
    <w:p>
      <w:pPr>
        <w:jc w:val="right"/>
      </w:pPr>
      <w:r>
        <w:t>سو پیس از دا موسٹ، پیس از دا گریٹسٹ کنسرن اف اسلام۔</w:t>
      </w:r>
    </w:p>
    <w:p>
      <w:r>
        <w:rPr>
          <w:b/>
        </w:rPr>
        <w:t xml:space="preserve">[24:19] </w:t>
      </w:r>
      <w:r>
        <w:t>so prophet of islam wanted to establish peace, so he began negotiations.</w:t>
      </w:r>
    </w:p>
    <w:p>
      <w:pPr>
        <w:jc w:val="right"/>
      </w:pPr>
      <w:r>
        <w:t>سو پرافٹ اف اسلام وانٹڈ ٹو اسٹیبلش پیس، سو ہی بیگن نیگوشی ایشنز۔</w:t>
      </w:r>
    </w:p>
    <w:p>
      <w:r>
        <w:rPr>
          <w:b/>
        </w:rPr>
        <w:t xml:space="preserve">[24:31] </w:t>
      </w:r>
      <w:r>
        <w:t>after fifty, after 15 days of negotiation, quraish</w:t>
      </w:r>
    </w:p>
    <w:p>
      <w:pPr>
        <w:jc w:val="right"/>
      </w:pPr>
      <w:r>
        <w:t>افٹر ففٹ، افٹر 15 ڈیز اف نیگوشی ایشن، قریش</w:t>
      </w:r>
    </w:p>
    <w:p>
      <w:r>
        <w:rPr>
          <w:b/>
        </w:rPr>
        <w:t xml:space="preserve">[24:39] </w:t>
      </w:r>
      <w:r>
        <w:t>said: "yes, we are ready to establish peace, but on our own conditions." it was very difficult time</w:t>
      </w:r>
    </w:p>
    <w:p>
      <w:pPr>
        <w:jc w:val="right"/>
      </w:pPr>
      <w:r>
        <w:t>سیڈ: "یس، وی ار ریڈی ٹو اسٹیبلش پیس، بٹ ان اور اون کنڈیشنز۔" اٹ واز ویری ڈیفیکلٹ ٹائم</w:t>
      </w:r>
    </w:p>
    <w:p>
      <w:r>
        <w:rPr>
          <w:b/>
        </w:rPr>
        <w:t xml:space="preserve">[24:49] </w:t>
      </w:r>
      <w:r>
        <w:t>. quraish were ready to sign on the document of peace, but on their own condition,</w:t>
      </w:r>
    </w:p>
    <w:p>
      <w:pPr>
        <w:jc w:val="right"/>
      </w:pPr>
      <w:r>
        <w:t>۔ قریش ویر ریڈی ٹو سائن ان دا ڈاکومنٹ اف پیس، بٹ ان دیر اون کنڈیشن،</w:t>
      </w:r>
    </w:p>
    <w:p>
      <w:r>
        <w:rPr>
          <w:b/>
        </w:rPr>
        <w:t xml:space="preserve">[25:02] </w:t>
      </w:r>
      <w:r>
        <w:t>they refused to accept any condition given by the prophet of islam or by the, by the companions of the prophet.</w:t>
      </w:r>
    </w:p>
    <w:p>
      <w:pPr>
        <w:jc w:val="right"/>
      </w:pPr>
      <w:r>
        <w:t>دے ریفیوز ٹو ایکسیپٹ اینی کنڈیشن گیون بائے دا پرافٹ اف اسلام اور بائے دا، بائے دا کمپینینز اف دا پرافٹ۔</w:t>
      </w:r>
    </w:p>
    <w:p>
      <w:r>
        <w:rPr>
          <w:b/>
        </w:rPr>
        <w:t xml:space="preserve">[25:13] </w:t>
      </w:r>
      <w:r>
        <w:t>the situation was the: either you have to accept peace in their, in their conditions, or there is no peace.</w:t>
      </w:r>
    </w:p>
    <w:p>
      <w:pPr>
        <w:jc w:val="right"/>
      </w:pPr>
      <w:r>
        <w:t>دا سچویشن واز دا: ائیدر یو ہیو ٹو ایکسیپٹ پیس ان دیر، ان دیر کنڈیشنز، اور دیر از نو پیس۔</w:t>
      </w:r>
    </w:p>
    <w:p>
      <w:r>
        <w:rPr>
          <w:b/>
        </w:rPr>
        <w:t xml:space="preserve">[25:27] </w:t>
      </w:r>
      <w:r>
        <w:t>there is no other option, there was no third option. so prophet of islam accepted their all their conditions.</w:t>
      </w:r>
    </w:p>
    <w:p>
      <w:pPr>
        <w:jc w:val="right"/>
      </w:pPr>
      <w:r>
        <w:t>دیر از نو ادر اپشن، دیر واز نو تھرڈ اپشن۔ سو پرافٹ اف اسلام ایکسیپٹڈ دیر ال دیر کنڈیشنز۔</w:t>
      </w:r>
    </w:p>
    <w:p>
      <w:r>
        <w:rPr>
          <w:b/>
        </w:rPr>
        <w:t xml:space="preserve">[25:41] </w:t>
      </w:r>
      <w:r>
        <w:t>you know, one of his companion was umar farooq. he said: "why we accept this kind of agreement?" in the word of umar farooq, this was a humiliating agreement.</w:t>
      </w:r>
    </w:p>
    <w:p>
      <w:pPr>
        <w:jc w:val="right"/>
      </w:pPr>
      <w:r>
        <w:t>یو نو، ون اف ہز کمپینین واز عمر فاروق۔ ہی سیڈ: "وائی وی ایکسیپٹ دس کائنڈ اف ایگریمنٹ؟" ان دا ورڈ اف عمر فاروق، دس واز ا ہیومیلیٹنگ ایگریمنٹ۔</w:t>
      </w:r>
    </w:p>
    <w:p>
      <w:r>
        <w:rPr>
          <w:b/>
        </w:rPr>
        <w:t xml:space="preserve">[25:58] </w:t>
      </w:r>
      <w:r>
        <w:t>umar farooq said that hudaybi agreement present in present form is a humiliating agreement.</w:t>
      </w:r>
    </w:p>
    <w:p>
      <w:pPr>
        <w:jc w:val="right"/>
      </w:pPr>
      <w:r>
        <w:t>عمر فاروق سیڈ دیٹ حدیبی ایگریمنٹ پریزنٹ ان پریزنٹ فارم از ا ہیومیلیٹنگ ایگریمنٹ۔</w:t>
      </w:r>
    </w:p>
    <w:p>
      <w:r>
        <w:rPr>
          <w:b/>
        </w:rPr>
        <w:t xml:space="preserve">[26:10] </w:t>
      </w:r>
      <w:r>
        <w:t>so we are not ready to accept this kind of agreement, but prophet of islam said that it is command of god. god likes it</w:t>
      </w:r>
    </w:p>
    <w:p>
      <w:pPr>
        <w:jc w:val="right"/>
      </w:pPr>
      <w:r>
        <w:t>سو وی ار ناٹ ریڈی ٹو ایکسیپٹ دس کائنڈ اف ایگریمنٹ، بٹ پرافٹ اف اسلام سیڈ دیٹ اٹ از کمانڈ اف گاڈ۔ گاڈ لائکس اٹ</w:t>
      </w:r>
    </w:p>
    <w:p>
      <w:r>
        <w:rPr>
          <w:b/>
        </w:rPr>
        <w:t xml:space="preserve">[26:24] </w:t>
      </w:r>
      <w:r>
        <w:t>. so after great insistence by the prophet of islam, the companions became, the companions accepted this agreement, and it was finalized in 622 ad.</w:t>
      </w:r>
    </w:p>
    <w:p>
      <w:pPr>
        <w:jc w:val="right"/>
      </w:pPr>
      <w:r>
        <w:t>۔ سو افٹر گریٹ انسسٹنس بائے دا پرافٹ اف اسلام، دا کمپینینز بیکم، دا کمپینینز ایکسیپٹڈ دس ایگریمنٹ، اینڈ اٹ واز فائنلائزڈ ان 622 اے ڈی۔</w:t>
      </w:r>
    </w:p>
    <w:p>
      <w:r>
        <w:rPr>
          <w:b/>
        </w:rPr>
        <w:t xml:space="preserve">[26:45] </w:t>
      </w:r>
      <w:r>
        <w:t>so apparently, hudaybi agreement was a humiliating agreement</w:t>
      </w:r>
    </w:p>
    <w:p>
      <w:pPr>
        <w:jc w:val="right"/>
      </w:pPr>
      <w:r>
        <w:t>سو اپرینٹلی، حدیبی ایگریمنٹ واز ا ہیومیلیٹنگ ایگریمنٹ</w:t>
      </w:r>
    </w:p>
    <w:p>
      <w:r>
        <w:rPr>
          <w:b/>
        </w:rPr>
        <w:t xml:space="preserve">[26:51] </w:t>
      </w:r>
      <w:r>
        <w:t>. it was completely a unilateral type of agreement. but what happened? just after the finalization of this agreement, prophet received revelation from god</w:t>
      </w:r>
    </w:p>
    <w:p>
      <w:pPr>
        <w:jc w:val="right"/>
      </w:pPr>
      <w:r>
        <w:t>۔ اٹ واز کمپلیٹلی ا یونیلیٹرل ٹائپ اف ایگریمنٹ۔ بٹ واٹ ہیپنڈ؟ جسٹ افٹر دی فائنلائزیشن اف دس ایگریمنٹ، پرافٹ ریسیوڈ ریولیشن فرام گاڈ</w:t>
      </w:r>
    </w:p>
    <w:p>
      <w:r>
        <w:rPr>
          <w:b/>
        </w:rPr>
        <w:t xml:space="preserve">[27:07] </w:t>
      </w:r>
      <w:r>
        <w:t>: "inna fatahna laka fat-han mubeena, inna fatahna laka fat-han mubeena." this you can read in the chapter number, chapter number 48 of the quran.</w:t>
      </w:r>
    </w:p>
    <w:p>
      <w:pPr>
        <w:jc w:val="right"/>
      </w:pPr>
      <w:r>
        <w:t>: "انا فتحنا لک فتح مبینہ، انا فتحنا لک فتح مبینہ۔" دس یو کین ریڈ ان دا چیپٹر نمبر، چیپٹر نمبر 48 اف دا قران۔</w:t>
      </w:r>
    </w:p>
    <w:p>
      <w:r>
        <w:rPr>
          <w:b/>
        </w:rPr>
        <w:t xml:space="preserve">[27:23] </w:t>
      </w:r>
      <w:r>
        <w:t>chapter al-fath begins from this verse: "inna fatahna laka fatham mubeena." so prophet of islam received this revelation just after the finalization of the hudaybi agreement.</w:t>
      </w:r>
    </w:p>
    <w:p>
      <w:pPr>
        <w:jc w:val="right"/>
      </w:pPr>
      <w:r>
        <w:t>چیپٹر الفتح بگنز فرام دس ورس: "انا فتحنا لک فتح مبینہ۔" سو پرافٹ اف اسلام ریسیوڈ دس ریولیشن جسٹ افٹر دی فائنلائزیشن اف دا حدیبی ایگریمنٹ۔</w:t>
      </w:r>
    </w:p>
    <w:p>
      <w:r>
        <w:rPr>
          <w:b/>
        </w:rPr>
        <w:t xml:space="preserve">[27:43] </w:t>
      </w:r>
      <w:r>
        <w:t>you see, apparently, the hudaybi agreement was a humiliating agreement.</w:t>
      </w:r>
    </w:p>
    <w:p>
      <w:pPr>
        <w:jc w:val="right"/>
      </w:pPr>
      <w:r>
        <w:t>یو سی، اپرینٹلی، دا حدیبی ایگریمنٹ واز ا ہیومیلیٹنگ ایگریمنٹ۔</w:t>
      </w:r>
    </w:p>
    <w:p>
      <w:r>
        <w:rPr>
          <w:b/>
        </w:rPr>
        <w:t xml:space="preserve">[27:52] </w:t>
      </w:r>
      <w:r>
        <w:t>it was a sign of defeat, but quran says that it is a fath. it is a clear fath: "inna fatahna laka fatham mubeena." we gave you a clear victory.</w:t>
      </w:r>
    </w:p>
    <w:p>
      <w:pPr>
        <w:jc w:val="right"/>
      </w:pPr>
      <w:r>
        <w:t>اٹ واز ا سائن اف ڈیفیٹ، بٹ قران سیز دیٹ اٹ از ا فتح۔ اٹ از ا کلیئر فتح: "انا فتحنا لک فتح مبینہ۔" وی گیو یو ا کلیئر وکٹری۔</w:t>
      </w:r>
    </w:p>
    <w:p>
      <w:r>
        <w:rPr>
          <w:b/>
        </w:rPr>
        <w:t xml:space="preserve">[28:11] </w:t>
      </w:r>
      <w:r>
        <w:t>we gave you a clear victory. now, what what what it means? what is the meaning of this verse?</w:t>
      </w:r>
    </w:p>
    <w:p>
      <w:pPr>
        <w:jc w:val="right"/>
      </w:pPr>
      <w:r>
        <w:t>وی گیو یو ا کلیئر وکٹری۔ ناو، واٹ واٹ واٹ اٹ مینز؟ واٹ از دا میننگ اف دس ورس؟</w:t>
      </w:r>
    </w:p>
    <w:p>
      <w:r>
        <w:rPr>
          <w:b/>
        </w:rPr>
        <w:t xml:space="preserve">[28:21] </w:t>
      </w:r>
      <w:r>
        <w:t>it means that that victory is outcome of defeat. very strange formula:</w:t>
      </w:r>
    </w:p>
    <w:p>
      <w:pPr>
        <w:jc w:val="right"/>
      </w:pPr>
      <w:r>
        <w:t>اٹ مینز دیٹ دیٹ وکٹری از اؤٹ کم اف ڈیفیٹ۔ ویری سٹرینج فارمولا:</w:t>
      </w:r>
    </w:p>
    <w:p>
      <w:r>
        <w:rPr>
          <w:b/>
        </w:rPr>
        <w:t xml:space="preserve">[28:34] </w:t>
      </w:r>
      <w:r>
        <w:t>hudaybi agreement was an agreement of defeat, but quran says it is agreement of fath.</w:t>
      </w:r>
    </w:p>
    <w:p>
      <w:pPr>
        <w:jc w:val="right"/>
      </w:pPr>
      <w:r>
        <w:t>حدیبی ایگریمنٹ واز این ایگریمنٹ اف ڈیفیٹ، بٹ قران سیز اٹ از ایگریمنٹ اف فتح۔</w:t>
      </w:r>
    </w:p>
    <w:p>
      <w:r>
        <w:rPr>
          <w:b/>
        </w:rPr>
        <w:t xml:space="preserve">[28:43] </w:t>
      </w:r>
      <w:r>
        <w:t>it means that in the according to the quranic thinking, according to the quranic formula, victory is a result of defeat.</w:t>
      </w:r>
    </w:p>
    <w:p>
      <w:pPr>
        <w:jc w:val="right"/>
      </w:pPr>
      <w:r>
        <w:t>اٹ مینز دیٹ ان دا اکارڈنگ ٹو دا قرانک تھنکنگ، اکارڈنگ ٹو دا قرانک فارمولا، وکٹری از ا رزلٹ اف ڈیفیٹ۔</w:t>
      </w:r>
    </w:p>
    <w:p>
      <w:r>
        <w:rPr>
          <w:b/>
        </w:rPr>
        <w:t xml:space="preserve">[28:56] </w:t>
      </w:r>
      <w:r>
        <w:t>very strange formula.</w:t>
      </w:r>
    </w:p>
    <w:p>
      <w:pPr>
        <w:jc w:val="right"/>
      </w:pPr>
      <w:r>
        <w:t>ویری سٹرینج فارمولا۔</w:t>
      </w:r>
    </w:p>
    <w:p>
      <w:r>
        <w:rPr>
          <w:b/>
        </w:rPr>
        <w:t xml:space="preserve">[29:01] </w:t>
      </w:r>
      <w:r>
        <w:t>very clear. it is very clear.</w:t>
      </w:r>
    </w:p>
    <w:p>
      <w:pPr>
        <w:jc w:val="right"/>
      </w:pPr>
      <w:r>
        <w:t>ویری کلیئر۔ اٹ از ویری کلیئر۔</w:t>
      </w:r>
    </w:p>
    <w:p>
      <w:r>
        <w:rPr>
          <w:b/>
        </w:rPr>
        <w:t xml:space="preserve">[29:08] </w:t>
      </w:r>
      <w:r>
        <w:t>all the companions were, all the compain accepted this reluctantly. you can see the history after great insistence by the prophet of islam.</w:t>
      </w:r>
    </w:p>
    <w:p>
      <w:pPr>
        <w:jc w:val="right"/>
      </w:pPr>
      <w:r>
        <w:t>ال دا کمپینینز ویر، ال دا کمپین ایکسیپٹڈ دس ریلیکٹنٹلی۔ یو کین سی دا ہسٹری افٹر گریٹ انسسٹنس بائے دا پرافٹ اف اسلام۔</w:t>
      </w:r>
    </w:p>
    <w:p>
      <w:r>
        <w:rPr>
          <w:b/>
        </w:rPr>
        <w:t xml:space="preserve">[29:23] </w:t>
      </w:r>
      <w:r>
        <w:t>companions accepted it reluctantly, because apparently it was an agreement of defeat.</w:t>
      </w:r>
    </w:p>
    <w:p>
      <w:pPr>
        <w:jc w:val="right"/>
      </w:pPr>
      <w:r>
        <w:t>کمپینینز ایکسیپٹڈ اٹ ریلیکٹنٹلی، بیکاز اپرینٹلی اٹ واز این ایگریمنٹ اف ڈیفیٹ۔</w:t>
      </w:r>
    </w:p>
    <w:p>
      <w:r>
        <w:rPr>
          <w:b/>
        </w:rPr>
        <w:t xml:space="preserve">[29:32] </w:t>
      </w:r>
      <w:r>
        <w:t>it was a humiliating agreement, b</w:t>
      </w:r>
    </w:p>
    <w:p>
      <w:pPr>
        <w:jc w:val="right"/>
      </w:pPr>
      <w:r>
        <w:t>اٹ واز ا ہیومیلیٹنگ ایگریمنٹ، ب</w:t>
      </w:r>
    </w:p>
    <w:p>
      <w:r>
        <w:rPr>
          <w:b/>
        </w:rPr>
        <w:t xml:space="preserve">[29:36] </w:t>
      </w:r>
      <w:r>
        <w:t>t just after completion of this agreement, prophet received this revelation: "inna fatahna laka fatham mubeena." that this agreement is a fath.</w:t>
      </w:r>
    </w:p>
    <w:p>
      <w:pPr>
        <w:jc w:val="right"/>
      </w:pPr>
      <w:r>
        <w:t>ٹ جسٹ افٹر کمپلیشن اف دس ایگریمنٹ، پرافٹ ریسیوڈ دس ریولیشن: "انا فتحنا لک فتح مبینہ۔" دیٹ دس ایگریمنٹ از ا فتح۔</w:t>
      </w:r>
    </w:p>
    <w:p>
      <w:r>
        <w:rPr>
          <w:b/>
        </w:rPr>
        <w:t xml:space="preserve">[29:51] </w:t>
      </w:r>
      <w:r>
        <w:t>it is a victory.</w:t>
      </w:r>
    </w:p>
    <w:p>
      <w:pPr>
        <w:jc w:val="right"/>
      </w:pPr>
      <w:r>
        <w:t>اٹ از ا وکٹری۔</w:t>
      </w:r>
    </w:p>
    <w:p>
      <w:r>
        <w:rPr>
          <w:b/>
        </w:rPr>
        <w:t xml:space="preserve">[29:53] </w:t>
      </w:r>
      <w:r>
        <w:t>it means that in the eye of the quran,</w:t>
      </w:r>
    </w:p>
    <w:p>
      <w:pPr>
        <w:jc w:val="right"/>
      </w:pPr>
      <w:r>
        <w:t>اٹ مینز دیٹ ان دا ائی اف دا قران،</w:t>
      </w:r>
    </w:p>
    <w:p>
      <w:r>
        <w:rPr>
          <w:b/>
        </w:rPr>
        <w:t xml:space="preserve">[29:59] </w:t>
      </w:r>
      <w:r>
        <w:t>victory is a result of defeat, and history shows that it happen</w:t>
      </w:r>
    </w:p>
    <w:p>
      <w:pPr>
        <w:jc w:val="right"/>
      </w:pPr>
      <w:r>
        <w:t>وکٹری از ا رزلٹ اف ڈیفیٹ، اینڈ ہسٹری شوز دیٹ اٹ ہیپن</w:t>
      </w:r>
    </w:p>
    <w:p>
      <w:r>
        <w:rPr>
          <w:b/>
        </w:rPr>
        <w:t xml:space="preserve">[30:09] </w:t>
      </w:r>
      <w:r>
        <w:t>just after two years of this agreement.</w:t>
      </w:r>
    </w:p>
    <w:p>
      <w:pPr>
        <w:jc w:val="right"/>
      </w:pPr>
      <w:r>
        <w:t>جسٹ افٹر ٹو ایئرز اف دس ایگریمنٹ۔</w:t>
      </w:r>
    </w:p>
    <w:p>
      <w:r>
        <w:rPr>
          <w:b/>
        </w:rPr>
        <w:t xml:space="preserve">[30:15] </w:t>
      </w:r>
      <w:r>
        <w:t>after merely two years of of the finalizing of this agreement,</w:t>
      </w:r>
    </w:p>
    <w:p>
      <w:pPr>
        <w:jc w:val="right"/>
      </w:pPr>
      <w:r>
        <w:t>افٹر میرلی ٹو ایئرز اف اف دی فائنلائزنگ اف دس ایگریمنٹ،</w:t>
      </w:r>
    </w:p>
    <w:p>
      <w:r>
        <w:rPr>
          <w:b/>
        </w:rPr>
        <w:t xml:space="preserve">[30:24] </w:t>
      </w:r>
      <w:r>
        <w:t>there</w:t>
      </w:r>
    </w:p>
    <w:p>
      <w:pPr>
        <w:jc w:val="right"/>
      </w:pPr>
      <w:r>
        <w:t>دیر</w:t>
      </w:r>
    </w:p>
    <w:p>
      <w:r>
        <w:rPr>
          <w:b/>
        </w:rPr>
        <w:t xml:space="preserve">[30:28] </w:t>
      </w:r>
      <w:r>
        <w:t>history shows a break. history says a break at the time of agreement.</w:t>
      </w:r>
    </w:p>
    <w:p>
      <w:pPr>
        <w:jc w:val="right"/>
      </w:pPr>
      <w:r>
        <w:t>ہسٹری شوز ا بریکل۔ ہسٹری سیز ا بریکل ایٹ دا ٹائم اف ایگریمنٹ۔</w:t>
      </w:r>
    </w:p>
    <w:p>
      <w:r>
        <w:rPr>
          <w:b/>
        </w:rPr>
        <w:t xml:space="preserve">[30:38] </w:t>
      </w:r>
      <w:r>
        <w:t>the number of the companions was hardly, hardly 1500.</w:t>
      </w:r>
    </w:p>
    <w:p>
      <w:pPr>
        <w:jc w:val="right"/>
      </w:pPr>
      <w:r>
        <w:t>دا نمبر اف دا کمپینینز واز ہارٹلی، ہارڈلی 1500۔</w:t>
      </w:r>
    </w:p>
    <w:p>
      <w:r>
        <w:rPr>
          <w:b/>
        </w:rPr>
        <w:t xml:space="preserve">[30:48] </w:t>
      </w:r>
      <w:r>
        <w:t>at the time of agreement, the number of the companions was hardly 1500, but just, but merely after two years,</w:t>
      </w:r>
    </w:p>
    <w:p>
      <w:pPr>
        <w:jc w:val="right"/>
      </w:pPr>
      <w:r>
        <w:t>ایٹ دا ٹائم اف ایگریمنٹ، دا نمبر اف دا کمپینینز واز ہارڈلی 1500، بٹ جسٹ، بٹ میرلی افٹر ٹو ایئرز،</w:t>
      </w:r>
    </w:p>
    <w:p>
      <w:r>
        <w:rPr>
          <w:b/>
        </w:rPr>
        <w:t xml:space="preserve">[31:08] </w:t>
      </w:r>
      <w:r>
        <w:t>companions became no less than 10000. 10000.</w:t>
      </w:r>
    </w:p>
    <w:p>
      <w:pPr>
        <w:jc w:val="right"/>
      </w:pPr>
      <w:r>
        <w:t>کمپینینز بیکم نو لیس دین 10000۔ 10000۔</w:t>
      </w:r>
    </w:p>
    <w:p>
      <w:r>
        <w:rPr>
          <w:b/>
        </w:rPr>
        <w:t xml:space="preserve">[31:18] </w:t>
      </w:r>
      <w:r>
        <w:t>this number was so great that they were able to islamize the whole arabia. they were able to occupy the whole arabia.</w:t>
      </w:r>
    </w:p>
    <w:p>
      <w:pPr>
        <w:jc w:val="right"/>
      </w:pPr>
      <w:r>
        <w:t>دس نمبر واز سو گریٹ دیٹ دے ویر ایبل ٹو اسلامائز دا ہول عربیہ۔ دے ویر ایبل ٹو اکوپائی دا ہول عربیہ۔</w:t>
      </w:r>
    </w:p>
    <w:p>
      <w:r>
        <w:rPr>
          <w:b/>
        </w:rPr>
        <w:t xml:space="preserve">[31:30] </w:t>
      </w:r>
      <w:r>
        <w:t>so first of all, they occupied mecca and the whole, and then, and then the whole arabia.</w:t>
      </w:r>
    </w:p>
    <w:p>
      <w:pPr>
        <w:jc w:val="right"/>
      </w:pPr>
      <w:r>
        <w:t>تو فرسٹ اف ال، دے اکوپائیڈ مکہ اینڈ دا ہول، اینڈ دین، اینڈ دین دا ہول عربیہ۔</w:t>
      </w:r>
    </w:p>
    <w:p>
      <w:r>
        <w:rPr>
          <w:b/>
        </w:rPr>
        <w:t xml:space="preserve">[31:39] </w:t>
      </w:r>
      <w:r>
        <w:t>so, aldo dus defeat, aldo dus agreement was an agreement of defeat, but from this defeat, emerge victory.</w:t>
      </w:r>
    </w:p>
    <w:p>
      <w:pPr>
        <w:jc w:val="right"/>
      </w:pPr>
      <w:r>
        <w:t>سو، الدو دس ڈیفیٹ، الدو دس ایگریمنٹ واز این ایگریمنٹ اف ڈیفیٹ، بٹ فرام دس ڈیفیٹ، ایمرج ا وکٹری۔</w:t>
      </w:r>
    </w:p>
    <w:p>
      <w:r>
        <w:rPr>
          <w:b/>
        </w:rPr>
        <w:t xml:space="preserve">[31:52] </w:t>
      </w:r>
      <w:r>
        <w:t>this is the lesson from the early period of history of Islam. from this lesson, we can understand that</w:t>
      </w:r>
    </w:p>
    <w:p>
      <w:pPr>
        <w:jc w:val="right"/>
      </w:pPr>
      <w:r>
        <w:t>دس از دا لیسن فرام دا ارلی پیریڈ اف ہسٹری اف اسلام۔ فرام دس لیسن، وی کین انڈرسٹینڈ دیٹ</w:t>
      </w:r>
    </w:p>
    <w:p>
      <w:r>
        <w:rPr>
          <w:b/>
        </w:rPr>
        <w:t xml:space="preserve">[32:06] </w:t>
      </w:r>
      <w:r>
        <w:t>victory is a result of defeat.</w:t>
      </w:r>
    </w:p>
    <w:p>
      <w:pPr>
        <w:jc w:val="right"/>
      </w:pPr>
      <w:r>
        <w:t>وکٹری از ا رزلٹ اف ڈیفیٹ۔</w:t>
      </w:r>
    </w:p>
    <w:p>
      <w:r>
        <w:rPr>
          <w:b/>
        </w:rPr>
        <w:t xml:space="preserve">[32:09] </w:t>
      </w:r>
      <w:r>
        <w:t>where there is defeat, there is a victory. it is the law of nature. inna fatahna laka fatham mubeena was na simply verse of the Quran, but it was a law of nature.</w:t>
      </w:r>
    </w:p>
    <w:p>
      <w:pPr>
        <w:jc w:val="right"/>
      </w:pPr>
      <w:r>
        <w:t>ویر دیر از ڈیفیٹ، دیر از ا وکٹری۔ اٹ از دا لاء اف نیچر۔ انا فتحنا لک فتح مبینہ واز نا سمپلی ورس اف دا قران، بٹ اٹ واز ا لاء اف نیچر۔</w:t>
      </w:r>
    </w:p>
    <w:p>
      <w:r>
        <w:rPr>
          <w:b/>
        </w:rPr>
        <w:t xml:space="preserve">[32:25] </w:t>
      </w:r>
      <w:r>
        <w:t>it was an expression of law of nature. according to the law of nature, victory is result of defeat,</w:t>
      </w:r>
    </w:p>
    <w:p>
      <w:pPr>
        <w:jc w:val="right"/>
      </w:pPr>
      <w:r>
        <w:t>اٹ واز این ایکسپریشن اف لاء اف نیچر۔ اکارڈنگ ٹو دا لاء اف نیچر، وکٹری از رزلٹ اف ڈیفیٹ،</w:t>
      </w:r>
    </w:p>
    <w:p>
      <w:r>
        <w:rPr>
          <w:b/>
        </w:rPr>
        <w:t xml:space="preserve">[32:36] </w:t>
      </w:r>
      <w:r>
        <w:t>because why? what is the reason?</w:t>
      </w:r>
    </w:p>
    <w:p>
      <w:pPr>
        <w:jc w:val="right"/>
      </w:pPr>
      <w:r>
        <w:t>بیکاز وائی؟ واٹ از دا ریزن؟</w:t>
      </w:r>
    </w:p>
    <w:p>
      <w:r>
        <w:rPr>
          <w:b/>
        </w:rPr>
        <w:t xml:space="preserve">[32:40] </w:t>
      </w:r>
      <w:r>
        <w:t>where there is confrontation? where there is war? where there is fighting? then, all the positive activities are in the state of halt.</w:t>
      </w:r>
    </w:p>
    <w:p>
      <w:pPr>
        <w:jc w:val="right"/>
      </w:pPr>
      <w:r>
        <w:t>ویر دیر از کنفرنٹیشن؟ ویر دیر از وار؟ ویر دیر از فائٹنگ؟ دین، ال دا پوزیٹیو ایکٹیویٹیز ار ان دی سٹیٹ اف ہالٹ۔</w:t>
      </w:r>
    </w:p>
    <w:p>
      <w:r>
        <w:rPr>
          <w:b/>
        </w:rPr>
        <w:t xml:space="preserve">[32:56] </w:t>
      </w:r>
      <w:r>
        <w:t>war stops all kind of positive activities.</w:t>
      </w:r>
    </w:p>
    <w:p>
      <w:pPr>
        <w:jc w:val="right"/>
      </w:pPr>
      <w:r>
        <w:t>وار سٹاپس ال کائنڈ اف پوزیٹیو ایکٹیویٹیز۔</w:t>
      </w:r>
    </w:p>
    <w:p>
      <w:r>
        <w:rPr>
          <w:b/>
        </w:rPr>
        <w:t xml:space="preserve">[33:04] </w:t>
      </w:r>
      <w:r>
        <w:t>war stops all kind of positive activities, but when there is defeat, there is peace. defeat means peace.</w:t>
      </w:r>
    </w:p>
    <w:p>
      <w:pPr>
        <w:jc w:val="right"/>
      </w:pPr>
      <w:r>
        <w:t>وار سٹاپس ال کائنڈ اف پوزیٹیو ایکٹیویٹیز، بٹ وین دیر از ڈیفیٹ، دیر از پیس۔ ڈیفیٹ مینز پیس۔</w:t>
      </w:r>
    </w:p>
    <w:p>
      <w:r>
        <w:rPr>
          <w:b/>
        </w:rPr>
        <w:t xml:space="preserve">[33:15] </w:t>
      </w:r>
      <w:r>
        <w:t>so, when there is peace, all kind of, all kind of positive activities are in action.</w:t>
      </w:r>
    </w:p>
    <w:p>
      <w:pPr>
        <w:jc w:val="right"/>
      </w:pPr>
      <w:r>
        <w:t>سو، وین دیر از پیس، ال کائنڈ اف، ال کائنڈ اف پوزیٹیو ایکٹیویٹیز ار ان ایکشن۔</w:t>
      </w:r>
    </w:p>
    <w:p>
      <w:r>
        <w:rPr>
          <w:b/>
        </w:rPr>
        <w:t xml:space="preserve">[33:28] </w:t>
      </w:r>
      <w:r>
        <w:t>so, after this agreement, all the companions</w:t>
      </w:r>
    </w:p>
    <w:p>
      <w:pPr>
        <w:jc w:val="right"/>
      </w:pPr>
      <w:r>
        <w:t>سو، افٹر دس ایگریمنٹ، ال دا کمپینینز</w:t>
      </w:r>
    </w:p>
    <w:p>
      <w:r>
        <w:rPr>
          <w:b/>
        </w:rPr>
        <w:t xml:space="preserve">[33:36] </w:t>
      </w:r>
      <w:r>
        <w:t>were busy in dawa work. dawa work, and you know, dawa is the greatest strength of the Islam.</w:t>
      </w:r>
    </w:p>
    <w:p>
      <w:pPr>
        <w:jc w:val="right"/>
      </w:pPr>
      <w:r>
        <w:t>ویر بزی ان داوا ورک۔ داوا ورک، اینڈ یو نو، داوا از دا گریٹسٹ سٹرینتھ اف دا اسلام۔</w:t>
      </w:r>
    </w:p>
    <w:p>
      <w:r>
        <w:rPr>
          <w:b/>
        </w:rPr>
        <w:t xml:space="preserve">[33:50] </w:t>
      </w:r>
      <w:r>
        <w:t>dawa is the greatest strength of the religion of Islam.</w:t>
      </w:r>
    </w:p>
    <w:p>
      <w:pPr>
        <w:jc w:val="right"/>
      </w:pPr>
      <w:r>
        <w:t>داوا از دا گریٹسٹ سٹرینتھ اف دا ریلیجن اف اسلام۔</w:t>
      </w:r>
    </w:p>
    <w:p>
      <w:r>
        <w:rPr>
          <w:b/>
        </w:rPr>
        <w:t xml:space="preserve">[33:56] </w:t>
      </w:r>
      <w:r>
        <w:t>so, after, after this agreement, this agreement established peace in Arabia.</w:t>
      </w:r>
    </w:p>
    <w:p>
      <w:pPr>
        <w:jc w:val="right"/>
      </w:pPr>
      <w:r>
        <w:t>سو، افٹر، افٹر دس ایگریمنٹ، دس ایگریمنٹ اسٹیبلش پیس ان عربیہ۔</w:t>
      </w:r>
    </w:p>
    <w:p>
      <w:r>
        <w:rPr>
          <w:b/>
        </w:rPr>
        <w:t xml:space="preserve">[34:08] </w:t>
      </w:r>
      <w:r>
        <w:t>and when there was a peace, there was companions try to opportunity, try to avail all those opportunities in the field of dawa.</w:t>
      </w:r>
    </w:p>
    <w:p>
      <w:pPr>
        <w:jc w:val="right"/>
      </w:pPr>
      <w:r>
        <w:t>اینڈ وین دیر واز ا پیس، دیر واز کمپینینز ٹرائی ٹو اپرچونیٹی، ٹرائی ٹو اویل ال دوز اپرچونیٹیز ان دا فیلڈ اف داوا۔</w:t>
      </w:r>
    </w:p>
    <w:p>
      <w:r>
        <w:rPr>
          <w:b/>
        </w:rPr>
        <w:t xml:space="preserve">[34:23] </w:t>
      </w:r>
      <w:r>
        <w:t>so, dawa is the greatest strength of Islam.</w:t>
      </w:r>
    </w:p>
    <w:p>
      <w:pPr>
        <w:jc w:val="right"/>
      </w:pPr>
      <w:r>
        <w:t>سو، داوا از دا گریٹسٹ سٹرینتھ اف اسلام۔</w:t>
      </w:r>
    </w:p>
    <w:p>
      <w:r>
        <w:rPr>
          <w:b/>
        </w:rPr>
        <w:t xml:space="preserve">[34:28] </w:t>
      </w:r>
      <w:r>
        <w:t>then, you see,</w:t>
      </w:r>
    </w:p>
    <w:p>
      <w:pPr>
        <w:jc w:val="right"/>
      </w:pPr>
      <w:r>
        <w:t>دین، یو سی،</w:t>
      </w:r>
    </w:p>
    <w:p>
      <w:r>
        <w:rPr>
          <w:b/>
        </w:rPr>
        <w:t xml:space="preserve">[34:32] </w:t>
      </w:r>
      <w:r>
        <w:t>in the thirteen century, Mongol occupied the whole Abbasi empire. you know, Mongols were, were barbaric tribes.</w:t>
      </w:r>
    </w:p>
    <w:p>
      <w:pPr>
        <w:jc w:val="right"/>
      </w:pPr>
      <w:r>
        <w:t>ان دا تھرٹین سینچری، منگول اکوپائیڈ دا ہول عباسی ایمپائر۔ یو نو، منگولز ویر، ویر باربک ٹرائبس۔</w:t>
      </w:r>
    </w:p>
    <w:p>
      <w:r>
        <w:rPr>
          <w:b/>
        </w:rPr>
        <w:t xml:space="preserve">[34:50] </w:t>
      </w:r>
      <w:r>
        <w:t>they became angry due to sub reasons</w:t>
      </w:r>
    </w:p>
    <w:p>
      <w:pPr>
        <w:jc w:val="right"/>
      </w:pPr>
      <w:r>
        <w:t>دے بیکم اینگری ڈیو ٹو سب ریزنز</w:t>
      </w:r>
    </w:p>
    <w:p>
      <w:r>
        <w:rPr>
          <w:b/>
        </w:rPr>
        <w:t xml:space="preserve">[34:54] </w:t>
      </w:r>
      <w:r>
        <w:t>in thirteen century. they destroyed the Abbasi empire from Samarqand up to Aleppo.</w:t>
      </w:r>
    </w:p>
    <w:p>
      <w:pPr>
        <w:jc w:val="right"/>
      </w:pPr>
      <w:r>
        <w:t>ان تھرٹین سینچری۔ دے ڈسٹرائڈ دا عباسی ایمپائر فرام صبرقند اپ ٹو حلب۔</w:t>
      </w:r>
    </w:p>
    <w:p>
      <w:r>
        <w:rPr>
          <w:b/>
        </w:rPr>
        <w:t xml:space="preserve">[35:09] </w:t>
      </w:r>
      <w:r>
        <w:t>they destroyed all the mosques, all the institutions. they kill million in million people.</w:t>
      </w:r>
    </w:p>
    <w:p>
      <w:pPr>
        <w:jc w:val="right"/>
      </w:pPr>
      <w:r>
        <w:t>دے ڈسٹرائڈ ال دا باس، ال دا انسٹیٹیوشنز۔ دے کل ملین ان ملین پیپل۔</w:t>
      </w:r>
    </w:p>
    <w:p>
      <w:r>
        <w:rPr>
          <w:b/>
        </w:rPr>
        <w:t xml:space="preserve">[35:19] </w:t>
      </w:r>
      <w:r>
        <w:t>so, it was a great defeat.</w:t>
      </w:r>
    </w:p>
    <w:p>
      <w:pPr>
        <w:jc w:val="right"/>
      </w:pPr>
      <w:r>
        <w:t>سو، اٹ واز ا گریٹ ڈیفیٹ۔</w:t>
      </w:r>
    </w:p>
    <w:p>
      <w:r>
        <w:rPr>
          <w:b/>
        </w:rPr>
        <w:t xml:space="preserve">[35:25] </w:t>
      </w:r>
      <w:r>
        <w:t>it was great defeat, but within fifty years,</w:t>
      </w:r>
    </w:p>
    <w:p>
      <w:pPr>
        <w:jc w:val="right"/>
      </w:pPr>
      <w:r>
        <w:t>اٹ واز گریٹ ڈیفیٹ، بٹ ود ان ففٹی ایئرز،</w:t>
      </w:r>
    </w:p>
    <w:p>
      <w:r>
        <w:rPr>
          <w:b/>
        </w:rPr>
        <w:t xml:space="preserve">[35:33] </w:t>
      </w:r>
      <w:r>
        <w:t>within fifty years, there emerge of miracle. the majority of Mongols accepted Islam.</w:t>
      </w:r>
    </w:p>
    <w:p>
      <w:pPr>
        <w:jc w:val="right"/>
      </w:pPr>
      <w:r>
        <w:t>ود ان ففٹی ایئرز، دیر ایمرج اف میریکل۔ دا میجورٹی اف منگولز ایکسیپٹڈ اسلام۔</w:t>
      </w:r>
    </w:p>
    <w:p>
      <w:r>
        <w:rPr>
          <w:b/>
        </w:rPr>
        <w:t xml:space="preserve">[35:44] </w:t>
      </w:r>
      <w:r>
        <w:t>the majority of Mongols accepted</w:t>
      </w:r>
    </w:p>
    <w:p>
      <w:pPr>
        <w:jc w:val="right"/>
      </w:pPr>
      <w:r>
        <w:t>دا میجورٹی اف منگولز ایکسیپٹڈ</w:t>
      </w:r>
    </w:p>
    <w:p>
      <w:r>
        <w:rPr>
          <w:b/>
        </w:rPr>
        <w:t xml:space="preserve">[35:47] </w:t>
      </w:r>
      <w:r>
        <w:t>islam. al da, al da historians</w:t>
      </w:r>
    </w:p>
    <w:p>
      <w:pPr>
        <w:jc w:val="right"/>
      </w:pPr>
      <w:r>
        <w:t>اسلام۔ ال دا، ال دا ہسٹورینز</w:t>
      </w:r>
    </w:p>
    <w:p>
      <w:r>
        <w:rPr>
          <w:b/>
        </w:rPr>
        <w:t xml:space="preserve">[35:53] </w:t>
      </w:r>
      <w:r>
        <w:t>accept this, this event, but with great establishment.</w:t>
      </w:r>
    </w:p>
    <w:p>
      <w:pPr>
        <w:jc w:val="right"/>
      </w:pPr>
      <w:r>
        <w:t>ایکسیپٹ دس، دس ایونٹ، بٹ ود گریٹ اسٹیبلشمنٹ۔</w:t>
      </w:r>
    </w:p>
    <w:p>
      <w:r>
        <w:rPr>
          <w:b/>
        </w:rPr>
        <w:t xml:space="preserve">[36:03] </w:t>
      </w:r>
      <w:r>
        <w:t>here, i quote only to historian.</w:t>
      </w:r>
    </w:p>
    <w:p>
      <w:pPr>
        <w:jc w:val="right"/>
      </w:pPr>
      <w:r>
        <w:t>ہیر، ائی کوٹ اونلی ٹو ہسٹورین۔</w:t>
      </w:r>
    </w:p>
    <w:p>
      <w:r>
        <w:rPr>
          <w:b/>
        </w:rPr>
        <w:t xml:space="preserve">[36:10] </w:t>
      </w:r>
      <w:r>
        <w:t>british historian professor, professor t w ardle, observes in his book the preaching of islam</w:t>
      </w:r>
    </w:p>
    <w:p>
      <w:pPr>
        <w:jc w:val="right"/>
      </w:pPr>
      <w:r>
        <w:t>برٹش ہسٹورین پروفیسر، پروفیسر ٹی ڈبلیو ارڈل، ابزروز ان ہز بک دا پریچنگ اف اسلام</w:t>
      </w:r>
    </w:p>
    <w:p>
      <w:r>
        <w:rPr>
          <w:b/>
        </w:rPr>
        <w:t xml:space="preserve">[36:25] </w:t>
      </w:r>
      <w:r>
        <w:t>. he refers this event that those mongols who destroyed abbasi empire. they, they embrace islam and become soldiers of islam.</w:t>
      </w:r>
    </w:p>
    <w:p>
      <w:pPr>
        <w:jc w:val="right"/>
      </w:pPr>
      <w:r>
        <w:t>۔ ہی ریفرس دس ایونٹ دیٹ دوز منگولز ہو ڈسٹرائڈ عباسی ایمپائر۔ دے، دے ایمبریس اسلام اینڈ بیکم سولجرز اف اسلام۔</w:t>
      </w:r>
    </w:p>
    <w:p>
      <w:r>
        <w:rPr>
          <w:b/>
        </w:rPr>
        <w:t xml:space="preserve">[36:43] </w:t>
      </w:r>
      <w:r>
        <w:t>so, he says that in his, in this book, the conquer accepted the legend of, of the conquered</w:t>
      </w:r>
    </w:p>
    <w:p>
      <w:pPr>
        <w:jc w:val="right"/>
      </w:pPr>
      <w:r>
        <w:t>سو، ہی سیز دیٹ ان ہز، ان دس بک، دا کانکر ایکسیپٹڈ دا لیجنڈ اف، اف دی کانکرڈ</w:t>
      </w:r>
    </w:p>
    <w:p>
      <w:r>
        <w:rPr>
          <w:b/>
        </w:rPr>
        <w:t xml:space="preserve">[36:54] </w:t>
      </w:r>
      <w:r>
        <w:t>. the conquer accepted the religion of the conquered. by this remark, you can understand that, that the dawa power of islam is far more greater than the political power.</w:t>
      </w:r>
    </w:p>
    <w:p>
      <w:pPr>
        <w:jc w:val="right"/>
      </w:pPr>
      <w:r>
        <w:t>۔ دی کانکر ایکسیپٹڈ دا ریلیجن اف دی کانکرڈ۔ بائی دس ریمارک، یو کین انڈرسٹینڈ دیٹ، دیٹ داوا پاور اف اسلام از فار مور گریٹر دین دی پولیٹیکل پاور۔</w:t>
      </w:r>
    </w:p>
    <w:p>
      <w:r>
        <w:rPr>
          <w:b/>
        </w:rPr>
        <w:t xml:space="preserve">[37:12] </w:t>
      </w:r>
      <w:r>
        <w:t>abbasi empire was a political power. abbasi khalifa was a political power.</w:t>
      </w:r>
    </w:p>
    <w:p>
      <w:pPr>
        <w:jc w:val="right"/>
      </w:pPr>
      <w:r>
        <w:t>عباسی ایمپائر واز ا پولیٹیکل پاور۔ عباسی خلیفۃ واز ا پولیٹیکل پاور۔</w:t>
      </w:r>
    </w:p>
    <w:p>
      <w:r>
        <w:rPr>
          <w:b/>
        </w:rPr>
        <w:t xml:space="preserve">[37:22] </w:t>
      </w:r>
      <w:r>
        <w:t>so, when this political power appear,</w:t>
      </w:r>
    </w:p>
    <w:p>
      <w:pPr>
        <w:jc w:val="right"/>
      </w:pPr>
      <w:r>
        <w:t>سو، وین دس پولیٹیکل پاور اپیئر،</w:t>
      </w:r>
    </w:p>
    <w:p>
      <w:r>
        <w:rPr>
          <w:b/>
        </w:rPr>
        <w:t xml:space="preserve">[37:28] </w:t>
      </w:r>
      <w:r>
        <w:t>mongol, mongols face the dawa power of islam, the ideological power of islam. so, they accepted islam.</w:t>
      </w:r>
    </w:p>
    <w:p>
      <w:pPr>
        <w:jc w:val="right"/>
      </w:pPr>
      <w:r>
        <w:t>منگول، منگولز فیس دا داوا پاور اف اسلام، دا ائیڈیالوجیکل پاور اف اسلام۔ سو، دے ایکسیپٹڈ اسلام۔</w:t>
      </w:r>
    </w:p>
    <w:p>
      <w:r>
        <w:rPr>
          <w:b/>
        </w:rPr>
        <w:t xml:space="preserve">[37:39] </w:t>
      </w:r>
      <w:r>
        <w:t>no one can stand against, no can stand before the ideological power of islam.</w:t>
      </w:r>
    </w:p>
    <w:p>
      <w:pPr>
        <w:jc w:val="right"/>
      </w:pPr>
      <w:r>
        <w:t>نو ون کین اسٹینڈ اگینسٹ، نو کین اسٹینڈ بیفور دا ائیڈیالوجیکل پاور اف اسلام۔</w:t>
      </w:r>
    </w:p>
    <w:p>
      <w:r>
        <w:rPr>
          <w:b/>
        </w:rPr>
        <w:t xml:space="preserve">[37:47] </w:t>
      </w:r>
      <w:r>
        <w:t>so, they accepted islam. and professor ardle</w:t>
      </w:r>
    </w:p>
    <w:p>
      <w:pPr>
        <w:jc w:val="right"/>
      </w:pPr>
      <w:r>
        <w:t>سو، دے ایکسیپٹڈ اسلام۔ اینڈ پروفیسر ارڈل</w:t>
      </w:r>
    </w:p>
    <w:p>
      <w:r>
        <w:rPr>
          <w:b/>
        </w:rPr>
        <w:t xml:space="preserve">[37:55] </w:t>
      </w:r>
      <w:r>
        <w:t>says in his, in this book, the preaching of islam by referring this event that the conquer, the conquer accepted the legend of the conquered.</w:t>
      </w:r>
    </w:p>
    <w:p>
      <w:pPr>
        <w:jc w:val="right"/>
      </w:pPr>
      <w:r>
        <w:t>سیز ان ہز، ان دس بک، دا پریچنگ اف اسلام بائی ریفرنگ دس ایونٹ دیٹ دی کانکر، دی کانکر ایکسیپٹڈ دا لیجنڈ اف دا کانکرڈ۔</w:t>
      </w:r>
    </w:p>
    <w:p>
      <w:r>
        <w:rPr>
          <w:b/>
        </w:rPr>
        <w:t xml:space="preserve">[38:11] </w:t>
      </w:r>
      <w:r>
        <w:t>then, i will quote professor philip hitti.</w:t>
      </w:r>
    </w:p>
    <w:p>
      <w:pPr>
        <w:jc w:val="right"/>
      </w:pPr>
      <w:r>
        <w:t>دین، ائی ویل کوٹ پروفیسر فلپ ہٹی۔</w:t>
      </w:r>
    </w:p>
    <w:p>
      <w:r>
        <w:rPr>
          <w:b/>
        </w:rPr>
        <w:t xml:space="preserve">[38:17] </w:t>
      </w:r>
      <w:r>
        <w:t>he was a great christian scholar. he observes in his book the history of the arab.</w:t>
      </w:r>
    </w:p>
    <w:p>
      <w:pPr>
        <w:jc w:val="right"/>
      </w:pPr>
      <w:r>
        <w:t>ہی واز ا گریٹ کرسچن سکالر۔ ہی ابزروز ان ہز بک دا ہسٹری اف دا عرب۔</w:t>
      </w:r>
    </w:p>
    <w:p>
      <w:r>
        <w:rPr>
          <w:b/>
        </w:rPr>
        <w:t xml:space="preserve">[38:27] </w:t>
      </w:r>
      <w:r>
        <w:t>he refers this event that how mongols accepted islam. although they, they before their acceptance, they destroyed the abbasi khalifa.</w:t>
      </w:r>
    </w:p>
    <w:p>
      <w:pPr>
        <w:jc w:val="right"/>
      </w:pPr>
      <w:r>
        <w:t>ہی ریفرز دس ایونٹ دیٹ ہاؤ منگولز ایکسیپٹڈ اسلام۔ الدو دے، دے بیفور دیر ایکسیپٹنس، دے ڈسٹرائڈ دا عباسی خلیفۃ۔</w:t>
      </w:r>
    </w:p>
    <w:p>
      <w:r>
        <w:rPr>
          <w:b/>
        </w:rPr>
        <w:t xml:space="preserve">[38:44] </w:t>
      </w:r>
      <w:r>
        <w:t>but when they, but when they,</w:t>
      </w:r>
    </w:p>
    <w:p>
      <w:pPr>
        <w:jc w:val="right"/>
      </w:pPr>
      <w:r>
        <w:t>بٹ وین دے، بٹ وین دے،</w:t>
      </w:r>
    </w:p>
    <w:p>
      <w:r>
        <w:rPr>
          <w:b/>
        </w:rPr>
        <w:t xml:space="preserve">[38:55] </w:t>
      </w:r>
      <w:r>
        <w:t>but when they face the islamic ideology, islamic religion, islamic dawa. they islamic dawa occupied them, occupied their mind, occupied their heart.</w:t>
      </w:r>
    </w:p>
    <w:p>
      <w:pPr>
        <w:jc w:val="right"/>
      </w:pPr>
      <w:r>
        <w:t>بٹ وین دے فیس دا اسلامک ائیڈیالوجی، اسلامک ریلیجن، اسلامک دعوی۔ دے اسلامک دعوی اکوپائیڈ دیم، اکوپائیڈ دیر مائنڈ، اکوپائیڈ دیر ہارٹ۔</w:t>
      </w:r>
    </w:p>
    <w:p>
      <w:r>
        <w:rPr>
          <w:b/>
        </w:rPr>
        <w:t xml:space="preserve">[39:08] </w:t>
      </w:r>
      <w:r>
        <w:t>so, they accepted islam.</w:t>
      </w:r>
    </w:p>
    <w:p>
      <w:pPr>
        <w:jc w:val="right"/>
      </w:pPr>
      <w:r>
        <w:t>سو، دے ایکسیپٹڈ اسلام۔</w:t>
      </w:r>
    </w:p>
    <w:p>
      <w:r>
        <w:rPr>
          <w:b/>
        </w:rPr>
        <w:t xml:space="preserve">[39:11] </w:t>
      </w:r>
      <w:r>
        <w:t>so, philip hitti observes in this book. he says: "the religion of muslims have conquered where their arms have fail.</w:t>
      </w:r>
    </w:p>
    <w:p>
      <w:pPr>
        <w:jc w:val="right"/>
      </w:pPr>
      <w:r>
        <w:t>سو، فلپ ہٹی ابزروز ان دس بک۔ ہی سیز: "دا ریلیجن اف مسلمز ہیو کانکرڈ ویر دیر ارمز ہیو فیل۔</w:t>
      </w:r>
    </w:p>
    <w:p>
      <w:r>
        <w:rPr>
          <w:b/>
        </w:rPr>
        <w:t xml:space="preserve">[39:26] </w:t>
      </w:r>
      <w:r>
        <w:t>the religion of muslims have conquered where their arms had failed. so, it is very strange, but it happen by</w:t>
      </w:r>
    </w:p>
    <w:p>
      <w:pPr>
        <w:jc w:val="right"/>
      </w:pPr>
      <w:r>
        <w:t>دا ریلیجن اف مسلمز ہیو کانکرڈ ویر دیر ارمز ہیڈ فیلڈ۔ سو، اٹ از ویری سٹرینج، بٹ اٹ ہیپن ب</w:t>
      </w:r>
    </w:p>
    <w:p>
      <w:r>
        <w:rPr>
          <w:b/>
        </w:rPr>
        <w:t xml:space="preserve">[39:37] </w:t>
      </w:r>
      <w:r>
        <w:t>i this event. we can draw lesson that political power. we can draw lesson that ideological power of islam is far more greater than the political power.</w:t>
      </w:r>
    </w:p>
    <w:p>
      <w:pPr>
        <w:jc w:val="right"/>
      </w:pPr>
      <w:r>
        <w:t>ائی دس ایونٹ۔ وی کین ڈرا لیسن دیٹ پولیٹیکل پاور۔ وی کین ڈرائی لیسن دیٹ ائیڈیالوجیکل پاور اف اسلام از فار مور گریٹر دین دی پولیٹیکل پاور۔</w:t>
      </w:r>
    </w:p>
    <w:p>
      <w:r>
        <w:rPr>
          <w:b/>
        </w:rPr>
        <w:t xml:space="preserve">[39:55] </w:t>
      </w:r>
      <w:r>
        <w:t>the ideological, the ideological power of islam is far more greater than the political power.</w:t>
      </w:r>
    </w:p>
    <w:p>
      <w:pPr>
        <w:jc w:val="right"/>
      </w:pPr>
      <w:r>
        <w:t>دا ائیڈیالوجیکل، دا ائیڈیالوجیکل پاور اف اسلام از فار مور گریٹر دین دی پولیٹیکل پاور۔</w:t>
      </w:r>
    </w:p>
    <w:p>
      <w:r>
        <w:rPr>
          <w:b/>
        </w:rPr>
        <w:t xml:space="preserve">[40:07] </w:t>
      </w:r>
      <w:r>
        <w:t>this a great lesson we draw from this islamic history.</w:t>
      </w:r>
    </w:p>
    <w:p>
      <w:pPr>
        <w:jc w:val="right"/>
      </w:pPr>
      <w:r>
        <w:t>دس ا گریٹ لیسن وی ڈرا فرام دس اسلامک ہسٹری۔</w:t>
      </w:r>
    </w:p>
    <w:p>
      <w:r>
        <w:rPr>
          <w:b/>
        </w:rPr>
        <w:t xml:space="preserve">[40:15] </w:t>
      </w:r>
      <w:r>
        <w:t>if you lose political power, don't go to frustration, because already you have dawa opportunities</w:t>
      </w:r>
    </w:p>
    <w:p>
      <w:pPr>
        <w:jc w:val="right"/>
      </w:pPr>
      <w:r>
        <w:t>اف یو لوز پولیٹیکل پاور، ڈونٹ گو ٹو فرسٹریشن، بیکاز الریڈی یو ہیو داوا اپرچونیٹیز</w:t>
      </w:r>
    </w:p>
    <w:p>
      <w:r>
        <w:rPr>
          <w:b/>
        </w:rPr>
        <w:t xml:space="preserve">[40:33] </w:t>
      </w:r>
      <w:r>
        <w:t>don't complain about political power, but avail all the dawa opportunities, and you will be success.</w:t>
      </w:r>
    </w:p>
    <w:p>
      <w:pPr>
        <w:jc w:val="right"/>
      </w:pPr>
      <w:r>
        <w:t>۔ ڈونٹ کمپلین اباؤٹ پولیٹیکل پاور، بٹ اویل ال دوز داوا اپرچونیٹیز، اینڈ یو ویل بی سکسیس۔</w:t>
      </w:r>
    </w:p>
    <w:p>
      <w:r>
        <w:rPr>
          <w:b/>
        </w:rPr>
        <w:t xml:space="preserve">[40:45] </w:t>
      </w:r>
      <w:r>
        <w:t>deen, let us take the present situation.</w:t>
      </w:r>
    </w:p>
    <w:p>
      <w:pPr>
        <w:jc w:val="right"/>
      </w:pPr>
      <w:r>
        <w:t>دین، لیٹ اس ٹیک دا پریزنٹ سچویشن۔</w:t>
      </w:r>
    </w:p>
    <w:p>
      <w:r>
        <w:rPr>
          <w:b/>
        </w:rPr>
        <w:t xml:space="preserve">[40:49] </w:t>
      </w:r>
      <w:r>
        <w:t>you know, after colonialism,</w:t>
      </w:r>
    </w:p>
    <w:p>
      <w:pPr>
        <w:jc w:val="right"/>
      </w:pPr>
      <w:r>
        <w:t>یو نو، افٹر کلونیلزم،</w:t>
      </w:r>
    </w:p>
    <w:p>
      <w:r>
        <w:rPr>
          <w:b/>
        </w:rPr>
        <w:t xml:space="preserve">[40:56] </w:t>
      </w:r>
      <w:r>
        <w:t>western powers occupied Muslim countries in political term.</w:t>
      </w:r>
    </w:p>
    <w:p>
      <w:pPr>
        <w:jc w:val="right"/>
      </w:pPr>
      <w:r>
        <w:t>ویسٹرن پاورز اکوپائیڈ مسلم کنٹریز ان پولیٹیکل ٹرم۔</w:t>
      </w:r>
    </w:p>
    <w:p>
      <w:r>
        <w:rPr>
          <w:b/>
        </w:rPr>
        <w:t xml:space="preserve">[41:06] </w:t>
      </w:r>
      <w:r>
        <w:t>yani politically, they occupied Muslim countries, Muslim nations, after the emergence of colonialism. but here again, history repeats itself.</w:t>
      </w:r>
    </w:p>
    <w:p>
      <w:pPr>
        <w:jc w:val="right"/>
      </w:pPr>
      <w:r>
        <w:t>یعنی پولیٹیکلی، دے اکوپائیڈ مسلم کنٹریز، مسلم نیشنز، افٹر دا ایمرجنسی اف کلونیلزم۔ بٹ ہیر اگین، ہسٹری ریپیٹس اٹ سیلف۔</w:t>
      </w:r>
    </w:p>
    <w:p>
      <w:r>
        <w:rPr>
          <w:b/>
        </w:rPr>
        <w:t xml:space="preserve">[41:20] </w:t>
      </w:r>
      <w:r>
        <w:t>although Muslims were defeated in term of politics, in term of political power, but at the same time, Islam emerged as a great ideological power.</w:t>
      </w:r>
    </w:p>
    <w:p>
      <w:pPr>
        <w:jc w:val="right"/>
      </w:pPr>
      <w:r>
        <w:t>الدو مسلمز ویر ڈیفیٹڈ ان ٹرم اف پولیٹکس، ان ٹرم اف پولیٹیکل پاور، بٹ ایٹ دا سیم ٹائم، اسلام ایمرج ایز ا گریٹ ائیڈیالوجیکل پاور۔</w:t>
      </w:r>
    </w:p>
    <w:p>
      <w:r>
        <w:rPr>
          <w:b/>
        </w:rPr>
        <w:t xml:space="preserve">[41:40] </w:t>
      </w:r>
      <w:r>
        <w:t>recently,</w:t>
      </w:r>
    </w:p>
    <w:p>
      <w:pPr>
        <w:jc w:val="right"/>
      </w:pPr>
      <w:r>
        <w:t>ریسنٹلی،</w:t>
      </w:r>
    </w:p>
    <w:p>
      <w:r>
        <w:rPr>
          <w:b/>
        </w:rPr>
        <w:t xml:space="preserve">[41:44] </w:t>
      </w:r>
      <w:r>
        <w:t>a survey, recently, a survey was established. a survey was published in some magazine.</w:t>
      </w:r>
    </w:p>
    <w:p>
      <w:pPr>
        <w:jc w:val="right"/>
      </w:pPr>
      <w:r>
        <w:t>ا سروے، ریسنٹلی، ا سروے واز اسٹیبلشڈ۔ ا سروے واز پبلش ان سم میگزین۔</w:t>
      </w:r>
    </w:p>
    <w:p>
      <w:r>
        <w:rPr>
          <w:b/>
        </w:rPr>
        <w:t xml:space="preserve">[41:54] </w:t>
      </w:r>
      <w:r>
        <w:t>this survey was conducted, was conducted by some institutions, some American institutions.</w:t>
      </w:r>
    </w:p>
    <w:p>
      <w:pPr>
        <w:jc w:val="right"/>
      </w:pPr>
      <w:r>
        <w:t>دس سروے واز کنڈکٹڈ، واز کنڈکٹڈ بائی سم انسٹیٹیوشنز، سم امریکن انسٹیٹیوشنز۔</w:t>
      </w:r>
    </w:p>
    <w:p>
      <w:r>
        <w:rPr>
          <w:b/>
        </w:rPr>
        <w:t xml:space="preserve">[42:01] </w:t>
      </w:r>
      <w:r>
        <w:t>this survey shows that,</w:t>
      </w:r>
    </w:p>
    <w:p>
      <w:pPr>
        <w:jc w:val="right"/>
      </w:pPr>
      <w:r>
        <w:t>دس سروے شوز دیٹ،</w:t>
      </w:r>
    </w:p>
    <w:p>
      <w:r>
        <w:rPr>
          <w:b/>
        </w:rPr>
        <w:t xml:space="preserve">[42:06] </w:t>
      </w:r>
      <w:r>
        <w:t>that Islam is the fast, Islam is the fastest growing religion of the world. Islam is the fastest growing religion of the present world.</w:t>
      </w:r>
    </w:p>
    <w:p>
      <w:pPr>
        <w:jc w:val="right"/>
      </w:pPr>
      <w:r>
        <w:t>دیٹ اسلام از دا فاسٹ، اسلام از دا فاسٹسٹ گروئنگ ریلیجن اف دا ورلڈ۔ اسلام از دا فاسٹسٹ گروئنگ ریلیجن اف دا پریزنٹ ورلڈ۔</w:t>
      </w:r>
    </w:p>
    <w:p>
      <w:r>
        <w:rPr>
          <w:b/>
        </w:rPr>
        <w:t xml:space="preserve">[42:19] </w:t>
      </w:r>
      <w:r>
        <w:t>according to this survey, every year, more than one lakh people embrace Islam in America.</w:t>
      </w:r>
    </w:p>
    <w:p>
      <w:pPr>
        <w:jc w:val="right"/>
      </w:pPr>
      <w:r>
        <w:t>اکارڈنگ ٹو دس سروے، ایوری ایئر، مور دین ون لاکھ پیپل ایمبریس اسلام ان امریکہ۔</w:t>
      </w:r>
    </w:p>
    <w:p>
      <w:r>
        <w:rPr>
          <w:b/>
        </w:rPr>
        <w:t xml:space="preserve">[42:34] </w:t>
      </w:r>
      <w:r>
        <w:t>in America, more than one lakh people are accepting Islam in every year.</w:t>
      </w:r>
    </w:p>
    <w:p>
      <w:pPr>
        <w:jc w:val="right"/>
      </w:pPr>
      <w:r>
        <w:t>ان امریکہ، مور دین ون لاکھ پیپل ار ایکسیپٹنگ اسلام ان ایوری ایئر۔</w:t>
      </w:r>
    </w:p>
    <w:p>
      <w:r>
        <w:rPr>
          <w:b/>
        </w:rPr>
        <w:t xml:space="preserve">[42:43] </w:t>
      </w:r>
      <w:r>
        <w:t>so, this is the victory of ideological Islam. although although Islam is not a great political power, but at the same time, Islam is a great ideological power.</w:t>
      </w:r>
    </w:p>
    <w:p>
      <w:pPr>
        <w:jc w:val="right"/>
      </w:pPr>
      <w:r>
        <w:t>سو، دس از دا وکٹری اف ائیڈیالوجیکل اسلام۔ الدو الدو اسلام از ناٹ ا گریٹ پولیٹیکل پاور، بٹ ایٹ دا سیم ٹائم، اسلام از ا گریٹ ائیڈیالوجیکل پاور۔</w:t>
      </w:r>
    </w:p>
    <w:p>
      <w:r>
        <w:rPr>
          <w:b/>
        </w:rPr>
        <w:t xml:space="preserve">[43:03] </w:t>
      </w:r>
      <w:r>
        <w:t>in ideology, in term of ideology, Islam is capturing their heart, their mind. so, this is the lesson we can draw from the history</w:t>
      </w:r>
    </w:p>
    <w:p>
      <w:pPr>
        <w:jc w:val="right"/>
      </w:pPr>
      <w:r>
        <w:t>ان ائیڈیالوجی، ان ٹرم اف ائیڈیالوجی، اسلام از کیپچرنگ دیر ہارٹ، دیر مائنڈ۔ سو، دس از دا لیسن وی کین ڈرا فرام دا ہسٹری</w:t>
      </w:r>
    </w:p>
    <w:p>
      <w:r>
        <w:rPr>
          <w:b/>
        </w:rPr>
        <w:t xml:space="preserve">[43:19] </w:t>
      </w:r>
      <w:r>
        <w:t>of Islam. there is a verse in the Quran:</w:t>
      </w:r>
    </w:p>
    <w:p>
      <w:pPr>
        <w:jc w:val="right"/>
      </w:pPr>
      <w:r>
        <w:t>اف اسلام۔ دیر از ا ورس ان دا قران:</w:t>
      </w:r>
    </w:p>
    <w:p>
      <w:r>
        <w:rPr>
          <w:b/>
        </w:rPr>
        <w:t xml:space="preserve">[43:26] </w:t>
      </w:r>
      <w:r>
        <w:t>"innama al-usri yusra". with every hardship, there is ease. with every hardship, there is ease.</w:t>
      </w:r>
    </w:p>
    <w:p>
      <w:pPr>
        <w:jc w:val="right"/>
      </w:pPr>
      <w:r>
        <w:t>"انما العسر یسرا"۔ ود ایوری ہارڈشپ، دیر از ایز۔ ود ایوری ہارڈشپ، دیر از ایز۔</w:t>
      </w:r>
    </w:p>
    <w:p>
      <w:r>
        <w:rPr>
          <w:b/>
        </w:rPr>
        <w:t xml:space="preserve">[43:37] </w:t>
      </w:r>
      <w:r>
        <w:t>this is the law of nature. this Quranic verse refers a law of nature.</w:t>
      </w:r>
    </w:p>
    <w:p>
      <w:pPr>
        <w:jc w:val="right"/>
      </w:pPr>
      <w:r>
        <w:t>دس از دا لاء اف نیچر۔ دس قرانک ورس ریفرز ا لاء اف نیچر۔</w:t>
      </w:r>
    </w:p>
    <w:p>
      <w:r>
        <w:rPr>
          <w:b/>
        </w:rPr>
        <w:t xml:space="preserve">[43:45] </w:t>
      </w:r>
      <w:r>
        <w:t>it is a law of nature that with every hardship, there is ease. it means that, according to the law of nature, in every situation,</w:t>
      </w:r>
    </w:p>
    <w:p>
      <w:pPr>
        <w:jc w:val="right"/>
      </w:pPr>
      <w:r>
        <w:t>اٹ از ا لاء اف نیچر دیٹ ود ایوری ہارڈشپ، دیر از ایز۔ اٹ مینز دیٹ، اکارڈنگ ٹو دا لاء اف نیچر، ان ایوری سچویشن،</w:t>
      </w:r>
    </w:p>
    <w:p>
      <w:r>
        <w:rPr>
          <w:b/>
        </w:rPr>
        <w:t xml:space="preserve">[44:00] </w:t>
      </w:r>
      <w:r>
        <w:t>when you find some hardship, some difficulties, some problem, you, you should believe that at the same time, along with those problems, there are opportunities.</w:t>
      </w:r>
    </w:p>
    <w:p>
      <w:pPr>
        <w:jc w:val="right"/>
      </w:pPr>
      <w:r>
        <w:t>وین یو فائنڈ سم ہارڈشپ، سم ڈیفیکلٹیز، سم پرابلم، یو، یو شوڈ بیلیو دیٹ ایٹ دا سیم ٹائم، النگ ود دوز پرابلمز، دیر ار اپرچونیٹیز۔</w:t>
      </w:r>
    </w:p>
    <w:p>
      <w:r>
        <w:rPr>
          <w:b/>
        </w:rPr>
        <w:t xml:space="preserve">[44:14] </w:t>
      </w:r>
      <w:r>
        <w:t>so, you have to, you have to ignore the problems. you have to follow this formula: ignore the problems and avail the opportunities.</w:t>
      </w:r>
    </w:p>
    <w:p>
      <w:pPr>
        <w:jc w:val="right"/>
      </w:pPr>
      <w:r>
        <w:t>سو، یو ہیو ٹو، یو ہیو ٹو اگنور دا پرابلمز۔ یو ہیو ٹو فالو دس فارمولا: اگنور دا پرابلمز اینڈ اویل دا اپرچونیٹیز۔</w:t>
      </w:r>
    </w:p>
    <w:p>
      <w:r>
        <w:rPr>
          <w:b/>
        </w:rPr>
        <w:t xml:space="preserve">[44:30] </w:t>
      </w:r>
      <w:r>
        <w:t>this formula was followed by the prophet of Islam.</w:t>
      </w:r>
    </w:p>
    <w:p>
      <w:pPr>
        <w:jc w:val="right"/>
      </w:pPr>
      <w:r>
        <w:t>دس فارمولا واز فالوڈ بائی دا پرافٹ اف اسلام۔</w:t>
      </w:r>
    </w:p>
    <w:p>
      <w:r>
        <w:rPr>
          <w:b/>
        </w:rPr>
        <w:t xml:space="preserve">[44:37] </w:t>
      </w:r>
      <w:r>
        <w:t>all those success of early period of Islam was due to this formula:</w:t>
      </w:r>
    </w:p>
    <w:p>
      <w:pPr>
        <w:jc w:val="right"/>
      </w:pPr>
      <w:r>
        <w:t>ال دوز سکسیس اف ارلی پیریڈ اف اسلام واز ڈیو ٹو دس فارمولا:</w:t>
      </w:r>
    </w:p>
    <w:p>
      <w:r>
        <w:rPr>
          <w:b/>
        </w:rPr>
        <w:t xml:space="preserve">[44:45] </w:t>
      </w:r>
      <w:r>
        <w:t>ignore the problems and avail the opportunities.</w:t>
      </w:r>
    </w:p>
    <w:p>
      <w:pPr>
        <w:jc w:val="right"/>
      </w:pPr>
      <w:r>
        <w:t>اگنور دا پرابلمز اینڈ اویل دا اپرچونیٹیز۔</w:t>
      </w:r>
    </w:p>
    <w:p>
      <w:r>
        <w:rPr>
          <w:b/>
        </w:rPr>
        <w:t xml:space="preserve">[44:51] </w:t>
      </w:r>
      <w:r>
        <w:t>in this age, in this present age, there are so many problems. Muslims are always busy in, in complaint and protest.</w:t>
      </w:r>
    </w:p>
    <w:p>
      <w:pPr>
        <w:jc w:val="right"/>
      </w:pPr>
      <w:r>
        <w:t>ان دس ایج، ان دس پریزنٹ ایج، دیر ار سو مینی پرابلمز۔ مسلمز ار الویز بزی ان، ان کمپلینٹ اینڈ پروٹیسٹ۔</w:t>
      </w:r>
    </w:p>
    <w:p>
      <w:r>
        <w:rPr>
          <w:b/>
        </w:rPr>
        <w:t xml:space="preserve">[45:02] </w:t>
      </w:r>
      <w:r>
        <w:t>bat why complain? why protest?</w:t>
      </w:r>
    </w:p>
    <w:p>
      <w:pPr>
        <w:jc w:val="right"/>
      </w:pPr>
      <w:r>
        <w:t>بٹ وائی کمپلین؟ وائی پروٹیسٹ؟</w:t>
      </w:r>
    </w:p>
    <w:p>
      <w:r>
        <w:rPr>
          <w:b/>
        </w:rPr>
        <w:t xml:space="preserve">[45:08] </w:t>
      </w:r>
      <w:r>
        <w:t>all these complaints and all these protests are, are absurd, meaningless</w:t>
      </w:r>
    </w:p>
    <w:p>
      <w:pPr>
        <w:jc w:val="right"/>
      </w:pPr>
      <w:r>
        <w:t>ال دیز کمپلینٹس اینڈ ال دیز پروٹیسٹس ار، ار ابسرد، میننگ لیس</w:t>
      </w:r>
    </w:p>
    <w:p>
      <w:r>
        <w:rPr>
          <w:b/>
        </w:rPr>
        <w:t xml:space="preserve">[45:17] </w:t>
      </w:r>
      <w:r>
        <w:t>. why? because when quran says that in every hardship, there is ease. with every problem, there are opportunities.</w:t>
      </w:r>
    </w:p>
    <w:p>
      <w:pPr>
        <w:jc w:val="right"/>
      </w:pPr>
      <w:r>
        <w:t>۔ وائی؟ بیکاز وین قران سیز دیٹ ان ایوری ہارڈشپ، دیر از ایز۔ ود ایوری پرابلم، دیر ار اپرچونیٹیز۔</w:t>
      </w:r>
    </w:p>
    <w:p>
      <w:r>
        <w:rPr>
          <w:b/>
        </w:rPr>
        <w:t xml:space="preserve">[45:28] </w:t>
      </w:r>
      <w:r>
        <w:t>so, you have to, to take a lesson from this quranic verse. you have to avoid all those so called problems, and you have to avail the opportunities.</w:t>
      </w:r>
    </w:p>
    <w:p>
      <w:pPr>
        <w:jc w:val="right"/>
      </w:pPr>
      <w:r>
        <w:t>سو، یو ہیو ٹو، ٹو ٹیک ا لیسن فرام دس قرانک ورس۔ یو ہیو ٹو اوائڈ ال دوز سو کالڈ پرابلمز، اینڈ یو ہیو ٹو اویل دا اپرچونیٹیز۔</w:t>
      </w:r>
    </w:p>
    <w:p>
      <w:r>
        <w:rPr>
          <w:b/>
        </w:rPr>
        <w:t xml:space="preserve">[45:48] </w:t>
      </w:r>
      <w:r>
        <w:t>if this, it is not simply a quranic verse. it is a, it is a, is a, is a, it is an expression of, of, of, of law of nature.</w:t>
      </w:r>
    </w:p>
    <w:p>
      <w:pPr>
        <w:jc w:val="right"/>
      </w:pPr>
      <w:r>
        <w:t>اف دس، اٹ از ناٹ سمپلی ا قرانک ورس۔ اٹ از ا، اٹ از ا، از ا، از ا، اٹ از ان ایکسپریشن اف، اف، اف، اف لاء اف نیچر۔</w:t>
      </w:r>
    </w:p>
    <w:p>
      <w:r>
        <w:rPr>
          <w:b/>
        </w:rPr>
        <w:t xml:space="preserve">[46:01] </w:t>
      </w:r>
      <w:r>
        <w:t>it is law of nature. no one has, no one is so strong to abolish the law of nature.</w:t>
      </w:r>
    </w:p>
    <w:p>
      <w:pPr>
        <w:jc w:val="right"/>
      </w:pPr>
      <w:r>
        <w:t>اٹ از لاء اف نیچر۔ نو ون ہیز، نو ون از سو سٹرونگ ٹو ابولش دا لاء اف نیچر۔</w:t>
      </w:r>
    </w:p>
    <w:p>
      <w:r>
        <w:rPr>
          <w:b/>
        </w:rPr>
        <w:t xml:space="preserve">[46:11] </w:t>
      </w:r>
      <w:r>
        <w:t>with every hardship, there is ease. with every problem, there are opportunities.</w:t>
      </w:r>
    </w:p>
    <w:p>
      <w:pPr>
        <w:jc w:val="right"/>
      </w:pPr>
      <w:r>
        <w:t>ود ایوری ہارڈشپ، دیر از ایز۔ ود ایوری پرابلم، دیر ار اپرچونیٹیز۔</w:t>
      </w:r>
    </w:p>
    <w:p>
      <w:r>
        <w:rPr>
          <w:b/>
        </w:rPr>
        <w:t xml:space="preserve">[46:16] </w:t>
      </w:r>
      <w:r>
        <w:t>this is a law of nature, and no one is so powerful to abolish this, this law of nature.</w:t>
      </w:r>
    </w:p>
    <w:p>
      <w:pPr>
        <w:jc w:val="right"/>
      </w:pPr>
      <w:r>
        <w:t>دس از ا لاء اف نیچر، اینڈ نو ون از سو پاورفل ٹو ابولش دس، دس لاء اف نیچر۔</w:t>
      </w:r>
    </w:p>
    <w:p>
      <w:r>
        <w:rPr>
          <w:b/>
        </w:rPr>
        <w:t xml:space="preserve">[46:28] </w:t>
      </w:r>
      <w:r>
        <w:t>so, in every situation, you have to believe that if there are some problems, there must be some opportunities.</w:t>
      </w:r>
    </w:p>
    <w:p>
      <w:pPr>
        <w:jc w:val="right"/>
      </w:pPr>
      <w:r>
        <w:t>سو، ان ایوری سچویشن، یو ہیو ٹو بیلیو دیٹ اف دیر ار سم پرابلمز، دیر مسٹ بی سم اپرچونیٹیز۔</w:t>
      </w:r>
    </w:p>
    <w:p>
      <w:r>
        <w:rPr>
          <w:b/>
        </w:rPr>
        <w:t xml:space="preserve">[46:41] </w:t>
      </w:r>
      <w:r>
        <w:t>you have to believe this in advance.</w:t>
      </w:r>
    </w:p>
    <w:p>
      <w:pPr>
        <w:jc w:val="right"/>
      </w:pPr>
      <w:r>
        <w:t>یو ہیو ٹو بیلیو دس ان ایڈوانس۔</w:t>
      </w:r>
    </w:p>
    <w:p>
      <w:r>
        <w:rPr>
          <w:b/>
        </w:rPr>
        <w:t xml:space="preserve">[46:47] </w:t>
      </w:r>
      <w:r>
        <w:t>this is an article of belief. according to the quran, this is an article of belief. and i think that the present world is not an exception.</w:t>
      </w:r>
    </w:p>
    <w:p>
      <w:pPr>
        <w:jc w:val="right"/>
      </w:pPr>
      <w:r>
        <w:t>دس از ان ارٹیکل اف بیلیف۔ اکارڈنگ ٹو دا قران، دس از ان ارٹیکل اف بیلیف۔ اینڈ ائی تھنک دیٹ دا پریزنٹ ورلڈ از ناٹ ان ایکسیپشن۔</w:t>
      </w:r>
    </w:p>
    <w:p>
      <w:r>
        <w:rPr>
          <w:b/>
        </w:rPr>
        <w:t xml:space="preserve">[47:00] </w:t>
      </w:r>
      <w:r>
        <w:t>present world is not an exception. in the present world, also there must be opportunities.</w:t>
      </w:r>
    </w:p>
    <w:p>
      <w:pPr>
        <w:jc w:val="right"/>
      </w:pPr>
      <w:r>
        <w:t>پریزنٹ ورلڈ از ناٹ ان ایکسیپشن۔ ان دا پریزنٹ ورلڈ، السو دیر مسٹ بی اپرچونیٹیز۔</w:t>
      </w:r>
    </w:p>
    <w:p>
      <w:r>
        <w:rPr>
          <w:b/>
        </w:rPr>
        <w:t xml:space="preserve">[47:09] </w:t>
      </w:r>
      <w:r>
        <w:t>although there are problems, but there must be some opportunities, great opportunities.</w:t>
      </w:r>
    </w:p>
    <w:p>
      <w:pPr>
        <w:jc w:val="right"/>
      </w:pPr>
      <w:r>
        <w:t>الدو دیر ار پرابلمز، بٹ دیر مسٹ بی سم اپرچونیٹیز، گریٹ اپرچونیٹیز۔</w:t>
      </w:r>
    </w:p>
    <w:p>
      <w:r>
        <w:rPr>
          <w:b/>
        </w:rPr>
        <w:t xml:space="preserve">[47:18] </w:t>
      </w:r>
      <w:r>
        <w:t>then, i can see that</w:t>
      </w:r>
    </w:p>
    <w:p>
      <w:pPr>
        <w:jc w:val="right"/>
      </w:pPr>
      <w:r>
        <w:t>دین، ائی کین سی دیٹ</w:t>
      </w:r>
    </w:p>
    <w:p>
      <w:r>
        <w:rPr>
          <w:b/>
        </w:rPr>
        <w:t xml:space="preserve">[47:24] </w:t>
      </w:r>
      <w:r>
        <w:t>problems are a part of, part of nature, part of life. laqad khalaqnal insana fi kabad. problems, according to this verse, according to this quranic verse,</w:t>
      </w:r>
    </w:p>
    <w:p>
      <w:pPr>
        <w:jc w:val="right"/>
      </w:pPr>
      <w:r>
        <w:t>پرابلمز ار ا پارٹ اف، پارٹ اف نیچر، پارٹ اف لائف۔ لقد خلق الانسان فی کبت۔ پرابلمز، اکارڈنگ ٹو دس ورس، اکارڈنگ ٹو دس قرانک ورس،</w:t>
      </w:r>
    </w:p>
    <w:p>
      <w:r>
        <w:rPr>
          <w:b/>
        </w:rPr>
        <w:t xml:space="preserve">[47:40] </w:t>
      </w:r>
      <w:r>
        <w:t>problems are part of creation. laqad khalaqnal insana fi kabad.</w:t>
      </w:r>
    </w:p>
    <w:p>
      <w:pPr>
        <w:jc w:val="right"/>
      </w:pPr>
      <w:r>
        <w:t>پرابلمز ار پارٹ اف کریشن۔ لقد خلق الانسان فی کبت۔</w:t>
      </w:r>
    </w:p>
    <w:p>
      <w:r>
        <w:rPr>
          <w:b/>
        </w:rPr>
        <w:t xml:space="preserve">[47:47] </w:t>
      </w:r>
      <w:r>
        <w:t>we created man with difficulties. these are quranic verse. laqad khalaqnal insana fi kabad.</w:t>
      </w:r>
    </w:p>
    <w:p>
      <w:pPr>
        <w:jc w:val="right"/>
      </w:pPr>
      <w:r>
        <w:t>وی کریٹڈ مین ود ڈیفیکلٹیز۔ دس ار قرانک ورس۔ لقد خلق الانسان فی کبت۔</w:t>
      </w:r>
    </w:p>
    <w:p>
      <w:r>
        <w:rPr>
          <w:b/>
        </w:rPr>
        <w:t xml:space="preserve">[47:56] </w:t>
      </w:r>
      <w:r>
        <w:t>god says that we created man with difficulties. so, difficulties are problems are part of creation.</w:t>
      </w:r>
    </w:p>
    <w:p>
      <w:pPr>
        <w:jc w:val="right"/>
      </w:pPr>
      <w:r>
        <w:t>گاڈ سیز دیٹ وی کریٹڈ مین ود ڈیفیکلٹیز۔ سو، ڈیفیکلٹیز ار پرابلمز ار پارٹ اف کریشن۔</w:t>
      </w:r>
    </w:p>
    <w:p>
      <w:r>
        <w:rPr>
          <w:b/>
        </w:rPr>
        <w:t xml:space="preserve">[48:09] </w:t>
      </w:r>
      <w:r>
        <w:t>it is part of creation.</w:t>
      </w:r>
    </w:p>
    <w:p>
      <w:pPr>
        <w:jc w:val="right"/>
      </w:pPr>
      <w:r>
        <w:t>اٹ از پارٹ اف کریشن۔</w:t>
      </w:r>
    </w:p>
    <w:p>
      <w:r>
        <w:rPr>
          <w:b/>
        </w:rPr>
        <w:t xml:space="preserve">[48:14] </w:t>
      </w:r>
      <w:r>
        <w:t>it not part of enmity.</w:t>
      </w:r>
    </w:p>
    <w:p>
      <w:pPr>
        <w:jc w:val="right"/>
      </w:pPr>
      <w:r>
        <w:t>اٹ ناٹ پارٹ اف انمٹی۔</w:t>
      </w:r>
    </w:p>
    <w:p>
      <w:r>
        <w:rPr>
          <w:b/>
        </w:rPr>
        <w:t xml:space="preserve">[48:17] </w:t>
      </w:r>
      <w:r>
        <w:t>i can see that, according to this quranic verse, problems, problems are the part of creation.</w:t>
      </w:r>
    </w:p>
    <w:p>
      <w:pPr>
        <w:jc w:val="right"/>
      </w:pPr>
      <w:r>
        <w:t>ائی کین سی دیٹ، اکارڈنگ ٹو دس قرانک ورس، پرابلمز، پرابلمز ار دی پارٹ اف کریشن۔</w:t>
      </w:r>
    </w:p>
    <w:p>
      <w:r>
        <w:rPr>
          <w:b/>
        </w:rPr>
        <w:t xml:space="preserve">[48:30] </w:t>
      </w:r>
      <w:r>
        <w:t>problems are not part of enmity or conspiracy. problems are not part of some enmity or some conspiracy.</w:t>
      </w:r>
    </w:p>
    <w:p>
      <w:pPr>
        <w:jc w:val="right"/>
      </w:pPr>
      <w:r>
        <w:t>پرابلمز ار ناٹ پارٹ اف انمٹی اور کانسپریشن۔ پرابلمز ار ناٹ پارٹ اف سم انمٹی اور سم کانسپریشن۔</w:t>
      </w:r>
    </w:p>
    <w:p>
      <w:r>
        <w:rPr>
          <w:b/>
        </w:rPr>
        <w:t xml:space="preserve">[48:43] </w:t>
      </w:r>
      <w:r>
        <w:t>no, problems are part of nature, part</w:t>
      </w:r>
    </w:p>
    <w:p>
      <w:pPr>
        <w:jc w:val="right"/>
      </w:pPr>
      <w:r>
        <w:t>نو، پرابلمز ار پارٹ اف نیچر، پارٹ</w:t>
      </w:r>
    </w:p>
    <w:p>
      <w:r>
        <w:rPr>
          <w:b/>
        </w:rPr>
        <w:t xml:space="preserve">[48:46] </w:t>
      </w:r>
      <w:r>
        <w:t>of creation. so, we cannot abolish these problems. it is beyond our capacity.</w:t>
      </w:r>
    </w:p>
    <w:p>
      <w:pPr>
        <w:jc w:val="right"/>
      </w:pPr>
      <w:r>
        <w:t>اف کریشن۔ سو، وی کین ناٹ ابولش دس پرابلمز۔ اٹ از بیانڈ اور کپیسٹی۔</w:t>
      </w:r>
    </w:p>
    <w:p>
      <w:r>
        <w:rPr>
          <w:b/>
        </w:rPr>
        <w:t xml:space="preserve">[48:56] </w:t>
      </w:r>
      <w:r>
        <w:t>who can abolish the law of nature? who can change the course of creation? it is not possible for anyone.</w:t>
      </w:r>
    </w:p>
    <w:p>
      <w:pPr>
        <w:jc w:val="right"/>
      </w:pPr>
      <w:r>
        <w:t>ہو کین ابولش دا لاء اف نیچر؟ ہو کین چینج دا کورس اف کریشن؟ اٹ از ناٹ پوسیبل فار اینی ون۔</w:t>
      </w:r>
    </w:p>
    <w:p>
      <w:r>
        <w:rPr>
          <w:b/>
        </w:rPr>
        <w:t xml:space="preserve">[49:08] </w:t>
      </w:r>
      <w:r>
        <w:t>so, we have to adopt this formula: avoid the problems and avail the opportunities.</w:t>
      </w:r>
    </w:p>
    <w:p>
      <w:pPr>
        <w:jc w:val="right"/>
      </w:pPr>
      <w:r>
        <w:t>سو، وی ہیو ٹو اڈاپٹ دس فارمولا: اوائڈ دا پرابلمز اینڈ اویل دا اپرچونیٹیز۔</w:t>
      </w:r>
    </w:p>
    <w:p>
      <w:r>
        <w:rPr>
          <w:b/>
        </w:rPr>
        <w:t xml:space="preserve">[49:16] </w:t>
      </w:r>
      <w:r>
        <w:t>this is the only option for us. so, i can see with certainty that present world is not an exception.</w:t>
      </w:r>
    </w:p>
    <w:p>
      <w:pPr>
        <w:jc w:val="right"/>
      </w:pPr>
      <w:r>
        <w:t>دس از دا اونلی اپشن فار اس۔ سو، ائی کین سی ود سرٹینٹی دیٹ پریزنٹ ورلڈ از ناٹ ان ایکسیپشن۔</w:t>
      </w:r>
    </w:p>
    <w:p>
      <w:r>
        <w:rPr>
          <w:b/>
        </w:rPr>
        <w:t xml:space="preserve">[49:33] </w:t>
      </w:r>
      <w:r>
        <w:t>people are engaged in declaring that there are enemies, there are conspirators, this and that.</w:t>
      </w:r>
    </w:p>
    <w:p>
      <w:pPr>
        <w:jc w:val="right"/>
      </w:pPr>
      <w:r>
        <w:t>پیپل ار انگیج ان ڈیکلیئرنگ دیٹ دیر ار اینمیز، دیر ار کانسپریٹرز، دس اینڈ دیٹ۔</w:t>
      </w:r>
    </w:p>
    <w:p>
      <w:r>
        <w:rPr>
          <w:b/>
        </w:rPr>
        <w:t xml:space="preserve">[49:42] </w:t>
      </w:r>
      <w:r>
        <w:t>but i don't believe all these things</w:t>
      </w:r>
    </w:p>
    <w:p>
      <w:pPr>
        <w:jc w:val="right"/>
      </w:pPr>
      <w:r>
        <w:t>بٹ ائی ڈونٹ بیلیو ال دیز تھنگ</w:t>
      </w:r>
    </w:p>
    <w:p>
      <w:r>
        <w:rPr>
          <w:b/>
        </w:rPr>
        <w:t xml:space="preserve">[49:45] </w:t>
      </w:r>
      <w:r>
        <w:t>s. the real problem is that we are facing the law of nature. no enemy is problem, no conspirator is problem.</w:t>
      </w:r>
    </w:p>
    <w:p>
      <w:pPr>
        <w:jc w:val="right"/>
      </w:pPr>
      <w:r>
        <w:t>ز۔ دا ریل پرابلم از دیٹ وی ار فیسنگ دا لاء اف نیچر۔ نو اینمی از پرابلم، نو کانسپریٹر از پرابلم۔</w:t>
      </w:r>
    </w:p>
    <w:p>
      <w:r>
        <w:rPr>
          <w:b/>
        </w:rPr>
        <w:t xml:space="preserve">[49:58] </w:t>
      </w:r>
      <w:r>
        <w:t>the problem is inherent in the law of nature.</w:t>
      </w:r>
    </w:p>
    <w:p>
      <w:pPr>
        <w:jc w:val="right"/>
      </w:pPr>
      <w:r>
        <w:t>دا پرابلم از انہیرنٹ ان دا لاء اف نیچر۔</w:t>
      </w:r>
    </w:p>
    <w:p>
      <w:r>
        <w:rPr>
          <w:b/>
        </w:rPr>
        <w:t xml:space="preserve">[50:04] </w:t>
      </w:r>
      <w:r>
        <w:t>laqad khalaqal insanu fi kabad. so, first of all, we have to accept this reality that problems are</w:t>
      </w:r>
    </w:p>
    <w:p>
      <w:pPr>
        <w:jc w:val="right"/>
      </w:pPr>
      <w:r>
        <w:t>لقد خلق الانسان فی کبت۔ سو، فرسٹ اف ال، وی ہیو ٹو ایکسیپٹ دس ریلیٹی دیٹ پرابلمز ار</w:t>
      </w:r>
    </w:p>
    <w:p>
      <w:r>
        <w:rPr>
          <w:b/>
        </w:rPr>
        <w:t xml:space="preserve">[50:19] </w:t>
      </w:r>
      <w:r>
        <w:t>not a creation of some enemy. problems are creation of, creation of they, of god, the creator.</w:t>
      </w:r>
    </w:p>
    <w:p>
      <w:pPr>
        <w:jc w:val="right"/>
      </w:pPr>
      <w:r>
        <w:t>ناٹ ا کریشن اف سم اینمی۔ پرابلمز ار کریشن اف، کریشن اف دے، اف گاڈ، دا کریٹر۔</w:t>
      </w:r>
    </w:p>
    <w:p>
      <w:r>
        <w:rPr>
          <w:b/>
        </w:rPr>
        <w:t xml:space="preserve">[50:33] </w:t>
      </w:r>
      <w:r>
        <w:t>so, so, if it is part of creation, we have no option other than to accept it as it is.</w:t>
      </w:r>
    </w:p>
    <w:p>
      <w:pPr>
        <w:jc w:val="right"/>
      </w:pPr>
      <w:r>
        <w:t>سو، سو، اف اٹ از پارٹ اف کریشن، وی ہیو نو اپشن ادر دین ٹو ایکسیپٹ اٹ ایز اٹ از۔</w:t>
      </w:r>
    </w:p>
    <w:p>
      <w:r>
        <w:rPr>
          <w:b/>
        </w:rPr>
        <w:t xml:space="preserve">[50:46] </w:t>
      </w:r>
      <w:r>
        <w:t>so, due to this, i can see that we have to adopt this formula:</w:t>
      </w:r>
    </w:p>
    <w:p>
      <w:pPr>
        <w:jc w:val="right"/>
      </w:pPr>
      <w:r>
        <w:t>سو، ڈیو ٹو دس، ائی کین سی دیٹ وی ہیو ٹو اڈاپٹ دس فارمولا:</w:t>
      </w:r>
    </w:p>
    <w:p>
      <w:r>
        <w:rPr>
          <w:b/>
        </w:rPr>
        <w:t xml:space="preserve">[50:58] </w:t>
      </w:r>
      <w:r>
        <w:t>ignore the problems and avail the opportunities.</w:t>
      </w:r>
    </w:p>
    <w:p>
      <w:pPr>
        <w:jc w:val="right"/>
      </w:pPr>
      <w:r>
        <w:t>اگنور دا پرابلمز اینڈ اویل دا اپرچونیٹیز۔</w:t>
      </w:r>
    </w:p>
    <w:p>
      <w:r>
        <w:rPr>
          <w:b/>
        </w:rPr>
        <w:t xml:space="preserve">[51:04] </w:t>
      </w:r>
      <w:r>
        <w:t>you know, our present world have opened so many new doors of the work.</w:t>
      </w:r>
    </w:p>
    <w:p>
      <w:pPr>
        <w:jc w:val="right"/>
      </w:pPr>
      <w:r>
        <w:t>یو نو، اور پریزنٹ ورلڈ ہیو اوپنڈ سو مینی نیو ڈورز اف دا ورک۔</w:t>
      </w:r>
    </w:p>
    <w:p>
      <w:r>
        <w:rPr>
          <w:b/>
        </w:rPr>
        <w:t xml:space="preserve">[51:15] </w:t>
      </w:r>
      <w:r>
        <w:t>for example, for the first time in history, there is completely, we, we enjoy complete religious freedom.</w:t>
      </w:r>
    </w:p>
    <w:p>
      <w:pPr>
        <w:jc w:val="right"/>
      </w:pPr>
      <w:r>
        <w:t>فار ایگزیمپل، فار دا فرسٹ ٹائم ان ہسٹری، دیر از کمپلیٹلی، وی، وی انجوائے کمپلیٹ ریلیجیس فریڈم۔</w:t>
      </w:r>
    </w:p>
    <w:p>
      <w:r>
        <w:rPr>
          <w:b/>
        </w:rPr>
        <w:t xml:space="preserve">[51:30] </w:t>
      </w:r>
      <w:r>
        <w:t>we at present, we enjoy complete religious freedom. it is a great boon for us. complete religious freedom means that we are free to practice islam.</w:t>
      </w:r>
    </w:p>
    <w:p>
      <w:pPr>
        <w:jc w:val="right"/>
      </w:pPr>
      <w:r>
        <w:t>وی ایٹ پریزنٹ، وی انجوائے کمپلیٹ ریلیجیس فریڈم۔ اٹ از ا گریٹ بون فار اس۔ کمپلیٹ ریلیجیس فریڈم مینز دیٹ وی ار فری ٹو پریکٹس اسلام۔</w:t>
      </w:r>
    </w:p>
    <w:p>
      <w:r>
        <w:rPr>
          <w:b/>
        </w:rPr>
        <w:t xml:space="preserve">[51:45] </w:t>
      </w:r>
      <w:r>
        <w:t>we are free to, to discipline islam. we are free to do the work.</w:t>
      </w:r>
    </w:p>
    <w:p>
      <w:pPr>
        <w:jc w:val="right"/>
      </w:pPr>
      <w:r>
        <w:t>وی ار فری ٹو، ٹو ڈسپلینیٹ اسلام۔ وی ار فری ٹو ڈو دا ورک۔</w:t>
      </w:r>
    </w:p>
    <w:p>
      <w:r>
        <w:rPr>
          <w:b/>
        </w:rPr>
        <w:t xml:space="preserve">[51:53] </w:t>
      </w:r>
      <w:r>
        <w:t>this is a great, great blessing for us.</w:t>
      </w:r>
    </w:p>
    <w:p>
      <w:pPr>
        <w:jc w:val="right"/>
      </w:pPr>
      <w:r>
        <w:t>دس از ا گریٹ، گریٹ بلیسنگ فار اس۔</w:t>
      </w:r>
    </w:p>
    <w:p>
      <w:r>
        <w:rPr>
          <w:b/>
        </w:rPr>
        <w:t xml:space="preserve">[51:58] </w:t>
      </w:r>
      <w:r>
        <w:t>so, complete religious freedom is a new phenomenon. and in this world, and in our present world, we enjoy complete religious freedom.</w:t>
      </w:r>
    </w:p>
    <w:p>
      <w:pPr>
        <w:jc w:val="right"/>
      </w:pPr>
      <w:r>
        <w:t>سو، کمپلیٹ ریلیجیس فریڈم از ا نیو فیناومینا۔ اینڈ ان دس ورلڈ، اینڈ ان اور پریزنٹ ورلڈ، وی انجوائے کمپلیٹ ریلیجیس فریڈم۔</w:t>
      </w:r>
    </w:p>
    <w:p>
      <w:r>
        <w:rPr>
          <w:b/>
        </w:rPr>
        <w:t xml:space="preserve">[52:12] </w:t>
      </w:r>
      <w:r>
        <w:t>then, we know, there are communication. this age is age of communication</w:t>
      </w:r>
    </w:p>
    <w:p>
      <w:pPr>
        <w:jc w:val="right"/>
      </w:pPr>
      <w:r>
        <w:t>دین، وی نو، دیر ار کمیونیکیشن۔ دس ایج از ایج اف کمیونیکیشن</w:t>
      </w:r>
    </w:p>
    <w:p>
      <w:r>
        <w:rPr>
          <w:b/>
        </w:rPr>
        <w:t xml:space="preserve">[52:20] </w:t>
      </w:r>
      <w:r>
        <w:t>. in this age, we, we are living in, in, in the, in, in the, in new, in new world, world of communication.</w:t>
      </w:r>
    </w:p>
    <w:p>
      <w:pPr>
        <w:jc w:val="right"/>
      </w:pPr>
      <w:r>
        <w:t>۔ ان دس ایج، وی، وی ار لیونگ ان، ان، ان دی، ان، ان دی، ان نیو، ان نیو ورلڈ، ورلڈ اف کمیونیکیشن۔</w:t>
      </w:r>
    </w:p>
    <w:p>
      <w:r>
        <w:rPr>
          <w:b/>
        </w:rPr>
        <w:t xml:space="preserve">[52:31] </w:t>
      </w:r>
      <w:r>
        <w:t>there are print media, there are electronic media, there are multimedia. so, this, this opportunities are very, very important for us.</w:t>
      </w:r>
    </w:p>
    <w:p>
      <w:pPr>
        <w:jc w:val="right"/>
      </w:pPr>
      <w:r>
        <w:t>دیر ار پرنٹ میڈیا، دیر ار الیکٹرانک میڈیا، دیر ار ملٹی میڈیا۔ سو، دس، دس اپرچونیٹیز ار ویری، ویری امپورٹنٹ فار اس۔</w:t>
      </w:r>
    </w:p>
    <w:p>
      <w:r>
        <w:rPr>
          <w:b/>
        </w:rPr>
        <w:t xml:space="preserve">[52:44] </w:t>
      </w:r>
      <w:r>
        <w:t>so, we have to avail all these opportunities.</w:t>
      </w:r>
    </w:p>
    <w:p>
      <w:pPr>
        <w:jc w:val="right"/>
      </w:pPr>
      <w:r>
        <w:t>سو، وی ہیو ٹو اویل ال دیز اپرچونیٹیز۔</w:t>
      </w:r>
    </w:p>
    <w:p>
      <w:r>
        <w:rPr>
          <w:b/>
        </w:rPr>
        <w:t xml:space="preserve">[52:49] </w:t>
      </w:r>
      <w:r>
        <w:t>we have to avail all those communication. we have to avail all those print and electronic media to discipline islamic message.</w:t>
      </w:r>
    </w:p>
    <w:p>
      <w:pPr>
        <w:jc w:val="right"/>
      </w:pPr>
      <w:r>
        <w:t>وی ہیو ٹو اویل ال دوز کمیونیکیشن۔ وی ہیو ٹو اویل ال دوز پرنٹ اینڈ الیکٹرانک میڈیا ٹو ڈسپلینیٹ اسلامک میسج۔</w:t>
      </w:r>
    </w:p>
    <w:p>
      <w:r>
        <w:rPr>
          <w:b/>
        </w:rPr>
        <w:t xml:space="preserve">[53:01] </w:t>
      </w:r>
      <w:r>
        <w:t>this, this, this is an opportunity, and we have to avail this opportunity.</w:t>
      </w:r>
    </w:p>
    <w:p>
      <w:pPr>
        <w:jc w:val="right"/>
      </w:pPr>
      <w:r>
        <w:t>دس، دس، دس از ان اپرچونیٹی، اینڈ وی ہیو ٹو اویل دس اپرچونیٹی۔</w:t>
      </w:r>
    </w:p>
    <w:p>
      <w:r>
        <w:rPr>
          <w:b/>
        </w:rPr>
        <w:t xml:space="preserve">[53:10] </w:t>
      </w:r>
      <w:r>
        <w:t>then, you know, there is a very a new kind of mind set that is spirit of inquiry.</w:t>
      </w:r>
    </w:p>
    <w:p>
      <w:pPr>
        <w:jc w:val="right"/>
      </w:pPr>
      <w:r>
        <w:t>دین، یو نو، دیر از ا ویری ا نیو کائنڈ اف مائنڈ سیٹ دیٹ از سپرٹ اف انکوائری۔</w:t>
      </w:r>
    </w:p>
    <w:p>
      <w:r>
        <w:rPr>
          <w:b/>
        </w:rPr>
        <w:t xml:space="preserve">[53:25] </w:t>
      </w:r>
      <w:r>
        <w:t>the present world is obsessed with, with, with, with knowledge, with information. they want to know, they want to know</w:t>
      </w:r>
    </w:p>
    <w:p>
      <w:pPr>
        <w:jc w:val="right"/>
      </w:pPr>
      <w:r>
        <w:t>دا پریزنٹ ورلڈ از ابسسٹ ود، ود، ود، ود نالج، ود انفارمیشن۔ دے وانٹ ٹو نو، دے وانٹ ٹو نو</w:t>
      </w:r>
    </w:p>
    <w:p>
      <w:r>
        <w:rPr>
          <w:b/>
        </w:rPr>
        <w:t xml:space="preserve">[53:38] </w:t>
      </w:r>
      <w:r>
        <w:t>. The spirit was inculcated by the, by scientific revolution. So, our world is world of inquiry.</w:t>
      </w:r>
    </w:p>
    <w:p>
      <w:pPr>
        <w:jc w:val="right"/>
      </w:pPr>
      <w:r>
        <w:t>۔ دس سپرٹ واز انکلکیٹڈ بائی دا، بائی سائنٹیفک ریولوشن۔ سو، اور ورلڈ از ورلڈ اف انکوائری۔</w:t>
      </w:r>
    </w:p>
    <w:p>
      <w:r>
        <w:rPr>
          <w:b/>
        </w:rPr>
        <w:t xml:space="preserve">[53:48] </w:t>
      </w:r>
      <w:r>
        <w:t>everyone want to, want to know, want to increase his knowledge. So, we have, it means that everyone is, is, is curious to know about the truth, about Islam, about the history of Islam, about the prophet of God.</w:t>
      </w:r>
    </w:p>
    <w:p>
      <w:pPr>
        <w:jc w:val="right"/>
      </w:pPr>
      <w:r>
        <w:t>ایوری ون وانٹ ٹو، وانٹ ٹو نو، وانٹ ٹو انکریز ہز نالج۔ سو، وی ہیو، اٹ مینز دیٹ ایوری ون از، از، از کیوریس ٹو نو اباؤٹ دا ٹروتھ، اباؤٹ اسلام، اباؤٹ دا ہسٹری اف اسلام، اباؤٹ دا پرافٹ اف گاڈ۔</w:t>
      </w:r>
    </w:p>
    <w:p>
      <w:r>
        <w:rPr>
          <w:b/>
        </w:rPr>
        <w:t xml:space="preserve">[54:08] </w:t>
      </w:r>
      <w:r>
        <w:t>everyone is curious. this is a new phenomena. in previous, during previous ages, this was not.</w:t>
      </w:r>
    </w:p>
    <w:p>
      <w:pPr>
        <w:jc w:val="right"/>
      </w:pPr>
      <w:r>
        <w:t>ایوری ون از کیوریس۔ دس از ا نیو فیناومینا۔ ان پریویئر، ڈیورنگ پریویس ایجز، دس وار ناٹ۔</w:t>
      </w:r>
    </w:p>
    <w:p>
      <w:r>
        <w:rPr>
          <w:b/>
        </w:rPr>
        <w:t xml:space="preserve">[54:22] </w:t>
      </w:r>
      <w:r>
        <w:t>The pre-scientific era was an era of, of, era of superstition, era of mythology, era of, of, of.</w:t>
      </w:r>
    </w:p>
    <w:p>
      <w:pPr>
        <w:jc w:val="right"/>
      </w:pPr>
      <w:r>
        <w:t>دا پری سائنٹیفک ایرا واز ا ایرا اف، اف، ایرا اف سپر اسٹیشن، ایرا اف مائتھالوجی، ایرا اف، اف، اف۔</w:t>
      </w:r>
    </w:p>
    <w:p>
      <w:r>
        <w:rPr>
          <w:b/>
        </w:rPr>
        <w:t xml:space="preserve">[54:34] </w:t>
      </w:r>
      <w:r>
        <w:t>religious,</w:t>
      </w:r>
    </w:p>
    <w:p>
      <w:pPr>
        <w:jc w:val="right"/>
      </w:pPr>
      <w:r>
        <w:t>ریلیجیس،</w:t>
      </w:r>
    </w:p>
    <w:p>
      <w:r>
        <w:rPr>
          <w:b/>
        </w:rPr>
        <w:t xml:space="preserve">[54:39] </w:t>
      </w:r>
      <w:r>
        <w:t>religious persecution. but now, we live a new kind of situation.</w:t>
      </w:r>
    </w:p>
    <w:p>
      <w:pPr>
        <w:jc w:val="right"/>
      </w:pPr>
      <w:r>
        <w:t>ریلیجیس پرسیکیوشن۔ بٹ ناو، وی لیو ا نیو کائنڈ اف سچویشن۔</w:t>
      </w:r>
    </w:p>
    <w:p>
      <w:r>
        <w:rPr>
          <w:b/>
        </w:rPr>
        <w:t xml:space="preserve">[54:47] </w:t>
      </w:r>
      <w:r>
        <w:t>so, people want to know more and more</w:t>
      </w:r>
    </w:p>
    <w:p>
      <w:pPr>
        <w:jc w:val="right"/>
      </w:pPr>
      <w:r>
        <w:t>سو، پیپل وانٹ ٹو نو مور اینڈ مور</w:t>
      </w:r>
    </w:p>
    <w:p>
      <w:r>
        <w:rPr>
          <w:b/>
        </w:rPr>
        <w:t xml:space="preserve">[54:52] </w:t>
      </w:r>
      <w:r>
        <w:t>. people want to know more and more. so, this is a great opportunity for us. we have to avail this opportunity in field of dawah.</w:t>
      </w:r>
    </w:p>
    <w:p>
      <w:pPr>
        <w:jc w:val="right"/>
      </w:pPr>
      <w:r>
        <w:t>۔ پیپل وانٹ ٹو نو مور اینڈ مور۔ سو، دس از ا گریٹ اپرچونیٹی فار اس۔ وی ہیو ٹو اویل دس اپرچونیٹی ان فیلڈ اف دعوی۔</w:t>
      </w:r>
    </w:p>
    <w:p>
      <w:r>
        <w:rPr>
          <w:b/>
        </w:rPr>
        <w:t xml:space="preserve">[55:05] </w:t>
      </w:r>
      <w:r>
        <w:t>we have to publish books in islam. we have to launch islamic tv.</w:t>
      </w:r>
    </w:p>
    <w:p>
      <w:pPr>
        <w:jc w:val="right"/>
      </w:pPr>
      <w:r>
        <w:t>وی ہیو ٹو پبلش بکس ان اسلام۔ وی ہیو ٹو لانچ اسلامک ٹی وی۔</w:t>
      </w:r>
    </w:p>
    <w:p>
      <w:r>
        <w:rPr>
          <w:b/>
        </w:rPr>
        <w:t xml:space="preserve">[55:15] </w:t>
      </w:r>
      <w:r>
        <w:t>so, we have to avail all those communications.</w:t>
      </w:r>
    </w:p>
    <w:p>
      <w:pPr>
        <w:jc w:val="right"/>
      </w:pPr>
      <w:r>
        <w:t>سو، وی ہیو ٹو اویل ال دوز کمیونیکیشنز۔</w:t>
      </w:r>
    </w:p>
    <w:p>
      <w:r>
        <w:rPr>
          <w:b/>
        </w:rPr>
        <w:t xml:space="preserve">[55:21] </w:t>
      </w:r>
      <w:r>
        <w:t>we have to avail this opportunity. So, I think that complaint and protest is haram in Islam.</w:t>
      </w:r>
    </w:p>
    <w:p>
      <w:pPr>
        <w:jc w:val="right"/>
      </w:pPr>
      <w:r>
        <w:t>وی ہیو ٹو اویل دس اپرچونیٹی۔ سو، ائی تھنک دیٹ کمپلینٹ اینڈ پروٹیسٹ از حرام ان اسلام۔</w:t>
      </w:r>
    </w:p>
    <w:p>
      <w:r>
        <w:rPr>
          <w:b/>
        </w:rPr>
        <w:t xml:space="preserve">[55:31] </w:t>
      </w:r>
      <w:r>
        <w:t>There is no room for complaint and protest in Islam. Why complaint? Why complaint? Why protest? When there are enormous opportunities, we have to avail these, these opportunities.</w:t>
      </w:r>
    </w:p>
    <w:p>
      <w:pPr>
        <w:jc w:val="right"/>
      </w:pPr>
      <w:r>
        <w:t>دیر از نو روم فار کمپلینٹ اینڈ پروٹیسٹ ان اسلام۔ وائی کمپلینٹ؟ وائی کمپلینٹ؟ وائی پروٹیسٹ؟ وین دیر ار انارمس اپرچونیٹیز، وی ہیو ٹو اویل دس، دس اپرچونیٹیز۔</w:t>
      </w:r>
    </w:p>
    <w:p>
      <w:r>
        <w:rPr>
          <w:b/>
        </w:rPr>
        <w:t xml:space="preserve">[55:50] </w:t>
      </w:r>
      <w:r>
        <w:t>when there are enormous opportunities, so why complaint? we have to avail all these opportunities.</w:t>
      </w:r>
    </w:p>
    <w:p>
      <w:pPr>
        <w:jc w:val="right"/>
      </w:pPr>
      <w:r>
        <w:t>وین دیر ار انارمس اپرچونیٹیز، سو وائی کمپلینٹ؟ وی ہیو ٹو اویل ال دیز اپرچونیٹیز۔</w:t>
      </w:r>
    </w:p>
    <w:p>
      <w:r>
        <w:rPr>
          <w:b/>
        </w:rPr>
        <w:t xml:space="preserve">[56:01] </w:t>
      </w:r>
      <w:r>
        <w:t>so, i think that</w:t>
      </w:r>
    </w:p>
    <w:p>
      <w:pPr>
        <w:jc w:val="right"/>
      </w:pPr>
      <w:r>
        <w:t>سو، ائی تھنک دیٹ</w:t>
      </w:r>
    </w:p>
    <w:p>
      <w:r>
        <w:rPr>
          <w:b/>
        </w:rPr>
        <w:t xml:space="preserve">[56:05] </w:t>
      </w:r>
      <w:r>
        <w:t>we have to reassess the whole situation. we have to revise our thinking. we have to rediscover the, the present age.</w:t>
      </w:r>
    </w:p>
    <w:p>
      <w:pPr>
        <w:jc w:val="right"/>
      </w:pPr>
      <w:r>
        <w:t>وی ہیو ٹو ری اسس دا ہول سچویشن۔ وی ہیو ٹو ریوائز اور تھنکنگ۔ وی ہیو ٹو ری ڈسکور دا، دا پریزنٹ ایج۔</w:t>
      </w:r>
    </w:p>
    <w:p>
      <w:r>
        <w:rPr>
          <w:b/>
        </w:rPr>
        <w:t xml:space="preserve">[56:23] </w:t>
      </w:r>
      <w:r>
        <w:t>after reassessment, we will find that everything is favorable to us.</w:t>
      </w:r>
    </w:p>
    <w:p>
      <w:pPr>
        <w:jc w:val="right"/>
      </w:pPr>
      <w:r>
        <w:t>افٹر ری اسسمنٹ، وی ویل فائنڈ دیٹ ایوری تھنگ از فیوریبل ٹو اس۔</w:t>
      </w:r>
    </w:p>
    <w:p>
      <w:r>
        <w:rPr>
          <w:b/>
        </w:rPr>
        <w:t xml:space="preserve">[56:33] </w:t>
      </w:r>
      <w:r>
        <w:t>no enmity, no conspiracy.</w:t>
      </w:r>
    </w:p>
    <w:p>
      <w:pPr>
        <w:jc w:val="right"/>
      </w:pPr>
      <w:r>
        <w:t>نو اینمیٹی، نو کانسپریسی۔</w:t>
      </w:r>
    </w:p>
    <w:p>
      <w:r>
        <w:rPr>
          <w:b/>
        </w:rPr>
        <w:t xml:space="preserve">[56:38] </w:t>
      </w:r>
      <w:r>
        <w:t>so, I can see that, that adopt this formula: ignore the problems and avail the opportunities.</w:t>
      </w:r>
    </w:p>
    <w:p>
      <w:pPr>
        <w:jc w:val="right"/>
      </w:pPr>
      <w:r>
        <w:t>سو، ائی کین سی دیٹ، دیٹ اڈاپٹ دس فارمولا: اگنور دا پرابلمز اینڈ اویل دا اپرچونیٹیز۔</w:t>
      </w:r>
    </w:p>
    <w:p>
      <w:r>
        <w:rPr>
          <w:b/>
        </w:rPr>
        <w:t xml:space="preserve">[56:51] </w:t>
      </w:r>
      <w:r>
        <w:t>aqool qaulhaza,</w:t>
      </w:r>
    </w:p>
    <w:p>
      <w:pPr>
        <w:jc w:val="right"/>
      </w:pPr>
      <w:r>
        <w:t>اقول قولھذا،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