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Education in Islam September 4, 2022</w:t>
      </w:r>
    </w:p>
    <w:p>
      <w:r>
        <w:t>https://youtu.be/eiVQm1mverA</w:t>
      </w:r>
    </w:p>
    <w:p>
      <w:r>
        <w:rPr>
          <w:b/>
        </w:rPr>
        <w:t xml:space="preserve">[00:11] </w:t>
      </w:r>
      <w:r>
        <w:t>assalamualaykum. today we will be discussing on the subject importance of education in Islam. there is a very interesting incident that Maulana Wahiduddin Khan sahib mentioned in his book, Islam the creator of modern age. it was about his visit to Lucknow in 1965.</w:t>
      </w:r>
    </w:p>
    <w:p>
      <w:pPr>
        <w:jc w:val="right"/>
      </w:pPr>
      <w:r>
        <w:t>अस्सलामालायकुम. Today we will be discussing on the subject importance of education in Islam. There is a very interesting incident that मुलाना वैदुद्दीन खान साहब mentioned in his book, Islam the creator of modern age. It was about his visit to Lucknow in 1965.</w:t>
      </w:r>
    </w:p>
    <w:p>
      <w:r>
        <w:rPr>
          <w:b/>
        </w:rPr>
        <w:t xml:space="preserve">[00:33] </w:t>
      </w:r>
      <w:r>
        <w:t>during that visit, Maulana sahib met a highly intellectual person who was an atheist to the extent that he did not even like discussing about religion. so during a conversation with Maulana sahib, that person said that Maulana sahib, what difference would it have made to the world history if Islam never existed?</w:t>
      </w:r>
    </w:p>
    <w:p>
      <w:pPr>
        <w:jc w:val="right"/>
      </w:pPr>
      <w:r>
        <w:t>During that visit, मुलाना साहब met a highly intellectual person who was an atheist to the extent that he did not even like discussing about religion. So during a conversation with मुलाना साहब, that person said that मुलाना साहब, what difference would it have made to the world history if Islam never existed?</w:t>
      </w:r>
    </w:p>
    <w:p>
      <w:r>
        <w:rPr>
          <w:b/>
        </w:rPr>
        <w:t xml:space="preserve">[00:58] </w:t>
      </w:r>
      <w:r>
        <w:t>Maulana sahib immediately remarked that the same shortcomings that were there before the advent of Islam. so people are unaware about the contribution of Islam, particularly in the field of education. notable historian Hindi Pren once said that Islam changed the face of the globe. the traditional order of history was overthrown.</w:t>
      </w:r>
    </w:p>
    <w:p>
      <w:pPr>
        <w:jc w:val="right"/>
      </w:pPr>
      <w:r>
        <w:t>मलाना साहब immediately remarked that the same shortcomings that were there before the advent of Islam. So people are unaware about the contribution of Islam, particularly in the field of education. Notable historian हिंदी प्रेन once said that Islam changed the face of the globe. The traditional order of history was overthrown.</w:t>
      </w:r>
    </w:p>
    <w:p>
      <w:r>
        <w:rPr>
          <w:b/>
        </w:rPr>
        <w:t xml:space="preserve">[01:24] </w:t>
      </w:r>
      <w:r>
        <w:t>now if you analyze this statement, what it really says that the face of the globe can only change by ushering in a revolution of progress and development. and how can progress and development come? it can only come on the back of education. Prophet Mohammad once said that the ink of the scholar is more holy than the martyr than the blood of the martyr.</w:t>
      </w:r>
    </w:p>
    <w:p>
      <w:pPr>
        <w:jc w:val="right"/>
      </w:pPr>
      <w:r>
        <w:t>Now if you analyze this statement, what it really says that the face of the globe can only change by ushering in a revolution of progress and development. And how can progress and development come? It can only come on the back of education. Prophet मोहम्मद once said that the ink of the scholar is more holy than the martyr than the blood of the martyr.</w:t>
      </w:r>
    </w:p>
    <w:p>
      <w:r>
        <w:rPr>
          <w:b/>
        </w:rPr>
        <w:t xml:space="preserve">[01:50] </w:t>
      </w:r>
      <w:r>
        <w:t>So today we will discuss many aspects of education with professor farida khanam.</w:t>
      </w:r>
    </w:p>
    <w:p>
      <w:pPr>
        <w:jc w:val="right"/>
      </w:pPr>
      <w:r>
        <w:t>So today we will discuss many aspects of education with professor फरीदा खानाम.</w:t>
      </w:r>
    </w:p>
    <w:p>
      <w:r>
        <w:rPr>
          <w:b/>
        </w:rPr>
        <w:t xml:space="preserve">[01:54] </w:t>
      </w:r>
      <w:r>
        <w:t>to chaliye baatchit karte hain farida apa ke sath.</w:t>
      </w:r>
    </w:p>
    <w:p>
      <w:pPr>
        <w:jc w:val="right"/>
      </w:pPr>
      <w:r>
        <w:t>तो चलिए बातचीत करते हैं फरीदा आपा के साथ.</w:t>
      </w:r>
    </w:p>
    <w:p>
      <w:r>
        <w:rPr>
          <w:b/>
        </w:rPr>
        <w:t xml:space="preserve">[01:59] </w:t>
      </w:r>
      <w:r>
        <w:t>asslam o alaikum apa kaisi hain aap?</w:t>
      </w:r>
    </w:p>
    <w:p>
      <w:pPr>
        <w:jc w:val="right"/>
      </w:pPr>
      <w:r>
        <w:t>अस्लाम वालेकुम आपा कैसी आप?</w:t>
      </w:r>
    </w:p>
    <w:p>
      <w:r>
        <w:rPr>
          <w:b/>
        </w:rPr>
        <w:t xml:space="preserve">[02:04] </w:t>
      </w:r>
      <w:r>
        <w:t>aap khairiyat hain. ahmad ulla.</w:t>
      </w:r>
    </w:p>
    <w:p>
      <w:pPr>
        <w:jc w:val="right"/>
      </w:pPr>
      <w:r>
        <w:t>आप हरिश्ते हैं. अहमद अल्ला.</w:t>
      </w:r>
    </w:p>
    <w:p>
      <w:r>
        <w:rPr>
          <w:b/>
        </w:rPr>
        <w:t xml:space="preserve">[02:08] </w:t>
      </w:r>
      <w:r>
        <w:t>apa aaj aap ne bahut hi important subject chuna hai, importance of education in islam.</w:t>
      </w:r>
    </w:p>
    <w:p>
      <w:pPr>
        <w:jc w:val="right"/>
      </w:pPr>
      <w:r>
        <w:t>आपा आज आपने बहुत ही important subject चुना है, importance of education in इस्लाम.</w:t>
      </w:r>
    </w:p>
    <w:p>
      <w:r>
        <w:rPr>
          <w:b/>
        </w:rPr>
        <w:t xml:space="preserve">[02:13] </w:t>
      </w:r>
      <w:r>
        <w:t>to sab se pehle to yahi sawal aata hai ke islam mein kya importance hai education ki, knowledge ki?</w:t>
      </w:r>
    </w:p>
    <w:p>
      <w:pPr>
        <w:jc w:val="right"/>
      </w:pPr>
      <w:r>
        <w:t>तो सबसे पहले तो यही सवाल आता है कि इस्लाम में क्या importance है education की, knowledge की?</w:t>
      </w:r>
    </w:p>
    <w:p>
      <w:r>
        <w:rPr>
          <w:b/>
        </w:rPr>
        <w:t xml:space="preserve">[02:18] </w:t>
      </w:r>
      <w:r>
        <w:t>isko aap hum sab ko wazeh karein.</w:t>
      </w:r>
    </w:p>
    <w:p>
      <w:pPr>
        <w:jc w:val="right"/>
      </w:pPr>
      <w:r>
        <w:t>इसको आप हम सबको वाज़े करें.</w:t>
      </w:r>
    </w:p>
    <w:p>
      <w:r>
        <w:rPr>
          <w:b/>
        </w:rPr>
        <w:t xml:space="preserve">[02:23] </w:t>
      </w:r>
      <w:r>
        <w:t>Islam aaya Arab mein aur Arab mein parhai likhai bohat kam thi. poooray Makka mein sirf aik sau pachas log parhna likhna jantay thay. sirf itna parhna likhna woh jantay thay ke apna hisab kitab kar letay thay kyunkay ziyadatar log us mein tazeer hotay thay.</w:t>
      </w:r>
    </w:p>
    <w:p>
      <w:pPr>
        <w:jc w:val="right"/>
      </w:pPr>
      <w:r>
        <w:t>इस्लाम आया अरब में और अरब में पढ़ाई लिखाई बहुत कम थी. पूरे मक्का में सिर्फ एक सौ पचास लोग पढ़ना लिखना जानते थे. सिर्फ इतना पढ़ना लिखना वह जानते थे कि अपना हिसाब किताब कर लेते थे क्योंकि ज़्यादातर लोग उसमें ताज़िर होते थे.</w:t>
      </w:r>
    </w:p>
    <w:p>
      <w:r>
        <w:rPr>
          <w:b/>
        </w:rPr>
        <w:t xml:space="preserve">[02:44] </w:t>
      </w:r>
      <w:r>
        <w:t>to jab Quran utra aur Quran ki jo sab say pehli ayat thi iqra to us mein aagay hai ke allama bilqalam hum nay insaan ko qalam say ilm sikhaya. to pehli ayat yeh utri to isi tareeqay say Quran mein bohat sari aayat hain. bohat saray aisi commands hain ke ilm hasil karo.</w:t>
      </w:r>
    </w:p>
    <w:p>
      <w:pPr>
        <w:jc w:val="right"/>
      </w:pPr>
      <w:r>
        <w:t>तो जब कुरान उतरा और कुरान की जो सबसे पहली आय थी ऐक्राह तो उसमें आगे है कि अल्लाम बिल्कलम हमने इंसान को कलम से इल्म सिखाया. तो पहली आयत यह उत्तरी तो इसी तरीके से कुरान में बहुत सारी आते हैं. बहुत सारे ऐसी commands हैं कि इल्म हासिल करो.</w:t>
      </w:r>
    </w:p>
    <w:p>
      <w:r>
        <w:rPr>
          <w:b/>
        </w:rPr>
        <w:t xml:space="preserve">[03:09] </w:t>
      </w:r>
      <w:r>
        <w:t>kyunki quran ko samajhne ke liye ilm zaroori tha. to is wajah se ab wahan par to sabse badi cheez quran thi. kyunki us waqt aur koi kitabein wagera hoti hi nahi thi. aur poetry hoti thi. log shayari karte the. wahi ek doosre se dohrate rehte the. to yeh pehli kitab thi jo wahan utri aur ismein bahut zyada zor diya gaya ilm parm.</w:t>
      </w:r>
    </w:p>
    <w:p>
      <w:pPr>
        <w:jc w:val="right"/>
      </w:pPr>
      <w:r>
        <w:t>क्योंकि कुरान को समझने के लिए इल्म ज़रूरी था. तो इस वजह से अब वहां पर तो सबसे बड़ी चीज़ कुरान थी. क्योंकि उस वक्त और कोई किताबें वगैरह होती ही नहीं थी. और poetry होती थी. लोग शायरी करते थे. वही एक दूसरे से दोहराते रहते थे. तो यह पहली किताब थी जो वहां उतरी और इसमें बहुत ज़्यादा ज़ोर दिया गया इल्म पर्म.</w:t>
      </w:r>
    </w:p>
    <w:p>
      <w:r>
        <w:rPr>
          <w:b/>
        </w:rPr>
        <w:t xml:space="preserve">[03:37] </w:t>
      </w:r>
      <w:r>
        <w:t>usmein yeh bhi ek dua bhi hai ki rabb-e-zidni ilma. ae allah increase me in knowledge. to yeh dua bhi sikhai gayi aur usmein taqreeban pandrah sau aise derivatives hain ilm ke jisko synonyms keh sakte hain. ki usmein bahut zyada zor diya gaya hai. tadabbur, tafakkur, taakul, lobh is tarah ke bahut saare alfaaz hain ki ilm haasil karo.</w:t>
      </w:r>
    </w:p>
    <w:p>
      <w:pPr>
        <w:jc w:val="right"/>
      </w:pPr>
      <w:r>
        <w:t>उसमें यह भी एक दुआ भी है कि रब्बे ज़िद्नी इल्मा. ऐ अल्लाह increase me in knowledge. तो यह दुआ भी सिखाई गई और उसमें तकरीबन पंद्रह सौ ऐसे derivatives हैं इल्म के जिसको synonyms कह सकते हैं. कि उसमें बहुत ज़्यादा ज़ोर दिया गया है. तदब्बूर, तफकुर, ताकुल, लोभ इस तरह के बहुत सारे अल्फाज़ हैं कि इल्म हासिल करो.</w:t>
      </w:r>
    </w:p>
    <w:p>
      <w:r>
        <w:rPr>
          <w:b/>
        </w:rPr>
        <w:t xml:space="preserve">[04:07] </w:t>
      </w:r>
      <w:r>
        <w:t>ilm ke zariye se huda ki kaanat mein jo saari signs hain, usko samjho. khuda ki makhlukat par gaur karo aur is tarike se khuda ki marfat haasil karo. to is wajah se itna zyada musalmanon mein ilm haasil karne ka itna zyada shauk ho gaya. aisi aisi aayatein hain ki khuda se uske wahin bande darte hain jo ilm wale hain.</w:t>
      </w:r>
    </w:p>
    <w:p>
      <w:pPr>
        <w:jc w:val="right"/>
      </w:pPr>
      <w:r>
        <w:t>इल्म के जरिए से होदा की कानात में जो सारी signs हैं, उसको समझो. खुदा की मख्लुकात पर गौर करो और इस तरीके से खुदा की मार्फत हासिल करो. तो इस वजह से इतना ज़्यादा मुसलमानों में इल्म हासिल करने का इतना ज़्यादा शौक हो गया. ऐसी ऐसी आते हैं कि खुदा से उसके वहीं बंदे डरते हैं जो इल्म वाले हैं.</w:t>
      </w:r>
    </w:p>
    <w:p>
      <w:r>
        <w:rPr>
          <w:b/>
        </w:rPr>
        <w:t xml:space="preserve">[04:37] </w:t>
      </w:r>
      <w:r>
        <w:t>ek baar is aayat ko sir James jeans jo nobel prize winner the, unke saamne yaad pesh ki gayi. to woh kehne lage ki yeh aayat quran mein hai. iska matlab hai ki quran sacchi khudai kitab hai. kyunki wahin samajh sakta hai isko jo ilm wala hai. yeh aaj wahin samajh hi sakta hai. wahin ke wahin khud log khuda se darte hain jo ilm wale hain.</w:t>
      </w:r>
    </w:p>
    <w:p>
      <w:pPr>
        <w:jc w:val="right"/>
      </w:pPr>
      <w:r>
        <w:t>एक बार इस आयात को sir James jeans जो nobel prize winner थे, उनके सामने याद पेश की गई. तो वह कहने लगे कि यह आयात कुरान में है. इसका मतलब है कि कुरान सच्ची खुदाई किताब है. क्योंकि वही समझ सकता है इसको जो इल्म वाला है. यह आज वही समझ ही सकता है. वही के वही खुद लोग खुदा से डरते हैं जो इल्म वाले हैं.</w:t>
      </w:r>
    </w:p>
    <w:p>
      <w:r>
        <w:rPr>
          <w:b/>
        </w:rPr>
        <w:t xml:space="preserve">[05:05] </w:t>
      </w:r>
      <w:r>
        <w:t>to is tarike se na sirf ilm haasil karna balki ilm sikhane par bhi bahut zyada zor diya gaya aur uska bahut zyada jawab bataya gaya ki jo log ilm sikhate hain logon ko unko huda ki blessings milti hain. yahan tak kaha gaya ki ulma jo hain ambiya ke virus hain. ambiya ke inheritors hain. ji. to ab isse badi aur kya cheez ho sakti hai? to ilm jo hai woh hamari apni kahin bhi ilm mile.</w:t>
      </w:r>
    </w:p>
    <w:p>
      <w:pPr>
        <w:jc w:val="right"/>
      </w:pPr>
      <w:r>
        <w:t>तो इस तरीके से ना सिर्फ इल्म हासिल करना बल्कि इल्म सिखाने पर भी बहुत ज़्यादा ज़ोर दिया गया और उसका बहुत ज़्यादा जवाब बताया गया कि जो लोग इल्म सिखाते हैं लोगों को उनको होदा की blessings मिलती हैं. यहां तक कहा गया कि ओलमा जो है अम्बिया के virus हैं. अम्बिया के inheritors हैं. जी. तो अब इससे बड़ी और क्या चीज़ हो सकती है? तो इल्म जो है वह हमारी अपनी कहीं भी इल्म मिले.</w:t>
      </w:r>
    </w:p>
    <w:p>
      <w:r>
        <w:rPr>
          <w:b/>
        </w:rPr>
        <w:t xml:space="preserve">[05:34] </w:t>
      </w:r>
      <w:r>
        <w:t>pehla yeh tha ki hum apne logon mein apne jinko hum bada samajhte hain unke zariye se ilm milega to hum lenge. lekin islam mein bataya gaya ki kahin bhi ilm mile. woh tumhara apna gumshuda maal hai, fauran usko le lo. aur usse phir apna intellectual development karo. to is tarike se quran ne ek learning explosion paida kiya. tamam log padhne likhne mein lag gaye. aashashalah.</w:t>
      </w:r>
    </w:p>
    <w:p>
      <w:pPr>
        <w:jc w:val="right"/>
      </w:pPr>
      <w:r>
        <w:t>पहले यह था कि हम अपने लोगों में अपने जिनको हम बड़ा समझते हैं उनके जरिए से इल्म मिलेगा तो हम लेंगे. लेकिन इस्लाम में बताया गया कि कहीं भी इल्म मिले. वह तुम्हारा अपना गुमशुदा माल है, फ़ौरन उसको ले लो. और उससे फिर अपना intellectual development करो. तो इस तरीके से कुरान ने एक learning explosion पैदा किया. तमाम लोग पढ़ने लिखने में लग गए. आशाषालाह.</w:t>
      </w:r>
    </w:p>
    <w:p>
      <w:r>
        <w:rPr>
          <w:b/>
        </w:rPr>
        <w:t xml:space="preserve">[06:02] </w:t>
      </w:r>
      <w:r>
        <w:t>aap bahut achhi aayat ka aapne reference diya aur yeh dua to bahut hi achhi zabardast dua hai, rabb-e-zidni ilma. yeh hum sabko karni chahiye ki god increase me in knowledge.</w:t>
      </w:r>
    </w:p>
    <w:p>
      <w:pPr>
        <w:jc w:val="right"/>
      </w:pPr>
      <w:r>
        <w:t>आप बहुत अच्छी आयत्व का आपने reference दिया और यह दुआ तो बहुत ही अच्छी ज़बरदस्त दुआ है, रब्बे ज़ितनी इल्मा. यह हम सबको करनी चाहिए कि god increase me in knowledge.</w:t>
      </w:r>
    </w:p>
    <w:p>
      <w:r>
        <w:rPr>
          <w:b/>
        </w:rPr>
        <w:t xml:space="preserve">[06:14] </w:t>
      </w:r>
      <w:r>
        <w:t>aap ab quran mein hi chapter 14 mein prophet ko address karte hue yeh kaha gaya hai ki we have revealed to you this book so that by the will of their lord you may lead men from darkness to light aur aap yeh baat to bilkul zahir hai ki bina education ke to andhkar hi andhkar hai and we all know from the history ki kis tarah prophet used to emphasize on education.</w:t>
      </w:r>
    </w:p>
    <w:p>
      <w:pPr>
        <w:jc w:val="right"/>
      </w:pPr>
      <w:r>
        <w:t>आप अब कुरान में ही chapter 14 में prophet को address करते हुए यह कहा गया है कि we have revealed to you this book so that by the will of their lord you may lead men from darkness to light और आप यह बात तो बिल्कुल जाहिर है कि बिना education के तो अंधकार ही अंधकार है and we all know from the history कि किस तरह prophet used to emphasize on education.</w:t>
      </w:r>
    </w:p>
    <w:p>
      <w:r>
        <w:rPr>
          <w:b/>
        </w:rPr>
        <w:t xml:space="preserve">[06:44] </w:t>
      </w:r>
      <w:r>
        <w:t>to aap hum chahenge ki kuch aap batayein ki unke period mein kis tarike se education par emphasis kiya, kiya gaya? iske bare mein batayein. wasullah salam khud ummeed the, unlattered the. jab hazar jibreel allam aaye garhera mein aur quran ke aayatein padi to aapne yahi kaha ki main pada hua nahi hoon. to teen baar jab unhone kaha ki usko padho to aap nahi padh paaye.</w:t>
      </w:r>
    </w:p>
    <w:p>
      <w:pPr>
        <w:jc w:val="right"/>
      </w:pPr>
      <w:r>
        <w:t>तो आप हम चाहेंगे कि कुछ आप बताएं कि उनके period में किस तरीके से education पर emphasis किया, किया गया? इसके बारे में बताएं. वसूल्लाह सलाम खुद उम्मीद थे, unlattered थे. जब हज़ार जिब्रेईद अल्लाम आए गारहेरा में और कुरान के आयतें पड़ी तो आपने यही कहा कि मैं पढ़ा हुआ नहीं हूं. तो तीन बार जब उन्होंने कहा कि उसको पढ़ो तो आप नहीं पढ़ पाए.</w:t>
      </w:r>
    </w:p>
    <w:p>
      <w:r>
        <w:rPr>
          <w:b/>
        </w:rPr>
        <w:t xml:space="preserve">[07:13] </w:t>
      </w:r>
      <w:r>
        <w:t>to agar jibreel ne aapko embrace kiya uske baad phir aap padhne lage. to sabse pehla kaam aap yeh karte the ki jo kuch bhi agar jibreel lekar aate the usko aap yaad kar lete the. to aapki memory bhi bahut achhi thi usko aap yaad kar lete the aur uske baad aap apne companions ko use usko likhwate the.</w:t>
      </w:r>
    </w:p>
    <w:p>
      <w:pPr>
        <w:jc w:val="right"/>
      </w:pPr>
      <w:r>
        <w:t>तो अगर जिबरेल ने आपको embrace किया उसके बाद फिर आप पढ़ने लगे. तो सबसे पहला काम आप यह करते थे कि जो कुछ भी अगर जिबरेल लेकर आते थे उसको आप याद कर लेते थे. तो आपकी memory भी बहुत अच्छी थी उसको आप याद कर लेते थे और उसके बाद आप अपने companions को उसे उसको लिखवाते थे.</w:t>
      </w:r>
    </w:p>
    <w:p>
      <w:r>
        <w:rPr>
          <w:b/>
        </w:rPr>
        <w:t xml:space="preserve">[07:37] </w:t>
      </w:r>
      <w:r>
        <w:t>isiliye quran ek preserved divine book hai ki sabse pehle aap khud yaad karte the uske baad apne companions se usko writing mein record karwa lete the aur uske baad phir companions usko yaad karte the. to ab chunki bahut zyada wahan par cutting nahi the. makka mein to the utne bhi ek sau pachaas log padhe likhe. lekin madine mein utne log bhi nahi the.</w:t>
      </w:r>
    </w:p>
    <w:p>
      <w:pPr>
        <w:jc w:val="right"/>
      </w:pPr>
      <w:r>
        <w:t>इसीलिए कुरान एक preserved divine book है कि सबसे पहले आप खुद याद करते थे उसके बाद अपने companions से उसको writing में record करवा लेते थे और उसके बाद फिर companions उसको याद करते थे. तो अब चूंकि बहुत ज़्यादा वहां पर काटिंग नहीं थे. मक्का में तो थे उतने भी एक सौ पचास लोग पढ़े लिखे. लेकिन मदीने में उतने लोग भी नहीं थे.</w:t>
      </w:r>
    </w:p>
    <w:p>
      <w:r>
        <w:rPr>
          <w:b/>
        </w:rPr>
        <w:t xml:space="preserve">[08:03] </w:t>
      </w:r>
      <w:r>
        <w:t>to isliye aapne bahut khaas is par itimaan kiya ki yahan ke log padh likh lein. aur bahut zyada is par aapne dhyan diya jab aapne masiide nabbi banai to aur saahab suffa ke liye matlab madine mein bahut se aise log the jo ki set ho gaye the aur lekin bahut saare gareeb log the, kamzor log the. woh ab unko koi jagah nahi mili thi settle hone ki.</w:t>
      </w:r>
    </w:p>
    <w:p>
      <w:pPr>
        <w:jc w:val="right"/>
      </w:pPr>
      <w:r>
        <w:t>तो इसलिए आपने बहुत खास इस पर इतिमान किया कि यहां के लोग पढ़ लिख लें. और बहुत ज़्यादा इस पर आपने ध्यान दिया जब आपने मसीदे नब्बी बनाई तो और साहब सुफ्फा के लिए मतलब मदीने में बहुत से ऐसे लोग थे जो कि set हो गए थे और लेकिन बहुत सारे गरीब लोग थे, कमज़ोर लोग थे. वो अब उनको कोई जगह नहीं मिली थी settle होने की.</w:t>
      </w:r>
    </w:p>
    <w:p>
      <w:r>
        <w:rPr>
          <w:b/>
        </w:rPr>
        <w:t xml:space="preserve">[08:31] </w:t>
      </w:r>
      <w:r>
        <w:t>to unke liye rasoollas rasoollam ne masjid mein ek chabootra bana diya. to us chabootre par woh log baithte the wahin rehte hi the woh aur phir woh quran yaad karte hain quran ki kitabat karte hain jinko padhna likhna aata tha aur baaki hadith ko yaad karte aur hadith ko likhte to baqayda musalsal yeh log taalim mein mashgool rehte the.</w:t>
      </w:r>
    </w:p>
    <w:p>
      <w:pPr>
        <w:jc w:val="right"/>
      </w:pPr>
      <w:r>
        <w:t>तो उनके लिए रसूल्लास रसूल्लम ने मस्जिद में एक चबूतरा बना दिया. तो उस चबूतरे पर वो लोग बैठते थे वहीं रहते ही थे वो और फिर वो कुरान याद करते हैं कुरान की किताबत करते हैं जिनको पढ़ना लिखना आता था और बाकी हदीश को याद करते और हदीश को लिखते तो बाकायदा मुसलसल यह लोग तालीम में मशगूल रहते थे.</w:t>
      </w:r>
    </w:p>
    <w:p>
      <w:r>
        <w:rPr>
          <w:b/>
        </w:rPr>
        <w:t xml:space="preserve">[08:56] </w:t>
      </w:r>
      <w:r>
        <w:t>woh log khud bhi padhte aur doosron ko padhate to is tarike se madine mein rasoollah soslam ne bahut zyada hityamaan kiya ki logon ko padhna likhna. aa jaye aur usi tarike se puran mehfooz hoga aur hadees mehfooz hongi.</w:t>
      </w:r>
    </w:p>
    <w:p>
      <w:pPr>
        <w:jc w:val="right"/>
      </w:pPr>
      <w:r>
        <w:t>वह लोग खुद भी पढ़ते और दूसरों को पढ़ाते तो इस तरीके से मदीने में रसूल्लाह सौसलम ने बहुत ज़्यादा हित्यमान किया कि लोगों को पढ़ना लिखना. आ जाए और उसी तरीके से पुरान महफूज होगा और हदी से महफूज होंगी.</w:t>
      </w:r>
    </w:p>
    <w:p>
      <w:r>
        <w:rPr>
          <w:b/>
        </w:rPr>
        <w:t xml:space="preserve">[09:13] </w:t>
      </w:r>
      <w:r>
        <w:t>to yahan tak rasoollah soslam gaye ke jab jange badr hui aur bahut saare kaidi prisoner safwaar jinko kehte hain haath aaye to bahut saare aise kaidi the jo ki paise wale the. to unka chaar hazaar dinham jo hai woh phir diya tha. to woh chaar hazaar dinham dekar unhone apne aap ko ransom kara liya. lekin bahut saare aise log the jinke paas paisa nahi tha.</w:t>
      </w:r>
    </w:p>
    <w:p>
      <w:pPr>
        <w:jc w:val="right"/>
      </w:pPr>
      <w:r>
        <w:t>तो यहां तक रसूल्लाह सौसलम गए के जब जंगे बद्र हुई और बहुत सारे कैदी प्रिजनर सफवार जिनको कहते हैं हाथ आए तो बहुत सारे ऐसे कैदी थे जो कि पैसे वाले थे. तो उनका चार हज़ार दिन हम जो है वह फिर दिया था. तो वह चार हज़ार दिन हम देकर उन्होंने अपने आप को ransom करा लिया. लेकिन बहुत सारे ऐसे लोग थे जिनके पास पैसा नहीं था.</w:t>
      </w:r>
    </w:p>
    <w:p>
      <w:r>
        <w:rPr>
          <w:b/>
        </w:rPr>
        <w:t xml:space="preserve">[09:42] </w:t>
      </w:r>
      <w:r>
        <w:t>to unke liye rasoollah sallam ne kaha ki madine ke das bachchon ko padhna likhna sikha dein. to yeh bahut hi risk lena tha kyunki woh log na sirf dushman the balki aggression ki had tak the. jange kar rahe the. unhone rasoollah sasslam aur aapke ashaab ko makka se nikaal diya tha. itne bade mukhalik the. uske bawajood aapne unse madine ke bachchon ko padhvaya to ilm ki bahut zyada ahmiyat hai.</w:t>
      </w:r>
    </w:p>
    <w:p>
      <w:pPr>
        <w:jc w:val="right"/>
      </w:pPr>
      <w:r>
        <w:t>तो उनके लिए रसूल्लाह सलम ने कहा कि मदीने के दस बच्चों को पढ़ना लिखना सिखा दें. तो यह बहुत ही risk लेना था क्योंकि वह लोग ना सिर्फ दुश्मन थे बल्कि aggression की हद तक थे. जंगे कर रहे थे. उन्होंने रसूल्लाह सस्लाम और आपके असाब को मक्का से निकाल दिया था. इतने बड़े मुकालिक थे. उसके बावजूद आपने उनसे मदीने के बच्चों को पढ़वाया तो इल्म की बहुत ज़्यादा अहमियत है.</w:t>
      </w:r>
    </w:p>
    <w:p>
      <w:r>
        <w:rPr>
          <w:b/>
        </w:rPr>
        <w:t xml:space="preserve">[10:12] </w:t>
      </w:r>
      <w:r>
        <w:t>jaisa ki hum jaante hain rasoollah suslam ne uska itna zyada hittemaan kiya achha. sirf sirf mardon ke liye nahi. balki auraton ke liye bhi aapne usi tarah intezaam kiya. auratein aati thi aapke paas masjid mein. namaz aapke saath padhti thi. aapke sermons attend karti thi. jo bhi unke questions hote the. uske liye woh aapke paas aati thi aur aap unke jawab dete the. aap kabhi nahi keh rahe the ki tum khud kyun aayi ho?</w:t>
      </w:r>
    </w:p>
    <w:p>
      <w:pPr>
        <w:jc w:val="right"/>
      </w:pPr>
      <w:r>
        <w:t>जैसा कि हम जानते हैं रसूल्लाह सुसलम ने उसका इतना ज़्यादा हित्तेमान किया अच्छा. सिर्फ सिर्फ मर्दों के लिए नहीं. बल्कि औरतों के लिए भी आपने उसी तरह इंतज़ाम किया. औरतें आती थी आपके पास मस्जिद में. नमाज़ आपके साथ पढ़ती थी. आपके sermons attend करती थी. जो भी उनके questions होते थे. उसके लिए वह आपके पास आती थी और आप उनके जवाब देते थे. आप कभी नहीं कह रहे थे कि तुम खुद क्यों आई हो?</w:t>
      </w:r>
    </w:p>
    <w:p>
      <w:r>
        <w:rPr>
          <w:b/>
        </w:rPr>
        <w:t xml:space="preserve">[10:41] </w:t>
      </w:r>
      <w:r>
        <w:t>apne shahron ko bhej do. aisa nahi kabhi aapne kaha. aap khud unke sawal ke jawab dete the aur phir teesra jo aapne hityamaan kiya woh ek hai logon ko jin logon ko quran aata tha. kyunki us zamane mein dekhiye mazhabi taalim hi ka ravaaj tha. to aisa nahi hai ki islam jo hai secular taalim ko ke bare mein unko discourage karta hai. aisa nahi hai balki us zamane mein mazhabi taalim ka ravaaj tha.</w:t>
      </w:r>
    </w:p>
    <w:p>
      <w:pPr>
        <w:jc w:val="right"/>
      </w:pPr>
      <w:r>
        <w:t>अपने शहरों को भेज दो. ऐसा नहीं कभी आपने कहा. आप खुद उनके सवाल के जवाब देते थे और फिर तीसरा जो आपने हित्मान किया वह एक है लोगों को जिन लोगों को कुरान आता था. क्योंकि उस जमाने में देखिए मज़हबी तालीम ही का रवाज था. तो ऐसा नहीं है कि इस्लाम जो है secular तालिम को के बारे में उनको discourage करता है. ऐसा नहीं है बल्कि उस जमाने में मज़हबी तालिम करवाज था.</w:t>
      </w:r>
    </w:p>
    <w:p>
      <w:r>
        <w:rPr>
          <w:b/>
        </w:rPr>
        <w:t xml:space="preserve">[11:10] </w:t>
      </w:r>
      <w:r>
        <w:t>to isliye aap wahi kar rahe the. to quran ko padhane ke liye logon ko jagah jagah bastiyon mein aap un logon ko bhejte jin logon ko quran yaad tha. to woh log jaate aur logon ko quran padhate hai. to quran padhane ki matlab aajkal ki tilawat nahi thi. balki woh poora samajh kar padhna. uske ab un logon ki to zabani arabi thi. to lekin ab phir bhi usko samajhne ke liye bahut saari cheezon ko jaanna padta hai.</w:t>
      </w:r>
    </w:p>
    <w:p>
      <w:pPr>
        <w:jc w:val="right"/>
      </w:pPr>
      <w:r>
        <w:t>तो इसलिए आप वही कर रहे थे. तो कुरान को पढ़ाने के लिए लोगों को जगह जगह बस्तियों में आप उन लोगों को भेजते जिन लोगों को कुरान याद था. तो वो लोग जाते और लोगों को कुरान पढ़ाते है. तो कुरान पढ़ाने की मतलब आजकल की तिलावत नहीं थी. बल्कि वो पूरा समझ कर पढ़ना. उसके अब उन लोगों की तो ज़बानी अरबी थी. तो लेकिन अब फिर भी उसको समझने के लिए बहुत सारी चीज़ों को जानना पड़ता है.</w:t>
      </w:r>
    </w:p>
    <w:p>
      <w:r>
        <w:rPr>
          <w:b/>
        </w:rPr>
        <w:t xml:space="preserve">[11:39] </w:t>
      </w:r>
      <w:r>
        <w:t>to usko samajhkar padhna yahan tak ke bade bade sahaba jo the woh bhi thoda thoda quran padhte the. usko samajhte the. usko apni zindagi par apply karte the. uske baad mazeed padhte the. to quran ka padhne ka yahi tareeka tha.</w:t>
      </w:r>
    </w:p>
    <w:p>
      <w:pPr>
        <w:jc w:val="right"/>
      </w:pPr>
      <w:r>
        <w:t>तो उसको समझकर पढ़ना यहां तक के बड़े बड़े सहाबा जो थे वह भी थोड़ा थोड़ा कुरान पढ़ते थे. उसको समझते थे. उसको अपनी ज़िंदगियों पर apply करते थे. उसके बाद मज़ीद पढ़ते थे. तो कुरान का पढ़ने का यही तरीका था.</w:t>
      </w:r>
    </w:p>
    <w:p>
      <w:r>
        <w:rPr>
          <w:b/>
        </w:rPr>
        <w:t xml:space="preserve">[11:56] </w:t>
      </w:r>
      <w:r>
        <w:t>to is tarike se islam jo hai aane ke baad ghar ghar padhne likhne ka silsila jaari ho gaya aur iske liye rasoolla sallam ne kabhi bhi kisi ko mana nahi kiya ki chahe woh koi bhi. ab islam mein kyunki equality bhi thi, to uski wajah se kya hua ki tamam log aate aate the aapke paas. jaise pehle zamane mein ghulamon ke liye ka koi darja nahi tha ghulam ke liye.</w:t>
      </w:r>
    </w:p>
    <w:p>
      <w:pPr>
        <w:jc w:val="right"/>
      </w:pPr>
      <w:r>
        <w:t>तो इस तरीके से इस्लाम जो है आने के बाद घर घर पढ़ने लिखने का सिलसिला जारी हो गया और इसके लिए रसूल्ला सलम ने कभी भी किसी को मना नहीं किया कि चाहे वो कोई भी. अब इस्लाम में क्योंकि equality भी थी, तो उसकी वजह से क्या हुआ कि तमाम लोग आते आते थे आपके पास. जैसे पहले जमाने में गुलामों के लिए का कोई दर्जा नहीं था गुलाम के लिए.</w:t>
      </w:r>
    </w:p>
    <w:p>
      <w:r>
        <w:rPr>
          <w:b/>
        </w:rPr>
        <w:t xml:space="preserve">[12:25] </w:t>
      </w:r>
      <w:r>
        <w:t>taalim to band hi thi samajh lijiye. bahut jagah us usko baqadak kanoon ki zariye band kar diya gaya tha. to wahan tamam log padhte likhte the bilkul ek, inqalaab aa gaya taalim mein inqalaab aa gaya. mashallah, aap aap main samajhta hoon ki bahut saare apne misconception jo hain khatam karein is sawa is jawab mein.</w:t>
      </w:r>
    </w:p>
    <w:p>
      <w:pPr>
        <w:jc w:val="right"/>
      </w:pPr>
      <w:r>
        <w:t>तालीम तो band ही थी समझ लीजिए. बहुत जगह उस उसको बाकादक कानून की ज़रिये band कर दिया गया था. तो वहां तमाम लोग पढ़ते लिखते थे बिल्कुल एक, इन कलाब आ गया तालीमें इन कलाब आ गया. माशालाह, आप आप मैं समझता हूं कि बहुत सारे अपने misconception जो हैं खत्म करें इस सवा इस जवाब में.</w:t>
      </w:r>
    </w:p>
    <w:p>
      <w:r>
        <w:rPr>
          <w:b/>
        </w:rPr>
        <w:t xml:space="preserve">[12:49] </w:t>
      </w:r>
      <w:r>
        <w:t>yeh bahut hi unparallel example hoga ki prisoner of war ko is bina par chhod diya jaaye ki woh bachchon ko taaleem dein. education ke basis par chhod dena ek bahut, ek bahut badi cheez ko zahir karta ki kis tarah education jo tha kitna important tha profit ke liye? aur phir aapne yeh bhi bataya apne jawab mein ki auraton ko bhi padhne ke liye encourage kiya jata tha. to yeh bahut hi zabardast example hai jo main islamic history se milta hai.</w:t>
      </w:r>
    </w:p>
    <w:p>
      <w:pPr>
        <w:jc w:val="right"/>
      </w:pPr>
      <w:r>
        <w:t>यह बहुत ही unparallel example होगा कि prisoner of war को इस बिना पर छोड़ दिया जाए कि वह बच्चों को तालीन दें. Education के basis पर छोड़ देना एक बहुत, एक बहुत बड़ी चीज़ को जाहिर करता कि किस तरह education जो था कितना important था profit के लिए? और फिर आपने यह भी बताया अपने जवाब में कि औरतों को भी पढ़ने के लिए encourage किया जाता था. तो यह बहुत ही ज़बरदस्त example है जो मैं इस्लामic history से मिलता है.</w:t>
      </w:r>
    </w:p>
    <w:p>
      <w:r>
        <w:rPr>
          <w:b/>
        </w:rPr>
        <w:t xml:space="preserve">[13:18] </w:t>
      </w:r>
      <w:r>
        <w:t>acha aap uske baad prophet ke period ke baad char khalifa ka daur shuru hota hai.</w:t>
      </w:r>
    </w:p>
    <w:p>
      <w:pPr>
        <w:jc w:val="right"/>
      </w:pPr>
      <w:r>
        <w:t>अच्छा आप उसके बाद profit के period के बाद चार खलीफा का दौर शुरू होता है.</w:t>
      </w:r>
    </w:p>
    <w:p>
      <w:r>
        <w:rPr>
          <w:b/>
        </w:rPr>
        <w:t xml:space="preserve">[13:24] </w:t>
      </w:r>
      <w:r>
        <w:t>to kya education ka emphasis jari raha ya kam hua?</w:t>
      </w:r>
    </w:p>
    <w:p>
      <w:pPr>
        <w:jc w:val="right"/>
      </w:pPr>
      <w:r>
        <w:t>तो क्या education का emphasis जारी रहा या कम हुआ?</w:t>
      </w:r>
    </w:p>
    <w:p>
      <w:r>
        <w:rPr>
          <w:b/>
        </w:rPr>
        <w:t xml:space="preserve">[13:30] </w:t>
      </w:r>
      <w:r>
        <w:t>kya hua us period mein uske bare mein bhi hum sab ko batayein.</w:t>
      </w:r>
    </w:p>
    <w:p>
      <w:pPr>
        <w:jc w:val="right"/>
      </w:pPr>
      <w:r>
        <w:t>क्या हुआ उस period में उसके बारे में भी हम सबको बताएं.</w:t>
      </w:r>
    </w:p>
    <w:p>
      <w:r>
        <w:rPr>
          <w:b/>
        </w:rPr>
        <w:t xml:space="preserve">[13:36] </w:t>
      </w:r>
      <w:r>
        <w:t>musalsal yeh ek sailab tha jo barhta chala gaya, barhta chala gaya.</w:t>
      </w:r>
    </w:p>
    <w:p>
      <w:pPr>
        <w:jc w:val="right"/>
      </w:pPr>
      <w:r>
        <w:t>मुसलसल यह एक सैलाब था जो बढ़ता चला गया, बढ़ता चला गया.</w:t>
      </w:r>
    </w:p>
    <w:p>
      <w:r>
        <w:rPr>
          <w:b/>
        </w:rPr>
        <w:t xml:space="preserve">[13:42] </w:t>
      </w:r>
      <w:r>
        <w:t>log bilkul bechain rehte the.</w:t>
      </w:r>
    </w:p>
    <w:p>
      <w:pPr>
        <w:jc w:val="right"/>
      </w:pPr>
      <w:r>
        <w:t>लोग बिल्कुल बेचैन रहते थे.</w:t>
      </w:r>
    </w:p>
    <w:p>
      <w:r>
        <w:rPr>
          <w:b/>
        </w:rPr>
        <w:t xml:space="preserve">[13:48] </w:t>
      </w:r>
      <w:r>
        <w:t>yahan tak ke lambe lambe safar karte the. ji.</w:t>
      </w:r>
    </w:p>
    <w:p>
      <w:pPr>
        <w:jc w:val="right"/>
      </w:pPr>
      <w:r>
        <w:t>यहां तक के लंबे लंबे सफर करते थे. जी.</w:t>
      </w:r>
    </w:p>
    <w:p>
      <w:r>
        <w:rPr>
          <w:b/>
        </w:rPr>
        <w:t xml:space="preserve">[13:54] </w:t>
      </w:r>
      <w:r>
        <w:t>to ghara ghara si baat kuch janne ke liye.</w:t>
      </w:r>
    </w:p>
    <w:p>
      <w:pPr>
        <w:jc w:val="right"/>
      </w:pPr>
      <w:r>
        <w:t>तो ग़रा ग़रा सी बात कुछ जानने के लिए.</w:t>
      </w:r>
    </w:p>
    <w:p>
      <w:r>
        <w:rPr>
          <w:b/>
        </w:rPr>
        <w:t xml:space="preserve">[14:01] </w:t>
      </w:r>
      <w:r>
        <w:t>to log jo hain, jo khulfa the, woh permanent teacher bhi rakhte the aur unke liye wazife bhi mukarrar karte the. ki ja ja ke bastiyon mein different towns mein ja ja kar logon ko puran padhayein. unko hadith ki taalim dein. to is tarike se lekin us waqt jo hai ab dhare nahi the jaise ab hote hain, mother se hote hain, school hote hain, institutions hote hain, yeh sab nahi the.</w:t>
      </w:r>
    </w:p>
    <w:p>
      <w:pPr>
        <w:jc w:val="right"/>
      </w:pPr>
      <w:r>
        <w:t>तो लोग जो हैं, जो खोलफा थे, वह permanent teacher भी रखते थे और उनके लिए वज़ीफे भी मुकररर करते थे. कि जा जा के बस्तियों में different towns में जा जा कर लोगों को पुरान पढ़ाएं. उनको हदीश की तालीन दें. तो इस तरीके से लेकिन उस वक्त जो है अब धारे नहीं थे जैसे अब होते हैं, mother से होते हैं, school होते हैं, institutions होते हैं, यह सब नहीं थे.</w:t>
      </w:r>
    </w:p>
    <w:p>
      <w:r>
        <w:rPr>
          <w:b/>
        </w:rPr>
        <w:t xml:space="preserve">[14:29] </w:t>
      </w:r>
      <w:r>
        <w:t>balki masjid jo thi wahi center thi. rasoolullah saslam ke zamane mein masjiden nabbe center thi. uske baad aur masjiden banti gayi aur woh center banti gayi. to masjido mein kya hota tha? jo bade bade mahadyaseen hote the woh hadees ko kailm logon ko dete the.</w:t>
      </w:r>
    </w:p>
    <w:p>
      <w:pPr>
        <w:jc w:val="right"/>
      </w:pPr>
      <w:r>
        <w:t>बल्कि मस्जिद जो थी वही center थी. रसूल्लाह सस्लाम के जमाने में मस्जिदें नब्बे center थी. उसके बाद और मस्जिदें बनती गई और वह center बनती गई. तो मस्जिदों में क्या होता था? जो बड़े बड़े महद्यसीन होते थे वह हदीस को काईल्म लोगों को देते थे.</w:t>
      </w:r>
    </w:p>
    <w:p>
      <w:r>
        <w:rPr>
          <w:b/>
        </w:rPr>
        <w:t xml:space="preserve">[14:48] </w:t>
      </w:r>
      <w:r>
        <w:t>hadees woh padhte the aur kabhi kabhi unke unke jo shagird hain woh hadees padhte the aur jo muhaddis hota tha woh hadees ko explain karta tha. to is tarike se jo bade bade muhaddis hote the unki usmein unka jahan bhi unka center hota bahut zyada log aate the kyunki bahut tezi se islam phail chuka tha. ji.</w:t>
      </w:r>
    </w:p>
    <w:p>
      <w:pPr>
        <w:jc w:val="right"/>
      </w:pPr>
      <w:r>
        <w:t>हदीश वह पढ़ते थे और कभी कभी उनके उनके जो शागिर्द हैं वह हदीश पढ़ते थे और जो मोहद्दीश होता था वह हदीश को explain करता था. तो इस तरीके से जो बड़े बड़े मोहद्दिश होते थे उनकी उसमें उनका जहां भी उनका center होता बहुत ज़्यादा लोग आते थे क्योंकि बहुत तेज़ी से इस्लाम फ़ैल चुका था. जी.</w:t>
      </w:r>
    </w:p>
    <w:p>
      <w:r>
        <w:rPr>
          <w:b/>
        </w:rPr>
        <w:t xml:space="preserve">[15:14] </w:t>
      </w:r>
      <w:r>
        <w:t>to hazaron hazaron log aate the unki baaton ko sunne ke liye. to is tarike se khastar par bade bade jaise abu darda the. woh damish ki masjid mein baithte the. to poori poori masjid bhari rehti thi. badi badi masjid ban chuki thi aur uske baad jo tha woh log uske liye safar karte the. kyunki aisa tha ki rasoolullah sansullum ke paas hamesha ek hi time saare sahaba to hote nahi the.</w:t>
      </w:r>
    </w:p>
    <w:p>
      <w:pPr>
        <w:jc w:val="right"/>
      </w:pPr>
      <w:r>
        <w:t>तो हज़ारों हज़ारों लोग आते थे उनकी बातों को सुनने के लिए. तो इस तरीके से खास्तर पर बड़े बड़े जैसे अबू दर्दा थे. वह दमेश की मस्जिद में बैठते थे. तो पूरी पूरी मस्जिद भरी रहती थी. बड़ी बड़ी मस्जिद वन चुकी थी और उसके बाद जो था वह लोग उसके लिए सफर करते थे. क्योंकि ऐसा था कि रसूल्लाह संसुल्लम के पास हमेशा एक ही time सारे सहाबा तो होते नहीं थे.</w:t>
      </w:r>
    </w:p>
    <w:p>
      <w:r>
        <w:rPr>
          <w:b/>
        </w:rPr>
        <w:t xml:space="preserve">[15:41] </w:t>
      </w:r>
      <w:r>
        <w:t>kabhi koi kuch log aaye unhone kuch baatein aapse suni. ji. aur uske baad woh chale gaye. to jab logon ko maloom hota tha ki yeh baat falan sahaba ko maloom hai yani woh hadees falan sahaba ko maloom hai. to bahut lambe lambe safar karte the aur jaake usse woh hadees sunte the phir usko record karte the.</w:t>
      </w:r>
    </w:p>
    <w:p>
      <w:pPr>
        <w:jc w:val="right"/>
      </w:pPr>
      <w:r>
        <w:t>कभी कोई कुछ लोग आए उन्होंने कुछ बातें आपसे सुनी. जी. और उसके बाद वह चले गए. तो जब लोगों को मालूम होता था कि यह बात फलां सहाबा को मालूम है यानी वह हदीस फलां सहाबा को मालूम है. तो बहुत लंबे लंबे सफर करते थे और जाके उससे वो हदीस सुनते थे फिर उसको record करते थे.</w:t>
      </w:r>
    </w:p>
    <w:p>
      <w:r>
        <w:rPr>
          <w:b/>
        </w:rPr>
        <w:t xml:space="preserve">[16:05] </w:t>
      </w:r>
      <w:r>
        <w:t>to uske baad saath saath hadees ke saath saath fekh ki taalim shuru ho gayi kyunki masla masal kaise namaz pade, kaise roza rakhe, kaise haj kare. yeh saare masal the. ji. to iski bhi taalim shuru ho gayi aur aisa tha ki kuch log jo feki masal mein jinko zyada dard hasilta, zyada samajh thi, to unko baad mein unko fakih kahane laga.</w:t>
      </w:r>
    </w:p>
    <w:p>
      <w:pPr>
        <w:jc w:val="right"/>
      </w:pPr>
      <w:r>
        <w:t>तो उसके बाद साथ साथ हदीस के साथ साथ फेख की तालिम शुरू हो गई क्योंकि मसला मसाल कैसे नमाज़ पड़े, कैसे रोज़ा रखे, कैसे हज करे. यह सारे मसाल थे. जी. तो इसकी भी तालिम शुरू हो गई और ऐसा था कि कुछ लोग जो फ़ैकी मसाल में जिनको ज़्यादा दर्द हासिलता, ज़्यादा समझ हासिल थी, तो उनको बाद में उनको फ़कीह कहाने लगा.</w:t>
      </w:r>
    </w:p>
    <w:p>
      <w:r>
        <w:rPr>
          <w:b/>
        </w:rPr>
        <w:t xml:space="preserve">[16:32] </w:t>
      </w:r>
      <w:r>
        <w:t>fakih ke shuru ke jo ittdai maane the, woh to sirf ek gehri samajh ke maane mein the. to faik maane gehri samajh lekin baad mein aisa hua ki woh quran ke aaye the jo ki masla kisi masle masal command se mutalliq hoti thi. to us us par jinko expertise hoti thi to woh fauqaha kahlaaye. ji. to aur fauqaha aur muhaddis alag alag ho gaye.</w:t>
      </w:r>
    </w:p>
    <w:p>
      <w:pPr>
        <w:jc w:val="right"/>
      </w:pPr>
      <w:r>
        <w:t>फ़कीह के शुरू के जो इत्तदाई माने थे, वह तो सिर्फ एक गहरी समझ के माने में थे. तो फ़ैक माने गहरी समझ लेकिन बाद में ऐसा हुआ कि वह कुरान के आए थे जो कि मसला किसी मसले मसाल command से मुताल्लिक होती थी. तो उस उस पर जिनको expertise होती थी तो वह फौकहा कहलाए. जी. तो और फौकहा और मोहद्दीस अलग अलग हो गए.</w:t>
      </w:r>
    </w:p>
    <w:p>
      <w:r>
        <w:rPr>
          <w:b/>
        </w:rPr>
        <w:t xml:space="preserve">[17:01] </w:t>
      </w:r>
      <w:r>
        <w:t>muhaddis sirf hadees ki taalim dete the general. ji. aur fauqaha woh jo commands hote the paas tor par ahbaadat ke mutalliq, to us uski taalim dete the. logon ko sawalaat hote the to usko jawab dete the. baad mein woh saari cheezein record ki gayi aur alag alag rakhi school ban gaye. achha ek baat thi ki koi mawida nahi hota tha. yeh sab voluntary basis par hota tha.</w:t>
      </w:r>
    </w:p>
    <w:p>
      <w:pPr>
        <w:jc w:val="right"/>
      </w:pPr>
      <w:r>
        <w:t>मोहद्दीस सिर्फ हदीस की तालिम देते थे general. जी. और फौकहा वो जो commands होते थे पास तौर पर अह्बादात के मताल्लिक, तो उस उसकी तालिम देते थे. लोगों को सवालात होते थे तो उसको जवाब देते थे. बाद में वो सारी चीज़ें record की गई और अलग अलग रखी school वन गए. अच्छा एक बात थी कि कोई माविदा नहीं होता था. यह सब voluntary basis पर होता था.</w:t>
      </w:r>
    </w:p>
    <w:p>
      <w:r>
        <w:rPr>
          <w:b/>
        </w:rPr>
        <w:t xml:space="preserve">[17:29] </w:t>
      </w:r>
      <w:r>
        <w:t>logon ke andar itna zyada jazba tha din ka ki woh khuda ki raza hasil karne ke liye aur hadeeson ko mehfoos karne ke liye to woh yeh kaam karte the. taalim dete the logon ko aur usmein koi bhi koi bhi usse kuch aur koi interest nahi chahte the woh. to khilaf hota rashda ke zamane mein yahi tha. ji. phir bilkul ragakarana taur par yeh saare kaam ho rahe the. ji.</w:t>
      </w:r>
    </w:p>
    <w:p>
      <w:pPr>
        <w:jc w:val="right"/>
      </w:pPr>
      <w:r>
        <w:t>लोगों के अंदर इतना ज़्यादा जज़्बा था दिन का कि वो खुदा की रज़ा हासिल करने के लिए और हदीशों को महफूस करने के लिए तो वो यह काम करते थे. तालियम देते थे लोगों को और उसमें कोई भी कोई भी उससे कुछ और कोई interest नहीं चाहते थे वह. तो खिलाफ होता राषदा के जमाने में यही था. जी. फिर बिल्कुल रगाकाराना तौर पर यह सारे काम हो रहे थे. जी.</w:t>
      </w:r>
    </w:p>
    <w:p>
      <w:r>
        <w:rPr>
          <w:b/>
        </w:rPr>
        <w:t xml:space="preserve">[17:59] </w:t>
      </w:r>
      <w:r>
        <w:t>achha aap agar isko historical timeline se dekhen to jaise prophet was born in the year May and his death was in the year of June. uske baad phir yeh chaar khalifa ka daur shuru hota hai June se lekar June jo aapne abhi cover kiya. phir uske baad June se ummayiyat period shuru hota hai. to us daur mein kis tarike se education ka development hua?</w:t>
      </w:r>
    </w:p>
    <w:p>
      <w:pPr>
        <w:jc w:val="right"/>
      </w:pPr>
      <w:r>
        <w:t>अच्छा आप अगर इसको historical timeline से देखें तो जैसे prophet was born in the year May and his death was in the year of June. उसके बाद फिर यह चार खलीफा का दौर शुरू होता है June से लेकर June जो आपने अभी cover किया. फिर उसके बाद June से उम्मयियत period शुरू होता है. तो उस दौर में किस तरीके से education का development हुआ?</w:t>
      </w:r>
    </w:p>
    <w:p>
      <w:r>
        <w:rPr>
          <w:b/>
        </w:rPr>
        <w:t xml:space="preserve">[18:29] </w:t>
      </w:r>
      <w:r>
        <w:t>kya emphasis hua? uske baare mein bhi aap hamein batayein. manomahaiya mein ke zamane mein ek bahut hi payash khalifa the. jinko khulfa-e-rashideen ka hi darja diya jata hai, umar ibn abdul aziz. to inhone khaas tawajjoh ki ki tamam jo hadeesein hain abhi aisa tha ki hadeesein jo hain woh muftalif sahaba ke paas thi. koi yagya nahi hui thi. ek kitaab ki shakal mein nahi aayi thi.</w:t>
      </w:r>
    </w:p>
    <w:p>
      <w:pPr>
        <w:jc w:val="right"/>
      </w:pPr>
      <w:r>
        <w:t>क्या emphasis हुआ? उसके बारे में भी आप हमें बताएं. मनोमहैया में के जमाने में एक बहुत ही पायश खलीफा थे. जिनको खोलफाए राषधीन का ही दर्जा दिया जाता है, उमर ibn अब्दुल अजीज़. तो इन्होंने खास तवज्जो की कि तमाम जो हदीसे हैं अभी ऐसा था कि हदीसे जो है वो मुफ्तलीफ साहबा के पास थी. कोई यज्ञा नहीं हुई थी. एक किताब की शक्ल में नहीं आई थी.</w:t>
      </w:r>
    </w:p>
    <w:p>
      <w:r>
        <w:rPr>
          <w:b/>
        </w:rPr>
        <w:t xml:space="preserve">[18:58] </w:t>
      </w:r>
      <w:r>
        <w:t>to unko yeh ehsaas hua ki kahin hadeesein jaaye na ho jaye kyunki sahaba ki umar ho rahi thi sab. zyada tar log jo hain apni aakhiri umar ko pahunch rahe the. to unko yeh ehsaas hua. unhone baqayda officially matlab abhi tak jo kuch ho raha tha woh log individually kaam kar rahe the.</w:t>
      </w:r>
    </w:p>
    <w:p>
      <w:pPr>
        <w:jc w:val="right"/>
      </w:pPr>
      <w:r>
        <w:t>तो उनको यह एहसास हुआ कि कहीं हदिशें जाए ना हो जाए क्योंकि साहबा की उम्र हो रही थी सब. ज़्यादातर लोग जो हैं अपनी आखिरी उम्र को पहुंच रहे थे. तो उनको यह एहसास हुआ. उन्होंने बाकायदा officially मतलब अभी तक जो कुछ हो रहा था वह लोग individually काम कर रहे थे.</w:t>
      </w:r>
    </w:p>
    <w:p>
      <w:r>
        <w:rPr>
          <w:b/>
        </w:rPr>
        <w:t xml:space="preserve">[19:17] </w:t>
      </w:r>
      <w:r>
        <w:t>ab unhone ek empire ban gaya tha woh ek shada zindagi guzaar rahe the lekin ek taqreeban ek ek emperor ke shakal thi unki ek bahut hi powerful ruler the.</w:t>
      </w:r>
    </w:p>
    <w:p>
      <w:pPr>
        <w:jc w:val="right"/>
      </w:pPr>
      <w:r>
        <w:t>अब उन्होंने एक empire वन गया था वह एक शादा ज़िंदगी गुज़ार रहे थे लेकिन एक तकरीबन एक एक emperor के शक्ल थी उनकी एक बहुत ही powerful ruler थे.</w:t>
      </w:r>
    </w:p>
    <w:p>
      <w:r>
        <w:rPr>
          <w:b/>
        </w:rPr>
        <w:t xml:space="preserve">[19:30] </w:t>
      </w:r>
      <w:r>
        <w:t>to unhone jab yeh command diya aur kuch logon ko ibne shahabaz zahri wagera kuch logon ko khaas appoint kiya ki tamam hadeeson ko jama kiya jaye aur un hadeeson ki ek kitaab banayi jaye aur kyunki baad ho kya raha tha ki bahut tezi se log garvif hadeesein gadh rahe the. matlab unhe apni koi baat kehni hoti hai aur uski usko aham batane ke liye woh usko hadees ki shakal de rahe the.</w:t>
      </w:r>
    </w:p>
    <w:p>
      <w:pPr>
        <w:jc w:val="right"/>
      </w:pPr>
      <w:r>
        <w:t>तो उन्होंने जब यह command दिया और कुछ लोगों को इब्ने शहाबाज़ ज़हरी वगैरह कुछ लोगों को खास appoint किया कि तमाम हदीशों को जमा किया जाए और उन हदीशों की एक किताब बनाई जाए और क्योंकि बाद हो क्या रहा था कि बहुत तेज़ी से लोग गर्वीफ हदीशें गढ़ रहे थे. मतलब उन्हें अपनी कोई बात कहनी होती है और उसकी उसको अहम् बताने के लिए वह उसको हदीश की शक्ल दे रहे थे.</w:t>
      </w:r>
    </w:p>
    <w:p>
      <w:r>
        <w:rPr>
          <w:b/>
        </w:rPr>
        <w:t xml:space="preserve">[19:58] </w:t>
      </w:r>
      <w:r>
        <w:t>to is wajah se unhone yeh hukm diya ki tamam hadeeson ko jama karein, uski chhanbeen karein aur jo authentic hadeesein hain, unko jama karein aur usi ke saath saath unhone hukm diya ki ilm ki shaad karein. unke shuru shuru mein kuch log yeh darte the ki kahin hum hadeeson ko bayan karenge to kahin kuch humse galti na ho jaye. kahin kuch gadbad na ho jaye. uski authenticity mein koi kami na aa jaye.</w:t>
      </w:r>
    </w:p>
    <w:p>
      <w:pPr>
        <w:jc w:val="right"/>
      </w:pPr>
      <w:r>
        <w:t>तो इस वजह से उन्होंने यह हुक्म दिया कि तमाम हदीशों को जमा करें, उसकी छानबीन करें और जो authentic हदीशें हैं, उनको जमा करें और उसी के साथ साथ उन्होंने हुक्म दिया कि इल्म की शाद करें. उनके शुरू शुरू में कुछ लोग यह डरते थे कि कहीं हम हदीशों को बयान करेंगे तो कहीं कुछ हमसे गलती ना हो जाए. कहीं कुछ गड़बड़ ना हो जाए. उसकी authenticity में कोई कमी ना आ जाए.</w:t>
      </w:r>
    </w:p>
    <w:p>
      <w:r>
        <w:rPr>
          <w:b/>
        </w:rPr>
        <w:t xml:space="preserve">[20:27] </w:t>
      </w:r>
      <w:r>
        <w:t>to zara darte the. unhone kaha nahi ilm ke shaad karein. agar ilm ke shaad nahi karenge to ilm jo hai fana ho jayega, khatm ho jayega. to baqayda har masjid mein woh banaya jaane laga. iska baqayda darsh ek hota tha aur uska bahut saare log wahan aakar jama hote the aur unko darsh diya jata tha hadees ka.</w:t>
      </w:r>
    </w:p>
    <w:p>
      <w:pPr>
        <w:jc w:val="right"/>
      </w:pPr>
      <w:r>
        <w:t>तो ज़रा डरते थे. उन्होंने कहा नहीं इल्म के शाद करें. अगर इल्म के शाद नहीं करेंगे तो इल्म जो है फना हो जाएगा, खत्म हो जाएगा. तो बाकायदा हर मस्जिद में वह बनाया जाने लगा. इसका बाकायदा दर्श एक होता था और उसका बहुत सारे लोग वहां आकर जमा होते थे और उनको दर्श दिया जाता था हादीश का.</w:t>
      </w:r>
    </w:p>
    <w:p>
      <w:r>
        <w:rPr>
          <w:b/>
        </w:rPr>
        <w:t xml:space="preserve">[20:54] </w:t>
      </w:r>
      <w:r>
        <w:t>to isi tarike se hadees bahut saare log apna jinko likhna padhna aata tha woh usi baat record bhi kar lete the. zyada tar logon ke to memory bahut achhi thi lekin jin logon ko lagta tha ki woh memory ke alawa unko likhna bhi chahiye to woh log likhte bhi the. to ek nayi baat jo hamare abdul ajit ke zamane mein hui ki unhone fauqaha ko us zamane mein fauqaha mahadyaseen mein bahut zyada fark nahi tha. ji.</w:t>
      </w:r>
    </w:p>
    <w:p>
      <w:pPr>
        <w:jc w:val="right"/>
      </w:pPr>
      <w:r>
        <w:t>तो इसी तरीके से हादीश बहुत सारे लोग अपना जिनको लिखना पढ़ना आता था वह उसी बात record भी कर लेते थे. ज़्यादातर लोगों के तो memory बहुत अच्छी थी लेकिन जिन लोगों को लगता था कि वो memory के अलावा उनको लिखना भी चाहिए तो वो लोग लिखते भी थे. तो एक नई बात जो हमारे अब्दुल अजीत के जमाने में हुई कि उन्होंने फौकहा को उस जमाने में फौकहार महाद्य सेन में बहुत ज़्यादा फ़र्क नहीं था. जी.</w:t>
      </w:r>
    </w:p>
    <w:p>
      <w:r>
        <w:rPr>
          <w:b/>
        </w:rPr>
        <w:t xml:space="preserve">[21:24] </w:t>
      </w:r>
      <w:r>
        <w:t>yeh farq hua hai baad mein develop hua hai.</w:t>
      </w:r>
    </w:p>
    <w:p>
      <w:pPr>
        <w:jc w:val="right"/>
      </w:pPr>
      <w:r>
        <w:t>यह फ़र्क हुआ है बाद में develop हुआ है.</w:t>
      </w:r>
    </w:p>
    <w:p>
      <w:r>
        <w:rPr>
          <w:b/>
        </w:rPr>
        <w:t xml:space="preserve">[21:30] </w:t>
      </w:r>
      <w:r>
        <w:t>to fukaha ko unhon ne sau sau dainar jo hai sau sau dainar unhon ne bagife diye taake woh log</w:t>
      </w:r>
    </w:p>
    <w:p>
      <w:pPr>
        <w:jc w:val="right"/>
      </w:pPr>
      <w:r>
        <w:t>तो फौकहा को उन्होंने सौ सौ दीनार जो है सौ सौ दीनार उन्होंने बगीफे दिए ताकि वह लोग</w:t>
      </w:r>
    </w:p>
    <w:p>
      <w:r>
        <w:rPr>
          <w:b/>
        </w:rPr>
        <w:t xml:space="preserve">[21:36] </w:t>
      </w:r>
      <w:r>
        <w:t>apni jo jati zarooraten hain usko poora kar saken aur us mein zyada se zyada apne waqt ko istemal</w:t>
      </w:r>
    </w:p>
    <w:p>
      <w:pPr>
        <w:jc w:val="right"/>
      </w:pPr>
      <w:r>
        <w:t>अपनी जो जाती ज़रूरतें हैं उसको पूरा कर सकें और उसमें ज़्यादा से ज़्यादा अपने वक्त को इस्तेमाल</w:t>
      </w:r>
    </w:p>
    <w:p>
      <w:r>
        <w:rPr>
          <w:b/>
        </w:rPr>
        <w:t xml:space="preserve">[21:43] </w:t>
      </w:r>
      <w:r>
        <w:t>kar saken aur unhon ne ghareeb talwa ke bhi ke liye bhi wazife diye taake woh jaake apna rozi</w:t>
      </w:r>
    </w:p>
    <w:p>
      <w:pPr>
        <w:jc w:val="right"/>
      </w:pPr>
      <w:r>
        <w:t>कर सकें और उन्होंने गरीब तलवा के भी के लिए भी वज़ीफें दिए ताकि वो जाके अपना रोज़ी</w:t>
      </w:r>
    </w:p>
    <w:p>
      <w:r>
        <w:rPr>
          <w:b/>
        </w:rPr>
        <w:t xml:space="preserve">[21:49] </w:t>
      </w:r>
      <w:r>
        <w:t>roti ka saman karne ke bajaye woh apne aap ko poore tareeqe se bhim ki khidmat mein waqt kar de.</w:t>
      </w:r>
    </w:p>
    <w:p>
      <w:pPr>
        <w:jc w:val="right"/>
      </w:pPr>
      <w:r>
        <w:t>रोटी का सामान करने के बजाय वो अपने आप को पूरे तरीके से भीम की खिदमत में वक्त कर दे.</w:t>
      </w:r>
    </w:p>
    <w:p>
      <w:r>
        <w:rPr>
          <w:b/>
        </w:rPr>
        <w:t xml:space="preserve">[21:56] </w:t>
      </w:r>
      <w:r>
        <w:t>to ab aisa hua jo yeh irdamad ki hai khalifane uski wajah se cheezen jo hain writing mein aane lagi.</w:t>
      </w:r>
    </w:p>
    <w:p>
      <w:pPr>
        <w:jc w:val="right"/>
      </w:pPr>
      <w:r>
        <w:t>तो अब ऐसा हुआ जो ये इर्दामाद की है खलीफाने उसकी वजह से चीज़ें जो हैं writing में आने लगी.</w:t>
      </w:r>
    </w:p>
    <w:p>
      <w:r>
        <w:rPr>
          <w:b/>
        </w:rPr>
        <w:t xml:space="preserve">[22:07] </w:t>
      </w:r>
      <w:r>
        <w:t>jisko hum abhi tak seene mein thi ab safeena mein aane lagi.</w:t>
      </w:r>
    </w:p>
    <w:p>
      <w:pPr>
        <w:jc w:val="right"/>
      </w:pPr>
      <w:r>
        <w:t>जिसको हम अभी तक सीने में थी अब सफीना में आने लगी.</w:t>
      </w:r>
    </w:p>
    <w:p>
      <w:r>
        <w:rPr>
          <w:b/>
        </w:rPr>
        <w:t xml:space="preserve">[22:18] </w:t>
      </w:r>
      <w:r>
        <w:t>yaani uski kitaben shakal mein mehfooz hone lagi.</w:t>
      </w:r>
    </w:p>
    <w:p>
      <w:pPr>
        <w:jc w:val="right"/>
      </w:pPr>
      <w:r>
        <w:t>यानी उसकी किताबें शक्ल में मैफोज़ होने लगी.</w:t>
      </w:r>
    </w:p>
    <w:p>
      <w:r>
        <w:rPr>
          <w:b/>
        </w:rPr>
        <w:t xml:space="preserve">[22:29] </w:t>
      </w:r>
      <w:r>
        <w:t>darte the. lekin ab ab yeh ho gaya ki agar woh log mafuz nahi karenge to jo kuch hai woh sab jaay ho jayega. to is wajah se unhone masjiden to van hi rahi thi aur agar kisi muqam par kisi madarse ki zaroorat hoti logon ko taalim dene ki zaroorat hoti to wahan bhi masjid bana lete the kyunki abhi tak aisa ho raha tha ki tamam taalim taalim jo hai na woh masjid mein hi ho rahi thi.</w:t>
      </w:r>
    </w:p>
    <w:p>
      <w:pPr>
        <w:jc w:val="right"/>
      </w:pPr>
      <w:r>
        <w:t>डरते थे. लेकिन अब अब यह हो गया कि अगर वह लोग माफूज़ नहीं करेंगे तो जो कुछ है वह सब जाय हो जाएगा. तो इस वजह से उन्होंने मस्जिदें तो वन ही रही थी और अगर किसी मुकाम पर किसी मदरसे की ज़रूरत होती लोगों को तालीम देने की ज़रूरत होती तो वहां भी मस्जिद बना लेते थे क्योंकि अभी तक ऐसा हो रहा था कि तमाम तालीम तालीम जो है ना वह मस्जिद में ही हो रही थी.</w:t>
      </w:r>
    </w:p>
    <w:p>
      <w:r>
        <w:rPr>
          <w:b/>
        </w:rPr>
        <w:t xml:space="preserve">[22:58] </w:t>
      </w:r>
      <w:r>
        <w:t>masjid hi madarse ka kaam karti thi. ji. to nayi nayi masjid bana liya karte the woh agar uski zaroorat hoti thi to. to ustaad jo hai woh zabani bhi taalim dete the aur kabhi kabhi woh imla bhi karate the. yaani dictation bhi dete ji. to is tarike se yeh daur jo hai woh hadees ki hifazat ke liye bahut hi ahamdour kaha jata ji ji ji mashallah.</w:t>
      </w:r>
    </w:p>
    <w:p>
      <w:pPr>
        <w:jc w:val="right"/>
      </w:pPr>
      <w:r>
        <w:t>मस्जिद ही मदरसे का काम करती थी. जी. तो नई नई मस्जिद बना लिया करते थे वो अगर उसकी ज़रूरत होती थी तो. तो उस्ताद जो है वो ज़बानी भी तालिम देते थे और कभी कभी वो इमला भी कराते थे. यानी dictation भी देते जी. तो इस तरीके से यह दौर जो है वो हदीश की हिफाज़त के लिए बहुत ही अहमदौर कहा जाता जी जी जी माशालाह.</w:t>
      </w:r>
    </w:p>
    <w:p>
      <w:r>
        <w:rPr>
          <w:b/>
        </w:rPr>
        <w:t xml:space="preserve">[23:24] </w:t>
      </w:r>
      <w:r>
        <w:t>to aapka phir umayad period khatm hua July mein aur us waqt phir abbasit period start hota hai. aur aapka yeh bhi kaha jata hai ki there were four civilizations predominant before the advent of christ, Persia, India, China and Greece.</w:t>
      </w:r>
    </w:p>
    <w:p>
      <w:pPr>
        <w:jc w:val="right"/>
      </w:pPr>
      <w:r>
        <w:t>तो आपका फिर उमयद period खत्म हुआ July में और उस वक्त फिर अब्बासित period start होता है. और आपका यह भी कहा जाता है कि there were four civilizations predominant before the advent of christ, Persia, India, China and Greece.</w:t>
      </w:r>
    </w:p>
    <w:p>
      <w:r>
        <w:rPr>
          <w:b/>
        </w:rPr>
        <w:t xml:space="preserve">[23:42] </w:t>
      </w:r>
      <w:r>
        <w:t>lekin after the advent of islam, phir jab yeh abasid period bhi aata hai, to al mansoor city of baghdad banate hain in July aur wahin usi period ke baad phir August mein al mamoon jo hai woh baitul hikma ko establish karte hain. to bahut zabardast kaam hota hai abbasit period mein.</w:t>
      </w:r>
    </w:p>
    <w:p>
      <w:pPr>
        <w:jc w:val="right"/>
      </w:pPr>
      <w:r>
        <w:t>लेकिन after the advent of islam, फिर जब यह abasid period भी आता है, तो अल मंसूर city of बग्दाद बनाते हैं in July और वहीं उसी period के बाद फिर August में अल मामून जो है वह बैतुल हिक्मा को establish करते हैं. तो बहुत ज़बरदस्त काम होता है अब्बासित period में.</w:t>
      </w:r>
    </w:p>
    <w:p>
      <w:r>
        <w:rPr>
          <w:b/>
        </w:rPr>
        <w:t xml:space="preserve">[24:05] </w:t>
      </w:r>
      <w:r>
        <w:t>to papa wahi hum chahenge ki aap batayein ki kis tarah education jo hai woh abbasit period mein develop hui, progress hui, aage badhi? iske baare mein hum sabko batayein. yeh jo aapne baitul hitma wali baat kahi hai na? ji. yeh bahut hi bada pradam tha film ko aage badhane mein kyunki arbon ko itna zyada shauk ho gaya tha. taalim ke kaam ko lena aur usko aage badhane ka.</w:t>
      </w:r>
    </w:p>
    <w:p>
      <w:pPr>
        <w:jc w:val="right"/>
      </w:pPr>
      <w:r>
        <w:t>तो papa वही हम चाहेंगे कि आप बताएं कि किस तरह education जो है वह अब्बासित period में develop हुई, progress हुई, आगे बढ़ी? इसके बारे में हम सबको बताएं. यह जो आपने बैतुल हित्मा वाली बात कही है ना? जी. यह बहुत ही बड़ा प्रदम था film को आगे बढ़ाने में क्योंकि अरबों को इतना ज़्यादा शौक हो गया था. तालीम के काम को लेना और उसको आगे बढ़ाने का.</w:t>
      </w:r>
    </w:p>
    <w:p>
      <w:r>
        <w:rPr>
          <w:b/>
        </w:rPr>
        <w:t xml:space="preserve">[24:33] </w:t>
      </w:r>
      <w:r>
        <w:t>ilm se itni zyada unko dilchaspi ho gayi thi ki unhone yeh kiya ki tamam duniya ke kitabein jama karke uska tarjuma kiya jaye. kyunki sabse pehla kadam yahi tha ki unko bahut sari kitabein thi khastor par yonnan mein, grease mein. bahut sare bade bade scholars paida hue the. to un sab ki kitabon ko unhone jama kiya.</w:t>
      </w:r>
    </w:p>
    <w:p>
      <w:pPr>
        <w:jc w:val="right"/>
      </w:pPr>
      <w:r>
        <w:t>इल्म से इतनी ज़्यादा उनको दिलचस्पी हो गई थी कि उन्होंने यह किया कि तमाम दुनिया के किताबें जमा करके उसका तर्जमा किया जाए. क्योंकि सबसे पहला कदम यही था कि उनको बहुत सारी किताबें थी खास्तौर पर योनान में, grease में. बहुत सारे बड़े बड़े scholars पैदा हुए थे. तो उन सब की किताबों को उन्होंने जमा किया.</w:t>
      </w:r>
    </w:p>
    <w:p>
      <w:r>
        <w:rPr>
          <w:b/>
        </w:rPr>
        <w:t xml:space="preserve">[24:58] </w:t>
      </w:r>
      <w:r>
        <w:t>haroon rasheed ne jab wahan padri ke paas apne log bheje ki jo bhi kitabein hain. ji. woh sab wahan unse lekar ab hum tarjuma karvayenge. to woh zamana tha ilm, fikri aazadi, ilmi aazadi ka. zamana nahi tha to. to padriyon ne kya kiya tha ki in kitabon ko tamam lakh ankhi mein band kar diya tha ki jo bhi in kitabon ko padega woh baddin ho jayega. ji.</w:t>
      </w:r>
    </w:p>
    <w:p>
      <w:pPr>
        <w:jc w:val="right"/>
      </w:pPr>
      <w:r>
        <w:t>हारुन रसीद ने जब वहां पादरी के पास अपने लोग भेजे कि जो भी किताबें हैं. जी. वो सब वहां उनसे लेकर अब हम तर्जमा करवाएंगे. तो वो जमाना था इल्म, फ़िक्री आज़ादी, इल्मी आज़ादी का. जमाना नहीं था तो. तो पादरियों ने क्या किया था कि इन किताबों को तमाम लाख एंखी में बंद कर दिया था कि जो भी इन किताबों को पड़ेगा वो बद्दीन हो जाएगा. जी.</w:t>
      </w:r>
    </w:p>
    <w:p>
      <w:r>
        <w:rPr>
          <w:b/>
        </w:rPr>
        <w:t xml:space="preserve">[25:25] </w:t>
      </w:r>
      <w:r>
        <w:t>to padri bohat khush hua sari kitabein utha ke usne dedi ke le jao. musalman baddin ho jaye. to wo to yahi chahte the kyunke islam bohat tezi se phail raha tha. to in logon ko sari kitabein roman empire to ek hazar sala purani empire thi aur bohat kitabein thi wahan par. to wo sari kitabein wo le aaye. phir uske baad doosre doosre mulkon se Iran ki kitabein aur khas taur par maziq karungi.</w:t>
      </w:r>
    </w:p>
    <w:p>
      <w:pPr>
        <w:jc w:val="right"/>
      </w:pPr>
      <w:r>
        <w:t>तो पादरी बहुत खुश हुआ सारी किताबें उठा के उसने देदी के ले जाओ. मुसलमान बद्दीन हो जाए. तो वो तो यही चाहते थे क्योंकि इस्लाम बहुत तेजी से फ़ैल रहा था. तो इन लोगों को सारी किताबें roman empire तो एक हज़ार साला पुरानी empire थी और बहुत किताबें थी वहां पर. तो वह सारी किताबें वह ले आए. फिर उसके बाद दूसरे दूसरे मुल्कों से Iran की किताबें और खास तौर पर मज़ीक्र करूंगी.</w:t>
      </w:r>
    </w:p>
    <w:p>
      <w:r>
        <w:rPr>
          <w:b/>
        </w:rPr>
        <w:t xml:space="preserve">[25:55] </w:t>
      </w:r>
      <w:r>
        <w:t>India, India se sab kitabein gayi usme ek kitab mein jo zero ka concept tha. ji. usko hum baad mein batayenge. ji. to wo sari kitabein wahan tarjume mein honge. to yeh pehla jo qadam tha ilm ke maidan mein ke tamam kitabon ke tarjume ho gaye wahan par aur chunke yeh baitul hikmat jo banaya tha wo badshah ne apni supervision mein banaya tha. apne mehal ke andar banaya tha. to bohat bada aydhara tha.</w:t>
      </w:r>
    </w:p>
    <w:p>
      <w:pPr>
        <w:jc w:val="right"/>
      </w:pPr>
      <w:r>
        <w:t>India, India से सब किताबें गई उसमें एक किताब में जो zero का concept था. जी. उसको हम बाद में बताएंगे. जी. तो वो सारी किताबें वहां तर्जू में होंगे. तो यह पहला जो कदम था इल्म के मैदान में कि तमाम किताबों के तर्जू में हो गए वहां पर और चूंकि यह बैतुल हिक्मत जो बनाया था वह बादशाह ने अपनी supervision में बनाया था. अपने महल के अंदर बनाया था. तो बहुत बड़ा अयधारा था.</w:t>
      </w:r>
    </w:p>
    <w:p>
      <w:r>
        <w:rPr>
          <w:b/>
        </w:rPr>
        <w:t xml:space="preserve">[26:24] </w:t>
      </w:r>
      <w:r>
        <w:t>us waqt jo itna tezi se uska development hua ke wo dunya ka sabse bada aydhara ban gaya wo. to wo bohat badi library thi. bohat bada translation bureau tha. aur tamam bade bade logon ko jab badshah khud yeh kaam karega to tamam bade bade logon ko usne employ kar liya. yahan tak ki jo kitab usko pasand aa jati hai usko sone se tol ke usko uska reward deta.</w:t>
      </w:r>
    </w:p>
    <w:p>
      <w:pPr>
        <w:jc w:val="right"/>
      </w:pPr>
      <w:r>
        <w:t>उस वक्त जो इतना तेजी से उसका development हुआ कि वह दुनिया का सबसे बड़ा अयधारा वन गया वह. तो वह बहुत बड़ी library थी. बहुत बड़ा translation bureau था. और तमाम बड़े बड़े लोगों को जब बादशाह खुद यह काम करेगा तो तमाम बड़े बड़े लोगों को उसने employ कर लिया. यहां तक की जो किताब उसको पसंद आ जाती है उसको सोने से तोल के उसको उसका reward देता.</w:t>
      </w:r>
    </w:p>
    <w:p>
      <w:r>
        <w:rPr>
          <w:b/>
        </w:rPr>
        <w:t xml:space="preserve">[26:51] </w:t>
      </w:r>
      <w:r>
        <w:t>to is tarike se tamam kitabein aur aisi khabrein har jagah pohnchti rehti hain. to tamam log apni apni kitabein lekar wahan aate the aur wahan sari kitabon jo hai wahan par tarjuma hota tha. to baqayda unko baqayda salary bhi di jati thi aur badshah jab khush ho jata tha to bohat bade bade unko inaam deta tha.</w:t>
      </w:r>
    </w:p>
    <w:p>
      <w:pPr>
        <w:jc w:val="right"/>
      </w:pPr>
      <w:r>
        <w:t>तो इस तरीके से तमाम किताबें और ऐसी खबरें हर जगह पहुंचती रहती हैं. तो तमाम लोग अपनी अपनी किताबें लेकर वहां आते थे और वहां सारी किताबों जो है वहां पर तरजमा होता था. तो बाकायदा उनको बाकायदा salary भी दी जाती थी और बादशाह जब खुश हो जाता था तो बहुत बड़े बड़े उनको इनाम देता था.</w:t>
      </w:r>
    </w:p>
    <w:p>
      <w:r>
        <w:rPr>
          <w:b/>
        </w:rPr>
        <w:t xml:space="preserve">[27:14] </w:t>
      </w:r>
      <w:r>
        <w:t>to yeh wo zamana tha jabki pure aap baat sab samajh lijiye puri abad dunya mein muslim empire qayam ho gayi thi. to safar karna bohat aasan ho gaya tha. to bohat door door se talib ilm hai wo safar karke wahan aate. wahan ilm hasil karte. to jab chuke door door se aate the to ab ab jo hai unke liye hostel banne lage. taake wo wahan aaye to thehne unko theherne ke liye jagah chahiye.</w:t>
      </w:r>
    </w:p>
    <w:p>
      <w:pPr>
        <w:jc w:val="right"/>
      </w:pPr>
      <w:r>
        <w:t>तो यह वह जमाना था जबकि पूरे आप बात सब समझ लीजिए पूरी आबाद दुनिया में मुस्लिम empire कायम हो गई थी. तो सफर करना बहुत आसान हो गया था. तो बहुत दूर दूर से तलबाज है वह सफर कर करके वहां आते. वहां इल्म हासिल करते. तो जब चूके दूर दूर से आते थे तो अब अब जो है उनके लिए hostel बनने लगे. ताकि वह वहां आए तो ठहने उनको ठहरने के लिए जगह चाहिए.</w:t>
      </w:r>
    </w:p>
    <w:p>
      <w:r>
        <w:rPr>
          <w:b/>
        </w:rPr>
        <w:t xml:space="preserve">[27:44] </w:t>
      </w:r>
      <w:r>
        <w:t>aur jo ek teesra kaam yeh hua ke logon ne apni jaydadien jo hai jo unke paas jo spare hoti thi. ji. wo un in adaron ko waqf kar diya karte the.</w:t>
      </w:r>
    </w:p>
    <w:p>
      <w:pPr>
        <w:jc w:val="right"/>
      </w:pPr>
      <w:r>
        <w:t>और जो एक तीसरा काम यह हुआ कि लोगों ने अपनी जायदादें जो है जो उनके पास जो spare होती थी. जी. वो उन इन अदारों को वक्त कर दिया करते थे.</w:t>
      </w:r>
    </w:p>
    <w:p>
      <w:r>
        <w:rPr>
          <w:b/>
        </w:rPr>
        <w:t xml:space="preserve">[27:56] </w:t>
      </w:r>
      <w:r>
        <w:t>to in waqf karne ki wajah se jo adaren jo hai bohat zyada self sufficient ho gaye unko faraghat mil gayi aur yeh kaam jo hai bohat tezi se aage badhne laga aur chunke dars o tadrees yani teaching us zamane mein bohat hi moazzaz kaam samjha jata tha. to is wajah se usme bade bade log shareek hote the.</w:t>
      </w:r>
    </w:p>
    <w:p>
      <w:pPr>
        <w:jc w:val="right"/>
      </w:pPr>
      <w:r>
        <w:t>तो इन वक्त करने की वजह से जो अदारें जो है बहुत ज़्यादा self sufficient हो गए उनको फारबुल बाल हो गए और यह काम जो है बहुत तेजी से आगे बढ़ने लगा और चूंकि दर्शो तदरीश यानी teaching उस जमाने में बहुत ही मौजज़ काम समझा जाता था. तो इस वजह से उसमें बड़े बड़े लोग शरीक होते थे.</w:t>
      </w:r>
    </w:p>
    <w:p>
      <w:r>
        <w:rPr>
          <w:b/>
        </w:rPr>
        <w:t xml:space="preserve">[28:24] </w:t>
      </w:r>
      <w:r>
        <w:t>yahan tak ke wazir, royal family ke log bohat bade bade log jo hai wo sab un dars mein aate the aur bohat hi jo us zamane ke jo aalim hote the wo bohat hi achhe aalim hote the. na sirf ilm mein balki unka jo character hota tha jo selfless hote the wo to us wajah se unki bohat zyada reputation hoti thi. to bade bade log unke dars mein shareek hote the.</w:t>
      </w:r>
    </w:p>
    <w:p>
      <w:pPr>
        <w:jc w:val="right"/>
      </w:pPr>
      <w:r>
        <w:t>यहां तक के वज़ीर, royal family के लोग बहुत बड़े बड़े लोग जो है वो सब उन दर्श में आते थे और बहुत ही जो उस जमाने के जो आलिंग होते थे वह बहुत ही अच्छे आलिंग होते थे. ना सिर्फ elm में बल्कि उनका जो character होता था जो selfless होते थे वह तो उस वजह से उनकी बहुत ज़्यादा reputation होती थी. तो बड़े बड़े लोग उनके दर्श में शरीक होते थे.</w:t>
      </w:r>
    </w:p>
    <w:p>
      <w:r>
        <w:rPr>
          <w:b/>
        </w:rPr>
        <w:t xml:space="preserve">[28:53] </w:t>
      </w:r>
      <w:r>
        <w:t>to ab kya hua ke ek bohat sare departments ban gaye. ek taraf to tafsir ka ilm tha, quran ki commentary ka. doosri taraf hadith ka ilm tha. hadith mein bohat sare kaam kiye gaye. to kyunke hadith ka jo narrators hote the usme log bohat zyada wo karte the.</w:t>
      </w:r>
    </w:p>
    <w:p>
      <w:pPr>
        <w:jc w:val="right"/>
      </w:pPr>
      <w:r>
        <w:t>तो अब क्या हुआ कि एक बहुत सारे departments वन गए. एक तरफ तो तफ्शीर का इल्म था, कुरान की commentary का. दूसरी तरफ हदीस का इल्म था. हदीस में बहुत सारे काम किए गए. तो क्योंकि हदीस का जो narrators होते थे उसमें लोग बहुत ज़्यादा वह करते थे.</w:t>
      </w:r>
    </w:p>
    <w:p>
      <w:r>
        <w:rPr>
          <w:b/>
        </w:rPr>
        <w:t xml:space="preserve">[29:17] </w:t>
      </w:r>
      <w:r>
        <w:t>jo zaeef adisen thi to usme zaeef jo narrators hote the usko chhan been karke usko nikalte the usko asma o rijal bolte hain. to wo bohat bada kaam tha ke tamam itni hadison ko chhan been karke authentic hadison ko alag karna. to isme bohat sare log isme lage hue the. phir uske baad jo hai firqa bhi bohat tezi se jawab ho raha tha.</w:t>
      </w:r>
    </w:p>
    <w:p>
      <w:pPr>
        <w:jc w:val="right"/>
      </w:pPr>
      <w:r>
        <w:t>जो ज़हीफ़ अधीसें थी तो उसमें ज़हीफ़ जो narrators होते थे उसको छान बीन करके उसको निकालते थे उसको असमा और रजाल बोलते हैं. तो वह बहुत बड़ा काम था कि तमाम इतनी हदीशों को छान बीन करके authentic हदीशों को अलग करना. तो इसमें बहुत सारे लोग इसमें लगे हुए थे. फिर उसके बाद जो है फरक भी बहुत तेज़ी से जवाब हो रहा था.</w:t>
      </w:r>
    </w:p>
    <w:p>
      <w:r>
        <w:rPr>
          <w:b/>
        </w:rPr>
        <w:t xml:space="preserve">[29:44] </w:t>
      </w:r>
      <w:r>
        <w:t>to bohat sare firqe the wo is firqe ke maidan mein kaam kar rahe the. to ab jo naya daur aaya to usme unhone courses banane shuru kar diye. jaise main sahab aajkal course hota hai na. ji. us tarike se course banne laga. isse pehle kya hota tha ke jo aalim hota tha bas wahi bolta tha aur usi ko log baithkar sunte the.</w:t>
      </w:r>
    </w:p>
    <w:p>
      <w:pPr>
        <w:jc w:val="right"/>
      </w:pPr>
      <w:r>
        <w:t>तो बहुत सारे फरकी थे वो इस फरक के मैदान में काम कर रहे थे. तो अब जो नया दौर आया तो उसमें उन्होंने courses बनाने शुरू कर दिए. जैसे मैं साहब आजकल course होता है ना. जी. उस तरीके से course बनने लगा. इससे पहले क्या होता था कि जो आलीम होता था बस वही बोलता था और उसी को लोग बैठकर सुनते थे.</w:t>
      </w:r>
    </w:p>
    <w:p>
      <w:r>
        <w:rPr>
          <w:b/>
        </w:rPr>
        <w:t xml:space="preserve">[30:10] </w:t>
      </w:r>
      <w:r>
        <w:t>to lekin ab jo hai course banne laga us course ko padhaya jaane laga. to bohat bade bade centers ban gaye. sabse pehla center to madina tha. wo kufa, basra, baghdad, nishapur, qairwan. uske baad wo spain mein pahunch gaya ilm. ji. us zamane mein aathveen sadi isvi mein sirf delhi mein ek hazar madrasa the. ji. aur yeh madrasa bohat bade bade hote the bilkul jaise bade bade college hote hain.</w:t>
      </w:r>
    </w:p>
    <w:p>
      <w:pPr>
        <w:jc w:val="right"/>
      </w:pPr>
      <w:r>
        <w:t>तो लेकिन अब जो है course बनने लगा उस course को पढ़ाया जाने लगा. तो बहुत बड़े बड़े centers वन गए. सबसे पहला center तो मदीना था. वह कूफा, बसरा, बगदाद, निशापुर, केरवान. उसके बाद वह Spain में पहुंच गया इल्म. जी. उस ज़माने में आठवीं सदी ईसवीं में सिर्फ दिल्ली में एक हज़ार mothers थे. जी. और यह mothership बहुत बड़े बड़े होते थे बिल्कुल जैसे बड़े बड़े कालिश होते हैं.</w:t>
      </w:r>
    </w:p>
    <w:p>
      <w:r>
        <w:rPr>
          <w:b/>
        </w:rPr>
        <w:t xml:space="preserve">[30:39] </w:t>
      </w:r>
      <w:r>
        <w:t>to is tarike se yeh jo ilm ka jo darya tha, bohat tezi se ek silsila ban gaya. ji. achha papa aapne abhi zikr bhi kiya translations ka.</w:t>
      </w:r>
    </w:p>
    <w:p>
      <w:pPr>
        <w:jc w:val="right"/>
      </w:pPr>
      <w:r>
        <w:t>तो इस तरीके से यह जो इल्म का जो दरिया था, बहुत तेज़ी से एक सलाद वन गया. जी. अच्छा papa आपने अभी ज़िक्र भी किया translations का.</w:t>
      </w:r>
    </w:p>
    <w:p>
      <w:r>
        <w:rPr>
          <w:b/>
        </w:rPr>
        <w:t xml:space="preserve">[30:49] </w:t>
      </w:r>
      <w:r>
        <w:t>in fact phillip hitti ne apni kitab history of the arabs mein likha bhi hai ke baitul hikma ke establish hone ke baad bohat sari different languages mein jo kitabein hain, unko translate kiya gaya aur yeh translation ke sath plus jo original work kiya Arabs ne, usi se aage chalkar renaissance aaya Europe mein. to ab aapne abhi jaise translation ka bhi aap zikr kar rahi thi. to kuch aur bataiye yeh translations ke bare mein. Translation bureau bhi tha jaise aapne kaha.</w:t>
      </w:r>
    </w:p>
    <w:p>
      <w:pPr>
        <w:jc w:val="right"/>
      </w:pPr>
      <w:r>
        <w:t>In fact phillip hitti ने अपनी किताब history of the arabs में लिखा भी है कि बैतुल हिक्मा के establish होने के बाद बहुत सारी different languages में जो किताबें हैं, उनको translate किया गया और यह translation के साथ plus जो original work किया Arabs ने, उसी से आगे चलकर renaissance आया Europe में. तो अब आपने अभी जैसे translation का भी आप ज़िक्र कर रही थी. तो कुछ और बताइए यह translations के बारे में. Translation bureau भी था जैसे आपने कहा.</w:t>
      </w:r>
    </w:p>
    <w:p>
      <w:r>
        <w:rPr>
          <w:b/>
        </w:rPr>
        <w:t xml:space="preserve">[31:17] </w:t>
      </w:r>
      <w:r>
        <w:t>to ab abbasid period mein kis tarike se yeh translations ne help kiya ilm ko phailne mein? iski isko wazeh kar. nahi translation to pehla, pehli kadi thi. ji. to tamam dunya mein us waqt tak jitne, jitni tarakki ho chuki thi, to sabse pehle unhone wo dekha.</w:t>
      </w:r>
    </w:p>
    <w:p>
      <w:pPr>
        <w:jc w:val="right"/>
      </w:pPr>
      <w:r>
        <w:t>तो अब बासित period में किस तरीके से यह translations ने help किया इल्म को फैलने में? इसकी इसको वाज़े कर. नहीं translation तो पहला, पहली कड़ी थी. जी. तो तमाम दुनिया में उस वक्त तक जितने, जितनी तरक्की हो चुकी थी, तो सबसे पहले उन्होंने वह देखा.</w:t>
      </w:r>
    </w:p>
    <w:p>
      <w:r>
        <w:rPr>
          <w:b/>
        </w:rPr>
        <w:t xml:space="preserve">[31:39] </w:t>
      </w:r>
      <w:r>
        <w:t>uske baad unhone mazeed kaam ki usme aur jo khas baat thi ke islam mein har tarah ki fikri aazadi thi. pehle zamane mein aazadi nahi thi. to aazadi ki wajah se wo tehqeeq ka kaam bilkul freely kar sakte the. to unhone dekhi ke arbon mein aisa nahi hua ke hum falan kitab karenge falan nahi karenge.</w:t>
      </w:r>
    </w:p>
    <w:p>
      <w:pPr>
        <w:jc w:val="right"/>
      </w:pPr>
      <w:r>
        <w:t>उसके बाद उन्होंने मज़ीद काम की उसमें और जो खास बात थी कि इस्लाम में हर तरह की फ़िक्री आज़ादी थी. पहले ज़माने में आज़ादी नहीं थी. तो आज़ादी की वजह से वो तहकीत का काम बिल्कुल freely कर सकते थे. तो उन्होंने देखी कि अरबों में ऐसा नहीं हुआ कि हम फलां किताब करेंगे फलां नहीं करेंगे.</w:t>
      </w:r>
    </w:p>
    <w:p>
      <w:r>
        <w:rPr>
          <w:b/>
        </w:rPr>
        <w:t xml:space="preserve">[32:06] </w:t>
      </w:r>
      <w:r>
        <w:t>jo bhi kitabein available thi uska unhone tarjuma kiya. to iski wajah se achanak aisa hua ke har har subject par unke paas kitabein aa gayi. jab kitabein yahan tak yeh talme ki jo almajesh thi. ji. uska bhi unhone tarjuma kar dala. har cheez ka aur tarjuma karne wale bohat hi expert hote the. ji. jaise alkhwarizmi tha. to usne sanskrit se jo kitab thi usiro par, wo usne tarjuma ki thi.</w:t>
      </w:r>
    </w:p>
    <w:p>
      <w:pPr>
        <w:jc w:val="right"/>
      </w:pPr>
      <w:r>
        <w:t>जो भी किताबें available थी उसका उन्होंने तरजमा किया. तो इसकी वजह से अचानक ऐसा हुआ कि हर हर subject पर उनके पास किताबें आ गई. जब किताबें यहां तक यह तालमे की जो अलमाजेश थी. जी. उसका भी उन्होंने तर्जमा कर डाला. हर चीज़ का और तरजमा करने वाले बहुत ही expert होते थे. जी. जैसे अल्फारज़मी था. तो उसने संस्कृत से जो किताब थी उसीरों पर, वह उसने तरजमा की थी.</w:t>
      </w:r>
    </w:p>
    <w:p>
      <w:r>
        <w:rPr>
          <w:b/>
        </w:rPr>
        <w:t xml:space="preserve">[32:36] </w:t>
      </w:r>
      <w:r>
        <w:t>to in logon ko sari zabane bhi aati thi. to ek jab itna bada empire ho jata hai na to ek bohat zyada hausla ho jata hai. ji. ke hum kuch bhi kaam kar sakte hain. bhasha hamare sath hai. to tamam bade bade log unke sath the ek ilm ka ek bohat zyada hi josho kharosh tha logon ke andar. to is tarike se unhone sari kitabein jo hai tarjuma sabse pehle to yahi hua ke sari kitabein jo hai wo tarjuma kara liya unhone.</w:t>
      </w:r>
    </w:p>
    <w:p>
      <w:pPr>
        <w:jc w:val="right"/>
      </w:pPr>
      <w:r>
        <w:t>तो इन लोगों को सारी ज़बाने भी आती थी. तो एक जब इतना बड़ा empire हो जाता है ना तो एक बहुत ज़्यादा हौसला हो जाता है. जी. कि हम कुछ भी काम कर सकते हैं. भाषा हमारे साथ है. तो तमाम बड़े बड़े लोग उनके साथ थे एक इल्म का एक बहुत ज़्यादा ही जोशोखरोज़ था लोगों के अंदर. तो इस तरीके से उन्होंने सारी किताबें जो है तर्जुमा सबसे पहले तो यही हुआ कि सारी किताबें जो है वो तर्जुमा करा लिया उन्होंने.</w:t>
      </w:r>
    </w:p>
    <w:p>
      <w:r>
        <w:rPr>
          <w:b/>
        </w:rPr>
        <w:t xml:space="preserve">[33:06] </w:t>
      </w:r>
      <w:r>
        <w:t>phir uske baad jo jo kitabein hui, khas taur par jo logic par kitabein thi, jo philosophy par kitabein thi. wo itna zyada mamnoon to usme itna zyada garv tha ke wo khwab mein bhi usne dekha ke aristotle ko baatein kar raha hai. to usne jo hai baqayda discussions uske palace mein bade bade log aate the aur discussion karte the, debate karte the.</w:t>
      </w:r>
    </w:p>
    <w:p>
      <w:pPr>
        <w:jc w:val="right"/>
      </w:pPr>
      <w:r>
        <w:t>फिर उसके बाद जो जो किताबें हुई, खासतौर पर जो logic पर किताबें थी, जो philosophy पर किताबें थी. वो इतना ज़्यादा मामून तो उसमें इतना ज़्यादा गर्व था कि वह खाब में भी उसने देखा कि अरस्त उसे को बातें कर रहा है. तो उसने जो है बाकायदा discussions उसके palace में बड़े बड़े लोग आते थे और discussion करते थे, debate करते थे.</w:t>
      </w:r>
    </w:p>
    <w:p>
      <w:r>
        <w:rPr>
          <w:b/>
        </w:rPr>
        <w:t xml:space="preserve">[33:35] </w:t>
      </w:r>
      <w:r>
        <w:t>to is tarike se jis tarike se bilkul aaj debates aur discussions hote hain, dialogue hote hain, us tarike se wahan par hota tha. to wahan par bilkul hi bias nahi tha. bilkul hi koi discrimination nahi tha. har mazhab ke log aate the aur tamam log jo hai wahan par apna apna contribution karte the. to baghdad mein usne ek bohat badi observatory bhi banwa liya tha. ji.</w:t>
      </w:r>
    </w:p>
    <w:p>
      <w:pPr>
        <w:jc w:val="right"/>
      </w:pPr>
      <w:r>
        <w:t>तो इस तरीके से जिस तरीके से बिल्कुल आज debates और discussions होते हैं, dialogue होते हैं, उस तरीके से वहां पर होता था. तो वहां पर बिल्कुल ही bias नहीं था. बिल्कुल ही कोई discrimination नहीं था. हर मज़हब के लोग आते थे और तमाम लोग जो है वहां पर अपना अपना contribution करते थे. तो बगदार में उसने एक बहुत बड़ी observatory भी बनवा लिया था. जी.</w:t>
      </w:r>
    </w:p>
    <w:p>
      <w:r>
        <w:rPr>
          <w:b/>
        </w:rPr>
        <w:t xml:space="preserve">[34:05] </w:t>
      </w:r>
      <w:r>
        <w:t>to isme jo sabse bada jo translator tha wo hunain ibn ishaq. ab yeh usme yahudi, isai sab log shamil the. to is tarike se jo hai sari dunya ka jo cream hai wo wahan par shamil ho gayi thi. sare jo bade bade dimag bilkul aaj jaise bade bade dimag sab ameer ka pahunch jate hai na.</w:t>
      </w:r>
    </w:p>
    <w:p>
      <w:pPr>
        <w:jc w:val="right"/>
      </w:pPr>
      <w:r>
        <w:t>तो इसमें जो सबसे बड़ा जो translator था वह हुनैनिब्नेसाख. अब यह उसमें यहूदी, ईसाई सब लोग शामिल थे. तो इस तरीके से जो है सारी दुनिया का जो cream है वह वहां पर शामिल हो गई थी. सारे जो बड़े बड़े दिमाग बिल्कुल आज जैसे बड़े बड़े दिमाग सब अमीर का पहुंच जाते है ना.</w:t>
      </w:r>
    </w:p>
    <w:p>
      <w:r>
        <w:rPr>
          <w:b/>
        </w:rPr>
        <w:t xml:space="preserve">[34:29] </w:t>
      </w:r>
      <w:r>
        <w:t>to waise hi sare bade bade dimag baghdad pahunch gaye the kyunke wahan unko unko encourage kiya jata tha. wahan unko pura shila milta tha. unki pura appreciation hota tha. to bohat lekin jo hai political instability ki wajah se yeh jo hai kaam wahan baghdad mein pehli sadi mein ruk gaya kyunke jab mongolon ne jab hamla kiya to unhone pura shehar ka shehar tabah kar diya.</w:t>
      </w:r>
    </w:p>
    <w:p>
      <w:pPr>
        <w:jc w:val="right"/>
      </w:pPr>
      <w:r>
        <w:t>तो वैसे ही सारे बड़े बड़े दिमाग बगदाद पहुंच गए थे क्योंकि वहां उनको उनको encourage किया जाता था. वहां उनको पूरा शिला मिलता था. उनकी पूरा appreciation होता था. तो बहुत लेकिन जो है political instability की वजह से यह जो है काम वहां बगदाद में पेर में सदी में रुक गया क्योंकि जब मंगोलों ने जब हमला किया तो उन्होंने पूरा शहर का शहर तबाह कर दिया.</w:t>
      </w:r>
    </w:p>
    <w:p>
      <w:r>
        <w:rPr>
          <w:b/>
        </w:rPr>
        <w:t xml:space="preserve">[34:57] </w:t>
      </w:r>
      <w:r>
        <w:t>yahan tak ke baghdad mein kaha jata hai ke taqreeban lakh do lakh logon ko maar dala aur sare mazboot madrasa se sab gira diye. to yeh usi mein kehte hain ke baitul hikmat bhi khatam ho gaya. lekin yeh hai ke ab wo to ek sailaab tha. doosre logon ne un kitabon ko apne apne yahan nakal kiya.</w:t>
      </w:r>
    </w:p>
    <w:p>
      <w:pPr>
        <w:jc w:val="right"/>
      </w:pPr>
      <w:r>
        <w:t>यहां तक के बगदाद में कहा जाता है कि तकरीबन लाख दो लाख लोगों को मार डाला और सारे मज़बूत mother से सब गिरा दिए. तो यह उसी में कहते हैं कि बात उल्लित्मा भी खत्म हो गया. लेकिन यह है कि अब वह तो एक सैलाब था. दूसरे लोगों ने उन किताबों को अपने अपने यहां नकल किया.</w:t>
      </w:r>
    </w:p>
    <w:p>
      <w:r>
        <w:rPr>
          <w:b/>
        </w:rPr>
        <w:t xml:space="preserve">[35:21] </w:t>
      </w:r>
      <w:r>
        <w:t>apne apne usko raaij kiya aur ek aur darul hikma qayam ho gaya tha qahira mein. to darul hikma bhi usi tarike se bohat bada idara tha aur unhone zyada tar kitabon ko unhone apne aap mafuz kar liya tha. ji, aapka kuch comments padhna chahunga jo aaye hain agle sawal lene se pehle. bashir ahmed babu sahab ne jammu se likha hai.</w:t>
      </w:r>
    </w:p>
    <w:p>
      <w:pPr>
        <w:jc w:val="right"/>
      </w:pPr>
      <w:r>
        <w:t>अपने अपने उसको रायज किया और एक और दारुल हिकमा कायम हो गया था कायरा में. तो दारुल हिक्मा भी उसी तरीके से बहुत बड़ा इदारा था और उन्होंने ज़्यादातर किताबों को उन्होंने अपने आप माफूस कर लिया था. जी, आपका कुछ comments पढ़ना चाहूंगा जो आए हैं अगले सवाल लेने से पहले. बशीर अहमद बाबू साहब ने जम्मू से लिखा है.</w:t>
      </w:r>
    </w:p>
    <w:p>
      <w:r>
        <w:rPr>
          <w:b/>
        </w:rPr>
        <w:t xml:space="preserve">[35:47] </w:t>
      </w:r>
      <w:r>
        <w:t>nice information about islam and islamic humanity towards the world. salute to these activities that are you, that you are undertaking. syed haseeb shah naqvi sahab ne lahore se likha hai, excellent conversation. you are explaining the importance of education in historical terms.</w:t>
      </w:r>
    </w:p>
    <w:p>
      <w:pPr>
        <w:jc w:val="right"/>
      </w:pPr>
      <w:r>
        <w:t>Nice information about इस्लाम and इस्लामic humanity towards the world. Salute to these activities that are you, that you are undertaking. सय्यद हसीब शाह नक्वी साहब ने लाहौर से लिखा है, excellent conversation. You are explaining the importance of education in historical terms.</w:t>
      </w:r>
    </w:p>
    <w:p>
      <w:r>
        <w:rPr>
          <w:b/>
        </w:rPr>
        <w:t xml:space="preserve">[36:10] </w:t>
      </w:r>
      <w:r>
        <w:t>rohit kumar rizwan sahib ne likha hai, mulana ji se milna meri khwahish thi but ho nahi paya. mulana sahib ek bahut hi alag insaan the. doctor asam sahib ne bhi ek words ka reference dete hue kaha hai ki only education reveal these facts. quran likes best education of microscience. doctor farida khanam your subject is most important.</w:t>
      </w:r>
    </w:p>
    <w:p>
      <w:pPr>
        <w:jc w:val="right"/>
      </w:pPr>
      <w:r>
        <w:t>रोहित कुमार रिजवान साहब ने लिखा है, मुलाना जी से मिलना मेरी खाइश थी but हो नहीं पाया. मुलाना साहब एक बहुत ही अलग इंसान थे. Doctor असम साहब ने भी एक words का reference देते हुए कहा है कि only education reveal these facts. कुरान likes best education of microscience. Doctor फरीदा खानाम your subject is most important.</w:t>
      </w:r>
    </w:p>
    <w:p>
      <w:r>
        <w:rPr>
          <w:b/>
        </w:rPr>
        <w:t xml:space="preserve">[36:36] </w:t>
      </w:r>
      <w:r>
        <w:t>reshma parvez ne kochi se bahut appreciate kiya hai aapke talk ko. ab ab agla sawal lena chahunga. islamic history mein agar dekha jaye apa, to women ka bahut bada contribution raha hai education ki field mein. to main chahunga ki kuch aap woh bhi examples dein, kuch batayein ki kis tarah women ka contribution raha islam mein? is iske bare mein batayein.</w:t>
      </w:r>
    </w:p>
    <w:p>
      <w:pPr>
        <w:jc w:val="right"/>
      </w:pPr>
      <w:r>
        <w:t>रेशमा पर्वेज़ ने कोची से बहुत appreciate किया है आपके talk को. अब अब अगला सवाल लेना चाहूंगा. इस्लामic history में अगर देखा जाए आपा, तो women का बहुत बड़ा contribution रहा है education की field में. तो मैं चाहूंगा कि कुछ आप वह भी examples दें, कुछ बताएं कि किस तरह women का contribution रहा इस्लाम में? इस इसके बारे में बताएं.</w:t>
      </w:r>
    </w:p>
    <w:p>
      <w:r>
        <w:rPr>
          <w:b/>
        </w:rPr>
        <w:t xml:space="preserve">[37:03] </w:t>
      </w:r>
      <w:r>
        <w:t>women waise bhi arab mein women kafi azaad thin. ab bhajaad khadija ko dekhiye ki unhone khud marriage proposal bheja rasoolullah sarsalam ko. khud unhone baat ki aur khud business karti thi, aadat thi aur rasoolullah sarsalam ne kabhi un logo ko discourage nahi kiya. jo bhi kaam woh karna chahti thi, woh masjid mein aati thi. sherman sunti thi.</w:t>
      </w:r>
    </w:p>
    <w:p>
      <w:pPr>
        <w:jc w:val="right"/>
      </w:pPr>
      <w:r>
        <w:t>Women वैसे भी अरब में women काफी आज़ाद थीं. अब भाजाद खदीजा को देखिए कि उन्होंने खुद marriage proposal भेजा रसूल्लाह सरसलम को. खुद उन्होंने बात की और खुद business करती थी, आदात थी और रसूल्लाह सरसलम ने कभी उन लोगों को discourage नहीं किया. जो भी काम वो करना चाहती थी, वह मस्जिद में आती थी. शर्मन सुनती थी.</w:t>
      </w:r>
    </w:p>
    <w:p>
      <w:r>
        <w:rPr>
          <w:b/>
        </w:rPr>
        <w:t xml:space="preserve">[37:31] </w:t>
      </w:r>
      <w:r>
        <w:t>aur gharo mein baqayda bachcho ko padhati thi. to aapne kabhi bhi mana nahi kiya kisi kaam ke liye. to auraton ko bas yeh tha ki auraton ke liye bahar jaane ka kuch mahaul nahi tha. woh zamana aisa nahi tha ki auratein bahar jaakar kaam karein. to auraton ne gharo mein apna apna center bana liya tha. to gharo mein khas taur par primary education auratein deti thi bachcho ko.</w:t>
      </w:r>
    </w:p>
    <w:p>
      <w:pPr>
        <w:jc w:val="right"/>
      </w:pPr>
      <w:r>
        <w:t>और घरों में बाकायदा बच्चों को पढ़ाती थी. तो आपने कभी भी मना नहीं किया किसी काम के लिए. तो औरतों को बस यह था कि औरतों के लिए बाहर जाने का कुछ माहौल नहीं था. वह ज़माना ऐसा नहीं था कि औरतें बाहर जाकर काम करें. तो औरतों ने घरों में अपना अपना center बना लिया था. तो घरों में खासतौर पर primary education औरतें देती थी बच्चों को.</w:t>
      </w:r>
    </w:p>
    <w:p>
      <w:r>
        <w:rPr>
          <w:b/>
        </w:rPr>
        <w:t xml:space="preserve">[37:58] </w:t>
      </w:r>
      <w:r>
        <w:t>kyunki jo bade daare hote the woh har jagah hote nahi the. to bachche primary education gharo mein hasil karke usmein quran hota tha. usmein ab jaise jin logo ko arabi nahi aati thi to woh log arabi padhte the. yashmal quran se shuru karte hain log aur is tarike se jo elementary books hoti thi woh padhte the. to woh iftedai taliye woh hasil kar lete the.</w:t>
      </w:r>
    </w:p>
    <w:p>
      <w:pPr>
        <w:jc w:val="right"/>
      </w:pPr>
      <w:r>
        <w:t>क्योंकि जो बड़े दारे होते थे वो हर जगह होते नहीं थे. तो बच्चे primary education घरों में हासिल करके उसमें कुरान होता था. उसमें अब जैसे जिन लोगों को अरबी नहीं आती थी तो वह लोग अरबी पढ़ते थे. यशमल कुरान से शुरू करते हैं लोग और इस तरीके से जो elementary books होती थी वह पढ़ते थे. तो वो इफ्तेदाई तालिये वो हासिल कर लेते थे.</w:t>
      </w:r>
    </w:p>
    <w:p>
      <w:r>
        <w:rPr>
          <w:b/>
        </w:rPr>
        <w:t xml:space="preserve">[38:25] </w:t>
      </w:r>
      <w:r>
        <w:t>uske baad woh jaate the door padhne ke liye. kyunki woh zamane mein woh sari facilities to hoti nahi thi. to rasoolullah zaroom ne khas taur par hadrat ayesha ko iske liye train kiya tha. kyunki hadrat khaye, ayesha ki jo thi ek to bahut zyada intelligent thi aur unki memory bahut powerful memory thi. unki bahut hi akhaaz unka zehan tha. to woh sari cheezo ko samajhti thi gehrai se.</w:t>
      </w:r>
    </w:p>
    <w:p>
      <w:pPr>
        <w:jc w:val="right"/>
      </w:pPr>
      <w:r>
        <w:t>उसके बाद वो जाते थे दूर पढ़ने के लिए. क्योंकि वो ज़माने में वो सारी facilities तो होती नहीं थी. तो रसूल्लाह ज़रूम ने खास तौर पर हदरत आयशाह को इसके लिए train किया था. क्योंकि हजरत खाए, आयशा की जो थी एक तो बहुत ज़्यादा intelligent थी और उनकी memory बहुत powerful memory थी. उनकी बहुत ही अखाज़ उनका ज़हन था. तो वो सारी चीज़ों को समझती थी गहराई से.</w:t>
      </w:r>
    </w:p>
    <w:p>
      <w:r>
        <w:rPr>
          <w:b/>
        </w:rPr>
        <w:t xml:space="preserve">[38:53] </w:t>
      </w:r>
      <w:r>
        <w:t>kitni cheezein aisi hain jo unhone spirit ko lekar ke samjha. yeh nahi ki sirf hadeeth yaad kar li. balki uski spirit bhi samajhti thi. ab misaal ke taur par log samajhte the ki musalman jo hai woh sirf jumme ke din nahate hain. to ab wahan par arab mein itna pani nahi hota tha. log door door se namaz padhne ke liye aate the maseed nabbe mein.</w:t>
      </w:r>
    </w:p>
    <w:p>
      <w:pPr>
        <w:jc w:val="right"/>
      </w:pPr>
      <w:r>
        <w:t>कितनी चीज़ें ऐसी हैं जो उन्होंने spirit को लेकर के समझा. यह नहीं कि सिर्फ हदी से याद कर ली. बल्कि उसकी spirit भी समझती थी. अब मिसाल के तौर पर लोग समझते थे कि मुसलमान जो है वो सिर्फ जुम्मे के दिन नहाते हैं. तो अब वहां पर अरब में इतना पानी नहीं होता था. लोग दूर दूर से नमाज़ पढ़ने के लिए आते थे मसीदे नब्बे में.</w:t>
      </w:r>
    </w:p>
    <w:p>
      <w:r>
        <w:rPr>
          <w:b/>
        </w:rPr>
        <w:t xml:space="preserve">[39:17] </w:t>
      </w:r>
      <w:r>
        <w:t>to rasoolullah sarsalam ne khas taur par taakidan kaha ki jab tum log aao door door se aate the. paseene mein sharab hor. to jab tum log aao to naha liya karo.</w:t>
      </w:r>
    </w:p>
    <w:p>
      <w:pPr>
        <w:jc w:val="right"/>
      </w:pPr>
      <w:r>
        <w:t>तो रसूल्लाह सरसलम ने खास तौर पर ताकीदन कहा कि जब तुम लोग आओ दूर दूर से आते थे. पसीने में शराब होर. तो जब तुम लोग आओ तो नहा लिया करो.</w:t>
      </w:r>
    </w:p>
    <w:p>
      <w:r>
        <w:rPr>
          <w:b/>
        </w:rPr>
        <w:t xml:space="preserve">[39:27] </w:t>
      </w:r>
      <w:r>
        <w:t>yeh matlab nahi tha ke roz aana nahi nahana hai balki to phir hadart Aisha ki wajah se tamam</w:t>
      </w:r>
    </w:p>
    <w:p>
      <w:pPr>
        <w:jc w:val="right"/>
      </w:pPr>
      <w:r>
        <w:t>यह मतलब नहीं था कि रोज़ आना नहीं नहाना है बल्कि तो फिर हदरताइशा की वजह से तमाम</w:t>
      </w:r>
    </w:p>
    <w:p>
      <w:r>
        <w:rPr>
          <w:b/>
        </w:rPr>
        <w:t xml:space="preserve">[39:38] </w:t>
      </w:r>
      <w:r>
        <w:t>auraton ko faida hua balki jo mard log bhi kitne aate the bahut sari unko jo baaten clear</w:t>
      </w:r>
    </w:p>
    <w:p>
      <w:pPr>
        <w:jc w:val="right"/>
      </w:pPr>
      <w:r>
        <w:t>औरतों को फ़ायदा हुआ बल्कि जो मर्द लोग भी कितने आते थे बहुत सारी उनको जो बातें clear</w:t>
      </w:r>
    </w:p>
    <w:p>
      <w:r>
        <w:rPr>
          <w:b/>
        </w:rPr>
        <w:t xml:space="preserve">[39:50] </w:t>
      </w:r>
      <w:r>
        <w:t>nahi hoti thi to woh aap ke paas aate woh kehte hain ke aap ke paas unko ill milta tha.</w:t>
      </w:r>
    </w:p>
    <w:p>
      <w:pPr>
        <w:jc w:val="right"/>
      </w:pPr>
      <w:r>
        <w:t>नहीं होती थी तो वह आपके पास आते वह कहते हैं कि आपके पास उनको ill मिलता था.</w:t>
      </w:r>
    </w:p>
    <w:p>
      <w:r>
        <w:rPr>
          <w:b/>
        </w:rPr>
        <w:t xml:space="preserve">[40:02] </w:t>
      </w:r>
      <w:r>
        <w:t>to is tarike se ghar ghar mein auratein taalim deti thi bachcho ko. yahan tak ke abhi aaj tak chhoti jagahon par aaj bhi auratein gharo mein taalim de rahi hai. balki humne bhi ghar mein quran padha hai. ji. kyunki yeh hota hi tha. to ab jaake itne zyada mother se aur school ho gaye hain. pehle gharo mein hi taalim hua karti thi. to auraton ne aur bhi bade bade kaam kiye hain.</w:t>
      </w:r>
    </w:p>
    <w:p>
      <w:pPr>
        <w:jc w:val="right"/>
      </w:pPr>
      <w:r>
        <w:t>तो इस तरीके से घर घर में औरतें तालीम देती थी बच्चों को. यहां तक के अभी आज तक छोटी जगहों पर आज भी औरतें घरों में तालीम दे रही है. बल्कि हमने भी घर में कुरान पढ़ा है. जी. क्योंकि यह होता ही था. तो अब जाके इतने ज़्यादा mother से और school हो गए हैं. पहले घरों में ही तालीम हुआ करती थी. तो औरतों ने और भी बड़े बड़े काम किए हैं.</w:t>
      </w:r>
    </w:p>
    <w:p>
      <w:r>
        <w:rPr>
          <w:b/>
        </w:rPr>
        <w:t xml:space="preserve">[40:31] </w:t>
      </w:r>
      <w:r>
        <w:t>abhi jamia se ek nazmood shahar hai. unhone tafsir par PhD kiya hai. to unhone auraton ke contribution par hi poori PhD kiya hai. to woh bahut sare kaam auraton ne kiye hain. us par research karne ki zaroorat hai. to main sirf ek naam lungi ki morocco mein ek bahut mashhoor scholar the al fahri. to unki do behne thi fatma aur mariyam.</w:t>
      </w:r>
    </w:p>
    <w:p>
      <w:pPr>
        <w:jc w:val="right"/>
      </w:pPr>
      <w:r>
        <w:t>अभी जामिया से एक नज़मूद शहर है. उन्होंने तफ्शीर पर PhD किया है. तो उन्होंने औरतों के contribution पर ही पूरी PhD किया है. तो वह बहुत सारे काम औरतों ने किए हैं. उस पर research करने की ज़रूरत है. तो मैं सिर्फ एक नाम लूंगी कि मुराको में एक बहुत मशहूर scholar थे अल फहरी. तो उनकी दो बहनें थी फात्मा और मारियम.</w:t>
      </w:r>
    </w:p>
    <w:p>
      <w:r>
        <w:rPr>
          <w:b/>
        </w:rPr>
        <w:t xml:space="preserve">[40:57] </w:t>
      </w:r>
      <w:r>
        <w:t>to in dono behno ne jo wahan ki university hai andalus university aur kairwan university shahar fas mein hai. to yeh in do behno ne yeh universityan banayi thi. woh founder hai us university ki. yeh do sau paitalis age mein to isse aap samajh sakte hain ki auraton ko kitna zyada auratein padhi likhi thi. ji.</w:t>
      </w:r>
    </w:p>
    <w:p>
      <w:pPr>
        <w:jc w:val="right"/>
      </w:pPr>
      <w:r>
        <w:t>तो इन दोनों बहनों ने जो वहां की university है अंदलुस university और केरवान university शहर फास में है. तो यह इन दो बहनों ने यह universityयां बनाई थी. वह founder है उस university की. यह दो सौ पैंतालीस age में तो इससे आप समझ सकते हैं कि औरतों को कितना ज़्यादा औरतें पढ़ी लिखी थी. जी.</w:t>
      </w:r>
    </w:p>
    <w:p>
      <w:r>
        <w:rPr>
          <w:b/>
        </w:rPr>
        <w:t xml:space="preserve">[41:21] </w:t>
      </w:r>
      <w:r>
        <w:t>aur khaas baat ek yaad karaungi aap ko ke jab mangolon ne jab hamla kiya to tamam mardon ko</w:t>
      </w:r>
    </w:p>
    <w:p>
      <w:pPr>
        <w:jc w:val="right"/>
      </w:pPr>
      <w:r>
        <w:t>और खास बात एक याद कराऊंगी आपको कि जब मंगोलों ने जब हमला किया तो तमाम मर्दों को</w:t>
      </w:r>
    </w:p>
    <w:p>
      <w:r>
        <w:rPr>
          <w:b/>
        </w:rPr>
        <w:t xml:space="preserve">[41:31] </w:t>
      </w:r>
      <w:r>
        <w:t>unhon ne maar dala.</w:t>
      </w:r>
    </w:p>
    <w:p>
      <w:pPr>
        <w:jc w:val="right"/>
      </w:pPr>
      <w:r>
        <w:t>उन्होंने मार डाला.</w:t>
      </w:r>
    </w:p>
    <w:p>
      <w:r>
        <w:rPr>
          <w:b/>
        </w:rPr>
        <w:t xml:space="preserve">[41:41] </w:t>
      </w:r>
      <w:r>
        <w:t>kyunki mardon ko woh khatra samajhte the aur auraton ko unhon ne chhod diya.</w:t>
      </w:r>
    </w:p>
    <w:p>
      <w:pPr>
        <w:jc w:val="right"/>
      </w:pPr>
      <w:r>
        <w:t>क्योंकि मर्दों को वह खतरा समझते थे और औरतों को उन्होंने छोड़ दिया.</w:t>
      </w:r>
    </w:p>
    <w:p>
      <w:r>
        <w:rPr>
          <w:b/>
        </w:rPr>
        <w:t xml:space="preserve">[41:52] </w:t>
      </w:r>
      <w:r>
        <w:t>sab apne gharo mein utha le gaye. kuch ko mistress bana liya, kuch ko slave bana liya, kuch se shadi kar li. to is tarike se auraton ko woh le gaye apne gharo mein. ab yeh chunki auratein padhi likhi thi to yeh gharo mein bachcho ko bahut hi silently aur bahut hi indirectly woh taalim bachcho ko deti rehti thi. to dheere dheere dheere dheere bachcho ko itna zyada samajh mein aaya islam ke woh khulkar to kuch kar nahi sakti thi.</w:t>
      </w:r>
    </w:p>
    <w:p>
      <w:pPr>
        <w:jc w:val="right"/>
      </w:pPr>
      <w:r>
        <w:t>सब अपने घरों में उठा ले गए. कुछ को mistress बना लिया, कुछ को slave बना लिया, कुछ से शादी कर ली. तो इस तरीके से औरतों को वो ले गए अपने घरों में. अब यह चूंकि औरतें पढ़ी लिखी थी तो यह घरों में बच्चों को बहुत ही silently और बहुत ही indirectly वह तालीम बच्चों को देती रहती थी. तो धीरे धीरे धीरे धीरे बच्चों को इतना ज़्यादा समझ में आया इस्लाम के वह खुलकर तो कुछ कर नहीं सकती थी.</w:t>
      </w:r>
    </w:p>
    <w:p>
      <w:r>
        <w:rPr>
          <w:b/>
        </w:rPr>
        <w:t xml:space="preserve">[42:20] </w:t>
      </w:r>
      <w:r>
        <w:t>lekin baad mein ek bahut lamba qissa hai main usko maine ek baar bataya bhi hai. to baad mein ek aisa mauka aaya ke khud badshah convert ho gaya. to uske baad tamam log ek hi din mein kehte hain bees hazar log islam le aaye aur yeh sirf inhi auraton ki wajah se hua tha. kyunki auraton ne gharo mein bachcho ko is tarike se tarbiyat di thi. to yeh auratein tamam bhi tamam padhi likhi auratein thi.</w:t>
      </w:r>
    </w:p>
    <w:p>
      <w:pPr>
        <w:jc w:val="right"/>
      </w:pPr>
      <w:r>
        <w:t>लेकिन बाद में एक बहुत लंबा किस्सा है मैं उसको मैंने एक बार बताया भी है. तो बाद में एक ऐसा मौका आया के खुद बादशाह convert हो गया. तो उसके बाद तमाम लोग एक ही दिन में कहते हैं बीस हज़ार लोग इस्लाम ले आए और यह सिर्फ इन्हीं औरतों की वजह से हुआ था. क्योंकि औरतों ने घरों में बच्चों को इस तरीके से तरबीयत दी थी. तो यह औरतें तमाम भी तमाम पढ़ी लिखी औरतें थी.</w:t>
      </w:r>
    </w:p>
    <w:p>
      <w:r>
        <w:rPr>
          <w:b/>
        </w:rPr>
        <w:t xml:space="preserve">[42:48] </w:t>
      </w:r>
      <w:r>
        <w:t>yeh jo jab angrezo ka zamana aaya na to log jo hain unko apna dushman samajhne lage aur unse jang mein hissa lene lage, jihad karne lage. to unke adaro mein jaana jo hai usko samajhte the ki inse cooperation karna hai. to is tarike se beach mein yeh cutoff ho gaya warna auratein bhi usi tarike se padhti likhti thi jaise mard padhte likhte the.</w:t>
      </w:r>
    </w:p>
    <w:p>
      <w:pPr>
        <w:jc w:val="right"/>
      </w:pPr>
      <w:r>
        <w:t>यह जो जब अंग्रेज़ों का ज़माना आया ना तो लोग जो हैं उनको अपना दुश्मन समझने लगे और उनसे जंग में हिस्सा लेने लगे, जिहाद करने लगे. तो उनके अदारों में जाना जो है उसको समझते थे कि इनसे cooperation करना है. तो इस तरीके से beach में यह cutoff हो गया वरना औरतें भी उसी तरीके से पढ़ती लिखती थी जैसे मर्द पढ़ते लिखते थे.</w:t>
      </w:r>
    </w:p>
    <w:p>
      <w:r>
        <w:rPr>
          <w:b/>
        </w:rPr>
        <w:t xml:space="preserve">[43:13] </w:t>
      </w:r>
      <w:r>
        <w:t>to rasoolas islm ne uski woh buniyad tayyar kar di thi aur wahi aage badhkar ji. usmein tarakki hoti rahi. ji ji ji. achha aap yeh phir basit period bhi jo hai agar hum spain ka period bhi include karein to fourteen ninety two AD tak chala. aur burton russell ne in fact likha hai ki the practical use of science first came through magic and superstition.</w:t>
      </w:r>
    </w:p>
    <w:p>
      <w:pPr>
        <w:jc w:val="right"/>
      </w:pPr>
      <w:r>
        <w:t>तो रसूलास इस्लम ने उसकी वह बुनियाद तैयार कर दी थी और वही आगे बढ़कर जी. उसमें तरक्की होती रही. जी जी जी. अच्छा आप यह फिर बासित period भी जो है अगर हम Spain का period भी include करें तो fourteen ninety two AD तक चला. और Burton Russell ने in fact लिखा है कि the practical use of science first came through magic and superstition.</w:t>
      </w:r>
    </w:p>
    <w:p>
      <w:r>
        <w:rPr>
          <w:b/>
        </w:rPr>
        <w:t xml:space="preserve">[43:40] </w:t>
      </w:r>
      <w:r>
        <w:t>but it was only after, you know, the advent of islam and the arab period that science actually had two functions. first being enable us to to know more, to know about things and secondly being to do things. to yeh jo period tha appar jismein science, maths yeh develop hua. main chahunga ki iske bare mein bhi aap hum sabko batayein ki kis tarah yeh development hua?</w:t>
      </w:r>
    </w:p>
    <w:p>
      <w:pPr>
        <w:jc w:val="right"/>
      </w:pPr>
      <w:r>
        <w:t>But it was only after, you know, the advent of Islam and the Arab period that science actually had two functions. First being enable us to to know more, to know about things and secondly being to do things. तो यह जो period था अपार जिसमें science, maths यह develop हुआ. मैं चाहूंगा कि इसके बारे में भी आप हम सबको बताएं कि किस तरह यह development हुआ?</w:t>
      </w:r>
    </w:p>
    <w:p>
      <w:r>
        <w:rPr>
          <w:b/>
        </w:rPr>
        <w:t xml:space="preserve">[44:06] </w:t>
      </w:r>
      <w:r>
        <w:t>asal mein pehle zamane mein na experimental knowledge nahi hoti thi, theory theory hoti thi. ji. uski ek misaal burton russell ne diya hai ki aristotle ne likha hai ki auraton ke munh mein daant kam hote hain. is wajah se unke akhal kam hoti hai. ji. to burton russell ne mazak kiya hai. mazak bana udaya ka mazak mein yeh baat kahi hai ki uske do do biwiyan thi to apni biwiyon ko daant gin nahi sakta tha woh.</w:t>
      </w:r>
    </w:p>
    <w:p>
      <w:pPr>
        <w:jc w:val="right"/>
      </w:pPr>
      <w:r>
        <w:t>असल में पहले ज़माने में ना experimental knowledge नहीं होती थी, theory theory होती थी. जी. उसकी एक मिसाल burton russell ने दिया है कि aristotle ने लिखा है कि औरतों के मुंह में दांत कम होते हैं. इस वजह से उनके अखल कम होती है. जी. तो Burton russell ने मज़ाक किया है. मज़ाक बना उड़ाया का मज़ाक में यह बात कही है कि उसके दो दो बीवियां थी तो अपनी बीवियों को दांत गिन नहीं सकता था वह.</w:t>
      </w:r>
    </w:p>
    <w:p>
      <w:r>
        <w:rPr>
          <w:b/>
        </w:rPr>
        <w:t xml:space="preserve">[44:34] </w:t>
      </w:r>
      <w:r>
        <w:t>to yeh ek misaal hai ki us zamane mein experimental knowledge nahi thi. kuch experiment nahi karte the bas theeri theeri hota tha. misaal ke taur par kehte the zameen gol hai. to zameen gol hai. ab usko koi experiment nahi karte the. to isi tarike se har cheez ke bare mein woh kuch assume kar lete the aur uske bare mein kuch mazeed investigation nahi karte the.</w:t>
      </w:r>
    </w:p>
    <w:p>
      <w:pPr>
        <w:jc w:val="right"/>
      </w:pPr>
      <w:r>
        <w:t>तो यह एक मिसाल है कि उस ज़माने में experimental knowledge नहीं थी. कुछ experiment नहीं करते थे बस थेरी थेरी होता था. मिसाल के तौर पर कहते थे ज़मीन गोल है. तो ज़मीन गोल है. अब उसको कोई experiment नहीं करते थे. तो इसी तरीके से हर चीज़ के बारे में वह कुछ assume कर लेते थे और उसके बारे में कुछ मज़ीद investigation नहीं करते थे.</w:t>
      </w:r>
    </w:p>
    <w:p>
      <w:r>
        <w:rPr>
          <w:b/>
        </w:rPr>
        <w:t xml:space="preserve">[44:59] </w:t>
      </w:r>
      <w:r>
        <w:t>asal mein us zamane mein kya tha ki itna zyada superstition tha ki woh samajhte the ki bas as it is jo cheezein hain unko as it is accept kar liya, kar lena chahiye. to ek doosri misaal hai zero ki. ji.</w:t>
      </w:r>
    </w:p>
    <w:p>
      <w:pPr>
        <w:jc w:val="right"/>
      </w:pPr>
      <w:r>
        <w:t>असल में उस ज़माने में क्या था कि इतना ज़्यादा superstition था कि वह समझते थे कि बस as it is जो चीज़ें हैं उनको as it is accept कर लिया, कर लेना चाहिए. तो एक दूसरी मिसाल है zero की. जी.</w:t>
      </w:r>
    </w:p>
    <w:p>
      <w:r>
        <w:rPr>
          <w:b/>
        </w:rPr>
        <w:t xml:space="preserve">[45:15] </w:t>
      </w:r>
      <w:r>
        <w:t>dekhiye zero itna zyada keemti digit hai aur woh india mein burma, gupta aur bhaskar dono ne milkar kaam kiya aur bhaskar ke zamane mein us par zyada kaam hua to usko bahut simplify kar liya gaya. lekin yeh hua tha saatvi sadi mein aur barahvi sadi mein lekin india mein iska koi rawaj nahi hua. india mein woh accept nahi hua.</w:t>
      </w:r>
    </w:p>
    <w:p>
      <w:pPr>
        <w:jc w:val="right"/>
      </w:pPr>
      <w:r>
        <w:t>देखिए zero इतना ज़्यादा कीमती digit है और वह India में बरम्मा, गुप्ता और भास्कर दोनों ने मिलकर काम किया और भास्कर के जमाने में उस पर ज़्यादा काम हुआ तो उसको बहुत simplify कर लिया गया. लेकिन यह हुआ था सातवीं सदी में और बारहवीं सदी में लेकिन India में इसका कोई रवाज नहीं हुआ. India में वह accept नहीं हुआ.</w:t>
      </w:r>
    </w:p>
    <w:p>
      <w:r>
        <w:rPr>
          <w:b/>
        </w:rPr>
        <w:t xml:space="preserve">[45:41] </w:t>
      </w:r>
      <w:r>
        <w:t>woh sirf isliye ki har cheez ko jab superstitions hote hain na to har cheez ko samajhte hain ki koi nayi cheez accept kar lenge to koi koi bahut badi musibat aa jayegi. to jo pehle jo chal raha tha woh sahasra aur ayota aur lakshya aur koti sau aur hazar aur lakh aur das lakh ke liye aisi aap roman numeral dekh lijiye. ji.</w:t>
      </w:r>
    </w:p>
    <w:p>
      <w:pPr>
        <w:jc w:val="right"/>
      </w:pPr>
      <w:r>
        <w:t>वह सिर्फ इसलिए कि हर चीज़ को जब superstitions होते हैं ना तो हर चीज़ को समझते हैं कि कोई नई चीज़ accept कर लेंगे तो कोई कोई बहुत बड़ी मुसीबत आ जाएगी. तो जो पहले जो चल रहा था वो सहासरा और आयोटा और लक्ष्य और कोटी सौ और हज़ार और लाख और दस लाख के लिए ऐसी आप roman numeral देख लीजिए. जी.</w:t>
      </w:r>
    </w:p>
    <w:p>
      <w:r>
        <w:rPr>
          <w:b/>
        </w:rPr>
        <w:t xml:space="preserve">[46:07] </w:t>
      </w:r>
      <w:r>
        <w:t>ab chayan ko kahenge das aur do bar chayan ko 20. ab in sab cheezo mein maths nahi ho sakta na. to isiliye maths ho hi nahi pata tha kyunki yeh sari cheezein chal rahi thi aur zero jo hai eejad hone ke bawajood logo ne accept usko nahi kiya tha. kyunki jo ek mental block tha superstition wala to koi bhi nayi cheez ko accept nahi hone deta tha woh.</w:t>
      </w:r>
    </w:p>
    <w:p>
      <w:pPr>
        <w:jc w:val="right"/>
      </w:pPr>
      <w:r>
        <w:t>अब चयन को कहेंगे दस और दो बार चयन को 20. अब इन सब चीज़ों में maths नहीं हो सकता ना. तो इसीलिए maths हो ही नहीं पाता था क्योंकि यह सारी चीज़ें चल रही थी और zero जो है ईज़ाद होने के बावजूद लोगों ने accept उसको नहीं किया था. क्योंकि जो एक mental block था superstition वाला तो कोई भी नई चीज़ को accept नहीं होने देता था वह.</w:t>
      </w:r>
    </w:p>
    <w:p>
      <w:r>
        <w:rPr>
          <w:b/>
        </w:rPr>
        <w:t xml:space="preserve">[46:35] </w:t>
      </w:r>
      <w:r>
        <w:t>to jab yeh in logo ne suna ki wahan mansoor ne aur woh baitul hikmat wagera qayam hui hai. to in logo ne suna to yeh log apni kitab layalawati lekar ke wahan gaye mansoor ke paas aur wahan par is kitab ka tarjama hua. to tarjama alfarizmi ne tarjama kiya.</w:t>
      </w:r>
    </w:p>
    <w:p>
      <w:pPr>
        <w:jc w:val="right"/>
      </w:pPr>
      <w:r>
        <w:t>तो जब यह इन लोगों ने सुना कि वहां मंसूर ने और वह बैतुल हिकमत वगैरह कायम हुई है. तो इन लोगों ने सुना तो यह लोग अपनी किताब लयालावती लेकर के वहां गए मंसूर के पास और वहां पर इस किताब का तरजमा हुआ. तो तरजमा अल्फारिज्मी ने तरजमा किया.</w:t>
      </w:r>
    </w:p>
    <w:p>
      <w:r>
        <w:rPr>
          <w:b/>
        </w:rPr>
        <w:t xml:space="preserve">[46:56] </w:t>
      </w:r>
      <w:r>
        <w:t>to alkhwarizmi ko ek poora essay likhna pada zero ki vakalat karne ke liye ki bahut hi important ek digit hai isko istemal karke hum bahut bade bade kaam kar sakte hain. phir zero jo hai wah ubhul hua. logon ne usko accept kiya. isi liye arab to usko hindi numeral kehte hain aur chunke europe mein arbon ke zariye se gaya tha to wo arabic numerals usko kehte hain.</w:t>
      </w:r>
    </w:p>
    <w:p>
      <w:pPr>
        <w:jc w:val="right"/>
      </w:pPr>
      <w:r>
        <w:t>तो अल्खारिज्मी को एक पूरा essay लिखना पड़ा zero की वकालत करने के लिए कि बहुत ही important एक digit है इसको इस्तेमाल करके हम बहुत बड़े बड़े काम कर सकते हैं. फिर zero जो है वह उभूल हुआ. लोगों ने उसको accept किया. इसीलिए अरब तो उसको हिंदी numeral कहते हैं और चूंकि europe में अरबों के जरिए से गया था तो वो arabic numerals उसको कहते हैं.</w:t>
      </w:r>
    </w:p>
    <w:p>
      <w:r>
        <w:rPr>
          <w:b/>
        </w:rPr>
        <w:t xml:space="preserve">[47:26] </w:t>
      </w:r>
      <w:r>
        <w:t>zero wale jo figures hain usko. to isi tarike se tazraba na hone ki wajah se kya hai? dekhiye chechak har jagah ismal paksh ko samajhte the to yeh jo hai iska ilaaj nahi hai. yeh to kuch gods hain wah gussa ho jate hain. gods aur goddesses to unki wajah se yeh bimari hoti hai. iska ilaaj nahi hota. to iska ilaaj jo hai wah arraazi. arraazi bahut bada physician tha.</w:t>
      </w:r>
    </w:p>
    <w:p>
      <w:pPr>
        <w:jc w:val="right"/>
      </w:pPr>
      <w:r>
        <w:t>Zero वाले जो figures हैं उसको. तो इसी तरीके से तज़रबा ना होने की वजह से क्या है? देखिए चेचक हर जगह इस्माल पक्ष को समझते थे तो यह जो है इसका इलाज नहीं है. यह तो कुछ gods हैं वह गुस्सा हो जाते हैं. Gods और goddesses तो उनकी वजह से यह बीमारी होती है. इसका इलाज नहीं होता. तो इसका इलाज जो है वह अर्राज़ी. अर्राज़ी बहुत बड़ा physician था.</w:t>
      </w:r>
    </w:p>
    <w:p>
      <w:r>
        <w:rPr>
          <w:b/>
        </w:rPr>
        <w:t xml:space="preserve">[47:54] </w:t>
      </w:r>
      <w:r>
        <w:t>to usne socha ki isko is par taghraba kiya jaye. kyunke pehle taghraba hote hi nahi tha. ji. to taghraba kiya to unko laga ki yeh to koi infection hai. to usne phir ek apni kitab likhi al judri wal hasba. to usmein usne sab bataya aur poora poori tafseel batayi uski. to woh kitab jab baad mein yeh sari kitabein jo tarjama ho rahi thi.</w:t>
      </w:r>
    </w:p>
    <w:p>
      <w:pPr>
        <w:jc w:val="right"/>
      </w:pPr>
      <w:r>
        <w:t>तो उसने सोचा कि इसको इस पर तग़र्बा किया जाए. क्योंकि पहले तग़र्बा होते ही नहीं था. जी. तो तग़र्बा किया तो उनको लगा कि यह तो कोई infection है. तो उसने फिर एक अपनी किताब लिखी अल जुदरी वल हस्बा. तो उसमें उसने सब बताया और पूरा पूरी तफशील बताई उसकी. तो वह किताब जब बाद में यह सारी किताबें जो तर्जमा हो रही थी.</w:t>
      </w:r>
    </w:p>
    <w:p>
      <w:r>
        <w:rPr>
          <w:b/>
        </w:rPr>
        <w:t xml:space="preserve">[48:22] </w:t>
      </w:r>
      <w:r>
        <w:t>yeh sari kitabein latin mein usko latin mein tarzama kiya ja raha tha. ji. kyunke spain mein sab europe wale spain aate the. wahan ke adaron mein wah padhte the aur wahan ki kitabein le jate the. usmein khaas naam gerard katha. jo sari kitabon ka tarzama karta tha. to in logon ne uske tarzama kiye. tab unko yeh pata chala. phir usmein ek Edward Jenner tha.</w:t>
      </w:r>
    </w:p>
    <w:p>
      <w:pPr>
        <w:jc w:val="right"/>
      </w:pPr>
      <w:r>
        <w:t>यह सारी किताबें latin में उसको latin में तर्ज़मा किया जा रहा था. जी. क्योंकि spain में सब europe वाले spain आते थे. वहां के अदारों में वह पढ़ते थे और वहां की किताबें ले जाते थे. उसमें खास नाम gerard कथा. जो सारी किताबों का तर्जमा करता था. तो इन लोगों ने उसके तर्जमा किए. तब उनको यह पता चला. फिर उसमें एक Edward Jenner था.</w:t>
      </w:r>
    </w:p>
    <w:p>
      <w:r>
        <w:rPr>
          <w:b/>
        </w:rPr>
        <w:t xml:space="preserve">[48:49] </w:t>
      </w:r>
      <w:r>
        <w:t>jisne uska smallpox ka teeka ezaad kiya. to yeh ilm jo hai dekhiye ek din mein nahi ho jata. ilm ki tarakke ke liye wah nasal dar nasal kaam karna padta hai. to chunke nasal dar nasal ho nahi pata tha fikri aazadi nahi thi. log accept nahi karte the. kitne individuals log kaam karte the. Greece mein bhi individuals ne bade bade kaam kiye.</w:t>
      </w:r>
    </w:p>
    <w:p>
      <w:pPr>
        <w:jc w:val="right"/>
      </w:pPr>
      <w:r>
        <w:t>जिसने उसका small pox का टीका ईज़ाद किया. तो यह इल्म जो है देखिए एक दिन में नहीं हो जाता. इल्म की तरक्के के लिए वह नस्ल दर नस्ल काम करना पड़ता है. तो चूके नस्ल दर नस्ल हो नहीं पाता था फ़िक्री आज़ादी नहीं थी. लोग accept नहीं करते थे. कितने individuals लोग काम करते थे. Greece में भी individuals ने बड़े बड़े काम किए.</w:t>
      </w:r>
    </w:p>
    <w:p>
      <w:r>
        <w:rPr>
          <w:b/>
        </w:rPr>
        <w:t xml:space="preserve">[49:18] </w:t>
      </w:r>
      <w:r>
        <w:t>lekin bahar ka jo mahaul tha wah bahar ka mahaul jo hai na wah favorable nahi tha. ji. to is wajah se kaam aage nahi badh pata tha. to ab Islam ne jo ek fikri aazadi di to uski wajah se kaam jo hai bahut tezi se aage badha. unko ek maufiq faiza mili kaam karne ki. ji. aapka kuch comments padhna chahunga.</w:t>
      </w:r>
    </w:p>
    <w:p>
      <w:pPr>
        <w:jc w:val="right"/>
      </w:pPr>
      <w:r>
        <w:t>लेकिन बाहर का जो माहौल था वह बाहर का माहौल जो है ना वह favorable नहीं था. जी. तो इस वजह से काम आगे नहीं बढ़ पाता था. तो अब इस्लाम ने जो एक फ़िक्री आज़ादी दी तो उसकी वजह से काम जो है बहुत तेजी से आगे बढ़ा. उनको एक मौफिक फैज़ा मिली काम करने की. जी. आपका कुछ comments पढ़ना चाहूंगा.</w:t>
      </w:r>
    </w:p>
    <w:p>
      <w:r>
        <w:rPr>
          <w:b/>
        </w:rPr>
        <w:t xml:space="preserve">[49:45] </w:t>
      </w:r>
      <w:r>
        <w:t>yeh Shahid Mahmood sahib ne ek Karachi se likha hai. What a logical and historical information on education system. Doctor Safeena Tabassum ne Saharanpur se likha hai. I think Islam needs to be rediscovered by present Muslims today. Jazak Allah for this discussion.</w:t>
      </w:r>
    </w:p>
    <w:p>
      <w:pPr>
        <w:jc w:val="right"/>
      </w:pPr>
      <w:r>
        <w:t>यह शाहिद महमूद साहब ने एक कराची से लिखा है. What a logical and historical information on education system. Doctor सफीना तबस्सुम ने सहारनपुर से लिखा है. I think इस्लाम needs to be rediscovered by present मुस्लिमs today. जज़्क अल्लाह for this discussion.</w:t>
      </w:r>
    </w:p>
    <w:p>
      <w:r>
        <w:rPr>
          <w:b/>
        </w:rPr>
        <w:t xml:space="preserve">[50:05] </w:t>
      </w:r>
      <w:r>
        <w:t>achha aap ek sawal zehan mein aata hai ki agar hum dekhein ki pichhle sau saal mein duniya ne kitni tarah ki kari hai, matlab industrialization se lekar agar aaj dekhein to ek poora digital revolution aa chuka hai aur insan ne jo hai wahi nature hai jo pehle bhi tha, abhi bhi hai. usi nature mein wah properties ko discover karke yeh naye naye ijaat kiye hain. to aap aisa kyun hua agar hum Roman period ko dekhein which ruled for almost thousand years?</w:t>
      </w:r>
    </w:p>
    <w:p>
      <w:pPr>
        <w:jc w:val="right"/>
      </w:pPr>
      <w:r>
        <w:t>अच्छा आप एक सवाल ज़ेहन में आता है कि अगर हम देखें कि पिछले सौ साल में दुनिया ने कितनी तरह की करी है, मतलब industrialization से लेकर अगर आज देखें तो एक पूरा digital revolution आ चुका है और इंसान ने जो है वही nature है जो पहले भी था, अभी भी है. उसी nature में वह properties को discover करके यह नए नए इजात किए हैं. तो आप ऐसा क्यों हुआ अगर हम roman period को देखें which ruled for almost thousand years?</w:t>
      </w:r>
    </w:p>
    <w:p>
      <w:r>
        <w:rPr>
          <w:b/>
        </w:rPr>
        <w:t xml:space="preserve">[50:35] </w:t>
      </w:r>
      <w:r>
        <w:t>Why could science not flourish at that time? wahi nature tab bhi tha, wahi nature ab bhi hai. to aisa kya ho gaya ki sau saal mein, pichhle sau saal mein to itni tarah ki ho gayi aur wahan hazar saal jab roman empire with all its glory and power it ruled, kuch bhi nahi hua. to iske bare mein bhi ab hum sabko bataye. itni badi roman empire thi. ji. hazar saal wah chali aur bahut bade bade kaam hue.</w:t>
      </w:r>
    </w:p>
    <w:p>
      <w:pPr>
        <w:jc w:val="right"/>
      </w:pPr>
      <w:r>
        <w:t>Why could science not flourish at that time? वही nature तब भी था, वही nature अब भी है. तो ऐसा क्या हो गया कि सौ साल में, पिछले सौ साल में तो इतनी तरह की हो गई और वहाँ हज़ार साल जब roman empire with all its glory and power it ruled, कुछ भी नहीं हुआ. तो इसके बारे में भी अब हम सबको बताएं. इतनी बड़ी roman empire थी. जी. हज़ार साल वह चली और बहुत बड़े बड़े काम हुए.</w:t>
      </w:r>
    </w:p>
    <w:p>
      <w:r>
        <w:rPr>
          <w:b/>
        </w:rPr>
        <w:t xml:space="preserve">[51:01] </w:t>
      </w:r>
      <w:r>
        <w:t>kehte kaise art, pieces paida hue, bade bade artist paida hue. ji. shayar paida hue. lekin science mein kaam nahi hua. to chunke har cheez ko science kaam karti hai isi nature par aur nature thi sacred. to kaam hota kaise? har cheez mein sacredness ka concept tha. poori poori usmein encyclopedia of mythology hai.</w:t>
      </w:r>
    </w:p>
    <w:p>
      <w:pPr>
        <w:jc w:val="right"/>
      </w:pPr>
      <w:r>
        <w:t>कहते कैसे art, pieces पैदा हुए, बड़े बड़े artist पैदा हुए. जी. शायर पैदा हुए. लेकिन science में काम नहीं हुआ. तो चूंकि हर चीज़ को science काम करती है इसी nature पर और nature थी sacred. तो काम होता कैसे? हर चीज़ में sacredness का concept था. पूरी पूरी उसमें encyclopedia of mythology है.</w:t>
      </w:r>
    </w:p>
    <w:p>
      <w:r>
        <w:rPr>
          <w:b/>
        </w:rPr>
        <w:t xml:space="preserve">[51:29] </w:t>
      </w:r>
      <w:r>
        <w:t>to har cheez ko mythology se explain kiya jata tha. Superstition se explain kiya jata tha. to is wajah se wah kisi bar mein bhi scientific jo bhi point hota hai samajhne ka, paidarwa karke jo samajhne ka wah samajh hi nahi pate the. har cheez mein wah super station aade aa jata tha. koi koi kaam karta tha to usko accept nahi karte the.</w:t>
      </w:r>
    </w:p>
    <w:p>
      <w:pPr>
        <w:jc w:val="right"/>
      </w:pPr>
      <w:r>
        <w:t>तो हर चीज़ को mythology से explain किया जाता था. Superstition से explain किया जाता था. तो इस वजह से वह किसी बार में भी scientific जो भी point होता है समझने का, पैद्रवा कर करके जो समझने का वह समझ ही नहीं पाते थे. हर चीज़ में वह super station आड़े आ जाता था. कोई कोई काम करता था तो उसको accept नहीं करते थे.</w:t>
      </w:r>
    </w:p>
    <w:p>
      <w:r>
        <w:rPr>
          <w:b/>
        </w:rPr>
        <w:t xml:space="preserve">[51:55] </w:t>
      </w:r>
      <w:r>
        <w:t>kitne bade bade lot paida hue unko maar dalte the. ek arth arthmediis jo hai ji. kitna bada mathematician tha, astronomer tha. wah usne ek water screw banaya tha charfi. to usne jo hai kuch sawalat hal kar raha tha ab ret par. to wah samjhe pata nahi kya kar raha hai? kyunke har cheez sacred thi na.</w:t>
      </w:r>
    </w:p>
    <w:p>
      <w:pPr>
        <w:jc w:val="right"/>
      </w:pPr>
      <w:r>
        <w:t>कितने बड़े बड़े लोट पैदा हुए उनको मार डालते थे. एक अर्थ अर्थ मीडीस जो है जी. कितना बड़ा mathematician था, astronomer था. वह उसने एक water screw बनाया था चर्फी. तो उसने जो है कुछ सवालात हल कर रहा था अब रेत पर. तो वह समझे पता नहीं क्या कर रहा है? क्योंकि हर चीज़ sacred थी ना.</w:t>
      </w:r>
    </w:p>
    <w:p>
      <w:r>
        <w:rPr>
          <w:b/>
        </w:rPr>
        <w:t xml:space="preserve">[52:24] </w:t>
      </w:r>
      <w:r>
        <w:t>wah samajhte the ki kuch galat kaam ho raha hai aur tamam devta jo hai naraz ho jayenge. to usko wahin maar diya. to aise kitne ras usko Socrates ko zehar ka pyala dekar maar diya. to jitne bade bade log the unko to wah log maar dete the to kaam kaise aage badhta? to bilkul hi intellectual freedom nahi thi. Freedom of thought nahi tha aur religious freedom nahi thi.</w:t>
      </w:r>
    </w:p>
    <w:p>
      <w:pPr>
        <w:jc w:val="right"/>
      </w:pPr>
      <w:r>
        <w:t>वह समझते थे कि कुछ गलत काम हो रहा है और तमाम देवता जो है नाराज़ हो जाएंगे. तो उसको वहीं मार दिया. तो ऐसे कितने रस उसको साक्रितीस को ज़हर का प्याला देकर मार दिया. तो जितने बड़े बड़े लोग थे उनको तो वह लोग मार देते थे तो काम कैसे आगे बढ़ता? तो बिल्कुल ही intellectual freedom नहीं थी. Freedom of thought नहीं था और religious freedom नहीं थी.</w:t>
      </w:r>
    </w:p>
    <w:p>
      <w:r>
        <w:rPr>
          <w:b/>
        </w:rPr>
        <w:t xml:space="preserve">[52:52] </w:t>
      </w:r>
      <w:r>
        <w:t>jahan dekhte the unko religion ke khilaf koi kaam hota hua to wah uske uske usko bilkul bade bade logon ko unhone ya to jalawatan kar dete ya ghar mein kar dete hain. ji. ya phansi ki saza de dete hain. char se bahut zyada logon ko phansi ki sazaein di hain kyunke unhone kuch assumptions kar rakhe the.</w:t>
      </w:r>
    </w:p>
    <w:p>
      <w:pPr>
        <w:jc w:val="right"/>
      </w:pPr>
      <w:r>
        <w:t>जहां देखते थे उनको religion के खिलाफ कोई काम होता हुआ तो वह उसके उसके उसको बिल्कुल बड़े बड़े लोगों को उन्होंने या तो जलावतं कर देते या घर में कर देते हैं. जी. या फांसी की सजा दे देते हैं. चार से बहुत ज़्यादा लोगों को फांसी की सजाएं दी हैं क्योंकि उन्होंने कुछ assumptions कर रखे थे.</w:t>
      </w:r>
    </w:p>
    <w:p>
      <w:r>
        <w:rPr>
          <w:b/>
        </w:rPr>
        <w:t xml:space="preserve">[53:13] </w:t>
      </w:r>
      <w:r>
        <w:t>misal ke taur par wo yeh kehte the ki Hazrat Isa Islam jo hai wo unhone poori kanat ke liye wo unhone nijaat ke liye ka zariya bane hain. na sirf insanon ke liye poori kahanat ke liye. to itni badi jo hasti hai to wah chhote se sayyare mein kaise paida ho sakti hai? to sayyara satellite kaise ho sakta hai?</w:t>
      </w:r>
    </w:p>
    <w:p>
      <w:pPr>
        <w:jc w:val="right"/>
      </w:pPr>
      <w:r>
        <w:t>मिसाल के तौर पर वो यह कहते थे कि हजरत इसाल इस्लाम जो है वो उन्होंने पूरी कानात के लिए वो उन्होंने निजात के लिए का जरिया बने हैं. ना सिर्फ इंसानों के लिए पूरी कहानात के लिए. तो इतनी बड़ी जो हस्ती है तो वह छोटे से सैयारे में कैसे पैदा हो सकती है? तो सैयारा satellite कैसे हो सकता है?</w:t>
      </w:r>
    </w:p>
    <w:p>
      <w:r>
        <w:rPr>
          <w:b/>
        </w:rPr>
        <w:t xml:space="preserve">[53:41] </w:t>
      </w:r>
      <w:r>
        <w:t>Earth jo hai wah satellite kaise ho sakta hai? to unhone yeh bana liya ki earth jo hai suraj jo hai earth ke charon taraf ghoom raha hai. ji. wah samajhte the ki use earth satellite kaise ho sakta hai? yahan to Jesus Christ paida hue. to is tarike ki baatein thi jab unko dikhai deta tha ki koi bhi research scientific research iske khilaf ja rahi hai.</w:t>
      </w:r>
    </w:p>
    <w:p>
      <w:pPr>
        <w:jc w:val="right"/>
      </w:pPr>
      <w:r>
        <w:t>Earth जो है वह satellite कैसे हो सकता है? तो उन्होंने यह बना लिया कि अर्थ जो है सूरज जो है अर्थ के चारों तरफ घूम रहा है. जी. वह समझते थे कि उसे अर्थ satellite कैसे हो सकता है? यहां तो Jesus Christ पैदा हुए. तो इस तरीके की बातें थी जब उनको दिखाई देता था कि कोई भी research scientific research इसके खिलाफ जा रही है.</w:t>
      </w:r>
    </w:p>
    <w:p>
      <w:r>
        <w:rPr>
          <w:b/>
        </w:rPr>
        <w:t xml:space="preserve">[54:09] </w:t>
      </w:r>
      <w:r>
        <w:t>to wo jaise heliosyntric theory uske khilaf ja rahi thi na to wo uske khilaf ho jate the. unhone hazaron, lakhon logon ko saintanon ko unhone mara sazaein deen. to is wajah se in logon ke yahan science mein tarakke nahi ho rahi thi. Science mein tarakke to jab hui jab in logon ne sabhi jo jab hai wah khatam hua. har cheez par pabandi laga dete the. kitabein jaise wo bataya tha maine ki wo.</w:t>
      </w:r>
    </w:p>
    <w:p>
      <w:pPr>
        <w:jc w:val="right"/>
      </w:pPr>
      <w:r>
        <w:t>तो वो जैसे heliosyntric theory उसके खिलाफ जा रही थी ना तो वो उसके खिलाफ हो जाते थे. उन्होंने हज़ारों, लाखों लोगों को साइंतानों को उन्होंने मारा सजाएं दीन. तो इस वजह से इन लोगों के यहां science में तरक्के नहीं हो रही थी. Science में तरक्के तो जब हुई जब इन लोगों ने सभी जो जब है वह खत्म हुआ. हर चीज़ पर पाबंदी लगा देते थे. किताबें जैसे वह बताया था मैंने कि वह.</w:t>
      </w:r>
    </w:p>
    <w:p>
      <w:r>
        <w:rPr>
          <w:b/>
        </w:rPr>
        <w:t xml:space="preserve">[54:39] </w:t>
      </w:r>
      <w:r>
        <w:t>kitabein sari lakh anki mein band thi. jab aadmi padhe likhega nahi to uska dimag kaise? khulega kaise? to kitabon par sari pabandi lagi hui thi. logon ko jo hai jalawatan kar diya karte the. to sirf wahi baatein jo traditional baatein hoti thi aur bas usi par logon ka jo hai rehne dete the baki koi nai baat karta tha to uske khilaf ho jate the. Skylus ka unhone qatl kar diya.</w:t>
      </w:r>
    </w:p>
    <w:p>
      <w:pPr>
        <w:jc w:val="right"/>
      </w:pPr>
      <w:r>
        <w:t>किताबें सारी लाख अंकीमें बंद थी. जब आदमी पढ़े लिखेगा नहीं तो उसका दिमाग कैसे? खुलेगा कैसे? तो किताबों पर सारी पाबंदी लगी हुई थी. लोगों को जो है जलाबतन कर दिया करते थे. तो सिर्फ वही बातें जो traditional बातें होती थी और बस उसी पर लोगों का जो है रहने देते थे बाकी कोई नई बात करता था तो उसके खिलाफ हो जाते थे. Skylus का उन्होंने कतल कर दिया.</w:t>
      </w:r>
    </w:p>
    <w:p>
      <w:r>
        <w:rPr>
          <w:b/>
        </w:rPr>
        <w:t xml:space="preserve">[55:09] </w:t>
      </w:r>
      <w:r>
        <w:t>ek pope tha Sylvester. to wah gaya tha Spain. wahan se wah bahut kuch seekh kar aaya tha. to wahan se ek wah astrolabe bhi lekar aaya tha aur wah jo arbon ka ilm tha wah sare wahi sab ilm the jo science wale. to wah apne yahan padhane laga to usko logon ne kaha ki jadu sikha raha hai logon ko. ji. aur usko maar dala. pareshan itna zyada kiya ki wah bahut jaldi mar gaya.</w:t>
      </w:r>
    </w:p>
    <w:p>
      <w:pPr>
        <w:jc w:val="right"/>
      </w:pPr>
      <w:r>
        <w:t>एक pope था Sylvester. तो वह गया था Spain. वहां से वह बहुत कुछ सीख कर आया था. तो वहां से एक वह astrolabe भी लेकर आया था और वह जो अरबों का इल्म था वह सारे वही सब इल्म थे जो science वाले. तो वह अपने यहां पढ़ाने लगा तो उसको लोगों ने कहा कि जादू सिखा रहा है लोगों को. जी. और उसको मार डाला. परेशान इतना ज़्यादा किया कि वह बहुत जल्दी मर गया.</w:t>
      </w:r>
    </w:p>
    <w:p>
      <w:r>
        <w:rPr>
          <w:b/>
        </w:rPr>
        <w:t xml:space="preserve">[55:37] </w:t>
      </w:r>
      <w:r>
        <w:t>to is tarike se bilkul hi aazadiye fikr nahi thi aur dekhiye science hi tarakke ke liye, fikri tahkeek ke liye ilmi tahkeek ke liye mazhabi aazadi bilkul zaroori hai. to mazhabi aazadi na hone ki wajah se wah koi kaam bhi nahi ho pa raha tha. halanki nature wahi thi. to prayan bhi ne yeh sawal uthaya hai ki wahi nature thi aur phir kyun nahi traqtiyan ho rahi thi.</w:t>
      </w:r>
    </w:p>
    <w:p>
      <w:pPr>
        <w:jc w:val="right"/>
      </w:pPr>
      <w:r>
        <w:t>तो इस तरीके से बिल्कुल ही आज़ादीय फ़िक्र नहीं थी और देखिए science ही तरक्के के लिए, फ़िक्री तहकेक के लिए इल्मी तहकेक के लिए मज़हबी आज़ादी बिल्कुल ज़रूरी है. तो मज़हबी आज़ादी ना होने की वजह से वह कोई काम भी नहीं हो पा रहा था. हालांकि nature वही थी. तो प्रायण भी ने यह सवाल उठाया है कि वही nature थी और फिर क्यों नहीं त्राक्तियां हो रही थी.</w:t>
      </w:r>
    </w:p>
    <w:p>
      <w:r>
        <w:rPr>
          <w:b/>
        </w:rPr>
        <w:t xml:space="preserve">[56:04] </w:t>
      </w:r>
      <w:r>
        <w:t>to prayan bhi ne kaha hai ki tauheed ki wajah se jo hai wah traqti hui lekin tauheed to thi christianity mein bhi tauheed thi lekin tauheed ko wo trinity mein badal diya gaya tha na. ji. to tauheed ka asal concept wo christianity mein nahi tha. ab main misal ke dor par bible mein kaha gaya ki zameen ki umr sirf chand hazar saal hai. ji.</w:t>
      </w:r>
    </w:p>
    <w:p>
      <w:pPr>
        <w:jc w:val="right"/>
      </w:pPr>
      <w:r>
        <w:t>तो प्रायण भी ने कहा है कि तौहिद की वजह से जो है वह त्राक्ति हुई लेकिन तौहिद तो थी christianity में भी तौहिद थी लेकिन तौहिद को वो trinity में बदल दिया गया था ना. जी. तो तौहिद का असल concept वो christianity में नहीं था. अब मैं मिसाल के दौर पर bible में कहा गया कि ज़मीन की उम्र सिर्फ चंद हज़ार साल है. जी.</w:t>
      </w:r>
    </w:p>
    <w:p>
      <w:r>
        <w:rPr>
          <w:b/>
        </w:rPr>
        <w:t xml:space="preserve">[56:30] </w:t>
      </w:r>
      <w:r>
        <w:t>ab agar science na kahega ki karodon saal hai, geologist kahega karodon saal hai to yeh log uske usse naraz ho jayenge kyunke wah samajhte the ki jo bible mein wah har fir hai, wah sachchai hai. to uske khilaf hum kaise ja sakte hain?</w:t>
      </w:r>
    </w:p>
    <w:p>
      <w:pPr>
        <w:jc w:val="right"/>
      </w:pPr>
      <w:r>
        <w:t>अब अगर science ना कहेगा कि करोड़ों साल है, geologist कहेगा करोड़ों साल है तो यह लोग उसके उससे नाराज़ हो जाएंगे क्योंकि वह समझते थे कि जो bible में वही हर फिर है, वही सच्चाई है. तो उसके खिलाफ हम कैसे जा सकते हैं?</w:t>
      </w:r>
    </w:p>
    <w:p>
      <w:r>
        <w:rPr>
          <w:b/>
        </w:rPr>
        <w:t xml:space="preserve">[56:46] </w:t>
      </w:r>
      <w:r>
        <w:t>to yeh to bahut zyada jab investigations ho gayi hain aur wah van gayi galileo ne jo apna telescope banaya aur logon ne apni aankhon se dekha, tab jakar yeh sab cheezein jo hain wah ji. khatam hui. Mashallah, bahut achhe se wazikiya ab aapne yeh. aap ab aakhri sawal ki taraf ruk karte hain aur aapne abhi Arnold Toynbee ka zikr bhi kiya to unhi ke hawale se main yeh aakhri sawal puchunga.</w:t>
      </w:r>
    </w:p>
    <w:p>
      <w:pPr>
        <w:jc w:val="right"/>
      </w:pPr>
      <w:r>
        <w:t>तो यह तो बहुत ज़्यादा जब investigations हो गई हैं और वह वन गई गलीलियों ने जो अपना telescope बनाया और लोगों ने अपनी आंखों से देखा, तब जाकर यह सब चीज़ें जो हैं वह जी. खतम हुई. माशालाह, बहुत अच्छे से वाज़िकिया अब आपने यह. आप अब आखिरी सवाल की तरफ रुक करते हैं और आपने अभी Arnold Toynbee का ज़िक्र भी किया तो उन्हीं के हवाले से मैं यह आखिरी सवाल पूछूंगा.</w:t>
      </w:r>
    </w:p>
    <w:p>
      <w:r>
        <w:rPr>
          <w:b/>
        </w:rPr>
        <w:t xml:space="preserve">[57:14] </w:t>
      </w:r>
      <w:r>
        <w:t>As we know that he was an English, very well known English historian and philosopher. to aap unhone apni kitab preaching of Islam mein ek incident ka zikr kiya hai. yeh us waqt ka hai jab Al Mamun jo the khalifa the Abbasid period mein. to unko pata chala ki yeh baat phail rahi hai jo log Islam ke khilaf hain ki Islam jo hai wah phaila talwar ke bal par, power of argument ke bal par nahi.</w:t>
      </w:r>
    </w:p>
    <w:p>
      <w:pPr>
        <w:jc w:val="right"/>
      </w:pPr>
      <w:r>
        <w:t>As we know that he was an English, very well known English historian and philosopher. तो आप उन्होंने अपनी किताब preaching of islam में एक incident का ज़िक्र किया है. यह उस वक्त का है जब अल मामून जो थे खलीफा थे अब्बासित period में. तो उनको पता चला कि यह बात फ़ैल रही है जो लोग इस्लाम के खिलाफ हैं कि इस्लाम जो है वह फैला तलवार के बल पर, power of argument के बल पर नहीं.</w:t>
      </w:r>
    </w:p>
    <w:p>
      <w:r>
        <w:rPr>
          <w:b/>
        </w:rPr>
        <w:t xml:space="preserve">[57:42] </w:t>
      </w:r>
      <w:r>
        <w:t>to jab unko pata chala unhone ek bahut badi assembly bulai aur different faiths ke logon ko bulaya aur jo Muslim scholars the phir unhone address karna shuru kiya. ab unke beach mein jo hai ek conversation, ek dialogue hua aur baad mein jo people of other faiths the, they were convinced that Muslims satisfactorily proved their point.</w:t>
      </w:r>
    </w:p>
    <w:p>
      <w:pPr>
        <w:jc w:val="right"/>
      </w:pPr>
      <w:r>
        <w:t>तो जब उनको पता चला उन्होंने एक बहुत बड़ी assembly बुलाई और different faiths के लोगों को बुलाया और जो मुस्लिम scholars थे फिर उन्होंने address करना शुरू किया. अब उनके beach में जो है एक conversation, एक dialogue हुआ और बाद में जो people of other faiths थे, they were convinced that मुस्लिमs satisfactorily proved their point.</w:t>
      </w:r>
    </w:p>
    <w:p>
      <w:r>
        <w:rPr>
          <w:b/>
        </w:rPr>
        <w:t xml:space="preserve">[58:08] </w:t>
      </w:r>
      <w:r>
        <w:t>In fact ek bahut hi interesting incident hai ki ek Persia se ek Manichean *** se yazdan bagh karke ek bahut bade leader aaye the aur unka bada zabardast jo hai argument hua. Lekin Muslim scholars ne is tarike se reasoned way mein unke saath argument kiya that he was utterly silenced.</w:t>
      </w:r>
    </w:p>
    <w:p>
      <w:pPr>
        <w:jc w:val="right"/>
      </w:pPr>
      <w:r>
        <w:t>In fact एक बहुत ही interesting incident है कि एक Persia से एक Manichean *** से याज़धन बाग्त करके एक बहुत बड़े leader आए थे और उनका बड़ा ज़बरदस्त जो है argument हुआ. लेकिन मुस्लिम scholars ने इस तरीके से reasoned way में उनके साथ argument किया that he was utterly silenced.</w:t>
      </w:r>
    </w:p>
    <w:p>
      <w:r>
        <w:rPr>
          <w:b/>
        </w:rPr>
        <w:t xml:space="preserve">[58:31] </w:t>
      </w:r>
      <w:r>
        <w:t>Aur iske baad phir kahani mein yeh bhi aata hai ki Al Mamun ne unko yeh bhi kaha ki aap Islam ko follow karein. To us leader ne Al Mamun ko yeh khitab karte hue kaha ki oh, commander of the faithful. Your advice has been heard and your words have been listened to. But you are not one of those who will force men to abandon their religion.</w:t>
      </w:r>
    </w:p>
    <w:p>
      <w:pPr>
        <w:jc w:val="right"/>
      </w:pPr>
      <w:r>
        <w:t>और इसके बाद फिर कहानी में यह भी आता है कि अल मामून ने उनको यह भी कहा कि आप इस्लाम को follow करें. तो उस leader ने अल मामून को यह खिताब करते हुए कहा कि oh, commander of the faithful. Your advice has been heard and your words have been listened to. But you are not one of those who will force men to abandon their religion.</w:t>
      </w:r>
    </w:p>
    <w:p>
      <w:r>
        <w:rPr>
          <w:b/>
        </w:rPr>
        <w:t xml:space="preserve">[58:55] </w:t>
      </w:r>
      <w:r>
        <w:t>To Al Mamun ko bilkul bura nahi laga balki unhone kya kiya ki unhone armed bodyguards provide kare uske liye ki woh unko hifazat se chhodkar aaye. To isse pata chalta hai ki Islam not only respects freedom of thought, but it also respects the upholder of diverse school of thought by different people.</w:t>
      </w:r>
    </w:p>
    <w:p>
      <w:pPr>
        <w:jc w:val="right"/>
      </w:pPr>
      <w:r>
        <w:t>तो अलमामुन को बिल्कुल बुरा नहीं लगा बल्कि उन्होंने क्या किया कि उन्होंने armed bodyguards provide करे उसके लिए कि वह उनको हिफाज़त से छोड़कर आए. तो इससे पता चलता है कि इस्लाम not only respects freedom of thought, but it also respects the upholder of diverse school of thought by different people.</w:t>
      </w:r>
    </w:p>
    <w:p>
      <w:r>
        <w:rPr>
          <w:b/>
        </w:rPr>
        <w:t xml:space="preserve">[59:18] </w:t>
      </w:r>
      <w:r>
        <w:t>To aapas sawal ya akhir sawal yahi aata hai ki does monothism provide favorable atmosphere for the development of education and freedom of thought? To iske bare mein bataiye. Asal mein har paigambar jo hai woh tauheed hi lekar aaya. Lekin masla yeh tha na ki tauheed ka jo talim thi woh log bhool chuke the. Usmein jafaa kar liye the.</w:t>
      </w:r>
    </w:p>
    <w:p>
      <w:pPr>
        <w:jc w:val="right"/>
      </w:pPr>
      <w:r>
        <w:t>तो आपस सवाल या आखिर सवाल यही आता है कि does monothism provide favorable atmosphere for the development of education and freedom of thought? तो इसके बारे में बताइए. असल में हर पगंबर जो है वह तौहीद ही लेकर आया. लेकिन मसला यह था ना कि तौहीद का जो तालियम थी वह लोग भूल चुके थे. उसमें जाफिर कर लिए थे.</w:t>
      </w:r>
    </w:p>
    <w:p>
      <w:r>
        <w:rPr>
          <w:b/>
        </w:rPr>
        <w:t xml:space="preserve">[59:47] </w:t>
      </w:r>
      <w:r>
        <w:t>Usmein deletion ho gaya tha, addition ho gaya tha. To is wajah se jo tauheed ki jo essence hai jo uski main teaching hai tauheed ki, to woh logon mein mafuz nahi thi aur aam taur par kya hota tha ki zyada log zyada followers hi nahi hote the paigambar ke. Jab zyada followers nahi hote the to woh khud bahut woh teaching kuch dino mein bhool jaya karte the. Ab Christianity mein jo followers hue woh bahut baad mein hue.</w:t>
      </w:r>
    </w:p>
    <w:p>
      <w:pPr>
        <w:jc w:val="right"/>
      </w:pPr>
      <w:r>
        <w:t>उसमें deletion हो गया था, addition हो गया था. तो इस वजह से जो तौहीद की जो essence है जो उसकी main teaching है तौहीद की, तो वह लोगों में माफूज़ नहीं थी और आमतौर पर क्या होता था कि ज़्यादा लोग ज़्यादा followers ही नहीं होते थे पगंबर के. जब ज़्यादा followers नहीं होते थे तो वह खुद बहुत वह teaching कुछ दिनों में भूल जाया करते थे. अब christianity में जो followers हुए वह बहुत बाद में हुए.</w:t>
      </w:r>
    </w:p>
    <w:p>
      <w:r>
        <w:rPr>
          <w:b/>
        </w:rPr>
        <w:t xml:space="preserve">[1:00:16] </w:t>
      </w:r>
      <w:r>
        <w:t>Baad mein unhone bahut sari cheezon ka izafa kar liya. Bahut sari cheezein hain Bible mein nahi hain. Church walon ne izafa kar liye hain. To is wajah se jo asal jo concept hai tauheed ka woh kahin mehfuz nahi tha. Tauheed jo hai hamein yeh sikhata hai ki tamam duniya, tamam kainat jo ab science ne bataya ki custom made universe hai. To tamam kainat jo hai insaan ke liye musakhkhar kardi gayi hai.</w:t>
      </w:r>
    </w:p>
    <w:p>
      <w:pPr>
        <w:jc w:val="right"/>
      </w:pPr>
      <w:r>
        <w:t>बाद में उन्होंने बहुत सारी चीज़ों का इज़ाफा कर लिया. बहुत सारी चीज़ें हैं bible में नहीं हैं. Church वालों ने इज़ाफा कर लिए हैं. तो इस वजह से जो असल जो concept है तौहिद का वह कहीं महफूज नहीं था. तौहिद जो है हमें यह सिखाता है कि तमाम दुनिया, तमाम कायनात जो अब science ने बताया कि custom made universe है. तो तमाम कायनात जो है इंसान के लिए मुसख्र कर दी गई है.</w:t>
      </w:r>
    </w:p>
    <w:p>
      <w:r>
        <w:rPr>
          <w:b/>
        </w:rPr>
        <w:t xml:space="preserve">[1:00:46] </w:t>
      </w:r>
      <w:r>
        <w:t>Yaani sirf ek Khuda ki badhai aur baqi tamam cheezein insaan ke liye hain. Tamam insaan ismein equality bhi hai ki tamam insaan barabar hai. Pehle zamane mein insaan ki barabari nahi thi. Talim to sirf royalties ke liye thi aur clergy ke liye thi aur ek scribes hote the jo likhte the. Jinko hum katib kehte hain ab. To ab to woh zamana ja raha hai lekin katib hua karte the.</w:t>
      </w:r>
    </w:p>
    <w:p>
      <w:pPr>
        <w:jc w:val="right"/>
      </w:pPr>
      <w:r>
        <w:t>यानी सिर्फ एक खुदा की बढ़ाई और बाकी तमाम चीज़ें इंसान के लिए हैं. तमाम इंसान इसमें equality भी है कि तमाम इंसान बराबर है. पहले ज़माने में इंसान की बराबरी नहीं थी. तालियम तो सिर्फ royalties के लिए थी और clergy के लिए थी और एक scribes होते थे जो लिखते थे. जिनको हम कातिब कहते हैं अब. तो अब तो वह जमाना जा रहा है लेकिन कातिब हुआ करते थे.</w:t>
      </w:r>
    </w:p>
    <w:p>
      <w:r>
        <w:rPr>
          <w:b/>
        </w:rPr>
        <w:t xml:space="preserve">[1:01:15] </w:t>
      </w:r>
      <w:r>
        <w:t>To unki bahut zyada important hoti importance hoti thi aur jo shahi chronicles hote the woh likhte the.</w:t>
      </w:r>
    </w:p>
    <w:p>
      <w:pPr>
        <w:jc w:val="right"/>
      </w:pPr>
      <w:r>
        <w:t>तो उनकी बहुत ज़्यादा important होती importance होती थी और जो शाही chronicles होते थे वो लिखते थे.</w:t>
      </w:r>
    </w:p>
    <w:p>
      <w:r>
        <w:rPr>
          <w:b/>
        </w:rPr>
        <w:t xml:space="preserve">[1:01:23] </w:t>
      </w:r>
      <w:r>
        <w:t>Mazhabi kitabein likhte the aur abhi bhi gaon wahan mein dekha hoga aapne jab aurtein padhi nahi hoti to is tarike se talim ko mabood kardi gaya tha.</w:t>
      </w:r>
    </w:p>
    <w:p>
      <w:pPr>
        <w:jc w:val="right"/>
      </w:pPr>
      <w:r>
        <w:t>मज़हबी किताबें लिखते थे और अभी भी गांव वहां में देखा होगा आपने जब औरतें पढ़ी नहीं होती तो इस तरीके से तालियम को मैदूत कर दिया गया था.</w:t>
      </w:r>
    </w:p>
    <w:p>
      <w:r>
        <w:rPr>
          <w:b/>
        </w:rPr>
        <w:t xml:space="preserve">[1:01:53] </w:t>
      </w:r>
      <w:r>
        <w:t>Ab dekhiye ki kisi ke andar bhi koi salahiyat ho sakti hai. Everyone is bond with different talent. To agar hum keh denge bhai isko padh sakta hai aur yeh nahi padh sakta to iska matlab hai ki hum limit kar rahe hain. Ji. Anda jo hai hamein usko mauka hi nahi de rahe ki anda woh apni salahiyat ke mutabik kuch kaam kar sake. To ghulam nahi padh sakte the. Aurtein nahi padh sakti thi. Lower class wale padh nahi sakte the.</w:t>
      </w:r>
    </w:p>
    <w:p>
      <w:pPr>
        <w:jc w:val="right"/>
      </w:pPr>
      <w:r>
        <w:t>अब देखिए कि किसी के अंदर भी कोई सलाहित हो सकती है. Everyone is bond with different talent. तो अगर हम कह देंगे भाई इसको पढ़ सकता है और यह नहीं पढ़ सकता तो इसका मतलब है कि हम limit कर रहे हैं. जी. अंदा जो है हमें उसको मौका ही नहीं दे रहे कि अंदा वह अपनी सलाहियत के मुताबिक कुछ काम कर सके. तो गुलाम नहीं पढ़ सकते थे. औरतें नहीं पढ़ सकती थी. Lower class वाले पढ़ नहीं सकते थे.</w:t>
      </w:r>
    </w:p>
    <w:p>
      <w:r>
        <w:rPr>
          <w:b/>
        </w:rPr>
        <w:t xml:space="preserve">[1:02:21] </w:t>
      </w:r>
      <w:r>
        <w:t>To ab royal families ke log kahan zyada kaam karte hain? Woh to apne politics mein hi lage rahenge. Ab sirf rahegi clergy. Clergy har clergy apne apne matlab ka kaam karenge woh log. To is tarike se ek jo awami ek hota hai na ek salab to ilm ka woh nahi ho raha tha. Kyunki awam involve nahi the talim mein.</w:t>
      </w:r>
    </w:p>
    <w:p>
      <w:pPr>
        <w:jc w:val="right"/>
      </w:pPr>
      <w:r>
        <w:t>तो अब royal families के लोग कहां ज़्यादा काम करते हैं? वह तो अपने politics में ही लगे रहेंगे. अब सिर्फ रहेगी clergy. Clergy हर clergy अपने अपने मतलब का काम करेंगे वह लोग. तो इस तरीके से एक जो अवामी एक होता है ना एक सलाब तो इल्म का वह नहीं हो रहा था. क्योंकि आवाम involve नहीं थे तालीम में.</w:t>
      </w:r>
    </w:p>
    <w:p>
      <w:r>
        <w:rPr>
          <w:b/>
        </w:rPr>
        <w:t xml:space="preserve">[1:02:47] </w:t>
      </w:r>
      <w:r>
        <w:t>To is tarike se jo hai Rasool Allah SAW ne aur Quran mein bar bar aaye ki tamam insaan jo hai barabar hai. Tamam bhai bhai hain. To Rasool Allah SAW ne kaha ki tum sab Adam ki aulad ho aur Adam mitti se the. To yeh jo musawat hui equality hui iski wajah se tamam logon ko mauka mil gaya. Padhne likhne ka chahe woh.</w:t>
      </w:r>
    </w:p>
    <w:p>
      <w:pPr>
        <w:jc w:val="right"/>
      </w:pPr>
      <w:r>
        <w:t>तो इस तरीके से जो है रसूल्लाह सलम ने और कुरान में बार बार आए कि तमाम इंसान जो है बराबर है. तमाम भाई भाई हैं. तो रसूल्ला सलम ने कहा कि तुम सब आदम की औलाद हो और आदम मिट्टी से थे. तो यह जो मुसावात हुई equality हुई इसकी वजह से तमाम लोगों को मौका मिल गया. पढ़ने लिखने का चाहे वह.</w:t>
      </w:r>
    </w:p>
    <w:p>
      <w:r>
        <w:rPr>
          <w:b/>
        </w:rPr>
        <w:t xml:space="preserve">[1:03:11] </w:t>
      </w:r>
      <w:r>
        <w:t>Kisi color ka ho, kisi caste ka ho, ameer ho, gareeb ho, hakim ho, mahkum ho, sab barabar the. To is tarike se Islam ne dusra jo kaam kiya woh superstition ka daur khatam kar diya. Ji. To super station ka daur khatam karne ke ek mein saal main aapko dungi ki jo grahan hota tha us woh us par bahut zyada super station the.</w:t>
      </w:r>
    </w:p>
    <w:p>
      <w:pPr>
        <w:jc w:val="right"/>
      </w:pPr>
      <w:r>
        <w:t>किसी color का हो, किसी caste का हो, अमीर हो, गरीब हो, हाकिम हो, महकूम हो, सब बराबर थे. तो इस तरीके से इस्लाम ने दूसरा जो काम किया वह superstition का दौर खत्म कर दिया. जी. तो super station का दौर खत्म करने के एक में साल मैं आपको दूंगी कि जो ग्रहण होता था उस वह उस पर बहुत ज़्यादा super station थे.</w:t>
      </w:r>
    </w:p>
    <w:p>
      <w:r>
        <w:rPr>
          <w:b/>
        </w:rPr>
        <w:t xml:space="preserve">[1:03:35] </w:t>
      </w:r>
      <w:r>
        <w:t>Samajhte the ki koi bahut bada aadmi marta hai woh bhasha mare aisa kuch ho to yeh log giran mein chale jate hain. Suraj chand jo hai woh hum mangam banate hain. To ittefaq aisa hua ki Rasool Allah SAW ke bete Ibrahim ka inteqal hua to usi din suraj giran hua. To logon ne kehna shuru kar diya ki unke bete inteqal hue aise suraj giran ho gaya. To foran Rasool Allah SAW jo koi bahut badi baat hoti thi na, serious baat. Ji.</w:t>
      </w:r>
    </w:p>
    <w:p>
      <w:pPr>
        <w:jc w:val="right"/>
      </w:pPr>
      <w:r>
        <w:t>समझते थे कि कोई बहुत बड़ा आदमी मरता है वह भाषा मरे ऐसा कुछ हो तो यह लोग गिरन में चले जाते हैं. सूरज चांद जो है वह हम मांगम बनाते हैं. तो इत्तेफ़ाक़ ऐसा हुआ कि रसूलाह सल्म के बेटे इब्राहिम का इंतकाल हुआ तो उसी दिन सूरज गिरन हुआ. तो लोगों ने कहना शुरू कर दिया कि उनके बेटे इंतकाल हुए ऐसे सूरज गिरन हो गया. तो फ़ौरन रसूल्लाह सलम जो कोई बहुत बड़ी बात होती थी ना, serious बात. जी.</w:t>
      </w:r>
    </w:p>
    <w:p>
      <w:r>
        <w:rPr>
          <w:b/>
        </w:rPr>
        <w:t xml:space="preserve">[1:04:03] </w:t>
      </w:r>
      <w:r>
        <w:t>To foran aap aate the Masjid din abde mein aur logon ko address karte the. To foran aap aaye aur logon ko bataye ki dekho yeh suraj chand jo hai yeh sab Khuda ki nishaniyan hain aur iska insaan ki kisi achhai, burai, kisi ko koi bimari hai, maut se iska koi talluq nahi hai. To is tarike se Rasool Allah SAW ne aur aise bahut sare baake aate hain. To yeh sare superstitions ko khatam kar diya.</w:t>
      </w:r>
    </w:p>
    <w:p>
      <w:pPr>
        <w:jc w:val="right"/>
      </w:pPr>
      <w:r>
        <w:t>तो फ़ौरन आप आते थे मस्जिद दिन अब्दे में और लोगों को address करते थे. तो फ़ौरन आप आए और लोगों को बताए कि देखो यह सूरज चांद जो है यह सब खुदा की निशानियां हैं और इसका इंसान की किसी अच्छाई, बुराई, किसी को कोई बीमारी है, मौत से इसका कोई तल्लुख नहीं है. तो इस तरीके से रसुल्ला सस्ल्म ने और ऐसे बहुत सारे बाके आते हैं. तो यह सारे superstitions को खत्म कर दिया.</w:t>
      </w:r>
    </w:p>
    <w:p>
      <w:r>
        <w:rPr>
          <w:b/>
        </w:rPr>
        <w:t xml:space="preserve">[1:04:31] </w:t>
      </w:r>
      <w:r>
        <w:t>Sirf ek Khuda aur baqi tamam cheezein jo hai woh sab barabar. To is tarike se pehli baar duniya mein ek conducive atmosphere favorable atmosphere aaya intellectual freedom aayi aur jo hai har tarah ki mazhabi azadi aayi jaise aapne abhi bataya. Ji.</w:t>
      </w:r>
    </w:p>
    <w:p>
      <w:pPr>
        <w:jc w:val="right"/>
      </w:pPr>
      <w:r>
        <w:t>सिर्फ एक खुदा और बाकी तमाम चीज़ें जो है वो सब बराबर. तो इस तरीके से पहली बार दुनिया में एक conducive atmosphere favorable atmosphere आया intellectual freedom आई और जो है हर तरह की मज़हबी आज़ादी आई जैसे आपने अभी बताया. जी.</w:t>
      </w:r>
    </w:p>
    <w:p>
      <w:r>
        <w:rPr>
          <w:b/>
        </w:rPr>
        <w:t xml:space="preserve">[1:04:51] </w:t>
      </w:r>
      <w:r>
        <w:t>Bilkul total sense mein asal mein us waqt log Islam ko spirit ke taur par mante the ki there is no compulsion in religion. To uski spirit ke taur par usko lete the. Puran ko samajh kar padhte the. To likh jo ki ab bahut hi zyada usmein kami hai. Log samajhte nahi hai. To is wajah se jo Islam ka jo inkhilab aaya to ek spiritual inkhilab tha.</w:t>
      </w:r>
    </w:p>
    <w:p>
      <w:pPr>
        <w:jc w:val="right"/>
      </w:pPr>
      <w:r>
        <w:t>बिल्कुल total sense में असल में उस वक्त लोग इस्लाम को spirit के तौर पर मानते थे कि there is no compulsion in religion. तो उसकी spirit के तौर पर उसको लेते थे. पुरान को समझ कर पढ़ते थे. तो लिख जो कि अब बहुत ही ज़्यादा उसमें कमी है. लोग समझते नहीं है. तो इस वजह से जो इस्लाम का जो इन खिलाब आया तो एक spiritual इन खिलाब था.</w:t>
      </w:r>
    </w:p>
    <w:p>
      <w:r>
        <w:rPr>
          <w:b/>
        </w:rPr>
        <w:t xml:space="preserve">[1:05:20] </w:t>
      </w:r>
      <w:r>
        <w:t>Islam ki spirit usmein zinda thi. To yeh inkhilab bahut tezi se Makka se Madina pahuncha, Madina se Bangdar pahuncha, Damishq pahuncha, Spain pahuncha. Spain se phir woh Sicily, Italy, Europe pahuncha. To woh renaissance jo hai woh jood mein aaya. Baad mein kya hua ki political instability ki wajah se Musalman jo hai woh unka us zamane mein jo sarparasti thi woh yahi log kiya karte the.</w:t>
      </w:r>
    </w:p>
    <w:p>
      <w:pPr>
        <w:jc w:val="right"/>
      </w:pPr>
      <w:r>
        <w:t>इस्लाम की spirit उसमें ज़िंदा थी. तो यह इन खिलाब बहुत तेजी से मक्का से मदीना पहुंचा, मदीना से बांगदार पहुंचा, दमिष्क पहुंचा, Spain पहुंचा. Spain से फिर वह Sicily, Italy, Europe पहुंचा. तो वह renaissance जो है वह जूद में आया. बाद में क्या हुआ कि political instability की वजह से मुसलमान जो है वह उनका उस ज़माने में जो सरपरस्थी थी वह यही लोग किया करते थे.</w:t>
      </w:r>
    </w:p>
    <w:p>
      <w:r>
        <w:rPr>
          <w:b/>
        </w:rPr>
        <w:t xml:space="preserve">[1:05:49] </w:t>
      </w:r>
      <w:r>
        <w:t>Bhasha log, nawab log. To jab bahut sari jo hai bhashat khatam ho gayi. To yeh log jo the jo bade bade sahibda the. Spain mein yeh log bahut sare log the ismein. Europe chale gaye jaise Rajardom, Italy chala gaya, Shisli chala gaya. To aise bahut sare log bahar chale gaye aur wahan par unki bahut pazeerai hui. Ottoman empire ban chuki thi magar Ottoman empire ne in logon ki koi pazeerai nahi ki.</w:t>
      </w:r>
    </w:p>
    <w:p>
      <w:pPr>
        <w:jc w:val="right"/>
      </w:pPr>
      <w:r>
        <w:t>भाषा लोग, नवाब लोग. तो जब बहुत सारी जो है भाषात खत्म हो गई. तो यह लोग जो थे जो बड़े बड़े साहिबदा थे. Spain में यह लोग बहुत सारे लोग थे इसमें. Europe चले गए जैसे राजार्दोम, ataly चला गया, शिस्ली चला गया. तो ऐसे बहुत सारे लोग बाहर चले गए और वहां पर उनकी बहुत पीज़ीराई हुई. Ottoman empire वन चुकी थी मगर ottoman empire ने इन लोगों की कोई पिजीराई नहीं की.</w:t>
      </w:r>
    </w:p>
    <w:p>
      <w:r>
        <w:rPr>
          <w:b/>
        </w:rPr>
        <w:t xml:space="preserve">[1:06:17] </w:t>
      </w:r>
      <w:r>
        <w:t>To yeh log phir Europe Europe chale gaye. To isi baat ko Briefald ne apni kitab Making of Humanity mein likha hai ki but for the Arabs modern industrial civilization would never have arisen at all. To yeh jo hai jis sab tahid ki sari blessing thi jo itna bada ji. Inkhilab aaya duniya mein. Ji.</w:t>
      </w:r>
    </w:p>
    <w:p>
      <w:pPr>
        <w:jc w:val="right"/>
      </w:pPr>
      <w:r>
        <w:t>तो यह लोग फिर Europe वूरब चले गए. तो इसी बात को briefald ने अपनी किताब making of humanity में लिखा है कि but for the arabs modern industrial civilization would never have arisen at all. तो यह जो है जिस सब तहीद की सारी blessing थी जो इतना बड़ा जी. इनका लाभ आया दुनिया में. जी.</w:t>
      </w:r>
    </w:p>
    <w:p>
      <w:r>
        <w:rPr>
          <w:b/>
        </w:rPr>
        <w:t xml:space="preserve">[1:06:45] </w:t>
      </w:r>
      <w:r>
        <w:t>Jazak Allah Apa, you really enlightened us today with your wisdom on a very important subject, importance of education in Islam. If you want to know further or more details in-depth about this subject, you can also download Maulana Wahiduddin Khan Sahab's book, Islam Creator of Modern Age from the CPS website. We'll be back next Sunday, same time 10:30.</w:t>
      </w:r>
    </w:p>
    <w:p>
      <w:pPr>
        <w:jc w:val="right"/>
      </w:pPr>
      <w:r>
        <w:t>जज़्ज़ा कल्लाह आपा, you really enlightened us today with your wisdom on a very important subject, importance of education in Islam. If you want to know further or more details in-depth about this subject, you can also download मुलाना वैदुद्दीन खान साहब's book, Islam Creator of Modern Age from the CPS website. We'll be back next Sunday, same time 10:30.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