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December 3, 2006</w:t>
      </w:r>
    </w:p>
    <w:p>
      <w:r>
        <w:t>https://youtu.be/m3JXYXORP5w</w:t>
      </w:r>
    </w:p>
    <w:p>
      <w:r>
        <w:rPr>
          <w:b/>
        </w:rPr>
        <w:t xml:space="preserve">[00:34] </w:t>
      </w:r>
      <w:r>
        <w:t>aaj ka jo topic hai woh hai "From the Spiritual Tree". is se pehle maine aap ko yeh baat batai hai ke mere ghar mein ek darakht hai jis ke neeche main baithta rehta hoon aksar, aur sari zindagi mujhe dilchaspi rahi hai darakht se.</w:t>
      </w:r>
    </w:p>
    <w:p>
      <w:pPr>
        <w:jc w:val="right"/>
      </w:pPr>
      <w:r>
        <w:t>آج کا جو ٹاپکہے وہہے "فرامدااسپیریچولٹری". اسسےپہلے میںنےآپکو یہباتبتائیہے کہ میرےگھرمیں ایک درخت ہے جس کےنیچےمیں بیٹھارہتاہوں اکثر ، اورساریزندگی مجھےدل چسپیرہیہےدرختسے ۔</w:t>
      </w:r>
    </w:p>
    <w:p>
      <w:r>
        <w:rPr>
          <w:b/>
        </w:rPr>
        <w:t xml:space="preserve">[01:02] </w:t>
      </w:r>
      <w:r>
        <w:t>darakht ke neeche baithna mera zindagi bhar ka mamool raha hai. to yahan bhi main ek darakht ke neeche aksar baithta hoon, to wahan mujhe koi inspiration milta hai, is liye main in baaton ko "From the Spiritual Tree" kehta hoon.</w:t>
      </w:r>
    </w:p>
    <w:p>
      <w:pPr>
        <w:jc w:val="right"/>
      </w:pPr>
      <w:r>
        <w:t>درخت کےنیچےبیٹھنا میرا زندگی بھرکا معمولرہاہے۔ تو یہاں بھیمیں ایک درختکےنیچےاکثربیٹھتاہوں، تو وہاںپرمجھےکوئیانسپیریشنملتاہے، اسلیےمیں انباتوںکو "فرامدا اسپیریچولٹری"کہتاہوں۔</w:t>
      </w:r>
    </w:p>
    <w:p>
      <w:r>
        <w:rPr>
          <w:b/>
        </w:rPr>
        <w:t xml:space="preserve">[01:26] </w:t>
      </w:r>
      <w:r>
        <w:t>to aaj ka topic jo hai mere zehn mein clear nahi tha ke mujhe kya kehna chahiye. to aaj hi subah ko aisa hua ke wahan par achanak mere mind mein ek word aaya,</w:t>
      </w:r>
    </w:p>
    <w:p>
      <w:pPr>
        <w:jc w:val="right"/>
      </w:pPr>
      <w:r>
        <w:t>تو آجکا ٹاپکجوہے میرےذہنمیںکلیئرنہیںتھا کہمجھےکیا کہناچاہیے۔ توآج ہیصبحکو ایساہوا کہوہاںپر اچانک میرے مائنڈمیں ایک ورڈآیا،</w:t>
      </w:r>
    </w:p>
    <w:p>
      <w:r>
        <w:rPr>
          <w:b/>
        </w:rPr>
        <w:t xml:space="preserve">[01:42] </w:t>
      </w:r>
      <w:r>
        <w:t>bilkul achanak, woh tha "</w:t>
      </w:r>
    </w:p>
    <w:p>
      <w:pPr>
        <w:jc w:val="right"/>
      </w:pPr>
      <w:r>
        <w:t>بالکلاچانک، وہتھا"</w:t>
      </w:r>
    </w:p>
    <w:p>
      <w:r>
        <w:rPr>
          <w:b/>
        </w:rPr>
        <w:t xml:space="preserve">[01:48] </w:t>
      </w:r>
      <w:r>
        <w:t>False Sense of Priority".</w:t>
      </w:r>
    </w:p>
    <w:p>
      <w:pPr>
        <w:jc w:val="right"/>
      </w:pPr>
      <w:r>
        <w:t>فالس سینس آف پرائر ٹی".</w:t>
      </w:r>
    </w:p>
    <w:p>
      <w:r>
        <w:rPr>
          <w:b/>
        </w:rPr>
        <w:t xml:space="preserve">[01:54] </w:t>
      </w:r>
      <w:r>
        <w:t>False Sense of Priority. is par maine socha to laga ke yeh to poori history par ek tabsarah hai.</w:t>
      </w:r>
    </w:p>
    <w:p>
      <w:pPr>
        <w:jc w:val="right"/>
      </w:pPr>
      <w:r>
        <w:t>فالس سینسآف پرائرٹی۔ اسپر میںنےسوچاتولگاکہیہتوپوریہسٹریپہایکتبصرہہے۔</w:t>
      </w:r>
    </w:p>
    <w:p>
      <w:r>
        <w:rPr>
          <w:b/>
        </w:rPr>
        <w:t xml:space="preserve">[02:03] </w:t>
      </w:r>
      <w:r>
        <w:t>poori poori history mein insaan isi mein phans raha hai, False Sense of Priority.</w:t>
      </w:r>
    </w:p>
    <w:p>
      <w:pPr>
        <w:jc w:val="right"/>
      </w:pPr>
      <w:r>
        <w:t>پوریپوریہسٹری میںانسان اسیمیںپھنسارہاہے، فالس سینسآف پرائر ٹی۔</w:t>
      </w:r>
    </w:p>
    <w:p>
      <w:r>
        <w:rPr>
          <w:b/>
        </w:rPr>
        <w:t xml:space="preserve">[02:13] </w:t>
      </w:r>
      <w:r>
        <w:t>yani jis kaam ko pehle karna chahiye tha, us ko chhod kar kisi aur kaam mein lag gaye woh. False Sense of Priority.</w:t>
      </w:r>
    </w:p>
    <w:p>
      <w:pPr>
        <w:jc w:val="right"/>
      </w:pPr>
      <w:r>
        <w:t>یعنی جس کام کو پہلے کرناچاہیےتھا ،اسکو چھوڑکر کسی اور کام میںلگگئےوہ۔ فالسسینسآف پرائرٹی۔</w:t>
      </w:r>
    </w:p>
    <w:p>
      <w:r>
        <w:rPr>
          <w:b/>
        </w:rPr>
        <w:t xml:space="preserve">[02:25] </w:t>
      </w:r>
      <w:r>
        <w:t>yeh poori historic ma'amla hai. misaal ke taur par Plato jo tha, us ne kahan se shuru kiya?</w:t>
      </w:r>
    </w:p>
    <w:p>
      <w:pPr>
        <w:jc w:val="right"/>
      </w:pPr>
      <w:r>
        <w:t>یہپوری ہسٹریکامعاملہہے۔ مثلاًپلیٹوجوتھا، اسنے کہاںسے شروع کیا ؟</w:t>
      </w:r>
    </w:p>
    <w:p>
      <w:r>
        <w:rPr>
          <w:b/>
        </w:rPr>
        <w:t xml:space="preserve">[02:33] </w:t>
      </w:r>
      <w:r>
        <w:t>ek philosopher king banane se. woh samajhta tha ke philosopher king banana, "here the starting point". lekin aap jante hain ke Plato jo hai, frustration mein mara.</w:t>
      </w:r>
    </w:p>
    <w:p>
      <w:pPr>
        <w:jc w:val="right"/>
      </w:pPr>
      <w:r>
        <w:t>ایک فلاسفرکنگبنانےسے ۔ وہسمجھتاتھاکہ فلاسفرکنگ بن انا، "ہیردا سٹارٹنگپوائنٹ" ۔لیکن آپجانتےہیںکہ پلیٹوجوہے، فرسٹریشنمیںمرا۔</w:t>
      </w:r>
    </w:p>
    <w:p>
      <w:r>
        <w:rPr>
          <w:b/>
        </w:rPr>
        <w:t xml:space="preserve">[02:50] </w:t>
      </w:r>
      <w:r>
        <w:t>uska jo plan tha, woh kuch bhi, kuch bhi realize na ho saka. is ka matlab hai ke starting point hi galat tha uska.</w:t>
      </w:r>
    </w:p>
    <w:p>
      <w:pPr>
        <w:jc w:val="right"/>
      </w:pPr>
      <w:r>
        <w:t>اسکاجو پلانتھا،وہکچھبھی ،کچھبھی ریلائزنہہوسکا۔ اسکامطلبہےکہ سٹارٹنگپوائنٹہیغلطتھااسکا ۔</w:t>
      </w:r>
    </w:p>
    <w:p>
      <w:r>
        <w:rPr>
          <w:b/>
        </w:rPr>
        <w:t xml:space="preserve">[03:03] </w:t>
      </w:r>
      <w:r>
        <w:t>aise hi aap dekhiye, carl marx ne starting point yeh banaya ke logon se property chheen lo, inko state ke control mein de do .</w:t>
      </w:r>
    </w:p>
    <w:p>
      <w:pPr>
        <w:jc w:val="right"/>
      </w:pPr>
      <w:r>
        <w:t>ایسےہیآپدیکھیے، کارلمارکس نے سٹارٹنگپوائنٹیہبنایا کہ لوگوںسے پراپرٹیچھینلو، انکو اسٹیٹکےکنٹرولمیںدےدو ۔</w:t>
      </w:r>
    </w:p>
    <w:p>
      <w:r>
        <w:rPr>
          <w:b/>
        </w:rPr>
        <w:t xml:space="preserve">[03:19] </w:t>
      </w:r>
      <w:r>
        <w:t>lekin kya hua ? 75 saal tak yeh tajurba kiya gaya, 25 million insaan maar daale gaye, aur no result.</w:t>
      </w:r>
    </w:p>
    <w:p>
      <w:pPr>
        <w:jc w:val="right"/>
      </w:pPr>
      <w:r>
        <w:t>لیکن کیا ہوا ؟ 7 5 سال تک یہتجربہکیاگیا، 2 5 مل ینانسان مارڈالےگئے، اور نورزلٹ۔</w:t>
      </w:r>
    </w:p>
    <w:p>
      <w:r>
        <w:rPr>
          <w:b/>
        </w:rPr>
        <w:t xml:space="preserve">[03:32] </w:t>
      </w:r>
      <w:r>
        <w:t>is maani hi yahan bhi wahi baat hai ke isne jis cheez ko priority di, woh sahi nahi thi. woh false priority thi.</w:t>
      </w:r>
    </w:p>
    <w:p>
      <w:pPr>
        <w:jc w:val="right"/>
      </w:pPr>
      <w:r>
        <w:t>اسمعنیکہیہاںبھی وہیباتہے کہاسنے جسچیزکو پرائرٹیدی، وہ صحیحنہیںتھی۔ وہ فالسپرائرٹیتھی۔</w:t>
      </w:r>
    </w:p>
    <w:p>
      <w:r>
        <w:rPr>
          <w:b/>
        </w:rPr>
        <w:t xml:space="preserve">[03:46] </w:t>
      </w:r>
      <w:r>
        <w:t>hamare apne desh mein dekhiye, hamare leaders ne yeh samjha ke british rule ko khatm karo toh bas yahan ganga aur jamna mein sona chandi behne lagega.</w:t>
      </w:r>
    </w:p>
    <w:p>
      <w:pPr>
        <w:jc w:val="right"/>
      </w:pPr>
      <w:r>
        <w:t>ہمارے اپنے دیشمیں دیکھیے، ہمارےلیڈروںنے یہسمجھاکہ برٹشرولکوختمکرو توبسیہاں گنگااورجم نامیں سوناچاندیبہنےلگےگا۔</w:t>
      </w:r>
    </w:p>
    <w:p>
      <w:r>
        <w:rPr>
          <w:b/>
        </w:rPr>
        <w:t xml:space="preserve">[03:59] </w:t>
      </w:r>
      <w:r>
        <w:t>yeh hua , lekin nateeja kuch nahi .</w:t>
      </w:r>
    </w:p>
    <w:p>
      <w:pPr>
        <w:jc w:val="right"/>
      </w:pPr>
      <w:r>
        <w:t>یہ ہوا ،لیکن نتیجہکچھنہیں ۔</w:t>
      </w:r>
    </w:p>
    <w:p>
      <w:r>
        <w:rPr>
          <w:b/>
        </w:rPr>
        <w:t xml:space="preserve">[04:03] </w:t>
      </w:r>
      <w:r>
        <w:t>toh yahan bhi dekhiye, wohi kaam kar raha hai, false priority ko apni priority banana. main samajhta hoon ke poori zindagi mein sabse important part yeh hai ke aap yeh jaanein ke "from where to begin".</w:t>
      </w:r>
    </w:p>
    <w:p>
      <w:pPr>
        <w:jc w:val="right"/>
      </w:pPr>
      <w:r>
        <w:t>تویہاں بھیدیکھیے، وہیکام کررہاہے، فالس پرائرٹیکو اپنی پرائرٹیبن انا۔ میں سمجھتاہوںکہپوریزندگی میںسبسےامپورٹنٹپارٹیہہے کہآپ یہ جان یں کہ "فرامویئرٹوبیگن"۔</w:t>
      </w:r>
    </w:p>
    <w:p>
      <w:r>
        <w:rPr>
          <w:b/>
        </w:rPr>
        <w:t xml:space="preserve">[04:24] </w:t>
      </w:r>
      <w:r>
        <w:t>bahut arsa hua, main ek safar mein tha arab mein, ek sheikh ne yeh baat kahi thi ke sabse bahut padha likha aadmi tha woh, ke sabse pehla sawal toh yeh hai ke "min ayna nabda" kahan se shuru karein?</w:t>
      </w:r>
    </w:p>
    <w:p>
      <w:pPr>
        <w:jc w:val="right"/>
      </w:pPr>
      <w:r>
        <w:t>بہت عرصہہوا،میں ایک سفرمیںتھا عربمیں، ایک شیخنےیہباتکہیتھی کہ سبسے بہت پڑھالکھاآدمیتھاوہ ،کہسبسےپہلاسوال تویہہے کہ "من این ڈنبدا" کہاںسےشروع کریں؟</w:t>
      </w:r>
    </w:p>
    <w:p>
      <w:r>
        <w:rPr>
          <w:b/>
        </w:rPr>
        <w:t xml:space="preserve">[04:42] </w:t>
      </w:r>
      <w:r>
        <w:t>toh "from where to begin" sabse pehla masla hota hai.</w:t>
      </w:r>
    </w:p>
    <w:p>
      <w:pPr>
        <w:jc w:val="right"/>
      </w:pPr>
      <w:r>
        <w:t>تو "فرامویئرٹوبیگن" سبسےپہلامسئلہہوتاہے۔</w:t>
      </w:r>
    </w:p>
    <w:p>
      <w:r>
        <w:rPr>
          <w:b/>
        </w:rPr>
        <w:t xml:space="preserve">[04:49] </w:t>
      </w:r>
      <w:r>
        <w:t>aur main samajhta hoon ke poori history mein insaan isko na jaan saka ke priority kis cheez ko deni hai.</w:t>
      </w:r>
    </w:p>
    <w:p>
      <w:pPr>
        <w:jc w:val="right"/>
      </w:pPr>
      <w:r>
        <w:t>اورمیںسمجھتاہوںکہپوریہسٹریمیںانسان اسکونہجان سکا کہ پرائرٹیکسچیزکودیناہے۔</w:t>
      </w:r>
    </w:p>
    <w:p>
      <w:r>
        <w:rPr>
          <w:b/>
        </w:rPr>
        <w:t xml:space="preserve">[04:58] </w:t>
      </w:r>
      <w:r>
        <w:t>toh yeh jo mere mind mein aaya, main samajhta hoon ke poori history par ek, ek poori history ke baare mein ek comment tha yeh, false sense of priority.</w:t>
      </w:r>
    </w:p>
    <w:p>
      <w:pPr>
        <w:jc w:val="right"/>
      </w:pPr>
      <w:r>
        <w:t>تویہجومیرےمائنڈمیںآیا،میںسمجھتاہوںکہ پوریہسٹریپر ایک، ایک پوریہسٹریکےبارےمیں ایک کمنٹتھا یہ، فالس سینسآف پرائر ٹی۔</w:t>
      </w:r>
    </w:p>
    <w:p>
      <w:r>
        <w:rPr>
          <w:b/>
        </w:rPr>
        <w:t xml:space="preserve">[05:15] </w:t>
      </w:r>
      <w:r>
        <w:t>toh</w:t>
      </w:r>
    </w:p>
    <w:p>
      <w:pPr>
        <w:jc w:val="right"/>
      </w:pPr>
      <w:r>
        <w:t>تو</w:t>
      </w:r>
    </w:p>
    <w:p>
      <w:r>
        <w:rPr>
          <w:b/>
        </w:rPr>
        <w:t xml:space="preserve">[05:18] </w:t>
      </w:r>
      <w:r>
        <w:t>main samajhta hoon ke profit jo aaye, wahi hi batane ke liye aaye ke priority hum kis cheez ko dein?</w:t>
      </w:r>
    </w:p>
    <w:p>
      <w:pPr>
        <w:jc w:val="right"/>
      </w:pPr>
      <w:r>
        <w:t>میںسمجھتاہوںکہپرافٹجوآئے، وہیہیبتانےکےلیےآئےکہ پرائرٹیہمکسچیزکو دیں؟</w:t>
      </w:r>
    </w:p>
    <w:p>
      <w:r>
        <w:rPr>
          <w:b/>
        </w:rPr>
        <w:t xml:space="preserve">[05:28] </w:t>
      </w:r>
      <w:r>
        <w:t>"from where to begin" ka jawab dene ke liye saare profit aaye. yaani ek andaaz se hum yeh baat keh sakte hain.</w:t>
      </w:r>
    </w:p>
    <w:p>
      <w:pPr>
        <w:jc w:val="right"/>
      </w:pPr>
      <w:r>
        <w:t>"فرامویئرٹوبیگن"کا جوابدینےکےلیے سارےپرافٹآئے۔ یعنیایکاندازسےہمیہباتکہہسکتےہیں۔</w:t>
      </w:r>
    </w:p>
    <w:p>
      <w:r>
        <w:rPr>
          <w:b/>
        </w:rPr>
        <w:t xml:space="preserve">[05:38] </w:t>
      </w:r>
      <w:r>
        <w:t>ab dekhiye ke akbar islam sallallahu alaihi wasallam paida hue makkah mein, aur 610 AD mein aap ko khuda ki taraf se revelation aaya, aur aap ne apna mission shuru kiya.</w:t>
      </w:r>
    </w:p>
    <w:p>
      <w:pPr>
        <w:jc w:val="right"/>
      </w:pPr>
      <w:r>
        <w:t>ابدیکھیےکہ اکبر اسلام صلیاللہعلیہوسلمپیدا ہوئے مکہمیں، اور 6 10 اےڈیمیں آپ کو خداکیطرفسے ریولیشنآیا، اور آپ نےاپنا مشنشروع کیا۔</w:t>
      </w:r>
    </w:p>
    <w:p>
      <w:r>
        <w:rPr>
          <w:b/>
        </w:rPr>
        <w:t xml:space="preserve">[05:58] </w:t>
      </w:r>
      <w:r>
        <w:t>aap ne jab mission shuru kiya toh kya kiya aap ne?</w:t>
      </w:r>
    </w:p>
    <w:p>
      <w:pPr>
        <w:jc w:val="right"/>
      </w:pPr>
      <w:r>
        <w:t>آپ نےجبمشنشروعکیاتوکیا کیاآپنے ؟</w:t>
      </w:r>
    </w:p>
    <w:p>
      <w:r>
        <w:rPr>
          <w:b/>
        </w:rPr>
        <w:t xml:space="preserve">[06:01] </w:t>
      </w:r>
      <w:r>
        <w:t>yeh bahut zyada sochne ki baat hai. bahut zyada sochne ki baat hai. makkah mein, makkah ek town tha us zamane mein,</w:t>
      </w:r>
    </w:p>
    <w:p>
      <w:pPr>
        <w:jc w:val="right"/>
      </w:pPr>
      <w:r>
        <w:t>یہبہت زیادہ سوچنےکیباتہے۔ بہتزیادہ سوچنےکیباتہے۔ مکہمیں، مکہ ایکٹاؤنتھااسزمانےمیں،</w:t>
      </w:r>
    </w:p>
    <w:p>
      <w:r>
        <w:rPr>
          <w:b/>
        </w:rPr>
        <w:t xml:space="preserve">[06:15] </w:t>
      </w:r>
      <w:r>
        <w:t>aajkal toh bahut bada shehar hai. toh makkah ke town ke bahar ek rock thi, yaani mountain nahi balkeh rock.</w:t>
      </w:r>
    </w:p>
    <w:p>
      <w:pPr>
        <w:jc w:val="right"/>
      </w:pPr>
      <w:r>
        <w:t>آجکل توبہت بڑا شہر ہے۔ تو مک ہکےٹاؤنکےباہر ایک راکتھی، یعنیماؤنٹیننہیںبلکہراک۔</w:t>
      </w:r>
    </w:p>
    <w:p>
      <w:r>
        <w:rPr>
          <w:b/>
        </w:rPr>
        <w:t xml:space="preserve">[06:29] </w:t>
      </w:r>
      <w:r>
        <w:t>toh iska naam tha safa. esa e efa. toh wahan par esa tareeqa tha ke isko log stage ke taur par use karte the.</w:t>
      </w:r>
    </w:p>
    <w:p>
      <w:pPr>
        <w:jc w:val="right"/>
      </w:pPr>
      <w:r>
        <w:t>تو اسکانامتھا صفا۔ ایساے ایفاے۔ تووہاںپرایساطریقہتھا کہاسکولوگ اسٹیجکےطورپر یوزکرتے تھے۔</w:t>
      </w:r>
    </w:p>
    <w:p>
      <w:r>
        <w:rPr>
          <w:b/>
        </w:rPr>
        <w:t xml:space="preserve">[06:43] </w:t>
      </w:r>
      <w:r>
        <w:t>aajkal aap jaante hain ke manch banaye jaate hain, public meeting ki jaati hai toh usmein manch bante hain.</w:t>
      </w:r>
    </w:p>
    <w:p>
      <w:pPr>
        <w:jc w:val="right"/>
      </w:pPr>
      <w:r>
        <w:t>آجکلآپجانتےہیںکہ منچبنائےجاتےہیں، پبلک میٹنگکیجاتیہےتواسمیںمنچبنتےہیں۔</w:t>
      </w:r>
    </w:p>
    <w:p>
      <w:r>
        <w:rPr>
          <w:b/>
        </w:rPr>
        <w:t xml:space="preserve">[06:52] </w:t>
      </w:r>
      <w:r>
        <w:t>manch par log khade ho kar bolte hain. toh woh gaya ke is zamane ka makkah walon ka manch tha. koi bahut important address dena hota toh aadmi wahan khada hota.</w:t>
      </w:r>
    </w:p>
    <w:p>
      <w:pPr>
        <w:jc w:val="right"/>
      </w:pPr>
      <w:r>
        <w:t>منچپر لوگکھڑےہوکربولتےہیں۔ تو وہ گیا کہ اس زمان ےکا مکہوالوںکا منچتھا۔ کوئیبہت امپورٹنٹ ایڈریس دیناہوتا توآدمیوہاںکھڑاہوتا۔</w:t>
      </w:r>
    </w:p>
    <w:p>
      <w:r>
        <w:rPr>
          <w:b/>
        </w:rPr>
        <w:t xml:space="preserve">[07:08] </w:t>
      </w:r>
      <w:r>
        <w:t>toh tareeqa kya tha woh</w:t>
      </w:r>
    </w:p>
    <w:p>
      <w:pPr>
        <w:jc w:val="right"/>
      </w:pPr>
      <w:r>
        <w:t>تو طریقہکیا تھاوہ</w:t>
      </w:r>
    </w:p>
    <w:p>
      <w:r>
        <w:rPr>
          <w:b/>
        </w:rPr>
        <w:t xml:space="preserve">[07:12] </w:t>
      </w:r>
      <w:r>
        <w:t>wahan par? yeh bhi janne ki baat hai ke in logon ka tareeqa yeh tha, aam taur par sabse badi news wahan hoti thi ke koi tribe jo hai woh attack karne wala hai hamare upar .</w:t>
      </w:r>
    </w:p>
    <w:p>
      <w:pPr>
        <w:jc w:val="right"/>
      </w:pPr>
      <w:r>
        <w:t>اںپر ؟یہبھی جان نےکیباتہے کہ انلوگوںکاطریقہیہتھا، عام طورپر سبسےبڑینیوزوہاںہوتیتھیکہکوئی ٹرائبجوہے وہ اٹیککرنےوالاہےہمارےاوپر ۔</w:t>
      </w:r>
    </w:p>
    <w:p>
      <w:r>
        <w:rPr>
          <w:b/>
        </w:rPr>
        <w:t xml:space="preserve">[07:27] </w:t>
      </w:r>
      <w:r>
        <w:t>isko news dena. kyunke wahan aap jaante hain ke woh tribal zamana tha. har tribe ka apna alag alag ek, ek tareeqa tha.</w:t>
      </w:r>
    </w:p>
    <w:p>
      <w:pPr>
        <w:jc w:val="right"/>
      </w:pPr>
      <w:r>
        <w:t>اسکینیوزدینا۔ کیونکہوہاںآپجانتےہیںکہ وہ ٹرائبل زمان ہتھا۔ ہرٹرائبکااپناالگالگ ایک ،ایکطریقہتھا۔</w:t>
      </w:r>
    </w:p>
    <w:p>
      <w:r>
        <w:rPr>
          <w:b/>
        </w:rPr>
        <w:t xml:space="preserve">[07:40] </w:t>
      </w:r>
      <w:r>
        <w:t>poore arab ke liye koi ek state nahi thi, koi ek government nahi thi. toh har tribe ko doosre tribe se hamesha darr rehta tha ke kab kaun attack kare.</w:t>
      </w:r>
    </w:p>
    <w:p>
      <w:pPr>
        <w:jc w:val="right"/>
      </w:pPr>
      <w:r>
        <w:t>پورےعرب کےلیے کوئی ایک اسٹیٹنہیںتھی،کوئیایکگورنمنٹنہیںتھی۔ تو ہر ٹرائبکودوسرےٹرائبسےہمیشہ ڈربنارہتاتھا کہکبکون اٹیککردے۔</w:t>
      </w:r>
    </w:p>
    <w:p>
      <w:r>
        <w:rPr>
          <w:b/>
        </w:rPr>
        <w:t xml:space="preserve">[07:55] </w:t>
      </w:r>
      <w:r>
        <w:t>toh wahan par yeh tareeqa tha ke ek aadmi suppose woh kahin gaya hai bahar, ab wahan pata chalta hai usko ke ek tribe waley makkah par attack karne wale hain.</w:t>
      </w:r>
    </w:p>
    <w:p>
      <w:pPr>
        <w:jc w:val="right"/>
      </w:pPr>
      <w:r>
        <w:t>تووہاںپریہطریقہتھا کہایکآدمی سپوزوہ کہیںگیا ہے باہر ،ابوہاںپتہچلتاہےاسکو کہایک ٹرائبوالے مکہپر اٹیککرنےوالے ہیں۔</w:t>
      </w:r>
    </w:p>
    <w:p>
      <w:r>
        <w:rPr>
          <w:b/>
        </w:rPr>
        <w:t xml:space="preserve">[08:10] </w:t>
      </w:r>
      <w:r>
        <w:t>yeh wahan ka aam zindagi ka tareeqa tha yeh. to kyonke tribalariyan bohat hua karti theen us zamane mein. kahin bhi har zamane mein jahan per tribal age mein tha insaan, to tribalari bohat hua karti thi.</w:t>
      </w:r>
    </w:p>
    <w:p>
      <w:pPr>
        <w:jc w:val="right"/>
      </w:pPr>
      <w:r>
        <w:t>یہوہاںکا عام زندگی کاطریقہتھایہ ۔ تو کیونکہرائولریاںبہت ہواکرتیتھیںاسزمانےمیں۔ کہیںبھیہرزمان ےمیںجہاںپر ٹرائبل ایجمیں تھا انسان ،تورائولریبہتہوا کرتیتھی۔</w:t>
      </w:r>
    </w:p>
    <w:p>
      <w:r>
        <w:rPr>
          <w:b/>
        </w:rPr>
        <w:t xml:space="preserve">[08:28] </w:t>
      </w:r>
      <w:r>
        <w:t>to is mein yeh tha ke agar koi aadmi kahin dekhta hai ke ek army aa rahi hai, ek tribal fouj aa rahi hai Makkah per attack karne ke liye, to daur kar aata tha aur Safa per charh jata tha.</w:t>
      </w:r>
    </w:p>
    <w:p>
      <w:pPr>
        <w:jc w:val="right"/>
      </w:pPr>
      <w:r>
        <w:t>تواسمیںیہتھاکہاگر کوئیآدمی کہیںدیکھتاہے کہ ایک آرمیآرہیہے، ایک ٹرائبل فوجآرہیہے مکہپراٹیککرنےکےلیے، تو دوڑکرواتاتھا اور صفاپرچڑھجاتا تھا۔</w:t>
      </w:r>
    </w:p>
    <w:p>
      <w:r>
        <w:rPr>
          <w:b/>
        </w:rPr>
        <w:t xml:space="preserve">[08:47] </w:t>
      </w:r>
      <w:r>
        <w:t>aur unka tareeqa aisa ke apne kapde ko phar deta tha. kapde ko phar kar ke chalta tha woh,</w:t>
      </w:r>
    </w:p>
    <w:p>
      <w:pPr>
        <w:jc w:val="right"/>
      </w:pPr>
      <w:r>
        <w:t>اور انکا طریقہایسا کہاپنے کپڑےکوپھاڑدیتاتھا۔ کپڑےکوپھاڑکرکے چلاتاتھاوہ،</w:t>
      </w:r>
    </w:p>
    <w:p>
      <w:r>
        <w:rPr>
          <w:b/>
        </w:rPr>
        <w:t xml:space="preserve">[08:55] </w:t>
      </w:r>
      <w:r>
        <w:t>"inna anzeerul aryan". inna anzeerul aryan. aryan ka matlab hota hai nanga. aur anzeer ke maani hain warning dene wala.</w:t>
      </w:r>
    </w:p>
    <w:p>
      <w:pPr>
        <w:jc w:val="right"/>
      </w:pPr>
      <w:r>
        <w:t>"ان ما ان انظیرالعریان"۔ انانظیرالعریان۔ عریانکامعنیہوتاہےننگا۔ اورنظیرکےمعنیہیںوارننگدینےوالا۔</w:t>
      </w:r>
    </w:p>
    <w:p>
      <w:r>
        <w:rPr>
          <w:b/>
        </w:rPr>
        <w:t xml:space="preserve">[09:07] </w:t>
      </w:r>
      <w:r>
        <w:t>mein tum ko nanga ho kar warning de raha hoon. kapda phar deta tha aur chalta tha ke mein tum ko nanga ho kar warning de raha hoon. to nanga hona is baat ki ek pehchan thi ke koi bohat bara,</w:t>
      </w:r>
    </w:p>
    <w:p>
      <w:pPr>
        <w:jc w:val="right"/>
      </w:pPr>
      <w:r>
        <w:t>میںتمکو ننگاہوکروارننگدےرہاہوں۔ کپڑاپھاڑدیتاتھا اورچلاتاتھاکہمیںتم کو ننگاہوکر وارننگدےرہاہوں۔تو ننگاہونااسبات کی ایکپہچانتھی کہ کوئیبہتبڑا،</w:t>
      </w:r>
    </w:p>
    <w:p>
      <w:r>
        <w:rPr>
          <w:b/>
        </w:rPr>
        <w:t xml:space="preserve">[09:20] </w:t>
      </w:r>
      <w:r>
        <w:t>bari news hai is ke paas.</w:t>
      </w:r>
    </w:p>
    <w:p>
      <w:pPr>
        <w:jc w:val="right"/>
      </w:pPr>
      <w:r>
        <w:t>بڑی نیوزہےاسکےپاس ۔</w:t>
      </w:r>
    </w:p>
    <w:p>
      <w:r>
        <w:rPr>
          <w:b/>
        </w:rPr>
        <w:t xml:space="preserve">[09:25] </w:t>
      </w:r>
      <w:r>
        <w:t>to Rasool Allah (SAW) ne is ko istemal kiya. to aap ne kapde to nahi phare, baqi style wohi istemal kiya aap ne.</w:t>
      </w:r>
    </w:p>
    <w:p>
      <w:pPr>
        <w:jc w:val="right"/>
      </w:pPr>
      <w:r>
        <w:t>تو رسولاللہصلیاللہعلیہوسلمنےاسکواستعمال کیا۔ توآپنے کپڑےتونہیںپھاڑے، باقی اسٹائلوہی استعمال کیا آپنے۔</w:t>
      </w:r>
    </w:p>
    <w:p>
      <w:r>
        <w:rPr>
          <w:b/>
        </w:rPr>
        <w:t xml:space="preserve">[09:37] </w:t>
      </w:r>
      <w:r>
        <w:t>method.</w:t>
      </w:r>
    </w:p>
    <w:p>
      <w:pPr>
        <w:jc w:val="right"/>
      </w:pPr>
      <w:r>
        <w:t>میتھڈ۔</w:t>
      </w:r>
    </w:p>
    <w:p>
      <w:r>
        <w:rPr>
          <w:b/>
        </w:rPr>
        <w:t xml:space="preserve">[09:38] </w:t>
      </w:r>
      <w:r>
        <w:t>to aap Safa per charh gaye aur wahan per yeh awaaz di aap ne, "inna anzeerul aryan". kapde phare baghair. jaise aap koi kisi ko bulayein, kuch logon ko, kuch leaders ki meeting mein.</w:t>
      </w:r>
    </w:p>
    <w:p>
      <w:pPr>
        <w:jc w:val="right"/>
      </w:pPr>
      <w:r>
        <w:t>تو آپ صفاپرچڑھگئے اوروہاںپریہآوازدی آپنے،"اننظ یر العریان"۔ کپڑاپھاڑےبغیر۔جیسےآپ کوئی کسی کوبل ائیں، کچھلوگوںکو ،کوئیلیڈروںکیمیٹنگمیں۔</w:t>
      </w:r>
    </w:p>
    <w:p>
      <w:r>
        <w:rPr>
          <w:b/>
        </w:rPr>
        <w:t xml:space="preserve">[09:52] </w:t>
      </w:r>
      <w:r>
        <w:t>abhi yahan riwaj hai sharab serve karne ka, to aap saare item mein rakhein, rakhein lekin sharab is mein na rakhein. to isi tareeqe se aap ne kaha is ko Islamize kiya.</w:t>
      </w:r>
    </w:p>
    <w:p>
      <w:pPr>
        <w:jc w:val="right"/>
      </w:pPr>
      <w:r>
        <w:t>ابیہاںرواجہے شراب سروکرنےکا، توآپ سارےآئٹممیںرکھیں،رکھیںلیکن شراباسمیںنہرکھیں۔ تو اسیطریقےسےآپنےکہااسکواسلام ائزکیا۔</w:t>
      </w:r>
    </w:p>
    <w:p>
      <w:r>
        <w:rPr>
          <w:b/>
        </w:rPr>
        <w:t xml:space="preserve">[10:06] </w:t>
      </w:r>
      <w:r>
        <w:t>wo jo tareeqa tha is mein Islamize kiya aap ne. yaani yeh item nikal diya aap ne nanga hone wala. baqi aap ne wohi ikhtiyar farmaya.</w:t>
      </w:r>
    </w:p>
    <w:p>
      <w:pPr>
        <w:jc w:val="right"/>
      </w:pPr>
      <w:r>
        <w:t>وہجوطریقہتھااس میں اسلام ائزکیاآپنے۔یعنییہآئٹمنکالدیا آپنےننگاہونےوالا۔ باقیآپنےوہی اختیارفرمایا۔</w:t>
      </w:r>
    </w:p>
    <w:p>
      <w:r>
        <w:rPr>
          <w:b/>
        </w:rPr>
        <w:t xml:space="preserve">[10:16] </w:t>
      </w:r>
      <w:r>
        <w:t>to aap is per charhe aur kahe ke "inna anzeerul aryan". inna anzeerul aryan. to goya ke is awaaz ka matlab yeh tha ke mere paas koi bohat bari news hai.</w:t>
      </w:r>
    </w:p>
    <w:p>
      <w:pPr>
        <w:jc w:val="right"/>
      </w:pPr>
      <w:r>
        <w:t>تو آپ اسپرچڑھے اور کہاکہ"ان نظیرالعریان"۔ ان نظیر العریان۔ تو گویاکہ اس آوازکامطلبیہتھاکہمیرےپاسکوئیبہتبڑینیوزہے۔</w:t>
      </w:r>
    </w:p>
    <w:p>
      <w:r>
        <w:rPr>
          <w:b/>
        </w:rPr>
        <w:t xml:space="preserve">[10:31] </w:t>
      </w:r>
      <w:r>
        <w:t>daudo logo, daudo.</w:t>
      </w:r>
    </w:p>
    <w:p>
      <w:pPr>
        <w:jc w:val="right"/>
      </w:pPr>
      <w:r>
        <w:t>دوڑوسبلوگ،دوڑو۔</w:t>
      </w:r>
    </w:p>
    <w:p>
      <w:r>
        <w:rPr>
          <w:b/>
        </w:rPr>
        <w:t xml:space="preserve">[10:34] </w:t>
      </w:r>
      <w:r>
        <w:t>to log ikhatta hue Safa ke kinare. to aap ne jo address kiya, bohat hi yaani thore shabdon mein tha woh, koi lambi speech nahi thi.</w:t>
      </w:r>
    </w:p>
    <w:p>
      <w:pPr>
        <w:jc w:val="right"/>
      </w:pPr>
      <w:r>
        <w:t>تو لوگ اکٹھاہوئے صفاکےکنارے۔ تو آپ نےجو ایڈریسکیا، بہت ہی یعنی تھوڑےशब्दوںمیںتھاوہ،کوئیلمبیاسپیچنہیںتھی۔</w:t>
      </w:r>
    </w:p>
    <w:p>
      <w:r>
        <w:rPr>
          <w:b/>
        </w:rPr>
        <w:t xml:space="preserve">[10:49] </w:t>
      </w:r>
      <w:r>
        <w:t>aap ne farmaya apni speech mein ke "Wallah latamutuna</w:t>
      </w:r>
    </w:p>
    <w:p>
      <w:pPr>
        <w:jc w:val="right"/>
      </w:pPr>
      <w:r>
        <w:t>آپنے فرمایا اپنی اسپیچمیں کہ " وال لہ لتم وت ن</w:t>
      </w:r>
    </w:p>
    <w:p>
      <w:r>
        <w:rPr>
          <w:b/>
        </w:rPr>
        <w:t xml:space="preserve">[11:00] </w:t>
      </w:r>
      <w:r>
        <w:t>kama tanamuna wala tahyuna kama tustahiquna wa inna hajannata awwal yaa".</w:t>
      </w:r>
    </w:p>
    <w:p>
      <w:pPr>
        <w:jc w:val="right"/>
      </w:pPr>
      <w:r>
        <w:t>کماتنام ون ولا تحیون کما تستحقون و ان ہا لجنت اول یاء "۔</w:t>
      </w:r>
    </w:p>
    <w:p>
      <w:r>
        <w:rPr>
          <w:b/>
        </w:rPr>
        <w:t xml:space="preserve">[11:12] </w:t>
      </w:r>
      <w:r>
        <w:t>Khuda ki qasam, jis tarah tum</w:t>
      </w:r>
    </w:p>
    <w:p>
      <w:pPr>
        <w:jc w:val="right"/>
      </w:pPr>
      <w:r>
        <w:t>خداکیقسم، جس طرح تم</w:t>
      </w:r>
    </w:p>
    <w:p>
      <w:r>
        <w:rPr>
          <w:b/>
        </w:rPr>
        <w:t xml:space="preserve">[11:21] </w:t>
      </w:r>
      <w:r>
        <w:t>sote ho, isi tarah</w:t>
      </w:r>
    </w:p>
    <w:p>
      <w:pPr>
        <w:jc w:val="right"/>
      </w:pPr>
      <w:r>
        <w:t>سوتےہو ، اسیطرحم</w:t>
      </w:r>
    </w:p>
    <w:p>
      <w:r>
        <w:rPr>
          <w:b/>
        </w:rPr>
        <w:t xml:space="preserve">[11:23] </w:t>
      </w:r>
      <w:r>
        <w:t>maro ge. yaani sona woh hai, jis tarah ko aadmi sota hai, be khabar rehta hai to woh ek maut ki alamat hoti hai. "Wallah latamutuna kama tanamuna wala tahyuna kama tustahiquna". Khuda ki qasam, tum maro ge jis tarah tum sote ho.</w:t>
      </w:r>
    </w:p>
    <w:p>
      <w:pPr>
        <w:jc w:val="right"/>
      </w:pPr>
      <w:r>
        <w:t>روگے۔ یعنی سوناجوہے، جبراتکو آدمی سوتاہے،بےخوررہتاہےتووہایک موتکیعلامتہوتیہے۔ "واللہ لتموت ن کماتنامون ولا تحیونکماتستحق ون" ۔خدا کیقسم،تم مروگے جسطرحتم سوتےہو۔</w:t>
      </w:r>
    </w:p>
    <w:p>
      <w:r>
        <w:rPr>
          <w:b/>
        </w:rPr>
        <w:t xml:space="preserve">[11:44] </w:t>
      </w:r>
      <w:r>
        <w:t>Khuda ki qasam, tum maro ge jis tarah tum sote ho. aur tum dobara uthaye jaoge jis tarah tum jaagte ho.</w:t>
      </w:r>
    </w:p>
    <w:p>
      <w:pPr>
        <w:jc w:val="right"/>
      </w:pPr>
      <w:r>
        <w:t>خداکیقسم،تممروگے جسطرحتم سوتےہو ۔ اور تم دوبارہاٹھائےجاؤگے جسطرح تم جاگتےہو۔</w:t>
      </w:r>
    </w:p>
    <w:p>
      <w:r>
        <w:rPr>
          <w:b/>
        </w:rPr>
        <w:t xml:space="preserve">[11:55] </w:t>
      </w:r>
      <w:r>
        <w:t>agar raat ko sona choti maut hai, subah ko jaagna bari hashar ka namuna hai. phir aap ne farmaya</w:t>
      </w:r>
    </w:p>
    <w:p>
      <w:pPr>
        <w:jc w:val="right"/>
      </w:pPr>
      <w:r>
        <w:t>اگر راتکوس ونا چھوٹی موتہے، صبحکوجاگنا بڑیحشرکانمونہہے۔ پھرآپنےفرمایا</w:t>
      </w:r>
    </w:p>
    <w:p>
      <w:r>
        <w:rPr>
          <w:b/>
        </w:rPr>
        <w:t xml:space="preserve">[12:05] </w:t>
      </w:r>
      <w:r>
        <w:t>ke</w:t>
      </w:r>
    </w:p>
    <w:p>
      <w:pPr>
        <w:jc w:val="right"/>
      </w:pPr>
      <w:r>
        <w:t>کہ</w:t>
      </w:r>
    </w:p>
    <w:p>
      <w:r>
        <w:rPr>
          <w:b/>
        </w:rPr>
        <w:t xml:space="preserve">[12:08] </w:t>
      </w:r>
      <w:r>
        <w:t>is ke baad kya hai?</w:t>
      </w:r>
    </w:p>
    <w:p>
      <w:pPr>
        <w:jc w:val="right"/>
      </w:pPr>
      <w:r>
        <w:t>اسکےبعد کیا ہے؟</w:t>
      </w:r>
    </w:p>
    <w:p>
      <w:r>
        <w:rPr>
          <w:b/>
        </w:rPr>
        <w:t xml:space="preserve">[12:14] </w:t>
      </w:r>
      <w:r>
        <w:t>"wa inna lajannata abdal laha". aur is ke baad ya to eternal paradise hai ya eternal fire hai.</w:t>
      </w:r>
    </w:p>
    <w:p>
      <w:pPr>
        <w:jc w:val="right"/>
      </w:pPr>
      <w:r>
        <w:t>"وہ نا لجنت عبد ال لہ " ۔ اوراسکےبعد یاتو ایٹرنلپیرڈائزہے یاایٹرنل فائرہے۔</w:t>
      </w:r>
    </w:p>
    <w:p>
      <w:r>
        <w:rPr>
          <w:b/>
        </w:rPr>
        <w:t xml:space="preserve">[12:25] </w:t>
      </w:r>
      <w:r>
        <w:t>is ke baad ya to hamesha ki jannat hai ya hamesha ki dozakh hai. yeh aap ne address mein farmaya. to aap jante hain kya hua is ke baad?</w:t>
      </w:r>
    </w:p>
    <w:p>
      <w:pPr>
        <w:jc w:val="right"/>
      </w:pPr>
      <w:r>
        <w:t>اسکےبعد یاتوہمیشہکیجنتہےیاہمیشہکیدوزخہے۔ یہآپ نے ایڈریسمیںفرمایا۔ توآپجانتےہیںکیا ہوااسکےبعد ؟</w:t>
      </w:r>
    </w:p>
    <w:p>
      <w:r>
        <w:rPr>
          <w:b/>
        </w:rPr>
        <w:t xml:space="preserve">[12:42] </w:t>
      </w:r>
      <w:r>
        <w:t>iske baad yeh hua ke wahan par jo leader tha, iska naam tha abul lahab. asal naam to kuch aur tha lekin yeh naam chal pada tha iska, abul lahab.</w:t>
      </w:r>
    </w:p>
    <w:p>
      <w:pPr>
        <w:jc w:val="right"/>
      </w:pPr>
      <w:r>
        <w:t>اسکےبعد یہہوا کہ وہاںپرجولیڈرتھا، اسکانام تھا ابولہب۔ اصلنام توکچھاورتھالیکن یہینام چلپڑاتھااسکا،ابولہب۔</w:t>
      </w:r>
    </w:p>
    <w:p>
      <w:r>
        <w:rPr>
          <w:b/>
        </w:rPr>
        <w:t xml:space="preserve">[12:57] </w:t>
      </w:r>
      <w:r>
        <w:t>to aap ka chacha bhi tha woh, woh rasool Allah ke chacha bhi tha aur wahan ka leader, leader bhi tha wahan ka. to gaya ke woh seedha adamiyat tha audience</w:t>
      </w:r>
    </w:p>
    <w:p>
      <w:pPr>
        <w:jc w:val="right"/>
      </w:pPr>
      <w:r>
        <w:t>تو آپ کا چچابھیتھاوہ ،وہرسولاللہکےچچابھیتھااوروہاںکالیڈر،لیڈربھیتھاوہاںکا۔ تو گیا کہوہسیدھر آدمیتھاآڈینس</w:t>
      </w:r>
    </w:p>
    <w:p>
      <w:r>
        <w:rPr>
          <w:b/>
        </w:rPr>
        <w:t xml:space="preserve">[13:08] </w:t>
      </w:r>
      <w:r>
        <w:t>mein. to woh khada hua aur khade hokar ke isne kaha,</w:t>
      </w:r>
    </w:p>
    <w:p>
      <w:pPr>
        <w:jc w:val="right"/>
      </w:pPr>
      <w:r>
        <w:t>میں۔ تووہکھڑاہوا اورکھڑےہوکرکےاسنےکہا،</w:t>
      </w:r>
    </w:p>
    <w:p>
      <w:r>
        <w:rPr>
          <w:b/>
        </w:rPr>
        <w:t xml:space="preserve">[13:18] </w:t>
      </w:r>
      <w:r>
        <w:t>isne khade hokar rasool Allah se kaha ke "</w:t>
      </w:r>
    </w:p>
    <w:p>
      <w:pPr>
        <w:jc w:val="right"/>
      </w:pPr>
      <w:r>
        <w:t>اسنےکھڑےہوکررسولاللہسےکہا کہ"</w:t>
      </w:r>
    </w:p>
    <w:p>
      <w:r>
        <w:rPr>
          <w:b/>
        </w:rPr>
        <w:t xml:space="preserve">[13:28] </w:t>
      </w:r>
      <w:r>
        <w:t>saara din tumhara khara ho, kya tum ne isi ke liye hum ko bulaya tha?</w:t>
      </w:r>
    </w:p>
    <w:p>
      <w:pPr>
        <w:jc w:val="right"/>
      </w:pPr>
      <w:r>
        <w:t>سارادنتمہارابراہو، کیا تم نےاسیکےلیےہمکوبلایاتھا؟</w:t>
      </w:r>
    </w:p>
    <w:p>
      <w:r>
        <w:rPr>
          <w:b/>
        </w:rPr>
        <w:t xml:space="preserve">[13:39] </w:t>
      </w:r>
      <w:r>
        <w:t>saara din tumhara khara ho, kya tum ne yahi khabar dene ke liye bulaya tha hum ko ?"</w:t>
      </w:r>
    </w:p>
    <w:p>
      <w:pPr>
        <w:jc w:val="right"/>
      </w:pPr>
      <w:r>
        <w:t>سارادنتمہارابراہو ،کیا تمنےیہیخبردینےکےلیےبلایاتھاہمکو ؟"</w:t>
      </w:r>
    </w:p>
    <w:p>
      <w:r>
        <w:rPr>
          <w:b/>
        </w:rPr>
        <w:t xml:space="preserve">[13:50] </w:t>
      </w:r>
      <w:r>
        <w:t>iske maani kiya hue?</w:t>
      </w:r>
    </w:p>
    <w:p>
      <w:pPr>
        <w:jc w:val="right"/>
      </w:pPr>
      <w:r>
        <w:t>اسکے معنیکیاہوئے؟</w:t>
      </w:r>
    </w:p>
    <w:p>
      <w:r>
        <w:rPr>
          <w:b/>
        </w:rPr>
        <w:t xml:space="preserve">[13:56] </w:t>
      </w:r>
      <w:r>
        <w:t>ke woh log jante nahi the ke zindagi ko kahan se shuru kiya jaye. aur phir Rab ne bataya ke kahan se shuru kiya jaye.</w:t>
      </w:r>
    </w:p>
    <w:p>
      <w:pPr>
        <w:jc w:val="right"/>
      </w:pPr>
      <w:r>
        <w:t>کہ وہلوگ جانتےنہیں تھے کہ زندگی کو کہاںسےشروع کیا جائے۔ اور پرافٹنےبتایاکہکہاںسےشروعکیاجائے۔</w:t>
      </w:r>
    </w:p>
    <w:p>
      <w:r>
        <w:rPr>
          <w:b/>
        </w:rPr>
        <w:t xml:space="preserve">[14:08] </w:t>
      </w:r>
      <w:r>
        <w:t>yani aap ne bataya ke kamyab zindagi ka raaz yeh hai ke tum apne mind ko re engineer karo. tumhara mind jo ab tak dunya mein chal raha tha aur akhirat par nahi chal raha tha,</w:t>
      </w:r>
    </w:p>
    <w:p>
      <w:pPr>
        <w:jc w:val="right"/>
      </w:pPr>
      <w:r>
        <w:t>یعنیآپنےبت ایاکہ کامیاب زندگی کارازیہہے کہتم اپنے مائنڈکو ریانجینئرکرو ۔ تمہارامائنڈجو ابتک دنیا میں چلرہاتھا اور آخرتپرنہیںچلرہاتھا،</w:t>
      </w:r>
    </w:p>
    <w:p>
      <w:r>
        <w:rPr>
          <w:b/>
        </w:rPr>
        <w:t xml:space="preserve">[14:24] </w:t>
      </w:r>
      <w:r>
        <w:t>to tum apne mind ko God oriented mind banao. apni zindagi ko akhirat oriented zindagi banao.</w:t>
      </w:r>
    </w:p>
    <w:p>
      <w:pPr>
        <w:jc w:val="right"/>
      </w:pPr>
      <w:r>
        <w:t>تو تم اپنے مائنڈکو گاڈ اورینٹڈ مائنڈبناؤ۔ اپنی زندگی کو آخرتاورینٹڈزندگی بناؤ۔</w:t>
      </w:r>
    </w:p>
    <w:p>
      <w:r>
        <w:rPr>
          <w:b/>
        </w:rPr>
        <w:t xml:space="preserve">[14:34] </w:t>
      </w:r>
      <w:r>
        <w:t>to yeh isko bohat choti si baat lagi.</w:t>
      </w:r>
    </w:p>
    <w:p>
      <w:pPr>
        <w:jc w:val="right"/>
      </w:pPr>
      <w:r>
        <w:t>تو یہاسکوبہت چھوٹیسیباتلگی۔</w:t>
      </w:r>
    </w:p>
    <w:p>
      <w:r>
        <w:rPr>
          <w:b/>
        </w:rPr>
        <w:t xml:space="preserve">[14:38] </w:t>
      </w:r>
      <w:r>
        <w:t>yeh konsi baat hui ?</w:t>
      </w:r>
    </w:p>
    <w:p>
      <w:pPr>
        <w:jc w:val="right"/>
      </w:pPr>
      <w:r>
        <w:t>یہکونسیباتہوئی ؟</w:t>
      </w:r>
    </w:p>
    <w:p>
      <w:r>
        <w:rPr>
          <w:b/>
        </w:rPr>
        <w:t xml:space="preserve">[14:45] </w:t>
      </w:r>
      <w:r>
        <w:t>yeh baat bohat choti si lagi ke maut ko aur jahannum ko aur aur jannat ko, hashar ko, qayamat ko, ko ko hum apne mind mein rakhein aur aur isko soch kar apni zindagi ki tadbeer karein.</w:t>
      </w:r>
    </w:p>
    <w:p>
      <w:pPr>
        <w:jc w:val="right"/>
      </w:pPr>
      <w:r>
        <w:t>یہباتبہت چھوٹیسیلگی کہ موت کواورجہنمکواور اور جنتکو، حشرکو،قیامتکو، کو کو ہم اپنے مائنڈمیںرکھیںاور اوراسکوسوچکراپنیزندگی کیتنظیمکریں۔</w:t>
      </w:r>
    </w:p>
    <w:p>
      <w:r>
        <w:rPr>
          <w:b/>
        </w:rPr>
        <w:t xml:space="preserve">[15:06] </w:t>
      </w:r>
      <w:r>
        <w:t>isko mein keh raha hoon ke false sense of priority. ke unke nazdeek priority yeh nahi thi. yeh koi soch yahan se shuru karein, aisa nahi tha.</w:t>
      </w:r>
    </w:p>
    <w:p>
      <w:pPr>
        <w:jc w:val="right"/>
      </w:pPr>
      <w:r>
        <w:t>اسکومیںکہہرہاہوںکہ فالس سینسآف پرائر ٹی۔ کہانکے نزدیکپرائرٹی یہنہیںتھی۔ یہ کوئیسوچ یہاںسےشروع کریں، ایسانہیںتھا۔</w:t>
      </w:r>
    </w:p>
    <w:p>
      <w:r>
        <w:rPr>
          <w:b/>
        </w:rPr>
        <w:t xml:space="preserve">[15:18] </w:t>
      </w:r>
      <w:r>
        <w:t>balkeh unka soch kuch aur tha. chunache iske baad kya hua ?</w:t>
      </w:r>
    </w:p>
    <w:p>
      <w:pPr>
        <w:jc w:val="right"/>
      </w:pPr>
      <w:r>
        <w:t>بلکہ انکاسوچکچھاور تھی۔ چنانچہاسکےبعد کیاہوا ؟</w:t>
      </w:r>
    </w:p>
    <w:p>
      <w:r>
        <w:rPr>
          <w:b/>
        </w:rPr>
        <w:t xml:space="preserve">[15:26] </w:t>
      </w:r>
      <w:r>
        <w:t>ke aap ne mission shuru kiya apna, toheed ka mission. "deraz no God but no God" ka mission. to</w:t>
      </w:r>
    </w:p>
    <w:p>
      <w:pPr>
        <w:jc w:val="right"/>
      </w:pPr>
      <w:r>
        <w:t>کہ آپ نے مشنشروعکیا اپنا،توحیدکامشن۔ "دیرازنوگاڈبٹونگاڈ"کامشن۔ تو</w:t>
      </w:r>
    </w:p>
    <w:p>
      <w:r>
        <w:rPr>
          <w:b/>
        </w:rPr>
        <w:t xml:space="preserve">[15:37] </w:t>
      </w:r>
      <w:r>
        <w:t>yeh baat jab phaili to logon ne kaha ke yeh kiya mission chala rahe hain aap ? hamara to sab se bara masla yeh hai ke ab barish nahi hoti.</w:t>
      </w:r>
    </w:p>
    <w:p>
      <w:pPr>
        <w:jc w:val="right"/>
      </w:pPr>
      <w:r>
        <w:t>یہباتجبپھیلی تو لوگوںنےکہاکہ یہکیا مشنچلارہےہیںآپ ؟ ہمارا تو سبسےبڑامسئلہیہہےکہاببارشنہیںہوتی۔</w:t>
      </w:r>
    </w:p>
    <w:p>
      <w:r>
        <w:rPr>
          <w:b/>
        </w:rPr>
        <w:t xml:space="preserve">[15:49] </w:t>
      </w:r>
      <w:r>
        <w:t>yeh waqia seerat un nabi mein aap parh sakte hain. hamara to problem yeh hai ke hum barish nahi hoti.</w:t>
      </w:r>
    </w:p>
    <w:p>
      <w:pPr>
        <w:jc w:val="right"/>
      </w:pPr>
      <w:r>
        <w:t>یہ واقعہسیرتابنہشاممیںآپپڑھسکتےہیں۔ ہماراتو پرابلمیہہےکہہمبارشنہیںہوتی۔</w:t>
      </w:r>
    </w:p>
    <w:p>
      <w:r>
        <w:rPr>
          <w:b/>
        </w:rPr>
        <w:t xml:space="preserve">[15:59] </w:t>
      </w:r>
      <w:r>
        <w:t>is zaman e ke log kitna jante the baaton ko, is se aap samajh sakte hain. woh bilkul be khabar log nahi the.</w:t>
      </w:r>
    </w:p>
    <w:p>
      <w:pPr>
        <w:jc w:val="right"/>
      </w:pPr>
      <w:r>
        <w:t>اس زمان ےکےلوگ کتناجانتےتھےباتوںکو،اسسےآپسمجھسکتےہیں۔ وہبالکل بےخبرلوگنہیںتھے۔</w:t>
      </w:r>
    </w:p>
    <w:p>
      <w:r>
        <w:rPr>
          <w:b/>
        </w:rPr>
        <w:t xml:space="preserve">[16:06] </w:t>
      </w:r>
      <w:r>
        <w:t>unhone kaha ke hamara, hamara jo, hamara jo arab hai, woh aap dekhein kahan desert hai, desert. aur hamare sarhad mein jo mulk hai, syria, woh khoob hara bhara hai.</w:t>
      </w:r>
    </w:p>
    <w:p>
      <w:pPr>
        <w:jc w:val="right"/>
      </w:pPr>
      <w:r>
        <w:t>انہوںنےکہاکہہمارا، ہمارا جو ،ہماراجو عرب ہے، وہ آپدیکھیںکہاں ڈیزرٹہے،ڈیزرٹ۔ اور ہمارے سرحدمیںجو ملکہے، سیریا، وہخوب ہرابھراہے۔</w:t>
      </w:r>
    </w:p>
    <w:p>
      <w:r>
        <w:rPr>
          <w:b/>
        </w:rPr>
        <w:t xml:space="preserve">[16:19] </w:t>
      </w:r>
      <w:r>
        <w:t>wahan garden hai, wahan agriculture hai, wahan horticulture hai. to cheez kiya hai? beech mein pahaad hai. yani arab aur syria ke beech mein pahaad hai.</w:t>
      </w:r>
    </w:p>
    <w:p>
      <w:pPr>
        <w:jc w:val="right"/>
      </w:pPr>
      <w:r>
        <w:t>وہاں گارڈنہے،وہاں ایگریکلچرہے،وہاںہارٹیکلچرہے۔ تو چیزکیاہے؟بیچمیں پہاڑہے۔ یعنیعرب اور سیریاکےبیچمیںپہاڑہے۔</w:t>
      </w:r>
    </w:p>
    <w:p>
      <w:r>
        <w:rPr>
          <w:b/>
        </w:rPr>
        <w:t xml:space="preserve">[16:30] </w:t>
      </w:r>
      <w:r>
        <w:t>to jo monsoon aata hai, woh pahaad par ruk jata hai.</w:t>
      </w:r>
    </w:p>
    <w:p>
      <w:pPr>
        <w:jc w:val="right"/>
      </w:pPr>
      <w:r>
        <w:t>توجو مانسونآتاہے، وہ پہاڑپررکجاتاہے۔</w:t>
      </w:r>
    </w:p>
    <w:p>
      <w:r>
        <w:rPr>
          <w:b/>
        </w:rPr>
        <w:t xml:space="preserve">[16:34] </w:t>
      </w:r>
      <w:r>
        <w:t>udhar barish hoti hai, hamari taraf barish nahi hoti. samundar se monsoon aata hai to syria mein barasta hai, magar hum tak nahi pahunchta kyunke pahaad hai yahan par.</w:t>
      </w:r>
    </w:p>
    <w:p>
      <w:pPr>
        <w:jc w:val="right"/>
      </w:pPr>
      <w:r>
        <w:t>ادھربارشہوتیہے،ہماریطرف بارشنہیںہوتی۔ سم ندرسےمانسونآتاہے تو سیریامیںبرستاہے، مگرہمتکنہیںپہنچتاکیونکہپہاڑہےیہاںپر ۔</w:t>
      </w:r>
    </w:p>
    <w:p>
      <w:r>
        <w:rPr>
          <w:b/>
        </w:rPr>
        <w:t xml:space="preserve">[16:47] </w:t>
      </w:r>
      <w:r>
        <w:t>to unhone kaha ke aap agar Khuda ne bheja hai aap ko to Khuda se kahein ke in pahaadon ko hata de. in pahaadon ko hata de taake hamari barish hone lage jis tarah syria mein hoti hai.</w:t>
      </w:r>
    </w:p>
    <w:p>
      <w:pPr>
        <w:jc w:val="right"/>
      </w:pPr>
      <w:r>
        <w:t>توانہوںنےکہاکہآپ اگر خدا نےبھیجاہےآپکو تو خداسےکہیےکہانپہاڑوںکوہٹادے۔ انپہاڑوںکوہٹادے تاکہہماریبارشہونےلگے جسطرح سیریامیںہوتیہے۔</w:t>
      </w:r>
    </w:p>
    <w:p>
      <w:r>
        <w:rPr>
          <w:b/>
        </w:rPr>
        <w:t xml:space="preserve">[17:01] </w:t>
      </w:r>
      <w:r>
        <w:t>to aap ne jawab kiya diya ?</w:t>
      </w:r>
    </w:p>
    <w:p>
      <w:pPr>
        <w:jc w:val="right"/>
      </w:pPr>
      <w:r>
        <w:t>توآپنےجوابکیا دیا ؟</w:t>
      </w:r>
    </w:p>
    <w:p>
      <w:r>
        <w:rPr>
          <w:b/>
        </w:rPr>
        <w:t xml:space="preserve">[17:03] </w:t>
      </w:r>
      <w:r>
        <w:t>yun samajhliya ke unhone kaha tha irrigation ka koi tareeqa nikale. badalkar karke aap sochein to unhone kya kaha tha ?</w:t>
      </w:r>
    </w:p>
    <w:p>
      <w:pPr>
        <w:jc w:val="right"/>
      </w:pPr>
      <w:r>
        <w:t>یوں سمجھلیاکہانہوںنےکہاتھاایریگیشنکاکوئی طریقہنکالی ے۔ بدلکرکےآپسوچیں توانہوںنےکیاکہاتھا ؟</w:t>
      </w:r>
    </w:p>
    <w:p>
      <w:r>
        <w:rPr>
          <w:b/>
        </w:rPr>
        <w:t xml:space="preserve">[17:12] </w:t>
      </w:r>
      <w:r>
        <w:t>ke irrigation ka koi tareeqa nikale. jaise ke aap jante hain ke israel mein desert jo tha, usko aaj unhone hara bhara bana liya. kyun? unhone drip irrigation ka tareeqa nikala.</w:t>
      </w:r>
    </w:p>
    <w:p>
      <w:pPr>
        <w:jc w:val="right"/>
      </w:pPr>
      <w:r>
        <w:t>کہ ایریگیشنکاکوئیطریقہنکالے۔ جیسےکہآپجانتےہیں کہ اسرائیلمیں ڈیزرٹجوتھا، اسکوآجانہوںنےہرابھرابنالیا۔ کیوں؟انہوںنے ڈرپ ایریگیشنکاطریقہنکالا۔</w:t>
      </w:r>
    </w:p>
    <w:p>
      <w:r>
        <w:rPr>
          <w:b/>
        </w:rPr>
        <w:t xml:space="preserve">[17:28] </w:t>
      </w:r>
      <w:r>
        <w:t>israel ke is desert ko aaj unhone baghon mein tabdeel kar liya hai. to kaise ? drip irrigation ka tareeqa nikal karke.</w:t>
      </w:r>
    </w:p>
    <w:p>
      <w:pPr>
        <w:jc w:val="right"/>
      </w:pPr>
      <w:r>
        <w:t>اسرائیل کے اس ڈیزرٹکوآجانہوں نے باغوںمیںتبدیلکرلیاہے۔ تو کیسے ؟ڈرپ ایریگیشنکاطریقہنکال کرکے۔</w:t>
      </w:r>
    </w:p>
    <w:p>
      <w:r>
        <w:rPr>
          <w:b/>
        </w:rPr>
        <w:t xml:space="preserve">[17:38] </w:t>
      </w:r>
      <w:r>
        <w:t>to agar agar aap isko lafz badalkar kahein to aap yeh keh sakte hain ke goya ke makkah walon ne kaha tha ke koi irrigation ka tareeqa nikale. koi bade aap leader hain, koi bade pahunch wale aadmi hain to yeh kaam kijiye.</w:t>
      </w:r>
    </w:p>
    <w:p>
      <w:pPr>
        <w:jc w:val="right"/>
      </w:pPr>
      <w:r>
        <w:t>تو اگر اگر آپ اسکو لفظبدلکرکہیںتوآپیہکہہسکتےہیں کہ گویاکہمکہوالوںنےکہاکہ کوئیایریگیشنکاطریقہنکالیے۔ کوئیبڑےآپ لیڈرہیں، کوئیبڑےپہنچوالے آدمیہیںتویہکامکیجئے۔</w:t>
      </w:r>
    </w:p>
    <w:p>
      <w:r>
        <w:rPr>
          <w:b/>
        </w:rPr>
        <w:t xml:space="preserve">[17:51] </w:t>
      </w:r>
      <w:r>
        <w:t>asal kaam to yeh karne ka hai. to aapne kya jawab diya ?</w:t>
      </w:r>
    </w:p>
    <w:p>
      <w:pPr>
        <w:jc w:val="right"/>
      </w:pPr>
      <w:r>
        <w:t>اصلکامتویہکرنے کاہے۔ توآپنےکیا جوابدیا ؟</w:t>
      </w:r>
    </w:p>
    <w:p>
      <w:r>
        <w:rPr>
          <w:b/>
        </w:rPr>
        <w:t xml:space="preserve">[18:00] </w:t>
      </w:r>
      <w:r>
        <w:t>"ma ba haza ba'asthtu ilaikum" . aapne farmaya ke "ma ba haza ba'asthtu ilaikum".</w:t>
      </w:r>
    </w:p>
    <w:p>
      <w:pPr>
        <w:jc w:val="right"/>
      </w:pPr>
      <w:r>
        <w:t>"ما بہ ذا بعثت ال یکم" ۔آپ نےفرمایاکہ"مابہ ذا بعثتال یکم"۔</w:t>
      </w:r>
    </w:p>
    <w:p>
      <w:r>
        <w:rPr>
          <w:b/>
        </w:rPr>
        <w:t xml:space="preserve">[18:10] </w:t>
      </w:r>
      <w:r>
        <w:t>"I have not been sent to you for this purpose" . is maqsad ke liye main tumhare paas nahi bheja gaya hoon.</w:t>
      </w:r>
    </w:p>
    <w:p>
      <w:pPr>
        <w:jc w:val="right"/>
      </w:pPr>
      <w:r>
        <w:t>"I have not been sent toyouforthispurpose"۔ اس مقصدکےلیےمیںتمہارےپاسنہیںبھیجاگیاہوں۔</w:t>
      </w:r>
    </w:p>
    <w:p>
      <w:r>
        <w:rPr>
          <w:b/>
        </w:rPr>
        <w:t xml:space="preserve">[18:17] </w:t>
      </w:r>
      <w:r>
        <w:t>to dekhein in logon ke nazdeek jinhone ek prophet ko nahi maana tha, unke nazdeek starting point kya tha ya priority kya thi ?</w:t>
      </w:r>
    </w:p>
    <w:p>
      <w:pPr>
        <w:jc w:val="right"/>
      </w:pPr>
      <w:r>
        <w:t>تو دیکھیں انلوگوںکےنزدیک جنہوںنےایکپرافٹکونہیںماناتھا، انکےنزدیک سٹارٹنگپوائنٹکیاتھا یا پرائرٹیکیاتھی؟</w:t>
      </w:r>
    </w:p>
    <w:p>
      <w:r>
        <w:rPr>
          <w:b/>
        </w:rPr>
        <w:t xml:space="preserve">[18:29] </w:t>
      </w:r>
      <w:r>
        <w:t>irrigation ka nizam qaim karna. aur prophet ke nazdeek Khuda ke jo bheja hua insaan tha, uske nazdeek kya tha ?</w:t>
      </w:r>
    </w:p>
    <w:p>
      <w:pPr>
        <w:jc w:val="right"/>
      </w:pPr>
      <w:r>
        <w:t>ایریگیشنکانظامقائمکرنا۔ اور پرافٹکےنزدیک خداکاجوبھیجاہواانسانتھا،اسکےنزدیک کیاتھا ؟</w:t>
      </w:r>
    </w:p>
    <w:p>
      <w:r>
        <w:rPr>
          <w:b/>
        </w:rPr>
        <w:t xml:space="preserve">[18:38] </w:t>
      </w:r>
      <w:r>
        <w:t>ke Khuda ko ek maano. Khuda ko apna supreme concern banao. aakhirat ko saamne rakh kar apni zindagi ki ta'ameer karo.</w:t>
      </w:r>
    </w:p>
    <w:p>
      <w:pPr>
        <w:jc w:val="right"/>
      </w:pPr>
      <w:r>
        <w:t>کہخداکوایک مانو۔ خداکو اپناسپریمکنسرنبناؤ۔ آخرتکوسامنے رکھ کراپنیزندگی کیتعمیرکرو۔</w:t>
      </w:r>
    </w:p>
    <w:p>
      <w:r>
        <w:rPr>
          <w:b/>
        </w:rPr>
        <w:t xml:space="preserve">[18:49] </w:t>
      </w:r>
      <w:r>
        <w:t>yeh bahut zyada sochne ki baat hai. yeh yeh qissa kahani nahi hai. yeh history hai, history. to mere mind mein jo aaya hai ke false sense of priority.</w:t>
      </w:r>
    </w:p>
    <w:p>
      <w:pPr>
        <w:jc w:val="right"/>
      </w:pPr>
      <w:r>
        <w:t>یہبہتزیادہ سوچنےکیباتہے۔یہ یہقصہکہانینہیںہے۔ یہ ہسٹریہے،ہسٹری۔ تو میرےمائنڈمیںجوآیاہے کہ فالسسینسآفپرائر ٹی۔</w:t>
      </w:r>
    </w:p>
    <w:p>
      <w:r>
        <w:rPr>
          <w:b/>
        </w:rPr>
        <w:t xml:space="preserve">[19:01] </w:t>
      </w:r>
      <w:r>
        <w:t>phir maine sochna shuru kiya, sochna shuru kiya.</w:t>
      </w:r>
    </w:p>
    <w:p>
      <w:pPr>
        <w:jc w:val="right"/>
      </w:pPr>
      <w:r>
        <w:t>پھرمیںنےسوچناشروعکیا،سوچناشروع کیا۔</w:t>
      </w:r>
    </w:p>
    <w:p>
      <w:r>
        <w:rPr>
          <w:b/>
        </w:rPr>
        <w:t xml:space="preserve">[19:06] </w:t>
      </w:r>
      <w:r>
        <w:t>to saare history mein trace ho gaye . individual se le kar ke bade bade logon tak.</w:t>
      </w:r>
    </w:p>
    <w:p>
      <w:pPr>
        <w:jc w:val="right"/>
      </w:pPr>
      <w:r>
        <w:t>تو سارے ہسٹریاسیمیں ٹریسہوگئی ۔ انڈیویجولسےلےکرکےبڑےبڑےلوگوںتک۔</w:t>
      </w:r>
    </w:p>
    <w:p>
      <w:r>
        <w:rPr>
          <w:b/>
        </w:rPr>
        <w:t xml:space="preserve">[19:16] </w:t>
      </w:r>
      <w:r>
        <w:t>jaise hamara yeh class chal raha hai, bahut se log nahi aate. kya keh dete hain? ke sahib, hamara shaadi thi, is liye nahi aaye.</w:t>
      </w:r>
    </w:p>
    <w:p>
      <w:pPr>
        <w:jc w:val="right"/>
      </w:pPr>
      <w:r>
        <w:t>جیسے ہمارا یہکلاسچلرہاہے، بہت سےلوگ نہیںآتے۔ کیاکہہدیتےہیں؟ کہصاحب،ہماراشادیتھی،اسلیےنہیںآئے۔</w:t>
      </w:r>
    </w:p>
    <w:p>
      <w:r>
        <w:rPr>
          <w:b/>
        </w:rPr>
        <w:t xml:space="preserve">[19:25] </w:t>
      </w:r>
      <w:r>
        <w:t>to shaadi ko priority de diya unhone. shaadi ko priority de diya unhone . kisi ne keh diya ke sahib, mera beta jo hai, hospital mein chala gaya tha, is liye main nahi aaya.</w:t>
      </w:r>
    </w:p>
    <w:p>
      <w:pPr>
        <w:jc w:val="right"/>
      </w:pPr>
      <w:r>
        <w:t>تو شادیکو پرائرٹیدےدیا انہوںنے۔ شادیکوپرائرٹیدےدیاانہوںنے ۔ کسی نےکہہدیاکہصاحب، میرا بیٹاجوہے، ہاسپٹل میںچلاگیاتھا،اسلیےمیںنہیںآیا۔</w:t>
      </w:r>
    </w:p>
    <w:p>
      <w:r>
        <w:rPr>
          <w:b/>
        </w:rPr>
        <w:t xml:space="preserve">[19:43] </w:t>
      </w:r>
      <w:r>
        <w:t>kayi log yeh kehte hain ke sahib, mera baap hospital hospitalize ho gaya tha, mera beta hospital mein chala gaya tha, to is liye main nahi aa saka.</w:t>
      </w:r>
    </w:p>
    <w:p>
      <w:pPr>
        <w:jc w:val="right"/>
      </w:pPr>
      <w:r>
        <w:t>کئیلوگ یہکہتےہیں کہصاحب،میرا باپ ہاسپٹلہاسپٹلائزہوگیاتھا،میرابیٹا ہاسپٹلمیںچلاگیاتھا، تواسلیےمیںنہیںآسکا۔</w:t>
      </w:r>
    </w:p>
    <w:p>
      <w:r>
        <w:rPr>
          <w:b/>
        </w:rPr>
        <w:t xml:space="preserve">[19:53] </w:t>
      </w:r>
      <w:r>
        <w:t>yeh bhi false sense of priority hai.</w:t>
      </w:r>
    </w:p>
    <w:p>
      <w:pPr>
        <w:jc w:val="right"/>
      </w:pPr>
      <w:r>
        <w:t>یہبھی فالسسینسآف پرائر ٹیہے۔</w:t>
      </w:r>
    </w:p>
    <w:p>
      <w:r>
        <w:rPr>
          <w:b/>
        </w:rPr>
        <w:t xml:space="preserve">[19:59] </w:t>
      </w:r>
      <w:r>
        <w:t>unhone priority de kis ko? apne bete ko jo kaha hospital mein chala gaya tha. aur main kehta hoon ke poori poori humanity hospitalize ho gayi hai.</w:t>
      </w:r>
    </w:p>
    <w:p>
      <w:pPr>
        <w:jc w:val="right"/>
      </w:pPr>
      <w:r>
        <w:t>انہوں نےپرائرٹیدےدیکسکو ؟ اپنے بیٹےکو جو کہہاسپٹلمیںچلاگیاتھا۔ اورمیںکہتاہوںکہپوریپوریہیومینٹیہاسپٹلائزہوگئیہے۔</w:t>
      </w:r>
    </w:p>
    <w:p>
      <w:r>
        <w:rPr>
          <w:b/>
        </w:rPr>
        <w:t xml:space="preserve">[20:09] </w:t>
      </w:r>
      <w:r>
        <w:t>poori poori humanity jahannum mein ja rahi hai.</w:t>
      </w:r>
    </w:p>
    <w:p>
      <w:pPr>
        <w:jc w:val="right"/>
      </w:pPr>
      <w:r>
        <w:t>پوریپوریہیومینٹی جہنممیںجارہیہے۔</w:t>
      </w:r>
    </w:p>
    <w:p>
      <w:r>
        <w:rPr>
          <w:b/>
        </w:rPr>
        <w:t xml:space="preserve">[20:12] </w:t>
      </w:r>
      <w:r>
        <w:t>aap apne ek bete ko soch rahe hain le kar ke, apne ek baap ko le kar soch rahe hain. aap saari saari insaniyat ja rahi hai jahannum mein, hell mein.</w:t>
      </w:r>
    </w:p>
    <w:p>
      <w:pPr>
        <w:jc w:val="right"/>
      </w:pPr>
      <w:r>
        <w:t>آپ اپنے ایکبیٹےکوسوچرہےہیںلےکرکے ، اپنےایکباپکولےکرسوچرہےہیں۔آپ ساریساریانسانیتجارہیہےجہنممیں، ہیلمیں۔</w:t>
      </w:r>
    </w:p>
    <w:p>
      <w:r>
        <w:rPr>
          <w:b/>
        </w:rPr>
        <w:t xml:space="preserve">[20:23] </w:t>
      </w:r>
      <w:r>
        <w:t>saari saari humanity hi hospitalize ho gayi hai. iska, iska aapko dard nahi. iska aapko dard nahi.</w:t>
      </w:r>
    </w:p>
    <w:p>
      <w:pPr>
        <w:jc w:val="right"/>
      </w:pPr>
      <w:r>
        <w:t>ساریساریانسانیت ہی ہاسپٹلائزہوگئیہے۔ اسکا ،اسکاآپکودردنہیں۔ اسکاآپکودردنہیں۔</w:t>
      </w:r>
    </w:p>
    <w:p>
      <w:r>
        <w:rPr>
          <w:b/>
        </w:rPr>
        <w:t xml:space="preserve">[20:34] </w:t>
      </w:r>
      <w:r>
        <w:t>aap ghaur farmaye. aap yeh kahein ke mere baap ka mere upar ehsaan hai, is liye zaroori hai ke main usko hospital mein le kar jaaun.</w:t>
      </w:r>
    </w:p>
    <w:p>
      <w:pPr>
        <w:jc w:val="right"/>
      </w:pPr>
      <w:r>
        <w:t>آپ غورفرمائیے۔ آپ یہکہیںکہمیرےباپکامیرےپہاحسانہے،اسلیےمیں ضروریہےکہمیںاسکو ہاسپٹلمیںلےکرجاؤں۔</w:t>
      </w:r>
    </w:p>
    <w:p>
      <w:r>
        <w:rPr>
          <w:b/>
        </w:rPr>
        <w:t xml:space="preserve">[20:42] </w:t>
      </w:r>
      <w:r>
        <w:t>lekin main kehta hoon, aap aur baap ke upar dono ko milakar ke humanity ka jo ehsaan hai, woh is se billion times zyada hai. billion times zyada hai.</w:t>
      </w:r>
    </w:p>
    <w:p>
      <w:pPr>
        <w:jc w:val="right"/>
      </w:pPr>
      <w:r>
        <w:t>لیکن میںکہتاہوں،آپ اورباپکےاوپردونوںکوملاکرکے ہیومینٹیکاجواحسانہے، وہ اسسےبلینٹائمزیادہ ہے۔ بل ینٹائمزیادہ ہے۔</w:t>
      </w:r>
    </w:p>
    <w:p>
      <w:r>
        <w:rPr>
          <w:b/>
        </w:rPr>
        <w:t xml:space="preserve">[20:58] </w:t>
      </w:r>
      <w:r>
        <w:t>aap sochiye ke yeh jo mein kapda pehni hui hoon, bill ka bana hua kapda. ab hamare jo baap, baba Adam the, Hazrat Adam, unhone patton ka kapda banakar pehna tha.</w:t>
      </w:r>
    </w:p>
    <w:p>
      <w:pPr>
        <w:jc w:val="right"/>
      </w:pPr>
      <w:r>
        <w:t>آپ سوچیےکہیہجومیںکپڑاپہنیہوئیہوں، بل کابناہوا کپڑا۔ ابہمارےجو باپ ،باباآدم تھے،حضرت آدم، انہوں نے پتوںکاکپڑابناکرپہناتھا۔</w:t>
      </w:r>
    </w:p>
    <w:p>
      <w:r>
        <w:rPr>
          <w:b/>
        </w:rPr>
        <w:t xml:space="preserve">[21:17] </w:t>
      </w:r>
      <w:r>
        <w:t>darakht ke patton ko unhone seekar kapda banaya, usko pehna. phir insaan animal ke khaal ka kapda pehnta raha hai.</w:t>
      </w:r>
    </w:p>
    <w:p>
      <w:pPr>
        <w:jc w:val="right"/>
      </w:pPr>
      <w:r>
        <w:t>درختکےپتوںکو انہوںنے سیکرکپڑابنایا،اسکوپہنا۔ پھرانسان اینیملکےکھالکاکپڑاپہنتارہا۔</w:t>
      </w:r>
    </w:p>
    <w:p>
      <w:r>
        <w:rPr>
          <w:b/>
        </w:rPr>
        <w:t xml:space="preserve">[21:27] </w:t>
      </w:r>
      <w:r>
        <w:t>khaal ,khaal kulpiyteliya. phir insaan ne haivan ke baalon ko nikaal kar ke banta aur phir uska kapda banaya.</w:t>
      </w:r>
    </w:p>
    <w:p>
      <w:pPr>
        <w:jc w:val="right"/>
      </w:pPr>
      <w:r>
        <w:t>کھال ،کھالکولپیٹلیا۔ پھر انساننے حیوانکے بالوںکونکالکرکے بٹااورپھراسکاکپڑابنایا۔</w:t>
      </w:r>
    </w:p>
    <w:p>
      <w:r>
        <w:rPr>
          <w:b/>
        </w:rPr>
        <w:t xml:space="preserve">[21:39] </w:t>
      </w:r>
      <w:r>
        <w:t>phir bahut hote hote hote khadi bani. haath se bante the log. mota, bahut hi mota mota kapda. mere bachpan mein wahan par haat lagti thi, haat.</w:t>
      </w:r>
    </w:p>
    <w:p>
      <w:pPr>
        <w:jc w:val="right"/>
      </w:pPr>
      <w:r>
        <w:t>پھربہت ہوتےہوتےہوتے کھ ڈیبنی ۔ ہاتھسے بٹتےتھےلوگ ۔ موٹا،بہتہیموٹاموٹاکپڑا۔ میرےبچپنمیںوہاںپر ہارٹلگتیتھی،ہارٹ۔</w:t>
      </w:r>
    </w:p>
    <w:p>
      <w:r>
        <w:rPr>
          <w:b/>
        </w:rPr>
        <w:t xml:space="preserve">[21:49] </w:t>
      </w:r>
      <w:r>
        <w:t>to jo laaye jo he, woh laate the kap</w:t>
      </w:r>
    </w:p>
    <w:p>
      <w:pPr>
        <w:jc w:val="right"/>
      </w:pPr>
      <w:r>
        <w:t>تو جولائےجوہے،وہلاتےتھےکپڑا بیچنےکےلیے۔ بالکل موٹاموٹاکھدرہوتاتھا۔ بہت دل لگےانسانکو کہکلاتھبل بنے اور ملوںمیں کپڑےبنیں۔</w:t>
      </w:r>
    </w:p>
    <w:p>
      <w:r>
        <w:rPr>
          <w:b/>
        </w:rPr>
        <w:t xml:space="preserve">[22:02] </w:t>
      </w:r>
      <w:r>
        <w:t>jo kapda aaj pehne hote, pehente hain aap shadiyon mein ya ghair shadiyon mein. is kapde ko wajood mein laane ke liye insaniyat ne hazaron saal kaam kiya hai.</w:t>
      </w:r>
    </w:p>
    <w:p>
      <w:pPr>
        <w:jc w:val="right"/>
      </w:pPr>
      <w:r>
        <w:t>جو کپڑاآجپہنے ہوتے،پہنتےہیںآپ شادیوںمیں یا غیر شادیوںمیں۔ اسکپڑےکووجود میںلانےکےلیےانسانیتنے ہزاروںسالکامکیا ہے۔</w:t>
      </w:r>
    </w:p>
    <w:p>
      <w:r>
        <w:rPr>
          <w:b/>
        </w:rPr>
        <w:t xml:space="preserve">[22:15] </w:t>
      </w:r>
      <w:r>
        <w:t>kaha jaata hai ke pachees hazar saal jo he, non histri he. iske, iske baad peeche ko kuch pata nahin. yaani historian aise kehte hain.</w:t>
      </w:r>
    </w:p>
    <w:p>
      <w:pPr>
        <w:jc w:val="right"/>
      </w:pPr>
      <w:r>
        <w:t>کہاجاتاہےکہ پچیسہزار سالجوہے، نونہسٹریہے۔ اسکے،اسکےبعد پیچھےکو کچھپتہنہیں۔ یعنیہسٹورینایساکہتےہیں۔</w:t>
      </w:r>
    </w:p>
    <w:p>
      <w:r>
        <w:rPr>
          <w:b/>
        </w:rPr>
        <w:t xml:space="preserve">[22:25] </w:t>
      </w:r>
      <w:r>
        <w:t>pachees hazar saal tak insaan koshish karta raha, struggle karta raha.</w:t>
      </w:r>
    </w:p>
    <w:p>
      <w:pPr>
        <w:jc w:val="right"/>
      </w:pPr>
      <w:r>
        <w:t>پچیس ہزار سال تک انسان کوششکرتارہا،سٹرگلکرتارہا۔</w:t>
      </w:r>
    </w:p>
    <w:p>
      <w:r>
        <w:rPr>
          <w:b/>
        </w:rPr>
        <w:t xml:space="preserve">[22:31] </w:t>
      </w:r>
      <w:r>
        <w:t>tab woh kapda bra, is kapde ko pehan kar ke aap shadiyan karte hain. isko pehan kar ke hospital jaate hain. to logon ko jis cheez ko unhon ne priority de rakhi hai, is woh woh false priority he.</w:t>
      </w:r>
    </w:p>
    <w:p>
      <w:pPr>
        <w:jc w:val="right"/>
      </w:pPr>
      <w:r>
        <w:t>تبوہکپڑابرا،اسکپڑےکو پہنکرکےآپ شادیاںکرتےہیں۔ اسکوپہنکرکے ہاسپٹلجاتےہیں۔ تولوگوںکو جسچیزکوانہوںنےپرائرٹیدےرکھیہے، اس وہ وہفالسپرائرٹیہے۔</w:t>
      </w:r>
    </w:p>
    <w:p>
      <w:r>
        <w:rPr>
          <w:b/>
        </w:rPr>
        <w:t xml:space="preserve">[22:47] </w:t>
      </w:r>
      <w:r>
        <w:t>shadi kya ? yaani shadiyon ko log excuse banate hain. haalanke shadi ke jitne bhi item hain, in sab item ko banane mein humanity ka hissa he.</w:t>
      </w:r>
    </w:p>
    <w:p>
      <w:pPr>
        <w:jc w:val="right"/>
      </w:pPr>
      <w:r>
        <w:t>شادی کیا ؟ یعنی شادیوںکولوگایکسکیوزبناتےہیں۔ حالانکہشادیکےجتنےبھیآئٹمہیں، انسب آئٹمکوبنانےمیں ہیومینٹیکاحصہہے۔</w:t>
      </w:r>
    </w:p>
    <w:p>
      <w:r>
        <w:rPr>
          <w:b/>
        </w:rPr>
        <w:t xml:space="preserve">[23:00] </w:t>
      </w:r>
      <w:r>
        <w:t>yaani aap ka one percent se bhi kam hissa he. jitne shadi ke item hain, chahe kapda ho, chahe jewellery ho, chahe furniture ho ya khana peena ho, humanity hazaron saal tak kaam karti rahi, yeh struggle karti rahi.</w:t>
      </w:r>
    </w:p>
    <w:p>
      <w:pPr>
        <w:jc w:val="right"/>
      </w:pPr>
      <w:r>
        <w:t>یعنیآپ کا ون پرسنٹسےبھیکمحصہہے۔ جتنےشادیکےآئٹمہیں، چاہےکپڑاہو،چاہےجیولریہو ،چاہےفرنیچرہو یا کھاناپیناہو ، ہیومینٹیہزاروںسالتککامکرتیرہی، یہسٹرگلکرتیرہی۔</w:t>
      </w:r>
    </w:p>
    <w:p>
      <w:r>
        <w:rPr>
          <w:b/>
        </w:rPr>
        <w:t xml:space="preserve">[23:14] </w:t>
      </w:r>
      <w:r>
        <w:t>tab ja kar woh saaman bana jis ko le kar aap shadiyan karte hain.</w:t>
      </w:r>
    </w:p>
    <w:p>
      <w:pPr>
        <w:jc w:val="right"/>
      </w:pPr>
      <w:r>
        <w:t>تب جاکروہ سام انب نا جسکولےکرآپ شادیاںکرتے ہیں۔</w:t>
      </w:r>
    </w:p>
    <w:p>
      <w:r>
        <w:rPr>
          <w:b/>
        </w:rPr>
        <w:t xml:space="preserve">[23:20] </w:t>
      </w:r>
      <w:r>
        <w:t>aap ghor kijiye</w:t>
      </w:r>
    </w:p>
    <w:p>
      <w:pPr>
        <w:jc w:val="right"/>
      </w:pPr>
      <w:r>
        <w:t>آپ غورکیجئے</w:t>
      </w:r>
    </w:p>
    <w:p>
      <w:r>
        <w:rPr>
          <w:b/>
        </w:rPr>
        <w:t xml:space="preserve">[23:24] </w:t>
      </w:r>
      <w:r>
        <w:t>ke aap ke upar jo ehsaan he, aap ke baap ka, aap ke maa ka, aap ke bete ka, aap ki beti ka, is se billion times zyada ehsaan he poori humanity ka aap ke upar.</w:t>
      </w:r>
    </w:p>
    <w:p>
      <w:pPr>
        <w:jc w:val="right"/>
      </w:pPr>
      <w:r>
        <w:t>کہ آپ کےاوپرجو احسانہے،آپکو باپکا،آپکےماںکا ،آپکے بیٹےکا،آپکیبیٹیکا ، اسسے بل ین ٹائمزیادہ احسانہےپوریہیومینٹیکاآپکےاوپر۔</w:t>
      </w:r>
    </w:p>
    <w:p>
      <w:r>
        <w:rPr>
          <w:b/>
        </w:rPr>
        <w:t xml:space="preserve">[23:36] </w:t>
      </w:r>
      <w:r>
        <w:t>aap ko apna beta beti zyada he aur humanity aap ko yaad nahin he.</w:t>
      </w:r>
    </w:p>
    <w:p>
      <w:pPr>
        <w:jc w:val="right"/>
      </w:pPr>
      <w:r>
        <w:t>آپکو اپنابیٹا بیٹییادہے اور ہیومینٹیآپکویادنہیںہے۔</w:t>
      </w:r>
    </w:p>
    <w:p>
      <w:r>
        <w:rPr>
          <w:b/>
        </w:rPr>
        <w:t xml:space="preserve">[23:44] </w:t>
      </w:r>
      <w:r>
        <w:t>rasool Allah ne farmaya ke log patangon ki tarah jahannum mein ja rahe hain.</w:t>
      </w:r>
    </w:p>
    <w:p>
      <w:pPr>
        <w:jc w:val="right"/>
      </w:pPr>
      <w:r>
        <w:t>رسولاللہنےفرمایاکہ لوگ پتنگوںکیطرحجہنممیںجارہےہیں۔</w:t>
      </w:r>
    </w:p>
    <w:p>
      <w:r>
        <w:rPr>
          <w:b/>
        </w:rPr>
        <w:t xml:space="preserve">[23:48] </w:t>
      </w:r>
      <w:r>
        <w:t>main in ko peeche se kheench raha hoon. jab aap par pehli wahi aayi aur aap ghar laute to Khadija ne kaha ke bistar bichha diya aur kaha ke aaram kar lijiye.</w:t>
      </w:r>
    </w:p>
    <w:p>
      <w:pPr>
        <w:jc w:val="right"/>
      </w:pPr>
      <w:r>
        <w:t>میںانکو پیچھےسےکھینچرہاہوں۔ جبآپ پر پہلی وحیآئی اورآپگھرلوٹے تو خدیجہنےکہاکہ بستربچھادیا اورکہاکہآرامکرلیجئے۔</w:t>
      </w:r>
    </w:p>
    <w:p>
      <w:r>
        <w:rPr>
          <w:b/>
        </w:rPr>
        <w:t xml:space="preserve">[24:02] </w:t>
      </w:r>
      <w:r>
        <w:t>aap ne farmaya ke "ae nahar ya Khadija! ae Khadija! aap aaram kahan?" kyunke yeh haqeeqat aap par khul gayi thi.</w:t>
      </w:r>
    </w:p>
    <w:p>
      <w:pPr>
        <w:jc w:val="right"/>
      </w:pPr>
      <w:r>
        <w:t>آپ نےفرمایاکہ"اے نہرہایاخدیجہ! اےخدیجہ!آپآرامکہاں؟" کیونکہیہحقیقتآپپرکھلگئی تھی۔</w:t>
      </w:r>
    </w:p>
    <w:p>
      <w:r>
        <w:rPr>
          <w:b/>
        </w:rPr>
        <w:t xml:space="preserve">[24:13] </w:t>
      </w:r>
      <w:r>
        <w:t>Allah taala ne khol diya tha ke poori humanity ja rahi</w:t>
      </w:r>
    </w:p>
    <w:p>
      <w:pPr>
        <w:jc w:val="right"/>
      </w:pPr>
      <w:r>
        <w:t>اللہ تعالینےکھولدیاتھا کہ پوریہیومینٹیجارہی</w:t>
      </w:r>
    </w:p>
    <w:p>
      <w:r>
        <w:rPr>
          <w:b/>
        </w:rPr>
        <w:t xml:space="preserve">[24:17] </w:t>
      </w:r>
      <w:r>
        <w:t>he hel mein. in ko bachao! "Qum fa andir ya ayyuhal muddathir! Qum fa andir!" Quran mein aaya ke "Ya ayyuhal muddathir! Qum fa andir!" ae chadar mein lapet kar sone wale, utho!</w:t>
      </w:r>
    </w:p>
    <w:p>
      <w:pPr>
        <w:jc w:val="right"/>
      </w:pPr>
      <w:r>
        <w:t>ہےہیلمیں۔ انکوبچاؤ! "قمفاندر یا ایہاالمد ثر!قمفاندر !" قرآنمیں آیا کہ "یاایہاالمد ثر!قمفاندر !"اےچادر میں لپیٹکر کرسونےوالے ،اٹھو!</w:t>
      </w:r>
    </w:p>
    <w:p>
      <w:r>
        <w:rPr>
          <w:b/>
        </w:rPr>
        <w:t xml:space="preserve">[24:37] </w:t>
      </w:r>
      <w:r>
        <w:t>duniya jahannum mein ja rahi he, is ko darao, batao is ko !</w:t>
      </w:r>
    </w:p>
    <w:p>
      <w:pPr>
        <w:jc w:val="right"/>
      </w:pPr>
      <w:r>
        <w:t>دنیا جہنممیںجارہیہے،اسکوڈراؤ،بتاؤاسکو !</w:t>
      </w:r>
    </w:p>
    <w:p>
      <w:r>
        <w:rPr>
          <w:b/>
        </w:rPr>
        <w:t xml:space="preserve">[24:46] </w:t>
      </w:r>
      <w:r>
        <w:t>yeh sab se bada maamla he, sab se bada maamla he. yeh aap sochiye ke ek aadmi ne aap par ehsaan kiya ho aur uska ehsaan aap na chukaa paaye hon to aap uska saamna karne ki himmat nahin hoti. aap ko</w:t>
      </w:r>
    </w:p>
    <w:p>
      <w:pPr>
        <w:jc w:val="right"/>
      </w:pPr>
      <w:r>
        <w:t>یہسبسےبڑا معاملہہے، سبسےبڑامعاملہہے۔ یہ آپسوچیےکہ ایک آدمینےآپپراحسانکیا ہو اوراسکا احسان آپ نہچکاپائےہوں توآپ اسکاسامناکرنے کیہمتنہیںہوتی۔آپکو</w:t>
      </w:r>
    </w:p>
    <w:p>
      <w:r>
        <w:rPr>
          <w:b/>
        </w:rPr>
        <w:t xml:space="preserve">[25:08] </w:t>
      </w:r>
      <w:r>
        <w:t>main aap ko ek qissa bataoon.</w:t>
      </w:r>
    </w:p>
    <w:p>
      <w:pPr>
        <w:jc w:val="right"/>
      </w:pPr>
      <w:r>
        <w:t>میںآپکوایکقصہبتاؤں۔</w:t>
      </w:r>
    </w:p>
    <w:p>
      <w:r>
        <w:rPr>
          <w:b/>
        </w:rPr>
        <w:t xml:space="preserve">[25:12] </w:t>
      </w:r>
      <w:r>
        <w:t>Ali Garh mein ek saahab the, ab un ka intqaal ho chuka he. un ka naam tha Hakim Afaaq Ullah. Ali Garh ke Tibbiya College mein woh ustaad the.</w:t>
      </w:r>
    </w:p>
    <w:p>
      <w:pPr>
        <w:jc w:val="right"/>
      </w:pPr>
      <w:r>
        <w:t>علی گڑھمیں ایک صاحبتھے، ابانکاانتقالہوچکاہے۔ انکانامتھاحکیم عفام اللہ۔ علی گڑھکےطبیہکالجمیںوہ استاد تھے۔</w:t>
      </w:r>
    </w:p>
    <w:p>
      <w:r>
        <w:rPr>
          <w:b/>
        </w:rPr>
        <w:t xml:space="preserve">[25:26] </w:t>
      </w:r>
      <w:r>
        <w:t>un ka watan tha unhon na.</w:t>
      </w:r>
    </w:p>
    <w:p>
      <w:pPr>
        <w:jc w:val="right"/>
      </w:pPr>
      <w:r>
        <w:t>انکا وطن تھا انہوں نا۔</w:t>
      </w:r>
    </w:p>
    <w:p>
      <w:r>
        <w:rPr>
          <w:b/>
        </w:rPr>
        <w:t xml:space="preserve">[25:32] </w:t>
      </w:r>
      <w:r>
        <w:t>meri kai baar un se mulaqaat hui thi aur unhon ne khud bataya tha yeh waqea. yeh bata raha hoon aap ko main direct</w:t>
      </w:r>
    </w:p>
    <w:p>
      <w:pPr>
        <w:jc w:val="right"/>
      </w:pPr>
      <w:r>
        <w:t>میریکئیبار انسےملاقاتہوئی تھی اورانہوںنےخودبتایاتھایہواقعہ۔یہبتارہاہوںآپکومیں ڈائریکٹ</w:t>
      </w:r>
    </w:p>
    <w:p>
      <w:r>
        <w:rPr>
          <w:b/>
        </w:rPr>
        <w:t xml:space="preserve">[25:38] </w:t>
      </w:r>
      <w:r>
        <w:t>. to woh hafte mein ek baar watan jaaya karte the, apne train se jaate the. Ali Garh se train jaati thi, un ke gaon ke qareeb railway station tha, to wahan pahunchti thi woh shaam ko ,</w:t>
      </w:r>
    </w:p>
    <w:p>
      <w:pPr>
        <w:jc w:val="right"/>
      </w:pPr>
      <w:r>
        <w:t>۔تو وہ ہفتےمیںایکبار وطن جایاکرتے تھے،اپنے ٹرینسےجاتےتھے۔ علی گڑھسےٹرینجاتیتھی، انکےگاؤںکےقریب ریلوےاسٹیشنتھا، تووہاںپہنچتیتھیوہ شامکو ،</w:t>
      </w:r>
    </w:p>
    <w:p>
      <w:r>
        <w:rPr>
          <w:b/>
        </w:rPr>
        <w:t xml:space="preserve">[25:54] </w:t>
      </w:r>
      <w:r>
        <w:t>yani sooraj doobne ke qareeb pohnchti thi. to yahan ka mamool tha. to inke is ilaqa e ke, is area ke kisi aadmi se inki dushmani ho</w:t>
      </w:r>
    </w:p>
    <w:p>
      <w:pPr>
        <w:jc w:val="right"/>
      </w:pPr>
      <w:r>
        <w:t>یعنیسورجڈوبنےکےقریب پہنچتیتھی۔ تویہانکا معمول تھا۔ تو انکے اس علاق ےکے،اس ایریاکےکسیآدمیسےانکیدشمنیہو</w:t>
      </w:r>
    </w:p>
    <w:p>
      <w:r>
        <w:rPr>
          <w:b/>
        </w:rPr>
        <w:t xml:space="preserve">[26:07] </w:t>
      </w:r>
      <w:r>
        <w:t>gayi, yani woh aadmi inka dushman ban gaya kisi wajah se. aaj kal aap jante hain ke khwaam khwaah hi dushmani ab ban jati hai. to khair, hakim afaamullah sahib ne bataya ke inka koi dushman ho giya tha.</w:t>
      </w:r>
    </w:p>
    <w:p>
      <w:pPr>
        <w:jc w:val="right"/>
      </w:pPr>
      <w:r>
        <w:t>گئی،یعنیوہآدمیانکادشمنبنگیاکسیوجہ سے۔ آجکلآپجانتےہیںکہخوامخواہہیدشمنیاببنجاتیہے۔ توخیر، حک یم عفام اللہصاحبنےبتایا کہانکاکوئیدشمنہوگیاتھا۔</w:t>
      </w:r>
    </w:p>
    <w:p>
      <w:r>
        <w:rPr>
          <w:b/>
        </w:rPr>
        <w:t xml:space="preserve">[26:20] </w:t>
      </w:r>
      <w:r>
        <w:t>is ne ek scheme banai, ek scheme banai ke shaam ko jab woh utar kar aain to ek aadmi ko koi paisa diya, kuch unhone do chaar</w:t>
      </w:r>
    </w:p>
    <w:p>
      <w:pPr>
        <w:jc w:val="right"/>
      </w:pPr>
      <w:r>
        <w:t>اسنےایکاسکیمبنائی، ایکاسک یمبنائی کہشامکوجب وہاترکرآئیں توایکآدمی کو کوئیپیسہدیا،کچھانہوںنے دو چار</w:t>
      </w:r>
    </w:p>
    <w:p>
      <w:r>
        <w:rPr>
          <w:b/>
        </w:rPr>
        <w:t xml:space="preserve">[26:32] </w:t>
      </w:r>
      <w:r>
        <w:t>sau. ghareeb aadmi tha bechara ke tum inko maar dalo, tum ko itna paisa deta hoon mein. to dehaat mein ek cheez hoti hai, usko kehte hain gadasa.</w:t>
      </w:r>
    </w:p>
    <w:p>
      <w:pPr>
        <w:jc w:val="right"/>
      </w:pPr>
      <w:r>
        <w:t>سو۔ غریبآدمیتھابیچارہ کہتم انکومارڈالو،تم کواتناپیسہدیتاہوںمیں۔ تو دیہاتمیںایکچیزہوتیہے،اسکوکہتےہیںگڑاسا۔</w:t>
      </w:r>
    </w:p>
    <w:p>
      <w:r>
        <w:rPr>
          <w:b/>
        </w:rPr>
        <w:t xml:space="preserve">[26:42] </w:t>
      </w:r>
      <w:r>
        <w:t>gadasa jo hai, yani big knife samajh lijiye, bohat bara sa, bohat bada si chhuri, us se woh kaat te hain, yani powder kaat te hain, us se powder, chare,</w:t>
      </w:r>
    </w:p>
    <w:p>
      <w:pPr>
        <w:jc w:val="right"/>
      </w:pPr>
      <w:r>
        <w:t>گڑاساجوہے، یعنی بگنائفسمجھلیجئے، بہتبڑاسا، بہت بڑیسیچھری، اسے وہ کاٹتےہیں، یعنی پاؤڈرکاٹتےہیں،اسسے چارہ،</w:t>
      </w:r>
    </w:p>
    <w:p>
      <w:r>
        <w:rPr>
          <w:b/>
        </w:rPr>
        <w:t xml:space="preserve">[26:55] </w:t>
      </w:r>
      <w:r>
        <w:t>ghaas waghera.</w:t>
      </w:r>
    </w:p>
    <w:p>
      <w:pPr>
        <w:jc w:val="right"/>
      </w:pPr>
      <w:r>
        <w:t>گھاسوغیرہ۔</w:t>
      </w:r>
    </w:p>
    <w:p>
      <w:r>
        <w:rPr>
          <w:b/>
        </w:rPr>
        <w:t xml:space="preserve">[26:57] </w:t>
      </w:r>
      <w:r>
        <w:t>to us ko kehte hain dehaat mein gadasa, yani bohat bari big knife. to woh us ko le kar ke chupke baith gaya wahan. wahan par ek chhota sa pul tha, is pul se woh hote the, woh us ko pul se paar ho kar phir apne gaon mein pohnchte the.</w:t>
      </w:r>
    </w:p>
    <w:p>
      <w:pPr>
        <w:jc w:val="right"/>
      </w:pPr>
      <w:r>
        <w:t>تواسکوکہتےہیںدیہاتمیںگڑاسا، یعنی بہت بڑی بگنائف۔ تو وہ اسکولےکرکےچھپکےبیٹھگیاوہاں ۔وہاں پرایکچھوٹاساپلتھا، اس پلسےوہ پاسہوتےتھے،وہ اس کوپلسےپاسہوکرپھراپنےگاؤںمیںپہنچتےتھے۔</w:t>
      </w:r>
    </w:p>
    <w:p>
      <w:r>
        <w:rPr>
          <w:b/>
        </w:rPr>
        <w:t xml:space="preserve">[27:18] </w:t>
      </w:r>
      <w:r>
        <w:t>to kya hua? woh aadmi pul ke neeche baith gaya shaam ko, aur jab woh aate the to tab tak wahan andheri raat ho chuki hoti thi.</w:t>
      </w:r>
    </w:p>
    <w:p>
      <w:pPr>
        <w:jc w:val="right"/>
      </w:pPr>
      <w:r>
        <w:t>توکیا ہوا ؟ وہ آدمی پلکےنیچے بیٹھگیا شامکو ، اور جب وہآتےتھےتو تبتک وہاں اندھیراہوچکاہوتاتھا۔</w:t>
      </w:r>
    </w:p>
    <w:p>
      <w:r>
        <w:rPr>
          <w:b/>
        </w:rPr>
        <w:t xml:space="preserve">[27:31] </w:t>
      </w:r>
      <w:r>
        <w:t>to jab woh pohnche, aur is time wahan par koi aur aane jaane wala nahi, andheri raat ho chuki hoti thi, wahan sunna ta ho jata tha. to akele aate the, akele jaate the woh.</w:t>
      </w:r>
    </w:p>
    <w:p>
      <w:pPr>
        <w:jc w:val="right"/>
      </w:pPr>
      <w:r>
        <w:t>توجب وہپہنچے، اوراسٹائم وہاںپرکوئی اور آنےجانےوالا نہیں،اندھیراہوچ کاہوتاتھا،وہاںسنڈاٹاہوجاتاتھا۔ تو اکیلےآتےتھے،اکیلےجاتےتھےوہ۔</w:t>
      </w:r>
    </w:p>
    <w:p>
      <w:r>
        <w:rPr>
          <w:b/>
        </w:rPr>
        <w:t xml:space="preserve">[27:42] </w:t>
      </w:r>
      <w:r>
        <w:t>to jab woh pul par pohnche to zahir hai ke dekh raha tha. to jaldi se nikla woh apna woh gadasa le kar ke, aur jab pul par unke saamne aa ke khada ho gaya,</w:t>
      </w:r>
    </w:p>
    <w:p>
      <w:pPr>
        <w:jc w:val="right"/>
      </w:pPr>
      <w:r>
        <w:t>توجب وہ پلپرپہنچے توظاہرہےکہدیکھرہاتھا۔ تو جلدیسے نکلاوہ اپناوہ گڈاسالےکرکے، اور جب پلپر انکےسامنےآکےکھڑاہوگیا،</w:t>
      </w:r>
    </w:p>
    <w:p>
      <w:r>
        <w:rPr>
          <w:b/>
        </w:rPr>
        <w:t xml:space="preserve">[27:57] </w:t>
      </w:r>
      <w:r>
        <w:t>us ko le kar ke, matlab uska gardan kaatne ke liye. to hakim fuallah sahib ka woh jaana pehchana aadmi tha, us ko by face woh pehchante the, us ko to unhone jaan liya ke falan aadmi hai.</w:t>
      </w:r>
    </w:p>
    <w:p>
      <w:pPr>
        <w:jc w:val="right"/>
      </w:pPr>
      <w:r>
        <w:t>اسکولےکرکے،مطلباسکا گرد ن کاٹنےکےلیے۔ تو حکیم فواللہصاحب کاوہ جاناپہچاناآدمیتھا، اسکو بائیفیسوہپہچانتےتھے،اسکو توانہوںنےجانلیاکہفلاںآدمیہے۔</w:t>
      </w:r>
    </w:p>
    <w:p>
      <w:r>
        <w:rPr>
          <w:b/>
        </w:rPr>
        <w:t xml:space="preserve">[28:14] </w:t>
      </w:r>
      <w:r>
        <w:t>to phir aisa hua ke un par is aadmi par hakim fuallah sahib ka ek ehsaan tha. woh ghareeb aadmi bechara, uska chhota bachcha beemar hua, to us ke paas ilaaj ke paise nahi the,</w:t>
      </w:r>
    </w:p>
    <w:p>
      <w:pPr>
        <w:jc w:val="right"/>
      </w:pPr>
      <w:r>
        <w:t>تو پھرایساہوا کہانپر اس آدمیپر حکیم فو اللہصاحبکاایکاحسانتھا۔ وہغریبآدمیبیچارہ، اسکاچھوٹابچہبیمارہوا، تو اسکےپاس علاجکےپیسےنہیں تھے،</w:t>
      </w:r>
    </w:p>
    <w:p>
      <w:r>
        <w:rPr>
          <w:b/>
        </w:rPr>
        <w:t xml:space="preserve">[28:30] </w:t>
      </w:r>
      <w:r>
        <w:t>aur rickshaw gaadi mein bhi nahi bitha sakta tha us ko. to hamare dehaat mein kehte hain jhuwa, jhuwa ka matlab hota hai tokra, ek bara sa tokra.</w:t>
      </w:r>
    </w:p>
    <w:p>
      <w:pPr>
        <w:jc w:val="right"/>
      </w:pPr>
      <w:r>
        <w:t>اور رکشہگاڑیمیںبھینہیں بٹھاسکتاتھااسکو۔ تو ہمارے دیہاتمیںکہتےہیں جھوا، جھواکامطلبہوتاہےٹوکرا، ایکبڑاساٹوکرا۔</w:t>
      </w:r>
    </w:p>
    <w:p>
      <w:r>
        <w:rPr>
          <w:b/>
        </w:rPr>
        <w:t xml:space="preserve">[28:43] </w:t>
      </w:r>
      <w:r>
        <w:t>to</w:t>
      </w:r>
    </w:p>
    <w:p>
      <w:pPr>
        <w:jc w:val="right"/>
      </w:pPr>
      <w:r>
        <w:t>تو</w:t>
      </w:r>
    </w:p>
    <w:p>
      <w:r>
        <w:rPr>
          <w:b/>
        </w:rPr>
        <w:t xml:space="preserve">[28:46] </w:t>
      </w:r>
      <w:r>
        <w:t>jhuwe mein rakh kar ke, yani tokre mein rakh kar ke, woh laya hakim fuallah sahib ke clinic mein. us ko</w:t>
      </w:r>
    </w:p>
    <w:p>
      <w:pPr>
        <w:jc w:val="right"/>
      </w:pPr>
      <w:r>
        <w:t>جھ وےمیںرکھکرکے،یعنیٹوکرےمیںرکھکرکے،وہ لایاحکیمفواللہصاحبکےکلینکمیں۔اسکو</w:t>
      </w:r>
    </w:p>
    <w:p>
      <w:r>
        <w:rPr>
          <w:b/>
        </w:rPr>
        <w:t xml:space="preserve">[28:54] </w:t>
      </w:r>
      <w:r>
        <w:t>to us ne kaha ke hakim sahib, mere paas paisa nahi hai dawa ka, aap karam ki jiye. unhone us ka dawa kiya, us ka ilaaj kiya, aur bachcha jo tha woh achha ho gaya,</w:t>
      </w:r>
    </w:p>
    <w:p>
      <w:pPr>
        <w:jc w:val="right"/>
      </w:pPr>
      <w:r>
        <w:t>تو اسنےکہاکہ حکیمصاحب،میرےپاسپیسہنہیںہے دواکا، آپ کرمکی جئے۔ انہوں نے اسکادواکیا ،اسکاعلاجکیا، اور بچہجوتھاوہاچھاہوگیا،</w:t>
      </w:r>
    </w:p>
    <w:p>
      <w:r>
        <w:rPr>
          <w:b/>
        </w:rPr>
        <w:t xml:space="preserve">[29:11] </w:t>
      </w:r>
      <w:r>
        <w:t>achha ho gaya, woh theek thaak ho gaya. to hakim fuallah sahib ne kaha us se ke kya tum ko woh din nahi?</w:t>
      </w:r>
    </w:p>
    <w:p>
      <w:pPr>
        <w:jc w:val="right"/>
      </w:pPr>
      <w:r>
        <w:t>اچھاہوگیا، وہ ٹھیکٹھاکہوگیا۔ تو حک یم فواللہصاحبنےکہا اسسے کہ کیاتم کووہدنیادنہیں ؟</w:t>
      </w:r>
    </w:p>
    <w:p>
      <w:r>
        <w:rPr>
          <w:b/>
        </w:rPr>
        <w:t xml:space="preserve">[29:24] </w:t>
      </w:r>
      <w:r>
        <w:t>kya tum ko woh din nahi jab tum apne chhote bachche ko jhuwe mein rakh kar laye the? tumhare paas paise nahi the, maine us ka ilaaj kiya, aur woh achha ho gaya.</w:t>
      </w:r>
    </w:p>
    <w:p>
      <w:pPr>
        <w:jc w:val="right"/>
      </w:pPr>
      <w:r>
        <w:t>کیا تم کووہدنیادنہیں جب تم اپنےچھوٹےبچےکو جھوامیںرکھکرلائےتھے؟ تمہارےپاسپیسےنہیںتھے ، میںنےاسکاعلاجکیا، اور وہاچھاہوگیا۔</w:t>
      </w:r>
    </w:p>
    <w:p>
      <w:r>
        <w:rPr>
          <w:b/>
        </w:rPr>
        <w:t xml:space="preserve">[29:40] </w:t>
      </w:r>
      <w:r>
        <w:t>woh din tum ko yaad nahi? ab tum ko mujh ko, mujh ko maarne ke liye aaye ho tum? unhone bataya ke jab unhone yeh ehsaan yaad dilaya us ko to itna sharminda hua woh ke unke paon par gir pada,</w:t>
      </w:r>
    </w:p>
    <w:p>
      <w:pPr>
        <w:jc w:val="right"/>
      </w:pPr>
      <w:r>
        <w:t>وہدنتمکویادنہیں؟ابتمکو مجھکو،مجھکو مارنےکےلیےآئےہوتم ؟ انہوںنےبتایا کہ جب انہوںنےیہاحسان یاددل ایااسکو تواتنا شرمندہہوا وہ کہانکےپاؤںپہگرپڑا،</w:t>
      </w:r>
    </w:p>
    <w:p>
      <w:r>
        <w:rPr>
          <w:b/>
        </w:rPr>
        <w:t xml:space="preserve">[29:56] </w:t>
      </w:r>
      <w:r>
        <w:t>hakim sahib ke paon par gir pada. kehte hain hakim sahib, mujhe maaf karo. ab woh jo gadasa us ke paas tha, woh phenk diya us ko.</w:t>
      </w:r>
    </w:p>
    <w:p>
      <w:pPr>
        <w:jc w:val="right"/>
      </w:pPr>
      <w:r>
        <w:t>حک یمصاحبکےپاؤںپہگرپڑا۔ کہتےہیںحک یمصاحب،مجھےمعافکرو۔ ابوہجو گڑاسااسکےپاستھا،وہپھینکدیااسکو۔</w:t>
      </w:r>
    </w:p>
    <w:p>
      <w:r>
        <w:rPr>
          <w:b/>
        </w:rPr>
        <w:t xml:space="preserve">[30:06] </w:t>
      </w:r>
      <w:r>
        <w:t>us ne kaha ke maaf karo us ko, aur</w:t>
      </w:r>
    </w:p>
    <w:p>
      <w:pPr>
        <w:jc w:val="right"/>
      </w:pPr>
      <w:r>
        <w:t>اسنےکہاکہمعافکرواسکو، اور</w:t>
      </w:r>
    </w:p>
    <w:p>
      <w:r>
        <w:rPr>
          <w:b/>
        </w:rPr>
        <w:t xml:space="preserve">[30:09] </w:t>
      </w:r>
      <w:r>
        <w:t>wapas chala gaya ghar. mein, mein, mein kehta hoon aap logon se ke qayam mein jo aap log shadiyon mein ja kar khush hote hain, baap bete ke ilaaj ke liye hospital pahunch jaate hain,</w:t>
      </w:r>
    </w:p>
    <w:p>
      <w:pPr>
        <w:jc w:val="right"/>
      </w:pPr>
      <w:r>
        <w:t>واپسچلاگیاگھر۔ میں،میں،میںکہتاہوں آپلوگوںسے کہ قیامتمیں جو آپلوگ شادیوںمیں جاکرخوشہوتےہیں، باپ بیٹےکےعلاجکےلیےہاسپٹلپہنچجاتےہیں،</w:t>
      </w:r>
    </w:p>
    <w:p>
      <w:r>
        <w:rPr>
          <w:b/>
        </w:rPr>
        <w:t xml:space="preserve">[30:26] </w:t>
      </w:r>
      <w:r>
        <w:t>aur yahan insaan saare ikatthe honge, jaa kahenge hamare liye tum ne kya kiya? tum ne to hamein bohat kuch kiya tha.</w:t>
      </w:r>
    </w:p>
    <w:p>
      <w:pPr>
        <w:jc w:val="right"/>
      </w:pPr>
      <w:r>
        <w:t>اوریہانسان سارےاکٹھےہوںگے،جا کہیںگے ہمارےلیےتمنےکیاکیا ؟ تمنےتوہمیںبہت کچھکیاتھا۔</w:t>
      </w:r>
    </w:p>
    <w:p>
      <w:r>
        <w:rPr>
          <w:b/>
        </w:rPr>
        <w:t xml:space="preserve">[30:36] </w:t>
      </w:r>
      <w:r>
        <w:t>saari jo maine, jisko maine keha tha us se pehle ke social contribution, ek poori civilization hum ne dunya mein paida ki, tumhare roshni ke liye bijli ijaad ki,</w:t>
      </w:r>
    </w:p>
    <w:p>
      <w:pPr>
        <w:jc w:val="right"/>
      </w:pPr>
      <w:r>
        <w:t>ساریجو میںنے،جسکومیںنےکہاتھااسسےپہلے کہ سو یلائزیشنلکنٹریبیوشن، ایک پوری سویلائزیشنہمنے دنیا میںپیدا کی، تمہارے روشنیکےلیےبجلی ایجادکی،</w:t>
      </w:r>
    </w:p>
    <w:p>
      <w:r>
        <w:rPr>
          <w:b/>
        </w:rPr>
        <w:t xml:space="preserve">[30:51] </w:t>
      </w:r>
      <w:r>
        <w:t>tumhare liye hum ne train banai, tumhare liye motor banai, tumhare liye hawai jahaz banaye, ek poora karobar kiya hum ne, jiske bal par tum hansi khushi jeete rahe.</w:t>
      </w:r>
    </w:p>
    <w:p>
      <w:pPr>
        <w:jc w:val="right"/>
      </w:pPr>
      <w:r>
        <w:t>تمہارےلیےہمنےٹرینبنائی،تمہارےلیےموٹربنائی،تمہارےلیےحواجاتبنائے، ایک پورا کاروبارکیا ہمنے، جسکےبلپرتم ہنسیخوشیجیتےرہے۔</w:t>
      </w:r>
    </w:p>
    <w:p>
      <w:r>
        <w:rPr>
          <w:b/>
        </w:rPr>
        <w:t xml:space="preserve">[31:03] </w:t>
      </w:r>
      <w:r>
        <w:t>hamare liye kya kiya tumne ?</w:t>
      </w:r>
    </w:p>
    <w:p>
      <w:pPr>
        <w:jc w:val="right"/>
      </w:pPr>
      <w:r>
        <w:t>ہمارےلیےکیا کیاتمنے ؟</w:t>
      </w:r>
    </w:p>
    <w:p>
      <w:r>
        <w:rPr>
          <w:b/>
        </w:rPr>
        <w:t xml:space="preserve">[31:06] </w:t>
      </w:r>
      <w:r>
        <w:t>tum to jante the ke khuda ki sachai yeh hai, tum jante the ke tumhare paas quran hai. kya kiya tumne hamare paas ?</w:t>
      </w:r>
    </w:p>
    <w:p>
      <w:pPr>
        <w:jc w:val="right"/>
      </w:pPr>
      <w:r>
        <w:t>تم توجانتےتھےکہخداکیسچائییہہے، تم جانتےتھےکہتمہارےپاسقرآنہے۔ کیا کیا تمنےہمارےپاس ؟</w:t>
      </w:r>
    </w:p>
    <w:p>
      <w:r>
        <w:rPr>
          <w:b/>
        </w:rPr>
        <w:t xml:space="preserve">[31:15] </w:t>
      </w:r>
      <w:r>
        <w:t>ab sochiye ke is is gharib aadmi ko jitna repentance aaya hoga, jitna woh sharminda hua hoga, use billion times zyada aapko sharminda hona padega. us waqt</w:t>
      </w:r>
    </w:p>
    <w:p>
      <w:pPr>
        <w:jc w:val="right"/>
      </w:pPr>
      <w:r>
        <w:t>ابسوچیےکہاس اسغریب آدمیکو جتنا ریپینٹنسآیاہوگا،جت ناوہشرمندہہواہوگا، اسے بل ین ٹائمزیادہ آپکوشرمندہہوناپڑےگا۔اسوقت</w:t>
      </w:r>
    </w:p>
    <w:p>
      <w:r>
        <w:rPr>
          <w:b/>
        </w:rPr>
        <w:t xml:space="preserve">[31:30] </w:t>
      </w:r>
      <w:r>
        <w:t>billion times zyada sharminda hona padega. kya aap jawab denge ?</w:t>
      </w:r>
    </w:p>
    <w:p>
      <w:pPr>
        <w:jc w:val="right"/>
      </w:pPr>
      <w:r>
        <w:t>بل ینٹائمزیادہ شرمندہہوناپڑےگا۔ کیاآپجوابدیںگے؟</w:t>
      </w:r>
    </w:p>
    <w:p>
      <w:r>
        <w:rPr>
          <w:b/>
        </w:rPr>
        <w:t xml:space="preserve">[31:35] </w:t>
      </w:r>
      <w:r>
        <w:t>poori koi humanity ka hai ke mera debt tumhare paas tha? kya tum ne mere debt ko ada kiya ? phir kehte hain ke hum mein, hum mein se har ek ke upar poori koi humanity ka debt hai.</w:t>
      </w:r>
    </w:p>
    <w:p>
      <w:pPr>
        <w:jc w:val="right"/>
      </w:pPr>
      <w:r>
        <w:t>پوریکوئیہیومینٹیکہےکہمیراڈیٹتمہارےپاستھا؟ کیا تم نے میرےڈیٹکواداکیا ؟ پھرکہتےہیںکہہممیں،ہممیںسےہرایککےاوپر پوریکوئیہیومینٹیکاڈیٹہے۔</w:t>
      </w:r>
    </w:p>
    <w:p>
      <w:r>
        <w:rPr>
          <w:b/>
        </w:rPr>
        <w:t xml:space="preserve">[31:49] </w:t>
      </w:r>
      <w:r>
        <w:t>jin cheezon ko lekar aaj aap khush hote hain, aaram se zindagi guzarte hain, comfortable life banate hain, is aapka hissa hone percent se kam hota hai, aur humanity ka hissa is mein 99 percent hota hai.</w:t>
      </w:r>
    </w:p>
    <w:p>
      <w:pPr>
        <w:jc w:val="right"/>
      </w:pPr>
      <w:r>
        <w:t>جنچیزوںکولےکرآجآپ خوشہوتےہیں، آرامسےزندگی گزارتےہیں، کمفرٹیبللائفبناتےہیں، اس آپکاحصہون پرسنٹسےکمہوتاہے، اور ہیومینٹیکاحصہاسمیں موردین9 9پرسنٹہوتاہے۔</w:t>
      </w:r>
    </w:p>
    <w:p>
      <w:r>
        <w:rPr>
          <w:b/>
        </w:rPr>
        <w:t xml:space="preserve">[32:04] </w:t>
      </w:r>
      <w:r>
        <w:t>koi iska inkar nahi kar sakta. jo inkar kare, woh mein bataun, woh mad hai, woh woh jhoot bolega. jo inkar kare is baat ka, har woh cheez, chahe kapda pehente hon aap, ya ek acha ghar banate hon aap, ek achi car kharid kar late hon aap,</w:t>
      </w:r>
    </w:p>
    <w:p>
      <w:pPr>
        <w:jc w:val="right"/>
      </w:pPr>
      <w:r>
        <w:t>کوئیاسکاانکارنہیںکرسکتا۔جوانکارکرے،وہ میںبتاؤں،وہمیڈہے،وہ وہجھوٹبولےگا۔جوانکارکرےاسباتکا ، ہروہچیز،چاہےکپڑاپہنتےہوںآپ، یا ایکاچھاگھربناتےہوںآپ، ایکاچھیکارخریدکرلاتےہوںآپ،</w:t>
      </w:r>
    </w:p>
    <w:p>
      <w:r>
        <w:rPr>
          <w:b/>
        </w:rPr>
        <w:t xml:space="preserve">[32:20] </w:t>
      </w:r>
      <w:r>
        <w:t>ya paisa kamakar bank mein jama karte hon aap, har cheez mein insaan ka hissa hai. mein ek, mein har jagah gaya hoon toh mein ek jagah gaya,</w:t>
      </w:r>
    </w:p>
    <w:p>
      <w:pPr>
        <w:jc w:val="right"/>
      </w:pPr>
      <w:r>
        <w:t>یاپیسہکماکربینکمیںجمع کرتےہوںآپ، ہرچیز میں انسانکاحص ہہے۔ میں ایک ،میں ہرجگہگیاہوںتومیں ایکجگہگیا،</w:t>
      </w:r>
    </w:p>
    <w:p>
      <w:r>
        <w:rPr>
          <w:b/>
        </w:rPr>
        <w:t xml:space="preserve">[32:33] </w:t>
      </w:r>
      <w:r>
        <w:t>ek area tha, ab toh develop ho gaya hai. woh pehle usko mewat kehte the, bilkul is zamane jaise log wahan the, jaise ke jo ke civilization se pehle ke zamane ke log.</w:t>
      </w:r>
    </w:p>
    <w:p>
      <w:pPr>
        <w:jc w:val="right"/>
      </w:pPr>
      <w:r>
        <w:t>ایک ایریاتھا، ابتو ڈیولپہوگیاہے۔وہ پہلے اسکومی واتکہتےتھے،بالکل اس زمان ےجیسےلوگوہاںتھے،جیسےکہ جوکہ سویلائزیشنسےپہلے کےزمان ےکےلوگ۔</w:t>
      </w:r>
    </w:p>
    <w:p>
      <w:r>
        <w:rPr>
          <w:b/>
        </w:rPr>
        <w:t xml:space="preserve">[32:45] </w:t>
      </w:r>
      <w:r>
        <w:t>toh mein ek family mein gaya toh woh ek bilkul chhappar tha, mamooli sa, usmein rehta tha. woh toh iska jante hain kya ?</w:t>
      </w:r>
    </w:p>
    <w:p>
      <w:pPr>
        <w:jc w:val="right"/>
      </w:pPr>
      <w:r>
        <w:t>تومیں ایک فیملیمیںگیا تو وہایکبالکل چھپر ساتھا،معمولیسا،اسمیںرہتاتھا۔وہ تو اسکا جانتےہیںکیا ؟</w:t>
      </w:r>
    </w:p>
    <w:p>
      <w:r>
        <w:rPr>
          <w:b/>
        </w:rPr>
        <w:t xml:space="preserve">[32:55] </w:t>
      </w:r>
      <w:r>
        <w:t>uske paas jo ek ek do rupaye ka note hota tha, toh ped mein ek suraakh tha jisko khoonkhad kehte hain.</w:t>
      </w:r>
    </w:p>
    <w:p>
      <w:pPr>
        <w:jc w:val="right"/>
      </w:pPr>
      <w:r>
        <w:t>اسکےپاسجو ایک ایک دوروپےکانوٹہوتاتھا، تو پیڑمیںایک سوراختھاجسکوہمکھوکھڑاکہتےہیں۔</w:t>
      </w:r>
    </w:p>
    <w:p>
      <w:r>
        <w:rPr>
          <w:b/>
        </w:rPr>
        <w:t xml:space="preserve">[33:02] </w:t>
      </w:r>
      <w:r>
        <w:t>ek ped ke neeche uska ghar tha, uska ghar ek ped ke neeche tha, is mein thoda sa kuch chhappar wagera daal kar ke, aur ped mein ek suraakh tha jisko dehat mein khoonkhad kehte hain.</w:t>
      </w:r>
    </w:p>
    <w:p>
      <w:pPr>
        <w:jc w:val="right"/>
      </w:pPr>
      <w:r>
        <w:t>ایک پیڑکےنیچےاسکاگھرتھا، اسکاگھرایکپیڑکےنیچےتھا، اسیمیںتھوڑاسا کچھ چھپڑوغیرہڈالکرکے، اور پیڑمیں ایک سوراختھا جسکودیہاتمیںکھوکھڑاکہتےہیں۔</w:t>
      </w:r>
    </w:p>
    <w:p>
      <w:r>
        <w:rPr>
          <w:b/>
        </w:rPr>
        <w:t xml:space="preserve">[33:15] </w:t>
      </w:r>
      <w:r>
        <w:t>usmein woh paisa rakhta tha. usmein toh maine socha ke hazaron saal pehle aise hi insaan rehta tha.</w:t>
      </w:r>
    </w:p>
    <w:p>
      <w:pPr>
        <w:jc w:val="right"/>
      </w:pPr>
      <w:r>
        <w:t>اسمیںوہپیسہرکھتاتھا۔ اسمیں تومیںنےسوچاکہہزاروںسالپہلے ایسےہیانسانرہتاتھا۔</w:t>
      </w:r>
    </w:p>
    <w:p>
      <w:r>
        <w:rPr>
          <w:b/>
        </w:rPr>
        <w:t xml:space="preserve">[33:24] </w:t>
      </w:r>
      <w:r>
        <w:t>wahan se shuruaat hui hai insaniyat ki ke insaan ped ke neeche rehta tha, pani peene ke liye us waqt kuch nahi tha, siwaye aise pani</w:t>
      </w:r>
    </w:p>
    <w:p>
      <w:pPr>
        <w:jc w:val="right"/>
      </w:pPr>
      <w:r>
        <w:t>وہاں سےشروعات ہوئیہےانسانیتکی کہانسان پیڑکےنیچےرہتاتھا، پانیپینےکےلیےاسوقتکچھنہیںتھا،سو ائےایسےپانی</w:t>
      </w:r>
    </w:p>
    <w:p>
      <w:r>
        <w:rPr>
          <w:b/>
        </w:rPr>
        <w:t xml:space="preserve">[33:32] </w:t>
      </w:r>
      <w:r>
        <w:t>peeta tha. maine woh, woh, woh zamana dekha jahan pani log aise hath mein leke peete the, usko chullu kaha jata hai, aur paisa rakhne ke liye uske baad ped ka woh tha khoonkhad,</w:t>
      </w:r>
    </w:p>
    <w:p>
      <w:pPr>
        <w:jc w:val="right"/>
      </w:pPr>
      <w:r>
        <w:t>پیلیتاتھا۔ میںنےوہ،وہ، وہ زمانہدیکھا جہاں پانیلوگایسےہاتھمیںلےکےپیتےتھے، اسکوچلوکہاجاتاہے، اور پیسہرکھنےکےلیےاسکےبعد پیڑکا وہتھا کھوکھڑا،</w:t>
      </w:r>
    </w:p>
    <w:p>
      <w:r>
        <w:rPr>
          <w:b/>
        </w:rPr>
        <w:t xml:space="preserve">[33:45] </w:t>
      </w:r>
      <w:r>
        <w:t>na bakste the, na trunk the, na fridge tha, kuch bhi nahi tha. kitne insano ne apne aap ko usmein isse sacrifice diya hai, tab jakar ke aap ek ek civilized life mein apne ko pa rahe hain aap,</w:t>
      </w:r>
    </w:p>
    <w:p>
      <w:pPr>
        <w:jc w:val="right"/>
      </w:pPr>
      <w:r>
        <w:t>نہ بکستھے، نہ ٹرنکتھے، نہ فریجتھا، کچھبھینہیںتھا۔ کتنےانسانوںنےاپنےآپکو اسمیں اسسےسیکریفائسدیاہے، تبجاکرکےآپ ایک ایک سویلائزڈلائفمیں اپنےکوپارہےہیںآپ،</w:t>
      </w:r>
    </w:p>
    <w:p>
      <w:r>
        <w:rPr>
          <w:b/>
        </w:rPr>
        <w:t xml:space="preserve">[34:04] </w:t>
      </w:r>
      <w:r>
        <w:t>aur hum iske liye pukaar rahe hain aapko. toh aapko chhote chhote uzr yaad aate hain aapko. toh woh mein ne kaha ke aap ka ek rishtedar hospital mein chala gaya, hospital mein toh aap pareshan hain, jaate hain usko hamare class chhod kar ke, aur poori poori insaniyat hospitalize ho gayi hai.</w:t>
      </w:r>
    </w:p>
    <w:p>
      <w:pPr>
        <w:jc w:val="right"/>
      </w:pPr>
      <w:r>
        <w:t>اور ہماسکےلیےپکاررہےہیںآپکو۔توآپکو چھوٹےچھوٹےعذریادآجاتےہیںآپکو ۔ تووہیمیںنےکہاکہ آپ کا ایک رشتہدار ہاسپٹلمیںچلاگیا،ہاسپٹلمیںتوآپ پریشانہیں،جات ےہیں اسکو ہمارےکلاسچھوڑکرکے، اور پوریپوریانسانیت ہاسپٹلائزہوگئیہے۔</w:t>
      </w:r>
    </w:p>
    <w:p>
      <w:r>
        <w:rPr>
          <w:b/>
        </w:rPr>
        <w:t xml:space="preserve">[34:22] </w:t>
      </w:r>
      <w:r>
        <w:t>iske liye aapko dard nahi hai, aapko iska aapko pareshani nahi hai. aapko</w:t>
      </w:r>
    </w:p>
    <w:p>
      <w:pPr>
        <w:jc w:val="right"/>
      </w:pPr>
      <w:r>
        <w:t>اسکےلیےآپکودردنہیںہے،آپکو اسکاآپکوپریشانینہیںہے۔آپکو</w:t>
      </w:r>
    </w:p>
    <w:p>
      <w:r>
        <w:rPr>
          <w:b/>
        </w:rPr>
        <w:t xml:space="preserve">[34:29] </w:t>
      </w:r>
      <w:r>
        <w:t>yaad rakhiye, koi saada baat nahi hai, yeh koi shairi bhi nahi hai, koi joke nahi hai, koi novel nahi hai, yeh</w:t>
      </w:r>
    </w:p>
    <w:p>
      <w:pPr>
        <w:jc w:val="right"/>
      </w:pPr>
      <w:r>
        <w:t>یادرکھیے،کوئیسادہباتنہیںہے،یہکوئیشاعریبھینہیںہے،کوئیجوکنہیںہے، کوئی ناولنہیںہے، یہ</w:t>
      </w:r>
    </w:p>
    <w:p>
      <w:r>
        <w:rPr>
          <w:b/>
        </w:rPr>
        <w:t xml:space="preserve">[34:34] </w:t>
      </w:r>
      <w:r>
        <w:t>yeh sachai hai jo mein aapko bata raha hoon aapke samne. toh yehi baat wahan pesh aayi thi ke Rasool Allah ne jab apna yehi yehi baat kahi wahan par,</w:t>
      </w:r>
    </w:p>
    <w:p>
      <w:pPr>
        <w:jc w:val="right"/>
      </w:pPr>
      <w:r>
        <w:t>یہ سچائیہےجومیںآپکوبتارہاہوںآپکےسامنے۔ تویہیبات وہاں پیش آئیتھی کہرسولاللہنےجب اپنا یہیہیباتکہیوہاںپر،</w:t>
      </w:r>
    </w:p>
    <w:p>
      <w:r>
        <w:rPr>
          <w:b/>
        </w:rPr>
        <w:t xml:space="preserve">[34:49] </w:t>
      </w:r>
      <w:r>
        <w:t>toh wahan ka jo Abu Lahab tha, usne kaha tha tablak saira al yaum ama jamaatuna ila hadha</w:t>
      </w:r>
    </w:p>
    <w:p>
      <w:pPr>
        <w:jc w:val="right"/>
      </w:pPr>
      <w:r>
        <w:t>تو وہاںکاجو ابولہبتھا، اسنےکہاکہتبل ک سائر اليوم اما جماعتناالا لہذا</w:t>
      </w:r>
    </w:p>
    <w:p>
      <w:r>
        <w:rPr>
          <w:b/>
        </w:rPr>
        <w:t xml:space="preserve">[34:59] </w:t>
      </w:r>
      <w:r>
        <w:t>tablak saira al yaum ama jamaatuna ila hadha</w:t>
      </w:r>
    </w:p>
    <w:p>
      <w:pPr>
        <w:jc w:val="right"/>
      </w:pPr>
      <w:r>
        <w:t>تبل کسائر اليوم اما جماعتناالا لہذا</w:t>
      </w:r>
    </w:p>
    <w:p>
      <w:r>
        <w:rPr>
          <w:b/>
        </w:rPr>
        <w:t xml:space="preserve">[35:03] </w:t>
      </w:r>
      <w:r>
        <w:t>Rasool Allah se kaha usne ke tumhara bura ho, kya isi liye tum ne hum ko bulaya tha? toh aaj bhi jo log hum ko chhod kar ke yahan ja rahe hain, wahan ja rahe hain, wahan ja rahe hain, woh bilashuba yahi kaam kar rahe hain. woh woh yahi keh rahe hain ke tablak saira al yaum ama jamaatuna ila hadha humein toh falan kaam hai, humein toh falan kaam hai, humein toh falan kaam hai. humein toh falan kaam hai.</w:t>
      </w:r>
    </w:p>
    <w:p>
      <w:pPr>
        <w:jc w:val="right"/>
      </w:pPr>
      <w:r>
        <w:t>رسولاللہسےکہااسنے کہتمہارابراہو، کیا اسیلیے تم نےہمکوبلایاتھا؟ توآجبھیجولوگ ہمکوچھوڑکرکے یہاںجارہےہیں،وہاںجارہےہیں،وہاںجارہےہیں، وہ بلاشبہیہیکامکررہےہیں۔وہ وہیہیکہہرہےہیںکہتبل کسائر اليوم اما جماعتناالا لہذا ہمیںتوفلاںکام ہے،ہمیںتوفلاںکامہے،ہمیںتوفلاںکامہے۔</w:t>
      </w:r>
    </w:p>
    <w:p>
      <w:r>
        <w:rPr>
          <w:b/>
        </w:rPr>
        <w:t xml:space="preserve">[35:26] </w:t>
      </w:r>
      <w:r>
        <w:t>yeh kya tum bata rahe ho yahan par? ab is spiritual class mein</w:t>
      </w:r>
    </w:p>
    <w:p>
      <w:pPr>
        <w:jc w:val="right"/>
      </w:pPr>
      <w:r>
        <w:t>یہکیاتمبلارہےہویہاںپر؟اب اسپیریچولکلاسمیں</w:t>
      </w:r>
    </w:p>
    <w:p>
      <w:r>
        <w:rPr>
          <w:b/>
        </w:rPr>
        <w:t xml:space="preserve">[35:32] </w:t>
      </w:r>
      <w:r>
        <w:t>isko chhota samajhna, isko bada samajhna. isi ko maine kaha ke false sense of priority. dekhiye, aapko apni priority ko set karna padega.</w:t>
      </w:r>
    </w:p>
    <w:p>
      <w:pPr>
        <w:jc w:val="right"/>
      </w:pPr>
      <w:r>
        <w:t>اسکوچھوٹاسمجھنا،اسکوبڑاسمجھنا۔ اسیکومیںنےکہاکہ فالس سینسآفپرائر ٹی۔ دیکھیں،آپکو اپنی پرائرٹیکوریسیٹکرناپڑےگا۔</w:t>
      </w:r>
    </w:p>
    <w:p>
      <w:r>
        <w:rPr>
          <w:b/>
        </w:rPr>
        <w:t xml:space="preserve">[35:43] </w:t>
      </w:r>
      <w:r>
        <w:t>agar aap chahte hain priority dena to aap ko apni priority ko reset karna parega. matlab aisi zindagi guzarti jayegi, guzarti jayegi, aur mar ke kahan jayenge, hamein kuch pata nahi .</w:t>
      </w:r>
    </w:p>
    <w:p>
      <w:pPr>
        <w:jc w:val="right"/>
      </w:pPr>
      <w:r>
        <w:t>اگر آپچاہتےہیں پرائیورٹیدینا توآپ کو اپنیپرائرٹیکوریسیٹکرناپڑےگا۔ مطلبایسیزندگی گزرتیجائےگی، گزرتیجائےگی،اور مر کے کہاںجائیںگے،ہمیںکچھپتہنہیں ۔</w:t>
      </w:r>
    </w:p>
    <w:p>
      <w:r>
        <w:rPr>
          <w:b/>
        </w:rPr>
        <w:t xml:space="preserve">[36:00] </w:t>
      </w:r>
      <w:r>
        <w:t>to ek sahib kai bar aisa hua ke koi sahib mujhse kehte hain ke bhai, wo hamare rishtedar jo wohi, wo hospital mein chale gaye the, ila wohan mein chala gaya, isliye aap ki class mein nahi aa saka. main to yaqeen karein, ye hi mere dil mein aata hai ke poori poori humanity hospitalize ho gayi hai.</w:t>
      </w:r>
    </w:p>
    <w:p>
      <w:pPr>
        <w:jc w:val="right"/>
      </w:pPr>
      <w:r>
        <w:t>توایکصاحب کئیبار ایساہواکہکوئیصاحبمجھسےکہتےہیں کہبھائی،وہہمارےرشتہدارجوہیں، وہ ہسپتالمیںچلےگئےتھے، الہوہاںمیںچلاگیا، اسلیےآپکیکلاسمیںنہیںآسکا۔میں تو یقینکریں،یہیمیرےدلمیںآتاہےکہ پوریپوریہیومینٹی ہاسپٹلائزہوگئیہے۔</w:t>
      </w:r>
    </w:p>
    <w:p>
      <w:r>
        <w:rPr>
          <w:b/>
        </w:rPr>
        <w:t xml:space="preserve">[36:17] </w:t>
      </w:r>
      <w:r>
        <w:t>iska darr nahi hai aap ko ? iska darr nahi hai aap ko ?</w:t>
      </w:r>
    </w:p>
    <w:p>
      <w:pPr>
        <w:jc w:val="right"/>
      </w:pPr>
      <w:r>
        <w:t>اسکادردنہیںہےآپکو ؟ اسکادردنہیںہےآپکو ؟</w:t>
      </w:r>
    </w:p>
    <w:p>
      <w:r>
        <w:rPr>
          <w:b/>
        </w:rPr>
        <w:t xml:space="preserve">[36:23] </w:t>
      </w:r>
      <w:r>
        <w:t>aur phir yeh sari humanity jab khadi hogi qayamat mein, aap se kahegi ke humne struggle karke tum ko kya kiya diya tha, aur tumne hamein kya diya?</w:t>
      </w:r>
    </w:p>
    <w:p>
      <w:pPr>
        <w:jc w:val="right"/>
      </w:pPr>
      <w:r>
        <w:t>اورپھریہ ساریہیومینٹیجبکھڑیہوگی قیامتمیں، آپسےکہےگی کہہمنے اسٹرگلکرکےتمکو کیا کیادیاتھا، اورتمنےہمیںکیا دیا؟</w:t>
      </w:r>
    </w:p>
    <w:p>
      <w:r>
        <w:rPr>
          <w:b/>
        </w:rPr>
        <w:t xml:space="preserve">[36:36] </w:t>
      </w:r>
      <w:r>
        <w:t>aap bataiye ke aap ke paas kya jawab hoga? us waqt jo sharmindagi hogi, us waqt repentance aayega. isko aa sochiye.</w:t>
      </w:r>
    </w:p>
    <w:p>
      <w:pPr>
        <w:jc w:val="right"/>
      </w:pPr>
      <w:r>
        <w:t>آپبتائیےکہآپکےپاسکیاجوابہوگا؟ اسوقت جوشرمندگیہوگی،اسوقت ریپنڈنسآئےگا۔ اسکوآپسوچیے۔</w:t>
      </w:r>
    </w:p>
    <w:p>
      <w:r>
        <w:rPr>
          <w:b/>
        </w:rPr>
        <w:t xml:space="preserve">[36:48] </w:t>
      </w:r>
      <w:r>
        <w:t>to behal mein ye kahunga</w:t>
      </w:r>
    </w:p>
    <w:p>
      <w:pPr>
        <w:jc w:val="right"/>
      </w:pPr>
      <w:r>
        <w:t>تو بہرحالمیں یہکہوںگا</w:t>
      </w:r>
    </w:p>
    <w:p>
      <w:r>
        <w:rPr>
          <w:b/>
        </w:rPr>
        <w:t xml:space="preserve">[36:53] </w:t>
      </w:r>
      <w:r>
        <w:t>ke bahut zyada sochne ki baat hai. maine ye baatein aap ke samne shayeri ke taur par nahi kahi hain, ye sochne ke liye kahi hain.</w:t>
      </w:r>
    </w:p>
    <w:p>
      <w:pPr>
        <w:jc w:val="right"/>
      </w:pPr>
      <w:r>
        <w:t>کہ بہت زیادہسوچنےکیباتیہہے۔ میںنے یہباتیںآپکےسامنے شاعریکےطورپرنہیںکہیہیں،یہسوچنےکےلیےکہیہیں۔</w:t>
      </w:r>
    </w:p>
    <w:p>
      <w:r>
        <w:rPr>
          <w:b/>
        </w:rPr>
        <w:t xml:space="preserve">[37:07] </w:t>
      </w:r>
      <w:r>
        <w:t>ye baatein is liye kahi hain ke aap is ko sochein,</w:t>
      </w:r>
    </w:p>
    <w:p>
      <w:pPr>
        <w:jc w:val="right"/>
      </w:pPr>
      <w:r>
        <w:t>یہباتیںاسلیےکہیہیںکہآپاسکوسوچیں،</w:t>
      </w:r>
    </w:p>
    <w:p>
      <w:r>
        <w:rPr>
          <w:b/>
        </w:rPr>
        <w:t xml:space="preserve">[37:12] </w:t>
      </w:r>
      <w:r>
        <w:t>aur soch kar apni zindagi ko naya naqsh-e-hif banayein.</w:t>
      </w:r>
    </w:p>
    <w:p>
      <w:pPr>
        <w:jc w:val="right"/>
      </w:pPr>
      <w:r>
        <w:t>اور سوچ کر اپنی زندگی کو نیانقش ہبنائیں۔</w:t>
      </w:r>
    </w:p>
    <w:p>
      <w:r>
        <w:rPr>
          <w:b/>
        </w:rPr>
        <w:t xml:space="preserve">[37:18] </w:t>
      </w:r>
      <w:r>
        <w:t>priority ko phir se reset karein, aap phir se planning karein apni zindagi ki.</w:t>
      </w:r>
    </w:p>
    <w:p>
      <w:pPr>
        <w:jc w:val="right"/>
      </w:pPr>
      <w:r>
        <w:t>پرائرٹیکوپھرسے ریسیٹکریں،آپ پھرسے پلاننگکریںاپنیزندگی کی۔</w:t>
      </w:r>
    </w:p>
    <w:p>
      <w:r>
        <w:rPr>
          <w:b/>
        </w:rPr>
        <w:t xml:space="preserve">[37:28] </w:t>
      </w:r>
      <w:r>
        <w:t>iske siwa koi aap shun aap ke liye nahi hai, koi option aap ke liye nahi hai,</w:t>
      </w:r>
    </w:p>
    <w:p>
      <w:pPr>
        <w:jc w:val="right"/>
      </w:pPr>
      <w:r>
        <w:t>اسکےسواکوئیآپ شن آپکےلیےنہیںہے، کوئیآپشنآپکےلیےنہیںہے،</w:t>
      </w:r>
    </w:p>
    <w:p>
      <w:r>
        <w:rPr>
          <w:b/>
        </w:rPr>
        <w:t xml:space="preserve">[37:39] </w:t>
      </w:r>
      <w:r>
        <w:t>koi option aap ke liye doosra nahi hai.</w:t>
      </w:r>
    </w:p>
    <w:p>
      <w:pPr>
        <w:jc w:val="right"/>
      </w:pPr>
      <w:r>
        <w:t>کوئیآپ شن آپکےلیےدوسرانہیںہے۔</w:t>
      </w:r>
    </w:p>
    <w:p>
      <w:r>
        <w:rPr>
          <w:b/>
        </w:rPr>
        <w:t xml:space="preserve">[37:43] </w:t>
      </w:r>
      <w:r>
        <w:t>is par sochein, aur apni priority ko reset kijiye, aur tayyari kijiye us din ki jis din ek taraf aap honge, aur doosri taraf Khuda hoga.</w:t>
      </w:r>
    </w:p>
    <w:p>
      <w:pPr>
        <w:jc w:val="right"/>
      </w:pPr>
      <w:r>
        <w:t>اسپرسوچیے، اور اپنی پرائرٹیکوریسیٹکیجئے، اور تیاریکیجئے اسدن کی جسدن ایکطرف آپہوںگے،اوردوسریطرفخداہوگا۔</w:t>
      </w:r>
    </w:p>
    <w:p>
      <w:r>
        <w:rPr>
          <w:b/>
        </w:rPr>
        <w:t xml:space="preserve">[37:53] </w:t>
      </w:r>
      <w:r>
        <w:t>Paighambar-e-Islam (SAW) ne 610 isvi mein dawat mission ka aaghaz kiya tha.</w:t>
      </w:r>
    </w:p>
    <w:p>
      <w:pPr>
        <w:jc w:val="right"/>
      </w:pPr>
      <w:r>
        <w:t>پیغمبر اسلام صلی اللہعلیہوسلم نے 6 10 عیسویمیں دعوت مشنکاآغاز کیاتھا۔</w:t>
      </w:r>
    </w:p>
    <w:p>
      <w:r>
        <w:rPr>
          <w:b/>
        </w:rPr>
        <w:t xml:space="preserve">[38:07] </w:t>
      </w:r>
      <w:r>
        <w:t>aap ke is mission ka khulasa jo tha, wohi tha ke dunya ko</w:t>
      </w:r>
    </w:p>
    <w:p>
      <w:pPr>
        <w:jc w:val="right"/>
      </w:pPr>
      <w:r>
        <w:t>آپ کے اس مشنکا خلاصہجو تھا،وہیہتھا کہ دنیا کو</w:t>
      </w:r>
    </w:p>
    <w:p>
      <w:r>
        <w:rPr>
          <w:b/>
        </w:rPr>
        <w:t xml:space="preserve">[38:17] </w:t>
      </w:r>
      <w:r>
        <w:t>Khuda ke creation plan se aagah karna,</w:t>
      </w:r>
    </w:p>
    <w:p>
      <w:pPr>
        <w:jc w:val="right"/>
      </w:pPr>
      <w:r>
        <w:t>خدا کے کری شنپلانسےآگاہکرنا،</w:t>
      </w:r>
    </w:p>
    <w:p>
      <w:r>
        <w:rPr>
          <w:b/>
        </w:rPr>
        <w:t xml:space="preserve">[38:23] </w:t>
      </w:r>
      <w:r>
        <w:t>Khuda ke creation plan se aagah karna, ye tha mission aap ka taake insaan Khuda ke naqsh-e-hif ke mutabiq zindagi guzare.</w:t>
      </w:r>
    </w:p>
    <w:p>
      <w:pPr>
        <w:jc w:val="right"/>
      </w:pPr>
      <w:r>
        <w:t>خداکے کری شنپلانسےآگاہکرنا،یہتھا مشنآپکا تاکہانسان خداکے نقش ےکےمطابق زندگی گزار ے۔</w:t>
      </w:r>
    </w:p>
    <w:p>
      <w:r>
        <w:rPr>
          <w:b/>
        </w:rPr>
        <w:t xml:space="preserve">[38:35] </w:t>
      </w:r>
      <w:r>
        <w:t>aisa na ho ke marne ke baad achanak iske samne jab ye aaye</w:t>
      </w:r>
    </w:p>
    <w:p>
      <w:pPr>
        <w:jc w:val="right"/>
      </w:pPr>
      <w:r>
        <w:t>ایسا نہہوکہمرنےکےبعد اچانک اسکےسامنےجب یہآئے</w:t>
      </w:r>
    </w:p>
    <w:p>
      <w:r>
        <w:rPr>
          <w:b/>
        </w:rPr>
        <w:t xml:space="preserve">[38:46] </w:t>
      </w:r>
      <w:r>
        <w:t>ke Khuda ka naqsh-e-hif takhleeq to kuch aur tha, aur maine kuch aur kar dala, aur isko ye kehna pade ke mind was a case of messed up</w:t>
      </w:r>
    </w:p>
    <w:p>
      <w:pPr>
        <w:jc w:val="right"/>
      </w:pPr>
      <w:r>
        <w:t>کہ خداکا کانقش ہ تخلیقتوکچھاور تھا، اورمیںنےکچھاورکرڈالا، اور اسکویہکہناپڑے کہ مائن ڈواز اکیسآف مسڈ اپر</w:t>
      </w:r>
    </w:p>
    <w:p>
      <w:r>
        <w:rPr>
          <w:b/>
        </w:rPr>
        <w:t xml:space="preserve">[38:58] </w:t>
      </w:r>
      <w:r>
        <w:t>opportunities. to dekhein, Rasool Allah ka jo mission tha, woh non-stop taqreeban ek hazar saal tak chalta raha.</w:t>
      </w:r>
    </w:p>
    <w:p>
      <w:pPr>
        <w:jc w:val="right"/>
      </w:pPr>
      <w:r>
        <w:t>چونیٹیز۔تودیکھیں، رسولاللہکاجومشنتھا، وہ نان اسٹاپ تقریباً ایک ہزارسالتکچلتارہا۔</w:t>
      </w:r>
    </w:p>
    <w:p>
      <w:r>
        <w:rPr>
          <w:b/>
        </w:rPr>
        <w:t xml:space="preserve">[39:11] </w:t>
      </w:r>
      <w:r>
        <w:t>yani 610 isvi mein shuru hua ye dawat mission,</w:t>
      </w:r>
    </w:p>
    <w:p>
      <w:pPr>
        <w:jc w:val="right"/>
      </w:pPr>
      <w:r>
        <w:t>یعنی6 10عیسویمیںشروع ہوا یہدعوتمشن،</w:t>
      </w:r>
    </w:p>
    <w:p>
      <w:r>
        <w:rPr>
          <w:b/>
        </w:rPr>
        <w:t xml:space="preserve">[39:18] </w:t>
      </w:r>
      <w:r>
        <w:t>to different stages se guzarte hue</w:t>
      </w:r>
    </w:p>
    <w:p>
      <w:pPr>
        <w:jc w:val="right"/>
      </w:pPr>
      <w:r>
        <w:t>تو ڈفرنٹ سٹیجزسےگزرتےہوئے</w:t>
      </w:r>
    </w:p>
    <w:p>
      <w:r>
        <w:rPr>
          <w:b/>
        </w:rPr>
        <w:t xml:space="preserve">[39:25] </w:t>
      </w:r>
      <w:r>
        <w:t>taqreeban chah hazar saal tak chalta raha.</w:t>
      </w:r>
    </w:p>
    <w:p>
      <w:pPr>
        <w:jc w:val="right"/>
      </w:pPr>
      <w:r>
        <w:t>تقریباً چھ ہزارسالتکچلتارہا۔</w:t>
      </w:r>
    </w:p>
    <w:p>
      <w:r>
        <w:rPr>
          <w:b/>
        </w:rPr>
        <w:t xml:space="preserve">[39:30] </w:t>
      </w:r>
      <w:r>
        <w:t>aap ko agar is ek hazar saal ka</w:t>
      </w:r>
    </w:p>
    <w:p>
      <w:pPr>
        <w:jc w:val="right"/>
      </w:pPr>
      <w:r>
        <w:t>آپکواگر اسایکہزارسال کا</w:t>
      </w:r>
    </w:p>
    <w:p>
      <w:r>
        <w:rPr>
          <w:b/>
        </w:rPr>
        <w:t xml:space="preserve">[39:36] </w:t>
      </w:r>
      <w:r>
        <w:t>ki history dekhni ho to aap sirf ek kitaab padh lijiye, Professor Arberry ki kitaab "The Spirit of Islam". ye kitaab asal mein iska title tha pehle "The Preaching of Islam", ab woh chhap gayi hai "The Spirit of Islam" ke naam se .</w:t>
      </w:r>
    </w:p>
    <w:p>
      <w:pPr>
        <w:jc w:val="right"/>
      </w:pPr>
      <w:r>
        <w:t>کی ہسٹریدیکھنیہو توآپصرفایککتاب پڑھلیجئے،پروفیسرانرڈکیکتاب "داسپرٹآفاسلام"۔یہکتاب اصلمیںاسکاٹائٹلتھاپہلے "داپریچنگآف اسلام" ،ابوہ چھپگئیہے "داسپرٹآف اسلام"کےنامسے ۔</w:t>
      </w:r>
    </w:p>
    <w:p>
      <w:r>
        <w:rPr>
          <w:b/>
        </w:rPr>
        <w:t xml:space="preserve">[39:57] </w:t>
      </w:r>
      <w:r>
        <w:t>iskitaab mein account hai ek hazaar saal ki dawah historica, nanastap chalti rehi hai. woh different yaani is stages pesh aaye, lekin chalti rehi, chalti rehi, chalti rehi.</w:t>
      </w:r>
    </w:p>
    <w:p>
      <w:pPr>
        <w:jc w:val="right"/>
      </w:pPr>
      <w:r>
        <w:t>اسکتاب میں اکاؤنٹہے ایک ہزار سال کی دعویٰ ہسٹریکا ، ناناسٹاپچلتیرہیہے۔وہ ڈفرنٹ یعنی اس سٹیجزپیشآئے،لیکن چلتیرہی،چلتیرہی،چلتیرہی۔</w:t>
      </w:r>
    </w:p>
    <w:p>
      <w:r>
        <w:rPr>
          <w:b/>
        </w:rPr>
        <w:t xml:space="preserve">[40:17] </w:t>
      </w:r>
      <w:r>
        <w:t>ismein dekhein, jo</w:t>
      </w:r>
    </w:p>
    <w:p>
      <w:pPr>
        <w:jc w:val="right"/>
      </w:pPr>
      <w:r>
        <w:t>اسمیں دیکھیں، جو</w:t>
      </w:r>
    </w:p>
    <w:p>
      <w:r>
        <w:rPr>
          <w:b/>
        </w:rPr>
        <w:t xml:space="preserve">[40:21] </w:t>
      </w:r>
      <w:r>
        <w:t>jo ruk gayi hai, toh rukti hai yeh is waqt se jab ke</w:t>
      </w:r>
    </w:p>
    <w:p>
      <w:pPr>
        <w:jc w:val="right"/>
      </w:pPr>
      <w:r>
        <w:t>جو رکگئی ہے، تورکیہےیہ اسوقت سے جب کہ</w:t>
      </w:r>
    </w:p>
    <w:p>
      <w:r>
        <w:rPr>
          <w:b/>
        </w:rPr>
        <w:t xml:space="preserve">[40:32] </w:t>
      </w:r>
      <w:r>
        <w:t>colonial period aaya. tab isko yaani quran apne aap baghair kisi koshish ke toh logon ke dilon mein jagah banata raha, aur phir bhi log islam mein dakhil hote rahe.</w:t>
      </w:r>
    </w:p>
    <w:p>
      <w:pPr>
        <w:jc w:val="right"/>
      </w:pPr>
      <w:r>
        <w:t>کلونیلپیریڈآیا۔ تب اسکو یعنی قرآن اپنے آپ بغیرکسیکوششکےتولوگوںکےدلوںمیںجگہبناتارہا، اورپھربھیلوگاسلام میںداخلہوتےرہے۔</w:t>
      </w:r>
    </w:p>
    <w:p>
      <w:r>
        <w:rPr>
          <w:b/>
        </w:rPr>
        <w:t xml:space="preserve">[40:48] </w:t>
      </w:r>
      <w:r>
        <w:t>lekin ek muslim struggle ke taur par woh khatam ho gayi taqreeban. ab bhi log quran parh rahe hain, ab bhi log islam ko parh rahe hain, aur woh islam ko accept kar rahe hain.</w:t>
      </w:r>
    </w:p>
    <w:p>
      <w:pPr>
        <w:jc w:val="right"/>
      </w:pPr>
      <w:r>
        <w:t>لیکن ایک مسلم اسٹرگلکےطورپروہختمہوگئیتق ریباً۔ اببھیاسلوگ قرآنپڑھرہےہیں، اببھیلوگ اسلام کوپڑھرہےہیں، اور وہ اسلام کوایکسیپٹکررہےہیں۔</w:t>
      </w:r>
    </w:p>
    <w:p>
      <w:r>
        <w:rPr>
          <w:b/>
        </w:rPr>
        <w:t xml:space="preserve">[41:02] </w:t>
      </w:r>
      <w:r>
        <w:t>is aitbaar se toh jaari hai woh, lekin khud musalmanon ke apne agenda ke aitbaar se woh jaari nahi hain. unke agenda mein aaj ka jo muslim agenda hai, ismein dawah is tarah ka shamil nahi hai. yeh mein keh raha hoon. toh kya hua ?</w:t>
      </w:r>
    </w:p>
    <w:p>
      <w:pPr>
        <w:jc w:val="right"/>
      </w:pPr>
      <w:r>
        <w:t>اس اعتبارسےتوجاریہےوہ، لیکن خود مسلمان وںکے اپنے ایجنڈےکےاعتبارسے وہ ابنہیںہیں۔انکےایجنڈےمیں آج کاجو مسلمایجنڈاہے،اسمیں دعویٰاسطرح کاشاملنہیںہے۔یہمیںکہہرہاہوں۔توکیاہوا ؟</w:t>
      </w:r>
    </w:p>
    <w:p>
      <w:r>
        <w:rPr>
          <w:b/>
        </w:rPr>
        <w:t xml:space="preserve">[41:20] </w:t>
      </w:r>
      <w:r>
        <w:t>yeh jo zamana aaya toh muslim duniya mein yeh log dakhil ho gaye, yaani khaas taur par France aur Britain.</w:t>
      </w:r>
    </w:p>
    <w:p>
      <w:pPr>
        <w:jc w:val="right"/>
      </w:pPr>
      <w:r>
        <w:t>یہجوزمان ہآیا تو مسلم دنیا میں یہلوگ داخلہوگئے، یعنی خاص طورپر فرانس اور برٹن۔</w:t>
      </w:r>
    </w:p>
    <w:p>
      <w:r>
        <w:rPr>
          <w:b/>
        </w:rPr>
        <w:t xml:space="preserve">[41:34] </w:t>
      </w:r>
      <w:r>
        <w:t>afrique mein France ne occupy kar liya muslim countries ko, aur arab mein indian subcontinent mein asiyai jo countries thay, wahan par Britishs ghaliban aaye.</w:t>
      </w:r>
    </w:p>
    <w:p>
      <w:pPr>
        <w:jc w:val="right"/>
      </w:pPr>
      <w:r>
        <w:t>افریقہمیں فرانس نےاکوپائیکرلیا مسلمکنٹریزکو، اور عرب میں انڈینسب کانٹیننٹمیں ایشیائیجوکنٹریزتھے،وہاںپر برٹشزغالبآگئے۔</w:t>
      </w:r>
    </w:p>
    <w:p>
      <w:r>
        <w:rPr>
          <w:b/>
        </w:rPr>
        <w:t xml:space="preserve">[41:49] </w:t>
      </w:r>
      <w:r>
        <w:t>toh ek taraf French, doosri taraf Britishs ne poori muslim duniya ko occupy kar liya taqreeban.</w:t>
      </w:r>
    </w:p>
    <w:p>
      <w:pPr>
        <w:jc w:val="right"/>
      </w:pPr>
      <w:r>
        <w:t>تو ایکطرف فرنچ،دوسریطرف برٹشز نے پوری مسلمدنیاکو اکوپائیکرلیا تقریباً۔</w:t>
      </w:r>
    </w:p>
    <w:p>
      <w:r>
        <w:rPr>
          <w:b/>
        </w:rPr>
        <w:t xml:space="preserve">[41:59] </w:t>
      </w:r>
      <w:r>
        <w:t>toh is waqt kya hua ? musalmanon mein ek reaction hua, ek reaction hua. saare muslim world mein har jagah log khade ho gaye unse ladne ke liye.</w:t>
      </w:r>
    </w:p>
    <w:p>
      <w:pPr>
        <w:jc w:val="right"/>
      </w:pPr>
      <w:r>
        <w:t>تو اس وقتکیاہوا ؟ مس لمانوںمیںایکریایکشنہوا، ایک ریایکشنہوا ۔ سارےمسلمورلڈمیں ہرجگہلوگکھڑےہوگئے انسےلڑنےکےلیے۔</w:t>
      </w:r>
    </w:p>
    <w:p>
      <w:r>
        <w:rPr>
          <w:b/>
        </w:rPr>
        <w:t xml:space="preserve">[42:14] </w:t>
      </w:r>
      <w:r>
        <w:t>yeh ladai taqreeban do sau saal tak jaari rahi.</w:t>
      </w:r>
    </w:p>
    <w:p>
      <w:pPr>
        <w:jc w:val="right"/>
      </w:pPr>
      <w:r>
        <w:t>یہلڑائی تقریباً دو سوسالتکجاریرہی۔</w:t>
      </w:r>
    </w:p>
    <w:p>
      <w:r>
        <w:rPr>
          <w:b/>
        </w:rPr>
        <w:t xml:space="preserve">[42:19] </w:t>
      </w:r>
      <w:r>
        <w:t>aap jante hain ke</w:t>
      </w:r>
    </w:p>
    <w:p>
      <w:pPr>
        <w:jc w:val="right"/>
      </w:pPr>
      <w:r>
        <w:t>آپجانتےہیںکہ</w:t>
      </w:r>
    </w:p>
    <w:p>
      <w:r>
        <w:rPr>
          <w:b/>
        </w:rPr>
        <w:t xml:space="preserve">[42:23] </w:t>
      </w:r>
      <w:r>
        <w:t>ek taraf Syed Jamaluddin Afghani, doosri taraf Sheikh Hassanusi, teesra Abdul Qadir Madkur, aur teesra Muhammad Ali Pasha, aur India mein Muhammad Ali Jauhar, Abul Kalam Azad waghera.</w:t>
      </w:r>
    </w:p>
    <w:p>
      <w:pPr>
        <w:jc w:val="right"/>
      </w:pPr>
      <w:r>
        <w:t>ایکطرف سید جواد الدینافغانی ،دوسریطرف شیخسن وسی، تیسراعبدالقادرمد کر ، اور تیسرا محمد علیپاشا، اور انڈیامیںمحمد علیجوہر،ابوالکرامآزادوغیرہ۔</w:t>
      </w:r>
    </w:p>
    <w:p>
      <w:r>
        <w:rPr>
          <w:b/>
        </w:rPr>
        <w:t xml:space="preserve">[42:39] </w:t>
      </w:r>
      <w:r>
        <w:t>saare saare muslim world mein yeh hua ke jo top ke brain thay, top ke mind thay, woh sab lag gaye political fighting mein taake woh yaani French aur British occupation se musalmanon ko bachayein</w:t>
      </w:r>
    </w:p>
    <w:p>
      <w:pPr>
        <w:jc w:val="right"/>
      </w:pPr>
      <w:r>
        <w:t>سارے سارے مسلمورلڈمیں یہہوا کہجو ٹاپ کے برینتھے،ٹاپ کے مائنڈتھے،وہ سبلگگئے پولیٹیکلفائٹنگمیں تاکہوہ یعنی فرنچ اور برٹش اکوپیشنسے مسلمانوںکوبچائ</w:t>
      </w:r>
    </w:p>
    <w:p>
      <w:r>
        <w:rPr>
          <w:b/>
        </w:rPr>
        <w:t xml:space="preserve">[42:58] </w:t>
      </w:r>
      <w:r>
        <w:t>mein samajhta hoon ke yeh ek aisa waqea hai jiske peshengoi hadithon mein maujood thi pehle se. hadithon mein aata hai ke ek zamana aayega jab ke ulama chale jayenge.</w:t>
      </w:r>
    </w:p>
    <w:p>
      <w:pPr>
        <w:jc w:val="right"/>
      </w:pPr>
      <w:r>
        <w:t>یں۔میںسمجھتاہوںکہیہ ایکایسا واقع ہہےجسکےپیش ینگوئیحدیثوںمیںموجود تھیپہلے سے۔ حدیثوںمیںآتاہےکہایکزمانہآئےگا جب کہ علم اء چلےجائیںگے۔</w:t>
      </w:r>
    </w:p>
    <w:p>
      <w:r>
        <w:rPr>
          <w:b/>
        </w:rPr>
        <w:t xml:space="preserve">[43:11] </w:t>
      </w:r>
      <w:r>
        <w:t>iske liye lafz istemal hua hai "zahab al-ulama". zahab al-ulama</w:t>
      </w:r>
    </w:p>
    <w:p>
      <w:pPr>
        <w:jc w:val="right"/>
      </w:pPr>
      <w:r>
        <w:t>اسکےلیے لفظاستعمالہواہے"ذہاب العلماء"۔ ذہاب العلماء</w:t>
      </w:r>
    </w:p>
    <w:p>
      <w:r>
        <w:rPr>
          <w:b/>
        </w:rPr>
        <w:t xml:space="preserve">[43:20] </w:t>
      </w:r>
      <w:r>
        <w:t>toh zahab al-ulama yaani log matlabi samajhte hain ab tak ke mar jayenge log, yaani ulama sab mar jayenge.</w:t>
      </w:r>
    </w:p>
    <w:p>
      <w:pPr>
        <w:jc w:val="right"/>
      </w:pPr>
      <w:r>
        <w:t>تو ذہابالعلماء یعنی لوگ مطلبیہسمجھتےہیں ابتک کہ مرجائیںگےلوگ ،یعنیعلماءسبمرجائیںگے۔</w:t>
      </w:r>
    </w:p>
    <w:p>
      <w:r>
        <w:rPr>
          <w:b/>
        </w:rPr>
        <w:t xml:space="preserve">[43:29] </w:t>
      </w:r>
      <w:r>
        <w:t>mein samajhta hoon ke yeh bilkul yaani unnatural baat hai ke aap yeh samjhein ke saare ulama mar jayenge. aisa kabhi nahi ho sakta qayamat se pehle.</w:t>
      </w:r>
    </w:p>
    <w:p>
      <w:pPr>
        <w:jc w:val="right"/>
      </w:pPr>
      <w:r>
        <w:t>میںسمجھتاہوںکہیہبالکل یعنی اننیچرلباتہےکہآپیہسمجھیںکہ سارےعلماءمرجائیںگے۔ ایساکبھینہیںہوسکتا قیامتسےپہلے۔</w:t>
      </w:r>
    </w:p>
    <w:p>
      <w:r>
        <w:rPr>
          <w:b/>
        </w:rPr>
        <w:t xml:space="preserve">[43:39] </w:t>
      </w:r>
      <w:r>
        <w:t>yeh asli mein hai wahi cheez jisko aap kehte hain "brain drain" yaani dawah front ko chhod kar log chale jayenge political front ki taraf.</w:t>
      </w:r>
    </w:p>
    <w:p>
      <w:pPr>
        <w:jc w:val="right"/>
      </w:pPr>
      <w:r>
        <w:t>یہ اصلمیں ہے وہیچیزجسکوآپکہتےہیں "برینڈرین" یعنی دعویٰفرنٹکوچھوڑکرلوگچلےجائیںگے پولیٹیکلفرنٹکیطرف ۔</w:t>
      </w:r>
    </w:p>
    <w:p>
      <w:r>
        <w:rPr>
          <w:b/>
        </w:rPr>
        <w:t xml:space="preserve">[43:50] </w:t>
      </w:r>
      <w:r>
        <w:t>hamare ulama, hamare leader, yeh matlab hai is hadith ka "</w:t>
      </w:r>
    </w:p>
    <w:p>
      <w:pPr>
        <w:jc w:val="right"/>
      </w:pPr>
      <w:r>
        <w:t>ہمارےعلم اء،ہمارےلیڈر، یہمطلبہےاسحدیثکا"</w:t>
      </w:r>
    </w:p>
    <w:p>
      <w:r>
        <w:rPr>
          <w:b/>
        </w:rPr>
        <w:t xml:space="preserve">[43:55] </w:t>
      </w:r>
      <w:r>
        <w:t>zahab al-ulama". ulama chale jayenge, chale jayenge matlab log samajhte hain ke mar jayenge. mein isko nahi samajhta ke mar jayenge. yeh bilkul galat baat hai. yeh suraj israfel se pehle aisa nahi ho sakta ke saare log mar jayein ek saath.</w:t>
      </w:r>
    </w:p>
    <w:p>
      <w:pPr>
        <w:jc w:val="right"/>
      </w:pPr>
      <w:r>
        <w:t>ذہابالعلماء"۔ علم اءچلےجائیںگے، چلےجائیںگےمطلب لوگسمجھتےہیںکہمرجائیںگے۔ میںاسکونہیںسمجھتاکہمرجائیںگے۔ یہبالکلغلطباتہے۔یہ سور جاسرافیلسےپہلے ایسانہیںہوسکتاکہسارےلوگمرجائیںاکٹھے۔</w:t>
      </w:r>
    </w:p>
    <w:p>
      <w:r>
        <w:rPr>
          <w:b/>
        </w:rPr>
        <w:t xml:space="preserve">[44:10] </w:t>
      </w:r>
      <w:r>
        <w:t>yeh suraj israfel ka yeh suraj phoonka jayega, tab aisa hoga. yahan yeh hai ke woh apna front badal denge, dawah front se chhod kar ke chale jayenge political front mein.</w:t>
      </w:r>
    </w:p>
    <w:p>
      <w:pPr>
        <w:jc w:val="right"/>
      </w:pPr>
      <w:r>
        <w:t>یہ سورج اسراف یلکایہسورجپھونکاجائےگا،تبایسا ہوگا۔ یہاںپریہہےکہوہ اپنافرنٹبدلدیںگے، دعویٰفرنٹسےچھوڑکرکےچلےجائیںگے پولیٹیکلفرنٹمیں۔</w:t>
      </w:r>
    </w:p>
    <w:p>
      <w:r>
        <w:rPr>
          <w:b/>
        </w:rPr>
        <w:t xml:space="preserve">[44:21] </w:t>
      </w:r>
      <w:r>
        <w:t>aur waqatan aise hi hua hai.</w:t>
      </w:r>
    </w:p>
    <w:p>
      <w:pPr>
        <w:jc w:val="right"/>
      </w:pPr>
      <w:r>
        <w:t>اور واق عتاًایسےہیہواہے۔</w:t>
      </w:r>
    </w:p>
    <w:p>
      <w:r>
        <w:rPr>
          <w:b/>
        </w:rPr>
        <w:t xml:space="preserve">[44:24] </w:t>
      </w:r>
      <w:r>
        <w:t>muslim world ke jitne top brain thay, sab ke sab chale gaye isi taraf, sab ke sab chale gaye.</w:t>
      </w:r>
    </w:p>
    <w:p>
      <w:pPr>
        <w:jc w:val="right"/>
      </w:pPr>
      <w:r>
        <w:t>مسلمورلڈکےجتنےٹاپبرینتھے،سبکےسبچلےگئےاسیطرف ، سب کےسبچلےگئے۔</w:t>
      </w:r>
    </w:p>
    <w:p>
      <w:r>
        <w:rPr>
          <w:b/>
        </w:rPr>
        <w:t xml:space="preserve">[44:33] </w:t>
      </w:r>
      <w:r>
        <w:t>koi ek bhi shakhs nahi hai yaani qabil e zikr aadmi jisne dawah front par kaam kiya ho mujhko chhod kar.</w:t>
      </w:r>
    </w:p>
    <w:p>
      <w:pPr>
        <w:jc w:val="right"/>
      </w:pPr>
      <w:r>
        <w:t>کوئی ایکبھی شخص نہیں ہے یعنی قابل ذکر آدمی جسنے دعویٰفرنٹپرکامکیا ہومج ھکوچھوڑکر ۔</w:t>
      </w:r>
    </w:p>
    <w:p>
      <w:r>
        <w:rPr>
          <w:b/>
        </w:rPr>
        <w:t xml:space="preserve">[44:43] </w:t>
      </w:r>
      <w:r>
        <w:t>mainneapneapko dedicate kiya is kaam mein, lekin mere siwa poori muslim world mein do sau saal mein koi aadmi nahin hai.</w:t>
      </w:r>
    </w:p>
    <w:p>
      <w:pPr>
        <w:jc w:val="right"/>
      </w:pPr>
      <w:r>
        <w:t>میںنےاپنےآپکوڈیڈیکیٹکیا اسیکاممیں ،لیکن میرےسوا پوریمسلم ورلڈمیںدو سوسالمیںکوئیآدمینہیں۔</w:t>
      </w:r>
    </w:p>
    <w:p>
      <w:r>
        <w:rPr>
          <w:b/>
        </w:rPr>
        <w:t xml:space="preserve">[44:52] </w:t>
      </w:r>
      <w:r>
        <w:t>doosre doosre kaam ko albatta unhone dawat kaam naam de diya,</w:t>
      </w:r>
    </w:p>
    <w:p>
      <w:pPr>
        <w:jc w:val="right"/>
      </w:pPr>
      <w:r>
        <w:t>دوسرےدوسرےکامکوالبتہانہوںنےدعوتکام نامدےدیا،</w:t>
      </w:r>
    </w:p>
    <w:p>
      <w:r>
        <w:rPr>
          <w:b/>
        </w:rPr>
        <w:t xml:space="preserve">[44:58] </w:t>
      </w:r>
      <w:r>
        <w:t>yani kisi aur ko aur kaam karte rahe, isko kaha dawat. lekin dawat yani is maamle mein ke ghair muslimon tak Islam ka paigham pahunchana, ghair muslimon ko Islam ka, Islam ka darwaza, darwaza rehmat kholna, ghair muslimon ke liye, iske liye koi ek aadmi bhi nahin hai. do sau saal mein</w:t>
      </w:r>
    </w:p>
    <w:p>
      <w:pPr>
        <w:jc w:val="right"/>
      </w:pPr>
      <w:r>
        <w:t>یعنیکسیاور کوئیاور کام کرتے رہے،اسکاکہہدیا دعوت۔ لیکن دعوتیعنیاسمعاملےمیںکہغیر مسلموںتک اسلام کا پیغامپہنچانا، غیر مسلموںکو اسلام کا ،اسلام کادروازہ،دروازہرحمتکھولنا،غیرمسلموںکےلیے ،اسکےلیےکوئیایکآدمیبھینہیںہے۔دوسوسالمیں</w:t>
      </w:r>
    </w:p>
    <w:p>
      <w:r>
        <w:rPr>
          <w:b/>
        </w:rPr>
        <w:t xml:space="preserve">[45:23] </w:t>
      </w:r>
      <w:r>
        <w:t>toh yeh hai "zahab al ulama" ke Islam ke dawati mission ko chhod kar ke woh chale gaye kahan? siyasi ladaiyon mein. main samajhta hoon ke Khuda ki scheme ke khilaaf tha yeh, chunache kuch bhi kamyabi nahin hui.</w:t>
      </w:r>
    </w:p>
    <w:p>
      <w:pPr>
        <w:jc w:val="right"/>
      </w:pPr>
      <w:r>
        <w:t>تویہہے"ذہابالعلماء" کہ اسلام کے دعوتیمشنکوچھوڑکرکے وہچلےگئےکہاں؟ سیاسی لڑائیمیں۔ میںسمجھتاہوںکہخداکیاسکیمکےخلاف تھایہ، چنانچہکچھبھی کامیابینہیںہوئی ۔</w:t>
      </w:r>
    </w:p>
    <w:p>
      <w:r>
        <w:rPr>
          <w:b/>
        </w:rPr>
        <w:t xml:space="preserve">[45:37] </w:t>
      </w:r>
      <w:r>
        <w:t>one percent bhi kamyabi nahin hui, one percent bhi kamyabi nahin hui kahin bhi. aur doosra jo position thi musalmanon ki pehle, us se aaj dil bad se kharaab hoti chali ja rahi hai.</w:t>
      </w:r>
    </w:p>
    <w:p>
      <w:pPr>
        <w:jc w:val="right"/>
      </w:pPr>
      <w:r>
        <w:t>ون پرسنٹبھیکامیابینہیںہوئی ، ونپرسنٹبھیکامیابینہیںہوئی کہیںبھی۔ اور دوسرا جو پوزیشنتھیمسلمانوںکیپہلے ، اسسےآج دل بدلخرابہوتیچلیجارہیہے۔</w:t>
      </w:r>
    </w:p>
    <w:p>
      <w:r>
        <w:rPr>
          <w:b/>
        </w:rPr>
        <w:t xml:space="preserve">[45:52] </w:t>
      </w:r>
      <w:r>
        <w:t>misal ke taur par Falasteen mein 48 mein musalmanon ko Falasteen ka two third mila hua tha. two third aaj toh kuch bhi nahin hai, ek patta hai banjar qism ki, woh unko mili hui hai.</w:t>
      </w:r>
    </w:p>
    <w:p>
      <w:pPr>
        <w:jc w:val="right"/>
      </w:pPr>
      <w:r>
        <w:t>مثالطورپرفلس طینمیں 4 8 میں مسلمانوںکو فلس طینکا ٹوتھرڈملاہواتھا۔ٹوتھرڈ آجتوکچھبھینہیں ہے، ایک پٹیسیہے بنجر قسم کی،وہانکوملیہوئیہے۔</w:t>
      </w:r>
    </w:p>
    <w:p>
      <w:r>
        <w:rPr>
          <w:b/>
        </w:rPr>
        <w:t xml:space="preserve">[46:06] </w:t>
      </w:r>
      <w:r>
        <w:t>baqi sab nikal gaya unke haath se isi ladai ke dauran.</w:t>
      </w:r>
    </w:p>
    <w:p>
      <w:pPr>
        <w:jc w:val="right"/>
      </w:pPr>
      <w:r>
        <w:t>باقیسب نکلگیا انکےہاتھسے اسی لڑائیکےدوران ۔</w:t>
      </w:r>
    </w:p>
    <w:p>
      <w:r>
        <w:rPr>
          <w:b/>
        </w:rPr>
        <w:t xml:space="preserve">[46:13] </w:t>
      </w:r>
      <w:r>
        <w:t>toh saari muslim duniya mein yeh hua ke "zahab al ulama" ho gaya ke musalmanon ke jo azeem the, bade bade jo leader the, woh sab dawat ke mission ko chhod kar bhage political front par.</w:t>
      </w:r>
    </w:p>
    <w:p>
      <w:pPr>
        <w:jc w:val="right"/>
      </w:pPr>
      <w:r>
        <w:t>تو سارے مسلمدنیا میں یہہوا کہ "ذہاب العلماء"ہوگیا کہ مسلمانوںکےجوبرینتھے،بڑےبڑے جو لیڈرتھے، وہ سب دعوتکےمشنکوچھوڑکر بھاگے پولیٹیکلفرنٹپر ۔</w:t>
      </w:r>
    </w:p>
    <w:p>
      <w:r>
        <w:rPr>
          <w:b/>
        </w:rPr>
        <w:t xml:space="preserve">[46:26] </w:t>
      </w:r>
      <w:r>
        <w:t>ladte ladte isi mein khatma ho gaye. yahan par main aapse arz karoon ke aksar mujhe ek kahani yaad aati hai.</w:t>
      </w:r>
    </w:p>
    <w:p>
      <w:pPr>
        <w:jc w:val="right"/>
      </w:pPr>
      <w:r>
        <w:t>لڑتےلڑتے اسیمیںختمہوگئے۔ یہاںپر میںآپسےعرضکروں کہ اکثرمجھے ایک کہانییادآتیہے۔</w:t>
      </w:r>
    </w:p>
    <w:p>
      <w:r>
        <w:rPr>
          <w:b/>
        </w:rPr>
        <w:t xml:space="preserve">[46:37] </w:t>
      </w:r>
      <w:r>
        <w:t>yeh kahani koi waqea toh nahin hai, lekin ek kahani is maamle ko bahut illustrate karti hai jo main kehna chahta hoon aapko ke mere jaisa aadmi dawat ke maidan mein aa gaya.</w:t>
      </w:r>
    </w:p>
    <w:p>
      <w:pPr>
        <w:jc w:val="right"/>
      </w:pPr>
      <w:r>
        <w:t>یہکہانیکوئیواقعہتونہیںہے، لیکن ایک کہانی اس معاملےکوبہت السٹریٹکرتیہےجومیںکہناچاہتاہوںآپکو کہمیرےجیساآدمیدعوتکے میدانمیںآگیا۔</w:t>
      </w:r>
    </w:p>
    <w:p>
      <w:r>
        <w:rPr>
          <w:b/>
        </w:rPr>
        <w:t xml:space="preserve">[46:47] </w:t>
      </w:r>
      <w:r>
        <w:t>aap yaqeen kijiye ke main apne aap ko bahut zyada yani bahut zyada kamzor, bahut zyada aajiz, aur bahut zyada incompetent paata hoon. incompetent, incompetent paata hoon.</w:t>
      </w:r>
    </w:p>
    <w:p>
      <w:pPr>
        <w:jc w:val="right"/>
      </w:pPr>
      <w:r>
        <w:t>آپ یقینکیجئےکہمیںاپنےآپکوبہت زیادہ یعنی بہت زیادہ کمزور ،بہت زیادہ عاجز ،اوربہت زیادہ انکامیٹنٹپاتاہوں۔انکامیٹنٹ، ان کامیٹنٹپاتاہوں۔</w:t>
      </w:r>
    </w:p>
    <w:p>
      <w:r>
        <w:rPr>
          <w:b/>
        </w:rPr>
        <w:t xml:space="preserve">[47:02] </w:t>
      </w:r>
      <w:r>
        <w:t>toh mere jaisa aadmi is dawat ke maidan mein aaya, aur aap log mashaa Allah ikattha hue, aur aur bahut se duniya bhar mein kuch log mere saath hain, woh ikattha ho chuke hain is mission par.</w:t>
      </w:r>
    </w:p>
    <w:p>
      <w:pPr>
        <w:jc w:val="right"/>
      </w:pPr>
      <w:r>
        <w:t>تو میرےجیساآدمیاسدعوتکےمیدانمیںآیا، اور آپلوگ ماشاءاللہ اکٹھاہوئے ،اور اوربہت سےدنیا بھرمیںکچھلوگ میرےساتھ ہیں،وہاکٹھاہوچکےہیںاسمشنپر ۔</w:t>
      </w:r>
    </w:p>
    <w:p>
      <w:r>
        <w:rPr>
          <w:b/>
        </w:rPr>
        <w:t xml:space="preserve">[47:14] </w:t>
      </w:r>
      <w:r>
        <w:t>toh kahani yeh hai ke</w:t>
      </w:r>
    </w:p>
    <w:p>
      <w:pPr>
        <w:jc w:val="right"/>
      </w:pPr>
      <w:r>
        <w:t>تو کہانییہہے کہ</w:t>
      </w:r>
    </w:p>
    <w:p>
      <w:r>
        <w:rPr>
          <w:b/>
        </w:rPr>
        <w:t xml:space="preserve">[47:20] </w:t>
      </w:r>
      <w:r>
        <w:t>ek raja tha, woh raja mar gaya toh uska koi beta nahin tha.</w:t>
      </w:r>
    </w:p>
    <w:p>
      <w:pPr>
        <w:jc w:val="right"/>
      </w:pPr>
      <w:r>
        <w:t>ایک راجہتھا، وہ راجہمرگیا تو اسکاکوئیبیٹانہیںتھا۔</w:t>
      </w:r>
    </w:p>
    <w:p>
      <w:r>
        <w:rPr>
          <w:b/>
        </w:rPr>
        <w:t xml:space="preserve">[47:26] </w:t>
      </w:r>
      <w:r>
        <w:t>aap jaante hain ke rajaon ke yahan raja mar jaata toh beta uski jagah par gaddi par baithta tha. toh raja ki gaddi par baithne ke liye koi beta maujood nahin tha.</w:t>
      </w:r>
    </w:p>
    <w:p>
      <w:pPr>
        <w:jc w:val="right"/>
      </w:pPr>
      <w:r>
        <w:t>آپجانتےہیںکہراجاؤںکےہاں راجہمرتاتھا تو بیٹا اسکی جگہپر گدیپربیٹھتاتھا۔ تو راجہکیگدیپربیٹھنےکےلیےکوئیبیٹا موجود نہیںتھا۔</w:t>
      </w:r>
    </w:p>
    <w:p>
      <w:r>
        <w:rPr>
          <w:b/>
        </w:rPr>
        <w:t xml:space="preserve">[47:43] </w:t>
      </w:r>
      <w:r>
        <w:t>toh kya hua? darbari log jo the, unhone mashwara kiya ke bhai kya kiya jaaye? raja ka toh koi beta hai nahin.</w:t>
      </w:r>
    </w:p>
    <w:p>
      <w:pPr>
        <w:jc w:val="right"/>
      </w:pPr>
      <w:r>
        <w:t>توکیا ہوا ؟ درباریلوگجوتھے،انہوںنےمشورہکیاکہبھئیکیاکیاجائے؟ راجہکاتوکوئیبیٹاہےنہیں ۔</w:t>
      </w:r>
    </w:p>
    <w:p>
      <w:r>
        <w:rPr>
          <w:b/>
        </w:rPr>
        <w:t xml:space="preserve">[47:53] </w:t>
      </w:r>
      <w:r>
        <w:t>toh unhone kaha, "achha, aisa karo ke kal subah hum bahut sawere nikalte hain jungle mein. bahar jo aadmi pehla mil jaaye subah sawere bahar, wohi hamara raja hoga.</w:t>
      </w:r>
    </w:p>
    <w:p>
      <w:pPr>
        <w:jc w:val="right"/>
      </w:pPr>
      <w:r>
        <w:t>توانہوںنےکہا،"اچھا،ایساکرو کہ کل صبحہمبہت سویرےنکلتےہیں جنگلمیں۔ باہر جو آدمی پہلا ملجائےصبحسویرے باہر ،وہیہماراراجہہوگا۔</w:t>
      </w:r>
    </w:p>
    <w:p>
      <w:r>
        <w:rPr>
          <w:b/>
        </w:rPr>
        <w:t xml:space="preserve">[48:09] </w:t>
      </w:r>
      <w:r>
        <w:t>usko la kar gaddi par bitha denge." toh agle din subah sawere, kaafi sawere nikle woh log jungle ki taraf.</w:t>
      </w:r>
    </w:p>
    <w:p>
      <w:pPr>
        <w:jc w:val="right"/>
      </w:pPr>
      <w:r>
        <w:t>اسکو لاکرگدیپہبٹھادیںگے۔" تواگلےدنصبحسویرے، کافی سویرے نکلے وہلوگ جنگلکیطرف ۔</w:t>
      </w:r>
    </w:p>
    <w:p>
      <w:r>
        <w:rPr>
          <w:b/>
        </w:rPr>
        <w:t xml:space="preserve">[48:22] </w:t>
      </w:r>
      <w:r>
        <w:t>toh ek ghareeb aadmi mil gaya</w:t>
      </w:r>
    </w:p>
    <w:p>
      <w:pPr>
        <w:jc w:val="right"/>
      </w:pPr>
      <w:r>
        <w:t>توایکغریبآدمیملگیا</w:t>
      </w:r>
    </w:p>
    <w:p>
      <w:r>
        <w:rPr>
          <w:b/>
        </w:rPr>
        <w:t xml:space="preserve">[48:27] </w:t>
      </w:r>
      <w:r>
        <w:t>jo lakdi bechta tha. yeh unka kaam tha jisko hamare Urdu mein kehte hain "lakrhara". lakdi kaatna aur bechna toh usko kehte hain hamare "lakrhara".</w:t>
      </w:r>
    </w:p>
    <w:p>
      <w:pPr>
        <w:jc w:val="right"/>
      </w:pPr>
      <w:r>
        <w:t>جو لکڑیبیچتاتھا۔ یہانکاکامتھا جسکوہمارےاردومیںکہتےہیں"لکڑہارا"۔لکڑی کاٹنااوربیچنا تواسکو کہتےہیںہمارے "لکڑہارا"۔</w:t>
      </w:r>
    </w:p>
    <w:p>
      <w:r>
        <w:rPr>
          <w:b/>
        </w:rPr>
        <w:t xml:space="preserve">[48:42] </w:t>
      </w:r>
      <w:r>
        <w:t>English mein shayad usko kehte hain "woodcutter". toh woh mil gaya, aur us se unhone kaha ke "aaj se tum hamare raja ho."</w:t>
      </w:r>
    </w:p>
    <w:p>
      <w:pPr>
        <w:jc w:val="right"/>
      </w:pPr>
      <w:r>
        <w:t>انگل شمیںشایداسکوکہتےہیں"وڈکٹر"۔ تو وہ ملگیا، اوراسسےانہوںنےکہاکہ"آجسےتمہمارےراجہہو۔"</w:t>
      </w:r>
    </w:p>
    <w:p>
      <w:r>
        <w:rPr>
          <w:b/>
        </w:rPr>
        <w:t xml:space="preserve">[48:57] </w:t>
      </w:r>
      <w:r>
        <w:t>usne kaha, "mujhe maaf karo."</w:t>
      </w:r>
    </w:p>
    <w:p>
      <w:pPr>
        <w:jc w:val="right"/>
      </w:pPr>
      <w:r>
        <w:t>اسنےکہا،"مجھےمعافکرو۔"</w:t>
      </w:r>
    </w:p>
    <w:p>
      <w:r>
        <w:rPr>
          <w:b/>
        </w:rPr>
        <w:t xml:space="preserve">[49:04] </w:t>
      </w:r>
      <w:r>
        <w:t>usne chupke se jo kar rahe hain log ke "maaf karo, main toh ek ghareeb aadmi hoon, lakdi la kar bechta hoon, ek lakrhara hoon, mujhe maaf kar do."</w:t>
      </w:r>
    </w:p>
    <w:p>
      <w:pPr>
        <w:jc w:val="right"/>
      </w:pPr>
      <w:r>
        <w:t>اسنےچپکےسے جوککررہےہیںلوگ کہ"معافکرو،میںتو ایکغریبآدمیہوں، لکڑیلاکےبیچتاہوں، ایکلکڑہاراہوں، مجھےمعافکردو ۔"</w:t>
      </w:r>
    </w:p>
    <w:p>
      <w:r>
        <w:rPr>
          <w:b/>
        </w:rPr>
        <w:t xml:space="preserve">[49:21] </w:t>
      </w:r>
      <w:r>
        <w:t>toh darbar ne kaha ke "nahin, yeh yeh hamara, yeh humne decide kiya hai, aur isi isi decision ke mutabiq yahan aaye the hum ke jo subah sawere mil jaaye, wohi hamara raja hoga.</w:t>
      </w:r>
    </w:p>
    <w:p>
      <w:pPr>
        <w:jc w:val="right"/>
      </w:pPr>
      <w:r>
        <w:t>تو دربار نےکہاکہ"نہیں، یہیہمارا، یہہمنےڈیسائیڈکیاہے، اوراسی اسیڈیسیژنکےمطابق یہاںآئےتھےہم کہجو صبحسویرےملجائے،وہیہماراراجہہوگا۔</w:t>
      </w:r>
    </w:p>
    <w:p>
      <w:r>
        <w:rPr>
          <w:b/>
        </w:rPr>
        <w:t xml:space="preserve">[49:34] </w:t>
      </w:r>
      <w:r>
        <w:t>toh tum mil gaye ho, toh ab tum hi hamare raja ho."</w:t>
      </w:r>
    </w:p>
    <w:p>
      <w:pPr>
        <w:jc w:val="right"/>
      </w:pPr>
      <w:r>
        <w:t>تو تمملگئےہو،توابتمہیہمارےراجہہو ۔"</w:t>
      </w:r>
    </w:p>
    <w:p>
      <w:r>
        <w:rPr>
          <w:b/>
        </w:rPr>
        <w:t xml:space="preserve">[49:45] </w:t>
      </w:r>
      <w:r>
        <w:t>tu as kop karke le gaya, gadi pe bitha diya.</w:t>
      </w:r>
    </w:p>
    <w:p>
      <w:pPr>
        <w:jc w:val="right"/>
      </w:pPr>
      <w:r>
        <w:t>تواسکوپکڑکےلےگیا، گدیپہبٹھادیا۔</w:t>
      </w:r>
    </w:p>
    <w:p>
      <w:r>
        <w:rPr>
          <w:b/>
        </w:rPr>
        <w:t xml:space="preserve">[49:50] </w:t>
      </w:r>
      <w:r>
        <w:t>tu mujhe aisa lagta hai jab "zahab al ulama" ho gaya, yeh saare log daawa-e-mishn ke front ko chhod kar chale gaye parties ke qabristan mein.</w:t>
      </w:r>
    </w:p>
    <w:p>
      <w:pPr>
        <w:jc w:val="right"/>
      </w:pPr>
      <w:r>
        <w:t>تومجھےایسالگتاہے جب"ذہابالعلماء"ہوگیا، یہسارےلوگ دعویٰمشنکےفرنٹکوچھوڑکرچلےگئے پارٹیزکےقبرستانمیں۔</w:t>
      </w:r>
    </w:p>
    <w:p>
      <w:r>
        <w:rPr>
          <w:b/>
        </w:rPr>
        <w:t xml:space="preserve">[50:01] </w:t>
      </w:r>
      <w:r>
        <w:t>tu shayad Khuda ne apne farishton se kaha tha "jao, dhoondo kisi insaan ko.</w:t>
      </w:r>
    </w:p>
    <w:p>
      <w:pPr>
        <w:jc w:val="right"/>
      </w:pPr>
      <w:r>
        <w:t>توشایدخدانےاپنے فرشتوںسےکہاکہ"جاؤ، ڈھونڈوکسی انسانکو ۔</w:t>
      </w:r>
    </w:p>
    <w:p>
      <w:r>
        <w:rPr>
          <w:b/>
        </w:rPr>
        <w:t xml:space="preserve">[50:08] </w:t>
      </w:r>
      <w:r>
        <w:t>"tu mein jo libraryon mein guzarta tha, aap ko bataoon ke Adamgarh mein mohta ila library thi.</w:t>
      </w:r>
    </w:p>
    <w:p>
      <w:pPr>
        <w:jc w:val="right"/>
      </w:pPr>
      <w:r>
        <w:t>"تومیں جو لائبریریوںمیں گز ارتاتھا، آپکوبتاؤںکہآدمگڑھمیںمہتائیلائبریریتھی۔</w:t>
      </w:r>
    </w:p>
    <w:p>
      <w:r>
        <w:rPr>
          <w:b/>
        </w:rPr>
        <w:t xml:space="preserve">[50:19] </w:t>
      </w:r>
      <w:r>
        <w:t>ismein maine mutala shuru kiya modern thought ko janne ke liye. tu wahan jab mein gaya to sab gard padi hui thi. gard kitabon pe log aate the, sirf akhbar padh kar, newspaper padh kar chale aate the.</w:t>
      </w:r>
    </w:p>
    <w:p>
      <w:pPr>
        <w:jc w:val="right"/>
      </w:pPr>
      <w:r>
        <w:t>اسمیں میںنےمطالعہ شروع کیا ماڈرنتھاٹکوجاننےکےلیے۔تووہاںجبمیںگیاتوسب گرد پڑیہوئیتھی۔گرد کتاب وںپر لوگآتےتھے،صرفاخبارپڑھکر،نیوزپیپرپڑھکےچلےآتےتھے۔</w:t>
      </w:r>
    </w:p>
    <w:p>
      <w:r>
        <w:rPr>
          <w:b/>
        </w:rPr>
        <w:t xml:space="preserve">[50:30] </w:t>
      </w:r>
      <w:r>
        <w:t>kitab ko nahin padhte the. gard har jagah meri kitabein padhi hui hain.</w:t>
      </w:r>
    </w:p>
    <w:p>
      <w:pPr>
        <w:jc w:val="right"/>
      </w:pPr>
      <w:r>
        <w:t>کتاب کوئینہیںپڑھتاتھا۔ گرد ہرجگہمیریکتابیںپڑھیہیں۔</w:t>
      </w:r>
    </w:p>
    <w:p>
      <w:r>
        <w:rPr>
          <w:b/>
        </w:rPr>
        <w:t xml:space="preserve">[50:37] </w:t>
      </w:r>
      <w:r>
        <w:t>musannifeen ke kutubkhane mein itni der tak maine padha hai ke wahan mein behosh ho jata tha, phir bhi padhta rehta tha. tu shayad Khuda ne apne farishton ko kaha, "jao." tu unhone dekha ke Khuda ek aadmi hai jiski yeh zindagi hai ke tere deen ko samajhne ke liye woh libraryon mein behosh ho raha hai.</w:t>
      </w:r>
    </w:p>
    <w:p>
      <w:pPr>
        <w:jc w:val="right"/>
      </w:pPr>
      <w:r>
        <w:t>مص نفینکےکتبخانےمیںاتنیدیرتک میںنےپڑھاہے کہوہاںمیں بےہوشہوجاتا تھا، پھربھیپڑھتارہتاتھا۔ تو شایدخدانےاپنےفرشتوںکوکہا،"جاؤ۔" توانہوںنےدیکھاکہخداایک آدمیہے جسکییہزندگی ہے کہتیرےدینکوسمجھنےکےلیےوہ لائبریریوںمیںبےہوشہورہاہے۔</w:t>
      </w:r>
    </w:p>
    <w:p>
      <w:r>
        <w:rPr>
          <w:b/>
        </w:rPr>
        <w:t xml:space="preserve">[51:00] </w:t>
      </w:r>
      <w:r>
        <w:t>tere deen ko samajhne ke liye woh libraryon ki kitabon ko gard jhaad raha hai</w:t>
      </w:r>
    </w:p>
    <w:p>
      <w:pPr>
        <w:jc w:val="right"/>
      </w:pPr>
      <w:r>
        <w:t>تیرےدینکوسمجھنےکےلیے وہلائبریریوںکیکتابوںکوگردنجھاڑرہاہے</w:t>
      </w:r>
    </w:p>
    <w:p>
      <w:r>
        <w:rPr>
          <w:b/>
        </w:rPr>
        <w:t xml:space="preserve">[51:06] </w:t>
      </w:r>
      <w:r>
        <w:t>aur tere liye dua kar raha hai. mein raat din dua karta tha, raat din dua karta tha.</w:t>
      </w:r>
    </w:p>
    <w:p>
      <w:pPr>
        <w:jc w:val="right"/>
      </w:pPr>
      <w:r>
        <w:t>اور تیرےلیےدعاکررہاہے۔میںراتدندعاکرتاتھا، راتدندعاکرتاتھا۔</w:t>
      </w:r>
    </w:p>
    <w:p>
      <w:r>
        <w:rPr>
          <w:b/>
        </w:rPr>
        <w:t xml:space="preserve">[51:15] </w:t>
      </w:r>
      <w:r>
        <w:t>maine kabhi bhikisi material cheez ke liye dua nahin ki. hamesha yeh dua meri hoti thi ke "Khuda ya, deen ka koi kaam mujh se le le." tu shayad farishton ne mujhe utha ke gira ke yahan rakh diya.</w:t>
      </w:r>
    </w:p>
    <w:p>
      <w:pPr>
        <w:jc w:val="right"/>
      </w:pPr>
      <w:r>
        <w:t>میںنےکبھیبھیکسی مٹیریلچیزکےلیےدعانہیںکی۔ ہمیشہیہدعامیریہوتیتھیکہ"خدایا، دینکاکوئیکام مجھسےلےلے۔" توشایدفرشتوںنےمجھےاٹھاکےگراکےیہاںرکھدیا۔</w:t>
      </w:r>
    </w:p>
    <w:p>
      <w:r>
        <w:rPr>
          <w:b/>
        </w:rPr>
        <w:t xml:space="preserve">[51:28] </w:t>
      </w:r>
      <w:r>
        <w:t>tu mein woh lakda hara hoon jisne daawa-e-mishn ko shuru kiya</w:t>
      </w:r>
    </w:p>
    <w:p>
      <w:pPr>
        <w:jc w:val="right"/>
      </w:pPr>
      <w:r>
        <w:t>تومیںوہلکڑہاراہوں جسنےدعویٰمشنکوشروعکیا</w:t>
      </w:r>
    </w:p>
    <w:p>
      <w:r>
        <w:rPr>
          <w:b/>
        </w:rPr>
        <w:t xml:space="preserve">[51:34] </w:t>
      </w:r>
      <w:r>
        <w:t>aur Allah ke fazl se yahan tak pahuncha.</w:t>
      </w:r>
    </w:p>
    <w:p>
      <w:pPr>
        <w:jc w:val="right"/>
      </w:pPr>
      <w:r>
        <w:t>اوراللہ کے فضلسےیہاںتکپہنچا۔</w:t>
      </w:r>
    </w:p>
    <w:p>
      <w:r>
        <w:rPr>
          <w:b/>
        </w:rPr>
        <w:t xml:space="preserve">[51:39] </w:t>
      </w:r>
      <w:r>
        <w:t>mein aap ko yaad dilaoon ke 17th century mein jab Allah ta'ala ka paighambar ne logon ko bataya aur phir mishn shuru hua to ek tabai the, unka naam tha Uqba bin Nafi tabai.</w:t>
      </w:r>
    </w:p>
    <w:p>
      <w:pPr>
        <w:jc w:val="right"/>
      </w:pPr>
      <w:r>
        <w:t>میںآپکویاددلاؤں کہ سیونسینچریمیں جب اللہتعالیٰکا پیغمبرنے لوگوںکو بت ایا اورپھر مشنشروعہوا تو ایک تابعیتھے، انکانامتھا عقبہبننافعتابعی۔</w:t>
      </w:r>
    </w:p>
    <w:p>
      <w:r>
        <w:rPr>
          <w:b/>
        </w:rPr>
        <w:t xml:space="preserve">[52:00] </w:t>
      </w:r>
      <w:r>
        <w:t>woh ghodo ka ek dasta le kar ke chale Arab se Africa tak aur Atlantic ke coast tak pahunch gaye.</w:t>
      </w:r>
    </w:p>
    <w:p>
      <w:pPr>
        <w:jc w:val="right"/>
      </w:pPr>
      <w:r>
        <w:t>وہگھوڑوںکاایکدستہلےکرکے چلے عرب سے افریقہتک اور اٹلانٹککے کوسٹتکپہنچگئے۔</w:t>
      </w:r>
    </w:p>
    <w:p>
      <w:r>
        <w:rPr>
          <w:b/>
        </w:rPr>
        <w:t xml:space="preserve">[52:09] </w:t>
      </w:r>
      <w:r>
        <w:t>aap jante hain ke Africa Atlantic ke</w:t>
      </w:r>
    </w:p>
    <w:p>
      <w:pPr>
        <w:jc w:val="right"/>
      </w:pPr>
      <w:r>
        <w:t>آپجانتےہیںکہ افریقہ اٹلانٹککے</w:t>
      </w:r>
    </w:p>
    <w:p>
      <w:r>
        <w:rPr>
          <w:b/>
        </w:rPr>
        <w:t xml:space="preserve">[52:14] </w:t>
      </w:r>
      <w:r>
        <w:t>se mila hua hai. tu jab Atlantic ke coast pe pahunch gaya, dekha ke yahan oshan hai, poora kuch dikhai nahin deta is paar. tu unhone kaha tha "Wallah,</w:t>
      </w:r>
    </w:p>
    <w:p>
      <w:pPr>
        <w:jc w:val="right"/>
      </w:pPr>
      <w:r>
        <w:t>سےملاہواہے۔ توجب اٹلانٹککےکوسٹپرپہنچگیا،دیکھاکہیہاںاوشنہے،پورا کچھدکھائینہیںدیتااسپار۔ توانہوںنےکہاکہ "واللہ،</w:t>
      </w:r>
    </w:p>
    <w:p>
      <w:r>
        <w:rPr>
          <w:b/>
        </w:rPr>
        <w:t xml:space="preserve">[52:35] </w:t>
      </w:r>
      <w:r>
        <w:t>Khuda ki qasam, agar mein jaanta ke is oshan ke udhar bhi kuch insaan rehte hain to mein ghus ghus jata is dil-dil mein</w:t>
      </w:r>
    </w:p>
    <w:p>
      <w:pPr>
        <w:jc w:val="right"/>
      </w:pPr>
      <w:r>
        <w:t>خداکیقسم،اگرمیںجانتا کہ اس اوشنکےادھربھیکچھانسان رہتےہیں تومیں گھس گھسجاتا اس دلدلمیں</w:t>
      </w:r>
    </w:p>
    <w:p>
      <w:r>
        <w:rPr>
          <w:b/>
        </w:rPr>
        <w:t xml:space="preserve">[52:51] </w:t>
      </w:r>
      <w:r>
        <w:t>aur pahunchta wahan</w:t>
      </w:r>
    </w:p>
    <w:p>
      <w:pPr>
        <w:jc w:val="right"/>
      </w:pPr>
      <w:r>
        <w:t>اور پہنچتاوہاں</w:t>
      </w:r>
    </w:p>
    <w:p>
      <w:r>
        <w:rPr>
          <w:b/>
        </w:rPr>
        <w:t xml:space="preserve">[52:56] </w:t>
      </w:r>
      <w:r>
        <w:t>taake tera koi banda tere se bekhabar na reh jaye."</w:t>
      </w:r>
    </w:p>
    <w:p>
      <w:pPr>
        <w:jc w:val="right"/>
      </w:pPr>
      <w:r>
        <w:t>تاکہ تیراکوئیبندہ تیرےمیسجسےبےخبرنہرہجائے۔"</w:t>
      </w:r>
    </w:p>
    <w:p>
      <w:r>
        <w:rPr>
          <w:b/>
        </w:rPr>
        <w:t xml:space="preserve">[53:09] </w:t>
      </w:r>
      <w:r>
        <w:t>yeh woh zamana tha jabke insaan horse pe baith kar ke wahan tak pahunchta tha.</w:t>
      </w:r>
    </w:p>
    <w:p>
      <w:pPr>
        <w:jc w:val="right"/>
      </w:pPr>
      <w:r>
        <w:t>یہوہ زمان ہتھا جبکہانسان ہارسپربیٹھکرکے وہاںتکپہنچتاتھا۔</w:t>
      </w:r>
    </w:p>
    <w:p>
      <w:r>
        <w:rPr>
          <w:b/>
        </w:rPr>
        <w:t xml:space="preserve">[53:21] </w:t>
      </w:r>
      <w:r>
        <w:t>is zamane mein dawat ka safar ghode pe hota tha, horse pe. aur horse jante hain ke horse jahan oshan aa gaya woh horse ki had aa gayi.</w:t>
      </w:r>
    </w:p>
    <w:p>
      <w:pPr>
        <w:jc w:val="right"/>
      </w:pPr>
      <w:r>
        <w:t>اسزمانےمیںدعوتکاسفر گھوڑےپرہوتاتھا، ہارسپر۔ اور ہارسجانتےہیںکہہارسجہاں اوشنآگیاتوہارس حدآگئی ۔</w:t>
      </w:r>
    </w:p>
    <w:p>
      <w:r>
        <w:rPr>
          <w:b/>
        </w:rPr>
        <w:t xml:space="preserve">[53:33] </w:t>
      </w:r>
      <w:r>
        <w:t>land pe woh horse ne safar kiya, ghode ne.</w:t>
      </w:r>
    </w:p>
    <w:p>
      <w:pPr>
        <w:jc w:val="right"/>
      </w:pPr>
      <w:r>
        <w:t>لینڈپرتوہارسنے سفرکیا،گھوڑےنے۔</w:t>
      </w:r>
    </w:p>
    <w:p>
      <w:r>
        <w:rPr>
          <w:b/>
        </w:rPr>
        <w:t xml:space="preserve">[53:36] </w:t>
      </w:r>
      <w:r>
        <w:t>jab oshan aa gaya to maloom hua ke ab horse aage nahin ja sakta. lekin Khuda ne ek tabdeeli ke zamane mein, aap gaur kijiye, Uqba bin Nafi tabai ka dawat ka ghoda,</w:t>
      </w:r>
    </w:p>
    <w:p>
      <w:pPr>
        <w:jc w:val="right"/>
      </w:pPr>
      <w:r>
        <w:t>جباوشنآگیاتومعلومہواکہابہارسآگےنہیںجاسکتا۔ لیکن خدانے ایک تبدیلیکےزمان ےمیں ،آپغورکیجئے، عقبہبننافعتابعی کا دعوتیگھوڑا،</w:t>
      </w:r>
    </w:p>
    <w:p>
      <w:r>
        <w:rPr>
          <w:b/>
        </w:rPr>
        <w:t xml:space="preserve">[53:52] </w:t>
      </w:r>
      <w:r>
        <w:t>dawat ka horse, samundar ke kinare ja kar ruk gaya. iske aage jaane ka iske paas koi shakal nahin thi. aaj kya hai?</w:t>
      </w:r>
    </w:p>
    <w:p>
      <w:pPr>
        <w:jc w:val="right"/>
      </w:pPr>
      <w:r>
        <w:t>د عویٰہارس، سم ندرکےکنارےجاکر رکگیا۔ اسکےآگےجانےکا اسکےپاسکوئیشکلنہیںتھی۔ آجکیاہے؟</w:t>
      </w:r>
    </w:p>
    <w:p>
      <w:r>
        <w:rPr>
          <w:b/>
        </w:rPr>
        <w:t xml:space="preserve">[54:00] </w:t>
      </w:r>
      <w:r>
        <w:t>aaj hum machine ke naye horse ke zamane mein hain.</w:t>
      </w:r>
    </w:p>
    <w:p>
      <w:pPr>
        <w:jc w:val="right"/>
      </w:pPr>
      <w:r>
        <w:t>آجہممک ینیکلہارسکےزمان ےمیںہیں۔</w:t>
      </w:r>
    </w:p>
    <w:p>
      <w:r>
        <w:rPr>
          <w:b/>
        </w:rPr>
        <w:t xml:space="preserve">[54:04] </w:t>
      </w:r>
      <w:r>
        <w:t>aaj hum print media aur electronic media ke zamane mein hain. aaj hum tv ke zamane mein hain. aaj hum website ke zamane mein hain. aaj saari duniya ek global ban chuki hai, ek global village ban chuki hai.</w:t>
      </w:r>
    </w:p>
    <w:p>
      <w:pPr>
        <w:jc w:val="right"/>
      </w:pPr>
      <w:r>
        <w:t>آجہم پرنٹ میڈیااور الیکٹرانکمیڈیاکےزمانےمیںہیں۔ آجہمٹیویکےزمانےمیںہیں۔ آجہمویبسائٹکےزمانےمیںہیں۔ آجساریدنیا ایک گلوببنچکیہے، ایکگلوبلولیجبنچکیہے۔</w:t>
      </w:r>
    </w:p>
    <w:p>
      <w:r>
        <w:rPr>
          <w:b/>
        </w:rPr>
        <w:t xml:space="preserve">[54:18] </w:t>
      </w:r>
      <w:r>
        <w:t>kitna bada ehsan hai Allah taala ka ke hamare kaam ko aasan kar diya.</w:t>
      </w:r>
    </w:p>
    <w:p>
      <w:pPr>
        <w:jc w:val="right"/>
      </w:pPr>
      <w:r>
        <w:t>یہکتنابڑااحسانہےاللہتعالیٰکا کہ ہمارےکامکوآسانکردیا۔</w:t>
      </w:r>
    </w:p>
    <w:p>
      <w:r>
        <w:rPr>
          <w:b/>
        </w:rPr>
        <w:t xml:space="preserve">[54:27] </w:t>
      </w:r>
      <w:r>
        <w:t>kitna bada ehsan hai!</w:t>
      </w:r>
    </w:p>
    <w:p>
      <w:pPr>
        <w:jc w:val="right"/>
      </w:pPr>
      <w:r>
        <w:t>کتنابڑااحسانہے!</w:t>
      </w:r>
    </w:p>
    <w:p>
      <w:r>
        <w:rPr>
          <w:b/>
        </w:rPr>
        <w:t xml:space="preserve">[54:31] </w:t>
      </w:r>
      <w:r>
        <w:t>Uqba bin Nafi agar ghoda daal dete samandar mein to zahir hai ke dono doob jaate. Ghoda bhi doobta, woh bhi doobte. Aap ghode se Atlantic Ocean ka safar nahi kar sakte.</w:t>
      </w:r>
    </w:p>
    <w:p>
      <w:pPr>
        <w:jc w:val="right"/>
      </w:pPr>
      <w:r>
        <w:t>عقبہبننافعاگرگھوڑاڈالدیتےسمندرمیں توظاہرہےکہدونوںڈوبجاتے۔گھوڑابھیڈوبتا،وہبھیڈوبتے۔ آپ گھوڑےسے اٹلانٹکاوشنکاسفرنہیںکرسکتے۔</w:t>
      </w:r>
    </w:p>
    <w:p>
      <w:r>
        <w:rPr>
          <w:b/>
        </w:rPr>
        <w:t xml:space="preserve">[54:45] </w:t>
      </w:r>
      <w:r>
        <w:t>Aap gaur kijiye, Uqba bin Nafi agar apne ghode ko daal dete samandar mein to kya hota? Woh bhi doobte aur ghoda bhi doobta.</w:t>
      </w:r>
    </w:p>
    <w:p>
      <w:pPr>
        <w:jc w:val="right"/>
      </w:pPr>
      <w:r>
        <w:t>آپ غورکیجئے، عقبہبننافعاگر اپنےگھوڑےکوڈالدیتےسمندرمیں توکیا ہوتا؟ وہبھیڈوبتےاورگھوڑابھیڈوبتا۔</w:t>
      </w:r>
    </w:p>
    <w:p>
      <w:r>
        <w:rPr>
          <w:b/>
        </w:rPr>
        <w:t xml:space="preserve">[54:57] </w:t>
      </w:r>
      <w:r>
        <w:t>aaj aapko doobne ka khatra mol liye baghair, doobne ka risk mol liye baghair, aapke liye possible ho gaya hai ke aap duniya ke saare kone mein Khuda ka paigham pouncha sakein.</w:t>
      </w:r>
    </w:p>
    <w:p>
      <w:pPr>
        <w:jc w:val="right"/>
      </w:pPr>
      <w:r>
        <w:t>آجآپکو ڈوبنےکاخطرہ مول لیےبغیر، ڈوبنےکارسکمول لیےبغیر، آپکےلیے پاسیبلہوگیاہے کہآپ دنیا کے سارےکونےمیں خداکاپیغامپہنچاسکیں۔</w:t>
      </w:r>
    </w:p>
    <w:p>
      <w:r>
        <w:rPr>
          <w:b/>
        </w:rPr>
        <w:t xml:space="preserve">[55:13] </w:t>
      </w:r>
      <w:r>
        <w:t>wo jo hadith mein aaya hai ke</w:t>
      </w:r>
    </w:p>
    <w:p>
      <w:pPr>
        <w:jc w:val="right"/>
      </w:pPr>
      <w:r>
        <w:t>وہجوحدیثمیں آیاہےکہ</w:t>
      </w:r>
    </w:p>
    <w:p>
      <w:r>
        <w:rPr>
          <w:b/>
        </w:rPr>
        <w:t xml:space="preserve">[55:19] </w:t>
      </w:r>
      <w:r>
        <w:t>Khuda ka word, Khuda ka kalma har ghar mein pounch jayega.</w:t>
      </w:r>
    </w:p>
    <w:p>
      <w:pPr>
        <w:jc w:val="right"/>
      </w:pPr>
      <w:r>
        <w:t>خداکا ورڈ ،خداکاکلمہ ہرگھرمیںپہنچجائےگا۔</w:t>
      </w:r>
    </w:p>
    <w:p>
      <w:r>
        <w:rPr>
          <w:b/>
        </w:rPr>
        <w:t xml:space="preserve">[55:24] </w:t>
      </w:r>
      <w:r>
        <w:t>global global ke zameen ke upar koi ghar na bachega, chhota ya bada, kachcha ya pakka, jismein Khuda ka kalma, word of God, dakhil na ho jaye.</w:t>
      </w:r>
    </w:p>
    <w:p>
      <w:pPr>
        <w:jc w:val="right"/>
      </w:pPr>
      <w:r>
        <w:t>گلوبل گل وب کے زمین کےاوپر کوئیگھرنہبچےگا، چھوٹا یا بڑا، کچایاپکا، جسمیں خداکاکلمہ، ورڈآفگاڈ،داخلنہہوجائے۔</w:t>
      </w:r>
    </w:p>
    <w:p>
      <w:r>
        <w:rPr>
          <w:b/>
        </w:rPr>
        <w:t xml:space="preserve">[55:38] </w:t>
      </w:r>
      <w:r>
        <w:t>aaj yeh cheez least possible ho chuki hai, aakhri had tak aapke bas mein ho chuka hai. Ismein koi rokawat nahi hai.</w:t>
      </w:r>
    </w:p>
    <w:p>
      <w:pPr>
        <w:jc w:val="right"/>
      </w:pPr>
      <w:r>
        <w:t>آجیہ چیز لیسٹ پاسیبلہوچکیہے، آخریحدتکآپکےبسم ہوچکاہے۔ اسمیںکوئیرکاوٹنہیں ہے۔</w:t>
      </w:r>
    </w:p>
    <w:p>
      <w:r>
        <w:rPr>
          <w:b/>
        </w:rPr>
        <w:t xml:space="preserve">[55:52] </w:t>
      </w:r>
      <w:r>
        <w:t>iske bawajood aap chhote chhote excuse le kar yeh kaam na karein to mujhe bataiye ke Khuda ke samne aap Khuda kaise aap Khuda ka samna karenge?</w:t>
      </w:r>
    </w:p>
    <w:p>
      <w:pPr>
        <w:jc w:val="right"/>
      </w:pPr>
      <w:r>
        <w:t>اسکےباوجود آپ چھوٹےچھوٹے ایکسکیوزلےکرکےیہکامنہکریں تومجھےبتائیےکہخداکےسامنے آپخداکیسےآپخداکاسامناکریںگے؟</w:t>
      </w:r>
    </w:p>
    <w:p>
      <w:r>
        <w:rPr>
          <w:b/>
        </w:rPr>
        <w:t xml:space="preserve">[56:02] </w:t>
      </w:r>
      <w:r>
        <w:t>ab mein ek waqt do aapko face karna padega: ek humanity, humanity ka samna karna padega, doosri taraf Khuda ka samna karna padega. Aap kya karenge? Aap</w:t>
      </w:r>
    </w:p>
    <w:p>
      <w:pPr>
        <w:jc w:val="right"/>
      </w:pPr>
      <w:r>
        <w:t>ابمیںایکوقت دوآپکو فیسکرناپڑےگا: ایکہیومینٹی، ہیومینٹیکاسامناکرناپڑےگا، دوسریطرفخداکاسامناکرناپڑےگا۔آپ کیا کریںگے؟آپ</w:t>
      </w:r>
    </w:p>
    <w:p>
      <w:r>
        <w:rPr>
          <w:b/>
        </w:rPr>
        <w:t xml:space="preserve">[56:16] </w:t>
      </w:r>
      <w:r>
        <w:t>to mein yeh kahunga ke aakhri decision le lijiye, aakhri decision ke humein isi daawa kaam mein apne ko lagana hai.</w:t>
      </w:r>
    </w:p>
    <w:p>
      <w:pPr>
        <w:jc w:val="right"/>
      </w:pPr>
      <w:r>
        <w:t>تومیںیہکہوںگا کہ آخری ڈیسیژنلےلیجئے،آخریڈیسیژن کہہمیں اسی دعویٰ کام میں اپنےکولگاناہے۔</w:t>
      </w:r>
    </w:p>
    <w:p>
      <w:r>
        <w:rPr>
          <w:b/>
        </w:rPr>
        <w:t xml:space="preserve">[56:31] </w:t>
      </w:r>
      <w:r>
        <w:t>aapko mein yaad dilaoon ke Rasool Allah ka jo aakhri zamana tha, jab bhi aapne haj kiya tha, jisko Hajjat al-Wida kehte hain, to aapne logon se kaha:</w:t>
      </w:r>
    </w:p>
    <w:p>
      <w:pPr>
        <w:jc w:val="right"/>
      </w:pPr>
      <w:r>
        <w:t>آپکومیںیاددلاؤں کہرسولاللہکاجو آخریزمان ہتھا، جب بھیآپنے حجکیاتھا،جسکو حجۃ الوداعکہتےہیں، توآپ نےلوگوںسےکہا:</w:t>
      </w:r>
    </w:p>
    <w:p>
      <w:r>
        <w:rPr>
          <w:b/>
        </w:rPr>
        <w:t xml:space="preserve">[56:45] </w:t>
      </w:r>
      <w:r>
        <w:t>"Inna Allah ba'asani kaafatan lin naasi fa'uddu 'anni".</w:t>
      </w:r>
    </w:p>
    <w:p>
      <w:pPr>
        <w:jc w:val="right"/>
      </w:pPr>
      <w:r>
        <w:t>"إن الله باسنیکافۃ للناس فعد وعنی"۔</w:t>
      </w:r>
    </w:p>
    <w:p>
      <w:r>
        <w:rPr>
          <w:b/>
        </w:rPr>
        <w:t xml:space="preserve">[56:53] </w:t>
      </w:r>
      <w:r>
        <w:t>ek lakh se zyada aapke saath the us waqt</w:t>
      </w:r>
    </w:p>
    <w:p>
      <w:pPr>
        <w:jc w:val="right"/>
      </w:pPr>
      <w:r>
        <w:t>ایک لاکھسےزیادہ آپکےساتھ تھےاسوقت</w:t>
      </w:r>
    </w:p>
    <w:p>
      <w:r>
        <w:rPr>
          <w:b/>
        </w:rPr>
        <w:t xml:space="preserve">[56:56] </w:t>
      </w:r>
      <w:r>
        <w:t>ashab. Aapne farmaya ke Khuda ne mujhe saari duniya ke liye bheja hai, yani Khuda ka message woh hai, mujhe saari duniya ko pounchana hai.</w:t>
      </w:r>
    </w:p>
    <w:p>
      <w:pPr>
        <w:jc w:val="right"/>
      </w:pPr>
      <w:r>
        <w:t>اصحاب۔ آپنےفرمایا کہ خدانےمجھے ساریدنیا کےلیےبھیجاہے، یعنیخداکامیسججوہے، مجھےساریدنیا کوپہنچاناہے۔</w:t>
      </w:r>
    </w:p>
    <w:p>
      <w:r>
        <w:rPr>
          <w:b/>
        </w:rPr>
        <w:t xml:space="preserve">[57:08] </w:t>
      </w:r>
      <w:r>
        <w:t>to tum meri taraf se usko pouncha do logon ke paas. Iska ishara tha ke mujhe to ab dunya se jaana hai, kyunke iske dhai mahine ke baad aapka inteqal ho gaya.</w:t>
      </w:r>
    </w:p>
    <w:p>
      <w:pPr>
        <w:jc w:val="right"/>
      </w:pPr>
      <w:r>
        <w:t>تو تم میریطرف سے اسکوپہنچادولوگوںکےپاس ۔ اسکااشارہتھاکہمجھےتوابدنیاسےجاناہے، کیونکہاسکےڈھائیمہینےکےبعدآپکاانتقالہوگیا۔</w:t>
      </w:r>
    </w:p>
    <w:p>
      <w:r>
        <w:rPr>
          <w:b/>
        </w:rPr>
        <w:t xml:space="preserve">[57:19] </w:t>
      </w:r>
      <w:r>
        <w:t>to tum ko yeh pouncha do saari duniya ko</w:t>
      </w:r>
    </w:p>
    <w:p>
      <w:pPr>
        <w:jc w:val="right"/>
      </w:pPr>
      <w:r>
        <w:t>تو تم کو یہپہنچادوساریدنیا کو</w:t>
      </w:r>
    </w:p>
    <w:p>
      <w:r>
        <w:rPr>
          <w:b/>
        </w:rPr>
        <w:t xml:space="preserve">[57:22] </w:t>
      </w:r>
      <w:r>
        <w:t>. To kitabon mein aata hai ke log</w:t>
      </w:r>
    </w:p>
    <w:p>
      <w:pPr>
        <w:jc w:val="right"/>
      </w:pPr>
      <w:r>
        <w:t>۔ توکتاب وںمیںآتاہےکہلوگ</w:t>
      </w:r>
    </w:p>
    <w:p>
      <w:r>
        <w:rPr>
          <w:b/>
        </w:rPr>
        <w:t xml:space="preserve">[57:27] </w:t>
      </w:r>
      <w:r>
        <w:t>us taraf chale gaye ke jiska ghoda jidhar tha, usi taraf chala gaya. Woh jiska oont jo tha, woh usi taraf chala gaya. Woh jis taraf uska oont khada tha, usi taraf rawana ho gaya.</w:t>
      </w:r>
    </w:p>
    <w:p>
      <w:pPr>
        <w:jc w:val="right"/>
      </w:pPr>
      <w:r>
        <w:t>اسطرف چلےگئے کہجسکاگھوڑاجدھرتھا،اسیطرفچلاگیا۔ وہ جسکااونٹ جوتھا،اسیاسیطرفچلاگیا۔وہ جس طرف اسکااونٹکھڑاتھا،اسیطرف روانہہوگیا۔</w:t>
      </w:r>
    </w:p>
    <w:p>
      <w:r>
        <w:rPr>
          <w:b/>
        </w:rPr>
        <w:t xml:space="preserve">[57:40] </w:t>
      </w:r>
      <w:r>
        <w:t>jis taraf uska ghoda khada ho tha, usi taraf rawana ho gaya.</w:t>
      </w:r>
    </w:p>
    <w:p>
      <w:pPr>
        <w:jc w:val="right"/>
      </w:pPr>
      <w:r>
        <w:t>جسطرفاسکا گھوڑاکھڑاہواتھا،اسیطرفروانہہوگیا۔</w:t>
      </w:r>
    </w:p>
    <w:p>
      <w:r>
        <w:rPr>
          <w:b/>
        </w:rPr>
        <w:t xml:space="preserve">[57:45] </w:t>
      </w:r>
      <w:r>
        <w:t>aur aap dekhiye, aap jab haj karne jaate hain, sahaba ki qabrein bahut kam hain Makka Madina mein, kyunke woh bahar chale gaye.</w:t>
      </w:r>
    </w:p>
    <w:p>
      <w:pPr>
        <w:jc w:val="right"/>
      </w:pPr>
      <w:r>
        <w:t>اورآپدیکھیے،آپجبحجکرنےجاتےہیں، صحابہکیقبریںبہت کمہیںمکہمدینہمیں، کیونکہ وہباہرچلےگئے۔</w:t>
      </w:r>
    </w:p>
    <w:p>
      <w:r>
        <w:rPr>
          <w:b/>
        </w:rPr>
        <w:t xml:space="preserve">[57:57] </w:t>
      </w:r>
      <w:r>
        <w:t>aap gaur kijiye ke us waqt jo bahar gaye the, wahan par theherne ka koi intezam nahi. Aajkal ki tarah hotel nahi hua karte the. Unki jeb mein paisa nahi, unki zuban nahi jante. Woh jis duniya mein ghuse the, woh aap gaur kijiye,</w:t>
      </w:r>
    </w:p>
    <w:p>
      <w:pPr>
        <w:jc w:val="right"/>
      </w:pPr>
      <w:r>
        <w:t>آپغورکیجئےکہاسوقتجوباہرگئےتھے، وہاںپر ٹھہرنےکاکوئیانتظامنہیں ۔ آجکلکیطرحہوٹلنہیںہواکرتے تھے۔ انکیجیبمیںپیسہنہیں ، انکیزبان نہیںجانتے۔وہ جسدنیا میںگھسےتھے،وہآپغورکیجئے،</w:t>
      </w:r>
    </w:p>
    <w:p>
      <w:r>
        <w:rPr>
          <w:b/>
        </w:rPr>
        <w:t xml:space="preserve">[58:13] </w:t>
      </w:r>
      <w:r>
        <w:t>kya tha wahan ka haal?</w:t>
      </w:r>
    </w:p>
    <w:p>
      <w:pPr>
        <w:jc w:val="right"/>
      </w:pPr>
      <w:r>
        <w:t>کیا تھاوہاںکاحال ؟</w:t>
      </w:r>
    </w:p>
    <w:p>
      <w:r>
        <w:rPr>
          <w:b/>
        </w:rPr>
        <w:t xml:space="preserve">[58:15] </w:t>
      </w:r>
      <w:r>
        <w:t>wahan ki zaban arabi ki zaban nahi thi. wahan ki</w:t>
      </w:r>
    </w:p>
    <w:p>
      <w:pPr>
        <w:jc w:val="right"/>
      </w:pPr>
      <w:r>
        <w:t>وہاںکیزبان عربیکیزبان نہیںتھی۔وہاںکی</w:t>
      </w:r>
    </w:p>
    <w:p>
      <w:r>
        <w:rPr>
          <w:b/>
        </w:rPr>
        <w:t xml:space="preserve">[58:21] </w:t>
      </w:r>
      <w:r>
        <w:t>wahan ki zaban arabi ki zaban nahi thi. sham ki zaban sarai ki language thi, falasteen ki ibraani thi, aur aur greek thi, aur misr ki qibti zaban thi, libya ki barbari zaban thi.</w:t>
      </w:r>
    </w:p>
    <w:p>
      <w:pPr>
        <w:jc w:val="right"/>
      </w:pPr>
      <w:r>
        <w:t>وہاںکیزبان عربیکیزبان نہیںتھی۔ شامکیزبان سرائیکلینگویجتھی، فلسطینکی عبرانیتھی، اور اور گریکتھی، اور مصر کی قبطیزبان تھی، لیبیاکی بربریزبان تھی۔</w:t>
      </w:r>
    </w:p>
    <w:p>
      <w:r>
        <w:rPr>
          <w:b/>
        </w:rPr>
        <w:t xml:space="preserve">[58:37] </w:t>
      </w:r>
      <w:r>
        <w:t>sab ki zabanen alag alag thi.</w:t>
      </w:r>
    </w:p>
    <w:p>
      <w:pPr>
        <w:jc w:val="right"/>
      </w:pPr>
      <w:r>
        <w:t>سبکیزبان یںالگالگتھیں۔</w:t>
      </w:r>
    </w:p>
    <w:p>
      <w:r>
        <w:rPr>
          <w:b/>
        </w:rPr>
        <w:t xml:space="preserve">[58:40] </w:t>
      </w:r>
      <w:r>
        <w:t>wahan na unka koi relative tha, na wahan unka koi encourage karne wala tha. bas dakhil ho gaye ek ek jazbe ke tehat, unki zaban na jante hue bhi daakhil ho gaye.</w:t>
      </w:r>
    </w:p>
    <w:p>
      <w:pPr>
        <w:jc w:val="right"/>
      </w:pPr>
      <w:r>
        <w:t>وہاں نہانکاکوئیریلیٹوتھا، نہوہاںانکاکوئی انکوریسیوکرنےوالاتھا۔ بس داخلہوگئے ایک ایک جذبےکےتحت، انکیزبان نہجانتےہوئے بھیداخلہوگئے۔</w:t>
      </w:r>
    </w:p>
    <w:p>
      <w:r>
        <w:rPr>
          <w:b/>
        </w:rPr>
        <w:t xml:space="preserve">[58:58] </w:t>
      </w:r>
      <w:r>
        <w:t>aur kaise kaise unhone kaam kiya hoga, iska thoda sa aap account dekhna chahein to aapko milega is kitab mein,</w:t>
      </w:r>
    </w:p>
    <w:p>
      <w:pPr>
        <w:jc w:val="right"/>
      </w:pPr>
      <w:r>
        <w:t>اور کیسے کیسےانہوںنےکامکیاہوگا، اسکا تھوڑاسا آپ اکاؤنٹدیکھناچاہیںتوآپکوملےگا اسکتاب میں،</w:t>
      </w:r>
    </w:p>
    <w:p>
      <w:r>
        <w:rPr>
          <w:b/>
        </w:rPr>
        <w:t xml:space="preserve">[59:06] </w:t>
      </w:r>
      <w:r>
        <w:t>un relative wo personal ki kitab mein, jo desperate of islam mein, ke kis kis tarah se unhone kaam kiya. apni zindagi ko be qeemat bana diya unhone, apni zindagi ko be qeemat bana diya.</w:t>
      </w:r>
    </w:p>
    <w:p>
      <w:pPr>
        <w:jc w:val="right"/>
      </w:pPr>
      <w:r>
        <w:t>ان رلٹ وہ پرسنل کیکتاب میں، جو ڈیسپریٹآفاسلام میں، کہکسکسطرحسےانہوںنےکامکیا۔ اپنیزندگی وںکوبےقیمتبنادیاانہوںنے، اپنیزندگی وںکوبےقیمتبنادیا۔</w:t>
      </w:r>
    </w:p>
    <w:p>
      <w:r>
        <w:rPr>
          <w:b/>
        </w:rPr>
        <w:t xml:space="preserve">[59:24] </w:t>
      </w:r>
      <w:r>
        <w:t>جیسا کہ میں نے کل آپ کو وہ آیت سنائی تھی کہ بعض لوگ جو اس طرح کے جو جو mission تھا رسول اللہ کا، اس mission سے صرف اس لیے رکے رہے تھے کہ ان کے</w:t>
      </w:r>
    </w:p>
    <w:p>
      <w:pPr>
        <w:jc w:val="right"/>
      </w:pPr>
      <w:r>
        <w:t>جیساکہمیںنےکلآپکووہ آیت سنائیتھی کہ بعض لوگ جو اسطرح کے جو جومشنتھارسولاللہکا ،اس مشن سے صرفاسلیےرکرہےتھےکہانکے</w:t>
      </w:r>
    </w:p>
    <w:p>
      <w:r>
        <w:rPr>
          <w:b/>
        </w:rPr>
        <w:t xml:space="preserve">[59:35] </w:t>
      </w:r>
      <w:r>
        <w:t>baap bete ne keh diya, jaise Uf Malka Jari: "Kya aap baap sahab hum ko chhod ke kahan ja rahe hain?" Aap</w:t>
      </w:r>
    </w:p>
    <w:p>
      <w:pPr>
        <w:jc w:val="right"/>
      </w:pPr>
      <w:r>
        <w:t>باپ بیٹےنےکہہدیا، جیسےعوف مالکہجری :"کیاآپ باپصاحبہمکوچھوڑکےکہاںجارہےہیں؟"آپ</w:t>
      </w:r>
    </w:p>
    <w:p>
      <w:r>
        <w:rPr>
          <w:b/>
        </w:rPr>
        <w:t xml:space="preserve">[59:45] </w:t>
      </w:r>
      <w:r>
        <w:t>toh woh jo shadri mein ruk gaye. Woh toh Quran mein aayat utri ke: "Inna min azwajikum wa awladikum aduwwan lakum fadharuhum".</w:t>
      </w:r>
    </w:p>
    <w:p>
      <w:pPr>
        <w:jc w:val="right"/>
      </w:pPr>
      <w:r>
        <w:t>تووہ جوشپدریمیںرکگئے۔وہ تو قرآنمیںآیتاتری کہ :"إنمن أزواج كم أولادكمعد و لكمفاضروهم"۔</w:t>
      </w:r>
    </w:p>
    <w:p>
      <w:r>
        <w:rPr>
          <w:b/>
        </w:rPr>
        <w:t xml:space="preserve">[59:55] </w:t>
      </w:r>
      <w:r>
        <w:t>ae logon! tumhari biwiyon mein tumhare dushman nahi, tumhare aulad mein tumhare dushman hain. to bachao aise dushmanon se.</w:t>
      </w:r>
    </w:p>
    <w:p>
      <w:pPr>
        <w:jc w:val="right"/>
      </w:pPr>
      <w:r>
        <w:t>اےلوگوں!تمہاریبیویوںمیںتمہارےدشمنہیں، تمہاریاولادمیںتمہارےدشمنہیں۔ توبچوایسےدشمنوںسے۔</w:t>
      </w:r>
    </w:p>
    <w:p>
      <w:r>
        <w:rPr>
          <w:b/>
        </w:rPr>
        <w:t xml:space="preserve">[1:00:03] </w:t>
      </w:r>
      <w:r>
        <w:t>to jin apne jin rishtedaron ke, apne jin bachon ke aap uzr banate hain, excuse banate hain, unko khuda dushman bata raha hai.</w:t>
      </w:r>
    </w:p>
    <w:p>
      <w:pPr>
        <w:jc w:val="right"/>
      </w:pPr>
      <w:r>
        <w:t>تو جن اپنےجن رشتہداروںکے، اپنے جنبچوں کےکو آپ عذربناتےہیں،ایکسکیوزبناتےہیں،انکوخدادشمن بتارہاہے۔</w:t>
      </w:r>
    </w:p>
    <w:p>
      <w:r>
        <w:rPr>
          <w:b/>
        </w:rPr>
        <w:t xml:space="preserve">[1:00:13] </w:t>
      </w:r>
      <w:r>
        <w:t>aap ka excuse khuda ke nazdeek dushman hai.</w:t>
      </w:r>
    </w:p>
    <w:p>
      <w:pPr>
        <w:jc w:val="right"/>
      </w:pPr>
      <w:r>
        <w:t>آپ کاایکسکیوزخداکےنزدیکدشمنہے۔</w:t>
      </w:r>
    </w:p>
    <w:p>
      <w:r>
        <w:rPr>
          <w:b/>
        </w:rPr>
        <w:t xml:space="preserve">[1:00:18] </w:t>
      </w:r>
      <w:r>
        <w:t>kehti hai: "ajeeb baat hai ye!</w:t>
      </w:r>
    </w:p>
    <w:p>
      <w:pPr>
        <w:jc w:val="right"/>
      </w:pPr>
      <w:r>
        <w:t>کہتیہے:"عجیبباتہےیہ!</w:t>
      </w:r>
    </w:p>
    <w:p>
      <w:r>
        <w:rPr>
          <w:b/>
        </w:rPr>
        <w:t xml:space="preserve">[1:00:20] </w:t>
      </w:r>
      <w:r>
        <w:t>" to saare sahaba chale gaye, aur unhone jo ye pehla gaya islam mein, pehla diaspora tha, isko aap keh sakte hain ke islam mein pehla diaspora tha, aur wo bahar ja kar ke unhone kaam kiya.</w:t>
      </w:r>
    </w:p>
    <w:p>
      <w:pPr>
        <w:jc w:val="right"/>
      </w:pPr>
      <w:r>
        <w:t>"تو سارےصحابہچلےگئے، اور انہوںنےجو یہ پہلا گیا اسلام میں،پہلاڈائسپوراتھا، اسکوآپکہہسکتےہیںکہاسلام میں پہلاڈائسپوراتھا، اور وہ باہرجاکر کےانہوںنےکامکیا۔</w:t>
      </w:r>
    </w:p>
    <w:p>
      <w:r>
        <w:rPr>
          <w:b/>
        </w:rPr>
        <w:t xml:space="preserve">[1:00:39] </w:t>
      </w:r>
      <w:r>
        <w:t>aur isi ka nateeja hai ye jo aaj arab world, jisko aap kehte hain, wo kya hai? inhi logon ki mehnaton ka nateeja hai.</w:t>
      </w:r>
    </w:p>
    <w:p>
      <w:pPr>
        <w:jc w:val="right"/>
      </w:pPr>
      <w:r>
        <w:t>اور اسیکانتیجہہےیہجوآج عرب ورلڈ،جسکوآپکہتےہیں،وہکیاہے؟ انہیلوگوںکیمحنتوںکانتیجہہے۔</w:t>
      </w:r>
    </w:p>
    <w:p>
      <w:r>
        <w:rPr>
          <w:b/>
        </w:rPr>
        <w:t xml:space="preserve">[1:00:46] </w:t>
      </w:r>
      <w:r>
        <w:t>ek poora area ko unhone na sirf zaban badli, unki zaban badli, unka culture badla, unka mazhab badla, sab kuch badal diya unhone. yani poore maamle ko islamize kar diya.</w:t>
      </w:r>
    </w:p>
    <w:p>
      <w:pPr>
        <w:jc w:val="right"/>
      </w:pPr>
      <w:r>
        <w:t>ایک پورا ایریاکوانہوںنےنہصرفزبان بدلی، انکازبان بدلی،انکاکلچربدلا،انکامذہببدلا، سبکچھبدلدیا انہوںنے۔ یعنیپورےمعالمکو اسلام ائزکردیا۔</w:t>
      </w:r>
    </w:p>
    <w:p>
      <w:r>
        <w:rPr>
          <w:b/>
        </w:rPr>
        <w:t xml:space="preserve">[1:01:03] </w:t>
      </w:r>
      <w:r>
        <w:t>ye history kitna zyada aapko, yani inspiration de rahi hai. inspiration, inspiration kitna zyada inspiration de rahi hai.</w:t>
      </w:r>
    </w:p>
    <w:p>
      <w:pPr>
        <w:jc w:val="right"/>
      </w:pPr>
      <w:r>
        <w:t>یہ ہسٹریکتنازیادہ آپکو ،یعنی انسپیریشندےرہیہے۔انسپیریشن، انسپیریشن کتنازیادہ انسپیریشندےرہیہے۔</w:t>
      </w:r>
    </w:p>
    <w:p>
      <w:r>
        <w:rPr>
          <w:b/>
        </w:rPr>
        <w:t xml:space="preserve">[1:01:17] </w:t>
      </w:r>
      <w:r>
        <w:t>bas bachta hoon ke un logon ne jin halaat mein kaam kiya tha, uske muqable mein aaj to kuch bhi nahi. main khud apne bare mein sochta hoon ke aap baith kar ke bol raha hoon,</w:t>
      </w:r>
    </w:p>
    <w:p>
      <w:pPr>
        <w:jc w:val="right"/>
      </w:pPr>
      <w:r>
        <w:t>بسبچتاہوںکہانلوگوںنے جن حالاتمیںکامکیا تھا، اسکےمقابلےمیں آجتوکچھبھینہیں ۔ میںخود اپنے بارےمیںسوچتاہوں کہ آپبیٹھکرکےبولرہاہوں،</w:t>
      </w:r>
    </w:p>
    <w:p>
      <w:r>
        <w:rPr>
          <w:b/>
        </w:rPr>
        <w:t xml:space="preserve">[1:01:31] </w:t>
      </w:r>
      <w:r>
        <w:t>jabke mere paas rehne ke liye ghar bhi hai. to main to sirf, yani jisko kehte hain ke khoon laga kar shaheedon mein shamil hona,</w:t>
      </w:r>
    </w:p>
    <w:p>
      <w:pPr>
        <w:jc w:val="right"/>
      </w:pPr>
      <w:r>
        <w:t>جبکہ میرےپاسرہنےکےلیےگھربھیہے۔ تومیںتوصرف ،یعنی جسکوکہتےہیںکہ خونلگاکرشہیدوںمیں شامل ہونا،</w:t>
      </w:r>
    </w:p>
    <w:p>
      <w:r>
        <w:rPr>
          <w:b/>
        </w:rPr>
        <w:t xml:space="preserve">[1:01:43] </w:t>
      </w:r>
      <w:r>
        <w:t>mere is, mere is amal ke agar jaancha jaye unke amal se, as compared to this to the companion, to kuch bhi nahi hai, kuch bhi nahi hai.</w:t>
      </w:r>
    </w:p>
    <w:p>
      <w:pPr>
        <w:jc w:val="right"/>
      </w:pPr>
      <w:r>
        <w:t>میرےاس،میرےاسعمل کے کواگر جانچاجائے انکےعملسے، ایزکمپیرٹو ٹو ٹودس ٹوداکمپینین،توکچھبھینہیں ہے، کچھبھینہیں ہے۔</w:t>
      </w:r>
    </w:p>
    <w:p>
      <w:r>
        <w:rPr>
          <w:b/>
        </w:rPr>
        <w:t xml:space="preserve">[1:01:56] </w:t>
      </w:r>
      <w:r>
        <w:t>to ye ek dua hai quran majeed mein sahaba ki zaban se ek ek dua aai thi ke: "rabbana wa la tahmil alayna isr kam min qablina</w:t>
      </w:r>
    </w:p>
    <w:p>
      <w:pPr>
        <w:jc w:val="right"/>
      </w:pPr>
      <w:r>
        <w:t>تو یہ ایک دعاہے قرآنمجیدمیں صحابہکیزبان سےایکایکدعا آئیتھی کہ:"ربنا ولا تحمل علینااس کامن قبل نا</w:t>
      </w:r>
    </w:p>
    <w:p>
      <w:r>
        <w:rPr>
          <w:b/>
        </w:rPr>
        <w:t xml:space="preserve">[1:02:07] </w:t>
      </w:r>
      <w:r>
        <w:t>" ke pichhle logon par, pichhle logon ko bahut mushkil halaat mein kaam karna pada. yani daawa mission ko bahut hi mushkil, bahut hi difficult situation mein unhe daawa mission ko chalana pada.</w:t>
      </w:r>
    </w:p>
    <w:p>
      <w:pPr>
        <w:jc w:val="right"/>
      </w:pPr>
      <w:r>
        <w:t>" کہ پچھلےلوگوںپر ،پچھلےلوگوںکوبہت مشکلحالاتمیںکامکرناپڑا۔ یعنیدعویٰمشنکوبہت ہیمشکل ،بہت ہی ڈیفیکلٹ سچویشنمیںانہیں دعویٰمشنکوچلاناپڑا۔</w:t>
      </w:r>
    </w:p>
    <w:p>
      <w:r>
        <w:rPr>
          <w:b/>
        </w:rPr>
        <w:t xml:space="preserve">[1:02:21] </w:t>
      </w:r>
      <w:r>
        <w:t>to khuda ya hamare liye aasan kar de, hamein daawa mission ko is indifferent halaat mein na chalana pade. hamein ye dua qabool hui, aur ek poori revolution aa gaya history mein.</w:t>
      </w:r>
    </w:p>
    <w:p>
      <w:pPr>
        <w:jc w:val="right"/>
      </w:pPr>
      <w:r>
        <w:t>توخدایاہمارےلیے آسانکر دے، ہمیںدعویٰمشنکواس انڈیفیکلٹحالاتمیں نہچلاناپڑے۔ہمیں یہ دعاقبولہوئی، اور ایکپوراریولوشنآگیا ہسٹریمیں۔</w:t>
      </w:r>
    </w:p>
    <w:p>
      <w:r>
        <w:rPr>
          <w:b/>
        </w:rPr>
        <w:t xml:space="preserve">[1:02:37] </w:t>
      </w:r>
      <w:r>
        <w:t>history mein ek revolution, revolution aa gaya. poori duniya ek global wajh ban gayi, naya transport aa gaya, aane jaane ke raaste aate aasan ho gaye.</w:t>
      </w:r>
    </w:p>
    <w:p>
      <w:pPr>
        <w:jc w:val="right"/>
      </w:pPr>
      <w:r>
        <w:t>ہسٹریمیںایکریولوشن،ریولوشنآگیا۔ پوریدنیا ایکگلوبلولیجبنگئی، نیاٹرانسپورٹآگیا، آنےجانےکے راستےآتے آسانہوگئے۔</w:t>
      </w:r>
    </w:p>
    <w:p>
      <w:r>
        <w:rPr>
          <w:b/>
        </w:rPr>
        <w:t xml:space="preserve">[1:02:49] </w:t>
      </w:r>
      <w:r>
        <w:t>print media aaya, electronic media aaya, aur aur is se bhi badi badi cheezein hain. misaal ke taur par, religious freedom.</w:t>
      </w:r>
    </w:p>
    <w:p>
      <w:pPr>
        <w:jc w:val="right"/>
      </w:pPr>
      <w:r>
        <w:t>پرنٹمیڈیاآیا، الیکٹرانکمیڈیاآیا، اور اور اسسےبھیبڑیبڑیچیزیںہیں۔ مثالکےطورپر ،ریلیجسفریڈم۔</w:t>
      </w:r>
    </w:p>
    <w:p>
      <w:r>
        <w:rPr>
          <w:b/>
        </w:rPr>
        <w:t xml:space="preserve">[1:02:59] </w:t>
      </w:r>
      <w:r>
        <w:t>is zamane mein religious freedom kahin duniya mein maujood nahi tha, har jagah thi religious persecution.</w:t>
      </w:r>
    </w:p>
    <w:p>
      <w:pPr>
        <w:jc w:val="right"/>
      </w:pPr>
      <w:r>
        <w:t>اس زمان ےمیں ریلیجسفریڈمکہیںدنیامیںموجود نہیںتھا، ہرجگہتھاریلیجس پرسیکیوشن۔</w:t>
      </w:r>
    </w:p>
    <w:p>
      <w:r>
        <w:rPr>
          <w:b/>
        </w:rPr>
        <w:t xml:space="preserve">[1:03:07] </w:t>
      </w:r>
      <w:r>
        <w:t>pichhli poori history mein, duniya bhar mein religious persecution raha hai. ab ghaur kijiye kahan logon ko religious persecution ka samna kar ke daawa mission chalana pada.</w:t>
      </w:r>
    </w:p>
    <w:p>
      <w:pPr>
        <w:jc w:val="right"/>
      </w:pPr>
      <w:r>
        <w:t>پچھلی پوریہسٹریمیں، دنیا بھرمیں ریلیجسپرسیکیوشنرہاہے۔ ابغورکیجئےکہانلوگوںکو ریلیجسپرسیکیوشنکا سام ناکرکے دعویٰمشنچلاناپڑا۔</w:t>
      </w:r>
    </w:p>
    <w:p>
      <w:r>
        <w:rPr>
          <w:b/>
        </w:rPr>
        <w:t xml:space="preserve">[1:03:19] </w:t>
      </w:r>
      <w:r>
        <w:t>ab to humein religious freedom mein apna daawa mission chalana hai. kitna farq hai! ghaur kijiye,</w:t>
      </w:r>
    </w:p>
    <w:p>
      <w:pPr>
        <w:jc w:val="right"/>
      </w:pPr>
      <w:r>
        <w:t>ابتوہمیں ریلیجسفریڈممیں اپنادعویٰمشنچلاناہے۔ کتنافرقہے!غورکیجئے،</w:t>
      </w:r>
    </w:p>
    <w:p>
      <w:r>
        <w:rPr>
          <w:b/>
        </w:rPr>
        <w:t xml:space="preserve">[1:03:28] </w:t>
      </w:r>
      <w:r>
        <w:t>un logon ne religious persecution ke zamanay mein daawa mission ko chalaya.</w:t>
      </w:r>
    </w:p>
    <w:p>
      <w:pPr>
        <w:jc w:val="right"/>
      </w:pPr>
      <w:r>
        <w:t>انلوگوںنےریلیجس پرسیکیوشنکےزمان ےمیں دعویٰمشنکوچلایا۔</w:t>
      </w:r>
    </w:p>
    <w:p>
      <w:r>
        <w:rPr>
          <w:b/>
        </w:rPr>
        <w:t xml:space="preserve">[1:03:33] </w:t>
      </w:r>
      <w:r>
        <w:t>humein Allah taala ki blessing hui ke humein religious freedom ke zamanay mein daawa mission ko chalana hai.</w:t>
      </w:r>
    </w:p>
    <w:p>
      <w:pPr>
        <w:jc w:val="right"/>
      </w:pPr>
      <w:r>
        <w:t>ہمیںاللہ تعالیٰکیبلیسنگہوئی کہہمیں ریلیجسفریڈمکےزمان ےمیں دعویٰمشنکو چلاناہے۔</w:t>
      </w:r>
    </w:p>
    <w:p>
      <w:r>
        <w:rPr>
          <w:b/>
        </w:rPr>
        <w:t xml:space="preserve">[1:03:44] </w:t>
      </w:r>
      <w:r>
        <w:t>to yehi Allah taala ka shukar hai. mein samajhta hoon ke zabaan shukr yehi hai ke aap daawa mission chalaayein ke daawa mission jo hai, kitna bara reward iske upar rakha gaya hai.</w:t>
      </w:r>
    </w:p>
    <w:p>
      <w:pPr>
        <w:jc w:val="right"/>
      </w:pPr>
      <w:r>
        <w:t>تویہیاللہ تعالیٰکاشکرہے۔میںسمجھتاہوںکہزبان شکریہیہےکہآپدعویٰمشن چلائیں کہدعویٰمشنجوہے، کتنابڑا ریوارڈاسکےاوپررکھاگیاہے۔</w:t>
      </w:r>
    </w:p>
    <w:p>
      <w:r>
        <w:rPr>
          <w:b/>
        </w:rPr>
        <w:t xml:space="preserve">[1:03:57] </w:t>
      </w:r>
      <w:r>
        <w:t>sab se ziyada reward maine dekha hai daawa mission par, sab se bara, kyunke jo daayi hai, usko nabiyon ke mein bracket kiya gaya, nabiyon ke saath.</w:t>
      </w:r>
    </w:p>
    <w:p>
      <w:pPr>
        <w:jc w:val="right"/>
      </w:pPr>
      <w:r>
        <w:t>سبسےزیادہ ریوارڈمیںنے دیکھاہے دعویٰمشنپر ، سبسےبڑا، کیونکہجوداعیہے، اسکو نبیوںکے میں بریکٹکیا گیا،نبیوںکےساتھ ۔</w:t>
      </w:r>
    </w:p>
    <w:p>
      <w:r>
        <w:rPr>
          <w:b/>
        </w:rPr>
        <w:t xml:space="preserve">[1:04:07] </w:t>
      </w:r>
      <w:r>
        <w:t>jo daayi hoga, woh nabiyon ke saath hoga. wahan aakhirat mein</w:t>
      </w:r>
    </w:p>
    <w:p>
      <w:pPr>
        <w:jc w:val="right"/>
      </w:pPr>
      <w:r>
        <w:t>جوداعیہوگا،وہنبیوںکےساتھہوگا۔وہاں آخرتمیں</w:t>
      </w:r>
    </w:p>
    <w:p>
      <w:r>
        <w:rPr>
          <w:b/>
        </w:rPr>
        <w:t xml:space="preserve">[1:04:15] </w:t>
      </w:r>
      <w:r>
        <w:t>jo log daawa mission ke liye kaam karenge, woh aakhirat mein nabiyon ke saath unhein unki sohbat milegi, unko woh darja milega.</w:t>
      </w:r>
    </w:p>
    <w:p>
      <w:pPr>
        <w:jc w:val="right"/>
      </w:pPr>
      <w:r>
        <w:t>جولوگ دعویٰمشنکےلیےکامکریںگے،وہ آخرتمیں نبیوںکےساتھ انہیں انکیصحبتملےگی، انکو وہدرجہملےگا۔</w:t>
      </w:r>
    </w:p>
    <w:p>
      <w:r>
        <w:rPr>
          <w:b/>
        </w:rPr>
        <w:t xml:space="preserve">[1:04:25] </w:t>
      </w:r>
      <w:r>
        <w:t>yani kitna bara darja hai daayi ka, aur usko Khuda ne kitna ziyada aasan kar diya, kitna ziyada aasan kar diya.</w:t>
      </w:r>
    </w:p>
    <w:p>
      <w:pPr>
        <w:jc w:val="right"/>
      </w:pPr>
      <w:r>
        <w:t>یعنیکتنابڑادرجہہے داعیکا، اوراسکو خدانےکتنازیادہ آسانکردیا ، کتنازیادہ آسانکردیا۔</w:t>
      </w:r>
    </w:p>
    <w:p>
      <w:r>
        <w:rPr>
          <w:b/>
        </w:rPr>
        <w:t xml:space="preserve">[1:04:41] </w:t>
      </w:r>
      <w:r>
        <w:t>to mein samajhta hoon ke</w:t>
      </w:r>
    </w:p>
    <w:p>
      <w:pPr>
        <w:jc w:val="right"/>
      </w:pPr>
      <w:r>
        <w:t>تو میںسمجھتاہوںکہ</w:t>
      </w:r>
    </w:p>
    <w:p>
      <w:r>
        <w:rPr>
          <w:b/>
        </w:rPr>
        <w:t xml:space="preserve">[1:04:46] </w:t>
      </w:r>
      <w:r>
        <w:t>aapke liye kisi aur aap mission ki gunjaish nahi hai,</w:t>
      </w:r>
    </w:p>
    <w:p>
      <w:pPr>
        <w:jc w:val="right"/>
      </w:pPr>
      <w:r>
        <w:t>آپکےلیے کسی اور آپ شن کیگنجائشنہیںہے،</w:t>
      </w:r>
    </w:p>
    <w:p>
      <w:r>
        <w:rPr>
          <w:b/>
        </w:rPr>
        <w:t xml:space="preserve">[1:04:54] </w:t>
      </w:r>
      <w:r>
        <w:t>aur aapko mein ye khushkhabri doonga ke Allah taala ka ye wada hai ke daawa mission mein jo lagega, uske baqi kaam jo hai, woh Khuda apne zimme le lega, apne zimme le lega.</w:t>
      </w:r>
    </w:p>
    <w:p>
      <w:pPr>
        <w:jc w:val="right"/>
      </w:pPr>
      <w:r>
        <w:t>اورآپکو میںیہخوشخبریدوںگا کہ اللہ تعالیٰکایہوعدہہے کہ دعویٰمشنمیںجولگےگا، اسکے بقیہکامجوہے،وہخدا اپنےذمےلےلےگا، اپنےذمےلےلےگا۔</w:t>
      </w:r>
    </w:p>
    <w:p>
      <w:r>
        <w:rPr>
          <w:b/>
        </w:rPr>
        <w:t xml:space="preserve">[1:05:10] </w:t>
      </w:r>
      <w:r>
        <w:t>aur bohat mera bar bar ka tajurba hai, aaj mein yaqeen kijiye ke aaj mein empty mind tha. kuch bhi meri samajh nahi aati thi ke mein kya bolunga, kuch bhi samajh mein nahi aata tha ke kya bolunga.</w:t>
      </w:r>
    </w:p>
    <w:p>
      <w:pPr>
        <w:jc w:val="right"/>
      </w:pPr>
      <w:r>
        <w:t>اوربہت میراباربار کاتجربہہے، آجمیں یقینکیجئےکہآجمیںایمپٹیمائنڈتھا۔ کچھبھی میریسمجھنہیںآتیکہمیںکیابولوںگا، کچھبھی سمجھمیںنہیںآتاتھاکیابولوںگا۔</w:t>
      </w:r>
    </w:p>
    <w:p>
      <w:r>
        <w:rPr>
          <w:b/>
        </w:rPr>
        <w:t xml:space="preserve">[1:05:23] </w:t>
      </w:r>
      <w:r>
        <w:t>maine Allah taala se dua ki, aap dekhiye, bola chala ja raha hoon. mein samajhta hoon ke alfaaz Khuda ki taraf se aa rahe hain, kyunke bas empty mind yahan aaya tha bilkul.</w:t>
      </w:r>
    </w:p>
    <w:p>
      <w:pPr>
        <w:jc w:val="right"/>
      </w:pPr>
      <w:r>
        <w:t>میںنےاللہتعالیٰسےدعاکی، آپدیکھیے،بولاچلاجارہاہوں۔ میںسمجھتاہوںکہالفاظخداکیطرفسےآرہےہیں،کیونکہبسایمپٹیمائنڈیہاںآیاتھابالکل۔</w:t>
      </w:r>
    </w:p>
    <w:p>
      <w:r>
        <w:rPr>
          <w:b/>
        </w:rPr>
        <w:t xml:space="preserve">[1:05:36] </w:t>
      </w:r>
      <w:r>
        <w:t>to har aitbaar se mujhe yaqeen hai ke aap ko Khuda madad karega, aur mein aapko yaad dilaoon ke bohat pehle, bohat pehle jab maine ye faisla kiya tha ke mujhe daawa mission ka kaam karna hai,</w:t>
      </w:r>
    </w:p>
    <w:p>
      <w:pPr>
        <w:jc w:val="right"/>
      </w:pPr>
      <w:r>
        <w:t>تو ہر اعتبارسے مجھےیقینہےکہآپ کو خدا مددکرےگا، اورمیںآپکویاددلاؤں کہ بہت پہلے،بہت پہلے جب میںنےیہفیصلہکیاتھا کہمجھےدعویٰمشن کامکرناہے،</w:t>
      </w:r>
    </w:p>
    <w:p>
      <w:r>
        <w:rPr>
          <w:b/>
        </w:rPr>
        <w:t xml:space="preserve">[1:05:51] </w:t>
      </w:r>
      <w:r>
        <w:t>to ek hadith mere liye roshni bani thi. ek hadith hai ke: "man ja'ala al-hamm wa al-hamm muhammad waahid an hamm akhiratihi kafahu Allahu 'an humm al-dunya</w:t>
      </w:r>
    </w:p>
    <w:p>
      <w:pPr>
        <w:jc w:val="right"/>
      </w:pPr>
      <w:r>
        <w:t>توایک حدیث میرے لیے روشنیبنی تھی۔ ایکحدیث ہے کہ:"من جعل الهم وممحمد واحد ا ہمآخرتہ کفاہ اللہ عنہم بالدنیا</w:t>
      </w:r>
    </w:p>
    <w:p>
      <w:r>
        <w:rPr>
          <w:b/>
        </w:rPr>
        <w:t xml:space="preserve">[1:06:05] </w:t>
      </w:r>
      <w:r>
        <w:t>wa man tashabaha al-hamm Allah bi ba'da khalqi". iska matlab ye hai ke jo aadmi Allah ke kaam ke liye uthega,</w:t>
      </w:r>
    </w:p>
    <w:p>
      <w:pPr>
        <w:jc w:val="right"/>
      </w:pPr>
      <w:r>
        <w:t>ومن تش ابہ الهموم اللہ بی بعد حلقہ"۔ اسکامطلب یہہےکہجوآدمیاللہ کےکامکےلیےاٹھےگا،</w:t>
      </w:r>
    </w:p>
    <w:p>
      <w:r>
        <w:rPr>
          <w:b/>
        </w:rPr>
        <w:t xml:space="preserve">[1:06:17] </w:t>
      </w:r>
      <w:r>
        <w:t>Quran mein bhi hai: "wa layansurann Allahu may yansuruhu". yehi baat ke jo aadmi Allah ke kaam ke liye uthega, yani ye daawa mission jo hai, Allah ka kaam hai.</w:t>
      </w:r>
    </w:p>
    <w:p>
      <w:pPr>
        <w:jc w:val="right"/>
      </w:pPr>
      <w:r>
        <w:t>قرآنمیںبھیہے:"ول ینصراللہ می نصر "۔ یہیبات کہجوآدمی اللہ کےکامکےلیےاٹھےگا، یعنییہ دعویٰمشنجوہے، اللہ کاکام ہے۔</w:t>
      </w:r>
    </w:p>
    <w:p>
      <w:r>
        <w:rPr>
          <w:b/>
        </w:rPr>
        <w:t xml:space="preserve">[1:06:31] </w:t>
      </w:r>
      <w:r>
        <w:t>daawa mission jo hai, ye Allah ka kaam hai, Khuda ka kaam hai,</w:t>
      </w:r>
    </w:p>
    <w:p>
      <w:pPr>
        <w:jc w:val="right"/>
      </w:pPr>
      <w:r>
        <w:t>دعویٰمشنجوہے،یہاللہکاکامہے،خداکاکام ہے،</w:t>
      </w:r>
    </w:p>
    <w:p>
      <w:r>
        <w:rPr>
          <w:b/>
        </w:rPr>
        <w:t xml:space="preserve">[1:06:35] </w:t>
      </w:r>
      <w:r>
        <w:t>kyunke Khuda aur saare kaam to khud apne barah e raast karta hai. barish ka barsana, suraj ka nikalna, jitne bhi kaam hain, ye billion trillions se ziyada hain, woh sab Allah taala barah e raast unko direct unko control kiye hue hain.</w:t>
      </w:r>
    </w:p>
    <w:p>
      <w:pPr>
        <w:jc w:val="right"/>
      </w:pPr>
      <w:r>
        <w:t>کیونکہخدا اور سارےکام توخود اپنے براہراستکرتاہے۔ بارشکابرسانا، سورجکانکلنا، جتنےبھیکام ہیں، یہ بل ینٹریلینسےبھیزیادہ ہیں، وہسباللہ تعالیٰبراہراستانکو ڈائریکٹانکوکنٹرولکیےہوئےہیں۔</w:t>
      </w:r>
    </w:p>
    <w:p>
      <w:r>
        <w:rPr>
          <w:b/>
        </w:rPr>
        <w:t xml:space="preserve">[1:06:52] </w:t>
      </w:r>
      <w:r>
        <w:t>lekin daawa mission jo hai, dawat ka jo kaam hai, woh barah e haal insaan ko andar adaa karna hai. Khuda khud nahi aayega, angels bhi nahi aayenge,</w:t>
      </w:r>
    </w:p>
    <w:p>
      <w:pPr>
        <w:jc w:val="right"/>
      </w:pPr>
      <w:r>
        <w:t>لیکن دعویٰم شنجوہے، دعوتکاجوکامہے، وہ بہرحالانسانکو اندراداکرناہے۔ خداخود نہیںآئےگا، اینجلبھینہیںآئیںگے،</w:t>
      </w:r>
    </w:p>
    <w:p>
      <w:r>
        <w:rPr>
          <w:b/>
        </w:rPr>
        <w:t xml:space="preserve">[1:07:03] </w:t>
      </w:r>
      <w:r>
        <w:t>lekin Khuda ka ye wada hai ke jo log daawa mission ke liye uthenge, to Khuda ki rehmat un par barish ban kar barsegi. barish</w:t>
      </w:r>
    </w:p>
    <w:p>
      <w:pPr>
        <w:jc w:val="right"/>
      </w:pPr>
      <w:r>
        <w:t>لیکن خدا کا یہوعدہہے کہ جو لوگ دعویٰمشنکےلیےاٹھیںگے، تو خداکیرحمت انپر بارشبنکربرسےگی۔بارش</w:t>
      </w:r>
    </w:p>
    <w:p>
      <w:r>
        <w:rPr>
          <w:b/>
        </w:rPr>
        <w:t xml:space="preserve">[1:07:17] </w:t>
      </w:r>
      <w:r>
        <w:t>ye Khuda ka wada hai ke jo log daawa mission ke liye uthenge, to Khuda ki rehmat unke upar barish ban kar barsegi.</w:t>
      </w:r>
    </w:p>
    <w:p>
      <w:pPr>
        <w:jc w:val="right"/>
      </w:pPr>
      <w:r>
        <w:t>یہ خداکاوعدہہےکہجولوگ دعویٰمشنکےلیےاٹھیںگے، توخداکیرحمت انکےاوپر بارشبنکربرسےگی۔</w:t>
      </w:r>
    </w:p>
    <w:p>
      <w:r>
        <w:rPr>
          <w:b/>
        </w:rPr>
        <w:t xml:space="preserve">[1:07:30] </w:t>
      </w:r>
      <w:r>
        <w:t>unka har kaam banane ke liye angels aayenge.</w:t>
      </w:r>
    </w:p>
    <w:p>
      <w:pPr>
        <w:jc w:val="right"/>
      </w:pPr>
      <w:r>
        <w:t>انکاہرکام بنانےکےلیےاینجل آئیںگے۔</w:t>
      </w:r>
    </w:p>
    <w:p>
      <w:r>
        <w:rPr>
          <w:b/>
        </w:rPr>
        <w:t xml:space="preserve">[1:07:36] </w:t>
      </w:r>
      <w:r>
        <w:t>ye ek aisa kaam hai, aur aap sochiye ke Makka mein ye kaam shuru hua to kitni difficult situation thi wahan par.</w:t>
      </w:r>
    </w:p>
    <w:p>
      <w:pPr>
        <w:jc w:val="right"/>
      </w:pPr>
      <w:r>
        <w:t>یہایکایساکام ہے، اورآپسوچیےکہ مکےمیںیہکامشروع ہوا تو کتنیڈیفیکلٹ سچویشنتھیوہاںپر ۔</w:t>
      </w:r>
    </w:p>
    <w:p>
      <w:r>
        <w:rPr>
          <w:b/>
        </w:rPr>
        <w:t xml:space="preserve">[1:07:50] </w:t>
      </w:r>
      <w:r>
        <w:t>kitne ziyada wahan to na khane ka thikana, na peene ka thikana, na kapda, na kisi cheez ka koi thikana nahi. lekin wahi Arab world jo hai, aaj dekhein to wahan par yani har qism ki sahoolatein unko maujood hain. unke paas</w:t>
      </w:r>
    </w:p>
    <w:p>
      <w:pPr>
        <w:jc w:val="right"/>
      </w:pPr>
      <w:r>
        <w:t>کتنےزیادہ وہاںتو نہکھانےکاٹھکانہ،نہ پینےکاٹھکانہ ،نہکپڑا،نہ کسیچیزکاکوئیٹھکانہنہیں۔ لیکن وہی عرب ورلڈجوہے،آجدیکھیںتووہاںپر یعنی ہرقسم کیسہولتیںانکوموجود ہیں۔انکےپاس</w:t>
      </w:r>
    </w:p>
    <w:p>
      <w:r>
        <w:rPr>
          <w:b/>
        </w:rPr>
        <w:t xml:space="preserve">[1:08:07] </w:t>
      </w:r>
      <w:r>
        <w:t>khudaneanke qadam on ke neeche yaani liquid gold bahadiya. jab dawah-e-mishn wahan shuru hua tha to kisi ko pata nahi tha ke yahan kya hai.</w:t>
      </w:r>
    </w:p>
    <w:p>
      <w:pPr>
        <w:jc w:val="right"/>
      </w:pPr>
      <w:r>
        <w:t>خدانےانکےقدم وںکےنیچے یعنی لیکوڈگول بہادیا۔ جب دعویٰمشنوہاںشروعہواتھاتو کسی کوپتہنہیںتھا کہیہاں کیاہے۔</w:t>
      </w:r>
    </w:p>
    <w:p>
      <w:r>
        <w:rPr>
          <w:b/>
        </w:rPr>
        <w:t xml:space="preserve">[1:08:18] </w:t>
      </w:r>
      <w:r>
        <w:t>log samajhte hain ye to desert hai bas, aur to kuch nahi hai. isko desert samajhte the, lekin dawah-e-mishn ki barkat se kya hua ke wahan par unke qadam on ke neeche itna zyada yaani Allah taala ne daulat bhej di, jisko kehte hain liquid gold.</w:t>
      </w:r>
    </w:p>
    <w:p>
      <w:pPr>
        <w:jc w:val="right"/>
      </w:pPr>
      <w:r>
        <w:t>لوگسمجھتےہیںیہتوڈیزرٹہےبس، اور توکچھنہیںہے۔ اسکوڈیزرٹسمجھتےتھے، لیکن دعویٰمشنکیبرکتسےکیاہوا کہوہاںپر انکےقدم وںکےنیچے اتنازیادہ یعنی اللہ تعالیٰنےدولتبھیجدی،جسکوکہتےہیں لیکوڈگول۔</w:t>
      </w:r>
    </w:p>
    <w:p>
      <w:r>
        <w:rPr>
          <w:b/>
        </w:rPr>
        <w:t xml:space="preserve">[1:08:36] </w:t>
      </w:r>
      <w:r>
        <w:t>unka har kaam aaj inke liquid gold ke zariye ho raha hai. to main yaqeen ke saath keh sakta hoon ke jo log dawah-e-mishn ke liye apne ko dedicate karenge, dedicate,</w:t>
      </w:r>
    </w:p>
    <w:p>
      <w:pPr>
        <w:jc w:val="right"/>
      </w:pPr>
      <w:r>
        <w:t>انکاہرکام آجانکےلیکوڈگولکےذریعےہورہاہے۔ تومیں یقین کےساتھ کہہسکتاہوں کہجو لوگ دعویٰمشنکےلیےاپنےکوڈیڈیکیٹکریںگے، ڈیڈیکیٹ،</w:t>
      </w:r>
    </w:p>
    <w:p>
      <w:r>
        <w:rPr>
          <w:b/>
        </w:rPr>
        <w:t xml:space="preserve">[1:08:52] </w:t>
      </w:r>
      <w:r>
        <w:t>inke saare kaam ka khuda apne zime le lega. khuda ke farishte, khuda ke angel uske kaam ka anjam denge. ismein mujhe zara bhi shakin nahi hai.</w:t>
      </w:r>
    </w:p>
    <w:p>
      <w:pPr>
        <w:jc w:val="right"/>
      </w:pPr>
      <w:r>
        <w:t>انکے سارےکام کا خدااپنے ذمےلےلےگا۔ خداکےفرشتے،خداکےاینجلاسکےکامکاانجام دیںگے۔ اسمیںمجھےذرابھیشکنہیںہے۔</w:t>
      </w:r>
    </w:p>
    <w:p>
      <w:r>
        <w:rPr>
          <w:b/>
        </w:rPr>
        <w:t xml:space="preserve">[1:09:05] </w:t>
      </w:r>
      <w:r>
        <w:t>khud aap log jo hain maujood hain, main samajhta hoon ke aap logon ko bhi iska experience zarur hua hai ke jab se aap dawah-e-mishn mein lage hain to aap ko isse kitna faida ho raha hai.</w:t>
      </w:r>
    </w:p>
    <w:p>
      <w:pPr>
        <w:jc w:val="right"/>
      </w:pPr>
      <w:r>
        <w:t>خود آپلوگ جوہیں موجود ہیں،میںسمجھتاہوںکہآپلوگوںکوبھیاسکاایکسپیرینسضرورہواہے کہجبسےآپدعویٰمشنمیںلگےہیں تو آپ کو اسسےکتنافائدہہورہاہے۔</w:t>
      </w:r>
    </w:p>
    <w:p>
      <w:r>
        <w:rPr>
          <w:b/>
        </w:rPr>
        <w:t xml:space="preserve">[1:09:16] </w:t>
      </w:r>
      <w:r>
        <w:t>isliye kisi bhi qism ka ismein hesitation nahi hona chahiye. koi bhi hesitation jo hai, wo baseless hai, baseless hai, bilkul baseless hai.</w:t>
      </w:r>
    </w:p>
    <w:p>
      <w:pPr>
        <w:jc w:val="right"/>
      </w:pPr>
      <w:r>
        <w:t>اسلیےکسی بھی قسم کا اسمیں ہزیٹیشننہیںہوناچاہیے۔ کوئیبھیہزیٹیشنجوہے،وہ بیسلیسہے، بیسلیسہے، بالکل بیسلیسہے۔</w:t>
      </w:r>
    </w:p>
    <w:p>
      <w:r>
        <w:rPr>
          <w:b/>
        </w:rPr>
        <w:t xml:space="preserve">[1:09:32] </w:t>
      </w:r>
      <w:r>
        <w:t>maine khud jab dawat ka kaam shuru kiya to kya hua ke main apne rishtedaron se cut gaya, apne relatives se cut gaya. inke function mein nahi ja sakta tha, main inki shadiyon mein nahi ja sakta tha, main inse mulaqat nahi kar sakta tha.</w:t>
      </w:r>
    </w:p>
    <w:p>
      <w:pPr>
        <w:jc w:val="right"/>
      </w:pPr>
      <w:r>
        <w:t>میںنےخودجبدعوتکاکامشروع کیا تو کیا ہوا کہمیںاپنےرشتہداروںسےکٹگیا، اپنے ریلیٹوسےکٹگیا۔ انکےفنکشنمیں نہیںجاسکتاتھا،میں انکیشادیوںمیںنہیںجاسکتاتھا،میں انسےملاقاتنہیںکرسکتاتھا۔</w:t>
      </w:r>
    </w:p>
    <w:p>
      <w:r>
        <w:rPr>
          <w:b/>
        </w:rPr>
        <w:t xml:space="preserve">[1:09:47] </w:t>
      </w:r>
      <w:r>
        <w:t>main lambi muddat guzar gayi ke main apne relatives se cuta hua tha, lekin isse khuda ke fazl se koi baat bigdi nahi.</w:t>
      </w:r>
    </w:p>
    <w:p>
      <w:pPr>
        <w:jc w:val="right"/>
      </w:pPr>
      <w:r>
        <w:t>میں لمبیمد تگزرگئی کہمیں اپنے ریلیٹوسےکٹاہواتھا، لیکن اسسے خداکےفضلسےکوئیباتبگڑینہیں۔</w:t>
      </w:r>
    </w:p>
    <w:p>
      <w:r>
        <w:rPr>
          <w:b/>
        </w:rPr>
        <w:t xml:space="preserve">[1:09:57] </w:t>
      </w:r>
      <w:r>
        <w:t>saare relatives jo hain, abhi bhi mujhko ehtiram ki wajah se dekhte hain,</w:t>
      </w:r>
    </w:p>
    <w:p>
      <w:pPr>
        <w:jc w:val="right"/>
      </w:pPr>
      <w:r>
        <w:t>سارےریلیٹوجوہیں،ابھیبھیمجھکو احترامکیوجہ سےدیکھتےہیں،</w:t>
      </w:r>
    </w:p>
    <w:p>
      <w:r>
        <w:rPr>
          <w:b/>
        </w:rPr>
        <w:t xml:space="preserve">[1:10:01] </w:t>
      </w:r>
      <w:r>
        <w:t>abhi mujhe lucknow mein bula rahe hain, jahan mere saare relatives ikatthe ho gaye, poori family, saare log . aur unka telephone aaya, maine kaha ke bhai abhi team ke sab log aayen ke sab ka tum arrange karo ,</w:t>
      </w:r>
    </w:p>
    <w:p>
      <w:pPr>
        <w:jc w:val="right"/>
      </w:pPr>
      <w:r>
        <w:t>ابھیمجھے لکھنومیں بلارہےہیں،جہاںمیرےسارے ریلیٹواکٹھاہوگئے، پوریفیملی، سارے لوگ ۔ اورانکا ٹیلیفونآیا،میںنےکہاکہبھئیابھیٹیم کے سبلوگآئیںکہسبکا تم ارینجکرو ،</w:t>
      </w:r>
    </w:p>
    <w:p>
      <w:r>
        <w:rPr>
          <w:b/>
        </w:rPr>
        <w:t xml:space="preserve">[1:10:17] </w:t>
      </w:r>
      <w:r>
        <w:t>matlab unka ticket bhi, unka boarding bhi, unki lodging bhi. to kaha haan, hum iske liye tayyar hain. to kya main apni family se cut gaya?</w:t>
      </w:r>
    </w:p>
    <w:p>
      <w:pPr>
        <w:jc w:val="right"/>
      </w:pPr>
      <w:r>
        <w:t>مطلبانکاٹکٹبھی،انکا بورڈنگبھی،انکیلاجنگبھی۔ تو کہاہاں،ہماسکےلیےتیارہیں۔ تو کیامیں اپنی فیملیسےکٹگیا؟</w:t>
      </w:r>
    </w:p>
    <w:p>
      <w:r>
        <w:rPr>
          <w:b/>
        </w:rPr>
        <w:t xml:space="preserve">[1:10:26] </w:t>
      </w:r>
      <w:r>
        <w:t>nahi, cuta nahi. meri family mere saath hai, balki aur zyada wo regard deti hai mujhko. wo family ke ek aadmi ko mujhe bulaya unhone, maine kaha meri team aayegi, aap sab ko intazam karna padega. aapko kaha haan, hum iske liye tayyar hain,</w:t>
      </w:r>
    </w:p>
    <w:p>
      <w:pPr>
        <w:jc w:val="right"/>
      </w:pPr>
      <w:r>
        <w:t>نہیں،کٹانہیں۔ میریفیملیمیرےساتھ ہے، بلکہ اورزیادہ وہریگارڈدیتیہےمجھکو۔وہفیملی کہ ایکآدمیکومجھےبلایاانہوںنے،میںنےکہامیریٹیمآئےگی،آپسب کو انتظامکرناپڑےگا۔آپکو کہاہاں،ہماسکےلیےتیارہیں،</w:t>
      </w:r>
    </w:p>
    <w:p>
      <w:r>
        <w:rPr>
          <w:b/>
        </w:rPr>
        <w:t xml:space="preserve">[1:10:45] </w:t>
      </w:r>
      <w:r>
        <w:t>aur inshallah main jaunga to mere saath team bhi bhej jayegi. to yaad rakhiye, koi bhi excuse aisa nahi hai jisko aap ahmiyat den,</w:t>
      </w:r>
    </w:p>
    <w:p>
      <w:pPr>
        <w:jc w:val="right"/>
      </w:pPr>
      <w:r>
        <w:t>اورانشاءاللہمیںجاؤںگاتومیرے ساتھٹیمبھیجائےگی۔ تو یادرکھیے،کوئیبھی ایکسکیوز ایسانہیںہےجسکوآپ اہمیتدیں،</w:t>
      </w:r>
    </w:p>
    <w:p>
      <w:r>
        <w:rPr>
          <w:b/>
        </w:rPr>
        <w:t xml:space="preserve">[1:10:54] </w:t>
      </w:r>
      <w:r>
        <w:t>koi bhi difficulty aisi nahi hai jisko aap ahmiyat den, jisko aap . har cheez ka zimmedari khuda le lega aap aap ki taraf se agar aap dawat ke liye uthen.</w:t>
      </w:r>
    </w:p>
    <w:p>
      <w:pPr>
        <w:jc w:val="right"/>
      </w:pPr>
      <w:r>
        <w:t>کوئیبھی ڈیفیکلٹیایسی نہیںہےجسکوآپاہمیتدیں، جسکوآپ ۔ہرچیز کاذمہداری خدالےلےگاآپ آپ کیطرف سے اگر آپ دعوتکےلیےاٹھیں۔</w:t>
      </w:r>
    </w:p>
    <w:p>
      <w:r>
        <w:rPr>
          <w:b/>
        </w:rPr>
        <w:t xml:space="preserve">[1:11:09] </w:t>
      </w:r>
      <w:r>
        <w:t>dawa-e-work jo hai wo ek aisa kaam hai jis par khuda ki madad bilkul yaqini ho jati hai.</w:t>
      </w:r>
    </w:p>
    <w:p>
      <w:pPr>
        <w:jc w:val="right"/>
      </w:pPr>
      <w:r>
        <w:t>دعاورک جوہے وہ ایکایساکام ہے جسپر خداکیمدد بالکل یقینیہوجاتیہے۔</w:t>
      </w:r>
    </w:p>
    <w:p>
      <w:r>
        <w:rPr>
          <w:b/>
        </w:rPr>
        <w:t xml:space="preserve">[1:11:20] </w:t>
      </w:r>
      <w:r>
        <w:t>ye quran mein bhi likha hua hai aur hadith mein bhi maujood hai.</w:t>
      </w:r>
    </w:p>
    <w:p>
      <w:pPr>
        <w:jc w:val="right"/>
      </w:pPr>
      <w:r>
        <w:t>یہ قرآنمیںبھیلکھاہواہے اورحدیثمیںبھیموجود ہے۔</w:t>
      </w:r>
    </w:p>
    <w:p>
      <w:r>
        <w:rPr>
          <w:b/>
        </w:rPr>
        <w:t xml:space="preserve">[1:11:26] </w:t>
      </w:r>
      <w:r>
        <w:t>Allah uska literal literal translation ye hai ke zara khuda zaroor help karega iski, balki wo kahenge khuda zaroori help karega iski jo khuda ki help kare.</w:t>
      </w:r>
    </w:p>
    <w:p>
      <w:pPr>
        <w:jc w:val="right"/>
      </w:pPr>
      <w:r>
        <w:t>اللہ اسکا لٹرلٹرانسلیشنیہہے کہ ذرا خدا ضرورہیلپکرےگااسکی، بلکہوہکہیںگےخداضروری ہیلپکرےگااسکی جو خداکیہیلپکرے۔</w:t>
      </w:r>
    </w:p>
    <w:p>
      <w:r>
        <w:rPr>
          <w:b/>
        </w:rPr>
        <w:t xml:space="preserve">[1:11:39] </w:t>
      </w:r>
      <w:r>
        <w:t>yahan par help ka matlab hai ye dua work . khuda zaroori help karega iski jo khuda ki madad kare, yaani jo dawah-e-mishn ke liye uthega to khuda zaroor iski help par aa jayega.</w:t>
      </w:r>
    </w:p>
    <w:p>
      <w:pPr>
        <w:jc w:val="right"/>
      </w:pPr>
      <w:r>
        <w:t>یہاںپہہیلپکامطلبہےیہدعا ورک ۔ خدا ضروری ہیلپکرےگااسکی جو خداکیمددکرے، یعنی جو دعویٰمشنکےلیےاٹھےگا تو خداضروراسکیہیلپپرآجائےگا۔</w:t>
      </w:r>
    </w:p>
    <w:p>
      <w:r>
        <w:rPr>
          <w:b/>
        </w:rPr>
        <w:t xml:space="preserve">[1:11:56] </w:t>
      </w:r>
      <w:r>
        <w:t>khuda zaroor iski help par aa jayega. aap dekhen ke musalmanon ne jo political yaani struggle ki do sau saal ke beech mein aur ispar lakhon log mar gaye,</w:t>
      </w:r>
    </w:p>
    <w:p>
      <w:pPr>
        <w:jc w:val="right"/>
      </w:pPr>
      <w:r>
        <w:t>خداضروراسکیہیلپپرآجائےگا۔ آپدیکھیںکہ مسلمانوںنےجوپولیٹیکل یعنی سٹرگلکی دو سوسالکےبیچمیں اوراسپر لاکھوںلوگ مر گئے،</w:t>
      </w:r>
    </w:p>
    <w:p>
      <w:r>
        <w:rPr>
          <w:b/>
        </w:rPr>
        <w:t xml:space="preserve">[1:12:13] </w:t>
      </w:r>
      <w:r>
        <w:t>billions trillion dollars par kharch kar dale gaye, lekin kuch bhi iska result nahi, one percent bhi nahi.</w:t>
      </w:r>
    </w:p>
    <w:p>
      <w:pPr>
        <w:jc w:val="right"/>
      </w:pPr>
      <w:r>
        <w:t>بل ینٹریلینڈالرزپرخرچکرڈالےگئے، لیکن کچھبھی اسکا رزلٹنہیں،ونپرسنٹبھینہیں۔</w:t>
      </w:r>
    </w:p>
    <w:p>
      <w:r>
        <w:rPr>
          <w:b/>
        </w:rPr>
        <w:t xml:space="preserve">[1:12:20] </w:t>
      </w:r>
      <w:r>
        <w:t>dusri taraf dawa-e-work ki importance aap dekhen ke dawa-e-work jo hai apne aap phail raha hai. islam logon ke abhi report aayi thi ke aaj bhi duniya mein ek lakh se zyada log islam mein dakhil ho rahe hain.</w:t>
      </w:r>
    </w:p>
    <w:p>
      <w:pPr>
        <w:jc w:val="right"/>
      </w:pPr>
      <w:r>
        <w:t>دوسریطرفدعویٰورککیامپورٹنسآپدیکھیں کہ دعویٰورکجوہے اپنے آپ پھیلرہاہے۔اسلام لوگوںکے ابھی رپورٹآئیتھی کہ آج بھی دنیا میں ایک لاکھسےزیادہ لوگ اسلام میںداخلہورہےہیں۔</w:t>
      </w:r>
    </w:p>
    <w:p>
      <w:r>
        <w:rPr>
          <w:b/>
        </w:rPr>
        <w:t xml:space="preserve">[1:12:37] </w:t>
      </w:r>
      <w:r>
        <w:t>har saal ek lakh se zyada log, hatta ke America mein sabse zyada quran padha ja raha hai aur America mein bahut badi taadad mein log islam qabool kar rahe hain.</w:t>
      </w:r>
    </w:p>
    <w:p>
      <w:pPr>
        <w:jc w:val="right"/>
      </w:pPr>
      <w:r>
        <w:t>ہرسال ایک لاکھسےزیادہ لوگ ،حتیٰکہامریک ہمیں سبسےزیادہ قرآن پڑھاجارہاہے اور امریک ہمیںبہت بڑیتعداد میںلوگاسلام قبولکررہےہیں۔</w:t>
      </w:r>
    </w:p>
    <w:p>
      <w:r>
        <w:rPr>
          <w:b/>
        </w:rPr>
        <w:t xml:space="preserve">[1:12:52] </w:t>
      </w:r>
      <w:r>
        <w:t>jis zaman e mein khaleej mein gayi thi faujen jarb-o-hussain senior ke zamane mein to wahan arab mulkon mein, arab countries mein, wahan unhone yaani american faujen rakhi gayi thin.</w:t>
      </w:r>
    </w:p>
    <w:p>
      <w:pPr>
        <w:jc w:val="right"/>
      </w:pPr>
      <w:r>
        <w:t>جسزمان ےمیں خلیجمیںگئیتھیفوجیں جارجبوشسینئرکےزمانےمیں تو وہاں عرب ملکوںمیں، عرب کنٹریزمیں،وہاںانہوںنے یعنیامریکنفوجیں رکھیگئیتھیں۔</w:t>
      </w:r>
    </w:p>
    <w:p>
      <w:r>
        <w:rPr>
          <w:b/>
        </w:rPr>
        <w:t xml:space="preserve">[1:13:05] </w:t>
      </w:r>
      <w:r>
        <w:t>to unka interaction hua arbon se. is thode se zamane mein, is interaction ke baad do hazar american musalman ho gaye.</w:t>
      </w:r>
    </w:p>
    <w:p>
      <w:pPr>
        <w:jc w:val="right"/>
      </w:pPr>
      <w:r>
        <w:t>تو انکاانٹر یکشنہوا عرب وںسے۔ استھوڑےسےزمان ےمیں،اس انٹریکشنکےبعد دو ہزار امریکی مسلمانہوگئے۔</w:t>
      </w:r>
    </w:p>
    <w:p>
      <w:r>
        <w:rPr>
          <w:b/>
        </w:rPr>
        <w:t xml:space="preserve">[1:13:19] </w:t>
      </w:r>
      <w:r>
        <w:t>to aap sochen kitna , kitna yaani kitna taqatwar hai ye message, kitna is tarah, kitna strong hai ye message jisko lekar aapko uthna hai.</w:t>
      </w:r>
    </w:p>
    <w:p>
      <w:pPr>
        <w:jc w:val="right"/>
      </w:pPr>
      <w:r>
        <w:t>تو آپ سوچیںکتنا ،ک تنا یع نی کتنا طاقتورہےیہمیسج ، کتنا اس طرح،کتنا سٹرانگہےیہمیسججسکولےکرآپکواٹھناہے۔</w:t>
      </w:r>
    </w:p>
    <w:p>
      <w:r>
        <w:rPr>
          <w:b/>
        </w:rPr>
        <w:t xml:space="preserve">[1:13:33] </w:t>
      </w:r>
      <w:r>
        <w:t>jis message ko le kar uthna hai aap ko, woh kitna strong message hai, woh kis tarah penetrate karta hai logon ke dilon mein. to aap kisi aisi cheez ko nahin le le ke uth rahe hain jo jis ka koi dunya mein koi lene wala na ho.</w:t>
      </w:r>
    </w:p>
    <w:p>
      <w:pPr>
        <w:jc w:val="right"/>
      </w:pPr>
      <w:r>
        <w:t>جس میسجکولےکراٹھناہےآپکو، وہکتناسٹرانگمیسجہے، وہکسطرح پلینٹیٹکرتاہےلوگوںکےدلوںمیں۔ توآپ کسی ایسیچیزکونہیں لےلےکےاٹھرہےہیںجو جسکاکوئیدنیا میںکوئی لینےوالانہہو۔</w:t>
      </w:r>
    </w:p>
    <w:p>
      <w:r>
        <w:rPr>
          <w:b/>
        </w:rPr>
        <w:t xml:space="preserve">[1:13:49] </w:t>
      </w:r>
      <w:r>
        <w:t>yani aaj bhi itni sari baaton ke bawajood abhi bhi quran best seller bana hua hai. abhi bhi</w:t>
      </w:r>
    </w:p>
    <w:p>
      <w:pPr>
        <w:jc w:val="right"/>
      </w:pPr>
      <w:r>
        <w:t>یعنیآجبھی اتنیساری باتوںکےباوجود ابھیبھی قرآن بیسٹسیلربناہواہے۔ابھیبھی</w:t>
      </w:r>
    </w:p>
    <w:p>
      <w:r>
        <w:rPr>
          <w:b/>
        </w:rPr>
        <w:t xml:space="preserve">[1:14:00] </w:t>
      </w:r>
      <w:r>
        <w:t>hum yahan par english translation tayyar kar rahe hain, angrezi ka quran majeed ka sahih language mein. abhi bhi pending order hamare paas hai, agar hum tayyar kar lein to log million billion ka bhi us ko us ko khareed kar ke dunya mein phailane ke liye tayyar hain.</w:t>
      </w:r>
    </w:p>
    <w:p>
      <w:pPr>
        <w:jc w:val="right"/>
      </w:pPr>
      <w:r>
        <w:t>ہم یہاںپر انگل ش ٹرانسلیشنتیارکررہےہیں،انگریزیکا قرآنمجیدکا صحیحلینگویجمیں۔ ابھیبھی پینڈنگآرڈرہمارےپاسہے،اگرہمتیارکرلیں تو لوگ مل ینبلینکابھی اسکواسکوخریدکرکےدنیا میںپھیلانےکےلیےتیارہیں۔</w:t>
      </w:r>
    </w:p>
    <w:p>
      <w:r>
        <w:rPr>
          <w:b/>
        </w:rPr>
        <w:t xml:space="preserve">[1:14:18] </w:t>
      </w:r>
      <w:r>
        <w:t>kitna iska scope hai! aap ghaur kijiye daawa work ka kitna scope hai.</w:t>
      </w:r>
    </w:p>
    <w:p>
      <w:pPr>
        <w:jc w:val="right"/>
      </w:pPr>
      <w:r>
        <w:t>کتنااسکوپہے!آپغورکیجئےدعویٰورککاکتنااسکوپہے۔</w:t>
      </w:r>
    </w:p>
    <w:p>
      <w:r>
        <w:rPr>
          <w:b/>
        </w:rPr>
        <w:t xml:space="preserve">[1:14:24] </w:t>
      </w:r>
      <w:r>
        <w:t>bas mein to kahoon ga ke sab se scope agar kisi cheez ko hai daawa work ko, uska koi scope hai.</w:t>
      </w:r>
    </w:p>
    <w:p>
      <w:pPr>
        <w:jc w:val="right"/>
      </w:pPr>
      <w:r>
        <w:t>بس میںتوکہوںگاکہ سبسے اسکوپاگرکسی چیزکوہےدعویٰورککو،اس کا کوئیاسکوپہے۔</w:t>
      </w:r>
    </w:p>
    <w:p>
      <w:r>
        <w:rPr>
          <w:b/>
        </w:rPr>
        <w:t xml:space="preserve">[1:14:31] </w:t>
      </w:r>
      <w:r>
        <w:t>baqi sari cheezein jo hain uske muqable mein kuch bhi nahin hain.</w:t>
      </w:r>
    </w:p>
    <w:p>
      <w:pPr>
        <w:jc w:val="right"/>
      </w:pPr>
      <w:r>
        <w:t>باقی ساریچیزیںجوہیںاسکےمقابلےمیںکچھبھینہیں ہیں۔</w:t>
      </w:r>
    </w:p>
    <w:p>
      <w:r>
        <w:rPr>
          <w:b/>
        </w:rPr>
        <w:t xml:space="preserve">[1:14:37] </w:t>
      </w:r>
      <w:r>
        <w:t>ab misaal ke taur par dekhiye, aaj kal mein europe america gaya to wahan par aise logon ki shadeed zaroorat hai jo english mein logon ke samne islam ka paigham pohanchayein. lekin yaad rakhein, yaqeen kijiye, ek bhi shakhs nahin hai jo english speaker wahan hain, sab negative boli bolte hain.</w:t>
      </w:r>
    </w:p>
    <w:p>
      <w:pPr>
        <w:jc w:val="right"/>
      </w:pPr>
      <w:r>
        <w:t>ابمثالکےطورپردیکھیے، آجکل میں یورپامریک ہگیا تو وہاںپر ایسے لوگوںکی شدیدضرورتہےجوانگل شمیں لوگوںکےسامنے اسلام کاپیغامپہنچائیں۔لیکن یاد رکھیں،یقینکیجیے،ایکبھیشخص نہیںہے جو انگلشسپیکروہاںہیں،سب نیگیٹیوبولیبولتےہیں۔</w:t>
      </w:r>
    </w:p>
    <w:p>
      <w:r>
        <w:rPr>
          <w:b/>
        </w:rPr>
        <w:t xml:space="preserve">[1:14:57] </w:t>
      </w:r>
      <w:r>
        <w:t>yani positive sense mein daawa work karne wala koi ek bhi insaan maujood nahin hai.</w:t>
      </w:r>
    </w:p>
    <w:p>
      <w:pPr>
        <w:jc w:val="right"/>
      </w:pPr>
      <w:r>
        <w:t>یعنی پوزیٹیوسینسمیںدعویٰورککرنےوالاکوئیایکبھیانسانموجود نہیںہے۔</w:t>
      </w:r>
    </w:p>
    <w:p>
      <w:r>
        <w:rPr>
          <w:b/>
        </w:rPr>
        <w:t xml:space="preserve">[1:15:04] </w:t>
      </w:r>
      <w:r>
        <w:t>jab ke maine aap ko waqia bataya tha pichle din iqbal ahmad sohail sahib ka ke khawaja qamaruddin ne kaha unki taqreer sun kar ke agar tumhara aisa aadmi mujhe mil jaye kaam karne ke liye to main europe ke sab se bari choti par islam ka jhanda le</w:t>
      </w:r>
    </w:p>
    <w:p>
      <w:pPr>
        <w:jc w:val="right"/>
      </w:pPr>
      <w:r>
        <w:t>جبکہمیںنےآپکو واقعہبتایاتھاپچھلےدن اقبالاحمد سہیلصاحبکا کہ خواجہقمرالدیننےکہا انکیتقریرسنکرکہ اگر تمہاراایساآدمیمجھےملجائےکامکرنےکےلیے تومیںیورپکےسبسےبڑیچوٹیپر اسلام کاجھنڈالہ</w:t>
      </w:r>
    </w:p>
    <w:p>
      <w:r>
        <w:rPr>
          <w:b/>
        </w:rPr>
        <w:t xml:space="preserve">[1:15:19] </w:t>
      </w:r>
      <w:r>
        <w:t>hra doon. itni maang hai aise logon ki jo english language mein islam ka paigham pohancha sakein. aur poore america mein, poore europe mein kehne ko to beshumar speakers hain lekin haqeeqat ek bhi speaker nahin hai kyun ke positive bolin nahin bolte, woh negative boli bolte hain.</w:t>
      </w:r>
    </w:p>
    <w:p>
      <w:pPr>
        <w:jc w:val="right"/>
      </w:pPr>
      <w:r>
        <w:t>رادوں۔ اتنی مانگہےایسےلوگوںکی جو انگلشلینگویجمیں اسلام کاپیغامپہنچاسکیں۔ اور پورےامریکہمیں،پورےیورپمیں کہنےکوتوبہتسارےسپیکرہیں لیکن حقیقتایک بھیسپیکرنہیںہے کیونکہ پوزیٹیوبولینہیںبولتے،وہ نیگیٹیوبولیبولتےہیں۔</w:t>
      </w:r>
    </w:p>
    <w:p>
      <w:r>
        <w:rPr>
          <w:b/>
        </w:rPr>
        <w:t xml:space="preserve">[1:15:37] </w:t>
      </w:r>
      <w:r>
        <w:t>to main samajhta hoon ke woh islam ke koi representative nahin kar rahe hain. woh to aap logon ko english language mein sari dunya mein islam ko pehchana hai,</w:t>
      </w:r>
    </w:p>
    <w:p>
      <w:pPr>
        <w:jc w:val="right"/>
      </w:pPr>
      <w:r>
        <w:t>تومیںسمجھتاہوںکہوہاسلام کے کوئیریپریزنٹنہیںکررہےہیں۔وہ توآپ لوگوںکوانگل شلینگویجمیںساریدنیا میںاسلام کوپہنچاناہے،</w:t>
      </w:r>
    </w:p>
    <w:p>
      <w:r>
        <w:rPr>
          <w:b/>
        </w:rPr>
        <w:t xml:space="preserve">[1:15:47] </w:t>
      </w:r>
      <w:r>
        <w:t>english speaker banna hai, english language mein command hasil karni hai, english literature tayyar karna hai. aaj ki dunya mein english language mein sara kaam hoga inshallah islam ka, aur aap log woh log hain jo is kaam ko anjam den ge.</w:t>
      </w:r>
    </w:p>
    <w:p>
      <w:pPr>
        <w:jc w:val="right"/>
      </w:pPr>
      <w:r>
        <w:t>انگلش سپیکر بنناہے، انگل شلینگویجمیںکمانڈحاصل کرنیہے، انگلشلٹریچرتیارکرناہے۔ آجکیدنیا میںانگل ش لینگویجہیمیںساراکامہوگاانشاءاللہاسلام کا ،اورآپلوگ وہلوگہیں جو اسکامکوانجام دیںگے۔</w:t>
      </w:r>
    </w:p>
    <w:p>
      <w:r>
        <w:rPr>
          <w:b/>
        </w:rPr>
        <w:t xml:space="preserve">[1:16:01] </w:t>
      </w:r>
      <w:r>
        <w:t>meri dua hai ke khuda aap ko is kaam ke liye chun le. aqool qawlih wastaghfirullaha li wa lakum ajmaeen.</w:t>
      </w:r>
    </w:p>
    <w:p>
      <w:pPr>
        <w:jc w:val="right"/>
      </w:pPr>
      <w:r>
        <w:t>میریدعاہےکہ خداآپکواسکامکےلیے چنلے۔ اقول قولیو استغفراللہعلیکماجمعین ۔</w:t>
      </w:r>
    </w:p>
    <w:p>
      <w:r>
        <w:rPr>
          <w:b/>
        </w:rPr>
        <w:t xml:space="preserve">[1:16:23] </w:t>
      </w:r>
      <w:r>
        <w:t>maulana, yeh sawal qurban ali sahib ka hai mumbai se. unhone poocha hai ke islam mein role of politics kya hai?</w:t>
      </w:r>
    </w:p>
    <w:p>
      <w:pPr>
        <w:jc w:val="right"/>
      </w:pPr>
      <w:r>
        <w:t>مولانا،یہسوال قربانعلی صاحبکاہے ممبئیسے ۔ انہوںنےپوچھاہے کہ اسلام میں رولآف پولیٹکسکیاہے ؟</w:t>
      </w:r>
    </w:p>
    <w:p>
      <w:r>
        <w:rPr>
          <w:b/>
        </w:rPr>
        <w:t xml:space="preserve">[1:16:32] </w:t>
      </w:r>
      <w:r>
        <w:t>isko aap wazeh karein. jaise ek bachcha hai to uski biwi uske liye part of life hai, lekin jab paanch saal ka hai tab thodi hai. woh bada hoga tab hoga.</w:t>
      </w:r>
    </w:p>
    <w:p>
      <w:pPr>
        <w:jc w:val="right"/>
      </w:pPr>
      <w:r>
        <w:t>اسکوآپ واضحکریں۔ جیسےایکبچہہے تو اسکی بیویاسکےلیےپارٹآفلائفہے، لیکن جب پانچسالکاہےتبتھوڑیہے۔وہ بڑاہوگاتبہوگا۔</w:t>
      </w:r>
    </w:p>
    <w:p>
      <w:r>
        <w:rPr>
          <w:b/>
        </w:rPr>
        <w:t xml:space="preserve">[1:16:45] </w:t>
      </w:r>
      <w:r>
        <w:t>to koi society ke liye, islam kisi society ki baat nahin hai, insani society koi bhi ho, uske liye part of life hai politics.</w:t>
      </w:r>
    </w:p>
    <w:p>
      <w:pPr>
        <w:jc w:val="right"/>
      </w:pPr>
      <w:r>
        <w:t>تو کوئی سوسائٹی کےلیے ،اسلام کسوسائٹیکیباتنہیںہے، انسانیسوسائٹیکوئیبھیہو ، اسکےلیےپارٹآفلائفہےپولیٹکس۔</w:t>
      </w:r>
    </w:p>
    <w:p>
      <w:r>
        <w:rPr>
          <w:b/>
        </w:rPr>
        <w:t xml:space="preserve">[1:16:54] </w:t>
      </w:r>
      <w:r>
        <w:t>lekin jab uske, yaani uski condition par maujood hai to</w:t>
      </w:r>
    </w:p>
    <w:p>
      <w:pPr>
        <w:jc w:val="right"/>
      </w:pPr>
      <w:r>
        <w:t>لیکن جب اسکے ،یعنیاسکیکنڈیشنپر موجود ہےتو</w:t>
      </w:r>
    </w:p>
    <w:p>
      <w:r>
        <w:rPr>
          <w:b/>
        </w:rPr>
        <w:t xml:space="preserve">[1:17:03] </w:t>
      </w:r>
      <w:r>
        <w:t>politics dekhein, yaani healthy politics ke liye sab se pehle cheez chahiye education,</w:t>
      </w:r>
    </w:p>
    <w:p>
      <w:pPr>
        <w:jc w:val="right"/>
      </w:pPr>
      <w:r>
        <w:t>پولیٹکسدیکھیں، یعنیہیلتھیپولیٹکسکےلیے سبسےپہلے چیز چاہیے ایجوکیشن،</w:t>
      </w:r>
    </w:p>
    <w:p>
      <w:r>
        <w:rPr>
          <w:b/>
        </w:rPr>
        <w:t xml:space="preserve">[1:17:12] </w:t>
      </w:r>
      <w:r>
        <w:t>jisko jo alhiron ne kaha tha ke scientific temper, logical type, scientific temper ho. for example dekhein, democracy ke liye.</w:t>
      </w:r>
    </w:p>
    <w:p>
      <w:pPr>
        <w:jc w:val="right"/>
      </w:pPr>
      <w:r>
        <w:t>جسکو جوال ہنہرونےکہاتھاکہسائنٹیفکٹیم پر ،لو کلداٹائپ،سائنٹیفکٹیمپرہو۔ فارایگزامپلدیکھیں،ڈیموکریسیکےلیجئے۔</w:t>
      </w:r>
    </w:p>
    <w:p>
      <w:r>
        <w:rPr>
          <w:b/>
        </w:rPr>
        <w:t xml:space="preserve">[1:17:21] </w:t>
      </w:r>
      <w:r>
        <w:t>main samajhta hoon ke democracy mein sab se zyada jo requirement hai bari, woh hai defeat ko accept karna.</w:t>
      </w:r>
    </w:p>
    <w:p>
      <w:pPr>
        <w:jc w:val="right"/>
      </w:pPr>
      <w:r>
        <w:t>میں سمجھتاہوںکہڈیموکریسیمیںسبسےزیادہ جو ریکوائرمنٹہےبڑی ،وہہے ڈیفیٹکوایکسیپٹکرنا۔</w:t>
      </w:r>
    </w:p>
    <w:p>
      <w:r>
        <w:rPr>
          <w:b/>
        </w:rPr>
        <w:t xml:space="preserve">[1:17:34] </w:t>
      </w:r>
      <w:r>
        <w:t>is par democracy khadi hoti hai. defeat ko accept karna.</w:t>
      </w:r>
    </w:p>
    <w:p>
      <w:pPr>
        <w:jc w:val="right"/>
      </w:pPr>
      <w:r>
        <w:t>اسپر ڈیموکریسیکھڑیہوتیہے۔ ڈیفیٹکوایکسیپٹکرنا۔</w:t>
      </w:r>
    </w:p>
    <w:p>
      <w:r>
        <w:rPr>
          <w:b/>
        </w:rPr>
        <w:t xml:space="preserve">[1:17:39] </w:t>
      </w:r>
      <w:r>
        <w:t>jaise america mein jo aadmi election mein haarta hai, sab se pehla telegraph uska pohanchta hai jeetne wale ke paas.</w:t>
      </w:r>
    </w:p>
    <w:p>
      <w:pPr>
        <w:jc w:val="right"/>
      </w:pPr>
      <w:r>
        <w:t>جیسےامریک ہمیں جو آدمی الیکشنمیں ہارتاہے، سبسے پہلاٹیلیگرافاسکاپہنچتاہے جیتنےوالے کےپاس ۔</w:t>
      </w:r>
    </w:p>
    <w:p>
      <w:r>
        <w:rPr>
          <w:b/>
        </w:rPr>
        <w:t xml:space="preserve">[1:17:50] </w:t>
      </w:r>
      <w:r>
        <w:t>britain mein bhi aisa hi hai. ab india mein kya hai? defeat hone ke sath sath woh plan karte hain kaise hum power mein aayein, usko ulat dein.</w:t>
      </w:r>
    </w:p>
    <w:p>
      <w:pPr>
        <w:jc w:val="right"/>
      </w:pPr>
      <w:r>
        <w:t>برٹنمیںبھیایساہیہے۔ ابانڈ یامیںکیاہے؟ ڈیفیٹہونےکےساتھ ساتھ وہپلانکرتےہیںکیسےہم جو پاورمائے،اسکوالٹیں۔</w:t>
      </w:r>
    </w:p>
    <w:p>
      <w:r>
        <w:rPr>
          <w:b/>
        </w:rPr>
        <w:t xml:space="preserve">[1:18:00] </w:t>
      </w:r>
      <w:r>
        <w:t>ab woh jo hai bharat band aur delhi band aur strike aur ek hungama khada hota hai.</w:t>
      </w:r>
    </w:p>
    <w:p>
      <w:pPr>
        <w:jc w:val="right"/>
      </w:pPr>
      <w:r>
        <w:t>اب وہجوہے بھارت بنداور دلیبنداور اسٹرائیکاورایکہنگامہکھڑاہوتاہے۔</w:t>
      </w:r>
    </w:p>
    <w:p>
      <w:r>
        <w:rPr>
          <w:b/>
        </w:rPr>
        <w:t xml:space="preserve">[1:18:07] </w:t>
      </w:r>
      <w:r>
        <w:t>to democracy us waqt nahin la sakte aap jab tak ke society accept karne ka uske andar mood na ho. india mein koi accept nahin karta.</w:t>
      </w:r>
    </w:p>
    <w:p>
      <w:pPr>
        <w:jc w:val="right"/>
      </w:pPr>
      <w:r>
        <w:t>تو ڈیموکریسی اسوقت نہیںلا سکتےآپجبتک کہ سوسائٹیایک سیپٹکرنے کا اسکےاندر موڈنہہو۔ انڈیامیںکوئی ایکسیپٹنہیںکرتا ۔</w:t>
      </w:r>
    </w:p>
    <w:p>
      <w:r>
        <w:rPr>
          <w:b/>
        </w:rPr>
        <w:t xml:space="preserve">[1:18:21] </w:t>
      </w:r>
      <w:r>
        <w:t>dekhenkyahekeitnatodphod,itnaastrik,saarakambigrahuwahai.kyun ?</w:t>
      </w:r>
    </w:p>
    <w:p>
      <w:pPr>
        <w:jc w:val="right"/>
      </w:pPr>
      <w:r>
        <w:t>دیکھیںکیاہےکہ اتنا توڑپھوڑ ،اتنا اسٹرائیک،ساراکام بگڑاہواہے۔ کیوں ؟</w:t>
      </w:r>
    </w:p>
    <w:p>
      <w:r>
        <w:rPr>
          <w:b/>
        </w:rPr>
        <w:t xml:space="preserve">[1:18:27] </w:t>
      </w:r>
      <w:r>
        <w:t>jojojohارجatana, woh chahta hai ke main yahin kahoon ke sab raging hue hain election mein aur yeh log. Duniya bhar ki baatein to wahin spiritual aani chahiye jaise ke hum ek educated society hain.</w:t>
      </w:r>
    </w:p>
    <w:p>
      <w:pPr>
        <w:jc w:val="right"/>
      </w:pPr>
      <w:r>
        <w:t>جو جو جو ہارجاتاہےنا، وہ چاہتاہےکہمیں ایکیہ دکھاؤںکہسب ریگنگہوئیہے الیکشنمیں اور یہلوگ ۔دنیا بھرکیباتیں تو وہ اسپرٹلانیچاہیےجیسےکہامریک ہایکایجوکیٹڈسوسائٹیہے۔</w:t>
      </w:r>
    </w:p>
    <w:p>
      <w:r>
        <w:rPr>
          <w:b/>
        </w:rPr>
        <w:t xml:space="preserve">[1:18:46] </w:t>
      </w:r>
      <w:r>
        <w:t>wahawohjantekehadimonichalegainhijnbtkkehmaieksepinahkarunask.yanihaarnevalajabieksepitkartahai tabjitnevalakuchkamkarpatatahai.</w:t>
      </w:r>
    </w:p>
    <w:p>
      <w:pPr>
        <w:jc w:val="right"/>
      </w:pPr>
      <w:r>
        <w:t>وہاںوہجانتےہیںکہ ڈیموکریسیچلےگینہیںجبتککہ میںایکسیپٹنہکروںاسکو۔ یعنیہارنےوالاجبایکسیپ ٹکرتاہےتبجیتنےوالاکچھکامکرپاتاہے۔</w:t>
      </w:r>
    </w:p>
    <w:p>
      <w:r>
        <w:rPr>
          <w:b/>
        </w:rPr>
        <w:t xml:space="preserve">[1:18:56] </w:t>
      </w:r>
      <w:r>
        <w:t>isiliye wahan per tradition hai ke jo harega sabse pehle iska telegram pahunchega jeetne wale ke paas mubarakbad ka. Britain mein bhi aisa hi hai aur har developed country mein aisa hi hai.</w:t>
      </w:r>
    </w:p>
    <w:p>
      <w:pPr>
        <w:jc w:val="right"/>
      </w:pPr>
      <w:r>
        <w:t>اسیلیےوہاںپریہ ٹریڈیشنہےکہ جو ہارےگاسبسےپہلےاسکاٹیلیگرامپہنچےگا جیتنےوالےکےپاس مبارکبادکا ۔ برٹنمیںبھیایساہیہے اور ہر ہرڈویلپکنٹریمیںایساہے۔</w:t>
      </w:r>
    </w:p>
    <w:p>
      <w:r>
        <w:rPr>
          <w:b/>
        </w:rPr>
        <w:t xml:space="preserve">[1:19:11] </w:t>
      </w:r>
      <w:r>
        <w:t>in the name of mankind.</w:t>
      </w:r>
    </w:p>
    <w:p>
      <w:pPr>
        <w:jc w:val="right"/>
      </w:pPr>
      <w:r>
        <w:t>انڈیامیں خواہمخواہڈیموکریسی،ڈیموکریسی،ڈیموکریسیکیاہےیہاںپر؟ ڈیموکریسی،ہاں، ڈیموکریسیمینزانارکی۔</w:t>
      </w:r>
    </w:p>
    <w:p>
      <w:r>
        <w:rPr>
          <w:b/>
        </w:rPr>
        <w:t xml:space="preserve">[1:19:20] </w:t>
      </w:r>
      <w:r>
        <w:t>Galbraith ne baat kahi thi jahan par hum base karte hain ke India mein India aik functioning anarchy hai. India ki demo ko isne kaha tha ke functioning anarchy ke anarchy hai magar function kar rahi hai.</w:t>
      </w:r>
    </w:p>
    <w:p>
      <w:pPr>
        <w:jc w:val="right"/>
      </w:pPr>
      <w:r>
        <w:t>گالبرتھنےبہتصحیحکہاتھاجہاںپرایمبیسڈرتھا کہانڈیامیں انڈیاایک فنکشننگ انارکیہے۔ انڈیاکیڈیموکریسیکواسنےکہاتھاکہفنکشننگانارکی کہانارکیہےمگرفنکشنکررہیہے۔</w:t>
      </w:r>
    </w:p>
    <w:p>
      <w:r>
        <w:rPr>
          <w:b/>
        </w:rPr>
        <w:t xml:space="preserve">[1:19:35] </w:t>
      </w:r>
      <w:r>
        <w:t>main samjhtahunkekindiyajo is ispozishnmeithayahaike the moon ko is kahani ek se pinsh mile,</w:t>
      </w:r>
    </w:p>
    <w:p>
      <w:pPr>
        <w:jc w:val="right"/>
      </w:pPr>
      <w:r>
        <w:t>میں سمجھتاہوںکہانڈیاجو اس اس پوزیشنمیںتھایاہے کہ ڈیموکریسیکو اسکےہاں ایکسیپٹنسملے،</w:t>
      </w:r>
    </w:p>
    <w:p>
      <w:r>
        <w:rPr>
          <w:b/>
        </w:rPr>
        <w:t xml:space="preserve">[1:19:48] </w:t>
      </w:r>
      <w:r>
        <w:t>iskeliyechahiyebahathismjhdarlogchahiye.utnazyadalahaurhaihamraharsal kyunkijoharta hai wohitnaaltplthojatahai.</w:t>
      </w:r>
    </w:p>
    <w:p>
      <w:pPr>
        <w:jc w:val="right"/>
      </w:pPr>
      <w:r>
        <w:t>اسکےلیےچاہیےبہتہیسمجھدار لوگچاہیے۔ ات نازیادہ لاسہورہاہےہماراہرسال کیونکہجو ہارتاہے وہ اتناالٹپلٹہوجاتاہے۔</w:t>
      </w:r>
    </w:p>
    <w:p>
      <w:r>
        <w:rPr>
          <w:b/>
        </w:rPr>
        <w:t xml:space="preserve">[1:19:59] </w:t>
      </w:r>
      <w:r>
        <w:t>ek martaba maine parliament ko suna, utna usmein pandemonium ka woh tha. Yeh demon hai, demon means pandemonium.</w:t>
      </w:r>
    </w:p>
    <w:p>
      <w:pPr>
        <w:jc w:val="right"/>
      </w:pPr>
      <w:r>
        <w:t>ایکمرتبہمیںنےپارلیمنٹکوسنا، ات نا اسمیں پینڈیمونیم کا وہتھا۔ یہڈیموکریسیہے، ڈیموکریسیمینزپینڈیمونیم۔</w:t>
      </w:r>
    </w:p>
    <w:p>
      <w:r>
        <w:rPr>
          <w:b/>
        </w:rPr>
        <w:t xml:space="preserve">[1:20:13] </w:t>
      </w:r>
      <w:r>
        <w:t>isliye wohj yehlog kahte hai jo politics ke ab side bhi</w:t>
      </w:r>
    </w:p>
    <w:p>
      <w:pPr>
        <w:jc w:val="right"/>
      </w:pPr>
      <w:r>
        <w:t>اسلیے وہجو یہلوگکہتےہیںجو پولیٹکسکےاےبیسیڈیبھی</w:t>
      </w:r>
    </w:p>
    <w:p>
      <w:r>
        <w:rPr>
          <w:b/>
        </w:rPr>
        <w:t xml:space="preserve">[1:20:17] </w:t>
      </w:r>
      <w:r>
        <w:t>nahinjante, main unko bilkul jahil samajhta hoon. ABC jante, bhai, politics ke liye pehle ground chahiye, society chahiye, waise mind chahiye.</w:t>
      </w:r>
    </w:p>
    <w:p>
      <w:pPr>
        <w:jc w:val="right"/>
      </w:pPr>
      <w:r>
        <w:t>نہیںجانتے، میںتوانکوبالکلجاہلسمجھتاہوں۔ اےبیسیڈینہیںجانتے، بھئی،پولیٹکسکےلیےپہلےگراؤنڈچاہیے، سوسائٹیچاہیے، ویسےمائنڈچاہیے۔</w:t>
      </w:r>
    </w:p>
    <w:p>
      <w:r>
        <w:rPr>
          <w:b/>
        </w:rPr>
        <w:t xml:space="preserve">[1:20:27] </w:t>
      </w:r>
      <w:r>
        <w:t>khwahamkhwahaislammein,yani ke politics jo hai is. Islam ka life ka hissa hai politics. Tum Islam kyun kehte ho? Politics life ka hissa hai lekin jaisi situations hogi waisi politics hogi.</w:t>
      </w:r>
    </w:p>
    <w:p>
      <w:pPr>
        <w:jc w:val="right"/>
      </w:pPr>
      <w:r>
        <w:t>خواہمخواہاسلام میں ،یعنیکہ پولیٹکسجوہےاسکا ۔اسلام کا زندگی کاحصہہےپولیٹکس۔ تم اسلامکیوںکہتےہو؟ پولیٹکسزندگی کاحصہہےلیکن جیسی سچویشنہوگی ویسیپولیٹکسہوگی۔</w:t>
      </w:r>
    </w:p>
    <w:p>
      <w:r>
        <w:rPr>
          <w:b/>
        </w:rPr>
        <w:t xml:space="preserve">[1:20:45] </w:t>
      </w:r>
      <w:r>
        <w:t>hadith mein aata hai ke makuntu koon qazali kyulwalaykum, jaise tum hoge waise tumhare ruler raho ge. Toh yeh log jo the Qaddafi waghera jo the, Khwaja Masood wale jo the, absolute sense le liya unhone.</w:t>
      </w:r>
    </w:p>
    <w:p>
      <w:pPr>
        <w:jc w:val="right"/>
      </w:pPr>
      <w:r>
        <w:t>حدیث میںآتاہےکہکماتكونونقضالکیول وعلیکم، جیسےتمہوگےویسےتمہارےرولرہوںگے۔ تویہلوگجوہیں قذافیوغیرہجوہیں،خواجہمسعودوالےجوہیں، ایبسولیوٹسینسلےلیاانہوںنے۔</w:t>
      </w:r>
    </w:p>
    <w:p>
      <w:r>
        <w:rPr>
          <w:b/>
        </w:rPr>
        <w:t xml:space="preserve">[1:20:59] </w:t>
      </w:r>
      <w:r>
        <w:t>natija kya hua ke har Muslim country mein tod phod macha rakha hai in logon ne. Jo rule hota hai kehte hai ke yeh yeh gadbad kar raha hai, woh</w:t>
      </w:r>
    </w:p>
    <w:p>
      <w:pPr>
        <w:jc w:val="right"/>
      </w:pPr>
      <w:r>
        <w:t>نتیجہکیاہواکہہرمسلمکنٹریمیں توڑپھوڑمچارکھاہےانلوگوںنے۔ جورولرہوتاہے کہتےہیںکہیہ یہ گڑبڑکررہاہے،وہ</w:t>
      </w:r>
    </w:p>
    <w:p>
      <w:r>
        <w:rPr>
          <w:b/>
        </w:rPr>
        <w:t xml:space="preserve">[1:21:08] </w:t>
      </w:r>
      <w:r>
        <w:t>gadbadkarraha hai.abas ko incite karnekeliyepakistan se leker area taktahrjhihissa hai. 5 7 muslim country mehrjhihissa hai ke wahanpar yani freedom jo hai henhin kisi bhi muslim country mein.</w:t>
      </w:r>
    </w:p>
    <w:p>
      <w:pPr>
        <w:jc w:val="right"/>
      </w:pPr>
      <w:r>
        <w:t>گڑبڑکررہاہے۔اباسکو انسیٹکرنےکےلیے پاکستانسےلےکر ایریٹریاتکہرجگہیہقصہہے۔ 5 7 مسلمکنٹریزمیں ہرجگہیہقصہہے کہوہاںپر یعنیفریڈمجوہے ہےہینہیں کسی بھیمسلمکنٹریمیں۔</w:t>
      </w:r>
    </w:p>
    <w:p>
      <w:r>
        <w:rPr>
          <w:b/>
        </w:rPr>
        <w:t xml:space="preserve">[1:21:27] </w:t>
      </w:r>
      <w:r>
        <w:t>kyun?jo aadmi rule karne ki position mein hai us par har waqt dar laga rahta hai ke mujhe insult karne ke liye kuch log lage huwe hai.</w:t>
      </w:r>
    </w:p>
    <w:p>
      <w:pPr>
        <w:jc w:val="right"/>
      </w:pPr>
      <w:r>
        <w:t>کیوں ؟ جو آدمی رولکرنےکیپوزیشنمیںہے اس پرہروقتڈرلگاتاہےکہمجھےانسیٹکرنےکےلیےکچھلوگ لگےہوئےہیں۔</w:t>
      </w:r>
    </w:p>
    <w:p>
      <w:r>
        <w:rPr>
          <w:b/>
        </w:rPr>
        <w:t xml:space="preserve">[1:21:37] </w:t>
      </w:r>
      <w:r>
        <w:t>tab wohkyakartahai?ankokrshkrnemelagrahatahai.woh leaderlogaskainsitkarne melagehuwehai aur rulerwohlogonko krshkrnemelagahwahai.</w:t>
      </w:r>
    </w:p>
    <w:p>
      <w:pPr>
        <w:jc w:val="right"/>
      </w:pPr>
      <w:r>
        <w:t>توابوہکیاکرتاہے؟انکوکرشکرنےمیںلگارہتاہے۔وہ لیڈرلوگاسکوانسیٹکرنےمیںلگےہوئےہیں اور رولرجوہےوہلوگوںکوکرشکرنےمیںلگاہواہے۔</w:t>
      </w:r>
    </w:p>
    <w:p>
      <w:r>
        <w:rPr>
          <w:b/>
        </w:rPr>
        <w:t xml:space="preserve">[1:21:47] </w:t>
      </w:r>
      <w:r>
        <w:t>koikamanhihota.wohiskizimmedari isitarhkeloghai.</w:t>
      </w:r>
    </w:p>
    <w:p>
      <w:pPr>
        <w:jc w:val="right"/>
      </w:pPr>
      <w:r>
        <w:t>کوئیکامنہیںہوتا۔ وہ اسکیذمہداری اسیطرحکےلوگہیں۔</w:t>
      </w:r>
    </w:p>
    <w:p>
      <w:r>
        <w:rPr>
          <w:b/>
        </w:rPr>
        <w:t xml:space="preserve">[1:21:54] </w:t>
      </w:r>
      <w:r>
        <w:t>Qadhafi and Iqbal. Muslims and Jamaat-e-Islami also have the same method.</w:t>
      </w:r>
    </w:p>
    <w:p>
      <w:pPr>
        <w:jc w:val="right"/>
      </w:pPr>
      <w:r>
        <w:t>قذافیاور اقوال مسلموناورجماعتثانیکابھییہیطریقہہے۔</w:t>
      </w:r>
    </w:p>
    <w:p>
      <w:r>
        <w:rPr>
          <w:b/>
        </w:rPr>
        <w:t xml:space="preserve">[1:22:01] </w:t>
      </w:r>
      <w:r>
        <w:t>ekbatapsamjhlen,shayad aaplogaskosmjhsken ke wohjumene kahathake false narrative,iskasabseaplaihotahai wehmuslamonkeupar.</w:t>
      </w:r>
    </w:p>
    <w:p>
      <w:pPr>
        <w:jc w:val="right"/>
      </w:pPr>
      <w:r>
        <w:t>ایکباتآپسمجھلیں،شایدآپلوگاسکوسمجھسکیں کہ وہجومیںنےکہاتھاکہفالسسینسآفپرائر ٹی ،اسکا سبسےاپلائیہوتاہےوہمسلمانوںکےاوپر۔</w:t>
      </w:r>
    </w:p>
    <w:p>
      <w:r>
        <w:rPr>
          <w:b/>
        </w:rPr>
        <w:t xml:space="preserve">[1:22:15] </w:t>
      </w:r>
      <w:r>
        <w:t>dekhen,hamarepas do momnt hain muslimworldmein: tablig jamat, jamat islami, alaqwal muslmun.</w:t>
      </w:r>
    </w:p>
    <w:p>
      <w:pPr>
        <w:jc w:val="right"/>
      </w:pPr>
      <w:r>
        <w:t>دیکھیں،ہمارےپاس دو مو ومنٹہیں مسلمورلڈمیں: تبلیغ جماعت ،جماعت اسلام ی، الاقوال مسلمون۔</w:t>
      </w:r>
    </w:p>
    <w:p>
      <w:r>
        <w:rPr>
          <w:b/>
        </w:rPr>
        <w:t xml:space="preserve">[1:22:26] </w:t>
      </w:r>
      <w:r>
        <w:t>aisetohandredzandhundredzhailekin teenbadihain.</w:t>
      </w:r>
    </w:p>
    <w:p>
      <w:pPr>
        <w:jc w:val="right"/>
      </w:pPr>
      <w:r>
        <w:t>ایسےتو ہنڈرڈزاینڈہنڈرڈزہیںلیکنتینبڑیہیں۔</w:t>
      </w:r>
    </w:p>
    <w:p>
      <w:r>
        <w:rPr>
          <w:b/>
        </w:rPr>
        <w:t xml:space="preserve">[1:22:30] </w:t>
      </w:r>
      <w:r>
        <w:t>jinhonne kaha socha kya hai? Woh ye hai ke woh a structure se shuru kar rakha hai unhone.</w:t>
      </w:r>
    </w:p>
    <w:p>
      <w:pPr>
        <w:jc w:val="right"/>
      </w:pPr>
      <w:r>
        <w:t>جنہوںنےکہا سوچکیاہے؟ وہیہےکہوہ اسٹرکچرسے شروع کررکھاہےانہوںنے۔</w:t>
      </w:r>
    </w:p>
    <w:p>
      <w:r>
        <w:rPr>
          <w:b/>
        </w:rPr>
        <w:t xml:space="preserve">[1:22:39] </w:t>
      </w:r>
      <w:r>
        <w:t>woh samajhte hain structure se kaam shuru karna jabki speed se kaam shuru hota hai. jaise yeh jo keh rahe hain woh alaqwal muslmun ke aadmi hain, woh jo Arab world mein sabse badi party hai.</w:t>
      </w:r>
    </w:p>
    <w:p>
      <w:pPr>
        <w:jc w:val="right"/>
      </w:pPr>
      <w:r>
        <w:t>وہسمجھتےہیںاسٹرکچرسےکامشروعکرنا جبکہاسپیڈسےکامشروعہوتاہے۔ جیسے یہجو کہہرہےہیںوہ ال اقوالمسلمونکےآدمیہیں،وہ جو عرب ورلڈمیںسبسےبڑی پارٹیہے۔</w:t>
      </w:r>
    </w:p>
    <w:p>
      <w:r>
        <w:rPr>
          <w:b/>
        </w:rPr>
        <w:t xml:space="preserve">[1:22:52] </w:t>
      </w:r>
      <w:r>
        <w:t>iskakya hai?sabse pehle islami rule hona chahiye, baqi kamaske baad hoga.</w:t>
      </w:r>
    </w:p>
    <w:p>
      <w:pPr>
        <w:jc w:val="right"/>
      </w:pPr>
      <w:r>
        <w:t>اسکاکیاہے؟ سبسےپہلے اسلامی رولہوناچاہیے، بقیہکاماسکےبعدہوگا۔</w:t>
      </w:r>
    </w:p>
    <w:p>
      <w:r>
        <w:rPr>
          <w:b/>
        </w:rPr>
        <w:t xml:space="preserve">[1:22:59] </w:t>
      </w:r>
      <w:r>
        <w:t>yeh daway warq ke baad hoga. Islami rule jab ban jayega tab daway wark hoga. Yeh ulat diya inhon ne. Putting the card before the horse.</w:t>
      </w:r>
    </w:p>
    <w:p>
      <w:pPr>
        <w:jc w:val="right"/>
      </w:pPr>
      <w:r>
        <w:t>یہدعویٰورکاسکےبعدہوگا۔ اسلامی رولجببنجائےگاتب دعویٰورکہوگا۔ یہالٹدیاانہوںنے۔ پٹنگداکارڈبیفوردیہارس۔</w:t>
      </w:r>
    </w:p>
    <w:p>
      <w:r>
        <w:rPr>
          <w:b/>
        </w:rPr>
        <w:t xml:space="preserve">[1:23:09] </w:t>
      </w:r>
      <w:r>
        <w:t>to structure se inhon ne samajh liya ke yeh das da yani starting point. Pehle structure lao, halanke starting point hai speed, al-a'malu binniyat.</w:t>
      </w:r>
    </w:p>
    <w:p>
      <w:pPr>
        <w:jc w:val="right"/>
      </w:pPr>
      <w:r>
        <w:t>تو اسٹرکچرسے انہوں نے سمجھلیاکہیہ دسدا یعنیسٹارٹنگپوائنٹ۔ پہلے اسٹرکچرلاؤ، حالانکہ سٹارٹنگپوائنٹ ہے اسپیٹ، الاعمال بالنیات۔</w:t>
      </w:r>
    </w:p>
    <w:p>
      <w:r>
        <w:rPr>
          <w:b/>
        </w:rPr>
        <w:t xml:space="preserve">[1:23:23] </w:t>
      </w:r>
      <w:r>
        <w:t>speed se beginning hoti hai, phir structure aata hai.</w:t>
      </w:r>
    </w:p>
    <w:p>
      <w:pPr>
        <w:jc w:val="right"/>
      </w:pPr>
      <w:r>
        <w:t>اسپیٹسے بگننگہوتیہے،پھراسٹرکچرآتاہے۔</w:t>
      </w:r>
    </w:p>
    <w:p>
      <w:r>
        <w:rPr>
          <w:b/>
        </w:rPr>
        <w:t xml:space="preserve">[1:23:28] </w:t>
      </w:r>
      <w:r>
        <w:t>yahi thinking jamaat-e-saani ki hai, yahi thinking aqwam-e-muslimeen ki hai, aur yahi thinking tablighi jamaat ki hai. Woh samajhte hain ke namaz ka structure khada kar do, phir Islam ki speed apne aap aa jayegi.</w:t>
      </w:r>
    </w:p>
    <w:p>
      <w:pPr>
        <w:jc w:val="right"/>
      </w:pPr>
      <w:r>
        <w:t>یہی تھنکنگجماعتثانیکیہے،یہیتھنکنگ اقوالمسلمونکیہے، اوریہیتھنکنگہےتبلیغجماعتکیہے۔ وہسمجھتےہیںکہ نمازکا اسٹرکچرکھڑاکردو، پھراسلام کیاسپیڈاپنےآپآجائےگی۔</w:t>
      </w:r>
    </w:p>
    <w:p>
      <w:r>
        <w:rPr>
          <w:b/>
        </w:rPr>
        <w:t xml:space="preserve">[1:23:40] </w:t>
      </w:r>
      <w:r>
        <w:t>yeh bilkul jhooti soch hai. Yeh speed pehle laayi jati hai, phir structure aata hai. To sab ki jitni bhi movement hai, sab putting the card before the horse wala qissa hai ke sab structure par zor maar rahe hain,</w:t>
      </w:r>
    </w:p>
    <w:p>
      <w:pPr>
        <w:jc w:val="right"/>
      </w:pPr>
      <w:r>
        <w:t>یہبالکل جھوٹیسوچہے۔یہ اسپیڈ پہلے لائیجاتیہے،پھر اسٹرکچرآتاہے۔ تو سب کیجتنیبھیموومنٹہے،سب پٹنگداکارڈبیفوردیہارسوالاقصہہے کہسب اسٹرکچر پر زورماررہےہیں،</w:t>
      </w:r>
    </w:p>
    <w:p>
      <w:r>
        <w:rPr>
          <w:b/>
        </w:rPr>
        <w:t xml:space="preserve">[1:23:58] </w:t>
      </w:r>
      <w:r>
        <w:t>halanke speed ko reveal karna chahiye. Jaise Marx tha, woh bhi iska shikar hua. Yani economic structure woh hai, usko todna aur ek naya structure banana, woh samajhta hai is se sab kuch aa jayega.</w:t>
      </w:r>
    </w:p>
    <w:p>
      <w:pPr>
        <w:jc w:val="right"/>
      </w:pPr>
      <w:r>
        <w:t>حالانکہ اسپیڈکوریوال وکرناچاہیے۔ جیسے مارکستھا،وہبھیاسیکاشکارہوا۔ یعنیاکنامک ایکسٹرکچرجوہے،اسکوتوڑنا اور ایک ن یا اسٹرکچربنانا،وہسمجھتاہےاسیسے سبکچھآجائےگا۔</w:t>
      </w:r>
    </w:p>
    <w:p>
      <w:r>
        <w:rPr>
          <w:b/>
        </w:rPr>
        <w:t xml:space="preserve">[1:24:12] </w:t>
      </w:r>
      <w:r>
        <w:t>aur kuch bhi nahi aaya, kuch bhi nahi aaya. Jitne log hain structure par, woh sochte rahe ke starting point yeh hai.</w:t>
      </w:r>
    </w:p>
    <w:p>
      <w:pPr>
        <w:jc w:val="right"/>
      </w:pPr>
      <w:r>
        <w:t>اورکچھبھینہیںآیا، کچھبھینہیںآیا۔ جتنےلوگ ہیں اسٹرکچرپر،وہ کوسمجھتےرہےکہ سٹارٹنگپوائنٹیہہے۔</w:t>
      </w:r>
    </w:p>
    <w:p>
      <w:r>
        <w:rPr>
          <w:b/>
        </w:rPr>
        <w:t xml:space="preserve">[1:24:25] </w:t>
      </w:r>
      <w:r>
        <w:t>hum samajhte hain ke starting point speed ko hi reveal karna hai, yani innamal a'malu binniyat. Lekin hadithon mein ek hadith aisi hai jiske bare mein kaha tha ke sab se zyada sahih hadith yeh hai.</w:t>
      </w:r>
    </w:p>
    <w:p>
      <w:pPr>
        <w:jc w:val="right"/>
      </w:pPr>
      <w:r>
        <w:t>ہمسمجھتےہیںکہسٹارٹنگپوائنٹاسپیڈکوہیریوالوکرناہے،یعنینملاعمال بالنیات۔ لیکن حدیثوںمیں ایکحدیثایسیہے جسکےبارےمیںکہاتھاکہسبسےزیادہصحیححدیثیہہے۔</w:t>
      </w:r>
    </w:p>
    <w:p>
      <w:r>
        <w:rPr>
          <w:b/>
        </w:rPr>
        <w:t xml:space="preserve">[1:24:38] </w:t>
      </w:r>
      <w:r>
        <w:t>koi kehta hai mutawatir ke bahut zyada companion ne isko bayan kiya hai. Wohi yeh hai: innamal a'malu binniyat. Speed par depend karta hai deen.</w:t>
      </w:r>
    </w:p>
    <w:p>
      <w:pPr>
        <w:jc w:val="right"/>
      </w:pPr>
      <w:r>
        <w:t>کوئیکہتاہےمت واتر کہبہت زیادہ کمپینیننےاسکو بیانکیاہے۔ وہیہیہے: نملاعمال بالنیات۔ اسپیڈپر ڈیپینڈکرتاہےدین ۔</w:t>
      </w:r>
    </w:p>
    <w:p>
      <w:r>
        <w:rPr>
          <w:b/>
        </w:rPr>
        <w:t xml:space="preserve">[1:24:50] </w:t>
      </w:r>
      <w:r>
        <w:t>niyat ka matlab speed.</w:t>
      </w:r>
    </w:p>
    <w:p>
      <w:pPr>
        <w:jc w:val="right"/>
      </w:pPr>
      <w:r>
        <w:t>نیتکامطلباسپیڈ۔</w:t>
      </w:r>
    </w:p>
    <w:p>
      <w:r>
        <w:rPr>
          <w:b/>
        </w:rPr>
        <w:t xml:space="preserve">[1:24:54] </w:t>
      </w:r>
      <w:r>
        <w:t>to speed as the beginning point. Lekin jisko dekhein, usne structure ko beginning kahan se samajh rakha hai? Khud jo log democracy ko bahut bade woh the advocate, un sab ne bhi structure se shuru kiya.</w:t>
      </w:r>
    </w:p>
    <w:p>
      <w:pPr>
        <w:jc w:val="right"/>
      </w:pPr>
      <w:r>
        <w:t>تو اسپیڈازدابگننگپوائنٹ ۔لیکن جسکودیکھیں،اسنے اسٹرکچرکوبگننگکہاںسےسمجھرکھاہے؟ خود جولوگڈیموکریسیکو بہت بڑے وہتھے ایڈوکیٹ، انسبنےبھی اسٹرکچرسے شروع کیا۔</w:t>
      </w:r>
    </w:p>
    <w:p>
      <w:r>
        <w:rPr>
          <w:b/>
        </w:rPr>
        <w:t xml:space="preserve">[1:25:11] </w:t>
      </w:r>
      <w:r>
        <w:t>is liye true speed pe kahin aayi nahi kuch. True speed pe kuch bhi nahi aaya. To Maulana, that's why people like Iqbal and Muhammad Ali Jinnah and all these people</w:t>
      </w:r>
    </w:p>
    <w:p>
      <w:pPr>
        <w:jc w:val="right"/>
      </w:pPr>
      <w:r>
        <w:t>اسلیے ٹرواسپیڈپہکہیںآیانہیںکچھ ۔ ٹرواسپیڈپہکچھبھینہیںآیا۔ تومولانا،دیٹسوائیپیپللائک اق بال اینڈ محمد علی ج ناحاینڈآلدیزپیپ</w:t>
      </w:r>
    </w:p>
    <w:p>
      <w:r>
        <w:rPr>
          <w:b/>
        </w:rPr>
        <w:t xml:space="preserve">[1:25:23] </w:t>
      </w:r>
      <w:r>
        <w:t>ll, they laid their emphasis on structure first and then. Haan, wohi sab. The work is missing and their movement. Haan, unka sab ka qissa hai?</w:t>
      </w:r>
    </w:p>
    <w:p>
      <w:pPr>
        <w:jc w:val="right"/>
      </w:pPr>
      <w:r>
        <w:t>ل، دےلیڈدیرایمفیسزآن اسٹرکچرفرسٹاینڈدین۔ہاں،وہیسب ۔داورکازمسنگاندیر موومنٹ۔ہاں، انکاسبکاکیسہے؟</w:t>
      </w:r>
    </w:p>
    <w:p>
      <w:r>
        <w:rPr>
          <w:b/>
        </w:rPr>
        <w:t xml:space="preserve">[1:25:31] </w:t>
      </w:r>
      <w:r>
        <w:t>pehla partition, phir Islam. Batao ke yahi yeh yeh putting the horse, card before the horse hai. Ab partition toh karwa li tum ne aur 60 saal mein kuch bhi nahi hua.</w:t>
      </w:r>
    </w:p>
    <w:p>
      <w:pPr>
        <w:jc w:val="right"/>
      </w:pPr>
      <w:r>
        <w:t>پہلے پارٹیشن ،پھراسلام ۔بتائیںکہیہیہ یہ پٹنگداہارس، کارڈبیفورداہارسہے۔ ابپارٹیشنتوکروالیاتمنےاور60سالمیںکچھبھینہیںہوا۔</w:t>
      </w:r>
    </w:p>
    <w:p>
      <w:r>
        <w:rPr>
          <w:b/>
        </w:rPr>
        <w:t xml:space="preserve">[1:25:43] </w:t>
      </w:r>
      <w:r>
        <w:t>that was not starting point. Sab ka qissa yeh hai ke unhon ne structure ko starting point samajh liya</w:t>
      </w:r>
    </w:p>
    <w:p>
      <w:pPr>
        <w:jc w:val="right"/>
      </w:pPr>
      <w:r>
        <w:t>دیٹوازناٹسٹارٹنگپوائنٹ۔ سب کا کیسیہہےکہانہوںنے اسٹرکچرکو سٹارٹنگپوائنٹسمجھلیا</w:t>
      </w:r>
    </w:p>
    <w:p>
      <w:r>
        <w:rPr>
          <w:b/>
        </w:rPr>
        <w:t xml:space="preserve">[1:25:50] </w:t>
      </w:r>
      <w:r>
        <w:t>, jab ke starting point jo hai, woh speed hai. Logon ko educate kijiye. America jo hai, woh bahut soch samajh kar toh nahi, lekin accidently aisa hua ke unke yahan beginning sahi hui.</w:t>
      </w:r>
    </w:p>
    <w:p>
      <w:pPr>
        <w:jc w:val="right"/>
      </w:pPr>
      <w:r>
        <w:t>، جب کہسٹارٹنگپوائنٹجوہے،وہ اسپیڈہے۔ لوگوںکوایجوکیٹکیجئے۔ امریک ہجوہے،وہ بہت سوچسمجھکرتونہیں، لیکن ایکسیڈنٹلیایساہواکہانکےہاں بگننگصحیحہوئی ۔</w:t>
      </w:r>
    </w:p>
    <w:p>
      <w:r>
        <w:rPr>
          <w:b/>
        </w:rPr>
        <w:t xml:space="preserve">[1:26:07] </w:t>
      </w:r>
      <w:r>
        <w:t>jo jo shuru ke jo log the, wahan par Jefferson aur Washington, is tarah ke log</w:t>
      </w:r>
    </w:p>
    <w:p>
      <w:pPr>
        <w:jc w:val="right"/>
      </w:pPr>
      <w:r>
        <w:t>جو جو شروع کےجولوگتھے،وہاںپر ج یفرسن اور واشنگٹن، اسطرحکےلوگ</w:t>
      </w:r>
    </w:p>
    <w:p>
      <w:r>
        <w:rPr>
          <w:b/>
        </w:rPr>
        <w:t xml:space="preserve">[1:26:15] </w:t>
      </w:r>
      <w:r>
        <w:t>. To aisi situation create wahan hui ke unki starting hui education se, society ko educate karne se. To unki starting point sahi ho gayi.</w:t>
      </w:r>
    </w:p>
    <w:p>
      <w:pPr>
        <w:jc w:val="right"/>
      </w:pPr>
      <w:r>
        <w:t>۔تو ایسی سچویشنکریٹوہاںہوئی کہ انکی سٹارٹنگہوئی ایجوکیشنسے، سوسائٹیکوایجوکیٹکرنے سے۔ توانکیسٹارٹنگپوائنٹصحیحہوگئی ۔</w:t>
      </w:r>
    </w:p>
    <w:p>
      <w:r>
        <w:rPr>
          <w:b/>
        </w:rPr>
        <w:t xml:space="preserve">[1:26:28] </w:t>
      </w:r>
      <w:r>
        <w:t>ya kyunke parhe likhe log dunya bhar se wahan pahunch gaye the. Parhe likhe log. Britain mein dekhein, woh baat nahi hai kyunke labour class pahunch wahan.</w:t>
      </w:r>
    </w:p>
    <w:p>
      <w:pPr>
        <w:jc w:val="right"/>
      </w:pPr>
      <w:r>
        <w:t>یا کیونکہپڑھےلکھےلوگدنیا بھرسےوہاںپہنچگئےتھے۔ پڑھےلکھےلوگ ۔برٹنمیںدیکھیں،وہباتنہیںہےکیونکہلیبرکلاسپہنچاوہاں۔</w:t>
      </w:r>
    </w:p>
    <w:p>
      <w:r>
        <w:rPr>
          <w:b/>
        </w:rPr>
        <w:t xml:space="preserve">[1:26:40] </w:t>
      </w:r>
      <w:r>
        <w:t>to accidently aisa hua ke wahan starting point sahi ho gaya. Ya</w:t>
      </w:r>
    </w:p>
    <w:p>
      <w:pPr>
        <w:jc w:val="right"/>
      </w:pPr>
      <w:r>
        <w:t>تو ایکسیڈنٹلیایساہواکہوہاںسٹارٹنگپوائنٹصحیحہوگیا۔ یا</w:t>
      </w:r>
    </w:p>
    <w:p>
      <w:r>
        <w:rPr>
          <w:b/>
        </w:rPr>
        <w:t xml:space="preserve">[1:26:46] </w:t>
      </w:r>
      <w:r>
        <w:t>wohi. Baat ko dheere dheere woh thinking develop hui. Jaise Lyndon Johnson ne kaha tha: "Learning is the basic to our hope for America." "Learning is the basic to our hope for America.</w:t>
      </w:r>
    </w:p>
    <w:p>
      <w:pPr>
        <w:jc w:val="right"/>
      </w:pPr>
      <w:r>
        <w:t>ویسے۔ باتکودھیرےدھیرےوہتھنکنگڈیولپہوئی۔ جیسےلنڈنجانسننےکہاتھا: "لرننگازدابیسک ٹواورہوپفار امریک ہ۔" "لرننگازدابیسکٹواورہوپفار امریکہ۔</w:t>
      </w:r>
    </w:p>
    <w:p>
      <w:r>
        <w:rPr>
          <w:b/>
        </w:rPr>
        <w:t xml:space="preserve">[1:27:00] </w:t>
      </w:r>
      <w:r>
        <w:t>"jab ke Iqbal aur Jinnah ne samjha ke partition jo hai, wahan se hamara hope ko baandh liya unhon ne ke partition ho jaye to sab kuch ho jayega. Yeh bilkul baseless baat thi yeh.</w:t>
      </w:r>
    </w:p>
    <w:p>
      <w:pPr>
        <w:jc w:val="right"/>
      </w:pPr>
      <w:r>
        <w:t>"جبکہاقبالاورجناحنےسمجھاکہپارٹیشنجوہے،وہاںسےہمارا ہوپکو باندھلیاانہوںنے کہپارٹیشنہوجائےتوسبکچھہوجائےگا۔ یہبالکل بیسلیسباتتھییہ۔</w:t>
      </w:r>
    </w:p>
    <w:p>
      <w:r>
        <w:rPr>
          <w:b/>
        </w:rPr>
        <w:t xml:space="preserve">[1:27:13] </w:t>
      </w:r>
      <w:r>
        <w:t>Maulana, I have to ask your point</w:t>
      </w:r>
    </w:p>
    <w:p>
      <w:pPr>
        <w:jc w:val="right"/>
      </w:pPr>
      <w:r>
        <w:t>مولانا،آئیہیوٹو اسک یورپوائنٹ</w:t>
      </w:r>
    </w:p>
    <w:p>
      <w:r>
        <w:rPr>
          <w:b/>
        </w:rPr>
        <w:t xml:space="preserve">[1:27:17] </w:t>
      </w:r>
      <w:r>
        <w:t>. During interaction with the majority of Muslim opinion makers and thinkers, what I come across is that they focus on the fact that ethical values of a human being are more than enough to purify oneself.</w:t>
      </w:r>
    </w:p>
    <w:p>
      <w:pPr>
        <w:jc w:val="right"/>
      </w:pPr>
      <w:r>
        <w:t>۔ڈیورنگانٹریکشن ود دامیجورٹیآف مسلم اوپینینمیکرزاینڈتھنکرز، واٹ آئیکماکراس از دیٹ دے فوکسآن دا فیکٹ دیٹ ایتھیکلویلیوز آف اےہیومنبینگ آر موردینانف ٹوپیوریفائی انس انرسیلف۔</w:t>
      </w:r>
    </w:p>
    <w:p>
      <w:r>
        <w:rPr>
          <w:b/>
        </w:rPr>
        <w:t xml:space="preserve">[1:27:43] </w:t>
      </w:r>
      <w:r>
        <w:t>theological part they say: "if</w:t>
      </w:r>
    </w:p>
    <w:p>
      <w:pPr>
        <w:jc w:val="right"/>
      </w:pPr>
      <w:r>
        <w:t>تھیولوجیکلپارٹ دےسے: "اف</w:t>
      </w:r>
    </w:p>
    <w:p>
      <w:r>
        <w:rPr>
          <w:b/>
        </w:rPr>
        <w:t xml:space="preserve">[1:27:46] </w:t>
      </w:r>
      <w:r>
        <w:t>atazdeer, fine. If one of us doesn't make a difference. "If Islam is you are good to others, if Islam is you are not, you know, hurting the mind, you know, living peacefully in a society, that is more than enough.</w:t>
      </w:r>
    </w:p>
    <w:p>
      <w:pPr>
        <w:jc w:val="right"/>
      </w:pPr>
      <w:r>
        <w:t>اٹازدیر،فائن۔ای ونافاٹازناٹدیر،ڈزنٹمیکاڈیفرنس ۔" ایزلانگایزیوآرگڈٹوادر،ایزلانگایزیوآر ناٹ یونوہرٹنگدیماینڈ یونو لیونگپیسفلیاناےسوسائٹی، دیٹازموردینانف۔</w:t>
      </w:r>
    </w:p>
    <w:p>
      <w:r>
        <w:rPr>
          <w:b/>
        </w:rPr>
        <w:t xml:space="preserve">[1:27:59] </w:t>
      </w:r>
      <w:r>
        <w:t>I would like to know from your perspective what is the direct aim point of view from Islam's perspective.</w:t>
      </w:r>
    </w:p>
    <w:p>
      <w:pPr>
        <w:jc w:val="right"/>
      </w:pPr>
      <w:r>
        <w:t>آئیوڈلائکٹو نوفرامیورپرسپیکٹوواٹازدیکریکٹ آئیمینپوائنٹآفویوفرام اسلام کپرسپیکٹو۔</w:t>
      </w:r>
    </w:p>
    <w:p>
      <w:r>
        <w:rPr>
          <w:b/>
        </w:rPr>
        <w:t xml:space="preserve">[1:28:08] </w:t>
      </w:r>
      <w:r>
        <w:t>dekhen, is tarah ke jo log hain na, in ki ghalti kia hai?</w:t>
      </w:r>
    </w:p>
    <w:p>
      <w:pPr>
        <w:jc w:val="right"/>
      </w:pPr>
      <w:r>
        <w:t>دیکھیں،اسطرحکےجولوگہیںنا، انکیغلطیکیاہے؟</w:t>
      </w:r>
    </w:p>
    <w:p>
      <w:r>
        <w:rPr>
          <w:b/>
        </w:rPr>
        <w:t xml:space="preserve">[1:28:13] </w:t>
      </w:r>
      <w:r>
        <w:t>wo mazhab ke naam se sirf culture ko jante hain. kuch rituals jab bhi naam lete hain, wo religion ka, kyun ke mind mein kia hota hai?</w:t>
      </w:r>
    </w:p>
    <w:p>
      <w:pPr>
        <w:jc w:val="right"/>
      </w:pPr>
      <w:r>
        <w:t>وہ مذہبکےنام سے صرفکلچرکوجانتےہیں۔ کچھ ریچ ولز جببھی نام لیتےہیں،وہریلیجنکا ،کیونکہمائنڈمیںکیاہوتاہے؟</w:t>
      </w:r>
    </w:p>
    <w:p>
      <w:r>
        <w:rPr>
          <w:b/>
        </w:rPr>
        <w:t xml:space="preserve">[1:28:24] </w:t>
      </w:r>
      <w:r>
        <w:t>isi set of rituals. to set of rituals ka taluq koi morality se hai na. samajhte hain ke morality ek alag cheez hai aur yeh ek alag cheez hai.</w:t>
      </w:r>
    </w:p>
    <w:p>
      <w:pPr>
        <w:jc w:val="right"/>
      </w:pPr>
      <w:r>
        <w:t>اسیٹآفریچولز۔ تو سیٹآفریچولز کاتعلق کوئی موریلٹیسےہےنہیں۔ سمجھتےہیںکہموریلٹی ایکالگچیزہےاوریہایکالگچیزہے۔</w:t>
      </w:r>
    </w:p>
    <w:p>
      <w:r>
        <w:rPr>
          <w:b/>
        </w:rPr>
        <w:t xml:space="preserve">[1:28:35] </w:t>
      </w:r>
      <w:r>
        <w:t>main kehta hoon, wo mazhab nahin hai, wo religion nahin hai. wo</w:t>
      </w:r>
    </w:p>
    <w:p>
      <w:pPr>
        <w:jc w:val="right"/>
      </w:pPr>
      <w:r>
        <w:t>میںکہتاہوں،وہمذہبینہیںہے، وہ ریلیجننہیںہے۔وہ</w:t>
      </w:r>
    </w:p>
    <w:p>
      <w:r>
        <w:rPr>
          <w:b/>
        </w:rPr>
        <w:t xml:space="preserve">[1:28:39] </w:t>
      </w:r>
      <w:r>
        <w:t>us waqt jo religion hai hinduon mein ya musalmanon mein bhi, wo religion nahin hai kyun ke wo rituals ko unhon ne islam samajh rakha hai. rituals ko islam samajh rakha hai hinduon ne bhi aur musalmanon ne bhi.</w:t>
      </w:r>
    </w:p>
    <w:p>
      <w:pPr>
        <w:jc w:val="right"/>
      </w:pPr>
      <w:r>
        <w:t>اسوقت جوریلیجنہےہندوؤںمیںیامسلمانوںمیںبھی، وہریلیجنہینہیںہے کیونکہوہریچ ولزکوانہوںنے اسلام سمجھرکھاہے۔ ریچولزکواسلام سمجھرکھاہے ہندو ؤںنےبھیاور مسلمانوںنےبھی۔</w:t>
      </w:r>
    </w:p>
    <w:p>
      <w:r>
        <w:rPr>
          <w:b/>
        </w:rPr>
        <w:t xml:space="preserve">[1:28:52] </w:t>
      </w:r>
      <w:r>
        <w:t>to yeh baat is liye kehte hain, warna speed ke baghair morality kahan se layenge aap? speed na ho to world values kahan se layenge aap? kahan se layenge aap? speed hogi tab world values janam lengi.</w:t>
      </w:r>
    </w:p>
    <w:p>
      <w:pPr>
        <w:jc w:val="right"/>
      </w:pPr>
      <w:r>
        <w:t>تو یہباتاسیلیےکہتےہیں،ورنہ اسپیڈکےبغیرموریلٹیکہاںسےلائیںگےآپ؟ اسپیڈنہہوتوورلڈویلیوزکہاںسےلائیںگےآپ ؟ کہاںسےلائیںگےآپ؟اسپیڈ ہوگی تب ورلڈویلیوزجنملیںگی۔</w:t>
      </w:r>
    </w:p>
    <w:p>
      <w:r>
        <w:rPr>
          <w:b/>
        </w:rPr>
        <w:t xml:space="preserve">[1:29:06] </w:t>
      </w:r>
      <w:r>
        <w:t>kya jo log yeh baatein karte hain, wo dikhaen kahin ke baghair speed paida kiye hue unhon ne logon ke andar ooncha character bana liya?</w:t>
      </w:r>
    </w:p>
    <w:p>
      <w:pPr>
        <w:jc w:val="right"/>
      </w:pPr>
      <w:r>
        <w:t>کیا جولوگیہباتیںکرتےہیں، وہ دکھائیں کہیں کہبغیراسپیڈ پیدا کیےہوئے انہوںنے لوگوںکےاندر اونچاکریکٹربنالیا؟</w:t>
      </w:r>
    </w:p>
    <w:p>
      <w:r>
        <w:rPr>
          <w:b/>
        </w:rPr>
        <w:t xml:space="preserve">[1:29:14] </w:t>
      </w:r>
      <w:r>
        <w:t>aisa koi example nahin hai. aisa koi society aisi nahin hai, aisa koi society nahin hai. shanti niketan jo banaya tha unhon ne, tagore ne, wahan kuch aisi milta julta idea tha.</w:t>
      </w:r>
    </w:p>
    <w:p>
      <w:pPr>
        <w:jc w:val="right"/>
      </w:pPr>
      <w:r>
        <w:t>ایسیکوئیایگزامپلنہیںہے۔ایسا کوئیسوسائٹیایسینہیںہے، ایسیکوئیسوسائٹینہیںہے۔ شانتینکیتنجوبنایاتھاانہوںنے،ٹیگورنے، وہاںکچھ اسیسےملتاجلتا آئیڈیاتھا۔</w:t>
      </w:r>
    </w:p>
    <w:p>
      <w:r>
        <w:rPr>
          <w:b/>
        </w:rPr>
        <w:t xml:space="preserve">[1:29:25] </w:t>
      </w:r>
      <w:r>
        <w:t>to wo ek bhain nahin paida hua aadmi, kuch bhain nahin.</w:t>
      </w:r>
    </w:p>
    <w:p>
      <w:pPr>
        <w:jc w:val="right"/>
      </w:pPr>
      <w:r>
        <w:t>تووہایکبھینہیںپیدا ہواآدمی، کچھبھینہیں ۔</w:t>
      </w:r>
    </w:p>
    <w:p>
      <w:r>
        <w:rPr>
          <w:b/>
        </w:rPr>
        <w:t xml:space="preserve">[1:29:30] </w:t>
      </w:r>
      <w:r>
        <w:t>to moral values jab tak in calculate nahin hote apne aadmi ke andar, tab tak moral behavior nahin aa sakta. moral behavior aaye kaise bhai?</w:t>
      </w:r>
    </w:p>
    <w:p>
      <w:pPr>
        <w:jc w:val="right"/>
      </w:pPr>
      <w:r>
        <w:t>تو مورل ویلیوزجبتک انکلکیٹنہیںہوتےاپنےآدمیکےاندر، تبتک مورلبیہیویئرنہیںآسکتا۔ مورلبیہیویئرآئےکیسےبھئی؟</w:t>
      </w:r>
    </w:p>
    <w:p>
      <w:r>
        <w:rPr>
          <w:b/>
        </w:rPr>
        <w:t xml:space="preserve">[1:29:41] </w:t>
      </w:r>
      <w:r>
        <w:t>jab tak speed na andar ho. is is ya speed ka sab se zyada bara source jo islam hai, kyun ke islam mein jo accountability ka concept hai, wo moral values paida karta hai.</w:t>
      </w:r>
    </w:p>
    <w:p>
      <w:pPr>
        <w:jc w:val="right"/>
      </w:pPr>
      <w:r>
        <w:t>جبتک اسپیڈنہاندرہو ۔ اس اس یاسپیڈکاسبسےزیادہ بڑا سورسجواسلام ہے، کیونکہاسلام میںجو اکاؤنٹی بلٹیکاکانسیپٹہے، وہ مورلویلیوزپیدا کرتاہے۔</w:t>
      </w:r>
    </w:p>
    <w:p>
      <w:r>
        <w:rPr>
          <w:b/>
        </w:rPr>
        <w:t xml:space="preserve">[1:29:54] </w:t>
      </w:r>
      <w:r>
        <w:t>doosre kahin bhai accountability ka concept nahin hai.</w:t>
      </w:r>
    </w:p>
    <w:p>
      <w:pPr>
        <w:jc w:val="right"/>
      </w:pPr>
      <w:r>
        <w:t>دوسرےکہیںبھیاکاؤنٹیبلٹیکاکانسیپٹنہیںہے۔</w:t>
      </w:r>
    </w:p>
    <w:p>
      <w:r>
        <w:rPr>
          <w:b/>
        </w:rPr>
        <w:t xml:space="preserve">[1:29:58] </w:t>
      </w:r>
      <w:r>
        <w:t>to main samajhta hoon ke islam hi mein is ka jawab hai ke how to establish a moral based society.</w:t>
      </w:r>
    </w:p>
    <w:p>
      <w:pPr>
        <w:jc w:val="right"/>
      </w:pPr>
      <w:r>
        <w:t>تومیںسمجھتاہوںکہاسلام ہیمیں اسکاجوابہے کہہاؤٹواسٹیبلش ا ےمورلبیسڈسوسائٹی۔</w:t>
      </w:r>
    </w:p>
    <w:p>
      <w:r>
        <w:rPr>
          <w:b/>
        </w:rPr>
        <w:t xml:space="preserve">[1:30:08] </w:t>
      </w:r>
      <w:r>
        <w:t>ke accountability ka concept paida kijiye aur phir us ke baad. log log is mein compare karte hain aaj ki muslim society ko islam ke concepts se.</w:t>
      </w:r>
    </w:p>
    <w:p>
      <w:pPr>
        <w:jc w:val="right"/>
      </w:pPr>
      <w:r>
        <w:t>کہاکاؤنٹیبلٹیکاکانسیپٹپیداکیجئے اورپھراسکےبعد ۔لوگ لوگ اسمیںکمپیئرکرتے ہیں آجکیمسلمسوسائٹیکو اسلام کےکانسیپٹسے۔</w:t>
      </w:r>
    </w:p>
    <w:p>
      <w:r>
        <w:rPr>
          <w:b/>
        </w:rPr>
        <w:t xml:space="preserve">[1:30:21] </w:t>
      </w:r>
      <w:r>
        <w:t>aaj ki muslim society islam ko represent nahin karti,</w:t>
      </w:r>
    </w:p>
    <w:p>
      <w:pPr>
        <w:jc w:val="right"/>
      </w:pPr>
      <w:r>
        <w:t>آجکیمسلمسوسائٹی اسلام کو ریپریزنٹنہیںکرتی،</w:t>
      </w:r>
    </w:p>
    <w:p>
      <w:r>
        <w:rPr>
          <w:b/>
        </w:rPr>
        <w:t xml:space="preserve">[1:30:25] </w:t>
      </w:r>
      <w:r>
        <w:t>wo ek bigde hue culture ko represent karti hai. wo to islam ki speed paida nahin ki gayi logon ke andar. ab yeh dekhen ke do log baithe hue hain jo hate se bhare rehte the pehle, hate.</w:t>
      </w:r>
    </w:p>
    <w:p>
      <w:pPr>
        <w:jc w:val="right"/>
      </w:pPr>
      <w:r>
        <w:t>وہ ایکبگڑےہوئےکلچرکو ریپریزنٹکرتیہے۔وہ تو اسلام کیاسپیڈپیداہینہیںکیگئیلوگوںکےاندر۔ ابیہدیکھیںکہدولوگبیٹھےہوئےہیںجو ہیٹسےبھرےرہتےتھےپہلے ، ہیٹسے۔</w:t>
      </w:r>
    </w:p>
    <w:p>
      <w:r>
        <w:rPr>
          <w:b/>
        </w:rPr>
        <w:t xml:space="preserve">[1:30:36] </w:t>
      </w:r>
      <w:r>
        <w:t>aaj inse aap poochhiye, aap un ke dil mein hate khatam ho gaya aur love towards humanity aa gaya un ke andar. to yeh kaun karta hai? to koi karta nahin.</w:t>
      </w:r>
    </w:p>
    <w:p>
      <w:pPr>
        <w:jc w:val="right"/>
      </w:pPr>
      <w:r>
        <w:t>آج انسےآپپوچھیے،آپ انکےدلمیں ہیٹختمہوگیااور لو ٹورڈز ہیومنٹیآگیاانکےاندر۔ تویہکونکرتاہے؟توکوئیکرتانہیں ۔</w:t>
      </w:r>
    </w:p>
    <w:p>
      <w:r>
        <w:rPr>
          <w:b/>
        </w:rPr>
        <w:t xml:space="preserve">[1:30:48] </w:t>
      </w:r>
      <w:r>
        <w:t>to sab se pehle aap logon ke andar speed paida kijiye, tab moral values aayenge aur phir moral behavior paida hoga. to wo log jo kehte hain, wo is liye kehte hain kyun ke jo jo model hai mazhab ka, wo hai that is based on and spirituals.</w:t>
      </w:r>
    </w:p>
    <w:p>
      <w:pPr>
        <w:jc w:val="right"/>
      </w:pPr>
      <w:r>
        <w:t>تو سبسے پہلے آپ لوگوںکےاندراسپیڈپیداکیجئے، تب مورلویلیوزآئیںگیاورپھرمورلبیہیویئرپیدا ہوگا۔ تووہلوگجوکہتےہیں،وہاسلیےکہتےہیںکیونکہجو جوماڈلہےمذہبکا، وہ ہے دیٹازبیسڈآن اینڈاسپیریچولز۔</w:t>
      </w:r>
    </w:p>
    <w:p>
      <w:r>
        <w:rPr>
          <w:b/>
        </w:rPr>
        <w:t xml:space="preserve">[1:31:07] </w:t>
      </w:r>
      <w:r>
        <w:t>dead spirituals, is liye aesa kehte hain.</w:t>
      </w:r>
    </w:p>
    <w:p>
      <w:pPr>
        <w:jc w:val="right"/>
      </w:pPr>
      <w:r>
        <w:t>ڈیڈاسپیریچولز، اسلیےایساکہتےہیں۔</w:t>
      </w:r>
    </w:p>
    <w:p>
      <w:r>
        <w:rPr>
          <w:b/>
        </w:rPr>
        <w:t xml:space="preserve">[1:31:11] </w:t>
      </w:r>
      <w:r>
        <w:t>Maulana, another point of charge associated with us: they say that to with the God as one or two or millions and trillions.</w:t>
      </w:r>
    </w:p>
    <w:p>
      <w:pPr>
        <w:jc w:val="right"/>
      </w:pPr>
      <w:r>
        <w:t>مولانا،انادرپوائنٹوچاز ایسوسیٹڈوددساز: دےسے دی ٹویدرگاڈازون اور ٹواورتھریاور مل ینزاینڈٹریلینز۔</w:t>
      </w:r>
    </w:p>
    <w:p>
      <w:r>
        <w:rPr>
          <w:b/>
        </w:rPr>
        <w:t xml:space="preserve">[1:31:20] </w:t>
      </w:r>
      <w:r>
        <w:t>They say, "The to I should that be or concerned to the debate godhead with that as one or divided?" We are living in a society, why not to live peacefully and get into the debate of godheads being us or divided?</w:t>
      </w:r>
    </w:p>
    <w:p>
      <w:pPr>
        <w:jc w:val="right"/>
      </w:pPr>
      <w:r>
        <w:t>دےسےدیٹوائی شوڈاٹبی اور کنسرنٹوڈیبیٹ گاڈہڈویدراٹاز ون اورڈیوائیڈڈ؟ ویآرلیونگاناےسوسائٹی، وائیناٹٹولیو پیسفلیاینڈگیٹانٹو دیڈیبیٹ آف گاڈہڈز بینگون نساور ڈیوائیڈڈ؟</w:t>
      </w:r>
    </w:p>
    <w:p>
      <w:r>
        <w:rPr>
          <w:b/>
        </w:rPr>
        <w:t xml:space="preserve">[1:31:37] </w:t>
      </w:r>
      <w:r>
        <w:t>so how would you take up this? kahan peacefully kahan reh rahe hain</w:t>
      </w:r>
    </w:p>
    <w:p>
      <w:pPr>
        <w:jc w:val="right"/>
      </w:pPr>
      <w:r>
        <w:t>سوہاؤڈویوٹیکاپدس؟ کہاںپیسفلیکہاںرہرہےہیں</w:t>
      </w:r>
    </w:p>
    <w:p>
      <w:r>
        <w:rPr>
          <w:b/>
        </w:rPr>
        <w:t xml:space="preserve">[1:31:40] </w:t>
      </w:r>
      <w:r>
        <w:t>? exploitation itna zyada hai har country mein kyun ke log fearless ho gaye hain. yani koi had nahin hai corruption ki aur exploitation ki.</w:t>
      </w:r>
    </w:p>
    <w:p>
      <w:pPr>
        <w:jc w:val="right"/>
      </w:pPr>
      <w:r>
        <w:t>؟ ایکسپلائٹیشناتنازیادہ ہے ہرکنٹریمیں کیونکہلوگ فیئرلیسہوگئےہیں۔ یعنیکوئیحد نہیںہے کرپشنکیاورایکسپلائٹیشنکی۔</w:t>
      </w:r>
    </w:p>
    <w:p>
      <w:r>
        <w:rPr>
          <w:b/>
        </w:rPr>
        <w:t xml:space="preserve">[1:31:51] </w:t>
      </w:r>
      <w:r>
        <w:t>peacefuly kahan reh rahe hain woh? jo log aisa kehte hain to woh batayein ke woh konsi society hai jis ki baat kar rahe hain woh? kahan peaceful tareeqe se log reh rahe hain?</w:t>
      </w:r>
    </w:p>
    <w:p>
      <w:pPr>
        <w:jc w:val="right"/>
      </w:pPr>
      <w:r>
        <w:t>پیسفلیکہاںرہ رہےہیںوہ ؟جولوگایساکہتےہیںتو وہبتائیںکہوہکونسیسوسائٹیہےجسکیباتکررہےہیںوہ ؟ کہاںپیسفلیطریقےسےلوگرہرہےہیں؟</w:t>
      </w:r>
    </w:p>
    <w:p>
      <w:r>
        <w:rPr>
          <w:b/>
        </w:rPr>
        <w:t xml:space="preserve">[1:32:01] </w:t>
      </w:r>
      <w:r>
        <w:t>kahin bhi nahi reh raha. exploitation hai, corruption hai har taraf, bilkul ek museebat hai.</w:t>
      </w:r>
    </w:p>
    <w:p>
      <w:pPr>
        <w:jc w:val="right"/>
      </w:pPr>
      <w:r>
        <w:t>کہیںبھینہیںرہے۔ ایکسپلائٹیشنہے، کرپشنہےہرطرف،بالکل ایکمصیبت ہے۔</w:t>
      </w:r>
    </w:p>
    <w:p>
      <w:r>
        <w:rPr>
          <w:b/>
        </w:rPr>
        <w:t xml:space="preserve">[1:32:07] </w:t>
      </w:r>
      <w:r>
        <w:t>yani kal hamare judges jahan se hum dawa lete hain, nahi nizamuddin bestm. unhone bataya ke government ke jo hospitals hain, woh humko order de denge aur bohat zyada dawaein mangwa lenge aur payment nahi karenge balka. latkaay rehte hain hum, bohat dinon tak dete nahi paisa.</w:t>
      </w:r>
    </w:p>
    <w:p>
      <w:pPr>
        <w:jc w:val="right"/>
      </w:pPr>
      <w:r>
        <w:t>یعنیکل ہمارے ججزہاںسےہم دوالیتےہیں،نہیں نظامالدینبیسٹمیں۔ انہوںنےبتایاکہ گورنمنٹکےجوہاسپٹلزہیں، وہہمکوآرڈردےدیںگے اوربہت زیادہ دوائیںمنگالیںگے اور پ یمنٹہینہیںکریںگےبلکا۔لٹک ےرہتےہیںہم ،بہت دنوںتک دیتےنہیںپیسہ۔</w:t>
      </w:r>
    </w:p>
    <w:p>
      <w:r>
        <w:rPr>
          <w:b/>
        </w:rPr>
        <w:t xml:space="preserve">[1:32:28] </w:t>
      </w:r>
      <w:r>
        <w:t>aisi ek aisi baat maine keh di, warna poora poora poori society corrupt ho gayi hai.</w:t>
      </w:r>
    </w:p>
    <w:p>
      <w:pPr>
        <w:jc w:val="right"/>
      </w:pPr>
      <w:r>
        <w:t>ایسی ایکایسیباتمیںنےکہہدی،ورنہ پوراپورا پوری سوسائٹیکرپٹہوگئیہے۔</w:t>
      </w:r>
    </w:p>
    <w:p>
      <w:r>
        <w:rPr>
          <w:b/>
        </w:rPr>
        <w:t xml:space="preserve">[1:32:35] </w:t>
      </w:r>
      <w:r>
        <w:t>haan, yeh yeh toh galat baat hai ke hum peaceful tareeqe se reh rahe hain. kahan reh rahe ho bhai? dekhein, islam ke baghair aapko na toh yani starting point maloom hota,</w:t>
      </w:r>
    </w:p>
    <w:p>
      <w:pPr>
        <w:jc w:val="right"/>
      </w:pPr>
      <w:r>
        <w:t>ہاں، یہ یہتوغلطباتہےکہہمپیسفلیطریقےسےرہرہےہیں۔ کہاںرہرہےہوبھئی؟ دیکھیں، اسلام کےبغیرآپکو نہتو یعنی سٹارٹنگپوائنٹمعلومہوتا،</w:t>
      </w:r>
    </w:p>
    <w:p>
      <w:r>
        <w:rPr>
          <w:b/>
        </w:rPr>
        <w:t xml:space="preserve">[1:32:51] </w:t>
      </w:r>
      <w:r>
        <w:t>na aapko yeh pata chalta ke yani ethical system ki kya base hai.</w:t>
      </w:r>
    </w:p>
    <w:p>
      <w:pPr>
        <w:jc w:val="right"/>
      </w:pPr>
      <w:r>
        <w:t>نہآپکویہپتہچلتا کہ یعنی ایتھیکلسسٹمکی کیا بیسہے۔</w:t>
      </w:r>
    </w:p>
    <w:p>
      <w:r>
        <w:rPr>
          <w:b/>
        </w:rPr>
        <w:t xml:space="preserve">[1:33:00] </w:t>
      </w:r>
      <w:r>
        <w:t>kisi bhi cheez ke bare mein aapko clear cut yani idea nahi milta, tab confusion hi confusion milta hai.</w:t>
      </w:r>
    </w:p>
    <w:p>
      <w:pPr>
        <w:jc w:val="right"/>
      </w:pPr>
      <w:r>
        <w:t>کسی بھیچیزکےبارےمیںآپکو کلیئرکٹ یعنی آئیڈیانہیںملتا، تب کنفیوژنہیکنفیوژنملتاہے۔</w:t>
      </w:r>
    </w:p>
    <w:p>
      <w:r>
        <w:rPr>
          <w:b/>
        </w:rPr>
        <w:t xml:space="preserve">[1:33:11] </w:t>
      </w:r>
      <w:r>
        <w:t>main toh mera tajurba toh yehi hai. Maulana sahib, speed develop karna yeh toh bada ahem kaam hai. yeh kaise kiya jaye ke kyunke aap keh rahe hain ke yeh toh hai hi nahi, saare rituals pe hi</w:t>
      </w:r>
    </w:p>
    <w:p>
      <w:pPr>
        <w:jc w:val="right"/>
      </w:pPr>
      <w:r>
        <w:t>میں تو میراتجربہتویہیہے۔ مول اناصاحب،اسپیڈ ڈیولپ کرنا یہتو بڑالمباکام ہے۔یہ کیسے کیا جائے کہ کیونکہآپ کہہرہےہیںکہیہتو ہےہینہیں،سارےریچولزپہہی</w:t>
      </w:r>
    </w:p>
    <w:p>
      <w:r>
        <w:rPr>
          <w:b/>
        </w:rPr>
        <w:t xml:space="preserve">[1:33:28] </w:t>
      </w:r>
      <w:r>
        <w:t>based hai. toh kya structure aur speed saath chalana chahiye? kya karna chahiye? ek dilchasp mujhe qissa aata hai Oxford university ka.</w:t>
      </w:r>
    </w:p>
    <w:p>
      <w:pPr>
        <w:jc w:val="right"/>
      </w:pPr>
      <w:r>
        <w:t>بیسڈہے۔ توکیا اسٹرکچراور اسپی ڈ ساتھ چلاناچاہیے؟کیا کرناچاہیے؟ ایکدل چسپمجھے قصہآتاہے آکسفورڈ یونیورسٹیکا۔</w:t>
      </w:r>
    </w:p>
    <w:p>
      <w:r>
        <w:rPr>
          <w:b/>
        </w:rPr>
        <w:t xml:space="preserve">[1:33:42] </w:t>
      </w:r>
      <w:r>
        <w:t>Oxford ka hai, kahan kahan ka hai woh, par sachha qissa maine chhapa tha usko ke ek aadmi gaya, uska uska bachcha padhta tha wahan.</w:t>
      </w:r>
    </w:p>
    <w:p>
      <w:pPr>
        <w:jc w:val="right"/>
      </w:pPr>
      <w:r>
        <w:t>آکسفورڈکاہے،کہاںکہیںکاہےوہ ، پرسچاقصہمیںنےچھاپاتھااسکو کہایکآدمیگیا،اسکا اسکابچہپڑھتاتھاوہاں ۔</w:t>
      </w:r>
    </w:p>
    <w:p>
      <w:r>
        <w:rPr>
          <w:b/>
        </w:rPr>
        <w:t xml:space="preserve">[1:33:52] </w:t>
      </w:r>
      <w:r>
        <w:t>toh usne kaha ke aap log jo padhate hain toh bes bes saal lag jaate hain</w:t>
      </w:r>
    </w:p>
    <w:p>
      <w:pPr>
        <w:jc w:val="right"/>
      </w:pPr>
      <w:r>
        <w:t>تواسنےکہاکہآپلوگ جو پڑھاتےہیں تو بیسبیسساللگجاتےہیں</w:t>
      </w:r>
    </w:p>
    <w:p>
      <w:r>
        <w:rPr>
          <w:b/>
        </w:rPr>
        <w:t xml:space="preserve">[1:33:57] </w:t>
      </w:r>
      <w:r>
        <w:t>kors poora hota hai. koi short tareeqa nikaliye ke aadmi saal do saal mein bachcha jo hai hamara padh ke nikal jaye.</w:t>
      </w:r>
    </w:p>
    <w:p>
      <w:pPr>
        <w:jc w:val="right"/>
      </w:pPr>
      <w:r>
        <w:t>،کورسپوراہوتاہے۔ کوئی شارٹطریقہنکالیےکہآدمی سالدوسالمیںبچہجوہےہماراپڑھکےنکلجائے۔</w:t>
      </w:r>
    </w:p>
    <w:p>
      <w:r>
        <w:rPr>
          <w:b/>
        </w:rPr>
        <w:t xml:space="preserve">[1:34:07] </w:t>
      </w:r>
      <w:r>
        <w:t>toh usne bohat thande tareeqe se kaha ke ke dekhein, do qism ke woh hote hain darakht. ek hai oak, hai oak ek ke oak, ek hai yeh kadu jo hota hai.</w:t>
      </w:r>
    </w:p>
    <w:p>
      <w:pPr>
        <w:jc w:val="right"/>
      </w:pPr>
      <w:r>
        <w:t>تو اسنےبہت ٹھنڈےطریقےسےکہاکہ کہدیکھیں، دوقسم کے وہہوتےہیںدرخت ۔ ایک ہے اوک،ہے او ایک کے اوک،ایکہےیہ کدوجوہوتاہے۔</w:t>
      </w:r>
    </w:p>
    <w:p>
      <w:r>
        <w:rPr>
          <w:b/>
        </w:rPr>
        <w:t xml:space="preserve">[1:34:20] </w:t>
      </w:r>
      <w:r>
        <w:t>keha kadu jo hai six month mein ban jata hai. pumpkin,</w:t>
      </w:r>
    </w:p>
    <w:p>
      <w:pPr>
        <w:jc w:val="right"/>
      </w:pPr>
      <w:r>
        <w:t>کہاکدوجوہےسکس منتھمیں بنجاتاہے۔ پمپکن ،</w:t>
      </w:r>
    </w:p>
    <w:p>
      <w:r>
        <w:rPr>
          <w:b/>
        </w:rPr>
        <w:t xml:space="preserve">[1:34:25] </w:t>
      </w:r>
      <w:r>
        <w:t>pumpkin, haan, aur chhe mahine se pehle khatam bhi ho jata hai. oak jo hai woh saikadon saal tak khada rehta hai. toh usne kaha ke aap jaisa result chahte ho, waisa aap aapko kadu chahte ho toh toh chhe mahine mein ho jayega.</w:t>
      </w:r>
    </w:p>
    <w:p>
      <w:pPr>
        <w:jc w:val="right"/>
      </w:pPr>
      <w:r>
        <w:t>پمپکن ،ہاں، اور چھم ہینےسےپہلےختمبھیہوجاتاہے۔ او کجوہےوہ سینکڑوںسالتککھڑارہتاہے۔ تواسنےکہاکہ آپجیسا رزلٹچاہتےہو، ویساآپ آپکدو چاہتےہوتو تو چھمہینےمیںہوجائےگا۔</w:t>
      </w:r>
    </w:p>
    <w:p>
      <w:r>
        <w:rPr>
          <w:b/>
        </w:rPr>
        <w:t xml:space="preserve">[1:34:44] </w:t>
      </w:r>
      <w:r>
        <w:t>oak chahte hain toh uske liye.</w:t>
      </w:r>
    </w:p>
    <w:p>
      <w:pPr>
        <w:jc w:val="right"/>
      </w:pPr>
      <w:r>
        <w:t>اوکچاہتےہیںتواسکےلیے۔</w:t>
      </w:r>
    </w:p>
    <w:p>
      <w:r>
        <w:rPr>
          <w:b/>
        </w:rPr>
        <w:t xml:space="preserve">[1:34:46] </w:t>
      </w:r>
      <w:r>
        <w:t>woh baat toh bilkul theek hai ke oak takleef aayegi. lekin sawal yeh hai ke ab kya tareeqa istemal kiya jaye ke ek majority sab logon ki speed develop ho? kyunke log toh yehi dekhte hain jo musalman kar rahe hain, usse islam ko relate karte hain.</w:t>
      </w:r>
    </w:p>
    <w:p>
      <w:pPr>
        <w:jc w:val="right"/>
      </w:pPr>
      <w:r>
        <w:t>وہباتتوبالکلٹھیکہے کہ اوک ٹیکسآئےگی ۔لیکن سوال یہہے کہ اب کیا طریقہ استعمال کیا جائے کہ ایک میجور ٹی سبلوگ وںکیاسپیڈ ڈیولپہو؟کیونکہ لوگ تویہیدیکھتےہیںجومس لمان کررہےہیں،اسسےاسلام کوریلیٹکرتے ہیں۔</w:t>
      </w:r>
    </w:p>
    <w:p>
      <w:r>
        <w:rPr>
          <w:b/>
        </w:rPr>
        <w:t xml:space="preserve">[1:35:06] </w:t>
      </w:r>
      <w:r>
        <w:t>you can't blame them. yeh yeh hai ke hamein apne ko improve karna hai aur.</w:t>
      </w:r>
    </w:p>
    <w:p>
      <w:pPr>
        <w:jc w:val="right"/>
      </w:pPr>
      <w:r>
        <w:t>یوکانٹبلیم دیم۔ یہیہہےکہہمیںاپنےکوامپرووکرناہے اور ۔</w:t>
      </w:r>
    </w:p>
    <w:p>
      <w:r>
        <w:rPr>
          <w:b/>
        </w:rPr>
        <w:t xml:space="preserve">[1:35:18] </w:t>
      </w:r>
      <w:r>
        <w:t>yeh maamla dekhein, main samajhta hoon ke yeh law of nature ka maamla hai. nature ka jo course hai, hamare paas koi doosra course nahi hai.</w:t>
      </w:r>
    </w:p>
    <w:p>
      <w:pPr>
        <w:jc w:val="right"/>
      </w:pPr>
      <w:r>
        <w:t>یہ معاملہدیکھیں،میں سمجھتاہوںکہیہ لاءآفنیچرکامعاملہہے۔ نیچرکاجو کورسہے، ہمارےپاسکوئیدوسراکورسنہیںہے۔</w:t>
      </w:r>
    </w:p>
    <w:p>
      <w:r>
        <w:rPr>
          <w:b/>
        </w:rPr>
        <w:t xml:space="preserve">[1:35:28] </w:t>
      </w:r>
      <w:r>
        <w:t>yeh hi course nature ka hai, doosra course koi nahi hai. jab bhi history mein koi aaya hai change toh isi tareeqe se aaya.</w:t>
      </w:r>
    </w:p>
    <w:p>
      <w:pPr>
        <w:jc w:val="right"/>
      </w:pPr>
      <w:r>
        <w:t>یہیکورسنیچرکاہے، دوسراکورسکوئینہیںہے۔ جب بھی ہسٹریمیںکوئی آیاہےچینجتواسیطریقےسےآیا۔</w:t>
      </w:r>
    </w:p>
    <w:p>
      <w:r>
        <w:rPr>
          <w:b/>
        </w:rPr>
        <w:t xml:space="preserve">[1:35:38] </w:t>
      </w:r>
      <w:r>
        <w:t>Rasool Allah Sallallahu Alaihi Wasallam ne dekhein, raat din raat din ek kiya, tezz saal tak. toh wahan pe ek society bani.</w:t>
      </w:r>
    </w:p>
    <w:p>
      <w:pPr>
        <w:jc w:val="right"/>
      </w:pPr>
      <w:r>
        <w:t>رسولاللہصلیاللہعلیہوسلمنےدیکھیں، راتدن راتدن ایککیا ، تئیسسال تک ۔ تووہاںپہایکسوسائٹیبنی ۔</w:t>
      </w:r>
    </w:p>
    <w:p>
      <w:r>
        <w:rPr>
          <w:b/>
        </w:rPr>
        <w:t xml:space="preserve">[1:35:49] </w:t>
      </w:r>
      <w:r>
        <w:t>mujhe batayein ke pichhle chaudah sau saal mein is tarah se kisne kaam kiya hai? ya aaj chaudah sau saal ka chhod dijiye, aaj kaun is tarah kaam kar raha hai?</w:t>
      </w:r>
    </w:p>
    <w:p>
      <w:pPr>
        <w:jc w:val="right"/>
      </w:pPr>
      <w:r>
        <w:t>مجھےبتائیںکہ پچھلےچودہسوسالمیں اسطرحسےکسنےکامکیاہے؟یاآج چودہسوسالکاچھوڑدیجئے، آج کوناسطرحکامکررہاہے؟</w:t>
      </w:r>
    </w:p>
    <w:p>
      <w:r>
        <w:rPr>
          <w:b/>
        </w:rPr>
        <w:t xml:space="preserve">[1:35:59] </w:t>
      </w:r>
      <w:r>
        <w:t>main toh akela hi hoon ke aap raat din same laga hi hoon. main toh koi kaam nahi karta. toh result nikle kaise? change lane ke liye so baras nahi chahiye.</w:t>
      </w:r>
    </w:p>
    <w:p>
      <w:pPr>
        <w:jc w:val="right"/>
      </w:pPr>
      <w:r>
        <w:t>میںتواکیلاہیہوںکہآپراتدناسیمیںلگاہیہوں۔ میںتوکوئیکامہینہیںکرتا۔ تو رزلٹنکلےکیسے؟ چینجلانےکےلیےسو برسنہیںچاہیے۔</w:t>
      </w:r>
    </w:p>
    <w:p>
      <w:r>
        <w:rPr>
          <w:b/>
        </w:rPr>
        <w:t xml:space="preserve">[1:36:08] </w:t>
      </w:r>
      <w:r>
        <w:t>change lane ke liye thode din chahiye. lekin aap uske liye dua kijiye, uske liye mehnat kijiye, uske liye apne ko yani usko apna concern banaiye. usko aisa karte hain nahi koi na.</w:t>
      </w:r>
    </w:p>
    <w:p>
      <w:pPr>
        <w:jc w:val="right"/>
      </w:pPr>
      <w:r>
        <w:t>چینجلانےکےلیے تھوڑےدنچاہیے۔ لیکن آپ اسکےلیےدعاکیجئے،اسکےلیےمحنتکیجئے، اسکےلیےاپنےکو یعنی اسکو اپناکنسرنبنائیے۔اسکو ایساکرتے ہینہیںکوئینا۔</w:t>
      </w:r>
    </w:p>
    <w:p>
      <w:r>
        <w:rPr>
          <w:b/>
        </w:rPr>
        <w:t xml:space="preserve">[1:36:24] </w:t>
      </w:r>
      <w:r>
        <w:t>yeh humein schoolon mein janta hoon ke teachers suppose kya tha ke teacher woh hai bachchon ko woh karega. kuch nahi karte teacher, kuch bhi nahi ke siwa paisa lene ke.</w:t>
      </w:r>
    </w:p>
    <w:p>
      <w:pPr>
        <w:jc w:val="right"/>
      </w:pPr>
      <w:r>
        <w:t>یہمیں اسکولوںمیںجانتاہوں کہ ٹیچرز سپوزکیاتھاکہٹیچرجوہےبچوںکووہکرےگا۔ کچھنہیںکرتے ٹیچر، کچھبھینہیںکےسواپیسہلینےکے۔</w:t>
      </w:r>
    </w:p>
    <w:p>
      <w:r>
        <w:rPr>
          <w:b/>
        </w:rPr>
        <w:t xml:space="preserve">[1:36:36] </w:t>
      </w:r>
      <w:r>
        <w:t>tumhare college mein wohi hain, siwa paisa lene ke unhein koi concern nahin hai.</w:t>
      </w:r>
    </w:p>
    <w:p>
      <w:pPr>
        <w:jc w:val="right"/>
      </w:pPr>
      <w:r>
        <w:t>تمہارے کالجمیںجوہیں، سواپیسہلینےکےانہیںکوئیکنسرننہیںہے۔</w:t>
      </w:r>
    </w:p>
    <w:p>
      <w:r>
        <w:rPr>
          <w:b/>
        </w:rPr>
        <w:t xml:space="preserve">[1:36:40] </w:t>
      </w:r>
      <w:r>
        <w:t>koi karte nahin hain koi. warna thode dinon mein change aa sakta hai. yaani mahine do mahine mein change aa sakta hai. lekin jab main aapko apna concern banaoon, aap ke liye dua karoon, aap ke liye koshish karoon.</w:t>
      </w:r>
    </w:p>
    <w:p>
      <w:pPr>
        <w:jc w:val="right"/>
      </w:pPr>
      <w:r>
        <w:t>کوئیکرتے ہینہیںکوئی۔ ورنہتھوڑےدنوںمیںچینجآسکتاہے۔ یعنیمہینےدومہینےمیںچینجآسکتاہے۔لیکن جب میں آپکواپناکنسرنبناؤں، آپ کےلیےدعاکروں،آپکےلیےکوششکروں۔</w:t>
      </w:r>
    </w:p>
    <w:p>
      <w:r>
        <w:rPr>
          <w:b/>
        </w:rPr>
        <w:t xml:space="preserve">[1:36:55] </w:t>
      </w:r>
      <w:r>
        <w:t>aaj ke jo teacher wohi hain, aaj ke jo professor wohi hain, unhein paise se matlab hai? paisa mil jaye ga toh qissa khatam.</w:t>
      </w:r>
    </w:p>
    <w:p>
      <w:pPr>
        <w:jc w:val="right"/>
      </w:pPr>
      <w:r>
        <w:t>آجکےجو ٹیچرجوہیں،آجکےجوپروفیسرجوہیں،انہیں پیسےسےمطلبہے ؟پیسہملجائےگاتوقصہختم ۔</w:t>
      </w:r>
    </w:p>
    <w:p>
      <w:r>
        <w:rPr>
          <w:b/>
        </w:rPr>
        <w:t xml:space="preserve">[1:37:04] </w:t>
      </w:r>
      <w:r>
        <w:t>main toh bohat dinon se yeh dekh raha hoon ke kuch bhi teacheron ko ya professoron ko dilchaspi nahin hai, siwa apne paise ki. ya hamare bachpan mein hota tha, hamare bachpan mein jo teacher hote the toh waqai uss waqt result nikalta tha. uss waqt ke log aaj se bohat alag the,</w:t>
      </w:r>
    </w:p>
    <w:p>
      <w:pPr>
        <w:jc w:val="right"/>
      </w:pPr>
      <w:r>
        <w:t>میںتو بہت دنوںسےیہدیکھرہاہوںکہ کچھ بھی ٹیچروںکویاپروفیسروںکودلچسپینہیںہے، سوااپنے پیسےکی۔ یا ہمارےبچپنمیںہوتاتھا، ہمارےبچپنمیںجوٹیچرہوتےتھے تو واقعیاسوقترزلٹنکلتاتھا۔اسوقت کےلوگ آجسےبہت الگتھے،</w:t>
      </w:r>
    </w:p>
    <w:p>
      <w:r>
        <w:rPr>
          <w:b/>
        </w:rPr>
        <w:t xml:space="preserve">[1:37:23] </w:t>
      </w:r>
      <w:r>
        <w:t>bohat alag the. ya jaise lahore mein ek teacher tha, woh hindu teacher tha, ek musalman ladka tha, uska naam tha mir jafar.</w:t>
      </w:r>
    </w:p>
    <w:p>
      <w:pPr>
        <w:jc w:val="right"/>
      </w:pPr>
      <w:r>
        <w:t>بہت الگتھے۔ یا جیسےلاہورمیںایکٹیچرتھا، وہہندو ٹیچرتھا، ایک مسلمانلڑکاتھا،اسکانامتھا میرجعفر ۔</w:t>
      </w:r>
    </w:p>
    <w:p>
      <w:r>
        <w:rPr>
          <w:b/>
        </w:rPr>
        <w:t xml:space="preserve">[1:37:33] </w:t>
      </w:r>
      <w:r>
        <w:t>toh us zamane ki baat hai, first world war ke zamane ki baat hai. toh woh bohat acha student tha, woh ek din nahin aaya.</w:t>
      </w:r>
    </w:p>
    <w:p>
      <w:pPr>
        <w:jc w:val="right"/>
      </w:pPr>
      <w:r>
        <w:t>تواسزمانےکیباتہے، فرسٹورلڈوارکےزمانےکیباتہے۔ تو وہبہتاچھا اسٹوڈنٹتھا،وہ ایکدنوہنہیںآیا۔</w:t>
      </w:r>
    </w:p>
    <w:p>
      <w:r>
        <w:rPr>
          <w:b/>
        </w:rPr>
        <w:t xml:space="preserve">[1:37:44] </w:t>
      </w:r>
      <w:r>
        <w:t>uss zamane mein musalmanon mein ek josh movement chalti thi, woh woh movement thi tehreek hijrat kehte the uss ko. uska naara tha ke darya-e-atak ke paar chalo, jaate hain jahan sab yaar, chalo qandhar, chalo qandhar, chalo.</w:t>
      </w:r>
    </w:p>
    <w:p>
      <w:pPr>
        <w:jc w:val="right"/>
      </w:pPr>
      <w:r>
        <w:t>اسزمانے میںمسلمانوںمیںایکجھوٹیموومنٹچلیتھی، وہ وہموومنٹتھی تحریکہجرت کہتےتھےاسکو۔ اسکانعرہتھاکہ دریائےاٹککےپار چلو، جاتےہیںجہاںسب یار،چلوقندھار،چلوقندھار،چلو۔</w:t>
      </w:r>
    </w:p>
    <w:p>
      <w:r>
        <w:rPr>
          <w:b/>
        </w:rPr>
        <w:t xml:space="preserve">[1:37:58] </w:t>
      </w:r>
      <w:r>
        <w:t>matlab india ko chhod chhod kar jao Afghanistan.</w:t>
      </w:r>
    </w:p>
    <w:p>
      <w:pPr>
        <w:jc w:val="right"/>
      </w:pPr>
      <w:r>
        <w:t>مطلب انڈیاکوچھوڑچھوڑکرجاؤافغان ستان ۔</w:t>
      </w:r>
    </w:p>
    <w:p>
      <w:r>
        <w:rPr>
          <w:b/>
        </w:rPr>
        <w:t xml:space="preserve">[1:38:02] </w:t>
      </w:r>
      <w:r>
        <w:t>india aur Afghanistan ke beech mein ek ek ek river hai, atak uska naam hai. atak toh darya-e-atak ke paar chalo, rehte hain jahan sab yaar, chalo.</w:t>
      </w:r>
    </w:p>
    <w:p>
      <w:pPr>
        <w:jc w:val="right"/>
      </w:pPr>
      <w:r>
        <w:t>انڈ یااورافغانستانکےبیچمیںایک ایکایک ریورہے،اٹکاسکانام ہے۔ اٹک تودریائےاٹککےپارچلو، رہتےہیںجہاںسبیار،چلو۔</w:t>
      </w:r>
    </w:p>
    <w:p>
      <w:r>
        <w:rPr>
          <w:b/>
        </w:rPr>
        <w:t xml:space="preserve">[1:38:11] </w:t>
      </w:r>
      <w:r>
        <w:t>hum toh hindu bhi yaar the hamare, kya wohi yaar the jo Afghanistan rehte the? woh yeh saare yaar nahin hamare. yeh woh insaan nahin, main bhi insaan hoon.</w:t>
      </w:r>
    </w:p>
    <w:p>
      <w:pPr>
        <w:jc w:val="right"/>
      </w:pPr>
      <w:r>
        <w:t>ہمتو ہندو بھییارتھےہمارے، کیاوہیارتھےجو افغانستان رہتےتھے؟وہ یہسارےیارہیںہمارے۔ یہوہانسانہیں،میںبھیانسانہوں۔</w:t>
      </w:r>
    </w:p>
    <w:p>
      <w:r>
        <w:rPr>
          <w:b/>
        </w:rPr>
        <w:t xml:space="preserve">[1:38:22] </w:t>
      </w:r>
      <w:r>
        <w:t>rasool Allah ne kaha tha ke alaihi salam, woh bhi insaan, main bhi insaan. lekin kya Allah diya hua hai ke Afghanistan chalo, wahan sab yaar rehte hain hamare, matlab musalman</w:t>
      </w:r>
    </w:p>
    <w:p>
      <w:pPr>
        <w:jc w:val="right"/>
      </w:pPr>
      <w:r>
        <w:t>رسولاللہنےکہاتھاکہ علیہالسلام ،وہبھیانسان،میںبھیانسان ۔ لیکن کیا اللہدیاہواہےکہافغانستان چلو،وہاںسبیاررہتےہیںہمارے، مطلبمسلمان</w:t>
      </w:r>
    </w:p>
    <w:p>
      <w:r>
        <w:rPr>
          <w:b/>
        </w:rPr>
        <w:t xml:space="preserve">[1:38:34] </w:t>
      </w:r>
      <w:r>
        <w:t>. toh uss se woh woh hua, influence hua, woh chala gaya, woh bhi bechara. ab agle din jab woh nahin aaya toh us hindu teacher ne class nahin liya.</w:t>
      </w:r>
    </w:p>
    <w:p>
      <w:pPr>
        <w:jc w:val="right"/>
      </w:pPr>
      <w:r>
        <w:t>۔تو اسسےوہ وہہوا ، انفلوئنسہوا، وہ چلاگیا،وہبھیبیچارہ۔ اباگلےدنجبوہنہیںآیاتو اس ہندو ٹیچرنےکلاسنہیںلیا۔</w:t>
      </w:r>
    </w:p>
    <w:p>
      <w:r>
        <w:rPr>
          <w:b/>
        </w:rPr>
        <w:t xml:space="preserve">[1:38:45] </w:t>
      </w:r>
      <w:r>
        <w:t>uss ne kaha ke bhai, baghair uss ke main class nahin le sakta. do din, teen din wait karta raha. pata chala ke woh toh chala gaya Afghanistan, ab nahin aye ga, tab class li bechare ne.</w:t>
      </w:r>
    </w:p>
    <w:p>
      <w:pPr>
        <w:jc w:val="right"/>
      </w:pPr>
      <w:r>
        <w:t>اسنےکہاکہبھائی،بغیراسکےمیںکلاسنہیںلےسکتا۔ دودن،تیندن ویٹکرتارہا۔پتہچلاکہوہتوابچلاگیاافغان ستان ، اب نہیںآئےگا،تب کلاسلےبیچارےنے۔</w:t>
      </w:r>
    </w:p>
    <w:p>
      <w:r>
        <w:rPr>
          <w:b/>
        </w:rPr>
        <w:t xml:space="preserve">[1:38:55] </w:t>
      </w:r>
      <w:r>
        <w:t>toh uss waqt teacheron mein woh aapko apna concern banate the. woh khud mere bachpan mein aisa hota tha.</w:t>
      </w:r>
    </w:p>
    <w:p>
      <w:pPr>
        <w:jc w:val="right"/>
      </w:pPr>
      <w:r>
        <w:t>تو اسوقت ٹیچروںمیں وہآپکواپناکنسرنبناتےتھے۔وہ خود میرےبچپنمیںایساہوتاتھا۔</w:t>
      </w:r>
    </w:p>
    <w:p>
      <w:r>
        <w:rPr>
          <w:b/>
        </w:rPr>
        <w:t xml:space="preserve">[1:39:03] </w:t>
      </w:r>
      <w:r>
        <w:t>toh uss waqt student jo the, woh waqai bohat aaj se bohat different hote the, aaj se. haan, ab teacheron ka concern nahin hai, bas teacheron ka concern kya hai? paisa, paisa, paisa, paisa.</w:t>
      </w:r>
    </w:p>
    <w:p>
      <w:pPr>
        <w:jc w:val="right"/>
      </w:pPr>
      <w:r>
        <w:t>تو اسوقت اسٹوڈنٹجوتھے،وہواقعیبہت آجسےبہتڈفرنٹہوتےتھے،آجسے۔ ہاں، ابٹیچروںکاکنسرننہیںہے، بس ٹیچروںکاکنسرنکیاہے؟پیسہ،پیسہ،پیسہ،پیسہ۔</w:t>
      </w:r>
    </w:p>
    <w:p>
      <w:r>
        <w:rPr>
          <w:b/>
        </w:rPr>
        <w:t xml:space="preserve">[1:39:16] </w:t>
      </w:r>
      <w:r>
        <w:t>student concern nahin hai aaj ke teacher ka. toh toh change aaye toh kaise aaye? change aaye, bilashuba change aa sakta hai aur chand mahine mein aa sakta hai change.</w:t>
      </w:r>
    </w:p>
    <w:p>
      <w:pPr>
        <w:jc w:val="right"/>
      </w:pPr>
      <w:r>
        <w:t>اسٹوڈنٹکنسرننہیںہےآجکےٹیچرکا۔ تو تو چینجآئےتوکیسےآئے؟چینجآئے، بلاشبہچینجآسکتاہے اور چندمہینےمیںآسکتاہےچینج۔</w:t>
      </w:r>
    </w:p>
    <w:p>
      <w:r>
        <w:rPr>
          <w:b/>
        </w:rPr>
        <w:t xml:space="preserve">[1:39:27] </w:t>
      </w:r>
      <w:r>
        <w:t>lekin aap uss ko apna concern banaye toh tab toh concern aap ka hai paisa. toh insaan kaise badal jaye ga?</w:t>
      </w:r>
    </w:p>
    <w:p>
      <w:pPr>
        <w:jc w:val="right"/>
      </w:pPr>
      <w:r>
        <w:t>لیکن آپاسکو اپناکنسرن بنائیںتو تبتو کنسرنآپکاہےپیسہ۔ تو انسان کیسےبدلجائےگا؟</w:t>
      </w:r>
    </w:p>
    <w:p>
      <w:r>
        <w:rPr>
          <w:b/>
        </w:rPr>
        <w:t xml:space="preserve">[1:39:43] </w:t>
      </w:r>
      <w:r>
        <w:t>how we can improve our relationship with Quran? bas khoob parhiye aur dua kijiye, khoob parhiye aur dua kijiye. jaise Hazrat Imam Taimiya jo the, woh Quran parhte the</w:t>
      </w:r>
    </w:p>
    <w:p>
      <w:pPr>
        <w:jc w:val="right"/>
      </w:pPr>
      <w:r>
        <w:t>ہاؤویکینامپروواور ریلیشنشپودقرآن؟ بسخوبپڑھیےاوردعاکیجئے، خوبپڑھیےاوردعاکیجئے۔جیسے حضرتامام تیمیہجوتھے، وہقرآنپڑھتےتھے</w:t>
      </w:r>
    </w:p>
    <w:p>
      <w:r>
        <w:rPr>
          <w:b/>
        </w:rPr>
        <w:t xml:space="preserve">[1:39:57] </w:t>
      </w:r>
      <w:r>
        <w:t>, ko nahin samajh aata toh namaz parh ke sajde mein dua karte the ke ya muallim-e-ibrahim, ilm ne aye ibrahim ko batane wale, mujhe bata de.</w:t>
      </w:r>
    </w:p>
    <w:p>
      <w:pPr>
        <w:jc w:val="right"/>
      </w:pPr>
      <w:r>
        <w:t>، کوئینہیںسمجھآتاتو نمازپڑھکےسجدےمیں دعاکرتے تھے کہیا معلمہابراہیم،علم نے اےابراہیمکوبتانےوالے،مجھےبتادے۔</w:t>
      </w:r>
    </w:p>
    <w:p>
      <w:r>
        <w:rPr>
          <w:b/>
        </w:rPr>
        <w:t xml:space="preserve">[1:40:09] </w:t>
      </w:r>
      <w:r>
        <w:t>dekhein, Quran ek aisi kitaab hai, ek ek exception hai woh ke Quran ka reader kisi bhi momin iske author se consult kar sakta hai.</w:t>
      </w:r>
    </w:p>
    <w:p>
      <w:pPr>
        <w:jc w:val="right"/>
      </w:pPr>
      <w:r>
        <w:t>دیکھیں،قرآنایکایسیبکہے، ایک ایکسی پشنلہےوہ کہ قرآنکاریڈر کسی بھی مومن اسکے آتھرسےکنسلٹکرسکتاہے۔</w:t>
      </w:r>
    </w:p>
    <w:p>
      <w:r>
        <w:rPr>
          <w:b/>
        </w:rPr>
        <w:t xml:space="preserve">[1:40:23] </w:t>
      </w:r>
      <w:r>
        <w:t>koi kitaab aisi nahin hai ke iske author se aap consult kar sakein.</w:t>
      </w:r>
    </w:p>
    <w:p>
      <w:pPr>
        <w:jc w:val="right"/>
      </w:pPr>
      <w:r>
        <w:t>کوئیبکایسینہیںہےکہاسکےآتھرسےآپکنسلٹکرسکیں۔</w:t>
      </w:r>
    </w:p>
    <w:p>
      <w:r>
        <w:rPr>
          <w:b/>
        </w:rPr>
        <w:t xml:space="preserve">[1:40:27] </w:t>
      </w:r>
      <w:r>
        <w:t>ji, main ne khud bar bar aisa kiya hai, dua kiya aur Allah ta'ala ne iska woh bata diya. mujhe waise ek bhi ayat aaj subah jo hai, Allah Allah ta'ala ne dua mujhe daali, uska yeh matlab hai.</w:t>
      </w:r>
    </w:p>
    <w:p>
      <w:pPr>
        <w:jc w:val="right"/>
      </w:pPr>
      <w:r>
        <w:t>جی، میںنےخودباربارایساکیا ہے، دعاکیا اور اللہ تعالینےاسکا وہبتادیا۔مجھےویسےایکبھیآیتآجصبحجو ہے،اللہ اللہ تعالینے دعامجھےڈالی،اسکایہمطلبہے۔</w:t>
      </w:r>
    </w:p>
    <w:p>
      <w:r>
        <w:rPr>
          <w:b/>
        </w:rPr>
        <w:t xml:space="preserve">[1:40:42] </w:t>
      </w:r>
      <w:r>
        <w:t>toh Quran ek aisi kitaab hai ke har momin aap iske author se consult kar sakte hain. acha, uss se bari blessing kya ho sakti hai? main samajhta hoon ke uss se toh bari blessing koi nahin ho sakti.</w:t>
      </w:r>
    </w:p>
    <w:p>
      <w:pPr>
        <w:jc w:val="right"/>
      </w:pPr>
      <w:r>
        <w:t>تو قرآنایکایسیبکہے کہہرمومنآپ اسکےآتھرسےکنسلٹکرسکتےہیں۔ اچھا،اسسےبڑیبلسنگکیاہوسکتیہے؟ میںسمجھتاہوںکہاسسےتوبڑیبلسنگکوئینہیںہوسکتی۔</w:t>
      </w:r>
    </w:p>
    <w:p>
      <w:r>
        <w:rPr>
          <w:b/>
        </w:rPr>
        <w:t xml:space="preserve">[1:40:55] </w:t>
      </w:r>
      <w:r>
        <w:t>khair, lamha uska author aapke saath ho. ji, Maulana, dera a big debate are regarding whether the concept of morality and spirituality.</w:t>
      </w:r>
    </w:p>
    <w:p>
      <w:pPr>
        <w:jc w:val="right"/>
      </w:pPr>
      <w:r>
        <w:t>خیر،لمحہ اسکا آتھرآپکےساتھ ہو ۔ جی، مولانا،دیرازا بگ ڈیبیٹ اہ ریگارڈنگ اہ ویدر دا کانسیپٹاف مورال ٹی اینڈسپرچ ویل ٹی۔</w:t>
      </w:r>
    </w:p>
    <w:p>
      <w:r>
        <w:rPr>
          <w:b/>
        </w:rPr>
        <w:t xml:space="preserve">[1:41:11] </w:t>
      </w:r>
      <w:r>
        <w:t>is it in born? is it innate while a baby is born? or is it developed over a period of time? is the spirit developed over a period of time? or is he born with those</w:t>
      </w:r>
    </w:p>
    <w:p>
      <w:pPr>
        <w:jc w:val="right"/>
      </w:pPr>
      <w:r>
        <w:t>ازدیٹ ان بورن؟ازدیٹ انیٹ وائل ابیبیازبورن؟ اور ازدیٹ ڈیولپڈاووراپیریڈافٹائم؟ازدیٹسپرٹڈیولپڈاووراپیریڈافٹائم؟اور ازہیبورنود دوز</w:t>
      </w:r>
    </w:p>
    <w:p>
      <w:r>
        <w:rPr>
          <w:b/>
        </w:rPr>
        <w:t xml:space="preserve">[1:41:24] </w:t>
      </w:r>
      <w:r>
        <w:t>thats? what is islam's perspective on this?</w:t>
      </w:r>
    </w:p>
    <w:p>
      <w:pPr>
        <w:jc w:val="right"/>
      </w:pPr>
      <w:r>
        <w:t>تھاٹس ؟واٹاز اسلام زپرسپیکٹوان دس؟</w:t>
      </w:r>
    </w:p>
    <w:p>
      <w:r>
        <w:rPr>
          <w:b/>
        </w:rPr>
        <w:t xml:space="preserve">[1:41:33] </w:t>
      </w:r>
      <w:r>
        <w:t>iske bare mein woh hadith maine sunai hai aap logon ko, woh uska woh hai ke kal mauluddu il yuladdu al fitrah, wa abahu yuhawwidanihi, aw yunasirrahi, aw yumajjisanihi</w:t>
      </w:r>
    </w:p>
    <w:p>
      <w:pPr>
        <w:jc w:val="right"/>
      </w:pPr>
      <w:r>
        <w:t>اسکےبارےمیں وہحدیثمیںنےسنائیہےآپلوگوںکو، وہیاسکا وہہے کہکل مول ودی یولد الفطرہ، وا بواہ یوبدانہیں ، او من صرانہیں ، او مج سانی</w:t>
      </w:r>
    </w:p>
    <w:p>
      <w:r>
        <w:rPr>
          <w:b/>
        </w:rPr>
        <w:t xml:space="preserve">[1:41:51] </w:t>
      </w:r>
      <w:r>
        <w:t>. har aadmi apni nature par paida hota hai. nature ka matlab hai right nature, kyunke ilahi al fitrah ka matlab right nature.</w:t>
      </w:r>
    </w:p>
    <w:p>
      <w:pPr>
        <w:jc w:val="right"/>
      </w:pPr>
      <w:r>
        <w:t>۔ہرآدمی اپنی نیچرپرپیدا ہوتاہے۔ نیچرکامطلبہے رائٹنیچر،کیونکہ الہیالف طرہکامطلبرائٹنیچر۔</w:t>
      </w:r>
    </w:p>
    <w:p>
      <w:r>
        <w:rPr>
          <w:b/>
        </w:rPr>
        <w:t xml:space="preserve">[1:42:03] </w:t>
      </w:r>
      <w:r>
        <w:t>phir kya hota hai ke ke maa baap isko ya to kirch banadete hain ya jub banadete hain ya woh banadete hain.</w:t>
      </w:r>
    </w:p>
    <w:p>
      <w:pPr>
        <w:jc w:val="right"/>
      </w:pPr>
      <w:r>
        <w:t>پھرکیاہوتاہے کہ کہ ماںباپاسکو یاتو کرچربنادیتےہیں یا جوبنادیتےہیںیا وہبنادیتےہیں۔</w:t>
      </w:r>
    </w:p>
    <w:p>
      <w:r>
        <w:rPr>
          <w:b/>
        </w:rPr>
        <w:t xml:space="preserve">[1:42:15] </w:t>
      </w:r>
      <w:r>
        <w:t>kya kehte hain isko? majusi banadete hain. majusi yeh parsi log hote hain jo. to</w:t>
      </w:r>
    </w:p>
    <w:p>
      <w:pPr>
        <w:jc w:val="right"/>
      </w:pPr>
      <w:r>
        <w:t>کیاکہتےہیںاسکو ؟ مج وسیبنادیتےہیں۔ مج وسییہپارسیلوگہوتےہیںجو ۔ تو</w:t>
      </w:r>
    </w:p>
    <w:p>
      <w:r>
        <w:rPr>
          <w:b/>
        </w:rPr>
        <w:t xml:space="preserve">[1:42:22] </w:t>
      </w:r>
      <w:r>
        <w:t>isse clear tor par yeh baat maloom hoti hai ke janm se koi aadmi bura nahi hai. janm se aadmi achha ya achha hai.</w:t>
      </w:r>
    </w:p>
    <w:p>
      <w:pPr>
        <w:jc w:val="right"/>
      </w:pPr>
      <w:r>
        <w:t>اسسے کلی ئرطورپریہباتمعلومہوتیہے کہ جنمسےکوئیآدمیبرانہیںہے۔ جنمسےآدمیاچھاہیاچھاہے۔</w:t>
      </w:r>
    </w:p>
    <w:p>
      <w:r>
        <w:rPr>
          <w:b/>
        </w:rPr>
        <w:t xml:space="preserve">[1:42:33] </w:t>
      </w:r>
      <w:r>
        <w:t>janm se woh better nature hai.</w:t>
      </w:r>
    </w:p>
    <w:p>
      <w:pPr>
        <w:jc w:val="right"/>
      </w:pPr>
      <w:r>
        <w:t>جنمسےوہبسٹرنیچرہے۔</w:t>
      </w:r>
    </w:p>
    <w:p>
      <w:r>
        <w:rPr>
          <w:b/>
        </w:rPr>
        <w:t xml:space="preserve">[1:42:37] </w:t>
      </w:r>
      <w:r>
        <w:t>janm se aaj har aadmi better nature hai. ab aata hai woh environment mein to iski conditioning hone lagti hai. to due to conditioning yeh sab baatein hoti hain.</w:t>
      </w:r>
    </w:p>
    <w:p>
      <w:pPr>
        <w:jc w:val="right"/>
      </w:pPr>
      <w:r>
        <w:t>جنمسےآجہرآدمیبسٹرنیچرہے۔ ابآتاہےوہ انوائرمنٹمیں تواسکیکنڈیشننگہونےلگتیہے۔ تو ڈیوٹوکنڈیشننگیہسبباتیںہوتیہیں۔</w:t>
      </w:r>
    </w:p>
    <w:p>
      <w:r>
        <w:rPr>
          <w:b/>
        </w:rPr>
        <w:t xml:space="preserve">[1:42:50] </w:t>
      </w:r>
      <w:r>
        <w:t>Watson ne yeh baat ko samjha tha, ek bar 50 percent samjha. Woh maine samjha conditioning jo hai woh eternal hai. Maine samjha eternal nahi hai.</w:t>
      </w:r>
    </w:p>
    <w:p>
      <w:pPr>
        <w:jc w:val="right"/>
      </w:pPr>
      <w:r>
        <w:t>واٹسننےیہباتکوسمجھاتھا،ایکبار 50پرسنٹسمجھا۔وہ میںنےسمجھاکنڈیشننگجوہےوہ ایٹرنلہے۔ میںسمجھتاہوںایٹرنلنہیںہے۔</w:t>
      </w:r>
    </w:p>
    <w:p>
      <w:r>
        <w:rPr>
          <w:b/>
        </w:rPr>
        <w:t xml:space="preserve">[1:42:59] </w:t>
      </w:r>
      <w:r>
        <w:t>phir aapko decondition kar sakte hain. yeh hai islam ka answer. maulana, in some islamic countries, imam has a very prominent role, especially iran.</w:t>
      </w:r>
    </w:p>
    <w:p>
      <w:pPr>
        <w:jc w:val="right"/>
      </w:pPr>
      <w:r>
        <w:t>پھرآپکوڈیکنڈیشنکرسکتےہیں۔ یہہےاسلام کاانسر ۔ مولانا،ان سم اہ اسلام ک کنٹریز ، امامہیزاویریپرومیننٹرول،اسپیشلیایران ۔</w:t>
      </w:r>
    </w:p>
    <w:p>
      <w:r>
        <w:rPr>
          <w:b/>
        </w:rPr>
        <w:t xml:space="preserve">[1:43:15] </w:t>
      </w:r>
      <w:r>
        <w:t>and in india, there is a very prominent role that</w:t>
      </w:r>
    </w:p>
    <w:p>
      <w:pPr>
        <w:jc w:val="right"/>
      </w:pPr>
      <w:r>
        <w:t>اینڈانانڈ یا، دیرازاویریلمیٹڈرولدیٹ</w:t>
      </w:r>
    </w:p>
    <w:p>
      <w:r>
        <w:rPr>
          <w:b/>
        </w:rPr>
        <w:t xml:space="preserve">[1:43:18] </w:t>
      </w:r>
      <w:r>
        <w:t>imam has. what exactly is a imam's role as per islamic court? dekhen, iran jo hai woh shia majority wahan par hai aur will be majority shiaon ki hai.</w:t>
      </w:r>
    </w:p>
    <w:p>
      <w:pPr>
        <w:jc w:val="right"/>
      </w:pPr>
      <w:r>
        <w:t>اامامہیز۔واٹایگزیکٹلی از ا ہاینام امز رول ایزپر اسلام ک کورٹ؟ دیکھیں،ایران جوہےوہ شیعہ میجورٹیوہاںپرہے اور ول بیمیجورٹیشیعوںکیہے۔</w:t>
      </w:r>
    </w:p>
    <w:p>
      <w:r>
        <w:rPr>
          <w:b/>
        </w:rPr>
        <w:t xml:space="preserve">[1:43:35] </w:t>
      </w:r>
      <w:r>
        <w:t>to yeh jo aapne kaha, imam ke do alag alag concept hain. shia ka alag hai, sunni ka alag hai.</w:t>
      </w:r>
    </w:p>
    <w:p>
      <w:pPr>
        <w:jc w:val="right"/>
      </w:pPr>
      <w:r>
        <w:t>تو یہجوآپنےکہا، امامکےدوالگالگکانسیپٹہیں۔ شیعہکاالگہے،سنیکاالگہے۔</w:t>
      </w:r>
    </w:p>
    <w:p>
      <w:r>
        <w:rPr>
          <w:b/>
        </w:rPr>
        <w:t xml:space="preserve">[1:43:42] </w:t>
      </w:r>
      <w:r>
        <w:t>main sunni. india mein majority sunniyon ki hai aur iran mein majority shiaon ki hai. dekhen, shia ke haan imam ka matlab hota hai bahut hi ek mysterious, bahut matlab hota hai ke poori community ke liye woh woh hai yani un questionable leader.</w:t>
      </w:r>
    </w:p>
    <w:p>
      <w:pPr>
        <w:jc w:val="right"/>
      </w:pPr>
      <w:r>
        <w:t>میںس نیہوں۔ انڈیامیںمیجورٹیسنیوںکیہے اور ایران میںمیجورٹیشیعوںکیہے۔ دیکھیں،شیعہکےہاںامامکامطلبہوتاہے بہت ہیایک مسٹیریس،بہت مطلبہوتاہے کہ پوری کمیونٹیکےلیے وہ وہہے یعنی ان کوئسچنیبل لیڈر۔</w:t>
      </w:r>
    </w:p>
    <w:p>
      <w:r>
        <w:rPr>
          <w:b/>
        </w:rPr>
        <w:t xml:space="preserve">[1:44:04] </w:t>
      </w:r>
      <w:r>
        <w:t>aap question nahi kar sakte isko. jo woh kehde, wahi sachai hai.</w:t>
      </w:r>
    </w:p>
    <w:p>
      <w:pPr>
        <w:jc w:val="right"/>
      </w:pPr>
      <w:r>
        <w:t>آپکوئسچننہیںکرسکتےاسکو۔جو وہکہہدے، وہی سچائیہے۔</w:t>
      </w:r>
    </w:p>
    <w:p>
      <w:r>
        <w:rPr>
          <w:b/>
        </w:rPr>
        <w:t xml:space="preserve">[1:44:10] </w:t>
      </w:r>
      <w:r>
        <w:t>to imam unke haan ek goya ek tarah se samjho jaise aap soch sakte hain, aap like prophet hota hai. woh as a prophet, yani practically aisa nahi ke isko prophet mante hon.</w:t>
      </w:r>
    </w:p>
    <w:p>
      <w:pPr>
        <w:jc w:val="right"/>
      </w:pPr>
      <w:r>
        <w:t>تو امامانکےہاںایک گویاایکطرحسےسمجھجیسےآپ سوچسکتےہیں،آپ لائک پرافٹہوتاہے۔وہ ایزاےپرافٹ، یعنیپریکٹیکلطورپر ایسانہیںکہاسکوپرافٹمانتےہوں۔</w:t>
      </w:r>
    </w:p>
    <w:p>
      <w:r>
        <w:rPr>
          <w:b/>
        </w:rPr>
        <w:t xml:space="preserve">[1:44:25] </w:t>
      </w:r>
      <w:r>
        <w:t>lekin practically inko wahi status dete hain, woh jo prophet ka hota hai. lekin hum isko bilkul hum log nahi mante.</w:t>
      </w:r>
    </w:p>
    <w:p>
      <w:pPr>
        <w:jc w:val="right"/>
      </w:pPr>
      <w:r>
        <w:t>لیکن پریکٹیکلطورپر انکو وہی اسٹیٹسدیتےہیں،وہجو پ رافٹکاہوتاہے۔ لیکن ہماسکو بالکل ہملوگنہیںمانتے۔</w:t>
      </w:r>
    </w:p>
    <w:p>
      <w:r>
        <w:rPr>
          <w:b/>
        </w:rPr>
        <w:t xml:space="preserve">[1:44:34] </w:t>
      </w:r>
      <w:r>
        <w:t>hum isko galat samajhte hain. hamara jo imam hai, woh sirf namaz ko lead karne ke liye</w:t>
      </w:r>
    </w:p>
    <w:p>
      <w:pPr>
        <w:jc w:val="right"/>
      </w:pPr>
      <w:r>
        <w:t>ہماسکوغلطسمجھتےہیں۔ ہماراجوامامہے،وہ صرف نمازکولیڈکرنے کےلیے</w:t>
      </w:r>
    </w:p>
    <w:p>
      <w:r>
        <w:rPr>
          <w:b/>
        </w:rPr>
        <w:t xml:space="preserve">[1:44:39] </w:t>
      </w:r>
      <w:r>
        <w:t>hoti hai. yeh congregational prayer ko lead karta hai. imam masjid mein bas that's it. usse zyada aur kuch nahi hai.</w:t>
      </w:r>
    </w:p>
    <w:p>
      <w:pPr>
        <w:jc w:val="right"/>
      </w:pPr>
      <w:r>
        <w:t>ہوتیہے۔ یہکانگری گیشنلپریرکولیڈکرتاہے۔امام مسجدمیںبس دیٹساٹ۔اسسےزیادہاورکچھنہیںہے۔</w:t>
      </w:r>
    </w:p>
    <w:p>
      <w:r>
        <w:rPr>
          <w:b/>
        </w:rPr>
        <w:t xml:space="preserve">[1:44:48] </w:t>
      </w:r>
      <w:r>
        <w:t>yeh difference hai.</w:t>
      </w:r>
    </w:p>
    <w:p>
      <w:pPr>
        <w:jc w:val="right"/>
      </w:pPr>
      <w:r>
        <w:t>یہ ڈفرنس ہے۔</w:t>
      </w:r>
    </w:p>
    <w:p>
      <w:r>
        <w:rPr>
          <w:b/>
        </w:rPr>
        <w:t xml:space="preserve">[1:44:56] </w:t>
      </w:r>
      <w:r>
        <w:t>maulana, ah jab hum dawat karte hain to aaj matlab end result mein momin ne bhi kaha ke kaise hum logon ko badlen</w:t>
      </w:r>
    </w:p>
    <w:p>
      <w:pPr>
        <w:jc w:val="right"/>
      </w:pPr>
      <w:r>
        <w:t>مول انا، اہجبہم دعوت کرتے ہیں تو آجمطلب اینڈرزلٹمیں مومننےبھیکہاکہکیسےہم لوگوںکو بدلیں</w:t>
      </w:r>
    </w:p>
    <w:p>
      <w:r>
        <w:rPr>
          <w:b/>
        </w:rPr>
        <w:t xml:space="preserve">[1:45:06] </w:t>
      </w:r>
      <w:r>
        <w:t>. hain aap kehte hain matlab dawat karna hai, hamara end result kya hai? bahut kam logon ko hum badal payenge, sirf pahunchayenge.</w:t>
      </w:r>
    </w:p>
    <w:p>
      <w:pPr>
        <w:jc w:val="right"/>
      </w:pPr>
      <w:r>
        <w:t>۔ ہیں آپکہتےہیںمطلب دعوت کرناہے، ہمارا اینڈرزلٹکیاہے؟ بہت کملوگوںکوہمبدلپائیںگے، صرف پہنچائیںگے۔</w:t>
      </w:r>
    </w:p>
    <w:p>
      <w:r>
        <w:rPr>
          <w:b/>
        </w:rPr>
        <w:t xml:space="preserve">[1:45:16] </w:t>
      </w:r>
      <w:r>
        <w:t>boards ki tarah log aayenge, jaise arab mein hua tha and jab prophet ke time par.</w:t>
      </w:r>
    </w:p>
    <w:p>
      <w:pPr>
        <w:jc w:val="right"/>
      </w:pPr>
      <w:r>
        <w:t>بورڈزکیطرح لوگآئیںگے،جیسے عرب میںہواتھا اینڈ جب پرافٹ کےٹائمپر۔</w:t>
      </w:r>
    </w:p>
    <w:p>
      <w:r>
        <w:rPr>
          <w:b/>
        </w:rPr>
        <w:t xml:space="preserve">[1:45:27] </w:t>
      </w:r>
      <w:r>
        <w:t>dekhen, quran mein hai: "innaka la tahdi man ahbabta, walakinnallaha yahdi man yashaa"</w:t>
      </w:r>
    </w:p>
    <w:p>
      <w:pPr>
        <w:jc w:val="right"/>
      </w:pPr>
      <w:r>
        <w:t>دیکھیں،قرآنمیںہے: "ان ک لا تہدی من احبت ،ول کن اللہ یدی من یشاء"</w:t>
      </w:r>
    </w:p>
    <w:p>
      <w:r>
        <w:rPr>
          <w:b/>
        </w:rPr>
        <w:t xml:space="preserve">[1:45:37] </w:t>
      </w:r>
      <w:r>
        <w:t>. hain aur ek ayat hai yani "zikra fa innama antum muzakkir, lasta alaihim bimusaytir".</w:t>
      </w:r>
    </w:p>
    <w:p>
      <w:pPr>
        <w:jc w:val="right"/>
      </w:pPr>
      <w:r>
        <w:t>۔ہیں اور ایکآیتہے یعنی" ذکر فانماانتمذ کر ، لستعلیہمبم سیطر"۔</w:t>
      </w:r>
    </w:p>
    <w:p>
      <w:r>
        <w:rPr>
          <w:b/>
        </w:rPr>
        <w:t xml:space="preserve">[1:45:48] </w:t>
      </w:r>
      <w:r>
        <w:t>to kaiyourszhein, iska matlabi yeh hai ke dā'ī ki responsibility hai baat ko pohnch ana. woh insān māne ga yā nahīñ māne ga, that is god's domain. domain pohnchāne ke bād domain merā khatm</w:t>
      </w:r>
    </w:p>
    <w:p>
      <w:pPr>
        <w:jc w:val="right"/>
      </w:pPr>
      <w:r>
        <w:t>تو کئیورسزہیں،اسکامطلبیہہے کہ داعیکیریسپانسبیلٹیہے باتکوپہنچ انا۔ وہ انسان مانےگایانہیںمانےگا، دیٹاز گاڈزڈ ومین۔ڈومین پہنچانےکےبعد ڈومینمیراختم</w:t>
      </w:r>
    </w:p>
    <w:p>
      <w:r>
        <w:rPr>
          <w:b/>
        </w:rPr>
        <w:t xml:space="preserve">[1:46:06] </w:t>
      </w:r>
      <w:r>
        <w:t>ho jātā hai. pohnchāne ke bād god kā domain ā jātā hai. to yeh achchī tarah mind mein clear honā chāhie ke hamārā kām us waqt pūrā ho gayā jabke ham ne pohnchā diyā.</w:t>
      </w:r>
    </w:p>
    <w:p>
      <w:pPr>
        <w:jc w:val="right"/>
      </w:pPr>
      <w:r>
        <w:t>ہوجاتا ہے۔ پہنچانےکےبعد گاڈکاڈومینآجاتاہے۔ تو یہ اچھیطرح مائنڈمیںکلیئرہوناچاہیےکہہمارا کام اسوقتپوراہوگیا جبکہہمنےپہنچادیا۔</w:t>
      </w:r>
    </w:p>
    <w:p>
      <w:r>
        <w:rPr>
          <w:b/>
        </w:rPr>
        <w:t xml:space="preserve">[1:46:20] </w:t>
      </w:r>
      <w:r>
        <w:t>bas</w:t>
      </w:r>
    </w:p>
    <w:p>
      <w:pPr>
        <w:jc w:val="right"/>
      </w:pPr>
      <w:r>
        <w:t>بس</w:t>
      </w:r>
    </w:p>
    <w:p>
      <w:r>
        <w:rPr>
          <w:b/>
        </w:rPr>
        <w:t xml:space="preserve">[1:46:23] </w:t>
      </w:r>
      <w:r>
        <w:t>kitne log badle, kitne log nahīñ badle. lekin arab mein jo log hue the, usko maine likhā apnī kitāb mein: "that was a planning,</w:t>
      </w:r>
    </w:p>
    <w:p>
      <w:pPr>
        <w:jc w:val="right"/>
      </w:pPr>
      <w:r>
        <w:t>کتنےلوگبدلے،کتنےلوگنہیںبدلے۔ لیکن عرب میںجو لوگ ہوئےتھے، اسکومیںنےلکھا اپنیکتاب میں: "دیٹوازاپلاننگ،</w:t>
      </w:r>
    </w:p>
    <w:p>
      <w:r>
        <w:rPr>
          <w:b/>
        </w:rPr>
        <w:t xml:space="preserve">[1:46:35] </w:t>
      </w:r>
      <w:r>
        <w:t>dhai hazār sāl ki planning". aisā nahīñ hotā ke log dhaṛā dhaṛ bas ho gae. woh dhai hazār sāl mein hue the log jo mass Islamization huā thā. wahāñ uske pīchhe dhai hazār sāl ki history thī.</w:t>
      </w:r>
    </w:p>
    <w:p>
      <w:pPr>
        <w:jc w:val="right"/>
      </w:pPr>
      <w:r>
        <w:t>ڈھائیہزارسالکیپلاننگ"۔ ایسانہیںہوتاکہلوگ دھڑادھڑبسہوگئے۔وہڈھائیہزارسالمیںہوئےتھےلوگ جو ماس اسلام ائزیشنہواتھا۔وہاں اسکےپیچھےڈھائیہزارسالکی ہسٹریتھی۔</w:t>
      </w:r>
    </w:p>
    <w:p>
      <w:r>
        <w:rPr>
          <w:b/>
        </w:rPr>
        <w:t xml:space="preserve">[1:46:52] </w:t>
      </w:r>
      <w:r>
        <w:t>āp log chāheñge to main kisī lecture mein usko batāūngā. jī,</w:t>
      </w:r>
    </w:p>
    <w:p>
      <w:pPr>
        <w:jc w:val="right"/>
      </w:pPr>
      <w:r>
        <w:t>آپلوگچاہیںگےتومیںکسی لیکچرمیںاسکوبتاؤںگا۔ جی،</w:t>
      </w:r>
    </w:p>
    <w:p>
      <w:r>
        <w:rPr>
          <w:b/>
        </w:rPr>
        <w:t xml:space="preserve">[1:46:59] </w:t>
      </w:r>
      <w:r>
        <w:t>aksar log aisē khaṛe hue the kahne ke lie. lagtā hai ke ham bhī aisī tarah kar sakte hain.</w:t>
      </w:r>
    </w:p>
    <w:p>
      <w:pPr>
        <w:jc w:val="right"/>
      </w:pPr>
      <w:r>
        <w:t>اکثرلوگایسے کھڑےہوئےتھےکہنےکےلیے۔ لگتاہےکہہمبھیاسیطرحکرسکتےہیں۔</w:t>
      </w:r>
    </w:p>
    <w:p>
      <w:r>
        <w:rPr>
          <w:b/>
        </w:rPr>
        <w:t xml:space="preserve">[1:47:05] </w:t>
      </w:r>
      <w:r>
        <w:t>tablīghī jamā'at wāle aisī taqrīreñ kiyā karte hain? achchā, bilkul nahīñ. woh ek, woh, woh, woh history mein ek ek exception thā.</w:t>
      </w:r>
    </w:p>
    <w:p>
      <w:pPr>
        <w:jc w:val="right"/>
      </w:pPr>
      <w:r>
        <w:t>تبلیغیجماعتوالے ایسیتقریریںکیاکرتے ہیں؟ اچھا،بالکلنہیں۔ وہ ایک ،وہ ،وہ،وہ ہسٹری میںایکایکسیپشنتھا۔</w:t>
      </w:r>
    </w:p>
    <w:p>
      <w:r>
        <w:rPr>
          <w:b/>
        </w:rPr>
        <w:t xml:space="preserve">[1:47:17] </w:t>
      </w:r>
      <w:r>
        <w:t>aur batāie sāhab,</w:t>
      </w:r>
    </w:p>
    <w:p>
      <w:pPr>
        <w:jc w:val="right"/>
      </w:pPr>
      <w:r>
        <w:t>اوربتائیےصاحب،</w:t>
      </w:r>
    </w:p>
    <w:p>
      <w:r>
        <w:rPr>
          <w:b/>
        </w:rPr>
        <w:t xml:space="preserve">[1:47:23] </w:t>
      </w:r>
      <w:r>
        <w:t>jī</w:t>
      </w:r>
    </w:p>
    <w:p>
      <w:pPr>
        <w:jc w:val="right"/>
      </w:pPr>
      <w:r>
        <w:t>جی</w:t>
      </w:r>
    </w:p>
    <w:p>
      <w:r>
        <w:rPr>
          <w:b/>
        </w:rPr>
        <w:t xml:space="preserve">[1:47:31] </w:t>
      </w:r>
      <w:r>
        <w:t>kuchh āp shāyad kah rahī hain? nahīñ, hain nahīñ.</w:t>
      </w:r>
    </w:p>
    <w:p>
      <w:pPr>
        <w:jc w:val="right"/>
      </w:pPr>
      <w:r>
        <w:t>کچھآپ شایدکہہرہیہیں؟ نہیں، ہیں نہیں۔</w:t>
      </w:r>
    </w:p>
    <w:p>
      <w:r>
        <w:rPr>
          <w:b/>
        </w:rPr>
        <w:t xml:space="preserve">[1:47:38] </w:t>
      </w:r>
      <w:r>
        <w:t>aur fil-hāla nahīñ kuchh kahā. maulānā, ek lecture mein āp ne batāyā thā ke koī āke rasūl allāh ko kah rahā thā ke merā beṭā dates bahut khātā hai.</w:t>
      </w:r>
    </w:p>
    <w:p>
      <w:pPr>
        <w:jc w:val="right"/>
      </w:pPr>
      <w:r>
        <w:t>اور فیالحالنہیںکچھکہا۔ مولانا،ایک لیکچرمیں آپنےبتایاتھا کہ کوئی آکے رسولاللہ کوکہہرہےتھےکہمیرابیٹا ڈیٹسبہتکھاتاہے۔</w:t>
      </w:r>
    </w:p>
    <w:p>
      <w:r>
        <w:rPr>
          <w:b/>
        </w:rPr>
        <w:t xml:space="preserve">[1:47:49] </w:t>
      </w:r>
      <w:r>
        <w:t>hain, dates bahut khātā hai. dates, dates. hāñ, main thā nahīñ is lecture mein. main ne kisī aur se sunā thā. main ne kahā thā, nahīñ, main ne nahīñ kahā thā.</w:t>
      </w:r>
    </w:p>
    <w:p>
      <w:pPr>
        <w:jc w:val="right"/>
      </w:pPr>
      <w:r>
        <w:t>ہیں ،ڈیٹسبہت کھاتاہے۔ ڈیٹس، ڈیٹس۔ ہاں، میں تھانہیںاسلیکچرمیں۔ میںنےکسیاورسےسناتھا۔ میںنےکہاتھا، نہیں،میںنےنہیںکہاتھا۔</w:t>
      </w:r>
    </w:p>
    <w:p>
      <w:r>
        <w:rPr>
          <w:b/>
        </w:rPr>
        <w:t xml:space="preserve">[1:48:00] </w:t>
      </w:r>
      <w:r>
        <w:t>yeh sab kahāni hai. yeh sab nahīñ. ek buzurg ke bāre mein kahā thā, woh bhī kahāni hai, koī wāqi'a nahīñ hai. jī jī</w:t>
      </w:r>
    </w:p>
    <w:p>
      <w:pPr>
        <w:jc w:val="right"/>
      </w:pPr>
      <w:r>
        <w:t>یہسبکہانیہے۔یہسب نہیں۔ایکبزرگ کےبارےمیںکہاتھا،وہبھیکہانیہے، کوئیواقعہنہیںہے۔ جیجی</w:t>
      </w:r>
    </w:p>
    <w:p>
      <w:r>
        <w:rPr>
          <w:b/>
        </w:rPr>
        <w:t xml:space="preserve">[1:48:06] </w:t>
      </w:r>
      <w:r>
        <w:t>ke ek sāhab, unkā ek ādmī āyā, unkā murīd, murīd usne kahā ke main, merā beṭā guṛ khātā hai, guṛ.</w:t>
      </w:r>
    </w:p>
    <w:p>
      <w:pPr>
        <w:jc w:val="right"/>
      </w:pPr>
      <w:r>
        <w:t>کہایکصاحب، انکا ایکآدمیآیا،انکامرید، مریداسنےکہاکہمیں، میرابیٹا گڑکھاتاہے، گڑ ۔</w:t>
      </w:r>
    </w:p>
    <w:p>
      <w:r>
        <w:rPr>
          <w:b/>
        </w:rPr>
        <w:t xml:space="preserve">[1:48:17] </w:t>
      </w:r>
      <w:r>
        <w:t>meṭhī chīz to du'ā kar dījie ke guṛ uskā chhuṭ jāe. to buzurg ne kahā ke ek mahīne ke bād ānā aur bachche ko le kar.</w:t>
      </w:r>
    </w:p>
    <w:p>
      <w:pPr>
        <w:jc w:val="right"/>
      </w:pPr>
      <w:r>
        <w:t>میٹھی چیز تو دعاکردیے کہ گڑ اسکاچھوٹ جائے۔ تو بزرگ نےکہاکہایکمہینےکےبعدآنا اور بچےکولےکر۔</w:t>
      </w:r>
    </w:p>
    <w:p>
      <w:r>
        <w:rPr>
          <w:b/>
        </w:rPr>
        <w:t xml:space="preserve">[1:48:30] </w:t>
      </w:r>
      <w:r>
        <w:t>to bachche ko le kar āyā to usne sar par hāth rākhā, kahā beṭā guṛ mat khāo.</w:t>
      </w:r>
    </w:p>
    <w:p>
      <w:pPr>
        <w:jc w:val="right"/>
      </w:pPr>
      <w:r>
        <w:t>توبچےکولےکرآیا تو اسنےسرپرہاتھرکھا،کہابیٹا گڑمتکھاؤ۔</w:t>
      </w:r>
    </w:p>
    <w:p>
      <w:r>
        <w:rPr>
          <w:b/>
        </w:rPr>
        <w:t xml:space="preserve">[1:48:37] </w:t>
      </w:r>
      <w:r>
        <w:t>isī ne guṛ chhoṛ diyā usne. to unhoñ ne pūchhā ke āp ne pehle hī kar diyā hotā hai aisā? kahā ke main khud guṛ khātā thā to mujhe chhoṛnā paṛā.</w:t>
      </w:r>
    </w:p>
    <w:p>
      <w:pPr>
        <w:jc w:val="right"/>
      </w:pPr>
      <w:r>
        <w:t>اسیدنگڑچھوڑدیااسنے۔ تو انہوںنےپوچھاکہآپنےپہلےہیکردیاہوتاہےایسا؟ کہاکہمیںخودگڑکھاتاتھا تومجھےچھوڑناپڑا۔</w:t>
      </w:r>
    </w:p>
    <w:p>
      <w:r>
        <w:rPr>
          <w:b/>
        </w:rPr>
        <w:t xml:space="preserve">[1:48:47] </w:t>
      </w:r>
      <w:r>
        <w:t>yeh sab kahāni hai, yeh sab koī, koī, koī ya'nī woh sahih nahīñ hai. sab kahāni kī bāteñ hain.</w:t>
      </w:r>
    </w:p>
    <w:p>
      <w:pPr>
        <w:jc w:val="right"/>
      </w:pPr>
      <w:r>
        <w:t>یہسبکہانیہے، یہسبکوئی ،کوئی ،کوئی یعنی وہ صحیحنہیںہے۔ سبکہانیکیباتیںہیں۔</w:t>
      </w:r>
    </w:p>
    <w:p>
      <w:r>
        <w:rPr>
          <w:b/>
        </w:rPr>
        <w:t xml:space="preserve">[1:48:56] </w:t>
      </w:r>
      <w:r>
        <w:t>log jo hain aisī anokhī kahāniyāñ batāte hain, log sunte hain bahut ziyādah dhyān se. main anokhī kahāniyoñ mein believe nahīñ kartā.</w:t>
      </w:r>
    </w:p>
    <w:p>
      <w:pPr>
        <w:jc w:val="right"/>
      </w:pPr>
      <w:r>
        <w:t>لوگ جوہیںایسی انوکھیکہانیاںبتاتےہیں،لوگسنتےہیںبہت زیادہدھیانسے۔ میں انوکھیکہانیوںمیںبیلیونہیںکرتا ۔</w:t>
      </w:r>
    </w:p>
    <w:p>
      <w:r>
        <w:rPr>
          <w:b/>
        </w:rPr>
        <w:t xml:space="preserve">[1:49:04] </w:t>
      </w:r>
      <w:r>
        <w:t>main history mein aur science mein believe kartā hūñ. hamārā mission jo hai bes karta hai history par, science par ya'nī reality par.</w:t>
      </w:r>
    </w:p>
    <w:p>
      <w:pPr>
        <w:jc w:val="right"/>
      </w:pPr>
      <w:r>
        <w:t>میں ہسٹریمیںاورسائنسمیںبیلیوکرتاہوں۔ ہمارامشنجوہےبیسکرتاہےہسٹریپر،سائنسپر یعنی ریلیٹیپر ۔</w:t>
      </w:r>
    </w:p>
    <w:p>
      <w:r>
        <w:rPr>
          <w:b/>
        </w:rPr>
        <w:t xml:space="preserve">[1:49:17] </w:t>
      </w:r>
      <w:r>
        <w:t>I think there are two points and the question. The work is that not to just communicate or tell the person the declaration plan?</w:t>
      </w:r>
    </w:p>
    <w:p>
      <w:pPr>
        <w:jc w:val="right"/>
      </w:pPr>
      <w:r>
        <w:t>آئیتھنک دیرآرٹوپوائنٹسانداکوئسچن۔ داورکازاٹانف ٹوجسٹ کمیونیکیٹاور ٹیلداپرسن دیکریشن پلان؟</w:t>
      </w:r>
    </w:p>
    <w:p>
      <w:r>
        <w:rPr>
          <w:b/>
        </w:rPr>
        <w:t xml:space="preserve">[1:49:29] </w:t>
      </w:r>
      <w:r>
        <w:t>aur</w:t>
      </w:r>
    </w:p>
    <w:p>
      <w:pPr>
        <w:jc w:val="right"/>
      </w:pPr>
      <w:r>
        <w:t>اور</w:t>
      </w:r>
    </w:p>
    <w:p>
      <w:r>
        <w:rPr>
          <w:b/>
        </w:rPr>
        <w:t xml:space="preserve">[1:49:30] </w:t>
      </w:r>
      <w:r>
        <w:t>is there any other way how to start the work of the person?</w:t>
      </w:r>
    </w:p>
    <w:p>
      <w:pPr>
        <w:jc w:val="right"/>
      </w:pPr>
      <w:r>
        <w:t>از دیر اینیادروےہاؤٹو سٹارٹ داو رکودداپرسن؟</w:t>
      </w:r>
    </w:p>
    <w:p>
      <w:r>
        <w:rPr>
          <w:b/>
        </w:rPr>
        <w:t xml:space="preserve">[1:49:39] </w:t>
      </w:r>
      <w:r>
        <w:t>dekheñ, dā work jo hai ek ful-filled kāam hai. ful-filled kāam hai jaise ke āpkā business ek ful-filled kāam hogā.</w:t>
      </w:r>
    </w:p>
    <w:p>
      <w:pPr>
        <w:jc w:val="right"/>
      </w:pPr>
      <w:r>
        <w:t>دیکھیں،دا ورکجوہے ایک ف لفلشڈکامہے۔ ف لفلشڈکامہے جیسےکہآپکا بزنسایکفلفلشڈکامہوگا۔</w:t>
      </w:r>
    </w:p>
    <w:p>
      <w:r>
        <w:rPr>
          <w:b/>
        </w:rPr>
        <w:t xml:space="preserve">[1:49:50] </w:t>
      </w:r>
      <w:r>
        <w:t>aap ismein aap log anwaal karte hain to different kind ki situation aati hai. isko aap deal karte hain. to the work ek fulfledged</w:t>
      </w:r>
    </w:p>
    <w:p>
      <w:pPr>
        <w:jc w:val="right"/>
      </w:pPr>
      <w:r>
        <w:t>آپ اسمیںآپلوگانوالوکرتےہیں تو ڈفرنٹکائنڈکیسچوئیشنآتیہے۔ اسکوآپڈیلکرتے ہیں۔ تو دا ورکایک فلفلشڈ</w:t>
      </w:r>
    </w:p>
    <w:p>
      <w:r>
        <w:rPr>
          <w:b/>
        </w:rPr>
        <w:t xml:space="preserve">[1:49:59] </w:t>
      </w:r>
      <w:r>
        <w:t>kaam hai. ismein aap jab involve honge na to hum pehle se in advance mein nahi bata sakte ke aisa kijiye, waisa kijiye. aisa business nahi chalta. aisa nahi ke aapne jo pehle to banaya hoga, wahi unfold ho raha hai.</w:t>
      </w:r>
    </w:p>
    <w:p>
      <w:pPr>
        <w:jc w:val="right"/>
      </w:pPr>
      <w:r>
        <w:t>کامہے۔ اسمیںآپجبانوالوہوںگےنا توہم پہلے سے ہیناایڈوانسنہیںبتاسکتےکہایساکیجئے،ویساکیجئے۔ ایسابزنسبھینہیںچلتا۔ ایسانہیںکہآپنےجو پہلےتوبنایاہوگا،وہی انفولڈہورہاہے۔</w:t>
      </w:r>
    </w:p>
    <w:p>
      <w:r>
        <w:rPr>
          <w:b/>
        </w:rPr>
        <w:t xml:space="preserve">[1:50:13] </w:t>
      </w:r>
      <w:r>
        <w:t>to ek fulfledged kaam hai. jab anwaal karenge to jaisi situation aayegi, waise waise aap aage badhte chale aayenge aur dua karenge, yani istedak karenge.</w:t>
      </w:r>
    </w:p>
    <w:p>
      <w:pPr>
        <w:jc w:val="right"/>
      </w:pPr>
      <w:r>
        <w:t>تو ایکف لفلشڈکامہے۔ جب انوالوکریںگے تو جیسیسچوئیشنآئےگی،ویسےویسےآپآگےبڑھتےچلےآئیںگے اوردعاکریںگے، یعنیسٹڈیکریںگے۔</w:t>
      </w:r>
    </w:p>
    <w:p>
      <w:r>
        <w:rPr>
          <w:b/>
        </w:rPr>
        <w:t xml:space="preserve">[1:50:24] </w:t>
      </w:r>
      <w:r>
        <w:t>haan, pehle se humko ismein koi nahi de sakte. koi hard and fast rule nuksan nahi hota hai.</w:t>
      </w:r>
    </w:p>
    <w:p>
      <w:pPr>
        <w:jc w:val="right"/>
      </w:pPr>
      <w:r>
        <w:t>ہاں، پہلے سےہمکوئیاسمیں کوئی نہیں دےسکتے۔ کوئیہارڈاینڈفاسٹرولنقصاننہیںہوتاہے۔</w:t>
      </w:r>
    </w:p>
    <w:p>
      <w:r>
        <w:rPr>
          <w:b/>
        </w:rPr>
        <w:t xml:space="preserve">[1:50:34] </w:t>
      </w:r>
      <w:r>
        <w:t>Maulana, when we talk to Muslims and we talk about the prophet to aisa Maulana humein lagta hai ke they humko aisa jagate hain ke ah, yeh bohat bada crime hai agar humne sallallahu alaihi wasallam nahi bola prophet ke name ke saath.</w:t>
      </w:r>
    </w:p>
    <w:p>
      <w:pPr>
        <w:jc w:val="right"/>
      </w:pPr>
      <w:r>
        <w:t>مولانا، و ینویٹاکٹومسلمز اینڈویٹاکاباؤٹداپرافٹ تو ایسا مولاناہمیںلگتاہےکہدی ٹ وہ ہمکوایسا جگاتےہیں کہ اہ ،یہبہتبڑا کرائمہےاگر ہمنے صلیاللہ علیہوسلم نہیںبولا پرافٹکے نیمکےساتھ ۔</w:t>
      </w:r>
    </w:p>
    <w:p>
      <w:r>
        <w:rPr>
          <w:b/>
        </w:rPr>
        <w:t xml:space="preserve">[1:50:53] </w:t>
      </w:r>
      <w:r>
        <w:t>yeh sab bohat bada debate hua tha abhi kuch din pehle hi. Maulana, yeh sab jhooti baatein hain. woh bolte hain ke Maulana ki class mein bhi aisa hota hai ke woh Maulana nahi bolte hain sallallahu alaihi wasallam.</w:t>
      </w:r>
    </w:p>
    <w:p>
      <w:pPr>
        <w:jc w:val="right"/>
      </w:pPr>
      <w:r>
        <w:t>یہسب بہتبڑاڈیبیٹہواتھاابھی کچھدن پہلے ہی۔مولانا، یہسبجھوٹیباتیںہیں۔وہبولتےہیںکہمولاناکیکلاسمیںبھیایساہوتاہےکہوہ مولانانہیںبولتےہیں صلیاللہ علیہوسلم ۔</w:t>
      </w:r>
    </w:p>
    <w:p>
      <w:r>
        <w:rPr>
          <w:b/>
        </w:rPr>
        <w:t xml:space="preserve">[1:51:03] </w:t>
      </w:r>
      <w:r>
        <w:t>yeh sab jhooti baatein hain. aap pehle ki kitaab mein padhiye to aise hi likh raha hai ga, Muhammad likh raha hai ga, Abu Bakr likh raha hai ga, Umar likh raha hai ga. Maine aapko sunaya tha woh qissa Hazrat Abu Bakr aaye, unhone kaha ke man kan ya'budu Muhammad fa inna Muhammadan qad mat.</w:t>
      </w:r>
    </w:p>
    <w:p>
      <w:pPr>
        <w:jc w:val="right"/>
      </w:pPr>
      <w:r>
        <w:t>یہسبجھوٹیباتیںہیں۔ آپپچھلیکتاب یںپڑھیے تو ایسےہیلکھارہےگا،محمد لکھارہےگا،ابوبکرلکھارہےگا،عمرلکھارہےگا۔ میںنےآپکوسنایاتھاوہقصہ حضرتابوبکرآئے، انہوںنےکہاکہ من کان یعبد محمد فانمحمد قدم ات۔</w:t>
      </w:r>
    </w:p>
    <w:p>
      <w:r>
        <w:rPr>
          <w:b/>
        </w:rPr>
        <w:t xml:space="preserve">[1:51:21] </w:t>
      </w:r>
      <w:r>
        <w:t>aaj koi aisa nahi bole</w:t>
      </w:r>
    </w:p>
    <w:p>
      <w:pPr>
        <w:jc w:val="right"/>
      </w:pPr>
      <w:r>
        <w:t>آجکوئیاسطرحنہیںبول</w:t>
      </w:r>
    </w:p>
    <w:p>
      <w:r>
        <w:rPr>
          <w:b/>
        </w:rPr>
        <w:t xml:space="preserve">[1:51:22] </w:t>
      </w:r>
      <w:r>
        <w:t>ga ke jo Muhammad ko poochta tha to Muhammad mar gaye. aaj koi mar gaye ka urdu nahi bole ga. unka wisal hua kahe ga. hmm, yeh top most insan aur Rasool Allah ke baad Abu Bakr.</w:t>
      </w:r>
    </w:p>
    <w:p>
      <w:pPr>
        <w:jc w:val="right"/>
      </w:pPr>
      <w:r>
        <w:t>ےگا کہجومحمد کوپوچھتاتھاتومحمد مرگئے۔ آجکوئیمرگئےکاورڈنہیںبولےگا۔انکاوصالہوا کہےگا۔ ہمم، یہٹاپ موسٹانسانتھارسولاللہکےبعد ابوبکر ۔</w:t>
      </w:r>
    </w:p>
    <w:p>
      <w:r>
        <w:rPr>
          <w:b/>
        </w:rPr>
        <w:t xml:space="preserve">[1:51:36] </w:t>
      </w:r>
      <w:r>
        <w:t>man kan ya'budu Muhammad fa inna Muhammadan qad mat. jo Muhammad ko poochta tha to Muhammad mar gaye. yeh sab jo hai baad mein nikla hai.</w:t>
      </w:r>
    </w:p>
    <w:p>
      <w:pPr>
        <w:jc w:val="right"/>
      </w:pPr>
      <w:r>
        <w:t>من کان یعبد محمد فانمحمد قدم ات۔ جو محمد کوپوچھتاتھاتومحمد مرگئے۔ یہسب جوہےبعدکونکلاہے۔</w:t>
      </w:r>
    </w:p>
    <w:p>
      <w:r>
        <w:rPr>
          <w:b/>
        </w:rPr>
        <w:t xml:space="preserve">[1:51:47] </w:t>
      </w:r>
      <w:r>
        <w:t>yeh us zamane mein nahi tha. yeh sab ji, haan, yeh sab kuch nahi</w:t>
      </w:r>
    </w:p>
    <w:p>
      <w:pPr>
        <w:jc w:val="right"/>
      </w:pPr>
      <w:r>
        <w:t>یہ اسزمانےمیںنہیںتھا۔یہسب جی،ہاں، یہسبکچھنہیں</w:t>
      </w:r>
    </w:p>
    <w:p>
      <w:r>
        <w:rPr>
          <w:b/>
        </w:rPr>
        <w:t xml:space="preserve">[1:51:52] </w:t>
      </w:r>
      <w:r>
        <w:t>. yeh sab bilkul jhooti baatein hain. yeh sab Maulana, there is one expression in Quran which you generally quote ah tazkiyah of self, but there is another one which is an nafsul mutma'innah.</w:t>
      </w:r>
    </w:p>
    <w:p>
      <w:pPr>
        <w:jc w:val="right"/>
      </w:pPr>
      <w:r>
        <w:t>۔یہسببالکلجھوٹیباتیںہیں۔یہسب مولانا،دیراز ون ایکسپریشن انقرآنوچیوجنرلیکو ٹ اہ تزکیہ اف سول،بٹدیرازانادرونوچاز الن فس مطمئنہ۔</w:t>
      </w:r>
    </w:p>
    <w:p>
      <w:r>
        <w:rPr>
          <w:b/>
        </w:rPr>
        <w:t xml:space="preserve">[1:52:07] </w:t>
      </w:r>
      <w:r>
        <w:t>What does that mean? Could you explain that little bit? Dekhein, dono basically ek hi hain. Literal meaning tazkiyah ki hai purification.</w:t>
      </w:r>
    </w:p>
    <w:p>
      <w:pPr>
        <w:jc w:val="right"/>
      </w:pPr>
      <w:r>
        <w:t>واٹڈزدیٹمین؟کڈیوایکسپلیندیٹلٹلبٹ؟ دیکھیں،دونوں بیسیکلیایکہیہیں۔ لٹرلمیننگ تزکیہکیہے پیوریفیکیشن۔</w:t>
      </w:r>
    </w:p>
    <w:p>
      <w:r>
        <w:rPr>
          <w:b/>
        </w:rPr>
        <w:t xml:space="preserve">[1:52:20] </w:t>
      </w:r>
      <w:r>
        <w:t>Okay, purification</w:t>
      </w:r>
    </w:p>
    <w:p>
      <w:pPr>
        <w:jc w:val="right"/>
      </w:pPr>
      <w:r>
        <w:t>اوکے، پیوریفیکیشن</w:t>
      </w:r>
    </w:p>
    <w:p>
      <w:r>
        <w:rPr>
          <w:b/>
        </w:rPr>
        <w:t xml:space="preserve">[1:52:22] </w:t>
      </w:r>
      <w:r>
        <w:t>. An nafsul mutma'innah ka matlab hai complex free soul. To jab purification ho jayega to wohi woh hai jo complex free soul par banega.</w:t>
      </w:r>
    </w:p>
    <w:p>
      <w:pPr>
        <w:jc w:val="right"/>
      </w:pPr>
      <w:r>
        <w:t>۔الن فس المطمئنیہکامطلبہے کمپلیکسفریسول۔ تو جب پیوریفیکیشنہوجائےگاتو وہیتوہےجو کمپلیکسفریسول پربنےگا۔</w:t>
      </w:r>
    </w:p>
    <w:p>
      <w:r>
        <w:rPr>
          <w:b/>
        </w:rPr>
        <w:t xml:space="preserve">[1:52:34] </w:t>
      </w:r>
      <w:r>
        <w:t>koi complex nahi, koi negativity taan nahi. To ismein hai Quran mein ke ya ayyatul nafsul mutma'innah,</w:t>
      </w:r>
    </w:p>
    <w:p>
      <w:pPr>
        <w:jc w:val="right"/>
      </w:pPr>
      <w:r>
        <w:t>کوئیکمپلیکسنہیں ،کوئینیگیٹیوتھاٹنہیں ۔ تو اسمیںہے قرآنمیں کہ یا ایت النفس المطمئنہ،</w:t>
      </w:r>
    </w:p>
    <w:p>
      <w:r>
        <w:rPr>
          <w:b/>
        </w:rPr>
        <w:t xml:space="preserve">[1:52:46] </w:t>
      </w:r>
      <w:r>
        <w:t>farkhuli fi ibadati wad khuli jannati.</w:t>
      </w:r>
    </w:p>
    <w:p>
      <w:pPr>
        <w:jc w:val="right"/>
      </w:pPr>
      <w:r>
        <w:t>فتخلیفیعب ادیودخلیجن تی۔</w:t>
      </w:r>
    </w:p>
    <w:p>
      <w:r>
        <w:rPr>
          <w:b/>
        </w:rPr>
        <w:t xml:space="preserve">[1:52:49] </w:t>
      </w:r>
      <w:r>
        <w:t>ke ae complex free soul, aur enter ho ja meri paradise mein. To complex free soul mein samajhta hoon ke final phase hai.</w:t>
      </w:r>
    </w:p>
    <w:p>
      <w:pPr>
        <w:jc w:val="right"/>
      </w:pPr>
      <w:r>
        <w:t>کہ اے کمپلیکسفریسول، ا اور انٹرہوجامیریپیراڈائزمیں۔ تو کمپلیکسفریسولمیںسمجھتاہوںکہ فائنلفیزہے۔</w:t>
      </w:r>
    </w:p>
    <w:p>
      <w:r>
        <w:rPr>
          <w:b/>
        </w:rPr>
        <w:t xml:space="preserve">[1:53:00] </w:t>
      </w:r>
      <w:r>
        <w:t>insani development ka final phase hai. Yani aap purification ka process chalayenge, chalayenge, chalayenge. Finally aap pahunchenge kahan?</w:t>
      </w:r>
    </w:p>
    <w:p>
      <w:pPr>
        <w:jc w:val="right"/>
      </w:pPr>
      <w:r>
        <w:t>انسانی ڈیویلپمنٹکا فائنلفیزہے۔ یعنیآپپی وری فیکیشنکاپراسیسچلائیںگے،چلائیںگے،چلائیںگے۔ فائنلیآپپہنچیںگےکہاں؟</w:t>
      </w:r>
    </w:p>
    <w:p>
      <w:r>
        <w:rPr>
          <w:b/>
        </w:rPr>
        <w:t xml:space="preserve">[1:53:10] </w:t>
      </w:r>
      <w:r>
        <w:t>An nafsul mutma'innah tak. Yani complex free soul ban jayenge. Isi liye mein kehta hoon ke negativity ka koi iota aapke andar nahi hona chahiye.</w:t>
      </w:r>
    </w:p>
    <w:p>
      <w:pPr>
        <w:jc w:val="right"/>
      </w:pPr>
      <w:r>
        <w:t>النفسالمطمئنہتک ۔ یعنیکمپلیکسفریسولبنجائیںگے۔ اسیلیےمیںکہتاہوںکہنیگیٹیوٹیکا کوئیآئیوٹاآپکےاندرنہیں ہوناچاہیے۔</w:t>
      </w:r>
    </w:p>
    <w:p>
      <w:r>
        <w:rPr>
          <w:b/>
        </w:rPr>
        <w:t xml:space="preserve">[1:53:20] </w:t>
      </w:r>
      <w:r>
        <w:t>Maulana, aap sahi keh rahe hain. Because I feel, Maulana, that agar negativity rahega to kahin na kahin is duniya se attachment hai. Haan, because agar agar aapka comparison hoga logon se duniya mein to negativity aayegi. Jealousy, anger sab aayega.</w:t>
      </w:r>
    </w:p>
    <w:p>
      <w:pPr>
        <w:jc w:val="right"/>
      </w:pPr>
      <w:r>
        <w:t>مولانا،آپصحیحکہہرہےہیں۔ بیکازآئیفیل،مولانا،دیٹ اگر نیگیٹیوٹیرہےگیتوکہیںنہکہیںاسدنیا سےاٹیچمنٹہے۔ ہاں،بیکازاگر اگر آپکاکمپیریز ن ہوگا لوگوںسےدنیامیںتونیگیٹیوٹیآئےگی۔جیلسی،این گرسبآئےگا۔</w:t>
      </w:r>
    </w:p>
    <w:p>
      <w:r>
        <w:rPr>
          <w:b/>
        </w:rPr>
        <w:t xml:space="preserve">[1:53:34] </w:t>
      </w:r>
      <w:r>
        <w:t>Haan, jahan jahan aap badhte jayenge spiritualty mein to dusri hi haft mein aapko achievement hongi in cheezon ki. Is iski wajah se negativity khatam hoti jayegi.</w:t>
      </w:r>
    </w:p>
    <w:p>
      <w:pPr>
        <w:jc w:val="right"/>
      </w:pPr>
      <w:r>
        <w:t>ہاں،جہاںجہاںآپبڑھتےجائیںگےسپرچویلٹیمیں تو دوس ری ہیئراف ٹر میںآپکواچیومنٹہوگیانچیزوںکی۔اس اسکیوجہ سےنیگیٹیوٹیختمہوتیجائےگی۔</w:t>
      </w:r>
    </w:p>
    <w:p>
      <w:r>
        <w:rPr>
          <w:b/>
        </w:rPr>
        <w:t xml:space="preserve">[1:53:43] </w:t>
      </w:r>
      <w:r>
        <w:t>yeh bilkul sahi hai. It's very, it's true. Maulana, ek baar aapne bataya tha ke aadmi har waqt radiate karta rehta hai.</w:t>
      </w:r>
    </w:p>
    <w:p>
      <w:pPr>
        <w:jc w:val="right"/>
      </w:pPr>
      <w:r>
        <w:t>یہبالکلصحیحہے۔اٹساویری، اٹسٹرو۔ مولانا،ایکبارآپنےبتایاتھاکہ آدمیہروقت ریڈیایٹکرتے رہتاہے۔</w:t>
      </w:r>
    </w:p>
    <w:p>
      <w:r>
        <w:rPr>
          <w:b/>
        </w:rPr>
        <w:t xml:space="preserve">[1:53:52] </w:t>
      </w:r>
      <w:r>
        <w:t>Har aadmi har waqt radiate karta rehta hai. Mera sawal yeh hai ke agar ah hum sahi hon aur hum sahi raste pe chalein to kya usse bhi ek message radiate hoga jo indirect da'wah work</w:t>
      </w:r>
    </w:p>
    <w:p>
      <w:pPr>
        <w:jc w:val="right"/>
      </w:pPr>
      <w:r>
        <w:t>ہرآدمیہروقت ریڈیایٹکرتےرہتاہے۔ میراسوالیہہےکہ اگر اہ ہمصحیحہوں اور ہمصحیحراستےپہچلیں توکیا اسسےبھیایک میسجریڈیایٹہوگاجو انڈائریکٹدعویٰورک</w:t>
      </w:r>
    </w:p>
    <w:p>
      <w:r>
        <w:rPr>
          <w:b/>
        </w:rPr>
        <w:t xml:space="preserve">[1:54:09] </w:t>
      </w:r>
      <w:r>
        <w:t>aisa Muslim hai? Nahi, nahi, woh da'wah work nahi hai. Da'wah work yeh hai ke aapko munh se bolna padega. Ji, haan, ismein maine jo kaha tha usko da'wah work se talluq nahi tha. Iska</w:t>
      </w:r>
    </w:p>
    <w:p>
      <w:pPr>
        <w:jc w:val="right"/>
      </w:pPr>
      <w:r>
        <w:t>ایسا مسلمہے؟نہیں،نہیں،وہ دعویٰورکنہیںہے۔ دعویٰورکیہہےکہآپکومنہسےبولناپڑےگا۔ جی،ہاں،اسمیں نےجوکہاتھااسکو دعویٰورکسےتعلقنہیںتھا۔اسکا</w:t>
      </w:r>
    </w:p>
    <w:p>
      <w:r>
        <w:rPr>
          <w:b/>
        </w:rPr>
        <w:t xml:space="preserve">[1:54:20] </w:t>
      </w:r>
      <w:r>
        <w:t>jijee, woh aik moralsense mein tha. haan, aur woh absolute sense mein bhi nahin tha. matlab aik aik sahib ne kaha tha is ko mein ne dohraaya tha. is ko baqi daawa-e-haq ki tauseeq zaroori hai ke aap bolein.</w:t>
      </w:r>
    </w:p>
    <w:p>
      <w:pPr>
        <w:jc w:val="right"/>
      </w:pPr>
      <w:r>
        <w:t>جیجی، وہ ایک مورلسینسمیںتھا۔ ہاں، اوروہ ایبسولیوٹسینسمیںبھینہیںتھا۔ مطلب ایک ایک صاحبنےکہاتھااسیکومیںنےدہرایاتھا۔اسکو باقی دعویٰورککیتوضروریہےکہآپبول یں۔</w:t>
      </w:r>
    </w:p>
    <w:p>
      <w:r>
        <w:rPr>
          <w:b/>
        </w:rPr>
        <w:t xml:space="preserve">[1:54:41] </w:t>
      </w:r>
      <w:r>
        <w:t>jee, haan,</w:t>
      </w:r>
    </w:p>
    <w:p>
      <w:pPr>
        <w:jc w:val="right"/>
      </w:pPr>
      <w:r>
        <w:t>جی،ہاں،</w:t>
      </w:r>
    </w:p>
    <w:p>
      <w:r>
        <w:rPr>
          <w:b/>
        </w:rPr>
        <w:t xml:space="preserve">[1:54:48] </w:t>
      </w:r>
      <w:r>
        <w:t>fa qul lahum fi anfusiqum qoolan balighan. kaho aisi baat jo un ke dil mein utarne wali ho. kaho aisi baat jo dil ke utarne wali ho.</w:t>
      </w:r>
    </w:p>
    <w:p>
      <w:pPr>
        <w:jc w:val="right"/>
      </w:pPr>
      <w:r>
        <w:t>فقل لہمفیانفس ق ولابلیغا۔ کہو ایسیباتجو انکےدلمیں اترنےوالی ہو ۔ کہوایسیباتجو دلکےاترنےوالیہو ۔</w:t>
      </w:r>
    </w:p>
    <w:p>
      <w:r>
        <w:rPr>
          <w:b/>
        </w:rPr>
        <w:t xml:space="preserve">[1:54:59] </w:t>
      </w:r>
      <w:r>
        <w:t>to is speech yeh dua ko bolna parta hai. warna woh dua nahin ban sakta. yeh baat mein is liye keh raha hoon ke kuch logon ki yeh aik theory hai kehte hain ke apne aap log theek kar lo,</w:t>
      </w:r>
    </w:p>
    <w:p>
      <w:pPr>
        <w:jc w:val="right"/>
      </w:pPr>
      <w:r>
        <w:t>تو اسپیچ یہداعیکوبولناپڑتاہے۔ ورنہوہداعینہیںبنسکتا۔ یہباتمیںاسلیےکہہرہاہوںکہکچھلوگوںکایہایکتھیوریایکہے کہاپنے آپلوگٹھیککرلو،</w:t>
      </w:r>
    </w:p>
    <w:p>
      <w:r>
        <w:rPr>
          <w:b/>
        </w:rPr>
        <w:t xml:space="preserve">[1:55:14] </w:t>
      </w:r>
      <w:r>
        <w:t>sab log Islam par aa</w:t>
      </w:r>
    </w:p>
    <w:p>
      <w:pPr>
        <w:jc w:val="right"/>
      </w:pPr>
      <w:r>
        <w:t>سبلوگ اسلام پرآ</w:t>
      </w:r>
    </w:p>
    <w:p>
      <w:r>
        <w:rPr>
          <w:b/>
        </w:rPr>
        <w:t xml:space="preserve">[1:55:16] </w:t>
      </w:r>
      <w:r>
        <w:t>jayenge. mein is ko jhoot samajhta hoon, bilkul baseless samajhta hoon.</w:t>
      </w:r>
    </w:p>
    <w:p>
      <w:pPr>
        <w:jc w:val="right"/>
      </w:pPr>
      <w:r>
        <w:t>جائیںگے۔ میںاسکوجھوٹسمجھتاہوں، بالکل بیسلیسسمجھتاہوں۔</w:t>
      </w:r>
    </w:p>
    <w:p>
      <w:r>
        <w:rPr>
          <w:b/>
        </w:rPr>
        <w:t xml:space="preserve">[1:55:24] </w:t>
      </w:r>
      <w:r>
        <w:t>Maulana jee sahib, jaise kehte hain ke Muslims ko log dekh ke kehte hain Islam ko galat samajhte hain. galat practice karne wale ya rituals pe believe karne wale Muslims ko dekh ke Islam ka aik galat concept phailta hai.</w:t>
      </w:r>
    </w:p>
    <w:p>
      <w:pPr>
        <w:jc w:val="right"/>
      </w:pPr>
      <w:r>
        <w:t>مولانا جیصاحب،جیسےکہ تےہیں کہ مسلمز کولوگ دیکھکے کہتےہیں اسلام کوغلطسمجھتےہیں۔ غلط پریکٹسکرنے والے یا ریچولزپہ بیلیوکرنے والے مسلمزکو دیکھکے ایکاسلام کا غلط کانسیپٹ پھیلتاہے۔</w:t>
      </w:r>
    </w:p>
    <w:p>
      <w:r>
        <w:rPr>
          <w:b/>
        </w:rPr>
        <w:t xml:space="preserve">[1:55:41] </w:t>
      </w:r>
      <w:r>
        <w:t>to to agar hum is ko wider sense mein lein to I think the truth will be true also ke agar Muslims spiritually woh hon, mentally develop karein apne ko, positive attitude ho to in a broader sense it will all show.</w:t>
      </w:r>
    </w:p>
    <w:p>
      <w:pPr>
        <w:jc w:val="right"/>
      </w:pPr>
      <w:r>
        <w:t>تو تواگر ہم اسے وائیڈرسینسمیںلیں تو آئیتھنکدیٹوڈبی ٹرو الس وکہاگر مسلم ز سپرچ ولی وہ ہوں، مینٹلی ڈیویلپکریں اپنے کو،پوزیٹیو ایٹیٹیوڈہو تو اناےبراڈر سینس اٹول اہ شو۔</w:t>
      </w:r>
    </w:p>
    <w:p>
      <w:r>
        <w:rPr>
          <w:b/>
        </w:rPr>
        <w:t xml:space="preserve">[1:55:59] </w:t>
      </w:r>
      <w:r>
        <w:t>but all this will not be. I don't think we can do a lot of daawa-e-haq, but at least a message can be good.</w:t>
      </w:r>
    </w:p>
    <w:p>
      <w:pPr>
        <w:jc w:val="right"/>
      </w:pPr>
      <w:r>
        <w:t>بٹ اہ دسولناٹبی۔ آئیڈونٹتھنکویکینکالاٹدعویٰورک،بٹایٹلیسٹ اہ ایکاسکی میسجاچھیہو سکتیہے۔</w:t>
      </w:r>
    </w:p>
    <w:p>
      <w:r>
        <w:rPr>
          <w:b/>
        </w:rPr>
        <w:t xml:space="preserve">[1:56:10] </w:t>
      </w:r>
      <w:r>
        <w:t>dekhiye, yeh aik supposition hai. kabhi bhi koi society aisi profit bantain nahin. aaj duniya mein is jo testing ground jis ko hum kehte hain, wahan yeh possible nahin hai. is ki koi possibility nahin hai ke aisi koi ideal society ban jaye.</w:t>
      </w:r>
    </w:p>
    <w:p>
      <w:pPr>
        <w:jc w:val="right"/>
      </w:pPr>
      <w:r>
        <w:t>دیکھیے، یہ ایک سپ وزیشنہے۔ کبھیبھی کوئی سوسائٹیایسیپرافٹبنتینہیں ۔ آجکیدنیا میں اس جو ٹیسٹ نگگراؤنڈجسکوہمکہتےہیں، وہاںیہپاسیبلہینہیںہے۔اسکیکوئیپوسیبلیٹینہیںہے کہ ایسی کوئیآئیڈیلسوسائٹیبنجائے۔</w:t>
      </w:r>
    </w:p>
    <w:p>
      <w:r>
        <w:rPr>
          <w:b/>
        </w:rPr>
        <w:t xml:space="preserve">[1:56:28] </w:t>
      </w:r>
      <w:r>
        <w:t>kyun ke dekhiye, hota kya hai? Rasool Allah ke zamane mein kuch logon ko aap ne badla, aur us ke baad un ke jo bachche paida hue, wahin se bigaad shuru ho gaya.</w:t>
      </w:r>
    </w:p>
    <w:p>
      <w:pPr>
        <w:jc w:val="right"/>
      </w:pPr>
      <w:r>
        <w:t>کیونکہدیکھیے،ہوتاکیاہے ؟رسولاللہکےزمانےمیں کچھلوگوںکوآپنےبد لا، اوراسکےبعدانکے جوبچےپیدا ہوئے ، وہیںسےبگاڑشروعہوگیا۔</w:t>
      </w:r>
    </w:p>
    <w:p>
      <w:r>
        <w:rPr>
          <w:b/>
        </w:rPr>
        <w:t xml:space="preserve">[1:56:41] </w:t>
      </w:r>
      <w:r>
        <w:t>un ke jo bachche paida hue, phir bigaad shuru ho gaya. to insaan jo hai hamesha thodi jeeta hai ke aik martaba aap ne badal diya to wohi society chali ja rahi hai.</w:t>
      </w:r>
    </w:p>
    <w:p>
      <w:pPr>
        <w:jc w:val="right"/>
      </w:pPr>
      <w:r>
        <w:t>انکےجوبچےپیداہوئے،پھر بگاڑشروعہوگیا۔ تو انسانجوہے ہمیشہتھوڑیجیتاہے کہایکمرتبہآپنےبدلدیاتووہیسوسائٹیچلیجارہیہے۔</w:t>
      </w:r>
    </w:p>
    <w:p>
      <w:r>
        <w:rPr>
          <w:b/>
        </w:rPr>
        <w:t xml:space="preserve">[1:56:50] </w:t>
      </w:r>
      <w:r>
        <w:t>ab is ke baad jo bachche paida hote hain to woh zahir hai ke woh untrained hote hain. yani aap dekhein to Hazrat Abdullah, Hazrat Umar ke bachchon ke siwa sab bachchon ne gadbad machaya.</w:t>
      </w:r>
    </w:p>
    <w:p>
      <w:pPr>
        <w:jc w:val="right"/>
      </w:pPr>
      <w:r>
        <w:t>اباسکےبعدجو بچےپیدا ہوتےہیںتووہ ظاہرہےکہوہ انٹرینڈہوتےہیں۔ یعنی آپ دیکھیںتوحضرتعبد اللہ،حضرتعمر کے بچوںکےسوا سب بچوںنےگڑبڑمچایا۔</w:t>
      </w:r>
    </w:p>
    <w:p>
      <w:r>
        <w:rPr>
          <w:b/>
        </w:rPr>
        <w:t xml:space="preserve">[1:57:04] </w:t>
      </w:r>
      <w:r>
        <w:t>ji haan, kyun? agli generation ki koi guarantee nahin le sa</w:t>
      </w:r>
    </w:p>
    <w:p>
      <w:pPr>
        <w:jc w:val="right"/>
      </w:pPr>
      <w:r>
        <w:t>جیہاں، کیوں؟اگلیجنریشنکیکوئیآپگارنٹینہیں لےس</w:t>
      </w:r>
    </w:p>
    <w:p>
      <w:r>
        <w:rPr>
          <w:b/>
        </w:rPr>
        <w:t xml:space="preserve">[1:57:09] </w:t>
      </w:r>
      <w:r>
        <w:t>kte. to society bar bar badalti hai. abhi aap ne just like river, pani mein hamesha pani badalta rehta hai, har waqt badalta hai, badal raha hai, badal raha hai.</w:t>
      </w:r>
    </w:p>
    <w:p>
      <w:pPr>
        <w:jc w:val="right"/>
      </w:pPr>
      <w:r>
        <w:t>کتے۔ تو سوسائٹی باربار بدلتیہے۔ ابھیآپنے جسٹلائکری ور، پانی میں ہمیشہ پانیبدلتارہتاہے، ہروقتبدلتاہے،بدلرہاہے،بدلرہاہے۔</w:t>
      </w:r>
    </w:p>
    <w:p>
      <w:r>
        <w:rPr>
          <w:b/>
        </w:rPr>
        <w:t xml:space="preserve">[1:57:20] </w:t>
      </w:r>
      <w:r>
        <w:t>to society mein aise hi hota hai. aisa hota hi nahin hai ke aap ne aik baar society bana di to us ko dekh dekh ke log asar le rahe hain.</w:t>
      </w:r>
    </w:p>
    <w:p>
      <w:pPr>
        <w:jc w:val="right"/>
      </w:pPr>
      <w:r>
        <w:t>تو سوسائٹیمیںایسےہیہوتاہے۔ ایساہوتاہینہیںکہآپنےایکبارسوسائٹیبنادی تو اسکودیکھدیکھکےلوگ اثرلےرہےہیں۔</w:t>
      </w:r>
    </w:p>
    <w:p>
      <w:r>
        <w:rPr>
          <w:b/>
        </w:rPr>
        <w:t xml:space="preserve">[1:57:30] </w:t>
      </w:r>
      <w:r>
        <w:t>yani idhar banna bigad dono saath saath chalta hai. ji haan, sab ka qasur hai. bachchon ki kesi guarantee le lenge aap</w:t>
      </w:r>
    </w:p>
    <w:p>
      <w:pPr>
        <w:jc w:val="right"/>
      </w:pPr>
      <w:r>
        <w:t>یعنیادھربننابگڑنادونوںساتھساتھچلتاہے۔ جیہاں، سب کاقص ہہے۔ بچوںکیکیسیگارنٹیلےلیںگےآپ</w:t>
      </w:r>
    </w:p>
    <w:p>
      <w:r>
        <w:rPr>
          <w:b/>
        </w:rPr>
        <w:t xml:space="preserve">[1:57:39] </w:t>
      </w:r>
      <w:r>
        <w:t>? bachchon ke bachche ki kesi guarantee le lenge aap? is wajah se daawa-e-haq ko is se relate nahin kar sakte aap ke dekh dekh ke Musalman hon. to yeh to impossible pe chale jayenge aap.</w:t>
      </w:r>
    </w:p>
    <w:p>
      <w:pPr>
        <w:jc w:val="right"/>
      </w:pPr>
      <w:r>
        <w:t>؟بچوںکےبچےکی کیسیگارنٹیلےلیںگےآپ؟ اسوجہسے دعویٰورککواسسےریلیٹنہیںکرسکتےآپ کہدیکھدیکھکےمس لمانہوں۔ تو یہتو امپاسیبل پرچلےجائیںگےآپ ۔</w:t>
      </w:r>
    </w:p>
    <w:p>
      <w:r>
        <w:rPr>
          <w:b/>
        </w:rPr>
        <w:t xml:space="preserve">[1:57:53] </w:t>
      </w:r>
      <w:r>
        <w:t>yeh tablighi jamaat wale yeh hi kehte hain. to mein kehta hoon, woh sau saal to beet gaye. ab kaho woh society banegi jis ko dekh dekh ke log Islam ko samjhein.</w:t>
      </w:r>
    </w:p>
    <w:p>
      <w:pPr>
        <w:jc w:val="right"/>
      </w:pPr>
      <w:r>
        <w:t>یہتبلیغیجماعتوالےیہیکہتےہیں۔ تو میںکہتاہوں،وہسو سالتوبیتگئے۔ ابکہاوہسوسائٹیبنےگیجسکودیکھدیکھکےلوگ اسلام کوسمجھیں۔</w:t>
      </w:r>
    </w:p>
    <w:p>
      <w:r>
        <w:rPr>
          <w:b/>
        </w:rPr>
        <w:t xml:space="preserve">[1:58:02] </w:t>
      </w:r>
      <w:r>
        <w:t>sau saal beet gaye is ke upar. abhi tak jaab-o-bast mein bhi kuch nahin hua.</w:t>
      </w:r>
    </w:p>
    <w:p>
      <w:pPr>
        <w:jc w:val="right"/>
      </w:pPr>
      <w:r>
        <w:t>سو سال بیتگئےاسکےاوپر۔ ابھیتک جابد بستیمیںبھیکچھنہیںہوا ۔</w:t>
      </w:r>
    </w:p>
    <w:p>
      <w:r>
        <w:rPr>
          <w:b/>
        </w:rPr>
        <w:t xml:space="preserve">[1:58:08] </w:t>
      </w:r>
      <w:r>
        <w:t>yeh supposition hai. yeh aisa is din mein jo testing ground hai, jo aisa possibility iski nahin hai ke koi aisi society bana de aap ko, us ko dekh dekh kar Islam ki taraf aayen.</w:t>
      </w:r>
    </w:p>
    <w:p>
      <w:pPr>
        <w:jc w:val="right"/>
      </w:pPr>
      <w:r>
        <w:t>یہسپوزیشنہے۔ یہ ایسا اسدنیا میں جو ٹیسٹ نگگراؤنڈہے،جو ایسا پوسیبلیٹیاسکینہیںہے کہکوئیایسی سوسائٹیبنادےآپکو،اسکودیکھدیکھکر اسلام کیطرف آئیں۔</w:t>
      </w:r>
    </w:p>
    <w:p>
      <w:r>
        <w:rPr>
          <w:b/>
        </w:rPr>
        <w:t xml:space="preserve">[1:58:23] </w:t>
      </w:r>
      <w:r>
        <w:t>yeh is ki koi possibility nahin hai. is liye aap ko munh se bolna padega. aap ko is ko hum-weight nahin kar sakte.</w:t>
      </w:r>
    </w:p>
    <w:p>
      <w:pPr>
        <w:jc w:val="right"/>
      </w:pPr>
      <w:r>
        <w:t>یہاسکیکوئیپاسیبلیٹینہیںہے۔اسلیےآپکومنہسےبولناپڑےگا۔آپکو اسکاہمویٹنہیںکرسکتے۔</w:t>
      </w:r>
    </w:p>
    <w:p>
      <w:r>
        <w:rPr>
          <w:b/>
        </w:rPr>
        <w:t xml:space="preserve">[1:58:35] </w:t>
      </w:r>
      <w:r>
        <w:t>Maulana,</w:t>
      </w:r>
    </w:p>
    <w:p>
      <w:pPr>
        <w:jc w:val="right"/>
      </w:pPr>
      <w:r>
        <w:t>مولانا،</w:t>
      </w:r>
    </w:p>
    <w:p>
      <w:r>
        <w:rPr>
          <w:b/>
        </w:rPr>
        <w:t xml:space="preserve">[1:58:36] </w:t>
      </w:r>
      <w:r>
        <w:t>aaj ke daur mein masjid hai, aik men's club ban ke reh gayi hai. to kya masjid ka Muslim society mein sirf yeh hi role hai ya is ke alawa hi koi apna waste aur extended role bhi rakhti hai?</w:t>
      </w:r>
    </w:p>
    <w:p>
      <w:pPr>
        <w:jc w:val="right"/>
      </w:pPr>
      <w:r>
        <w:t>آجکےدورمیںمسجدہے، ایک مینز کلببنکےرہگئیہے۔ تو کیا مسجد کا مسلم سوسائٹیمیںصرفیہیرولہےیااسکےعلاوہیہکوئیاپناواسٹ اورایکسٹینڈڈرولبھیرکھتیہے؟</w:t>
      </w:r>
    </w:p>
    <w:p>
      <w:r>
        <w:rPr>
          <w:b/>
        </w:rPr>
        <w:t xml:space="preserve">[1:58:49] </w:t>
      </w:r>
      <w:r>
        <w:t>dekhein, is ko hum itna bhi an-kan nahin samajhte kyun ke degeneration is a phenomenon of every religion.</w:t>
      </w:r>
    </w:p>
    <w:p>
      <w:pPr>
        <w:jc w:val="right"/>
      </w:pPr>
      <w:r>
        <w:t>دیکھیں،اسکوہماتنا بھیانکنہیںسمجھتے کیونکہ ڈی جنریشن از اےفیناومینااف ایوریریلیجن۔</w:t>
      </w:r>
    </w:p>
    <w:p>
      <w:r>
        <w:rPr>
          <w:b/>
        </w:rPr>
        <w:t xml:space="preserve">[1:58:58] </w:t>
      </w:r>
      <w:r>
        <w:t>sirf islam ki baat nahin hai. yani kisi ne kaha hai, ba-hawaala-e-sahih kaha hai religion is an ideology, deen gradually reduces to culture.</w:t>
      </w:r>
    </w:p>
    <w:p>
      <w:pPr>
        <w:jc w:val="right"/>
      </w:pPr>
      <w:r>
        <w:t>صرفاسلامکیباتنہیںہے۔ یعنی کسی نےکہاہے،بہتصحیح کہریلیجنبگنز ایزاینآئیڈیالوجی، دین گریجولیاٹازریڈیوسٹو ٹوکلچر ۔</w:t>
      </w:r>
    </w:p>
    <w:p>
      <w:r>
        <w:rPr>
          <w:b/>
        </w:rPr>
        <w:t xml:space="preserve">[1:59:11] </w:t>
      </w:r>
      <w:r>
        <w:t>aisa kuch kaha isne. to har mazhab ke saath yeh hota hai ke dheere dheere degeneration hota hai. aise hi musalmanon ka hua hai. to yeh hoga. yeh yeh yeh yeh law of nature hai ke musalman koi exception nahin hai.</w:t>
      </w:r>
    </w:p>
    <w:p>
      <w:pPr>
        <w:jc w:val="right"/>
      </w:pPr>
      <w:r>
        <w:t>ایساکچھکہااسنے۔ تو ہر مذہبکےساتھیہہوتاہےکہ دھیرےدھیرےڈیجنریشنہوتاہے۔ ایسےہیمسلمانوںکاہواہے۔ تویہہوگا۔یہ یہ یہ یہ لاءآفنیچرہے کہ مسلمانکوئیایکسیپشننہیںہے۔</w:t>
      </w:r>
    </w:p>
    <w:p>
      <w:r>
        <w:rPr>
          <w:b/>
        </w:rPr>
        <w:t xml:space="preserve">[1:59:27] </w:t>
      </w:r>
      <w:r>
        <w:t>sab mein hua hai, hinduo mein hua hai, parsiyon mein hua hai ke pehli nasal jawana thi, uske muqable mein ab bohat badle hue hain log.</w:t>
      </w:r>
    </w:p>
    <w:p>
      <w:pPr>
        <w:jc w:val="right"/>
      </w:pPr>
      <w:r>
        <w:t>سبمیںہواہے، ہندوؤںمیںہواہے،پارسیوںمیںہواہے کہ پہلینسلجوانکیتھی، اسکےمقابلےمیںاب بہت بد لےہوئےہیںلوگ ۔</w:t>
      </w:r>
    </w:p>
    <w:p>
      <w:r>
        <w:rPr>
          <w:b/>
        </w:rPr>
        <w:t xml:space="preserve">[1:59:37] </w:t>
      </w:r>
      <w:r>
        <w:t>to hamein is se, is ko hum koi bohat bhayanak taur par nahin lena chahiye. hamein sirf yeh hai ke hum, yani har agli generation mein da'wa war kiya ya woh inko reform ka kaam chalte rahega, chalta rahega,</w:t>
      </w:r>
    </w:p>
    <w:p>
      <w:pPr>
        <w:jc w:val="right"/>
      </w:pPr>
      <w:r>
        <w:t>تو ہمیں اسسے،اسکوہمکوئیبہت بھیانکطورپرنہیںلیناچاہیے۔ہمیں صرفیہہےکہہم ،یعنی ہر اگلیجنریشنمیں دعویٰورکیا یا وہ انکو ریفارمکاکام چلتےرہےگا،چلتارہےگا،</w:t>
      </w:r>
    </w:p>
    <w:p>
      <w:r>
        <w:rPr>
          <w:b/>
        </w:rPr>
        <w:t xml:space="preserve">[1:59:55] </w:t>
      </w:r>
      <w:r>
        <w:t>chalta rahega. ek process hai, bilkul nadi ki tarah ke river mein pani jo hai, yani mountains se aa raha hai aur aage aage ja raha hai ocean ki taraf.</w:t>
      </w:r>
    </w:p>
    <w:p>
      <w:pPr>
        <w:jc w:val="right"/>
      </w:pPr>
      <w:r>
        <w:t>چلتارہےگا۔ایکپراسیسہے، بالکل ندیکیطرح کہریورمیں پانیجوہے، یعنی ماؤنٹینزسےآبھیرہاہے اورآگےآگےجارہاہے اوشنکیطرف ۔</w:t>
      </w:r>
    </w:p>
    <w:p>
      <w:r>
        <w:rPr>
          <w:b/>
        </w:rPr>
        <w:t xml:space="preserve">[2:00:06] </w:t>
      </w:r>
      <w:r>
        <w:t>naya pani, yani purane pani mein naya pani bar bar mil raha hai. to society bhi aisi hai. main samajhta hoon ke, yani old blood mein new blood, old blood mein new blood, yeh ek process hai jo chalta rehna chahiye.</w:t>
      </w:r>
    </w:p>
    <w:p>
      <w:pPr>
        <w:jc w:val="right"/>
      </w:pPr>
      <w:r>
        <w:t>نیاپانی ،یعنیپرانےپانیمیںنیاپانیباربارملرہاہے۔ تو سوسائٹیبھیایسیہے۔ میںسمجھتاہوں کہ ،یعنی اولڈبلڈمیںنیوبلڈ،اولڈبلڈمیںنیوبلڈ، یہایکپراسیسہے جوچلتارہناچاہیے۔</w:t>
      </w:r>
    </w:p>
    <w:p>
      <w:r>
        <w:rPr>
          <w:b/>
        </w:rPr>
        <w:t xml:space="preserve">[2:00:23] </w:t>
      </w:r>
      <w:r>
        <w:t>yahi tareeqa hai fitrat ka.</w:t>
      </w:r>
    </w:p>
    <w:p>
      <w:pPr>
        <w:jc w:val="right"/>
      </w:pPr>
      <w:r>
        <w:t>یہیطریقہہے فطرتکا ۔</w:t>
      </w:r>
    </w:p>
    <w:p>
      <w:r>
        <w:rPr>
          <w:b/>
        </w:rPr>
        <w:t xml:space="preserve">[2:00:27] </w:t>
      </w:r>
      <w:r>
        <w:t>maulana, how important is for da'i to give up bad before he preaches others? aap ne jo gud wala qissa bataya tha, main yeh pooch raha hoon ke ek da'i ke liye yeh kitna zaroori hai ke woh khud gud khana chhod de?</w:t>
      </w:r>
    </w:p>
    <w:p>
      <w:pPr>
        <w:jc w:val="right"/>
      </w:pPr>
      <w:r>
        <w:t>مولانا، ہاؤامپورٹنٹ از فاردائی ٹو گیواپگڑ بیفورہیپریچادرز؟ آپنےجوگڑوالاقصہبتایاتھا، میںیہپوچھرہاہوںکہایکدائیکےلیے یہکتناضروریہےکہوہخود گڑکھاناچھوڑدے ؟</w:t>
      </w:r>
    </w:p>
    <w:p>
      <w:r>
        <w:rPr>
          <w:b/>
        </w:rPr>
        <w:t xml:space="preserve">[2:00:44] </w:t>
      </w:r>
      <w:r>
        <w:t>nahin, yeh qissa to kahani hai, koi koi waqea nahin hai. haan, before we tell you what you want to live up to others, we have to do our self.</w:t>
      </w:r>
    </w:p>
    <w:p>
      <w:pPr>
        <w:jc w:val="right"/>
      </w:pPr>
      <w:r>
        <w:t>نہیں،یہقصہ توکہانیہے، کوئی کوئیواقعہنہیںہے۔ ہاں، بیفور ویٹیلکہیوہیوٹولیواپادرتھنگزاینڈکمٹوداکلاسز، ویہیوٹوڈواٹاور سیلف ۔</w:t>
      </w:r>
    </w:p>
    <w:p>
      <w:r>
        <w:rPr>
          <w:b/>
        </w:rPr>
        <w:t xml:space="preserve">[2:00:55] </w:t>
      </w:r>
      <w:r>
        <w:t>nahin, nahin, yeh nahin, yeh bilkul galat hoga. aur main aap ko batata hoon, agar aap janna chahein, tafsir ibn kathir mein unhone likha hai, ulama ka ittefaq is par hai ke da'wat ke liye amal shart nahin hai.</w:t>
      </w:r>
    </w:p>
    <w:p>
      <w:pPr>
        <w:jc w:val="right"/>
      </w:pPr>
      <w:r>
        <w:t>نہیں،نہیں،یہنہیں،یہبالکلغلطہوگا۔ اور میںآپکو بتاتاہوں،اگرآپجانناچاہیں، تفسیرابن کثیرمیں انہوںنےلکھاہے، علم اءکااتفاق اسپرہے کہ دعوتکےلیےعمل شرطنہیںہے۔</w:t>
      </w:r>
    </w:p>
    <w:p>
      <w:r>
        <w:rPr>
          <w:b/>
        </w:rPr>
        <w:t xml:space="preserve">[2:01:08] </w:t>
      </w:r>
      <w:r>
        <w:t>achha ke pehle aap ne koi theek kar lo, phir da'wat dena, yeh bilkul jhooti shart hai. jahan, aap ab kabhi chahein to aap hamara aayega, hum dikha denge aap ko. is ka English translator bhi hamare paas hai.</w:t>
      </w:r>
    </w:p>
    <w:p>
      <w:pPr>
        <w:jc w:val="right"/>
      </w:pPr>
      <w:r>
        <w:t>اچھا کہپہلےآپنےکوئیدرستکرلو،پھردعوتدینا، یہبالکلجھوٹیشرطہے۔ جیہاں، آپ ابکبھیچاہیںتوآپہمارا آئےگا،ہمدکھادیںگےآپکو ۔اسکا انگلشٹرانسلیٹربھیہمارےپاسہے۔</w:t>
      </w:r>
    </w:p>
    <w:p>
      <w:r>
        <w:rPr>
          <w:b/>
        </w:rPr>
        <w:t xml:space="preserve">[2:01:24] </w:t>
      </w:r>
      <w:r>
        <w:t>unhone likha hai ke agar yeh shart ho, yeh condition ke aap ne koi theek kar lo, phir da'wat karna, yeh condition ho to kabhi da'wat hogi hi nahin. is ke baad bewakoof kaun na ho ga? jab main perfect ho gaya, woh to intehai bewakoof aadmi hoga, balkeh hypocrite hoga. woh jisne kaha, ab main perfect ho gaya, ab mujhe da'wa war karna hai,</w:t>
      </w:r>
    </w:p>
    <w:p>
      <w:pPr>
        <w:jc w:val="right"/>
      </w:pPr>
      <w:r>
        <w:t>انہوںنےلکھاہےکہاگر یہ شرطہو ، یہ کنڈیشن کہآپنےکوئیٹھیککرلو،پھردعوتکرنا، یہکنڈیشنہوتوکبھیدعوتہوگیہینہیں۔ اسکےبعد بیوقوفکونہوگا؟جبمیں پرفیکٹہوگیا ،وہتوانتہائیبیوقوفآدمیہوگا، بلکہہیپوکریٹہوگا۔وہ جسنےکہ ا،ابمیںپرفیکٹہوگیا،ابمجھےدعویٰورککرناہے،</w:t>
      </w:r>
    </w:p>
    <w:p>
      <w:r>
        <w:rPr>
          <w:b/>
        </w:rPr>
        <w:t xml:space="preserve">[2:01:43] </w:t>
      </w:r>
      <w:r>
        <w:t>yeh shart bilkul, yeh condition bilkul galat hai. aisa kabhi na hua, na ho sakta hai. aur sab se zyada galat aadmi woh hai jo apne ko perfect samajh le.</w:t>
      </w:r>
    </w:p>
    <w:p>
      <w:pPr>
        <w:jc w:val="right"/>
      </w:pPr>
      <w:r>
        <w:t>یہ شرطبالکل، یہکنڈیشنبالکلغلطہے۔ ایساکبھینہہوا،نہہوسکتاہے۔ اورسبسےزیادہ غلطآدمیوہہےجواپنےکوپرفیکٹسمجھلے۔</w:t>
      </w:r>
    </w:p>
    <w:p>
      <w:r>
        <w:rPr>
          <w:b/>
        </w:rPr>
        <w:t xml:space="preserve">[2:01:52] </w:t>
      </w:r>
      <w:r>
        <w:t>yaad rakhiye,</w:t>
      </w:r>
    </w:p>
    <w:p>
      <w:pPr>
        <w:jc w:val="right"/>
      </w:pPr>
      <w:r>
        <w:t>یادرکھیے،</w:t>
      </w:r>
    </w:p>
    <w:p>
      <w:r>
        <w:rPr>
          <w:b/>
        </w:rPr>
        <w:t xml:space="preserve">[2:01:55] </w:t>
      </w:r>
      <w:r>
        <w:t>jo aap log perfect samajh lein, us se zyada galat aadmi kaun ho sakta hai? yeh koi condition nahin hai. bas jab aap ko pata chala ke Khuda ke bande bhatke hue hain, aap batana shuru kar dijiye, ek process chala dijiye. bas</w:t>
      </w:r>
    </w:p>
    <w:p>
      <w:pPr>
        <w:jc w:val="right"/>
      </w:pPr>
      <w:r>
        <w:t>جوآپلوگپرفیکٹسمجھلیں،اسسےزیادہغلطآدمیکونہوسکتاہے؟ یہکوئیکنڈیشننہیںہے۔ بسجب آپکوپتہچلاکہ خداکےبندےبھٹکےہوئےہیں، آپبتاناشروعکردیجئے، ایکپراسیسچلادیجئے۔بس</w:t>
      </w:r>
    </w:p>
    <w:p>
      <w:r>
        <w:rPr>
          <w:b/>
        </w:rPr>
        <w:t xml:space="preserve">[2:02:15] </w:t>
      </w:r>
      <w:r>
        <w:t>maulana, abhi jo aap Prem Malik sahib ke bare mein bol rahe the, to main keh raha tha ke agar Rabia Basri koi waqea ya maloom ho, koi Islamic personality thi, to shayad Prem Malik modern age ki Rabia Basri hain.</w:t>
      </w:r>
    </w:p>
    <w:p>
      <w:pPr>
        <w:jc w:val="right"/>
      </w:pPr>
      <w:r>
        <w:t>مولانا، ابھیجوآپپریمملکصاحبہکےبارےمیںبولرہےتھے، تو میںکہہرہاتھاکہاگر رابعہبصری کوئی واقع یمعلومہو،کوئیاسلامکپرسنیلٹیتھی،تو شاید پریمملک ماڈرنایجکیرابعہبصریہیں۔</w:t>
      </w:r>
    </w:p>
    <w:p>
      <w:r>
        <w:rPr>
          <w:b/>
        </w:rPr>
        <w:t xml:space="preserve">[2:02:27] </w:t>
      </w:r>
      <w:r>
        <w:t>yeh baat sahi hai? main to samajhta hoon sahi hai, main to un ko modern world ki Rabia Basri samajhta hoon. ji, balkeh main samajhta hoon ke shayad un ka role aur bhi extended hoga.</w:t>
      </w:r>
    </w:p>
    <w:p>
      <w:pPr>
        <w:jc w:val="right"/>
      </w:pPr>
      <w:r>
        <w:t>یہباتصحیحہے؟ میںتوسمجھتاہوںصحیحہے، میں توانکو ماڈرنورلڈکی رابعہبصریسمجھتاہوں۔ جی، بلکہ میںسمجھتاہوںکہشایدانکارولاوربھیایکسٹینڈڈہوگا۔</w:t>
      </w:r>
    </w:p>
    <w:p>
      <w:r>
        <w:rPr>
          <w:b/>
        </w:rPr>
        <w:t xml:space="preserve">[2:02:40] </w:t>
      </w:r>
      <w:r>
        <w:t>yeh Rabia Basri nahin janti hain? aap? haan ji, yeh nahin pa</w:t>
      </w:r>
    </w:p>
    <w:p>
      <w:pPr>
        <w:jc w:val="right"/>
      </w:pPr>
      <w:r>
        <w:t>یہرابعہبصرینہیںجانتیہیں؟آپ ؟ہاںجی، یہنہیںپ</w:t>
      </w:r>
    </w:p>
    <w:p>
      <w:r>
        <w:rPr>
          <w:b/>
        </w:rPr>
        <w:t xml:space="preserve">[2:02:44] </w:t>
      </w:r>
      <w:r>
        <w:t>to nahin un ko. main bhi wohi pooch raha tha ke kya hota hai? achha, dekhein, Abbasi period mein ek khatoon thin, Basra ek state hai Iraq mein, to Abbasi period tha. woh wahan do top ke aadmi the, ek the Hasan Basri, ek Rabia Basri.</w:t>
      </w:r>
    </w:p>
    <w:p>
      <w:pPr>
        <w:jc w:val="right"/>
      </w:pPr>
      <w:r>
        <w:t>تہنہیںانکو۔میںبھیوہی پوچھرہاتھاکہکیاہوتاہے؟اچھا، دیکھیں، عب اسیتپیریڈمیں ایک خاتونتھیں، بصرہایکسٹیہے عراق میں، تو عباسیتپیریڈتھا۔وہ وہاں دو ٹاپ کےآدمیتھے، ایک تھے حسنبصری،ایکرابعہبصری۔</w:t>
      </w:r>
    </w:p>
    <w:p>
      <w:r>
        <w:rPr>
          <w:b/>
        </w:rPr>
        <w:t xml:space="preserve">[2:03:05] </w:t>
      </w:r>
      <w:r>
        <w:t>top ke sufi samajh lijiye un ko. to Hasan Basri jo wahan, bohat hi pious aadmi the.</w:t>
      </w:r>
    </w:p>
    <w:p>
      <w:pPr>
        <w:jc w:val="right"/>
      </w:pPr>
      <w:r>
        <w:t>ٹ اپکےصوفیسمجھلیجئےانکو۔ تو حسنبصریجوہیں،بہتہیپائسآدمیتھے۔</w:t>
      </w:r>
    </w:p>
    <w:p>
      <w:r>
        <w:rPr>
          <w:b/>
        </w:rPr>
        <w:t xml:space="preserve">[2:03:12] </w:t>
      </w:r>
      <w:r>
        <w:t>yeh un ki contemporary thi. yeh Rabia Basri bhi bohat pious aadmi thin. Islam ki history mein un ko ek ek woh samjha jata hai, ek symbol, ek lady bohat achhi hoti hai. woh kahenge, bhai yeh to Rabia Basri hain. yeh yani Islam musalmanon mein aisa ho gaya hai ke un ka naam jo hai, itna zyada woh ho gaya hai.</w:t>
      </w:r>
    </w:p>
    <w:p>
      <w:pPr>
        <w:jc w:val="right"/>
      </w:pPr>
      <w:r>
        <w:t>یہ انکی کنٹمپریریتھی۔یہ رابعہبصریبھیبہتپائسآدمیتھیں۔ اسلام کیہسٹریمیںانکوایک ایک وہسمجھاجاتاہے، ایک سمبل، ایک لیڈی بہتاچھیہوتیہے۔وہکہیںگے،بھئییہتورابعہبصریہیں۔یہ یعنی اسلام مسلمان وںمیںایساہوگیاہےکہ انکانام جوہے، اتنازیادہ وہہوگیاہے۔</w:t>
      </w:r>
    </w:p>
    <w:p>
      <w:r>
        <w:rPr>
          <w:b/>
        </w:rPr>
        <w:t xml:space="preserve">[2:03:37] </w:t>
      </w:r>
      <w:r>
        <w:t>hain haan, role model ke kisi ko dekhein, kisi aurat ko bohat achha ke abhi yeh to Rabia Basri hain. to main to Prem Malik ko Rabia Basri samajhta hoon modern world ki.</w:t>
      </w:r>
    </w:p>
    <w:p>
      <w:pPr>
        <w:jc w:val="right"/>
      </w:pPr>
      <w:r>
        <w:t>ہیں ہاں،رولماڈل کہکسیکودیکھیں،کسیعورتکو بہتاچھا کہابھییہتورابعہبصریہیں۔ تو میںتو پریمملککورابعہبصریسمجھتاہوںماڈرنورلڈکی۔</w:t>
      </w:r>
    </w:p>
    <w:p>
      <w:r>
        <w:rPr>
          <w:b/>
        </w:rPr>
        <w:t xml:space="preserve">[2:03:49] </w:t>
      </w:r>
      <w:r>
        <w:t>kaise sahib? haan, baqi improvement hota rehta hai, abhi improvement mein ho raha hai, bohat aage kuch aur bhi hoga. kaise sahib? hain ji, Maulana, we believe in improvement</w:t>
      </w:r>
    </w:p>
    <w:p>
      <w:pPr>
        <w:jc w:val="right"/>
      </w:pPr>
      <w:r>
        <w:t>کیسےصاحب؟ ہاں، باقیامپروومنٹہوتارہتاہے،ابھیامپروومنٹ میںہورہاہے،بہت آگےکچھاوربھیہوگا۔ کیسےصاحب؟ ہیں جی،مولانا، ویبیلیو انامپروومنٹ</w:t>
      </w:r>
    </w:p>
    <w:p>
      <w:r>
        <w:rPr>
          <w:b/>
        </w:rPr>
        <w:t xml:space="preserve">[2:04:03] </w:t>
      </w:r>
      <w:r>
        <w:t>. Maulana, like, I was talking to this person as a sufi. so, they say that there are three levels. there is what they call as self-realization. then the second thing they call is fana-fil-risul, and they say fana-fillah.</w:t>
      </w:r>
    </w:p>
    <w:p>
      <w:pPr>
        <w:jc w:val="right"/>
      </w:pPr>
      <w:r>
        <w:t>۔ مولانا،لائک، آئیوازٹاکنگ ٹودسپرسنہوازاےصوفی۔ سو،د ےسےدیٹدیرآر تھری لی ولز۔دیراز واٹدےکال ایز سیلفریلائزیشن۔دینداسیکنڈتھنگدےکالنگازفنافل رس ول،اینڈدےسےفنافلاللہ ۔</w:t>
      </w:r>
    </w:p>
    <w:p>
      <w:r>
        <w:rPr>
          <w:b/>
        </w:rPr>
        <w:t xml:space="preserve">[2:04:19] </w:t>
      </w:r>
      <w:r>
        <w:t>and they say Rabia Basri, and all these people have reached that highest level of when they got dissolved in Allah. so, person has to go through this process or what is it? you have to go level by level, or what is it?</w:t>
      </w:r>
    </w:p>
    <w:p>
      <w:pPr>
        <w:jc w:val="right"/>
      </w:pPr>
      <w:r>
        <w:t>اینڈدےسےرابعہبصری،اینڈآلدیزپیپلہیو ریچدیٹہائیسٹ لیول آف ویندےگاٹڈیزالوانگاڈ۔ تو پر سنکوکہ اسپراسیسکےتھروجاناپڑتاہے یاکہ واٹازدس؟یوہیوٹوگولیولبائیلیول،اورواٹازاٹ؟</w:t>
      </w:r>
    </w:p>
    <w:p>
      <w:r>
        <w:rPr>
          <w:b/>
        </w:rPr>
        <w:t xml:space="preserve">[2:04:33] </w:t>
      </w:r>
      <w:r>
        <w:t>dekhen, yeh terminologia us waqt thi he na. Hasan Basri aur Rabia Basri, yani terminologia to baad ko bani hai. Yeh humm, mein is ko nahi manta.</w:t>
      </w:r>
    </w:p>
    <w:p>
      <w:pPr>
        <w:jc w:val="right"/>
      </w:pPr>
      <w:r>
        <w:t>دیکھیں،یہٹرمینالوجیاسوقتتھیہینہیں۔ حسن ب صریاوررابعہبصری،یعنیٹرمینالوجیتوبعدکوبنی ہے۔یہ ہمم، میںاسکونہیںمانتا۔</w:t>
      </w:r>
    </w:p>
    <w:p>
      <w:r>
        <w:rPr>
          <w:b/>
        </w:rPr>
        <w:t xml:space="preserve">[2:04:42] </w:t>
      </w:r>
      <w:r>
        <w:t>is terminologia ko yeh fana ho jana ka concept tha he na. Pehle zamane mein, na Sahaba ke zamane mein, na Tabeen ke zamane mein, aur na Hasan Basri aur Rabia Basri ke zamane tak. Yeh to baad ko banaya.</w:t>
      </w:r>
    </w:p>
    <w:p>
      <w:pPr>
        <w:jc w:val="right"/>
      </w:pPr>
      <w:r>
        <w:t>اسٹرمینالوجیکو یہ فناہوجانا کا کانسیپٹ تھاہینہیں۔پہلے زمانےمیں، نہصحابہکےزمانےمیں،نہتابعینکےزمانےمیں، اور نہ حسنبصریاور رابعہبصریکےزمانےتک ۔یہتوبعدکوبنایا۔</w:t>
      </w:r>
    </w:p>
    <w:p>
      <w:r>
        <w:rPr>
          <w:b/>
        </w:rPr>
        <w:t xml:space="preserve">[2:04:58] </w:t>
      </w:r>
      <w:r>
        <w:t>jahan, us waqt fana ho, fana kyun ho jayein? Bhai, hum is mein hum</w:t>
      </w:r>
    </w:p>
    <w:p>
      <w:pPr>
        <w:jc w:val="right"/>
      </w:pPr>
      <w:r>
        <w:t>جیہاں،اسوقتفناہو،فناکیوںہوجائیں؟بھائی،ہماسمیں ہم</w:t>
      </w:r>
    </w:p>
    <w:p>
      <w:r>
        <w:rPr>
          <w:b/>
        </w:rPr>
        <w:t xml:space="preserve">[2:05:01] </w:t>
      </w:r>
      <w:r>
        <w:t>m, bhai hum fana kyun honge? Nahi, yeh to Hindu concept hai. Fana ho jana, exactly. Yeh is mein Hindu, woh concept Hindu concept hai, woh Islam mein nahi hai.</w:t>
      </w:r>
    </w:p>
    <w:p>
      <w:pPr>
        <w:jc w:val="right"/>
      </w:pPr>
      <w:r>
        <w:t>م، بھئی ہمفناکیوںہوںگے؟ نہیں،یہتو ہندو کانسیپٹہے۔فناہوجانا،ایگزیکٹلی۔یہ اسمیںہندو ، وہکانسیپٹہندوکانسیپٹہے، وہ اسلام میںنہیںہے۔</w:t>
      </w:r>
    </w:p>
    <w:p>
      <w:r>
        <w:rPr>
          <w:b/>
        </w:rPr>
        <w:t xml:space="preserve">[2:05:13] </w:t>
      </w:r>
      <w:r>
        <w:t xml:space="preserve">yeh fana ka concept hai. Humm, bhai hum, hamara concept yeh hai ke Khuda ko discover karna, jisko Quran mein marifat kehte hain. Marifat means discovery. Jahan, Maulana, yeh to opposite hain. Dono veli ho jana, yani ke dissolve ho jana, aur realize karna conscious ness ly. </w:t>
      </w:r>
    </w:p>
    <w:p>
      <w:pPr>
        <w:jc w:val="right"/>
      </w:pPr>
      <w:r>
        <w:t>یہفنا کاکانسیپٹہے۔ ہمم، بھئیہم،ہماراکانسیپٹیہہےکہخداکوڈسکورکرنا، جسکوقرآنمیںمعرفتکہتےہیں۔معرفتمینزڈسکوری ۔ جیہاں، مولانا،یہتواپوزٹہیں۔دونوں ویلینہوجانا،یعنیکہڈیزالوہوجانا، اور ریلائزکرناکان شیسلی۔</w:t>
      </w:r>
    </w:p>
    <w:p>
      <w:r>
        <w:rPr>
          <w:b/>
        </w:rPr>
        <w:t xml:space="preserve">[2:05:29] </w:t>
      </w:r>
      <w:r>
        <w:t>haan, der art to d front</w:t>
      </w:r>
    </w:p>
    <w:p>
      <w:pPr>
        <w:jc w:val="right"/>
      </w:pPr>
      <w:r>
        <w:t>ہاں،دیرآرٹوڈفرنٹ</w:t>
      </w:r>
    </w:p>
    <w:p>
      <w:r>
        <w:rPr>
          <w:b/>
        </w:rPr>
        <w:t xml:space="preserve">[2:05:30] </w:t>
      </w:r>
      <w:r>
        <w:t>. Theek kaha aap ne, bilkul theek kaha aap ne. Kaha woh alag hain, hum alag hain, lekin hum discover karte hain is ko. Hum is mein mil jate hain. Yeh bilkul Hindu concept hai, yeh hum is ko nahi mante. Is ko</w:t>
      </w:r>
    </w:p>
    <w:p>
      <w:pPr>
        <w:jc w:val="right"/>
      </w:pPr>
      <w:r>
        <w:t>۔ ٹھیککہاآپنے،بالکلٹھیککہاآپنے۔کہا وہالگہے،ہمالگہیں،لیکن ہم ڈسکورکرتےہیںاسکو۔ ہماسیمیںملجاتےہیں۔یہبالکل ہندو کانسیپٹہے،یہ ہماسکونہیںمانتے۔اسکو</w:t>
      </w:r>
    </w:p>
    <w:p>
      <w:r>
        <w:rPr>
          <w:b/>
        </w:rPr>
        <w:t xml:space="preserve">[2:05:45] </w:t>
      </w:r>
      <w:r>
        <w:t>Maulana, yeh Islami teachings woh hain, is se hamara matlab sirf matlab baari yeh sawal zehan mein aata hai ke jinnat mein chale jayenge ya dozakh mein jayenge, ya yeh jo dunya hai, yahan bhi ah, is sahi se zindagi guzarne ke liye yeh sari teaching, poora jo is ka majmooa hai,</w:t>
      </w:r>
    </w:p>
    <w:p>
      <w:pPr>
        <w:jc w:val="right"/>
      </w:pPr>
      <w:r>
        <w:t>مولانا، یہ اسلامی ٹیچنگجوہے، اسسےہمارامطلب صرف مطلببارباریہسوال ذہنمیںآتاہے کہ جنتمیںچلےجائیںگےیا دوزخمیںجائیںگے، یا یہ جو دنیا ہے،یہاںبھی اہ،اس صحیحسےزندگی گزارنےکےلیےیہساری ٹیچنگ،پورا جو اسکا مجموع ہہے،</w:t>
      </w:r>
    </w:p>
    <w:p>
      <w:r>
        <w:rPr>
          <w:b/>
        </w:rPr>
        <w:t xml:space="preserve">[2:06:09] </w:t>
      </w:r>
      <w:r>
        <w:t>woh woh</w:t>
      </w:r>
    </w:p>
    <w:p>
      <w:pPr>
        <w:jc w:val="right"/>
      </w:pPr>
      <w:r>
        <w:t>وہ وہ</w:t>
      </w:r>
    </w:p>
    <w:p>
      <w:r>
        <w:rPr>
          <w:b/>
        </w:rPr>
        <w:t xml:space="preserve">[2:06:10] </w:t>
      </w:r>
      <w:r>
        <w:t>zaroori hai ke yahan pe achhi zindagi guzarne ke liye. Ek baar mein is mein tha, school mein Naran Murti aaye the, to unhone kaha bachon se ke "I am the fortune, I earn the money with ethics, and you can also". Matlab sachai se hum ne itna paisa kamaya, aur aaj bhi ho sakta hai Islam ki teaching mein, kyunke jahan bhi jate hain to bolte hain ke aap sache ho to aap kuch zyada aage nahi ja sakte.</w:t>
      </w:r>
    </w:p>
    <w:p>
      <w:pPr>
        <w:jc w:val="right"/>
      </w:pPr>
      <w:r>
        <w:t>ضروریہےکہ یہاںپہاچھیزندگی گزارنےکےلیے۔ایکبار میں اسمیںتھا،اسکولمیں نارانہمورتی آئےتھے،توانہوںنے کہا بچوںسے کہ "آئیمیک دا فورچون، آئیارندامنی ودایتھکس، اینڈیوکین الس و" ۔مطلبسچائیسے ہمنےاتناپیسہکمایا،اور آجبھیہوسکتاہے اسلام کٹیچنگمیں،کیونکہجہاںبھیجاتےہیںتوبولتےہیںکہآپسچےہوتوآپکچھ زیادہ آگےنہیںجاسکتے۔</w:t>
      </w:r>
    </w:p>
    <w:p>
      <w:r>
        <w:rPr>
          <w:b/>
        </w:rPr>
        <w:t xml:space="preserve">[2:06:36] </w:t>
      </w:r>
      <w:r>
        <w:t>aap</w:t>
      </w:r>
    </w:p>
    <w:p>
      <w:pPr>
        <w:jc w:val="right"/>
      </w:pPr>
      <w:r>
        <w:t>آپ</w:t>
      </w:r>
    </w:p>
    <w:p>
      <w:r>
        <w:rPr>
          <w:b/>
        </w:rPr>
        <w:t xml:space="preserve">[2:06:37] </w:t>
      </w:r>
      <w:r>
        <w:t>yeh karoge? Kya Islam ki teaching kitni power hai 200 saal mein? Ya hum jahan tak dekh paate hain, koi itni power nahi hai aap ke ilawa. Yeh bhi matlab ke woh buzurg sahiba ne power full the, ek kahani ki tarah lagti thi aap ko parhne se pehle. To kya Islam ki teaching hai ke woh society ko aisa bana sakti hai?</w:t>
      </w:r>
    </w:p>
    <w:p>
      <w:pPr>
        <w:jc w:val="right"/>
      </w:pPr>
      <w:r>
        <w:t>یہکروگے؟کیااسلام کٹیچنگکیاتنیپاورہے 200سالمیں؟یا ہمجہاںتکدیکھپاتےہیں،کوئی اتنیپاورنہیںہے آپ کےعلاوہ۔ یہبھی مطلب کہوہبزرگ صاحبات نےپاورفلتھے، ایک کہانیکیطرحلگتیتھی آپ کو پڑھنےسےپہلے۔توکیا اسلام کٹیچنگ ہے کہ وہ سوسائٹیکو ایسابناسکتیہے؟</w:t>
      </w:r>
    </w:p>
    <w:p>
      <w:r>
        <w:rPr>
          <w:b/>
        </w:rPr>
        <w:t xml:space="preserve">[2:06:56] </w:t>
      </w:r>
      <w:r>
        <w:t>hamari society itni strong ban sakti hai, ya sirf hum jannat mein ch</w:t>
      </w:r>
    </w:p>
    <w:p>
      <w:pPr>
        <w:jc w:val="right"/>
      </w:pPr>
      <w:r>
        <w:t>ہماریسوسائٹیاتنی سٹرونگبنسکتیہے، یا صرفہم جنت میںچ</w:t>
      </w:r>
    </w:p>
    <w:p>
      <w:r>
        <w:rPr>
          <w:b/>
        </w:rPr>
        <w:t xml:space="preserve">[2:07:01] </w:t>
      </w:r>
      <w:r>
        <w:t>le jayenge? Yeh sab karke dawah wagera karke jannat mil jayegi? Ya yahan pe yeh jo noon cheezein hum dekhte hain, jahan pe hum sochte hain ke aisi aisi society ho, waqai ban payegi ya ban sakti hai?</w:t>
      </w:r>
    </w:p>
    <w:p>
      <w:pPr>
        <w:jc w:val="right"/>
      </w:pPr>
      <w:r>
        <w:t>لےجائیںگے؟یہسبکرکےدعویٰوغیرہکرکے جنتملجائےگی؟یایہاںپہ یہجو نون چیزیںہمدیکھتےہیں، جہاںپہہمسوچتےہیںکہایسیایکسوسائٹیہو،واقعیبنپائےگی یابنسکتیہے ؟</w:t>
      </w:r>
    </w:p>
    <w:p>
      <w:r>
        <w:rPr>
          <w:b/>
        </w:rPr>
        <w:t xml:space="preserve">[2:07:14] </w:t>
      </w:r>
      <w:r>
        <w:t>ya shayad mein apni baat nahi kar paya. Dekhen, yeh mamla jo hai,</w:t>
      </w:r>
    </w:p>
    <w:p>
      <w:pPr>
        <w:jc w:val="right"/>
      </w:pPr>
      <w:r>
        <w:t>یا شایدمیںاپنیباتنہیں کرپایا۔ دیکھیں،یہ معاملہجوہے،</w:t>
      </w:r>
    </w:p>
    <w:p>
      <w:r>
        <w:rPr>
          <w:b/>
        </w:rPr>
        <w:t xml:space="preserve">[2:07:24] </w:t>
      </w:r>
      <w:r>
        <w:t>woh woh Murti ji mein ne koi bhi nahi suni hai, aur unke philosophy ko mein janta hoon.</w:t>
      </w:r>
    </w:p>
    <w:p>
      <w:pPr>
        <w:jc w:val="right"/>
      </w:pPr>
      <w:r>
        <w:t>وہ وہ مورتیجیمیںنےکوئی بھیسنیہے، اور انکے فلاسفیکومیںجانتاہوں۔</w:t>
      </w:r>
    </w:p>
    <w:p>
      <w:r>
        <w:rPr>
          <w:b/>
        </w:rPr>
        <w:t xml:space="preserve">[2:07:31] </w:t>
      </w:r>
      <w:r>
        <w:t>asal mein yahan difference hai, do alag alag yani philosophy hain. Ek hai is dunya ko le kar sochna, lekin Islam ki philosophy yeh nahi hai.</w:t>
      </w:r>
    </w:p>
    <w:p>
      <w:pPr>
        <w:jc w:val="right"/>
      </w:pPr>
      <w:r>
        <w:t>اصلمیں یہاں ڈفرنسہے، دوالگالگ یعنیفلاسفیہے۔ ایک ہےاسیدنیا کولےکرسوچنا، لیکن اسلام کی فلاسفییہنہیںہے۔</w:t>
      </w:r>
    </w:p>
    <w:p>
      <w:r>
        <w:rPr>
          <w:b/>
        </w:rPr>
        <w:t xml:space="preserve">[2:07:42] </w:t>
      </w:r>
      <w:r>
        <w:t>dekhen, Islam ki philosophy jo hai, wohi hai ke Khuda ne insan ko paida kiya external being ke taur par, aur yahan par hamare life ka bahut thoda hissa hai, jaise ek tip of iceberg.</w:t>
      </w:r>
    </w:p>
    <w:p>
      <w:pPr>
        <w:jc w:val="right"/>
      </w:pPr>
      <w:r>
        <w:t>دیکھیں،اسلام کیفلاسفیجوہے،وہیہہے کہ خدانے انسانکو پیدا کیا ایکٹرنلبینگکےطورپر ، اور یہاںپر ہمارے لائفکابہت تھوڑاحصہہے، جیسےایک ٹپ آف آ ئسبرگ۔</w:t>
      </w:r>
    </w:p>
    <w:p>
      <w:r>
        <w:rPr>
          <w:b/>
        </w:rPr>
        <w:t xml:space="preserve">[2:07:59] </w:t>
      </w:r>
      <w:r>
        <w:t>koi 10 saal jeeta hai, koi 20 saal jeeta hai, koi 50 saal, is mein mar jata hai. To yeh to zindagi itni temporary hai, Islam ke mutabiq.</w:t>
      </w:r>
    </w:p>
    <w:p>
      <w:pPr>
        <w:jc w:val="right"/>
      </w:pPr>
      <w:r>
        <w:t>کوئیدسسال جیتاہے،کوئیبیسسالجیتاہے،کوئیپچاسسال ، اسمیںمرجاتاہے۔ تو یہتو زندگی اتنیٹیمپریریہے، اسلام کےمط ابق ۔</w:t>
      </w:r>
    </w:p>
    <w:p>
      <w:r>
        <w:rPr>
          <w:b/>
        </w:rPr>
        <w:t xml:space="preserve">[2:08:09] </w:t>
      </w:r>
      <w:r>
        <w:t>is is is is zindagi mein kamyabi bhi hoti hai, bimari hoti hai ke nakami. Nakami ko koi qeemat hai, nakami ki koi qeemat hai. Asal cheez hai ke eternal life mein aap kamyab hon.</w:t>
      </w:r>
    </w:p>
    <w:p>
      <w:pPr>
        <w:jc w:val="right"/>
      </w:pPr>
      <w:r>
        <w:t>اس اس اس اسزندگی میں کامیابیبھیہوتیہے،بیماریہوتیہےکہناکامی ۔ ناکامی کوکوئی قیمتہے،ناکامیکیکوئیقیمتہے۔ اصلچیزہےکہ ایٹرنللائفمیںآپکامیابہوں۔</w:t>
      </w:r>
    </w:p>
    <w:p>
      <w:r>
        <w:rPr>
          <w:b/>
        </w:rPr>
        <w:t xml:space="preserve">[2:08:21] </w:t>
      </w:r>
      <w:r>
        <w:t>yeh hai testing ground.</w:t>
      </w:r>
    </w:p>
    <w:p>
      <w:pPr>
        <w:jc w:val="right"/>
      </w:pPr>
      <w:r>
        <w:t>یہہے ٹیسٹ نگگراؤنڈ۔</w:t>
      </w:r>
    </w:p>
    <w:p>
      <w:r>
        <w:rPr>
          <w:b/>
        </w:rPr>
        <w:t xml:space="preserve">[2:08:24] </w:t>
      </w:r>
      <w:r>
        <w:t>to yeh cheez, yeh woh hai, yeh cheez jo woh log sochte hain ke dunya mein achha banana, Islam mein is ki koi importance nahi hai.</w:t>
      </w:r>
    </w:p>
    <w:p>
      <w:pPr>
        <w:jc w:val="right"/>
      </w:pPr>
      <w:r>
        <w:t>تو یہچیز، یہ وہہے، یہچیزجو وہلوگسوچتےہیں کہدنیا میںاچھابنانا، اسلام میں اسکیکوئی امپورٹنسنہیںہے۔</w:t>
      </w:r>
    </w:p>
    <w:p>
      <w:r>
        <w:rPr>
          <w:b/>
        </w:rPr>
        <w:t xml:space="preserve">[2:08:38] </w:t>
      </w:r>
      <w:r>
        <w:t>koi is ka importance nahi hai, kyunke aap dunya mein achha bana aayein, aur us ke baad wahan hell bhejayein. To bataiye, kya hua? Hadees mein aata hai ke ek aadmi, do aadmi laye jayenge wahan.</w:t>
      </w:r>
    </w:p>
    <w:p>
      <w:pPr>
        <w:jc w:val="right"/>
      </w:pPr>
      <w:r>
        <w:t>کوئیاسکاامپورٹنسنہیںہے، کیونکہآپدنیا میںاچھابن ائیں،اوراسکےبعدوہاںہیلبجائیں۔ تو بتائیے،کیاہوا ؟ حدیثمیںآتاہےکہایکآدمی، دوآدمیلائےجائیںگےوہاں۔</w:t>
      </w:r>
    </w:p>
    <w:p>
      <w:r>
        <w:rPr>
          <w:b/>
        </w:rPr>
        <w:t xml:space="preserve">[2:08:51] </w:t>
      </w:r>
      <w:r>
        <w:t>ek aadmi woh laye jayega jis ko dunya ki har har comfort mila hoga. Sab se zyada jis ko dunya ka comfort mila hoga, woh laye jayega,</w:t>
      </w:r>
    </w:p>
    <w:p>
      <w:pPr>
        <w:jc w:val="right"/>
      </w:pPr>
      <w:r>
        <w:t>ایک آدمی وہ لایاجائےگا جسکو دنیا کی ہر ہر کمفرٹملاہوگا۔ سب سےزیادہ جسکودنیا کاکمفرٹملاہوگا، وہلایاجائےگا،</w:t>
      </w:r>
    </w:p>
    <w:p>
      <w:r>
        <w:rPr>
          <w:b/>
        </w:rPr>
        <w:t xml:space="preserve">[2:09:05] </w:t>
      </w:r>
      <w:r>
        <w:t>aur aur sari umar us ne aaram hi aaram kiya hoga. To us ko hell mein le jayega, sirf dikhane ke liye.</w:t>
      </w:r>
    </w:p>
    <w:p>
      <w:pPr>
        <w:jc w:val="right"/>
      </w:pPr>
      <w:r>
        <w:t>اور اور ساریعمر اسنے آرامہیآرامکیاہوگا۔ تو اسکو ہیلمیں لےجایاجائےگا، صرفدکھانےکےلیے۔</w:t>
      </w:r>
    </w:p>
    <w:p>
      <w:r>
        <w:rPr>
          <w:b/>
        </w:rPr>
        <w:t xml:space="preserve">[2:09:16] </w:t>
      </w:r>
      <w:r>
        <w:t>andardijakarjabwahdekhega, ispehjabpuchhajayegausko kehkiyadunyamaintumnekabhiaramuthayahai? Koikahgegahi,kabhiaramnahinuthaya.main sab bhooljayegawoh.yani ek ek mominka tajurbajwohai, pichli zindaghibhula dega.</w:t>
      </w:r>
    </w:p>
    <w:p>
      <w:pPr>
        <w:jc w:val="right"/>
      </w:pPr>
      <w:r>
        <w:t>اندرجاکرجبوہدیکھےگا، اسپہجبپوچھاجائےگااسکو کہکیا دنیا میںتمنےکبھیآراماٹھایاہے؟ کوئیکہےگانہیں،کبھیآرامنہیںاٹھایا۔میں سب بھولجائےگاوہ ۔یعنی ایک ایک مومنکا تجربہجوہے، پچھلیزندگی بھلادےگا۔</w:t>
      </w:r>
    </w:p>
    <w:p>
      <w:r>
        <w:rPr>
          <w:b/>
        </w:rPr>
        <w:t xml:space="preserve">[2:09:35] </w:t>
      </w:r>
      <w:r>
        <w:t>aur main samajhtahoonkeh yeh bilkul scientific hai.</w:t>
      </w:r>
    </w:p>
    <w:p>
      <w:pPr>
        <w:jc w:val="right"/>
      </w:pPr>
      <w:r>
        <w:t>اور میں سمجھتاہوںکہیہ بالکل سائنٹیفکہے۔</w:t>
      </w:r>
    </w:p>
    <w:p>
      <w:r>
        <w:rPr>
          <w:b/>
        </w:rPr>
        <w:t xml:space="preserve">[2:09:39] </w:t>
      </w:r>
      <w:r>
        <w:t>mainnekhud aiseaadmi kodikhahai kehbahutihiarammainthi,uski zindagithi. Iskebaad woh ittifaqse aagmainpad gaya, girpada, auriskebaad jal gaya, phurbhi zindabacha.</w:t>
      </w:r>
    </w:p>
    <w:p>
      <w:pPr>
        <w:jc w:val="right"/>
      </w:pPr>
      <w:r>
        <w:t>میںنےخود ایسےآدمیکودیکھاہے کہبہتہیآراممیںتھی،اسکیزندگی تھی۔ اسکےبعدوہ اتفاقسےآگمیںپڑگیا،گر پڑا، اوراسکےبعد جلگیا، پھربھی زندہبچا۔</w:t>
      </w:r>
    </w:p>
    <w:p>
      <w:r>
        <w:rPr>
          <w:b/>
        </w:rPr>
        <w:t xml:space="preserve">[2:09:52] </w:t>
      </w:r>
      <w:r>
        <w:t>to iskebaad wohkethatha, aisa hi baatboltatha kehjaisekehaskokabhiaramkakabhi dekhahinain. Usne aaram aise hi mar gaya. Woh to dunyaka aaram jwohai, ek sakhtobhulabhooljatay aadmi ko. Agar wohtakleefpad jaye, aage</w:t>
      </w:r>
    </w:p>
    <w:p>
      <w:pPr>
        <w:jc w:val="right"/>
      </w:pPr>
      <w:r>
        <w:t>تو اسکےبعد وہکہتاتھا،ایساہیباتبولتاتھا کہجیسےکہاسکوکبھیآرامکاکبھی دیکھاہینہیں۔اسنےآرام ایسےہیمرگیا۔وہ تو دنیا کا آرامجوہے، ایک سکہتوبھلابھولجاتاہےآدمیکو۔اگروہتکلیف پڑجائے،آگے</w:t>
      </w:r>
    </w:p>
    <w:p>
      <w:r>
        <w:rPr>
          <w:b/>
        </w:rPr>
        <w:t xml:space="preserve">[2:10:09] </w:t>
      </w:r>
      <w:r>
        <w:t>aisanahi keh woharamapko roz roz yaadra</w:t>
      </w:r>
    </w:p>
    <w:p>
      <w:pPr>
        <w:jc w:val="right"/>
      </w:pPr>
      <w:r>
        <w:t>ایسانہیںکہوہآرامآپکو روز روزیادرہےگا۔ ابھیآپدیکھیں،آجبہتاچھیچیزکھائیں توآپتواسٹیسٹ کلتکباقیرہےگا۔آپکے کھاتےکھاتےرہتےہیں،پھرختم ۔</w:t>
      </w:r>
    </w:p>
    <w:p>
      <w:r>
        <w:rPr>
          <w:b/>
        </w:rPr>
        <w:t xml:space="preserve">[2:10:21] </w:t>
      </w:r>
      <w:r>
        <w:t>khatekhaterahkephir khatam. To basic baat yeh hai keh yahanpar sochneki baat hai keh kiya yeh concept sahihai keh dunyamain temporary life hai hamari, eternal life mautkebaadhai?</w:t>
      </w:r>
    </w:p>
    <w:p>
      <w:pPr>
        <w:jc w:val="right"/>
      </w:pPr>
      <w:r>
        <w:t>کھاتےکھاتےرہکےپھرختم ۔ تو بیسکباتیہہےکہیہاںپر سوچنےکیباتہےکہکیا یہ کانسیپٹصحیحہے کہدنیا میں ٹیمپریری لائفہےہماری ، ایٹرنللائف موتکےبعدہے ؟</w:t>
      </w:r>
    </w:p>
    <w:p>
      <w:r>
        <w:rPr>
          <w:b/>
        </w:rPr>
        <w:t xml:space="preserve">[2:10:34] </w:t>
      </w:r>
      <w:r>
        <w:t>koisawaliyahanhai keh aadmi yatumanay, yatuyahan rejectkarey.</w:t>
      </w:r>
    </w:p>
    <w:p>
      <w:pPr>
        <w:jc w:val="right"/>
      </w:pPr>
      <w:r>
        <w:t>کوئسچنیہاںپرہے کہآدمییاتومانے،یاتو یہاںریجیکٹکرے۔</w:t>
      </w:r>
    </w:p>
    <w:p>
      <w:r>
        <w:rPr>
          <w:b/>
        </w:rPr>
        <w:t xml:space="preserve">[2:10:38] </w:t>
      </w:r>
      <w:r>
        <w:t>baqijokartehain, wohto yanijojojoo irrelevant point hai, wahanse shuru kartehain. Woh ya jo irrelevant point hai, woh wohanse apni baatko shuru kartehain. Sochna woh woh galat hai. Woh</w:t>
      </w:r>
    </w:p>
    <w:p>
      <w:pPr>
        <w:jc w:val="right"/>
      </w:pPr>
      <w:r>
        <w:t>باقیجو کرتے ہیں،وہتو یعنیجو جو جو اریلیونٹپوائنٹہے،وہاںسےشروعکرتےہیں۔وہ یا جوار یلیونٹپوائنٹہے،وہوہاںسے اپنی باتکو شروع کرتے ہیں۔سوچنا وہ وہغلطہے۔وہ</w:t>
      </w:r>
    </w:p>
    <w:p>
      <w:r>
        <w:rPr>
          <w:b/>
        </w:rPr>
        <w:t xml:space="preserve">[2:10:57] </w:t>
      </w:r>
      <w:r>
        <w:t>yani agar yeh manliyajaye keh aajkidunya aaj temporary hai, aur eternal life mautkebaad aanewali hai, to sabkuchh yeh sab philosophy bekar rahtihai.</w:t>
      </w:r>
    </w:p>
    <w:p>
      <w:pPr>
        <w:jc w:val="right"/>
      </w:pPr>
      <w:r>
        <w:t>یعنیاگریہ مانلیاجائےکہ آجکیدنیا آجٹیمپریریہے، اورایٹرنللائفموتکےبعدآنےوالی ہے، تو سبکچھ یہسب فلاسفیبیکاررہتیہے۔</w:t>
      </w:r>
    </w:p>
    <w:p>
      <w:r>
        <w:rPr>
          <w:b/>
        </w:rPr>
        <w:t xml:space="preserve">[2:11:10] </w:t>
      </w:r>
      <w:r>
        <w:t>main</w:t>
      </w:r>
    </w:p>
    <w:p>
      <w:pPr>
        <w:jc w:val="right"/>
      </w:pPr>
      <w:r>
        <w:t>میںنےکئی بارپڑھا وہ کہجو جنکوپھانسیدیجاتیہےنا،وہگلو ڈالاجاتا</w:t>
      </w:r>
    </w:p>
    <w:p>
      <w:r>
        <w:rPr>
          <w:b/>
        </w:rPr>
        <w:t xml:space="preserve">[2:11:17] </w:t>
      </w:r>
      <w:r>
        <w:t>hai. Ji to lahai keh ismein gala paltakane se pehle iski sabse achhi dish jo hoti hai, pasand ki woh laai jati hai.</w:t>
      </w:r>
    </w:p>
    <w:p>
      <w:pPr>
        <w:jc w:val="right"/>
      </w:pPr>
      <w:r>
        <w:t>ہے۔ جی تو لاہےکہ اسمیں گلوپہلٹکانےسےپہلے اسکیسبسےاچھیڈشجوہوتیہے،پسندکیوہلائیجاتیہے۔</w:t>
      </w:r>
    </w:p>
    <w:p>
      <w:r>
        <w:rPr>
          <w:b/>
        </w:rPr>
        <w:t xml:space="preserve">[2:11:29] </w:t>
      </w:r>
      <w:r>
        <w:t>to uswaqt mainne dekha hai keh koi bhi khanaheen pata. Jis dish ko woh hamesha pasand karta tha, marne se pehle jab laai jati hai na, to khanaheen pata.</w:t>
      </w:r>
    </w:p>
    <w:p>
      <w:pPr>
        <w:jc w:val="right"/>
      </w:pPr>
      <w:r>
        <w:t>تو اسوقت میںنےدیکھاہےکہکوئیبھی کھانہیںپاتا۔ جسڈشکووہہمیشہپسندکرتاتھا، مرنےسےپہلےجبلائیجاتیہےنا،توکھانہیںپاتا۔</w:t>
      </w:r>
    </w:p>
    <w:p>
      <w:r>
        <w:rPr>
          <w:b/>
        </w:rPr>
        <w:t xml:space="preserve">[2:11:39] </w:t>
      </w:r>
      <w:r>
        <w:t>kyon? Iske mind main aajata hai ke agle hi moment to main mar jaunga.</w:t>
      </w:r>
    </w:p>
    <w:p>
      <w:pPr>
        <w:jc w:val="right"/>
      </w:pPr>
      <w:r>
        <w:t>کیوں؟اسکےمائنڈمیںآجاتاہےکہ اناگلےہیمومنٹتومیں مرجاؤںگا۔</w:t>
      </w:r>
    </w:p>
    <w:p>
      <w:r>
        <w:rPr>
          <w:b/>
        </w:rPr>
        <w:t xml:space="preserve">[2:11:44] </w:t>
      </w:r>
      <w:r>
        <w:t>to uska appetite khatam ho jata hai, uska taste bhi khatam ho jate hain. Jiyahan, to asal chiz yeh hai keh yahanpar discussion hona chahiye keh life itni hai ya iske baad bhi hai.</w:t>
      </w:r>
    </w:p>
    <w:p>
      <w:pPr>
        <w:jc w:val="right"/>
      </w:pPr>
      <w:r>
        <w:t>تواسکا ایپیٹائٹختمہوجاتاہے،اسکاٹیسٹ برسختمہوجاتےہیں۔ جیہاں، تو اصلچیزیہہےکہ یہاںپر ڈسکشنہوناچاہیے کہ لائفاتناہیہے یا اسکےبعد بھی ہے۔</w:t>
      </w:r>
    </w:p>
    <w:p>
      <w:r>
        <w:rPr>
          <w:b/>
        </w:rPr>
        <w:t xml:space="preserve">[2:11:59] </w:t>
      </w:r>
      <w:r>
        <w:t>to main yeh kahunga keh sare religion main life iske baad bhi hai. Koi bhi religion aisa nahin hai keh including Buddhism keh life ko maut par khatam karta ho.</w:t>
      </w:r>
    </w:p>
    <w:p>
      <w:pPr>
        <w:jc w:val="right"/>
      </w:pPr>
      <w:r>
        <w:t>تومیںیہکہوںگاکہسارےریلیجنمیں لائف اسکےبعدبھیہے۔ کوئیبھی ریلیجنایسانہیںہے کہ انکلوڈنگبدھزم کہلائفکو موتپرختمکرتاہو۔</w:t>
      </w:r>
    </w:p>
    <w:p>
      <w:r>
        <w:rPr>
          <w:b/>
        </w:rPr>
        <w:t xml:space="preserve">[2:12:11] </w:t>
      </w:r>
      <w:r>
        <w:t>koi bhi</w:t>
      </w:r>
    </w:p>
    <w:p>
      <w:pPr>
        <w:jc w:val="right"/>
      </w:pPr>
      <w:r>
        <w:t>کوئیبھی</w:t>
      </w:r>
    </w:p>
    <w:p>
      <w:r>
        <w:rPr>
          <w:b/>
        </w:rPr>
        <w:t xml:space="preserve">[2:12:12] </w:t>
      </w:r>
      <w:r>
        <w:t>mazahab nahin hai. Ab asal sawali hai keh maut ke baad mubarak ho, uske bare mein different explanation hai, lekin koi bhi mazhabi nahin kehta keh mare to khatam.</w:t>
      </w:r>
    </w:p>
    <w:p>
      <w:pPr>
        <w:jc w:val="right"/>
      </w:pPr>
      <w:r>
        <w:t>مذہبنہیںہے۔ ابسرسوالیہہےکہموتکےبعد مبارکہو،اسکےبارےمیںڈفرنٹایکسپلینیشنہے، لیکن کوئیبھی مذہبیہنہیںکہتا کہ مرےتوختم ۔</w:t>
      </w:r>
    </w:p>
    <w:p>
      <w:r>
        <w:rPr>
          <w:b/>
        </w:rPr>
        <w:t xml:space="preserve">[2:12:22] </w:t>
      </w:r>
      <w:r>
        <w:t>yeh to kuchh secular log aisa bolte hain. Puri history mein majority ankahi rahi hai jo yeh mante rahe hain keh marne ke baad bhi zindagi jo hai, persist karti hai. Ab woh kaise rahegi? Koi kehta hai aise, koi kehta hai waise, lekin zindagi ko yani ek ki continuity ko sahi mante hain.</w:t>
      </w:r>
    </w:p>
    <w:p>
      <w:pPr>
        <w:jc w:val="right"/>
      </w:pPr>
      <w:r>
        <w:t>یہتوکچھسیکولرلوگایسابولتےہیں۔ پوریہسٹریمیںمیجورٹیانکیرہیہےجویہمانتےرہےہیں کہ مرنےکےبعدبھی زندگی جوہے،پرسسٹکرتیہے۔ ابوہکیسےرہےگی؟کوئیکہتاہےایسے،کوئیکہتاہےویسے، لیکن زندگی کو یعنیایک کیکنٹینیوٹیکوصحیحمانتےہیں۔</w:t>
      </w:r>
    </w:p>
    <w:p>
      <w:r>
        <w:rPr>
          <w:b/>
        </w:rPr>
        <w:t xml:space="preserve">[2:12:42] </w:t>
      </w:r>
      <w:r>
        <w:t>ab wahanpar dekhen to Islam ka jo concept hai, woh zyada scientific lagega aapko. Bahut scientific. Jaise ek karma ka jo philosophy hai, main aksar sochta hoon keh agar Khuda hai to kitna woh weak Khuda hai keh usko 80 lakh saal chahiye ek aadmi ko purify karne ke liye.</w:t>
      </w:r>
    </w:p>
    <w:p>
      <w:pPr>
        <w:jc w:val="right"/>
      </w:pPr>
      <w:r>
        <w:t>ابوہاںپردیکھیںتواسلام کاجوکانسیپٹہے،وہ زیادہسائنٹیفکلگےگاآپکو ۔ بہتسائنٹیفک۔ جیسےایک کرمکاجوفلاسفیہے، میںاکثرسوچتاہوںکہ اگر خداہے تو کتناوہ ویکخداہےکہاسکو 80لاکھسالچاہیے ایکآدمیکو پیریفائیکرنےکےلیے۔</w:t>
      </w:r>
    </w:p>
    <w:p>
      <w:r>
        <w:rPr>
          <w:b/>
        </w:rPr>
        <w:t xml:space="preserve">[2:13:03] </w:t>
      </w:r>
      <w:r>
        <w:t>Khuda nahin hai to itna intricate process chalata kaun hai</w:t>
      </w:r>
    </w:p>
    <w:p>
      <w:pPr>
        <w:jc w:val="right"/>
      </w:pPr>
      <w:r>
        <w:t>خدانہیںہے تو اتنا انٹریگیٹ پروسیسچلاکونرہاہے</w:t>
      </w:r>
    </w:p>
    <w:p>
      <w:r>
        <w:rPr>
          <w:b/>
        </w:rPr>
        <w:t xml:space="preserve">[2:13:07] </w:t>
      </w:r>
      <w:r>
        <w:t>Yeh itna intricate process keh main abhi insan tha, agli baar gadha ban gaya. Gadha tha to phir agli baar ghoda ban gaya.</w:t>
      </w:r>
    </w:p>
    <w:p>
      <w:pPr>
        <w:jc w:val="right"/>
      </w:pPr>
      <w:r>
        <w:t>؟ یہاتناانٹریگیٹ پروسیسکہ میں ابھی انسان تھا، اگلیبار گدھابنگیا۔ گدھاتھاتوپھراگلیبار گھوڑابنگیا۔</w:t>
      </w:r>
    </w:p>
    <w:p>
      <w:r>
        <w:rPr>
          <w:b/>
        </w:rPr>
        <w:t xml:space="preserve">[2:13:15] </w:t>
      </w:r>
      <w:r>
        <w:t>yeh kaun chal raha hai is process ko? Yeh to expert power chahiye. Khuda nahin to doosri kaun super power hai? To dono halaton mein bilkul ek absurd baat hai. Yeh to maine do baatein kahin.</w:t>
      </w:r>
    </w:p>
    <w:p>
      <w:pPr>
        <w:jc w:val="right"/>
      </w:pPr>
      <w:r>
        <w:t>یہکونچلارہاہےاسپروسیسکو؟ یہتو ایکسپرپاورچاہیے۔ خدانہیںتودوسریکونسیسپرپاورہے؟ تو دونوںحالتوںمیںبالکل ایک ایبسرٹباتہے۔یہ تو میں نے دوباتیں کہیہیں۔</w:t>
      </w:r>
    </w:p>
    <w:p>
      <w:r>
        <w:rPr>
          <w:b/>
        </w:rPr>
        <w:t xml:space="preserve">[2:13:30] </w:t>
      </w:r>
      <w:r>
        <w:t>har religion mein yeh mana gaya hai keh maut ke baad bhi zindagi jo hai, continue rehti hai.</w:t>
      </w:r>
    </w:p>
    <w:p>
      <w:pPr>
        <w:jc w:val="right"/>
      </w:pPr>
      <w:r>
        <w:t>ہر ریلیجنمیںیہماناگیاہےکہ موتکےبعد بھیزندگی جوہے، کنٹینیورہتیہے۔</w:t>
      </w:r>
    </w:p>
    <w:p>
      <w:r>
        <w:rPr>
          <w:b/>
        </w:rPr>
        <w:t xml:space="preserve">[2:13:36] </w:t>
      </w:r>
      <w:r>
        <w:t>doosri baat yeh hai keh jo Islam mein jo uski batai gai hai, woh zyada logical hai, zyada scientific hai, aur zyada samajh mein aati hai doosre concept ke muqable mein.</w:t>
      </w:r>
    </w:p>
    <w:p>
      <w:pPr>
        <w:jc w:val="right"/>
      </w:pPr>
      <w:r>
        <w:t>دوسریبات یہہےکہ جو اسلام میںجو اسکیبتائیگئیہے، وہ زیادہ لاجیکلہے،زیادہ سائنٹیفکہے، اور زیادہ سمجھمیںآتیہے دوسرےکانسیپٹکےمقابلےمیں۔</w:t>
      </w:r>
    </w:p>
    <w:p>
      <w:r>
        <w:rPr>
          <w:b/>
        </w:rPr>
        <w:t xml:space="preserve">[2:13:51] </w:t>
      </w:r>
      <w:r>
        <w:t>Maulana, Islam mein ataa't e walidain ka tasawwur kya hai? Specially is reference se poochh raha hoon. Main aapki kitaab padhta hoon to hamare parents ekdam askomana karte hain. Foran</w:t>
      </w:r>
    </w:p>
    <w:p>
      <w:pPr>
        <w:jc w:val="right"/>
      </w:pPr>
      <w:r>
        <w:t>مولانا، اسلام میں اط اعت والد ینکاتصورکیاہے؟ اسپیشلی اسریفرنسسےپوچھرہاہوں۔میں آپکیکتاب پڑھتاہوں توہمارےپیرنٹس ایکدماسکومنعکرتےہیں۔فوراً</w:t>
      </w:r>
    </w:p>
    <w:p>
      <w:r>
        <w:rPr>
          <w:b/>
        </w:rPr>
        <w:t xml:space="preserve">[2:14:03] </w:t>
      </w:r>
      <w:r>
        <w:t>sirfmanenahin karte balkeh kaafi yaani sakht reaction bhi is par aata hai. yeh nahin, aapki sab ki kitaab mein, aapki jo zarib karda jitni bhi hain, woh sab mujh se chheen bhi li gayi theen.</w:t>
      </w:r>
    </w:p>
    <w:p>
      <w:pPr>
        <w:jc w:val="right"/>
      </w:pPr>
      <w:r>
        <w:t>صرفمنعنہیںکرتے بلکہ کافی یعنی سخت ریایکشنبھیاسپر آتاہے۔ یہینہیں،آپکیسب کی کتاب یں،آپکیجوضریب کردہجتنیبھیہیں،وہسبمجھسےچھینبھیلیگئی تھیں۔</w:t>
      </w:r>
    </w:p>
    <w:p>
      <w:r>
        <w:rPr>
          <w:b/>
        </w:rPr>
        <w:t xml:space="preserve">[2:14:14] </w:t>
      </w:r>
      <w:r>
        <w:t>aur aaj bhi agar yeh pata chal jaye ke Maulana ek class mein shareek hua tha to phir mujhe achhe khaase reaction ka saamna karne ke liye tayyar rehna hoga. to is reference mein poochta hoon ke walidain ki kya concept, parents aur guardians ka kya conception hai Islam mein?</w:t>
      </w:r>
    </w:p>
    <w:p>
      <w:pPr>
        <w:jc w:val="right"/>
      </w:pPr>
      <w:r>
        <w:t>اور آجبھیاگریہپتہچلجائےکہ مولاناایککلاسمیںشریکہواتھا تو پھرمجھے اچھےخاصےریایکشنکاسامناکرنےکےلیےتیار رہناہوگا۔تو اسریفرنسمیںپوچھتاہوںکہوالد ینکیاط اعتکا،پیرنٹساورولیمزکاکیا کنسیپشنہےاسلام میں؟</w:t>
      </w:r>
    </w:p>
    <w:p>
      <w:r>
        <w:rPr>
          <w:b/>
        </w:rPr>
        <w:t xml:space="preserve">[2:14:28] </w:t>
      </w:r>
      <w:r>
        <w:t>sirf do bus aur kuch nahin.</w:t>
      </w:r>
    </w:p>
    <w:p>
      <w:pPr>
        <w:jc w:val="right"/>
      </w:pPr>
      <w:r>
        <w:t>صرف دو بساورکچھنہیں ۔</w:t>
      </w:r>
    </w:p>
    <w:p>
      <w:r>
        <w:rPr>
          <w:b/>
        </w:rPr>
        <w:t xml:space="preserve">[2:14:33] </w:t>
      </w:r>
      <w:r>
        <w:t>is se inka koi ta'alluq walidain ka nahin hai ke aapka class mein aayein ya na aayein, kuch nahin. ek yeh hai ke woh shirk ke liye agar kahein to usko aap jo Quran mein jo cheez hai kaha agar woh shirk ke liye kahein to usko aap kode baandhna hai.</w:t>
      </w:r>
    </w:p>
    <w:p>
      <w:pPr>
        <w:jc w:val="right"/>
      </w:pPr>
      <w:r>
        <w:t>اسسےانکاکوئیتعلقوالد ینکانہیںہے کہآپکاکلاسمیںآئیںیانہآئیں، کچھنہیں ۔ ایکیہہے کہ وہ شرککےلیےاگر کہیں تو اسکوآپ جوقرآنمیںجوچیزہے کہاگروہشرککےلیےکہیںتواسکوآپکوڈےباندھناہے۔</w:t>
      </w:r>
    </w:p>
    <w:p>
      <w:r>
        <w:rPr>
          <w:b/>
        </w:rPr>
        <w:t xml:space="preserve">[2:14:50] </w:t>
      </w:r>
      <w:r>
        <w:t>ji haan, doosri baat yeh hai ke agar woh ma'zoor hain to bhi aapko khidmat karna hai, yeh dilchaspi saabit hoti hai. baqi yeh hai ke walidain ka koi haq aapka aisa hai ke woh aapko mana karein ke tum chalo jao ya na jao, main aisa nahin manta isko.</w:t>
      </w:r>
    </w:p>
    <w:p>
      <w:pPr>
        <w:jc w:val="right"/>
      </w:pPr>
      <w:r>
        <w:t>جیہاں، دوسریباتیہہےکہاگروہ معذورہیں تو بھیآپکوخدمتکرناہے،یہدلچسپیثابتہوتیہے۔ باقییہہےکہوالد ینکاکوئیحقآپکاایساہےکہوہ آپکومنعکریںکہتمگلےجاؤیانہجاؤ، میںایسانہیںمانتااسکو ۔</w:t>
      </w:r>
    </w:p>
    <w:p>
      <w:r>
        <w:rPr>
          <w:b/>
        </w:rPr>
        <w:t xml:space="preserve">[2:15:04] </w:t>
      </w:r>
      <w:r>
        <w:t>yaani physical koi need inko hai aur main specialism mein hoon ke main isko poora kar sakoon to mujhe isko poora karna hai.</w:t>
      </w:r>
    </w:p>
    <w:p>
      <w:pPr>
        <w:jc w:val="right"/>
      </w:pPr>
      <w:r>
        <w:t>یعنی فزیکل کوئینیڈانکوہے اورمیں اسپیشنمیںہوںکہمیںاسکوپوراکرسکوں تومجھےاسکوپوراکرناہے۔</w:t>
      </w:r>
    </w:p>
    <w:p>
      <w:r>
        <w:rPr>
          <w:b/>
        </w:rPr>
        <w:t xml:space="preserve">[2:15:12] </w:t>
      </w:r>
      <w:r>
        <w:t>ji haan, bas main bilkul nahin manta ke walidain ko right hai ke woh aapko rokein ke tum spiritualty par na jao. main, main, mera friend hai, main sochunga apne mind se, jo mujhe samajh mein aaye woh karunga.</w:t>
      </w:r>
    </w:p>
    <w:p>
      <w:pPr>
        <w:jc w:val="right"/>
      </w:pPr>
      <w:r>
        <w:t>جیہاں، بس میں بالکل نہیںمانتاکہوالد ینکویہرائٹہے کہوہآپکوروکیں کہتم اسپرچولٹیپرنہجاؤ۔ میں ،میں،میرافریڈمہے، میں سوچوںگااپنےمائنڈسے ، جومجھےسمجھمیںآئےوہکروںگا۔</w:t>
      </w:r>
    </w:p>
    <w:p>
      <w:r>
        <w:rPr>
          <w:b/>
        </w:rPr>
        <w:t xml:space="preserve">[2:15:29] </w:t>
      </w:r>
      <w:r>
        <w:t>main walidain ka ek concept jo aaj kal hai hamari society mein, usko nahin manta. main is, main is baat se baghi hoon, us ka, us concept ka.</w:t>
      </w:r>
    </w:p>
    <w:p>
      <w:pPr>
        <w:jc w:val="right"/>
      </w:pPr>
      <w:r>
        <w:t>میں والد ینکاایککانسیپٹجوآجکلہےہماریسوسائٹیمیں،اسکونہیںمانتا۔ میں اس،میں اسباتسےباغیہوں،اسکا ،اسکانسیپٹکا۔</w:t>
      </w:r>
    </w:p>
    <w:p>
      <w:r>
        <w:rPr>
          <w:b/>
        </w:rPr>
        <w:t xml:space="preserve">[2:15:39] </w:t>
      </w:r>
      <w:r>
        <w:t>ji haan, Maulana, Quran aur Hadees mein walidain ki it'aat ka tasawwur nahin hai, wahan sirf husn-e-sulook hai. yeh it'aat sirf Allah aur Rasool ki hai.</w:t>
      </w:r>
    </w:p>
    <w:p>
      <w:pPr>
        <w:jc w:val="right"/>
      </w:pPr>
      <w:r>
        <w:t>جیہاں، مولانا، قرآناورحدیثمیں والد ین کی اطاعتکاتص ورہینہیںہے، وہاںصرفحسنسلوکہے۔ یہاطاعتصرفاللہاوررسول کیہے۔</w:t>
      </w:r>
    </w:p>
    <w:p>
      <w:r>
        <w:rPr>
          <w:b/>
        </w:rPr>
        <w:t xml:space="preserve">[2:15:48] </w:t>
      </w:r>
      <w:r>
        <w:t>bahut sahih kaha hai, bahut theek baat ki hai. Allah aur sirf husn-e-sulook karna hai. dekhein, yeh bahut galat baat hai. ek hai it'aat, yaani un ki jo un ke kahe ko maanna.</w:t>
      </w:r>
    </w:p>
    <w:p>
      <w:pPr>
        <w:jc w:val="right"/>
      </w:pPr>
      <w:r>
        <w:t>بہتصحیحکہاہے، بہتٹھیکباتکیہے۔ اللہاور ص رفحسنسلوککرناہے۔ دیکھیں،یہبہتغلطباتہے۔ ایک ہےاطاعت،یعنی ان کیجو انکےکہےکوماننا۔</w:t>
      </w:r>
    </w:p>
    <w:p>
      <w:r>
        <w:rPr>
          <w:b/>
        </w:rPr>
        <w:t xml:space="preserve">[2:16:00] </w:t>
      </w:r>
      <w:r>
        <w:t>it'aat mein jo woh kahein, usko maano.</w:t>
      </w:r>
    </w:p>
    <w:p>
      <w:pPr>
        <w:jc w:val="right"/>
      </w:pPr>
      <w:r>
        <w:t>اطاعت میںجووہکہیں،اسکومانو۔</w:t>
      </w:r>
    </w:p>
    <w:p>
      <w:r>
        <w:rPr>
          <w:b/>
        </w:rPr>
        <w:t xml:space="preserve">[2:16:03] </w:t>
      </w:r>
      <w:r>
        <w:t>yeh sirf God aur Prophet ke liye farmaya gaya hai. aur jahan tak walidain hain to husn-e-sulook, yaani un ke saath achhe tareeqe se milo, achhi bol baat karo.</w:t>
      </w:r>
    </w:p>
    <w:p>
      <w:pPr>
        <w:jc w:val="right"/>
      </w:pPr>
      <w:r>
        <w:t>یہصرف گاڈاورپرافٹکےلیےفرمایاگیاہے۔ اورجہاںتک والد ین ہیں توحس نسلوک،یعنی انکےساتھاچھےطریقےسےملو، اچھی بولباتکرو۔</w:t>
      </w:r>
    </w:p>
    <w:p>
      <w:r>
        <w:rPr>
          <w:b/>
        </w:rPr>
        <w:t xml:space="preserve">[2:16:16] </w:t>
      </w:r>
      <w:r>
        <w:t>un ko bhooke hain to khana khila do, bas. baqi it'aat nahin. bahut sahih kaha unhone.</w:t>
      </w:r>
    </w:p>
    <w:p>
      <w:pPr>
        <w:jc w:val="right"/>
      </w:pPr>
      <w:r>
        <w:t>انکو بھوکےہیںتوکھاناکھلا دو، بس ۔باقیاطاعتنہیں ۔ بہت صحیحکہاانہوںنے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