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Revival of Muslim Ummah, February 4, 2013</w:t>
      </w:r>
    </w:p>
    <w:p>
      <w:r>
        <w:t>https://youtu.be/xB3MfWhLHoM</w:t>
      </w:r>
    </w:p>
    <w:p>
      <w:r>
        <w:rPr>
          <w:b/>
        </w:rPr>
        <w:t xml:space="preserve">[00:29] </w:t>
      </w:r>
      <w:r>
        <w:t>Qawl nuqtah min lisani, yafqah qawli.</w:t>
      </w:r>
    </w:p>
    <w:p>
      <w:pPr>
        <w:jc w:val="right"/>
      </w:pPr>
      <w:r>
        <w:t>قول نقطۃ من لسانی، یفقہ قولی۔</w:t>
      </w:r>
    </w:p>
    <w:p>
      <w:r>
        <w:rPr>
          <w:b/>
        </w:rPr>
        <w:t xml:space="preserve">[00:37] </w:t>
      </w:r>
      <w:r>
        <w:t>Aaj ka topic hai</w:t>
      </w:r>
    </w:p>
    <w:p>
      <w:pPr>
        <w:jc w:val="right"/>
      </w:pPr>
      <w:r>
        <w:t>آج کا ٹاپک ہے</w:t>
      </w:r>
    </w:p>
    <w:p>
      <w:r>
        <w:rPr>
          <w:b/>
        </w:rPr>
        <w:t xml:space="preserve">[00:42] </w:t>
      </w:r>
      <w:r>
        <w:t>Ahya-e-Ummat, yani revival of Muslim Ummah.</w:t>
      </w:r>
    </w:p>
    <w:p>
      <w:pPr>
        <w:jc w:val="right"/>
      </w:pPr>
      <w:r>
        <w:t>احیائے امت، یعنی ریوائیول آف مسلم امت۔</w:t>
      </w:r>
    </w:p>
    <w:p>
      <w:r>
        <w:rPr>
          <w:b/>
        </w:rPr>
        <w:t xml:space="preserve">[00:51] </w:t>
      </w:r>
      <w:r>
        <w:t>Yeh topic bahut zyada dohraya gaya hai.</w:t>
      </w:r>
    </w:p>
    <w:p>
      <w:pPr>
        <w:jc w:val="right"/>
      </w:pPr>
      <w:r>
        <w:t>یہ ٹاپک بہت زیادہ دہرایا گیا ہے۔</w:t>
      </w:r>
    </w:p>
    <w:p>
      <w:r>
        <w:rPr>
          <w:b/>
        </w:rPr>
        <w:t xml:space="preserve">[00:57] </w:t>
      </w:r>
      <w:r>
        <w:t>mein aap ko yaad dilaon ke 1940 ke aas paas indian sub continent mein, balkeh sari muslim dunya mein, ek topic bohat zyada common tha.</w:t>
      </w:r>
    </w:p>
    <w:p>
      <w:pPr>
        <w:jc w:val="right"/>
      </w:pPr>
      <w:r>
        <w:t>میں آپ کو یاد دلاؤں کہ 1940 کے آس پاس انڈین سب کانٹیننٹ میں، بلکہ ساری مسلم دنیا میں، ایک ٹاپک بہت زیادہ کامن تھا۔</w:t>
      </w:r>
    </w:p>
    <w:p>
      <w:r>
        <w:rPr>
          <w:b/>
        </w:rPr>
        <w:t xml:space="preserve">[01:18] </w:t>
      </w:r>
      <w:r>
        <w:t>har muslim akhbar mein, har muslim magazine mein, yahan tak ke har muslim jalsay mein, isi par log likhte thay aur bolte thay ke musalman kya karein.</w:t>
      </w:r>
    </w:p>
    <w:p>
      <w:pPr>
        <w:jc w:val="right"/>
      </w:pPr>
      <w:r>
        <w:t>ہر مسلم اخبار میں، ہر مسلم میگزین میں، یہاں تک کہ ہر مسلم جلسے میں، اسی پر لوگ لکھتے تھے اور بولتے تھے کہ مسلمان کیا کریں۔</w:t>
      </w:r>
    </w:p>
    <w:p>
      <w:r>
        <w:rPr>
          <w:b/>
        </w:rPr>
        <w:t xml:space="preserve">[01:32] </w:t>
      </w:r>
      <w:r>
        <w:t>mera khayal hai ke ab tak yahi topic musalmanon mein jaari hai.</w:t>
      </w:r>
    </w:p>
    <w:p>
      <w:pPr>
        <w:jc w:val="right"/>
      </w:pPr>
      <w:r>
        <w:t>میرا خیال ہے کہ اب تک یہی ٹاپک مسلمانوں میں جاری ہے۔</w:t>
      </w:r>
    </w:p>
    <w:p>
      <w:r>
        <w:rPr>
          <w:b/>
        </w:rPr>
        <w:t xml:space="preserve">[01:39] </w:t>
      </w:r>
      <w:r>
        <w:t>title kai hote hain, different angle se log is topic ko deal karte hain, lekin theme, sab ki theme jo hai, woh yahi hoti hai ke musalman kya karein.</w:t>
      </w:r>
    </w:p>
    <w:p>
      <w:pPr>
        <w:jc w:val="right"/>
      </w:pPr>
      <w:r>
        <w:t>ٹائٹل کئی ہوتے ہیں، ڈفرنٹ اینگل سے لوگ اس ٹاپک کو ڈیل کرتے ہیں، لیکن تھیم، سب کی تھیم جو ہے، وہ یہی ہوتی ہے کہ مسلمان کیا کریں۔</w:t>
      </w:r>
    </w:p>
    <w:p>
      <w:r>
        <w:rPr>
          <w:b/>
        </w:rPr>
        <w:t xml:space="preserve">[01:53] </w:t>
      </w:r>
      <w:r>
        <w:t>recently ek kitab maine dekhi internet par. aap jante hain ke zamane mein yeh attendant jo hai, woh library, library ka kaam karta hai.</w:t>
      </w:r>
    </w:p>
    <w:p>
      <w:pPr>
        <w:jc w:val="right"/>
      </w:pPr>
      <w:r>
        <w:t>ریسنٹلی ایک کتاب میں نے دیکھی انٹرنیٹ پر۔ آپ جانتے ہیں کہ زمانے میں یہ اٹنڈر جو ہے، وہ لائبریری، لائبریری کا کام کرتا ہے۔</w:t>
      </w:r>
    </w:p>
    <w:p>
      <w:r>
        <w:rPr>
          <w:b/>
        </w:rPr>
        <w:t xml:space="preserve">[02:05] </w:t>
      </w:r>
      <w:r>
        <w:t>jo kitab chahiye, aap internet par dekh li jiye.</w:t>
      </w:r>
    </w:p>
    <w:p>
      <w:pPr>
        <w:jc w:val="right"/>
      </w:pPr>
      <w:r>
        <w:t>جو کتاب چاہیے، آپ انٹرنیٹ پر دیکھ لیجیے۔</w:t>
      </w:r>
    </w:p>
    <w:p>
      <w:r>
        <w:rPr>
          <w:b/>
        </w:rPr>
        <w:t xml:space="preserve">[02:10] </w:t>
      </w:r>
      <w:r>
        <w:t>to ek mashhoor arab scholar hain, un ka naam hai Abdul Hamid Abu Sulaiman. woh bohat hi learned aadmi hain.</w:t>
      </w:r>
    </w:p>
    <w:p>
      <w:pPr>
        <w:jc w:val="right"/>
      </w:pPr>
      <w:r>
        <w:t>تو ایک مشہور عرب اسکالر ہیں، ان کا نام ہے عبدالحمید ابو سلیمان۔ وہ بہت ہی لانڈڈ آدمی ہیں۔</w:t>
      </w:r>
    </w:p>
    <w:p>
      <w:r>
        <w:rPr>
          <w:b/>
        </w:rPr>
        <w:t xml:space="preserve">[02:22] </w:t>
      </w:r>
      <w:r>
        <w:t>to unhon ne ek kitab likhi, arabi mein is ka title tha "Azmat al-Aql al-Muslim". Azmat al-Aql al-Muslim.</w:t>
      </w:r>
    </w:p>
    <w:p>
      <w:pPr>
        <w:jc w:val="right"/>
      </w:pPr>
      <w:r>
        <w:t>تو انہوں نے ایک کتاب لکھی، عربی میں اس کا ٹائٹل تھا "عظمت العقل المسلم"۔ عظمت العقل المسلم۔</w:t>
      </w:r>
    </w:p>
    <w:p>
      <w:r>
        <w:rPr>
          <w:b/>
        </w:rPr>
        <w:t xml:space="preserve">[02:36] </w:t>
      </w:r>
      <w:r>
        <w:t>is ka originally woh likhi gayi thi arabi zaban mein, phir is ka tarjuma hua english mein. english ka title tha "Crisis of the Muslim Mind".</w:t>
      </w:r>
    </w:p>
    <w:p>
      <w:pPr>
        <w:jc w:val="right"/>
      </w:pPr>
      <w:r>
        <w:t>اس کا اوریجنلی وہ لکھی گئی تھی عربی زبان میں، پھر اس کا ترجمہ ہوا انگلش میں۔ انگلش کا ٹائٹل تھا "کرائسس آف دا مسلم مائنڈ"۔</w:t>
      </w:r>
    </w:p>
    <w:p>
      <w:r>
        <w:rPr>
          <w:b/>
        </w:rPr>
        <w:t xml:space="preserve">[02:53] </w:t>
      </w:r>
      <w:r>
        <w:t>arabi mein yeh kitab chhapi thi 1991 mein, aur english mein woh kitab chhapi thi 1993 mein.</w:t>
      </w:r>
    </w:p>
    <w:p>
      <w:pPr>
        <w:jc w:val="right"/>
      </w:pPr>
      <w:r>
        <w:t>عربی میں یہ کتاب چھپی تھی 1991 میں، اور انگلش میں وہ کتاب چھپی تھی 1993 میں۔</w:t>
      </w:r>
    </w:p>
    <w:p>
      <w:r>
        <w:rPr>
          <w:b/>
        </w:rPr>
        <w:t xml:space="preserve">[03:03] </w:t>
      </w:r>
      <w:r>
        <w:t>to is kitab ko maine is ke mukhtalif hissay dekhe, to maloom hua ke is kitab ka bhi, ki bhi theme wahi hai. yani sari kitab ka khulasa yeh hai ke muslim group ko kis tarah wapas laya jaye,</w:t>
      </w:r>
    </w:p>
    <w:p>
      <w:pPr>
        <w:jc w:val="right"/>
      </w:pPr>
      <w:r>
        <w:t>تو اس کتاب کو میں نے اس کے مختلف حصے دیکھے، تو معلوم ہوا کہ اس کتاب کا بھی، کی بھی تھیم وہی ہے۔ یعنی ساری کتاب کا خلاصہ یہ ہے کہ مسلم گروہی کو کس طرح واپس لایا جائے،</w:t>
      </w:r>
    </w:p>
    <w:p>
      <w:r>
        <w:rPr>
          <w:b/>
        </w:rPr>
        <w:t xml:space="preserve">[03:23] </w:t>
      </w:r>
      <w:r>
        <w:t>musalmanon ki azmat ko kis tarah wapas laya jaye.</w:t>
      </w:r>
    </w:p>
    <w:p>
      <w:pPr>
        <w:jc w:val="right"/>
      </w:pPr>
      <w:r>
        <w:t>مسلمانوں کی عظمت کو کس طرح واپس لایا جائے۔</w:t>
      </w:r>
    </w:p>
    <w:p>
      <w:r>
        <w:rPr>
          <w:b/>
        </w:rPr>
        <w:t xml:space="preserve">[03:27] </w:t>
      </w:r>
      <w:r>
        <w:t>to yeh main samajhta hoon ke is zamane mein jo kitabein likhi gayi hain, un sab ki common theme yahi hoti hai.</w:t>
      </w:r>
    </w:p>
    <w:p>
      <w:pPr>
        <w:jc w:val="right"/>
      </w:pPr>
      <w:r>
        <w:t>تو یہ میں سمجھتا ہوں کہ اس زمانے میں جو کتابیں لکھی گئی ہیں، ان سب کی کامن تھیم یہی ہوتی ہے۔</w:t>
      </w:r>
    </w:p>
    <w:p>
      <w:r>
        <w:rPr>
          <w:b/>
        </w:rPr>
        <w:t xml:space="preserve">[03:37] </w:t>
      </w:r>
      <w:r>
        <w:t>article aur kitabein aur taqreerein, sab ki sab. dekhiye, is ke peeche bohat lambi tareekh hai. muslim dunya mein printing press aaya hai 18th sadi aakhir mein.</w:t>
      </w:r>
    </w:p>
    <w:p>
      <w:pPr>
        <w:jc w:val="right"/>
      </w:pPr>
      <w:r>
        <w:t>آرٹیکل اور کتابیں اور تقریریں، سب کی سب۔ دیکھیے، اس کے پیچھے بہت لمبی تاریخ ہے۔ مسلم دنیا میں پریڈنٹ پریس آیا ہے اٹھائیسویں صدی آخر میں۔</w:t>
      </w:r>
    </w:p>
    <w:p>
      <w:r>
        <w:rPr>
          <w:b/>
        </w:rPr>
        <w:t xml:space="preserve">[03:53] </w:t>
      </w:r>
      <w:r>
        <w:t>yani 1798 mein Napoleon ne attack kiya Egypt par. to woh apne sath printing press bhi le gaya tha.</w:t>
      </w:r>
    </w:p>
    <w:p>
      <w:pPr>
        <w:jc w:val="right"/>
      </w:pPr>
      <w:r>
        <w:t>یعنی 1798 میں نیپولین نے اٹیک کیا مصر پر۔ تو وہ اپنے ساتھ پریڈنٹ پریس بھی لے گیا تھا۔</w:t>
      </w:r>
    </w:p>
    <w:p>
      <w:r>
        <w:rPr>
          <w:b/>
        </w:rPr>
        <w:t xml:space="preserve">[04:06] </w:t>
      </w:r>
      <w:r>
        <w:t>to muslim dunya mein printing press dakhil hua sab se pehle 1798 mein. yani 18th sadi ke aakhir mein.</w:t>
      </w:r>
    </w:p>
    <w:p>
      <w:pPr>
        <w:jc w:val="right"/>
      </w:pPr>
      <w:r>
        <w:t>تو مسلم دنیا میں پریڈنٹ پریس داخل ہوا سب سے پہلے 1798 میں۔ یعنی اٹھائیسویں صدی کے آخر میں۔</w:t>
      </w:r>
    </w:p>
    <w:p>
      <w:r>
        <w:rPr>
          <w:b/>
        </w:rPr>
        <w:t xml:space="preserve">[04:16] </w:t>
      </w:r>
      <w:r>
        <w:t>yahi zamana hai jab ke muslim empire collapse kar gaya.</w:t>
      </w:r>
    </w:p>
    <w:p>
      <w:pPr>
        <w:jc w:val="right"/>
      </w:pPr>
      <w:r>
        <w:t>یہی زمانہ ہے جب کہ مسلم ایمپائر کولیپس کر گیا۔</w:t>
      </w:r>
    </w:p>
    <w:p>
      <w:r>
        <w:rPr>
          <w:b/>
        </w:rPr>
        <w:t xml:space="preserve">[04:21] </w:t>
      </w:r>
      <w:r>
        <w:t>aap jante hain ke Islam ka aaghaz hua 7th, 7th century mein. Islam barhta raha, barhta raha, yahan tak ke musalman is position mein ho gaye ke Asia, Africa, yahan tak ke Europe tak woh apna empire qaim kar sakein.</w:t>
      </w:r>
    </w:p>
    <w:p>
      <w:pPr>
        <w:jc w:val="right"/>
      </w:pPr>
      <w:r>
        <w:t>آپ جانتے ہیں کہ اسلام کا آغاز ہوا سیونتھ، سیونتھ سینچری میں۔ اسلام بڑھتا رہا، بڑھتا رہا، یہاں تک کہ مسلمان اس پوزیشن میں ہو گئے کہ ایشیا، افریقہ، یہاں تک کہ یورپ تک وہ اپنا ایمپائر قائم کر سکیں۔</w:t>
      </w:r>
    </w:p>
    <w:p>
      <w:r>
        <w:rPr>
          <w:b/>
        </w:rPr>
        <w:t xml:space="preserve">[04:41] </w:t>
      </w:r>
      <w:r>
        <w:t>lag bhag ek hazar saal tak musalmanon ka kingdom empire jaari raha, qaim raha dunya mein.</w:t>
      </w:r>
    </w:p>
    <w:p>
      <w:pPr>
        <w:jc w:val="right"/>
      </w:pPr>
      <w:r>
        <w:t>لگ بھگ ایک ہزار سال تک مسلمانوں کا کم ایمپائر جاری رہا، قائم رہا دنیا میں۔</w:t>
      </w:r>
    </w:p>
    <w:p>
      <w:r>
        <w:rPr>
          <w:b/>
        </w:rPr>
        <w:t xml:space="preserve">[04:52] </w:t>
      </w:r>
      <w:r>
        <w:t>Abbasi</w:t>
      </w:r>
    </w:p>
    <w:p>
      <w:pPr>
        <w:jc w:val="right"/>
      </w:pPr>
      <w:r>
        <w:t>عباسی</w:t>
      </w:r>
    </w:p>
    <w:p>
      <w:r>
        <w:rPr>
          <w:b/>
        </w:rPr>
        <w:t xml:space="preserve">[04:53] </w:t>
      </w:r>
      <w:r>
        <w:t>Empire jo tha, Abbasi Empire jo qaim hua tha Umayyad period ke baad, is mein 39 countries shamil thay.</w:t>
      </w:r>
    </w:p>
    <w:p>
      <w:pPr>
        <w:jc w:val="right"/>
      </w:pPr>
      <w:r>
        <w:t>ایمپائر جو تھا، عباسی ایمپائر جو قائم ہوا تھا امیہ پیریڈ کے بعد، اس میں 39 کنٹریز شامل تھے۔</w:t>
      </w:r>
    </w:p>
    <w:p>
      <w:r>
        <w:rPr>
          <w:b/>
        </w:rPr>
        <w:t xml:space="preserve">[05:05] </w:t>
      </w:r>
      <w:r>
        <w:t>39 countries. is ke baad jo Ottoman Empire qaim hua, yani Khilafat-e-Turki, is mein 20 countries shamil thay.</w:t>
      </w:r>
    </w:p>
    <w:p>
      <w:pPr>
        <w:jc w:val="right"/>
      </w:pPr>
      <w:r>
        <w:t>39 کنٹریز۔ اس کے بعد جو اٹھ بار ایمپائر قائم ہوا، یعنی خلافت ترکی، اس میں 20 کنٹریز شامل تھے۔</w:t>
      </w:r>
    </w:p>
    <w:p>
      <w:r>
        <w:rPr>
          <w:b/>
        </w:rPr>
        <w:t xml:space="preserve">[05:15] </w:t>
      </w:r>
      <w:r>
        <w:t>itne baray baray empire banaye musalmanon ne. to ek lambi muddat guzri, yani bohat si naslein beet gayeen.</w:t>
      </w:r>
    </w:p>
    <w:p>
      <w:pPr>
        <w:jc w:val="right"/>
      </w:pPr>
      <w:r>
        <w:t>اتنے بڑے بڑے ایمپائر بنائے مسلمانوں نے۔ تو ایک لمبی مدت گزری، یعنی بہت سی نسلیں بیت گئیں۔</w:t>
      </w:r>
    </w:p>
    <w:p>
      <w:r>
        <w:rPr>
          <w:b/>
        </w:rPr>
        <w:t xml:space="preserve">[05:25] </w:t>
      </w:r>
      <w:r>
        <w:t>bohat si naslein musalmanon ki beet gayeen isi mahaul mein ke woh is unhein bataya jata raha ke tumhara empire qaim hai sari dunya mein.</w:t>
      </w:r>
    </w:p>
    <w:p>
      <w:pPr>
        <w:jc w:val="right"/>
      </w:pPr>
      <w:r>
        <w:t>بہت سی نسلیں مسلمانوں کی بیت گئیں اسی ماحول میں کہ وہ اس انہیں بتایا جاتا رہا کہ تمہارا ایمپائر قائم ہے ساری دنیا میں۔</w:t>
      </w:r>
    </w:p>
    <w:p>
      <w:r>
        <w:rPr>
          <w:b/>
        </w:rPr>
        <w:t xml:space="preserve">[05:35] </w:t>
      </w:r>
      <w:r>
        <w:t>phir kya hua ke western log uthe, colonial period aaya, aur musalmanon ka jo empire tha, woh jagah jagah tootne laga.</w:t>
      </w:r>
    </w:p>
    <w:p>
      <w:pPr>
        <w:jc w:val="right"/>
      </w:pPr>
      <w:r>
        <w:t>پھر کیا ہوا کہ ویسٹرن لوگ اٹھے، کولونیل پیریڈ آیا، اور مسلمانوں کا جو ایمپائر تھا، وہ جگہ جگہ ٹوٹنے لگا۔</w:t>
      </w:r>
    </w:p>
    <w:p>
      <w:r>
        <w:rPr>
          <w:b/>
        </w:rPr>
        <w:t xml:space="preserve">[05:47] </w:t>
      </w:r>
      <w:r>
        <w:t>yahan tak ke un ki national hukoomatein to baqi rahin, lekin Muslim empire baqi nahin reh</w:t>
      </w:r>
    </w:p>
    <w:p>
      <w:pPr>
        <w:jc w:val="right"/>
      </w:pPr>
      <w:r>
        <w:t>یہاں تک کہ ان کی نیشنل حکومتیں تو باقی رہیں، لیکن مسلم ایمپائر باقی نہیں رہ</w:t>
      </w:r>
    </w:p>
    <w:p>
      <w:r>
        <w:rPr>
          <w:b/>
        </w:rPr>
        <w:t xml:space="preserve">[05:53] </w:t>
      </w:r>
      <w:r>
        <w:t>a. yeh waqia hua hai athaisween sadi ke aakhir mein. isi waqt dunya mein printing press aaya. yaani Muslim dunya mein unneesween sadi aur beesween sadi printing press ka zamana hai.</w:t>
      </w:r>
    </w:p>
    <w:p>
      <w:pPr>
        <w:jc w:val="right"/>
      </w:pPr>
      <w:r>
        <w:t>ا۔ یہ واقعہ ہوا ہے اٹھائیسویں صدی کے آخر میں۔ اسی وقت دنیا میں پرنٹنگ پریس آیا۔ یعنی مسلم دنیا میں انیسویں صدی اور بیسویں صدی پرنٹنگ پریس کا زمانہ ہے۔</w:t>
      </w:r>
    </w:p>
    <w:p>
      <w:r>
        <w:rPr>
          <w:b/>
        </w:rPr>
        <w:t xml:space="preserve">[06:09] </w:t>
      </w:r>
      <w:r>
        <w:t>to do cheezein coincide kar gayeen. yaani aik taraf Muslim empire ka tootna aur doosri taraf printing press ka aana.</w:t>
      </w:r>
    </w:p>
    <w:p>
      <w:pPr>
        <w:jc w:val="right"/>
      </w:pPr>
      <w:r>
        <w:t>تو دو چیزیں کوئنسائیڈ کر گئیں۔ یعنی ایک طرف مسلم ایمپائر کا ٹوٹنا اور دوسری طرف پرنٹنگ پریس کا آنا۔</w:t>
      </w:r>
    </w:p>
    <w:p>
      <w:r>
        <w:rPr>
          <w:b/>
        </w:rPr>
        <w:t xml:space="preserve">[06:20] </w:t>
      </w:r>
      <w:r>
        <w:t>yeh coincidence bohat hi fatal tha, bohat fatal. is liye ke is waqt musalman sab ke sab, poori Muslim dunya mein,</w:t>
      </w:r>
    </w:p>
    <w:p>
      <w:pPr>
        <w:jc w:val="right"/>
      </w:pPr>
      <w:r>
        <w:t>یہ کوئنزڈنس بہت ہی فیٹل تھا، بہت فیٹل۔ اس لیے کہ اس وقت مسلمان سب کے سب، پوری مسلم دنیا میں،</w:t>
      </w:r>
    </w:p>
    <w:p>
      <w:r>
        <w:rPr>
          <w:b/>
        </w:rPr>
        <w:t xml:space="preserve">[06:31] </w:t>
      </w:r>
      <w:r>
        <w:t>negative minded ho rahay thay. yaani apni hukoomat ka khatma, Muslim empire ka tootna, aur apna dabdaba ka khatam hona, apni political glory ka khatam hona, yeh sab ke mind par chhaya hua tha.</w:t>
      </w:r>
    </w:p>
    <w:p>
      <w:pPr>
        <w:jc w:val="right"/>
      </w:pPr>
      <w:r>
        <w:t>نیگیٹیو مائنڈڈ ہو رہے تھے۔ یعنی اپنی حکومت کا خاتمہ، مسلم ایمپائر کا ٹوٹنا، اور اپنا دبدبہ کا ختم ہونا، اپنی پولیٹیکل گلوری کا ختم ہونا، یہ سب کے مائنڈ پر چھایا ہوا تھا۔</w:t>
      </w:r>
    </w:p>
    <w:p>
      <w:r>
        <w:rPr>
          <w:b/>
        </w:rPr>
        <w:t xml:space="preserve">[06:46] </w:t>
      </w:r>
      <w:r>
        <w:t>is zamane mein aaya printing press. to wahi reflect karne laga musalmanon ki likhne mein aur bolne mein. to bohat hi, bohat hi ajeeb qism ka coincidence tha ke itna bara blessing thi.</w:t>
      </w:r>
    </w:p>
    <w:p>
      <w:pPr>
        <w:jc w:val="right"/>
      </w:pPr>
      <w:r>
        <w:t>اس زمانے میں آیا پرنٹنگ پریس۔ تو وہی ریفلیکٹ کرنے لگا مسلمانوں کی لکھنے میں اور بولنے میں۔ تو بہت ہی، بہت ہی عجیب قسم کا کوئنزڈنس تھا کہ اتنا بڑا بلیسنگ تھی۔</w:t>
      </w:r>
    </w:p>
    <w:p>
      <w:r>
        <w:rPr>
          <w:b/>
        </w:rPr>
        <w:t xml:space="preserve">[07:05] </w:t>
      </w:r>
      <w:r>
        <w:t>bohat, yaani printing press itni bari blessing hai jis ki quran mein sirf peshangoi ki gayi thi. peshangoi is waqt maujood nahin tha.</w:t>
      </w:r>
    </w:p>
    <w:p>
      <w:pPr>
        <w:jc w:val="right"/>
      </w:pPr>
      <w:r>
        <w:t>بہت، یعنی پرنٹنگ پریس اتنی بڑی بلیسنگ ہے جس کی قرآن میں صرف پیشنگوئی کی گئی تھی۔ پیشنگوئی اس وقت موجود نہیں تھا۔</w:t>
      </w:r>
    </w:p>
    <w:p>
      <w:r>
        <w:rPr>
          <w:b/>
        </w:rPr>
        <w:t xml:space="preserve">[07:15] </w:t>
      </w:r>
      <w:r>
        <w:t>dekhiye, quran mein jo sab se pehli surah utri thi, alaq, us mein yeh lafz tha: "alam bil qalam" ke Allah ka tareeqa hai ke learning ko qalam ke zariye se phailata hai.</w:t>
      </w:r>
    </w:p>
    <w:p>
      <w:pPr>
        <w:jc w:val="right"/>
      </w:pPr>
      <w:r>
        <w:t>دیکھیے، قرآن میں جو سب سے پہلی سورہ اتری تھی، العلق، اس میں یہ لفظ تھا: "اللم بالقلم" کہ اللہ کا طریقہ ہے کہ لرننگ کو قلم کے ذریعے سے پھیلاتا ہے۔</w:t>
      </w:r>
    </w:p>
    <w:p>
      <w:r>
        <w:rPr>
          <w:b/>
        </w:rPr>
        <w:t xml:space="preserve">[07:30] </w:t>
      </w:r>
      <w:r>
        <w:t>jis mein printing press ka prediction maujood tha. prediction. yaani aik daur aaye ga jab ke dunya mein printing press hoga, kitabein chhapengi, paper industry aayegi, yeh sab.</w:t>
      </w:r>
    </w:p>
    <w:p>
      <w:pPr>
        <w:jc w:val="right"/>
      </w:pPr>
      <w:r>
        <w:t>جس میں پرنٹنگ پریس کا پریڈکشن موجود تھا۔ پریڈکشن۔ یعنی ایک دور آئے گا جب کہ دنیا میں پرنٹنگ پریس ہوگا، کتابیں چھپیں گی، پیپر انڈسٹری آئے گی، یہ سب۔</w:t>
      </w:r>
    </w:p>
    <w:p>
      <w:r>
        <w:rPr>
          <w:b/>
        </w:rPr>
        <w:t xml:space="preserve">[07:43] </w:t>
      </w:r>
      <w:r>
        <w:t>is ke aik hazar saal se bhi ziyada muddat ke baad yeh prediction poora hua. aur dunya mein printing press aaya.</w:t>
      </w:r>
    </w:p>
    <w:p>
      <w:pPr>
        <w:jc w:val="right"/>
      </w:pPr>
      <w:r>
        <w:t>اس کے ایک ہزار سال سے بھی زیادہ مدت کے بعد یہ پریڈکشن پورا ہوا۔ اور دنیا میں پرنٹنگ پریس آیا۔</w:t>
      </w:r>
    </w:p>
    <w:p>
      <w:r>
        <w:rPr>
          <w:b/>
        </w:rPr>
        <w:t xml:space="preserve">[07:52] </w:t>
      </w:r>
      <w:r>
        <w:t>to printing press kiya tha? aik, aik bohat bara boon tha, nemat thi, blessing thi. lekin chunke aik ajeeb qism ka coincidence paida ho gaya, to musalmanon ne is poore daur mein printing press ko kabhi bhi positive istemal kiya hi nahin.</w:t>
      </w:r>
    </w:p>
    <w:p>
      <w:pPr>
        <w:jc w:val="right"/>
      </w:pPr>
      <w:r>
        <w:t>تو پرنٹنگ پریس کیا تھا؟ ایک، ایک بہت بڑا بون تھا، نعمت تھی، بلیسنگ تھی۔ لیکن چونکہ ایک عجیب قسم کا کوئنزڈنس پیدا ہو گیا، تو مسلمانوں نے اس پورے دور میں پرنٹنگ پریس کو کبھی بھی پازیٹیو استعمال کیا ہی نہیں۔</w:t>
      </w:r>
    </w:p>
    <w:p>
      <w:r>
        <w:rPr>
          <w:b/>
        </w:rPr>
        <w:t xml:space="preserve">[08:14] </w:t>
      </w:r>
      <w:r>
        <w:t>do so saal beet gaye aur Muslim ummah poori ki poori Arab se Ajam tak, mashriq se maghrib tak, printing press ko istemal kar rahi hai negative sense mein.</w:t>
      </w:r>
    </w:p>
    <w:p>
      <w:pPr>
        <w:jc w:val="right"/>
      </w:pPr>
      <w:r>
        <w:t>دو سو سال بیت گئے اور مسلم امہ پوری کی پوری عرب سے عجم تک، مشرق سے مغرب تک، پرنٹنگ پریس کو استعمال کر رہی ہے نیگیٹیو سینس میں۔</w:t>
      </w:r>
    </w:p>
    <w:p>
      <w:r>
        <w:rPr>
          <w:b/>
        </w:rPr>
        <w:t xml:space="preserve">[08:26] </w:t>
      </w:r>
      <w:r>
        <w:t>negative istemal</w:t>
      </w:r>
    </w:p>
    <w:p>
      <w:pPr>
        <w:jc w:val="right"/>
      </w:pPr>
      <w:r>
        <w:t>نیگیٹیو استعمال</w:t>
      </w:r>
    </w:p>
    <w:p>
      <w:r>
        <w:rPr>
          <w:b/>
        </w:rPr>
        <w:t xml:space="preserve">[08:27] </w:t>
      </w:r>
      <w:r>
        <w:t>kar rahi hai. yeh kitna bara, yaani is se bara main samajhta hoon ke koi, is se bara koi blunder nahin ho sakta.</w:t>
      </w:r>
    </w:p>
    <w:p>
      <w:pPr>
        <w:jc w:val="right"/>
      </w:pPr>
      <w:r>
        <w:t>کر رہی ہے۔ یہ کتنا بڑا، یعنی اس سے بڑا میں سمجھتا ہوں کہ کوئی، اس سے بڑا کوئی بلنڈر نہیں ہو سکتا۔</w:t>
      </w:r>
    </w:p>
    <w:p>
      <w:r>
        <w:rPr>
          <w:b/>
        </w:rPr>
        <w:t xml:space="preserve">[08:36] </w:t>
      </w:r>
      <w:r>
        <w:t>is se bara koi nuqsan nahin ho sakta ke Allah taala ne dunya mein aik naya daur paida kiya jis ko hum kehte hain printing press.</w:t>
      </w:r>
    </w:p>
    <w:p>
      <w:pPr>
        <w:jc w:val="right"/>
      </w:pPr>
      <w:r>
        <w:t>اس سے بڑا کوئی نقصان نہیں ہو سکتا کہ اللہ تعالیٰ نے دنیا میں ایک نیا دور پیدا کیا جس کو ہم کہتے ہیں پرنٹنگ پریس۔</w:t>
      </w:r>
    </w:p>
    <w:p>
      <w:r>
        <w:rPr>
          <w:b/>
        </w:rPr>
        <w:t xml:space="preserve">[08:46] </w:t>
      </w:r>
      <w:r>
        <w:t>is daur ko musalmanon ne negative istemal kiya. halanke is ko karna chahiye tha positive istemal.</w:t>
      </w:r>
    </w:p>
    <w:p>
      <w:pPr>
        <w:jc w:val="right"/>
      </w:pPr>
      <w:r>
        <w:t>اس دور کو مسلمانوں نے نیگیٹیو استعمال کیا۔ حالانکہ اس کو کرنا چاہیے تھا پازیٹیو استعمال۔</w:t>
      </w:r>
    </w:p>
    <w:p>
      <w:r>
        <w:rPr>
          <w:b/>
        </w:rPr>
        <w:t xml:space="preserve">[08:52] </w:t>
      </w:r>
      <w:r>
        <w:t>kyun? is waqt koi Muslim mind yeh soch nahin saka ke hamara jo zehan hai, is ko reflect nahin karna chahiye printing press mein. woh aik daur tha jo guzar chuka.</w:t>
      </w:r>
    </w:p>
    <w:p>
      <w:pPr>
        <w:jc w:val="right"/>
      </w:pPr>
      <w:r>
        <w:t>کیوں؟ اس وقت کوئی مسلم مائنڈ یہ سوچ نہیں سکا کہ ہمارا جو ذہن ہے، اس کو ریفلیکٹ نہیں کرنا چاہیے پرنٹنگ پریس میں۔ وہ ایک دور تھا جو گزر چکا۔</w:t>
      </w:r>
    </w:p>
    <w:p>
      <w:r>
        <w:rPr>
          <w:b/>
        </w:rPr>
        <w:t xml:space="preserve">[09:04] </w:t>
      </w:r>
      <w:r>
        <w:t>guzar chuka. dekhiye, quran mein is ko bhi bataya gaya tha. yeh baat bhi quran mein bata di gayi thi. surah Muhammad ki aakhri ayat hai: "wa in tatawallaw yastabdil qawman ghayrakum thumma la yakoonoo amthalakum"</w:t>
      </w:r>
    </w:p>
    <w:p>
      <w:pPr>
        <w:jc w:val="right"/>
      </w:pPr>
      <w:r>
        <w:t>گزر چکا۔ دیکھیے، قرآن میں اس کو بھی بتایا گیا تھا۔ یہ بات بھی قرآن میں بتا دی گئی تھی۔ سورہ محمد کی آخری آیت ہے: "وَإِنْ تَتَوَلَّوا يَسْتَبْدِلْ قَوْمًا غَيْرَكُمْ ثُمَّ لَا يَكُونُوا أَمْثَالَكُمْ"</w:t>
      </w:r>
    </w:p>
    <w:p>
      <w:r>
        <w:rPr>
          <w:b/>
        </w:rPr>
        <w:t xml:space="preserve">[09:23] </w:t>
      </w:r>
      <w:r>
        <w:t>. quran ki is ayat mein istibdal qawm ka lafz aaya hai ke Allah ka tareeqa hai istibdal qawm. yaani replacement, replacement of community.</w:t>
      </w:r>
    </w:p>
    <w:p>
      <w:pPr>
        <w:jc w:val="right"/>
      </w:pPr>
      <w:r>
        <w:t>۔ قرآن کی اس آیت میں استبدال قوم کا لفظ آیا ہے کہ اللہ کا طریقہ ہے استبدال قوم۔ یعنی ریپلیسمنٹ، ریپلیسمنٹ آف کمیونٹی۔</w:t>
      </w:r>
    </w:p>
    <w:p>
      <w:r>
        <w:rPr>
          <w:b/>
        </w:rPr>
        <w:t xml:space="preserve">[09:35] </w:t>
      </w:r>
      <w:r>
        <w:t>yaani aik community ki jagah doosri community ko lana. jaise is se pehle jaysh community ki jagah Allah taala Muslim community ko laya.</w:t>
      </w:r>
    </w:p>
    <w:p>
      <w:pPr>
        <w:jc w:val="right"/>
      </w:pPr>
      <w:r>
        <w:t>یعنی ایک کمیونٹی کی جگہ دوسری کمیونٹی کو لانا۔ جیسے اس سے پہلے جیش کمیونٹی کی جگہ اللہ تعالیٰ مسلم کمیونٹی کو لایا۔</w:t>
      </w:r>
    </w:p>
    <w:p>
      <w:r>
        <w:rPr>
          <w:b/>
        </w:rPr>
        <w:t xml:space="preserve">[09:44] </w:t>
      </w:r>
      <w:r>
        <w:t>that was replacement of community. lekin isi mein aik cheez aur implicit hai.</w:t>
      </w:r>
    </w:p>
    <w:p>
      <w:pPr>
        <w:jc w:val="right"/>
      </w:pPr>
      <w:r>
        <w:t>دیٹ واز ریپلیسمنٹ آف کمیونٹی۔ لیکن اسی میں ایک چیز اور ایمپلیسٹ ہے۔</w:t>
      </w:r>
    </w:p>
    <w:p>
      <w:r>
        <w:rPr>
          <w:b/>
        </w:rPr>
        <w:t xml:space="preserve">[09:50] </w:t>
      </w:r>
      <w:r>
        <w:t>woh kiya? ke Allah ka aik tareeqa yeh bhi hai ke replacement of role. aik hai replacement of people ya replacement of community.</w:t>
      </w:r>
    </w:p>
    <w:p>
      <w:pPr>
        <w:jc w:val="right"/>
      </w:pPr>
      <w:r>
        <w:t>وہ کیا؟ کہ اللہ کا ایک طریقہ یہ بھی ہے کہ ریپلیسمنٹ آف رول۔ ایک ہے ریپلیسمنٹ آف پیپل یا ریپلیسمنٹ آف کمیونٹی۔</w:t>
      </w:r>
    </w:p>
    <w:p>
      <w:r>
        <w:rPr>
          <w:b/>
        </w:rPr>
        <w:t xml:space="preserve">[10:02] </w:t>
      </w:r>
      <w:r>
        <w:t>aur doosra hai replacement of role. yaani community to wohi ho lekin is ka role badal diya jaye. community to wohi ho lekin is ka role badal diya jaye.</w:t>
      </w:r>
    </w:p>
    <w:p>
      <w:pPr>
        <w:jc w:val="right"/>
      </w:pPr>
      <w:r>
        <w:t>اور دوسرا ہے ریپلیسمنٹ آف رول۔ یعنی کمیونٹی تو وہی ہو لیکن اس کا رول بدل دیا جائے۔ کمیونٹی تو وہی ہو لیکن اس کا رول بدل دیا جائے۔</w:t>
      </w:r>
    </w:p>
    <w:p>
      <w:r>
        <w:rPr>
          <w:b/>
        </w:rPr>
        <w:t xml:space="preserve">[10:12] </w:t>
      </w:r>
      <w:r>
        <w:t>is ka bhi aik example Islam mein maujood tha, woh surah Hudaybiyah ki shakal mein.</w:t>
      </w:r>
    </w:p>
    <w:p>
      <w:pPr>
        <w:jc w:val="right"/>
      </w:pPr>
      <w:r>
        <w:t>اس کا بھی ایک ایگزامپل اسلام میں موجود تھا، وہ سورہ حدیبیہ کی شکل میں۔</w:t>
      </w:r>
    </w:p>
    <w:p>
      <w:r>
        <w:rPr>
          <w:b/>
        </w:rPr>
        <w:t xml:space="preserve">[10:19] </w:t>
      </w:r>
      <w:r>
        <w:t>dekhiye, Hudaybiyah aik ajeeb jazba tha Rasool Allah ke zamane mein. to Hudaybiyah aik, Hudaybiyah se aik, aik pre Hudaybiyah period hai.</w:t>
      </w:r>
    </w:p>
    <w:p>
      <w:pPr>
        <w:jc w:val="right"/>
      </w:pPr>
      <w:r>
        <w:t>دیکھیے، حدیبیہ ایک عجیب جذبہ تھا رسول اللہ کے زمانے میں۔ تو حدیبیہ ایک، حدیبیہ سے ایک، ایک پری حدیبیہ پیریڈ ہے۔</w:t>
      </w:r>
    </w:p>
    <w:p>
      <w:r>
        <w:rPr>
          <w:b/>
        </w:rPr>
        <w:t xml:space="preserve">[10:29] </w:t>
      </w:r>
      <w:r>
        <w:t>aik post hudaybiya period hai. pre hudaybiya period mein musalman ghazwat mein mashghool thay. laraian chheer ke chheer di theen mukhalifeen ne.</w:t>
      </w:r>
    </w:p>
    <w:p>
      <w:pPr>
        <w:jc w:val="right"/>
      </w:pPr>
      <w:r>
        <w:t>ایک پوسٹ حدیبیہ پیریڈ ہے۔ پری حدیبیہ پیریڈ میں مسلمان غزوات میں مشغول تھے۔ لڑائیاں چھیڑ کے چھیڑ دی تھیں مخالفین نے۔</w:t>
      </w:r>
    </w:p>
    <w:p>
      <w:r>
        <w:rPr>
          <w:b/>
        </w:rPr>
        <w:t xml:space="preserve">[10:39] </w:t>
      </w:r>
      <w:r>
        <w:t>to larai, larai, larai. yeh dat waz pre hudaybiya period.</w:t>
      </w:r>
    </w:p>
    <w:p>
      <w:pPr>
        <w:jc w:val="right"/>
      </w:pPr>
      <w:r>
        <w:t>تو لڑائی، لڑائی، لڑائی۔ یہ دیٹ واز پری حدیبیہ پیریڈ۔</w:t>
      </w:r>
    </w:p>
    <w:p>
      <w:r>
        <w:rPr>
          <w:b/>
        </w:rPr>
        <w:t xml:space="preserve">[10:46] </w:t>
      </w:r>
      <w:r>
        <w:t>hudaybiya mein kya hua? rule ka badla gaya. to post hudaybiya period jo hai, woh is mein kya hua? peaceful method da, yani peaceful daawa aa gaya.</w:t>
      </w:r>
    </w:p>
    <w:p>
      <w:pPr>
        <w:jc w:val="right"/>
      </w:pPr>
      <w:r>
        <w:t>حدیبیہ میں کیا ہوا؟ رول کا بدلا گیا۔ تو پوسٹ حدیبیہ پیریڈ جو ہے، وہ اس میں کیا ہوا؟ پیس فل میتھڈ دا، یعنی پیس فل دعویٰ آ گیا۔</w:t>
      </w:r>
    </w:p>
    <w:p>
      <w:r>
        <w:rPr>
          <w:b/>
        </w:rPr>
        <w:t xml:space="preserve">[11:00] </w:t>
      </w:r>
      <w:r>
        <w:t>larai khatam aur peaceful daawa shuru ho gaya. dat waz change of rule, istibdaal rule.</w:t>
      </w:r>
    </w:p>
    <w:p>
      <w:pPr>
        <w:jc w:val="right"/>
      </w:pPr>
      <w:r>
        <w:t>لڑائی ختم اور پیس فل دعویٰ شروع ہو گیا۔ دیٹ واز چینج آف رول، استبدال رول۔</w:t>
      </w:r>
    </w:p>
    <w:p>
      <w:r>
        <w:rPr>
          <w:b/>
        </w:rPr>
        <w:t xml:space="preserve">[11:09] </w:t>
      </w:r>
      <w:r>
        <w:t>yeh ishara maujood tha quran majeed mein ke aik waqt aye ga jab tum ko Allah taala yeh chahe ga ke tumhara rule badle. tumhara rule badle.</w:t>
      </w:r>
    </w:p>
    <w:p>
      <w:pPr>
        <w:jc w:val="right"/>
      </w:pPr>
      <w:r>
        <w:t>یہ اشارہ موجود تھا قرآن مجید میں کہ ایک وقت آئے گا جب تم کو اللہ تعالیٰ یہ چاہے گا کہ تمہارا رول بدلے۔ تمہارا رول بدلے۔</w:t>
      </w:r>
    </w:p>
    <w:p>
      <w:r>
        <w:rPr>
          <w:b/>
        </w:rPr>
        <w:t xml:space="preserve">[11:20] </w:t>
      </w:r>
      <w:r>
        <w:t>ab aap ghore kijiye ke is period mein musalmanon ne jo kitaben chhapin, in gint kitaben. mere haan dekh, koi aik kitab bhi exception nahi hai is mein.</w:t>
      </w:r>
    </w:p>
    <w:p>
      <w:pPr>
        <w:jc w:val="right"/>
      </w:pPr>
      <w:r>
        <w:t>اب آپ غور کیجیے کہ اس پیریڈ میں مسلمانوں نے جو کتابیں چھاپیں، ان گنت کتابیں۔ میرے ہاں دیکھ، کوئی ایک کتاب بھی ایکسیپشن نہیں ہے اس میں۔</w:t>
      </w:r>
    </w:p>
    <w:p>
      <w:r>
        <w:rPr>
          <w:b/>
        </w:rPr>
        <w:t xml:space="preserve">[11:31] </w:t>
      </w:r>
      <w:r>
        <w:t>poori kitab mein, poore literature mein, poore kutub khane mein jo</w:t>
      </w:r>
    </w:p>
    <w:p>
      <w:pPr>
        <w:jc w:val="right"/>
      </w:pPr>
      <w:r>
        <w:t>پوری کتاب میں، پورے لٹریچر میں، پورے کتب خانے میں جو</w:t>
      </w:r>
    </w:p>
    <w:p>
      <w:r>
        <w:rPr>
          <w:b/>
        </w:rPr>
        <w:t xml:space="preserve">[11:37] </w:t>
      </w:r>
      <w:r>
        <w:t>jis par yeh baat mera yeh bar apply na hota ho. kyun? logon ka jo theme thi, woh theme thi kya?</w:t>
      </w:r>
    </w:p>
    <w:p>
      <w:pPr>
        <w:jc w:val="right"/>
      </w:pPr>
      <w:r>
        <w:t>جس پر یہ بات میرا یہ بار اپلائی نہ ہوتا ہو۔ کیوں؟ لوگوں کا جو تھیم تھی، وہ تھیم تھی کیا؟</w:t>
      </w:r>
    </w:p>
    <w:p>
      <w:r>
        <w:rPr>
          <w:b/>
        </w:rPr>
        <w:t xml:space="preserve">[11:47] </w:t>
      </w:r>
      <w:r>
        <w:t>theme thi revival of muslim rule. yeh theme hi galat thi. revival of muslim rule jo tha, yeh theme galat thi.</w:t>
      </w:r>
    </w:p>
    <w:p>
      <w:pPr>
        <w:jc w:val="right"/>
      </w:pPr>
      <w:r>
        <w:t>تھیم تھی ریوائیول آف مسلم رول۔ یہ تھیم ہی غلط تھی۔ ریوائیول آف مسلم رول جو تھا، یہ تھیم غلط تھی۔</w:t>
      </w:r>
    </w:p>
    <w:p>
      <w:r>
        <w:rPr>
          <w:b/>
        </w:rPr>
        <w:t xml:space="preserve">[11:58] </w:t>
      </w:r>
      <w:r>
        <w:t>hona yeh chahiye tha: discovery of new rule of muslims.</w:t>
      </w:r>
    </w:p>
    <w:p>
      <w:pPr>
        <w:jc w:val="right"/>
      </w:pPr>
      <w:r>
        <w:t>ہونا یہ چاہیے تھا: ڈسکوری آف نیو رول آف مسلمز۔</w:t>
      </w:r>
    </w:p>
    <w:p>
      <w:r>
        <w:rPr>
          <w:b/>
        </w:rPr>
        <w:t xml:space="preserve">[12:03] </w:t>
      </w:r>
      <w:r>
        <w:t>yani muslim, musalmanon ka revival nahi balkeh musalmanon ke jo ke liye jo naya rule muqaddar hai Allah taala ki taraf se, us ko daryaft karna.</w:t>
      </w:r>
    </w:p>
    <w:p>
      <w:pPr>
        <w:jc w:val="right"/>
      </w:pPr>
      <w:r>
        <w:t>یعنی مسلم، مسلمانوں کا ریوائیول نہیں بلکہ مسلمانوں کے جو کے لیے جو نیا رول مقدر ہے اللہ تعالیٰ کی طرف سے، اس کو دریافت کرنا۔</w:t>
      </w:r>
    </w:p>
    <w:p>
      <w:r>
        <w:rPr>
          <w:b/>
        </w:rPr>
        <w:t xml:space="preserve">[12:15] </w:t>
      </w:r>
      <w:r>
        <w:t>discovery of new muslim rule. yeh kisi ne kiya nahi. do sau saal beet gaye. nateeja kya hai? ke printing press aya tha is liye ke musalman is ko positive istemal karen,</w:t>
      </w:r>
    </w:p>
    <w:p>
      <w:pPr>
        <w:jc w:val="right"/>
      </w:pPr>
      <w:r>
        <w:t>ڈسکوری آف نیو مسلم رول۔ یہ کسی نے کیا نہیں۔ دو سو سال بیت گئے۔ نتیجہ کیا ہے؟ کہ پرنٹنگ پریس آیا تھا اس لیے کہ مسلمان اس کو پازیٹیو استعمال کریں،</w:t>
      </w:r>
    </w:p>
    <w:p>
      <w:r>
        <w:rPr>
          <w:b/>
        </w:rPr>
        <w:t xml:space="preserve">[12:29] </w:t>
      </w:r>
      <w:r>
        <w:t>islam ki ishaat karen,</w:t>
      </w:r>
    </w:p>
    <w:p>
      <w:pPr>
        <w:jc w:val="right"/>
      </w:pPr>
      <w:r>
        <w:t>اسلام کی اشاعت کریں،</w:t>
      </w:r>
    </w:p>
    <w:p>
      <w:r>
        <w:rPr>
          <w:b/>
        </w:rPr>
        <w:t xml:space="preserve">[12:32] </w:t>
      </w:r>
      <w:r>
        <w:t>Allah ki taraf jo sachai mili hai, us ka global level par us ko logon tak pahunchayen, communication ko istemal kar ke.</w:t>
      </w:r>
    </w:p>
    <w:p>
      <w:pPr>
        <w:jc w:val="right"/>
      </w:pPr>
      <w:r>
        <w:t>اللہ کی طرف جو سچائی ملی ہے، اس کا گلوبل لیول پر اس کو لوگوں تک پہنچائیں، کمیونیکیشن کو استعمال کر کے۔</w:t>
      </w:r>
    </w:p>
    <w:p>
      <w:r>
        <w:rPr>
          <w:b/>
        </w:rPr>
        <w:t xml:space="preserve">[12:40] </w:t>
      </w:r>
      <w:r>
        <w:t>lekin hua kya? sirf apna protest register karte rahe, apna complaint register karte rahe history mein.</w:t>
      </w:r>
    </w:p>
    <w:p>
      <w:pPr>
        <w:jc w:val="right"/>
      </w:pPr>
      <w:r>
        <w:t>لیکن ہوا کیا؟ صرف اپنا پروٹیسٹ رجسٹر کرتے رہے، اپنا کمپلینٹ رجسٹر کرتے رہے ہسٹری میں۔</w:t>
      </w:r>
    </w:p>
    <w:p>
      <w:r>
        <w:rPr>
          <w:b/>
        </w:rPr>
        <w:t xml:space="preserve">[12:50] </w:t>
      </w:r>
      <w:r>
        <w:t>bas sara muslim literature jo hai, chahe arabi mein ho, chahe persian mein ho, chahe english mein ho, chahe urdu mein ho, woh kya hai?</w:t>
      </w:r>
    </w:p>
    <w:p>
      <w:pPr>
        <w:jc w:val="right"/>
      </w:pPr>
      <w:r>
        <w:t>بس سارا مسلم لٹریچر جو ہے، چاہے عربی میں ہو، چاہے پرشین میں ہو، چاہے انگلش میں ہو، چاہے اردو میں ہو، وہ کیا ہے؟</w:t>
      </w:r>
    </w:p>
    <w:p>
      <w:r>
        <w:rPr>
          <w:b/>
        </w:rPr>
        <w:t xml:space="preserve">[12:59] </w:t>
      </w:r>
      <w:r>
        <w:t>woh sab ka sab yahi hai ke musalman apna protest register kar rahe hain history mein, apna apna complaint register kar rahe hain history mein.</w:t>
      </w:r>
    </w:p>
    <w:p>
      <w:pPr>
        <w:jc w:val="right"/>
      </w:pPr>
      <w:r>
        <w:t>وہ سب کا سب یہی ہے کہ مسلمان اپنا پروٹیسٹ رجسٹر کر رہے ہیں ہسٹری میں، اپنا اپنا کمپلینٹ رجسٹر کر رہے ہیں ہسٹری میں۔</w:t>
      </w:r>
    </w:p>
    <w:p>
      <w:r>
        <w:rPr>
          <w:b/>
        </w:rPr>
        <w:t xml:space="preserve">[13:11] </w:t>
      </w:r>
      <w:r>
        <w:t>yeh hai, yeh hai woh ghalti jis ko humein janna chahiye. dekhiye, ab mein aap ko yaad dilana chahta hoon ke do sau saal ki sacrifices se musalmanon ko mila kya?</w:t>
      </w:r>
    </w:p>
    <w:p>
      <w:pPr>
        <w:jc w:val="right"/>
      </w:pPr>
      <w:r>
        <w:t>یہ ہے، یہ ہے وہ غلطی جس کو ہمیں جاننا چاہیے۔ دیکھیے، اب میں آپ کو یاد دلانا چاہتا ہوں کہ دو سو سال کی سیکریفائسز سے مسلمانوں کو ملا کیا؟</w:t>
      </w:r>
    </w:p>
    <w:p>
      <w:r>
        <w:rPr>
          <w:b/>
        </w:rPr>
        <w:t xml:space="preserve">[13:28] </w:t>
      </w:r>
      <w:r>
        <w:t>yani poori unniswein sadi, poori beeswein sadi musalmanon ki. movement ki sadi hai, tehreekon ki sadi hai, sacrifices ki sadi hai, tarah tarah ki qurbaniyon ki sadi hai.</w:t>
      </w:r>
    </w:p>
    <w:p>
      <w:pPr>
        <w:jc w:val="right"/>
      </w:pPr>
      <w:r>
        <w:t>یعنی پوری انیسویں صدی، پوری بیسویں صدی مسلمانوں کی۔ موومنٹ کی صدی ہے، تحریکوں کی صدی ہے، سیکریفائسز کی صدی ہے، طرح طرح کی قربانیوں کی صدی ہے۔</w:t>
      </w:r>
    </w:p>
    <w:p>
      <w:r>
        <w:rPr>
          <w:b/>
        </w:rPr>
        <w:t xml:space="preserve">[13:41] </w:t>
      </w:r>
      <w:r>
        <w:t>do sadian, do sadian. mujhe koi shakhs bataye ke kya mila? yani positive? what was the positive gain?</w:t>
      </w:r>
    </w:p>
    <w:p>
      <w:pPr>
        <w:jc w:val="right"/>
      </w:pPr>
      <w:r>
        <w:t>دو صدیاں، دو صدیاں۔ مجھے کوئی شخص بتائے کہ کیا ملا؟ یعنی پازیٹیو؟ واٹ واز دا پازیٹیو گین؟</w:t>
      </w:r>
    </w:p>
    <w:p>
      <w:r>
        <w:rPr>
          <w:b/>
        </w:rPr>
        <w:t xml:space="preserve">[13:49] </w:t>
      </w:r>
      <w:r>
        <w:t>positive gain kuch bhi nahi tha, kuch bhi nahi, nothing. sab qurbaniyan, qurbaniyan, qurbaniyan. yani musalmanon ne apni janon ko halak kiya, billion trillion dollar nuqsan pohanchaya, property ka, aur musalman backward community ban gaye duniya mein.</w:t>
      </w:r>
    </w:p>
    <w:p>
      <w:pPr>
        <w:jc w:val="right"/>
      </w:pPr>
      <w:r>
        <w:t>پازیٹیو گین کچھ بھی نہیں تھا، کچھ بھی نہیں، نتھنگ۔ سب قربانیاں، قربانیاں، قربانیاں۔ یعنی مسلمانوں نے اپنی جانوں کو ہلاک کیا، بلین ٹرین ڈالر نقصان پہنچایا، پراپرٹی کا، اور مسلمان بیکورڈ کمیونٹی بن گئے دنیا میں۔</w:t>
      </w:r>
    </w:p>
    <w:p>
      <w:r>
        <w:rPr>
          <w:b/>
        </w:rPr>
        <w:t xml:space="preserve">[14:05] </w:t>
      </w:r>
      <w:r>
        <w:t>backward community. sare log yeh mante hain, khud musalman hi mante hain ke musalman aaj aik backward community hain. kyun?</w:t>
      </w:r>
    </w:p>
    <w:p>
      <w:pPr>
        <w:jc w:val="right"/>
      </w:pPr>
      <w:r>
        <w:t>بیکورڈ کمیونٹی۔ سارے لوگ یہ مانتے ہیں، خود مسلمان ہی مانتے ہیں کہ مسلمان آج ایک بیکورڈ کمیونٹی ہیں۔ کیوں؟</w:t>
      </w:r>
    </w:p>
    <w:p>
      <w:r>
        <w:rPr>
          <w:b/>
        </w:rPr>
        <w:t xml:space="preserve">[14:14] </w:t>
      </w:r>
      <w:r>
        <w:t>is liye ke woh past ki taraf apni ghoda daudate rahe,</w:t>
      </w:r>
    </w:p>
    <w:p>
      <w:pPr>
        <w:jc w:val="right"/>
      </w:pPr>
      <w:r>
        <w:t>اس لیے کہ وہ پاسٹ کی طرف اپنی گھوڑا دوڑاتے رہے،</w:t>
      </w:r>
    </w:p>
    <w:p>
      <w:r>
        <w:rPr>
          <w:b/>
        </w:rPr>
        <w:t xml:space="preserve">[14:19] </w:t>
      </w:r>
      <w:r>
        <w:t>future ki taraf unhon ne apna journey shuru nahi kiya. yeh bohat zyada sochne ki baat hai, bohat zyada sochne ki baat hai. kyunke yahin se aik naya start hoga, yahin se aik nayi beginning hogi, aur yahin se un ke liye aik naya future likha jaye ga tareekh mein.</w:t>
      </w:r>
    </w:p>
    <w:p>
      <w:pPr>
        <w:jc w:val="right"/>
      </w:pPr>
      <w:r>
        <w:t>فیوچر کی طرف انہوں نے اپنا جرنی شروع نہیں کیا۔ یہ بہت زیادہ سوچنے کی بات ہے، بہت زیادہ سوچنے کی بات ہے۔ کیونکہ یہیں سے ایک نیا سٹارٹ ہوگا، یہیں سے ایک نئی بگننگ ہوگی، اور یہیں سے ان کے لیے ایک نیا فیوچر لکھا جائے گا تاریخ میں۔</w:t>
      </w:r>
    </w:p>
    <w:p>
      <w:r>
        <w:rPr>
          <w:b/>
        </w:rPr>
        <w:t xml:space="preserve">[14:38] </w:t>
      </w:r>
      <w:r>
        <w:t>agar is ko hum ne nahi mana to kuch bhi nahi hone wala hai. qayamat aa jaye gi aur kuch bhi nahi hoga. yaad rakhiye.</w:t>
      </w:r>
    </w:p>
    <w:p>
      <w:pPr>
        <w:jc w:val="right"/>
      </w:pPr>
      <w:r>
        <w:t>اگر اس کو ہم نے نہیں مانا تو کچھ بھی نہیں ہونے والا ہے۔ قیامت آ جائے گی اور کچھ بھی نہیں ہوگا۔ یاد رکھیے۔</w:t>
      </w:r>
    </w:p>
    <w:p>
      <w:r>
        <w:rPr>
          <w:b/>
        </w:rPr>
        <w:t xml:space="preserve">[14:48] </w:t>
      </w:r>
      <w:r>
        <w:t>ab mein aik aur pehlu ki taraf ishara karna chahta hoon. dekhiye, jo log baat karte hain muslim revival ki, woh kya karte hain?</w:t>
      </w:r>
    </w:p>
    <w:p>
      <w:pPr>
        <w:jc w:val="right"/>
      </w:pPr>
      <w:r>
        <w:t>اب میں ایک اور پہلو کی طرف اشارہ کرنا چاہتا ہوں۔ دیکھیے، جو لوگ بات کرتے ہیں مسلم ریوائیول کی، وہ کیا کرتے ہیں؟</w:t>
      </w:r>
    </w:p>
    <w:p>
      <w:r>
        <w:rPr>
          <w:b/>
        </w:rPr>
        <w:t xml:space="preserve">[14:59] </w:t>
      </w:r>
      <w:r>
        <w:t>poori poori community ko le kar sochte hain. woh poori community ka revival, yani musalman is waqt more than 100 billion hain dunya mein.</w:t>
      </w:r>
    </w:p>
    <w:p>
      <w:pPr>
        <w:jc w:val="right"/>
      </w:pPr>
      <w:r>
        <w:t>پوری پوری کمیونٹی کو لے کر سوچتے ہیں۔ وہ پوری کمیونٹی کا ریوائیول، یعنی مسلمان اس وقت مور دین 100 بلین ہیں دنیا میں۔</w:t>
      </w:r>
    </w:p>
    <w:p>
      <w:r>
        <w:rPr>
          <w:b/>
        </w:rPr>
        <w:t xml:space="preserve">[15:10] </w:t>
      </w:r>
      <w:r>
        <w:t>to sari ki sari community jo hai, uska revival ho. that is possible, yeh kabhi aisa nahi hua.</w:t>
      </w:r>
    </w:p>
    <w:p>
      <w:pPr>
        <w:jc w:val="right"/>
      </w:pPr>
      <w:r>
        <w:t>تو ساری کی ساری کمیونٹی جو ہے، اس کا ریوائیول ہو۔ دیٹ از پاسیبل، یہ کبھی ایسا نہیں ہوا۔</w:t>
      </w:r>
    </w:p>
    <w:p>
      <w:r>
        <w:rPr>
          <w:b/>
        </w:rPr>
        <w:t xml:space="preserve">[15:17] </w:t>
      </w:r>
      <w:r>
        <w:t>to Allah taala ne yeh bhi dekhiye, bata diya tha Quran majeed mein ke revival ka model kya hoga. revival ka model kya hoga?</w:t>
      </w:r>
    </w:p>
    <w:p>
      <w:pPr>
        <w:jc w:val="right"/>
      </w:pPr>
      <w:r>
        <w:t>تو اللہ تعالیٰ نے یہ بھی دیکھیے، بتا دیا تھا قرآن مجید میں کہ ریوائیول کا ماڈل کیا ہوگا۔ ریوائیول کا ماڈل کیا ہوگا؟</w:t>
      </w:r>
    </w:p>
    <w:p>
      <w:r>
        <w:rPr>
          <w:b/>
        </w:rPr>
        <w:t xml:space="preserve">[15:27] </w:t>
      </w:r>
      <w:r>
        <w:t>baad ke zamane mein jab woh waqt aaye ga ke musalmanon ko revival kiya jaye to uska model kya hoga? woh model Surah As-Saff mein bataya gaya hai.</w:t>
      </w:r>
    </w:p>
    <w:p>
      <w:pPr>
        <w:jc w:val="right"/>
      </w:pPr>
      <w:r>
        <w:t>بعد کے زمانے میں جب وہ وقت آئے گا کہ مسلمانوں کو ریوائیول کیا جائے تو اس کا ماڈل کیا ہوگا؟ وہ ماڈل سورہ الصف میں بتایا گیا ہے۔</w:t>
      </w:r>
    </w:p>
    <w:p>
      <w:r>
        <w:rPr>
          <w:b/>
        </w:rPr>
        <w:t xml:space="preserve">[15:37] </w:t>
      </w:r>
      <w:r>
        <w:t>Surah As-Saff jo hai Quran majeed ki, uski aakhri ayat hai. uski aakhri ayat hai ke: "Ya ayyuhal ladheena aamano, kaun ansar Allah kama qala Yusuf ibn Maryam: man ansari ila Allah?"</w:t>
      </w:r>
    </w:p>
    <w:p>
      <w:pPr>
        <w:jc w:val="right"/>
      </w:pPr>
      <w:r>
        <w:t>سورہ الصف جو ہے قرآن مجید کی، اس کی آخری آیت ہے۔ اس کی آخری آیت ہے کہ: "یا ایہا الذین آمنوا، کون انصار اللہ کما قال یوسف ابن مریم: من انصاری اللہ؟"</w:t>
      </w:r>
    </w:p>
    <w:p>
      <w:r>
        <w:rPr>
          <w:b/>
        </w:rPr>
        <w:t xml:space="preserve">[16:04] </w:t>
      </w:r>
      <w:r>
        <w:t>dekhiye, yeh bohat hi important ayat hai.</w:t>
      </w:r>
    </w:p>
    <w:p>
      <w:pPr>
        <w:jc w:val="right"/>
      </w:pPr>
      <w:r>
        <w:t>دیکھیے، یہ بہت ہی امپورٹنٹ آیت ہے۔</w:t>
      </w:r>
    </w:p>
    <w:p>
      <w:r>
        <w:rPr>
          <w:b/>
        </w:rPr>
        <w:t xml:space="preserve">[16:07] </w:t>
      </w:r>
      <w:r>
        <w:t>yeh batati hai ke baad ke zamane mein jo musalman ki revival hoga, uska model kya hoga? uski shakal kya hogi? woh hogi woh jo Hazrat Masih ke zamane mein pesh aayi thi.</w:t>
      </w:r>
    </w:p>
    <w:p>
      <w:pPr>
        <w:jc w:val="right"/>
      </w:pPr>
      <w:r>
        <w:t>یہ بتاتی ہے کہ بعد کے زمانے میں جو مسلمان کی ریوائیول ہوگا، اس کا ماڈل کیا ہوگا؟ اس کی شکل کیا ہوگی؟ وہ ہوگی وہ جو حضرت مسیح کے زمانے میں پیش آئی تھی۔</w:t>
      </w:r>
    </w:p>
    <w:p>
      <w:r>
        <w:rPr>
          <w:b/>
        </w:rPr>
        <w:t xml:space="preserve">[16:20] </w:t>
      </w:r>
      <w:r>
        <w:t>" Hazrat Masih ne pukara yehood ko ke: "tum mein se kaun hai mera jo ansar banta hai?" to hawari jo thay, hawari woh aage badhe.</w:t>
      </w:r>
    </w:p>
    <w:p>
      <w:pPr>
        <w:jc w:val="right"/>
      </w:pPr>
      <w:r>
        <w:t>اس آیت کا ترجمہ یہ ہے کہ: "اے ایمان والو! اے ایمان لانے والو! تم انصار بنو جیسا کہ پیش آیا حضرت مسیح کے زمانے میں۔</w:t>
      </w:r>
    </w:p>
    <w:p>
      <w:r>
        <w:rPr>
          <w:b/>
        </w:rPr>
        <w:t xml:space="preserve">[16:33] </w:t>
      </w:r>
      <w:r>
        <w:t>" Hazrat Masih ne pukara yehood ko ke: "tum mein se kaun hai mera jo ansar banta hai?" to hawari jo thay, hawari woh aage badhe.</w:t>
      </w:r>
    </w:p>
    <w:p>
      <w:pPr>
        <w:jc w:val="right"/>
      </w:pPr>
      <w:r>
        <w:t>" حضرت مسیح نے پکارا یہود کو کہ: "تم میں سے کون ہے میرا جو انصار بنتا ہے؟" تو حواری جو تھے، حواری وہ آگے بڑھے۔</w:t>
      </w:r>
    </w:p>
    <w:p>
      <w:r>
        <w:rPr>
          <w:b/>
        </w:rPr>
        <w:t xml:space="preserve">[16:44] </w:t>
      </w:r>
      <w:r>
        <w:t>unhon ne kaha: "hum aap ke ansar hain."</w:t>
      </w:r>
    </w:p>
    <w:p>
      <w:pPr>
        <w:jc w:val="right"/>
      </w:pPr>
      <w:r>
        <w:t>انہوں نے کہا: "ہم آپ کے انصار ہیں۔"</w:t>
      </w:r>
    </w:p>
    <w:p>
      <w:r>
        <w:rPr>
          <w:b/>
        </w:rPr>
        <w:t xml:space="preserve">[16:46] </w:t>
      </w:r>
      <w:r>
        <w:t>hawari aik group tha jaysh community ka. is mein aata hai ke: "fa min taa'ifatun min bani israil wa kaafara taa'ifatun" yani bani Israel jo is waqt ummat-e-muslima thay,</w:t>
      </w:r>
    </w:p>
    <w:p>
      <w:pPr>
        <w:jc w:val="right"/>
      </w:pPr>
      <w:r>
        <w:t>حواری ایک گروپ تھا جیش کمیونٹی کا۔ اس میں آتا ہے کہ: "فام طائف، طائفۃ بنی اسرائیل وکفر طائفہ" یعنی بنی اسرائیل جو اس وقت امت مسلمہ تھے،</w:t>
      </w:r>
    </w:p>
    <w:p>
      <w:r>
        <w:rPr>
          <w:b/>
        </w:rPr>
        <w:t xml:space="preserve">[17:00] </w:t>
      </w:r>
      <w:r>
        <w:t>is is zamane ke lehaz se. aur is mein se aik group cut gaya Hazrat Masih se, aur aik aik tabqa Hazrat Masih se mila. inhi se phir Christianity shuru hui.</w:t>
      </w:r>
    </w:p>
    <w:p>
      <w:pPr>
        <w:jc w:val="right"/>
      </w:pPr>
      <w:r>
        <w:t>اس اس زمانے کے لحاظ سے۔ اور اس میں سے ایک گروپ کٹ گیا حضرت مسیح سے، اور ایک ایک طبقہ حضرت مسیح سے ملا۔ انہی سے پھر کرسچینٹی شروع ہوئی۔</w:t>
      </w:r>
    </w:p>
    <w:p>
      <w:r>
        <w:rPr>
          <w:b/>
        </w:rPr>
        <w:t xml:space="preserve">[17:11] </w:t>
      </w:r>
      <w:r>
        <w:t>yehi model baad ko dohraya jaye ga. yani yeh mumkin nahi hai law of nation ke mutabiq ke poori poori aik billion musalman jo hain, unka revival ho jaye.</w:t>
      </w:r>
    </w:p>
    <w:p>
      <w:pPr>
        <w:jc w:val="right"/>
      </w:pPr>
      <w:r>
        <w:t>یہی ماڈل بعد کو دہرایا جائے گا۔ یعنی یہ ممکن نہیں ہے لاء آف نیشن کے مطابق کہ پوری پوری ایک بلین مسلمان جو ہیں، ان کا ریوائیول ہو جائے۔</w:t>
      </w:r>
    </w:p>
    <w:p>
      <w:r>
        <w:rPr>
          <w:b/>
        </w:rPr>
        <w:t xml:space="preserve">[17:21] </w:t>
      </w:r>
      <w:r>
        <w:t>is wajah se kuch log, kuch logon ka yani kuch logon ka revival hoga, kuch isi parhe rahen ge.</w:t>
      </w:r>
    </w:p>
    <w:p>
      <w:pPr>
        <w:jc w:val="right"/>
      </w:pPr>
      <w:r>
        <w:t>اس وجہ سے کچھ لوگ، کچھ لوگوں کا یعنی کچھ لوگوں کا ریوائیول ہوگا، کچھ اسی پڑھے رہیں گے۔</w:t>
      </w:r>
    </w:p>
    <w:p>
      <w:r>
        <w:rPr>
          <w:b/>
        </w:rPr>
        <w:t xml:space="preserve">[17:29] </w:t>
      </w:r>
      <w:r>
        <w:t>Allah hi pata hai jata hai unka kya anjam hoga. to yeh model logon ko samajh mein nahi aaya. ab poori ummat ko le kar ke woh sochte rahen.</w:t>
      </w:r>
    </w:p>
    <w:p>
      <w:pPr>
        <w:jc w:val="right"/>
      </w:pPr>
      <w:r>
        <w:t>اللہ ہی پتہ ہے جاتا ہے ان کا کیا انجام ہوگا۔ تو یہ ماڈل لوگوں کو سمجھ میں نہیں آیا۔ اب پوری امت کو لے کر کے وہ سوچتے رہے۔</w:t>
      </w:r>
    </w:p>
    <w:p>
      <w:r>
        <w:rPr>
          <w:b/>
        </w:rPr>
        <w:t xml:space="preserve">[17:40] </w:t>
      </w:r>
      <w:r>
        <w:t>aik bohat bade aalim ka mein ne bataoon aap ko qissa. bohat bade scholar thay woh, to musalmanon ke revival par kaam kar rahay thay.</w:t>
      </w:r>
    </w:p>
    <w:p>
      <w:pPr>
        <w:jc w:val="right"/>
      </w:pPr>
      <w:r>
        <w:t>ایک بہت بڑے عالم کا میں نے بتاؤں آپ کو قصہ۔ بہت بڑے سکالر تھے وہ، تو مسلمانوں کے ریوائیول پر کام کر رہے تھے۔</w:t>
      </w:r>
    </w:p>
    <w:p>
      <w:r>
        <w:rPr>
          <w:b/>
        </w:rPr>
        <w:t xml:space="preserve">[17:50] </w:t>
      </w:r>
      <w:r>
        <w:t>woh yani poore muslim community ka revival. aakhir woh first mein mare. to aik buzurg, apne jo unke jo peer thay, buzurg, un se unhon ne kaha ke: "ab zindagi bhar aap koshish karte rahay aur musalmanon ka revival nahi hua." to buzurg ne kya kaha?</w:t>
      </w:r>
    </w:p>
    <w:p>
      <w:pPr>
        <w:jc w:val="right"/>
      </w:pPr>
      <w:r>
        <w:t>وہ یعنی پورے مسلم کمیونٹی کا ریوائیول۔ آخر وہ فرسٹ میں مرے۔ تو ایک بزرگ، اپنے جو ان کے جو پیر تھے، بزرگ، ان سے انہوں نے کہا کہ: "اب زندگی بھر آپ کوشش کرتے رہے اور مسلمانوں کا ریوائیول نہیں ہوا۔" تو بزرگ نے کیا کہا؟</w:t>
      </w:r>
    </w:p>
    <w:p>
      <w:r>
        <w:rPr>
          <w:b/>
        </w:rPr>
        <w:t xml:space="preserve">[18:06] </w:t>
      </w:r>
      <w:r>
        <w:t>ke Allah taala ki do sifatein hain. aik sifat hai mudhill hai, aik sifat hai Hadi hai. yani Allah hidayat bhi deta hai aur Allah gumrah bhi karta hai.</w:t>
      </w:r>
    </w:p>
    <w:p>
      <w:pPr>
        <w:jc w:val="right"/>
      </w:pPr>
      <w:r>
        <w:t>کہ اللہ تعالیٰ کی دو صفتیں ہیں۔ ایک صفت ہے مضل ہے، ایک صفت ہے ہادی ہے۔ یعنی اللہ ہدایت بھی دیتا ہے اور اللہ گمراہ بھی کرتا ہے۔</w:t>
      </w:r>
    </w:p>
    <w:p>
      <w:r>
        <w:rPr>
          <w:b/>
        </w:rPr>
        <w:t xml:space="preserve">[18:15] </w:t>
      </w:r>
      <w:r>
        <w:t>is zamane mein Allah mudhill ki sifat se jalwa gar hai. in logon ko gumrah karne ki sifat se, naoozubillah, yeh bilkul aik ilzaam hai Allah taala ke upar.</w:t>
      </w:r>
    </w:p>
    <w:p>
      <w:pPr>
        <w:jc w:val="right"/>
      </w:pPr>
      <w:r>
        <w:t>اس زمانے میں اللہ مضل کی صفت سے جلوہ گر ہے۔ ان لوگوں کو گمراہ کرنے کی صفت سے، نعوذ باللہ، یہ بالکل ایک الزام ہے اللہ تعالیٰ کے اوپر۔</w:t>
      </w:r>
    </w:p>
    <w:p>
      <w:r>
        <w:rPr>
          <w:b/>
        </w:rPr>
        <w:t xml:space="preserve">[18:27] </w:t>
      </w:r>
      <w:r>
        <w:t>aisi cheezein nahi hain. dekhiye, jab koi qaum apne daur-e-zawaal par pahunch jaye, daur-e-zawaal ke aakhri daur mein pahunch jaye, yeh namumkin ho jata hai ke jitne bhi mard, aurat hain, jitne bhi chhote bade hain, jitne bhi company ke afraad hain, sab ka revival ho jaye.</w:t>
      </w:r>
    </w:p>
    <w:p>
      <w:pPr>
        <w:jc w:val="right"/>
      </w:pPr>
      <w:r>
        <w:t>ایسی چیزیں نہیں ہیں۔ دیکھیے، جب کوئی قوم اپنے دور زوال پر پہنچ جائے، دور زوال کے آخری دور میں پہنچ جائے، یہ ناممکن ہو جاتا ہے کہ جتنے بھی مرد، عورت ہیں، جتنے بھی چھوٹے بڑے ہیں، جتنے بھی کمپنی کے افراد ہیں، سب کا ریوائیول ہو جائے۔</w:t>
      </w:r>
    </w:p>
    <w:p>
      <w:r>
        <w:rPr>
          <w:b/>
        </w:rPr>
        <w:t xml:space="preserve">[18:46] </w:t>
      </w:r>
      <w:r>
        <w:t>kuch afraad nikaltay hain is mein, that is law of nation.</w:t>
      </w:r>
    </w:p>
    <w:p>
      <w:pPr>
        <w:jc w:val="right"/>
      </w:pPr>
      <w:r>
        <w:t>کچھ افراد نکلتے ہیں اس میں، دیٹ از لاء آف نیشن۔</w:t>
      </w:r>
    </w:p>
    <w:p>
      <w:r>
        <w:rPr>
          <w:b/>
        </w:rPr>
        <w:t xml:space="preserve">[18:50] </w:t>
      </w:r>
      <w:r>
        <w:t>to yehood qadeem zamane mein apne daur-e-zawaal ke aakhri hadd ko pahunch chukay thay. to jab Masih uthay, Hazrat Masih un ke zamane mein, to sari sari yahoodi qaum un mein revival nahi aaya.</w:t>
      </w:r>
    </w:p>
    <w:p>
      <w:pPr>
        <w:jc w:val="right"/>
      </w:pPr>
      <w:r>
        <w:t>تو یہود قدیم زمانے میں اپنے دور زوال کے آخری حد کو پہنچ چکے تھے۔ تو جب مسیح اٹھے، حضرت مسیح ان کے زمانے میں، تو ساری ساری یہودی قوم ان میں ریوائیول نہیں آیا۔</w:t>
      </w:r>
    </w:p>
    <w:p>
      <w:r>
        <w:rPr>
          <w:b/>
        </w:rPr>
        <w:t xml:space="preserve">[19:02] </w:t>
      </w:r>
      <w:r>
        <w:t>sari sari yani yahoodi ummat jo hai, woh uska ehya nahi ho gaya. balkay un mein se aik tabqe ka sirf hua, baqi log is se yani Hazrat Masih ke is mein shamil nahi ho sakay.</w:t>
      </w:r>
    </w:p>
    <w:p>
      <w:pPr>
        <w:jc w:val="right"/>
      </w:pPr>
      <w:r>
        <w:t>ساری ساری یعنی یہودی امت جو ہے، وہ اس کا احیاء نہیں ہو گیا۔ بلکہ ان میں سے ایک طبقے کا صرف ہوا، باقی لوگ اس سے یعنی حضرت مسیح کے اس میں شامل نہیں ہو سکے۔</w:t>
      </w:r>
    </w:p>
    <w:p>
      <w:r>
        <w:rPr>
          <w:b/>
        </w:rPr>
        <w:t xml:space="preserve">[19:18] </w:t>
      </w:r>
      <w:r>
        <w:t>to Quran ki Surah As-Saff mein bataya gaya hai ke baad ke zamane mein bhi yehi model rahay ga, yehi tareeqa yani dohraya jaye ga.</w:t>
      </w:r>
    </w:p>
    <w:p>
      <w:pPr>
        <w:jc w:val="right"/>
      </w:pPr>
      <w:r>
        <w:t>تو قرآن کی سورہ الصف میں بتایا گیا ہے کہ بعد کے زمانے میں بھی یہی ماڈل رہے گا، یہی طریقہ یعنی دہرایا جائے گا۔</w:t>
      </w:r>
    </w:p>
    <w:p>
      <w:r>
        <w:rPr>
          <w:b/>
        </w:rPr>
        <w:t xml:space="preserve">[19:27] </w:t>
      </w:r>
      <w:r>
        <w:t>is se be khabar log bas sari ummat ko uthana chahte hain jo ke againts the law of nature hai. to natija kya hua? ke yani jo sahi method tha, thread method hai, individual based,</w:t>
      </w:r>
    </w:p>
    <w:p>
      <w:pPr>
        <w:jc w:val="right"/>
      </w:pPr>
      <w:r>
        <w:t>اس سے بے خبر لوگ بس ساری امت کو اٹھانا چاہتے ہیں جو کہ اگینسٹ دی لاء آف نیچر ہے۔ تو نتیجہ کیا ہوا؟ کہ یعنی جو صحیح میتھڈ تھا، تھریڈ میتھڈ ہے، انڈیویجول بیسڈ،</w:t>
      </w:r>
    </w:p>
    <w:p>
      <w:r>
        <w:rPr>
          <w:b/>
        </w:rPr>
        <w:t xml:space="preserve">[19:42] </w:t>
      </w:r>
      <w:r>
        <w:t>individual based yani fard fard ko nishana kar ke kaam karna,</w:t>
      </w:r>
    </w:p>
    <w:p>
      <w:pPr>
        <w:jc w:val="right"/>
      </w:pPr>
      <w:r>
        <w:t>انڈیویجول بیسڈ یعنی فرد فرد کو نشانہ کر کے کام کرنا،</w:t>
      </w:r>
    </w:p>
    <w:p>
      <w:r>
        <w:rPr>
          <w:b/>
        </w:rPr>
        <w:t xml:space="preserve">[19:48] </w:t>
      </w:r>
      <w:r>
        <w:t>afraad mein secret afraad talash karna, afraad mein sincere afraad talash karna, afraad mein aise talash karna jo janna chahte hain ke sachai kya hai.</w:t>
      </w:r>
    </w:p>
    <w:p>
      <w:pPr>
        <w:jc w:val="right"/>
      </w:pPr>
      <w:r>
        <w:t>افراد میں سیکرٹ افراد تلاش کرنا، افراد میں سنسیئر افراد تلاش کرنا، افراد میں ایسے تلاش کرنا جو جاننا چاہتے ہیں کہ سچائی کیا ہے۔</w:t>
      </w:r>
    </w:p>
    <w:p>
      <w:r>
        <w:rPr>
          <w:b/>
        </w:rPr>
        <w:t xml:space="preserve">[19:59] </w:t>
      </w:r>
      <w:r>
        <w:t>to individual based kaam karna tha humein. lekin hum ne kya kiya? kya community based yani bheed ikattha kar ke taqreerein kar rahe hain, bheed ikattha kar ke taqreerein kar rahe hain,</w:t>
      </w:r>
    </w:p>
    <w:p>
      <w:pPr>
        <w:jc w:val="right"/>
      </w:pPr>
      <w:r>
        <w:t>تو انڈیویجول بیسڈ کام کرنا تھا ہمیں۔ لیکن ہم نے کیا کیا؟ کیا کمیونٹی بیسڈ یعنی بھیڑ اکٹھا کر کے تقریریں کر رہے ہیں، بھیڑ اکٹھا کر کے تقریریں کر رہے ہیں،</w:t>
      </w:r>
    </w:p>
    <w:p>
      <w:r>
        <w:rPr>
          <w:b/>
        </w:rPr>
        <w:t xml:space="preserve">[20:11] </w:t>
      </w:r>
      <w:r>
        <w:t>afraad ko le kar ke afraad ko address karna, afraad ke mind ko address karna, afraad ke ah, afraad ke zehan ko badalna, afraad ki deconditioning karna.</w:t>
      </w:r>
    </w:p>
    <w:p>
      <w:pPr>
        <w:jc w:val="right"/>
      </w:pPr>
      <w:r>
        <w:t>افراد کو لے کر کے افراد کو ایڈریس کرنا، افراد کے مائنڈ کو ایڈریس کرنا، افراد کے اہ، افراد کے ذہن کو بدلنا، افراد کی ڈی کنڈیشننگ کرنا۔</w:t>
      </w:r>
    </w:p>
    <w:p>
      <w:r>
        <w:rPr>
          <w:b/>
        </w:rPr>
        <w:t xml:space="preserve">[20:23] </w:t>
      </w:r>
      <w:r>
        <w:t>deconditioning yeh kaam hi kya hai? logon ne bas bheed ikattha kar ke, lakhon lakh bheed ikattha kar ke taqreerein kar rahe hain. woh Allah ka tareeqa nahin.</w:t>
      </w:r>
    </w:p>
    <w:p>
      <w:pPr>
        <w:jc w:val="right"/>
      </w:pPr>
      <w:r>
        <w:t>ڈی کنڈیشننگ یہ کام ہی کیا ہے؟ لوگوں نے بس بھیڑ اکٹھا کر کے، لاکھوں لاکھ بھیڑ اکٹھا کر کے تقریریں کر رہے ہیں۔ وہ اللہ کا طریقہ نہیں۔</w:t>
      </w:r>
    </w:p>
    <w:p>
      <w:r>
        <w:rPr>
          <w:b/>
        </w:rPr>
        <w:t xml:space="preserve">[20:33] </w:t>
      </w:r>
      <w:r>
        <w:t>to yaad rakhiye, jab aa jaye woh zawal, woh daur jo zawal ka aakhri daur hota hai, to yeh sochna hi galat hai.</w:t>
      </w:r>
    </w:p>
    <w:p>
      <w:pPr>
        <w:jc w:val="right"/>
      </w:pPr>
      <w:r>
        <w:t>تو یاد رکھیے، جب آ جائے وہ زوال، وہ دور جو زوال کا آخری دور ہوتا ہے، تو یہ سوچنا ہی غلط ہے۔</w:t>
      </w:r>
    </w:p>
    <w:p>
      <w:r>
        <w:rPr>
          <w:b/>
        </w:rPr>
        <w:t xml:space="preserve">[20:42] </w:t>
      </w:r>
      <w:r>
        <w:t>yeh umeed, yeh umeed rakhna hi galat hai ke poori poori qaum phir se uth jayegi, afraad nikal aayenge. afraad jaisa ke quran mein hai ke: "fa'am ta'ifatun min bani isra'il wa kaferat ta'ifatun" yahi repeat hoga Islam mein, Muslim community mein bhi yahi repeat hoga.</w:t>
      </w:r>
    </w:p>
    <w:p>
      <w:pPr>
        <w:jc w:val="right"/>
      </w:pPr>
      <w:r>
        <w:t>یہ امید، یہ امید رکھنا ہی غلط ہے کہ پوری پوری قوم پھر سے اٹھ جائے گی، افراد نکل آئیں گے۔ افراد جیسا کہ قرآن میں ہے کہ: "فام طائفۃ بنی اسرائیل وکفر طائفہ" یہی ریپیٹ ہوگا اسلام میں، مسلم کمیونٹی میں بھی یہی ریپیٹ ہوگا۔</w:t>
      </w:r>
    </w:p>
    <w:p>
      <w:r>
        <w:rPr>
          <w:b/>
        </w:rPr>
        <w:t xml:space="preserve">[21:00] </w:t>
      </w:r>
      <w:r>
        <w:t>ab mein aap ko ek aur baat arz karna chahta hoon,</w:t>
      </w:r>
    </w:p>
    <w:p>
      <w:pPr>
        <w:jc w:val="right"/>
      </w:pPr>
      <w:r>
        <w:t>اب میں آپ کو ایک اور بات عرض کرنا چاہتا ہوں،</w:t>
      </w:r>
    </w:p>
    <w:p>
      <w:r>
        <w:rPr>
          <w:b/>
        </w:rPr>
        <w:t xml:space="preserve">[21:06] </w:t>
      </w:r>
      <w:r>
        <w:t>woh yeh hai ke kya matlab hai istibdal rule ka? yani replacement of rule ka matlab hai? is ko samjhiye aap.</w:t>
      </w:r>
    </w:p>
    <w:p>
      <w:pPr>
        <w:jc w:val="right"/>
      </w:pPr>
      <w:r>
        <w:t>وہ یہ ہے کہ کیا مطلب ہے استبدال رول کا؟ یعنی ریپلیسمنٹ آف رول کا مطلب ہے؟ اس کو سمجھیے آپ۔</w:t>
      </w:r>
    </w:p>
    <w:p>
      <w:r>
        <w:rPr>
          <w:b/>
        </w:rPr>
        <w:t xml:space="preserve">[21:16] </w:t>
      </w:r>
      <w:r>
        <w:t>Islam jab aaya, us waqt sab se bari jo kami thi Allah ke deen mein, woh thi kya? koi authentic book maujood nahin thi zameen par.</w:t>
      </w:r>
    </w:p>
    <w:p>
      <w:pPr>
        <w:jc w:val="right"/>
      </w:pPr>
      <w:r>
        <w:t>اسلام جب آیا، اس وقت سب سے بڑی جو کمی تھی اللہ کے دین میں، وہ تھی کیا؟ کوئی اتھینٹک بک موجود نہیں تھی زمین پر۔</w:t>
      </w:r>
    </w:p>
    <w:p>
      <w:r>
        <w:rPr>
          <w:b/>
        </w:rPr>
        <w:t xml:space="preserve">[21:27] </w:t>
      </w:r>
      <w:r>
        <w:t>Allah ko yeh matloob hai ke is ka kalam preserve ho taake woh authentic source bane insanon ke liye.</w:t>
      </w:r>
    </w:p>
    <w:p>
      <w:pPr>
        <w:jc w:val="right"/>
      </w:pPr>
      <w:r>
        <w:t>اللہ کو یہ مطلوب ہے کہ اس کا کلام پریزرو ہو تاکہ وہ اتھینٹک سورس بنے انسانوں کے لیے۔</w:t>
      </w:r>
    </w:p>
    <w:p>
      <w:r>
        <w:rPr>
          <w:b/>
        </w:rPr>
        <w:t xml:space="preserve">[21:39] </w:t>
      </w:r>
      <w:r>
        <w:t>kal mere paas ek sahib aaye, ek woh ek non muslim family mein paida hue, to woh South India ke thay.</w:t>
      </w:r>
    </w:p>
    <w:p>
      <w:pPr>
        <w:jc w:val="right"/>
      </w:pPr>
      <w:r>
        <w:t>کل میرے پاس ایک صاحب آئے، ایک وہ ایک نان مسلم فیملی میں پیدا ہوئے، تو وہ ساؤتھ انڈیا کے تھے۔</w:t>
      </w:r>
    </w:p>
    <w:p>
      <w:r>
        <w:rPr>
          <w:b/>
        </w:rPr>
        <w:t xml:space="preserve">[21:51] </w:t>
      </w:r>
      <w:r>
        <w:t>to unhon ne kaha ke mein bachpan se is sawal se</w:t>
      </w:r>
    </w:p>
    <w:p>
      <w:pPr>
        <w:jc w:val="right"/>
      </w:pPr>
      <w:r>
        <w:t>تو انہوں نے کہا کہ میں بچپن سے اس سوال سے</w:t>
      </w:r>
    </w:p>
    <w:p>
      <w:r>
        <w:rPr>
          <w:b/>
        </w:rPr>
        <w:t xml:space="preserve">[21:55] </w:t>
      </w:r>
      <w:r>
        <w:t>dochar tha ke: "what is the purpose of life? what is the purpose of life?" abhi kal ki baat hai, yeh mein kyun paida hua?</w:t>
      </w:r>
    </w:p>
    <w:p>
      <w:pPr>
        <w:jc w:val="right"/>
      </w:pPr>
      <w:r>
        <w:t>دوچار تھا کہ: "واٹ از دا پرپس آف لائف؟ واٹ از دا پرپس آف لائف؟" ابھی کل کی بات ہے، یہ میں کیوں پیدا ہوا؟</w:t>
      </w:r>
    </w:p>
    <w:p>
      <w:r>
        <w:rPr>
          <w:b/>
        </w:rPr>
        <w:t xml:space="preserve">[22:04] </w:t>
      </w:r>
      <w:r>
        <w:t>yeh duniya kyun paida hui? suraj kyun nikalta hai? raat kyun aati hai? yeh sara kyun hai? kis ne kiya? to unhon ne kaha ke doosri jo kitabein mazhabon ki hain, un mein mujhe is ka jawab nahin mila.</w:t>
      </w:r>
    </w:p>
    <w:p>
      <w:pPr>
        <w:jc w:val="right"/>
      </w:pPr>
      <w:r>
        <w:t>یہ دنیا کیوں پیدا ہوئی؟ سورج کیوں نکلتا ہے؟ رات کیوں آتی ہے؟ یہ سارا کیوں ہے؟ کس نے کیا؟ تو انہوں نے کہا کہ دوسری جو کتابیں مذہبوں کی ہیں، ان میں مجھے اس کا جواب نہیں ملا۔</w:t>
      </w:r>
    </w:p>
    <w:p>
      <w:r>
        <w:rPr>
          <w:b/>
        </w:rPr>
        <w:t xml:space="preserve">[22:18] </w:t>
      </w:r>
      <w:r>
        <w:t>mujhe is ka jawab nahin mila. phir mein ne quran ko padha to quran mein mujhe is ka jawab mila. yani Christian plan of God mila quran majeed mein aur</w:t>
      </w:r>
    </w:p>
    <w:p>
      <w:pPr>
        <w:jc w:val="right"/>
      </w:pPr>
      <w:r>
        <w:t>مجھے اس کا جواب نہیں ملا۔ پھر میں نے قرآن کو پڑھا تو قرآن میں مجھے اس کا جواب ملا۔ یعنی کرسچن پلان آف گاڈ ملا قرآن مجید میں اور</w:t>
      </w:r>
    </w:p>
    <w:p>
      <w:r>
        <w:rPr>
          <w:b/>
        </w:rPr>
        <w:t xml:space="preserve">[22:28] </w:t>
      </w:r>
      <w:r>
        <w:t>purpose of life mila mujhe quran majeed mein. kyun Allah ne paida kiya? yeh sab mujhe yani jo koi jo khaliq hai, us khaliq ne kyun paida kiya is is sare kainat ko?</w:t>
      </w:r>
    </w:p>
    <w:p>
      <w:pPr>
        <w:jc w:val="right"/>
      </w:pPr>
      <w:r>
        <w:t>پرپس آف لائف ملا مجھے قرآن مجید میں۔ کیوں اللہ نے پیدا کیا؟ یہ سب مجھے یعنی جو کوئی جو خالق ہے، اس خالق نے کیوں پیدا کیا اس اس سارے کائنات کو؟</w:t>
      </w:r>
    </w:p>
    <w:p>
      <w:r>
        <w:rPr>
          <w:b/>
        </w:rPr>
        <w:t xml:space="preserve">[22:41] </w:t>
      </w:r>
      <w:r>
        <w:t>to mujh se is ka jawab mila. to jawab kyun mila? kyunke quran preserved book hai, authentic book hai. Allah ne is ko mehfooz kar diya hai.</w:t>
      </w:r>
    </w:p>
    <w:p>
      <w:pPr>
        <w:jc w:val="right"/>
      </w:pPr>
      <w:r>
        <w:t>تو مجھ سے اس کا جواب ملا۔ تو جواب کیوں ملا؟ کیونکہ قرآن پریزروڈ بک ہے، اتھینٹک بک ہے۔ اللہ نے اس کو محفوظ کر دیا ہے۔</w:t>
      </w:r>
    </w:p>
    <w:p>
      <w:r>
        <w:rPr>
          <w:b/>
        </w:rPr>
        <w:t xml:space="preserve">[22:51] </w:t>
      </w:r>
      <w:r>
        <w:t>to ek bohat hi mushkil planning thi yeh history mein</w:t>
      </w:r>
    </w:p>
    <w:p>
      <w:pPr>
        <w:jc w:val="right"/>
      </w:pPr>
      <w:r>
        <w:t>تو ایک بہت ہی مشکل پلاننگ تھی یہ ہسٹری میں</w:t>
      </w:r>
    </w:p>
    <w:p>
      <w:r>
        <w:rPr>
          <w:b/>
        </w:rPr>
        <w:t xml:space="preserve">[22:55] </w:t>
      </w:r>
      <w:r>
        <w:t>ke Allah kalam mehfooz rahe. kyunke dekhiye, shaitan ki sab se bari koshish poori history mein kar rahi hai ke Khuda kalam mehfooz na rahe.</w:t>
      </w:r>
    </w:p>
    <w:p>
      <w:pPr>
        <w:jc w:val="right"/>
      </w:pPr>
      <w:r>
        <w:t>کہ اللہ کلام محفوظ رہے۔ کیونکہ دیکھیے، شیطان کی سب سے بڑی کوشش پوری ہسٹری میں کر رہی ہے کہ خدا کلام محفوظ نہ رہے۔</w:t>
      </w:r>
    </w:p>
    <w:p>
      <w:r>
        <w:rPr>
          <w:b/>
        </w:rPr>
        <w:t xml:space="preserve">[23:05] </w:t>
      </w:r>
      <w:r>
        <w:t>aap jante hain ke pichle zamanon mein bohat se paighambar aaye. hadith mein aata hai ke ek lakh 24 hazar paighambar aaye. un ka kalam kahan hai?</w:t>
      </w:r>
    </w:p>
    <w:p>
      <w:pPr>
        <w:jc w:val="right"/>
      </w:pPr>
      <w:r>
        <w:t>آپ جانتے ہیں کہ پچھلے زمانوں میں بہت سے پیغمبر آئے۔ حدیث میں آتا ہے کہ ایک لاکھ 24 ہزار پیغمبر آئے۔ ان کا کلام کہاں ہے؟</w:t>
      </w:r>
    </w:p>
    <w:p>
      <w:r>
        <w:rPr>
          <w:b/>
        </w:rPr>
        <w:t xml:space="preserve">[23:16] </w:t>
      </w:r>
      <w:r>
        <w:t>mehfooz shakal mein kahin nahin hai. itne sare paighambar aaye lekin un ka kalam mehfooz nahin raha.</w:t>
      </w:r>
    </w:p>
    <w:p>
      <w:pPr>
        <w:jc w:val="right"/>
      </w:pPr>
      <w:r>
        <w:t>محفوظ شکل میں کہیں نہیں ہے۔ اتنے سارے پیغمبر آئے لیکن ان کا کلام محفوظ نہیں رہا۔</w:t>
      </w:r>
    </w:p>
    <w:p>
      <w:r>
        <w:rPr>
          <w:b/>
        </w:rPr>
        <w:t xml:space="preserve">[23:23] </w:t>
      </w:r>
      <w:r>
        <w:t>kyun? shaitan ki sab se bari koshish yeh thi ke un ka kalam mehfooz na rahe. to Allah taala ne kya kiya?</w:t>
      </w:r>
    </w:p>
    <w:p>
      <w:pPr>
        <w:jc w:val="right"/>
      </w:pPr>
      <w:r>
        <w:t>کیوں؟ شیطان کی سب سے بڑی کوشش یہ تھی کہ ان کا کلام محفوظ نہ رہے۔ تو اللہ تعالیٰ نے کیا کیا؟</w:t>
      </w:r>
    </w:p>
    <w:p>
      <w:r>
        <w:rPr>
          <w:b/>
        </w:rPr>
        <w:t xml:space="preserve">[23:31] </w:t>
      </w:r>
      <w:r>
        <w:t>special help ki ummat e muslema ki. woh special kya thi? political empire banna.</w:t>
      </w:r>
    </w:p>
    <w:p>
      <w:pPr>
        <w:jc w:val="right"/>
      </w:pPr>
      <w:r>
        <w:t>اسپیشل ہیلپ کی امت مسلمہ کی۔ وہ اسپیشل کیا تھی؟ پولیٹیکل ایمپائر بننا۔</w:t>
      </w:r>
    </w:p>
    <w:p>
      <w:r>
        <w:rPr>
          <w:b/>
        </w:rPr>
        <w:t xml:space="preserve">[23:40] </w:t>
      </w:r>
      <w:r>
        <w:t>jo musalmanon ki itni zyada yaani political role bana paya, musalman ek political empire jo bana paya, musalman is ka khaas yaani is ka jo khaas baat thi, woh Allah ki madad se hua.</w:t>
      </w:r>
    </w:p>
    <w:p>
      <w:pPr>
        <w:jc w:val="right"/>
      </w:pPr>
      <w:r>
        <w:t>جو مسلمانوں کی اتنی زیادہ یعنی پولیٹیکل رول بنا پایا، مسلمان ایک پولیٹیکل ایمپائر جو بنا پایا، مسلمان اس کا خاص یعنی اس کا جو خاص بات تھی، وہ اللہ کی مدد سے ہوا۔</w:t>
      </w:r>
    </w:p>
    <w:p>
      <w:r>
        <w:rPr>
          <w:b/>
        </w:rPr>
        <w:t xml:space="preserve">[23:55] </w:t>
      </w:r>
      <w:r>
        <w:t>woh arbon ke masjid power se nahi hua, woh Allah ki madad se hua.</w:t>
      </w:r>
    </w:p>
    <w:p>
      <w:pPr>
        <w:jc w:val="right"/>
      </w:pPr>
      <w:r>
        <w:t>وہ عربوں کے مسجد پاور سے نہیں ہوا، وہ اللہ کی مدد سے ہوا۔</w:t>
      </w:r>
    </w:p>
    <w:p>
      <w:r>
        <w:rPr>
          <w:b/>
        </w:rPr>
        <w:t xml:space="preserve">[24:02] </w:t>
      </w:r>
      <w:r>
        <w:t>quran mein tha ke yeh ayat quran mein hai ke: "nahan nazalna zikr hafizoon" hum ne quran ko utara hai, hum is ko mehfooz karein ge.</w:t>
      </w:r>
    </w:p>
    <w:p>
      <w:pPr>
        <w:jc w:val="right"/>
      </w:pPr>
      <w:r>
        <w:t>قرآن میں تھا کہ یہ آیت قرآن میں ہے کہ: "نحن نزلنا ذکر حافظون" ہم نے قرآن کو اتارا ہے، ہم اس کو محفوظ کریں گے۔</w:t>
      </w:r>
    </w:p>
    <w:p>
      <w:r>
        <w:rPr>
          <w:b/>
        </w:rPr>
        <w:t xml:space="preserve">[24:11] </w:t>
      </w:r>
      <w:r>
        <w:t>to Allah ne musalmanon ko aise halaat paida kiye ke musalman apna political empire qaim kar sakein. woh political empire jo hai, woh quran ki hifazat ka daim bana raha hai, shelter bana raha hai, shelter us waqt tak shelter bana raha hai jab tak ke politic press nahi aa gaya.</w:t>
      </w:r>
    </w:p>
    <w:p>
      <w:pPr>
        <w:jc w:val="right"/>
      </w:pPr>
      <w:r>
        <w:t>تو اللہ نے مسلمانوں کو ایسے حالات پیدا کیے کہ مسلمان اپنا پولیٹیکل ایمپائر قائم کر سکیں۔ وہ پولیٹیکل ایمپائر جو ہے، وہ قرآن کی حفاظت کا دائم بنا رہا ہے، شیلٹر بنا رہا ہے، شیلٹر اس وقت تک شیلٹر بنا رہا ہے جب تک کہ پولیٹک پریس نہیں آ گیا۔</w:t>
      </w:r>
    </w:p>
    <w:p>
      <w:r>
        <w:rPr>
          <w:b/>
        </w:rPr>
        <w:t xml:space="preserve">[24:29] </w:t>
      </w:r>
      <w:r>
        <w:t>aap dekhiye, jaise hi politic press aaya, political musalmanon ka political empire shutter ho gaya. bohat ajeeb baat hai ke jaise hi dunya mein aaya politic press, musalmanon ka political empire khatam ho gaya.</w:t>
      </w:r>
    </w:p>
    <w:p>
      <w:pPr>
        <w:jc w:val="right"/>
      </w:pPr>
      <w:r>
        <w:t>آپ دیکھیے، جیسے ہی پولیٹک پریس آیا، پولیٹیکل مسلمانوں کا پولیٹیکل ایمپائر شٹر ہو گیا۔ بہت عجیب بات ہے کہ جیسے ہی دنیا میں آیا پولیٹک پریس، مسلمانوں کا پولیٹیکل ایمپائر ختم ہو گیا۔</w:t>
      </w:r>
    </w:p>
    <w:p>
      <w:r>
        <w:rPr>
          <w:b/>
        </w:rPr>
        <w:t xml:space="preserve">[24:42] </w:t>
      </w:r>
      <w:r>
        <w:t>ab koi zaroorat nahi thi is ki, ab is ki zaroorat nahi thi. to political empire ke saaye mein quran ka tahaffuz karte karte wahan tak pahunch ja pahuncha gaya.</w:t>
      </w:r>
    </w:p>
    <w:p>
      <w:pPr>
        <w:jc w:val="right"/>
      </w:pPr>
      <w:r>
        <w:t>اب کوئی ضرورت نہیں تھی اس کی، اب اس کی ضرورت نہیں تھی۔ تو پولیٹیکل ایمپائر کے سائے میں قرآن کا تحفظ کرتے کرتے وہاں تک پہنچ جا پہنچا گیا۔</w:t>
      </w:r>
    </w:p>
    <w:p>
      <w:r>
        <w:rPr>
          <w:b/>
        </w:rPr>
        <w:t xml:space="preserve">[24:55] </w:t>
      </w:r>
      <w:r>
        <w:t>yaani history wahan tak pahunch gayi jab dunya mein politic press aa gaya. to politic press aa gaya to ab political empire ki zaroorat nahi hai. dekhiye, doosri baat yeh hai ke political empire jo hai, is ka is ka border kya hota hai?</w:t>
      </w:r>
    </w:p>
    <w:p>
      <w:pPr>
        <w:jc w:val="right"/>
      </w:pPr>
      <w:r>
        <w:t>یعنی ہسٹری وہاں تک پہنچ گئی جب دنیا میں پولیٹک پریس آ گیا۔ تو پولیٹک پریس آ گیا تو اب پولیٹیکل ایمپائر کی ضرورت نہیں ہے۔ دیکھیے، دوسری بات یہ ہے کہ پولیٹیکل ایمپائر جو ہے، اس کا اس کا بارڈر کیا ہوتا ہے؟</w:t>
      </w:r>
    </w:p>
    <w:p>
      <w:r>
        <w:rPr>
          <w:b/>
        </w:rPr>
        <w:t xml:space="preserve">[25:13] </w:t>
      </w:r>
      <w:r>
        <w:t>political empire chahe kitni bari ho, chahe Roman empire ho, chahe British empire ho, chahe Sasani empire ho, Byzanteen empire ho ya Muslim empire ho, sab ka border bohat mehdood hota hai.</w:t>
      </w:r>
    </w:p>
    <w:p>
      <w:pPr>
        <w:jc w:val="right"/>
      </w:pPr>
      <w:r>
        <w:t>پولیٹیکل ایمپائر چاہے کتنی بڑی ہو، چاہے رومن ایمپائر ہو، چاہے برٹش ایمپائر ہو، چاہے ساسانی ایمپائر ہو، بائیسینٹین ایمپائر ہو یا مسلم ایمپائر ہو، سب کا بارڈر بہت محدود ہوتا ہے۔</w:t>
      </w:r>
    </w:p>
    <w:p>
      <w:r>
        <w:rPr>
          <w:b/>
        </w:rPr>
        <w:t xml:space="preserve">[25:27] </w:t>
      </w:r>
      <w:r>
        <w:t>jaise Abbasid period jo tha, woh 39 countries tak mehdood tha. Ottoman empire jo tha, is mein 20 countries the.</w:t>
      </w:r>
    </w:p>
    <w:p>
      <w:pPr>
        <w:jc w:val="right"/>
      </w:pPr>
      <w:r>
        <w:t>جیسے عباسد پیریڈ جو تھا، وہ 39 کنٹریز تک محدود تھا۔ اٹومن ایمپائر جو تھا، اس میں 20 کنٹریز تھے۔</w:t>
      </w:r>
    </w:p>
    <w:p>
      <w:r>
        <w:rPr>
          <w:b/>
        </w:rPr>
        <w:t xml:space="preserve">[25:39] </w:t>
      </w:r>
      <w:r>
        <w:t>bas</w:t>
      </w:r>
    </w:p>
    <w:p>
      <w:pPr>
        <w:jc w:val="right"/>
      </w:pPr>
      <w:r>
        <w:t>بس</w:t>
      </w:r>
    </w:p>
    <w:p>
      <w:r>
        <w:rPr>
          <w:b/>
        </w:rPr>
        <w:t xml:space="preserve">[25:40] </w:t>
      </w:r>
      <w:r>
        <w:t>saari dunya to nahi thi, saari dunya to nahi thi. lekin ab jo daur aaya hai, communication ka daur, age of communication, woh border less hai,</w:t>
      </w:r>
    </w:p>
    <w:p>
      <w:pPr>
        <w:jc w:val="right"/>
      </w:pPr>
      <w:r>
        <w:t>ساری دنیا تو نہیں تھی، ساری دنیا تو نہیں تھی۔ لیکن اب جو دور آیا ہے، کمیونیکیشن کا دور، ایج آف کمیونیکیشن، وہ بارڈر لیس ہے،</w:t>
      </w:r>
    </w:p>
    <w:p>
      <w:r>
        <w:rPr>
          <w:b/>
        </w:rPr>
        <w:t xml:space="preserve">[25:54] </w:t>
      </w:r>
      <w:r>
        <w:t>is ka koi border nahi. jaise mein yahan bol raha hoon to log kitne log hain Europe mein sun rahe hain, kitne log hain America mein sun rahe hain, India ke mukhtalif mukhtalif cities mein sun rahe hain, Arab mein sun rahe hain, koi border nahi.</w:t>
      </w:r>
    </w:p>
    <w:p>
      <w:pPr>
        <w:jc w:val="right"/>
      </w:pPr>
      <w:r>
        <w:t>اس کا کوئی بارڈر نہیں۔ جیسے میں یہاں بول رہا ہوں تو لوگ کتنے لوگ ہیں یورپ میں سن رہے ہیں، کتنے لوگ ہیں امریکہ میں سن رہے ہیں، انڈیا کے مختلف مختلف سٹیز میں سن رہے ہیں، عرب میں سن رہے ہیں، کوئی بارڈر نہیں۔</w:t>
      </w:r>
    </w:p>
    <w:p>
      <w:r>
        <w:rPr>
          <w:b/>
        </w:rPr>
        <w:t xml:space="preserve">[26:08] </w:t>
      </w:r>
      <w:r>
        <w:t>yaani is ke maani kya hue</w:t>
      </w:r>
    </w:p>
    <w:p>
      <w:pPr>
        <w:jc w:val="right"/>
      </w:pPr>
      <w:r>
        <w:t>یعنی اس کے معنی کیا ہوئے</w:t>
      </w:r>
    </w:p>
    <w:p>
      <w:r>
        <w:rPr>
          <w:b/>
        </w:rPr>
        <w:t xml:space="preserve">[26:10] </w:t>
      </w:r>
      <w:r>
        <w:t>? Allah taala ki taraf yeh ishara hai ke political empire ka zamana khatam ho gaya. ab kya hai?</w:t>
      </w:r>
    </w:p>
    <w:p>
      <w:pPr>
        <w:jc w:val="right"/>
      </w:pPr>
      <w:r>
        <w:t>؟ اللہ تعالیٰ کی طرف یہ اشارہ ہے کہ پولیٹیکل ایمپائر کا زمانہ ختم ہو گیا۔ اب کیا ہے؟</w:t>
      </w:r>
    </w:p>
    <w:p>
      <w:r>
        <w:rPr>
          <w:b/>
        </w:rPr>
        <w:t xml:space="preserve">[26:19] </w:t>
      </w:r>
      <w:r>
        <w:t>communication empire ka zamana hai. ab tujh ko dunya mein communication empire qaim karna hai. political empire ki koi zaroorat nahi hai kyunke political empire to mehdood hota hai, is ka ek border hota hai, kahin na kahin wahan pe ja ke ruk jata hai.</w:t>
      </w:r>
    </w:p>
    <w:p>
      <w:pPr>
        <w:jc w:val="right"/>
      </w:pPr>
      <w:r>
        <w:t>کمیونیکیشن ایمپائر کا زمانہ ہے۔ اب تجھ کو دنیا میں کمیونیکیشن ایمپائر قائم کرنا ہے۔ پولیٹیکل ایمپائر کی کوئی ضرورت نہیں ہے کیونکہ پولیٹیکل ایمپائر تو محدود ہوتا ہے، اس کا ایک بارڈر ہوتا ہے، کہیں نہ کہیں وہاں پہ جا کے رک جاتا ہے۔</w:t>
      </w:r>
    </w:p>
    <w:p>
      <w:r>
        <w:rPr>
          <w:b/>
        </w:rPr>
        <w:t xml:space="preserve">[26:36] </w:t>
      </w:r>
      <w:r>
        <w:t>to ab jo hai, tum communication empire qaim karo. ab political empire ki koi zaroorat nahi hai. yeh hai ishara Allah taala ki taraf se.</w:t>
      </w:r>
    </w:p>
    <w:p>
      <w:pPr>
        <w:jc w:val="right"/>
      </w:pPr>
      <w:r>
        <w:t>تو اب جو ہے، تم کمیونیکیشن ایمپائر قائم کرو۔ اب پولیٹیکل ایمپائر کی کوئی ضرورت نہیں ہے۔ یہ ہے اشارہ اللہ تعالیٰ کی طرف سے۔</w:t>
      </w:r>
    </w:p>
    <w:p>
      <w:r>
        <w:rPr>
          <w:b/>
        </w:rPr>
        <w:t xml:space="preserve">[26:48] </w:t>
      </w:r>
      <w:r>
        <w:t>aap ghor kijiye ke Muslim empire jab qaim tha to agar woh bohat koshish karte hain, bohat kuch koshish karte hain to 40 countries mein pahuncha dete hain apna paigham.</w:t>
      </w:r>
    </w:p>
    <w:p>
      <w:pPr>
        <w:jc w:val="right"/>
      </w:pPr>
      <w:r>
        <w:t>آپ غور کیجئے کہ مسلم ایمپائر جب قائم تھا تو اگر وہ بہت کوشش کرتے ہیں، بہت کچھ کوشش کرتے ہیں تو 40 کنٹریز میں پہنچا دیتے ہیں اپنا پیغام۔</w:t>
      </w:r>
    </w:p>
    <w:p>
      <w:r>
        <w:rPr>
          <w:b/>
        </w:rPr>
        <w:t xml:space="preserve">[27:00] </w:t>
      </w:r>
      <w:r>
        <w:t>lekin yeh jo communication hai, yeh jo printing press hai, yeh jo media hai, yeh jo technology hai, is ko istemal kar ke aap 200 countries pahuncha sakte hain.</w:t>
      </w:r>
    </w:p>
    <w:p>
      <w:pPr>
        <w:jc w:val="right"/>
      </w:pPr>
      <w:r>
        <w:t>لیکن یہ جو کمیونیکیشن ہے، یہ جو پرنٹنگ پریس ہے، یہ جو میڈیا ہے، یہ جو ٹیکنالوجی ہے، اس کو استعمال کر کے آپ 200 کنٹریز پہنچا سکتے ہیں۔</w:t>
      </w:r>
    </w:p>
    <w:p>
      <w:r>
        <w:rPr>
          <w:b/>
        </w:rPr>
        <w:t xml:space="preserve">[27:11] </w:t>
      </w:r>
      <w:r>
        <w:t>dunya mein is waqt taqreeban 200 mulk hain, 200 countries. to electronic empire ka border 200 countries tak pahunchta hai.</w:t>
      </w:r>
    </w:p>
    <w:p>
      <w:pPr>
        <w:jc w:val="right"/>
      </w:pPr>
      <w:r>
        <w:t>دنیا میں اس وقت تقریباً 200 ملک ہیں، 200 کنٹریز۔ تو الیکٹرانک ایمپائر کا بارڈر 200 کنٹری تک پہنچتا ہے۔</w:t>
      </w:r>
    </w:p>
    <w:p>
      <w:r>
        <w:rPr>
          <w:b/>
        </w:rPr>
        <w:t xml:space="preserve">[27:23] </w:t>
      </w:r>
      <w:r>
        <w:t>kitni ajeeb baat hai! yaani political empire ka jo border hai, woh bohat se bohat 20 countries tak pahunchta hai, 40 countries tak pahunchta hai.</w:t>
      </w:r>
    </w:p>
    <w:p>
      <w:pPr>
        <w:jc w:val="right"/>
      </w:pPr>
      <w:r>
        <w:t>کتنی عجیب بات ہے! یعنی پولیٹیکل ایمپائر کا جو بارڈر ہے، وہ بہت سے بہت 20 ملک تک پہنچتا ہے، 40 ملک تک پہنچتا ہے۔</w:t>
      </w:r>
    </w:p>
    <w:p>
      <w:r>
        <w:rPr>
          <w:b/>
        </w:rPr>
        <w:t xml:space="preserve">[27:34] </w:t>
      </w:r>
      <w:r>
        <w:t>lekin jo electronic, jo jo electronic super power hai, electronic jo jo jo dunya hai, is ka koi had nahi.</w:t>
      </w:r>
    </w:p>
    <w:p>
      <w:pPr>
        <w:jc w:val="right"/>
      </w:pPr>
      <w:r>
        <w:t>لیکن جو الیکٹرانک، جو جو الیکٹرانک سپر پاور ہے، الیکٹرانک جو جو جو دنیا ہے، اس کا کوئی حد نہیں۔</w:t>
      </w:r>
    </w:p>
    <w:p>
      <w:r>
        <w:rPr>
          <w:b/>
        </w:rPr>
        <w:t xml:space="preserve">[27:49] </w:t>
      </w:r>
      <w:r>
        <w:t>aap modern ek technology ka istemal istemal karein, modern technology ko istemal kar ke Allah ka paigham dunya mein pahunchayein to koi rukawat hi nahi, koi pahad rukawat nahi, koi samandar rukawat nahi,</w:t>
      </w:r>
    </w:p>
    <w:p>
      <w:pPr>
        <w:jc w:val="right"/>
      </w:pPr>
      <w:r>
        <w:t>آپ ماڈرن ایک ٹیکنالوجی کا استعمال استعمال کریں، ماڈرن ٹیکنالوجی کو استعمال کر کے اللہ کا پیغام دنیا میں پہنچائیں تو کوئی رکاوٹ ہی نہیں، کوئی پہاڑ رکاوٹ نہیں، کوئی سمندر رکاوٹ نہیں،</w:t>
      </w:r>
    </w:p>
    <w:p>
      <w:r>
        <w:rPr>
          <w:b/>
        </w:rPr>
        <w:t xml:space="preserve">[28:05] </w:t>
      </w:r>
      <w:r>
        <w:t>kisi mulk ka border rukawat nahi. saari dunya mein aap ka paigham pahunch jayega.</w:t>
      </w:r>
    </w:p>
    <w:p>
      <w:pPr>
        <w:jc w:val="right"/>
      </w:pPr>
      <w:r>
        <w:t>کسی ملک کا بارڈر رکاوٹ نہیں۔ ساری دنیا میں آپ کا پیغام پہنچ جائے گا۔</w:t>
      </w:r>
    </w:p>
    <w:p>
      <w:r>
        <w:rPr>
          <w:b/>
        </w:rPr>
        <w:t xml:space="preserve">[28:15] </w:t>
      </w:r>
      <w:r>
        <w:t>is ka bhi ishara maujood hai hadith mein. dekhiye, ek hadith hai ke Rasool Allah ne farmaya ke Dajjal bole ga to is ki awaaz East se West tak sunai degi.</w:t>
      </w:r>
    </w:p>
    <w:p>
      <w:pPr>
        <w:jc w:val="right"/>
      </w:pPr>
      <w:r>
        <w:t>اس کا بھی اشارہ موجود ہے حدیث میں۔ دیکھیے، ایک حدیث ہے کہ رسول اللہ نے فرمایا کہ دجال بولے گا تو اس کی آواز ایسٹ سے ویسٹ تک سنائی دے گی۔</w:t>
      </w:r>
    </w:p>
    <w:p>
      <w:r>
        <w:rPr>
          <w:b/>
        </w:rPr>
        <w:t xml:space="preserve">[28:32] </w:t>
      </w:r>
      <w:r>
        <w:t>Dajjal bole ga to is ki awaaz mashriq aur maghrib mein sunai degi. log samajhte hain ke bas Dajjal ki cheekh se murad hai ke Dajjal cheekha kare.</w:t>
      </w:r>
    </w:p>
    <w:p>
      <w:pPr>
        <w:jc w:val="right"/>
      </w:pPr>
      <w:r>
        <w:t>دجال بولے گا تو اس کی آواز مشرق اور مغرب میں سنائی دے گی۔ لوگ سمجھتے ہیں کہ بس دجال کی چیخ سے مراد ہے کہ دجال چیخا کرے۔</w:t>
      </w:r>
    </w:p>
    <w:p>
      <w:r>
        <w:rPr>
          <w:b/>
        </w:rPr>
        <w:t xml:space="preserve">[28:41] </w:t>
      </w:r>
      <w:r>
        <w:t>nahi, is se murad age hai. Age yani dajjal aise zamane mein aayega jab ke yeh possible ho jayega ke aap ek jagah bolen aur awaz aap ki sari duniya mein pahunch rahi.</w:t>
      </w:r>
    </w:p>
    <w:p>
      <w:pPr>
        <w:jc w:val="right"/>
      </w:pPr>
      <w:r>
        <w:t>نہیں، اس سے مراد ایج ہے۔ ایج یعنی دجال ایسے زمانے میں آئے گا جب کہ یہ پاسیبل ہو جائے گا کہ آپ ایک جگہ بولیں اور آواز آپ کی ساری دنیا میں پہنچ رہی ہو۔</w:t>
      </w:r>
    </w:p>
    <w:p>
      <w:r>
        <w:rPr>
          <w:b/>
        </w:rPr>
        <w:t xml:space="preserve">[28:54] </w:t>
      </w:r>
      <w:r>
        <w:t>Woh age ki baat hai, woh dajjal ki baat nahi hai. To wahi to age hai hi hai, wahi to hai hi hai. To aap to super yani ek ek ek super rule karne ki position mein ho gaye hain,</w:t>
      </w:r>
    </w:p>
    <w:p>
      <w:pPr>
        <w:jc w:val="right"/>
      </w:pPr>
      <w:r>
        <w:t>وہ ایج کی بات ہے، وہ دجال کی بات نہیں ہے۔ تو وہی تو ایج ہے ہی ہے، وہی تو ہے ہی ہے۔ تو آپ تو سپر یعنی ایک ایک ایک سپر رول کرنے کی پوزیشن میں ہو گئے ہیں،</w:t>
      </w:r>
    </w:p>
    <w:p>
      <w:r>
        <w:rPr>
          <w:b/>
        </w:rPr>
        <w:t xml:space="preserve">[29:11] </w:t>
      </w:r>
      <w:r>
        <w:t>super rule karne ki position mein ho gaye hain. Pehle jo mulkon ki boundary hua karti thi, mulkon ki jo sarhaden hoti thin, to kahin na kahin aap ja ke ruk jate the, kahin na kahin aap ki had aa jati thi.</w:t>
      </w:r>
    </w:p>
    <w:p>
      <w:pPr>
        <w:jc w:val="right"/>
      </w:pPr>
      <w:r>
        <w:t>سپر رول کرنے کی پوزیشن میں ہو گئے ہیں۔ پہلے جو ملکوں کی باؤنڈری ہوا کرتی تھی، ملکوں کی جو سرحدیں ہوتی تھیں، تو کہیں نہ کہیں آپ جا کے رک جاتے تھے، کہیں نہ کہیں آپ کی حد آ جاتی تھی۔</w:t>
      </w:r>
    </w:p>
    <w:p>
      <w:r>
        <w:rPr>
          <w:b/>
        </w:rPr>
        <w:t xml:space="preserve">[29:23] </w:t>
      </w:r>
      <w:r>
        <w:t>Ab electronic daur mein aap ke liye possible ho gaya ke koi zaroorat nahi aap ko political power ki, kuch nahi zaroorat hai.</w:t>
      </w:r>
    </w:p>
    <w:p>
      <w:pPr>
        <w:jc w:val="right"/>
      </w:pPr>
      <w:r>
        <w:t>اب الیکٹرانک دور میں آپ کے لیے پاسیبل ہو گیا کہ کوئی ضرورت نہیں آپ کو پولیٹیکل پاور کی، کچھ نہیں ضرورت ہے۔</w:t>
      </w:r>
    </w:p>
    <w:p>
      <w:r>
        <w:rPr>
          <w:b/>
        </w:rPr>
        <w:t xml:space="preserve">[29:33] </w:t>
      </w:r>
      <w:r>
        <w:t>Baghair political power ke aap sari duniya mein kaam karte rahiye. Yahan mein ab aap ko ek aur baat nazar aana chahunga ke Quran mein ajib gharib taur par sari baaten hain, sari baaten hain.</w:t>
      </w:r>
    </w:p>
    <w:p>
      <w:pPr>
        <w:jc w:val="right"/>
      </w:pPr>
      <w:r>
        <w:t>بغیر پولیٹیکل پاور کے آپ ساری دنیا میں کام کرتے رہیے۔ یہاں میں اب آپ کو ایک اور بات نظر آنا چاہوں گا کہ قرآن میں عجیب غریب طور پر ساری باتیں ہیں، ساری باتیں ہیں۔</w:t>
      </w:r>
    </w:p>
    <w:p>
      <w:r>
        <w:rPr>
          <w:b/>
        </w:rPr>
        <w:t xml:space="preserve">[29:45] </w:t>
      </w:r>
      <w:r>
        <w:t>Bahut ajib gharib taur par dekhen, Quran ki ek Surah Yusuf hai, Yusuf uska naam hai.</w:t>
      </w:r>
    </w:p>
    <w:p>
      <w:pPr>
        <w:jc w:val="right"/>
      </w:pPr>
      <w:r>
        <w:t>بہت عجیب غریب طور پر دیکھیں، قرآن کی ایک سورہ یوسف ہے، یوسف اس کا نام ہے۔</w:t>
      </w:r>
    </w:p>
    <w:p>
      <w:r>
        <w:rPr>
          <w:b/>
        </w:rPr>
        <w:t xml:space="preserve">[29:54] </w:t>
      </w:r>
      <w:r>
        <w:t>Is mein Hazrat Yusuf alaihi salam ka qissa bayan hua ho. Quran ki is ayat ke is Surah ke shuru mein hai ke is ko ahsan al qisas kaha gaya hai.</w:t>
      </w:r>
    </w:p>
    <w:p>
      <w:pPr>
        <w:jc w:val="right"/>
      </w:pPr>
      <w:r>
        <w:t>اس میں حضرت یوسف علیہ السلام کا قصہ بیان ہوا ہو۔ قرآن کی اس آیت کے اس سورہ کے شروع میں ہے کہ اس کو اثر القصص کہا گیا ہے۔</w:t>
      </w:r>
    </w:p>
    <w:p>
      <w:r>
        <w:rPr>
          <w:b/>
        </w:rPr>
        <w:t xml:space="preserve">[30:05] </w:t>
      </w:r>
      <w:r>
        <w:t>Yani Hazrat Yusuf ke qisse ko ahsan al qisas, best story. Sari Quran mein aur bahut si baaten hain lekin kisi ke liye bhi yeh lafz istemal nahi hua hai, ahsan al qisas ka lafz.</w:t>
      </w:r>
    </w:p>
    <w:p>
      <w:pPr>
        <w:jc w:val="right"/>
      </w:pPr>
      <w:r>
        <w:t>یعنی حضرت یوسف کے قصے کو اثر القصص، بیسٹ سٹوری۔ سارے قرآن میں اور بہت سی باتیں ہیں لیکن کسی کے لیے بھی یہ لفظ استعمال نہیں ہوا ہے، اثر القصص کا لفظ۔</w:t>
      </w:r>
    </w:p>
    <w:p>
      <w:r>
        <w:rPr>
          <w:b/>
        </w:rPr>
        <w:t xml:space="preserve">[30:18] </w:t>
      </w:r>
      <w:r>
        <w:t>To kyun hai aisa?</w:t>
      </w:r>
    </w:p>
    <w:p>
      <w:pPr>
        <w:jc w:val="right"/>
      </w:pPr>
      <w:r>
        <w:t>تو کیوں ہے ایسا؟</w:t>
      </w:r>
    </w:p>
    <w:p>
      <w:r>
        <w:rPr>
          <w:b/>
        </w:rPr>
        <w:t xml:space="preserve">[30:21] </w:t>
      </w:r>
      <w:r>
        <w:t>Is Surah mein aap ko ek bahut badi baat tab batai gayi thi ke ek daur aayega, ahsan al qisas ka daur.</w:t>
      </w:r>
    </w:p>
    <w:p>
      <w:pPr>
        <w:jc w:val="right"/>
      </w:pPr>
      <w:r>
        <w:t>اس سورہ میں آپ کو ایک بہت بڑی بات تب بتائی گئی تھی کہ ایک دور آئے گا، اثر القصص کا دور۔</w:t>
      </w:r>
    </w:p>
    <w:p>
      <w:r>
        <w:rPr>
          <w:b/>
        </w:rPr>
        <w:t xml:space="preserve">[30:29] </w:t>
      </w:r>
      <w:r>
        <w:t>Is ka ibtidai namuna qaim kiya tha Allah taala ne Hazrat Yusuf ke zariye se. Dekhen, Hazrat Yusuf jo the, woh paighambar the, woh paida hue Kenaan mein, yani Sham aur Falasteen ke border par paida hue,</w:t>
      </w:r>
    </w:p>
    <w:p>
      <w:pPr>
        <w:jc w:val="right"/>
      </w:pPr>
      <w:r>
        <w:t>اس کا ابتدائی نمونہ قائم کیا تھا اللہ تعالیٰ نے حضرت یوسف کے ذریعے سے۔ دیکھیں، حضرت یوسف جو تھے، وہ پیغمبر تھے، وہ پیدا ہوئے کنام میں، یعنی شام اور فلسطین کے بارڈر پر پیدا ہوئے،</w:t>
      </w:r>
    </w:p>
    <w:p>
      <w:r>
        <w:rPr>
          <w:b/>
        </w:rPr>
        <w:t xml:space="preserve">[30:46] </w:t>
      </w:r>
      <w:r>
        <w:t>ek gaon mein</w:t>
      </w:r>
    </w:p>
    <w:p>
      <w:pPr>
        <w:jc w:val="right"/>
      </w:pPr>
      <w:r>
        <w:t>ایک گاؤں میں</w:t>
      </w:r>
    </w:p>
    <w:p>
      <w:r>
        <w:rPr>
          <w:b/>
        </w:rPr>
        <w:t xml:space="preserve">[30:47] </w:t>
      </w:r>
      <w:r>
        <w:t>. Phir aise halaat paida hue ke woh wahan se nikal kar ke Egypt ke capital city mein pahunch gaye.</w:t>
      </w:r>
    </w:p>
    <w:p>
      <w:pPr>
        <w:jc w:val="right"/>
      </w:pPr>
      <w:r>
        <w:t>۔ پھر ایسے حالات پیدا ہوئے کہ وہ وہاں سے نکل کر کے ایجپٹ کے کیپیٹل سٹی میں پہنچ گئے۔</w:t>
      </w:r>
    </w:p>
    <w:p>
      <w:r>
        <w:rPr>
          <w:b/>
        </w:rPr>
        <w:t xml:space="preserve">[31:01] </w:t>
      </w:r>
      <w:r>
        <w:t>Egypt ke capital city mein us zamane mein jo capital tha. Aur phir wahan kya hua? Aap is mein padh sakte hain Quran ki Surah Yusuf mein jo halaat pesh aaye.</w:t>
      </w:r>
    </w:p>
    <w:p>
      <w:pPr>
        <w:jc w:val="right"/>
      </w:pPr>
      <w:r>
        <w:t>ایجپٹ کے کیپیٹل سٹی میں اس زمانے میں جو کیپیٹل تھا۔ اور پھر وہاں کیا ہوا؟ آپ اس میں پڑھ سکتے ہیں قرآن کی سورہ یوسف میں جو حالات پیش آئے۔</w:t>
      </w:r>
    </w:p>
    <w:p>
      <w:r>
        <w:rPr>
          <w:b/>
        </w:rPr>
        <w:t xml:space="preserve">[31:13] </w:t>
      </w:r>
      <w:r>
        <w:t>Hote hote kya hua ke wahan ka jo badshah tha, jo king tha, wahan ka, wahan ki jo dynasty us rule kar rahi thi, us ko kehte hain Hyksos kings.</w:t>
      </w:r>
    </w:p>
    <w:p>
      <w:pPr>
        <w:jc w:val="right"/>
      </w:pPr>
      <w:r>
        <w:t>ہوتے ہوتے کیا ہوا کہ وہاں کا جو بادشاہ تھا، جو کنگ تھا، وہاں کا، وہاں کی جو ڈائنسٹی اس رول کر رہی تھی، اس کو کہتے ہیں ہکساس کنگز۔</w:t>
      </w:r>
    </w:p>
    <w:p>
      <w:r>
        <w:rPr>
          <w:b/>
        </w:rPr>
        <w:t xml:space="preserve">[31:23] </w:t>
      </w:r>
      <w:r>
        <w:t>To us waqt jo badshah tha, woh Hazrat Yusuf se mutasir ho gaya. Koi aise asbab pesh aaye to us ne keh diya Hazrat Yusuf se ke ke Misr ke khazane tumhare, tumhare,</w:t>
      </w:r>
    </w:p>
    <w:p>
      <w:pPr>
        <w:jc w:val="right"/>
      </w:pPr>
      <w:r>
        <w:t>تو اس وقت جو بادشاہ تھا، وہ حضرت یوسف سے متاثر ہو گیا۔ کوئی ایسے اسباب پیش آئے تو اس نے کہہ دیا حضرت یوسف سے کہ کہ مصر کے خزانے تمہارے، تمہارے،</w:t>
      </w:r>
    </w:p>
    <w:p>
      <w:r>
        <w:rPr>
          <w:b/>
        </w:rPr>
        <w:t xml:space="preserve">[31:39] </w:t>
      </w:r>
      <w:r>
        <w:t>tumhare charge mein rahenge. Yani khazane Misr tumhare charge mein rahenge.</w:t>
      </w:r>
    </w:p>
    <w:p>
      <w:pPr>
        <w:jc w:val="right"/>
      </w:pPr>
      <w:r>
        <w:t>تمہارے چارج میں رہیں گے۔ یعنی خزانے مصر تمہارے چارج میں رہیں گے۔</w:t>
      </w:r>
    </w:p>
    <w:p>
      <w:r>
        <w:rPr>
          <w:b/>
        </w:rPr>
        <w:t xml:space="preserve">[31:44] </w:t>
      </w:r>
      <w:r>
        <w:t>Sirf us ne kaha ke sirf throne jo hai, woh takht par mein rahunga. Only in regard to the throne, I will be greater than you.</w:t>
      </w:r>
    </w:p>
    <w:p>
      <w:pPr>
        <w:jc w:val="right"/>
      </w:pPr>
      <w:r>
        <w:t>صرف اس نے کہا کہ صرف تھرون جو ہے، وہ تخت پر میں رہوں گا۔ اونلی ان ریگارڈ ٹو دا تھرون، آئی ویل بی گریٹر دین یو۔</w:t>
      </w:r>
    </w:p>
    <w:p>
      <w:r>
        <w:rPr>
          <w:b/>
        </w:rPr>
        <w:t xml:space="preserve">[31:55] </w:t>
      </w:r>
      <w:r>
        <w:t>Yeh bahut ajib baat hai. King ne kaha ke only in regard to the throne, I will be greater than you. Yani Misr ka jo ek ek takht hai, pehle zamane mein badshah takht pe baitha karta tha,</w:t>
      </w:r>
    </w:p>
    <w:p>
      <w:pPr>
        <w:jc w:val="right"/>
      </w:pPr>
      <w:r>
        <w:t>یہ بہت عجیب بات ہے۔ کنگ نے کہا کہ اونلی ان ریگارڈ ٹو دا تھرون، آئی ویل بی گریٹر دین یو۔ یعنی مصر کا جو ایک ایک تخت ہے، پہلے زمانے میں بادشاہ تخت پہ بیٹھا کرتا تھا،</w:t>
      </w:r>
    </w:p>
    <w:p>
      <w:r>
        <w:rPr>
          <w:b/>
        </w:rPr>
        <w:t xml:space="preserve">[32:10] </w:t>
      </w:r>
      <w:r>
        <w:t>throne par baitha karta tha.</w:t>
      </w:r>
    </w:p>
    <w:p>
      <w:pPr>
        <w:jc w:val="right"/>
      </w:pPr>
      <w:r>
        <w:t>تھرون پر بیٹھا کرتا تھا۔</w:t>
      </w:r>
    </w:p>
    <w:p>
      <w:r>
        <w:rPr>
          <w:b/>
        </w:rPr>
        <w:t xml:space="preserve">[32:12] </w:t>
      </w:r>
      <w:r>
        <w:t>Ab to is tarah ka riwaj nahi hai. To woh jo throne hai, woh jo palace tha, us mein jo throne tha, us par mein hi baithunga, woh mere liye rahega.</w:t>
      </w:r>
    </w:p>
    <w:p>
      <w:pPr>
        <w:jc w:val="right"/>
      </w:pPr>
      <w:r>
        <w:t>اب تو اس طرح کا رواج نہیں ہے۔ تو وہ جو تھرون ہے، وہ جو پیلس تھا، اس میں جو تھرون تھا، اس پر میں ہی بیٹھوں گا، وہ میرے لیے رہے گا۔</w:t>
      </w:r>
    </w:p>
    <w:p>
      <w:r>
        <w:rPr>
          <w:b/>
        </w:rPr>
        <w:t xml:space="preserve">[32:21] </w:t>
      </w:r>
      <w:r>
        <w:t>Baqi pura mulk ka khazana tumhare charge mein rahenge. Khazane ka matlab hai resources, mulk ke resources. Is ko Allah taala ne ahsan al qisas kyun kaha?</w:t>
      </w:r>
    </w:p>
    <w:p>
      <w:pPr>
        <w:jc w:val="right"/>
      </w:pPr>
      <w:r>
        <w:t>باقی پورا ملک کا خزانہ تمہارے چارج میں رہیں گے۔ خزانے کا مطلب ہے ریسورسز، ملک کے ریسورسز۔ اس کو اللہ تعالیٰ نے اثر القصص کیوں کہا؟</w:t>
      </w:r>
    </w:p>
    <w:p>
      <w:r>
        <w:rPr>
          <w:b/>
        </w:rPr>
        <w:t xml:space="preserve">[32:34] </w:t>
      </w:r>
      <w:r>
        <w:t>Yeh bahut hi badi baat is ke andar banai gayi hai ke yeh ibtidai misal thi Hazrat Yusuf ki shakal mein. Yeh baat larger scale par baad ko waqea banne wali hai, woh aaj hui hai.</w:t>
      </w:r>
    </w:p>
    <w:p>
      <w:pPr>
        <w:jc w:val="right"/>
      </w:pPr>
      <w:r>
        <w:t>یہ بہت ہی بڑی بات اس کے اندر بنائی گئی ہے کہ یہ ابتدائی مثال تھی حضرت یوسف کی شکل میں۔ یہ بات لارجر سکیل پر بعد کو واقعہ بننے والی ہے، وہ آج ہوئی ہے۔</w:t>
      </w:r>
    </w:p>
    <w:p>
      <w:r>
        <w:rPr>
          <w:b/>
        </w:rPr>
        <w:t xml:space="preserve">[32:46] </w:t>
      </w:r>
      <w:r>
        <w:t>Yani aaj jo hai, koi ruler sirf throne par hota hai. Kisi political party ko jo cheez milti hai, woh sirf administration hota hai, ek throne hota hai.</w:t>
      </w:r>
    </w:p>
    <w:p>
      <w:pPr>
        <w:jc w:val="right"/>
      </w:pPr>
      <w:r>
        <w:t>یعنی آج جو ہے، کوئی رولر صرف تھرون پر ہوتا ہے۔ کسی پولیٹیکل پارٹی کو جو چیز ملتی ہے، وہ صرف ایڈمنسٹریشن ہوتا ہے، ایک تھرون ہوتا ہے۔</w:t>
      </w:r>
    </w:p>
    <w:p>
      <w:r>
        <w:rPr>
          <w:b/>
        </w:rPr>
        <w:t xml:space="preserve">[32:58] </w:t>
      </w:r>
      <w:r>
        <w:t>Baqi sab kuch khula hua hai:</w:t>
      </w:r>
    </w:p>
    <w:p>
      <w:pPr>
        <w:jc w:val="right"/>
      </w:pPr>
      <w:r>
        <w:t>باقی سب کچھ کھلا ہوا ہے:</w:t>
      </w:r>
    </w:p>
    <w:p>
      <w:r>
        <w:rPr>
          <w:b/>
        </w:rPr>
        <w:t xml:space="preserve">[33:01] </w:t>
      </w:r>
      <w:r>
        <w:t>business, industry, education, da'wah work, tourism. yani koi bhi shoba aisa nahi hai, law and order ko chhod kar ke jo khula hua na ho.</w:t>
      </w:r>
    </w:p>
    <w:p>
      <w:pPr>
        <w:jc w:val="right"/>
      </w:pPr>
      <w:r>
        <w:t>بزنس، انڈسٹری، ایجوکیشن، داؤ ورک، ٹورزم۔ یعنی کوئی بھی شعبہ ایسا نہیں ہے، لارڈ اور آرڈر کو چھوڑ کر کے جو کھلا ہوا نہ ہو۔</w:t>
      </w:r>
    </w:p>
    <w:p>
      <w:r>
        <w:rPr>
          <w:b/>
        </w:rPr>
        <w:t xml:space="preserve">[33:14] </w:t>
      </w:r>
      <w:r>
        <w:t>to is zamane mein chahe koi bhi mulk ho, chahe USA ho, chahe Britain ho, chahe India ho ya France ho, Germany ho, koi bhi mulk ho, har mulk mein jo throne hai, political throne, us par to ek party baithi hui hai.</w:t>
      </w:r>
    </w:p>
    <w:p>
      <w:pPr>
        <w:jc w:val="right"/>
      </w:pPr>
      <w:r>
        <w:t>تو اس زمانے میں چاہے کوئی بھی ملک ہو، چاہے یو ایس اے ہو، چاہے برٹن ہو، چاہے انڈیا ہو یا فرانس ہو، جرمنی ہو، کوئی بھی ملک ہو، ہر ملک میں جو تھرون ہے، پولیٹیکل تھرون، اس پر تو ایک پارٹی بیٹھی ہوئی ہے۔</w:t>
      </w:r>
    </w:p>
    <w:p>
      <w:r>
        <w:rPr>
          <w:b/>
        </w:rPr>
        <w:t xml:space="preserve">[33:29] </w:t>
      </w:r>
      <w:r>
        <w:t>baqi sab mawaqe khule hue hain. to is ko istemal kijiye, is ko istemal kijiye. ab kya zaroorat hai ke aap isi political dream ko dekhte rahein, isi political zamane ko wapas lane ke liye koshish karte rahein?</w:t>
      </w:r>
    </w:p>
    <w:p>
      <w:pPr>
        <w:jc w:val="right"/>
      </w:pPr>
      <w:r>
        <w:t>باقی سب مواقع کھلے ہوئے ہیں۔ تو اس کو استعمال کیجئے، اس کو استعمال کیجئے۔ اب کیا ضرورت ہے کہ آپ اسی پولیٹیکل ڈریم کو دیکھتے رہیں، اسی پولیٹیکل زمانے کو واپس لانے کے لیے کوشش کرتے رہیں؟</w:t>
      </w:r>
    </w:p>
    <w:p>
      <w:r>
        <w:rPr>
          <w:b/>
        </w:rPr>
        <w:t xml:space="preserve">[33:47] </w:t>
      </w:r>
      <w:r>
        <w:t>ab jo naya zamana aaya hai, is ko janiye ke asal qisas ka zamana hai. dobara</w:t>
      </w:r>
    </w:p>
    <w:p>
      <w:pPr>
        <w:jc w:val="right"/>
      </w:pPr>
      <w:r>
        <w:t>اب جو نیا زمانہ آیا ہے، اس کو جانیے کہ اصل القصص کا زمانہ ہے۔ دوبارہ</w:t>
      </w:r>
    </w:p>
    <w:p>
      <w:r>
        <w:rPr>
          <w:b/>
        </w:rPr>
        <w:t xml:space="preserve">[33:52] </w:t>
      </w:r>
      <w:r>
        <w:t>duniya mein dobara asal qisas repeat ho raha hai ke democracy ke zamane mein kya hota hai?</w:t>
      </w:r>
    </w:p>
    <w:p>
      <w:pPr>
        <w:jc w:val="right"/>
      </w:pPr>
      <w:r>
        <w:t>دنیا میں دوبارہ اصل القصص ریپیٹ ہو رہا ہے کہ جموکریسی کے زمانے میں کیا ہوتا ہے؟</w:t>
      </w:r>
    </w:p>
    <w:p>
      <w:r>
        <w:rPr>
          <w:b/>
        </w:rPr>
        <w:t xml:space="preserve">[34:01] </w:t>
      </w:r>
      <w:r>
        <w:t>ke election hota hai, ek party jeet ti hai, aur phir ek administrative throne ek hota hai, us par bhi baith jati hai. wo bas baqi sare idare khule hue hain.</w:t>
      </w:r>
    </w:p>
    <w:p>
      <w:pPr>
        <w:jc w:val="right"/>
      </w:pPr>
      <w:r>
        <w:t>کہ الیکشن ہوتا ہے، ایک پارٹی جیتتی ہے، اور پھر ایک ایڈمنسٹریٹیو تھرون ایک ہوتا ہے، اس پر بھی بڑھ جاتی ہے۔ وہ بس باقی سارے ادارے کھلے ہوئے ہیں۔</w:t>
      </w:r>
    </w:p>
    <w:p>
      <w:r>
        <w:rPr>
          <w:b/>
        </w:rPr>
        <w:t xml:space="preserve">[34:13] </w:t>
      </w:r>
      <w:r>
        <w:t>hum aap ko dekhiye, yahan koi hawai qabze mein yani primership nahi hai, lekin koi aisi cheez nahi jo mere ikhtiyar mein na ho, hamari team ke ikhtiyar mein na ho, kuch bhi nahi.</w:t>
      </w:r>
    </w:p>
    <w:p>
      <w:pPr>
        <w:jc w:val="right"/>
      </w:pPr>
      <w:r>
        <w:t>ہم آپ کو دیکھیے، یہاں کوئی ہوائی قبضے میں یعنی پائمسرشپ نہیں ہے، لیکن کوئی ایسی چیز نہیں جو میرے اختیار میں نہ ہو، ہماری ٹیم کے اختیار میں نہ ہو، کچھ بھی نہیں۔</w:t>
      </w:r>
    </w:p>
    <w:p>
      <w:r>
        <w:rPr>
          <w:b/>
        </w:rPr>
        <w:t xml:space="preserve">[34:26] </w:t>
      </w:r>
      <w:r>
        <w:t>abhi hamari team gayi thi, dekhiye Jaipur, wahan wahan bade bade writer aaye hue the, writer aaye hue the, pichhle saal bhi gaye</w:t>
      </w:r>
    </w:p>
    <w:p>
      <w:pPr>
        <w:jc w:val="right"/>
      </w:pPr>
      <w:r>
        <w:t>ابھی ہماری ٹیم گئی تھی، دیکھیے جے پور، وہاں وہاں بڑے بڑے رائٹر آئے ہوئے تھے، رائٹر آئے ہوئے تھے، پچھلے سال بھی گئے</w:t>
      </w:r>
    </w:p>
    <w:p>
      <w:r>
        <w:rPr>
          <w:b/>
        </w:rPr>
        <w:t xml:space="preserve">[34:35] </w:t>
      </w:r>
      <w:r>
        <w:t>the. yani pichhle saal wahan Sarma Sarma Adib bhi aaye the, aur wo is ka jo author hai, yani God Rosen ka author jo hai, wo bhi aaya hua tha, jo bahut bada atheist hai.</w:t>
      </w:r>
    </w:p>
    <w:p>
      <w:pPr>
        <w:jc w:val="right"/>
      </w:pPr>
      <w:r>
        <w:t>تھے۔ یعنی پچھلے سال وہاں سرما سرما اجدیب بھی آئے تھے، اور وہ اس کا جو اتھر ہے، یعنی گاڈ روزن کا اتھر جو ہے، وہ بھی آیا ہوا تھا، جو بہت بڑا اتھیسٹ ہے۔</w:t>
      </w:r>
    </w:p>
    <w:p>
      <w:r>
        <w:rPr>
          <w:b/>
        </w:rPr>
        <w:t xml:space="preserve">[34:48] </w:t>
      </w:r>
      <w:r>
        <w:t>yani pichhle saal bhi gayi thi hamari team, is saal bhi gayi thi. to pichhle saal Rushdie aaye the, aur God Rosen ka bhi author aaya tha.</w:t>
      </w:r>
    </w:p>
    <w:p>
      <w:pPr>
        <w:jc w:val="right"/>
      </w:pPr>
      <w:r>
        <w:t>یعنی پچھلے سال بھی گئی تھی ہماری ٹیم، اس سال بھی گئی تھی۔ تو پچھلے سال رشدی آئے تھے، اور گاڈ روزن کا بھی اتھر آیا تھا۔</w:t>
      </w:r>
    </w:p>
    <w:p>
      <w:r>
        <w:rPr>
          <w:b/>
        </w:rPr>
        <w:t xml:space="preserve">[34:58] </w:t>
      </w:r>
      <w:r>
        <w:t>Musalman Shaitan, Musalman jo hain, Salman Rushdie ko Shaitan Rushdie kehte hain.</w:t>
      </w:r>
    </w:p>
    <w:p>
      <w:pPr>
        <w:jc w:val="right"/>
      </w:pPr>
      <w:r>
        <w:t>مسلمان شیطان، مسلمان جو ہیں، سلمان رشدی کو شیطان رشدی کہتے ہیں۔</w:t>
      </w:r>
    </w:p>
    <w:p>
      <w:r>
        <w:rPr>
          <w:b/>
        </w:rPr>
        <w:t xml:space="preserve">[35:05] </w:t>
      </w:r>
      <w:r>
        <w:t>aap ghor kijiye ke Musalmanon ki soch ko kitni backward soch hai. inhi logon ki wajah se to itna bada wahan function hua, hazaron hazar log wahan aaye.</w:t>
      </w:r>
    </w:p>
    <w:p>
      <w:pPr>
        <w:jc w:val="right"/>
      </w:pPr>
      <w:r>
        <w:t>آپ غور کیجئے کہ مسلمانوں کی سوچ کو کتنی بیکورڈ سوچ ہے۔ انہی لوگوں کی وجہ سے تو اتنا بڑا وہاں فنکشن ہوا، ہزاروں ہزار لوگ وہاں آئے۔</w:t>
      </w:r>
    </w:p>
    <w:p>
      <w:r>
        <w:rPr>
          <w:b/>
        </w:rPr>
        <w:t xml:space="preserve">[35:18] </w:t>
      </w:r>
      <w:r>
        <w:t>yani ye jo log hain, jo writer hain, jo secular writer hain, wo sab ke sab secular writer the jo wahan aaye the. to secular writer, including Salman Rushdie, including God Rosen ka author,</w:t>
      </w:r>
    </w:p>
    <w:p>
      <w:pPr>
        <w:jc w:val="right"/>
      </w:pPr>
      <w:r>
        <w:t>یعنی یہ جو لوگ ہیں، جو رائٹر ہیں، جو سیکولر رائٹر ہیں، وہ سب کے سب سیکولر رائٹر تھے جو وہاں آئے تھے۔ تو سیکولر رائٹر، انکلوڈنگ سلمان رشدی، انکلوڈنگ گاڈ روزن کا اتھر،</w:t>
      </w:r>
    </w:p>
    <w:p>
      <w:r>
        <w:rPr>
          <w:b/>
        </w:rPr>
        <w:t xml:space="preserve">[35:35] </w:t>
      </w:r>
      <w:r>
        <w:t>to wahan sab secular writer the. lekin kaam ka mauqa kis ko mila? hamari team ko mauqa mila. wahan Quran distribute kiya, koi rukawat nahi, koi rukawat nahi.</w:t>
      </w:r>
    </w:p>
    <w:p>
      <w:pPr>
        <w:jc w:val="right"/>
      </w:pPr>
      <w:r>
        <w:t>تو وہاں سب سیکولر رائٹر تھے۔ لیکن کام کا موقع کس کو ملا؟ ہماری ٹیم کو موقع ملا۔ وہاں قرآن ڈسٹریبیوٹ کیا، کوئی رکاوٹ نہیں، کوئی رکاوٹ نہیں۔</w:t>
      </w:r>
    </w:p>
    <w:p>
      <w:r>
        <w:rPr>
          <w:b/>
        </w:rPr>
        <w:t xml:space="preserve">[35:45] </w:t>
      </w:r>
      <w:r>
        <w:t>unhone Quran ki distribute ka Islamic digital logon ko diya. logon ko to yahi to hai ke administrative throne par koi baitha hua hai, baqi sare khazane arz hamare liye khule hue hain.</w:t>
      </w:r>
    </w:p>
    <w:p>
      <w:pPr>
        <w:jc w:val="right"/>
      </w:pPr>
      <w:r>
        <w:t>انہوں نے قرآن کی ڈسٹریبیوٹ کا اسلامک ڈیجیٹل لوگوں کو دیا۔ لوگوں کو تو یہی تو ہے کہ ایڈمنسٹریٹیو تھرون پر کوئی بیٹھا ہوا ہے، باقی سارے خزانے عرض ہمارے لیے کھلے ہوئے ہیں۔</w:t>
      </w:r>
    </w:p>
    <w:p>
      <w:r>
        <w:rPr>
          <w:b/>
        </w:rPr>
        <w:t xml:space="preserve">[35:59] </w:t>
      </w:r>
      <w:r>
        <w:t>to is ko avail kijiye. kyun negativity?</w:t>
      </w:r>
    </w:p>
    <w:p>
      <w:pPr>
        <w:jc w:val="right"/>
      </w:pPr>
      <w:r>
        <w:t>تو اس کو اویل کیجئے۔ کیوں نیگیٹیوٹی؟</w:t>
      </w:r>
    </w:p>
    <w:p>
      <w:r>
        <w:rPr>
          <w:b/>
        </w:rPr>
        <w:t xml:space="preserve">[36:04] </w:t>
      </w:r>
      <w:r>
        <w:t>kyun protest? kyun complaint? to jaisa ke maine arz kiya ke ek bahut badi tragedy hui hai Islami Muslim tareekh mein, bahut badi tragedy ke jis zamane mein printing press aaya, communication aaya,</w:t>
      </w:r>
    </w:p>
    <w:p>
      <w:pPr>
        <w:jc w:val="right"/>
      </w:pPr>
      <w:r>
        <w:t>کیوں پروٹیسٹ؟ کیوں کمپلینٹ؟ تو جیسا کہ میں نے عرض کیا کہ ایک بہت بڑی ٹریجڈی ہوئی ہے اسلامی مسلم تاریخ میں، بہت بڑی ٹریجڈی کہ جس زمانے میں پرنٹنگ پریس آیا، کمیونیکیشن آیا،</w:t>
      </w:r>
    </w:p>
    <w:p>
      <w:r>
        <w:rPr>
          <w:b/>
        </w:rPr>
        <w:t xml:space="preserve">[36:20] </w:t>
      </w:r>
      <w:r>
        <w:t>modern media aaya, aur electronic ka zamana aaya, jis ki wajah se ye possible ho gaya ke global level par aap koi kaam kar saken, without any restriction.</w:t>
      </w:r>
    </w:p>
    <w:p>
      <w:pPr>
        <w:jc w:val="right"/>
      </w:pPr>
      <w:r>
        <w:t>ماڈرن میڈیا آیا، اور الیکٹرانک کا زمانہ آیا، جس کی وجہ سے یہ پاسیبل ہو گیا کہ گلوبل لیول پر آپ کوئی کام کر سکیں، ودا آؤٹ اینی ریسٹرکشن۔</w:t>
      </w:r>
    </w:p>
    <w:p>
      <w:r>
        <w:rPr>
          <w:b/>
        </w:rPr>
        <w:t xml:space="preserve">[36:34] </w:t>
      </w:r>
      <w:r>
        <w:t>isi ke sath sath aap jante hain ke religious freedom aaya, democracy aayi, itni sari mawaqe khule, yani opportunities ka samandar khul gaya,</w:t>
      </w:r>
    </w:p>
    <w:p>
      <w:pPr>
        <w:jc w:val="right"/>
      </w:pPr>
      <w:r>
        <w:t>اسی کے ساتھ ساتھ آپ جانتے ہیں کہ ریلیجس فریڈم آیا، ڈیموکریسی آئی، اتنی ساری مواقع کھلے، یعنی اپرچونیٹیز کا سمندر کھل گیا،</w:t>
      </w:r>
    </w:p>
    <w:p>
      <w:r>
        <w:rPr>
          <w:b/>
        </w:rPr>
        <w:t xml:space="preserve">[36:47] </w:t>
      </w:r>
      <w:r>
        <w:t>aur kisi bhi restriction ke baghair aap jo Islam ka jo mission hai, asal dekhiye, mission kya hai? Islam ka government banana nahi hai.</w:t>
      </w:r>
    </w:p>
    <w:p>
      <w:pPr>
        <w:jc w:val="right"/>
      </w:pPr>
      <w:r>
        <w:t>اور کسی بھی ریسٹرکشن کے بغیر آپ جو اسلام کا جو مشن ہے، اصل دیکھیے، مشن کیا ہے؟ اسلام کا گورنمنٹ بنانا نہیں ہے۔</w:t>
      </w:r>
    </w:p>
    <w:p>
      <w:r>
        <w:rPr>
          <w:b/>
        </w:rPr>
        <w:t xml:space="preserve">[36:55] </w:t>
      </w:r>
      <w:r>
        <w:t>Islam ka mission hai hargiz hargiz Islam ka ye mission nahi hai ke koi government banai jaye</w:t>
      </w:r>
    </w:p>
    <w:p>
      <w:pPr>
        <w:jc w:val="right"/>
      </w:pPr>
      <w:r>
        <w:t>اسلام کا مشن ہے ہرگز ہرگز اسلام کا یہ مشن نہیں ہے کہ کوئی گورنمنٹ بنائی جائ</w:t>
      </w:r>
    </w:p>
    <w:p>
      <w:r>
        <w:rPr>
          <w:b/>
        </w:rPr>
        <w:t xml:space="preserve">[37:01] </w:t>
      </w:r>
      <w:r>
        <w:t>e. nahi, Allah ke paigham ko pahunchaya jaye. Allah ka paigham kya hai? creation plan of God se insan ko ba-khabar kiya jaye.</w:t>
      </w:r>
    </w:p>
    <w:p>
      <w:pPr>
        <w:jc w:val="right"/>
      </w:pPr>
      <w:r>
        <w:t>ے۔ نہیں، اللہ کے پیغام کو پہنچایا جائے۔ اللہ کا پیغام کیا ہے؟ کریشن پلان آف گاڈ سے انسان کو باخبر کیا جائے۔</w:t>
      </w:r>
    </w:p>
    <w:p>
      <w:r>
        <w:rPr>
          <w:b/>
        </w:rPr>
        <w:t xml:space="preserve">[37:12] </w:t>
      </w:r>
      <w:r>
        <w:t>to make people aware of the creation plan of God, ye hai mission. to make people aware of the creation plan of God, bas ye mission hai.</w:t>
      </w:r>
    </w:p>
    <w:p>
      <w:pPr>
        <w:jc w:val="right"/>
      </w:pPr>
      <w:r>
        <w:t>ٹو میک پیپل اویر آف دا کریشن پلان آف گاڈ، یہ ہے مشن۔ ٹو میک پیپل اویر آف دا کریشن پلان آف گاڈ، بس یہ مشن ہے۔</w:t>
      </w:r>
    </w:p>
    <w:p>
      <w:r>
        <w:rPr>
          <w:b/>
        </w:rPr>
        <w:t xml:space="preserve">[37:23] </w:t>
      </w:r>
      <w:r>
        <w:t>is ke liye sare darwaze khule hain,</w:t>
      </w:r>
    </w:p>
    <w:p>
      <w:pPr>
        <w:jc w:val="right"/>
      </w:pPr>
      <w:r>
        <w:t>اس کے لیے سارے دروازے کھلے ہیں،</w:t>
      </w:r>
    </w:p>
    <w:p>
      <w:r>
        <w:rPr>
          <w:b/>
        </w:rPr>
        <w:t xml:space="preserve">[37:26] </w:t>
      </w:r>
      <w:r>
        <w:t>koi darwaza band nahi. aur communication modern wasail jo hain, communication ke, printing press ke, aur media ke, is ne aap ko utha, utha, yani mawaqe de diye.</w:t>
      </w:r>
    </w:p>
    <w:p>
      <w:pPr>
        <w:jc w:val="right"/>
      </w:pPr>
      <w:r>
        <w:t>کوئی دروازہ بند نہیں۔ اور کمیونک ماڈرن وسائل جو ہیں، کمیونیکیشن کے، پرنٹنگ پریس کے، اور میڈیا کے، اس نے آپ کو اتھا، اتھا، یعنی مواقع دے دیے۔</w:t>
      </w:r>
    </w:p>
    <w:p>
      <w:r>
        <w:rPr>
          <w:b/>
        </w:rPr>
        <w:t xml:space="preserve">[37:41] </w:t>
      </w:r>
      <w:r>
        <w:t>to wahi history zyada baray power par repeat ho rahi hai jo Hazrat Yusuf alaihi salam ke zamane mein thi ke jo aik political head jo hai, political head apnay throne par baitha hua hai.</w:t>
      </w:r>
    </w:p>
    <w:p>
      <w:pPr>
        <w:jc w:val="right"/>
      </w:pPr>
      <w:r>
        <w:t>تو وہی ہسٹری زیادہ بڑے پاور پر ریپیٹ ہو رہی ہے جو حضرت یوسف علیہ السلام کے زمانے میں تھی کہ جو ایک پولیٹیکل ہیڈ جو ہے، پولیٹیکل ہیڈ اپنے تھرون پر بیٹھا ہوا ہے۔</w:t>
      </w:r>
    </w:p>
    <w:p>
      <w:r>
        <w:rPr>
          <w:b/>
        </w:rPr>
        <w:t xml:space="preserve">[37:56] </w:t>
      </w:r>
      <w:r>
        <w:t>to theek hai, baitha rehne de is ko. Saray khazanay arz hamaray hath mein hain, humain koi rukawat nahi ke hum kitabein chhapen, koi rukawat nahi ke hum is tarah ke program karen, koi rukawat nahi ke hum travel karen, koi rukawat nahi hai ke hum logon ke sath interact karen, koi rukawat nahi ke hum apni baton ko to pahunchayen, koi bohat rukawat nahi ke hum logon se discussion karen, logon se dialogue karen.</w:t>
      </w:r>
    </w:p>
    <w:p>
      <w:pPr>
        <w:jc w:val="right"/>
      </w:pPr>
      <w:r>
        <w:t>تو ٹھیک ہے، بیٹھا رہنے دیے اس کو۔ سارے خزانے عرض ہمارے ہاتھ میں ہیں، ہمیں کوئی رکاوٹ نہیں کہ ہم کتابیں چھاپیں، کوئی رکاوٹ نہیں کہ ہم اس طرح کے پروگرام کریں، کوئی رکاوٹ نہیں کہ ہم ٹریول کریں، کوئی رکاوٹ نہیں ہے کہ ہم لوگوں کے ساتھ انٹریکٹ کریں، کوئی رکاوٹ نہیں کہ ہم اپنی باتوں کو تو پہنچائیں، کوئی بہت رکاوٹ نہیں کہ ہم لوگوں سے ڈسکشن کریں، لوگوں سے ڈائیلاگ کریں۔</w:t>
      </w:r>
    </w:p>
    <w:p>
      <w:r>
        <w:rPr>
          <w:b/>
        </w:rPr>
        <w:t xml:space="preserve">[38:20] </w:t>
      </w:r>
      <w:r>
        <w:t>Dunya ke kisi bhi insan se aap dialogue kar sakte hain, koi bhi rukawat nahi hai.</w:t>
      </w:r>
    </w:p>
    <w:p>
      <w:pPr>
        <w:jc w:val="right"/>
      </w:pPr>
      <w:r>
        <w:t>دنیا کے کسی بھی انسان سے آپ ڈائیلاگ کر سکتے ہیں، کوئی بھی رکاوٹ نہیں ہے۔</w:t>
      </w:r>
    </w:p>
    <w:p>
      <w:r>
        <w:rPr>
          <w:b/>
        </w:rPr>
        <w:t xml:space="preserve">[38:26] </w:t>
      </w:r>
      <w:r>
        <w:t>Yeh sab kijiye to political throne par chahe koi bhi baitha hua ho, baithne dijiye is ko. Yeh tha, yeh tha message Allah taala ki taraf se ke ab ab jo hai aik naya daur aa gaya aur political empire bananay ka daur khatam ho gaya.</w:t>
      </w:r>
    </w:p>
    <w:p>
      <w:pPr>
        <w:jc w:val="right"/>
      </w:pPr>
      <w:r>
        <w:t>یہ سب کیجئے تو پولیٹیکل تھرون پر چاہے کوئی بھی بیٹھا ہوا ہو، بیٹھنے دیجئے اس کو۔ یہ تھا، یہ تھا میسج اللہ تعالیٰ کی طرف سے کہ اب اب جو ہے ایک نیا دور آ گیا اور پولیٹیکل ایمپائر بنانے کا دور ختم ہو گیا۔</w:t>
      </w:r>
    </w:p>
    <w:p>
      <w:r>
        <w:rPr>
          <w:b/>
        </w:rPr>
        <w:t xml:space="preserve">[38:44] </w:t>
      </w:r>
      <w:r>
        <w:t>Ab daawa empire banao, daawa empire, woh daur khatam ho gaya jab political empire ki zaroorat hua karti thi. Ab jo baithna chahta hai, baithne do is ko.</w:t>
      </w:r>
    </w:p>
    <w:p>
      <w:pPr>
        <w:jc w:val="right"/>
      </w:pPr>
      <w:r>
        <w:t>اب دعویٰ ایمپائر بناؤ، دعویٰ ایمپائر، وہ دور ختم ہو گیا جب پولیٹیکل ایمپائر کی ضرورت ہوا کرتی تھی۔ اب جو بیٹھنا چاہتا ہے، بیٹھنے دو اس کو۔</w:t>
      </w:r>
    </w:p>
    <w:p>
      <w:r>
        <w:rPr>
          <w:b/>
        </w:rPr>
        <w:t xml:space="preserve">[38:55] </w:t>
      </w:r>
      <w:r>
        <w:t>Jo jo political throne par baithna chahta hai, woh baithne do, is se larne ki koi zaroorat nahi hai.</w:t>
      </w:r>
    </w:p>
    <w:p>
      <w:pPr>
        <w:jc w:val="right"/>
      </w:pPr>
      <w:r>
        <w:t>جو جو پولیٹیکل تھرون پر بیٹھنا چاہتا ہے، وہ بیٹھنے دو، اس سے لڑنے کی کوئی ضرورت نہیں ہے۔</w:t>
      </w:r>
    </w:p>
    <w:p>
      <w:r>
        <w:rPr>
          <w:b/>
        </w:rPr>
        <w:t xml:space="preserve">[39:01] </w:t>
      </w:r>
      <w:r>
        <w:t>Tum peaceful daao work karo sari duniya mein. Yeh hai khulasa. Unniswin sadi ka aaya aaghaz hua, yani athaisween sadi khatam hua, unniswin sadi aaya to aik naya daur tha.</w:t>
      </w:r>
    </w:p>
    <w:p>
      <w:pPr>
        <w:jc w:val="right"/>
      </w:pPr>
      <w:r>
        <w:t>تم پیس فل داؤ ورک کرو ساری دنیا میں۔ یہ ہے خلاصہ۔ انیسویں صدی کا آیا آغاز ہوا، یعنی اٹھائیسویں صدی ختم ہوا، انیسویں صدی آیا تو ایک نیا دور تھا۔</w:t>
      </w:r>
    </w:p>
    <w:p>
      <w:r>
        <w:rPr>
          <w:b/>
        </w:rPr>
        <w:t xml:space="preserve">[39:15] </w:t>
      </w:r>
      <w:r>
        <w:t>Yeh musalmanon ke jo leader thay, un ko is daur ko discover karna chahiye tha. Jaisa ke aksar mein kaha karta hoon, jab barish hoti hai to woh woh awaz nahi lagati.</w:t>
      </w:r>
    </w:p>
    <w:p>
      <w:pPr>
        <w:jc w:val="right"/>
      </w:pPr>
      <w:r>
        <w:t>یہ مسلمانوں کے جو لیڈر تھے، ان کو اس دور کو ڈسکور کرنا چاہیے تھا۔ جیسا کہ اکثر میں کہا کرتا ہوں، جب بارش ہوتی ہے تو وہ وہ آواز نہیں لگاتی۔</w:t>
      </w:r>
    </w:p>
    <w:p>
      <w:r>
        <w:rPr>
          <w:b/>
        </w:rPr>
        <w:t xml:space="preserve">[39:31] </w:t>
      </w:r>
      <w:r>
        <w:t>Barish aati hai to khamosh ailan hota hai ke aey kisanon, barish aa gayi, fasal ka waqt aa gaya, aglay kachray ka daur aa gaya, utho, chalo apni kheton mein.</w:t>
      </w:r>
    </w:p>
    <w:p>
      <w:pPr>
        <w:jc w:val="right"/>
      </w:pPr>
      <w:r>
        <w:t>بارش آتی ہے تو خاموش اعلان ہوتا ہے کہ اے کسانوں، بارش آ گئی، فصل کا وقت آ گیا، اگلے کچرے کا دور آ گیا، اٹھو، چلو اپنی کھیتوں میں۔</w:t>
      </w:r>
    </w:p>
    <w:p>
      <w:r>
        <w:rPr>
          <w:b/>
        </w:rPr>
        <w:t xml:space="preserve">[39:42] </w:t>
      </w:r>
      <w:r>
        <w:t>To jo naya daur aaya tha, jis mein yani freedom aayi aur religious persecution khatam hua, democracy aayi aur global politics aaya duniya mein aur modern media aaya, yeh sari cheezen aayin aik unniswin sadi mein aur beesween sadi mein.</w:t>
      </w:r>
    </w:p>
    <w:p>
      <w:pPr>
        <w:jc w:val="right"/>
      </w:pPr>
      <w:r>
        <w:t>تو جو نیا دور آیا تھا، جس میں یعنی فریڈم آئی اور ریلیجس پرسکپشن ختم ہوا، ڈیموکریسی آئی اور گلوبل پولیٹکس آیا دنیا میں اور ماڈرن میڈیا آیا، یہ ساری چیزیں آئیں ایک انیسویں صدی میں اور بیسویں صدی میں۔</w:t>
      </w:r>
    </w:p>
    <w:p>
      <w:r>
        <w:rPr>
          <w:b/>
        </w:rPr>
        <w:t xml:space="preserve">[40:06] </w:t>
      </w:r>
      <w:r>
        <w:t>To yeh jo aaya tha, yeh goya ke barish thi, barish opportunities ki barish thi, jo pooray taur par daawa dawat haq mein thi.</w:t>
      </w:r>
    </w:p>
    <w:p>
      <w:pPr>
        <w:jc w:val="right"/>
      </w:pPr>
      <w:r>
        <w:t>تو یہ جو آیا تھا، یہ گویا کہ بارش تھی، بارش اپرچونیٹیز کی بارش تھی، جو پورے طور پر دعویٰ دعوت حق میں تھی۔</w:t>
      </w:r>
    </w:p>
    <w:p>
      <w:r>
        <w:rPr>
          <w:b/>
        </w:rPr>
        <w:t xml:space="preserve">[40:17] </w:t>
      </w:r>
      <w:r>
        <w:t>To is ko humain daryaft karna chahiye tha ke woh woh daur khatam ho gaya. Ab maazi ko mat socho, maazi ko sochne ki zaroorat hi nahi hai.</w:t>
      </w:r>
    </w:p>
    <w:p>
      <w:pPr>
        <w:jc w:val="right"/>
      </w:pPr>
      <w:r>
        <w:t>تو اس کو ہمیں دریافت کرنا چاہیے تھا کہ وہ وہ دور ختم ہو گیا۔ اب ماضی کو مت سوچو، ماضی کو سوچنے کی ضرورت ہی نہیں ہے۔</w:t>
      </w:r>
    </w:p>
    <w:p>
      <w:r>
        <w:rPr>
          <w:b/>
        </w:rPr>
        <w:t xml:space="preserve">[40:26] </w:t>
      </w:r>
      <w:r>
        <w:t>Ab jo naya daur aaya, is ko socho aur is mein apnay liye kaam ke mawaqay talash karo. Lekin aik bohat yani muslim tareekh ki sab se bari tragedy hai,</w:t>
      </w:r>
    </w:p>
    <w:p>
      <w:pPr>
        <w:jc w:val="right"/>
      </w:pPr>
      <w:r>
        <w:t>اب جو نیا دور آیا، اس کو سوچو اور اس میں اپنے لیے کام کے مواقع تلاش کرو۔ لیکن ایک بہت یعنی مسلم تاریخ کی سب سے بڑی ٹریجڈی ہے،</w:t>
      </w:r>
    </w:p>
    <w:p>
      <w:r>
        <w:rPr>
          <w:b/>
        </w:rPr>
        <w:t xml:space="preserve">[40:39] </w:t>
      </w:r>
      <w:r>
        <w:t>Poori muslim tareekh ki sab se bari tragedy ke yeh jo aik jo yani yeh jo yeh time tha, is time par log fail ho gaye, hamaray intellectuals fail ho gaye jananay mein ke ke we have to discover new role of muslim ummah,</w:t>
      </w:r>
    </w:p>
    <w:p>
      <w:pPr>
        <w:jc w:val="right"/>
      </w:pPr>
      <w:r>
        <w:t>پوری مسلم تاریخ کی سب سے بڑی ٹریجڈی کہ یہ جو ایک جو یعنی یہ جو یہ ٹائم تھا، اس ٹائم پر لوگ فیل ہو گئے، ہمارے انٹلیکچولز فیل ہو گئے جاننے میں کہ کہ وی ہیو ٹو ڈسکور نیو رول آف مسلم امت،</w:t>
      </w:r>
    </w:p>
    <w:p>
      <w:r>
        <w:rPr>
          <w:b/>
        </w:rPr>
        <w:t xml:space="preserve">[40:56] </w:t>
      </w:r>
      <w:r>
        <w:t>Jis ko dekhe woh ab maazi ko is mein jeet raha hai. Maazi glory ko wapas lana, maazi ke fakhr ko wapas lana, isi mein jeet raha hai.</w:t>
      </w:r>
    </w:p>
    <w:p>
      <w:pPr>
        <w:jc w:val="right"/>
      </w:pPr>
      <w:r>
        <w:t>جس کو دیکھے وہ اب ماضی کو اس میں جیت رہا ہے۔ ماضی گلوری کو واپس لانا، ماضی کے فخر کو واپس لانا، اسی میں جیت رہا ہے۔</w:t>
      </w:r>
    </w:p>
    <w:p>
      <w:r>
        <w:rPr>
          <w:b/>
        </w:rPr>
        <w:t xml:space="preserve">[41:08] </w:t>
      </w:r>
      <w:r>
        <w:t>To jaisa ke mein ne arz kiya ke is daur mein pooray do sau saal mein jo kitabein likhi gayi hain mukhtalif zubanon mein, un sab ki common theme aik hi hai: kis tarah musalmanon ke maazi ke daur ko wapas laya jaye.</w:t>
      </w:r>
    </w:p>
    <w:p>
      <w:pPr>
        <w:jc w:val="right"/>
      </w:pPr>
      <w:r>
        <w:t>تو جیسا کہ میں نے عرض کیا کہ اس دور میں پورے دو سو سال میں جو کتابیں لکھی گئی ہیں مختلف زبانوں میں، ان سب کی کامن تھیم ایک ہی ہے: کس طرح مسلمانوں کے ماضی کے دور کو واپس لایا جائے۔</w:t>
      </w:r>
    </w:p>
    <w:p>
      <w:r>
        <w:rPr>
          <w:b/>
        </w:rPr>
        <w:t xml:space="preserve">[41:21] </w:t>
      </w:r>
      <w:r>
        <w:t>Koi doosra musalmanon ko koi aur model nahi maloom, model bas aik hi model jantay hain ke political power hamaray hath mein ho, hum duniya ke emperor hon aur hum aik throne mein baithay hue ahkam jari kar rahay hon.</w:t>
      </w:r>
    </w:p>
    <w:p>
      <w:pPr>
        <w:jc w:val="right"/>
      </w:pPr>
      <w:r>
        <w:t>کوئی دوسرا مسلمانوں کو کوئی اور ماڈل نہیں معلوم، ماڈل بس ایک ہی ماڈل جانتے ہیں کہ پولیٹیکل پاور ہمارے ہاتھ میں ہو، ہم دنیا کے ایمپرر ہوں اور ہم ایک تھرون میں بیٹھے ہوئے احکام جاری کر رہے ہوں۔</w:t>
      </w:r>
    </w:p>
    <w:p>
      <w:r>
        <w:rPr>
          <w:b/>
        </w:rPr>
        <w:t xml:space="preserve">[41:36] </w:t>
      </w:r>
      <w:r>
        <w:t>Aik model maloom ho, doosra model jis ko quran mein asal al qasas kaha gaya hai, woh model nahi maloom bano. Asal al qasas jo hai, is ka matlab kya hai?</w:t>
      </w:r>
    </w:p>
    <w:p>
      <w:pPr>
        <w:jc w:val="right"/>
      </w:pPr>
      <w:r>
        <w:t>ایک ماڈل معلوم ہو، دوسرا ماڈل جس کو قرآن میں اصل القصص کہا گیا ہے، وہ ماڈل نہیں معلوم بنو۔ اصل القصص جو ہے، اس کا مطلب کیا ہے؟</w:t>
      </w:r>
    </w:p>
    <w:p>
      <w:r>
        <w:rPr>
          <w:b/>
        </w:rPr>
        <w:t xml:space="preserve">[41:47] </w:t>
      </w:r>
      <w:r>
        <w:t>Best model, best distributing, matlab hai best model. To Allah taala ne Hazrat Yusuf ke zariye se bataya ke aik waqt aaya ke jab best model tumharay liye khol diya jaye ga ke throne pe koi baitha rahay, baithne do is ko,</w:t>
      </w:r>
    </w:p>
    <w:p>
      <w:pPr>
        <w:jc w:val="right"/>
      </w:pPr>
      <w:r>
        <w:t>بیسٹ ماڈل، بیسٹ ڈسٹریبیوٹنگ، مطلب ہے بیسٹ ماڈل۔ تو اللہ تعالیٰ نے حضرت یوسف کے ذریعے سے بتایا کہ ایک وقت آیا کہ جب بیسٹ ماڈل تمہارے لیے کھول دیا جائے گا کہ تھرون پہ کوئی بیٹھا رہے، بیٹھنے دو اس کو،</w:t>
      </w:r>
    </w:p>
    <w:p>
      <w:r>
        <w:rPr>
          <w:b/>
        </w:rPr>
        <w:t xml:space="preserve">[42:01] </w:t>
      </w:r>
      <w:r>
        <w:t>Sari opportunities, opportunities tumharay liye, is ko avail karo dawat ke liye aur Allah ke paigham ko pahunchanay ke liye.</w:t>
      </w:r>
    </w:p>
    <w:p>
      <w:pPr>
        <w:jc w:val="right"/>
      </w:pPr>
      <w:r>
        <w:t>ساری اپرچونیٹیز، اپرچونیٹیز تمہارے لیے، اس کو اویل کرو دعوت کے لیے اور اللہ کے پیغام کو پہنچانے کے لیے۔</w:t>
      </w:r>
    </w:p>
    <w:p>
      <w:r>
        <w:rPr>
          <w:b/>
        </w:rPr>
        <w:t xml:space="preserve">[42:11] </w:t>
      </w:r>
      <w:r>
        <w:t>To is se bekhabri ki wajah se kya hai? Aaj mein ne parha akhbar mein ke aik muslim mulk mein kuch musalmanon ne suicide bombing ki.</w:t>
      </w:r>
    </w:p>
    <w:p>
      <w:pPr>
        <w:jc w:val="right"/>
      </w:pPr>
      <w:r>
        <w:t>تو اس سے بے خبری کی وجہ سے کیا ہے؟ آج میں نے پڑھا اخبار میں کہ ایک مسلم ملک میں کچھ مسلمانوں نے سوسائیڈ بمبنگ کی۔</w:t>
      </w:r>
    </w:p>
    <w:p>
      <w:r>
        <w:rPr>
          <w:b/>
        </w:rPr>
        <w:t xml:space="preserve">[42:23] </w:t>
      </w:r>
      <w:r>
        <w:t>Musalmanon ne musalmanon ko mara, bohat se log mar gaye, bohat se log zakhmi hue. Yani marne walay musalman, marne walay musalman.</w:t>
      </w:r>
    </w:p>
    <w:p>
      <w:pPr>
        <w:jc w:val="right"/>
      </w:pPr>
      <w:r>
        <w:t>مسلمانوں نے مسلمانوں کو مارا، بہت سے لوگ مر گئے، بہت سے لوگ زخمی ہوئے۔ یعنی مارنے والے مسلمان، مرنے والے مسلمان۔</w:t>
      </w:r>
    </w:p>
    <w:p>
      <w:r>
        <w:rPr>
          <w:b/>
        </w:rPr>
        <w:t xml:space="preserve">[42:32] </w:t>
      </w:r>
      <w:r>
        <w:t>Aaj hi ke paper mein aap dekh sakte hain. Kyun yeh hai? That is out of frustration.</w:t>
      </w:r>
    </w:p>
    <w:p>
      <w:pPr>
        <w:jc w:val="right"/>
      </w:pPr>
      <w:r>
        <w:t>آج ہی کے پیپر میں آپ دیکھ سکتے ہیں۔ کیوں یہ ہے؟ دیٹ از آؤٹ آف فرسٹریشن۔</w:t>
      </w:r>
    </w:p>
    <w:p>
      <w:r>
        <w:rPr>
          <w:b/>
        </w:rPr>
        <w:t xml:space="preserve">[42:40] </w:t>
      </w:r>
      <w:r>
        <w:t>Yeh kya kiya wajah hai ke musalman jagah jagah suicide bombing karte hain? Jagah jagah suicide bombing karte hain. Abhi mein jab USA gaya tha to wahan mein is se pehlay, mein ne Niwar mein jo building thi, pehlay us ko dekha tha, us ko charha bhi tha.</w:t>
      </w:r>
    </w:p>
    <w:p>
      <w:pPr>
        <w:jc w:val="right"/>
      </w:pPr>
      <w:r>
        <w:t>یہ کیا کیا وجہ ہے کہ مسلمان جگہ جگہ سوسائیڈ بمبنگ کرتے ہیں؟ جگہ جگہ سوسائیڈ بمبنگ کرتے ہیں۔ ابھی میں جب یو ایس اے گیا تھا تو وہاں میں اس سے پہلے، میں نے نیوار میں جو بلڈنگ تھی، پہلے اس کو دیکھا تھا، اس کو چڑھا بھی تھا۔</w:t>
      </w:r>
    </w:p>
    <w:p>
      <w:r>
        <w:rPr>
          <w:b/>
        </w:rPr>
        <w:t xml:space="preserve">[42:55] </w:t>
      </w:r>
      <w:r>
        <w:t>Mein ab jab mein gaya to wahan zero ground hai, wahan pe kuch nahi hai. To mujhe us waqt jo ehsas hua tha, woh yeh ehsas hua tha, isi baat ka ehsas ke kyun mar</w:t>
      </w:r>
    </w:p>
    <w:p>
      <w:pPr>
        <w:jc w:val="right"/>
      </w:pPr>
      <w:r>
        <w:t>میں اب جب میں گیا تو وہاں زیرو گراؤنڈ ہے، وہاں پہ کچھ نہیں ہے۔ تو مجھے اس وقت جو احساس ہوا تھا، وہ یہ احساس ہوا تھا، اسی بات کا احساس کہ کیوں مار</w:t>
      </w:r>
    </w:p>
    <w:p>
      <w:r>
        <w:rPr>
          <w:b/>
        </w:rPr>
        <w:t xml:space="preserve">[43:09] </w:t>
      </w:r>
      <w:r>
        <w:t>a musalmanon ne? kyon is building ko uthaya musalmanon ne? das bar due to frustration. musalmanon ne do sau saal tak chaha ke un ki glory wapas aaye, political glory wapas nahin aayi.</w:t>
      </w:r>
    </w:p>
    <w:p>
      <w:pPr>
        <w:jc w:val="right"/>
      </w:pPr>
      <w:r>
        <w:t>ا مسلمانوں نے؟ کیوں اس بلڈنگ کو اٹھایا مسلمانوں نے؟ دس بار ڈیو ٹو فرسٹریشن۔ مسلمانوں نے دو سو سال تک چاہا کہ ان کی گلوری واپس آئے، پولیٹیکل گلوری واپس نہیں آئی۔</w:t>
      </w:r>
    </w:p>
    <w:p>
      <w:r>
        <w:rPr>
          <w:b/>
        </w:rPr>
        <w:t xml:space="preserve">[43:22] </w:t>
      </w:r>
      <w:r>
        <w:t>ab kya hai? kisi ne kaha hai ke dekha ke woh milta nahin, aapas mein apne hi ko khoya hai ke hum nahin qaim kar pa rahe hain, to hum inhi ko marenge, suicide apne aap ko khud marenge.</w:t>
      </w:r>
    </w:p>
    <w:p>
      <w:pPr>
        <w:jc w:val="right"/>
      </w:pPr>
      <w:r>
        <w:t>اب کیا ہے؟ کسی نے کہا ہے کہ دیکھا کہ وہ ملتا نہیں، آپس میں اپنے ہی کو کھوایا ہے کہ ہم نہیں قائم کر پا رہے ہیں، تو ہم انہی کو ماریں گے، سوسائیڈ اپنے آپ کو خود ماریں گے۔</w:t>
      </w:r>
    </w:p>
    <w:p>
      <w:r>
        <w:rPr>
          <w:b/>
        </w:rPr>
        <w:t xml:space="preserve">[43:36] </w:t>
      </w:r>
      <w:r>
        <w:t>to suicide bombing jo hai, ek phenomenon hai frustration ka. suicide bombing jo itni zyada ho rahi hai muslim duniya mein, that is phenomenon of frustration.</w:t>
      </w:r>
    </w:p>
    <w:p>
      <w:pPr>
        <w:jc w:val="right"/>
      </w:pPr>
      <w:r>
        <w:t>تو سوسائیڈ بمبنگ جو ہے، ایک فیناومینا ہے فرسٹریشن کا۔ سوسائیڈ بمبنگ جو اتنی زیادہ ہو رہی ہے مسلم دنیا میں، دیٹ از فیناومینا آف فرسٹریشن۔</w:t>
      </w:r>
    </w:p>
    <w:p>
      <w:r>
        <w:rPr>
          <w:b/>
        </w:rPr>
        <w:t xml:space="preserve">[43:50] </w:t>
      </w:r>
      <w:r>
        <w:t>to ab jo hai, waqt aa gaya hai, aakhri waqt aa gaya hai reassess karne ka, revise karne ka, phir se yani janne ka ke where we miss the bus.</w:t>
      </w:r>
    </w:p>
    <w:p>
      <w:pPr>
        <w:jc w:val="right"/>
      </w:pPr>
      <w:r>
        <w:t>تو اب جو ہے، وقت آ گیا ہے، آخری وقت آ گیا ہے ری ایسس کرنے کا، ریوائز کرنے کا، پھر سے یعنی جاننے کا کہ ویئر وی مس دا بس۔</w:t>
      </w:r>
    </w:p>
    <w:p>
      <w:r>
        <w:rPr>
          <w:b/>
        </w:rPr>
        <w:t xml:space="preserve">[44:02] </w:t>
      </w:r>
      <w:r>
        <w:t>ghaltiyan hum se kahan se hui hain? ghaltiyan</w:t>
      </w:r>
    </w:p>
    <w:p>
      <w:pPr>
        <w:jc w:val="right"/>
      </w:pPr>
      <w:r>
        <w:t>غلطیاں ہم سے کہاں سے ہوئی ہیں؟ غلطیاں</w:t>
      </w:r>
    </w:p>
    <w:p>
      <w:r>
        <w:rPr>
          <w:b/>
        </w:rPr>
        <w:t xml:space="preserve">[44:05] </w:t>
      </w:r>
      <w:r>
        <w:t>hum ne kahan ki hain? is ko janne ki zaroorat hai. ab jo yeh sab hai, is ko continue rakhne ka waqt nahin hai. jo musalman karte rahe hain, isi ko, isi ko continue rakha hai.</w:t>
      </w:r>
    </w:p>
    <w:p>
      <w:pPr>
        <w:jc w:val="right"/>
      </w:pPr>
      <w:r>
        <w:t>ہم نے کہاں کی ہیں؟ اس کو جاننے کی ضرورت ہے۔ اب جو یہ سب ہے، اس کو کنٹینیو رکھنے کا وقت نہیں ہے۔ جو مسلمان کرتے رہے ہیں، اسی کو، اسی کو کنٹینیو رکھا ہے۔</w:t>
      </w:r>
    </w:p>
    <w:p>
      <w:r>
        <w:rPr>
          <w:b/>
        </w:rPr>
        <w:t xml:space="preserve">[44:16] </w:t>
      </w:r>
      <w:r>
        <w:t>is mani ke apni tabahi mein ko badhate rahen. jahan jahan bhi ho raha hai, chahe falasteen ho, chahe kashmir ho, aur jo doosre countries hain, jagah jagah aap dekhte hain ke log aapas mein lad rahe hain, mar rahe hain, kat rahe hain.</w:t>
      </w:r>
    </w:p>
    <w:p>
      <w:pPr>
        <w:jc w:val="right"/>
      </w:pPr>
      <w:r>
        <w:t>اس معنی کہ اپنی تباہی میں کو بڑھاتے رہیں۔ جہاں جہاں بھی ہو رہا ہے، چاہے فلسطین ہو، چاہے کشمیر ہو، اور جو دوسرے کنٹریز ہیں، جگہ جگہ آپ دیکھتے ہیں کہ لوگ آپس میں لڑ رہے ہیں، مر رہے ہیں، کٹ رہے ہیں۔</w:t>
      </w:r>
    </w:p>
    <w:p>
      <w:r>
        <w:rPr>
          <w:b/>
        </w:rPr>
        <w:t xml:space="preserve">[44:33] </w:t>
      </w:r>
      <w:r>
        <w:t>ab khatm karo is ko, u-turn lo. dekhen, zindagi ka ek raaz u-turn bhi hai. u-turn, u-turn ka matlab yeh hai ke main apna ek qissa arz karoon.</w:t>
      </w:r>
    </w:p>
    <w:p>
      <w:pPr>
        <w:jc w:val="right"/>
      </w:pPr>
      <w:r>
        <w:t>اب ختم کرو اس کو، یو ٹرن لو۔ دیکھیں، زندگی کا ایک راز یو ٹرن بھی ہے۔ یو ٹرن، یو ٹرن کا مطلب یہ ہے کہ میں اپنا ایک قصہ عرض کروں۔</w:t>
      </w:r>
    </w:p>
    <w:p>
      <w:r>
        <w:rPr>
          <w:b/>
        </w:rPr>
        <w:t xml:space="preserve">[44:47] </w:t>
      </w:r>
      <w:r>
        <w:t>ek martaba main kisi in india ke kisi state mein car se safar kar raha tha to hamara jo driver tha, woh naya tha.</w:t>
      </w:r>
    </w:p>
    <w:p>
      <w:pPr>
        <w:jc w:val="right"/>
      </w:pPr>
      <w:r>
        <w:t>ایک مرتبہ میں کسی ان انڈیا کے کسی اسٹیٹ میں کار سے سفر کر رہا تھا تو ہمارا جو ڈرائیور تھا، وہ نیا تھا۔</w:t>
      </w:r>
    </w:p>
    <w:p>
      <w:r>
        <w:rPr>
          <w:b/>
        </w:rPr>
        <w:t xml:space="preserve">[45:00] </w:t>
      </w:r>
      <w:r>
        <w:t>to ek bar aisa mujhe mashwara ke woh kisi aise area mein guzar raha hai jo mujhe ajeeb hi lagta tha. main ne kaha, "driver sahab, ke driver sahab, yeh to jahan aap ja rahe hain, mujhe ajeeb hi lag raha hai.</w:t>
      </w:r>
    </w:p>
    <w:p>
      <w:pPr>
        <w:jc w:val="right"/>
      </w:pPr>
      <w:r>
        <w:t>تو ایک بار ایسا مجھے مشورہ کہ وہ کسی ایسے ایریا میں گزر رہا ہے جو مجھے عجیب ہی لگتا تھا۔ میں نے کہا، "ڈرائیور صاحب، کہ ڈرائیور صاحب، یہ تو جہاں آپ جا رہے ہیں، مجھے عجیب ہی لگ رہا ہے۔</w:t>
      </w:r>
    </w:p>
    <w:p>
      <w:r>
        <w:rPr>
          <w:b/>
        </w:rPr>
        <w:t xml:space="preserve">[45:14] </w:t>
      </w:r>
      <w:r>
        <w:t>yeh koi aur area hai jahan hum jana tha, woh area nahin hai."</w:t>
      </w:r>
    </w:p>
    <w:p>
      <w:pPr>
        <w:jc w:val="right"/>
      </w:pPr>
      <w:r>
        <w:t>یہ کوئی اور ایریا ہے جہاں ہم جانا تھا، وہ ایریا نہیں ہے۔"</w:t>
      </w:r>
    </w:p>
    <w:p>
      <w:r>
        <w:rPr>
          <w:b/>
        </w:rPr>
        <w:t xml:space="preserve">[45:18] </w:t>
      </w:r>
      <w:r>
        <w:t>to unhon ne car khadi ki aur poocha kisi se. to us ne bataya ke road kahan ja rahi hai. to maloom hua ke hum ek aur hi road par bhag rahe the, yani jana tha idhar, ja rahe the idhar.</w:t>
      </w:r>
    </w:p>
    <w:p>
      <w:pPr>
        <w:jc w:val="right"/>
      </w:pPr>
      <w:r>
        <w:t>تو انہوں نے کار کھڑی کی اور پوچھا کسی سے۔ تو اس نے بتایا کہ روڈ کہاں جا رہی ہے۔ تو معلوم ہوا کہ ہم ایک اور ہی روڈ پر بھاگ رہے تھے، یعنی جانا تھا ادھر، جا رہے تھے ادھر۔</w:t>
      </w:r>
    </w:p>
    <w:p>
      <w:r>
        <w:rPr>
          <w:b/>
        </w:rPr>
        <w:t xml:space="preserve">[45:31] </w:t>
      </w:r>
      <w:r>
        <w:t>to unhon ne kya kiya? u-turn liya, yani car ko ghumaya. to qaumon ki zindagi mein bhi u-turn ka time aata hai. u-turn, agar aap u-turn na len, ise bhagte rahen, bhagte rahen to aap ki destination kabhi nahin aayegi.</w:t>
      </w:r>
    </w:p>
    <w:p>
      <w:pPr>
        <w:jc w:val="right"/>
      </w:pPr>
      <w:r>
        <w:t>تو انہوں نے کیا کیا؟ یو ٹرن لیا، یعنی کار کو گھمایا۔ تو قوموں کی زندگی میں بھی یو ٹرن کا ٹائم آتا ہے۔ یو ٹرن، اگر آپ یو ٹرن نہ لیں، اسے بھاگتے رہیں، بھاگتے رہیں تو آپ کی ڈسٹریشن کبھی نہیں آئے گی۔</w:t>
      </w:r>
    </w:p>
    <w:p>
      <w:r>
        <w:rPr>
          <w:b/>
        </w:rPr>
        <w:t xml:space="preserve">[45:49] </w:t>
      </w:r>
      <w:r>
        <w:t>aap ko u-turn lena padta hai zindagi mein. dekhen, british empire tha, india is ka hissa tha, is ka use u-turn liya second world war ke baad.</w:t>
      </w:r>
    </w:p>
    <w:p>
      <w:pPr>
        <w:jc w:val="right"/>
      </w:pPr>
      <w:r>
        <w:t>آپ کو یو ٹرن لینا پڑتا ہے زندگی میں۔ دیکھیں، برٹش ایمپائر تھا، انڈیا اس کا حصہ تھا، اس کا اسے یو ٹرن لیا سیکنڈ ورلڈ وار کے بعد۔</w:t>
      </w:r>
    </w:p>
    <w:p>
      <w:r>
        <w:rPr>
          <w:b/>
        </w:rPr>
        <w:t xml:space="preserve">[46:00] </w:t>
      </w:r>
      <w:r>
        <w:t>japan ne u-turn liya, negal ne france ne u-turn liya. to jitna qaumen u-turn leti hain, yeh nahin ke andha andha isi raste par bhagte rahen, chahe woh kahin ja kar un ka takra jaye.</w:t>
      </w:r>
    </w:p>
    <w:p>
      <w:pPr>
        <w:jc w:val="right"/>
      </w:pPr>
      <w:r>
        <w:t>جاپان نے یو ٹرن لیا، نیگال نے فرانس نے یو ٹرن لیا۔ تو جتنا قومیں یو ٹرن لیتی ہیں، یہ نہیں کہ اندھا اندھا اسی راستے پر بھاگتے رہے، چاہے وہ کہیں جا کر ان کا ٹکرا جائے۔</w:t>
      </w:r>
    </w:p>
    <w:p>
      <w:r>
        <w:rPr>
          <w:b/>
        </w:rPr>
        <w:t xml:space="preserve">[46:15] </w:t>
      </w:r>
      <w:r>
        <w:t>ab musalmanon ke liye time aa gaya hai u-turn lene ka,</w:t>
      </w:r>
    </w:p>
    <w:p>
      <w:pPr>
        <w:jc w:val="right"/>
      </w:pPr>
      <w:r>
        <w:t>اب مسلمانوں کے لیے ٹائم آ گیا ہے یو ٹرن لینے کا،</w:t>
      </w:r>
    </w:p>
    <w:p>
      <w:r>
        <w:rPr>
          <w:b/>
        </w:rPr>
        <w:t xml:space="preserve">[46:21] </w:t>
      </w:r>
      <w:r>
        <w:t>aur koi bhi shakal nahin hai, sab tabahi hai, sab suicide bombing hai, sab apna apne aap ko halak karna hai. u-turn ka matlab kya hai?</w:t>
      </w:r>
    </w:p>
    <w:p>
      <w:pPr>
        <w:jc w:val="right"/>
      </w:pPr>
      <w:r>
        <w:t>اور کوئی بھی شکل نہیں ہے، سب تباہی ہے، سب سوسائیڈ بمبنگ ہے، سب اپنا اپنے آپ کو ہلاک کرنا ہے۔ یو ٹرن کا مطلب کیا ہے؟</w:t>
      </w:r>
    </w:p>
    <w:p>
      <w:r>
        <w:rPr>
          <w:b/>
        </w:rPr>
        <w:t xml:space="preserve">[46:33] </w:t>
      </w:r>
      <w:r>
        <w:t>from political activism to peaceful activism, peaceful da'wah activism, from political activism to da'wah activism.</w:t>
      </w:r>
    </w:p>
    <w:p>
      <w:pPr>
        <w:jc w:val="right"/>
      </w:pPr>
      <w:r>
        <w:t>فرام پولیٹیکل ایکٹیوزم ٹو پیس فل ایکٹیوزم، پیس فل دعویٰ ایکٹیوزم، فرام پولیٹیکل ایکٹیوزم ٹو دعویٰ ایکٹیوزم۔</w:t>
      </w:r>
    </w:p>
    <w:p>
      <w:r>
        <w:rPr>
          <w:b/>
        </w:rPr>
        <w:t xml:space="preserve">[46:42] </w:t>
      </w:r>
      <w:r>
        <w:t>yeh hai u-turn. yani ab tak musalman political activism classes mein chal rahe the,</w:t>
      </w:r>
    </w:p>
    <w:p>
      <w:pPr>
        <w:jc w:val="right"/>
      </w:pPr>
      <w:r>
        <w:t>یہ ہے یو ٹرن۔ یعنی اب تک مسلمان پولیٹیکل ایکٹیوزم کلاسز میں چل رہے تھے،</w:t>
      </w:r>
    </w:p>
    <w:p>
      <w:r>
        <w:rPr>
          <w:b/>
        </w:rPr>
        <w:t xml:space="preserve">[46:51] </w:t>
      </w:r>
      <w:r>
        <w:t>ab unhen is ko chhod dena hai, chhod kar ke da'wah activism classes padhana hai. koi doosra rasta nahin. poori muslim ummat jo hai, east se west tak, arab se ajam tak, india se jahan bhi tak chale jayen, aap har jagah ek hi sab ko karna hai kaam, woh hai u-turn lena hai.</w:t>
      </w:r>
    </w:p>
    <w:p>
      <w:pPr>
        <w:jc w:val="right"/>
      </w:pPr>
      <w:r>
        <w:t>اب انہیں اس کو چھوڑ دینا ہے، چھوڑ کر کے دعویٰ ایکٹیوزم کلاسیں پڑھانا ہے۔ کوئی دوسرا راستہ نہیں۔ پوری مسلم امت جو ہے، ایسٹ سے ویسٹ تک، عرب سے عجب تک، انڈیا سے جہاں بھی تک چلے جائیں، آپ ہر جگہ ایک ہی سب کو کرنا ہے کام، وہ ہے یو ٹرن لینا ہے۔</w:t>
      </w:r>
    </w:p>
    <w:p>
      <w:r>
        <w:rPr>
          <w:b/>
        </w:rPr>
        <w:t xml:space="preserve">[47:15] </w:t>
      </w:r>
      <w:r>
        <w:t>yani from political activism to da'wah activism. yahi allah taala ka, yani planning hai, allah taala ka mansooba hai, allah taala ki is ki wahan think jo hai, is ke mutabiq baaten yahi hain.</w:t>
      </w:r>
    </w:p>
    <w:p>
      <w:pPr>
        <w:jc w:val="right"/>
      </w:pPr>
      <w:r>
        <w:t>یعنی فرام پولیٹیکل ایکٹیوزم ٹو دعویٰ ایکٹیوزم۔ یہی اللہ تعالیٰ کا، یعنی پلاننگ ہے، اللہ تعالیٰ کا منصوبہ ہے، اللہ تعالیٰ کی اس کی وہاں تھنک جو ہے، اس کے مطابق باتیں یہی ہیں۔</w:t>
      </w:r>
    </w:p>
    <w:p>
      <w:r>
        <w:rPr>
          <w:b/>
        </w:rPr>
        <w:t xml:space="preserve">[47:29] </w:t>
      </w:r>
      <w:r>
        <w:t>agar musalmanon ne aisa nahin kiya to siwaye tabahi mein izafa ke aur</w:t>
      </w:r>
    </w:p>
    <w:p>
      <w:pPr>
        <w:jc w:val="right"/>
      </w:pPr>
      <w:r>
        <w:t>اگر مسلمانوں نے ایسا نہیں کیا تو سوائے تباہی میں اضافہ کے اور</w:t>
      </w:r>
    </w:p>
    <w:p>
      <w:r>
        <w:rPr>
          <w:b/>
        </w:rPr>
        <w:t xml:space="preserve">[47:35] </w:t>
      </w:r>
      <w:r>
        <w:t>kuch bhi nahin hoga. islam ki tareekh mein jo hudaybiyah tha, woh u-turn hi to tha, woh hudaybiyah u-turn tha. hudaybiyah se pehle aap jante hain ke ghazwaat pesh aa rahe the, ghazwaat, aur hudaybiyah ke baad bilkul ghazwaat ko, yani lateral taur par khatm kar diya gaya, un ki condition ko man liya gaya, un ki sharton ko man liya gaya, yani lateral taur par,</w:t>
      </w:r>
    </w:p>
    <w:p>
      <w:pPr>
        <w:jc w:val="right"/>
      </w:pPr>
      <w:r>
        <w:t>کچھ بھی نہیں ہوگا۔ اسلام کی تاریخ میں جو حدیبیہ تھا، وہ یو ٹرن ہی تو تھا، وہ حدیبیہ یو ٹرن تھا۔ حدیبیہ سے پہلے آپ جانتے ہیں کہ غزوات پیش آ رہے تھے، غزوات، اور حدیبیہ کے بعد بالکل غزوات کو، یعنی لیٹرل طور پر ختم کر دیا گیا، ان کی کنڈیشن کو مان لیا گیا، ان کی شرطوں کو مان لیا گیا، یعنی لیٹرل طور پر،</w:t>
      </w:r>
    </w:p>
    <w:p>
      <w:r>
        <w:rPr>
          <w:b/>
        </w:rPr>
        <w:t xml:space="preserve">[47:58] </w:t>
      </w:r>
      <w:r>
        <w:t>aur yeh tay kiya gaya ke ab se koi ladai nahin hogi, koi ladai nahin hogi.</w:t>
      </w:r>
    </w:p>
    <w:p>
      <w:pPr>
        <w:jc w:val="right"/>
      </w:pPr>
      <w:r>
        <w:t>اور یہ طے کیا گیا کہ اب سے کوئی لڑائی نہیں ہوگی، کوئی لڑائی نہیں ہوگی۔</w:t>
      </w:r>
    </w:p>
    <w:p>
      <w:r>
        <w:rPr>
          <w:b/>
        </w:rPr>
        <w:t xml:space="preserve">[48:04] </w:t>
      </w:r>
      <w:r>
        <w:t>ab jo hai, hamein kya karna hai? peaceful da'wah work karna hai. to hudaybiyah was a u-turn, a policy of u-turn.</w:t>
      </w:r>
    </w:p>
    <w:p>
      <w:pPr>
        <w:jc w:val="right"/>
      </w:pPr>
      <w:r>
        <w:t>اب جو ہے، ہمیں کیا کرنا ہے؟ پیس فل دعویٰ ورک کرنا ہے۔ تو حدیبیہ واز ا یو ٹرن، ا پالیسی اف یو ٹرن۔</w:t>
      </w:r>
    </w:p>
    <w:p>
      <w:r>
        <w:rPr>
          <w:b/>
        </w:rPr>
        <w:t xml:space="preserve">[48:14] </w:t>
      </w:r>
      <w:r>
        <w:t>to wahi policy if you turn hamein lena hai.</w:t>
      </w:r>
    </w:p>
    <w:p>
      <w:pPr>
        <w:jc w:val="right"/>
      </w:pPr>
      <w:r>
        <w:t>تو وہی پالیسی اف یو ٹرن ہمیں لینا ہے۔</w:t>
      </w:r>
    </w:p>
    <w:p>
      <w:r>
        <w:rPr>
          <w:b/>
        </w:rPr>
        <w:t xml:space="preserve">[48:20] </w:t>
      </w:r>
      <w:r>
        <w:t>itna zyada yeh baat khul chuki hai ke ab jo aadmi is baat ko na samjhe, woh bilashuba blind hai, blind, blind hai.</w:t>
      </w:r>
    </w:p>
    <w:p>
      <w:pPr>
        <w:jc w:val="right"/>
      </w:pPr>
      <w:r>
        <w:t>اتنا زیادہ یہ بات کھل چکی ہے کہ اب جو آدمی اس بات کو نہ سمجھے، وہ بلاشبہ بلائنڈ ہے، بلائنڈ، بلائنڈ ہے۔</w:t>
      </w:r>
    </w:p>
    <w:p>
      <w:r>
        <w:rPr>
          <w:b/>
        </w:rPr>
        <w:t xml:space="preserve">[48:29] </w:t>
      </w:r>
      <w:r>
        <w:t>woh ke aakhir yeh kis liye? ab jo musalman jo military si chalaye gaye hain, jo political activism chalaye gaye hain, violent activism chalaye gaye hain, kis liye?</w:t>
      </w:r>
    </w:p>
    <w:p>
      <w:pPr>
        <w:jc w:val="right"/>
      </w:pPr>
      <w:r>
        <w:t>وہ کہ آخر یہ کس لیے؟ اب جو مسلمان جو ملٹریسی چلائے گئے ہیں، جو پولیٹیکل ایکٹیوزم چلائے گئے ہیں، وائلنٹ ایکٹیوزم چلائے گئے ہیں، کس لیے؟</w:t>
      </w:r>
    </w:p>
    <w:p>
      <w:r>
        <w:rPr>
          <w:b/>
        </w:rPr>
        <w:t xml:space="preserve">[48:42] </w:t>
      </w:r>
      <w:r>
        <w:t>yani for the purpose. jab kuch gain nahi ho raha to kyun?</w:t>
      </w:r>
    </w:p>
    <w:p>
      <w:pPr>
        <w:jc w:val="right"/>
      </w:pPr>
      <w:r>
        <w:t>یعنی فار دی پرپس۔ جب کچھ گین نہیں ہو رہا تو کیوں؟</w:t>
      </w:r>
    </w:p>
    <w:p>
      <w:r>
        <w:rPr>
          <w:b/>
        </w:rPr>
        <w:t xml:space="preserve">[48:49] </w:t>
      </w:r>
      <w:r>
        <w:t>yani kashmir mein lade, ek lakh hadi mar gaye. yeh kya? isi ke liye kashmir movement thi ke ek lakh hadi mar gaye, mile kuch nahi.</w:t>
      </w:r>
    </w:p>
    <w:p>
      <w:pPr>
        <w:jc w:val="right"/>
      </w:pPr>
      <w:r>
        <w:t>یعنی کشمیر میں لڑے، ایک لاکھ ہادی مر گئے۔ یہ کیا؟ اسی کے لیے کشمیر موومنٹ تھی کہ ایک لاکھ ہادی مر گئے، ملے کچھ نہیں۔</w:t>
      </w:r>
    </w:p>
    <w:p>
      <w:r>
        <w:rPr>
          <w:b/>
        </w:rPr>
        <w:t xml:space="preserve">[49:01] </w:t>
      </w:r>
      <w:r>
        <w:t>yani ek lakh, ek lakh jawan mar jayein, mile kuch nahi. falasteen mein beshumar log mar gaye, beshumar paisa zaya hua, aur mila kuch bhi nahi.</w:t>
      </w:r>
    </w:p>
    <w:p>
      <w:pPr>
        <w:jc w:val="right"/>
      </w:pPr>
      <w:r>
        <w:t>یعنی ایک لاکھ، ایک لاکھ جوان مر جائیں، ملے کچھ نہیں۔ فلسطین میں بے شمار لوگ مر گئے، بے شمار پیسہ ضائع ہوا، اور ملا کچھ بھی نہیں۔</w:t>
      </w:r>
    </w:p>
    <w:p>
      <w:r>
        <w:rPr>
          <w:b/>
        </w:rPr>
        <w:t xml:space="preserve">[49:13] </w:t>
      </w:r>
      <w:r>
        <w:t>to kya musalmanon ko yahi karna hai ke aisi tehreekein chalayein, aisi, yani aisi activities mein apne aap ko involve karein, jis ka result kuch na ho, apni halakat ke siwa?</w:t>
      </w:r>
    </w:p>
    <w:p>
      <w:pPr>
        <w:jc w:val="right"/>
      </w:pPr>
      <w:r>
        <w:t>تو کیا مسلمانوں کو یہی کرنا ہے کہ ایسی تحریکیں چلائیں، ایسی، یعنی ایسی ایکٹیویٹیز میں اپنے آپ کو انوالو کریں، جس کا رزلٹ کچھ نہ ہو، اپنی ہلاکت کے سوا؟</w:t>
      </w:r>
    </w:p>
    <w:p>
      <w:r>
        <w:rPr>
          <w:b/>
        </w:rPr>
        <w:t xml:space="preserve">[49:27] </w:t>
      </w:r>
      <w:r>
        <w:t>yeh yeh koi, yeh yeh koi, yeh wisdom hai, yeh koi aql ki baat hai? is se apni aql hi kya ho sakti hai?</w:t>
      </w:r>
    </w:p>
    <w:p>
      <w:pPr>
        <w:jc w:val="right"/>
      </w:pPr>
      <w:r>
        <w:t>یہ یہ کوئی، یہ یہ کوئی، یہ وزڈم ہے، یہ کوئی عقل کی بات ہے؟ اس سے اپنی عقل ہی کیا ہو سکتی ہے؟</w:t>
      </w:r>
    </w:p>
    <w:p>
      <w:r>
        <w:rPr>
          <w:b/>
        </w:rPr>
        <w:t xml:space="preserve">[49:38] </w:t>
      </w:r>
      <w:r>
        <w:t>to chahe aap quran ke lehaz se sochein, history ke lehaz se sochein, result ke lehaz se sochein, yani quran bhi yahi kehta hai, history bhi yahi karti hai, result bhi yahi kehta hai ke you have to, you have to set, yani you have to reset your priority,</w:t>
      </w:r>
    </w:p>
    <w:p>
      <w:pPr>
        <w:jc w:val="right"/>
      </w:pPr>
      <w:r>
        <w:t>تو چاہے آپ قرآن کے لحاظ سے سوچیں، ہسٹری کے لحاظ سے سوچیں، رزلٹ کے لحاظ سے سوچیں، یعنی قرآن بھی یہی کہتا ہے، ہسٹری بھی یہی کرتی ہے، رزلٹ بھی یہی کہتا ہے کہ یو ہیو ٹو، یو ہیو ٹو سیٹ، یعنی یو ہیو ٹو ری سیٹ یور پرائرٹی،</w:t>
      </w:r>
    </w:p>
    <w:p>
      <w:r>
        <w:rPr>
          <w:b/>
        </w:rPr>
        <w:t xml:space="preserve">[49:57] </w:t>
      </w:r>
      <w:r>
        <w:t>you have to reassess, you have to replan your strategy. yani jitne bhi tareeqe hain, har tareeqe se yeh ek hi baat tak pohanchta hai.</w:t>
      </w:r>
    </w:p>
    <w:p>
      <w:pPr>
        <w:jc w:val="right"/>
      </w:pPr>
      <w:r>
        <w:t>یو ہیو ٹو ری ایسس، یو ہیو ٹو ری پلان یور سٹریٹجی۔ یعنی جتنے بھی طریقے ہیں، ہر طریقے سے یہ ایک ہی بات تک پہنچتا ہے۔</w:t>
      </w:r>
    </w:p>
    <w:p>
      <w:r>
        <w:rPr>
          <w:b/>
        </w:rPr>
        <w:t xml:space="preserve">[50:13] </w:t>
      </w:r>
      <w:r>
        <w:t>insan ki soch woh yahi hai ke you turn lena. athaisween sadi ka khatma aur unneesween sadi ka aaghaz ek bohat bara juncture tha musalmanon ki muslim tareekh mein.</w:t>
      </w:r>
    </w:p>
    <w:p>
      <w:pPr>
        <w:jc w:val="right"/>
      </w:pPr>
      <w:r>
        <w:t>انسان کی سوچ وہ یہی ہے کہ یو ٹرن لینا۔ اٹھائیسویں صدی کا خاتمہ اور انیسویں صدی کا آغاز ایک بہت بڑا جنکچر تھا مسلمانوں کی مسلم تاریخ میں۔</w:t>
      </w:r>
    </w:p>
    <w:p>
      <w:r>
        <w:rPr>
          <w:b/>
        </w:rPr>
        <w:t xml:space="preserve">[50:25] </w:t>
      </w:r>
      <w:r>
        <w:t>ek bohat bara moqa tha,</w:t>
      </w:r>
    </w:p>
    <w:p>
      <w:pPr>
        <w:jc w:val="right"/>
      </w:pPr>
      <w:r>
        <w:t>ایک بہت بڑا موقع تھا،</w:t>
      </w:r>
    </w:p>
    <w:p>
      <w:r>
        <w:rPr>
          <w:b/>
        </w:rPr>
        <w:t xml:space="preserve">[50:27] </w:t>
      </w:r>
      <w:r>
        <w:t>ek bohat hi jo poori history mein kabhi nahi aaya tha. ain isi waqt musalman jo hai, baat ko samajh nahi sake, ain isi waqt fail ho gaye baat ko samajhne se.</w:t>
      </w:r>
    </w:p>
    <w:p>
      <w:pPr>
        <w:jc w:val="right"/>
      </w:pPr>
      <w:r>
        <w:t>ایک بہت ہی جو پوری ہسٹری میں کبھی نہیں آیا تھا۔ عین اسی وقت مسلمان جو ہے، بات کو سمجھ نہیں سکے، عین اسی وقت فیل ہو گئے بات کو سمجھنے سے۔</w:t>
      </w:r>
    </w:p>
    <w:p>
      <w:r>
        <w:rPr>
          <w:b/>
        </w:rPr>
        <w:t xml:space="preserve">[50:39] </w:t>
      </w:r>
      <w:r>
        <w:t>woh sirf react kiya unhone.</w:t>
      </w:r>
    </w:p>
    <w:p>
      <w:pPr>
        <w:jc w:val="right"/>
      </w:pPr>
      <w:r>
        <w:t>وہ صرف ری ایکٹ کیا انہوں نے۔</w:t>
      </w:r>
    </w:p>
    <w:p>
      <w:r>
        <w:rPr>
          <w:b/>
        </w:rPr>
        <w:t xml:space="preserve">[50:41] </w:t>
      </w:r>
      <w:r>
        <w:t>jo kuch do sadiyon mein hua hai, woh woh sirf reaction tha, sirf reaction, reaction, reaction, aur kuch bhi nahi tha.</w:t>
      </w:r>
    </w:p>
    <w:p>
      <w:pPr>
        <w:jc w:val="right"/>
      </w:pPr>
      <w:r>
        <w:t>جو کچھ دو صدیوں میں ہوا ہے، وہ وہ صرف ری ایکشن تھا، صرف ری ایکشن، ری ایکشن، ری ایکشن، اور کچھ بھی نہیں تھا۔</w:t>
      </w:r>
    </w:p>
    <w:p>
      <w:r>
        <w:rPr>
          <w:b/>
        </w:rPr>
        <w:t xml:space="preserve">[50:50] </w:t>
      </w:r>
      <w:r>
        <w:t>koi positive planning nahi, koi positive thinking nahi, bas reaction, reaction. to dekhein, dunya mein reaction karke aadmi ko kuch gain nahi hota.</w:t>
      </w:r>
    </w:p>
    <w:p>
      <w:pPr>
        <w:jc w:val="right"/>
      </w:pPr>
      <w:r>
        <w:t>کوئی پازیٹیو پلاننگ نہیں، کوئی پازیٹیو تھنکنگ نہیں، بس ری ایکشن، ری ایکشن۔ تو دیکھیں، دنیا میں ری ایکشن کر کے آدمی کو کچھ گین نہیں ہوتا۔</w:t>
      </w:r>
    </w:p>
    <w:p>
      <w:r>
        <w:rPr>
          <w:b/>
        </w:rPr>
        <w:t xml:space="preserve">[51:04] </w:t>
      </w:r>
      <w:r>
        <w:t>kabhi bhi koi aadmi agar uska mizaj reaction ka mizaj hai to kuch bhi nahi pa sakta. woh reaction ke zariye aap apne ko tabah to kar sakte hain,</w:t>
      </w:r>
    </w:p>
    <w:p>
      <w:pPr>
        <w:jc w:val="right"/>
      </w:pPr>
      <w:r>
        <w:t>کبھی بھی کوئی آدمی اگر اس کا مزاج ری ایکشن کا مزاج ہے تو کچھ بھی نہیں پا سکتا۔ وہ ری ایکشن کے ذریعے آپ اپنے کو تباہ تو کر سکتے ہیں،</w:t>
      </w:r>
    </w:p>
    <w:p>
      <w:r>
        <w:rPr>
          <w:b/>
        </w:rPr>
        <w:t xml:space="preserve">[51:17] </w:t>
      </w:r>
      <w:r>
        <w:t>payenge kuch nahi.</w:t>
      </w:r>
    </w:p>
    <w:p>
      <w:pPr>
        <w:jc w:val="right"/>
      </w:pPr>
      <w:r>
        <w:t>پائیں گے کچھ نہیں۔</w:t>
      </w:r>
    </w:p>
    <w:p>
      <w:r>
        <w:rPr>
          <w:b/>
        </w:rPr>
        <w:t xml:space="preserve">[51:20] </w:t>
      </w:r>
      <w:r>
        <w:t>to yeh jo moqa tha jab ke zaroorat thi ke replanning ki jaye, apne priorities ko reset kiya jaye, apne role ko phir se discover kiya jaye,</w:t>
      </w:r>
    </w:p>
    <w:p>
      <w:pPr>
        <w:jc w:val="right"/>
      </w:pPr>
      <w:r>
        <w:t>تو یہ جو موقع تھا جب کہ ضرورت تھی کہ ری پلاننگ کی جائے، اپنے پرائرٹیز کو ری سیٹ کیا جائے، اپنے رول کو پھر سے ڈسکور کیا جائے،</w:t>
      </w:r>
    </w:p>
    <w:p>
      <w:r>
        <w:rPr>
          <w:b/>
        </w:rPr>
        <w:t xml:space="preserve">[51:33] </w:t>
      </w:r>
      <w:r>
        <w:t>isi moqa par kya hua ke logon ne bas sirf react karna shuru kar diya, bas aur kuch nahi.</w:t>
      </w:r>
    </w:p>
    <w:p>
      <w:pPr>
        <w:jc w:val="right"/>
      </w:pPr>
      <w:r>
        <w:t>اسی موقع پر کیا ہوا کہ لوگوں نے بس صرف ری ایکٹ کرنا شروع کر دیا، بس اور کچھ نہیں۔</w:t>
      </w:r>
    </w:p>
    <w:p>
      <w:r>
        <w:rPr>
          <w:b/>
        </w:rPr>
        <w:t xml:space="preserve">[51:41] </w:t>
      </w:r>
      <w:r>
        <w:t>to yeh hai, yani jo mera, jo mera experience hai, jo meri study hai, aur jo kuch maine jana hai zindagi bhar ke mutale se, is ka khulasa main arz kiya aap ke samne.</w:t>
      </w:r>
    </w:p>
    <w:p>
      <w:pPr>
        <w:jc w:val="right"/>
      </w:pPr>
      <w:r>
        <w:t>تو یہ ہے، یعنی جو میرا، جو میرا ایکسپیرینس ہے، جو میری اسٹڈی ہے، اور جو کچھ میں نے جانا ہے زندگی بھر کے مطالعے سے، اس کا خلاصہ میں عرض کیا آپ کے سامنے۔</w:t>
      </w:r>
    </w:p>
    <w:p>
      <w:r>
        <w:rPr>
          <w:b/>
        </w:rPr>
        <w:t xml:space="preserve">[51:59] </w:t>
      </w:r>
      <w:r>
        <w:t>is ka khulasa, aur sari dunya ke musalmanon pe yeh ek sawal mein, ek ek sawal hai un ke zehnon par ke hum kyun fail ho rahe hain?</w:t>
      </w:r>
    </w:p>
    <w:p>
      <w:pPr>
        <w:jc w:val="right"/>
      </w:pPr>
      <w:r>
        <w:t>اس کا خلاصہ، اور ساری دنیا کے مسلمانوں پہ یہ ایک سوال میں، ایک ایک سوال ہے ان کے ذہنوں پر کہ ہم کیوں فیل ہو رہے ہیں؟</w:t>
      </w:r>
    </w:p>
    <w:p>
      <w:r>
        <w:rPr>
          <w:b/>
        </w:rPr>
        <w:t xml:space="preserve">[52:11] </w:t>
      </w:r>
      <w:r>
        <w:t>ke hamare case failure case kyun hain?</w:t>
      </w:r>
    </w:p>
    <w:p>
      <w:pPr>
        <w:jc w:val="right"/>
      </w:pPr>
      <w:r>
        <w:t>کہ ہمارے کیس فیلیر کیس کیوں ہیں؟</w:t>
      </w:r>
    </w:p>
    <w:p>
      <w:r>
        <w:rPr>
          <w:b/>
        </w:rPr>
        <w:t xml:space="preserve">[52:16] </w:t>
      </w:r>
      <w:r>
        <w:t>yeh yeh poore musalmanon ke dimagh pe is cheez chhai hui hai ke itni qurbaniyan hain, itni itni koshishein hain, ke bawajood to bare bare log paida hue, bare bare mind,</w:t>
      </w:r>
    </w:p>
    <w:p>
      <w:pPr>
        <w:jc w:val="right"/>
      </w:pPr>
      <w:r>
        <w:t>یہ یہ پورے مسلمانوں کے دماغ پہ اس چیز چھائی ہوئی ہے کہ اتنی قربانیاں ہیں، اتنی اتنی کوششیں ہیں، کے باوجود تو بڑے بڑے لوگ پیدا ہوئے، بڑے بڑے مائنڈ،</w:t>
      </w:r>
    </w:p>
    <w:p>
      <w:r>
        <w:rPr>
          <w:b/>
        </w:rPr>
        <w:t xml:space="preserve">[52:30] </w:t>
      </w:r>
      <w:r>
        <w:t>lekin sirf nakami, sirf nakami, sirf nakami. to sare log yeh soch rahe hain ke aakhir kyun aisa ho raha hai? lekin woh soch, soch un ki soch jo chal rahi hai,</w:t>
      </w:r>
    </w:p>
    <w:p>
      <w:pPr>
        <w:jc w:val="right"/>
      </w:pPr>
      <w:r>
        <w:t>لیکن صرف ناکامی، صرف ناکامی، صرف ناکامی۔ تو سارے لوگ یہ سوچ رہے ہیں کہ آخر کیوں ایسا ہو رہا ہے؟ لیکن وہ سوچ، سوچ ان کی سوچ جو چل رہی ہے،</w:t>
      </w:r>
    </w:p>
    <w:p>
      <w:r>
        <w:rPr>
          <w:b/>
        </w:rPr>
        <w:t xml:space="preserve">[52:44] </w:t>
      </w:r>
      <w:r>
        <w:t>kis baat, kis usool pe chal rahi hai? blame adas ke usool pe chal rahi hai. abhi jo musalmanon ki jo soch hai, woh sab ki sab blame adas ke upar chal rahi hai, blame dayen sirf nahi chal rahi.</w:t>
      </w:r>
    </w:p>
    <w:p>
      <w:pPr>
        <w:jc w:val="right"/>
      </w:pPr>
      <w:r>
        <w:t>کس بات، کس اصول پہ چل رہی ہے؟ بلیم ادس کے اصول پہ چل رہی ہے۔ ابھی جو مسلمانوں کی جو سوچ ہے، وہ سب کی سب بلیم ادس کے اوپر چل رہی ہے، بلیم دائیں صرف نہیں چل رہی۔</w:t>
      </w:r>
    </w:p>
    <w:p>
      <w:r>
        <w:rPr>
          <w:b/>
        </w:rPr>
        <w:t xml:space="preserve">[52:56] </w:t>
      </w:r>
      <w:r>
        <w:t>main samajhta hoon ke jab tak yeh trend badlega nahi, yani blame adas ka jo trend hai musalmanon mein, woh jab jab tak woh badlega nahi, aur blame dayi self ka trend jab tak nahi aayega musalmanon mein, tab tak unke andar koi koi bhi, yani koi healthy beginning nahi ho sakti hai.</w:t>
      </w:r>
    </w:p>
    <w:p>
      <w:pPr>
        <w:jc w:val="right"/>
      </w:pPr>
      <w:r>
        <w:t>میں سمجھتا ہوں کہ جب تک یہ ٹرینڈ بدلے گا نہیں، یعنی بلیم ادس کا جو ٹرینڈ ہے مسلمانوں میں، وہ جب جب تک وہ بدلے گا نہیں، اور بلیم دائی سیلف کا ٹرینڈ جب تک نہیں آئے گا مسلمانوں میں، تب تک ان کے اندر کوئی کوئی بھی، یعنی کوئی ہیلدی بگننگ نہیں ہو سکتی ہے۔</w:t>
      </w:r>
    </w:p>
    <w:p>
      <w:r>
        <w:rPr>
          <w:b/>
        </w:rPr>
        <w:t xml:space="preserve">[53:18] </w:t>
      </w:r>
      <w:r>
        <w:t>koi kisi healthy beginning ke liye lazim hai ke aap ke musalmanon ke andar blame adas ka zehan khatm ho, aur blame dayi self ka zehan aaye unke andar.</w:t>
      </w:r>
    </w:p>
    <w:p>
      <w:pPr>
        <w:jc w:val="right"/>
      </w:pPr>
      <w:r>
        <w:t>کوئی کسی ہیلدی بگننگ کے لیے لازم ہے کہ آپ کے مسلمانوں کے اندر بلیم ادس کا ذہن ختم ہو، اور بلیم دائی سیلف کا ذہن آئے ان کے اندر۔</w:t>
      </w:r>
    </w:p>
    <w:p>
      <w:r>
        <w:rPr>
          <w:b/>
        </w:rPr>
        <w:t xml:space="preserve">[53:31] </w:t>
      </w:r>
      <w:r>
        <w:t>mujhe is mein zara bhi shaq nahi ke jo main keh raha hoon ke yeh main koi arbitrary nahi hai, yeh koi khitabat nahi hai, koi lafzi nahi hai.</w:t>
      </w:r>
    </w:p>
    <w:p>
      <w:pPr>
        <w:jc w:val="right"/>
      </w:pPr>
      <w:r>
        <w:t>مجھے اس میں ذرا بھی شک نہیں کہ جو میں کہہ رہا ہوں کہ یہ میں کوئی اریٹری نہیں ہے، یہ کوئی خطابت نہیں ہے، کوئی لفظی نہیں ہے۔</w:t>
      </w:r>
    </w:p>
    <w:p>
      <w:r>
        <w:rPr>
          <w:b/>
        </w:rPr>
        <w:t xml:space="preserve">[53:41] </w:t>
      </w:r>
      <w:r>
        <w:t>yeh</w:t>
      </w:r>
    </w:p>
    <w:p>
      <w:pPr>
        <w:jc w:val="right"/>
      </w:pPr>
      <w:r>
        <w:t>یہ</w:t>
      </w:r>
    </w:p>
    <w:p>
      <w:r>
        <w:rPr>
          <w:b/>
        </w:rPr>
        <w:t xml:space="preserve">[53:42] </w:t>
      </w:r>
      <w:r>
        <w:t>yeh meri, yani poori zindagi ki jo soch hai, poori zindagi ki jo study hai, iska khulasa yeh hai, iska khulasa hai, aur yeh main, yani sab se bari khair khwahi samajhta hoon musalmanon ki ke unko yeh baat batai jaye.</w:t>
      </w:r>
    </w:p>
    <w:p>
      <w:pPr>
        <w:jc w:val="right"/>
      </w:pPr>
      <w:r>
        <w:t>یہ میری، یعنی پوری زندگی کی جو سوچ ہے، پوری زندگی کی جو اسٹڈی ہے، اس کا خلاصہ یہ ہے، اس کا خلاصہ ہے، اور یہ میں، یعنی سب سے بڑی خیر خواہی سمجھتا ہوں مسلمانوں کی کہ ان کو یہ بات بتائی جائے۔</w:t>
      </w:r>
    </w:p>
    <w:p>
      <w:r>
        <w:rPr>
          <w:b/>
        </w:rPr>
        <w:t xml:space="preserve">[54:02] </w:t>
      </w:r>
      <w:r>
        <w:t>sab se bari khair khwahi,</w:t>
      </w:r>
    </w:p>
    <w:p>
      <w:pPr>
        <w:jc w:val="right"/>
      </w:pPr>
      <w:r>
        <w:t>سب سے بڑی خیر خواہی،</w:t>
      </w:r>
    </w:p>
    <w:p>
      <w:r>
        <w:rPr>
          <w:b/>
        </w:rPr>
        <w:t xml:space="preserve">[54:06] </w:t>
      </w:r>
      <w:r>
        <w:t>yani jo yeh khair khwahi nahi hai ke aap sirf logon ke jazbat ko feed karein, jo unhein acha lage, wahi boli bolte rahein.</w:t>
      </w:r>
    </w:p>
    <w:p>
      <w:pPr>
        <w:jc w:val="right"/>
      </w:pPr>
      <w:r>
        <w:t>یعنی جو یہ خیر خواہی نہیں ہے کہ آپ صرف لوگوں کے جذبات کو فیٹ کریں، جو انہیں اچھا لگے، وہی بولی بولتے رہیں۔</w:t>
      </w:r>
    </w:p>
    <w:p>
      <w:r>
        <w:rPr>
          <w:b/>
        </w:rPr>
        <w:t xml:space="preserve">[54:20] </w:t>
      </w:r>
      <w:r>
        <w:t>arabi mein kaha jata hai ke "man huwa naas hoga, khair ka man huwa maada hoga", yani jo aadmi tum ko criticize kare aur tum ko naseehat kare, woh zyada better hai us se jo tumhari tareefein kare.</w:t>
      </w:r>
    </w:p>
    <w:p>
      <w:pPr>
        <w:jc w:val="right"/>
      </w:pPr>
      <w:r>
        <w:t>عربی میں کہا جاتا ہے کہ "من ہوا ناس ہوگا، خیر کا من ہوا مادہ ہوگا"، یعنی جو آدمی تم کو کریٹیسائز کرے اور تم کو نصیحت کرے، وہ زیادہ بیٹر ہے اس سے جو تمہاری تعریفیں کرے۔</w:t>
      </w:r>
    </w:p>
    <w:p>
      <w:r>
        <w:rPr>
          <w:b/>
        </w:rPr>
        <w:t xml:space="preserve">[54:36] </w:t>
      </w:r>
      <w:r>
        <w:t>tareef ka matlab kya hai? aap ke jazbat ko jo feed kare, woh acha aadmi nahi hai, woh khair khwah nahi hai. khair khwah woh hai jo reason ki baat kare, jo fact, jo reality ki baat kare, jo haqaiq ki baat kare, woh aap ka khair khwah hai.</w:t>
      </w:r>
    </w:p>
    <w:p>
      <w:pPr>
        <w:jc w:val="right"/>
      </w:pPr>
      <w:r>
        <w:t>تعریف کا مطلب کیا ہے؟ آپ کے جذبات کو جو فیڈ کرے، وہ اچھا آدمی نہیں ہے، وہ خیر خواہ نہیں ہے۔ خیر خواہ وہ ہے جو ریزن کی بات کرے، جو فیکٹ، جو ریلیٹی کی بات کرے، جو حقائق کی بات کرے، وہ آپ کا خیر خواہ ہے۔</w:t>
      </w:r>
    </w:p>
    <w:p>
      <w:r>
        <w:rPr>
          <w:b/>
        </w:rPr>
        <w:t xml:space="preserve">[54:58] </w:t>
      </w:r>
      <w:r>
        <w:t>to jo kuch maine kaha hai, woh is liye nahi kaha hai ke main offend karoon logon ke. offend karne ke liye nahi, logon ke andar rethinking paida karne ke liye, rethinking ko jagane ke liye bani hai.</w:t>
      </w:r>
    </w:p>
    <w:p>
      <w:pPr>
        <w:jc w:val="right"/>
      </w:pPr>
      <w:r>
        <w:t>تو جو کچھ میں نے کہا ہے، وہ اس لیے نہیں کہا ہے کہ میں افینڈ کروں لوگوں کے۔ افینڈ کرنے کے لیے نہیں، لوگوں کے اندر ری تھنکنگ پیدا کرنے کے لیے، ری تھنکنگ کو جگانے کے لیے بنی ہے۔</w:t>
      </w:r>
    </w:p>
    <w:p>
      <w:r>
        <w:rPr>
          <w:b/>
        </w:rPr>
        <w:t xml:space="preserve">[55:13] </w:t>
      </w:r>
      <w:r>
        <w:t>batein kaheen hain, kyunke jab tak rethinking nahi aayegi, kuch bhi kaam banne wala nahi hai.</w:t>
      </w:r>
    </w:p>
    <w:p>
      <w:pPr>
        <w:jc w:val="right"/>
      </w:pPr>
      <w:r>
        <w:t>باتیں کہیں ہیں، کیونکہ جب تک ری تھنکنگ نہیں آئے گی، کچھ بھی کام بننے والا نہیں ہے۔</w:t>
      </w:r>
    </w:p>
    <w:p>
      <w:r>
        <w:rPr>
          <w:b/>
        </w:rPr>
        <w:t xml:space="preserve">[55:21] </w:t>
      </w:r>
      <w:r>
        <w:t>rethinking is waqt sab se pehli zaroorat hai. rethinking, yani phir se sochna, phir se sochna. jaise maine arz kiya ke main meri gaadi galat raste daud rahi thi to maine rethink kiya, driver se kaha,</w:t>
      </w:r>
    </w:p>
    <w:p>
      <w:pPr>
        <w:jc w:val="right"/>
      </w:pPr>
      <w:r>
        <w:t>ری تھنکنگ اس وقت سب سے پہلی ضرورت ہے۔ ری تھنکنگ، یعنی پھر سے سوچنا، پھر سے سوچنا۔ جیسے میں نے عرض کیا کہ میں میری گاڑی غلط راستے دوڑ رہی تھی تو میں نے ری تھنک کیا، ڈرائیور سے کہا،</w:t>
      </w:r>
    </w:p>
    <w:p>
      <w:r>
        <w:rPr>
          <w:b/>
        </w:rPr>
        <w:t xml:space="preserve">[55:38] </w:t>
      </w:r>
      <w:r>
        <w:t>ise bhi rethink kiya to pata chala ke pata chala ke hum to galat direction mein bhag rahe the. direction yeh tha, hum bhag rahe hain idhar.</w:t>
      </w:r>
    </w:p>
    <w:p>
      <w:pPr>
        <w:jc w:val="right"/>
      </w:pPr>
      <w:r>
        <w:t>اسے بھی ری تھنک کیا تو پتہ چلا کہ پتہ چلا کہ ہم تو غلط ڈائریکشن میں بھاگ رہے تھے۔ ڈائریکشن یہ تھا، ہم بھاگ رہے ہیں ادھر۔</w:t>
      </w:r>
    </w:p>
    <w:p>
      <w:r>
        <w:rPr>
          <w:b/>
        </w:rPr>
        <w:t xml:space="preserve">[55:47] </w:t>
      </w:r>
      <w:r>
        <w:t>to agar hum rethinking na karte to hum kabhi bhi nahi pahunchte apne destination par, bhatakte hi rehte. to rethinking bohat zaroori hai aur hamesha wahi log dunya mein zinda rehte hain jin ke andar rethinking ka maada ho.</w:t>
      </w:r>
    </w:p>
    <w:p>
      <w:pPr>
        <w:jc w:val="right"/>
      </w:pPr>
      <w:r>
        <w:t>تو اگر ہم ری تھنکنگ نہ کرتے تو ہم کبھی بھی نہیں پہنچتے اپنے ڈیسٹینیشن پر، بھٹکتے ہی رہتے۔ تو ری تھنکنگ بہت ضروری ہے اور ہمیشہ وہی لوگ دنیا میں زندہ رہتے ہیں جن کے اندر ری تھنکنگ کا مادہ ہو۔</w:t>
      </w:r>
    </w:p>
    <w:p>
      <w:r>
        <w:rPr>
          <w:b/>
        </w:rPr>
        <w:t xml:space="preserve">[56:06] </w:t>
      </w:r>
      <w:r>
        <w:t>tareekh is waqt safar nahi hai, tareekh mein halaat badalte hain. jab halaat badlenge to rule badlega, opportunity nai opportunity samne aayen</w:t>
      </w:r>
    </w:p>
    <w:p>
      <w:pPr>
        <w:jc w:val="right"/>
      </w:pPr>
      <w:r>
        <w:t>تاریخ اس وقت سفر نہیں ہے، تاریخ میں حالات بدلتے ہیں۔ جب حالات بدلیں گے تو رول بدلے گا، اپرچونیٹی نئی اپرچونیٹی سامنے آئیں</w:t>
      </w:r>
    </w:p>
    <w:p>
      <w:r>
        <w:rPr>
          <w:b/>
        </w:rPr>
        <w:t xml:space="preserve">[56:16] </w:t>
      </w:r>
      <w:r>
        <w:t>gi, yeh sab kuch hoga. to jab musalmanon ko yeh cheez nazar aa gayi ke unki sari do sau saala qurbaniyan, do sau saala koshishein, woh sab kya ho rahi hain?</w:t>
      </w:r>
    </w:p>
    <w:p>
      <w:pPr>
        <w:jc w:val="right"/>
      </w:pPr>
      <w:r>
        <w:t>گی، یہ سب کچھ ہوگا۔ تو جب مسلمانوں کو یہ چیز نظر آ گئی کہ ان کی ساری دو سو سالہ قربانیاں، دو سو سالہ کوششیں، وہ سب کیا ہو رہی ہیں؟</w:t>
      </w:r>
    </w:p>
    <w:p>
      <w:r>
        <w:rPr>
          <w:b/>
        </w:rPr>
        <w:t xml:space="preserve">[56:29] </w:t>
      </w:r>
      <w:r>
        <w:t>counterproductive. That is the great</w:t>
      </w:r>
    </w:p>
    <w:p>
      <w:pPr>
        <w:jc w:val="right"/>
      </w:pPr>
      <w:r>
        <w:t>کاؤنٹر پروڈکٹو۔ دیٹ از دی گریٹ</w:t>
      </w:r>
    </w:p>
    <w:p>
      <w:r>
        <w:rPr>
          <w:b/>
        </w:rPr>
        <w:t xml:space="preserve">[56:33] </w:t>
      </w:r>
      <w:r>
        <w:t>sign to to think. jab sari koshishein jo hain counter productive ho rahi hain, ulta natija nikal raha hai, yani self halakat ho rahi hai to sochein phir, aur aur koi rasta nahi hai is ke siwa ke sochein, sochein, sochein, aur phir se apne apne activities ki re planning karein.</w:t>
      </w:r>
    </w:p>
    <w:p>
      <w:pPr>
        <w:jc w:val="right"/>
      </w:pPr>
      <w:r>
        <w:t>سائن ٹو ٹو تھنک۔ جب ساری کوششیں جو ہیں کاؤنٹر پروڈکٹو ہو رہی ہیں، الٹا نتیجہ نکل رہا ہے، یعنی سیلف ہلاکت ہو رہی ہے تو سوچیں پھر، اور اور کوئی راستہ نہیں ہے اس کے سوا کہ سوچیں، سوچیں، سوچیں، اور پھر سے اپنے اپنے ایکٹیویٹیز کی ری پلاننگ کریں۔</w:t>
      </w:r>
    </w:p>
    <w:p>
      <w:r>
        <w:rPr>
          <w:b/>
        </w:rPr>
        <w:t xml:space="preserve">[56:59] </w:t>
      </w:r>
      <w:r>
        <w:t>to yeh waqt koi arbitrary ka waqt nahi hai, koi khitabat ka waqt nahi hai, koi lafzi ka waqt nahi hai.</w:t>
      </w:r>
    </w:p>
    <w:p>
      <w:pPr>
        <w:jc w:val="right"/>
      </w:pPr>
      <w:r>
        <w:t>تو یہ وقت کوئی اریٹری کا وقت نہیں ہے، کوئی خطابت کا وقت نہیں ہے، کوئی لفظی کا وقت نہیں ہے۔</w:t>
      </w:r>
    </w:p>
    <w:p>
      <w:r>
        <w:rPr>
          <w:b/>
        </w:rPr>
        <w:t xml:space="preserve">[57:07] </w:t>
      </w:r>
      <w:r>
        <w:t>yeh main apne dil ke dard ko aap ke samne rakha hai. main ne aap hazrat jo meri awaz sun rahe hain, woh un logon tak pahunchayein jo nahi sun rahe hain, aur yahan tak ke sare logon tak yeh baat pahunche.</w:t>
      </w:r>
    </w:p>
    <w:p>
      <w:pPr>
        <w:jc w:val="right"/>
      </w:pPr>
      <w:r>
        <w:t>یہ میں اپنے دل کے درد کو آپ کے سامنے رکھا ہے۔ میں نے آپ حضرات جو میری آواز سن رہے ہیں، وہ ان لوگوں تک پہنچائیں جو نہیں سن رہے ہیں، اور یہاں تک کہ سارے لوگوں تک یہ بات پہنچ جائے۔</w:t>
      </w:r>
    </w:p>
    <w:p>
      <w:r>
        <w:rPr>
          <w:b/>
        </w:rPr>
        <w:t xml:space="preserve">[57:25] </w:t>
      </w:r>
      <w:r>
        <w:t>aap khud apni islaah karein aur doosron ki islaah ki koshish karein.</w:t>
      </w:r>
    </w:p>
    <w:p>
      <w:pPr>
        <w:jc w:val="right"/>
      </w:pPr>
      <w:r>
        <w:t>آپ خود اپنی اصلاح کریں اور دوسروں کی اصلاح کی کوشش کریں۔</w:t>
      </w:r>
    </w:p>
    <w:p>
      <w:r>
        <w:rPr>
          <w:b/>
        </w:rPr>
        <w:t xml:space="preserve">[57:36] </w:t>
      </w:r>
      <w:r>
        <w:t>mera mujhe maqsad hai woh yahi hai ke pehle aap log apne aap ko, yani apne zehan ko durust karein, apne andar rethinking layein, phir doosre jo log hain, doosron ko to bhala dein,</w:t>
      </w:r>
    </w:p>
    <w:p>
      <w:pPr>
        <w:jc w:val="right"/>
      </w:pPr>
      <w:r>
        <w:t>میرا مجھے مقصد ہے وہ یہی ہے کہ پہلے آپ لوگ اپنے آپ کو، یعنی اپنے ذہن کو درست کریں، اپنے اندر ری تھنکنگ لائیں، پھر دوسرے جو لوگ ہیں، دوسروں کو تو بھلا دیں،</w:t>
      </w:r>
    </w:p>
    <w:p>
      <w:r>
        <w:rPr>
          <w:b/>
        </w:rPr>
        <w:t xml:space="preserve">[57:51] </w:t>
      </w:r>
      <w:r>
        <w:t>jo dunya bhar mein jo log base hue hain, un sab ko aap baat pahunchayein.</w:t>
      </w:r>
    </w:p>
    <w:p>
      <w:pPr>
        <w:jc w:val="right"/>
      </w:pPr>
      <w:r>
        <w:t>جو دنیا بھر میں جو لوگ بسے ہوئے ہیں، ان سب کو آپ بات پہنچائیں۔</w:t>
      </w:r>
    </w:p>
    <w:p>
      <w:r>
        <w:rPr>
          <w:b/>
        </w:rPr>
        <w:t xml:space="preserve">[57:58] </w:t>
      </w:r>
      <w:r>
        <w:t>jo bhi aap ke paas taqat hai, us taqat ko istemal karte hue, jaise abhi jo gayi thi hamari team jeep group, to main ne kuch nahi kaha tha woh jaane ke</w:t>
      </w:r>
    </w:p>
    <w:p>
      <w:pPr>
        <w:jc w:val="right"/>
      </w:pPr>
      <w:r>
        <w:t>جو بھی آپ کے پاس طاقت ہے، اس طاقت کو استعمال کرتے ہوئے، جیسے ابھی جو گئی تھی ہماری ٹیم جیپ گروپ، تو میں نے کچھ نہیں کہا تھا وہ جانے کے</w:t>
      </w:r>
    </w:p>
    <w:p>
      <w:r>
        <w:rPr>
          <w:b/>
        </w:rPr>
        <w:t xml:space="preserve">[58:08] </w:t>
      </w:r>
      <w:r>
        <w:t>liye. khud se unhon ne plan banaya, khud se wahan pe. yeh main chahta hoon meri team ke andar ke khud se log plan banayein, khud se us ko execute karein.</w:t>
      </w:r>
    </w:p>
    <w:p>
      <w:pPr>
        <w:jc w:val="right"/>
      </w:pPr>
      <w:r>
        <w:t>لیے۔ خود سے انہوں نے پلان بنایا، خود سے وہاں پہ۔ یہ میں چاہتا ہوں میری ٹیم کے اندر کہ خود سے لوگ پلان بنائیں، خود سے اس کو ایگزیکیوٹ کریں۔</w:t>
      </w:r>
    </w:p>
    <w:p>
      <w:r>
        <w:rPr>
          <w:b/>
        </w:rPr>
        <w:t xml:space="preserve">[58:18] </w:t>
      </w:r>
      <w:r>
        <w:t>is ka intezar na karein ke unhein kuch koi kahe to woh active honge. to meri dua hai ke Allah taala hum sab ko aap ko saath mustaqeem, saath mustaqeem ke taur par khuda farmaye.</w:t>
      </w:r>
    </w:p>
    <w:p>
      <w:pPr>
        <w:jc w:val="right"/>
      </w:pPr>
      <w:r>
        <w:t>اس کا انتظار نہ کریں کہ انہیں کچھ کوئی کہے تو وہ ایکٹیو ہوں گے۔ تو میری دعا ہے کہ اللہ تعالی ہم سب کو آپ کو ساتھ مستقیم، ساتھ مستقیم کے طور پر خدا فرمائے۔</w:t>
      </w:r>
    </w:p>
    <w:p>
      <w:r>
        <w:rPr>
          <w:b/>
        </w:rPr>
        <w:t xml:space="preserve">[58:31] </w:t>
      </w:r>
      <w:r>
        <w:t>aqool qooli wastaghfirullaha alai wasallam.</w:t>
      </w:r>
    </w:p>
    <w:p>
      <w:pPr>
        <w:jc w:val="right"/>
      </w:pPr>
      <w:r>
        <w:t>اقول قولی واستغفراللہ علی وسلم۔</w:t>
      </w:r>
    </w:p>
    <w:p>
      <w:r>
        <w:rPr>
          <w:b/>
        </w:rPr>
        <w:t xml:space="preserve">[58:52] </w:t>
      </w:r>
      <w:r>
        <w:t>to maine yeh sawal Canada se aya hai Abu Hassan sahib ka. unhon ne likha hai: "Maulana sahib, das week during our daawa in the university campus, I was explaining the creation plan of God to a student.</w:t>
      </w:r>
    </w:p>
    <w:p>
      <w:pPr>
        <w:jc w:val="right"/>
      </w:pPr>
      <w:r>
        <w:t>تو میں نے یہ سوال کینیڈا سے آیا ہے ابو الحسن صاحب کا۔ انہوں نے لکھا ہے: "مولانا صاحب، دس ویک ڈیورنگ اور دعویٰ ان دا یونیورسٹی کیمپس، آئی واز ایکسپلیننگ دا کریشن پلان آف گاڈ ٹو ا سٹوڈنٹ۔</w:t>
      </w:r>
    </w:p>
    <w:p>
      <w:r>
        <w:rPr>
          <w:b/>
        </w:rPr>
        <w:t xml:space="preserve">[59:10] </w:t>
      </w:r>
      <w:r>
        <w:t>after a long discussion in various topics, she said: 'I don't like such God who creates me in this imperfect world and then tests me.</w:t>
      </w:r>
    </w:p>
    <w:p>
      <w:pPr>
        <w:jc w:val="right"/>
      </w:pPr>
      <w:r>
        <w:t>افٹر ا لانگ ڈسکشن ان ویریس ٹاپکس، شی سیڈ: 'آئی ڈونٹ لائک سچ گاڈ ہو کریٹس می ان دس ام پرفیکٹ ورلڈ اینڈ دین ٹیسٹ می۔</w:t>
      </w:r>
    </w:p>
    <w:p>
      <w:r>
        <w:rPr>
          <w:b/>
        </w:rPr>
        <w:t xml:space="preserve">[59:23] </w:t>
      </w:r>
      <w:r>
        <w:t>it's so mean, I don't need such God.' Maulana sahib, I want to know what is your comment on this?</w:t>
      </w:r>
    </w:p>
    <w:p>
      <w:pPr>
        <w:jc w:val="right"/>
      </w:pPr>
      <w:r>
        <w:t>اٹس سو مین، آئی ڈونٹ نیڈ سچ گاڈ۔' مولانا صاحب، آئی وانٹ ٹو نو واٹ از یور کمنٹ ان دس؟</w:t>
      </w:r>
    </w:p>
    <w:p>
      <w:r>
        <w:rPr>
          <w:b/>
        </w:rPr>
        <w:t xml:space="preserve">[59:32] </w:t>
      </w:r>
      <w:r>
        <w:t>how can we address such a such a question?"</w:t>
      </w:r>
    </w:p>
    <w:p>
      <w:pPr>
        <w:jc w:val="right"/>
      </w:pPr>
      <w:r>
        <w:t>ہاؤ کین وی ایڈریس سچ ا سچ ا کوئسچن؟"</w:t>
      </w:r>
    </w:p>
    <w:p>
      <w:r>
        <w:rPr>
          <w:b/>
        </w:rPr>
        <w:t xml:space="preserve">[59:37] </w:t>
      </w:r>
      <w:r>
        <w:t>dekhein, log jo hain conditioned ho gaye hain immediate ko le kar sochne ke, immediate ko le kar sochne ke conditioned ho gaye hain.</w:t>
      </w:r>
    </w:p>
    <w:p>
      <w:pPr>
        <w:jc w:val="right"/>
      </w:pPr>
      <w:r>
        <w:t>دیکھیں، لوگ جو ہیں کنڈیشنڈ ہو گئے ہیں امیڈیٹ کو لے کر سوچنے کے، امیڈیٹ کو لے کر سوچنے کے کنڈیشنڈ ہو گئے ہیں۔</w:t>
      </w:r>
    </w:p>
    <w:p>
      <w:r>
        <w:rPr>
          <w:b/>
        </w:rPr>
        <w:t xml:space="preserve">[59:49] </w:t>
      </w:r>
      <w:r>
        <w:t>to zahir hai ke itni jaldi woh apne zehan nahi badal sakte. to aap koshish karte rahein aur apni apni koshish ko jari rakhein.</w:t>
      </w:r>
    </w:p>
    <w:p>
      <w:pPr>
        <w:jc w:val="right"/>
      </w:pPr>
      <w:r>
        <w:t>تو ظاہر ہے کہ اتنی جلدی وہ اپنے ذہن نہیں بدل سکتے۔ تو آپ کوشش کرتے رہیں اور اپنی اپنی کوشش کو جاری رکھیں۔</w:t>
      </w:r>
    </w:p>
    <w:p>
      <w:r>
        <w:rPr>
          <w:b/>
        </w:rPr>
        <w:t xml:space="preserve">[1:00:06] </w:t>
      </w:r>
      <w:r>
        <w:t>inhi mein se aise log milenge jo aap ko positive response denge.</w:t>
      </w:r>
    </w:p>
    <w:p>
      <w:pPr>
        <w:jc w:val="right"/>
      </w:pPr>
      <w:r>
        <w:t>انہی میں سے ایسے لوگ ملیں گے جو آپ کو پازیٹیو رسپانس دیں گے۔</w:t>
      </w:r>
    </w:p>
    <w:p>
      <w:r>
        <w:rPr>
          <w:b/>
        </w:rPr>
        <w:t xml:space="preserve">[1:00:13] </w:t>
      </w:r>
      <w:r>
        <w:t>kisi ek, kisi ek waqeye ko aap generalize na karein. aisa nahi ke sab log aise hi honge, doosre qism ke log bhi honge.</w:t>
      </w:r>
    </w:p>
    <w:p>
      <w:pPr>
        <w:jc w:val="right"/>
      </w:pPr>
      <w:r>
        <w:t>کسی ایک، کسی ایک واقعے کو آپ جنرلائز نہ کریں۔ ایسا نہیں کہ سب لوگ ایسے ہی ہوں گے، دوسرے قسم کے لوگ بھی ہوں گے۔</w:t>
      </w:r>
    </w:p>
    <w:p>
      <w:r>
        <w:rPr>
          <w:b/>
        </w:rPr>
        <w:t xml:space="preserve">[1:00:23] </w:t>
      </w:r>
      <w:r>
        <w:t>to main yahi kahunga ke logon ki conditioning ko todne mein bohat time lagta hai. to aap ko thoda patience dikhana padega aur bohat hi, yani long term patience ko apne daawa par chalana padega.</w:t>
      </w:r>
    </w:p>
    <w:p>
      <w:pPr>
        <w:jc w:val="right"/>
      </w:pPr>
      <w:r>
        <w:t>تو میں یہی کہوں گا کہ لوگوں کی کنڈیشننگ کو توڑنے میں بہت ٹائم لگتا ہے۔ تو آپ کو تھوڑا پیشنس دکھانا پڑے گا اور بہت ہی، یعنی لانگ ٹرم پیشنس کو اپنے دعویٰ پر چلانا پڑے گا۔</w:t>
      </w:r>
    </w:p>
    <w:p>
      <w:r>
        <w:rPr>
          <w:b/>
        </w:rPr>
        <w:t xml:space="preserve">[1:00:40] </w:t>
      </w:r>
      <w:r>
        <w:t>Maulana, un ka ek aur</w:t>
      </w:r>
    </w:p>
    <w:p>
      <w:pPr>
        <w:jc w:val="right"/>
      </w:pPr>
      <w:r>
        <w:t>مولانا، ان کا ایک اور</w:t>
      </w:r>
    </w:p>
    <w:p>
      <w:r>
        <w:rPr>
          <w:b/>
        </w:rPr>
        <w:t xml:space="preserve">[1:00:42] </w:t>
      </w:r>
      <w:r>
        <w:t>sawal hai. unhon ne likha hai: "Many a times during discussion, we say something to somebody out of pure well wishing, still the negative sentiment is aroused in the other person." Maulana sahib, mera question hai: "Is there any guidance for communication, so that when we say what is right to anyone, the other person doesn't fall into negativity?" Dekhein, yeh bhi hota hai wahi conditioning ki wajah se</w:t>
      </w:r>
    </w:p>
    <w:p>
      <w:pPr>
        <w:jc w:val="right"/>
      </w:pPr>
      <w:r>
        <w:t>سوال ہے۔ انہوں نے لکھا ہے: "مینیئر ٹائمز ڈیورنگ ڈسکشن، وی سے سمتھنگ ٹو سم بڈی آؤٹ آف پیور ویل وشنگ، سٹل دا نیگیٹیو سینٹیمنٹ از اراؤزڈ ان دی ادر پرسن۔" مولانا صاحب، میرا کوئسچن ہے: "از دیر اینی گائیڈنس فار کمیونیکیشن، سو دیٹ وین وی سے واٹ از رائٹ ٹو اینی ون، دی ادر پرسن ڈزنٹ فال انٹو نیگیٹیوٹی؟" دیکھیں، یہ بھی ہوتا ہے وہی کنڈیشننگ کی وجہ سے</w:t>
      </w:r>
    </w:p>
    <w:p>
      <w:r>
        <w:rPr>
          <w:b/>
        </w:rPr>
        <w:t xml:space="preserve">[1:01:11] </w:t>
      </w:r>
      <w:r>
        <w:t>. aap dua kijiye aur apni koshish ko jari rakhiye aur yeh koshish hai ke aap ka mind address ho.</w:t>
      </w:r>
    </w:p>
    <w:p>
      <w:pPr>
        <w:jc w:val="right"/>
      </w:pPr>
      <w:r>
        <w:t>۔ آپ دعا کیجئے اور اپنی کوشش کو جاری رکھیے اور یہ کوشش ہے کہ آپ کا مائنڈ ایڈریس ہو۔</w:t>
      </w:r>
    </w:p>
    <w:p>
      <w:r>
        <w:rPr>
          <w:b/>
        </w:rPr>
        <w:t xml:space="preserve">[1:01:20] </w:t>
      </w:r>
      <w:r>
        <w:t>dua work bohat hi intricate work hai, bohat hi complex work hai, kyunke insan ke mind ko badalna, insan ko ek think pattern se doosri think pattern pe lana,</w:t>
      </w:r>
    </w:p>
    <w:p>
      <w:pPr>
        <w:jc w:val="right"/>
      </w:pPr>
      <w:r>
        <w:t>دعا ورک بہت ہی انٹرکیٹ ورک ہے، بہت ہی کمپلیکس ورک ہے، کیونکہ انسان کے مائنڈ کو بدلنا، انسان کو ایک تھک پیٹرن سے دوسری تھک پیٹرن پہ لانا،</w:t>
      </w:r>
    </w:p>
    <w:p>
      <w:r>
        <w:rPr>
          <w:b/>
        </w:rPr>
        <w:t xml:space="preserve">[1:01:35] </w:t>
      </w:r>
      <w:r>
        <w:t>yeh most difficult task hai.</w:t>
      </w:r>
    </w:p>
    <w:p>
      <w:pPr>
        <w:jc w:val="right"/>
      </w:pPr>
      <w:r>
        <w:t>یہ موسٹ ڈیفیکلٹ ٹاسک ہے۔</w:t>
      </w:r>
    </w:p>
    <w:p>
      <w:r>
        <w:rPr>
          <w:b/>
        </w:rPr>
        <w:t xml:space="preserve">[1:01:38] </w:t>
      </w:r>
      <w:r>
        <w:t>to isi liye is ka sawab bhi zyada hai. to bas aap kaam karte rahiye, kaam karte rahiye aur dua khoob kijiye logon ke liye.</w:t>
      </w:r>
    </w:p>
    <w:p>
      <w:pPr>
        <w:jc w:val="right"/>
      </w:pPr>
      <w:r>
        <w:t>تو اسی لیے اس کا ثواب بھی زیادہ ہے۔ تو بس آپ کام کرتے رہیے، کام کرتے رہیے اور دعا خوب کیجئے لوگوں کے لیے۔</w:t>
      </w:r>
    </w:p>
    <w:p>
      <w:r>
        <w:rPr>
          <w:b/>
        </w:rPr>
        <w:t xml:space="preserve">[1:01:49] </w:t>
      </w:r>
      <w:r>
        <w:t>inshallah kaam abhi hoga.</w:t>
      </w:r>
    </w:p>
    <w:p>
      <w:pPr>
        <w:jc w:val="right"/>
      </w:pPr>
      <w:r>
        <w:t>انشاءاللہ کام ابھی ہوگا۔</w:t>
      </w:r>
    </w:p>
    <w:p>
      <w:r>
        <w:rPr>
          <w:b/>
        </w:rPr>
        <w:t xml:space="preserve">[1:01:54] </w:t>
      </w:r>
      <w:r>
        <w:t>Maulana, agla sawal Saudi Arab se hai Abu Hassan Umri sahib ka</w:t>
      </w:r>
    </w:p>
    <w:p>
      <w:pPr>
        <w:jc w:val="right"/>
      </w:pPr>
      <w:r>
        <w:t>مولانا، اگلا سوال سعودی عرب سے ہے ابو الحسن عمری صاحب کا</w:t>
      </w:r>
    </w:p>
    <w:p>
      <w:r>
        <w:rPr>
          <w:b/>
        </w:rPr>
        <w:t xml:space="preserve">[1:01:59] </w:t>
      </w:r>
      <w:r>
        <w:t>. unhon ne likha hai: "Kya yeh sabit shuda haqeeqat hai ke musalmanon ne hi World Trade Center ko destroy kiya tha?" Is ke baray mein batayein.</w:t>
      </w:r>
    </w:p>
    <w:p>
      <w:pPr>
        <w:jc w:val="right"/>
      </w:pPr>
      <w:r>
        <w:t>۔ انہوں نے لکھا ہے: "کیا یہ ثابت شدہ حقیقت ہے کہ مسلمانوں نے ہی ورلڈ ٹریڈ سینٹر کو ڈسٹروئے کیا تھا؟" اس کے بارے میں بتائیں۔</w:t>
      </w:r>
    </w:p>
    <w:p>
      <w:r>
        <w:rPr>
          <w:b/>
        </w:rPr>
        <w:t xml:space="preserve">[1:02:10] </w:t>
      </w:r>
      <w:r>
        <w:t>yeh sabit ho chuka hai. ab yeh sawal karna hi ghair sabit shuda sawal hai.</w:t>
      </w:r>
    </w:p>
    <w:p>
      <w:pPr>
        <w:jc w:val="right"/>
      </w:pPr>
      <w:r>
        <w:t>یہ ثابت ہو چکا ہے۔ اب یہ سوال کرنا ہی غیر ثابت شدہ سوال ہے۔</w:t>
      </w:r>
    </w:p>
    <w:p>
      <w:r>
        <w:rPr>
          <w:b/>
        </w:rPr>
        <w:t xml:space="preserve">[1:02:15] </w:t>
      </w:r>
      <w:r>
        <w:t>yani kab tak aap musalman is mein phanse rahenge ke doosron pe blame dalna, doosron pe blame dalna? yeh kab tak mashgool rahenge? is mein yeh to sabit ho chuka hai.</w:t>
      </w:r>
    </w:p>
    <w:p>
      <w:pPr>
        <w:jc w:val="right"/>
      </w:pPr>
      <w:r>
        <w:t>یعنی کب تک آپ مسلمان اس میں پھنسے رہیں گے کہ دوسروں پہ بلیم ڈالنا، دوسروں پہ بلیم ڈالنا؟ یہ کب تک مشغول رہیں گے؟ اس میں یہ تو ثابت ہو چکا ہے۔</w:t>
      </w:r>
    </w:p>
    <w:p>
      <w:r>
        <w:rPr>
          <w:b/>
        </w:rPr>
        <w:t xml:space="preserve">[1:02:24] </w:t>
      </w:r>
      <w:r>
        <w:t>kab ka? main nahi samajhta ke is mein koi is is chapter ko dobara kholne ki zaroorat hai. apni ghalti ko man'ne ka waqt aya hai, na ke is mein dobara question karne ka.</w:t>
      </w:r>
    </w:p>
    <w:p>
      <w:pPr>
        <w:jc w:val="right"/>
      </w:pPr>
      <w:r>
        <w:t>کب کا؟ میں نہیں سمجھتا کہ اس میں کوئی اس اس چیپٹر کو دوبارہ کھولنے کی ضرورت ہے۔ اپنی غلطی کو ماننے کا وقت آیا ہے، نہ کہ اس میں دوبارہ کوئسچن کرنے کا۔</w:t>
      </w:r>
    </w:p>
    <w:p>
      <w:r>
        <w:rPr>
          <w:b/>
        </w:rPr>
        <w:t xml:space="preserve">[1:02:38] </w:t>
      </w:r>
      <w:r>
        <w:t>main yahi manta hoon ke yeh musalmanon ne kiya tha aur musalman ka ek mizaj yeh hai ke woh apne upar ghalti, apne upar blame na aaye. har mamle mein, isi mamle mein nahi, kisi bhi tarah se blame apne upar na aaye, doosre pe chala jaye.</w:t>
      </w:r>
    </w:p>
    <w:p>
      <w:pPr>
        <w:jc w:val="right"/>
      </w:pPr>
      <w:r>
        <w:t>میں یہی مانتا ہوں کہ یہ مسلمانوں نے کیا تھا اور مسلمان کا ایک مزاج یہ ہے کہ وہ اپنے اوپر غلطی، اپنے اوپر بلیم نہ آئے۔ ہر معاملے میں، اسی معاملے میں نہیں، کسی بھی طریقے سے بلیم اپنے اوپر نہ آئے، دوسرے پہ چلا جائے۔</w:t>
      </w:r>
    </w:p>
    <w:p>
      <w:r>
        <w:rPr>
          <w:b/>
        </w:rPr>
        <w:t xml:space="preserve">[1:02:52] </w:t>
      </w:r>
      <w:r>
        <w:t>yeh koshish karte hain, yeh un ki hebit ban gayi hai. har maamle mein yeh koi exception nahi hai. Maulana, agla sawal lene se pehle ek comment parhna chahenge jo</w:t>
      </w:r>
    </w:p>
    <w:p>
      <w:pPr>
        <w:jc w:val="right"/>
      </w:pPr>
      <w:r>
        <w:t>یہ کوشش کرتے ہیں، یہ ان کی ہیبٹ بن گئی ہے۔ ہر معاملے میں یہ کوئی ایکسیپشن نہیں ہے۔ مولانا، اگلا سوال لینے سے پہلے ایک کمنٹ پڑھنا چاہیں گے جو</w:t>
      </w:r>
    </w:p>
    <w:p>
      <w:r>
        <w:rPr>
          <w:b/>
        </w:rPr>
        <w:t xml:space="preserve">[1:03:07] </w:t>
      </w:r>
      <w:r>
        <w:t>Lahore Pakistan se aaya hai, Johar Town se. Jinhon ne likha hai, un ka naam hai Mudassir Bhatti sahib. Unhon ne likha hai: "Maulana sahib, I am an old reader of your books and thoughts.</w:t>
      </w:r>
    </w:p>
    <w:p>
      <w:pPr>
        <w:jc w:val="right"/>
      </w:pPr>
      <w:r>
        <w:t>لاہور پاکستان سے آیا ہے، جوہر ٹاؤن سے۔ جنہوں نے لکھا ہے، ان کا نام ہے مدثر بھاٹی صاحب۔ انہوں نے لکھا ہے: "مولانا صاحب، آئی ایم این اولڈ ریڈر آف یور بکس اینڈ تھاٹس۔</w:t>
      </w:r>
    </w:p>
    <w:p>
      <w:r>
        <w:rPr>
          <w:b/>
        </w:rPr>
        <w:t xml:space="preserve">[1:03:20] </w:t>
      </w:r>
      <w:r>
        <w:t>I have introduced your thoughts to my circle of friends during my academic career, and still when a friend gets in touch after a long time, he asks: Sunaiye Maulana Wahiduddin Khan ki baat.</w:t>
      </w:r>
    </w:p>
    <w:p>
      <w:pPr>
        <w:jc w:val="right"/>
      </w:pPr>
      <w:r>
        <w:t>آئی ہیو انٹروڈیوسڈ یور تھاٹس ٹو مائی سرکل آف فرینڈز ڈیورنگ مائی اکیڈیمک کیریئر، اینڈ سٹل وین ا فرینڈ گیٹس ان ٹچ افٹر ا لانگ ٹائم، ہی اسکز: سنائیے مولانا ودودین خان کی بات۔</w:t>
      </w:r>
    </w:p>
    <w:p>
      <w:r>
        <w:rPr>
          <w:b/>
        </w:rPr>
        <w:t xml:space="preserve">[1:03:34] </w:t>
      </w:r>
      <w:r>
        <w:t>Do, I am late, but I now want to start it as a mission here in Pakistan." Bahut acha, aap zaroor is kaam ko jaari rakhen.</w:t>
      </w:r>
    </w:p>
    <w:p>
      <w:pPr>
        <w:jc w:val="right"/>
      </w:pPr>
      <w:r>
        <w:t>دو، آئی ایم لیٹ، بٹ آئی ناو وانٹ ٹو سٹارٹ اٹ ایز ا مشن ہیر ان پاکستان۔" بہت اچھا، آپ ضرور اس کام کو جاری رکھیں۔</w:t>
      </w:r>
    </w:p>
    <w:p>
      <w:r>
        <w:rPr>
          <w:b/>
        </w:rPr>
        <w:t xml:space="preserve">[1:03:46] </w:t>
      </w:r>
      <w:r>
        <w:t>Wahan negativity bahut zyada hai. Hum chahte hain ke wahan positive thinking aaye aur zaroor aap kaam karte rahen.</w:t>
      </w:r>
    </w:p>
    <w:p>
      <w:pPr>
        <w:jc w:val="right"/>
      </w:pPr>
      <w:r>
        <w:t>وہاں نیگیٹیوٹی بہت زیادہ ہے۔ ہم چاہتے ہیں کہ وہاں پازیٹیو تھنکنگ آئے اور ضرور آپ کام کرتے رہیں۔</w:t>
      </w:r>
    </w:p>
    <w:p>
      <w:r>
        <w:rPr>
          <w:b/>
        </w:rPr>
        <w:t xml:space="preserve">[1:03:56] </w:t>
      </w:r>
      <w:r>
        <w:t>Maulana, agla sawal Delhi se hai Tauseef Ashraf sahib ka.</w:t>
      </w:r>
    </w:p>
    <w:p>
      <w:pPr>
        <w:jc w:val="right"/>
      </w:pPr>
      <w:r>
        <w:t>مولانا، اگلا سوال دلی سے ہے توصیف اشرف صاحب کا۔</w:t>
      </w:r>
    </w:p>
    <w:p>
      <w:r>
        <w:rPr>
          <w:b/>
        </w:rPr>
        <w:t xml:space="preserve">[1:04:01] </w:t>
      </w:r>
      <w:r>
        <w:t>Unhon ne likha hai: "What should be the next practical step of each Muslim for the revival of Islamic Ummah, especially the Muslim youth?" Apni ghaltiyon ko manna.</w:t>
      </w:r>
    </w:p>
    <w:p>
      <w:pPr>
        <w:jc w:val="right"/>
      </w:pPr>
      <w:r>
        <w:t>انہوں نے لکھا ہے: "واٹ شوڈ بی دا نیکسٹ پریکٹیکل سٹیپ آف ایچ مسلم فار دا ریوائیول آف اسلامک امت، اسپیشلی دا مسلم یوتھ؟" اپنی غلطیوں کو ماننا۔</w:t>
      </w:r>
    </w:p>
    <w:p>
      <w:r>
        <w:rPr>
          <w:b/>
        </w:rPr>
        <w:t xml:space="preserve">[1:04:15] </w:t>
      </w:r>
      <w:r>
        <w:t>Abhi, abhi to beginning hi nahi hui. Har maamle mein Musalman doosron ko blame daalte hain. Bas, abhi koi beginning nahi hui Musalmanon ki.</w:t>
      </w:r>
    </w:p>
    <w:p>
      <w:pPr>
        <w:jc w:val="right"/>
      </w:pPr>
      <w:r>
        <w:t>ابھی، ابھی تو بگننگ ہی نہیں ہوئی۔ ہر معاملے میں مسلمان دوسروں کو بلیم ڈالتے ہیں۔ بس، ابھی کوئی بگننگ نہیں ہوئی مسلمانوں کی۔</w:t>
      </w:r>
    </w:p>
    <w:p>
      <w:r>
        <w:rPr>
          <w:b/>
        </w:rPr>
        <w:t xml:space="preserve">[1:04:26] </w:t>
      </w:r>
      <w:r>
        <w:t>Abhi jo sawal kisi ne kiya tha nine eleven ke bare mein, woh eleven ki baat nahi hai. Jitne bhi waqiyat ho rahe hain, sab mein Musalman blame dete hain doosron ko.</w:t>
      </w:r>
    </w:p>
    <w:p>
      <w:pPr>
        <w:jc w:val="right"/>
      </w:pPr>
      <w:r>
        <w:t>ابھی جو سوال کسی نے کیا تھا نائن الیون کے بارے میں، وہ الیون کی بات نہیں ہے۔ جتنے بھی واقعات ہو رہے ہیں، سب میں مسلمان بلیم دیتے ہیں دوسروں کو۔</w:t>
      </w:r>
    </w:p>
    <w:p>
      <w:r>
        <w:rPr>
          <w:b/>
        </w:rPr>
        <w:t xml:space="preserve">[1:04:37] </w:t>
      </w:r>
      <w:r>
        <w:t>Yeh to ulti gaadi chalana hai. Islam ka tareeqa hai blame dai se aur Musalman kya kar rahe hain? Ke blame other se.</w:t>
      </w:r>
    </w:p>
    <w:p>
      <w:pPr>
        <w:jc w:val="right"/>
      </w:pPr>
      <w:r>
        <w:t>یہ تو الٹی گاڑی چلانا ہے۔ اسلام کا طریقہ ہے بلیم دائی سے اور مسلمان کیا کر رہے ہیں؟ کہ بلیم ادر سے۔</w:t>
      </w:r>
    </w:p>
    <w:p>
      <w:r>
        <w:rPr>
          <w:b/>
        </w:rPr>
        <w:t xml:space="preserve">[1:04:47] </w:t>
      </w:r>
      <w:r>
        <w:t>To abhi to beginning hi nahi hui. Is is courage ko paida kijiye, is is himmat ko paida kijiye</w:t>
      </w:r>
    </w:p>
    <w:p>
      <w:pPr>
        <w:jc w:val="right"/>
      </w:pPr>
      <w:r>
        <w:t>تو ابھی تو بگننگ ہی نہیں ہوئی۔ اس اس کریج کو پیدا کیجئے، اس اس ہمت کو پیدا کیج</w:t>
      </w:r>
    </w:p>
    <w:p>
      <w:r>
        <w:rPr>
          <w:b/>
        </w:rPr>
        <w:t xml:space="preserve">[1:04:54] </w:t>
      </w:r>
      <w:r>
        <w:t>ye ke aap kis gaye? Guy was wrong, guy was wrong, we were wrong. Yeh courage hi nahi hai Musalmanon mein. Yeh courage nahi hai Musalmanon mein.</w:t>
      </w:r>
    </w:p>
    <w:p>
      <w:pPr>
        <w:jc w:val="right"/>
      </w:pPr>
      <w:r>
        <w:t>ئے کہ آپ کس گئے؟ گائی واز رنگ، گائی واز رنگ، وی ویر رنگ۔ یہ کریج ہی نہیں ہے مسلمانوں میں۔ یہ کریج نہیں ہے مسلمانوں میں۔</w:t>
      </w:r>
    </w:p>
    <w:p>
      <w:r>
        <w:rPr>
          <w:b/>
        </w:rPr>
        <w:t xml:space="preserve">[1:05:02] </w:t>
      </w:r>
      <w:r>
        <w:t>To kya kya beginning hai? Kya future hai? Kuch bhi nahi.</w:t>
      </w:r>
    </w:p>
    <w:p>
      <w:pPr>
        <w:jc w:val="right"/>
      </w:pPr>
      <w:r>
        <w:t>تو کیا کیا بگننگ ہے؟ کیا فیوچر ہے؟ کچھ بھی نہیں۔</w:t>
      </w:r>
    </w:p>
    <w:p>
      <w:r>
        <w:rPr>
          <w:b/>
        </w:rPr>
        <w:t xml:space="preserve">[1:05:09] </w:t>
      </w:r>
      <w:r>
        <w:t>Maulana, agla sawal Dhampur se hai Ahmed Fawad sahib ka.</w:t>
      </w:r>
    </w:p>
    <w:p>
      <w:pPr>
        <w:jc w:val="right"/>
      </w:pPr>
      <w:r>
        <w:t>مولانا، اگلا سوال دھامپور سے ہے احمد فواد صاحب کا۔</w:t>
      </w:r>
    </w:p>
    <w:p>
      <w:r>
        <w:rPr>
          <w:b/>
        </w:rPr>
        <w:t xml:space="preserve">[1:05:13] </w:t>
      </w:r>
      <w:r>
        <w:t>Unhon ne likha hai: "Maulana sahib, please tell us what is your comment on the initiative of All India Muslim Personal Law Board to open dialogue with Salman Rushdie?" Yeh bilkul ek be-maani baat hai.</w:t>
      </w:r>
    </w:p>
    <w:p>
      <w:pPr>
        <w:jc w:val="right"/>
      </w:pPr>
      <w:r>
        <w:t>انہوں نے لکھا ہے: "مولانا صاحب، پلیز ٹیل اس واٹ از یور کمنٹ ان دی انیشیٹیو آف ال انڈیا مسلم پرسنل لاء بورڈ ٹو اوپن ڈائیلاگ ود سلمان رشدی؟" یہ بالکل ایک بے معنی بات ہے۔</w:t>
      </w:r>
    </w:p>
    <w:p>
      <w:r>
        <w:rPr>
          <w:b/>
        </w:rPr>
        <w:t xml:space="preserve">[1:05:30] </w:t>
      </w:r>
      <w:r>
        <w:t>Pehle yeh maanen, aap yeh log ke hum ne ghalti ki fatwa de kar ke, yaani fatwa de ke: "Model lo, model lo, model lo." Ab kehte hain dialogue.</w:t>
      </w:r>
    </w:p>
    <w:p>
      <w:pPr>
        <w:jc w:val="right"/>
      </w:pPr>
      <w:r>
        <w:t>پہلے یہ مانیں، آپ یہ لوگ کہ ہم نے غلطی کی فتویٰ دے کر کے، یعنی فتویٰ دے کے: "ماڈل لو، ماڈل لو، ماڈل لو۔" اب کہتے ہیں ڈائیلاگ۔</w:t>
      </w:r>
    </w:p>
    <w:p>
      <w:r>
        <w:rPr>
          <w:b/>
        </w:rPr>
        <w:t xml:space="preserve">[1:05:39] </w:t>
      </w:r>
      <w:r>
        <w:t>To jab tak aap yeh na kahen ke fatwa dena ghalti thi, tab tak yeh dialogue kahan se hoga?</w:t>
      </w:r>
    </w:p>
    <w:p>
      <w:pPr>
        <w:jc w:val="right"/>
      </w:pPr>
      <w:r>
        <w:t>تو جب تک آپ یہ نہ کہیں کہ فتویٰ دینا غلطی تھی، تب تک یہ ڈائیلاگ کہاں سے ہوگا؟</w:t>
      </w:r>
    </w:p>
    <w:p>
      <w:r>
        <w:rPr>
          <w:b/>
        </w:rPr>
        <w:t xml:space="preserve">[1:05:48] </w:t>
      </w:r>
      <w:r>
        <w:t>Kya itna bewakoof hai Salman Rushdie ke aap se kahega: "Ae, hum dialogue karte hain?" Itna bewakoof samajhte ho us ko? Aap nahi, nahi. Woh woh lazmi yeh chahega ke sab se pehle tum yeh kaho ke hum ne jo fatwa issue kiya tha ke model Salman Rushdie ko itna inaam diya jayega, woh sab ghalt fatwa tha, woh jhoota fatwa tha.</w:t>
      </w:r>
    </w:p>
    <w:p>
      <w:pPr>
        <w:jc w:val="right"/>
      </w:pPr>
      <w:r>
        <w:t>کیا اتنا بیوقوف ہے سلمان رشدی کہ آپ سے کہے گا: "اے، ہم ڈائیلاگ کرتے ہیں؟" اتنا بیوقوف سمجھتے ہو اس کو؟ آپ نہیں، نہیں۔ وہ وہ لازمی یہ چاہے گا کہ سب سے پہلے تم یہ کہو کہ ہم نے جو فتویٰ ایشو کیا تھا کہ ماڈل سلمان رشدی کو اتنا انعام دیا جائے گا، وہ سب غلط فتویٰ تھا، وہ جھوٹا فتویٰ تھا۔</w:t>
      </w:r>
    </w:p>
    <w:p>
      <w:r>
        <w:rPr>
          <w:b/>
        </w:rPr>
        <w:t xml:space="preserve">[1:06:08] </w:t>
      </w:r>
      <w:r>
        <w:t>Nahi to kuch bhi nahi. Yeh jo offer hai, offer nahi, bilkul ek ek ridiculous baat hai. Ridiculous Salman Rushdie soor ka hans dega.</w:t>
      </w:r>
    </w:p>
    <w:p>
      <w:pPr>
        <w:jc w:val="right"/>
      </w:pPr>
      <w:r>
        <w:t>نہیں تو کچھ بھی نہیں۔ یہ جو افر ہے، افر نہیں، بالکل ایک ایک ریڈیکولس بات ہے۔ ریڈیکولس سلمان رشدی سور کا ہنس دے گا۔</w:t>
      </w:r>
    </w:p>
    <w:p>
      <w:r>
        <w:rPr>
          <w:b/>
        </w:rPr>
        <w:t xml:space="preserve">[1:06:22] </w:t>
      </w:r>
      <w:r>
        <w:t>Maulana, agla sawal Kashmir se hai Hamidullah Hameed sahib ka. Unhon ne likha hai: "Maulana sahib, why are leaders fail to discover the new role of Muslims in history?" Please comment on this</w:t>
      </w:r>
    </w:p>
    <w:p>
      <w:pPr>
        <w:jc w:val="right"/>
      </w:pPr>
      <w:r>
        <w:t>مولانا، اگلا سوال کشمیر سے ہے حامد اللہ حمید صاحب کا۔ انہوں نے لکھا ہے: "مولانا صاحب، وائی ار لیڈرز فیل ٹو ڈسکور دا نیو رول آف مسلمز ان ہسٹری؟" پلیز کمنٹ ان دس</w:t>
      </w:r>
    </w:p>
    <w:p>
      <w:r>
        <w:rPr>
          <w:b/>
        </w:rPr>
        <w:t xml:space="preserve">[1:06:36] </w:t>
      </w:r>
      <w:r>
        <w:t>. Yeh kisi bhi individual ki zindagi mein ya kisi bhi community ki zindagi mein, kisi bhi nation ki zindagi mein aisa hota hai. Ek khaas junction hota hai</w:t>
      </w:r>
    </w:p>
    <w:p>
      <w:pPr>
        <w:jc w:val="right"/>
      </w:pPr>
      <w:r>
        <w:t>۔ یہ کسی بھی انڈیویجول کی زندگی میں یا کسی بھی کمیونٹی کی زندگی میں، کسی بھی نیشن کی زندگی میں ایسا ہوتا ہے۔ ایک خاص جنکشن ہوتا ہے</w:t>
      </w:r>
    </w:p>
    <w:p>
      <w:r>
        <w:rPr>
          <w:b/>
        </w:rPr>
        <w:t xml:space="preserve">[1:06:46] </w:t>
      </w:r>
      <w:r>
        <w:t>jahan ek ek daur khatm hota hai, doosra daur aata hai. To wahan par agar aap yeh is raaz ko na samajh saken ke ek daur khatm hua, doosra daur aa gaya, to yeh ghalti karenge.</w:t>
      </w:r>
    </w:p>
    <w:p>
      <w:pPr>
        <w:jc w:val="right"/>
      </w:pPr>
      <w:r>
        <w:t>جہاں ایک ایک دور ختم ہوتا ہے، دوسرا دور آتا ہے۔ تو وہاں پر اگر آپ یہ اس راز کو نہ سمجھ سکیں کہ ایک دور ختم ہوا، دوسرا دور آ گیا، تو یہ غلطی کریں گے۔</w:t>
      </w:r>
    </w:p>
    <w:p>
      <w:r>
        <w:rPr>
          <w:b/>
        </w:rPr>
        <w:t xml:space="preserve">[1:07:00] </w:t>
      </w:r>
      <w:r>
        <w:t>Yeh bahut hi nazuk imtehaan imtehaan hota hai. To Musalman chounke afsat the azmat Muslim mein, jaise ke main ne arz kiya, kitaab chhapi hai Azmat al-Naql al-Muslim.</w:t>
      </w:r>
    </w:p>
    <w:p>
      <w:pPr>
        <w:jc w:val="right"/>
      </w:pPr>
      <w:r>
        <w:t>یہ بہت ہی نازک امتحان امتحان ہوتا ہے۔ تو مسلمان چونکہ افسست تھے عظمت مسلم میں، جیسے کہ میں نے عرض کیا، کتاب چھپی ہے عظمت النقل المسلم۔</w:t>
      </w:r>
    </w:p>
    <w:p>
      <w:r>
        <w:rPr>
          <w:b/>
        </w:rPr>
        <w:t xml:space="preserve">[1:07:11] </w:t>
      </w:r>
      <w:r>
        <w:t>To aaj tak bas azmat Muslim ki baaten ki jaati hain. To jo lambi muddat tak jo Musalmanon ki glory thi, dauran political glory, to usi mein jeete rahe, jeete rahe, jeete rahe.</w:t>
      </w:r>
    </w:p>
    <w:p>
      <w:pPr>
        <w:jc w:val="right"/>
      </w:pPr>
      <w:r>
        <w:t>تو آج تک بس عظمت مسلم کی باتیں کی جاتی ہیں۔ تو جو لمبی مدت تک جو مسلمانوں کی گلوری تھی، دوران پولیٹیکل گلوری، تو اسی میں جیتے رہے، جیتے رہے، جیتے رہے۔</w:t>
      </w:r>
    </w:p>
    <w:p>
      <w:r>
        <w:rPr>
          <w:b/>
        </w:rPr>
        <w:t xml:space="preserve">[1:07:25] </w:t>
      </w:r>
      <w:r>
        <w:t>Saari naslen isi mein nasl dar nasl conditioning hoti rahi. Isi mein to bas isi ko le kar naye daur mein daakhil ho gaye, yaani pichhle mind ko le kar ke naye zamane mein daakhil ho gaye.</w:t>
      </w:r>
    </w:p>
    <w:p>
      <w:pPr>
        <w:jc w:val="right"/>
      </w:pPr>
      <w:r>
        <w:t>ساری نسلیں اسی میں نسل در نسل کنڈیشننگ ہوتی رہی۔ اسی میں تو بس اسی کو لے کر نئے دور میں داخل ہو گئے، یعنی پچھلے مائنڈ کو لے کر کے نئے زمانے میں داخل ہو گئے۔</w:t>
      </w:r>
    </w:p>
    <w:p>
      <w:r>
        <w:rPr>
          <w:b/>
        </w:rPr>
        <w:t xml:space="preserve">[1:07:40] </w:t>
      </w:r>
      <w:r>
        <w:t>ab ab kya hai? ab ab ghalati mannay ko tayyar nahin. jis ko dekhiye, woh apni ghalati manta hi nahin. har aadmi doosra blame leta hai.</w:t>
      </w:r>
    </w:p>
    <w:p>
      <w:pPr>
        <w:jc w:val="right"/>
      </w:pPr>
      <w:r>
        <w:t>اب اب کیا ہے؟ اب اب غلطی ماننے کو تیار نہیں۔ جس کو دیکھیے، وہ اپنی غلطی مانتا ہی نہیں۔ ہر آدمی دوسرا بلیم لیتا ہے۔</w:t>
      </w:r>
    </w:p>
    <w:p>
      <w:r>
        <w:rPr>
          <w:b/>
        </w:rPr>
        <w:t xml:space="preserve">[1:07:49] </w:t>
      </w:r>
      <w:r>
        <w:t>to ab jo ab musalman hain, un ko to sab se pehla kaam yeh karna hai ke seedhe seedhe kahain ke "we are wrong". tab is ke baad nai beginning hogi, warna koi nai beginning hone wali nahin hai.</w:t>
      </w:r>
    </w:p>
    <w:p>
      <w:pPr>
        <w:jc w:val="right"/>
      </w:pPr>
      <w:r>
        <w:t>تو اب جو اب مسلمان ہیں، ان کو تو سب سے پہلا کام یہ کرنا ہے کہ سیدھے سیدھے کہیں کہ "وی آر رنگ"۔ تب اس کے بعد نئی بگننگ ہوگی، ورنہ کوئی نئی بگننگ ہونے والی نہیں ہے۔</w:t>
      </w:r>
    </w:p>
    <w:p>
      <w:r>
        <w:rPr>
          <w:b/>
        </w:rPr>
        <w:t xml:space="preserve">[1:08:01] </w:t>
      </w:r>
      <w:r>
        <w:t>kya qayamat aa jaye, koi nai beginning nahin hone wali. yeh ek law of nature ki baat mein keh raha hoon.</w:t>
      </w:r>
    </w:p>
    <w:p>
      <w:pPr>
        <w:jc w:val="right"/>
      </w:pPr>
      <w:r>
        <w:t>کیا قیامت آ جائے، کوئی نئی بگننگ نہیں ہونے والی۔ یہ ایک لاف نیچر کی بات میں کہہ رہا ہوں۔</w:t>
      </w:r>
    </w:p>
    <w:p>
      <w:r>
        <w:rPr>
          <w:b/>
        </w:rPr>
        <w:t xml:space="preserve">[1:08:13] </w:t>
      </w:r>
      <w:r>
        <w:t>maulana, agla sawal dilli se hai</w:t>
      </w:r>
    </w:p>
    <w:p>
      <w:pPr>
        <w:jc w:val="right"/>
      </w:pPr>
      <w:r>
        <w:t>مولانا، اگلا سوال دلی سے ہے</w:t>
      </w:r>
    </w:p>
    <w:p>
      <w:r>
        <w:rPr>
          <w:b/>
        </w:rPr>
        <w:t xml:space="preserve">[1:08:15] </w:t>
      </w:r>
      <w:r>
        <w:t>mr nitin ka, jo ek student hain. unhon ne likha hai: "maulana, i have come to your class today for the first time. i want to understand islam better.</w:t>
      </w:r>
    </w:p>
    <w:p>
      <w:pPr>
        <w:jc w:val="right"/>
      </w:pPr>
      <w:r>
        <w:t>مسٹر نتن کا، جو ایک سٹوڈنٹ ہیں۔ انہوں نے لکھا ہے: "مولانا، آئی ہیو کم ٹو یور کلاس ٹوڈے فار دا فرسٹ ٹائم۔ آئی وانٹ ٹو انڈرسٹینڈ اسلام بیٹر۔</w:t>
      </w:r>
    </w:p>
    <w:p>
      <w:r>
        <w:rPr>
          <w:b/>
        </w:rPr>
        <w:t xml:space="preserve">[1:08:27] </w:t>
      </w:r>
      <w:r>
        <w:t>kindly tell me from where should i begin, so that i can understand islam correctly?" achha</w:t>
      </w:r>
    </w:p>
    <w:p>
      <w:pPr>
        <w:jc w:val="right"/>
      </w:pPr>
      <w:r>
        <w:t>کائنڈلی ٹیل می فرام ویر شوڈ آئی بگن، سو دیٹ آئی کین انڈرسٹینڈ اسلام کریکٹلی؟" اچھا</w:t>
      </w:r>
    </w:p>
    <w:p>
      <w:r>
        <w:rPr>
          <w:b/>
        </w:rPr>
        <w:t xml:space="preserve">[1:08:40] </w:t>
      </w:r>
      <w:r>
        <w:t>bhai, dekhiye, mein to yeh kahoon ga ke sab se pehle aap hamari kuch choti choti kitabein hain, yeh aap ko mil jayengi. aap</w:t>
      </w:r>
    </w:p>
    <w:p>
      <w:pPr>
        <w:jc w:val="right"/>
      </w:pPr>
      <w:r>
        <w:t>بھائی، دیکھیے، میں تو یہ کہوں گا کہ سب سے پہلے آپ ہماری کچھ چھوٹی چھوٹی کتابیں ہیں، یہ آپ کو مل جائیں گی۔ آپ</w:t>
      </w:r>
    </w:p>
    <w:p>
      <w:r>
        <w:rPr>
          <w:b/>
        </w:rPr>
        <w:t xml:space="preserve">[1:08:50] </w:t>
      </w:r>
      <w:r>
        <w:t>ko koi de dega yahan par, jaise "creation in plan of god" aur "what is islam".</w:t>
      </w:r>
    </w:p>
    <w:p>
      <w:pPr>
        <w:jc w:val="right"/>
      </w:pPr>
      <w:r>
        <w:t>کو کوئی دے دے گا یہاں پر، جیسے "کریشن ان پلان آف گاڈ" اور "واٹ از اسلام"۔</w:t>
      </w:r>
    </w:p>
    <w:p>
      <w:r>
        <w:rPr>
          <w:b/>
        </w:rPr>
        <w:t xml:space="preserve">[1:09:00] </w:t>
      </w:r>
      <w:r>
        <w:t>is tarah ki choti choti kai kitabein hain. sab se pehle aap is ko parhiye. is ko parhne ke baad aap ko ek ek ek rough idea hoga.</w:t>
      </w:r>
    </w:p>
    <w:p>
      <w:pPr>
        <w:jc w:val="right"/>
      </w:pPr>
      <w:r>
        <w:t>اس طرح کی چھوٹی چھوٹی کئی کتابیں ہیں۔ سب سے پہلے آپ اس کو پڑھیے۔ اس کو پڑھنے کے بعد آپ کو ایک ایک ایک رف آئیڈیا ہوگا۔</w:t>
      </w:r>
    </w:p>
    <w:p>
      <w:r>
        <w:rPr>
          <w:b/>
        </w:rPr>
        <w:t xml:space="preserve">[1:09:09] </w:t>
      </w:r>
      <w:r>
        <w:t>phir quran ko parhiye. phir meri ek kitab hai "prophet of peace", us ko parhiye. to mein aap ko teen, woh mein ne teen advice de raha hoon.</w:t>
      </w:r>
    </w:p>
    <w:p>
      <w:pPr>
        <w:jc w:val="right"/>
      </w:pPr>
      <w:r>
        <w:t>پھر قرآن کو پڑھیے۔ پھر میری ایک کتاب ہے "پرافٹ آف پیس"، اس کو پڑھیے۔ تو میں آپ کو تین، وہ میں نے تین ایڈوائس دے رہا ہوں۔</w:t>
      </w:r>
    </w:p>
    <w:p>
      <w:r>
        <w:rPr>
          <w:b/>
        </w:rPr>
        <w:t xml:space="preserve">[1:09:21] </w:t>
      </w:r>
      <w:r>
        <w:t>sab se pehle hamari choti pamphlet parhiye, us ke baad quran parhiye, phir "prophet of peace" parhiye. aur agar aap ke zehen mein koi question baqi rehta hai to us ko telephone kijiye.</w:t>
      </w:r>
    </w:p>
    <w:p>
      <w:pPr>
        <w:jc w:val="right"/>
      </w:pPr>
      <w:r>
        <w:t>سب سے پہلے ہماری چھوٹی پمفلٹ پڑھیے، اس کے بعد قرآن پڑھیے، پھر "پرافٹ آف پیس" پڑھیے۔ اور اگر آپ کے ذہن میں کوئی کوئسچن باقی رہتا ہے تو اس کو ٹیلی فون کیجئے۔</w:t>
      </w:r>
    </w:p>
    <w:p>
      <w:r>
        <w:rPr>
          <w:b/>
        </w:rPr>
        <w:t xml:space="preserve">[1:09:33] </w:t>
      </w:r>
      <w:r>
        <w:t>mein har waqt 24 ghante mein available rehta hoon. kabhi is ko aap telephone kar sakte hain.</w:t>
      </w:r>
    </w:p>
    <w:p>
      <w:pPr>
        <w:jc w:val="right"/>
      </w:pPr>
      <w:r>
        <w:t>میں ہر وقت 24 گھنٹے میں اویلیبل رہتا ہوں۔ کبھی اس کو آپ ٹیلی فون کر سکتے ہیں۔</w:t>
      </w:r>
    </w:p>
    <w:p>
      <w:r>
        <w:rPr>
          <w:b/>
        </w:rPr>
        <w:t xml:space="preserve">[1:09:42] </w:t>
      </w:r>
      <w:r>
        <w:t>maulana, agla ek comment aur sawal hai jo dilli se aaya hai miss nuzhat ameen ka. unhon ne likha hai: "alhamdulillah, the class was informative.</w:t>
      </w:r>
    </w:p>
    <w:p>
      <w:pPr>
        <w:jc w:val="right"/>
      </w:pPr>
      <w:r>
        <w:t>مولانا، اگلا ایک کمنٹ اور سوال ہے جو دلی سے آیا ہے مس نزیہ امن کا۔ انہوں نے لکھا ہے: "الحمدللہ، دا کلاس واز انفارمیٹیو۔</w:t>
      </w:r>
    </w:p>
    <w:p>
      <w:r>
        <w:rPr>
          <w:b/>
        </w:rPr>
        <w:t xml:space="preserve">[1:09:54] </w:t>
      </w:r>
      <w:r>
        <w:t>can we have quran circle where we are taught quran tafsir?" also, ab parhiye. parhana kya hai? aap khud pa</w:t>
      </w:r>
    </w:p>
    <w:p>
      <w:pPr>
        <w:jc w:val="right"/>
      </w:pPr>
      <w:r>
        <w:t>کین وی ہیو قرآن سرکل ویئر وی آر ٹاٹ قرآن تفسیر؟" السو، اب پڑھیے۔ پڑھانا کیا ہے؟ آپ خود پ</w:t>
      </w:r>
    </w:p>
    <w:p>
      <w:r>
        <w:rPr>
          <w:b/>
        </w:rPr>
        <w:t xml:space="preserve">[1:10:03] </w:t>
      </w:r>
      <w:r>
        <w:t>dhiye. har aadmi khud parhe. parhane ka to hamara silsila hai hi nahin. hamara silsila parhane ka nahin, hamara silsila parhne ka hai.</w:t>
      </w:r>
    </w:p>
    <w:p>
      <w:pPr>
        <w:jc w:val="right"/>
      </w:pPr>
      <w:r>
        <w:t>ڑھیے۔ ہر آدمی خود پڑھے۔ پڑھانے کا تو ہمارا سلسلہ ہے ہی نہیں۔ ہمارا سلسلہ پڑھانے کا نہیں، ہمارا سلسلہ پڑھنے کا ہے۔</w:t>
      </w:r>
    </w:p>
    <w:p>
      <w:r>
        <w:rPr>
          <w:b/>
        </w:rPr>
        <w:t xml:space="preserve">[1:10:12] </w:t>
      </w:r>
      <w:r>
        <w:t>yeh quran mein hai, quran parho. yeh nahin ke parhwao. aap aap khud study kijiye quran ka. hamare paas urdu mein, english mein maujood hai commentary.</w:t>
      </w:r>
    </w:p>
    <w:p>
      <w:pPr>
        <w:jc w:val="right"/>
      </w:pPr>
      <w:r>
        <w:t>یہ کرا قرآن میں ہے، کرا پڑھو۔ یہ نہیں کہ پڑھواؤ۔ آپ آپ خود اسٹڈی کیجئے قرآن کا۔ ہمارے پاس اردو میں، انگلش میں موجود ہے کمنٹری۔</w:t>
      </w:r>
    </w:p>
    <w:p>
      <w:r>
        <w:rPr>
          <w:b/>
        </w:rPr>
        <w:t xml:space="preserve">[1:10:23] </w:t>
      </w:r>
      <w:r>
        <w:t>aap is ko parhiye, study kijiye, aur phir doosron se aap discuss kar sakte hain. discussion to bohat achhi cheez hai,</w:t>
      </w:r>
    </w:p>
    <w:p>
      <w:pPr>
        <w:jc w:val="right"/>
      </w:pPr>
      <w:r>
        <w:t>آپ اس کو پڑھیے، اسٹڈی کیجئے، اور پھر دوسروں سے آپ ڈسکس کر سکتے ہیں۔ ڈسکشن تو بہت اچھی چیز ہے،</w:t>
      </w:r>
    </w:p>
    <w:p>
      <w:r>
        <w:rPr>
          <w:b/>
        </w:rPr>
        <w:t xml:space="preserve">[1:10:33] </w:t>
      </w:r>
      <w:r>
        <w:t>lekin khud pehle parhna parhe ga.</w:t>
      </w:r>
    </w:p>
    <w:p>
      <w:pPr>
        <w:jc w:val="right"/>
      </w:pPr>
      <w:r>
        <w:t>لیکن خود پہلے پڑھنا پڑے گا۔</w:t>
      </w:r>
    </w:p>
    <w:p>
      <w:r>
        <w:rPr>
          <w:b/>
        </w:rPr>
        <w:t xml:space="preserve">[1:10:38] </w:t>
      </w:r>
      <w:r>
        <w:t>maulana, agla sawal dilli se hai kausar ali sahib ka. unhon ne aap se poocha hai: "what is the meaning of ummat-e-wasta?" is ke baray mein batayein.</w:t>
      </w:r>
    </w:p>
    <w:p>
      <w:pPr>
        <w:jc w:val="right"/>
      </w:pPr>
      <w:r>
        <w:t>مولانا، اگلا سوال دلی سے ہے کوثر علی صاحب کا۔ انہوں نے آپ سے پوچھا ہے: "واٹ از دا میننگ آف امت وسطی؟" اس کے بارے میں بتائیں۔</w:t>
      </w:r>
    </w:p>
    <w:p>
      <w:r>
        <w:rPr>
          <w:b/>
        </w:rPr>
        <w:t xml:space="preserve">[1:10:48] </w:t>
      </w:r>
      <w:r>
        <w:t>ummat-e-wasta quran majeed mein aaya hai: "wa kadhalika ja'alnakum ummatan wasatan rasool alayhi</w:t>
      </w:r>
    </w:p>
    <w:p>
      <w:pPr>
        <w:jc w:val="right"/>
      </w:pPr>
      <w:r>
        <w:t>امت وسط قرآن مجید میں آیا ہے: "وکذالک جعلناکم امت وسطا رسول علیہ</w:t>
      </w:r>
    </w:p>
    <w:p>
      <w:r>
        <w:rPr>
          <w:b/>
        </w:rPr>
        <w:t xml:space="preserve">[1:10:58] </w:t>
      </w:r>
      <w:r>
        <w:t>al-shuhada." ummat-e-wasta ka matlab hote hain, yani middle ummah, beech ki ummah, middle group.</w:t>
      </w:r>
    </w:p>
    <w:p>
      <w:pPr>
        <w:jc w:val="right"/>
      </w:pPr>
      <w:r>
        <w:t>الشہداء۔" امت وسط کا مطلب ہوتے ہیں، یعنی مڈل امہ، بیچ کی امہ، مڈل گروپ۔</w:t>
      </w:r>
    </w:p>
    <w:p>
      <w:r>
        <w:rPr>
          <w:b/>
        </w:rPr>
        <w:t xml:space="preserve">[1:11:07] </w:t>
      </w:r>
      <w:r>
        <w:t>ke ayat ko aap ja ke quran mein dekhiye ga to us mein kya hai? us mein khud hi bata diya gaya hai ke beech ka matlab yahan kya hai</w:t>
      </w:r>
    </w:p>
    <w:p>
      <w:pPr>
        <w:jc w:val="right"/>
      </w:pPr>
      <w:r>
        <w:t>کہ آیت کو آپ جا کے قرآن میں دیکھیے گا تو اس میں کیا ہے؟ اس میں خود ہی بتا دیا گیا ہے کہ بیچ کا مطلب یہاں کیا ہے</w:t>
      </w:r>
    </w:p>
    <w:p>
      <w:r>
        <w:rPr>
          <w:b/>
        </w:rPr>
        <w:t xml:space="preserve">[1:11:18] </w:t>
      </w:r>
      <w:r>
        <w:t>ke ummat-e-rasool, yani rasool logon ke darmiyan hai. rasool ko bila allah ki taraf se paigham direct, ab is paigham pahunchana hai doosron ko.</w:t>
      </w:r>
    </w:p>
    <w:p>
      <w:pPr>
        <w:jc w:val="right"/>
      </w:pPr>
      <w:r>
        <w:t>کہ امت رسول، یعنی رسول لوگوں کے درمیان ہے۔ رسول کو بلا اللہ کی طرف سے پیغام ڈائریکٹ، اب اس پیغام پہنچانا ہے دوسروں کو۔</w:t>
      </w:r>
    </w:p>
    <w:p>
      <w:r>
        <w:rPr>
          <w:b/>
        </w:rPr>
        <w:t xml:space="preserve">[1:11:32] </w:t>
      </w:r>
      <w:r>
        <w:t>beech mein ummah hai to ummah ko kya karna hai? rasool se lena aur doosron ko pahunchana. to middle man role hai yeh rasool se lena aur ummah tak pahunchana.</w:t>
      </w:r>
    </w:p>
    <w:p>
      <w:pPr>
        <w:jc w:val="right"/>
      </w:pPr>
      <w:r>
        <w:t>بیچ میں امت ہے تو امت کو کیا کرنا ہے؟ رسول سے لینا اور دوسروں کو پہنچانا۔ تو مڈل مین رول ہے یہ رسول سے لینا اور امت تک پہنچانا۔</w:t>
      </w:r>
    </w:p>
    <w:p>
      <w:r>
        <w:rPr>
          <w:b/>
        </w:rPr>
        <w:t xml:space="preserve">[1:11:45] </w:t>
      </w:r>
      <w:r>
        <w:t>to waise hi waise hi jaisa ke mila hai, wahi pahuncha. koi badlav nahin, coordination nahin, kisi bhi tabdeeli ke baghair. jo bhi as it is jo mila hai, us ko lijiye wahan se aur phir logon tak pahunchate rahiye, pahunchate rahiye, pahunchate rahiye.</w:t>
      </w:r>
    </w:p>
    <w:p>
      <w:pPr>
        <w:jc w:val="right"/>
      </w:pPr>
      <w:r>
        <w:t>تو ویسے ہی ویسے ہی جیسا کہ ملا ہے، وہی پہنچا۔ کوئی بدلاؤ نہیں، کوآرڈینیشن نہیں، کسی بھی تبدیلی کے بغیر۔ جو بھی ایز اٹ از جو ملا ہے، اس کو لیجئے وہاں سے اور پھر لوگوں تک پہنچاتے رہیے، پہنچاتے رہیے، پہنچاتے رہیے۔</w:t>
      </w:r>
    </w:p>
    <w:p>
      <w:r>
        <w:rPr>
          <w:b/>
        </w:rPr>
        <w:t xml:space="preserve">[1:12:03] </w:t>
      </w:r>
      <w:r>
        <w:t>to yeh middle man ka role jo hai, is ko yahan bataya gaya ummat-e-wasta. Maulana, agla sawal dilli se hai Miss S. Ahmed ka.</w:t>
      </w:r>
    </w:p>
    <w:p>
      <w:pPr>
        <w:jc w:val="right"/>
      </w:pPr>
      <w:r>
        <w:t>تو یہ مڈل مین کا رول جو ہے، اس کو یہاں بتایا گیا امت وسط۔ مولانا، اگلا سوال دلی سے ہے مس ایس احمد کا۔</w:t>
      </w:r>
    </w:p>
    <w:p>
      <w:r>
        <w:rPr>
          <w:b/>
        </w:rPr>
        <w:t xml:space="preserve">[1:12:12] </w:t>
      </w:r>
      <w:r>
        <w:t>unhon ne likha hai: "Maulana sahib, if the Muslim ummah develops discovering attitude instead of their defending attitude, then their struggle aur daawa aur discovering activities would require some sort of leadership which can guide their ways.</w:t>
      </w:r>
    </w:p>
    <w:p>
      <w:pPr>
        <w:jc w:val="right"/>
      </w:pPr>
      <w:r>
        <w:t>انہوں نے لکھا ہے: "مولانا صاحب، اف دا مسلم امہ ڈیویلپس ڈسکورنگ ایٹیٹیوڈ انسٹیڈ آف دیر ڈیفینڈنگ ایٹیٹیوڈ، دین دیر سٹرگل اور دعویٰ اور ڈسکورنگ ایکٹیویٹیز وڈ ریکوائر سم سورٹ آف لیڈرشپ وچ کین گائیڈ دیر ویز۔</w:t>
      </w:r>
    </w:p>
    <w:p>
      <w:r>
        <w:rPr>
          <w:b/>
        </w:rPr>
        <w:t xml:space="preserve">[1:12:32] </w:t>
      </w:r>
      <w:r>
        <w:t>so how should be this leadership and how should it work?" mere nazdeek musalman defend bhi nahi kar rahe. Defend to ek positive word hai, nahi bas doosron ko blame dete hain.</w:t>
      </w:r>
    </w:p>
    <w:p>
      <w:pPr>
        <w:jc w:val="right"/>
      </w:pPr>
      <w:r>
        <w:t>سو ہاؤ شوڈ بی دس لیڈرشپ اینڈ ہاؤ شوڈ اٹ ورک؟" میرے نزدیک مسلمان ڈیفینڈ بھی نہیں کر رہے۔ ڈیفینڈ تو ایک پازیٹیو ورڈ ہے، نہیں بس دوسروں کو بلیم دیتے ہیں۔</w:t>
      </w:r>
    </w:p>
    <w:p>
      <w:r>
        <w:rPr>
          <w:b/>
        </w:rPr>
        <w:t xml:space="preserve">[1:12:45] </w:t>
      </w:r>
      <w:r>
        <w:t>bas saara musalmanon ka jo neechay hai, woh stage ho ya un ka, yani jo printing press ka jo istemal kar rahe hain, woh dono jagah bas doosron ko blame dein.</w:t>
      </w:r>
    </w:p>
    <w:p>
      <w:pPr>
        <w:jc w:val="right"/>
      </w:pPr>
      <w:r>
        <w:t>بس سارا مسلمانوں کا جو نیچہ ہے، وہ اسٹیج ہو یا ان کا، یعنی جو پرنٹنگ پریس کا جو استعمال کر رہے ہیں، وہ دونوں جگہ بس دوسروں کو بلیم دیں۔</w:t>
      </w:r>
    </w:p>
    <w:p>
      <w:r>
        <w:rPr>
          <w:b/>
        </w:rPr>
        <w:t xml:space="preserve">[1:13:00] </w:t>
      </w:r>
      <w:r>
        <w:t>defend to ek bohat oonchi baat hai. Musalman defend kahan kar rahe hain? Sachaa defence jo hai, woh bohat bari baat hoti hai.</w:t>
      </w:r>
    </w:p>
    <w:p>
      <w:pPr>
        <w:jc w:val="right"/>
      </w:pPr>
      <w:r>
        <w:t>ڈیفینڈ تو ایک بہت اونچی بات ہے۔ مسلمان ڈیفینڈ کہاں کر رہے ہیں؟ سچا ڈیفنس جو ہے، وہ بہت بڑی بات ہوتی ہے۔</w:t>
      </w:r>
    </w:p>
    <w:p>
      <w:r>
        <w:rPr>
          <w:b/>
        </w:rPr>
        <w:t xml:space="preserve">[1:13:09] </w:t>
      </w:r>
      <w:r>
        <w:t>musalman defence kar, defend, defend karna bhi nahi jante. Defence jo hai, ek bohat bara art hai. Musalman to bas react karte hain, react karte hain.</w:t>
      </w:r>
    </w:p>
    <w:p>
      <w:pPr>
        <w:jc w:val="right"/>
      </w:pPr>
      <w:r>
        <w:t>مسلمان ڈیفنس کر، ڈیفینڈ، ڈیفینڈ کرنا بھی نہیں جانتے۔ ڈیفنس جو ہے، ایک بہت بڑا آرٹ ہے۔ مسلمان تو بس ری ایکٹ کرتے ہیں، ری ایکٹ کرتے ہیں۔</w:t>
      </w:r>
    </w:p>
    <w:p>
      <w:r>
        <w:rPr>
          <w:b/>
        </w:rPr>
        <w:t xml:space="preserve">[1:13:19] </w:t>
      </w:r>
      <w:r>
        <w:t>bas har cheez ka blame doosron ko dena, kuch bhi ho, bas doosron ko blame dena.</w:t>
      </w:r>
    </w:p>
    <w:p>
      <w:pPr>
        <w:jc w:val="right"/>
      </w:pPr>
      <w:r>
        <w:t>بس ہر چیز کا بلیم دوسروں کو دینا، کچھ بھی ہو، بس دوسروں کو بلیم دینا۔</w:t>
      </w:r>
    </w:p>
    <w:p>
      <w:r>
        <w:rPr>
          <w:b/>
        </w:rPr>
        <w:t xml:space="preserve">[1:13:24] </w:t>
      </w:r>
      <w:r>
        <w:t>jaise India mein corner rights hote hain, bas jhat se blame denge police ko. Yeh bilkul galat hota hai, bilkul galat hota hai.</w:t>
      </w:r>
    </w:p>
    <w:p>
      <w:pPr>
        <w:jc w:val="right"/>
      </w:pPr>
      <w:r>
        <w:t>جیسے انڈیا میں کمر رائٹ ہوتے ہیں، بس جھٹ سے بلیم دیں گے پولیس کو۔ یہ بالکل غلط ہوتا ہے، بالکل غلط ہوتا ہے۔</w:t>
      </w:r>
    </w:p>
    <w:p>
      <w:r>
        <w:rPr>
          <w:b/>
        </w:rPr>
        <w:t xml:space="preserve">[1:13:33] </w:t>
      </w:r>
      <w:r>
        <w:t>saare musalman chahe Mr ho ya Bol bhi, kya karte hain corner rights mein</w:t>
      </w:r>
    </w:p>
    <w:p>
      <w:pPr>
        <w:jc w:val="right"/>
      </w:pPr>
      <w:r>
        <w:t>سارے مسلمان چاہے مسٹر ہو یا بول بھی، کیا کرتے ہیں کمر رائٹس میں</w:t>
      </w:r>
    </w:p>
    <w:p>
      <w:r>
        <w:rPr>
          <w:b/>
        </w:rPr>
        <w:t xml:space="preserve">[1:13:38] </w:t>
      </w:r>
      <w:r>
        <w:t>. Dekhein, maine is pe kai article likhe hain. Corner right ki ek hi kahani hamesha hoti hai ke Hindu logon ke haan juloos ka riwaj hai, judge juloos woh nikalte hain.</w:t>
      </w:r>
    </w:p>
    <w:p>
      <w:pPr>
        <w:jc w:val="right"/>
      </w:pPr>
      <w:r>
        <w:t>۔ دیکھیں، میں نے اس پہ کئی آرٹیکل لکھے ہیں۔ کمر رائٹ کی ایک ہی کہانی ہمیشہ ہوتی ہے کہ ہندو لوگوں کے ہاں جلوس کا رواج ہے، جج جلوس وہ نکالتے ہیں۔</w:t>
      </w:r>
    </w:p>
    <w:p>
      <w:r>
        <w:rPr>
          <w:b/>
        </w:rPr>
        <w:t xml:space="preserve">[1:13:51] </w:t>
      </w:r>
      <w:r>
        <w:t>to is mein kuch un ke slogan hote hain, kuch gaana bajana hota hai, aisa hota hai. To musalmanon ne ek jhoota nazariya bana rakha hai ke is se masjid ki behurmati hogi.</w:t>
      </w:r>
    </w:p>
    <w:p>
      <w:pPr>
        <w:jc w:val="right"/>
      </w:pPr>
      <w:r>
        <w:t>تو اس میں کچھ ان کے سلوگن ہوتے ہیں، کچھ گانا بجانا ہوتا ہے، ایسا ہوتا ہے۔ تو مسلمانوں نے ایک جھوٹا نظریہ بنا رکھا ہے کہ اس سے مسجد کی بے حرمتی ہوگی۔</w:t>
      </w:r>
    </w:p>
    <w:p>
      <w:r>
        <w:rPr>
          <w:b/>
        </w:rPr>
        <w:t xml:space="preserve">[1:14:02] </w:t>
      </w:r>
      <w:r>
        <w:t>yeh bilkul galat baat hai. Koi sar fehrist ka Islam se koi is ka taluq nahi. To woh kahenge ke idhar hamari masjid hai, idhar tum mande ja rahe ho, is ko idhar se le jao.</w:t>
      </w:r>
    </w:p>
    <w:p>
      <w:pPr>
        <w:jc w:val="right"/>
      </w:pPr>
      <w:r>
        <w:t>یہ بالکل غلط بات ہے۔ کوئی سر فہرست کا اسلام سے کوئی اس کا تعلق نہیں۔ تو وہ کہیں گے کہ ادھر ہماری مسجد ہے، ادھر تم منڈے جا رہے ہو، اس کو ادھر سے لے جاؤ۔</w:t>
      </w:r>
    </w:p>
    <w:p>
      <w:r>
        <w:rPr>
          <w:b/>
        </w:rPr>
        <w:t xml:space="preserve">[1:14:12] </w:t>
      </w:r>
      <w:r>
        <w:t>to woh kehte hain ke hum ko le jayein, hum nahi le jayein ge idhar se. Ab police wahan maujood hoti hai, woh chahte hain ke police wahan roke, un ke route ko badle.</w:t>
      </w:r>
    </w:p>
    <w:p>
      <w:pPr>
        <w:jc w:val="right"/>
      </w:pPr>
      <w:r>
        <w:t>تو وہ کہتے ہیں کہ ہم کو لے جائیں، ہم نہیں لے جائیں گے ادھر سے۔ اب پولیس وہاں موجود ہوتی ہے، وہ چاہتے ہیں کہ پولیس وہاں روکے، ان کے روٹ کو بدلے۔</w:t>
      </w:r>
    </w:p>
    <w:p>
      <w:r>
        <w:rPr>
          <w:b/>
        </w:rPr>
        <w:t xml:space="preserve">[1:14:21] </w:t>
      </w:r>
      <w:r>
        <w:t>to police kaise badlenge? Nahi badal sakte. Police, police ko ikhtiyar nahi ke woh route badle. To kya karenge? Musalman pathar maar denge.</w:t>
      </w:r>
    </w:p>
    <w:p>
      <w:pPr>
        <w:jc w:val="right"/>
      </w:pPr>
      <w:r>
        <w:t>تو پولیس کیسے بدلیں گے؟ نہیں بدل سکتے۔ پولیس، پولیس کو اختیار نہیں کہ وہ روٹ بدلے۔ تو کیا کریں گے؟ مسلمان پتھر مار دیں گے۔</w:t>
      </w:r>
    </w:p>
    <w:p>
      <w:r>
        <w:rPr>
          <w:b/>
        </w:rPr>
        <w:t xml:space="preserve">[1:14:29] </w:t>
      </w:r>
      <w:r>
        <w:t>police ko pathar marenge ke yeh ooper side le rahi hai. Musalmanon mein yeh mind mein aa jayega. Un ka ke police wale police ko side le rahe hain aur pathar maar denge.</w:t>
      </w:r>
    </w:p>
    <w:p>
      <w:pPr>
        <w:jc w:val="right"/>
      </w:pPr>
      <w:r>
        <w:t>پولیس کو پتھر ماریں گے کہ یہ اوپر سائیڈ لے رہی ہے۔ مسلمانوں میں یہ مائنڈ میں آ جائے گا۔ ان کا کہ پولیس والے پولیس کو سائیڈ لے رہے ہیں اور پتھر مار دیں گے۔</w:t>
      </w:r>
    </w:p>
    <w:p>
      <w:r>
        <w:rPr>
          <w:b/>
        </w:rPr>
        <w:t xml:space="preserve">[1:14:38] </w:t>
      </w:r>
      <w:r>
        <w:t>tab kya hoga? Phir kya hota hai? Pehle masla hota hai, yani procession versus Muslim, juloos versus Muslim.</w:t>
      </w:r>
    </w:p>
    <w:p>
      <w:pPr>
        <w:jc w:val="right"/>
      </w:pPr>
      <w:r>
        <w:t>تب کیا ہوگا؟ پھر کیا ہوتا ہے؟ پہلے مسئلہ ہوتا ہے، یعنی پروسیشن ورسز مسلم، جلوس ورسز مسلم۔</w:t>
      </w:r>
    </w:p>
    <w:p>
      <w:r>
        <w:rPr>
          <w:b/>
        </w:rPr>
        <w:t xml:space="preserve">[1:14:51] </w:t>
      </w:r>
      <w:r>
        <w:t>lekin jaise hi ab musalman pathar maar dete hain police ko, phir masla kya ban jata hai? Police versus Muslim. Phir saari kahani badal jati hai, saari kahani badal jati hai is ke baad.</w:t>
      </w:r>
    </w:p>
    <w:p>
      <w:pPr>
        <w:jc w:val="right"/>
      </w:pPr>
      <w:r>
        <w:t>لیکن جیسے ہی اب مسلمان پتھر مار دیتے ہیں پولیس کو، پھر مسئلہ کیا بن جاتا ہے؟ پولیس ورسز مسلم۔ پھر ساری کہانی بدل جاتی ہے، ساری کہانی بدل جاتی ہے اس کے بعد۔</w:t>
      </w:r>
    </w:p>
    <w:p>
      <w:r>
        <w:rPr>
          <w:b/>
        </w:rPr>
        <w:t xml:space="preserve">[1:15:02] </w:t>
      </w:r>
      <w:r>
        <w:t>lekin koi ek bhi musalman rehne walon ki is ko khul kar is ko maane.</w:t>
      </w:r>
    </w:p>
    <w:p>
      <w:pPr>
        <w:jc w:val="right"/>
      </w:pPr>
      <w:r>
        <w:t>لیکن کوئی ایک بھی مسلمان رہنے والوں کی اس کو کھل کر اس کو مانے۔</w:t>
      </w:r>
    </w:p>
    <w:p>
      <w:r>
        <w:rPr>
          <w:b/>
        </w:rPr>
        <w:t xml:space="preserve">[1:15:08] </w:t>
      </w:r>
      <w:r>
        <w:t>bas wohi wohi dohrate hain ke police ka zulm, police ka zulm, police ka zulm. Koi police zulm nahi maanta. Main sab musalmanon ki nadani se hota hai. Muslims are paid, Muslims are paying the price of their own state policies.</w:t>
      </w:r>
    </w:p>
    <w:p>
      <w:pPr>
        <w:jc w:val="right"/>
      </w:pPr>
      <w:r>
        <w:t>بس وہی وہی دہراتے ہیں کہ پولیس کا ظلم، پولیس کا ظلم، پولیس کا ظلم۔ کوئی پولیس ظلم نہیں مانتا۔ میں سب مسلمانوں کی نادانی سے ہوتا ہے۔ مسلمز آر پیڈ، مسلمز آر پینگ دا پرائس آف دیر اون اسٹیوٹ پالیسیز۔</w:t>
      </w:r>
    </w:p>
    <w:p>
      <w:r>
        <w:rPr>
          <w:b/>
        </w:rPr>
        <w:t xml:space="preserve">[1:15:23] </w:t>
      </w:r>
      <w:r>
        <w:t>Muslims are paying the price of their own state policies.</w:t>
      </w:r>
    </w:p>
    <w:p>
      <w:pPr>
        <w:jc w:val="right"/>
      </w:pPr>
      <w:r>
        <w:t>مسلمز آر پینگ دا پرائس آف دیر اون اسٹیوٹ پالیسی</w:t>
      </w:r>
    </w:p>
    <w:p>
      <w:r>
        <w:rPr>
          <w:b/>
        </w:rPr>
        <w:t xml:space="preserve">[1:15:29] </w:t>
      </w:r>
      <w:r>
        <w:t>z. Bhai, koi kehta nahi is baat ko. Bas doosron ko blame dena, RSS ko blame dena, BJP ko blame dena, police ko blame dena, administration ko blame dena.</w:t>
      </w:r>
    </w:p>
    <w:p>
      <w:pPr>
        <w:jc w:val="right"/>
      </w:pPr>
      <w:r>
        <w:t>ز۔ بھئی، کوئی کہتا نہیں اس بات کو۔ بس دوسروں کو بلیم دینا، آر ایس ایس کو بلیم دینا، بی جے پی کو بلیم دینا، پولیس کو بلیم دینا، ایڈمنسٹریشن کو بلیم دینا۔</w:t>
      </w:r>
    </w:p>
    <w:p>
      <w:r>
        <w:rPr>
          <w:b/>
        </w:rPr>
        <w:t xml:space="preserve">[1:15:38] </w:t>
      </w:r>
      <w:r>
        <w:t>yeh musalmanon ka mizaj ban gaya hai ke doosron ko blame dena. Yeh bohat zyada buri baat hai. Koi Allah ko bhar ke pasand nahi. Is ka saboot yeh hai ke musalman maare ja rahe hain.</w:t>
      </w:r>
    </w:p>
    <w:p>
      <w:pPr>
        <w:jc w:val="right"/>
      </w:pPr>
      <w:r>
        <w:t>یہ مسلمانوں کا مزاج بن گیا ہے کہ دوسروں کو بلیم دینا۔ یہ بہت زیادہ بری بات ہے۔ کوئی اللہ کو بھر کے پسند نہیں ہے۔ اس کا ثبوت یہ ہے کہ مسلمان مارے جا رہے ہیں۔</w:t>
      </w:r>
    </w:p>
    <w:p>
      <w:r>
        <w:rPr>
          <w:b/>
        </w:rPr>
        <w:t xml:space="preserve">[1:15:48] </w:t>
      </w:r>
      <w:r>
        <w:t>phir nahi, blame dene ki policy kahan kaam hai? Ho rahi hai. Doosron ko blame de kar ke masla hal ho raha hai aap ka. To</w:t>
      </w:r>
    </w:p>
    <w:p>
      <w:pPr>
        <w:jc w:val="right"/>
      </w:pPr>
      <w:r>
        <w:t>پھر نہیں، بلیم دینے کی پالیسی کہاں کام ہے؟ ہو رہی ہے۔ دوسروں کو بلیم دے کر کے مسئلہ حل ہو رہا ہے آپ کا۔ تو</w:t>
      </w:r>
    </w:p>
    <w:p>
      <w:r>
        <w:rPr>
          <w:b/>
        </w:rPr>
        <w:t xml:space="preserve">[1:15:58] </w:t>
      </w:r>
      <w:r>
        <w:t>beh-haal yeh poori Muslim thinking ko badalne ka mamla hai. Aise masla hal hal hone wala nahi hai.</w:t>
      </w:r>
    </w:p>
    <w:p>
      <w:pPr>
        <w:jc w:val="right"/>
      </w:pPr>
      <w:r>
        <w:t>بہرحال یہ پوری مسلم تھنکنگ کو بدلنے کا معاملہ ہے۔ ایسے مسئلہ حل حل ہونے والا نہیں ہے۔</w:t>
      </w:r>
    </w:p>
    <w:p>
      <w:r>
        <w:rPr>
          <w:b/>
        </w:rPr>
        <w:t xml:space="preserve">[1:16:06] </w:t>
      </w:r>
      <w:r>
        <w:t>Maulana, agla sawal aaya hai Tamil Nadu se Maulana Iqbal Umri ka. Unhon ne likha hai: "Ek sahib ne bari umeed se kaha ke Misr ke inqilab ki tarah saari duniya mein inqilab hoga.</w:t>
      </w:r>
    </w:p>
    <w:p>
      <w:pPr>
        <w:jc w:val="right"/>
      </w:pPr>
      <w:r>
        <w:t>مولانا، اگلا سوال آیا ہے تمل ناڈو سے مولانا اقبال عمری کا۔ انہوں نے لکھا ہے: "ایک صاحب نے بڑی امید سے کہا کہ مصر کے انقلاب کی طرح ساری دنیا میں انقلاب ہوگا۔</w:t>
      </w:r>
    </w:p>
    <w:p>
      <w:r>
        <w:rPr>
          <w:b/>
        </w:rPr>
        <w:t xml:space="preserve">[1:16:22] </w:t>
      </w:r>
      <w:r>
        <w:t>sari dunya islam ke saye mein aane wali hai. yahi hadith ka taqaza hai.</w:t>
      </w:r>
    </w:p>
    <w:p>
      <w:pPr>
        <w:jc w:val="right"/>
      </w:pPr>
      <w:r>
        <w:t>ساری دنیا اسلام کے سائے میں آنے والی ہے۔ یہی حدیث کا تقاضا ہے۔</w:t>
      </w:r>
    </w:p>
    <w:p>
      <w:r>
        <w:rPr>
          <w:b/>
        </w:rPr>
        <w:t xml:space="preserve">[1:16:28] </w:t>
      </w:r>
      <w:r>
        <w:t>maulana, is khush fehmi ko hum kaise door karen?" ab yeh to jo in jis so call inqilab se misr mein kuch nahi hua, yeh so call jo islaah hai to misr mein kuch nahi hua.</w:t>
      </w:r>
    </w:p>
    <w:p>
      <w:pPr>
        <w:jc w:val="right"/>
      </w:pPr>
      <w:r>
        <w:t>مولانا، اس خوش فہمی کو ہم کیسے دور کریں؟" اب یہ تو جو ان جس سو کال انقلاب سے مصر میں کچھ نہیں ہوا، یہ سو کال جو اصلاح ہے تو مصر میں کچھ نہیں ہوا۔</w:t>
      </w:r>
    </w:p>
    <w:p>
      <w:r>
        <w:rPr>
          <w:b/>
        </w:rPr>
        <w:t xml:space="preserve">[1:16:43] </w:t>
      </w:r>
      <w:r>
        <w:t>aaj ki khabar dekh li aap paper mein jo aaj hi khabar aai hai to borsi sahib ne yeh kaha hai ke yahan par sazish ho rahi hai mere khilaf aur dobara chahti hai,</w:t>
      </w:r>
    </w:p>
    <w:p>
      <w:pPr>
        <w:jc w:val="right"/>
      </w:pPr>
      <w:r>
        <w:t>آج کی خبر دیکھ لی آپ پیپر میں جو آج ہی خبر آئی ہے تو بورسی صاحب نے یہ کہا ہے کہ یہاں پر سازش ہو رہی ہے میرے خلاف اور دوبارہ چاہتی ہے،</w:t>
      </w:r>
    </w:p>
    <w:p>
      <w:r>
        <w:rPr>
          <w:b/>
        </w:rPr>
        <w:t xml:space="preserve">[1:16:56] </w:t>
      </w:r>
      <w:r>
        <w:t>yani fauj chahti hai ke dobara power mein aa jaye. aur aaj hi dekhiye ke wahan par aaj ki khabron mein 60 aadmi mar chuke hain. yeh islami inqilab ke daur hain aur in ka jo sardar thay, bahar hain, bahar ja ke to bomb maar rahe hain.</w:t>
      </w:r>
    </w:p>
    <w:p>
      <w:pPr>
        <w:jc w:val="right"/>
      </w:pPr>
      <w:r>
        <w:t>یعنی فوج چاہتی ہے کہ دوبارہ پاور میں آ جائے۔ اور آج ہی دیکھیے کہ وہاں پر آج کی خبروں میں 60 آدمی مر چکے ہیں۔ یہ اسلامی انقلاب کے دور ہیں اور ان کا جو سردار تھے، باہر ہیں، باہر جا کے تو بم مار رہے ہیں۔</w:t>
      </w:r>
    </w:p>
    <w:p>
      <w:r>
        <w:rPr>
          <w:b/>
        </w:rPr>
        <w:t xml:space="preserve">[1:17:11] </w:t>
      </w:r>
      <w:r>
        <w:t>to very that islamic</w:t>
      </w:r>
    </w:p>
    <w:p>
      <w:pPr>
        <w:jc w:val="right"/>
      </w:pPr>
      <w:r>
        <w:t>تو ویری دیٹ اسلامک</w:t>
      </w:r>
    </w:p>
    <w:p>
      <w:r>
        <w:rPr>
          <w:b/>
        </w:rPr>
        <w:t xml:space="preserve">[1:17:13] </w:t>
      </w:r>
      <w:r>
        <w:t>, yani revolution hai. yeh to yeh to musalman jeete hain, khush fehmi hai. kuch bhi is mein kuch bhi nahi hua, na hone wala hai.</w:t>
      </w:r>
    </w:p>
    <w:p>
      <w:pPr>
        <w:jc w:val="right"/>
      </w:pPr>
      <w:r>
        <w:t>، یعنی ریولیوشن ہے۔ یہ تو یہ تو مسلمان جیتے ہیں، خوش فہمی ہے۔ کچھ بھی اس میں کچھ بھی نہیں ہوا، نہ ہونے والا ہے۔</w:t>
      </w:r>
    </w:p>
    <w:p>
      <w:r>
        <w:rPr>
          <w:b/>
        </w:rPr>
        <w:t xml:space="preserve">[1:17:25] </w:t>
      </w:r>
      <w:r>
        <w:t>yeh so called jo islam ki revolution hai, woh kuch bhi nahi hai, kuch bhi nahi hai, kuch bhi nahi. jis ko jis ko shakk ho to thori dair aur intezar kar le aur kuch dinon ke baad maloom ho jayega.</w:t>
      </w:r>
    </w:p>
    <w:p>
      <w:pPr>
        <w:jc w:val="right"/>
      </w:pPr>
      <w:r>
        <w:t>یہ سو کالڈ جو اسلام کی ریولیوشن ہے، وہ کچھ بھی نہیں ہے، کچھ بھی نہیں ہے، کچھ بھی نہیں۔ جس کو جس کو شک ہو تو تھوڑی دیر اور انتظار کر لے اور کچھ دنوں کے بعد معلوم ہو جائے گا۔</w:t>
      </w:r>
    </w:p>
    <w:p>
      <w:r>
        <w:rPr>
          <w:b/>
        </w:rPr>
        <w:t xml:space="preserve">[1:17:35] </w:t>
      </w:r>
      <w:r>
        <w:t>jo jo cheez aai thi misr mein, woh kuch bhi nahi thi, sirf shor shar tha, hangama tha aur us ke sath kuch bhi nahi tha. yani islam ko mazak hai.</w:t>
      </w:r>
    </w:p>
    <w:p>
      <w:pPr>
        <w:jc w:val="right"/>
      </w:pPr>
      <w:r>
        <w:t>جو جو چیز آئی تھی مصر میں، وہ کچھ بھی نہیں تھی، صرف شور شر تھا، ہنگامہ تھا اور اس کے ساتھ کچھ بھی نہیں تھا۔ یعنی اسلام کو مذاق ہے۔</w:t>
      </w:r>
    </w:p>
    <w:p>
      <w:r>
        <w:rPr>
          <w:b/>
        </w:rPr>
        <w:t xml:space="preserve">[1:17:44] </w:t>
      </w:r>
      <w:r>
        <w:t>islam se aa jayega. islam ko kiya samajhte hain aap? islam ko yeh ke ek glass yahan se utha ke maarein to aisi koi islam hai? kuch</w:t>
      </w:r>
    </w:p>
    <w:p>
      <w:pPr>
        <w:jc w:val="right"/>
      </w:pPr>
      <w:r>
        <w:t>اسلام سے آ جائے گا۔ اسلام کو کیا سمجھتے ہیں آپ؟ اسلام کو یہ کہ ایک گلاس یہاں سے اٹھا کے ماریں تو ایسی کوئی اسلام ہے؟ کچھ</w:t>
      </w:r>
    </w:p>
    <w:p>
      <w:r>
        <w:rPr>
          <w:b/>
        </w:rPr>
        <w:t xml:space="preserve">[1:17:54] </w:t>
      </w:r>
      <w:r>
        <w:t>kis qadar zyada log be khabar hain islam se aur insani history se, human psychology se. kis tarah be khabar hain log</w:t>
      </w:r>
    </w:p>
    <w:p>
      <w:pPr>
        <w:jc w:val="right"/>
      </w:pPr>
      <w:r>
        <w:t>کس قدر زیادہ لوگ بے خبر ہیں اسلام سے اور انسانی ہسٹری سے، ہیومن سائیکالوجی سے۔ کس طرح بے خبر ہیں لوگ</w:t>
      </w:r>
    </w:p>
    <w:p>
      <w:r>
        <w:rPr>
          <w:b/>
        </w:rPr>
        <w:t xml:space="preserve">[1:18:04] </w:t>
      </w:r>
      <w:r>
        <w:t>ke yeh samajhte hain ke is tarah islam aa jayega? shor ghor karo to islam aa jayega. yeh aise hi sab log yahan shor ghor karen to hum ek bagh ugayein, ek garden ugayein.</w:t>
      </w:r>
    </w:p>
    <w:p>
      <w:pPr>
        <w:jc w:val="right"/>
      </w:pPr>
      <w:r>
        <w:t>کہ یہ سمجھتے ہیں کہ اس طرح اسلام آ جائے گا؟ شور غور کرو تو اسلام آ جائے گا۔ یہ ایسے ہی سب لوگ یہاں شور غور کریں تو ہم ایک باغ اگائے، ایک گارڈن اگائے۔</w:t>
      </w:r>
    </w:p>
    <w:p>
      <w:r>
        <w:rPr>
          <w:b/>
        </w:rPr>
        <w:t xml:space="preserve">[1:18:13] </w:t>
      </w:r>
      <w:r>
        <w:t>yani hum log is kamre mein shor ghor karen to ek garden ugaye, uga ugaye. aise hi musalman samajhte hain ke shor ghor karo to islam aa jayega.</w:t>
      </w:r>
    </w:p>
    <w:p>
      <w:pPr>
        <w:jc w:val="right"/>
      </w:pPr>
      <w:r>
        <w:t>یعنی ہم لوگ اس کمرے میں شور غور کریں تو ایک گارڈن اگائے، اگا اگائے۔ ایسے ہی مسلمان سمجھتے ہیں کہ شور غور کرو تو اسلام آ جائے گا۔</w:t>
      </w:r>
    </w:p>
    <w:p>
      <w:r>
        <w:rPr>
          <w:b/>
        </w:rPr>
        <w:t xml:space="preserve">[1:18:21] </w:t>
      </w:r>
      <w:r>
        <w:t>hamare shor ghor karne se yahan garden age ga. is kamre mein</w:t>
      </w:r>
    </w:p>
    <w:p>
      <w:pPr>
        <w:jc w:val="right"/>
      </w:pPr>
      <w:r>
        <w:t>ہمارے شور غور کرنے سے یہاں گارڈن اگے گا۔ اس کمرے میں</w:t>
      </w:r>
    </w:p>
    <w:p>
      <w:r>
        <w:rPr>
          <w:b/>
        </w:rPr>
        <w:t xml:space="preserve">[1:18:29] </w:t>
      </w:r>
      <w:r>
        <w:t>kis qadar zyada be khabar hain. musalman mein hairaan hoon ke woh kuch nahi jante, na Allah, yani history kiya cheez hai, Allah ta'ala ke creation plan kiya hai aur human psychology kiya hai, tareekh mein inqilab kaise aata hai, yeh kuch bhi nahi jante.</w:t>
      </w:r>
    </w:p>
    <w:p>
      <w:pPr>
        <w:jc w:val="right"/>
      </w:pPr>
      <w:r>
        <w:t>کس قدر زیادہ بے خبر ہیں۔ مسلمان میں حیران ہوں کہ وہ کچھ نہیں جانتے، نہ اللہ، یعنی ہسٹری کیا چیز ہے، اللہ تعالی کے کریشن پلان کیا ہے اور ہیومن سائیکالوجی کیا ہے، تاریخ میں انقلاب کیسے آتا ہے، یہ کچھ بھی نہیں جانتے۔</w:t>
      </w:r>
    </w:p>
    <w:p>
      <w:r>
        <w:rPr>
          <w:b/>
        </w:rPr>
        <w:t xml:space="preserve">[1:18:45] </w:t>
      </w:r>
      <w:r>
        <w:t>bas khali bolte hain, bolte hain, bolte hain. mujhe bohat ta'ajub hota hai ke aisa kyun hai aur aise musalmanon ka anjam kiya hone wala hai mustaqbil mein.</w:t>
      </w:r>
    </w:p>
    <w:p>
      <w:pPr>
        <w:jc w:val="right"/>
      </w:pPr>
      <w:r>
        <w:t>بس خالی بولتے ہیں، بولتے ہیں، بولتے ہیں۔ مجھے بہت تعجب ہوتا ہے کہ ایسا کیوں ہے اور ایسے مسلمانوں کا انجام کیا ہونے والا ہے مستقبل میں۔</w:t>
      </w:r>
    </w:p>
    <w:p>
      <w:r>
        <w:rPr>
          <w:b/>
        </w:rPr>
        <w:t xml:space="preserve">[1:18:55] </w:t>
      </w:r>
      <w:r>
        <w:t>jab agar yeh surat persist karti hai, yaqeen kijiye, koi anjam musalmanon ka nahi hai, kuch anjam nahi.</w:t>
      </w:r>
    </w:p>
    <w:p>
      <w:pPr>
        <w:jc w:val="right"/>
      </w:pPr>
      <w:r>
        <w:t>جب اگر یہ صورت پرسسٹ کرتی ہے، یقین کیجئے، کوئی انجام مسلمانوں کا نہیں ہے، کچھ انجام نہیں۔</w:t>
      </w:r>
    </w:p>
    <w:p>
      <w:r>
        <w:rPr>
          <w:b/>
        </w:rPr>
        <w:t xml:space="preserve">[1:19:04] </w:t>
      </w:r>
      <w:r>
        <w:t>maulana, agla sawal dilli se hai jameel akhtar khan sahib ka. unhon ne aapse poocha hai: "what is monism?" is ke baray mein bataein.</w:t>
      </w:r>
    </w:p>
    <w:p>
      <w:pPr>
        <w:jc w:val="right"/>
      </w:pPr>
      <w:r>
        <w:t>مولانا، اگلا سوال دلی سے ہے جمیل اختر خان صاحب کا۔ انہوں نے آپ سے پوچھا ہے: "واٹ از مونزم؟" اس کے بارے میں بتائیں۔</w:t>
      </w:r>
    </w:p>
    <w:p>
      <w:r>
        <w:rPr>
          <w:b/>
        </w:rPr>
        <w:t xml:space="preserve">[1:19:15] </w:t>
      </w:r>
      <w:r>
        <w:t>is par hum likh chuke hain. dekhein, ek monism, ek monotheism urdu mein kehte hain: "wahdat al wajood tauheed." monotheism ka matlab hota hai</w:t>
      </w:r>
    </w:p>
    <w:p>
      <w:pPr>
        <w:jc w:val="right"/>
      </w:pPr>
      <w:r>
        <w:t>اس پر ہم لکھ چکے ہیں۔ دیکھیں، ایک مونزم، ایک مونوتھیزم اردو میں کہتے ہیں: "وحد وجود توحید۔" مونوتھیزم کا مطلب ہوتا ہے</w:t>
      </w:r>
    </w:p>
    <w:p>
      <w:r>
        <w:rPr>
          <w:b/>
        </w:rPr>
        <w:t xml:space="preserve">[1:19:29] </w:t>
      </w:r>
      <w:r>
        <w:t>tauheed, yani Allah ko ek ek ek ek mustaqil existence ke taur par manna, ek wajood ke taur par manna.</w:t>
      </w:r>
    </w:p>
    <w:p>
      <w:pPr>
        <w:jc w:val="right"/>
      </w:pPr>
      <w:r>
        <w:t>توحید، یعنی اللہ کو ایک ایک ایک ایک مستقل ایگزسٹنس کے طور پر ماننا، ایک وجود کے طور پر ماننا۔</w:t>
      </w:r>
    </w:p>
    <w:p>
      <w:r>
        <w:rPr>
          <w:b/>
        </w:rPr>
        <w:t xml:space="preserve">[1:19:38] </w:t>
      </w:r>
      <w:r>
        <w:t>aur monism ka matlab hota hai ek ke woh qulub bhi mante hain kis cheez ko, lekin ek what is ek spirit ke taur par, just like gravity.</w:t>
      </w:r>
    </w:p>
    <w:p>
      <w:pPr>
        <w:jc w:val="right"/>
      </w:pPr>
      <w:r>
        <w:t>اور مونزم کا مطلب ہوتا ہے ایک کہ وہ قلوب بھی مانتے ہیں کس چیز کو، لیکن ایک واٹ از ایک اسپرٹ کے طور پر، جسٹ لائک گریوٹی۔</w:t>
      </w:r>
    </w:p>
    <w:p>
      <w:r>
        <w:rPr>
          <w:b/>
        </w:rPr>
        <w:t xml:space="preserve">[1:19:48] </w:t>
      </w:r>
      <w:r>
        <w:t>to woh khuda ka naam tha, ek symbolic word hota hai,</w:t>
      </w:r>
    </w:p>
    <w:p>
      <w:pPr>
        <w:jc w:val="right"/>
      </w:pPr>
      <w:r>
        <w:t>تو وہ خدا کا نام تھا، ایک سمبالک ورڈ ہوتا ہے،</w:t>
      </w:r>
    </w:p>
    <w:p>
      <w:r>
        <w:rPr>
          <w:b/>
        </w:rPr>
        <w:t xml:space="preserve">[1:19:52] </w:t>
      </w:r>
      <w:r>
        <w:t>jaise gravity hai, cosmic rules hain. to is ko aap khuda keh dein to woh ek symbolic word hoga. monism ka matlab kuch bhi nahi hai, yani woh woh ek philosophy hai.</w:t>
      </w:r>
    </w:p>
    <w:p>
      <w:pPr>
        <w:jc w:val="right"/>
      </w:pPr>
      <w:r>
        <w:t>جیسے گریوٹی ہے، کاسمک ریوز ہیں۔ تو اس کو آپ خدا کہہ دیں تو وہ ایک سمبالک ورڈ ہوگا۔ مونزم کا مطلب کچھ بھی نہیں ہے، یعنی وہ وہ ایک فلاسفی ہے۔</w:t>
      </w:r>
    </w:p>
    <w:p>
      <w:r>
        <w:rPr>
          <w:b/>
        </w:rPr>
        <w:t xml:space="preserve">[1:20:05] </w:t>
      </w:r>
      <w:r>
        <w:t>monism koi religion nahi hai. main monism ko religion nahi manta, is ko main philosophy manta hoon. aur monotheism to religion hai, yani Allah ko ek wajood ke taur par man kar ke aap aap apni zindagi is is ke hukum ke mutabiq jab ta'ameer karen to is ka monotheism to ek ko kehte hain wahid wajood aur doosre kehte hain tauheed.</w:t>
      </w:r>
    </w:p>
    <w:p>
      <w:pPr>
        <w:jc w:val="right"/>
      </w:pPr>
      <w:r>
        <w:t>مونزم کوئی ریلیجن نہیں ہے۔ میں مونزم کو ریلیجن نہیں مانتا، اس کو میں فلاسفی مانتا ہوں۔ اور مونوتھیزم تو ریلیجن ہے، یعنی اللہ کو ایک وجود کے طور پر مان کر کے آپ آپ اپنی زندگی اس اس کے حکم کے مطابق جب تعمیر کریں تو اس کا مونوتھیزم تو ایک کو کہتے ہیں واحد وجود اور دوسرے کہتے ہیں توحید۔</w:t>
      </w:r>
    </w:p>
    <w:p>
      <w:r>
        <w:rPr>
          <w:b/>
        </w:rPr>
        <w:t xml:space="preserve">[1:20:31] </w:t>
      </w:r>
      <w:r>
        <w:t>maulana, woh aap se ek aur sawal unhon ne kiya hai. unhon ne likha</w:t>
      </w:r>
    </w:p>
    <w:p>
      <w:pPr>
        <w:jc w:val="right"/>
      </w:pPr>
      <w:r>
        <w:t>مولانا، وہ آپ سے ایک اور سوال انہوں نے کیا ہے۔ انہوں نے لکھا</w:t>
      </w:r>
    </w:p>
    <w:p>
      <w:r>
        <w:rPr>
          <w:b/>
        </w:rPr>
        <w:t xml:space="preserve">[1:20:35] </w:t>
      </w:r>
      <w:r>
        <w:t>hai ke daba ke baray mein aap ne apni rai ko aakhir rai kyun qarar diya hai?</w:t>
      </w:r>
    </w:p>
    <w:p>
      <w:pPr>
        <w:jc w:val="right"/>
      </w:pPr>
      <w:r>
        <w:t>ہے کہ دابا کے بارے میں آپ نے اپنی رائے کو آخر رائے کیوں قرار دیا ہے؟</w:t>
      </w:r>
    </w:p>
    <w:p>
      <w:r>
        <w:rPr>
          <w:b/>
        </w:rPr>
        <w:t xml:space="preserve">[1:20:44] </w:t>
      </w:r>
      <w:r>
        <w:t>bhai, aap dalail se mutmaeen ho to maaniye, mat maaniye. aakhir raaye kya? aakhir raaye to koi cheez nahi hoti. har cheez ko dalail se jaancha jaata hai.</w:t>
      </w:r>
    </w:p>
    <w:p>
      <w:pPr>
        <w:jc w:val="right"/>
      </w:pPr>
      <w:r>
        <w:t>بھئی، آپ دلائل سے مطمئن ہو تو مانیے، مت مانیے۔ آخر رائے کیا؟ آخر رائے تو کوئی چیز نہیں ہوتی۔ ہر چیز کو دلائل سے جانچا جاتا ہے۔</w:t>
      </w:r>
    </w:p>
    <w:p>
      <w:r>
        <w:rPr>
          <w:b/>
        </w:rPr>
        <w:t xml:space="preserve">[1:20:55] </w:t>
      </w:r>
      <w:r>
        <w:t>jo maine daleelein di hain, is ko is ke lihaaz se dekhiye. aap agar aap ko theek lagti hai to maan lijiye, nahi to na maaniye. aap ko maanne ka bhi haq hai aur reject karne ka bhi haq hai.</w:t>
      </w:r>
    </w:p>
    <w:p>
      <w:pPr>
        <w:jc w:val="right"/>
      </w:pPr>
      <w:r>
        <w:t>جو میں نے دلیلیں دی ہیں، اس کو اس کے لحاظ سے دیکھیے۔ آپ اگر آپ کو ٹھیک لگتی ہے تو مان لیجئے، نہیں تو نہ مانیے۔ آپ کو ماننے کا بھی حق ہے اور ریجیکٹ کرنے کا بھی حق ہے۔</w:t>
      </w:r>
    </w:p>
    <w:p>
      <w:r>
        <w:rPr>
          <w:b/>
        </w:rPr>
        <w:t xml:space="preserve">[1:21:08] </w:t>
      </w:r>
      <w:r>
        <w:t>maulana, agla sawal maulana fard ahmad sahab ka hai dilli se. unhone aapse poocha hai: "how one should develop his will power?" is ke bare mein bataiye.</w:t>
      </w:r>
    </w:p>
    <w:p>
      <w:pPr>
        <w:jc w:val="right"/>
      </w:pPr>
      <w:r>
        <w:t>مولانا، اگلا سوال مولانا فرد احمد صاحب کا ہے دلی سے۔ انہوں نے آپ سے پوچھا ہے: "ہاؤ ون شوڈ ڈیویلپ ہز ول پاور؟" اس کے بارے میں بتائیں۔</w:t>
      </w:r>
    </w:p>
    <w:p>
      <w:r>
        <w:rPr>
          <w:b/>
        </w:rPr>
        <w:t xml:space="preserve">[1:21:20] </w:t>
      </w:r>
      <w:r>
        <w:t>dekhiye ji, mera jo tajurba hai woh to yahi hai ke sab se pehle aadmi apne ko deconditioning karni padti hai.</w:t>
      </w:r>
    </w:p>
    <w:p>
      <w:pPr>
        <w:jc w:val="right"/>
      </w:pPr>
      <w:r>
        <w:t>دیکھیں جی، میرا جو تجربہ ہے وہ تو یہی ہے کہ سب سے پہلے آدمی اپنے کو ڈی کنڈیشننگ کرنی پڑتی ہے۔</w:t>
      </w:r>
    </w:p>
    <w:p>
      <w:r>
        <w:rPr>
          <w:b/>
        </w:rPr>
        <w:t xml:space="preserve">[1:21:30] </w:t>
      </w:r>
      <w:r>
        <w:t>Deconditioning is the beginning. is ke baad apne ko distension se bachana padta hai.</w:t>
      </w:r>
    </w:p>
    <w:p>
      <w:pPr>
        <w:jc w:val="right"/>
      </w:pPr>
      <w:r>
        <w:t>ڈی کنڈیشننگ از دا بگننگ۔ اس کے بعد اپنے کو ڈسٹینشن سے بچانا پڑتا ہے۔</w:t>
      </w:r>
    </w:p>
    <w:p>
      <w:r>
        <w:rPr>
          <w:b/>
        </w:rPr>
        <w:t xml:space="preserve">[1:21:36] </w:t>
      </w:r>
      <w:r>
        <w:t>tab teesre marhale mein baatein aati hain. agar aap apne ko yaani decondition na karein, distension na bachayein to agla koi marhala aane wala nahi hai.</w:t>
      </w:r>
    </w:p>
    <w:p>
      <w:pPr>
        <w:jc w:val="right"/>
      </w:pPr>
      <w:r>
        <w:t>تب تیسرے مرحلے میں باتیں آتی ہیں۔ اگر آپ اپنے کو یعنی ڈی کنڈیشن نہ کریں، ڈسٹینشن نہ بچائیں تو اگلا کوئی مرحلہ آنے والا نہیں ہے۔</w:t>
      </w:r>
    </w:p>
    <w:p>
      <w:r>
        <w:rPr>
          <w:b/>
        </w:rPr>
        <w:t xml:space="preserve">[1:21:50] </w:t>
      </w:r>
      <w:r>
        <w:t>to yeh ek process hai. process mein koi sudden change insaan ke mind mein nahi aata hai, ek process ke roop mein aata hai. is process ko follow kijiye to maqsad haasil ho jayega.</w:t>
      </w:r>
    </w:p>
    <w:p>
      <w:pPr>
        <w:jc w:val="right"/>
      </w:pPr>
      <w:r>
        <w:t>تو یہ ایک پروسیس ہے۔ پروسیس میں کوئی سڈن چینج انسان کے مائنڈ میں نہیں آتا ہے، ایک پروسیس کے روپ میں آتا ہے۔ اس پروسیس کو فالو کیجئے تو مقصد حاصل ہو جائے گا۔</w:t>
      </w:r>
    </w:p>
    <w:p>
      <w:r>
        <w:rPr>
          <w:b/>
        </w:rPr>
        <w:t xml:space="preserve">[1:22:06] </w:t>
      </w:r>
      <w:r>
        <w:t>maulana, dilli se miss naghma siddiqui ne sawal kiya hai. unhone aapse poocha hai: "how can we develop anti-self thinking?" is ke bare mein bataiye.</w:t>
      </w:r>
    </w:p>
    <w:p>
      <w:pPr>
        <w:jc w:val="right"/>
      </w:pPr>
      <w:r>
        <w:t>مولانا، دلی سے مس نغمہ صدیقی نے سوال کیا ہے۔ انہوں نے آپ سے پوچھا ہے: "ہاؤ کین وی ڈیویلپ اینٹی سیلف تھنکنگ؟" اس کے بارے میں بتائیں۔</w:t>
      </w:r>
    </w:p>
    <w:p>
      <w:r>
        <w:rPr>
          <w:b/>
        </w:rPr>
        <w:t xml:space="preserve">[1:22:18] </w:t>
      </w:r>
      <w:r>
        <w:t>dekhiye, yeh to sab se bada jo zariya hai woh hai aakhirat ko yaad karna. kyunke dekhiye, hadees mein aata hai ke: "la tazal qadamah abdein hatta yasil arbaeen."</w:t>
      </w:r>
    </w:p>
    <w:p>
      <w:pPr>
        <w:jc w:val="right"/>
      </w:pPr>
      <w:r>
        <w:t>دیکھیں، یہ تو سب سے بڑا جو ذریعہ ہے وہ ہے آخرت کو یاد کرنا۔ کیونکہ دیکھیں، حدیث میں آتا ہے کہ: "لا تزال قدمہ عبدین حتی یصل اربعین۔"</w:t>
      </w:r>
    </w:p>
    <w:p>
      <w:r>
        <w:rPr>
          <w:b/>
        </w:rPr>
        <w:t xml:space="preserve">[1:22:36] </w:t>
      </w:r>
      <w:r>
        <w:t>insaan ke qadam hitteinge nahi Allah ke saamne se jab tak woh chaar baat ka jawab na de le.</w:t>
      </w:r>
    </w:p>
    <w:p>
      <w:pPr>
        <w:jc w:val="right"/>
      </w:pPr>
      <w:r>
        <w:t>انسان کے قدم ہٹیں گے نہیں اللہ کے سامنے سے جب تک وہ چار بات کا جواب نہ دے لے۔</w:t>
      </w:r>
    </w:p>
    <w:p>
      <w:r>
        <w:rPr>
          <w:b/>
        </w:rPr>
        <w:t xml:space="preserve">[1:22:47] </w:t>
      </w:r>
      <w:r>
        <w:t>kaisi sakht baat hai yeh duniya mein jo Allah ne paida kiya, yahan aap ko rakha, life support system diya, saare wasail diye.</w:t>
      </w:r>
    </w:p>
    <w:p>
      <w:pPr>
        <w:jc w:val="right"/>
      </w:pPr>
      <w:r>
        <w:t>کیسی سخت بات ہے یہ دنیا میں جو اللہ نے پیدا کیا، یہاں آپ کو رکھا، لائف سپورٹ سسٹم دیا، سارے وسائل دیے۔</w:t>
      </w:r>
    </w:p>
    <w:p>
      <w:r>
        <w:rPr>
          <w:b/>
        </w:rPr>
        <w:t xml:space="preserve">[1:22:58] </w:t>
      </w:r>
      <w:r>
        <w:t>to aap marne ke baad ek waqt aane wala hai jab saare insaan Allah ke saamne haazir honge. isi ko farmaya ke: "la tazal qadamah abdein hatta yasil arbaeen." ke insaan ke qadam Allah ke saamne hitteinge nahi jab tak woh chaar sawalon ke jawab na de de.</w:t>
      </w:r>
    </w:p>
    <w:p>
      <w:pPr>
        <w:jc w:val="right"/>
      </w:pPr>
      <w:r>
        <w:t>تو آپ مرنے کے بعد ایک وقت آنے والا ہے جب سارے انسان اللہ کے سامنے حاضر ہوں گے۔ اسی کو فرمایا کہ: "لا تزال قدمہ عبدین حتی یصل اربعین۔" کہ انسان کے قدم اللہ کے سامنے ہٹیں گے نہیں جب تک وہ چار سوالوں کے جواب نہ دے دے۔</w:t>
      </w:r>
    </w:p>
    <w:p>
      <w:r>
        <w:rPr>
          <w:b/>
        </w:rPr>
        <w:t xml:space="preserve">[1:23:22] </w:t>
      </w:r>
      <w:r>
        <w:t>woh kya hai? woh yeh hai chaar sawal ke yeh jo yeh jo zindagi mili thi, is ko kahan istemaal kiya?</w:t>
      </w:r>
    </w:p>
    <w:p>
      <w:pPr>
        <w:jc w:val="right"/>
      </w:pPr>
      <w:r>
        <w:t>وہ کیا ہے؟ وہ یہ ہے چار سوال کہ یہ جو یہ جو زندگی ملی تھی، اس کو کہاں استعمال کیا؟</w:t>
      </w:r>
    </w:p>
    <w:p>
      <w:r>
        <w:rPr>
          <w:b/>
        </w:rPr>
        <w:t xml:space="preserve">[1:23:33] </w:t>
      </w:r>
      <w:r>
        <w:t>jo jawani di gayi thi, jawani energy ka daur, is ko kahan khapaya? aur teesri cheez hai, maal kahan se kamaya?</w:t>
      </w:r>
    </w:p>
    <w:p>
      <w:pPr>
        <w:jc w:val="right"/>
      </w:pPr>
      <w:r>
        <w:t>جو جوانی دی گئی تھی، جوانی انرجی کا دور، اس کو کہاں کھپایا؟ اور تیسری چیز ہے، مال کہاں سے کمایا؟</w:t>
      </w:r>
    </w:p>
    <w:p>
      <w:r>
        <w:rPr>
          <w:b/>
        </w:rPr>
        <w:t xml:space="preserve">[1:23:43] </w:t>
      </w:r>
      <w:r>
        <w:t>aur chauthi cheez hai, maal kahan kharch kiya?</w:t>
      </w:r>
    </w:p>
    <w:p>
      <w:pPr>
        <w:jc w:val="right"/>
      </w:pPr>
      <w:r>
        <w:t>اور چوتھی چیز ہے، مال کہاں خرچ کیا؟</w:t>
      </w:r>
    </w:p>
    <w:p>
      <w:r>
        <w:rPr>
          <w:b/>
        </w:rPr>
        <w:t xml:space="preserve">[1:23:49] </w:t>
      </w:r>
      <w:r>
        <w:t>apni zindagi ko kahan istemaal kiya? apni jawani ko kahan khapaya? maal kahan se kamaya aur maal kahan kharch kiya? yeh chaar sawal jab tak jawab na de lega, us waqt to us ke qadam hitteinge nahi Allah ke saamne se.</w:t>
      </w:r>
    </w:p>
    <w:p>
      <w:pPr>
        <w:jc w:val="right"/>
      </w:pPr>
      <w:r>
        <w:t>اپنی زندگی کو کہاں استعمال کیا؟ اپنی جوانی کو کہاں کھپایا؟ مال کہاں سے کمایا اور مال کہاں خرچ کیا؟ یہ چار سوال جب تک جواب نہ دے لے گا، اس وقت تو اس کے قدم ہٹیں گے نہیں اللہ کے سامنے سے۔</w:t>
      </w:r>
    </w:p>
    <w:p>
      <w:r>
        <w:rPr>
          <w:b/>
        </w:rPr>
        <w:t xml:space="preserve">[1:24:03] </w:t>
      </w:r>
      <w:r>
        <w:t>to yeh yeh agar soch ho to aadmi hil jaata hai. is se muhasba aata hai, introspection aata hai,</w:t>
      </w:r>
    </w:p>
    <w:p>
      <w:pPr>
        <w:jc w:val="right"/>
      </w:pPr>
      <w:r>
        <w:t>تو یہ یہ اگر سوچ ہو تو آدمی ہل جاتا ہے۔ اس سے محاسبہ آتا ہے، انٹروسپیکشن آتا ہے،</w:t>
      </w:r>
    </w:p>
    <w:p>
      <w:r>
        <w:rPr>
          <w:b/>
        </w:rPr>
        <w:t xml:space="preserve">[1:24:13] </w:t>
      </w:r>
      <w:r>
        <w:t>self correction aata hai. lekin agar yeh soch na ho to aadmi koi koi bada change aane wala nahi.</w:t>
      </w:r>
    </w:p>
    <w:p>
      <w:pPr>
        <w:jc w:val="right"/>
      </w:pPr>
      <w:r>
        <w:t>سیلف کریکشن آتا ہے۔ لیکن اگر یہ سوچ نہ ہو تو آدمی کوئی کوئی بڑا چینج آنے والا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