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Spirit of Hajj June 25, 2023</w:t>
      </w:r>
    </w:p>
    <w:p>
      <w:r>
        <w:t>https://youtu.be/q5IqRKE3t9E</w:t>
      </w:r>
    </w:p>
    <w:p>
      <w:r>
        <w:rPr>
          <w:b/>
        </w:rPr>
        <w:t xml:space="preserve">[00:11] </w:t>
      </w:r>
      <w:r>
        <w:t>Assalamualikum. Today we will have conversation on the spirit of Hajj with professor Fareeda Khanam. Hajj as we know is one of the five pillars of Islam. More than 2,000,000 pilgrims perform Hajj every year. The spirit of Hajj is handed down from generation to generation through the repeated reenactment of the life history of prophet Ibrahim who dedicated his life for the cause of god.</w:t>
      </w:r>
    </w:p>
    <w:p>
      <w:pPr>
        <w:jc w:val="right"/>
      </w:pPr>
      <w:r>
        <w:t>अस्सलामालिकुम. Today we will have conversation on the spirit of Hajj with professor फरीदा खानम. Hajj as we know is one of the five pillars of Islam. More than 2,000,000 pilgrims perform Hajj every year. The spirit of हज्ज is handed down from generation to generation through the repeated reenactment of the life history of prophet इब्राहिम who dedicated his life for the cause of god.</w:t>
      </w:r>
    </w:p>
    <w:p>
      <w:r>
        <w:rPr>
          <w:b/>
        </w:rPr>
        <w:t xml:space="preserve">[00:41] </w:t>
      </w:r>
      <w:r>
        <w:t>to aaj hum isi mauzu par charcha karenge Fareeda apa ke sath. to chaliye unhi se baat cheet karte hain. Assalamualikum apa kaise hain aap? Alihamdulillah, aap khairiyat se hain. Ji armadullah apa. Apa Hazrat Abu Huraira ki ek riwayat hai ke Rasulullah ne ek martaba farmaya ke among the days there are ten days of Zul Hajj which are like the most by Allah to be worshipped.</w:t>
      </w:r>
    </w:p>
    <w:p>
      <w:pPr>
        <w:jc w:val="right"/>
      </w:pPr>
      <w:r>
        <w:t>तो आज हम इसी मौजू पर चर्चा करेंगे फरीदा आपा के साथ. तो चलिए उन्हीं से बातचीत करते हैं. अस्सलामालिकुम आपा कैसे हैं आप? आलिक्षाम, आप ख़रीद से हैं. जी अर्मद अल्लाह आपा. आपा हज़रत अबू हुरेरा की एक रिवायत है कि रसुल्लाह ने एक मरतबा फरमाया कि among the days there are ten days of जुल हज्जा which are like the most by अल्लाह to be worshipped.</w:t>
      </w:r>
    </w:p>
    <w:p>
      <w:r>
        <w:rPr>
          <w:b/>
        </w:rPr>
        <w:t xml:space="preserve">[01:08] </w:t>
      </w:r>
      <w:r>
        <w:t>A person who performs fast during these days, it is equivalent to fasting for an ear and a person who performs tahajjut during the night of these days, it is equivalent to praying during Lailatul Qadr. To aap is se yeh lagta hai ke Hajj is the superior form of worship. To main chahunga ke is ke bare mein aap batayein. Bilkul sahi farmaya aap ne.</w:t>
      </w:r>
    </w:p>
    <w:p>
      <w:pPr>
        <w:jc w:val="right"/>
      </w:pPr>
      <w:r>
        <w:t>A person who performs fast during these days, it is equivalent to fasting for an ear and a person who performs tahajjut during the night of these days, it is equivalent to praying during लले तुल कदर. तो आप इससे यह लगता है कि हज is the superior form of worship. तो मैं चाहूंगा कि इसके बारे में आप बताएं. बिल्कुल सही फ़र्म है आपने.</w:t>
      </w:r>
    </w:p>
    <w:p>
      <w:r>
        <w:rPr>
          <w:b/>
        </w:rPr>
        <w:t xml:space="preserve">[01:38] </w:t>
      </w:r>
      <w:r>
        <w:t>to hadith ke mutabiq hum ko pata chalta hai ke Hajj jo hai sab se afzal ibadat hai. asal mein Hajj jo hai tamam ibadat ka mazmua hai. aap Hajj karne ka jate hain. ek asal mein ek to yeh hai ke wahan ka mahol Haram mein baith kar aap ibadat karte hain.</w:t>
      </w:r>
    </w:p>
    <w:p>
      <w:pPr>
        <w:jc w:val="right"/>
      </w:pPr>
      <w:r>
        <w:t>तो हदीश के मुताबिक हमको पता चलता है कि हज जो है सबसे अफज़ल एबादत है. असल में हज जो है तमाम एबादत का मज़मूआ है. आप हज करने का जाते हैं. एक असल में एक तो यह है कि वहां का माहौल हरम में बैठकर आप इबादत करते हैं.</w:t>
      </w:r>
    </w:p>
    <w:p>
      <w:r>
        <w:rPr>
          <w:b/>
        </w:rPr>
        <w:t xml:space="preserve">[01:57] </w:t>
      </w:r>
      <w:r>
        <w:t>woh jo spiritual mahol hai aur apne ghar se alag farigh hokar without any distraction jab aap yeh baat karte hain to uska us baat ki kaifiyat hi bilkul alag hoti hai. to jaise namaz hai. to ab hum time time se namaz padhte hain. jab Hajj ke ilawa lekin wahan par hamare paas bahut time rehta hai.</w:t>
      </w:r>
    </w:p>
    <w:p>
      <w:pPr>
        <w:jc w:val="right"/>
      </w:pPr>
      <w:r>
        <w:t>वह जो spiritual माहौल है और अपने घर से अलग फारिब होकर without any distraction जब आप यह बात करते हैं तो उसका उसे बात की कैफियत ही बिल्कुल अलग होती है. तो जैसे नमाज़ है. तो अब हम time time से नमाज़ पढ़ते हैं. जब हज के अलावा लेकिन वहां पर हमारे पास बहुत time रहता है.</w:t>
      </w:r>
    </w:p>
    <w:p>
      <w:r>
        <w:rPr>
          <w:b/>
        </w:rPr>
        <w:t xml:space="preserve">[02:23] </w:t>
      </w:r>
      <w:r>
        <w:t>hamare paas doosre jo duniya mein mashagil hote hain woh us se hum azaad hote hain. to hum bahut zyada namaz padhte hain. farz, sunnat, qaza, nafl namazein. to hamare paas bahut time hota hai bahut zyada hum ibadat karte hain. to hum ko namaz ka ki jo ibadat hai, woh hum ko kaifiyat wali namaz ki ibadat ka reward milta hai.</w:t>
      </w:r>
    </w:p>
    <w:p>
      <w:pPr>
        <w:jc w:val="right"/>
      </w:pPr>
      <w:r>
        <w:t>हमारे पास दूसरे जो दुनिया में मशागल होते हैं वह उससे हम आज़ाद होते हैं. तो हम बहुत ज़्यादा नमाज़ा पढ़ते हैं. फर्ज़, सुनत, केलाबा, नफिल नमाज़े. तो हमारे पास बहुत time होता है बहुत ज़्यादा हम ऐबादत करते हैं. तो हमको नमाज़ का की जो एबादत है, वह हमको कैफियात वाली नमाज़ की एबादत का reward मिलता है.</w:t>
      </w:r>
    </w:p>
    <w:p>
      <w:r>
        <w:rPr>
          <w:b/>
        </w:rPr>
        <w:t xml:space="preserve">[02:48] </w:t>
      </w:r>
      <w:r>
        <w:t>kyun ke wahan par baith kar jo kaifiyat paida hoti hain, woh doosri jagah nahi ho pati hain. to isi tarike se zakat hai. zakat jo hai maal ki ibadat hai. to wahan par jab jab koi Hajj karne jata hai to us ko maal kharch karta hai. to is tarike se zakat wali ibadat bhi us ko mil jati hai. roza hai, roze mein kafi mushaqqat uthani parti hai.</w:t>
      </w:r>
    </w:p>
    <w:p>
      <w:pPr>
        <w:jc w:val="right"/>
      </w:pPr>
      <w:r>
        <w:t>क्योंकि वहां पर बैठकर जो कैफियात पैदा होती हैं, वह दूसरी जगह नहीं हो पाती हैं. तो इसी तरीके से ज़कात है. ज़कात जो है माल की बादत है. तो वहां पर जब जब कोई हज करने जाता है तो उसको माल खर्च करता है. तो इस तरीके से ज़कात वाली बादत भी उसको मिल जाती है. रोज़ा है, रोज़े में काफी मुश्कक्त उठानी पड़ती है.</w:t>
      </w:r>
    </w:p>
    <w:p>
      <w:r>
        <w:rPr>
          <w:b/>
        </w:rPr>
        <w:t xml:space="preserve">[03:15] </w:t>
      </w:r>
      <w:r>
        <w:t>to is safar mein bhi haji ko bahut mushaqqat uthani parti hai. aur doosre ek badi cheez hai ek itikaf jo roze mein hota hai. to yahan roze uska bhi mauka milta hai. kyun ke aadmi ke paas bahut zyada time hota hai aur woh musalsal ibadat na mashgool reh sakta hai. to is tarike se wahan par ek poora mahol hota hai ibadat ka. woh Khuda ka ghar hai.</w:t>
      </w:r>
    </w:p>
    <w:p>
      <w:pPr>
        <w:jc w:val="right"/>
      </w:pPr>
      <w:r>
        <w:t>तो इस सफर में भी हाजी को बहुत मुश्कक्त उठानी पड़ती है. और दूसरे एक बड़ी चीज़ है एक ऐतिकाफ जो रोज़े में होता है. तो यहां रोज़े उसका भी मौका मिलता है. क्योंकि आदमी के पास बहुत ज़्यादा time होता है और वह मुसलसल एबादत ना मशगूल रह सकता है. तो इस तरीके से वहां पर एक पूरा माहौल होता है एबादत का. वह खोदा का घर है.</w:t>
      </w:r>
    </w:p>
    <w:p>
      <w:r>
        <w:rPr>
          <w:b/>
        </w:rPr>
        <w:t xml:space="preserve">[03:41] </w:t>
      </w:r>
      <w:r>
        <w:t>us ka jo spiritual ambience jo hai woh bilkul alag hi hai. to wahan par jo ibadat ka jo quality hoti hai woh doosri jagah mushkil hoti hai. to ek hadith ke mutabiq hai. yeh aaya hai ke ek momin jab Hajj karke apne ghar wapas lautta hai to woh ek naujada bachcha yani new born child ki taraf ho jata hai. to woh kaun hai jo aisa ho jata hai?</w:t>
      </w:r>
    </w:p>
    <w:p>
      <w:pPr>
        <w:jc w:val="right"/>
      </w:pPr>
      <w:r>
        <w:t>उसका जो spiritual ambience जो है वह बिल्कुल अलग ही है. तो वहां पर जो इबादत का जो quality होती है वह दूसरी जगह मुश्किल होती है. तो एक हदीश के मुताबिक है. यह आया है कि एक मोमीन जब हाज करके अपने घर वापस लौटता है तो वह एक नौजादा बच्चा यानी new born child की तरफ हो जाता है. तो वह कौन है जो ऐसा हो जाता है?</w:t>
      </w:r>
    </w:p>
    <w:p>
      <w:r>
        <w:rPr>
          <w:b/>
        </w:rPr>
        <w:t xml:space="preserve">[04:09] </w:t>
      </w:r>
      <w:r>
        <w:t>kyunke aajkal bahut saare log toh hajj karne sirf outing ke liye jaate hain, shopping ke liye jaate hain. toh woh unke liye, woh sirf ek rasam hota hai. ki kuch rasam hai woh unhone ada kar li. lekin woh rasam se nahi hota balki woh poori spirit ke saath, poori kaifiyat ke saath jab aap hajj karenge tab aapko yeh hajj milega jisko hadith mein hajj jo mabrur kaha gaya hai.</w:t>
      </w:r>
    </w:p>
    <w:p>
      <w:pPr>
        <w:jc w:val="right"/>
      </w:pPr>
      <w:r>
        <w:t>क्योंकि आजकल बहुत सारे लोग तो हंज करने सिर्फ outing के लिए जाते हैं, shopping के लिए जाते हैं. तो वह उनके लिए, वह सिर्फ एक रस्म होता है. कि कुछ रस्म है वह उन्होंने अदा कर ली. लेकिन वह रस्म से नहीं होता बल्कि वह पूरी spirit के साथ, पूरी कैफियाद के साथ जब आप हज करेंगे तब आपको यह हज मिलेगा जिसको हदीश में हज जो मबरूर कहा गया है.</w:t>
      </w:r>
    </w:p>
    <w:p>
      <w:r>
        <w:rPr>
          <w:b/>
        </w:rPr>
        <w:t xml:space="preserve">[04:36] </w:t>
      </w:r>
      <w:r>
        <w:t>yaani woh haj jo khuda ke nazdeek khuda ne jisko accept kiya ho haj.</w:t>
      </w:r>
    </w:p>
    <w:p>
      <w:pPr>
        <w:jc w:val="right"/>
      </w:pPr>
      <w:r>
        <w:t>यानी वह हज जो खुदा के नज़दीक खुदा ने जिसको accept किया हो हज.</w:t>
      </w:r>
    </w:p>
    <w:p>
      <w:r>
        <w:rPr>
          <w:b/>
        </w:rPr>
        <w:t xml:space="preserve">[04:44] </w:t>
      </w:r>
      <w:r>
        <w:t>to us haj, aisa haj jab aadmi ko milta hai tab uske tamam gunah maaf ho jate hain.</w:t>
      </w:r>
    </w:p>
    <w:p>
      <w:pPr>
        <w:jc w:val="right"/>
      </w:pPr>
      <w:r>
        <w:t>तो उस हज, ऐसा हज जब आदमी को मिलता है तब उसके तमाम गुना माफ हो जाते हैं.</w:t>
      </w:r>
    </w:p>
    <w:p>
      <w:r>
        <w:rPr>
          <w:b/>
        </w:rPr>
        <w:t xml:space="preserve">[04:52] </w:t>
      </w:r>
      <w:r>
        <w:t>to hamein poori koshish karni chahiye ke hamein yeh haj naseeb ho jisko ajay mahabroor kaha gaya hai.</w:t>
      </w:r>
    </w:p>
    <w:p>
      <w:pPr>
        <w:jc w:val="right"/>
      </w:pPr>
      <w:r>
        <w:t>तो हमें पूरी कोशिश करनी चाहिए कि हमें यह हज नसीब हो जिसको अजय महबरूर कहा गया है.</w:t>
      </w:r>
    </w:p>
    <w:p>
      <w:r>
        <w:rPr>
          <w:b/>
        </w:rPr>
        <w:t xml:space="preserve">[05:01] </w:t>
      </w:r>
      <w:r>
        <w:t>ab bahut aap sabhi log dekh rahe hain ke log jab haj karne jaate hain to woh dawahon</w:t>
      </w:r>
    </w:p>
    <w:p>
      <w:pPr>
        <w:jc w:val="right"/>
      </w:pPr>
      <w:r>
        <w:t>अब बहुत आप सभी लोग देख रहे हैं कि लोग जब हज करने जाते हैं तो वह द्वाओं</w:t>
      </w:r>
    </w:p>
    <w:p>
      <w:r>
        <w:rPr>
          <w:b/>
        </w:rPr>
        <w:t xml:space="preserve">[05:09] </w:t>
      </w:r>
      <w:r>
        <w:t>ki kitab le lete hain.</w:t>
      </w:r>
    </w:p>
    <w:p>
      <w:pPr>
        <w:jc w:val="right"/>
      </w:pPr>
      <w:r>
        <w:t>की किताब ले लेते हैं.</w:t>
      </w:r>
    </w:p>
    <w:p>
      <w:r>
        <w:rPr>
          <w:b/>
        </w:rPr>
        <w:t xml:space="preserve">[05:18] </w:t>
      </w:r>
      <w:r>
        <w:t>unko waise halaat pesh aaye toh us halaat mein jo unke munh se alfaaz nikle toh woh uski value hoti hai na ki alfaaz ki. toh hamein chahiye ki hum woh wali kaifiyat wali duaen karein aur usko agar hum dua usko padh bhi rahe hain toh us par sochein. us par gaur fikr karein. sirf dohraayein nahi jaise log tasbeeh ke daanon par alfaaz dohraate rehte hain.</w:t>
      </w:r>
    </w:p>
    <w:p>
      <w:pPr>
        <w:jc w:val="right"/>
      </w:pPr>
      <w:r>
        <w:t>उनको वैसे हालात पेश आए तो उस हालात में जो उनके मुंह से अल्फाज़ निकले तो वह उसकी value होती है ना कि अल्फाज़ की. तो हमें चाहिए कि हम वह वाली कैफियाद वाली दुआएं करें और उसको अगर हम दुआ उसको पढ़ भी रहे हैं तो उस पर सोचें. उस पर गौर फ़िक्र करें. सिर्फ दोहराएं नहीं जैसे लोग तस्वीर के दानों पर अल्फाद दोहराते रहते हैं.</w:t>
      </w:r>
    </w:p>
    <w:p>
      <w:r>
        <w:rPr>
          <w:b/>
        </w:rPr>
        <w:t xml:space="preserve">[05:46] </w:t>
      </w:r>
      <w:r>
        <w:t>kyunke sirf dohraane se usmein uska koi faayda nahi hai. toh jo hamein deconditioning apni karni hai. kyunke ek mahaul mein insaan rehta hai. aur tarah tarah ki uski conditioning hoti hai. toh woh wahan jaakar jab chaalis din wahan rehta hai, din raat ibaadat ke mahaul mein toh wahan par woh apni deconditioning karein.</w:t>
      </w:r>
    </w:p>
    <w:p>
      <w:pPr>
        <w:jc w:val="right"/>
      </w:pPr>
      <w:r>
        <w:t>क्योंकि सिर्फ दोहराने से उसमें उसका कोई फ़ायदा नहीं है. तो जो हमें deconditioning अपनी करनी है. क्योंकि एक माहौल में इंसान रहता है. और तरह तरह की उसकी conditioning होती है. तो वह वहां जाकर जब चालीस दिन वहां रहता है, दिन रात अबादत के माहौल में तो वहां पर वह अपनी deconditioning करें.</w:t>
      </w:r>
    </w:p>
    <w:p>
      <w:r>
        <w:rPr>
          <w:b/>
        </w:rPr>
        <w:t xml:space="preserve">[06:10] </w:t>
      </w:r>
      <w:r>
        <w:t>apne jo mahaul se usko galat asraat pad gaye hain usko, usko woh usko theek karein, improve karein usko. tab jaakar woh sahi maano mein kaha jaayega ki usne sahi maano mein usne hajj zyada kar liya. ji. abd there is a popular saying that there is a woman at the beginning of all great things.</w:t>
      </w:r>
    </w:p>
    <w:p>
      <w:pPr>
        <w:jc w:val="right"/>
      </w:pPr>
      <w:r>
        <w:t>अपने जो माहौल से उसको गलत असरात पड़ गए हैं उसको, उसको वह उसको ठीक करें, improve करें उसको. तब जाकर वह सही मानों में कहा जाएगा कि उसने सही मानों में उसने हज़ ज़्यादा कर लिया. जी. अब्द there is a popular saying that there is a woman at the beginning of all great things.</w:t>
      </w:r>
    </w:p>
    <w:p>
      <w:r>
        <w:rPr>
          <w:b/>
        </w:rPr>
        <w:t xml:space="preserve">[06:33] </w:t>
      </w:r>
      <w:r>
        <w:t>And one example from the human history for proof of this statement we can find the example of Hazrat Hajra, who was the wife of prophet Ibrahim. And her marvelous sacrifice, she can truly be aapka called as a builder of humanity because she gave rise to an new era in the human history. toh aapka main chahunga ki role of Hazrat Hajra ke baare mein aap kuch bataein.</w:t>
      </w:r>
    </w:p>
    <w:p>
      <w:pPr>
        <w:jc w:val="right"/>
      </w:pPr>
      <w:r>
        <w:t>And one example from the human history for proof of this statement we can find the example of हज़रत हज़रा, who was the wife of prophet इब्राहिम. And her marvelous sacrifice, she can truly be आपका called as a builder of humanity because she gave rise to an new era in the human history. तो आपका मैं चाहूंगा कि role of हजरत हजरा के बारे में आप कुछ बताएं.</w:t>
      </w:r>
    </w:p>
    <w:p>
      <w:r>
        <w:rPr>
          <w:b/>
        </w:rPr>
        <w:t xml:space="preserve">[07:01] </w:t>
      </w:r>
      <w:r>
        <w:t>yeh jo saying hai, there is a woman at the beginning of all great things. yeh sahi sense mein Hazrat Hajra par apply karti hai. kyunke Hazrat Hajra se pehle jo ek daur tha, Allah taala ne beshumaar beshumaar paighambar bheje. paighambar paighambar bhejo Quran ke mutaabiq.</w:t>
      </w:r>
    </w:p>
    <w:p>
      <w:pPr>
        <w:jc w:val="right"/>
      </w:pPr>
      <w:r>
        <w:t>यह जो saying है, there is a woman at the beginning of all great things. यह सही sense में हजरत हजरा पर apply करती है. क्योंकि हजरत हजरा से पहले जो एक दौर था, अल्लाह तालाह ने बेहिसाब बेशुमार प्रागंबर भेजे. पैधर पै प्रागंबर भेजो कुरान के मुताबिक.</w:t>
      </w:r>
    </w:p>
    <w:p>
      <w:r>
        <w:rPr>
          <w:b/>
        </w:rPr>
        <w:t xml:space="preserve">[07:28] </w:t>
      </w:r>
      <w:r>
        <w:t>lekin insaanon ne usko unki teachings ko follow nahi kiya. kyunke woh ek mushrikana culture tha usi woh conditioned ho jaate the. toh is wajah se itne bade bade paighambar aaye. Hazrat Musa Ali Salam, Hazrat Isa Ali Salam, Hazrat Nuh Ali Salam bahut bade paighambar aaye lekin unke paas bahut kam followers the.</w:t>
      </w:r>
    </w:p>
    <w:p>
      <w:pPr>
        <w:jc w:val="right"/>
      </w:pPr>
      <w:r>
        <w:t>लेकिन इंसानों ने उसको उनकी teachings को follow नहीं किया. क्योंकि वह एक मुश्रकाना culture था उसी वह conditioned हो जाते थे. तो इस वजह से इतने बड़े बड़े पैगंबर आए. हज़ाद मुसाह अली सलाम, हज़ाद तीसाह अली सलाम, हज़ाद नौ अली सलाम बहुत बड़े पैगंबर आए लेकिन उनके पास बहुत कम followers थे.</w:t>
      </w:r>
    </w:p>
    <w:p>
      <w:r>
        <w:rPr>
          <w:b/>
        </w:rPr>
        <w:t xml:space="preserve">[07:53] </w:t>
      </w:r>
      <w:r>
        <w:t>toh is wajah se Allah taala ne ek superior planning ki ki ek shehar mein ek nasal tayyar ki jaaye. lekin ab shehar mein basne ke liye jo qurbaani sarkaar thi toh woh ek aurat hi de sakti thi. toh uske liye Allah taala ne Hazrat Hajra ko chuna. aur jab Hazrat Hajra ko lekar Hazrat Ibrahim Aleh Salam shehar mein gaye.</w:t>
      </w:r>
    </w:p>
    <w:p>
      <w:pPr>
        <w:jc w:val="right"/>
      </w:pPr>
      <w:r>
        <w:t>तो इस वजह से अल्लाह ताला ने एक superior planning की कि एक शहरा में एक नस्ल तैयार की जाए. लेकिन अब शहरा में बसने के लिए जो कुर्बानी सरकार थी तो वह एक औरत ही दे सकती थी. तो उसके लिए अल्लाह तालाह ने हजरत हाजरा को चुना. और जब हजरत हाजरा को लेकर हजरत इब्राहीम अलेश सलाम सेहरा में गए.</w:t>
      </w:r>
    </w:p>
    <w:p>
      <w:r>
        <w:rPr>
          <w:b/>
        </w:rPr>
        <w:t xml:space="preserve">[08:20] </w:t>
      </w:r>
      <w:r>
        <w:t>unke god mein Hazrat Ismail the bahut chhote the abhi woh. toh Hazrat Ismail ne ek khajoor ka thaila aur ek mashk paani unke paas rakh di aur woh jaane lage. toh woh kehne lagi ki aap ja rahe hain hum yahan shehar mein. shehar mein na aadam, na aadam raaj, na koi ped, na paudha, na paani. toh unhone kaha aap ja rahe hain hum yahan kaise rahenge? toh baar baar kaha toh Hazrat Ibrahim Ali Salam bol nahi rahe the.</w:t>
      </w:r>
    </w:p>
    <w:p>
      <w:pPr>
        <w:jc w:val="right"/>
      </w:pPr>
      <w:r>
        <w:t>उनके गोद में हजरत इस्माइल थे बहुत छोटे थे अभी वह. तो हदत इस्माइल ने एक खजूर का थैला और एक मशक पानी उनके पास रख दी और वह जाने लगे. तो वह कहने लगी कि आप जा रहे हैं हम यहां शहरा में. शहरा में ना आदम, ना आदम राज, ना कोई पेड़, ना पौधा, ना पानी. तो उन्होंने कहा आप जा रहे हैं हम यहां कैसे रहेंगे? तो बार बार कहा तो हज़ार इब्राहिम अली सलाम बोल नहीं रहे थे.</w:t>
      </w:r>
    </w:p>
    <w:p>
      <w:r>
        <w:rPr>
          <w:b/>
        </w:rPr>
        <w:t xml:space="preserve">[08:48] </w:t>
      </w:r>
      <w:r>
        <w:t>toh finally unhone kaha ki kya Allah taala ne? aapko hukm diya hai? toh Hazrat ne kaha haan, phir jo unhone woh jumla kaha ki phir Allah hamein zaya nahi karega. main itna zyada is par soch rahi thi ki woh akele shehar mein kaise rahi hongi?</w:t>
      </w:r>
    </w:p>
    <w:p>
      <w:pPr>
        <w:jc w:val="right"/>
      </w:pPr>
      <w:r>
        <w:t>तो finally उन्होंने कहा कि क्या अल्लाह तालन है? आपको हूफ दिया है? तो हज़ाद इब्राहिम ने कहा हाँ, फिर जो उन्होंने वो जुमला कहा कि फिर अल्लाह हमें जाय नहीं करेगा. मैं इतना ज़्यादा इस पर सोच रही थी कि वह अकेले सेना में कैसे रही होंगी?</w:t>
      </w:r>
    </w:p>
    <w:p>
      <w:r>
        <w:rPr>
          <w:b/>
        </w:rPr>
        <w:t xml:space="preserve">[09:18] </w:t>
      </w:r>
      <w:r>
        <w:t>toh gareebaan ne aath das din das din ke baad jab paani waani sab khatm ho gaya. toh phir bachcha jo hai pyaas se rone lag gaya. toh woh do chhoti chhoti pahadiyan hai Safa aur Marwa. toh Safa aur Marwa ke beech mein woh jaati pahadi par chadhti dekhne ke liye ki kya koi insaan nazar aa raha hai toh saat baar unhone yeh chakkar lagaye.</w:t>
      </w:r>
    </w:p>
    <w:p>
      <w:pPr>
        <w:jc w:val="right"/>
      </w:pPr>
      <w:r>
        <w:t>तो गरीबान ने आठ दस दिन दस दिन के बाद जब पानी वानी सब खत्म हो गया. तो फिर बच्चा जो है प्याज़ से रोने लग गया. तो वो दो छोटी छोटी पहाड़ियां है सफ़ा और मरवा. तो सफ़ा और मरवा के beach में वो जाती पहाड़ी पर चढ़ती देखने के लिए कि क्या कोई इंसान नज़र आ रहा है तो सात बार उन्होंने ये चक्कर लगाए.</w:t>
      </w:r>
    </w:p>
    <w:p>
      <w:r>
        <w:rPr>
          <w:b/>
        </w:rPr>
        <w:t xml:space="preserve">[09:45] </w:t>
      </w:r>
      <w:r>
        <w:t>toh saatvi baar woh ekdum thak ke baith gayi toh unko ek awaaz aayi kuch insaan ki. toh unhone kaha kaun hai? dikhai nahi diya woh insaan. woh awaaz khaali suni. toh kya tum meri madad kar sakte ho? toh farishta woh farishta tha. toh farishte ne apni edi ya pankh zameen par maara toh paani nikal aaya.</w:t>
      </w:r>
    </w:p>
    <w:p>
      <w:pPr>
        <w:jc w:val="right"/>
      </w:pPr>
      <w:r>
        <w:t>तो सातवीं बार वह एकदम थक के बैठ गई तो उनको एक आवाज़ आई कुछ इंसान की. तो उन्होंने कहा कौन है? दिखाई नहीं दिया वह इंसान. वह आवाज़ खाली सुनी. तो क्या तुम मेरी मदद कर सकते हो? तो फरिश्ता वो फरिश्ता था. तो फरिश्ते ने अपनी एड़ी या पंख ज़मीन पर मारा तो पानी निकल आया.</w:t>
      </w:r>
    </w:p>
    <w:p>
      <w:r>
        <w:rPr>
          <w:b/>
        </w:rPr>
        <w:t xml:space="preserve">[10:10] </w:t>
      </w:r>
      <w:r>
        <w:t>toh toh paani nikal aaya phir kam se kam yeh hua ki jab asal mein ko zamana aisa tha ki logon ko qabaili life hoti thi logon ke paas jaanwar hote the. unke liye paani toh bahut zaroori tha. toh jab tak paani nahi hota toh tab tak woh wahan insaan aate hi nahi the.</w:t>
      </w:r>
    </w:p>
    <w:p>
      <w:pPr>
        <w:jc w:val="right"/>
      </w:pPr>
      <w:r>
        <w:t>तो तो पानी निकल आया फिर कम से कम यह हुआ कि जब असल में को जमाना ऐसा था कि लोगों को कबाली life होती थी लोगों के पास जानवर होते थे. उनके लिए पानी तो बहुत ज़रूरी था. तो जब तक पानी नहीं होता तो तब तक वह वहां इंसान आते ही नहीं थे.</w:t>
      </w:r>
    </w:p>
    <w:p>
      <w:r>
        <w:rPr>
          <w:b/>
        </w:rPr>
        <w:t xml:space="preserve">[10:36] </w:t>
      </w:r>
      <w:r>
        <w:t>toh jab wahan paani ho gaya toh chidiya badhiya bhi aayin. toh ek qabila tha Jurhum. toh usne chidiya dekhi kahin guzar raha tha door se. chidiya dekhi toh usne kaha ki yahan toh chidiya thi nahi. yeh chidiya toh paani par hoti hai toh unhone apne ek do aadmi bheje ki jaakar dekh ke aao ki chidiya kyun aayi hain? toh pata chala ki wahan paani hai.</w:t>
      </w:r>
    </w:p>
    <w:p>
      <w:pPr>
        <w:jc w:val="right"/>
      </w:pPr>
      <w:r>
        <w:t>तो जब वहां पानी हो गया तो चिड़ियां बढ़िया भी आईं. तो एक कबीला था जुर्हूम. तो उसने चिड़ियां देखी कहीं गुज़र रहा था दूर से. चिड़ियां देखी तो उसने कहा कि यहां तो चिड़ियां थी नहीं. यह चिड़ियां तो पानी पर होती है तो उन्होंने अपने एक दो आदमी भेजे कि जाकर देख के आओ कि चिड़ियां क्यों आई हैं? तो पता चला कि वहां पानी है.</w:t>
      </w:r>
    </w:p>
    <w:p>
      <w:r>
        <w:rPr>
          <w:b/>
        </w:rPr>
        <w:t xml:space="preserve">[11:00] </w:t>
      </w:r>
      <w:r>
        <w:t>phir qabile Jurhum ke log aaye wahan Hajra ki permission se wahan woh base. toh is tareeqe se kaafi muddat lagi is, is, ismein. toh phir uske baad Hazrat Ismail bade hue aur Hazrat Ibrahim beech beech mein aakar dekhte rehte the.</w:t>
      </w:r>
    </w:p>
    <w:p>
      <w:pPr>
        <w:jc w:val="right"/>
      </w:pPr>
      <w:r>
        <w:t>फिर कबीले जुरम के लोग आए वहां हज़रा की permission से वहां वह बसे. तो इस तरीके से काफी मुद्दत लगी इस, इस, इसमें. तो फिर उसके बाद हज़रत smile बड़े हुए और हज़रत इब्राहिम beach beach में आकर देखते रहते थे.</w:t>
      </w:r>
    </w:p>
    <w:p>
      <w:r>
        <w:rPr>
          <w:b/>
        </w:rPr>
        <w:t xml:space="preserve">[11:26] </w:t>
      </w:r>
      <w:r>
        <w:t>toh woh jab Hazrat Ismail bade hue, toh woh aaye kyunke Allah taala ko yeh mansooba tha Allah taala ka yeh ki wahan par monotheism tauheed ka ghar banaya jaayega. kyunke itne paighambar aaye ek lakh chaubis hazaar lekin hota ka ghar kahin nahi ban paaya. toh yeh Allah taala ne shehar mein banane ka faisla kiya. toh jab bade hue toh Hazrat Ibrahim Wale Salam aaye aur unhone Hazrat Ismail ke saath woh banaya Kaaba.</w:t>
      </w:r>
    </w:p>
    <w:p>
      <w:pPr>
        <w:jc w:val="right"/>
      </w:pPr>
      <w:r>
        <w:t>तो वह जब हज़त इस्माइल बड़े हुए, तो वह आए क्योंकि अल्लाह तालाह को यह मंसूबा था अल्लाह तालाह का यह कि वहां पर monotheism तौहीद का घर बनाया जाएगा. क्योंकि इतने पगंबर आए एक लाख चौबीस हज़ार लेकिन होता का घर कहीं नहीं वन पाया. तो यह अल्लाह तालाह ने शहरा में बनाने का फ़ैसला किया. तो जब बड़े हुए तो हज़त इब्राहिम वाले सलाम आए और उन्होंने हज़त smile के साथ वह बनाया काबा.</w:t>
      </w:r>
    </w:p>
    <w:p>
      <w:r>
        <w:rPr>
          <w:b/>
        </w:rPr>
        <w:t xml:space="preserve">[11:56] </w:t>
      </w:r>
      <w:r>
        <w:t>toh Hazrat Ismail jo hai woh laate the eent patthar. eent kahan milti wahan patthar laate the aur Hazrat Ismail, Hazrat Ibrahim usko jodte the. toh is tareeqe se woh ghar bana.</w:t>
      </w:r>
    </w:p>
    <w:p>
      <w:pPr>
        <w:jc w:val="right"/>
      </w:pPr>
      <w:r>
        <w:t>तो हज़त smile जो है वह लाते थे ईंट पत्थर. ईंट कहां मिलती वहां पत्थर लाते थे और हजत इस्माइल, हजत इब्राहिम उसको जोड़ते थे. तो इस तरीके से वह घर बना.</w:t>
      </w:r>
    </w:p>
    <w:p>
      <w:r>
        <w:rPr>
          <w:b/>
        </w:rPr>
        <w:t xml:space="preserve">[12:11] </w:t>
      </w:r>
      <w:r>
        <w:t>toh yeh unka role hai unki sacrifice na hoti toh aaj jo saari taraqqiyan hain is duniya mein woh kuch na hoti kyunke saari taraqqiyan hi daur-e-tawheed se aayi hain kyunke insaan har cheez ko ki paristish karta tha. toh jab har cheez ki paristish karta tha toh uske upar research aur investigation jo science mein kiya jaata hai, woh ho hi nahi sakta tha.</w:t>
      </w:r>
    </w:p>
    <w:p>
      <w:pPr>
        <w:jc w:val="right"/>
      </w:pPr>
      <w:r>
        <w:t>तो यह उनका role है उनकी sacrifice ना होती तो आज जो सारी तरक्कियां हैं इस दुनिया में वह कुछ ना होती क्योंकि सारी तरक्कियां ही दौरेत्वित से आई हैं क्योंकि इंसान हर चीज़ को की परिस्थित करता था. तो जब हर चीज़ की परिस्थित करता था तो उसके ऊपर research और investigation जो science में किया जाता है, वह हो ही नहीं सकता था.</w:t>
      </w:r>
    </w:p>
    <w:p>
      <w:r>
        <w:rPr>
          <w:b/>
        </w:rPr>
        <w:t xml:space="preserve">[12:36] </w:t>
      </w:r>
      <w:r>
        <w:t>toh is tareeqe se woh unhone jo kaam kiya woh bahut bada kaam tha aur aajkal ko Quran mein aaya hai. aajkal Hajra, Hazrat Maryam, Maryam ke upar toh poora chapter hai. toh chand khawateen hain jinhone bahut bada role kiya hai. toh usmein se Hazrat Hajra hain. Apa bilkul sahi kaha aapne.</w:t>
      </w:r>
    </w:p>
    <w:p>
      <w:pPr>
        <w:jc w:val="right"/>
      </w:pPr>
      <w:r>
        <w:t>तो इस तरीके से वह उन्होंने जो काम किया वह बहुत बड़ा काम था और आजकल को कुरान में आया है. आजकल हज़रा, हज़रत मेरी, मेरी का के ऊपर तो पूरा chapter है. तो चंद खवातीन है जिन्होंने बहुत बड़ा role किया है. तो उसमें से हज़रत हज़रा हैं. आपा बिल्कुल सही कहा आपने.</w:t>
      </w:r>
    </w:p>
    <w:p>
      <w:r>
        <w:rPr>
          <w:b/>
        </w:rPr>
        <w:t xml:space="preserve">[13:01] </w:t>
      </w:r>
      <w:r>
        <w:t>In fact apa they cannot be a greater demonstration than this fact that literally men and women follow her footsteps every time they go for hajj. ab ab the manifestation of hajj is the annual ritual, but its spirit is unity and solidarity.</w:t>
      </w:r>
    </w:p>
    <w:p>
      <w:pPr>
        <w:jc w:val="right"/>
      </w:pPr>
      <w:r>
        <w:t>In fact आपा they cannot be a greater demonstration than this fact that literally men and women follow her footsteps every time they go for हज. अब अब the manifestation of हज is the annual ritual, but its spirit is unity and solidarity.</w:t>
      </w:r>
    </w:p>
    <w:p>
      <w:r>
        <w:rPr>
          <w:b/>
        </w:rPr>
        <w:t xml:space="preserve">[13:22] </w:t>
      </w:r>
      <w:r>
        <w:t>toh hum keh sakte hain ki a person who truly follows the spirit of hajj will not get provoked and will live in unity and harmony in the society. toh aap spirit of hajj kya hai? uska kya, unke kya, uske kya lessons hain? main chahunga isko aap thoda waazeh karke hum sabko bataein. haan hajj ke bahut saare lessons hain. unke yeh taqreeban usmein chaalis din lag jaate toh pehle ab maloom nahi hai ab kitna din lagta hai?</w:t>
      </w:r>
    </w:p>
    <w:p>
      <w:pPr>
        <w:jc w:val="right"/>
      </w:pPr>
      <w:r>
        <w:t>तो हम कह सकते हैं कि a person who truly follows the spirit of हज will not get provoked and will live in unity and harmony in the society. तो आप spirit of हज क्या है? उसका क्या, उनके क्या, उसके क्या lessons हैं? मैं चाहूंगा इसको आप थोड़ा वाज़े करके हम सबको बताएं. हां हच के बहुत सारे lessons हैं. उनके यह तकरीबन उसमें चालीस दिन लग जाते तो पहले अब मालूम नहीं है अब कितना दिन लगता है?</w:t>
      </w:r>
    </w:p>
    <w:p>
      <w:r>
        <w:rPr>
          <w:b/>
        </w:rPr>
        <w:t xml:space="preserve">[13:51] </w:t>
      </w:r>
      <w:r>
        <w:t>toh tarah tarah ke taqreer baatein hote hain tarah tarah ke humko usmein lesson milta hai toh hajj ki jo sabse bada lesson hai woh toh sacrifice hai. sacrifice jaanwar ki sacrifice nahi balki hum apni sacrifice dein. Allah ke kaam ke liye, Allah ke deen ke liye. toh yeh sacrifice hai jab haaji sawaar hota hai jahaz par toh labbaik Allah humma labbaik kehta hai. ki Allah hum haazir hain, Allah hum haazir hain.</w:t>
      </w:r>
    </w:p>
    <w:p>
      <w:pPr>
        <w:jc w:val="right"/>
      </w:pPr>
      <w:r>
        <w:t>तो तरह तरह के तैगर बात होते हैं तरह तरह के हमको उसमें lesson मिलता है तो हंच की जो सबसे बड़ा lesson है वह तो sacrifice है. Sacrifice जानवर की sacrifice नहीं बल्कि हम अपनी sacrifice दें. अल्लाह के कास के लिए, अल्लाह के दीन के लिए. तो यह sacrifice है जब हाजी सवार होता है जहाज पर तो लब्बैक अल्लाह हम लब्बैक कहता है. कि अल्लाह हम हाज़िर हैं, अल्लाह हम हाज़िर हैं.</w:t>
      </w:r>
    </w:p>
    <w:p>
      <w:r>
        <w:rPr>
          <w:b/>
        </w:rPr>
        <w:t xml:space="preserve">[14:19] </w:t>
      </w:r>
      <w:r>
        <w:t>toh yeh sirf alfaaz nahi hai balki hum yeh hum har hum apne aap ko tere hawale karte hain. humse aap kaam lein. hum har kaam ke liye deen ke liye tayyar hain. toh ismein itne saare lessons hain ki uska ginna bhi mushkil hai kyunke ab jaise ihraam hai do saada kapda pehna jaata hai toh itna zyada simple dress hai yeh.</w:t>
      </w:r>
    </w:p>
    <w:p>
      <w:pPr>
        <w:jc w:val="right"/>
      </w:pPr>
      <w:r>
        <w:t>तो यह सिर्फ अल्फाज़ नहीं है बल्कि हम यह हम हर हम अपने आप को तेरे हवाले करते हैं. हमसे आप काम लें. हम हर काम के लिए दीन के लिए तैयार हैं. तो इसमें इतने सारे lessons हैं कि उसका गिनना भी मुश्किल है क्योंकि अब जैसे आराम है दो सादा कपड़ा पहना जाता है तो इतना ज़्यादा simple dress है यह.</w:t>
      </w:r>
    </w:p>
    <w:p>
      <w:r>
        <w:rPr>
          <w:b/>
        </w:rPr>
        <w:t xml:space="preserve">[14:46] </w:t>
      </w:r>
      <w:r>
        <w:t>toh isse hamein hota hai ki hum apni zindagi bilkul saada rakhein. jisko muqarrana kehte the simple living high thinking toh bilkul saada andaaz mein itna lamba arsa haaji guzaarta hai toh zaroor uske upar uska asar hota hai. phir woh tawaf karta hai. toh tawaf aisa lagta hai ki jaise woh khuda ke gird ghoom raha hai. jaise usko khuda ka ghar mil gaya hai, khuda hi mil gaya hai, uske gird ghoom raha hai.</w:t>
      </w:r>
    </w:p>
    <w:p>
      <w:pPr>
        <w:jc w:val="right"/>
      </w:pPr>
      <w:r>
        <w:t>तो इससे हमें होता है कि हम अपनी ज़िंदगी बिल्कुल सादा रखें. जिसको मुराना कहते थे simple living high thinking तो बिल्कुल सादा अंदाज़ में इतना लंबा अरसा हाजी गुज़ारता है तो ज़रूर उसके ऊपर उसका असर होता है. फिर वह तबाफ करता है. तो तबाफ ऐसा लगता है कि जैसे वह खुदा के गिर्द घूम रहा है. जैसे उसको खुदा का घर मिल गया है, खुदा ही मिल गया है, उसके गिर्द घूम रहा है.</w:t>
      </w:r>
    </w:p>
    <w:p>
      <w:r>
        <w:rPr>
          <w:b/>
        </w:rPr>
        <w:t xml:space="preserve">[15:14] </w:t>
      </w:r>
      <w:r>
        <w:t>phir jab hazrat aswad milta hai usko, to usko lagta hai ke jaise usko khuda ka hath mil gaya hai aur woh khuda se jo kuch mangna chahta hai woh mang raha hai. khuda se duaein kar raha hai. khuda se bakhshish ki duaein kar raha hai. to isi tarah se sahi hai. khuda ke liye daud dhoop kar raha hai.</w:t>
      </w:r>
    </w:p>
    <w:p>
      <w:pPr>
        <w:jc w:val="right"/>
      </w:pPr>
      <w:r>
        <w:t>फिर जब हज़र्य अस्वद मिलता है उसको, तो उसको लगता है कि जैसे उसको खुदा का हाथ मिल गया है और वह खुदा से जो कुछ मांगना चाहता है वह मांग रहा है. खुदा से दुआएं कर रहा है. खुदा से बक्शिश की दुआएं कर रहा है. तो इसी तरीके से सही है. खुदा के लिए दौड़ धूप कर रहा है.</w:t>
      </w:r>
    </w:p>
    <w:p>
      <w:r>
        <w:rPr>
          <w:b/>
        </w:rPr>
        <w:t xml:space="preserve">[15:33] </w:t>
      </w:r>
      <w:r>
        <w:t>ramy jimar jo hai stoning to woh jab kankri marta hai wahan jo bana hua hai pillar kyunke wahan par hazrat ibrahim ko shaitan ne bhekaya tha. to woh asal mein woh pillar woh shaitan to hai nahi woh to symbolic hai sab kuch. to matlab hai ke hum apni desires ko khatam karenge aur apne aap ko khuda ke hawale kar denge.</w:t>
      </w:r>
    </w:p>
    <w:p>
      <w:pPr>
        <w:jc w:val="right"/>
      </w:pPr>
      <w:r>
        <w:t>रमिय जमार जो है stoning तो वह जब कंकड़ी मारता है वहां जो बना हुआ है pillar क्योंकि वहां पर रजत इब्राहिम को शैतान ने बैकाया था. तो वह असल में वह pillar वह शैतान तो है नहीं वह तो symbolic है सब कुछ. तो मतलब है कि हम अपनी desires को खत्म करेंगे और अपने आप को खुदा के हवाले कर देंगे.</w:t>
      </w:r>
    </w:p>
    <w:p>
      <w:r>
        <w:rPr>
          <w:b/>
        </w:rPr>
        <w:t xml:space="preserve">[16:00] </w:t>
      </w:r>
      <w:r>
        <w:t>khuda ki marzi ke mutabiq is duniya mein zindagi guzarenge aur jo hajj mein jo sab se bada hajj ka rukun hai woh arafat mein qayam hai ke arafat ek bahut bada maidan hai pahadi matlab ooncha pahadi ki shakal mein. to wahan par tamam logon ko wahan tamam haji wahan jama hote hain.</w:t>
      </w:r>
    </w:p>
    <w:p>
      <w:pPr>
        <w:jc w:val="right"/>
      </w:pPr>
      <w:r>
        <w:t>खुदा की मर्ज़ी के मुताबिक इस दुनिया में ज़िंदगी गुज़ारेंगे और जो हज में जो सबसे बड़ा हज का रुकन है वह अरफाद में ख्याम है कि अरफाद एक बहुत बड़ा मैदान है पहाड़ी मतलब ऊंचा पहाड़ी की शक्ल में. तो वहां पर तमाम लोगों को वहां तमाम हाजी वहां जमा होते हैं.</w:t>
      </w:r>
    </w:p>
    <w:p>
      <w:r>
        <w:rPr>
          <w:b/>
        </w:rPr>
        <w:t xml:space="preserve">[16:23] </w:t>
      </w:r>
      <w:r>
        <w:t>to woh maidan e hashr ka ki yaad dilata hai ke isi tarah se humko akhirat mein khuda ke aage jama hona hai aur khuda ke aage jawabdehi karni hai. to jo qurbani hai jisko log samajhte hain sirf animal sacrifice, woh asal mein animal sacrifice nahi hai. woh to woh woh qurbani hai jo hum apni qurbani dete hain. woh to qurbani asal apni qurbani hai.</w:t>
      </w:r>
    </w:p>
    <w:p>
      <w:pPr>
        <w:jc w:val="right"/>
      </w:pPr>
      <w:r>
        <w:t>तो वह मैदाने हर्ष का की याद दिलाता है कि इसी तरीके से हमको आखिरत में खुदा के आगे जमा होना है और खुदा के आगे जवाबदेही करनी है. तो जो कुर्बानी है जिसको लोग समझते हैं सिर्फ animal sacrifice, वह असल में animal sacrifice नहीं है. वह तो वह वह कुर्बानी है जो हम अपनी कुर्बानी देते हैं. वह तो कुर्बानी असल अपनी कुर्बानी है.</w:t>
      </w:r>
    </w:p>
    <w:p>
      <w:r>
        <w:rPr>
          <w:b/>
        </w:rPr>
        <w:t xml:space="preserve">[16:48] </w:t>
      </w:r>
      <w:r>
        <w:t>apne ko jo jaise hazrat ismail ko ransom kiya gaya tha dhumbe se to is liye ek hazrat ismail se bahut bada kaam lena tha. to isi tarah se hamein bhi bahut kaam karna hai deen ke liye. sari duniya mein khuda ke paas kaam pahunchana hai. to is wajah se woh hamein samajh lijiye ke humne apni qurbani na dekar phir janwari ko qurbani de di.</w:t>
      </w:r>
    </w:p>
    <w:p>
      <w:pPr>
        <w:jc w:val="right"/>
      </w:pPr>
      <w:r>
        <w:t>अपने को जो जैसे हज़रत smile को ransom किया गया था धुंबे से तो इसलिए एक हज़रत smile से बहुत बड़ा काम लेना था. तो इसी तरीके से हमें भी बहुत काम करना है दिन के लिए. सारी दुनिया में खुदा के पास काम पहुंचाना है. तो इस वजह से वह हमें समझ लीजिए कि हमने अपनी कुर्बानी ना देकर फिर जानवरी को कुर्बानी दे दी.</w:t>
      </w:r>
    </w:p>
    <w:p>
      <w:r>
        <w:rPr>
          <w:b/>
        </w:rPr>
        <w:t xml:space="preserve">[17:13] </w:t>
      </w:r>
      <w:r>
        <w:t>taake hum apni tamam taqaton ko khuda ki raah istemal kar saken. to is tarah se jo hai aur bar bar jo hai wahan par hajj mein tarah tarah ke logon se mulakatein hoti hain aur tarah tarah ke provocation aate hain jaise aap ne kaha. to humko kyunke hajj mein hum koi galat kaam nahi kar sakte. gussa nahi kar sakte, jhagda nahi kar sakte, kisi chunti ko bhi nahi maar sakte.</w:t>
      </w:r>
    </w:p>
    <w:p>
      <w:pPr>
        <w:jc w:val="right"/>
      </w:pPr>
      <w:r>
        <w:t>ताकि हम अपनी तमाम ताकतों को खुदा की राम इस्तेमाल कर सकें. तो इस तरीके से जो है और बार बार जो है वहां पर हज में तरह तरह के लोगों से मुलाकातें होती हैं और तरह तरह के provocation आते हैं जैसे आपने कहा. तो हमको क्योंकि हज में हम कोई गलत काम नहीं कर सकते. गुस्सा नहीं कर सकते, झगड़ा नहीं कर सकते, किसी चूटी को भी नहीं मार सकते.</w:t>
      </w:r>
    </w:p>
    <w:p>
      <w:r>
        <w:rPr>
          <w:b/>
        </w:rPr>
        <w:t xml:space="preserve">[17:42] </w:t>
      </w:r>
      <w:r>
        <w:t>to yeh sari hamari wahan training hoti hai. woh training le kar ke phir hum aaye aur phir usi ke mutabiq apni zindagi guzarein. tabhi jo hai hamara sachcha hajj haaj hoga, spirit wala hajj hoga. to humko yahi ahad karna hai ke hum khuda ki marifat hasil karein, is mauqe ko istemal karein aur phir yahi khuda ki marifat ka paigham jo hai doosron tak pahunchayein. ji.</w:t>
      </w:r>
    </w:p>
    <w:p>
      <w:pPr>
        <w:jc w:val="right"/>
      </w:pPr>
      <w:r>
        <w:t>तो यह सारी हमारी वहां training होती है. वह training लेकर के फिर हम आए और फिर उसी के मुताबिक अपनी ज़िंदगी गुज़ारें. तभी जो है हमारा सच्चा हज हाज होगा, spirit वाला हज होगा. तो हमको यही अहद करना है कि हम खुदा की मारफत हासिल करें, इस मौके को इस्तेमाल करें और फिर यही खुदा की मारफत का प्रागाम जो है दूसरों तक पहुंचाएं. जी.</w:t>
      </w:r>
    </w:p>
    <w:p>
      <w:r>
        <w:rPr>
          <w:b/>
        </w:rPr>
        <w:t xml:space="preserve">[18:09] </w:t>
      </w:r>
      <w:r>
        <w:t>papa jaisa ke hum ne abhi discuss bhi kiya ke hajj is the repeated reenactment of the life history of prophet ibrahim. aur full dedication of prophet ibrahim can be seen from the fact that he was ready to sacrifice his own son for god. aur aap yeh ek khwab se juda hua hai. to main chahunga ke aap jo prophet ibrahim ko jo ek khwab aaya tha, uske bare mein hum sab ko batayein.</w:t>
      </w:r>
    </w:p>
    <w:p>
      <w:pPr>
        <w:jc w:val="right"/>
      </w:pPr>
      <w:r>
        <w:t>Papa जैसा कि हमने अभी discuss भी किया कि हाज is the repeated reenactment of the life history of prophet इब्राहिम. और full dedication of prophet इब्राहिम can be seen from the fact that he was ready to sacrifice his own son for god. और आप यह एक ख्वाब से जुड़ा हुआ है. तो मैं चाहूंगा कि आप जो prophet इब्राहिम को जो एक ख्वाब आया था, उसके बारे में हम सबको बताएं.</w:t>
      </w:r>
    </w:p>
    <w:p>
      <w:r>
        <w:rPr>
          <w:b/>
        </w:rPr>
        <w:t xml:space="preserve">[18:39] </w:t>
      </w:r>
      <w:r>
        <w:t>hazrat ibrahim ne jo khwab dekha ke apne bete ko zabah kar rahe hain, chapter 37 aur verse ek sau do. to khwab asal mein tamseeli tha lekin hazrat ibrahim ne to bas khwab dekha tha.</w:t>
      </w:r>
    </w:p>
    <w:p>
      <w:pPr>
        <w:jc w:val="right"/>
      </w:pPr>
      <w:r>
        <w:t>हरित इब्राहिम ने जो ख्वाब देखा कि अपने बेटे को ज़ब्बा कर रहे हैं, chapter 37 और verse एक सौ दो. तो खाब असल में तमसीली था लेकिन हजरत इब्राहिम ने तो बस खाब देखा था.</w:t>
      </w:r>
    </w:p>
    <w:p>
      <w:r>
        <w:rPr>
          <w:b/>
        </w:rPr>
        <w:t xml:space="preserve">[18:53] </w:t>
      </w:r>
      <w:r>
        <w:t>unko yeh samjhe ke isko literally karke khuda ko dikhana hai kyunke ibrahim jitna zyada unhone khuda ke sath devotion aur dedication ki misalein pesh ki uski misal hamein nahi milti isi liye hazrat ibrahim ko khaleel ullah. quran mein kaha gaya hai.</w:t>
      </w:r>
    </w:p>
    <w:p>
      <w:pPr>
        <w:jc w:val="right"/>
      </w:pPr>
      <w:r>
        <w:t>उनको यह समझे कि इसको literally करके खोदा को दिखाना है क्योंकि इब्राहिम जितना ज़्यादा उन्होंने खुदा के साथ devotion और dedication की मिसालें पेश की उसकी मिसाल हमें नहीं मिलती इसीलिए हज़र्द इब्राहिम को खलील उल्लाह. कुरान में कहा गया है.</w:t>
      </w:r>
    </w:p>
    <w:p>
      <w:r>
        <w:rPr>
          <w:b/>
        </w:rPr>
        <w:t xml:space="preserve">[19:15] </w:t>
      </w:r>
      <w:r>
        <w:t>to jab unhone yeh khwab dekha teen bar shayad khwab dekha to unhone hazrat ismail se kaha unke bete bhi kitne wafadar the. woh bhi paigambar the. to unse kaha ke main is tarah ka khwab dekh raha hoon to, to kya karoon to? unhone kaha ke nahi aap kar daliye jo aap ne dekha hai. aap aisa kijiyega mere aankhon par patti laga dijiyega. to phir uske baad aap jo aap ne khwab dekha uske mutabiq kijiye.</w:t>
      </w:r>
    </w:p>
    <w:p>
      <w:pPr>
        <w:jc w:val="right"/>
      </w:pPr>
      <w:r>
        <w:t>तो जब उन्होंने यह खाब देखा तीन बार शायद खाब देखा तो उन्होंने हज़र्द इस्माइल से कहा उनके बेटे भी कितने वफादार थे. वह भी प्रगंबर थे. तो उनसे कहा कि मैं इस तरह का खाब देख रहा हूं तो, तो क्या करूं तो? उन्होंने कहा कि नहीं आप कर डालिए जो आपने देखा है. आप ऐसा कीजिएगा मेरे आंखों पर पट्टी लगा दीजिएगा. तो फिर उसके बाद आप जो आपने खाब देखा उसके मुताबिक कीजिए.</w:t>
      </w:r>
    </w:p>
    <w:p>
      <w:r>
        <w:rPr>
          <w:b/>
        </w:rPr>
        <w:t xml:space="preserve">[19:43] </w:t>
      </w:r>
      <w:r>
        <w:t>to unhone usi tarah se kiya aur unko litaya. to aap sochiye ga unka woh hoga ke ek louta beta aur uske upar chhuri unhone le li aur woh rakhne hi ja rahe the gardan par ke ek dam se farishta aa gaya aur usne kaha ke tumhari qurbani qubool ho gayi to bete ke badle ek dam zabah kar do.</w:t>
      </w:r>
    </w:p>
    <w:p>
      <w:pPr>
        <w:jc w:val="right"/>
      </w:pPr>
      <w:r>
        <w:t>तो उन्होंने उसी तरीके से किया और उनको लिटाया. तो आप सोचिएगा उनका वह होगा कि एकलौता बेटा और उसके ऊपर छुरी उन्होंने ले ली और वह रखने ही जा रहे थे गर्दन पर कि एकदम से फरिश्ता आ गया और उसने कहा कि तुम्हारी कुर्बानें कुबूल हो गई तो बेटे के बदले एकदम बज़ा भा कर दो.</w:t>
      </w:r>
    </w:p>
    <w:p>
      <w:r>
        <w:rPr>
          <w:b/>
        </w:rPr>
        <w:t xml:space="preserve">[20:05] </w:t>
      </w:r>
      <w:r>
        <w:t>kahin maine dekha tha ke hazrat jibril ne kaha ke teen bar maine bahut tezi se duniya mein aaya ke to usmein ek yeh tha ke jab unhone chawal chhuri le li aur zabah karne lage to maut bahut tezi se main aaya usko mana karne ke liye. to is tarah se lekin kyun khwab kyun dekha? khwab to ek dam seeli khwab hai, symbolic khwab hai lekin uska matlab kya tha? log uska matlab nahi samajhte hain.</w:t>
      </w:r>
    </w:p>
    <w:p>
      <w:pPr>
        <w:jc w:val="right"/>
      </w:pPr>
      <w:r>
        <w:t>कहीं मैंने देखा था कि हज़ाद जिबरेल ने कहा कि तीन बार मैंने बहुत तेजी से दुनिया में आया कि तो उसमें एक यह था कि जब उन्होंने चावल छुरी ले ली और ज़बा करने लगे तो मौत बहुत तेजी से मैं आया उसको मना करने के लिए. तो इस तरीके से लेकिन क्यों खाब क्यों देखा? खाब तो एकदम सीली खाब है, symbolic खाब है लेकिन उसका मतलब क्या था? लोग उसका मतलब नहीं समझते हैं.</w:t>
      </w:r>
    </w:p>
    <w:p>
      <w:r>
        <w:rPr>
          <w:b/>
        </w:rPr>
        <w:t xml:space="preserve">[20:35] </w:t>
      </w:r>
      <w:r>
        <w:t>usmein quran mein aaya wa fadaynaahu bi dhibin azeem. humne ismail ko ek azeem qurbani ke zariye bacha liya. to yeh azeem qurbani jo hai to yeh maulana likha hai tafsir ul quran mein ke yeh azeem qurbani jo hai woh asal mein hazrat ismail ki qurbani hai. log samajhte hain azeem dhumaba tha aur jannat se aaya tha. is tarah se usko interpret karte hain.</w:t>
      </w:r>
    </w:p>
    <w:p>
      <w:pPr>
        <w:jc w:val="right"/>
      </w:pPr>
      <w:r>
        <w:t>उसमें कुरान में आया वफद है ना हो busy भी अज़ीम. हमने इस्माइल को एक अजीम कुर्बानी के लिए के जरिए बचा लिया. तो यह अजीम कुर्बानी जो है तो यह मुलानान लिखा है तस्कीर उल्कुरान में कि यह अजीम कुर्बानी जो है वह असल में हज़रत इस्माइल की कुर्बानी है. लोग समझते हैं अजीम धुंबा था और जन्नत से आया था. इस तरीके से उसको interpret करते हैं.</w:t>
      </w:r>
    </w:p>
    <w:p>
      <w:r>
        <w:rPr>
          <w:b/>
        </w:rPr>
        <w:t xml:space="preserve">[21:01] </w:t>
      </w:r>
      <w:r>
        <w:t>to dhumaba to ransom ke taur par hazrat ismail ko bachane ke liye raddhumbay ki qurbani ki gayi. to is tarah se jo hazrat ibrahim ne jo hazrat ismail ko jo bachaya gaya woh is liye ke hazrat ismail ke liye ek bahut bada role tha ke unhein sehra mein rehna hai. sehra ke mushaqqat ko bardasht karna hai aur wahan par ek nasal banani hai.</w:t>
      </w:r>
    </w:p>
    <w:p>
      <w:pPr>
        <w:jc w:val="right"/>
      </w:pPr>
      <w:r>
        <w:t>तो धुंबा तो ransom के तौर पर हज़त इस्माइल को बचाने के लिए रद्धुंबे की कुर्बानी की गई. तो इस तरीके से जो हज़रत इब्राहिम ने जो हजरत इस्माइल को जो बचाया गया वह इसलिए कि हजरत इस्माइल के लिए एक बहुत बड़ा role था कि उन्हें सेहरा में रहना है. सेहरा के मुशक्कदों को बर्दाश्त करना है और वहां पर एक नस्ल बनानी है.</w:t>
      </w:r>
    </w:p>
    <w:p>
      <w:r>
        <w:rPr>
          <w:b/>
        </w:rPr>
        <w:t xml:space="preserve">[21:30] </w:t>
      </w:r>
      <w:r>
        <w:t>ek nasal jo kafi badi jabtaad ho jayegi kyunke sehra mein asal mein masla kya tha? ke sehra mein kisi tarah ka pollution nahi tha. jo society mein hota hai, civilization jab ban jati hai to bahut sari kharabiyan paida ho jati hain. to wahan koi qism ka koi pollution nahi tha. wahan kuch bigadne ke liye kuch tha hi nahi. woh pahad the aur ret thi. babool ke ped hote the.</w:t>
      </w:r>
    </w:p>
    <w:p>
      <w:pPr>
        <w:jc w:val="right"/>
      </w:pPr>
      <w:r>
        <w:t>एक नस्ल जो काफी बड़ी जब्तादाद हो जाएगी क्योंकि सेहरा में असल में मसला क्या था? कि सेहरा में किसी तरह का pollution नहीं था. जो society में होता है, civilization जब वन जाती है तो बहुत सारी खराबियां पैदा हो जाती हैं. तो वहां कोई किस्म का कोई pollution नहीं था. वहां कुछ बिगारने के लिए कुछ था ही नहीं. वह पहाड़ थे और रेत थी. बबूल के पेड़ होते थे.</w:t>
      </w:r>
    </w:p>
    <w:p>
      <w:r>
        <w:rPr>
          <w:b/>
        </w:rPr>
        <w:t xml:space="preserve">[22:00] </w:t>
      </w:r>
      <w:r>
        <w:t>to is tarah ki cheezein thi wahan kuch tha hi nahi bigadne ke liye. to is tarah se woh ek aisi qaum paida hui jisko nursery itti ne likha hai nursery ya firooz. woh log jhoot bolna hi nahi jante the. promise kar liya to usse hat nahi sakte the. bahadur bepanah bahadur the. to yeh ek qaum wahan paida hui.</w:t>
      </w:r>
    </w:p>
    <w:p>
      <w:pPr>
        <w:jc w:val="right"/>
      </w:pPr>
      <w:r>
        <w:t>तो इस तरीके की चीज़ें थी वहां कुछ था ही नहीं बिगारने के लिए. तो इस तरीके से वह एक ऐसी कौम पैदा हुई जिसको nursery इट्टी ने लिखा है nursery या फिरोज़. वह लोग झूठ बोलना ही नहीं जानते थे. Promise कर लिया तो उससे हट नहीं सकते थे. बहादुर बेपनाह बहादुर थे. तो यह एक कौम वहां पैदा हुई.</w:t>
      </w:r>
    </w:p>
    <w:p>
      <w:r>
        <w:rPr>
          <w:b/>
        </w:rPr>
        <w:t xml:space="preserve">[22:22] </w:t>
      </w:r>
      <w:r>
        <w:t>isi ke liye Allah taala ne Hazrat Ismail ko ki qurbani li ke woh wahan rahenge sehra mein</w:t>
      </w:r>
    </w:p>
    <w:p>
      <w:pPr>
        <w:jc w:val="right"/>
      </w:pPr>
      <w:r>
        <w:t>इसी के लिए अल्लाह ताला ने हज़रत इस्माइल को की कुर्बानी ली कि वह वहां रहेंगे सेहरा में</w:t>
      </w:r>
    </w:p>
    <w:p>
      <w:r>
        <w:rPr>
          <w:b/>
        </w:rPr>
        <w:t xml:space="preserve">[22:29] </w:t>
      </w:r>
      <w:r>
        <w:t>aur iski jad aur jad buniyad rakhenge phir wahi log jab ek badi taadad ho gayi to usmein</w:t>
      </w:r>
    </w:p>
    <w:p>
      <w:pPr>
        <w:jc w:val="right"/>
      </w:pPr>
      <w:r>
        <w:t>और इसकी जड़ और जड़ बुनियाद रखेंगे फिर वही लोग जब एक बड़ी तादाद हो गई तो उसमें</w:t>
      </w:r>
    </w:p>
    <w:p>
      <w:r>
        <w:rPr>
          <w:b/>
        </w:rPr>
        <w:t xml:space="preserve">[22:37] </w:t>
      </w:r>
      <w:r>
        <w:t>rasoolullah sallam aakhri paigambar ko bheja gaya aur inhi logon ne rasoolullah ka saath diya aur itne sakht</w:t>
      </w:r>
    </w:p>
    <w:p>
      <w:pPr>
        <w:jc w:val="right"/>
      </w:pPr>
      <w:r>
        <w:t>रसूल्लाह सरसलम आखिरी प्रागंबर को भेजा गया और इन्हीं लोगों ने रसूल्लाह का साथ दिया और इतने सख़्त</w:t>
      </w:r>
    </w:p>
    <w:p>
      <w:r>
        <w:rPr>
          <w:b/>
        </w:rPr>
        <w:t xml:space="preserve">[22:45] </w:t>
      </w:r>
      <w:r>
        <w:t>haalaat ke bawajood unka saath diya jabki shev abhi taalib mein khana peena bhi nahin milta tha.</w:t>
      </w:r>
    </w:p>
    <w:p>
      <w:pPr>
        <w:jc w:val="right"/>
      </w:pPr>
      <w:r>
        <w:t>हालात के बावजूद उनका साथ दिया जबकि शेव अभी तालिब में खाना पीना भी नहीं मिलता था.</w:t>
      </w:r>
    </w:p>
    <w:p>
      <w:r>
        <w:rPr>
          <w:b/>
        </w:rPr>
        <w:t xml:space="preserve">[22:53] </w:t>
      </w:r>
      <w:r>
        <w:t>pyase rehte the, bhookhe rehte the. lekin koi wahan se chhod kar nahi gaya. to woh log bahut hi tough qism ke log the. unhone rasoolullah sallallahu sallallahu sallallahu ka sath diya aur tauheed based in khilaf laye jisne sari duniya mein tauheed, tauheed ka paigham sari duniya mein pahuncha.</w:t>
      </w:r>
    </w:p>
    <w:p>
      <w:pPr>
        <w:jc w:val="right"/>
      </w:pPr>
      <w:r>
        <w:t>प्यासे रहते थे, भूखे रहते थे. लेकिन कोई वहां से छोड़कर नहीं गया. तो वह लोग बहुत ही tough किस्म के लोग थे. उन्होंने रसूल्लाह सलाह सलाह सलाह सलाह का साथ दिया और तौहीद based इन खिलाब लाए जिसने सारी दुनिया में तौहीद, तौहीद का पागाम सारी दुनिया में पहुंचा.</w:t>
      </w:r>
    </w:p>
    <w:p>
      <w:r>
        <w:rPr>
          <w:b/>
        </w:rPr>
        <w:t xml:space="preserve">[23:16] </w:t>
      </w:r>
      <w:r>
        <w:t>to is tarah se yahi wajah thi ke jo hazrat ibrahim alaihissalam ki jo unhone qurbani ki hazrat ismail ki to woh woh to samjhe the real qurbani hai lekin woh alamati qurbani thi. haqeeqi qurbani yeh thi ke hazrat ismail ko is shehra mein rehna hai, tamam mushaqqat ko bardasht karna hai aur ek nasl ki tayyari karni hai. ji.</w:t>
      </w:r>
    </w:p>
    <w:p>
      <w:pPr>
        <w:jc w:val="right"/>
      </w:pPr>
      <w:r>
        <w:t>तो इस तरीके से यही वजह थी कि जो हज़त इब्राहिम अलेश सलाम की जो उन्होंने कुर्बानी की हज़त इस्माइल की तो वह वह तो समझे थे real कुर्बानी है लेकिन वह अलामती कुर्बानी थी. हकीकी कुर्बानी यह थी कि हज़रत इस्माइल को इस शहरा में रहना है, तमाम मुशक्तों को बर्दाश्त करना है और एक नश्ल की तैयारी करनी है. जी.</w:t>
      </w:r>
    </w:p>
    <w:p>
      <w:r>
        <w:rPr>
          <w:b/>
        </w:rPr>
        <w:t xml:space="preserve">[23:45] </w:t>
      </w:r>
      <w:r>
        <w:t>papa kuch comments lena chahunga agla sawal agle agla sawal lene se pehle. yeh comment bheja hai doctor asim khan sahab ne saharanpur se. unhone likha hai, Doctor farida you are right the journey to hajj is a journey towards god. it represents the ultimate closeness one can achieve to god while living in this world.</w:t>
      </w:r>
    </w:p>
    <w:p>
      <w:pPr>
        <w:jc w:val="right"/>
      </w:pPr>
      <w:r>
        <w:t>Papa कुछ comments लेना चाहूंगा अगला सवाल अगले अगला सवाल लेने से पहले. यह comment भेजा है doctor असम खान साहब ने सारणपुर से. उन्होंने लिखा है, Doctor फरीदा you are right the journey to हज is a journey towards god. It represents the ultimate closeness one can achieve to god while living in this world.</w:t>
      </w:r>
    </w:p>
    <w:p>
      <w:r>
        <w:rPr>
          <w:b/>
        </w:rPr>
        <w:t xml:space="preserve">[24:09] </w:t>
      </w:r>
      <w:r>
        <w:t>today we try to find out everything in the quran whereas the quran says that we should apply wisdom. rasoolullah used to pray to allah and spread the message of one god despite idols being present. this was not ordered to him by the almighty through the quran. he rather used his practical wisdom and took the mission of god to its culmination.</w:t>
      </w:r>
    </w:p>
    <w:p>
      <w:pPr>
        <w:jc w:val="right"/>
      </w:pPr>
      <w:r>
        <w:t>Today we try to find out everything in the Quran whereas the Quran says that we should apply wisdom. रसुल्लाह used to pray to Allah and spread the message of one god despite idols being present. This was not ordered to him by the almighty through the Quran. He rather used his practical wisdom and took the mission of god to its culmination.</w:t>
      </w:r>
    </w:p>
    <w:p>
      <w:r>
        <w:rPr>
          <w:b/>
        </w:rPr>
        <w:t xml:space="preserve">[24:34] </w:t>
      </w:r>
      <w:r>
        <w:t>during hajj, we should follow practical wisdom based on peace. miss farida kamran ne pakistan se likha hai hajj is a drill of day of judgement and jihad against devil for the sake of allah. jaza kallah apa for a beautiful session.</w:t>
      </w:r>
    </w:p>
    <w:p>
      <w:pPr>
        <w:jc w:val="right"/>
      </w:pPr>
      <w:r>
        <w:t>During हज, we should follow practical wisdom based on peace. Miss फरीदा कामरान ने Pakistan से लिखा है हज is a drill of day of judgement and जिहाद against devil for the sake of अल्ला. जज़ा कल्लाह आपा for a beautiful session.</w:t>
      </w:r>
    </w:p>
    <w:p>
      <w:r>
        <w:rPr>
          <w:b/>
        </w:rPr>
        <w:t xml:space="preserve">[24:52] </w:t>
      </w:r>
      <w:r>
        <w:t>miss qurutulain ne srinagar se likha hai that the spiritual journey of hajj is a gifted opportunity that plays a vital role in gaining marifa and discovery of greatness of god. in fact, it prepares man for a simple purposeful life by religiously abiding the laws created by the almighty. aap agla sawal lene se pehle ek karwayat ka zikr karna chahunga.</w:t>
      </w:r>
    </w:p>
    <w:p>
      <w:pPr>
        <w:jc w:val="right"/>
      </w:pPr>
      <w:r>
        <w:t>Miss कुरुतलैन ने श्रीनगर से लिखा है that the spiritual journey of हज is a gifted opportunity that plays a vital role in gaining मारिफा and discovery of greatness of god. In fact, it prepares man for a simple purposeful life by religiously abiding the laws created by the almighty. आप अगला सवाल लेने से पहले एक करवायात का ज़िक्र करना चाहूंगा.</w:t>
      </w:r>
    </w:p>
    <w:p>
      <w:r>
        <w:rPr>
          <w:b/>
        </w:rPr>
        <w:t xml:space="preserve">[25:21] </w:t>
      </w:r>
      <w:r>
        <w:t>hazrat zaid bin arqam ne bataya ke rasoolullah ne rasoolullah se companions ne pucha ke what is the significance of these sacrifices? to unhone kaha it is the sunnah of your father ibrahim. phir companions ne pucha ke iska reward kya hai? to rasoolullah ne farmaya ke there is a reward of 10 good deeds for every hair.</w:t>
      </w:r>
    </w:p>
    <w:p>
      <w:pPr>
        <w:jc w:val="right"/>
      </w:pPr>
      <w:r>
        <w:t>हज़रत जायद बिन अर्कम ने बताया कि रसुल्लाह ने रसुल्लाह से companions ने पुछा कि what is the significance of these sacrifices? तो उन्होंने कहा it is the सुन्ना of your father इब्राहिम. फिर companions ने पुछा कि इसका reward क्या है? तो रसोला ने फरमाया कि there is a reward of 10 good deeds for every hare.</w:t>
      </w:r>
    </w:p>
    <w:p>
      <w:r>
        <w:rPr>
          <w:b/>
        </w:rPr>
        <w:t xml:space="preserve">[25:49] </w:t>
      </w:r>
      <w:r>
        <w:t>phir companion se poocha what about the wool o profit? to unhon ne kaha ke for every strand of wool there is a blessing in it. to aap lekin aksar kya hai ke log literal maenay mein isko letay hain sacrifice ko, jabkay is iskay beyond bhi meaning hai. to main chahunga ke aap uskay significance, sacrifice ka jo true significance hai, jo symbolic meaning hai, uskay baray mein aap hum sab ko batayein.</w:t>
      </w:r>
    </w:p>
    <w:p>
      <w:pPr>
        <w:jc w:val="right"/>
      </w:pPr>
      <w:r>
        <w:t>फिर companion से पुछा what about the wool o profit? तो उन्होंने कहा कि for every strand of wool there is a blessing in it. तो आप लेकिन अक्सर क्या है कि लोग literal मायने में इसको लेते हैं sacrifice को, जबकि इस इसके beyond भी meaning है. तो मैं चाहूंगा कि आप उसके significance, sacrifice का जो true significance है, जो symbolic meaning है, उसके बारे में आप हम सबको बताएं.</w:t>
      </w:r>
    </w:p>
    <w:p>
      <w:r>
        <w:rPr>
          <w:b/>
        </w:rPr>
        <w:t xml:space="preserve">[26:18] </w:t>
      </w:r>
      <w:r>
        <w:t>aam taur par log usko bilkul literal letay hain aur bohat mayan mayan animals ko sacrifice kartay hain. aik aik lakh rupay ke animals hotay hain woh samajhtay hain ke jitna keemti animal sacrifice karengay utna ziyada reward milega. to yeh sab kuch symbolic hai. yeh nahi samajhtay ke yeh asal mein apni qurbaani dena hai.</w:t>
      </w:r>
    </w:p>
    <w:p>
      <w:pPr>
        <w:jc w:val="right"/>
      </w:pPr>
      <w:r>
        <w:t>आमतौर पर लोग उसको बिल्कुल literal लेते हैं और बहुत मयं मयं animals को sacrifice करते हैं. एक एक लाख रुपए के animals होते हैं वह समझते हैं कि जितना कीमती animal sacrifice करेंगे उतना ज़्यादा reward मिलेगा. तो यह सब कुछ symbolic है. यह नहीं समझते कि यह असल में अपनी कुर्बानी देना है.</w:t>
      </w:r>
    </w:p>
    <w:p>
      <w:r>
        <w:rPr>
          <w:b/>
        </w:rPr>
        <w:t xml:space="preserve">[26:42] </w:t>
      </w:r>
      <w:r>
        <w:t>to jo insaan is duniya mein aaya hai apnay aap ko tayyar karnay ke liye, aakhirat mein, jannat mein basaye janay ka qabil thehrnay ke liye aur khuda ka paigham sari duniya mein pohnchanay ke liye is liye aaya hai. to woh jo tamam events hotay hain hajj mein woh hazrat ibrahim ali islam ki poori zindagi ka reenactment hai.</w:t>
      </w:r>
    </w:p>
    <w:p>
      <w:pPr>
        <w:jc w:val="right"/>
      </w:pPr>
      <w:r>
        <w:t>तो जो इंसान इस दुनिया में आया है अपने आप को तैयार करने के लिए, आख़रत में, जन्नत में बसाए जाने का काबिल ठहरने के लिए और खुदा का प्यागाम सारी दुनिया में पहुंचाने के लिए इसलिए आया है. तो वह जो तमाम events होते हैं हज में वह हजरत इब्राहिम अली इस्लाम की पूरी ज़िंदगी का reenactment है.</w:t>
      </w:r>
    </w:p>
    <w:p>
      <w:r>
        <w:rPr>
          <w:b/>
        </w:rPr>
        <w:t xml:space="preserve">[27:06] </w:t>
      </w:r>
      <w:r>
        <w:t>to qurbaani bhi wohi hai ke hazrat ismail ki qurbaani jo thi woh is yeh thi ke woh is shahar mein zindagi unko guzarni hai. wohi unki qurbaani thi aur jo hai usi ki wajah se poori nasal aik bani jisnay agar muhammad sallallahu alaihi wasallam ko uska saath diya. to qurbaani ki jo hai na uski spirit darkaar hai na ke form.</w:t>
      </w:r>
    </w:p>
    <w:p>
      <w:pPr>
        <w:jc w:val="right"/>
      </w:pPr>
      <w:r>
        <w:t>तो कुर्बानी भी वही है कि हजरत इस्माइल की कुर्बानी जो थी वह इस यह थी कि वह इस शहरा में ज़िंदगी उनको गुज़ारनी है. वही उनकी कुर्बानी थी और जो है उसी की वजह से पूरी नस्ल एक बनी जिसने अगर मोहम्मद सल्लाह उसल्लाम को उसका साथ दिया. तो कुर्बानी की जो है ना उसको spirit दर्कार है ना कि form.</w:t>
      </w:r>
    </w:p>
    <w:p>
      <w:r>
        <w:rPr>
          <w:b/>
        </w:rPr>
        <w:t xml:space="preserve">[27:33] </w:t>
      </w:r>
      <w:r>
        <w:t>woh quran mein bhi aaya hai ke uska phone nahi puhanchta hamein balkay uska takwah puhanchta hai.</w:t>
      </w:r>
    </w:p>
    <w:p>
      <w:pPr>
        <w:jc w:val="right"/>
      </w:pPr>
      <w:r>
        <w:t>वह कुरान में भी आया है कि उसका phone नहीं पहुंचता हमें बल्कि उसका तख्वाह पहुंचता है.</w:t>
      </w:r>
    </w:p>
    <w:p>
      <w:r>
        <w:rPr>
          <w:b/>
        </w:rPr>
        <w:t xml:space="preserve">[27:41] </w:t>
      </w:r>
      <w:r>
        <w:t>to qurbaani isliye di jaati hai ki agar hum khaali kitaabon mein padh lein koi jaise koi aur</w:t>
      </w:r>
    </w:p>
    <w:p>
      <w:pPr>
        <w:jc w:val="right"/>
      </w:pPr>
      <w:r>
        <w:t>तो कुर्बानी इसलिए दी जाती है कि अगर हम खाली किताबों में पढ़ लें कोई जैसे कोई और</w:t>
      </w:r>
    </w:p>
    <w:p>
      <w:r>
        <w:rPr>
          <w:b/>
        </w:rPr>
        <w:t xml:space="preserve">[27:47] </w:t>
      </w:r>
      <w:r>
        <w:t>cheez qurbaan kar dein, jaanwar na qurbaan karein to woh poora jo hai poora reenactment nahin hota ki</w:t>
      </w:r>
    </w:p>
    <w:p>
      <w:pPr>
        <w:jc w:val="right"/>
      </w:pPr>
      <w:r>
        <w:t>चीज़ कुर्बान कर दें, जानवर ना कुर्बान करें तो वह पूरा जो है पूरा reenactment नहीं होता कि</w:t>
      </w:r>
    </w:p>
    <w:p>
      <w:r>
        <w:rPr>
          <w:b/>
        </w:rPr>
        <w:t xml:space="preserve">[27:53] </w:t>
      </w:r>
      <w:r>
        <w:t>hum qurbaani kar rahe hain to hum hamara poora existence jo hai hamara poora involve hota hai ki</w:t>
      </w:r>
    </w:p>
    <w:p>
      <w:pPr>
        <w:jc w:val="right"/>
      </w:pPr>
      <w:r>
        <w:t>हम कुर्बानी कर रहे हैं तो हम हमारा पूरा existence जो है हमारा पूरा involve होता है कि</w:t>
      </w:r>
    </w:p>
    <w:p>
      <w:r>
        <w:rPr>
          <w:b/>
        </w:rPr>
        <w:t xml:space="preserve">[27:59] </w:t>
      </w:r>
      <w:r>
        <w:t>hamara dimaag soch raha hai, hamari aankh dekh rahi hai, hamari kaan sun rahe hain, hamara haath jo</w:t>
      </w:r>
    </w:p>
    <w:p>
      <w:pPr>
        <w:jc w:val="right"/>
      </w:pPr>
      <w:r>
        <w:t>हमारा दिमाग सोच रहा है, हमारी आंख देख रही है, हमारी कान sun रहे हैं, हमारा हाथ जो</w:t>
      </w:r>
    </w:p>
    <w:p>
      <w:r>
        <w:rPr>
          <w:b/>
        </w:rPr>
        <w:t xml:space="preserve">[28:05] </w:t>
      </w:r>
      <w:r>
        <w:t>hai usko chhoo raha hai.</w:t>
      </w:r>
    </w:p>
    <w:p>
      <w:pPr>
        <w:jc w:val="right"/>
      </w:pPr>
      <w:r>
        <w:t>है उसको छू रहा है.</w:t>
      </w:r>
    </w:p>
    <w:p>
      <w:r>
        <w:rPr>
          <w:b/>
        </w:rPr>
        <w:t xml:space="preserve">[28:12] </w:t>
      </w:r>
      <w:r>
        <w:t>to poori tarah se hum usmein involve hotay hain. hamari jo poore senses usmein involve hotay hain. to hum bohat gehrai ke sath us qurbaani ko mehsoos kar patay hain. to yeh hai ke usko internalize karna, usko mehsoos karna aur ussay poora jo hai uskay spirit ko apnay andar utarna.</w:t>
      </w:r>
    </w:p>
    <w:p>
      <w:pPr>
        <w:jc w:val="right"/>
      </w:pPr>
      <w:r>
        <w:t>तो पूरी तरीके से हम उसमें involve होते हैं. हमारी जो पूरे senses उसमें involve होते हैं. तो हम बहुत गहराई के साथ उस कुर्बानी को महसूस कर पाते हैं. तो यह है कि उसको internalize करना, उसको महसूस करना और उससे पूरा जो है उसके spirit को अपने अंदर उतारना.</w:t>
      </w:r>
    </w:p>
    <w:p>
      <w:r>
        <w:rPr>
          <w:b/>
        </w:rPr>
        <w:t xml:space="preserve">[28:32] </w:t>
      </w:r>
      <w:r>
        <w:t>to yeh hai azeem mansooba khuda ka ke hum apnay aap ko tayyar karein, apnay apni qurbaani dein kyunkay duniya jo hai bohat haseen hai aur jo aata hai woh duniya mein lag jata hai aur usko yaad hi nahi rehta ke usay kuch aur bhi uski zimmedariyan hain. to is liye hajj ke moqay par aur jo log hajj karnay bhaj to aik hi baar farz hai. kuch log kai baar jatay hain lekin farz to aik hi baar hai.</w:t>
      </w:r>
    </w:p>
    <w:p>
      <w:pPr>
        <w:jc w:val="right"/>
      </w:pPr>
      <w:r>
        <w:t>तो यह है अजीम मंसूबा खुदा का कि हम अपने आप को तैयार करें, अपने अपनी कुर्बानी दें क्योंकि दुनिया जो है बहुत हसीन है और जो आता है वह दुनिया में लग जाता है और उसको याद ही नहीं रहता कि उसे कुछ और भी उसकी ज़िम्मेदारियां हैं. तो इसलिए हज के मौके पर और जो लोग हज करने भाज तो एक ही बार फर्ज है. कुछ लोग कई बार जाते हैं लेकिन फर्ज तो एक ही बार है.</w:t>
      </w:r>
    </w:p>
    <w:p>
      <w:r>
        <w:rPr>
          <w:b/>
        </w:rPr>
        <w:t xml:space="preserve">[29:00] </w:t>
      </w:r>
      <w:r>
        <w:t>to jo log hajj nahi kar rahay hain woh apnay apnay apnay muqamat par sacrifice kartay hain aur woh dobara se sara aik qism ka aik rehearsal kartay hain jo hazrat ibrahim alaih salam ke zamanay mein hua tha waqia. to yeh hamein yeh ang karna hai, yeh determination karna hai ke hum isi tarah se apnay aap ko khuda ke agay surrender karengay.</w:t>
      </w:r>
    </w:p>
    <w:p>
      <w:pPr>
        <w:jc w:val="right"/>
      </w:pPr>
      <w:r>
        <w:t>तो जो लोग हज नहीं कर रहे हैं वह अपने अपने अपने मुकामात पर sacrifice करते हैं और वह दोबारा से सारा एक किस्म का एक rehearsal करते हैं जो हजरत इमराहिम अलेश सलाम के जमाने में हुआ था वाकिया. तो यह हमें यह अंग करना है, यह determination करना है कि हम इसी तरीके से अपने आप को खुदा के आगे surrender करेंगे.</w:t>
      </w:r>
    </w:p>
    <w:p>
      <w:r>
        <w:rPr>
          <w:b/>
        </w:rPr>
        <w:t xml:space="preserve">[29:25] </w:t>
      </w:r>
      <w:r>
        <w:t>aap ab what is meant by shaa'ir ullah and what is the difference between manasik? isko bhi aap wazeh karein. asal mein yeh bohat hi important baat hai. shaa'ir jo hai yani khuda ki yadagarein. shaa'ir nishani alamat yadgar wasay haram hai. woh aik sha'ira, sha'ira singular hai aur sha'ir jama hai.</w:t>
      </w:r>
    </w:p>
    <w:p>
      <w:pPr>
        <w:jc w:val="right"/>
      </w:pPr>
      <w:r>
        <w:t>आप अब what is meant by शाहिर उल्लाह and what is the difference between मनासिक? इसको भी आप वाज़े करें. असल में यह बहुत ही important बात है. शाहिर जो है यानी खुदा की यादगारें. शाहिर निशानी अलामत यादगार वैसे हरम है. वो एक शहीरा, शहीरा singular है और शायर जमा है.</w:t>
      </w:r>
    </w:p>
    <w:p>
      <w:r>
        <w:rPr>
          <w:b/>
        </w:rPr>
        <w:t xml:space="preserve">[29:53] </w:t>
      </w:r>
      <w:r>
        <w:t>to yeh sab symbolic hota hai lekin unkay zariye se khuda ne kahan kahan apnay banday ki khaas madad ki hai. to woh unkay zariye se hamein woh sari yaad, yaad dilatay hain. yeh haram ko hum dekhenge to poori tareekh hamein hazrat ibrahim ki yaad aa jayegi. zamzam ko dekhenge to poori tareekh hazrat hazra se le kar ke hamein yaad aa jayegi. to isi ko sha'ira kehtay hain.</w:t>
      </w:r>
    </w:p>
    <w:p>
      <w:pPr>
        <w:jc w:val="right"/>
      </w:pPr>
      <w:r>
        <w:t>तो यह सब symbolic होता है लेकिन उनके जरिए से खुदा ने कहां कहां अपने बंदे की खास मदद की है. तो वह उनके जरिए से हमें वह सारी याद, याद दिलाते हैं. यह हर हमको हम देखेंगे तो पूरी तारीख हमें हज़रत इब्राहिम की याद आ जाएगी. जम्ज़म को देखेंगे तो पूरी तारीख हज़रत हज़रा से लेकर के हमें याद आ जाएगी. तो इसी को शहीरा कहते हैं.</w:t>
      </w:r>
    </w:p>
    <w:p>
      <w:r>
        <w:rPr>
          <w:b/>
        </w:rPr>
        <w:t xml:space="preserve">[30:21] </w:t>
      </w:r>
      <w:r>
        <w:t>to to to wahan par jo hai na har cheez ke nishanat hain. har cheez ka hum mehsoos taur par uska tazurba kartay hain. to jab hajj raswat ko dekhtay hain to hamein yaad lagta hai aisa ke jaisay khuda ka haath hamaray sath hai aur hum khuda ki rehmaton ka mushahida kar rahay hain. khuda ki blessings mein hissa pa rahay hain. to is tarah se isi woh jo muqamat hai na woh sha'ira hai.</w:t>
      </w:r>
    </w:p>
    <w:p>
      <w:pPr>
        <w:jc w:val="right"/>
      </w:pPr>
      <w:r>
        <w:t>तो तो तो वहां पर जो है ना हर चीज़ के निशानात हैं. हर चीज़ का हम महसूस तौर पर उसका तज़रबा करते हैं. तो जब हज रास्वत को देखते हैं तो हमें याद लगता है ऐसा कि जैसे खुदा का हाथ हमारे साथ है और हम खुदा की रहमतों का मुशायदा कर रहे हैं. खुदा की blessings में हिस्सा पा रहे हैं. तो इस तरीके से इसी वह जो मुकामात है ना वह शहीरा है.</w:t>
      </w:r>
    </w:p>
    <w:p>
      <w:r>
        <w:rPr>
          <w:b/>
        </w:rPr>
        <w:t xml:space="preserve">[30:49] </w:t>
      </w:r>
      <w:r>
        <w:t>ab baqi jo hum uskay agay jo amal kartay hain jaisay tawaf kartay hain to woh manasik hai. yani woh rukn hai hajj ka aur woh muqamat jo hai woh sha'ira hai. to woh sha'ira zaroori hai kyunkay insaan jo hai bohat hi aik psychological creature hai. usko woh kuch mehsoos taur par kuch chahta hai. tabhi uskay andar jo hai woh spirit uski paida hoti hai.</w:t>
      </w:r>
    </w:p>
    <w:p>
      <w:pPr>
        <w:jc w:val="right"/>
      </w:pPr>
      <w:r>
        <w:t>अब बाकी जो हम उसके आगे जो अमल करते हैं जैसे तबाफ करते हैं तो वह मनासिक है. यानी वह रुकन है हचका और वह मुकामार जो है वह शहीरा है. तो वह शहीरा ज़रूरी है क्योंकि इंसान जो है बहुत ही एक psychological creature है. उसको वह कुछ महसूस तौर पर कुछ चाहता है. तभी उसके अंदर जो है वह spirit उसकी पैदा होती है.</w:t>
      </w:r>
    </w:p>
    <w:p>
      <w:r>
        <w:rPr>
          <w:b/>
        </w:rPr>
        <w:t xml:space="preserve">[31:18] </w:t>
      </w:r>
      <w:r>
        <w:t>to isi tarah se jaisay hum jab tawaf kartay hain to aisa lagta hai ke jaisay humko khuda mil gaya hai aur hum khuda ke agay ghoom rahay hain. to is tarah se woh sha'ira jo hai yahoodi jo hai unkay yahan to yeh sari cheezein jahan jahan khuda ne intervene kiya jaisay firon ke zamanay mein pani phat gaya, rasta ban gaya.</w:t>
      </w:r>
    </w:p>
    <w:p>
      <w:pPr>
        <w:jc w:val="right"/>
      </w:pPr>
      <w:r>
        <w:t>तो इसी तरीके से जैसे हम जब तबाब करते हैं तो ऐसा लगता है कि जैसे हमको खोदा मिल गया है और हम खोदा के आगे घूम रहे हैं. तो इस तरीके से वह शहीरा जो है यहूदी जो है उनके यहां तो यह सारी चीज़ें जहां जहां खोदा ने intervene किया जैसे फिरौन के ज़माने में पानी फ़ट गया, रास्ता वन गया.</w:t>
      </w:r>
    </w:p>
    <w:p>
      <w:r>
        <w:rPr>
          <w:b/>
        </w:rPr>
        <w:t xml:space="preserve">[31:41] </w:t>
      </w:r>
      <w:r>
        <w:t>is tarah se unkay yahan jahan jahan khuda ne intervene kiya usko to woh baqayda uska usko celebrate kartay hain aur baqayda usko unhon ne tyohar bana diya hai. to yeh hamaray yahan us tarah ke tyohar nahi hain lekin jo log haji jatay hain to wahan woh dekhtay hain. phir unko sab yaad aata hai aur khuda se aik qism ka connection khaym ho jata hai.</w:t>
      </w:r>
    </w:p>
    <w:p>
      <w:pPr>
        <w:jc w:val="right"/>
      </w:pPr>
      <w:r>
        <w:t>इस तरीके से उनके यहां जहां जहां खुदा ने intervene किया उसको तो वह बाक़ायदा उसका उसको celebrate करते हैं और बाक़ायदा उसको उन्होंने त्यौहार बना दिया है. तो यह हमारे यहां उस तरीके के त्यौहार नहीं है लेकिन जो लोग हाज़ी जाते हैं तो वहां वह देखते हैं. फिर उनको सब याद आता है और खुदा से एक किस्म का connection खायम हो जाता है.</w:t>
      </w:r>
    </w:p>
    <w:p>
      <w:r>
        <w:rPr>
          <w:b/>
        </w:rPr>
        <w:t xml:space="preserve">[32:06] </w:t>
      </w:r>
      <w:r>
        <w:t>to jaisay insaan jab idol banata hai to woh kehta hai ke hum khuda ko mehsoos karna chahtay hain is liye idol banatay hain. to ab chunkay khuda hue to kisi ne dekha nahi hai to uska idol ban nahi sakta. to yahi sha'ira hain jinkay zariye se hum khuda ko mehsoos kartay hain. yani khuda ne kahan kahan khaas madad ki hai apnay bandon ki.</w:t>
      </w:r>
    </w:p>
    <w:p>
      <w:pPr>
        <w:jc w:val="right"/>
      </w:pPr>
      <w:r>
        <w:t>तो जैसे इंसान जब idol बनाता है तो वह कहता है कि हम खुदा को महसूस करना चाहते हैं इसलिए idol बनाते हैं. तो अब चूंके खुदा हुए तो किसी ने देखा नहीं है तो उसका idol वन नहीं सकता. तो यही शहर है जिनके ज़रिए से हम खुदा को महसूस करते हैं. यानी खुदा ने कहां कहां खास मदद की है अपने बंदों की.</w:t>
      </w:r>
    </w:p>
    <w:p>
      <w:r>
        <w:rPr>
          <w:b/>
        </w:rPr>
        <w:t xml:space="preserve">[32:29] </w:t>
      </w:r>
      <w:r>
        <w:t>to woh hamein sab yaad dilatay hain aur uski ussay hum apni learning kartay hain apna lesson letay hain ke hum khuda ke liye apnay aap ko surrender karengay to isi tarah se khuda hamari bhi madad karega. to yeh khuda parasti ke jo aala namoonay hain woh hamein in sha'ira ko, sha'ir ko dekh kar hamein yaad atay hain. aap hajj e mabroor yani accepted hajj ke baray mein sawal karna chahunga aap say.</w:t>
      </w:r>
    </w:p>
    <w:p>
      <w:pPr>
        <w:jc w:val="right"/>
      </w:pPr>
      <w:r>
        <w:t>तो वह हमें सब याद दिलाते हैं और उसकी उससे हम अपनी learning करते हैं अपना lesson लेते हैं कि हम खुदा के लिए अपने आप को surrender करेंगे तो इसी तरीके से खुदा हमारी भी मदद करेगा. तो यह खुदा परिस्थी के जो आला नमूने हैं वह हमें इन शहीरा को, शायर को देखकर हमें याद आते हैं. आप हजे मबरूर यानी accepted हज के बारे में सवाल करना चाहूंगा आपसे.</w:t>
      </w:r>
    </w:p>
    <w:p>
      <w:r>
        <w:rPr>
          <w:b/>
        </w:rPr>
        <w:t xml:space="preserve">[32:59] </w:t>
      </w:r>
      <w:r>
        <w:t>profit ne jaisay kaha ke the reward for hajj e mabroor is nothing else but paradise aur aap yeh kaha jata hai ke a person haji who returns after hajj, he becomes better than before. yeh aik sign hai hajj e mabroor ka. to aap isko thora waza wazeh kar ke aap hum sab ko batayein.</w:t>
      </w:r>
    </w:p>
    <w:p>
      <w:pPr>
        <w:jc w:val="right"/>
      </w:pPr>
      <w:r>
        <w:t>Profit ने जैसे कहा कि the reward for हजे मबरूर is nothing else but paradise और आप यह कहा जाता है कि a person हाजी who returns after हज, he becomes better than before. यह एक sign है हजे मबरूर का. तो आप इसको थोड़ा वाज़ा वाज़े करके आप हम सबको बताएं.</w:t>
      </w:r>
    </w:p>
    <w:p>
      <w:r>
        <w:rPr>
          <w:b/>
        </w:rPr>
        <w:t xml:space="preserve">[33:21] </w:t>
      </w:r>
      <w:r>
        <w:t>matlab hajj uski spirit ke sath kiya jaye tabhi to hajj jab mabroor banega na sirf sirf kuch alfaz ko rat kar kuch amal physical amal kar ke tab woh hajje mabroor nahi banega poori spirit ke sath poori kaifiyat ke sath jab aap hajj karengay aur hajj ke doran koi galat kaam nahi karengay. koi jhagda nahi karengay. koi gunah ka kaam nahi karengay.</w:t>
      </w:r>
    </w:p>
    <w:p>
      <w:pPr>
        <w:jc w:val="right"/>
      </w:pPr>
      <w:r>
        <w:t>मतलब हज उसकी spirit के साथ किया जाए तभी तो हज जब मबरूर बनेगा ना सिर्फ़ सिर्फ़ कुछ अल्फास को रटकर कुछ अमल physical अमल करके तब वह हज्जे मबरूर नहीं बनेगा पूरी spirit के साथ पूरी कैफियाद के साथ जब आप हज करेंगे और हज के दौरान कोई गलत काम नहीं करेंगे. कोई झगड़ा नहीं करेंगे. कोई गुनाह का काम नहीं करेंगे.</w:t>
      </w:r>
    </w:p>
    <w:p>
      <w:r>
        <w:rPr>
          <w:b/>
        </w:rPr>
        <w:t xml:space="preserve">[33:50] </w:t>
      </w:r>
      <w:r>
        <w:t>aur uskay aur woh kaifiyat hamaray andar paida ho jaye. kyunkay chalis din bohat hota hai ke hamaray andar woh un sab cheezon ke ekdam adat ho jaye jis ko hum kehtay hain internalize ho jaye. to hamari personality usi tarah ki develop ho jaye. to jis ko kehtay hain ke duniya se bayrazgati ho jaye. aakhirat ka shauq paida ho jaye. burai se hamaray dil mutanaffir ho jaye. bhalai ki taraf hum hamein raghbat ho.</w:t>
      </w:r>
    </w:p>
    <w:p>
      <w:pPr>
        <w:jc w:val="right"/>
      </w:pPr>
      <w:r>
        <w:t>और उसके और वह कैफियत हमारे अंदर पैदा हो जाए. क्योंकि चालीस दिन बहुत होता है कि हमारे अंदर वह उस उन सब चीज़ों के एकदम आदत हो जाए जिसको हम कहते हैं internalize हो जाए. तो हमारी personality उसी तरीके की develop हो जाए. तो जिसको कहते हैं कि दुनिया से बेराज़्वती हो जाए. आखिरत का शौक पैदा हो जाए. बुराई से हमारे दिल मोता नफ्ज़िर हो जाए. भलाई की तरफ हम हमें रग्वत हो.</w:t>
      </w:r>
    </w:p>
    <w:p>
      <w:r>
        <w:rPr>
          <w:b/>
        </w:rPr>
        <w:t xml:space="preserve">[34:19] </w:t>
      </w:r>
      <w:r>
        <w:t>to yeh hai kyunkay matlab hum apnay aap ko deconditioned kar lein. deconditioning ka jab amal ho jayega aur poore tarah se jab bhi hoga jab hum spirit wala hajjada karengay. to is par maulana ki kitab jo hai haqeeqat e hajj. yeh spirit wala hajj ke liye yeh bohat achi kitab hai.</w:t>
      </w:r>
    </w:p>
    <w:p>
      <w:pPr>
        <w:jc w:val="right"/>
      </w:pPr>
      <w:r>
        <w:t>तो यह है क्योंकि मतलब हम अपने आप को deconditioned कर लें. Deconditioning का जब अमल हो जाएगा और पूरे तरीके से जब भी होगा जब हम spirit वाला हाज़ादा करेंगे. तो इस पर मौलाना की किताब जो है हकेकते हज. यह spirit वाले हज के लिए यह बहुत अच्छी किताब है.</w:t>
      </w:r>
    </w:p>
    <w:p>
      <w:r>
        <w:rPr>
          <w:b/>
        </w:rPr>
        <w:t xml:space="preserve">[34:42] </w:t>
      </w:r>
      <w:r>
        <w:t>to yeh jo hai isko parhna chahiye aur log to bas yeh kartay hain ke bas woh duao ki kitab le letay hain aur bas usi ko parhtay rehtay hain. besoche samjhe. jab man is a thinking animal jab aadmi sochega nahi to uska asar kya lega woh? to besoche samjhe woh parhtay rehtay hain. to aisa hajj hajj mabroor nahi ho sakta.</w:t>
      </w:r>
    </w:p>
    <w:p>
      <w:pPr>
        <w:jc w:val="right"/>
      </w:pPr>
      <w:r>
        <w:t>तो यह जो है इसको पढ़ना चाहिए और लोग तो बस यह करते हैं कि बस वह दुआओं की किताब ले लेते हैं और बस उसी को पढ़ते रहते हैं. बेसोचे समझे. जब man is a thinking animal जब आदमी सोचेगा नहीं तो उसका असर क्या लेगा वह? तो बेसोचे समझे वह पढ़ते रहते हैं. तो ऐसा हज हज मबरूर नहीं हो सकता.</w:t>
      </w:r>
    </w:p>
    <w:p>
      <w:r>
        <w:rPr>
          <w:b/>
        </w:rPr>
        <w:t xml:space="preserve">[35:06] </w:t>
      </w:r>
      <w:r>
        <w:t>hajj mabroor wohi hai jo spirit wala hajj ho aur jiskay andar woh tamam fawayed jo hajj se hona chahiye woh usko milay hue hon.</w:t>
      </w:r>
    </w:p>
    <w:p>
      <w:pPr>
        <w:jc w:val="right"/>
      </w:pPr>
      <w:r>
        <w:t>हज मबरूर वही है जो spirit वाला हज हो और जिसके अंदर वह तमाम फवायद जो हाज से होना चाहिए वह उसको मिले हुए हों.</w:t>
      </w:r>
    </w:p>
    <w:p>
      <w:r>
        <w:rPr>
          <w:b/>
        </w:rPr>
        <w:t xml:space="preserve">[35:16] </w:t>
      </w:r>
      <w:r>
        <w:t>main aik call parhungi hazrat hasan basri ka jo senior senior tabai hain to unka aik call hai ke hajj mabroor woh hai jisay aadmi is tarah lotay ke woh duniya se beraghabat ho aur aakhirat ka shauq uskay andar paida ho jaye. to yeh wala hajj hai woh hajj mabroor hai.</w:t>
      </w:r>
    </w:p>
    <w:p>
      <w:pPr>
        <w:jc w:val="right"/>
      </w:pPr>
      <w:r>
        <w:t>मैं एक call पढूंगी हजरत हसन बसरी का जो senior senior ताबेई हैं तो उनका एक call है कि हज्य मबरूर वह है जिससे आदमी इस तरह लौटे कि वह दुनिया से बेरखबत हो और आखिरीद का शौक उसके अंदर पैदा हो जाए. तो यह वाला हज्ज है वह हज्ज मबरूर है.</w:t>
      </w:r>
    </w:p>
    <w:p>
      <w:r>
        <w:rPr>
          <w:b/>
        </w:rPr>
        <w:t xml:space="preserve">[35:40] </w:t>
      </w:r>
      <w:r>
        <w:t>to logon ko chahiye ke poori koshish karein ke unko hajj mabroor hasil ho. ji jazaa kar lo aap. aap aap nay abhi maulana wahiduddin khan sahib ki kitab kabhi zikr kiya. to main chahunga koi unka experience aap batayein hajj ka experience hum hum sab ko? maana ki kai articles to bohat hain. do kitabein yeh hain. aik hajj ka paigham aur haqeeqat e hajj.</w:t>
      </w:r>
    </w:p>
    <w:p>
      <w:pPr>
        <w:jc w:val="right"/>
      </w:pPr>
      <w:r>
        <w:t>तो लोगों को चाहिए कि पूरी कोशिश करें कि उनको हज्ज मबरूर हासिल हो. जी जज़्ज़ा कर लो आप. आप आपने अभी मुलाना वैद्विक खान साहब की किताब कभी ज़िक्र किया. तो मैं चाहूंगा कोई उनका experience आप बताएं हाज का experience हम हम सबको? माना की कई articles तो बहुत हैं. दो किताबें यह हैं. एक हच का पागाम और हकीकते हाज.</w:t>
      </w:r>
    </w:p>
    <w:p>
      <w:r>
        <w:rPr>
          <w:b/>
        </w:rPr>
        <w:t xml:space="preserve">[36:09] </w:t>
      </w:r>
      <w:r>
        <w:t>to main Maulana ne 1982 mein Hajj kiya tha. To unhone ek Arab ke saath Hajj kiya tha. To poora time woh ibadat mein guzarte the. To bahut lamba unka safar nama hai. To main usmein se thoda sa padhungi jo unhone likha hai. To woh likhte hain Haqeeqat e Hajj mein ke Kaaba zameen par Khuda ki nishaniyon mein se ek nishani hai.</w:t>
      </w:r>
    </w:p>
    <w:p>
      <w:pPr>
        <w:jc w:val="right"/>
      </w:pPr>
      <w:r>
        <w:t>तो मैं मोराना ने 1982 में हच किया था. तो उन्होंने एक अरब के साथ हच किया था. तो पूरा time वह इबादत में गुजारते थे. तो बहुत लंबा उनका सफर नामा है. तो मैं उसमें से थोड़ा सा पढूंगी जो उन्होंने लिखा है. तो वह लिखते हैं हकीकते हज में कि काबा ज़मीन पर खुदा की निशानियों में से एक निशानी है.</w:t>
      </w:r>
    </w:p>
    <w:p>
      <w:r>
        <w:rPr>
          <w:b/>
        </w:rPr>
        <w:t xml:space="preserve">[36:39] </w:t>
      </w:r>
      <w:r>
        <w:t>Mera behtar waqt Haram mein guzarta. Main Zam Zam ke pani se wuzu karta aur uske baad sair hokar Zam Zam peeta. Haram mein aksar upar ke hisse mein main chala jata. Wahan kafi sukoon rehta, wahan namaz padhta, tilawat karta. Kaaba ko dekhta rehta. Rozana ghanton isi tarah guzar jaate ke waqt ka kuch andaaza na hota. Lekin phir bhi tabiyat sair na hoti.</w:t>
      </w:r>
    </w:p>
    <w:p>
      <w:pPr>
        <w:jc w:val="right"/>
      </w:pPr>
      <w:r>
        <w:t>मेरा बेस्तर वक्त हरम में गुजरता. मैं ज़म ज़म के पानी से बजू करता और उसके बाद सैर होकर ज़म ज़म पीता. हरम में अक्सर ऊपर के हिस्से में मैं चला जाता. वहां काफी सुकून रहता, वहां नमाज़ पड़ता, तिलाबत करता. काबा को देखता रहता. रोज़ाना घंटों इसी तरह गुज़र जाते कि वक्त का कुछ अंदाज़ा ना होता. लेकिन फिर भी तबीयत सैर ना होती.</w:t>
      </w:r>
    </w:p>
    <w:p>
      <w:r>
        <w:rPr>
          <w:b/>
        </w:rPr>
        <w:t xml:space="preserve">[37:07] </w:t>
      </w:r>
      <w:r>
        <w:t>Kaaba ke saamne baithkar dil ki jo kaifiyat hoti usko lafzon mein bayan nahi kiya ja sakta. Hajj ka safar Khuda ki taraf safar hai. Woh dunya ki zindagi mein apne Rab se qareeb hone ki intihaai shakal hai. Doosri ab adatein Allah taala ki yaad hain jabke Hajj khud Allah taala tak pahunch jaana hai. Hajj Haq ke taala se mulaqat hai.</w:t>
      </w:r>
    </w:p>
    <w:p>
      <w:pPr>
        <w:jc w:val="right"/>
      </w:pPr>
      <w:r>
        <w:t>काबा के सामने बैठकर दिल की जो कैफियत होती उसको लफ्ज़ों में बयान नहीं किया जा सकता. हज का सफर खुदा की तरफ सफर है. वह दुनिया की ज़िंदगी में अपने रफ़ से करीब होने की इंतिहाई शक्ल है. दूसरी अब आदतें अल्लाह तालाह की याद हैं जबकि हज खुद अल्लाह तालाह तक पहुंच जाना है. हज हक के ताला से मुलाकात है.</w:t>
      </w:r>
    </w:p>
    <w:p>
      <w:r>
        <w:rPr>
          <w:b/>
        </w:rPr>
        <w:t xml:space="preserve">[37:34] </w:t>
      </w:r>
      <w:r>
        <w:t>Aadmi jab safar karke mukamat e Hajj tak pahunchta hai to us par khaas tarah ki rabbani kaifiyat taari hoti hain. Usko aisa mehsoos hota hai ke woh apni dunya se nikal kar Khuda ki dunya mein pahunch gaya hai. Woh apne Rab ko chhoo raha hai. Woh uske gird ghoom raha hai. Woh uski taraf daud raha hai. Woh uske khatir idhar se udhar ja raha hai. Woh uske huzoor qurbani pesh kar raha hai.</w:t>
      </w:r>
    </w:p>
    <w:p>
      <w:pPr>
        <w:jc w:val="right"/>
      </w:pPr>
      <w:r>
        <w:t>आदमी जब सफर करके मुकामाते हज तक पहुंचता है तो उस पर खास तरह की रब्बानी कैफियाद तारी होती हैं. उसको ऐसा महसूस होता है कि वह अपनी दुनिया से निकलकर खुदा की दुनिया में पहुंच गया है. वह अपने रब को छू रहा है. वह उसके गिर्द घूम रहा है. वह उसकी तरफ दौड़ रहा है. वह उसके खातेर इधर से उधर जा रहा है. वह उसके हुज़ोर कुर्बानी पेश कर रहा है.</w:t>
      </w:r>
    </w:p>
    <w:p>
      <w:r>
        <w:rPr>
          <w:b/>
        </w:rPr>
        <w:t xml:space="preserve">[38:01] </w:t>
      </w:r>
      <w:r>
        <w:t>woh uske dushman shaitan ko kankariyan maar raha hai.</w:t>
      </w:r>
    </w:p>
    <w:p>
      <w:pPr>
        <w:jc w:val="right"/>
      </w:pPr>
      <w:r>
        <w:t>वह उसके दुश्मन शैतान को कंक्रियां मार रहा है.</w:t>
      </w:r>
    </w:p>
    <w:p>
      <w:r>
        <w:rPr>
          <w:b/>
        </w:rPr>
        <w:t xml:space="preserve">[38:07] </w:t>
      </w:r>
      <w:r>
        <w:t>woh usse maang raha hai jo kuch woh usse maangna chahta hai.</w:t>
      </w:r>
    </w:p>
    <w:p>
      <w:pPr>
        <w:jc w:val="right"/>
      </w:pPr>
      <w:r>
        <w:t>वह उससे मांग रहा है जो कुछ वह उससे मांगना चाहता है.</w:t>
      </w:r>
    </w:p>
    <w:p>
      <w:r>
        <w:rPr>
          <w:b/>
        </w:rPr>
        <w:t xml:space="preserve">[38:13] </w:t>
      </w:r>
      <w:r>
        <w:t>woh usse paa raha hai jo kuch woh usse paana chahta hai. yaani bakhshish.</w:t>
      </w:r>
    </w:p>
    <w:p>
      <w:pPr>
        <w:jc w:val="right"/>
      </w:pPr>
      <w:r>
        <w:t>वह उससे पा रहा है जो कुछ वह उससे पाना चाहता है. यानी बक्शिश.</w:t>
      </w:r>
    </w:p>
    <w:p>
      <w:r>
        <w:rPr>
          <w:b/>
        </w:rPr>
        <w:t xml:space="preserve">[38:19] </w:t>
      </w:r>
      <w:r>
        <w:t>to phir likhte hain ki haqeeqat yeh hai ki hajj tamam ebaadaton ka sardaar hai.</w:t>
      </w:r>
    </w:p>
    <w:p>
      <w:pPr>
        <w:jc w:val="right"/>
      </w:pPr>
      <w:r>
        <w:t>तो फिर लिखते हैं कि हकीकत यह है कि हज तमाम एबादतों का सरदार है.</w:t>
      </w:r>
    </w:p>
    <w:p>
      <w:r>
        <w:rPr>
          <w:b/>
        </w:rPr>
        <w:t xml:space="preserve">[38:25] </w:t>
      </w:r>
      <w:r>
        <w:t>kaaba ka jo darja doosri masjidon ke darmiyan hai, wahi darja hajj ka doosri ebaadaton ke darmiyan.</w:t>
      </w:r>
    </w:p>
    <w:p>
      <w:pPr>
        <w:jc w:val="right"/>
      </w:pPr>
      <w:r>
        <w:t>काबा का जो दर्जा दूसरी मस्जिदों के दरमियान है, वही दर्जा हज का दूसरी एबादतों के दरमियान.</w:t>
      </w:r>
    </w:p>
    <w:p>
      <w:r>
        <w:rPr>
          <w:b/>
        </w:rPr>
        <w:t xml:space="preserve">[38:32] </w:t>
      </w:r>
      <w:r>
        <w:t>To yeh hai Hajj e mabrur. Yeh poori kaifiyat ke saath Hajj kiya jaye. Ji, jaisa k Allah Apa. Apa if you look at the life of prophet Muhammad, as we know that he was born in May and then he was appointed prophet in June. And then he gave the call of monotheism to the entire humanity.</w:t>
      </w:r>
    </w:p>
    <w:p>
      <w:pPr>
        <w:jc w:val="right"/>
      </w:pPr>
      <w:r>
        <w:t>तो यह है अजय मबरूर. यह पूरी कैफियाद के साथ हज किया जाए. जी, जैसा कल्लाह आपा. आपा if you look at the life of prophet मोहम्मद, as we know that he was born in May and then he was appointed prophet in June. And then he gave the call of monotheism to the entire humanity.</w:t>
      </w:r>
    </w:p>
    <w:p>
      <w:r>
        <w:rPr>
          <w:b/>
        </w:rPr>
        <w:t xml:space="preserve">[38:58] </w:t>
      </w:r>
      <w:r>
        <w:t>Lekin agar dekhen Apa the mission, the implementation of mission was started at the time of prophet Ibrahim. To jab hum Hajj par jaate hain to in a way dawa work is an becomes an integral part of the Hajj. To ab main chahunga ke Hajj aur dawa planning ya dawa work mein kya close relation hai is iske bare mein aap batayen?</w:t>
      </w:r>
    </w:p>
    <w:p>
      <w:pPr>
        <w:jc w:val="right"/>
      </w:pPr>
      <w:r>
        <w:t>लेकिन अगर देखें आपा the mission, the implementation of mission was started at the time of profit इब्राहिम. तो जब हम हज पर जाते हैं तो in a way दावा work is an becomes an integral part of the हज. तो अब मैं चाहूंगा कि हज और दावा planning या दावा work में क्या close relation है इस इसके बारे में आप बताएं?</w:t>
      </w:r>
    </w:p>
    <w:p>
      <w:r>
        <w:rPr>
          <w:b/>
        </w:rPr>
        <w:t xml:space="preserve">[39:24] </w:t>
      </w:r>
      <w:r>
        <w:t>Asal mein Hajj jo hai yahi hai log nahi samajhte log kyunke bas rasmon ko jaante hain na. To woh rasam ada kar lete hain, woh samajhte hain Hajj ho gaya. Hajj to yahi hai ke jab tamam dunya se wahan par log jaate hain, to woh ek bahut bada uska maqsad hona chahiye. To Hajj jo hai woh dawa work ka rehearsal hai. Kyunke itna bada ek worship jo hai uska koi maqsad bhi bahut bada hona chahiye.</w:t>
      </w:r>
    </w:p>
    <w:p>
      <w:pPr>
        <w:jc w:val="right"/>
      </w:pPr>
      <w:r>
        <w:t>असल में हज जो है यही है लोग नहीं समझते लोग क्योंकि बस रस्मों को जानते हैं ना. तो वह रस मादा कर लेते हैं, वह समझते हैं हज हो गया. हज तो यही है कि जब तमाम दुनिया से वहां पर लोग जाते हैं, तो वह एक बहुत बड़ा उसका मकसद होना चाहिए. तो हद जो है वह दावा वर्ग का rehearsal है. क्योंकि इतना बड़ा एक worship जो है उसका कोई मकसद भी बहुत बड़ा होना चाहिए.</w:t>
      </w:r>
    </w:p>
    <w:p>
      <w:r>
        <w:rPr>
          <w:b/>
        </w:rPr>
        <w:t xml:space="preserve">[39:54] </w:t>
      </w:r>
      <w:r>
        <w:t>To yeh sirf aisa nahi ho sakta ke wahan parchand jo hai rasam ada kar li jayen woh woh ho jaye. Kyunke Hazrat Ibrahim jinko Daiy e Akbar kaha jata hai to woh unhone apni poori zindagi waqt kardi thi ke Khuda ka paigham tamam logon tak pahunchane ke liye.</w:t>
      </w:r>
    </w:p>
    <w:p>
      <w:pPr>
        <w:jc w:val="right"/>
      </w:pPr>
      <w:r>
        <w:t>तो यह सिर्फ ऐसा नहीं हो सकता कि वहां पर्चन्द जो है रस माधा कर ली जाएं वह वह हो जाए. क्योंकि हजरत इब्राहिम जिनको दाईय अकबर कहा जाता है तो वह उन्होंने अपनी पूरी ज़िंदगी वक्त कर दी थी कि खोदा का प्राकाम तमाम लोगों तक पहुंचाने के लिए.</w:t>
      </w:r>
    </w:p>
    <w:p>
      <w:r>
        <w:rPr>
          <w:b/>
        </w:rPr>
        <w:t xml:space="preserve">[40:15] </w:t>
      </w:r>
      <w:r>
        <w:t>To uske baad jo hai yeh Khuda ka ghar bana aur wahan par aisa nizam kiya gaya ke sari dunya se wahan log aaye aur Hazrat Ibrahim alaihi salam ki zindagi ke jo khaas khaas waqiyat the woh haji dohrayata hai. To dohrane ka koi matlab nahi na agar us agar sirf dohrana ho. Dohrane ke kya spirit hai? Uske kya lessons hain?</w:t>
      </w:r>
    </w:p>
    <w:p>
      <w:pPr>
        <w:jc w:val="right"/>
      </w:pPr>
      <w:r>
        <w:t>तो उसके बाद जो है यह खोदा का घर बना और वहां पर ऐसा निज़ाम किया गया कि सारी दुनिया से वहां लोग आए और हज़त इब्राहिम अलई सलाम की ज़िंदगी के जो खास खास वाकयात थे वह हाज़ ही धोहराता है. तो दोहराने का कोई मतलब नहीं ना अगर उस अगर सिर्फ दोहराना हो. दोहराने के क्या spirit है? उसके क्या lessons हैं?</w:t>
      </w:r>
    </w:p>
    <w:p>
      <w:r>
        <w:rPr>
          <w:b/>
        </w:rPr>
        <w:t xml:space="preserve">[40:44] </w:t>
      </w:r>
      <w:r>
        <w:t>Woh hamein dekhna hoga to woh poora ka poora Hajj jo hai woh dawa work ka ek rehearsal ho jata hai. Kyunke Musalman jo hai ek daawti work hain. Shahadat Allahs yani log tamam dunya ko, tamam insanon ko Khuda ka paigham pahunchana. To yeh yahi to maqsad hai Ummat e Musalma ka.</w:t>
      </w:r>
    </w:p>
    <w:p>
      <w:pPr>
        <w:jc w:val="right"/>
      </w:pPr>
      <w:r>
        <w:t>वह हमें देखना होगा तो वह पूरा का पूरा हाथ जो है वह दावा वर्ग का एक rehearsal हो जाता है. क्योंकि मुसलमान जो है एक दावती गर्व हैं. शहादद अल्लास यानी लोग तमाम दुनिया को, तमाम इंसानों को खुदा का प्रागाम पहुंचाना. तो यह यही तो मकसद है उम्मत ए मुसलमा का.</w:t>
      </w:r>
    </w:p>
    <w:p>
      <w:r>
        <w:rPr>
          <w:b/>
        </w:rPr>
        <w:t xml:space="preserve">[41:07] </w:t>
      </w:r>
      <w:r>
        <w:t>Wassullah Sallallahu Sallallahu ne apne aakhri sermon mein yahi kaha tha ke jo log maujood hain woh meri baat ko ghair maujood tak pahuncha dein. To yeh matlab nahi hai ke bas sirf Sahaba se address kiya tha aapne. Balki nasal dar nasal log ek, ek nasal doosri nasal ko woh paigham pahunchati rahe. Yeh tamam nasal ke liye hai. Yeh Ummat e Musalman ke liye hai.</w:t>
      </w:r>
    </w:p>
    <w:p>
      <w:pPr>
        <w:jc w:val="right"/>
      </w:pPr>
      <w:r>
        <w:t>वसूल्लाह सल्लाह सल्लाह ने अपने आखिरी sermon में यही कहा था कि जो लोग मौजूद हैं वह मेरी बात को गैर मौजूद तक पहुंचा दें. तो यह मतलब नहीं है कि बस सिर्फ सहाबा से address किया था आपने. बल्कि नस्ल दर नस्ल लोग एक, एक नस्ल दूसरी नस्ल को वह पराम पहुंचाती रहे. यह तमाम नस्ल के लिए है. यह उम्मती मुसलमा के लिए है.</w:t>
      </w:r>
    </w:p>
    <w:p>
      <w:r>
        <w:rPr>
          <w:b/>
        </w:rPr>
        <w:t xml:space="preserve">[41:34] </w:t>
      </w:r>
      <w:r>
        <w:t>Yahi Ummat e Musalman ka jo hai maqsad hai. To yeh jo hai tamam jo wahan par hamein milte hain sabak yahi hai ke ghar se hum nikle to humne wahan par wahan par learning ke liye nikle ke Hazrat Ibrahim ne kya kya kiya tha Khuda ke deen ko pahunchane ke liye logon tak kya kya qurbaniyan di thi woh humne seekha.</w:t>
      </w:r>
    </w:p>
    <w:p>
      <w:pPr>
        <w:jc w:val="right"/>
      </w:pPr>
      <w:r>
        <w:t>यही उम्मती मुसलमा का जो है मकसद है. तो यह जो है तमाम जो वहां पर हमें मिलते हैं सबक यही है कि घर से हम निकले तो हमने वहां पर वहां पर learning के लिए निकले कि हज़त इब्राहिम ने क्या क्या किया था होदा के दिन को पहुंचाने के लिए लोगों तक क्या क्या कुर्बानियां दी थी वह हमने सीखा.</w:t>
      </w:r>
    </w:p>
    <w:p>
      <w:r>
        <w:rPr>
          <w:b/>
        </w:rPr>
        <w:t xml:space="preserve">[42:02] </w:t>
      </w:r>
      <w:r>
        <w:t>Phir Ahram ke zariye se humne zaida zindagi ki taleem hamein mili. Phir jab hum Labbaik Allahumma Labbaik kehte hain to hum ek pledge lete hain ke Allah taala hum hazir hain. Jo bhi sacrifice hogi usko hum denge. To is tarike se woh apne aap ko hazir is mission ke liye dedicate karta hai. Jab woh qurbani karta hai to uska matlab yeh hota hai ke hum qurbani ki had tak jaane ke liye tayyar hain is mission ke liye.</w:t>
      </w:r>
    </w:p>
    <w:p>
      <w:pPr>
        <w:jc w:val="right"/>
      </w:pPr>
      <w:r>
        <w:t>फिर ऐराम के जरिए से हमने ज़्यादा ज़िंदगी की तालीम हमें मिली. फिर जब हम लब्बेक अल्लाह में लब्बेक कहते हैं तो हम एक pledge लेते हैं कि अल्लाह तालाह हम हाज़िर हैं. जो भी sacrifice होगी उसको हम देंगे. तो इस तरीके से वह अपने आप को हाज़िर इस mission के लिए dedicate करता है. जब वह कुर्बानी करता है तो उसका मतलब यह होता है कि हम कुर्बानी की हद तक जाने के लिए तैयार हैं इस mission के लिए.</w:t>
      </w:r>
    </w:p>
    <w:p>
      <w:r>
        <w:rPr>
          <w:b/>
        </w:rPr>
        <w:t xml:space="preserve">[42:29] </w:t>
      </w:r>
      <w:r>
        <w:t>To jab tak hum is mission se dawa mission se relate karke Hajj ke tamam manasik ko na dekhenge na to woh meaningless nazar aayega. Sirf kuch activities nazar aayengi ke yahan chal rahe hain wahan ja rahe hain. Yahan theher rahe hain to yeh uska maqsad kya hai?</w:t>
      </w:r>
    </w:p>
    <w:p>
      <w:pPr>
        <w:jc w:val="right"/>
      </w:pPr>
      <w:r>
        <w:t>तो जब तक हम इस mission से दावा mission से relate करके हज के तमाम मनासिक को ना देखेंगे ना तो वह meaningless नज़र आएगा. सिर्फ कुछ activities नज़र आएंगी कि यहां चल रहे हैं वहां जा रहे हैं. यहां ठहर रहे हैं तो यह उसका मकसद क्या है?</w:t>
      </w:r>
    </w:p>
    <w:p>
      <w:r>
        <w:rPr>
          <w:b/>
        </w:rPr>
        <w:t xml:space="preserve">[42:48] </w:t>
      </w:r>
      <w:r>
        <w:t>maqsad to jab hi nazar aayega jab humko yeh hazrat ibrahim ki daawti zindagi ko usse hum link</w:t>
      </w:r>
    </w:p>
    <w:p>
      <w:pPr>
        <w:jc w:val="right"/>
      </w:pPr>
      <w:r>
        <w:t>मकसद तो जब ही नज़र आएगा जब हमको यह हजरत इब्राहिम की दावती ज़िंदगी को उससे हम link</w:t>
      </w:r>
    </w:p>
    <w:p>
      <w:r>
        <w:rPr>
          <w:b/>
        </w:rPr>
        <w:t xml:space="preserve">[42:56] </w:t>
      </w:r>
      <w:r>
        <w:t>karenge aur agar hum aisa kar paayein to yeh jo saalana daawti jo gathering hoti hai woh daawa</w:t>
      </w:r>
    </w:p>
    <w:p>
      <w:pPr>
        <w:jc w:val="right"/>
      </w:pPr>
      <w:r>
        <w:t>करेंगे और अगर हम ऐसा कर पाएं तो यह जो सालाना दावती जो gathering होती है वह दावा</w:t>
      </w:r>
    </w:p>
    <w:p>
      <w:r>
        <w:rPr>
          <w:b/>
        </w:rPr>
        <w:t xml:space="preserve">[43:04] </w:t>
      </w:r>
      <w:r>
        <w:t>conference matlab deal ho jaaye aur tamam duniya mein daawa jo hai khuda ka paigaam pahunch jaaye aur</w:t>
      </w:r>
    </w:p>
    <w:p>
      <w:pPr>
        <w:jc w:val="right"/>
      </w:pPr>
      <w:r>
        <w:t>conference मतलब deal हो जाए और तमाम दुनिया में दावा जो है खुदा का पागाम पहुंच जाए और</w:t>
      </w:r>
    </w:p>
    <w:p>
      <w:r>
        <w:rPr>
          <w:b/>
        </w:rPr>
        <w:t xml:space="preserve">[43:13] </w:t>
      </w:r>
      <w:r>
        <w:t>aajkal to itna aasaan ho gaya hai kyunki technology aur communication ki jo taraqqiyan hui hain to usmein</w:t>
      </w:r>
    </w:p>
    <w:p>
      <w:pPr>
        <w:jc w:val="right"/>
      </w:pPr>
      <w:r>
        <w:t>आजकल तो इतना आसान हो गया है क्योंकि technology और communication की जो तरक्कियां हुई हैं तो उसमें</w:t>
      </w:r>
    </w:p>
    <w:p>
      <w:r>
        <w:rPr>
          <w:b/>
        </w:rPr>
        <w:t xml:space="preserve">[43:21] </w:t>
      </w:r>
      <w:r>
        <w:t>itni aasani ho gayi hai ki hum ek jagah baithkar saari duniya tak khuda ka paigaam pahuncha sakte hain.</w:t>
      </w:r>
    </w:p>
    <w:p>
      <w:pPr>
        <w:jc w:val="right"/>
      </w:pPr>
      <w:r>
        <w:t>इतनी आसानी हो गई है कि हम एक जगह बैठकर सारी दुनिया तक खुदा का पाराम पहुंचा सकते हैं.</w:t>
      </w:r>
    </w:p>
    <w:p>
      <w:r>
        <w:rPr>
          <w:b/>
        </w:rPr>
        <w:t xml:space="preserve">[43:30] </w:t>
      </w:r>
      <w:r>
        <w:t>To abhi main video dekh rahi thi bahut sare video hain usmein CNN ka bhi dekha maine aur bahut achhe achhe usmein the aur even sabhi log keh rahe hain ke zameen ki core hai woh hil gayi hai. Matlab ab kehte hain ke ruk gayi hai aur ulti taraf reverse direction ki taraf ja rahi hai.</w:t>
      </w:r>
    </w:p>
    <w:p>
      <w:pPr>
        <w:jc w:val="right"/>
      </w:pPr>
      <w:r>
        <w:t>तो अभी मैं video देख रही थी बहुत सारे video हैं उसमें CNN का भी देखा मैंने और बहुत अच्छे अच्छे उसमें थे और even सभी लोग कह रहे हैं कि ज़मीन की जो core है वह हिल गई है. मतलब अब कहते हैं कि रुक गई है और उल्टी तरफ reverse direction की तरफ जा रही है.</w:t>
      </w:r>
    </w:p>
    <w:p>
      <w:r>
        <w:rPr>
          <w:b/>
        </w:rPr>
        <w:t xml:space="preserve">[43:56] </w:t>
      </w:r>
      <w:r>
        <w:t>To ismein kuch log keh rahe hain ke matlab woh setting ho jati hai. Kuch log kehte hain ke bahut khatra hai. To abhi uske upar bilkul conclusive koi answer nahi hua hai lekin jo ek hadith hai ke Qayamat ke qareeb suraj jo hai ulti direction mein niklega.</w:t>
      </w:r>
    </w:p>
    <w:p>
      <w:pPr>
        <w:jc w:val="right"/>
      </w:pPr>
      <w:r>
        <w:t>तो इसमें कुछ लोग कह रहे हैं कि मतलब वह setting हो जाती है. कुछ लोग कहते हैं कि बहुत खतरा है. तो अभी उसके ऊपर बिल्कुल conclusive कोई answer नहीं हुआ है लेकिन जो एक हदीश है कि प्यामत के करीब सूरज जो है उल्टी direction में निकलेगा.</w:t>
      </w:r>
    </w:p>
    <w:p>
      <w:r>
        <w:rPr>
          <w:b/>
        </w:rPr>
        <w:t xml:space="preserve">[44:18] </w:t>
      </w:r>
      <w:r>
        <w:t>To yeh hum isko agar isse link karte hain to zameen ki core jo hai woh reverse direction mein ja rahi hai to woh wahi hai. Agar Allah taala usko dobara set na karein. Ulti direction mein chali jaye to suraj jo hai woh ulti taraf se niklega. To hamein kyunke yeh Qayamat ki aakhri nishani hai.</w:t>
      </w:r>
    </w:p>
    <w:p>
      <w:pPr>
        <w:jc w:val="right"/>
      </w:pPr>
      <w:r>
        <w:t>तो यह हम इसको अगर इससे link करते हैं तो ज़मीन की core जो है वह reverse direction में जा रही है तो वह वही है. अगर अल्लाह तालाह उसको दोबारा set ना करें. उल्टी direction में चली जाए तो सूरज जो है वह उल्टी तरफ से निकलेगा. तो हमें क्योंकि यह क्यामत की आखिरी निशानी है.</w:t>
      </w:r>
    </w:p>
    <w:p>
      <w:r>
        <w:rPr>
          <w:b/>
        </w:rPr>
        <w:t xml:space="preserve">[44:40] </w:t>
      </w:r>
      <w:r>
        <w:t>To hamein bahut zyada is mamle mein serious ho jana hai ke hamare paas bahut hi kam time hai aur hamein isiliye Allah taala ne technology ko itna zyada develop kar diya hai ke hum bahut aasani se har kaam kar sakte hain.</w:t>
      </w:r>
    </w:p>
    <w:p>
      <w:pPr>
        <w:jc w:val="right"/>
      </w:pPr>
      <w:r>
        <w:t>तो हमको बहुत ज़्यादा इस मामले में serious हो जाना है कि हमारे पास बहुत ही कम time है और हमें इसीलिए अल्लाह ताला ने technology को इतना ज़्यादा develop कर दिया है कि हम बहुत आसानी से हर काम कर सकते हैं.</w:t>
      </w:r>
    </w:p>
    <w:p>
      <w:r>
        <w:rPr>
          <w:b/>
        </w:rPr>
        <w:t xml:space="preserve">[44:56] </w:t>
      </w:r>
      <w:r>
        <w:t>To isko hum zyada se zyada istemal karein aur zyada se zyada apna waqt, apni energy, apne resources ismein lagakar kaam karenge unko kuch bhi nahi maloom ke kab yeh dunya khatm ho jaye aur hamein hamara yeh mauka jo hai hamare haath se nikal jaye. To yeh hum dua karenge ke sab log jo hain is dawa work mein zyada se zyada apne aap ko involve karein aur Allah taala ke yahan ajr ke mustahiq thehrein.</w:t>
      </w:r>
    </w:p>
    <w:p>
      <w:pPr>
        <w:jc w:val="right"/>
      </w:pPr>
      <w:r>
        <w:t>तो इसको हम ज़्यादा से ज़्यादा इस्तेमाल करें और ज़्यादा से ज़्यादा अपना वक्त, अपनी energy, अपने resources इसमें लगाकर काम करेंगे उनको कुछ भी नहीं मालूम कि कब यह दुनिया खत्म हो जाए और हमें हमारा यह मौका जो है हमारे हाथ से निकल जाए. तो यह हम दुआ करेंगे कि सब लोग जो हैं इस दावा वर्ग में ज़्यादा से ज़्यादा अपने आप को involve करें और अल्लाह तालाह के यहां अज़र के मुस्ताईफ ठहरें.</w:t>
      </w:r>
    </w:p>
    <w:p>
      <w:r>
        <w:rPr>
          <w:b/>
        </w:rPr>
        <w:t xml:space="preserve">[45:24] </w:t>
      </w:r>
      <w:r>
        <w:t>Thank you Apa for doing the session on the spirit of Hajj today, Jazak Allah. We will end now today's session, we'll be back next Sunday, 10:30AM. Thank you.</w:t>
      </w:r>
    </w:p>
    <w:p>
      <w:pPr>
        <w:jc w:val="right"/>
      </w:pPr>
      <w:r>
        <w:t>Thank you आपा for doing the session on the spirit of हज today, जज़ा कल्ला. We will end now today's session, we'll be back next Sunday, 10:30AM.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