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Spirituality in Islam June 11, 2006</w:t>
      </w:r>
    </w:p>
    <w:p>
      <w:r>
        <w:t>https://youtu.be/ahSf-4d3AlM</w:t>
      </w:r>
    </w:p>
    <w:p>
      <w:r>
        <w:rPr>
          <w:b/>
        </w:rPr>
        <w:t xml:space="preserve">[00:26] </w:t>
      </w:r>
      <w:r>
        <w:t>Wa ahlul uqdatam min lisani, yafqahu qawli.</w:t>
      </w:r>
    </w:p>
    <w:p>
      <w:pPr>
        <w:jc w:val="right"/>
      </w:pPr>
      <w:r>
        <w:t>واحل العقدۃ من لسانی، یفقہ قولی۔</w:t>
      </w:r>
    </w:p>
    <w:p>
      <w:r>
        <w:rPr>
          <w:b/>
        </w:rPr>
        <w:t xml:space="preserve">[00:34] </w:t>
      </w:r>
      <w:r>
        <w:t>Aaj ki jo talk hai, woh</w:t>
      </w:r>
    </w:p>
    <w:p>
      <w:pPr>
        <w:jc w:val="right"/>
      </w:pPr>
      <w:r>
        <w:t>آج کی جو ٹاک ہے، وہ</w:t>
      </w:r>
    </w:p>
    <w:p>
      <w:r>
        <w:rPr>
          <w:b/>
        </w:rPr>
        <w:t xml:space="preserve">[00:43] </w:t>
      </w:r>
      <w:r>
        <w:t>is ka subject hai spirituality,</w:t>
      </w:r>
    </w:p>
    <w:p>
      <w:pPr>
        <w:jc w:val="right"/>
      </w:pPr>
      <w:r>
        <w:t>اس کا سبجیکٹ ہے سپریچولیٹی،</w:t>
      </w:r>
    </w:p>
    <w:p>
      <w:r>
        <w:rPr>
          <w:b/>
        </w:rPr>
        <w:t xml:space="preserve">[00:47] </w:t>
      </w:r>
      <w:r>
        <w:t>lekin yeh spirituality ka aik</w:t>
      </w:r>
    </w:p>
    <w:p>
      <w:pPr>
        <w:jc w:val="right"/>
      </w:pPr>
      <w:r>
        <w:t>لیکن یہ سپریچولیٹی کا ایک</w:t>
      </w:r>
    </w:p>
    <w:p>
      <w:r>
        <w:rPr>
          <w:b/>
        </w:rPr>
        <w:t xml:space="preserve">[00:53] </w:t>
      </w:r>
      <w:r>
        <w:t>aik broader context mein hum lete hain. is ko spirituality ka jo traditional concept hai, us sense mein nahin.</w:t>
      </w:r>
    </w:p>
    <w:p>
      <w:pPr>
        <w:jc w:val="right"/>
      </w:pPr>
      <w:r>
        <w:t>ایک براڈر کانٹیکسٹ میں ہم لیتے ہیں۔ اس کو سپریچولیٹی کا جو ٹریڈیشنل کانسیپٹ ہے، اس سینس میں نہیں۔</w:t>
      </w:r>
    </w:p>
    <w:p>
      <w:r>
        <w:rPr>
          <w:b/>
        </w:rPr>
        <w:t xml:space="preserve">[01:06] </w:t>
      </w:r>
      <w:r>
        <w:t>to aaj ki baat cheet mein shuru kar raha hoon.</w:t>
      </w:r>
    </w:p>
    <w:p>
      <w:pPr>
        <w:jc w:val="right"/>
      </w:pPr>
      <w:r>
        <w:t>تو آج کی بات چیت میں شروع کر رہا ہوں۔</w:t>
      </w:r>
    </w:p>
    <w:p>
      <w:r>
        <w:rPr>
          <w:b/>
        </w:rPr>
        <w:t xml:space="preserve">[01:11] </w:t>
      </w:r>
      <w:r>
        <w:t>yeh mere haath mein akhbar hai, times of india ka kal ka edition, yani 10 10 june ka edition.</w:t>
      </w:r>
    </w:p>
    <w:p>
      <w:pPr>
        <w:jc w:val="right"/>
      </w:pPr>
      <w:r>
        <w:t>یہ میرے ہاتھ میں اخبار ہے، ٹائمز آف انڈیا کا کل کا ایڈیشن، یعنی 10 10 جون کا ایڈیشن۔</w:t>
      </w:r>
    </w:p>
    <w:p>
      <w:r>
        <w:rPr>
          <w:b/>
        </w:rPr>
        <w:t xml:space="preserve">[01:27] </w:t>
      </w:r>
      <w:r>
        <w:t>kal yani 10 june ke times of india mein aik report aayi hai in logon ke baray mein jo bohat paise wale log hote hain.</w:t>
      </w:r>
    </w:p>
    <w:p>
      <w:pPr>
        <w:jc w:val="right"/>
      </w:pPr>
      <w:r>
        <w:t>کل یعنی 10 جون کے ٹائمز آف انڈیا میں ایک رپورٹ آئی ہے ان لوگوں کے بارے میں جو بہت پیسے والے لوگ ہوتے ہیں۔</w:t>
      </w:r>
    </w:p>
    <w:p>
      <w:r>
        <w:rPr>
          <w:b/>
        </w:rPr>
        <w:t xml:space="preserve">[01:39] </w:t>
      </w:r>
      <w:r>
        <w:t>to</w:t>
      </w:r>
    </w:p>
    <w:p>
      <w:pPr>
        <w:jc w:val="right"/>
      </w:pPr>
      <w:r>
        <w:t>تو</w:t>
      </w:r>
    </w:p>
    <w:p>
      <w:r>
        <w:rPr>
          <w:b/>
        </w:rPr>
        <w:t xml:space="preserve">[01:43] </w:t>
      </w:r>
      <w:r>
        <w:t>in mein se do aadmi jin ka zikr hai is mein, woh bohat hi well known hain.</w:t>
      </w:r>
    </w:p>
    <w:p>
      <w:pPr>
        <w:jc w:val="right"/>
      </w:pPr>
      <w:r>
        <w:t>ان میں سے دو آدمی جن کا ذکر ہے اس میں، وہ بہت ہی ویل نون ہیں۔</w:t>
      </w:r>
    </w:p>
    <w:p>
      <w:r>
        <w:rPr>
          <w:b/>
        </w:rPr>
        <w:t xml:space="preserve">[01:54] </w:t>
      </w:r>
      <w:r>
        <w:t>aik peer</w:t>
      </w:r>
    </w:p>
    <w:p>
      <w:pPr>
        <w:jc w:val="right"/>
      </w:pPr>
      <w:r>
        <w:t>ایک پیئر</w:t>
      </w:r>
    </w:p>
    <w:p>
      <w:r>
        <w:rPr>
          <w:b/>
        </w:rPr>
        <w:t xml:space="preserve">[01:58] </w:t>
      </w:r>
      <w:r>
        <w:t>mard ka naam hai ronaldo, superstar ronaldo, ronaldo. superstar ronaldo aur super model raika, raica.</w:t>
      </w:r>
    </w:p>
    <w:p>
      <w:pPr>
        <w:jc w:val="right"/>
      </w:pPr>
      <w:r>
        <w:t>مرد کا نام ہے رونالڈو، سپر اسٹار رونالڈو، آر او این اے ایل ڈی او۔ سپر اسٹار رونالڈو اور سپر ماڈل رائیکا، آر اے آئی سی اے۔</w:t>
      </w:r>
    </w:p>
    <w:p>
      <w:r>
        <w:rPr>
          <w:b/>
        </w:rPr>
        <w:t xml:space="preserve">[02:17] </w:t>
      </w:r>
      <w:r>
        <w:t>to is mein</w:t>
      </w:r>
    </w:p>
    <w:p>
      <w:pPr>
        <w:jc w:val="right"/>
      </w:pPr>
      <w:r>
        <w:t>تو اس میں</w:t>
      </w:r>
    </w:p>
    <w:p>
      <w:r>
        <w:rPr>
          <w:b/>
        </w:rPr>
        <w:t xml:space="preserve">[02:24] </w:t>
      </w:r>
      <w:r>
        <w:t>raika kehti hain in dono ke paas itna zyada paisa hai ke inhon ne haal mein aik car khareedi hai jis ka jis ki price hai taqreeban 200 thousand pound.</w:t>
      </w:r>
    </w:p>
    <w:p>
      <w:pPr>
        <w:jc w:val="right"/>
      </w:pPr>
      <w:r>
        <w:t>رائیکا کہتی ہیں ان دونوں کے پاس اتنا زیادہ پیسہ ہے کہ انہوں نے حال میں ایک کار خریدی ہے جس کا جس کی پرائس ہے تقریباً 200 تھا پاؤنڈ۔</w:t>
      </w:r>
    </w:p>
    <w:p>
      <w:r>
        <w:rPr>
          <w:b/>
        </w:rPr>
        <w:t xml:space="preserve">[02:43] </w:t>
      </w:r>
      <w:r>
        <w:t>itna zyada paisa in logon ke paas hai.</w:t>
      </w:r>
    </w:p>
    <w:p>
      <w:pPr>
        <w:jc w:val="right"/>
      </w:pPr>
      <w:r>
        <w:t>اتنا زیادہ پیسہ ان لوگوں کے پاس ہے۔</w:t>
      </w:r>
    </w:p>
    <w:p>
      <w:r>
        <w:rPr>
          <w:b/>
        </w:rPr>
        <w:t xml:space="preserve">[02:46] </w:t>
      </w:r>
      <w:r>
        <w:t>to raika kehti hain ke "if you have money, you are the worst person in the world." agar aap ke paas daulat hai to aap dunya ke sab se zyada bure aadmi hain.</w:t>
      </w:r>
    </w:p>
    <w:p>
      <w:pPr>
        <w:jc w:val="right"/>
      </w:pPr>
      <w:r>
        <w:t>تو رائیکا کہتی ہیں کہ "اف یو ہیو منی، یو آر دا ورسٹ پرسن ان دی ورلڈ۔" اگر آپ کے پاس دولت ہے تو آپ دنیا کے سب سے زیادہ برے آدمی ہیں۔</w:t>
      </w:r>
    </w:p>
    <w:p>
      <w:r>
        <w:rPr>
          <w:b/>
        </w:rPr>
        <w:t xml:space="preserve">[03:02] </w:t>
      </w:r>
      <w:r>
        <w:t>is ko maine parh kar socha ke dekhiye, aadmi ke paas in logon ke baray mein aksar paperon mein aata hai jo bohat zyada dunya ka saman pa lete hain,</w:t>
      </w:r>
    </w:p>
    <w:p>
      <w:pPr>
        <w:jc w:val="right"/>
      </w:pPr>
      <w:r>
        <w:t>اس کو میں نے پڑھ کر سوچا کہ دیکھیے، آدمی کے پاس ان لوگوں کے بارے میں اکثر پیپروں میں آتا ہے جو بہت زیادہ دنیا کا سامان پا لیتے ہیں،</w:t>
      </w:r>
    </w:p>
    <w:p>
      <w:r>
        <w:rPr>
          <w:b/>
        </w:rPr>
        <w:t xml:space="preserve">[03:17] </w:t>
      </w:r>
      <w:r>
        <w:t>jaisay money ya power, property, fame,</w:t>
      </w:r>
    </w:p>
    <w:p>
      <w:pPr>
        <w:jc w:val="right"/>
      </w:pPr>
      <w:r>
        <w:t>جیسے منی یا پاور، پراپرٹی، فیم،</w:t>
      </w:r>
    </w:p>
    <w:p>
      <w:r>
        <w:rPr>
          <w:b/>
        </w:rPr>
        <w:t xml:space="preserve">[03:29] </w:t>
      </w:r>
      <w:r>
        <w:t>is qism ki cheezein, beauty. lekin in ko khushi nahin milti.</w:t>
      </w:r>
    </w:p>
    <w:p>
      <w:pPr>
        <w:jc w:val="right"/>
      </w:pPr>
      <w:r>
        <w:t>اس قسم کی چیزیں، بیوٹی۔ لیکن ان کو خوشی نہیں ملتی۔</w:t>
      </w:r>
    </w:p>
    <w:p>
      <w:r>
        <w:rPr>
          <w:b/>
        </w:rPr>
        <w:t xml:space="preserve">[03:35] </w:t>
      </w:r>
      <w:r>
        <w:t>is par main sochta raha to mujhe quran ki aik ayat yaad aayi ke jannat mein jab log chale jayenge to jannat wale kahenge "alhamdulillah alladhi ashab an al-huzn" yani jannat mein jo log ja chuke honge aur dekhenge jannat ko,</w:t>
      </w:r>
    </w:p>
    <w:p>
      <w:pPr>
        <w:jc w:val="right"/>
      </w:pPr>
      <w:r>
        <w:t>اس پر میں سوچتا رہا تو مجھے قرآن کی ایک آیت یاد آئی کہ جنت میں جب لوگ چلے جائیں گے تو جنت والے کہیں گے "الحمدللہ الذی اصحب ان الحزن" یعنی جنت میں جو لوگ جا چکے ہوں گے اور دیکھیں گے جنت کو،</w:t>
      </w:r>
    </w:p>
    <w:p>
      <w:r>
        <w:rPr>
          <w:b/>
        </w:rPr>
        <w:t xml:space="preserve">[03:58] </w:t>
      </w:r>
      <w:r>
        <w:t>is mein rehne lagenge</w:t>
      </w:r>
    </w:p>
    <w:p>
      <w:pPr>
        <w:jc w:val="right"/>
      </w:pPr>
      <w:r>
        <w:t>اس میں رہنے لگیں گے</w:t>
      </w:r>
    </w:p>
    <w:p>
      <w:r>
        <w:rPr>
          <w:b/>
        </w:rPr>
        <w:t xml:space="preserve">[04:02] </w:t>
      </w:r>
      <w:r>
        <w:t>aur wahan par in ko aik aisi zindagi milegi jis mein complete happiness hogi. har qism ka pleasure in ko mil chuka hoga, in ke saare desires wahan poori tarah fulfill ho rahe honge.</w:t>
      </w:r>
    </w:p>
    <w:p>
      <w:pPr>
        <w:jc w:val="right"/>
      </w:pPr>
      <w:r>
        <w:t>اور وہاں پر ان کو ایک ایسی زندگی ملے گی جس میں کمپلیٹ ہیپینس ہوگی۔ ہر قسم کا پیجر ان کو مل چکا ہوگا، ان کے سارے ڈیزائر وہاں پوری طرح فلفل ہو رہے ہوں گے۔</w:t>
      </w:r>
    </w:p>
    <w:p>
      <w:r>
        <w:rPr>
          <w:b/>
        </w:rPr>
        <w:t xml:space="preserve">[04:18] </w:t>
      </w:r>
      <w:r>
        <w:t>to woh kahenge ke "alhamdulillah alladhi ashab an al-huzn".</w:t>
      </w:r>
    </w:p>
    <w:p>
      <w:pPr>
        <w:jc w:val="right"/>
      </w:pPr>
      <w:r>
        <w:t>تو وہ کہیں گے کہ "الحمدللہ الذی اصحب ان الحزن"۔</w:t>
      </w:r>
    </w:p>
    <w:p>
      <w:r>
        <w:rPr>
          <w:b/>
        </w:rPr>
        <w:t xml:space="preserve">[04:25] </w:t>
      </w:r>
      <w:r>
        <w:t>praise be to god,</w:t>
      </w:r>
    </w:p>
    <w:p>
      <w:pPr>
        <w:jc w:val="right"/>
      </w:pPr>
      <w:r>
        <w:t>پریز بی ٹو گاڈ،</w:t>
      </w:r>
    </w:p>
    <w:p>
      <w:r>
        <w:rPr>
          <w:b/>
        </w:rPr>
        <w:t xml:space="preserve">[04:31] </w:t>
      </w:r>
      <w:r>
        <w:t>he removed from us sorrow. is khuda ka shukar hai, is khuda ki tareef hai jis ne huzn ko hum se door kar diya,</w:t>
      </w:r>
    </w:p>
    <w:p>
      <w:pPr>
        <w:jc w:val="right"/>
      </w:pPr>
      <w:r>
        <w:t>ہی ریمووڈ فرام اس سارو۔ اس خدا کا شکر ہے، اس خدا کی تعریف ہے جس نے حزن کو ہم سے دور کر دیا،</w:t>
      </w:r>
    </w:p>
    <w:p>
      <w:r>
        <w:rPr>
          <w:b/>
        </w:rPr>
        <w:t xml:space="preserve">[04:48] </w:t>
      </w:r>
      <w:r>
        <w:t>sorrow ko hum se door kar diya.</w:t>
      </w:r>
    </w:p>
    <w:p>
      <w:pPr>
        <w:jc w:val="right"/>
      </w:pPr>
      <w:r>
        <w:t>سارو کو ہم سے دور کر دیا۔</w:t>
      </w:r>
    </w:p>
    <w:p>
      <w:r>
        <w:rPr>
          <w:b/>
        </w:rPr>
        <w:t xml:space="preserve">[04:51] </w:t>
      </w:r>
      <w:r>
        <w:t>is par ghore karte hue mujhe samajh mein aaya ke zindagi ka jo muamla hai, woh just like rose plant hai.</w:t>
      </w:r>
    </w:p>
    <w:p>
      <w:pPr>
        <w:jc w:val="right"/>
      </w:pPr>
      <w:r>
        <w:t>اس پر غور کرتے ہوئے مجھے سمجھ میں آیا کہ زندگی کا جو معاملہ ہے، وہ جسٹ لائک روز پلانٹ ہے۔</w:t>
      </w:r>
    </w:p>
    <w:p>
      <w:r>
        <w:rPr>
          <w:b/>
        </w:rPr>
        <w:t xml:space="preserve">[05:06] </w:t>
      </w:r>
      <w:r>
        <w:t>aap jante hain ke kitna khoobsurat phool hota hai gulab ka, lekin isi ke sath gulab ke phool pe kaante hote hain.</w:t>
      </w:r>
    </w:p>
    <w:p>
      <w:pPr>
        <w:jc w:val="right"/>
      </w:pPr>
      <w:r>
        <w:t>آپ جانتے ہیں کہ کتنا خوبصورت پھول ہوتا ہے گلاب کا، لیکن اسی کے ساتھ گلاب کے پھول پہ کانٹے ہوتے ہیں۔</w:t>
      </w:r>
    </w:p>
    <w:p>
      <w:r>
        <w:rPr>
          <w:b/>
        </w:rPr>
        <w:t xml:space="preserve">[05:20] </w:t>
      </w:r>
      <w:r>
        <w:t>agar aap chahen aisa plant jis mein phool hi phool ho, kanta na ho, to aisa rose plant aap ko nahi mile ga. yeh illustration hai aaj ki duniya ka.</w:t>
      </w:r>
    </w:p>
    <w:p>
      <w:pPr>
        <w:jc w:val="right"/>
      </w:pPr>
      <w:r>
        <w:t>اگر آپ چاہیں ایسا پلانٹ جس میں پھول ہی پھول ہو، کانٹا نہ ہو، تو ایسا روز پلانٹ آپ کو نہیں ملے گا۔ یہ السٹریشن ہے آج کی دنیا کا۔</w:t>
      </w:r>
    </w:p>
    <w:p>
      <w:r>
        <w:rPr>
          <w:b/>
        </w:rPr>
        <w:t xml:space="preserve">[05:32] </w:t>
      </w:r>
      <w:r>
        <w:t>duniya mein koi bhi cheez jo aap chahte hon aur aap struggle kar ke use pa len, to agar aap ne phool hasil kiya hai to us ke sath kanta bhi zaroor aap ke hisse mein aye ga.</w:t>
      </w:r>
    </w:p>
    <w:p>
      <w:pPr>
        <w:jc w:val="right"/>
      </w:pPr>
      <w:r>
        <w:t>دنیا میں کوئی بھی چیز جو آپ چاہتے ہوں اور آپ اسٹرگل کر کے اسے پا لیں، تو اگر آپ نے پھول حاصل کیا ہے تو اس کے ساتھ کانٹا بھی ضرور آپ کے حصے میں آئے گا۔</w:t>
      </w:r>
    </w:p>
    <w:p>
      <w:r>
        <w:rPr>
          <w:b/>
        </w:rPr>
        <w:t xml:space="preserve">[05:51] </w:t>
      </w:r>
      <w:r>
        <w:t>jitna pressure hai, jitna saman hai duniya ka, koi bhi aisa nahi hai jo foreign less ho ya har phool ke sath kanta jura hua hai.</w:t>
      </w:r>
    </w:p>
    <w:p>
      <w:pPr>
        <w:jc w:val="right"/>
      </w:pPr>
      <w:r>
        <w:t>جتنا پریشر ہے، جتنا سامان ہے دنیا کا، کوئی بھی ایسا نہیں ہے جو فارن لیس ہو یا ہر پھول کے ساتھ کانٹا جڑا ہوا ہے۔</w:t>
      </w:r>
    </w:p>
    <w:p>
      <w:r>
        <w:rPr>
          <w:b/>
        </w:rPr>
        <w:t xml:space="preserve">[06:04] </w:t>
      </w:r>
      <w:r>
        <w:t>is liye aap dekhiye ke jo log zyada affluent class jo hai, jo zyada</w:t>
      </w:r>
    </w:p>
    <w:p>
      <w:pPr>
        <w:jc w:val="right"/>
      </w:pPr>
      <w:r>
        <w:t>اس لیے آپ دیکھیے کہ جو لوگ زیادہ افلوئنٹ کلاس جو ہے، جو زیادہ</w:t>
      </w:r>
    </w:p>
    <w:p>
      <w:r>
        <w:rPr>
          <w:b/>
        </w:rPr>
        <w:t xml:space="preserve">[06:11] </w:t>
      </w:r>
      <w:r>
        <w:t>super achiever jo kahe jatay hain, wo sab se zyada tension mein hotay hain, wo sab zyada stress mein hotay hain.</w:t>
      </w:r>
    </w:p>
    <w:p>
      <w:pPr>
        <w:jc w:val="right"/>
      </w:pPr>
      <w:r>
        <w:t>سپر اچیور جو کہے جاتے ہیں، وہ سب سے زیادہ ٹینشن میں ہوتے ہیں، وہ سب زیادہ اسٹریس میں ہوتے ہیں۔</w:t>
      </w:r>
    </w:p>
    <w:p>
      <w:r>
        <w:rPr>
          <w:b/>
        </w:rPr>
        <w:t xml:space="preserve">[06:20] </w:t>
      </w:r>
      <w:r>
        <w:t>aaj ki duniya mein de-stressing sab se bara business bana hua hai. kyun? paise walay logon ka masla yeh hai ke un ko stress mein jeetay hain.</w:t>
      </w:r>
    </w:p>
    <w:p>
      <w:pPr>
        <w:jc w:val="right"/>
      </w:pPr>
      <w:r>
        <w:t>آج کی دنیا میں ڈی اسٹریسنگ سب سے بڑا بزنس بنا ہوا ہے۔ کیوں؟ پیسے والے لوگوں کا مسئلہ یہ ہے کہ ان کو اسٹریس میں جیتے ہیں۔</w:t>
      </w:r>
    </w:p>
    <w:p>
      <w:r>
        <w:rPr>
          <w:b/>
        </w:rPr>
        <w:t xml:space="preserve">[06:31] </w:t>
      </w:r>
      <w:r>
        <w:t>wo to unhein koi chahiye jo un ko stress ko nikale, un ki tension ko nikale.</w:t>
      </w:r>
    </w:p>
    <w:p>
      <w:pPr>
        <w:jc w:val="right"/>
      </w:pPr>
      <w:r>
        <w:t>وہ تو انہیں کوئی چاہیے جو ان کو اسٹریس کو نکالے، ان کی ٹینشن کو نکالے۔</w:t>
      </w:r>
    </w:p>
    <w:p>
      <w:r>
        <w:rPr>
          <w:b/>
        </w:rPr>
        <w:t xml:space="preserve">[06:40] </w:t>
      </w:r>
      <w:r>
        <w:t>to poori history yeh batati hai ke jab bhi kisi ne is duniya mein material kamyabi ka koi phool hasil kiya to sath sath kanta bhi us ke hisse mein aya.</w:t>
      </w:r>
    </w:p>
    <w:p>
      <w:pPr>
        <w:jc w:val="right"/>
      </w:pPr>
      <w:r>
        <w:t>تو پوری ہسٹری یہ بتاتی ہے کہ جب بھی کسی نے اس دنیا میں مٹیریل کامیابی کا کوئی پھول حاصل کیا تو ساتھ ساتھ کانٹا بھی اس کے حصے میں آیا۔</w:t>
      </w:r>
    </w:p>
    <w:p>
      <w:r>
        <w:rPr>
          <w:b/>
        </w:rPr>
        <w:t xml:space="preserve">[06:55] </w:t>
      </w:r>
      <w:r>
        <w:t>to mein samajhta hoon ke yahan money ke sath anti-money jura hua hai, wealth ke sath anti-wealth jura hua hai, pleasure ke sath anti-pleasure jura hua hai.</w:t>
      </w:r>
    </w:p>
    <w:p>
      <w:pPr>
        <w:jc w:val="right"/>
      </w:pPr>
      <w:r>
        <w:t>تو میں سمجھتا ہوں کہ یہاں منی کے ساتھ اینٹی منی جڑا ہوا ہے، ویلتھ کے ساتھ اینٹی ویلتھ جڑا ہوا ہے، پلیژر کے ساتھ اینٹی پلیژر جڑا ہوا ہے۔</w:t>
      </w:r>
    </w:p>
    <w:p>
      <w:r>
        <w:rPr>
          <w:b/>
        </w:rPr>
        <w:t xml:space="preserve">[07:11] </w:t>
      </w:r>
      <w:r>
        <w:t>laqad khalaqnal insana fi kabad is tarah ki bohat sari ayat hain jis mein bataya gaya hai ke insan kisi bhi hal mein saroon se apne aap ko door nahi kar sakta, in tension aur stress se apne ko khali nahi kar sakta.</w:t>
      </w:r>
    </w:p>
    <w:p>
      <w:pPr>
        <w:jc w:val="right"/>
      </w:pPr>
      <w:r>
        <w:t>لقد خلقت الانسان فی کبد اس طرح کی بہت ساری آیتیں ہیں جس میں بتایا گیا ہے کہ انسان کسی بھی حال میں ساروں سے اپنے آپ کو دور نہیں کر سکتا، ان ٹینشن اور اسٹریس سے اپنے کو خالی نہیں کر سکتا۔</w:t>
      </w:r>
    </w:p>
    <w:p>
      <w:r>
        <w:rPr>
          <w:b/>
        </w:rPr>
        <w:t xml:space="preserve">[07:32] </w:t>
      </w:r>
      <w:r>
        <w:t>yeh hai sab se bari baat zindagi ki jisay humein janna chahiye.</w:t>
      </w:r>
    </w:p>
    <w:p>
      <w:pPr>
        <w:jc w:val="right"/>
      </w:pPr>
      <w:r>
        <w:t>یہ ہے سب سے بڑی بات زندگی کی جسے ہمیں جاننا چاہیے۔</w:t>
      </w:r>
    </w:p>
    <w:p>
      <w:r>
        <w:rPr>
          <w:b/>
        </w:rPr>
        <w:t xml:space="preserve">[07:41] </w:t>
      </w:r>
      <w:r>
        <w:t>is haqeeqat ko na janne ka naam tension hai. jab aap jaan letay hain ke duniya aisi jagah hai jahan phool ke sath kanta zaroor hota hai to tension khatam ho jata hai.</w:t>
      </w:r>
    </w:p>
    <w:p>
      <w:pPr>
        <w:jc w:val="right"/>
      </w:pPr>
      <w:r>
        <w:t>اس حقیقت کو نہ جاننے کا نام ٹینشن ہے۔ جب آپ جان لیتے ہیں کہ دنیا ایسی جگہ ہے جہاں پھول کے ساتھ کانٹا ضرور ہوتا ہے تو ٹینشن ختم ہو جاتا ہے۔</w:t>
      </w:r>
    </w:p>
    <w:p>
      <w:r>
        <w:rPr>
          <w:b/>
        </w:rPr>
        <w:t xml:space="preserve">[07:56] </w:t>
      </w:r>
      <w:r>
        <w:t>jab yeh possible hi na ho ke jab possible hi na ho ke aap aisa phool pa sakte hain jahan kanta na ho, yani aisa pleasure jo anti-pleasure jis ke sath na ho,</w:t>
      </w:r>
    </w:p>
    <w:p>
      <w:pPr>
        <w:jc w:val="right"/>
      </w:pPr>
      <w:r>
        <w:t>جب یہ پاسیبل ہی نہ ہو کہ جب پاسیبل ہی نہ ہو کہ آپ ایسا پھول پا سکتے ہیں جہاں کانٹا نہ ہو، یعنی ایسا پریژر جو اینٹی پلیژر جس کے ساتھ نہ ہو،</w:t>
      </w:r>
    </w:p>
    <w:p>
      <w:r>
        <w:rPr>
          <w:b/>
        </w:rPr>
        <w:t xml:space="preserve">[08:13] </w:t>
      </w:r>
      <w:r>
        <w:t>to phir aap ka tension khatam ho jata hai. ek 1930 mein ek kitaab chhapi thi, "man the unknown".</w:t>
      </w:r>
    </w:p>
    <w:p>
      <w:pPr>
        <w:jc w:val="right"/>
      </w:pPr>
      <w:r>
        <w:t>تو پھر آپ کا ٹینشن ختم ہو جاتا ہے۔ ایک 1930 میں ایک کتاب چھپی تھی، "مین دی ان نون"۔</w:t>
      </w:r>
    </w:p>
    <w:p>
      <w:r>
        <w:rPr>
          <w:b/>
        </w:rPr>
        <w:t xml:space="preserve">[08:25] </w:t>
      </w:r>
      <w:r>
        <w:t>yeh kitaab ke likhne walay thay France ke doctor Alexis Carrel, A L E X I S, doctor Alexis Carrel.</w:t>
      </w:r>
    </w:p>
    <w:p>
      <w:pPr>
        <w:jc w:val="right"/>
      </w:pPr>
      <w:r>
        <w:t>یہ کتاب کے لکھنے والے تھے فرانس کے ڈاکٹر الیکسس کیرل، اے لی ایکس ائی ایس، ڈاکٹر الیکسس کیرل۔</w:t>
      </w:r>
    </w:p>
    <w:p>
      <w:r>
        <w:rPr>
          <w:b/>
        </w:rPr>
        <w:t xml:space="preserve">[08:38] </w:t>
      </w:r>
      <w:r>
        <w:t>to</w:t>
      </w:r>
    </w:p>
    <w:p>
      <w:pPr>
        <w:jc w:val="right"/>
      </w:pPr>
      <w:r>
        <w:t>تو</w:t>
      </w:r>
    </w:p>
    <w:p>
      <w:r>
        <w:rPr>
          <w:b/>
        </w:rPr>
        <w:t xml:space="preserve">[08:41] </w:t>
      </w:r>
      <w:r>
        <w:t>is kitaab ka naam tha "man the unknown". mein samajhta hoon ke zyada sahi title is kitaab ka hona chahiye "goal the unknown".</w:t>
      </w:r>
    </w:p>
    <w:p>
      <w:pPr>
        <w:jc w:val="right"/>
      </w:pPr>
      <w:r>
        <w:t>اس کتاب کا نام تھا "مین دی ان نون"۔ میں سمجھتا ہوں کہ زیادہ صحیح ٹائٹل اس کتاب کا ہونا چاہیے "گول دی ان نون"۔</w:t>
      </w:r>
    </w:p>
    <w:p>
      <w:r>
        <w:rPr>
          <w:b/>
        </w:rPr>
        <w:t xml:space="preserve">[08:51] </w:t>
      </w:r>
      <w:r>
        <w:t>insan ko to hum jantay hain. mein khud jab ek insan hoon to zahir hai ke mein apne aap ko janoon ga. to jo cheez unknown hai wo insan nahi hai,</w:t>
      </w:r>
    </w:p>
    <w:p>
      <w:pPr>
        <w:jc w:val="right"/>
      </w:pPr>
      <w:r>
        <w:t>انسان کو تو ہم جانتے ہیں۔ میں خود جب ایک انسان ہوں تو ظاہر ہے کہ میں اپنے آپ کو جانوں گا۔ تو جو چیز ان نون ہے وہ انسان نہیں ہے،</w:t>
      </w:r>
    </w:p>
    <w:p>
      <w:r>
        <w:rPr>
          <w:b/>
        </w:rPr>
        <w:t xml:space="preserve">[09:05] </w:t>
      </w:r>
      <w:r>
        <w:t>wo hai goal. to zyada sahi baat yeh hai ke is duniya mein jo humein jo problem hamara hai wo hai "goal the unknown" ka problem, yani hum ko goal nahi nahi maloom.</w:t>
      </w:r>
    </w:p>
    <w:p>
      <w:pPr>
        <w:jc w:val="right"/>
      </w:pPr>
      <w:r>
        <w:t>وہ ہے گول۔ تو زیادہ صحیح بات یہ ہے کہ اس دنیا میں جو ہمیں جو پرابلم ہمارا ہے وہ ہے "گول دی ان نون" کا پرابلم، یعنی ہم کو گول نہیں نہیں معلوم۔</w:t>
      </w:r>
    </w:p>
    <w:p>
      <w:r>
        <w:rPr>
          <w:b/>
        </w:rPr>
        <w:t xml:space="preserve">[09:22] </w:t>
      </w:r>
      <w:r>
        <w:t>insan hai lekin is ka goal ka pata nahi hai. to</w:t>
      </w:r>
    </w:p>
    <w:p>
      <w:pPr>
        <w:jc w:val="right"/>
      </w:pPr>
      <w:r>
        <w:t>انسان ہے لیکن اس کا گول کا پتہ نہیں ہے۔ تو</w:t>
      </w:r>
    </w:p>
    <w:p>
      <w:r>
        <w:rPr>
          <w:b/>
        </w:rPr>
        <w:t xml:space="preserve">[09:31] </w:t>
      </w:r>
      <w:r>
        <w:t>ek ek shair mujhe yaad ata hai. ek shair ne kaha tha:</w:t>
      </w:r>
    </w:p>
    <w:p>
      <w:pPr>
        <w:jc w:val="right"/>
      </w:pPr>
      <w:r>
        <w:t>ایک ایک شعر مجھے یاد آتا ہے۔ ایک شاعر نے کہا تھا:</w:t>
      </w:r>
    </w:p>
    <w:p>
      <w:r>
        <w:rPr>
          <w:b/>
        </w:rPr>
        <w:t xml:space="preserve">[09:38] </w:t>
      </w:r>
      <w:r>
        <w:t>"mujhe bula ke yahan aap chup gaya koi,</w:t>
      </w:r>
    </w:p>
    <w:p>
      <w:pPr>
        <w:jc w:val="right"/>
      </w:pPr>
      <w:r>
        <w:t>"مجھے بلا کے یہاں آپ چھپ گیا کوئی،</w:t>
      </w:r>
    </w:p>
    <w:p>
      <w:r>
        <w:rPr>
          <w:b/>
        </w:rPr>
        <w:t xml:space="preserve">[09:45] </w:t>
      </w:r>
      <w:r>
        <w:t>wo mehman hoon jisay mezban nahi milta.</w:t>
      </w:r>
    </w:p>
    <w:p>
      <w:pPr>
        <w:jc w:val="right"/>
      </w:pPr>
      <w:r>
        <w:t>وہ مہماں ہوں جسے میزبان نہیں ملتا۔</w:t>
      </w:r>
    </w:p>
    <w:p>
      <w:r>
        <w:rPr>
          <w:b/>
        </w:rPr>
        <w:t xml:space="preserve">[09:51] </w:t>
      </w:r>
      <w:r>
        <w:t>mujhe bula ke yahan aap chup gaya koi, wo mehman hoon jisay mezban nahi milta." isi cheez ko doosray lafzon mein hum kehtay hain "identity crisis, crises, crises of identity".</w:t>
      </w:r>
    </w:p>
    <w:p>
      <w:pPr>
        <w:jc w:val="right"/>
      </w:pPr>
      <w:r>
        <w:t>مجھے بلا کے یہاں آپ چھپ گیا کوئی، وہ مہماں ہوں جسے میزبان نہیں ملتا۔" اسی چیز کو دوسرے لفظوں میں ہم کہتے ہیں "آئیڈینٹیٹی کرائس، کرائسز، کرائسز آف آئیڈینٹیٹی"۔</w:t>
      </w:r>
    </w:p>
    <w:p>
      <w:r>
        <w:rPr>
          <w:b/>
        </w:rPr>
        <w:t xml:space="preserve">[10:13] </w:t>
      </w:r>
      <w:r>
        <w:t>aaj sari duniya mein jo tension hai, jo stress hai, wo kya hai? wo hai "crises of identity".</w:t>
      </w:r>
    </w:p>
    <w:p>
      <w:pPr>
        <w:jc w:val="right"/>
      </w:pPr>
      <w:r>
        <w:t>آج ساری دنیا میں جو ٹینشن ہے، جو اسٹریس ہے، وہ کیا ہے؟ وہ ہے "کرائسز آف آئیڈینٹیٹی"۔</w:t>
      </w:r>
    </w:p>
    <w:p>
      <w:r>
        <w:rPr>
          <w:b/>
        </w:rPr>
        <w:t xml:space="preserve">[10:21] </w:t>
      </w:r>
      <w:r>
        <w:t>hum ko apni shanakht nahin maloom, hum ko apni pehchan nahin maloom. yeh shair ne kaha ke "woh woh mehman hon jise mezban nahin milta ke dunya mein mein aya, kis ne mujhe bulaya, kis ne mujhe paida kiya".</w:t>
      </w:r>
    </w:p>
    <w:p>
      <w:pPr>
        <w:jc w:val="right"/>
      </w:pPr>
      <w:r>
        <w:t>ہم کو اپنی شناخت نہیں معلوم، ہم کو اپنی پہچان نہیں معلوم۔ یہ شاعر نے کہا کہ "وہ وہ مہماں ہوں جسے میزبان نہیں ملتا کہ دنیا میں میں آیا، کس نے مجھے بلایا، کس نے مجھے پیدا کیا"۔</w:t>
      </w:r>
    </w:p>
    <w:p>
      <w:r>
        <w:rPr>
          <w:b/>
        </w:rPr>
        <w:t xml:space="preserve">[10:38] </w:t>
      </w:r>
      <w:r>
        <w:t>toh woh dikhai nahin deta.</w:t>
      </w:r>
    </w:p>
    <w:p>
      <w:pPr>
        <w:jc w:val="right"/>
      </w:pPr>
      <w:r>
        <w:t>تو وہ دکھائی نہیں دیتا۔</w:t>
      </w:r>
    </w:p>
    <w:p>
      <w:r>
        <w:rPr>
          <w:b/>
        </w:rPr>
        <w:t xml:space="preserve">[10:41] </w:t>
      </w:r>
      <w:r>
        <w:t>isi baat ko na janne ka naam hai "crisis". aur isi baat ko na janne ka wajah se sara frustration, sara tension hota hai.</w:t>
      </w:r>
    </w:p>
    <w:p>
      <w:pPr>
        <w:jc w:val="right"/>
      </w:pPr>
      <w:r>
        <w:t>اسی بات کو نہ جاننے کا نام ہے "کرائسز"۔ اور اسی بات کو نہ جاننے کا وجہ سے سارا فرسٹریشن، سارا ٹینشن ہوتا ہے۔</w:t>
      </w:r>
    </w:p>
    <w:p>
      <w:r>
        <w:rPr>
          <w:b/>
        </w:rPr>
        <w:t xml:space="preserve">[10:54] </w:t>
      </w:r>
      <w:r>
        <w:t>kal mein radio par ek ek interview parh raha tha, ek ek uska ek social ya social work jise kehte hain, us mein kaam karne wale ek sahib thay.</w:t>
      </w:r>
    </w:p>
    <w:p>
      <w:pPr>
        <w:jc w:val="right"/>
      </w:pPr>
      <w:r>
        <w:t>کل میں ریڈیو پر ایک ایک انٹرویو پڑھ رہا تھا، ایک ایک اس کا ایک سوشل یا سوشل ورک جس کو کہتے ہیں، اس میں کام کرنے والے ایک صاحب تھے۔</w:t>
      </w:r>
    </w:p>
    <w:p>
      <w:r>
        <w:rPr>
          <w:b/>
        </w:rPr>
        <w:t xml:space="preserve">[11:12] </w:t>
      </w:r>
      <w:r>
        <w:t>toh unhon ne kaha ke "aaj kal drug bohat barh raha hai, drug ka sevan bohat barh raha hai".</w:t>
      </w:r>
    </w:p>
    <w:p>
      <w:pPr>
        <w:jc w:val="right"/>
      </w:pPr>
      <w:r>
        <w:t>تو انہوں نے کہا کہ "آج کل ڈرگ بہت بڑھ رہا ہے، ڈرگ کا سیون بہت بڑھ رہا ہے"۔</w:t>
      </w:r>
    </w:p>
    <w:p>
      <w:r>
        <w:rPr>
          <w:b/>
        </w:rPr>
        <w:t xml:space="preserve">[11:19] </w:t>
      </w:r>
      <w:r>
        <w:t>toh unhon ne kaha ke "drug log kyun lete hain?" toh unke lafzon mein lete hain apne aap ko mentally switched off karne ke liye.</w:t>
      </w:r>
    </w:p>
    <w:p>
      <w:pPr>
        <w:jc w:val="right"/>
      </w:pPr>
      <w:r>
        <w:t>تو انہوں نے کہا کہ "ڈرگ لوگ کیوں لیتے ہیں؟" تو ان کے لفظوں میں لیتے ہیں اپنے آپ کو مینٹلی سوئچڈ آف کرنے کے لیے۔</w:t>
      </w:r>
    </w:p>
    <w:p>
      <w:r>
        <w:rPr>
          <w:b/>
        </w:rPr>
        <w:t xml:space="preserve">[11:30] </w:t>
      </w:r>
      <w:r>
        <w:t>yeh bara ajeeb baat usne likhi ke log drug drug lete hain apne aap ko mentally switched off karne ke liye, yani apne mind ke switch ko band karne ke liye,</w:t>
      </w:r>
    </w:p>
    <w:p>
      <w:pPr>
        <w:jc w:val="right"/>
      </w:pPr>
      <w:r>
        <w:t>یہ بڑا عجیب بات اس نے لکھی کہ لوگ ڈرگ ڈرگ لیتے ہیں اپنے آپ کو مینٹلی سوئچڈ آف کرنے کے لیے، یعنی اپنے مائنڈ کے سوئچ کو بند کرنے کے لیے،</w:t>
      </w:r>
    </w:p>
    <w:p>
      <w:r>
        <w:rPr>
          <w:b/>
        </w:rPr>
        <w:t xml:space="preserve">[11:44] </w:t>
      </w:r>
      <w:r>
        <w:t>yani sochne ka process khatam karne ke liye. kyun?</w:t>
      </w:r>
    </w:p>
    <w:p>
      <w:pPr>
        <w:jc w:val="right"/>
      </w:pPr>
      <w:r>
        <w:t>یعنی سوچنے کا پروسیس ختم کرنے کے لیے۔ کیوں؟</w:t>
      </w:r>
    </w:p>
    <w:p>
      <w:r>
        <w:rPr>
          <w:b/>
        </w:rPr>
        <w:t xml:space="preserve">[11:49] </w:t>
      </w:r>
      <w:r>
        <w:t>jo unko problem pesh aa raha hai, jo stress ya tension jo hai, jo un happiness jo hai, uska koi solution dikhai nahin deta unhein.</w:t>
      </w:r>
    </w:p>
    <w:p>
      <w:pPr>
        <w:jc w:val="right"/>
      </w:pPr>
      <w:r>
        <w:t>جو ان کو پرابلم پیش آ رہا ہے، جو اسٹریس یا ٹینشن جو ہے، جو ان ہیپینس جو ہے، اس کا کوئی سلویوشن دکھائی نہیں دیتا انہیں۔</w:t>
      </w:r>
    </w:p>
    <w:p>
      <w:r>
        <w:rPr>
          <w:b/>
        </w:rPr>
        <w:t xml:space="preserve">[12:00] </w:t>
      </w:r>
      <w:r>
        <w:t>toh yeh sab problem jo hain, jab aadmi dekhta hai ke uska koi solution nahin hai toh drug shuru karta hai lena, yani apne mind mein thinking process ko khatam kar deta hai.</w:t>
      </w:r>
    </w:p>
    <w:p>
      <w:pPr>
        <w:jc w:val="right"/>
      </w:pPr>
      <w:r>
        <w:t>تو یہ سب پرابلم جو ہیں، جب آدمی دیکھتا ہے کہ اس کا کوئی سلویوشن نہیں ہے تو ڈرگ شروع کرتا ہے لینا، یعنی اپنے مائنڈ میں تھنکنگ پروسیس کو ختم کر دیتا ہے۔</w:t>
      </w:r>
    </w:p>
    <w:p>
      <w:r>
        <w:rPr>
          <w:b/>
        </w:rPr>
        <w:t xml:space="preserve">[12:13] </w:t>
      </w:r>
      <w:r>
        <w:t>kyun ke is shair ne kaha tha ke</w:t>
      </w:r>
    </w:p>
    <w:p>
      <w:pPr>
        <w:jc w:val="right"/>
      </w:pPr>
      <w:r>
        <w:t>کیونکہ اس شاعر نے کہا تھا کہ</w:t>
      </w:r>
    </w:p>
    <w:p>
      <w:r>
        <w:rPr>
          <w:b/>
        </w:rPr>
        <w:t xml:space="preserve">[12:17] </w:t>
      </w:r>
      <w:r>
        <w:t>"yad-e-maazi azab hai, ya rab cheen le mujh se hafza mera, na memory rahegi, na dimagh ko yaad rahegi, na koi pareshani hogi".</w:t>
      </w:r>
    </w:p>
    <w:p>
      <w:pPr>
        <w:jc w:val="right"/>
      </w:pPr>
      <w:r>
        <w:t>"یاد ماضی عذاب ہے، یا رب چھین لے مجھ سے حافظہ میرا، نہ میموری رہے گی، نہ دماغ کو یاد رہے گی، نہ کوئی پریشانی ہوگی"۔</w:t>
      </w:r>
    </w:p>
    <w:p>
      <w:r>
        <w:rPr>
          <w:b/>
        </w:rPr>
        <w:t xml:space="preserve">[12:31] </w:t>
      </w:r>
      <w:r>
        <w:t>toh yeh hai negative solution. sari dunya ke log negative solution mein jee rahe hain.</w:t>
      </w:r>
    </w:p>
    <w:p>
      <w:pPr>
        <w:jc w:val="right"/>
      </w:pPr>
      <w:r>
        <w:t>تو یہ ہے نیگیٹیو سلویوشن۔ ساری دنیا کے لوگ نیگیٹیو سلویوشن میں جی رہے ہیں۔</w:t>
      </w:r>
    </w:p>
    <w:p>
      <w:r>
        <w:rPr>
          <w:b/>
        </w:rPr>
        <w:t xml:space="preserve">[12:40] </w:t>
      </w:r>
      <w:r>
        <w:t>bohat sare idare khule hue hain jo yahi kaam karte hain ke thinking process ko stop karte hain. toh wahan par das panch minute ke liye aadmi ko sukoon mil jata hai, koi drug le kar sukoon leta hai, koi wine le kar karta hai.</w:t>
      </w:r>
    </w:p>
    <w:p>
      <w:pPr>
        <w:jc w:val="right"/>
      </w:pPr>
      <w:r>
        <w:t>بہت سارے ادارے کھلے ہوئے ہیں جو یہی کام کرتے ہیں کہ تھنکنگ پروسیس کو سٹاپ کرتے ہیں۔ تو وہاں پر دس پانچ منٹ کے لیے آدمی کو سکون مل جاتا ہے، کوئی ڈرگ لے کر سکون لیتا ہے، کوئی وائن لے کر کرتا ہے۔</w:t>
      </w:r>
    </w:p>
    <w:p>
      <w:r>
        <w:rPr>
          <w:b/>
        </w:rPr>
        <w:t xml:space="preserve">[12:55] </w:t>
      </w:r>
      <w:r>
        <w:t>yeh jo hai, yeh koi solution nahin hai, yeh negative solution hai. hamein ek positive solution chahiye, positive solution.</w:t>
      </w:r>
    </w:p>
    <w:p>
      <w:pPr>
        <w:jc w:val="right"/>
      </w:pPr>
      <w:r>
        <w:t>یہ جو ہے، یہ کوئی سلویوشن نہیں ہے، یہ نیگیٹیو سلویوشن ہے۔ ہمیں ایک پوزیٹیو سلویوشن چاہیے، پوزیٹیو سلویوشن۔</w:t>
      </w:r>
    </w:p>
    <w:p>
      <w:r>
        <w:rPr>
          <w:b/>
        </w:rPr>
        <w:t xml:space="preserve">[13:08] </w:t>
      </w:r>
      <w:r>
        <w:t>yahan mein arz karunga ke yeh sari pareshani is liye hai ke insan apne khalq ko, mein samajhta hoon ke sari talash apne khalq ki talash hai, apne creator ki talash hai.</w:t>
      </w:r>
    </w:p>
    <w:p>
      <w:pPr>
        <w:jc w:val="right"/>
      </w:pPr>
      <w:r>
        <w:t>یہاں میں عرض کروں گا کہ یہ ساری پریشانی اس لیے ہے کہ انسان اپنے خالق کو، میں سمجھتا ہوں کہ ساری تلاش اپنے خالق کی تلاش ہے، اپنے کریٹر کی تلاش ہے۔</w:t>
      </w:r>
    </w:p>
    <w:p>
      <w:r>
        <w:rPr>
          <w:b/>
        </w:rPr>
        <w:t xml:space="preserve">[13:21] </w:t>
      </w:r>
      <w:r>
        <w:t>apne creator ko na pane ki wajah se yeh sara crisis hai.</w:t>
      </w:r>
    </w:p>
    <w:p>
      <w:pPr>
        <w:jc w:val="right"/>
      </w:pPr>
      <w:r>
        <w:t>اپنے کریٹر کو نہ پانے کی وجہ سے یہ سارا کرائسز ہے۔</w:t>
      </w:r>
    </w:p>
    <w:p>
      <w:r>
        <w:rPr>
          <w:b/>
        </w:rPr>
        <w:t xml:space="preserve">[13:25] </w:t>
      </w:r>
      <w:r>
        <w:t>jis cheez ko hum kehte hain "crisis of identity", woh darasal apne creator ko na pane ki wajah se hai,</w:t>
      </w:r>
    </w:p>
    <w:p>
      <w:pPr>
        <w:jc w:val="right"/>
      </w:pPr>
      <w:r>
        <w:t>جس چیز کو ہم کہتے ہیں "کرائسز آف آئیڈینٹیٹی"، وہ دراصل اپنے کریٹر کو نہ پانے کی وجہ سے ہے،</w:t>
      </w:r>
    </w:p>
    <w:p>
      <w:r>
        <w:rPr>
          <w:b/>
        </w:rPr>
        <w:t xml:space="preserve">[13:35] </w:t>
      </w:r>
      <w:r>
        <w:t>yani usko realize na karne ki wajah se hai, usko discover na karne ki wajah se hai. is mamle mein ek mein samajhta hoon ke bachcha aur maa ki misaal bohat achhi hai.</w:t>
      </w:r>
    </w:p>
    <w:p>
      <w:pPr>
        <w:jc w:val="right"/>
      </w:pPr>
      <w:r>
        <w:t>یعنی اس کو ریلائز نہ کرنے کی وجہ سے ہے، اس کو ڈسکور نہ کرنے کی وجہ سے ہے۔ اس معاملے میں ایک میں سمجھتا ہوں کہ بچہ اور ماں کی مثال بہت اچھی ہے۔</w:t>
      </w:r>
    </w:p>
    <w:p>
      <w:r>
        <w:rPr>
          <w:b/>
        </w:rPr>
        <w:t xml:space="preserve">[13:47] </w:t>
      </w:r>
      <w:r>
        <w:t>ek chhota bachcha apni maa se,</w:t>
      </w:r>
    </w:p>
    <w:p>
      <w:pPr>
        <w:jc w:val="right"/>
      </w:pPr>
      <w:r>
        <w:t>ایک چھوٹا بچہ اپنی ماں سے،</w:t>
      </w:r>
    </w:p>
    <w:p>
      <w:r>
        <w:rPr>
          <w:b/>
        </w:rPr>
        <w:t xml:space="preserve">[13:53] </w:t>
      </w:r>
      <w:r>
        <w:t>maa yani gum ho gaya ho, maa ko pa na raha ho toh kitna be-tab hota hai, woh kitna be-tab hota hai. aur jab uski maa use mil jaye toh kis tarah se chhimat jata hai apni maa se.</w:t>
      </w:r>
    </w:p>
    <w:p>
      <w:pPr>
        <w:jc w:val="right"/>
      </w:pPr>
      <w:r>
        <w:t>ماں یعنی گم ہو گیا ہو، ماں کو پا نہ رہا ہو تو کتنا بے تاب ہوتا ہے، وہ کتنا بے تاب ہوتا ہے۔ اور جب اس کی ماں اسے مل جائے تو کس طرح سے چمٹ جاتا ہے اپنی ماں سے۔</w:t>
      </w:r>
    </w:p>
    <w:p>
      <w:r>
        <w:rPr>
          <w:b/>
        </w:rPr>
        <w:t xml:space="preserve">[14:06] </w:t>
      </w:r>
      <w:r>
        <w:t>toh yahi mamla bande ka aur Khuda ka hai.</w:t>
      </w:r>
    </w:p>
    <w:p>
      <w:pPr>
        <w:jc w:val="right"/>
      </w:pPr>
      <w:r>
        <w:t>تو یہی معاملہ بندے کا اور خدا کا ہے۔</w:t>
      </w:r>
    </w:p>
    <w:p>
      <w:r>
        <w:rPr>
          <w:b/>
        </w:rPr>
        <w:t xml:space="preserve">[14:10] </w:t>
      </w:r>
      <w:r>
        <w:t>bande ki hesiyat bachche jaisi hai, woh apne Khuda ko dhoondh raha hai, dhoondh raha hai aur na pane ki wajah se pareshan ho raha hai. mein samajhta hoon ke sab se bada kaam aaj ki dunya mein yeh hai ke hum insan ko Khuda se pehchanwayen,</w:t>
      </w:r>
    </w:p>
    <w:p>
      <w:pPr>
        <w:jc w:val="right"/>
      </w:pPr>
      <w:r>
        <w:t>بندے کی حیثیت بچہ جیسی ہے، وہ اپنے خدا کو ڈھونڈ رہا ہے، ڈھونڈ رہا ہے اور نہ پانے کی وجہ سے پریشان ہو رہا ہے۔ میں سمجھتا ہوں کہ سب سے بڑا کام آج کی دنیا میں یہ ہے کہ ہم انسان کو خدا سے پہچنوائیں،</w:t>
      </w:r>
    </w:p>
    <w:p>
      <w:r>
        <w:rPr>
          <w:b/>
        </w:rPr>
        <w:t xml:space="preserve">[14:30] </w:t>
      </w:r>
      <w:r>
        <w:t>insan ko Khuda ka ta'aruf karwayen,</w:t>
      </w:r>
    </w:p>
    <w:p>
      <w:pPr>
        <w:jc w:val="right"/>
      </w:pPr>
      <w:r>
        <w:t>انسان کو خدا کا تعارف کروائیں،</w:t>
      </w:r>
    </w:p>
    <w:p>
      <w:r>
        <w:rPr>
          <w:b/>
        </w:rPr>
        <w:t xml:space="preserve">[14:36] </w:t>
      </w:r>
      <w:r>
        <w:t>insan ko batayen ke tumhara ek creator hai, tumhara ek God hai, aur us God ka jo creation plan hai, us se batayen aap.</w:t>
      </w:r>
    </w:p>
    <w:p>
      <w:pPr>
        <w:jc w:val="right"/>
      </w:pPr>
      <w:r>
        <w:t>انسان کو بتائیں کہ تمہارا ایک کریٹر ہے، تمہارا ایک گاڈ ہے، اور اس گاڈ کا جو کریشن پلان ہے، اس سے بتائیں آپ۔</w:t>
      </w:r>
    </w:p>
    <w:p>
      <w:r>
        <w:rPr>
          <w:b/>
        </w:rPr>
        <w:t xml:space="preserve">[14:49] </w:t>
      </w:r>
      <w:r>
        <w:t>mein ne kai baar yeh baat kahi hai ke sab se bara masla yeh hai ke log creation plan ko khuda ka jo hai, woh nahi jante, is liye bharkte rehte hain idhar se udhar, idhar se udhar.</w:t>
      </w:r>
    </w:p>
    <w:p>
      <w:pPr>
        <w:jc w:val="right"/>
      </w:pPr>
      <w:r>
        <w:t>میں نے کئی بار یہ بات کہی ہے کہ سب سے بڑا مسئلہ یہ ہے کہ لوگ کریشن پلان کو خدا کا جو ہے، وہ نہیں جانتے، اس لیے بھڑکتے رہتے ہیں ادھر سے ادھر، ادھر سے ادھر۔</w:t>
      </w:r>
    </w:p>
    <w:p>
      <w:r>
        <w:rPr>
          <w:b/>
        </w:rPr>
        <w:t xml:space="preserve">[15:07] </w:t>
      </w:r>
      <w:r>
        <w:t>mein ne is par bohat ghor kiya to mujhe samajh mein aya hai ke creation plan jo khuda ka hai, us ko aap aik lafz se samajh sakte hain, woh hai,</w:t>
      </w:r>
    </w:p>
    <w:p>
      <w:pPr>
        <w:jc w:val="right"/>
      </w:pPr>
      <w:r>
        <w:t>میں نے اس پر بہت غور کیا تو مجھے سمجھ میں آیا ہے کہ کریشن پلان جو خدا کا ہے، اس کو آپ ایک لفظ سے سمجھ سکتے ہیں، وہ ہے،</w:t>
      </w:r>
    </w:p>
    <w:p>
      <w:r>
        <w:rPr>
          <w:b/>
        </w:rPr>
        <w:t xml:space="preserve">[15:20] </w:t>
      </w:r>
      <w:r>
        <w:t>woh yeh hai ke</w:t>
      </w:r>
    </w:p>
    <w:p>
      <w:pPr>
        <w:jc w:val="right"/>
      </w:pPr>
      <w:r>
        <w:t>وہ یہ ہے کہ</w:t>
      </w:r>
    </w:p>
    <w:p>
      <w:r>
        <w:rPr>
          <w:b/>
        </w:rPr>
        <w:t xml:space="preserve">[15:27] </w:t>
      </w:r>
      <w:r>
        <w:t>preparatory period. aap jante hain ke school hote hain jo jin ko preparatory school kaha jata hai,</w:t>
      </w:r>
    </w:p>
    <w:p>
      <w:pPr>
        <w:jc w:val="right"/>
      </w:pPr>
      <w:r>
        <w:t>پریپریٹری پیریڈ۔ آپ جانتے ہیں کہ اسکول ہوتے ہیں جو جن کو پریپریٹری اسکول کہا جاتا ہے،</w:t>
      </w:r>
    </w:p>
    <w:p>
      <w:r>
        <w:rPr>
          <w:b/>
        </w:rPr>
        <w:t xml:space="preserve">[15:36] </w:t>
      </w:r>
      <w:r>
        <w:t>yani ibtidai darjat mein in ko tayyar karwaya jata hai ta ke aage pahunch saken woh. yani school mein tayyar kiya jata hai ta ke woh school ke level ki tayyari karai jati hai ta ke woh college mein pahunch saken.</w:t>
      </w:r>
    </w:p>
    <w:p>
      <w:pPr>
        <w:jc w:val="right"/>
      </w:pPr>
      <w:r>
        <w:t>یعنی ابتدائی درجات میں ان کو تیار کروایا جاتا ہے تاکہ آگے پہنچ سکیں وہ۔ یعنی اسکول میں تیار کیا جاتا ہے تاکہ وہ اسکول کے لیول کی تیاری کرائی جاتی ہے تاکہ وہ کالج میں پہنچ سکیں۔</w:t>
      </w:r>
    </w:p>
    <w:p>
      <w:r>
        <w:rPr>
          <w:b/>
        </w:rPr>
        <w:t xml:space="preserve">[15:50] </w:t>
      </w:r>
      <w:r>
        <w:t>yeh hai preparatory school. to yeh dunya jo hai, yeh preparatory period hai. mein samajhta hoon ke best word yeh hai dunya ke bare mein ke yeh hai preparatory period.</w:t>
      </w:r>
    </w:p>
    <w:p>
      <w:pPr>
        <w:jc w:val="right"/>
      </w:pPr>
      <w:r>
        <w:t>یہ ہے پریپریٹری اسکول۔ تو یہ دنیا جو ہے، یہ پریپریٹری پیریڈ ہے۔ میں سمجھتا ہوں کہ بیسٹ ورڈ یہ ہے دنیا کے بارے میں کہ یہ ہے پریپریٹری پیریڈ۔</w:t>
      </w:r>
    </w:p>
    <w:p>
      <w:r>
        <w:rPr>
          <w:b/>
        </w:rPr>
        <w:t xml:space="preserve">[16:04] </w:t>
      </w:r>
      <w:r>
        <w:t>asal dunya jo hai, jo khuda ne banai hai, woh post death period mein ati hai, jo hai paradise. khuda ne aik bohat hi beautiful dunya, perfect dunya, ideal dunya banai jis ko hum paradise kehte hain.</w:t>
      </w:r>
    </w:p>
    <w:p>
      <w:pPr>
        <w:jc w:val="right"/>
      </w:pPr>
      <w:r>
        <w:t>اصل دنیا جو ہے، جو خدا نے بنائی ہے، وہ پوسٹ ڈیتھ پیریڈ میں آتی ہے، جو ہے پیراڈائز۔ خدا نے ایک بہت ہی بیوٹی فل دنیا، پرفیکٹ دنیا، آئیڈیل دنیا بنائی جس کو ہم پیراڈائز کہتے ہیں۔</w:t>
      </w:r>
    </w:p>
    <w:p>
      <w:r>
        <w:rPr>
          <w:b/>
        </w:rPr>
        <w:t xml:space="preserve">[16:23] </w:t>
      </w:r>
      <w:r>
        <w:t>to is se pehle yeh aik preparatory period rakh diya yahan par ke jo log paradise mein jana chahte hain, woh apne aap ko tayyar karen,</w:t>
      </w:r>
    </w:p>
    <w:p>
      <w:pPr>
        <w:jc w:val="right"/>
      </w:pPr>
      <w:r>
        <w:t>تو اس سے پہلے یہ ایک پریپریٹری پیریڈ رکھ دیا یہاں پر کہ جو لوگ پیراڈائز میں جانا چاہتے ہیں، وہ اپنے آپ کو تیار کریں،</w:t>
      </w:r>
    </w:p>
    <w:p>
      <w:r>
        <w:rPr>
          <w:b/>
        </w:rPr>
        <w:t xml:space="preserve">[16:34] </w:t>
      </w:r>
      <w:r>
        <w:t>apne aap ko is qael banayen ke woh deserve karen wahan settle hone ke liye.</w:t>
      </w:r>
    </w:p>
    <w:p>
      <w:pPr>
        <w:jc w:val="right"/>
      </w:pPr>
      <w:r>
        <w:t>اپنے آپ کو اس قائل بنائیں کہ وہ ڈیزرو کریں وہاں سیٹل ہونے کے لیے۔</w:t>
      </w:r>
    </w:p>
    <w:p>
      <w:r>
        <w:rPr>
          <w:b/>
        </w:rPr>
        <w:t xml:space="preserve">[16:43] </w:t>
      </w:r>
      <w:r>
        <w:t>is silsile mein mein yeh kahunga ke yeh nature jo hai, jis ke beech mein hum rehte hain, aap jante hain ke nature kis ko kehte hain.</w:t>
      </w:r>
    </w:p>
    <w:p>
      <w:pPr>
        <w:jc w:val="right"/>
      </w:pPr>
      <w:r>
        <w:t>اس سلسلے میں میں یہ کہوں گا کہ یہ نیچر جو ہے، جس کے بیچ میں ہم رہتے ہیں، آپ جانتے ہیں کہ نیچر کس کو کہتے ہیں۔</w:t>
      </w:r>
    </w:p>
    <w:p>
      <w:r>
        <w:rPr>
          <w:b/>
        </w:rPr>
        <w:t xml:space="preserve">[16:53] </w:t>
      </w:r>
      <w:r>
        <w:t>nature ka matlab hai entire physical universe ko hum nature kehte hain. jo kuch bhi hai, woh nature hai,</w:t>
      </w:r>
    </w:p>
    <w:p>
      <w:pPr>
        <w:jc w:val="right"/>
      </w:pPr>
      <w:r>
        <w:t>نیچر کا مطلب ہے انٹائر فزیکل یونیورس کو ہم نیچر کہتے ہیں۔ جو کچھ بھی ہے، وہ نیچر ہے،</w:t>
      </w:r>
    </w:p>
    <w:p>
      <w:r>
        <w:rPr>
          <w:b/>
        </w:rPr>
        <w:t xml:space="preserve">[17:03] </w:t>
      </w:r>
      <w:r>
        <w:t>yeh khuda ka creation hai. to khuda ne nature ko model bana diya hamare liye. mein samajhta hoon ke nature ko agar mein yeh kahun ke woh rabbani model hai to bohat sahi hoga.</w:t>
      </w:r>
    </w:p>
    <w:p>
      <w:pPr>
        <w:jc w:val="right"/>
      </w:pPr>
      <w:r>
        <w:t>یہ خدا کا کریشن ہے۔ تو خدا نے نیچر کو ماڈل بنا دیا ہمارے لیے۔ میں سمجھتا ہوں کہ نیچر کو اگر میں یہ کہوں کہ وہ ربانی ماڈل ہے تو بہت صحیح ہوگا۔</w:t>
      </w:r>
    </w:p>
    <w:p>
      <w:r>
        <w:rPr>
          <w:b/>
        </w:rPr>
        <w:t xml:space="preserve">[17:18] </w:t>
      </w:r>
      <w:r>
        <w:t>rabbani model yani agar hum paradise ke candidate hain, agar hum chahte hain ke hamein paradise mein jagah mile to is model ko hum follow karna hai jis ko ke nature mein khuda ne rakh diya</w:t>
      </w:r>
    </w:p>
    <w:p>
      <w:pPr>
        <w:jc w:val="right"/>
      </w:pPr>
      <w:r>
        <w:t>ربانی ماڈل یعنی اگر ہم پیراڈائز کے کینڈیڈیٹ ہیں، اگر ہم چاہتے ہیں کہ ہمیں پیراڈائز میں جگہ ملے تو اس ماڈل کو ہم فالو کرنا ہے جس کو کہ نیچر میں خدا نے رکھ دیا</w:t>
      </w:r>
    </w:p>
    <w:p>
      <w:r>
        <w:rPr>
          <w:b/>
        </w:rPr>
        <w:t xml:space="preserve">[17:31] </w:t>
      </w:r>
      <w:r>
        <w:t>hai. nature rabbani model hai is baat ke liye ke hum apne aap ko prepare karen, apne aap ko is qabil banayen ke hamein paradise mein jagah mile.</w:t>
      </w:r>
    </w:p>
    <w:p>
      <w:pPr>
        <w:jc w:val="right"/>
      </w:pPr>
      <w:r>
        <w:t>ہے۔ نیچر ربانی ماڈل ہے اس بات کے لیے کہ ہم اپنے آپ کو پریپیئر کریں، اپنے آپ کو اس قابل بنائیں کہ ہمیں پیراڈائز میں جگہ ملے۔</w:t>
      </w:r>
    </w:p>
    <w:p>
      <w:r>
        <w:rPr>
          <w:b/>
        </w:rPr>
        <w:t xml:space="preserve">[17:44] </w:t>
      </w:r>
      <w:r>
        <w:t>to mein chand aik example dunga is model ke.</w:t>
      </w:r>
    </w:p>
    <w:p>
      <w:pPr>
        <w:jc w:val="right"/>
      </w:pPr>
      <w:r>
        <w:t>تو میں چند ایک ایگزامپل دوں گا اس ماڈل کے۔</w:t>
      </w:r>
    </w:p>
    <w:p>
      <w:r>
        <w:rPr>
          <w:b/>
        </w:rPr>
        <w:t xml:space="preserve">[17:52] </w:t>
      </w:r>
      <w:r>
        <w:t>dekhiye, quran mein hai ke la shamsa yambaghi laha an tudrika qamra walillahi sabiqun nahar</w:t>
      </w:r>
    </w:p>
    <w:p>
      <w:pPr>
        <w:jc w:val="right"/>
      </w:pPr>
      <w:r>
        <w:t>دیکھیے، قرآن میں ہے کہ لَشْمْثُ يَمْبَغِي لَهَا أَنْتُذْرِكَ قَمْرَ وَلَلَّهِ سَابِقٌ نَهَارٌ</w:t>
      </w:r>
    </w:p>
    <w:p>
      <w:r>
        <w:rPr>
          <w:b/>
        </w:rPr>
        <w:t xml:space="preserve">[18:01] </w:t>
      </w:r>
      <w:r>
        <w:t>yeh aik model jo hai, is ka aik namuna ke suraj aur chand ya sare stars apne apne orbit par dor rahe hain, koi takrata nahi.</w:t>
      </w:r>
    </w:p>
    <w:p>
      <w:pPr>
        <w:jc w:val="right"/>
      </w:pPr>
      <w:r>
        <w:t>یہ ایک ماڈل جو ہے، اس کا ایک نمونہ کہ سورج اور چاند یا سارے سٹارز اپنے اپنے اربٹ پر دوڑ رہے ہیں، کوئی ٹکراتا نہیں۔</w:t>
      </w:r>
    </w:p>
    <w:p>
      <w:r>
        <w:rPr>
          <w:b/>
        </w:rPr>
        <w:t xml:space="preserve">[18:14] </w:t>
      </w:r>
      <w:r>
        <w:t>lekin la shamsa yambaghi laha an tudrika qamra walillahi sabiqun nahar is mein suraj aur chand ka zikr hai, lekin sare stars is mein murad hain.</w:t>
      </w:r>
    </w:p>
    <w:p>
      <w:pPr>
        <w:jc w:val="right"/>
      </w:pPr>
      <w:r>
        <w:t>لیکن لَشْمْثُ يَمْبَغِي لَهَا أَنْتُذْرِكَ قَمْرَ وَلَلَّهِ سَابِقٌ نَهَارٌ اس میں سورج اور چاند کا ذکر ہے، لیکن سارے سٹارز اس میں مراد ہیں۔</w:t>
      </w:r>
    </w:p>
    <w:p>
      <w:r>
        <w:rPr>
          <w:b/>
        </w:rPr>
        <w:t xml:space="preserve">[18:23] </w:t>
      </w:r>
      <w:r>
        <w:t>is sare stars, anginat stars jo space mein hain, do</w:t>
      </w:r>
    </w:p>
    <w:p>
      <w:pPr>
        <w:jc w:val="right"/>
      </w:pPr>
      <w:r>
        <w:t>اس سارے سٹارز، انگنت سٹارز جو اسپیس میں ہیں، دو</w:t>
      </w:r>
    </w:p>
    <w:p>
      <w:r>
        <w:rPr>
          <w:b/>
        </w:rPr>
        <w:t xml:space="preserve">[18:29] </w:t>
      </w:r>
      <w:r>
        <w:t>r rahe hain, koi bhi star thehra hua nahi hai, apne madar, apne apne orbit par dor raha hai, lekin woh takrate nahi hain.</w:t>
      </w:r>
    </w:p>
    <w:p>
      <w:pPr>
        <w:jc w:val="right"/>
      </w:pPr>
      <w:r>
        <w:t>ڑ رہے ہیں، کوئی بھی سٹار ٹھہرا ہوا نہیں ہے، اپنے مدار، اپنے اپنے اربٹ پر دوڑ رہا ہے، لیکن وہ ٹکراتے نہیں ہیں۔</w:t>
      </w:r>
    </w:p>
    <w:p>
      <w:r>
        <w:rPr>
          <w:b/>
        </w:rPr>
        <w:t xml:space="preserve">[18:38] </w:t>
      </w:r>
      <w:r>
        <w:t>to yeh aik model yeh hua jo nature mein khuda ne banaya hai ke hum hamari activities is tarah honi chahiye,</w:t>
      </w:r>
    </w:p>
    <w:p>
      <w:pPr>
        <w:jc w:val="right"/>
      </w:pPr>
      <w:r>
        <w:t>تو یہ ایک ماڈل یہ ہوا جو نیچر میں خدا نے بنایا ہے کہ ہم ہماری ایکٹیویٹیز اس طرح ہونی چاہیے،</w:t>
      </w:r>
    </w:p>
    <w:p>
      <w:r>
        <w:rPr>
          <w:b/>
        </w:rPr>
        <w:t xml:space="preserve">[18:51] </w:t>
      </w:r>
      <w:r>
        <w:t>is tarah ke hum doosre ke liye koi problem create na karen, doosre se takrao na karen, doosre se larr kar apna rasta na banaen. itna bara universe hai, is mein numerous stars hain aur sab ke sab dor rahe hain, dor rahe hain, dor rahe hain, lekin koi star doosre se takrata nahi,</w:t>
      </w:r>
    </w:p>
    <w:p>
      <w:pPr>
        <w:jc w:val="right"/>
      </w:pPr>
      <w:r>
        <w:t>اس طرح کہ ہم دوسرے کے لیے کوئی پرابلم کریٹ نہ کریں، دوسرے سے ٹکراؤ نہ کریں، دوسرے سے لڑ کر اپنا راستہ نہ بنائیں۔ اتنا بڑا یونیورس ہے، اس میں نیومرس سٹارز ہیں اور سب کے سب دوڑ رہے ہیں، دوڑ رہے ہیں، دوڑ رہے ہیں، لیکن کوئی سٹار دوسرے سے ٹکراتا نہیں،</w:t>
      </w:r>
    </w:p>
    <w:p>
      <w:r>
        <w:rPr>
          <w:b/>
        </w:rPr>
        <w:t xml:space="preserve">[19:13] </w:t>
      </w:r>
      <w:r>
        <w:t>doosre se takrata nahi. yeh hai model rabbani model.</w:t>
      </w:r>
    </w:p>
    <w:p>
      <w:pPr>
        <w:jc w:val="right"/>
      </w:pPr>
      <w:r>
        <w:t>دوسرے سے ٹکراتا نہیں۔ یہ ہے ماڈل ربانی ماڈل۔</w:t>
      </w:r>
    </w:p>
    <w:p>
      <w:r>
        <w:rPr>
          <w:b/>
        </w:rPr>
        <w:t xml:space="preserve">[19:18] </w:t>
      </w:r>
      <w:r>
        <w:t>hamein dunya mein freedom mili hui hai ke hum apna</w:t>
      </w:r>
    </w:p>
    <w:p>
      <w:pPr>
        <w:jc w:val="right"/>
      </w:pPr>
      <w:r>
        <w:t>ہمیں دنیا میں فریڈم ملی ہوئی ہے کہ ہم اپنا</w:t>
      </w:r>
    </w:p>
    <w:p>
      <w:r>
        <w:rPr>
          <w:b/>
        </w:rPr>
        <w:t xml:space="preserve">[19:27] </w:t>
      </w:r>
      <w:r>
        <w:t>apna target jo hamara ho, us pe doren us ke liye. lekin aik condition hai, woh condition kya hai?</w:t>
      </w:r>
    </w:p>
    <w:p>
      <w:pPr>
        <w:jc w:val="right"/>
      </w:pPr>
      <w:r>
        <w:t>اپنا ٹارگٹ جو ہمارا ہو، اس پہ دوڑیں اس کے لیے۔ لیکن ایک کنڈیشن ہے، وہ کنڈیشن کیا ہے؟</w:t>
      </w:r>
    </w:p>
    <w:p>
      <w:r>
        <w:rPr>
          <w:b/>
        </w:rPr>
        <w:t xml:space="preserve">[19:39] </w:t>
      </w:r>
      <w:r>
        <w:t>keh apne orbit mein chalen, doosre ke orbit mein dakhil na hon.</w:t>
      </w:r>
    </w:p>
    <w:p>
      <w:pPr>
        <w:jc w:val="right"/>
      </w:pPr>
      <w:r>
        <w:t>کہ اپنے اربٹ میں چلیں، دوسرے کے اربٹ میں داخل نہ ہوں۔</w:t>
      </w:r>
    </w:p>
    <w:p>
      <w:r>
        <w:rPr>
          <w:b/>
        </w:rPr>
        <w:t xml:space="preserve">[19:46] </w:t>
      </w:r>
      <w:r>
        <w:t>isi ko hadith mein is tarah kaha gaya keh ghoṛe ki misal li gayi keh ek khoonṭa ho, is khoonṭe mein ek rasi ho, is mein ghoṛa bandha hua ho,</w:t>
      </w:r>
    </w:p>
    <w:p>
      <w:pPr>
        <w:jc w:val="right"/>
      </w:pPr>
      <w:r>
        <w:t>اسی کو حدیث میں اس طرح کہا گیا کہ گھوڑے کی مثال لی گئی کہ ایک کھونٹا ہو، اس کھونٹے میں ایک رسی ہو، اس میں گھوڑا بندھا ہوا ہو،</w:t>
      </w:r>
    </w:p>
    <w:p>
      <w:r>
        <w:rPr>
          <w:b/>
        </w:rPr>
        <w:t xml:space="preserve">[20:00] </w:t>
      </w:r>
      <w:r>
        <w:t>aur woh ghoṛa is ke charon taraf ghoom raha ho. toh farmaya keh "yahuul summayyar jaw ila aakhirihi" keh woh ghoomta hai, lekin rasi jitni door jane allow karti hai, woh wahin tak jata hai, woh</w:t>
      </w:r>
    </w:p>
    <w:p>
      <w:pPr>
        <w:jc w:val="right"/>
      </w:pPr>
      <w:r>
        <w:t>اور وہ گھوڑا اس کے چاروں طرف گھوم رہا ہو۔ تو فرمایا کہ يَهُولُ سُمَّيَّرٌ جَوْا إِلَى آخِرِهِ کہ وہ گھومتا ہے، لیکن رسی جتنی دور جانے الاؤ کرتی ہے، وہیں تک جاتا ہے، وہ</w:t>
      </w:r>
    </w:p>
    <w:p>
      <w:r>
        <w:rPr>
          <w:b/>
        </w:rPr>
        <w:t xml:space="preserve">[20:16] </w:t>
      </w:r>
      <w:r>
        <w:t>rasi se aage nahi jata. toh har ghoṛa jo hai, is ke gardan mein ek rasi bandhi hui hai. aise hi jo insan hai, is ke gardan mein, gardan mein faith ki gard rasi bandhi hui hai.</w:t>
      </w:r>
    </w:p>
    <w:p>
      <w:pPr>
        <w:jc w:val="right"/>
      </w:pPr>
      <w:r>
        <w:t>رسی سے آگے نہیں جاتا۔ تو ہر گھوڑا جو ہے، اس کے گردن میں ایک رسی بندھی ہوئی ہے۔ ایسے ہی جو انسان ہے، اس کے گردن میں، گردن میں فیتھ کی گرد رسی بندھی ہوئی ہے۔</w:t>
      </w:r>
    </w:p>
    <w:p>
      <w:r>
        <w:rPr>
          <w:b/>
        </w:rPr>
        <w:t xml:space="preserve">[20:34] </w:t>
      </w:r>
      <w:r>
        <w:t>insan ko Khuda ne azadi di hai, lekin is ko azadi is tarah di hai keh azadi ko woh misuse na kare,</w:t>
      </w:r>
    </w:p>
    <w:p>
      <w:pPr>
        <w:jc w:val="right"/>
      </w:pPr>
      <w:r>
        <w:t>انسان کو خدا نے آزادی دی ہے، لیکن اس کو آزادی اس طرح دی ہے کہ آزادی کو وہ مس یوز نہ کرے،</w:t>
      </w:r>
    </w:p>
    <w:p>
      <w:r>
        <w:rPr>
          <w:b/>
        </w:rPr>
        <w:t xml:space="preserve">[20:46] </w:t>
      </w:r>
      <w:r>
        <w:t>Khuda ke bataye hue dairay mein apni azadi ko istemal kare. toh jis tarah se rasi mein bandha hua ghoṛa apne dairay mein ghoomta hai aur sare stars apne apne orbit mein ghoomte hain,</w:t>
      </w:r>
    </w:p>
    <w:p>
      <w:pPr>
        <w:jc w:val="right"/>
      </w:pPr>
      <w:r>
        <w:t>خدا کے بتائے ہوئے دائرے میں اپنی آزادی کو استعمال کرے۔ تو جس طرح سے رسی میں بندھا ہوا گھوڑا اپنے دائرے میں گھومتا ہے اور سارے سٹارز اپنے اپنے اربٹ میں گھومتے ہیں،</w:t>
      </w:r>
    </w:p>
    <w:p>
      <w:r>
        <w:rPr>
          <w:b/>
        </w:rPr>
        <w:t xml:space="preserve">[21:01] </w:t>
      </w:r>
      <w:r>
        <w:t>isi tarah insan ko apni activities is tarah chalana hai keh woh doosre ke liye problem na bane.</w:t>
      </w:r>
    </w:p>
    <w:p>
      <w:pPr>
        <w:jc w:val="right"/>
      </w:pPr>
      <w:r>
        <w:t>اسی طرح انسان کو اپنی ایکٹیویٹیز اس طرح چلانا ہے کہ وہ دوسرے کے لیے پرابلم نہ بنے۔</w:t>
      </w:r>
    </w:p>
    <w:p>
      <w:r>
        <w:rPr>
          <w:b/>
        </w:rPr>
        <w:t xml:space="preserve">[21:12] </w:t>
      </w:r>
      <w:r>
        <w:t>yani in other words mein keh sakta hoon keh har insan no problem person ban kar dunya mein rahe, har aurat aur mard society mein is tarah rahen keh doosron ke liye woh no problem person bane hue hain.</w:t>
      </w:r>
    </w:p>
    <w:p>
      <w:pPr>
        <w:jc w:val="right"/>
      </w:pPr>
      <w:r>
        <w:t>یعنی ان ادر ورڈز میں کہہ سکتا ہوں کہ ہر انسان نو پرابلم پرسن بن کر دنیا میں رہے، ہر عورت اور مرد سوسائٹی میں اس طرح رہیں کہ دوسروں کے لیے وہ نو پرابلم پرسن بنے ہوئے ہوں۔</w:t>
      </w:r>
    </w:p>
    <w:p>
      <w:r>
        <w:rPr>
          <w:b/>
        </w:rPr>
        <w:t xml:space="preserve">[21:31] </w:t>
      </w:r>
      <w:r>
        <w:t>yeh hai woh model jo nature mein Khuda ne rakh diya hai.</w:t>
      </w:r>
    </w:p>
    <w:p>
      <w:pPr>
        <w:jc w:val="right"/>
      </w:pPr>
      <w:r>
        <w:t>یہ ہے وہ ماڈل جو نیچر میں خدا نے رکھ دیا ہے۔</w:t>
      </w:r>
    </w:p>
    <w:p>
      <w:r>
        <w:rPr>
          <w:b/>
        </w:rPr>
        <w:t xml:space="preserve">[21:40] </w:t>
      </w:r>
      <w:r>
        <w:t>isi tarah aap dekhiye keh itni activities hain yeh space mein, space mein har cheez harkat mein hai, koi cheez ṭhahri hui nahi hai, lekin complete peace hai,</w:t>
      </w:r>
    </w:p>
    <w:p>
      <w:pPr>
        <w:jc w:val="right"/>
      </w:pPr>
      <w:r>
        <w:t>اسی طرح آپ دیکھیے کہ اتنی ایکٹیویٹیز ہیں یہ سپیس میں، اسپیس میں ہر چیز حرکت میں ہے، کوئی چیز ٹھہری ہوئی نہیں ہے، لیکن کمپلیٹ پیس ہے،</w:t>
      </w:r>
    </w:p>
    <w:p>
      <w:r>
        <w:rPr>
          <w:b/>
        </w:rPr>
        <w:t xml:space="preserve">[21:56] </w:t>
      </w:r>
      <w:r>
        <w:t>poori universe mein mukammal peace hai,</w:t>
      </w:r>
    </w:p>
    <w:p>
      <w:pPr>
        <w:jc w:val="right"/>
      </w:pPr>
      <w:r>
        <w:t>پوری یونیورس میں مکمل پیس ہے،</w:t>
      </w:r>
    </w:p>
    <w:p>
      <w:r>
        <w:rPr>
          <w:b/>
        </w:rPr>
        <w:t xml:space="preserve">[22:01] </w:t>
      </w:r>
      <w:r>
        <w:t>poori poori universe peaceful universe hai.</w:t>
      </w:r>
    </w:p>
    <w:p>
      <w:pPr>
        <w:jc w:val="right"/>
      </w:pPr>
      <w:r>
        <w:t>پوری پوری یونیورس پیس فل یونیورس ہے۔</w:t>
      </w:r>
    </w:p>
    <w:p>
      <w:r>
        <w:rPr>
          <w:b/>
        </w:rPr>
        <w:t xml:space="preserve">[22:05] </w:t>
      </w:r>
      <w:r>
        <w:t>toh yeh bhi ek model hai keh hum ek aisa family banayen, ek aisa samaj banayen, ek aisi dunya banayen jahan peace hi peace ho.</w:t>
      </w:r>
    </w:p>
    <w:p>
      <w:pPr>
        <w:jc w:val="right"/>
      </w:pPr>
      <w:r>
        <w:t>تو یہ بھی ایک ماڈل ہے کہ ہم ایک ایسا فیملی بنائیں، ایک ایسا سماج بنائیں، ایک ایسی دنیا بنائیں جہاں پیس ہی پیس ہو۔</w:t>
      </w:r>
    </w:p>
    <w:p>
      <w:r>
        <w:rPr>
          <w:b/>
        </w:rPr>
        <w:t xml:space="preserve">[22:14] </w:t>
      </w:r>
      <w:r>
        <w:t>jo log is tarah ka samaj bana saken dunya mein, wohi aakhirat mein paradise mein</w:t>
      </w:r>
    </w:p>
    <w:p>
      <w:pPr>
        <w:jc w:val="right"/>
      </w:pPr>
      <w:r>
        <w:t>جو لوگ اس طرح کا سماج بنا سکیں دنیا میں، وہی آخرت میں پیراڈائز میں</w:t>
      </w:r>
    </w:p>
    <w:p>
      <w:r>
        <w:rPr>
          <w:b/>
        </w:rPr>
        <w:t xml:space="preserve">[22:24] </w:t>
      </w:r>
      <w:r>
        <w:t>entry payenge.</w:t>
      </w:r>
    </w:p>
    <w:p>
      <w:pPr>
        <w:jc w:val="right"/>
      </w:pPr>
      <w:r>
        <w:t>انٹری پائیں گے۔</w:t>
      </w:r>
    </w:p>
    <w:p>
      <w:r>
        <w:rPr>
          <w:b/>
        </w:rPr>
        <w:t xml:space="preserve">[22:27] </w:t>
      </w:r>
      <w:r>
        <w:t>aise logon ko paradise mein entry nahi milegi jo dunya mein fasad machayen, jo jahan problem create karen, jo dunya mein logon se ṭakrav karte phiren.</w:t>
      </w:r>
    </w:p>
    <w:p>
      <w:pPr>
        <w:jc w:val="right"/>
      </w:pPr>
      <w:r>
        <w:t>ایسے لوگوں کو پیراڈائز میں انٹری نہیں ملے گی جو دنیا میں فساد مچائیں، جو جہاں پرابلم کریٹ کریں، جو دنیا میں لوگوں سے ٹکراؤ کرتے پھریں۔</w:t>
      </w:r>
    </w:p>
    <w:p>
      <w:r>
        <w:rPr>
          <w:b/>
        </w:rPr>
        <w:t xml:space="preserve">[22:36] </w:t>
      </w:r>
      <w:r>
        <w:t>aise log reject kar diye jayenge. Quran mein believer ki misal di gayi hai shajarah tayyibah,</w:t>
      </w:r>
    </w:p>
    <w:p>
      <w:pPr>
        <w:jc w:val="right"/>
      </w:pPr>
      <w:r>
        <w:t>ایسے لوگ ریجیکٹ کر دیے جائیں گے۔ قرآن میں بیلیور کی مثال دی گئی ہے شجرہ طیبہ،</w:t>
      </w:r>
    </w:p>
    <w:p>
      <w:r>
        <w:rPr>
          <w:b/>
        </w:rPr>
        <w:t xml:space="preserve">[22:48] </w:t>
      </w:r>
      <w:r>
        <w:t>yani Khuda ko jo believe karta hai, Khuda ko jo manta hai, jo believer hai, woh hota hai misl drakht ke shajarah tayyibah, drakht ki manind.</w:t>
      </w:r>
    </w:p>
    <w:p>
      <w:pPr>
        <w:jc w:val="right"/>
      </w:pPr>
      <w:r>
        <w:t>یعنی خدا کو جو بیلیو کرتا ہے، خدا کو جو مانتا ہے، جو بیلیور ہے، وہ ہوتا ہے مثل درخت کے شجرہ طیبہ، درخت کی مانند۔</w:t>
      </w:r>
    </w:p>
    <w:p>
      <w:r>
        <w:rPr>
          <w:b/>
        </w:rPr>
        <w:t xml:space="preserve">[22:58] </w:t>
      </w:r>
      <w:r>
        <w:t>drakht kya hai? mein samajhta hoon keh drakht ka ek anokha woh hai, ek anokhi misal hai keh poore mahol se woh apne liye khorak leta hai,</w:t>
      </w:r>
    </w:p>
    <w:p>
      <w:pPr>
        <w:jc w:val="right"/>
      </w:pPr>
      <w:r>
        <w:t>درخت کیا ہے؟ میں سمجھتا ہوں کہ درخت کا ایک انوکھا وہ ہے، ایک انوکھی مثال ہے کہ پورے ماحول سے وہ اپنے لیے خوراک لیتا ہے،</w:t>
      </w:r>
    </w:p>
    <w:p>
      <w:r>
        <w:rPr>
          <w:b/>
        </w:rPr>
        <w:t xml:space="preserve">[23:14] </w:t>
      </w:r>
      <w:r>
        <w:t>zameen ke neeche se khorak leta hai, mitti se, hawaon se leta hai, suraj se leta hai, aur is se woh grow karta hai.</w:t>
      </w:r>
    </w:p>
    <w:p>
      <w:pPr>
        <w:jc w:val="right"/>
      </w:pPr>
      <w:r>
        <w:t>زمین کے نیچے سے خوراک لیتا ہے، مٹی سے، ہواؤں سے لیتا ہے، سورج سے لیتا ہے، اور اس سے وہ گرو کرتا ہے۔</w:t>
      </w:r>
    </w:p>
    <w:p>
      <w:r>
        <w:rPr>
          <w:b/>
        </w:rPr>
        <w:t xml:space="preserve">[23:25] </w:t>
      </w:r>
      <w:r>
        <w:t>yeh chhota sa ek itna sa seed ya itna sa ek poda hota hai, barhte barhte ek poora drakht ban jata hai. toh insan ko ab ab koi is ki laṛai kisi se nahi hoti,</w:t>
      </w:r>
    </w:p>
    <w:p>
      <w:pPr>
        <w:jc w:val="right"/>
      </w:pPr>
      <w:r>
        <w:t>یہ چھوٹا سا ایک اتنا سا سیڈ یا اتنا سا ایک پودا ہوتا ہے، بڑھتے بڑھتے ایک پورا درخت بن جاتا ہے۔ تو انسان کو اب اب کوئی اس کی لڑائی کسی سے نہیں ہوتی،</w:t>
      </w:r>
    </w:p>
    <w:p>
      <w:r>
        <w:rPr>
          <w:b/>
        </w:rPr>
        <w:t xml:space="preserve">[23:41] </w:t>
      </w:r>
      <w:r>
        <w:t>nihayat khamoshi se woh dunya ko apna dastarkhwan bana leta hai. isi tarah se ek faithful insan ko yeh karna hai keh woh apni shakhsiyat ki takmeel kare,</w:t>
      </w:r>
    </w:p>
    <w:p>
      <w:pPr>
        <w:jc w:val="right"/>
      </w:pPr>
      <w:r>
        <w:t>نہایت خاموشی سے وہ دنیا کو اپنا دسترخوان بنا لیتا ہے۔ اسی طرح سے ایک فیتھ فل انسان کو یہ کرنا ہے کہ وہ اپنی شخصیت کی تکمیل کرے،</w:t>
      </w:r>
    </w:p>
    <w:p>
      <w:r>
        <w:rPr>
          <w:b/>
        </w:rPr>
        <w:t xml:space="preserve">[23:56] </w:t>
      </w:r>
      <w:r>
        <w:t>apna personality development kare, baghair is ke keh us ne kisi se ṭakrav kiya ho, kisi se chheen jhapṭ ki ho.</w:t>
      </w:r>
    </w:p>
    <w:p>
      <w:pPr>
        <w:jc w:val="right"/>
      </w:pPr>
      <w:r>
        <w:t>اپنا پرسنیلٹی ڈیویلپمنٹ کرے، بغیر اس کے کہ اس نے کسی سے ٹکراؤ کیا ہو، کسی سے چھین جھپٹ کی ہو۔</w:t>
      </w:r>
    </w:p>
    <w:p>
      <w:r>
        <w:rPr>
          <w:b/>
        </w:rPr>
        <w:t xml:space="preserve">[24:06] </w:t>
      </w:r>
      <w:r>
        <w:t>aise hi log hain jo jannat mein jagah payenge.</w:t>
      </w:r>
    </w:p>
    <w:p>
      <w:pPr>
        <w:jc w:val="right"/>
      </w:pPr>
      <w:r>
        <w:t>ایسے ہی لوگ ہیں جو جنت میں جگہ پائیں گے۔</w:t>
      </w:r>
    </w:p>
    <w:p>
      <w:r>
        <w:rPr>
          <w:b/>
        </w:rPr>
        <w:t xml:space="preserve">[24:12] </w:t>
      </w:r>
      <w:r>
        <w:t>Quran se maloom hota hai keh rizq jo hai, rizq do qism ka hai: ek hai physical rizq, yani food.</w:t>
      </w:r>
    </w:p>
    <w:p>
      <w:pPr>
        <w:jc w:val="right"/>
      </w:pPr>
      <w:r>
        <w:t>قرآن سے معلوم ہوتا ہے کہ رزق جو ہے، رزق دو قسم کا ہے: ایک ہے فزیکل رزق، یعنی فوڈ۔</w:t>
      </w:r>
    </w:p>
    <w:p>
      <w:r>
        <w:rPr>
          <w:b/>
        </w:rPr>
        <w:t xml:space="preserve">[24:21] </w:t>
      </w:r>
      <w:r>
        <w:t>rizq matlab food. ek hai physical food, aur ek hai spiritual food. physical food jo hai, woh hamari body ke liye hai.</w:t>
      </w:r>
    </w:p>
    <w:p>
      <w:pPr>
        <w:jc w:val="right"/>
      </w:pPr>
      <w:r>
        <w:t>رزق مطلب فوڈ۔ ایک ہے فزیکل فوڈ، اور ایک ہے سپریچول فوڈ۔ فزیکل فوڈ جو ہے، وہ ہماری باڈی کے لیے ہے۔</w:t>
      </w:r>
    </w:p>
    <w:p>
      <w:r>
        <w:rPr>
          <w:b/>
        </w:rPr>
        <w:t xml:space="preserve">[24:34] </w:t>
      </w:r>
      <w:r>
        <w:t>hamari body mein gosht chahiye, haddi chahiye, khoon chahiye. is ke liye physical food hai,</w:t>
      </w:r>
    </w:p>
    <w:p>
      <w:pPr>
        <w:jc w:val="right"/>
      </w:pPr>
      <w:r>
        <w:t>ہماری باڈی میں گوشت چاہیے، ہڈی چاہیے، خون چاہیے۔ اس کے لیے فزیکل فوڈ ہے،</w:t>
      </w:r>
    </w:p>
    <w:p>
      <w:r>
        <w:rPr>
          <w:b/>
        </w:rPr>
        <w:t xml:space="preserve">[24:41] </w:t>
      </w:r>
      <w:r>
        <w:t>ghalla hai, phal hai, sabzi hai. is se hamare jism ko taqat milti hai. yeh hai physical food. lekin physical food hamari dunya ki zindagi ke liye kaam dene wala hai.</w:t>
      </w:r>
    </w:p>
    <w:p>
      <w:pPr>
        <w:jc w:val="right"/>
      </w:pPr>
      <w:r>
        <w:t>غلہ ہے، پھل ہے، سبزی ہے۔ اس سے ہمارے جسم کو طاقت ملتی ہے۔ یہ ہے فزیکل فوڈ۔ لیکن فزیکل فوڈ ہماری دنیا کی زندگی کے لیے کام دینے والا ہے۔</w:t>
      </w:r>
    </w:p>
    <w:p>
      <w:r>
        <w:rPr>
          <w:b/>
        </w:rPr>
        <w:t xml:space="preserve">[24:56] </w:t>
      </w:r>
      <w:r>
        <w:t>aakhirat mein jo paradise banay gi, woh un logon ke liye hai jo spiritual food hasil kar saken dunya mein.</w:t>
      </w:r>
    </w:p>
    <w:p>
      <w:pPr>
        <w:jc w:val="right"/>
      </w:pPr>
      <w:r>
        <w:t>آخرت میں جو پیراڈائز بنے بنے گی، وہ ان لوگوں کے لیے ہے جو اسپریچول فوڈ حاصل کر سکیں دنیا میں۔</w:t>
      </w:r>
    </w:p>
    <w:p>
      <w:r>
        <w:rPr>
          <w:b/>
        </w:rPr>
        <w:t xml:space="preserve">[25:05] </w:t>
      </w:r>
      <w:r>
        <w:t>spiritual food yani apne apne soul ko purify karen, apne soul ko woh, yani apne apne soul ko woh ghiza pohncha saken.</w:t>
      </w:r>
    </w:p>
    <w:p>
      <w:pPr>
        <w:jc w:val="right"/>
      </w:pPr>
      <w:r>
        <w:t>اسپریچول فوڈ یعنی اپنے اپنے سول کو پیوریفائی کریں، اپنے سول کو وہ، یعنی اپنے اپنے سول کو وہ غذا پہنچا سکیں۔</w:t>
      </w:r>
    </w:p>
    <w:p>
      <w:r>
        <w:rPr>
          <w:b/>
        </w:rPr>
        <w:t xml:space="preserve">[25:18] </w:t>
      </w:r>
      <w:r>
        <w:t>to woh kaise hota hai? physical food to aap jante hain ke body ko hum is ko le kar ke body ko taqatwar banate hain.</w:t>
      </w:r>
    </w:p>
    <w:p>
      <w:pPr>
        <w:jc w:val="right"/>
      </w:pPr>
      <w:r>
        <w:t>تو وہ کیسے ہوتا ہے؟ فزیکل فوڈ تو آپ جانتے ہیں کہ باڈی کو ہم اس کو لے کر کے باڈی کو طاقتور بناتے ہیں۔</w:t>
      </w:r>
    </w:p>
    <w:p>
      <w:r>
        <w:rPr>
          <w:b/>
        </w:rPr>
        <w:t xml:space="preserve">[25:33] </w:t>
      </w:r>
      <w:r>
        <w:t>spiritual food ka jo tareeqa hai, woh hai conversion, yani material waqiat ko convert kar ke is ko spiritual lesson mein badalna.</w:t>
      </w:r>
    </w:p>
    <w:p>
      <w:pPr>
        <w:jc w:val="right"/>
      </w:pPr>
      <w:r>
        <w:t>اسپریچول فوڈ کا جو طریقہ ہے، وہ ہے کنورژن، یعنی مٹیریل واقعات کو کنورٹ کر کے اس کو اسپریچول لیسن میں بدلنا۔</w:t>
      </w:r>
    </w:p>
    <w:p>
      <w:r>
        <w:rPr>
          <w:b/>
        </w:rPr>
        <w:t xml:space="preserve">[25:50] </w:t>
      </w:r>
      <w:r>
        <w:t>jo aas paas hamare waqiat ho rahe hain, un waqiat ko hum badal saken.</w:t>
      </w:r>
    </w:p>
    <w:p>
      <w:pPr>
        <w:jc w:val="right"/>
      </w:pPr>
      <w:r>
        <w:t>جو اس پاس ہمارے واقعات ہو رہے ہیں، ان واقعات کو ہم بدل سکیں۔</w:t>
      </w:r>
    </w:p>
    <w:p>
      <w:r>
        <w:rPr>
          <w:b/>
        </w:rPr>
        <w:t xml:space="preserve">[25:59] </w:t>
      </w:r>
      <w:r>
        <w:t>agar yani material experience ko agar hum spiritual experience mein convert kar saken to isi ka naam hai spiritual food.</w:t>
      </w:r>
    </w:p>
    <w:p>
      <w:pPr>
        <w:jc w:val="right"/>
      </w:pPr>
      <w:r>
        <w:t>اگر یعنی مٹیریل ایکسپیرینس کو اگر ہم اسپریچول ایکسپیرینس میں کنورٹ کر سکیں تو اسی کا نام ہے اسپریچول فوڈ۔</w:t>
      </w:r>
    </w:p>
    <w:p>
      <w:r>
        <w:rPr>
          <w:b/>
        </w:rPr>
        <w:t xml:space="preserve">[26:10] </w:t>
      </w:r>
      <w:r>
        <w:t>main arz karoon ke Islam mein jo second caliph the, Umar Farooq, unhone kaha ek bohat ajeeb baat.</w:t>
      </w:r>
    </w:p>
    <w:p>
      <w:pPr>
        <w:jc w:val="right"/>
      </w:pPr>
      <w:r>
        <w:t>میں عرض کروں کہ اسلام میں جو سیکنڈ کیلیف تھے، عمر فاروق، انہوں نے کہا ایک بہت عجیب بات۔</w:t>
      </w:r>
    </w:p>
    <w:p>
      <w:r>
        <w:rPr>
          <w:b/>
        </w:rPr>
        <w:t xml:space="preserve">[26:21] </w:t>
      </w:r>
      <w:r>
        <w:t>unhone kaha ke sab se meetha ghoont hai ghusse ko pee jana.</w:t>
      </w:r>
    </w:p>
    <w:p>
      <w:pPr>
        <w:jc w:val="right"/>
      </w:pPr>
      <w:r>
        <w:t>انہوں نے کہا کہ سب سے میٹھا گھوٹ ہے غصے کو پی جانا۔</w:t>
      </w:r>
    </w:p>
    <w:p>
      <w:r>
        <w:rPr>
          <w:b/>
        </w:rPr>
        <w:t xml:space="preserve">[26:32] </w:t>
      </w:r>
      <w:r>
        <w:t>is ka unka jo qaul hai, is ka literal translation yeh hai ke kisi ne ghusse ko pee jane se zyada meetha ghoont nahi piya.</w:t>
      </w:r>
    </w:p>
    <w:p>
      <w:pPr>
        <w:jc w:val="right"/>
      </w:pPr>
      <w:r>
        <w:t>اس کا ان کا جو قول ہے، اس کا لٹرل ٹرانسلیشن یہ ہے کہ کسی نے غصہ کو پی جانے سے زیادہ میٹھا گھوٹ نہیں پیا۔</w:t>
      </w:r>
    </w:p>
    <w:p>
      <w:r>
        <w:rPr>
          <w:b/>
        </w:rPr>
        <w:t xml:space="preserve">[26:42] </w:t>
      </w:r>
      <w:r>
        <w:t>is pe ghor ghor kijiye, ghussa to bari kadwi cheez hai. ghussa jab aata hai to aadmi ke andar aag lag jati hai. woh chahta hai ke woh aadmi jis ne is ko provoke kiya hai, us ko annihilate kar de, use kuchal dale.</w:t>
      </w:r>
    </w:p>
    <w:p>
      <w:pPr>
        <w:jc w:val="right"/>
      </w:pPr>
      <w:r>
        <w:t>اس پہ غور غور کیجئے، غصہ تو بڑی کڑوی چیز ہے۔ غصہ جب آتا ہے تو آدمی کے اندر آگ لگ جاتی ہے۔ وہ چاہتا ہے کہ وہ آدمی جس نے اس کو پرووک کیا ہے، اس کو انہیلیٹ کر دے، اسے کچل ڈالے۔</w:t>
      </w:r>
    </w:p>
    <w:p>
      <w:r>
        <w:rPr>
          <w:b/>
        </w:rPr>
        <w:t xml:space="preserve">[26:58] </w:t>
      </w:r>
      <w:r>
        <w:t>ghussa to aap jante hain ke bari kadwi cheez hai. to kyun woh keh rahe hain ke ghussa sab se meetha ghoont hai? sweeterish sip, yani ghusse ko unhone keh rahe hain ke sweeterish sip hai, sab se meetha ghoont.</w:t>
      </w:r>
    </w:p>
    <w:p>
      <w:pPr>
        <w:jc w:val="right"/>
      </w:pPr>
      <w:r>
        <w:t>غصہ تو آپ جانتے ہیں کہ بڑی کڑوی چیز ہے۔ تو کیوں وہ کہہ رہے ہیں کہ غصہ سب سے میٹھا گھوٹ ہے؟ سویٹرش سپ، یعنی غصے کو انہوں نے کہہ رہے ہیں کہ سویٹرش سپ ہے، سب سے میٹھا گھوٹ۔</w:t>
      </w:r>
    </w:p>
    <w:p>
      <w:r>
        <w:rPr>
          <w:b/>
        </w:rPr>
        <w:t xml:space="preserve">[27:14] </w:t>
      </w:r>
      <w:r>
        <w:t>woh kaise? is par maine bohat ghor kiya ke kyun unhone kaha ke ghussa ek meetha ghoont hai.</w:t>
      </w:r>
    </w:p>
    <w:p>
      <w:pPr>
        <w:jc w:val="right"/>
      </w:pPr>
      <w:r>
        <w:t>وہ کیسے؟ اس پر میں نے بہت غور کیا کہ کیوں انہوں نے کہا کہ غصہ ایک میٹھا گھوٹ ہے۔</w:t>
      </w:r>
    </w:p>
    <w:p>
      <w:r>
        <w:rPr>
          <w:b/>
        </w:rPr>
        <w:t xml:space="preserve">[27:22] </w:t>
      </w:r>
      <w:r>
        <w:t>to meri samajh mein yeh aaya ke unka matlab yeh hai ke ghussa jo hai, hum ko ek opportunity deta hai Khuda ki blessing lene ke liye.</w:t>
      </w:r>
    </w:p>
    <w:p>
      <w:pPr>
        <w:jc w:val="right"/>
      </w:pPr>
      <w:r>
        <w:t>تو میری سمجھ میں یہ آیا کہ ان کا مطلب یہ ہے کہ غصہ جو ہے، ہم کو ایک اپرچونیٹی دیتا ہے خدا کی بلیسنگ لینے کے لیے۔</w:t>
      </w:r>
    </w:p>
    <w:p>
      <w:r>
        <w:rPr>
          <w:b/>
        </w:rPr>
        <w:t xml:space="preserve">[27:35] </w:t>
      </w:r>
      <w:r>
        <w:t>kyunke Quran mein aur hadith mein yeh baat batai gayi hai ke agar kisi ko ghussa aa jaye aur woh ghusse ko pee le to is ka bohat bara ajar hai Khuda ke haan.</w:t>
      </w:r>
    </w:p>
    <w:p>
      <w:pPr>
        <w:jc w:val="right"/>
      </w:pPr>
      <w:r>
        <w:t>کیونکہ قرآن میں اور حدیث میں یہ بات بتائی گئی ہے کہ اگر کسی کو غصہ آ جائے اور وہ غصے کو پی لے تو اس کا بہت بڑا اجر ہے خدا کے ہاں۔</w:t>
      </w:r>
    </w:p>
    <w:p>
      <w:r>
        <w:rPr>
          <w:b/>
        </w:rPr>
        <w:t xml:space="preserve">[27:52] </w:t>
      </w:r>
      <w:r>
        <w:t>bohat bara ajar hai, yani ghusse par sabr kar lena, ghusse ko pee lena, ghusse ko andar hi andar diffuse kar dena, is par bohat bara ajar bataya gaya hai, inaam, reward, bohat bara reward bataya gaya.</w:t>
      </w:r>
    </w:p>
    <w:p>
      <w:pPr>
        <w:jc w:val="right"/>
      </w:pPr>
      <w:r>
        <w:t>بہت بڑا اجر ہے، یعنی غصے پر صبر کر لینا، غصے کو پی لینا، غصے کو اندر ہی اندر ڈیفیوز کر دینا، اس پر بہت بڑا اجر بتایا گیا ہے، انعام، ریوارڈ، بہت بڑا ریوارڈ بتایا گیا۔</w:t>
      </w:r>
    </w:p>
    <w:p>
      <w:r>
        <w:rPr>
          <w:b/>
        </w:rPr>
        <w:t xml:space="preserve">[28:09] </w:t>
      </w:r>
      <w:r>
        <w:t>to is ka matlab kya hua? is ka matlab yeh hua ke woh yeh keh rahe hain ke is super reward ko lene ke liye time konsa ho sakta hai</w:t>
      </w:r>
    </w:p>
    <w:p>
      <w:pPr>
        <w:jc w:val="right"/>
      </w:pPr>
      <w:r>
        <w:t>تو اس کا مطلب کیا ہوا؟ اس کا مطلب یہ ہوا کہ وہ یہ کہہ رہے ہیں کہ اس سپر ریوارڈ کو لینے کے لیے ٹائم کونسا ہو سکتا ہے</w:t>
      </w:r>
    </w:p>
    <w:p>
      <w:r>
        <w:rPr>
          <w:b/>
        </w:rPr>
        <w:t xml:space="preserve">[28:20] </w:t>
      </w:r>
      <w:r>
        <w:t>? jab aap ko ghussa aaye, jab aap thande thande mein hon aur logon se meethi meethi baatein kar rahe hon, aur ghusse ka kisi ne aap ko provoke kar ke ghussa na dilaya ho, to is ka matlab hai ke woh time hi nahi aaya, woh opportunity nahi aayi.</w:t>
      </w:r>
    </w:p>
    <w:p>
      <w:pPr>
        <w:jc w:val="right"/>
      </w:pPr>
      <w:r>
        <w:t>؟ جب آپ غصہ آئے، جب آپ ٹھنڈے ٹھنڈے میں ہوں اور لوگوں سے میٹھی میٹھی باتیں کر رہے ہوں، اور غصے کا کسی نے آپ کو پرووک کر کے غصہ نہ دلایا ہو، تو اس کا مطلب ہے کہ وہ ٹائم ہی نہیں آیا، وہ اپرچونیٹی نہیں آئی۔</w:t>
      </w:r>
    </w:p>
    <w:p>
      <w:r>
        <w:rPr>
          <w:b/>
        </w:rPr>
        <w:t xml:space="preserve">[28:38] </w:t>
      </w:r>
      <w:r>
        <w:t>woh</w:t>
      </w:r>
    </w:p>
    <w:p>
      <w:pPr>
        <w:jc w:val="right"/>
      </w:pPr>
      <w:r>
        <w:t>وہ</w:t>
      </w:r>
    </w:p>
    <w:p>
      <w:r>
        <w:rPr>
          <w:b/>
        </w:rPr>
        <w:t xml:space="preserve">[28:39] </w:t>
      </w:r>
      <w:r>
        <w:t>opportunity jab ke ghusse ko pee kar ke super blessing aap hasil kar saken, woh tab aayega jab ke aap ko koi provoke kare, aap ko jab aap ko ghussa bhadak uthe aap ke andar.</w:t>
      </w:r>
    </w:p>
    <w:p>
      <w:pPr>
        <w:jc w:val="right"/>
      </w:pPr>
      <w:r>
        <w:t>اپرچونیٹی جب کہ غصہ کو پی کر کے سپر بلیسنگ آپ حاصل کر سکیں، وہ تب آئے گا جب کہ آپ کوئی پرووک کرے، آپ کو جب آپ کو غصہ بھڑک اٹھے آپ کے اندر۔</w:t>
      </w:r>
    </w:p>
    <w:p>
      <w:r>
        <w:rPr>
          <w:b/>
        </w:rPr>
        <w:t xml:space="preserve">[28:51] </w:t>
      </w:r>
      <w:r>
        <w:t>to kya Umar Farooq yeh keh rahe hain ke jab aadmi ko ghussa aata hai to woh ek opportunity le kar aata hai?</w:t>
      </w:r>
    </w:p>
    <w:p>
      <w:pPr>
        <w:jc w:val="right"/>
      </w:pPr>
      <w:r>
        <w:t>تو کیا عمر فاروق یہ کہہ رہے ہیں کہ جب آدمی کو غصہ آتا ہے تو وہ ایک اپرچونیٹی لے کر آتا ہے؟</w:t>
      </w:r>
    </w:p>
    <w:p>
      <w:r>
        <w:rPr>
          <w:b/>
        </w:rPr>
        <w:t xml:space="preserve">[29:01] </w:t>
      </w:r>
      <w:r>
        <w:t>yani unhone anger ko ek opportunity ke roop mein dekha,</w:t>
      </w:r>
    </w:p>
    <w:p>
      <w:pPr>
        <w:jc w:val="right"/>
      </w:pPr>
      <w:r>
        <w:t>یعنی انہوں نے اینگر کو ایک اپرچونیٹی کے روپ میں دیکھا،</w:t>
      </w:r>
    </w:p>
    <w:p>
      <w:r>
        <w:rPr>
          <w:b/>
        </w:rPr>
        <w:t xml:space="preserve">[29:07] </w:t>
      </w:r>
      <w:r>
        <w:t>bohat bari opportunity. yani ghusse ka ek pehlu yeh tha ke ghusse ne aap ko bharka diya, aap ke andar aag laga di.</w:t>
      </w:r>
    </w:p>
    <w:p>
      <w:pPr>
        <w:jc w:val="right"/>
      </w:pPr>
      <w:r>
        <w:t>بہت بڑی اپرچونیٹی۔ یعنی غصے کا ایک پہلو یہ تھا کہ غصے نے آپ کو بھڑکا دیا، آپ کے اندر آگ لگا دی۔</w:t>
      </w:r>
    </w:p>
    <w:p>
      <w:r>
        <w:rPr>
          <w:b/>
        </w:rPr>
        <w:t xml:space="preserve">[29:16] </w:t>
      </w:r>
      <w:r>
        <w:t>lekin doosra aspect yeh hai ke agar aap ghusse ko pee len,</w:t>
      </w:r>
    </w:p>
    <w:p>
      <w:pPr>
        <w:jc w:val="right"/>
      </w:pPr>
      <w:r>
        <w:t>لیکن دوسرا اسپیکٹ یہ ہے کہ اگر آپ غصے کو پی لیں،</w:t>
      </w:r>
    </w:p>
    <w:p>
      <w:r>
        <w:rPr>
          <w:b/>
        </w:rPr>
        <w:t xml:space="preserve">[29:25] </w:t>
      </w:r>
      <w:r>
        <w:t>agar aap ghusse ko andar andar diffuse kar den to kya hai?</w:t>
      </w:r>
    </w:p>
    <w:p>
      <w:pPr>
        <w:jc w:val="right"/>
      </w:pPr>
      <w:r>
        <w:t>اگر آپ غصے کو اندر اندر ڈیفیوز کر دیں تو کیا ہے؟</w:t>
      </w:r>
    </w:p>
    <w:p>
      <w:r>
        <w:rPr>
          <w:b/>
        </w:rPr>
        <w:t xml:space="preserve">[29:34] </w:t>
      </w:r>
      <w:r>
        <w:t>woh goya aap, woh goya ke aap ne is ko aik aik opportunity ke roop mein liya ke ghusse ko super blessing hazir karne ke liye aap opportunity bana di.</w:t>
      </w:r>
    </w:p>
    <w:p>
      <w:pPr>
        <w:jc w:val="right"/>
      </w:pPr>
      <w:r>
        <w:t>وہ گویا آپ، وہ گویا کہ آپ نے اس کو ایک ایک اپرچونیٹی کے روپ میں لیا کہ غصے کو سپر بلیسنگ حاضر کرنے کے لیے آپ اپرچونیٹی بنا دیا۔</w:t>
      </w:r>
    </w:p>
    <w:p>
      <w:r>
        <w:rPr>
          <w:b/>
        </w:rPr>
        <w:t xml:space="preserve">[29:47] </w:t>
      </w:r>
      <w:r>
        <w:t>aap ne</w:t>
      </w:r>
    </w:p>
    <w:p>
      <w:pPr>
        <w:jc w:val="right"/>
      </w:pPr>
      <w:r>
        <w:t>آپ نے</w:t>
      </w:r>
    </w:p>
    <w:p>
      <w:r>
        <w:rPr>
          <w:b/>
        </w:rPr>
        <w:t xml:space="preserve">[29:52] </w:t>
      </w:r>
      <w:r>
        <w:t>yeh hai is ka matlab to ghusse ko convert kiya aap ne aik super blessing ke liye. yeh hai spiritual food banaya is ko aap ne,</w:t>
      </w:r>
    </w:p>
    <w:p>
      <w:pPr>
        <w:jc w:val="right"/>
      </w:pPr>
      <w:r>
        <w:t>یہ ہے اس کا مطلب تو غصے کو کنورٹ کیا آپ نے ایک سپر بلیسنگ کے لیے۔ یہ ہے اسپریچول فوڈ بنایا اس کو آپ نے،</w:t>
      </w:r>
    </w:p>
    <w:p>
      <w:r>
        <w:rPr>
          <w:b/>
        </w:rPr>
        <w:t xml:space="preserve">[30:03] </w:t>
      </w:r>
      <w:r>
        <w:t>yani ghusse ko aap ne spiritual food banaya.</w:t>
      </w:r>
    </w:p>
    <w:p>
      <w:pPr>
        <w:jc w:val="right"/>
      </w:pPr>
      <w:r>
        <w:t>یعنی غصے کو آپ نے اسپریچول فوڈ بنایا۔</w:t>
      </w:r>
    </w:p>
    <w:p>
      <w:r>
        <w:rPr>
          <w:b/>
        </w:rPr>
        <w:t xml:space="preserve">[30:11] </w:t>
      </w:r>
      <w:r>
        <w:t>to yeh hai woh insan jo</w:t>
      </w:r>
    </w:p>
    <w:p>
      <w:pPr>
        <w:jc w:val="right"/>
      </w:pPr>
      <w:r>
        <w:t>تو یہ ہے وہ انسان جو</w:t>
      </w:r>
    </w:p>
    <w:p>
      <w:r>
        <w:rPr>
          <w:b/>
        </w:rPr>
        <w:t xml:space="preserve">[30:21] </w:t>
      </w:r>
      <w:r>
        <w:t>jannati, jis ko jannati insan kaha jaye.</w:t>
      </w:r>
    </w:p>
    <w:p>
      <w:pPr>
        <w:jc w:val="right"/>
      </w:pPr>
      <w:r>
        <w:t>جنتی، جس کو جنتی انسان کہا جائے۔</w:t>
      </w:r>
    </w:p>
    <w:p>
      <w:r>
        <w:rPr>
          <w:b/>
        </w:rPr>
        <w:t xml:space="preserve">[30:25] </w:t>
      </w:r>
      <w:r>
        <w:t>is par ghor karte hue mujhe aik aur baat samajh mein aayi, woh yeh hai ke jo log bohat zyada material comfort mein jeete hain,</w:t>
      </w:r>
    </w:p>
    <w:p>
      <w:pPr>
        <w:jc w:val="right"/>
      </w:pPr>
      <w:r>
        <w:t>اس پر غور کرتے ہوئے مجھے ایک اور بات سمجھ میں آئی، وہ یہ ہے کہ جو لوگ بہت زیادہ مٹیریل کمفرٹ میں جیتے ہیں،</w:t>
      </w:r>
    </w:p>
    <w:p>
      <w:r>
        <w:rPr>
          <w:b/>
        </w:rPr>
        <w:t xml:space="preserve">[30:36] </w:t>
      </w:r>
      <w:r>
        <w:t>log luxury mein jeete hain, material comfort mein jeete hain, woh apne liye aik bohat bari, aik bohat bara risk le rahe hain. woh apne aap ko desensitize kar rahe hain, yani spiritually desensitize person bana rahe hain.</w:t>
      </w:r>
    </w:p>
    <w:p>
      <w:pPr>
        <w:jc w:val="right"/>
      </w:pPr>
      <w:r>
        <w:t>لوگ لگزری میں جیتے ہیں، مٹیریل کمفرٹ میں جیتے ہیں، وہ اپنے لیے ایک بہت بڑی، ایک بہت بڑا رسک لے رہے ہیں۔ وہ اپنے آپ کو ڈی سینسٹائز کر رہے ہیں، یعنی اسپریچولی ڈی سینسٹائز پرسن بنا رہے ہیں۔</w:t>
      </w:r>
    </w:p>
    <w:p>
      <w:r>
        <w:rPr>
          <w:b/>
        </w:rPr>
        <w:t xml:space="preserve">[30:54] </w:t>
      </w:r>
      <w:r>
        <w:t>woh sensitivity apne kam kar rahe hain, khatam kar rahe hain, jis se spiritual sentiment jaage aap ke andar. to yeh log spiritually desensitize person ban jayenge.</w:t>
      </w:r>
    </w:p>
    <w:p>
      <w:pPr>
        <w:jc w:val="right"/>
      </w:pPr>
      <w:r>
        <w:t>وہ سینسٹیوٹی اپنے کم کر رہے ہیں، ختم کر رہے ہیں، جس سے اسپریچول سینٹیمنٹ جاگے آپ کے اندر۔ تو یہ لوگ اسپریچولی ڈی سینسٹائز پرسن بن جائیں گے۔</w:t>
      </w:r>
    </w:p>
    <w:p>
      <w:r>
        <w:rPr>
          <w:b/>
        </w:rPr>
        <w:t xml:space="preserve">[31:07] </w:t>
      </w:r>
      <w:r>
        <w:t>phir kya hoga? opportunity aayegi, is ko avail nahi kar sakenge. woh to kitni bari mehroomi yeh hai, ghor kijiye aap ke jo aadmi spiritually desensitize ho jaye to us se bari mehroomi aur kya ho sakti hai?</w:t>
      </w:r>
    </w:p>
    <w:p>
      <w:pPr>
        <w:jc w:val="right"/>
      </w:pPr>
      <w:r>
        <w:t>پھر کیا ہوگا؟ اپرچونیٹی آئے گی، اس کو اویل نہیں کر سکیں گے۔ وہ تو کتنی بڑی محرومی یہ ہے، غور کیجئے آپ کہ جو آدمی اسپریچولی ڈی سینسٹائز ہو جائے تو اس سے بڑی محرومی اور کیا ہو سکتی ہے؟</w:t>
      </w:r>
    </w:p>
    <w:p>
      <w:r>
        <w:rPr>
          <w:b/>
        </w:rPr>
        <w:t xml:space="preserve">[31:24] </w:t>
      </w:r>
      <w:r>
        <w:t>kyun ke sensitivity bohat zaroori hai, sensitivity bohat zaroori hai.</w:t>
      </w:r>
    </w:p>
    <w:p>
      <w:pPr>
        <w:jc w:val="right"/>
      </w:pPr>
      <w:r>
        <w:t>کیونکہ سینسٹیوٹی بہت ضروری ہے، سینسٹیوٹی بہت ضروری ہے۔</w:t>
      </w:r>
    </w:p>
    <w:p>
      <w:r>
        <w:rPr>
          <w:b/>
        </w:rPr>
        <w:t xml:space="preserve">[31:34] </w:t>
      </w:r>
      <w:r>
        <w:t>dekhen, ghussa jab aata hai to ghussa aap ko kisi aadmi se takrao mein daal deta hai. isi tarah se aap ko kisi ne pathar maar diya,</w:t>
      </w:r>
    </w:p>
    <w:p>
      <w:pPr>
        <w:jc w:val="right"/>
      </w:pPr>
      <w:r>
        <w:t>دیکھیں، غصہ جب آتا ہے تو غصہ آپ کو کسی آدمی سے ٹکراؤ میں ڈال دیتا ہے۔ اسی طرح سے آپ کو کسی نے پتھر مار دیا،</w:t>
      </w:r>
    </w:p>
    <w:p>
      <w:r>
        <w:rPr>
          <w:b/>
        </w:rPr>
        <w:t xml:space="preserve">[31:45] </w:t>
      </w:r>
      <w:r>
        <w:t>aap ko koi nuqsan pohncha diya to woh bhi, woh bhi aik opportunity laya hai. woh woh cheez bhi aik opportunity laya hai aap ke liye.</w:t>
      </w:r>
    </w:p>
    <w:p>
      <w:pPr>
        <w:jc w:val="right"/>
      </w:pPr>
      <w:r>
        <w:t>آپ کو کوئی نقصان پہنچا دیا تو وہ بھی، وہ بھی ایک اپرچونیٹی لایا ہے۔ وہ وہ چیز بھی ایک اپرچونیٹی لایا ہے آپ کے لیے۔</w:t>
      </w:r>
    </w:p>
    <w:p>
      <w:r>
        <w:rPr>
          <w:b/>
        </w:rPr>
        <w:t xml:space="preserve">[31:55] </w:t>
      </w:r>
      <w:r>
        <w:t>is liye ke main ne, jaise ke aap jante hain ke do pathar agar takrayen to kya hota hai? aik chingari nikalti hai, aik sparking hoti hai.</w:t>
      </w:r>
    </w:p>
    <w:p>
      <w:pPr>
        <w:jc w:val="right"/>
      </w:pPr>
      <w:r>
        <w:t>اس لیے کہ میں نے، جیسے کہ آپ جانتے ہیں کہ دو پتھر اگر ٹکرائیں تو کیا ہوتا ہے؟ ایک چنگاری نکلتی ہے، ایک اسپارکنگ ہوتی ہے۔</w:t>
      </w:r>
    </w:p>
    <w:p>
      <w:r>
        <w:rPr>
          <w:b/>
        </w:rPr>
        <w:t xml:space="preserve">[32:07] </w:t>
      </w:r>
      <w:r>
        <w:t>to takrao mein bhi aik hamare liye opportunity hai.</w:t>
      </w:r>
    </w:p>
    <w:p>
      <w:pPr>
        <w:jc w:val="right"/>
      </w:pPr>
      <w:r>
        <w:t>تو ٹکراؤ میں بھی ایک ہمارے لیے اپرچونیٹی ہے۔</w:t>
      </w:r>
    </w:p>
    <w:p>
      <w:r>
        <w:rPr>
          <w:b/>
        </w:rPr>
        <w:t xml:space="preserve">[32:15] </w:t>
      </w:r>
      <w:r>
        <w:t>isi liye aik aik aik psychology ke aik aik expert ne kaha hai ke "when brain damage sparks talent" jab brain par koi sadma pohnchta hai to us ke andar aik aik naya talent jaagta hai.</w:t>
      </w:r>
    </w:p>
    <w:p>
      <w:pPr>
        <w:jc w:val="right"/>
      </w:pPr>
      <w:r>
        <w:t>اسی لیے ایک ایک ایک سائیکالوجی کے ایک ایک ایکسپرٹ نے کہا ہے کہ "وین برین ڈیمج اسپارس ٹیلنٹ" جب برین پر کوئی صدمہ پہنچتا ہے تو اس کے اندر ایک ایک نیا ٹیلنٹ جاگتا ہے۔</w:t>
      </w:r>
    </w:p>
    <w:p>
      <w:r>
        <w:rPr>
          <w:b/>
        </w:rPr>
        <w:t xml:space="preserve">[32:37] </w:t>
      </w:r>
      <w:r>
        <w:t>to agar kisi ne aap ke brain ko sadma pohnchaya, aap ko koi dukh pohnchaya, aap ko koi takleef pohnchayi to us ne bhi aap ko aik opportunity create ki, us ne aap ke liye.</w:t>
      </w:r>
    </w:p>
    <w:p>
      <w:pPr>
        <w:jc w:val="right"/>
      </w:pPr>
      <w:r>
        <w:t>تو اگر کسی نے آپ کے برین کو صدمہ پہنچایا، آپ کو کوئی دکھ پہنچایا، آپ کو کوئی تکلیف پہنچائی تو اس نے بھی آپ کو ایک اپرچونیٹی کریٹ کی، اس نے آپ کے لیے۔</w:t>
      </w:r>
    </w:p>
    <w:p>
      <w:r>
        <w:rPr>
          <w:b/>
        </w:rPr>
        <w:t xml:space="preserve">[32:50] </w:t>
      </w:r>
      <w:r>
        <w:t>yeh bohat hi important point hai, is ko aap samjhiye ke jab koi shakhs aap ko koi dukh pohnchata hai, aap ko koi sadma pohnchata hai, aap ko koi shakk lagta hai kisi ke kisi kaam se</w:t>
      </w:r>
    </w:p>
    <w:p>
      <w:pPr>
        <w:jc w:val="right"/>
      </w:pPr>
      <w:r>
        <w:t>یہ بہت ہی امپورٹنٹ پوائنٹ ہے، اس کو آپ سمجھئے کہ جب کوئی شخص آپ کو کوئی دکھ پہنچاتا ہے، آپ کو کوئی صدمہ پہنچاتا ہے، آپ کو کوئی شک لگتا ہے کسی کے کسی کام سے</w:t>
      </w:r>
    </w:p>
    <w:p>
      <w:r>
        <w:rPr>
          <w:b/>
        </w:rPr>
        <w:t xml:space="preserve">[33:08] </w:t>
      </w:r>
      <w:r>
        <w:t>to us ke maani hain ke us ne aap ko aik opportunity di ke aap ka brain jo hai, us ke andar sparking ho, aap ke brain mein aik nayi taqat jaage.</w:t>
      </w:r>
    </w:p>
    <w:p>
      <w:pPr>
        <w:jc w:val="right"/>
      </w:pPr>
      <w:r>
        <w:t>تو اس کے معنی ہیں کہ اس نے آپ کو ایک اپرچونیٹی دی کہ آپ کا برین جو ہے، اس کے اندر اسپارکنگ ہو، آپ کے برین میں ایک نئی طاقت جاگے۔</w:t>
      </w:r>
    </w:p>
    <w:p>
      <w:r>
        <w:rPr>
          <w:b/>
        </w:rPr>
        <w:t xml:space="preserve">[33:22] </w:t>
      </w:r>
      <w:r>
        <w:t>yeh kitni ajeeb baat hai "when brain damage sparks talent" to agar aap ghussa na hon, agar aap ke andar negative thought na aaye to kya hoga?</w:t>
      </w:r>
    </w:p>
    <w:p>
      <w:pPr>
        <w:jc w:val="right"/>
      </w:pPr>
      <w:r>
        <w:t>یہ کتنی عجیب بات ہے "وین برین ڈیمج اسپارس ٹیلنٹ" تو اگر آپ غصہ نہ ہوں، اگر آپ کے اندر نیگیٹیو تھاٹ نہ آئے تو کیا ہوگا؟</w:t>
      </w:r>
    </w:p>
    <w:p>
      <w:r>
        <w:rPr>
          <w:b/>
        </w:rPr>
        <w:t xml:space="preserve">[33:38] </w:t>
      </w:r>
      <w:r>
        <w:t>aap is ko aik opportunity ke tor par lenge aur phir aap apni mind ko positive rakh kar ke apne aap ko intellectual development ka zariya bana lenge.</w:t>
      </w:r>
    </w:p>
    <w:p>
      <w:pPr>
        <w:jc w:val="right"/>
      </w:pPr>
      <w:r>
        <w:t>آپ اس کو ایک اپرچونیٹی کے طور پر لیں گے اور پھر آپ اپنی مائنڈ کو پازیٹیو رکھ کر کے اپنے آپ کو انٹلیکچول ڈیویلپمنٹ کا ذریعہ بنا لیں گے۔</w:t>
      </w:r>
    </w:p>
    <w:p>
      <w:r>
        <w:rPr>
          <w:b/>
        </w:rPr>
        <w:t xml:space="preserve">[33:48] </w:t>
      </w:r>
      <w:r>
        <w:t>is ko yani woh mauqa jab ke aap ke dimagh ko sadma pohncha hai, agar aap us waqt negative ban jayen to is ka maani kya hua?</w:t>
      </w:r>
    </w:p>
    <w:p>
      <w:pPr>
        <w:jc w:val="right"/>
      </w:pPr>
      <w:r>
        <w:t>اس کو یعنی وہ موقع جب کہ آپ کے دماغ کو صدمہ پہنچا ہے، اگر آپ اس وقت نیگیٹیو بن جائیں تو اس کا معنی کیا ہوا؟</w:t>
      </w:r>
    </w:p>
    <w:p>
      <w:r>
        <w:rPr>
          <w:b/>
        </w:rPr>
        <w:t xml:space="preserve">[34:01] </w:t>
      </w:r>
      <w:r>
        <w:t>intellectual development ka aik mauqa tha, is ko aap ne kho diya. lekin</w:t>
      </w:r>
    </w:p>
    <w:p>
      <w:pPr>
        <w:jc w:val="right"/>
      </w:pPr>
      <w:r>
        <w:t>انٹلیکچول ڈیویلپمنٹ کا ایک موقع تھا، اس کو آپ نے کھو دیا۔ لیکن</w:t>
      </w:r>
    </w:p>
    <w:p>
      <w:r>
        <w:rPr>
          <w:b/>
        </w:rPr>
        <w:t xml:space="preserve">[34:06] </w:t>
      </w:r>
      <w:r>
        <w:t>agar aap ghussa na hon, aap apni positivity ko baqi rakhen to is ka matlab yeh hoga ke aap ne</w:t>
      </w:r>
    </w:p>
    <w:p>
      <w:pPr>
        <w:jc w:val="right"/>
      </w:pPr>
      <w:r>
        <w:t>اگر آپ غصہ نہ ہوں، آپ اپنی پازیٹیوٹی کو باقی رکھیں تو اس کا مطلب یہ ہوگا کہ آپ نے</w:t>
      </w:r>
    </w:p>
    <w:p>
      <w:r>
        <w:rPr>
          <w:b/>
        </w:rPr>
        <w:t xml:space="preserve">[34:16] </w:t>
      </w:r>
      <w:r>
        <w:t>intellectual intellectual development ke ek mauqe ko ya spiritual development ke ek mauqe ko avail kiya. yeh hai spiritual food ke sath dunya mein zinda rehna.</w:t>
      </w:r>
    </w:p>
    <w:p>
      <w:pPr>
        <w:jc w:val="right"/>
      </w:pPr>
      <w:r>
        <w:t>انٹلیکچول انٹلیکچول ڈیویلپمنٹ کے ایک موقع کو یا اسپریچول ڈیویلپمنٹ کے ایک موقع کو اویل کیا۔ یہ ہے اسپریچول فوڈ کے ساتھ دنیا میں زندہ رہنا۔</w:t>
      </w:r>
    </w:p>
    <w:p>
      <w:r>
        <w:rPr>
          <w:b/>
        </w:rPr>
        <w:t xml:space="preserve">[34:31] </w:t>
      </w:r>
      <w:r>
        <w:t>aise nature mein bohat se model hain, misaal ke taur par maine is mein ek bar TV mein dekh raha tha jo geographical society ka woh aata hai to jangal ka manzar dikha raha tha.</w:t>
      </w:r>
    </w:p>
    <w:p>
      <w:pPr>
        <w:jc w:val="right"/>
      </w:pPr>
      <w:r>
        <w:t>ایسے نیچر میں بہت سے ماڈل ہیں، مثلاً میں نے اس میں ایک بار میں ٹی وی میں دیکھ رہا تھا جو جیوگرافیکل سوسائٹی کا وہ آتا ہے تو جنگل کا منظر دکھا رہا تھا۔</w:t>
      </w:r>
    </w:p>
    <w:p>
      <w:r>
        <w:rPr>
          <w:b/>
        </w:rPr>
        <w:t xml:space="preserve">[34:47] </w:t>
      </w:r>
      <w:r>
        <w:t>woh</w:t>
      </w:r>
    </w:p>
    <w:p>
      <w:pPr>
        <w:jc w:val="right"/>
      </w:pPr>
      <w:r>
        <w:t>وہ</w:t>
      </w:r>
    </w:p>
    <w:p>
      <w:r>
        <w:rPr>
          <w:b/>
        </w:rPr>
        <w:t xml:space="preserve">[34:49] </w:t>
      </w:r>
      <w:r>
        <w:t>to maine dekha ke Africa ke jangalon mein jahan sher hain aur hathi hain, to maine dekha ke ek hathi, bohat bara hathi, aur zor zor se bolta hua aa raha hai aur idhar se chaar sher ja rahe hain.</w:t>
      </w:r>
    </w:p>
    <w:p>
      <w:pPr>
        <w:jc w:val="right"/>
      </w:pPr>
      <w:r>
        <w:t>تو میں نے دیکھا کہ افریقہ کے جنگلوں میں جہاں شیر ہیں اور ہاتھی ہیں، تو میں نے دیکھا کہ ایک ہاتھی، بہت بڑا ہاتھی، اور زور زور سے بولتا ہوا آ رہا ہے اور ادھر سے چار شیر جا رہے ہیں۔</w:t>
      </w:r>
    </w:p>
    <w:p>
      <w:r>
        <w:rPr>
          <w:b/>
        </w:rPr>
        <w:t xml:space="preserve">[35:05] </w:t>
      </w:r>
      <w:r>
        <w:t>yaani ek hi path hai, idhar se ek bara hathi changharta hua aa raha hai, shayad woh pagal ho gaya ho kyunke hathi pagal ho jate hain aur cheekte chalate hain bohat zyada.</w:t>
      </w:r>
    </w:p>
    <w:p>
      <w:pPr>
        <w:jc w:val="right"/>
      </w:pPr>
      <w:r>
        <w:t>یعنی ایک ہی پاتھ ہے، ادھر سے ایک بڑا ہاتھی چنگھاڑتا ہوا آ رہا ہے، شاید وہ پاگل ہو گیا ہو کیونکہ ہاتھی پاگل ہو جاتے ہیں اور چیختے چلاتے ہیں بہت زیادہ۔</w:t>
      </w:r>
    </w:p>
    <w:p>
      <w:r>
        <w:rPr>
          <w:b/>
        </w:rPr>
        <w:t xml:space="preserve">[35:19] </w:t>
      </w:r>
      <w:r>
        <w:t>idhar se chaar sher ja rahe hain lekin main heran reh gaya dekh kar ke chaaron sheron ne rasta badal diya apna.</w:t>
      </w:r>
    </w:p>
    <w:p>
      <w:pPr>
        <w:jc w:val="right"/>
      </w:pPr>
      <w:r>
        <w:t>ادھر سے چار شیر جا رہے ہیں لیکن میں حیران رہ گیا دیکھ کر کہ چاروں شیروں نے راستہ بدل دیا اپنا۔</w:t>
      </w:r>
    </w:p>
    <w:p>
      <w:r>
        <w:rPr>
          <w:b/>
        </w:rPr>
        <w:t xml:space="preserve">[35:29] </w:t>
      </w:r>
      <w:r>
        <w:t>yaani aisa nahi kaha ke seedhe woh jayen aur sher se sher jo hai woh hathi se takra jaye. wahan ek hathi tha, idhar chaar sher the lekin sheron ne takrane, yaani takrane ki koshish nahi ki aur apna khud apna rasta badal l</w:t>
      </w:r>
    </w:p>
    <w:p>
      <w:pPr>
        <w:jc w:val="right"/>
      </w:pPr>
      <w:r>
        <w:t>یعنی ایسا نہیں کہا کہ سیدھے وہ جائیں اور شیر سے شیر جو ہے وہ ہاتھی سے ٹکرا جائے۔ وہاں ایک ہاتھی تھا، ادھر چار شیر تھے لیکن شیروں نے ٹکرانے، یعنی ٹکرانے کی کوشش نہیں کی اور اپنا خود اپنا راستہ بدل ل</w:t>
      </w:r>
    </w:p>
    <w:p>
      <w:r>
        <w:rPr>
          <w:b/>
        </w:rPr>
        <w:t xml:space="preserve">[35:45] </w:t>
      </w:r>
      <w:r>
        <w:t>iya. to hathi to seedha chalta hua nikal gaya aage aur sher jo the woh kinare se avoid kar ke aage chale gaye.</w:t>
      </w:r>
    </w:p>
    <w:p>
      <w:pPr>
        <w:jc w:val="right"/>
      </w:pPr>
      <w:r>
        <w:t>یا۔ تو ہاتھی تو سیدھا چلتا ہوا نکل گیا آگے اور شیر جو تھے وہ کنارے سے اوائڈ کر کے آگے چلے گئے۔</w:t>
      </w:r>
    </w:p>
    <w:p>
      <w:r>
        <w:rPr>
          <w:b/>
        </w:rPr>
        <w:t xml:space="preserve">[35:55] </w:t>
      </w:r>
      <w:r>
        <w:t>to maine kaha ke dekhiye, yeh hai sher ka tareeqa. hum log samajhte hain ke sher ka tareeqa lad jana hai. jab hum sher ka bolte hain ke yeh aadmi sher hai to is ka matlab ke jhukne wala nahi hai.</w:t>
      </w:r>
    </w:p>
    <w:p>
      <w:pPr>
        <w:jc w:val="right"/>
      </w:pPr>
      <w:r>
        <w:t>تو میں نے کہا کہ دیکھیے، یہ ہے شیر کا طریقہ۔ ہم لوگ سمجھتے ہیں کہ شیر کا طریقہ لڑ جانا ہے۔ جب ہم شیر کا بولتے ہیں کہ یہ آدمی شیر ہے تو اس کا مطلب کہ جھکنے والا نہیں ہے۔</w:t>
      </w:r>
    </w:p>
    <w:p>
      <w:r>
        <w:rPr>
          <w:b/>
        </w:rPr>
        <w:t xml:space="preserve">[36:10] </w:t>
      </w:r>
      <w:r>
        <w:t>jab kisi ke bare mein kehte hain ke yeh sher hai to is ka matlab yeh hota hai ke jhukne wala nahi hai, yeh lad kar apna rasta aage banata hai.</w:t>
      </w:r>
    </w:p>
    <w:p>
      <w:pPr>
        <w:jc w:val="right"/>
      </w:pPr>
      <w:r>
        <w:t>جب کسی کے بارے میں کہتے ہیں کہ یہ شیر ہے تو اس کا مطلب یہ ہوتا ہے کہ جھکنے والا نہیں ہے، یہ لڑ کر اپنا راستہ آگے بناتا ہے۔</w:t>
      </w:r>
    </w:p>
    <w:p>
      <w:r>
        <w:rPr>
          <w:b/>
        </w:rPr>
        <w:t xml:space="preserve">[36:20] </w:t>
      </w:r>
      <w:r>
        <w:t>lekin jo real sher jo Khuda ne banaya hai nature mein hamare liye model ke taur par, woh aisa nahi hai. woh sher avoid karta hai,</w:t>
      </w:r>
    </w:p>
    <w:p>
      <w:pPr>
        <w:jc w:val="right"/>
      </w:pPr>
      <w:r>
        <w:t>لیکن جو ریئل شیر جو خدا نے بنایا ہے نیچر میں ہمارے لیے ماڈل کے طور پر، وہ ایسا نہیں ہے۔ وہ شیر اوائڈ کرتا ہے،</w:t>
      </w:r>
    </w:p>
    <w:p>
      <w:r>
        <w:rPr>
          <w:b/>
        </w:rPr>
        <w:t xml:space="preserve">[36:32] </w:t>
      </w:r>
      <w:r>
        <w:t>iska tareeqa avoid karne ka hai, takraao ka tareeqa nahi hai.</w:t>
      </w:r>
    </w:p>
    <w:p>
      <w:pPr>
        <w:jc w:val="right"/>
      </w:pPr>
      <w:r>
        <w:t>اس کا طریقہ اوائڈ کرنے کا ہے، ٹکراؤ کا طریقہ نہیں ہے۔</w:t>
      </w:r>
    </w:p>
    <w:p>
      <w:r>
        <w:rPr>
          <w:b/>
        </w:rPr>
        <w:t xml:space="preserve">[36:41] </w:t>
      </w:r>
      <w:r>
        <w:t>to yeh</w:t>
      </w:r>
    </w:p>
    <w:p>
      <w:pPr>
        <w:jc w:val="right"/>
      </w:pPr>
      <w:r>
        <w:t>تو یہ</w:t>
      </w:r>
    </w:p>
    <w:p>
      <w:r>
        <w:rPr>
          <w:b/>
        </w:rPr>
        <w:t xml:space="preserve">[36:45] </w:t>
      </w:r>
      <w:r>
        <w:t>nature ko agar hum ghaur se dekhen, nature se lesson lete rahen to beshumar is mein lesson hamare liye maujood hain.</w:t>
      </w:r>
    </w:p>
    <w:p>
      <w:pPr>
        <w:jc w:val="right"/>
      </w:pPr>
      <w:r>
        <w:t>نیچر کو اگر ہم غور سے دیکھیں، نیچر سے لیسن لیتے رہیں تو بے شمار اس میں لیسن ہمارے لیے موجود ہیں۔</w:t>
      </w:r>
    </w:p>
    <w:p>
      <w:r>
        <w:rPr>
          <w:b/>
        </w:rPr>
        <w:t xml:space="preserve">[36:56] </w:t>
      </w:r>
      <w:r>
        <w:t>yeh jo tareeqa hai sabak lene ka, is ko Quran mein tasawwur kaha gaya hai. tasawwur ka matlab hota hai "to draw lesson". kisi baat ko aap ne dekha, us se ek sabak nikala, yeh hai tasawwur.</w:t>
      </w:r>
    </w:p>
    <w:p>
      <w:pPr>
        <w:jc w:val="right"/>
      </w:pPr>
      <w:r>
        <w:t>یہ جو طریقہ ہے سبق لینے کا، اس کو قرآن میں توسم کہا گیا ہے۔ توسم کا مطلب ہوتا ہے "ٹو ڈرا لیسن"۔ کسی بات کو آپ نے دیکھا، اس سے ایک سبق نکالا، یہ ہے توسم۔</w:t>
      </w:r>
    </w:p>
    <w:p>
      <w:r>
        <w:rPr>
          <w:b/>
        </w:rPr>
        <w:t xml:space="preserve">[37:10] </w:t>
      </w:r>
      <w:r>
        <w:t>to tasawwur ko Quran mein ruhaniyat ka ya spirituality ka source bataya gaya hai. main samajhta hoon ke ruhaniyat ka ya spirituality ka woh tareeqa Quran ka tareeqa nahi hai ke aap ek kothri mein baith jayen, aankhen band kar len, chadar odh len aur wahan aap muraqba karen ya meditation karen.</w:t>
      </w:r>
    </w:p>
    <w:p>
      <w:pPr>
        <w:jc w:val="right"/>
      </w:pPr>
      <w:r>
        <w:t>تو توسم کو قرآن میں روحانیت کا یا اسپریچولیٹی کا سورس بتایا گیا ہے۔ میں سمجھتا ہوں کہ روحانیت کا یا اسپریچولیٹی کا وہ طریقہ قرآن کا طریقہ نہیں ہے کہ آپ ایک کوٹھری میں بیٹھ جائیں، آنکھیں بند کر لیں، چادر اوڑھ لیں اور وہاں آپ مراقبہ کریں یا میٹیشن کریں۔</w:t>
      </w:r>
    </w:p>
    <w:p>
      <w:r>
        <w:rPr>
          <w:b/>
        </w:rPr>
        <w:t xml:space="preserve">[37:34] </w:t>
      </w:r>
      <w:r>
        <w:t>yeh tareeqa Quran mein bataya nahi gaya hai.</w:t>
      </w:r>
    </w:p>
    <w:p>
      <w:pPr>
        <w:jc w:val="right"/>
      </w:pPr>
      <w:r>
        <w:t>یہ طریقہ قرآن میں بتایا نہیں گیا ہے۔</w:t>
      </w:r>
    </w:p>
    <w:p>
      <w:r>
        <w:rPr>
          <w:b/>
        </w:rPr>
        <w:t xml:space="preserve">[37:37] </w:t>
      </w:r>
      <w:r>
        <w:t>Quran ka tareeqa hai ke aankhen khol kar dekho dunya ko, tasawwur karo, dunya ki cheezen dekh dekh kar us se spiritual food hasil karo.</w:t>
      </w:r>
    </w:p>
    <w:p>
      <w:pPr>
        <w:jc w:val="right"/>
      </w:pPr>
      <w:r>
        <w:t>قرآن کا طریقہ ہے کہ آنکھیں کھول کر دیکھو دنیا کو، توسم کرو، دنیا کی چیزیں دیکھ دیکھ کر اس سے اسپریچول فوڈ حاصل کرو۔</w:t>
      </w:r>
    </w:p>
    <w:p>
      <w:r>
        <w:rPr>
          <w:b/>
        </w:rPr>
        <w:t xml:space="preserve">[37:47] </w:t>
      </w:r>
      <w:r>
        <w:t>yeh maine samjha hai.</w:t>
      </w:r>
    </w:p>
    <w:p>
      <w:pPr>
        <w:jc w:val="right"/>
      </w:pPr>
      <w:r>
        <w:t>یہ میں نے سمجھا ہے۔</w:t>
      </w:r>
    </w:p>
    <w:p>
      <w:r>
        <w:rPr>
          <w:b/>
        </w:rPr>
        <w:t xml:space="preserve">[37:54] </w:t>
      </w:r>
      <w:r>
        <w:t>to main samajhta hoon ke Quran ke mutabiq agar main kahoon ke nature mein tasawwur kar ke sabak nikalna,</w:t>
      </w:r>
    </w:p>
    <w:p>
      <w:pPr>
        <w:jc w:val="right"/>
      </w:pPr>
      <w:r>
        <w:t>تو میں سمجھتا ہوں کہ قرآن کے مطابق اگر میں کہوں کہ نیچر میں توسم کر کے سبق نکالنا،</w:t>
      </w:r>
    </w:p>
    <w:p>
      <w:r>
        <w:rPr>
          <w:b/>
        </w:rPr>
        <w:t xml:space="preserve">[38:07] </w:t>
      </w:r>
      <w:r>
        <w:t>yeh hai Quran ka ruhani tareeqa.</w:t>
      </w:r>
    </w:p>
    <w:p>
      <w:pPr>
        <w:jc w:val="right"/>
      </w:pPr>
      <w:r>
        <w:t>یہ ہے قرآن کا روحانی طریقہ۔</w:t>
      </w:r>
    </w:p>
    <w:p>
      <w:r>
        <w:rPr>
          <w:b/>
        </w:rPr>
        <w:t xml:space="preserve">[38:19] </w:t>
      </w:r>
      <w:r>
        <w:t>yaani maine formula banaya hai is ko ke nature plus tasawwur is equal to spiritual development.</w:t>
      </w:r>
    </w:p>
    <w:p>
      <w:pPr>
        <w:jc w:val="right"/>
      </w:pPr>
      <w:r>
        <w:t>یعنی میں نے فارمولا بنایا ہے اس کو کہ نیچر پلس توسم از ایکول ٹو اسپریچول ڈیویلپمنٹ۔</w:t>
      </w:r>
    </w:p>
    <w:p>
      <w:r>
        <w:rPr>
          <w:b/>
        </w:rPr>
        <w:t xml:space="preserve">[38:31] </w:t>
      </w:r>
      <w:r>
        <w:t>nature plus tasawwur is equal to spiritual development. maine dekha, yeh hai Qurani tasawwuf, yeh hai Qurani ruhaniyat jo base karti hai tasawwur par.</w:t>
      </w:r>
    </w:p>
    <w:p>
      <w:pPr>
        <w:jc w:val="right"/>
      </w:pPr>
      <w:r>
        <w:t>نیچر پلس توسم از ایکول ٹو اسپریچول ڈیویلپمنٹ۔ میں نے دیکھا، یہ ہے قرآنی تصوف، یہ ہے قرآنی روحانیت جو بیس کرتی ہے توسم پر۔</w:t>
      </w:r>
    </w:p>
    <w:p>
      <w:r>
        <w:rPr>
          <w:b/>
        </w:rPr>
        <w:t xml:space="preserve">[38:53] </w:t>
      </w:r>
      <w:r>
        <w:t>woh tareeqa jo ke aankh band kar ke muraqba karna, us ko maine Quran mein kahin nahi paya.</w:t>
      </w:r>
    </w:p>
    <w:p>
      <w:pPr>
        <w:jc w:val="right"/>
      </w:pPr>
      <w:r>
        <w:t>وہ طریقہ جو کہ آنکھ بند کر کے مراقبہ کرنا، اس کو میں نے قرآن میں کہیں نہیں پایا۔</w:t>
      </w:r>
    </w:p>
    <w:p>
      <w:r>
        <w:rPr>
          <w:b/>
        </w:rPr>
        <w:t xml:space="preserve">[38:59] </w:t>
      </w:r>
      <w:r>
        <w:t>khuli aankhon se dunya ko dekhna, surah al-imran ka aakhri ruku aap padhiye: "tafakkur fi khalq al-samawat wa ard rabbana ma khalaqta batilan" ke dunya ko dekh kar ke pukaar uthna ke khudaaya!</w:t>
      </w:r>
    </w:p>
    <w:p>
      <w:pPr>
        <w:jc w:val="right"/>
      </w:pPr>
      <w:r>
        <w:t>کھلی آنکھوں سے دنیا کو دیکھنا، سورہ آل عمران کا آخری رکوع آپ پڑھیے: "تفکر فی خلق السماوات ورد ربنا ما خلق باطلا" کہ دنیا کو دیکھ کر کے پکار اٹھنا کہ خدایا!</w:t>
      </w:r>
    </w:p>
    <w:p>
      <w:r>
        <w:rPr>
          <w:b/>
        </w:rPr>
        <w:t xml:space="preserve">[39:11] </w:t>
      </w:r>
      <w:r>
        <w:t>tu tu ne banaya hai dunya ko. tu dekh kar pukaar uthna, dekh kar realize karna, dekh kar discover karna, yeh hai islam ka ya quran ka tasawwuf ya is ki roohaniyat.</w:t>
      </w:r>
    </w:p>
    <w:p>
      <w:pPr>
        <w:jc w:val="right"/>
      </w:pPr>
      <w:r>
        <w:t>تو تو نے بنایا ہے دنیا کو۔ تو دیکھ کر پکار اٹھنا، دیکھ کر ریلائز کرنا، دیکھ کر ڈسکور کرنا، یہ ہے اسلام کا یا قرآن کا تصوف یا اس کی روحانیت۔</w:t>
      </w:r>
    </w:p>
    <w:p>
      <w:r>
        <w:rPr>
          <w:b/>
        </w:rPr>
        <w:t xml:space="preserve">[39:35] </w:t>
      </w:r>
      <w:r>
        <w:t>main samajhta hoon ke agar abhi yeh kahoon to yeh mubalgha nahi hoga ke islami tasawwuf kya hai? ke</w:t>
      </w:r>
    </w:p>
    <w:p>
      <w:pPr>
        <w:jc w:val="right"/>
      </w:pPr>
      <w:r>
        <w:t>میں سمجھتا ہوں کہ اگر ابھی یہ کہوں تو یہ مبالغہ نہیں ہوگا کہ اسلامی تصوف کیا ہے؟ کہ</w:t>
      </w:r>
    </w:p>
    <w:p>
      <w:r>
        <w:rPr>
          <w:b/>
        </w:rPr>
        <w:t xml:space="preserve">[39:50] </w:t>
      </w:r>
      <w:r>
        <w:t>"reading god in scriptures". "reading god in scriptures" and "seeing god in nature" yeh hai islami tasawwuf.</w:t>
      </w:r>
    </w:p>
    <w:p>
      <w:pPr>
        <w:jc w:val="right"/>
      </w:pPr>
      <w:r>
        <w:t>"ریڈنگ گاڈ ان اسکرپچرز"۔ "ریڈنگ گاڈ ان اسکرپچرز" اینڈ "سینگ گاڈ ان نیچر" یہ ہے اسلامی تصوف۔</w:t>
      </w:r>
    </w:p>
    <w:p>
      <w:r>
        <w:rPr>
          <w:b/>
        </w:rPr>
        <w:t xml:space="preserve">[40:05] </w:t>
      </w:r>
      <w:r>
        <w:t>"reading god in scriptures" and "seeing god in nature"</w:t>
      </w:r>
    </w:p>
    <w:p>
      <w:pPr>
        <w:jc w:val="right"/>
      </w:pPr>
      <w:r>
        <w:t>"ریڈنگ گاڈ ان اسکرپچرز" اینڈ "سینگ گاڈ ان نیچر"</w:t>
      </w:r>
    </w:p>
    <w:p>
      <w:r>
        <w:rPr>
          <w:b/>
        </w:rPr>
        <w:t xml:space="preserve">[40:12] </w:t>
      </w:r>
      <w:r>
        <w:t>yeh hai islam ki roohaniyat aur islam ka tasawwuf. jab aap is tarah se karte hain, is tarah se sochte hain, is tarah se tawassum karte hain to aap ko hairat angez tajrubaat hote hain.</w:t>
      </w:r>
    </w:p>
    <w:p>
      <w:pPr>
        <w:jc w:val="right"/>
      </w:pPr>
      <w:r>
        <w:t>یہ ہے اسلام کی روحانیت اور اسلام کا تصوف۔ جب آپ اس طرح سے کرتے ہیں، اس طرح سے سوچتے ہیں، اس طرح سے توسم کرتے ہیں تو آپ کو حیرت انگیز تجربات ہوتے ہیں۔</w:t>
      </w:r>
    </w:p>
    <w:p>
      <w:r>
        <w:rPr>
          <w:b/>
        </w:rPr>
        <w:t xml:space="preserve">[40:28] </w:t>
      </w:r>
      <w:r>
        <w:t>aap ko "presence of god" ka ehsaas hone lagta hai. har taraf aap ko khuda dikhai dene lagta hai.</w:t>
      </w:r>
    </w:p>
    <w:p>
      <w:pPr>
        <w:jc w:val="right"/>
      </w:pPr>
      <w:r>
        <w:t>آپ کو "پریزنس آف گاڈ" کا احساس ہونے لگتا ہے۔ ہر طرف آپ کو خدا دکھائی دینے لگتا ہے۔</w:t>
      </w:r>
    </w:p>
    <w:p>
      <w:r>
        <w:rPr>
          <w:b/>
        </w:rPr>
        <w:t xml:space="preserve">[40:37] </w:t>
      </w:r>
      <w:r>
        <w:t>jaise ek scientist ne jab nature ko padha to pukaar utha woh ke "who was the god who wrote these signs?" "who was the god who wrote these signs?" woh kaun khuda tha jis ne yeh saari cheezein likh dein?</w:t>
      </w:r>
    </w:p>
    <w:p>
      <w:pPr>
        <w:jc w:val="right"/>
      </w:pPr>
      <w:r>
        <w:t>جیسے ایک سائنٹسٹ نے جب نیچر کو پڑھا تو پکار اٹھا وہ کہ "ہو واز دا گاڈ ہو روٹ دیز سائن؟" "ہو واز دا گاڈ ہو روٹ دیز سائن؟" وہ کون خدا تھا جس نے یہ ساری چیزیں لکھ دیں؟</w:t>
      </w:r>
    </w:p>
    <w:p>
      <w:r>
        <w:rPr>
          <w:b/>
        </w:rPr>
        <w:t xml:space="preserve">[40:54] </w:t>
      </w:r>
      <w:r>
        <w:t>to jab aap nature mein sochte hain to aap ko "presence of god" ka ehsaas hone lagta hai.</w:t>
      </w:r>
    </w:p>
    <w:p>
      <w:pPr>
        <w:jc w:val="right"/>
      </w:pPr>
      <w:r>
        <w:t>تو جب آپ نیچر میں سوچتے ہیں تو آپ کو "پریزنس آف گاڈ" کا احساس ہونے لگتا ہے۔</w:t>
      </w:r>
    </w:p>
    <w:p>
      <w:r>
        <w:rPr>
          <w:b/>
        </w:rPr>
        <w:t xml:space="preserve">[41:01] </w:t>
      </w:r>
      <w:r>
        <w:t>khuda ki maujoodgi ka ehsaas aap ko apne dayen bayen neeche oopar khuda nazar aane lagta hai.</w:t>
      </w:r>
    </w:p>
    <w:p>
      <w:pPr>
        <w:jc w:val="right"/>
      </w:pPr>
      <w:r>
        <w:t>خدا کی موجودگی کا احساس آپ کو اپنے دائیں بائیں نیچے اوپر خدا نظر آنے لگتا ہے۔</w:t>
      </w:r>
    </w:p>
    <w:p>
      <w:r>
        <w:rPr>
          <w:b/>
        </w:rPr>
        <w:t xml:space="preserve">[41:10] </w:t>
      </w:r>
      <w:r>
        <w:t>jis zamane mein main apni kitaab "mazhab o jadeed challenge" likh raha tha, main adam bird mein tha us waqt to wahan pe ek sahab the, shah naseer ahmad.</w:t>
      </w:r>
    </w:p>
    <w:p>
      <w:pPr>
        <w:jc w:val="right"/>
      </w:pPr>
      <w:r>
        <w:t>جس زمانے میں میں اپنی کتاب "مذہب و جدید چیلنج" لکھ رہا تھا، میں آدم برڈ میں تھا اس وقت تو وہاں پہ ایک صاحب تھے، شاہ نصیر احمد۔</w:t>
      </w:r>
    </w:p>
    <w:p>
      <w:r>
        <w:rPr>
          <w:b/>
        </w:rPr>
        <w:t xml:space="preserve">[41:21] </w:t>
      </w:r>
      <w:r>
        <w:t>to main akela baitha hua tha, wohi kitaab mein masroof tha, padh raha tha, is ki study kar raha tha.</w:t>
      </w:r>
    </w:p>
    <w:p>
      <w:pPr>
        <w:jc w:val="right"/>
      </w:pPr>
      <w:r>
        <w:t>تو میں اکیلا بیٹھا ہوا تھا، وہی کتاب میں مشغول تھا، پڑھ رہا تھا، اس کی اسٹڈی کر رہا تھا۔</w:t>
      </w:r>
    </w:p>
    <w:p>
      <w:r>
        <w:rPr>
          <w:b/>
        </w:rPr>
        <w:t xml:space="preserve">[41:29] </w:t>
      </w:r>
      <w:r>
        <w:t>woh zamana tha woh</w:t>
      </w:r>
    </w:p>
    <w:p>
      <w:pPr>
        <w:jc w:val="right"/>
      </w:pPr>
      <w:r>
        <w:t>وہ زمانہ تھا وہ</w:t>
      </w:r>
    </w:p>
    <w:p>
      <w:r>
        <w:rPr>
          <w:b/>
        </w:rPr>
        <w:t xml:space="preserve">[41:31] </w:t>
      </w:r>
      <w:r>
        <w:t>. to shah naseer sahab aaye, bechare ab mar chuke hain. woh to unhon ne kaha ke "kya insaan khuda ko dekh sakta hai?" to achaanak mere zubaan se nikla ke "aap ne abhi tak khuda ko dekha nahi?"</w:t>
      </w:r>
    </w:p>
    <w:p>
      <w:pPr>
        <w:jc w:val="right"/>
      </w:pPr>
      <w:r>
        <w:t>۔ تو شاہ نصیر صاحب آئے، بیچارے اب مر چکے ہیں۔ وہ تو انہوں نے کہا کہ "کیا انسان خدا کو دیکھ سکتا ہے؟" تو اچانک میرے زبان سے نکلا کہ "آپ نے ابھی تک خدا کو دیکھا نہیں؟"</w:t>
      </w:r>
    </w:p>
    <w:p>
      <w:r>
        <w:rPr>
          <w:b/>
        </w:rPr>
        <w:t xml:space="preserve">[41:50] </w:t>
      </w:r>
      <w:r>
        <w:t>ke "aap ne abhi tak khuda ko dekha nahi?" to haqeeqat yeh hai ke jab aap ghaur karte hain, tawassum karte hain, tafakkur karte hain</w:t>
      </w:r>
    </w:p>
    <w:p>
      <w:pPr>
        <w:jc w:val="right"/>
      </w:pPr>
      <w:r>
        <w:t>کہ "آپ نے ابھی تک خدا کو دیکھا نہیں؟" تو حقیقت یہ ہے کہ جب آپ غور کرتے ہیں، توسم کرتے ہیں، تفکر کرتے ہیں</w:t>
      </w:r>
    </w:p>
    <w:p>
      <w:r>
        <w:rPr>
          <w:b/>
        </w:rPr>
        <w:t xml:space="preserve">[41:59] </w:t>
      </w:r>
      <w:r>
        <w:t>to in khuli aankhon se aap khuda ko dekhne lagte hain. aankhein band karne ki zaroorat nahi hai, kisi andheri kothri mein jaane ki zaroorat nahi hai. yeh saara zameen o aasman aap ke liye muraqbe ki kothri hai, muraqbe ka kamra hai.</w:t>
      </w:r>
    </w:p>
    <w:p>
      <w:pPr>
        <w:jc w:val="right"/>
      </w:pPr>
      <w:r>
        <w:t>تو ان کھلی آنکھوں سے آپ خدا کو دیکھنے لگتے ہیں۔ آنکھیں بند کرنے کی ضرورت نہیں ہے، کسی اندھیری کوٹھری میں جانے کی ضرورت نہیں ہے۔ یہ سارا زمین و آسمان آپ کے لیے مراقبے کی کوٹھری ہے، مراقبے کا کمرہ ہے۔</w:t>
      </w:r>
    </w:p>
    <w:p>
      <w:r>
        <w:rPr>
          <w:b/>
        </w:rPr>
        <w:t xml:space="preserve">[42:16] </w:t>
      </w:r>
      <w:r>
        <w:t>to khuda ko humein khuli aankhon se paana hai.</w:t>
      </w:r>
    </w:p>
    <w:p>
      <w:pPr>
        <w:jc w:val="right"/>
      </w:pPr>
      <w:r>
        <w:t>تو خدا کو ہمیں کھلی آنکھوں سے پانا ہے۔</w:t>
      </w:r>
    </w:p>
    <w:p>
      <w:r>
        <w:rPr>
          <w:b/>
        </w:rPr>
        <w:t xml:space="preserve">[42:23] </w:t>
      </w:r>
      <w:r>
        <w:t>"living with god" ka jo experience hai, "living with god" ka jo experience hai, woh khuli aankhon se humein karna hai.</w:t>
      </w:r>
    </w:p>
    <w:p>
      <w:pPr>
        <w:jc w:val="right"/>
      </w:pPr>
      <w:r>
        <w:t>"لیونگ ود گاڈ" کا جو ایکسپیرینس ہے، "لیونگ ود گاڈ" کا جو ایکسپیرینس ہے، وہ کھلی آنکھوں سے ہمیں کرنا ہے۔</w:t>
      </w:r>
    </w:p>
    <w:p>
      <w:r>
        <w:rPr>
          <w:b/>
        </w:rPr>
        <w:t xml:space="preserve">[42:33] </w:t>
      </w:r>
      <w:r>
        <w:t>yeh nahi ke hum kisi kothri mein chale jayen, wahan humein "living with god" ka tajruba ho. main is ko nahi maanta.</w:t>
      </w:r>
    </w:p>
    <w:p>
      <w:pPr>
        <w:jc w:val="right"/>
      </w:pPr>
      <w:r>
        <w:t>یہ نہیں کہ ہم کسی کوٹھری میں چلے جائیں، وہاں ہمیں "لیونگ ود گاڈ" کا تجربہ ہو۔ میں اس کو نہیں مانتا۔</w:t>
      </w:r>
    </w:p>
    <w:p>
      <w:r>
        <w:rPr>
          <w:b/>
        </w:rPr>
        <w:t xml:space="preserve">[42:40] </w:t>
      </w:r>
      <w:r>
        <w:t>nature mein jab aap khuda ko realize karne lagen, yaani creature mein aap jab creator ko paane lagen to wohi hai "living with god" ka experience.</w:t>
      </w:r>
    </w:p>
    <w:p>
      <w:pPr>
        <w:jc w:val="right"/>
      </w:pPr>
      <w:r>
        <w:t>نیچر میں جب آپ خدا کو ریلائز کرنے لگیں، یعنی کریچر میں آپ جب کریٹر کو پانے لگیں تو وہی ہے "لیونگ ود گاڈ" کا ایکسپیرینس۔</w:t>
      </w:r>
    </w:p>
    <w:p>
      <w:r>
        <w:rPr>
          <w:b/>
        </w:rPr>
        <w:t xml:space="preserve">[43:01] </w:t>
      </w:r>
      <w:r>
        <w:t>to</w:t>
      </w:r>
    </w:p>
    <w:p>
      <w:pPr>
        <w:jc w:val="right"/>
      </w:pPr>
      <w:r>
        <w:t>تو</w:t>
      </w:r>
    </w:p>
    <w:p>
      <w:r>
        <w:rPr>
          <w:b/>
        </w:rPr>
        <w:t xml:space="preserve">[43:06] </w:t>
      </w:r>
      <w:r>
        <w:t>main samajhta hoon ke islam mein jo roohaniyat hai, is ka</w:t>
      </w:r>
    </w:p>
    <w:p>
      <w:pPr>
        <w:jc w:val="right"/>
      </w:pPr>
      <w:r>
        <w:t>میں سمجھتا ہوں کہ اسلام میں جو روحانیت ہے، اس کا</w:t>
      </w:r>
    </w:p>
    <w:p>
      <w:r>
        <w:rPr>
          <w:b/>
        </w:rPr>
        <w:t xml:space="preserve">[43:16] </w:t>
      </w:r>
      <w:r>
        <w:t>is ka jo source hai, woh ek taraf khuda ki kitaab hai aur doosri taraf khuda ki khuda ki khuda ki makhlooqaat hain, khuda ki takhleeq hai, khuda ki creation hai.</w:t>
      </w:r>
    </w:p>
    <w:p>
      <w:pPr>
        <w:jc w:val="right"/>
      </w:pPr>
      <w:r>
        <w:t>اس کا جو سورس ہے، وہ ایک طرف خدا کی کتاب ہے اور دوسری طرف خدا کی خدا کی خدا کی مخلوقات ہیں، خدا کی تخلیق ہے، خدا کی کریشن ہے۔</w:t>
      </w:r>
    </w:p>
    <w:p>
      <w:r>
        <w:rPr>
          <w:b/>
        </w:rPr>
        <w:t xml:space="preserve">[43:31] </w:t>
      </w:r>
      <w:r>
        <w:t>quran mein ek ayat hai ke "yudkhil al-jannata urufan" yaani jin logon ko khuda jannat mein daakhil karega, un ke baray mein farmaya ke un ko aisi jannat mein daakhil karega jis ki unhein pehchan kara di hai.</w:t>
      </w:r>
    </w:p>
    <w:p>
      <w:pPr>
        <w:jc w:val="right"/>
      </w:pPr>
      <w:r>
        <w:t>قرآن میں ایک آیت ہے کہ "یدخل الجنت عرفال" یعنی جن لوگوں کو خدا جنت میں داخل کرے گا، ان کے بارے میں فرمایا کہ ان کو ایسی جنت میں داخل کرے گا جس کی انہیں پہچان کرا دی ہے۔</w:t>
      </w:r>
    </w:p>
    <w:p>
      <w:r>
        <w:rPr>
          <w:b/>
        </w:rPr>
        <w:t xml:space="preserve">[43:48] </w:t>
      </w:r>
      <w:r>
        <w:t>pehchan "yudkhiluhum al-jannata urufan"</w:t>
      </w:r>
    </w:p>
    <w:p>
      <w:pPr>
        <w:jc w:val="right"/>
      </w:pPr>
      <w:r>
        <w:t>پہچان "یدخلهم الجنت عرفال"</w:t>
      </w:r>
    </w:p>
    <w:p>
      <w:r>
        <w:rPr>
          <w:b/>
        </w:rPr>
        <w:t xml:space="preserve">[43:55] </w:t>
      </w:r>
      <w:r>
        <w:t>quran mein hai ke jab jannat walon ko phal diye jayenge to unhein laga ke unhein woh kahenge: "aise hi phal hamein dunya mein mile thay." is se maine yeh samjha hai ke yeh jo nature hai, yeh dunya jahan mein mein rakhe gaye hain, hum</w:t>
      </w:r>
    </w:p>
    <w:p>
      <w:pPr>
        <w:jc w:val="right"/>
      </w:pPr>
      <w:r>
        <w:t>قرآن میں ہے کہ جب جنت والوں کو پھل دیے جائیں گے تو انہیں لگا کہ انہیں وہ کہیں گے: "ایسے ہی پھل ہمیں دنیا میں ملے تھے۔" اس سے میں نے یہ سمجھا ہے کہ یہ جو نیچر ہے، یہ دنیا جہاں میں میں رکھے گئے ہیں، ہم</w:t>
      </w:r>
    </w:p>
    <w:p>
      <w:r>
        <w:rPr>
          <w:b/>
        </w:rPr>
        <w:t xml:space="preserve">[44:17] </w:t>
      </w:r>
      <w:r>
        <w:t>yeh jannat ka jis ko kehte hain prototype, jannat ka aik ibtidai namuna, aik prototype hai.</w:t>
      </w:r>
    </w:p>
    <w:p>
      <w:pPr>
        <w:jc w:val="right"/>
      </w:pPr>
      <w:r>
        <w:t>یہ جنت کا جس کو کہتے ہیں پروٹوٹائپ، جنت کا ایک ابتدائی نمونہ، ایک پروٹوٹائپ ہے۔</w:t>
      </w:r>
    </w:p>
    <w:p>
      <w:r>
        <w:rPr>
          <w:b/>
        </w:rPr>
        <w:t xml:space="preserve">[44:27] </w:t>
      </w:r>
      <w:r>
        <w:t>yeh woh sari cheezein jo jannat mein zyada refined way mein hongi, zyada perfect shakal mein hongi, zyada ideal surat mein hongi, woh sab is dunya mein less than perfect shakal mein rakh di gayi hain.</w:t>
      </w:r>
    </w:p>
    <w:p>
      <w:pPr>
        <w:jc w:val="right"/>
      </w:pPr>
      <w:r>
        <w:t>یہ وہ ساری چیزیں جو جنت میں زیادہ ریفائنڈ وے میں ہوں گی، زیادہ پرفیکٹ شکل میں ہوں گی، زیادہ آئیڈیل صورت میں ہوں گی، وہ سب اس دنیا میں لیس دین پرفیکٹ شکل میں رکھ دی گئی ہیں۔</w:t>
      </w:r>
    </w:p>
    <w:p>
      <w:r>
        <w:rPr>
          <w:b/>
        </w:rPr>
        <w:t xml:space="preserve">[44:43] </w:t>
      </w:r>
      <w:r>
        <w:t>to less than perfect mein perfect ko realize karna yahi hai jannat ka taaruf.</w:t>
      </w:r>
    </w:p>
    <w:p>
      <w:pPr>
        <w:jc w:val="right"/>
      </w:pPr>
      <w:r>
        <w:t>تو لیس دین پرفیکٹ میں پرفیکٹ کو ریلائز کرنا یہی ہے جنت کا تعارف۔</w:t>
      </w:r>
    </w:p>
    <w:p>
      <w:r>
        <w:rPr>
          <w:b/>
        </w:rPr>
        <w:t xml:space="preserve">[44:52] </w:t>
      </w:r>
      <w:r>
        <w:t>less than ideal mein ideal ko dekhna, less than perfect mein perfect ko pehchanna,</w:t>
      </w:r>
    </w:p>
    <w:p>
      <w:pPr>
        <w:jc w:val="right"/>
      </w:pPr>
      <w:r>
        <w:t>لیس دین آئیڈیل میں آئیڈیل کو دیکھنا، لیس دین پرفیکٹ میں پرفیکٹ کو پہچاننا،</w:t>
      </w:r>
    </w:p>
    <w:p>
      <w:r>
        <w:rPr>
          <w:b/>
        </w:rPr>
        <w:t xml:space="preserve">[45:01] </w:t>
      </w:r>
      <w:r>
        <w:t>prototype mein jannat ke prototype mein real jannat ko ka mushahida karna,</w:t>
      </w:r>
    </w:p>
    <w:p>
      <w:pPr>
        <w:jc w:val="right"/>
      </w:pPr>
      <w:r>
        <w:t>پروٹوٹائپ میں جنت کے پروٹوٹائپ میں ریئل جنت کو کا مشاہدہ کرنا،</w:t>
      </w:r>
    </w:p>
    <w:p>
      <w:r>
        <w:rPr>
          <w:b/>
        </w:rPr>
        <w:t xml:space="preserve">[45:08] </w:t>
      </w:r>
      <w:r>
        <w:t>mein samajhta hoon ke yahi hai jannat ka taaruf. aur jo log yeh nazar apne andar paida kar lein ke prototype mein woh jannat ko dekhne lagein, isi nature mein woh jannat ka taaruf hasil karne lagein,</w:t>
      </w:r>
    </w:p>
    <w:p>
      <w:pPr>
        <w:jc w:val="right"/>
      </w:pPr>
      <w:r>
        <w:t>میں سمجھتا ہوں کہ یہی ہے جنت کا تعارف۔ اور جو لوگ یہ نظر اپنے اندر پیدا کر لیں کہ پروٹوٹائپ میں وہ جنت کو دیکھنے لگیں، اسی نیچر میں وہ جنت کا تعارف حاصل کرنے لگیں،</w:t>
      </w:r>
    </w:p>
    <w:p>
      <w:r>
        <w:rPr>
          <w:b/>
        </w:rPr>
        <w:t xml:space="preserve">[45:24] </w:t>
      </w:r>
      <w:r>
        <w:t>to wahi woh log hain jin ko jannat mein paradise mein entry mile gi. yahan mein aik waqia arz karunga jo bohat hi relevant hai.</w:t>
      </w:r>
    </w:p>
    <w:p>
      <w:pPr>
        <w:jc w:val="right"/>
      </w:pPr>
      <w:r>
        <w:t>تو وہی وہ لوگ ہیں جن کو جنت میں پیراڈائز میں انٹری ملے گی۔ یہاں میں ایک واقعہ عرض کروں گا جو بہت ہی ریلیونٹ ہے۔</w:t>
      </w:r>
    </w:p>
    <w:p>
      <w:r>
        <w:rPr>
          <w:b/>
        </w:rPr>
        <w:t xml:space="preserve">[45:39] </w:t>
      </w:r>
      <w:r>
        <w:t>dilli mein aik bar meri mulaqat hui aik professor se, woh ghaliban kingzway camp ke paas kahin rehte thay,</w:t>
      </w:r>
    </w:p>
    <w:p>
      <w:pPr>
        <w:jc w:val="right"/>
      </w:pPr>
      <w:r>
        <w:t>دلی میں ایک بار میری ملاقات ہوئی ایک پروفیسر سے، وہ غالباً کنگزوے کیمپ کے پاس کہیں رہتے تھے،</w:t>
      </w:r>
    </w:p>
    <w:p>
      <w:r>
        <w:rPr>
          <w:b/>
        </w:rPr>
        <w:t xml:space="preserve">[45:51] </w:t>
      </w:r>
      <w:r>
        <w:t>kai baras pehle ki baat hai. to woh international politics mein unhon ne research kiya tha aur unhon ne amrica ki university mein bheje apne papers, apna bio data.</w:t>
      </w:r>
    </w:p>
    <w:p>
      <w:pPr>
        <w:jc w:val="right"/>
      </w:pPr>
      <w:r>
        <w:t>کئی برس پہلے کی بات ہے۔ تو وہ انٹرنیشنل پولیٹکس میں انہوں نے ریسرچ کیا تھا اور انہوں نے امریکہ کی یونیورسٹی میں بھیجے اپنے پیپرز، اپنا بائیو ڈیٹا۔</w:t>
      </w:r>
    </w:p>
    <w:p>
      <w:r>
        <w:rPr>
          <w:b/>
        </w:rPr>
        <w:t xml:space="preserve">[46:08] </w:t>
      </w:r>
      <w:r>
        <w:t>to wahan se unhein aa gaya invitation, interview card aa gaya interview ke liye ke aap yahan aaiye, hum aap ka interview le kar ke aap ko faisla karenge.</w:t>
      </w:r>
    </w:p>
    <w:p>
      <w:pPr>
        <w:jc w:val="right"/>
      </w:pPr>
      <w:r>
        <w:t>تو وہاں سے انہیں آ گیا انویٹیشن، انٹرویو کارڈ آ گیا انٹرویو کے لیے کہ آپ یہاں آئیے، ہم آپ کا انٹرویو لے کر کے آپ کو فیصلہ کریں گے۔</w:t>
      </w:r>
    </w:p>
    <w:p>
      <w:r>
        <w:rPr>
          <w:b/>
        </w:rPr>
        <w:t xml:space="preserve">[46:22] </w:t>
      </w:r>
      <w:r>
        <w:t>koi professorship ki jagah khali thi, wahan is ke liye bulaye gaye thay. woh to jab wahan pahunche gaye to airport par aik aadmi car le kar maujood tha university ki taraf se.</w:t>
      </w:r>
    </w:p>
    <w:p>
      <w:pPr>
        <w:jc w:val="right"/>
      </w:pPr>
      <w:r>
        <w:t>کوئی پروفیسرشپ کی جگہ خالی تھی، وہاں اس کے لیے بلائے گئے تھے۔ وہ تو جب وہاں پہنچے گئے تو ایئرپورٹ پر ایک آدمی کار لے کر موجود تھا یونیورسٹی کی طرف سے۔</w:t>
      </w:r>
    </w:p>
    <w:p>
      <w:r>
        <w:rPr>
          <w:b/>
        </w:rPr>
        <w:t xml:space="preserve">[46:36] </w:t>
      </w:r>
      <w:r>
        <w:t>us ne kaha ke main university ki taraf se bheja gaya hoon aur meri duty yeh hai ke main aap ko yani ghumaun, poori university dikhaun, yeh sab meri duty hai.</w:t>
      </w:r>
    </w:p>
    <w:p>
      <w:pPr>
        <w:jc w:val="right"/>
      </w:pPr>
      <w:r>
        <w:t>اس نے کہا کہ میں یونیورسٹی کی طرف سے بھیجا گیا ہوں اور میری ڈیوٹی یہ ہے کہ میں آپ کو یعنی گھماؤں، پوری یونیورسٹی دکھاؤں، یہ سب میری ڈیوٹی ہے۔</w:t>
      </w:r>
    </w:p>
    <w:p>
      <w:r>
        <w:rPr>
          <w:b/>
        </w:rPr>
        <w:t xml:space="preserve">[46:48] </w:t>
      </w:r>
      <w:r>
        <w:t>to ghraz yeh ke woh un ko airport se le gaya, guest house mein jahan thahran tha, wahan le gaya pehle. phir us ko aik haftay tak university dikhata raha.</w:t>
      </w:r>
    </w:p>
    <w:p>
      <w:pPr>
        <w:jc w:val="right"/>
      </w:pPr>
      <w:r>
        <w:t>تو غرض یہ کہ وہ ان کو ایئرپورٹ سے لے گیا، گیسٹ ہاؤس میں جہاں ٹھہرانا تھا، وہاں لے گیا پہلے۔ پھر اس کو ایک ہفتے تک یونیورسٹی دکھاتا رہا۔</w:t>
      </w:r>
    </w:p>
    <w:p>
      <w:r>
        <w:rPr>
          <w:b/>
        </w:rPr>
        <w:t xml:space="preserve">[47:00] </w:t>
      </w:r>
      <w:r>
        <w:t>university mein class room mein le gaya jahan bachche parh rahe thay, kitchen mein le gaya jahan khane ka intezam ho raha tha, library mein le gaya jahan kitabein rakhi hui theen mutale ke liye.</w:t>
      </w:r>
    </w:p>
    <w:p>
      <w:pPr>
        <w:jc w:val="right"/>
      </w:pPr>
      <w:r>
        <w:t>یونیورسٹی میں کلاس روم میں لے گیا جہاں بچے پڑھ رہے تھے، کچن میں لے گیا جہاں کھانے کا انتظام ہو رہا تھا، لائبریری میں لے گیا جہاں کتابیں رکھی ہوئی تھیں مطالعے کے لیے۔</w:t>
      </w:r>
    </w:p>
    <w:p>
      <w:r>
        <w:rPr>
          <w:b/>
        </w:rPr>
        <w:t xml:space="preserve">[47:13] </w:t>
      </w:r>
      <w:r>
        <w:t>ghraz yeh ke aik haftay tak woh poori university mein un ko ghumata raha.</w:t>
      </w:r>
    </w:p>
    <w:p>
      <w:pPr>
        <w:jc w:val="right"/>
      </w:pPr>
      <w:r>
        <w:t>غرض یہ کہ ایک ہفتے تک وہ پوری یونیورسٹی میں ان کو گھماتا رہا۔</w:t>
      </w:r>
    </w:p>
    <w:p>
      <w:r>
        <w:rPr>
          <w:b/>
        </w:rPr>
        <w:t xml:space="preserve">[47:20] </w:t>
      </w:r>
      <w:r>
        <w:t>aik haftay ke baad unhon ne jo university ka jo chairman tha, us se kaha, us se mil kar ke ke main aik haftay se yahan aa kar baitha hua hoon aur abhi tak mera interview nahi hua, to interview kab hoga?</w:t>
      </w:r>
    </w:p>
    <w:p>
      <w:pPr>
        <w:jc w:val="right"/>
      </w:pPr>
      <w:r>
        <w:t>ایک ہفتے کے بعد انہوں نے جو یونیورسٹی کا جو چیئرمین تھا، اس سے کہا، اس سے مل کر کے کہ میں ایک ہفتے سے یہاں آ کر بیٹھا ہوا ہوں اور ابھی تک میرا انٹرویو نہیں ہوا، تو انٹرویو کب ہوگا؟</w:t>
      </w:r>
    </w:p>
    <w:p>
      <w:r>
        <w:rPr>
          <w:b/>
        </w:rPr>
        <w:t xml:space="preserve">[47:40] </w:t>
      </w:r>
      <w:r>
        <w:t>aik bohat dilchasp kahani hai yeh. yani saat din tak woh is aadmi ke sath university dekhte rahe</w:t>
      </w:r>
    </w:p>
    <w:p>
      <w:pPr>
        <w:jc w:val="right"/>
      </w:pPr>
      <w:r>
        <w:t>ایک بہت دلچسپ کہانی ہے یہ۔ یعنی سات دن تک وہ اس آدمی کے ساتھ یونیورسٹی دیکھتے رہے</w:t>
      </w:r>
    </w:p>
    <w:p>
      <w:r>
        <w:rPr>
          <w:b/>
        </w:rPr>
        <w:t xml:space="preserve">[47:50] </w:t>
      </w:r>
      <w:r>
        <w:t>jaise ke kisi visitor ko university dikhai jaye. to saatwein din jab chairman se mile, woh unhon ne kaha ke main aik haftay se yahan para hua hoon aur abhi tak mera interview nahi hua, to aakhri interview kab hoga?</w:t>
      </w:r>
    </w:p>
    <w:p>
      <w:pPr>
        <w:jc w:val="right"/>
      </w:pPr>
      <w:r>
        <w:t>جیسے کہ کسی وزیٹر کو یونیورسٹی دکھائی جائے۔ تو ساتویں دن جب چیئرمین سے ملے، وہ انہوں نے کہا کہ میں ایک ہفتے سے یہاں پڑا ہوا ہوں اور ابھی تک میرا انٹرویو نہیں ہوا، تو آخری انٹرویو کب ہوگا؟</w:t>
      </w:r>
    </w:p>
    <w:p>
      <w:r>
        <w:rPr>
          <w:b/>
        </w:rPr>
        <w:t xml:space="preserve">[48:05] </w:t>
      </w:r>
      <w:r>
        <w:t>to chairman ne kaha ke aap ka interview ho chuka, aap ka interview ho chuka. to unhon ne kaha woh kaise?</w:t>
      </w:r>
    </w:p>
    <w:p>
      <w:pPr>
        <w:jc w:val="right"/>
      </w:pPr>
      <w:r>
        <w:t>تو چیئرمین نے کہا کہ آپ کا انٹرویو ہو چکا، آپ کا انٹرویو ہو چکا۔ تو انہوں نے کہا وہ کیسے؟</w:t>
      </w:r>
    </w:p>
    <w:p>
      <w:r>
        <w:rPr>
          <w:b/>
        </w:rPr>
        <w:t xml:space="preserve">[48:14] </w:t>
      </w:r>
      <w:r>
        <w:t>woh to abhi to kuch bhi nahi hua.</w:t>
      </w:r>
    </w:p>
    <w:p>
      <w:pPr>
        <w:jc w:val="right"/>
      </w:pPr>
      <w:r>
        <w:t>وہ تو ابھی تو کچھ بھی نہیں ہوا۔</w:t>
      </w:r>
    </w:p>
    <w:p>
      <w:r>
        <w:rPr>
          <w:b/>
        </w:rPr>
        <w:t xml:space="preserve">[48:17] </w:t>
      </w:r>
      <w:r>
        <w:t>unhon ne kaha ke jo aadmi</w:t>
      </w:r>
    </w:p>
    <w:p>
      <w:pPr>
        <w:jc w:val="right"/>
      </w:pPr>
      <w:r>
        <w:t>انہوں نے کہا کہ جو آدمی</w:t>
      </w:r>
    </w:p>
    <w:p>
      <w:r>
        <w:rPr>
          <w:b/>
        </w:rPr>
        <w:t xml:space="preserve">[48:22] </w:t>
      </w:r>
      <w:r>
        <w:t>car le kar aap ko receive kiya tha, us ne airport par wahi aap ka interviewer tha. woh woh koi driver nahi tha, woh professor tha us university ka.</w:t>
      </w:r>
    </w:p>
    <w:p>
      <w:pPr>
        <w:jc w:val="right"/>
      </w:pPr>
      <w:r>
        <w:t>کار لے کر آپ کو ریسیو کیا تھا، اس نے ایئرپورٹ پر وہی آپ کا انٹرویوور تھا۔ وہ وہ کوئی ڈرائیور نہیں تھا، وہ پروفیسر تھا اس یونیورسٹی کا۔</w:t>
      </w:r>
    </w:p>
    <w:p>
      <w:r>
        <w:rPr>
          <w:b/>
        </w:rPr>
        <w:t xml:space="preserve">[48:37] </w:t>
      </w:r>
      <w:r>
        <w:t>woh professor hi aap ka interviewer tha aur saat din aap ka interview leta raha. woh</w:t>
      </w:r>
    </w:p>
    <w:p>
      <w:pPr>
        <w:jc w:val="right"/>
      </w:pPr>
      <w:r>
        <w:t>وہ پروفیسر ہی آپ کا انٹرویوور تھا اور سات دن آپ کا انٹرویو لیتا رہا۔ وہ</w:t>
      </w:r>
    </w:p>
    <w:p>
      <w:r>
        <w:rPr>
          <w:b/>
        </w:rPr>
        <w:t xml:space="preserve">[48:48] </w:t>
      </w:r>
      <w:r>
        <w:t>ke aap kaise behave karenge, students se kaise baat karenge, library mein jayenge to kaise kitab nikalenge, kaise kitab padhenge, dining hall mein aap kaise khana khayenge.</w:t>
      </w:r>
    </w:p>
    <w:p>
      <w:pPr>
        <w:jc w:val="right"/>
      </w:pPr>
      <w:r>
        <w:t>کہ آپ کیسے بیہیو کریں گے، اسٹوڈنٹس سے کیسے بات کریں گے، لائبریری میں جائیں گے تو کیسے کتاب نکالیں گے، کیسے کتاب پڑھیں گے، ڈائننگ ہال میں آپ کیسے کھانا کھائیں گے۔</w:t>
      </w:r>
    </w:p>
    <w:p>
      <w:r>
        <w:rPr>
          <w:b/>
        </w:rPr>
        <w:t xml:space="preserve">[49:02] </w:t>
      </w:r>
      <w:r>
        <w:t>to us ne kaha, is chairman ne ke aap ne jo papers bheje the, bio data, us se aap ki degree hamein maloom ho chuki thi ke aap ki yeh degree hai. to hamein pata ho chuka tha.</w:t>
      </w:r>
    </w:p>
    <w:p>
      <w:pPr>
        <w:jc w:val="right"/>
      </w:pPr>
      <w:r>
        <w:t>تو اس نے کہا، اس چیئرمین نے کہ آپ نے جو پیپرز بھیجے تھے، بائیو ڈیٹا، اس سے آپ کی ڈگری ہمیں معلوم ہو چکی تھی کہ آپ کی یہ ڈگری ہے۔ تو ہمیں پتہ ہو چکا تھا۔</w:t>
      </w:r>
    </w:p>
    <w:p>
      <w:r>
        <w:rPr>
          <w:b/>
        </w:rPr>
        <w:t xml:space="preserve">[49:14] </w:t>
      </w:r>
      <w:r>
        <w:t>ab hamein practical tor par dekhna tha ke aap university mein kaise apna kaam karenge. to aap bilkul theek nikle, sahi tareeqe se behave bhi kiya, har jagah aap ne behave kiya.</w:t>
      </w:r>
    </w:p>
    <w:p>
      <w:pPr>
        <w:jc w:val="right"/>
      </w:pPr>
      <w:r>
        <w:t>اب ہمیں پریکٹیکل طور پر دیکھنا تھا کہ آپ یونیورسٹی میں کیسے اپنا کام کریں گے۔ تو آپ بالکل ٹھیک نکلے، صحیح طریقے سے بیہیو بھی کیا، ہر جگہ آپ نے بیہیو کیا۔</w:t>
      </w:r>
    </w:p>
    <w:p>
      <w:r>
        <w:rPr>
          <w:b/>
        </w:rPr>
        <w:t xml:space="preserve">[49:28] </w:t>
      </w:r>
      <w:r>
        <w:t>to hum aap ka selection kar chuke hain</w:t>
      </w:r>
    </w:p>
    <w:p>
      <w:pPr>
        <w:jc w:val="right"/>
      </w:pPr>
      <w:r>
        <w:t>تو ہم آپ کا سلیکشن کر چکے ہیں</w:t>
      </w:r>
    </w:p>
    <w:p>
      <w:r>
        <w:rPr>
          <w:b/>
        </w:rPr>
        <w:t xml:space="preserve">[49:36] </w:t>
      </w:r>
      <w:r>
        <w:t>aur kal se aap ko yahan join karna hai.</w:t>
      </w:r>
    </w:p>
    <w:p>
      <w:pPr>
        <w:jc w:val="right"/>
      </w:pPr>
      <w:r>
        <w:t>اور کل سے آپ کو یہاں جوائن کرنا ہے۔</w:t>
      </w:r>
    </w:p>
    <w:p>
      <w:r>
        <w:rPr>
          <w:b/>
        </w:rPr>
        <w:t xml:space="preserve">[49:42] </w:t>
      </w:r>
      <w:r>
        <w:t>jab is aadmi ne yeh waqia bataya mujhe to mujhe quran ki ek ayat yaad aayi.</w:t>
      </w:r>
    </w:p>
    <w:p>
      <w:pPr>
        <w:jc w:val="right"/>
      </w:pPr>
      <w:r>
        <w:t>جب اس آدمی نے یہ واقعہ بتایا مجھے تو مجھے قرآن کی ایک آیت یاد آئی۔</w:t>
      </w:r>
    </w:p>
    <w:p>
      <w:r>
        <w:rPr>
          <w:b/>
        </w:rPr>
        <w:t xml:space="preserve">[49:51] </w:t>
      </w:r>
      <w:r>
        <w:t>quran mein hai ke "az yatlq mutlaqiyan an al yameen wa an al shimal qaid". ma yalfuz min qawlin illa laday raqeebun qadeed ke insaan jab dunya mein aata hai to do farishtay saath saath is ke aa jatay hain, dono kandhon par rehtay hain.</w:t>
      </w:r>
    </w:p>
    <w:p>
      <w:pPr>
        <w:jc w:val="right"/>
      </w:pPr>
      <w:r>
        <w:t>قرآن میں ہے کہ "از یتلق متلقیان عن الیمین وعن الشمال قید"۔ مایلفظ من قول الا لدے رقیب عقید کہ انسان جب دنیا میں آتا ہے تو دو فرشتے ساتھ ساتھ اس کے آ جاتے ہیں، دونوں کندھوں پر رہتے ہیں۔</w:t>
      </w:r>
    </w:p>
    <w:p>
      <w:r>
        <w:rPr>
          <w:b/>
        </w:rPr>
        <w:t xml:space="preserve">[50:11] </w:t>
      </w:r>
      <w:r>
        <w:t>wo an al yameen wa an al shimal qaid ke is ke dain kandhay par aur baain kandhay par bethay hotay hain. wo poori zindagi hum is ke saath hotay hain.</w:t>
      </w:r>
    </w:p>
    <w:p>
      <w:pPr>
        <w:jc w:val="right"/>
      </w:pPr>
      <w:r>
        <w:t>وہ عن الیمین وعن الشمال قید کہ اس کے دائیں کندھے پر اور بائیں کندھے پر بیٹھے ہوتے ہیں۔ وہ پوری زندگی ہم اس کے ساتھ ہوتے ہیں۔</w:t>
      </w:r>
    </w:p>
    <w:p>
      <w:r>
        <w:rPr>
          <w:b/>
        </w:rPr>
        <w:t xml:space="preserve">[50:23] </w:t>
      </w:r>
      <w:r>
        <w:t>to maine socha ke bilkul aise hi mamla khuda ne kiya hai insaan ka</w:t>
      </w:r>
    </w:p>
    <w:p>
      <w:pPr>
        <w:jc w:val="right"/>
      </w:pPr>
      <w:r>
        <w:t>تو میں نے سوچا کہ بالکل ایسے ہی معاملہ خدا نے کیا ہے انسان کا</w:t>
      </w:r>
    </w:p>
    <w:p>
      <w:r>
        <w:rPr>
          <w:b/>
        </w:rPr>
        <w:t xml:space="preserve">[50:28] </w:t>
      </w:r>
      <w:r>
        <w:t>ke jaise aap dunya mein aaye, do farishtay ne aap ko receive kiya, receive kar ke aap ke saath lag gaye.</w:t>
      </w:r>
    </w:p>
    <w:p>
      <w:pPr>
        <w:jc w:val="right"/>
      </w:pPr>
      <w:r>
        <w:t>کہ جیسے آپ دنیا میں آئے، دو انجیل نے آپ کو ریسیو کیا، ریسیو کر کے آپ کے ساتھ لگ گئے۔</w:t>
      </w:r>
    </w:p>
    <w:p>
      <w:r>
        <w:rPr>
          <w:b/>
        </w:rPr>
        <w:t xml:space="preserve">[50:37] </w:t>
      </w:r>
      <w:r>
        <w:t>wo ab 24 ghantay wo aap ko watch kar rahay hain.</w:t>
      </w:r>
    </w:p>
    <w:p>
      <w:pPr>
        <w:jc w:val="right"/>
      </w:pPr>
      <w:r>
        <w:t>وہ اب 24 گھنٹہ وہ آپ کو واچ کر رہے ہیں۔</w:t>
      </w:r>
    </w:p>
    <w:p>
      <w:r>
        <w:rPr>
          <w:b/>
        </w:rPr>
        <w:t xml:space="preserve">[50:44] </w:t>
      </w:r>
      <w:r>
        <w:t>is par ghhor kijiye, bohat hi important point hai yeh ke jis tarah america mein wo aadmi jab pohancha to is ka jo interviewer tha, jis ko jis ki report par is ko professor banna tha,</w:t>
      </w:r>
    </w:p>
    <w:p>
      <w:pPr>
        <w:jc w:val="right"/>
      </w:pPr>
      <w:r>
        <w:t>اس پر غور کیجئے، بہت ہی امپورٹنٹ پوائنٹ ہے یہ کہ جس طرح امریکہ میں وہ آدمی جب پہنچا تو اس کا جو انٹرویوور تھا، جس کو جس کی رپورٹ پر اس کو پروفیسر بننا تھا،</w:t>
      </w:r>
    </w:p>
    <w:p>
      <w:r>
        <w:rPr>
          <w:b/>
        </w:rPr>
        <w:t xml:space="preserve">[50:58] </w:t>
      </w:r>
      <w:r>
        <w:t>jo aadmi ne is ko airport par receive kiya tha, usi ki report par is aadmi ke baray mein faisla hona tha ke is ko professor banaya jaye ya na banaya jaye.</w:t>
      </w:r>
    </w:p>
    <w:p>
      <w:pPr>
        <w:jc w:val="right"/>
      </w:pPr>
      <w:r>
        <w:t>جو آدمی نے اس کو ایئرپورٹ پر ریسیو کیا تھا، اسی کی رپورٹ پر اس آدمی کے بارے میں فیصلہ ہونا تھا کہ اس کو پروفیسر بنایا جائے یا نہ بنایا جائے۔</w:t>
      </w:r>
    </w:p>
    <w:p>
      <w:r>
        <w:rPr>
          <w:b/>
        </w:rPr>
        <w:t xml:space="preserve">[51:10] </w:t>
      </w:r>
      <w:r>
        <w:t>usi tarah se khuda ne jab bhi koi aadmi, koi mard ya aurat jo dunya mein aata hai to khuda ke do farishtay is ke saath lag jatay hain.</w:t>
      </w:r>
    </w:p>
    <w:p>
      <w:pPr>
        <w:jc w:val="right"/>
      </w:pPr>
      <w:r>
        <w:t>اسی طرح سے خدا نے جب بھی کوئی آدمی، کوئی مرد یا عورت جو دنیا میں آتا ہے تو خدا کے دو فرشتے اس کے ساتھ لگ جاتے ہیں۔</w:t>
      </w:r>
    </w:p>
    <w:p>
      <w:r>
        <w:rPr>
          <w:b/>
        </w:rPr>
        <w:t xml:space="preserve">[51:24] </w:t>
      </w:r>
      <w:r>
        <w:t>is yatlq al mutlaqiyan an al yameen wa an al shimal qaid ma yalfuz min qawlin illa laday raqeebun qadeed.</w:t>
      </w:r>
    </w:p>
    <w:p>
      <w:pPr>
        <w:jc w:val="right"/>
      </w:pPr>
      <w:r>
        <w:t>اس یتلق المتلقیان عن الیمین وعن الشمال قید مایلفظ من قول الا لدے رقیب عقید۔</w:t>
      </w:r>
    </w:p>
    <w:p>
      <w:r>
        <w:rPr>
          <w:b/>
        </w:rPr>
        <w:t xml:space="preserve">[51:38] </w:t>
      </w:r>
      <w:r>
        <w:t>to wo professor jo tha, jo interviewer tha, haqeeqatan wo watch kar raha tha is aadmi ka kaise yeh behave karta hai, kaise yeh bolta hai, is student se wo kaise baat karta hai,</w:t>
      </w:r>
    </w:p>
    <w:p>
      <w:pPr>
        <w:jc w:val="right"/>
      </w:pPr>
      <w:r>
        <w:t>تو وہ پروفیسر جو تھا، جو انٹرویوور تھا، حقیقتاً وہ واچ کر رہا تھا اس آدمی کا کیسے یہ بیہیو کرتا ہے، کیسے یہ بولتا ہے، اس اسٹوڈنٹس سے وہ کیسے بات کرتا ہے،</w:t>
      </w:r>
    </w:p>
    <w:p>
      <w:r>
        <w:rPr>
          <w:b/>
        </w:rPr>
        <w:t xml:space="preserve">[51:52] </w:t>
      </w:r>
      <w:r>
        <w:t>ustadon se kaise baat karta hai. poora wo behaviour is ka dekh raha tha jo university mein hoga. is ka</w:t>
      </w:r>
    </w:p>
    <w:p>
      <w:pPr>
        <w:jc w:val="right"/>
      </w:pPr>
      <w:r>
        <w:t>استادوں سے کیسے بات کرتا ہے۔ پورا وہ بیہیویئر اس کا دیکھ رہا تھا جو یونیورسٹی میں ہوگا۔ اس کا</w:t>
      </w:r>
    </w:p>
    <w:p>
      <w:r>
        <w:rPr>
          <w:b/>
        </w:rPr>
        <w:t xml:space="preserve">[52:01] </w:t>
      </w:r>
      <w:r>
        <w:t>usi tarah se khuda jab bhi insaan paida hota hai to is ko receive karne ke liye khuda ke do farishtay aa jatay hain jo raat din 24 ghantay is ke saath rehtay hain.</w:t>
      </w:r>
    </w:p>
    <w:p>
      <w:pPr>
        <w:jc w:val="right"/>
      </w:pPr>
      <w:r>
        <w:t>اسی طرح سے خدا جب بھی انسان پیدا ہوتا ہے تو اس کو ریسیو کرنے کے لیے خدا کے دو فرشتے آ جاتے ہیں جو رات دن 24 گھنٹے اس کے ساتھ رہتے ہیں۔</w:t>
      </w:r>
    </w:p>
    <w:p>
      <w:r>
        <w:rPr>
          <w:b/>
        </w:rPr>
        <w:t xml:space="preserve">[52:16] </w:t>
      </w:r>
      <w:r>
        <w:t>aur wo quran mein hai ke ek bhi lafz jo munh se niklta hai, us ko wo likhtay rehtay hain. ma yalfuz min qawlin illa laday raqeebun qadeed.</w:t>
      </w:r>
    </w:p>
    <w:p>
      <w:pPr>
        <w:jc w:val="right"/>
      </w:pPr>
      <w:r>
        <w:t>اور وہ قرآن میں ہے کہ ایک بھی لفظ جو منہ سے نکلتا ہے، اس کو وہ لکھتے رہتے ہیں۔ مایلفظ من قول الا لدے رقیب عقید۔</w:t>
      </w:r>
    </w:p>
    <w:p>
      <w:r>
        <w:rPr>
          <w:b/>
        </w:rPr>
        <w:t xml:space="preserve">[52:26] </w:t>
      </w:r>
      <w:r>
        <w:t>ek word bhi milta niklta hai munh se to wo record kar letay hain. wo</w:t>
      </w:r>
    </w:p>
    <w:p>
      <w:pPr>
        <w:jc w:val="right"/>
      </w:pPr>
      <w:r>
        <w:t>ایک ورڈ بھی ملتا نکلتا ہے منہ سے تو وہ ریکارڈ کر لیتے ہیں۔ وہ</w:t>
      </w:r>
    </w:p>
    <w:p>
      <w:r>
        <w:rPr>
          <w:b/>
        </w:rPr>
        <w:t xml:space="preserve">[52:33] </w:t>
      </w:r>
      <w:r>
        <w:t>to yeh dono farishtay jo har aurat aur har mard ke saath hain, goya wo interview le, interview lenay walay professor hain,</w:t>
      </w:r>
    </w:p>
    <w:p>
      <w:pPr>
        <w:jc w:val="right"/>
      </w:pPr>
      <w:r>
        <w:t>تو یہ دونوں فرشتے جو ہر عورت اور ہر مرد کے ساتھ ہیں، گویا وہ انٹرویو لے، انٹرویو لینے والے پروفیسر ہیں،</w:t>
      </w:r>
    </w:p>
    <w:p>
      <w:r>
        <w:rPr>
          <w:b/>
        </w:rPr>
        <w:t xml:space="preserve">[52:45] </w:t>
      </w:r>
      <w:r>
        <w:t>marte dam tak saath rehtay hain. unhi ki report par akhirat mein hamara faisla honay wala hai. ab ghhor kijiye ke agar aadmi yeh sochay</w:t>
      </w:r>
    </w:p>
    <w:p>
      <w:pPr>
        <w:jc w:val="right"/>
      </w:pPr>
      <w:r>
        <w:t>مرتے دم تک ساتھ رہتے ہیں۔ انہی کی رپورٹ پر آخرت میں ہمارا فیصلہ ہونے والا ہے۔ اب غور کیجئے کہ اگر آدمی یہ سوچے</w:t>
      </w:r>
    </w:p>
    <w:p>
      <w:r>
        <w:rPr>
          <w:b/>
        </w:rPr>
        <w:t xml:space="preserve">[52:59] </w:t>
      </w:r>
      <w:r>
        <w:t>to kya is ka haal ho?</w:t>
      </w:r>
    </w:p>
    <w:p>
      <w:pPr>
        <w:jc w:val="right"/>
      </w:pPr>
      <w:r>
        <w:t>تو کیا اس کا حال ہو؟</w:t>
      </w:r>
    </w:p>
    <w:p>
      <w:r>
        <w:rPr>
          <w:b/>
        </w:rPr>
        <w:t xml:space="preserve">[53:03] </w:t>
      </w:r>
      <w:r>
        <w:t>to goya ke khuda ne jo banai hai dunya to ek test university hai, ek real university hai, yeh test university hai.</w:t>
      </w:r>
    </w:p>
    <w:p>
      <w:pPr>
        <w:jc w:val="right"/>
      </w:pPr>
      <w:r>
        <w:t>تو گویا کہ خدا نے جو بنائی ہے دنیا تو ایک ٹیسٹ یونیورسٹی ہے، ایک ریئل یونیورسٹی ہے، یہ ٹیسٹ یونیورسٹی ہے۔</w:t>
      </w:r>
    </w:p>
    <w:p>
      <w:r>
        <w:rPr>
          <w:b/>
        </w:rPr>
        <w:t xml:space="preserve">[53:13] </w:t>
      </w:r>
      <w:r>
        <w:t>aur akhirat jo hai, marne ke baad wo real university hogi. yeh test period hai, wo real period hai.</w:t>
      </w:r>
    </w:p>
    <w:p>
      <w:pPr>
        <w:jc w:val="right"/>
      </w:pPr>
      <w:r>
        <w:t>اور آخرت جو ہے، مرنے کے بعد وہ ریئل یونیورسٹی ہوگی۔ یہ ٹیسٹ پیریڈ ہے، وہ ریئل پیریڈ ہے۔</w:t>
      </w:r>
    </w:p>
    <w:p>
      <w:r>
        <w:rPr>
          <w:b/>
        </w:rPr>
        <w:t xml:space="preserve">[53:23] </w:t>
      </w:r>
      <w:r>
        <w:t>to jo angel hamaray saath hain 24 ghantay. ab ghhor kijiye ke agar aadmi ko ehsas ho</w:t>
      </w:r>
    </w:p>
    <w:p>
      <w:pPr>
        <w:jc w:val="right"/>
      </w:pPr>
      <w:r>
        <w:t>تو جو اینجیل ہمارے ساتھ ہیں 24 گھنٹے۔ اب غور کیجئے کہ اگر آدمی کو احساس ہو</w:t>
      </w:r>
    </w:p>
    <w:p>
      <w:r>
        <w:rPr>
          <w:b/>
        </w:rPr>
        <w:t xml:space="preserve">[53:35] </w:t>
      </w:r>
      <w:r>
        <w:t>keh do interviewor mere saath baithe hue hain, do aadmi mere saath lage hue hain jo mera record le rahe hain, main ne kya socha, is ka bhi unhein pata hai.</w:t>
      </w:r>
    </w:p>
    <w:p>
      <w:pPr>
        <w:jc w:val="right"/>
      </w:pPr>
      <w:r>
        <w:t>کہ دو انٹرویوور میرے ساتھ بیٹھے ہوئے ہیں، دو آدمی میرے ساتھ لگے ہوئے ہیں جو میرا ریکارڈ لے رہے ہیں، میں نے کیا سوچا، اس کا بھی انہیں پتہ ہے۔</w:t>
      </w:r>
    </w:p>
    <w:p>
      <w:r>
        <w:rPr>
          <w:b/>
        </w:rPr>
        <w:t xml:space="preserve">[53:46] </w:t>
      </w:r>
      <w:r>
        <w:t>kya bola, is ka unhein pata hai. main ne kya kiya, is ka unhein pata hai.</w:t>
      </w:r>
    </w:p>
    <w:p>
      <w:pPr>
        <w:jc w:val="right"/>
      </w:pPr>
      <w:r>
        <w:t>کیا بولا، اس کا انہیں پتہ ہے۔ میں نے کیا کیا، اس کا انہیں پتہ ہے۔</w:t>
      </w:r>
    </w:p>
    <w:p>
      <w:r>
        <w:rPr>
          <w:b/>
        </w:rPr>
        <w:t xml:space="preserve">[53:52] </w:t>
      </w:r>
      <w:r>
        <w:t>main ghar mein kaise raha, main society mein kaise raha, sab unhein pata hai. aur woh is ka record le rahe hain. yaani aaj kal ki zabaan mein kaha jaye to yeh kaha jaye ke in ke paas video kamre hain.</w:t>
      </w:r>
    </w:p>
    <w:p>
      <w:pPr>
        <w:jc w:val="right"/>
      </w:pPr>
      <w:r>
        <w:t>میں گھر میں کیسے رہا، میں سوسائٹی میں کیسے رہا، سب انہیں پتہ ہے۔ اور وہ اس کا ریکارڈ لے رہے ہیں۔ یعنی آج کل کی زبان میں کہا جائے تو یہ کہا جائے کہ ان کے پاس ویڈیو کمرے ہیں۔</w:t>
      </w:r>
    </w:p>
    <w:p>
      <w:r>
        <w:rPr>
          <w:b/>
        </w:rPr>
        <w:t xml:space="preserve">[54:04] </w:t>
      </w:r>
      <w:r>
        <w:t>in ke paas aaj kal ki zabaan mein agar main kahoon to main kahoon ga ke in dono ke paas video kamre hain.</w:t>
      </w:r>
    </w:p>
    <w:p>
      <w:pPr>
        <w:jc w:val="right"/>
      </w:pPr>
      <w:r>
        <w:t>ان کے پاس آج کل کی زبان میں اگر میں کہوں تو میں کہوں گا کہ ان دونوں کے پاس ویڈیو کمرے ہیں۔</w:t>
      </w:r>
    </w:p>
    <w:p>
      <w:r>
        <w:rPr>
          <w:b/>
        </w:rPr>
        <w:t xml:space="preserve">[54:15] </w:t>
      </w:r>
      <w:r>
        <w:t>ab ghor kijiye ke insaan agar yeh jaan le to kya haal is ka ho jaye?</w:t>
      </w:r>
    </w:p>
    <w:p>
      <w:pPr>
        <w:jc w:val="right"/>
      </w:pPr>
      <w:r>
        <w:t>اب غور کیجئے کہ انسان اگر یہ جان لے تو کیا حال اس کا ہو جائے؟</w:t>
      </w:r>
    </w:p>
    <w:p>
      <w:r>
        <w:rPr>
          <w:b/>
        </w:rPr>
        <w:t xml:space="preserve">[54:22] </w:t>
      </w:r>
      <w:r>
        <w:t>main ne ek waqia parha tha dilli mein, jo shuru shuru mein lagaya gaya tha, woh jo road ke upar jo woh hote hain, video camera jo aane jaane walon ki tasweer lete rehte hain.</w:t>
      </w:r>
    </w:p>
    <w:p>
      <w:pPr>
        <w:jc w:val="right"/>
      </w:pPr>
      <w:r>
        <w:t>میں نے ایک واقعہ پڑھا تھا دلی میں، جو شروع شروع میں لگایا گیا تھا، وہ جو روڈ کے اوپر جو وہ ہوتے ہیں، ویڈیو کیمرے جو آنے جانے والوں کی تصویر لیتے رہتے ہیں۔</w:t>
      </w:r>
    </w:p>
    <w:p>
      <w:r>
        <w:rPr>
          <w:b/>
        </w:rPr>
        <w:t xml:space="preserve">[54:36] </w:t>
      </w:r>
      <w:r>
        <w:t>to ek waqia main ne parha tha hindustan times mein ke ek three wheeler jo kiraye par chalate hain, jo scooter jin ko three wheeler kehte hain,</w:t>
      </w:r>
    </w:p>
    <w:p>
      <w:pPr>
        <w:jc w:val="right"/>
      </w:pPr>
      <w:r>
        <w:t>تو ایک واقعہ میں نے پڑھا تھا ہندوستان ٹائمز میں کہ ایک تھری ویلر جو کرائے پر چلاتے ہیں، جو اسکوٹر جن کو تھری ویلر کہتے ہیں،</w:t>
      </w:r>
    </w:p>
    <w:p>
      <w:r>
        <w:rPr>
          <w:b/>
        </w:rPr>
        <w:t xml:space="preserve">[54:50] </w:t>
      </w:r>
      <w:r>
        <w:t>to woh aata hai aur ek no parking place par woh khara kar deta hai. us ko wahan us ko ek dost mil jata hai, us ko dost ek cigarette pesh karta hai, us se baatein kar leta hai, haalankeh likha hua no parking.</w:t>
      </w:r>
    </w:p>
    <w:p>
      <w:pPr>
        <w:jc w:val="right"/>
      </w:pPr>
      <w:r>
        <w:t>تو وہ آتا ہے اور ایک نو پارکنگ پلیس پر وہ کھڑا کر دیتا ہے۔ اس کو وہاں اس کو ایک دوست مل جاتا ہے، اس کو دوست ایک سگریٹ پیش کرتا ہے، اس سے باتیں کر لیتا ہے، حالانکہ لکھا ہوا نو پارکنگ۔</w:t>
      </w:r>
    </w:p>
    <w:p>
      <w:r>
        <w:rPr>
          <w:b/>
        </w:rPr>
        <w:t xml:space="preserve">[55:07] </w:t>
      </w:r>
      <w:r>
        <w:t>itne mein ek aata hai police ka aadmi, woh kehta hai ke tum ne yahan khari kar rakhi hai gaari, dekhte nahi ke likha hai no parking?</w:t>
      </w:r>
    </w:p>
    <w:p>
      <w:pPr>
        <w:jc w:val="right"/>
      </w:pPr>
      <w:r>
        <w:t>اتنے میں ایک آتا ہے پولیس کا آدمی، وہ کہتا ہے کہ تم نے یہاں کھڑی کر رکھی ہے گاڑی، دیکھتے نہیں کہ لکھا ہے نو پارکنگ؟</w:t>
      </w:r>
    </w:p>
    <w:p>
      <w:r>
        <w:rPr>
          <w:b/>
        </w:rPr>
        <w:t xml:space="preserve">[55:18] </w:t>
      </w:r>
      <w:r>
        <w:t>to woh kehta hai ke main ne, yaani nahi nahi hai, nahi, khair main ne nahi khara kiya, main ne kuch nahi, yaani phir jhagadne lagta hai us se.</w:t>
      </w:r>
    </w:p>
    <w:p>
      <w:pPr>
        <w:jc w:val="right"/>
      </w:pPr>
      <w:r>
        <w:t>تو وہ کہتا ہے کہ میں نے، یعنی نہیں نہیں ہے، نہیں، خیر میں نے نہیں کھڑا کیا، میں نے کچھ نہیں، یعنی پھر جھگڑنے لگتا ہے اس سے۔</w:t>
      </w:r>
    </w:p>
    <w:p>
      <w:r>
        <w:rPr>
          <w:b/>
        </w:rPr>
        <w:t xml:space="preserve">[55:27] </w:t>
      </w:r>
      <w:r>
        <w:t>to woh police wala kehta hai, acha mere saath chalo tum. ab woh be khabar hai ke mujhe kahan le ja raha hai. woh</w:t>
      </w:r>
    </w:p>
    <w:p>
      <w:pPr>
        <w:jc w:val="right"/>
      </w:pPr>
      <w:r>
        <w:t>تو وہ پولیس والا کہتا ہے، اچھا میرے ساتھ چلو تم۔ اب وہ بے خبر ہے کہ مجھے کہاں لے جا رہا ہے۔ وہ</w:t>
      </w:r>
    </w:p>
    <w:p>
      <w:r>
        <w:rPr>
          <w:b/>
        </w:rPr>
        <w:t xml:space="preserve">[55:34] </w:t>
      </w:r>
      <w:r>
        <w:t>to control room mein le aata hai, woh jahan ka afsar baitha hua hai, us se poocha poochta hai, woh ke tum ne no parking mein gaari kyun khari kiya?</w:t>
      </w:r>
    </w:p>
    <w:p>
      <w:pPr>
        <w:jc w:val="right"/>
      </w:pPr>
      <w:r>
        <w:t>تو کنٹرول روم میں لے آتا ہے، وہ جہاں کا افسر بیٹھا ہوا ہے، اس سے پوچھا پوچھتا ہے، وہ کہ تم نے نو پارکنگ میں گاڑی کیوں کھڑی کیا؟</w:t>
      </w:r>
    </w:p>
    <w:p>
      <w:r>
        <w:rPr>
          <w:b/>
        </w:rPr>
        <w:t xml:space="preserve">[55:44] </w:t>
      </w:r>
      <w:r>
        <w:t>ke nahi, main ne nahi khari kiya, yeh galat kehta hai police wala aadmi, main ne khari hi nahi kiya, yeh khawamkhwah pakar ke mujhe yahan le aaya hai. is ke baad us ne switch daba diya,</w:t>
      </w:r>
    </w:p>
    <w:p>
      <w:pPr>
        <w:jc w:val="right"/>
      </w:pPr>
      <w:r>
        <w:t>کہ نہیں، میں نے نہیں کھڑی کیا، یہ غلط کہتا ہے پولیس والا آدمی، میں نے کھڑی ہی نہیں کیا، یہ خوامخواہ پکڑ کے مجھے یہاں لے آیا ہے۔ اس کے بعد اس نے سوئچ دبا دیا،</w:t>
      </w:r>
    </w:p>
    <w:p>
      <w:r>
        <w:rPr>
          <w:b/>
        </w:rPr>
        <w:t xml:space="preserve">[56:01] </w:t>
      </w:r>
      <w:r>
        <w:t>wahan jo laga hua tha close circuit camera, us ne is ka switch on kar diya. ab woh scooter ka jo aadmi tha, woh dekh raha hai screen par apne aap ko, apne aap ko dekh raha hai ke main scooter chalata hua aata hoon,</w:t>
      </w:r>
    </w:p>
    <w:p>
      <w:pPr>
        <w:jc w:val="right"/>
      </w:pPr>
      <w:r>
        <w:t>وہاں جو لگا ہوا تھا کلوز سرکٹ کیمرہ، اس نے اس کا سوئچ آن کر دیا۔ اب وہ اسکوٹر کا جو آدمی تھا، وہ دیکھ رہا ہے اسکرین پر اپنے آپ کو، اپنے آپ کو دیکھ رہا ہے کہ میں اسکوٹر چلاتا ہوا آتا ہوں،</w:t>
      </w:r>
    </w:p>
    <w:p>
      <w:r>
        <w:rPr>
          <w:b/>
        </w:rPr>
        <w:t xml:space="preserve">[56:20] </w:t>
      </w:r>
      <w:r>
        <w:t>ek dost mujhe milta hai aur us ko dekh kar main khara kar deta hoon aur cigarette nikalta hoon, khud peeta hoon, us ko pilata hoon, baatein kar raha hoon.</w:t>
      </w:r>
    </w:p>
    <w:p>
      <w:pPr>
        <w:jc w:val="right"/>
      </w:pPr>
      <w:r>
        <w:t>ایک دوست مجھے ملتا ہے اور اس کو دیکھ کر میں کھڑا کر دیتا ہوں اور سگریٹ نکالتا ہوں، خود پیتا ہوں، اس کو پلاتا ہوں، باتیں کر رہا ہوں۔</w:t>
      </w:r>
    </w:p>
    <w:p>
      <w:r>
        <w:rPr>
          <w:b/>
        </w:rPr>
        <w:t xml:space="preserve">[56:31] </w:t>
      </w:r>
      <w:r>
        <w:t>itne mein aa jata hai police wala aadmi to main apni ghalti nahi manta hoon, us se ladne lagta hoon. yeh sab kuch screen par dekh raha hai. woh</w:t>
      </w:r>
    </w:p>
    <w:p>
      <w:pPr>
        <w:jc w:val="right"/>
      </w:pPr>
      <w:r>
        <w:t>اتنے میں آ جاتا ہے پولیس والا آدمی تو میں اپنی غلطی نہیں مانتا ہوں، اس سے لڑنے لگتا ہوں۔ یہ سب کچھ اسکرین پر دیکھ رہا ہے۔ وہ</w:t>
      </w:r>
    </w:p>
    <w:p>
      <w:r>
        <w:rPr>
          <w:b/>
        </w:rPr>
        <w:t xml:space="preserve">[56:43] </w:t>
      </w:r>
      <w:r>
        <w:t>to yeh report batate hue bata tha is mein hindustan times mein ke woh speechless ho gaya, us ko dekhte hi woh speechless ho gaya, woh is ki yaani bol hi band ho gayi.</w:t>
      </w:r>
    </w:p>
    <w:p>
      <w:pPr>
        <w:jc w:val="right"/>
      </w:pPr>
      <w:r>
        <w:t>تو یہ رپورٹ بتاتے ہوئے بتا تھا اس میں ہندوستان ٹائمز میں کہ وہ اسپیچ لیس ہو گیا، اس کو دیکھتے ہی وہ اسپیچ لیس ہو گیا، وہ اس کی یعنی بول ہی بند ہو گئی۔</w:t>
      </w:r>
    </w:p>
    <w:p>
      <w:r>
        <w:rPr>
          <w:b/>
        </w:rPr>
        <w:t xml:space="preserve">[56:58] </w:t>
      </w:r>
      <w:r>
        <w:t>to ab yeh dekhiye ke yeh jo main ne arz kiya ke ek hai real university, ek hai test university, hum sab log is waqt test university mein hain, phir hum real university mein jaane wale hain.</w:t>
      </w:r>
    </w:p>
    <w:p>
      <w:pPr>
        <w:jc w:val="right"/>
      </w:pPr>
      <w:r>
        <w:t>تو اب یہ دیکھیے کہ یہ جو میں نے عرض کیا کہ ایک ہے ریئل یونیورسٹی، ایک ہے ٹیسٹ یونیورسٹی، ہم سب لوگ اس وقت ٹیسٹ یونیورسٹی میں ہیں، پھر ہم ریئل یونیورسٹی میں جانے والے ہیں۔</w:t>
      </w:r>
    </w:p>
    <w:p>
      <w:r>
        <w:rPr>
          <w:b/>
        </w:rPr>
        <w:t xml:space="preserve">[57:15] </w:t>
      </w:r>
      <w:r>
        <w:t>hum mein se har shakhs ko ke saath Khuda ne do angel laga diye hain jo hamari video recording kar rahe hain,</w:t>
      </w:r>
    </w:p>
    <w:p>
      <w:pPr>
        <w:jc w:val="right"/>
      </w:pPr>
      <w:r>
        <w:t>ہم میں سے ہر شخص کو کے ساتھ خدا نے دو اینجیل لگا دیے ہیں جو ہماری ویڈیو ریکارڈنگ کر رہے ہیں،</w:t>
      </w:r>
    </w:p>
    <w:p>
      <w:r>
        <w:rPr>
          <w:b/>
        </w:rPr>
        <w:t xml:space="preserve">[57:25] </w:t>
      </w:r>
      <w:r>
        <w:t>hamari awaaz aur hamari surat dono ki. aur phir woh ek din aisa hoga ke pesh kiya jaye ga woh, aur shayad wahan aisa ho, kuch log wahan kahen ge ke hum ne to aisa nahi kiya, hum ne to yeh kaam nahi kiya.</w:t>
      </w:r>
    </w:p>
    <w:p>
      <w:pPr>
        <w:jc w:val="right"/>
      </w:pPr>
      <w:r>
        <w:t>ہماری آواز اور ہماری صورت دونوں کی۔ اور پھر وہ ایک دن ایسا ہوگا کہ پیش کیا جائے گا وہ، اور شاید وہاں ایسا ہو، کچھ لوگ وہاں کہیں گے کہ ہم نے تو ایسا نہیں کیا، ہم نے تو یہ کام نہیں کیا۔</w:t>
      </w:r>
    </w:p>
    <w:p>
      <w:r>
        <w:rPr>
          <w:b/>
        </w:rPr>
        <w:t xml:space="preserve">[57:41] </w:t>
      </w:r>
      <w:r>
        <w:t>aur phir jab Khuda switch on kar de ga</w:t>
      </w:r>
    </w:p>
    <w:p>
      <w:pPr>
        <w:jc w:val="right"/>
      </w:pPr>
      <w:r>
        <w:t>اور پھر جب خدا سوئچ آن کر دے گا</w:t>
      </w:r>
    </w:p>
    <w:p>
      <w:r>
        <w:rPr>
          <w:b/>
        </w:rPr>
        <w:t xml:space="preserve">[57:48] </w:t>
      </w:r>
      <w:r>
        <w:t>aur screen par un ka poora aane lage ga manzar,</w:t>
      </w:r>
    </w:p>
    <w:p>
      <w:pPr>
        <w:jc w:val="right"/>
      </w:pPr>
      <w:r>
        <w:t>اور اسکرین پر ان کا پورا آنے لگے گا منظر،</w:t>
      </w:r>
    </w:p>
    <w:p>
      <w:r>
        <w:rPr>
          <w:b/>
        </w:rPr>
        <w:t xml:space="preserve">[57:53] </w:t>
      </w:r>
      <w:r>
        <w:t>zahair hai koi speechless ho jayen ge. to yaad rakhiye,</w:t>
      </w:r>
    </w:p>
    <w:p>
      <w:pPr>
        <w:jc w:val="right"/>
      </w:pPr>
      <w:r>
        <w:t>ظاہر ہے کوئی اسپیچ لیس ہو جائیں گے۔ تو یاد رکھیے،</w:t>
      </w:r>
    </w:p>
    <w:p>
      <w:r>
        <w:rPr>
          <w:b/>
        </w:rPr>
        <w:t xml:space="preserve">[58:00] </w:t>
      </w:r>
      <w:r>
        <w:t>aakhirat mein speechless hone se behtar yeh hai ke aadmi dunya mein speechless ho jaye.</w:t>
      </w:r>
    </w:p>
    <w:p>
      <w:pPr>
        <w:jc w:val="right"/>
      </w:pPr>
      <w:r>
        <w:t>آخرت میں اسپیچ لیس ہونے سے بہتر یہ ہے کہ آدمی دنیا میں اسپیچ لیس ہو جائے۔</w:t>
      </w:r>
    </w:p>
    <w:p>
      <w:r>
        <w:rPr>
          <w:b/>
        </w:rPr>
        <w:t xml:space="preserve">[58:09] </w:t>
      </w:r>
      <w:r>
        <w:t>yaani ek lafz mein agar main kahoon to yeh kahoon ga ke day of judgment mein speechless hone se pehle acha hai ke aadmi isi dunya mein speechless ho jaye,</w:t>
      </w:r>
    </w:p>
    <w:p>
      <w:pPr>
        <w:jc w:val="right"/>
      </w:pPr>
      <w:r>
        <w:t>یعنی ایک لفظ میں اگر میں کہوں تو یہ کہوں گا کہ ڈے آف ججمنٹ میں اسپیچ لیس ہونے سے پہلے اچھا ہے کہ آدمی اسی دنیا میں اسپیچ لیس ہو جائے،</w:t>
      </w:r>
    </w:p>
    <w:p>
      <w:r>
        <w:rPr>
          <w:b/>
        </w:rPr>
        <w:t xml:space="preserve">[58:22] </w:t>
      </w:r>
      <w:r>
        <w:t>kyunke wahan special speech less hone ka koi faida nahi milega,</w:t>
      </w:r>
    </w:p>
    <w:p>
      <w:pPr>
        <w:jc w:val="right"/>
      </w:pPr>
      <w:r>
        <w:t>کیونکہ وہاں اسپیشل اسپیچ لیس ہونے کا کوئی فائدہ نہیں ملے گا،</w:t>
      </w:r>
    </w:p>
    <w:p>
      <w:r>
        <w:rPr>
          <w:b/>
        </w:rPr>
        <w:t xml:space="preserve">[58:30] </w:t>
      </w:r>
      <w:r>
        <w:t>wahan specialist hone ka koi faida nahi milega.</w:t>
      </w:r>
    </w:p>
    <w:p>
      <w:pPr>
        <w:jc w:val="right"/>
      </w:pPr>
      <w:r>
        <w:t>وہاں اسپیشلسٹ ہونے کا کوئی فائدہ نہیں ملے گا۔</w:t>
      </w:r>
    </w:p>
    <w:p>
      <w:r>
        <w:rPr>
          <w:b/>
        </w:rPr>
        <w:t xml:space="preserve">[58:38] </w:t>
      </w:r>
      <w:r>
        <w:t>yeh baat bohat zyada sochne ki hai.</w:t>
      </w:r>
    </w:p>
    <w:p>
      <w:pPr>
        <w:jc w:val="right"/>
      </w:pPr>
      <w:r>
        <w:t>یہ بات بہت زیادہ سوچنے کی ہے۔</w:t>
      </w:r>
    </w:p>
    <w:p>
      <w:r>
        <w:rPr>
          <w:b/>
        </w:rPr>
        <w:t xml:space="preserve">[58:47] </w:t>
      </w:r>
      <w:r>
        <w:t>kisi ek baat ko agar aadmi soche to</w:t>
      </w:r>
    </w:p>
    <w:p>
      <w:pPr>
        <w:jc w:val="right"/>
      </w:pPr>
      <w:r>
        <w:t>کسی ایک بات کو اگر آدمی سوچے تو</w:t>
      </w:r>
    </w:p>
    <w:p>
      <w:r>
        <w:rPr>
          <w:b/>
        </w:rPr>
        <w:t xml:space="preserve">[58:56] </w:t>
      </w:r>
      <w:r>
        <w:t>iski poori zindagi sudhar jaye.</w:t>
      </w:r>
    </w:p>
    <w:p>
      <w:pPr>
        <w:jc w:val="right"/>
      </w:pPr>
      <w:r>
        <w:t>اس کی پوری زندگی سدھر جائے۔</w:t>
      </w:r>
    </w:p>
    <w:p>
      <w:r>
        <w:rPr>
          <w:b/>
        </w:rPr>
        <w:t xml:space="preserve">[59:01] </w:t>
      </w:r>
      <w:r>
        <w:t>to jaisa ke maine arz kiya ke nature ko khuda ne rabbani model banaya hai.</w:t>
      </w:r>
    </w:p>
    <w:p>
      <w:pPr>
        <w:jc w:val="right"/>
      </w:pPr>
      <w:r>
        <w:t>تو جیسا کہ میں نے عرض کیا کہ نیچر کو خدا نے ربانی ماڈل بنایا ہے۔</w:t>
      </w:r>
    </w:p>
    <w:p>
      <w:r>
        <w:rPr>
          <w:b/>
        </w:rPr>
        <w:t xml:space="preserve">[59:08] </w:t>
      </w:r>
      <w:r>
        <w:t>quran mein hai "kon rabbaniyin", rabb wale bano, tum log rabb wale bano, yaani rabb oriented speech, rabb oriented thinking, rabb oriented action, yeh tumhara hona chahiye.</w:t>
      </w:r>
    </w:p>
    <w:p>
      <w:pPr>
        <w:jc w:val="right"/>
      </w:pPr>
      <w:r>
        <w:t>قرآن میں ہے "کون ربانیین"، رب والے بنو، تم لوگ رب والے بنو، یعنی رب اورینٹڈ اسپیچ، رب اورینٹڈ تھنکنگ، رب اورینٹڈ ایکشن، یہ تمہارا ہونا چاہیے۔</w:t>
      </w:r>
    </w:p>
    <w:p>
      <w:r>
        <w:rPr>
          <w:b/>
        </w:rPr>
        <w:t xml:space="preserve">[59:30] </w:t>
      </w:r>
      <w:r>
        <w:t>"kon rabbaniyin", rabb wale bano, yaani rabbani model ikhtiyar karo</w:t>
      </w:r>
    </w:p>
    <w:p>
      <w:pPr>
        <w:jc w:val="right"/>
      </w:pPr>
      <w:r>
        <w:t>"کون ربانیین"، رب والے بنو، یعنی ربانی ماڈل اختیار کرو</w:t>
      </w:r>
    </w:p>
    <w:p>
      <w:r>
        <w:rPr>
          <w:b/>
        </w:rPr>
        <w:t xml:space="preserve">[59:36] </w:t>
      </w:r>
      <w:r>
        <w:t>. is rabbani model ka ek namuna khuda ne nature mein dikha diya hai. main ek martaba ek darya ke samne khada tha, darya behta hua aa raha hai aur bohat hi dhimmi music ke sath behta hua chala ja raha hai.</w:t>
      </w:r>
    </w:p>
    <w:p>
      <w:pPr>
        <w:jc w:val="right"/>
      </w:pPr>
      <w:r>
        <w:t>۔ اس ربانی ماڈل کا ایک نمونہ خدا نے نیچر میں دکھا دیا ہے۔ میں ایک مرتبہ ایک دریا کے سامنے کھڑا تھا، دریا بہتا ہوا آ رہا ہے اور بہت ہی دھیمی موسیقی کے ساتھ بہتا ہوا چلا جا رہا ہے۔</w:t>
      </w:r>
    </w:p>
    <w:p>
      <w:r>
        <w:rPr>
          <w:b/>
        </w:rPr>
        <w:t xml:space="preserve">[59:58] </w:t>
      </w:r>
      <w:r>
        <w:t>jisko iska pani lena hai, woh pani le raha hai, jisko wuzu karna hai, woh wuzu kar raha hai, usko apni kheti mein irrigation karna hai, kheti ke liye woh apna abpashi kar raha hai.</w:t>
      </w:r>
    </w:p>
    <w:p>
      <w:pPr>
        <w:jc w:val="right"/>
      </w:pPr>
      <w:r>
        <w:t>جس کو اس کا پانی لینا ہے، وہ پانی لے رہا ہے، جس کو وضو کرنا ہے، وہ وضو کر رہا ہے، اس کو اپنی کھیتی میں اریگیشن کرنا ہے، کھیتی کے لیے وہ اپنا آبپاشی کر رہا ہے۔</w:t>
      </w:r>
    </w:p>
    <w:p>
      <w:r>
        <w:rPr>
          <w:b/>
        </w:rPr>
        <w:t xml:space="preserve">[1:00:08] </w:t>
      </w:r>
      <w:r>
        <w:t>darya chala ja raha hai, chala ja raha hai, chala ja raha hai. to maine socha ke yeh generous khuda dekhna dekhna chahta hai insan ko.</w:t>
      </w:r>
    </w:p>
    <w:p>
      <w:pPr>
        <w:jc w:val="right"/>
      </w:pPr>
      <w:r>
        <w:t>دریا چلا جا رہا ہے، چلا جا رہا ہے، چلا جا رہا ہے۔ تو میں نے سوچا کہ یہ جنرس خدا دیکھنا دیکھنا چاہتا ہے انسان کو۔</w:t>
      </w:r>
    </w:p>
    <w:p>
      <w:r>
        <w:rPr>
          <w:b/>
        </w:rPr>
        <w:t xml:space="preserve">[1:00:16] </w:t>
      </w:r>
      <w:r>
        <w:t>generous fayyaz, iska ek namuna khuda ne darya ki surat mein qaim kar diya hai.</w:t>
      </w:r>
    </w:p>
    <w:p>
      <w:pPr>
        <w:jc w:val="right"/>
      </w:pPr>
      <w:r>
        <w:t>جنرس فیاض، اس کا ایک نمونہ خدا نے دریا کی صورت میں قائم کر دیا ہے۔</w:t>
      </w:r>
    </w:p>
    <w:p>
      <w:r>
        <w:rPr>
          <w:b/>
        </w:rPr>
        <w:t xml:space="preserve">[1:00:22] </w:t>
      </w:r>
      <w:r>
        <w:t>yaani tum river ki manind generous bano, yaani har darya jo beh raha hai, jo flow kar raha hai, woh goya apni dhimmi music jo iski hoti hai, agar aap ne kabhi suna ho darya ko behte hue, ek bari ajeeb maze ki music is mein aati hai.</w:t>
      </w:r>
    </w:p>
    <w:p>
      <w:pPr>
        <w:jc w:val="right"/>
      </w:pPr>
      <w:r>
        <w:t>یعنی تم ریور کی مانند جنرس بنو، یعنی ہر دریا جو بہہ رہا ہے، جو فلو کر رہا ہے، وہ گویا اپنی دھیمی موسیقی جو اس کی ہوتی ہے، اگر آپ نے کبھی سنا ہو دریا کو بہتے ہوئے، ایک بڑی عجیب مزے کی موسیقی اس میں آتی ہے۔</w:t>
      </w:r>
    </w:p>
    <w:p>
      <w:r>
        <w:rPr>
          <w:b/>
        </w:rPr>
        <w:t xml:space="preserve">[1:00:43] </w:t>
      </w:r>
      <w:r>
        <w:t>ek music</w:t>
      </w:r>
    </w:p>
    <w:p>
      <w:pPr>
        <w:jc w:val="right"/>
      </w:pPr>
      <w:r>
        <w:t>ایک میوزک</w:t>
      </w:r>
    </w:p>
    <w:p>
      <w:r>
        <w:rPr>
          <w:b/>
        </w:rPr>
        <w:t xml:space="preserve">[1:00:45] </w:t>
      </w:r>
      <w:r>
        <w:t>to kya, woh natural music hota hai. iske zariye darya aap ko ek message de raha hota hai, khuda ka message ke "ae logon,</w:t>
      </w:r>
    </w:p>
    <w:p>
      <w:pPr>
        <w:jc w:val="right"/>
      </w:pPr>
      <w:r>
        <w:t>تو کیا، وہ نیچرل میوزک ہوتا ہے۔ اس کے ذریعے دریا آپ کو ایک میسج دے رہا ہوتا ہے، خدا کا میسج کہ "اے لوگوں،</w:t>
      </w:r>
    </w:p>
    <w:p>
      <w:r>
        <w:rPr>
          <w:b/>
        </w:rPr>
        <w:t xml:space="preserve">[1:00:59] </w:t>
      </w:r>
      <w:r>
        <w:t>meri tarah generous bano, ae logon, river ki tarah generous bano, ae logon, river ki tarah fayyaz bano".</w:t>
      </w:r>
    </w:p>
    <w:p>
      <w:pPr>
        <w:jc w:val="right"/>
      </w:pPr>
      <w:r>
        <w:t>میری طرح جنرس بنو، اے لوگوں، ریور کی طرح جنرس بنو، اے لوگوں، ریور کی طرح فیاض بنو"۔</w:t>
      </w:r>
    </w:p>
    <w:p>
      <w:r>
        <w:rPr>
          <w:b/>
        </w:rPr>
        <w:t xml:space="preserve">[1:01:12] </w:t>
      </w:r>
      <w:r>
        <w:t>kaisa ajeeb yeh sabaq hai, kaisa ajeeb yeh rabbani rabbani model hai jo khuda ne paida kar diya hai.</w:t>
      </w:r>
    </w:p>
    <w:p>
      <w:pPr>
        <w:jc w:val="right"/>
      </w:pPr>
      <w:r>
        <w:t>کیسا عجیب یہ سبق ہے، کیسا عجیب یہ ربانی ربانی ماڈل ہے جو خدا نے پیدا کر دیا ہے۔</w:t>
      </w:r>
    </w:p>
    <w:p>
      <w:r>
        <w:rPr>
          <w:b/>
        </w:rPr>
        <w:t xml:space="preserve">[1:01:21] </w:t>
      </w:r>
      <w:r>
        <w:t>aise hi aap suraj ko dekhiye, suraj jo hai,</w:t>
      </w:r>
    </w:p>
    <w:p>
      <w:pPr>
        <w:jc w:val="right"/>
      </w:pPr>
      <w:r>
        <w:t>ایسے ہی آپ سورج کو دیکھیے، سورج جو ہے،</w:t>
      </w:r>
    </w:p>
    <w:p>
      <w:r>
        <w:rPr>
          <w:b/>
        </w:rPr>
        <w:t xml:space="preserve">[1:01:28] </w:t>
      </w:r>
      <w:r>
        <w:t>suraj aap jante hain ke suraj energy ka sab bara source hamare liye suraj hai. agar suraj na ho to zindagi ka khatma ho jaye.</w:t>
      </w:r>
    </w:p>
    <w:p>
      <w:pPr>
        <w:jc w:val="right"/>
      </w:pPr>
      <w:r>
        <w:t>سورج آپ جانتے ہیں کہ سورج انرجی کا سب بڑا سورس ہمارے لیے سورج ہے۔ اگر سورج نہ ہو تو زندگی کا خاتمہ ہو جائے۔</w:t>
      </w:r>
    </w:p>
    <w:p>
      <w:r>
        <w:rPr>
          <w:b/>
        </w:rPr>
        <w:t xml:space="preserve">[1:01:37] </w:t>
      </w:r>
      <w:r>
        <w:t>suraj hi hamare liye zindagi ka source hai, is se jo hamein light milti hai, is se jo heat milti hai, tabhi zindagi hai is duniya mein.</w:t>
      </w:r>
    </w:p>
    <w:p>
      <w:pPr>
        <w:jc w:val="right"/>
      </w:pPr>
      <w:r>
        <w:t>سورج ہی ہمارے لیے زندگی کا سورس ہے، اس سے جو ہمیں لائٹ ملتی ہے، اس سے جو ہیٹ ملتی ہے، تبھی زندگی ہے اس دنیا میں۔</w:t>
      </w:r>
    </w:p>
    <w:p>
      <w:r>
        <w:rPr>
          <w:b/>
        </w:rPr>
        <w:t xml:space="preserve">[1:01:46] </w:t>
      </w:r>
      <w:r>
        <w:t>woh na ho to zindagi khatam ho jaye. lekin aap jante hain ke suraj hamein koi bill nahi bhejta, koi price nahi leta,</w:t>
      </w:r>
    </w:p>
    <w:p>
      <w:pPr>
        <w:jc w:val="right"/>
      </w:pPr>
      <w:r>
        <w:t>وہ نہ ہو تو زندگی ختم ہو جائے۔ لیکن آپ جانتے ہیں کہ سورج ہمیں کوئی بل نہیں بھیجتا، کوئی پرائس نہیں لیتا،</w:t>
      </w:r>
    </w:p>
    <w:p>
      <w:r>
        <w:rPr>
          <w:b/>
        </w:rPr>
        <w:t xml:space="preserve">[1:01:56] </w:t>
      </w:r>
      <w:r>
        <w:t>yaani lateral tor par woh apni taraf se hamein faida pahanchata rehta hai. aur sab par yeksan, koi isko gaali de, tab bhi koi iska dushman ho, tab bhi har hal mein suraj apni</w:t>
      </w:r>
    </w:p>
    <w:p>
      <w:pPr>
        <w:jc w:val="right"/>
      </w:pPr>
      <w:r>
        <w:t>یعنی لیٹرل طور پر وہ اپنی طرف سے ہمیں فائدہ پہنچاتا رہتا ہے۔ اور سب پر یکساں، کوئی اس کو گالی دے، تب بھی کوئی اس کا دشمن ہو، تب بھی ہر حال میں سورج اپنی</w:t>
      </w:r>
    </w:p>
    <w:p>
      <w:r>
        <w:rPr>
          <w:b/>
        </w:rPr>
        <w:t xml:space="preserve">[1:02:18] </w:t>
      </w:r>
      <w:r>
        <w:t>blessing, apni light, apni heat usko pahanchata rehta hai.</w:t>
      </w:r>
    </w:p>
    <w:p>
      <w:pPr>
        <w:jc w:val="right"/>
      </w:pPr>
      <w:r>
        <w:t>بلیسنگ، اپنی لائٹ، اپنی ہیٹ اس کو پہنچاتا رہتا ہے۔</w:t>
      </w:r>
    </w:p>
    <w:p>
      <w:r>
        <w:rPr>
          <w:b/>
        </w:rPr>
        <w:t xml:space="preserve">[1:02:26] </w:t>
      </w:r>
      <w:r>
        <w:t>goya ke woh bata raha hota hai ke suraj ki manind, yaani lateral tor par logon ko roshni dene wale bano, suraj ki manind, yaani lateral tor par logon ko faida pahanchane wale bano.</w:t>
      </w:r>
    </w:p>
    <w:p>
      <w:pPr>
        <w:jc w:val="right"/>
      </w:pPr>
      <w:r>
        <w:t>گویا کہ وہ بتا رہا ہوتا ہے کہ سورج کی مانند، یعنی لیٹرل طور پر لوگوں کو روشنی دینے والے بنو، سورج کی مانند، یعنی لیٹرل طور پر لوگوں کو فائدہ پہنچانے والے بنو۔</w:t>
      </w:r>
    </w:p>
    <w:p>
      <w:r>
        <w:rPr>
          <w:b/>
        </w:rPr>
        <w:t xml:space="preserve">[1:02:42] </w:t>
      </w:r>
      <w:r>
        <w:t>yeh goya message de raha hai. woh</w:t>
      </w:r>
    </w:p>
    <w:p>
      <w:pPr>
        <w:jc w:val="right"/>
      </w:pPr>
      <w:r>
        <w:t>یہ گویا میسج دے رہا ہے۔ وہ</w:t>
      </w:r>
    </w:p>
    <w:p>
      <w:r>
        <w:rPr>
          <w:b/>
        </w:rPr>
        <w:t xml:space="preserve">[1:02:50] </w:t>
      </w:r>
      <w:r>
        <w:t>aise hi mein ek baar phool ke saamne khada tha, kitni khushboo aati hai phool se, ajeeb qism ki khushboo aa rahi thi. ghaliban kashmir ka yeh manzar tha.</w:t>
      </w:r>
    </w:p>
    <w:p>
      <w:pPr>
        <w:jc w:val="right"/>
      </w:pPr>
      <w:r>
        <w:t>ایسے ہی میں ایک بار پھول کے سامنے کھڑا تھا، کتنی خوشبو آتی ہے پھول سے، عجیب قسم کی خوشبو آ رہی تھی۔ غالباً کشمیر کا یہ منظر تھا۔</w:t>
      </w:r>
    </w:p>
    <w:p>
      <w:r>
        <w:rPr>
          <w:b/>
        </w:rPr>
        <w:t xml:space="preserve">[1:03:01] </w:t>
      </w:r>
      <w:r>
        <w:t>kuch der ke liye bilkul mein jaise ke mas-hoor ho gaya. mein ne socha ke yeh phool jo hai, yeh khuda ka angel hai.</w:t>
      </w:r>
    </w:p>
    <w:p>
      <w:pPr>
        <w:jc w:val="right"/>
      </w:pPr>
      <w:r>
        <w:t>کچھ دیر کے لیے بالکل میں جیسے کہ مسحور ہو گیا۔ میں نے سوچا کہ یہ پھول جو ہے، یہ خدا کا اینجل ہے۔</w:t>
      </w:r>
    </w:p>
    <w:p>
      <w:r>
        <w:rPr>
          <w:b/>
        </w:rPr>
        <w:t xml:space="preserve">[1:03:14] </w:t>
      </w:r>
      <w:r>
        <w:t>phool kya hai, physical roop mein khuda ka angel saamne aa gaya hai.</w:t>
      </w:r>
    </w:p>
    <w:p>
      <w:pPr>
        <w:jc w:val="right"/>
      </w:pPr>
      <w:r>
        <w:t>پھول کیا ہے، فزیکل روپ میں خدا کا اینجل سامنے آ گیا ہے۔</w:t>
      </w:r>
    </w:p>
    <w:p>
      <w:r>
        <w:rPr>
          <w:b/>
        </w:rPr>
        <w:t xml:space="preserve">[1:03:20] </w:t>
      </w:r>
      <w:r>
        <w:t>wo keh raha hai ke "ae logon, aise bano ke tum ko dekh kar logon ko khushi mile, tum ko dekh kar logon ko muhabbat mile".</w:t>
      </w:r>
    </w:p>
    <w:p>
      <w:pPr>
        <w:jc w:val="right"/>
      </w:pPr>
      <w:r>
        <w:t>وہ کہہ رہا ہے کہ "اے لوگوں، ایسے بنو کہ تم کو دیکھ کر لوگوں کو خوشی ملے، تم کو دیکھ کر لوگوں کو محق ملے"۔</w:t>
      </w:r>
    </w:p>
    <w:p>
      <w:r>
        <w:rPr>
          <w:b/>
        </w:rPr>
        <w:t xml:space="preserve">[1:03:33] </w:t>
      </w:r>
      <w:r>
        <w:t>yaani phool ki tarah</w:t>
      </w:r>
    </w:p>
    <w:p>
      <w:pPr>
        <w:jc w:val="right"/>
      </w:pPr>
      <w:r>
        <w:t>یعنی پھول کی طرح</w:t>
      </w:r>
    </w:p>
    <w:p>
      <w:r>
        <w:rPr>
          <w:b/>
        </w:rPr>
        <w:t xml:space="preserve">[1:03:36] </w:t>
      </w:r>
      <w:r>
        <w:t>khush manzar bano, phool ki tarah logon ko khushboo dene wale bano, yaani phool jaisa character apne andar paida karo.</w:t>
      </w:r>
    </w:p>
    <w:p>
      <w:pPr>
        <w:jc w:val="right"/>
      </w:pPr>
      <w:r>
        <w:t>خوش منظر بنو، پھول کی طرح لوگوں کو خوشبو دینے والے بنو، یعنی پھول جیسا کریکٹر اپنے اندر پیدا کرو۔</w:t>
      </w:r>
    </w:p>
    <w:p>
      <w:r>
        <w:rPr>
          <w:b/>
        </w:rPr>
        <w:t xml:space="preserve">[1:03:46] </w:t>
      </w:r>
      <w:r>
        <w:t>mein der tak phool ko dekhta raha aur yahi sochta raha ke phool mujh se kitna zyada acha hai. mein insaan hoon, lekin phool mujh se kitna zyada acha hai.</w:t>
      </w:r>
    </w:p>
    <w:p>
      <w:pPr>
        <w:jc w:val="right"/>
      </w:pPr>
      <w:r>
        <w:t>میں دیر تک پھول کو دیکھتا رہا اور یہی سوچتا رہا کہ پھول مجھ سے کتنا زیادہ اچھا ہے۔ میں انسان ہوں، لیکن پھول مجھ سے کتنا زیادہ اچھا ہے۔</w:t>
      </w:r>
    </w:p>
    <w:p>
      <w:r>
        <w:rPr>
          <w:b/>
        </w:rPr>
        <w:t xml:space="preserve">[1:04:02] </w:t>
      </w:r>
      <w:r>
        <w:t>iski beauty mein koi milawat nahi, iski khushboo mein koi milawat nahi, iske ism mein koi milawat nahi.</w:t>
      </w:r>
    </w:p>
    <w:p>
      <w:pPr>
        <w:jc w:val="right"/>
      </w:pPr>
      <w:r>
        <w:t>اس کی بیوٹی میں کوئی ملاوٹ نہیں، اس کی خوشبو میں کوئی ملاوٹ نہیں، اس کے اسماعیل میں کوئی ملاوٹ نہیں۔</w:t>
      </w:r>
    </w:p>
    <w:p>
      <w:r>
        <w:rPr>
          <w:b/>
        </w:rPr>
        <w:t xml:space="preserve">[1:04:12] </w:t>
      </w:r>
      <w:r>
        <w:t>to beharhaal yeh ek model hai, yeh bhi phool bhi ek model hai khuda ka</w:t>
      </w:r>
    </w:p>
    <w:p>
      <w:pPr>
        <w:jc w:val="right"/>
      </w:pPr>
      <w:r>
        <w:t>تو بہرحال یہ ایک ماڈل ہے، یہ بھی پھول بھی ایک ماڈل ہے خدا کا</w:t>
      </w:r>
    </w:p>
    <w:p>
      <w:r>
        <w:rPr>
          <w:b/>
        </w:rPr>
        <w:t xml:space="preserve">[1:04:22] </w:t>
      </w:r>
      <w:r>
        <w:t>jo bata raha hai ke insaan samaaj mein kaise rahe. insaan samaaj mein phool bankar rahe, phool bankar rahe, flower ki maanind bankar rahe,</w:t>
      </w:r>
    </w:p>
    <w:p>
      <w:pPr>
        <w:jc w:val="right"/>
      </w:pPr>
      <w:r>
        <w:t>جو بتا رہا ہے کہ انسان سماج میں کیسے رہے۔ انسان سماج میں پھول بن کر رہے، پھول بن کر رہے، فلاور کی مانند بن کر رہے،</w:t>
      </w:r>
    </w:p>
    <w:p>
      <w:r>
        <w:rPr>
          <w:b/>
        </w:rPr>
        <w:t xml:space="preserve">[1:04:35] </w:t>
      </w:r>
      <w:r>
        <w:t>kaante ki maanind bankar na rahe.</w:t>
      </w:r>
    </w:p>
    <w:p>
      <w:pPr>
        <w:jc w:val="right"/>
      </w:pPr>
      <w:r>
        <w:t>کانٹے کی مانند بن کر نہ رہے۔</w:t>
      </w:r>
    </w:p>
    <w:p>
      <w:r>
        <w:rPr>
          <w:b/>
        </w:rPr>
        <w:t xml:space="preserve">[1:04:40] </w:t>
      </w:r>
      <w:r>
        <w:t>balkeh kaanta bhi aap dekhiye, kaanta daud kar aap ko nahi chubhta.</w:t>
      </w:r>
    </w:p>
    <w:p>
      <w:pPr>
        <w:jc w:val="right"/>
      </w:pPr>
      <w:r>
        <w:t>بلکہ کانٹا بھی آپ دیکھیے، کانٹا دوڑ کر آپ کو نہیں چھپاتا۔</w:t>
      </w:r>
    </w:p>
    <w:p>
      <w:r>
        <w:rPr>
          <w:b/>
        </w:rPr>
        <w:t xml:space="preserve">[1:04:51] </w:t>
      </w:r>
      <w:r>
        <w:t>aaj mein subah yahan baitha tha to ek bheerh ne mujhe yahan kaat liya aur abhi bhi iski takleef hai mere paon mein.</w:t>
      </w:r>
    </w:p>
    <w:p>
      <w:pPr>
        <w:jc w:val="right"/>
      </w:pPr>
      <w:r>
        <w:t>آج میں صبح یہاں بیٹھا تھا تو ایک بھیڑ نے مجھے یہاں کاٹ لیا اور ابھی بھی اس کی تکلیف ہے میرے پاؤں میں۔</w:t>
      </w:r>
    </w:p>
    <w:p>
      <w:r>
        <w:rPr>
          <w:b/>
        </w:rPr>
        <w:t xml:space="preserve">[1:05:02] </w:t>
      </w:r>
      <w:r>
        <w:t>to mein ne socha, to mujhe is mein ek bohat ajeeb qism ka lesson mila.</w:t>
      </w:r>
    </w:p>
    <w:p>
      <w:pPr>
        <w:jc w:val="right"/>
      </w:pPr>
      <w:r>
        <w:t>تو میں نے سوچا، تو مجھے اس میں ایک بہت عجیب قسم کا لیسن ملا۔</w:t>
      </w:r>
    </w:p>
    <w:p>
      <w:r>
        <w:rPr>
          <w:b/>
        </w:rPr>
        <w:t xml:space="preserve">[1:05:12] </w:t>
      </w:r>
      <w:r>
        <w:t>wo bheerh jo thi, wo kaale rang ki bheerh, der se wahan par baithi hui thi, lekin mujhe wo kaati nahi thi.</w:t>
      </w:r>
    </w:p>
    <w:p>
      <w:pPr>
        <w:jc w:val="right"/>
      </w:pPr>
      <w:r>
        <w:t>وہ بھیڑ جو تھی، وہ کالے رنگ کی بھیڑ، دیر سے وہاں پر بیٹھی ہوئی تھی، لیکن مجھے وہ کاٹا نہیں تھا۔</w:t>
      </w:r>
    </w:p>
    <w:p>
      <w:r>
        <w:rPr>
          <w:b/>
        </w:rPr>
        <w:t xml:space="preserve">[1:05:20] </w:t>
      </w:r>
      <w:r>
        <w:t>is ne mujhe phir kya hua? wo bheerh kisi wajah se mere paon par aa gayi to mein ne us ko hatana chaha. us ko tab us ne kaata.</w:t>
      </w:r>
    </w:p>
    <w:p>
      <w:pPr>
        <w:jc w:val="right"/>
      </w:pPr>
      <w:r>
        <w:t>اس نے مجھے پھر کیا ہوا؟ وہ بھیڑ کسی وجہ سے میرے پاؤں پر آ گئی تو میں نے اس کو ہٹانا چاہا۔ اس کو تب اس نے کاٹا۔</w:t>
      </w:r>
    </w:p>
    <w:p>
      <w:r>
        <w:rPr>
          <w:b/>
        </w:rPr>
        <w:t xml:space="preserve">[1:05:31] </w:t>
      </w:r>
      <w:r>
        <w:t>kyun? us ne kaata defence ke taur par.</w:t>
      </w:r>
    </w:p>
    <w:p>
      <w:pPr>
        <w:jc w:val="right"/>
      </w:pPr>
      <w:r>
        <w:t>کیوں؟ اس نے کاٹا ڈیفنس کے طور پر۔</w:t>
      </w:r>
    </w:p>
    <w:p>
      <w:r>
        <w:rPr>
          <w:b/>
        </w:rPr>
        <w:t xml:space="preserve">[1:05:36] </w:t>
      </w:r>
      <w:r>
        <w:t>animal ki yeh nature hai ke wo is waqt tak aap ko seeng nahi marenge, aap ko ding nahi marenge, aap ko koi takleef nahi pahunchayenge jab tak ke yeh na mehsoos karein wo ke aadmi un ko kuch karne ja raha hai,</w:t>
      </w:r>
    </w:p>
    <w:p>
      <w:pPr>
        <w:jc w:val="right"/>
      </w:pPr>
      <w:r>
        <w:t>اینیمل کے یہ نیچر ہے کہ وہ اس وقت تک آپ کو سینگ نہیں ماریں گے، آپ کو ڈنگ نہیں ماریں گے، آپ کو کوئی تکلیف نہیں پہنچائیں گے جب تک کہ یہ نہ محسوس کریں وہ کہ آدمی ان کو کچھ کرنے جا رہا ہے،</w:t>
      </w:r>
    </w:p>
    <w:p>
      <w:r>
        <w:rPr>
          <w:b/>
        </w:rPr>
        <w:t xml:space="preserve">[1:05:52] </w:t>
      </w:r>
      <w:r>
        <w:t>haram-ul-banne ja raha hai un ke liye. to is waqt tak jab tak ke wahan bheerh jo thi, yeh samajhti thi ke meri taraf se is ko koi harm nahi pahunchne wala hai, tab tak wo reng rahi thi.</w:t>
      </w:r>
    </w:p>
    <w:p>
      <w:pPr>
        <w:jc w:val="right"/>
      </w:pPr>
      <w:r>
        <w:t>حرام فل بننے جا رہا ہے ان کے لیے۔ تو اس وقت تک جب تک کہ وہاں بھیڑ جو تھی، یہ سمجھتی تھی کہ میری طرف سے اس کو کوئی ہارم نہیں پہنچنے والا ہے، تب تک وہ رینگ رہی تھی۔</w:t>
      </w:r>
    </w:p>
    <w:p>
      <w:r>
        <w:rPr>
          <w:b/>
        </w:rPr>
        <w:t xml:space="preserve">[1:06:04] </w:t>
      </w:r>
      <w:r>
        <w:t>aise hi</w:t>
      </w:r>
    </w:p>
    <w:p>
      <w:pPr>
        <w:jc w:val="right"/>
      </w:pPr>
      <w:r>
        <w:t>ایسے ہی</w:t>
      </w:r>
    </w:p>
    <w:p>
      <w:r>
        <w:rPr>
          <w:b/>
        </w:rPr>
        <w:t xml:space="preserve">[1:06:05] </w:t>
      </w:r>
      <w:r>
        <w:t>jab mere paon par aa gayi wo aur mein ne apne haath se us ko hataya, aise hi to us ko mehsoos hua ke wo ab khatra aa gaya. tab us ne kaat liya. to mein ne socha ke dekhiye, insaan se kitna acha yeh bheerh hai.</w:t>
      </w:r>
    </w:p>
    <w:p>
      <w:pPr>
        <w:jc w:val="right"/>
      </w:pPr>
      <w:r>
        <w:t>جب میرے پاؤں پر آ گئی وہ اور میں نے اپنے ہاتھ سے اس کو ہٹایا، ایسے ہی تو اس کو محسوس ہوا کہ وہ اب خطرہ آ گیا۔ تب اسے کاٹ لیا۔ تو میں نے سوچا کہ دیکھیے، انسان سے کتنا اچھا یہ بھیڑ ہے۔</w:t>
      </w:r>
    </w:p>
    <w:p>
      <w:r>
        <w:rPr>
          <w:b/>
        </w:rPr>
        <w:t xml:space="preserve">[1:06:18] </w:t>
      </w:r>
      <w:r>
        <w:t>insaan khwaam-khwaah hi kisi ke upar waar karta hai, khwaam-khwaah hi kisi ke upar attack karta hai, khwaam-khwaah hi kisi ke liye harmful banta hai. lekin</w:t>
      </w:r>
    </w:p>
    <w:p>
      <w:pPr>
        <w:jc w:val="right"/>
      </w:pPr>
      <w:r>
        <w:t>انسان خوامخواہ ہی کسی کے اوپر وار کرتا ہے، خوامخواہ ہی کسی کے اوپر اٹیک کرتا ہے، خوامخواہ ہی کسی کے لیے ہارم فل بنتا ہے۔ لیکن</w:t>
      </w:r>
    </w:p>
    <w:p>
      <w:r>
        <w:rPr>
          <w:b/>
        </w:rPr>
        <w:t xml:space="preserve">[1:06:27] </w:t>
      </w:r>
      <w:r>
        <w:t>bheerh jo hai, is waqt to us ne apna, us par jo khuda ne jo us ko hathiyaar diya hai, is waqt istemaal kiya jab ke us ne mehsoos kiya ke us ke liye defence ka time aa gaya hai,</w:t>
      </w:r>
    </w:p>
    <w:p>
      <w:pPr>
        <w:jc w:val="right"/>
      </w:pPr>
      <w:r>
        <w:t>بھیڑ جو ہے، اس وقت تو اس نے اپنا، اس پر جو خدا نے جو اس کو ہتھیار دیا ہے، اس وقت استعمال کیا جب کہ اس نے محسوس کیا کہ اس کے لیے ڈیفنس کا ٹائم آ گیا ہے،</w:t>
      </w:r>
    </w:p>
    <w:p>
      <w:r>
        <w:rPr>
          <w:b/>
        </w:rPr>
        <w:t xml:space="preserve">[1:06:42] </w:t>
      </w:r>
      <w:r>
        <w:t>is se pehle nahi.</w:t>
      </w:r>
    </w:p>
    <w:p>
      <w:pPr>
        <w:jc w:val="right"/>
      </w:pPr>
      <w:r>
        <w:t>اس سے پہلے نہیں۔</w:t>
      </w:r>
    </w:p>
    <w:p>
      <w:r>
        <w:rPr>
          <w:b/>
        </w:rPr>
        <w:t xml:space="preserve">[1:06:45] </w:t>
      </w:r>
      <w:r>
        <w:t>kyun ke ab bheerh ya koi bhi animal jo duniya mein hai, wo yeh message de raha hai ke agar tumhare upar koi attack kar de, tab to tum defence mein ja sakte ho, kuch kar sakte ho.</w:t>
      </w:r>
    </w:p>
    <w:p>
      <w:pPr>
        <w:jc w:val="right"/>
      </w:pPr>
      <w:r>
        <w:t>کیونکہ اب بھیڑ یا کوئی بھی اینیمل جو دنیا میں ہے، وہ یہ میسج دے رہا ہے کہ اگر تمہارے اوپر کوئی اٹیک کر دے، تب تو تم ڈیفنس میں جا سکتے ہو، کچھ کر سکتے ہو۔</w:t>
      </w:r>
    </w:p>
    <w:p>
      <w:r>
        <w:rPr>
          <w:b/>
        </w:rPr>
        <w:t xml:space="preserve">[1:07:02] </w:t>
      </w:r>
      <w:r>
        <w:t>lekin jab tak koi attack nahin karta, jab tak koi egreshan nahin karta, us waqt tum ko peacefull rehna hai. us waqt tum ko peacefull rehna hai.</w:t>
      </w:r>
    </w:p>
    <w:p>
      <w:pPr>
        <w:jc w:val="right"/>
      </w:pPr>
      <w:r>
        <w:t>لیکن جب تک کوئی اٹیک نہیں کرتا، جب تک کوئی ایگریشن نہیں کرتا، اس وقت تم کو پیس فل رہنا ہے۔ اس وقت تم کو پیس فل رہنا ہے۔</w:t>
      </w:r>
    </w:p>
    <w:p>
      <w:r>
        <w:rPr>
          <w:b/>
        </w:rPr>
        <w:t xml:space="preserve">[1:07:22] </w:t>
      </w:r>
      <w:r>
        <w:t>yani ek bheed ke andar bhi ye sabak hai. kaisi ajeeb baat hai!</w:t>
      </w:r>
    </w:p>
    <w:p>
      <w:pPr>
        <w:jc w:val="right"/>
      </w:pPr>
      <w:r>
        <w:t>یعنی ایک بھیڑ کے اندر بھی یہ سبق ہے۔ کیسی عجیب بات ہے!</w:t>
      </w:r>
    </w:p>
    <w:p>
      <w:r>
        <w:rPr>
          <w:b/>
        </w:rPr>
        <w:t xml:space="preserve">[1:07:31] </w:t>
      </w:r>
      <w:r>
        <w:t>isi tarah se agar aap sochen to har cheez mein aap ko sabak dikhai padega.</w:t>
      </w:r>
    </w:p>
    <w:p>
      <w:pPr>
        <w:jc w:val="right"/>
      </w:pPr>
      <w:r>
        <w:t>اسی طرح سے اگر آپ سوچیں تو ہر چیز میں آپ کو سبق دکھائی پڑے گا۔</w:t>
      </w:r>
    </w:p>
    <w:p>
      <w:r>
        <w:rPr>
          <w:b/>
        </w:rPr>
        <w:t xml:space="preserve">[1:07:47] </w:t>
      </w:r>
      <w:r>
        <w:t>yahan tak ke aap kabhi dekha hoga aap ne ke ek chhota sa keeda hota hai, wo gandagi par baith jata hai. koi bakri ya bail agar gandagi kar de to wahan wo pahunch jayega.</w:t>
      </w:r>
    </w:p>
    <w:p>
      <w:pPr>
        <w:jc w:val="right"/>
      </w:pPr>
      <w:r>
        <w:t>یہاں تک کہ آپ کبھی دیکھا ہوگا آپ نے کہ ایک چھوٹا سا کیڑا ہوتا ہے، وہ گندگی پر بیٹھ جاتا ہے۔ کوئی بکری یا بیل اگر گندگی کر دے تو وہاں وہ پہنچ جائے گا۔</w:t>
      </w:r>
    </w:p>
    <w:p>
      <w:r>
        <w:rPr>
          <w:b/>
        </w:rPr>
        <w:t xml:space="preserve">[1:08:00] </w:t>
      </w:r>
      <w:r>
        <w:t>wo kya karta hai? wo kaam wo recycle karta hai. thodi der ke baad is liye aap dekhte hain ke wo badbu khatm ho gayi us ki ke us ke jo gases hain, gas ko nikal kar ke wo fiza mein daal deta hai.</w:t>
      </w:r>
    </w:p>
    <w:p>
      <w:pPr>
        <w:jc w:val="right"/>
      </w:pPr>
      <w:r>
        <w:t>وہ کیا کرتا ہے؟ وہ کام وہ ری سائیکل کرتا ہے۔ تھوڑی دیر کے بعد اس لیے آپ دیکھتے ہیں کہ وہ بدبو ختم ہو گئی اس کی کہ اس کے جو گیسز ہیں، گیس کو نکال کر کے وہ فضا میں ڈال دیتا ہے۔</w:t>
      </w:r>
    </w:p>
    <w:p>
      <w:r>
        <w:rPr>
          <w:b/>
        </w:rPr>
        <w:t xml:space="preserve">[1:08:13] </w:t>
      </w:r>
      <w:r>
        <w:t>recycle karta hai us ka kaam recycle karna.</w:t>
      </w:r>
    </w:p>
    <w:p>
      <w:pPr>
        <w:jc w:val="right"/>
      </w:pPr>
      <w:r>
        <w:t>ری سائیکل کرتا ہے اس کا کام ری سائیکل کرنا۔</w:t>
      </w:r>
    </w:p>
    <w:p>
      <w:r>
        <w:rPr>
          <w:b/>
        </w:rPr>
        <w:t xml:space="preserve">[1:08:16] </w:t>
      </w:r>
      <w:r>
        <w:t>ek mamooli keeda bhi gandagi ko recycle kar ke gandagi ko khatm karta hai, dobara us ko ek sehatmand gas bana deta hai.</w:t>
      </w:r>
    </w:p>
    <w:p>
      <w:pPr>
        <w:jc w:val="right"/>
      </w:pPr>
      <w:r>
        <w:t>ایک معمولی کیڑا بھی گندگی کو ری سائیکل کر کے گندگی کو ختم کرتا ہے، دوبارہ اس کو ایک صحت مند گیس بنا دیتا ہے۔</w:t>
      </w:r>
    </w:p>
    <w:p>
      <w:r>
        <w:rPr>
          <w:b/>
        </w:rPr>
        <w:t xml:space="preserve">[1:08:27] </w:t>
      </w:r>
      <w:r>
        <w:t>aur insan kya karta hai? insan ye karta hai ke kisi ki burai us ko dikhai pad jaye, shor machata hai us ko. yani keeda burai par parda dalta hai,</w:t>
      </w:r>
    </w:p>
    <w:p>
      <w:pPr>
        <w:jc w:val="right"/>
      </w:pPr>
      <w:r>
        <w:t>اور انسان کیا کرتا ہے؟ انسان یہ کرتا ہے کہ کسی کی برائی اس کو دکھائی پڑ جائے، شور مچاتا ہے اس کو۔ یعنی کیڑا برائی پر پردہ ڈالتا ہے،</w:t>
      </w:r>
    </w:p>
    <w:p>
      <w:r>
        <w:rPr>
          <w:b/>
        </w:rPr>
        <w:t xml:space="preserve">[1:08:43] </w:t>
      </w:r>
      <w:r>
        <w:t>us ko recycle karta hai.</w:t>
      </w:r>
    </w:p>
    <w:p>
      <w:pPr>
        <w:jc w:val="right"/>
      </w:pPr>
      <w:r>
        <w:t>اس کو ری سائیکل کرتا ہے۔</w:t>
      </w:r>
    </w:p>
    <w:p>
      <w:r>
        <w:rPr>
          <w:b/>
        </w:rPr>
        <w:t xml:space="preserve">[1:08:45] </w:t>
      </w:r>
      <w:r>
        <w:t>recycle ka matlab ye hai ke us is gas ko free kar ke wo dobara atmosphere mein daal deta hai taake insan ko is se koi takleef na ho.</w:t>
      </w:r>
    </w:p>
    <w:p>
      <w:pPr>
        <w:jc w:val="right"/>
      </w:pPr>
      <w:r>
        <w:t>ری سائیکل کا مطلب یہ ہے کہ اس اس گیس کو فری کر کے وہ دوبارہ ایٹمسفیئر میں ڈال دیتا ہے تاکہ انسان کو اس سے کوئی تکلیف نہ ہو۔</w:t>
      </w:r>
    </w:p>
    <w:p>
      <w:r>
        <w:rPr>
          <w:b/>
        </w:rPr>
        <w:t xml:space="preserve">[1:08:54] </w:t>
      </w:r>
      <w:r>
        <w:t>aur insan is ka ulta karta hai. insan ko agar koi nazar aa jaye, koi koi burai to badha chada kar pesh karega.</w:t>
      </w:r>
    </w:p>
    <w:p>
      <w:pPr>
        <w:jc w:val="right"/>
      </w:pPr>
      <w:r>
        <w:t>اور انسان اس کا الٹا کرتا ہے۔ انسان کو اگر کوئی نظر آ جائے، کوئی کوئی برائی تو بڑھا چڑھا کر پیش کرے گا۔</w:t>
      </w:r>
    </w:p>
    <w:p>
      <w:r>
        <w:rPr>
          <w:b/>
        </w:rPr>
        <w:t xml:space="preserve">[1:09:04] </w:t>
      </w:r>
      <w:r>
        <w:t>wo</w:t>
      </w:r>
    </w:p>
    <w:p>
      <w:pPr>
        <w:jc w:val="right"/>
      </w:pPr>
      <w:r>
        <w:t>وہ</w:t>
      </w:r>
    </w:p>
    <w:p>
      <w:r>
        <w:rPr>
          <w:b/>
        </w:rPr>
        <w:t xml:space="preserve">[1:09:06] </w:t>
      </w:r>
      <w:r>
        <w:t>main ne apne tajurbe mein paya hai ke agar aap ke andar koi achhi baat ho, us ka log charcha nahin karenge, achhi baat ka charcha nahin karenge.</w:t>
      </w:r>
    </w:p>
    <w:p>
      <w:pPr>
        <w:jc w:val="right"/>
      </w:pPr>
      <w:r>
        <w:t>میں نے اپنے تجربے میں پایا ہے کہ اگر آپ کے اندر کوئی اچھی بات ہو، اس کا لوگ چرچا نہیں کریں گے، اچھی بات کا چرچا نہیں کریں گے۔</w:t>
      </w:r>
    </w:p>
    <w:p>
      <w:r>
        <w:rPr>
          <w:b/>
        </w:rPr>
        <w:t xml:space="preserve">[1:09:16] </w:t>
      </w:r>
      <w:r>
        <w:t>aur agar koi buri baat mil jaye unhein to khoob charcha karenge is ka,</w:t>
      </w:r>
    </w:p>
    <w:p>
      <w:pPr>
        <w:jc w:val="right"/>
      </w:pPr>
      <w:r>
        <w:t>اور اگر کوئی بری بات مل جائے انہیں تو خوب چرچا کریں گے اس کا،</w:t>
      </w:r>
    </w:p>
    <w:p>
      <w:r>
        <w:rPr>
          <w:b/>
        </w:rPr>
        <w:t xml:space="preserve">[1:09:23] </w:t>
      </w:r>
      <w:r>
        <w:t>us ka khoob charcha karenge. ye wajah hai ke sare log aaj kal jo hain, dekhiye, aap negative thinking mein paayenge sab ko. aap mujhe to koi milta nahin insan jiske andar positive thinking ho.</w:t>
      </w:r>
    </w:p>
    <w:p>
      <w:pPr>
        <w:jc w:val="right"/>
      </w:pPr>
      <w:r>
        <w:t>اس کا خوب چرچا کریں گے۔ یہ وجہ ہے کہ سارے لوگ آج کل جو ہیں، دیکھیے، آپ نیگیٹیو تھنکنگ میں پائیں گے سب کو۔ آپ مجھے تو کوئی ملتا نہیں انسان جس کے اندر پوزیٹیو تھنکنگ ہو۔</w:t>
      </w:r>
    </w:p>
    <w:p>
      <w:r>
        <w:rPr>
          <w:b/>
        </w:rPr>
        <w:t xml:space="preserve">[1:09:36] </w:t>
      </w:r>
      <w:r>
        <w:t>kyun? zehan banta hai inhi baaton jo us ka aap charcha karte ho. log charcha karte hain negative baaton ka. paper mein baat aati hai negative qism ki, positive baatein jo hain wo paper mein aati nahin.</w:t>
      </w:r>
    </w:p>
    <w:p>
      <w:pPr>
        <w:jc w:val="right"/>
      </w:pPr>
      <w:r>
        <w:t>کیوں؟ ذہن بنتا ہے انہی باتوں جو اس کا آپ چرچا کرتے ہو۔ لوگ چرچا کرتے ہیں نیگیٹیو باتوں کا۔ پیپر میں بات آتی ہے نیگیٹیو قسم کی، پوزیٹیو باتیں جو ہیں وہ پیپر میں آتی نہیں۔</w:t>
      </w:r>
    </w:p>
    <w:p>
      <w:r>
        <w:rPr>
          <w:b/>
        </w:rPr>
        <w:t xml:space="preserve">[1:09:50] </w:t>
      </w:r>
      <w:r>
        <w:t>gharon mein in ka charcha nahin hota, samaj mein in ka charcha nahin hota, jalson mein wo nahin kahi jati.</w:t>
      </w:r>
    </w:p>
    <w:p>
      <w:pPr>
        <w:jc w:val="right"/>
      </w:pPr>
      <w:r>
        <w:t>گھروں میں ان کا چرچا نہیں ہوتا، سماج میں ان کا چرچا نہیں ہوتا، جلسوں میں وہ نہیں کہی جاتی۔</w:t>
      </w:r>
    </w:p>
    <w:p>
      <w:r>
        <w:rPr>
          <w:b/>
        </w:rPr>
        <w:t xml:space="preserve">[1:09:57] </w:t>
      </w:r>
      <w:r>
        <w:t>to hum jeete hain ek aisi duniya mein jahan ghar mein, media mein, samaj mein har jagah negative baaton ka charcha hai ke sare log kya ho gaye hain?</w:t>
      </w:r>
    </w:p>
    <w:p>
      <w:pPr>
        <w:jc w:val="right"/>
      </w:pPr>
      <w:r>
        <w:t>تو ہم جیتے ہیں ایک ایسی دنیا میں جہاں گھر میں، میڈیا میں، سماج میں ہر جگہ نیگیٹیو باتوں کا چرچا ہے کہ سارے لوگ کیا ہو گئے ہیں؟</w:t>
      </w:r>
    </w:p>
    <w:p>
      <w:r>
        <w:rPr>
          <w:b/>
        </w:rPr>
        <w:t xml:space="preserve">[1:10:10] </w:t>
      </w:r>
      <w:r>
        <w:t>negative minded ho gaye hain. sab ki soch negative ban gayi hai. main samajhta hoon ke ye sab se badi burai hai kyunke negativity ke sath Khuda ka tajurba aap nahin kar s</w:t>
      </w:r>
    </w:p>
    <w:p>
      <w:pPr>
        <w:jc w:val="right"/>
      </w:pPr>
      <w:r>
        <w:t>نیگیٹیو مائنڈڈ ہو گئے ہیں۔ سب کی سوچ نیگیٹیو بن گئی ہے۔ میں سمجھتا ہوں کہ یہ سب سے بڑی برائی ہے کیونکہ نیگیٹیوٹی کے ساتھ خدا کا تجربہ آپ نہیں کر س</w:t>
      </w:r>
    </w:p>
    <w:p>
      <w:r>
        <w:rPr>
          <w:b/>
        </w:rPr>
        <w:t xml:space="preserve">[1:10:25] </w:t>
      </w:r>
      <w:r>
        <w:t>akte. agar aap chahte hain ke Khuda ke sath aap ko jeena naseeb ho, Khuda ka presence aap ko mehsoos ho, aap ko living with God ka tajurba ho, Khuda ki blessing aap ko mile to sab se pehle ye kaam kijiye:</w:t>
      </w:r>
    </w:p>
    <w:p>
      <w:pPr>
        <w:jc w:val="right"/>
      </w:pPr>
      <w:r>
        <w:t>کتے۔ اگر آپ چاہتے ہیں کہ خدا کے ساتھ آپ کو جینا نصیب ہو، خدا کا پریزنس آپ کو محسوس ہو، آپ کو لیونگ ود گاڈ کا تجربہ ہو، خدا کی بلیسنگ آپ کو ملے تو سب سے پہلے یہ کام کیجئے:</w:t>
      </w:r>
    </w:p>
    <w:p>
      <w:r>
        <w:rPr>
          <w:b/>
        </w:rPr>
        <w:t xml:space="preserve">[1:10:43] </w:t>
      </w:r>
      <w:r>
        <w:t>har qism ke negative thought ko nikaliye aur us ki jagah positive thought ko apne mind mein laiye. pure maanon mein positive thinker ban jaiye.</w:t>
      </w:r>
    </w:p>
    <w:p>
      <w:pPr>
        <w:jc w:val="right"/>
      </w:pPr>
      <w:r>
        <w:t>ہر قسم کے نیگیٹیو تھاٹ کو نکالیے اور اس کی جگہ پوزیٹیو تھاٹ کو اپنے مائنڈ میں لائیے۔ پورے معنوں میں پوزیٹیو تھنکر بن جائیے۔</w:t>
      </w:r>
    </w:p>
    <w:p>
      <w:r>
        <w:rPr>
          <w:b/>
        </w:rPr>
        <w:t xml:space="preserve">[1:10:55] </w:t>
      </w:r>
      <w:r>
        <w:t>ye hai raaz zindagi ka aur ye hai raaz marifat ka. aqool qooli haza wastaghfirullah walakum ajmaeen.</w:t>
      </w:r>
    </w:p>
    <w:p>
      <w:pPr>
        <w:jc w:val="right"/>
      </w:pPr>
      <w:r>
        <w:t>یہ ہے راز زندگی کا اور یہ ہے راز معرفت کا۔ اقول قولیھذا واستغفراللہ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