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Real Problem before Mankind August 3, 2008</w:t>
      </w:r>
    </w:p>
    <w:p>
      <w:r>
        <w:t>https://youtu.be/ndFl4lXCq_c</w:t>
      </w:r>
    </w:p>
    <w:p>
      <w:r>
        <w:rPr>
          <w:b/>
        </w:rPr>
        <w:t xml:space="preserve">[00:28] </w:t>
      </w:r>
      <w:r>
        <w:t>wa ahl al-uqdatan min lisani, yafqahu qawli.</w:t>
      </w:r>
    </w:p>
    <w:p>
      <w:pPr>
        <w:jc w:val="right"/>
      </w:pPr>
      <w:r>
        <w:t>واحل العقدۃ من لسانی، یفقہ قولی۔</w:t>
      </w:r>
    </w:p>
    <w:p>
      <w:r>
        <w:rPr>
          <w:b/>
        </w:rPr>
        <w:t xml:space="preserve">[00:38] </w:t>
      </w:r>
      <w:r>
        <w:t>aaj ka topic hai:</w:t>
      </w:r>
    </w:p>
    <w:p>
      <w:pPr>
        <w:jc w:val="right"/>
      </w:pPr>
      <w:r>
        <w:t>آج کا ٹاپک ہے:</w:t>
      </w:r>
    </w:p>
    <w:p>
      <w:r>
        <w:rPr>
          <w:b/>
        </w:rPr>
        <w:t xml:space="preserve">[00:45] </w:t>
      </w:r>
      <w:r>
        <w:t>"the real problem before mankind".</w:t>
      </w:r>
    </w:p>
    <w:p>
      <w:pPr>
        <w:jc w:val="right"/>
      </w:pPr>
      <w:r>
        <w:t>"دا ریل پرابلم بیفور مین کائنڈ"۔</w:t>
      </w:r>
    </w:p>
    <w:p>
      <w:r>
        <w:rPr>
          <w:b/>
        </w:rPr>
        <w:t xml:space="preserve">[00:52] </w:t>
      </w:r>
      <w:r>
        <w:t>insaan ke saamne sab se bara masla, ya insaan ka sab se bara masla.</w:t>
      </w:r>
    </w:p>
    <w:p>
      <w:pPr>
        <w:jc w:val="right"/>
      </w:pPr>
      <w:r>
        <w:t>انسان کے سامنے سب سے بڑا مسئلہ، یا انسان کا سب سے بڑا مسئلہ۔</w:t>
      </w:r>
    </w:p>
    <w:p>
      <w:r>
        <w:rPr>
          <w:b/>
        </w:rPr>
        <w:t xml:space="preserve">[01:04] </w:t>
      </w:r>
      <w:r>
        <w:t>is par sochte hue jo baat meri samajh mein aayi woh yeh hai ke the</w:t>
      </w:r>
    </w:p>
    <w:p>
      <w:pPr>
        <w:jc w:val="right"/>
      </w:pPr>
      <w:r>
        <w:t>اس پر سوچتے ہوئے جو بات میری سمجھ میں آئی وہ یہ ہے کہ دا</w:t>
      </w:r>
    </w:p>
    <w:p>
      <w:r>
        <w:rPr>
          <w:b/>
        </w:rPr>
        <w:t xml:space="preserve">[01:16] </w:t>
      </w:r>
      <w:r>
        <w:t>real problem is that people have failed to identify the real problem.</w:t>
      </w:r>
    </w:p>
    <w:p>
      <w:pPr>
        <w:jc w:val="right"/>
      </w:pPr>
      <w:r>
        <w:t>ریل پرابلم از دیٹ پیپل ہیو فیلڈ ٹو آئیڈینٹیفائی دا ریل پرابلم۔</w:t>
      </w:r>
    </w:p>
    <w:p>
      <w:r>
        <w:rPr>
          <w:b/>
        </w:rPr>
        <w:t xml:space="preserve">[01:30] </w:t>
      </w:r>
      <w:r>
        <w:t>yahi real problem hai ke log jante nahin ke real problem hai kya, is ko identify nahin kar paate.</w:t>
      </w:r>
    </w:p>
    <w:p>
      <w:pPr>
        <w:jc w:val="right"/>
      </w:pPr>
      <w:r>
        <w:t>یہی ریل پرابلم ہے کہ لوگ جانتے نہیں کہ ریل پرابلم ہے کیا، اس کو آئیڈینٹیفائی نہیں کر پاتے۔</w:t>
      </w:r>
    </w:p>
    <w:p>
      <w:r>
        <w:rPr>
          <w:b/>
        </w:rPr>
        <w:t xml:space="preserve">[01:40] </w:t>
      </w:r>
      <w:r>
        <w:t>kyun aisa hai? itni meaningful world hai hamara, itni meaningful universe hai, to is ke andar kyun aisa hai ke log</w:t>
      </w:r>
    </w:p>
    <w:p>
      <w:pPr>
        <w:jc w:val="right"/>
      </w:pPr>
      <w:r>
        <w:t>کیوں ایسا ہے؟ اتنی میننگ فل ورلڈ ہے ہمارا، اتنی میننگ فل یونیورس ہے، تو اس کے اندر کیوں ایسا ہے کہ لوگ</w:t>
      </w:r>
    </w:p>
    <w:p>
      <w:r>
        <w:rPr>
          <w:b/>
        </w:rPr>
        <w:t xml:space="preserve">[01:54] </w:t>
      </w:r>
      <w:r>
        <w:t>real issue jo hai us ko nahin jaan paate?</w:t>
      </w:r>
    </w:p>
    <w:p>
      <w:pPr>
        <w:jc w:val="right"/>
      </w:pPr>
      <w:r>
        <w:t>ریل ایشو جو ہے اس کو نہیں جان پاتے؟</w:t>
      </w:r>
    </w:p>
    <w:p>
      <w:r>
        <w:rPr>
          <w:b/>
        </w:rPr>
        <w:t xml:space="preserve">[02:02] </w:t>
      </w:r>
      <w:r>
        <w:t>ek baar mujh se mulaqaat hui ek saahab ki, woh bombay mein chartered accountant hain, woh dilli aaye thay. to unhon ne kaha ke main aap ki writing barabar parhta raha hoon,</w:t>
      </w:r>
    </w:p>
    <w:p>
      <w:pPr>
        <w:jc w:val="right"/>
      </w:pPr>
      <w:r>
        <w:t>ایک بار مجھ سے ملاقات ہوئی ایک صاحب کی، وہ بمبے میں چارٹرڈ اکاؤنٹنٹ ہیں، وہ دلی آئے تھے۔ تو انہوں نے کہا کہ میں آپ کی رائٹنگ برابر پڑھتا رہا ہوں،</w:t>
      </w:r>
    </w:p>
    <w:p>
      <w:r>
        <w:rPr>
          <w:b/>
        </w:rPr>
        <w:t xml:space="preserve">[02:19] </w:t>
      </w:r>
      <w:r>
        <w:t>woh bohat hi intelligent aadmi thay. to main ne un se poocha ke aap ne hamari writing mein kya paaya?</w:t>
      </w:r>
    </w:p>
    <w:p>
      <w:pPr>
        <w:jc w:val="right"/>
      </w:pPr>
      <w:r>
        <w:t>وہ بہت ہی انٹیلیجنٹ آدمی تھے۔ تو میں نے ان سے پوچھا کہ آپ نے ہماری رائٹنگ میں کیا پایا؟</w:t>
      </w:r>
    </w:p>
    <w:p>
      <w:r>
        <w:rPr>
          <w:b/>
        </w:rPr>
        <w:t xml:space="preserve">[02:29] </w:t>
      </w:r>
      <w:r>
        <w:t>unhon ne sirf ek baat kahi.</w:t>
      </w:r>
    </w:p>
    <w:p>
      <w:pPr>
        <w:jc w:val="right"/>
      </w:pPr>
      <w:r>
        <w:t>انہوں نے صرف ایک بات کہی۔</w:t>
      </w:r>
    </w:p>
    <w:p>
      <w:r>
        <w:rPr>
          <w:b/>
        </w:rPr>
        <w:t xml:space="preserve">[02:34] </w:t>
      </w:r>
      <w:r>
        <w:t>unhon ne kaha ke aap cheezon ko face value par nahin lete, jab ke saare log bas face value par le kar judgment dete rehte hain.</w:t>
      </w:r>
    </w:p>
    <w:p>
      <w:pPr>
        <w:jc w:val="right"/>
      </w:pPr>
      <w:r>
        <w:t>انہوں نے کہا کہ آپ چیزوں کو فیس ویلیو پر نہیں لیتے، جبکہ سارے لوگ بس فیس ویلیو پر لے کر ججمنٹ دیتے رہتے ہیں۔</w:t>
      </w:r>
    </w:p>
    <w:p>
      <w:r>
        <w:rPr>
          <w:b/>
        </w:rPr>
        <w:t xml:space="preserve">[02:51] </w:t>
      </w:r>
      <w:r>
        <w:t>to main samajhta hoon ke yahi yahi baat sab sab ke upar apply hoti hai.</w:t>
      </w:r>
    </w:p>
    <w:p>
      <w:pPr>
        <w:jc w:val="right"/>
      </w:pPr>
      <w:r>
        <w:t>تو میں سمجھتا ہوں کہ یہی یہی بات سب سب کے اوپر اپلائی ہوتی ہے۔</w:t>
      </w:r>
    </w:p>
    <w:p>
      <w:r>
        <w:rPr>
          <w:b/>
        </w:rPr>
        <w:t xml:space="preserve">[03:01] </w:t>
      </w:r>
      <w:r>
        <w:t>mujhe to aisa lagta hai ke saare hi log bas ka haal yeh hai ke face value par le kar ke raaye banate rehte hain.</w:t>
      </w:r>
    </w:p>
    <w:p>
      <w:pPr>
        <w:jc w:val="right"/>
      </w:pPr>
      <w:r>
        <w:t>مجھے تو ایسا لگتا ہے کہ سارے ہی لوگ بس کا حال یہ ہے کہ فیس ویلیو پر لے کر کے رائے بناتے رہتے ہیں۔</w:t>
      </w:r>
    </w:p>
    <w:p>
      <w:r>
        <w:rPr>
          <w:b/>
        </w:rPr>
        <w:t xml:space="preserve">[03:10] </w:t>
      </w:r>
      <w:r>
        <w:t>kyun? is liye ke log sincere nahin hain. abhi aap ne dekha hoga ke ek world conference hui food ke bare mein, food shortage ke bare mein,</w:t>
      </w:r>
    </w:p>
    <w:p>
      <w:pPr>
        <w:jc w:val="right"/>
      </w:pPr>
      <w:r>
        <w:t>کیوں؟ اس لیے کہ لوگ سنسیئر نہیں ہیں۔ ابھی آپ نے دیکھا ہوگا کہ ایک ورلڈ کانفرنس ہوئی فوڈ کے بارے میں، فوڈ شارٹیج کے بارے میں،</w:t>
      </w:r>
    </w:p>
    <w:p>
      <w:r>
        <w:rPr>
          <w:b/>
        </w:rPr>
        <w:t xml:space="preserve">[03:24] </w:t>
      </w:r>
      <w:r>
        <w:t>aur paper mein aaya tha ke is mein 20 dishes rakhi gayi theen in logon ke khane ke liye jo wahan aaye thay participation ke liye.</w:t>
      </w:r>
    </w:p>
    <w:p>
      <w:pPr>
        <w:jc w:val="right"/>
      </w:pPr>
      <w:r>
        <w:t>اور پیپر میں آیا تھا کہ اس میں 20 ڈشز رکھی گئی تھیں ان لوگوں کے کھانے کے لیے جو وہاں آئے تھے پارٹیسپیشن کے لیے۔</w:t>
      </w:r>
    </w:p>
    <w:p>
      <w:r>
        <w:rPr>
          <w:b/>
        </w:rPr>
        <w:t xml:space="preserve">[03:35] </w:t>
      </w:r>
      <w:r>
        <w:t>yaani food shortage par conference ho rahi hai, aur wahan par 20 qism ke khane table par. to kya hai?</w:t>
      </w:r>
    </w:p>
    <w:p>
      <w:pPr>
        <w:jc w:val="right"/>
      </w:pPr>
      <w:r>
        <w:t>یعنی فوڈ شارٹیج پر کانفرنس ہو رہی ہے، اور وہاں پر 20 قسم کے کھانے ٹیبل پر۔ تو کیا ہے؟</w:t>
      </w:r>
    </w:p>
    <w:p>
      <w:r>
        <w:rPr>
          <w:b/>
        </w:rPr>
        <w:t xml:space="preserve">[03:44] </w:t>
      </w:r>
      <w:r>
        <w:t>sincerity nahin logon mein. jo sincerity nahin hai to yeh hoga ke face value par lenge cheezon ko, bas gehrai tak nahin jayenge.</w:t>
      </w:r>
    </w:p>
    <w:p>
      <w:pPr>
        <w:jc w:val="right"/>
      </w:pPr>
      <w:r>
        <w:t>سنسیریٹی نہیں لوگوں میں۔ جو سنسیریٹی نہیں ہے تو یہ ہوگا کہ فیس ویلیو پر لیں گے چیزوں کو، بس گہرائی تک نہیں جائیں گے۔</w:t>
      </w:r>
    </w:p>
    <w:p>
      <w:r>
        <w:rPr>
          <w:b/>
        </w:rPr>
        <w:t xml:space="preserve">[03:55] </w:t>
      </w:r>
      <w:r>
        <w:t>to</w:t>
      </w:r>
    </w:p>
    <w:p>
      <w:pPr>
        <w:jc w:val="right"/>
      </w:pPr>
      <w:r>
        <w:t>تو</w:t>
      </w:r>
    </w:p>
    <w:p>
      <w:r>
        <w:rPr>
          <w:b/>
        </w:rPr>
        <w:t xml:space="preserve">[03:56] </w:t>
      </w:r>
      <w:r>
        <w:t>main samajhta hoon ke sab se bara problem yahi hai ke log sincere nahin hain, woh cheezon ko bas face value par le kar ke ek raaye banate rehte hain.</w:t>
      </w:r>
    </w:p>
    <w:p>
      <w:pPr>
        <w:jc w:val="right"/>
      </w:pPr>
      <w:r>
        <w:t>میں سمجھتا ہوں کہ سب سے بڑا پرابلم یہی ہے کہ لوگ سنسیئر نہیں ہیں، وہ چیزوں کو بس فیس ویلیو پر لے کر کے ایک رائے بناتے رہتے ہیں۔</w:t>
      </w:r>
    </w:p>
    <w:p>
      <w:r>
        <w:rPr>
          <w:b/>
        </w:rPr>
        <w:t xml:space="preserve">[04:10] </w:t>
      </w:r>
      <w:r>
        <w:t>kal ek saahab ne kaha ke ek ek writer ne likha hai ke history ka absolute interpretation possible nahin hai.</w:t>
      </w:r>
    </w:p>
    <w:p>
      <w:pPr>
        <w:jc w:val="right"/>
      </w:pPr>
      <w:r>
        <w:t>کل ایک صاحب نے کہا کہ ایک ایک رائٹر نے لکھا ہے کہ ہسٹری کا ایبسولیوٹ انٹرپریٹیشن پاسیبل نہیں ہے۔</w:t>
      </w:r>
    </w:p>
    <w:p>
      <w:r>
        <w:rPr>
          <w:b/>
        </w:rPr>
        <w:t xml:space="preserve">[04:25] </w:t>
      </w:r>
      <w:r>
        <w:t>main sochne laga is par ke history to ek real discipline hai, real events ko hum history kehte hain. to is ka kyun aisa hai ke is ka absolute interpretation possible nahin hai?</w:t>
      </w:r>
    </w:p>
    <w:p>
      <w:pPr>
        <w:jc w:val="right"/>
      </w:pPr>
      <w:r>
        <w:t>میں سوچنے لگا اس پر کہ ہسٹری تو ایک ایک ریل ڈسپلن ہے، ریل ایونٹس کو ہم ہسٹری کہتے ہیں۔ تو اس کا کیوں ایسا ہے کہ اس کا ایبسولیوٹ انٹرپریٹیشن پاسیبل نہیں ہے؟</w:t>
      </w:r>
    </w:p>
    <w:p>
      <w:r>
        <w:rPr>
          <w:b/>
        </w:rPr>
        <w:t xml:space="preserve">[04:41] </w:t>
      </w:r>
      <w:r>
        <w:t>woh koi history, koi novel nahin hai, woh koi kahani nahin hai.</w:t>
      </w:r>
    </w:p>
    <w:p>
      <w:pPr>
        <w:jc w:val="right"/>
      </w:pPr>
      <w:r>
        <w:t>وہ کوئی ہسٹری، کوئی ناول نہیں ہے، وہ کوئی کہانی نہیں ہے۔</w:t>
      </w:r>
    </w:p>
    <w:p>
      <w:r>
        <w:rPr>
          <w:b/>
        </w:rPr>
        <w:t xml:space="preserve">[04:49] </w:t>
      </w:r>
      <w:r>
        <w:t>to real event ko narrate karti hai history. to is mein kya? kyun aisa hai ke log absolute interpretation nahin de paate? main samajhta hoon ke is sabab mein is ka yahi hai ke log sincere nahin hain.</w:t>
      </w:r>
    </w:p>
    <w:p>
      <w:pPr>
        <w:jc w:val="right"/>
      </w:pPr>
      <w:r>
        <w:t>تو ریل ایونٹ کو نیریٹ کرتی ہے ہسٹری۔ تو اس میں کیا؟ کیوں ایسا ہے کہ لوگ ایبسولیوٹ انٹرپریشن نہیں دے پاتے؟ میں سمجھتا ہوں کہ کس سبب میں اس کا یہی ہے کہ لوگ سنسیئر نہیں ہیں۔</w:t>
      </w:r>
    </w:p>
    <w:p>
      <w:r>
        <w:rPr>
          <w:b/>
        </w:rPr>
        <w:t xml:space="preserve">[05:04] </w:t>
      </w:r>
      <w:r>
        <w:t>log face value par cheezon ko lete rehte hain.</w:t>
      </w:r>
    </w:p>
    <w:p>
      <w:pPr>
        <w:jc w:val="right"/>
      </w:pPr>
      <w:r>
        <w:t>لوگ فیس ویلیو پر چیزوں کو لیتے رہتے ہیں۔</w:t>
      </w:r>
    </w:p>
    <w:p>
      <w:r>
        <w:rPr>
          <w:b/>
        </w:rPr>
        <w:t xml:space="preserve">[05:08] </w:t>
      </w:r>
      <w:r>
        <w:t>jaise hamare India ko dekhiye, 1947 mein India ka partition hua. partition.</w:t>
      </w:r>
    </w:p>
    <w:p>
      <w:pPr>
        <w:jc w:val="right"/>
      </w:pPr>
      <w:r>
        <w:t>جیسے ہمارے انڈیا کو دیکھیے، 1947 میں انڈیا کا پارٹیشن ہوا۔ پارٹیشن۔</w:t>
      </w:r>
    </w:p>
    <w:p>
      <w:r>
        <w:rPr>
          <w:b/>
        </w:rPr>
        <w:t xml:space="preserve">[05:18] </w:t>
      </w:r>
      <w:r>
        <w:t>is par sainkaron sainkaron kitabein likhi gayi hain, aur is ka jo analysis kiya gaya hai, jo is ka kyun hua partition, to har aadmi alag alag boli bol raha hai.</w:t>
      </w:r>
    </w:p>
    <w:p>
      <w:pPr>
        <w:jc w:val="right"/>
      </w:pPr>
      <w:r>
        <w:t>اس پر سینکڑوں سینکڑوں کتابیں لکھی گئی ہیں، اور اس کا جو انالیسز کیا گیا ہے، جو اس کا کیوں ہوا پارٹیشن، تو ہر آدمی الگ الگ بولی بول رہا ہے۔</w:t>
      </w:r>
    </w:p>
    <w:p>
      <w:r>
        <w:rPr>
          <w:b/>
        </w:rPr>
        <w:t xml:space="preserve">[05:33] </w:t>
      </w:r>
      <w:r>
        <w:t>koi kehta hai ke partition ke responsible hain mr muhammad ali jinnah,</w:t>
      </w:r>
    </w:p>
    <w:p>
      <w:pPr>
        <w:jc w:val="right"/>
      </w:pPr>
      <w:r>
        <w:t>کوئی کہتا ہے کہ پارٹیشن کے ریسپانسبل ہیں مسٹر محمد علی جناح،</w:t>
      </w:r>
    </w:p>
    <w:p>
      <w:r>
        <w:rPr>
          <w:b/>
        </w:rPr>
        <w:t xml:space="preserve">[05:40] </w:t>
      </w:r>
      <w:r>
        <w:t>koi kehta hai ke partition ke responsible hain woh sardar patel,</w:t>
      </w:r>
    </w:p>
    <w:p>
      <w:pPr>
        <w:jc w:val="right"/>
      </w:pPr>
      <w:r>
        <w:t>کوئی کہتا ہے کہ پارٹیشن کے ریسپانسبل ہیں وہ سردار پٹیل،</w:t>
      </w:r>
    </w:p>
    <w:p>
      <w:r>
        <w:rPr>
          <w:b/>
        </w:rPr>
        <w:t xml:space="preserve">[05:52] </w:t>
      </w:r>
      <w:r>
        <w:t>koi kehta hai ke hafeez ibrahim ke mamle mein adjustment nahi kiya sir nehru ne, is liye partition ho gaya.</w:t>
      </w:r>
    </w:p>
    <w:p>
      <w:pPr>
        <w:jc w:val="right"/>
      </w:pPr>
      <w:r>
        <w:t>کوئی کہتا ہے کہ حافظ ابراہیم کے معاملے میں ایڈجسٹمنٹ نہیں کیا سر نہرو نے، اس لیے پارٹیشن ہو گیا۔</w:t>
      </w:r>
    </w:p>
    <w:p>
      <w:r>
        <w:rPr>
          <w:b/>
        </w:rPr>
        <w:t xml:space="preserve">[06:03] </w:t>
      </w:r>
      <w:r>
        <w:t>koi kehta hai gandhi ne kyun accept kiya? accept na hote to partition na hota.</w:t>
      </w:r>
    </w:p>
    <w:p>
      <w:pPr>
        <w:jc w:val="right"/>
      </w:pPr>
      <w:r>
        <w:t>کوئی کہتا ہے گاندھی نے کیوں ایکسیپٹ کیا؟ ایکسیپٹ نہ ہوتے تو پارٹیشن نہ ہوتا۔</w:t>
      </w:r>
    </w:p>
    <w:p>
      <w:r>
        <w:rPr>
          <w:b/>
        </w:rPr>
        <w:t xml:space="preserve">[06:08] </w:t>
      </w:r>
      <w:r>
        <w:t>koi kehta hai ke rss ke jo thinker the, unhone sab se pehle partition ka concept diya tha. har aadmi alag alag boli bol raha hai. jab partition ek real event hai hamare desh ka, to hamein janna chahiye ke kyun partition hua.</w:t>
      </w:r>
    </w:p>
    <w:p>
      <w:pPr>
        <w:jc w:val="right"/>
      </w:pPr>
      <w:r>
        <w:t>کوئی کہتا ہے کہ آر ایس ایس کے جو تھنکر تھے، انہوں نے سب سے پہلے پارٹیشن کا کانسیپٹ دیا تھا۔ ہر آدمی الگ الگ بولی بول رہا ہے۔ جب پارٹیشن ایک ریل ایونٹ ہے ہمارے દેશ کا، تو ہمیں جاننا چاہیے کہ کیوں پارٹیشن ہوا۔</w:t>
      </w:r>
    </w:p>
    <w:p>
      <w:r>
        <w:rPr>
          <w:b/>
        </w:rPr>
        <w:t xml:space="preserve">[06:25] </w:t>
      </w:r>
      <w:r>
        <w:t>to log jeete hain bias mein, insincerity mein.</w:t>
      </w:r>
    </w:p>
    <w:p>
      <w:pPr>
        <w:jc w:val="right"/>
      </w:pPr>
      <w:r>
        <w:t>تو لوگ جیتے ہیں بائس میں، انسینسٹی میں۔</w:t>
      </w:r>
    </w:p>
    <w:p>
      <w:r>
        <w:rPr>
          <w:b/>
        </w:rPr>
        <w:t xml:space="preserve">[06:34] </w:t>
      </w:r>
      <w:r>
        <w:t>jaise ke main apna ek experience batata hoon, is zamane mein har aadmi mujhe lagta hai ke jhoot bolta hai. to aaj main soch raha tha ke sab log jhoot kyun bolte hain.</w:t>
      </w:r>
    </w:p>
    <w:p>
      <w:pPr>
        <w:jc w:val="right"/>
      </w:pPr>
      <w:r>
        <w:t>جیسے کہ میں اپنا ایک ایکسپیرینس بتاتا ہوں، اس زمانے میں ہر آدمی مجھے لگتا ہے کہ جھوٹ بولتا ہے۔ تو آج میں سوچ رہا تھا کہ سب لوگ جھوٹ کیوں بولتے ہیں۔</w:t>
      </w:r>
    </w:p>
    <w:p>
      <w:r>
        <w:rPr>
          <w:b/>
        </w:rPr>
        <w:t xml:space="preserve">[06:45] </w:t>
      </w:r>
      <w:r>
        <w:t>to maine socha ke jhoot ki do category hain. ek hai ke apne se bahar koi baat ho rahi hai to us par hum statement dein, to wahan koi jhoot nahi bolege.</w:t>
      </w:r>
    </w:p>
    <w:p>
      <w:pPr>
        <w:jc w:val="right"/>
      </w:pPr>
      <w:r>
        <w:t>تو میں نے سوچا کہ جھوٹ کی دو کیٹیگری ہیں۔ ایک ہے کہ اپنے سے باہر کوئی بات ہو رہی ہے تو اس پر ہم اسٹیٹمنٹ دیں، تو وہاں کوئی جھوٹ نہیں بولے گا۔</w:t>
      </w:r>
    </w:p>
    <w:p>
      <w:r>
        <w:rPr>
          <w:b/>
        </w:rPr>
        <w:t xml:space="preserve">[06:56] </w:t>
      </w:r>
      <w:r>
        <w:t>is building ke bahar ek road hai, ek community hall hai, ek garden hai, us par hum jhoot nahi bolege.</w:t>
      </w:r>
    </w:p>
    <w:p>
      <w:pPr>
        <w:jc w:val="right"/>
      </w:pPr>
      <w:r>
        <w:t>اس بلڈنگ کے باہر ایک روڈ ہے، ایک کمیونٹی ہال ہے، ایک گارڈن ہے، اس پر ہم جھوٹ نہیں بولیں گے۔</w:t>
      </w:r>
    </w:p>
    <w:p>
      <w:r>
        <w:rPr>
          <w:b/>
        </w:rPr>
        <w:t xml:space="preserve">[07:06] </w:t>
      </w:r>
      <w:r>
        <w:t>lekin jahan koi aisi baat ho ke aap ki apni personality is mein involve hone lage, aap zad mein aa jayein, to foran aadmi apni safai ke liye jhoot bol deta hai.</w:t>
      </w:r>
    </w:p>
    <w:p>
      <w:pPr>
        <w:jc w:val="right"/>
      </w:pPr>
      <w:r>
        <w:t>لیکن جہاں کوئی ایسی بات ہو کہ آپ کی اپنی پرسنیلٹی اس میں انوالو ہونے لگے، آپ زد میں آ جائیں، تو فوراً آدمی اپنی صفائی کے لیے جھوٹ بول دیتا ہے۔</w:t>
      </w:r>
    </w:p>
    <w:p>
      <w:r>
        <w:rPr>
          <w:b/>
        </w:rPr>
        <w:t xml:space="preserve">[07:19] </w:t>
      </w:r>
      <w:r>
        <w:t>aisa to nahi, waisa to nahi. kyunke sincere nahi hai woh.</w:t>
      </w:r>
    </w:p>
    <w:p>
      <w:pPr>
        <w:jc w:val="right"/>
      </w:pPr>
      <w:r>
        <w:t>ایسا تو نہیں، ویسا تو نہیں۔ کیونکہ سنسیئر نہیں ہے وہ۔</w:t>
      </w:r>
    </w:p>
    <w:p>
      <w:r>
        <w:rPr>
          <w:b/>
        </w:rPr>
        <w:t xml:space="preserve">[07:26] </w:t>
      </w:r>
      <w:r>
        <w:t>agar aap se ek koi ghalti hui ya koi bhool hui hai to seedhi keh dijiye ke mujh se bhool ho gayi hai, nahi karni kya zaroorat hai? one to all, sare logon ka haal hai ke jahan apni zaat jo hai woh zad mein aa jaye,</w:t>
      </w:r>
    </w:p>
    <w:p>
      <w:pPr>
        <w:jc w:val="right"/>
      </w:pPr>
      <w:r>
        <w:t>اگر آپ سے ایک کوئی غلطی ہوئی یا کوئی بھول ہوئی ہے تو سیدھی کہہ دیجیے کہ مجھ سے بھول ہو گئی ہے، نہیں کرنی کیا ضرورت ہے؟ ون ٹو آل، سارے لوگوں کا حال ہے کہ جہاں اپنی ذات جو ہے وہ زد میں آ جائے،</w:t>
      </w:r>
    </w:p>
    <w:p>
      <w:r>
        <w:rPr>
          <w:b/>
        </w:rPr>
        <w:t xml:space="preserve">[07:41] </w:t>
      </w:r>
      <w:r>
        <w:t>aap ki apni personality is ka is mein involvement kuch nikal nikal raha ho, to foran aadmi manipulate kar ke bolega, twist kar ke bolega, cheezein nahi batayega woh.</w:t>
      </w:r>
    </w:p>
    <w:p>
      <w:pPr>
        <w:jc w:val="right"/>
      </w:pPr>
      <w:r>
        <w:t>آپ کی اپنی پرسنیلٹی اس کا اس میں انوالومنٹ کچھ نکل نکل رہا ہو، تو فوراً آدمی مینیپولیٹ کر کے بولے گا، ٹوسٹ کر کے بولے گا، چیزیں نہیں بتائے گا وہ۔</w:t>
      </w:r>
    </w:p>
    <w:p>
      <w:r>
        <w:rPr>
          <w:b/>
        </w:rPr>
        <w:t xml:space="preserve">[07:57] </w:t>
      </w:r>
      <w:r>
        <w:t>to kaise woh samjhe baaton ko? absolute interpretation bilashuba possible hai history ka, magar kis ke liye?</w:t>
      </w:r>
    </w:p>
    <w:p>
      <w:pPr>
        <w:jc w:val="right"/>
      </w:pPr>
      <w:r>
        <w:t>تو کیسے وہ سمجھے باتوں کو؟ ایبسولیوٹ انٹرپریٹیشن بلاشبہ پاسیبل ہے ہسٹری کا، مگر کس کے لیے؟</w:t>
      </w:r>
    </w:p>
    <w:p>
      <w:r>
        <w:rPr>
          <w:b/>
        </w:rPr>
        <w:t xml:space="preserve">[08:06] </w:t>
      </w:r>
      <w:r>
        <w:t>jiske andar absolute thinking aa chuki ho, sincerity aa chuki ho. nahi to kya hoga?</w:t>
      </w:r>
    </w:p>
    <w:p>
      <w:pPr>
        <w:jc w:val="right"/>
      </w:pPr>
      <w:r>
        <w:t>جس کے اندر ایبسولیوٹ تھنکنگ آ چکی ہو، سنسیریٹی آ چکی ہو۔ نہیں تو کیا ہوگا؟</w:t>
      </w:r>
    </w:p>
    <w:p>
      <w:r>
        <w:rPr>
          <w:b/>
        </w:rPr>
        <w:t xml:space="preserve">[08:15] </w:t>
      </w:r>
      <w:r>
        <w:t>apne apne bias ke tehat woh dekhenge, aur phir ek alag alag is ka dete rahenge interpretation.</w:t>
      </w:r>
    </w:p>
    <w:p>
      <w:pPr>
        <w:jc w:val="right"/>
      </w:pPr>
      <w:r>
        <w:t>اپنے اپنے بائس کے تحت وہ دیکھیں گے، اور پھر ایک الگ الگ اس کا دیتے رہیں گے انٹرپریٹیشن۔</w:t>
      </w:r>
    </w:p>
    <w:p>
      <w:r>
        <w:rPr>
          <w:b/>
        </w:rPr>
        <w:t xml:space="preserve">[08:28] </w:t>
      </w:r>
      <w:r>
        <w:t>to main samajhta hoon ke sab se bada jo problem hai woh yahi hai</w:t>
      </w:r>
    </w:p>
    <w:p>
      <w:pPr>
        <w:jc w:val="right"/>
      </w:pPr>
      <w:r>
        <w:t>تو میں سمجھتا ہوں کہ سب سے بڑا جو پرابلم ہے وہ یہی ہے</w:t>
      </w:r>
    </w:p>
    <w:p>
      <w:r>
        <w:rPr>
          <w:b/>
        </w:rPr>
        <w:t xml:space="preserve">[08:35] </w:t>
      </w:r>
      <w:r>
        <w:t>ke log sincere nahi hain. isi ko hadith mein kaha gaya hai ke ek zamana aayega jabke taraf al amaana.</w:t>
      </w:r>
    </w:p>
    <w:p>
      <w:pPr>
        <w:jc w:val="right"/>
      </w:pPr>
      <w:r>
        <w:t>کہ لوگ سنسیئر نہیں ہیں۔ اسی کو حدیث میں کہا گیا ہے کہ ایک زمانہ آئے گا جبکہ طرف الامانہ۔</w:t>
      </w:r>
    </w:p>
    <w:p>
      <w:r>
        <w:rPr>
          <w:b/>
        </w:rPr>
        <w:t xml:space="preserve">[08:47] </w:t>
      </w:r>
      <w:r>
        <w:t>taraf al amaana ka matlab hai honesty duniya mein nahi rahegi, honesty utha li jayegi, sab log dishonest ho jayenge.</w:t>
      </w:r>
    </w:p>
    <w:p>
      <w:pPr>
        <w:jc w:val="right"/>
      </w:pPr>
      <w:r>
        <w:t>طرف الامانہ کا مطلب ہے اونیسٹی دنیا میں نہیں رہے گی، اونیسٹی اٹھا لی جائے گی، سب لوگ ڈس اونیسٹ ہو جائیں گے۔</w:t>
      </w:r>
    </w:p>
    <w:p>
      <w:r>
        <w:rPr>
          <w:b/>
        </w:rPr>
        <w:t xml:space="preserve">[08:58] </w:t>
      </w:r>
      <w:r>
        <w:t>to yahi to dishonesty hai ke aap apne bias ko le kar sochte hain, aap apne apne aap ko chahte hain ke mujhe mere blame mere upar na jaye,</w:t>
      </w:r>
    </w:p>
    <w:p>
      <w:pPr>
        <w:jc w:val="right"/>
      </w:pPr>
      <w:r>
        <w:t>تو یہی تو ڈس اونیسٹی ہے کہ آپ اپنے بائس کو لے کر سوچتے ہیں، آپ اپنے اپنے آپ کو چاہتے ہیں کہ مجھے میرے بلے میرے اوپر نہ جائے،</w:t>
      </w:r>
    </w:p>
    <w:p>
      <w:r>
        <w:rPr>
          <w:b/>
        </w:rPr>
        <w:t xml:space="preserve">[09:12] </w:t>
      </w:r>
      <w:r>
        <w:t>chahe mujhe jhoot hi bolna pade.</w:t>
      </w:r>
    </w:p>
    <w:p>
      <w:pPr>
        <w:jc w:val="right"/>
      </w:pPr>
      <w:r>
        <w:t>چاہے مجھے جھوٹ ہی بولنا پڑے۔</w:t>
      </w:r>
    </w:p>
    <w:p>
      <w:r>
        <w:rPr>
          <w:b/>
        </w:rPr>
        <w:t xml:space="preserve">[09:19] </w:t>
      </w:r>
      <w:r>
        <w:t>to main samajhta hoon isi ka ek phenomena yeh hai ke main jis din conference mein gaya hoon, har jagah maine dekha ke jab tak woh baithe hue hain discussion mein, balkeh us waqt bhi ek joke chhodenge aur haan haan karenge sab log.</w:t>
      </w:r>
    </w:p>
    <w:p>
      <w:pPr>
        <w:jc w:val="right"/>
      </w:pPr>
      <w:r>
        <w:t>تو میں سمجھتا ہوں اسی کا ایک فیناومینا یہ ہے کہ میں جس دن کانفرنس میں گیا ہوں، ہر جگہ میں نے دیکھا کہ جب تک وہ بیٹھے ہوئے ہیں ڈسکشن میں، بلکہ اس وقت بھی ایک جوک چھوڑیں گے اور ہاں ہاں کریں گے سب لوگ۔</w:t>
      </w:r>
    </w:p>
    <w:p>
      <w:r>
        <w:rPr>
          <w:b/>
        </w:rPr>
        <w:t xml:space="preserve">[09:43] </w:t>
      </w:r>
      <w:r>
        <w:t>taqreeban har conference mein maine dekha hai ke log ek joke chhodenge aur us par haan haan hoga, aur phir jab niklenge, jayenge chai ke liye ya khane ke liye, to wahan to siwaye haan haan kuch hota hi nahi.</w:t>
      </w:r>
    </w:p>
    <w:p>
      <w:pPr>
        <w:jc w:val="right"/>
      </w:pPr>
      <w:r>
        <w:t>تقریباً ہر کانفرنس میں میں نے دیکھا ہے کہ لوگ ایک جوک چھوڑیں گے اور اس پر ہاں ہاں ہوگا، اور پھر جب نکلیں گے، جائیں گے چائے کے لیے یا کھانے کے لیے، تو وہاں تو سوائے ہاں ہاں کچھ ہوتا ہی نہیں۔</w:t>
      </w:r>
    </w:p>
    <w:p>
      <w:r>
        <w:rPr>
          <w:b/>
        </w:rPr>
        <w:t xml:space="preserve">[10:00] </w:t>
      </w:r>
      <w:r>
        <w:t>maine nahi paya kisi bhi conference mein ke jis topic par aktha hue hain, woh maslan peace par, harmony par, interfaith understanding par, us par discussion kar rahe hon aapas mein.</w:t>
      </w:r>
    </w:p>
    <w:p>
      <w:pPr>
        <w:jc w:val="right"/>
      </w:pPr>
      <w:r>
        <w:t>میں نے نہیں پایا کسی بھی کانفرنس میں کہ جس ٹاپک پر اکٹھا ہوئے ہیں، وہ مثلاً پیس پر، ہارمونی پر، انٹر فیتھ انڈرسٹینڈنگ پر، اس پر ڈسکشن کر رہے ہوں آپس میں۔</w:t>
      </w:r>
    </w:p>
    <w:p>
      <w:r>
        <w:rPr>
          <w:b/>
        </w:rPr>
        <w:t xml:space="preserve">[10:12] </w:t>
      </w:r>
      <w:r>
        <w:t>idhar udhar ki baat hai. yeh kya hai? insincerity hai.</w:t>
      </w:r>
    </w:p>
    <w:p>
      <w:pPr>
        <w:jc w:val="right"/>
      </w:pPr>
      <w:r>
        <w:t>ادھر ادھر کی بات ہے۔ یہ کیا ہے؟ انسینسٹی ہے۔</w:t>
      </w:r>
    </w:p>
    <w:p>
      <w:r>
        <w:rPr>
          <w:b/>
        </w:rPr>
        <w:t xml:space="preserve">[10:20] </w:t>
      </w:r>
      <w:r>
        <w:t>to hum ek kaise dunya mein reh rahe hain jahan saare log insincere ho gaye hain, dishonest ho gaye hain?</w:t>
      </w:r>
    </w:p>
    <w:p>
      <w:pPr>
        <w:jc w:val="right"/>
      </w:pPr>
      <w:r>
        <w:t>تو ہم ایک کیسے دنیا میں رہ رہے ہیں جہاں سارے لوگ انسینسٹر ہو گئے ہیں، ڈس اونیسٹ ہو گئے ہیں؟</w:t>
      </w:r>
    </w:p>
    <w:p>
      <w:r>
        <w:rPr>
          <w:b/>
        </w:rPr>
        <w:t xml:space="preserve">[10:30] </w:t>
      </w:r>
      <w:r>
        <w:t>to hum kam az kam jo hum yahan par jo hum logon ko ikattha karte hain, aur har haftay hum log aapas mein milte hain, to hum logon ko yeh decide karna hai ke hum ab hum poore maamle mein honest banenge,</w:t>
      </w:r>
    </w:p>
    <w:p>
      <w:pPr>
        <w:jc w:val="right"/>
      </w:pPr>
      <w:r>
        <w:t>تو ہم کم از کم جو ہم یہاں پر جو ہم لوگوں کو اکٹھا کرتے ہیں، اور ہر ہفتے ہم لوگ آپس میں ملتے ہیں، تو ہم لوگوں کو یہ ڈیسائیڈ کرنا ہے کہ ہم اب ہم پورے معاملے میں اونیسٹ بنیں گے،</w:t>
      </w:r>
    </w:p>
    <w:p>
      <w:r>
        <w:rPr>
          <w:b/>
        </w:rPr>
        <w:t xml:space="preserve">[10:47] </w:t>
      </w:r>
      <w:r>
        <w:t>hum jhoot nahin bolenge, chahe direct ho ya indirect ho. yahi ek faisla agar aap len.</w:t>
      </w:r>
    </w:p>
    <w:p>
      <w:pPr>
        <w:jc w:val="right"/>
      </w:pPr>
      <w:r>
        <w:t>ہم جھوٹ نہیں بولیں گے، چاہے ڈائریکٹ ہو یا ان ڈائریکٹ ہو۔ یہی ایک فیصلہ اگر آپ لیں۔</w:t>
      </w:r>
    </w:p>
    <w:p>
      <w:r>
        <w:rPr>
          <w:b/>
        </w:rPr>
        <w:t xml:space="preserve">[10:56] </w:t>
      </w:r>
      <w:r>
        <w:t>ek aadmi rasool Allah ke paas aaya ke mere andar das buraiyan hain, to kya karoon? pehle ek ko chhodoon ga.</w:t>
      </w:r>
    </w:p>
    <w:p>
      <w:pPr>
        <w:jc w:val="right"/>
      </w:pPr>
      <w:r>
        <w:t>ایک آدمی رسول اللہ کے پاس آیا کہ میرے اندر دس برائیاں ہیں، تو کیا کروں؟ پہلے ایک کو چھوڑوں گا۔</w:t>
      </w:r>
    </w:p>
    <w:p>
      <w:r>
        <w:rPr>
          <w:b/>
        </w:rPr>
        <w:t xml:space="preserve">[11:06] </w:t>
      </w:r>
      <w:r>
        <w:t>to aap ne kaha ke jhoot bolna chhod do. to us ko laga ke jhoot nahin bolunga to sab sab buraiyon ko chhodna padega. ek jhoot na bolne ke is mein us ko saari buraiyon ko chhodna pada.</w:t>
      </w:r>
    </w:p>
    <w:p>
      <w:pPr>
        <w:jc w:val="right"/>
      </w:pPr>
      <w:r>
        <w:t>تو آپ نے کہا کہ جھوٹ بولنا چھوڑ دو۔ تو اس کو لگا کہ جھوٹ نہیں بولوں گا تو سب سب برائیاں کو چھوڑنا پڑے گا۔ ایک جھوٹ نہ بولنے کے اس میں اس کو ساری برائیوں کو چھوڑنا پڑا۔</w:t>
      </w:r>
    </w:p>
    <w:p>
      <w:r>
        <w:rPr>
          <w:b/>
        </w:rPr>
        <w:t xml:space="preserve">[11:22] </w:t>
      </w:r>
      <w:r>
        <w:t>to yaad rakhiye, jhoot yahi nahin ke aap kahein ke is waqt raat hai, yeh dilli nahin, yeh to washington hai, yeh to bohat hi yaani karot qism ka jhoot hai jo bohat kam log bolenge.</w:t>
      </w:r>
    </w:p>
    <w:p>
      <w:pPr>
        <w:jc w:val="right"/>
      </w:pPr>
      <w:r>
        <w:t>تو یاد رکھیے، جھوٹ یہی نہیں کہ آپ کہیں کہ اس وقت رات ہے، یہ دلی نہیں، یہ تو واشنگٹن ہے، یہ تو بہت ہی یعنی کروٹ قسم کا جھوٹ ہے جو بہت کم لوگ بولیں گے۔</w:t>
      </w:r>
    </w:p>
    <w:p>
      <w:r>
        <w:rPr>
          <w:b/>
        </w:rPr>
        <w:t xml:space="preserve">[11:38] </w:t>
      </w:r>
      <w:r>
        <w:t>lekin indirect jhoot aur toast kar ke bolna, ghuma phira ke baat kehna, wahi baat haan karna, wahi baat nahin karna, wahi baat nahin karna, phir wahi baat haan haan karna, yeh sab jhoot hai.</w:t>
      </w:r>
    </w:p>
    <w:p>
      <w:pPr>
        <w:jc w:val="right"/>
      </w:pPr>
      <w:r>
        <w:t>لیکن ان ڈائریکٹ جھوٹ اور ٹوسٹ کر کے بولنا، گھما پھرا کے بات کہنا، وہی بات ہاں کرنا، وہی بات نہیں کرنا، وہی بات نہیں کرنا، پھر وہی بات ہاں ہاں کرنا، یہ سب جھوٹ ہے۔</w:t>
      </w:r>
    </w:p>
    <w:p>
      <w:r>
        <w:rPr>
          <w:b/>
        </w:rPr>
        <w:t xml:space="preserve">[11:56] </w:t>
      </w:r>
      <w:r>
        <w:t>to dekhiye, sab se bara problem jo har aadmi ko hai woh yeh hai ke apne andar strong personality banaye. strong personality.</w:t>
      </w:r>
    </w:p>
    <w:p>
      <w:pPr>
        <w:jc w:val="right"/>
      </w:pPr>
      <w:r>
        <w:t>تو دیکھیے، سب سے بڑا پرابلم جو ہر آدمی کو ہے وہ یہ ہے کہ اپنے اندر اسٹرانگ پرسنیلٹی بنائے۔ اسٹرانگ پرسنیلٹی۔</w:t>
      </w:r>
    </w:p>
    <w:p>
      <w:r>
        <w:rPr>
          <w:b/>
        </w:rPr>
        <w:t xml:space="preserve">[12:08] </w:t>
      </w:r>
      <w:r>
        <w:t>weak personality jo hai woh kabhi bhi paradise mein jagah nahin paayegi. yaad rakhiye, yeh impossible hai ke jo log weak personality le kar ke pahunche hain agli dunya mein, to un ke liye paradise ke gate khole jayenge.</w:t>
      </w:r>
    </w:p>
    <w:p>
      <w:pPr>
        <w:jc w:val="right"/>
      </w:pPr>
      <w:r>
        <w:t>ویک پرسنیلٹی جو ہے وہ کبھی بھی پیراڈائز میں جگہ نہیں پائے گی۔ یاد رکھیے، یہ امپاسیبل ہے کہ جو لوگ ویک پرسنیلٹی لے کر کے پہنچے ہیں اگلی دنیا میں، تو ان کے لیے پیراڈائز کے گیٹ کھولے جائیں۔</w:t>
      </w:r>
    </w:p>
    <w:p>
      <w:r>
        <w:rPr>
          <w:b/>
        </w:rPr>
        <w:t xml:space="preserve">[12:27] </w:t>
      </w:r>
      <w:r>
        <w:t>kuch nahin. kal mere paas telephone aaya Habib bhai ka Hyderabad se,</w:t>
      </w:r>
    </w:p>
    <w:p>
      <w:pPr>
        <w:jc w:val="right"/>
      </w:pPr>
      <w:r>
        <w:t>کچھ نہیں۔ کل میرے پاس ٹیلی فون آیا حبیب بھائی کا حیدرآباد سے،</w:t>
      </w:r>
    </w:p>
    <w:p>
      <w:r>
        <w:rPr>
          <w:b/>
        </w:rPr>
        <w:t xml:space="preserve">[12:35] </w:t>
      </w:r>
      <w:r>
        <w:t>to unhone kaha ke ek saahab un ke paas aaye, parhe likhe the, woh baatein kar rahe hain.</w:t>
      </w:r>
    </w:p>
    <w:p>
      <w:pPr>
        <w:jc w:val="right"/>
      </w:pPr>
      <w:r>
        <w:t>تو انہوں نے کہا کہ ایک صاحب ان کے پاس آئے، پڑھے لکھے تھے، وہ باتیں کر رہے ہیں۔</w:t>
      </w:r>
    </w:p>
    <w:p>
      <w:r>
        <w:rPr>
          <w:b/>
        </w:rPr>
        <w:t xml:space="preserve">[12:44] </w:t>
      </w:r>
      <w:r>
        <w:t>kuch log hote hain, aap dekha hoga aap ne ke baatein kar rahe hain, baatein kar rahe hain, baatein kar rahe hain, bas apni qabliyat dikha rahe hain. to Habib bhai ne sunte sunte kaha</w:t>
      </w:r>
    </w:p>
    <w:p>
      <w:pPr>
        <w:jc w:val="right"/>
      </w:pPr>
      <w:r>
        <w:t>کچھ لوگ ہوتے ہیں، آپ دیکھا ہوگا آپ نے کہ باتیں کر رہے ہیں، باتیں کر رہے ہیں، باتیں کر رہے ہیں، بس اپنی قابلیت دکھا رہے ہیں۔ تو حبیب بھائی نے سنتے سنتے کہا</w:t>
      </w:r>
    </w:p>
    <w:p>
      <w:r>
        <w:rPr>
          <w:b/>
        </w:rPr>
        <w:t xml:space="preserve">[12:59] </w:t>
      </w:r>
      <w:r>
        <w:t>ke aap badi badi baatein kar rahe hain.</w:t>
      </w:r>
    </w:p>
    <w:p>
      <w:pPr>
        <w:jc w:val="right"/>
      </w:pPr>
      <w:r>
        <w:t>کہ آپ بڑی بڑی باتیں کر رہے ہیں۔</w:t>
      </w:r>
    </w:p>
    <w:p>
      <w:r>
        <w:rPr>
          <w:b/>
        </w:rPr>
        <w:t xml:space="preserve">[13:03] </w:t>
      </w:r>
      <w:r>
        <w:t>mujhe to aap ke sar par death ka angel badalta hua dikhai deta hai.</w:t>
      </w:r>
    </w:p>
    <w:p>
      <w:pPr>
        <w:jc w:val="right"/>
      </w:pPr>
      <w:r>
        <w:t>مجھے تو آپ کے سر پر ڈیتھ کا اینجل بدلاتا ہوا دکھائی دیتا ہے۔</w:t>
      </w:r>
    </w:p>
    <w:p>
      <w:r>
        <w:rPr>
          <w:b/>
        </w:rPr>
        <w:t xml:space="preserve">[13:13] </w:t>
      </w:r>
      <w:r>
        <w:t>aap badi badi baatein kar rahe hain. mujhe to dikhai to raha hai ke aap ke sar par maut ka farishta mandla raha hai.</w:t>
      </w:r>
    </w:p>
    <w:p>
      <w:pPr>
        <w:jc w:val="right"/>
      </w:pPr>
      <w:r>
        <w:t>آپ بڑی بڑی باتیں کر رہے ہیں۔ مجھے تو دکھائی تو رہا ہے کہ آپ کے سر پر موت کا فرشتہ منڈلا رہا ہے۔</w:t>
      </w:r>
    </w:p>
    <w:p>
      <w:r>
        <w:rPr>
          <w:b/>
        </w:rPr>
        <w:t xml:space="preserve">[13:24] </w:t>
      </w:r>
      <w:r>
        <w:t>are you ready</w:t>
      </w:r>
    </w:p>
    <w:p>
      <w:pPr>
        <w:jc w:val="right"/>
      </w:pPr>
      <w:r>
        <w:t>آر یو ریڈی</w:t>
      </w:r>
    </w:p>
    <w:p>
      <w:r>
        <w:rPr>
          <w:b/>
        </w:rPr>
        <w:t xml:space="preserve">[13:29] </w:t>
      </w:r>
      <w:r>
        <w:t>to face god almighty</w:t>
      </w:r>
    </w:p>
    <w:p>
      <w:pPr>
        <w:jc w:val="right"/>
      </w:pPr>
      <w:r>
        <w:t>ٹو فیس گاڈ المائٹی</w:t>
      </w:r>
    </w:p>
    <w:p>
      <w:r>
        <w:rPr>
          <w:b/>
        </w:rPr>
        <w:t xml:space="preserve">[13:34] </w:t>
      </w:r>
      <w:r>
        <w:t>by tomorrow?</w:t>
      </w:r>
    </w:p>
    <w:p>
      <w:pPr>
        <w:jc w:val="right"/>
      </w:pPr>
      <w:r>
        <w:t>بائے ٹومارو؟</w:t>
      </w:r>
    </w:p>
    <w:p>
      <w:r>
        <w:rPr>
          <w:b/>
        </w:rPr>
        <w:t xml:space="preserve">[13:38] </w:t>
      </w:r>
      <w:r>
        <w:t>kya aap apne aap ko tayyar paate hain ke kal jab Khuda se aap ka saamna ho to to aap Khuda ke saamne khade ho saken?</w:t>
      </w:r>
    </w:p>
    <w:p>
      <w:pPr>
        <w:jc w:val="right"/>
      </w:pPr>
      <w:r>
        <w:t>کیا آپ اپنے آپ کو تیار پاتے ہیں کہ کل جب خدا سے آپ کا سامنا ہو تو تو آپ خدا کے سامنے کھڑے ہو سکیں؟</w:t>
      </w:r>
    </w:p>
    <w:p>
      <w:r>
        <w:rPr>
          <w:b/>
        </w:rPr>
        <w:t xml:space="preserve">[13:49] </w:t>
      </w:r>
      <w:r>
        <w:t>to aadmi rone laga</w:t>
      </w:r>
    </w:p>
    <w:p>
      <w:pPr>
        <w:jc w:val="right"/>
      </w:pPr>
      <w:r>
        <w:t>تو آدمی رونے لگا</w:t>
      </w:r>
    </w:p>
    <w:p>
      <w:r>
        <w:rPr>
          <w:b/>
        </w:rPr>
        <w:t xml:space="preserve">[13:54] </w:t>
      </w:r>
      <w:r>
        <w:t>aur der tak rota raha. us ne kaha ke aap ne meri aankh se parda hata diya.</w:t>
      </w:r>
    </w:p>
    <w:p>
      <w:pPr>
        <w:jc w:val="right"/>
      </w:pPr>
      <w:r>
        <w:t>اور دیر تک روتا رہا۔ اس نے کہا کہ آپ نے میری آنکھ سے پردہ ہٹا دیا۔</w:t>
      </w:r>
    </w:p>
    <w:p>
      <w:r>
        <w:rPr>
          <w:b/>
        </w:rPr>
        <w:t xml:space="preserve">[14:06] </w:t>
      </w:r>
      <w:r>
        <w:t>abhi dekhiye, kal ki baat hai, ek ek ek ek news newspaper mein</w:t>
      </w:r>
    </w:p>
    <w:p>
      <w:pPr>
        <w:jc w:val="right"/>
      </w:pPr>
      <w:r>
        <w:t>ابھی دیکھیے، کل کی بات ہے، ایک ایک ایک ایک نیوز آئی پیپر میں</w:t>
      </w:r>
    </w:p>
    <w:p>
      <w:r>
        <w:rPr>
          <w:b/>
        </w:rPr>
        <w:t xml:space="preserve">[14:15] </w:t>
      </w:r>
      <w:r>
        <w:t>ke aap jaante hain ke bohat hi famous film actress thi Elizabeth Taylor.</w:t>
      </w:r>
    </w:p>
    <w:p>
      <w:pPr>
        <w:jc w:val="right"/>
      </w:pPr>
      <w:r>
        <w:t>کہ آپ جانتے ہیں کہ بہت ہی فیمس فلم ایکٹرس تھی الزبتھ ٹیلر۔</w:t>
      </w:r>
    </w:p>
    <w:p>
      <w:r>
        <w:rPr>
          <w:b/>
        </w:rPr>
        <w:t xml:space="preserve">[14:24] </w:t>
      </w:r>
      <w:r>
        <w:t>ek zamane mein to number one thi yahi ke Elizabeth Taylor jab us ne Cleopatra ka role kiya tha.</w:t>
      </w:r>
    </w:p>
    <w:p>
      <w:pPr>
        <w:jc w:val="right"/>
      </w:pPr>
      <w:r>
        <w:t>ایک زمانے میں تو نمبر ون تھی یہی کہ الزبتھ ٹیلر جب اس نے کلیپیٹرا کا رول کیا تھا۔</w:t>
      </w:r>
    </w:p>
    <w:p>
      <w:r>
        <w:rPr>
          <w:b/>
        </w:rPr>
        <w:t xml:space="preserve">[14:33] </w:t>
      </w:r>
      <w:r>
        <w:t>ab is ke paas fame aur daulat sab kuch sab kuch sab kuch hai.</w:t>
      </w:r>
    </w:p>
    <w:p>
      <w:pPr>
        <w:jc w:val="right"/>
      </w:pPr>
      <w:r>
        <w:t>اب اس کے پاس فیم اور دولت سب کچھ سب کچھ سب کچھ ہے۔</w:t>
      </w:r>
    </w:p>
    <w:p>
      <w:r>
        <w:rPr>
          <w:b/>
        </w:rPr>
        <w:t xml:space="preserve">[14:43] </w:t>
      </w:r>
      <w:r>
        <w:t>ab is ki age 76 ho chuki hai aur woh wheel chair par hai.</w:t>
      </w:r>
    </w:p>
    <w:p>
      <w:pPr>
        <w:jc w:val="right"/>
      </w:pPr>
      <w:r>
        <w:t>اب اس کی ایج 76 ہو چکی ہے اور وہ ویل چیئر پر ہے۔</w:t>
      </w:r>
    </w:p>
    <w:p>
      <w:r>
        <w:rPr>
          <w:b/>
        </w:rPr>
        <w:t xml:space="preserve">[14:52] </w:t>
      </w:r>
      <w:r>
        <w:t>yeh report mein bataya gaya tha ke is ko woh bimari hai jis ko aik khaas tarah ka pneumonia hota hai. is mein kya hota hai ke heart becomes so heart becomes too weak to pump blood around the body.</w:t>
      </w:r>
    </w:p>
    <w:p>
      <w:pPr>
        <w:jc w:val="right"/>
      </w:pPr>
      <w:r>
        <w:t>یہ رپورٹ میں بتایا گیا تھا کہ اس کو وہ بیماری ہے جس کو ایک خاص طرح کا نمونیا ہوتا ہے۔ اس میں کیا ہوتا ہے کہ ہارٹ بیکمز سو ہارٹ بیکمز ٹو ویک ٹو پمپ بلڈ اراؤنڈ دی باڈی۔</w:t>
      </w:r>
    </w:p>
    <w:p>
      <w:r>
        <w:rPr>
          <w:b/>
        </w:rPr>
        <w:t xml:space="preserve">[15:14] </w:t>
      </w:r>
      <w:r>
        <w:t>yeh jo bimari is ko batai gayi hai, aik khaas technical naam tha, koi pneumonia ka, koi ke heart becomes too weak to pump blood around the body.</w:t>
      </w:r>
    </w:p>
    <w:p>
      <w:pPr>
        <w:jc w:val="right"/>
      </w:pPr>
      <w:r>
        <w:t>یہ جو بیماری اس کو بتائی گئی ہے، ایک خاص ٹیکنیکل نام تھا، کوئی نمونیا کا، کوئی کہ ہارٹ بیکمز ٹو ویک ٹو پمپ بلڈ اراؤنڈ دی باڈی۔</w:t>
      </w:r>
    </w:p>
    <w:p>
      <w:r>
        <w:rPr>
          <w:b/>
        </w:rPr>
        <w:t xml:space="preserve">[15:30] </w:t>
      </w:r>
      <w:r>
        <w:t>ke is bimari mein aadmi ka dil itna kamzor ho jata hai ke body mein khoon pump nahi kar pata woh.</w:t>
      </w:r>
    </w:p>
    <w:p>
      <w:pPr>
        <w:jc w:val="right"/>
      </w:pPr>
      <w:r>
        <w:t>کہ اس بیماری میں آدمی کا دل اتنا کمزور ہو جاتا ہے کہ باڈی میں خون پمپ نہیں کر پاتا وہ۔</w:t>
      </w:r>
    </w:p>
    <w:p>
      <w:r>
        <w:rPr>
          <w:b/>
        </w:rPr>
        <w:t xml:space="preserve">[15:40] </w:t>
      </w:r>
      <w:r>
        <w:t>to artificial tareeqay par is body mein khoon ko pump kiya jata hai.</w:t>
      </w:r>
    </w:p>
    <w:p>
      <w:pPr>
        <w:jc w:val="right"/>
      </w:pPr>
      <w:r>
        <w:t>تو آرٹیفیشل طریقے پر اس باڈی میں خون کو پمپ کیا جاتا ہے۔</w:t>
      </w:r>
    </w:p>
    <w:p>
      <w:r>
        <w:rPr>
          <w:b/>
        </w:rPr>
        <w:t xml:space="preserve">[15:45] </w:t>
      </w:r>
      <w:r>
        <w:t>to is mein tha ke is ke is ke bachay, teen bachay hain, is ko bulaya gaya ke aa kar dekh lo, ab in ka aakhri waqt hai. main kehna chahta hoon, aglay din aik aik aik aik woh aaya ke nahi nahi, woh to bilkul theek hai.</w:t>
      </w:r>
    </w:p>
    <w:p>
      <w:pPr>
        <w:jc w:val="right"/>
      </w:pPr>
      <w:r>
        <w:t>تو اس میں تھا کہ اس کے اس کے بچے، تین بچے ہیں، اس کو بلایا گیا کہ آ کر دیکھ لو، اب ان کا آخری وقت ہے۔ میں کہنا چاہتا ہوں، اگلے دن ایک ایک ایک ایک وہ آیا کہ نہیں نہیں، وہ تو بالکل ٹھیک ہے۔</w:t>
      </w:r>
    </w:p>
    <w:p>
      <w:r>
        <w:rPr>
          <w:b/>
        </w:rPr>
        <w:t xml:space="preserve">[16:00] </w:t>
      </w:r>
      <w:r>
        <w:t>yani is ka yani jab pata chala is ko, kyunke zindagi ke baad woh fame mein jeeti rahi, ab pata chala ke mere baray mein yeh news aa gayi hai, to jaldi se is ki tardeed karwa di.</w:t>
      </w:r>
    </w:p>
    <w:p>
      <w:pPr>
        <w:jc w:val="right"/>
      </w:pPr>
      <w:r>
        <w:t>یعنی اس کا یعنی جب پتہ چلا اس کو، کیونکہ زندگی کے بعد وہ فیم میں جیتی رہی، اب پتہ چلا کہ میرے بارے میں یہ نیوز آ گئی ہے، تو جلدی سے اس کی تردید کروا دی۔</w:t>
      </w:r>
    </w:p>
    <w:p>
      <w:r>
        <w:rPr>
          <w:b/>
        </w:rPr>
        <w:t xml:space="preserve">[16:14] </w:t>
      </w:r>
      <w:r>
        <w:t>yeh nahi nahi, woh bilkul theek hai, yeh bilkul jhooti baat hai. kal jab mar jaye gi to kya hoga? marna to hai hi, marna to hai hi.</w:t>
      </w:r>
    </w:p>
    <w:p>
      <w:pPr>
        <w:jc w:val="right"/>
      </w:pPr>
      <w:r>
        <w:t>یہ نہیں نہیں، وہ بالکل ٹھیک ہے، یہ بالکل جھوٹی بات ہے۔ کل جب مر جائے گی تو کیا ہوگا؟ مرنا تو ہے ہی، مرنا تو ہے ہی۔</w:t>
      </w:r>
    </w:p>
    <w:p>
      <w:r>
        <w:rPr>
          <w:b/>
        </w:rPr>
        <w:t xml:space="preserve">[16:31] </w:t>
      </w:r>
      <w:r>
        <w:t>aik sahib se baat hui aur main samajhta hoon ke aik sahib ki baat nahi hai, aaj kal saaray log is tarah sochtay hain, saaray log,</w:t>
      </w:r>
    </w:p>
    <w:p>
      <w:pPr>
        <w:jc w:val="right"/>
      </w:pPr>
      <w:r>
        <w:t>ایک صاحب سے بات ہوئی اور میں سمجھتا ہوں کہ ایک صاحب کی بات نہیں ہے، آج کل سارے لوگ اس طرح سوچتے ہیں، سارے لوگ،</w:t>
      </w:r>
    </w:p>
    <w:p>
      <w:r>
        <w:rPr>
          <w:b/>
        </w:rPr>
        <w:t xml:space="preserve">[16:42] </w:t>
      </w:r>
      <w:r>
        <w:t>saaray log is tarah sochtay hain.</w:t>
      </w:r>
    </w:p>
    <w:p>
      <w:pPr>
        <w:jc w:val="right"/>
      </w:pPr>
      <w:r>
        <w:t>سارے لوگ اس طرح سوچتے ہیں۔</w:t>
      </w:r>
    </w:p>
    <w:p>
      <w:r>
        <w:rPr>
          <w:b/>
        </w:rPr>
        <w:t xml:space="preserve">[16:44] </w:t>
      </w:r>
      <w:r>
        <w:t>main ne shayad aik pata hai qissa bataya tha aap ko ke main yahan apnay ghar mein oopar ki manzil mein baitha hua tha, neechay ki awaz aayi. safai ke employee ki aik عورت jo hai, kisi kothi wali lady se jhagad rahi thi.</w:t>
      </w:r>
    </w:p>
    <w:p>
      <w:pPr>
        <w:jc w:val="right"/>
      </w:pPr>
      <w:r>
        <w:t>میں نے شاید ایک پتہ ہے قصہ بتایا تھا آپ کو کہ میں یہاں اپنے گھر میں اوپر کی منزل میں بیٹھا ہوا تھا، نیچے کی آواز آئی۔ صفائی کے ایمپلائی کی ایک عورت جو ہے، کسی کوٹھی والی لیڈی سے جھگڑ رہی تھی۔</w:t>
      </w:r>
    </w:p>
    <w:p>
      <w:r>
        <w:rPr>
          <w:b/>
        </w:rPr>
        <w:t xml:space="preserve">[16:59] </w:t>
      </w:r>
      <w:r>
        <w:t>to safai walay ne kaha ke bibi ji, tum ko apni kothi ka nasha hai to hum ko apni jhonpri ka nasha hai. yeh hai insaan ki halat, har yeh hai insaan ki halat.</w:t>
      </w:r>
    </w:p>
    <w:p>
      <w:pPr>
        <w:jc w:val="right"/>
      </w:pPr>
      <w:r>
        <w:t>تو صفائی والے نے کہا کہ بی بی جی، تم کو اپنی کوٹھی کا نشہ ہے تو ہم کو اپنی جھونپڑی کا نشہ ہے۔ یہ ہے انسان کی حالت، ہر یہ ہے انسان کی حالت۔</w:t>
      </w:r>
    </w:p>
    <w:p>
      <w:r>
        <w:rPr>
          <w:b/>
        </w:rPr>
        <w:t xml:space="preserve">[17:16] </w:t>
      </w:r>
      <w:r>
        <w:t>sab log jo hain samajhtay hain ke humein to khana peena mil raha hai, humein kya karna hai? lekin sab se bara jo problem is ko aadmi face karna hai, is ko woh death hai.</w:t>
      </w:r>
    </w:p>
    <w:p>
      <w:pPr>
        <w:jc w:val="right"/>
      </w:pPr>
      <w:r>
        <w:t>سب لوگ جو ہیں سمجھتے ہیں کہ ہمیں تو کھانا پینا مل رہا ہے، ہمیں کیا کرنا ہے؟ لیکن سب سے بڑا جو پرابلم اس کو آدمی فیس کرنا ہے، اس کو وہ ڈیتھ ہے۔</w:t>
      </w:r>
    </w:p>
    <w:p>
      <w:r>
        <w:rPr>
          <w:b/>
        </w:rPr>
        <w:t xml:space="preserve">[17:29] </w:t>
      </w:r>
      <w:r>
        <w:t>death, death!</w:t>
      </w:r>
    </w:p>
    <w:p>
      <w:pPr>
        <w:jc w:val="right"/>
      </w:pPr>
      <w:r>
        <w:t>ڈیتھ، ڈیتھ!</w:t>
      </w:r>
    </w:p>
    <w:p>
      <w:r>
        <w:rPr>
          <w:b/>
        </w:rPr>
        <w:t xml:space="preserve">[17:36] </w:t>
      </w:r>
      <w:r>
        <w:t>you can not escape from death. so saal ke andar andar hi mar jata hai insaan.</w:t>
      </w:r>
    </w:p>
    <w:p>
      <w:pPr>
        <w:jc w:val="right"/>
      </w:pPr>
      <w:r>
        <w:t>یو کین ناٹ اسکیپ فرام ڈیتھ۔ سو سال کے اندر اندر ہی مر جاتا ہے انسان۔</w:t>
      </w:r>
    </w:p>
    <w:p>
      <w:r>
        <w:rPr>
          <w:b/>
        </w:rPr>
        <w:t xml:space="preserve">[17:45] </w:t>
      </w:r>
      <w:r>
        <w:t>to death kya cheez hai? kuch logon se is maslay mein baat hui, woh bohat barh barh ke bolte thay.</w:t>
      </w:r>
    </w:p>
    <w:p>
      <w:pPr>
        <w:jc w:val="right"/>
      </w:pPr>
      <w:r>
        <w:t>تو ڈیتھ کیا چیز ہے؟ کچھ لوگوں سے اس مسئلے میں بات ہوئی، وہ بہت بڑھ بڑھ کے بولتے تھے۔</w:t>
      </w:r>
    </w:p>
    <w:p>
      <w:r>
        <w:rPr>
          <w:b/>
        </w:rPr>
        <w:t xml:space="preserve">[17:58] </w:t>
      </w:r>
      <w:r>
        <w:t>to us waqt mein death ke baray mein socha ke death kya cheez hai? to main ne kaha ke death jo hai, woh kya hai?</w:t>
      </w:r>
    </w:p>
    <w:p>
      <w:pPr>
        <w:jc w:val="right"/>
      </w:pPr>
      <w:r>
        <w:t>تو اس وقت میں ڈیتھ کے بارے میں سوچا کہ ڈیتھ کیا چیز ہے؟ تو میں نے کہا کہ ڈیتھ جو ہے، وہ کیا ہے؟</w:t>
      </w:r>
    </w:p>
    <w:p>
      <w:r>
        <w:rPr>
          <w:b/>
        </w:rPr>
        <w:t xml:space="preserve">[18:11] </w:t>
      </w:r>
      <w:r>
        <w:t>death yeh hai ke dunya mein jo aap ko rehne ka mauqa diya gaya tha, woh khatam.</w:t>
      </w:r>
    </w:p>
    <w:p>
      <w:pPr>
        <w:jc w:val="right"/>
      </w:pPr>
      <w:r>
        <w:t>ڈیتھ یہ ہے کہ دنیا میں جو آپ کو رہنے کا موقع دیا گیا تھا، وہ ختم۔</w:t>
      </w:r>
    </w:p>
    <w:p>
      <w:r>
        <w:rPr>
          <w:b/>
        </w:rPr>
        <w:t xml:space="preserve">[18:21] </w:t>
      </w:r>
      <w:r>
        <w:t>ab aap pohanchaye jatay hain Khuda ke samnay. to dunya ki zindagi mein main samajhta hoon ke do qism ki zindagi hai.</w:t>
      </w:r>
    </w:p>
    <w:p>
      <w:pPr>
        <w:jc w:val="right"/>
      </w:pPr>
      <w:r>
        <w:t>اب آپ پہنچائے جاتے ہیں خدا کے سامنے۔ تو دنیا کی زندگی میں میں سمجھتا ہوں کہ دو قسم کی زندگی ہے۔</w:t>
      </w:r>
    </w:p>
    <w:p>
      <w:r>
        <w:rPr>
          <w:b/>
        </w:rPr>
        <w:t xml:space="preserve">[18:31] </w:t>
      </w:r>
      <w:r>
        <w:t>aik hai justified style of life, justified style of life,</w:t>
      </w:r>
    </w:p>
    <w:p>
      <w:pPr>
        <w:jc w:val="right"/>
      </w:pPr>
      <w:r>
        <w:t>ایک ہے جسٹیفائیڈ اسٹائل آف لائف، جسٹیفائیڈ اسٹائل اسٹائل آف لائف،</w:t>
      </w:r>
    </w:p>
    <w:p>
      <w:r>
        <w:rPr>
          <w:b/>
        </w:rPr>
        <w:t xml:space="preserve">[18:39] </w:t>
      </w:r>
      <w:r>
        <w:t>yani Khuda ki nazar mein justified style of life, aur aik unjustified style of life. yani aik woh jab ke Khuda ki nazar mein aadmi jaiz zindagi guzar raha hai, aik woh Khuda ki nazar mein aadmi ghalat zindagi guzar raha hai.</w:t>
      </w:r>
    </w:p>
    <w:p>
      <w:pPr>
        <w:jc w:val="right"/>
      </w:pPr>
      <w:r>
        <w:t>یعنی خدا کی نظر میں جسٹیفائیڈ اسٹائل آف لائف، اور ایک ان جسٹیفائیڈ اسٹائل آف لائف۔ یعنی ایک وہ جب کہ خدا کی نظر میں آدمی جائز زندگی گزار رہا ہے، ایک وہ خدا کی نظر میں آدمی غلط زندگی گزار رہا ہے۔</w:t>
      </w:r>
    </w:p>
    <w:p>
      <w:r>
        <w:rPr>
          <w:b/>
        </w:rPr>
        <w:t xml:space="preserve">[18:58] </w:t>
      </w:r>
      <w:r>
        <w:t>to jo log jin logon ne jaiz zindagi guzari, un ke liye to paradise hai, lekin</w:t>
      </w:r>
    </w:p>
    <w:p>
      <w:pPr>
        <w:jc w:val="right"/>
      </w:pPr>
      <w:r>
        <w:t>تو جو لوگ جن لوگوں نے جائز زندگی گزاری، ان کے لیے تو پیراڈائز ہے، لیکن</w:t>
      </w:r>
    </w:p>
    <w:p>
      <w:r>
        <w:rPr>
          <w:b/>
        </w:rPr>
        <w:t xml:space="preserve">[19:05] </w:t>
      </w:r>
      <w:r>
        <w:t>jo majority jin logon ke main dekhta hoon ke woh unjustified style of life liye hue hain, un ke liye death kya hai? un ke liye death kya hai?</w:t>
      </w:r>
    </w:p>
    <w:p>
      <w:pPr>
        <w:jc w:val="right"/>
      </w:pPr>
      <w:r>
        <w:t>جو میجورٹی جن لوگوں کے میں دیکھتا ہوں کہ وہ ان جسٹیفائیڈ اسٹائل آف لائف لیے ہوئے ہیں، ان کے لیے ڈیتھ کیا ہے؟ ان کے لیے ڈیتھ کیا ہے؟</w:t>
      </w:r>
    </w:p>
    <w:p>
      <w:r>
        <w:rPr>
          <w:b/>
        </w:rPr>
        <w:t xml:space="preserve">[19:18] </w:t>
      </w:r>
      <w:r>
        <w:t>is dunya mein un ki position yeh thi ke woh just like intruder thay, woh trespasser thay, woh</w:t>
      </w:r>
    </w:p>
    <w:p>
      <w:pPr>
        <w:jc w:val="right"/>
      </w:pPr>
      <w:r>
        <w:t>اس دنیا میں ان کی پوزیشن یہ تھی کہ وہ جسٹ لائک انٹروڈر تھے، وہ ٹرسٹ پوسر تھے، وہ</w:t>
      </w:r>
    </w:p>
    <w:p>
      <w:r>
        <w:rPr>
          <w:b/>
        </w:rPr>
        <w:t xml:space="preserve">[19:29] </w:t>
      </w:r>
      <w:r>
        <w:t>yani Khuda ne dunya is liye nahi banai thi ke aap yahan par sarkashi karen,</w:t>
      </w:r>
    </w:p>
    <w:p>
      <w:pPr>
        <w:jc w:val="right"/>
      </w:pPr>
      <w:r>
        <w:t>یعنی خدا نے دنیا اس لیے نہیں بنائی تھی کہ آپ یہاں پر سرکشی کریں،</w:t>
      </w:r>
    </w:p>
    <w:p>
      <w:r>
        <w:rPr>
          <w:b/>
        </w:rPr>
        <w:t xml:space="preserve">[19:35] </w:t>
      </w:r>
      <w:r>
        <w:t>apni hi chalayen, apni bham par zindagi guzaren. is liye nahi, khuda ne diya tha aap ko, bohat to riward nahi diya tha aap ko, is liye diya tha ke aap ko test kiya jaye ke aap kaise rahen ge dunya mein.</w:t>
      </w:r>
    </w:p>
    <w:p>
      <w:pPr>
        <w:jc w:val="right"/>
      </w:pPr>
      <w:r>
        <w:t>اپنی ہی چلائیں، اپنی بھم پر زندگی گزاریں۔ اس لیے نہیں، خدا نے دیا تھا آپ کو، بہت تو ریوارڈ نہیں دیا تھا آپ کو، اس لیے دیا تھا کہ آپ کو ٹیسٹ کیا جائے کہ آپ کیسے رہیں گے دنیا میں۔</w:t>
      </w:r>
    </w:p>
    <w:p>
      <w:r>
        <w:rPr>
          <w:b/>
        </w:rPr>
        <w:t xml:space="preserve">[19:53] </w:t>
      </w:r>
      <w:r>
        <w:t>to maut aise logon ke liye explosion ke hamare explosion ke niklo aap yahan se.</w:t>
      </w:r>
    </w:p>
    <w:p>
      <w:pPr>
        <w:jc w:val="right"/>
      </w:pPr>
      <w:r>
        <w:t>تو موت ایسے لوگوں کے لیے ایکسپلژن کے ہمارے ایکسپلژن کہ نکلو آپ یہاں سے۔</w:t>
      </w:r>
    </w:p>
    <w:p>
      <w:r>
        <w:rPr>
          <w:b/>
        </w:rPr>
        <w:t xml:space="preserve">[20:01] </w:t>
      </w:r>
      <w:r>
        <w:t>aise logon ke liye maut jo hai, wo explosion hai</w:t>
      </w:r>
    </w:p>
    <w:p>
      <w:pPr>
        <w:jc w:val="right"/>
      </w:pPr>
      <w:r>
        <w:t>ایسے لوگوں کے لیے موت جو ہے، وہ ایکسپلژن ہے</w:t>
      </w:r>
    </w:p>
    <w:p>
      <w:r>
        <w:rPr>
          <w:b/>
        </w:rPr>
        <w:t xml:space="preserve">[20:06] </w:t>
      </w:r>
      <w:r>
        <w:t>taake un ko bataya jaye ke tum intruder the, tum trust poster the.</w:t>
      </w:r>
    </w:p>
    <w:p>
      <w:pPr>
        <w:jc w:val="right"/>
      </w:pPr>
      <w:r>
        <w:t>تاکہ ان کو بتایا جائے کہ تم انٹروڈر تھے، تم ٹرسٹ پوسٹر تھے۔</w:t>
      </w:r>
    </w:p>
    <w:p>
      <w:r>
        <w:rPr>
          <w:b/>
        </w:rPr>
        <w:t xml:space="preserve">[20:14] </w:t>
      </w:r>
      <w:r>
        <w:t>ab is ke baad dekhiye,</w:t>
      </w:r>
    </w:p>
    <w:p>
      <w:pPr>
        <w:jc w:val="right"/>
      </w:pPr>
      <w:r>
        <w:t>اب اس کے بعد دیکھیے،</w:t>
      </w:r>
    </w:p>
    <w:p>
      <w:r>
        <w:rPr>
          <w:b/>
        </w:rPr>
        <w:t xml:space="preserve">[20:19] </w:t>
      </w:r>
      <w:r>
        <w:t>main ne kaha kuch logon se ke aap jo bari bari baten karte hain ke dekhen, main to good health mein hoon, mujhe kya zaroorat hai khuda ki?</w:t>
      </w:r>
    </w:p>
    <w:p>
      <w:pPr>
        <w:jc w:val="right"/>
      </w:pPr>
      <w:r>
        <w:t>میں نے کہا کچھ لوگوں سے کہ آپ جو بڑی بڑی باتیں کرتے ہیں کہ دیکھیں، میں تو گڈ ہیلتھ میں ہوں، مجھے کیا ضرورت ہے خدا کی؟</w:t>
      </w:r>
    </w:p>
    <w:p>
      <w:r>
        <w:rPr>
          <w:b/>
        </w:rPr>
        <w:t xml:space="preserve">[20:30] </w:t>
      </w:r>
      <w:r>
        <w:t>mere pas business hai, mere pas kothi hai, mere pas car hai, mere pas family hai,</w:t>
      </w:r>
    </w:p>
    <w:p>
      <w:pPr>
        <w:jc w:val="right"/>
      </w:pPr>
      <w:r>
        <w:t>میرے پاس بزنس ہے، میرے پاس کوٹھی ہے، میرے پاس کار ہے، میرے پاس فیملی ہے،</w:t>
      </w:r>
    </w:p>
    <w:p>
      <w:r>
        <w:rPr>
          <w:b/>
        </w:rPr>
        <w:t xml:space="preserve">[20:36] </w:t>
      </w:r>
      <w:r>
        <w:t>mujhe kya karna hai mazhab ka, khuda ka? to main ne kaha ke</w:t>
      </w:r>
    </w:p>
    <w:p>
      <w:pPr>
        <w:jc w:val="right"/>
      </w:pPr>
      <w:r>
        <w:t>مجھے کیا کرنا ہے مذہب کا، خدا کا؟ تو میں نے کہا کہ</w:t>
      </w:r>
    </w:p>
    <w:p>
      <w:r>
        <w:rPr>
          <w:b/>
        </w:rPr>
        <w:t xml:space="preserve">[20:43] </w:t>
      </w:r>
      <w:r>
        <w:t>kese sab mil gaya aap ko? kya aap ne apne aap, apne ko paida kar liya? ye jo personality aap ki hai, khud hi khud bana liya aap ne?</w:t>
      </w:r>
    </w:p>
    <w:p>
      <w:pPr>
        <w:jc w:val="right"/>
      </w:pPr>
      <w:r>
        <w:t>کیسے سب مل گیا آپ کو؟ کیا آپ نے اپنے آپ، اپنے کو پیدا کر لیا؟ یہ جو پرسنیلٹی آپ کی ہے، خود ہی خود بنا لیا آپ نے؟</w:t>
      </w:r>
    </w:p>
    <w:p>
      <w:r>
        <w:rPr>
          <w:b/>
        </w:rPr>
        <w:t xml:space="preserve">[20:59] </w:t>
      </w:r>
      <w:r>
        <w:t>ye jo aap business kar rahe hain, apna kese kar rahe hain?</w:t>
      </w:r>
    </w:p>
    <w:p>
      <w:pPr>
        <w:jc w:val="right"/>
      </w:pPr>
      <w:r>
        <w:t>یہ جو آپ بزنس کر رہے ہیں، اپنا کیسے کر رہے ہیں؟</w:t>
      </w:r>
    </w:p>
    <w:p>
      <w:r>
        <w:rPr>
          <w:b/>
        </w:rPr>
        <w:t xml:space="preserve">[21:03] </w:t>
      </w:r>
      <w:r>
        <w:t>khuda ka jo infrastructure hai is zameen par, is ko istemal kar ke aap apna business chala rahe hain.</w:t>
      </w:r>
    </w:p>
    <w:p>
      <w:pPr>
        <w:jc w:val="right"/>
      </w:pPr>
      <w:r>
        <w:t>خدا کا جو انفراسٹرکچر ہے اس زمین پر، اس کو استعمال کر کے آپ اپنا بزنس چلا رہے ہیں۔</w:t>
      </w:r>
    </w:p>
    <w:p>
      <w:r>
        <w:rPr>
          <w:b/>
        </w:rPr>
        <w:t xml:space="preserve">[21:12] </w:t>
      </w:r>
      <w:r>
        <w:t>is infrastructure ko khuda wapas le to aap kuch nahi kar sakte.</w:t>
      </w:r>
    </w:p>
    <w:p>
      <w:pPr>
        <w:jc w:val="right"/>
      </w:pPr>
      <w:r>
        <w:t>اس انفراسٹرکچر کو خدا واپس لے تو آپ کچھ نہیں کر سکتے۔</w:t>
      </w:r>
    </w:p>
    <w:p>
      <w:r>
        <w:rPr>
          <w:b/>
        </w:rPr>
        <w:t xml:space="preserve">[21:19] </w:t>
      </w:r>
      <w:r>
        <w:t>yani khuda agar oxygen ki supply band kar de, sun light ko rok de, jaise dark matter ne apni light ko rok rakha hai, ye bhi khuda dikha raha hai ke dekho,</w:t>
      </w:r>
    </w:p>
    <w:p>
      <w:pPr>
        <w:jc w:val="right"/>
      </w:pPr>
      <w:r>
        <w:t>یعنی خدا اگر اکسیجن کی سپلائی بند کر دے، سن لائٹ کو روک دے، جیسے ڈارک میٹر نے اپنی لائٹ کو روک رکھا ہے، یہ بھی خدا دکھا رہا ہے کہ دیکھو،</w:t>
      </w:r>
    </w:p>
    <w:p>
      <w:r>
        <w:rPr>
          <w:b/>
        </w:rPr>
        <w:t xml:space="preserve">[21:34] </w:t>
      </w:r>
      <w:r>
        <w:t>ek star wo hai jis ko hum suraj kehte hain, sun kehte hain, wo bhi stars hain jo dark matter hain, jo hum kehte hain. to dark matter ko khuda ne keh rakha hai ke tum apni light mat jane do, rok lo.</w:t>
      </w:r>
    </w:p>
    <w:p>
      <w:pPr>
        <w:jc w:val="right"/>
      </w:pPr>
      <w:r>
        <w:t>ایک اسٹار وہ ہے جس کو ہم سورج کہتے ہیں، سن کہتے ہیں، وہ بھی اسٹارز ہیں جو ڈارک میٹر ہیں، جو ہم کہتے ہیں۔ تو ڈارک میٹر کو خدا نے کہہ رکھا ہے کہ تم اپنی لائٹ مت جانے دو، روک لو۔</w:t>
      </w:r>
    </w:p>
    <w:p>
      <w:r>
        <w:rPr>
          <w:b/>
        </w:rPr>
        <w:t xml:space="preserve">[21:49] </w:t>
      </w:r>
      <w:r>
        <w:t>agar isi tarah khuda keh de suraj ko bhi rok le, apni light ko mat jane de insanon ke pas.</w:t>
      </w:r>
    </w:p>
    <w:p>
      <w:pPr>
        <w:jc w:val="right"/>
      </w:pPr>
      <w:r>
        <w:t>اگر اسی طرح خدا کہہ دے سورج کو بھی روک لے، اپنی لائٹ کو مت جانے دے انسانوں کے پاس۔</w:t>
      </w:r>
    </w:p>
    <w:p>
      <w:r>
        <w:rPr>
          <w:b/>
        </w:rPr>
        <w:t xml:space="preserve">[22:00] </w:t>
      </w:r>
      <w:r>
        <w:t>aap ghor kijiye, isi isi isi space mein hum dekh rahe hain ke bohat se star hain aur khuda ne unhen hukum de diya hai ke tum apni light ko mat jane do,</w:t>
      </w:r>
    </w:p>
    <w:p>
      <w:pPr>
        <w:jc w:val="right"/>
      </w:pPr>
      <w:r>
        <w:t>آپ غور کیجئے، اسی اسی اسی سپیس میں ہم دیکھ رہے ہیں کہ بہت سے اسٹار ہیں اور خدا نے انہیں حکم دے دیا ہے کہ تم اپنی لائٹ کو مت جانے دو،</w:t>
      </w:r>
    </w:p>
    <w:p>
      <w:r>
        <w:rPr>
          <w:b/>
        </w:rPr>
        <w:t xml:space="preserve">[22:14] </w:t>
      </w:r>
      <w:r>
        <w:t>rok lo apni light ko, aur hum un ko dekh nahi paate. un ko agar khuda yahi keh de is suraj se ke rok le apni light ko, mat jane de insan ke pas,</w:t>
      </w:r>
    </w:p>
    <w:p>
      <w:pPr>
        <w:jc w:val="right"/>
      </w:pPr>
      <w:r>
        <w:t>روک لو اپنی لائٹ کو، اور ہم ان کو دیکھ نہیں پاتے۔ ان کو اگر خدا یہی کہہ دے اس سورج سے کہ روک لے اپنی لائٹ کو، مت جانے دے انسان کے پاس،</w:t>
      </w:r>
    </w:p>
    <w:p>
      <w:r>
        <w:rPr>
          <w:b/>
        </w:rPr>
        <w:t xml:space="preserve">[22:28] </w:t>
      </w:r>
      <w:r>
        <w:t>to kya hoga? achank zindagi khatam,</w:t>
      </w:r>
    </w:p>
    <w:p>
      <w:pPr>
        <w:jc w:val="right"/>
      </w:pPr>
      <w:r>
        <w:t>تو کیا ہوگا؟ اچانک زندگی ختم،</w:t>
      </w:r>
    </w:p>
    <w:p>
      <w:r>
        <w:rPr>
          <w:b/>
        </w:rPr>
        <w:t xml:space="preserve">[22:35] </w:t>
      </w:r>
      <w:r>
        <w:t>achank zindagi khatam. sab kuch jo dunya suraj ki wajah se ho raha hai,</w:t>
      </w:r>
    </w:p>
    <w:p>
      <w:pPr>
        <w:jc w:val="right"/>
      </w:pPr>
      <w:r>
        <w:t>اچانک زندگی ختم۔ سب کچھ جو دنیا سورج کی وجہ سے ہو رہا ہے،</w:t>
      </w:r>
    </w:p>
    <w:p>
      <w:r>
        <w:rPr>
          <w:b/>
        </w:rPr>
        <w:t xml:space="preserve">[22:41] </w:t>
      </w:r>
      <w:r>
        <w:t>barish mein suraj ka dakhal hai, fasal ugti hai, is mein suraj ka dakhal hai. hum jo dekhte hain, khali aankh se nahi dekh sakte.</w:t>
      </w:r>
    </w:p>
    <w:p>
      <w:pPr>
        <w:jc w:val="right"/>
      </w:pPr>
      <w:r>
        <w:t>بارش میں سورج کا دخل ہے، فصل اگتی ہے، اس میں سورج کا دخل ہے۔ ہم جو دیکھتے ہیں، خالی آنکھ سے نہیں دیکھ سکتے۔</w:t>
      </w:r>
    </w:p>
    <w:p>
      <w:r>
        <w:rPr>
          <w:b/>
        </w:rPr>
        <w:t xml:space="preserve">[22:51] </w:t>
      </w:r>
      <w:r>
        <w:t>hum suraj ki light chahiye, light na ho to hum dekh nahi sakte. ye sari activities jo dunya mein hain, wo ziyada tar suraj ki wajah se hain.</w:t>
      </w:r>
    </w:p>
    <w:p>
      <w:pPr>
        <w:jc w:val="right"/>
      </w:pPr>
      <w:r>
        <w:t>ہم سورج کی لائٹ چاہیے، لائٹ نہ ہو تو ہم دیکھ نہیں سکتے۔ یہ ساری ایکٹیویٹیز جو دنیا میں ہیں، وہ زیادہ تر سورج کی وجہ سے ہیں۔</w:t>
      </w:r>
    </w:p>
    <w:p>
      <w:r>
        <w:rPr>
          <w:b/>
        </w:rPr>
        <w:t xml:space="preserve">[23:03] </w:t>
      </w:r>
      <w:r>
        <w:t>to agar khuda suraj ki roshni ko waise hi kar de jaise ke dark matter mein hai, to to kya karega insan?</w:t>
      </w:r>
    </w:p>
    <w:p>
      <w:pPr>
        <w:jc w:val="right"/>
      </w:pPr>
      <w:r>
        <w:t>تو اگر خدا سورج کی روشنی کو ویسے ہی کر دے جیسے کہ ڈارک میٹر میں ہے، تو تو کیا کرے گا انسان؟</w:t>
      </w:r>
    </w:p>
    <w:p>
      <w:r>
        <w:rPr>
          <w:b/>
        </w:rPr>
        <w:t xml:space="preserve">[23:12] </w:t>
      </w:r>
      <w:r>
        <w:t>kya karega insan? jis tarah chand mein aur doosre planet mein intizam nahi hai oxygen ki supply ka, yahan bhi khuda aisa kar de.</w:t>
      </w:r>
    </w:p>
    <w:p>
      <w:pPr>
        <w:jc w:val="right"/>
      </w:pPr>
      <w:r>
        <w:t>کیا کرے گا انسان؟ جس طرح چاند میں اور دوسرے پلینٹ میں انتظام نہیں ہے اکسیجن کی سپلائی کا، یہاں بھی خدا ایسا کر دے۔</w:t>
      </w:r>
    </w:p>
    <w:p>
      <w:r>
        <w:rPr>
          <w:b/>
        </w:rPr>
        <w:t xml:space="preserve">[23:25] </w:t>
      </w:r>
      <w:r>
        <w:t>darakhton se keh de ke tum aaj se tum supply mat karo, oxygen, oxygen ki supply band.</w:t>
      </w:r>
    </w:p>
    <w:p>
      <w:pPr>
        <w:jc w:val="right"/>
      </w:pPr>
      <w:r>
        <w:t>درختوں سے کہہ دے کہ تم آج سے تم سپلائی مت کرو، اکسیجن، اکسیجن کی سپلائی بند۔</w:t>
      </w:r>
    </w:p>
    <w:p>
      <w:r>
        <w:rPr>
          <w:b/>
        </w:rPr>
        <w:t xml:space="preserve">[23:33] </w:t>
      </w:r>
      <w:r>
        <w:t>khuda agar darakhton se keh de ke aaj se oxygen ki supply band,</w:t>
      </w:r>
    </w:p>
    <w:p>
      <w:pPr>
        <w:jc w:val="right"/>
      </w:pPr>
      <w:r>
        <w:t>خدا اگر درختوں سے کہہ دے کہ آج سے اکسیجن کی سپلائی بند،</w:t>
      </w:r>
    </w:p>
    <w:p>
      <w:r>
        <w:rPr>
          <w:b/>
        </w:rPr>
        <w:t xml:space="preserve">[23:40] </w:t>
      </w:r>
      <w:r>
        <w:t>to kiya hoga? kiya hoga? bataiye, oxygen ke baghair hum zinda reh sakte hain?</w:t>
      </w:r>
    </w:p>
    <w:p>
      <w:pPr>
        <w:jc w:val="right"/>
      </w:pPr>
      <w:r>
        <w:t>تو کیا ہوگا؟ کیا ہوگا؟ بتائیے، اکسیجن کے بغیر ہم زندہ رہ سکتے ہیں؟</w:t>
      </w:r>
    </w:p>
    <w:p>
      <w:r>
        <w:rPr>
          <w:b/>
        </w:rPr>
        <w:t xml:space="preserve">[23:53] </w:t>
      </w:r>
      <w:r>
        <w:t>to jo log is tarah ki boli bolte hain, unko apni health par naaz hai, apne paise par naaz hai, apni kothi aur motor par naaz hai, apni family par naaz hai,</w:t>
      </w:r>
    </w:p>
    <w:p>
      <w:pPr>
        <w:jc w:val="right"/>
      </w:pPr>
      <w:r>
        <w:t>تو جو لوگ اس طرح کی بولی بولتے ہیں، ان کو اپنی ہیلتھ پر ناز ہے، اپنے پیسے پر ناز ہے، اپنی کوٹھی اور موٹر پر ناز ہے، اپنی فیملی پر ناز ہے،</w:t>
      </w:r>
    </w:p>
    <w:p>
      <w:r>
        <w:rPr>
          <w:b/>
        </w:rPr>
        <w:t xml:space="preserve">[24:05] </w:t>
      </w:r>
      <w:r>
        <w:t>to woh sochte nahi ke kis barthe par tum is duniya mein ab tumhara karobar chal raha hai. Khuda ke infrastructure ki wajah se chal raha hai, jo life support system Khuda ki taraf se hai, usko le kar chal raha hai.</w:t>
      </w:r>
    </w:p>
    <w:p>
      <w:pPr>
        <w:jc w:val="right"/>
      </w:pPr>
      <w:r>
        <w:t>تو وہ سوچتے نہیں کہ کس برتھے پر تم اس دنیا میں اب تمہارا کاروبار چل رہا ہے۔ خدا کے انفراسٹرکچر کی وجہ سے چل رہا ہے، جو لائف سپورٹ سسٹم خدا کی طرف سے ہے، اس کو لے کر چل رہا ہے۔</w:t>
      </w:r>
    </w:p>
    <w:p>
      <w:r>
        <w:rPr>
          <w:b/>
        </w:rPr>
        <w:t xml:space="preserve">[24:19] </w:t>
      </w:r>
      <w:r>
        <w:t>woh na ho to tum kuch bhi nahi.</w:t>
      </w:r>
    </w:p>
    <w:p>
      <w:pPr>
        <w:jc w:val="right"/>
      </w:pPr>
      <w:r>
        <w:t>وہ نہ ہو تو تم کچھ بھی نہیں۔</w:t>
      </w:r>
    </w:p>
    <w:p>
      <w:r>
        <w:rPr>
          <w:b/>
        </w:rPr>
        <w:t xml:space="preserve">[24:24] </w:t>
      </w:r>
      <w:r>
        <w:t>to dekhiye,</w:t>
      </w:r>
    </w:p>
    <w:p>
      <w:pPr>
        <w:jc w:val="right"/>
      </w:pPr>
      <w:r>
        <w:t>تو دیکھیے،</w:t>
      </w:r>
    </w:p>
    <w:p>
      <w:r>
        <w:rPr>
          <w:b/>
        </w:rPr>
        <w:t xml:space="preserve">[24:28] </w:t>
      </w:r>
      <w:r>
        <w:t>death kis liye aati hai? Death ke baad kiya hone wala hai? Yahan test hamara jo hai, kis baat par ho raha hai?</w:t>
      </w:r>
    </w:p>
    <w:p>
      <w:pPr>
        <w:jc w:val="right"/>
      </w:pPr>
      <w:r>
        <w:t>ڈیتھ کس لیے آتی ہے؟ ڈیتھ کے بعد کیا ہونے والا ہے؟ یہاں ٹیسٹ ہمارا جو ہے، کس بات پر ہو رہا ہے؟</w:t>
      </w:r>
    </w:p>
    <w:p>
      <w:r>
        <w:rPr>
          <w:b/>
        </w:rPr>
        <w:t xml:space="preserve">[24:37] </w:t>
      </w:r>
      <w:r>
        <w:t>main kahunga ke sirf ek hi baat hai, woh hai</w:t>
      </w:r>
    </w:p>
    <w:p>
      <w:pPr>
        <w:jc w:val="right"/>
      </w:pPr>
      <w:r>
        <w:t>میں کہوں گا کہ صرف ایک ہی بات ہے، وہ ہے</w:t>
      </w:r>
    </w:p>
    <w:p>
      <w:r>
        <w:rPr>
          <w:b/>
        </w:rPr>
        <w:t xml:space="preserve">[24:45] </w:t>
      </w:r>
      <w:r>
        <w:t>ke hum apne benefactor ko acknowledge karein. God Almighty is super benefactor, Khuda hamara benefactor hai, Khuda hamara mohsin hai,</w:t>
      </w:r>
    </w:p>
    <w:p>
      <w:pPr>
        <w:jc w:val="right"/>
      </w:pPr>
      <w:r>
        <w:t>کہ ہم اپنے بینیفیکٹر کو اکنالج کریں۔ گاڈ المائٹی از سپر بینیفیکٹر، خدا ہمارا بینیفیکٹر ہے، خدا ہمارا محسن ہے،</w:t>
      </w:r>
    </w:p>
    <w:p>
      <w:r>
        <w:rPr>
          <w:b/>
        </w:rPr>
        <w:t xml:space="preserve">[24:59] </w:t>
      </w:r>
      <w:r>
        <w:t>usko acknowledge karein. Bas yahi ek hi test hai aur kuch nahi hai.</w:t>
      </w:r>
    </w:p>
    <w:p>
      <w:pPr>
        <w:jc w:val="right"/>
      </w:pPr>
      <w:r>
        <w:t>اس کو اکنالج کریں۔ بس یہی ایک ہی ٹیسٹ ہے اور کچھ نہیں ہے۔</w:t>
      </w:r>
    </w:p>
    <w:p>
      <w:r>
        <w:rPr>
          <w:b/>
        </w:rPr>
        <w:t xml:space="preserve">[25:06] </w:t>
      </w:r>
      <w:r>
        <w:t>jab aap acknowledge karte hain to isi ke lehaz se aap ka culture banta hai, aap ka behavior banta hai, aap ki personality banti hai, sab kuch isi mein dhalta chala jata hai.</w:t>
      </w:r>
    </w:p>
    <w:p>
      <w:pPr>
        <w:jc w:val="right"/>
      </w:pPr>
      <w:r>
        <w:t>جب آپ اکنالج کرتے ہیں تو اسی کے لحاظ سے آپ کا کلچر بنتا ہے، آپ کا بیہیویئر بنتا ہے، آپ کی پرسنیلٹی بنتی ہے، سب کچھ اسی میں ڈھلتا چلا جاتا ہے۔</w:t>
      </w:r>
    </w:p>
    <w:p>
      <w:r>
        <w:rPr>
          <w:b/>
        </w:rPr>
        <w:t xml:space="preserve">[25:22] </w:t>
      </w:r>
      <w:r>
        <w:t>to bas batata hoon ke duniya mein do qism ke insan hain: ek woh jo Khuda ko acknowledge kar ke duniya mein zindagi guzar rahe hain, doosre woh jo Khuda ko acknowledge kiye baghair zindagi guzar rahe hain.</w:t>
      </w:r>
    </w:p>
    <w:p>
      <w:pPr>
        <w:jc w:val="right"/>
      </w:pPr>
      <w:r>
        <w:t>تو بس بتاتا ہوں کہ دنیا میں دو قسم کے انسان ہیں: ایک وہ جو خدا کو اکنالج کر کے دنیا میں زندگی گزار رہے ہیں، دوسرے وہ جو خدا کو اکنالج کیے بغیر زندگی گزار رہے ہیں۔</w:t>
      </w:r>
    </w:p>
    <w:p>
      <w:r>
        <w:rPr>
          <w:b/>
        </w:rPr>
        <w:t xml:space="preserve">[25:37] </w:t>
      </w:r>
      <w:r>
        <w:t>yeh baat Quran ki pehli ayat mein bata di gayi: Alhamdulillah Rabb-ul-Alameen,</w:t>
      </w:r>
    </w:p>
    <w:p>
      <w:pPr>
        <w:jc w:val="right"/>
      </w:pPr>
      <w:r>
        <w:t>یہ بات قرآن کی پہلی آیت میں بتا دی گئی: الحمدللہ رب العالمین،</w:t>
      </w:r>
    </w:p>
    <w:p>
      <w:r>
        <w:rPr>
          <w:b/>
        </w:rPr>
        <w:t xml:space="preserve">[25:45] </w:t>
      </w:r>
      <w:r>
        <w:t>shukr hai Khuda ka jo Rabb-ul-Alameen hai. To shukr hi jo hai, crucial test hai. Shukr, acknowledgement, itraaf.</w:t>
      </w:r>
    </w:p>
    <w:p>
      <w:pPr>
        <w:jc w:val="right"/>
      </w:pPr>
      <w:r>
        <w:t>شکر ہے خدا کا جو رب العالمین ہے۔ تو شکر ہی جو ہے، کروشل ٹیسٹ ہے۔ شکر، اکنالجمنٹ، اعتراف۔</w:t>
      </w:r>
    </w:p>
    <w:p>
      <w:r>
        <w:rPr>
          <w:b/>
        </w:rPr>
        <w:t xml:space="preserve">[25:56] </w:t>
      </w:r>
      <w:r>
        <w:t>dekhiye, aam insani language mein jis ko hum itraaf kehte hain, acknowledgement kehte hain, isi ka naam mazhabi zuban mein shukr hai.</w:t>
      </w:r>
    </w:p>
    <w:p>
      <w:pPr>
        <w:jc w:val="right"/>
      </w:pPr>
      <w:r>
        <w:t>دیکھیے، عام انسانی لینگویج میں جس کو ہم اعتراف کہتے ہیں، اکنالجمنٹ کہتے ہیں، اسی کا نام مذہبی زبان میں شکر ہے۔</w:t>
      </w:r>
    </w:p>
    <w:p>
      <w:r>
        <w:rPr>
          <w:b/>
        </w:rPr>
        <w:t xml:space="preserve">[26:09] </w:t>
      </w:r>
      <w:r>
        <w:t>isi ka naam religion hai, isi ka naam deen hai, isi ka naam ibadat hai. Lekin shukr ka matlab kiya hai?</w:t>
      </w:r>
    </w:p>
    <w:p>
      <w:pPr>
        <w:jc w:val="right"/>
      </w:pPr>
      <w:r>
        <w:t>اسی کا نام ریلیجن ہے، اسی کا نام دین ہے، اسی کا نام عبادت ہے۔ لیکن شکر کا مطلب کیا ہے؟</w:t>
      </w:r>
    </w:p>
    <w:p>
      <w:r>
        <w:rPr>
          <w:b/>
        </w:rPr>
        <w:t xml:space="preserve">[26:20] </w:t>
      </w:r>
      <w:r>
        <w:t>sacha shukr woh hai jis mein aadmi, jo aadmi ke andar ek ek ek darya ban kar uble, ek samandar ka toofan ban kar aadmi ke andar paida ho jaye, tab woh shukr hai.</w:t>
      </w:r>
    </w:p>
    <w:p>
      <w:pPr>
        <w:jc w:val="right"/>
      </w:pPr>
      <w:r>
        <w:t>سچا شکر وہ ہے جس میں آدمی، جو آدمی کے اندر ایک ایک ایک دریا بن کر ابلے، ایک سمندر کا طوفان بن کر آدمی کے اندر پیدا ہو جائے، تب وہ شکر ہے۔</w:t>
      </w:r>
    </w:p>
    <w:p>
      <w:r>
        <w:rPr>
          <w:b/>
        </w:rPr>
        <w:t xml:space="preserve">[26:38] </w:t>
      </w:r>
      <w:r>
        <w:t>shukr yeh nahi ke aap Alhamdulillah keh dein. Alhamdulillah to ek bas bataoon ke ek ek ek ridiculous, ek ridiculous cheez hai. Ridiculous</w:t>
      </w:r>
    </w:p>
    <w:p>
      <w:pPr>
        <w:jc w:val="right"/>
      </w:pPr>
      <w:r>
        <w:t>شکر یہ نہیں کہ آپ الحمدللہ کہہ دیں۔ الحمدللہ تو ایک بس بتاؤں کہ ایک ایک ایک ریڈیکولس، ایک ریڈیکولس چیز ہے۔ ریڈیکولس</w:t>
      </w:r>
    </w:p>
    <w:p>
      <w:r>
        <w:rPr>
          <w:b/>
        </w:rPr>
        <w:t xml:space="preserve">[26:51] </w:t>
      </w:r>
      <w:r>
        <w:t>sacha shukr ek toofan ki tarah niklta hai aadmi ke dil se. Lip service nahi hai hota woh.</w:t>
      </w:r>
    </w:p>
    <w:p>
      <w:pPr>
        <w:jc w:val="right"/>
      </w:pPr>
      <w:r>
        <w:t>سچا شکر ایک طوفان کی طرح نکلتا ہے آدمی کے دل سے۔ لف سروس نہیں ہے ہوتا وہ۔</w:t>
      </w:r>
    </w:p>
    <w:p>
      <w:r>
        <w:rPr>
          <w:b/>
        </w:rPr>
        <w:t xml:space="preserve">[27:02] </w:t>
      </w:r>
      <w:r>
        <w:t>to jo log Khuda ko acknowledge karte hue zindagi guzar rahe hain, wohi jo hai, unhi ka, unhi ki zindagi jo hai, woh justified.</w:t>
      </w:r>
    </w:p>
    <w:p>
      <w:pPr>
        <w:jc w:val="right"/>
      </w:pPr>
      <w:r>
        <w:t>تو جو لوگ خدا کو اکنالج کرتے ہوئے زندگی گزار رہے ہیں، وہی جو ہے، انہی کا، انہی کی زندگی جو ہے، وہ جسٹیفائیڈ۔</w:t>
      </w:r>
    </w:p>
    <w:p>
      <w:r>
        <w:rPr>
          <w:b/>
        </w:rPr>
        <w:t xml:space="preserve">[27:14] </w:t>
      </w:r>
      <w:r>
        <w:t>unhi logon ka zindagi ke justified tareeqe ko ikhtiyar kiya, aur jo log acknowledge na karein, unhone unjustified tareeqe ko ikhtiyar kiya.</w:t>
      </w:r>
    </w:p>
    <w:p>
      <w:pPr>
        <w:jc w:val="right"/>
      </w:pPr>
      <w:r>
        <w:t>انہی لوگوں کا زندگی کے جسٹیفائیڈ طریقے کو اختیار کیا، اور جو لوگ اکنالج نہ کریں، انہوں نے ان جسٹیفائیڈ طریقے کو اختیار کیا۔</w:t>
      </w:r>
    </w:p>
    <w:p>
      <w:r>
        <w:rPr>
          <w:b/>
        </w:rPr>
        <w:t xml:space="preserve">[27:26] </w:t>
      </w:r>
      <w:r>
        <w:t>isi par faisla hona hai jannat ka aur jahannum ka.</w:t>
      </w:r>
    </w:p>
    <w:p>
      <w:pPr>
        <w:jc w:val="right"/>
      </w:pPr>
      <w:r>
        <w:t>اسی پر فیصلہ ہونا ہے جنت کا اور جہنم کا۔</w:t>
      </w:r>
    </w:p>
    <w:p>
      <w:r>
        <w:rPr>
          <w:b/>
        </w:rPr>
        <w:t xml:space="preserve">[27:34] </w:t>
      </w:r>
      <w:r>
        <w:t>isi par faisla hona hai. Kal mein ek sahib se baat kar raha tha to unhone Musalmanon ke bare mein poocha ke Musalman idhar udhar zaleel ho rahe hain, Musalmanon ke khilaf conspiracy ho rahi hai,</w:t>
      </w:r>
    </w:p>
    <w:p>
      <w:pPr>
        <w:jc w:val="right"/>
      </w:pPr>
      <w:r>
        <w:t>اسی پر فیصلہ ہونا ہے۔ کل میں ایک صاحب سے بات کر رہا تھا تو انہوں نے مسلمانوں کے بارے میں پوچھا کہ مسلمان ادھر ادھر ذلیل ہو رہے ہیں، مسلمانوں کے خلاف کانسپریسی ہو رہی ہے،</w:t>
      </w:r>
    </w:p>
    <w:p>
      <w:r>
        <w:rPr>
          <w:b/>
        </w:rPr>
        <w:t xml:space="preserve">[27:52] </w:t>
      </w:r>
      <w:r>
        <w:t>aur Musalmanon ke khilaf zulm kiya ja raha hai, waghera waghera. Aap jante hain ke zyada tar yahi log bolte hain. Bol</w:t>
      </w:r>
    </w:p>
    <w:p>
      <w:pPr>
        <w:jc w:val="right"/>
      </w:pPr>
      <w:r>
        <w:t>اور مسلمانوں کے خلاف ظلم کیا جا رہا ہے، وغیرہ وغیرہ۔ آپ جانتے ہیں کہ زیادہ تر یہی لوگ بولتے ہیں۔ بول</w:t>
      </w:r>
    </w:p>
    <w:p>
      <w:r>
        <w:rPr>
          <w:b/>
        </w:rPr>
        <w:t xml:space="preserve">[27:57] </w:t>
      </w:r>
      <w:r>
        <w:t>yeh jis jalse pe jaiye, Musalmanon ke jis magazine ko padhiye, har jagah yahi baatein hoti hain ke Musalman jo hai, Musalmanon ke khilaf yeh ho raha hai, woh ho raha hai.</w:t>
      </w:r>
    </w:p>
    <w:p>
      <w:pPr>
        <w:jc w:val="right"/>
      </w:pPr>
      <w:r>
        <w:t>ی جس جلسے پہ جائیے، مسلمانوں کے جس میگزین کو پڑھیے، ہر جگہ یہی باتیں ہوتی ہیں کہ مسلمان جو ہے، مسلمانوں کے خلاف یہ ہو رہا ہے، وہ ہو رہا ہے۔</w:t>
      </w:r>
    </w:p>
    <w:p>
      <w:r>
        <w:rPr>
          <w:b/>
        </w:rPr>
        <w:t xml:space="preserve">[28:10] </w:t>
      </w:r>
      <w:r>
        <w:t>to maine kaha dekhiye, saada baat nahi hai, yeh simple baat nahi hai.</w:t>
      </w:r>
    </w:p>
    <w:p>
      <w:pPr>
        <w:jc w:val="right"/>
      </w:pPr>
      <w:r>
        <w:t>تو میں نے کہا دیکھیے، سادہ بات نہیں ہے، یہ سمپل بات نہیں ہے۔</w:t>
      </w:r>
    </w:p>
    <w:p>
      <w:r>
        <w:rPr>
          <w:b/>
        </w:rPr>
        <w:t xml:space="preserve">[28:18] </w:t>
      </w:r>
      <w:r>
        <w:t>woh bhi hai, yahan bhi wahi face value le rahe hain, bas is liye gehrai mein baat ko samajh nahin paate.</w:t>
      </w:r>
    </w:p>
    <w:p>
      <w:pPr>
        <w:jc w:val="right"/>
      </w:pPr>
      <w:r>
        <w:t>وہ بھی ہے، یہاں بھی وہی فیس ولوپ لے رہے ہیں، بس اس لیے گہرائی میں بات کو سمجھ نہیں پاتے۔</w:t>
      </w:r>
    </w:p>
    <w:p>
      <w:r>
        <w:rPr>
          <w:b/>
        </w:rPr>
        <w:t xml:space="preserve">[28:26] </w:t>
      </w:r>
      <w:r>
        <w:t>dekhiye, quran mein hai ke antuma al-alawna in kuntum momineen,</w:t>
      </w:r>
    </w:p>
    <w:p>
      <w:pPr>
        <w:jc w:val="right"/>
      </w:pPr>
      <w:r>
        <w:t>دیکھیے، قرآن میں ہے کہ انتما العلون ان کنتم مومنین،</w:t>
      </w:r>
    </w:p>
    <w:p>
      <w:r>
        <w:rPr>
          <w:b/>
        </w:rPr>
        <w:t xml:space="preserve">[28:36] </w:t>
      </w:r>
      <w:r>
        <w:t>tum hi ko aloo hasil hoga agar tum momin ho. aloo ka matlab hota hai dabdaba, tum hi ko dabdaba mila rahega jab tum ko tumhare andar imaan hoga.</w:t>
      </w:r>
    </w:p>
    <w:p>
      <w:pPr>
        <w:jc w:val="right"/>
      </w:pPr>
      <w:r>
        <w:t>تم ہی کو علو حاصل ہوگا اگر تم مومن ہو۔ علو کا مطلب ہوتا ہے دبدبہ، تم ہی کو دبدبہ ملا رہے گا جب تم کو تمہارے اندر ایمان ہو۔</w:t>
      </w:r>
    </w:p>
    <w:p>
      <w:r>
        <w:rPr>
          <w:b/>
        </w:rPr>
        <w:t xml:space="preserve">[28:51] </w:t>
      </w:r>
      <w:r>
        <w:t>to maine kaha ke is aayat ko lijiye, aap is aayat mein hamein ek pehchan batai gayi hai</w:t>
      </w:r>
    </w:p>
    <w:p>
      <w:pPr>
        <w:jc w:val="right"/>
      </w:pPr>
      <w:r>
        <w:t>تو میں نے کہا کہ اس آیت کو لیجئے، آپ اس آیت میں ہمیں ایک پہچان بتائی گئی ہے</w:t>
      </w:r>
    </w:p>
    <w:p>
      <w:r>
        <w:rPr>
          <w:b/>
        </w:rPr>
        <w:t xml:space="preserve">[28:57] </w:t>
      </w:r>
      <w:r>
        <w:t>ke agar musalman jo itni badi ginti jinki ho chuki hai, ab musalman do char nahin hain, more than one billion hain sari duniya mein, to is mein pehchan batai gayi hai ke agar tumhare andar sachcha imaan hoga, sachchi marifat hogi to duniya mein tumhara dabdaba qaim rahega,</w:t>
      </w:r>
    </w:p>
    <w:p>
      <w:pPr>
        <w:jc w:val="right"/>
      </w:pPr>
      <w:r>
        <w:t>کہ اگر مسلمان جو اتنی بڑی گنتی جن کی ہو چکی ہے، اب مسلمان دو چار نہیں ہیں، مور دین ون بلین ہیں ساری دنیا میں، تو اس میں پہچان بتائی گئی ہے کہ اگر تمہارے اندر سچا ایمان ہوگا، سچی معرفت ہوگی تو دنیا میں تمہارا دبدبہ قائم رہے گا،</w:t>
      </w:r>
    </w:p>
    <w:p>
      <w:r>
        <w:rPr>
          <w:b/>
        </w:rPr>
        <w:t xml:space="preserve">[29:27] </w:t>
      </w:r>
      <w:r>
        <w:t>aur agar sachcha imaan na ho to dabdaba nahin rahega. ab maine kaha ke aap sochiye, is zamane ke musalmanon ke paas sab kuch maujood hai,</w:t>
      </w:r>
    </w:p>
    <w:p>
      <w:pPr>
        <w:jc w:val="right"/>
      </w:pPr>
      <w:r>
        <w:t>اور اگر سچا ایمان نہ ہو تو دبدبہ نہیں رہے گا۔ اب میں نے کہا کہ آپ سوچیے، اس زمانے کے مسلمانوں کے پاس سب کچھ موجود ہے،</w:t>
      </w:r>
    </w:p>
    <w:p>
      <w:r>
        <w:rPr>
          <w:b/>
        </w:rPr>
        <w:t xml:space="preserve">[29:41] </w:t>
      </w:r>
      <w:r>
        <w:t>daulat ka anbaar hai. dekhiye, petrol jo sab se bada khazana hai daulat ka, uska bada hissa musalmanon ke paas hai.</w:t>
      </w:r>
    </w:p>
    <w:p>
      <w:pPr>
        <w:jc w:val="right"/>
      </w:pPr>
      <w:r>
        <w:t>دولت کا انبار ہے۔ دیکھیے، پیٹرول جو سب سے بڑا خزانہ ہے دولت کا، اس کا بڑا حصہ مسلمانوں کے پاس ہے۔</w:t>
      </w:r>
    </w:p>
    <w:p>
      <w:r>
        <w:rPr>
          <w:b/>
        </w:rPr>
        <w:t xml:space="preserve">[29:52] </w:t>
      </w:r>
      <w:r>
        <w:t>57 muslim countries mein musalmanon ka role qaim hai.</w:t>
      </w:r>
    </w:p>
    <w:p>
      <w:pPr>
        <w:jc w:val="right"/>
      </w:pPr>
      <w:r>
        <w:t>57 مسلم کنٹریز میں مسلمانوں کا رول قائم ہے۔</w:t>
      </w:r>
    </w:p>
    <w:p>
      <w:r>
        <w:rPr>
          <w:b/>
        </w:rPr>
        <w:t xml:space="preserve">[29:57] </w:t>
      </w:r>
      <w:r>
        <w:t>United Nations ke General Assembly mein unki tadad bahut zyada hai,</w:t>
      </w:r>
    </w:p>
    <w:p>
      <w:pPr>
        <w:jc w:val="right"/>
      </w:pPr>
      <w:r>
        <w:t>یونائیٹڈ نیشنز کے جنرل اسمبلی میں ان کی تعداد بہت زیادہ ہے،</w:t>
      </w:r>
    </w:p>
    <w:p>
      <w:r>
        <w:rPr>
          <w:b/>
        </w:rPr>
        <w:t xml:space="preserve">[30:03] </w:t>
      </w:r>
      <w:r>
        <w:t>ginti mein itne saare log hain, itne madaris, itne masjidain, har taraf jahan dekhiye, loudspeaker ka shor har taraf sunai deta hai, lekin dabdaba nahin hai.</w:t>
      </w:r>
    </w:p>
    <w:p>
      <w:pPr>
        <w:jc w:val="right"/>
      </w:pPr>
      <w:r>
        <w:t>گنتی میں اتنے سارے لوگ ہیں، اتنے مدرسے، اتنے مسجدیں، ہر طرف جہاں دیکھیے، لاؤڈ سپیکر کا شور ہر طرف سنائی دیتا ہے، لیکن دبدبہ نہیں ہے۔</w:t>
      </w:r>
    </w:p>
    <w:p>
      <w:r>
        <w:rPr>
          <w:b/>
        </w:rPr>
        <w:t xml:space="preserve">[30:14] </w:t>
      </w:r>
      <w:r>
        <w:t>dekhiye, aap arab duniya mein kya hai, arab world mein kya hai? arab world mein Israel ke dabdabe mein musalman jee rahe hain. sara arab world jo hai, Israel ke dabdabe ke saath jee raha hai.</w:t>
      </w:r>
    </w:p>
    <w:p>
      <w:pPr>
        <w:jc w:val="right"/>
      </w:pPr>
      <w:r>
        <w:t>دیکھیے، آپ عرب دنیا میں کیا ہے، عرب ورلڈ میں کیا ہے؟ عرب ورلڈ میں اسرائیل کے دبدبے میں مسلمان جی رہے ہیں۔ سارا عرب ورلڈ جو ہے، اسرائیل کے دبدبے کے ساتھ جی رہا ہے۔</w:t>
      </w:r>
    </w:p>
    <w:p>
      <w:r>
        <w:rPr>
          <w:b/>
        </w:rPr>
        <w:t xml:space="preserve">[30:28] </w:t>
      </w:r>
      <w:r>
        <w:t>unki himmat nahin hai ke Israel ke khilaf ek resolution hi pass karein. woh itna zabardast dabdaba hai Israel ka. aap jante hain ke unki conferencein hoti hain arbon ki.</w:t>
      </w:r>
    </w:p>
    <w:p>
      <w:pPr>
        <w:jc w:val="right"/>
      </w:pPr>
      <w:r>
        <w:t>ان کی ہمت نہیں ہے کہ اسرائیل کے خلاف ایک ریزولیوشن ہی پاس کریں۔ وہ اتنا زبردست دبدبہ ہے اسرائیل کا۔ آپ جانتے ہیں کہ ان کی کانفرنسیں ہوتی ہیں عربوں کی۔</w:t>
      </w:r>
    </w:p>
    <w:p>
      <w:r>
        <w:rPr>
          <w:b/>
        </w:rPr>
        <w:t xml:space="preserve">[30:40] </w:t>
      </w:r>
      <w:r>
        <w:t>aaj tak pure ittifaq ke saath Israel ke khilaf koi resolution hi pass nahin kar sake, aur action lena to bahut door ki baat hai.</w:t>
      </w:r>
    </w:p>
    <w:p>
      <w:pPr>
        <w:jc w:val="right"/>
      </w:pPr>
      <w:r>
        <w:t>آج تک پورے اتفاق کے ساتھ اسرائیل کے خلاف کوئی ریزولیوشن ہی نہیں پاس کر سکے، اور ایکشن لینا تو بہت دور کی بات ہے۔</w:t>
      </w:r>
    </w:p>
    <w:p>
      <w:r>
        <w:rPr>
          <w:b/>
        </w:rPr>
        <w:t xml:space="preserve">[30:51] </w:t>
      </w:r>
      <w:r>
        <w:t>to pura arab world jo hai, Israel ke dabdabe mein jee raha hai.</w:t>
      </w:r>
    </w:p>
    <w:p>
      <w:pPr>
        <w:jc w:val="right"/>
      </w:pPr>
      <w:r>
        <w:t>تو پورا عرب ورلڈ جو ہے، اسرائیل کے دبدبے میں جی رہا ہے۔</w:t>
      </w:r>
    </w:p>
    <w:p>
      <w:r>
        <w:rPr>
          <w:b/>
        </w:rPr>
        <w:t xml:space="preserve">[30:56] </w:t>
      </w:r>
      <w:r>
        <w:t>Indian subcontinent le lijiye, Indian subcontinent. yahan hum hindu, main yeh lafz bolta hoon lekin musalmanon ki zuban bol raha hoon ke hindu dabdabe ke tehat aap jee rahe hain.</w:t>
      </w:r>
    </w:p>
    <w:p>
      <w:pPr>
        <w:jc w:val="right"/>
      </w:pPr>
      <w:r>
        <w:t>انڈین سب کانٹیننٹ لے لیجئے، انڈین سب کانٹیننٹ۔ یہاں ہم ہندو، میں یہ لفظ بولتا ہوں لیکن مسلمانوں کی زبان بول رہا ہوں کہ ہندو دبدبے کے تحت آپ جی رہے ہیں۔</w:t>
      </w:r>
    </w:p>
    <w:p>
      <w:r>
        <w:rPr>
          <w:b/>
        </w:rPr>
        <w:t xml:space="preserve">[31:07] </w:t>
      </w:r>
      <w:r>
        <w:t>main hindu ko insaan samajhta hoon, main yeh lafz nahin bolta lekin logon ke nazariye se kehta hoon main, kyunke ek Pakistan ka ek percha maine padha ke duniya mein do hi dushman hain Islam ke hain, yahood aur hanood.</w:t>
      </w:r>
    </w:p>
    <w:p>
      <w:pPr>
        <w:jc w:val="right"/>
      </w:pPr>
      <w:r>
        <w:t>میں ہندو کو انسان سمجھتا ہوں، میں یہ لفظ نہیں بولتا لیکن لوگوں کے نظریے سے کہتا ہوں میں، کیونکہ ایک پاکستان کا ایک پرچہ میں نے پڑھا کہ دنیا میں دو ہی دشمن ہیں اسلام کے ہیں، یہود اور ہنود۔</w:t>
      </w:r>
    </w:p>
    <w:p>
      <w:r>
        <w:rPr>
          <w:b/>
        </w:rPr>
        <w:t xml:space="preserve">[31:21] </w:t>
      </w:r>
      <w:r>
        <w:t>yahood aur hanood, is is zehan ko le kar main bol raha hoon yeh baat.</w:t>
      </w:r>
    </w:p>
    <w:p>
      <w:pPr>
        <w:jc w:val="right"/>
      </w:pPr>
      <w:r>
        <w:t>یہود اور ہنود، اس اس ذہن کو لے کر میں بول رہا ہوں یہ بات۔</w:t>
      </w:r>
    </w:p>
    <w:p>
      <w:r>
        <w:rPr>
          <w:b/>
        </w:rPr>
        <w:t xml:space="preserve">[31:27] </w:t>
      </w:r>
      <w:r>
        <w:t>warna musalman hindu se mujhe koi shikayat nahin. hindu best nation hai is zameen par, lekin unke lehaz se keh raha hoon ke dekhiye, aap Indian subcontinent mein hindu ka dabdaba hai,</w:t>
      </w:r>
    </w:p>
    <w:p>
      <w:pPr>
        <w:jc w:val="right"/>
      </w:pPr>
      <w:r>
        <w:t>ورنہ مسلمان ہندو سے مجھے کوئی شکایت نہیں۔ ہندو بیسٹ نیشن ہے اس زمین پر، لیکن ان کے لحاظ سے کہہ رہا ہوں کہ دیکھیے، آپ انڈین سب کانٹیننٹ میں ہندو کا دبدبہ ہے،</w:t>
      </w:r>
    </w:p>
    <w:p>
      <w:r>
        <w:rPr>
          <w:b/>
        </w:rPr>
        <w:t xml:space="preserve">[31:42] </w:t>
      </w:r>
      <w:r>
        <w:t>ab bahar nikliye, bahar ki duniya mein America ka dabdaba hai. to musalman jahan bhi dekhein, kisi aur ke dabdabe ke saath jee rahe hain.</w:t>
      </w:r>
    </w:p>
    <w:p>
      <w:pPr>
        <w:jc w:val="right"/>
      </w:pPr>
      <w:r>
        <w:t>اب باہر نکلیے، باہر کی دنیا میں امریکہ کا دبدبہ ہے۔ تو مسلمان جہاں بھی دیکھیں، کسی اور کے دبدبے کے ساتھ جی رہے ہیں۔</w:t>
      </w:r>
    </w:p>
    <w:p>
      <w:r>
        <w:rPr>
          <w:b/>
        </w:rPr>
        <w:t xml:space="preserve">[31:54] </w:t>
      </w:r>
      <w:r>
        <w:t>yeh cheez dekhiye, bahut zyada sochne ki baat hai,</w:t>
      </w:r>
    </w:p>
    <w:p>
      <w:pPr>
        <w:jc w:val="right"/>
      </w:pPr>
      <w:r>
        <w:t>یہ چیز دیکھیے، بہت زیادہ سوچنے کی بات ہے،</w:t>
      </w:r>
    </w:p>
    <w:p>
      <w:r>
        <w:rPr>
          <w:b/>
        </w:rPr>
        <w:t xml:space="preserve">[32:02] </w:t>
      </w:r>
      <w:r>
        <w:t>yeh sochne ki baat hai. kuch log badi badi bhirein ikattha karte hain, idhar udhar kehte hain ke hum duniya mein imaan ki hawaein chala di hain, to sawal hai, ek tum ne imaan ki hawaein chala di hain, dabdaba kyun nahin hai musalmanon ka?</w:t>
      </w:r>
    </w:p>
    <w:p>
      <w:pPr>
        <w:jc w:val="right"/>
      </w:pPr>
      <w:r>
        <w:t>یہ سوچنے کی بات ہے۔ کچھ لوگ بڑی بڑی بھیڑیں اکٹھا کرتے ہیں، ادھر ادھر کہتے ہیں کہ ہم دنیا میں ایمان کی ہوائیں چلا دی ہیں۔ تو سوال ہے، ایک تم نے ایمان کی ہوائیں چلا دی ہیں، دبدبہ کیوں نہیں ہے مسلمانوں کا؟</w:t>
      </w:r>
    </w:p>
    <w:p>
      <w:r>
        <w:rPr>
          <w:b/>
        </w:rPr>
        <w:t xml:space="preserve">[32:15] </w:t>
      </w:r>
      <w:r>
        <w:t>aap ghor kijiye, khade hote hain log stage par, hum ne duniya mein imaan ki hawaein chala di hain,</w:t>
      </w:r>
    </w:p>
    <w:p>
      <w:pPr>
        <w:jc w:val="right"/>
      </w:pPr>
      <w:r>
        <w:t>آپ غور کیجئے، کھڑے ہوتے ہیں لوگ اسٹیج پر، ہم نے دنیا میں ایمان کی ہوائیں چلا دی ہیں،</w:t>
      </w:r>
    </w:p>
    <w:p>
      <w:r>
        <w:rPr>
          <w:b/>
        </w:rPr>
        <w:t xml:space="preserve">[32:22] </w:t>
      </w:r>
      <w:r>
        <w:t>to dabdaba kahan khatam ho gaya? kyun America ka dabdaba hai? kyun hinduo ka dabdaba hai? kyun yahudiyon ka dabdaba hai?</w:t>
      </w:r>
    </w:p>
    <w:p>
      <w:pPr>
        <w:jc w:val="right"/>
      </w:pPr>
      <w:r>
        <w:t>تو دبدبہ کہاں ختم ہو گیا؟ کیوں امریکہ کا دبدبہ ہے؟ کیوں ہندوؤں کا دبدبہ ہے؟ کیوں یہودیوں کا دبدبہ ہے؟</w:t>
      </w:r>
    </w:p>
    <w:p>
      <w:r>
        <w:rPr>
          <w:b/>
        </w:rPr>
        <w:t xml:space="preserve">[32:30] </w:t>
      </w:r>
      <w:r>
        <w:t>tumhara dabdaba kyun nahin? yeh sab bilkul baseless baatein hain, yeh sab arbitrary hai, yeh sab kehne ki baatein hain khali.</w:t>
      </w:r>
    </w:p>
    <w:p>
      <w:pPr>
        <w:jc w:val="right"/>
      </w:pPr>
      <w:r>
        <w:t>تمہارا دبدبہ کیوں نہیں؟ یہ سب بالکل بیسلیس باتیں ہیں، یہ سب اریٹری ہے، یہ سب کہنے کی باتیں ہیں خالی۔</w:t>
      </w:r>
    </w:p>
    <w:p>
      <w:r>
        <w:rPr>
          <w:b/>
        </w:rPr>
        <w:t xml:space="preserve">[32:42] </w:t>
      </w:r>
      <w:r>
        <w:t>ab dekhiye, aap gehrai mein jaiye, aap masla kya hai? masla yeh hai ke imaan hi nahin hai.</w:t>
      </w:r>
    </w:p>
    <w:p>
      <w:pPr>
        <w:jc w:val="right"/>
      </w:pPr>
      <w:r>
        <w:t>اب دیکھیے، آپ گہرائی میں جائیے، آپ مسئلہ کیا ہے؟ مسئلہ یہ ہے کہ ایمان ہی نہیں ہے۔</w:t>
      </w:r>
    </w:p>
    <w:p>
      <w:r>
        <w:rPr>
          <w:b/>
        </w:rPr>
        <w:t xml:space="preserve">[32:49] </w:t>
      </w:r>
      <w:r>
        <w:t>jis iman pe aap ko naz hai, woh iman hi nahi hai, woh to laf service hai.</w:t>
      </w:r>
    </w:p>
    <w:p>
      <w:pPr>
        <w:jc w:val="right"/>
      </w:pPr>
      <w:r>
        <w:t>جس ایمان پہ آپ کو ناز ہے، وہ ایمان ہی نہیں ہے، وہ تو لف سروس ہے۔</w:t>
      </w:r>
    </w:p>
    <w:p>
      <w:r>
        <w:rPr>
          <w:b/>
        </w:rPr>
        <w:t xml:space="preserve">[32:57] </w:t>
      </w:r>
      <w:r>
        <w:t>agar woh iman hota to aaj musalmanon ko dabdaba hasil hota. un ko dekhiye, iman kya hai? aap saatveen pary ki ayaton ko padhiye, shuru mein jo ayaten hain, saatvan para: "waiza sami'u ma unzila ila ar rasooli tara 'ainahum tafidhan minal-dammi mimma 'arafu minal-haqq"</w:t>
      </w:r>
    </w:p>
    <w:p>
      <w:pPr>
        <w:jc w:val="right"/>
      </w:pPr>
      <w:r>
        <w:t>اگر وہ ایمان ہوتا تو آج مسلمانوں کو دبدبہ حاصل ہوتا۔ ان کو دیکھیے، ایمان کیا ہے؟ آپ ساتویں پارے کی آیتوں کو پڑھیے، شروع میں جو آیتیں ہیں، ساتواں پارہ: "وَإِذَا سَمَعُوا مَا أُنزِلَ إِلَى الرَّسُولِ تَرَىٰ عَيْنَهُمْ تَفْيِضًا مِنَ الْدَّمِ مِمَّا عَرَفُوا مِنَ الْحَقِّ"</w:t>
      </w:r>
    </w:p>
    <w:p>
      <w:r>
        <w:rPr>
          <w:b/>
        </w:rPr>
        <w:t xml:space="preserve">[33:21] </w:t>
      </w:r>
      <w:r>
        <w:t>. yahan par iman ka zikr hai, lekin sath sath kya hai? is ko marifat kaha gaya hai, marifat haq yani "realization of truth".</w:t>
      </w:r>
    </w:p>
    <w:p>
      <w:pPr>
        <w:jc w:val="right"/>
      </w:pPr>
      <w:r>
        <w:t>۔ یہاں پر ایمان کا ذکر ہے، لیکن ساتھ ساتھ کیا ہے؟ اس کو معرفت کہا گیا ہے، معرفت حق یعنی "ریئلائزیشن آف ٹروتھ"۔</w:t>
      </w:r>
    </w:p>
    <w:p>
      <w:r>
        <w:rPr>
          <w:b/>
        </w:rPr>
        <w:t xml:space="preserve">[33:32] </w:t>
      </w:r>
      <w:r>
        <w:t>iman woh hai jo marifat ke darje mein mile, yani jo "realization of truth" ke hum ma'ni ho.</w:t>
      </w:r>
    </w:p>
    <w:p>
      <w:pPr>
        <w:jc w:val="right"/>
      </w:pPr>
      <w:r>
        <w:t>ایمان وہ ہے جو معرفت کے درجے میں ملے، یعنی جو "ریئلائزیشن آف ٹروتھ" کے ہم معنی ہو۔</w:t>
      </w:r>
    </w:p>
    <w:p>
      <w:r>
        <w:rPr>
          <w:b/>
        </w:rPr>
        <w:t xml:space="preserve">[33:44] </w:t>
      </w:r>
      <w:r>
        <w:t>sachai ko discover karna, sachai ko realize karna.</w:t>
      </w:r>
    </w:p>
    <w:p>
      <w:pPr>
        <w:jc w:val="right"/>
      </w:pPr>
      <w:r>
        <w:t>سچائی کو ڈسکور کرنا، سچائی کو ریئلائز کرنا۔</w:t>
      </w:r>
    </w:p>
    <w:p>
      <w:r>
        <w:rPr>
          <w:b/>
        </w:rPr>
        <w:t xml:space="preserve">[33:50] </w:t>
      </w:r>
      <w:r>
        <w:t>phir isi ayat mein yeh bhi hai ke jab un ko iman mila to un ki aankhen aansuon se bhar padin, kyunke un ke andar ek jab aadmi ko sachha iman milta hai ke personality poori hil jati hai,</w:t>
      </w:r>
    </w:p>
    <w:p>
      <w:pPr>
        <w:jc w:val="right"/>
      </w:pPr>
      <w:r>
        <w:t>پھر اسی آیت میں یہ بھی ہے کہ جب ان کو ایمان ملا تو ان کی آنکھیں آنسوؤں سے بھر پڑیں، کیونکہ ان کے اندر ایک جب آدمی کو سچا ایمان ملتا ہے کہ پرسنیلٹی پوری ہل جاتی ہے،</w:t>
      </w:r>
    </w:p>
    <w:p>
      <w:r>
        <w:rPr>
          <w:b/>
        </w:rPr>
        <w:t xml:space="preserve">[34:06] </w:t>
      </w:r>
      <w:r>
        <w:t>iski poori personality hil jati hai, is ke dil o dimagh mein ek samandar rawan ho jata hai, ek atish fishan phat parta hai.</w:t>
      </w:r>
    </w:p>
    <w:p>
      <w:pPr>
        <w:jc w:val="right"/>
      </w:pPr>
      <w:r>
        <w:t>اس کی پوری پرسنیلٹی ہل جاتی ہے، اس کے دل و دماغ میں ایک سمندر رواں ہو جاتا ہے، ایک آتش فشاں پھٹ پڑتا ہے۔</w:t>
      </w:r>
    </w:p>
    <w:p>
      <w:r>
        <w:rPr>
          <w:b/>
        </w:rPr>
        <w:t xml:space="preserve">[34:15] </w:t>
      </w:r>
      <w:r>
        <w:t>aap sochen ke itna bara Khuda, jis Khuda ne itni bari universe banai, yani itni bari universe ke is ke sirf five percent ko hum dekh paate hain apni telescope se.</w:t>
      </w:r>
    </w:p>
    <w:p>
      <w:pPr>
        <w:jc w:val="right"/>
      </w:pPr>
      <w:r>
        <w:t>آپ سوچیں کہ اتنا بڑا خدا، جس خدا نے اتنی بڑی یونیورس بنائی، یعنی اتنی بڑی یونیورس کہ اس کے صرف فائیو پرسنٹ کو ہم دیکھ پاتے ہیں اپنی ٹیلیسکوپ سے۔</w:t>
      </w:r>
    </w:p>
    <w:p>
      <w:r>
        <w:rPr>
          <w:b/>
        </w:rPr>
        <w:t xml:space="preserve">[34:29] </w:t>
      </w:r>
      <w:r>
        <w:t>space mein bheji gayi telescope tab bhi five percent zyada hum nahi dekh paye. 95 percent universe aaj bhi invisible hai.</w:t>
      </w:r>
    </w:p>
    <w:p>
      <w:pPr>
        <w:jc w:val="right"/>
      </w:pPr>
      <w:r>
        <w:t>اسپیس میں بھیجی گئی ٹیلیسکوپ تب بھی فائیو پرسنٹ زیادہ ہم نہیں دیکھ پائے۔ 95 پرسنٹ یونیورس آج بھی ان ویزیبل ہے۔</w:t>
      </w:r>
    </w:p>
    <w:p>
      <w:r>
        <w:rPr>
          <w:b/>
        </w:rPr>
        <w:t xml:space="preserve">[34:39] </w:t>
      </w:r>
      <w:r>
        <w:t>aap sochen, kitna bara Khuda hai, kitna bara Khuda hai, kitna bara Khuda hai,</w:t>
      </w:r>
    </w:p>
    <w:p>
      <w:pPr>
        <w:jc w:val="right"/>
      </w:pPr>
      <w:r>
        <w:t>آپ سوچیں، کتنا بڑا خدا ہے، کتنا بڑا خدا ہے، کتنا بڑا خدا ہے،</w:t>
      </w:r>
    </w:p>
    <w:p>
      <w:r>
        <w:rPr>
          <w:b/>
        </w:rPr>
        <w:t xml:space="preserve">[34:45] </w:t>
      </w:r>
      <w:r>
        <w:t>jis Khuda ki creation ko hum intehai strong telescope se bhi nahi dekh paye, siwaye five percent ke, jo electronic telescope banai gayi hai, jo ja kar space se dekhti hai.</w:t>
      </w:r>
    </w:p>
    <w:p>
      <w:pPr>
        <w:jc w:val="right"/>
      </w:pPr>
      <w:r>
        <w:t>جس خدا کی کریشن کو ہم انتہائی سٹرانگ ٹیلیسکوپ سے بھی نہیں دیکھ پائے، سوائے فائیو پرسنٹ کے، جو الیکٹرانک ٹیلیسکوپ بنائی گئی ہے، جو جا کر اسپیس سے دیکھتی ہے۔</w:t>
      </w:r>
    </w:p>
    <w:p>
      <w:r>
        <w:rPr>
          <w:b/>
        </w:rPr>
        <w:t xml:space="preserve">[35:01] </w:t>
      </w:r>
      <w:r>
        <w:t>to abhi bhi 95 percent Khuda ki creation ka invisible hai. to itna bara Khuda hai, itna bara Khuda hai, itna bara Khuda.</w:t>
      </w:r>
    </w:p>
    <w:p>
      <w:pPr>
        <w:jc w:val="right"/>
      </w:pPr>
      <w:r>
        <w:t>تو ابھی بھی 95 پرسنٹ خدا کی کریشن کا ان ویزیبل ہے۔ تو اتنا بڑا خدا ہے، اتنا بڑا خدا ہے، اتنا بڑا خدا۔</w:t>
      </w:r>
    </w:p>
    <w:p>
      <w:r>
        <w:rPr>
          <w:b/>
        </w:rPr>
        <w:t xml:space="preserve">[35:10] </w:t>
      </w:r>
      <w:r>
        <w:t>jab aap ko is ki realize karenge, jab aap ko discover karenge to kya ek chhoti si baat hogi?</w:t>
      </w:r>
    </w:p>
    <w:p>
      <w:pPr>
        <w:jc w:val="right"/>
      </w:pPr>
      <w:r>
        <w:t>جب آپ کو اس کی ریئلائز کریں گے، جب آپ کو ڈسکور کریں گے تو کیا ایک چھوٹی سی بات ہوگی؟</w:t>
      </w:r>
    </w:p>
    <w:p>
      <w:r>
        <w:rPr>
          <w:b/>
        </w:rPr>
        <w:t xml:space="preserve">[35:19] </w:t>
      </w:r>
      <w:r>
        <w:t>tamam samundaron mein jo toofan jaagte hain, woh sara toofan aap ke sine mein jama ho jayega. sare volcano jo hain, woh aap ke sine mein ubal padenge.</w:t>
      </w:r>
    </w:p>
    <w:p>
      <w:pPr>
        <w:jc w:val="right"/>
      </w:pPr>
      <w:r>
        <w:t>تمام سمندروں میں جو طوفان جاگتے ہیں، وہ سارا طوفان آپ کے سینے میں جمع ہو جائے گا۔ سارے والکینو جو ہیں، وہ آپ کے سینے میں ابل پڑیں گے۔</w:t>
      </w:r>
    </w:p>
    <w:p>
      <w:r>
        <w:rPr>
          <w:b/>
        </w:rPr>
        <w:t xml:space="preserve">[35:32] </w:t>
      </w:r>
      <w:r>
        <w:t>ek chhoti si baat yeh hai, aaj kal kya hai? musalman fakhr karte hain ke hamare</w:t>
      </w:r>
    </w:p>
    <w:p>
      <w:pPr>
        <w:jc w:val="right"/>
      </w:pPr>
      <w:r>
        <w:t>ایک چھوٹی سی بات یہ ہے، آج کل کیا ہے؟ مسلمان فخر کرتے ہیں کہ ہمارے</w:t>
      </w:r>
    </w:p>
    <w:p>
      <w:r>
        <w:rPr>
          <w:b/>
        </w:rPr>
        <w:t xml:space="preserve">[35:39] </w:t>
      </w:r>
      <w:r>
        <w:t>pas iman hai. iman kahan hai? tumhare pas, tumhare pas alfaz hain, shabd hain, laf service hai. agar iman hota to ek bohat dabdaba qaim hota.</w:t>
      </w:r>
    </w:p>
    <w:p>
      <w:pPr>
        <w:jc w:val="right"/>
      </w:pPr>
      <w:r>
        <w:t>پاس ایمان ہے۔ ایمان کہاں ہے؟ تمہارے پاس، تمہارے پاس الفاظ ہیں، शब्द ہیں، لف سروس ہے۔ اگر ایمان ہوتا تو ایک بہت دبدبہ قائم ہوتا۔</w:t>
      </w:r>
    </w:p>
    <w:p>
      <w:r>
        <w:rPr>
          <w:b/>
        </w:rPr>
        <w:t xml:space="preserve">[35:51] </w:t>
      </w:r>
      <w:r>
        <w:t>quran ke alfaz mein "assalamu ya'lu" bara ya'lu hadith mein aata hai. quran mein hai ke</w:t>
      </w:r>
    </w:p>
    <w:p>
      <w:pPr>
        <w:jc w:val="right"/>
      </w:pPr>
      <w:r>
        <w:t>قرآن کے الفاظ میں "السلام یعلو" بڑا یولا حدیث میں آتا ہے۔ قرآن میں ہے کہ</w:t>
      </w:r>
    </w:p>
    <w:p>
      <w:r>
        <w:rPr>
          <w:b/>
        </w:rPr>
        <w:t xml:space="preserve">[36:01] </w:t>
      </w:r>
      <w:r>
        <w:t>ke tum agar iman par raho ge to tumhara tum ko ulu hasil hoga. "antum na'lu in kuntum mu'mineen". ulu ke ma'ni dabdaba.</w:t>
      </w:r>
    </w:p>
    <w:p>
      <w:pPr>
        <w:jc w:val="right"/>
      </w:pPr>
      <w:r>
        <w:t>کہ تم اگر ایمان پر رہو گے تو تمہارا تم کو علو حاصل ہوگا۔ "أَنْتُمْ نَعْلَوْنَ إِنْ كُنْتُمْ مُؤْمِنِينَ"۔ علو کے معنی دبدبہ۔</w:t>
      </w:r>
    </w:p>
    <w:p>
      <w:r>
        <w:rPr>
          <w:b/>
        </w:rPr>
        <w:t xml:space="preserve">[36:10] </w:t>
      </w:r>
      <w:r>
        <w:t>to sab kuch hai musalmanon ke pas. itne itne sare musalman hain ke more than one billion be daulat ka anbar un ke qadmon ke neeche hai, kyunke aap jante hain ke zyada tar tel un ke pas hai.</w:t>
      </w:r>
    </w:p>
    <w:p>
      <w:pPr>
        <w:jc w:val="right"/>
      </w:pPr>
      <w:r>
        <w:t>تو سب کچھ ہے مسلمانوں کے پاس۔ اتنے اتنے سارے مسلمان ہیں کہ مور دین ون بلین بی سے دولت کا انبار ان کے قدموں کے نیچے ہے، کیونکہ آپ جانتے ہیں کہ زیادہ تر تیل ان کے پاس ہے۔</w:t>
      </w:r>
    </w:p>
    <w:p>
      <w:r>
        <w:rPr>
          <w:b/>
        </w:rPr>
        <w:t xml:space="preserve">[36:26] </w:t>
      </w:r>
      <w:r>
        <w:t>aur teli to aaj ka sab se bara source of wealth hai. masjidon ki koi ginti nahi hai, madrason ki ginti nahi hai, jalson ki koi ginti nahi hai, har taraf.</w:t>
      </w:r>
    </w:p>
    <w:p>
      <w:pPr>
        <w:jc w:val="right"/>
      </w:pPr>
      <w:r>
        <w:t>اور تیلی تو آج کا سب سے بڑا سورس آف ویلتھ ہے۔ مسجدوں کی کوئی گنتی نہیں ہے، مدرسوں کی گنتی نہیں ہے، جلسوں کی کوئی گنتی نہیں ہے، ہر طرف۔</w:t>
      </w:r>
    </w:p>
    <w:p>
      <w:r>
        <w:rPr>
          <w:b/>
        </w:rPr>
        <w:t xml:space="preserve">[36:37] </w:t>
      </w:r>
      <w:r>
        <w:t>lekin</w:t>
      </w:r>
    </w:p>
    <w:p>
      <w:pPr>
        <w:jc w:val="right"/>
      </w:pPr>
      <w:r>
        <w:t>لیکن</w:t>
      </w:r>
    </w:p>
    <w:p>
      <w:r>
        <w:rPr>
          <w:b/>
        </w:rPr>
        <w:t xml:space="preserve">[36:39] </w:t>
      </w:r>
      <w:r>
        <w:t>khud musalmanon hi ke magazine ko padhiye, unhi ke paper ko padhiye, unhi ke jalson mein jaiye. rote hain sab log ke musalman zaleel ho rahe hain, musalman khawar ho rahe hain.</w:t>
      </w:r>
    </w:p>
    <w:p>
      <w:pPr>
        <w:jc w:val="right"/>
      </w:pPr>
      <w:r>
        <w:t>خود مسلمانوں ہی کے میگزین کو پڑھیے، انہی کے پیپر کو پڑھیے، انہی کے جلسوں میں جائیے۔ روتے ہیں سب لوگ کہ مسلمان ذلیل ہو رہے ہیں، مسلمان خوار ہو رہے ہیں۔</w:t>
      </w:r>
    </w:p>
    <w:p>
      <w:r>
        <w:rPr>
          <w:b/>
        </w:rPr>
        <w:t xml:space="preserve">[36:48] </w:t>
      </w:r>
      <w:r>
        <w:t>unhi wohi, unhi ki zuban bolte hain. main to yeh sab bole nahi bolta, yeh meri boli nahi hai. mujhe kisi se insan se nafrat hai, na main kisi ko dushman samajhta hoon.</w:t>
      </w:r>
    </w:p>
    <w:p>
      <w:pPr>
        <w:jc w:val="right"/>
      </w:pPr>
      <w:r>
        <w:t>انہی وہی، انہی کی زبان بولتے ہیں۔ میں تو یہ سب بولے نہیں بولتا، یہ میری بولی نہیں ہے۔ مجھے کسی سے انسان سے نفرت ہے، نہ میں کسی کو دشمن سمجھتا ہوں۔</w:t>
      </w:r>
    </w:p>
    <w:p>
      <w:r>
        <w:rPr>
          <w:b/>
        </w:rPr>
        <w:t xml:space="preserve">[37:03] </w:t>
      </w:r>
      <w:r>
        <w:t>main dekhun, na America dushman hai, na Hindu dushman hai, na Yahudi dushman hai.</w:t>
      </w:r>
    </w:p>
    <w:p>
      <w:pPr>
        <w:jc w:val="right"/>
      </w:pPr>
      <w:r>
        <w:t>میں دیکھوں، نہ امریکہ دشمن ہے، نہ ہندو دشمن ہے، نہ یہودی دشمن ہے۔</w:t>
      </w:r>
    </w:p>
    <w:p>
      <w:r>
        <w:rPr>
          <w:b/>
        </w:rPr>
        <w:t xml:space="preserve">[37:08] </w:t>
      </w:r>
      <w:r>
        <w:t>asal problem yeh hai ke musalmanon se iman chala gaya hai. yeh sab bilkul baseless baaten hain ke apni apni blame ko doosre par dalna.</w:t>
      </w:r>
    </w:p>
    <w:p>
      <w:pPr>
        <w:jc w:val="right"/>
      </w:pPr>
      <w:r>
        <w:t>اصل پرابلم یہ ہے کہ مسلمانوں سے ایمان چلا گیا ہے۔ یہ سب بالکل بیسلیس باتیں ہیں کہ اپنی اپنی بلیم کو دوسرے پر ڈالنا۔</w:t>
      </w:r>
    </w:p>
    <w:p>
      <w:r>
        <w:rPr>
          <w:b/>
        </w:rPr>
        <w:t xml:space="preserve">[37:20] </w:t>
      </w:r>
      <w:r>
        <w:t>koi hamara dushman nahi hai. main america se mohabbat karta hoon, yahoodi in in yahoodi se mohabbat karta hoon, hindu se mohabbat karta hoon.</w:t>
      </w:r>
    </w:p>
    <w:p>
      <w:pPr>
        <w:jc w:val="right"/>
      </w:pPr>
      <w:r>
        <w:t>کوئی ہمارا دشمن نہیں ہے۔ میں امریکہ سے محبت کرتا ہوں، یہودی ان ان یہودی سے محبت کرتا ہوں، ہندو سے محبت کرتا ہوں۔</w:t>
      </w:r>
    </w:p>
    <w:p>
      <w:r>
        <w:rPr>
          <w:b/>
        </w:rPr>
        <w:t xml:space="preserve">[37:30] </w:t>
      </w:r>
      <w:r>
        <w:t>lekin main musalmanon ko keh raha hoon ke jo musalman hain, har taraf yahi boli bolte hain, har taraf ke hamare paas conspiracy, hamare khilaf conspiracy ho rahi hai, hamare khilaf sab log dushman hamare ho gaye hain, hum ko bithana chahte hain.</w:t>
      </w:r>
    </w:p>
    <w:p>
      <w:pPr>
        <w:jc w:val="right"/>
      </w:pPr>
      <w:r>
        <w:t>لیکن میں مسلمانوں کو کہہ رہا ہوں کہ جو مسلمان ہیں، ہر طرف یہی بولی بولتے ہیں، ہر طرف کہ ہمارے پاس کانسپریسی، ہمارے خلاف کانسپریسی ہو رہی ہے، ہمارے خلاف سب لوگ دشمن ہمارے ہو گئے ہیں، ہم کو بٹھانا چاہتے ہیں۔</w:t>
      </w:r>
    </w:p>
    <w:p>
      <w:r>
        <w:rPr>
          <w:b/>
        </w:rPr>
        <w:t xml:space="preserve">[37:43] </w:t>
      </w:r>
      <w:r>
        <w:t>yeh hoga jahan bhi dekhen, jahan bhi dekhen, jahan bhi dekhen, yahi boli hai, without any exception. to un ki boli mein bol raha hoon ke tum ne apne khud hi keh, tum keh rahe ho har taraf ke hamara dabdaba dunya mein nahi hai.</w:t>
      </w:r>
    </w:p>
    <w:p>
      <w:pPr>
        <w:jc w:val="right"/>
      </w:pPr>
      <w:r>
        <w:t>یہ ہوگا جہاں بھی دیکھیں، جہاں بھی دیکھیں، جہاں بھی دیکھیں، یہی بولی ہے، ودا آؤٹ اینی ایکسیپشن۔ تو ان کی بولی میں بول رہا ہوں کہ تم نے اپنے خود ہی کہہ، تم کہہ رہے ہو ہر طرف کہ ہمارا دبدبہ دنیا میں نہیں ہے۔</w:t>
      </w:r>
    </w:p>
    <w:p>
      <w:r>
        <w:rPr>
          <w:b/>
        </w:rPr>
        <w:t xml:space="preserve">[37:59] </w:t>
      </w:r>
      <w:r>
        <w:t>to dabdaba nahi hai to yeh bhi mano ke quran ke mutabiq tumhara to iman hi nahi hai.</w:t>
      </w:r>
    </w:p>
    <w:p>
      <w:pPr>
        <w:jc w:val="right"/>
      </w:pPr>
      <w:r>
        <w:t>تو دبدبہ نہیں ہے تو یہ بھی مانو کہ قرآن کے مطابق تمہارا تو ایمان ہی نہیں ہے۔</w:t>
      </w:r>
    </w:p>
    <w:p>
      <w:r>
        <w:rPr>
          <w:b/>
        </w:rPr>
        <w:t xml:space="preserve">[38:08] </w:t>
      </w:r>
      <w:r>
        <w:t>ek ek bar ek kitab, ek hadith mein ek hissa parha ke sahaba kahin gaye kisi campaign par</w:t>
      </w:r>
    </w:p>
    <w:p>
      <w:pPr>
        <w:jc w:val="right"/>
      </w:pPr>
      <w:r>
        <w:t>ایک ایک بار ایک کتاب، ایک حدیث میں ایک حصہ پڑھا کہ صحابہ کہیں گئے کسی کیمپین پر</w:t>
      </w:r>
    </w:p>
    <w:p>
      <w:r>
        <w:rPr>
          <w:b/>
        </w:rPr>
        <w:t xml:space="preserve">[38:18] </w:t>
      </w:r>
      <w:r>
        <w:t>to kisi qale ko unhon ne ghera, lekin kai hafte beet gaye. woh qila jo hai, woh woh woh woh log bohat zabardast thay, woh yeh log fateh nahi kar pa rahe thay is ko.</w:t>
      </w:r>
    </w:p>
    <w:p>
      <w:pPr>
        <w:jc w:val="right"/>
      </w:pPr>
      <w:r>
        <w:t>تو کسی قلعے کو انہوں نے گھیرا، لیکن کئی ہفتے بیت گئے۔ وہ قلعہ جو ہے، وہ وہ وہ وہ لوگ بہت زبردست تھے، وہ یہ لوگ فتح نہیں کر پا رہے تھے اس کو۔</w:t>
      </w:r>
    </w:p>
    <w:p>
      <w:r>
        <w:rPr>
          <w:b/>
        </w:rPr>
        <w:t xml:space="preserve">[38:34] </w:t>
      </w:r>
      <w:r>
        <w:t>to ek din sahaba baithe sochne ke liye ke bhai zaroor hai, koi hum se, ab hamare andar koi kami hai</w:t>
      </w:r>
    </w:p>
    <w:p>
      <w:pPr>
        <w:jc w:val="right"/>
      </w:pPr>
      <w:r>
        <w:t>تو ایک دن صحابہ بیٹھے سوچنے کے لیے کہ بھئی ضرور ہے، کوئی ہم سے، اب ہمارے اندر کوئی کمی ہے</w:t>
      </w:r>
    </w:p>
    <w:p>
      <w:r>
        <w:rPr>
          <w:b/>
        </w:rPr>
        <w:t xml:space="preserve">[38:44] </w:t>
      </w:r>
      <w:r>
        <w:t>ke hum jeet nahi pa rahe hain, hamare andar koi kami hai.</w:t>
      </w:r>
    </w:p>
    <w:p>
      <w:pPr>
        <w:jc w:val="right"/>
      </w:pPr>
      <w:r>
        <w:t>کہ ہم جیت نہیں پا رہے ہیں، ہمارے اندر کوئی کمی ہے۔</w:t>
      </w:r>
    </w:p>
    <w:p>
      <w:r>
        <w:rPr>
          <w:b/>
        </w:rPr>
        <w:t xml:space="preserve">[38:50] </w:t>
      </w:r>
      <w:r>
        <w:t>to logon ne socha, socha, socha to log is par yeh rai bani logon ki ke hum se ek sunnat chhoot gayi hai. is sunnat ke chhootne ki wajah se qila hum fateh nahi kar pa rahe hain.</w:t>
      </w:r>
    </w:p>
    <w:p>
      <w:pPr>
        <w:jc w:val="right"/>
      </w:pPr>
      <w:r>
        <w:t>تو لوگوں نے سوچا، سوچا، سوچا تو لوگ اس پر یہ رائے بنی لوگوں کی کہ ہم سے ایک سنت چھوٹ گئی ہے۔ اس سنت کے چھوٹنے کی وجہ سے قلعہ ہم فتح نہیں کر پا رہے ہیں۔</w:t>
      </w:r>
    </w:p>
    <w:p>
      <w:r>
        <w:rPr>
          <w:b/>
        </w:rPr>
        <w:t xml:space="preserve">[39:03] </w:t>
      </w:r>
      <w:r>
        <w:t>matlab apne andar dhoonda, unhon ne is ki blame ko apne andar dhoonda aur sunnat ko phir unhon ne poora kiya aur phir woh qila fateh kar liya.</w:t>
      </w:r>
    </w:p>
    <w:p>
      <w:pPr>
        <w:jc w:val="right"/>
      </w:pPr>
      <w:r>
        <w:t>مطلب اپنے اندر ڈھونڈا، انہوں نے اس کی بلیم کو اپنے اندر ڈھونڈا اور سنت کو پھر انہوں نے پورا کیا اور پھر وہ قلعہ فتح کر لیا۔</w:t>
      </w:r>
    </w:p>
    <w:p>
      <w:r>
        <w:rPr>
          <w:b/>
        </w:rPr>
        <w:t xml:space="preserve">[39:13] </w:t>
      </w:r>
      <w:r>
        <w:t>unhon ne to yeh jo sari dunya mein musalmanon ki boliyan hain, har taraf ke sab humein hamare khilaf conspiracy kar rahe hain, hamare dushman hain, hamare khilaf sab log ho gaye hain, hum ko bithana chahte hain, yeh sab baseless boliyan hain, baseless boliyan hain.</w:t>
      </w:r>
    </w:p>
    <w:p>
      <w:pPr>
        <w:jc w:val="right"/>
      </w:pPr>
      <w:r>
        <w:t>انہوں نے تو یہ جو ساری دنیا میں مسلمانوں کی بولیاں ہیں، ہر طرف کہ سب ہمیں ہمارے خلاف کانسپریسی کر رہے ہیں، ہمارے دشمن ہیں، ہمارے خلاف سب لوگ ہو گئے ہیں، ہم کو بٹھانا چاہتے ہیں، یہ سب بیسلیس بولیاں ہیں، بیسلیس بولیاں ہیں۔</w:t>
      </w:r>
    </w:p>
    <w:p>
      <w:r>
        <w:rPr>
          <w:b/>
        </w:rPr>
        <w:t xml:space="preserve">[39:30] </w:t>
      </w:r>
      <w:r>
        <w:t>blame daisef, apne andar blame dhoondo, apne andar nikalo ke mujh se kya kami hui hai, jaisa ke sahaba ne kiya tha. apne andar talash karo.</w:t>
      </w:r>
    </w:p>
    <w:p>
      <w:pPr>
        <w:jc w:val="right"/>
      </w:pPr>
      <w:r>
        <w:t>بلیم دائی سیلف، اپنے اندر بلیم ڈھونڈو، اپنے اندر نکالو کہ مجھ سے کیا کمی ہوئی ہے، جیسا کہ صحابہ نے کیا تھا۔ اپنے اندر تلاش کرو۔</w:t>
      </w:r>
    </w:p>
    <w:p>
      <w:r>
        <w:rPr>
          <w:b/>
        </w:rPr>
        <w:t xml:space="preserve">[39:46] </w:t>
      </w:r>
      <w:r>
        <w:t>is zamane mein Allah taala ne bohat se namune qaim kiye hain is baat ke. ek namuna japan ka hai.</w:t>
      </w:r>
    </w:p>
    <w:p>
      <w:pPr>
        <w:jc w:val="right"/>
      </w:pPr>
      <w:r>
        <w:t>اس زمانے میں اللہ تعالی نے بہت سے نمونے قائم کیے ہیں اس بات کے۔ ایک نمونہ جاپان کا ہے۔</w:t>
      </w:r>
    </w:p>
    <w:p>
      <w:r>
        <w:rPr>
          <w:b/>
        </w:rPr>
        <w:t xml:space="preserve">[39:55] </w:t>
      </w:r>
      <w:r>
        <w:t>dekhiye, second world war mein japan jo hai, haar gaya. america ne atom bomb giraye, un ki industry ko tabah kar diya.</w:t>
      </w:r>
    </w:p>
    <w:p>
      <w:pPr>
        <w:jc w:val="right"/>
      </w:pPr>
      <w:r>
        <w:t>دیکھیے، سیکنڈ ورلڈ وار میں جاپان جو ہے، ہار گیا۔ امریکہ نے ایٹم بم گرائے، ان کی انڈسٹری کو تباہ کر دیا۔</w:t>
      </w:r>
    </w:p>
    <w:p>
      <w:r>
        <w:rPr>
          <w:b/>
        </w:rPr>
        <w:t xml:space="preserve">[40:06] </w:t>
      </w:r>
      <w:r>
        <w:t>hiroshima aur nagasaki un ke yani industrial cities thay, un ko tabah kar diya. ab dekhiye ke japan wale jo thay, unhon ne socha ke aisa kyun hua, kyun hum haar gaye.</w:t>
      </w:r>
    </w:p>
    <w:p>
      <w:pPr>
        <w:jc w:val="right"/>
      </w:pPr>
      <w:r>
        <w:t>ہیروشما اور ناگاسکی ان کے یعنی انڈسٹریل سٹیز تھے، ان کو تباہ کر دیا۔ اب دیکھیے کہ جاپان والے جو تھے، انہوں نے سوچا کہ ایسا کیوں ہوا، کیوں ہم ہار گئے۔</w:t>
      </w:r>
    </w:p>
    <w:p>
      <w:r>
        <w:rPr>
          <w:b/>
        </w:rPr>
        <w:t xml:space="preserve">[40:21] </w:t>
      </w:r>
      <w:r>
        <w:t>unhon ne yeh tay kiya ke hum american se education mein peechay hain, scientific education mein. khuda ne ek misaal qaim ki hai secular world mein.</w:t>
      </w:r>
    </w:p>
    <w:p>
      <w:pPr>
        <w:jc w:val="right"/>
      </w:pPr>
      <w:r>
        <w:t>انہوں نے یہ طے کیا کہ ہم امریکن سے ایجوکیشن میں پیچھے ہیں، سائنٹیفک ایجوکیشن میں۔ خدا نے ایک مثال قائم کی ہے سیکولر ورلڈ میں۔</w:t>
      </w:r>
    </w:p>
    <w:p>
      <w:r>
        <w:rPr>
          <w:b/>
        </w:rPr>
        <w:t xml:space="preserve">[40:33] </w:t>
      </w:r>
      <w:r>
        <w:t>secular world mein apne andar dhoondo kami ko, bahar mat talash karo. to america ke jo baray baray log thay, unhon ne yeh samjha ke asal masla yeh nahi ke america ne zulm kiya hamare upar.</w:t>
      </w:r>
    </w:p>
    <w:p>
      <w:pPr>
        <w:jc w:val="right"/>
      </w:pPr>
      <w:r>
        <w:t>سیکولر ورلڈ میں اپنے اندر ڈھونڈو کمی کو، باہر مت تلاش کرو۔ تو امریکہ کے جو بڑے بڑے لوگ تھے، انہوں نے یہ سمجھا کہ اصل مسئلہ یہ نہیں کہ امریکہ نے ظلم کیا ہمارے اوپر۔</w:t>
      </w:r>
    </w:p>
    <w:p>
      <w:r>
        <w:rPr>
          <w:b/>
        </w:rPr>
        <w:t xml:space="preserve">[40:51] </w:t>
      </w:r>
      <w:r>
        <w:t>yani unhon ne kaha, yeh boli nahi bolay woh ke america ne zulm kiya hai, america dushman hai hamara. yeh sab yeh boli nahi bolay woh log.</w:t>
      </w:r>
    </w:p>
    <w:p>
      <w:pPr>
        <w:jc w:val="right"/>
      </w:pPr>
      <w:r>
        <w:t>یعنی انہوں نے کہا، یہ بولی نہیں بولے وہ کہ امریکہ نے ظلم کیا ہے، امریکہ دشمن ہے ہمارا۔ یہ سب یہ بولی نہیں بولے وہ لوگ۔</w:t>
      </w:r>
    </w:p>
    <w:p>
      <w:r>
        <w:rPr>
          <w:b/>
        </w:rPr>
        <w:t xml:space="preserve">[41:02] </w:t>
      </w:r>
      <w:r>
        <w:t>unhon ne dhoond kar nikala, dhoond kar nikala apni kami ko. woh kami kya thi? americans ke muqable mein hum scientific education mein peechay hain. aur jantay hain kya hua?</w:t>
      </w:r>
    </w:p>
    <w:p>
      <w:pPr>
        <w:jc w:val="right"/>
      </w:pPr>
      <w:r>
        <w:t>انہوں نے ڈھونڈ کر نکالا، ڈھونڈ کر نکالا اپنی کمی کو۔ وہ کمی کیا تھی؟ امریکنز کے مقابلے میں ہم سائنٹیفک ایجوکیشن میں پیچھے ہیں۔ اور جانتے ہیں کیا ہوا؟</w:t>
      </w:r>
    </w:p>
    <w:p>
      <w:r>
        <w:rPr>
          <w:b/>
        </w:rPr>
        <w:t xml:space="preserve">[41:12] </w:t>
      </w:r>
      <w:r>
        <w:t>is par thirty years ki planning ki gayi, 30 saal ka education ka un ka plan banaya</w:t>
      </w:r>
    </w:p>
    <w:p>
      <w:pPr>
        <w:jc w:val="right"/>
      </w:pPr>
      <w:r>
        <w:t>اس پر تھرٹی ایئرز کی پلاننگ کی گئی، 30 سال کا ایجوکیشن کا ان کا پلان بنایا</w:t>
      </w:r>
    </w:p>
    <w:p>
      <w:r>
        <w:rPr>
          <w:b/>
        </w:rPr>
        <w:t xml:space="preserve">[41:19] </w:t>
      </w:r>
      <w:r>
        <w:t>gaya ke 30 saal tak humein kuch karna hi nahi hai. 30 saal tak humein sirf education lena hai, scientific education. aur jantay hain 30 saal ke baad kya hua?</w:t>
      </w:r>
    </w:p>
    <w:p>
      <w:pPr>
        <w:jc w:val="right"/>
      </w:pPr>
      <w:r>
        <w:t>گیا کہ 30 سال تک ہمیں کچھ کرنا ہی نہیں ہے۔ 30 سال تک ہمیں صرف ایجوکیشن لینا ہے، سائنٹیفک ایجوکیشن۔ اور جانتے ہیں 30 سال کے بعد کیا ہوا؟</w:t>
      </w:r>
    </w:p>
    <w:p>
      <w:r>
        <w:rPr>
          <w:b/>
        </w:rPr>
        <w:t xml:space="preserve">[41:32] </w:t>
      </w:r>
      <w:r>
        <w:t>ek miracle hua ke japan economic superpower ban gaya.</w:t>
      </w:r>
    </w:p>
    <w:p>
      <w:pPr>
        <w:jc w:val="right"/>
      </w:pPr>
      <w:r>
        <w:t>ایک بریکل ہوا کہ جاپان اکنامک سپر پاور بن گیا۔</w:t>
      </w:r>
    </w:p>
    <w:p>
      <w:r>
        <w:rPr>
          <w:b/>
        </w:rPr>
        <w:t xml:space="preserve">[41:37] </w:t>
      </w:r>
      <w:r>
        <w:t>japan economic superpower ban gaya. aur abhi main ne parha paper mein aaya hai ke nasa jo hai, wahan ka jo scientific idara hai,</w:t>
      </w:r>
    </w:p>
    <w:p>
      <w:pPr>
        <w:jc w:val="right"/>
      </w:pPr>
      <w:r>
        <w:t>جاپان اکنامک سپر پاور بن گیا۔ اور ابھی میں نے پڑھا پیپر میں آیا ہے کہ ناسا جو ہے، وہاں کا جو سائنٹیفک ادارہ ہے،</w:t>
      </w:r>
    </w:p>
    <w:p>
      <w:r>
        <w:rPr>
          <w:b/>
        </w:rPr>
        <w:t xml:space="preserve">[41:51] </w:t>
      </w:r>
      <w:r>
        <w:t>jo space ko control karta hai, to us ko us ka station space mein hai, america ka station,</w:t>
      </w:r>
    </w:p>
    <w:p>
      <w:pPr>
        <w:jc w:val="right"/>
      </w:pPr>
      <w:r>
        <w:t>جو اسپیس کو کنٹرول کرتا ہے، تو اس کو اس کا اسٹیشن اسپیس میں ہے، امریکہ کا اسٹیشن،</w:t>
      </w:r>
    </w:p>
    <w:p>
      <w:r>
        <w:rPr>
          <w:b/>
        </w:rPr>
        <w:t xml:space="preserve">[42:04] </w:t>
      </w:r>
      <w:r>
        <w:t>us ko supply karna parta hai cheezain. to un ko ek cargo chahiye jo wahan in mind cargo ja kar woh pohanchaye.</w:t>
      </w:r>
    </w:p>
    <w:p>
      <w:pPr>
        <w:jc w:val="right"/>
      </w:pPr>
      <w:r>
        <w:t>اس کو سپلائی کرنا پڑتا ہے چیزیں۔ تو ان کو ایک کارگو چاہیے جو وہاں ان مائنڈ کارگو جا کر وہ پہنچائے۔</w:t>
      </w:r>
    </w:p>
    <w:p>
      <w:r>
        <w:rPr>
          <w:b/>
        </w:rPr>
        <w:t xml:space="preserve">[42:19] </w:t>
      </w:r>
      <w:r>
        <w:t>woh in mind cargo supply kiya japan ne, aur nasa ko woh woh woh woh woh woh cargo japan de raha hai.</w:t>
      </w:r>
    </w:p>
    <w:p>
      <w:pPr>
        <w:jc w:val="right"/>
      </w:pPr>
      <w:r>
        <w:t>وہ ان مائنڈ کارگو سپلائی کیا جاپان نے، اور ناسا کو وہ وہ وہ وہ وہ وہ کارگو جاپان دے رہا ہے۔</w:t>
      </w:r>
    </w:p>
    <w:p>
      <w:r>
        <w:rPr>
          <w:b/>
        </w:rPr>
        <w:t xml:space="preserve">[42:31] </w:t>
      </w:r>
      <w:r>
        <w:t>woh rocket jo zameen se urr kar ke jaye ga, wahan space station mein, wahan jo cheezen pohnchana hai, woh pohnchaye ga.</w:t>
      </w:r>
    </w:p>
    <w:p>
      <w:pPr>
        <w:jc w:val="right"/>
      </w:pPr>
      <w:r>
        <w:t>وہ راکٹ جو زمین سے اڑ کر کے جائے گا، وہاں اسپیس اسٹیشن میں، وہاں جو چیزیں پہنچانا ہے، وہ پہنچائے گا۔</w:t>
      </w:r>
    </w:p>
    <w:p>
      <w:r>
        <w:rPr>
          <w:b/>
        </w:rPr>
        <w:t xml:space="preserve">[42:41] </w:t>
      </w:r>
      <w:r>
        <w:t>ab dekhiye, 1945 mein in ke sheher tabah kiye gaye thay. 1945 mein</w:t>
      </w:r>
    </w:p>
    <w:p>
      <w:pPr>
        <w:jc w:val="right"/>
      </w:pPr>
      <w:r>
        <w:t>اب دیکھیے، 1945 میں ان کے شہر تباہ کیے گئے تھے۔ 1945 میں</w:t>
      </w:r>
    </w:p>
    <w:p>
      <w:r>
        <w:rPr>
          <w:b/>
        </w:rPr>
        <w:t xml:space="preserve">[42:50] </w:t>
      </w:r>
      <w:r>
        <w:t>aaj japan itna aage barh chuka hai isi field mein jis mein woh peechay tha ke nasa ko woh space aircraft supply supply kar raha hai.</w:t>
      </w:r>
    </w:p>
    <w:p>
      <w:pPr>
        <w:jc w:val="right"/>
      </w:pPr>
      <w:r>
        <w:t>آج جاپان اتنا آگے بڑھ چکا ہے اسی فیلڈ میں جس میں وہ پیچھے تھا کہ ناسا کو وہ اسپیس ایئر کریفٹ سپلائی سپلائی کر رہا ہے۔</w:t>
      </w:r>
    </w:p>
    <w:p>
      <w:r>
        <w:rPr>
          <w:b/>
        </w:rPr>
        <w:t xml:space="preserve">[43:04] </w:t>
      </w:r>
      <w:r>
        <w:t>yeh Allah taala ne shukr field mein dikhaya hai ke sabab hamesha andar hota hai.</w:t>
      </w:r>
    </w:p>
    <w:p>
      <w:pPr>
        <w:jc w:val="right"/>
      </w:pPr>
      <w:r>
        <w:t>یہ اللہ تعالی نے شکر الفیلڈ میں دکھایا ہے کہ سبب ہمیشہ اندر ہوتا ہے۔</w:t>
      </w:r>
    </w:p>
    <w:p>
      <w:r>
        <w:rPr>
          <w:b/>
        </w:rPr>
        <w:t xml:space="preserve">[43:15] </w:t>
      </w:r>
      <w:r>
        <w:t>jo reason hai, woh hamesha andar hota hai. bahir kabhi mat choro is ko,</w:t>
      </w:r>
    </w:p>
    <w:p>
      <w:pPr>
        <w:jc w:val="right"/>
      </w:pPr>
      <w:r>
        <w:t>جو ریزن ہے، وہ ہمیشہ اندر ہوتا ہے۔ باہر کبھی مت چھوڑو اس کو،</w:t>
      </w:r>
    </w:p>
    <w:p>
      <w:r>
        <w:rPr>
          <w:b/>
        </w:rPr>
        <w:t xml:space="preserve">[43:22] </w:t>
      </w:r>
      <w:r>
        <w:t>bahir kabhi mat choro. yeh Allah taala ne secular field mein aik bohat bara hamein namoona dikhaya hai kyunke musalman so baras se yahi kar rahe hain ke bahir dhoondh rahe hain.</w:t>
      </w:r>
    </w:p>
    <w:p>
      <w:pPr>
        <w:jc w:val="right"/>
      </w:pPr>
      <w:r>
        <w:t>باہر کبھی مت چھوڑو۔ یہ اللہ تعالی نے سیکولر فیلڈ میں ایک بہت بڑا ہمیں نمونہ دکھایا ہے کیونکہ مسلمان سو برس سے یہی کر رہے ہیں کہ باہر ڈھونڈ رہے ہیں۔</w:t>
      </w:r>
    </w:p>
    <w:p>
      <w:r>
        <w:rPr>
          <w:b/>
        </w:rPr>
        <w:t xml:space="preserve">[43:36] </w:t>
      </w:r>
      <w:r>
        <w:t>jab mein chota tha bachpan mein to is zamanay mein aik topic bohat chalta tha saaray magazine mein. musalman kya karein? jis jis paper ko parhiye, jis magazine ko parhiye, jis jalsay mein jaiye, musalman kya karein?</w:t>
      </w:r>
    </w:p>
    <w:p>
      <w:pPr>
        <w:jc w:val="right"/>
      </w:pPr>
      <w:r>
        <w:t>جب میں چھوٹا تھا بچپن میں تو اس زمانے میں ایک ٹاپک بہت چلتا تھا سارے میگزین میں۔ مسلمان کیا کریں؟ جس جس پیپر کو پڑھیے، جس میگزین کو پڑھیے، جس جلسے میں جائیے، مسلمان کیا کریں؟</w:t>
      </w:r>
    </w:p>
    <w:p>
      <w:r>
        <w:rPr>
          <w:b/>
        </w:rPr>
        <w:t xml:space="preserve">[43:49] </w:t>
      </w:r>
      <w:r>
        <w:t>musalman kya karein?</w:t>
      </w:r>
    </w:p>
    <w:p>
      <w:pPr>
        <w:jc w:val="right"/>
      </w:pPr>
      <w:r>
        <w:t>مسلمان کیا کریں؟</w:t>
      </w:r>
    </w:p>
    <w:p>
      <w:r>
        <w:rPr>
          <w:b/>
        </w:rPr>
        <w:t xml:space="preserve">[43:54] </w:t>
      </w:r>
      <w:r>
        <w:t>har jagah kya kaha jata tha ke musalman jo hain, un ki ah, un ko discover karein, un ke conspiracies ko, conspiracy ko, un ko fight karein, un se yeh karein, woh karein.</w:t>
      </w:r>
    </w:p>
    <w:p>
      <w:pPr>
        <w:jc w:val="right"/>
      </w:pPr>
      <w:r>
        <w:t>ہر جگہ کیا کہا جاتا تھا کہ مسلمان جو ہیں، ان کی اہ، ان کو ڈسکور کریں، ان کے کانسپریسیز کو، کانسپریسی کو، ان کو فائٹ کریں، ان سے یہ کریں، وہ کریں۔</w:t>
      </w:r>
    </w:p>
    <w:p>
      <w:r>
        <w:rPr>
          <w:b/>
        </w:rPr>
        <w:t xml:space="preserve">[44:07] </w:t>
      </w:r>
      <w:r>
        <w:t>yani apne se bahir dhoondhe hue thay. is ka reason Allah taala ne dikhaya hai japan ki shakal mein ke reason andar hota hai, reason bahir ko bhi hota hi nahi hai.</w:t>
      </w:r>
    </w:p>
    <w:p>
      <w:pPr>
        <w:jc w:val="right"/>
      </w:pPr>
      <w:r>
        <w:t>یعنی اپنے سے باہر ڈھونڈے ہوئے تھے۔ اس کا ریزن اللہ تعالی نے دکھایا ہے جاپان کی شکل میں کہ ریزن اندر ہوتا ہے، ریزن باہر کو بھی ہوتا ہی نہیں ہے۔</w:t>
      </w:r>
    </w:p>
    <w:p>
      <w:r>
        <w:rPr>
          <w:b/>
        </w:rPr>
        <w:t xml:space="preserve">[44:21] </w:t>
      </w:r>
      <w:r>
        <w:t>aap ghor kijiye ke 1945 mein jo japan scientific education mein America se bohat peechay tha, us waqt un ka nuclear science hi nahi thi.</w:t>
      </w:r>
    </w:p>
    <w:p>
      <w:pPr>
        <w:jc w:val="right"/>
      </w:pPr>
      <w:r>
        <w:t>آپ غور کیجئے کہ 1945 میں جو جاپان سائنٹیفک ایجوکیشن میں امریکہ سے بہت پیچھے تھا، اس وقت ان کا نیوکلیئر سائنس ہی نہیں تھی۔</w:t>
      </w:r>
    </w:p>
    <w:p>
      <w:r>
        <w:rPr>
          <w:b/>
        </w:rPr>
        <w:t xml:space="preserve">[44:32] </w:t>
      </w:r>
      <w:r>
        <w:t>1945 mein japan ke paas nuclear science nahi thi jabke America atom bomb bana chuka tha, nuclear bomb bana chuka tha.</w:t>
      </w:r>
    </w:p>
    <w:p>
      <w:pPr>
        <w:jc w:val="right"/>
      </w:pPr>
      <w:r>
        <w:t>1945 میں جاپان کے پاس نیوکلیئر سائنس نہیں تھی جبکہ امریکہ ایٹم بم بنا چکا تھا، نیوکلیئر بمب بنا چکا تھا۔</w:t>
      </w:r>
    </w:p>
    <w:p>
      <w:r>
        <w:rPr>
          <w:b/>
        </w:rPr>
        <w:t xml:space="preserve">[44:43] </w:t>
      </w:r>
      <w:r>
        <w:t>itni muddat mein aap dekhiye kitna bara inqilab aaya</w:t>
      </w:r>
    </w:p>
    <w:p>
      <w:pPr>
        <w:jc w:val="right"/>
      </w:pPr>
      <w:r>
        <w:t>اتنی مدت میں آپ دیکھیے کتنا بڑا انقلاب آیا</w:t>
      </w:r>
    </w:p>
    <w:p>
      <w:r>
        <w:rPr>
          <w:b/>
        </w:rPr>
        <w:t xml:space="preserve">[44:46] </w:t>
      </w:r>
      <w:r>
        <w:t>. kyun? apne andar dhoonda unhon ne kami ko, apni kami ko door karne ki koshish ki. unhon ne America ko blame dena yeh yeh kaam nahi kiya, unhon ne yeh kaam nahi kiya.</w:t>
      </w:r>
    </w:p>
    <w:p>
      <w:pPr>
        <w:jc w:val="right"/>
      </w:pPr>
      <w:r>
        <w:t>۔ کیوں؟ اپنے اندر ڈھونڈا انہوں نے کمی کو، اپنی کمی کو دور کرنے کی کوشش کی۔ انہوں نے امریکہ کو بلیم دینا یہ یہ کام نہیں کیا، انہوں نے یہ کام نہیں کیا۔</w:t>
      </w:r>
    </w:p>
    <w:p>
      <w:r>
        <w:rPr>
          <w:b/>
        </w:rPr>
        <w:t xml:space="preserve">[44:59] </w:t>
      </w:r>
      <w:r>
        <w:t>unhon ne to musalmanon ko jo hai, apna re assess karna parhe ga, revise karna parhe ga, yeh poori strategic badalna parhe ga, poori poori strategic badalna parhe ga,</w:t>
      </w:r>
    </w:p>
    <w:p>
      <w:pPr>
        <w:jc w:val="right"/>
      </w:pPr>
      <w:r>
        <w:t>انہوں نے تو مسلمانوں کو جو ہے، اپنا ری اسس کرنا پڑے گا، ریوائز کرنا پڑے گا، یہ پوری سٹریٹیجک بدلنا پڑے گا، پوری پوری سٹریٹیجک بدلنا پڑے گا،</w:t>
      </w:r>
    </w:p>
    <w:p>
      <w:r>
        <w:rPr>
          <w:b/>
        </w:rPr>
        <w:t xml:space="preserve">[45:17] </w:t>
      </w:r>
      <w:r>
        <w:t>apni kamiyon ko dhoondhna parhe ga, apni short kami ko janna parhe ga.</w:t>
      </w:r>
    </w:p>
    <w:p>
      <w:pPr>
        <w:jc w:val="right"/>
      </w:pPr>
      <w:r>
        <w:t>اپنی کمیوں کو ڈھونڈنا پڑے گا، اپنی شارٹ کمی کو جاننا پڑے گا۔</w:t>
      </w:r>
    </w:p>
    <w:p>
      <w:r>
        <w:rPr>
          <w:b/>
        </w:rPr>
        <w:t xml:space="preserve">[45:27] </w:t>
      </w:r>
      <w:r>
        <w:t>yeh hai sab se bara masla jis se hum giray hue hain aaj. to mein agar yeh kahoon ke muslim world aur aur non muslim world dono ka problem aik hi hai ke cheezon ko face value par lena,</w:t>
      </w:r>
    </w:p>
    <w:p>
      <w:pPr>
        <w:jc w:val="right"/>
      </w:pPr>
      <w:r>
        <w:t>یہ ہے سب سے بڑا مسئلہ جس سے ہم گرے ہوئے ہیں آج۔ تو میں اگر یہ کہوں کہ مسلم ورلڈ اور اور نان مسلم ورلڈ دونوں کا پرابلم ایک ہی ہے کہ چیزوں کو فیس ویلیو پر لینا،</w:t>
      </w:r>
    </w:p>
    <w:p>
      <w:r>
        <w:rPr>
          <w:b/>
        </w:rPr>
        <w:t xml:space="preserve">[45:43] </w:t>
      </w:r>
      <w:r>
        <w:t>dono ka aik hi hai par</w:t>
      </w:r>
    </w:p>
    <w:p>
      <w:pPr>
        <w:jc w:val="right"/>
      </w:pPr>
      <w:r>
        <w:t>دونوں کا ایک ہی ہے پر</w:t>
      </w:r>
    </w:p>
    <w:p>
      <w:r>
        <w:rPr>
          <w:b/>
        </w:rPr>
        <w:t xml:space="preserve">[45:45] </w:t>
      </w:r>
      <w:r>
        <w:t>oblem cheezon ko face value par lena, deep mein ja kar ke maslay ko na samajhna.</w:t>
      </w:r>
    </w:p>
    <w:p>
      <w:pPr>
        <w:jc w:val="right"/>
      </w:pPr>
      <w:r>
        <w:t>ابلم چیزوں کو فیس ویلیو پر لینا، ڈیپ میں جا کر کے مسئلے کو نہ سمجھنا۔</w:t>
      </w:r>
    </w:p>
    <w:p>
      <w:r>
        <w:rPr>
          <w:b/>
        </w:rPr>
        <w:t xml:space="preserve">[45:54] </w:t>
      </w:r>
      <w:r>
        <w:t>dono jagah yahi qissa chal raha hai.</w:t>
      </w:r>
    </w:p>
    <w:p>
      <w:pPr>
        <w:jc w:val="right"/>
      </w:pPr>
      <w:r>
        <w:t>دونوں جگہ یہی قصہ چل رہا ہے۔</w:t>
      </w:r>
    </w:p>
    <w:p>
      <w:r>
        <w:rPr>
          <w:b/>
        </w:rPr>
        <w:t xml:space="preserve">[46:01] </w:t>
      </w:r>
      <w:r>
        <w:t>to mein yeh kahoon ga ke hum log jo is mission ko le kar uthe hain, hamein bhi apne andar jo kamiyan hain, us ko door karna parhe ga.</w:t>
      </w:r>
    </w:p>
    <w:p>
      <w:pPr>
        <w:jc w:val="right"/>
      </w:pPr>
      <w:r>
        <w:t>تو میں یہ کہوں گا کہ ہم لوگ جو اس مشن کو لے کر اٹھے ہیں، ہمیں بھی اپنے اندر جو کمیاں ہیں، اس کو دور کرنا پڑے گا۔</w:t>
      </w:r>
    </w:p>
    <w:p>
      <w:r>
        <w:rPr>
          <w:b/>
        </w:rPr>
        <w:t xml:space="preserve">[46:10] </w:t>
      </w:r>
      <w:r>
        <w:t>abhi hamare bohat kamiyan yaad rakhiye, h</w:t>
      </w:r>
    </w:p>
    <w:p>
      <w:pPr>
        <w:jc w:val="right"/>
      </w:pPr>
      <w:r>
        <w:t>ابھی ہمارے بہت کمیاں یاد رکھیے، ہ</w:t>
      </w:r>
    </w:p>
    <w:p>
      <w:r>
        <w:rPr>
          <w:b/>
        </w:rPr>
        <w:t xml:space="preserve">[46:14] </w:t>
      </w:r>
      <w:r>
        <w:t>am ne aik sahi mission ko to pakra hai, aik aik aik right path ko to pakra hai, lekin apni kamiyan bohat ziyada hain. in in term of sincerity sab se ziyada kamiyan jo mein dekhta hoon, woh in term of sincerity hai ke hamein apne aap ko bohat ziyada sincere banana hai,</w:t>
      </w:r>
    </w:p>
    <w:p>
      <w:pPr>
        <w:jc w:val="right"/>
      </w:pPr>
      <w:r>
        <w:t>م نے ایک صحیح مشن کو تو پکڑا ہے، ایک ایک ایک رائٹ پاتھ کو تو پکڑا ہے، لیکن اپنی کمیاں بہت زیادہ ہیں۔ ان ان ٹرم اف سنسیرٹی سب سے زیادہ کمیاں جو میں دیکھتا ہوں، وہ ان ٹرم اف سنسیرٹی ہے کہ ہمیں اپنے آپ کو بہت زیادہ سنسیر بنانا ہے،</w:t>
      </w:r>
    </w:p>
    <w:p>
      <w:r>
        <w:rPr>
          <w:b/>
        </w:rPr>
        <w:t xml:space="preserve">[46:37] </w:t>
      </w:r>
      <w:r>
        <w:t>introspection ko barhana hai. yaad rakhiye,</w:t>
      </w:r>
    </w:p>
    <w:p>
      <w:pPr>
        <w:jc w:val="right"/>
      </w:pPr>
      <w:r>
        <w:t>انٹراسپیکشن کو بڑھانا ہے۔ یاد رکھیے،</w:t>
      </w:r>
    </w:p>
    <w:p>
      <w:r>
        <w:rPr>
          <w:b/>
        </w:rPr>
        <w:t xml:space="preserve">[46:41] </w:t>
      </w:r>
      <w:r>
        <w:t>intraspektion ko barhana hai,</w:t>
      </w:r>
    </w:p>
    <w:p>
      <w:pPr>
        <w:jc w:val="right"/>
      </w:pPr>
      <w:r>
        <w:t>انٹراسپیکشن کو بڑھانا ہے،</w:t>
      </w:r>
    </w:p>
    <w:p>
      <w:r>
        <w:rPr>
          <w:b/>
        </w:rPr>
        <w:t xml:space="preserve">[46:48] </w:t>
      </w:r>
      <w:r>
        <w:t>apne apne apne apni jo hai, apni apni re planning karna hai apne mamlaat ki, warna hum effect, hamara jo hai, mission effective nahi ban sake ga,</w:t>
      </w:r>
    </w:p>
    <w:p>
      <w:pPr>
        <w:jc w:val="right"/>
      </w:pPr>
      <w:r>
        <w:t>اپنے اپنے اپنے اپنی جو ہے، اپنی اپنی ری پلاننگ کرنا ہے اپنے معاملات کی، ورنہ ہم ایفیکٹ، ہمارا جو ہے، مشن ایفیکٹیو نہیں بن سکے گا،</w:t>
      </w:r>
    </w:p>
    <w:p>
      <w:r>
        <w:rPr>
          <w:b/>
        </w:rPr>
        <w:t xml:space="preserve">[47:04] </w:t>
      </w:r>
      <w:r>
        <w:t>hamara mission effective nahi ban sake ga.</w:t>
      </w:r>
    </w:p>
    <w:p>
      <w:pPr>
        <w:jc w:val="right"/>
      </w:pPr>
      <w:r>
        <w:t>ہمارا مشن ایفیکٹیو نہیں بن سکے گا۔</w:t>
      </w:r>
    </w:p>
    <w:p>
      <w:r>
        <w:rPr>
          <w:b/>
        </w:rPr>
        <w:t xml:space="preserve">[47:10] </w:t>
      </w:r>
      <w:r>
        <w:t>kisi ne bohat sahi kaha hai ke ke agar tum dunya ko badalna chahte ho to sab se pehle apne aap ko badal dalo. kisi ne kaha hai ke agar tum dunya ko badalna chahte ho to sab se pehle apne aap ko badal dalo,</w:t>
      </w:r>
    </w:p>
    <w:p>
      <w:pPr>
        <w:jc w:val="right"/>
      </w:pPr>
      <w:r>
        <w:t>کسی نے بہت صحیح کہا ہے کہ کہ اگر تم دنیا کو بدلنا چاہتے ہو تو سب سے پہلے اپنے آپ کو بدل ڈالو۔ کسی نے کہا ہے کہ اگر تم دنیا کو بدلنا چاہتے ہو تو سب سے پہلے اپنے آپ کو بدل ڈالو،</w:t>
      </w:r>
    </w:p>
    <w:p>
      <w:r>
        <w:rPr>
          <w:b/>
        </w:rPr>
        <w:t xml:space="preserve">[47:30] </w:t>
      </w:r>
      <w:r>
        <w:t>yani change your self and you will be able to change the whole world.</w:t>
      </w:r>
    </w:p>
    <w:p>
      <w:pPr>
        <w:jc w:val="right"/>
      </w:pPr>
      <w:r>
        <w:t>یعنی چینج یور سیلف اینڈ یو ویل بی ایبل ٹو چینج دا ہول ورلڈ۔</w:t>
      </w:r>
    </w:p>
    <w:p>
      <w:r>
        <w:rPr>
          <w:b/>
        </w:rPr>
        <w:t xml:space="preserve">[47:38] </w:t>
      </w:r>
      <w:r>
        <w:t>to yaad rakhiye, hum apne ko jitna badal payenge, utna hi hamari activities effective hongi, utna hi hum dunya mein badlao la payenge.</w:t>
      </w:r>
    </w:p>
    <w:p>
      <w:pPr>
        <w:jc w:val="right"/>
      </w:pPr>
      <w:r>
        <w:t>تو یاد رکھیے، ہم اپنے کو جتنا بدل پائیں گے، اتنا ہی ہماری ایکٹیویٹیز ایفیکٹیو ہوں گی، اتنا ہی ہم دنیا میں بدلاؤ لا پائیں گے۔</w:t>
      </w:r>
    </w:p>
    <w:p>
      <w:r>
        <w:rPr>
          <w:b/>
        </w:rPr>
        <w:t xml:space="preserve">[47:53] </w:t>
      </w:r>
      <w:r>
        <w:t>jo aadmi apne ko na badal sake, to doosron ko kya badlega? woh</w:t>
      </w:r>
    </w:p>
    <w:p>
      <w:pPr>
        <w:jc w:val="right"/>
      </w:pPr>
      <w:r>
        <w:t>جو آدمی اپنے کو نہ بدل سکے، تو دوسروں کو کیا بدلے گا؟ وہ</w:t>
      </w:r>
    </w:p>
    <w:p>
      <w:r>
        <w:rPr>
          <w:b/>
        </w:rPr>
        <w:t xml:space="preserve">[48:00] </w:t>
      </w:r>
      <w:r>
        <w:t>iski iski speech ek ridiculous speech ho</w:t>
      </w:r>
    </w:p>
    <w:p>
      <w:pPr>
        <w:jc w:val="right"/>
      </w:pPr>
      <w:r>
        <w:t>اس کی اس کی سپیچ ایک ریڈکلس سپیچ ہو</w:t>
      </w:r>
    </w:p>
    <w:p>
      <w:r>
        <w:rPr>
          <w:b/>
        </w:rPr>
        <w:t xml:space="preserve">[48:03] </w:t>
      </w:r>
      <w:r>
        <w:t>gi, koi value nahi hogi iski speech ki, iske bolne ki, iske kisi cheez ki.</w:t>
      </w:r>
    </w:p>
    <w:p>
      <w:pPr>
        <w:jc w:val="right"/>
      </w:pPr>
      <w:r>
        <w:t>گی، کوئی ویلیو نہیں ہوگی اس کی سپیچ کی، اس کے بولنے کی، اس کے کسی چیز کی۔</w:t>
      </w:r>
    </w:p>
    <w:p>
      <w:r>
        <w:rPr>
          <w:b/>
        </w:rPr>
        <w:t xml:space="preserve">[48:12] </w:t>
      </w:r>
      <w:r>
        <w:t>to main chahta hoon ke hamare saathi jo hain, rozana apna intraspektion karein. wahi cheez habib bhai ne jo kahi thi, mujhe bohat hi ek mein tarp gaya sun kar ke ke unhone kaha ke tum bari bari baatein bol rahe ho,</w:t>
      </w:r>
    </w:p>
    <w:p>
      <w:pPr>
        <w:jc w:val="right"/>
      </w:pPr>
      <w:r>
        <w:t>تو میں چاہتا ہوں کہ ہمارے ساتھی جو ہیں، روزانہ اپنا انٹراسپیکشن کریں۔ وہی چیز حبیب بھائی نے جو کہی تھی، مجھے بہت ہی ایک میں تڑپ گیا سن کر کے کہ انہوں نے کہا کہ تم بڑی بڑی باتیں بول رہے ہو،</w:t>
      </w:r>
    </w:p>
    <w:p>
      <w:r>
        <w:rPr>
          <w:b/>
        </w:rPr>
        <w:t xml:space="preserve">[48:30] </w:t>
      </w:r>
      <w:r>
        <w:t>main dekhta hoon ke tumhare sar par death ka farishta mandla raha hai, angel of death. are you ready to face god almighty by tomorrow?</w:t>
      </w:r>
    </w:p>
    <w:p>
      <w:pPr>
        <w:jc w:val="right"/>
      </w:pPr>
      <w:r>
        <w:t>میں دیکھتا ہوں کہ تمہارے سر پر ڈیتھ کا فرشتہ منڈلا رہا ہے، اینجل اف ڈیتھ۔ ار یو ریڈی ٹو فیس گاڈ المائٹی بائی ٹومارو؟</w:t>
      </w:r>
    </w:p>
    <w:p>
      <w:r>
        <w:rPr>
          <w:b/>
        </w:rPr>
        <w:t xml:space="preserve">[48:46] </w:t>
      </w:r>
      <w:r>
        <w:t>hum mein se har shakhs ko yahi sochna hai,</w:t>
      </w:r>
    </w:p>
    <w:p>
      <w:pPr>
        <w:jc w:val="right"/>
      </w:pPr>
      <w:r>
        <w:t>ہم میں سے ہر شخص کو یہی سوچنا ہے،</w:t>
      </w:r>
    </w:p>
    <w:p>
      <w:r>
        <w:rPr>
          <w:b/>
        </w:rPr>
        <w:t xml:space="preserve">[48:51] </w:t>
      </w:r>
      <w:r>
        <w:t>yani doosron ko bhi hum yahi sochna chahte hain, hum chahte hain doosre bhi isi tarah sochein.</w:t>
      </w:r>
    </w:p>
    <w:p>
      <w:pPr>
        <w:jc w:val="right"/>
      </w:pPr>
      <w:r>
        <w:t>یعنی دوسروں کو بھی ہم یہی سوچوانا چاہتے ہیں، ہم چاہتے ہیں دوسرے بھی اسی طرح سوچیں۔</w:t>
      </w:r>
    </w:p>
    <w:p>
      <w:r>
        <w:rPr>
          <w:b/>
        </w:rPr>
        <w:t xml:space="preserve">[48:55] </w:t>
      </w:r>
      <w:r>
        <w:t>lekin humein quran mein hai ke rasool Allah ke bare mein kaha gaya ke umar to inkun awwal man aslam. mujhe hukum diya gaya ke sab se pehle main islam ko ikhtiyar karoon, umar to inkun awwal man aslam.</w:t>
      </w:r>
    </w:p>
    <w:p>
      <w:pPr>
        <w:jc w:val="right"/>
      </w:pPr>
      <w:r>
        <w:t>لیکن ہمیں قرآن میں ہے کہ رسول اللہ کے بارے میں کہا گیا کہ عمر تو انکون اول من اسلم۔ مجھے حکم دیا گیا کہ سب سے پہلے میں اسلام کو اختیار کروں، عمر تو انکون اول من اسلم۔</w:t>
      </w:r>
    </w:p>
    <w:p>
      <w:r>
        <w:rPr>
          <w:b/>
        </w:rPr>
        <w:t xml:space="preserve">[49:17] </w:t>
      </w:r>
      <w:r>
        <w:t>mujhe hukum diya gaya hai ke sab se pehle main khud islam ko apnau.</w:t>
      </w:r>
    </w:p>
    <w:p>
      <w:pPr>
        <w:jc w:val="right"/>
      </w:pPr>
      <w:r>
        <w:t>مجھے حکم دیا گیا ہے کہ سب سے پہلے میں خود اسلام کو اپناؤں۔</w:t>
      </w:r>
    </w:p>
    <w:p>
      <w:r>
        <w:rPr>
          <w:b/>
        </w:rPr>
        <w:t xml:space="preserve">[49:24] </w:t>
      </w:r>
      <w:r>
        <w:t>to aap dunya ko jo message dena chahte hain, us message ko sab se pehle apne dimagh mein bithana hai. dunya ko chahte hain ke jo change apne andar woh laye, us change ko khud apne andar sab se pehle paida karna hai.</w:t>
      </w:r>
    </w:p>
    <w:p>
      <w:pPr>
        <w:jc w:val="right"/>
      </w:pPr>
      <w:r>
        <w:t>تو آپ دنیا کو جو میسج دینا چاہتے ہیں، اس میسج کو سب سے پہلے اپنے دماغ میں بٹھانا ہے۔ دنیا کو چاہتے ہیں کہ جو چینج اپنے اندر وہ لائے، اس چینج کو خود اپنے اندر سب سے پہلے پیدا کرنا ہے۔</w:t>
      </w:r>
    </w:p>
    <w:p>
      <w:r>
        <w:rPr>
          <w:b/>
        </w:rPr>
        <w:t xml:space="preserve">[49:43] </w:t>
      </w:r>
      <w:r>
        <w:t>nahi to aap sari baat bilkul ridiculous ban kar reh jayegi, ridiculous ban kar reh jayegi.</w:t>
      </w:r>
    </w:p>
    <w:p>
      <w:pPr>
        <w:jc w:val="right"/>
      </w:pPr>
      <w:r>
        <w:t>نہیں تو آپ ساری بات بالکل ڈیڈکلس بن کر رہ جائے گی، ڈیڈکلس بن کر رہ جائے گی۔</w:t>
      </w:r>
    </w:p>
    <w:p>
      <w:r>
        <w:rPr>
          <w:b/>
        </w:rPr>
        <w:t xml:space="preserve">[49:53] </w:t>
      </w:r>
      <w:r>
        <w:t>apne ko change karne ke baad jo main keh raha hoon, yeh bohat si pehluon se keh raha hoon, jaise yeh jo maine aap kaha ke aaj kal log sabhi jhoot bolte hain, direct jhoot kam bolte hain, lekin indirect jhoot sabhi bolte hain.</w:t>
      </w:r>
    </w:p>
    <w:p>
      <w:pPr>
        <w:jc w:val="right"/>
      </w:pPr>
      <w:r>
        <w:t>اپنے کو چینج کرنے کے بعد جو میں کہہ رہا ہوں، یہ بہت سی پہلوؤں سے کہہ رہا ہوں، جیسے یہ جو میں نے آپ کہا کہ آج کل لوگ سبھی جھوٹ بولتے ہیں، ڈائریکٹ جھوٹ کم بولتے ہیں، لیکن ان ڈائریکٹ جھوٹ سبھی بولتے ہیں۔</w:t>
      </w:r>
    </w:p>
    <w:p>
      <w:r>
        <w:rPr>
          <w:b/>
        </w:rPr>
        <w:t xml:space="preserve">[50:09] </w:t>
      </w:r>
      <w:r>
        <w:t>humein apne aap ko is se bachana hai,</w:t>
      </w:r>
    </w:p>
    <w:p>
      <w:pPr>
        <w:jc w:val="right"/>
      </w:pPr>
      <w:r>
        <w:t>ہمیں اپنے آپ کو اس سے بچانا ہے،</w:t>
      </w:r>
    </w:p>
    <w:p>
      <w:r>
        <w:rPr>
          <w:b/>
        </w:rPr>
        <w:t xml:space="preserve">[50:15] </w:t>
      </w:r>
      <w:r>
        <w:t>aise hi apni lifestyle ko badalna hai, apni lifestyle ko badalna hai. humein simple life,</w:t>
      </w:r>
    </w:p>
    <w:p>
      <w:pPr>
        <w:jc w:val="right"/>
      </w:pPr>
      <w:r>
        <w:t>ایسے ہی اپنی لائف اسٹائل کو بدلنا ہے، اپنی لائف اسٹائل کو بدلنا ہے۔ ہمیں سمپل لائف،</w:t>
      </w:r>
    </w:p>
    <w:p>
      <w:r>
        <w:rPr>
          <w:b/>
        </w:rPr>
        <w:t xml:space="preserve">[50:24] </w:t>
      </w:r>
      <w:r>
        <w:t>simple life ke baghair yaad rakhiye, mission ka koi matlab hi nahi hai.</w:t>
      </w:r>
    </w:p>
    <w:p>
      <w:pPr>
        <w:jc w:val="right"/>
      </w:pPr>
      <w:r>
        <w:t>سمپل لائف کے بغیر یاد رکھیے، مشن کا کوئی مطلب ہی نہیں ہے۔</w:t>
      </w:r>
    </w:p>
    <w:p>
      <w:r>
        <w:rPr>
          <w:b/>
        </w:rPr>
        <w:t xml:space="preserve">[50:30] </w:t>
      </w:r>
      <w:r>
        <w:t>simple life ke baghair jo hai, koi mission ka koi matlab nahi hai. to hamare andar simple life honi chahiye, har cheez mein simplicity, time management hamare andar aana chahiye, na hum paise ko waste karein, na time ko waste karein, na energy ko waste karein.</w:t>
      </w:r>
    </w:p>
    <w:p>
      <w:pPr>
        <w:jc w:val="right"/>
      </w:pPr>
      <w:r>
        <w:t>سمپل لائف کے بغیر جو ہے، کوئی مشن کا کوئی مطلب نہیں ہے۔ تو ہمارے اندر سمپل لائف ہونی چاہیے، ہر چیز میں سمپلیسٹی، ٹائم مینجمنٹ ہمارے اندر آنا چاہیے، نہ ہم پیسے کو ویسٹ کریں، نہ ٹائم کو ویسٹ کریں، نہ انرجی کو ویسٹ کریں۔</w:t>
      </w:r>
    </w:p>
    <w:p>
      <w:r>
        <w:rPr>
          <w:b/>
        </w:rPr>
        <w:t xml:space="preserve">[50:52] </w:t>
      </w:r>
      <w:r>
        <w:t>yeh sab haal hamare andar aana chahiye, tabhi hum doosron par effective banenge, warna kuch nahi hai, sab bilkul bekar hai. yani hamara mission yaad rakhiye, 50 percent agar doosron ko batana hai to phir 50 percent apne ko address karna hai.</w:t>
      </w:r>
    </w:p>
    <w:p>
      <w:pPr>
        <w:jc w:val="right"/>
      </w:pPr>
      <w:r>
        <w:t>یہ سب حال ہمارے اندر آنا چاہیے، تبھی ہم دوسروں پر ایفیکٹیو بنیں گے، ورنہ کچھ نہیں ہے، سب بالکل بیکار ہے۔ یعنی ہمارا مشن یاد رکھیے، 50 پرسنٹ اگر دوسروں کو بتانا ہے تو پھر 50 پرسنٹ اپنے کو ایڈریس کرنا ہے۔</w:t>
      </w:r>
    </w:p>
    <w:p>
      <w:r>
        <w:rPr>
          <w:b/>
        </w:rPr>
        <w:t xml:space="preserve">[51:09] </w:t>
      </w:r>
      <w:r>
        <w:t>isko yaad rakhiye, hamara jo mission hai to 50 percent agar doosron ko batana hai to 50 percent khud apne ko address karna hai.</w:t>
      </w:r>
    </w:p>
    <w:p>
      <w:pPr>
        <w:jc w:val="right"/>
      </w:pPr>
      <w:r>
        <w:t>اس کو یاد رکھیے، ہمارا جو مشن ہے تو 50 پرسنٹ اگر دوسروں کو بتانا ہے تو 50 پرسنٹ خود اپنے کو ایڈریس کرنا ہے۔</w:t>
      </w:r>
    </w:p>
    <w:p>
      <w:r>
        <w:rPr>
          <w:b/>
        </w:rPr>
        <w:t xml:space="preserve">[51:25] </w:t>
      </w:r>
      <w:r>
        <w:t>abhi mujhe ek sahib ka qissa maloom hua ke unki aankh mein contract tha, doctor ke paas gaye woh to doctor log jo hain, woh operation se pehle sugar ka test lete hain.</w:t>
      </w:r>
    </w:p>
    <w:p>
      <w:pPr>
        <w:jc w:val="right"/>
      </w:pPr>
      <w:r>
        <w:t>ابھی مجھے ایک صاحب کا قصہ معلوم ہوا کہ ان کی آنکھ میں کنٹریکٹ تھا، ڈاکٹر کے پاس گئے وہ تو ڈاکٹر لوگ جو ہیں، وہ آپریشن سے پہلے شوگر کا ٹیسٹ لیتے ہیں۔</w:t>
      </w:r>
    </w:p>
    <w:p>
      <w:r>
        <w:rPr>
          <w:b/>
        </w:rPr>
        <w:t xml:space="preserve">[51:39] </w:t>
      </w:r>
      <w:r>
        <w:t>test liya to bohat ziyada sugar thi un ke,</w:t>
      </w:r>
    </w:p>
    <w:p>
      <w:pPr>
        <w:jc w:val="right"/>
      </w:pPr>
      <w:r>
        <w:t>ٹیسٹ لیا تو بہت زیادہ شوگر تھی ان کے،</w:t>
      </w:r>
    </w:p>
    <w:p>
      <w:r>
        <w:rPr>
          <w:b/>
        </w:rPr>
        <w:t xml:space="preserve">[51:45] </w:t>
      </w:r>
      <w:r>
        <w:t>to unhon ne kaha bhai yeh itni sugar ke sath mein operation kaise karunga? mein yeh to nahi kar sakta operation mein.</w:t>
      </w:r>
    </w:p>
    <w:p>
      <w:pPr>
        <w:jc w:val="right"/>
      </w:pPr>
      <w:r>
        <w:t>تو انہوں نے کہا بھئی یہ اتنی شوگر کے ساتھ میں آپریشن کیسے کروں گا؟ میں یہ تو نہیں کر سکتا آپریشن میں۔</w:t>
      </w:r>
    </w:p>
    <w:p>
      <w:r>
        <w:rPr>
          <w:b/>
        </w:rPr>
        <w:t xml:space="preserve">[51:53] </w:t>
      </w:r>
      <w:r>
        <w:t>to unhon ne kiya kiya? wapas aaye aur usi din se itna zabardast unhon ne woh kiya ke har woh cheez chhod di jis mein sugar hoti hai, yani sugar bhi chhoda, chawal bhi chhoda, aur jo cheezein hain jis mein sugar ka content hota hai,</w:t>
      </w:r>
    </w:p>
    <w:p>
      <w:pPr>
        <w:jc w:val="right"/>
      </w:pPr>
      <w:r>
        <w:t>تو انہوں نے کیا کیا؟ واپس آئے اور اسی دن سے اتنا زبردست انہوں نے وہ کیا کہ ہر وہ چیز چھوڑ دی جس میں شوگر ہوتی ہے، یعنی شوگر بھی چھوڑا، چاول بھی چھوڑا، اور جو چیزیں ہیں جس میں شوگر کا کنٹینٹ ہوتا ہے،</w:t>
      </w:r>
    </w:p>
    <w:p>
      <w:r>
        <w:rPr>
          <w:b/>
        </w:rPr>
        <w:t xml:space="preserve">[52:11] </w:t>
      </w:r>
      <w:r>
        <w:t>itna chhoda ke ek mahine mein sugar control ho gayi, ek mahine mein.</w:t>
      </w:r>
    </w:p>
    <w:p>
      <w:pPr>
        <w:jc w:val="right"/>
      </w:pPr>
      <w:r>
        <w:t>اتنا چھوڑا کہ ایک مہینے میں شوگر کنٹرول ہو گئی، ایک مہینے میں۔</w:t>
      </w:r>
    </w:p>
    <w:p>
      <w:r>
        <w:rPr>
          <w:b/>
        </w:rPr>
        <w:t xml:space="preserve">[52:17] </w:t>
      </w:r>
      <w:r>
        <w:t>aur jab dobara gaye woh doctor ke paas to use phir janchn ki, us ki test kiya, us ke blood ka to wahan bhi to bilkul normal hai.</w:t>
      </w:r>
    </w:p>
    <w:p>
      <w:pPr>
        <w:jc w:val="right"/>
      </w:pPr>
      <w:r>
        <w:t>اور جب دوبارہ گئے وہ ڈاکٹر کے پاس تو اسے پھر جانچ کی، اس کی ٹیسٹ کیا، اس کے بلڈ کا تو وہاں بھی تو بالکل نارمل ہے۔</w:t>
      </w:r>
    </w:p>
    <w:p>
      <w:r>
        <w:rPr>
          <w:b/>
        </w:rPr>
        <w:t xml:space="preserve">[52:27] </w:t>
      </w:r>
      <w:r>
        <w:t>baad is ko achambha hua ke ek mahine mein tum se kaise control kar liya? unhon ne yahi sincerity humein apne mission mein dikhana hai.</w:t>
      </w:r>
    </w:p>
    <w:p>
      <w:pPr>
        <w:jc w:val="right"/>
      </w:pPr>
      <w:r>
        <w:t>بعد اس کو اچنبہ ہوا کہ ایک مہینے میں تم سے کیسے کنٹرول کر لیا؟ انہوں نے یہی سنسیرٹی ہمیں اپنے مشن میں دکھانا ہے۔</w:t>
      </w:r>
    </w:p>
    <w:p>
      <w:r>
        <w:rPr>
          <w:b/>
        </w:rPr>
        <w:t xml:space="preserve">[52:41] </w:t>
      </w:r>
      <w:r>
        <w:t>unhon ne jo sincerity dikhai apne sugar ko control karne mein, humein apni poori life ko control control karne mein yahi sincerity dikhana hai. yeh jo maine dekha bataya qissa aap ko to apni sugar ko control karne ke liye unhon ne apni sugar ko control karne ke liye woh aakhri had tak sincere ban gaye.</w:t>
      </w:r>
    </w:p>
    <w:p>
      <w:pPr>
        <w:jc w:val="right"/>
      </w:pPr>
      <w:r>
        <w:t>انہوں نے جو سنسیرٹی دکھائی اپنے شوگر کو کنٹرول کرنے میں، ہمیں اپنی پوری لائف کو کنٹرول کنٹرول کرنے میں یہی سنسیرٹی دکھانا ہے۔ یہ جو میں نے دیکھا بتایا قصہ آپ کو تو اپنی شوگر کو کنٹرول کرنے کے لیے انہوں نے اپنی شوگر کو کنٹرول کرنے کے لیے وہ آخری حد تک سنسیر بن گئے۔</w:t>
      </w:r>
    </w:p>
    <w:p>
      <w:r>
        <w:rPr>
          <w:b/>
        </w:rPr>
        <w:t xml:space="preserve">[53:03] </w:t>
      </w:r>
      <w:r>
        <w:t>apni sugar ko control karne ke liye woh aakhri had tak sincere ban gaye,</w:t>
      </w:r>
    </w:p>
    <w:p>
      <w:pPr>
        <w:jc w:val="right"/>
      </w:pPr>
      <w:r>
        <w:t>اپنی شوگر کو کنٹرول کرنے کے لیے وہ آخری حد تک سنسیر بن گئے،</w:t>
      </w:r>
    </w:p>
    <w:p>
      <w:r>
        <w:rPr>
          <w:b/>
        </w:rPr>
        <w:t xml:space="preserve">[53:09] </w:t>
      </w:r>
      <w:r>
        <w:t>bohat hi serious seriously liya is ko. unhon ne humein isi tarah apni poori life ko bohat hi bohat ziyada sanjeedgi ke sath lena hai,</w:t>
      </w:r>
    </w:p>
    <w:p>
      <w:pPr>
        <w:jc w:val="right"/>
      </w:pPr>
      <w:r>
        <w:t>بہت ہی سیریس سیریسلی لیا اس کو۔ انہوں نے ہمیں اسی طرح اپنی پوری لائف کو بہت ہی بہت زیادہ سنجیدگی کے ساتھ لینا ہے،</w:t>
      </w:r>
    </w:p>
    <w:p>
      <w:r>
        <w:rPr>
          <w:b/>
        </w:rPr>
        <w:t xml:space="preserve">[53:23] </w:t>
      </w:r>
      <w:r>
        <w:t>apni poori life ko isi tarah se control karna hai. aap yaad rakhiye, hum paradise ke candidate hain, kyunke aap paradise free mil jayegi kisi ko,</w:t>
      </w:r>
    </w:p>
    <w:p>
      <w:pPr>
        <w:jc w:val="right"/>
      </w:pPr>
      <w:r>
        <w:t>اپنی پوری لائف کو اسی طرح سے کنٹرول کرنا ہے۔ آپ یاد رکھیے، ہم پیراڈائز کے کینڈیڈیٹ ہیں، کیونکہ آپ پیراڈائز فری مل جائے گی کسی کو،</w:t>
      </w:r>
    </w:p>
    <w:p>
      <w:r>
        <w:rPr>
          <w:b/>
        </w:rPr>
        <w:t xml:space="preserve">[53:37] </w:t>
      </w:r>
      <w:r>
        <w:t>paradise free mil jayegi.</w:t>
      </w:r>
    </w:p>
    <w:p>
      <w:pPr>
        <w:jc w:val="right"/>
      </w:pPr>
      <w:r>
        <w:t>پیراڈائز فری مل جائے گی۔</w:t>
      </w:r>
    </w:p>
    <w:p>
      <w:r>
        <w:rPr>
          <w:b/>
        </w:rPr>
        <w:t xml:space="preserve">[53:42] </w:t>
      </w:r>
      <w:r>
        <w:t>dekhein, jitni bari cheez utni hi is ka price. hadith mein aata hai ke "Allah Allah Al Jannah"</w:t>
      </w:r>
    </w:p>
    <w:p>
      <w:pPr>
        <w:jc w:val="right"/>
      </w:pPr>
      <w:r>
        <w:t>دیکھیں، جتنی بڑی چیز اتنی ہی اس کا پرائس۔ حدیث میں آتا ہے کہ "اللہ اللہ الجنہ"</w:t>
      </w:r>
    </w:p>
    <w:p>
      <w:r>
        <w:rPr>
          <w:b/>
        </w:rPr>
        <w:t xml:space="preserve">[53:56] </w:t>
      </w:r>
      <w:r>
        <w:t>aap ko agar lena ho Rolls Royce car to 22 ke daam par nahi milegi. woh to aap ko agar paradise lena hai to woh free mein nahi mil jayegi.</w:t>
      </w:r>
    </w:p>
    <w:p>
      <w:pPr>
        <w:jc w:val="right"/>
      </w:pPr>
      <w:r>
        <w:t>آپ کو اگر لینا ہو رولز رائس کار تو 22 کے دام پر نہیں ملے گی۔ وہ تو آپ کو اگر پیراڈائز لینا ہے تو وہ فری میں نہیں مل جائے گی۔</w:t>
      </w:r>
    </w:p>
    <w:p>
      <w:r>
        <w:rPr>
          <w:b/>
        </w:rPr>
        <w:t xml:space="preserve">[54:10] </w:t>
      </w:r>
      <w:r>
        <w:t>aap ko aakhri had tak sincere banna padega, aakhri had tak apne aap ko is is is nahaj mein bold karna padega.</w:t>
      </w:r>
    </w:p>
    <w:p>
      <w:pPr>
        <w:jc w:val="right"/>
      </w:pPr>
      <w:r>
        <w:t>آپ کو آخری حد تک سنسیر بننا پڑے گا، آخری حد تک اپنے آپ کو اس اس اس نہج میں بولڈ کرنا پڑے گا۔</w:t>
      </w:r>
    </w:p>
    <w:p>
      <w:r>
        <w:rPr>
          <w:b/>
        </w:rPr>
        <w:t xml:space="preserve">[54:24] </w:t>
      </w:r>
      <w:r>
        <w:t>aur sab ka jo starting point hai woh introspection hai, apni ghalti ko manna.</w:t>
      </w:r>
    </w:p>
    <w:p>
      <w:pPr>
        <w:jc w:val="right"/>
      </w:pPr>
      <w:r>
        <w:t>اور سب کا جو سٹارٹنگ پوائنٹ ہے وہ انٹراسپیکشن ہے، اپنی غلطی کو ماننا۔</w:t>
      </w:r>
    </w:p>
    <w:p>
      <w:r>
        <w:rPr>
          <w:b/>
        </w:rPr>
        <w:t xml:space="preserve">[54:34] </w:t>
      </w:r>
      <w:r>
        <w:t>hamare ek ek member ne mein yeh mizaj hona chahiye ke jaldi se keh de ke "I was wrong", kabhi bhi toast kar ke na bolen.</w:t>
      </w:r>
    </w:p>
    <w:p>
      <w:pPr>
        <w:jc w:val="right"/>
      </w:pPr>
      <w:r>
        <w:t>ہمارے ایک ایک ممبر نے میں یہ مزاج ہونا چاہیے کہ جلدی سے کہہ دے کہ "آئی واز رونگ"، کبھی بھی ٹوسٹ کر کے نہ بولے۔</w:t>
      </w:r>
    </w:p>
    <w:p>
      <w:r>
        <w:rPr>
          <w:b/>
        </w:rPr>
        <w:t xml:space="preserve">[54:47] </w:t>
      </w:r>
      <w:r>
        <w:t>Hutber ne misaal qaim ki is mamle mein, unhon ne kaha ke "Rahimullah imran ahadan ila uyubi".</w:t>
      </w:r>
    </w:p>
    <w:p>
      <w:pPr>
        <w:jc w:val="right"/>
      </w:pPr>
      <w:r>
        <w:t>حتبر نے مثال قائم کی اس معاملے میں، انہوں نے کہا کہ "رحم اللہ عمران احدا الی عیوبی"۔</w:t>
      </w:r>
    </w:p>
    <w:p>
      <w:r>
        <w:rPr>
          <w:b/>
        </w:rPr>
        <w:t xml:space="preserve">[54:58] </w:t>
      </w:r>
      <w:r>
        <w:t>zara ghor kijiye,</w:t>
      </w:r>
    </w:p>
    <w:p>
      <w:pPr>
        <w:jc w:val="right"/>
      </w:pPr>
      <w:r>
        <w:t>ذرا غور کیجئے،</w:t>
      </w:r>
    </w:p>
    <w:p>
      <w:r>
        <w:rPr>
          <w:b/>
        </w:rPr>
        <w:t xml:space="preserve">[55:00] </w:t>
      </w:r>
      <w:r>
        <w:t>Umar Farooq jo top ke aadmi the, unhon ne kaha ke "Rahimullah imran ahadan ila uyubi". Khuda ki blessing is is insan par jo mere meri ghalti ka ka gift mujhe bheje,</w:t>
      </w:r>
    </w:p>
    <w:p>
      <w:pPr>
        <w:jc w:val="right"/>
      </w:pPr>
      <w:r>
        <w:t>عمر فاروق جو ٹاپ کے آدمی تھے، انہوں نے کہا کہ "رحم اللہ عمران احدا الی عیوبی"۔ خدا کی بلیسنگ اس اس انسان پر جو میرے میری غلطی کا کا گفٹ مجھے بھیجے،</w:t>
      </w:r>
    </w:p>
    <w:p>
      <w:r>
        <w:rPr>
          <w:b/>
        </w:rPr>
        <w:t xml:space="preserve">[55:19] </w:t>
      </w:r>
      <w:r>
        <w:t>yani bataye ke tum ne yeh ghalti ki, tumhare andar yeh aib hai, tumhare andar yeh kami hai. to kaha ke use gift bheja mujhe.</w:t>
      </w:r>
    </w:p>
    <w:p>
      <w:pPr>
        <w:jc w:val="right"/>
      </w:pPr>
      <w:r>
        <w:t>یعنی بتائے کہ تم نے یہ غلطی کی، تمہارے اندر یہ عیب ہے، تمہارے اندر یہ کمی ہے۔ تو کہا کہ اسے گفٹ بھیجا مجھے۔</w:t>
      </w:r>
    </w:p>
    <w:p>
      <w:r>
        <w:rPr>
          <w:b/>
        </w:rPr>
        <w:t xml:space="preserve">[55:29] </w:t>
      </w:r>
      <w:r>
        <w:t>aur jab bhi Hutber se koi baat kahi jati thi to usi waqt dard dard us ko maan lete the, woh instantly. kabhi woh aisa nahi kaha unhon ne "nahi nahi nahi, aisa to nahi hai".</w:t>
      </w:r>
    </w:p>
    <w:p>
      <w:pPr>
        <w:jc w:val="right"/>
      </w:pPr>
      <w:r>
        <w:t>اور جب بھی حتبر سے کوئی بات کہی جاتی تھی تو اسی وقت درد درد اس کو مان لیتے تھے، وہ انسٹنٹلی۔ کبھی وہ ایسا نہیں کہا انہوں نے "نہیں نہیں نہیں، ایسا تو نہیں ہے"۔</w:t>
      </w:r>
    </w:p>
    <w:p>
      <w:r>
        <w:rPr>
          <w:b/>
        </w:rPr>
        <w:t xml:space="preserve">[55:38] </w:t>
      </w:r>
      <w:r>
        <w:t>kabhi ek bhi baar bhi aisa nahi kaha unhon ne. yeh tareeqa aaj aaj ke chala hua hai, jaldi se kaha "nahi nahi nahi, aisa to nahi". aur phir scrutiny ke baad woh kaha "wohi sahi hai".</w:t>
      </w:r>
    </w:p>
    <w:p>
      <w:pPr>
        <w:jc w:val="right"/>
      </w:pPr>
      <w:r>
        <w:t>کبھی ایک بھی بار بھی ایسا نہیں کہا انہوں نے۔ یہ طریقہ آج آج کے چلا ہوا ہے، جلدی سے کہا "نہیں نہیں نہیں، ایسا تو نہیں"۔ اور پھر سکروٹلی کے بعد وہ کہا "وہی صحیح ہے"۔</w:t>
      </w:r>
    </w:p>
    <w:p>
      <w:r>
        <w:rPr>
          <w:b/>
        </w:rPr>
        <w:t xml:space="preserve">[55:50] </w:t>
      </w:r>
      <w:r>
        <w:t>Hutber ne kabhi aisa nahi kiya.</w:t>
      </w:r>
    </w:p>
    <w:p>
      <w:pPr>
        <w:jc w:val="right"/>
      </w:pPr>
      <w:r>
        <w:t>حتبر نے کبھی ایسا نہیں کیا۔</w:t>
      </w:r>
    </w:p>
    <w:p>
      <w:r>
        <w:rPr>
          <w:b/>
        </w:rPr>
        <w:t xml:space="preserve">[55:56] </w:t>
      </w:r>
      <w:r>
        <w:t>to yeh yeh sab ek Hindi ka ek maqoola mujhe pasand hai, bohat ziyada ke "sadharan gunon se sadharan mush banate hain".</w:t>
      </w:r>
    </w:p>
    <w:p>
      <w:pPr>
        <w:jc w:val="right"/>
      </w:pPr>
      <w:r>
        <w:t>تو یہ یہ سب ایک ہندی کا ایک مقولہ مجھے پسند ہے، بہت زیادہ کہ "صادھار گنوں سے اسادھار مرش بنتے ہیں"۔</w:t>
      </w:r>
    </w:p>
    <w:p>
      <w:r>
        <w:rPr>
          <w:b/>
        </w:rPr>
        <w:t xml:space="preserve">[56:08] </w:t>
      </w:r>
      <w:r>
        <w:t>yeh mujhe bohat pasand aata hai, yeh Hindi ka maqoola ek hai, ek ek saying ke "sadharan gunon se sadharan mush banate hain".</w:t>
      </w:r>
    </w:p>
    <w:p>
      <w:pPr>
        <w:jc w:val="right"/>
      </w:pPr>
      <w:r>
        <w:t>یہ مجھے بہت پسند آتا ہے، یہ ہندی کا مقولہ ایک ہے، ایک ایک سینگ کہ "صادھار گنوں سے اسادھار مرش بنتے ہیں"۔</w:t>
      </w:r>
    </w:p>
    <w:p>
      <w:r>
        <w:rPr>
          <w:b/>
        </w:rPr>
        <w:t xml:space="preserve">[56:20] </w:t>
      </w:r>
      <w:r>
        <w:t>yani ordinary cheezen extra ordinary insan banati hain. to dekhen, jo cheez choti lagti hai, choti wahi insan ke andar wo cheezen paida karti hain jis se insan bare bare kaam kar sake.</w:t>
      </w:r>
    </w:p>
    <w:p>
      <w:pPr>
        <w:jc w:val="right"/>
      </w:pPr>
      <w:r>
        <w:t>یعنی ارڈنری چیزیں ایکسٹرا آرڈنری انسان بناتی ہیں۔ تو دیکھیں، جو چیز چھوٹی لگتی ہے، چھوٹی وہی انسان کے اندر وہ چیزیں پیدا کرتی ہیں جس سے انسان بڑے بڑے کام کر سکے۔</w:t>
      </w:r>
    </w:p>
    <w:p>
      <w:r>
        <w:rPr>
          <w:b/>
        </w:rPr>
        <w:t xml:space="preserve">[56:35] </w:t>
      </w:r>
      <w:r>
        <w:t>to simple simplicity, introspection, apni galtiyon ko maan lena, modesty. dekhne mein, kehne mein choti cheezen lagti hain ye, lekin yahi bara insan banati hain.</w:t>
      </w:r>
    </w:p>
    <w:p>
      <w:pPr>
        <w:jc w:val="right"/>
      </w:pPr>
      <w:r>
        <w:t>تو سمپل سمپلیسٹی، انٹراسپیکشن، اپنی غلطیوں کو مان لینا، ماڈیسٹی۔ دیکھنے میں، کہنے میں چھوٹی چیزیں لگتی ہیں یہ، لیکن یہی بڑا انسان بناتی ہیں۔</w:t>
      </w:r>
    </w:p>
    <w:p>
      <w:r>
        <w:rPr>
          <w:b/>
        </w:rPr>
        <w:t xml:space="preserve">[56:49] </w:t>
      </w:r>
      <w:r>
        <w:t>ye cheezen wo hain jo bara insan banati hain.</w:t>
      </w:r>
    </w:p>
    <w:p>
      <w:pPr>
        <w:jc w:val="right"/>
      </w:pPr>
      <w:r>
        <w:t>یہ چیزیں وہ ہیں جو بڑا انسان بناتی ہیں۔</w:t>
      </w:r>
    </w:p>
    <w:p>
      <w:r>
        <w:rPr>
          <w:b/>
        </w:rPr>
        <w:t xml:space="preserve">[56:54] </w:t>
      </w:r>
      <w:r>
        <w:t>aap mein se har ek shakhs ko ye sab karna hai,</w:t>
      </w:r>
    </w:p>
    <w:p>
      <w:pPr>
        <w:jc w:val="right"/>
      </w:pPr>
      <w:r>
        <w:t>آپ میں سے ہر ایک شخص کو یہ سب کرنا ہے،</w:t>
      </w:r>
    </w:p>
    <w:p>
      <w:r>
        <w:rPr>
          <w:b/>
        </w:rPr>
        <w:t xml:space="preserve">[56:57] </w:t>
      </w:r>
      <w:r>
        <w:t>apne andar simplicity lana hai, apne andar modesty lana hai, aur "I was wrong" ka culture paida karna hai, apne andar apna introspection karna hai,</w:t>
      </w:r>
    </w:p>
    <w:p>
      <w:pPr>
        <w:jc w:val="right"/>
      </w:pPr>
      <w:r>
        <w:t>اپنے اندر سمپلیسٹی لانا ہے، اپنے اندر ماڈیسٹی لانا ہے، اور "آئی واز رونگ" کا کلچر پیدا کرنا ہے، اپنے اندر اپنا انٹراسپیکشن کرنا ہے،</w:t>
      </w:r>
    </w:p>
    <w:p>
      <w:r>
        <w:rPr>
          <w:b/>
        </w:rPr>
        <w:t xml:space="preserve">[57:10] </w:t>
      </w:r>
      <w:r>
        <w:t>apne aap ko realist banana hai, jazbat se upar uth kar sochna hai, baais se upar uth kar sochna hai, complex free insan banna hai.</w:t>
      </w:r>
    </w:p>
    <w:p>
      <w:pPr>
        <w:jc w:val="right"/>
      </w:pPr>
      <w:r>
        <w:t>اپنے آپ کو ریلسٹ بنانا ہے، جذبات سے اوپر اٹھ کر سوچنا ہے، باعث سے اوپر اٹھ کر سوچنا ہے، کمپلیکس فری انسان بننا ہے۔</w:t>
      </w:r>
    </w:p>
    <w:p>
      <w:r>
        <w:rPr>
          <w:b/>
        </w:rPr>
        <w:t xml:space="preserve">[57:22] </w:t>
      </w:r>
      <w:r>
        <w:t>complex free insan</w:t>
      </w:r>
    </w:p>
    <w:p>
      <w:pPr>
        <w:jc w:val="right"/>
      </w:pPr>
      <w:r>
        <w:t>کمپلیکس فری انسان</w:t>
      </w:r>
    </w:p>
    <w:p>
      <w:r>
        <w:rPr>
          <w:b/>
        </w:rPr>
        <w:t xml:space="preserve">[57:25] </w:t>
      </w:r>
      <w:r>
        <w:t>, ye sab aap ko karna hai. agar aap paradise ke candidate hain to ye sab karna parega aap ko, ye is ki price hai.</w:t>
      </w:r>
    </w:p>
    <w:p>
      <w:pPr>
        <w:jc w:val="right"/>
      </w:pPr>
      <w:r>
        <w:t>، یہ سب آپ کو کرنا ہے۔ اگر آپ پیراڈائز کے کینڈیڈیٹ ہیں تو یہ سب کرنا پڑے گا آپ کو، یہ اس کی پرائس ہے۔</w:t>
      </w:r>
    </w:p>
    <w:p>
      <w:r>
        <w:rPr>
          <w:b/>
        </w:rPr>
        <w:t xml:space="preserve">[57:36] </w:t>
      </w:r>
      <w:r>
        <w:t>main dua karta hoon ke Allah taala hum ko aur aap ko tofeeq de ke hum</w:t>
      </w:r>
    </w:p>
    <w:p>
      <w:pPr>
        <w:jc w:val="right"/>
      </w:pPr>
      <w:r>
        <w:t>میں دعا کرتا ہوں کہ اللہ تعالی ہم کو اور آپ کو توفیق دے کہ ہم</w:t>
      </w:r>
    </w:p>
    <w:p>
      <w:r>
        <w:rPr>
          <w:b/>
        </w:rPr>
        <w:t xml:space="preserve">[57:46] </w:t>
      </w:r>
      <w:r>
        <w:t>apni poori poori islaah karen, apne aap ko dalen Khuda ki marzi mein,</w:t>
      </w:r>
    </w:p>
    <w:p>
      <w:pPr>
        <w:jc w:val="right"/>
      </w:pPr>
      <w:r>
        <w:t>اپنی پوری پوری اصلاح کریں، اپنے آپ کو ڈالیں خدا کی مرضی میں،</w:t>
      </w:r>
    </w:p>
    <w:p>
      <w:r>
        <w:rPr>
          <w:b/>
        </w:rPr>
        <w:t xml:space="preserve">[57:56] </w:t>
      </w:r>
      <w:r>
        <w:t>hum is raaste par chalen jo</w:t>
      </w:r>
    </w:p>
    <w:p>
      <w:pPr>
        <w:jc w:val="right"/>
      </w:pPr>
      <w:r>
        <w:t>ہم اس راستے پر چلیں جو</w:t>
      </w:r>
    </w:p>
    <w:p>
      <w:r>
        <w:rPr>
          <w:b/>
        </w:rPr>
        <w:t xml:space="preserve">[58:02] </w:t>
      </w:r>
      <w:r>
        <w:t>paradise ke gate tak pohanchata hai.</w:t>
      </w:r>
    </w:p>
    <w:p>
      <w:pPr>
        <w:jc w:val="right"/>
      </w:pPr>
      <w:r>
        <w:t>پیراڈائز کے گیٹ تک پہنچاتا ہے۔</w:t>
      </w:r>
    </w:p>
    <w:p>
      <w:r>
        <w:rPr>
          <w:b/>
        </w:rPr>
        <w:t xml:space="preserve">[58:07] </w:t>
      </w:r>
      <w:r>
        <w:t>hum is tareeqe ko apnayen jis mein Khuda ki blessing milti hai,</w:t>
      </w:r>
    </w:p>
    <w:p>
      <w:pPr>
        <w:jc w:val="right"/>
      </w:pPr>
      <w:r>
        <w:t>ہم اس طریقے کو اپنائیں جس میں خدا کی بلیسنگ ملتی ہے،</w:t>
      </w:r>
    </w:p>
    <w:p>
      <w:r>
        <w:rPr>
          <w:b/>
        </w:rPr>
        <w:t xml:space="preserve">[58:18] </w:t>
      </w:r>
      <w:r>
        <w:t>hamare andar wo rabbani character paida ho,</w:t>
      </w:r>
    </w:p>
    <w:p>
      <w:pPr>
        <w:jc w:val="right"/>
      </w:pPr>
      <w:r>
        <w:t>ہمارے اندر وہ ربانی کریکٹر پیدا ہو،</w:t>
      </w:r>
    </w:p>
    <w:p>
      <w:r>
        <w:rPr>
          <w:b/>
        </w:rPr>
        <w:t xml:space="preserve">[58:23] </w:t>
      </w:r>
      <w:r>
        <w:t>hum daawa mission ko ikhtiyar kar saken bharpoor tor par. hamari jo responsibility hai insan ke liye aur Khuda ke liye, us ko hum ada kar saken.</w:t>
      </w:r>
    </w:p>
    <w:p>
      <w:pPr>
        <w:jc w:val="right"/>
      </w:pPr>
      <w:r>
        <w:t>ہم دعویٰ مشن کو اختیار کر سکیں بھرپور طور پر۔ ہماری جو رسپانسبیلٹی ہے انسان کے لیے اور خدا کے لیے، اس کو ہم ادا کر سکیں۔</w:t>
      </w:r>
    </w:p>
    <w:p>
      <w:r>
        <w:rPr>
          <w:b/>
        </w:rPr>
        <w:t xml:space="preserve">[58:37] </w:t>
      </w:r>
      <w:r>
        <w:t>Allah taala hamein in sab cheezon ko karne ki tofeeq de,</w:t>
      </w:r>
    </w:p>
    <w:p>
      <w:pPr>
        <w:jc w:val="right"/>
      </w:pPr>
      <w:r>
        <w:t>اللہ تعالی ہمیں ان سب چیزوں کو کرنے کی توفیق دے،</w:t>
      </w:r>
    </w:p>
    <w:p>
      <w:r>
        <w:rPr>
          <w:b/>
        </w:rPr>
        <w:t xml:space="preserve">[58:46] </w:t>
      </w:r>
      <w:r>
        <w:t>kyun ke insan dunya mein har waqt shaitan ke asar mein hai, har waqt</w:t>
      </w:r>
    </w:p>
    <w:p>
      <w:pPr>
        <w:jc w:val="right"/>
      </w:pPr>
      <w:r>
        <w:t>کیونکہ انسان دنیا میں ہر وقت شیطان کے اثر میں ہے، ہر وقت</w:t>
      </w:r>
    </w:p>
    <w:p>
      <w:r>
        <w:rPr>
          <w:b/>
        </w:rPr>
        <w:t xml:space="preserve">[58:53] </w:t>
      </w:r>
      <w:r>
        <w:t>. agar Khuda ki madad nahi mile to hum kisi waqt shaitan hamein behka de ga.</w:t>
      </w:r>
    </w:p>
    <w:p>
      <w:pPr>
        <w:jc w:val="right"/>
      </w:pPr>
      <w:r>
        <w:t>۔ اگر خدا کی مدد نہیں ملے تو ہم کسی وقت شیطان ہمیں بہکا دے گا۔</w:t>
      </w:r>
    </w:p>
    <w:p>
      <w:r>
        <w:rPr>
          <w:b/>
        </w:rPr>
        <w:t xml:space="preserve">[59:01] </w:t>
      </w:r>
      <w:r>
        <w:t>to Allah taala hamein apne nafs se bach ke fareb se bachaye, shaitan se bachaye, aur hamein is raaste par chalaye jo aakhir mein hamein paradise tak pohanchane wala hai.</w:t>
      </w:r>
    </w:p>
    <w:p>
      <w:pPr>
        <w:jc w:val="right"/>
      </w:pPr>
      <w:r>
        <w:t>تو اللہ تعالی ہمیں اپنے نفس سے بچ کے فریب سے بچائے، شیطان سے بچائے، اور ہمیں اس راستے پر چلائے جو آخر میں ہمیں پیراڈائز تک پہنچانے والا ہے۔</w:t>
      </w:r>
    </w:p>
    <w:p>
      <w:r>
        <w:rPr>
          <w:b/>
        </w:rPr>
        <w:t xml:space="preserve">[59:15] </w:t>
      </w:r>
      <w:r>
        <w:t>aqool qawli haza wastaghfirullah li walakum ajmaeen.</w:t>
      </w:r>
    </w:p>
    <w:p>
      <w:pPr>
        <w:jc w:val="right"/>
      </w:pPr>
      <w:r>
        <w:t>اقول قولیھذا واستغفراللہ لی ولکم اجمعین۔</w:t>
      </w:r>
    </w:p>
    <w:p>
      <w:r>
        <w:rPr>
          <w:b/>
        </w:rPr>
        <w:t xml:space="preserve">[59:30] </w:t>
      </w:r>
      <w:r>
        <w:t>This question is from Stuti. Kindly elaborate on what did you mean by justified lifestyle?</w:t>
      </w:r>
    </w:p>
    <w:p>
      <w:pPr>
        <w:jc w:val="right"/>
      </w:pPr>
      <w:r>
        <w:t>This question is from Stuti۔ Kindly elaborate on what did you mean by justified lifestyle؟</w:t>
      </w:r>
    </w:p>
    <w:p>
      <w:r>
        <w:rPr>
          <w:b/>
        </w:rPr>
        <w:t xml:space="preserve">[59:44] </w:t>
      </w:r>
      <w:r>
        <w:t>dekhen, is ke detail mein to aap bohat si baaten kar sakte hain, lekin jo crux of the matter hai, wo wahi hai jis ko maine arz kiya.</w:t>
      </w:r>
    </w:p>
    <w:p>
      <w:pPr>
        <w:jc w:val="right"/>
      </w:pPr>
      <w:r>
        <w:t>دیکھیں، اس کے ڈیٹیل میں تو آپ بہت سی باتیں کر سکتے ہیں، لیکن جو crux of the matter ہے، وہ وہی ہے جس کو میں نے عرض کیا۔</w:t>
      </w:r>
    </w:p>
    <w:p>
      <w:r>
        <w:rPr>
          <w:b/>
        </w:rPr>
        <w:t xml:space="preserve">[1:00:01] </w:t>
      </w:r>
      <w:r>
        <w:t>You have to discover God Almighty as your super benefactor. aur jab discovery ho gaya aap ko to kya hoga?</w:t>
      </w:r>
    </w:p>
    <w:p>
      <w:pPr>
        <w:jc w:val="right"/>
      </w:pPr>
      <w:r>
        <w:t>You have to discover God Almighty as your super benefactor۔ اور جب discovery ہو گیا آپ کو تو کیا ہوگا؟</w:t>
      </w:r>
    </w:p>
    <w:p>
      <w:r>
        <w:rPr>
          <w:b/>
        </w:rPr>
        <w:t xml:space="preserve">[1:00:10] </w:t>
      </w:r>
      <w:r>
        <w:t>Acknowledgement aayega foran. to abhi to ye hai ke logon ne discovery nahi kiya.</w:t>
      </w:r>
    </w:p>
    <w:p>
      <w:pPr>
        <w:jc w:val="right"/>
      </w:pPr>
      <w:r>
        <w:t>Acknowledgement آئے گا فوراً۔ تو ابھی تو یہ ہے کہ لوگوں نے discovery نہیں کیا۔</w:t>
      </w:r>
    </w:p>
    <w:p>
      <w:r>
        <w:rPr>
          <w:b/>
        </w:rPr>
        <w:t xml:space="preserve">[1:00:17] </w:t>
      </w:r>
      <w:r>
        <w:t>ye yani main sochta hoon consciously aise log dunya bhar mein shayad do chaar hon jo consciously discover kiya hua hai unhon ne ke hum ek aisi dunya mein reh rahe hain jo sab kuch sab God given hai.</w:t>
      </w:r>
    </w:p>
    <w:p>
      <w:pPr>
        <w:jc w:val="right"/>
      </w:pPr>
      <w:r>
        <w:t>یہ یعنی میں سوچتا ہوں consciously ایسے لوگ دنیا بھر میں شاید دو چار ہوں جو consciously discover کیا ہوا ہے انہوں نے کہ ہم ایک ایسی دنیا میں رہ رہے ہیں جو سب کچھ سب God given ہے۔</w:t>
      </w:r>
    </w:p>
    <w:p>
      <w:r>
        <w:rPr>
          <w:b/>
        </w:rPr>
        <w:t xml:space="preserve">[1:00:32] </w:t>
      </w:r>
      <w:r>
        <w:t>hum ne na apnay ko paida kiya, na apnay bachon ko paida kiya, na pani ko, hawa ko paida kiya. mein to aisa insan nahi dekhta koi hai is dunya mein aisa.</w:t>
      </w:r>
    </w:p>
    <w:p>
      <w:pPr>
        <w:jc w:val="right"/>
      </w:pPr>
      <w:r>
        <w:t>ہم نے نہ اپنے کو پیدا کیا، نہ اپنے بچوں کو پیدا کیا، نہ پانی کو، ہوا کو پیدا کیا۔ میں تو ایسا انسان نہیں دیکھتا کوئی ہے اس دنیا میں ایسا۔</w:t>
      </w:r>
    </w:p>
    <w:p>
      <w:r>
        <w:rPr>
          <w:b/>
        </w:rPr>
        <w:t xml:space="preserve">[1:00:44] </w:t>
      </w:r>
      <w:r>
        <w:t>to basic baat yeh hai ke aap discovery ke darjay mein is baat ko jannay ke khuda ki blessing se aap is dunya mein hain.</w:t>
      </w:r>
    </w:p>
    <w:p>
      <w:pPr>
        <w:jc w:val="right"/>
      </w:pPr>
      <w:r>
        <w:t>تو بیسک بات یہ ہے کہ آپ discovery کے درجے میں اس بات کو جانیں کہ خدا کی بلیسنگ سے آپ اس دنیا میں ہیں۔</w:t>
      </w:r>
    </w:p>
    <w:p>
      <w:r>
        <w:rPr>
          <w:b/>
        </w:rPr>
        <w:t xml:space="preserve">[1:00:56] </w:t>
      </w:r>
      <w:r>
        <w:t>khuda aap ka sab se bara benefactor hai. to zahir hai ke is ke baad acknowledgement aata hai, shukr aata hai, itraaf aata hai.</w:t>
      </w:r>
    </w:p>
    <w:p>
      <w:pPr>
        <w:jc w:val="right"/>
      </w:pPr>
      <w:r>
        <w:t>خدا آپ کا سب سے بڑا بینیفیکٹر ہے۔ تو ظاہر ہے کہ اس کے بعد اکنالجمنٹ آتا ہے، شکر آتا ہے، اعتراف آتا ہے۔</w:t>
      </w:r>
    </w:p>
    <w:p>
      <w:r>
        <w:rPr>
          <w:b/>
        </w:rPr>
        <w:t xml:space="preserve">[1:01:07] </w:t>
      </w:r>
      <w:r>
        <w:t>wohi hai justified jis ko mein keh raha hoon ke justified style of life. aur jahan yeh na ho, jahan aap ne is sachai ko realize na kiya ho, aap ke andar acknowledgement ka yeh spirit na paida hui ho,</w:t>
      </w:r>
    </w:p>
    <w:p>
      <w:pPr>
        <w:jc w:val="right"/>
      </w:pPr>
      <w:r>
        <w:t>وہی ہے جسٹیفائیڈ جس کو میں کہہ رہا ہوں کہ جسٹیفائیڈ اسٹائل آف لائف۔ اور جہاں یہ نہ ہو، جہاں آپ نے اس سچائی کو ریلائز نہ کیا ہو، آپ کے اندر اکنالجمنٹ کا یہ سپرٹ نہ پیدا ہوئی ہو،</w:t>
      </w:r>
    </w:p>
    <w:p>
      <w:r>
        <w:rPr>
          <w:b/>
        </w:rPr>
        <w:t xml:space="preserve">[1:01:24] </w:t>
      </w:r>
      <w:r>
        <w:t>to wahi hai unjustified style of life.</w:t>
      </w:r>
    </w:p>
    <w:p>
      <w:pPr>
        <w:jc w:val="right"/>
      </w:pPr>
      <w:r>
        <w:t>تو وہی ہے ان جسٹیفائیڈ اسٹائل آف لائف۔</w:t>
      </w:r>
    </w:p>
    <w:p>
      <w:r>
        <w:rPr>
          <w:b/>
        </w:rPr>
        <w:t xml:space="preserve">[1:01:28] </w:t>
      </w:r>
      <w:r>
        <w:t>yani basic baat to yahi hai. baqi aur cheezain jo hain wo apnay aap aati hain, baqi cheezain apnay aap aati hain. to is ki detail mein mein nahi ja raha hoon, lekin jo jo basic baat hai us ko keh raha hoon ke God ko first of all you have to discover God as your super benefactor.</w:t>
      </w:r>
    </w:p>
    <w:p>
      <w:pPr>
        <w:jc w:val="right"/>
      </w:pPr>
      <w:r>
        <w:t>یعنی بیسک بات تو یہی ہے۔ باقی اور چیزیں جو ہیں وہ اپنے آپ آتی ہیں، باقی چیزیں اپنے آپ آتی ہیں۔ تو اس کی ڈیٹیل میں میں نہیں جا رہا ہوں، لیکن جو جو بیسک بات ہے اس کو کہہ رہا ہوں کہ گاڈ کو فرسٹ آف آل یو ہیو ٹو ڈسکور گاڈ ایز یور سپر بینیفیکٹر۔</w:t>
      </w:r>
    </w:p>
    <w:p>
      <w:r>
        <w:rPr>
          <w:b/>
        </w:rPr>
        <w:t xml:space="preserve">[1:01:52] </w:t>
      </w:r>
      <w:r>
        <w:t>yeh yeh yeh bohat hi gehrai ke sath yeh discovery. to phir is ke baad kya hoga?</w:t>
      </w:r>
    </w:p>
    <w:p>
      <w:pPr>
        <w:jc w:val="right"/>
      </w:pPr>
      <w:r>
        <w:t>یہ یہ یہ بہت ہی گہرائی کے ساتھ یہ ڈسکوری۔ تو پھر اس کے بعد کیا ہوگا؟</w:t>
      </w:r>
    </w:p>
    <w:p>
      <w:r>
        <w:rPr>
          <w:b/>
        </w:rPr>
        <w:t xml:space="preserve">[1:01:59] </w:t>
      </w:r>
      <w:r>
        <w:t>shukriya, shukr. jaisay mein ne aap ko qissa bataya tha is se pehle ke dilli mein sanjay gandhi ke zamanay mein aik sahib hamaray watan se aaye to un ke aik sathi wahan hua kartay thay.</w:t>
      </w:r>
    </w:p>
    <w:p>
      <w:pPr>
        <w:jc w:val="right"/>
      </w:pPr>
      <w:r>
        <w:t>شکریہ، شکر۔ جیسے میں نے آپ کو قصہ بتایا تھا اس سے پہلے کہ دلی میں سنجے گاندھی کے زمانے میں ایک صاحب ہمارے وطن سے آئے تو ان کے ایک ساتھی وہاں ہوا کرتے تھے۔</w:t>
      </w:r>
    </w:p>
    <w:p>
      <w:r>
        <w:rPr>
          <w:b/>
        </w:rPr>
        <w:t xml:space="preserve">[1:02:13] </w:t>
      </w:r>
      <w:r>
        <w:t>wo sanjay gandhi ki party mein mil gaye thay to sanjay gandhi ne un ko rai sahib ka member bana diya tha, gaon ke aadmi ko rai sahib ka member.</w:t>
      </w:r>
    </w:p>
    <w:p>
      <w:pPr>
        <w:jc w:val="right"/>
      </w:pPr>
      <w:r>
        <w:t>وہ سنجے گاندھی کی پارٹی میں مل گئے تھے تو سنجے گاندھی نے ان کو رائے صاحب کا ممبر بنا دیا تھا، گاؤں کے آدمی کو رائے صاحب کا ممبر۔</w:t>
      </w:r>
    </w:p>
    <w:p>
      <w:r>
        <w:rPr>
          <w:b/>
        </w:rPr>
        <w:t xml:space="preserve">[1:02:24] </w:t>
      </w:r>
      <w:r>
        <w:t>to jab yeh milnay gaye un se jo bohat pehle se jantay thay un ko, to jab gaye wo yani member parliament ka jo hota hai residence, wo un ko mila hua tha.</w:t>
      </w:r>
    </w:p>
    <w:p>
      <w:pPr>
        <w:jc w:val="right"/>
      </w:pPr>
      <w:r>
        <w:t>تو جب یہ ملنے گئے ان سے جو بہت پہلے سے جانتے تھے ان کو، تو جب گئے وہ یعنی ممبر پارلیمنٹ کا جو ہوتا ہے ریزیڈنس، وہ ان کو ملا ہوا تھا۔</w:t>
      </w:r>
    </w:p>
    <w:p>
      <w:r>
        <w:rPr>
          <w:b/>
        </w:rPr>
        <w:t xml:space="preserve">[1:02:37] </w:t>
      </w:r>
      <w:r>
        <w:t>car bhi thi un ke paas, telephone tha jo gaon mein koi socha bhi nahi tha unhon ne. to jab aa ke mujhe report di unhon ne to unhon ne kaha ke jab mein gaya wahan to bar bar wo kehtay thay yeh sab sanjay babu ki din hai,</w:t>
      </w:r>
    </w:p>
    <w:p>
      <w:pPr>
        <w:jc w:val="right"/>
      </w:pPr>
      <w:r>
        <w:t>کار بھی تھی ان کے پاس، ٹیلی فون تھا جو گاؤں میں کوئی سوچا بھی نہیں تھا انہوں نے۔ تو جب آ کے مجھے رپورٹ دی انہوں نے تو انہوں نے کہا کہ جب میں گیا وہاں تو بار بار وہ کہتے تھے یہ سب سنجے بابو کی دین ہے،</w:t>
      </w:r>
    </w:p>
    <w:p>
      <w:r>
        <w:rPr>
          <w:b/>
        </w:rPr>
        <w:t xml:space="preserve">[1:02:52] </w:t>
      </w:r>
      <w:r>
        <w:t>yeh sab sanjay babu ki din hai.</w:t>
      </w:r>
    </w:p>
    <w:p>
      <w:pPr>
        <w:jc w:val="right"/>
      </w:pPr>
      <w:r>
        <w:t>یہ سب سنجے بابو کی دین ہے۔</w:t>
      </w:r>
    </w:p>
    <w:p>
      <w:r>
        <w:rPr>
          <w:b/>
        </w:rPr>
        <w:t xml:space="preserve">[1:02:55] </w:t>
      </w:r>
      <w:r>
        <w:t>to mein boorha ho gaya, yaqeen ki jiye aik shakhs mujhe nahi mila abhi tak jo yeh kahay ke sab to khuda ki din hai, yeh sab to God Almighty ki din hai, yeh sab Allah Rabb ul Alameen ki din hai.</w:t>
      </w:r>
    </w:p>
    <w:p>
      <w:pPr>
        <w:jc w:val="right"/>
      </w:pPr>
      <w:r>
        <w:t>تو میں بوڑھا ہو گیا، یقین کیجئے ایک شخص مجھے نہیں ملا ابھی تک جو یہ کہے کہ سب تو خدا کی دین ہے، یہ سب تو گاڈ المائٹی کی دین ہے، یہ سب اللہ رب العالمین کی دین ہے۔</w:t>
      </w:r>
    </w:p>
    <w:p>
      <w:r>
        <w:rPr>
          <w:b/>
        </w:rPr>
        <w:t xml:space="preserve">[1:03:08] </w:t>
      </w:r>
      <w:r>
        <w:t>mujhe to aisa nahi mila. aisay hon gay to hon gay kahin mein aisay insanon ko janta nahi jo isi isi gehri spirit ke sath unhon ne discover kiya ho ke khuda hamara benefactor hai.</w:t>
      </w:r>
    </w:p>
    <w:p>
      <w:pPr>
        <w:jc w:val="right"/>
      </w:pPr>
      <w:r>
        <w:t>مجھے تو ایسا نہیں ملا۔ ایسے ہوں گے تو ہوں گے کہیں میں ایسے انسانوں کو جانتا نہیں جو اسی اسی گہری سپرٹ کے ساتھ انہوں نے ڈسکور کیا ہو کہ خدا ہمارا بینیفیکٹر ہے۔</w:t>
      </w:r>
    </w:p>
    <w:p>
      <w:r>
        <w:rPr>
          <w:b/>
        </w:rPr>
        <w:t xml:space="preserve">[1:03:22] </w:t>
      </w:r>
      <w:r>
        <w:t>bas biryani kha kar Alhamdulillah karnay walay to bohat hain, biryani kha kar Alhamdulillah karnay walay bohat hain, lekin yeh jhoota Alhamdulillah yaad rakhen, khuda ka aisa Alhamdulillah qabool nahi kiya janay wala hai.</w:t>
      </w:r>
    </w:p>
    <w:p>
      <w:pPr>
        <w:jc w:val="right"/>
      </w:pPr>
      <w:r>
        <w:t>بس بریانی کھا کر الحمدللہ کرنے والے تو بہت ہیں، بریانی کھا کر الحمدللہ کرنے والے بہت ہیں، لیکن یہ جھوٹا الحمدللہ یاد رکھیں، خدا کا ایسا الحمدللہ قبول نہیں کیا جانے والا ہے۔</w:t>
      </w:r>
    </w:p>
    <w:p>
      <w:r>
        <w:rPr>
          <w:b/>
        </w:rPr>
        <w:t xml:space="preserve">[1:03:36] </w:t>
      </w:r>
      <w:r>
        <w:t>to yeh hai is ke yani jis ko mein ne kaha ke justified way of life, aur jahan aisa na ho wo unjustified way of life hai.</w:t>
      </w:r>
    </w:p>
    <w:p>
      <w:pPr>
        <w:jc w:val="right"/>
      </w:pPr>
      <w:r>
        <w:t>تو یہ ہے اس کے یعنی جس کو میں نے کہا کہ جسٹیفائیڈ اہ وے آف لائف، اور جہاں ایسا نہ ہو وہ ان جسٹیفائیڈ وے آف لائف ہے۔</w:t>
      </w:r>
    </w:p>
    <w:p>
      <w:r>
        <w:rPr>
          <w:b/>
        </w:rPr>
        <w:t xml:space="preserve">[1:03:50] </w:t>
      </w:r>
      <w:r>
        <w:t>yeh jar ki baat yahi hai.</w:t>
      </w:r>
    </w:p>
    <w:p>
      <w:pPr>
        <w:jc w:val="right"/>
      </w:pPr>
      <w:r>
        <w:t>یہ جڑ کی بات یہی ہے۔</w:t>
      </w:r>
    </w:p>
    <w:p>
      <w:r>
        <w:rPr>
          <w:b/>
        </w:rPr>
        <w:t xml:space="preserve">[1:03:52] </w:t>
      </w:r>
      <w:r>
        <w:t>baqi jab yeh yeh cheez aati hai insan ke andar to phir sari baatein aa jati hain.</w:t>
      </w:r>
    </w:p>
    <w:p>
      <w:pPr>
        <w:jc w:val="right"/>
      </w:pPr>
      <w:r>
        <w:t>باقی جب یہ یہ چیز آتی ہے انسان کے اندر تو پھر ساری باتیں آ جاتی ہیں۔</w:t>
      </w:r>
    </w:p>
    <w:p>
      <w:r>
        <w:rPr>
          <w:b/>
        </w:rPr>
        <w:t xml:space="preserve">[1:04:01] </w:t>
      </w:r>
      <w:r>
        <w:t>This question is from Maulana Zikwan. What is your opinion about Nizam e Rububiyat?</w:t>
      </w:r>
    </w:p>
    <w:p>
      <w:pPr>
        <w:jc w:val="right"/>
      </w:pPr>
      <w:r>
        <w:t>This question is from مولانا زکوان۔ What is your opinion about نظام ربوبیت؟</w:t>
      </w:r>
    </w:p>
    <w:p>
      <w:r>
        <w:rPr>
          <w:b/>
        </w:rPr>
        <w:t xml:space="preserve">[1:04:11] </w:t>
      </w:r>
      <w:r>
        <w:t>dekhen, aik sahib thay lahore mein, un ka naam tha Ghulam Muhammad Parvez. bohat qabil aadmi thay,</w:t>
      </w:r>
    </w:p>
    <w:p>
      <w:pPr>
        <w:jc w:val="right"/>
      </w:pPr>
      <w:r>
        <w:t>دیکھیں، ایک صاحب تھے لاہور میں، ان کا نام تھا غلام محمد پرویز۔ بہت قابل آدمی تھے،</w:t>
      </w:r>
    </w:p>
    <w:p>
      <w:r>
        <w:rPr>
          <w:b/>
        </w:rPr>
        <w:t xml:space="preserve">[1:04:22] </w:t>
      </w:r>
      <w:r>
        <w:t>abhi bhi un ke bohat se sathi hain, wahan un ka center hai, shayad india mein bhi un ke mannay walay kuch log hain. to un ka aik aik tha yeh ideology jis ko kehtay thay Nizam e Rububiyat.</w:t>
      </w:r>
    </w:p>
    <w:p>
      <w:pPr>
        <w:jc w:val="right"/>
      </w:pPr>
      <w:r>
        <w:t>ابھی بھی ان کے بہت سے ساتھی ہیں، وہاں ان کا سینٹر ہے، شاید انڈیا میں بھی ان کے ماننے والے کچھ لوگ ہیں۔ تو ان کا ایک ایک تھا یہ آئیڈیالوجی جس کو کہتے تھے نظام ربوبیت۔</w:t>
      </w:r>
    </w:p>
    <w:p>
      <w:r>
        <w:rPr>
          <w:b/>
        </w:rPr>
        <w:t xml:space="preserve">[1:04:37] </w:t>
      </w:r>
      <w:r>
        <w:t>to</w:t>
      </w:r>
    </w:p>
    <w:p>
      <w:pPr>
        <w:jc w:val="right"/>
      </w:pPr>
      <w:r>
        <w:t>تو</w:t>
      </w:r>
    </w:p>
    <w:p>
      <w:r>
        <w:rPr>
          <w:b/>
        </w:rPr>
        <w:t xml:space="preserve">[1:04:41] </w:t>
      </w:r>
      <w:r>
        <w:t>un ka yeh manna tha ke jis tarah dunya mein hawa free hai, sun light free hai, pani free hai, har cheez free</w:t>
      </w:r>
    </w:p>
    <w:p>
      <w:pPr>
        <w:jc w:val="right"/>
      </w:pPr>
      <w:r>
        <w:t>ان کا یہ ماننا تھا کہ جس طرح دنیا میں ہوا فری ہے، سن لائٹ فری ہے، پانی فری ہے، ہر چیز فری</w:t>
      </w:r>
    </w:p>
    <w:p>
      <w:r>
        <w:rPr>
          <w:b/>
        </w:rPr>
        <w:t xml:space="preserve">[1:04:50] </w:t>
      </w:r>
      <w:r>
        <w:t>hai, aisay hi jo jo sources hain wo bhi free honay chahiyen.</w:t>
      </w:r>
    </w:p>
    <w:p>
      <w:pPr>
        <w:jc w:val="right"/>
      </w:pPr>
      <w:r>
        <w:t>ہے، ایسے ہی جو جو سورسز ہیں وہ بھی فری ہونے چاہیے۔</w:t>
      </w:r>
    </w:p>
    <w:p>
      <w:r>
        <w:rPr>
          <w:b/>
        </w:rPr>
        <w:t xml:space="preserve">[1:04:58] </w:t>
      </w:r>
      <w:r>
        <w:t>to matlab aadmi ko sab kuch khula hua ho, wo har aadmi jata chahe lay jata chahe, mein matlab khet hai, dukan hai, business hai, sab khula hua hai, saray ke jis tarah ke hawa aur pani khulay huay hotay hain.</w:t>
      </w:r>
    </w:p>
    <w:p>
      <w:pPr>
        <w:jc w:val="right"/>
      </w:pPr>
      <w:r>
        <w:t>تو مطلب آدمی کو سب کچھ کھلا ہوا ہو، وہ ہر آدمی جاتا چاہے لے جاتا چاہے، میں مطلب کھیت ہے، دکان ہے، بزنس ہے، سب کھلا ہوا ہے، سارے کے جس طرح کے ہوا اور پانی کھلے ہوئے ہوتے ہیں۔</w:t>
      </w:r>
    </w:p>
    <w:p>
      <w:r>
        <w:rPr>
          <w:b/>
        </w:rPr>
        <w:t xml:space="preserve">[1:05:13] </w:t>
      </w:r>
      <w:r>
        <w:t>main ne bilkul absurd thinking hai, yeh yeh romantic thinking hai.</w:t>
      </w:r>
    </w:p>
    <w:p>
      <w:pPr>
        <w:jc w:val="right"/>
      </w:pPr>
      <w:r>
        <w:t>میں نے بالکل ایبسرٹ تھنکنگ ہے، یہ یہ رومینٹک تھنکنگ ہے۔</w:t>
      </w:r>
    </w:p>
    <w:p>
      <w:r>
        <w:rPr>
          <w:b/>
        </w:rPr>
        <w:t xml:space="preserve">[1:05:18] </w:t>
      </w:r>
      <w:r>
        <w:t>yeh sach poochein to Marxism ka is Islamization hai. yeh Marx ne aap ko main arz karoon ke ek romantic thinker tha Marx,</w:t>
      </w:r>
    </w:p>
    <w:p>
      <w:pPr>
        <w:jc w:val="right"/>
      </w:pPr>
      <w:r>
        <w:t>یہ سچ پوچھیں تو مارکسزم کا اس اسلامائزیشن ہے۔ یہ مارکس نے آپ کو میں عرض کروں کہ ایک رومینٹک تھنکر تھا مارکس،</w:t>
      </w:r>
    </w:p>
    <w:p>
      <w:r>
        <w:rPr>
          <w:b/>
        </w:rPr>
        <w:t xml:space="preserve">[1:05:32] </w:t>
      </w:r>
      <w:r>
        <w:t>to us ne kaha tha ke jab hum woh society bana lenge, communist society, to wahan aisa hoga ke log yaani self bilkul log selfless ho jayenge.</w:t>
      </w:r>
    </w:p>
    <w:p>
      <w:pPr>
        <w:jc w:val="right"/>
      </w:pPr>
      <w:r>
        <w:t>تو اس نے کہا تھا کہ جب ہم وہ سوسائٹی بنا لیں گے، کمن سوسائٹی، تو وہاں ایسا ہوگا کہ لوگ یعنی سیلف بالکل لوگ سیلف لیس ہو جائیں گے۔</w:t>
      </w:r>
    </w:p>
    <w:p>
      <w:r>
        <w:rPr>
          <w:b/>
        </w:rPr>
        <w:t xml:space="preserve">[1:05:45] </w:t>
      </w:r>
      <w:r>
        <w:t>to us ne kaha, is mein misaal di thi us ne ke do bachche khel rahe hain, ab ek bachche ke paas do woh hai,</w:t>
      </w:r>
    </w:p>
    <w:p>
      <w:pPr>
        <w:jc w:val="right"/>
      </w:pPr>
      <w:r>
        <w:t>تو اس نے کہا، اس میں مثال دی تھی اس نے کہ دو بچے کھیل رہے ہیں، اب ایک بچے کے پاس دو وہ ہے،</w:t>
      </w:r>
    </w:p>
    <w:p>
      <w:r>
        <w:rPr>
          <w:b/>
        </w:rPr>
        <w:t xml:space="preserve">[1:06:00] </w:t>
      </w:r>
      <w:r>
        <w:t>woh kya kehte hain, do orange hain, aur doosre ke paas do carain hain. to us ke paas car nahi hai, us ke paas orange nahi hai.</w:t>
      </w:r>
    </w:p>
    <w:p>
      <w:pPr>
        <w:jc w:val="right"/>
      </w:pPr>
      <w:r>
        <w:t>وہ کیا کہتے ہیں، دو اورنج ہیں، اور دوسرے کے پاس دو کاریں ہیں۔ تو اس کے پاس کار نہیں ہے، اس کے پاس اورنج نہیں ہے۔</w:t>
      </w:r>
    </w:p>
    <w:p>
      <w:r>
        <w:rPr>
          <w:b/>
        </w:rPr>
        <w:t xml:space="preserve">[1:06:10] </w:t>
      </w:r>
      <w:r>
        <w:t>to kaha woh chalo bhai, ek ek orange mujhe de do, ek car tum mujh se le lo,</w:t>
      </w:r>
    </w:p>
    <w:p>
      <w:pPr>
        <w:jc w:val="right"/>
      </w:pPr>
      <w:r>
        <w:t>تو کہا وہ چلو بھئی، ایک ایک اورنج مجھے دے دو، ایک کار تم مجھ سے لے لو،</w:t>
      </w:r>
    </w:p>
    <w:p>
      <w:r>
        <w:rPr>
          <w:b/>
        </w:rPr>
        <w:t xml:space="preserve">[1:06:16] </w:t>
      </w:r>
      <w:r>
        <w:t>yaani 50 paise ka orange de kar ke 50 lakh ki gaadi woh le lega, exchange kar lega is tarah se aapas mein, kyunke woh sab ke sab selfless honge log. to yeh baat hai ke bilkul is yaani ek stamped baat hai romantic thinker se.</w:t>
      </w:r>
    </w:p>
    <w:p>
      <w:pPr>
        <w:jc w:val="right"/>
      </w:pPr>
      <w:r>
        <w:t>یعنی 50 پیسے کا اورنج دے کر کے 50 لاکھ کی گاڑی وہ لے لے گا، ایکسچینج کر لے گا اس طریقے سے آپس میں، کیونکہ وہ سب کے سب سیلف لیس ہوں گے لوگ۔ تو یہ بات ہے کہ بالکل اس یعنی ایک سٹمپڈ بات ہے رومینٹک تھنکر سے۔</w:t>
      </w:r>
    </w:p>
    <w:p>
      <w:r>
        <w:rPr>
          <w:b/>
        </w:rPr>
        <w:t xml:space="preserve">[1:06:29] </w:t>
      </w:r>
      <w:r>
        <w:t>yeh log isi ko Islamize kiya Ghulam Ahmed Pervez sahib ne, is ka naam rakh diya nizam-e-rububiyat. to main is ko bilkul hi yaani baseless samajhta hoon, aisa kabhi hone wala nahi hai.</w:t>
      </w:r>
    </w:p>
    <w:p>
      <w:pPr>
        <w:jc w:val="right"/>
      </w:pPr>
      <w:r>
        <w:t>یہ لوگ اسی کو اسلامائز کیا غلام احمد پرویز صاحب نے، اس کا نام رکھ دیا نظام ربوبیت۔ تو میں اس کو بالکل ہی یعنی بیس لیس سمجھتا ہوں، ایسا کبھی ہونے والا نہیں ہے۔</w:t>
      </w:r>
    </w:p>
    <w:p>
      <w:r>
        <w:rPr>
          <w:b/>
        </w:rPr>
        <w:t xml:space="preserve">[1:06:43] </w:t>
      </w:r>
      <w:r>
        <w:t>khud un ke ghar mein agar pata kijiye ke aisa nahi hua ke woh ghar khol diya unhone ke jo chahe aa kar kahan rahe, jo chahe soye, jo chahe khaye piye, aur fridge hamari taraf se koi pabandi nahi.</w:t>
      </w:r>
    </w:p>
    <w:p>
      <w:pPr>
        <w:jc w:val="right"/>
      </w:pPr>
      <w:r>
        <w:t>خود ان کے گھر میں اگر پتہ کیجئے کہ ایسا نہیں ہوا کہ وہ گھر کھول دیا انہوں نے کہ جو چاہے آ کر کہاں رہے، جو چاہے سوئے، جو چاہے کھائے پیئے، اور فریج ہماری طرف سے کوئی پابندی نہیں۔</w:t>
      </w:r>
    </w:p>
    <w:p>
      <w:r>
        <w:rPr>
          <w:b/>
        </w:rPr>
        <w:t xml:space="preserve">[1:06:54] </w:t>
      </w:r>
      <w:r>
        <w:t>apne ghar mein aisa nahi kiya hoga unhone, kyunke yeh unnatural baat hai yeh,</w:t>
      </w:r>
    </w:p>
    <w:p>
      <w:pPr>
        <w:jc w:val="right"/>
      </w:pPr>
      <w:r>
        <w:t>اپنے گھر میں ایسا نہیں کیا ہوگا انہوں نے، کیونکہ ان نیچرل بات ہے یہ،</w:t>
      </w:r>
    </w:p>
    <w:p>
      <w:r>
        <w:rPr>
          <w:b/>
        </w:rPr>
        <w:t xml:space="preserve">[1:06:58] </w:t>
      </w:r>
      <w:r>
        <w:t>yeh unnatural baat hai. Khuda ne jo banaya zindagi ka nizam, woh woh woh base karta hai competition par. competition mein samajhta hoon ke bilkul sahi jo formula hai, jo American formula hai ke woh computer perish,</w:t>
      </w:r>
    </w:p>
    <w:p>
      <w:pPr>
        <w:jc w:val="right"/>
      </w:pPr>
      <w:r>
        <w:t>یہ ان نیچرل بات ہے۔ خدا نے جو بنایا زندگی کا نظام، وہ وہ وہ بیس کرتا ہے کمپریشن پر۔ کمپریشن میں سمجھتا ہوں کہ بالکل صحیح جو فارمولا ہے، جو امریکن فارمولا ہے کہ وہ کمپیوٹر پیرش،</w:t>
      </w:r>
    </w:p>
    <w:p>
      <w:r>
        <w:rPr>
          <w:b/>
        </w:rPr>
        <w:t xml:space="preserve">[1:07:16] </w:t>
      </w:r>
      <w:r>
        <w:t>bilkul sahi samajhta hoon, main Islamic formula samajhta hoon. computer perish matlab muqabla kar ke jiyo nahi to mar jao, yeh Islamic formula hai.</w:t>
      </w:r>
    </w:p>
    <w:p>
      <w:pPr>
        <w:jc w:val="right"/>
      </w:pPr>
      <w:r>
        <w:t>بالکل صحیح سمجھتا ہوں، میں اسلامک فارمولا سمجھتا ہوں۔ کمپیوٹر پیرش مطلب مقابلہ کر کے جیو نہیں تو مر جاؤ، یہ اسلامک فارمولا ہے۔</w:t>
      </w:r>
    </w:p>
    <w:p>
      <w:r>
        <w:rPr>
          <w:b/>
        </w:rPr>
        <w:t xml:space="preserve">[1:07:26] </w:t>
      </w:r>
      <w:r>
        <w:t>baqi Marxists formula jo hai ya nizam-e-rububiyat jo hai, woh to ek ek romantic yaani hawa mein udna hai, na kabhi hua hai, na kabhi aisa hua.</w:t>
      </w:r>
    </w:p>
    <w:p>
      <w:pPr>
        <w:jc w:val="right"/>
      </w:pPr>
      <w:r>
        <w:t>باقی مارکسز فارمولا جو ہے یا نظام ربوت جو ہے، وہ تو ایک ایک رومینٹک یعنی ہوا میں اڑنا ہے، نہ کبھی ہوا ہے، نہ کبھی ایسا ہوا۔</w:t>
      </w:r>
    </w:p>
    <w:p>
      <w:r>
        <w:rPr>
          <w:b/>
        </w:rPr>
        <w:t xml:space="preserve">[1:07:37] </w:t>
      </w:r>
      <w:r>
        <w:t>Russia mein 75 saal tak communist society bani thi, 75 saal tak, 75 years tak, yeh kuch bhi nahi aisa hua, kuch bhi nahi hai.</w:t>
      </w:r>
    </w:p>
    <w:p>
      <w:pPr>
        <w:jc w:val="right"/>
      </w:pPr>
      <w:r>
        <w:t>رشیا میں 75 سال تک کمن سوسائٹی بنی تھی، 75 سال تک، 75 ایئرز تک، یہ کچھ بھی نہیں ایسا ہوا، کچھ بھی نہیں ہے۔</w:t>
      </w:r>
    </w:p>
    <w:p>
      <w:r>
        <w:rPr>
          <w:b/>
        </w:rPr>
        <w:t xml:space="preserve">[1:07:48] </w:t>
      </w:r>
      <w:r>
        <w:t>ba-har-haal main is ko ek yaani ek ek romance samajhta hoon, romance, is se zyada aur kuch nahi hai.</w:t>
      </w:r>
    </w:p>
    <w:p>
      <w:pPr>
        <w:jc w:val="right"/>
      </w:pPr>
      <w:r>
        <w:t>بہرحال میں اس کو ایک یعنی ایک ایک رومانس سمجھتا ہوں، رومانس، اس سے زیادہ اور کچھ نہیں ہے۔</w:t>
      </w:r>
    </w:p>
    <w:p>
      <w:r>
        <w:rPr>
          <w:b/>
        </w:rPr>
        <w:t xml:space="preserve">[1:07:57] </w:t>
      </w:r>
      <w:r>
        <w:t>His other question is: What is the way of profit in terms of talking and laughing?</w:t>
      </w:r>
    </w:p>
    <w:p>
      <w:pPr>
        <w:jc w:val="right"/>
      </w:pPr>
      <w:r>
        <w:t>His other question is: What is the way of profit in terms of talking and laughing?</w:t>
      </w:r>
    </w:p>
    <w:p>
      <w:r>
        <w:rPr>
          <w:b/>
        </w:rPr>
        <w:t xml:space="preserve">[1:08:14] </w:t>
      </w:r>
      <w:r>
        <w:t>sahib, Islam jo hai, jo hum ko milta hai Rasool Allah ke haan, jo Sahaba ke haan, is mein super sincerity hoti thi,</w:t>
      </w:r>
    </w:p>
    <w:p>
      <w:pPr>
        <w:jc w:val="right"/>
      </w:pPr>
      <w:r>
        <w:t>صاحب، اسلام جو ہے، جو ہم کو ملتا ہے رسول اللہ کے ہاں، جو صحابہ کے ہاں، اس میں سپر سنسیرٹی ہوتی تھی،</w:t>
      </w:r>
    </w:p>
    <w:p>
      <w:r>
        <w:rPr>
          <w:b/>
        </w:rPr>
        <w:t xml:space="preserve">[1:08:27] </w:t>
      </w:r>
      <w:r>
        <w:t>aur aaj kal jo to hanste hain log, haha haha, woh wahan tha hi nahi. is ka koi wahan par exist nahi karta tha, aisa haha kar rahe hain aur hans rahe hain, kisi ko ridicule kar rahe hain.</w:t>
      </w:r>
    </w:p>
    <w:p>
      <w:pPr>
        <w:jc w:val="right"/>
      </w:pPr>
      <w:r>
        <w:t>اور آج کل جو تو ہنستے ہیں لوگ، ہا ہا ہا، وہ وہاں تھا ہی نہیں۔ اس کا کوئی وہاں پر ایگزسٹ نہیں کرتا تھا، ایسا ہا ہا کر رہے ہیں اور ہنس رہے ہیں، کسی کو ریڈیکول کر رہے ہیں۔</w:t>
      </w:r>
    </w:p>
    <w:p>
      <w:r>
        <w:rPr>
          <w:b/>
        </w:rPr>
        <w:t xml:space="preserve">[1:08:41] </w:t>
      </w:r>
      <w:r>
        <w:t>aaj kal mein dekhta hoon ke naujawan log jab ekhatta hote hain, yeh jo school college ke log jo hain, to kisi ko mazaaq banayenge, haa karenge, mazaaq bana kar, yeh to haram hai, haram.</w:t>
      </w:r>
    </w:p>
    <w:p>
      <w:pPr>
        <w:jc w:val="right"/>
      </w:pPr>
      <w:r>
        <w:t>آج کل میں دیکھتا ہوں کہ نوجوان لوگ جب اکٹھا ہوتے ہیں، یہ جو اسکول کالج کے لوگ جو ہیں، تو کسی کو مذاق بنائیں گے، ہا کریں گے، مذاق بنا کر، یہ تو حرام ہے، حرام۔</w:t>
      </w:r>
    </w:p>
    <w:p>
      <w:r>
        <w:rPr>
          <w:b/>
        </w:rPr>
        <w:t xml:space="preserve">[1:08:53] </w:t>
      </w:r>
      <w:r>
        <w:t>saare ladke ladke aaj jab padhte hain school college mein na, un ka yeh daily culture un ka hai ke doosron ka yaani woh karna, ek ek tamasha nikaal kar ke haa karna, dekho is ki aankh chori hai, dekho is ka baal kaisa chora hai, is ka yeh, is ko kaise chal chal chal chalta hai, kaise woh aisa waisa.</w:t>
      </w:r>
    </w:p>
    <w:p>
      <w:pPr>
        <w:jc w:val="right"/>
      </w:pPr>
      <w:r>
        <w:t>سارے لڑکے لڑکے آج جب پڑھتے ہیں اسکول کالج میں نا، ان کا یہ ڈیلی کلچر ان کا ہے کہ دوسروں کا یعنی وہ کرنا، ایک ایک تماشہ نکال کر کے ہا کرنا، دیکھو اس کی آنکھ چوڑی ہے، دیکھو اس کا بال کیسا چوڑا ہے، اس کا یہ، اس کو کیسے چل چل چل چلتا ہے، کیسے وہ ایسا ویسا۔</w:t>
      </w:r>
    </w:p>
    <w:p>
      <w:r>
        <w:rPr>
          <w:b/>
        </w:rPr>
        <w:t xml:space="preserve">[1:09:14] </w:t>
      </w:r>
      <w:r>
        <w:t>yeh jis ko kehte hain, woh kya kehte hain, is ko b</w:t>
      </w:r>
    </w:p>
    <w:p>
      <w:pPr>
        <w:jc w:val="right"/>
      </w:pPr>
      <w:r>
        <w:t>یہ جس کو کہتے ہیں، وہ کیا کہتے ہیں، اس کو ب</w:t>
      </w:r>
    </w:p>
    <w:p>
      <w:r>
        <w:rPr>
          <w:b/>
        </w:rPr>
        <w:t xml:space="preserve">[1:09:22] </w:t>
      </w:r>
      <w:r>
        <w:t>ba-har-haal mein samajhta hoon ke Islam means sincerity, aur yaad rakhein, paradise mein wahi log jayenge jo sincere hon, jo sincere nahi hain, un ke un ka jo thikana hell hai.</w:t>
      </w:r>
    </w:p>
    <w:p>
      <w:pPr>
        <w:jc w:val="right"/>
      </w:pPr>
      <w:r>
        <w:t>ہرحال میں سمجھتا ہوں کہ اسلام مینز سنسیرٹی، اور یاد رکھیں، پیراڈائز میں وہی لوگ جائیں گے جو سنسیئر ہوں، جو سنسیئر نہیں ہیں، ان کے ان کا جو ٹھکانہ ہیل ہے۔</w:t>
      </w:r>
    </w:p>
    <w:p>
      <w:r>
        <w:rPr>
          <w:b/>
        </w:rPr>
        <w:t xml:space="preserve">[1:09:34] </w:t>
      </w:r>
      <w:r>
        <w:t>hell mein jo is ki kitaab hai Milton ki, is mein ek hai Pandemonium. hell ka ek woh hai ke Pandemonium, ise shor, ek dum shor, yeh saare log ise ise bhejte hain ke jao, shor karo,</w:t>
      </w:r>
    </w:p>
    <w:p>
      <w:pPr>
        <w:jc w:val="right"/>
      </w:pPr>
      <w:r>
        <w:t>ہیل میں جو اس کی کتاب ہے ملٹن کی، اس میں ایک ہے پینڈیمونیم۔ ہیل کا ایک وہ ہے کہ پینڈیمونیم، اسے شور، ایک دم شور، یہ سارے لوگ اسے اسے بھیجتے ہیں کہ جاؤ، شور کرو،</w:t>
      </w:r>
    </w:p>
    <w:p>
      <w:r>
        <w:rPr>
          <w:b/>
        </w:rPr>
        <w:t xml:space="preserve">[1:09:49] </w:t>
      </w:r>
      <w:r>
        <w:t>hell pe jaa kar shor karo.</w:t>
      </w:r>
    </w:p>
    <w:p>
      <w:pPr>
        <w:jc w:val="right"/>
      </w:pPr>
      <w:r>
        <w:t>ہیل پہ جا کے شور کرو۔</w:t>
      </w:r>
    </w:p>
    <w:p>
      <w:r>
        <w:rPr>
          <w:b/>
        </w:rPr>
        <w:t xml:space="preserve">[1:09:53] </w:t>
      </w:r>
      <w:r>
        <w:t>paradise mein woh log jayenge jo sincere hon, aur yeh sab ke mazaaq udaana, hansna, kaka lagaana, yeh to bilkul yaani haram nahi hai, magar haram se haram se zyada bura hai.</w:t>
      </w:r>
    </w:p>
    <w:p>
      <w:pPr>
        <w:jc w:val="right"/>
      </w:pPr>
      <w:r>
        <w:t>پیراڈائز میں وہ لوگ جائیں گے جو سنسیئر ہوں، اور یہ سب کہ مذاق اڑانا، ہنسنا، کاکا لگانا، یہ تو بالکل یعنی حرام نہیں ہے، مگر حرام سے حرام سے زیادہ برا ہے۔</w:t>
      </w:r>
    </w:p>
    <w:p>
      <w:r>
        <w:rPr>
          <w:b/>
        </w:rPr>
        <w:t xml:space="preserve">[1:10:07] </w:t>
      </w:r>
      <w:r>
        <w:t>yeh haram nahi hai, magar haram se zyada bura hai.</w:t>
      </w:r>
    </w:p>
    <w:p>
      <w:pPr>
        <w:jc w:val="right"/>
      </w:pPr>
      <w:r>
        <w:t>یہ حرام نہیں ہے، مگر حرام سے زیادہ برا ہے۔</w:t>
      </w:r>
    </w:p>
    <w:p>
      <w:r>
        <w:rPr>
          <w:b/>
        </w:rPr>
        <w:t xml:space="preserve">[1:10:13] </w:t>
      </w:r>
      <w:r>
        <w:t>Baad ke zamane mein, yaani baad ke zamane mein, is jab jab rasool Allah nahi the duniya mein, kuch sahaba reh gaye the, aur tabeen yaani baad ka zamana jo aa gaya tha, to log hanste the, kaka lagate the,</w:t>
      </w:r>
    </w:p>
    <w:p>
      <w:pPr>
        <w:jc w:val="right"/>
      </w:pPr>
      <w:r>
        <w:t>بعد کے زمانے میں، یعنی بعد کے زمانے میں، اس جب جب رسول اللہ نہیں تھے دنیا میں، کچھ صحابہ رہ گئے تھے، اور تابعین یعنی بعد کا زمانہ جو آ گیا تھا، تو لوگ ہنستے تھے، کاکا لگاتے تھے،</w:t>
      </w:r>
    </w:p>
    <w:p>
      <w:r>
        <w:rPr>
          <w:b/>
        </w:rPr>
        <w:t xml:space="preserve">[1:10:28] </w:t>
      </w:r>
      <w:r>
        <w:t>is ko kuch samajhte nahi the ke is mein koi burai hai, wahi joke chhodna ho logon ko</w:t>
      </w:r>
    </w:p>
    <w:p>
      <w:pPr>
        <w:jc w:val="right"/>
      </w:pPr>
      <w:r>
        <w:t>اس کو کچھ سمجھتے نہیں تھے کہ اس میں کوئی برائی ہے، وہی جوک چھوڑنا ہو لوگوں کو</w:t>
      </w:r>
    </w:p>
    <w:p>
      <w:r>
        <w:rPr>
          <w:b/>
        </w:rPr>
        <w:t xml:space="preserve">[1:10:37] </w:t>
      </w:r>
      <w:r>
        <w:t>. To ek sahabi ne kaha ke ke tum log jin cheezon ko bohat mamooli samajhte ho, kinaanudhum al-mubiqat fi yaad rasool Allah salallahu alaihi wasallam, ke jin cheezon ko tum mamooli samajhte ho, rasool Allah ke zamane mein hum is ko samajhte hain ke hum aisa karenge to hum to halak ho jayenge,</w:t>
      </w:r>
    </w:p>
    <w:p>
      <w:pPr>
        <w:jc w:val="right"/>
      </w:pPr>
      <w:r>
        <w:t>۔ تو ایک صحابی نے کہا کہ کہ تم لوگ جن چیزوں کو بہت معمولی سمجھتے ہو، کنا نودھم الموبقات فی یاد رسول اللہ صلی اللہ علیہ وسلم، کہ جن چیزوں کو تم معمولی سمجھتے ہو، رسول اللہ کے زمانے میں ہم اس کو سمجھتے ہیں کہ ہم ایسا کریں گے تو ہم تو ہلاک ہو جائیں گے،</w:t>
      </w:r>
    </w:p>
    <w:p>
      <w:r>
        <w:rPr>
          <w:b/>
        </w:rPr>
        <w:t xml:space="preserve">[1:10:57] </w:t>
      </w:r>
      <w:r>
        <w:t>hum khatam ho jayenge, hum mit jayenge, barbaad ho jayenge.</w:t>
      </w:r>
    </w:p>
    <w:p>
      <w:pPr>
        <w:jc w:val="right"/>
      </w:pPr>
      <w:r>
        <w:t>ہم ختم ہو جائیں گے، ہم مٹ جائیں گے، برباد ہو جائیں گے۔</w:t>
      </w:r>
    </w:p>
    <w:p>
      <w:r>
        <w:rPr>
          <w:b/>
        </w:rPr>
        <w:t xml:space="preserve">[1:11:04] </w:t>
      </w:r>
      <w:r>
        <w:t>To yaad rakhein, everything that is against the sincerity, that is against the Islam. Ek formula mein batata hoon aap ko ke har woh cheez jo sincerity ke khilaf hai, woh Islam ke khilaf hai.</w:t>
      </w:r>
    </w:p>
    <w:p>
      <w:pPr>
        <w:jc w:val="right"/>
      </w:pPr>
      <w:r>
        <w:t>تو یاد رکھیں، ایوری تھنگ دیٹ از اگینسٹ دی سنسیرٹی، دیٹ از اگینسٹ دی اسلام۔ ایک فارمولا میں بتاتا ہوں آپ کو کہ ہر وہ چیز جو سنسیرٹی کے خلاف ہے، وہ اسلام کے خلاف ہے۔</w:t>
      </w:r>
    </w:p>
    <w:p>
      <w:r>
        <w:rPr>
          <w:b/>
        </w:rPr>
        <w:t xml:space="preserve">[1:11:22] </w:t>
      </w:r>
      <w:r>
        <w:t>Har woh cheez jo sincerity ke khilaf hai, woh Islam ke khilaf hai.</w:t>
      </w:r>
    </w:p>
    <w:p>
      <w:pPr>
        <w:jc w:val="right"/>
      </w:pPr>
      <w:r>
        <w:t>ہر وہ چیز جو سنسیرٹی کے خلاف ہے، وہ اسلام کے خلاف ہے۔</w:t>
      </w:r>
    </w:p>
    <w:p>
      <w:r>
        <w:rPr>
          <w:b/>
        </w:rPr>
        <w:t xml:space="preserve">[1:11:28] </w:t>
      </w:r>
      <w:r>
        <w:t>Main yeh kahunga ke aap ko paradise culture, kam az kam aap logon ko, yaani hamari hamari jo team hai, is ko to farz hai ke woh paradise culture ikhtiyar kare.</w:t>
      </w:r>
    </w:p>
    <w:p>
      <w:pPr>
        <w:jc w:val="right"/>
      </w:pPr>
      <w:r>
        <w:t>میں یہ کہوں گا کہ آپ کو پیراڈائز کلچر، کم از کم آپ لوگوں کو، یعنی ہماری ہماری جو ٹیم ہے، اس کو تو فرض ہے کہ وہ پیراڈائز کلچر اختیار کرے۔</w:t>
      </w:r>
    </w:p>
    <w:p>
      <w:r>
        <w:rPr>
          <w:b/>
        </w:rPr>
        <w:t xml:space="preserve">[1:11:39] </w:t>
      </w:r>
      <w:r>
        <w:t>Yeh hell culture nahi chalne wala hai. Paradise culture kya hai? Yahi hai, yaani yeh kaha kaha hansna, yeh paradise culture mein nahi aata, bilkul</w:t>
      </w:r>
    </w:p>
    <w:p>
      <w:pPr>
        <w:jc w:val="right"/>
      </w:pPr>
      <w:r>
        <w:t>یہ ہیل کلچر نہیں چلنے والا ہے۔ پیراڈائز کلچر کیا ہے؟ یہی ہے، یعنی یہ کہا کہا ہنسنا، یہ پیراڈائز کلچر میں نہیں آتا، بالکل</w:t>
      </w:r>
    </w:p>
    <w:p>
      <w:r>
        <w:rPr>
          <w:b/>
        </w:rPr>
        <w:t xml:space="preserve">[1:11:52] </w:t>
      </w:r>
      <w:r>
        <w:t>nahi. Narmi se boliye, sincerity ke sath sochiye, aur modesty ke sath rahiye, aur aur baat cheet kijiye to sirf kisi kisi kisi achhe subject par baat kijiye.</w:t>
      </w:r>
    </w:p>
    <w:p>
      <w:pPr>
        <w:jc w:val="right"/>
      </w:pPr>
      <w:r>
        <w:t>نہیں۔ نرمی سے بولیے، سنسیرٹی کے ساتھ سوچیے، اور مودرسٹی کے ساتھ رہیے، اور اور بات چیت کیجئے تو صرف کسی کسی کسی اچھے سبجیکٹ پر بات کیجئے۔</w:t>
      </w:r>
    </w:p>
    <w:p>
      <w:r>
        <w:rPr>
          <w:b/>
        </w:rPr>
        <w:t xml:space="preserve">[1:12:10] </w:t>
      </w:r>
      <w:r>
        <w:t>Yeh sab nahi ke idhar udhar ki baaton par baat karna, aur phir hansna, kaka lagana.</w:t>
      </w:r>
    </w:p>
    <w:p>
      <w:pPr>
        <w:jc w:val="right"/>
      </w:pPr>
      <w:r>
        <w:t>یہ سب نہیں کہ ادھر ادھر کی باتوں پر بات کرنا، اور پھر ہنسنا، کاکا لگانا۔</w:t>
      </w:r>
    </w:p>
    <w:p>
      <w:r>
        <w:rPr>
          <w:b/>
        </w:rPr>
        <w:t xml:space="preserve">[1:12:17] </w:t>
      </w:r>
      <w:r>
        <w:t>Main ek martaba hum log gaye the bahar, Switzerland gaye the, to cruiser par ek dinner unhone set kiya tha, to aap bhi the is mein.</w:t>
      </w:r>
    </w:p>
    <w:p>
      <w:pPr>
        <w:jc w:val="right"/>
      </w:pPr>
      <w:r>
        <w:t>میں ایک مرتبہ ہم لوگ گئے تھے باہر، سویٹزرلینڈ گئے تھے، تو کروزر پر ایک ڈنر انہوں نے سیٹ کیا تھا، تو آپ بھی تھے اس میں۔</w:t>
      </w:r>
    </w:p>
    <w:p>
      <w:r>
        <w:rPr>
          <w:b/>
        </w:rPr>
        <w:t xml:space="preserve">[1:12:28] </w:t>
      </w:r>
      <w:r>
        <w:t>To main ne dekha ke wahan jo log hain, hum to kinare baith gaye, corner pe haha haha kar rahe the woh. To main ne un ko bheja ke ja ke dekhein kis baat pe haha kar rahe hain yeh log.</w:t>
      </w:r>
    </w:p>
    <w:p>
      <w:pPr>
        <w:jc w:val="right"/>
      </w:pPr>
      <w:r>
        <w:t>تو میں نے دیکھا کہ وہاں جو لوگ ہیں، ہم تو کنارے بیٹھ گئے، کارنر پہ ہا ہا ہا کر رہے تھے وہ۔ تو میں نے ان کو بھیجا کہ جا کے دیکھیں کس بات پہ ہا ہا کر رہے ہیں یہ لوگ۔</w:t>
      </w:r>
    </w:p>
    <w:p>
      <w:r>
        <w:rPr>
          <w:b/>
        </w:rPr>
        <w:t xml:space="preserve">[1:12:37] </w:t>
      </w:r>
      <w:r>
        <w:t>Woh sab woh log the jo conference pe aaye the, to raazat gaye wahan. To unhone bataya ke baat kuch nahi hoti.</w:t>
      </w:r>
    </w:p>
    <w:p>
      <w:pPr>
        <w:jc w:val="right"/>
      </w:pPr>
      <w:r>
        <w:t>وہ سب وہ لوگ تھے جو کانفرنس پہ آئے تھے، تو رضت گئے وہاں۔ تو انہوں نے بتایا کہ بات کچھ نہیں ہوتی۔</w:t>
      </w:r>
    </w:p>
    <w:p>
      <w:r>
        <w:rPr>
          <w:b/>
        </w:rPr>
        <w:t xml:space="preserve">[1:12:47] </w:t>
      </w:r>
      <w:r>
        <w:t>Chai liya, us ne shakar dali, kam ho gayi. Are bhai, is mein shakar kam hai. Haan haan haan, kisi ne kaha ke chamcha nahi. Are chamcha to in hai hi.</w:t>
      </w:r>
    </w:p>
    <w:p>
      <w:pPr>
        <w:jc w:val="right"/>
      </w:pPr>
      <w:r>
        <w:t>چائے لیا، اس نے شکر ڈالی، کم ہو گئی۔ ارے بھئی، اس میں شکر کم ہے۔ ہاں ہاں ہاں، کسی نے کہا کہ چمچہ نہیں۔ ارے چمچہ تو ان ہے ہی۔</w:t>
      </w:r>
    </w:p>
    <w:p>
      <w:r>
        <w:rPr>
          <w:b/>
        </w:rPr>
        <w:t xml:space="preserve">[1:12:55] </w:t>
      </w:r>
      <w:r>
        <w:t>Haan haan haan, yeh dekhein to animal se badtar hai yeh zindagi. Unhone ja ke yeh report di thi mujhe, ab yaad hoga un ko ke koi baat nahi hoti, khwamkhwah hi haha karte hain.</w:t>
      </w:r>
    </w:p>
    <w:p>
      <w:pPr>
        <w:jc w:val="right"/>
      </w:pPr>
      <w:r>
        <w:t>ہاں ہاں ہاں، یہ دیکھیں تو اینیمل سے بدتر ہے یہ زندگی۔ انہوں نے جا کے یہ رپورٹ دی تھی مجھے، اب یاد ہوگا ان کو کہ کوئی بات نہیں ہوتی، خوامخواہ ہی ہا ہا کرتے ہیں۔</w:t>
      </w:r>
    </w:p>
    <w:p>
      <w:r>
        <w:rPr>
          <w:b/>
        </w:rPr>
        <w:t xml:space="preserve">[1:13:07] </w:t>
      </w:r>
      <w:r>
        <w:t>Haha haha, fadse ka faha, ha fadse ka faha.</w:t>
      </w:r>
    </w:p>
    <w:p>
      <w:pPr>
        <w:jc w:val="right"/>
      </w:pPr>
      <w:r>
        <w:t>ہا ہا ہا، فدسے کا فاها، ہا فدسے کا فاها۔</w:t>
      </w:r>
    </w:p>
    <w:p>
      <w:r>
        <w:rPr>
          <w:b/>
        </w:rPr>
        <w:t xml:space="preserve">[1:13:14] </w:t>
      </w:r>
      <w:r>
        <w:t>Aap yaqeen kijiye ke yeh jab yeh sab jo hai, yeh bilkul yaani hell culture hai. Hell culture jis ko paradise mein jana hai, is ko yeh sab chhodna padega.</w:t>
      </w:r>
    </w:p>
    <w:p>
      <w:pPr>
        <w:jc w:val="right"/>
      </w:pPr>
      <w:r>
        <w:t>آپ یقین کیجئے کہ یہ جب یہ سب جو ہے، یہ بالکل یعنی ہیل کلچر ہے۔ ہیل کلچر جس کو پیراڈائز میں جانا ہے، اس کو یہ سب چھوڑنا پڑے گا۔</w:t>
      </w:r>
    </w:p>
    <w:p>
      <w:r>
        <w:rPr>
          <w:b/>
        </w:rPr>
        <w:t xml:space="preserve">[1:13:24] </w:t>
      </w:r>
      <w:r>
        <w:t>Jis ko yaad rakhein, paradise mein jana hai, is ko sincere banna padega, hawa culture chhodna padega, is ko modest banna padega, is ko simplicity lani padegi, is ko apni zindagi mein honesty lani padegi.</w:t>
      </w:r>
    </w:p>
    <w:p>
      <w:pPr>
        <w:jc w:val="right"/>
      </w:pPr>
      <w:r>
        <w:t>جس کو یاد رکھیں، پیراڈائز میں جانا ہے، اس کو سنسیئر بننا پڑے گا، ہوا کلچر چھوڑنا پڑے گا، اس کو مودرس بننا پڑے گا، اس کو سمپلیسٹی لانی پڑے گی، اس کو اپنی زندگی میں ہونسٹلی لانی پڑے گی۔</w:t>
      </w:r>
    </w:p>
    <w:p>
      <w:r>
        <w:rPr>
          <w:b/>
        </w:rPr>
        <w:t xml:space="preserve">[1:13:37] </w:t>
      </w:r>
      <w:r>
        <w:t>Apni zindagi mein nahi to phir hell ka darwaza bohat chauda hai, bohat hi kushadah hai.</w:t>
      </w:r>
    </w:p>
    <w:p>
      <w:pPr>
        <w:jc w:val="right"/>
      </w:pPr>
      <w:r>
        <w:t>اپنی زندگی میں نہیں تو پھر ہیل کا دروازہ بہت چوڑا ہے، بہت ہی کشادہ ہے۔</w:t>
      </w:r>
    </w:p>
    <w:p>
      <w:r>
        <w:rPr>
          <w:b/>
        </w:rPr>
        <w:t xml:space="preserve">[1:13:42] </w:t>
      </w:r>
      <w:r>
        <w:t>Jayiye isi mein, aap jis ko janna hai, jis ko paradise mein jana hai, to is ko apni lifestyle ko badalna hai. Yaad rakhiye, jis ko paradise mein jana hai, is ko lifestyle ko badalna hai.</w:t>
      </w:r>
    </w:p>
    <w:p>
      <w:pPr>
        <w:jc w:val="right"/>
      </w:pPr>
      <w:r>
        <w:t>جائیے اسی میں، آپ جس کو جاننا ہے، جس کو پیراڈائز میں جانا ہے، تو اس کو اپنی لائف اسٹائل کو بدلنا ہے۔ یاد رکھیے، جس کو پیراڈائز میں جانا ہے، اس کو لائف اسٹائل کو بدلنا ہے۔</w:t>
      </w:r>
    </w:p>
    <w:p>
      <w:r>
        <w:rPr>
          <w:b/>
        </w:rPr>
        <w:t xml:space="preserve">[1:13:54] </w:t>
      </w:r>
      <w:r>
        <w:t>Nahi to paradise ka gate is ke liye khulne wala nahi hai. Yeh baatein maine zindagi bhar, maine Quran o Hadees ko padha hai. Is is ke baad main aisi baat keh raha hoon aap ko.</w:t>
      </w:r>
    </w:p>
    <w:p>
      <w:pPr>
        <w:jc w:val="right"/>
      </w:pPr>
      <w:r>
        <w:t>نہیں تو پیراڈائز کا گیٹ اس کے لیے کھلنے والا نہیں ہے۔ یہ باتیں میں نے زندگی بھر، میں نے قرآن و حدیث کو پڑھا ہے۔ اس اس کے بعد میں ایسی بات کہہ رہا ہوں آپ کو۔</w:t>
      </w:r>
    </w:p>
    <w:p>
      <w:r>
        <w:rPr>
          <w:b/>
        </w:rPr>
        <w:t xml:space="preserve">[1:14:07] </w:t>
      </w:r>
      <w:r>
        <w:t>This question has come without a name:</w:t>
      </w:r>
    </w:p>
    <w:p>
      <w:pPr>
        <w:jc w:val="right"/>
      </w:pPr>
      <w:r>
        <w:t>This question has come without a name:</w:t>
      </w:r>
    </w:p>
    <w:p>
      <w:r>
        <w:rPr>
          <w:b/>
        </w:rPr>
        <w:t xml:space="preserve">[1:14:10] </w:t>
      </w:r>
      <w:r>
        <w:t>What according to you is a strong personality? Please explain it in terms of behavior.</w:t>
      </w:r>
    </w:p>
    <w:p>
      <w:pPr>
        <w:jc w:val="right"/>
      </w:pPr>
      <w:r>
        <w:t>What according to you is a strong personality? Please explain it in terms of behavior.</w:t>
      </w:r>
    </w:p>
    <w:p>
      <w:r>
        <w:rPr>
          <w:b/>
        </w:rPr>
        <w:t xml:space="preserve">[1:14:19] </w:t>
      </w:r>
      <w:r>
        <w:t>Dekhein, sab se badi cheez yeh hai ke is ke andar duality na ho. Sab log duality mein jeete hain: dil mein kuch, zuban par kuch, sochna kuch, karna kuch, wada kuch, aur is ke baad amal kuch.</w:t>
      </w:r>
    </w:p>
    <w:p>
      <w:pPr>
        <w:jc w:val="right"/>
      </w:pPr>
      <w:r>
        <w:t>دیکھیں، سب سے بڑی چیز یہ ہے کہ اس کے اندر ڈوئلٹی نہ ہو۔ سب لوگ ڈوئلٹی میں جیتے ہیں: دل میں کچھ، زبان پر کچھ، سوچنا کچھ، کرنا کچھ، وعدہ کچھ، اور اس کے بعد عمل کچھ۔</w:t>
      </w:r>
    </w:p>
    <w:p>
      <w:r>
        <w:rPr>
          <w:b/>
        </w:rPr>
        <w:t xml:space="preserve">[1:14:37] </w:t>
      </w:r>
      <w:r>
        <w:t>jo wada ho, wahi kar</w:t>
      </w:r>
    </w:p>
    <w:p>
      <w:pPr>
        <w:jc w:val="right"/>
      </w:pPr>
      <w:r>
        <w:t>جو وعدہ ہو، وہی کر</w:t>
      </w:r>
    </w:p>
    <w:p>
      <w:r>
        <w:rPr>
          <w:b/>
        </w:rPr>
        <w:t xml:space="preserve">[1:14:39] </w:t>
      </w:r>
      <w:r>
        <w:t>e aadmi. jo andar soche, wahi is ka amal ho. jis ko sach samjhe, wahi bolay. woh to double standard na ho.</w:t>
      </w:r>
    </w:p>
    <w:p>
      <w:pPr>
        <w:jc w:val="right"/>
      </w:pPr>
      <w:r>
        <w:t>ے آدمی۔ جو اندر سوچے، وہی اس کا عمل ہو۔ جس کو سچ سمجھے، وہی بولے۔ وہ تو ڈبل اسٹینڈرڈ نہ ہو۔</w:t>
      </w:r>
    </w:p>
    <w:p>
      <w:r>
        <w:rPr>
          <w:b/>
        </w:rPr>
        <w:t xml:space="preserve">[1:14:49] </w:t>
      </w:r>
      <w:r>
        <w:t>sab se bari baat yeh hai, main samajhta hoon ke strong personality ki pehchan yeh hai ke aadmi ke andar double standard na ho, duality na ho, yani slightest sensitivity na ho.</w:t>
      </w:r>
    </w:p>
    <w:p>
      <w:pPr>
        <w:jc w:val="right"/>
      </w:pPr>
      <w:r>
        <w:t>سب سے بڑی بات یہ ہے، میں سمجھتا ہوں کہ سٹرانگ پرسنیلٹی کی پہچان یہ ہے کہ آدمی کے اندر ڈبل اسٹینڈرڈ نہ ہو، ڈوئلٹی نہ ہو، یعنی سلائٹسٹ سینسٹیوٹی نہ ہو۔</w:t>
      </w:r>
    </w:p>
    <w:p>
      <w:r>
        <w:rPr>
          <w:b/>
        </w:rPr>
        <w:t xml:space="preserve">[1:15:01] </w:t>
      </w:r>
      <w:r>
        <w:t>tab woh strong personality kaha jaye ga, kyun ke moti moti baatein to sabhi logon mein nahi hoti hain.</w:t>
      </w:r>
    </w:p>
    <w:p>
      <w:pPr>
        <w:jc w:val="right"/>
      </w:pPr>
      <w:r>
        <w:t>تب وہ سٹرانگ پرسنیلٹی کہا جائے گا، کیونکہ موٹی موٹی باتیں تو سبھی لوگوں میں نہیں ہوتی ہیں۔</w:t>
      </w:r>
    </w:p>
    <w:p>
      <w:r>
        <w:rPr>
          <w:b/>
        </w:rPr>
        <w:t xml:space="preserve">[1:15:08] </w:t>
      </w:r>
      <w:r>
        <w:t>yaad rakhen, log bari bari baaton mein to kuch bachtay hain, choti choti baaton mein kuch nahi samajhtay ke is mein kya harj hai, lekin harj wahi hai.</w:t>
      </w:r>
    </w:p>
    <w:p>
      <w:pPr>
        <w:jc w:val="right"/>
      </w:pPr>
      <w:r>
        <w:t>یاد رکھیں، لوگ بڑی بڑی باتوں میں تو کچھ بچتے ہیں، چھوٹی چھوٹی باتوں میں کچھ نہیں سمجھتے کہ اس میں کیا حرج ہے، لیکن حرج وہی ہے۔</w:t>
      </w:r>
    </w:p>
    <w:p>
      <w:r>
        <w:rPr>
          <w:b/>
        </w:rPr>
        <w:t xml:space="preserve">[1:15:18] </w:t>
      </w:r>
      <w:r>
        <w:t>choti choti baaton se personality banti hai, choti choti baaton se personality banti hai. to agar aap ko strong personality banana hai, aap ko to choti choti baaton ko tak mein aap ko sincere banna paray ga,</w:t>
      </w:r>
    </w:p>
    <w:p>
      <w:pPr>
        <w:jc w:val="right"/>
      </w:pPr>
      <w:r>
        <w:t>چھوٹی چھوٹی باتوں سے پرسنیلٹی بنتی ہے، چھوٹی چھوٹی باتوں سے پرسنیلٹی بنتی ہے۔ تو اگر آپ کو اسٹرانگ پرسنیلٹی بنانا ہے، آپ کو تو چھوٹی چھوٹی باتوں کو تک میں آپ کو سنسیئر بننا پڑے گا،</w:t>
      </w:r>
    </w:p>
    <w:p>
      <w:r>
        <w:rPr>
          <w:b/>
        </w:rPr>
        <w:t xml:space="preserve">[1:15:35] </w:t>
      </w:r>
      <w:r>
        <w:t>nahi to strong personality nahi ban sakti.</w:t>
      </w:r>
    </w:p>
    <w:p>
      <w:pPr>
        <w:jc w:val="right"/>
      </w:pPr>
      <w:r>
        <w:t>نہیں تو اسٹرانگ پرسنیلٹی نہیں بن سکتی۔</w:t>
      </w:r>
    </w:p>
    <w:p>
      <w:r>
        <w:rPr>
          <w:b/>
        </w:rPr>
        <w:t xml:space="preserve">[1:15:38] </w:t>
      </w:r>
      <w:r>
        <w:t>yaad rakhiye, strong personality hi ke liye paradise hai. is mein zara bhi aap shak mat kijiye. is maamle mein kisi ki visual thinking kisi ko paradise mein nahi le jaye gi.</w:t>
      </w:r>
    </w:p>
    <w:p>
      <w:pPr>
        <w:jc w:val="right"/>
      </w:pPr>
      <w:r>
        <w:t>یاد رکھیے، اسٹرانگ پرسنیلٹی ہی کے لیے پیراڈائز ہے۔ اس میں ذرا بھی آپ شک مت کیجئے۔ اس معاملے میں کسی کی ویژول تھنکنگ کسی کو پیراڈائز میں نہیں لے جائے گی۔</w:t>
      </w:r>
    </w:p>
    <w:p>
      <w:r>
        <w:rPr>
          <w:b/>
        </w:rPr>
        <w:t xml:space="preserve">[1:15:51] </w:t>
      </w:r>
      <w:r>
        <w:t>is mein zara bhi kisi ko shak nahi hona chahiye. kisi ki visual thinking jo hai, us ko paradise mein le jane wali nahi hai.</w:t>
      </w:r>
    </w:p>
    <w:p>
      <w:pPr>
        <w:jc w:val="right"/>
      </w:pPr>
      <w:r>
        <w:t>اس میں ذرا بھی کسی کو شک نہیں ہونا چاہیے۔ کسی کی ویژول تھنکنگ جو ہے، اس کو پیراڈائز میں لے جانے والی نہیں ہے۔</w:t>
      </w:r>
    </w:p>
    <w:p>
      <w:r>
        <w:rPr>
          <w:b/>
        </w:rPr>
        <w:t xml:space="preserve">[1:16:03] </w:t>
      </w:r>
      <w:r>
        <w:t>This question is from Mrs. Shahin:</w:t>
      </w:r>
    </w:p>
    <w:p>
      <w:pPr>
        <w:jc w:val="right"/>
      </w:pPr>
      <w:r>
        <w:t>This question is from Mrs. شاہین:</w:t>
      </w:r>
    </w:p>
    <w:p>
      <w:r>
        <w:rPr>
          <w:b/>
        </w:rPr>
        <w:t xml:space="preserve">[1:16:07] </w:t>
      </w:r>
      <w:r>
        <w:t>What is the definition of muslim in the correct sense? dekhen, muslim ka jo literal matlab hai, woh hai yani Islam ke maani surrender karna.</w:t>
      </w:r>
    </w:p>
    <w:p>
      <w:pPr>
        <w:jc w:val="right"/>
      </w:pPr>
      <w:r>
        <w:t>What is the definition of مسلم in the correct sense? دیکھیں، مسلم کا جو لٹرل مطلب ہے، وہ ہے یعنی اسلام کے معنی سرینڈر کرنا۔</w:t>
      </w:r>
    </w:p>
    <w:p>
      <w:r>
        <w:rPr>
          <w:b/>
        </w:rPr>
        <w:t xml:space="preserve">[1:16:23] </w:t>
      </w:r>
      <w:r>
        <w:t>surrender karna</w:t>
      </w:r>
    </w:p>
    <w:p>
      <w:pPr>
        <w:jc w:val="right"/>
      </w:pPr>
      <w:r>
        <w:t>سرینڈر کرنا</w:t>
      </w:r>
    </w:p>
    <w:p>
      <w:r>
        <w:rPr>
          <w:b/>
        </w:rPr>
        <w:t xml:space="preserve">[1:16:25] </w:t>
      </w:r>
      <w:r>
        <w:t>to muslim ka matlab hai woh jo surrender kare, surrender karne wala aadmi. to yahi muslim ka woh hai literal matlab hai.</w:t>
      </w:r>
    </w:p>
    <w:p>
      <w:pPr>
        <w:jc w:val="right"/>
      </w:pPr>
      <w:r>
        <w:t>تو مسلم کا مطلب ہے وہ جو سرینڈر کرے، سرینڈر کرنے والا آدمی۔ تو یہی مسلم کا وہ ہے لٹرل مطلب ہے۔</w:t>
      </w:r>
    </w:p>
    <w:p>
      <w:r>
        <w:rPr>
          <w:b/>
        </w:rPr>
        <w:t xml:space="preserve">[1:16:45] </w:t>
      </w:r>
      <w:r>
        <w:t>to muslim ka matlab sharai aitbaar se yeh hoga ke jab aap ne prophet ki baat ko suna, quran ko parha, hadith ko parha, aap par yeh khul gaya ke yeh hai sachai, yeh hai the truth with a capital T.</w:t>
      </w:r>
    </w:p>
    <w:p>
      <w:pPr>
        <w:jc w:val="right"/>
      </w:pPr>
      <w:r>
        <w:t>تو مسلم کا مطلب شرعی اعتبار سے یہ ہوگا کہ جب آپ نے پرافٹ کی بات کو سنا، قرآن کو پڑھا، حدیث کو پڑھا، آپ پر یہ کھل گیا کہ یہ ہے سچائی، یہ ہے دا ٹروتھ ود اے کیپیٹل ٹی۔</w:t>
      </w:r>
    </w:p>
    <w:p>
      <w:r>
        <w:rPr>
          <w:b/>
        </w:rPr>
        <w:t xml:space="preserve">[1:17:03] </w:t>
      </w:r>
      <w:r>
        <w:t>to phir is ke baad aap ko without any reservation is ka maan lena chahiye, without any reservation, no excuse.</w:t>
      </w:r>
    </w:p>
    <w:p>
      <w:pPr>
        <w:jc w:val="right"/>
      </w:pPr>
      <w:r>
        <w:t>تو پھر اس کے بعد آپ کو ودا آؤٹ اینی ریزرویشن اس کا مان لینا چاہیے، ودا آؤٹ اینی ریزرویشن، نو ایکسکیوز۔</w:t>
      </w:r>
    </w:p>
    <w:p>
      <w:r>
        <w:rPr>
          <w:b/>
        </w:rPr>
        <w:t xml:space="preserve">[1:17:11] </w:t>
      </w:r>
      <w:r>
        <w:t>jo wahan hai, woh woh yeh karna hai. jo wahan hai, woh mujhe karna hai, chahe woh mere wam ke against ho ya mere wam ke khilaaf ho, meri desire, mere wam ke ke ke ke ke mutabiq ho ya us ke khilaaf ho.</w:t>
      </w:r>
    </w:p>
    <w:p>
      <w:pPr>
        <w:jc w:val="right"/>
      </w:pPr>
      <w:r>
        <w:t>جو وہاں ہے، وہ وہ یہ کرنا ہے۔ جو وہاں ہے، وہ مجھے کرنا ہے، چاہے وہ میرے وم کے اگینسٹ ہو یا میرے وم کے خلاف ہو، میری ڈیزائر، میرے وم کے کے کے کے مطابق ہو یا اس کے خلاف ہو۔</w:t>
      </w:r>
    </w:p>
    <w:p>
      <w:r>
        <w:rPr>
          <w:b/>
        </w:rPr>
        <w:t xml:space="preserve">[1:17:29] </w:t>
      </w:r>
      <w:r>
        <w:t>yeh hai is muslim, yani muslim woh hai jo poori tarah surrender kar de Khuda ke aagay.</w:t>
      </w:r>
    </w:p>
    <w:p>
      <w:pPr>
        <w:jc w:val="right"/>
      </w:pPr>
      <w:r>
        <w:t>یہ ہے اس مسلم، یعنی مسلم وہ ہے جو پوری طرح سرینڈر کر دے خدا کے آگے۔</w:t>
      </w:r>
    </w:p>
    <w:p>
      <w:r>
        <w:rPr>
          <w:b/>
        </w:rPr>
        <w:t xml:space="preserve">[1:17:39] </w:t>
      </w:r>
      <w:r>
        <w:t>jo partially surrender kare, usi ka naam munafiq hai, woh muslim nahi kaha jaye ga. jo total surrender jo hai, woh jo kare ga, woh muslim hai.</w:t>
      </w:r>
    </w:p>
    <w:p>
      <w:pPr>
        <w:jc w:val="right"/>
      </w:pPr>
      <w:r>
        <w:t>جو پارشلی سرینڈر کرے، اسی کا نام منافق ہے، وہ مسلم نہیں کہا جائے گا۔ جو ٹوٹل سرینڈر جو ہے، وہ جو کرے گا، وہ مسلم ہے۔</w:t>
      </w:r>
    </w:p>
    <w:p>
      <w:r>
        <w:rPr>
          <w:b/>
        </w:rPr>
        <w:t xml:space="preserve">[1:17:49] </w:t>
      </w:r>
      <w:r>
        <w:t>jo partial surrender kare, woh munafiq hai.</w:t>
      </w:r>
    </w:p>
    <w:p>
      <w:pPr>
        <w:jc w:val="right"/>
      </w:pPr>
      <w:r>
        <w:t>جو پارشل سرینڈر کرے، وہ منافق ہے۔</w:t>
      </w:r>
    </w:p>
    <w:p>
      <w:r>
        <w:rPr>
          <w:b/>
        </w:rPr>
        <w:t xml:space="preserve">[1:17:55] </w:t>
      </w:r>
      <w:r>
        <w:t>yeh hai shariat ki definition is maamle mein. This question is from Syed Firdous Andrabi</w:t>
      </w:r>
    </w:p>
    <w:p>
      <w:pPr>
        <w:jc w:val="right"/>
      </w:pPr>
      <w:r>
        <w:t>یہ ہے شریعت کی ڈیفینیشن اس معاملے میں۔ This question is from سید فردوس اندرابی</w:t>
      </w:r>
    </w:p>
    <w:p>
      <w:r>
        <w:rPr>
          <w:b/>
        </w:rPr>
        <w:t xml:space="preserve">[1:18:03] </w:t>
      </w:r>
      <w:r>
        <w:t>: Women come here to listen to your speech, but they come here without any hijab. Is it right in Islam?</w:t>
      </w:r>
    </w:p>
    <w:p>
      <w:pPr>
        <w:jc w:val="right"/>
      </w:pPr>
      <w:r>
        <w:t>: Women come here to listen to your speech, but they come here without any hijab. Is itright in Islam?</w:t>
      </w:r>
    </w:p>
    <w:p>
      <w:r>
        <w:rPr>
          <w:b/>
        </w:rPr>
        <w:t xml:space="preserve">[1:18:14] </w:t>
      </w:r>
      <w:r>
        <w:t>dekhen, yahan hum jo logon ko bulatay hain, bula kar ke to sahabiath nahi hoti. sahaba aur sahabiath nahi hotay, hum to train kar rahe hain logon ko.</w:t>
      </w:r>
    </w:p>
    <w:p>
      <w:pPr>
        <w:jc w:val="right"/>
      </w:pPr>
      <w:r>
        <w:t>دیکھیں، یہاں ہم جو لوگوں کو بلاتے ہیں، بلا کر کے تو صحابیات نہیں ہوتی۔ صحابہ اور صحابیات نہیں ہوتے، ہم تو ٹرین کر رہے ہیں لوگوں کو۔</w:t>
      </w:r>
    </w:p>
    <w:p>
      <w:r>
        <w:rPr>
          <w:b/>
        </w:rPr>
        <w:t xml:space="preserve">[1:18:28] </w:t>
      </w:r>
      <w:r>
        <w:t>kya aap samajhtay hain ke dunya sahaba aur sahabiath se bhari hui hai? inhi ko ulama ikraam ikatha kartay hain. yahan</w:t>
      </w:r>
    </w:p>
    <w:p>
      <w:pPr>
        <w:jc w:val="right"/>
      </w:pPr>
      <w:r>
        <w:t>کیا آپ سمجھتے ہیں کہ دنیا صحابہ اور صحابیات سے بھری ہوئی ہے؟ انہی کو لالہ کرام اکٹھا کرتے ہیں۔ یہاں</w:t>
      </w:r>
    </w:p>
    <w:p>
      <w:r>
        <w:rPr>
          <w:b/>
        </w:rPr>
        <w:t xml:space="preserve">[1:18:35] </w:t>
      </w:r>
      <w:r>
        <w:t>yeh aaj dekhen, bohat hi bura soch hai logon ke andar. main aap ko arz karoon, is se pehle main ne misaal di hai aap ko ke kitab chhapi thi ek zamanay mein, quran aur ilm jadeed.</w:t>
      </w:r>
    </w:p>
    <w:p>
      <w:pPr>
        <w:jc w:val="right"/>
      </w:pPr>
      <w:r>
        <w:t>یہ آج دیکھیں، بہت ہی برا سوچ ہے لوگوں کے اندر۔ میں آپ کو عرض کروں، اس سے پہلے میں نے مثال دی ہے آپ کو کہ کتاب چھپی تھی ایک زمانے میں، قرآن اور علم جدید۔</w:t>
      </w:r>
    </w:p>
    <w:p>
      <w:r>
        <w:rPr>
          <w:b/>
        </w:rPr>
        <w:t xml:space="preserve">[1:18:46] </w:t>
      </w:r>
      <w:r>
        <w:t>is mein unhon ne likha tha ke aaj kal jo musalman hain, educated musalman, woh zehni irtidad ka shikar hain, yani intellectual apostasy.</w:t>
      </w:r>
    </w:p>
    <w:p>
      <w:pPr>
        <w:jc w:val="right"/>
      </w:pPr>
      <w:r>
        <w:t>اس میں انہوں نے لکھا تھا کہ آج کل جو مسلمان ہیں، ایجوکیٹڈ مسلمان، وہ ذہنی ارتداد کا شکار ہیں، یعنی انٹلیکچول اپوسٹسی۔</w:t>
      </w:r>
    </w:p>
    <w:p>
      <w:r>
        <w:rPr>
          <w:b/>
        </w:rPr>
        <w:t xml:space="preserve">[1:18:59] </w:t>
      </w:r>
      <w:r>
        <w:t>is par ek bohat bara aalim ne kitab likhi: radat-e-wala abubakar laha.</w:t>
      </w:r>
    </w:p>
    <w:p>
      <w:pPr>
        <w:jc w:val="right"/>
      </w:pPr>
      <w:r>
        <w:t>اس پر ایک بہت بڑا عالم نے کتاب لکھی: ردۃ ولا ابا بکر لہا۔</w:t>
      </w:r>
    </w:p>
    <w:p>
      <w:r>
        <w:rPr>
          <w:b/>
        </w:rPr>
        <w:t xml:space="preserve">[1:19:05] </w:t>
      </w:r>
      <w:r>
        <w:t>irtidad hai, yani apostasy hai, lekin koi is ko door karne wala nahi hai. bas fatwa de ke reh gaye log. yeh logon ne fatwe khoob diye, fatwe ki zaban.</w:t>
      </w:r>
    </w:p>
    <w:p>
      <w:pPr>
        <w:jc w:val="right"/>
      </w:pPr>
      <w:r>
        <w:t>ارتداد ہے، یعنی اپوسٹسی ہے، لیکن کوئی اس کو دور کرنے والا نہیں ہے۔ بس فتوی دے کے رہ گئے لوگ۔ یہ لوگوں نے فتوے خوب دیے، فتوے کی زبان۔</w:t>
      </w:r>
    </w:p>
    <w:p>
      <w:r>
        <w:rPr>
          <w:b/>
        </w:rPr>
        <w:t xml:space="preserve">[1:19:17] </w:t>
      </w:r>
      <w:r>
        <w:t>main ne is masle ko discover, woh survey kiya, bohat dinon tak is ko parha, logon se mila. mujhe samajh mein aaya ke yeh case hai intellectual dis intellectual dissatisfied ke case.</w:t>
      </w:r>
    </w:p>
    <w:p>
      <w:pPr>
        <w:jc w:val="right"/>
      </w:pPr>
      <w:r>
        <w:t>میں نے اس مسئلے کو ڈسکور، وہ سروے کیا، بہت دنوں تک اس کو پڑھا، لوگوں سے ملا۔ مجھے سمجھ میں آیا کہ یہ کیس ہے انٹلیکچول ڈس انٹلیکچول ڈس سیٹسفائیڈ کے کیس۔</w:t>
      </w:r>
    </w:p>
    <w:p>
      <w:r>
        <w:rPr>
          <w:b/>
        </w:rPr>
        <w:t xml:space="preserve">[1:19:30] </w:t>
      </w:r>
      <w:r>
        <w:t>yeh apostasy case nahi hai. yeh</w:t>
      </w:r>
    </w:p>
    <w:p>
      <w:pPr>
        <w:jc w:val="right"/>
      </w:pPr>
      <w:r>
        <w:t>یہ اپوسٹیسک کیس نہیں ہے۔ یہ</w:t>
      </w:r>
    </w:p>
    <w:p>
      <w:r>
        <w:rPr>
          <w:b/>
        </w:rPr>
        <w:t xml:space="preserve">[1:19:34] </w:t>
      </w:r>
      <w:r>
        <w:t>these people are intellectually dissatisfied. unhon ne declare kar diya ke yeh murtad hain. to in logon ko main ne address karna shuru kiya delhi mein aur doosri jagahon par.</w:t>
      </w:r>
    </w:p>
    <w:p>
      <w:pPr>
        <w:jc w:val="right"/>
      </w:pPr>
      <w:r>
        <w:t>دیز پیپل آر انٹلیکچولی ڈس سیٹسفائیڈ۔ انہوں نے ڈیکلیئر کر دیا کہ یہ مرتد ہیں۔ تو ان لوگوں کو میں نے ایڈریس کرنا شروع کیا دلی میں اور دوسری جگہوں پر۔</w:t>
      </w:r>
    </w:p>
    <w:p>
      <w:r>
        <w:rPr>
          <w:b/>
        </w:rPr>
        <w:t xml:space="preserve">[1:19:50] </w:t>
      </w:r>
      <w:r>
        <w:t>to in logon ko main islam ka fold banane ki koshish kar raha hoon, jis ko logon ne declare kar diya ke islam ke fold se bahar chale gaye hain.</w:t>
      </w:r>
    </w:p>
    <w:p>
      <w:pPr>
        <w:jc w:val="right"/>
      </w:pPr>
      <w:r>
        <w:t>تو ان لوگوں کو میں اسلام کا فولڈ بنانے کی کوشش کر رہا ہوں، جس کو لوگوں نے ڈیکلیئر کر دیا کہ اسلام کے فولڈ سے باہر چلے گئے ہیں۔</w:t>
      </w:r>
    </w:p>
    <w:p>
      <w:r>
        <w:rPr>
          <w:b/>
        </w:rPr>
        <w:t xml:space="preserve">[1:19:59] </w:t>
      </w:r>
      <w:r>
        <w:t>yahan main aap ko bataoon ke mission ka dard kiya cheez</w:t>
      </w:r>
    </w:p>
    <w:p>
      <w:pPr>
        <w:jc w:val="right"/>
      </w:pPr>
      <w:r>
        <w:t>یہاں میں آپ کو بتاؤں کہ مشن کا درد کیا چیز</w:t>
      </w:r>
    </w:p>
    <w:p>
      <w:r>
        <w:rPr>
          <w:b/>
        </w:rPr>
        <w:t xml:space="preserve">[1:20:02] </w:t>
      </w:r>
      <w:r>
        <w:t>hoti hai. jin logon ke mission ka dard nahi hai, woh aisi baatein bolte hain. mission ka dard kiya cheez hai? yaad rakhiye, hum shopkeeper nahi hain.</w:t>
      </w:r>
    </w:p>
    <w:p>
      <w:pPr>
        <w:jc w:val="right"/>
      </w:pPr>
      <w:r>
        <w:t>ہوتی ہے۔ جن لوگوں کے مشن کا درد نہیں ہے، وہ ایسی باتیں بولتے ہیں۔ مشن کا درد کیا چیز ہے؟ یاد رکھیے، ہم شاپ کیپر نہیں ہیں۔</w:t>
      </w:r>
    </w:p>
    <w:p>
      <w:r>
        <w:rPr>
          <w:b/>
        </w:rPr>
        <w:t xml:space="preserve">[1:20:12] </w:t>
      </w:r>
      <w:r>
        <w:t>hum shopkeeper ka dil dil doosra hota hai, aur ek aadmi jo mission chala raha hai, us ka dil doosra hota hai. main aap ko ek misaal deta hoon: Maulana Ilyas sahib bohat hi mashhoor buzurg hain, woh aalim</w:t>
      </w:r>
    </w:p>
    <w:p>
      <w:pPr>
        <w:jc w:val="right"/>
      </w:pPr>
      <w:r>
        <w:t>ہم شاپ کیپر کا دل دل دوسرا ہوتا ہے، اور ایک آدمی جو مشن چلا رہا ہے، اس کا دل دوسرا ہوتا ہے۔ میں آپ کو ایک مثال دیتا ہوں: مولانا الیاس صاحب بہت ہی مشہور بزرگ ہیں، وہ عالم</w:t>
      </w:r>
    </w:p>
    <w:p>
      <w:r>
        <w:rPr>
          <w:b/>
        </w:rPr>
        <w:t xml:space="preserve">[1:20:30] </w:t>
      </w:r>
      <w:r>
        <w:t>the. isi Nizamuddin mein unhon ne kaam shuru kiya tha tableegh ka, bohat pehle, yani azadi se, freedom se bohat pehle.</w:t>
      </w:r>
    </w:p>
    <w:p>
      <w:pPr>
        <w:jc w:val="right"/>
      </w:pPr>
      <w:r>
        <w:t>تھے۔ اسی نظام الدین میں انہوں نے کام شروع کیا تھا تبلیغ کا، بہت پہلے، یعنی آزادی سے، فریڈم سے بہت پہلے۔</w:t>
      </w:r>
    </w:p>
    <w:p>
      <w:r>
        <w:rPr>
          <w:b/>
        </w:rPr>
        <w:t xml:space="preserve">[1:20:40] </w:t>
      </w:r>
      <w:r>
        <w:t>is zamanay mein wahan ek ladka aa gaya, jo thoda waisa tha, matlab sar par topi nahi rakhta tha, woh aise hi rakhta tha.</w:t>
      </w:r>
    </w:p>
    <w:p>
      <w:pPr>
        <w:jc w:val="right"/>
      </w:pPr>
      <w:r>
        <w:t>اس زمانے میں وہاں ایک لڑکا آ گیا، جو تھوڑا ویسا تھا، مطلب سر پر ٹوپی نہیں رکھتا تھا، وہ ایسے ہی رکھتا تھا۔</w:t>
      </w:r>
    </w:p>
    <w:p>
      <w:r>
        <w:rPr>
          <w:b/>
        </w:rPr>
        <w:t xml:space="preserve">[1:20:48] </w:t>
      </w:r>
      <w:r>
        <w:t>woh namaz mein khara ho gaya baghair topi ke. to jo traditional qism ke log thay, woh ghussa hotay thay. to Maulana Ilyas sahib se kaha unhon ne ke is ko is ko bhagayen yahan se,</w:t>
      </w:r>
    </w:p>
    <w:p>
      <w:pPr>
        <w:jc w:val="right"/>
      </w:pPr>
      <w:r>
        <w:t>وہ نماز میں کھڑا ہو گیا بغیر ٹوپی کے۔ تو جو ٹریڈیشنل قسم کے لوگ تھے، وہ غصہ ہوتے تھے۔ تو مولانا الیاس صاحب سے کہا انہوں نے کہ اس کو اس کو بھگائیں یہاں سے،</w:t>
      </w:r>
    </w:p>
    <w:p>
      <w:r>
        <w:rPr>
          <w:b/>
        </w:rPr>
        <w:t xml:space="preserve">[1:21:00] </w:t>
      </w:r>
      <w:r>
        <w:t>yeh aadmi theek nahi hai. to Maulana Ilyas sahib se ne koi jawab nahi diya, kai baar kaha, kai baar kaha. to jantay hain unhon ne kiya jawab diya?</w:t>
      </w:r>
    </w:p>
    <w:p>
      <w:pPr>
        <w:jc w:val="right"/>
      </w:pPr>
      <w:r>
        <w:t>یہ آدمی ٹھیک نہیں ہے۔ تو مولانا الیاس صاحب سے نے کوئی جواب نہیں دیا، کئی بار کہا، کئی بار کہا۔ تو جانتے ہیں انہوں نے کیا جواب دیا؟</w:t>
      </w:r>
    </w:p>
    <w:p>
      <w:r>
        <w:rPr>
          <w:b/>
        </w:rPr>
        <w:t xml:space="preserve">[1:21:11] </w:t>
      </w:r>
      <w:r>
        <w:t>unhon ne jawab diya</w:t>
      </w:r>
    </w:p>
    <w:p>
      <w:pPr>
        <w:jc w:val="right"/>
      </w:pPr>
      <w:r>
        <w:t>انہوں نے جواب دیا</w:t>
      </w:r>
    </w:p>
    <w:p>
      <w:r>
        <w:rPr>
          <w:b/>
        </w:rPr>
        <w:t xml:space="preserve">[1:21:14] </w:t>
      </w:r>
      <w:r>
        <w:t>ke hum ne to yahan dhobi ki bhatti lagai hai,</w:t>
      </w:r>
    </w:p>
    <w:p>
      <w:pPr>
        <w:jc w:val="right"/>
      </w:pPr>
      <w:r>
        <w:t>کہ ہم نے تو یہاں دھوبی کی بھٹی لگائی ہے،</w:t>
      </w:r>
    </w:p>
    <w:p>
      <w:r>
        <w:rPr>
          <w:b/>
        </w:rPr>
        <w:t xml:space="preserve">[1:21:20] </w:t>
      </w:r>
      <w:r>
        <w:t>yahan har qism ke log aayenge, jis ko rehna hai, rehne, us ko rehna chahiye.</w:t>
      </w:r>
    </w:p>
    <w:p>
      <w:pPr>
        <w:jc w:val="right"/>
      </w:pPr>
      <w:r>
        <w:t>یہاں ہر قسم کے لوگ آئیں گے، جس کو رہنا ہے، رہنے، اس کو رہنا جائے۔</w:t>
      </w:r>
    </w:p>
    <w:p>
      <w:r>
        <w:rPr>
          <w:b/>
        </w:rPr>
        <w:t xml:space="preserve">[1:21:28] </w:t>
      </w:r>
      <w:r>
        <w:t>is waqt kaha tha unhon ne jab ke wahan das bees log hua karte thay, ab aap lakhon lakh log tableegh mein jure hue hain. to mission koi mamooli cheez hai.</w:t>
      </w:r>
    </w:p>
    <w:p>
      <w:pPr>
        <w:jc w:val="right"/>
      </w:pPr>
      <w:r>
        <w:t>اس وقت کہا تھا انہوں نے جب کہ وہاں دس بیس لوگ ہوا کرتے تھے، اب آپ لاکھوں لاکھ لوگ تبلیغ میں جڑے ہوئے ہیں۔ تو مشن کوئی معمولی چیز ہے۔</w:t>
      </w:r>
    </w:p>
    <w:p>
      <w:r>
        <w:rPr>
          <w:b/>
        </w:rPr>
        <w:t xml:space="preserve">[1:21:38] </w:t>
      </w:r>
      <w:r>
        <w:t>mission mein aap ko bardasht karna parta hai, bohat ziyada, bohat ziyada, bohat ziyada bardasht karna parta hai. tab mission chalta hai, aur yeh fatwe ki zaban jo log bolen, jin ke dil mein insaan ki hamdardi na ho, khair khwahi na ho, to woh shop chalayen, koi shopkeeper ban jayen, ja kar kahin dukan chalayen.</w:t>
      </w:r>
    </w:p>
    <w:p>
      <w:pPr>
        <w:jc w:val="right"/>
      </w:pPr>
      <w:r>
        <w:t>مشن میں آپ کو برداشت کرنا پڑتا ہے، بہت زیادہ، بہت زیادہ، بہت زیادہ برداشت کرنا پڑتا ہے۔ تب مشن چلتا ہے، اور یہ فتوے کی زبان جو لوگ بولیں، جن کے دل میں انسان کی ہمدردی نہ ہو، خیر خواہی نہ ہو، تو وہ شاپ چلائیں، کوئی شاپ کیپر بن جائیں، جا کر کہیں دکان چلائیں۔</w:t>
      </w:r>
    </w:p>
    <w:p>
      <w:r>
        <w:rPr>
          <w:b/>
        </w:rPr>
        <w:t xml:space="preserve">[1:21:54] </w:t>
      </w:r>
      <w:r>
        <w:t>mission nahi chala sakte woh log.</w:t>
      </w:r>
    </w:p>
    <w:p>
      <w:pPr>
        <w:jc w:val="right"/>
      </w:pPr>
      <w:r>
        <w:t>مشن نہیں چلا سکتے وہ لوگ۔</w:t>
      </w:r>
    </w:p>
    <w:p>
      <w:r>
        <w:rPr>
          <w:b/>
        </w:rPr>
        <w:t xml:space="preserve">[1:21:57] </w:t>
      </w:r>
      <w:r>
        <w:t>mission ke liye apne dushman ko dost banana parta hai.</w:t>
      </w:r>
    </w:p>
    <w:p>
      <w:pPr>
        <w:jc w:val="right"/>
      </w:pPr>
      <w:r>
        <w:t>مشن کے لیے اپنے دشمن کو دوست بنانا پڑتا ہے۔</w:t>
      </w:r>
    </w:p>
    <w:p>
      <w:r>
        <w:rPr>
          <w:b/>
        </w:rPr>
        <w:t xml:space="preserve">[1:22:03] </w:t>
      </w:r>
      <w:r>
        <w:t>ek aadmi jo bazahir islam se door ho, us se bhi khair khwahi karni parti hai, us ki duayen karni parti hain. to hum kiya samajhtay hain ke hum koi shop chala rahe hain?</w:t>
      </w:r>
    </w:p>
    <w:p>
      <w:pPr>
        <w:jc w:val="right"/>
      </w:pPr>
      <w:r>
        <w:t>ایک آدمی جو بظاہر اسلام سے دور ہو، اس سے بھی خیر خواہی کرنی پڑتی ہے، اس کی دعائیں کرنی پڑتی ہیں۔ تو ہم کیا سمجھتے ہیں کہ ہم کوئی شاپ چلا رہے ہیں؟</w:t>
      </w:r>
    </w:p>
    <w:p>
      <w:r>
        <w:rPr>
          <w:b/>
        </w:rPr>
        <w:t xml:space="preserve">[1:22:14] </w:t>
      </w:r>
      <w:r>
        <w:t>yahan par hum mission chala rahe hain. mission chalta hai khair khwahi par, well wishing par, hamdardi par, tolerate karne par.</w:t>
      </w:r>
    </w:p>
    <w:p>
      <w:pPr>
        <w:jc w:val="right"/>
      </w:pPr>
      <w:r>
        <w:t>یہاں پر ہم مشن چلا رہے ہیں۔ مشن چلتا ہے خیر خواہی پر، ویل وشنگ پر، ہمدردی پر، ٹولریٹ کرنے پر۔</w:t>
      </w:r>
    </w:p>
    <w:p>
      <w:r>
        <w:rPr>
          <w:b/>
        </w:rPr>
        <w:t xml:space="preserve">[1:22:24] </w:t>
      </w:r>
      <w:r>
        <w:t>tab mission ch</w:t>
      </w:r>
    </w:p>
    <w:p>
      <w:pPr>
        <w:jc w:val="right"/>
      </w:pPr>
      <w:r>
        <w:t>تب مشن چ</w:t>
      </w:r>
    </w:p>
    <w:p>
      <w:r>
        <w:rPr>
          <w:b/>
        </w:rPr>
        <w:t xml:space="preserve">[1:22:25] </w:t>
      </w:r>
      <w:r>
        <w:t>alta hai. is ki ek misaal main deti hoon Maulana Ilyas sahib ki. unhon ne kaha ke hum ne yahan dhobi ki bhatti lagai hai, har qism ke kapray yahan aayenge.</w:t>
      </w:r>
    </w:p>
    <w:p>
      <w:pPr>
        <w:jc w:val="right"/>
      </w:pPr>
      <w:r>
        <w:t>لتا ہے۔ اس کی ایک مثال میں دیتی ہوں مولانا الیاس صاحب کی۔ انہوں نے کہا کہ ہم نے یہاں دھوبی کی بھٹی لگائی ہے، ہر قسم کے کپڑے یہاں آئیں گے۔</w:t>
      </w:r>
    </w:p>
    <w:p>
      <w:r>
        <w:rPr>
          <w:b/>
        </w:rPr>
        <w:t xml:space="preserve">[1:22:38] </w:t>
      </w:r>
      <w:r>
        <w:t>to masha Allah, jo jo change aa raha hai, us ko dekhiye, jo kamiyaan hain, us ko mat dekhiye. yahan jo log aa rahe hain, aap un se baat kijiye, kitna zabardast, yani sea change aa raha hai.</w:t>
      </w:r>
    </w:p>
    <w:p>
      <w:pPr>
        <w:jc w:val="right"/>
      </w:pPr>
      <w:r>
        <w:t>تو ماشاءاللہ، جو جو چینج آ رہا ہے، اس کو دیکھیے، جو کمیاں ہیں، اس کو مت دیکھیے۔ یہاں جو لوگ آ رہے ہیں، آپ ان سے بات کیجئے، کتنا زبردست، یعنی سی چینج آ رہا ہے۔</w:t>
      </w:r>
    </w:p>
    <w:p>
      <w:r>
        <w:rPr>
          <w:b/>
        </w:rPr>
        <w:t xml:space="preserve">[1:22:50] </w:t>
      </w:r>
      <w:r>
        <w:t>see change</w:t>
      </w:r>
    </w:p>
    <w:p>
      <w:pPr>
        <w:jc w:val="right"/>
      </w:pPr>
      <w:r>
        <w:t>سی چینج</w:t>
      </w:r>
    </w:p>
    <w:p>
      <w:r>
        <w:rPr>
          <w:b/>
        </w:rPr>
        <w:t xml:space="preserve">[1:22:52] </w:t>
      </w:r>
      <w:r>
        <w:t>aap ko sirf kamiyaan dikhai deti hain, aur woh change aaye, woh nahi dikhai deta hai.</w:t>
      </w:r>
    </w:p>
    <w:p>
      <w:pPr>
        <w:jc w:val="right"/>
      </w:pPr>
      <w:r>
        <w:t>آپ کو صرف کمیاں دکھائی دیتی ہیں، اور وہ چینج آئے، وہ نہیں دکھائی دیتا ہے۔</w:t>
      </w:r>
    </w:p>
    <w:p>
      <w:r>
        <w:rPr>
          <w:b/>
        </w:rPr>
        <w:t xml:space="preserve">[1:22:58] </w:t>
      </w:r>
      <w:r>
        <w:t>ek saahab ek martaba aaye, yahan par aaye, aur us waqt phir dobara nahi aaye. woh kisi ne poocha ke bhai tum wahan nahi jaate? kya baat hui? arey saahab, main wahan gaya, woh toh bilkul club jaisa hai.</w:t>
      </w:r>
    </w:p>
    <w:p>
      <w:pPr>
        <w:jc w:val="right"/>
      </w:pPr>
      <w:r>
        <w:t>ایک صاحب ایک مرتبہ آئے، یہاں پر آئے، اور اس وقت پھر دوبارہ نہیں آئے۔ وہ کسی نے پوچھا کہ بھئی تم وہاں نہیں جاتے؟ کیا بات ہوئی؟ ارے صاحب، میں وہاں گیا، وہ تو بالکل کلب جیسا ہے۔</w:t>
      </w:r>
    </w:p>
    <w:p>
      <w:r>
        <w:rPr>
          <w:b/>
        </w:rPr>
        <w:t xml:space="preserve">[1:23:11] </w:t>
      </w:r>
      <w:r>
        <w:t>aap yaqeen karein ke yeh log khuda ka maaf-i nahi mile gi. in logon ko jin logon ko dekha, unhone kaha club jaise baithe hue thay, kya in ko raaton ko ro ro ke duaen keen unhone is ke liye?</w:t>
      </w:r>
    </w:p>
    <w:p>
      <w:pPr>
        <w:jc w:val="right"/>
      </w:pPr>
      <w:r>
        <w:t>آپ یقین کریں کہ یہ لوگ خدا کا معافی نہیں ملے گی۔ ان لوگوں کو جن لوگوں کو دیکھا، انہوں نے کہا کلب جیسے بیٹھے ہوئے تھے، کیا ان کو راتوں کو رو رو کے دعائیں کیں انہوں نے اس کے لیے؟</w:t>
      </w:r>
    </w:p>
    <w:p>
      <w:r>
        <w:rPr>
          <w:b/>
        </w:rPr>
        <w:t xml:space="preserve">[1:23:22] </w:t>
      </w:r>
      <w:r>
        <w:t>kya in gharon par ja kar ke in ko ro ro kar in ko samjhaya? unhone bas khaali ek ek fatwa de ke chale gaye. yeh toh club jaisa hota hai.</w:t>
      </w:r>
    </w:p>
    <w:p>
      <w:pPr>
        <w:jc w:val="right"/>
      </w:pPr>
      <w:r>
        <w:t>کیا ان گھروں پر جا کر کے ان کو رو رو کر ان کو سمجھایا؟ انہوں نے بس خالی ایک ایک فتوی دے کے چلے گئے۔ یہ تو کلب جیسا ہوتا ہے۔</w:t>
      </w:r>
    </w:p>
    <w:p>
      <w:r>
        <w:rPr>
          <w:b/>
        </w:rPr>
        <w:t xml:space="preserve">[1:23:33] </w:t>
      </w:r>
      <w:r>
        <w:t>kya dekhiye, yeh log jo hain, be-dard log hain. be-dard insaan ke liye khair khwahi nahi hai, insaan ke liye khair khwah nahi hai, insaan se unhein koi humdardi nahi hai. bas fatwa dena hai unhein.</w:t>
      </w:r>
    </w:p>
    <w:p>
      <w:pPr>
        <w:jc w:val="right"/>
      </w:pPr>
      <w:r>
        <w:t>کیا دیکھیے، یہ لوگ جو ہیں، بے درد لوگ ہیں۔ بے درد انسان کے لیے خیر خواہی نہیں ہے، انسان کے لیے خیر خواہ نہیں ہے، انسان سے انہیں کوئی ہمدردی نہیں ہے۔ بس فتوی دینا ہے انہیں۔</w:t>
      </w:r>
    </w:p>
    <w:p>
      <w:r>
        <w:rPr>
          <w:b/>
        </w:rPr>
        <w:t xml:space="preserve">[1:23:47] </w:t>
      </w:r>
      <w:r>
        <w:t>main main sirf yahi keh sakta hoon, waise log khuda ke khauf se khaali hain jo aisi baatein bolte hain. khuda ke khuda darne walon ko log bhi aisi boli nahi hua karti kabhi bhi.</w:t>
      </w:r>
    </w:p>
    <w:p>
      <w:pPr>
        <w:jc w:val="right"/>
      </w:pPr>
      <w:r>
        <w:t>میں میں صرف یہی کہہ سکتا ہوں، ویسے لوگ خدا کے خوف سے خالی ہیں جو ایسی باتیں بولتے ہیں۔ خدا کے خدا ڈرنے والوں کو لوگ بھی ایسی بولی نہیں ہوا کرتی کبھی بھی۔</w:t>
      </w:r>
    </w:p>
    <w:p>
      <w:r>
        <w:rPr>
          <w:b/>
        </w:rPr>
        <w:t xml:space="preserve">[1:23:59] </w:t>
      </w:r>
      <w:r>
        <w:t>This question is from Muhammad Zubair: Maulana, kya jab tak hum khud correct nahi honge to kya hamari baat ka doosre par koi asar nahi hoga?</w:t>
      </w:r>
    </w:p>
    <w:p>
      <w:pPr>
        <w:jc w:val="right"/>
      </w:pPr>
      <w:r>
        <w:t>This question is from محمد زبیر: مولانا، کیا جب تک ہم خود correct نہیں ہوں گے تو کیا ہماری بات کا دوسرے پر کوئی اثر نہیں ہوگا؟</w:t>
      </w:r>
    </w:p>
    <w:p>
      <w:r>
        <w:rPr>
          <w:b/>
        </w:rPr>
        <w:t xml:space="preserve">[1:24:13] </w:t>
      </w:r>
      <w:r>
        <w:t>nahi, dekhein, yeh koi baat nahi hai.</w:t>
      </w:r>
    </w:p>
    <w:p>
      <w:pPr>
        <w:jc w:val="right"/>
      </w:pPr>
      <w:r>
        <w:t>نہیں، دیکھیں، یہ کوئی بات نہیں ہے۔</w:t>
      </w:r>
    </w:p>
    <w:p>
      <w:r>
        <w:rPr>
          <w:b/>
        </w:rPr>
        <w:t xml:space="preserve">[1:24:17] </w:t>
      </w:r>
      <w:r>
        <w:t>donon cheezain saath saath chalti hain: apne ko theek karna aur doosron ko batana, donon saath saath chalta hai. is mein main hi nahi kar raha hoon, phir saare ulama ki yahi baat likhi hai.</w:t>
      </w:r>
    </w:p>
    <w:p>
      <w:pPr>
        <w:jc w:val="right"/>
      </w:pPr>
      <w:r>
        <w:t>دونوں چیزیں ساتھ ساتھ چلتی ہیں: اپنے کو ٹھیک کرنا اور دوسروں کو بتانا، دونوں ساتھ ساتھ چلتا ہے۔ اس میں میں ہی نہیں کر رہا ہوں، پھر سارے علماء کی یہی بات لکھی ہے۔</w:t>
      </w:r>
    </w:p>
    <w:p>
      <w:r>
        <w:rPr>
          <w:b/>
        </w:rPr>
        <w:t xml:space="preserve">[1:24:28] </w:t>
      </w:r>
      <w:r>
        <w:t>aap tafseer ibn kathir mere paas hai, aa kar dekhiye, is mein yahi baat theek unhone likhi hai ke doosron ko batane ke liye shart nahi ke tum bilkul perfect ban gaye ho.</w:t>
      </w:r>
    </w:p>
    <w:p>
      <w:pPr>
        <w:jc w:val="right"/>
      </w:pPr>
      <w:r>
        <w:t>آپ تفسیر ابن کثیر میرے پاس ہے، آ کر دیکھیے، اس میں یہی بات ٹھیک انہوں نے لکھی ہے کہ دوسروں کو بتانے کے لیے شرط نہیں کہ تم بالکل perfect بن گئے ہو۔</w:t>
      </w:r>
    </w:p>
    <w:p>
      <w:r>
        <w:rPr>
          <w:b/>
        </w:rPr>
        <w:t xml:space="preserve">[1:24:43] </w:t>
      </w:r>
      <w:r>
        <w:t>apne apni islaah ki koshish jaari rakho, aur saath saath doosron ko bhi jo batana hai, woh batate raho. to donon process saath saath chalta hai. donon process jo hain, yeh self correction ka aur doosron mein daao work ka saath saath chalta hai.</w:t>
      </w:r>
    </w:p>
    <w:p>
      <w:pPr>
        <w:jc w:val="right"/>
      </w:pPr>
      <w:r>
        <w:t>اپنے اپنی اصلاح کی کوشش جاری رکھو، اور ساتھ ساتھ دوسروں کو بھی جو بتانا ہے، وہ بتاتے رہو۔ تو دونوں پراسیس ساتھ ساتھ چلتا ہے۔ دونوں پراسیس جو ہیں، یہ self correction کا اور دوسروں میں داؤ ورک کا ساتھ ساتھ چلتا ہے۔</w:t>
      </w:r>
    </w:p>
    <w:p>
      <w:r>
        <w:rPr>
          <w:b/>
        </w:rPr>
        <w:t xml:space="preserve">[1:24:57] </w:t>
      </w:r>
      <w:r>
        <w:t>process is mein aisa nahi hai ke ek aage hai, ek peechhe hai, pehle yeh kar lo, phir woh kiya jayega. aisa kuch nahi hai. yeh ulama ka maslak hai, aur mere paas kitaab maujood hai.</w:t>
      </w:r>
    </w:p>
    <w:p>
      <w:pPr>
        <w:jc w:val="right"/>
      </w:pPr>
      <w:r>
        <w:t>پراسیس اس میں ایسا نہیں ہے کہ ایک آگے ہے، ایک پیچھے ہے، پہلے یہ کر لو، پھر وہ کیا جائے گا۔ ایسا کچھ نہیں ہے۔ یہ علماء کا مسلک ہے، اور میرے پاس کتاب موجود ہے۔</w:t>
      </w:r>
    </w:p>
    <w:p>
      <w:r>
        <w:rPr>
          <w:b/>
        </w:rPr>
        <w:t xml:space="preserve">[1:25:08] </w:t>
      </w:r>
      <w:r>
        <w:t>agar koi dekhna chahe to aa kar dekh sakta hai.</w:t>
      </w:r>
    </w:p>
    <w:p>
      <w:pPr>
        <w:jc w:val="right"/>
      </w:pPr>
      <w:r>
        <w:t>اگر کوئی دیکھنا چاہے تو آ کر دیکھ سکتا ہے۔</w:t>
      </w:r>
    </w:p>
    <w:p>
      <w:r>
        <w:rPr>
          <w:b/>
        </w:rPr>
        <w:t xml:space="preserve">[1:25:14] </w:t>
      </w:r>
      <w:r>
        <w:t>This question is from Miss Vineeta: Introspection and ability to change requires an inner struggle.</w:t>
      </w:r>
    </w:p>
    <w:p>
      <w:pPr>
        <w:jc w:val="right"/>
      </w:pPr>
      <w:r>
        <w:t>This question is from Miss Vineeta: Introspection and ability to change requires an inner struggle.</w:t>
      </w:r>
    </w:p>
    <w:p>
      <w:r>
        <w:rPr>
          <w:b/>
        </w:rPr>
        <w:t xml:space="preserve">[1:25:23] </w:t>
      </w:r>
      <w:r>
        <w:t>why should we voluntarily opt for this? yeh question bohat hi, yaani khaas tarah question hai.</w:t>
      </w:r>
    </w:p>
    <w:p>
      <w:pPr>
        <w:jc w:val="right"/>
      </w:pPr>
      <w:r>
        <w:t>Why should we voluntarily opt for this? یہ question بہت ہی، یعنی خاص طرح question ہے۔</w:t>
      </w:r>
    </w:p>
    <w:p>
      <w:r>
        <w:rPr>
          <w:b/>
        </w:rPr>
        <w:t xml:space="preserve">[1:25:32] </w:t>
      </w:r>
      <w:r>
        <w:t>beh-haal, main yeh kahunga ke har aadmi kahin na kahin yahi kaam karta hai jis ko woh apne interest samajhta hai, apna interest.</w:t>
      </w:r>
    </w:p>
    <w:p>
      <w:pPr>
        <w:jc w:val="right"/>
      </w:pPr>
      <w:r>
        <w:t>بہرحال، میں یہ کہوں گا کہ ہر آدمی کہیں نہ کہیں یہی کام کرتا ہے جس کو وہ اپنے interest سمجھتا ہے، اپنا interest۔</w:t>
      </w:r>
    </w:p>
    <w:p>
      <w:r>
        <w:rPr>
          <w:b/>
        </w:rPr>
        <w:t xml:space="preserve">[1:25:51] </w:t>
      </w:r>
      <w:r>
        <w:t>jaise main bataoon aap ko, ek saahab thay, unhone dukaan kholi to woh thay pathan ke mizaj ke.</w:t>
      </w:r>
    </w:p>
    <w:p>
      <w:pPr>
        <w:jc w:val="right"/>
      </w:pPr>
      <w:r>
        <w:t>جیسے میں بتاؤں آپ کو، ایک صاحب تھے، انہوں نے دکان کھولی تو وہ تھے پٹھان کے مزاج کے۔</w:t>
      </w:r>
    </w:p>
    <w:p>
      <w:r>
        <w:rPr>
          <w:b/>
        </w:rPr>
        <w:t xml:space="preserve">[1:26:01] </w:t>
      </w:r>
      <w:r>
        <w:t>to to jo gaahak aata tha, us ko wohi pathani zabaan bolte thay. to woh gaahak dheere dheere khatam ho gaye, baithe rehte thay, koi aata nahi tha.</w:t>
      </w:r>
    </w:p>
    <w:p>
      <w:pPr>
        <w:jc w:val="right"/>
      </w:pPr>
      <w:r>
        <w:t>تو تو جو گاہک آتا تھا، اس کو وہی پٹھانی زبان بولتے تھے۔ تو وہ گاہک دھیرے دھیرے ختم ہو گئے، بیٹھے رہتے تھے، کوئی آتا نہیں تھا۔</w:t>
      </w:r>
    </w:p>
    <w:p>
      <w:r>
        <w:rPr>
          <w:b/>
        </w:rPr>
        <w:t xml:space="preserve">[1:26:12] </w:t>
      </w:r>
      <w:r>
        <w:t>to ek dukandaar se unhone poocha ke bhai kya maamla hai? aur unhone kaha jaate hain, gaahak hamare haan nahi aate. to unhone kaha ke tum ne dukaan kholi ya koi koi pathan ka chaupal khola hai?</w:t>
      </w:r>
    </w:p>
    <w:p>
      <w:pPr>
        <w:jc w:val="right"/>
      </w:pPr>
      <w:r>
        <w:t>تو ایک دکاندار سے انہوں نے پوچھا کہ بھئی کیا معاملہ ہے؟ اور انہوں نے کہا جاتے ہیں، گاہک ہمارے ہاں نہیں آتے۔ تو انہوں نے کہا کہ تم نے دکان کھولی یا کوئی کوئی پٹھان کا چوپال کھولا ہے؟</w:t>
      </w:r>
    </w:p>
    <w:p>
      <w:r>
        <w:rPr>
          <w:b/>
        </w:rPr>
        <w:t xml:space="preserve">[1:26:24] </w:t>
      </w:r>
      <w:r>
        <w:t>ya tum ne tum ne pathan chaupal bana rakha hai? kaun aayega yahan par?</w:t>
      </w:r>
    </w:p>
    <w:p>
      <w:pPr>
        <w:jc w:val="right"/>
      </w:pPr>
      <w:r>
        <w:t>یا تم نے تم نے پٹھان چوپال بنا رکھا ہے؟ کون آئے گا یہاں پر؟</w:t>
      </w:r>
    </w:p>
    <w:p>
      <w:r>
        <w:rPr>
          <w:b/>
        </w:rPr>
        <w:t xml:space="preserve">[1:26:31] </w:t>
      </w:r>
      <w:r>
        <w:t>aap ko dukaan wala culture apnana pare ga. woh kya hai? yaani customer friendly culture. customer friendly culture.</w:t>
      </w:r>
    </w:p>
    <w:p>
      <w:pPr>
        <w:jc w:val="right"/>
      </w:pPr>
      <w:r>
        <w:t>آپ کو دکان والا کلچر اپنانا پڑے گا۔ وہ کیا ہے؟ یعنی کسٹمر فرینڈلی کلچر۔ کسٹمر فرینڈلی کلچر۔</w:t>
      </w:r>
    </w:p>
    <w:p>
      <w:r>
        <w:rPr>
          <w:b/>
        </w:rPr>
        <w:t xml:space="preserve">[1:26:41] </w:t>
      </w:r>
      <w:r>
        <w:t>to saahab, unhone badla apne aap ko, aur phir wohi dukaan phir main ne dekha hai. main ne is dukaan ko khoob chalne lagi. wohi dukaan to yeh masla hai ke aap is ko apna interest se jor saken.</w:t>
      </w:r>
    </w:p>
    <w:p>
      <w:pPr>
        <w:jc w:val="right"/>
      </w:pPr>
      <w:r>
        <w:t>تو صاحب، انہوں نے بدلا اپنے آپ کو، اور پھر وہی دکان پھر میں نے دیکھا ہے۔ میں نے اس دکان کو خوب چلنے لگی۔ وہی دکان تو یہ مسئلہ ہے کہ آپ اس کو اپنا انٹرسٹ سے جوڑ سکیں۔</w:t>
      </w:r>
    </w:p>
    <w:p>
      <w:r>
        <w:rPr>
          <w:b/>
        </w:rPr>
        <w:t xml:space="preserve">[1:26:54] </w:t>
      </w:r>
      <w:r>
        <w:t>jis baat ko aap interest se jor sakte hain, to aap apne ko badal bhi daalte hain. is ke liye</w:t>
      </w:r>
    </w:p>
    <w:p>
      <w:pPr>
        <w:jc w:val="right"/>
      </w:pPr>
      <w:r>
        <w:t>جس بات کو آپ انٹرسٹ سے جوڑ سکتے ہیں، تو آپ اپنے کو بدل بھی ڈالتے ہیں۔ اس کے لیے</w:t>
      </w:r>
    </w:p>
    <w:p>
      <w:r>
        <w:rPr>
          <w:b/>
        </w:rPr>
        <w:t xml:space="preserve">[1:27:02] </w:t>
      </w:r>
      <w:r>
        <w:t>ek saahab thay, woh cigarette peete thay, chhup chhup kar peete thay. waise woh bete se kehte thay ke cigarette na piyo. bete ko mana karte thay, aur khud cigarette peete thay bathroom mein ja kar ke.</w:t>
      </w:r>
    </w:p>
    <w:p>
      <w:pPr>
        <w:jc w:val="right"/>
      </w:pPr>
      <w:r>
        <w:t>ایک صاحب تھے، وہ سگریٹ پیتے تھے، چھپ چھپ کر پیتے تھے۔ ویسے وہ بیٹے سے کہتے تھے کہ سگریٹ نہ پیو۔ بیٹے کو منع کرتے تھے، اور خود سگریٹ پیتے تھے باتھ روم میں جا کر کے۔</w:t>
      </w:r>
    </w:p>
    <w:p>
      <w:r>
        <w:rPr>
          <w:b/>
        </w:rPr>
        <w:t xml:space="preserve">[1:27:15] </w:t>
      </w:r>
      <w:r>
        <w:t>to bete ne dekh liya, to us ne apni mami se kaha ke dekho, mere papa mujh ko kehte hain ke cigarette na piyo. khud to peete hain.</w:t>
      </w:r>
    </w:p>
    <w:p>
      <w:pPr>
        <w:jc w:val="right"/>
      </w:pPr>
      <w:r>
        <w:t>تو بیٹے نے دیکھ لیا، تو اس نے اپنی ممی سے کہا کہ دیکھو، میرے پاپا مجھ کو کہتے ہیں کہ سگریٹ نہ پیو۔ خود تو پیتے ہیں۔</w:t>
      </w:r>
    </w:p>
    <w:p>
      <w:r>
        <w:rPr>
          <w:b/>
        </w:rPr>
        <w:t xml:space="preserve">[1:27:25] </w:t>
      </w:r>
      <w:r>
        <w:t>wo baap jo tha, wo cigarette ka aadi ho chuka tha, bohat ziyada aadi tha. baqayda</w:t>
      </w:r>
    </w:p>
    <w:p>
      <w:pPr>
        <w:jc w:val="right"/>
      </w:pPr>
      <w:r>
        <w:t>وہ باپ جو تھا، وہ سگریٹ کا عادی ہو چکا تھا، بہت زیادہ عادی تھا۔ باقاعدہ</w:t>
      </w:r>
    </w:p>
    <w:p>
      <w:r>
        <w:rPr>
          <w:b/>
        </w:rPr>
        <w:t xml:space="preserve">[1:27:30] </w:t>
      </w:r>
      <w:r>
        <w:t>us ne isi din jitna uska packet tha, sab phenk diya aur cigarette chhod diya. us ne apne bete ki khair khwahi mein ke mera beta jo hai, wo cigarette lega.</w:t>
      </w:r>
    </w:p>
    <w:p>
      <w:pPr>
        <w:jc w:val="right"/>
      </w:pPr>
      <w:r>
        <w:t>اس نے اسی دن جتنا اس کا پیکٹ تھا، سب پھینک دیا اور سگریٹ چھوڑ دیا۔ اس نے اپنے بیٹے کی خیر خواہی میں کہ میرا بیٹا جو ہے، وہ سگریٹ لے گا۔</w:t>
      </w:r>
    </w:p>
    <w:p>
      <w:r>
        <w:rPr>
          <w:b/>
        </w:rPr>
        <w:t xml:space="preserve">[1:27:39] </w:t>
      </w:r>
      <w:r>
        <w:t>to aap jante hain, ek cigarette bohat hi molk cheez hai. to wahan par us ko interest dikhai diya ke main apni adat ko chhod doon.</w:t>
      </w:r>
    </w:p>
    <w:p>
      <w:pPr>
        <w:jc w:val="right"/>
      </w:pPr>
      <w:r>
        <w:t>تو آپ جانتے ہیں، ایک سگریٹ بہت ہی مولک چیز ہے۔ تو وہاں پر اس کو انٹرسٹ دکھائی دیا کہ میں اپنی عادت کو چھوڑ دوں۔</w:t>
      </w:r>
    </w:p>
    <w:p>
      <w:r>
        <w:rPr>
          <w:b/>
        </w:rPr>
        <w:t xml:space="preserve">[1:27:49] </w:t>
      </w:r>
      <w:r>
        <w:t>to us ne chhod di adat ko. asal cheez yeh hai ke jo hum yeh baat aap ne likhi hai, is cheez ko aap apna interest bana saken.</w:t>
      </w:r>
    </w:p>
    <w:p>
      <w:pPr>
        <w:jc w:val="right"/>
      </w:pPr>
      <w:r>
        <w:t>تو اس نے چھوڑ دی عادت کو۔ اصل چیز یہ ہے کہ جو ہم یہ بات آپ نے لکھی ہے، اس چیز کو آپ اپنا انٹرسٹ بنا سکیں۔</w:t>
      </w:r>
    </w:p>
    <w:p>
      <w:r>
        <w:rPr>
          <w:b/>
        </w:rPr>
        <w:t xml:space="preserve">[1:27:59] </w:t>
      </w:r>
      <w:r>
        <w:t>interest</w:t>
      </w:r>
    </w:p>
    <w:p>
      <w:pPr>
        <w:jc w:val="right"/>
      </w:pPr>
      <w:r>
        <w:t>انٹرسٹ</w:t>
      </w:r>
    </w:p>
    <w:p>
      <w:r>
        <w:rPr>
          <w:b/>
        </w:rPr>
        <w:t xml:space="preserve">[1:28:00] </w:t>
      </w:r>
      <w:r>
        <w:t>isi mein aap ko lage ke isi mein mera interest hai. to aap sacrifice kar ke wo wo karenge is kaam ko. to jab tak interest nahi dikhai dega, tab tak kahenge bhai humein kya karna hai?</w:t>
      </w:r>
    </w:p>
    <w:p>
      <w:pPr>
        <w:jc w:val="right"/>
      </w:pPr>
      <w:r>
        <w:t>اسی میں آپ کو لگے کہ اسی میں میرا انٹرسٹ ہے۔ تو آپ سیکریفائس کر کے وہ وہ کریں گے اس کام کو۔ تو جب تک انٹرسٹ نہیں دکھائی دے گا، تب تک کہیں گے بھئی ہمیں کیا کرنا ہے؟</w:t>
      </w:r>
    </w:p>
    <w:p>
      <w:r>
        <w:rPr>
          <w:b/>
        </w:rPr>
        <w:t xml:space="preserve">[1:28:12] </w:t>
      </w:r>
      <w:r>
        <w:t>is mein kya lena dena hai hum ko is se? to cheez yeh hai ke aadmi is cheez ko apna interest bana sake.</w:t>
      </w:r>
    </w:p>
    <w:p>
      <w:pPr>
        <w:jc w:val="right"/>
      </w:pPr>
      <w:r>
        <w:t>اس میں کیا لینا دینا ہے ہم کو اس سے؟ تو چیز یہ ہے کہ آدمی اس چیز کو اپنا انٹرسٹ بنا سکے۔</w:t>
      </w:r>
    </w:p>
    <w:p>
      <w:r>
        <w:rPr>
          <w:b/>
        </w:rPr>
        <w:t xml:space="preserve">[1:28:24] </w:t>
      </w:r>
      <w:r>
        <w:t>to to asal asal jo hai baat wo yeh hai ke wo hum interest bana pate hain ke nahi bana pate?</w:t>
      </w:r>
    </w:p>
    <w:p>
      <w:pPr>
        <w:jc w:val="right"/>
      </w:pPr>
      <w:r>
        <w:t>تو تو اصل اصل جو ہے بات وہ یہ ہے کہ وہ ہم انٹرسٹ بنا پاتے ہیں کہ نہیں بنا پاتے؟</w:t>
      </w:r>
    </w:p>
    <w:p>
      <w:r>
        <w:rPr>
          <w:b/>
        </w:rPr>
        <w:t xml:space="preserve">[1:28:31] </w:t>
      </w:r>
      <w:r>
        <w:t>interest bana payen to phir hum kuch bhi mushkil nahi hoga is par karna.</w:t>
      </w:r>
    </w:p>
    <w:p>
      <w:pPr>
        <w:jc w:val="right"/>
      </w:pPr>
      <w:r>
        <w:t>انٹرسٹ بنا پائیں تو پھر ہم کچھ بھی مشکل نہیں ہوگا اس پر کرنا۔</w:t>
      </w:r>
    </w:p>
    <w:p>
      <w:r>
        <w:rPr>
          <w:b/>
        </w:rPr>
        <w:t xml:space="preserve">[1:28:42] </w:t>
      </w:r>
      <w:r>
        <w:t>This question is from Zubair ahmed shah: Please explain the concept of riba. Does it mean simple interest or compound interest or something else?</w:t>
      </w:r>
    </w:p>
    <w:p>
      <w:pPr>
        <w:jc w:val="right"/>
      </w:pPr>
      <w:r>
        <w:t>This question is from Zubair احمد شاہ: Please explain the concept of ربا. Does it mean simple interest or compound interest or something else?</w:t>
      </w:r>
    </w:p>
    <w:p>
      <w:r>
        <w:rPr>
          <w:b/>
        </w:rPr>
        <w:t xml:space="preserve">[1:28:55] </w:t>
      </w:r>
      <w:r>
        <w:t>Sorry for asking a question not relevant to the topic.</w:t>
      </w:r>
    </w:p>
    <w:p>
      <w:pPr>
        <w:jc w:val="right"/>
      </w:pPr>
      <w:r>
        <w:t>Sorry for asking a question not relevant to the topic.</w:t>
      </w:r>
    </w:p>
    <w:p>
      <w:r>
        <w:rPr>
          <w:b/>
        </w:rPr>
        <w:t xml:space="preserve">[1:28:58] </w:t>
      </w:r>
      <w:r>
        <w:t>dekhen, hum riba ke bare mein likhte hain ya bolte hain? kyon? jo log aisa question karte hain, wo main un ko senior nahi samajhta.</w:t>
      </w:r>
    </w:p>
    <w:p>
      <w:pPr>
        <w:jc w:val="right"/>
      </w:pPr>
      <w:r>
        <w:t>دیکھیں، ہم ربا کے بارے میں لکھتے ہیں یا بولتے ہیں؟ کیوں؟ جو لوگ ایسا کوئسچن کرتے ہیں، وہ میں ان کو سینئر نہیں سمجھتا۔</w:t>
      </w:r>
    </w:p>
    <w:p>
      <w:r>
        <w:rPr>
          <w:b/>
        </w:rPr>
        <w:t xml:space="preserve">[1:29:08] </w:t>
      </w:r>
      <w:r>
        <w:t>kyon? aap question karte rehte hain. ulama ne senkdo kitaben likh rakhi hain, to aap padh lijiye is ko. manna hai to manen, na manna hai to na maniye. main jahan jata hoon to log riba ka sawal karte hain.</w:t>
      </w:r>
    </w:p>
    <w:p>
      <w:pPr>
        <w:jc w:val="right"/>
      </w:pPr>
      <w:r>
        <w:t>کیوں؟ آپ کوئسچن کرتے رہتے ہیں۔ علماء نے سینکڑوں کتابیں لکھ رکھی ہیں، تو آپ پڑھ لیجئے اس کو۔ ماننا ہے تو مانیں، نہ ماننا ہے تو نہ مانیے۔ میں جہاں جاتا ہوں تو لوگ ربا کا سوال کرتے ہیں۔</w:t>
      </w:r>
    </w:p>
    <w:p>
      <w:r>
        <w:rPr>
          <w:b/>
        </w:rPr>
        <w:t xml:space="preserve">[1:29:19] </w:t>
      </w:r>
      <w:r>
        <w:t>mujhe wo kehte hain, "riba ka sawal kyon karte ho tum is ko?" is par to bohat kitaben likhi aa chuki hain.</w:t>
      </w:r>
    </w:p>
    <w:p>
      <w:pPr>
        <w:jc w:val="right"/>
      </w:pPr>
      <w:r>
        <w:t>مجھے وہ کہتے ہیں، "ربا کا سوال کیوں کرتے ہو تم اس کو؟" اس پر تو بہت کتابیں لکھی آ چکی ہیں۔</w:t>
      </w:r>
    </w:p>
    <w:p>
      <w:r>
        <w:rPr>
          <w:b/>
        </w:rPr>
        <w:t xml:space="preserve">[1:29:27] </w:t>
      </w:r>
      <w:r>
        <w:t>to jab ulama likh chuke hain to ya to mano is ko, nahi manna hai to kehte hain, "hum nahi manenge." baat khatam. phir phir koi question karte ho is ko. top ke ulama ne is pe likha hai, quran ki tafseeron mein likha hai, alag se likha hai.</w:t>
      </w:r>
    </w:p>
    <w:p>
      <w:pPr>
        <w:jc w:val="right"/>
      </w:pPr>
      <w:r>
        <w:t>تو جب علماء لکھ چکے ہیں تو یا تو مانو اس کو، نہیں ماننا ہے تو کہتے ہیں، "ہم نہیں مانیں گے۔" بات ختم۔ پھر پھر کوئی کوئسچن کرتے ہو اس کو۔ ٹاپ کے علماء نے اس پہ لکھا ہے، قرآن کی تفسیروں میں لکھا ہے، الگ سے لکھا ہے۔</w:t>
      </w:r>
    </w:p>
    <w:p>
      <w:r>
        <w:rPr>
          <w:b/>
        </w:rPr>
        <w:t xml:space="preserve">[1:29:43] </w:t>
      </w:r>
      <w:r>
        <w:t>to aap ke liye do hi option hain: ya to is ko maniye ya kahen ke hum to manna nahi hai. humein yeh third option ek question kar raha hai. third option kyon le rakha hai aap ne?</w:t>
      </w:r>
    </w:p>
    <w:p>
      <w:pPr>
        <w:jc w:val="right"/>
      </w:pPr>
      <w:r>
        <w:t>تو آپ کے لیے دو ہی آپشن ہیں: یا تو اس کو مانیے یا کہیں کہ ہم تو ماننا نہیں ہے۔ ہمیں یہ تھرڈ آپشن ایک کوئسچن کر رہا ہے۔ تھرڈ آپشن کیوں لے رکھا ہے آپ نے؟</w:t>
      </w:r>
    </w:p>
    <w:p>
      <w:r>
        <w:rPr>
          <w:b/>
        </w:rPr>
        <w:t xml:space="preserve">[1:29:53] </w:t>
      </w:r>
      <w:r>
        <w:t>main jahan jata hoon, yeh sawal hota hai. riba mein</w:t>
      </w:r>
    </w:p>
    <w:p>
      <w:pPr>
        <w:jc w:val="right"/>
      </w:pPr>
      <w:r>
        <w:t>میں جہاں جاتا ہوں، یہ سوال ہوتا ہے۔ ربا میں</w:t>
      </w:r>
    </w:p>
    <w:p>
      <w:r>
        <w:rPr>
          <w:b/>
        </w:rPr>
        <w:t xml:space="preserve">[1:29:55] </w:t>
      </w:r>
      <w:r>
        <w:t>hairan hota hoon ke aakhir kyon riba ke bare mein sawal karte hain aap? jab sare ulama likh chuke hain is ko, har tafsir mein likha hua hai, bohat sari kitaben chhap chuki hain, itne article chhap chuke hain, sab ko pata hai.</w:t>
      </w:r>
    </w:p>
    <w:p>
      <w:pPr>
        <w:jc w:val="right"/>
      </w:pPr>
      <w:r>
        <w:t>حیران ہوتا ہوں کہ آخر کیوں ربا کے بارے میں سوال کرتے ہیں آپ؟ جب سارے علماء لکھ چکے ہیں اس کو، ہر تفسیر میں لکھا ہوا ہے، بہت ساری کتابیں چھپ چکی ہیں، اتنے آرٹیکل چھپ چکے ہیں، سب کو پتہ ہے۔</w:t>
      </w:r>
    </w:p>
    <w:p>
      <w:r>
        <w:rPr>
          <w:b/>
        </w:rPr>
        <w:t xml:space="preserve">[1:30:10] </w:t>
      </w:r>
      <w:r>
        <w:t>yeh to well known fact ke ulama ka is mein kya maslak hai. phir bhi is waqt question karte hain. to kya main alag se koi jawab de dunga aap ko? main alag se thodi kuch keh dunga.</w:t>
      </w:r>
    </w:p>
    <w:p>
      <w:pPr>
        <w:jc w:val="right"/>
      </w:pPr>
      <w:r>
        <w:t>یہ تو ویل نون فیکٹ کہ علماء کا اس میں کیا مسلک ہے۔ پھر بھی اس وقت کوئسچن کرتے ہیں۔ تو کیا میں الگ سے کوئی جواب دے دوں گا آپ کو؟ میں الگ سے تھوڑی کچھ کہہ دوں گا۔</w:t>
      </w:r>
    </w:p>
    <w:p>
      <w:r>
        <w:rPr>
          <w:b/>
        </w:rPr>
        <w:t xml:space="preserve">[1:30:22] </w:t>
      </w:r>
      <w:r>
        <w:t>to baharhal, main jo log bhi riba ke bare mein poochte hain, un se yahi main kaha karta hoon ke aap ke do mein se ek ka option hai: ya to jo ulama jo likh chuke hain, is ko maniye, nahi to aap inkar kar dijiye ke humein ulama ka nahi sunna hai, kuch nahi sunna hai.</w:t>
      </w:r>
    </w:p>
    <w:p>
      <w:pPr>
        <w:jc w:val="right"/>
      </w:pPr>
      <w:r>
        <w:t>تو بہرحال، میں جو لوگ بھی ربا کے بارے میں پوچھتے ہیں، ان سے یہی میں کہا کرتا ہوں کہ آپ کے دو میں سے ایک کا آپشن ہے: یا تو جو علماء جو لکھ چکے ہیں، اس کو مانیے، نہیں تو آپ انکار کر دیجئے کہ ہمیں علماء کا نہیں سننا ہے، کچھ نہیں سننا ہے۔</w:t>
      </w:r>
    </w:p>
    <w:p>
      <w:r>
        <w:rPr>
          <w:b/>
        </w:rPr>
        <w:t xml:space="preserve">[1:30:35] </w:t>
      </w:r>
      <w:r>
        <w:t>humein to</w:t>
      </w:r>
    </w:p>
    <w:p>
      <w:pPr>
        <w:jc w:val="right"/>
      </w:pPr>
      <w:r>
        <w:t>ہمیں تو</w:t>
      </w:r>
    </w:p>
    <w:p>
      <w:r>
        <w:rPr>
          <w:b/>
        </w:rPr>
        <w:t xml:space="preserve">[1:30:36] </w:t>
      </w:r>
      <w:r>
        <w:t>jo hum samjhenge, wahi karenge. yeh third option kyon lete hain? aap mujhe kuch nahi kehna hai riba ke bare mein.</w:t>
      </w:r>
    </w:p>
    <w:p>
      <w:pPr>
        <w:jc w:val="right"/>
      </w:pPr>
      <w:r>
        <w:t>جو ہم سمجھیں گے، وہی کریں گے۔ یہ تھرڈ آپشن کیوں لیتے ہیں؟ آپ مجھے کچھ نہیں کہنا ہے ربا کے بارے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