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August 31, 2008</w:t>
      </w:r>
    </w:p>
    <w:p>
      <w:r>
        <w:t>https://youtu.be/Vo6ZZkMtpm0</w:t>
      </w:r>
    </w:p>
    <w:p>
      <w:r>
        <w:rPr>
          <w:b/>
        </w:rPr>
        <w:t xml:space="preserve">[00:13] </w:t>
      </w:r>
      <w:r>
        <w:t>bismillah rahman rahim, wasallallahu ala al-nabi al-karim.</w:t>
      </w:r>
    </w:p>
    <w:p>
      <w:pPr>
        <w:jc w:val="right"/>
      </w:pPr>
      <w:r>
        <w:t>بسم اللہ الرحمن الرحیم، وصلی اللہ علی النبی الکریم۔</w:t>
      </w:r>
    </w:p>
    <w:p>
      <w:r>
        <w:rPr>
          <w:b/>
        </w:rPr>
        <w:t xml:space="preserve">[00:21]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[00:37] </w:t>
      </w:r>
      <w:r>
        <w:t>aaj ki baat ka title hai "from the spiritual tree".</w:t>
      </w:r>
    </w:p>
    <w:p>
      <w:pPr>
        <w:jc w:val="right"/>
      </w:pPr>
      <w:r>
        <w:t>آج کی بات کا ٹائٹل ہے "فرام دا اسپیریچول ٹری"۔</w:t>
      </w:r>
    </w:p>
    <w:p>
      <w:r>
        <w:rPr>
          <w:b/>
        </w:rPr>
        <w:t xml:space="preserve">[00:49] </w:t>
      </w:r>
      <w:r>
        <w:t>aap jante hain ke hamare ghar ke paas aik peed hai, us ko hum spiritual tree kehte hain.</w:t>
      </w:r>
    </w:p>
    <w:p>
      <w:pPr>
        <w:jc w:val="right"/>
      </w:pPr>
      <w:r>
        <w:t>آپ جانتے ہیں کہ ہمارے گھر کے پاس ایک پیڑ ہے، اس کو ہم اسپیریچول ٹری کہتے ہیں۔</w:t>
      </w:r>
    </w:p>
    <w:p>
      <w:r>
        <w:rPr>
          <w:b/>
        </w:rPr>
        <w:t xml:space="preserve">[01:00] </w:t>
      </w:r>
      <w:r>
        <w:t>boht dinon se mein ne us ka reference nahi diya tha.</w:t>
      </w:r>
    </w:p>
    <w:p>
      <w:pPr>
        <w:jc w:val="right"/>
      </w:pPr>
      <w:r>
        <w:t>بہت دنوں سے میں نے اس کا ریفرنس نہیں دیا تھا۔</w:t>
      </w:r>
    </w:p>
    <w:p>
      <w:r>
        <w:rPr>
          <w:b/>
        </w:rPr>
        <w:t xml:space="preserve">[01:07] </w:t>
      </w:r>
      <w:r>
        <w:t>kyun? is liye ke woh kai mahinon se sookh gaya tha. Yani jis ko kehte hain Hindi mein thand, aur English mein kehte hain stump,</w:t>
      </w:r>
    </w:p>
    <w:p>
      <w:pPr>
        <w:jc w:val="right"/>
      </w:pPr>
      <w:r>
        <w:t>کیوں؟ اس لیے کہ وہ کئی مہینوں سے سوکھ گیا تھا۔ یعنی جس کو کہتے ہیں ہندی میں ٹھنڈ، اور انگلش میں کہتے ہیں اسٹمپ،</w:t>
      </w:r>
    </w:p>
    <w:p>
      <w:r>
        <w:rPr>
          <w:b/>
        </w:rPr>
        <w:t xml:space="preserve">[01:23] </w:t>
      </w:r>
      <w:r>
        <w:t>STUMP. To woh thand ya stump ho gaya tha. Sookhi lakri ke tareeqe se woh khara hua tha.</w:t>
      </w:r>
    </w:p>
    <w:p>
      <w:pPr>
        <w:jc w:val="right"/>
      </w:pPr>
      <w:r>
        <w:t>ایس ٹی یو ایم پی۔ تو وہ ٹھنڈ یا اسٹمپ ہو گیا تھا۔ سوکھی لکڑی کے طریقے سے وہ کھڑا ہوا تھا۔</w:t>
      </w:r>
    </w:p>
    <w:p>
      <w:r>
        <w:rPr>
          <w:b/>
        </w:rPr>
        <w:t xml:space="preserve">[01:34] </w:t>
      </w:r>
      <w:r>
        <w:t>us mein haryali nahi thi, patiyan nahi thin, kuch bhi nahi tha.</w:t>
      </w:r>
    </w:p>
    <w:p>
      <w:pPr>
        <w:jc w:val="right"/>
      </w:pPr>
      <w:r>
        <w:t>اس میں ہریالی نہیں تھی، پتیاں نہیں تھیں، کچھ بھی نہیں تھا۔</w:t>
      </w:r>
    </w:p>
    <w:p>
      <w:r>
        <w:rPr>
          <w:b/>
        </w:rPr>
        <w:t xml:space="preserve">[01:42] </w:t>
      </w:r>
      <w:r>
        <w:t>mein ne samjha ke yeh hamara jo spiritual tree hai, shayad us ki umar poori ho gayi, woh dead ho gaya.</w:t>
      </w:r>
    </w:p>
    <w:p>
      <w:pPr>
        <w:jc w:val="right"/>
      </w:pPr>
      <w:r>
        <w:t>میں نے سمجھا کہ یہ ہمارا جو اسپیریچول ٹری ہے، شاید اس کی عمر پوری ہو گئی، وہ ڈیڈ ہو گیا۔</w:t>
      </w:r>
    </w:p>
    <w:p>
      <w:r>
        <w:rPr>
          <w:b/>
        </w:rPr>
        <w:t xml:space="preserve">[01:53] </w:t>
      </w:r>
      <w:r>
        <w:t>ab woh khatam ho gaya. Lekin abhi jo barsaat hui, to barsaat ke baad mein ne dekha ke phir us ke andar patiyan, hari patiyan nikal rahi hain.</w:t>
      </w:r>
    </w:p>
    <w:p>
      <w:pPr>
        <w:jc w:val="right"/>
      </w:pPr>
      <w:r>
        <w:t>اب وہ ختم ہو گیا۔ لیکن ابھی جو برسات ہوئی، تو برسات کے بعد میں نے دیکھا کہ پھر اس کے اندر پتیاں، ہری پتیاں نکل رہی ہیں۔</w:t>
      </w:r>
    </w:p>
    <w:p>
      <w:r>
        <w:rPr>
          <w:b/>
        </w:rPr>
        <w:t xml:space="preserve">[02:11] </w:t>
      </w:r>
      <w:r>
        <w:t>nikalte nikalte phir woh waise hi ho gaya. Aaj subah mein apne spiritual tree ke neeche baitha to waise hi woh hara bhara tha, waise hi shadab tha.</w:t>
      </w:r>
    </w:p>
    <w:p>
      <w:pPr>
        <w:jc w:val="right"/>
      </w:pPr>
      <w:r>
        <w:t>نکلتے نکلتے پھر وہ ویسے ہی ہو گیا۔ آج صبح میں اپنے اسپیریچول ٹری کے نیچے بیٹھا تو ویسے ہی وہ ہرا بھرا تھا، ویسے ہی شاداب تھا۔</w:t>
      </w:r>
    </w:p>
    <w:p>
      <w:r>
        <w:rPr>
          <w:b/>
        </w:rPr>
        <w:t xml:space="preserve">[02:26] </w:t>
      </w:r>
      <w:r>
        <w:t>mein der tak us ke neeche baitha raha, aur jaisa ke aap jante hain, inspiration leta raha.</w:t>
      </w:r>
    </w:p>
    <w:p>
      <w:pPr>
        <w:jc w:val="right"/>
      </w:pPr>
      <w:r>
        <w:t>میں دیر تک اس کے نیچے بیٹھا رہا، اور جیسا کہ آپ جانتے ہیں، انسپیریشن لیتا رہا۔</w:t>
      </w:r>
    </w:p>
    <w:p>
      <w:r>
        <w:rPr>
          <w:b/>
        </w:rPr>
        <w:t xml:space="preserve">[02:36] </w:t>
      </w:r>
      <w:r>
        <w:t>isi liye aaj ki talk ka mein ne jo</w:t>
      </w:r>
    </w:p>
    <w:p>
      <w:pPr>
        <w:jc w:val="right"/>
      </w:pPr>
      <w:r>
        <w:t>اسی لیے آج کی ٹاک کا میں نے جو</w:t>
      </w:r>
    </w:p>
    <w:p>
      <w:r>
        <w:rPr>
          <w:b/>
        </w:rPr>
        <w:t xml:space="preserve">[02:41] </w:t>
      </w:r>
      <w:r>
        <w:t>jo bataya hai unwan wo hai "from the spiritual tree".</w:t>
      </w:r>
    </w:p>
    <w:p>
      <w:pPr>
        <w:jc w:val="right"/>
      </w:pPr>
      <w:r>
        <w:t>جو بتایا ہے عنوان وہ ہے "فرام دا اسپیریچول ٹری"۔</w:t>
      </w:r>
    </w:p>
    <w:p>
      <w:r>
        <w:rPr>
          <w:b/>
        </w:rPr>
        <w:t xml:space="preserve">[02:49] </w:t>
      </w:r>
      <w:r>
        <w:t>main soch raha tha ke insan bhi isi tarah se thand ho jate hain, stamp ho jate hain. Balkay aaj ke sare hi insan thand ho chuke hain, magar wo phir haray nahi hotay.</w:t>
      </w:r>
    </w:p>
    <w:p>
      <w:pPr>
        <w:jc w:val="right"/>
      </w:pPr>
      <w:r>
        <w:t>میں سوچ رہا تھا کہ انسان بھی اسی طرح سے ٹھنڈ ہو جاتے ہیں، اسٹمپ ہو جاتے ہیں۔ بلکہ آج کے سارے ہی انسان ٹھنڈ ہو چکے ہیں، مگر وہ پھر ہرے نہیں ہوتے۔</w:t>
      </w:r>
    </w:p>
    <w:p>
      <w:r>
        <w:rPr>
          <w:b/>
        </w:rPr>
        <w:t xml:space="preserve">[03:07] </w:t>
      </w:r>
      <w:r>
        <w:t>thand ka matlab kya hai? Main ne apne tajrubay mein, meri itni lambi umar ho chuki hai, sare logon ko paya main ne ke wo spirit less insan banay huay hain.</w:t>
      </w:r>
    </w:p>
    <w:p>
      <w:pPr>
        <w:jc w:val="right"/>
      </w:pPr>
      <w:r>
        <w:t>ٹھنڈ کا مطلب کیا ہے؟ میں نے اپنے تجربے میں، میری اتنی لمبی عمر ہو چکی ہے، سارے لوگوں کو پایا میں نے کہ وہ اسپیریٹ لیس انسان بنے ہوئے ہیں۔</w:t>
      </w:r>
    </w:p>
    <w:p>
      <w:r>
        <w:rPr>
          <w:b/>
        </w:rPr>
        <w:t xml:space="preserve">[03:23] </w:t>
      </w:r>
      <w:r>
        <w:t>in mein insanon ke liye mohabbat nahi, doosray ke liye tolerance nahi,</w:t>
      </w:r>
    </w:p>
    <w:p>
      <w:pPr>
        <w:jc w:val="right"/>
      </w:pPr>
      <w:r>
        <w:t>ان میں انسانوں کے لیے محبت نہیں، دوسرے کے لیے ٹولرنس نہیں،</w:t>
      </w:r>
    </w:p>
    <w:p>
      <w:r>
        <w:rPr>
          <w:b/>
        </w:rPr>
        <w:t xml:space="preserve">[03:31] </w:t>
      </w:r>
      <w:r>
        <w:t>sab ke liye hate chupa hua hai un ke dil mein.</w:t>
      </w:r>
    </w:p>
    <w:p>
      <w:pPr>
        <w:jc w:val="right"/>
      </w:pPr>
      <w:r>
        <w:t>سب کے لیے ہیٹ چھپا ہوا ہے ان کے دل میں۔</w:t>
      </w:r>
    </w:p>
    <w:p>
      <w:r>
        <w:rPr>
          <w:b/>
        </w:rPr>
        <w:t xml:space="preserve">[03:36] </w:t>
      </w:r>
      <w:r>
        <w:t>abhi hamare pas aik sahib aye thay jo bees saal se amreeka mein rehtay hain. Unhon ne kaha ke amreeka mein jitnay insan main ne dekhay, sab ke dil mein nafrat bhari hui hai.</w:t>
      </w:r>
    </w:p>
    <w:p>
      <w:pPr>
        <w:jc w:val="right"/>
      </w:pPr>
      <w:r>
        <w:t>ابھی ہمارے پاس ایک صاحب آئے تھے جو بیس سال سے امریکہ میں رہتے ہیں۔ انہوں نے کہا کہ امریکہ میں جتنے انسان میں نے دیکھے، سب کے دلوں میں نفرت بھری ہوئی ہے۔</w:t>
      </w:r>
    </w:p>
    <w:p>
      <w:r>
        <w:rPr>
          <w:b/>
        </w:rPr>
        <w:t xml:space="preserve">[03:49] </w:t>
      </w:r>
      <w:r>
        <w:t>yani hate free insan mujhe koi amreeka mein nahi mila.</w:t>
      </w:r>
    </w:p>
    <w:p>
      <w:pPr>
        <w:jc w:val="right"/>
      </w:pPr>
      <w:r>
        <w:t>یعنی ہیٹ فری انسان مجھے کوئی امریکہ میں نہیں ملا۔</w:t>
      </w:r>
    </w:p>
    <w:p>
      <w:r>
        <w:rPr>
          <w:b/>
        </w:rPr>
        <w:t xml:space="preserve">[03:57] </w:t>
      </w:r>
      <w:r>
        <w:t>yahi mera hal hai ke main jis se bhi milta hoon, sab hate hi hate mein jeetay hain.</w:t>
      </w:r>
    </w:p>
    <w:p>
      <w:pPr>
        <w:jc w:val="right"/>
      </w:pPr>
      <w:r>
        <w:t>یہی میرا حال ہے کہ میں جس سے بھی ملتا ہوں، سب ہیٹ ہی ہیٹ میں جیتے ہیں۔</w:t>
      </w:r>
    </w:p>
    <w:p>
      <w:r>
        <w:rPr>
          <w:b/>
        </w:rPr>
        <w:t xml:space="preserve">[04:06] </w:t>
      </w:r>
      <w:r>
        <w:t>yani muslim dunya ko lijiyay,</w:t>
      </w:r>
    </w:p>
    <w:p>
      <w:pPr>
        <w:jc w:val="right"/>
      </w:pPr>
      <w:r>
        <w:t>یعنی مسلم دنیا کو لیجئے،</w:t>
      </w:r>
    </w:p>
    <w:p>
      <w:r>
        <w:rPr>
          <w:b/>
        </w:rPr>
        <w:t xml:space="preserve">[04:12] </w:t>
      </w:r>
      <w:r>
        <w:t>musalmanon mein bohat bara naam hai allama ibn taimiya ka. Wo tatariyon ke zamanay mein thay.</w:t>
      </w:r>
    </w:p>
    <w:p>
      <w:pPr>
        <w:jc w:val="right"/>
      </w:pPr>
      <w:r>
        <w:t>مسلمانوں میں بہت بڑا نام ہے علامہ ابن تیمیہ کا۔ وہ تاتاریوں کے زمانے میں تھے۔</w:t>
      </w:r>
    </w:p>
    <w:p>
      <w:r>
        <w:rPr>
          <w:b/>
        </w:rPr>
        <w:t xml:space="preserve">[04:20] </w:t>
      </w:r>
      <w:r>
        <w:t>wo to tatariyon ka jo masla paida hua ke tatari ghus aaye muslim dunya mein, to unhon ne kya naray diya?</w:t>
      </w:r>
    </w:p>
    <w:p>
      <w:pPr>
        <w:jc w:val="right"/>
      </w:pPr>
      <w:r>
        <w:t>وہ تو تاتاریوں کا جو مسئلہ پیدا ہوا کہ تاتاری گھس آئے مسلم دنیا میں، تو انہوں نے کیا نعرہ دیا؟</w:t>
      </w:r>
    </w:p>
    <w:p>
      <w:r>
        <w:rPr>
          <w:b/>
        </w:rPr>
        <w:t xml:space="preserve">[04:32] </w:t>
      </w:r>
      <w:r>
        <w:t>"al-harb infal al-harb". Matlab larr kar ke tatariyon ka problem khatam karo. Wo yeh na keh sakay ke "al-da'wah infal al-harb".</w:t>
      </w:r>
    </w:p>
    <w:p>
      <w:pPr>
        <w:jc w:val="right"/>
      </w:pPr>
      <w:r>
        <w:t>"الحرب انفعل الحرب"۔ مطلب لڑ کر کے تاتاریوں کا پرابلم ختم کرو۔ وہ یہ نہ کہہ سکے کہ "الدعوت انفعل الحرب"۔</w:t>
      </w:r>
    </w:p>
    <w:p>
      <w:r>
        <w:rPr>
          <w:b/>
        </w:rPr>
        <w:t xml:space="preserve">[04:48] </w:t>
      </w:r>
      <w:r>
        <w:t>"al-harb infal al-harb" ka matlab hai ke larrhai ki kaat larrhai hai. Yeh bhi keh saktay thay wo ke "al-da'wah infal al-harb" yani larrhai ki kaat da'wah hai.</w:t>
      </w:r>
    </w:p>
    <w:p>
      <w:pPr>
        <w:jc w:val="right"/>
      </w:pPr>
      <w:r>
        <w:t>"الحرب انفعل الحرب" کا مطلب ہے کہ لڑائی کی کاٹ لڑائی ہے۔ یہ بھی کہہ سکتے تھے وہ کہ "الدعوت انفعل الحرب" یعنی لڑائی کی کاٹ دعوت ہے۔</w:t>
      </w:r>
    </w:p>
    <w:p>
      <w:r>
        <w:rPr>
          <w:b/>
        </w:rPr>
        <w:t xml:space="preserve">[05:03] </w:t>
      </w:r>
      <w:r>
        <w:t>kyun? Tatariyon ke khilaf un ke dil mein hate bhar gaya. Wo un ki jannat ke hareese na rahay. Aisay hi dekhiye, aap aaj kal aap jaiye arab dunya mein,</w:t>
      </w:r>
    </w:p>
    <w:p>
      <w:pPr>
        <w:jc w:val="right"/>
      </w:pPr>
      <w:r>
        <w:t>کیوں؟ تاتاریوں کے خلاف ان کے دل میں ہیٹ بھر گیا۔ وہ ان کی جنت کے حریص نہ رہے۔ ایسے ہی دیکھیے، آپ آج کل آپ جائیے عرب دنیا میں،</w:t>
      </w:r>
    </w:p>
    <w:p>
      <w:r>
        <w:rPr>
          <w:b/>
        </w:rPr>
        <w:t xml:space="preserve">[05:16] </w:t>
      </w:r>
      <w:r>
        <w:t>har arab yahudiyon ke khilaf nafrat se bhara hua hai. Nafrat, nafrat, nafrat. Yani falasteen mein jo arab rehtay hain, wo bhi, falasteen ke bahar jo rehtay hain, wo bhi.</w:t>
      </w:r>
    </w:p>
    <w:p>
      <w:pPr>
        <w:jc w:val="right"/>
      </w:pPr>
      <w:r>
        <w:t>ہر عرب یہودیوں کے خلاف نفرت سے بھرا ہوا ہے۔ نفرت، نفرت، نفرت۔ یعنی فلسطین میں جو عرب رہتے ہیں، وہ بھی، فلسطین کے باہر جو رہتے ہیں، وہ بھی۔</w:t>
      </w:r>
    </w:p>
    <w:p>
      <w:r>
        <w:rPr>
          <w:b/>
        </w:rPr>
        <w:t xml:space="preserve">[05:29] </w:t>
      </w:r>
      <w:r>
        <w:t>yahudiyon ke liye un ke dil mein bas nafrat hi nafrat hai.</w:t>
      </w:r>
    </w:p>
    <w:p>
      <w:pPr>
        <w:jc w:val="right"/>
      </w:pPr>
      <w:r>
        <w:t>یہودیوں کے لیے ان کے دل میں بس نفرت ہی نفرت ہے۔</w:t>
      </w:r>
    </w:p>
    <w:p>
      <w:r>
        <w:rPr>
          <w:b/>
        </w:rPr>
        <w:t xml:space="preserve">[05:33] </w:t>
      </w:r>
      <w:r>
        <w:t>halankay wo soch saktay thay ke yahudiyon mein da'wah phailao, yahudiyon mein da'wah phailao, un ko bomb marnay ki kya zaroorat hai?</w:t>
      </w:r>
    </w:p>
    <w:p>
      <w:pPr>
        <w:jc w:val="right"/>
      </w:pPr>
      <w:r>
        <w:t>حالانکہ وہ سوچ سکتے تھے کہ یہودیوں میں دعوت پھیلاؤ، یہودیوں میں دعوت پھیلاؤ، ان کو بم مارنے کی کیا ضرورت ہے؟</w:t>
      </w:r>
    </w:p>
    <w:p>
      <w:r>
        <w:rPr>
          <w:b/>
        </w:rPr>
        <w:t xml:space="preserve">[05:47] </w:t>
      </w:r>
      <w:r>
        <w:t>aap jantay hain ke zamanay mein aik bohat bara scholar Muhammad Asad wo yahudi thay. Unhon ne Islam qabool kiya.</w:t>
      </w:r>
    </w:p>
    <w:p>
      <w:pPr>
        <w:jc w:val="right"/>
      </w:pPr>
      <w:r>
        <w:t>آپ جانتے ہیں کہ زمانے میں ایک بہت بڑا اسکالر محمد اسد وہ یہودی تھے۔ انہوں نے اسلام قبول کیا۔</w:t>
      </w:r>
    </w:p>
    <w:p>
      <w:r>
        <w:rPr>
          <w:b/>
        </w:rPr>
        <w:t xml:space="preserve">[05:56] </w:t>
      </w:r>
      <w:r>
        <w:t>phir bohat si kitaben unhon ne Islam par likhin aur Quran ki commentary likhi. To yahudi bhi insan hai.</w:t>
      </w:r>
    </w:p>
    <w:p>
      <w:pPr>
        <w:jc w:val="right"/>
      </w:pPr>
      <w:r>
        <w:t>پھر بہت سی کتابیں انہوں نے اسلام پر لکھیں اور قرآن کی کمنٹری لکھی۔ تو یہودی بھی انسان ہے۔</w:t>
      </w:r>
    </w:p>
    <w:p>
      <w:r>
        <w:rPr>
          <w:b/>
        </w:rPr>
        <w:t xml:space="preserve">[06:06] </w:t>
      </w:r>
      <w:r>
        <w:t>yahudi koi koi aur animal nahi hai. Lekin bas har arab yahudiyon se nafrat karta hai.</w:t>
      </w:r>
    </w:p>
    <w:p>
      <w:pPr>
        <w:jc w:val="right"/>
      </w:pPr>
      <w:r>
        <w:t>یہودی کوئی کوئی اور اینیمل نہیں ہے۔ لیکن بس ہر عرب یہودیوں سے نفرت کرتا ہے۔</w:t>
      </w:r>
    </w:p>
    <w:p>
      <w:r>
        <w:rPr>
          <w:b/>
        </w:rPr>
        <w:t xml:space="preserve">[06:17] </w:t>
      </w:r>
      <w:r>
        <w:t>aisay hi India mein dekhiye, aap India mein bohat bara naam hai Shah Abdullah ka. Un ko kya dikhai para ke sikkhon aur baraton ke khilaf</w:t>
      </w:r>
    </w:p>
    <w:p>
      <w:pPr>
        <w:jc w:val="right"/>
      </w:pPr>
      <w:r>
        <w:t>ایسے ہی انڈیا میں دیکھیے، آپ انڈیا میں بہت بڑا نام ہے شاہ عبداللہ کا۔ ان کو کیا دکھائی پڑا کہ سکھوں اور براٹوں کے خلاف</w:t>
      </w:r>
    </w:p>
    <w:p>
      <w:r>
        <w:rPr>
          <w:b/>
        </w:rPr>
        <w:t xml:space="preserve">[06:32] </w:t>
      </w:r>
      <w:r>
        <w:t>Ahmed Shah Abdali se unhon ne correspondence kiya ke yeh fitna hai, is ke fitnay ko khatam karo. Unhein yeh sochna chahiye tha ke hum sikkhon aur marathon mein Islam phailao, Islam ki da'wah do.</w:t>
      </w:r>
    </w:p>
    <w:p>
      <w:pPr>
        <w:jc w:val="right"/>
      </w:pPr>
      <w:r>
        <w:t>احمد شاہ ابدالک سے انہوں نے کورسپونڈنس کیا کہ یہ فتنہ ہے، اس کے فتنے کو ختم کرو۔ انہیں یہ سوچنا چاہیے تھا کہ ہم سکھوں اور مراٹھوں میں اسلام پھیلاؤ، اسلام کی دعوت دو۔</w:t>
      </w:r>
    </w:p>
    <w:p>
      <w:r>
        <w:rPr>
          <w:b/>
        </w:rPr>
        <w:t xml:space="preserve">[06:48] </w:t>
      </w:r>
      <w:r>
        <w:t>aisay hi Deoband ke ulama ko dekhiye, un ke zamanay mein angrez aa gaye bahar se</w:t>
      </w:r>
    </w:p>
    <w:p>
      <w:pPr>
        <w:jc w:val="right"/>
      </w:pPr>
      <w:r>
        <w:t>ایسے ہی دیوبند کے علماء کو دیکھیے، ان کے زمانے میں انگریز آ گئے باہر سے</w:t>
      </w:r>
    </w:p>
    <w:p>
      <w:r>
        <w:rPr>
          <w:b/>
        </w:rPr>
        <w:t xml:space="preserve">[06:58] </w:t>
      </w:r>
      <w:r>
        <w:t>to bas un ke khilaf ho gaye aur larnay lagay un se. Main parhta hoon in logon ke halaat, Deoband ke ulama ke to aksar likha rehta hai ke Hazrat ko angrezon se bari nafrat thi.</w:t>
      </w:r>
    </w:p>
    <w:p>
      <w:pPr>
        <w:jc w:val="right"/>
      </w:pPr>
      <w:r>
        <w:t>تو بس ان کے خلاف ہو گئے اور لڑنے لگے ان سے۔ میں پڑھتا ہوں ان لوگوں کے حالات، دیوبند کے علماء کے تو اکثر لکھا رہتا ہے کہ حضرت کو انگریزوں سے بڑی نفرت تھی۔</w:t>
      </w:r>
    </w:p>
    <w:p>
      <w:r>
        <w:rPr>
          <w:b/>
        </w:rPr>
        <w:t xml:space="preserve">[07:14] </w:t>
      </w:r>
      <w:r>
        <w:t>yeh chupa hua, Deoband ke baray baray ulama, top ke ulama, Hazrat ko angrezon se bari nafrat thi. Main sochta hoon ke Hazrat ko angrezon se mohabbat kyun nahi thi?</w:t>
      </w:r>
    </w:p>
    <w:p>
      <w:pPr>
        <w:jc w:val="right"/>
      </w:pPr>
      <w:r>
        <w:t>یہ چھپا ہوا، دیوبند کے بڑے بڑے علماء، ٹاپ کے علماء، حضرت کو انگریزوں سے بڑی نفرت تھی۔ میں سوچتا ہوں کہ حضرت کو انگریزوں سے محبت کیوں نہیں تھی؟</w:t>
      </w:r>
    </w:p>
    <w:p>
      <w:r>
        <w:rPr>
          <w:b/>
        </w:rPr>
        <w:t xml:space="preserve">[07:26] </w:t>
      </w:r>
      <w:r>
        <w:t>yeh kon se hazrat thay ke khuda ne paida kiya angrezon ko bhi? to aap agar un se mohabbat karte to aap un ko dawat dete, lekin aap ne un ke khilaf bas bandooq aur talwar utha liya.</w:t>
      </w:r>
    </w:p>
    <w:p>
      <w:pPr>
        <w:jc w:val="right"/>
      </w:pPr>
      <w:r>
        <w:t>یہ کون سے حضرت تھے کہ خدا نے پیدا کیا انگریزوں کو بھی؟ تو آپ اگر ان سے محبت کرتے تو آپ ان کو دعوت دیتے، لیکن آپ نے ان کے خلاف بس بندوق اور تلوار اٹھا لیا۔</w:t>
      </w:r>
    </w:p>
    <w:p>
      <w:r>
        <w:rPr>
          <w:b/>
        </w:rPr>
        <w:t xml:space="preserve">[07:44] </w:t>
      </w:r>
      <w:r>
        <w:t>aise jahan bhi dekhiye, abhi jo kashmir mein ladaaiyan theen, woh kya tha? woh bhi out of hate tha. main samajhta hoon ke sari dunya one to all, without any exception, lives in hate.</w:t>
      </w:r>
    </w:p>
    <w:p>
      <w:pPr>
        <w:jc w:val="right"/>
      </w:pPr>
      <w:r>
        <w:t>ایسے جہاں بھی دیکھیے، ابھی جو کشمیر میں لڑائیاں تھیں، وہ کیا تھا؟ وہ بھی آؤٹ آف ہیٹ تھا۔ میں سمجھتا ہوں کہ ساری دنیا ون ٹو آل، ودا آؤٹ اینی ایکسیپشن، لیوز ان ہیٹ۔</w:t>
      </w:r>
    </w:p>
    <w:p>
      <w:r>
        <w:rPr>
          <w:b/>
        </w:rPr>
        <w:t xml:space="preserve">[08:01] </w:t>
      </w:r>
      <w:r>
        <w:t>aur yeh main nahin keh raha hoon, balkeh main aap ko ek reference doonga ek top ke thinker ka. bohat se references hain, lekin main ek deta hoon.</w:t>
      </w:r>
    </w:p>
    <w:p>
      <w:pPr>
        <w:jc w:val="right"/>
      </w:pPr>
      <w:r>
        <w:t>اور یہ میں نہیں کہہ رہا ہوں، بلکہ میں آپ کو ایک ریفرنس دوں گا ایک ٹاپ کے تھنکر کا۔ بہت سے ریفرنسز ہیں، لیکن میں ایک دیتا ہوں۔</w:t>
      </w:r>
    </w:p>
    <w:p>
      <w:r>
        <w:rPr>
          <w:b/>
        </w:rPr>
        <w:t xml:space="preserve">[08:12] </w:t>
      </w:r>
      <w:r>
        <w:t>yeh hai C E M Joad, J O A D.</w:t>
      </w:r>
    </w:p>
    <w:p>
      <w:pPr>
        <w:jc w:val="right"/>
      </w:pPr>
      <w:r>
        <w:t>یہ ہے سی ای ایم جوٹ، جے او اے ڈی۔</w:t>
      </w:r>
    </w:p>
    <w:p>
      <w:r>
        <w:rPr>
          <w:b/>
        </w:rPr>
        <w:t xml:space="preserve">[08:20] </w:t>
      </w:r>
      <w:r>
        <w:t>Joad ek British philosopher tha. 1953 mein is ki death hui. is ne taqreeban 40 kitabein likhi hain, 40 books.</w:t>
      </w:r>
    </w:p>
    <w:p>
      <w:pPr>
        <w:jc w:val="right"/>
      </w:pPr>
      <w:r>
        <w:t>جوٹ ایک برٹش فلاسفر تھا۔ 1953 میں اس کی ڈیتھ ہوئی۔ اس نے تقریباً 40 کتابیں لکھی ہیں، 40 بکس۔</w:t>
      </w:r>
    </w:p>
    <w:p>
      <w:r>
        <w:rPr>
          <w:b/>
        </w:rPr>
        <w:t xml:space="preserve">[08:36] </w:t>
      </w:r>
      <w:r>
        <w:t>in mein se ek book hai, woh bhi moti si book hai, woh is ka naam hai "Modern Witness".</w:t>
      </w:r>
    </w:p>
    <w:p>
      <w:pPr>
        <w:jc w:val="right"/>
      </w:pPr>
      <w:r>
        <w:t>ان میں سے ایک بک ہے، وہ بھی موٹی سی بک ہے، وہ اس کا نام ہے "ماڈرن وکٹنس"۔</w:t>
      </w:r>
    </w:p>
    <w:p>
      <w:r>
        <w:rPr>
          <w:b/>
        </w:rPr>
        <w:t xml:space="preserve">[08:47] </w:t>
      </w:r>
      <w:r>
        <w:t>is kitab mein woh likhta hai ke insan ke andar by nature hi hate bhara hua hai.</w:t>
      </w:r>
    </w:p>
    <w:p>
      <w:pPr>
        <w:jc w:val="right"/>
      </w:pPr>
      <w:r>
        <w:t>اس کتاب میں وہ لکھتا ہے کہ انسان کے اندر بائی نیچر ہی ہیٹ بھرا ہوا ہے۔</w:t>
      </w:r>
    </w:p>
    <w:p>
      <w:r>
        <w:rPr>
          <w:b/>
        </w:rPr>
        <w:t xml:space="preserve">[08:58] </w:t>
      </w:r>
      <w:r>
        <w:t>sare insan, aurat mard, sab by nature hate le kar paida hote hain.</w:t>
      </w:r>
    </w:p>
    <w:p>
      <w:pPr>
        <w:jc w:val="right"/>
      </w:pPr>
      <w:r>
        <w:t>سارے انسان، عورت مرد، سب بائی نیچر ہیٹ لے کر پیدا ہوتے ہیں۔</w:t>
      </w:r>
    </w:p>
    <w:p>
      <w:r>
        <w:rPr>
          <w:b/>
        </w:rPr>
        <w:t xml:space="preserve">[09:14] </w:t>
      </w:r>
      <w:r>
        <w:t>"Man inherits a strong feeling for hate".</w:t>
      </w:r>
    </w:p>
    <w:p>
      <w:pPr>
        <w:jc w:val="right"/>
      </w:pPr>
      <w:r>
        <w:t>وہ لکھتا ہے کہ "مین انہیریٹس ا سٹرانگ فیلنگ فار ہیٹ"۔</w:t>
      </w:r>
    </w:p>
    <w:p>
      <w:r>
        <w:rPr>
          <w:b/>
        </w:rPr>
        <w:t xml:space="preserve">[09:24] </w:t>
      </w:r>
      <w:r>
        <w:t>"Man inherits a strong feeling for hate". yaani woh paidaishi tor par hi hate le kar paida ho raha hai.</w:t>
      </w:r>
    </w:p>
    <w:p>
      <w:pPr>
        <w:jc w:val="right"/>
      </w:pPr>
      <w:r>
        <w:t>"مین انہیریٹس ا سٹرانگ فیلنگ فار ہیٹ"۔ یعنی وہ پیدائشی طور پر ہی ہیٹ لے کر پیدا ہو رہا ہے۔</w:t>
      </w:r>
    </w:p>
    <w:p>
      <w:r>
        <w:rPr>
          <w:b/>
        </w:rPr>
        <w:t xml:space="preserve">[09:38] </w:t>
      </w:r>
      <w:r>
        <w:t>aisa nahin hai ke paidaishi tor par koi insan hate le ke paida hota hai,</w:t>
      </w:r>
    </w:p>
    <w:p>
      <w:pPr>
        <w:jc w:val="right"/>
      </w:pPr>
      <w:r>
        <w:t>ایسا نہیں ہے کہ پیدائشی طور پر کوئی انسان ہیٹ لے کے پیدا ہوتا ہے،</w:t>
      </w:r>
    </w:p>
    <w:p>
      <w:r>
        <w:rPr>
          <w:b/>
        </w:rPr>
        <w:t xml:space="preserve">[09:42] </w:t>
      </w:r>
      <w:r>
        <w:t>yaani insan ke khilaf insan ho. lekin ek aur ma'ne mein woh baat sahi hai, us ki woh hai Satan ke khilaf nafrat.</w:t>
      </w:r>
    </w:p>
    <w:p>
      <w:pPr>
        <w:jc w:val="right"/>
      </w:pPr>
      <w:r>
        <w:t>یعنی انسان کے خلاف انسان ہو۔ لیکن ایک اور معنی میں وہ بات صحیح ہے، اس کی وہ ہے سیٹن کے خلاف نفرت۔</w:t>
      </w:r>
    </w:p>
    <w:p>
      <w:r>
        <w:rPr>
          <w:b/>
        </w:rPr>
        <w:t xml:space="preserve">[09:54] </w:t>
      </w:r>
      <w:r>
        <w:t>yeh ek waqia hai ke insan hate le kar paida hota hai, magar woh hate hoti hai Satan ke khilaf.</w:t>
      </w:r>
    </w:p>
    <w:p>
      <w:pPr>
        <w:jc w:val="right"/>
      </w:pPr>
      <w:r>
        <w:t>یہ ایک واقعہ ہے کہ انسان ہیٹ لے کر پیدا ہوتا ہے، مگر وہ ہیٹ ہوتی ہے سیٹن کے خلاف۔</w:t>
      </w:r>
    </w:p>
    <w:p>
      <w:r>
        <w:rPr>
          <w:b/>
        </w:rPr>
        <w:t xml:space="preserve">[10:03] </w:t>
      </w:r>
      <w:r>
        <w:t>is ne bohat sahi baat likhi hai, lekin yeh ghalati us ki hai ke us ne samjha ke insan ke khilaf nafrat nahin. woh to is jazbe ka misuse, misuse hai.</w:t>
      </w:r>
    </w:p>
    <w:p>
      <w:pPr>
        <w:jc w:val="right"/>
      </w:pPr>
      <w:r>
        <w:t>اس نے بہت صحیح بات لکھی ہے، لیکن یہ غلطی اس کی ہے کہ اس نے سمجھا کہ انسان کے خلاف نفرت نہیں۔ وہ تو اس جذبے کا مس یوز، مس یوز ہے۔</w:t>
      </w:r>
    </w:p>
    <w:p>
      <w:r>
        <w:rPr>
          <w:b/>
        </w:rPr>
        <w:t xml:space="preserve">[10:19] </w:t>
      </w:r>
      <w:r>
        <w:t>woh jo hate andar bhari hui hai, woh us ka misuse hai. aap jante hain ke Zarathustra ek bohat bara philosopher</w:t>
      </w:r>
    </w:p>
    <w:p>
      <w:pPr>
        <w:jc w:val="right"/>
      </w:pPr>
      <w:r>
        <w:t>وہ جو ہیٹ اندر بھری ہوئی ہے، وہ اس کا مس یوز ہے۔ آپ جانتے ہیں کہ زرتشت ایک بہت بڑا فلاسفر</w:t>
      </w:r>
    </w:p>
    <w:p>
      <w:r>
        <w:rPr>
          <w:b/>
        </w:rPr>
        <w:t xml:space="preserve">[10:32] </w:t>
      </w:r>
      <w:r>
        <w:t>tha, kai log is ko prophet bhi maante hain. is ka maanna tha ke "The world is a perpetual battleground between</w:t>
      </w:r>
    </w:p>
    <w:p>
      <w:pPr>
        <w:jc w:val="right"/>
      </w:pPr>
      <w:r>
        <w:t>تھا، کئی لوگ اس کو پرافٹ بھی مانتے ہیں۔ اس کا ماننا تھا کہ "دا ورلڈ از ا پرپچول بیٹل گراؤنڈ بٹوین</w:t>
      </w:r>
    </w:p>
    <w:p>
      <w:r>
        <w:rPr>
          <w:b/>
        </w:rPr>
        <w:t xml:space="preserve">[10:47] </w:t>
      </w:r>
      <w:r>
        <w:t>good and evil forces".</w:t>
      </w:r>
    </w:p>
    <w:p>
      <w:pPr>
        <w:jc w:val="right"/>
      </w:pPr>
      <w:r>
        <w:t>گڈ اینڈ ایول فورسز"۔</w:t>
      </w:r>
    </w:p>
    <w:p>
      <w:r>
        <w:rPr>
          <w:b/>
        </w:rPr>
        <w:t xml:space="preserve">[10:52] </w:t>
      </w:r>
      <w:r>
        <w:t>main samajhta hoon ke yeh baat bhi sahi hai, lekin insan-o-insan ke liye nahin.</w:t>
      </w:r>
    </w:p>
    <w:p>
      <w:pPr>
        <w:jc w:val="right"/>
      </w:pPr>
      <w:r>
        <w:t>میں سمجھتا ہوں کہ یہ بات بھی صحیح ہے، لیکن انسان و انسان کے لیے نہیں۔</w:t>
      </w:r>
    </w:p>
    <w:p>
      <w:r>
        <w:rPr>
          <w:b/>
        </w:rPr>
        <w:t xml:space="preserve">[11:00] </w:t>
      </w:r>
      <w:r>
        <w:t>is ki kya h</w:t>
      </w:r>
    </w:p>
    <w:p>
      <w:pPr>
        <w:jc w:val="right"/>
      </w:pPr>
      <w:r>
        <w:t>اس کی کیا ح</w:t>
      </w:r>
    </w:p>
    <w:p>
      <w:r>
        <w:rPr>
          <w:b/>
        </w:rPr>
        <w:t xml:space="preserve">[11:01] </w:t>
      </w:r>
      <w:r>
        <w:t>aqeeqat hai? main is ko batane ke liye aap ko Quran ka reference doonga. jo hate ka problem hai, woh kyun hai?</w:t>
      </w:r>
    </w:p>
    <w:p>
      <w:pPr>
        <w:jc w:val="right"/>
      </w:pPr>
      <w:r>
        <w:t>قیقت ہے؟ میں اس کو بتانے کے لیے آپ کو قرآن کا ریفرنس دوں گا۔ جو ہیٹ کا پرابلم ہے، وہ کیوں ہے؟</w:t>
      </w:r>
    </w:p>
    <w:p>
      <w:r>
        <w:rPr>
          <w:b/>
        </w:rPr>
        <w:t xml:space="preserve">[11:11] </w:t>
      </w:r>
      <w:r>
        <w:t>"Why everyone lives in hate". it is a universal phenomenon, historical phenomenon, without any exception.</w:t>
      </w:r>
    </w:p>
    <w:p>
      <w:pPr>
        <w:jc w:val="right"/>
      </w:pPr>
      <w:r>
        <w:t>"وائی ایوری ون ہی لیوز ان ہیٹ"۔ اٹ از ا یونیورسل فیناومینا، ہسٹوریکل فیناومینا، ودا آؤٹ اینی ایکسیپشن۔</w:t>
      </w:r>
    </w:p>
    <w:p>
      <w:r>
        <w:rPr>
          <w:b/>
        </w:rPr>
        <w:t xml:space="preserve">[11:21] </w:t>
      </w:r>
      <w:r>
        <w:t>there is no exception at all. kyun aisa hai?</w:t>
      </w:r>
    </w:p>
    <w:p>
      <w:pPr>
        <w:jc w:val="right"/>
      </w:pPr>
      <w:r>
        <w:t>دیر نو ایکسیپشن ایٹ آل۔ کیوں ایسا ہے؟</w:t>
      </w:r>
    </w:p>
    <w:p>
      <w:r>
        <w:rPr>
          <w:b/>
        </w:rPr>
        <w:t xml:space="preserve">[11:29] </w:t>
      </w:r>
      <w:r>
        <w:t>main samajhta hoon ke sare philosophers, sare thinkers ne is ko maana hai, lekin is ko explain nahin kar sake hain. woh is ko explain nahin kar sake hain.</w:t>
      </w:r>
    </w:p>
    <w:p>
      <w:pPr>
        <w:jc w:val="right"/>
      </w:pPr>
      <w:r>
        <w:t>میں سمجھتا ہوں کہ سارے فلاسفرز، سارے تھنکرز نے اس کو مانا ہے، لیکن اس کو ایکسپلین نہیں کر سکے ہیں۔ وہ اس کو ایکسپلین نہیں کر سکے ہیں۔</w:t>
      </w:r>
    </w:p>
    <w:p>
      <w:r>
        <w:rPr>
          <w:b/>
        </w:rPr>
        <w:t xml:space="preserve">[11:42] </w:t>
      </w:r>
      <w:r>
        <w:t>is ka explanation hum ko milta hai Quran mein. aap jante hain ke Quran jo hai, woh kya hai? woh isi ke liye hai ke explain kare zindagi ko, insan ko, human history ko.</w:t>
      </w:r>
    </w:p>
    <w:p>
      <w:pPr>
        <w:jc w:val="right"/>
      </w:pPr>
      <w:r>
        <w:t>اس کا ایکسپلینیشن ہم کو ملتا ہے قرآن میں۔ آپ جانتے ہیں کہ قرآن جو ہے، وہ کیا ہے؟ وہ اسی کے لیے ہے کہ ایکسپلین کرے زندگی کو، انسان کو، ہیومن ہسٹری کو۔</w:t>
      </w:r>
    </w:p>
    <w:p>
      <w:r>
        <w:rPr>
          <w:b/>
        </w:rPr>
        <w:t xml:space="preserve">[11:58] </w:t>
      </w:r>
      <w:r>
        <w:t>to Quran mein bataya gaya hai ke jab Khuda ne pehle insan ko banaya, Adam ko, yaad rakhiye, pehla insan hi poora insan tha,</w:t>
      </w:r>
    </w:p>
    <w:p>
      <w:pPr>
        <w:jc w:val="right"/>
      </w:pPr>
      <w:r>
        <w:t>تو قرآن میں بتایا گیا ہے کہ جب خدا نے پہلے انسان کو بنایا، آدم کو، یاد رکھیے، پہلا انسان ہی پورا انسان تھا،</w:t>
      </w:r>
    </w:p>
    <w:p>
      <w:r>
        <w:rPr>
          <w:b/>
        </w:rPr>
        <w:t xml:space="preserve">[12:12] </w:t>
      </w:r>
      <w:r>
        <w:t>mukammal insan tha. aisa nahin ke woh koi evolution ka agla process tha. Evolution theory ko main galat manta hoon.</w:t>
      </w:r>
    </w:p>
    <w:p>
      <w:pPr>
        <w:jc w:val="right"/>
      </w:pPr>
      <w:r>
        <w:t>مکمل انسان تھا۔ ایسا نہیں کہ وہ کوئی ایولوشن کا اگلا پراسیس تھا۔ ایولوشن تھیوری کو میں غلط مانتا ہوں۔</w:t>
      </w:r>
    </w:p>
    <w:p>
      <w:r>
        <w:rPr>
          <w:b/>
        </w:rPr>
        <w:t xml:space="preserve">[12:26] </w:t>
      </w:r>
      <w:r>
        <w:t>har cheez duniya mein special cre</w:t>
      </w:r>
    </w:p>
    <w:p>
      <w:pPr>
        <w:jc w:val="right"/>
      </w:pPr>
      <w:r>
        <w:t>ہر چیز دنیا میں اسپیشل کری</w:t>
      </w:r>
    </w:p>
    <w:p>
      <w:r>
        <w:rPr>
          <w:b/>
        </w:rPr>
        <w:t xml:space="preserve">[12:28] </w:t>
      </w:r>
      <w:r>
        <w:t>ation hai, chahe woh keera makora ho, chahe ek butterfly ho, chahe tiger aur elephant ho, har ek special creation hai.</w:t>
      </w:r>
    </w:p>
    <w:p>
      <w:pPr>
        <w:jc w:val="right"/>
      </w:pPr>
      <w:r>
        <w:t>شن ہے، چاہے وہ کیڑا مکوڑا ہو، چاہے ایک بٹر فلائی ہو، چاہے ٹائیگر اور ایلیفنٹ ہو، ہر ایک اسپیشل کریشن ہے۔</w:t>
      </w:r>
    </w:p>
    <w:p>
      <w:r>
        <w:rPr>
          <w:b/>
        </w:rPr>
        <w:t xml:space="preserve">[12:38] </w:t>
      </w:r>
      <w:r>
        <w:t>isi tarah se insan bhi, Adam bhi, special creation thay. Yaani pehle hi din mukammal insan.</w:t>
      </w:r>
    </w:p>
    <w:p>
      <w:pPr>
        <w:jc w:val="right"/>
      </w:pPr>
      <w:r>
        <w:t>اسی طرح سے انسان بھی، آدم بھی، اسپیشل کریشن تھے۔ یعنی پہلے ہی دن مکمل انسان۔</w:t>
      </w:r>
    </w:p>
    <w:p>
      <w:r>
        <w:rPr>
          <w:b/>
        </w:rPr>
        <w:t xml:space="preserve">[12:48] </w:t>
      </w:r>
      <w:r>
        <w:t>to Adam ko Khuda ne jahan rakha tha, pehle wahan Satan bhi tha.</w:t>
      </w:r>
    </w:p>
    <w:p>
      <w:pPr>
        <w:jc w:val="right"/>
      </w:pPr>
      <w:r>
        <w:t>تو آدم کو خدا نے جہاں رکھا تھا، پہلے وہاں سیٹن بھی تھا۔</w:t>
      </w:r>
    </w:p>
    <w:p>
      <w:r>
        <w:rPr>
          <w:b/>
        </w:rPr>
        <w:t xml:space="preserve">[12:54] </w:t>
      </w:r>
      <w:r>
        <w:t>yaani paida karne ke baad Allah taala ne jahan rakha un Adam ko, to wahan Satan bhi tha.</w:t>
      </w:r>
    </w:p>
    <w:p>
      <w:pPr>
        <w:jc w:val="right"/>
      </w:pPr>
      <w:r>
        <w:t>یعنی پیدا کرنے کے بعد اللہ تعالی نے جہاں رکھا ان آدم کو، تو وہاں سیٹن بھی تھا۔</w:t>
      </w:r>
    </w:p>
    <w:p>
      <w:r>
        <w:rPr>
          <w:b/>
        </w:rPr>
        <w:t xml:space="preserve">[13:04] </w:t>
      </w:r>
      <w:r>
        <w:t>pehlay hi waqt, yaani jin, yaani pehle yeh phase tha human history ka, wahin Satan Adam ka dushman ban gaya. Unhein un ko behkaya, un ko mis lead kiya,</w:t>
      </w:r>
    </w:p>
    <w:p>
      <w:pPr>
        <w:jc w:val="right"/>
      </w:pPr>
      <w:r>
        <w:t>پہلے ہی وقت، یعنی جن، یعنی پہلے یہ فیز تھا ہیومن ہسٹری کا، وہیں سیٹن آدم کا دشمن بن گیا۔ انہیں ان کو بہکایا، ان کو مس لیڈ کیا،</w:t>
      </w:r>
    </w:p>
    <w:p>
      <w:r>
        <w:rPr>
          <w:b/>
        </w:rPr>
        <w:t xml:space="preserve">[13:18] </w:t>
      </w:r>
      <w:r>
        <w:t>yahan tak ke Adam ne forbiden tree ka phal kha liya aur phir wahan se woh nikale gaye aur is planet Earth par basaye gaye.</w:t>
      </w:r>
    </w:p>
    <w:p>
      <w:pPr>
        <w:jc w:val="right"/>
      </w:pPr>
      <w:r>
        <w:t>یہاں تک کہ آدم نے فاربری ٹری کا پھل کھا لیا اور پھر وہاں سے وہ نکالے گئے اور اس پلینٹ ارتھ پر بسائے گئے۔</w:t>
      </w:r>
    </w:p>
    <w:p>
      <w:r>
        <w:rPr>
          <w:b/>
        </w:rPr>
        <w:t xml:space="preserve">[13:27] </w:t>
      </w:r>
      <w:r>
        <w:t>woh to Quran mein bataya gaya hai. Yeh baat Quran mein teen jagah hai, yaani chapter Al-Baqarah, chapter Al-A'raf aur chapter Taha ke</w:t>
      </w:r>
    </w:p>
    <w:p>
      <w:pPr>
        <w:jc w:val="right"/>
      </w:pPr>
      <w:r>
        <w:t>وہ تو قرآن میں بتایا گیا ہے۔ یہ بات قرآن میں تین جگہ ہے، یعنی چیپٹر البقرہ، چیپٹر الاعراف اور چیپٹر طہ کہ</w:t>
      </w:r>
    </w:p>
    <w:p>
      <w:r>
        <w:rPr>
          <w:b/>
        </w:rPr>
        <w:t xml:space="preserve">[13:42] </w:t>
      </w:r>
      <w:r>
        <w:t>Allah taala ne jab insan ko aur Satan ko dono ko is zameen par bheja to kaha ke "ba'dhukum li ba'dh 'adu".</w:t>
      </w:r>
    </w:p>
    <w:p>
      <w:pPr>
        <w:jc w:val="right"/>
      </w:pPr>
      <w:r>
        <w:t>اللہ تعالی نے جب انسان کو اور سیٹن کو دونوں کو اس زمین پر بھیجا تو کہا کہ "بعضکم لبعض عدو"۔</w:t>
      </w:r>
    </w:p>
    <w:p>
      <w:r>
        <w:rPr>
          <w:b/>
        </w:rPr>
        <w:t xml:space="preserve">[13:54] </w:t>
      </w:r>
      <w:r>
        <w:t>tum ek doosre ke dushman ho gaye. Yaani insan dushman hoga Satan ka, Satan dushman hoga insan ka.</w:t>
      </w:r>
    </w:p>
    <w:p>
      <w:pPr>
        <w:jc w:val="right"/>
      </w:pPr>
      <w:r>
        <w:t>تم ایک دوسرے کے دشمن ہو گئے۔ یعنی انسان دشمن ہوگا سیٹن کا، سیٹن دشمن ہوگا انسان کا۔</w:t>
      </w:r>
    </w:p>
    <w:p>
      <w:r>
        <w:rPr>
          <w:b/>
        </w:rPr>
        <w:t xml:space="preserve">[14:04] </w:t>
      </w:r>
      <w:r>
        <w:t>yahan se zindagi ki story shuru hoti hai, yahan se insan ki history shuru</w:t>
      </w:r>
    </w:p>
    <w:p>
      <w:pPr>
        <w:jc w:val="right"/>
      </w:pPr>
      <w:r>
        <w:t>یہاں سے زندگی کی سٹوری شروع ہوتی ہے، یہاں سے انسان کی ہسٹری شروع</w:t>
      </w:r>
    </w:p>
    <w:p>
      <w:r>
        <w:rPr>
          <w:b/>
        </w:rPr>
        <w:t xml:space="preserve">[14:10] </w:t>
      </w:r>
      <w:r>
        <w:t>hoti hai. Insan shuru hote hi hai enmity se, dushmani se.</w:t>
      </w:r>
    </w:p>
    <w:p>
      <w:pPr>
        <w:jc w:val="right"/>
      </w:pPr>
      <w:r>
        <w:t>ہوتی ہے۔ انسان شروع ہوتے ہی ہے اینمیٹی سے، دشمنی سے۔</w:t>
      </w:r>
    </w:p>
    <w:p>
      <w:r>
        <w:rPr>
          <w:b/>
        </w:rPr>
        <w:t xml:space="preserve">[14:19] </w:t>
      </w:r>
      <w:r>
        <w:t>yaani pehle din Allah taala ne bataya insan ko, insan ko nahin, Adam ko ke "tumhara" yaani tumhare aur Shaitan ke darmiyan eternal enmity hogi.</w:t>
      </w:r>
    </w:p>
    <w:p>
      <w:pPr>
        <w:jc w:val="right"/>
      </w:pPr>
      <w:r>
        <w:t>یعنی پہلے دن اللہ تعالی نے بتایا انسان کو، انسان کو نہیں، آدم کو کہ "تمہارا" یعنی تمہارے اور شیطان کے درمیان ایٹرنل اینمیٹی ہوگی۔</w:t>
      </w:r>
    </w:p>
    <w:p>
      <w:r>
        <w:rPr>
          <w:b/>
        </w:rPr>
        <w:t xml:space="preserve">[14:35] </w:t>
      </w:r>
      <w:r>
        <w:t>yahi tumhara test hai.</w:t>
      </w:r>
    </w:p>
    <w:p>
      <w:pPr>
        <w:jc w:val="right"/>
      </w:pPr>
      <w:r>
        <w:t>یہی تمہارا ٹیسٹ ہے۔</w:t>
      </w:r>
    </w:p>
    <w:p>
      <w:r>
        <w:rPr>
          <w:b/>
        </w:rPr>
        <w:t xml:space="preserve">[14:38] </w:t>
      </w:r>
      <w:r>
        <w:t>is ke baad dekhiye kya hua. Jannat se nikalne ke baad doosra jo phase tha, woh Habil Qabil ka tha.</w:t>
      </w:r>
    </w:p>
    <w:p>
      <w:pPr>
        <w:jc w:val="right"/>
      </w:pPr>
      <w:r>
        <w:t>اس کے بعد دیکھیے کیا ہوا۔ جنت سے نکلنے کے بعد دوسرا جو فیز تھا، وہ ہابیل قابیل کا تھا۔</w:t>
      </w:r>
    </w:p>
    <w:p>
      <w:r>
        <w:rPr>
          <w:b/>
        </w:rPr>
        <w:t xml:space="preserve">[14:50] </w:t>
      </w:r>
      <w:r>
        <w:t>yaani jannat ke andar bhi Shaitan ne dushmani ki insan ke sath, mis lead kiya us ko. Phir jab bahar aaye to un ke bete thay Adam ke, Habil aur Qabil.</w:t>
      </w:r>
    </w:p>
    <w:p>
      <w:pPr>
        <w:jc w:val="right"/>
      </w:pPr>
      <w:r>
        <w:t>یعنی جنت کے اندر بھی شیطان نے دشمنی کی انسان کے ساتھ، مس لیڈ کیا اس کو۔ پھر جب باہر آئے تو ان کے بیٹے تھے آدم کے، ہابیل اور قابیل۔</w:t>
      </w:r>
    </w:p>
    <w:p>
      <w:r>
        <w:rPr>
          <w:b/>
        </w:rPr>
        <w:t xml:space="preserve">[15:04] </w:t>
      </w:r>
      <w:r>
        <w:t>dobara kya hua ke Satan ne behkaya Qabil ko aur Qabil ne maar dala Habil ko. Dono sagay bhai thay,</w:t>
      </w:r>
    </w:p>
    <w:p>
      <w:pPr>
        <w:jc w:val="right"/>
      </w:pPr>
      <w:r>
        <w:t>دوبارہ کیا ہوا کہ سیٹن نے بہکایا قابیل کو اور قابیل نے مار ڈالا ہابیل کو۔ دونوں سگے بھائی تھے،</w:t>
      </w:r>
    </w:p>
    <w:p>
      <w:r>
        <w:rPr>
          <w:b/>
        </w:rPr>
        <w:t xml:space="preserve">[15:16] </w:t>
      </w:r>
      <w:r>
        <w:t>dono sagay bhai thay. Is se ek bohat bari baat maloom hoti hai, woh bhi Quran mein milti hai. Hum ko Quran mein yeh bataya gaya hai ke Satan jo hai,</w:t>
      </w:r>
    </w:p>
    <w:p>
      <w:pPr>
        <w:jc w:val="right"/>
      </w:pPr>
      <w:r>
        <w:t>دونوں سگے بھائی تھے۔ اس سے ایک بہت بڑی بات معلوم ہوتی ہے، وہ بھی قرآن میں ملتی ہے۔ ہم کو قرآن میں یہ بتایا گیا ہے کہ سیٹن جو ہے،</w:t>
      </w:r>
    </w:p>
    <w:p>
      <w:r>
        <w:rPr>
          <w:b/>
        </w:rPr>
        <w:t xml:space="preserve">[15:31] </w:t>
      </w:r>
      <w:r>
        <w:t>kya karega duniya mein?</w:t>
      </w:r>
    </w:p>
    <w:p>
      <w:pPr>
        <w:jc w:val="right"/>
      </w:pPr>
      <w:r>
        <w:t>کیا کرے گا دنیا میں؟</w:t>
      </w:r>
    </w:p>
    <w:p>
      <w:r>
        <w:rPr>
          <w:b/>
        </w:rPr>
        <w:t xml:space="preserve">[15:33] </w:t>
      </w:r>
      <w:r>
        <w:t>insan ke sath duniya mein kya karega? Woh woh yeh karega ke woh jo insan ke andar jo enmity hai, Satan ke liye, us ko divert kar dega.</w:t>
      </w:r>
    </w:p>
    <w:p>
      <w:pPr>
        <w:jc w:val="right"/>
      </w:pPr>
      <w:r>
        <w:t>انسان کے ساتھ دنیا میں کیا کرے گا؟ وہ وہ یہ کرے گا کہ وہ جو انسان کے اندر جو اینمیٹی ہے، سیٹن کے لیے، اس کو ڈائیورٹ کر دے گا۔</w:t>
      </w:r>
    </w:p>
    <w:p>
      <w:r>
        <w:rPr>
          <w:b/>
        </w:rPr>
        <w:t xml:space="preserve">[15:49] </w:t>
      </w:r>
      <w:r>
        <w:t>us ko bara samjhiye, aap bohat samajhne ki baat hai.</w:t>
      </w:r>
    </w:p>
    <w:p>
      <w:pPr>
        <w:jc w:val="right"/>
      </w:pPr>
      <w:r>
        <w:t>اس کو بڑا سمجھیے، آپ بہت سمجھنے کی بات ہے۔</w:t>
      </w:r>
    </w:p>
    <w:p>
      <w:r>
        <w:rPr>
          <w:b/>
        </w:rPr>
        <w:t xml:space="preserve">[15:54] </w:t>
      </w:r>
      <w:r>
        <w:t>insan ke andar Khuda ne rakha tha ke woh Satan ko apna dushman samjhe kyunke wohi behkayega, wohi mis lead karega.</w:t>
      </w:r>
    </w:p>
    <w:p>
      <w:pPr>
        <w:jc w:val="right"/>
      </w:pPr>
      <w:r>
        <w:t>انسان کے اندر خدا نے رکھا تھا کہ وہ سیٹن کو اپنا دشمن سمجھے کیونکہ وہی بہکائے گا، وہی مس لیڈ کرے گا۔</w:t>
      </w:r>
    </w:p>
    <w:p>
      <w:r>
        <w:rPr>
          <w:b/>
        </w:rPr>
        <w:t xml:space="preserve">[16:06] </w:t>
      </w:r>
      <w:r>
        <w:t>to Satan ke liye insan ke andar pehle din se dushmani thi, enmity thi.</w:t>
      </w:r>
    </w:p>
    <w:p>
      <w:pPr>
        <w:jc w:val="right"/>
      </w:pPr>
      <w:r>
        <w:t>تو سیٹن کے لیے انسان کے اندر پہلے دن سے دشمنی تھی، اینمیٹی تھی۔</w:t>
      </w:r>
    </w:p>
    <w:p>
      <w:r>
        <w:rPr>
          <w:b/>
        </w:rPr>
        <w:t xml:space="preserve">[16:16] </w:t>
      </w:r>
      <w:r>
        <w:t>lekin Satan kya karega? Yeh kya kar raha hai? Us ko woh divert kar raha hai insan ki taraf.</w:t>
      </w:r>
    </w:p>
    <w:p>
      <w:pPr>
        <w:jc w:val="right"/>
      </w:pPr>
      <w:r>
        <w:t>لیکن سیٹن کیا کرے گا؟ یہ کیا کر رہا ہے؟ اس کو وہ ڈائیورٹ کر رہا ہے انسان کی طرف۔</w:t>
      </w:r>
    </w:p>
    <w:p>
      <w:r>
        <w:rPr>
          <w:b/>
        </w:rPr>
        <w:t xml:space="preserve">[16:23] </w:t>
      </w:r>
      <w:r>
        <w:t>yani men versus satan jo cheez thi, us ko woh men versus men bana raha hai. yeh poori history mein zartusht ne jo kaha tha ke "the world is a perpetual background in battlefield".</w:t>
      </w:r>
    </w:p>
    <w:p>
      <w:pPr>
        <w:jc w:val="right"/>
      </w:pPr>
      <w:r>
        <w:t>یعنی مین ورسز سیٹن جو چیز تھی، اس کو وہ مین ورسز مین بنا رہا ہے۔ یہ پوری ہسٹری میں زرتشت نے جو کہا تھا کہ "دا ورلڈ از ا پرپچول بیک گراؤنڈ ان بیٹل فیلڈ"۔</w:t>
      </w:r>
    </w:p>
    <w:p>
      <w:r>
        <w:rPr>
          <w:b/>
        </w:rPr>
        <w:t xml:space="preserve">[16:42] </w:t>
      </w:r>
      <w:r>
        <w:t>"The world is a perpetual battlefield between good and evil forces." To woh is sense mein sahi hai.</w:t>
      </w:r>
    </w:p>
    <w:p>
      <w:pPr>
        <w:jc w:val="right"/>
      </w:pPr>
      <w:r>
        <w:t>"دا ورلڈ از ا پرپچول بیٹل فیلڈ بٹوین گڈ اینڈ ایول فورسز"۔ تو وہ اس سینس میں صحیح ہے۔</w:t>
      </w:r>
    </w:p>
    <w:p>
      <w:r>
        <w:rPr>
          <w:b/>
        </w:rPr>
        <w:t xml:space="preserve">[16:50] </w:t>
      </w:r>
      <w:r>
        <w:t>to jo insaan ke andar jo jazba rakha gaya tha satan ke against mein, to satan ne kya kar diya? us ko insaan ke against mein bana diya.</w:t>
      </w:r>
    </w:p>
    <w:p>
      <w:pPr>
        <w:jc w:val="right"/>
      </w:pPr>
      <w:r>
        <w:t>تو جو انسان کے اندر جو جذبہ رکھا گیا تھا سیٹن کے اگینسٹ میں، تو سیٹن نے کیا کر دیا؟ اس کو انسان کے اگینسٹ میں بنا دیا۔</w:t>
      </w:r>
    </w:p>
    <w:p>
      <w:r>
        <w:rPr>
          <w:b/>
        </w:rPr>
        <w:t xml:space="preserve">[17:01] </w:t>
      </w:r>
      <w:r>
        <w:t>yani men versus satan tha</w:t>
      </w:r>
    </w:p>
    <w:p>
      <w:pPr>
        <w:jc w:val="right"/>
      </w:pPr>
      <w:r>
        <w:t>یعنی مین ورسز سیٹن تھا</w:t>
      </w:r>
    </w:p>
    <w:p>
      <w:r>
        <w:rPr>
          <w:b/>
        </w:rPr>
        <w:t xml:space="preserve">[17:07] </w:t>
      </w:r>
      <w:r>
        <w:t>aur us ko shaitan ne kar diya ke men versus men bana diya. bohat hi successful tareeqay se bana diya, yahan tak ke habel qabil se le kar ab tak saare insaan lad rahe hain aapas mein.</w:t>
      </w:r>
    </w:p>
    <w:p>
      <w:pPr>
        <w:jc w:val="right"/>
      </w:pPr>
      <w:r>
        <w:t>اور اس کو شیطان نے کر دیا کہ مین ورسز مین بنا دیا۔ بہت ہی سکسیس فل طریقے سے بنا دیا، یہاں تک کہ ہابیل قابیل سے لے کر اب تک سارے انسان لڑ رہے ہیں آپس میں۔</w:t>
      </w:r>
    </w:p>
    <w:p>
      <w:r>
        <w:rPr>
          <w:b/>
        </w:rPr>
        <w:t xml:space="preserve">[17:19] </w:t>
      </w:r>
      <w:r>
        <w:t>yani insaan satan se laday, yeh nahi hua, bohat kam hua. insaan insaan se laday, yeh bar bar ho raha hai. to quran mein aik ayat hai ke shaitan yeh chahta hai ke tumhare andar</w:t>
      </w:r>
    </w:p>
    <w:p>
      <w:pPr>
        <w:jc w:val="right"/>
      </w:pPr>
      <w:r>
        <w:t>یعنی انسان سیٹن سے لڑے، یہ نہیں ہوا، بہت کم ہوا۔ انسان انسان سے لڑے، یہ بار بار ہو رہا ہے۔ تو قرآن میں ایک آیت ہے کہ شیطان یہ چاہتا ہے کہ تمہارے اندر</w:t>
      </w:r>
    </w:p>
    <w:p>
      <w:r>
        <w:rPr>
          <w:b/>
        </w:rPr>
        <w:t xml:space="preserve">[17:41] </w:t>
      </w:r>
      <w:r>
        <w:t>baghz aur adawat ko bharkaye.</w:t>
      </w:r>
    </w:p>
    <w:p>
      <w:pPr>
        <w:jc w:val="right"/>
      </w:pPr>
      <w:r>
        <w:t>بغض اور عداوت کو بھڑکائے۔</w:t>
      </w:r>
    </w:p>
    <w:p>
      <w:r>
        <w:rPr>
          <w:b/>
        </w:rPr>
        <w:t xml:space="preserve">[17:45] </w:t>
      </w:r>
      <w:r>
        <w:t>yuko bainakum al-adawat wal-baghda. al-shaytan yureedu an yuka baina kum al-adawat wal-baghda.</w:t>
      </w:r>
    </w:p>
    <w:p>
      <w:pPr>
        <w:jc w:val="right"/>
      </w:pPr>
      <w:r>
        <w:t>یوکو بینکم العداوت والبغضہ۔ الشیطان یرید ان یوکا بینکم العداوت والبغضہ۔</w:t>
      </w:r>
    </w:p>
    <w:p>
      <w:r>
        <w:rPr>
          <w:b/>
        </w:rPr>
        <w:t xml:space="preserve">[17:56] </w:t>
      </w:r>
      <w:r>
        <w:t>yani shaitan chahta hai ke tumhare aapas mein, yani insaan ke aapas mein,</w:t>
      </w:r>
    </w:p>
    <w:p>
      <w:pPr>
        <w:jc w:val="right"/>
      </w:pPr>
      <w:r>
        <w:t>یعنی شیطان چاہتا ہے کہ تمہارے آپس میں، یعنی انسان کے آپس میں،</w:t>
      </w:r>
    </w:p>
    <w:p>
      <w:r>
        <w:rPr>
          <w:b/>
        </w:rPr>
        <w:t xml:space="preserve">[18:06] </w:t>
      </w:r>
      <w:r>
        <w:t>bharkaye.</w:t>
      </w:r>
    </w:p>
    <w:p>
      <w:pPr>
        <w:jc w:val="right"/>
      </w:pPr>
      <w:r>
        <w:t>بھڑکائے۔</w:t>
      </w:r>
    </w:p>
    <w:p>
      <w:r>
        <w:rPr>
          <w:b/>
        </w:rPr>
        <w:t xml:space="preserve">[18:08] </w:t>
      </w:r>
      <w:r>
        <w:t>satan seeks to strip enmity and hatred among you.</w:t>
      </w:r>
    </w:p>
    <w:p>
      <w:pPr>
        <w:jc w:val="right"/>
      </w:pPr>
      <w:r>
        <w:t>سیٹن سیکس ٹو اسٹرپ اینمیٹی اینڈ ہیٹریٹ امنگ یو۔</w:t>
      </w:r>
    </w:p>
    <w:p>
      <w:r>
        <w:rPr>
          <w:b/>
        </w:rPr>
        <w:t xml:space="preserve">[18:21] </w:t>
      </w:r>
      <w:r>
        <w:t>yani is woh jo insaan ke andar rakha gaya tha jazba satan ke khilaaf, us ko divert kar ke insaan ke khilaaf kar de.</w:t>
      </w:r>
    </w:p>
    <w:p>
      <w:pPr>
        <w:jc w:val="right"/>
      </w:pPr>
      <w:r>
        <w:t>یعنی اس وہ جو انسان کے اندر رکھا گیا تھا جذبہ سیٹن کے خلاف، اس کو ڈائیورٹ کر کے انسان کے خلاف کر دے۔</w:t>
      </w:r>
    </w:p>
    <w:p>
      <w:r>
        <w:rPr>
          <w:b/>
        </w:rPr>
        <w:t xml:space="preserve">[18:34] </w:t>
      </w:r>
      <w:r>
        <w:t>yeh uska maqsad hai.</w:t>
      </w:r>
    </w:p>
    <w:p>
      <w:pPr>
        <w:jc w:val="right"/>
      </w:pPr>
      <w:r>
        <w:t>یہ اس کا مقصد ہے۔</w:t>
      </w:r>
    </w:p>
    <w:p>
      <w:r>
        <w:rPr>
          <w:b/>
        </w:rPr>
        <w:t xml:space="preserve">[18:36] </w:t>
      </w:r>
      <w:r>
        <w:t>yani men versus satan ke jazbay ko men versus men bana de. woh yeh poori history mein ho raha hai.</w:t>
      </w:r>
    </w:p>
    <w:p>
      <w:pPr>
        <w:jc w:val="right"/>
      </w:pPr>
      <w:r>
        <w:t>یعنی مین ورسز سیٹن کے جذبے کو مین ورسز مین بنا دے۔ وہ یہ پوری ہسٹری میں ہو رہا ہے۔</w:t>
      </w:r>
    </w:p>
    <w:p>
      <w:r>
        <w:rPr>
          <w:b/>
        </w:rPr>
        <w:t xml:space="preserve">[18:45] </w:t>
      </w:r>
      <w:r>
        <w:t>aap dekhen,</w:t>
      </w:r>
    </w:p>
    <w:p>
      <w:pPr>
        <w:jc w:val="right"/>
      </w:pPr>
      <w:r>
        <w:t>آپ دیکھیں،</w:t>
      </w:r>
    </w:p>
    <w:p>
      <w:r>
        <w:rPr>
          <w:b/>
        </w:rPr>
        <w:t xml:space="preserve">[18:50] </w:t>
      </w:r>
      <w:r>
        <w:t>adam ke do bete qabil aur habel lad gaye aapas mein. phir poori history mein insaan ladta raha. pehle ladta tha woh pathar se, lakri se.</w:t>
      </w:r>
    </w:p>
    <w:p>
      <w:pPr>
        <w:jc w:val="right"/>
      </w:pPr>
      <w:r>
        <w:t>آدم کے دو بیٹے قابیل اور ہابیل لڑ گئے آپس میں۔ پھر پوری ہسٹری میں انسان لڑتا رہا۔ پہلے لڑتا تھا وہ پتھر سے، لکڑی سے۔</w:t>
      </w:r>
    </w:p>
    <w:p>
      <w:r>
        <w:rPr>
          <w:b/>
        </w:rPr>
        <w:t xml:space="preserve">[19:01] </w:t>
      </w:r>
      <w:r>
        <w:t>phir us ne sword banai, talwar se ladne laga.</w:t>
      </w:r>
    </w:p>
    <w:p>
      <w:pPr>
        <w:jc w:val="right"/>
      </w:pPr>
      <w:r>
        <w:t>پھر اس نے سوڈ بنائی، تلوار سے لڑنے لگا۔</w:t>
      </w:r>
    </w:p>
    <w:p>
      <w:r>
        <w:rPr>
          <w:b/>
        </w:rPr>
        <w:t xml:space="preserve">[19:05] </w:t>
      </w:r>
      <w:r>
        <w:t>phir us ne aur hathiyar banaye, yahan tak gun banai, yahan tak ke bomb banaya, yahan tak ke atom bomb banaya. yeh sab kis se ladne ke liye?</w:t>
      </w:r>
    </w:p>
    <w:p>
      <w:pPr>
        <w:jc w:val="right"/>
      </w:pPr>
      <w:r>
        <w:t>پھر اس نے اور ہتھیار بنائے، یہاں تک گن بنائی، یہاں تک کہ بم بنایا، یہاں تک کہ ایٹم بم بنایا۔ یہ سب کس سے لڑنے کے لیے؟</w:t>
      </w:r>
    </w:p>
    <w:p>
      <w:r>
        <w:rPr>
          <w:b/>
        </w:rPr>
        <w:t xml:space="preserve">[19:17] </w:t>
      </w:r>
      <w:r>
        <w:t>kya satan se ladne ke liye? insaan se ladne ke liye. yani yahan se wahan tak jo aap dekh rahe hain ke war industry, saari history mein sab se bari industry war industry rahi hai.</w:t>
      </w:r>
    </w:p>
    <w:p>
      <w:pPr>
        <w:jc w:val="right"/>
      </w:pPr>
      <w:r>
        <w:t>کیا سیٹن سے لڑنے کے لیے؟ انسان سے لڑنے کے لیے۔ یعنی یہاں سے وہاں تک جو آپ دیکھ رہے ہیں کہ وار انڈسٹری، ساری ہسٹری میں سب سے بڑی انڈسٹری وار انڈسٹری رہی ہے۔</w:t>
      </w:r>
    </w:p>
    <w:p>
      <w:r>
        <w:rPr>
          <w:b/>
        </w:rPr>
        <w:t xml:space="preserve">[19:34] </w:t>
      </w:r>
      <w:r>
        <w:t>yaad rakhiye,</w:t>
      </w:r>
    </w:p>
    <w:p>
      <w:pPr>
        <w:jc w:val="right"/>
      </w:pPr>
      <w:r>
        <w:t>یاد رکھیے،</w:t>
      </w:r>
    </w:p>
    <w:p>
      <w:r>
        <w:rPr>
          <w:b/>
        </w:rPr>
        <w:t xml:space="preserve">[19:35] </w:t>
      </w:r>
      <w:r>
        <w:t>poori history mein sab se bari history, poori history mein jo sab se bari industry thi, war industry thi aur aaj bhi hai. aaj bhi sab se bari industry war industry hai.</w:t>
      </w:r>
    </w:p>
    <w:p>
      <w:pPr>
        <w:jc w:val="right"/>
      </w:pPr>
      <w:r>
        <w:t>پوری ہسٹری میں سب سے بڑی ہسٹری، پوری ہسٹری میں جو سب سے بڑی انڈسٹری تھی، وار انڈسٹری تھی اور آج بھی ہے۔ آج بھی سب سے بڑی انڈسٹری وار انڈسٹری ہے۔</w:t>
      </w:r>
    </w:p>
    <w:p>
      <w:r>
        <w:rPr>
          <w:b/>
        </w:rPr>
        <w:t xml:space="preserve">[19:48] </w:t>
      </w:r>
      <w:r>
        <w:t>pehle bante thay pathar ke auzaar, phir lakri ke auzaar, phir lohay ka auzaar, phir sword, phir gun, phir bomb, atom bomb, nuclear bomb,</w:t>
      </w:r>
    </w:p>
    <w:p>
      <w:pPr>
        <w:jc w:val="right"/>
      </w:pPr>
      <w:r>
        <w:t>پہلے بنتے تھے پتھر کے اوزار، پھر لکڑی کے اوزار، پھر لوہے کا اوزار، پھر سوڈ، پھر گن، پھر بم، ایٹم بم، نیوکلیئر بم،</w:t>
      </w:r>
    </w:p>
    <w:p>
      <w:r>
        <w:rPr>
          <w:b/>
        </w:rPr>
        <w:t xml:space="preserve">[20:03] </w:t>
      </w:r>
      <w:r>
        <w:t>yahan tak ke weapons of mass destruction, yahan tak ke star war. yahan se wahan tak aap dekhiye</w:t>
      </w:r>
    </w:p>
    <w:p>
      <w:pPr>
        <w:jc w:val="right"/>
      </w:pPr>
      <w:r>
        <w:t>یہاں تک کہ ویپنز آف ماس ڈسٹرکشن، یہاں تک کہ سٹار وار۔ یہاں سے وہاں تک آپ دیکھیے</w:t>
      </w:r>
    </w:p>
    <w:p>
      <w:r>
        <w:rPr>
          <w:b/>
        </w:rPr>
        <w:t xml:space="preserve">[20:16] </w:t>
      </w:r>
      <w:r>
        <w:t>to sab se bari industry, sab se florist industry jo rahi hai history mein, woh rahi hai war industry, armament industry.</w:t>
      </w:r>
    </w:p>
    <w:p>
      <w:pPr>
        <w:jc w:val="right"/>
      </w:pPr>
      <w:r>
        <w:t>تو سب سے بڑی انڈسٹری، سب سے فلورسٹ انڈسٹری جو رہی ہے ہسٹری میں، وہ رہی ہے وار انڈسٹری، آرمومنٹ انڈسٹری۔</w:t>
      </w:r>
    </w:p>
    <w:p>
      <w:r>
        <w:rPr>
          <w:b/>
        </w:rPr>
        <w:t xml:space="preserve">[20:26] </w:t>
      </w:r>
      <w:r>
        <w:t>to aap sochiye ke yeh insaan jo banata hai, banata hai hathiyar, hathiyar kis ke khilaaf ladne ke liye? insaan ke insaan ke khilaaf ladne ke liye, satan ke khilaaf ladne ke liye nahi.</w:t>
      </w:r>
    </w:p>
    <w:p>
      <w:pPr>
        <w:jc w:val="right"/>
      </w:pPr>
      <w:r>
        <w:t>تو آپ سوچیے کہ یہ انسان جو بناتا ہے، بناتا ہے ہتھیار، ہتھیار کس کے خلاف لڑنے کے لیے؟ انسان کے انسان کے خلاف لڑنے کے لیے، سیٹن کے خلاف لڑنے کے لیے نہیں۔</w:t>
      </w:r>
    </w:p>
    <w:p>
      <w:r>
        <w:rPr>
          <w:b/>
        </w:rPr>
        <w:t xml:space="preserve">[20:39] </w:t>
      </w:r>
      <w:r>
        <w:t>yani satan ko kisi ne apna enemy bana kar ke ladaai ki tayyari ki ho, yeh to yahan se wahan tak history khali hai.</w:t>
      </w:r>
    </w:p>
    <w:p>
      <w:pPr>
        <w:jc w:val="right"/>
      </w:pPr>
      <w:r>
        <w:t>یعنی سیٹن کو کسی نے اپنا اینمی بنا کر کے لڑائی کی تیاری کی ہو، یہ تو یہاں سے وہاں تک ہسٹری خالی ہے۔</w:t>
      </w:r>
    </w:p>
    <w:p>
      <w:r>
        <w:rPr>
          <w:b/>
        </w:rPr>
        <w:t xml:space="preserve">[20:48] </w:t>
      </w:r>
      <w:r>
        <w:t>agarche satan se jo ladaai hogi, woh psychological plane par hogi, woh lohe se, lohe ke hathiyar se nahi hogi. kyunke satan jo hai, ek unseen creature hai, dikhai nahi deta.</w:t>
      </w:r>
    </w:p>
    <w:p>
      <w:pPr>
        <w:jc w:val="right"/>
      </w:pPr>
      <w:r>
        <w:t>اگرچہ سیٹن سے جو لڑائی ہوگی، وہ سائیکلوجیکل پلین پر ہوگی، وہ لوہے سے، لوہے کے ہتھیار سے نہیں ہوگی۔ کیونکہ سیٹن جو ہے، ایک ان سین کریچر ہے، دکھائی نہیں دیتا۔</w:t>
      </w:r>
    </w:p>
    <w:p>
      <w:r>
        <w:rPr>
          <w:b/>
        </w:rPr>
        <w:t xml:space="preserve">[21:04] </w:t>
      </w:r>
      <w:r>
        <w:t>woh to satan jo ladaai hogi, woh psychological plane par hogi, physical plane par nahi hogi.</w:t>
      </w:r>
    </w:p>
    <w:p>
      <w:pPr>
        <w:jc w:val="right"/>
      </w:pPr>
      <w:r>
        <w:t>وہ تو سیٹن جو لڑائی ہوگی، وہ سائیکلوجیکل پلین پر ہوگی، فزیکل پلین پر نہیں ہوگی۔</w:t>
      </w:r>
    </w:p>
    <w:p>
      <w:r>
        <w:rPr>
          <w:b/>
        </w:rPr>
        <w:t xml:space="preserve">[21:13] </w:t>
      </w:r>
      <w:r>
        <w:t>toh iske liye kis ne tayyari ki?</w:t>
      </w:r>
    </w:p>
    <w:p>
      <w:pPr>
        <w:jc w:val="right"/>
      </w:pPr>
      <w:r>
        <w:t>تو اس کے لیے کس نے تیاری کی؟</w:t>
      </w:r>
    </w:p>
    <w:p>
      <w:r>
        <w:rPr>
          <w:b/>
        </w:rPr>
        <w:t xml:space="preserve">[21:17] </w:t>
      </w:r>
      <w:r>
        <w:t>bahut hi exceptional taur par kuch log milenge aap ko jo satan ke liye apne aap ko tayyar kar rahe hon, is se ladne ke liye. unhon ne poori history mein jo hai, kya ho raha hai?</w:t>
      </w:r>
    </w:p>
    <w:p>
      <w:pPr>
        <w:jc w:val="right"/>
      </w:pPr>
      <w:r>
        <w:t>بہت ہی ایکسیپشنل طور پر کچھ لوگ ملیں گے آپ کو جو سیٹن کے لیے اپنے آپ کو تیار کر رہے ہوں، اس سے لڑنے کے لیے۔ انہوں نے پوری ہسٹری میں جو ہے، کیا ہو رہا ہے؟</w:t>
      </w:r>
    </w:p>
    <w:p>
      <w:r>
        <w:rPr>
          <w:b/>
        </w:rPr>
        <w:t xml:space="preserve">[21:29] </w:t>
      </w:r>
      <w:r>
        <w:t>insaan se insaan ke liye ladaai ki tayyari ho rahi hai. wahi hai ke in shaitan yureedu an yooqa bainakum al-adaawata wa al-baghza.</w:t>
      </w:r>
    </w:p>
    <w:p>
      <w:pPr>
        <w:jc w:val="right"/>
      </w:pPr>
      <w:r>
        <w:t>انسان سے انسان کے لیے لڑائی کی تیاری ہو رہی ہے۔ وہی ہے کہ ان شیطان یرید ان یوکا بینکم العداوت والبغضہ۔</w:t>
      </w:r>
    </w:p>
    <w:p>
      <w:r>
        <w:rPr>
          <w:b/>
        </w:rPr>
        <w:t xml:space="preserve">[21:41] </w:t>
      </w:r>
      <w:r>
        <w:t>satan seeks to flare up enmity and hatred among you. yeh ho raha hai poori history mein.</w:t>
      </w:r>
    </w:p>
    <w:p>
      <w:pPr>
        <w:jc w:val="right"/>
      </w:pPr>
      <w:r>
        <w:t>سیٹن سیکس ٹو فلیئر اپ اینمیٹی اینڈ ہیٹریٹ امنگ یو۔ یہ ہو رہا ہے پوری ہسٹری میں۔</w:t>
      </w:r>
    </w:p>
    <w:p>
      <w:r>
        <w:rPr>
          <w:b/>
        </w:rPr>
        <w:t xml:space="preserve">[21:56] </w:t>
      </w:r>
      <w:r>
        <w:t>poori history mein yeh ho raha hai.</w:t>
      </w:r>
    </w:p>
    <w:p>
      <w:pPr>
        <w:jc w:val="right"/>
      </w:pPr>
      <w:r>
        <w:t>پوری ہسٹری میں یہ ہو رہا ہے۔</w:t>
      </w:r>
    </w:p>
    <w:p>
      <w:r>
        <w:rPr>
          <w:b/>
        </w:rPr>
        <w:t xml:space="preserve">[22:01] </w:t>
      </w:r>
      <w:r>
        <w:t>jab bade bade jo naam hain, bade bade naam jo hain, woh leaderon ki history mein, woh sab isi ka shikar hue hain.</w:t>
      </w:r>
    </w:p>
    <w:p>
      <w:pPr>
        <w:jc w:val="right"/>
      </w:pPr>
      <w:r>
        <w:t>جد بڑے بڑے جو نام ہیں، بڑے بڑے نام جو ہیں، وہ لیڈروں کی ہسٹری میں، وہ سب اسی کا شکار ہوئے ہیں۔</w:t>
      </w:r>
    </w:p>
    <w:p>
      <w:r>
        <w:rPr>
          <w:b/>
        </w:rPr>
        <w:t xml:space="preserve">[22:15] </w:t>
      </w:r>
      <w:r>
        <w:t>yani jo secular log hain, jo religious log hain, sab ke sab. main aap ko chand naam arz karta hoon. secular thinker mein dekhiye, russo aur aur marx, bahut zyada in ko popularity mili.</w:t>
      </w:r>
    </w:p>
    <w:p>
      <w:pPr>
        <w:jc w:val="right"/>
      </w:pPr>
      <w:r>
        <w:t>یعنی جو سیکولر لوگ ہیں، جو ریلیجس لوگ ہیں، سب کے سب۔ میں آپ کو چند نام عرض کرتا ہوں۔ سیکولر تھنکر میں دیکھیے، روسو اور اور مارس، بہت زیادہ ان کو پاپولیرٹی ملی۔</w:t>
      </w:r>
    </w:p>
    <w:p>
      <w:r>
        <w:rPr>
          <w:b/>
        </w:rPr>
        <w:t xml:space="preserve">[22:30] </w:t>
      </w:r>
      <w:r>
        <w:t>secular thinkers mein russo aur marx, in ka kya kya kaam kiya? inhon ne sab se bada insaan insaan ko ladwaya.</w:t>
      </w:r>
    </w:p>
    <w:p>
      <w:pPr>
        <w:jc w:val="right"/>
      </w:pPr>
      <w:r>
        <w:t>سیکولر تھنکرز میں روسو اور مارس، ان کا کیا کیا کام کیا؟ انہوں نے سب سے بڑا انسان انسان کو لڑوانا۔</w:t>
      </w:r>
    </w:p>
    <w:p>
      <w:r>
        <w:rPr>
          <w:b/>
        </w:rPr>
        <w:t xml:space="preserve">[22:41] </w:t>
      </w:r>
      <w:r>
        <w:t>yeh russo ne political</w:t>
      </w:r>
    </w:p>
    <w:p>
      <w:pPr>
        <w:jc w:val="right"/>
      </w:pPr>
      <w:r>
        <w:t>یہ روسو نے پولیٹیکل</w:t>
      </w:r>
    </w:p>
    <w:p>
      <w:r>
        <w:rPr>
          <w:b/>
        </w:rPr>
        <w:t xml:space="preserve">[22:47] </w:t>
      </w:r>
      <w:r>
        <w:t>reference mein, political hawale se, ruler aur ruled ko ladwaya.</w:t>
      </w:r>
    </w:p>
    <w:p>
      <w:pPr>
        <w:jc w:val="right"/>
      </w:pPr>
      <w:r>
        <w:t>ریفرنس میں، پولیٹیکل حوالے سے، رولر اور رولڈ کو لڑوایا۔</w:t>
      </w:r>
    </w:p>
    <w:p>
      <w:r>
        <w:rPr>
          <w:b/>
        </w:rPr>
        <w:t xml:space="preserve">[22:54] </w:t>
      </w:r>
      <w:r>
        <w:t>us ne jo kaha tha ke "my bond bond free, but thou, but I see him in chains". yeh kya hai? yani insaan ko banta.</w:t>
      </w:r>
    </w:p>
    <w:p>
      <w:pPr>
        <w:jc w:val="right"/>
      </w:pPr>
      <w:r>
        <w:t>اس نے جو کہا تھا کہ "مائی بات بانڈ فری، بٹ ڈاؤ، بٹ آئی سی ہم ان چینج"۔ یہ کیا ہے؟ یعنی انسان کو بانٹا۔</w:t>
      </w:r>
    </w:p>
    <w:p>
      <w:r>
        <w:rPr>
          <w:b/>
        </w:rPr>
        <w:t xml:space="preserve">[23:03] </w:t>
      </w:r>
      <w:r>
        <w:t>us ne kuch woh log jo zanjeeron mein bandhe hue hain, halanke koi zanjeeron mein bandha kabhi tha na aaj hai, us ko us ne exaggerated way mein bayaan kiya aur kuch ne baandh rakha hai, kuch baandhne wale hain, kuch bandhe hue hain.</w:t>
      </w:r>
    </w:p>
    <w:p>
      <w:pPr>
        <w:jc w:val="right"/>
      </w:pPr>
      <w:r>
        <w:t>اس نے کچھ وہ لوگ جو زنجیروں میں بندھے ہوئے ہیں، حالانکہ کوئی زنجیروں میں بندھا کبھی تھا نہ آج ہے، اس کو اس نے ایگزیجریٹڈ وے میں بین کیا اور کچھ نے باندھ رکھا ہے، کچھ باندھنے والے ہیں، کچھ بندھے ہوئے ہیں۔</w:t>
      </w:r>
    </w:p>
    <w:p>
      <w:r>
        <w:rPr>
          <w:b/>
        </w:rPr>
        <w:t xml:space="preserve">[23:18] </w:t>
      </w:r>
      <w:r>
        <w:t>donon ko ladwa diya. us ne aaj tak ladaai chal rahi hai,</w:t>
      </w:r>
    </w:p>
    <w:p>
      <w:pPr>
        <w:jc w:val="right"/>
      </w:pPr>
      <w:r>
        <w:t>دونوں کو لڑوا دیا۔ اس نے آج تک لڑائی چل رہی ہے،</w:t>
      </w:r>
    </w:p>
    <w:p>
      <w:r>
        <w:rPr>
          <w:b/>
        </w:rPr>
        <w:t xml:space="preserve">[23:24] </w:t>
      </w:r>
      <w:r>
        <w:t>har democracy mein ladaai chal rahi hai, aapas mein different ways mein. ladaai ki pehchaan kya hai?</w:t>
      </w:r>
    </w:p>
    <w:p>
      <w:pPr>
        <w:jc w:val="right"/>
      </w:pPr>
      <w:r>
        <w:t>ہر ڈیموکریسی میں لڑائی چل رہی ہے، آپس میں ڈفرنٹ ویز میں۔ لڑائی کی پہچان کیا ہے؟</w:t>
      </w:r>
    </w:p>
    <w:p>
      <w:r>
        <w:rPr>
          <w:b/>
        </w:rPr>
        <w:t xml:space="preserve">[23:32] </w:t>
      </w:r>
      <w:r>
        <w:t>hate. jahan hate ho, wahan ladaai ho rahi hai. chahe hathiyar na chal rahe hon, tab bhi yaad rakhiye is ko. jis society mein hate ho, jis samaj mein hate ho, samajh lijiye ke wahan already ladaai chal rahi hai.</w:t>
      </w:r>
    </w:p>
    <w:p>
      <w:pPr>
        <w:jc w:val="right"/>
      </w:pPr>
      <w:r>
        <w:t>ہیٹ۔ جہاں ہیٹ ہو، وہاں لڑائی ہو رہی ہے۔ چاہے ہتھیار نہ چل رہے ہوں، تب بھی یاد رکھیے اس کو۔ جس سوسائٹی میں ہیٹ ہو، جس سماج میں ہیٹ ہو، سمجھ لیجئے کہ وہاں الریڈی لڑائی چل رہی ہے۔</w:t>
      </w:r>
    </w:p>
    <w:p>
      <w:r>
        <w:rPr>
          <w:b/>
        </w:rPr>
        <w:t xml:space="preserve">[23:52] </w:t>
      </w:r>
      <w:r>
        <w:t>chahe aap wahan bandookon ki awaaz na aa rahi ho, bomon ke phatne ki awaaz na aa rahi ho, kyunke hate toh sab bada bomb hai.</w:t>
      </w:r>
    </w:p>
    <w:p>
      <w:pPr>
        <w:jc w:val="right"/>
      </w:pPr>
      <w:r>
        <w:t>چاہے آپ وہاں بندوقوں کی آواز نہ آ رہی ہو، بموں کے پھٹنے کی آواز نہ آ رہی ہو، کیونکہ ہیٹ تو سب بڑا بم ہے۔</w:t>
      </w:r>
    </w:p>
    <w:p>
      <w:r>
        <w:rPr>
          <w:b/>
        </w:rPr>
        <w:t xml:space="preserve">[24:04] </w:t>
      </w:r>
      <w:r>
        <w:t>sab se bada bomb jab hate hai toh us waqt kya hai? saari duniya mein hate hi hate toh chal raha hai. toh russo ne jis tarah se explain kiya history ko, us mein kya hua?</w:t>
      </w:r>
    </w:p>
    <w:p>
      <w:pPr>
        <w:jc w:val="right"/>
      </w:pPr>
      <w:r>
        <w:t>سب سے بڑا بم جب ہیٹ ہے تو اس وقت کیا ہے؟ ساری دنیا میں ہیٹ ہی ہیٹ تو چل رہا ہے۔ تو روسو نے جس طرح سے ایکسپلین کیا ہسٹری کو، اس میں کیا ہوا؟</w:t>
      </w:r>
    </w:p>
    <w:p>
      <w:r>
        <w:rPr>
          <w:b/>
        </w:rPr>
        <w:t xml:space="preserve">[24:18] </w:t>
      </w:r>
      <w:r>
        <w:t>us mein yeh hua ke kuch logon ko us ne bataya ke "politicians exploiters hain, kuch logon ka jo exploit kiye ja rahe hain. ab donon ko us ne do class bana diya, do class, aur aapas mein lad rahe hain.</w:t>
      </w:r>
    </w:p>
    <w:p>
      <w:pPr>
        <w:jc w:val="right"/>
      </w:pPr>
      <w:r>
        <w:t>اس میں یہ ہوا کہ کچھ لوگوں کو اس نے بتایا کہ پولیٹیکلسٹ ایکسپلائٹرز ہیں، کچھ لوگوں کا جو ایکسپلائٹ کیے جا رہے ہیں۔ اب دونوں کو اس نے دو کلاس بنا دیا، دو کلاس، اور آپس میں لڑ رہے ہیں۔</w:t>
      </w:r>
    </w:p>
    <w:p>
      <w:r>
        <w:rPr>
          <w:b/>
        </w:rPr>
        <w:t xml:space="preserve">[24:32] </w:t>
      </w:r>
      <w:r>
        <w:t>woh ek ruling party hai, ek opposition party hai, aur hate se bharpoor hate ka jangal har taraf uga hua hai.</w:t>
      </w:r>
    </w:p>
    <w:p>
      <w:pPr>
        <w:jc w:val="right"/>
      </w:pPr>
      <w:r>
        <w:t>وہ ایک رولنگ پارٹی ہے، ایک اپوزیشن پارٹی ہے، اور ہیٹ سے بھرپور ہیٹ کا جنگل ہر طرف اگا ہوا ہے۔</w:t>
      </w:r>
    </w:p>
    <w:p>
      <w:r>
        <w:rPr>
          <w:b/>
        </w:rPr>
        <w:t xml:space="preserve">[24:45] </w:t>
      </w:r>
      <w:r>
        <w:t>yahi kaam marx ne kiya. karl marx, us ne economic buniyad par logon ko do class banaye. yani class war jo chalayi marx ne, woh kya thi?</w:t>
      </w:r>
    </w:p>
    <w:p>
      <w:pPr>
        <w:jc w:val="right"/>
      </w:pPr>
      <w:r>
        <w:t>یہی کام مارس نے کیا۔ کارل مارس، اس نے اکنامک بنیاد پر لوگوں کو دو کلاس بنائے۔ یعنی کلاس وار جو چلائی مارس نے، وہ کیا تھی؟</w:t>
      </w:r>
    </w:p>
    <w:p>
      <w:r>
        <w:rPr>
          <w:b/>
        </w:rPr>
        <w:t xml:space="preserve">[24:58] </w:t>
      </w:r>
      <w:r>
        <w:t>woh hate war thi.</w:t>
      </w:r>
    </w:p>
    <w:p>
      <w:pPr>
        <w:jc w:val="right"/>
      </w:pPr>
      <w:r>
        <w:t>وہ ہیٹ وار تھی۔</w:t>
      </w:r>
    </w:p>
    <w:p>
      <w:r>
        <w:rPr>
          <w:b/>
        </w:rPr>
        <w:t xml:space="preserve">[25:02] </w:t>
      </w:r>
      <w:r>
        <w:t>marx ka jo manifesto hai, communist manifesto, us ko aap padhiye. us mein yahi hai ke mazdooron ko awaaz deta hai ke "utho aur capitalist logon se lad jao, un ko mita do, khatam kar do un ko".</w:t>
      </w:r>
    </w:p>
    <w:p>
      <w:pPr>
        <w:jc w:val="right"/>
      </w:pPr>
      <w:r>
        <w:t>مارس کا جو مینیفیسٹو ہے، کمیونسٹ مینیفیسٹو، اس کو آپ پڑھیے۔ اس میں یہی ہے کہ مزدوروں کو آواز دیتا ہے کہ "اٹھو اور کیپیٹلسٹ لوگوں سے لڑ جاؤ، ان کو مٹا دو، ختم کر دو ان کو"۔</w:t>
      </w:r>
    </w:p>
    <w:p>
      <w:r>
        <w:rPr>
          <w:b/>
        </w:rPr>
        <w:t xml:space="preserve">[25:17] </w:t>
      </w:r>
      <w:r>
        <w:t>woh bhi insaan, woh bhi insaan.</w:t>
      </w:r>
    </w:p>
    <w:p>
      <w:pPr>
        <w:jc w:val="right"/>
      </w:pPr>
      <w:r>
        <w:t>وہ بھی انسان، وہ بھی انسان۔</w:t>
      </w:r>
    </w:p>
    <w:p>
      <w:r>
        <w:rPr>
          <w:b/>
        </w:rPr>
        <w:t xml:space="preserve">[25:22] </w:t>
      </w:r>
      <w:r>
        <w:t>insaanon ko do class mein baant kar ke un ko ladao. Aap aaj tak woh ladaai chal rahi hai, woh khatam nahi hui kabhi. Ladaai</w:t>
      </w:r>
    </w:p>
    <w:p>
      <w:pPr>
        <w:jc w:val="right"/>
      </w:pPr>
      <w:r>
        <w:t>انسانوں کو دو کلاس میں بانٹ کر کے ان کو لڑوانا۔ آپ آج تک وہ لڑائی چل رہی ہے، وہ ختم نہیں ہوئی کبھی۔ لڑائی</w:t>
      </w:r>
    </w:p>
    <w:p>
      <w:r>
        <w:rPr>
          <w:b/>
        </w:rPr>
        <w:t xml:space="preserve">[25:32] </w:t>
      </w:r>
      <w:r>
        <w:t>aaj tak woh ladaai chal rahi hai. To russo aur marx ne jo class war chalai, russo ki class war yaani political reference mein thi aur karl marx ki class war economic reference mein thi.</w:t>
      </w:r>
    </w:p>
    <w:p>
      <w:pPr>
        <w:jc w:val="right"/>
      </w:pPr>
      <w:r>
        <w:t>آج تک وہ لڑائی چل رہی ہے۔ تو روسو اور مارس نے جو کلاس وار چلائی، روسو کی کلاس وار یعنی پولیٹیکل ریفرنس میں تھی اور کارل مارس کی کلاس وار اکنامک ریفرنس میں تھی۔</w:t>
      </w:r>
    </w:p>
    <w:p>
      <w:r>
        <w:rPr>
          <w:b/>
        </w:rPr>
        <w:t xml:space="preserve">[25:55] </w:t>
      </w:r>
      <w:r>
        <w:t>lekin dono to hate hate war thi,</w:t>
      </w:r>
    </w:p>
    <w:p>
      <w:pPr>
        <w:jc w:val="right"/>
      </w:pPr>
      <w:r>
        <w:t>لیکن دونوں تو ہیٹ ہیٹ وار تھی،</w:t>
      </w:r>
    </w:p>
    <w:p>
      <w:r>
        <w:rPr>
          <w:b/>
        </w:rPr>
        <w:t xml:space="preserve">[25:58] </w:t>
      </w:r>
      <w:r>
        <w:t>insaan ko ek doosre se nafrat mein paida kar ke ladao. Yahan tak ke aap jante hain ke russia mein jo communist rule qaim hua tha, us mein 25 million log maar daale gaye.</w:t>
      </w:r>
    </w:p>
    <w:p>
      <w:pPr>
        <w:jc w:val="right"/>
      </w:pPr>
      <w:r>
        <w:t>انسان کو ایک دوسرے سے نفرت میں پیدا کر کے لڑوانا۔ یہاں تک کہ آپ جانتے ہیں کہ رشیا میں جو کمیونسٹ رول قائم ہوا تھا، اس میں 25 ملین لوگ مار ڈالے گئے۔</w:t>
      </w:r>
    </w:p>
    <w:p>
      <w:r>
        <w:rPr>
          <w:b/>
        </w:rPr>
        <w:t xml:space="preserve">[26:16] </w:t>
      </w:r>
      <w:r>
        <w:t>to insaan ko insaan se ladao, yaani insaan ko chahiye tha ke woh shaitan se lade, kyunke shaitan dushman hai is ka.</w:t>
      </w:r>
    </w:p>
    <w:p>
      <w:pPr>
        <w:jc w:val="right"/>
      </w:pPr>
      <w:r>
        <w:t>تو انسان کو انسان سے لڑوانا، یعنی انسان کو چاہیے تھا کہ وہ شیطان سے لڑے، کیونکہ شیطان دشمن ہے اس کا۔</w:t>
      </w:r>
    </w:p>
    <w:p>
      <w:r>
        <w:rPr>
          <w:b/>
        </w:rPr>
        <w:t xml:space="preserve">[26:26] </w:t>
      </w:r>
      <w:r>
        <w:t>shaitan aap ko khuda se door karta hai, shaitan aap ko buraiyon ki taraf aksata hai, shaitan aap ki desire ko active kar ke aap ko le jata hai aisi taraf jahan aap ko halk ke siwa ho, kahin na pahunchein.</w:t>
      </w:r>
    </w:p>
    <w:p>
      <w:pPr>
        <w:jc w:val="right"/>
      </w:pPr>
      <w:r>
        <w:t>شیطان آپ کو خدا سے دور کرتا ہے، شیطان آپ کو برائیوں کی طرف اکساتا ہے، شیطان آپ کی ڈیزائر کو ایکٹیو کر کے آپ کو لے جاتا ہے ایسی طرف جہاں آپ کو ہل کے سوا ہو، کہیں نہ پہنچیں۔</w:t>
      </w:r>
    </w:p>
    <w:p>
      <w:r>
        <w:rPr>
          <w:b/>
        </w:rPr>
        <w:t xml:space="preserve">[26:41] </w:t>
      </w:r>
      <w:r>
        <w:t>aap aaj kal jo hai "right here right now" ka jo culture hai, woh kya hai? Woh satanic culture hai, woh satanic culture hai.</w:t>
      </w:r>
    </w:p>
    <w:p>
      <w:pPr>
        <w:jc w:val="right"/>
      </w:pPr>
      <w:r>
        <w:t>آپ آج کل جو ہے "رائٹ ہیر رائٹ ناو" کا جو کلچر ہے، وہ کیا ہے؟ وہ سیٹنک کلچر ہے، وہ سیٹنک کلچر ہے۔</w:t>
      </w:r>
    </w:p>
    <w:p>
      <w:r>
        <w:rPr>
          <w:b/>
        </w:rPr>
        <w:t xml:space="preserve">[26:53] </w:t>
      </w:r>
      <w:r>
        <w:t>to shaitan chahta hai ke jis tarah se is ko nikala gaya jannat se, to saare insaanon ko jannat se mehroom kar de.</w:t>
      </w:r>
    </w:p>
    <w:p>
      <w:pPr>
        <w:jc w:val="right"/>
      </w:pPr>
      <w:r>
        <w:t>تو شیطان چاہتا ہے کہ جس طرح سے اس کو نکالا گیا جنت سے، تو سارے انسانوں کو جنت سے محروم کر دے۔</w:t>
      </w:r>
    </w:p>
    <w:p>
      <w:r>
        <w:rPr>
          <w:b/>
        </w:rPr>
        <w:t xml:space="preserve">[27:03] </w:t>
      </w:r>
      <w:r>
        <w:t>woh</w:t>
      </w:r>
    </w:p>
    <w:p>
      <w:pPr>
        <w:jc w:val="right"/>
      </w:pPr>
      <w:r>
        <w:t>وہ</w:t>
      </w:r>
    </w:p>
    <w:p>
      <w:r>
        <w:rPr>
          <w:b/>
        </w:rPr>
        <w:t xml:space="preserve">[27:05] </w:t>
      </w:r>
      <w:r>
        <w:t>to shaitan ki koshish yeh hai ke is insaan ke andar jazba rakha gaya tha, shaitan shaitan ke against mein taake woh bache shaitan se.</w:t>
      </w:r>
    </w:p>
    <w:p>
      <w:pPr>
        <w:jc w:val="right"/>
      </w:pPr>
      <w:r>
        <w:t>تو شیطان کی کوشش یہ ہے کہ اس انسان کے اندر جذبہ رکھا گیا تھا، شیطان شیطان کے اگینسٹ میں تاکہ وہ بچے شیطان سے۔</w:t>
      </w:r>
    </w:p>
    <w:p>
      <w:r>
        <w:rPr>
          <w:b/>
        </w:rPr>
        <w:t xml:space="preserve">[27:14] </w:t>
      </w:r>
      <w:r>
        <w:t>lekin bohat hi hoshiyari ke sath satan ne divert kar diya is ko aur man versus satan ki ladaai ko man versus man ladaai bana diya.</w:t>
      </w:r>
    </w:p>
    <w:p>
      <w:pPr>
        <w:jc w:val="right"/>
      </w:pPr>
      <w:r>
        <w:t>لیکن بہت ہی ہوشیاری کے ساتھ سیٹن نے ڈائیورٹ کر دیا اس کو اور مین ورسز سیٹن کی لڑائی کو مین ورسز مان لڑائی بنا دیا۔</w:t>
      </w:r>
    </w:p>
    <w:p>
      <w:r>
        <w:rPr>
          <w:b/>
        </w:rPr>
        <w:t xml:space="preserve">[27:27] </w:t>
      </w:r>
      <w:r>
        <w:t>yahi kaam muslim dunya mein ho raha hai. Main do naam loonga aap ko:</w:t>
      </w:r>
    </w:p>
    <w:p>
      <w:pPr>
        <w:jc w:val="right"/>
      </w:pPr>
      <w:r>
        <w:t>یہی کام مسلم دنیا میں ہو رہا ہے۔ میں دو نام لوں گا آپ کو:</w:t>
      </w:r>
    </w:p>
    <w:p>
      <w:r>
        <w:rPr>
          <w:b/>
        </w:rPr>
        <w:t xml:space="preserve">[27:35] </w:t>
      </w:r>
      <w:r>
        <w:t>syed qutb arab world mein aur syed abdullah maudoodi indian subcontinent mein. Unhon ne kya kiya?</w:t>
      </w:r>
    </w:p>
    <w:p>
      <w:pPr>
        <w:jc w:val="right"/>
      </w:pPr>
      <w:r>
        <w:t>سید قطب عرب ورلڈ میں اور سید عبداللہ مودودی انڈین سب کانٹیننٹ میں۔ انہوں نے کیا کیا؟</w:t>
      </w:r>
    </w:p>
    <w:p>
      <w:r>
        <w:rPr>
          <w:b/>
        </w:rPr>
        <w:t xml:space="preserve">[27:45] </w:t>
      </w:r>
      <w:r>
        <w:t>islam ka political interpretation diya. Yeh political interpretation kya hai? Yeh bhi class war hai, insaan ko do class mein baantna.</w:t>
      </w:r>
    </w:p>
    <w:p>
      <w:pPr>
        <w:jc w:val="right"/>
      </w:pPr>
      <w:r>
        <w:t>اسلام کا پولیٹیکل انٹرپریشن دیا۔ یہ پولیٹیکل انٹرپریشن کیا ہے؟ یہ بھی کلاس وار ہے، انسان کو دو کلاس میں بانٹنا۔</w:t>
      </w:r>
    </w:p>
    <w:p>
      <w:r>
        <w:rPr>
          <w:b/>
        </w:rPr>
        <w:t xml:space="preserve">[27:56] </w:t>
      </w:r>
      <w:r>
        <w:t>jo ek woh jo nizam e baatil qaim kiye hue hain, doosra woh jo nizam e baatil ko mitane ke liye uthe hain.</w:t>
      </w:r>
    </w:p>
    <w:p>
      <w:pPr>
        <w:jc w:val="right"/>
      </w:pPr>
      <w:r>
        <w:t>جو ایک وہ جو نظام باطل قائم کیے ہوئے ہیں، دوسرا وہ جو نظام باطل کو مٹانے کے لیے اٹھے ہیں۔</w:t>
      </w:r>
    </w:p>
    <w:p>
      <w:r>
        <w:rPr>
          <w:b/>
        </w:rPr>
        <w:t xml:space="preserve">[28:04] </w:t>
      </w:r>
      <w:r>
        <w:t>phir do class mein baanta, insaan ko do class mein baanta.</w:t>
      </w:r>
    </w:p>
    <w:p>
      <w:pPr>
        <w:jc w:val="right"/>
      </w:pPr>
      <w:r>
        <w:t>پھر دو کلاس میں بانٹا، انسان کو دو کلاس میں بانٹا۔</w:t>
      </w:r>
    </w:p>
    <w:p>
      <w:r>
        <w:rPr>
          <w:b/>
        </w:rPr>
        <w:t xml:space="preserve">[28:11] </w:t>
      </w:r>
      <w:r>
        <w:t>political interpretation ka matlab yeh hai ke islam ke political role ko qaim karo. Ab koi na koi to role yaani singhasan par hoga, koi na koi throne par hoga.</w:t>
      </w:r>
    </w:p>
    <w:p>
      <w:pPr>
        <w:jc w:val="right"/>
      </w:pPr>
      <w:r>
        <w:t>پولیٹیکل انٹرپریشن کا مطلب یہ ہے کہ اسلام کے پولیٹیکل رول کو قائم کرو۔ اب کوئی نہ کوئی تو رول یعنی سنگھاسن پر ہوگا، کوئی نہ کوئی تھرون پر ہوگا۔</w:t>
      </w:r>
    </w:p>
    <w:p>
      <w:r>
        <w:rPr>
          <w:b/>
        </w:rPr>
        <w:t xml:space="preserve">[28:23] </w:t>
      </w:r>
      <w:r>
        <w:t>ab doosra jo group hai, woh uthega, organize ho kar ke us ko mitane ke liye khada hoga, yaani opposition politics chalayega.</w:t>
      </w:r>
    </w:p>
    <w:p>
      <w:pPr>
        <w:jc w:val="right"/>
      </w:pPr>
      <w:r>
        <w:t>اب دوسرا جو گروپ ہے، وہ اٹھے گا، ارگنائز ہو کر کے اس کو مٹانے کے لیے کھڑا ہوگا، یعنی اپوزیشن پولیٹکس چلائے گا۔</w:t>
      </w:r>
    </w:p>
    <w:p>
      <w:r>
        <w:rPr>
          <w:b/>
        </w:rPr>
        <w:t xml:space="preserve">[28:34] </w:t>
      </w:r>
      <w:r>
        <w:t>ab dono mein ladaai saare muslim countries mein yahi ho raha hai ke jo ruling class hai, us ke khilaaf log koi khul kar ke, koi secretary us ke khilaaf ladaai chhede hue hain.</w:t>
      </w:r>
    </w:p>
    <w:p>
      <w:pPr>
        <w:jc w:val="right"/>
      </w:pPr>
      <w:r>
        <w:t>اب دونوں میں لڑائی سارے مسلم کنٹریز میں یہی ہو رہا ہے کہ جو رولنگ کلاس ہے، اس کے خلاف لوگ کوئی کھل کر کے، کوئی سیکرٹری اس کے خلاف لڑائی چھیڑے ہوئے ہیں۔</w:t>
      </w:r>
    </w:p>
    <w:p>
      <w:r>
        <w:rPr>
          <w:b/>
        </w:rPr>
        <w:t xml:space="preserve">[28:49] </w:t>
      </w:r>
      <w:r>
        <w:t>hate se bhara hua hai poora muslim world aur yeh hai nateeja political interpretation ka.</w:t>
      </w:r>
    </w:p>
    <w:p>
      <w:pPr>
        <w:jc w:val="right"/>
      </w:pPr>
      <w:r>
        <w:t>ہیٹ سے بھرا ہوا ہے پورا مسلم ورلڈ اور یہ ہے نتیجہ پولیٹیکل انٹرپریشن کا۔</w:t>
      </w:r>
    </w:p>
    <w:p>
      <w:r>
        <w:rPr>
          <w:b/>
        </w:rPr>
        <w:t xml:space="preserve">[28:59] </w:t>
      </w:r>
      <w:r>
        <w:t>yaani aisa interpretation jis mein mohabbat ubhre, dawat ka jazba ubhre, aisa kisi ne diya hi nahin. Woh diya jis se nafratein ubhre, adaawat ubhre, ladaaiyan ubhre.</w:t>
      </w:r>
    </w:p>
    <w:p>
      <w:pPr>
        <w:jc w:val="right"/>
      </w:pPr>
      <w:r>
        <w:t>یعنی ایسا انٹرپریشن جس میں محبت ابھرے، دعوت کا جذبہ ابھرے، ایسا کسی نے دیا ہی نہیں۔ وہ دیا جس سے نفرتیں ابھرے، عداوت ابھرے، لڑائیاں ابھرے۔</w:t>
      </w:r>
    </w:p>
    <w:p>
      <w:r>
        <w:rPr>
          <w:b/>
        </w:rPr>
        <w:t xml:space="preserve">[29:11] </w:t>
      </w:r>
      <w:r>
        <w:t>to musalman dunya par abhi kya kar rahe hain? Yaani islam ka political system establish karne ke liye sab se pehle to woh yaani qalam, yaani speech se ya books ke zariye se ladaai chhedte hain ruling class ke khilaaf.</w:t>
      </w:r>
    </w:p>
    <w:p>
      <w:pPr>
        <w:jc w:val="right"/>
      </w:pPr>
      <w:r>
        <w:t>تو مسلمان دنیا پر ابھی کیا کر رہے ہیں؟ یعنی اسلام کا پولیٹیکل سسٹم اسٹیبلش کرنے کے لیے سب سے پہلے تو وہ یعنی قلم، یعنی اسپیچ سے یا بکس کے ذریعے سے لڑائی چھیڑتے ہیں رولنگ کلاس کے خلاف۔</w:t>
      </w:r>
    </w:p>
    <w:p>
      <w:r>
        <w:rPr>
          <w:b/>
        </w:rPr>
        <w:t xml:space="preserve">[29:28] </w:t>
      </w:r>
      <w:r>
        <w:t>jab wahan nahin kaamyaab hote to phir kya karte hain? Opposition parts chalate hain, us mein bhi nahin kaamyaab hote to gand culture chalate hain, woh bhi nahin jeette to phir suicide bombing.</w:t>
      </w:r>
    </w:p>
    <w:p>
      <w:pPr>
        <w:jc w:val="right"/>
      </w:pPr>
      <w:r>
        <w:t>جب وہاں نہیں کامیاب ہوتے تو پھر کیا کرتے ہیں؟ اپوزیشن پارٹس چلاتے ہیں، اس میں بھی نہیں کامیاب ہوتے تو گند کلچر چلاتے ہیں، وہ بھی نہیں جیتتے تو پھر سوسائیڈ بمبنگ۔</w:t>
      </w:r>
    </w:p>
    <w:p>
      <w:r>
        <w:rPr>
          <w:b/>
        </w:rPr>
        <w:t xml:space="preserve">[29:42] </w:t>
      </w:r>
      <w:r>
        <w:t>abhi sab nafrat hi nafrat hai. To hate ka jangal bana hua hai, chahe secular world ho ya muslim world ho.</w:t>
      </w:r>
    </w:p>
    <w:p>
      <w:pPr>
        <w:jc w:val="right"/>
      </w:pPr>
      <w:r>
        <w:t>ابھی سب نفرت ہی نفرت ہے۔ تو ہیٹ کا جنگل بنا ہوا ہے، چاہے سیکولر ورلڈ ہو یا مسلم ورلڈ ہو۔</w:t>
      </w:r>
    </w:p>
    <w:p>
      <w:r>
        <w:rPr>
          <w:b/>
        </w:rPr>
        <w:t xml:space="preserve">[29:51] </w:t>
      </w:r>
      <w:r>
        <w:t>yani chahe secular world ho, chahe muslim world ho, sab hate ka jangla bana hua hai.</w:t>
      </w:r>
    </w:p>
    <w:p>
      <w:pPr>
        <w:jc w:val="right"/>
      </w:pPr>
      <w:r>
        <w:t>یعنی چاہے سیکولر ورلڈ ہو، چاہے مسلم ورلڈ ہو، سب ہیٹ کا جنگل بنا ہوا ہے۔</w:t>
      </w:r>
    </w:p>
    <w:p>
      <w:r>
        <w:rPr>
          <w:b/>
        </w:rPr>
        <w:t xml:space="preserve">[29:58] </w:t>
      </w:r>
      <w:r>
        <w:t>kisi anokhi baat hai! yeh satan jeet raha hai, insan haar raha hai.</w:t>
      </w:r>
    </w:p>
    <w:p>
      <w:pPr>
        <w:jc w:val="right"/>
      </w:pPr>
      <w:r>
        <w:t>کیسی انوکھی بات ہے! یہ سیٹن جیت رہا ہے، انسان ہار رہا ہے۔</w:t>
      </w:r>
    </w:p>
    <w:p>
      <w:r>
        <w:rPr>
          <w:b/>
        </w:rPr>
        <w:t xml:space="preserve">[30:07] </w:t>
      </w:r>
      <w:r>
        <w:t>satan jeet raha hai, insan haar raha hai. kyun? khuda ke jo scheme thi, khuda ne jo bataya tha, us ke lehaz se dunya mein man versus satan hona chahiye tha mamla.</w:t>
      </w:r>
    </w:p>
    <w:p>
      <w:pPr>
        <w:jc w:val="right"/>
      </w:pPr>
      <w:r>
        <w:t>سیٹن جیت رہا ہے، انسان ہار رہا ہے۔ کیوں؟ خدا کے جو اسکیم تھی، خدا نے جو بتایا تھا، اس کے لحاظ سے دنیا میں مین ورسز سیٹن ہونا چاہیے تھا معاملہ۔</w:t>
      </w:r>
    </w:p>
    <w:p>
      <w:r>
        <w:rPr>
          <w:b/>
        </w:rPr>
        <w:t xml:space="preserve">[30:24] </w:t>
      </w:r>
      <w:r>
        <w:t>man versus satan. lekin shaitan ne kya kiya?</w:t>
      </w:r>
    </w:p>
    <w:p>
      <w:pPr>
        <w:jc w:val="right"/>
      </w:pPr>
      <w:r>
        <w:t>مین ورسز سیٹن۔ لیکن شیطان نے کیا کیا؟</w:t>
      </w:r>
    </w:p>
    <w:p>
      <w:r>
        <w:rPr>
          <w:b/>
        </w:rPr>
        <w:t xml:space="preserve">[30:28] </w:t>
      </w:r>
      <w:r>
        <w:t>ke man versus man bana diya. man versus man bana diya. yahi hai sab se bara problem jo poori history mein chhaya hua hai.</w:t>
      </w:r>
    </w:p>
    <w:p>
      <w:pPr>
        <w:jc w:val="right"/>
      </w:pPr>
      <w:r>
        <w:t>کہ مین ورسز مین بنا دیا۔ مین ورسز مین بنا دیا۔ یہی ہے سب سے بڑا پرابلم جو پوری ہسٹری میں چھایا ہوا ہے۔</w:t>
      </w:r>
    </w:p>
    <w:p>
      <w:r>
        <w:rPr>
          <w:b/>
        </w:rPr>
        <w:t xml:space="preserve">[30:39] </w:t>
      </w:r>
      <w:r>
        <w:t>aaj bhi wahi hum hum ko har jagah dikhai pad raha hai. poori history mein sirf ek group hai jo is ke khilaf bolta hua nazar aata hai, woh prophets ka group.</w:t>
      </w:r>
    </w:p>
    <w:p>
      <w:pPr>
        <w:jc w:val="right"/>
      </w:pPr>
      <w:r>
        <w:t>آج بھی وہی ہم ہم کو ہر جگہ دکھائی پڑ رہا ہے۔ پوری ہسٹری میں صرف ایک گروپ ہے جو اس کے خلاف بولتا ہوا نظر آتا ہے، وہ پرافٹس کا گروپ۔</w:t>
      </w:r>
    </w:p>
    <w:p>
      <w:r>
        <w:rPr>
          <w:b/>
        </w:rPr>
        <w:t xml:space="preserve">[30:53] </w:t>
      </w:r>
      <w:r>
        <w:t>sare paighambar isi liye aaye ke insan ko batayein ke mamla man versus satan ka hai, mamla man versus man ka nahi hai.</w:t>
      </w:r>
    </w:p>
    <w:p>
      <w:pPr>
        <w:jc w:val="right"/>
      </w:pPr>
      <w:r>
        <w:t>سارے پیغمبر اسی لیے آئے کہ انسان کو بتائیں کہ معاملہ مین ورسز سیٹن کا ہے، معاملہ مین ورسز مین کا نہیں ہے۔</w:t>
      </w:r>
    </w:p>
    <w:p>
      <w:r>
        <w:rPr>
          <w:b/>
        </w:rPr>
        <w:t xml:space="preserve">[31:05] </w:t>
      </w:r>
      <w:r>
        <w:t>sare prophets isi liye aaye. main aap ko ek example deta hoon Hazrat Isa ka, Jesus Christ ka.</w:t>
      </w:r>
    </w:p>
    <w:p>
      <w:pPr>
        <w:jc w:val="right"/>
      </w:pPr>
      <w:r>
        <w:t>سارے پرافٹس اسی لیے آئے۔ میں آپ کو ایک ایگزامپل دیتا ہوں حضرت عیسیٰ کا، جیزس کرائسٹ کا۔</w:t>
      </w:r>
    </w:p>
    <w:p>
      <w:r>
        <w:rPr>
          <w:b/>
        </w:rPr>
        <w:t xml:space="preserve">[31:16] </w:t>
      </w:r>
      <w:r>
        <w:t>unhone kaha tha ke "love your enemy", apne dushman se mohabbat karo.</w:t>
      </w:r>
    </w:p>
    <w:p>
      <w:pPr>
        <w:jc w:val="right"/>
      </w:pPr>
      <w:r>
        <w:t>انہوں نے کہا تھا کہ "لو یور اینمی"، اپنے دشمن سے محبت کرو۔</w:t>
      </w:r>
    </w:p>
    <w:p>
      <w:r>
        <w:rPr>
          <w:b/>
        </w:rPr>
        <w:t xml:space="preserve">[31:24] </w:t>
      </w:r>
      <w:r>
        <w:t>iska matlab kya hai? sochiye, "love your enemy" ka matlab kya hai? yahan dushman se murad insan hai, satan nahi hai.</w:t>
      </w:r>
    </w:p>
    <w:p>
      <w:pPr>
        <w:jc w:val="right"/>
      </w:pPr>
      <w:r>
        <w:t>اس کا مطلب کیا ہے؟ سوچیے، "لو یور اینمی" کا مطلب کیا ہے؟ یہاں دشمن سے مراد انسان ہے، سیٹن نہیں ہے۔</w:t>
      </w:r>
    </w:p>
    <w:p>
      <w:r>
        <w:rPr>
          <w:b/>
        </w:rPr>
        <w:t xml:space="preserve">[31:37] </w:t>
      </w:r>
      <w:r>
        <w:t>"love your enemy" jo hai, apne dushman se mohabbat karo. toh yahan satan murad nahi hai, insan murad hai. iska matlab kya hai?</w:t>
      </w:r>
    </w:p>
    <w:p>
      <w:pPr>
        <w:jc w:val="right"/>
      </w:pPr>
      <w:r>
        <w:t>"لو یور اینمی" جو ہے، اپنے دشمن سے محبت کرو۔ تو یہاں سیٹن مراد نہیں ہے، انسان مراد ہے۔ اس کا مطلب کیا ہے؟</w:t>
      </w:r>
    </w:p>
    <w:p>
      <w:r>
        <w:rPr>
          <w:b/>
        </w:rPr>
        <w:t xml:space="preserve">[31:46] </w:t>
      </w:r>
      <w:r>
        <w:t>tumhara koi bhai agar tum ko dikhai pade ke woh tumhara dushman ho gaya hai, tab bhi us se mohabbat karo.</w:t>
      </w:r>
    </w:p>
    <w:p>
      <w:pPr>
        <w:jc w:val="right"/>
      </w:pPr>
      <w:r>
        <w:t>تمہارا کوئی بھائی اگر تم کو دکھائی پڑے کہ وہ تمہارا دشمن ہو گیا ہے، تب بھی اس سے محبت کرو۔</w:t>
      </w:r>
    </w:p>
    <w:p>
      <w:r>
        <w:rPr>
          <w:b/>
        </w:rPr>
        <w:t xml:space="preserve">[31:59] </w:t>
      </w:r>
      <w:r>
        <w:t>yani insan se mohabbat karo, chahe woh tum ko bazahir dushman dikhai de. yeh matlab hai iska. "love your enemy" ka matlab enemy se murad yahan shaitan, satan nahi hai.</w:t>
      </w:r>
    </w:p>
    <w:p>
      <w:pPr>
        <w:jc w:val="right"/>
      </w:pPr>
      <w:r>
        <w:t>یعنی انسان سے محبت کرو، چاہے وہ تم کو بظاہر دشمن دکھائی دے۔ یہ مطلب ہے اس کا۔ "لو یور اینمی" کا مطلب اینمی سے مراد یہاں شیٹن، سیٹن نہیں ہے۔</w:t>
      </w:r>
    </w:p>
    <w:p>
      <w:r>
        <w:rPr>
          <w:b/>
        </w:rPr>
        <w:t xml:space="preserve">[32:13] </w:t>
      </w:r>
      <w:r>
        <w:t>yahan matlab hai insan.</w:t>
      </w:r>
    </w:p>
    <w:p>
      <w:pPr>
        <w:jc w:val="right"/>
      </w:pPr>
      <w:r>
        <w:t>یہاں مطلب ہے انسان۔</w:t>
      </w:r>
    </w:p>
    <w:p>
      <w:r>
        <w:rPr>
          <w:b/>
        </w:rPr>
        <w:t xml:space="preserve">[32:16] </w:t>
      </w:r>
      <w:r>
        <w:t>toh koi insan sach mein hi enemy nahi hota, koi by birth aap ka enemy nahi hota. by birth toh us ko enemy banna hai satan ka.</w:t>
      </w:r>
    </w:p>
    <w:p>
      <w:pPr>
        <w:jc w:val="right"/>
      </w:pPr>
      <w:r>
        <w:t>تو کوئی انسان سچ مچ ہی اینمی نہیں ہوتا، کوئی بائے برتھ آپ کا اینمی نہیں ہوتا۔ بائے برتھ تو اس کو اینمی بننا ہے سیٹن کا۔</w:t>
      </w:r>
    </w:p>
    <w:p>
      <w:r>
        <w:rPr>
          <w:b/>
        </w:rPr>
        <w:t xml:space="preserve">[32:28] </w:t>
      </w:r>
      <w:r>
        <w:t>insan ke nature mein jo hai negative thought, woh satan ke liye hai, insan ke liye nahi hai.</w:t>
      </w:r>
    </w:p>
    <w:p>
      <w:pPr>
        <w:jc w:val="right"/>
      </w:pPr>
      <w:r>
        <w:t>انسان کے نیچر میں جو ہے نیگیٹیو تھاٹ، وہ سیٹن کے لیے ہے، انسان کے لیے نہیں ہے۔</w:t>
      </w:r>
    </w:p>
    <w:p>
      <w:r>
        <w:rPr>
          <w:b/>
        </w:rPr>
        <w:t xml:space="preserve">[32:36] </w:t>
      </w:r>
      <w:r>
        <w:t>isi liye unhone kaha ke "love your enemy". yani koi insan agar tum ko dikhai deta hai ke woh tumhara enemy hai, tab bhi tum us se mohabbat karo, har haal mein mohabbat karo.</w:t>
      </w:r>
    </w:p>
    <w:p>
      <w:pPr>
        <w:jc w:val="right"/>
      </w:pPr>
      <w:r>
        <w:t>اسی لیے انہوں نے کہا کہ "لو یور اینمی"۔ یعنی کوئی انسان اگر تم کو دکھائی دیتا ہے کہ وہ تمہارا اینمی ہے، تب بھی تم اس سے محبت کرو، ہر حال میں محبت کرو۔</w:t>
      </w:r>
    </w:p>
    <w:p>
      <w:r>
        <w:rPr>
          <w:b/>
        </w:rPr>
        <w:t xml:space="preserve">[32:53] </w:t>
      </w:r>
      <w:r>
        <w:t>toh "love based humanity", "love based brotherhood", "love based society"</w:t>
      </w:r>
    </w:p>
    <w:p>
      <w:pPr>
        <w:jc w:val="right"/>
      </w:pPr>
      <w:r>
        <w:t>تو "لو بیسڈ ہیومینٹی"، "لو بیسڈ برادرہوڈ"، "لو بیسڈ سوسائٹی"</w:t>
      </w:r>
    </w:p>
    <w:p>
      <w:r>
        <w:rPr>
          <w:b/>
        </w:rPr>
        <w:t xml:space="preserve">[33:00] </w:t>
      </w:r>
      <w:r>
        <w:t>yeh tha sare paighambaron ka message.</w:t>
      </w:r>
    </w:p>
    <w:p>
      <w:pPr>
        <w:jc w:val="right"/>
      </w:pPr>
      <w:r>
        <w:t>یہ تھا سارے پیغمبروں کا کا میسج۔</w:t>
      </w:r>
    </w:p>
    <w:p>
      <w:r>
        <w:rPr>
          <w:b/>
        </w:rPr>
        <w:t xml:space="preserve">[33:09] </w:t>
      </w:r>
      <w:r>
        <w:t>isi ko dekhiye, Quran mein bataya gaya hai aur zyada clear kar ke ke dushman yeh jo kaha gaya ke dushman se mohabbat karo, yani yani insan se mohabbat karo, chahe dushman dikhai de tum ko,</w:t>
      </w:r>
    </w:p>
    <w:p>
      <w:pPr>
        <w:jc w:val="right"/>
      </w:pPr>
      <w:r>
        <w:t>اسی کو دیکھیے، قرآن میں بتایا گیا ہے اور زیادہ کلیئر کر کے کہ دشمن یہ جو کہا گیا کہ دشمن سے محبت کرو، یعنی یعنی انسان سے محبت کرو، چاہے دشمن دکھائی دے تم کو،</w:t>
      </w:r>
    </w:p>
    <w:p>
      <w:r>
        <w:rPr>
          <w:b/>
        </w:rPr>
        <w:t xml:space="preserve">[33:28] </w:t>
      </w:r>
      <w:r>
        <w:t>toh us ko Quran mein explain kar diya gaya, us ka explanation de diya gaya. yani rational explanation.</w:t>
      </w:r>
    </w:p>
    <w:p>
      <w:pPr>
        <w:jc w:val="right"/>
      </w:pPr>
      <w:r>
        <w:t>تو اس کو قرآن میں ایکسپلین کر دیا گیا، اس کا ایکسپلینیشن دے دیا گیا۔ یعنی ریشنل ایکسپلینیشن۔</w:t>
      </w:r>
    </w:p>
    <w:p>
      <w:r>
        <w:rPr>
          <w:b/>
        </w:rPr>
        <w:t xml:space="preserve">[33:36] </w:t>
      </w:r>
      <w:r>
        <w:t>yahan toh aap ko mila ek teaching ke taur par ke tum aisa karo, lekin us ka explanation milta hai aap ko Quran mein. woh kaise?</w:t>
      </w:r>
    </w:p>
    <w:p>
      <w:pPr>
        <w:jc w:val="right"/>
      </w:pPr>
      <w:r>
        <w:t>یہاں تو آپ کو ملا ایک ٹیچنگ کے طور پر کہ تم ایسا کرو، لیکن اس کا ایکسپلینیشن ملتا ہے آپ کو قرآن میں۔ وہ کیسے؟</w:t>
      </w:r>
    </w:p>
    <w:p>
      <w:r>
        <w:rPr>
          <w:b/>
        </w:rPr>
        <w:t xml:space="preserve">[33:47] </w:t>
      </w:r>
      <w:r>
        <w:t>Quran mein yeh ayat hai:</w:t>
      </w:r>
    </w:p>
    <w:p>
      <w:pPr>
        <w:jc w:val="right"/>
      </w:pPr>
      <w:r>
        <w:t>قرآن میں یہ آیت ہے:</w:t>
      </w:r>
    </w:p>
    <w:p>
      <w:r>
        <w:rPr>
          <w:b/>
        </w:rPr>
        <w:t xml:space="preserve">[33:51] </w:t>
      </w:r>
      <w:r>
        <w:t>"Naa tastawi al hasanatu was sayyi'ah, idfa' bil lati hi ahsan fa idhal ladhi bainaka wa bainahu 'adawatun ka annahu waliyyun hameem".</w:t>
      </w:r>
    </w:p>
    <w:p>
      <w:pPr>
        <w:jc w:val="right"/>
      </w:pPr>
      <w:r>
        <w:t>"لا تستوی الحسنۃ والسیہ، اطفا بالتی حسن فیض الذی بینک و بینہ عداوہ کانہ ولی الحمیم"۔</w:t>
      </w:r>
    </w:p>
    <w:p>
      <w:r>
        <w:rPr>
          <w:b/>
        </w:rPr>
        <w:t xml:space="preserve">[34:04] </w:t>
      </w:r>
      <w:r>
        <w:t>is ayat ka matlab hai, yeh Quran mein yeh ek ayat hai jo main ne padhi aap ke samne ke agar tum ko koi dikhai de dushman insano mein se, dushman ka matlab yeh hai ke woh tum se kar raha hai bura sulook,</w:t>
      </w:r>
    </w:p>
    <w:p>
      <w:pPr>
        <w:jc w:val="right"/>
      </w:pPr>
      <w:r>
        <w:t>اس آیت کا مطلب ہے، یہ قرآن میں یہ ایک آیت ہے جو میں نے پڑھی آپ کے سامنے کہ اگر تم کو کوئی دکھائی دے دشمن انسانوں میں سے، دشمن کا معنی یہ ہے کہ وہ تم سے کر رہا ہے برا سلوک،</w:t>
      </w:r>
    </w:p>
    <w:p>
      <w:r>
        <w:rPr>
          <w:b/>
        </w:rPr>
        <w:t xml:space="preserve">[34:21] </w:t>
      </w:r>
      <w:r>
        <w:t>yani evil behavior.</w:t>
      </w:r>
    </w:p>
    <w:p>
      <w:pPr>
        <w:jc w:val="right"/>
      </w:pPr>
      <w:r>
        <w:t>یعنی ایول بیہیویئر۔</w:t>
      </w:r>
    </w:p>
    <w:p>
      <w:r>
        <w:rPr>
          <w:b/>
        </w:rPr>
        <w:t xml:space="preserve">[34:23] </w:t>
      </w:r>
      <w:r>
        <w:t>insanon mein se agar koi tum ko dikhai par raha hai ke tumhare sath bura sulook kar raha hai, to tumhare sath dushmani wala mamla kar raha hai, to tum us ke sath dosti wala mamla karo.</w:t>
      </w:r>
    </w:p>
    <w:p>
      <w:pPr>
        <w:jc w:val="right"/>
      </w:pPr>
      <w:r>
        <w:t>انسانوں میں سے اگر کوئی تم کو دکھائی پڑ رہا ہے کہ تمہارے ساتھ برا سلوک کر رہا ہے، تو تمہارے ساتھ دشمنی والا معاملہ کر رہا ہے، تو تم اس کے ساتھ دوستی والا معاملہ کرو۔</w:t>
      </w:r>
    </w:p>
    <w:p>
      <w:r>
        <w:rPr>
          <w:b/>
        </w:rPr>
        <w:t xml:space="preserve">[34:38] </w:t>
      </w:r>
      <w:r>
        <w:t>yani woh kar raha hai burai wala mamla, tum karo achai wala mamla. to kya hoga? "faiz al-ladhi bainaka wa baina-hu 'adāwatu-ka ka-annahu waliyyu-l-hamīm".</w:t>
      </w:r>
    </w:p>
    <w:p>
      <w:pPr>
        <w:jc w:val="right"/>
      </w:pPr>
      <w:r>
        <w:t>یعنی وہ کر رہا ہے برائی والا معاملہ، تم کرو اچھائی والا معاملہ۔ تو کیا ہوگا؟ "فیض الذی بینک و بینہ عداوہ کانہ ولی الحمیم"۔</w:t>
      </w:r>
    </w:p>
    <w:p>
      <w:r>
        <w:rPr>
          <w:b/>
        </w:rPr>
        <w:t xml:space="preserve">[34:54] </w:t>
      </w:r>
      <w:r>
        <w:t>to kya hoga? is ke baad tum dekho ge ke woh jo tum ko dushman dikhai parhta tha, woh tumhara dost ban gaya.</w:t>
      </w:r>
    </w:p>
    <w:p>
      <w:pPr>
        <w:jc w:val="right"/>
      </w:pPr>
      <w:r>
        <w:t>تو کیا ہوگا؟ اس کے بعد تم دیکھو گے کہ وہ جو تم کو دشمن دکھائی پڑتا تھا، وہ تمہارا دوست بن گیا۔</w:t>
      </w:r>
    </w:p>
    <w:p>
      <w:r>
        <w:rPr>
          <w:b/>
        </w:rPr>
        <w:t xml:space="preserve">[35:05] </w:t>
      </w:r>
      <w:r>
        <w:t>yani jab tum aisa karo ge ke us ke bure sulook ke badle tum apne taraf se positive reaction dikhao ge, negative nahin, to tum pao ge ke woh jo aadmi dikhai parhta tha tum ko dushman, woh tumhara dost ban gaya, qareebi dost ban gaya.</w:t>
      </w:r>
    </w:p>
    <w:p>
      <w:pPr>
        <w:jc w:val="right"/>
      </w:pPr>
      <w:r>
        <w:t>یعنی جب تم ایسا کرو گے کہ اس کے برے سلوک کے بدلے تم اپنے طرف سے پازیٹیو ری ایکشن دکھاؤ گے، نیگیٹیو نہیں، تو تم پاؤ گے کہ وہ جو آدمی دکھائی پڑتا تھا تم کو دشمن، وہ تمہارا دوست بن گیا، قریبی دوست بن گیا۔</w:t>
      </w:r>
    </w:p>
    <w:p>
      <w:r>
        <w:rPr>
          <w:b/>
        </w:rPr>
        <w:t xml:space="preserve">[35:26] </w:t>
      </w:r>
      <w:r>
        <w:t>it means that every enemy is potentially your friend.</w:t>
      </w:r>
    </w:p>
    <w:p>
      <w:pPr>
        <w:jc w:val="right"/>
      </w:pPr>
      <w:r>
        <w:t>اٹ مینز دیٹ ایوری اینمی از پوٹینشلی یور فرینڈ۔</w:t>
      </w:r>
    </w:p>
    <w:p>
      <w:r>
        <w:rPr>
          <w:b/>
        </w:rPr>
        <w:t xml:space="preserve">[35:34] </w:t>
      </w:r>
      <w:r>
        <w:t>no no enemy is enemy in absolute sense.</w:t>
      </w:r>
    </w:p>
    <w:p>
      <w:pPr>
        <w:jc w:val="right"/>
      </w:pPr>
      <w:r>
        <w:t>نو نو اینمی از اینمی ان ایبسولیوٹ سینس۔</w:t>
      </w:r>
    </w:p>
    <w:p>
      <w:r>
        <w:rPr>
          <w:b/>
        </w:rPr>
        <w:t xml:space="preserve">[35:42] </w:t>
      </w:r>
      <w:r>
        <w:t>koi enemy mutlaq tor par aap ka enemy nahin hai. every enemy is potential. every enemy is your potential friend.</w:t>
      </w:r>
    </w:p>
    <w:p>
      <w:pPr>
        <w:jc w:val="right"/>
      </w:pPr>
      <w:r>
        <w:t>کوئی اینمی مطلق طور پر آپ کا اینمی نہیں ہے۔ ایوری اینمی از پوٹینشل۔ ایوری اینمی از یور پوٹینشل فرینڈ۔</w:t>
      </w:r>
    </w:p>
    <w:p>
      <w:r>
        <w:rPr>
          <w:b/>
        </w:rPr>
        <w:t xml:space="preserve">[35:54] </w:t>
      </w:r>
      <w:r>
        <w:t>so turn this potential into actual.</w:t>
      </w:r>
    </w:p>
    <w:p>
      <w:pPr>
        <w:jc w:val="right"/>
      </w:pPr>
      <w:r>
        <w:t>سو ٹرن دس پوٹینشل انٹو ایکچول۔</w:t>
      </w:r>
    </w:p>
    <w:p>
      <w:r>
        <w:rPr>
          <w:b/>
        </w:rPr>
        <w:t xml:space="preserve">[36:00] </w:t>
      </w:r>
      <w:r>
        <w:t>yani is is yani yun hum kahein ge ke har har dushman bil, yani har dushman imkani tor par tumhara dost hai.</w:t>
      </w:r>
    </w:p>
    <w:p>
      <w:pPr>
        <w:jc w:val="right"/>
      </w:pPr>
      <w:r>
        <w:t>یعنی اس اس یعنی یوں ہم کہیں گے کہ ہر ہر دشمن بل، یعنی ہر دشمن امکانی طور پر تمہارا دوست ہے۔</w:t>
      </w:r>
    </w:p>
    <w:p>
      <w:r>
        <w:rPr>
          <w:b/>
        </w:rPr>
        <w:t xml:space="preserve">[36:16] </w:t>
      </w:r>
      <w:r>
        <w:t>is ko kehte hain bil quwwa aur bil</w:t>
      </w:r>
    </w:p>
    <w:p>
      <w:pPr>
        <w:jc w:val="right"/>
      </w:pPr>
      <w:r>
        <w:t>اس کو کہتے ہیں بالقوہ اور بالفعل۔ اس کو کہا جاتا ہے اردو میں اور عربی میں بالقوہ اور بال</w:t>
      </w:r>
    </w:p>
    <w:p>
      <w:r>
        <w:rPr>
          <w:b/>
        </w:rPr>
        <w:t xml:space="preserve">[36:25] </w:t>
      </w:r>
      <w:r>
        <w:t>fi'l. yani har dushman bil quwwa tor par tumhara dost hai, to is ko bil fi'l banao.</w:t>
      </w:r>
    </w:p>
    <w:p>
      <w:pPr>
        <w:jc w:val="right"/>
      </w:pPr>
      <w:r>
        <w:t>فعل۔ یعنی ہر دشمن بالقوہ طور پر تمہارا دوست ہے، تو اس کو بالفعل بناؤ۔</w:t>
      </w:r>
    </w:p>
    <w:p>
      <w:r>
        <w:rPr>
          <w:b/>
        </w:rPr>
        <w:t xml:space="preserve">[36:35] </w:t>
      </w:r>
      <w:r>
        <w:t>yani every enemy is your potential friend. so turn this potential into actual.</w:t>
      </w:r>
    </w:p>
    <w:p>
      <w:pPr>
        <w:jc w:val="right"/>
      </w:pPr>
      <w:r>
        <w:t>یعنی ایوری اینمی از یور پوٹینشل فرینڈ۔ سو ٹرن دس پوٹینشل انٹو ایکچول۔</w:t>
      </w:r>
    </w:p>
    <w:p>
      <w:r>
        <w:rPr>
          <w:b/>
        </w:rPr>
        <w:t xml:space="preserve">[36:46] </w:t>
      </w:r>
      <w:r>
        <w:t>yeh hai woh message jo sare peghambaron ne diya,</w:t>
      </w:r>
    </w:p>
    <w:p>
      <w:pPr>
        <w:jc w:val="right"/>
      </w:pPr>
      <w:r>
        <w:t>یہ ہے وہ میسج جو سارے پیغمبروں نے دیا،</w:t>
      </w:r>
    </w:p>
    <w:p>
      <w:r>
        <w:rPr>
          <w:b/>
        </w:rPr>
        <w:t xml:space="preserve">[36:52] </w:t>
      </w:r>
      <w:r>
        <w:t>jo sare peghambar yeh koshish karte rahe, isi liye aaye woh ke Satan jo hai, yeh na karne paye ke man versus Satan ke mamle ko man versus man mamla bana de.</w:t>
      </w:r>
    </w:p>
    <w:p>
      <w:pPr>
        <w:jc w:val="right"/>
      </w:pPr>
      <w:r>
        <w:t>جو سارے پیغمبر یہ کوشش کرتے رہے، اسی لیے آئے وہ کہ سیٹن جو ہے، یہ نہ کرنے پائے کہ مین ورسز سیٹن کے معاملے کو مین ورسز مین معاملہ بنا دے۔</w:t>
      </w:r>
    </w:p>
    <w:p>
      <w:r>
        <w:rPr>
          <w:b/>
        </w:rPr>
        <w:t xml:space="preserve">[37:05] </w:t>
      </w:r>
      <w:r>
        <w:t>to kaha puri history mein Adam se le kar ab tak puri history mein do dhare chalte rahe, do dhare puri history mein do dhare chalte rahe.</w:t>
      </w:r>
    </w:p>
    <w:p>
      <w:pPr>
        <w:jc w:val="right"/>
      </w:pPr>
      <w:r>
        <w:t>تو کہا پوری ہسٹری میں آدم سے لے کر اب تک پوری ہسٹری میں دو دھارے چلتے رہے، دو دھارے پوری ہسٹری میں دو دھارے چلتے رہے۔</w:t>
      </w:r>
    </w:p>
    <w:p>
      <w:r>
        <w:rPr>
          <w:b/>
        </w:rPr>
        <w:t xml:space="preserve">[37:16] </w:t>
      </w:r>
      <w:r>
        <w:t>ek dhara Satan ka, doosra dhara prophet ka.</w:t>
      </w:r>
    </w:p>
    <w:p>
      <w:pPr>
        <w:jc w:val="right"/>
      </w:pPr>
      <w:r>
        <w:t>ایک دھارا سیٹن کا، دوسرا دھارا پرافٹ کا۔</w:t>
      </w:r>
    </w:p>
    <w:p>
      <w:r>
        <w:rPr>
          <w:b/>
        </w:rPr>
        <w:t xml:space="preserve">[37:21] </w:t>
      </w:r>
      <w:r>
        <w:t>to Satan hi chahta tha ke sare mamle ko man versus man bana de, aur peghambar yeh chahte the ke sare mamle ko man versus Satan bana dein.</w:t>
      </w:r>
    </w:p>
    <w:p>
      <w:pPr>
        <w:jc w:val="right"/>
      </w:pPr>
      <w:r>
        <w:t>تو سیٹن ہی چاہتا تھا کہ سارے معاملے کو مین ورسز مین بنا دے، اور پیغمبر یہ چاہتے تھے کہ سارے معاملے کو مین ورسز سیٹن بنا دیں۔</w:t>
      </w:r>
    </w:p>
    <w:p>
      <w:r>
        <w:rPr>
          <w:b/>
        </w:rPr>
        <w:t xml:space="preserve">[37:34] </w:t>
      </w:r>
      <w:r>
        <w:t>yani dushmani Satan se, dosti insan se. lekin yeh ajeeb history ka yeh tragedy hai ke majority, overwhelming majority insanon ki chali gayi Shaitan ki taraf.</w:t>
      </w:r>
    </w:p>
    <w:p>
      <w:pPr>
        <w:jc w:val="right"/>
      </w:pPr>
      <w:r>
        <w:t>یعنی دشمنی سیٹن سے، دوستی انسان سے۔ لیکن یہ عجیب ہسٹری کا یہ ٹریجڈی ہے کہ میجورٹی، اوور ویلمنگ میجورٹی انسانوں کی چلی گئی شیطان کی طرف۔</w:t>
      </w:r>
    </w:p>
    <w:p>
      <w:r>
        <w:rPr>
          <w:b/>
        </w:rPr>
        <w:t xml:space="preserve">[37:50] </w:t>
      </w:r>
      <w:r>
        <w:t>overwhelming majority. yeh bohat hi ajeeb baat hai. main samajhta hoon ke yahi woh haqeeqat hai jis ko hum jaan lein to hum history ko explain kar sakte hain.</w:t>
      </w:r>
    </w:p>
    <w:p>
      <w:pPr>
        <w:jc w:val="right"/>
      </w:pPr>
      <w:r>
        <w:t>اوور ویلمنگ میجورٹی۔ یہ بہت ہی عجیب بات ہے۔ میں سمجھتا ہوں کہ یہی وہ حقیقت ہے جس کو ہم جان لیں تو ہم ہسٹری کو ایکسپلین کر سکتے ہیں۔</w:t>
      </w:r>
    </w:p>
    <w:p>
      <w:r>
        <w:rPr>
          <w:b/>
        </w:rPr>
        <w:t xml:space="preserve">[38:07] </w:t>
      </w:r>
      <w:r>
        <w:t>yeh kyun aisa hai ke sare log hate mein jee rahe hain, qabil qabil ek doosre se nafrat karne lage? is ke baad aap dekhiye, hamesha insan larta raha.</w:t>
      </w:r>
    </w:p>
    <w:p>
      <w:pPr>
        <w:jc w:val="right"/>
      </w:pPr>
      <w:r>
        <w:t>یہ کیوں ایسا ہے کہ سارے لوگ ہیٹ میں جی رہے ہیں، قابل قابل ایک دوسرے سے نفرت کرنے لگے؟ اس کے بعد آپ دیکھیے، ہمیشہ انسان لڑتا رہا۔</w:t>
      </w:r>
    </w:p>
    <w:p>
      <w:r>
        <w:rPr>
          <w:b/>
        </w:rPr>
        <w:t xml:space="preserve">[38:20] </w:t>
      </w:r>
      <w:r>
        <w:t>jab Muslim daur aaya, tab bhi dekhiye, Hazrat Umar ko qatal kar diya ek insan ne, Hazrat Usman ko qatal kiya ek insan ne, Hazrat Ali ko qatal kiya ek insan ne, Hazrat Hussain ko qatal kiya ek insan ne.</w:t>
      </w:r>
    </w:p>
    <w:p>
      <w:pPr>
        <w:jc w:val="right"/>
      </w:pPr>
      <w:r>
        <w:t>جب مسلم دور آیا، تب بھی دیکھیے، حضرت عمر کو قتل کر دیا ایک انسان نے، حضرت عثمان کو قتل کیا ایک انسان نے، حضرت علی کو قتل کیا ایک انسان نے، حضرت حسین کو قتل کیا ایک انسان نے۔</w:t>
      </w:r>
    </w:p>
    <w:p>
      <w:r>
        <w:rPr>
          <w:b/>
        </w:rPr>
        <w:t xml:space="preserve">[38:39] </w:t>
      </w:r>
      <w:r>
        <w:t>Banu Umayyah jo hai, Banu Abbas larte rahe, Banu Abbas Banu Umayyah se larte rahe, dono taraf, dono taraf yeh bhi insan the, woh bhi insan the.</w:t>
      </w:r>
    </w:p>
    <w:p>
      <w:pPr>
        <w:jc w:val="right"/>
      </w:pPr>
      <w:r>
        <w:t>بنو امیہ جو ہے، بنو عباس لڑتے رہے، بنو عباس بنو امیہ سے لڑتے رہے، دونوں طرف، دونوں طرف یہ بھی انسان تھے، وہ بھی انسان تھے۔</w:t>
      </w:r>
    </w:p>
    <w:p>
      <w:r>
        <w:rPr>
          <w:b/>
        </w:rPr>
        <w:t xml:space="preserve">[38:47] </w:t>
      </w:r>
      <w:r>
        <w:t>India mein aap dekhiye, jo log jo sultans the, aapas mein larte rahe, puri aath sau saal tak aapas mein larte rahe.</w:t>
      </w:r>
    </w:p>
    <w:p>
      <w:pPr>
        <w:jc w:val="right"/>
      </w:pPr>
      <w:r>
        <w:t>انڈیا میں آپ دیکھیے، جو لوگ جو سلاطین تھے، آپس میں لڑتے رہے، پوری آٹھ سو سال تک آپس میں لڑتے رہے۔</w:t>
      </w:r>
    </w:p>
    <w:p>
      <w:r>
        <w:rPr>
          <w:b/>
        </w:rPr>
        <w:t xml:space="preserve">[38:57] </w:t>
      </w:r>
      <w:r>
        <w:t>kabhi unhon ne qabza kiya, kabhi unhon ne qabza kiya. yeh chalta raha hamesha. phir first world war hui, second world war hui.</w:t>
      </w:r>
    </w:p>
    <w:p>
      <w:pPr>
        <w:jc w:val="right"/>
      </w:pPr>
      <w:r>
        <w:t>کبھی انہوں نے قبضہ کیا، کبھی انہوں نے قبضہ کیا۔ یہ چلتا رہا ہمیشہ۔ پھر فرسٹ ول وار ہوئی، سیکنڈ ول وار ہوئی۔</w:t>
      </w:r>
    </w:p>
    <w:p>
      <w:r>
        <w:rPr>
          <w:b/>
        </w:rPr>
        <w:t xml:space="preserve">[39:06] </w:t>
      </w:r>
      <w:r>
        <w:t>yeh kin do ke beech mein hui? yeh insaan aur setan se nahi hui thi, yeh insaan aur insaan se hui thi. yeh do taraf insaan thay</w:t>
      </w:r>
    </w:p>
    <w:p>
      <w:pPr>
        <w:jc w:val="right"/>
      </w:pPr>
      <w:r>
        <w:t>یہ کن دو کے بیچ میں ہوئی؟ یہ انسان اور سیٹن سے نہیں ہوئی تھی، یہ انسان اور انسان سے ہوئی تھی۔ یہ دو طرف انسان تھے</w:t>
      </w:r>
    </w:p>
    <w:p>
      <w:r>
        <w:rPr>
          <w:b/>
        </w:rPr>
        <w:t xml:space="preserve">[39:15] </w:t>
      </w:r>
      <w:r>
        <w:t>, aisa nahi tha ke ek taraf insaan, doosri taraf setan.</w:t>
      </w:r>
    </w:p>
    <w:p>
      <w:pPr>
        <w:jc w:val="right"/>
      </w:pPr>
      <w:r>
        <w:t>، ایسا نہیں تھا کہ ایک طرف انسان، دوسری طرف سیٹن۔</w:t>
      </w:r>
    </w:p>
    <w:p>
      <w:r>
        <w:rPr>
          <w:b/>
        </w:rPr>
        <w:t xml:space="preserve">[39:21] </w:t>
      </w:r>
      <w:r>
        <w:t>aur abhi bhi shayad dunya mein jo hathiyar ban rahe hain, woh kis ke liye ban rahe hain? kya setan ladne ke liye ban rahe hain? woh insaan se ladne ke liye ban rahe hain.</w:t>
      </w:r>
    </w:p>
    <w:p>
      <w:pPr>
        <w:jc w:val="right"/>
      </w:pPr>
      <w:r>
        <w:t>اور ابھی بھی شاید دنیا میں جو ہتھیار بن رہے ہیں، وہ کس کے لیے بن رہے ہیں؟ کیا سیٹن لڑنے کے لیے بن رہے ہیں؟ وہ انسان سے لڑنے کے لیے بن رہے ہیں۔</w:t>
      </w:r>
    </w:p>
    <w:p>
      <w:r>
        <w:rPr>
          <w:b/>
        </w:rPr>
        <w:t xml:space="preserve">[39:34] </w:t>
      </w:r>
      <w:r>
        <w:t>toh sari scheme jo thi khuda ki, us ko jeopardize kar raha hai shaitan.</w:t>
      </w:r>
    </w:p>
    <w:p>
      <w:pPr>
        <w:jc w:val="right"/>
      </w:pPr>
      <w:r>
        <w:t>تو ساری اسکیم جو تھی خدا کی، اس کو جیپرٹائز کر رہا ہے شیطان۔</w:t>
      </w:r>
    </w:p>
    <w:p>
      <w:r>
        <w:rPr>
          <w:b/>
        </w:rPr>
        <w:t xml:space="preserve">[39:40] </w:t>
      </w:r>
      <w:r>
        <w:t>aur chunke khuda ne insaan ko azadi di hai, is liye khuda interview nahi karta. yaani poori scheme ko jeopardize kar raha hai.</w:t>
      </w:r>
    </w:p>
    <w:p>
      <w:pPr>
        <w:jc w:val="right"/>
      </w:pPr>
      <w:r>
        <w:t>اور چونکہ خدا نے انسان کو آزادی دی ہے، اس لیے خدا انٹرویو نہیں کرتا۔ یعنی پوری اسکیم کو جیپرٹائز کر رہا ہے۔</w:t>
      </w:r>
    </w:p>
    <w:p>
      <w:r>
        <w:rPr>
          <w:b/>
        </w:rPr>
        <w:t xml:space="preserve">[39:49] </w:t>
      </w:r>
      <w:r>
        <w:t>woh scheme ka matlab yeh hai ke insaan setan se ladhe, na ke apne bhaiyon se ladhe. woh lekin khuda interview nahi kar raha hai.</w:t>
      </w:r>
    </w:p>
    <w:p>
      <w:pPr>
        <w:jc w:val="right"/>
      </w:pPr>
      <w:r>
        <w:t>وہ اسکیم کا مطلب یہ ہے کہ انسان سیٹن سے لڑے، نہ کہ اپنے بھائیوں سے لڑے۔ وہ لیکن خدا انٹرویو نہیں کر رہا ہے۔</w:t>
      </w:r>
    </w:p>
    <w:p>
      <w:r>
        <w:rPr>
          <w:b/>
        </w:rPr>
        <w:t xml:space="preserve">[40:00] </w:t>
      </w:r>
      <w:r>
        <w:t>interview jab karega toh phir woh toh, woh toh dunya khatam ho chuki hogi. phir drop judgment</w:t>
      </w:r>
    </w:p>
    <w:p>
      <w:pPr>
        <w:jc w:val="right"/>
      </w:pPr>
      <w:r>
        <w:t>انٹرویو جب کرے گا تو پھر وہ تو، وہ تو دنیا ختم ہو چکی ہوگی۔ پھر ڈراپ ججم</w:t>
      </w:r>
    </w:p>
    <w:p>
      <w:r>
        <w:rPr>
          <w:b/>
        </w:rPr>
        <w:t xml:space="preserve">[40:06] </w:t>
      </w:r>
      <w:r>
        <w:t>nt aa jayega. lekin yahi hamara mission hai, yahi hamara kaam hai.</w:t>
      </w:r>
    </w:p>
    <w:p>
      <w:pPr>
        <w:jc w:val="right"/>
      </w:pPr>
      <w:r>
        <w:t>نٹ آ جائے گا۔ لیکن یہی ہمارا مشن ہے، یہی ہمارا کام ہے۔</w:t>
      </w:r>
    </w:p>
    <w:p>
      <w:r>
        <w:rPr>
          <w:b/>
        </w:rPr>
        <w:t xml:space="preserve">[40:15] </w:t>
      </w:r>
      <w:r>
        <w:t>yaad rakhiye, agar nafrat ka ek item bhi aap ke dil mein hai toh aap paradise mein nahi jayenge.</w:t>
      </w:r>
    </w:p>
    <w:p>
      <w:pPr>
        <w:jc w:val="right"/>
      </w:pPr>
      <w:r>
        <w:t>یاد رکھیے، اگر نفرت کا ایک آئٹم بھی آپ کے دل میں ہے تو آپ پارادائز میں نہیں جائیں گے۔</w:t>
      </w:r>
    </w:p>
    <w:p>
      <w:r>
        <w:rPr>
          <w:b/>
        </w:rPr>
        <w:t xml:space="preserve">[40:25] </w:t>
      </w:r>
      <w:r>
        <w:t>ek sahab ne khwab dekha, mujhe bataya unhone khwab.</w:t>
      </w:r>
    </w:p>
    <w:p>
      <w:pPr>
        <w:jc w:val="right"/>
      </w:pPr>
      <w:r>
        <w:t>ایک صاحب نے خواب دیکھا، مجھے بتایا انہوں نے خواب۔</w:t>
      </w:r>
    </w:p>
    <w:p>
      <w:r>
        <w:rPr>
          <w:b/>
        </w:rPr>
        <w:t xml:space="preserve">[40:29] </w:t>
      </w:r>
      <w:r>
        <w:t>ek sahab jo religious aadmi thay, toh unhone khwab dekha. khwab dekha ke qayamat aa gayi hai aur kuch log hell mein bheje ja rahe hain, kuch paradise ki taraf chale ja rahe hain.</w:t>
      </w:r>
    </w:p>
    <w:p>
      <w:pPr>
        <w:jc w:val="right"/>
      </w:pPr>
      <w:r>
        <w:t>ایک صاحب جو ریلیجیس آدمی تھے، تو انہوں نے خواب دیکھا۔ خواب دیکھا کہ قیامت آ گئی ہے اور کچھ لوگ ہیل میں بھیجے جا رہے ہیں، کچھ پارادائز کی طرف چلے جا رہے ہیں۔</w:t>
      </w:r>
    </w:p>
    <w:p>
      <w:r>
        <w:rPr>
          <w:b/>
        </w:rPr>
        <w:t xml:space="preserve">[40:48] </w:t>
      </w:r>
      <w:r>
        <w:t>toh yeh paradise wale group mein lag gaye, jaise gate tha paradise ka, idhar jaane lage.</w:t>
      </w:r>
    </w:p>
    <w:p>
      <w:pPr>
        <w:jc w:val="right"/>
      </w:pPr>
      <w:r>
        <w:t>تو یہ پارادائز والے گروپ میں لگ گئے، جیسے گیٹ تھا پارادائز کا، ادھر جانے لگے۔</w:t>
      </w:r>
    </w:p>
    <w:p>
      <w:r>
        <w:rPr>
          <w:b/>
        </w:rPr>
        <w:t xml:space="preserve">[40:56] </w:t>
      </w:r>
      <w:r>
        <w:t>toh jab woh gate ke paas pahunche toh aur logon ko toh angel ne gate se paar kar diya, unhein rok diya ke tum idhar jao.</w:t>
      </w:r>
    </w:p>
    <w:p>
      <w:pPr>
        <w:jc w:val="right"/>
      </w:pPr>
      <w:r>
        <w:t>تو جب وہ گیٹ کے پاس پہنچے تو اور لوگوں کو تو اینجل نے گیٹ سے پار کر دیا، انہیں روک دیا کہ تم ادھر جاؤ۔</w:t>
      </w:r>
    </w:p>
    <w:p>
      <w:r>
        <w:rPr>
          <w:b/>
        </w:rPr>
        <w:t xml:space="preserve">[41:09] </w:t>
      </w:r>
      <w:r>
        <w:t>yeh sacha khwab bata raha hoon aap ko, abhi shayad ek adh saal ka khwab hai. yeh unhone dekha ke qayamat aayi hui hai aur saare insaan ekhatta hue hain aur sab ki grouping ho rahi hai.</w:t>
      </w:r>
    </w:p>
    <w:p>
      <w:pPr>
        <w:jc w:val="right"/>
      </w:pPr>
      <w:r>
        <w:t>یہ سچا خواب بتا رہا ہوں آپ کو، ابھی شاید ایک ادھ سال کا خواب ہے۔ یہ انہوں نے دیکھا کہ قیامت آئی ہوئی ہے اور سارے انسان اکٹھا ہوئے ہیں اور سب کی گروپنگ ہو رہی ہے۔</w:t>
      </w:r>
    </w:p>
    <w:p>
      <w:r>
        <w:rPr>
          <w:b/>
        </w:rPr>
        <w:t xml:space="preserve">[41:22] </w:t>
      </w:r>
      <w:r>
        <w:t>kuch hell wale hain, kuch paradise wale</w:t>
      </w:r>
    </w:p>
    <w:p>
      <w:pPr>
        <w:jc w:val="right"/>
      </w:pPr>
      <w:r>
        <w:t>کچھ ہیل والے ہیں، کچھ پارادائز والے</w:t>
      </w:r>
    </w:p>
    <w:p>
      <w:r>
        <w:rPr>
          <w:b/>
        </w:rPr>
        <w:t xml:space="preserve">[41:24] </w:t>
      </w:r>
      <w:r>
        <w:t>hain. hell wale idhar chale ja rahe hain, paradise wale idhar ja rahe hain. wahan bohat bara gate hai. yeh jab pahunchte hain gate par toh aur log jo thay, angel ne unko paar kar diya, unko rok diya aur kuch aur bhi logon ko rok diya tha.</w:t>
      </w:r>
    </w:p>
    <w:p>
      <w:pPr>
        <w:jc w:val="right"/>
      </w:pPr>
      <w:r>
        <w:t>ہیں۔ ہیل والے ادھر چلے جا رہے ہیں، پارادائز والے ادھر جا رہے ہیں۔ وہاں بہت بڑا گیٹ ہے۔ یہ جب پہنچتے ہیں گیٹ پر تو اور لوگ جو تھے، اینجل نے ان کو پار کر دیا، ان کو روک دیا اور کچھ اور بھی لوگوں کو روک دیا تھا۔</w:t>
      </w:r>
    </w:p>
    <w:p>
      <w:r>
        <w:rPr>
          <w:b/>
        </w:rPr>
        <w:t xml:space="preserve">[41:44] </w:t>
      </w:r>
      <w:r>
        <w:t>toh yeh bohat pareshan hue ke mujhe toh gate mein entry nahi mili. aur phir unki aankh khul gayi.</w:t>
      </w:r>
    </w:p>
    <w:p>
      <w:pPr>
        <w:jc w:val="right"/>
      </w:pPr>
      <w:r>
        <w:t>تو یہ بہت پریشان ہوئے کہ مجھے تو گیٹ میں انٹری نہیں ملی۔ اور پھر ان کی آنکھ کھل گئی۔</w:t>
      </w:r>
    </w:p>
    <w:p>
      <w:r>
        <w:rPr>
          <w:b/>
        </w:rPr>
        <w:t xml:space="preserve">[41:52] </w:t>
      </w:r>
      <w:r>
        <w:t>phir mujh se unhone kaha toh main ne kaha ke dekhiye, ab apne andar tatoliye, aap kuch is ka reason daryaft kijiye. toh main ne scrutiny ki isi aitbaar se ke kya un ke dil kisi ke liye hate hai?</w:t>
      </w:r>
    </w:p>
    <w:p>
      <w:pPr>
        <w:jc w:val="right"/>
      </w:pPr>
      <w:r>
        <w:t>پھر مجھ سے انہوں نے کہا تو میں نے کہا کہ دیکھیے، اب اپنے اندر ٹٹولیے، آپ کچھ اس کا ریزن دریافت کیجئے۔ تو میں نے سکروٹنی کی اسی اعتبار سے کہ کیا ان کے دل کسی کے لیے ہیٹ ہے؟</w:t>
      </w:r>
    </w:p>
    <w:p>
      <w:r>
        <w:rPr>
          <w:b/>
        </w:rPr>
        <w:t xml:space="preserve">[42:10] </w:t>
      </w:r>
      <w:r>
        <w:t>toh maloom hua ke woh hate liye hue hain, kisi ke liye hate un ke dil mein tha.</w:t>
      </w:r>
    </w:p>
    <w:p>
      <w:pPr>
        <w:jc w:val="right"/>
      </w:pPr>
      <w:r>
        <w:t>تو معلوم ہوا کہ وہ ہیٹ لیے ہوئے ہیں، کسی کے لیے ہیٹ ان کے دل میں تھا۔</w:t>
      </w:r>
    </w:p>
    <w:p>
      <w:r>
        <w:rPr>
          <w:b/>
        </w:rPr>
        <w:t xml:space="preserve">[42:16] </w:t>
      </w:r>
      <w:r>
        <w:t>toh main ne kaha ke aap ki ibadat, aap ka faith aur aap ki religious baatein, woh sab kaam nahi aayengi aap ko.</w:t>
      </w:r>
    </w:p>
    <w:p>
      <w:pPr>
        <w:jc w:val="right"/>
      </w:pPr>
      <w:r>
        <w:t>تو میں نے کہا کہ آپ کی عبادت، آپ کا فیتھ اور آپ کی ریلیجیس باتیں، وہ سب کام نہیں آئیں آپ کو۔</w:t>
      </w:r>
    </w:p>
    <w:p>
      <w:r>
        <w:rPr>
          <w:b/>
        </w:rPr>
        <w:t xml:space="preserve">[42:28] </w:t>
      </w:r>
      <w:r>
        <w:t>kyun ke hate jab tha aap ka toh wahan toh nikal diya jayega aap ko. hate free baniye, tab aap ko entry milegi paradise mein, nahi toh nahi.</w:t>
      </w:r>
    </w:p>
    <w:p>
      <w:pPr>
        <w:jc w:val="right"/>
      </w:pPr>
      <w:r>
        <w:t>کیونکہ ہیٹ جب تھا آپ کا تو وہاں تو نکال دیا جائے گا آپ کو۔ ہیٹ فری بنیے، تب آپ کو انٹری ملے گی پارادائز میں، نہیں تو نہیں۔</w:t>
      </w:r>
    </w:p>
    <w:p>
      <w:r>
        <w:rPr>
          <w:b/>
        </w:rPr>
        <w:t xml:space="preserve">[42:40] </w:t>
      </w:r>
      <w:r>
        <w:t>is khwab ke zariye aap ko bataya gaya hai ke agar tum chahte ho paradise mein jana toh apne andar se hate jo hai, ek ek particle hate ko nikal dalo, apne ko hate free banao, nahi toh gate ke paas pahunch kar bhi tum ko lauta diya jayega.</w:t>
      </w:r>
    </w:p>
    <w:p>
      <w:pPr>
        <w:jc w:val="right"/>
      </w:pPr>
      <w:r>
        <w:t>اس خواب کے ذریعے آپ کو بتایا گیا ہے کہ اگر تم چاہتے ہو پارادائز میں جانا تو اپنے اندر سے ہیٹ جو ہے، ایک ایک پارٹیکل ہیٹ کو نکال ڈالو، اپنے کو ہیٹ فری بناؤ، نہیں تو گیٹ کے پاس پہنچ کر بھی تم کو لوٹا دیا جائے گا۔</w:t>
      </w:r>
    </w:p>
    <w:p>
      <w:r>
        <w:rPr>
          <w:b/>
        </w:rPr>
        <w:t xml:space="preserve">[43:00] </w:t>
      </w:r>
      <w:r>
        <w:t>yeh bohat zyada zaroori hai samajhna is baat ko. aur hate chupa rehta hai, yaad rakhiye, chupa rehta hai. af af, woh bhadak uthta hai kahin na kahin.</w:t>
      </w:r>
    </w:p>
    <w:p>
      <w:pPr>
        <w:jc w:val="right"/>
      </w:pPr>
      <w:r>
        <w:t>یہ بہت زیادہ ضروری ہے سمجھنا اس بات کو۔ اور ہیٹ چھپا رہتا ہے، یاد رکھیے، چھپا رہتا ہے۔ اف اف، وہ بھڑک اٹھتا ہے کہیں نہ کہیں۔</w:t>
      </w:r>
    </w:p>
    <w:p>
      <w:r>
        <w:rPr>
          <w:b/>
        </w:rPr>
        <w:t xml:space="preserve">[43:13] </w:t>
      </w:r>
      <w:r>
        <w:t>aap dekhiye, ek ladke aur ladki aapas mein shadi karte hain, woh hoti hai love, us ko kehte hain love marriage. phir kyun separation ho jata hai?</w:t>
      </w:r>
    </w:p>
    <w:p>
      <w:pPr>
        <w:jc w:val="right"/>
      </w:pPr>
      <w:r>
        <w:t>آپ دیکھیے، ایک لڑکے اور لڑکی آپس میں شادی کرتے ہیں، وہ ہوتی ہے لو، اس کو کہتے ہیں لو میرج۔ پھر کیوں سیپریشن ہو جاتا ہے؟</w:t>
      </w:r>
    </w:p>
    <w:p>
      <w:r>
        <w:rPr>
          <w:b/>
        </w:rPr>
        <w:t xml:space="preserve">[43:24] </w:t>
      </w:r>
      <w:r>
        <w:t>wohi chupa hua hate bhadak uthta hai, yaani shaitan bhadka deta hai. yeh hoti hai love marriage, phir woh hate marriage ban jati hai.</w:t>
      </w:r>
    </w:p>
    <w:p>
      <w:pPr>
        <w:jc w:val="right"/>
      </w:pPr>
      <w:r>
        <w:t>وہی چھپا ہوا ہیٹ بھڑک اٹھتا ہے، یعنی شیطان بھڑکا دیتا ہے۔ یہ ہوتی ہے لو میرج، پھر وہ ہیٹ میرج بن جاتی ہے۔</w:t>
      </w:r>
    </w:p>
    <w:p>
      <w:r>
        <w:rPr>
          <w:b/>
        </w:rPr>
        <w:t xml:space="preserve">[43:33] </w:t>
      </w:r>
      <w:r>
        <w:t>kyunke dono ke beech mein shaitan aata hai, bharkata hai, bharkata hai, bharkata hai. ek chhoti si baat ko bhadka kar kuch se kuch kar deta hai.</w:t>
      </w:r>
    </w:p>
    <w:p>
      <w:pPr>
        <w:jc w:val="right"/>
      </w:pPr>
      <w:r>
        <w:t>کیونکہ دونوں کے بیچ میں شیطان آتا ہے، بھڑکاتا ہے، بھڑکاتا ہے، بھڑکاتا ہے۔ ایک چھوٹی سی بات کو بھڑکا کر کچھ سے کچھ کر دیتا ہے۔</w:t>
      </w:r>
    </w:p>
    <w:p>
      <w:r>
        <w:rPr>
          <w:b/>
        </w:rPr>
        <w:t xml:space="preserve">[43:42] </w:t>
      </w:r>
      <w:r>
        <w:t>aisi dekhiye, yaani mother aye allah aur daughter aye allah ka jhagda har ghar mein hai. woh kya hai? satan ne bhadka rakha hai.</w:t>
      </w:r>
    </w:p>
    <w:p>
      <w:pPr>
        <w:jc w:val="right"/>
      </w:pPr>
      <w:r>
        <w:t>ایسی دیکھیے، یعنی مدر اے اللہ اور ڈاٹر اے اللہ کا جھگڑا ہر گھر میں ہے۔ وہ کیا ہے؟ سیٹن نے بھڑکا رکھا ہے۔</w:t>
      </w:r>
    </w:p>
    <w:p>
      <w:r>
        <w:rPr>
          <w:b/>
        </w:rPr>
        <w:t xml:space="preserve">[43:54] </w:t>
      </w:r>
      <w:r>
        <w:t>yaani</w:t>
      </w:r>
    </w:p>
    <w:p>
      <w:pPr>
        <w:jc w:val="right"/>
      </w:pPr>
      <w:r>
        <w:t>یعنی</w:t>
      </w:r>
    </w:p>
    <w:p>
      <w:r>
        <w:rPr>
          <w:b/>
        </w:rPr>
        <w:t xml:space="preserve">[43:55] </w:t>
      </w:r>
      <w:r>
        <w:t>woh daughter aye allah aur mother aye allah dono ko bhadkaye hue hain, woh unke khilaaf hate kar rahe hain, woh unke khilaaf hate kar rahe hain. har society mein, har country mein, har jagah hate hi hate hai.</w:t>
      </w:r>
    </w:p>
    <w:p>
      <w:pPr>
        <w:jc w:val="right"/>
      </w:pPr>
      <w:r>
        <w:t>وہ ڈاٹر اے اللہ اور مدر اے اللہ دونوں کو بھڑکائے ہوئے ہیں، وہ ان کے خلاف ہیٹ کر رہے ہیں، وہ ان کے خلاف ہیٹ کر رہے ہیں۔ ہر سوسائٹی میں، ہر کنٹری میں، ہر جگہ ہیٹ ہی ہیٹ ہے۔</w:t>
      </w:r>
    </w:p>
    <w:p>
      <w:r>
        <w:rPr>
          <w:b/>
        </w:rPr>
        <w:t xml:space="preserve">[44:12] </w:t>
      </w:r>
      <w:r>
        <w:t>toh shaitan jeet raha hai, insaan haar raha hai.</w:t>
      </w:r>
    </w:p>
    <w:p>
      <w:pPr>
        <w:jc w:val="right"/>
      </w:pPr>
      <w:r>
        <w:t>تو شیطان جیت رہا ہے، انسان ہار رہا ہے۔</w:t>
      </w:r>
    </w:p>
    <w:p>
      <w:r>
        <w:rPr>
          <w:b/>
        </w:rPr>
        <w:t xml:space="preserve">[44:18] </w:t>
      </w:r>
      <w:r>
        <w:t>kaisi ajeeb baat hai!</w:t>
      </w:r>
    </w:p>
    <w:p>
      <w:pPr>
        <w:jc w:val="right"/>
      </w:pPr>
      <w:r>
        <w:t>کیسی عجیب بات ہے!</w:t>
      </w:r>
    </w:p>
    <w:p>
      <w:r>
        <w:rPr>
          <w:b/>
        </w:rPr>
        <w:t xml:space="preserve">[44:21] </w:t>
      </w:r>
      <w:r>
        <w:t>hadith mein aata hai ke ke jannat mein woh log jayenge, yeh jannat mein jaane walon ki koi definition define kiya gaya, unki definition diya gaya kaise log honge ke jannat mein woh log jayenge jin ke dil chidiyon ki tarah hain.</w:t>
      </w:r>
    </w:p>
    <w:p>
      <w:pPr>
        <w:jc w:val="right"/>
      </w:pPr>
      <w:r>
        <w:t>حدیث میں آتا ہے کہ کہ جنت میں وہ لوگ جائیں گے، یہ جنت میں جانے والوں کی کوئی ڈیفینیشن ڈیفائن کیا گیا، ان کی ڈیفینیشن دیا گیا کیسے لوگ ہوں گے کہ جنت میں وہ لوگ جائیں گے جن کے دل چڑیوں کی طرح ہوں۔</w:t>
      </w:r>
    </w:p>
    <w:p>
      <w:r>
        <w:rPr>
          <w:b/>
        </w:rPr>
        <w:t xml:space="preserve">[44:44] </w:t>
      </w:r>
      <w:r>
        <w:t>ufdatun mislu ufdatit tair.</w:t>
      </w:r>
    </w:p>
    <w:p>
      <w:pPr>
        <w:jc w:val="right"/>
      </w:pPr>
      <w:r>
        <w:t>افدۃ مثل افدۃ الطیر۔</w:t>
      </w:r>
    </w:p>
    <w:p>
      <w:r>
        <w:rPr>
          <w:b/>
        </w:rPr>
        <w:t xml:space="preserve">[44:49] </w:t>
      </w:r>
      <w:r>
        <w:t>yeh riwayat hai sahih muslim mein aur bhi baz kitabon mein ke unke dil chidiyon jaise honge. ab aap sochiye ke chidiya ka dil kaisa hota hai?</w:t>
      </w:r>
    </w:p>
    <w:p>
      <w:pPr>
        <w:jc w:val="right"/>
      </w:pPr>
      <w:r>
        <w:t>یہ روایت ہے صحیح مسلم میں اور بھی بعض کتابوں میں کہ ان کے دل چڑیوں جیسے ہوں گے۔ اب آپ سوچیے کہ چڑیا کا دل کیسا ہوتا ہے؟</w:t>
      </w:r>
    </w:p>
    <w:p>
      <w:r>
        <w:rPr>
          <w:b/>
        </w:rPr>
        <w:t xml:space="preserve">[45:02] </w:t>
      </w:r>
      <w:r>
        <w:t>mera jo spiritual tree tha, toh us par ek chidiya ne nest bana diya, apna ghonsla bana diya.</w:t>
      </w:r>
    </w:p>
    <w:p>
      <w:pPr>
        <w:jc w:val="right"/>
      </w:pPr>
      <w:r>
        <w:t>میرا جو سپریچول ٹری تھا، تو اس پر ایک چڑیا نے نیسٹ بنا دیا، اپنا گھونسلہ بنا دیا۔</w:t>
      </w:r>
    </w:p>
    <w:p>
      <w:r>
        <w:rPr>
          <w:b/>
        </w:rPr>
        <w:t xml:space="preserve">[45:12] </w:t>
      </w:r>
      <w:r>
        <w:t>toh mujhe bada achha lagta tha ke woh ek chidiya meri padosi ban gayi. lekin hamara jo kaam karti thi, main ek baar kahin nahi tha, toh usne kya kiya ke ek lakdi lakdi se sab us ko, yaani uske nest tod diya aur woh bhaga diya us ko.</w:t>
      </w:r>
    </w:p>
    <w:p>
      <w:pPr>
        <w:jc w:val="right"/>
      </w:pPr>
      <w:r>
        <w:t>تو مجھے بڑا اچھا لگتا تھا کہ وہ ایک چڑیا میری پڑوسی بن گئی۔ لیکن ہمارا جو کام کرتی تھی، میں ایک بار کہیں نہیں تھا، تو اس نے کیا کیا کہ ایک لکڑی لکڑی سے سب اس کو، یعنی اس کے نیسٹ توڑ دیا اور وہ بھگا دیا اس کو۔</w:t>
      </w:r>
    </w:p>
    <w:p>
      <w:r>
        <w:rPr>
          <w:b/>
        </w:rPr>
        <w:t xml:space="preserve">[45:32] </w:t>
      </w:r>
      <w:r>
        <w:t>toh us dusre par dusre darakht pe ja kar phir wahi boli bol rahi thi. woh uski boli bahut achhi boli thi, bahut hi siriili, bahut hi sweet boli thi.</w:t>
      </w:r>
    </w:p>
    <w:p>
      <w:pPr>
        <w:jc w:val="right"/>
      </w:pPr>
      <w:r>
        <w:t>تو اس دوسرے پر دوسرے درخت پہ جا کے پھر وہی بولی بول رہی تھی۔ وہ اس کی بولی بہت اچھی بولی تھی، بہت ہی سریلی، بہت ہی سویٹ بولی تھی۔</w:t>
      </w:r>
    </w:p>
    <w:p>
      <w:r>
        <w:rPr>
          <w:b/>
        </w:rPr>
        <w:t xml:space="preserve">[45:41] </w:t>
      </w:r>
      <w:r>
        <w:t>uski</w:t>
      </w:r>
    </w:p>
    <w:p>
      <w:pPr>
        <w:jc w:val="right"/>
      </w:pPr>
      <w:r>
        <w:t>اس کی</w:t>
      </w:r>
    </w:p>
    <w:p>
      <w:r>
        <w:rPr>
          <w:b/>
        </w:rPr>
        <w:t xml:space="preserve">[45:42] </w:t>
      </w:r>
      <w:r>
        <w:t>jo boli yahan bolti thi, wahi wahan bol rahi hai. woh dusre darakht pe ja kar, yaani aap chidiya ko kankri phenkein, uska ghonsla, uska nest ujaad dein, phir bhi uska meetha bol baqi rehta hai, uske dil mein hate nahi aati aap ke khilaaf.</w:t>
      </w:r>
    </w:p>
    <w:p>
      <w:pPr>
        <w:jc w:val="right"/>
      </w:pPr>
      <w:r>
        <w:t>جو بولی یہاں بولتی تھی، وہی وہاں بول رہی ہے۔ وہ دوسرے درخت پہ جا کے، یعنی آپ چڑیا کو کنکری پھینکیں، اس کا گھونسلہ، اس کا نیسٹ اجاڑ دیں، پھر بھی اس کا میٹھا بول باقی رہتا ہے، اس کے دل میں ہیٹ نہیں آتی آپ کے خلاف۔</w:t>
      </w:r>
    </w:p>
    <w:p>
      <w:r>
        <w:rPr>
          <w:b/>
        </w:rPr>
        <w:t xml:space="preserve">[46:01] </w:t>
      </w:r>
      <w:r>
        <w:t>yeh hai chidiya. toh jannat mein kaun jayega jiske seene mein chidiyon wala dil ho?</w:t>
      </w:r>
    </w:p>
    <w:p>
      <w:pPr>
        <w:jc w:val="right"/>
      </w:pPr>
      <w:r>
        <w:t>یہ ہے چڑیا۔ تو جنت میں کون جائے گا جس کے سینے میں چڑیوں والا دل ہو؟</w:t>
      </w:r>
    </w:p>
    <w:p>
      <w:r>
        <w:rPr>
          <w:b/>
        </w:rPr>
        <w:t xml:space="preserve">[46:10] </w:t>
      </w:r>
      <w:r>
        <w:t>kisi ke khilaaf hate nahi, kisi ke khilaaf nafrat nahi, kisi ke khilaaf dushmani nahi. ek item ke barabar bhi agar rahega, yaad rakhiye, toh gate pe pahunch kar ke lauta diya jayega aap ko.</w:t>
      </w:r>
    </w:p>
    <w:p>
      <w:pPr>
        <w:jc w:val="right"/>
      </w:pPr>
      <w:r>
        <w:t>کسی کے خلاف ہیٹ نہیں، کسی کے خلاف نفرت نہیں، کسی کے خلاف دشمنی نہیں۔ ایک آئٹم کے برابر بھی اگر رہے گا، یاد رکھیے، تو گیٹ پہ پہنچ کر کے لوٹا دیا جائے گا آپ کو۔</w:t>
      </w:r>
    </w:p>
    <w:p>
      <w:r>
        <w:rPr>
          <w:b/>
        </w:rPr>
        <w:t xml:space="preserve">[46:24] </w:t>
      </w:r>
      <w:r>
        <w:t>ufdatun mislu ufdatit tair. Yeh hai criteria ke chidiyon wala dil banao apne andar, tab tum ko jannat mein entry milegi,</w:t>
      </w:r>
    </w:p>
    <w:p>
      <w:pPr>
        <w:jc w:val="right"/>
      </w:pPr>
      <w:r>
        <w:t>افدۃ مثل افدۃ الطیر۔ یہ ہے کرائٹیریا کہ چڑیوں والا دل بناؤ اپنے اندر، تب تم کو جنت میں انٹری ملے گی،</w:t>
      </w:r>
    </w:p>
    <w:p>
      <w:r>
        <w:rPr>
          <w:b/>
        </w:rPr>
        <w:t xml:space="preserve">[46:38] </w:t>
      </w:r>
      <w:r>
        <w:t>nahi toh nahi.</w:t>
      </w:r>
    </w:p>
    <w:p>
      <w:pPr>
        <w:jc w:val="right"/>
      </w:pPr>
      <w:r>
        <w:t>نہیں تو نہیں۔</w:t>
      </w:r>
    </w:p>
    <w:p>
      <w:r>
        <w:rPr>
          <w:b/>
        </w:rPr>
        <w:t xml:space="preserve">[46:41] </w:t>
      </w:r>
      <w:r>
        <w:t>yeh criteria hai. apne andar chidiyon wala dil banao, chidiyon wala dil toh jannat mein entry milegi, warna nahi.</w:t>
      </w:r>
    </w:p>
    <w:p>
      <w:pPr>
        <w:jc w:val="right"/>
      </w:pPr>
      <w:r>
        <w:t>یہ کرائٹیریا ہے۔ اپنے اندر چڑیوں والا دل بناؤ، چڑیوں والا دل تو جنت میں انٹری ملے گی، ورنہ نہیں۔</w:t>
      </w:r>
    </w:p>
    <w:p>
      <w:r>
        <w:rPr>
          <w:b/>
        </w:rPr>
        <w:t xml:space="preserve">[46:55] </w:t>
      </w:r>
      <w:r>
        <w:t>dekhein, aam halat mein kisi ko thodi woh rehta hai, nafrat nafrat toh chhuya hua rehta hai. jab provoke kiya jaye, tab nafrat bhadakti hai.</w:t>
      </w:r>
    </w:p>
    <w:p>
      <w:pPr>
        <w:jc w:val="right"/>
      </w:pPr>
      <w:r>
        <w:t>دیکھیں، عام حالت میں کسی کو تھوڑی وہ رہتا ہے، نفرت نفرت تو چھویا ہوا رہتا ہے۔ جب پرووک کیا جائے، تب نفرت بھڑکتی ہے۔</w:t>
      </w:r>
    </w:p>
    <w:p>
      <w:r>
        <w:rPr>
          <w:b/>
        </w:rPr>
        <w:t xml:space="preserve">[47:06] </w:t>
      </w:r>
      <w:r>
        <w:t>yeh mat samjhiye ke aap ke andar nafrat nahi hai.</w:t>
      </w:r>
    </w:p>
    <w:p>
      <w:pPr>
        <w:jc w:val="right"/>
      </w:pPr>
      <w:r>
        <w:t>یہ مت سمجھیے کہ آپ کے اندر نفرت نہیں ہے۔</w:t>
      </w:r>
    </w:p>
    <w:p>
      <w:r>
        <w:rPr>
          <w:b/>
        </w:rPr>
        <w:t xml:space="preserve">[47:11] </w:t>
      </w:r>
      <w:r>
        <w:t>jab aap provoke kiya jaye, us waqt bhi nafrat na ho, aap ke andar bhadke, tab aap hain nafrat se khali. woh nahi samjhein ke nafrat se aap khali hain.</w:t>
      </w:r>
    </w:p>
    <w:p>
      <w:pPr>
        <w:jc w:val="right"/>
      </w:pPr>
      <w:r>
        <w:t>جب آپ پرووک کیا جائے، اس وقت بھی نفرت نہ ہو، آپ کے اندر بھڑکے، تب آپ ہیں نفرت سے خالی۔ وہ نہیں سمجھیں کہ نفرت سے آپ خالی ہیں۔</w:t>
      </w:r>
    </w:p>
    <w:p>
      <w:r>
        <w:rPr>
          <w:b/>
        </w:rPr>
        <w:t xml:space="preserve">[47:26] </w:t>
      </w:r>
      <w:r>
        <w:t>aaj kal yeh halat hai ke main ek kal parson radio sun raha tha, kal kal ki baat hai. ek ek burai itni aam hai, itni aam hai ke taqreeban har shakhs is mein mubtala hai.</w:t>
      </w:r>
    </w:p>
    <w:p>
      <w:pPr>
        <w:jc w:val="right"/>
      </w:pPr>
      <w:r>
        <w:t>آج کل یہ حالت ہے کہ میں ایک کل پرسوں ریڈیو سن رہا تھا، کل کل کی بات ہے۔ ایک ایک برائی اتنی عام ہے، اتنی عام ہے کہ تقریباً ہر شخص اس میں مبتلا ہے۔</w:t>
      </w:r>
    </w:p>
    <w:p>
      <w:r>
        <w:rPr>
          <w:b/>
        </w:rPr>
        <w:t xml:space="preserve">[47:37] </w:t>
      </w:r>
      <w:r>
        <w:t>woh jhoot bolna</w:t>
      </w:r>
    </w:p>
    <w:p>
      <w:pPr>
        <w:jc w:val="right"/>
      </w:pPr>
      <w:r>
        <w:t>وہ جھوٹ بولنا</w:t>
      </w:r>
    </w:p>
    <w:p>
      <w:r>
        <w:rPr>
          <w:b/>
        </w:rPr>
        <w:t xml:space="preserve">[47:40] </w:t>
      </w:r>
      <w:r>
        <w:t>bahut hi sakht baat hai, main aap se keh raha hoon. magar yaani direct jhoot toh bahut kam log bolte hain. indirect jhoot har aadmi bolta hai, har aadmi world to all bolte hain.</w:t>
      </w:r>
    </w:p>
    <w:p>
      <w:pPr>
        <w:jc w:val="right"/>
      </w:pPr>
      <w:r>
        <w:t>بہت ہی سخت بات ہے، میں آپ سے کہہ رہا ہوں۔ مگر یعنی ڈائریکٹ جھوٹ تو بہت کم لوگ بولتے ہیں۔ ان ڈائریکٹ جھوٹ ہر آدمی بولتا ہے، ہر آدمی ورلڈ ٹو آل بولتے ہیں۔</w:t>
      </w:r>
    </w:p>
    <w:p>
      <w:r>
        <w:rPr>
          <w:b/>
        </w:rPr>
        <w:t xml:space="preserve">[47:50] </w:t>
      </w:r>
      <w:r>
        <w:t>har dit.</w:t>
      </w:r>
    </w:p>
    <w:p>
      <w:pPr>
        <w:jc w:val="right"/>
      </w:pPr>
      <w:r>
        <w:t>ہر ڈٹ۔</w:t>
      </w:r>
    </w:p>
    <w:p>
      <w:r>
        <w:rPr>
          <w:b/>
        </w:rPr>
        <w:t xml:space="preserve">[47:55] </w:t>
      </w:r>
      <w:r>
        <w:t>kal mein sun raha tha, idea radio par ek aata hai, auraton ka program hota hai, is mein auraten bolti hain.</w:t>
      </w:r>
    </w:p>
    <w:p>
      <w:pPr>
        <w:jc w:val="right"/>
      </w:pPr>
      <w:r>
        <w:t>کل میں سن رہا تھا، آئیڈیا ریڈیو پر ایک آتا ہے، عورتوں کا پروگرام ہوتا ہے، اس میں عورتیں بولتی ہیں۔</w:t>
      </w:r>
    </w:p>
    <w:p>
      <w:r>
        <w:rPr>
          <w:b/>
        </w:rPr>
        <w:t xml:space="preserve">[48:07] </w:t>
      </w:r>
      <w:r>
        <w:t>to kal jo tha, is mein unhon ne topic diya tha ke auraton aur un ke aulad ke beech mein taluqat, auraton ko un ke bete beti se ke taluqat ke bare mein.</w:t>
      </w:r>
    </w:p>
    <w:p>
      <w:pPr>
        <w:jc w:val="right"/>
      </w:pPr>
      <w:r>
        <w:t>تو کل جو تھا، اس میں انہوں نے ٹاپک دیا تھا کہ عورتوں اور ان کے اولاد کے بیچ میں تعلقات، عورتوں کو ان کے بیٹے بیٹی سے کے تعلقات کے بارے میں۔</w:t>
      </w:r>
    </w:p>
    <w:p>
      <w:r>
        <w:rPr>
          <w:b/>
        </w:rPr>
        <w:t xml:space="preserve">[48:18] </w:t>
      </w:r>
      <w:r>
        <w:t>kabhi aap ne apne bache ko kuch, yaani</w:t>
      </w:r>
    </w:p>
    <w:p>
      <w:pPr>
        <w:jc w:val="right"/>
      </w:pPr>
      <w:r>
        <w:t>کبھی آپ نے اپنے بچے کو کچھ، یعنی</w:t>
      </w:r>
    </w:p>
    <w:p>
      <w:r>
        <w:rPr>
          <w:b/>
        </w:rPr>
        <w:t xml:space="preserve">[48:26] </w:t>
      </w:r>
      <w:r>
        <w:t>wo kya hai, aisa kya hai ke is ko aap ke khilaf nafrat ho jaye, aap ke khilaf is ke andar jazba aa jaye? to</w:t>
      </w:r>
    </w:p>
    <w:p>
      <w:pPr>
        <w:jc w:val="right"/>
      </w:pPr>
      <w:r>
        <w:t>وہ کیا ہے، ایسا کیا ہے کہ اس کو آپ کے خلاف نفرت ہو جائے، آپ کے خلاف اس کے اندر جذبہ آ جائے؟ تو</w:t>
      </w:r>
    </w:p>
    <w:p>
      <w:r>
        <w:rPr>
          <w:b/>
        </w:rPr>
        <w:t xml:space="preserve">[48:35] </w:t>
      </w:r>
      <w:r>
        <w:t>kayi auraten bata rahi theen apna apna. to ek aurat ne kaha ke mere do bache hain, ek beta, ek beti, aur meri ek, mera ek wo hai business hai, is ko shayad.</w:t>
      </w:r>
    </w:p>
    <w:p>
      <w:pPr>
        <w:jc w:val="right"/>
      </w:pPr>
      <w:r>
        <w:t>کئی عورتیں بتا رہی تھیں اپنا اپنا۔ تو ایک عورت نے کہا کہ میرے دو بچے ہیں، ایک بیٹا، ایک بیٹی، اور میری ایک، میرا ایک وہ ہے بزنس ہے، اس کو شاید۔</w:t>
      </w:r>
    </w:p>
    <w:p>
      <w:r>
        <w:rPr>
          <w:b/>
        </w:rPr>
        <w:t xml:space="preserve">[48:49] </w:t>
      </w:r>
      <w:r>
        <w:t>batti to wahan mein jana parta hai mujhe. to jab mein jati hoon to ladkon se bohat sakhti se kehte hain ke dekho ye karna, wo na karna, ye ye karna, wo na karna.</w:t>
      </w:r>
    </w:p>
    <w:p>
      <w:pPr>
        <w:jc w:val="right"/>
      </w:pPr>
      <w:r>
        <w:t>بٹی تو وہاں میں جانا پڑتا ہے مجھے۔ تو جب میں جاتی ہوں تو لڑکوں سے بہت سختی سے کہتے ہیں کہ دیکھو یہ کرنا، وہ نہ کرنا، یہ یہ کرنا، وہ نہ کرنا۔</w:t>
      </w:r>
    </w:p>
    <w:p>
      <w:r>
        <w:rPr>
          <w:b/>
        </w:rPr>
        <w:t xml:space="preserve">[49:01] </w:t>
      </w:r>
      <w:r>
        <w:t>bohat sakhti se keh kar jati hoon.</w:t>
      </w:r>
    </w:p>
    <w:p>
      <w:pPr>
        <w:jc w:val="right"/>
      </w:pPr>
      <w:r>
        <w:t>بہت سختی سے کہہ کر جاتی ہوں۔</w:t>
      </w:r>
    </w:p>
    <w:p>
      <w:r>
        <w:rPr>
          <w:b/>
        </w:rPr>
        <w:t xml:space="preserve">[49:06] </w:t>
      </w:r>
      <w:r>
        <w:t>to ek din meri bachi ne, jo shayad das barah saal ki hogi, kehti hai ke mami, tum to hitler mami ho.</w:t>
      </w:r>
    </w:p>
    <w:p>
      <w:pPr>
        <w:jc w:val="right"/>
      </w:pPr>
      <w:r>
        <w:t>تو ایک دن میری بچی نے، جو شاید دس بارہ سال کی ہوگی، کہتی ہے کہ ممی، تم تو ہٹلر ممی ہو۔</w:t>
      </w:r>
    </w:p>
    <w:p>
      <w:r>
        <w:rPr>
          <w:b/>
        </w:rPr>
        <w:t xml:space="preserve">[49:16] </w:t>
      </w:r>
      <w:r>
        <w:t>isi ki apni bachi kehti hai ke mami, tum to hitler mami ho. to announcer ne us se kaha ke is ka matlab hai ke aap bachon ko order deti hain.</w:t>
      </w:r>
    </w:p>
    <w:p>
      <w:pPr>
        <w:jc w:val="right"/>
      </w:pPr>
      <w:r>
        <w:t>اسی کی اپنی بچی کہتی ہے کہ ممی، تم تو ہٹلر ممی ہو۔ تو اناؤنسر نے اس سے کہا کہ اس کا مطلب ہے کہ آپ بچوں کو آرڈر دیتی ہیں۔</w:t>
      </w:r>
    </w:p>
    <w:p>
      <w:r>
        <w:rPr>
          <w:b/>
        </w:rPr>
        <w:t xml:space="preserve">[49:28] </w:t>
      </w:r>
      <w:r>
        <w:t>jo announcer thi, wo radio par, wo us aurat se kehti hai ye baat telephone par hoti hai dono ke beech mein ke goya ke tum apne bachon ko order deti ho.</w:t>
      </w:r>
    </w:p>
    <w:p>
      <w:pPr>
        <w:jc w:val="right"/>
      </w:pPr>
      <w:r>
        <w:t>جو اناؤنسر تھی، وہ ریڈیو پر، وہ اس عورت سے کہتی ہے یہ بات ٹیلی فون پر ہوتی ہے دونوں کے بیچ میں کہ گویا کہ تم اپنے بچوں کو آرڈر دیتی ہو۔</w:t>
      </w:r>
    </w:p>
    <w:p>
      <w:r>
        <w:rPr>
          <w:b/>
        </w:rPr>
        <w:t xml:space="preserve">[49:41] </w:t>
      </w:r>
      <w:r>
        <w:t>to wo kya kehti hai? nahi, nahi, order nahi, order nahin. ab dekh, order hi de rahi thi wo, yaani order ka word nahi boli thi.</w:t>
      </w:r>
    </w:p>
    <w:p>
      <w:pPr>
        <w:jc w:val="right"/>
      </w:pPr>
      <w:r>
        <w:t>تو وہ کیا کہتی ہے؟ نہیں، نہیں، آرڈر نہیں، آرڈر نہیں۔ اب دیکھ، آرڈر ہی دے رہی تھی وہ، یعنی آرڈر کا ورڈ نہیں بولی تھی۔</w:t>
      </w:r>
    </w:p>
    <w:p>
      <w:r>
        <w:rPr>
          <w:b/>
        </w:rPr>
        <w:t xml:space="preserve">[49:49] </w:t>
      </w:r>
      <w:r>
        <w:t>wo us ne kaha tha ke dekho tum ye karna hai, tum ko wo nahi karna hai.</w:t>
      </w:r>
    </w:p>
    <w:p>
      <w:pPr>
        <w:jc w:val="right"/>
      </w:pPr>
      <w:r>
        <w:t>وہ اس نے کہا تھا کہ دیکھو تم یہ کرنا ہے، تم کو وہ نہیں کرنا ہے۔</w:t>
      </w:r>
    </w:p>
    <w:p>
      <w:r>
        <w:rPr>
          <w:b/>
        </w:rPr>
        <w:t xml:space="preserve">[49:54] </w:t>
      </w:r>
      <w:r>
        <w:t>aur itni sakhti se kehti thi ke is ki apni bachi kehti hai ke mami, tum tum to hitler mami ho. lekin kehti hai ke nahi, order nahi, order nahin. is ka jhoot hara nahi bolta hai.</w:t>
      </w:r>
    </w:p>
    <w:p>
      <w:pPr>
        <w:jc w:val="right"/>
      </w:pPr>
      <w:r>
        <w:t>اور اتنی سختی سے کہتی تھی کہ اس کی اپنی بچی کہتی ہے کہ ممی، تم تم تو ہٹلر ممی ہو۔ لیکن کہتی ہے کہ نہیں، آرڈر نہیں، آرڈر نہیں۔ اس کا جھوٹ ہرا نہیں بولتا ہے۔</w:t>
      </w:r>
    </w:p>
    <w:p>
      <w:r>
        <w:rPr>
          <w:b/>
        </w:rPr>
        <w:t xml:space="preserve">[50:05] </w:t>
      </w:r>
      <w:r>
        <w:t>wohi baat jo kahega, usi baat ko kahega. nahi, nahi, same baat jo dil mein hogi, usi ko kahega. nahi, nahi, nahin. taqreeban one to all log aise jhoot bolte hain</w:t>
      </w:r>
    </w:p>
    <w:p>
      <w:pPr>
        <w:jc w:val="right"/>
      </w:pPr>
      <w:r>
        <w:t>وہی بات جو کہے گا، اسی بات کو کہے گا۔ نہیں، نہیں، سیم بات جو دل میں ہوگی، اسی کو کہے گا۔ نہیں، نہیں، نہیں۔ تقریباً ون ٹو آل لوگ ایسے جھوٹ بولتے ہیں</w:t>
      </w:r>
    </w:p>
    <w:p>
      <w:r>
        <w:rPr>
          <w:b/>
        </w:rPr>
        <w:t xml:space="preserve">[50:19] </w:t>
      </w:r>
      <w:r>
        <w:t>apne ko acha banaye rakhne ke liye ke log hamein acha samjhein.</w:t>
      </w:r>
    </w:p>
    <w:p>
      <w:pPr>
        <w:jc w:val="right"/>
      </w:pPr>
      <w:r>
        <w:t>اپنے کو اچھا بنائے رکھنے کے لیے کہ لوگ ہمیں اچھا سمجھیں۔</w:t>
      </w:r>
    </w:p>
    <w:p>
      <w:r>
        <w:rPr>
          <w:b/>
        </w:rPr>
        <w:t xml:space="preserve">[50:25] </w:t>
      </w:r>
      <w:r>
        <w:t>yaqeen kijiye ke jo log is tarah ke jhoot bolte hain, wo jannat se door rahenge. jannat mein entry nahi milegi un ko, yaad rakhiye</w:t>
      </w:r>
    </w:p>
    <w:p>
      <w:pPr>
        <w:jc w:val="right"/>
      </w:pPr>
      <w:r>
        <w:t>یقین کیجئے کہ جو لوگ اس طرح کے جھوٹ بولتے ہیں، وہ جنت سے دور رہیں گے۔ جنت میں انٹری نہیں ملے گی ان کو، یاد رکھیے</w:t>
      </w:r>
    </w:p>
    <w:p>
      <w:r>
        <w:rPr>
          <w:b/>
        </w:rPr>
        <w:t xml:space="preserve">[50:35] </w:t>
      </w:r>
      <w:r>
        <w:t>ke quran mein hai ke jannat sachon ki duniya hogi. sache log jannat mein jayenge, yaani jo indirect mein bhi na jhoot na bolein aur direct bhi jhoot na bolein, wo jayenge wahan.</w:t>
      </w:r>
    </w:p>
    <w:p>
      <w:pPr>
        <w:jc w:val="right"/>
      </w:pPr>
      <w:r>
        <w:t>کہ قرآن میں ہے کہ جنت سچوں کی دنیا ہوگی۔ سچے لوگ جنت میں جائیں گے، یعنی جو ان ڈائریکٹ میں بھی نہ جھوٹ نہ بولیں اور ڈائریکٹ بھی جھوٹ نہ بولیں، وہ جائیں گے وہاں۔</w:t>
      </w:r>
    </w:p>
    <w:p>
      <w:r>
        <w:rPr>
          <w:b/>
        </w:rPr>
        <w:t xml:space="preserve">[50:51] </w:t>
      </w:r>
      <w:r>
        <w:t>kayi log samjhein ke mera andar to hate nahi hai.</w:t>
      </w:r>
    </w:p>
    <w:p>
      <w:pPr>
        <w:jc w:val="right"/>
      </w:pPr>
      <w:r>
        <w:t>کئی لوگ سمجھیں کہ میرا اندر تو ہیٹ نہیں ہے۔</w:t>
      </w:r>
    </w:p>
    <w:p>
      <w:r>
        <w:rPr>
          <w:b/>
        </w:rPr>
        <w:t xml:space="preserve">[50:55] </w:t>
      </w:r>
      <w:r>
        <w:t>hidden hate ko dekho, hate aisi thori ke khwab khwab koi ja ke kisi ke khilaf kahe ke mein tum ko nafrat karta hoon. aisa nahi hota hai. yaani open hate aur hidden hate dono se apne ko bachana hai.</w:t>
      </w:r>
    </w:p>
    <w:p>
      <w:pPr>
        <w:jc w:val="right"/>
      </w:pPr>
      <w:r>
        <w:t>ہڈن ہیٹ کو دیکھو، ہیٹ ایسی تھوڑی کہ خواب خواب کوئی جا کے کسی کے خلاف کہے کہ میں تم کو نفرت کرتا ہوں۔ ایسا نہیں ہوتا ہے۔ یعنی اوپن ہیٹ اور ہڈن ہیٹ دونوں سے اپنے کو بچانا ہے۔</w:t>
      </w:r>
    </w:p>
    <w:p>
      <w:r>
        <w:rPr>
          <w:b/>
        </w:rPr>
        <w:t xml:space="preserve">[51:10] </w:t>
      </w:r>
      <w:r>
        <w:t>jis tarah se open jhoot aur hidden jhoot dono se bachana hai apne aap ko. ek open jhoot, ek hidden jhoot. aise ek open hate aur ek hidden hate.</w:t>
      </w:r>
    </w:p>
    <w:p>
      <w:pPr>
        <w:jc w:val="right"/>
      </w:pPr>
      <w:r>
        <w:t>جس طرح سے اوپن جھوٹ اور ہڈن جھوٹ دونوں سے بچانا ہے اپنے آپ کو۔ ایک اوپن جھوٹ، ایک ہڈن جھوٹ۔ ایسے ایک اوپن ہیٹ اور ایک ہڈن ہیٹ۔</w:t>
      </w:r>
    </w:p>
    <w:p>
      <w:r>
        <w:rPr>
          <w:b/>
        </w:rPr>
        <w:t xml:space="preserve">[51:23] </w:t>
      </w:r>
      <w:r>
        <w:t>open hate to ye hai ke jaise ke kisi arab se baat kijiye yahudi ke bare mein to har waqt bas wo burai karne laga foran ke foran kyunke open hai is ke hate is mamle mein.</w:t>
      </w:r>
    </w:p>
    <w:p>
      <w:pPr>
        <w:jc w:val="right"/>
      </w:pPr>
      <w:r>
        <w:t>اوپن ہیٹ تو یہ ہے کہ جیسے کہ کسی عرب سے بات کیجئے یہودی کے بارے میں تو ہر وقت بس وہ برائی کرنے لگا فوراً کے فوراً کیونکہ اوپن ہے اس کے ہیٹ اس معاملے میں۔</w:t>
      </w:r>
    </w:p>
    <w:p>
      <w:r>
        <w:rPr>
          <w:b/>
        </w:rPr>
        <w:t xml:space="preserve">[51:36] </w:t>
      </w:r>
      <w:r>
        <w:t>kahin aisa hota hai ke wo hidden hai, yaani aam taur par dikhai nahi parti. lekin jab is ko provoke karega aap, jab is ko ishtial dilayen to ek dam bilkul khada ho jata hai nafrat le kar.</w:t>
      </w:r>
    </w:p>
    <w:p>
      <w:pPr>
        <w:jc w:val="right"/>
      </w:pPr>
      <w:r>
        <w:t>کہیں ایسا ہوتا ہے کہ وہ ہڈن ہے، یعنی عام طور پر دکھائی نہیں پڑتی۔ لیکن جب اس کو پرووک کرے گا آپ، جب اس کو اشتعال دلائیں تو ایک دم بالکل کھڑا ہو جاتا ہے نفرت لے کر۔</w:t>
      </w:r>
    </w:p>
    <w:p>
      <w:r>
        <w:rPr>
          <w:b/>
        </w:rPr>
        <w:t xml:space="preserve">[51:50] </w:t>
      </w:r>
      <w:r>
        <w:t>yaani is mamle mein insan ka haal wahi hai jo saanp ka hota hai. agar kabhi aap ne dekha ho jaade mein saanp, mein ne ek bar dekha hai ke bohat hi thand mosam tha.</w:t>
      </w:r>
    </w:p>
    <w:p>
      <w:pPr>
        <w:jc w:val="right"/>
      </w:pPr>
      <w:r>
        <w:t>یعنی اس معاملے میں انسان کا حال وہی ہے جو سانپ کا ہوتا ہے۔ اگر کبھی آپ نے دیکھا ہو جاڑے میں سانپ، میں نے ایک بار دیکھا ہے کہ بہت ہی ٹھنڈا موسم تھا۔</w:t>
      </w:r>
    </w:p>
    <w:p>
      <w:r>
        <w:rPr>
          <w:b/>
        </w:rPr>
        <w:t xml:space="preserve">[52:02] </w:t>
      </w:r>
      <w:r>
        <w:t>mein ek jagah gaya hua tha to fajar se pehle hum log ja rahe the ek raste mein to ek ek saanp wahan raste mein pada hua tha.</w:t>
      </w:r>
    </w:p>
    <w:p>
      <w:pPr>
        <w:jc w:val="right"/>
      </w:pPr>
      <w:r>
        <w:t>میں ایک جگہ گیا ہوا تھا تو فجر سے پہلے ہم لوگ جا رہے تھے ایک راستے میں تو ایک ایک سانپ وہاں راستے میں پڑا ہوا تھا۔</w:t>
      </w:r>
    </w:p>
    <w:p>
      <w:r>
        <w:rPr>
          <w:b/>
        </w:rPr>
        <w:t xml:space="preserve">[52:12] </w:t>
      </w:r>
      <w:r>
        <w:t>boht thanda mosam tha woh to zara sa chho gaya is ka woh dam aur phir aik dam khara ho gaya. aise woh</w:t>
      </w:r>
    </w:p>
    <w:p>
      <w:pPr>
        <w:jc w:val="right"/>
      </w:pPr>
      <w:r>
        <w:t>بہت ٹھنڈا موسم تھا وہ تو ذرا سا چھو گیا اس کا وہ دم اور پھر ایک دم کھڑا ہو گیا۔ ایسے وہ</w:t>
      </w:r>
    </w:p>
    <w:p>
      <w:r>
        <w:rPr>
          <w:b/>
        </w:rPr>
        <w:t xml:space="preserve">[52:20] </w:t>
      </w:r>
      <w:r>
        <w:t>aik dam phan aisa kar ke khara ho gaya. woh aise hi insanon ka haal hai ke aam halat mein dikhai parre ke bilkul theek thaak hain, boht hi yani achhe hain.</w:t>
      </w:r>
    </w:p>
    <w:p>
      <w:pPr>
        <w:jc w:val="right"/>
      </w:pPr>
      <w:r>
        <w:t>ایک دم پھن ایسا کر کے کھڑا ہو گیا۔ وہ ایسے ہی انسانوں کا حال ہے کہ عام حالت میں دکھائی پڑے کہ بالکل ٹھیک ٹھاک ہیں، بہت ہی یعنی اچھے ہیں۔</w:t>
      </w:r>
    </w:p>
    <w:p>
      <w:r>
        <w:rPr>
          <w:b/>
        </w:rPr>
        <w:t xml:space="preserve">[52:32] </w:t>
      </w:r>
      <w:r>
        <w:t>aur zara sa in ko ghussa dila dijiye, zara sa provoke kar dijiye, aik dam woh is saanp ki taraf khare ho jayenge. nafrat ka aik lava in ke sir mein ubalne lage ga in ke andar se.</w:t>
      </w:r>
    </w:p>
    <w:p>
      <w:pPr>
        <w:jc w:val="right"/>
      </w:pPr>
      <w:r>
        <w:t>اور ذرا سا ان کو غصہ دلا دیجئے، ذرا سا پرووک کر دیجئے، ایک دم وہ اس سانپ کی طرف کھڑے ہو جائیں گے۔ نفرت کا ایک لاوا ان کے سر میں ابلنے لگے گا ان کے اندر سے۔</w:t>
      </w:r>
    </w:p>
    <w:p>
      <w:r>
        <w:rPr>
          <w:b/>
        </w:rPr>
        <w:t xml:space="preserve">[52:44] </w:t>
      </w:r>
      <w:r>
        <w:t>to yaad rakhiye, hidden jhoot aur open jhoot dono hi jhoot hain. hidden hate aur open hate dono hi hate hain.</w:t>
      </w:r>
    </w:p>
    <w:p>
      <w:pPr>
        <w:jc w:val="right"/>
      </w:pPr>
      <w:r>
        <w:t>تو یاد رکھیے، ہڈن جھوٹ اور اوپن جھوٹ دونوں ہی جھوٹ ہیں۔ ہڈن ہیٹ اور اوپن ہیٹ دونوں ہی ہیٹ ہیں۔</w:t>
      </w:r>
    </w:p>
    <w:p>
      <w:r>
        <w:rPr>
          <w:b/>
        </w:rPr>
        <w:t xml:space="preserve">[52:57] </w:t>
      </w:r>
      <w:r>
        <w:t>hidden evil aur open evil dono evil hain. is ko achhi tarah yaad rakhiye,</w:t>
      </w:r>
    </w:p>
    <w:p>
      <w:pPr>
        <w:jc w:val="right"/>
      </w:pPr>
      <w:r>
        <w:t>ہڈن ایول اور اوپن ایول دونوں ایول ہیں۔ اس کو اچھی طرح یاد رکھیے،</w:t>
      </w:r>
    </w:p>
    <w:p>
      <w:r>
        <w:rPr>
          <w:b/>
        </w:rPr>
        <w:t xml:space="preserve">[53:03] </w:t>
      </w:r>
      <w:r>
        <w:t>evil chahe open ho ya hidden ho, jhoot chahe open ho ya hidden ho, hate chahe open ho ya hidden ho, woh aik sa hi hai.</w:t>
      </w:r>
    </w:p>
    <w:p>
      <w:pPr>
        <w:jc w:val="right"/>
      </w:pPr>
      <w:r>
        <w:t>ایول چاہے اوپن ہو یا ہڈن ہو، جھوٹ چاہے اوپن ہو یا ہڈن ہو، ہیٹ چاہے اوپن ہو یا ہڈن ہو، وہ ایک سا ہی ہے۔</w:t>
      </w:r>
    </w:p>
    <w:p>
      <w:r>
        <w:rPr>
          <w:b/>
        </w:rPr>
        <w:t xml:space="preserve">[53:14] </w:t>
      </w:r>
      <w:r>
        <w:t>woh yeh nahi samjhiye ke is mein koi farq hai, koi farq is mein nahi hai.</w:t>
      </w:r>
    </w:p>
    <w:p>
      <w:pPr>
        <w:jc w:val="right"/>
      </w:pPr>
      <w:r>
        <w:t>وہ یہ نہیں سمجھیے کہ اس میں کوئی فرق ہے، کوئی فرق اس میں نہیں ہے۔</w:t>
      </w:r>
    </w:p>
    <w:p>
      <w:r>
        <w:rPr>
          <w:b/>
        </w:rPr>
        <w:t xml:space="preserve">[53:24] </w:t>
      </w:r>
      <w:r>
        <w:t>to jis ko paradise mein jana hai, woh tatol tatol kar ke apne andar se hate ko nikale, negative thought ko nikale, manfi zarat ko nikale, yani is pe yeh risk le ke jannat ke gate pohnch kar ke woh is ko lauta diya jayega.</w:t>
      </w:r>
    </w:p>
    <w:p>
      <w:pPr>
        <w:jc w:val="right"/>
      </w:pPr>
      <w:r>
        <w:t>تو جس کو پیراڈائز میں جانا ہے، وہ ٹٹول ٹٹول کر کے اپنے اندر سے ہیٹ کو نکالے، نیگیٹیو تھاٹ کو نکالے، منفی ذرات کو نکالے، یعنی اس پہ یہ رسک لے کہ جنت کے گیٹ پہنچ کر کے وہ اس کو لوٹا دیا جائے گا۔</w:t>
      </w:r>
    </w:p>
    <w:p>
      <w:r>
        <w:rPr>
          <w:b/>
        </w:rPr>
        <w:t xml:space="preserve">[53:47] </w:t>
      </w:r>
      <w:r>
        <w:t>is mein zara bhi shakk nahi hai.</w:t>
      </w:r>
    </w:p>
    <w:p>
      <w:pPr>
        <w:jc w:val="right"/>
      </w:pPr>
      <w:r>
        <w:t>اس میں ذرا بھی شک نہیں ہے۔</w:t>
      </w:r>
    </w:p>
    <w:p>
      <w:r>
        <w:rPr>
          <w:b/>
        </w:rPr>
        <w:t xml:space="preserve">[53:49] </w:t>
      </w:r>
      <w:r>
        <w:t>jaisa ke mein ne arz kiya ke sare peghamabar is liye aaye ke bataye insan ko ke tumhare andar jo negative jazbat hain, yeh haqeeqat hai ke insan ke andar negative jazbat hote hain, yani ghussa hai, nafrat hai, intiqam yeh hai insan ke andar.</w:t>
      </w:r>
    </w:p>
    <w:p>
      <w:pPr>
        <w:jc w:val="right"/>
      </w:pPr>
      <w:r>
        <w:t>جیسا کہ میں نے عرض کیا کہ سارے پیغمبر اس لیے آئے کہ بتائیں انسان کو کہ تمہارے اندر جو نیگیٹیو جذبات ہیں، یہ حقیقت ہے کہ انسان کے اندر نیگیٹیو جذبات ہوتے ہیں، یعنی غصہ ہے، نفرت ہے، انتقام یہ ہے انسان کے اندر۔</w:t>
      </w:r>
    </w:p>
    <w:p>
      <w:r>
        <w:rPr>
          <w:b/>
        </w:rPr>
        <w:t xml:space="preserve">[54:04] </w:t>
      </w:r>
      <w:r>
        <w:t>yeh inter woven hai insan ke andar. woh kis liye hai? woh satan ke khilaf hai. satan ko apne paas na aane do. satan ko muqande ko tum ko mislead kare.</w:t>
      </w:r>
    </w:p>
    <w:p>
      <w:pPr>
        <w:jc w:val="right"/>
      </w:pPr>
      <w:r>
        <w:t>یہ انٹر وون ہے انسان کے اندر۔ وہ کس لیے ہے؟ وہ سیٹن کے خلاف ہے۔ سیٹن کو اپنے پاس نہ آنے دو۔ سیٹن کو موقندے کو تم کو مس لیڈ کرے۔</w:t>
      </w:r>
    </w:p>
    <w:p>
      <w:r>
        <w:rPr>
          <w:b/>
        </w:rPr>
        <w:t xml:space="preserve">[54:16] </w:t>
      </w:r>
      <w:r>
        <w:t>satan ko is ka ijazat na do ke woh tum ko baqayda idhar se udhar kar baqayda kar de ke woh deviate kar de tum ko sachhe raste se.</w:t>
      </w:r>
    </w:p>
    <w:p>
      <w:pPr>
        <w:jc w:val="right"/>
      </w:pPr>
      <w:r>
        <w:t>سیٹن کو اس کا الاؤ نہ کرو کہ وہ تم کو باقاعدہ ادھر سے ادھر کر باقاعدہ کر دے کہ وہ ڈیویٹ کر دے تم کو سچے راستے سے۔</w:t>
      </w:r>
    </w:p>
    <w:p>
      <w:r>
        <w:rPr>
          <w:b/>
        </w:rPr>
        <w:t xml:space="preserve">[54:26] </w:t>
      </w:r>
      <w:r>
        <w:t>to yeh aik it is a fact ke hum jo paida hote hi hamare andar negative thought hote hain, matlab ghussa hota hai, revenge hota hai, yeh sab hota hai.</w:t>
      </w:r>
    </w:p>
    <w:p>
      <w:pPr>
        <w:jc w:val="right"/>
      </w:pPr>
      <w:r>
        <w:t>تو یہ ایک اٹ از ا فیکٹ کہ ہم جو پیدا ہوتے ہی ہمارے اندر نیگیٹیو تھاٹ ہوتے ہیں، مطلب غصہ ہوتا ہے، ریونج ہوتا ہے، یہ سب ہوتا ہے۔</w:t>
      </w:r>
    </w:p>
    <w:p>
      <w:r>
        <w:rPr>
          <w:b/>
        </w:rPr>
        <w:t xml:space="preserve">[54:38] </w:t>
      </w:r>
      <w:r>
        <w:t>yeh hai insan ke andar. lekin kis ke liye hai? woh woh satan ke liye hai.</w:t>
      </w:r>
    </w:p>
    <w:p>
      <w:pPr>
        <w:jc w:val="right"/>
      </w:pPr>
      <w:r>
        <w:t>یہ ہے انسان کے اندر۔ لیکن کس کے لیے ہے؟ وہ وہ سیٹن کے لیے ہے۔</w:t>
      </w:r>
    </w:p>
    <w:p>
      <w:r>
        <w:rPr>
          <w:b/>
        </w:rPr>
        <w:t xml:space="preserve">[54:44] </w:t>
      </w:r>
      <w:r>
        <w:t>aap ko satan se ghussa hona hai, aap ko satan se nafrat karna hai, aap ko satan ko apna dushman samajhna hai.</w:t>
      </w:r>
    </w:p>
    <w:p>
      <w:pPr>
        <w:jc w:val="right"/>
      </w:pPr>
      <w:r>
        <w:t>آپ کو سیٹن سے غصہ ہونا ہے، آپ کو سیٹن سے نفرت کرنا ہے، آپ کو سیٹن کو اپنا دشمن سمجھنا ہے۔</w:t>
      </w:r>
    </w:p>
    <w:p>
      <w:r>
        <w:rPr>
          <w:b/>
        </w:rPr>
        <w:t xml:space="preserve">[54:53] </w:t>
      </w:r>
      <w:r>
        <w:t>to tamam peghamabar is liye aaye ke is is is settlement ko, is jazbat ko aap insan ki taraf na le jayen, satan ki taraf le jayen.</w:t>
      </w:r>
    </w:p>
    <w:p>
      <w:pPr>
        <w:jc w:val="right"/>
      </w:pPr>
      <w:r>
        <w:t>تو تمام پیغمبر اس لیے آئے کہ اس اس اس سیٹلمنٹ کو، اس جذبات کو آپ انسان کی طرف نہ لے جائیں، سیٹن کی طرف لے جائیں۔</w:t>
      </w:r>
    </w:p>
    <w:p>
      <w:r>
        <w:rPr>
          <w:b/>
        </w:rPr>
        <w:t xml:space="preserve">[55:05] </w:t>
      </w:r>
      <w:r>
        <w:t>yani is ko mein verses mein na banaye, balkeh mein verses satan banaye. aur satan ulta kar raha hai.</w:t>
      </w:r>
    </w:p>
    <w:p>
      <w:pPr>
        <w:jc w:val="right"/>
      </w:pPr>
      <w:r>
        <w:t>یعنی اس کو میں ورسز میں نہ بنائیں، بلکہ میں ورسز سیٹن بنائیں۔ اور سیٹن الٹا کر رہا ہے۔</w:t>
      </w:r>
    </w:p>
    <w:p>
      <w:r>
        <w:rPr>
          <w:b/>
        </w:rPr>
        <w:t xml:space="preserve">[55:13] </w:t>
      </w:r>
      <w:r>
        <w:t>satan chahta hai ke is is jazbat ko insan ki taraf mor de. log aapas mein ladein, log aapas mein hate karein, aapas mein nafrat karein.</w:t>
      </w:r>
    </w:p>
    <w:p>
      <w:pPr>
        <w:jc w:val="right"/>
      </w:pPr>
      <w:r>
        <w:t>سیٹن چاہتا ہے کہ اس اس جذبات کو انسان کی طرف موڑ دے۔ لوگ آپس میں لڑیں، لوگ آپس میں ہیٹ کریں، آپس میں نفرت کریں۔</w:t>
      </w:r>
    </w:p>
    <w:p>
      <w:r>
        <w:rPr>
          <w:b/>
        </w:rPr>
        <w:t xml:space="preserve">[55:23] </w:t>
      </w:r>
      <w:r>
        <w:t>yeh poori poori history isi ka naam hai. to bas mein bataon ke zartusht ne sahi kaha tha ke the world is a perpetual battleground between good and evil forces.</w:t>
      </w:r>
    </w:p>
    <w:p>
      <w:pPr>
        <w:jc w:val="right"/>
      </w:pPr>
      <w:r>
        <w:t>یہ پوری پوری ہسٹری اسی کا نام ہے۔ تو بس میں بتاؤں کہ زرتشت نے صحیح کہا تھا کہ دا ورلڈ از اے پرپچول بیٹل گراؤنڈ بٹوین گڈ اینڈ ایول فورسز۔</w:t>
      </w:r>
    </w:p>
    <w:p>
      <w:r>
        <w:rPr>
          <w:b/>
        </w:rPr>
        <w:t xml:space="preserve">[55:41] </w:t>
      </w:r>
      <w:r>
        <w:t>agarche woh baat clear nahi thi, lekin quran ke ke mein detail jo di gayi hain, us ko le kar ke aap sochein to woh baat bilkul clear ho jati hai.</w:t>
      </w:r>
    </w:p>
    <w:p>
      <w:pPr>
        <w:jc w:val="right"/>
      </w:pPr>
      <w:r>
        <w:t>اگرچہ وہ بات کلیئر نہیں تھی، لیکن قرآن کے کے میں ڈیٹیل جو دی گئی ہیں، اس کو لے کر کے آپ سوچیں تو وہ بات بالکل کلیئر ہو جاتی ہے۔</w:t>
      </w:r>
    </w:p>
    <w:p>
      <w:r>
        <w:rPr>
          <w:b/>
        </w:rPr>
        <w:t xml:space="preserve">[55:54] </w:t>
      </w:r>
      <w:r>
        <w:t>to sare logon ko yeh karna hai ke chun chun kar, chun chun kar hate ko nikalein. jo justification le kar aap hate rakhein apne dil mein, us justification ko khatam kal karna padega.</w:t>
      </w:r>
    </w:p>
    <w:p>
      <w:pPr>
        <w:jc w:val="right"/>
      </w:pPr>
      <w:r>
        <w:t>تو سارے لوگوں کو یہ کرنا ہے کہ چن چن کر، چن چن کر ہیٹ کو نکالیں۔ جو جسٹیفیکیشن لے کر آپ ہیٹ رکھیں اپنے دل میں، اس جسٹیفیکیشن کو ختم کل کرنا پڑے گا۔</w:t>
      </w:r>
    </w:p>
    <w:p>
      <w:r>
        <w:rPr>
          <w:b/>
        </w:rPr>
        <w:t xml:space="preserve">[56:07] </w:t>
      </w:r>
      <w:r>
        <w:t>jab aik admi doosre se hate karta hai, aik qom doosri qom se hate karti hai, to aik aik justification liye rehti hai, lekin woh false justification hai.</w:t>
      </w:r>
    </w:p>
    <w:p>
      <w:pPr>
        <w:jc w:val="right"/>
      </w:pPr>
      <w:r>
        <w:t>جب ایک آدمی دوسرے سے ہیٹ کرتا ہے، ایک قوم دوسری قوم سے ہیٹ کرتی ہے، تو ایک ایک جسٹیفیکیشن لیے رہتی ہے، لیکن وہ فالس جسٹیفیکیشن ہے۔</w:t>
      </w:r>
    </w:p>
    <w:p>
      <w:r>
        <w:rPr>
          <w:b/>
        </w:rPr>
        <w:t xml:space="preserve">[56:19] </w:t>
      </w:r>
      <w:r>
        <w:t>har woh justification false justification hai jo aap ko hate ki taraf le jaye. yaad rakhiye, har woh justification false justification hai jo aap ke andar hate paida kare, nafrat paida kare.</w:t>
      </w:r>
    </w:p>
    <w:p>
      <w:pPr>
        <w:jc w:val="right"/>
      </w:pPr>
      <w:r>
        <w:t>ہر وہ جسٹیفیکیشن فالس جسٹیفیکیشن ہے جو آپ کو ہیٹ کی طرف لے جائے۔ یاد رکھیے، ہر وہ جسٹیفیکیشن فالس جسٹیفیکیشن ہے جو آپ کے اندر ہیٹ پیدا کرے، نفرت پیدا کرے۔</w:t>
      </w:r>
    </w:p>
    <w:p>
      <w:r>
        <w:rPr>
          <w:b/>
        </w:rPr>
        <w:t xml:space="preserve">[56:41] </w:t>
      </w:r>
      <w:r>
        <w:t>is ko achhi tarah samajh lijiye.</w:t>
      </w:r>
    </w:p>
    <w:p>
      <w:pPr>
        <w:jc w:val="right"/>
      </w:pPr>
      <w:r>
        <w:t>اس کو اچھی طرح سمجھ لیجئے۔</w:t>
      </w:r>
    </w:p>
    <w:p>
      <w:r>
        <w:rPr>
          <w:b/>
        </w:rPr>
        <w:t xml:space="preserve">[56:46] </w:t>
      </w:r>
      <w:r>
        <w:t>har woh justification false justification hai jo aap ke andar kisi shakhs ke khilaf, kisi qom ke khilaf, kisi insan ke khilaf nafrat paida kare aur us ko jaiz bataye.</w:t>
      </w:r>
    </w:p>
    <w:p>
      <w:pPr>
        <w:jc w:val="right"/>
      </w:pPr>
      <w:r>
        <w:t>ہر وہ جسٹیفیکیشن فالس جسٹیفیکیشن ہے جو آپ کے اندر کسی شخص کے خلاف، کسی قوم کے خلاف، کسی انسان کے خلاف نفرت پیدا کرے اور اس کو جائز بتائے۔</w:t>
      </w:r>
    </w:p>
    <w:p>
      <w:r>
        <w:rPr>
          <w:b/>
        </w:rPr>
        <w:t xml:space="preserve">[57:01] </w:t>
      </w:r>
      <w:r>
        <w:t>is ko jaiz bataye.</w:t>
      </w:r>
    </w:p>
    <w:p>
      <w:pPr>
        <w:jc w:val="right"/>
      </w:pPr>
      <w:r>
        <w:t>اس کو جائز بتائے۔</w:t>
      </w:r>
    </w:p>
    <w:p>
      <w:r>
        <w:rPr>
          <w:b/>
        </w:rPr>
        <w:t xml:space="preserve">[57:04] </w:t>
      </w:r>
      <w:r>
        <w:t>aise justification ko kuchal daliye, is ko nikaal daliye aur hundred percent positive baniye.</w:t>
      </w:r>
    </w:p>
    <w:p>
      <w:pPr>
        <w:jc w:val="right"/>
      </w:pPr>
      <w:r>
        <w:t>ایسے جسٹیفیکیشن کو کچل ڈالیے، اس کو نکال ڈالیے اور ہنڈرڈ پرسنٹ پازیٹیو بنیے۔</w:t>
      </w:r>
    </w:p>
    <w:p>
      <w:r>
        <w:rPr>
          <w:b/>
        </w:rPr>
        <w:t xml:space="preserve">[57:14] </w:t>
      </w:r>
      <w:r>
        <w:t>hundred percent apne aap ko negativity se paak kijiye, warna phir is risk ko bol lijiye ke aap ko paradise mein entry na mil.</w:t>
      </w:r>
    </w:p>
    <w:p>
      <w:pPr>
        <w:jc w:val="right"/>
      </w:pPr>
      <w:r>
        <w:t>ہنڈرڈ پرسنٹ اپنے آپ کو نیگیٹیوٹی سے پاک کیجئے، ورنہ پھر اس رسک کو بول لیجئے کہ آپ کو پیراڈائز میں انٹری نہ ملے۔</w:t>
      </w:r>
    </w:p>
    <w:p>
      <w:r>
        <w:rPr>
          <w:b/>
        </w:rPr>
        <w:t xml:space="preserve">[57:26] </w:t>
      </w:r>
      <w:r>
        <w:t>yeh hai woh haqeeqat jo maine samjha hai Quran se aur Hadees se. Allah taala mujh ko aur aap ko is par amal karne ki tofeeq d</w:t>
      </w:r>
    </w:p>
    <w:p>
      <w:pPr>
        <w:jc w:val="right"/>
      </w:pPr>
      <w:r>
        <w:t>یہ ہے وہ حقیقت جو میں نے سمجھا ہے قرآن سے اور حدیث سے۔ اللہ تعالیٰ مجھ کو اور آپ کو اس پر عمل کرنے کی توفیق د</w:t>
      </w:r>
    </w:p>
    <w:p>
      <w:r>
        <w:rPr>
          <w:b/>
        </w:rPr>
        <w:t xml:space="preserve">[57:33] </w:t>
      </w:r>
      <w:r>
        <w:t>e. Allah taala hum sab ko jannat mein dakhil farmaye. Aqoole qawli haza wastaghfirullaha li walakum ajmaeen.</w:t>
      </w:r>
    </w:p>
    <w:p>
      <w:pPr>
        <w:jc w:val="right"/>
      </w:pPr>
      <w:r>
        <w:t>ے۔ اللہ تعالیٰ ہم سب کو جنت میں داخل فرمائے۔ اقول قولھذا واستغفراللہ لی ولکم اجمعین۔</w:t>
      </w:r>
    </w:p>
    <w:p>
      <w:r>
        <w:rPr>
          <w:b/>
        </w:rPr>
        <w:t xml:space="preserve">[57:52] </w:t>
      </w:r>
      <w:r>
        <w:t>Maulana, once you had said in a meeting, "Without high test, no one can attain the state of high realization of God."</w:t>
      </w:r>
    </w:p>
    <w:p>
      <w:pPr>
        <w:jc w:val="right"/>
      </w:pPr>
      <w:r>
        <w:t>مولانا، ونس یو ہیڈ سیڈ ان ا میٹنگ، "وِدا آؤٹ ہائی ٹیسٹ، نو ون کین اٹین دا سٹیٹ آف ہائی ریلائزیشن آف گاڈ۔"</w:t>
      </w:r>
    </w:p>
    <w:p>
      <w:r>
        <w:rPr>
          <w:b/>
        </w:rPr>
        <w:t xml:space="preserve">[58:02] </w:t>
      </w:r>
      <w:r>
        <w:t>Kindly explain what is this high test and what is the relation between high test and high realization.</w:t>
      </w:r>
    </w:p>
    <w:p>
      <w:pPr>
        <w:jc w:val="right"/>
      </w:pPr>
      <w:r>
        <w:t>کائنڈلی ایکسپلین واٹ از دس ہائی ٹیسٹ اینڈ واٹ از دا ریلیشن بٹوین ہائی ٹیسٹ اینڈ ہائی ریلائزیشن۔</w:t>
      </w:r>
    </w:p>
    <w:p>
      <w:r>
        <w:rPr>
          <w:b/>
        </w:rPr>
        <w:t xml:space="preserve">[58:11] </w:t>
      </w:r>
      <w:r>
        <w:t>jab mein aala zawq ka word bolta hoon, is ka matlab yeh hota hai ke woh insaan jis ke dil mein doosron ke liye mohabbat ho,</w:t>
      </w:r>
    </w:p>
    <w:p>
      <w:pPr>
        <w:jc w:val="right"/>
      </w:pPr>
      <w:r>
        <w:t>جب میں اعلیٰ ذوق کا ورڈ بولتا ہوں، اس کا مطلب یہ ہوتا ہے کہ وہ انسان جس کے دل میں دوسروں کے لیے محبت ہو،</w:t>
      </w:r>
    </w:p>
    <w:p>
      <w:r>
        <w:rPr>
          <w:b/>
        </w:rPr>
        <w:t xml:space="preserve">[58:26] </w:t>
      </w:r>
      <w:r>
        <w:t>jis ke dil mein tolerance ho, yani jo provocation ke bawajood provoke na ho, ghussa dilane ke bawajood ghussa na ho,</w:t>
      </w:r>
    </w:p>
    <w:p>
      <w:pPr>
        <w:jc w:val="right"/>
      </w:pPr>
      <w:r>
        <w:t>جس کے دل میں ٹالرنس ہو، یعنی جو پرووکیشن کے باوجود پرووک نہ ہو، غصہ دلانے کے باوجود غصہ نہ ہو،</w:t>
      </w:r>
    </w:p>
    <w:p>
      <w:r>
        <w:rPr>
          <w:b/>
        </w:rPr>
        <w:t xml:space="preserve">[58:42] </w:t>
      </w:r>
      <w:r>
        <w:t>us woh murad hota hai.</w:t>
      </w:r>
    </w:p>
    <w:p>
      <w:pPr>
        <w:jc w:val="right"/>
      </w:pPr>
      <w:r>
        <w:t>اس وہ مراد ہوتا ہے۔</w:t>
      </w:r>
    </w:p>
    <w:p>
      <w:r>
        <w:rPr>
          <w:b/>
        </w:rPr>
        <w:t xml:space="preserve">[58:44] </w:t>
      </w:r>
      <w:r>
        <w:t>yani ke bad test aadmi woh hai jo</w:t>
      </w:r>
    </w:p>
    <w:p>
      <w:pPr>
        <w:jc w:val="right"/>
      </w:pPr>
      <w:r>
        <w:t>یعنی کہ بیڈ ٹیسٹ آدمی وہ ہے جو</w:t>
      </w:r>
    </w:p>
    <w:p>
      <w:r>
        <w:rPr>
          <w:b/>
        </w:rPr>
        <w:t xml:space="preserve">[58:51] </w:t>
      </w:r>
      <w:r>
        <w:t>jo kehte hain ke</w:t>
      </w:r>
    </w:p>
    <w:p>
      <w:pPr>
        <w:jc w:val="right"/>
      </w:pPr>
      <w:r>
        <w:t>جو کہتے ہیں کہ</w:t>
      </w:r>
    </w:p>
    <w:p>
      <w:r>
        <w:rPr>
          <w:b/>
        </w:rPr>
        <w:t xml:space="preserve">[58:54] </w:t>
      </w:r>
      <w:r>
        <w:t>ke kisi se kuch, kisi se kuch takleef pahunch jaye to kehte hain ke is ko humein to lesson sikhana hai, is ko sabak dena hai.</w:t>
      </w:r>
    </w:p>
    <w:p>
      <w:pPr>
        <w:jc w:val="right"/>
      </w:pPr>
      <w:r>
        <w:t>کہ کسی سے کچھ، کسی سے کچھ تکلیف پہنچ جائے تو کہتے ہیں کہ اس کو ہمیں تو لیسن سکھانا ہے، اس کو سبق دینا ہے۔</w:t>
      </w:r>
    </w:p>
    <w:p>
      <w:r>
        <w:rPr>
          <w:b/>
        </w:rPr>
        <w:t xml:space="preserve">[59:02] </w:t>
      </w:r>
      <w:r>
        <w:t>yeh bad test hai aur</w:t>
      </w:r>
    </w:p>
    <w:p>
      <w:pPr>
        <w:jc w:val="right"/>
      </w:pPr>
      <w:r>
        <w:t>یہ بیڈ ٹیسٹ ہے اور</w:t>
      </w:r>
    </w:p>
    <w:p>
      <w:r>
        <w:rPr>
          <w:b/>
        </w:rPr>
        <w:t xml:space="preserve">[59:09] </w:t>
      </w:r>
      <w:r>
        <w:t>achha test jo hai woh yeh hai ke</w:t>
      </w:r>
    </w:p>
    <w:p>
      <w:pPr>
        <w:jc w:val="right"/>
      </w:pPr>
      <w:r>
        <w:t>اچھا ٹیسٹ جو ہے وہ یہ ہے کہ</w:t>
      </w:r>
    </w:p>
    <w:p>
      <w:r>
        <w:rPr>
          <w:b/>
        </w:rPr>
        <w:t xml:space="preserve">[59:15] </w:t>
      </w:r>
      <w:r>
        <w:t>ghazabhum yaghfiroon. Ghussa aa jaye to is ko maaf kar diya. To high test se murad wahi hai positive behavior, positive thought,</w:t>
      </w:r>
    </w:p>
    <w:p>
      <w:pPr>
        <w:jc w:val="right"/>
      </w:pPr>
      <w:r>
        <w:t>غضبہم یغفرون۔ غصہ آ جائے تو اس کو معاف کر دیا۔ تو ہائی ٹیسٹ سے مراد وہی ہے پازیٹیو بیہیویئر، پازیٹیو تھاٹ،</w:t>
      </w:r>
    </w:p>
    <w:p>
      <w:r>
        <w:rPr>
          <w:b/>
        </w:rPr>
        <w:t xml:space="preserve">[59:29] </w:t>
      </w:r>
      <w:r>
        <w:t>positive thinking.</w:t>
      </w:r>
    </w:p>
    <w:p>
      <w:pPr>
        <w:jc w:val="right"/>
      </w:pPr>
      <w:r>
        <w:t>پازیٹیو تھنکنگ۔</w:t>
      </w:r>
    </w:p>
    <w:p>
      <w:r>
        <w:rPr>
          <w:b/>
        </w:rPr>
        <w:t xml:space="preserve">[59:33] </w:t>
      </w:r>
      <w:r>
        <w:t>isi ke liye mein kabhi yeh lafz use karta hoon ke jis aadmi ke andar is qism ka, is qism ki personality hogi,</w:t>
      </w:r>
    </w:p>
    <w:p>
      <w:pPr>
        <w:jc w:val="right"/>
      </w:pPr>
      <w:r>
        <w:t>اسی کے لیے میں کبھی یہ لفظ یوز کرتا ہوں کہ جس آدمی کے اندر اس قسم کا، اس قسم کی پرسنیلٹی ہوگی،</w:t>
      </w:r>
    </w:p>
    <w:p>
      <w:r>
        <w:rPr>
          <w:b/>
        </w:rPr>
        <w:t xml:space="preserve">[59:45] </w:t>
      </w:r>
      <w:r>
        <w:t>isi ko Khuda ka inspiration milega.</w:t>
      </w:r>
    </w:p>
    <w:p>
      <w:pPr>
        <w:jc w:val="right"/>
      </w:pPr>
      <w:r>
        <w:t>اسی کو خدا کا انسپیریشن ملے گا۔</w:t>
      </w:r>
    </w:p>
    <w:p>
      <w:r>
        <w:rPr>
          <w:b/>
        </w:rPr>
        <w:t xml:space="preserve">[59:53] </w:t>
      </w:r>
      <w:r>
        <w:t>nahi to phir to woh Satan ke influence mein chala jayega.</w:t>
      </w:r>
    </w:p>
    <w:p>
      <w:pPr>
        <w:jc w:val="right"/>
      </w:pPr>
      <w:r>
        <w:t>نہیں تو پھر تو وہ سیٹن کے انفلوئنس میں چلا جائے گا۔</w:t>
      </w:r>
    </w:p>
    <w:p>
      <w:r>
        <w:rPr>
          <w:b/>
        </w:rPr>
        <w:t xml:space="preserve">[1:00:01] </w:t>
      </w:r>
      <w:r>
        <w:t>agar bad test wale Satan ke influence mein rehte hain aur achhe test wale angels ke influence mein rehte hain to jo log angels ke influence mein rahein, unhi ko Khuda ka inspiration aata hai.</w:t>
      </w:r>
    </w:p>
    <w:p>
      <w:pPr>
        <w:jc w:val="right"/>
      </w:pPr>
      <w:r>
        <w:t>اگر بیڈ ٹیسٹ والے سیٹن کے انفلوئنس میں رہتے ہیں اور اچھے ٹیسٹ والے اینجلز کے انفلوئنس میں رہتے ہیں تو جو لوگ اینجلز کے انفلوئنس میں رہیں، انہی کو خدا کا انسپیریشن آتا ہے۔</w:t>
      </w:r>
    </w:p>
    <w:p>
      <w:r>
        <w:rPr>
          <w:b/>
        </w:rPr>
        <w:t xml:space="preserve">[1:00:28] </w:t>
      </w:r>
      <w:r>
        <w:t>This question is from Mr. Devender Mohan. Apne bosses ko agar aap well meaning aur genuine request karte hain lekin woh agar use bura maan lete hain to subordinate officer ko kya karna chahiye?</w:t>
      </w:r>
    </w:p>
    <w:p>
      <w:pPr>
        <w:jc w:val="right"/>
      </w:pPr>
      <w:r>
        <w:t>دس کوئسچن از فرام مسٹر دیوندر موہن۔ اپنے باسز کو اگر آپ ویل میننگ اور جینون ریکویسٹ کرتے ہیں لیکن وہ اگر اسے برا مان لیتے ہیں تو سبورڈینیٹ افیسر کو کیا کرنا چاہیے؟</w:t>
      </w:r>
    </w:p>
    <w:p>
      <w:r>
        <w:rPr>
          <w:b/>
        </w:rPr>
        <w:t xml:space="preserve">[1:00:45] </w:t>
      </w:r>
      <w:r>
        <w:t>woh kyunke hidden hate ke karan karte hain. Doosre ka humein to apne ko dekhna hai, woh kaise bhi karein,</w:t>
      </w:r>
    </w:p>
    <w:p>
      <w:pPr>
        <w:jc w:val="right"/>
      </w:pPr>
      <w:r>
        <w:t>وہ کیونکہ ہڈن ہیٹ کے کارن کرتے ہیں۔ دوسرے کا ہمیں تو اپنے کو دیکھنا ہے، وہ کیسے بھی کریں،</w:t>
      </w:r>
    </w:p>
    <w:p>
      <w:r>
        <w:rPr>
          <w:b/>
        </w:rPr>
        <w:t xml:space="preserve">[1:00:56] </w:t>
      </w:r>
      <w:r>
        <w:t>kahin na kahin to insaan aap ko</w:t>
      </w:r>
    </w:p>
    <w:p>
      <w:pPr>
        <w:jc w:val="right"/>
      </w:pPr>
      <w:r>
        <w:t>کہیں نہ کہیں تو انسان آپ کو</w:t>
      </w:r>
    </w:p>
    <w:p>
      <w:r>
        <w:rPr>
          <w:b/>
        </w:rPr>
        <w:t xml:space="preserve">[1:01:04] </w:t>
      </w:r>
      <w:r>
        <w:t>aap ke saath aisa karega ke aap bhadak uthein. Shaitan is ko bhadkata hai. Yani hidden hate jo hai, woh Shaitan wahan baitha hua hai, woh bhadkata hai, bhadka kar aap ke khilaf karwata hai.</w:t>
      </w:r>
    </w:p>
    <w:p>
      <w:pPr>
        <w:jc w:val="right"/>
      </w:pPr>
      <w:r>
        <w:t>آپ کے ساتھ ایسا کرے گا کہ آپ بھڑک اٹھیں۔ شیطان اس کو بھڑکاتا ہے۔ یعنی ہڈن ہیٹ جو ہے، وہ شیطان وہاں بیٹھا ہوا ہے، وہ بھڑکاتا ہے، بھڑکا کر آپ کے خلاف کرواتا ہے۔</w:t>
      </w:r>
    </w:p>
    <w:p>
      <w:r>
        <w:rPr>
          <w:b/>
        </w:rPr>
        <w:t xml:space="preserve">[1:01:17] </w:t>
      </w:r>
      <w:r>
        <w:t>jaise mein aap ko qissa bataoon, aik aik sahib jo aik bari company mein job karte hain to mere paas aaye, bare gusse mein thay.</w:t>
      </w:r>
    </w:p>
    <w:p>
      <w:pPr>
        <w:jc w:val="right"/>
      </w:pPr>
      <w:r>
        <w:t>جیسے میں آپ کو قصہ بتاؤں، ایک ایک صاحب جو ایک بڑی کمپنی میں جاب کرتے ہیں تو میرے پاس آئے، بڑے غصے میں تھے۔</w:t>
      </w:r>
    </w:p>
    <w:p>
      <w:r>
        <w:rPr>
          <w:b/>
        </w:rPr>
        <w:t xml:space="preserve">[1:01:29] </w:t>
      </w:r>
      <w:r>
        <w:t>wo darkhaah sahib, mein senior hoon, falan aadmi junior hai, us ko promotion mil gaya, ab mujh ko promotion nahi mila.</w:t>
      </w:r>
    </w:p>
    <w:p>
      <w:pPr>
        <w:jc w:val="right"/>
      </w:pPr>
      <w:r>
        <w:t>وہ درگاہ صاحب، میں سینئر ہوں، فلاں آدمی جونیئر ہے، اس کو پروموشن مل گیا، اب مجھ کو پروموشن نہیں ملا۔</w:t>
      </w:r>
    </w:p>
    <w:p>
      <w:r>
        <w:rPr>
          <w:b/>
        </w:rPr>
        <w:t xml:space="preserve">[1:01:42] </w:t>
      </w:r>
      <w:r>
        <w:t>bohat gussa thay apnay boss ke khilaaf.</w:t>
      </w:r>
    </w:p>
    <w:p>
      <w:pPr>
        <w:jc w:val="right"/>
      </w:pPr>
      <w:r>
        <w:t>بہت غصہ تھے اپنے باس کے خلاف۔</w:t>
      </w:r>
    </w:p>
    <w:p>
      <w:r>
        <w:rPr>
          <w:b/>
        </w:rPr>
        <w:t xml:space="preserve">[1:01:47] </w:t>
      </w:r>
      <w:r>
        <w:t>aap jantay hain ke officers mein aisa hota hai. to mein ne kaha ke dekhein, aap mere paas aaye hain to aap apni car par baith kar aaye hain.</w:t>
      </w:r>
    </w:p>
    <w:p>
      <w:pPr>
        <w:jc w:val="right"/>
      </w:pPr>
      <w:r>
        <w:t>آپ جانتے ہیں کہ افیسرز میں ایسا ہوتا ہے۔ تو میں نے کہا کہ دیکھیں، آپ میرے پاس آئے ہیں تو آپ اپنی کار پر بیٹھ کر آئے ہیں۔</w:t>
      </w:r>
    </w:p>
    <w:p>
      <w:r>
        <w:rPr>
          <w:b/>
        </w:rPr>
        <w:t xml:space="preserve">[1:02:00] </w:t>
      </w:r>
      <w:r>
        <w:t>unhon ne kaha haan. mein ne kaha aap ke paas ghar bhi hoga? unhon ne kaha haan. to mein ne kaha yeh ghar aur yeh car jo hai, aap ko job se pehle tha?</w:t>
      </w:r>
    </w:p>
    <w:p>
      <w:pPr>
        <w:jc w:val="right"/>
      </w:pPr>
      <w:r>
        <w:t>انہوں نے کہا ہاں۔ میں نے کہا آپ کے پاس گھر بھی ہوگا؟ انہوں نے کہا ہاں۔ تو میں نے کہا یہ گھر اور یہ کار جو ہے، آپ کو جاب سے پہلے تھا؟</w:t>
      </w:r>
    </w:p>
    <w:p>
      <w:r>
        <w:rPr>
          <w:b/>
        </w:rPr>
        <w:t xml:space="preserve">[1:02:12] </w:t>
      </w:r>
      <w:r>
        <w:t>to unhon ne kaha ke nahi,</w:t>
      </w:r>
    </w:p>
    <w:p>
      <w:pPr>
        <w:jc w:val="right"/>
      </w:pPr>
      <w:r>
        <w:t>تو انہوں نے کہا کہ نہیں،</w:t>
      </w:r>
    </w:p>
    <w:p>
      <w:r>
        <w:rPr>
          <w:b/>
        </w:rPr>
        <w:t xml:space="preserve">[1:02:15] </w:t>
      </w:r>
      <w:r>
        <w:t>yeh job karne ke baad unhein house loan mila to unhon ne ghar bana liya, car loan mila to car khareed liya. to phir us par shor kyun nahi karte?</w:t>
      </w:r>
    </w:p>
    <w:p>
      <w:pPr>
        <w:jc w:val="right"/>
      </w:pPr>
      <w:r>
        <w:t>یہ جاب کرنے کے بعد انہیں ہاؤس لون ملا تو انہوں نے گھر بنا لیا، کار لون ملا تو کار خرید لیا۔ تو پھر اس پر شور کیوں نہیں کرتے؟</w:t>
      </w:r>
    </w:p>
    <w:p>
      <w:r>
        <w:rPr>
          <w:b/>
        </w:rPr>
        <w:t xml:space="preserve">[1:02:24] </w:t>
      </w:r>
      <w:r>
        <w:t>aap company aap ko itna sab de chuki hai, to aik cheez na de to isi par gussa hain ke jo diya hai company ne, us ka to acknowledge nahi karte aap.</w:t>
      </w:r>
    </w:p>
    <w:p>
      <w:pPr>
        <w:jc w:val="right"/>
      </w:pPr>
      <w:r>
        <w:t>آپ کمپنی آپ کو اتنا سب دے چکی ہے، تو ایک چیز نہ دے تو اسی پر غصہ ہیں کہ جو دیا ہے کمپنی نے، اس کا تو اکنالج نہیں کرتے آپ۔</w:t>
      </w:r>
    </w:p>
    <w:p>
      <w:r>
        <w:rPr>
          <w:b/>
        </w:rPr>
        <w:t xml:space="preserve">[1:02:38] </w:t>
      </w:r>
      <w:r>
        <w:t>aur koi aik cheez nahi mil rahi hai to aap gussa ho rahay hain.</w:t>
      </w:r>
    </w:p>
    <w:p>
      <w:pPr>
        <w:jc w:val="right"/>
      </w:pPr>
      <w:r>
        <w:t>اور کوئی ایک چیز نہیں مل رہی ہے تو آپ غصہ ہو رہے ہیں۔</w:t>
      </w:r>
    </w:p>
    <w:p>
      <w:r>
        <w:rPr>
          <w:b/>
        </w:rPr>
        <w:t xml:space="preserve">[1:02:43] </w:t>
      </w:r>
      <w:r>
        <w:t>to mein ne un ko yahi sikhaya ke jo kuch mila hua hai, already us ki taraf dhyan dijiye to aap ko shukr paida hoga.</w:t>
      </w:r>
    </w:p>
    <w:p>
      <w:pPr>
        <w:jc w:val="right"/>
      </w:pPr>
      <w:r>
        <w:t>تو میں نے ان کو یہی سکھایا کہ جو کچھ ملا ہوا ہے، الریڈی اس کی طرف دھیان دیجئے تو آپ کو شکر پیدا ہوگا۔</w:t>
      </w:r>
    </w:p>
    <w:p>
      <w:r>
        <w:rPr>
          <w:b/>
        </w:rPr>
        <w:t xml:space="preserve">[1:02:54] </w:t>
      </w:r>
      <w:r>
        <w:t>kyun ke officer ne agar aisi baat ki hai jo aap ne likha to us ke ilawa bhi aur bohat sari baatein hain. is company se aap ko mila hua hai, aap ko bohat se faiday mile hue hain.</w:t>
      </w:r>
    </w:p>
    <w:p>
      <w:pPr>
        <w:jc w:val="right"/>
      </w:pPr>
      <w:r>
        <w:t>کیونکہ افیسر نے اگر ایسی بات کی ہے جو آپ نے لکھا تو اس کے علاوہ بھی اور بہت ساری باتیں ہیں۔ اس کمپنی سے آپ کو ملا ہوا ہے، آپ کو بہت سے فائدے ملے ہوئے ہیں۔</w:t>
      </w:r>
    </w:p>
    <w:p>
      <w:r>
        <w:rPr>
          <w:b/>
        </w:rPr>
        <w:t xml:space="preserve">[1:03:05] </w:t>
      </w:r>
      <w:r>
        <w:t>aik cheez nahi mil rahi hai to chhod dijiye, us ko bhula dijiye, ignore kijiye us ko. yeh to family mein bhi hota hai,</w:t>
      </w:r>
    </w:p>
    <w:p>
      <w:pPr>
        <w:jc w:val="right"/>
      </w:pPr>
      <w:r>
        <w:t>ایک چیز نہیں مل رہی ہے تو چھوڑ دیجئے، اس کو بھلا دیجئے، اگنور کیجئے اس کو۔ یہ تو فیملی میں بھی ہوتا ہے،</w:t>
      </w:r>
    </w:p>
    <w:p>
      <w:r>
        <w:rPr>
          <w:b/>
        </w:rPr>
        <w:t xml:space="preserve">[1:03:13] </w:t>
      </w:r>
      <w:r>
        <w:t>yeh baat sirf company mein nahi hoti, family mein bhi hota hai. aur jo log family mein ignore karna seekhein, unhi ka separation nahi hota, unhi ka jhagray nahi hotay.</w:t>
      </w:r>
    </w:p>
    <w:p>
      <w:pPr>
        <w:jc w:val="right"/>
      </w:pPr>
      <w:r>
        <w:t>یہ بات صرف کمپنی میں نہیں ہوتی، فیملی میں بھی ہوتا ہے۔ اور جو لوگ فیملی میں اگنور کرنا سیکھیں، انہی کا سپریشن نہیں ہوتا، انہی کا جھگڑے نہیں ہوتے۔</w:t>
      </w:r>
    </w:p>
    <w:p>
      <w:r>
        <w:rPr>
          <w:b/>
        </w:rPr>
        <w:t xml:space="preserve">[1:03:24] </w:t>
      </w:r>
      <w:r>
        <w:t>jo aur jin ke andar yeh baat na ho to kya hoga? aapas mein ladte hain, jhagadte hain log, ya to ladte hain ya separation ho jata hai, do hi cheez hoti hai.</w:t>
      </w:r>
    </w:p>
    <w:p>
      <w:pPr>
        <w:jc w:val="right"/>
      </w:pPr>
      <w:r>
        <w:t>جو اور جن کے اندر یہ بات نہ ہو تو کیا ہوگا؟ آپس میں لڑتے ہیں، جھگڑتے ہیں لوگ، یا تو لڑتے ہیں یا سپریشن ہو جاتا ہے، دو ہی چیز ہوتی ہے۔</w:t>
      </w:r>
    </w:p>
    <w:p>
      <w:r>
        <w:rPr>
          <w:b/>
        </w:rPr>
        <w:t xml:space="preserve">[1:03:38] </w:t>
      </w:r>
      <w:r>
        <w:t>to yahan likhay, "life means adjustment".</w:t>
      </w:r>
    </w:p>
    <w:p>
      <w:pPr>
        <w:jc w:val="right"/>
      </w:pPr>
      <w:r>
        <w:t>تو یہاں لکھے، "لائف مینز ایڈجسٹمنٹ"۔</w:t>
      </w:r>
    </w:p>
    <w:p>
      <w:r>
        <w:rPr>
          <w:b/>
        </w:rPr>
        <w:t xml:space="preserve">[1:03:44] </w:t>
      </w:r>
      <w:r>
        <w:t>aik banda mein ne parha, yaani aik article mein ke Japan mein adjustment ke liye qareeb aik so words hain, isi se milte jultay.</w:t>
      </w:r>
    </w:p>
    <w:p>
      <w:pPr>
        <w:jc w:val="right"/>
      </w:pPr>
      <w:r>
        <w:t>ایک بندہ میں نے پڑھا، یعنی ایک آرٹیکل میں کہ جاپان میں ایڈجسٹمنٹ کے لیے قریب ایک سو ورڈز ہیں، اسی سے ملتے جلتے۔</w:t>
      </w:r>
    </w:p>
    <w:p>
      <w:r>
        <w:rPr>
          <w:b/>
        </w:rPr>
        <w:t xml:space="preserve">[1:03:57] </w:t>
      </w:r>
      <w:r>
        <w:t>adjustment se milte jultay aik so words hain. ab dekhein ke Japan taraqqi kar raha hai, paisay ja raha hai. so, "you have to learn the art of adjustment".</w:t>
      </w:r>
    </w:p>
    <w:p>
      <w:pPr>
        <w:jc w:val="right"/>
      </w:pPr>
      <w:r>
        <w:t>ایڈجسٹمنٹ سے ملتے جلتے ایک سو ورڈز ہیں۔ اب دیکھیں کہ جاپان ترقی کر رہا ہے، پیسے جا رہا ہے۔ سو، "یو ہیو ٹو لرن دا آرٹ آف ایڈجسٹمنٹ"۔</w:t>
      </w:r>
    </w:p>
    <w:p>
      <w:r>
        <w:rPr>
          <w:b/>
        </w:rPr>
        <w:t xml:space="preserve">[1:04:10] </w:t>
      </w:r>
      <w:r>
        <w:t>this is only option for you.</w:t>
      </w:r>
    </w:p>
    <w:p>
      <w:pPr>
        <w:jc w:val="right"/>
      </w:pPr>
      <w:r>
        <w:t>دس از اونلی آپشن فار یو۔</w:t>
      </w:r>
    </w:p>
    <w:p>
      <w:r>
        <w:rPr>
          <w:b/>
        </w:rPr>
        <w:t xml:space="preserve">[1:04:14] </w:t>
      </w:r>
      <w:r>
        <w:t>this question is from doctor Fareeda Khanum. "man has always been exploited by fellow man. what can we do to tackle this problem of exploitation?"</w:t>
      </w:r>
    </w:p>
    <w:p>
      <w:pPr>
        <w:jc w:val="right"/>
      </w:pPr>
      <w:r>
        <w:t>دس کوئسچن از فرام ڈاکٹر فریدہ خانم۔ "مین ہیز الویز بین ایکسپلائٹڈ بائے فیلو مین۔ واٹ کین وی ڈو ٹو ٹیکل دس پرابلم آف ایکسپلائٹیشن؟"</w:t>
      </w:r>
    </w:p>
    <w:p>
      <w:r>
        <w:rPr>
          <w:b/>
        </w:rPr>
        <w:t xml:space="preserve">[1:04:29] </w:t>
      </w:r>
      <w:r>
        <w:t>dekhein, exploitation jo hai, wo part of nature hai, wo to rahega, rahega, rahega. aap exploitation ko eliminate nahi kar sakte, that is beyond your capacity.</w:t>
      </w:r>
    </w:p>
    <w:p>
      <w:pPr>
        <w:jc w:val="right"/>
      </w:pPr>
      <w:r>
        <w:t>دیکھیں، ایکسپلائٹیشن جو ہے، وہ پارٹ آف نیچر ہے، وہ تو رہے گا، رہے گا، رہے گا۔ آپ ایکسپلائٹیشن کو ایلیمینیٹ نہیں کر سکتے، دیٹ از بیانڈ یور کیپیسٹی۔</w:t>
      </w:r>
    </w:p>
    <w:p>
      <w:r>
        <w:rPr>
          <w:b/>
        </w:rPr>
        <w:t xml:space="preserve">[1:04:44] </w:t>
      </w:r>
      <w:r>
        <w:t>kyun? dekhein, Khuda ne insaan ko banaya hai to differences rakhein. kisi ke andar muscle power zyada hai, kisi ke andar intellectual power zyada hai,</w:t>
      </w:r>
    </w:p>
    <w:p>
      <w:pPr>
        <w:jc w:val="right"/>
      </w:pPr>
      <w:r>
        <w:t>کیوں؟ دیکھیں، خدا نے انسان کو بنایا ہے تو ڈیفرنسز رکھیں۔ کسی کے اندر مسل پاور زیادہ ہے، کسی کے اندر انٹلیکچول پاور زیادہ ہے،</w:t>
      </w:r>
    </w:p>
    <w:p>
      <w:r>
        <w:rPr>
          <w:b/>
        </w:rPr>
        <w:t xml:space="preserve">[1:04:58] </w:t>
      </w:r>
      <w:r>
        <w:t>kisi ke baray mein kaha jata hai ke "he was born with the silver spoon is mouth". kisi ka mamla ulta hota hai. to farq jo hai, wo khud Khuda ne rakha hai.</w:t>
      </w:r>
    </w:p>
    <w:p>
      <w:pPr>
        <w:jc w:val="right"/>
      </w:pPr>
      <w:r>
        <w:t>کسی کے بارے میں کہا جاتا ہے کہ "ہی واز بانڈ ود دی سلور سپون از ماؤتھ"۔ کسی کا معاملہ الٹا ہوتا ہے۔ تو فرق جو ہے، وہ خود خدا نے رکھا ہے۔</w:t>
      </w:r>
    </w:p>
    <w:p>
      <w:r>
        <w:rPr>
          <w:b/>
        </w:rPr>
        <w:t xml:space="preserve">[1:05:07] </w:t>
      </w:r>
      <w:r>
        <w:t>farq na ho to competition nahi hoga, farq na ho to challenge nahi hoga, farq na ho to progress nahi hoga. to isi ka aik aspect yeh bhi hai ke farq hai to exploitation bhi aa jata hai.</w:t>
      </w:r>
    </w:p>
    <w:p>
      <w:pPr>
        <w:jc w:val="right"/>
      </w:pPr>
      <w:r>
        <w:t>فرق نہ ہو تو کمپیٹیشن نہیں ہوگا، فرق نہ ہو تو چیلنج نہیں ہوگا، فرق نہ ہو تو پروگریس نہیں ہوگا۔ تو اسی کا ایک اسپیکٹ یہ بھی ہے کہ فرق ہے تو ایکسپلائٹیشن بھی آ جاتا ہے۔</w:t>
      </w:r>
    </w:p>
    <w:p>
      <w:r>
        <w:rPr>
          <w:b/>
        </w:rPr>
        <w:t xml:space="preserve">[1:05:20] </w:t>
      </w:r>
      <w:r>
        <w:t>to humein to is ko, yaani art of nature samajh kar, is ko tolerate karna hai. kyun ke doosra option nahi hai.</w:t>
      </w:r>
    </w:p>
    <w:p>
      <w:pPr>
        <w:jc w:val="right"/>
      </w:pPr>
      <w:r>
        <w:t>تو ہمیں تو اس کو، یعنی آرٹ آف نیچر سمجھ کر، اس کو ٹالریٹ کرنا ہے۔ کیونکہ دوسرا آپشن نہیں ہے۔</w:t>
      </w:r>
    </w:p>
    <w:p>
      <w:r>
        <w:rPr>
          <w:b/>
        </w:rPr>
        <w:t xml:space="preserve">[1:05:31] </w:t>
      </w:r>
      <w:r>
        <w:t>mein logon se kehta hoon kabhi ke agar aap ko yeh pasand nahi hai to "you have to create a new kind of universe".</w:t>
      </w:r>
    </w:p>
    <w:p>
      <w:pPr>
        <w:jc w:val="right"/>
      </w:pPr>
      <w:r>
        <w:t>میں لوگوں سے کہتا ہوں کبھی کہ اگر آپ کو یہ پسند نہیں ہے تو "یو ہیو ٹو کریٹ ا نیو کائنڈ آف یونیورس"۔</w:t>
      </w:r>
    </w:p>
    <w:p>
      <w:r>
        <w:rPr>
          <w:b/>
        </w:rPr>
        <w:t xml:space="preserve">[1:05:46] </w:t>
      </w:r>
      <w:r>
        <w:t>We are there is no exploitation. Yahan to rahega, rahega, rahega.</w:t>
      </w:r>
    </w:p>
    <w:p>
      <w:pPr>
        <w:jc w:val="right"/>
      </w:pPr>
      <w:r>
        <w:t>ویر دیر از نو ایکسپلائٹیشن۔ یہاں تو رہے گا، رہے گا، رہے گا۔</w:t>
      </w:r>
    </w:p>
    <w:p>
      <w:r>
        <w:rPr>
          <w:b/>
        </w:rPr>
        <w:t xml:space="preserve">[1:05:53] </w:t>
      </w:r>
      <w:r>
        <w:t>to yeh yeh soch basically is liye ke log sochte hain ke woh insaan ne mere saath aisa kiya hai. nahi, woh Khuda ki taraf se aisa hai.</w:t>
      </w:r>
    </w:p>
    <w:p>
      <w:pPr>
        <w:jc w:val="right"/>
      </w:pPr>
      <w:r>
        <w:t>تو یہ یہ سوچ بیسیکلی اس لیے کہ لوگ سوچتے ہیں کہ وہ انسان نے میرے ساتھ ایسا کیا ہے۔ نہیں، وہ خدا کی طرف سے ایسا ہے۔</w:t>
      </w:r>
    </w:p>
    <w:p>
      <w:r>
        <w:rPr>
          <w:b/>
        </w:rPr>
        <w:t xml:space="preserve">[1:06:04] </w:t>
      </w:r>
      <w:r>
        <w:t>kyunke kyunke woh jo, yaani Khuda ka jo kisi plan hai, us ke mutabiq woh ho raha hai. kisi insaan ki conspiracy nahi hai, kisi insaan ki, yaani evil planning nahi hai.</w:t>
      </w:r>
    </w:p>
    <w:p>
      <w:pPr>
        <w:jc w:val="right"/>
      </w:pPr>
      <w:r>
        <w:t>کیونکہ کیونکہ وہ جو، یعنی خدا کا جو کسی پلان ہے، اس کے مطابق وہ ہو رہا ہے۔ کسی انسان کی کانسپریسی نہیں ہے، کسی انسان کی، یعنی ایول پلاننگ نہیں ہے۔</w:t>
      </w:r>
    </w:p>
    <w:p>
      <w:r>
        <w:rPr>
          <w:b/>
        </w:rPr>
        <w:t xml:space="preserve">[1:06:17] </w:t>
      </w:r>
      <w:r>
        <w:t>woh woh to hoga, hoga, hoga.</w:t>
      </w:r>
    </w:p>
    <w:p>
      <w:pPr>
        <w:jc w:val="right"/>
      </w:pPr>
      <w:r>
        <w:t>وہ وہ تو ہوگا، ہوگا، ہوگا۔</w:t>
      </w:r>
    </w:p>
    <w:p>
      <w:r>
        <w:rPr>
          <w:b/>
        </w:rPr>
        <w:t xml:space="preserve">[1:06:20] </w:t>
      </w:r>
      <w:r>
        <w:t>is waqt tak hoga jab tak ke duniya yeh duniya khatam hoga, doosri duniya na aaye. yeh world hereafter mein aisa nahi hoga.</w:t>
      </w:r>
    </w:p>
    <w:p>
      <w:pPr>
        <w:jc w:val="right"/>
      </w:pPr>
      <w:r>
        <w:t>اس وقت تک ہوگا جب تک کہ دنیا یہ دنیا ختم ہوگا، دوسری دنیا نہ آئے۔ یہ ورلڈ ہیئر افٹر میں ایسا نہیں ہوگا۔</w:t>
      </w:r>
    </w:p>
    <w:p>
      <w:r>
        <w:rPr>
          <w:b/>
        </w:rPr>
        <w:t xml:space="preserve">[1:06:30] </w:t>
      </w:r>
      <w:r>
        <w:t>kyunke wahan test nahi hoga. yahan to hoga, kyunke yahan test hai. yeh sab na ho to test kis baat ka liya jayega? This question is from Miss Naghma.</w:t>
      </w:r>
    </w:p>
    <w:p>
      <w:pPr>
        <w:jc w:val="right"/>
      </w:pPr>
      <w:r>
        <w:t>کیونکہ وہاں ٹیسٹ نہیں ہوگا۔ یہاں تو ہوگا، کیونکہ یہاں ٹیسٹ ہے۔ یہ سب نہ ہو تو ٹیسٹ کس بات کا لیا جائے گا؟ دس کوئسچن از فرام مس نغمہ۔</w:t>
      </w:r>
    </w:p>
    <w:p>
      <w:r>
        <w:rPr>
          <w:b/>
        </w:rPr>
        <w:t xml:space="preserve">[1:06:42] </w:t>
      </w:r>
      <w:r>
        <w:t>"Can the fact that Satan is unseen and man is seen be the reason for man not being able to realize the enmity between man and Satan?" If yes,</w:t>
      </w:r>
    </w:p>
    <w:p>
      <w:pPr>
        <w:jc w:val="right"/>
      </w:pPr>
      <w:r>
        <w:t>"کین دا فیکٹ دیٹ سیٹن از ان سین اینڈ مین از سین بی دا ریزن فار مین ناٹ بینگ ایبل ٹو ریلائز دی اینمیٹی بٹوین مین اینڈ سیٹن؟" اف یس،</w:t>
      </w:r>
    </w:p>
    <w:p>
      <w:r>
        <w:rPr>
          <w:b/>
        </w:rPr>
        <w:t xml:space="preserve">[1:06:56] </w:t>
      </w:r>
      <w:r>
        <w:t>how can we always remember that Satan is our enemy? Dekhein, dekhi hui cheez to bohat hi kam hoti hai, na dekhi hui cheez to saari hoti hain.</w:t>
      </w:r>
    </w:p>
    <w:p>
      <w:pPr>
        <w:jc w:val="right"/>
      </w:pPr>
      <w:r>
        <w:t>ہاؤ کین وی الویز ریممبر دیٹ سیٹن از ار اینمی؟ دیکھیں، دیکھی ہوئی چیز تو بہت ہی کم ہوتی ہے، نہ دیکھی ہوئی چیز تو ساری ہوتی ہیں۔</w:t>
      </w:r>
    </w:p>
    <w:p>
      <w:r>
        <w:rPr>
          <w:b/>
        </w:rPr>
        <w:t xml:space="preserve">[1:07:07] </w:t>
      </w:r>
      <w:r>
        <w:t>abhi hawa, hawa hai, hum kahan hawa ko dekh rahe hain?</w:t>
      </w:r>
    </w:p>
    <w:p>
      <w:pPr>
        <w:jc w:val="right"/>
      </w:pPr>
      <w:r>
        <w:t>ابھی ہوا، ہوا ہے، ہم کہاں ہوا کو دیکھ رہے ہیں؟</w:t>
      </w:r>
    </w:p>
    <w:p>
      <w:r>
        <w:rPr>
          <w:b/>
        </w:rPr>
        <w:t xml:space="preserve">[1:07:11] </w:t>
      </w:r>
      <w:r>
        <w:t>gravity hai, kya hum gravity ko dekh rahe hain? To unseen world to saari saari unseen world hai. Yahan tak hum bhi unseen hain, yaani strictly, yaani dekha jaye to,</w:t>
      </w:r>
    </w:p>
    <w:p>
      <w:pPr>
        <w:jc w:val="right"/>
      </w:pPr>
      <w:r>
        <w:t>گریوٹی ہے، کیا ہم گریوٹی کو دیکھ رہے ہیں؟ تو ان سین ورلڈ تو ساری ساری ان سین ورلڈ ہے۔ یہاں تک ہم بھی ان سین ہیں، یعنی اسٹرکٹلی، یعنی دیکھا جائے تو،</w:t>
      </w:r>
    </w:p>
    <w:p>
      <w:r>
        <w:rPr>
          <w:b/>
        </w:rPr>
        <w:t xml:space="preserve">[1:07:26] </w:t>
      </w:r>
      <w:r>
        <w:t>yaani strictly speaking in scientific terms, we are also unseen. To hamari apni soul unseen hai, har cheez</w:t>
      </w:r>
    </w:p>
    <w:p>
      <w:pPr>
        <w:jc w:val="right"/>
      </w:pPr>
      <w:r>
        <w:t>یعنی اسٹرکٹلی سپیکنگ ان سائنسفک ٹرم، وی آر السو ان سین۔ تو ہماری اپنی سول ان سین ہے، ہر چیز</w:t>
      </w:r>
    </w:p>
    <w:p>
      <w:r>
        <w:rPr>
          <w:b/>
        </w:rPr>
        <w:t xml:space="preserve">[1:07:38] </w:t>
      </w:r>
      <w:r>
        <w:t>unseen hi hai. Hum ko unseen ko seen banana padta hai, unseen ko discover karna padta hai, tab hum us ko maante hain. Gravity ko hum is liye kyun maante hain ke hum ne dekha hai?</w:t>
      </w:r>
    </w:p>
    <w:p>
      <w:pPr>
        <w:jc w:val="right"/>
      </w:pPr>
      <w:r>
        <w:t>ان سین ہی ہے۔ ہم کو ان سین کو سین بنانا پڑتا ہے، ان سین کو ڈسکور کرنا پڑتا ہے، تب ہم اس کو مانتے ہیں۔ گریوٹی کو ہم اس لیے کیوں مانتے ہیں کہ ہم نے دیکھا ہے؟</w:t>
      </w:r>
    </w:p>
    <w:p>
      <w:r>
        <w:rPr>
          <w:b/>
        </w:rPr>
        <w:t xml:space="preserve">[1:07:51] </w:t>
      </w:r>
      <w:r>
        <w:t>to yeh to koi aisi, yaani baat nahi hai jo koi alag baat ho.</w:t>
      </w:r>
    </w:p>
    <w:p>
      <w:pPr>
        <w:jc w:val="right"/>
      </w:pPr>
      <w:r>
        <w:t>تو یہ تو کوئی ایسی، یعنی بات نہیں ہے جو کوئی الگ بات ہو۔</w:t>
      </w:r>
    </w:p>
    <w:p>
      <w:r>
        <w:rPr>
          <w:b/>
        </w:rPr>
        <w:t xml:space="preserve">[1:08:01] </w:t>
      </w:r>
      <w:r>
        <w:t>woh to hamari part of part of life hai, part of nature hai, part of the creation plan of God hai.</w:t>
      </w:r>
    </w:p>
    <w:p>
      <w:pPr>
        <w:jc w:val="right"/>
      </w:pPr>
      <w:r>
        <w:t>وہ تو ہماری پارٹ آف پارٹ آف لائف ہے، پارٹ آف نیچر ہے، پارٹ آف دی کریشن پلان آف گاڈ ہے۔</w:t>
      </w:r>
    </w:p>
    <w:p>
      <w:r>
        <w:rPr>
          <w:b/>
        </w:rPr>
        <w:t xml:space="preserve">[1:08:09] </w:t>
      </w:r>
      <w:r>
        <w:t>to main samajhta hoon ke is mein koi problem nahi hona chahiye. This question is from Mr. Zubair. "I have read in a tafsir that there are two types of devils: jinn devil and human devil.</w:t>
      </w:r>
    </w:p>
    <w:p>
      <w:pPr>
        <w:jc w:val="right"/>
      </w:pPr>
      <w:r>
        <w:t>تو میں سمجھتا ہوں کہ اس میں کوئی پرابلم نہیں ہونا چاہیے۔ دس کوئسچن از فرام مسٹر زبیر۔ "آئی ہیو ریڈ ان ا تفسیر دیٹ دیر آر ٹو ٹائپس آف ڈیولز: جن ڈیول اینڈ ہیومن ڈیول۔</w:t>
      </w:r>
    </w:p>
    <w:p>
      <w:r>
        <w:rPr>
          <w:b/>
        </w:rPr>
        <w:t xml:space="preserve">[1:08:25] </w:t>
      </w:r>
      <w:r>
        <w:t>Shouldn't we hate both these devils?"</w:t>
      </w:r>
    </w:p>
    <w:p>
      <w:pPr>
        <w:jc w:val="right"/>
      </w:pPr>
      <w:r>
        <w:t>شوڈنٹ وی ہیٹ بوتھ دیز ڈیولز؟"</w:t>
      </w:r>
    </w:p>
    <w:p>
      <w:r>
        <w:rPr>
          <w:b/>
        </w:rPr>
        <w:t xml:space="preserve">[1:08:33] </w:t>
      </w:r>
      <w:r>
        <w:t>nahi, yeh sahi nahi hai.</w:t>
      </w:r>
    </w:p>
    <w:p>
      <w:pPr>
        <w:jc w:val="right"/>
      </w:pPr>
      <w:r>
        <w:t>نہیں، یہ صحیح نہیں ہے۔</w:t>
      </w:r>
    </w:p>
    <w:p>
      <w:r>
        <w:rPr>
          <w:b/>
        </w:rPr>
        <w:t xml:space="preserve">[1:08:36] </w:t>
      </w:r>
      <w:r>
        <w:t>jo jinn devil hain, usi se hamara hamara takrao hai. Insaan jo hain, un se to humein dawat kam dawat karna hai, dawat un ke upar karna hai, un se hate nahi karna hai.</w:t>
      </w:r>
    </w:p>
    <w:p>
      <w:pPr>
        <w:jc w:val="right"/>
      </w:pPr>
      <w:r>
        <w:t>جو جن ڈیول ہیں، اسی سے ہمارا ہمارا ٹکراؤ ہے۔ انسان جو ہیں، ان سے تو ہمیں دعوت کم دعوت کرنا ہے، دعوت ان کے اوپر کرنا ہے، ان سے ہیٹ نہیں کرنا ہے۔</w:t>
      </w:r>
    </w:p>
    <w:p>
      <w:r>
        <w:rPr>
          <w:b/>
        </w:rPr>
        <w:t xml:space="preserve">[1:08:47] </w:t>
      </w:r>
      <w:r>
        <w:t>to asal dushman jo hai, woh jinn devil hai, woh jinn jo Satan hai. Insaan jo dushman ban gaya hai, hamara woh potentially hamara friend hai.</w:t>
      </w:r>
    </w:p>
    <w:p>
      <w:pPr>
        <w:jc w:val="right"/>
      </w:pPr>
      <w:r>
        <w:t>تو اصل دشمن جو ہے، وہ جن ڈیول ہے، وہ جن جو سیٹن ہے۔ انسان جو دشمن بن گیا ہے، ہمارا وہ پوٹینشلی ہمارا فرینڈ ہے۔</w:t>
      </w:r>
    </w:p>
    <w:p>
      <w:r>
        <w:rPr>
          <w:b/>
        </w:rPr>
        <w:t xml:space="preserve">[1:08:58] </w:t>
      </w:r>
      <w:r>
        <w:t>woh jaisa ke maine arz kiya,</w:t>
      </w:r>
    </w:p>
    <w:p>
      <w:pPr>
        <w:jc w:val="right"/>
      </w:pPr>
      <w:r>
        <w:t>وہ جیسا کہ میں نے عرض کیا،</w:t>
      </w:r>
    </w:p>
    <w:p>
      <w:r>
        <w:rPr>
          <w:b/>
        </w:rPr>
        <w:t xml:space="preserve">[1:09:03] </w:t>
      </w:r>
      <w:r>
        <w:t>to insaan jo hai, jo Satan, jo hum hum hamare saath Satan wali baat kar raha hai, to woh to yaani apni nature se hat gaya hai.</w:t>
      </w:r>
    </w:p>
    <w:p>
      <w:pPr>
        <w:jc w:val="right"/>
      </w:pPr>
      <w:r>
        <w:t>تو انسان جو ہے، جو سیٹن، جو ہم ہم ہمارے ساتھ سیٹن والی بات کر رہا ہے، تو وہ تو یعنی اپنی نیچر سے ہٹ گیا ہے۔</w:t>
      </w:r>
    </w:p>
    <w:p>
      <w:r>
        <w:rPr>
          <w:b/>
        </w:rPr>
        <w:t xml:space="preserve">[1:09:11] </w:t>
      </w:r>
      <w:r>
        <w:t>us ke neeche ki taraf lotana hai humein. Dua verse such mein to yahi hai ke hum insaan ko us ki nature ki taraf wapas le jayein, to phir theek ho jayega.</w:t>
      </w:r>
    </w:p>
    <w:p>
      <w:pPr>
        <w:jc w:val="right"/>
      </w:pPr>
      <w:r>
        <w:t>اس کے نیچے کی طرف لوٹانا ہے ہمیں۔ دعا ورس سچ میں تو یہی ہے کہ ہم انسان کو اس کی نیچر کی طرف واپس لے جائیں، تو پھر ٹھیک ہو جائے گا۔</w:t>
      </w:r>
    </w:p>
    <w:p>
      <w:r>
        <w:rPr>
          <w:b/>
        </w:rPr>
        <w:t xml:space="preserve">[1:09:20] </w:t>
      </w:r>
      <w:r>
        <w:t>woh aap ka friend ban jayega. Aise hi yaani bohat example hain ke ke dushman jo tha, woh dost ban gaya.</w:t>
      </w:r>
    </w:p>
    <w:p>
      <w:pPr>
        <w:jc w:val="right"/>
      </w:pPr>
      <w:r>
        <w:t>وہ آپ کا فرینڈ بن جائے گا۔ ایسے ہی یعنی بہت ایگزامپل ہیں کہ کہ دشمن جو تھا، وہ دوست بن گیا۔</w:t>
      </w:r>
    </w:p>
    <w:p>
      <w:r>
        <w:rPr>
          <w:b/>
        </w:rPr>
        <w:t xml:space="preserve">[1:09:30] </w:t>
      </w:r>
      <w:r>
        <w:t>jo dushman</w:t>
      </w:r>
    </w:p>
    <w:p>
      <w:pPr>
        <w:jc w:val="right"/>
      </w:pPr>
      <w:r>
        <w:t>جو دشمن</w:t>
      </w:r>
    </w:p>
    <w:p>
      <w:r>
        <w:rPr>
          <w:b/>
        </w:rPr>
        <w:t xml:space="preserve">[1:09:31] </w:t>
      </w:r>
      <w:r>
        <w:t>tha, woh dost ban gaya hai. Bohat example is ke hain.</w:t>
      </w:r>
    </w:p>
    <w:p>
      <w:pPr>
        <w:jc w:val="right"/>
      </w:pPr>
      <w:r>
        <w:t>تھا، وہ دوست بن گیا ہے۔ بہت ایگزامپل اس کے ہیں۔</w:t>
      </w:r>
    </w:p>
    <w:p>
      <w:r>
        <w:rPr>
          <w:b/>
        </w:rPr>
        <w:t xml:space="preserve">[1:09:36] </w:t>
      </w:r>
      <w:r>
        <w:t>he has anader question. "why is there so much confusion and conflict between various sects of muslims?" ummah, how have these sects evolved?</w:t>
      </w:r>
    </w:p>
    <w:p>
      <w:pPr>
        <w:jc w:val="right"/>
      </w:pPr>
      <w:r>
        <w:t>ہی ہیز انادر کوئسچن۔ "وائی از دیر سو مچ کنفیوژن اینڈ کانفلکٹ بٹوین ویریس سیکٹس آف مسلمز؟" امہ، ہاؤ ہیو دیز سیکٹس ایوالوڈ؟</w:t>
      </w:r>
    </w:p>
    <w:p>
      <w:r>
        <w:rPr>
          <w:b/>
        </w:rPr>
        <w:t xml:space="preserve">[1:09:48] </w:t>
      </w:r>
      <w:r>
        <w:t>what is the concept of hanafi, salafi, etcetera? which one to follow? i am very confused. kindly help me. itna lamba sawal ka yahan jawab nahi diya ja sakta.</w:t>
      </w:r>
    </w:p>
    <w:p>
      <w:pPr>
        <w:jc w:val="right"/>
      </w:pPr>
      <w:r>
        <w:t>واٹ از دا کانسیپٹ آف حنفی، سلفی، ایٹسیدرا؟ وچ ون ٹو فالو؟ آئی ایم ویری کنفیوزڈ۔ کائنڈلی ہیلپ می۔ اتنا لمبا سوال کا یہاں جواب نہیں دیا جا سکتا۔</w:t>
      </w:r>
    </w:p>
    <w:p>
      <w:r>
        <w:rPr>
          <w:b/>
        </w:rPr>
        <w:t xml:space="preserve">[1:10:02] </w:t>
      </w:r>
      <w:r>
        <w:t>waise mein ek poori kitab maine likhi hai isi hi par, aap us ko parh lijiyay. is ka naam hai "tajdeed-e-deen". tajdeed-e-deen mein isi hi par baat hai.</w:t>
      </w:r>
    </w:p>
    <w:p>
      <w:pPr>
        <w:jc w:val="right"/>
      </w:pPr>
      <w:r>
        <w:t>ویسے میں ایک پوری کتاب میں نے لکھی ہے اسی ہی پر، آپ اس کو پڑھ لیجئے۔ اس کا نام ہے "تجدید دین"۔ تجدید دین میں اسی ہی پر بات ہے۔</w:t>
      </w:r>
    </w:p>
    <w:p>
      <w:r>
        <w:rPr>
          <w:b/>
        </w:rPr>
        <w:t xml:space="preserve">[1:10:13] </w:t>
      </w:r>
      <w:r>
        <w:t>is ko parh kar aap inshallah poori tarah convince ho jayen gay. to doosri baat yeh kehna hai ke dunya mein yaani confusion to rahe hi ga, rahe ga.</w:t>
      </w:r>
    </w:p>
    <w:p>
      <w:pPr>
        <w:jc w:val="right"/>
      </w:pPr>
      <w:r>
        <w:t>اس کو پڑھ کر آپ انشاءاللہ پوری طرح کنونس ہو جائیں گے۔ تو دوسری بات یہ کہنا ہے کہ دنیا میں یعنی کنفیوژن تو رہے ہی گا، رہے گا۔</w:t>
      </w:r>
    </w:p>
    <w:p>
      <w:r>
        <w:rPr>
          <w:b/>
        </w:rPr>
        <w:t xml:space="preserve">[1:10:24] </w:t>
      </w:r>
      <w:r>
        <w:t>confusion na ho to aap ko test kaise liya jaye ga? test isi liye ke aap apne mind ko active karen, soch samajh kar faisla karen,</w:t>
      </w:r>
    </w:p>
    <w:p>
      <w:pPr>
        <w:jc w:val="right"/>
      </w:pPr>
      <w:r>
        <w:t>کنفیوژن نہ ہو تو آپ کو ٹیسٹ کیسے لیا جائے گا؟ ٹیسٹ اسی لیے کہ آپ اپنے مائنڈ کو ایکٹیو کریں، سوچ سمجھ کر فیصلہ کریں،</w:t>
      </w:r>
    </w:p>
    <w:p>
      <w:r>
        <w:rPr>
          <w:b/>
        </w:rPr>
        <w:t xml:space="preserve">[1:10:32] </w:t>
      </w:r>
      <w:r>
        <w:t>yaani soche samjhe rastay ko apnayen. to yeh sab to rahe ga dunya mein. aisa nahi ho sakta ke dunya mein sab na rahe.</w:t>
      </w:r>
    </w:p>
    <w:p>
      <w:pPr>
        <w:jc w:val="right"/>
      </w:pPr>
      <w:r>
        <w:t>یعنی سوچے سمجھے راستے کو اپنائیں۔ تو یہ سب تو رہے گا دنیا میں۔ ایسا نہیں ہو سکتا کہ دنیا میں سب نہ رہے۔</w:t>
      </w:r>
    </w:p>
    <w:p>
      <w:r>
        <w:rPr>
          <w:b/>
        </w:rPr>
        <w:t xml:space="preserve">[1:10:43] </w:t>
      </w:r>
      <w:r>
        <w:t>baqi detail mein agar aap janna aap ko to meri kitab jo hai "tajdeed-e-deen", us ko aap parh lijiyay. inshallah is mein aap ko sari baat mil jaye gi. theek hai?</w:t>
      </w:r>
    </w:p>
    <w:p>
      <w:pPr>
        <w:jc w:val="right"/>
      </w:pPr>
      <w:r>
        <w:t>باقی ڈیٹیل میں اگر آپ جاننا آپ کو تو میری کتاب جو ہے "تجدید دین"، اس کو آپ پڑھ لیجئے۔ انشاءاللہ اس میں آپ کو ساری بات مل جائے گی۔ ٹھیک ہے؟</w:t>
      </w:r>
    </w:p>
    <w:p>
      <w:r>
        <w:rPr>
          <w:b/>
        </w:rPr>
        <w:t xml:space="preserve">[1:10:53] </w:t>
      </w:r>
      <w:r>
        <w:t>this question is without a name.</w:t>
      </w:r>
    </w:p>
    <w:p>
      <w:pPr>
        <w:jc w:val="right"/>
      </w:pPr>
      <w:r>
        <w:t>دس کوئسچن از وداؤٹ ا نیم۔</w:t>
      </w:r>
    </w:p>
    <w:p>
      <w:r>
        <w:rPr>
          <w:b/>
        </w:rPr>
        <w:t xml:space="preserve">[1:10:56] </w:t>
      </w:r>
      <w:r>
        <w:t>"if a fight against evil is justified, why not against man who is an evil himself by nature?" should evil in man be aimed at fighting against certain?</w:t>
      </w:r>
    </w:p>
    <w:p>
      <w:pPr>
        <w:jc w:val="right"/>
      </w:pPr>
      <w:r>
        <w:t>"اف ا فائٹ اگینسٹ ایول از جسٹیفائیڈ، وائی ناٹ اگینسٹ مین ہو از این ایول ہم سیلف بائی نیچر؟" شوڈ ایول ان مین بی ایمڈ ایٹ فائٹنگ اگینسٹ سیٹن؟</w:t>
      </w:r>
    </w:p>
    <w:p>
      <w:r>
        <w:rPr>
          <w:b/>
        </w:rPr>
        <w:t xml:space="preserve">[1:11:09] </w:t>
      </w:r>
      <w:r>
        <w:t>aur is it to be curbed down as well? yeh aap ne kaha. maine to nahi kaha ke insan jo hai by nature evil.</w:t>
      </w:r>
    </w:p>
    <w:p>
      <w:pPr>
        <w:jc w:val="right"/>
      </w:pPr>
      <w:r>
        <w:t>اور از اٹ ٹو بی کرب ڈاؤن ایز ویل؟ یہ آپ نے کہا۔ میں نے تو نہیں کہا کہ انسان جو ہے بائی نیچر ایول۔</w:t>
      </w:r>
    </w:p>
    <w:p>
      <w:r>
        <w:rPr>
          <w:b/>
        </w:rPr>
        <w:t xml:space="preserve">[1:11:19] </w:t>
      </w:r>
      <w:r>
        <w:t>kya kaha unhon ne? man evil by nature kya hai? should no? "if a fight against evil is justified,</w:t>
      </w:r>
    </w:p>
    <w:p>
      <w:pPr>
        <w:jc w:val="right"/>
      </w:pPr>
      <w:r>
        <w:t>کیا کہا انہوں نے؟ مین ایول بائی نیچر کیا ہے؟ شوڈ نو؟ "اف ا فائٹ اگینسٹ ایول از جسٹیفائیڈ،</w:t>
      </w:r>
    </w:p>
    <w:p>
      <w:r>
        <w:rPr>
          <w:b/>
        </w:rPr>
        <w:t xml:space="preserve">[1:11:26] </w:t>
      </w:r>
      <w:r>
        <w:t>hmm why not against man who is an evil himself by nature?" who evil himself by. yeh maine nahi kaha. yeh aap keh rahe hain. hmm, insan jo hai yaani is ka nature sab ka ek sa hota hai.</w:t>
      </w:r>
    </w:p>
    <w:p>
      <w:pPr>
        <w:jc w:val="right"/>
      </w:pPr>
      <w:r>
        <w:t>ہمم وائی ناٹ اگینسٹ مین ہو از این ایول ہم سیلف بائی نیچر؟" ہو ایول ہم سیلف بائی۔ یہ میں نے نہیں کہا۔ یہ آپ کہہ رہے ہیں۔ ہمم، انسان جو ہے یعنی اس کا نیچر سب کا ایک سا ہوتا ہے۔</w:t>
      </w:r>
    </w:p>
    <w:p>
      <w:r>
        <w:rPr>
          <w:b/>
        </w:rPr>
        <w:t xml:space="preserve">[1:11:40] </w:t>
      </w:r>
      <w:r>
        <w:t>har insan ek hi nature mein paida kiya jata hai. is koi nature ke se bura nahi hota. paida hone ke baad jo conditioning hoti hai, us mein bura ho jata hai.</w:t>
      </w:r>
    </w:p>
    <w:p>
      <w:pPr>
        <w:jc w:val="right"/>
      </w:pPr>
      <w:r>
        <w:t>ہر انسان ایک ہی نیچر میں پیدا کیا جاتا ہے۔ اس کوئی نیچر کے سے برا نہیں ہوتا۔ پیدا ہونے کے بعد جو کنڈیشننگ ہوتی ہے، اس میں برا ہو جاتا ہے۔</w:t>
      </w:r>
    </w:p>
    <w:p>
      <w:r>
        <w:rPr>
          <w:b/>
        </w:rPr>
        <w:t xml:space="preserve">[1:11:50] </w:t>
      </w:r>
      <w:r>
        <w:t>ban jata hai</w:t>
      </w:r>
    </w:p>
    <w:p>
      <w:pPr>
        <w:jc w:val="right"/>
      </w:pPr>
      <w:r>
        <w:t>بن جاتا ہے</w:t>
      </w:r>
    </w:p>
    <w:p>
      <w:r>
        <w:rPr>
          <w:b/>
        </w:rPr>
        <w:t xml:space="preserve">[1:11:51] </w:t>
      </w:r>
      <w:r>
        <w:t>woh. yaani conditioning insan ko bura banati hai, na ke na ke birth. yeh maine nahi kaha hai.</w:t>
      </w:r>
    </w:p>
    <w:p>
      <w:pPr>
        <w:jc w:val="right"/>
      </w:pPr>
      <w:r>
        <w:t>وہ۔ یعنی کنڈیشننگ انسان کو برا بناتی ہے، نہ کہ نہ کہ برتھ۔ یہ میں نے نہیں کہا ہے۔</w:t>
      </w:r>
    </w:p>
    <w:p>
      <w:r>
        <w:rPr>
          <w:b/>
        </w:rPr>
        <w:t xml:space="preserve">[1:12:00] </w:t>
      </w:r>
      <w:r>
        <w:t>is liye hum insan ko is ke nature ki taraf lotana chahte hain, jahan koi evil nahi hai. kal mauldi your fitrah.</w:t>
      </w:r>
    </w:p>
    <w:p>
      <w:pPr>
        <w:jc w:val="right"/>
      </w:pPr>
      <w:r>
        <w:t>اس لیے ہم انسان کو اس کے نیچر کی طرف لوٹانا چاہتے ہیں، جہاں کوئی ایول نہیں ہے۔ کل مولدی یور الفطرہ۔</w:t>
      </w:r>
    </w:p>
    <w:p>
      <w:r>
        <w:rPr>
          <w:b/>
        </w:rPr>
        <w:t xml:space="preserve">[1:12:10] </w:t>
      </w:r>
      <w:r>
        <w:t>har insan sahi fitrat par, sahi nature par paida kiya jata hai, divine nature par. yaani har insan ka divine nature hi hai, doosra koi nature nahi hai.</w:t>
      </w:r>
    </w:p>
    <w:p>
      <w:pPr>
        <w:jc w:val="right"/>
      </w:pPr>
      <w:r>
        <w:t>ہر انسان صحیح فطرت پر، صحیح نیچر پر پیدا کیا جاتا ہے، ڈیوائن نیچر پر۔ یعنی ہر انسان کا ڈیوائن نیچر ہی ہے، دوسرا کوئی نیچر نہیں ہے۔</w:t>
      </w:r>
    </w:p>
    <w:p>
      <w:r>
        <w:rPr>
          <w:b/>
        </w:rPr>
        <w:t xml:space="preserve">[1:12:20] </w:t>
      </w:r>
      <w:r>
        <w:t>lekin jab bahar aata hai to conditioning se woh koi aisa ho jata hai, koi waisa ho jata hai. to is is conditioning ko humein todna hai, insan ko is nature ki taraf wapas le jana.</w:t>
      </w:r>
    </w:p>
    <w:p>
      <w:pPr>
        <w:jc w:val="right"/>
      </w:pPr>
      <w:r>
        <w:t>لیکن جب باہر آتا ہے تو کنڈیشننگ سے وہ کوئی ایسا ہو جاتا ہے، کوئی ویسا ہو جاتا ہے۔ تو اس اس کنڈیشننگ کو ہمیں توڑنا ہے، انسان کو اس نیچر کی طرف واپس لے جانا۔</w:t>
      </w:r>
    </w:p>
    <w:p>
      <w:r>
        <w:rPr>
          <w:b/>
        </w:rPr>
        <w:t xml:space="preserve">[1:12:31] </w:t>
      </w:r>
      <w:r>
        <w:t>yahi to hamara mission hai.</w:t>
      </w:r>
    </w:p>
    <w:p>
      <w:pPr>
        <w:jc w:val="right"/>
      </w:pPr>
      <w:r>
        <w:t>یہی تو ہمارا مشن ہے۔</w:t>
      </w:r>
    </w:p>
    <w:p>
      <w:r>
        <w:rPr>
          <w:b/>
        </w:rPr>
        <w:t xml:space="preserve">[1:12:36] </w:t>
      </w:r>
      <w:r>
        <w:t>this question is from doctor farida khanam. "are lies told under pressure, justifiable in islam?" hain kya?</w:t>
      </w:r>
    </w:p>
    <w:p>
      <w:pPr>
        <w:jc w:val="right"/>
      </w:pPr>
      <w:r>
        <w:t>دس کوئسچن از فرام ڈاکٹر فریدہ خانم۔ "ار لائز ٹولڈ انڈر پریشر، جسٹیفائیبل ان اسلام؟" ہیں کیا؟</w:t>
      </w:r>
    </w:p>
    <w:p>
      <w:r>
        <w:rPr>
          <w:b/>
        </w:rPr>
        <w:t xml:space="preserve">[1:12:45] </w:t>
      </w:r>
      <w:r>
        <w:t>"are lies jhoot?"</w:t>
      </w:r>
    </w:p>
    <w:p>
      <w:pPr>
        <w:jc w:val="right"/>
      </w:pPr>
      <w:r>
        <w:t>"ار لائز جھوٹ؟"</w:t>
      </w:r>
    </w:p>
    <w:p>
      <w:r>
        <w:rPr>
          <w:b/>
        </w:rPr>
        <w:t xml:space="preserve">[1:12:48] </w:t>
      </w:r>
      <w:r>
        <w:t>"are lies told under pressure, justifiable in islam?" haan, dekhen, jhoot ke baray mein fiqh mein yeh masla hai ke agar apna jaan bachane ki baat ho,</w:t>
      </w:r>
    </w:p>
    <w:p>
      <w:pPr>
        <w:jc w:val="right"/>
      </w:pPr>
      <w:r>
        <w:t>"ار لائز ٹولڈ انڈر پریشر، جسٹیفائیبل ان اسلام؟" ہاں، دیکھیں، جھوٹ کے بارے میں فقہ میں یہ مسئلہ ہے کہ اگر اپنا جان بچانے کی بات ہو،</w:t>
      </w:r>
    </w:p>
    <w:p>
      <w:r>
        <w:rPr>
          <w:b/>
        </w:rPr>
        <w:t xml:space="preserve">[1:13:02] </w:t>
      </w:r>
      <w:r>
        <w:t>koi bohat baray nuqsan se bachne ki baat ho, tab jhoot bolna jaiz hai. lekin aaj kal jo jhoot bolte hain na, to woh tab tak yeh kalam hota hai.</w:t>
      </w:r>
    </w:p>
    <w:p>
      <w:pPr>
        <w:jc w:val="right"/>
      </w:pPr>
      <w:r>
        <w:t>کوئی بہت بڑے نقصان سے بچنے کی بات ہو، تب جھوٹ بولنا جائز ہے۔ لیکن آج کل جو جھوٹ بولتے ہیں نا، تو وہ تب تک یہ کلام ہوتا ہے۔</w:t>
      </w:r>
    </w:p>
    <w:p>
      <w:r>
        <w:rPr>
          <w:b/>
        </w:rPr>
        <w:t xml:space="preserve">[1:13:13] </w:t>
      </w:r>
      <w:r>
        <w:t>ek yaani is mein koi na na koi nuqsan in ko hai, na kuch hai.</w:t>
      </w:r>
    </w:p>
    <w:p>
      <w:pPr>
        <w:jc w:val="right"/>
      </w:pPr>
      <w:r>
        <w:t>ایک یعنی اس میں کوئی نہ نہ کوئی نقصان ان کو ہے، نہ کچھ ہے۔</w:t>
      </w:r>
    </w:p>
    <w:p>
      <w:r>
        <w:rPr>
          <w:b/>
        </w:rPr>
        <w:t xml:space="preserve">[1:13:18] </w:t>
      </w:r>
      <w:r>
        <w:t>jaise is aurat ne kaha ke nahi, nahi, mein hum ne order order nahi deti hoon. halankay order hi de rahi thi. woh to yeh aisa jhoot bol kar ke usay koi koi khatra thori tha, is ka tha.</w:t>
      </w:r>
    </w:p>
    <w:p>
      <w:pPr>
        <w:jc w:val="right"/>
      </w:pPr>
      <w:r>
        <w:t>جیسے اس عورت نے کہا کہ نہیں، نہیں، میں ہم نے آرڈر آرڈر نہیں دیتی ہوں۔ حالانکہ آرڈر ہی دے رہی تھی۔ وہ تو یہ ایسا جھوٹ بول کر کے اسے کوئی کوئی خطرہ تھوڑی تھا، اس کا تھا۔</w:t>
      </w:r>
    </w:p>
    <w:p>
      <w:r>
        <w:rPr>
          <w:b/>
        </w:rPr>
        <w:t xml:space="preserve">[1:13:29] </w:t>
      </w:r>
      <w:r>
        <w:t>koi gunh thori maar raha tha is ko. to dekhen, jhoot ki do qismen hain. aik woh hai ke aap khwamkhwah hi jhoot bolte rehte hain.</w:t>
      </w:r>
    </w:p>
    <w:p>
      <w:pPr>
        <w:jc w:val="right"/>
      </w:pPr>
      <w:r>
        <w:t>کوئی گن تھوڑی مار رہا تھا اس کو۔ تو دیکھیں، جھوٹ کی دو قسمیں ہیں۔ ایک وہ ہے کہ آپ خوامخواہ ہی جھوٹ بولتے رہتے ہیں۔</w:t>
      </w:r>
    </w:p>
    <w:p>
      <w:r>
        <w:rPr>
          <w:b/>
        </w:rPr>
        <w:t xml:space="preserve">[1:13:41] </w:t>
      </w:r>
      <w:r>
        <w:t>aik yeh hai ke koi bohat bara nuqsan aap ko paish aa raha hai, is se bachne ke liye aap ko jhoot bolna hai.</w:t>
      </w:r>
    </w:p>
    <w:p>
      <w:pPr>
        <w:jc w:val="right"/>
      </w:pPr>
      <w:r>
        <w:t>ایک یہ ہے کہ کوئی بہت بڑا نقصان آپ کو پیش آ رہا ہے، اس سے بچنے کے لیے آپ کو جھوٹ بولنا ہے۔</w:t>
      </w:r>
    </w:p>
    <w:p>
      <w:r>
        <w:rPr>
          <w:b/>
        </w:rPr>
        <w:t xml:space="preserve">[1:13:49] </w:t>
      </w:r>
      <w:r>
        <w:t>to jaan bachane ke liye jhoot bolna, ya koi aap ko paise ko loot raha hai, is ke liye jhoot bolna. is qism ke jo jhoot hotay hain, ya apne ko bachane ke liye hota hai, woh bilkul jaiz hai.</w:t>
      </w:r>
    </w:p>
    <w:p>
      <w:pPr>
        <w:jc w:val="right"/>
      </w:pPr>
      <w:r>
        <w:t>تو جان بچانے کے لیے جھوٹ بولنا، یا کوئی آپ کو پیسے کو لوٹ رہا ہے، اس کے لیے جھوٹ بولنا۔ اس قسم کے جو جھوٹ ہوتے ہیں، یا اپنے کو بچانے کے لیے ہوتا ہے، وہ بالکل جائز ہے۔</w:t>
      </w:r>
    </w:p>
    <w:p>
      <w:r>
        <w:rPr>
          <w:b/>
        </w:rPr>
        <w:t xml:space="preserve">[1:13:59] </w:t>
      </w:r>
      <w:r>
        <w:t>is mein koi gunah ki baat nahi hai.</w:t>
      </w:r>
    </w:p>
    <w:p>
      <w:pPr>
        <w:jc w:val="right"/>
      </w:pPr>
      <w:r>
        <w:t>اس میں کوئی گناہ کی بات نہیں ہے۔</w:t>
      </w:r>
    </w:p>
    <w:p>
      <w:r>
        <w:rPr>
          <w:b/>
        </w:rPr>
        <w:t xml:space="preserve">[1:14:03] </w:t>
      </w:r>
      <w:r>
        <w:t>in ka ah sheikh saadi ka bohat acha maqoola hai ke "darogh maslehat aamez, bahs rasti fitna angez" ke aisa jhoot jo logon ke andar ah woh laaye,</w:t>
      </w:r>
    </w:p>
    <w:p>
      <w:pPr>
        <w:jc w:val="right"/>
      </w:pPr>
      <w:r>
        <w:t>ان کا اہ شیخ سعدی کا بہت اچھا مقولہ ہے کہ "دروغ مصلحت آمیز، بحث راستی فتنہ انگیز" کہ ایسا جھوٹ جو لوگوں کے اندر اہ وہ لائے،</w:t>
      </w:r>
    </w:p>
    <w:p>
      <w:r>
        <w:rPr>
          <w:b/>
        </w:rPr>
        <w:t xml:space="preserve">[1:14:21] </w:t>
      </w:r>
      <w:r>
        <w:t>yani aisa jhoot jo ah logon ko faida pohanchaye, is jhoot is sach se acha hai jo logon ko koi nuqsan pohanchay</w:t>
      </w:r>
    </w:p>
    <w:p>
      <w:pPr>
        <w:jc w:val="right"/>
      </w:pPr>
      <w:r>
        <w:t>یعنی ایسا جھوٹ جو اہ لوگوں کو فائدہ پہنچائے، اس جھوٹ اس سچ سے اچھا ہے جو لوگوں کو کوئی نقصان پہنچائ</w:t>
      </w:r>
    </w:p>
    <w:p>
      <w:r>
        <w:rPr>
          <w:b/>
        </w:rPr>
        <w:t xml:space="preserve">[1:14:35] </w:t>
      </w:r>
      <w:r>
        <w:t>e. kabhi aisi situation ho jati hai ke ke jhoot bol kar aap kisi insan ko jaan bacha lete hain. jaise farz ki jiye ke aik aik aik aadmi hai, is ka dushman wahan pohanch gaya, gun le kar ke.</w:t>
      </w:r>
    </w:p>
    <w:p>
      <w:pPr>
        <w:jc w:val="right"/>
      </w:pPr>
      <w:r>
        <w:t>ے۔ کبھی ایسی سچوئیشن ہو جاتی ہے کہ کہ جھوٹ بول کر آپ کسی انسان کو جان بچا لیتے ہیں۔ جیسے فرض کیجئے کہ ایک ایک ایک آدمی ہے، اس کا دشمن وہاں پہنچ گیا، گن لے کر کے۔</w:t>
      </w:r>
    </w:p>
    <w:p>
      <w:r>
        <w:rPr>
          <w:b/>
        </w:rPr>
        <w:t xml:space="preserve">[1:14:50] </w:t>
      </w:r>
      <w:r>
        <w:t>woh marna chahta hai is aadmi ko, to aap se poochta hai ke bhai yeh wohi aadmi hai? aap agar keh dein ke nahi, nahi, yeh woh aadmi nahi hai,</w:t>
      </w:r>
    </w:p>
    <w:p>
      <w:pPr>
        <w:jc w:val="right"/>
      </w:pPr>
      <w:r>
        <w:t>وہ مارنا چاہتا ہے اس آدمی کو، تو آپ سے پوچھتا ہے کہ بھئی یہ وہی آدمی ہے؟ آپ اگر کہہ دیں کہ نہیں، نہیں، یہ وہ آدمی نہیں ہے،</w:t>
      </w:r>
    </w:p>
    <w:p>
      <w:r>
        <w:rPr>
          <w:b/>
        </w:rPr>
        <w:t xml:space="preserve">[1:14:59] </w:t>
      </w:r>
      <w:r>
        <w:t>to aap yeh jhoot bilkul yani jaiz hai, kyunke jhoot bol kar aap is insan ki jaan bacha lia. to jhoot bolna woh bura hai jo khwamkhwah hi log jhoot bolte rehte hain.</w:t>
      </w:r>
    </w:p>
    <w:p>
      <w:pPr>
        <w:jc w:val="right"/>
      </w:pPr>
      <w:r>
        <w:t>تو آپ یہ جھوٹ بالکل یعنی جائز ہے، کیونکہ جھوٹ بول کر آپ اس انسان کی جان بچا لیا۔ تو جھوٹ بولنا وہ برا ہے جو خوامخواہ ہی لوگ جھوٹ بولتے رہتے ہیں۔</w:t>
      </w:r>
    </w:p>
    <w:p>
      <w:r>
        <w:rPr>
          <w:b/>
        </w:rPr>
        <w:t xml:space="preserve">[1:15:16] </w:t>
      </w:r>
      <w:r>
        <w:t>is ko mein ne kaha farmaya na, "this of course does not apply to those situations where a person by lying can get material benefit."</w:t>
      </w:r>
    </w:p>
    <w:p>
      <w:pPr>
        <w:jc w:val="right"/>
      </w:pPr>
      <w:r>
        <w:t>اس کو میں نے کہا فرمایا نا، "دس اف کورس ڈز ناٹ اپلائی ٹو دوز سچویشنز ویر ا پرسن بائی لائینگ کین گیٹ مٹیریل بینیفٹ۔"</w:t>
      </w:r>
    </w:p>
    <w:p>
      <w:r>
        <w:rPr>
          <w:b/>
        </w:rPr>
        <w:t xml:space="preserve">[1:15:27] </w:t>
      </w:r>
      <w:r>
        <w:t>you are saying that it is only for saving ones life. yeh faida hasil karne ki jhoot par, woh bhi woh bhi gunah hai, jaiz nahi hai. haan, dekhen, aik cheez jaiz hai ke aap ka jaiz faida nahi mil raha hai.</w:t>
      </w:r>
    </w:p>
    <w:p>
      <w:pPr>
        <w:jc w:val="right"/>
      </w:pPr>
      <w:r>
        <w:t>یو آر سینگ دیٹ اٹ از اونلی فار سیونگ ونز لائف۔ یہ فائدہ حاصل کرنے کی جھوٹ پر، وہ بھی وہ بھی گناہ ہے، جائز نہیں ہے۔ ہاں، دیکھیں، ایک چیز جائز ہے کہ آپ کا جائز فائدہ نہیں مل رہا ہے۔</w:t>
      </w:r>
    </w:p>
    <w:p>
      <w:r>
        <w:rPr>
          <w:b/>
        </w:rPr>
        <w:t xml:space="preserve">[1:15:43] </w:t>
      </w:r>
      <w:r>
        <w:t>apne jaiz faide ko lene ke liye aap koi aisa karen, tab jaiz hoga woh. yani yani jo cheez aap ki nahi hai, us ko lene ke liye aap jhoot bolen to woh to guna</w:t>
      </w:r>
    </w:p>
    <w:p>
      <w:pPr>
        <w:jc w:val="right"/>
      </w:pPr>
      <w:r>
        <w:t>اپنے جائز فائدے کو لینے کے لیے آپ کوئی ایسا کریں، تب جائز ہوگا وہ۔ یعنی یعنی جو چیز آپ کی نہیں ہے، اس کو لینے کے لیے آپ جھوٹ بولیں تو وہ تو گنا</w:t>
      </w:r>
    </w:p>
    <w:p>
      <w:r>
        <w:rPr>
          <w:b/>
        </w:rPr>
        <w:t xml:space="preserve">[1:15:55] </w:t>
      </w:r>
      <w:r>
        <w:t>h hai. theek hai? jo cheez hai aap hi ki, kisi wajah se woh aap sach bol kar nahi mil rahi hai, aur jhoot bol kar mil sakti hai, aise mauqe par jhoot bolna jaiz hoga.</w:t>
      </w:r>
    </w:p>
    <w:p>
      <w:pPr>
        <w:jc w:val="right"/>
      </w:pPr>
      <w:r>
        <w:t>ہ ہے۔ ٹھیک ہے؟ جو چیز ہے آپ ہی کی، کسی وجہ سے وہ آپ سچ بول کر نہیں مل رہی ہے، اور جھوٹ بول کر مل سکتی ہے، ایسے موقع پر جھوٹ بولنا جائز ہوگا۔</w:t>
      </w:r>
    </w:p>
    <w:p>
      <w:r>
        <w:rPr>
          <w:b/>
        </w:rPr>
        <w:t xml:space="preserve">[1:16:10] </w:t>
      </w:r>
      <w:r>
        <w:t>this question is from miss teti. "in this competitive world, when every man is ready to show the other person down, how should one avoid negative feelings?"</w:t>
      </w:r>
    </w:p>
    <w:p>
      <w:pPr>
        <w:jc w:val="right"/>
      </w:pPr>
      <w:r>
        <w:t>دس کوئسچن از فرام مس تتی۔ "ان دس کمپیٹیٹیو ورلڈ، وین ایوری مین از ریڈی ٹو شو دی ادر پرسن ڈاؤن، ہاؤ شوڈ ون اوائڈ نیگیٹیو فیلنگز؟"</w:t>
      </w:r>
    </w:p>
    <w:p>
      <w:r>
        <w:rPr>
          <w:b/>
        </w:rPr>
        <w:t xml:space="preserve">[1:16:26] </w:t>
      </w:r>
      <w:r>
        <w:t>bhai, paradise lena hai to bachana parega apne ko. yeh to price hai. aap shop bhi karne jayen to aap kahen ge ke aap kaise aisa hota hai ke mein shopping karoon aur mera purse bhi khali na ho?</w:t>
      </w:r>
    </w:p>
    <w:p>
      <w:pPr>
        <w:jc w:val="right"/>
      </w:pPr>
      <w:r>
        <w:t>بھئی، پیرادائز لینا ہے تو بچانا پڑے گا اپنے کو۔ یہ تو پرائس ہے۔ آپ شاپ بھی کرنے جائیں تو آپ کہیں گے کہ آپ کیسے ایسا ہوتا ہے کہ میں شاپنگ کروں اور میرا پرس بھی خالی نہ ہو؟</w:t>
      </w:r>
    </w:p>
    <w:p>
      <w:r>
        <w:rPr>
          <w:b/>
        </w:rPr>
        <w:t xml:space="preserve">[1:16:39] </w:t>
      </w:r>
      <w:r>
        <w:t>yeh to nahi ho sakta. ya to purse khali kijiye, ya shopping kijiye, ya shopping na kijiye.</w:t>
      </w:r>
    </w:p>
    <w:p>
      <w:pPr>
        <w:jc w:val="right"/>
      </w:pPr>
      <w:r>
        <w:t>یہ تو نہیں ہو سکتا۔ یا تو پرس خالی کیجئے، یا شاپنگ کیجئے، یا شاپنگ نہ کیجئے۔</w:t>
      </w:r>
    </w:p>
    <w:p>
      <w:r>
        <w:rPr>
          <w:b/>
        </w:rPr>
        <w:t xml:space="preserve">[1:16:49] </w:t>
      </w:r>
      <w:r>
        <w:t>ya to paisa dijiye, ya shopping na kijiye.</w:t>
      </w:r>
    </w:p>
    <w:p>
      <w:pPr>
        <w:jc w:val="right"/>
      </w:pPr>
      <w:r>
        <w:t>یا تو پیسہ دیجئے، یا شاپنگ نہ کیجئے۔</w:t>
      </w:r>
    </w:p>
    <w:p>
      <w:r>
        <w:rPr>
          <w:b/>
        </w:rPr>
        <w:t xml:space="preserve">[1:16:52] </w:t>
      </w:r>
      <w:r>
        <w:t>to agar paradise mein jana hai to behal yeh yeh sacrifice to deni paregi. sochna apne aap se, yeh kabhi aap apne aap hi se ladna parta hai.</w:t>
      </w:r>
    </w:p>
    <w:p>
      <w:pPr>
        <w:jc w:val="right"/>
      </w:pPr>
      <w:r>
        <w:t>تو اگر پیرادائز میں جانا ہے تو بہرحال یہ یہ سیکریفائس تو دینی پڑے گی۔ سوچنا اپنے آپ سے، یہ کبھی آپ اپنے آپ ہی سے لڑنا پڑتا ہے۔</w:t>
      </w:r>
    </w:p>
    <w:p>
      <w:r>
        <w:rPr>
          <w:b/>
        </w:rPr>
        <w:t xml:space="preserve">[1:17:02] </w:t>
      </w:r>
      <w:r>
        <w:t>yaad rakhiye, khud apne aap se ladna parta hai. jaise hadith mein aata hai ke "jahidu anfusakum tum kamatu jahidun adakum".</w:t>
      </w:r>
    </w:p>
    <w:p>
      <w:pPr>
        <w:jc w:val="right"/>
      </w:pPr>
      <w:r>
        <w:t>یاد رکھیے، خود اپنے آپ سے لڑنا پڑتا ہے۔ جیسے حدیث میں آتا ہے کہ "جاہدو انفسکم تم کماتو جہادون اعداکم"۔</w:t>
      </w:r>
    </w:p>
    <w:p>
      <w:r>
        <w:rPr>
          <w:b/>
        </w:rPr>
        <w:t xml:space="preserve">[1:17:15] </w:t>
      </w:r>
      <w:r>
        <w:t>jis tarah tum dushman se jihad karte ho, waise hi apne aap se jihad karo. yeh to karna parega,</w:t>
      </w:r>
    </w:p>
    <w:p>
      <w:pPr>
        <w:jc w:val="right"/>
      </w:pPr>
      <w:r>
        <w:t>جس طرح تم دشمن سے جہاد کرتے ہو، ویسے ہی اپنے آپ سے جہاد کرو۔ یہ تو کرنا پڑے گا،</w:t>
      </w:r>
    </w:p>
    <w:p>
      <w:r>
        <w:rPr>
          <w:b/>
        </w:rPr>
        <w:t xml:space="preserve">[1:17:22] </w:t>
      </w:r>
      <w:r>
        <w:t>warna jannat rizq mein rahegi. this question is from doctor farida khanam.</w:t>
      </w:r>
    </w:p>
    <w:p>
      <w:pPr>
        <w:jc w:val="right"/>
      </w:pPr>
      <w:r>
        <w:t>ورنہ جنت رزق میں رہے گی۔ دس کوئسچن از فرام ڈاکٹر فریدہ خانم۔</w:t>
      </w:r>
    </w:p>
    <w:p>
      <w:r>
        <w:rPr>
          <w:b/>
        </w:rPr>
        <w:t xml:space="preserve">[1:17:30] </w:t>
      </w:r>
      <w:r>
        <w:t>"today man has come heavily under the influence of satan. it appears that no amount of good behavior is going to humanize the satanized man.</w:t>
      </w:r>
    </w:p>
    <w:p>
      <w:pPr>
        <w:jc w:val="right"/>
      </w:pPr>
      <w:r>
        <w:t>"ٹوڈے مین ہیز کم ہیولی انڈر دا انفلوئنس آف سیٹن۔ اٹ اپیئرز دیٹ نو اماؤنٹ آف گڈ بیہیویئر از گوئنگ ٹو ہیومنائز دا سیٹنائزڈ مین۔</w:t>
      </w:r>
    </w:p>
    <w:p>
      <w:r>
        <w:rPr>
          <w:b/>
        </w:rPr>
        <w:t xml:space="preserve">[1:17:44] </w:t>
      </w:r>
      <w:r>
        <w:t>what can be done to reform such people?"</w:t>
      </w:r>
    </w:p>
    <w:p>
      <w:pPr>
        <w:jc w:val="right"/>
      </w:pPr>
      <w:r>
        <w:t>واٹ کین بی ڈن ٹو ریفارم سچ پیپل؟"</w:t>
      </w:r>
    </w:p>
    <w:p>
      <w:r>
        <w:rPr>
          <w:b/>
        </w:rPr>
        <w:t xml:space="preserve">[1:17:51] </w:t>
      </w:r>
      <w:r>
        <w:t>dekhiye, quran mein bohat hi saaf tor par yeh baat batai gayi hai ke insan ko badalna hamare bas mein nahi hota hai. hamara jo hamari jo duty hai, woh baat ko pohanchana,</w:t>
      </w:r>
    </w:p>
    <w:p>
      <w:pPr>
        <w:jc w:val="right"/>
      </w:pPr>
      <w:r>
        <w:t>دیکھیے، قرآن میں بہت ہی صاف طور پر یہ بات بتائی گئی ہے کہ انسان کو بدلنا ہمارے بس میں نہیں ہوتا ہے۔ ہمارا جو ہماری جو ڈیوٹی ہے، وہ بات کو پہنچانا،</w:t>
      </w:r>
    </w:p>
    <w:p>
      <w:r>
        <w:rPr>
          <w:b/>
        </w:rPr>
        <w:t xml:space="preserve">[1:18:06] </w:t>
      </w:r>
      <w:r>
        <w:t>baat ko pohanchana aur phir dua karna. inma ant muzakkar lasta alaihim bimusatr. paighambar ke bare mein kaha gaya ke tum sirf yani pohanchane wale ho, tum inspector nahi ho.</w:t>
      </w:r>
    </w:p>
    <w:p>
      <w:pPr>
        <w:jc w:val="right"/>
      </w:pPr>
      <w:r>
        <w:t>بات کو پہنچانا اور پھر دعا کرنا۔ انما انت مذکر لست علیہم بمسطر۔ پیغمبر کے بارے میں کہا گیا کہ تم صرف یعنی پہنچانے والے ہو، تم انسپیکٹر نہیں ہو۔</w:t>
      </w:r>
    </w:p>
    <w:p>
      <w:r>
        <w:rPr>
          <w:b/>
        </w:rPr>
        <w:t xml:space="preserve">[1:18:22] </w:t>
      </w:r>
      <w:r>
        <w:t>to pohnchanay ki duty humein har haal mein karte rehna hai, karte rehna aur dua karte rehna hai. bas baqi woh insaan badlay ga, nahi badlay ga. to aap jantay hain ke Hazrat Nuh (AS) saaray saaray saal tak dawat detay rahay, aur thoday say log milay, baqi sab ke sab aap ke khilaaf ho gaye.</w:t>
      </w:r>
    </w:p>
    <w:p>
      <w:pPr>
        <w:jc w:val="right"/>
      </w:pPr>
      <w:r>
        <w:t>تو پہنچانے کی ڈیوٹی ہمیں ہر حال میں کرتے رہنا ہے، کرتے رہنا اور دعا کرتے رہنا ہے۔ بس باقی وہ انسان بدلے گا، نہیں بدلے گا۔ تو آپ جانتے ہیں کہ حضرت نوح علیہ السلام ساڑھے نو سو سال تک دعوت دیتے رہے، اور تھوڑے سے لوگ ملے، باقی سب کے سب آپ کے خلاف ہو گئے۔</w:t>
      </w:r>
    </w:p>
    <w:p>
      <w:r>
        <w:rPr>
          <w:b/>
        </w:rPr>
        <w:t xml:space="preserve">[1:18:44] </w:t>
      </w:r>
      <w:r>
        <w:t>to result ko hum hum hum result ko paida nahi kar sakt</w:t>
      </w:r>
    </w:p>
    <w:p>
      <w:pPr>
        <w:jc w:val="right"/>
      </w:pPr>
      <w:r>
        <w:t>تو رزلٹ کو ہم ہم ہم رزلٹ کو پیدا نہیں کر سکت</w:t>
      </w:r>
    </w:p>
    <w:p>
      <w:r>
        <w:rPr>
          <w:b/>
        </w:rPr>
        <w:t xml:space="preserve">[1:18:51] </w:t>
      </w:r>
      <w:r>
        <w:t>e. hamari jo bazat sirf yeh hai ke hum apni baat pohanchate rahen.</w:t>
      </w:r>
    </w:p>
    <w:p>
      <w:pPr>
        <w:jc w:val="right"/>
      </w:pPr>
      <w:r>
        <w:t>ے۔ ہماری جو بذات صرف یہ ہے کہ ہم اپنی بات پہنچاتے رہیں۔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