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Importance of Peace August 17, 2014</w:t>
      </w:r>
    </w:p>
    <w:p>
      <w:r>
        <w:t>https://youtu.be/ifxSwh2Jckw</w:t>
      </w:r>
    </w:p>
    <w:p>
      <w:r>
        <w:rPr>
          <w:b/>
        </w:rPr>
        <w:t xml:space="preserve">[00:15] </w:t>
      </w:r>
      <w:r>
        <w:t>bismillah rehmane raheem.</w:t>
      </w:r>
    </w:p>
    <w:p>
      <w:pPr>
        <w:jc w:val="right"/>
      </w:pPr>
      <w:r>
        <w:t>بسم اللہ الرحمن الرحیم۔</w:t>
      </w:r>
    </w:p>
    <w:p>
      <w:r>
        <w:rPr>
          <w:b/>
        </w:rPr>
        <w:t xml:space="preserve">[00:20] </w:t>
      </w:r>
      <w:r>
        <w:t>wasalli allah ala nabiyil kareem. rab ishrah li sadri, wa yassir li amri, wah lul uqdatan min lisani,</w:t>
      </w:r>
    </w:p>
    <w:p>
      <w:pPr>
        <w:jc w:val="right"/>
      </w:pPr>
      <w:r>
        <w:t>وصلی اللہ علی النبی الکریم۔ رب اشرح لی صدری، ویسر لی امری، واحل العقدۃ من لسانی،</w:t>
      </w:r>
    </w:p>
    <w:p>
      <w:r>
        <w:rPr>
          <w:b/>
        </w:rPr>
        <w:t xml:space="preserve">[00:33] </w:t>
      </w:r>
      <w:r>
        <w:t>yaf qahu qawli.</w:t>
      </w:r>
    </w:p>
    <w:p>
      <w:pPr>
        <w:jc w:val="right"/>
      </w:pPr>
      <w:r>
        <w:t>یفقہ قولی۔</w:t>
      </w:r>
    </w:p>
    <w:p>
      <w:r>
        <w:rPr>
          <w:b/>
        </w:rPr>
        <w:t xml:space="preserve">[00:41] </w:t>
      </w:r>
      <w:r>
        <w:t>aaj ka topic hai: importance of peace, aman ki ahmiyat.</w:t>
      </w:r>
    </w:p>
    <w:p>
      <w:pPr>
        <w:jc w:val="right"/>
      </w:pPr>
      <w:r>
        <w:t>آج کا ٹاپک ہے: امپورٹنس آف پیس، امن کی اہمیت۔</w:t>
      </w:r>
    </w:p>
    <w:p>
      <w:r>
        <w:rPr>
          <w:b/>
        </w:rPr>
        <w:t xml:space="preserve">[00:55] </w:t>
      </w:r>
      <w:r>
        <w:t>aik bohat hi educated aadmi se meri mulaqat hui.</w:t>
      </w:r>
    </w:p>
    <w:p>
      <w:pPr>
        <w:jc w:val="right"/>
      </w:pPr>
      <w:r>
        <w:t>ایک بہت ہی ایجوکیٹڈ آدمی سے میری ملاقات ہوئی۔</w:t>
      </w:r>
    </w:p>
    <w:p>
      <w:r>
        <w:rPr>
          <w:b/>
        </w:rPr>
        <w:t xml:space="preserve">[01:03] </w:t>
      </w:r>
      <w:r>
        <w:t>baat cheet ke douran unhon ne aik sawal kiya.</w:t>
      </w:r>
    </w:p>
    <w:p>
      <w:pPr>
        <w:jc w:val="right"/>
      </w:pPr>
      <w:r>
        <w:t>بات چیت کے دوران انہوں نے ایک سوال کیا۔</w:t>
      </w:r>
    </w:p>
    <w:p>
      <w:r>
        <w:rPr>
          <w:b/>
        </w:rPr>
        <w:t xml:space="preserve">[01:08] </w:t>
      </w:r>
      <w:r>
        <w:t>unhon ne kaha ke "What is the greatest contribution of Islam towards human history?" yani insani tareekh ke liye Islam ka</w:t>
      </w:r>
    </w:p>
    <w:p>
      <w:pPr>
        <w:jc w:val="right"/>
      </w:pPr>
      <w:r>
        <w:t>انہوں نے کہا کہ "What is the greatest contribution of Islam towards human history?" یعنی انسانی تاریخ کے لیے اسلام کا</w:t>
      </w:r>
    </w:p>
    <w:p>
      <w:r>
        <w:rPr>
          <w:b/>
        </w:rPr>
        <w:t xml:space="preserve">[01:26] </w:t>
      </w:r>
      <w:r>
        <w:t>sab se bara contribution kya hai?</w:t>
      </w:r>
    </w:p>
    <w:p>
      <w:pPr>
        <w:jc w:val="right"/>
      </w:pPr>
      <w:r>
        <w:t>سب سے بڑا کنٹریبیوشن کیا ہے؟</w:t>
      </w:r>
    </w:p>
    <w:p>
      <w:r>
        <w:rPr>
          <w:b/>
        </w:rPr>
        <w:t xml:space="preserve">[01:31] </w:t>
      </w:r>
      <w:r>
        <w:t>woh aik social science ke aadmi thay.</w:t>
      </w:r>
    </w:p>
    <w:p>
      <w:pPr>
        <w:jc w:val="right"/>
      </w:pPr>
      <w:r>
        <w:t>وہ ایک سوشل سائنس کے آدمی تھے۔</w:t>
      </w:r>
    </w:p>
    <w:p>
      <w:r>
        <w:rPr>
          <w:b/>
        </w:rPr>
        <w:t xml:space="preserve">[01:37] </w:t>
      </w:r>
      <w:r>
        <w:t>to woh zahir hai ke apne mindset ke lehaz se is sawal ka jawab chahtay thay.</w:t>
      </w:r>
    </w:p>
    <w:p>
      <w:pPr>
        <w:jc w:val="right"/>
      </w:pPr>
      <w:r>
        <w:t>تو وہ ظاہر ہے کہ اپنے مائنڈ سیٹ کے لحاظ سے اس سوال کا جواب چاہتے تھے۔</w:t>
      </w:r>
    </w:p>
    <w:p>
      <w:r>
        <w:rPr>
          <w:b/>
        </w:rPr>
        <w:t xml:space="preserve">[01:49] </w:t>
      </w:r>
      <w:r>
        <w:t>to mein ne kaha ke sab se bara contribution Islam ka yeh hai ke Islam ne pehli baar yeh bataya ke "How to establish peace in a society?"</w:t>
      </w:r>
    </w:p>
    <w:p>
      <w:pPr>
        <w:jc w:val="right"/>
      </w:pPr>
      <w:r>
        <w:t>تو میں نے کہا کہ سب سے بڑا کنٹریبیوشن اسلام کا یہ ہے کہ اسلام نے پہلی بار یہ بتایا کہ "How to establish peace in a society?"</w:t>
      </w:r>
    </w:p>
    <w:p>
      <w:r>
        <w:rPr>
          <w:b/>
        </w:rPr>
        <w:t xml:space="preserve">[02:04] </w:t>
      </w:r>
      <w:r>
        <w:t>peace kaise qaim kiya jaye society mein, yeh Islam ne pehli baar bataya.</w:t>
      </w:r>
    </w:p>
    <w:p>
      <w:pPr>
        <w:jc w:val="right"/>
      </w:pPr>
      <w:r>
        <w:t>پیس کیسے قائم کیا جائے سوسائٹی میں، یہ اسلام نے پہلی بار بتایا۔</w:t>
      </w:r>
    </w:p>
    <w:p>
      <w:r>
        <w:rPr>
          <w:b/>
        </w:rPr>
        <w:t xml:space="preserve">[02:13] </w:t>
      </w:r>
      <w:r>
        <w:t>haqeeqat yeh hai ke Islam se pehle insaan ko peace ka formula hi nahi maloom tha. lekin peace ke subject par aik poora, aik poora,</w:t>
      </w:r>
    </w:p>
    <w:p>
      <w:pPr>
        <w:jc w:val="right"/>
      </w:pPr>
      <w:r>
        <w:t>حقیقت یہ ہے کہ اسلام سے پہلے انسان کو پیس کا فارمولا ہی نہیں معلوم تھا۔ لیکن پیس کے سبجیکٹ پر ایک پورا، ایک پورا،</w:t>
      </w:r>
    </w:p>
    <w:p>
      <w:r>
        <w:rPr>
          <w:b/>
        </w:rPr>
        <w:t xml:space="preserve">[02:30] </w:t>
      </w:r>
      <w:r>
        <w:t>aik poori science hai jis ko kehtay hain pacifism. pacifism par bari bari kitabein likhi gayi hain. lekin aur bari bari mind is mein involve hain.</w:t>
      </w:r>
    </w:p>
    <w:p>
      <w:pPr>
        <w:jc w:val="right"/>
      </w:pPr>
      <w:r>
        <w:t>ایک پوری سائنس ہے جس کو کہتے ہیں پیسیفزم۔ پیسیفزم پر بڑی بڑی کتابیں لکھی گئی ہیں۔ لیکن اور بڑے بڑے مائنڈ اس میں انوالو ہیں۔</w:t>
      </w:r>
    </w:p>
    <w:p>
      <w:r>
        <w:rPr>
          <w:b/>
        </w:rPr>
        <w:t xml:space="preserve">[02:44] </w:t>
      </w:r>
      <w:r>
        <w:t>lekin koi daryaft nahi kar saka ke samaj mein peace kaise qaim kiya jaye.</w:t>
      </w:r>
    </w:p>
    <w:p>
      <w:pPr>
        <w:jc w:val="right"/>
      </w:pPr>
      <w:r>
        <w:t>لیکن کوئی دریافت نہیں کر سکا کہ سماج میں پیس کیسے قائم کیا جائے۔</w:t>
      </w:r>
    </w:p>
    <w:p>
      <w:r>
        <w:rPr>
          <w:b/>
        </w:rPr>
        <w:t xml:space="preserve">[02:56] </w:t>
      </w:r>
      <w:r>
        <w:t>is ka sabab yeh hai</w:t>
      </w:r>
    </w:p>
    <w:p>
      <w:pPr>
        <w:jc w:val="right"/>
      </w:pPr>
      <w:r>
        <w:t>اس کا سبب یہ ہے</w:t>
      </w:r>
    </w:p>
    <w:p>
      <w:r>
        <w:rPr>
          <w:b/>
        </w:rPr>
        <w:t xml:space="preserve">[03:00] </w:t>
      </w:r>
      <w:r>
        <w:t>ke peace ka formula logon ko nahi maloom ho saka. asal yeh hai ke samaj mein pehle baar, pehle zamanay mein samaj jo tha woh tribal samaj tha.</w:t>
      </w:r>
    </w:p>
    <w:p>
      <w:pPr>
        <w:jc w:val="right"/>
      </w:pPr>
      <w:r>
        <w:t>کہ پیس کا فارمولا لوگوں کو نہیں معلوم ہو سکا۔ اصل یہ ہے کہ سماج میں پہلے بار، پہلے زمانے میں سماج جو تھا وہ ٹرائبل سماج تھا۔</w:t>
      </w:r>
    </w:p>
    <w:p>
      <w:r>
        <w:rPr>
          <w:b/>
        </w:rPr>
        <w:t xml:space="preserve">[03:16] </w:t>
      </w:r>
      <w:r>
        <w:t>tribal age tha.</w:t>
      </w:r>
    </w:p>
    <w:p>
      <w:pPr>
        <w:jc w:val="right"/>
      </w:pPr>
      <w:r>
        <w:t>ٹرائبل ایج تھا۔</w:t>
      </w:r>
    </w:p>
    <w:p>
      <w:r>
        <w:rPr>
          <w:b/>
        </w:rPr>
        <w:t xml:space="preserve">[03:18] </w:t>
      </w:r>
      <w:r>
        <w:t>tribal age mein laraiyan hoti rehti theen. jahan bhi tribal, aaj bhi tribal ka culture hai, wahan bhi bhi laraiyan ho rahi hain.</w:t>
      </w:r>
    </w:p>
    <w:p>
      <w:pPr>
        <w:jc w:val="right"/>
      </w:pPr>
      <w:r>
        <w:t>ٹرائبل ایج میں لڑائیاں ہوتی رہتی تھیں۔ جہاں بھی ٹرائبل، آج بھی ٹرائبل کا کلچر ہے، وہاں بھی بھی لڑائیاں ہو رہی ہیں۔</w:t>
      </w:r>
    </w:p>
    <w:p>
      <w:r>
        <w:rPr>
          <w:b/>
        </w:rPr>
        <w:t xml:space="preserve">[03:33] </w:t>
      </w:r>
      <w:r>
        <w:t>to tribal age mein kyun larai hoti rehti thi?</w:t>
      </w:r>
    </w:p>
    <w:p>
      <w:pPr>
        <w:jc w:val="right"/>
      </w:pPr>
      <w:r>
        <w:t>تو ٹرائبل ایج میں کیوں لڑائی ہوتی رہتی تھی؟</w:t>
      </w:r>
    </w:p>
    <w:p>
      <w:r>
        <w:rPr>
          <w:b/>
        </w:rPr>
        <w:t xml:space="preserve">[03:39] </w:t>
      </w:r>
      <w:r>
        <w:t>yani sainkaron saal tak larai chalti rehti thi.</w:t>
      </w:r>
    </w:p>
    <w:p>
      <w:pPr>
        <w:jc w:val="right"/>
      </w:pPr>
      <w:r>
        <w:t>یعنی سینکڑوں سال تک لڑائی چلتی رہتی تھی۔</w:t>
      </w:r>
    </w:p>
    <w:p>
      <w:r>
        <w:rPr>
          <w:b/>
        </w:rPr>
        <w:t xml:space="preserve">[03:44] </w:t>
      </w:r>
      <w:r>
        <w:t>is ki wajah yeh hai ke har war hamesha aik chain war paida karti hai. yeh war ki psychology hai.</w:t>
      </w:r>
    </w:p>
    <w:p>
      <w:pPr>
        <w:jc w:val="right"/>
      </w:pPr>
      <w:r>
        <w:t>اس کی وجہ یہ ہے کہ ہر وار ہمیشہ ایک چین وار پیدا کرتی ہے۔ یہ وار کی سائیکالوجی ہے۔</w:t>
      </w:r>
    </w:p>
    <w:p>
      <w:r>
        <w:rPr>
          <w:b/>
        </w:rPr>
        <w:t xml:space="preserve">[03:56] </w:t>
      </w:r>
      <w:r>
        <w:t>war always leads to a chain war. kyu? is ka sabab yeh hai ke war mein aik jeetta hai, aik haarta hai.</w:t>
      </w:r>
    </w:p>
    <w:p>
      <w:pPr>
        <w:jc w:val="right"/>
      </w:pPr>
      <w:r>
        <w:t>وار الویز لیڈز ٹو ا چین وار۔ کیوں؟ اس کا سبب یہ ہے کہ وار میں ایک جیتتا ہے، ایک ہارتا ہے۔</w:t>
      </w:r>
    </w:p>
    <w:p>
      <w:r>
        <w:rPr>
          <w:b/>
        </w:rPr>
        <w:t xml:space="preserve">[04:11] </w:t>
      </w:r>
      <w:r>
        <w:t>to yeh human psychology hai ke aadmi defeat ko accept nahi karta. yeh human psychology hai.</w:t>
      </w:r>
    </w:p>
    <w:p>
      <w:pPr>
        <w:jc w:val="right"/>
      </w:pPr>
      <w:r>
        <w:t>تو یہ ہیومن سائیکالوجی ہے کہ آدمی ڈیفیٹ کو ایکسیپٹ نہیں کرتا۔ یہ ہیومن سائیکالوجی ہے۔</w:t>
      </w:r>
    </w:p>
    <w:p>
      <w:r>
        <w:rPr>
          <w:b/>
        </w:rPr>
        <w:t xml:space="preserve">[04:20] </w:t>
      </w:r>
      <w:r>
        <w:t>kabhi bhi insaan is ke liye tayyar nahi hota ke woh defeat ko accept karay. to hota kya tha? war hui do partiyon ke beech mein, aik jeeta, aik hara.</w:t>
      </w:r>
    </w:p>
    <w:p>
      <w:pPr>
        <w:jc w:val="right"/>
      </w:pPr>
      <w:r>
        <w:t>کبھی بھی انسان اس کے لیے تیار نہیں ہوتا کہ وہ ڈیفیٹ کو ایکسیپٹ کرے۔ تو ہوتا کیا تھا؟ وار ہوئی دو پارٹیوں کے بیچ میں، ایک جیتا، ایک ہارا۔</w:t>
      </w:r>
    </w:p>
    <w:p>
      <w:r>
        <w:rPr>
          <w:b/>
        </w:rPr>
        <w:t xml:space="preserve">[04:35] </w:t>
      </w:r>
      <w:r>
        <w:t>to jo hara, us ne defeat ko accept nahi kiya. to nateeja kya hua?</w:t>
      </w:r>
    </w:p>
    <w:p>
      <w:pPr>
        <w:jc w:val="right"/>
      </w:pPr>
      <w:r>
        <w:t>تو جو ہارا، اس نے ڈیفیٹ کو ایکسیپٹ نہیں کیا۔ تو نتیجہ کیا ہوا؟</w:t>
      </w:r>
    </w:p>
    <w:p>
      <w:r>
        <w:rPr>
          <w:b/>
        </w:rPr>
        <w:t xml:space="preserve">[04:42] </w:t>
      </w:r>
      <w:r>
        <w:t>woh haar jo hai, badal gayi revenge mein, inteqaam mein. yaani haarne wala jo hai, ab yeh sochega, sochne laga ke mein kis tarah inteqaam loon, kis tarah mein revenge loon.</w:t>
      </w:r>
    </w:p>
    <w:p>
      <w:pPr>
        <w:jc w:val="right"/>
      </w:pPr>
      <w:r>
        <w:t>وہ ہار جو ہے، بدل گئی ریونج میں، انتقام میں۔ یعنی ہارنے والا جو ہے، اب یہ سوچے گا، سوچنے لگا کہ میں کس طرح انتقام لوں، کس طرح میں ریونج لوں۔</w:t>
      </w:r>
    </w:p>
    <w:p>
      <w:r>
        <w:rPr>
          <w:b/>
        </w:rPr>
        <w:t xml:space="preserve">[04:57] </w:t>
      </w:r>
      <w:r>
        <w:t>to haar, to war ke nateeje mein jo cheez paida hoti hai haarne wale ke liye, woh haar nahi hoti, inteqaam hota hai.</w:t>
      </w:r>
    </w:p>
    <w:p>
      <w:pPr>
        <w:jc w:val="right"/>
      </w:pPr>
      <w:r>
        <w:t>تو ہار، تو وار کے نتیجے میں جو چیز پیدا ہوتی ہے ہارنے والے کے لیے، وہ ہار نہیں ہوتی، انتقام ہوتا ہے۔</w:t>
      </w:r>
    </w:p>
    <w:p>
      <w:r>
        <w:rPr>
          <w:b/>
        </w:rPr>
        <w:t xml:space="preserve">[05:08] </w:t>
      </w:r>
      <w:r>
        <w:t>woh</w:t>
      </w:r>
    </w:p>
    <w:p>
      <w:pPr>
        <w:jc w:val="right"/>
      </w:pPr>
      <w:r>
        <w:t>وہ</w:t>
      </w:r>
    </w:p>
    <w:p>
      <w:r>
        <w:rPr>
          <w:b/>
        </w:rPr>
        <w:t xml:space="preserve">[05:10] </w:t>
      </w:r>
      <w:r>
        <w:t>isi liye har har war ke baad aik aur war, har war ke baad aik aur war. kyu ke hara hua fareeq jo hai, woh is ke andar jo nafsiyat paida ho jaati hai, woh inteqaam lene ki.</w:t>
      </w:r>
    </w:p>
    <w:p>
      <w:pPr>
        <w:jc w:val="right"/>
      </w:pPr>
      <w:r>
        <w:t>اسی لیے ہر ہر وار کے بعد ایک اور وار، ہر وار کے بعد ایک اور وار۔ کیونکہ ہارا ہوا فریق جو ہے، وہ اس کے اندر جو نفسیات پیدا ہو جاتی ہے، وہ انتقام لینے کی۔</w:t>
      </w:r>
    </w:p>
    <w:p>
      <w:r>
        <w:rPr>
          <w:b/>
        </w:rPr>
        <w:t xml:space="preserve">[05:28] </w:t>
      </w:r>
      <w:r>
        <w:t>to isi se paida hota hai chain war. chain war yaani silsile war, war aik ke baad, war aik ke baad do, doosre ke baad teesri, teesri ke baad chauthi.</w:t>
      </w:r>
    </w:p>
    <w:p>
      <w:pPr>
        <w:jc w:val="right"/>
      </w:pPr>
      <w:r>
        <w:t>تو اسی سے پیدا ہوتا ہے چین وار۔ چین وار یعنی سلسلے وار، وار ایک کے بعد، وار ایک کے بعد دو، دوسرے کے بعد تیسری، تیسری کے بعد چوتھی۔</w:t>
      </w:r>
    </w:p>
    <w:p>
      <w:r>
        <w:rPr>
          <w:b/>
        </w:rPr>
        <w:t xml:space="preserve">[05:41] </w:t>
      </w:r>
      <w:r>
        <w:t>yeh thi woh, yeh tha woh problem jis se dunya phansi hui thi.</w:t>
      </w:r>
    </w:p>
    <w:p>
      <w:pPr>
        <w:jc w:val="right"/>
      </w:pPr>
      <w:r>
        <w:t>یہ تھی وہ، یہ تھا وہ پرابلم جس سے دنیا پھنسی ہوئی تھی۔</w:t>
      </w:r>
    </w:p>
    <w:p>
      <w:r>
        <w:rPr>
          <w:b/>
        </w:rPr>
        <w:t xml:space="preserve">[05:51] </w:t>
      </w:r>
      <w:r>
        <w:t>to Islam ne pehli baar yeh bataya ke peace qaim karne ka formula kya hai.</w:t>
      </w:r>
    </w:p>
    <w:p>
      <w:pPr>
        <w:jc w:val="right"/>
      </w:pPr>
      <w:r>
        <w:t>تو اسلام نے پہلی بار یہ بتایا کہ پیس قائم کرنے کا فارمولا کیا ہے۔</w:t>
      </w:r>
    </w:p>
    <w:p>
      <w:r>
        <w:rPr>
          <w:b/>
        </w:rPr>
        <w:t xml:space="preserve">[05:59] </w:t>
      </w:r>
      <w:r>
        <w:t>Surah Nisa mein yeh ayat hai: aslul khair aslul khair ka matlab hai: "reconciliation is the best."</w:t>
      </w:r>
    </w:p>
    <w:p>
      <w:pPr>
        <w:jc w:val="right"/>
      </w:pPr>
      <w:r>
        <w:t>سورہ النساء میں یہ آیت ہے: أصل الخير أصل الخیر کا مطلب ہے: "ری کانسلیشن از دا بیسٹ۔"</w:t>
      </w:r>
    </w:p>
    <w:p>
      <w:r>
        <w:rPr>
          <w:b/>
        </w:rPr>
        <w:t xml:space="preserve">[06:13] </w:t>
      </w:r>
      <w:r>
        <w:t>"reconciliation is the best."</w:t>
      </w:r>
    </w:p>
    <w:p>
      <w:pPr>
        <w:jc w:val="right"/>
      </w:pPr>
      <w:r>
        <w:t>"ری کانسلیشن از دا بیسٹ۔"</w:t>
      </w:r>
    </w:p>
    <w:p>
      <w:r>
        <w:rPr>
          <w:b/>
        </w:rPr>
        <w:t xml:space="preserve">[06:16] </w:t>
      </w:r>
      <w:r>
        <w:t>"reconciliation" kyu best hai?</w:t>
      </w:r>
    </w:p>
    <w:p>
      <w:pPr>
        <w:jc w:val="right"/>
      </w:pPr>
      <w:r>
        <w:t>"ری کانسلیشن" کیوں بیسٹ ہے؟</w:t>
      </w:r>
    </w:p>
    <w:p>
      <w:r>
        <w:rPr>
          <w:b/>
        </w:rPr>
        <w:t xml:space="preserve">[06:21] </w:t>
      </w:r>
      <w:r>
        <w:t>is liye ke in terms of result, yeh baat jo kahi gayi hai Quran majeed mein, woh in terms of result hai. yaani reconciliation ke baad kya hoga?</w:t>
      </w:r>
    </w:p>
    <w:p>
      <w:pPr>
        <w:jc w:val="right"/>
      </w:pPr>
      <w:r>
        <w:t>اس لیے کہ ان ٹرمز آف رزلٹ، یہ بات جو کہی گئی ہے قرآن مجید میں، وہ ان ٹرمز آف رزلٹ ہے۔ یعنی ری کانسلیشن کے بعد کیا ہوگا؟</w:t>
      </w:r>
    </w:p>
    <w:p>
      <w:r>
        <w:rPr>
          <w:b/>
        </w:rPr>
        <w:t xml:space="preserve">[06:33] </w:t>
      </w:r>
      <w:r>
        <w:t>peace aaye ga. peace ke baad kya hoga? opportunities ke darwaze khulein ge. phir kya hoga?</w:t>
      </w:r>
    </w:p>
    <w:p>
      <w:pPr>
        <w:jc w:val="right"/>
      </w:pPr>
      <w:r>
        <w:t>پیس آئے گا۔ پیس کے بعد کیا ہوگا؟ اپرچونیٹیز کے دروازے کھلیں گے۔ پھر کیا ہوگا؟</w:t>
      </w:r>
    </w:p>
    <w:p>
      <w:r>
        <w:rPr>
          <w:b/>
        </w:rPr>
        <w:t xml:space="preserve">[06:41] </w:t>
      </w:r>
      <w:r>
        <w:t>aap ko yeh mauqa mile ga ke opportunities ka wul kar ke apna maqsad haasil kar saken. kyu ke baghair peace ke kuch haasil nahi kar sakte aap.</w:t>
      </w:r>
    </w:p>
    <w:p>
      <w:pPr>
        <w:jc w:val="right"/>
      </w:pPr>
      <w:r>
        <w:t>آپ کو یہ موقع ملے گا کہ اپرچونیٹیز کا ول کر کے اپنا مقصد حاصل کر سکیں۔ کیونکہ بغیر پیس کے کچھ حاصل نہیں کر سکتے آپ۔</w:t>
      </w:r>
    </w:p>
    <w:p>
      <w:r>
        <w:rPr>
          <w:b/>
        </w:rPr>
        <w:t xml:space="preserve">[06:52] </w:t>
      </w:r>
      <w:r>
        <w:t>na na religious, na secular.</w:t>
      </w:r>
    </w:p>
    <w:p>
      <w:pPr>
        <w:jc w:val="right"/>
      </w:pPr>
      <w:r>
        <w:t>نہ نہ ریلیجس، نہ سیکولر۔</w:t>
      </w:r>
    </w:p>
    <w:p>
      <w:r>
        <w:rPr>
          <w:b/>
        </w:rPr>
        <w:t xml:space="preserve">[06:58] </w:t>
      </w:r>
      <w:r>
        <w:t>Where there is peace, there are opportunities. And where there are opportunities, you can achieve your goal.</w:t>
      </w:r>
    </w:p>
    <w:p>
      <w:pPr>
        <w:jc w:val="right"/>
      </w:pPr>
      <w:r>
        <w:t>Where there is peace, there are opportunities. And where there are opportunities, you can achieve your goal.</w:t>
      </w:r>
    </w:p>
    <w:p>
      <w:r>
        <w:rPr>
          <w:b/>
        </w:rPr>
        <w:t xml:space="preserve">[07:11] </w:t>
      </w:r>
      <w:r>
        <w:t>Without peace, it is not possible.</w:t>
      </w:r>
    </w:p>
    <w:p>
      <w:pPr>
        <w:jc w:val="right"/>
      </w:pPr>
      <w:r>
        <w:t>Without peace, it is not possible.</w:t>
      </w:r>
    </w:p>
    <w:p>
      <w:r>
        <w:rPr>
          <w:b/>
        </w:rPr>
        <w:t xml:space="preserve">[07:16] </w:t>
      </w:r>
      <w:r>
        <w:t>to yeh jo formula hai Islam mein aaya, woh yeh, is ko mein yahi kahoon ga ke aik fareeq ko chahiye ke woh unilateral tor par war ko khatam kar de.</w:t>
      </w:r>
    </w:p>
    <w:p>
      <w:pPr>
        <w:jc w:val="right"/>
      </w:pPr>
      <w:r>
        <w:t>تو یہ جو فارمولا ہے اسلام میں آیا، وہ یہ، اس کو میں یہی کہوں گا کہ ایک فریق کو چاہیے کہ وہ یونیلیٹرل طور پر وار کو ختم کر دے۔</w:t>
      </w:r>
    </w:p>
    <w:p>
      <w:r>
        <w:rPr>
          <w:b/>
        </w:rPr>
        <w:t xml:space="preserve">[07:28] </w:t>
      </w:r>
      <w:r>
        <w:t>yaani</w:t>
      </w:r>
    </w:p>
    <w:p>
      <w:pPr>
        <w:jc w:val="right"/>
      </w:pPr>
      <w:r>
        <w:t>یعنی</w:t>
      </w:r>
    </w:p>
    <w:p>
      <w:r>
        <w:rPr>
          <w:b/>
        </w:rPr>
        <w:t xml:space="preserve">[07:29] </w:t>
      </w:r>
      <w:r>
        <w:t>peace ka formula: unilateral peace. yaani bajaye is ke ke aap defeat ke baad inteqaam len, defeat ke baad aap unilateral tor par peaceful ho jayen,</w:t>
      </w:r>
    </w:p>
    <w:p>
      <w:pPr>
        <w:jc w:val="right"/>
      </w:pPr>
      <w:r>
        <w:t>پیس کا فارمولا: یونیلیٹرل پیس۔ یعنی بجائے اس کے کہ آپ ڈیفیٹ کے بعد انتقام لیں، ڈیفیٹ کے بعد آپ یونیلیٹرل طور پر پیس فل ہو جائیں،</w:t>
      </w:r>
    </w:p>
    <w:p>
      <w:r>
        <w:rPr>
          <w:b/>
        </w:rPr>
        <w:t xml:space="preserve">[07:47] </w:t>
      </w:r>
      <w:r>
        <w:t>tab society mein peace aaye ga aur tab aap ko mauqa khule ga kaam karne ke.</w:t>
      </w:r>
    </w:p>
    <w:p>
      <w:pPr>
        <w:jc w:val="right"/>
      </w:pPr>
      <w:r>
        <w:t>تب سوسائٹی میں پیس آئے گا اور تب آپ کو موقع کھلے گا کام کرنے کے۔</w:t>
      </w:r>
    </w:p>
    <w:p>
      <w:r>
        <w:rPr>
          <w:b/>
        </w:rPr>
        <w:t xml:space="preserve">[07:58] </w:t>
      </w:r>
      <w:r>
        <w:t>Islam mein is ki practical misaal, jo bohat hi bari misaal hai, woh hai Surah Hudaybiyah ki misaal.</w:t>
      </w:r>
    </w:p>
    <w:p>
      <w:pPr>
        <w:jc w:val="right"/>
      </w:pPr>
      <w:r>
        <w:t>اسلام میں اس کی پریکٹیکل مثال، جو بہت ہی بڑی مثال ہے، وہ ہے سورہ حدیبیہ کی مثال۔</w:t>
      </w:r>
    </w:p>
    <w:p>
      <w:r>
        <w:rPr>
          <w:b/>
        </w:rPr>
        <w:t xml:space="preserve">[08:08] </w:t>
      </w:r>
      <w:r>
        <w:t>aap jante hain ke rasool allah salallaho alaihi wasallam seventh century ke first quarter mein aap ne mission shuru kiya makka mein. is waqt arab jo hai, tribal culture ke zamane mein tha.</w:t>
      </w:r>
    </w:p>
    <w:p>
      <w:pPr>
        <w:jc w:val="right"/>
      </w:pPr>
      <w:r>
        <w:t>آپ جانتے ہیں کہ رسول اللہ صلی اللہ علیہ وسلم سیونتھ سنچری کے فرسٹ کوارٹر میں آپ نے مشن شروع کیا مکہ میں۔ اس وقت عرب جو ہے، ٹرائبل کلچر کے زمانے میں تھا۔</w:t>
      </w:r>
    </w:p>
    <w:p>
      <w:r>
        <w:rPr>
          <w:b/>
        </w:rPr>
        <w:t xml:space="preserve">[08:21] </w:t>
      </w:r>
      <w:r>
        <w:t>lraaiyan, lraaiyan, lraaiyan.</w:t>
      </w:r>
    </w:p>
    <w:p>
      <w:pPr>
        <w:jc w:val="right"/>
      </w:pPr>
      <w:r>
        <w:t>لڑائیاں، لڑائیاں، لڑائیاں۔</w:t>
      </w:r>
    </w:p>
    <w:p>
      <w:r>
        <w:rPr>
          <w:b/>
        </w:rPr>
        <w:t xml:space="preserve">[08:25] </w:t>
      </w:r>
      <w:r>
        <w:t>rasool allah ke sath jo kuch lraaiyan pesh aaeen, woh due to tribal culture theen.</w:t>
      </w:r>
    </w:p>
    <w:p>
      <w:pPr>
        <w:jc w:val="right"/>
      </w:pPr>
      <w:r>
        <w:t>رسول اللہ کے ساتھ جو کچھ لڑائیاں پیش آئیں، وہ ڈیو ٹو ٹرائبل کلچر تھیں۔</w:t>
      </w:r>
    </w:p>
    <w:p>
      <w:r>
        <w:rPr>
          <w:b/>
        </w:rPr>
        <w:t xml:space="preserve">[08:34] </w:t>
      </w:r>
      <w:r>
        <w:t>islam ki taleem se in ka koi taluq nahi tha. kuch log yeh samajhte hain ke islam jo hai, woh tashaddud sikhata hai.</w:t>
      </w:r>
    </w:p>
    <w:p>
      <w:pPr>
        <w:jc w:val="right"/>
      </w:pPr>
      <w:r>
        <w:t>اسلام کی تعلیم سے ان کا کوئی تعلق نہیں تھا۔ کچھ لوگ یہ سمجھتے ہیں کہ اسلام جو ہے، وہ تشدد سکھاتا ہے۔</w:t>
      </w:r>
    </w:p>
    <w:p>
      <w:r>
        <w:rPr>
          <w:b/>
        </w:rPr>
        <w:t xml:space="preserve">[08:44] </w:t>
      </w:r>
      <w:r>
        <w:t>islam larr kar ke apna nizam qaim karna chahta hai. yeh sab bilkul baseless baat hai, baseless. rasool allah salallaho alaihi wasallam ke daur mein jo chand lraaiyan pesh aaeen theen, woh age factor ki wajah se theen.</w:t>
      </w:r>
    </w:p>
    <w:p>
      <w:pPr>
        <w:jc w:val="right"/>
      </w:pPr>
      <w:r>
        <w:t>اسلام لڑ کر کے اپنا نظام قائم کرنا چاہتا ہے۔ یہ سب بالکل بیسلیس بات ہے، بیسلیس۔ رسول اللہ صلی اللہ علیہ وسلم کے دورے میں جو چند لڑائیاں پیش آئیں تھیں، وہ ایج فیکٹر کی وجہ سے تھیں۔</w:t>
      </w:r>
    </w:p>
    <w:p>
      <w:r>
        <w:rPr>
          <w:b/>
        </w:rPr>
        <w:t xml:space="preserve">[09:01] </w:t>
      </w:r>
      <w:r>
        <w:t>yani due to tribal age.</w:t>
      </w:r>
    </w:p>
    <w:p>
      <w:pPr>
        <w:jc w:val="right"/>
      </w:pPr>
      <w:r>
        <w:t>یعنی ڈیو ٹو ٹرائبل ایج۔</w:t>
      </w:r>
    </w:p>
    <w:p>
      <w:r>
        <w:rPr>
          <w:b/>
        </w:rPr>
        <w:t xml:space="preserve">[09:06] </w:t>
      </w:r>
      <w:r>
        <w:t>matlab inhi ki taraf se aggression hua, in ki taraf se attack hua, in ki taraf se iqdam kiya gaya. to rasool allah salallaho alaihi wasallam ne defense ke taur par lraaiyan lareen.</w:t>
      </w:r>
    </w:p>
    <w:p>
      <w:pPr>
        <w:jc w:val="right"/>
      </w:pPr>
      <w:r>
        <w:t>مطلب انہی کی طرف سے ایگریشن ہوا، ان کی طرف سے اٹیک ہوا، ان کی طرف سے اقدام کیا گیا۔ تو رسول اللہ صلی اللہ علیہ وسلم نے ڈیفنس کے طور پر لڑائیاں لڑیں۔</w:t>
      </w:r>
    </w:p>
    <w:p>
      <w:r>
        <w:rPr>
          <w:b/>
        </w:rPr>
        <w:t xml:space="preserve">[09:17] </w:t>
      </w:r>
      <w:r>
        <w:t>lekin yeh bhi mein arz karoon ke scholars ki definition ke mutabiq full fledge war woh hai jo kam se kam che din jari rahe.</w:t>
      </w:r>
    </w:p>
    <w:p>
      <w:pPr>
        <w:jc w:val="right"/>
      </w:pPr>
      <w:r>
        <w:t>لیکن یہ بھی میں عرض کروں کہ اسکالرز کی ڈیفینیشن کے مطابق فل فلیج وار وہ ہے جو کم سے کم چھ دن جاری رہے۔</w:t>
      </w:r>
    </w:p>
    <w:p>
      <w:r>
        <w:rPr>
          <w:b/>
        </w:rPr>
        <w:t xml:space="preserve">[09:31] </w:t>
      </w:r>
      <w:r>
        <w:t>che din agar nahi chali lrai to woh inscription kahi jayegi,</w:t>
      </w:r>
    </w:p>
    <w:p>
      <w:pPr>
        <w:jc w:val="right"/>
      </w:pPr>
      <w:r>
        <w:t>چھ دن اگر نہیں چلی لڑائی تو وہ اسکرپشن کہی جائے گی،</w:t>
      </w:r>
    </w:p>
    <w:p>
      <w:r>
        <w:rPr>
          <w:b/>
        </w:rPr>
        <w:t xml:space="preserve">[09:36] </w:t>
      </w:r>
      <w:r>
        <w:t>woh lrai nahi kahi jayegi. to rasool allah ke zamane mein jo chand lraaiyan huien, woh woh to aik din ki theen. bas hood ki lrai aik din ki, badr ki lrai aik din ki, hunain ki lrai aik din ki.</w:t>
      </w:r>
    </w:p>
    <w:p>
      <w:pPr>
        <w:jc w:val="right"/>
      </w:pPr>
      <w:r>
        <w:t>وہ لڑائی نہیں کہی جائے گی۔ تو رسول اللہ کے زمانے میں جو چند لڑائیاں ہوئیں، وہ وہ تو ایک دن کی تھیں۔ بس ہود کی لڑائی ایک دن کی، بدر کی لڑائی ایک دن کی، حنین کی لڑائی ایک دن کی۔</w:t>
      </w:r>
    </w:p>
    <w:p>
      <w:r>
        <w:rPr>
          <w:b/>
        </w:rPr>
        <w:t xml:space="preserve">[09:53] </w:t>
      </w:r>
      <w:r>
        <w:t>is ka matlab kya hua? ke yeh in mein se koi bhi full fledge war nahi thi, woh sab ki sab inscriptions theen.</w:t>
      </w:r>
    </w:p>
    <w:p>
      <w:pPr>
        <w:jc w:val="right"/>
      </w:pPr>
      <w:r>
        <w:t>اس کا مطلب کیا ہوا؟ کہ یہ ان میں سے کوئی بھی فل فلیج وار نہیں تھی، وہ سب کی سب اسکرپشنز تھیں۔</w:t>
      </w:r>
    </w:p>
    <w:p>
      <w:r>
        <w:rPr>
          <w:b/>
        </w:rPr>
        <w:t xml:space="preserve">[10:08] </w:t>
      </w:r>
      <w:r>
        <w:t>to rasool allah salallaho alaihi wasallam ne yeh apnaya. agarchay aap ko attack kiya gaya, aap ke khilaf jang chheri gayi.</w:t>
      </w:r>
    </w:p>
    <w:p>
      <w:pPr>
        <w:jc w:val="right"/>
      </w:pPr>
      <w:r>
        <w:t>تو رسول اللہ صلی اللہ علیہ وسلم نے یہ اپنایا۔ اگرچہ آپ کو اٹیک کیا گیا، آپ کے خلاف جنگ چھڑی گئی۔</w:t>
      </w:r>
    </w:p>
    <w:p>
      <w:r>
        <w:rPr>
          <w:b/>
        </w:rPr>
        <w:t xml:space="preserve">[10:18] </w:t>
      </w:r>
      <w:r>
        <w:t>yani tribal age ki wajah se. lekin aap ne manage kiya, har bar manage karte rahe aap ke is kis tarah se jang khatam ho.</w:t>
      </w:r>
    </w:p>
    <w:p>
      <w:pPr>
        <w:jc w:val="right"/>
      </w:pPr>
      <w:r>
        <w:t>یعنی ٹرائبل ایج کی وجہ سے۔ لیکن آپ نے مینج کیا، ہر بار مینج کرتے رہے آپ کہ اس کس طریقے سے جنگ ختم ہو۔</w:t>
      </w:r>
    </w:p>
    <w:p>
      <w:r>
        <w:rPr>
          <w:b/>
        </w:rPr>
        <w:t xml:space="preserve">[10:30] </w:t>
      </w:r>
      <w:r>
        <w:t>yahan tak ke dekhiye, aap ne makka mein jab aakhri naubat aa gayi to aap bajaye larrne ke, aap madine chale gaye.</w:t>
      </w:r>
    </w:p>
    <w:p>
      <w:pPr>
        <w:jc w:val="right"/>
      </w:pPr>
      <w:r>
        <w:t>یہاں تک کہ دیکھیے، آپ نے مکہ میں جب آخری نوبت آ گئی تو آپ بجائے لڑنے کے، آپ مدینے چلے گئے۔</w:t>
      </w:r>
    </w:p>
    <w:p>
      <w:r>
        <w:rPr>
          <w:b/>
        </w:rPr>
        <w:t xml:space="preserve">[10:41] </w:t>
      </w:r>
      <w:r>
        <w:t>yani 13 saal ke baad yeh shakal bani thi ke aap baqayda lrai shuru ho jaye dono fareeq ke darmiyan. lekin aap ne avoid kiya, aap chale gaye madina, jis ko hijrat kaha jata hai.</w:t>
      </w:r>
    </w:p>
    <w:p>
      <w:pPr>
        <w:jc w:val="right"/>
      </w:pPr>
      <w:r>
        <w:t>یعنی 13 سال کے بعد یہ شکل بنی تھی کہ آپ باقاعدہ لڑائی شروع ہو جائے دونوں فریق کے درمیان۔ لیکن آپ نے اوائڈ کیا، آپ چلے گئے مدینہ، جس کو ہجرت کہا جاتا ہے۔</w:t>
      </w:r>
    </w:p>
    <w:p>
      <w:r>
        <w:rPr>
          <w:b/>
        </w:rPr>
        <w:t xml:space="preserve">[10:55] </w:t>
      </w:r>
      <w:r>
        <w:t>is ke baad aap ne musalsal koshish ke zariye manage kiya ke ke fareeqe sani ke sath aap ki peace agreement ho jaye.</w:t>
      </w:r>
    </w:p>
    <w:p>
      <w:pPr>
        <w:jc w:val="right"/>
      </w:pPr>
      <w:r>
        <w:t>اس کے بعد آپ نے مسلسل کوشش کے ذریعے مینج کیا کہ کہ فریق ثانی کے ساتھ آپ کی پیس ایگریمنٹ ہو جائے۔</w:t>
      </w:r>
    </w:p>
    <w:p>
      <w:r>
        <w:rPr>
          <w:b/>
        </w:rPr>
        <w:t xml:space="preserve">[11:10] </w:t>
      </w:r>
      <w:r>
        <w:t>peace agreement. to yeh time is waqt aaya jab ke aap ne</w:t>
      </w:r>
    </w:p>
    <w:p>
      <w:pPr>
        <w:jc w:val="right"/>
      </w:pPr>
      <w:r>
        <w:t>پیس ایگریمنٹ۔ تو یہ ٹائم اس وقت آیا جب کہ آپ نے</w:t>
      </w:r>
    </w:p>
    <w:p>
      <w:r>
        <w:rPr>
          <w:b/>
        </w:rPr>
        <w:t xml:space="preserve">[11:18] </w:t>
      </w:r>
      <w:r>
        <w:t>yeh faisla kiya ke aap makka se, ke aap madina se makka jayenge umrah ke liye. aap</w:t>
      </w:r>
    </w:p>
    <w:p>
      <w:pPr>
        <w:jc w:val="right"/>
      </w:pPr>
      <w:r>
        <w:t>یہ فیصلہ کیا کہ آپ مکہ سے، کہ آپ مدینہ سے مکہ جائیں گے عمرہ کے لیے۔ آپ</w:t>
      </w:r>
    </w:p>
    <w:p>
      <w:r>
        <w:rPr>
          <w:b/>
        </w:rPr>
        <w:t xml:space="preserve">[11:27] </w:t>
      </w:r>
      <w:r>
        <w:t>madine se umrah ke irade se chale. hudaybiyah ke maqam par makka ke logon ne, jo aap ke khilaf the us waqt, rok rasta roka.</w:t>
      </w:r>
    </w:p>
    <w:p>
      <w:pPr>
        <w:jc w:val="right"/>
      </w:pPr>
      <w:r>
        <w:t>مدینے سے عمرے کے ارادے سے چلے۔ حدیبیہ کے مقام پر مکہ کے لوگوں نے، جو آپ کے خلاف تھے اس وقت، روک راستہ روکا۔</w:t>
      </w:r>
    </w:p>
    <w:p>
      <w:r>
        <w:rPr>
          <w:b/>
        </w:rPr>
        <w:t xml:space="preserve">[11:39] </w:t>
      </w:r>
      <w:r>
        <w:t>aap ne kaha ke hum aap ko aage nahi jane denge. is ka mani ke unhone kaha lrai ka, ashah ki lrai chhar jaye dono ke darmiyan.</w:t>
      </w:r>
    </w:p>
    <w:p>
      <w:pPr>
        <w:jc w:val="right"/>
      </w:pPr>
      <w:r>
        <w:t>آپ نے کہا کہ ہم آپ کو آگے نہیں جانے دیں گے۔ اس کا معنی کہ انہوں نے کہا لڑائی کا، اشاعہ کی لڑائی چھڑ جائے دونوں کے درمیان۔</w:t>
      </w:r>
    </w:p>
    <w:p>
      <w:r>
        <w:rPr>
          <w:b/>
        </w:rPr>
        <w:t xml:space="preserve">[11:54] </w:t>
      </w:r>
      <w:r>
        <w:t>to 15 din tak aap ne requisition kiya wahan par, wahan thehre rahe aap hudaybiyah mein. aur is ke baad aap ne hudaybiyah agreement kiya.</w:t>
      </w:r>
    </w:p>
    <w:p>
      <w:pPr>
        <w:jc w:val="right"/>
      </w:pPr>
      <w:r>
        <w:t>تو 15 دن تک آپ نے ریکویسٹیشن کیا وہاں پر، وہاں ٹھہرے رہے آپ حدیبیہ میں۔ اور اس کے بعد آپ نے حدیبیہ ایگریمنٹ کیا۔</w:t>
      </w:r>
    </w:p>
    <w:p>
      <w:r>
        <w:rPr>
          <w:b/>
        </w:rPr>
        <w:t xml:space="preserve">[12:04] </w:t>
      </w:r>
      <w:r>
        <w:t>yeh hudaybiyah agreement kiya tha?</w:t>
      </w:r>
    </w:p>
    <w:p>
      <w:pPr>
        <w:jc w:val="right"/>
      </w:pPr>
      <w:r>
        <w:t>یہ حدیبیہ ایگریمنٹ کیا تھا؟</w:t>
      </w:r>
    </w:p>
    <w:p>
      <w:r>
        <w:rPr>
          <w:b/>
        </w:rPr>
        <w:t xml:space="preserve">[12:09] </w:t>
      </w:r>
      <w:r>
        <w:t>hudaybiyah agreement jo tha, woh fareeqe sani ki condition ko yak tarfa taur par maan kar agreement hua tha, yak tarfa taur par.</w:t>
      </w:r>
    </w:p>
    <w:p>
      <w:pPr>
        <w:jc w:val="right"/>
      </w:pPr>
      <w:r>
        <w:t>حدیبیہ ایگریمنٹ جو تھا، وہ فریق ثانی کی کنڈیشن کو یکطرفہ طور پر مان کر ایگریمنٹ ہوا تھا، یکطرفہ طور پر۔</w:t>
      </w:r>
    </w:p>
    <w:p>
      <w:r>
        <w:rPr>
          <w:b/>
        </w:rPr>
        <w:t xml:space="preserve">[12:27] </w:t>
      </w:r>
      <w:r>
        <w:t>to yeh peace hudaybiyah agreement darasal peace agreement tha. lekin yeh peace agreement pass us waqt hua jab ke rasool allah ne fareeqe sani ki sharton ko unilaterally taur par maan liya.</w:t>
      </w:r>
    </w:p>
    <w:p>
      <w:pPr>
        <w:jc w:val="right"/>
      </w:pPr>
      <w:r>
        <w:t>تو یہ پیس حدیبیہ ایگریمنٹ دراصل پیس ایگریمنٹ تھا۔ لیکن یہ پیس ایگریمنٹ پاس اس وقت ہوا جب کہ رسول اللہ نے فریق ثانی کی شرطوں کو یونیلیٹرل طور پر مان لیا۔</w:t>
      </w:r>
    </w:p>
    <w:p>
      <w:r>
        <w:rPr>
          <w:b/>
        </w:rPr>
        <w:t xml:space="preserve">[12:45] </w:t>
      </w:r>
      <w:r>
        <w:t>is ke baad aap madine ke wapas rawana huwe.</w:t>
      </w:r>
    </w:p>
    <w:p>
      <w:pPr>
        <w:jc w:val="right"/>
      </w:pPr>
      <w:r>
        <w:t>اس کے بعد آپ مدینے کے واپس روانہ ہوئے۔</w:t>
      </w:r>
    </w:p>
    <w:p>
      <w:r>
        <w:rPr>
          <w:b/>
        </w:rPr>
        <w:t xml:space="preserve">[12:50] </w:t>
      </w:r>
      <w:r>
        <w:t>to abhi aap madina pohnchay nahi thay ke woh surah utri, jis ko surah al-fat'h kaha jata hai. is mein yeh ayat thi ke inna fatahna laka fat'han mubeena hum ne tum ko khuli fatah de di.</w:t>
      </w:r>
    </w:p>
    <w:p>
      <w:pPr>
        <w:jc w:val="right"/>
      </w:pPr>
      <w:r>
        <w:t>تو ابھی آپ مدینہ پہنچے نہیں تھے کہ وہ سورہ اتری، جس کو سورہ الفتح کہا جاتا ہے۔ اس میں یہ آیت تھی کہ إِنَّا فَتَانَا لَكَ فَتَحٌ مَبِينٌ ہم نے تم کو کھلی فتح دے دی۔</w:t>
      </w:r>
    </w:p>
    <w:p>
      <w:r>
        <w:rPr>
          <w:b/>
        </w:rPr>
        <w:t xml:space="preserve">[13:11] </w:t>
      </w:r>
      <w:r>
        <w:t>to kai log bohat is par ta'ajjub kiya unhon ne ke hum to wapas ja rahe hain.</w:t>
      </w:r>
    </w:p>
    <w:p>
      <w:pPr>
        <w:jc w:val="right"/>
      </w:pPr>
      <w:r>
        <w:t>تو کئی لوگ بہت اس پر تعجب کیا انہوں نے کہ ہم تو واپس جا رہے ہیں۔</w:t>
      </w:r>
    </w:p>
    <w:p>
      <w:r>
        <w:rPr>
          <w:b/>
        </w:rPr>
        <w:t xml:space="preserve">[13:18] </w:t>
      </w:r>
      <w:r>
        <w:t>yeh to retreat hai, retreat. aur un ki yak-tarfa sharton par aap maan kar ke wapas ja rahe hain. to yeh fatah kahan hai? yeh to shikast hai, yeh to retreat hai.</w:t>
      </w:r>
    </w:p>
    <w:p>
      <w:pPr>
        <w:jc w:val="right"/>
      </w:pPr>
      <w:r>
        <w:t>یہ تو ریٹریٹ ہے، ریٹریٹ۔ اور ان کی یکطرفہ شرطوں پر آپ مان کر کے واپس جا رہے ہیں۔ تو یہ فتح کہاں ہے؟ یہ تو شکست ہے، یہ تو ریٹریٹ ہے۔</w:t>
      </w:r>
    </w:p>
    <w:p>
      <w:r>
        <w:rPr>
          <w:b/>
        </w:rPr>
        <w:t xml:space="preserve">[13:33] </w:t>
      </w:r>
      <w:r>
        <w:t>to yeh retreat nahi thi, in terms of result woh fatah thi.</w:t>
      </w:r>
    </w:p>
    <w:p>
      <w:pPr>
        <w:jc w:val="right"/>
      </w:pPr>
      <w:r>
        <w:t>تو یہ ریٹریٹ نہیں تھی، ان ٹرمز آف رزلٹ وہ فتح تھی۔</w:t>
      </w:r>
    </w:p>
    <w:p>
      <w:r>
        <w:rPr>
          <w:b/>
        </w:rPr>
        <w:t xml:space="preserve">[13:40] </w:t>
      </w:r>
      <w:r>
        <w:t>jis waqt agreement hua tha, us waqt bazahir apparently it was defeat but in terms of result it was victory</w:t>
      </w:r>
    </w:p>
    <w:p>
      <w:pPr>
        <w:jc w:val="right"/>
      </w:pPr>
      <w:r>
        <w:t>جس وقت ایگریمنٹ ہوا تھا، اس وقت بظاہر apparently it was defeat but in terms of result it was victory</w:t>
      </w:r>
    </w:p>
    <w:p>
      <w:r>
        <w:rPr>
          <w:b/>
        </w:rPr>
        <w:t xml:space="preserve">[13:52] </w:t>
      </w:r>
      <w:r>
        <w:t>chunanche aap jante hain ke do saal ke andar andar aisa hua ke makkah aap ke qabze mein aa gaya.</w:t>
      </w:r>
    </w:p>
    <w:p>
      <w:pPr>
        <w:jc w:val="right"/>
      </w:pPr>
      <w:r>
        <w:t>چنانچہ آپ جانتے ہیں کہ دو سال کے اندر اندر ایسا ہوا کہ مکہ آپ کے قبضے میں آ گیا۔</w:t>
      </w:r>
    </w:p>
    <w:p>
      <w:r>
        <w:rPr>
          <w:b/>
        </w:rPr>
        <w:t xml:space="preserve">[14:03] </w:t>
      </w:r>
      <w:r>
        <w:t>aur ka'aba se buton ko pak kiya gaya. aur poore arab mein peace qaim hua.</w:t>
      </w:r>
    </w:p>
    <w:p>
      <w:pPr>
        <w:jc w:val="right"/>
      </w:pPr>
      <w:r>
        <w:t>اور کعبہ سے بتوں کو پاک کیا گیا۔ اور پورے عرب میں پیس قائم ہوا۔</w:t>
      </w:r>
    </w:p>
    <w:p>
      <w:r>
        <w:rPr>
          <w:b/>
        </w:rPr>
        <w:t xml:space="preserve">[14:13] </w:t>
      </w:r>
      <w:r>
        <w:t>is ke nateejay mein aap ne tamam qabail ke darmiyan wafd bheje negotiation ke liye. aur sare qabail jo thay arab mein jo phailay hue thay, woh sab dheere dheere dheere islam ke fold mein aa gaye.</w:t>
      </w:r>
    </w:p>
    <w:p>
      <w:pPr>
        <w:jc w:val="right"/>
      </w:pPr>
      <w:r>
        <w:t>اس کے نتیجے میں آپ نے تمام قبائل کے درمیان وفد بھیجے نegotiation کے لیے۔ اور سارے قبائل جو تھے عرب میں جو پھیلے ہوئے تھے، وہ سب دھیرے دھیرے دھیرے اسلام کے fold میں آ گئے۔</w:t>
      </w:r>
    </w:p>
    <w:p>
      <w:r>
        <w:rPr>
          <w:b/>
        </w:rPr>
        <w:t xml:space="preserve">[14:28] </w:t>
      </w:r>
      <w:r>
        <w:t>phir aap ne bahar arab ke bahar jo hukoomaten theen, un ko un ke paas apne safeer bheje.</w:t>
      </w:r>
    </w:p>
    <w:p>
      <w:pPr>
        <w:jc w:val="right"/>
      </w:pPr>
      <w:r>
        <w:t>پھر آپ نے باہر عرب کے باہر جو حکومتیں تھیں، ان کو ان کے پاس اپنے سفیر بھیجے۔</w:t>
      </w:r>
    </w:p>
    <w:p>
      <w:r>
        <w:rPr>
          <w:b/>
        </w:rPr>
        <w:t xml:space="preserve">[14:40] </w:t>
      </w:r>
      <w:r>
        <w:t>dawati safeer. yeh sara kaam hua.</w:t>
      </w:r>
    </w:p>
    <w:p>
      <w:pPr>
        <w:jc w:val="right"/>
      </w:pPr>
      <w:r>
        <w:t>دعوتی سفیر۔ یہ سارا کام ہوا۔</w:t>
      </w:r>
    </w:p>
    <w:p>
      <w:r>
        <w:rPr>
          <w:b/>
        </w:rPr>
        <w:t xml:space="preserve">[14:49] </w:t>
      </w:r>
      <w:r>
        <w:t>yeh sab peace ki wajah se hua. agar peace na hota to kuch bhi nahi ho sakta tha.</w:t>
      </w:r>
    </w:p>
    <w:p>
      <w:pPr>
        <w:jc w:val="right"/>
      </w:pPr>
      <w:r>
        <w:t>یہ سب پیس کی وجہ سے ہوا۔ اگر پیس نہ ہوتا تو کچھ بھی نہیں ہو سکتا تھا۔</w:t>
      </w:r>
    </w:p>
    <w:p>
      <w:r>
        <w:rPr>
          <w:b/>
        </w:rPr>
        <w:t xml:space="preserve">[14:56] </w:t>
      </w:r>
      <w:r>
        <w:t>to yeh jo formula islam ne diya, history mein pehli baar yeh insaan ne jana</w:t>
      </w:r>
    </w:p>
    <w:p>
      <w:pPr>
        <w:jc w:val="right"/>
      </w:pPr>
      <w:r>
        <w:t>تو یہ جو فارمولا اسلام نے دیا، history میں پہلی بار یہ انسان نے جانا</w:t>
      </w:r>
    </w:p>
    <w:p>
      <w:r>
        <w:rPr>
          <w:b/>
        </w:rPr>
        <w:t xml:space="preserve">[15:06] </w:t>
      </w:r>
      <w:r>
        <w:t>ke</w:t>
      </w:r>
    </w:p>
    <w:p>
      <w:pPr>
        <w:jc w:val="right"/>
      </w:pPr>
      <w:r>
        <w:t>کہ</w:t>
      </w:r>
    </w:p>
    <w:p>
      <w:r>
        <w:rPr>
          <w:b/>
        </w:rPr>
        <w:t xml:space="preserve">[15:09] </w:t>
      </w:r>
      <w:r>
        <w:t>war hamesha chain war tak pohnchti hai. aik war ke baad doosra war.</w:t>
      </w:r>
    </w:p>
    <w:p>
      <w:pPr>
        <w:jc w:val="right"/>
      </w:pPr>
      <w:r>
        <w:t>وار ہمیشہ چین وار تک پہنچتی ہے۔ ایک وار کے بعد دوسرا وار۔</w:t>
      </w:r>
    </w:p>
    <w:p>
      <w:r>
        <w:rPr>
          <w:b/>
        </w:rPr>
        <w:t xml:space="preserve">[15:18] </w:t>
      </w:r>
      <w:r>
        <w:t>kyun ke jo fareeq haarta hai, woh phir inteqam lene ke liye phir se sochta hai. phir hamein kuch karna hai.</w:t>
      </w:r>
    </w:p>
    <w:p>
      <w:pPr>
        <w:jc w:val="right"/>
      </w:pPr>
      <w:r>
        <w:t>کیونکہ جو فریق ہارتا ہے، وہ پھر انتقام لینے کے لیے پھر سے سوچتا ہے۔ پھر ہمیں کچھ کرنا ہے۔</w:t>
      </w:r>
    </w:p>
    <w:p>
      <w:r>
        <w:rPr>
          <w:b/>
        </w:rPr>
        <w:t xml:space="preserve">[15:26] </w:t>
      </w:r>
      <w:r>
        <w:t>phir plan karta hai.</w:t>
      </w:r>
    </w:p>
    <w:p>
      <w:pPr>
        <w:jc w:val="right"/>
      </w:pPr>
      <w:r>
        <w:t>پھر plan کرتا ہے۔</w:t>
      </w:r>
    </w:p>
    <w:p>
      <w:r>
        <w:rPr>
          <w:b/>
        </w:rPr>
        <w:t xml:space="preserve">[15:32] </w:t>
      </w:r>
      <w:r>
        <w:t>is liye hal kya hai? yak-tarfa tor par</w:t>
      </w:r>
    </w:p>
    <w:p>
      <w:pPr>
        <w:jc w:val="right"/>
      </w:pPr>
      <w:r>
        <w:t>اس لیے حل کیا ہے؟ یکطرفہ طور پر</w:t>
      </w:r>
    </w:p>
    <w:p>
      <w:r>
        <w:rPr>
          <w:b/>
        </w:rPr>
        <w:t xml:space="preserve">[15:39] </w:t>
      </w:r>
      <w:r>
        <w:t>fareeq-e-sani ki sharton ko maan kar yak-tarfa tor par peaceful mahol qaim kar do. yeh hai.</w:t>
      </w:r>
    </w:p>
    <w:p>
      <w:pPr>
        <w:jc w:val="right"/>
      </w:pPr>
      <w:r>
        <w:t>فریق ثانی کی شرطوں کو مان کر یکطرفہ طور پر peaceful ماحول قائم کر دو۔ یہ ہے۔</w:t>
      </w:r>
    </w:p>
    <w:p>
      <w:r>
        <w:rPr>
          <w:b/>
        </w:rPr>
        <w:t xml:space="preserve">[15:51] </w:t>
      </w:r>
      <w:r>
        <w:t>ab mein aik baat aur arz karna chahta hoon ke tareekh mein hamesha logon ke samne yeh sawal raha hai ke What is the summum bonum?</w:t>
      </w:r>
    </w:p>
    <w:p>
      <w:pPr>
        <w:jc w:val="right"/>
      </w:pPr>
      <w:r>
        <w:t>اب میں ایک بات اور عرض کرنا چاہتا ہوں کہ تاریخ میں ہمیشہ لوگوں کے سامنے یہ سوال رہا ہے کہ What is the summum bonum?</w:t>
      </w:r>
    </w:p>
    <w:p>
      <w:r>
        <w:rPr>
          <w:b/>
        </w:rPr>
        <w:t xml:space="preserve">[16:05] </w:t>
      </w:r>
      <w:r>
        <w:t>summum bonum ka matlab hai greatest good sab se bari bhalai kya hai? sab se bari cheez insaan ke liye kya hai?</w:t>
      </w:r>
    </w:p>
    <w:p>
      <w:pPr>
        <w:jc w:val="right"/>
      </w:pPr>
      <w:r>
        <w:t>summum bonum کا مطلب ہے greatest good سب سے بڑی بھلائی کیا ہے؟ سب سے بڑی چیز انسان کے لیے کیا ہے؟</w:t>
      </w:r>
    </w:p>
    <w:p>
      <w:r>
        <w:rPr>
          <w:b/>
        </w:rPr>
        <w:t xml:space="preserve">[16:14] </w:t>
      </w:r>
      <w:r>
        <w:t>yeh sawal raha hai.</w:t>
      </w:r>
    </w:p>
    <w:p>
      <w:pPr>
        <w:jc w:val="right"/>
      </w:pPr>
      <w:r>
        <w:t>یہ سوال رہا ہے۔</w:t>
      </w:r>
    </w:p>
    <w:p>
      <w:r>
        <w:rPr>
          <w:b/>
        </w:rPr>
        <w:t xml:space="preserve">[16:20] </w:t>
      </w:r>
      <w:r>
        <w:t>insaan ke liye sab se bara achievement, sab se bari bhalai, sab greatest good kya hai?</w:t>
      </w:r>
    </w:p>
    <w:p>
      <w:pPr>
        <w:jc w:val="right"/>
      </w:pPr>
      <w:r>
        <w:t>انسان کے لیے سب سے بڑا achievement، سب سے بڑی بھلائی، سب greatest good کیا ہے؟</w:t>
      </w:r>
    </w:p>
    <w:p>
      <w:r>
        <w:rPr>
          <w:b/>
        </w:rPr>
        <w:t xml:space="preserve">[16:30] </w:t>
      </w:r>
      <w:r>
        <w:t>to kuch logon ne yeh samjha ke greatest good hai ke hum apni bari hukoomat qaim karen. political empire qaim karen.</w:t>
      </w:r>
    </w:p>
    <w:p>
      <w:pPr>
        <w:jc w:val="right"/>
      </w:pPr>
      <w:r>
        <w:t>تو کچھ لوگوں نے یہ سمجھا کہ greatest good ہے کہ ہم اپنی بڑی حکومت قائم کریں۔ Political empire قائم کریں۔</w:t>
      </w:r>
    </w:p>
    <w:p>
      <w:r>
        <w:rPr>
          <w:b/>
        </w:rPr>
        <w:t xml:space="preserve">[16:41] </w:t>
      </w:r>
      <w:r>
        <w:t>to aap jante hain ke younan ka badshah jo tha, Alexander, us ke zehn mein yeh aaya ke hum sab se bari saltanat qaim karna hai hamein apni.</w:t>
      </w:r>
    </w:p>
    <w:p>
      <w:pPr>
        <w:jc w:val="right"/>
      </w:pPr>
      <w:r>
        <w:t>تو آپ جانتے ہیں کہ یونان کا بادشاہ جو تھا، Alexander، اس کے ذہن میں یہ آیا کہ ہم سب سے بڑی سلطنت قائم کرنا ہے ہمیں اپنی۔</w:t>
      </w:r>
    </w:p>
    <w:p>
      <w:r>
        <w:rPr>
          <w:b/>
        </w:rPr>
        <w:t xml:space="preserve">[16:54] </w:t>
      </w:r>
      <w:r>
        <w:t>woh younan se chala. Europe ko fatah kiya, afriqa mein fatuhat keen, Asia tak pohnch gaya woh. dunya ka sab se bara fateh ban gaya woh.</w:t>
      </w:r>
    </w:p>
    <w:p>
      <w:pPr>
        <w:jc w:val="right"/>
      </w:pPr>
      <w:r>
        <w:t>وہ یونان سے چلا۔ Europe کو فتح کیا، افراقی میں فتوحات کیں، Asia تک پہنچ گیا وہ۔ دنیا کا سب سے بڑا فاتح بن گیا وہ۔</w:t>
      </w:r>
    </w:p>
    <w:p>
      <w:r>
        <w:rPr>
          <w:b/>
        </w:rPr>
        <w:t xml:space="preserve">[17:05] </w:t>
      </w:r>
      <w:r>
        <w:t>is ke baad sindh tak pohncha woh.</w:t>
      </w:r>
    </w:p>
    <w:p>
      <w:pPr>
        <w:jc w:val="right"/>
      </w:pPr>
      <w:r>
        <w:t>اس کے بعد سندھ تک پہنچا وہ۔</w:t>
      </w:r>
    </w:p>
    <w:p>
      <w:r>
        <w:rPr>
          <w:b/>
        </w:rPr>
        <w:t xml:space="preserve">[17:08] </w:t>
      </w:r>
      <w:r>
        <w:t>lekin anjaam kya hua?</w:t>
      </w:r>
    </w:p>
    <w:p>
      <w:pPr>
        <w:jc w:val="right"/>
      </w:pPr>
      <w:r>
        <w:t>لیکن انجام کیا ہوا؟</w:t>
      </w:r>
    </w:p>
    <w:p>
      <w:r>
        <w:rPr>
          <w:b/>
        </w:rPr>
        <w:t xml:space="preserve">[17:13] </w:t>
      </w:r>
      <w:r>
        <w:t>ke apna fateh ka jashn manaya. raat ko khoob khaya piya, sharab piya. aur over eating ke nateejay mein isi raat ko mar bhi gaya.</w:t>
      </w:r>
    </w:p>
    <w:p>
      <w:pPr>
        <w:jc w:val="right"/>
      </w:pPr>
      <w:r>
        <w:t>کہ اپنا فتح کا جشن منایا۔ رات کو خوب کھایا پیا، شراب پیا۔ اور over eating کے نتیجے میں اسی رات کو مر بھی گیا۔</w:t>
      </w:r>
    </w:p>
    <w:p>
      <w:r>
        <w:rPr>
          <w:b/>
        </w:rPr>
        <w:t xml:space="preserve">[17:27] </w:t>
      </w:r>
      <w:r>
        <w:t>yaani jashn ki fateh mein is ne bohat bohat khaya piya. Over eating kiya. bimar hua aur mar gaya.</w:t>
      </w:r>
    </w:p>
    <w:p>
      <w:pPr>
        <w:jc w:val="right"/>
      </w:pPr>
      <w:r>
        <w:t>یعنی جشن کی فتح میں اس نے بہت بہت کھایا پیا۔ Over eating کیا۔ بیمار ہوا اور مر گیا۔</w:t>
      </w:r>
    </w:p>
    <w:p>
      <w:r>
        <w:rPr>
          <w:b/>
        </w:rPr>
        <w:t xml:space="preserve">[17:35] </w:t>
      </w:r>
      <w:r>
        <w:t>to qalantiya nikla. to jo log kehte thay ke political power sab se bari cheez hai, to tareekh mein aik example set hoga ke dekho political power qalantiya kya nikla.</w:t>
      </w:r>
    </w:p>
    <w:p>
      <w:pPr>
        <w:jc w:val="right"/>
      </w:pPr>
      <w:r>
        <w:t>تو قالنتیا نکلا۔ تو جو لوگ کہتے تھے کہ political power سب سے بڑی چیز ہے، تو تاریخ میں ایک example set ہوگا کہ دیکھو political power قالنتیا کیا نکلا۔</w:t>
      </w:r>
    </w:p>
    <w:p>
      <w:r>
        <w:rPr>
          <w:b/>
        </w:rPr>
        <w:t xml:space="preserve">[17:52] </w:t>
      </w:r>
      <w:r>
        <w:t>abhi is ki umar bohat kam thi. yaani chaalees saal ka bhi nahi hua tha woh. abhi thirties mein tha woh, thirties mein.</w:t>
      </w:r>
    </w:p>
    <w:p>
      <w:pPr>
        <w:jc w:val="right"/>
      </w:pPr>
      <w:r>
        <w:t>ابھی اس کی عمر بہت کم تھی۔ یعنی چالیس سال کا بھی نہیں ہوا تھا وہ۔ ابھی thirties میں تھا وہ، thirties میں۔</w:t>
      </w:r>
    </w:p>
    <w:p>
      <w:r>
        <w:rPr>
          <w:b/>
        </w:rPr>
        <w:t xml:space="preserve">[18:05] </w:t>
      </w:r>
      <w:r>
        <w:t>to political empire sab se bari cheez nahi hai insaan ke liye.</w:t>
      </w:r>
    </w:p>
    <w:p>
      <w:pPr>
        <w:jc w:val="right"/>
      </w:pPr>
      <w:r>
        <w:t>تو political empire سب سے بڑی چیز نہیں ہے انسان کے لیے۔</w:t>
      </w:r>
    </w:p>
    <w:p>
      <w:r>
        <w:rPr>
          <w:b/>
        </w:rPr>
        <w:t xml:space="preserve">[18:12] </w:t>
      </w:r>
      <w:r>
        <w:t>jis ne bhi political empire ko bari cheez samjha, is ka anjaam yahi hua. hitler ka, napoleon ka, sab ka.</w:t>
      </w:r>
    </w:p>
    <w:p>
      <w:pPr>
        <w:jc w:val="right"/>
      </w:pPr>
      <w:r>
        <w:t>جس نے بھی political empire کو بڑی چیز سمجھا، اس کا انجام یہی ہوا۔ ہٹلر کا، نیپولین کا، سب کا۔</w:t>
      </w:r>
    </w:p>
    <w:p>
      <w:r>
        <w:rPr>
          <w:b/>
        </w:rPr>
        <w:t xml:space="preserve">[18:25] </w:t>
      </w:r>
      <w:r>
        <w:t>stalin ka.</w:t>
      </w:r>
    </w:p>
    <w:p>
      <w:pPr>
        <w:jc w:val="right"/>
      </w:pPr>
      <w:r>
        <w:t>اسٹالن کا۔</w:t>
      </w:r>
    </w:p>
    <w:p>
      <w:r>
        <w:rPr>
          <w:b/>
        </w:rPr>
        <w:t xml:space="preserve">[18:29] </w:t>
      </w:r>
      <w:r>
        <w:t>is ke baad insaan bohat se log thay jinhon ne yeh samjha ke sab se bari cheez wealth hai, dolat</w:t>
      </w:r>
    </w:p>
    <w:p>
      <w:pPr>
        <w:jc w:val="right"/>
      </w:pPr>
      <w:r>
        <w:t>اس کے بعد انسان بہت سے لوگ تھے جنہوں نے یہ سمجھا کہ سب سے بڑی چیز wealth ہے، دولت</w:t>
      </w:r>
    </w:p>
    <w:p>
      <w:r>
        <w:rPr>
          <w:b/>
        </w:rPr>
        <w:t xml:space="preserve">[18:34] </w:t>
      </w:r>
      <w:r>
        <w:t>. khoob kamao, dolat kamao, khoob dolat kamao. lekin tajurba batata hai ke woh bhi greatest good nahi hai.</w:t>
      </w:r>
    </w:p>
    <w:p>
      <w:pPr>
        <w:jc w:val="right"/>
      </w:pPr>
      <w:r>
        <w:t>۔ خوب کماؤ، دولت کماؤ، خوب دولت کماؤ۔ لیکن تجربہ بتاتا ہے کہ وہ بھی greatest good نہیں ہے۔</w:t>
      </w:r>
    </w:p>
    <w:p>
      <w:r>
        <w:rPr>
          <w:b/>
        </w:rPr>
        <w:t xml:space="preserve">[18:45] </w:t>
      </w:r>
      <w:r>
        <w:t>is ki aik misaal hai bill gates ki.</w:t>
      </w:r>
    </w:p>
    <w:p>
      <w:pPr>
        <w:jc w:val="right"/>
      </w:pPr>
      <w:r>
        <w:t>اس کی ایک مثال ہے بل گیٹس کی۔</w:t>
      </w:r>
    </w:p>
    <w:p>
      <w:r>
        <w:rPr>
          <w:b/>
        </w:rPr>
        <w:t xml:space="preserve">[18:52] </w:t>
      </w:r>
      <w:r>
        <w:t>america ka bill gates jo abhi zinda hai, is ne yeh kaha ke bohat dolat kamaye. aur chunancha unhon ne</w:t>
      </w:r>
    </w:p>
    <w:p>
      <w:pPr>
        <w:jc w:val="right"/>
      </w:pPr>
      <w:r>
        <w:t>امریکہ کا بل گیٹس جو ابھی زندہ ہے، اس نے یہ کہا کہ بہت دولت کمائے۔ اور چنانچہ انہوں نے</w:t>
      </w:r>
    </w:p>
    <w:p>
      <w:r>
        <w:rPr>
          <w:b/>
        </w:rPr>
        <w:t xml:space="preserve">[19:05] </w:t>
      </w:r>
      <w:r>
        <w:t>koshish karte karte waqai dunya ke richest aadmi ban gaye woh. bill gates dunya ke richest aadmi ban gaye. aakhir mein unhein kuch kuch nahi mila.</w:t>
      </w:r>
    </w:p>
    <w:p>
      <w:pPr>
        <w:jc w:val="right"/>
      </w:pPr>
      <w:r>
        <w:t>کوشش کرتے کرتے واقعی دنیا کے richest آدمی بن گئے وہ۔ بل گیٹس دنیا کے richest آدمی بن گئے۔ آخر میں انہیں کچھ کچھ نہیں ملا۔</w:t>
      </w:r>
    </w:p>
    <w:p>
      <w:r>
        <w:rPr>
          <w:b/>
        </w:rPr>
        <w:t xml:space="preserve">[19:17] </w:t>
      </w:r>
      <w:r>
        <w:t>yaani peace of mind bhi nahi mila in ko.</w:t>
      </w:r>
    </w:p>
    <w:p>
      <w:pPr>
        <w:jc w:val="right"/>
      </w:pPr>
      <w:r>
        <w:t>یعنی peace of mind بھی نہیں ملا ان کو۔</w:t>
      </w:r>
    </w:p>
    <w:p>
      <w:r>
        <w:rPr>
          <w:b/>
        </w:rPr>
        <w:t xml:space="preserve">[19:22] </w:t>
      </w:r>
      <w:r>
        <w:t>to unhon ne haal mein bhi aik lecture mein kaha tha ke paise se, paisa kitne dher aap kar lein, is se kuch milta nahi aap ko.</w:t>
      </w:r>
    </w:p>
    <w:p>
      <w:pPr>
        <w:jc w:val="right"/>
      </w:pPr>
      <w:r>
        <w:t>تو انہوں نے حال میں بھی ایک lecture میں کہا تھا کہ پیسے سے، پیسہ کتنے ڈھیر آپ کر لیں، اس سے کچھ ملتا نہیں آپ کو۔</w:t>
      </w:r>
    </w:p>
    <w:p>
      <w:r>
        <w:rPr>
          <w:b/>
        </w:rPr>
        <w:t xml:space="preserve">[19:35] </w:t>
      </w:r>
      <w:r>
        <w:t>to apne lecture mein is ne kaha tha ke is ka lecture internet par mojood hai, aap parh sakte hain is ko.</w:t>
      </w:r>
    </w:p>
    <w:p>
      <w:pPr>
        <w:jc w:val="right"/>
      </w:pPr>
      <w:r>
        <w:t>تو اپنے lecture میں اس نے کہا تھا کہ اس کا lecture internet پر موجود ہے، آپ پڑھ سکتے ہیں اس کو۔</w:t>
      </w:r>
    </w:p>
    <w:p>
      <w:r>
        <w:rPr>
          <w:b/>
        </w:rPr>
        <w:t xml:space="preserve">[19:41] </w:t>
      </w:r>
      <w:r>
        <w:t>ke once you get beyond a million dollar once you get beyond a million dollar it is the same hamburger yaani chahe aap ke paas billion billion dollar ho jaye, aap khayenge to wahi sandwich.</w:t>
      </w:r>
    </w:p>
    <w:p>
      <w:pPr>
        <w:jc w:val="right"/>
      </w:pPr>
      <w:r>
        <w:t>کہ once you get beyond a million dollar once you get beyond a million dollar it is the same hamburger یعنی چاہے آپ کے پاس بلین بلین ڈالر ہو جائے، آپ کھائیں گے تو وہی سینڈوچ۔</w:t>
      </w:r>
    </w:p>
    <w:p>
      <w:r>
        <w:rPr>
          <w:b/>
        </w:rPr>
        <w:t xml:space="preserve">[20:04] </w:t>
      </w:r>
      <w:r>
        <w:t>aur kya khayenge? himalaya pahaar ko to nahi kha jayenge aap? sone aur chandi ko to nahi kha jayenge aap?</w:t>
      </w:r>
    </w:p>
    <w:p>
      <w:pPr>
        <w:jc w:val="right"/>
      </w:pPr>
      <w:r>
        <w:t>اور کیا کھائیں گے؟ ہمالیہ پہاڑ کو تو نہیں کھا جائیں گے آپ؟ سونے اور چاندی کو تو نہیں کھا جائیں گے آپ؟</w:t>
      </w:r>
    </w:p>
    <w:p>
      <w:r>
        <w:rPr>
          <w:b/>
        </w:rPr>
        <w:t xml:space="preserve">[20:11] </w:t>
      </w:r>
      <w:r>
        <w:t>billion dollars ko to nahi kha jayenge aap? to nateejah kya hua ke is ne apni dolat ka bohat bara charity bhi de diya.</w:t>
      </w:r>
    </w:p>
    <w:p>
      <w:pPr>
        <w:jc w:val="right"/>
      </w:pPr>
      <w:r>
        <w:t>بلین ڈالرز کو تو نہیں کھا جائیں گے آپ؟ تو نتیجہ کیا ہوا کہ اس نے اپنی دولت کا بہت بڑا charity بھی دے دیا۔</w:t>
      </w:r>
    </w:p>
    <w:p>
      <w:r>
        <w:rPr>
          <w:b/>
        </w:rPr>
        <w:t xml:space="preserve">[20:23] </w:t>
      </w:r>
      <w:r>
        <w:t>aise hi dekhiye,</w:t>
      </w:r>
    </w:p>
    <w:p>
      <w:pPr>
        <w:jc w:val="right"/>
      </w:pPr>
      <w:r>
        <w:t>ایسے ہی دیکھیے،</w:t>
      </w:r>
    </w:p>
    <w:p>
      <w:r>
        <w:rPr>
          <w:b/>
        </w:rPr>
        <w:t xml:space="preserve">[20:32] </w:t>
      </w:r>
      <w:r>
        <w:t>europe mein</w:t>
      </w:r>
    </w:p>
    <w:p>
      <w:pPr>
        <w:jc w:val="right"/>
      </w:pPr>
      <w:r>
        <w:t>یورپ میں</w:t>
      </w:r>
    </w:p>
    <w:p>
      <w:r>
        <w:rPr>
          <w:b/>
        </w:rPr>
        <w:t xml:space="preserve">[20:37] </w:t>
      </w:r>
      <w:r>
        <w:t>jo modern civilization aayi, is mein logon ne yeh samjha ke freedom is the summum bonum sab bari cheez azaadi hai.</w:t>
      </w:r>
    </w:p>
    <w:p>
      <w:pPr>
        <w:jc w:val="right"/>
      </w:pPr>
      <w:r>
        <w:t>جو modern civilization آئی، اس میں لوگوں نے یہ سمجھا کہ freedom is the summum bonum سب بڑی چیز آزادی ہے۔</w:t>
      </w:r>
    </w:p>
    <w:p>
      <w:r>
        <w:rPr>
          <w:b/>
        </w:rPr>
        <w:t xml:space="preserve">[20:50] </w:t>
      </w:r>
      <w:r>
        <w:t>ab bari azaadi kithon pohnchi?</w:t>
      </w:r>
    </w:p>
    <w:p>
      <w:pPr>
        <w:jc w:val="right"/>
      </w:pPr>
      <w:r>
        <w:t>اب بڑی آزادی کتھوں پہنچی؟</w:t>
      </w:r>
    </w:p>
    <w:p>
      <w:r>
        <w:rPr>
          <w:b/>
        </w:rPr>
        <w:t xml:space="preserve">[20:52] </w:t>
      </w:r>
      <w:r>
        <w:t>azaadi, azaadi, azaadi.</w:t>
      </w:r>
    </w:p>
    <w:p>
      <w:pPr>
        <w:jc w:val="right"/>
      </w:pPr>
      <w:r>
        <w:t>آزادی، آزادی، آزادی۔</w:t>
      </w:r>
    </w:p>
    <w:p>
      <w:r>
        <w:rPr>
          <w:b/>
        </w:rPr>
        <w:t xml:space="preserve">[20:58] </w:t>
      </w:r>
      <w:r>
        <w:t>lekin aap dekhiye, azadi ne kahan tak pahunchaya logon ko? anarki tak pahunchaya.</w:t>
      </w:r>
    </w:p>
    <w:p>
      <w:pPr>
        <w:jc w:val="right"/>
      </w:pPr>
      <w:r>
        <w:t>لیکن آپ دیکھیے، آزادی نے کہاں تک پہنچایا لوگوں کو؟ انارکی تک پہنچایا۔</w:t>
      </w:r>
    </w:p>
    <w:p>
      <w:r>
        <w:rPr>
          <w:b/>
        </w:rPr>
        <w:t xml:space="preserve">[21:07] </w:t>
      </w:r>
      <w:r>
        <w:t>anarki. misaal ke taur par dekhiye, wahan marriage hoti hai aur dono fareeq kehte hain ke main aazad hoon, main jo chahoon karoon.</w:t>
      </w:r>
    </w:p>
    <w:p>
      <w:pPr>
        <w:jc w:val="right"/>
      </w:pPr>
      <w:r>
        <w:t>انارکی۔ مثال کے طور پر دیکھیے، وہاں marriage ہوتی ہے اور دونوں فریق کہتے ہیں کہ میں آزاد ہوں، میں جو چاہوں کروں۔</w:t>
      </w:r>
    </w:p>
    <w:p>
      <w:r>
        <w:rPr>
          <w:b/>
        </w:rPr>
        <w:t xml:space="preserve">[21:17] </w:t>
      </w:r>
      <w:r>
        <w:t>wo kehta hai ke main aazad hoon, main jo chahoon karoon.</w:t>
      </w:r>
    </w:p>
    <w:p>
      <w:pPr>
        <w:jc w:val="right"/>
      </w:pPr>
      <w:r>
        <w:t>وہ کہتا ہے کہ میں آزاد ہوں، میں جو چاہوں کروں۔</w:t>
      </w:r>
    </w:p>
    <w:p>
      <w:r>
        <w:rPr>
          <w:b/>
        </w:rPr>
        <w:t xml:space="preserve">[21:20] </w:t>
      </w:r>
      <w:r>
        <w:t>to hamesha har marriage ego crash par khatam hoti hai. jahan do aadmi ikattha hue, ego crash. wo kehte hain ke main meri chalegi, wo kehta hai meri chalegi.</w:t>
      </w:r>
    </w:p>
    <w:p>
      <w:pPr>
        <w:jc w:val="right"/>
      </w:pPr>
      <w:r>
        <w:t>تو ہمیشہ ہر marriage ego crash پر ختم ہوتی ہے۔ جہاں دو آدمی اکٹھا ہوئے، ego crash۔ وہ کہتے ہیں کہ میں میری چلے گی، وہ کہتا ہے میری چلے گی۔</w:t>
      </w:r>
    </w:p>
    <w:p>
      <w:r>
        <w:rPr>
          <w:b/>
        </w:rPr>
        <w:t xml:space="preserve">[21:36] </w:t>
      </w:r>
      <w:r>
        <w:t>to America ke ek scholar ne ek kitaab likhi hai jis ka naam hai Freedom and Dignity</w:t>
      </w:r>
    </w:p>
    <w:p>
      <w:pPr>
        <w:jc w:val="right"/>
      </w:pPr>
      <w:r>
        <w:t>تو امریکہ کے ایک scholar نے ایک کتاب لکھی ہے جس کا نام ہے Freedom and Dignity</w:t>
      </w:r>
    </w:p>
    <w:p>
      <w:r>
        <w:rPr>
          <w:b/>
        </w:rPr>
        <w:t xml:space="preserve">[21:47] </w:t>
      </w:r>
      <w:r>
        <w:t>iska naam hai iscalar.</w:t>
      </w:r>
    </w:p>
    <w:p>
      <w:pPr>
        <w:jc w:val="right"/>
      </w:pPr>
      <w:r>
        <w:t>اس کا نام ہے اسکلر۔</w:t>
      </w:r>
    </w:p>
    <w:p>
      <w:r>
        <w:rPr>
          <w:b/>
        </w:rPr>
        <w:t xml:space="preserve">[21:52] </w:t>
      </w:r>
      <w:r>
        <w:t>secular. is kitaab mein wo kehta hai ke we cannot afford freedom</w:t>
      </w:r>
    </w:p>
    <w:p>
      <w:pPr>
        <w:jc w:val="right"/>
      </w:pPr>
      <w:r>
        <w:t>اسکلر۔ اس کتاب میں وہ کہتا ہے کہ we cannot afford freedom</w:t>
      </w:r>
    </w:p>
    <w:p>
      <w:r>
        <w:rPr>
          <w:b/>
        </w:rPr>
        <w:t xml:space="preserve">[22:00] </w:t>
      </w:r>
      <w:r>
        <w:t>we cannot afford freedom yaani insaan jo hai azadi ko afford nahi kar sakta. kyunke agar main apni azadi ko poore maanon mein apne ko aazad samajh loon ke main jo chahoon wo mujhe karna hai to social life jo hai is mein aap ek problem ban jayenge.</w:t>
      </w:r>
    </w:p>
    <w:p>
      <w:pPr>
        <w:jc w:val="right"/>
      </w:pPr>
      <w:r>
        <w:t>we cannot afford freedom یعنی انسان جو ہے آزادی کو afford نہیں کر سکتا۔ کیونکہ اگر میں اپنی آزادی کو پورے معنوں میں اپنے کو آزاد سمجھ لوں کہ میں جو چاہوں وہ مجھے کرنا ہے تو social life جو ہے اس میں آپ ایک problem بن جائیں گے۔</w:t>
      </w:r>
    </w:p>
    <w:p>
      <w:r>
        <w:rPr>
          <w:b/>
        </w:rPr>
        <w:t xml:space="preserve">[22:18] </w:t>
      </w:r>
      <w:r>
        <w:t>meri azadi doosre ke liye problem hai.</w:t>
      </w:r>
    </w:p>
    <w:p>
      <w:pPr>
        <w:jc w:val="right"/>
      </w:pPr>
      <w:r>
        <w:t>میری آزادی دوسرے کے لیے problem ہے۔</w:t>
      </w:r>
    </w:p>
    <w:p>
      <w:r>
        <w:rPr>
          <w:b/>
        </w:rPr>
        <w:t xml:space="preserve">[22:24] </w:t>
      </w:r>
      <w:r>
        <w:t>meri azadi doosre ke liye problem hai.</w:t>
      </w:r>
    </w:p>
    <w:p>
      <w:pPr>
        <w:jc w:val="right"/>
      </w:pPr>
      <w:r>
        <w:t>میری آزادی دوسرے کے لیے problem ہے۔</w:t>
      </w:r>
    </w:p>
    <w:p>
      <w:r>
        <w:rPr>
          <w:b/>
        </w:rPr>
        <w:t xml:space="preserve">[22:27] </w:t>
      </w:r>
      <w:r>
        <w:t>misaal ke taur par dekhiye, ab road par aap car le ke nikle hain. aap samjhen ke main jhe jhe daudaoon, idhar daudaoon, idhar daudaoon. to doosre tamam musafiron ke liye aap problem ban jayenge.</w:t>
      </w:r>
    </w:p>
    <w:p>
      <w:pPr>
        <w:jc w:val="right"/>
      </w:pPr>
      <w:r>
        <w:t>مثال کے طور پر دیکھیے، اب road پر آپ کار لے کے نکلے ہیں۔ آپ سمجھیں کہ میں جہے جہے دوڑاؤں، ادھر دوڑاؤں، ادھر دوڑاؤں۔ تو دوسرے تمام مسافروں کے لیے آپ problem بن جائیں گے۔</w:t>
      </w:r>
    </w:p>
    <w:p>
      <w:r>
        <w:rPr>
          <w:b/>
        </w:rPr>
        <w:t xml:space="preserve">[22:42] </w:t>
      </w:r>
      <w:r>
        <w:t>to unlimited freedom sab ke liye problem ban jati hai. yahan tak ke khud aadmi ke liye bhi. to freedom summum bonum nahi hai.</w:t>
      </w:r>
    </w:p>
    <w:p>
      <w:pPr>
        <w:jc w:val="right"/>
      </w:pPr>
      <w:r>
        <w:t>تو unlimited freedom سب کے لیے problem بن جاتی ہے۔ یہاں تک کہ خود آدمی کے لیے بھی۔ تو freedom summum bonum نہیں ہے۔</w:t>
      </w:r>
    </w:p>
    <w:p>
      <w:r>
        <w:rPr>
          <w:b/>
        </w:rPr>
        <w:t xml:space="preserve">[22:57] </w:t>
      </w:r>
      <w:r>
        <w:t>is professor ne apni kitaab, moti kitaab hai, is ne bohat si baatein likhi hain. is ka khulasa yeh hai ke we cannot afford freedom</w:t>
      </w:r>
    </w:p>
    <w:p>
      <w:pPr>
        <w:jc w:val="right"/>
      </w:pPr>
      <w:r>
        <w:t>اس professor نے اپنی کتاب، موٹی کتاب ہے، اس نے بہت سی باتیں لکھی ہیں۔ اس کا خلاصہ یہ ہے کہ we cannot afford freedom</w:t>
      </w:r>
    </w:p>
    <w:p>
      <w:r>
        <w:rPr>
          <w:b/>
        </w:rPr>
        <w:t xml:space="preserve">[23:12] </w:t>
      </w:r>
      <w:r>
        <w:t>insaan azadi ko afford nahi kar sakta.</w:t>
      </w:r>
    </w:p>
    <w:p>
      <w:pPr>
        <w:jc w:val="right"/>
      </w:pPr>
      <w:r>
        <w:t>انسان آزادی کو afford نہیں کر سکتا۔</w:t>
      </w:r>
    </w:p>
    <w:p>
      <w:r>
        <w:rPr>
          <w:b/>
        </w:rPr>
        <w:t xml:space="preserve">[23:17] </w:t>
      </w:r>
      <w:r>
        <w:t>to main samajhta hoon ke sab se sahi baat mein wohi hai jo Islam ne batai. asal khair yaani peace is the best, peace is the summum bonum, peace is the greatest good.</w:t>
      </w:r>
    </w:p>
    <w:p>
      <w:pPr>
        <w:jc w:val="right"/>
      </w:pPr>
      <w:r>
        <w:t>تو میں سمجھتا ہوں کہ سب سے صحیح بات میں وہی ہے جو اسلام نے بتائی۔ أصل الخير یعنی peace is the best, peace is the summum bonum, peace is the greatest good.</w:t>
      </w:r>
    </w:p>
    <w:p>
      <w:r>
        <w:rPr>
          <w:b/>
        </w:rPr>
        <w:t xml:space="preserve">[23:34] </w:t>
      </w:r>
      <w:r>
        <w:t>kyunke dekhiye, jab peace hoti hai to non-mercy aati hai. mu'tadil mahaul qaim hota hai.</w:t>
      </w:r>
    </w:p>
    <w:p>
      <w:pPr>
        <w:jc w:val="right"/>
      </w:pPr>
      <w:r>
        <w:t>کیونکہ دیکھیے، جب peace ہوتی ہے تو non-mercy آتی ہے۔ معتدل ماحول قائم ہوتا ہے۔</w:t>
      </w:r>
    </w:p>
    <w:p>
      <w:r>
        <w:rPr>
          <w:b/>
        </w:rPr>
        <w:t xml:space="preserve">[23:46] </w:t>
      </w:r>
      <w:r>
        <w:t>aur sab se bara faida yeh hota hai ke tamam mawaqe khul jaate hain. Opportunities ke tamam darwaze khul jaate hain. aur opportunities ko avail karne hi ka naam success hai.</w:t>
      </w:r>
    </w:p>
    <w:p>
      <w:pPr>
        <w:jc w:val="right"/>
      </w:pPr>
      <w:r>
        <w:t>اور سب سے بڑا فائدہ یہ ہوتا ہے کہ تمام مواقع کھل جاتے ہیں۔ Opportunities کے تمام دروازے کھل جاتے ہیں۔ اور opportunities کو avail کرنے ہی کا نام success ہے۔</w:t>
      </w:r>
    </w:p>
    <w:p>
      <w:r>
        <w:rPr>
          <w:b/>
        </w:rPr>
        <w:t xml:space="preserve">[23:58] </w:t>
      </w:r>
      <w:r>
        <w:t>Opportunities ko avail karne hi ka naam kamyabi hai.</w:t>
      </w:r>
    </w:p>
    <w:p>
      <w:pPr>
        <w:jc w:val="right"/>
      </w:pPr>
      <w:r>
        <w:t>Opportunities کو avail کرنے ہی کا نام کامیابی ہے۔</w:t>
      </w:r>
    </w:p>
    <w:p>
      <w:r>
        <w:rPr>
          <w:b/>
        </w:rPr>
        <w:t xml:space="preserve">[24:05] </w:t>
      </w:r>
      <w:r>
        <w:t>to peace ke peace se aap mazhabi kaam karna chahte hon, tab bhi peace chahiye. aap secular kaam karna chahte hon, tab bhi peace chahiye.</w:t>
      </w:r>
    </w:p>
    <w:p>
      <w:pPr>
        <w:jc w:val="right"/>
      </w:pPr>
      <w:r>
        <w:t>تو peace کے peace سے آپ مذہبی کام کرنا چاہتے ہوں، تب بھی peace چاہیے۔ آپ secular کام کرنا چاہتے ہوں، تب بھی peace چاہیے۔</w:t>
      </w:r>
    </w:p>
    <w:p>
      <w:r>
        <w:rPr>
          <w:b/>
        </w:rPr>
        <w:t xml:space="preserve">[24:17] </w:t>
      </w:r>
      <w:r>
        <w:t>aap apne khandan ki taraqqi chahte hon, tab bhi peace chahiye. aap social development chahte hon, tab bhi peace chahiye. har kaam ke liye peace chahiye.</w:t>
      </w:r>
    </w:p>
    <w:p>
      <w:pPr>
        <w:jc w:val="right"/>
      </w:pPr>
      <w:r>
        <w:t>آپ اپنے خاندان کی ترقی چاہتے ہوں، تب بھی peace چاہیے۔ آپ social development چاہتے ہوں، تب بھی peace چاہیے۔ ہر کام کے لیے peace چاہیے۔</w:t>
      </w:r>
    </w:p>
    <w:p>
      <w:r>
        <w:rPr>
          <w:b/>
        </w:rPr>
        <w:t xml:space="preserve">[24:28] </w:t>
      </w:r>
      <w:r>
        <w:t>hum aap yahan baithe hue hain ek ek maqsad ke liye. CPS ke maqsad ke liye.</w:t>
      </w:r>
    </w:p>
    <w:p>
      <w:pPr>
        <w:jc w:val="right"/>
      </w:pPr>
      <w:r>
        <w:t>ہم آپ یہاں بیٹھے ہوئے ہیں ایک ایک مقصد کے لیے۔ سی پی ایس کے مقصد کے لیے۔</w:t>
      </w:r>
    </w:p>
    <w:p>
      <w:r>
        <w:rPr>
          <w:b/>
        </w:rPr>
        <w:t xml:space="preserve">[24:38] </w:t>
      </w:r>
      <w:r>
        <w:t>iske liye peace chahiye. agar peace na ho to hum apne is program ko smoothly nahi chala sakte.</w:t>
      </w:r>
    </w:p>
    <w:p>
      <w:pPr>
        <w:jc w:val="right"/>
      </w:pPr>
      <w:r>
        <w:t>اس کے لیے peace چاہیے۔ اگر peace نہ ہو تو ہم اپنے اس program کو smoothly نہیں چلا سکتے۔</w:t>
      </w:r>
    </w:p>
    <w:p>
      <w:r>
        <w:rPr>
          <w:b/>
        </w:rPr>
        <w:t xml:space="preserve">[24:48] </w:t>
      </w:r>
      <w:r>
        <w:t>to chahe koi chhota goal ho, koi bara goal ho. koi chhota maqsad ho, bara maqsad ho.</w:t>
      </w:r>
    </w:p>
    <w:p>
      <w:pPr>
        <w:jc w:val="right"/>
      </w:pPr>
      <w:r>
        <w:t>تو چاہے کوئی چھوٹا goal ہو، کوئی بڑا goal ہو۔ کوئی چھوٹا مقصد ہو، بڑا مقصد ہو۔</w:t>
      </w:r>
    </w:p>
    <w:p>
      <w:r>
        <w:rPr>
          <w:b/>
        </w:rPr>
        <w:t xml:space="preserve">[25:00] </w:t>
      </w:r>
      <w:r>
        <w:t>peace chahiye is ke liye. to asal khair poori history ka ek aisa kalma ban gaya</w:t>
      </w:r>
    </w:p>
    <w:p>
      <w:pPr>
        <w:jc w:val="right"/>
      </w:pPr>
      <w:r>
        <w:t>peace چاہیے اس کے لیے۔ تو أصل الخير پوری history کا ایک ایسا کلمہ بن گیا</w:t>
      </w:r>
    </w:p>
    <w:p>
      <w:r>
        <w:rPr>
          <w:b/>
        </w:rPr>
        <w:t xml:space="preserve">[25:10] </w:t>
      </w:r>
      <w:r>
        <w:t>jis se bari baat koi keh nahi saka.</w:t>
      </w:r>
    </w:p>
    <w:p>
      <w:pPr>
        <w:jc w:val="right"/>
      </w:pPr>
      <w:r>
        <w:t>جس سے بڑی بات کوئی کہہ نہیں سکا۔</w:t>
      </w:r>
    </w:p>
    <w:p>
      <w:r>
        <w:rPr>
          <w:b/>
        </w:rPr>
        <w:t xml:space="preserve">[25:17] </w:t>
      </w:r>
      <w:r>
        <w:t>asl-e-khair ka matlab hai sulah behtar hai. matlab kya hua? is ka matlab kya hua? peace is the summum bonum, peace is the greatest good peace sab se bari khobi ki baat hai.</w:t>
      </w:r>
    </w:p>
    <w:p>
      <w:pPr>
        <w:jc w:val="right"/>
      </w:pPr>
      <w:r>
        <w:t>أصل الخير کا مطلب ہے صلح بہتر ہے۔ مطلب کیا ہوا؟ اس کا مطلب کیا ہوا؟ peace is the summum bonum, peace is the greatest good peace سب سے بڑی خوبی کی بات ہے۔</w:t>
      </w:r>
    </w:p>
    <w:p>
      <w:r>
        <w:rPr>
          <w:b/>
        </w:rPr>
        <w:t xml:space="preserve">[25:32] </w:t>
      </w:r>
      <w:r>
        <w:t>kyunke jahan aman hai, wahan sari taraqqiyon ke darwaze khule hue hain. education ki field mein aap kaam karna chahte hain, tab bhi peace chahiye aap ko.</w:t>
      </w:r>
    </w:p>
    <w:p>
      <w:pPr>
        <w:jc w:val="right"/>
      </w:pPr>
      <w:r>
        <w:t>کیونکہ جہاں امن ہے، وہاں ساری ترقیوں کے دروازے کھلے ہوئے ہیں۔ Education کی field میں آپ کام کرنا چاہتے ہیں، تب بھی peace چاہیے آپ کو۔</w:t>
      </w:r>
    </w:p>
    <w:p>
      <w:r>
        <w:rPr>
          <w:b/>
        </w:rPr>
        <w:t xml:space="preserve">[25:43] </w:t>
      </w:r>
      <w:r>
        <w:t>dawat ki field mein kaam karna chahte hain, tab bhi peace chahiye aap ko. jo bhi kaam karna chahte ho, aap industry mein chahte ho kaam karna, tab bhi peace chahiye aap ko. lekin yeh formula ke peace kaise qaim ho, yeh pehli baar islam ne diya.</w:t>
      </w:r>
    </w:p>
    <w:p>
      <w:pPr>
        <w:jc w:val="right"/>
      </w:pPr>
      <w:r>
        <w:t>دعوت کی field میں کام کرنا چاہتے ہیں، تب بھی peace چاہیے آپ کو۔ جو بھی کام کرنا چاہتے ہو، آپ industry میں چاہتے ہو کام کرنا، تب بھی peace چاہیے آپ کو۔ لیکن یہ فارمولا کہ peace کیسے قائم ہو، یہ پہلی بار اسلام نے دیا۔</w:t>
      </w:r>
    </w:p>
    <w:p>
      <w:r>
        <w:rPr>
          <w:b/>
        </w:rPr>
        <w:t xml:space="preserve">[25:59] </w:t>
      </w:r>
      <w:r>
        <w:t>rasool Allah sal-lal-lahu alaihi wasallam ke zamane mein. ke jab tak aap yeh demand karte rahenge ke fareeq-e-sani nisf kare, tab mein nisf karunga.</w:t>
      </w:r>
    </w:p>
    <w:p>
      <w:pPr>
        <w:jc w:val="right"/>
      </w:pPr>
      <w:r>
        <w:t>رسول اللہ صلی اللہ علیہ وسلم کے زمانے میں۔ کہ جب تک آپ یہ demand کرتے رہیں گے کہ فریق ثانی نصف کرے، تب میں نصف کروں گا۔</w:t>
      </w:r>
    </w:p>
    <w:p>
      <w:r>
        <w:rPr>
          <w:b/>
        </w:rPr>
        <w:t xml:space="preserve">[26:08] </w:t>
      </w:r>
      <w:r>
        <w:t>yani aadha fareeq-e-sani peace qaim kare, aadha mein qaim karunga. to kabhi peace nahi qaim hogi.</w:t>
      </w:r>
    </w:p>
    <w:p>
      <w:pPr>
        <w:jc w:val="right"/>
      </w:pPr>
      <w:r>
        <w:t>یعنی آدھا فریق ثانی peace قائم کرے، آدھا میں قائم کروں گا۔ تو کبھی peace نہیں قائم ہوگی۔</w:t>
      </w:r>
    </w:p>
    <w:p>
      <w:r>
        <w:rPr>
          <w:b/>
        </w:rPr>
        <w:t xml:space="preserve">[26:17] </w:t>
      </w:r>
      <w:r>
        <w:t>aap unilateral taur par, yak-tarfa taur par peace ko ikhtiyar kar lijie. ladai khatm kar dijiye.</w:t>
      </w:r>
    </w:p>
    <w:p>
      <w:pPr>
        <w:jc w:val="right"/>
      </w:pPr>
      <w:r>
        <w:t>آپ unilateral طور پر، یکطرفہ طور پر peace کو اختیار کر لیجیے۔ لڑائی ختم کر دیجیے۔</w:t>
      </w:r>
    </w:p>
    <w:p>
      <w:r>
        <w:rPr>
          <w:b/>
        </w:rPr>
        <w:t xml:space="preserve">[26:26] </w:t>
      </w:r>
      <w:r>
        <w:t>takrao khatm kar dijiye. jahan bhi, jahan bhi aap jis haal mein bhi hain, usi haal mein peace ikhtiyar kar lijie.</w:t>
      </w:r>
    </w:p>
    <w:p>
      <w:pPr>
        <w:jc w:val="right"/>
      </w:pPr>
      <w:r>
        <w:t>ٹکراؤ ختم کر دیجیے۔ جہاں بھی، جہاں بھی آپ جس حال میں بھی ہیں، اسی حال میں peace اختیار کر لیجیے۔</w:t>
      </w:r>
    </w:p>
    <w:p>
      <w:r>
        <w:rPr>
          <w:b/>
        </w:rPr>
        <w:t xml:space="preserve">[26:37] </w:t>
      </w:r>
      <w:r>
        <w:t>koi condition nahi, koi shart nahi. is ke baad aap ko har kaam ke mawaqe khul jayenge.</w:t>
      </w:r>
    </w:p>
    <w:p>
      <w:pPr>
        <w:jc w:val="right"/>
      </w:pPr>
      <w:r>
        <w:t>کوئی condition نہیں، کوئی شرط نہیں۔ اس کے بعد آپ کو ہر کام کے مواقع کھل جائیں گے۔</w:t>
      </w:r>
    </w:p>
    <w:p>
      <w:r>
        <w:rPr>
          <w:b/>
        </w:rPr>
        <w:t xml:space="preserve">[26:51] </w:t>
      </w:r>
      <w:r>
        <w:t>jo log yeh kehte hain ke hamein woh justice lena hai, kehte hain hum peace karein. hamein woh right lena hai, peace peace kaise qaim karein?</w:t>
      </w:r>
    </w:p>
    <w:p>
      <w:pPr>
        <w:jc w:val="right"/>
      </w:pPr>
      <w:r>
        <w:t>جو لوگ یہ کہتے ہیں کہ ہمیں وہ justice لینا ہے، کہتے ہیں ہم peace کریں۔ ہمیں وہright لینا ہے، peace peace کیسے قائم کریں؟</w:t>
      </w:r>
    </w:p>
    <w:p>
      <w:r>
        <w:rPr>
          <w:b/>
        </w:rPr>
        <w:t xml:space="preserve">[27:02] </w:t>
      </w:r>
      <w:r>
        <w:t>yeh sab against the law</w:t>
      </w:r>
    </w:p>
    <w:p>
      <w:pPr>
        <w:jc w:val="right"/>
      </w:pPr>
      <w:r>
        <w:t>یہ سب against the law</w:t>
      </w:r>
    </w:p>
    <w:p>
      <w:r>
        <w:rPr>
          <w:b/>
        </w:rPr>
        <w:t xml:space="preserve">[27:06] </w:t>
      </w:r>
      <w:r>
        <w:t>of nature hai. Allah taala ke plan ke khilaf hai. aur tareekh mein kabhi aisa nahi hua ke bilateral buniyad par peace qaim hua ho.</w:t>
      </w:r>
    </w:p>
    <w:p>
      <w:pPr>
        <w:jc w:val="right"/>
      </w:pPr>
      <w:r>
        <w:t>of nature ہے۔ اللہ تعالیٰ کے plan کے خلاف ہے۔ اور تاریخ میں کبھی ایسا نہیں ہوا کہ bilateral بنیاد پر peace قائم ہوا ہو۔</w:t>
      </w:r>
    </w:p>
    <w:p>
      <w:r>
        <w:rPr>
          <w:b/>
        </w:rPr>
        <w:t xml:space="preserve">[27:17] </w:t>
      </w:r>
      <w:r>
        <w:t>kabhi aisa nahi hua. bilateral buniyad par kabhi peace duniya mein qaim nahi hota.</w:t>
      </w:r>
    </w:p>
    <w:p>
      <w:pPr>
        <w:jc w:val="right"/>
      </w:pPr>
      <w:r>
        <w:t>کبھی ایسا نہیں ہوا۔ bilateral بنیاد پر کبھی peace دنیا میں قائم نہیں ہوتا۔</w:t>
      </w:r>
    </w:p>
    <w:p>
      <w:r>
        <w:rPr>
          <w:b/>
        </w:rPr>
        <w:t xml:space="preserve">[27:27] </w:t>
      </w:r>
      <w:r>
        <w:t>aap dekhiye, mein aap ko kuch misaal deta hoon.</w:t>
      </w:r>
    </w:p>
    <w:p>
      <w:pPr>
        <w:jc w:val="right"/>
      </w:pPr>
      <w:r>
        <w:t>آپ دیکھیے، میں آپ کو کچھ مثال دیتا ہوں۔</w:t>
      </w:r>
    </w:p>
    <w:p>
      <w:r>
        <w:rPr>
          <w:b/>
        </w:rPr>
        <w:t xml:space="preserve">[27:34] </w:t>
      </w:r>
      <w:r>
        <w:t>second world war ke baad Germany ka kya hua? ke jo log jeete the, Russia aur America waghera, Britain waghera, yeh log jeete the.</w:t>
      </w:r>
    </w:p>
    <w:p>
      <w:pPr>
        <w:jc w:val="right"/>
      </w:pPr>
      <w:r>
        <w:t>سیکنڈ ورلڈ وار کے بعد جرمنی کا کیا ہوا؟ کہ جو لوگ جیتے تھے، رشیا اور امریکہ وغیرہ، برٹن وغیرہ، یہ لوگ جیتے تھے۔</w:t>
      </w:r>
    </w:p>
    <w:p>
      <w:r>
        <w:rPr>
          <w:b/>
        </w:rPr>
        <w:t xml:space="preserve">[27:47] </w:t>
      </w:r>
      <w:r>
        <w:t>unhone Germany ko partition kar diya. partition kar diya. yani East Germany aur West Germany.</w:t>
      </w:r>
    </w:p>
    <w:p>
      <w:pPr>
        <w:jc w:val="right"/>
      </w:pPr>
      <w:r>
        <w:t>انہوں نے جرمنی کو partition کر دیا۔ partition کر دیا۔ یعنی East Germany اور West Germany۔</w:t>
      </w:r>
    </w:p>
    <w:p>
      <w:r>
        <w:rPr>
          <w:b/>
        </w:rPr>
        <w:t xml:space="preserve">[28:01] </w:t>
      </w:r>
      <w:r>
        <w:t>East Germany aur West Germany. aap jante hain ke second world war mein do bahad bane the. do front bane the.</w:t>
      </w:r>
    </w:p>
    <w:p>
      <w:pPr>
        <w:jc w:val="right"/>
      </w:pPr>
      <w:r>
        <w:t>East Germany اور West Germany۔ آپ جانتے ہیں کہ سیکنڈ ورلڈ وار میں دو بہاد بنے تھے۔ دو front بنے تھے۔</w:t>
      </w:r>
    </w:p>
    <w:p>
      <w:r>
        <w:rPr>
          <w:b/>
        </w:rPr>
        <w:t xml:space="preserve">[28:13] </w:t>
      </w:r>
      <w:r>
        <w:t>to jo front jeeta tha, us mein Russia aur Britain aur America the. aur yeh haarne wala tha, Germany haarne wala tha. Germany aur Japan, yeh log haar gaye the.</w:t>
      </w:r>
    </w:p>
    <w:p>
      <w:pPr>
        <w:jc w:val="right"/>
      </w:pPr>
      <w:r>
        <w:t>تو جو front جیتا تھا، اس میں رشیا اور برٹن اور امریکہ تھے۔ اور یہ ہارنے والا تھا، جرمنی ہارنے والا تھا۔ جرمنی اور جاپان، یہ لوگ ہار گئے تھے۔</w:t>
      </w:r>
    </w:p>
    <w:p>
      <w:r>
        <w:rPr>
          <w:b/>
        </w:rPr>
        <w:t xml:space="preserve">[28:26] </w:t>
      </w:r>
      <w:r>
        <w:t>to jeetne wale group ne kya kiya? ke Germany ke do tukde kar diye. is ka bant diya is ko.</w:t>
      </w:r>
    </w:p>
    <w:p>
      <w:pPr>
        <w:jc w:val="right"/>
      </w:pPr>
      <w:r>
        <w:t>تو جیتنے والے گروپ نے کیا کیا؟ کہ جرمنی کے دو ٹکڑے کر دیے۔ اس کا بانٹ دیا اس کو۔</w:t>
      </w:r>
    </w:p>
    <w:p>
      <w:r>
        <w:rPr>
          <w:b/>
        </w:rPr>
        <w:t xml:space="preserve">[28:35] </w:t>
      </w:r>
      <w:r>
        <w:t>ek East Germany, ek West Germany. to Germany ne is ko accept kar liya. dobara war nahi chhodi. yani second world war ke baad third war nahi chhodi.</w:t>
      </w:r>
    </w:p>
    <w:p>
      <w:pPr>
        <w:jc w:val="right"/>
      </w:pPr>
      <w:r>
        <w:t>ایک East Germany، ایک West Germany۔ تو جرمنی نے اس کو accept کر لیا۔ دوبارہ war نہیں چھوڑی۔ یعنی سیکنڈ ورلڈ وار کے بعد تھرڈ war نہیں چھوڑی۔</w:t>
      </w:r>
    </w:p>
    <w:p>
      <w:r>
        <w:rPr>
          <w:b/>
        </w:rPr>
        <w:t xml:space="preserve">[28:48] </w:t>
      </w:r>
      <w:r>
        <w:t>accept kar liya is ko.</w:t>
      </w:r>
    </w:p>
    <w:p>
      <w:pPr>
        <w:jc w:val="right"/>
      </w:pPr>
      <w:r>
        <w:t>accept کر لیا اس کو۔</w:t>
      </w:r>
    </w:p>
    <w:p>
      <w:r>
        <w:rPr>
          <w:b/>
        </w:rPr>
        <w:t xml:space="preserve">[28:52] </w:t>
      </w:r>
      <w:r>
        <w:t>aaj dekhiye,</w:t>
      </w:r>
    </w:p>
    <w:p>
      <w:pPr>
        <w:jc w:val="right"/>
      </w:pPr>
      <w:r>
        <w:t>آج دیکھیے،</w:t>
      </w:r>
    </w:p>
    <w:p>
      <w:r>
        <w:rPr>
          <w:b/>
        </w:rPr>
        <w:t xml:space="preserve">[28:58] </w:t>
      </w:r>
      <w:r>
        <w:t>Europe ka sab se zyada developed country Germany hai. sab se zyada</w:t>
      </w:r>
    </w:p>
    <w:p>
      <w:pPr>
        <w:jc w:val="right"/>
      </w:pPr>
      <w:r>
        <w:t>یورپ کا سب سے زیادہ developed country جرمنی ہے۔ سب سے زیادہ</w:t>
      </w:r>
    </w:p>
    <w:p>
      <w:r>
        <w:rPr>
          <w:b/>
        </w:rPr>
        <w:t xml:space="preserve">[29:07] </w:t>
      </w:r>
      <w:r>
        <w:t>strong company, sab se zyada taqatwar mulk Germany hai.</w:t>
      </w:r>
    </w:p>
    <w:p>
      <w:pPr>
        <w:jc w:val="right"/>
      </w:pPr>
      <w:r>
        <w:t>strong company، سب سے زیادہ طاقتور ملک جرمنی ہے۔</w:t>
      </w:r>
    </w:p>
    <w:p>
      <w:r>
        <w:rPr>
          <w:b/>
        </w:rPr>
        <w:t xml:space="preserve">[29:13] </w:t>
      </w:r>
      <w:r>
        <w:t>agar accept na karta woh, to ladta phirta, ladta phirta rehta, aaj tak kuch na hota. aur theek isi zamane mein, jis zamane mein Germany ka partition hua,</w:t>
      </w:r>
    </w:p>
    <w:p>
      <w:pPr>
        <w:jc w:val="right"/>
      </w:pPr>
      <w:r>
        <w:t>اگر accept نہ کرتا وہ، تو لڑتا پھرتا، لڑتا پھرتا رہتا، آج تک کچھ نہ ہوتا۔ اور ٹھیک اسی زمانے میں، جس زمانے میں جرمنی کا partition ہوا،</w:t>
      </w:r>
    </w:p>
    <w:p>
      <w:r>
        <w:rPr>
          <w:b/>
        </w:rPr>
        <w:t xml:space="preserve">[29:26] </w:t>
      </w:r>
      <w:r>
        <w:t>aur accept kar ke unhone apna kaam shuru kar diya, isi zamane mein dekhiye, Arab mein Palestine ka partition hua. Balfour ke tehat.</w:t>
      </w:r>
    </w:p>
    <w:p>
      <w:pPr>
        <w:jc w:val="right"/>
      </w:pPr>
      <w:r>
        <w:t>اور accept کر کے انہوں نے اپنا کام شروع کر دیا، اسی زمانے میں دیکھیے، عرب میں فلسطین کا partition ہوا۔ بالفور کے تحت۔</w:t>
      </w:r>
    </w:p>
    <w:p>
      <w:r>
        <w:rPr>
          <w:b/>
        </w:rPr>
        <w:t xml:space="preserve">[29:38] </w:t>
      </w:r>
      <w:r>
        <w:t>isi zamane mein. aur arbon ne is ko tasleem nahi kiya.</w:t>
      </w:r>
    </w:p>
    <w:p>
      <w:pPr>
        <w:jc w:val="right"/>
      </w:pPr>
      <w:r>
        <w:t>اسی زمانے میں۔ اور عربوں نے اس کو تسلیم نہیں کیا۔</w:t>
      </w:r>
    </w:p>
    <w:p>
      <w:r>
        <w:rPr>
          <w:b/>
        </w:rPr>
        <w:t xml:space="preserve">[29:44] </w:t>
      </w:r>
      <w:r>
        <w:t>partition ko nahi mana unhon ne. aaj tak lad rahe hain. ladne se kuch bhi nahi paya. alfor ke tehat un ko aadha falasteen mil gaya tha.</w:t>
      </w:r>
    </w:p>
    <w:p>
      <w:pPr>
        <w:jc w:val="right"/>
      </w:pPr>
      <w:r>
        <w:t>partition کو نہیں مانا انہوں نے۔ آج تک لڑ رہے ہیں۔ لڑنے سے کچھ بھی نہیں پایا۔ بالفور کے تحت ان کو آدھا فلسطین مل گیا تھا۔</w:t>
      </w:r>
    </w:p>
    <w:p>
      <w:r>
        <w:rPr>
          <w:b/>
        </w:rPr>
        <w:t xml:space="preserve">[29:58] </w:t>
      </w:r>
      <w:r>
        <w:t>balkeh line shahar mil gaya tha. aur unhon ne jo saath baras se lad rahe hain, is se to kuch nahi paya unhon ne. aap compare kijiye ke jarmani ne partition ko accept kar liya to kitni bari is ko taraqqi hasil hui.</w:t>
      </w:r>
    </w:p>
    <w:p>
      <w:pPr>
        <w:jc w:val="right"/>
      </w:pPr>
      <w:r>
        <w:t>بلکہ لائن شہر مل گیا تھا۔ اور انہوں نے جو ساٹھ برس سے لڑ رہے ہیں، اس سے تو کچھ نہیں پایا انہوں نے۔ آپ compare کیجیے کہ جرمنی نے partition کو accept کر لیا تو کتنی بڑی اس کو ترقی حاصل ہوئی۔</w:t>
      </w:r>
    </w:p>
    <w:p>
      <w:r>
        <w:rPr>
          <w:b/>
        </w:rPr>
        <w:t xml:space="preserve">[30:14] </w:t>
      </w:r>
      <w:r>
        <w:t>ke aaj woh number one mulk bana hua hai. aur arbon ne falasteen mein partition ko tasleem nahi kiya to kya hai?</w:t>
      </w:r>
    </w:p>
    <w:p>
      <w:pPr>
        <w:jc w:val="right"/>
      </w:pPr>
      <w:r>
        <w:t>کہ آج وہ نمبر ون ملک بنا ہوا ہے۔ اور عربوں نے فلسطین میں partition کو تسلیم نہیں کیا تو کیا ہے؟</w:t>
      </w:r>
    </w:p>
    <w:p>
      <w:r>
        <w:rPr>
          <w:b/>
        </w:rPr>
        <w:t xml:space="preserve">[30:23] </w:t>
      </w:r>
      <w:r>
        <w:t>wahan mazeed tabahi, mazeed tabahi, mazeed tabahi.</w:t>
      </w:r>
    </w:p>
    <w:p>
      <w:pPr>
        <w:jc w:val="right"/>
      </w:pPr>
      <w:r>
        <w:t>وہاں مزید تباہی، مزید تباہی، مزید تباہی۔</w:t>
      </w:r>
    </w:p>
    <w:p>
      <w:r>
        <w:rPr>
          <w:b/>
        </w:rPr>
        <w:t xml:space="preserve">[30:29] </w:t>
      </w:r>
      <w:r>
        <w:t>to is dunya mein sab se bara jo raaz hai taraqqi ka, kamyabi ka. ke jo bhi surat-e-haal ho, jahan bhi history mein aap ko pahuncha ho, jo bhi status quo bana ho,</w:t>
      </w:r>
    </w:p>
    <w:p>
      <w:pPr>
        <w:jc w:val="right"/>
      </w:pPr>
      <w:r>
        <w:t>تو اس دنیا میں سب سے بڑا جو راز ہے ترقی کا، کامیابی کا۔ کہ جو بھی صورتحال ہو، جہاں بھی history میں آپ کو پہنچا ہو، جو بھی status quo بنا ہو،</w:t>
      </w:r>
    </w:p>
    <w:p>
      <w:r>
        <w:rPr>
          <w:b/>
        </w:rPr>
        <w:t xml:space="preserve">[30:44] </w:t>
      </w:r>
      <w:r>
        <w:t>jo bhi yani historical factor ke tehat jo bhi status quo bana ho, us ko maan lijie. accept kar lijie. taake peace qaim ho jaye.</w:t>
      </w:r>
    </w:p>
    <w:p>
      <w:pPr>
        <w:jc w:val="right"/>
      </w:pPr>
      <w:r>
        <w:t>جو بھی یعنی historical factor کے تحت جو بھی status quo بنا ہو، اس کو مان لیجیے۔ accept کر لیجیے۔ تاکہ peace قائم ہو جائے۔</w:t>
      </w:r>
    </w:p>
    <w:p>
      <w:r>
        <w:rPr>
          <w:b/>
        </w:rPr>
        <w:t xml:space="preserve">[30:53] </w:t>
      </w:r>
      <w:r>
        <w:t>peace qaim hoti hai, aap ko opportunity milegi. opportunity ko av</w:t>
      </w:r>
    </w:p>
    <w:p>
      <w:pPr>
        <w:jc w:val="right"/>
      </w:pPr>
      <w:r>
        <w:t>peace قائم ہوتی ہے، آپ کو opportunity ملے گی۔ opportunity کو av</w:t>
      </w:r>
    </w:p>
    <w:p>
      <w:r>
        <w:rPr>
          <w:b/>
        </w:rPr>
        <w:t xml:space="preserve">[30:58] </w:t>
      </w:r>
      <w:r>
        <w:t>ail kijiye. jarmani ne yahi kiya. partition ko maan kar ke jo opportunities theen, us ko avail karna shuru kiya is ne.</w:t>
      </w:r>
    </w:p>
    <w:p>
      <w:pPr>
        <w:jc w:val="right"/>
      </w:pPr>
      <w:r>
        <w:t>ail کیجیے۔ جرمنی نے یہی کیا۔ partition کو مان کر کے جو opportunities تھیں، اس کو avail کرنا شروع کیا اس نے۔</w:t>
      </w:r>
    </w:p>
    <w:p>
      <w:r>
        <w:rPr>
          <w:b/>
        </w:rPr>
        <w:t xml:space="preserve">[31:08] </w:t>
      </w:r>
      <w:r>
        <w:t>yahan tak ke sab se taqatwar mulk ban gaya. is tarah jaapan ko dekhiye. jaapan ko bhi shikast hui thi second world war mein.</w:t>
      </w:r>
    </w:p>
    <w:p>
      <w:pPr>
        <w:jc w:val="right"/>
      </w:pPr>
      <w:r>
        <w:t>یہاں تک کہ سب سے طاقتور ملک بن گیا۔ اس طرح جاپان کو دیکھیے۔ جاپان کو بھی شکست ہوئی تھی سیکنڈ ورلڈ وار میں۔</w:t>
      </w:r>
    </w:p>
    <w:p>
      <w:r>
        <w:rPr>
          <w:b/>
        </w:rPr>
        <w:t xml:space="preserve">[31:18] </w:t>
      </w:r>
      <w:r>
        <w:t>bohat bari shikast.</w:t>
      </w:r>
    </w:p>
    <w:p>
      <w:pPr>
        <w:jc w:val="right"/>
      </w:pPr>
      <w:r>
        <w:t>بہت بڑی شکست۔</w:t>
      </w:r>
    </w:p>
    <w:p>
      <w:r>
        <w:rPr>
          <w:b/>
        </w:rPr>
        <w:t xml:space="preserve">[31:22] </w:t>
      </w:r>
      <w:r>
        <w:t>jaapan se world war ke baad amalan</w:t>
      </w:r>
    </w:p>
    <w:p>
      <w:pPr>
        <w:jc w:val="right"/>
      </w:pPr>
      <w:r>
        <w:t>جاپان سے ورلڈ وار کے بعد عملاً</w:t>
      </w:r>
    </w:p>
    <w:p>
      <w:r>
        <w:rPr>
          <w:b/>
        </w:rPr>
        <w:t xml:space="preserve">[31:28] </w:t>
      </w:r>
      <w:r>
        <w:t>america qabze mein aa gaya. wahan general macarthur, jo america ke numainda the, woh administrator ban gaye.</w:t>
      </w:r>
    </w:p>
    <w:p>
      <w:pPr>
        <w:jc w:val="right"/>
      </w:pPr>
      <w:r>
        <w:t>امریکہ قبضے میں آ گیا۔ وہاں جنرل میکارتھر، جو امریکہ کے نمائندہ تھے، وہ administrator بن گئے۔</w:t>
      </w:r>
    </w:p>
    <w:p>
      <w:r>
        <w:rPr>
          <w:b/>
        </w:rPr>
        <w:t xml:space="preserve">[31:38] </w:t>
      </w:r>
      <w:r>
        <w:t>amalan jaapan jo hai, general macarthur ke under mein aa gaya. jo amriki afsar the.</w:t>
      </w:r>
    </w:p>
    <w:p>
      <w:pPr>
        <w:jc w:val="right"/>
      </w:pPr>
      <w:r>
        <w:t>عملاً جاپان جو ہے، جنرل میکارتھر کے under میں آ گیا۔ جو امریکی افسر تھے۔</w:t>
      </w:r>
    </w:p>
    <w:p>
      <w:r>
        <w:rPr>
          <w:b/>
        </w:rPr>
        <w:t xml:space="preserve">[31:49] </w:t>
      </w:r>
      <w:r>
        <w:t>mazeed yeh ke jaapan ka ek bohat bara jazeera, jis ka naam hai okinawa, woh</w:t>
      </w:r>
    </w:p>
    <w:p>
      <w:pPr>
        <w:jc w:val="right"/>
      </w:pPr>
      <w:r>
        <w:t>مزید یہ کہ جاپان کا ایک بہت بڑا جزیرہ، جس کا نام ہے اوکیناوا، وہ</w:t>
      </w:r>
    </w:p>
    <w:p>
      <w:r>
        <w:rPr>
          <w:b/>
        </w:rPr>
        <w:t xml:space="preserve">[32:00] </w:t>
      </w:r>
      <w:r>
        <w:t>america ne apne qabze mein le liya. aaj bhi okinawa par america qabza hai. halanke woh jazeera hai jaapan ka. in sab baton ko jaapan ne tasleem kar liya.</w:t>
      </w:r>
    </w:p>
    <w:p>
      <w:pPr>
        <w:jc w:val="right"/>
      </w:pPr>
      <w:r>
        <w:t>امریکہ نے اپنے قبضے میں لے لیا۔ آج بھی اوکیناوا پر امریکہ قبضہ ہے۔ حالانکہ وہ جزیرہ ہے جاپان کا۔ ان سب باتوں کو جاپان نے تسلیم کر لیا۔</w:t>
      </w:r>
    </w:p>
    <w:p>
      <w:r>
        <w:rPr>
          <w:b/>
        </w:rPr>
        <w:t xml:space="preserve">[32:14] </w:t>
      </w:r>
      <w:r>
        <w:t>to kya hua? peace</w:t>
      </w:r>
    </w:p>
    <w:p>
      <w:pPr>
        <w:jc w:val="right"/>
      </w:pPr>
      <w:r>
        <w:t>تو کیا ہوا؟ peace</w:t>
      </w:r>
    </w:p>
    <w:p>
      <w:r>
        <w:rPr>
          <w:b/>
        </w:rPr>
        <w:t xml:space="preserve">[32:15] </w:t>
      </w:r>
      <w:r>
        <w:t>aa gaya. yani status ko aap maan lein to foran jo cheez milti hai, woh peace milti hai.</w:t>
      </w:r>
    </w:p>
    <w:p>
      <w:pPr>
        <w:jc w:val="right"/>
      </w:pPr>
      <w:r>
        <w:t>آ گیا۔ یعنی status کو آپ مان لیں تو فوراً جو چیز ملتی ہے، وہ peace ملتی ہے۔</w:t>
      </w:r>
    </w:p>
    <w:p>
      <w:r>
        <w:rPr>
          <w:b/>
        </w:rPr>
        <w:t xml:space="preserve">[32:24] </w:t>
      </w:r>
      <w:r>
        <w:t>yani accept the status ko. and it will lead to peace and peace will lead to opportunity and opportunity will lead to development to jaapan ne kya kiya</w:t>
      </w:r>
    </w:p>
    <w:p>
      <w:pPr>
        <w:jc w:val="right"/>
      </w:pPr>
      <w:r>
        <w:t>یعنی accept the status کو۔ and it will lead to peace and peace will lead to opportunity and opportunity will lead to development تو جاپان نے کیا کیا</w:t>
      </w:r>
    </w:p>
    <w:p>
      <w:r>
        <w:rPr>
          <w:b/>
        </w:rPr>
        <w:t xml:space="preserve">[32:41] </w:t>
      </w:r>
      <w:r>
        <w:t>? ke second world war ke baad jo status quo bana tha, woh agarche is favour mein nahi tha, is ke second world war ke baad jo status quo bana tha, woh jaapan ke favour mein nahi tha.</w:t>
      </w:r>
    </w:p>
    <w:p>
      <w:pPr>
        <w:jc w:val="right"/>
      </w:pPr>
      <w:r>
        <w:t>؟ کہ سیکنڈ ورلڈ وار کے بعد جو status quo بنا تھا، وہ اگرچہ اس favour میں نہیں تھا، اس کے سیکنڈ ورلڈ وار کے بعد جو status quo بنا تھا، وہ جاپان کے favour میں نہیں تھا۔</w:t>
      </w:r>
    </w:p>
    <w:p>
      <w:r>
        <w:rPr>
          <w:b/>
        </w:rPr>
        <w:t xml:space="preserve">[32:56] </w:t>
      </w:r>
      <w:r>
        <w:t>lekin us ko maan liya unhon ne. maante hi un ko is ka naqd faida kya mila? ke peace qaim ho gaya.</w:t>
      </w:r>
    </w:p>
    <w:p>
      <w:pPr>
        <w:jc w:val="right"/>
      </w:pPr>
      <w:r>
        <w:t>لیکن اس کو مان لیا انہوں نے۔ مانتے ہی ان کو اس کا نقد فائدہ کیا ملا؟ کہ peace قائم ہو گیا۔</w:t>
      </w:r>
    </w:p>
    <w:p>
      <w:r>
        <w:rPr>
          <w:b/>
        </w:rPr>
        <w:t xml:space="preserve">[33:07] </w:t>
      </w:r>
      <w:r>
        <w:t>ek dam peace.</w:t>
      </w:r>
    </w:p>
    <w:p>
      <w:pPr>
        <w:jc w:val="right"/>
      </w:pPr>
      <w:r>
        <w:t>ایک دم peace۔</w:t>
      </w:r>
    </w:p>
    <w:p>
      <w:r>
        <w:rPr>
          <w:b/>
        </w:rPr>
        <w:t xml:space="preserve">[33:13] </w:t>
      </w:r>
      <w:r>
        <w:t>aur peace qaim jab hua to unhon ne apni sari koshishon ko education ki taraf, industry ki taraf, social development ki taraf mor diya.</w:t>
      </w:r>
    </w:p>
    <w:p>
      <w:pPr>
        <w:jc w:val="right"/>
      </w:pPr>
      <w:r>
        <w:t>اور peace قائم جب ہوا تو انہوں نے اپنی ساری کوششوں کو education کی طرف، industry کی طرف، social development کی طرف موڑ دیا۔</w:t>
      </w:r>
    </w:p>
    <w:p>
      <w:r>
        <w:rPr>
          <w:b/>
        </w:rPr>
        <w:t xml:space="preserve">[33:24] </w:t>
      </w:r>
      <w:r>
        <w:t>aap jante hain ke aaj jaapan economic superpower banaya jata hai.</w:t>
      </w:r>
    </w:p>
    <w:p>
      <w:pPr>
        <w:jc w:val="right"/>
      </w:pPr>
      <w:r>
        <w:t>آپ جانتے ہیں کہ آج جاپان economic superpower بنایا جاتا ہے۔</w:t>
      </w:r>
    </w:p>
    <w:p>
      <w:r>
        <w:rPr>
          <w:b/>
        </w:rPr>
        <w:t xml:space="preserve">[33:32] </w:t>
      </w:r>
      <w:r>
        <w:t>to yeh jo formula jo hai, yeh sab se pehle tareekh mein islam ne diya.</w:t>
      </w:r>
    </w:p>
    <w:p>
      <w:pPr>
        <w:jc w:val="right"/>
      </w:pPr>
      <w:r>
        <w:t>تو یہ جو فارمولا جو ہے، یہ سب سے پہلے تاریخ میں اسلام نے دیا۔</w:t>
      </w:r>
    </w:p>
    <w:p>
      <w:r>
        <w:rPr>
          <w:b/>
        </w:rPr>
        <w:t xml:space="preserve">[33:41] </w:t>
      </w:r>
      <w:r>
        <w:t>keh status quo man lo, jo status quo bana hai, us ko man lo. takrao mat karo, larai mat karo.</w:t>
      </w:r>
    </w:p>
    <w:p>
      <w:pPr>
        <w:jc w:val="right"/>
      </w:pPr>
      <w:r>
        <w:t>کہ status quo مان لو، جو status quo بنا ہے، اس کو مان لو۔ ٹکراؤ مت کرو، لڑائی مت کرو۔</w:t>
      </w:r>
    </w:p>
    <w:p>
      <w:r>
        <w:rPr>
          <w:b/>
        </w:rPr>
        <w:t xml:space="preserve">[33:53] </w:t>
      </w:r>
      <w:r>
        <w:t>to peace aa jayega. to poori history mein chain war ho rahi thi. poori history history of chain war hai.</w:t>
      </w:r>
    </w:p>
    <w:p>
      <w:pPr>
        <w:jc w:val="right"/>
      </w:pPr>
      <w:r>
        <w:t>تو peace آ جائے گا۔ تو پوری history میں chain war ہو رہی تھی۔ پوری history history of chain war ہے۔</w:t>
      </w:r>
    </w:p>
    <w:p>
      <w:r>
        <w:rPr>
          <w:b/>
        </w:rPr>
        <w:t xml:space="preserve">[34:04] </w:t>
      </w:r>
      <w:r>
        <w:t>the whole human history is the history of chain wars</w:t>
      </w:r>
    </w:p>
    <w:p>
      <w:pPr>
        <w:jc w:val="right"/>
      </w:pPr>
      <w:r>
        <w:t>the whole human history is the history of chain wars</w:t>
      </w:r>
    </w:p>
    <w:p>
      <w:r>
        <w:rPr>
          <w:b/>
        </w:rPr>
        <w:t xml:space="preserve">[34:09] </w:t>
      </w:r>
      <w:r>
        <w:t>aik ke baad larai, aik ke baad larai. kyunke jo harta tha, wo bator inteqam phir lardne ke liye khara hota tha.</w:t>
      </w:r>
    </w:p>
    <w:p>
      <w:pPr>
        <w:jc w:val="right"/>
      </w:pPr>
      <w:r>
        <w:t>ایک کے بعد لڑائی، ایک کے بعد لڑائی۔ کیونکہ جو ہارتا تھا، وہ بطور انتقام پھر لڑنے کے لیے کھڑا ہوتا تھا۔</w:t>
      </w:r>
    </w:p>
    <w:p>
      <w:r>
        <w:rPr>
          <w:b/>
        </w:rPr>
        <w:t xml:space="preserve">[34:22] </w:t>
      </w:r>
      <w:r>
        <w:t>to Islam ne pehli bar yeh formula diya aur is ka demonstration yani asal khair is ka asal khair ki aap ayat mein is ki nazariyati maano mein is ki ideology di gayi hai.</w:t>
      </w:r>
    </w:p>
    <w:p>
      <w:pPr>
        <w:jc w:val="right"/>
      </w:pPr>
      <w:r>
        <w:t>تو اسلام نے پہلی بار یہ فارمولا دیا اور اس کا demonstration یعنی أصل الخير اس کا أصل الخير کی آپ آیت میں اس کی نظریاتی معنوں میں اس کی ideology دی گئی ہے۔</w:t>
      </w:r>
    </w:p>
    <w:p>
      <w:r>
        <w:rPr>
          <w:b/>
        </w:rPr>
        <w:t xml:space="preserve">[34:39] </w:t>
      </w:r>
      <w:r>
        <w:t>yani ideology of peace aur Hudaybiyah jo hai, us ka demonstration hai.</w:t>
      </w:r>
    </w:p>
    <w:p>
      <w:pPr>
        <w:jc w:val="right"/>
      </w:pPr>
      <w:r>
        <w:t>یعنی ideology of peace اور حدیبیہ جو ہے، اس کا demonstration ہے۔</w:t>
      </w:r>
    </w:p>
    <w:p>
      <w:r>
        <w:rPr>
          <w:b/>
        </w:rPr>
        <w:t xml:space="preserve">[34:48] </w:t>
      </w:r>
      <w:r>
        <w:t>asal khair jo hai, yeh ideology of peace hai. aur aur usool Hudaybiyah ya Hudaybiyah agreement jo hai, wo is ideology ka demonstration hai.</w:t>
      </w:r>
    </w:p>
    <w:p>
      <w:pPr>
        <w:jc w:val="right"/>
      </w:pPr>
      <w:r>
        <w:t>أصل الخير جو ہے، یہ ideology of peace ہے۔ اور اور اصول حدیبیہ یا حدیبیہ agreement جو ہے، وہ اس ideology کا demonstration ہے۔</w:t>
      </w:r>
    </w:p>
    <w:p>
      <w:r>
        <w:rPr>
          <w:b/>
        </w:rPr>
        <w:t xml:space="preserve">[35:03] </w:t>
      </w:r>
      <w:r>
        <w:t>yeh badqismati se kal mere paas aik aaye, aik TV wale aaye the interview ke liye.</w:t>
      </w:r>
    </w:p>
    <w:p>
      <w:pPr>
        <w:jc w:val="right"/>
      </w:pPr>
      <w:r>
        <w:t>یہ بدقسمتی سے کل میرے پاس ایک آئے، ایک ٹی وی والے آئے تھے interview کے لیے۔</w:t>
      </w:r>
    </w:p>
    <w:p>
      <w:r>
        <w:rPr>
          <w:b/>
        </w:rPr>
        <w:t xml:space="preserve">[35:15] </w:t>
      </w:r>
      <w:r>
        <w:t>to unhone kaha, kaha ke Musalman to lad rahe hain idhar udhar. to maine kaha ke you have to differentiate between community and religion Musalman Islam ko mante hain lekin Musalman Islam ka criterion nahi hain.</w:t>
      </w:r>
    </w:p>
    <w:p>
      <w:pPr>
        <w:jc w:val="right"/>
      </w:pPr>
      <w:r>
        <w:t>تو انہوں نے کہا، کہا کہ مسلمان تو لڑ رہے ہیں ادھر ادھر۔ تو میں نے کہا کہ you have to differentiate between community and religion مسلمان اسلام کو مانتے ہیں لیکن مسلمان اسلام کا criterion نہیں ہیں۔</w:t>
      </w:r>
    </w:p>
    <w:p>
      <w:r>
        <w:rPr>
          <w:b/>
        </w:rPr>
        <w:t xml:space="preserve">[35:40] </w:t>
      </w:r>
      <w:r>
        <w:t>Islam ko samajhne ke liye aap ko Quran o Sunnat dekhna padega.</w:t>
      </w:r>
    </w:p>
    <w:p>
      <w:pPr>
        <w:jc w:val="right"/>
      </w:pPr>
      <w:r>
        <w:t>اسلام کو سمجھنے کے لیے آپ کو قرآن و سنت دیکھنا پڑے گا۔</w:t>
      </w:r>
    </w:p>
    <w:p>
      <w:r>
        <w:rPr>
          <w:b/>
        </w:rPr>
        <w:t xml:space="preserve">[35:44] </w:t>
      </w:r>
      <w:r>
        <w:t>Musalmano ki practice ko nahi dekhna padega. phir maine misaal di ke India mein hamare aik constitution hai. to India ki jo society hai, us se aap nahi samajhte ke ke constitution kya hai.</w:t>
      </w:r>
    </w:p>
    <w:p>
      <w:pPr>
        <w:jc w:val="right"/>
      </w:pPr>
      <w:r>
        <w:t>مسلمانوں کی practice کو نہیں دیکھنا پڑے گا۔ پھر میں نے مثال دی کہ انڈیا میں ہمارے ایک constitution ہے۔ تو انڈیا کی جو society ہے، اس سے آپ نہیں سمجھتے کہ کہ constitution کیا ہے۔</w:t>
      </w:r>
    </w:p>
    <w:p>
      <w:r>
        <w:rPr>
          <w:b/>
        </w:rPr>
        <w:t xml:space="preserve">[36:00] </w:t>
      </w:r>
      <w:r>
        <w:t>society mein hamesha kuch na kuch</w:t>
      </w:r>
    </w:p>
    <w:p>
      <w:pPr>
        <w:jc w:val="right"/>
      </w:pPr>
      <w:r>
        <w:t>Society میں ہمیشہ کچھ نہ کچھ</w:t>
      </w:r>
    </w:p>
    <w:p>
      <w:r>
        <w:rPr>
          <w:b/>
        </w:rPr>
        <w:t xml:space="preserve">[36:05] </w:t>
      </w:r>
      <w:r>
        <w:t>baatein hoti hain, mukhtalif qism ki. to constitution alag cheez hai aur Indian society aik alag cheez hai.</w:t>
      </w:r>
    </w:p>
    <w:p>
      <w:pPr>
        <w:jc w:val="right"/>
      </w:pPr>
      <w:r>
        <w:t>باتیں ہوتی ہیں، مختلف قسم کی۔ تو constitution الگ چیز ہے اور انڈین society ایک الگ چیز ہے۔</w:t>
      </w:r>
    </w:p>
    <w:p>
      <w:r>
        <w:rPr>
          <w:b/>
        </w:rPr>
        <w:t xml:space="preserve">[36:14] </w:t>
      </w:r>
      <w:r>
        <w:t>agar aap ko batana ho ke constitution of India kya hai to aap jo book hai chhapi hui, us ko dekhna padega.</w:t>
      </w:r>
    </w:p>
    <w:p>
      <w:pPr>
        <w:jc w:val="right"/>
      </w:pPr>
      <w:r>
        <w:t>اگر آپ کو بتانا ہو کہ constitution of انڈیا کیا ہے تو آپ جو book ہے چھپی ہوئی، اس کو دیکھنا پڑے گا۔</w:t>
      </w:r>
    </w:p>
    <w:p>
      <w:r>
        <w:rPr>
          <w:b/>
        </w:rPr>
        <w:t xml:space="preserve">[36:23] </w:t>
      </w:r>
      <w:r>
        <w:t>is tarah agar aap ko samajhna hai ke Islam kya hai to aap ko Quran dekhna padega. is tarah ki Sunnat dekhna padega. Musalmano ki, Musalman jo amli taur par jo idhar udhar larai kar rahe hain, wo nahi dekhna padega.</w:t>
      </w:r>
    </w:p>
    <w:p>
      <w:pPr>
        <w:jc w:val="right"/>
      </w:pPr>
      <w:r>
        <w:t>اس طرح اگر آپ کو سمجھنا ہے کہ اسلام کیا ہے تو آپ کو قرآن دیکھنا پڑے گا۔ اس طرح کی سنت دیکھنا پڑے گا۔ مسلمانوں کی، مسلمان جو عملی طور پر جو ادھر ادھر لڑائی کر رہے ہیں، وہ نہیں دیکھنا پڑے گا۔</w:t>
      </w:r>
    </w:p>
    <w:p>
      <w:r>
        <w:rPr>
          <w:b/>
        </w:rPr>
        <w:t xml:space="preserve">[36:40] </w:t>
      </w:r>
      <w:r>
        <w:t>to you have to differentiate between Muslim culture and the religion of Islam</w:t>
      </w:r>
    </w:p>
    <w:p>
      <w:pPr>
        <w:jc w:val="right"/>
      </w:pPr>
      <w:r>
        <w:t>تو you have to differentiate between Muslim culture and the religion of Islam</w:t>
      </w:r>
    </w:p>
    <w:p>
      <w:r>
        <w:rPr>
          <w:b/>
        </w:rPr>
        <w:t xml:space="preserve">[36:51] </w:t>
      </w:r>
      <w:r>
        <w:t>aap ko farq karna padega Islam ki ideology mein aur Musalmano ki ke cultural jo un ke haan activities hain, wo alag cheez hai.</w:t>
      </w:r>
    </w:p>
    <w:p>
      <w:pPr>
        <w:jc w:val="right"/>
      </w:pPr>
      <w:r>
        <w:t>آپ کو فرق کرنا پڑے گا اسلام کی ideology میں اور مسلمانوں کی کہ cultural جو ان کے ہاں activities ہیں، وہ الگ چیز ہے۔</w:t>
      </w:r>
    </w:p>
    <w:p>
      <w:r>
        <w:rPr>
          <w:b/>
        </w:rPr>
        <w:t xml:space="preserve">[37:08] </w:t>
      </w:r>
      <w:r>
        <w:t>to Islam ka jo source hai,</w:t>
      </w:r>
    </w:p>
    <w:p>
      <w:pPr>
        <w:jc w:val="right"/>
      </w:pPr>
      <w:r>
        <w:t>تو اسلام کا جو source ہے،</w:t>
      </w:r>
    </w:p>
    <w:p>
      <w:r>
        <w:rPr>
          <w:b/>
        </w:rPr>
        <w:t xml:space="preserve">[37:14] </w:t>
      </w:r>
      <w:r>
        <w:t>wo hai Quran aur Sunnat. jaise India mein jo democratic system qaim hua hai, jo secular system, us ko samajhne ka jo zariya hai, wo hai constitution</w:t>
      </w:r>
    </w:p>
    <w:p>
      <w:pPr>
        <w:jc w:val="right"/>
      </w:pPr>
      <w:r>
        <w:t>وہ ہے قرآن اور سنت۔ جیسے انڈیا میں جو democratic system قائم ہوا ہے، جو secular system، اس کو سمجھنے کا جو ذریعہ ہے، وہ ہے constitution</w:t>
      </w:r>
    </w:p>
    <w:p>
      <w:r>
        <w:rPr>
          <w:b/>
        </w:rPr>
        <w:t xml:space="preserve">[37:33] </w:t>
      </w:r>
      <w:r>
        <w:t>. agar yeh main janna chahta hoon ke India mein azadi ke baad kaun sa system adopt kiya gaya hai, to aap ko constitution dekhna padega. yahan ki society mein nahi is ka jawab payenge aap.</w:t>
      </w:r>
    </w:p>
    <w:p>
      <w:pPr>
        <w:jc w:val="right"/>
      </w:pPr>
      <w:r>
        <w:t>۔ اگر یہ میں جاننا چاہتا ہوں کہ انڈیا میں آزادی کے بعد کون سا system adopt کیا گیا ہے، تو آپ کو constitution دیکھنا پڑے گا۔ یہاں کی society میں نہیں اس کا جواب پائیں گے آپ۔</w:t>
      </w:r>
    </w:p>
    <w:p>
      <w:r>
        <w:rPr>
          <w:b/>
        </w:rPr>
        <w:t xml:space="preserve">[37:47] </w:t>
      </w:r>
      <w:r>
        <w:t>kyunke society mein to bohat si baatein hongi, kahin corruption hoga, kahin takrao hoga, kahin kuch hoga, kuch hoga.</w:t>
      </w:r>
    </w:p>
    <w:p>
      <w:pPr>
        <w:jc w:val="right"/>
      </w:pPr>
      <w:r>
        <w:t>کیونکہ society میں تو بہت سی باتیں ہوں گی، کہیں corruption ہوگا، کہیں ٹکراؤ ہوگا، کہیں کچھ ہوگا، کچھ ہوگا۔</w:t>
      </w:r>
    </w:p>
    <w:p>
      <w:r>
        <w:rPr>
          <w:b/>
        </w:rPr>
        <w:t xml:space="preserve">[37:54] </w:t>
      </w:r>
      <w:r>
        <w:t>to India ne azadi ke baad kya</w:t>
      </w:r>
    </w:p>
    <w:p>
      <w:pPr>
        <w:jc w:val="right"/>
      </w:pPr>
      <w:r>
        <w:t>تو انڈیا نے آزادی کے بعد کیا</w:t>
      </w:r>
    </w:p>
    <w:p>
      <w:r>
        <w:rPr>
          <w:b/>
        </w:rPr>
        <w:t xml:space="preserve">[38:04] </w:t>
      </w:r>
      <w:r>
        <w:t>system ikhtiyar kiya, us ko janna hai to aap ko constitution of India dekhna padega. na ke Indian society. aise hi agar aap janna chahte hon ke Islam kya hai, to aap ko Quran o Sunnat ko dekhna padega.</w:t>
      </w:r>
    </w:p>
    <w:p>
      <w:pPr>
        <w:jc w:val="right"/>
      </w:pPr>
      <w:r>
        <w:t>system اختیار کیا، اس کو جاننا ہے تو آپ کو constitution of انڈیا دیکھنا پڑے گا۔ نہ کہ انڈین society۔ ایسے ہی اگر آپ جاننا چاہتے ہوں کہ اسلام کیا ہے، تو آپ کو قرآن و سنت کو دیکھنا پڑے گا۔</w:t>
      </w:r>
    </w:p>
    <w:p>
      <w:r>
        <w:rPr>
          <w:b/>
        </w:rPr>
        <w:t xml:space="preserve">[38:18] </w:t>
      </w:r>
      <w:r>
        <w:t>na ke Muslim samaj ko.</w:t>
      </w:r>
    </w:p>
    <w:p>
      <w:pPr>
        <w:jc w:val="right"/>
      </w:pPr>
      <w:r>
        <w:t>نہ کہ مسلم سماج کو۔</w:t>
      </w:r>
    </w:p>
    <w:p>
      <w:r>
        <w:rPr>
          <w:b/>
        </w:rPr>
        <w:t xml:space="preserve">[38:24] </w:t>
      </w:r>
      <w:r>
        <w:t>to aaj main yeh kahunga ke agar aap</w:t>
      </w:r>
    </w:p>
    <w:p>
      <w:pPr>
        <w:jc w:val="right"/>
      </w:pPr>
      <w:r>
        <w:t>تو آج میں یہ کہوں گا کہ اگر آپ</w:t>
      </w:r>
    </w:p>
    <w:p>
      <w:r>
        <w:rPr>
          <w:b/>
        </w:rPr>
        <w:t xml:space="preserve">[38:31] </w:t>
      </w:r>
      <w:r>
        <w:t>kal ek sahib se baat hui, hazrat imam malik ke qaul par. imam malik ne kaha tha ke lan yuslih akhiru hadhihi al-ummah illa ma salah bihi awwaluh</w:t>
      </w:r>
    </w:p>
    <w:p>
      <w:pPr>
        <w:jc w:val="right"/>
      </w:pPr>
      <w:r>
        <w:t>کل ایک صاحب سے بات ہوئی، حضرت امام مالک کے قول پر۔ امام مالک نے کہا تھا کہ لن یصلح آخر هذه الأمة إلا ما صلح به أولها</w:t>
      </w:r>
    </w:p>
    <w:p>
      <w:r>
        <w:rPr>
          <w:b/>
        </w:rPr>
        <w:t xml:space="preserve">[38:46] </w:t>
      </w:r>
      <w:r>
        <w:t>yani is ummat ke baad ke logon ki</w:t>
      </w:r>
    </w:p>
    <w:p>
      <w:pPr>
        <w:jc w:val="right"/>
      </w:pPr>
      <w:r>
        <w:t>یعنی اس امت کے بعد کے لوگوں کی</w:t>
      </w:r>
    </w:p>
    <w:p>
      <w:r>
        <w:rPr>
          <w:b/>
        </w:rPr>
        <w:t xml:space="preserve">[38:55] </w:t>
      </w:r>
      <w:r>
        <w:t>bhalai bhi isi mein hai jo is ummat ke pehluon ki jis mein bhalai hui thi.</w:t>
      </w:r>
    </w:p>
    <w:p>
      <w:pPr>
        <w:jc w:val="right"/>
      </w:pPr>
      <w:r>
        <w:t>بھلائی بھی اسی میں ہے جو اس امت کے پہلوں کی جس میں بھلائی ہوئی تھی۔</w:t>
      </w:r>
    </w:p>
    <w:p>
      <w:r>
        <w:rPr>
          <w:b/>
        </w:rPr>
        <w:t xml:space="preserve">[39:03] </w:t>
      </w:r>
      <w:r>
        <w:t>to pehluon ki bhalai kis mein hui thi?</w:t>
      </w:r>
    </w:p>
    <w:p>
      <w:pPr>
        <w:jc w:val="right"/>
      </w:pPr>
      <w:r>
        <w:t>تو پہلوں کی بھلائی کس میں ہوئی تھی؟</w:t>
      </w:r>
    </w:p>
    <w:p>
      <w:r>
        <w:rPr>
          <w:b/>
        </w:rPr>
        <w:t xml:space="preserve">[39:08] </w:t>
      </w:r>
      <w:r>
        <w:t>lan yuslih akhiru hadhihi al-ummah illa ma salah bihi</w:t>
      </w:r>
    </w:p>
    <w:p>
      <w:pPr>
        <w:jc w:val="right"/>
      </w:pPr>
      <w:r>
        <w:t>لن يصلح آخر هذه الأمة إلا ما صلح به</w:t>
      </w:r>
    </w:p>
    <w:p>
      <w:r>
        <w:rPr>
          <w:b/>
        </w:rPr>
        <w:t xml:space="preserve">[39:16] </w:t>
      </w:r>
      <w:r>
        <w:t>awwal</w:t>
      </w:r>
    </w:p>
    <w:p>
      <w:pPr>
        <w:jc w:val="right"/>
      </w:pPr>
      <w:r>
        <w:t>أول</w:t>
      </w:r>
    </w:p>
    <w:p>
      <w:r>
        <w:rPr>
          <w:b/>
        </w:rPr>
        <w:t xml:space="preserve">[39:17] </w:t>
      </w:r>
      <w:r>
        <w:t>uha illa ma salah bihi awwaluhu yani is ummat ke baad ke logon ka</w:t>
      </w:r>
    </w:p>
    <w:p>
      <w:pPr>
        <w:jc w:val="right"/>
      </w:pPr>
      <w:r>
        <w:t>ها إلا ما صلح به أولها یعنی اس امت کے بعد کے لوگوں کا</w:t>
      </w:r>
    </w:p>
    <w:p>
      <w:r>
        <w:rPr>
          <w:b/>
        </w:rPr>
        <w:t xml:space="preserve">[39:23] </w:t>
      </w:r>
      <w:r>
        <w:t>bhala bhi isi mein hoga jis mein un ki ummat ke pehluon ka bhala hua tha. to ummat ka bara hissa, yani seven century ke jo log the, un ka bhala kis mein hua tha?</w:t>
      </w:r>
    </w:p>
    <w:p>
      <w:pPr>
        <w:jc w:val="right"/>
      </w:pPr>
      <w:r>
        <w:t>بھلا بھی اسی میں ہوگا جس میں ان کی امت کے پہلوں کا بھلا ہوا تھا۔ تو امت کا بڑا حصہ، یعنی سیون سینچری کے جو لوگ تھے، ان کا بھلا کس میں ہوا تھا؟</w:t>
      </w:r>
    </w:p>
    <w:p>
      <w:r>
        <w:rPr>
          <w:b/>
        </w:rPr>
        <w:t xml:space="preserve">[39:36] </w:t>
      </w:r>
      <w:r>
        <w:t xml:space="preserve">peace ko unilateral taur par maan lene. </w:t>
      </w:r>
    </w:p>
    <w:p>
      <w:pPr>
        <w:jc w:val="right"/>
      </w:pPr>
      <w:r>
        <w:t>peace کو unilateral طور پر مان لینا۔</w:t>
      </w:r>
    </w:p>
    <w:p>
      <w:r>
        <w:rPr>
          <w:b/>
        </w:rPr>
        <w:t xml:space="preserve">[39:41] </w:t>
      </w:r>
      <w:r>
        <w:t>to us waqt musalman jo jagah ladai lad rahe hain, is sab ko band kar ke unilateral taur par peace qaim karna parega. is ke baad hamari zindagi mein ek nai beginning aegi, ek naya aaghaz aega.</w:t>
      </w:r>
    </w:p>
    <w:p>
      <w:pPr>
        <w:jc w:val="right"/>
      </w:pPr>
      <w:r>
        <w:t>تو اس وقت مسلمان جو جگہ لڑائی لڑ رہے ہیں، اس سب کو بند کر کے unilateral طور پر peace قائم کرنا پڑے گا۔ اس کے بعد ہماری زندگی میں ایک نئی beginning آئے گی، ایک نیا آغاز آئے گا۔</w:t>
      </w:r>
    </w:p>
    <w:p>
      <w:r>
        <w:rPr>
          <w:b/>
        </w:rPr>
        <w:t xml:space="preserve">[39:57] </w:t>
      </w:r>
      <w:r>
        <w:t>kyun ke is ke baad opportunities khulengi, hum peaceful planning kar sakte hain. to imam malik ka yeh qaul musalmanon ke liye ek rahanuma qaul hai.</w:t>
      </w:r>
    </w:p>
    <w:p>
      <w:pPr>
        <w:jc w:val="right"/>
      </w:pPr>
      <w:r>
        <w:t>کیونکہ اس کے بعد opportunities کھلیں گی، ہم peaceful planning کر سکتے ہیں۔ تو امام مالک کا یہ قول مسلمانوں کے لیے ایک رہنما قول ہے۔</w:t>
      </w:r>
    </w:p>
    <w:p>
      <w:r>
        <w:rPr>
          <w:b/>
        </w:rPr>
        <w:t xml:space="preserve">[40:09] </w:t>
      </w:r>
      <w:r>
        <w:t>jis usool ko ikhtiyar kar ke saatvin sadi isvi ke musalmanon ne taraqqi ki thi, wahi ikkeesvin sadi ke musalmanon ko bhi ikhtiyar karna chahiye.</w:t>
      </w:r>
    </w:p>
    <w:p>
      <w:pPr>
        <w:jc w:val="right"/>
      </w:pPr>
      <w:r>
        <w:t>جس اصول کو اختیار کر کے ساتویں صدی عیسوی کے مسلمانوں نے ترقی کی تھی، وہی اکیسویں صدی کے مسلمانوں کو بھی اختیار کرنا چاہیے۔</w:t>
      </w:r>
    </w:p>
    <w:p>
      <w:r>
        <w:rPr>
          <w:b/>
        </w:rPr>
        <w:t xml:space="preserve">[40:19] </w:t>
      </w:r>
      <w:r>
        <w:t>tab un ko taraqqi hasil hogi. aqulu qawli hadha wa astaghfirullaha li wa lakum ajmaeen.</w:t>
      </w:r>
    </w:p>
    <w:p>
      <w:pPr>
        <w:jc w:val="right"/>
      </w:pPr>
      <w:r>
        <w:t>تب ان کو ترقی حاصل ہوگی۔ أقول قولي هذا وأستغفر الله لي ولكم أجمعين.</w:t>
      </w:r>
    </w:p>
    <w:p>
      <w:r>
        <w:rPr>
          <w:b/>
        </w:rPr>
        <w:t xml:space="preserve">[40:43] </w:t>
      </w:r>
      <w:r>
        <w:t>okay, we will be starting with the question-answer session now. all the online viewers are requested to send their questions on info@cpsglobal.org.</w:t>
      </w:r>
    </w:p>
    <w:p>
      <w:pPr>
        <w:jc w:val="right"/>
      </w:pPr>
      <w:r>
        <w:t>اوکے، we will be starting with the question-answer session now. All the online viewers are requested to send their questions on info@cpsglobal.org.</w:t>
      </w:r>
    </w:p>
    <w:p>
      <w:r>
        <w:rPr>
          <w:b/>
        </w:rPr>
        <w:t xml:space="preserve">[40:54] </w:t>
      </w:r>
      <w:r>
        <w:t>please mention your location when you send your questions.</w:t>
      </w:r>
    </w:p>
    <w:p>
      <w:pPr>
        <w:jc w:val="right"/>
      </w:pPr>
      <w:r>
        <w:t>Please mention your location when you send your questions.</w:t>
      </w:r>
    </w:p>
    <w:p>
      <w:r>
        <w:rPr>
          <w:b/>
        </w:rPr>
        <w:t xml:space="preserve">[41:04] </w:t>
      </w:r>
      <w:r>
        <w:t>maulana, yeh sawal aaya hai shahnawaz zafar sahab ka, dilli se, aur unhon ne likha hai ke logon ka apne upar negative tanqeed ya mazak bohat hi takleef deh hota hai.</w:t>
      </w:r>
    </w:p>
    <w:p>
      <w:pPr>
        <w:jc w:val="right"/>
      </w:pPr>
      <w:r>
        <w:t>مولانا، یہ سوال آیا ہے شاہنواز ظفر صاحب کا، دلی سے، اور انہوں نے لکھا ہے کہ لوگوں کا اپنے اوپر negative تنقید یا مذاق بہت ہی تکلیف دہ ہوتا ہے۔</w:t>
      </w:r>
    </w:p>
    <w:p>
      <w:r>
        <w:rPr>
          <w:b/>
        </w:rPr>
        <w:t xml:space="preserve">[41:19] </w:t>
      </w:r>
      <w:r>
        <w:t>is takleef se bachne ka kya rasta hai? kya hum ise ignore kar ke apna kaam karte rahen? lekin is raste mein bar bar humein in takleefon se dochar hona parta hai.</w:t>
      </w:r>
    </w:p>
    <w:p>
      <w:pPr>
        <w:jc w:val="right"/>
      </w:pPr>
      <w:r>
        <w:t>اس تکلیف سے بچنے کا کیا راستہ ہے؟ کیا ہم اسے ignore کر کے اپنا کام کرتے رہیں؟ لیکن اس راستے میں بار بار ہمیں ان تکلیفوں سے دوچار ہونا پڑتا ہے۔</w:t>
      </w:r>
    </w:p>
    <w:p>
      <w:r>
        <w:rPr>
          <w:b/>
        </w:rPr>
        <w:t xml:space="preserve">[41:33] </w:t>
      </w:r>
      <w:r>
        <w:t>kya aisa mumkin hai ke hum itne develop ho jayen ke kisi ki badtameezi ka hamare upar koi asar na ho?</w:t>
      </w:r>
    </w:p>
    <w:p>
      <w:pPr>
        <w:jc w:val="right"/>
      </w:pPr>
      <w:r>
        <w:t>کیا ایسا ممکن ہے کہ ہم اتنے develop ہو جائیں کہ کسی کی بدتمیزی کا ہمارے اوپر کوئی اثر نہ ہو؟</w:t>
      </w:r>
    </w:p>
    <w:p>
      <w:r>
        <w:rPr>
          <w:b/>
        </w:rPr>
        <w:t xml:space="preserve">[41:44] </w:t>
      </w:r>
      <w:r>
        <w:t>dekhen, islam ka jo principle hai is mamle mein ke jo critique hai, jo tanqeed kar raha hai, us ko chahiye ke woh allegation ki zuban na bole, ilzam tarashi ki zuban na bole.</w:t>
      </w:r>
    </w:p>
    <w:p>
      <w:pPr>
        <w:jc w:val="right"/>
      </w:pPr>
      <w:r>
        <w:t>دیکھیں، اسلام کا جو principle ہے اس معاملے میں کہ جو critique ہے، جو تنقید کر رہا ہے، اس کو چاہیے کہ وہ allegation کی زبان نہ بولے، الزام تراشی کی زبان نہ بولے۔</w:t>
      </w:r>
    </w:p>
    <w:p>
      <w:r>
        <w:rPr>
          <w:b/>
        </w:rPr>
        <w:t xml:space="preserve">[42:04] </w:t>
      </w:r>
      <w:r>
        <w:t>balkeh facts ko le kar ke comment de apna. yani sabit shuda fact, aisa fact jo dono fareeq ke darmiyan tasleem shuda ho, us ko le kar ke bole woh.</w:t>
      </w:r>
    </w:p>
    <w:p>
      <w:pPr>
        <w:jc w:val="right"/>
      </w:pPr>
      <w:r>
        <w:t>بلکہ facts کو لے کر کے comment دے اپنا۔ یعنی ثابت شدہ fact، ایسا fact جو دونوں فریق کے درمیان تسلیم شدہ ہو، اس کو لے کر کے بولے وہ۔</w:t>
      </w:r>
    </w:p>
    <w:p>
      <w:r>
        <w:rPr>
          <w:b/>
        </w:rPr>
        <w:t xml:space="preserve">[42:22] </w:t>
      </w:r>
      <w:r>
        <w:t>aur niyat par hamla karna, aib lagana, yeh islam mein haram hai. lekin ab dunya mein jab hota hai to ab sawal yeh hai ke woh aadmi kya kare jis ki tanqeed ki gayi hai?</w:t>
      </w:r>
    </w:p>
    <w:p>
      <w:pPr>
        <w:jc w:val="right"/>
      </w:pPr>
      <w:r>
        <w:t>اور نیت پر حملہ کرنا، عیب لگانا، یہ اسلام میں حرام ہے۔ لیکن اب دنیا میں جب ہوتا ہے تو اب سوال یہ ہے کہ وہ آدمی کیا کرے جس کی تنقید کی گئی ہے؟</w:t>
      </w:r>
    </w:p>
    <w:p>
      <w:r>
        <w:rPr>
          <w:b/>
        </w:rPr>
        <w:t xml:space="preserve">[42:37] </w:t>
      </w:r>
      <w:r>
        <w:t>yeh usool to hum dunya ko bata sakte hain ke bhai aisa karo. kuch log manenge, kuch log na manenge. ab is is insan ke liye kya hai jo jis par criticize kiya gaya hai?</w:t>
      </w:r>
    </w:p>
    <w:p>
      <w:pPr>
        <w:jc w:val="right"/>
      </w:pPr>
      <w:r>
        <w:t>یہ اصول تو ہم دنیا کو بتا سکتے ہیں کہ بھئی ایسا کرو۔ کچھ لوگ مانیں گے، کچھ لوگ نہ مانیں گے۔ اب اس اس انسان کے لیے کیا ہے جو جس پر criticize کیا گیا ہے؟</w:t>
      </w:r>
    </w:p>
    <w:p>
      <w:r>
        <w:rPr>
          <w:b/>
        </w:rPr>
        <w:t xml:space="preserve">[42:51] </w:t>
      </w:r>
      <w:r>
        <w:t>to us ke liye tareeqa islam mein yeh bataya gaya hai ke aap bajaye is ke ke aap provoke hon, ghussa ho jayen, react karen, aap sirf yeh kijiye ke dekhen ke us ne jo baat kahi hai, us mein kuch sachai hai.</w:t>
      </w:r>
    </w:p>
    <w:p>
      <w:pPr>
        <w:jc w:val="right"/>
      </w:pPr>
      <w:r>
        <w:t>تو اس کے لیے طریقہ اسلام میں یہ بتایا گیا ہے کہ آپ بجائے اس کے کہ آپ provoke ہوں، غصہ ہو جائیں، react کریں، آپ صرف یہ کیجیے کہ دیکھیں کہ اس نے جو بات کہی ہے، اس میں کچھ سچائی ہے۔</w:t>
      </w:r>
    </w:p>
    <w:p>
      <w:r>
        <w:rPr>
          <w:b/>
        </w:rPr>
        <w:t xml:space="preserve">[43:11] </w:t>
      </w:r>
      <w:r>
        <w:t>agar sachai hai to us ko seriously lijiye aur apni islaah kar lijiye.</w:t>
      </w:r>
    </w:p>
    <w:p>
      <w:pPr>
        <w:jc w:val="right"/>
      </w:pPr>
      <w:r>
        <w:t>اگر سچائی ہے تو اس کو seriously لیجیے اور اپنی اصلاح کر لیجیے۔</w:t>
      </w:r>
    </w:p>
    <w:p>
      <w:r>
        <w:rPr>
          <w:b/>
        </w:rPr>
        <w:t xml:space="preserve">[43:20] </w:t>
      </w:r>
      <w:r>
        <w:t>agar sachai nahi hai, woh allegation hai to phir aaraaz kijiye, avoid kijiye. uljhiye mat.</w:t>
      </w:r>
    </w:p>
    <w:p>
      <w:pPr>
        <w:jc w:val="right"/>
      </w:pPr>
      <w:r>
        <w:t>اگر سچائی نہیں ہے، وہ allegation ہے تو پھر اعراض کیجیے، avoid کیجیے۔ الجھیے مت۔</w:t>
      </w:r>
    </w:p>
    <w:p>
      <w:r>
        <w:rPr>
          <w:b/>
        </w:rPr>
        <w:t xml:space="preserve">[43:32] </w:t>
      </w:r>
      <w:r>
        <w:t>yani agar is ne jo baat kahi hai, woh yani is qabil hai ke aap is ko manen, apni ghalti ki islaah karen to aap zaroor is ko maniye aur is ki islaah kar lijie apni ghalti ki.</w:t>
      </w:r>
    </w:p>
    <w:p>
      <w:pPr>
        <w:jc w:val="right"/>
      </w:pPr>
      <w:r>
        <w:t>یعنی اگر اس نے جو بات کہی ہے، وہ یعنی اس قابل ہے کہ آپ اس کو مانیں، اپنی غلطی کی اصلاح کریں تو آپ ضرور اس کو مانیے اور اس کی اصلاح کر لیجیے اپنی غلطی کی۔</w:t>
      </w:r>
    </w:p>
    <w:p>
      <w:r>
        <w:rPr>
          <w:b/>
        </w:rPr>
        <w:t xml:space="preserve">[43:50] </w:t>
      </w:r>
      <w:r>
        <w:t>agar aap dekhte hain ke is ne to ek jhoota ilzaam laga rakha hai ke woh character assassination kar raha hai to character assassination to islam mein haraam hai.</w:t>
      </w:r>
    </w:p>
    <w:p>
      <w:pPr>
        <w:jc w:val="right"/>
      </w:pPr>
      <w:r>
        <w:t>اگر آپ دیکھتے ہیں کہ اس نے تو ایک جھوٹا الزام لگا رکھا ہے کہ وہ character assassination کر رہا ہے تو character assassination تو اسلام میں حرام ہے۔</w:t>
      </w:r>
    </w:p>
    <w:p>
      <w:r>
        <w:rPr>
          <w:b/>
        </w:rPr>
        <w:t xml:space="preserve">[44:03] </w:t>
      </w:r>
      <w:r>
        <w:t>lekin aap agar provoke hon, aap react karen to aap ka waqt zaya hota hai.</w:t>
      </w:r>
    </w:p>
    <w:p>
      <w:pPr>
        <w:jc w:val="right"/>
      </w:pPr>
      <w:r>
        <w:t>لیکن آپ اگر provoke ہوں، آپ react کریں تو آپ کا وقت ضائع ہوتا ہے۔</w:t>
      </w:r>
    </w:p>
    <w:p>
      <w:r>
        <w:rPr>
          <w:b/>
        </w:rPr>
        <w:t xml:space="preserve">[44:11] </w:t>
      </w:r>
      <w:r>
        <w:t>to is ko main kehta hoon ke</w:t>
      </w:r>
    </w:p>
    <w:p>
      <w:pPr>
        <w:jc w:val="right"/>
      </w:pPr>
      <w:r>
        <w:t>تو اس کو میں کہتا ہوں کہ</w:t>
      </w:r>
    </w:p>
    <w:p>
      <w:r>
        <w:rPr>
          <w:b/>
        </w:rPr>
        <w:t xml:space="preserve">[44:15] </w:t>
      </w:r>
      <w:r>
        <w:t>by time strategy, B-U-Y, by time strategy. yani jab aap aaraaz karte hain, jab chup ho jate hain to aap time avail karte hain.</w:t>
      </w:r>
    </w:p>
    <w:p>
      <w:pPr>
        <w:jc w:val="right"/>
      </w:pPr>
      <w:r>
        <w:t>by time strategy، B-U-Y، by time strategy۔ یعنی جب آپ اعراض کرتے ہیں، جب چپ ہو جاتے ہیں تو آپ time avail کرتے ہیں۔</w:t>
      </w:r>
    </w:p>
    <w:p>
      <w:r>
        <w:rPr>
          <w:b/>
        </w:rPr>
        <w:t xml:space="preserve">[44:30] </w:t>
      </w:r>
      <w:r>
        <w:t>aur jab ulajh jate hain to aap ka time waste hota hai.</w:t>
      </w:r>
    </w:p>
    <w:p>
      <w:pPr>
        <w:jc w:val="right"/>
      </w:pPr>
      <w:r>
        <w:t>اور جب الجھ جاتے ہیں تو آپ کا time waste ہوتا ہے۔</w:t>
      </w:r>
    </w:p>
    <w:p>
      <w:r>
        <w:rPr>
          <w:b/>
        </w:rPr>
        <w:t xml:space="preserve">[44:37] </w:t>
      </w:r>
      <w:r>
        <w:t>to ya to apni islaah kar lijie ya phir by time strategy ko apnaie.</w:t>
      </w:r>
    </w:p>
    <w:p>
      <w:pPr>
        <w:jc w:val="right"/>
      </w:pPr>
      <w:r>
        <w:t>تو یا تو اپنی اصلاح کر لیجیے یا پھر by time strategy کو اپنائیے۔</w:t>
      </w:r>
    </w:p>
    <w:p>
      <w:r>
        <w:rPr>
          <w:b/>
        </w:rPr>
        <w:t xml:space="preserve">[44:46] </w:t>
      </w:r>
      <w:r>
        <w:t>maulana, agla sawal maharashtra se aaya hai aur muhammad ibrahim ginni sahib ne kiya hai. unhon ne aapse poocha hai ke maulana what is the secret formula behind your thought process?</w:t>
      </w:r>
    </w:p>
    <w:p>
      <w:pPr>
        <w:jc w:val="right"/>
      </w:pPr>
      <w:r>
        <w:t>مولانا، اگلا سوال مہاراشٹر سے آیا ہے اور محمد ابراہیم گنی صاحب نے کیا ہے۔ انہوں نے آپ سے پوچھا ہے کہ مولانا what is the secret formula behind your thought process?</w:t>
      </w:r>
    </w:p>
    <w:p>
      <w:r>
        <w:rPr>
          <w:b/>
        </w:rPr>
        <w:t xml:space="preserve">[44:58] </w:t>
      </w:r>
      <w:r>
        <w:t>How do you look at any issue?</w:t>
      </w:r>
    </w:p>
    <w:p>
      <w:pPr>
        <w:jc w:val="right"/>
      </w:pPr>
      <w:r>
        <w:t>How do you look at any issue?</w:t>
      </w:r>
    </w:p>
    <w:p>
      <w:r>
        <w:rPr>
          <w:b/>
        </w:rPr>
        <w:t xml:space="preserve">[45:12] </w:t>
      </w:r>
      <w:r>
        <w:t>dekhen, islam mein do hi cheezon ko basic mana gaya hai. do hi cheezon ko.</w:t>
      </w:r>
    </w:p>
    <w:p>
      <w:pPr>
        <w:jc w:val="right"/>
      </w:pPr>
      <w:r>
        <w:t>دیکھیں، اسلام میں دو ہی چیزوں کو basic مانا گیا ہے۔ دو ہی چیزوں کو۔</w:t>
      </w:r>
    </w:p>
    <w:p>
      <w:r>
        <w:rPr>
          <w:b/>
        </w:rPr>
        <w:t xml:space="preserve">[45:24] </w:t>
      </w:r>
      <w:r>
        <w:t>ek hai revealed knowledge, ek hai scientific knowledge.</w:t>
      </w:r>
    </w:p>
    <w:p>
      <w:pPr>
        <w:jc w:val="right"/>
      </w:pPr>
      <w:r>
        <w:t>ایک ہے revealed knowledge، ایک ہے scientific knowledge۔</w:t>
      </w:r>
    </w:p>
    <w:p>
      <w:r>
        <w:rPr>
          <w:b/>
        </w:rPr>
        <w:t xml:space="preserve">[45:32] </w:t>
      </w:r>
      <w:r>
        <w:t>to main cheezon ko hamesha isi roshni mein janchta hoon.</w:t>
      </w:r>
    </w:p>
    <w:p>
      <w:pPr>
        <w:jc w:val="right"/>
      </w:pPr>
      <w:r>
        <w:t>تو میں چیزوں کو ہمیشہ اسی روشنی میں جانچتا ہوں۔</w:t>
      </w:r>
    </w:p>
    <w:p>
      <w:r>
        <w:rPr>
          <w:b/>
        </w:rPr>
        <w:t xml:space="preserve">[45:39] </w:t>
      </w:r>
      <w:r>
        <w:t>yani allah ne jo kitaab bheji hai, jo ilhami ilm, taghabur pe utra hai, us ki roshni mein janchana.</w:t>
      </w:r>
    </w:p>
    <w:p>
      <w:pPr>
        <w:jc w:val="right"/>
      </w:pPr>
      <w:r>
        <w:t>یعنی اللہ نے جو کتاب بھیجی ہے، جو الہامی علم، تغبر پہ اترا ہے، اس کی روشنی میں جانچنا۔</w:t>
      </w:r>
    </w:p>
    <w:p>
      <w:r>
        <w:rPr>
          <w:b/>
        </w:rPr>
        <w:t xml:space="preserve">[45:50] </w:t>
      </w:r>
      <w:r>
        <w:t>ya phir jo scientifically jo cheez establish ho gayi hai, us ki roshni mein dekhna cheezon ko.</w:t>
      </w:r>
    </w:p>
    <w:p>
      <w:pPr>
        <w:jc w:val="right"/>
      </w:pPr>
      <w:r>
        <w:t>یا پھر جو scientifically جو چیز establish ہو گئی ہے، اس کی روشنی میں دیکھنا چیزوں کو۔</w:t>
      </w:r>
    </w:p>
    <w:p>
      <w:r>
        <w:rPr>
          <w:b/>
        </w:rPr>
        <w:t xml:space="preserve">[46:00] </w:t>
      </w:r>
      <w:r>
        <w:t>bas do tareeqe mere hote hain. isi ki roshni mein sochta hoon main. aur main chahta hoon, agar main pata hoon ke in donon mein se koi cheez is mein apply nahin hoti hai to main is se khamosh ho jata hoon, is ko ignore karta hoon.</w:t>
      </w:r>
    </w:p>
    <w:p>
      <w:pPr>
        <w:jc w:val="right"/>
      </w:pPr>
      <w:r>
        <w:t>بس دو طریقے میرے ہوتے ہیں۔ اسی کی روشنی میں سوچتا ہوں میں۔ اور میں چاہتا ہوں، اگر میں پاتا ہوں کہ ان دونوں میں سے کوئی چیز اس میں apply نہیں ہوتی ہے تو میں اس سے خاموش ہو جاتا ہوں، اس کو ignore کرتا ہوں۔</w:t>
      </w:r>
    </w:p>
    <w:p>
      <w:r>
        <w:rPr>
          <w:b/>
        </w:rPr>
        <w:t xml:space="preserve">[46:17] </w:t>
      </w:r>
      <w:r>
        <w:t>phir main is ko apne dimagh mein zaahir nahin karta.</w:t>
      </w:r>
    </w:p>
    <w:p>
      <w:pPr>
        <w:jc w:val="right"/>
      </w:pPr>
      <w:r>
        <w:t>پھر میں اس کو اپنے دماغ میں ظاہر نہیں کرتا۔</w:t>
      </w:r>
    </w:p>
    <w:p>
      <w:r>
        <w:rPr>
          <w:b/>
        </w:rPr>
        <w:t xml:space="preserve">[46:20] </w:t>
      </w:r>
      <w:r>
        <w:t>main khud by time strategy ko bohat zabardast tareeqe se ikhtiyar kiya hua hoon. bohat zabardast tareeqe se.</w:t>
      </w:r>
    </w:p>
    <w:p>
      <w:pPr>
        <w:jc w:val="right"/>
      </w:pPr>
      <w:r>
        <w:t>میں خود by time strategy کو بہت زبردست طریقے سے اختیار کیا ہوا ہوں۔ بہت زبردست طریقے سے۔</w:t>
      </w:r>
    </w:p>
    <w:p>
      <w:r>
        <w:rPr>
          <w:b/>
        </w:rPr>
        <w:t xml:space="preserve">[46:31] </w:t>
      </w:r>
      <w:r>
        <w:t>rozana mere paas aise log, kisi ka telephone aata hai ya khud aata hai, aisi baaten karta hai jis ka koi sense nahin hota. na rational sense hota hai, na islamic sense.</w:t>
      </w:r>
    </w:p>
    <w:p>
      <w:pPr>
        <w:jc w:val="right"/>
      </w:pPr>
      <w:r>
        <w:t>روزانہ میرے پاس ایسے لوگ، کسی کا ٹیلی فون آتا ہے یا خود آتا ہے، ایسی باتیں کرتا ہے جس کا کوئی sense نہیں ہوتا۔ نہ rational sense ہوتا ہے، نہ Islamic sense۔</w:t>
      </w:r>
    </w:p>
    <w:p>
      <w:r>
        <w:rPr>
          <w:b/>
        </w:rPr>
        <w:t xml:space="preserve">[46:43] </w:t>
      </w:r>
      <w:r>
        <w:t>to main bas sunta rehta hoon, sunta rehta hoon bas.</w:t>
      </w:r>
    </w:p>
    <w:p>
      <w:pPr>
        <w:jc w:val="right"/>
      </w:pPr>
      <w:r>
        <w:t>تو میں بس سنتا رہتا ہوں، سنتا رہتا ہوں بس۔</w:t>
      </w:r>
    </w:p>
    <w:p>
      <w:r>
        <w:rPr>
          <w:b/>
        </w:rPr>
        <w:t xml:space="preserve">[46:49] </w:t>
      </w:r>
      <w:r>
        <w:t>to mera jo thought process hai, woh inhi do lineon par chalta hai. ya to woh line jo quran ne di hai ya woh line jo science ne di hai.</w:t>
      </w:r>
    </w:p>
    <w:p>
      <w:pPr>
        <w:jc w:val="right"/>
      </w:pPr>
      <w:r>
        <w:t>تو میرا جو thought process ہے، وہ انہی دو لائنوں پر چلتا ہے۔ یا تو وہ لائن جو قرآن نے دی ہے یا وہ لائن جو سائنس نے دی ہے۔</w:t>
      </w:r>
    </w:p>
    <w:p>
      <w:r>
        <w:rPr>
          <w:b/>
        </w:rPr>
        <w:t xml:space="preserve">[47:00] </w:t>
      </w:r>
      <w:r>
        <w:t>bas.</w:t>
      </w:r>
    </w:p>
    <w:p>
      <w:pPr>
        <w:jc w:val="right"/>
      </w:pPr>
      <w:r>
        <w:t>بس۔</w:t>
      </w:r>
    </w:p>
    <w:p>
      <w:r>
        <w:rPr>
          <w:b/>
        </w:rPr>
        <w:t xml:space="preserve">[47:05] </w:t>
      </w:r>
      <w:r>
        <w:t>maulana, un ka ek aur sawal hai. unhon ne likha hai ke everyone in this world cannot dedicate just like you did for study of Islam</w:t>
      </w:r>
    </w:p>
    <w:p>
      <w:pPr>
        <w:jc w:val="right"/>
      </w:pPr>
      <w:r>
        <w:t>مولانا، ان کا ایک اور سوال ہے۔ انہوں نے لکھا ہے کہ everyone in this world cannot dedicate just like you did for study of Islam</w:t>
      </w:r>
    </w:p>
    <w:p>
      <w:r>
        <w:rPr>
          <w:b/>
        </w:rPr>
        <w:t xml:space="preserve">[47:16] </w:t>
      </w:r>
      <w:r>
        <w:t>. maulana sahib, please advise me, considering that I am an ordinary person, as to how I can have a clear thought process and dedicate myself for Islam.</w:t>
      </w:r>
    </w:p>
    <w:p>
      <w:pPr>
        <w:jc w:val="right"/>
      </w:pPr>
      <w:r>
        <w:t>. مولانا صاحب، please advise me, considering that I am an ordinary person, as to how I can have a clear thought process and dedicate myself for Islam.</w:t>
      </w:r>
    </w:p>
    <w:p>
      <w:r>
        <w:rPr>
          <w:b/>
        </w:rPr>
        <w:t xml:space="preserve">[47:30] </w:t>
      </w:r>
      <w:r>
        <w:t>dekhen, ek hadees hai kun aaliman au mutaaliban wa la takun saarisan fa tahlik yani ya to aalim bano ya mutaalim bano.</w:t>
      </w:r>
    </w:p>
    <w:p>
      <w:pPr>
        <w:jc w:val="right"/>
      </w:pPr>
      <w:r>
        <w:t>دیکھیں، ایک حدیث ہے كُنْ عَالِمًا أو مُطَالِّبًا وَلَا تَكُنْ صَارَسًا فَتَّهْلِكَ یعنی یا تو عالم بنو یا متعلم بنو۔</w:t>
      </w:r>
    </w:p>
    <w:p>
      <w:r>
        <w:rPr>
          <w:b/>
        </w:rPr>
        <w:t xml:space="preserve">[47:43] </w:t>
      </w:r>
      <w:r>
        <w:t>teesre na bano warna halaak ho jao ge.</w:t>
      </w:r>
    </w:p>
    <w:p>
      <w:pPr>
        <w:jc w:val="right"/>
      </w:pPr>
      <w:r>
        <w:t>تیسرے نہ بنو ورنہ ہلاک ہو جاؤ گے۔</w:t>
      </w:r>
    </w:p>
    <w:p>
      <w:r>
        <w:rPr>
          <w:b/>
        </w:rPr>
        <w:t xml:space="preserve">[47:46] </w:t>
      </w:r>
      <w:r>
        <w:t>is ka matlab kya hai? is ka matlab yeh hai ke agar aap ke paas time hai to aap khoob study kar ke janiye ke sachai kya hai, ilm kya hai.</w:t>
      </w:r>
    </w:p>
    <w:p>
      <w:pPr>
        <w:jc w:val="right"/>
      </w:pPr>
      <w:r>
        <w:t>اس کا مطلب کیا ہے؟ اس کا مطلب یہ ہے کہ اگر آپ کے پاس ٹائم ہے تو آپ خوب study کر کے جانیے کہ سچائی کیا ہے، علم کیا ہے۔</w:t>
      </w:r>
    </w:p>
    <w:p>
      <w:r>
        <w:rPr>
          <w:b/>
        </w:rPr>
        <w:t xml:space="preserve">[48:03] </w:t>
      </w:r>
      <w:r>
        <w:t>to mutaallim se aaghaz ho, shuru kar ke aap aalim ban jaiye. mutaallim ke mani hain student.</w:t>
      </w:r>
    </w:p>
    <w:p>
      <w:pPr>
        <w:jc w:val="right"/>
      </w:pPr>
      <w:r>
        <w:t>تو متعلم سے آغاز ہو، شروع کر کے آپ عالم بن جائیے۔ متعلم کے معنی ہیں student۔</w:t>
      </w:r>
    </w:p>
    <w:p>
      <w:r>
        <w:rPr>
          <w:b/>
        </w:rPr>
        <w:t xml:space="preserve">[48:13] </w:t>
      </w:r>
      <w:r>
        <w:t>khoob study kijiye, study kar ke khud janne wale ban jaiye.</w:t>
      </w:r>
    </w:p>
    <w:p>
      <w:pPr>
        <w:jc w:val="right"/>
      </w:pPr>
      <w:r>
        <w:t>خوب study کیجیے، study کر کے خود جاننے والے بن جائیے۔</w:t>
      </w:r>
    </w:p>
    <w:p>
      <w:r>
        <w:rPr>
          <w:b/>
        </w:rPr>
        <w:t xml:space="preserve">[48:20] </w:t>
      </w:r>
      <w:r>
        <w:t>lekin teesri position jo hai, woh yeh hai ke aap janiye nahi aur behas karen. to woh halakat ka rasta hai. to is ki roshni mein dekhen, aadmi ke liye do option hain.</w:t>
      </w:r>
    </w:p>
    <w:p>
      <w:pPr>
        <w:jc w:val="right"/>
      </w:pPr>
      <w:r>
        <w:t>لیکن تیسری position جو ہے، وہ یہ ہے کہ آپ جانیں نہیں اور بحث کریں۔ تو وہ ہلاکت کا راستہ ہے۔ تو اس کی روشنی میں دیکھیں، آدمی کے لیے دو option ہیں۔</w:t>
      </w:r>
    </w:p>
    <w:p>
      <w:r>
        <w:rPr>
          <w:b/>
        </w:rPr>
        <w:t xml:space="preserve">[48:35] </w:t>
      </w:r>
      <w:r>
        <w:t>do option hain. ya to woh yeh kare ke khud, yani jo study chahiye karna, woh kare, woh khoob study kare.</w:t>
      </w:r>
    </w:p>
    <w:p>
      <w:pPr>
        <w:jc w:val="right"/>
      </w:pPr>
      <w:r>
        <w:t>دو option ہیں۔ یا تو وہ یہ کرے کہ خود، یعنی جو study چاہیے کرنا، وہ کرے، وہ خوب study کرے۔</w:t>
      </w:r>
    </w:p>
    <w:p>
      <w:r>
        <w:rPr>
          <w:b/>
        </w:rPr>
        <w:t xml:space="preserve">[48:50] </w:t>
      </w:r>
      <w:r>
        <w:t>yahan tak ke woh discovery tak pahunch jaye. to woh apni discovery par qaim ho jaye woh.</w:t>
      </w:r>
    </w:p>
    <w:p>
      <w:pPr>
        <w:jc w:val="right"/>
      </w:pPr>
      <w:r>
        <w:t>یہاں تک کہ وہ discovery تک پہنچ جائے۔ تو وہ اپنی discovery پر قائم ہو جائے وہ۔</w:t>
      </w:r>
    </w:p>
    <w:p>
      <w:r>
        <w:rPr>
          <w:b/>
        </w:rPr>
        <w:t xml:space="preserve">[48:58] </w:t>
      </w:r>
      <w:r>
        <w:t>agar is ke paas time nahi hai to kisi aise shakhs ko apna murshid maan le, jis par us ko aitmad ho, jis par trust ho.</w:t>
      </w:r>
    </w:p>
    <w:p>
      <w:pPr>
        <w:jc w:val="right"/>
      </w:pPr>
      <w:r>
        <w:t>اگر اس کے پاس ٹائم نہیں ہے تو کسی ایسے شخص کو اپنا مرشد مان لے، جس پر اس کو اعتماد ہو، جس پر trust ہو۔</w:t>
      </w:r>
    </w:p>
    <w:p>
      <w:r>
        <w:rPr>
          <w:b/>
        </w:rPr>
        <w:t xml:space="preserve">[49:07] </w:t>
      </w:r>
      <w:r>
        <w:t>bas. aur aur koi. agar aap kahein ke mere paas itna time kahan hai to theek hai, time nahi hai to aap kisi ko murshid maan lijiye.</w:t>
      </w:r>
    </w:p>
    <w:p>
      <w:pPr>
        <w:jc w:val="right"/>
      </w:pPr>
      <w:r>
        <w:t>بس۔ اور اور کوئی۔ اگر آپ کہیں کہ میرے پاس اتنا ٹائم کہاں ہے تو ٹھیک ہے، ٹائم نہیں ہے تو آپ کسی کو مرشد مان لیجیے۔</w:t>
      </w:r>
    </w:p>
    <w:p>
      <w:r>
        <w:rPr>
          <w:b/>
        </w:rPr>
        <w:t xml:space="preserve">[49:17] </w:t>
      </w:r>
      <w:r>
        <w:t>time hai to study kijiye aur khud discover kijiye. time nahi hai to kisi ko murshid maan lijiye.</w:t>
      </w:r>
    </w:p>
    <w:p>
      <w:pPr>
        <w:jc w:val="right"/>
      </w:pPr>
      <w:r>
        <w:t>ٹائم ہے تو study کیجیے اور خود discover کیجیے۔ ٹائم نہیں ہے تو کسی کو مرشد مان لیجیے۔</w:t>
      </w:r>
    </w:p>
    <w:p>
      <w:r>
        <w:rPr>
          <w:b/>
        </w:rPr>
        <w:t xml:space="preserve">[49:24] </w:t>
      </w:r>
      <w:r>
        <w:t>is par trust kar ke, is ke jo woh kahe, us ko us par chaliye. aur koi teesra rasta nahi hai.</w:t>
      </w:r>
    </w:p>
    <w:p>
      <w:pPr>
        <w:jc w:val="right"/>
      </w:pPr>
      <w:r>
        <w:t>اس پر trust کر کے، اس کے جو وہ کہے، اس کو اس پر چلیے۔ اور کوئی تیسرا راستہ نہیں ہے۔</w:t>
      </w:r>
    </w:p>
    <w:p>
      <w:r>
        <w:rPr>
          <w:b/>
        </w:rPr>
        <w:t xml:space="preserve">[49:33] </w:t>
      </w:r>
      <w:r>
        <w:t>maulana, agla sawal badr se kya hai yunusuddin sahib ne</w:t>
      </w:r>
    </w:p>
    <w:p>
      <w:pPr>
        <w:jc w:val="right"/>
      </w:pPr>
      <w:r>
        <w:t>مولانا، اگلا سوال بدر سے کیا ہے یونس الدین صاحب نے</w:t>
      </w:r>
    </w:p>
    <w:p>
      <w:r>
        <w:rPr>
          <w:b/>
        </w:rPr>
        <w:t xml:space="preserve">[49:38] </w:t>
      </w:r>
      <w:r>
        <w:t>. unhon ne likha hai ke maulana, aap ki kitabon mein yeh baat bar bar parhne mein aati hai ke qadeem zamana yani ancient age rawaiyati istidlal ka zamana tha.</w:t>
      </w:r>
    </w:p>
    <w:p>
      <w:pPr>
        <w:jc w:val="right"/>
      </w:pPr>
      <w:r>
        <w:t>۔ انہوں نے لکھا ہے کہ مولانا، آپ کی کتابوں میں یہ بات بار بار پڑھنے میں آتی ہے کہ قدیم زمانہ یعنی ancient age روایتی استدلال کا زمانہ تھا۔</w:t>
      </w:r>
    </w:p>
    <w:p>
      <w:r>
        <w:rPr>
          <w:b/>
        </w:rPr>
        <w:t xml:space="preserve">[49:52] </w:t>
      </w:r>
      <w:r>
        <w:t>aur maujooda zamana yani modern age scientific istidlal ka zamana hai. mera sawal is silsile mein hai ke rawaiyati aur scientific istidlal ke farq ko janne ka kya meyar hai?</w:t>
      </w:r>
    </w:p>
    <w:p>
      <w:pPr>
        <w:jc w:val="right"/>
      </w:pPr>
      <w:r>
        <w:t>اور موجودہ زمانہ یعنی modern age scientific استدلال کا زمانہ ہے۔ میرا سوال اس سلسلے میں ہے کہ روایتی اور scientific استدلال کے فرق کو جاننے کا کیا معیار ہے؟</w:t>
      </w:r>
    </w:p>
    <w:p>
      <w:r>
        <w:rPr>
          <w:b/>
        </w:rPr>
        <w:t xml:space="preserve">[50:09] </w:t>
      </w:r>
      <w:r>
        <w:t>is ko wazeh karen.</w:t>
      </w:r>
    </w:p>
    <w:p>
      <w:pPr>
        <w:jc w:val="right"/>
      </w:pPr>
      <w:r>
        <w:t>اس کو واضح کریں۔</w:t>
      </w:r>
    </w:p>
    <w:p>
      <w:r>
        <w:rPr>
          <w:b/>
        </w:rPr>
        <w:t xml:space="preserve">[50:13] </w:t>
      </w:r>
      <w:r>
        <w:t>bhai, is par to bohat kitabein likhi gayi hain. bara ek, yani science of knowledge ek poora discipline hai. is ko aap parh sakte hain.</w:t>
      </w:r>
    </w:p>
    <w:p>
      <w:pPr>
        <w:jc w:val="right"/>
      </w:pPr>
      <w:r>
        <w:t>بھئی، اس پر تو بہت کتابیں لکھی گئی ہیں۔ بڑا ایک، یعنی سائنس آف نالج ایک پورا discipline ہے۔ اس کو آپ پڑھ سکتے ہیں۔</w:t>
      </w:r>
    </w:p>
    <w:p>
      <w:r>
        <w:rPr>
          <w:b/>
        </w:rPr>
        <w:t xml:space="preserve">[50:24] </w:t>
      </w:r>
      <w:r>
        <w:t>is par to sankron kitabein hain. to ya to aap direct ja kar kisi library mein parhiye. nahi to meri jo kitab abhi haal mein chhapi hai, izhar-e-deen, us ko parh lijiye.</w:t>
      </w:r>
    </w:p>
    <w:p>
      <w:pPr>
        <w:jc w:val="right"/>
      </w:pPr>
      <w:r>
        <w:t>اس پر تو سینکڑوں کتابیں ہیں۔ تو یا تو آپ direct جا کر کسی لائبریری میں پڑھیے۔ نہیں تو میری جو کتاب ابھی حال میں چھپی ہے، اظہار دین، اس کو پڑھ لیجیے۔</w:t>
      </w:r>
    </w:p>
    <w:p>
      <w:r>
        <w:rPr>
          <w:b/>
        </w:rPr>
        <w:t xml:space="preserve">[50:38] </w:t>
      </w:r>
      <w:r>
        <w:t>aap ke paas kam waqt hai to aap izhar-e-deen parh lijiye. zyada waqt hai to library mein ja kar ke aap, yani jo knowledge par jo kitabein likhi gayi hain, us ko parhiye.</w:t>
      </w:r>
    </w:p>
    <w:p>
      <w:pPr>
        <w:jc w:val="right"/>
      </w:pPr>
      <w:r>
        <w:t>آپ کے پاس کم وقت ہے تو آپ اظہار دین پڑھ لیجیے۔ زیادہ وقت ہے تو لائبریری میں جا کر کے آپ، یعنی جو نالج پر جو کتابیں لکھی گئی ہیں، اس کو پڑھیے۔</w:t>
      </w:r>
    </w:p>
    <w:p>
      <w:r>
        <w:rPr>
          <w:b/>
        </w:rPr>
        <w:t xml:space="preserve">[50:53] </w:t>
      </w:r>
      <w:r>
        <w:t>misal ke taur par, bertrand russell ki kitab hai "Human Knowledge". aisi bohat si kitabein hain. to ya to aap library mein ja kar ke study kijiye.</w:t>
      </w:r>
    </w:p>
    <w:p>
      <w:pPr>
        <w:jc w:val="right"/>
      </w:pPr>
      <w:r>
        <w:t>مثال کے طور پر، برڈرسل کی کتاب ہے "Human Knowledge"۔ ایسی بہت سی کتابیں ہیں۔ تو یا تو آپ لائبریری میں جا کر کے study کیجیے۔</w:t>
      </w:r>
    </w:p>
    <w:p>
      <w:r>
        <w:rPr>
          <w:b/>
        </w:rPr>
        <w:t xml:space="preserve">[51:03] </w:t>
      </w:r>
      <w:r>
        <w:t>nahi to meri jo kitab chhapi hai, woh isi mauzu par hai, izhar-e-deen. is ko aap parh kar is se aap jaan sakte hain. maulana, agla sawal ajmer se hai.</w:t>
      </w:r>
    </w:p>
    <w:p>
      <w:pPr>
        <w:jc w:val="right"/>
      </w:pPr>
      <w:r>
        <w:t>نہیں تو میری جو کتاب چھپی ہے، وہ اسی موضوع پر ہے، اظہار دین۔ اس کو آپ پڑھ کر اس سے آپ جان سکتے ہیں۔ مولانا، اگلا سوال اجمیر سے ہے۔</w:t>
      </w:r>
    </w:p>
    <w:p>
      <w:r>
        <w:rPr>
          <w:b/>
        </w:rPr>
        <w:t xml:space="preserve">[51:13] </w:t>
      </w:r>
      <w:r>
        <w:t>doctor safina tabassum ne kiya hai aur unhon ne likha hai: maulana sahib on the occasion of Independence Day, one of my Muslim friends quoted some hadith condemning nationalism for Muslims.</w:t>
      </w:r>
    </w:p>
    <w:p>
      <w:pPr>
        <w:jc w:val="right"/>
      </w:pPr>
      <w:r>
        <w:t>ڈاکٹر سفینہ تبسم نے کیا ہے اور انہوں نے لکھا ہے: مولانا صاحب on the occasion of Independence Day, one of my Muslim friends quoted some حدیث condemning nationalism for Muslims.</w:t>
      </w:r>
    </w:p>
    <w:p>
      <w:r>
        <w:rPr>
          <w:b/>
        </w:rPr>
        <w:t xml:space="preserve">[51:30] </w:t>
      </w:r>
      <w:r>
        <w:t>What should be my answer for him? Ple</w:t>
      </w:r>
    </w:p>
    <w:p>
      <w:pPr>
        <w:jc w:val="right"/>
      </w:pPr>
      <w:r>
        <w:t>What should be my answer for him? Ple</w:t>
      </w:r>
    </w:p>
    <w:p>
      <w:r>
        <w:rPr>
          <w:b/>
        </w:rPr>
        <w:t xml:space="preserve">[51:33] </w:t>
      </w:r>
      <w:r>
        <w:t>ase guide me. to woh hadith to ab mujhe pata nahi kaun si hadith unhon ne ki. lekin jahan tak main samajhta hoon, naye sunniz jo hai, woh aain-e-islami tareeqa hai.</w:t>
      </w:r>
    </w:p>
    <w:p>
      <w:pPr>
        <w:jc w:val="right"/>
      </w:pPr>
      <w:r>
        <w:t>ase guide me. تو وہ حدیث تو اب مجھے پتہ نہیں کون سی حدیث انہوں نے کی۔ لیکن جہاں تک میں سمجھتا ہوں، نئے سنیز جو ہے، وہ آئین اسلامی طریقہ ہے۔</w:t>
      </w:r>
    </w:p>
    <w:p>
      <w:r>
        <w:rPr>
          <w:b/>
        </w:rPr>
        <w:t xml:space="preserve">[51:47] </w:t>
      </w:r>
      <w:r>
        <w:t>naye sunniz koi kufr nahi hai.</w:t>
      </w:r>
    </w:p>
    <w:p>
      <w:pPr>
        <w:jc w:val="right"/>
      </w:pPr>
      <w:r>
        <w:t>نئے سنیز کوئی کفر نہیں ہے۔</w:t>
      </w:r>
    </w:p>
    <w:p>
      <w:r>
        <w:rPr>
          <w:b/>
        </w:rPr>
        <w:t xml:space="preserve">[51:52] </w:t>
      </w:r>
      <w:r>
        <w:t>har cheez ko log ghair islami bana lete hain ke democracy islam ke khilaf hai. aur naye sunniz islam ke khilaf hai. aur modern concept hai, wataniyat ka, woh islam ke khilaf.</w:t>
      </w:r>
    </w:p>
    <w:p>
      <w:pPr>
        <w:jc w:val="right"/>
      </w:pPr>
      <w:r>
        <w:t>ہر چیز کو لوگ غیر اسلامی بنا لیتے ہیں کہ democracy اسلام کے خلاف ہے۔ اور نئے سنیز اسلام کے خلاف ہے۔ اور modern concept ہے، وطنیت کا، وہ اسلام کے خلاف۔</w:t>
      </w:r>
    </w:p>
    <w:p>
      <w:r>
        <w:rPr>
          <w:b/>
        </w:rPr>
        <w:t xml:space="preserve">[52:06] </w:t>
      </w:r>
      <w:r>
        <w:t>yeh to bilkul galat baatein hain. is ka islam se koi talluq nahi hai. logon ne khud hi khud bana rakha hai. islam dekhiye, sirf do cheez ka naam hai.</w:t>
      </w:r>
    </w:p>
    <w:p>
      <w:pPr>
        <w:jc w:val="right"/>
      </w:pPr>
      <w:r>
        <w:t>یہ تو بالکل غلط باتیں ہیں۔ اس کا اسلام سے کوئی تعلق نہیں ہے۔ لوگوں نے خود ہی خود بنا رکھا ہے۔ اسلام دیکھیے، صرف دو چیز کا نام ہے۔</w:t>
      </w:r>
    </w:p>
    <w:p>
      <w:r>
        <w:rPr>
          <w:b/>
        </w:rPr>
        <w:t xml:space="preserve">[52:21] </w:t>
      </w:r>
      <w:r>
        <w:t>Allah ko aik manna aur insano ki khair khwahi. Sare insano ki khair khwah ban jaiye. Aur aik Allah ko apna rab banaiye.</w:t>
      </w:r>
    </w:p>
    <w:p>
      <w:pPr>
        <w:jc w:val="right"/>
      </w:pPr>
      <w:r>
        <w:t>اللہ کو ایک ماننا اور انسانوں کی خیر خواہی۔ سارے انسانوں کی خیر خواہ بن جائیے۔ اور ایک اللہ کو اپنا رب بنائیے۔</w:t>
      </w:r>
    </w:p>
    <w:p>
      <w:r>
        <w:rPr>
          <w:b/>
        </w:rPr>
        <w:t xml:space="preserve">[52:33] </w:t>
      </w:r>
      <w:r>
        <w:t>Yeh do cheezen basic hain Islam mein. Bas. Baqi yeh musalmano ne ghalat taur par har cheez ko yeh Islam ke khilaf ho, Islam ke khilaf ho, Islam ke khilaf ho, yeh bana rakha hai.</w:t>
      </w:r>
    </w:p>
    <w:p>
      <w:pPr>
        <w:jc w:val="right"/>
      </w:pPr>
      <w:r>
        <w:t>یہ دو چیزیں basic ہیں اسلام میں۔ بس۔ باقی یہ مسلمانوں نے غلط طور پر ہر چیز کو یہ اسلام کے خلاف ہو، اسلام کے خلاف ہو، اسلام کے خلاف ہو، یہ بنا رکھا ہے۔</w:t>
      </w:r>
    </w:p>
    <w:p>
      <w:r>
        <w:rPr>
          <w:b/>
        </w:rPr>
        <w:t xml:space="preserve">[52:45] </w:t>
      </w:r>
      <w:r>
        <w:t>Yeh bilkul ghalat baatein hain.</w:t>
      </w:r>
    </w:p>
    <w:p>
      <w:pPr>
        <w:jc w:val="right"/>
      </w:pPr>
      <w:r>
        <w:t>یہ بالکل غلط باتیں ہیں۔</w:t>
      </w:r>
    </w:p>
    <w:p>
      <w:r>
        <w:rPr>
          <w:b/>
        </w:rPr>
        <w:t xml:space="preserve">[52:50] </w:t>
      </w:r>
      <w:r>
        <w:t>Is par bhi bohat likh chuka hoon mein apni kitabon mein. Kafi is mein likha hai. Maslan aap meri kitab "Deen Kamil" parhiye. Is mein is par guftagu ki gayi hai.</w:t>
      </w:r>
    </w:p>
    <w:p>
      <w:pPr>
        <w:jc w:val="right"/>
      </w:pPr>
      <w:r>
        <w:t>اس پر بھی بہت لکھ چکا ہوں میں اپنی کتابوں میں۔ کافی اس میں لکھا ہے۔ مثلاً آپ میری کتاب "دین کامل" پڑھیے۔ اس میں اس پر گفتگو کی گئی ہے۔</w:t>
      </w:r>
    </w:p>
    <w:p>
      <w:r>
        <w:rPr>
          <w:b/>
        </w:rPr>
        <w:t xml:space="preserve">[53:04] </w:t>
      </w:r>
      <w:r>
        <w:t>Fuqaha ke haan aik usool hai jis ko kehte hain "Taysir al-Fatwa" aur "Ta'seer al-Fatwa". Yani</w:t>
      </w:r>
    </w:p>
    <w:p>
      <w:pPr>
        <w:jc w:val="right"/>
      </w:pPr>
      <w:r>
        <w:t>فقہاء کے ہاں ایک اصول ہے جس کو کہتے ہیں "تیصیر الفتوی" اور "تعصیر الفتوی"۔ یعنی</w:t>
      </w:r>
    </w:p>
    <w:p>
      <w:r>
        <w:rPr>
          <w:b/>
        </w:rPr>
        <w:t xml:space="preserve">[53:15] </w:t>
      </w:r>
      <w:r>
        <w:t>Fatwa de kar mamle ko mushkil banana. Aik hai fatwa de kar mamle ko aasan banana. To is zamani ke ulama ne sirf aik hi baat jani hai, woh "Ta'seer al-Fatwa".</w:t>
      </w:r>
    </w:p>
    <w:p>
      <w:pPr>
        <w:jc w:val="right"/>
      </w:pPr>
      <w:r>
        <w:t>فتوی دے کر معاملے کو مشکل بنانا۔ ایک ہے فتوی دے کر معاملے کو آسان بنانا۔ تو اس زمانی کے علماء نے صرف ایک ہی بات جانی ہے، وہ "تعصیر الفتوی"۔</w:t>
      </w:r>
    </w:p>
    <w:p>
      <w:r>
        <w:rPr>
          <w:b/>
        </w:rPr>
        <w:t xml:space="preserve">[53:26] </w:t>
      </w:r>
      <w:r>
        <w:t>Aise fatwe do ke sab zindagi mushkil hoti chali jaye. "Taysir al-Fatwa" par kisi aalim amal nahi karta. Karega to choti choti baaton mein, choti choti baaton mein.</w:t>
      </w:r>
    </w:p>
    <w:p>
      <w:pPr>
        <w:jc w:val="right"/>
      </w:pPr>
      <w:r>
        <w:t>ایسے فتوے دو کہ سب زندگی مشکل ہوتی چلی جائے۔ "تیصیر الفتوی" پر کسی عالم عمل نہیں کرتا۔ کرے گا تو چھوٹی چھوٹی باتوں میں، چھوٹی چھوٹی باتوں میں۔</w:t>
      </w:r>
    </w:p>
    <w:p>
      <w:r>
        <w:rPr>
          <w:b/>
        </w:rPr>
        <w:t xml:space="preserve">[53:40] </w:t>
      </w:r>
      <w:r>
        <w:t>Jo badi badi baatein hain, is mein har aadmi mein "Ta'seer al-Fatwa" ka usool pakde hue hai.</w:t>
      </w:r>
    </w:p>
    <w:p>
      <w:pPr>
        <w:jc w:val="right"/>
      </w:pPr>
      <w:r>
        <w:t>جو بڑی بڑی باتیں ہیں، اس میں ہر آدمی میں "تعصیر الفتوی" کا اصول پکڑے ہوئے ہیں۔</w:t>
      </w:r>
    </w:p>
    <w:p>
      <w:r>
        <w:rPr>
          <w:b/>
        </w:rPr>
        <w:t xml:space="preserve">[53:49] </w:t>
      </w:r>
      <w:r>
        <w:t>Choti baaton mein "Taysir al-Fatwa" aur badi baaton mein "Ta'seer al-Fatwa". Yeh sare ulama ka tareeqa hai. Ab kya karein, yeh hamein bhugtna padta hai is ko.</w:t>
      </w:r>
    </w:p>
    <w:p>
      <w:pPr>
        <w:jc w:val="right"/>
      </w:pPr>
      <w:r>
        <w:t>چھوٹی باتوں میں "تیصیر الفتوی" اور بڑی باتوں میں "تعصیر الفتوی"۔ یہ سارے علماء کا طریقہ ہے۔ اب کیا کریں، یہ ہمیں بھگتنا پڑتا ہے اس کو۔</w:t>
      </w:r>
    </w:p>
    <w:p>
      <w:r>
        <w:rPr>
          <w:b/>
        </w:rPr>
        <w:t xml:space="preserve">[54:03] </w:t>
      </w:r>
      <w:r>
        <w:t>Maulana, agla sawal Muzaffar Nagar se Anas sahib ne kiya hai aur unhone likha hai: One of your quotes "Ikhtilaf ke bawajood ittehad rakhna seekho." Maulana This is the best formula for maintaining peace and to do Dawa work.</w:t>
      </w:r>
    </w:p>
    <w:p>
      <w:pPr>
        <w:jc w:val="right"/>
      </w:pPr>
      <w:r>
        <w:t>مولانا، اگلا سوال مظفر نگر سے انس صاحب نے کیا ہے اور انہوں نے لکھا ہے: One of your quotes "اختلاف کے باوجود اتحاد رکھنا سیکھو۔" مولانا This is the best formula for maintaining peace and to do Dawa work.</w:t>
      </w:r>
    </w:p>
    <w:p>
      <w:r>
        <w:rPr>
          <w:b/>
        </w:rPr>
        <w:t xml:space="preserve">[54:22] </w:t>
      </w:r>
      <w:r>
        <w:t>But Maulana normally people do not follow this principle even while doing Dawa work. My question is how can it be applied in Dawa work?</w:t>
      </w:r>
    </w:p>
    <w:p>
      <w:pPr>
        <w:jc w:val="right"/>
      </w:pPr>
      <w:r>
        <w:t>But مولانا normally people do not follow this principle even while doing Dawa work. My question is how can it be applied in Dawa work?</w:t>
      </w:r>
    </w:p>
    <w:p>
      <w:r>
        <w:rPr>
          <w:b/>
        </w:rPr>
        <w:t xml:space="preserve">[54:32] </w:t>
      </w:r>
      <w:r>
        <w:t>Please advice. Asal mein dekhiye, ikhtilaf ke bawajood ittehad kisi insaan ke muqable mein hota hai.</w:t>
      </w:r>
    </w:p>
    <w:p>
      <w:pPr>
        <w:jc w:val="right"/>
      </w:pPr>
      <w:r>
        <w:t>Please advice. اصل میں دیکھیے، اختلاف کے باوجود اتحاد کسی انسان کے مقابلے میں ہوتا ہے۔</w:t>
      </w:r>
    </w:p>
    <w:p>
      <w:r>
        <w:rPr>
          <w:b/>
        </w:rPr>
        <w:t xml:space="preserve">[54:42] </w:t>
      </w:r>
      <w:r>
        <w:t>Kisi se ikhtilaf hua, phir us ko us se aap ko ittehad karna hai. To bazahir aap ke samne aik insaan hota hai jis ke muqable mein aap ko yeh apnana padta hai, yeh nazariya ke ikhtilaf ke bawajood ittehad.</w:t>
      </w:r>
    </w:p>
    <w:p>
      <w:pPr>
        <w:jc w:val="right"/>
      </w:pPr>
      <w:r>
        <w:t>کسی سے اختلاف ہوا، پھر اس کو اس سے آپ کو اتحاد کرنا ہے۔ تو بظاہر آپ کے سامنے ایک انسان ہوتا ہے جس کے مقابلے میں آپ کو یہ اپنانا پڑتا ہے، یہ نظریہ کہ اختلاف کے باوجود اتحاد۔</w:t>
      </w:r>
    </w:p>
    <w:p>
      <w:r>
        <w:rPr>
          <w:b/>
        </w:rPr>
        <w:t xml:space="preserve">[54:58] </w:t>
      </w:r>
      <w:r>
        <w:t>Halanke woh Allah ke liye hai.</w:t>
      </w:r>
    </w:p>
    <w:p>
      <w:pPr>
        <w:jc w:val="right"/>
      </w:pPr>
      <w:r>
        <w:t>حالانکہ وہ اللہ کے لیے ہے۔</w:t>
      </w:r>
    </w:p>
    <w:p>
      <w:r>
        <w:rPr>
          <w:b/>
        </w:rPr>
        <w:t xml:space="preserve">[55:01] </w:t>
      </w:r>
      <w:r>
        <w:t>Agar is mein aap "La ilaha illallah" Allah ke liye to foran aadmi thanda ho jayega.</w:t>
      </w:r>
    </w:p>
    <w:p>
      <w:pPr>
        <w:jc w:val="right"/>
      </w:pPr>
      <w:r>
        <w:t>اگر اس میں آپ "لا الہ الا اللہ" اللہ کے لیے تو فوراً آدمی ٹھنڈا ہو جائے گا۔</w:t>
      </w:r>
    </w:p>
    <w:p>
      <w:r>
        <w:rPr>
          <w:b/>
        </w:rPr>
        <w:t xml:space="preserve">[55:09] </w:t>
      </w:r>
      <w:r>
        <w:t>Kyunke aisa kar ke us ko Allah ka sawab lena hai, Allah ka inaam lena hai.</w:t>
      </w:r>
    </w:p>
    <w:p>
      <w:pPr>
        <w:jc w:val="right"/>
      </w:pPr>
      <w:r>
        <w:t>کیونکہ ایسا کر کے اس کو اللہ کا ثواب لینا ہے، اللہ کا انعام لینا ہے۔</w:t>
      </w:r>
    </w:p>
    <w:p>
      <w:r>
        <w:rPr>
          <w:b/>
        </w:rPr>
        <w:t xml:space="preserve">[55:16] </w:t>
      </w:r>
      <w:r>
        <w:t>To is tarah ke mamle ko insaan ka mamla na samajhna, balke Allah ka mamla samajhna aur "La ilaha illallah" us ko karna, isi se aadmi ke sare manfi khayalat khatam ho jate hain aur uska zehn thanda ho jata hai.</w:t>
      </w:r>
    </w:p>
    <w:p>
      <w:pPr>
        <w:jc w:val="right"/>
      </w:pPr>
      <w:r>
        <w:t>تو اس طرح کے معاملے کو انسان کا معاملہ نہ سمجھنا، بلکہ اللہ کا معاملہ سمجھنا اور "لا الہ الا اللہ" اس کو کرنا، اسی سے آدمی کے سارے منفی خیالات ختم ہو جاتے ہیں اور اس کا ذہن ٹھنڈا ہو جاتا ہے۔</w:t>
      </w:r>
    </w:p>
    <w:p>
      <w:r>
        <w:rPr>
          <w:b/>
        </w:rPr>
        <w:t xml:space="preserve">[55:33] </w:t>
      </w:r>
      <w:r>
        <w:t>Lekin jab aap koi insaan ka mamla samjhenge to aap react karenge.</w:t>
      </w:r>
    </w:p>
    <w:p>
      <w:pPr>
        <w:jc w:val="right"/>
      </w:pPr>
      <w:r>
        <w:t>لیکن جب آپ کوئی انسان کا معاملہ سمجھیں گے تو آپ react کریں گے۔</w:t>
      </w:r>
    </w:p>
    <w:p>
      <w:r>
        <w:rPr>
          <w:b/>
        </w:rPr>
        <w:t xml:space="preserve">[55:38] </w:t>
      </w:r>
      <w:r>
        <w:t>Yeh yeh sara khulasa hai ke cheezon ko Allah ke aitbar se kijiye, Allah ki nisbat se kijiye, insaan ki nisbat se nahi.</w:t>
      </w:r>
    </w:p>
    <w:p>
      <w:pPr>
        <w:jc w:val="right"/>
      </w:pPr>
      <w:r>
        <w:t>یہ یہ سارا خلاصہ ہے کہ چیزوں کو اللہ کے اعتبار سے کیجیے، اللہ کی نسبت سے کیجیے، انسان کی نسبت سے نہیں۔</w:t>
      </w:r>
    </w:p>
    <w:p>
      <w:r>
        <w:rPr>
          <w:b/>
        </w:rPr>
        <w:t xml:space="preserve">[55:48] </w:t>
      </w:r>
      <w:r>
        <w:t>Koi bhi cheez ho, koi bhi cheez ho, chahe ghar mein ho ya ghar mein bahar ho, cheezon ko aap insaan ki nisbat na dekhiye, Allah ki nisbat nisbat se dekhiye. Bas sab cheez durust ho jayegi.</w:t>
      </w:r>
    </w:p>
    <w:p>
      <w:pPr>
        <w:jc w:val="right"/>
      </w:pPr>
      <w:r>
        <w:t>کوئی بھی چیز ہو، کوئی بھی چیز ہو، چاہے گھر میں ہو یا گھر میں باہر ہو، چیزوں کو آپ انسان کی نسبت نہ دیکھیے، اللہ کی نسبت نسبت سے دیکھیے۔ بس سب چیز درست ہو جائے گی۔</w:t>
      </w:r>
    </w:p>
    <w:p>
      <w:r>
        <w:rPr>
          <w:b/>
        </w:rPr>
        <w:t xml:space="preserve">[56:02] </w:t>
      </w:r>
      <w:r>
        <w:t>Maulana, agla sawal lene se pehle aik comment parhna chahenge jo Maulana Abdul Basit Umri ne bheja hai, Doha, Qatar se.</w:t>
      </w:r>
    </w:p>
    <w:p>
      <w:pPr>
        <w:jc w:val="right"/>
      </w:pPr>
      <w:r>
        <w:t>مولانا، اگلا سوال لینے سے پہلے ایک comment پڑھنا چاہیں گے جو مولانا عبدالباسط عمری نے بھیجا ہے، دوحہ، قطر سے۔</w:t>
      </w:r>
    </w:p>
    <w:p>
      <w:r>
        <w:rPr>
          <w:b/>
        </w:rPr>
        <w:t xml:space="preserve">[56:10] </w:t>
      </w:r>
      <w:r>
        <w:t>Aur unhone likha hai: Maulana, aaj ki taqreer mere liye bohat thrillingful thi. Sulah behtar ko jo aap ne wazeh kiya, woh bohat clear tha.</w:t>
      </w:r>
    </w:p>
    <w:p>
      <w:pPr>
        <w:jc w:val="right"/>
      </w:pPr>
      <w:r>
        <w:t>اور انہوں نے لکھا ہے: مولانا، آج کی تقریر میرے لیے بہت thrillingful تھی۔ صلح بہتر کو جو آپ نے واضح کیا، وہ بہت clear تھا۔</w:t>
      </w:r>
    </w:p>
    <w:p>
      <w:r>
        <w:rPr>
          <w:b/>
        </w:rPr>
        <w:t xml:space="preserve">[56:23] </w:t>
      </w:r>
      <w:r>
        <w:t>Maine pehli bar jana ke Islam ka bara maqsad peaceful mahol ko qaim karna hai.</w:t>
      </w:r>
    </w:p>
    <w:p>
      <w:pPr>
        <w:jc w:val="right"/>
      </w:pPr>
      <w:r>
        <w:t>میں نے پہلی بار جانا کہ اسلام کا بڑا مقصد peaceful ماحول کو قائم کرنا ہے۔</w:t>
      </w:r>
    </w:p>
    <w:p>
      <w:r>
        <w:rPr>
          <w:b/>
        </w:rPr>
        <w:t xml:space="preserve">[56:33] </w:t>
      </w:r>
      <w:r>
        <w:t>Maulana, agla sawal Bhopal se kiya hai, Bilaluddin sahib ne. Aur unhone likha hai: Aaj musalmano mein kyun ladaiyan ho rahi hain jabke hamare paas peace ka formula maujood hai?</w:t>
      </w:r>
    </w:p>
    <w:p>
      <w:pPr>
        <w:jc w:val="right"/>
      </w:pPr>
      <w:r>
        <w:t>مولانا، اگلا سوال بھوپال سے کیا ہے، بلال الدین صاحب نے۔ اور انہوں نے لکھا ہے: آج مسلمانوں میں کیوں لڑائیاں ہو رہی ہیں جبکہ ہمارے پاس peace کا formula موجود ہے؟</w:t>
      </w:r>
    </w:p>
    <w:p>
      <w:r>
        <w:rPr>
          <w:b/>
        </w:rPr>
        <w:t xml:space="preserve">[56:48] </w:t>
      </w:r>
      <w:r>
        <w:t>Is ko wazeh karein. Kyunke musalman daur-e-zawaal mein hain aur daur-e-zawaal mein yahi sab hota hai. Ab in ko daur-e-zawaal se nikalna hai.</w:t>
      </w:r>
    </w:p>
    <w:p>
      <w:pPr>
        <w:jc w:val="right"/>
      </w:pPr>
      <w:r>
        <w:t>اس کو واضح کریں۔ کیونکہ مسلمان دورِ زوال میں ہیں اور دورِ زوال میں یہی سب ہوتا ہے۔ اب ان کو دورِ زوال سے نکالنا ہے۔</w:t>
      </w:r>
    </w:p>
    <w:p>
      <w:r>
        <w:rPr>
          <w:b/>
        </w:rPr>
        <w:t xml:space="preserve">[56:59] </w:t>
      </w:r>
      <w:r>
        <w:t>jab tak daur-e-zawaal se nikaalne ke liye kuch nahi hoga.</w:t>
      </w:r>
    </w:p>
    <w:p>
      <w:pPr>
        <w:jc w:val="right"/>
      </w:pPr>
      <w:r>
        <w:t>جب تک دورِ زوال سے نکالنے کے لیے کچھ نہیں ہوگا۔</w:t>
      </w:r>
    </w:p>
    <w:p>
      <w:r>
        <w:rPr>
          <w:b/>
        </w:rPr>
        <w:t xml:space="preserve">[57:07] </w:t>
      </w:r>
      <w:r>
        <w:t>to hum agar hum sirf</w:t>
      </w:r>
    </w:p>
    <w:p>
      <w:pPr>
        <w:jc w:val="right"/>
      </w:pPr>
      <w:r>
        <w:t>تو ہم اگر ہم صرف</w:t>
      </w:r>
    </w:p>
    <w:p>
      <w:r>
        <w:rPr>
          <w:b/>
        </w:rPr>
        <w:t xml:space="preserve">[57:10] </w:t>
      </w:r>
      <w:r>
        <w:t>un ko naseehat karein to is se work nahi karega. hum pehle un ko idhar samajh laayein, soch laayein. kal parson mere paas kuch log aaye thay, ulama.</w:t>
      </w:r>
    </w:p>
    <w:p>
      <w:pPr>
        <w:jc w:val="right"/>
      </w:pPr>
      <w:r>
        <w:t>ان کو نصیحت کریں تو اس سے work نہیں کرے گی۔ ہم پہلے ان کو ادھر سمجھ لائیں، سوچ لائیں۔ کل پرسوں میرے پاس کچھ لوگ آئے تھے، علماء۔</w:t>
      </w:r>
    </w:p>
    <w:p>
      <w:r>
        <w:rPr>
          <w:b/>
        </w:rPr>
        <w:t xml:space="preserve">[57:24] </w:t>
      </w:r>
      <w:r>
        <w:t>to yeh sawal tha ke kahan se kaam shuru kiya jaaye? to woh log, un logon ka nazariya tha ke logon ko namazein padhai jaayein, logon ko roze rakhwaye jaayein.</w:t>
      </w:r>
    </w:p>
    <w:p>
      <w:pPr>
        <w:jc w:val="right"/>
      </w:pPr>
      <w:r>
        <w:t>تو یہ سوال تھا کہ کہاں سے کام شروع کیا جائے؟ تو وہ لوگ، ان لوگوں کا نظریہ تھا کہ لوگوں کو نمازیں پڑھائی جائیں، لوگوں کو روزے رکھوائے جائیں۔</w:t>
      </w:r>
    </w:p>
    <w:p>
      <w:r>
        <w:rPr>
          <w:b/>
        </w:rPr>
        <w:t xml:space="preserve">[57:35] </w:t>
      </w:r>
      <w:r>
        <w:t>to maine kaha ke nahi, pehle un ko logon ko aqal paida ki jaaye, samajh paida ki jaaye. samajh se mehroom ho gaye hain musalman. ladte hain aur sochte hain ke lad kar ke ab apne aap ko tabaah kar rahe hain, na lad kar.</w:t>
      </w:r>
    </w:p>
    <w:p>
      <w:pPr>
        <w:jc w:val="right"/>
      </w:pPr>
      <w:r>
        <w:t>تو میں نے کہا کہ نہیں، پہلے ان کو لوگوں کو عقل پیدا کی جائے، سمجھ پیدا کی جائے۔ سمجھ سے محروم ہو گئے ہیں مسلمان۔ لڑتے ہیں اور سوچتے ہیں کہ لڑ کر کے اب اپنے آپ کو تباہ کر رہے ہیں، نہ لڑ کر۔</w:t>
      </w:r>
    </w:p>
    <w:p>
      <w:r>
        <w:rPr>
          <w:b/>
        </w:rPr>
        <w:t xml:space="preserve">[57:47] </w:t>
      </w:r>
      <w:r>
        <w:t>jahan musalman lad rahe hain, apne aap ko tabaah kar rahe hain, apne aap ko zaleel kar rahe hain. un ko milta to kuch hai nahi.</w:t>
      </w:r>
    </w:p>
    <w:p>
      <w:pPr>
        <w:jc w:val="right"/>
      </w:pPr>
      <w:r>
        <w:t>جہاں مسلمان لڑ رہے ہیں، اپنے آپ کو تباہ کر رہے ہیں، اپنے آپ کو ذلیل کر رہے ہیں۔ ان کو ملتا تو کچھ ہے نہیں۔</w:t>
      </w:r>
    </w:p>
    <w:p>
      <w:r>
        <w:rPr>
          <w:b/>
        </w:rPr>
        <w:t xml:space="preserve">[57:54] </w:t>
      </w:r>
      <w:r>
        <w:t>to aqal khoi gayi hai. to maine kaha ke beginning jo hai, jo aqal jo hai, jo beginning jo hai, jo aaghaz hai ke musalmanon ke andar soch paida ki jaaye, samajh paida ki jaaye.</w:t>
      </w:r>
    </w:p>
    <w:p>
      <w:pPr>
        <w:jc w:val="right"/>
      </w:pPr>
      <w:r>
        <w:t>تو عقل کھوئی گئی ہے۔ تو میں نے کہا کہ beginning جو ہے، جو عقل جو ہے، جو beginning جو ہے، جو آغاز ہے کہ مسلمانوں کے اندر سوچ پیدا کی جائے، سمجھ پیدا کی جائے۔</w:t>
      </w:r>
    </w:p>
    <w:p>
      <w:r>
        <w:rPr>
          <w:b/>
        </w:rPr>
        <w:t xml:space="preserve">[58:08] </w:t>
      </w:r>
      <w:r>
        <w:t>aqal un ke andar, aqal se baaton ko samajhne ka mizaj banaya jaaye.</w:t>
      </w:r>
    </w:p>
    <w:p>
      <w:pPr>
        <w:jc w:val="right"/>
      </w:pPr>
      <w:r>
        <w:t>عقل ان کے اندر، عقل سے باتوں کو سمجھنے کا مزاج بنایا جائے۔</w:t>
      </w:r>
    </w:p>
    <w:p>
      <w:r>
        <w:rPr>
          <w:b/>
        </w:rPr>
        <w:t xml:space="preserve">[58:16] </w:t>
      </w:r>
      <w:r>
        <w:t>to main samajhta hoon ke humein har kaam mein, yaani ummat ki islaah ke silsile mein jo hum planning karein apni, to humein yeh jaanna chahiye ke jo aaghaz hoga, woh yahan se hoga ke logon ke andar, un ko logon ke way of thinking mein durust kiya jaaye.</w:t>
      </w:r>
    </w:p>
    <w:p>
      <w:pPr>
        <w:jc w:val="right"/>
      </w:pPr>
      <w:r>
        <w:t>تو میں سمجھتا ہوں کہ ہمیں ہر کام میں، یعنی امت کی اصلاح کے سلسلے میں جو ہم planning کریں اپنی، تو ہمیں یہ جاننا چاہیے کہ جو آغاز ہوگا، وہ یہاں سے ہوگا کہ لوگوں کے اندر، ان کو لوگوں کے way of thinking میں درست کیا جائے۔</w:t>
      </w:r>
    </w:p>
    <w:p>
      <w:r>
        <w:rPr>
          <w:b/>
        </w:rPr>
        <w:t xml:space="preserve">[58:38] </w:t>
      </w:r>
      <w:r>
        <w:t>way of thinking galat ho gaya hai. woh samajhte hain ke learning se faida hai, yeh nahi jaante ke sulah se faida hai.</w:t>
      </w:r>
    </w:p>
    <w:p>
      <w:pPr>
        <w:jc w:val="right"/>
      </w:pPr>
      <w:r>
        <w:t>way of thinking غلط ہو گیا ہے۔ وہ سمجھتے ہیں کہ learning سے فائدہ ہے، یہ نہیں جانتے کہ صلح سے فائدہ ہے۔</w:t>
      </w:r>
    </w:p>
    <w:p>
      <w:r>
        <w:rPr>
          <w:b/>
        </w:rPr>
        <w:t xml:space="preserve">[58:47] </w:t>
      </w:r>
      <w:r>
        <w:t>to yeh bohat hi ek long term mansooba hai. yeh koi short term mansooba nahi hai.</w:t>
      </w:r>
    </w:p>
    <w:p>
      <w:pPr>
        <w:jc w:val="right"/>
      </w:pPr>
      <w:r>
        <w:t>تو یہ بہت ہی ایک long term منصوبہ ہے۔ یہ کوئی short term منصوبہ نہیں ہے۔</w:t>
      </w:r>
    </w:p>
    <w:p>
      <w:r>
        <w:rPr>
          <w:b/>
        </w:rPr>
        <w:t xml:space="preserve">[58:57] </w:t>
      </w:r>
      <w:r>
        <w:t>maulana, agla sawal chennai se Maulana Iqbal Umri ne kiya hai. aur unhone likha hai: Maulana, in chapter three, verse number one zero three of Quran, it is mentioned: when you were enemies and he brought your hearts together and you became by his favor brothers,</w:t>
      </w:r>
    </w:p>
    <w:p>
      <w:pPr>
        <w:jc w:val="right"/>
      </w:pPr>
      <w:r>
        <w:t>مولانا، اگلا سوال چنئی سے مولانا اقبال عمری نے کیا ہے۔ اور انہوں نے لکھا ہے: مولانا، in chapter three, verse number one zero three of Quran, it is mentioned: when you were enemies and he brought your hearts together and you became by his favor brothers,</w:t>
      </w:r>
    </w:p>
    <w:p>
      <w:r>
        <w:rPr>
          <w:b/>
        </w:rPr>
        <w:t xml:space="preserve">[59:19] </w:t>
      </w:r>
      <w:r>
        <w:t>and you were on the edge of a pit of the fire and he saved you from it.</w:t>
      </w:r>
    </w:p>
    <w:p>
      <w:pPr>
        <w:jc w:val="right"/>
      </w:pPr>
      <w:r>
        <w:t>and you were on the edge of a pit of the fire and he saved you from it.</w:t>
      </w:r>
    </w:p>
    <w:p>
      <w:r>
        <w:rPr>
          <w:b/>
        </w:rPr>
        <w:t xml:space="preserve">[59:26] </w:t>
      </w:r>
      <w:r>
        <w:t>Maulana, as I understand this verse, I have understood that Arabs were in a chain of wars, but Islam changed this system.</w:t>
      </w:r>
    </w:p>
    <w:p>
      <w:pPr>
        <w:jc w:val="right"/>
      </w:pPr>
      <w:r>
        <w:t>مولانا، as I understand this verse, I have understood that Arabs were in a chain of wars, but Islam changed this system.</w:t>
      </w:r>
    </w:p>
    <w:p>
      <w:r>
        <w:rPr>
          <w:b/>
        </w:rPr>
        <w:t xml:space="preserve">[59:36] </w:t>
      </w:r>
      <w:r>
        <w:t>Am Iright? Please clarify. dekhiye, yeh aayat jo hai kuntu ala shafah hubritim minan nar</w:t>
      </w:r>
    </w:p>
    <w:p>
      <w:pPr>
        <w:jc w:val="right"/>
      </w:pPr>
      <w:r>
        <w:t>Am Iright? Please clarify. دیکھیے، یہ آیت جو ہے كُنْتُمْ عَلَىٰ شَفَحِ حُبْرِتِمْ مِنَ النَّار</w:t>
      </w:r>
    </w:p>
    <w:p>
      <w:r>
        <w:rPr>
          <w:b/>
        </w:rPr>
        <w:t xml:space="preserve">[59:44] </w:t>
      </w:r>
      <w:r>
        <w:t>i aayat ke jo alfaaz hain kuntu ala shafah hubritim minan nar aag ke kinare khade thay.</w:t>
      </w:r>
    </w:p>
    <w:p>
      <w:pPr>
        <w:jc w:val="right"/>
      </w:pPr>
      <w:r>
        <w:t>ِ آیت کے جو الفاظ ہیں كُنْتُمْ عَلَىٰ شَفَحِ حُبْرِتِمْ مِنَ النَّارِ آگ کے کنارے کھڑے تھے۔</w:t>
      </w:r>
    </w:p>
    <w:p>
      <w:r>
        <w:rPr>
          <w:b/>
        </w:rPr>
        <w:t xml:space="preserve">[59:53] </w:t>
      </w:r>
      <w:r>
        <w:t>to yeh mufassireen samajh nahi paaye ke aag ke kinare ka kya matlab hai. aag ke kinare ka matlab yeh hai ke chain war tumhare jaari thi. woh jo haal hi mein kaha hai ke abubakar aur taghlab ki baham ladai, sadi ek unhone gawahi.</w:t>
      </w:r>
    </w:p>
    <w:p>
      <w:pPr>
        <w:jc w:val="right"/>
      </w:pPr>
      <w:r>
        <w:t>تو یہ مفسرین سمجھ نہیں پائے کہ آگ کے کنارے کا کیا مطلب ہے۔ آگ کے کنارے کا مطلب یہ ہے کہ چین وار تمہارے جاری تھی۔ وہ جو حال ہی میں کہا ہے کہ ابوبکر اور تغلب کی باہم لڑائی، صدی ایک انہوں نے گواہی۔</w:t>
      </w:r>
    </w:p>
    <w:p>
      <w:r>
        <w:rPr>
          <w:b/>
        </w:rPr>
        <w:t xml:space="preserve">[1:00:12] </w:t>
      </w:r>
      <w:r>
        <w:t>yaani laday chal rahe hain, laday chal rahe hain.</w:t>
      </w:r>
    </w:p>
    <w:p>
      <w:pPr>
        <w:jc w:val="right"/>
      </w:pPr>
      <w:r>
        <w:t>یعنی لڑے چل رہے ہیں، لڑے چل رہے ہیں۔</w:t>
      </w:r>
    </w:p>
    <w:p>
      <w:r>
        <w:rPr>
          <w:b/>
        </w:rPr>
        <w:t xml:space="preserve">[1:00:15] </w:t>
      </w:r>
      <w:r>
        <w:t>kyun? har war ke baad phir intiqami war. har war ke baad ek intiqami war. isi ko kehte hain chain war. to wahan jis aag ka zikr hai Quran majeed mein, woh is chain war murad hai is se.</w:t>
      </w:r>
    </w:p>
    <w:p>
      <w:pPr>
        <w:jc w:val="right"/>
      </w:pPr>
      <w:r>
        <w:t>کیوں؟ ہر وار کے بعد پھر انتقامی وار۔ ہر وار کے بعد ایک انتقامی وار۔ اسی کو کہتے ہیں چین وار۔ تو وہاں جس آگ کا ذکر ہے قرآن مجید میں، وہ اس چین وار مراد ہے اس سے۔</w:t>
      </w:r>
    </w:p>
    <w:p>
      <w:r>
        <w:rPr>
          <w:b/>
        </w:rPr>
        <w:t xml:space="preserve">[1:00:31] </w:t>
      </w:r>
      <w:r>
        <w:t>aur Islam ne formula diya hai ke chain war ko khatam karne ke liye yaktarfa sulah ek fareeq apne aap ko sulah par raazi kar le to fareeq aasani se apne aap raazi ho jayega.</w:t>
      </w:r>
    </w:p>
    <w:p>
      <w:pPr>
        <w:jc w:val="right"/>
      </w:pPr>
      <w:r>
        <w:t>اور اسلام نے فارمولا دیا ہے کہ چین وار کو ختم کرنے کے لیے يَكْتَرَفَىٰ الصلح ایک فریق اپنے آپ کو صلح پر راضی کر لے تو فریق آسانی سے اپنے آپ راضی ہو جائے گا۔</w:t>
      </w:r>
    </w:p>
    <w:p>
      <w:r>
        <w:rPr>
          <w:b/>
        </w:rPr>
        <w:t xml:space="preserve">[1:00:44] </w:t>
      </w:r>
      <w:r>
        <w:t>is mein yahi chain war murad hai.</w:t>
      </w:r>
    </w:p>
    <w:p>
      <w:pPr>
        <w:jc w:val="right"/>
      </w:pPr>
      <w:r>
        <w:t>اس میں یہی چین وار مراد ہے۔</w:t>
      </w:r>
    </w:p>
    <w:p>
      <w:r>
        <w:rPr>
          <w:b/>
        </w:rPr>
        <w:t xml:space="preserve">[1:00:53] </w:t>
      </w:r>
      <w:r>
        <w:t>Maulana, agla sawal Dilli se hai aur Shahab Haider sahib ne kiya hai.</w:t>
      </w:r>
    </w:p>
    <w:p>
      <w:pPr>
        <w:jc w:val="right"/>
      </w:pPr>
      <w:r>
        <w:t>مولانا، اگلا سوال دلی سے ہے اور شہاب حیدر صاحب نے کیا ہے۔</w:t>
      </w:r>
    </w:p>
    <w:p>
      <w:r>
        <w:rPr>
          <w:b/>
        </w:rPr>
        <w:t xml:space="preserve">[1:00:58] </w:t>
      </w:r>
      <w:r>
        <w:t>unhone likha hai ke No doubt you are right in saying that Japan and Germany were developed after seizing and stopping war, but Muslims are internationally tortured and instigated.</w:t>
      </w:r>
    </w:p>
    <w:p>
      <w:pPr>
        <w:jc w:val="right"/>
      </w:pPr>
      <w:r>
        <w:t>انہوں نے لکھا ہے کہ No doubt you areright in saying that Japan and Germany were developed after seizing and stopping war, but Muslims are internationally tortured and instigated.</w:t>
      </w:r>
    </w:p>
    <w:p>
      <w:r>
        <w:rPr>
          <w:b/>
        </w:rPr>
        <w:t xml:space="preserve">[1:01:13] </w:t>
      </w:r>
      <w:r>
        <w:t>Then what should Muslims do? yeh is se bada jhoot koi nahi hai ke musalman torture kiye ja rahe hain. is liye ke yeh nauzubillah Khuda ka inkar hai.</w:t>
      </w:r>
    </w:p>
    <w:p>
      <w:pPr>
        <w:jc w:val="right"/>
      </w:pPr>
      <w:r>
        <w:t>Then what should Muslims do? یہ اس سے بڑا جھوٹ کوئی نہیں ہے کہ مسلمان torture کیے جا رہے ہیں۔ اس لیے کہ یہ نعوذ باللہ خدا کا انکار ہے۔</w:t>
      </w:r>
    </w:p>
    <w:p>
      <w:r>
        <w:rPr>
          <w:b/>
        </w:rPr>
        <w:t xml:space="preserve">[1:01:26] </w:t>
      </w:r>
      <w:r>
        <w:t>Quran mein hai kan haqqan alaihi nasul mu'mineen to kya Khuda nauzubillah so gaya hai? jo log yeh kehte hain ke musalmanon par torture ho raha hai, musalmanon par zulm ho raha hai, woh bohat bhaari gunah ka kaam karte hain.</w:t>
      </w:r>
    </w:p>
    <w:p>
      <w:pPr>
        <w:jc w:val="right"/>
      </w:pPr>
      <w:r>
        <w:t>قرآن میں ہے كَانْ حَقًّا عَلَيْهِ نَاسُ الْمُؤْمِنِينَ تو کیا خدا نعوذ باللہ سو گیا ہے؟ جو لوگ یہ کہتے ہیں کہ مسلمانوں پر torture ہو رہا ہے، مسلمانوں پر ظلم ہو رہا ہے، وہ بہت بھاری گناہ کا کام کرتے ہیں۔</w:t>
      </w:r>
    </w:p>
    <w:p>
      <w:r>
        <w:rPr>
          <w:b/>
        </w:rPr>
        <w:t xml:space="preserve">[1:01:41] </w:t>
      </w:r>
      <w:r>
        <w:t>is ayat ki nafi karte hain, Allah ke wajood ka inkar karte hain. "kan haqqan alayhi nasul mu'mineen" yani Allah taala farma rahe hain ke mere upar wajib hai ke main musalmanon ki madad karoon.</w:t>
      </w:r>
    </w:p>
    <w:p>
      <w:pPr>
        <w:jc w:val="right"/>
      </w:pPr>
      <w:r>
        <w:t>اس آیت کی نفی کرتے ہیں، اللہ کے وجود کا انکار کرتے ہیں۔ كَانْ حَقًّا عَلَيْهِ نَاسُ الْمُؤْمِنِينَ یعنی اللہ تعالیٰ فرما رہے ہیں کہ میرے اوپر واجب ہے کہ میں مسلمانوں کی مدد کروں۔</w:t>
      </w:r>
    </w:p>
    <w:p>
      <w:r>
        <w:rPr>
          <w:b/>
        </w:rPr>
        <w:t xml:space="preserve">[1:01:53] </w:t>
      </w:r>
      <w:r>
        <w:t>to kya Allah taala so gaya hai? yeh aap ko yeh manna padega ke ya ya to is ayat ko galat manen ya is is is is is baat ko galat manen ke torture kiya ja raha hai.</w:t>
      </w:r>
    </w:p>
    <w:p>
      <w:pPr>
        <w:jc w:val="right"/>
      </w:pPr>
      <w:r>
        <w:t>تو کیا اللہ تعالیٰ سو گیا ہے؟ یہ آپ کو یہ ماننا پڑے گا کہ یا یا تو اس آیت کو غلط مانیں یا اس اس اس اس اس بات کو غلط مانیں کہ torture کیا جا رہا ہے۔</w:t>
      </w:r>
    </w:p>
    <w:p>
      <w:r>
        <w:rPr>
          <w:b/>
        </w:rPr>
        <w:t xml:space="preserve">[1:02:06] </w:t>
      </w:r>
      <w:r>
        <w:t>hargiz torture nahi kiya ja raha hai. woh musalmanon ki yani hamakaton ki price pa rahe hain musalman. Muslims are paying the price of their own stupid policies jaise abhi jo falasteen mein aap dekhiye, aaghaz kahan se hua?</w:t>
      </w:r>
    </w:p>
    <w:p>
      <w:pPr>
        <w:jc w:val="right"/>
      </w:pPr>
      <w:r>
        <w:t>ہرگز torture نہیں کیا جا رہا ہے۔ وہ مسلمانوں کی یعنی حماقتوں کی price پا رہے ہیں مسلمان۔ Muslims are paying the price of their own stupid policies جیسے ابھی جو فلسطین میں آپ دیکھیے، آغاز کہاں سے ہوا؟</w:t>
      </w:r>
    </w:p>
    <w:p>
      <w:r>
        <w:rPr>
          <w:b/>
        </w:rPr>
        <w:t xml:space="preserve">[1:02:24] </w:t>
      </w:r>
      <w:r>
        <w:t>teen israeli ko woh pakad kar laye, abduct kiya aur us ko maar dala. to us ke baad jo shuru hui war, to musalman is ko zulm kehte hain.</w:t>
      </w:r>
    </w:p>
    <w:p>
      <w:pPr>
        <w:jc w:val="right"/>
      </w:pPr>
      <w:r>
        <w:t>تین اسرائیلی کو وہ پکڑ کر لائے، abduct کیا اور اس کو مار ڈالا۔ تو اس کے بعد جو شروع ہوئی war، تو مسلمان اس کو ظلم کہتے ہیں۔</w:t>
      </w:r>
    </w:p>
    <w:p>
      <w:r>
        <w:rPr>
          <w:b/>
        </w:rPr>
        <w:t xml:space="preserve">[1:02:34] </w:t>
      </w:r>
      <w:r>
        <w:t>No, that was retaliation.</w:t>
      </w:r>
    </w:p>
    <w:p>
      <w:pPr>
        <w:jc w:val="right"/>
      </w:pPr>
      <w:r>
        <w:t>No, that was retaliation.</w:t>
      </w:r>
    </w:p>
    <w:p>
      <w:r>
        <w:rPr>
          <w:b/>
        </w:rPr>
        <w:t xml:space="preserve">[1:02:37] </w:t>
      </w:r>
      <w:r>
        <w:t>jab aap apni taraf se yeh sab karwaiyan karenge to Allah madad nahi karega aap ki. Allah ki madad na aane ka masla yeh hai. torture ka masla nahi hai.</w:t>
      </w:r>
    </w:p>
    <w:p>
      <w:pPr>
        <w:jc w:val="right"/>
      </w:pPr>
      <w:r>
        <w:t>جب آپ اپنی طرف سے یہ سب کارروائیاں کریں گے تو اللہ مدد نہیں کرے گا آپ کی۔ اللہ کی مدد نہ آنے کا مسئلہ یہ ہے۔ torture کا مسئلہ نہیں ہے۔</w:t>
      </w:r>
    </w:p>
    <w:p>
      <w:r>
        <w:rPr>
          <w:b/>
        </w:rPr>
        <w:t xml:space="preserve">[1:02:48] </w:t>
      </w:r>
      <w:r>
        <w:t>yaad rakhiye, is waqt jo ho raha hai musalmanon ke sath, woh Allah ki madad na aane ka masla hai. doosri qaumon ko torture karne ka masla nahi hai.</w:t>
      </w:r>
    </w:p>
    <w:p>
      <w:pPr>
        <w:jc w:val="right"/>
      </w:pPr>
      <w:r>
        <w:t>یاد رکھیے، اس وقت جو ہو رہا ہے مسلمانوں کے ساتھ، وہ اللہ کی مدد نہ آنے کا مسئلہ ہے۔ دوسری قوموں کو torture کرنے کا مسئلہ نہیں ہے۔</w:t>
      </w:r>
    </w:p>
    <w:p>
      <w:r>
        <w:rPr>
          <w:b/>
        </w:rPr>
        <w:t xml:space="preserve">[1:02:59] </w:t>
      </w:r>
      <w:r>
        <w:t>isi raat ko jo musalman samajh jayenge, un ki taqdeer badal jayegi. un ka ek naya future ka darwaza khul jayega un ke liye. haan, ke jo kuch is waqt ho raha hai, woh Allah ki madad na aane ka masla hai.</w:t>
      </w:r>
    </w:p>
    <w:p>
      <w:pPr>
        <w:jc w:val="right"/>
      </w:pPr>
      <w:r>
        <w:t>اسی رات کو جو مسلمان سمجھ جائیں گے، ان کی تقدیر بدل جائے گی۔ ان کا ایک نیا future کا دروازہ کھل جائے گا ان کے لیے۔ ہاں، کہ جو کچھ اس وقت ہو رہا ہے، وہ اللہ کی مدد نہ آنے کا مسئلہ ہے۔</w:t>
      </w:r>
    </w:p>
    <w:p>
      <w:r>
        <w:rPr>
          <w:b/>
        </w:rPr>
        <w:t xml:space="preserve">[1:03:14] </w:t>
      </w:r>
      <w:r>
        <w:t>woh torture ka masla nahi hai.</w:t>
      </w:r>
    </w:p>
    <w:p>
      <w:pPr>
        <w:jc w:val="right"/>
      </w:pPr>
      <w:r>
        <w:t>وہ torture کا مسئلہ نہیں ہے۔</w:t>
      </w:r>
    </w:p>
    <w:p>
      <w:r>
        <w:rPr>
          <w:b/>
        </w:rPr>
        <w:t xml:space="preserve">[1:03:17] </w:t>
      </w:r>
      <w:r>
        <w:t>jaise misaal ke tor par dekhiye, aap agar sookha padta hai, khat aata hai to woh Allah ki barish rukne ka masla hai.</w:t>
      </w:r>
    </w:p>
    <w:p>
      <w:pPr>
        <w:jc w:val="right"/>
      </w:pPr>
      <w:r>
        <w:t>جیسے مثال کے طور پر دیکھیے، آپ اگر سوکھا پڑتا ہے، خط آتا ہے تو وہ اللہ کی بارش رکنے کا مسئلہ ہے۔</w:t>
      </w:r>
    </w:p>
    <w:p>
      <w:r>
        <w:rPr>
          <w:b/>
        </w:rPr>
        <w:t xml:space="preserve">[1:03:28] </w:t>
      </w:r>
      <w:r>
        <w:t>zulm ka masla nahi hai. to farmaya bataya gaya ke ja ke istisqa ki namaz padho. aur istisqa ki namaz jab bhi padhi gayi hai sahi tareeqe se to barish hoti hai.</w:t>
      </w:r>
    </w:p>
    <w:p>
      <w:pPr>
        <w:jc w:val="right"/>
      </w:pPr>
      <w:r>
        <w:t>ظلم کا مسئلہ نہیں ہے۔ تو فرمایا بتایا گیا کہ جا کے استسقاء کی نماز پڑھو۔ اور استسقاء کی نماز جب بھی پڑھی گئی ہے صحیح طریقے سے تو بارش ہوتی ہے۔</w:t>
      </w:r>
    </w:p>
    <w:p>
      <w:r>
        <w:rPr>
          <w:b/>
        </w:rPr>
        <w:t xml:space="preserve">[1:03:41] </w:t>
      </w:r>
      <w:r>
        <w:t>main khud jab padhta tha madrasa Islam mein to bohat sookha pada. barish ruk gayi. to madrasa ke logon ne tay kiya ke hum istisqa ki namaz padhenge.</w:t>
      </w:r>
    </w:p>
    <w:p>
      <w:pPr>
        <w:jc w:val="right"/>
      </w:pPr>
      <w:r>
        <w:t>میں خود جب پڑھتا تھا مدرسے اسلام میں تو بہت سوکھا پڑا۔ بارش رک گئی۔ تو مدرسے کے لوگوں نے طے کیا کہ ہم استسقاء کی نماز پڑھیں گے۔</w:t>
      </w:r>
    </w:p>
    <w:p>
      <w:r>
        <w:rPr>
          <w:b/>
        </w:rPr>
        <w:t xml:space="preserve">[1:03:54] </w:t>
      </w:r>
      <w:r>
        <w:t>to wahan ek gaon hai bina para, madrasa ke qareeb. wahan ek bohat bada maidan tha. hum sab log, sare madrasa ke log wahan gaye.</w:t>
      </w:r>
    </w:p>
    <w:p>
      <w:pPr>
        <w:jc w:val="right"/>
      </w:pPr>
      <w:r>
        <w:t>تو وہاں ایک گاؤں ہے بینا پارہ، مدرسے کے قریب۔ وہاں ایک بہت بڑا میدان تھا۔ ہم سب لوگ، سارے مدرسے کے لوگ وہاں گئے۔</w:t>
      </w:r>
    </w:p>
    <w:p>
      <w:r>
        <w:rPr>
          <w:b/>
        </w:rPr>
        <w:t xml:space="preserve">[1:04:03] </w:t>
      </w:r>
      <w:r>
        <w:t>gaon ke log bhi aaye, aas pas ke. aur mujhe maloom hai, yaad hai ke ek the Maulana Saeed sahab, Maulana Saeed Ahmed Nadvi.</w:t>
      </w:r>
    </w:p>
    <w:p>
      <w:pPr>
        <w:jc w:val="right"/>
      </w:pPr>
      <w:r>
        <w:t>گاؤں کے لوگ بھی آئے، آس پاس کے۔ اور مجھے معلوم ہے، یاد ہے کہ ایک تھے مولانا سعید صاحب، مولانا سعید احمد ندوی۔</w:t>
      </w:r>
    </w:p>
    <w:p>
      <w:r>
        <w:rPr>
          <w:b/>
        </w:rPr>
        <w:t xml:space="preserve">[1:04:14] </w:t>
      </w:r>
      <w:r>
        <w:t>bohat hi buzurg, bohat hi naik aadmi the woh. woh wahan hadith padhate the. main un ka, un se main ne hadith padhi hai.</w:t>
      </w:r>
    </w:p>
    <w:p>
      <w:pPr>
        <w:jc w:val="right"/>
      </w:pPr>
      <w:r>
        <w:t>بہت ہی بزرگ، بہت ہی نیک آدمی تھے وہ۔ وہ وہاں حدیث پڑھاتے تھے۔ میں ان کا، ان سے میں نے حدیث پڑھی ہے۔</w:t>
      </w:r>
    </w:p>
    <w:p>
      <w:r>
        <w:rPr>
          <w:b/>
        </w:rPr>
        <w:t xml:space="preserve">[1:04:22] </w:t>
      </w:r>
      <w:r>
        <w:t>Maulana Saeed Ahmed Nadvi. unhon ne imamat ki thi. mujhe yaad hai ke hum log madrasa se jab chale the to bilkul suraj garam, suraj har taraf bikhra hua tha, us ki garmi.</w:t>
      </w:r>
    </w:p>
    <w:p>
      <w:pPr>
        <w:jc w:val="right"/>
      </w:pPr>
      <w:r>
        <w:t>مولانا سعید احمد ندوی۔ انہوں نے امامت کی تھی۔ مجھے یاد ہے کہ ہم لوگ مدرسے سے جب چلے تھے تو بالکل سورج گرم، سورج ہر طرف بکھرا ہوا تھا، اس کی گرمی۔</w:t>
      </w:r>
    </w:p>
    <w:p>
      <w:r>
        <w:rPr>
          <w:b/>
        </w:rPr>
        <w:t xml:space="preserve">[1:04:38] </w:t>
      </w:r>
      <w:r>
        <w:t>aur wapas aaye to hum sab yani pahunchte pahunchte bheeg chuke the. yeh mera apna zaati waqia hai.</w:t>
      </w:r>
    </w:p>
    <w:p>
      <w:pPr>
        <w:jc w:val="right"/>
      </w:pPr>
      <w:r>
        <w:t>اور واپس آئے تو ہم سب یعنی پہنچتے پہنچتے بھیگ چکے تھے۔ یہ میرا اپنا ذاتی واقعہ ہے۔</w:t>
      </w:r>
    </w:p>
    <w:p>
      <w:r>
        <w:rPr>
          <w:b/>
        </w:rPr>
        <w:t xml:space="preserve">[1:04:49] </w:t>
      </w:r>
      <w:r>
        <w:t>to barish jab ruke to yeh mat kahiye ke zulm ho raha hai, zulm ho raha hai, zulm ho raha hai. istisqa ki namaz padhiye.</w:t>
      </w:r>
    </w:p>
    <w:p>
      <w:pPr>
        <w:jc w:val="right"/>
      </w:pPr>
      <w:r>
        <w:t>تو بارش جب رکے تو یہ مت کہیے کہ ظلم ہو رہا ہے، ظلم ہو رہا ہے، ظلم ہو رہا ہے۔ استسقاء کی نماز پڑھیے۔</w:t>
      </w:r>
    </w:p>
    <w:p>
      <w:r>
        <w:rPr>
          <w:b/>
        </w:rPr>
        <w:t xml:space="preserve">[1:04:58] </w:t>
      </w:r>
      <w:r>
        <w:t>to ab jo waqia ho raha hai, yeh mat chiye ke zulm ho raha hai, torture. nahi, Allah ki taraf rujoo kijiye. Allah ke hukum ko apnaie ke tum apni taraf se bad amal karo.</w:t>
      </w:r>
    </w:p>
    <w:p>
      <w:pPr>
        <w:jc w:val="right"/>
      </w:pPr>
      <w:r>
        <w:t>تو اب جو واقعہ ہو رہا ہے، یہ مت چیخیے کہ ظلم ہو رہا ہے، torture۔ نہیں، اللہ کی طرف رجوع کیجیے۔ اللہ کے حکم کو اپنائیے کہ تم اپنی طرف سے بد عمل کرو۔</w:t>
      </w:r>
    </w:p>
    <w:p>
      <w:r>
        <w:rPr>
          <w:b/>
        </w:rPr>
        <w:t xml:space="preserve">[1:05:13] </w:t>
      </w:r>
      <w:r>
        <w:t>bad jo hai musalmanon ke sath hota, woh ret</w:t>
      </w:r>
    </w:p>
    <w:p>
      <w:pPr>
        <w:jc w:val="right"/>
      </w:pPr>
      <w:r>
        <w:t>بد جو ہے مسلمانوں کے ساتھ ہوتا، وہ ret</w:t>
      </w:r>
    </w:p>
    <w:p>
      <w:r>
        <w:rPr>
          <w:b/>
        </w:rPr>
        <w:t xml:space="preserve">[1:05:17] </w:t>
      </w:r>
      <w:r>
        <w:t>aliate karte hain. is ko khatam karo.</w:t>
      </w:r>
    </w:p>
    <w:p>
      <w:pPr>
        <w:jc w:val="right"/>
      </w:pPr>
      <w:r>
        <w:t>aliate کرتے ہیں۔ اس کو ختم کرو۔</w:t>
      </w:r>
    </w:p>
    <w:p>
      <w:r>
        <w:rPr>
          <w:b/>
        </w:rPr>
        <w:t xml:space="preserve">[1:05:22] </w:t>
      </w:r>
      <w:r>
        <w:t>is ki clear misaal yeh hai ke falasteen mein pehle teen israeliyon ko pakad laye, kahin se mauqa se pa gaye, woh la kar ke maar dala us ko.</w:t>
      </w:r>
    </w:p>
    <w:p>
      <w:pPr>
        <w:jc w:val="right"/>
      </w:pPr>
      <w:r>
        <w:t>اس کی clear مثال یہ ہے کہ فلسطین میں پہلے تین اسرائیلیوں کو پکڑ لائے، کہیں سے موقع سے پا گئے، وہ لا کر کے مار ڈالا اس کو۔</w:t>
      </w:r>
    </w:p>
    <w:p>
      <w:r>
        <w:rPr>
          <w:b/>
        </w:rPr>
        <w:t xml:space="preserve">[1:05:32] </w:t>
      </w:r>
      <w:r>
        <w:t>khatam kar diya us ko. yeh bhi nahi kaha ke hostage banate, maar dala. to unhon ne retaliate kiya. yeh Allah ke usool ke khilaf hai.</w:t>
      </w:r>
    </w:p>
    <w:p>
      <w:pPr>
        <w:jc w:val="right"/>
      </w:pPr>
      <w:r>
        <w:t>ختم کر دیا اس کو۔ یہ بھی نہیں کہا کہ hostage بناتے، مار ڈالا۔ تو انہوں نے retaliate کیا۔ یہ اللہ کے اصول کے خلاف ہے۔</w:t>
      </w:r>
    </w:p>
    <w:p>
      <w:r>
        <w:rPr>
          <w:b/>
        </w:rPr>
        <w:t xml:space="preserve">[1:05:48] </w:t>
      </w:r>
      <w:r>
        <w:t>to musalmanon ko is waqt jo karna hai, woh yeh karna hai ke woh apne hisse ka, yani tashaddud had tak padhen.</w:t>
      </w:r>
    </w:p>
    <w:p>
      <w:pPr>
        <w:jc w:val="right"/>
      </w:pPr>
      <w:r>
        <w:t>تو مسلمانوں کو اس وقت جو کرنا ہے، وہ یہ کرنا ہے کہ وہ اپنے حصے کا، یعنی تشدد حد تک پڑھیں۔</w:t>
      </w:r>
    </w:p>
    <w:p>
      <w:r>
        <w:rPr>
          <w:b/>
        </w:rPr>
        <w:t xml:space="preserve">[1:06:01] </w:t>
      </w:r>
      <w:r>
        <w:t>idhar ka tashaddud apne aap khatam ho jayega. agar aap peace chahte hain, taraqqi chahte hain to apne hisse ka tashaddud had tak padhna padega.</w:t>
      </w:r>
    </w:p>
    <w:p>
      <w:pPr>
        <w:jc w:val="right"/>
      </w:pPr>
      <w:r>
        <w:t>ادھر کا تشدد اپنے آپ ختم ہو جائے گا۔ اگر آپ peace چاہتے ہیں، ترقی چاہتے ہیں تو اپنے حصے کا تشدد حد تک پڑھنا پڑے گا۔</w:t>
      </w:r>
    </w:p>
    <w:p>
      <w:r>
        <w:rPr>
          <w:b/>
        </w:rPr>
        <w:t xml:space="preserve">[1:06:10] </w:t>
      </w:r>
      <w:r>
        <w:t>to idhar tashaddud khatam. woh nahi, woh chain war chali gi. woh chain war chal rahi hai is waqt.</w:t>
      </w:r>
    </w:p>
    <w:p>
      <w:pPr>
        <w:jc w:val="right"/>
      </w:pPr>
      <w:r>
        <w:t>تو ادھر تشدد ختم۔ وہ نہیں، وہ چین وار چلے گی۔ وہ چین وار چل رہی ہے اس وقت۔</w:t>
      </w:r>
    </w:p>
    <w:p>
      <w:r>
        <w:rPr>
          <w:b/>
        </w:rPr>
        <w:t xml:space="preserve">[1:06:19] </w:t>
      </w:r>
      <w:r>
        <w:t>maulana, agla sawal raipur se hai, idrees sahab ka. aur unhon ne likha hai: In today's lecture you gave two options.</w:t>
      </w:r>
    </w:p>
    <w:p>
      <w:pPr>
        <w:jc w:val="right"/>
      </w:pPr>
      <w:r>
        <w:t>مولانا، اگلا سوال رائے پور سے ہے، ادریس صاحب کا۔ اور انہوں نے لکھا ہے: In today's lecture you gave two options.</w:t>
      </w:r>
    </w:p>
    <w:p>
      <w:r>
        <w:rPr>
          <w:b/>
        </w:rPr>
        <w:t xml:space="preserve">[1:06:29] </w:t>
      </w:r>
      <w:r>
        <w:t>That is either to become an aalim or follow an aalim. However, the armed struggle and Muslim existing problems are due to misguidance of ulemas and alim</w:t>
      </w:r>
    </w:p>
    <w:p>
      <w:pPr>
        <w:jc w:val="right"/>
      </w:pPr>
      <w:r>
        <w:t>That is either to become an عالم or follow an عالم. However, the arms struggle and Muslim existing problems are due to misguidance of ulemas and alim</w:t>
      </w:r>
    </w:p>
    <w:p>
      <w:r>
        <w:rPr>
          <w:b/>
        </w:rPr>
        <w:t xml:space="preserve">[1:06:42] </w:t>
      </w:r>
      <w:r>
        <w:t>s. Under this situation, how practical is the second option, that is of following an aalim, as most of the people don't have the right aalim to follow?</w:t>
      </w:r>
    </w:p>
    <w:p>
      <w:pPr>
        <w:jc w:val="right"/>
      </w:pPr>
      <w:r>
        <w:t>s. Under this situation, how practical is the second option, that is of following an عالم, as most of the people don't have theright عالم to follow?</w:t>
      </w:r>
    </w:p>
    <w:p>
      <w:r>
        <w:rPr>
          <w:b/>
        </w:rPr>
        <w:t xml:space="preserve">[1:06:54] </w:t>
      </w:r>
      <w:r>
        <w:t>nahi, main ne yeh nahi kaha hai. main ne trust ka lafz istemal kiya hai. jis par aap ko trust ho. yeh nahi ke kisi suna diya aafta ko, main ne nahi kaha ke jo suna diya aafta ho, us ko follow kijiye.</w:t>
      </w:r>
    </w:p>
    <w:p>
      <w:pPr>
        <w:jc w:val="right"/>
      </w:pPr>
      <w:r>
        <w:t>نہیں، میں نے یہ نہیں کہا ہے۔ میں نے trust کا لفظ استعمال کیا ہے۔ جس پر آپ کو trust ہو۔ یہ نہیں کہ کسی سنا دیا آفتہ کو، میں نے نہیں کہا کہ جو سنا دیا آفتہ ہو، اس کو follow کیجیے۔</w:t>
      </w:r>
    </w:p>
    <w:p>
      <w:r>
        <w:rPr>
          <w:b/>
        </w:rPr>
        <w:t xml:space="preserve">[1:07:05] </w:t>
      </w:r>
      <w:r>
        <w:t>yeh main ne nahi kaha hai.</w:t>
      </w:r>
    </w:p>
    <w:p>
      <w:pPr>
        <w:jc w:val="right"/>
      </w:pPr>
      <w:r>
        <w:t>یہ میں نے نہیں کہا ہے۔</w:t>
      </w:r>
    </w:p>
    <w:p>
      <w:r>
        <w:rPr>
          <w:b/>
        </w:rPr>
        <w:t xml:space="preserve">[1:07:10] </w:t>
      </w:r>
      <w:r>
        <w:t>jis aalim par aap ko trust ho, us ko ikhtiyar kijiye.</w:t>
      </w:r>
    </w:p>
    <w:p>
      <w:pPr>
        <w:jc w:val="right"/>
      </w:pPr>
      <w:r>
        <w:t>جس عالم پر آپ کو trust ہو، اس کو اختیار کیجیے۔</w:t>
      </w:r>
    </w:p>
    <w:p>
      <w:r>
        <w:rPr>
          <w:b/>
        </w:rPr>
        <w:t xml:space="preserve">[1:07:18] </w:t>
      </w:r>
      <w:r>
        <w:t>to main samajhta hoon ke aise, beharhaal aise log maujood hain jin par aap trust kar sakte hain. un ko trust kar ke un ko follow kijiye. main har giz nahi, main ne yeh kaha hai ke jo suna diya aafta aadmi hai, us ko follow kijiye aap.</w:t>
      </w:r>
    </w:p>
    <w:p>
      <w:pPr>
        <w:jc w:val="right"/>
      </w:pPr>
      <w:r>
        <w:t>تو میں سمجھتا ہوں کہ ایسے، بہرحال ایسے لوگ موجود ہیں جن پر آپ trust کر سکتے ہیں۔ ان کو trust کر کے ان کو follow کیجیے۔ میں ہرگز نہیں، میں نے یہ کہا ہے کہ جو سنا دیا آفتہ آدمی ہے، اس کو follow کیجیے آپ۔</w:t>
      </w:r>
    </w:p>
    <w:p>
      <w:r>
        <w:rPr>
          <w:b/>
        </w:rPr>
        <w:t xml:space="preserve">[1:07:31] </w:t>
      </w:r>
      <w:r>
        <w:t>yeh main ne nahi kaha hai.</w:t>
      </w:r>
    </w:p>
    <w:p>
      <w:pPr>
        <w:jc w:val="right"/>
      </w:pPr>
      <w:r>
        <w:t>یہ میں نے نہیں کہا ہے۔</w:t>
      </w:r>
    </w:p>
    <w:p>
      <w:r>
        <w:rPr>
          <w:b/>
        </w:rPr>
        <w:t xml:space="preserve">[1:07:36] </w:t>
      </w:r>
      <w:r>
        <w:t>maulana, agla sawal Miss Nagma Siddiqui ka hai, dilli se. aur unhon ne likha hai ke "Sabr is very important in Islam.</w:t>
      </w:r>
    </w:p>
    <w:p>
      <w:pPr>
        <w:jc w:val="right"/>
      </w:pPr>
      <w:r>
        <w:t>مولانا، اگلا سوال Miss Nagma Siddiqui کا ہے، دلی سے۔ اور انہوں نے لکھا ہے کہ "Sabr is very important in Islam.</w:t>
      </w:r>
    </w:p>
    <w:p>
      <w:r>
        <w:rPr>
          <w:b/>
        </w:rPr>
        <w:t xml:space="preserve">[1:07:46] </w:t>
      </w:r>
      <w:r>
        <w:t>How can we be patient by placing everything in God's domain?" hum to har cheez ko khuda ke naam daal dete hain.</w:t>
      </w:r>
    </w:p>
    <w:p>
      <w:pPr>
        <w:jc w:val="right"/>
      </w:pPr>
      <w:r>
        <w:t>How can we be patient by placing everything in God's domain?" ہم تو ہر چیز کو خدا کے نام ڈال دیتے ہیں۔</w:t>
      </w:r>
    </w:p>
    <w:p>
      <w:r>
        <w:rPr>
          <w:b/>
        </w:rPr>
        <w:t xml:space="preserve">[1:07:55] </w:t>
      </w:r>
      <w:r>
        <w:t>isi waqt foran ka foran. yeh mushkil kya hai is mein? mushkilat kya hai is mein?</w:t>
      </w:r>
    </w:p>
    <w:p>
      <w:pPr>
        <w:jc w:val="right"/>
      </w:pPr>
      <w:r>
        <w:t>اسی وقت فوراً کا فوراً۔ یہ مشکل کیا ہے اس میں؟ مشکلت کیا ہے اس میں؟</w:t>
      </w:r>
    </w:p>
    <w:p>
      <w:r>
        <w:rPr>
          <w:b/>
        </w:rPr>
        <w:t xml:space="preserve">[1:08:04] </w:t>
      </w:r>
      <w:r>
        <w:t>rozana mujhe bhi tarah tarah ki baatein pesh aati hain. main din andar is ko khuda ke naam daalta hoon. to is tarah se jo main ne kaha na, by time strategy, woh mera formula hai.</w:t>
      </w:r>
    </w:p>
    <w:p>
      <w:pPr>
        <w:jc w:val="right"/>
      </w:pPr>
      <w:r>
        <w:t>روزانہ مجھے بھی طرح طرح کی باتیں پیش آتی ہیں۔ میں دن اندر اس کو خدا کے نام ڈالتا ہوں۔ تو اس طرح سے جو میں نے کہا نا، by time strategy، وہ میرا فارمولا ہے۔</w:t>
      </w:r>
    </w:p>
    <w:p>
      <w:r>
        <w:rPr>
          <w:b/>
        </w:rPr>
        <w:t xml:space="preserve">[1:08:18] </w:t>
      </w:r>
      <w:r>
        <w:t>fe foran mera time bach jata hai. khwah makhwah mein badal is mein kyun padoon? to aap is ko apnaieye.</w:t>
      </w:r>
    </w:p>
    <w:p>
      <w:pPr>
        <w:jc w:val="right"/>
      </w:pPr>
      <w:r>
        <w:t>فی الفور میرا ٹائم بچ جاتا ہے۔ خواہ مخواہ میں بادل اس میں کیوں پڑوں؟ تو آپ اس کو اپنائیے۔</w:t>
      </w:r>
    </w:p>
    <w:p>
      <w:r>
        <w:rPr>
          <w:b/>
        </w:rPr>
        <w:t xml:space="preserve">[1:08:29] </w:t>
      </w:r>
      <w:r>
        <w:t>by time strategy jo hai, bohat hi umda formula hai yeh.</w:t>
      </w:r>
    </w:p>
    <w:p>
      <w:pPr>
        <w:jc w:val="right"/>
      </w:pPr>
      <w:r>
        <w:t>by time strategy جو ہے، بہت ہی عمدہ فارمولا ہے یہ۔</w:t>
      </w:r>
    </w:p>
    <w:p>
      <w:r>
        <w:rPr>
          <w:b/>
        </w:rPr>
        <w:t xml:space="preserve">[1:08:33] </w:t>
      </w:r>
      <w:r>
        <w:t>jab aap sabr na karein to apne time ko waste karte hain. dekhiye, sabr jab aadmi karta hai to samajhta hai main kisi insaan ke muqable mein kar raha hoon.</w:t>
      </w:r>
    </w:p>
    <w:p>
      <w:pPr>
        <w:jc w:val="right"/>
      </w:pPr>
      <w:r>
        <w:t>جب آپ صبر نہ کریں تو اپنے ٹائم کو waste کرتے ہیں۔ دیکھیے، صبر جب آدمی کرتا ہے تو سمجھتا ہے میں کسی انسان کے مقابلے میں کر رہا ہوں۔</w:t>
      </w:r>
    </w:p>
    <w:p>
      <w:r>
        <w:rPr>
          <w:b/>
        </w:rPr>
        <w:t xml:space="preserve">[1:08:43] </w:t>
      </w:r>
      <w:r>
        <w:t>kisi insaan ke liye kar raha hoon. apne liye kar raha hoon main. apne time bachane ke liye. apne aap ko tension free karne ke liye. bazahir sabr kisi aur ke khilaf hota hai.</w:t>
      </w:r>
    </w:p>
    <w:p>
      <w:pPr>
        <w:jc w:val="right"/>
      </w:pPr>
      <w:r>
        <w:t>کسی انسان کے لیے کر رہا ہوں۔ اپنے لیے کر رہا ہوں میں۔ اپنے ٹائم بچانے کے لیے۔ اپنے آپ کو tension free کرنے کے لیے۔ بظاہر صبر کسی اور کے خلاف ہوتا ہے۔</w:t>
      </w:r>
    </w:p>
    <w:p>
      <w:r>
        <w:rPr>
          <w:b/>
        </w:rPr>
        <w:t xml:space="preserve">[1:08:54] </w:t>
      </w:r>
      <w:r>
        <w:t>lekin sabr sara ka faida apne ko milta hai is ka. main cheezon ko hamesha apne lehaz se dekhta hoon.</w:t>
      </w:r>
    </w:p>
    <w:p>
      <w:pPr>
        <w:jc w:val="right"/>
      </w:pPr>
      <w:r>
        <w:t>لیکن صبر سارا کا فائدہ اپنے کو ملتا ہے اس کا۔ میں چیزوں کو ہمیشہ اپنے لحاظ سے دیکھتا ہوں۔</w:t>
      </w:r>
    </w:p>
    <w:p>
      <w:r>
        <w:rPr>
          <w:b/>
        </w:rPr>
        <w:t xml:space="preserve">[1:09:02] </w:t>
      </w:r>
      <w:r>
        <w:t>kal main ne ek sahib se kaha, har cheez ko main apne lehaz se dekhta hoon. kal main ne ek sahib se kaha ke dekhiye, offices mein yeh kaha jata hai ke waqt par aao.</w:t>
      </w:r>
    </w:p>
    <w:p>
      <w:pPr>
        <w:jc w:val="right"/>
      </w:pPr>
      <w:r>
        <w:t>کل میں نے ایک صاحب سے کہا، ہر چیز کو میں اپنے لحاظ سے دیکھتا ہوں۔ کل میں نے ایک صاحب سے کہا کہ دیکھیے، آفسز میں یہ کہا جاتا ہے کہ وقت پر آؤ۔</w:t>
      </w:r>
    </w:p>
    <w:p>
      <w:r>
        <w:rPr>
          <w:b/>
        </w:rPr>
        <w:t xml:space="preserve">[1:09:15] </w:t>
      </w:r>
      <w:r>
        <w:t>waqt par aao. to log samajhte hain ke falan office jo hai, bohat sakht hai is muamle mein ke waqt par kehta hai ke sab log pahunchna hai waqt par.</w:t>
      </w:r>
    </w:p>
    <w:p>
      <w:pPr>
        <w:jc w:val="right"/>
      </w:pPr>
      <w:r>
        <w:t>وقت پر آؤ۔ تو لوگ سمجھتے ہیں کہ فلاں آفس جو ہے، بہت سخت ہے اس معاملے میں کہ وقت پر کہتا ہے کہ سب لوگ پہنچنا ہے وقت پر۔</w:t>
      </w:r>
    </w:p>
    <w:p>
      <w:r>
        <w:rPr>
          <w:b/>
        </w:rPr>
        <w:t xml:space="preserve">[1:09:25] </w:t>
      </w:r>
      <w:r>
        <w:t>to main ne kaha yeh office ki baat nahi hai.</w:t>
      </w:r>
    </w:p>
    <w:p>
      <w:pPr>
        <w:jc w:val="right"/>
      </w:pPr>
      <w:r>
        <w:t>تو میں نے کہا یہ آفس کی بات نہیں ہے۔</w:t>
      </w:r>
    </w:p>
    <w:p>
      <w:r>
        <w:rPr>
          <w:b/>
        </w:rPr>
        <w:t xml:space="preserve">[1:09:30] </w:t>
      </w:r>
      <w:r>
        <w:t>office gover ki baat hai yeh.</w:t>
      </w:r>
    </w:p>
    <w:p>
      <w:pPr>
        <w:jc w:val="right"/>
      </w:pPr>
      <w:r>
        <w:t>آفس گویر کی بات ہے یہ۔</w:t>
      </w:r>
    </w:p>
    <w:p>
      <w:r>
        <w:rPr>
          <w:b/>
        </w:rPr>
        <w:t xml:space="preserve">[1:09:33] </w:t>
      </w:r>
      <w:r>
        <w:t>yani time ki pabandi karna yeh office ki baat nahi hai. office gover ki baat hai. yani agar aap time ki pabandi karein ge to aap ke andar aik aik personality develop kare gi.</w:t>
      </w:r>
    </w:p>
    <w:p>
      <w:pPr>
        <w:jc w:val="right"/>
      </w:pPr>
      <w:r>
        <w:t>یعنی ٹائم کی پابندی کرنا یہ آفس کی بات نہیں ہے۔ آفس گویر کی بات ہے۔ یعنی اگر آپ ٹائم کی پابندی کریں گے تو آپ کے اندر ایک ایک personality develop کرے گی۔</w:t>
      </w:r>
    </w:p>
    <w:p>
      <w:r>
        <w:rPr>
          <w:b/>
        </w:rPr>
        <w:t xml:space="preserve">[1:09:48] </w:t>
      </w:r>
      <w:r>
        <w:t>bohat hi aik aisi personality jo bohat hi punctual ho, bohat hi disciplined ho. jis ki soch mein bohat hi munazzam soch jis ke andar ho.</w:t>
      </w:r>
    </w:p>
    <w:p>
      <w:pPr>
        <w:jc w:val="right"/>
      </w:pPr>
      <w:r>
        <w:t>بہت ہی ایک ایسی personality جو بہت ہی punctual ہو، بہت ہی disciplined ہو۔ جس کی سوچ میں بہت ہی منظم سوچ جس کے اندر ہو۔</w:t>
      </w:r>
    </w:p>
    <w:p>
      <w:r>
        <w:rPr>
          <w:b/>
        </w:rPr>
        <w:t xml:space="preserve">[1:10:01] </w:t>
      </w:r>
      <w:r>
        <w:t>to aap bazahir to doosre ke liye time ki pabandi karte hain. faida apne ko milta hai. aap ke andar aik discipline aata hai.</w:t>
      </w:r>
    </w:p>
    <w:p>
      <w:pPr>
        <w:jc w:val="right"/>
      </w:pPr>
      <w:r>
        <w:t>تو آپ بظاہر تو دوسرے کے لیے ٹائم کی پابندی کرتے ہیں۔ فائدہ اپنے کو ملتا ہے۔ آپ کے اندر ایک discipline آتا ہے۔</w:t>
      </w:r>
    </w:p>
    <w:p>
      <w:r>
        <w:rPr>
          <w:b/>
        </w:rPr>
        <w:t xml:space="preserve">[1:10:14] </w:t>
      </w:r>
      <w:r>
        <w:t>disciplined thinking aati hai. disciplined character banta hai. to main to har cheez ko apne lehaz se dekhta hoon. har cheez ko.</w:t>
      </w:r>
    </w:p>
    <w:p>
      <w:pPr>
        <w:jc w:val="right"/>
      </w:pPr>
      <w:r>
        <w:t>disciplined thinking آتی ہے۔ disciplined character بنتا ہے۔ تو میں تو ہر چیز کو اپنے لحاظ سے دیکھتا ہوں۔ ہر چیز کو۔</w:t>
      </w:r>
    </w:p>
    <w:p>
      <w:r>
        <w:rPr>
          <w:b/>
        </w:rPr>
        <w:t xml:space="preserve">[1:10:24] </w:t>
      </w:r>
      <w:r>
        <w:t>aur is sabr ko bhi apne lehaz se dekhta hoon.</w:t>
      </w:r>
    </w:p>
    <w:p>
      <w:pPr>
        <w:jc w:val="right"/>
      </w:pPr>
      <w:r>
        <w:t>اور اس صبر کو بھی اپنے لحاظ سے دیکھتا ہوں۔</w:t>
      </w:r>
    </w:p>
    <w:p>
      <w:r>
        <w:rPr>
          <w:b/>
        </w:rPr>
        <w:t xml:space="preserve">[1:10:30] </w:t>
      </w:r>
      <w:r>
        <w:t>Maulana, agla sawal Delhi se hai, Miss Radhika Khajuriah ne kiya hai. aur unhon ne likha hai: "Moulana sahib, in the light of today's lecture of status quo acceptance leading to peace and eventual development, one can try to understand the ongoing Palestine problem and bloodshed.</w:t>
      </w:r>
    </w:p>
    <w:p>
      <w:pPr>
        <w:jc w:val="right"/>
      </w:pPr>
      <w:r>
        <w:t>مولانا، اگلا سوال دلی سے ہے، Miss Radhika Khajuriah نے کیا ہے۔ اور انہوں نے لکھا ہے: "Moulana صاحب, in the light of today's lecture of status quo acceptance leading to peace and eventual development, one can try to understand the ongoing Palestine problem and bloodshed.</w:t>
      </w:r>
    </w:p>
    <w:p>
      <w:r>
        <w:rPr>
          <w:b/>
        </w:rPr>
        <w:t xml:space="preserve">[1:10:52] </w:t>
      </w:r>
      <w:r>
        <w:t>But</w:t>
      </w:r>
    </w:p>
    <w:p>
      <w:pPr>
        <w:jc w:val="right"/>
      </w:pPr>
      <w:r>
        <w:t>But</w:t>
      </w:r>
    </w:p>
    <w:p>
      <w:r>
        <w:rPr>
          <w:b/>
        </w:rPr>
        <w:t xml:space="preserve">[1:10:53] </w:t>
      </w:r>
      <w:r>
        <w:t>how do we understand the Kashmir problem and the alienation of the Kashmir people towards Indian state till today? What is your comment on this?" dekhiye, Kashmir ka jo problem hai woh yeh hai ke</w:t>
      </w:r>
    </w:p>
    <w:p>
      <w:pPr>
        <w:jc w:val="right"/>
      </w:pPr>
      <w:r>
        <w:t>how do we understand the Kashmir problem and the alienation of the Kashmir people towards Indian state till today? What is your comment on this?" دیکھیے، کشمیر کا جو problem ہے وہ یہ ہے کہ</w:t>
      </w:r>
    </w:p>
    <w:p>
      <w:r>
        <w:rPr>
          <w:b/>
        </w:rPr>
        <w:t xml:space="preserve">[1:11:12] </w:t>
      </w:r>
      <w:r>
        <w:t>history ne jo status quo banaya tha, us ko nahi mana unhon ne. woh history se lar rahe hain.</w:t>
      </w:r>
    </w:p>
    <w:p>
      <w:pPr>
        <w:jc w:val="right"/>
      </w:pPr>
      <w:r>
        <w:t>history نے جو status quo بنایا تھا، اس کو نہیں مانا انہوں نے۔ وہ history سے لڑ رہے ہیں۔</w:t>
      </w:r>
    </w:p>
    <w:p>
      <w:r>
        <w:rPr>
          <w:b/>
        </w:rPr>
        <w:t xml:space="preserve">[1:11:19] </w:t>
      </w:r>
      <w:r>
        <w:t>dekhiye, 15 August 1947 ko ek history apne end par pahunchi. bohat dinon se insan, India mein azadi, freedom pe struggle chal rahi thi.</w:t>
      </w:r>
    </w:p>
    <w:p>
      <w:pPr>
        <w:jc w:val="right"/>
      </w:pPr>
      <w:r>
        <w:t>دیکھیے، 15 اگست 1947 کو ایک history اپنے end پر پہنچی۔ بہت دنوں سے انسان، انڈیا میں آزادی، freedom پہ struggle چل رہی تھی۔</w:t>
      </w:r>
    </w:p>
    <w:p>
      <w:r>
        <w:rPr>
          <w:b/>
        </w:rPr>
        <w:t xml:space="preserve">[1:11:29] </w:t>
      </w:r>
      <w:r>
        <w:t>bohat dinon se. to is ka culmination tha 15 August 1948. woh culmination tha. jab barah baj kar aik minute par Voice Raya Maud Button ne ailan kiya tha radio par "Today India is free.</w:t>
      </w:r>
    </w:p>
    <w:p>
      <w:pPr>
        <w:jc w:val="right"/>
      </w:pPr>
      <w:r>
        <w:t>بہت دنوں سے۔ تو اس کا culmination تھا 15 اگست 1948۔ وہ culmination تھا۔ جب بارہ بج کر ایک منٹ پر Voice Raya Maud Button نے اعلان کیا تھا radio پر "Today India is free.</w:t>
      </w:r>
    </w:p>
    <w:p>
      <w:r>
        <w:rPr>
          <w:b/>
        </w:rPr>
        <w:t xml:space="preserve">[1:11:47] </w:t>
      </w:r>
      <w:r>
        <w:t>Today India is free."</w:t>
      </w:r>
    </w:p>
    <w:p>
      <w:pPr>
        <w:jc w:val="right"/>
      </w:pPr>
      <w:r>
        <w:t>Today India is free."</w:t>
      </w:r>
    </w:p>
    <w:p>
      <w:r>
        <w:rPr>
          <w:b/>
        </w:rPr>
        <w:t xml:space="preserve">[1:11:49] </w:t>
      </w:r>
      <w:r>
        <w:t>That was announcement by history. woh Maud Button ka announcement nahi tha. ke jo struggle chal raha tha muddaton se, jis mein hazaron hazar log mare gaye, kya hua, kya hua.</w:t>
      </w:r>
    </w:p>
    <w:p>
      <w:pPr>
        <w:jc w:val="right"/>
      </w:pPr>
      <w:r>
        <w:t>That was announcement by history. وہ Maud Button کا announcement نہیں تھا۔ کہ جو struggle چل رہا تھا مدتوں سے، جس میں ہزاروں ہزار لوگ مارے گئے، کیا ہوا، کیا ہوا۔</w:t>
      </w:r>
    </w:p>
    <w:p>
      <w:r>
        <w:rPr>
          <w:b/>
        </w:rPr>
        <w:t xml:space="preserve">[1:12:02] </w:t>
      </w:r>
      <w:r>
        <w:t>is ka end aa gaya. is ka culmination aa gaya. lekin Kashmiri log is se lar rahe hain. aap historical status ko badal nahi sakte.</w:t>
      </w:r>
    </w:p>
    <w:p>
      <w:pPr>
        <w:jc w:val="right"/>
      </w:pPr>
      <w:r>
        <w:t>اس کا end آگیا۔ اس کا culmination آگیا۔ لیکن کشمیری لوگ اس سے لڑ رہے ہیں۔ آپ historical status کو بدل نہیں سکتے۔</w:t>
      </w:r>
    </w:p>
    <w:p>
      <w:r>
        <w:rPr>
          <w:b/>
        </w:rPr>
        <w:t xml:space="preserve">[1:12:13] </w:t>
      </w:r>
      <w:r>
        <w:t>Impossible hai.</w:t>
      </w:r>
    </w:p>
    <w:p>
      <w:pPr>
        <w:jc w:val="right"/>
      </w:pPr>
      <w:r>
        <w:t>Impossible ہے۔</w:t>
      </w:r>
    </w:p>
    <w:p>
      <w:r>
        <w:rPr>
          <w:b/>
        </w:rPr>
        <w:t xml:space="preserve">[1:12:18] </w:t>
      </w:r>
      <w:r>
        <w:t>It requires again to create a new history to change the status quo. yeh impossible hai.</w:t>
      </w:r>
    </w:p>
    <w:p>
      <w:pPr>
        <w:jc w:val="right"/>
      </w:pPr>
      <w:r>
        <w:t>It requires again to create a new history to change the status quo. یہ impossible ہے۔</w:t>
      </w:r>
    </w:p>
    <w:p>
      <w:r>
        <w:rPr>
          <w:b/>
        </w:rPr>
        <w:t xml:space="preserve">[1:12:27] </w:t>
      </w:r>
      <w:r>
        <w:t>ek history ka process tha, chalte chalte 15 August 1948 ko khatam hua. ab aap ko ek nai history chalani pare gi.</w:t>
      </w:r>
    </w:p>
    <w:p>
      <w:pPr>
        <w:jc w:val="right"/>
      </w:pPr>
      <w:r>
        <w:t>ایک history کا process تھا، چلتے چلتے 15 اگست 1948 کو ختم ہوا۔ اب آپ کو ایک نئی history چلانی پڑے گی۔</w:t>
      </w:r>
    </w:p>
    <w:p>
      <w:r>
        <w:rPr>
          <w:b/>
        </w:rPr>
        <w:t xml:space="preserve">[1:12:37] </w:t>
      </w:r>
      <w:r>
        <w:t>woh pata nahi sankron saal chalti rahe. ya pahuncha ya nahi pahuncha kahin pe.</w:t>
      </w:r>
    </w:p>
    <w:p>
      <w:pPr>
        <w:jc w:val="right"/>
      </w:pPr>
      <w:r>
        <w:t>وہ پتہ نہیں سینکڑوں سال چلتی رہے۔ یا پہنچا یا نہ پہنچا کہیں پہ۔</w:t>
      </w:r>
    </w:p>
    <w:p>
      <w:r>
        <w:rPr>
          <w:b/>
        </w:rPr>
        <w:t xml:space="preserve">[1:12:43] </w:t>
      </w:r>
      <w:r>
        <w:t>to Kashmir mein main samajhta hoon koi wahid aadmi paida nahi hua, wahid leadership, jo bataye ke yeh to history ka verdict hai.</w:t>
      </w:r>
    </w:p>
    <w:p>
      <w:pPr>
        <w:jc w:val="right"/>
      </w:pPr>
      <w:r>
        <w:t>تو کشمیر میں میں سمجھتا ہوں کوئی واحد آدمی پیدا نہیں ہوا، واحد leadership، جو بتائے کہ یہ تو history کا verdict ہے۔</w:t>
      </w:r>
    </w:p>
    <w:p>
      <w:r>
        <w:rPr>
          <w:b/>
        </w:rPr>
        <w:t xml:space="preserve">[1:12:52] </w:t>
      </w:r>
      <w:r>
        <w:t>mano. jaise Palestine mein jo Balfour verdict tha, that was verdict of history. aise hi Kashmir mein jo hua, woh hua tha, woh tha verdict of history.</w:t>
      </w:r>
    </w:p>
    <w:p>
      <w:pPr>
        <w:jc w:val="right"/>
      </w:pPr>
      <w:r>
        <w:t>مانو۔ جیسے Palestine میں جو Balfour verdict تھا، that was verdict of history. ایسے ہی کشمیر میں جو ہوا، وہ ہوا تھا، وہ تھا verdict of history۔</w:t>
      </w:r>
    </w:p>
    <w:p>
      <w:r>
        <w:rPr>
          <w:b/>
        </w:rPr>
        <w:t xml:space="preserve">[1:13:09] </w:t>
      </w:r>
      <w:r>
        <w:t>to aap history se lar nahi sakte.</w:t>
      </w:r>
    </w:p>
    <w:p>
      <w:pPr>
        <w:jc w:val="right"/>
      </w:pPr>
      <w:r>
        <w:t>تو آپ history سے لڑ نہیں سکتے۔</w:t>
      </w:r>
    </w:p>
    <w:p>
      <w:r>
        <w:rPr>
          <w:b/>
        </w:rPr>
        <w:t xml:space="preserve">[1:13:12] </w:t>
      </w:r>
      <w:r>
        <w:t>Palestine mein larein, tab bhi nakam honge. Kashmir mein larein, tab bhi nakam honge. You have to accept the verdict of history. You have to accept the verdict of history.</w:t>
      </w:r>
    </w:p>
    <w:p>
      <w:pPr>
        <w:jc w:val="right"/>
      </w:pPr>
      <w:r>
        <w:t>Palestine میں لڑیں، تب بھی ناکام ہوں گے۔ کشمیر میں لڑیں، تب بھی ناکام ہوں گے۔ You have to accept the verdict of history. You have to accept the verdict of history.</w:t>
      </w:r>
    </w:p>
    <w:p>
      <w:r>
        <w:rPr>
          <w:b/>
        </w:rPr>
        <w:t xml:space="preserve">[1:13:23] </w:t>
      </w:r>
      <w:r>
        <w:t>yeh maine is mamle mein bohat socha hai. meri kitab maujood hai, aap parh lijiye. "Dawn over Kashmir" woh parh lijiye aap. Maulana, agla sawal Bhuvaneshwar se aaya hai, Salman sahib ka.</w:t>
      </w:r>
    </w:p>
    <w:p>
      <w:pPr>
        <w:jc w:val="right"/>
      </w:pPr>
      <w:r>
        <w:t>یہ میں نے اس معاملے میں بہت سوچا ہے۔ میری کتاب موجود ہے، آپ پڑھ لیجیے۔ "Dawn over Kashmir" وہ پڑھ لیجیے آپ۔ مولانا، اگلا سوال بھونشور سے آیا ہے، سلمان صاحب کا۔</w:t>
      </w:r>
    </w:p>
    <w:p>
      <w:r>
        <w:rPr>
          <w:b/>
        </w:rPr>
        <w:t xml:space="preserve">[1:13:37] </w:t>
      </w:r>
      <w:r>
        <w:t>aur aaj ke lecture ko le ke unhon ne sawal kiya hai.</w:t>
      </w:r>
    </w:p>
    <w:p>
      <w:pPr>
        <w:jc w:val="right"/>
      </w:pPr>
      <w:r>
        <w:t>اور آج کے lecture کو لے کے انہوں نے سوال کیا ہے۔</w:t>
      </w:r>
    </w:p>
    <w:p>
      <w:r>
        <w:rPr>
          <w:b/>
        </w:rPr>
        <w:t xml:space="preserve">[1:13:41] </w:t>
      </w:r>
      <w:r>
        <w:t>unhon ne likha hai ke: "Moulana sahib, how can concept of peace be explained to those who have lost their loved ones in war or violence?</w:t>
      </w:r>
    </w:p>
    <w:p>
      <w:pPr>
        <w:jc w:val="right"/>
      </w:pPr>
      <w:r>
        <w:t>انہوں نے لکھا ہے کہ: "Moulana صاحب, how can concept of peace be explained to those who have lost their loved ones in war or violence?</w:t>
      </w:r>
    </w:p>
    <w:p>
      <w:r>
        <w:rPr>
          <w:b/>
        </w:rPr>
        <w:t xml:space="preserve">[1:13:52] </w:t>
      </w:r>
      <w:r>
        <w:t>They say that they have lost everything and they want to take revenge. So how can peace be explained to them as they have nothing more to lose and are full of enmity?" bhai yahi psychology to change war paida karti hai.</w:t>
      </w:r>
    </w:p>
    <w:p>
      <w:pPr>
        <w:jc w:val="right"/>
      </w:pPr>
      <w:r>
        <w:t>They say that they have lost everything and they want to take revenge. So how can peace be explained to them as they have nothing more to lose and are full of enmity?" بھئی یہی سائیکالوجی تو چین وار پیدا کرتی ہے۔</w:t>
      </w:r>
    </w:p>
    <w:p>
      <w:r>
        <w:rPr>
          <w:b/>
        </w:rPr>
        <w:t xml:space="preserve">[1:14:11] </w:t>
      </w:r>
      <w:r>
        <w:t>yahi dekhiye, Rasool Allah ke zamane mein ek jang hui thi, Uhud ki jang kaha jata hai is ko. is mein satar sahaba shaheed hue the.</w:t>
      </w:r>
    </w:p>
    <w:p>
      <w:pPr>
        <w:jc w:val="right"/>
      </w:pPr>
      <w:r>
        <w:t>یہی دیکھیے، رسول اللہ کے زمانے میں ایک جنگ ہوئی تھی، احد کی جنگ کہا جاتا ہے اس کو۔ اس میں ستر صحابہ شہید ہوئے تھے۔</w:t>
      </w:r>
    </w:p>
    <w:p>
      <w:r>
        <w:rPr>
          <w:b/>
        </w:rPr>
        <w:t xml:space="preserve">[1:14:22] </w:t>
      </w:r>
      <w:r>
        <w:t>ek ek sahabi jo hai, kitna qeemti tha aap maan lijiye. to satar sahaba shaheed hue the. to sahaba ke andar wohi pata ho jo aap keh rahe hain ke satar, satar apno ki satar qeemti janon ko kaise bhula dein hum?</w:t>
      </w:r>
    </w:p>
    <w:p>
      <w:pPr>
        <w:jc w:val="right"/>
      </w:pPr>
      <w:r>
        <w:t>ایک ایک صحابی جو ہے، کتنا قیمتی تھا آپ مان لیجیے۔ تو ستر صحابی شہید ہوئے تھے۔ تو صحابہ کے اندر وہی پتہ ہو جو آپ کہہ رہے ہیں کہ ستر، ستر اپنے ستر قیمتی جانوں کو کیسے بھلا دیں ہم؟</w:t>
      </w:r>
    </w:p>
    <w:p>
      <w:r>
        <w:rPr>
          <w:b/>
        </w:rPr>
        <w:t xml:space="preserve">[1:14:41] </w:t>
      </w:r>
      <w:r>
        <w:t>humein ladna hai. to is waqt quran mein yeh ayat utri thi ke fa in asabakum qarhun faqad bakhsa al qawma qarhahum mithlahu wa tilka al ayyamu nadharun lahu binan nas yani pas ko bhulao.</w:t>
      </w:r>
    </w:p>
    <w:p>
      <w:pPr>
        <w:jc w:val="right"/>
      </w:pPr>
      <w:r>
        <w:t>ہمیں لڑنا ہے۔ تو اس وقت قرآن میں یہ آیت اتری تھی کہ فَإِنْ أَصَابَكُمْ قَرْهٌ فَقَدْ بَخْسَ الْقَوْمَ قَرْهُمْ مِثْلُهُ وَتِلْكُ الْأَيَّامُ نَذَارٌ لَهُ بِنَى النَّاسِ یعنی پاس کو بھلاؤ۔</w:t>
      </w:r>
    </w:p>
    <w:p>
      <w:r>
        <w:rPr>
          <w:b/>
        </w:rPr>
        <w:t xml:space="preserve">[1:14:55] </w:t>
      </w:r>
      <w:r>
        <w:t>to sahaba ne pas ko bhula diya. jo log pas ko na bhulayein to un ke liye kya? ab graveyard hai. pas ko na bhulane ke baad jo cheez milti hai woh graveyard hai.</w:t>
      </w:r>
    </w:p>
    <w:p>
      <w:pPr>
        <w:jc w:val="right"/>
      </w:pPr>
      <w:r>
        <w:t>تو صحابہ نے پاس کو بھلا دیا۔ جو لوگ پاس کو نہ بھلائیں تو ان کے لیے کیا؟ اب گریو یارڈ ہے۔ پاس کو نہ بھلانے کے بعد جو چیز ملتی ہے وہ گریو یارڈ ہے۔</w:t>
      </w:r>
    </w:p>
    <w:p>
      <w:r>
        <w:rPr>
          <w:b/>
        </w:rPr>
        <w:t xml:space="preserve">[1:15:06] </w:t>
      </w:r>
      <w:r>
        <w:t>wo jeet nahi milti. yaad rakhiye,</w:t>
      </w:r>
    </w:p>
    <w:p>
      <w:pPr>
        <w:jc w:val="right"/>
      </w:pPr>
      <w:r>
        <w:t>وہ جیت نہیں ملتی۔ یاد رکھیے،</w:t>
      </w:r>
    </w:p>
    <w:p>
      <w:r>
        <w:rPr>
          <w:b/>
        </w:rPr>
        <w:t xml:space="preserve">[1:15:10] </w:t>
      </w:r>
      <w:r>
        <w:t>sahaba ne uhud mein jo un ko hui thi itni zabardast nuqsan, us ko bhulaya to fateh makka un ke hisse mein aaya. to yaad rakhiye, yeh law of nature hai, yeh corruption of god hai, yeh tareekh ka qanoon hai ke jo log pas ko na bhulayein,</w:t>
      </w:r>
    </w:p>
    <w:p>
      <w:pPr>
        <w:jc w:val="right"/>
      </w:pPr>
      <w:r>
        <w:t>صحابہ نے احد میں جو ان کو ہوئی تھی اتنی زبردست نقصان، اس کو بھلایا تو فتح مکہ ان کے حصے میں آیا۔ تو یاد رکھیے، یہ لاء آف نیچر ہے، یہ کرپشن آف گاڈ ہے، یہ تاریخ کا قانون ہے کہ جو لوگ پاس کو نہ بھلائیں،</w:t>
      </w:r>
    </w:p>
    <w:p>
      <w:r>
        <w:rPr>
          <w:b/>
        </w:rPr>
        <w:t xml:space="preserve">[1:15:30] </w:t>
      </w:r>
      <w:r>
        <w:t>wo jahan pohnchein ge woh graveyard hoga.</w:t>
      </w:r>
    </w:p>
    <w:p>
      <w:pPr>
        <w:jc w:val="right"/>
      </w:pPr>
      <w:r>
        <w:t>وہ جہاں پہنچیں گے وہ گریو یارڈ ہوگا۔</w:t>
      </w:r>
    </w:p>
    <w:p>
      <w:r>
        <w:rPr>
          <w:b/>
        </w:rPr>
        <w:t xml:space="preserve">[1:15:34] </w:t>
      </w:r>
      <w:r>
        <w:t>wo koi bagh nahi, koi fateh ka bagh nahi hoga. aap ek agar aap chahte hain ke aap is ko na manein to phir ek nai kainat create kijiye, ek naya universe banaiye.</w:t>
      </w:r>
    </w:p>
    <w:p>
      <w:pPr>
        <w:jc w:val="right"/>
      </w:pPr>
      <w:r>
        <w:t>وہ کوئی باغ نہیں، کوئی فتح کا باغ نہیں ہوگا۔ آپ ایک اگر آپ چاہتے ہیں کہ آپ اس کو نہ مانیں تو پھر ایک نئی کائنات کریٹ کیجیے، ایک نیا یونیورس بنائیے۔</w:t>
      </w:r>
    </w:p>
    <w:p>
      <w:r>
        <w:rPr>
          <w:b/>
        </w:rPr>
        <w:t xml:space="preserve">[1:15:50] </w:t>
      </w:r>
      <w:r>
        <w:t>is universe mein to aisa hone wala nahi hai. khuda ki banai hui duniya mein to yahi hoga jo ho raha hai ke agar aap pas ko nahi bhulayenge to jaiye apne qabristan mein, apne ko halak kijiye.</w:t>
      </w:r>
    </w:p>
    <w:p>
      <w:pPr>
        <w:jc w:val="right"/>
      </w:pPr>
      <w:r>
        <w:t>اس یونیورس میں تو ایسا ہونے والا نہیں ہے۔ خدا کی بنائی ہوئی دنیا میں تو یہی ہوگا جو ہو رہا ہے کہ اگر آپ پاس کو نہیں بھلائیں گے تو جائیے اپنے قبرستان میں، اپنے کو ہلاک کیجیے۔</w:t>
      </w:r>
    </w:p>
    <w:p>
      <w:r>
        <w:rPr>
          <w:b/>
        </w:rPr>
        <w:t xml:space="preserve">[1:16:05] </w:t>
      </w:r>
      <w:r>
        <w:t>yahan yahi hone wala hai. agar aap pe razi nahi hain aap to phir ek nai universe create kijiye, ek nai duniya banaiye. maulana, agla sawal idrees sahab ne kiya hai, rae pur se.</w:t>
      </w:r>
    </w:p>
    <w:p>
      <w:pPr>
        <w:jc w:val="right"/>
      </w:pPr>
      <w:r>
        <w:t>یہاں یہی ہونے والا ہے۔ اگر آپ پہ راضی نہیں ہیں آپ تو پھر ایک نئی یونیورس کریٹ کیجیے، ایک نئی دنیا بنائیے۔ مولانا، اگلا سوال ادریس صاحب نے کیا ہے، رائے پور سے۔</w:t>
      </w:r>
    </w:p>
    <w:p>
      <w:r>
        <w:rPr>
          <w:b/>
        </w:rPr>
        <w:t xml:space="preserve">[1:16:14] </w:t>
      </w:r>
      <w:r>
        <w:t>aur unhone likha hai: "Please consider two recent incidents. Firstly, in China government has put some restrictions on Ramadan fast.</w:t>
      </w:r>
    </w:p>
    <w:p>
      <w:pPr>
        <w:jc w:val="right"/>
      </w:pPr>
      <w:r>
        <w:t>اور انہوں نے لکھا ہے: "Please consider two recent incidents. Firstly, in China government has put some restrictions on Ramadan fast.</w:t>
      </w:r>
    </w:p>
    <w:p>
      <w:r>
        <w:rPr>
          <w:b/>
        </w:rPr>
        <w:t xml:space="preserve">[1:16:28] </w:t>
      </w:r>
      <w:r>
        <w:t>Secondly, in Iraq minorities are forced to migrate or convert.</w:t>
      </w:r>
    </w:p>
    <w:p>
      <w:pPr>
        <w:jc w:val="right"/>
      </w:pPr>
      <w:r>
        <w:t>Secondly, in Iraq minorities are forced to migrate or convert.</w:t>
      </w:r>
    </w:p>
    <w:p>
      <w:r>
        <w:rPr>
          <w:b/>
        </w:rPr>
        <w:t xml:space="preserve">[1:16:34] </w:t>
      </w:r>
      <w:r>
        <w:t>In every mosque, the incidents like the first one are highlighted as zulm done on Muslims and there is budwah done. However, there is no mention of the second incident that is zulm done by Muslims." Maulana, why is this double standard?</w:t>
      </w:r>
    </w:p>
    <w:p>
      <w:pPr>
        <w:jc w:val="right"/>
      </w:pPr>
      <w:r>
        <w:t>In every mosque, the incidents like the first one are highlighted as ظلم done on Muslims and there is بدوہ done. However, there is no mention of the second incident that is ظلم done by Muslims." مولانا، why is this double standard?</w:t>
      </w:r>
    </w:p>
    <w:p>
      <w:r>
        <w:rPr>
          <w:b/>
        </w:rPr>
        <w:t xml:space="preserve">[1:16:56] </w:t>
      </w:r>
      <w:r>
        <w:t>yeh double standard kya hai? maulana, unhone do incidents highlight kare hain jo abhi haal hi mein samne aa rahe hain.</w:t>
      </w:r>
    </w:p>
    <w:p>
      <w:pPr>
        <w:jc w:val="right"/>
      </w:pPr>
      <w:r>
        <w:t>یہ double standard کیا ہے؟ مولانا، انہوں نے دو incidents highlight کرے ہیں جو ابھی حال ہی میں سامنے آ رہے ہیں۔</w:t>
      </w:r>
    </w:p>
    <w:p>
      <w:r>
        <w:rPr>
          <w:b/>
        </w:rPr>
        <w:t xml:space="preserve">[1:17:04] </w:t>
      </w:r>
      <w:r>
        <w:t>pehla to jo china government ne abhi ramzan ke douran fast ke upar ban lagaya hai. nahi, dekhiye, yeh galat hai. yeh baat sahi nahi ke ramzan par ban lagaya hai.</w:t>
      </w:r>
    </w:p>
    <w:p>
      <w:pPr>
        <w:jc w:val="right"/>
      </w:pPr>
      <w:r>
        <w:t>پہلا تو جو چائنہ government نے ابھی رمضان کے دوران fast کے اوپر ban لگایا ہے۔ نہیں، دیکھیے، یہ غلط ہے۔ یہ بات صحیح نہیں کہ رمضان پر ban لگایا ہے۔</w:t>
      </w:r>
    </w:p>
    <w:p>
      <w:r>
        <w:rPr>
          <w:b/>
        </w:rPr>
        <w:t xml:space="preserve">[1:17:14] </w:t>
      </w:r>
      <w:r>
        <w:t>is ki poori baat nahi aayi hai urdu media mein. aap is ko detail mein padhiye internet se to aap samjhenge.</w:t>
      </w:r>
    </w:p>
    <w:p>
      <w:pPr>
        <w:jc w:val="right"/>
      </w:pPr>
      <w:r>
        <w:t>اس کی پوری بات نہیں آئی ہے اردو میڈیا میں۔ آپ اس کو detail میں پڑھیے انٹرنیٹ سے تو آپ سمجھیں گے۔</w:t>
      </w:r>
    </w:p>
    <w:p>
      <w:r>
        <w:rPr>
          <w:b/>
        </w:rPr>
        <w:t xml:space="preserve">[1:17:23] </w:t>
      </w:r>
      <w:r>
        <w:t>main ne dekha, is mein china ke case zulm ke case nahi hain. wahan pe musalman Muslims are paying the price of their own stupid policies. aap internet par detail padhiye.</w:t>
      </w:r>
    </w:p>
    <w:p>
      <w:pPr>
        <w:jc w:val="right"/>
      </w:pPr>
      <w:r>
        <w:t>میں نے دیکھا، اس میں چائنہ کے case ظلم کے case نہیں ہیں۔ وہاں پہ مسلمان Muslims are paying the price of their own stupid policies. آپ انٹرنیٹ پر detail پڑھیے۔</w:t>
      </w:r>
    </w:p>
    <w:p>
      <w:r>
        <w:rPr>
          <w:b/>
        </w:rPr>
        <w:t xml:space="preserve">[1:17:33] </w:t>
      </w:r>
      <w:r>
        <w:t>maulana, jo un ka sawal hai, unhone ek to yeh highlight karaya hai. doosri cheez unhone batai hai ke iraq mein jaise abhi bohat zyada minorities ko mara ja raha hai aur force conversion kiya ja raha hai.</w:t>
      </w:r>
    </w:p>
    <w:p>
      <w:pPr>
        <w:jc w:val="right"/>
      </w:pPr>
      <w:r>
        <w:t>مولانا، جو ان کا سوال ہے، انہوں نے ایک تو یہ highlight کرایا ہے۔ دوسری چیز انہوں نے بتائی ہے کہ عراق میں جیسے ابھی بہت زیادہ minorities کو مارا جا رہا ہے اور force conversion کیا جا رہا ہے۔</w:t>
      </w:r>
    </w:p>
    <w:p>
      <w:r>
        <w:rPr>
          <w:b/>
        </w:rPr>
        <w:t xml:space="preserve">[1:17:44] </w:t>
      </w:r>
      <w:r>
        <w:t>to wo yeh keh rahe hain ke china ka jo ban hai, us ko to bohat highlight karte hain masjidon mein aur bohat budwahayein karte hain. lekin jo iraq mein jo musalman kar rahe hain, us ko bilkul highlight nahi karte.</w:t>
      </w:r>
    </w:p>
    <w:p>
      <w:pPr>
        <w:jc w:val="right"/>
      </w:pPr>
      <w:r>
        <w:t>تو وہ یہ کہہ رہے ہیں کہ چائنہ کا جو ban ہے، اس کو تو بہت highlight کرتے ہیں مسجدوں میں اور بہت بدوہائیں کرتے ہیں۔ لیکن جو عراق میں جو مسلمان کر رہے ہیں، اس کو بالکل highlight نہیں کرتے۔</w:t>
      </w:r>
    </w:p>
    <w:p>
      <w:r>
        <w:rPr>
          <w:b/>
        </w:rPr>
        <w:t xml:space="preserve">[1:17:54] </w:t>
      </w:r>
      <w:r>
        <w:t>woh yeh to musalmanon se puchte hain, mujh se kyun puchte hain? main to budwah karne ko haram samajhta hoon. budwah islam mein jaiz hi nahi hai.</w:t>
      </w:r>
    </w:p>
    <w:p>
      <w:pPr>
        <w:jc w:val="right"/>
      </w:pPr>
      <w:r>
        <w:t>وہ یہ تو مسلمانوں سے پوچھتے ہیں، مجھ سے کیوں پوچھتے ہیں؟ میں تو بدوہ کرنے کو حرام سمجھتا ہوں۔ بدوہ اسلام میں جائز ہی نہیں ہے۔</w:t>
      </w:r>
    </w:p>
    <w:p>
      <w:r>
        <w:rPr>
          <w:b/>
        </w:rPr>
        <w:t xml:space="preserve">[1:18:03] </w:t>
      </w:r>
      <w:r>
        <w:t>budwah to islam mein jaiz hi nahi. aap koi aisa kaam karein jo jaiz hi na ho to main us ko kahan ko bataiye? abhi kal parson kuch aur logon se mulaqat hui, kuch ulma se jo is ki baat kar rahe the budwah ke aur jis ko kehte hain woh qunoot-e-nazila.</w:t>
      </w:r>
    </w:p>
    <w:p>
      <w:pPr>
        <w:jc w:val="right"/>
      </w:pPr>
      <w:r>
        <w:t>بدوہ تو اسلام میں جائز ہی نہیں۔ آپ کوئی ایسا کام کریں جو جائز ہی نہ ہو تو میں اس کو کہاں کو بتائیے؟ ابھی کل پرسوں کچھ اور لوگوں سے ملاقات ہوئی، کچھ علماء سے جو اس کی بات کر رہے تھے بدوہ کے اور جس کو کہتے ہیں وہ قنوت نازلہ۔</w:t>
      </w:r>
    </w:p>
    <w:p>
      <w:r>
        <w:rPr>
          <w:b/>
        </w:rPr>
        <w:t xml:space="preserve">[1:18:21] </w:t>
      </w:r>
      <w:r>
        <w:t>to main ne kaha qunoot-e-nazila jo hai, woh woh woh ek hawala dete hain ek hadith ka. lekin woh poora hawala nahi dete.</w:t>
      </w:r>
    </w:p>
    <w:p>
      <w:pPr>
        <w:jc w:val="right"/>
      </w:pPr>
      <w:r>
        <w:t>تو میں نے کہا قنوت نازلہ جو ہے، وہ وہ وہ ایک حوالہ دیتے ہیں ایک حدیث کا۔ لیکن وہ پورا حوالہ نہیں دیتے۔</w:t>
      </w:r>
    </w:p>
    <w:p>
      <w:r>
        <w:rPr>
          <w:b/>
        </w:rPr>
        <w:t xml:space="preserve">[1:18:31] </w:t>
      </w:r>
      <w:r>
        <w:t>dekhiye, ek waqia hua madini ke dour mein, us ko kehte hain bir maunah. wahan par un logon ne kuch sahaba ko shaheed kar diya tha.</w:t>
      </w:r>
    </w:p>
    <w:p>
      <w:pPr>
        <w:jc w:val="right"/>
      </w:pPr>
      <w:r>
        <w:t>دیکھیے، ایک واقعہ ہوا مدینی کے دور میں، اس کو کہتے ہیں بیر معونہ۔ وہاں پر ان لوگوں نے کچھ صحابہ کو شہید کر دیا تھا۔</w:t>
      </w:r>
    </w:p>
    <w:p>
      <w:r>
        <w:rPr>
          <w:b/>
        </w:rPr>
        <w:t xml:space="preserve">[1:18:43] </w:t>
      </w:r>
      <w:r>
        <w:t>us waqt rasool allah ki zuban se budwah ke alfaaz nikle the.</w:t>
      </w:r>
    </w:p>
    <w:p>
      <w:pPr>
        <w:jc w:val="right"/>
      </w:pPr>
      <w:r>
        <w:t>اس وقت رسول اللہ کی زبان سے بدوہ کے الفاظ نکلے تھے۔</w:t>
      </w:r>
    </w:p>
    <w:p>
      <w:r>
        <w:rPr>
          <w:b/>
        </w:rPr>
        <w:t xml:space="preserve">[1:18:47] </w:t>
      </w:r>
      <w:r>
        <w:t>is mauqe par jab aap ne suna yeh khabar ke un shaheed kar diya to aap ki zuban se budwah ke alfaaz nikle. lekin isi hadith mein yeh bhi hai ke isi waqt jibreel ko allah taala ne bheja.</w:t>
      </w:r>
    </w:p>
    <w:p>
      <w:pPr>
        <w:jc w:val="right"/>
      </w:pPr>
      <w:r>
        <w:t>اس موقع پر جب آپ نے سنا یہ خبر کہ ان شہید کر دیا تو آپ کی زبان سے بدوہ کے الفاظ نکلے۔ لیکن اسی حدیث میں یہ بھی ہے کہ اسی وقت جبریل کو اللہ تعالیٰ نے بھیجا۔</w:t>
      </w:r>
    </w:p>
    <w:p>
      <w:r>
        <w:rPr>
          <w:b/>
        </w:rPr>
        <w:t xml:space="preserve">[1:18:58] </w:t>
      </w:r>
      <w:r>
        <w:t>jibreel aaye aur unhone kaha ke muhammad, aap ko yeh budwah karne ka haq nahi hai. phir rasool allah ne is ke baad kabhi budwah nahi ki.</w:t>
      </w:r>
    </w:p>
    <w:p>
      <w:pPr>
        <w:jc w:val="right"/>
      </w:pPr>
      <w:r>
        <w:t>جبریل آئے اور انہوں نے کہا کہ محمد، آپ کو یہ بدوہ کرنے کا حق نہیں ہے۔ پھر رسول اللہ نے اس کے بعد کبھی بدوہ نہیں کی۔</w:t>
      </w:r>
    </w:p>
    <w:p>
      <w:r>
        <w:rPr>
          <w:b/>
        </w:rPr>
        <w:t xml:space="preserve">[1:19:10] </w:t>
      </w:r>
      <w:r>
        <w:t>yeh aap padh sakte hain is ko kitabon mein. aur quran mein jo ayat hai, allah se le kar mera raush hai.</w:t>
      </w:r>
    </w:p>
    <w:p>
      <w:pPr>
        <w:jc w:val="right"/>
      </w:pPr>
      <w:r>
        <w:t>یہ آپ پڑھ سکتے ہیں اس کو کتابوں میں۔ اور قرآن میں جو آیت ہے، اللہ سے لے کر میرا روش ہے۔</w:t>
      </w:r>
    </w:p>
    <w:p>
      <w:r>
        <w:rPr>
          <w:b/>
        </w:rPr>
        <w:t xml:space="preserve">[1:19:20] </w:t>
      </w:r>
      <w:r>
        <w:t>is ke tehat tafseer mein parh lijiye aap. ke rasool ALLAH ne jo badwa ki thi, aik baar ki thi. aur phir kabhi nahi ki. to woh to najaaiz hai.</w:t>
      </w:r>
    </w:p>
    <w:p>
      <w:pPr>
        <w:jc w:val="right"/>
      </w:pPr>
      <w:r>
        <w:t>اس کے تحت تفسیر میں پڑھ لیجیے آپ۔ کہ رسول اللہ نے جو بدوہ کی تھی، ایک بار کی تھی۔ اور پھر کبھی نہیں کی۔ تو وہ تو ناجائز ہے۔</w:t>
      </w:r>
    </w:p>
    <w:p>
      <w:r>
        <w:rPr>
          <w:b/>
        </w:rPr>
        <w:t xml:space="preserve">[1:19:30] </w:t>
      </w:r>
      <w:r>
        <w:t>to is hadees ke first part ko le kar badwaayein karte hain. qunoot naazla parhte hain. yahan se le kar america tak. aur second part ko bhule hue hain.</w:t>
      </w:r>
    </w:p>
    <w:p>
      <w:pPr>
        <w:jc w:val="right"/>
      </w:pPr>
      <w:r>
        <w:t>تو اس حدیث کے first part کو لے کر بدوہائیں کرتے ہیں۔ قنوت نازلہ پڑھتے ہیں۔ یہاں سے لے کر امریکہ تک۔ اور second part کو بھولے ہوئے ہیں۔</w:t>
      </w:r>
    </w:p>
    <w:p>
      <w:r>
        <w:rPr>
          <w:b/>
        </w:rPr>
        <w:t xml:space="preserve">[1:19:39] </w:t>
      </w:r>
      <w:r>
        <w:t>to jo musalman aisa karein, woh to sarkashi karte hain. hum kya kahein is ke baray mein? unhi se poochiye jo musalman aisa karte hain.</w:t>
      </w:r>
    </w:p>
    <w:p>
      <w:pPr>
        <w:jc w:val="right"/>
      </w:pPr>
      <w:r>
        <w:t>تو جو مسلمان ایسا کریں، وہ تو سرکشی کرتے ہیں۔ ہم کیا کہیں اس کے بارے میں؟ انہی سے پوچھیے جو مسلمان ایسا کرتے 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