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of Hajj November 14, 2007</w:t>
      </w:r>
    </w:p>
    <w:p>
      <w:r>
        <w:t>https://youtu.be/cCvhc4niTao</w:t>
      </w:r>
    </w:p>
    <w:p>
      <w:r>
        <w:rPr>
          <w:b/>
        </w:rPr>
        <w:t xml:space="preserve">[00:14] </w:t>
      </w:r>
      <w:r>
        <w:t>bismillah rehman rehim, wasalli ALLAH ala al nabi al karim.</w:t>
      </w:r>
    </w:p>
    <w:p>
      <w:pPr>
        <w:jc w:val="right"/>
      </w:pPr>
      <w:r>
        <w:t>بسم اللہ الرحمن الرحیم، وصلی اللہ علی النبی الکریم۔</w:t>
      </w:r>
    </w:p>
    <w:p>
      <w:r>
        <w:rPr>
          <w:b/>
        </w:rPr>
        <w:t xml:space="preserve">[00:24] </w:t>
      </w:r>
      <w:r>
        <w:t>abhi jab mein yahan aaya to kuch der pehle mujhe yeh moqa mila ke mein general shabbir sahib ke sath baitha yahan par thori der.</w:t>
      </w:r>
    </w:p>
    <w:p>
      <w:pPr>
        <w:jc w:val="right"/>
      </w:pPr>
      <w:r>
        <w:t>ابھی جب میں یہاں آیا تو کچھ دیر پہلے مجھے یہ موقع ملا کہ میں جنرل شبیر صاحب کے ساتھ بیٹھا یہاں پر تھوڑی دیر۔</w:t>
      </w:r>
    </w:p>
    <w:p>
      <w:r>
        <w:rPr>
          <w:b/>
        </w:rPr>
        <w:t xml:space="preserve">[00:40] </w:t>
      </w:r>
      <w:r>
        <w:t>to jo mere zehen mein theme thi, wahi theme general sahib bolay. yeh bara anokha koi jins tha.</w:t>
      </w:r>
    </w:p>
    <w:p>
      <w:pPr>
        <w:jc w:val="right"/>
      </w:pPr>
      <w:r>
        <w:t>تو جو میرے ذہن میں تھیم تھی، وہی تھیم جنرل صاحب بولے۔ یہ بڑا انوکھا کوئی جنس تھا۔</w:t>
      </w:r>
    </w:p>
    <w:p>
      <w:r>
        <w:rPr>
          <w:b/>
        </w:rPr>
        <w:t xml:space="preserve">[00:51] </w:t>
      </w:r>
      <w:r>
        <w:t>to mein ne socha ke insaan agar apne nature par ho to wavelength sab ka aik ho jata hai.</w:t>
      </w:r>
    </w:p>
    <w:p>
      <w:pPr>
        <w:jc w:val="right"/>
      </w:pPr>
      <w:r>
        <w:t>تو میں نے سوچا کہ انسان اگر اپنے نیچر پر ہو تو ویو لینتھ سب کا ایک ہو جاتا ہے۔</w:t>
      </w:r>
    </w:p>
    <w:p>
      <w:r>
        <w:rPr>
          <w:b/>
        </w:rPr>
        <w:t xml:space="preserve">[01:01] </w:t>
      </w:r>
      <w:r>
        <w:t>yeh khuda ka shukar hai ke general sahib sach much apne nature par hain.</w:t>
      </w:r>
    </w:p>
    <w:p>
      <w:pPr>
        <w:jc w:val="right"/>
      </w:pPr>
      <w:r>
        <w:t>یہ خدا کا شکر ہے کہ جنرل صاحب سچ مچ اپنے نیچر پر ہیں۔</w:t>
      </w:r>
    </w:p>
    <w:p>
      <w:r>
        <w:rPr>
          <w:b/>
        </w:rPr>
        <w:t xml:space="preserve">[01:09] </w:t>
      </w:r>
      <w:r>
        <w:t>unho ne apne nature ko bigara nahi hai. to yeh jo coincidence abhi hua to mujhe is pe aik discovery ho gayi ke hum aap agar nature par hon to sab ka wavelength aik ho jayega.</w:t>
      </w:r>
    </w:p>
    <w:p>
      <w:pPr>
        <w:jc w:val="right"/>
      </w:pPr>
      <w:r>
        <w:t>انہوں نے اپنے نیچر کو بگاڑا نہیں ہے۔ تو یہ جو کوئنزڈنس ابھی ہوا تو مجھے اس پہ ایک ڈسکوری ہو گئی کہ ہم آپ اگر نیچر پر ہوں تو سب کا ویو لینتھ ایک ہو جائے گا۔</w:t>
      </w:r>
    </w:p>
    <w:p>
      <w:r>
        <w:rPr>
          <w:b/>
        </w:rPr>
        <w:t xml:space="preserve">[01:27] </w:t>
      </w:r>
      <w:r>
        <w:t>to general sahib ne abhi yeh kaha ke insaan ki sab se bari quality kya hai?</w:t>
      </w:r>
    </w:p>
    <w:p>
      <w:pPr>
        <w:jc w:val="right"/>
      </w:pPr>
      <w:r>
        <w:t>تو جنرل صاحب نے ابھی یہ کہا کہ انسان کی سب سے بڑی کوالٹی کیا ہے؟</w:t>
      </w:r>
    </w:p>
    <w:p>
      <w:r>
        <w:rPr>
          <w:b/>
        </w:rPr>
        <w:t xml:space="preserve">[01:37] </w:t>
      </w:r>
      <w:r>
        <w:t>woh hai selflessness.</w:t>
      </w:r>
    </w:p>
    <w:p>
      <w:pPr>
        <w:jc w:val="right"/>
      </w:pPr>
      <w:r>
        <w:t>وہ ہے سیلف لیسنس۔</w:t>
      </w:r>
    </w:p>
    <w:p>
      <w:r>
        <w:rPr>
          <w:b/>
        </w:rPr>
        <w:t xml:space="preserve">[01:41] </w:t>
      </w:r>
      <w:r>
        <w:t>agar aap selfless ho jayein to aap superman ban jate hain. aur selfless aadmi kab hota hai?</w:t>
      </w:r>
    </w:p>
    <w:p>
      <w:pPr>
        <w:jc w:val="right"/>
      </w:pPr>
      <w:r>
        <w:t>اگر آپ سیلف لیس ہو جائیں تو آپ سپرمین بن جاتے ہیں۔ اور سیلف لیس آدمی کب ہوتا ہے؟</w:t>
      </w:r>
    </w:p>
    <w:p>
      <w:r>
        <w:rPr>
          <w:b/>
        </w:rPr>
        <w:t xml:space="preserve">[01:49] </w:t>
      </w:r>
      <w:r>
        <w:t>jab woh supreme reality ko discover kar le. yaad rakhiye, jab tak aap supreme reality ko discover na karein to aap selfish bane rehte hain.</w:t>
      </w:r>
    </w:p>
    <w:p>
      <w:pPr>
        <w:jc w:val="right"/>
      </w:pPr>
      <w:r>
        <w:t>جب وہ سپریم ریلیٹی کو ڈسکور کر لے۔ یاد رکھیے، جب تک آپ سپریم ریلیٹی کو ڈسکور نہ کریں تو آپ سیلفش بنے رہتے ہیں۔</w:t>
      </w:r>
    </w:p>
    <w:p>
      <w:r>
        <w:rPr>
          <w:b/>
        </w:rPr>
        <w:t xml:space="preserve">[02:05] </w:t>
      </w:r>
      <w:r>
        <w:t>apne aap pe jeete hain. aur jab aap supreme reality ko discover kar lete hain to wahi time hota hai jab aap selfless ban jate hain.</w:t>
      </w:r>
    </w:p>
    <w:p>
      <w:pPr>
        <w:jc w:val="right"/>
      </w:pPr>
      <w:r>
        <w:t>اپنے آپ پہ جیتے ہیں۔ اور جب آپ سپریم ریلیٹی کو ڈسکور کر لیتے ہیں تو وہی ٹائم ہوتا ہے جب آپ سیلف لیس بن جاتے ہیں۔</w:t>
      </w:r>
    </w:p>
    <w:p>
      <w:r>
        <w:rPr>
          <w:b/>
        </w:rPr>
        <w:t xml:space="preserve">[02:16] </w:t>
      </w:r>
      <w:r>
        <w:t>aur is se bari koi quality insaan ki nahi hai. to mein yeh kehna chahta tha aaj, wahi by chance, wahi aaj theme mil gayi mujhe ke aaj kal aap jante hain ke hajj ka zamana hai.</w:t>
      </w:r>
    </w:p>
    <w:p>
      <w:pPr>
        <w:jc w:val="right"/>
      </w:pPr>
      <w:r>
        <w:t>اور اس سے بڑی کوئی کوالٹی انسان کی نہیں ہے۔ تو میں یہ کہنا چاہتا تھا آج، وہی بائی چانس، وہی آج تھیم مل گئی مجھے کہ آج کل آپ جانتے ہیں کہ حج کا زمانہ ہے۔</w:t>
      </w:r>
    </w:p>
    <w:p>
      <w:r>
        <w:rPr>
          <w:b/>
        </w:rPr>
        <w:t xml:space="preserve">[02:34] </w:t>
      </w:r>
      <w:r>
        <w:t>log hajj ke liye chale ja rahe hain. qareeb aik mahine mein wahan par hajj hoga makkah mein. to sari duniya se log ja rahe hain, ja rahe hain, ja rahe hain.</w:t>
      </w:r>
    </w:p>
    <w:p>
      <w:pPr>
        <w:jc w:val="right"/>
      </w:pPr>
      <w:r>
        <w:t>لوگ حج کے لیے چلے جا رہے ہیں۔ قریب ایک مہینے میں وہاں پر حج ہوگا مکے میں۔ تو ساری دنیا سے لوگ جا رہے ہیں، جا رہے ہیں، جا رہے ہیں۔</w:t>
      </w:r>
    </w:p>
    <w:p>
      <w:r>
        <w:rPr>
          <w:b/>
        </w:rPr>
        <w:t xml:space="preserve">[02:46] </w:t>
      </w:r>
      <w:r>
        <w:t>to hajj kya hai? dekhein, hajj jo hai</w:t>
      </w:r>
    </w:p>
    <w:p>
      <w:pPr>
        <w:jc w:val="right"/>
      </w:pPr>
      <w:r>
        <w:t>تو حج کیا ہے؟ دیکھیں، حج جو ہے</w:t>
      </w:r>
    </w:p>
    <w:p>
      <w:r>
        <w:rPr>
          <w:b/>
        </w:rPr>
        <w:t xml:space="preserve">[02:53] </w:t>
      </w:r>
      <w:r>
        <w:t>woh hai do lafzon mein: oneness of god aur oneness of man.</w:t>
      </w:r>
    </w:p>
    <w:p>
      <w:pPr>
        <w:jc w:val="right"/>
      </w:pPr>
      <w:r>
        <w:t>وہ ہے دو शब्दوں میں: وننس آف گاڈ اور وننس آف مین۔</w:t>
      </w:r>
    </w:p>
    <w:p>
      <w:r>
        <w:rPr>
          <w:b/>
        </w:rPr>
        <w:t xml:space="preserve">[03:05] </w:t>
      </w:r>
      <w:r>
        <w:t>is ka wahan par aik bara demonstration diya jata hai makkah mein. oneness of god aur oneness of man.</w:t>
      </w:r>
    </w:p>
    <w:p>
      <w:pPr>
        <w:jc w:val="right"/>
      </w:pPr>
      <w:r>
        <w:t>اس کا وہاں پر ایک بڑا ڈیمونسٹریشن دیا جاتا ہے مکے میں۔ وننس آف گاڈ اور وننس آف مین۔</w:t>
      </w:r>
    </w:p>
    <w:p>
      <w:r>
        <w:rPr>
          <w:b/>
        </w:rPr>
        <w:t xml:space="preserve">[03:17] </w:t>
      </w:r>
      <w:r>
        <w:t>woh kaise? jo log hajj ke liye jate hain to</w:t>
      </w:r>
    </w:p>
    <w:p>
      <w:pPr>
        <w:jc w:val="right"/>
      </w:pPr>
      <w:r>
        <w:t>وہ کیسے؟ جو لوگ حج کے لیے جاتے ہیں تو</w:t>
      </w:r>
    </w:p>
    <w:p>
      <w:r>
        <w:rPr>
          <w:b/>
        </w:rPr>
        <w:t xml:space="preserve">[03:27] </w:t>
      </w:r>
      <w:r>
        <w:t>aap jante hain ke woh makkah jate hain, kaba jo center hai, wahan jate hain.</w:t>
      </w:r>
    </w:p>
    <w:p>
      <w:pPr>
        <w:jc w:val="right"/>
      </w:pPr>
      <w:r>
        <w:t>آپ جانتے ہیں کہ وہ مکہ جاتے ہیں، کعبہ جو سینٹر ہے، وہاں جاتے ہیں۔</w:t>
      </w:r>
    </w:p>
    <w:p>
      <w:r>
        <w:rPr>
          <w:b/>
        </w:rPr>
        <w:t xml:space="preserve">[03:33] </w:t>
      </w:r>
      <w:r>
        <w:t>to globe ke charon taraf kuch jaghein bana di gayi hain ke is ko kehte hain miqat. jab miqat par pohanchta hai aadmi to woh apna kapra badal leta hai.</w:t>
      </w:r>
    </w:p>
    <w:p>
      <w:pPr>
        <w:jc w:val="right"/>
      </w:pPr>
      <w:r>
        <w:t>تو گلوب کے چاروں طرف کچھ جگہیں بنا دی گئی ہیں کہ اس کو کہتے ہیں میقات۔ جب میقات پر پہنچتا ہے آدمی تو وہ اپنا کپڑا بدل لیتا ہے۔</w:t>
      </w:r>
    </w:p>
    <w:p>
      <w:r>
        <w:rPr>
          <w:b/>
        </w:rPr>
        <w:t xml:space="preserve">[03:46] </w:t>
      </w:r>
      <w:r>
        <w:t>india se jane walon ke liye miqat jo hai wahi yalamlam hai. yalamlam aik pahar ka naam hai. to wahan jab pohanchta hai haji to yeh jo kapre hote hain, sile hue kapre, is ko utar deta hai.</w:t>
      </w:r>
    </w:p>
    <w:p>
      <w:pPr>
        <w:jc w:val="right"/>
      </w:pPr>
      <w:r>
        <w:t>انڈیا سے جانے والوں کے لیے میقات جو ہے وہیلملم ہے۔یلملم ایک پہاڑ کا نام ہے۔ تو وہاں جب پہنچتا ہے حاجی تو یہ جو کپڑے ہوتے ہیں، سلے ہوئے کپڑے، اس کو اتار دیتا ہے۔</w:t>
      </w:r>
    </w:p>
    <w:p>
      <w:r>
        <w:rPr>
          <w:b/>
        </w:rPr>
        <w:t xml:space="preserve">[04:01] </w:t>
      </w:r>
      <w:r>
        <w:t>aur do bana sile kapre,</w:t>
      </w:r>
    </w:p>
    <w:p>
      <w:pPr>
        <w:jc w:val="right"/>
      </w:pPr>
      <w:r>
        <w:t>اور دو بنا سلے کپڑے،</w:t>
      </w:r>
    </w:p>
    <w:p>
      <w:r>
        <w:rPr>
          <w:b/>
        </w:rPr>
        <w:t xml:space="preserve">[04:05] </w:t>
      </w:r>
      <w:r>
        <w:t>yani aap keh sakte hain do white sheet, do safed chadar, woh daal leta hai, aik neeche, aik oper.</w:t>
      </w:r>
    </w:p>
    <w:p>
      <w:pPr>
        <w:jc w:val="right"/>
      </w:pPr>
      <w:r>
        <w:t>یعنی آپ کہہ سکتے ہیں دو وائٹ شیٹ، دو سفید چادر، وہ ڈال لیتا ہے، ایک نیچے، ایک اوپر۔</w:t>
      </w:r>
    </w:p>
    <w:p>
      <w:r>
        <w:rPr>
          <w:b/>
        </w:rPr>
        <w:t xml:space="preserve">[04:16] </w:t>
      </w:r>
      <w:r>
        <w:t>is tarah se 25 lakh, 30 lakh aadmi wahan pahunchte hain. sab ke sab isi ek kapde mein hote hain. aur is sab ko dekha hai aap?</w:t>
      </w:r>
    </w:p>
    <w:p>
      <w:pPr>
        <w:jc w:val="right"/>
      </w:pPr>
      <w:r>
        <w:t>اس طرح سے 25 لاکھ، 30 لاکھ آدمی وہاں پہنچتے ہیں۔ سب کے سب اسی ایک کپڑے میں ہوتے ہیں۔ اور اس سب کو دیکھا ہے آپ؟</w:t>
      </w:r>
    </w:p>
    <w:p>
      <w:r>
        <w:rPr>
          <w:b/>
        </w:rPr>
        <w:t xml:space="preserve">[04:25] </w:t>
      </w:r>
      <w:r>
        <w:t>agar wahan arafat ka bohat bara ek maidan hai, wahan pe ikattha hote hain to ek bara anokha scene hota hai wahan par</w:t>
      </w:r>
    </w:p>
    <w:p>
      <w:pPr>
        <w:jc w:val="right"/>
      </w:pPr>
      <w:r>
        <w:t>اگر وہاں عرفات کا بہت بڑا ایک میدان ہے، وہاں پہ اکٹھا ہوتے ہیں تو ایک بڑا انوکھا سین ہوتا ہے وہاں پر</w:t>
      </w:r>
    </w:p>
    <w:p>
      <w:r>
        <w:rPr>
          <w:b/>
        </w:rPr>
        <w:t xml:space="preserve">[04:33] </w:t>
      </w:r>
      <w:r>
        <w:t>ke sare insan ek ho jate hain wahan pe. na koi ghareeb hai, na koi ameer hai, na koi ruler hai, na koi rolled hai.</w:t>
      </w:r>
    </w:p>
    <w:p>
      <w:pPr>
        <w:jc w:val="right"/>
      </w:pPr>
      <w:r>
        <w:t>کہ سارے انسان ایک ہو جاتے ہیں وہاں پہ۔ نہ کوئی غریب ہے، نہ کوئی امیر ہے، نہ کوئی رولر ہے، نہ کوئی رولڈ ہے۔</w:t>
      </w:r>
    </w:p>
    <w:p>
      <w:r>
        <w:rPr>
          <w:b/>
        </w:rPr>
        <w:t xml:space="preserve">[04:45] </w:t>
      </w:r>
      <w:r>
        <w:t>sab ka ek hi dress hai, wahi white dress, bana sila hua. to ek anokha scene hota hai wo ke sare insan lagta hai ke sab ek ho gaye hain.</w:t>
      </w:r>
    </w:p>
    <w:p>
      <w:pPr>
        <w:jc w:val="right"/>
      </w:pPr>
      <w:r>
        <w:t>سب کا ایک ہی ڈریس ہے، وہی وائٹ ڈریس، بنا سلا ہوا۔ تو ایک انوکھا سین ہوتا ہے وہ کہ سارے انسان لگتا ہے کہ سب ایک ہو گئے ہیں۔</w:t>
      </w:r>
    </w:p>
    <w:p>
      <w:r>
        <w:rPr>
          <w:b/>
        </w:rPr>
        <w:t xml:space="preserve">[04:59] </w:t>
      </w:r>
      <w:r>
        <w:t>to isi ko maine kaha ke oneness of man.</w:t>
      </w:r>
    </w:p>
    <w:p>
      <w:pPr>
        <w:jc w:val="right"/>
      </w:pPr>
      <w:r>
        <w:t>تو اسی کو میں نے کہا کہ وننس آف مین۔</w:t>
      </w:r>
    </w:p>
    <w:p>
      <w:r>
        <w:rPr>
          <w:b/>
        </w:rPr>
        <w:t xml:space="preserve">[05:04] </w:t>
      </w:r>
      <w:r>
        <w:t>ehram jo hai, oneness of man ko yaad dilata hai ke tum sab ek ho. yani insan ko utar kar ke wahan le aate hain jahan sab insan ek ho jate hain.</w:t>
      </w:r>
    </w:p>
    <w:p>
      <w:pPr>
        <w:jc w:val="right"/>
      </w:pPr>
      <w:r>
        <w:t>احرام جو ہے، وننس آف مین کو یاد دلاتا ہے کہ تم سب ایک ہو۔ یعنی انسان کو اتار کر کے وہاں لے آتے ہیں جہاں سب انسان ایک ہو جاتے ہیں۔</w:t>
      </w:r>
    </w:p>
    <w:p>
      <w:r>
        <w:rPr>
          <w:b/>
        </w:rPr>
        <w:t xml:space="preserve">[05:21] </w:t>
      </w:r>
      <w:r>
        <w:t>to yeh hai, yani pehla jo act hota hai hajj mein, wahi hota hai ehram bandhna jo miqat</w:t>
      </w:r>
    </w:p>
    <w:p>
      <w:pPr>
        <w:jc w:val="right"/>
      </w:pPr>
      <w:r>
        <w:t>تو یہ ہے، یعنی پہلا جو ایکٹ ہوتا ہے حج میں، وہی ہوتا ہے احرام باندھنا جو میقات</w:t>
      </w:r>
    </w:p>
    <w:p>
      <w:r>
        <w:rPr>
          <w:b/>
        </w:rPr>
        <w:t xml:space="preserve">[05:30] </w:t>
      </w:r>
      <w:r>
        <w:t>par karte hain. yahin se goya haji hajj, yani hajj ke is mein aa jata hai. phir jab wahan pahunchta hai makka mein to pehla kaam jo hota hai wo kaba mein ja kar ke wahan par us ko kehte hain tawaf karna, yani saat bar ghoomna.</w:t>
      </w:r>
    </w:p>
    <w:p>
      <w:pPr>
        <w:jc w:val="right"/>
      </w:pPr>
      <w:r>
        <w:t>پر کرتے ہیں۔ یہیں سے گویا حاجی حج، یعنی حج کے اس میں آ جاتا ہے۔ پھر جب وہاں پہنچتا ہے مکہ میں تو پہلا کام جو ہوتا ہے وہ کعبہ میں جا کر کے وہاں پر اس کو کہتے ہیں طواف کرنا، یعنی سات بار گھومنا۔</w:t>
      </w:r>
    </w:p>
    <w:p>
      <w:r>
        <w:rPr>
          <w:b/>
        </w:rPr>
        <w:t xml:space="preserve">[05:49] </w:t>
      </w:r>
      <w:r>
        <w:t>to dekhiye, prophet of islam ke bare mein aata hai ke jab wo pahunche wahan kaba par, jab kaba dikhai diya to pehli baat jo munh se nikli un ke wo kya thi?</w:t>
      </w:r>
    </w:p>
    <w:p>
      <w:pPr>
        <w:jc w:val="right"/>
      </w:pPr>
      <w:r>
        <w:t>تو دیکھیے، پرافٹ آف اسلام کے بارے میں آتا ہے کہ جب وہ پہنچے وہاں کعبہ پر، جب کعبہ دکھائی دیا تو پہلی بات جو منہ سے نکلی ان کے وہ کیا تھی؟</w:t>
      </w:r>
    </w:p>
    <w:p>
      <w:r>
        <w:rPr>
          <w:b/>
        </w:rPr>
        <w:t xml:space="preserve">[06:01] </w:t>
      </w:r>
      <w:r>
        <w:t>wo thi: allah manat salam wa malik al-salam ilaika ya jo al-salam hayina rabbana bil-salam wa adkhilna darak dar al-salam yani aey khuda,</w:t>
      </w:r>
    </w:p>
    <w:p>
      <w:pPr>
        <w:jc w:val="right"/>
      </w:pPr>
      <w:r>
        <w:t>وہ تھی: اللہ مانت السلام وملک السلام الیک یا جو السلام حینا ربنا بالسلام وادخلنا دارک دار السلام یعنی اے خدا،</w:t>
      </w:r>
    </w:p>
    <w:p>
      <w:r>
        <w:rPr>
          <w:b/>
        </w:rPr>
        <w:t xml:space="preserve">[06:15] </w:t>
      </w:r>
      <w:r>
        <w:t>to peace hai, tujh se hi peace hai.</w:t>
      </w:r>
    </w:p>
    <w:p>
      <w:pPr>
        <w:jc w:val="right"/>
      </w:pPr>
      <w:r>
        <w:t>تو پیس ہے، تجھ سے ہی پیس ہے۔</w:t>
      </w:r>
    </w:p>
    <w:p>
      <w:r>
        <w:rPr>
          <w:b/>
        </w:rPr>
        <w:t xml:space="preserve">[06:21] </w:t>
      </w:r>
      <w:r>
        <w:t>aey khuda, hum ko peace par zinda rehne ki tofeeq de aur hum ko peace ke ghar mein dakhil kar.</w:t>
      </w:r>
    </w:p>
    <w:p>
      <w:pPr>
        <w:jc w:val="right"/>
      </w:pPr>
      <w:r>
        <w:t>اے خدا، ہم کو پیس پر زندہ رہنے کی توفیق دے اور ہم کو پیس کے گھر میں داخل کر۔</w:t>
      </w:r>
    </w:p>
    <w:p>
      <w:r>
        <w:rPr>
          <w:b/>
        </w:rPr>
        <w:t xml:space="preserve">[06:32] </w:t>
      </w:r>
      <w:r>
        <w:t>dekhen, peace ka ghar jo hai wo kya hai? wo paradise hai. quran mein paradise ko peace ka ghar bataya gaya hai.</w:t>
      </w:r>
    </w:p>
    <w:p>
      <w:pPr>
        <w:jc w:val="right"/>
      </w:pPr>
      <w:r>
        <w:t>دیکھیں، پیس کا گھر جو ہے وہ کیا ہے؟ وہ پیراڈائز ہے۔ قرآن میں پیراڈائز کو پیس کا گھر بتایا گیا ہے۔</w:t>
      </w:r>
    </w:p>
    <w:p>
      <w:r>
        <w:rPr>
          <w:b/>
        </w:rPr>
        <w:t xml:space="preserve">[06:42] </w:t>
      </w:r>
      <w:r>
        <w:t>quran mein yeh ek verse aati hai ke wallahido ila dar al-salam and god calls to the home of peace to aap is se samajh sakte hain ke kaba jo hai wo peace ka wo hai, yani center hai.</w:t>
      </w:r>
    </w:p>
    <w:p>
      <w:pPr>
        <w:jc w:val="right"/>
      </w:pPr>
      <w:r>
        <w:t>قرآن میں یہ ایک ورس آتی ہے کہ واللہیدو الی دار السلام اینڈ گاڈ کالز ٹو دا ہوم آف پیس تو آپ اس سے سمجھ سکتے ہیں کہ کعبہ جو ہے وہ پیس کا وہ ہے، یعنی سینٹر ہے۔</w:t>
      </w:r>
    </w:p>
    <w:p>
      <w:r>
        <w:rPr>
          <w:b/>
        </w:rPr>
        <w:t xml:space="preserve">[07:05] </w:t>
      </w:r>
      <w:r>
        <w:t>isi liye aap ko pata hoga ke is ko is area ko haram kehte hain.</w:t>
      </w:r>
    </w:p>
    <w:p>
      <w:pPr>
        <w:jc w:val="right"/>
      </w:pPr>
      <w:r>
        <w:t>اسی لیے آپ کو پتہ ہوگا کہ اس کو اس ایریا کو حرم کہتے ہیں۔</w:t>
      </w:r>
    </w:p>
    <w:p>
      <w:r>
        <w:rPr>
          <w:b/>
        </w:rPr>
        <w:t xml:space="preserve">[07:13] </w:t>
      </w:r>
      <w:r>
        <w:t>haram ka matlab yeh hota hai ke wahan par kisi bhi qism ki zindagi ko marna haram hai. yani wahan aap cheunti bhi nahi maar sakte. jab aap, jab haji jata hai wahan par, jab pahunchta hai, is mein agar wo koi chirya maare ya koi cheunti maare to uska hajj hi khatam ho jayega.</w:t>
      </w:r>
    </w:p>
    <w:p>
      <w:pPr>
        <w:jc w:val="right"/>
      </w:pPr>
      <w:r>
        <w:t>حرم کا مطلب یہ ہوتا ہے کہ وہاں پر کسی بھی قسم کی زندگی کو مارنا حرام ہے۔ یعنی وہاں آپ چیونٹی بھی نہیں مار سکتے۔ جب آپ، جب حاجی جاتا ہے وہاں پر، جب پہنچتا ہے، اس میں اگر وہ کوئی چڑیا مارے یا کوئی چیونٹی مارے تو اس کا حج ہی ختم ہو جائے گا۔</w:t>
      </w:r>
    </w:p>
    <w:p>
      <w:r>
        <w:rPr>
          <w:b/>
        </w:rPr>
        <w:t xml:space="preserve">[07:32] </w:t>
      </w:r>
      <w:r>
        <w:t>ya wo lad jaye aapas mein, ladne lagne lage, aapas mein takrao kar le to wo bhi haram hai wahan par.</w:t>
      </w:r>
    </w:p>
    <w:p>
      <w:pPr>
        <w:jc w:val="right"/>
      </w:pPr>
      <w:r>
        <w:t>یا وہ لڑ جائے آپس میں، لڑنے لگنے لگے، آپس میں ٹکراؤ کر لے تو وہ بھی حرام ہے وہاں پر۔</w:t>
      </w:r>
    </w:p>
    <w:p>
      <w:r>
        <w:rPr>
          <w:b/>
        </w:rPr>
        <w:t xml:space="preserve">[07:39] </w:t>
      </w:r>
      <w:r>
        <w:t>yani wahan aap ko poori tarah peace ke sath rehna padta hai, warna hajj khatam. is ke maani yeh hue ke kaba ko, yani jo haram ka area hai, us ko symbolic way mein is tarah banaya gaya hai ke wahan par pahunch kar ke aap ko poori tarah peace mein rehna padta hai.</w:t>
      </w:r>
    </w:p>
    <w:p>
      <w:pPr>
        <w:jc w:val="right"/>
      </w:pPr>
      <w:r>
        <w:t>یعنی وہاں آپ کو پوری طرح پیس کے ساتھ رہنا پڑتا ہے، ورنہ حج ختم۔ اس کے معنی یہ ہوئے کہ کعبہ کو، یعنی جو حرم کا ایریا ہے، اس کو سمبالک وے میں اس طرح بنایا گیا ہے کہ وہاں پر پہنچ کر کے آپ کو پوری طرح پیس میں رہنا پڑتا ہے۔</w:t>
      </w:r>
    </w:p>
    <w:p>
      <w:r>
        <w:rPr>
          <w:b/>
        </w:rPr>
        <w:t xml:space="preserve">[08:01] </w:t>
      </w:r>
      <w:r>
        <w:t>agar na rahen to khatam, aap ka hajj khatam, hajj hi khatam. to yeh hai training</w:t>
      </w:r>
    </w:p>
    <w:p>
      <w:pPr>
        <w:jc w:val="right"/>
      </w:pPr>
      <w:r>
        <w:t>اگر نہ رہیں تو ختم، آپ کا حج ختم، حج ہی ختم۔ تو یہ ہے ٹریننگ</w:t>
      </w:r>
    </w:p>
    <w:p>
      <w:r>
        <w:rPr>
          <w:b/>
        </w:rPr>
        <w:t xml:space="preserve">[08:08] </w:t>
      </w:r>
      <w:r>
        <w:t>ya lesson diya ja raha hai ke peace sab se bari cheez hai islam mein. main samajhta hoon ke islam ko jahan tak maine samjha hai, peace is the summum bonum in islam.</w:t>
      </w:r>
    </w:p>
    <w:p>
      <w:pPr>
        <w:jc w:val="right"/>
      </w:pPr>
      <w:r>
        <w:t>یا لیسن دیا جا رہا ہے کہ پیس سب سے بڑی چیز ہے اسلام میں۔ میں سمجھتا ہوں کہ اسلام کو جہاں تک میں نے سمجھا ہے، پیس از دا سمم بونم ان اسلام۔</w:t>
      </w:r>
    </w:p>
    <w:p>
      <w:r>
        <w:rPr>
          <w:b/>
        </w:rPr>
        <w:t xml:space="preserve">[08:24] </w:t>
      </w:r>
      <w:r>
        <w:t>islam ke mutabiq agar main kahoon to peace hi ko summum bonum mana gaya hai islam mein. kyun?</w:t>
      </w:r>
    </w:p>
    <w:p>
      <w:pPr>
        <w:jc w:val="right"/>
      </w:pPr>
      <w:r>
        <w:t>اسلام کے مطابق اگر میں کہوں تو پیس ہی کو سمم بونم مانا گیا ہے اسلام میں۔ کیوں؟</w:t>
      </w:r>
    </w:p>
    <w:p>
      <w:r>
        <w:rPr>
          <w:b/>
        </w:rPr>
        <w:t xml:space="preserve">[08:30] </w:t>
      </w:r>
      <w:r>
        <w:t>is liye ke koi bhi activity, religious activity ya islam par kuch bhi kaam nahi ho sakta jab tak ke peace na ho.</w:t>
      </w:r>
    </w:p>
    <w:p>
      <w:pPr>
        <w:jc w:val="right"/>
      </w:pPr>
      <w:r>
        <w:t>اس لیے کہ کوئی بھی ایکٹیویٹی، ریلیجیس ایکٹیویٹی یا اسلام پر کچھ بھی کام نہیں ہو سکتا جب تک کہ پیس نہ ہو۔</w:t>
      </w:r>
    </w:p>
    <w:p>
      <w:r>
        <w:rPr>
          <w:b/>
        </w:rPr>
        <w:t xml:space="preserve">[08:41] </w:t>
      </w:r>
      <w:r>
        <w:t>peace ka matlab kya hota hai? normal situation.</w:t>
      </w:r>
    </w:p>
    <w:p>
      <w:pPr>
        <w:jc w:val="right"/>
      </w:pPr>
      <w:r>
        <w:t>پیس کا مطلب کیا ہوتا ہے؟ نارمل سچوئیشن۔</w:t>
      </w:r>
    </w:p>
    <w:p>
      <w:r>
        <w:rPr>
          <w:b/>
        </w:rPr>
        <w:t xml:space="preserve">[08:46] </w:t>
      </w:r>
      <w:r>
        <w:t>society mein agar normal situation ho, log ek doosre se hate na karte hon, log ek doosre se pyar mohabbat ke sath rehte hon, ek universal thinking logon ke andar ho to isi ka naam peace hai.</w:t>
      </w:r>
    </w:p>
    <w:p>
      <w:pPr>
        <w:jc w:val="right"/>
      </w:pPr>
      <w:r>
        <w:t>سوسائٹی میں اگر نارمل سچوئیشن ہو، لوگ ایک دوسرے سے ہیٹ نہ کرتے ہوں، لوگ ایک دوسرے سے پیار محبت کے ساتھ رہتے ہوں، ایک یونیورسل تھنکنگ لوگوں کے اندر ہو تو اسی کا نام پیس ہے۔</w:t>
      </w:r>
    </w:p>
    <w:p>
      <w:r>
        <w:rPr>
          <w:b/>
        </w:rPr>
        <w:t xml:space="preserve">[09:00] </w:t>
      </w:r>
      <w:r>
        <w:t>to jab aisa hota hai to samaj mein, samaj mein normal situation establish ho jati hai.</w:t>
      </w:r>
    </w:p>
    <w:p>
      <w:pPr>
        <w:jc w:val="right"/>
      </w:pPr>
      <w:r>
        <w:t>تو جب ایسا ہوتا ہے تو سماج میں، سماج میں نارمل سچوئیشن اسٹیبلش ہو جاتی ہے۔</w:t>
      </w:r>
    </w:p>
    <w:p>
      <w:r>
        <w:rPr>
          <w:b/>
        </w:rPr>
        <w:t xml:space="preserve">[09:10] </w:t>
      </w:r>
      <w:r>
        <w:t>tabhi aap kuch bhi kaam kar sakte hain. agar</w:t>
      </w:r>
    </w:p>
    <w:p>
      <w:pPr>
        <w:jc w:val="right"/>
      </w:pPr>
      <w:r>
        <w:t>تبھی آپ کچھ بھی کام کر سکتے ہیں۔ اگر</w:t>
      </w:r>
    </w:p>
    <w:p>
      <w:r>
        <w:rPr>
          <w:b/>
        </w:rPr>
        <w:t xml:space="preserve">[09:13] </w:t>
      </w:r>
      <w:r>
        <w:t>samaj mein normal situation na ho to aap koi bhi kaam nahi kar sakte, koi bhi nahi kar sakte kaam. to haji jo wahan le aaya jata hai to ek taraf to ehram bandh kar ke us ko yeh bataya jata hai ke tum aur doosre insan sab barabar ho,</w:t>
      </w:r>
    </w:p>
    <w:p>
      <w:pPr>
        <w:jc w:val="right"/>
      </w:pPr>
      <w:r>
        <w:t>سماج میں نارمل سچوئیشن نہ ہو تو آپ کوئی بھی کام نہیں کر سکتے، کوئی بھی نہیں کر سکتے کام۔ تو حاجی جو وہاں لے آیا جاتا ہے تو ایک طرف تو احرام باندھ کر کے اس کو یہ بتایا جاتا ہے کہ تم اور دوسرے انسان سب برابر ہو،</w:t>
      </w:r>
    </w:p>
    <w:p>
      <w:r>
        <w:rPr>
          <w:b/>
        </w:rPr>
        <w:t xml:space="preserve">[09:30] </w:t>
      </w:r>
      <w:r>
        <w:t>ek mein doosre mein koi difference nahi hai. woh sab relative hai. baat hai ke koi ameer hai, koi ghareeb.</w:t>
      </w:r>
    </w:p>
    <w:p>
      <w:pPr>
        <w:jc w:val="right"/>
      </w:pPr>
      <w:r>
        <w:t>ایک میں دوسرے میں کوئی ڈیفرنس نہیں ہے۔ وہ سب ریلیٹو ہے۔ بات ہے کہ کوئی امیر ہے، کوئی غریب۔</w:t>
      </w:r>
    </w:p>
    <w:p>
      <w:r>
        <w:rPr>
          <w:b/>
        </w:rPr>
        <w:t xml:space="preserve">[09:38] </w:t>
      </w:r>
      <w:r>
        <w:t>real baat jo hai, real baat ke sab ke sab ek hain, sab ke sab ek hain, sab ke sab ek hain. aise hi aata hai ke prophet ne jab hajj kiya to jab bhi koi wahan par, aap jante hain ke yani aaj kal ki tarah road nahi thi is zamane mein, to kahin necha ooncha padta tha.</w:t>
      </w:r>
    </w:p>
    <w:p>
      <w:pPr>
        <w:jc w:val="right"/>
      </w:pPr>
      <w:r>
        <w:t>ریئل بات جو ہے، ریئل بات کہ سب کے سب ایک ہیں، سب کے سب ایک ہیں، سب کے سب ایک ہیں۔ ایسے ہی آتا ہے کہ پرافٹ نے جب حج کیا تو جب بھی کوئی وہاں پر، آپ جانتے ہیں کہ یعنی آج کل کی طرح روڈ نہیں تھی اس زمانے میں، تو کہیں نیچا اونچا پڑتا تھا۔</w:t>
      </w:r>
    </w:p>
    <w:p>
      <w:r>
        <w:rPr>
          <w:b/>
        </w:rPr>
        <w:t xml:space="preserve">[09:58] </w:t>
      </w:r>
      <w:r>
        <w:t>koi bhi nai cheez aati thi to aap wahan kehte the: "allah o akbar, allah o akbar" bolte the, yani "god is great".</w:t>
      </w:r>
    </w:p>
    <w:p>
      <w:pPr>
        <w:jc w:val="right"/>
      </w:pPr>
      <w:r>
        <w:t>کوئی بھی نئی چیز آتی تھی تو آپ وہاں کہتے تھے: "اللہ اکبر، اللہ اکبر" بولتے تھے، یعنی "گاڈ از گریٹ"۔</w:t>
      </w:r>
    </w:p>
    <w:p>
      <w:r>
        <w:rPr>
          <w:b/>
        </w:rPr>
        <w:t xml:space="preserve">[10:07] </w:t>
      </w:r>
      <w:r>
        <w:t>ab "god is great" ka matlab kya hai? is mein dekhiye, ek aur cheez understood hai, yani "god is great and i am not great".</w:t>
      </w:r>
    </w:p>
    <w:p>
      <w:pPr>
        <w:jc w:val="right"/>
      </w:pPr>
      <w:r>
        <w:t>اب "گاڈ از گریٹ" کا مطلب کیا ہے؟ اس میں دیکھیے، ایک اور چیز انڈرسٹڈ ہے، یعنی "گاڈ از گریٹ اینڈ آئی ایم ناٹ گریٹ"۔</w:t>
      </w:r>
    </w:p>
    <w:p>
      <w:r>
        <w:rPr>
          <w:b/>
        </w:rPr>
        <w:t xml:space="preserve">[10:18] </w:t>
      </w:r>
      <w:r>
        <w:t>is mein yeh cheez apne aap understood hai: "god is great and i am not great". yeh hai modesty ka lesson.</w:t>
      </w:r>
    </w:p>
    <w:p>
      <w:pPr>
        <w:jc w:val="right"/>
      </w:pPr>
      <w:r>
        <w:t>اس میں یہ چیز اپنے آپ انڈرسٹڈ ہے: "گاڈ از گریٹ اینڈ آئی ایم ناٹ گریٹ"۔ یہ ہے مودیسٹی کا لیسن۔</w:t>
      </w:r>
    </w:p>
    <w:p>
      <w:r>
        <w:rPr>
          <w:b/>
        </w:rPr>
        <w:t xml:space="preserve">[10:28] </w:t>
      </w:r>
      <w:r>
        <w:t>"allah o akbar" jo hai, khuda ko bara manne ka matlab yeh hai ke tumhare andar modesty honi chahiye.</w:t>
      </w:r>
    </w:p>
    <w:p>
      <w:pPr>
        <w:jc w:val="right"/>
      </w:pPr>
      <w:r>
        <w:t>"اللہ اکبر" جو ہے، خدا کو بڑا ماننے کا مطلب یہ ہے کہ تمہارے اندر مودیسٹی ہونی چاہیے۔</w:t>
      </w:r>
    </w:p>
    <w:p>
      <w:r>
        <w:rPr>
          <w:b/>
        </w:rPr>
        <w:t xml:space="preserve">[10:35] </w:t>
      </w:r>
      <w:r>
        <w:t>to islam mein modesty ko bohat hi ooncha darja diya gaya hai. modesty ke baghair islam mein na ibadat hai, na khuda ka zikr hai, jis ko yaad kehte hain.</w:t>
      </w:r>
    </w:p>
    <w:p>
      <w:pPr>
        <w:jc w:val="right"/>
      </w:pPr>
      <w:r>
        <w:t>تو اسلام میں مودیسٹی کو بہت ہی اونچا درجہ دیا گیا ہے۔ مودیسٹی کے بغیر اسلام میں نہ عبادت ہے، نہ خدا کا ذکر ہے، جس کو یاد کہتے ہیں۔</w:t>
      </w:r>
    </w:p>
    <w:p>
      <w:r>
        <w:rPr>
          <w:b/>
        </w:rPr>
        <w:t xml:space="preserve">[10:48] </w:t>
      </w:r>
      <w:r>
        <w:t>koi bhi cheez nahi hai. modesty agar nahi hai to modesty ka ulta kya hai? arrogance. modesty ka ulta hai egoism, arrogance, ghamand.</w:t>
      </w:r>
    </w:p>
    <w:p>
      <w:pPr>
        <w:jc w:val="right"/>
      </w:pPr>
      <w:r>
        <w:t>کوئی بھی چیز نہیں ہے۔ مودیسٹی اگر نہیں ہے تو مودیسٹی کا الٹا کیا ہے؟ اروگنس۔ مودیسٹی کا الٹا ہے ایگو ازم، اروگنس، گھمنڈ۔</w:t>
      </w:r>
    </w:p>
    <w:p>
      <w:r>
        <w:rPr>
          <w:b/>
        </w:rPr>
        <w:t xml:space="preserve">[11:00] </w:t>
      </w:r>
      <w:r>
        <w:t>to hadith mein aata hai ke la yadkhulul jannata man kana fi qalbihi mithqalu habbati khardalin min kibr aisa aadmi paradise mein nahi jayega jis ke andar ek zarray ke barabar bhi ghamand ho.</w:t>
      </w:r>
    </w:p>
    <w:p>
      <w:pPr>
        <w:jc w:val="right"/>
      </w:pPr>
      <w:r>
        <w:t>تو حدیث میں آتا ہے کہ لایدخل الجنت من کان فی قلبہ مثقال حبت خردل من کبر ایسا آدمی پیراڈائز میں نہیں جائے گا جس کے اندر ایک ذرے کے برابر بھی گھمنڈ ہو۔</w:t>
      </w:r>
    </w:p>
    <w:p>
      <w:r>
        <w:rPr>
          <w:b/>
        </w:rPr>
        <w:t xml:space="preserve">[11:23] </w:t>
      </w:r>
      <w:r>
        <w:t>to ghamand ek dum islam ka ulta hai.</w:t>
      </w:r>
    </w:p>
    <w:p>
      <w:pPr>
        <w:jc w:val="right"/>
      </w:pPr>
      <w:r>
        <w:t>تو گھمنڈ ایک دم اسلام کا الٹا ہے۔</w:t>
      </w:r>
    </w:p>
    <w:p>
      <w:r>
        <w:rPr>
          <w:b/>
        </w:rPr>
        <w:t xml:space="preserve">[11:27] </w:t>
      </w:r>
      <w:r>
        <w:t>islam jo character lana chahta hai, woh hai modesty ka character. aur bar bar wahan par rasool, jo prophet gaye wahan par, to bar bar har mauqe par aap "allah o akbar" kehte the, "allah o akbar" kehte the,</w:t>
      </w:r>
    </w:p>
    <w:p>
      <w:pPr>
        <w:jc w:val="right"/>
      </w:pPr>
      <w:r>
        <w:t>اسلام جو کریکٹر لانا چاہتا ہے، وہ ہے مودیسٹی کا کریکٹر۔ اور بار بار وہاں پر رسول، جو پرافٹ گئے وہاں پر، تو بار بار ہر موقع پر آپ "اللہ اکبر" کہتے تھے، "اللہ اکبر" کہتے تھے،</w:t>
      </w:r>
    </w:p>
    <w:p>
      <w:r>
        <w:rPr>
          <w:b/>
        </w:rPr>
        <w:t xml:space="preserve">[11:40] </w:t>
      </w:r>
      <w:r>
        <w:t>yani yeh yaad dilate the ke tum bare nahi ho, bara to khuda hai. tumhare liye jo cheez shobha deti hai, woh hai modesty,</w:t>
      </w:r>
    </w:p>
    <w:p>
      <w:pPr>
        <w:jc w:val="right"/>
      </w:pPr>
      <w:r>
        <w:t>یعنی یہ یاد دلاتے تھے کہ تم بڑے نہیں ہو، بڑا تو خدا ہے۔ تمہارے لیے جو چیز شعبہ دیتی ہے، وہ ہے مودیسٹی،</w:t>
      </w:r>
    </w:p>
    <w:p>
      <w:r>
        <w:rPr>
          <w:b/>
        </w:rPr>
        <w:t xml:space="preserve">[11:53] </w:t>
      </w:r>
      <w:r>
        <w:t>tawazu, nimrata. yeh hai sabak jo wahan par diya jata hai har haji ko.</w:t>
      </w:r>
    </w:p>
    <w:p>
      <w:pPr>
        <w:jc w:val="right"/>
      </w:pPr>
      <w:r>
        <w:t>تواضع، نمرتہ۔ یہ ہے سبق جو وہاں پر دیا جاتا ہے ہر حاجی کو۔</w:t>
      </w:r>
    </w:p>
    <w:p>
      <w:r>
        <w:rPr>
          <w:b/>
        </w:rPr>
        <w:t xml:space="preserve">[12:03] </w:t>
      </w:r>
      <w:r>
        <w:t>dekhiye, kaba ka tawaf karne ke baad, kaba ka jo tawaf karte hain, woh kya hai? is ka matlab yeh hai ke god ko aap apna supreme banate hain,</w:t>
      </w:r>
    </w:p>
    <w:p>
      <w:pPr>
        <w:jc w:val="right"/>
      </w:pPr>
      <w:r>
        <w:t>دیکھیے، کعبہ کا طواف کرنے کے بعد، کعبہ کا جو طواف کرتے ہیں، وہ کیا ہے؟ اس کا مطلب یہ ہے کہ گاڈ کو آپ اپنا سپریم بناتے ہیں،</w:t>
      </w:r>
    </w:p>
    <w:p>
      <w:r>
        <w:rPr>
          <w:b/>
        </w:rPr>
        <w:t xml:space="preserve">[12:17] </w:t>
      </w:r>
      <w:r>
        <w:t>supreme concern banate hain</w:t>
      </w:r>
    </w:p>
    <w:p>
      <w:pPr>
        <w:jc w:val="right"/>
      </w:pPr>
      <w:r>
        <w:t>سپریم کنسرن بناتے ہیں</w:t>
      </w:r>
    </w:p>
    <w:p>
      <w:r>
        <w:rPr>
          <w:b/>
        </w:rPr>
        <w:t xml:space="preserve">[12:19] </w:t>
      </w:r>
      <w:r>
        <w:t>, yani god oriented life ka aap wahan pledge lete hain. pledge kaba ke gird charon taraf jo ghoomte hain saat bar, to woh aap pledge lete hain ke meri zindagi god oriented zindagi hogi.</w:t>
      </w:r>
    </w:p>
    <w:p>
      <w:pPr>
        <w:jc w:val="right"/>
      </w:pPr>
      <w:r>
        <w:t>، یعنی گاڈ اورینٹڈ لائف کا آپ وہاں پلیج لیتے ہیں۔ پلیج کعبہ کے گرد چاروں طرف جو گھومتے ہیں سات بار، تو وہ آپ پلیج لیتے ہیں کہ میری زندگی گاڈ اورینٹڈ زندگی ہوگی۔</w:t>
      </w:r>
    </w:p>
    <w:p>
      <w:r>
        <w:rPr>
          <w:b/>
        </w:rPr>
        <w:t xml:space="preserve">[12:36] </w:t>
      </w:r>
      <w:r>
        <w:t>phir wahan se is ke paas hi do choti pahadiyan hain jin ko kehte hain safa aur marwa.</w:t>
      </w:r>
    </w:p>
    <w:p>
      <w:pPr>
        <w:jc w:val="right"/>
      </w:pPr>
      <w:r>
        <w:t>پھر وہاں سے اس کے پاس ہی دو چھوٹی پہاڑیاں ہیں جن کو کہتے ہیں صفا اور مروہ۔</w:t>
      </w:r>
    </w:p>
    <w:p>
      <w:r>
        <w:rPr>
          <w:b/>
        </w:rPr>
        <w:t xml:space="preserve">[12:45] </w:t>
      </w:r>
      <w:r>
        <w:t>to is par bhi saat bar kuch tez tez chalte hain haji. woh kyun chalte hain? yeh part hai hajj ka.</w:t>
      </w:r>
    </w:p>
    <w:p>
      <w:pPr>
        <w:jc w:val="right"/>
      </w:pPr>
      <w:r>
        <w:t>تو اس پر بھی سات بار کچھ تیز تیز چلتے ہیں حاجی۔ وہ کیوں چلتے ہیں؟ یہ پارٹ ہے حج کا۔</w:t>
      </w:r>
    </w:p>
    <w:p>
      <w:r>
        <w:rPr>
          <w:b/>
        </w:rPr>
        <w:t xml:space="preserve">[12:57] </w:t>
      </w:r>
      <w:r>
        <w:t>hajra theen prophet ibrahim jo ab se char hazar saal pehle aaye, to unhi ne sach poochein to kaba unhi ne banaya tha.</w:t>
      </w:r>
    </w:p>
    <w:p>
      <w:pPr>
        <w:jc w:val="right"/>
      </w:pPr>
      <w:r>
        <w:t>ہاجرہ تھیں پرافٹ ابراہیم جو اب سے چار ہزار سال پہلے آئے، تو انہی نے سچ پوچھیں تو کعبہ انہی نے بنایا تھا۔</w:t>
      </w:r>
    </w:p>
    <w:p>
      <w:r>
        <w:rPr>
          <w:b/>
        </w:rPr>
        <w:t xml:space="preserve">[13:07] </w:t>
      </w:r>
      <w:r>
        <w:t>yani prophet se dhai hazar saal pehle, ab se char hazar saal pehle, hazrat ibrahim jo the, unhone kaba banaya tha. wahi kaba chala ja raha hai abhi tak.</w:t>
      </w:r>
    </w:p>
    <w:p>
      <w:pPr>
        <w:jc w:val="right"/>
      </w:pPr>
      <w:r>
        <w:t>یعنی پرافٹ سے ڈھائی ہزار سال پہلے، اب سے چار ہزار سال پہلے، حضرت ابراہیم جو تھے، انہوں نے کعبہ بنایا تھا۔ وہی کعبہ چلا جا رہا ہے ابھی تک۔</w:t>
      </w:r>
    </w:p>
    <w:p>
      <w:r>
        <w:rPr>
          <w:b/>
        </w:rPr>
        <w:t xml:space="preserve">[13:18] </w:t>
      </w:r>
      <w:r>
        <w:t>to un ki biwi theen hajra, un ka bachcha chhota tha ismail. un ko wahan par unhone basa diya makkah mein. jo us waqt desert tha, tab wahan par koi abad, abadi ya insan nahi hua karta tha.</w:t>
      </w:r>
    </w:p>
    <w:p>
      <w:pPr>
        <w:jc w:val="right"/>
      </w:pPr>
      <w:r>
        <w:t>تو ان کی بیوی تھیں ہاجرہ، ان کا بچہ چھوٹا تھا اسماعیل۔ ان کو وہاں پر انہوں نے بسا دیا مکہ میں۔ جو اس وقت ودر تھا، تب وہاں پر کوئی آباد، آبادی یا انسان نہیں ہوا کرتا تھا۔</w:t>
      </w:r>
    </w:p>
    <w:p>
      <w:r>
        <w:rPr>
          <w:b/>
        </w:rPr>
        <w:t xml:space="preserve">[13:34] </w:t>
      </w:r>
      <w:r>
        <w:t>to wahan par pani bhi nahi tha.</w:t>
      </w:r>
    </w:p>
    <w:p>
      <w:pPr>
        <w:jc w:val="right"/>
      </w:pPr>
      <w:r>
        <w:t>تو وہاں پر پانی بھی نہیں تھا۔</w:t>
      </w:r>
    </w:p>
    <w:p>
      <w:r>
        <w:rPr>
          <w:b/>
        </w:rPr>
        <w:t xml:space="preserve">[13:36] </w:t>
      </w:r>
      <w:r>
        <w:t>thoda sa pani jo un ko diya tha mashk mein, woh khatam ho gaya. to pani ke liye woh daudi. kabhi chadhti theen safa pahadi par.</w:t>
      </w:r>
    </w:p>
    <w:p>
      <w:pPr>
        <w:jc w:val="right"/>
      </w:pPr>
      <w:r>
        <w:t>تھوڑا سا پانی جو ان کو دیا تھا مشق میں، وہ ختم ہو گیا۔ تو پانی کے لیے وہ دوڑی۔ کبھی چڑھتی تھیں صفا پہاڑی پر۔</w:t>
      </w:r>
    </w:p>
    <w:p>
      <w:r>
        <w:rPr>
          <w:b/>
        </w:rPr>
        <w:t xml:space="preserve">[13:46] </w:t>
      </w:r>
      <w:r>
        <w:t>woh pahari bohat oonchi nahi hai, tile jaisi hai, aik rock jaisi hai. samajh lijiye ke charh kar dekhti theen kahin koi pani ka koi woh hai, chashma hai, koi insan hai.</w:t>
      </w:r>
    </w:p>
    <w:p>
      <w:pPr>
        <w:jc w:val="right"/>
      </w:pPr>
      <w:r>
        <w:t>وہ پہاڑی بہت اونچی نہیں ہے، ٹیلہ جیسی ہے، ایک راک جیسی ہے۔ سمجھ لیجئے کہ چڑھ کر دیکھتی تھیں کہیں کوئی پانی کا کوئی وہ ہے، چشمہ ہے، کوئی انسان ہے۔</w:t>
      </w:r>
    </w:p>
    <w:p>
      <w:r>
        <w:rPr>
          <w:b/>
        </w:rPr>
        <w:t xml:space="preserve">[14:00] </w:t>
      </w:r>
      <w:r>
        <w:t>phir wahan nahi dikhai pata tha, daur jati theen doosre par. wahan dekhti theen.</w:t>
      </w:r>
    </w:p>
    <w:p>
      <w:pPr>
        <w:jc w:val="right"/>
      </w:pPr>
      <w:r>
        <w:t>پھر وہاں نہیں دکھائی پتہ تھا، دوڑ جاتی تھیں دوسرے پر۔ وہاں دیکھتی تھیں۔</w:t>
      </w:r>
    </w:p>
    <w:p>
      <w:r>
        <w:rPr>
          <w:b/>
        </w:rPr>
        <w:t xml:space="preserve">[14:05] </w:t>
      </w:r>
      <w:r>
        <w:t>is tarah saat bar dori. to is ke baad aisa hua ke wahan par aik chashma nikal aaya jis ko hum zam zam kehte hain. to is mein aik khaas baat yeh hai ke hajra jo thora tez tez chali theen, har haji ka wahan tez tez chalna parta hai.</w:t>
      </w:r>
    </w:p>
    <w:p>
      <w:pPr>
        <w:jc w:val="right"/>
      </w:pPr>
      <w:r>
        <w:t>اس طرح سات بار دوڑی۔ تو اس کے بعد ایسا ہوا کہ وہاں پر ایک چشمہ نکل آیا جس کو ہم زم زم کہتے ہیں۔ تو اس میں ایک خاص بات یہ ہے کہ ہاجرہ جو تھوڑا تیز تیز چلی تھیں، ہر حاجی کا وہاں تیز تیز چلنا پڑتا ہے۔</w:t>
      </w:r>
    </w:p>
    <w:p>
      <w:r>
        <w:rPr>
          <w:b/>
        </w:rPr>
        <w:t xml:space="preserve">[14:24] </w:t>
      </w:r>
      <w:r>
        <w:t>yani aik aurat ke footstep par sare insan chalte hain. bari anokhi baat hai yeh.</w:t>
      </w:r>
    </w:p>
    <w:p>
      <w:pPr>
        <w:jc w:val="right"/>
      </w:pPr>
      <w:r>
        <w:t>یعنی ایک عورت کے فٹ سٹیپ پر سارے انسان چلتے ہیں۔ بڑی انوکھی بات ہے یہ۔</w:t>
      </w:r>
    </w:p>
    <w:p>
      <w:r>
        <w:rPr>
          <w:b/>
        </w:rPr>
        <w:t xml:space="preserve">[14:31] </w:t>
      </w:r>
      <w:r>
        <w:t>chahe koi king ho, chahe koi ameer ho, koi bhi ho, har aik ke liye wahan par yeh karna parta hai ke woh hajra ke footstep par wahan par saat bar daure.</w:t>
      </w:r>
    </w:p>
    <w:p>
      <w:pPr>
        <w:jc w:val="right"/>
      </w:pPr>
      <w:r>
        <w:t>چاہے کوئی کنگ ہو، چاہے کوئی امیر ہو، کوئی بھی ہو، ہر ایک کے لیے وہاں پر یہ کرنا پڑتا ہے کہ وہ ہاجرہ کے فٹ سٹیپ پر وہاں پر سات بار دوڑے۔</w:t>
      </w:r>
    </w:p>
    <w:p>
      <w:r>
        <w:rPr>
          <w:b/>
        </w:rPr>
        <w:t xml:space="preserve">[14:42] </w:t>
      </w:r>
      <w:r>
        <w:t>woh to yeh aurat ka, yani aurat ka darja mein samajhta hoon ke islam mein itna bara jo hai, uska aik aik namuna aap is mein dekh sakte hain.</w:t>
      </w:r>
    </w:p>
    <w:p>
      <w:pPr>
        <w:jc w:val="right"/>
      </w:pPr>
      <w:r>
        <w:t>وہ تو یہ عورت کا، یعنی عورت کا درجہ میں سمجھتا ہوں کہ اسلام میں اتنا بڑا جو ہے، اس کا ایک ایک نمونہ آپ اس میں دیکھ سکتے ہیں۔</w:t>
      </w:r>
    </w:p>
    <w:p>
      <w:r>
        <w:rPr>
          <w:b/>
        </w:rPr>
        <w:t xml:space="preserve">[14:55] </w:t>
      </w:r>
      <w:r>
        <w:t>mein samajhta hoon ke islami jo culture hai, woh ladies first ka culture hai.</w:t>
      </w:r>
    </w:p>
    <w:p>
      <w:pPr>
        <w:jc w:val="right"/>
      </w:pPr>
      <w:r>
        <w:t>میں سمجھتا ہوں کہ اسلامی جو کلچر ہے، وہ لیڈیز فرسٹ کا کلچر ہے۔</w:t>
      </w:r>
    </w:p>
    <w:p>
      <w:r>
        <w:rPr>
          <w:b/>
        </w:rPr>
        <w:t xml:space="preserve">[15:01] </w:t>
      </w:r>
      <w:r>
        <w:t>mein khud apne ghar ke bare mein keh sakta hoon ke mere ghar mein hum log traditional log hain aur hamare ghar mein aurtein hi sara control karti hain.</w:t>
      </w:r>
    </w:p>
    <w:p>
      <w:pPr>
        <w:jc w:val="right"/>
      </w:pPr>
      <w:r>
        <w:t>میں خود اپنے گھر کے بارے میں کہہ سکتا ہوں کہ میرے گھر میں ہم لوگ ٹریڈیشنل لوگ ہیں اور ہمارے گھر میں عورتیں ہی سارا کنٹرول کرتی ہیں۔</w:t>
      </w:r>
    </w:p>
    <w:p>
      <w:r>
        <w:rPr>
          <w:b/>
        </w:rPr>
        <w:t xml:space="preserve">[15:10] </w:t>
      </w:r>
      <w:r>
        <w:t>hamari koi se nahi hoti.</w:t>
      </w:r>
    </w:p>
    <w:p>
      <w:pPr>
        <w:jc w:val="right"/>
      </w:pPr>
      <w:r>
        <w:t>ہماری کوئی سے نہیں ہوتی۔</w:t>
      </w:r>
    </w:p>
    <w:p>
      <w:r>
        <w:rPr>
          <w:b/>
        </w:rPr>
        <w:t xml:space="preserve">[15:14] </w:t>
      </w:r>
      <w:r>
        <w:t>to mein samajhta hoon ke ladies first ka jo principle hai, us ko establish kiya hai islam mein is tarike se ke sare log is lady jis ka naam hajra tha, jo char hazar saal pehle wahan par thi, us ke footstep par sare log chalte hain.</w:t>
      </w:r>
    </w:p>
    <w:p>
      <w:pPr>
        <w:jc w:val="right"/>
      </w:pPr>
      <w:r>
        <w:t>تو میں سمجھتا ہوں کہ لیڈیز فرسٹ کا جو پرنسپل ہے، اس کو اسٹیبلش کیا ہے اسلام میں اس طریقے سے کہ سارے لوگ اس لیڈی جس کا نام ہاجرہ تھا، جو چار ہزار سال پہلے وہاں پر تھی، اس کے فٹ سٹیپ پر سارے لوگ چلتے ہیں۔</w:t>
      </w:r>
    </w:p>
    <w:p>
      <w:r>
        <w:rPr>
          <w:b/>
        </w:rPr>
        <w:t xml:space="preserve">[15:32] </w:t>
      </w:r>
      <w:r>
        <w:t>phir dekhiye,</w:t>
      </w:r>
    </w:p>
    <w:p>
      <w:pPr>
        <w:jc w:val="right"/>
      </w:pPr>
      <w:r>
        <w:t>پھر دیکھیے،</w:t>
      </w:r>
    </w:p>
    <w:p>
      <w:r>
        <w:rPr>
          <w:b/>
        </w:rPr>
        <w:t xml:space="preserve">[15:38] </w:t>
      </w:r>
      <w:r>
        <w:t>is tarah se kai wahan par rituals hote hain, us ko manasik kaha jata</w:t>
      </w:r>
    </w:p>
    <w:p>
      <w:pPr>
        <w:jc w:val="right"/>
      </w:pPr>
      <w:r>
        <w:t>اس طرح سے کئی وہاں پر ریچولز ہوتے ہیں، اس کو مناسک کہا جاتا</w:t>
      </w:r>
    </w:p>
    <w:p>
      <w:r>
        <w:rPr>
          <w:b/>
        </w:rPr>
        <w:t xml:space="preserve">[15:43] </w:t>
      </w:r>
      <w:r>
        <w:t>hai. us ko ada karte hue prophet wahan pohnchte hain jahan jis ko kehte hain mina. mina aik jagah hai, wahan par pohnchte hain to wahan par aap baithe hue the to kai log aap ke paas aaye.</w:t>
      </w:r>
    </w:p>
    <w:p>
      <w:pPr>
        <w:jc w:val="right"/>
      </w:pPr>
      <w:r>
        <w:t>ہے۔ اس کو ادا کرتے ہوئے پرافٹ وہاں پہنچتے ہیں جہاں جس کو کہتے ہیں منی۔ منی ایک جگہ ہے، وہاں پر پہنچتے ہیں تو وہاں پر آپ بیٹھے ہوئے تھے تو کئی لوگ آپ کے پاس آئے۔</w:t>
      </w:r>
    </w:p>
    <w:p>
      <w:r>
        <w:rPr>
          <w:b/>
        </w:rPr>
        <w:t xml:space="preserve">[15:58] </w:t>
      </w:r>
      <w:r>
        <w:t>ya mein keh doon ke is waqt aap ke paas jo hajj karne gaye the log, un ke bare mein bataya jata hai ke woh taqreeban deid lakh log thay.</w:t>
      </w:r>
    </w:p>
    <w:p>
      <w:pPr>
        <w:jc w:val="right"/>
      </w:pPr>
      <w:r>
        <w:t>یا میں کہہ دوں کہ اس وقت آپ کے پاس جو حج کرنے گئے تھے لوگ، ان کے بارے میں بتایا جاتا ہے کہ وہ تقریباً ڈیڑھ لاکھ لوگ تھے۔</w:t>
      </w:r>
    </w:p>
    <w:p>
      <w:r>
        <w:rPr>
          <w:b/>
        </w:rPr>
        <w:t xml:space="preserve">[16:07] </w:t>
      </w:r>
      <w:r>
        <w:t>us ko perform karne mein kuch farq ho gaya, yani kuch</w:t>
      </w:r>
    </w:p>
    <w:p>
      <w:pPr>
        <w:jc w:val="right"/>
      </w:pPr>
      <w:r>
        <w:t>اس کو پرفارم کرنے میں کچھ فرق ہو گیا، یعنی کچھ</w:t>
      </w:r>
    </w:p>
    <w:p>
      <w:r>
        <w:rPr>
          <w:b/>
        </w:rPr>
        <w:t xml:space="preserve">[16:12] </w:t>
      </w:r>
      <w:r>
        <w:t>aagah peechha ho gaya. jaise aik kaam jo pehle karna tha, us ko baad kiya, baad wale ko pehle kar liya. is tarah ka kuch bhool logon ko ho gayi thi. to aata hai hadith ki kitabon mein ke aap har aik se kehte thay ke af'al wa la haraj af'al wa la haraj kar lo, is mein koi haraj nahi hai, kar lo, is mein koi haraj nahi hai.</w:t>
      </w:r>
    </w:p>
    <w:p>
      <w:pPr>
        <w:jc w:val="right"/>
      </w:pPr>
      <w:r>
        <w:t>آگاہ پیچھا ہو گیا۔ جیسے ایک کام جو پہلے کرنا تھا، اس کو بعد کریا، بعد والے کو پہلے کر لیا۔ اس طرح کا کچھ بھول لوگوں کو ہو گئی تھی۔ تو آتا ہے حدیث کی کتابوں میں کہ آپ ہر ایک سے کہتے تھے کہ افعل ولا حرج افعل ولا حرج کر لو، اس میں کوئی حرج نہیں ہے، کر لو، اس میں کوئی حرج نہیں ہے۔</w:t>
      </w:r>
    </w:p>
    <w:p>
      <w:r>
        <w:rPr>
          <w:b/>
        </w:rPr>
        <w:t xml:space="preserve">[16:32] </w:t>
      </w:r>
      <w:r>
        <w:t>haraj to yeh hai ke tum kisi insan ko be'iz zat karo.</w:t>
      </w:r>
    </w:p>
    <w:p>
      <w:pPr>
        <w:jc w:val="right"/>
      </w:pPr>
      <w:r>
        <w:t>حرج تو یہ ہے کہ تم کسی انسان کو بے عزت کرو۔</w:t>
      </w:r>
    </w:p>
    <w:p>
      <w:r>
        <w:rPr>
          <w:b/>
        </w:rPr>
        <w:t xml:space="preserve">[16:38] </w:t>
      </w:r>
      <w:r>
        <w:t>yeh bari anokhi hadith hai ke hajj sab se bara ibadat mani gayi hai islam mein, afzal ibadat mani gayi hai. is ke rituals mein aadmi kuch kami kar deta hai aur poochta hai aap se ke mujh se kami ho gayi to aap kehte hain ke kuch nahi, ho ho gaya, tumhara hajj ho gaya.</w:t>
      </w:r>
    </w:p>
    <w:p>
      <w:pPr>
        <w:jc w:val="right"/>
      </w:pPr>
      <w:r>
        <w:t>یہ بڑی انوکھی حدیث ہے کہ حج سب سے بڑا عبادت مانی گئی ہے اسلام میں، افضل عبادت مانی گئی ہے۔ اس کے ریچولز میں آدمی کچھ کمی کر دیتا ہے اور پوچھتا ہے آپ سے کہ مجھ سے کمی ہو گئی تو آپ کہتے ہیں کہ کچھ نہیں، ہو ہو گیا، تمہارا حج ہو گیا۔</w:t>
      </w:r>
    </w:p>
    <w:p>
      <w:r>
        <w:rPr>
          <w:b/>
        </w:rPr>
        <w:t xml:space="preserve">[16:56] </w:t>
      </w:r>
      <w:r>
        <w:t>af'al wa la haraj tumhara hajj ho gaya.</w:t>
      </w:r>
    </w:p>
    <w:p>
      <w:pPr>
        <w:jc w:val="right"/>
      </w:pPr>
      <w:r>
        <w:t>افعل ولا حرج تمہارا حج ہو گیا۔</w:t>
      </w:r>
    </w:p>
    <w:p>
      <w:r>
        <w:rPr>
          <w:b/>
        </w:rPr>
        <w:t xml:space="preserve">[16:59] </w:t>
      </w:r>
      <w:r>
        <w:t>asal jo kami ki baat hai, asal jo ghalati ki baat hai, woh yeh hai ke tum kisi insan ko be'iz zat karo, kisi insan ko be'iz zat karo.</w:t>
      </w:r>
    </w:p>
    <w:p>
      <w:pPr>
        <w:jc w:val="right"/>
      </w:pPr>
      <w:r>
        <w:t>اصل جو کمی کی بات ہے، اصل جو غلطی کی بات ہے، وہ یہ ہے کہ تم کسی انسان کو بے عزت کرو، کسی انسان کو بے عزت کرو۔</w:t>
      </w:r>
    </w:p>
    <w:p>
      <w:r>
        <w:rPr>
          <w:b/>
        </w:rPr>
        <w:t xml:space="preserve">[17:12] </w:t>
      </w:r>
      <w:r>
        <w:t>is se aap andaza kar sakte hain ke insan ka izzat, insan ko izzat dena islam mein kitni bari cheez hai. aik aik sahabi thay, wahan par aata hai ke woh ka'aba ke paas baithe hue thay</w:t>
      </w:r>
    </w:p>
    <w:p>
      <w:pPr>
        <w:jc w:val="right"/>
      </w:pPr>
      <w:r>
        <w:t>اس سے آپ اندازہ کر سکتے ہیں کہ انسان کا عزت، انسان کو عزت دینا اسلام میں کتنی بڑی چیز ہے۔ ایک ایک صحابی تھے، وہاں پر آتا ہے کہ وہ کعبہ کے پاس بیٹھے ہوئے تھے</w:t>
      </w:r>
    </w:p>
    <w:p>
      <w:r>
        <w:rPr>
          <w:b/>
        </w:rPr>
        <w:t xml:space="preserve">[17:28] </w:t>
      </w:r>
      <w:r>
        <w:t>to ka'aba ko dekha. unhon ne dekh kar kaha ke aey ka'aba! bara darja hai islam mein, lekin insan ka darja tujh se bhi zyada hai.</w:t>
      </w:r>
    </w:p>
    <w:p>
      <w:pPr>
        <w:jc w:val="right"/>
      </w:pPr>
      <w:r>
        <w:t>تو کعبہ کو دیکھا۔ انہوں نے دیکھ کر کہا کہ اے کعبہ! بڑا درجہ ہے اسلام میں، لیکن انسان کا درجہ تجھ سے بھی زیادہ ہے۔</w:t>
      </w:r>
    </w:p>
    <w:p>
      <w:r>
        <w:rPr>
          <w:b/>
        </w:rPr>
        <w:t xml:space="preserve">[17:39] </w:t>
      </w:r>
      <w:r>
        <w:t>kaisi anokhi baat hai! yani insan ka darja ka'aba se bhi zara zyada bara darja hai. to insan ko izzat dena aur insan ko us ka jis ko kehte hain aadar karna, insan ka woh farz hai islam mein.</w:t>
      </w:r>
    </w:p>
    <w:p>
      <w:pPr>
        <w:jc w:val="right"/>
      </w:pPr>
      <w:r>
        <w:t>کیسی انوکھی بات ہے! یعنی انسان کا درجہ کعبہ سے بھی ذرا زیادہ بڑا درجہ ہے۔ تو انسان کو عزت دینا اور انسان کو اس کا جس کو کہتے ہیں آدر کرنا، انسان کا وہ فرض ہے اسلام میں۔</w:t>
      </w:r>
    </w:p>
    <w:p>
      <w:r>
        <w:rPr>
          <w:b/>
        </w:rPr>
        <w:t xml:space="preserve">[18:00] </w:t>
      </w:r>
      <w:r>
        <w:t>to is tarike se phir pohnchte hain aap wahan. wahan par dekhen, kuch jaghein hain jin ko kaha jata hai ke shaitan, satan ka symbol hai.</w:t>
      </w:r>
    </w:p>
    <w:p>
      <w:pPr>
        <w:jc w:val="right"/>
      </w:pPr>
      <w:r>
        <w:t>تو اس طریقے سے پھر پہنچتے ہیں آپ وہاں۔ وہاں پر دیکھیں، کچھ جگہیں ہیں جن کو کہا جاتا ہے کہ شیطان، سیٹن کا سمبل ہے۔</w:t>
      </w:r>
    </w:p>
    <w:p>
      <w:r>
        <w:rPr>
          <w:b/>
        </w:rPr>
        <w:t xml:space="preserve">[18:10] </w:t>
      </w:r>
      <w:r>
        <w:t>us ke peechhe aik lambi story hai, wahan mein nahi ja raha hoon. theek hai, behal woh satan ka symbol mana jata hai. to wahan par log kanri martay hain, kanri martay hain, yani satan ko kanri martay hain.</w:t>
      </w:r>
    </w:p>
    <w:p>
      <w:pPr>
        <w:jc w:val="right"/>
      </w:pPr>
      <w:r>
        <w:t>اس کے پیچھے ایک لمبی سٹوری ہے، وہاں میں نہیں جا رہا ہوں۔ ٹھیک ہے، بہرحال وہ سیٹن کا سمبل مانا جاتا ہے۔ تو وہاں پر لوگ کنکری مارتے ہیں، کنکری مارتے ہیں، یعنی سیٹن کو کنکری مارتے ہیں۔</w:t>
      </w:r>
    </w:p>
    <w:p>
      <w:r>
        <w:rPr>
          <w:b/>
        </w:rPr>
        <w:t xml:space="preserve">[18:24] </w:t>
      </w:r>
      <w:r>
        <w:t>that is a symbolic stoning.</w:t>
      </w:r>
    </w:p>
    <w:p>
      <w:pPr>
        <w:jc w:val="right"/>
      </w:pPr>
      <w:r>
        <w:t>دیٹ از ا سمبالک سٹوننگ۔</w:t>
      </w:r>
    </w:p>
    <w:p>
      <w:r>
        <w:rPr>
          <w:b/>
        </w:rPr>
        <w:t xml:space="preserve">[18:27] </w:t>
      </w:r>
      <w:r>
        <w:t>is ka matlab nahin ke sach poochhein, wahan shaitan khara hua hai. nahin, that is a symbolic stoning. to is symbolic stoning ka matlab kya hai?</w:t>
      </w:r>
    </w:p>
    <w:p>
      <w:pPr>
        <w:jc w:val="right"/>
      </w:pPr>
      <w:r>
        <w:t>اس کا مطلب نہیں کہ سچ پوچھیں، وہاں شیطان کھڑا ہوا ہے۔ نہیں، دیٹ از ا سمبالک سٹوننگ۔ تو اس سمبالک سٹوننگ کا مطلب کیا ہے؟</w:t>
      </w:r>
    </w:p>
    <w:p>
      <w:r>
        <w:rPr>
          <w:b/>
        </w:rPr>
        <w:t xml:space="preserve">[18:37] </w:t>
      </w:r>
      <w:r>
        <w:t>is ka matlab yeh hai ke humein har din yeh hi kaam karna hai. wahan ki symbolic stoning kar ke aap yahan aate hain, real stoning ke liye, real stoning ke liye.</w:t>
      </w:r>
    </w:p>
    <w:p>
      <w:pPr>
        <w:jc w:val="right"/>
      </w:pPr>
      <w:r>
        <w:t>اس کا مطلب یہ ہے کہ ہمیں ہر دن یہی کام کرنا ہے۔ وہاں کی سمبالک سٹوننگ کر کے آپ یہاں آتے ہیں، ریئل سٹوننگ کے لیے، ریئل سٹوننگ کے لیے۔</w:t>
      </w:r>
    </w:p>
    <w:p>
      <w:r>
        <w:rPr>
          <w:b/>
        </w:rPr>
        <w:t xml:space="preserve">[18:51] </w:t>
      </w:r>
      <w:r>
        <w:t>kyun ke Islam mein ek concept diya gaya hai ke insaan ke andar kuch vulnerable points hain jahan se shaitan ghusata hai. woh hain desires, woh hain negative thoughts.</w:t>
      </w:r>
    </w:p>
    <w:p>
      <w:pPr>
        <w:jc w:val="right"/>
      </w:pPr>
      <w:r>
        <w:t>کیونکہ اسلام میں ایک کانسیپٹ دیا گیا ہے کہ انسان کے اندر کچھ ورنیبل پوائنٹ ہیں جہاں سے شیطان گھساتا ہے۔ وہ ہیں ڈیزائرز، وہ ہیں نیگیٹیو تھاٹس۔</w:t>
      </w:r>
    </w:p>
    <w:p>
      <w:r>
        <w:rPr>
          <w:b/>
        </w:rPr>
        <w:t xml:space="preserve">[19:03] </w:t>
      </w:r>
      <w:r>
        <w:t>misalan, ek aadmi ne aap ko provoke kiya, provoke kiya to aap ghusse mein aa gaye.</w:t>
      </w:r>
    </w:p>
    <w:p>
      <w:pPr>
        <w:jc w:val="right"/>
      </w:pPr>
      <w:r>
        <w:t>مثلاً، ایک آدمی نے آپ کو پرووک کیا، پرووک کیا تو آپ غصے میں آ گئے۔</w:t>
      </w:r>
    </w:p>
    <w:p>
      <w:r>
        <w:rPr>
          <w:b/>
        </w:rPr>
        <w:t xml:space="preserve">[19:12] </w:t>
      </w:r>
      <w:r>
        <w:t>ghusse mein aane ke maani hain ke shaitan aap ke andar enter ho gaya.</w:t>
      </w:r>
    </w:p>
    <w:p>
      <w:pPr>
        <w:jc w:val="right"/>
      </w:pPr>
      <w:r>
        <w:t>غصے میں آنے کے معنی ہیں کہ شیطان آپ کے اندر انٹر ہو گیا۔</w:t>
      </w:r>
    </w:p>
    <w:p>
      <w:r>
        <w:rPr>
          <w:b/>
        </w:rPr>
        <w:t xml:space="preserve">[19:17] </w:t>
      </w:r>
      <w:r>
        <w:t>agar aap provoke ho gaye aur ghusse mein aa gaye aap to shaitan enter kar liya aap ke andar. ab woh bharkayega, woh aur aap ke ghusse ko bharkayega, aap ko revenge tak le aayega aur aur kahega ke in ko lesson, in ko i have to teach lesson.</w:t>
      </w:r>
    </w:p>
    <w:p>
      <w:pPr>
        <w:jc w:val="right"/>
      </w:pPr>
      <w:r>
        <w:t>اگر آپ پرووک ہو گئے اور غصے میں آ گئے آپ تو شیطان انٹر کر لیا آپ کے اندر۔ اب وہ بھڑکائے گا، وہ اور آپ کے غصے کو بھڑکائے گا، آپ کو ریونیج تک لے آئے گا اور اور کہے گا کہ ان کو لیسن، ان کو آئی ہیو ٹو ٹیچ لیسن۔</w:t>
      </w:r>
    </w:p>
    <w:p>
      <w:r>
        <w:rPr>
          <w:b/>
        </w:rPr>
        <w:t xml:space="preserve">[19:35] </w:t>
      </w:r>
      <w:r>
        <w:t>is tarah yahan tak le jayega. phir ladai bhadai sab hoga. to wahan par aap ko satan ko stoning karni hai, yani us ko bhagana hai.</w:t>
      </w:r>
    </w:p>
    <w:p>
      <w:pPr>
        <w:jc w:val="right"/>
      </w:pPr>
      <w:r>
        <w:t>اس طرح یہاں تک لے جائے گا۔ پھر لڑائی بھڑائی سب ہوگا۔ تو وہاں پر آپ کو سیٹن کو سٹوننگ کرنی ہے، یعنی اس کو بھگانا ہے۔</w:t>
      </w:r>
    </w:p>
    <w:p>
      <w:r>
        <w:rPr>
          <w:b/>
        </w:rPr>
        <w:t xml:space="preserve">[19:45] </w:t>
      </w:r>
      <w:r>
        <w:t>hadith mein bataya gaya hai ke jab bhi tum ko aisa mehsoos ho ke shaitan, satan ghus aaya hai tumhare andar to jaldi se kaho Allahumma inni aoozu bika min hamazatis shayateen Allahumma inni aoozu bika min min ash shaytanir rajeem yeh us ki stoning hogi.</w:t>
      </w:r>
    </w:p>
    <w:p>
      <w:pPr>
        <w:jc w:val="right"/>
      </w:pPr>
      <w:r>
        <w:t>حدیث میں بتایا گیا ہے کہ جب بھی تم کو ایسا محسوس ہو کہ شیطان، سیٹن گھس آیا ہے تمہارے اندر تو جلدی سے کہو اللہم انی اعوذ بک من حمدات الشیاطین اللہم انی اعوذ بک من من الشیطان الرجیم یہ اس کی سٹوننگ ہوگی۔</w:t>
      </w:r>
    </w:p>
    <w:p>
      <w:r>
        <w:rPr>
          <w:b/>
        </w:rPr>
        <w:t xml:space="preserve">[20:04] </w:t>
      </w:r>
      <w:r>
        <w:t>yani apne apne mind ko jagao, apne andar jo tumhari jo psychology hai, us ko active karo,</w:t>
      </w:r>
    </w:p>
    <w:p>
      <w:pPr>
        <w:jc w:val="right"/>
      </w:pPr>
      <w:r>
        <w:t>یعنی اپنے اپنے مائنڈ کو جگاؤ، اپنے اندر جو تمہاری جو سائیکالوجی ہے، اس کو ایکٹیو کرو،</w:t>
      </w:r>
    </w:p>
    <w:p>
      <w:r>
        <w:rPr>
          <w:b/>
        </w:rPr>
        <w:t xml:space="preserve">[20:13] </w:t>
      </w:r>
      <w:r>
        <w:t>us ke against mein khara karo apni soch ko to woh bhag jayega. woh to yeh real stoning to hum ko hoti hai yahan ki zindagi mein.</w:t>
      </w:r>
    </w:p>
    <w:p>
      <w:pPr>
        <w:jc w:val="right"/>
      </w:pPr>
      <w:r>
        <w:t>اس کے اگینسٹ میں کھڑا کرو اپنی سوچ کو تو وہ بھاگ جائے گا۔ وہ تو یہ ریئل سٹوننگ تو ہم کو ہوتی ہے یہاں کی زندگی میں۔</w:t>
      </w:r>
    </w:p>
    <w:p>
      <w:r>
        <w:rPr>
          <w:b/>
        </w:rPr>
        <w:t xml:space="preserve">[20:23] </w:t>
      </w:r>
      <w:r>
        <w:t>wohan hum symbolic stoning kar ke apne aap ko prepare karte hain real stoning ke liye ke jab bhi koi aisi baat, negative thought aaye, jab bhi koi hamare andar malice, revenge, intolerance,</w:t>
      </w:r>
    </w:p>
    <w:p>
      <w:pPr>
        <w:jc w:val="right"/>
      </w:pPr>
      <w:r>
        <w:t>وہاں ہم سمبالک سٹوننگ کر کے اپنے آپ کو پریپیئر کرتے ہیں ریئل سٹوننگ کے لیے کہ جب بھی کوئی ایسی بات، نیگیٹیو تھاٹ آئے، جب بھی کوئی ہمارے اندر میلس، ریونج، انٹولرنس،</w:t>
      </w:r>
    </w:p>
    <w:p>
      <w:r>
        <w:rPr>
          <w:b/>
        </w:rPr>
        <w:t xml:space="preserve">[20:38] </w:t>
      </w:r>
      <w:r>
        <w:t>is tarah ke koi bhi negative thought aate hain, jo woh satan hamare andar enter kar jata hai, us ko humein stoning kar ke bhagana hai.</w:t>
      </w:r>
    </w:p>
    <w:p>
      <w:pPr>
        <w:jc w:val="right"/>
      </w:pPr>
      <w:r>
        <w:t>اس طرح کے کوئی بھی نیگیٹیو تھاٹ آتے ہیں، جو وہ سیٹن ہمارے اندر انٹر کر جاتا ہے، اس کو ہمیں سٹوننگ کر کے بھگانا ہے۔</w:t>
      </w:r>
    </w:p>
    <w:p>
      <w:r>
        <w:rPr>
          <w:b/>
        </w:rPr>
        <w:t xml:space="preserve">[20:47] </w:t>
      </w:r>
      <w:r>
        <w:t>yeh wahan ki symbolic stoning jo hoti hai, us ka matlab yeh hi hai ke apne aap ko real stoning ke liye tayyar karo. jaisa ke abhi General Sabir sahib ne bara acha kaha tha ke raj'a ek hadith ka unhon ne refer ki thi ke raj'ana minal jihadi al asghar ila al jihadi al akbar to bara jihad isi ko bataya gaya hai.</w:t>
      </w:r>
    </w:p>
    <w:p>
      <w:pPr>
        <w:jc w:val="right"/>
      </w:pPr>
      <w:r>
        <w:t>یہ وہاں کی سمبالک سٹوننگ جو ہوتی ہے، اس کا مطلب یہی ہے کہ اپنے آپ کو ریئل سٹوننگ کے لیے تیار کرو۔ جیسا کہ ابھی جنرل صبر صاحب نے بڑا اچھا کہا تھا کہ رجا ایک حدیث کا انہوں نے ریفر کی تھی کہ رجانا من الجهاد الاصغر الى الجهاد الاکبر تو بڑا جہاد اسی کو بتایا گیا ہے۔</w:t>
      </w:r>
    </w:p>
    <w:p>
      <w:r>
        <w:rPr>
          <w:b/>
        </w:rPr>
        <w:t xml:space="preserve">[21:09] </w:t>
      </w:r>
      <w:r>
        <w:t>chota jihad to yeh hai ke enemy se ladna. enemy se ladna chota jihad hai. bara jihad kya hai? satan se ladna.</w:t>
      </w:r>
    </w:p>
    <w:p>
      <w:pPr>
        <w:jc w:val="right"/>
      </w:pPr>
      <w:r>
        <w:t>چھوٹا جہاد تو یہ ہے کہ اینمی سے لڑنا۔ اینمی سے لڑنا چھوٹا جہاد ہے۔ بڑا جہاد کیا ہے؟ سیٹن سے لڑنا۔</w:t>
      </w:r>
    </w:p>
    <w:p>
      <w:r>
        <w:rPr>
          <w:b/>
        </w:rPr>
        <w:t xml:space="preserve">[21:17] </w:t>
      </w:r>
      <w:r>
        <w:t>jab bhi satan aap ko activate kare, aap ke andar negative thought laye, aap ko inhuman character ki taraf le jaye, aap se aap ki nimrata chheen le, aap se modesty chheen le, jab bhi aisa kare to jaldi se aap us ki stoning kar ke bhagaiye.</w:t>
      </w:r>
    </w:p>
    <w:p>
      <w:pPr>
        <w:jc w:val="right"/>
      </w:pPr>
      <w:r>
        <w:t>جب بھی سیٹن آپ کو ایکٹیویٹ کرے، آپ کے اندر نیگیٹیو تھاٹ لائے، آپ کو ان ہیومن کریکٹر کی طرف لے جائے، آپ سے آپ کی نمرتہ چھین لے، آپ سے مودیسٹی چھین لے، جب بھی ایسا کرے تو جلدی سے آپ اس کی سٹوننگ کر کے بھگائیے۔</w:t>
      </w:r>
    </w:p>
    <w:p>
      <w:r>
        <w:rPr>
          <w:b/>
        </w:rPr>
        <w:t xml:space="preserve">[21:37] </w:t>
      </w:r>
      <w:r>
        <w:t>yeh hai bara jihad, al jihad al akbar. aise dekhiye, yeh pura Hajj kya hai?</w:t>
      </w:r>
    </w:p>
    <w:p>
      <w:pPr>
        <w:jc w:val="right"/>
      </w:pPr>
      <w:r>
        <w:t>یہ ہے بڑا جہاد، الجہاد الاکبر۔ ایسے دیکھیے، یہ پورا حج کیا ہے؟</w:t>
      </w:r>
    </w:p>
    <w:p>
      <w:r>
        <w:rPr>
          <w:b/>
        </w:rPr>
        <w:t xml:space="preserve">[21:45] </w:t>
      </w:r>
      <w:r>
        <w:t>ek rehearsal hai.</w:t>
      </w:r>
    </w:p>
    <w:p>
      <w:pPr>
        <w:jc w:val="right"/>
      </w:pPr>
      <w:r>
        <w:t>ایک ریہرسل ہے۔</w:t>
      </w:r>
    </w:p>
    <w:p>
      <w:r>
        <w:rPr>
          <w:b/>
        </w:rPr>
        <w:t xml:space="preserve">[21:47] </w:t>
      </w:r>
      <w:r>
        <w:t>rehearsal hai yani hum hum ko prepare karta hai ke hum kaise society mein rahen. to ek jagah thi, us ko kehte hain Muzdalifah.</w:t>
      </w:r>
    </w:p>
    <w:p>
      <w:pPr>
        <w:jc w:val="right"/>
      </w:pPr>
      <w:r>
        <w:t>ریہرسل ہے یعنی ہم ہم کو پریپیئر کرتا ہے کہ ہم کیسے سوسائٹی میں رہیں۔ تو ایک جگہ تھی، اس کو کہتے ہیں مزدلفہ۔</w:t>
      </w:r>
    </w:p>
    <w:p>
      <w:r>
        <w:rPr>
          <w:b/>
        </w:rPr>
        <w:t xml:space="preserve">[21:58] </w:t>
      </w:r>
      <w:r>
        <w:t>Muzdalifah se log aage badhe to tez chalne lage. jaise aaj kal aap jante honge ke jahan stoning ki jati hai, wahan log rush karte hain aur is time peer ho jata hai.</w:t>
      </w:r>
    </w:p>
    <w:p>
      <w:pPr>
        <w:jc w:val="right"/>
      </w:pPr>
      <w:r>
        <w:t>مزدلفہ سے لوگ آگے بڑھے تو تیز چلنے لگے۔ جیسے آج کل آپ جانتے ہوں گے کہ جہاں سٹوننگ کی جاتی ہے، وہاں لوگ رش کرتے ہیں اور اس ٹائم پیر ہو جاتا ہے۔</w:t>
      </w:r>
    </w:p>
    <w:p>
      <w:r>
        <w:rPr>
          <w:b/>
        </w:rPr>
        <w:t xml:space="preserve">[22:09] </w:t>
      </w:r>
      <w:r>
        <w:t>yahan tak na bataya jata hai. yeh sab bilkul haram hai Islam mein.</w:t>
      </w:r>
    </w:p>
    <w:p>
      <w:pPr>
        <w:jc w:val="right"/>
      </w:pPr>
      <w:r>
        <w:t>یہاں تک نہ بتایا جاتا ہے۔ یہ سب بالکل حرام ہے اسلام میں۔</w:t>
      </w:r>
    </w:p>
    <w:p>
      <w:r>
        <w:rPr>
          <w:b/>
        </w:rPr>
        <w:t xml:space="preserve">[22:13] </w:t>
      </w:r>
      <w:r>
        <w:t>to ek jagah log tez chale wahan se, yani Muzdalifah se aage badhne ke liye. to aap ne kaha, Rasool Allah ne, Prophet ne kaha ke as-sakina ayyuha an-nas, as-sakina ayyuha an-nas,</w:t>
      </w:r>
    </w:p>
    <w:p>
      <w:pPr>
        <w:jc w:val="right"/>
      </w:pPr>
      <w:r>
        <w:t>تو ایک جگہ لوگ تیز چلے وہاں سے، یعنی مزدلفہ سے آگے بڑھنے کے لیے۔ تو آپ نے کہا، رسول اللہ نے، پرافٹ نے کہا کہ السکینہ ایہا الناس، السکینہ ایہا الناس،</w:t>
      </w:r>
    </w:p>
    <w:p>
      <w:r>
        <w:rPr>
          <w:b/>
        </w:rPr>
        <w:t xml:space="preserve">[22:28] </w:t>
      </w:r>
      <w:r>
        <w:t>fa-indal bil ra'is ibn al 'isa aey logon! dheere chalo, aey logon! dheere chalo. tez chalne mein koi neki nahin hai.</w:t>
      </w:r>
    </w:p>
    <w:p>
      <w:pPr>
        <w:jc w:val="right"/>
      </w:pPr>
      <w:r>
        <w:t>فیندل بالرئیس ابن العیسی اے لوگوں! دھیرے چلو، اے لوگوں! دھیرے چلو۔ تیز چلنے میں کوئی نیکی نہیں ہے۔</w:t>
      </w:r>
    </w:p>
    <w:p>
      <w:r>
        <w:rPr>
          <w:b/>
        </w:rPr>
        <w:t xml:space="preserve">[22:37] </w:t>
      </w:r>
      <w:r>
        <w:t>tez chalna koi achi baat nahin hai.</w:t>
      </w:r>
    </w:p>
    <w:p>
      <w:pPr>
        <w:jc w:val="right"/>
      </w:pPr>
      <w:r>
        <w:t>تیز چلنا کوئی اچھی بات نہیں ہے۔</w:t>
      </w:r>
    </w:p>
    <w:p>
      <w:r>
        <w:rPr>
          <w:b/>
        </w:rPr>
        <w:t xml:space="preserve">[22:41] </w:t>
      </w:r>
      <w:r>
        <w:t>to ahista chalna aur tez chalna kya cheez hai? aap doosron se dhakel kar aage badhna chahte hain. is ka naam hai tez chalna.</w:t>
      </w:r>
    </w:p>
    <w:p>
      <w:pPr>
        <w:jc w:val="right"/>
      </w:pPr>
      <w:r>
        <w:t>تو آہستہ چلنا اور تیز چلنا کیا چیز ہے؟ آپ دوسروں سے دھکیل کر آگے بڑھنا چاہتے ہیں۔ اس کا نام ہے تیز چلنا۔</w:t>
      </w:r>
    </w:p>
    <w:p>
      <w:r>
        <w:rPr>
          <w:b/>
        </w:rPr>
        <w:t xml:space="preserve">[22:51] </w:t>
      </w:r>
      <w:r>
        <w:t>jab bohat se log hon to tez kyon chalta hai aadmi? aage nikalne ke liye. to yeh ek shaitani kaam hai. jab aap bohat se logon ke sath hain, aap ko doosron ko rasta dena chahiye.</w:t>
      </w:r>
    </w:p>
    <w:p>
      <w:pPr>
        <w:jc w:val="right"/>
      </w:pPr>
      <w:r>
        <w:t>جب بہت سے لوگ ہوں تو تیز کیوں چلتا ہے آدمی؟ آگے نکلنے کے لیے۔ تو یہ ایک شیطانی کام ہے۔ جب آپ بہت سے لوگوں کے ساتھ ہیں، آپ کو دوسروں کو راستہ دینا چاہیے۔</w:t>
      </w:r>
    </w:p>
    <w:p>
      <w:r>
        <w:rPr>
          <w:b/>
        </w:rPr>
        <w:t xml:space="preserve">[23:06] </w:t>
      </w:r>
      <w:r>
        <w:t>apne ko peechay kar ke doosre ko mauqa dena chahiye ke woh aage barhay.</w:t>
      </w:r>
    </w:p>
    <w:p>
      <w:pPr>
        <w:jc w:val="right"/>
      </w:pPr>
      <w:r>
        <w:t>اپنے کو پیچھے کر کے دوسرے کو موقع دینا چاہیے کہ وہ آگے بڑھے۔</w:t>
      </w:r>
    </w:p>
    <w:p>
      <w:r>
        <w:rPr>
          <w:b/>
        </w:rPr>
        <w:t xml:space="preserve">[23:10] </w:t>
      </w:r>
      <w:r>
        <w:t>yeh hai al-sakinah aiyha al-nas to wahan par log chahtay thay ke doosron ko, yaani rush kar ke, doosre aage barh jayen. to aap ne roka, aisa aisa mat karo.</w:t>
      </w:r>
    </w:p>
    <w:p>
      <w:pPr>
        <w:jc w:val="right"/>
      </w:pPr>
      <w:r>
        <w:t>یہ ہے السکینہ ایہا الناس تو وہاں پر لوگ چاہتے تھے کہ دوسروں کو، یعنی رش کر کے، دوسرے آگے بڑھ جائیں۔ تو آپ نے روکا، ایسا ایسا مت کرو۔</w:t>
      </w:r>
    </w:p>
    <w:p>
      <w:r>
        <w:rPr>
          <w:b/>
        </w:rPr>
        <w:t xml:space="preserve">[23:23] </w:t>
      </w:r>
      <w:r>
        <w:t>to yeh bhi ek training hai is baat ki ke aap jab samaj mein hon, bhir mein hon, logon ke sath hon to aap ka character kya hona chahiye?</w:t>
      </w:r>
    </w:p>
    <w:p>
      <w:pPr>
        <w:jc w:val="right"/>
      </w:pPr>
      <w:r>
        <w:t>تو یہ بھی ایک ٹریننگ ہے اس بات کی کہ آپ جب سماج میں ہوں، بھیڑ میں ہوں، لوگوں کے ساتھ ہوں تو آپ کا کریکٹر کیا ہونا چاہیے؟</w:t>
      </w:r>
    </w:p>
    <w:p>
      <w:r>
        <w:rPr>
          <w:b/>
        </w:rPr>
        <w:t xml:space="preserve">[23:33] </w:t>
      </w:r>
      <w:r>
        <w:t>aap ka character yeh hona chahiye ke aap doosron ko mauqa den. doosron ko mauqa de kar khush hon aap.</w:t>
      </w:r>
    </w:p>
    <w:p>
      <w:pPr>
        <w:jc w:val="right"/>
      </w:pPr>
      <w:r>
        <w:t>آپ کا کریکٹر یہ ہونا چاہیے کہ آپ دوسروں کو موقع دیں۔ دوسروں کو موقع دے کر خوش ہوں آپ۔</w:t>
      </w:r>
    </w:p>
    <w:p>
      <w:r>
        <w:rPr>
          <w:b/>
        </w:rPr>
        <w:t xml:space="preserve">[23:41] </w:t>
      </w:r>
      <w:r>
        <w:t>yaani apne ko aage barha kar khush hona yeh to ek arrogance ki baat hai, to ghamand ki baat hai. doosron ko aage barhanay ka mauqa den aap, phir khush hon.</w:t>
      </w:r>
    </w:p>
    <w:p>
      <w:pPr>
        <w:jc w:val="right"/>
      </w:pPr>
      <w:r>
        <w:t>یعنی اپنے کو آگے بڑھا کر خوش ہونا یہ تو ایک ارگینس کی بات ہے، تو گھمنڈ کی بات ہے۔ دوسروں کو آگے بڑھانے کا موقع دیں آپ، پھر خوش ہوں۔</w:t>
      </w:r>
    </w:p>
    <w:p>
      <w:r>
        <w:rPr>
          <w:b/>
        </w:rPr>
        <w:t xml:space="preserve">[23:52] </w:t>
      </w:r>
      <w:r>
        <w:t>yeh hai modesty aur yeh hai, yahi hai virtue, yahi hai neki. wahan par dekhiye, ek cheez yeh hai ke woh jo area hai, woh poora area ek historical area hai.</w:t>
      </w:r>
    </w:p>
    <w:p>
      <w:pPr>
        <w:jc w:val="right"/>
      </w:pPr>
      <w:r>
        <w:t>یہ ہے موریسٹی اور یہ ہے، یہی ہے ورچو، یہی ہے نیکی۔ وہاں پر دیکھیے، ایک چیز یہ ہے کہ وہ جو ایریا ہے، وہ پورا ایریا ایک ہسٹاریکل ایریا ہے۔</w:t>
      </w:r>
    </w:p>
    <w:p>
      <w:r>
        <w:rPr>
          <w:b/>
        </w:rPr>
        <w:t xml:space="preserve">[24:09] </w:t>
      </w:r>
      <w:r>
        <w:t>wahan par ek chaar hazar saal, yaani ab se shumar karein to chaar hazar saal bante hain. us waqt shumar karein to dhai hazar saal bante hain.</w:t>
      </w:r>
    </w:p>
    <w:p>
      <w:pPr>
        <w:jc w:val="right"/>
      </w:pPr>
      <w:r>
        <w:t>وہاں پر ایک چار ہزار سال، یعنی اب سے شمار کریں تو چار ہزار سال بنتے ہیں۔ اس وقت شمار کریں تو ڈھائی ہزار سال بنتے ہیں۔</w:t>
      </w:r>
    </w:p>
    <w:p>
      <w:r>
        <w:rPr>
          <w:b/>
        </w:rPr>
        <w:t xml:space="preserve">[24:20] </w:t>
      </w:r>
      <w:r>
        <w:t>is area mein ek poori history hai. history prophet Ibrahim ki, prophet Ismail ki, prophet Muhammad ki, prophet Muhammad ki companions ki ek poori history wahan banti hai.</w:t>
      </w:r>
    </w:p>
    <w:p>
      <w:pPr>
        <w:jc w:val="right"/>
      </w:pPr>
      <w:r>
        <w:t>اس ایریا میں ایک پوری ہسٹری ہے۔ ہسٹری پرافٹ ابراہیم کی، پرافٹ اسماعیل کی، پرافٹ محمد کی، پرافٹ محمد کی کمپیگنس کی ایک پوری ہسٹری وہاں بنتی ہے۔</w:t>
      </w:r>
    </w:p>
    <w:p>
      <w:r>
        <w:rPr>
          <w:b/>
        </w:rPr>
        <w:t xml:space="preserve">[24:35] </w:t>
      </w:r>
      <w:r>
        <w:t>to jab wahan jata hai aadmi to, to aaj kal ki haaliya to khali masayib rat lete hain, bas rat lete hain aur rat kar ke ja ke dohrate rehte hain.</w:t>
      </w:r>
    </w:p>
    <w:p>
      <w:pPr>
        <w:jc w:val="right"/>
      </w:pPr>
      <w:r>
        <w:t>تو جب وہاں جاتا ہے آدمی تو، تو آج کل کی حالیہ تو خالی مصائب رٹ لیتے ہیں، بس رٹ لیتے ہیں اور رٹ کر کے جا کے دہراتے رہتے ہیں۔</w:t>
      </w:r>
    </w:p>
    <w:p>
      <w:r>
        <w:rPr>
          <w:b/>
        </w:rPr>
        <w:t xml:space="preserve">[24:45] </w:t>
      </w:r>
      <w:r>
        <w:t>sahi haj woh hai ke aap in books ko parh kar jayen, in kitabon ko parh kar jayen jis mein is ki history batai gayi hai taake jab wahan ja ke aap associate kar saken us ko.</w:t>
      </w:r>
    </w:p>
    <w:p>
      <w:pPr>
        <w:jc w:val="right"/>
      </w:pPr>
      <w:r>
        <w:t>صحیح حج وہ ہے کہ آپ ان بکس کو پڑھ کر جائیں، ان کتابوں کو پڑھ کر جائیں جس میں اس کی ہسٹری بتائی گئی ہے تاکہ جب وہاں جا کے آپ ایسوسیٹ کر سکیں اس کو۔</w:t>
      </w:r>
    </w:p>
    <w:p>
      <w:r>
        <w:rPr>
          <w:b/>
        </w:rPr>
        <w:t xml:space="preserve">[24:57] </w:t>
      </w:r>
      <w:r>
        <w:t>jab jab aap woh jaghen dekhen, aap yahan yeh hua, yahan yeh hua, yahan yeh hua to aap ka mind usay associate karega.</w:t>
      </w:r>
    </w:p>
    <w:p>
      <w:pPr>
        <w:jc w:val="right"/>
      </w:pPr>
      <w:r>
        <w:t>جب جب آپ وہ جگہیں دیکھیں، آپ یہاں یہ ہوا، یہاں یہ ہوا، یہاں یہ ہوا تو آپ کا مائنڈ اسے ایسوسیٹ کرے گا۔</w:t>
      </w:r>
    </w:p>
    <w:p>
      <w:r>
        <w:rPr>
          <w:b/>
        </w:rPr>
        <w:t xml:space="preserve">[25:04] </w:t>
      </w:r>
      <w:r>
        <w:t>phir aap ko inspiration milega, phir aap ko inspiration milega. jaise ke Kaba mein shayad aap jante hon ke wahan par woh cover hota hai, us ko aap ghilaf kehte hain, ghilaf e Kaba, cover kalay rang ka.</w:t>
      </w:r>
    </w:p>
    <w:p>
      <w:pPr>
        <w:jc w:val="right"/>
      </w:pPr>
      <w:r>
        <w:t>پھر آپ کو انسٹیٹیوشن ملے گا، پھر آپ کو انسٹیٹیوشن ملے گا۔ جیسے کہ کعبہ میں شاید آپ جانتے ہوں کہ وہاں پر وہ کور ہوتا ہے، اس کو آپ غلاف کہتے ہیں، غلاف کعبہ، کور کالے رنگ کا۔</w:t>
      </w:r>
    </w:p>
    <w:p>
      <w:r>
        <w:rPr>
          <w:b/>
        </w:rPr>
        <w:t xml:space="preserve">[25:21] </w:t>
      </w:r>
      <w:r>
        <w:t>to prophet ne jab Makkah ko aap ne occupy kar liya aur Makkah pe aap ka woh ho gaya, aap ko mil gaya wahan par</w:t>
      </w:r>
    </w:p>
    <w:p>
      <w:pPr>
        <w:jc w:val="right"/>
      </w:pPr>
      <w:r>
        <w:t>تو پرافٹ نے جب مکہ کو آپ نے اکوپائی کر لیا اور مکہ پہ آپ کا وہ ہو گیا، آپ کو مل گیا وہاں پر</w:t>
      </w:r>
    </w:p>
    <w:p>
      <w:r>
        <w:rPr>
          <w:b/>
        </w:rPr>
        <w:t xml:space="preserve">[25:30] </w:t>
      </w:r>
      <w:r>
        <w:t>to us waqt Kaba ke oopar jo kapra charha hua tha, woh mushrik logon ne charhaya tha, mushrik logon ne.</w:t>
      </w:r>
    </w:p>
    <w:p>
      <w:pPr>
        <w:jc w:val="right"/>
      </w:pPr>
      <w:r>
        <w:t>تو اس وقت کعبہ کے اوپر جو کپڑا چڑھا ہوا تھا، وہ مشرک لوگوں نے چڑھایا تھا، مشرک لوگوں نے۔</w:t>
      </w:r>
    </w:p>
    <w:p>
      <w:r>
        <w:rPr>
          <w:b/>
        </w:rPr>
        <w:t xml:space="preserve">[25:41] </w:t>
      </w:r>
      <w:r>
        <w:t>yaani kyunke us waqt mushrik hi mushrik logon ke hi control mein tha Kaba. Rasool Allah se pehle Kaba jo tha, mushrik logon ke control mein tha.</w:t>
      </w:r>
    </w:p>
    <w:p>
      <w:pPr>
        <w:jc w:val="right"/>
      </w:pPr>
      <w:r>
        <w:t>یعنی کیونکہ اس وقت مشرک ہی مشرک لوگوں کے ہی کنٹرول میں تھا کعبہ۔ رسول اللہ سے پہلے کعبہ جو تھا، مشرک لوگوں کے کنٹرول میں تھا۔</w:t>
      </w:r>
    </w:p>
    <w:p>
      <w:r>
        <w:rPr>
          <w:b/>
        </w:rPr>
        <w:t xml:space="preserve">[25:51] </w:t>
      </w:r>
      <w:r>
        <w:t>to unhon ne kapra charhaya tha.</w:t>
      </w:r>
    </w:p>
    <w:p>
      <w:pPr>
        <w:jc w:val="right"/>
      </w:pPr>
      <w:r>
        <w:t>تو انہوں نے کپڑا چڑھایا تھا۔</w:t>
      </w:r>
    </w:p>
    <w:p>
      <w:r>
        <w:rPr>
          <w:b/>
        </w:rPr>
        <w:t xml:space="preserve">[25:53] </w:t>
      </w:r>
      <w:r>
        <w:t>to aaj kal jo logon ke mind mein hota hai, woh sochte hain ke bhai yeh to mushrik ki pehchan hai, us ko jaldi se hatao, us ko nikalo yahan se. lekin kisi ne yeh socha bhi nahi hai ke is kapre ko hatao.</w:t>
      </w:r>
    </w:p>
    <w:p>
      <w:pPr>
        <w:jc w:val="right"/>
      </w:pPr>
      <w:r>
        <w:t>تو آج کل جو لوگوں کے مائنڈ میں ہوتا ہے، وہ سوچتے ہیں کہ بھئی یہ تو مشرک کی پہچان ہے، اس کو جلدی سے ہٹاؤ، اس کو نکالو یہاں سے۔ لیکن کسی نے یہ سوچا بھی نہیں ہے کہ اس کپڑے کو ہٹاؤ۔</w:t>
      </w:r>
    </w:p>
    <w:p>
      <w:r>
        <w:rPr>
          <w:b/>
        </w:rPr>
        <w:t xml:space="preserve">[26:07] </w:t>
      </w:r>
      <w:r>
        <w:t>wohi kapra jo mushrik logon ne charhaya tha, wahan par jo jo ghilaf, wahi ghilaf baqi raha. agarche wahan par Rasool Allah ka occupation ho chuka tha, tab bhi phir badla kab gaya?</w:t>
      </w:r>
    </w:p>
    <w:p>
      <w:pPr>
        <w:jc w:val="right"/>
      </w:pPr>
      <w:r>
        <w:t>وہی کپڑا جو مشرک لوگوں نے چڑھایا تھا، وہاں پر جو جو غلاف، وہی غلاف باقی رہا۔ اگرچہ وہاں پر رسول اللہ کا اکوپیشن ہو چکا تھا، تب بھی پھر بدلہ کب گیا؟</w:t>
      </w:r>
    </w:p>
    <w:p>
      <w:r>
        <w:rPr>
          <w:b/>
        </w:rPr>
        <w:t xml:space="preserve">[26:22] </w:t>
      </w:r>
      <w:r>
        <w:t>badla gaya ke ek koi ek boodhi aurat aayi, woh jo aap jante honge, jo jis ko kehte hain dhooni dena, yaani koi luban waghera jala kar ke us ka dhuwan dete hain.</w:t>
      </w:r>
    </w:p>
    <w:p>
      <w:pPr>
        <w:jc w:val="right"/>
      </w:pPr>
      <w:r>
        <w:t>بدلہ گیا کہ ایک کوئی ایک بوڑھی عورت آئی، وہ جو آپ جانتے ہوں گے، جو جس کو کہتے ہیں دھونی دینا، یعنی کوئی لوبان وغیرہ جلا کر کے اس کا دھواں دیتے ہیں۔</w:t>
      </w:r>
    </w:p>
    <w:p>
      <w:r>
        <w:rPr>
          <w:b/>
        </w:rPr>
        <w:t xml:space="preserve">[26:34] </w:t>
      </w:r>
      <w:r>
        <w:t>to woh puranay zamanay ki koi lady thi, boodhi, to woh aise karne lagi, Kaba ke charon taraf woh dhooni dene lagi.</w:t>
      </w:r>
    </w:p>
    <w:p>
      <w:pPr>
        <w:jc w:val="right"/>
      </w:pPr>
      <w:r>
        <w:t>تو وہ پرانے زمانے کی کوئی لیڈی تھی، بوڑھی، تو وہ ایسے کرنے لگی، کعبہ کے چاروں طرف وہ دھونی دینے لگی۔</w:t>
      </w:r>
    </w:p>
    <w:p>
      <w:r>
        <w:rPr>
          <w:b/>
        </w:rPr>
        <w:t xml:space="preserve">[26:43] </w:t>
      </w:r>
      <w:r>
        <w:t>tu</w:t>
      </w:r>
    </w:p>
    <w:p>
      <w:pPr>
        <w:jc w:val="right"/>
      </w:pPr>
      <w:r>
        <w:t>تو</w:t>
      </w:r>
    </w:p>
    <w:p>
      <w:r>
        <w:rPr>
          <w:b/>
        </w:rPr>
        <w:t xml:space="preserve">[26:44] </w:t>
      </w:r>
      <w:r>
        <w:t>is ki wajah se kya hua ke us mein aag lag gayi aur woh ghilaf e Kaba jo tha, kapre ka hota tha, woh to aaj bhi kapre ka hota hai, to woh jal gaya.</w:t>
      </w:r>
    </w:p>
    <w:p>
      <w:pPr>
        <w:jc w:val="right"/>
      </w:pPr>
      <w:r>
        <w:t>اس کی وجہ سے کیا ہوا کہ اس میں آگ لگ گئی اور وہ غلاف کعبہ جو تھا، کپڑے کا ہوتا تھا، وہ تو آج بھی کپڑے کا ہوتا ہے، تو وہ جل گیا۔</w:t>
      </w:r>
    </w:p>
    <w:p>
      <w:r>
        <w:rPr>
          <w:b/>
        </w:rPr>
        <w:t xml:space="preserve">[26:56] </w:t>
      </w:r>
      <w:r>
        <w:t>jab woh jal gaya, tab us ko badla gaya. is mein kitna bara ek lesson hai, dekhiye ke yeh yeh soch ke yaar mushrikeen ne yeh charhaya tha, us ko hum badlenge, yeh soch galat hai.</w:t>
      </w:r>
    </w:p>
    <w:p>
      <w:pPr>
        <w:jc w:val="right"/>
      </w:pPr>
      <w:r>
        <w:t>جب وہ جل گیا، تب اس کو بدلا گیا۔ اس میں کتنا بڑا ایک لیسن ہے، دیکھیے کہ یہ یہ سوچ کہ یار مشرکین نے یہ چڑھایا تھا، اس کو ہم بدلیں گے، یہ سوچ غلط ہے۔</w:t>
      </w:r>
    </w:p>
    <w:p>
      <w:r>
        <w:rPr>
          <w:b/>
        </w:rPr>
        <w:t xml:space="preserve">[27:11] </w:t>
      </w:r>
      <w:r>
        <w:t>woh bhi insan thay,</w:t>
      </w:r>
    </w:p>
    <w:p>
      <w:pPr>
        <w:jc w:val="right"/>
      </w:pPr>
      <w:r>
        <w:t>وہ بھی انسان تھے،</w:t>
      </w:r>
    </w:p>
    <w:p>
      <w:r>
        <w:rPr>
          <w:b/>
        </w:rPr>
        <w:t xml:space="preserve">[27:13] </w:t>
      </w:r>
      <w:r>
        <w:t>kapde mein nashr kar rahe hain, toheed hai, kapda to kapda hai, woh to cotton ka. aap jo charhayenge, woh bhi cotton ka hoga, unhon ne jo charhaya, woh bhi cotton ka hoga.</w:t>
      </w:r>
    </w:p>
    <w:p>
      <w:pPr>
        <w:jc w:val="right"/>
      </w:pPr>
      <w:r>
        <w:t>کپڑے میں نشر کر رہے ہیں، توحید ہے، کپڑا تو کپڑا ہے، وہ تو کاٹن کا۔ آپ جو چڑھائیں گے، وہ بھی کاٹن کا ہوگا، انہوں نے جو چڑھایا، وہ بھی کاٹن کا ہوگا۔</w:t>
      </w:r>
    </w:p>
    <w:p>
      <w:r>
        <w:rPr>
          <w:b/>
        </w:rPr>
        <w:t xml:space="preserve">[27:23] </w:t>
      </w:r>
      <w:r>
        <w:t>yeh realistic approach hai, realistic approach. to jab woh jab tak woh nahi jala tha, tab tak wahi kabhi raha.</w:t>
      </w:r>
    </w:p>
    <w:p>
      <w:pPr>
        <w:jc w:val="right"/>
      </w:pPr>
      <w:r>
        <w:t>یہ ریلسٹک اپروچ ہے، ریلسٹک اپروچ۔ تو جب وہ جب تک وہ نہیں جلا تھا، تب تک وہی کبھی رہا۔</w:t>
      </w:r>
    </w:p>
    <w:p>
      <w:r>
        <w:rPr>
          <w:b/>
        </w:rPr>
        <w:t xml:space="preserve">[27:31] </w:t>
      </w:r>
      <w:r>
        <w:t>jab jal gaya to badal diya gaya, kyunke ab to badalna hi tha, ab to woh need ban gaya, zaroorat ban gayi. to</w:t>
      </w:r>
    </w:p>
    <w:p>
      <w:pPr>
        <w:jc w:val="right"/>
      </w:pPr>
      <w:r>
        <w:t>جب جل گیا تو بدل دیا گیا، کیونکہ اب تو بدلنا ہی تھا، اب تو وہ نیڈ بن گیا، ضرورت بن گئی۔ تو</w:t>
      </w:r>
    </w:p>
    <w:p>
      <w:r>
        <w:rPr>
          <w:b/>
        </w:rPr>
        <w:t xml:space="preserve">[27:40] </w:t>
      </w:r>
      <w:r>
        <w:t>jab tak yani zaroorat nahi bani, tab tak usko nahi badla gaya. is se aap ek ek inspiration lenge ke islam mein bohat zyada realism hai, realistic approach bhi islam ka ek tareeqa hai.</w:t>
      </w:r>
    </w:p>
    <w:p>
      <w:pPr>
        <w:jc w:val="right"/>
      </w:pPr>
      <w:r>
        <w:t>جب تک یعنی ضرورت نہیں بنی، تب تک اس کو نہیں بدلا گیا۔ اس سے آپ ایک ایک انسپیریشن لیں گے کہ اسلام میں بہت زیادہ ریلزم ہے، ریلسٹک اپروچ بھی اسلام کا ایک طریقہ ہے۔</w:t>
      </w:r>
    </w:p>
    <w:p>
      <w:r>
        <w:rPr>
          <w:b/>
        </w:rPr>
        <w:t xml:space="preserve">[27:56] </w:t>
      </w:r>
      <w:r>
        <w:t>is tarah ki bohat si baatein hain wahan jo aap jab woh parh kar jayen, un baaton ko, us history ko parh kar jayen, woh prophet ki history, companion ki history, to jagah jagah aap is se associate karenge apne ko.</w:t>
      </w:r>
    </w:p>
    <w:p>
      <w:pPr>
        <w:jc w:val="right"/>
      </w:pPr>
      <w:r>
        <w:t>اس طرح کی بہت سی باتیں ہیں وہاں جو آپ جب وہ پڑھ کر جائیں، ان باتوں کو، اس ہسٹری کو پڑھ کر جائیں، وہ پرافٹ کی ہسٹری، کمپیگن کی ہسٹری، تو جگہ جگہ آپ اس سے ایسوسیٹ کریں گے اپنے کو۔</w:t>
      </w:r>
    </w:p>
    <w:p>
      <w:r>
        <w:rPr>
          <w:b/>
        </w:rPr>
        <w:t xml:space="preserve">[28:11] </w:t>
      </w:r>
      <w:r>
        <w:t>associate kar ke is se aap ko special milega. phir dekhiye, sab se bara jo wahan par hota hai, woh hai maidan e arafat.</w:t>
      </w:r>
    </w:p>
    <w:p>
      <w:pPr>
        <w:jc w:val="right"/>
      </w:pPr>
      <w:r>
        <w:t>ایسوسیٹ کر کے اس سے آپ کو اسپیشل ملے گا۔ پھر دیکھیے، سب سے بڑا جو وہاں پر ہوتا ہے، وہ ہے میدان عرفات۔</w:t>
      </w:r>
    </w:p>
    <w:p>
      <w:r>
        <w:rPr>
          <w:b/>
        </w:rPr>
        <w:t xml:space="preserve">[28:22] </w:t>
      </w:r>
      <w:r>
        <w:t>jo hai is mein ikattha hote hain log,</w:t>
      </w:r>
    </w:p>
    <w:p>
      <w:pPr>
        <w:jc w:val="right"/>
      </w:pPr>
      <w:r>
        <w:t>جو ہے اس میں اکٹھا ہوتے ہیں لوگ،</w:t>
      </w:r>
    </w:p>
    <w:p>
      <w:r>
        <w:rPr>
          <w:b/>
        </w:rPr>
        <w:t xml:space="preserve">[28:25] </w:t>
      </w:r>
      <w:r>
        <w:t>sab ke sab wahan ikattha hote hain. bohat bara maidan hai. to wahan par sab log jab ikattha hue to prophet ne wahan par logon ko address kiya.</w:t>
      </w:r>
    </w:p>
    <w:p>
      <w:pPr>
        <w:jc w:val="right"/>
      </w:pPr>
      <w:r>
        <w:t>سب کے سب وہاں اکٹھا ہوتے ہیں۔ بہت بڑا میدان ہے۔ تو وہاں پر سب لوگ جب اکٹھا ہوئے تو پرافٹ نے وہاں پر لوگوں کو ایڈریس کیا۔</w:t>
      </w:r>
    </w:p>
    <w:p>
      <w:r>
        <w:rPr>
          <w:b/>
        </w:rPr>
        <w:t xml:space="preserve">[28:38] </w:t>
      </w:r>
      <w:r>
        <w:t>is address mein jo baatein kahin aap ne, woh kitabon mein aaj bhi maujood hain aur woh bohat hi important hain.</w:t>
      </w:r>
    </w:p>
    <w:p>
      <w:pPr>
        <w:jc w:val="right"/>
      </w:pPr>
      <w:r>
        <w:t>اس ایڈریس میں جو باتیں کہیں آپ نے، وہ کتابوں میں آج بھی موجود ہیں اور وہ بہت ہی امپورٹنٹ ہیں۔</w:t>
      </w:r>
    </w:p>
    <w:p>
      <w:r>
        <w:rPr>
          <w:b/>
        </w:rPr>
        <w:t xml:space="preserve">[28:46] </w:t>
      </w:r>
      <w:r>
        <w:t>is mein sab se pehle jo baat milegi aap ko, yeh milegi ke la fazla li arabi ala ajami wala ajami ala arabi wala aswad ala ahmar wala ahmar ala aswad illa bil taqwa</w:t>
      </w:r>
    </w:p>
    <w:p>
      <w:pPr>
        <w:jc w:val="right"/>
      </w:pPr>
      <w:r>
        <w:t>اس میں سب سے پہلے جو بات ملے گی آپ کو، یہ ملے گی کہ لا فضل لعربی العالمین ولا لعربی العالمین ولا اسود الاحمر ولا الاحمر اسود الا بالتقوی</w:t>
      </w:r>
    </w:p>
    <w:p>
      <w:r>
        <w:rPr>
          <w:b/>
        </w:rPr>
        <w:t xml:space="preserve">[29:03] </w:t>
      </w:r>
      <w:r>
        <w:t>jo aap us waqt head of the state the. arab poora ka poora ek state ban chuka tha, us ke aap head the.</w:t>
      </w:r>
    </w:p>
    <w:p>
      <w:pPr>
        <w:jc w:val="right"/>
      </w:pPr>
      <w:r>
        <w:t>جو آپ اس وقت ہیڈ آف دی اسٹیٹ تھے۔ عرب پورا کا پورا ایک اسٹیٹ بن چکا تھا، اس کے آپ ہیڈ تھے۔</w:t>
      </w:r>
    </w:p>
    <w:p>
      <w:r>
        <w:rPr>
          <w:b/>
        </w:rPr>
        <w:t xml:space="preserve">[29:13] </w:t>
      </w:r>
      <w:r>
        <w:t>to oont par sawar ho kar ke aap ne yeh address kiya tha.</w:t>
      </w:r>
    </w:p>
    <w:p>
      <w:pPr>
        <w:jc w:val="right"/>
      </w:pPr>
      <w:r>
        <w:t>تو اونٹ پر سوار ہو کر کے آپ نے یہ ایڈریس کیا تھا۔</w:t>
      </w:r>
    </w:p>
    <w:p>
      <w:r>
        <w:rPr>
          <w:b/>
        </w:rPr>
        <w:t xml:space="preserve">[29:19] </w:t>
      </w:r>
      <w:r>
        <w:t>to kaha head of the state ki hesiyat se aap ne yeh yeh declare kiya. ek ek declaration tha yeh ke arab ko arabi ko ajami par koi superiority nahi hai.</w:t>
      </w:r>
    </w:p>
    <w:p>
      <w:pPr>
        <w:jc w:val="right"/>
      </w:pPr>
      <w:r>
        <w:t>تو کہا ہیڈ آف دی اسٹیٹ کی حیثیت سے آپ نے یہ یہ ڈیکلیئر کیا۔ ایک ایک ڈیکلریشن تھا یہ کہ عرب کو عربی کو عجمی پر کوئی سپیریٹی نہیں ہے۔</w:t>
      </w:r>
    </w:p>
    <w:p>
      <w:r>
        <w:rPr>
          <w:b/>
        </w:rPr>
        <w:t xml:space="preserve">[29:35] </w:t>
      </w:r>
      <w:r>
        <w:t>ajami ko arabi par ya arabi ko ajami par koi superiority nahi hai. kisi black ko kisi white par superiority nahi hai. na white ko black par, na black ko white par superiority hai.</w:t>
      </w:r>
    </w:p>
    <w:p>
      <w:pPr>
        <w:jc w:val="right"/>
      </w:pPr>
      <w:r>
        <w:t>عجمی کو عربی پر یا عربی کو عجمی پر کوئی سپیریٹی نہیں ہے۔ کسی بلیک کو کسی وائٹ پر سپیریٹی نہیں ہے۔ نہ وائٹ کو بلیک پر، نہ بلیک کو وائٹ پر سپیریٹی ہے۔</w:t>
      </w:r>
    </w:p>
    <w:p>
      <w:r>
        <w:rPr>
          <w:b/>
        </w:rPr>
        <w:t xml:space="preserve">[29:46] </w:t>
      </w:r>
      <w:r>
        <w:t>sab insan barabar hain, sab insan barabar hain.</w:t>
      </w:r>
    </w:p>
    <w:p>
      <w:pPr>
        <w:jc w:val="right"/>
      </w:pPr>
      <w:r>
        <w:t>سب انسان برابر ہیں، سب انسان برابر ہیں۔</w:t>
      </w:r>
    </w:p>
    <w:p>
      <w:r>
        <w:rPr>
          <w:b/>
        </w:rPr>
        <w:t xml:space="preserve">[29:50] </w:t>
      </w:r>
      <w:r>
        <w:t>yeh ek human equality ka ek ek ek elaan tha, ek declaration tha jo head of the state ki zuban se wahan par kiya gaya.</w:t>
      </w:r>
    </w:p>
    <w:p>
      <w:pPr>
        <w:jc w:val="right"/>
      </w:pPr>
      <w:r>
        <w:t>یہ ایک ہیومن ایکولٹی کا ایک ایک ایک اعلان تھا، ایک ڈیکلیریشن تھا جو ہیڈ آف دی اسٹیٹ کی زبان سے وہاں پر کیا گیا۔</w:t>
      </w:r>
    </w:p>
    <w:p>
      <w:r>
        <w:rPr>
          <w:b/>
        </w:rPr>
        <w:t xml:space="preserve">[30:04] </w:t>
      </w:r>
      <w:r>
        <w:t>phir aap ne bohat si baatein wahan par kahi hain, is mein se ek yeh thi ke aap ne kaha ke ala la tazlimu ala la tazlimu aye logon!</w:t>
      </w:r>
    </w:p>
    <w:p>
      <w:pPr>
        <w:jc w:val="right"/>
      </w:pPr>
      <w:r>
        <w:t>پھر آپ نے بہت سی باتیں وہاں پر کہی ہیں، اس میں سے ایک یہ تھی کہ آپ نے کہا کہ الا لا تظلموا الا لا تظلموا اے لوگوں!</w:t>
      </w:r>
    </w:p>
    <w:p>
      <w:r>
        <w:rPr>
          <w:b/>
        </w:rPr>
        <w:t xml:space="preserve">[30:12] </w:t>
      </w:r>
      <w:r>
        <w:t>tum ek doosre par zulm na karo, yani koi ek doosre ko sataye nahi,</w:t>
      </w:r>
    </w:p>
    <w:p>
      <w:pPr>
        <w:jc w:val="right"/>
      </w:pPr>
      <w:r>
        <w:t>تم ایک دوسرے پر ظلم نہ کرو، یعنی کوئی ایک دوسرے کو ستائے نہیں،</w:t>
      </w:r>
    </w:p>
    <w:p>
      <w:r>
        <w:rPr>
          <w:b/>
        </w:rPr>
        <w:t xml:space="preserve">[30:19] </w:t>
      </w:r>
      <w:r>
        <w:t>koi ek doosre ko sataye nahi. yani kisi ko satana haram hai islam mein. ek hadith hai ke wallahi la yumin wallahi la yumin wallahi la yumin allazi la ya'manu jahruhu biwaq is ka matlab yeh hai ke khuda, khuda ki qasam, woh momin nahi hai.</w:t>
      </w:r>
    </w:p>
    <w:p>
      <w:pPr>
        <w:jc w:val="right"/>
      </w:pPr>
      <w:r>
        <w:t>کوئی ایک دوسرے کو ستائے نہیں۔ یعنی کسی کو ستانا حرام ہے اسلام میں۔ ایک حدیث ہے کہ واللہ لا یومن واللہ لا یومن واللہ لا یومن الذی لا یعمن جارہ بواق اس کا مطلب یہ ہے کہ خدا، خدا کی قسم، وہ مومن نہیں ہے۔</w:t>
      </w:r>
    </w:p>
    <w:p>
      <w:r>
        <w:rPr>
          <w:b/>
        </w:rPr>
        <w:t xml:space="preserve">[30:46] </w:t>
      </w:r>
      <w:r>
        <w:t>khuda ki qasam, woh momin nahi hai.</w:t>
      </w:r>
    </w:p>
    <w:p>
      <w:pPr>
        <w:jc w:val="right"/>
      </w:pPr>
      <w:r>
        <w:t>خدا کی قسم، وہ مومن نہیں ہے۔</w:t>
      </w:r>
    </w:p>
    <w:p>
      <w:r>
        <w:rPr>
          <w:b/>
        </w:rPr>
        <w:t xml:space="preserve">[30:48] </w:t>
      </w:r>
      <w:r>
        <w:t>khuda ki qasam, woh momin nahi hai. teen baar aap ne kaha, is ke baad aap ne farmaya</w:t>
      </w:r>
    </w:p>
    <w:p>
      <w:pPr>
        <w:jc w:val="right"/>
      </w:pPr>
      <w:r>
        <w:t>خدا کی قسم، وہ مومن نہیں ہے۔ تین بار آپ نے کہا، اس کے بعد آپ نے فرمایا</w:t>
      </w:r>
    </w:p>
    <w:p>
      <w:r>
        <w:rPr>
          <w:b/>
        </w:rPr>
        <w:t xml:space="preserve">[30:58] </w:t>
      </w:r>
      <w:r>
        <w:t>who creates problem for his neighbors jo apne padosiyon ko ke liye problem create kare.</w:t>
      </w:r>
    </w:p>
    <w:p>
      <w:pPr>
        <w:jc w:val="right"/>
      </w:pPr>
      <w:r>
        <w:t>ہو کریٹس پرابلم فار ہز نیبرز جو اپنے پڑوسیوں کو کے لیے پرابلم کریٹ کرے۔</w:t>
      </w:r>
    </w:p>
    <w:p>
      <w:r>
        <w:rPr>
          <w:b/>
        </w:rPr>
        <w:t xml:space="preserve">[31:08] </w:t>
      </w:r>
      <w:r>
        <w:t>yani yeh agar jaan boojh kar koi doosre ke liye problem create karta hai, kisi doosre ko satata hai, to uska iman hi khatam, uska islam hi khatam, uski paidaish hi khatam, sab kuch khatam.</w:t>
      </w:r>
    </w:p>
    <w:p>
      <w:pPr>
        <w:jc w:val="right"/>
      </w:pPr>
      <w:r>
        <w:t>یعنی یہ اگر جان بوجھ کر کوئی دوسرے کے لیے پرابلم کریٹ کرتا ہے، کسی دوسرے کو ستاتا ہے، تو اس کا ایمان ہی ختم، اس کا اسلام ہی ختم، اس کی پیدائش ہی ختم، سب کچھ ختم۔</w:t>
      </w:r>
    </w:p>
    <w:p>
      <w:r>
        <w:rPr>
          <w:b/>
        </w:rPr>
        <w:t xml:space="preserve">[31:23] </w:t>
      </w:r>
      <w:r>
        <w:t>yeh wahan aap ne aap ne elaan kiya.</w:t>
      </w:r>
    </w:p>
    <w:p>
      <w:pPr>
        <w:jc w:val="right"/>
      </w:pPr>
      <w:r>
        <w:t>یہ وہاں آپ نے آپ نے اعلان کیا۔</w:t>
      </w:r>
    </w:p>
    <w:p>
      <w:r>
        <w:rPr>
          <w:b/>
        </w:rPr>
        <w:t xml:space="preserve">[31:29] </w:t>
      </w:r>
      <w:r>
        <w:t>to isi tarah ki aur bohat si baatein is ko kaha jata hai khutba e hujjatal wida.</w:t>
      </w:r>
    </w:p>
    <w:p>
      <w:pPr>
        <w:jc w:val="right"/>
      </w:pPr>
      <w:r>
        <w:t>تو اسی طرح کی اور بہت سی باتیں اس کو کہا جاتا ہے خطبہ حجۃ الوداع۔</w:t>
      </w:r>
    </w:p>
    <w:p>
      <w:r>
        <w:rPr>
          <w:b/>
        </w:rPr>
        <w:t xml:space="preserve">[31:37] </w:t>
      </w:r>
      <w:r>
        <w:t>yeh jo khutba hai, khutba means address hajjat al wida, yani aakhri hajj mein jo aap ne logon se kaha, us ka us ka poora text aaj bhi maujood hai kitabon mein.</w:t>
      </w:r>
    </w:p>
    <w:p>
      <w:pPr>
        <w:jc w:val="right"/>
      </w:pPr>
      <w:r>
        <w:t>یہ جو خطبہ ہے، خطبہ مینز ایڈریس حجۃ الوداع، یعنی آخری حج میں جو آپ نے لوگوں سے کہا، اس کا اس کا پورا ٹیکسٹ آج بھی موجود ہے کتابوں میں۔</w:t>
      </w:r>
    </w:p>
    <w:p>
      <w:r>
        <w:rPr>
          <w:b/>
        </w:rPr>
        <w:t xml:space="preserve">[31:52] </w:t>
      </w:r>
      <w:r>
        <w:t>is ko aap parh sakte hain. is mein yahi sab hai: oneness of god, oneness of man, sab log aik hain.</w:t>
      </w:r>
    </w:p>
    <w:p>
      <w:pPr>
        <w:jc w:val="right"/>
      </w:pPr>
      <w:r>
        <w:t>اس کو آپ پڑھ سکتے ہیں۔ اس میں یہی سب ہے: وننس آف گاڈ، وننس آف مین، سب لوگ ایک ہیں۔</w:t>
      </w:r>
    </w:p>
    <w:p>
      <w:r>
        <w:rPr>
          <w:b/>
        </w:rPr>
        <w:t xml:space="preserve">[32:01] </w:t>
      </w:r>
      <w:r>
        <w:t>yeh yeh yeh yeh jo yeh jo equality hai, itna zyada islam mein namaz se le kar hajj tak har cheez mein itna zyada is ko yani repeat kiya jata hai ke main samajhta hoon ke do cheezein sab se bari hain islam mein: khuda ko aik manna, saare insaanon ko barabar manna.</w:t>
      </w:r>
    </w:p>
    <w:p>
      <w:pPr>
        <w:jc w:val="right"/>
      </w:pPr>
      <w:r>
        <w:t>یہ یہ یہ یہ جو یہ جو ایکولٹی ہے، اتنا زیادہ اسلام میں نماز سے لے کر حج تک ہر چیز میں اتنا زیادہ اس کو یعنی ریپیٹ کیا جاتا ہے کہ میں سمجھتا ہوں کہ دو چیزیں سب سے بڑی ہیں اسلام میں: خدا کو ایک ماننا، سارے انسانوں کو برابر ماننا۔</w:t>
      </w:r>
    </w:p>
    <w:p>
      <w:r>
        <w:rPr>
          <w:b/>
        </w:rPr>
        <w:t xml:space="preserve">[32:28] </w:t>
      </w:r>
      <w:r>
        <w:t>oneness of god aur oneness of man.</w:t>
      </w:r>
    </w:p>
    <w:p>
      <w:pPr>
        <w:jc w:val="right"/>
      </w:pPr>
      <w:r>
        <w:t>وننس آف گاڈ اور وننس آف مین۔</w:t>
      </w:r>
    </w:p>
    <w:p>
      <w:r>
        <w:rPr>
          <w:b/>
        </w:rPr>
        <w:t xml:space="preserve">[32:31] </w:t>
      </w:r>
      <w:r>
        <w:t>isi liye aap ko maloom hoga ke swami vivekanand, jo bohat bare scholar thay aur bohat bare spiritual aadmi thay hamare india ke, to unhone kaha tha, unhone likha tha, un ki kitab hai mere paas ke if any religion approach to this equality,</w:t>
      </w:r>
    </w:p>
    <w:p>
      <w:pPr>
        <w:jc w:val="right"/>
      </w:pPr>
      <w:r>
        <w:t>اسی لیے آپ کو معلوم ہوگا کہ سوامی ویکانن، جو بہت بڑے سکالر تھے اور بہت بڑے سپریچول آدمی تھے ہمارے انڈیا کے، تو انہوں نے کہا تھا، انہوں نے لکھا تھا، ان کی کتاب ہے میرے پاس کہ اف اینی ریلیجن اپروچ ٹو دس ایکولٹی،</w:t>
      </w:r>
    </w:p>
    <w:p>
      <w:r>
        <w:rPr>
          <w:b/>
        </w:rPr>
        <w:t xml:space="preserve">[32:53] </w:t>
      </w:r>
      <w:r>
        <w:t>it is islam and islam alone.</w:t>
      </w:r>
    </w:p>
    <w:p>
      <w:pPr>
        <w:jc w:val="right"/>
      </w:pPr>
      <w:r>
        <w:t>اٹ از اسلام اینڈ اسلام الون۔</w:t>
      </w:r>
    </w:p>
    <w:p>
      <w:r>
        <w:rPr>
          <w:b/>
        </w:rPr>
        <w:t xml:space="preserve">[32:56] </w:t>
      </w:r>
      <w:r>
        <w:t>to equality jo hai islam mein, jis cheez mein bhi aap dekhein, wahan equality mile gi aap ko. yani discrimination islam mein bilkul nahi aur nabrari bilkul nahi.</w:t>
      </w:r>
    </w:p>
    <w:p>
      <w:pPr>
        <w:jc w:val="right"/>
      </w:pPr>
      <w:r>
        <w:t>تو ایکولٹی جو ہے اسلام میں، جس چیز میں بھی آپ دیکھیں، وہاں ایکولٹی ملے گی آپ کو۔ یعنی ڈسکریمینیشن اسلام میں بالکل نہیں اور نابرابری بالکل نہیں۔</w:t>
      </w:r>
    </w:p>
    <w:p>
      <w:r>
        <w:rPr>
          <w:b/>
        </w:rPr>
        <w:t xml:space="preserve">[33:10] </w:t>
      </w:r>
      <w:r>
        <w:t>sab ka aik darja hai. jaise misaal ke tor par prophet jab gaye thay hajj karne ke liye, to jaisa ke maine arz kiya ke wahan par aap ke sath taqreeban dehr lakh log thay,</w:t>
      </w:r>
    </w:p>
    <w:p>
      <w:pPr>
        <w:jc w:val="right"/>
      </w:pPr>
      <w:r>
        <w:t>سب کا ایک درجہ ہے۔ جیسے مثال کے طور پر پرافٹ جب گئے تھے حج کرنے کے لیے، تو جیسا کہ میں نے عرض کیا کہ وہاں پر آپ کے ساتھ تقریباً ڈیڑھ لاکھ لوگ تھے،</w:t>
      </w:r>
    </w:p>
    <w:p>
      <w:r>
        <w:rPr>
          <w:b/>
        </w:rPr>
        <w:t xml:space="preserve">[33:22] </w:t>
      </w:r>
      <w:r>
        <w:t>lekin sab se qareeb jo do aadmi aap ke thay, dayein aur bayein, woh thay usama aur aur woh bilal.</w:t>
      </w:r>
    </w:p>
    <w:p>
      <w:pPr>
        <w:jc w:val="right"/>
      </w:pPr>
      <w:r>
        <w:t>لیکن سب سے قریب جو دو آدمی آپ کے تھے، دائیں اور بائیں، وہ تھے اسامہ اور اور وہ بلال۔</w:t>
      </w:r>
    </w:p>
    <w:p>
      <w:r>
        <w:rPr>
          <w:b/>
        </w:rPr>
        <w:t xml:space="preserve">[33:31] </w:t>
      </w:r>
      <w:r>
        <w:t>donon kon thay? yeh black log thay. wahan par kuch log jo africa ke black races jo theen, un ke kuch log wahan base hue thay aa kar ke.</w:t>
      </w:r>
    </w:p>
    <w:p>
      <w:pPr>
        <w:jc w:val="right"/>
      </w:pPr>
      <w:r>
        <w:t>دونوں کون تھے؟ یہ بلیک لوگ تھے۔ وہاں پر کچھ لوگ جو افریقہ کے بلیک ریسز جو تھیں، ان کے کچھ لوگ وہاں بسے ہوئے تھے آ کر کے۔</w:t>
      </w:r>
    </w:p>
    <w:p>
      <w:r>
        <w:rPr>
          <w:b/>
        </w:rPr>
        <w:t xml:space="preserve">[33:42] </w:t>
      </w:r>
      <w:r>
        <w:t>to un mein se woh thay. khud jo original arab hotay thay, to woh to white hotay thay.</w:t>
      </w:r>
    </w:p>
    <w:p>
      <w:pPr>
        <w:jc w:val="right"/>
      </w:pPr>
      <w:r>
        <w:t>تو ان میں سے وہ تھے۔ خود جو اوریجنل عرب ہوتے تھے، تو وہ تو وائٹ ہوتے تھے۔</w:t>
      </w:r>
    </w:p>
    <w:p>
      <w:r>
        <w:rPr>
          <w:b/>
        </w:rPr>
        <w:t xml:space="preserve">[33:48] </w:t>
      </w:r>
      <w:r>
        <w:t>to do black jinka koi wahan par darja nahi tha, koi woh rich nahi thay, koi woh powerful nahi thay, to aik usama aur aik doosre bilal, aik dayein, aik bayein, aap ke thay.</w:t>
      </w:r>
    </w:p>
    <w:p>
      <w:pPr>
        <w:jc w:val="right"/>
      </w:pPr>
      <w:r>
        <w:t>تو دو بلیک جن کا کوئی وہاں پر درجہ نہیں تھا، کوئی وہ رچ نہیں تھے، کوئی وہ پاورفل نہیں تھے، تو ایک اسامہ اور ایک دوسرے بلال، ایک دائیں، ایک بائیں، آپ کے تھے۔</w:t>
      </w:r>
    </w:p>
    <w:p>
      <w:r>
        <w:rPr>
          <w:b/>
        </w:rPr>
        <w:t xml:space="preserve">[34:04] </w:t>
      </w:r>
      <w:r>
        <w:t>yeh kitni bari baat hai. aur phir dekhiye, jab makkah par aap ke ko aap ne occupy kiya tha aur kaaba ko is se pehle mushrik logon ke qabze mein tha,</w:t>
      </w:r>
    </w:p>
    <w:p>
      <w:pPr>
        <w:jc w:val="right"/>
      </w:pPr>
      <w:r>
        <w:t>یہ کتنی بڑی بات ہے۔ اور پھر دیکھیے، جب مکہ پر آپ کے کو آپ نے اکوپائی کیا تھا اور کعبہ کو اس سے پہلے مشرک لوگوں کے قبضے میں تھا،</w:t>
      </w:r>
    </w:p>
    <w:p>
      <w:r>
        <w:rPr>
          <w:b/>
        </w:rPr>
        <w:t xml:space="preserve">[34:18] </w:t>
      </w:r>
      <w:r>
        <w:t>ab woh qabze mein aa gaya in logon ke jo khuda ko aik mante thay. to wahan par kya hua ke azan dena tha. azan dena tha to log chahte thay, yeh bohat bara yani bohat bari baat thi ke hazar saal ke baad aik koi shakhs khara ho kar azan de, wahan par allah o akbar, allah o akbar kahay.</w:t>
      </w:r>
    </w:p>
    <w:p>
      <w:pPr>
        <w:jc w:val="right"/>
      </w:pPr>
      <w:r>
        <w:t>اب وہ قبضے میں آ گیا ان لوگوں کے جو خدا کو ایک مانتے تھے۔ تو وہاں پر کیا ہوا کہ اذان دینا تھا۔ اذان دینا تھا تو لوگ چاہتے تھے، یہ بہت بڑا یعنی بہت بڑی بات تھی کہ ہزار سال کے بعد ایک کوئی شخص کھڑا ہو کر اذان دے، وہاں پر اللہ اکبر، اللہ اکبر کہے۔</w:t>
      </w:r>
    </w:p>
    <w:p>
      <w:r>
        <w:rPr>
          <w:b/>
        </w:rPr>
        <w:t xml:space="preserve">[34:39] </w:t>
      </w:r>
      <w:r>
        <w:t>to log samajhte thay ke ali ko mauqa diya jaye ga azan dene ka ya kisi bare jo families theen, un mein koi aadmi khara kiya jaye ga.</w:t>
      </w:r>
    </w:p>
    <w:p>
      <w:pPr>
        <w:jc w:val="right"/>
      </w:pPr>
      <w:r>
        <w:t>تو لوگ سمجھتے تھے کہ علی کو موقع دیا جائے گا اذان دینے کا یا کسی بڑے جو فیملیز تھیں، ان میں کوئی آدمی کھڑا کیا جائے گا۔</w:t>
      </w:r>
    </w:p>
    <w:p>
      <w:r>
        <w:rPr>
          <w:b/>
        </w:rPr>
        <w:t xml:space="preserve">[34:50] </w:t>
      </w:r>
      <w:r>
        <w:t>aap ne bilal se kaha ke tum azan do. bilal jo hai, yani aik black aadmi thay, africa se aaye thay, woh un ka koi darja nahi tha wahan.</w:t>
      </w:r>
    </w:p>
    <w:p>
      <w:pPr>
        <w:jc w:val="right"/>
      </w:pPr>
      <w:r>
        <w:t>آپ نے بلال سے کہا کہ تم اذان دو۔ بلال جو ہے، یعنی ایک بلیک آدمی تھے، افریقہ سے آئے تھے، وہ ان کا کوئی درجہ نہیں تھا وہاں۔</w:t>
      </w:r>
    </w:p>
    <w:p>
      <w:r>
        <w:rPr>
          <w:b/>
        </w:rPr>
        <w:t xml:space="preserve">[35:00] </w:t>
      </w:r>
      <w:r>
        <w:t>to bilal ne wahan par khara ho kar azan di.</w:t>
      </w:r>
    </w:p>
    <w:p>
      <w:pPr>
        <w:jc w:val="right"/>
      </w:pPr>
      <w:r>
        <w:t>تو بلال نے وہاں پر کھڑے ہو کر اذان دی۔</w:t>
      </w:r>
    </w:p>
    <w:p>
      <w:r>
        <w:rPr>
          <w:b/>
        </w:rPr>
        <w:t xml:space="preserve">[35:04] </w:t>
      </w:r>
      <w:r>
        <w:t>is se hum andaza kar sakte hain ke equality islam mein kitni zyada hai. to jahan tak main is ne samajh paya hoon islam ko ke do cheezein sab se zyada important hain islam mein:</w:t>
      </w:r>
    </w:p>
    <w:p>
      <w:pPr>
        <w:jc w:val="right"/>
      </w:pPr>
      <w:r>
        <w:t>اس سے ہم اندازہ کر سکتے ہیں کہ ایکولٹی اسلام میں کتنی زیادہ ہے۔ تو جہاں تک میں اس نے سمجھ پایا ہوں اسلام کو کہ دو چیزیں سب سے زیادہ امپورٹنٹ ہیں اسلام میں:</w:t>
      </w:r>
    </w:p>
    <w:p>
      <w:r>
        <w:rPr>
          <w:b/>
        </w:rPr>
        <w:t xml:space="preserve">[35:20] </w:t>
      </w:r>
      <w:r>
        <w:t>oneness of god aur oneness of man. aur yeh cheez hai jis ke andar paida ho jayen to is mein wohi aye ga, yani modesty aye gi, nemrata aye gi, aur aadmi selfless ban jaye ga.</w:t>
      </w:r>
    </w:p>
    <w:p>
      <w:pPr>
        <w:jc w:val="right"/>
      </w:pPr>
      <w:r>
        <w:t>وننس آف گاڈ اور وننس آف مین۔ اور یہ چیز ہے جس کے اندر پیدا ہو جائیں تو اس میں وہی آئے گا، یعنی ماڈیسٹی آئے گی، نمرتہ آئے گی، اور آدمی سیلف لیس بن جائے گا۔</w:t>
      </w:r>
    </w:p>
    <w:p>
      <w:r>
        <w:rPr>
          <w:b/>
        </w:rPr>
        <w:t xml:space="preserve">[35:35] </w:t>
      </w:r>
      <w:r>
        <w:t>aur main samajhta hoon ke yahi sab se bari quality hai insaan ki.</w:t>
      </w:r>
    </w:p>
    <w:p>
      <w:pPr>
        <w:jc w:val="right"/>
      </w:pPr>
      <w:r>
        <w:t>اور میں سمجھتا ہوں کہ یہی سب سے بڑی کوالٹی ہے انسان کی۔</w:t>
      </w:r>
    </w:p>
    <w:p>
      <w:r>
        <w:rPr>
          <w:b/>
        </w:rPr>
        <w:t xml:space="preserve">[35:52] </w:t>
      </w:r>
      <w:r>
        <w:t>aap ne hajj ke bare mein batate hue ke aurat ko islam mein bohat bara samman diya jata hai, aik ooncha sthan diya jata hai, yeh kahan?</w:t>
      </w:r>
    </w:p>
    <w:p>
      <w:pPr>
        <w:jc w:val="right"/>
      </w:pPr>
      <w:r>
        <w:t>آپ نے حج کے بارے میں بتاتے ہوئے کہ عورت کو اسلام میں بہت بڑا सम्मान दिया جاتا ہے، ایک اونچا स्थान دیا جاتا ہے، یہ کہاں؟</w:t>
      </w:r>
    </w:p>
    <w:p>
      <w:r>
        <w:rPr>
          <w:b/>
        </w:rPr>
        <w:t xml:space="preserve">[36:02] </w:t>
      </w:r>
      <w:r>
        <w:t>aur aap ke ghar mein bhi aap ne aurat ko ooncha sthan diya hai, yeh bhi kahan? halankay har ghar mein aurat ko ooncha sthan diya gaya hai, aurat ko bara pavitra aur devta ke roop mein mana gaya hai.</w:t>
      </w:r>
    </w:p>
    <w:p>
      <w:pPr>
        <w:jc w:val="right"/>
      </w:pPr>
      <w:r>
        <w:t>اور آپ کے گھر میں بھی آپ نے عورت کو اونچا स्थान دیا ہے، یہ بھی کہاں؟ حالانکہ ہر گھر میں عورت کو اونچا स्थान دیا گیا ہے، عورت کو بڑا پवित्र اور دیوتا کے روپ میں مانا گیا ہے۔</w:t>
      </w:r>
    </w:p>
    <w:p>
      <w:r>
        <w:rPr>
          <w:b/>
        </w:rPr>
        <w:t xml:space="preserve">[36:13] </w:t>
      </w:r>
      <w:r>
        <w:t>lekin jab hum dekhte hain to har ghar mein aurat ko aik aah, mard hamesha apne se kam samajhta hai.</w:t>
      </w:r>
    </w:p>
    <w:p>
      <w:pPr>
        <w:jc w:val="right"/>
      </w:pPr>
      <w:r>
        <w:t>لیکن جب ہم دیکھتے ہیں تو ہر گھر میں عورت کو ایک آہ، مرد ہمیشہ اپنے سے کم سمجھتا ہے۔</w:t>
      </w:r>
    </w:p>
    <w:p>
      <w:r>
        <w:rPr>
          <w:b/>
        </w:rPr>
        <w:t xml:space="preserve">[36:22] </w:t>
      </w:r>
      <w:r>
        <w:t>jahan tak islam ki baat hai, main aap se yeh kehna chahoon ga ke agar is aah, aurat ko ooncha maqam hai to yeh talaq, talaq teen bar kehne ke baad aurat ko jo door kiya jata hai, kya yeh sach hai?</w:t>
      </w:r>
    </w:p>
    <w:p>
      <w:pPr>
        <w:jc w:val="right"/>
      </w:pPr>
      <w:r>
        <w:t>جہاں تک اسلام کی بات ہے، میں آپ سے یہ کہنا چاہوں گا کہ اگر اس آہ، عورت کو اونچا مقام ہے تو یہ طلاق، طلاق تین بار کہنے کے بعد عورت کو جو دور کیا جاتا ہے، کیا یہ سچ ہے؟</w:t>
      </w:r>
    </w:p>
    <w:p>
      <w:r>
        <w:rPr>
          <w:b/>
        </w:rPr>
        <w:t xml:space="preserve">[36:33] </w:t>
      </w:r>
      <w:r>
        <w:t>agar hai to phir yeh kahan tak dharm o sunnat hai?</w:t>
      </w:r>
    </w:p>
    <w:p>
      <w:pPr>
        <w:jc w:val="right"/>
      </w:pPr>
      <w:r>
        <w:t>اگر ہے تو پھر یہ کہاں تک دھرم و سنت ہے؟</w:t>
      </w:r>
    </w:p>
    <w:p>
      <w:r>
        <w:rPr>
          <w:b/>
        </w:rPr>
        <w:t xml:space="preserve">[36:39] </w:t>
      </w:r>
      <w:r>
        <w:t>dekhiye, main ek ek usool ki baat kahunga ke ideal of practice mein kabhi bhi barabari nahi hoti hai.</w:t>
      </w:r>
    </w:p>
    <w:p>
      <w:pPr>
        <w:jc w:val="right"/>
      </w:pPr>
      <w:r>
        <w:t>دیکھیے، میں ایک ایک اصول کی بات کہوں گا کہ آئیڈیل آف پریکٹس میں کبھی بھی برابری نہیں ہوتی ہے۔</w:t>
      </w:r>
    </w:p>
    <w:p>
      <w:r>
        <w:rPr>
          <w:b/>
        </w:rPr>
        <w:t xml:space="preserve">[36:52] </w:t>
      </w:r>
      <w:r>
        <w:t>kyun? is duniya mein khuda ne insan ko rakha hai aazad. hum log jo hain, yaani doosri cheezein jo hain, unko aazadi nahi mili hui hai.</w:t>
      </w:r>
    </w:p>
    <w:p>
      <w:pPr>
        <w:jc w:val="right"/>
      </w:pPr>
      <w:r>
        <w:t>کیوں؟ اس دنیا میں خدا نے انسان کو رکھا ہے آزاد۔ ہم لوگ جو ہیں، یعنی دوسری چیزیں جو ہیں، ان کو آزادی نہیں ملی ہوئی ہے۔</w:t>
      </w:r>
    </w:p>
    <w:p>
      <w:r>
        <w:rPr>
          <w:b/>
        </w:rPr>
        <w:t xml:space="preserve">[37:04] </w:t>
      </w:r>
      <w:r>
        <w:t>koi suraj ya sitara, koi sayara, unko aazadi nahi mila hua hai. woh to fitrat se control hote hain. insan ko khuda ne aazadi di hai.</w:t>
      </w:r>
    </w:p>
    <w:p>
      <w:pPr>
        <w:jc w:val="right"/>
      </w:pPr>
      <w:r>
        <w:t>کوئی سورج یا ستارہ، کوئی سیارہ، ان کو آزادی نہیں ملا ہوا ہے۔ وہ تو فطرت سے کنٹرول ہوتے ہیں۔ انسان کو خدا نے آزادی دی ہے۔</w:t>
      </w:r>
    </w:p>
    <w:p>
      <w:r>
        <w:rPr>
          <w:b/>
        </w:rPr>
        <w:t xml:space="preserve">[37:14] </w:t>
      </w:r>
      <w:r>
        <w:t>to aazadi jab di hai to insan kabhi galat istemal karta hai. yeh sab galat istemal jo karne ke muzahir hain, to aazadi ko galat istemal karna jari rahega.</w:t>
      </w:r>
    </w:p>
    <w:p>
      <w:pPr>
        <w:jc w:val="right"/>
      </w:pPr>
      <w:r>
        <w:t>تو آزادی جب دی ہے تو انسان کبھی غلط استعمال کرتا ہے۔ یہ سب غلط استعمال جو کرنے کے مظاہر ہیں، تو آزادی کو غلط استعمال کرنا جاری رہے گا۔</w:t>
      </w:r>
    </w:p>
    <w:p>
      <w:r>
        <w:rPr>
          <w:b/>
        </w:rPr>
        <w:t xml:space="preserve">[37:26] </w:t>
      </w:r>
      <w:r>
        <w:t>kyunki khuda aazadi ko abad nahi karega.</w:t>
      </w:r>
    </w:p>
    <w:p>
      <w:pPr>
        <w:jc w:val="right"/>
      </w:pPr>
      <w:r>
        <w:t>کیونکہ خدا آزادی کو آباد نہیں کرے گا۔</w:t>
      </w:r>
    </w:p>
    <w:p>
      <w:r>
        <w:rPr>
          <w:b/>
        </w:rPr>
        <w:t xml:space="preserve">[37:30] </w:t>
      </w:r>
      <w:r>
        <w:t>to ek cheez yeh hai ke aap yeh kahein ke kisi society ki, yaani amli halat kya hai? ya kisi insan ki, kisi family ke bare mein aap rai dein.</w:t>
      </w:r>
    </w:p>
    <w:p>
      <w:pPr>
        <w:jc w:val="right"/>
      </w:pPr>
      <w:r>
        <w:t>تو ایک چیز یہ ہے کہ آپ یہ کہیں کہ کسی سوسائٹی کی، یعنی عملی حالت کیا ہے؟ یا کسی انسان کی، کسی فیملی کے بارے میں آپ رائے دیں۔</w:t>
      </w:r>
    </w:p>
    <w:p>
      <w:r>
        <w:rPr>
          <w:b/>
        </w:rPr>
        <w:t xml:space="preserve">[37:40] </w:t>
      </w:r>
      <w:r>
        <w:t>aap ek hai ke dharm ya mazhab ya is ya ke bare mein bolein. to maine is waqt jo kaha hai, woh islam ke bare mein kaha hai.</w:t>
      </w:r>
    </w:p>
    <w:p>
      <w:pPr>
        <w:jc w:val="right"/>
      </w:pPr>
      <w:r>
        <w:t>آپ ایک ہے کہ دھرم یا مذہب یا اس یا کے بارے میں بولیں۔ تو میں نے اس وقت جو کہا ہے، وہ اسلام کے بارے میں کہا ہے۔</w:t>
      </w:r>
    </w:p>
    <w:p>
      <w:r>
        <w:rPr>
          <w:b/>
        </w:rPr>
        <w:t xml:space="preserve">[37:49] </w:t>
      </w:r>
      <w:r>
        <w:t>woh society mein kya ho raha hai, us par main nahi bola hoon is waqt. and mein kahunga ke you have to differentiate between islam and muslims.</w:t>
      </w:r>
    </w:p>
    <w:p>
      <w:pPr>
        <w:jc w:val="right"/>
      </w:pPr>
      <w:r>
        <w:t>وہ سوسائٹی میں کیا ہو رہا ہے، اس پر میں نہیں بولا ہوں اس وقت۔ اینڈ میں کہوں گا کہ یو ہیو ٹو ڈیفرنشیٹ بٹوین اسلام اینڈ مسلمز۔</w:t>
      </w:r>
    </w:p>
    <w:p>
      <w:r>
        <w:rPr>
          <w:b/>
        </w:rPr>
        <w:t xml:space="preserve">[37:58] </w:t>
      </w:r>
      <w:r>
        <w:t>you have to judge muslims in the light of islamic teachings and not vice versa. dekhiye, talak ke bare mein main arz karunga ke talak ka islam mein jo tareeqa hai, bahut hi scientific hai.</w:t>
      </w:r>
    </w:p>
    <w:p>
      <w:pPr>
        <w:jc w:val="right"/>
      </w:pPr>
      <w:r>
        <w:t>یو ہیو ٹو جج مسلمز ان دی لائٹ آف اسلامک ٹیچنگز اینڈ ناٹ وائس ورسا۔ دیکھیے، طلاق کے بارے میں میں عرض کروں گا کہ طلاق کا اسلام میں جو طریقہ ہے، بہت ہی سائنٹیفک ہے۔</w:t>
      </w:r>
    </w:p>
    <w:p>
      <w:r>
        <w:rPr>
          <w:b/>
        </w:rPr>
        <w:t xml:space="preserve">[38:11] </w:t>
      </w:r>
      <w:r>
        <w:t>woh kya hai? woh hai teen mahine mein ja kar ke woh poora hota hai. yaani jo ek prescribe tareeqa hai.</w:t>
      </w:r>
    </w:p>
    <w:p>
      <w:pPr>
        <w:jc w:val="right"/>
      </w:pPr>
      <w:r>
        <w:t>وہ کیا ہے؟ وہ ہے تین مہینے میں جا کر کے وہ پورا ہوتا ہے۔ یعنی جو ایک پریسکرائب طریقہ ہے۔</w:t>
      </w:r>
    </w:p>
    <w:p>
      <w:r>
        <w:rPr>
          <w:b/>
        </w:rPr>
        <w:t xml:space="preserve">[38:21] </w:t>
      </w:r>
      <w:r>
        <w:t>mere paas kai log aaye, kaha ke meri biwi se mujhe jhagda hai, ab main talak dena chahta hoon. to maine kaha ke theek hai, prescription jo diya gaya hai islam mein, uske mutabiq kijiye.</w:t>
      </w:r>
    </w:p>
    <w:p>
      <w:pPr>
        <w:jc w:val="right"/>
      </w:pPr>
      <w:r>
        <w:t>میرے پاس کئی لوگ آئے، کہا کہ میری بیوی سے مجھے جھگڑا ہے، اب میں طلاق دینا چاہتا ہوں۔ تو میں نے کہا کہ ٹھیک ہے، پریسکرپشن جو دیا گیا ہے اسلام میں، اس کے مطابق کیجیے۔</w:t>
      </w:r>
    </w:p>
    <w:p>
      <w:r>
        <w:rPr>
          <w:b/>
        </w:rPr>
        <w:t xml:space="preserve">[38:33] </w:t>
      </w:r>
      <w:r>
        <w:t>yaani aaj aap biwi se kahiye ke main tum ko ek talak deta hoon. agle mahine kahiye ke main tum ko doosra talak deta hoon. phir teesre mahine kahiye ke main tum ko teesra ta</w:t>
      </w:r>
    </w:p>
    <w:p>
      <w:pPr>
        <w:jc w:val="right"/>
      </w:pPr>
      <w:r>
        <w:t>یعنی آج آپ بیوی سے کہیے کہ میں تم کو ایک طلاق دیتا ہوں۔ اگلے مہینے کہیے کہ میں تم کو دوسرا طلاق دیتا ہوں۔ پھر تیسرے مہینے کہیے کہ میں تم کو تیسرا ط</w:t>
      </w:r>
    </w:p>
    <w:p>
      <w:r>
        <w:rPr>
          <w:b/>
        </w:rPr>
        <w:t xml:space="preserve">[38:42] </w:t>
      </w:r>
      <w:r>
        <w:t>lak deta hoon. tab ja kar talak jo hai, final hoga. to koi bhi aadmi dobara loot kar nahi aaya. kyun? talak dete hain ghusse mein log.</w:t>
      </w:r>
    </w:p>
    <w:p>
      <w:pPr>
        <w:jc w:val="right"/>
      </w:pPr>
      <w:r>
        <w:t>لاق دیتا ہوں۔ تب جا کر طلاق جو ہے، فائنل ہوگا۔ تو کوئی بھی آدمی دوبارہ لوٹ کر نہیں آیا۔ کیوں؟ طلاق دیتے ہیں غصے میں لوگ۔</w:t>
      </w:r>
    </w:p>
    <w:p>
      <w:r>
        <w:rPr>
          <w:b/>
        </w:rPr>
        <w:t xml:space="preserve">[38:53] </w:t>
      </w:r>
      <w:r>
        <w:t>more than 99 percent ghusse mein dete hain talak. to agar yeh yeh jo prescribe tareeqa hai, usko apnaya jaye to apne aap hi talak nahi khatam ho jayega.</w:t>
      </w:r>
    </w:p>
    <w:p>
      <w:pPr>
        <w:jc w:val="right"/>
      </w:pPr>
      <w:r>
        <w:t>مور دین 99 فیصد غصے میں دیتے ہیں طلاق۔ تو اگر یہ یہ جو پریسکرائب طریقہ ہے، اس کو اپنایا جائے تو اپنے آپ ہی طلاق نہیں ختم ہو جائے گا۔</w:t>
      </w:r>
    </w:p>
    <w:p>
      <w:r>
        <w:rPr>
          <w:b/>
        </w:rPr>
        <w:t xml:space="preserve">[39:04] </w:t>
      </w:r>
      <w:r>
        <w:t>shadi karta hai aadmi is liye nahi ke talak de. har aadmi shadi karta hai ghar banane ke liye.</w:t>
      </w:r>
    </w:p>
    <w:p>
      <w:pPr>
        <w:jc w:val="right"/>
      </w:pPr>
      <w:r>
        <w:t>شادی کرتا ہے آدمی اس لیے نہیں کہ طلاق دے۔ ہر آدمی شادی کرتا ہے گھر بنانے کے لیے۔</w:t>
      </w:r>
    </w:p>
    <w:p>
      <w:r>
        <w:rPr>
          <w:b/>
        </w:rPr>
        <w:t xml:space="preserve">[39:11] </w:t>
      </w:r>
      <w:r>
        <w:t>is mein koi exception nahi hai. har aadmi ghar banane ke liye shadi karta hai. lekin ghusse mein kehte hain koi talak.</w:t>
      </w:r>
    </w:p>
    <w:p>
      <w:pPr>
        <w:jc w:val="right"/>
      </w:pPr>
      <w:r>
        <w:t>اس میں کوئی ایکسیپشن نہیں ہے۔ ہر آدمی گھر بنانے کے لیے شادی کرتا ہے۔ لیکن غصے میں کہتے ہیں کوئی طلاق۔</w:t>
      </w:r>
    </w:p>
    <w:p>
      <w:r>
        <w:rPr>
          <w:b/>
        </w:rPr>
        <w:t xml:space="preserve">[39:21] </w:t>
      </w:r>
      <w:r>
        <w:t>love marriage ho tab bhi keh dete hain, arrange marriage ho tab bhi keh dete hain. to prescribe tareeqa agar apnaya jaye to to talak to yaani itna kam ho jaye, shayad ke million mein ek adhad talak hoga.</w:t>
      </w:r>
    </w:p>
    <w:p>
      <w:pPr>
        <w:jc w:val="right"/>
      </w:pPr>
      <w:r>
        <w:t>لب مرے ہو تب بھی کہہ دیتے ہیں، ارینج مرے ہو تب بھی کہہ دیتے ہیں۔ تو پریسکرائب طریقہ اگر اپنایا جائے تو تو طلاق تو یعنی اتنا کم ہو جائے، شاید کہ ملین میں ایک آدھ طلاق ہوگا۔</w:t>
      </w:r>
    </w:p>
    <w:p>
      <w:r>
        <w:rPr>
          <w:b/>
        </w:rPr>
        <w:t xml:space="preserve">[39:33] </w:t>
      </w:r>
      <w:r>
        <w:t>albata musalman jo karte hain, is mein main aap ko arz karoon ke aaj kal jo mufti log fatwa de kar ke woh talak ko jo kehte hain, waqe karna, yaani separation kar dete hain, woh galat hai mere nazdeek.</w:t>
      </w:r>
    </w:p>
    <w:p>
      <w:pPr>
        <w:jc w:val="right"/>
      </w:pPr>
      <w:r>
        <w:t>البتہ مسلمان جو کرتے ہیں، اس میں میں آپ کو عرض کروں کہ آج کل جو مفتی لوگ فتوی دے کر کے وہ طلاق کو جو کہتے ہیں، واقع کرنا، یعنی سیپریشن کر دیتے ہیں، وہ غلط ہے میرے نزدیک۔</w:t>
      </w:r>
    </w:p>
    <w:p>
      <w:r>
        <w:rPr>
          <w:b/>
        </w:rPr>
        <w:t xml:space="preserve">[39:46] </w:t>
      </w:r>
      <w:r>
        <w:t>kyun? rasool Allah ke zamane mein, first caliph ke zamane mein aur second caliph ke zamane mein aisa nahi hota tha. Hazrat Umar ke aakhri zamane mein aisa hua ke log ek city mein teen talak dene lage.</w:t>
      </w:r>
    </w:p>
    <w:p>
      <w:pPr>
        <w:jc w:val="right"/>
      </w:pPr>
      <w:r>
        <w:t>کیوں؟ رسول اللہ کے زمانے میں، فرسٹ کلیف کے زمانے میں اور سیکنڈ کلیف کے زمانے میں ایسا نہیں ہوتا تھا۔ حضرت عمر کے آخری زمانے میں ایسا ہوا کہ لوگ ایک سٹی میں تین طلاق دینے لگے۔</w:t>
      </w:r>
    </w:p>
    <w:p>
      <w:r>
        <w:rPr>
          <w:b/>
        </w:rPr>
        <w:t xml:space="preserve">[40:02] </w:t>
      </w:r>
      <w:r>
        <w:t>to Hazrat Umar ne bulaya un ko. aur bula kar unhone kaha ke main tumhari teen talak ko waqe karunga, yaani separation kara dunga.</w:t>
      </w:r>
    </w:p>
    <w:p>
      <w:pPr>
        <w:jc w:val="right"/>
      </w:pPr>
      <w:r>
        <w:t>تو حضرت عمر نے بلایا ان کو۔ اور بلا کر انہوں نے کہا کہ میں تمہاری تین طلاق کو واقع کروں گا، یعنی سیپریشن کرا دوں گا۔</w:t>
      </w:r>
    </w:p>
    <w:p>
      <w:r>
        <w:rPr>
          <w:b/>
        </w:rPr>
        <w:t xml:space="preserve">[40:11] </w:t>
      </w:r>
      <w:r>
        <w:t>lekin unhone saath saath kya kiya ke foj zahra, unke pair par khoob flogging ki, unhone khoob kode mare.</w:t>
      </w:r>
    </w:p>
    <w:p>
      <w:pPr>
        <w:jc w:val="right"/>
      </w:pPr>
      <w:r>
        <w:t>لیکن انہوں نے ساتھ ساتھ کیا کیا کہ فوج زہرہ، ان کے پیر پر خوب فلاگنگ کی، انہوں نے خوب کوڑے مارے۔</w:t>
      </w:r>
    </w:p>
    <w:p>
      <w:r>
        <w:rPr>
          <w:b/>
        </w:rPr>
        <w:t xml:space="preserve">[40:20] </w:t>
      </w:r>
      <w:r>
        <w:t>itna mara ke pair zakhmi ho gaye, unke khoon banne laga. to kya hua? then that was a deterrent punishment. uske baad wohin ruk gaya process</w:t>
      </w:r>
    </w:p>
    <w:p>
      <w:pPr>
        <w:jc w:val="right"/>
      </w:pPr>
      <w:r>
        <w:t>اتنا مارا کہ پیر زخمی ہو گئے، ان کے خون بننے لگا۔ تو کیا ہوا؟ پھر دیٹ واز ا ڈیٹرن پنشمنٹ۔ اس کے بعد وہیں رک گیا پراسیس</w:t>
      </w:r>
    </w:p>
    <w:p>
      <w:r>
        <w:rPr>
          <w:b/>
        </w:rPr>
        <w:t xml:space="preserve">[40:30] </w:t>
      </w:r>
      <w:r>
        <w:t>. aaj kal ke hamare log jo hain, dharra dhar fatwa dete rehte hain. yeh fatwa bilkul galat hai. main logon se kehta hoon ke aap ya to fatwa mat dijiye, samjhaiye, bujhaiye un ko ke bhai ghusse mein le sakta tha, samjhaiye, bujhaiye.</w:t>
      </w:r>
    </w:p>
    <w:p>
      <w:pPr>
        <w:jc w:val="right"/>
      </w:pPr>
      <w:r>
        <w:t>۔ آج کل کے ہمارے لوگ جو ہیں، دھڑا دھڑ فتوی دیتے رہتے ہیں۔ یہ فتوی بالکل غلط ہے۔ میں لوگوں سے کہتا ہوں کہ آپ یا تو فتوی مت دیجیے، سمجھائیے، بجھائیے ان کو کہ بھئی غصے میں لے سکیا تھا، سمجھائیے، بجھائیے۔</w:t>
      </w:r>
    </w:p>
    <w:p>
      <w:r>
        <w:rPr>
          <w:b/>
        </w:rPr>
        <w:t xml:space="preserve">[40:44] </w:t>
      </w:r>
      <w:r>
        <w:t>aur agar aap ko woh karna hai to government se ek qanoon banwaiye ke jo aadmi teen talak dega, usko police pakad ke maregi taake ek agar kar de, doosre ko himmat na pade.</w:t>
      </w:r>
    </w:p>
    <w:p>
      <w:pPr>
        <w:jc w:val="right"/>
      </w:pPr>
      <w:r>
        <w:t>اور اگر آپ کو وہ کرنا ہے تو گورنمنٹ سے ایک قانون بنوائیے کہ جو آدمی تین طلاق دے گا، اس کو پولیس پکڑ کے مارے گی تاکہ ایک اگر کر دے، دوسرے کو ہمت نہ پڑے۔</w:t>
      </w:r>
    </w:p>
    <w:p>
      <w:r>
        <w:rPr>
          <w:b/>
        </w:rPr>
        <w:t xml:space="preserve">[40:57] </w:t>
      </w:r>
      <w:r>
        <w:t>yeh hai islam ki position.</w:t>
      </w:r>
    </w:p>
    <w:p>
      <w:pPr>
        <w:jc w:val="right"/>
      </w:pPr>
      <w:r>
        <w:t>یہ ہے اسلام کی پوزیشن۔</w:t>
      </w:r>
    </w:p>
    <w:p>
      <w:r>
        <w:rPr>
          <w:b/>
        </w:rPr>
        <w:t xml:space="preserve">[41:01] </w:t>
      </w:r>
      <w:r>
        <w:t>chacha, aap ne kaha hai ke bhai islam mein mahila ko bohat bara darja hai. aur aap ne kaha bhi hai ke hamare ghar mein bhi kafi, yaani aah, mahila ko kafi adhikar hai.</w:t>
      </w:r>
    </w:p>
    <w:p>
      <w:pPr>
        <w:jc w:val="right"/>
      </w:pPr>
      <w:r>
        <w:t>چاچا، آپ نے کہا ہے کہ بھئی اسلام میں महिला کو بہت بڑا درجہ ہے۔ اور آپ نے کہا بھی ہے کہ ہمارے گھر میں بھی کافی، یعنی آہ، महिला کو کافی अधिकار ہے۔</w:t>
      </w:r>
    </w:p>
    <w:p>
      <w:r>
        <w:rPr>
          <w:b/>
        </w:rPr>
        <w:t xml:space="preserve">[41:11] </w:t>
      </w:r>
      <w:r>
        <w:t>phir itna adhikar aur darja hone ke baad mein yeh sahi baat hai ke bhai mahila ka darja bohat ooncha hai. kisi shayar ne kaha hai ke zindagi ko agar sahara ho to aurat ka, na to kisi takht o taaj ka, na kisi taqat ka.</w:t>
      </w:r>
    </w:p>
    <w:p>
      <w:pPr>
        <w:jc w:val="right"/>
      </w:pPr>
      <w:r>
        <w:t>پھر اتنا अधिकار اور درجہ ہونے کے بعد میں یہ صحیح بات ہے کہ بھئی महिला کا درجہ بہت اونچا ہے۔ کسی شاعر نے کہا ہے کہ زندگی کو اگر سہارا ہو تو عورت کا، نہ تو کسی تخت و تاج کا، نہ کسی طاقت کا۔</w:t>
      </w:r>
    </w:p>
    <w:p>
      <w:r>
        <w:rPr>
          <w:b/>
        </w:rPr>
        <w:t xml:space="preserve">[41:23] </w:t>
      </w:r>
      <w:r>
        <w:t>ghar mein agar aurat ho to lakhon ki daulat hai woh, aur sach poocho to har insaan ki izzat hai woh. yeh sahi baat hai. phir bhi itna darja diya hai islam ne aurat ko, darja dene ke bawajood bhi phir islam mein ya muslim dharm mein yeh jo burqa padti hai, yeh kyun hai?</w:t>
      </w:r>
    </w:p>
    <w:p>
      <w:pPr>
        <w:jc w:val="right"/>
      </w:pPr>
      <w:r>
        <w:t>گھر میں اگر عورت ہو تو لاکھوں کی دولت ہے وہ، اور سچ پوچھو تو ہر انسان کی عزت ہے وہ۔ یہ صحیح بات ہے۔ پھر بھی اتنا درجہ دیا ہے اسلام نے عورت کو، درجہ دینے کے باوجود بھی پھر اسلام میں یا مسلم دھرم میں یہ جو برقہ پدتی ہے، یہ کیوں ہے؟</w:t>
      </w:r>
    </w:p>
    <w:p>
      <w:r>
        <w:rPr>
          <w:b/>
        </w:rPr>
        <w:t xml:space="preserve">[41:38] </w:t>
      </w:r>
      <w:r>
        <w:t>aur burqa padti ke peeche kya raaz hai? haan, dekhiye, mein aap ko saaf kar deta hoon yeh baat.</w:t>
      </w:r>
    </w:p>
    <w:p>
      <w:pPr>
        <w:jc w:val="right"/>
      </w:pPr>
      <w:r>
        <w:t>اور برقہ پدتی کے پیچھے کیا راز ہے؟ ہاں، دیکھیے، میں آپ کو صاف کر دیتا ہوں یہ بات۔</w:t>
      </w:r>
    </w:p>
    <w:p>
      <w:r>
        <w:rPr>
          <w:b/>
        </w:rPr>
        <w:t xml:space="preserve">[41:44] </w:t>
      </w:r>
      <w:r>
        <w:t>burqa islam mein nahi hai. yeh to india mein ek culture aaya hai iran se. arab mein agar aap padhein, prophet ke zamane mein wahan burqa nahi hua karta tha.</w:t>
      </w:r>
    </w:p>
    <w:p>
      <w:pPr>
        <w:jc w:val="right"/>
      </w:pPr>
      <w:r>
        <w:t>برقہ اسلام میں نہیں ہے۔ یہ تو انڈیا میں ایک کلچر آیا ہے ایران سے۔ عرب میں اگر آپ پڑھیں، پرافٹ کے زمانے میں وہاں برقہ نہیں ہوا کرتا تھا۔</w:t>
      </w:r>
    </w:p>
    <w:p>
      <w:r>
        <w:rPr>
          <w:b/>
        </w:rPr>
        <w:t xml:space="preserve">[41:59] </w:t>
      </w:r>
      <w:r>
        <w:t>islam mein jo hai, woh yeh hai ke aap, yaani nudity islam mein haram hai. nudity</w:t>
      </w:r>
    </w:p>
    <w:p>
      <w:pPr>
        <w:jc w:val="right"/>
      </w:pPr>
      <w:r>
        <w:t>اسلام میں جو ہے، وہ یہ ہے کہ آپ، یعنی نیوڈیٹی اسلام میں حرام ہے۔ نیوڈیٹی</w:t>
      </w:r>
    </w:p>
    <w:p>
      <w:r>
        <w:rPr>
          <w:b/>
        </w:rPr>
        <w:t xml:space="preserve">[42:07] </w:t>
      </w:r>
      <w:r>
        <w:t>. to nudity agar nahi hai to yeh hai masla ke jisko kehte hain wajh. wajh matlab face. face aur yeh haath aur paon.</w:t>
      </w:r>
    </w:p>
    <w:p>
      <w:pPr>
        <w:jc w:val="right"/>
      </w:pPr>
      <w:r>
        <w:t>۔ تو نیوڈیٹی اگر نہیں ہے تو یہ ہے مسئلہ کہ جس کو کہتے ہیں وجھ۔ وجھ مطلب فیس۔ فیس اور یہ ہاتھ اور پاؤں۔</w:t>
      </w:r>
    </w:p>
    <w:p>
      <w:r>
        <w:rPr>
          <w:b/>
        </w:rPr>
        <w:t xml:space="preserve">[42:20] </w:t>
      </w:r>
      <w:r>
        <w:t>is ko, is ko aap khula rakh sakte hain. lekin baqi jo hai, woh dhaka hona chahiye. loose dress hona chahiye. bas yeh hai islam.</w:t>
      </w:r>
    </w:p>
    <w:p>
      <w:pPr>
        <w:jc w:val="right"/>
      </w:pPr>
      <w:r>
        <w:t>اس کو، اس کو آپ کھلا رکھ سکتے ہیں۔ لیکن باقی جو ہے، وہ ٹھکا ہونا چاہیے۔ لوز ڈریس ہونا چاہیے۔ بس یہ ہے اسلام۔</w:t>
      </w:r>
    </w:p>
    <w:p>
      <w:r>
        <w:rPr>
          <w:b/>
        </w:rPr>
        <w:t xml:space="preserve">[42:29] </w:t>
      </w:r>
      <w:r>
        <w:t>aur jo burqa hai, woh to ek culture hai jo iran se aaya hai. log samajhte hain ke yeh islam hai. woh islam nahi hai.</w:t>
      </w:r>
    </w:p>
    <w:p>
      <w:pPr>
        <w:jc w:val="right"/>
      </w:pPr>
      <w:r>
        <w:t>اور جو برقہ ہے، وہ تو ایک کلچر ہے جو ایران سے آیا ہے۔ لوگ سمجھتے ہیں کہ یہ اسلام ہے۔ وہ اسلام نہیں ہے۔</w:t>
      </w:r>
    </w:p>
    <w:p>
      <w:r>
        <w:rPr>
          <w:b/>
        </w:rPr>
        <w:t xml:space="preserve">[42:38] </w:t>
      </w:r>
      <w:r>
        <w:t>kisi ko shaq is mein ho to mein aap book batata hoon, aap padh sakte hain. woh mister rajat aap kitaab ka naam likhwa denge, title is ka.</w:t>
      </w:r>
    </w:p>
    <w:p>
      <w:pPr>
        <w:jc w:val="right"/>
      </w:pPr>
      <w:r>
        <w:t>کسی کو شک اس میں ہو تو میں آپ بک بتاتا ہوں، آپ پڑھ سکتے ہیں۔ وہ مسٹر رجت آپ کتاب کا نام لکھوا دیں گے، ٹائٹل اس کا۔</w:t>
      </w:r>
    </w:p>
    <w:p>
      <w:r>
        <w:rPr>
          <w:b/>
        </w:rPr>
        <w:t xml:space="preserve">[42:46] </w:t>
      </w:r>
      <w:r>
        <w:t>chacha, abhi abhi ek supreme court ka faisla bhi hai ke bhai before marriage jo hai, woh marriage jo hai, registered hona chahiye. aur kafi logon ne bhi, aap ke bhi kafi logon ne kaha hai ke bhai jo bhi supreme court ne jo bhi faisla diya hai, woh sahi</w:t>
      </w:r>
    </w:p>
    <w:p>
      <w:pPr>
        <w:jc w:val="right"/>
      </w:pPr>
      <w:r>
        <w:t>چاچا، ابھی ابھی ایک سپریم کورٹ کا فیصلہ بھی ہے کہ بھئی بیفور میرج جو ہے، وہ میرج جو ہے، رجسٹرڈ ہونا چاہیے۔ اور کافی لوگوں نے بھی، آپ کے بھی کافی لوگوں نے کہا ہے کہ بھئی جو بھی سپریم کورٹ نے جو بھی فیصلہ دیا ہے، وہ صحیح</w:t>
      </w:r>
    </w:p>
    <w:p>
      <w:r>
        <w:rPr>
          <w:b/>
        </w:rPr>
        <w:t xml:space="preserve">[42:59] </w:t>
      </w:r>
      <w:r>
        <w:t>hai. to kya yeh jo jo aap ki jo community hai, is ko kahan, kitne had tak to hum manenge ke nahi bhai, sahi baat hai ke before marriage, the marriage should be registered.</w:t>
      </w:r>
    </w:p>
    <w:p>
      <w:pPr>
        <w:jc w:val="right"/>
      </w:pPr>
      <w:r>
        <w:t>ہے۔ تو کیا یہ جو جو آپ کی جو کمیونٹی ہے، اس کو کہاں، کتنے حد تک تو ہم مانیں گے کہ نہیں بھائی، صحیح بات ہے کہ بیفور میرج، دی میرج شوڈ بی رجسٹرڈ۔</w:t>
      </w:r>
    </w:p>
    <w:p>
      <w:r>
        <w:rPr>
          <w:b/>
        </w:rPr>
        <w:t xml:space="preserve">[43:08] </w:t>
      </w:r>
      <w:r>
        <w:t>maine to is par ek statement aaya hai, tv mein bola tha humein ke bilkul sahi judgment hai supreme court ka, aur bilkul islam ke ain mutabiq hai.</w:t>
      </w:r>
    </w:p>
    <w:p>
      <w:pPr>
        <w:jc w:val="right"/>
      </w:pPr>
      <w:r>
        <w:t>میں نے تو اس پر ایک سٹیٹمنٹ آیا ہے، ٹی وی میں بولا تھا ہمیں کہ بالکل صحیح ججمنٹ ہے سپریم کورٹ کا، اور بالکل اسلام کے عین مطابق ہے۔</w:t>
      </w:r>
    </w:p>
    <w:p>
      <w:r>
        <w:rPr>
          <w:b/>
        </w:rPr>
        <w:t xml:space="preserve">[43:18] </w:t>
      </w:r>
      <w:r>
        <w:t>yahi hona chahiye. regularize karne ka tareeqa koi doosra nahi ho sakta siwaye registration ke. hum ko regularize karna chahiye. ab bilkul theek judgment aaya hai, woh</w:t>
      </w:r>
    </w:p>
    <w:p>
      <w:pPr>
        <w:jc w:val="right"/>
      </w:pPr>
      <w:r>
        <w:t>یہی ہونا چاہیے۔ ریگولرائز کرنے کا طریقہ کوئی دوسرا نہیں ہو سکتا سوائے رجسٹریشن کے۔ ہم کو ریگولرائز کرنا چاہیے۔ اب بالکل ٹھیک ججمنٹ آیا ہے، وہ</w:t>
      </w:r>
    </w:p>
    <w:p>
      <w:r>
        <w:rPr>
          <w:b/>
        </w:rPr>
        <w:t xml:space="preserve">[43:29] </w:t>
      </w:r>
      <w:r>
        <w:t>is mein kuch bhi islam se takrao nahi hai. abhi mein poochna chahungi ke aap bola hai ke oneness of god and oneness of man ke upar kafi stress diya.</w:t>
      </w:r>
    </w:p>
    <w:p>
      <w:pPr>
        <w:jc w:val="right"/>
      </w:pPr>
      <w:r>
        <w:t>اس میں کچھ بھی اسلام سے ٹکراؤ نہیں ہے۔ ابھی میں پوچھنا چاہوں گی کہ آپ بولا ہے کہ وننس آف گاڈ اینڈ وننس آف مین کے اوپر کافی سٹریس دیا۔</w:t>
      </w:r>
    </w:p>
    <w:p>
      <w:r>
        <w:rPr>
          <w:b/>
        </w:rPr>
        <w:t xml:space="preserve">[43:40] </w:t>
      </w:r>
      <w:r>
        <w:t>to meri knowledge rahi hai, mein yeh janna chahungi ke kya koi bhi aise pious place pe ja sakta hai ya kewal islam hi log hi ja sakte hain?</w:t>
      </w:r>
    </w:p>
    <w:p>
      <w:pPr>
        <w:jc w:val="right"/>
      </w:pPr>
      <w:r>
        <w:t>تو میری نالج رہی ہے، میں یہ جاننا چاہوں گی کہ کیا کوئی بھی ایسے پائس پلیس پہ جا سکتا ہے یا کیول اسلام ہی لوگ ہی جا سکتے ہیں؟</w:t>
      </w:r>
    </w:p>
    <w:p>
      <w:r>
        <w:rPr>
          <w:b/>
        </w:rPr>
        <w:t xml:space="preserve">[43:51] </w:t>
      </w:r>
      <w:r>
        <w:t>kya kya? aur agar oneness of man hai to har kisi ko jaane ki ijazat kyun nahi hai? makkah mein hajj karne ke liye? hajj karne ke liye?</w:t>
      </w:r>
    </w:p>
    <w:p>
      <w:pPr>
        <w:jc w:val="right"/>
      </w:pPr>
      <w:r>
        <w:t>کیا کیا؟ اور اگر وننس آف مین ہے تو ہر کسی کو جانے کی اجازت کیوں نہیں ہے؟ مکہ میں حج کرنے کے لیے؟ حج کرنے کے لیے؟</w:t>
      </w:r>
    </w:p>
    <w:p>
      <w:r>
        <w:rPr>
          <w:b/>
        </w:rPr>
        <w:t xml:space="preserve">[44:00] </w:t>
      </w:r>
      <w:r>
        <w:t>haan, sab koi bhi hajj ke liye? hajj ke liye? kewal islam dharm hi ja sakte hain? kewal islam dharm ke log hi ja sakte hain? bhai, hajj to bhai ibadat hai. agar aap ibadat ke liye jayen to ab aap chahe cheezein check kar lijiye, koi kaun rokega aap ko?</w:t>
      </w:r>
    </w:p>
    <w:p>
      <w:pPr>
        <w:jc w:val="right"/>
      </w:pPr>
      <w:r>
        <w:t>ہاں، سب کوئی بھی حج کے لیے؟ حج کے لیے؟ کیول اسلام دھرم ہی جا سکتے ہیں؟ کیول اسلام دھرم کے لوگ ہی جا سکتے ہیں؟ بھئی، حج تو بھئی عبادت ہے۔ اگر آپ عبادت کے لیے جائیں تو اب آپ چاہے چیزیں چیک کر لیجیے، کوئی کون روکے گا آپ کو؟</w:t>
      </w:r>
    </w:p>
    <w:p>
      <w:r>
        <w:rPr>
          <w:b/>
        </w:rPr>
        <w:t xml:space="preserve">[44:12] </w:t>
      </w:r>
      <w:r>
        <w:t>koi rokega nahi? koi bhi, koi bhi nahi rokega aap ko? bhai, aap visa mein lijiye ke mein hajj ke liye aa raha hoon to koi nahi rokega aap ko.</w:t>
      </w:r>
    </w:p>
    <w:p>
      <w:pPr>
        <w:jc w:val="right"/>
      </w:pPr>
      <w:r>
        <w:t>کوئی روکے گا نہیں؟ کوئی بھی، کوئی بھی نہیں روکے گا آپ کو؟ بھئی، آپ ویزا میں لیجیے کہ میں حج کے لیے آ رہا ہوں تو کوئی نہیں روکے گا آپ کو۔</w:t>
      </w:r>
    </w:p>
    <w:p>
      <w:r>
        <w:rPr>
          <w:b/>
        </w:rPr>
        <w:t xml:space="preserve">[44:21] </w:t>
      </w:r>
      <w:r>
        <w:t>koi bhi nahi rokega. achha, aakhri sawal. Maulana sahib, yeh hum sab ke liye bare saadat ki baat hai ke aap hamare beech mein padhare.</w:t>
      </w:r>
    </w:p>
    <w:p>
      <w:pPr>
        <w:jc w:val="right"/>
      </w:pPr>
      <w:r>
        <w:t>کوئی بھی نہیں روکے گا۔ اچھا، آخری سوال۔ مولانا صاحب، یہ ہم سب کے لیے بڑے سعادت کی بات ہے کہ آپ ہمارے بیچ میں پधारے۔</w:t>
      </w:r>
    </w:p>
    <w:p>
      <w:r>
        <w:rPr>
          <w:b/>
        </w:rPr>
        <w:t xml:space="preserve">[44:34] </w:t>
      </w:r>
      <w:r>
        <w:t>aur is ke liye General sahib ko shukriya kaha jata hai ke hum ko bhi mauqa mila aap jaisi shakhsiyat se milne ka. hum pichle do din se hamara yeh workshop, aaj teesra din hai, chal raha hai.</w:t>
      </w:r>
    </w:p>
    <w:p>
      <w:pPr>
        <w:jc w:val="right"/>
      </w:pPr>
      <w:r>
        <w:t>اور اس کے لیے جنرل صاحب کو شکریہ کہا جاتا ہے کہ ہم کو بھی موقع ملا آپ جیسی شخصیت سے ملنے کا۔ ہم پچھلے دو دن سے ہمارا یہ ورکشاپ، آج تیسرا دن ہے، چل رہا ہے۔</w:t>
      </w:r>
    </w:p>
    <w:p>
      <w:r>
        <w:rPr>
          <w:b/>
        </w:rPr>
        <w:t xml:space="preserve">[44:46] </w:t>
      </w:r>
      <w:r>
        <w:t>to hum ne jo inter religion jo commonness hai, us par kafi prakash dala gaya hai. woh chahe christianity ho, chahe muslim dharm ho, sanatan dharm ho.</w:t>
      </w:r>
    </w:p>
    <w:p>
      <w:pPr>
        <w:jc w:val="right"/>
      </w:pPr>
      <w:r>
        <w:t>تو ہم نے جو انٹر ریلیجن جو کامننس ہے، اس پر کافی प्रकाश ڈالا گیا ہے۔ وہ چاہے کرسچینٹی ہو، چاہے مسلم دھرم ہو، سناتن دھرم ہو۔</w:t>
      </w:r>
    </w:p>
    <w:p>
      <w:r>
        <w:rPr>
          <w:b/>
        </w:rPr>
        <w:t xml:space="preserve">[44:58] </w:t>
      </w:r>
      <w:r>
        <w:t>hum yeh dekhte reh rahe hain ke sab ka jo ek jo fundamental base hai, ek woh sab ek hai. aur sab ke jo siddhant hain, woh sab ek hain.</w:t>
      </w:r>
    </w:p>
    <w:p>
      <w:pPr>
        <w:jc w:val="right"/>
      </w:pPr>
      <w:r>
        <w:t>ہم یہ دیکھتے رہ رہے ہیں کہ سب کا جو ایک جو فنڈامینٹل بیس ہے، ایک وہ سب ایک ہے۔ اور سب کے جو سدھانت ہیں، وہ سب ایک ہیں۔</w:t>
      </w:r>
    </w:p>
    <w:p>
      <w:r>
        <w:rPr>
          <w:b/>
        </w:rPr>
        <w:t xml:space="preserve">[45:09] </w:t>
      </w:r>
      <w:r>
        <w:t>manavta ke kalyan ke liye hain. udharta un mein poori tarah se bhari hui hai.</w:t>
      </w:r>
    </w:p>
    <w:p>
      <w:pPr>
        <w:jc w:val="right"/>
      </w:pPr>
      <w:r>
        <w:t>مانوتا کے کल्याણ کے لیے ہیں۔ ادھارتا ان میں پوری طرح سے بھری ہوئی ہے۔</w:t>
      </w:r>
    </w:p>
    <w:p>
      <w:r>
        <w:rPr>
          <w:b/>
        </w:rPr>
        <w:t xml:space="preserve">[45:15] </w:t>
      </w:r>
      <w:r>
        <w:t>manushyata ka, manushyata ko tarana dene ke liye, manushyata ke prasaran ke liye, aur uske utthan ke liye hi sabhi dharmon ka ek matra dhyey hai.</w:t>
      </w:r>
    </w:p>
    <w:p>
      <w:pPr>
        <w:jc w:val="right"/>
      </w:pPr>
      <w:r>
        <w:t>منوشتا کا، منوشتا کو ترانہ دینے کے لیے، منوشتا کے پرسکرن کے لیے، اور اس کے اُتھان کے لیے ہی سبھی دھرموں کا ایک ماتر دھیر ہے۔</w:t>
      </w:r>
    </w:p>
    <w:p>
      <w:r>
        <w:rPr>
          <w:b/>
        </w:rPr>
        <w:t xml:space="preserve">[45:24] </w:t>
      </w:r>
      <w:r>
        <w:t>aur is ke baad bhi, is ke bawajood bhi, jab hum samaj mein dekhte hain to itna vitanda vaad hai, itna jhanjhat hai, itna burao hai ke matra yeh khali naam se hai.</w:t>
      </w:r>
    </w:p>
    <w:p>
      <w:pPr>
        <w:jc w:val="right"/>
      </w:pPr>
      <w:r>
        <w:t>اور اس کے بعد بھی، اس کے باوجود بھی، جب ہم سماج میں دیکھتے ہیں تو اتنا وِتَنڈا واد ہے، اتنا جھنجھٹ ہے، اتنا بُراؤ ہے کہ ماتر یہ خالی نام سے ہے۔</w:t>
      </w:r>
    </w:p>
    <w:p>
      <w:r>
        <w:rPr>
          <w:b/>
        </w:rPr>
        <w:t xml:space="preserve">[45:36] </w:t>
      </w:r>
      <w:r>
        <w:t>yeh sun liya kisi ne ke aap ka naam yeh hai, aboo ka naam hai, koi mansoor ali hai, koi</w:t>
      </w:r>
    </w:p>
    <w:p>
      <w:pPr>
        <w:jc w:val="right"/>
      </w:pPr>
      <w:r>
        <w:t>یہ سن لیا کسی نے کہ آپ کا نام یہ ہے، ابوک نام ہے، کوئی منصور علی ہے، کوئی</w:t>
      </w:r>
    </w:p>
    <w:p>
      <w:r>
        <w:rPr>
          <w:b/>
        </w:rPr>
        <w:t xml:space="preserve">[45:44] </w:t>
      </w:r>
      <w:r>
        <w:t>shaam hai, koi mohan hai. bas khali is baat se le kar ke, aur baqi hum kuch nahi jante is ke background ke bare mein ke maine kitni ashingayein, kitni dushingayein hamare mustis mein aa jati hain, aur is ke bare dushnama hote hain.</w:t>
      </w:r>
    </w:p>
    <w:p>
      <w:pPr>
        <w:jc w:val="right"/>
      </w:pPr>
      <w:r>
        <w:t>شام ہے، کوئی موہن ہے۔ بس خالی اس بات سے لے کر کے، اور باقی ہم کچھ نہیں جانتے اس کے بیک گراؤنڈ کے بارے میں کہ میں نے کتنی آشنگائیں، کتنی دوشنگائیں ہمارے مُستِس میں آ جاتی ہیں، اور اس کے بڑے دُشپنما ہوتے ہیں۔</w:t>
      </w:r>
    </w:p>
    <w:p>
      <w:r>
        <w:rPr>
          <w:b/>
        </w:rPr>
        <w:t xml:space="preserve">[45:57] </w:t>
      </w:r>
      <w:r>
        <w:t>dekhein, yeh main baat, yeh baat bar bar sunne mein aati hai. difference is not an evil. log difference ko evil samajhte hain.</w:t>
      </w:r>
    </w:p>
    <w:p>
      <w:pPr>
        <w:jc w:val="right"/>
      </w:pPr>
      <w:r>
        <w:t>دیکھیں، یہ میں بات، یہ بات بار بار سننے میں آتی ہے۔ ڈیفرنس از ناٹ این ایول۔ لوگ ڈیفرنس کو ایول سمجھتے ہیں۔</w:t>
      </w:r>
    </w:p>
    <w:p>
      <w:r>
        <w:rPr>
          <w:b/>
        </w:rPr>
        <w:t xml:space="preserve">[46:07] </w:t>
      </w:r>
      <w:r>
        <w:t>to main aap se ek baat arz karta hoon ke difference is not an evil at all.</w:t>
      </w:r>
    </w:p>
    <w:p>
      <w:pPr>
        <w:jc w:val="right"/>
      </w:pPr>
      <w:r>
        <w:t>تو میں آپ سے ایک بات عرض کرتا ہوں کہ ڈیفرنس از ناٹ این ایول ایٹ آل۔</w:t>
      </w:r>
    </w:p>
    <w:p>
      <w:r>
        <w:rPr>
          <w:b/>
        </w:rPr>
        <w:t xml:space="preserve">[46:12] </w:t>
      </w:r>
      <w:r>
        <w:t>difference is a blessing. without difference, without difference, there is no competition, no challenge, no discussion.</w:t>
      </w:r>
    </w:p>
    <w:p>
      <w:pPr>
        <w:jc w:val="right"/>
      </w:pPr>
      <w:r>
        <w:t>ڈیفرنس از اے بلیسنگ۔ وِد آؤٹ ڈیفرنس، وِد آؤٹ ڈیفرنس، دیر از نو کمپٹیشن، نو چیلنج، نو ڈسکشن۔</w:t>
      </w:r>
    </w:p>
    <w:p>
      <w:r>
        <w:rPr>
          <w:b/>
        </w:rPr>
        <w:t xml:space="preserve">[46:22] </w:t>
      </w:r>
      <w:r>
        <w:t>to difference to stepping stone hai taraqqi ke liye. ab log steam par chalate hain, woh alag baat hai. aap steam par ja kar khani bohat sara kha lein to alexander the great ne bohat sa khana kha liya, mar gaya woh.</w:t>
      </w:r>
    </w:p>
    <w:p>
      <w:pPr>
        <w:jc w:val="right"/>
      </w:pPr>
      <w:r>
        <w:t>تو ڈیفرنس تو اسٹیپنگ اسٹون ہے ترقی کے لیے۔ اب لوگ اسٹیم پر چلاتے ہیں، وہ الگ بات ہے۔ آپ اسٹیم پر جا کر کھانی بہت سارا کھا لیں تو الیگزینڈر دا گریٹ نے بہت سا کھانا کھا لیا، مر گیا وہ۔</w:t>
      </w:r>
    </w:p>
    <w:p>
      <w:r>
        <w:rPr>
          <w:b/>
        </w:rPr>
        <w:t xml:space="preserve">[46:35] </w:t>
      </w:r>
      <w:r>
        <w:t>halanke badshah tha woh. ek ek function mein bohat khana kha liya, woh to mar gaya. to</w:t>
      </w:r>
    </w:p>
    <w:p>
      <w:pPr>
        <w:jc w:val="right"/>
      </w:pPr>
      <w:r>
        <w:t>حالانکہ بادشاہ تھا وہ۔ ایک ایک فنکشن میں بہت کھانا کھا لیا، وہ تو مر گیا۔ تو</w:t>
      </w:r>
    </w:p>
    <w:p>
      <w:r>
        <w:rPr>
          <w:b/>
        </w:rPr>
        <w:t xml:space="preserve">[46:41] </w:t>
      </w:r>
      <w:r>
        <w:t>extreme par jana galat hai. warna main to welcome karta hoon differences ko. kyunke kisi ne kaha hai, bohat acha.</w:t>
      </w:r>
    </w:p>
    <w:p>
      <w:pPr>
        <w:jc w:val="right"/>
      </w:pPr>
      <w:r>
        <w:t>ایکسٹریم پر جانا غلط ہے۔ ورنہ میں تو ویلکم کرتا ہوں ڈیفرنسز کو۔ کیونکہ کسی نے کہا ہے، بہت اچھا۔</w:t>
      </w:r>
    </w:p>
    <w:p>
      <w:r>
        <w:rPr>
          <w:b/>
        </w:rPr>
        <w:t xml:space="preserve">[46:51] </w:t>
      </w:r>
      <w:r>
        <w:t>of all things alike, no one things very much. to difference to bohat bara. main to invite karta hoon difference ko taake exchange ho, taake dialogue ho, apni intellectual development ho, daily baatein samajh mein</w:t>
      </w:r>
    </w:p>
    <w:p>
      <w:pPr>
        <w:jc w:val="right"/>
      </w:pPr>
      <w:r>
        <w:t>اف آل تھنگز الائک، نو ون تھنگز ویری مچ۔ تو ڈیفرنس تو بہت بڑا۔ میں تو انوائٹ کرتا ہوں ڈیفرنس کو تاکہ ایکسچینج ہو، تاکہ ڈائیلاگ ہو، اپنی انٹلیکچول ڈیولپمنٹ ہو، ڈیلی باتیں سمجھ میں</w:t>
      </w:r>
    </w:p>
    <w:p>
      <w:r>
        <w:rPr>
          <w:b/>
        </w:rPr>
        <w:t xml:space="preserve">[47:07] </w:t>
      </w:r>
      <w:r>
        <w:t>aayein. log steam par chale aate hain. kisi bhi cheez mein aap steam par chale jayein to wohi aa kar ke freedom itni achi cheez hai.</w:t>
      </w:r>
    </w:p>
    <w:p>
      <w:pPr>
        <w:jc w:val="right"/>
      </w:pPr>
      <w:r>
        <w:t>آئیں۔ لوگ اسٹیم پر چلے آتے ہیں۔ کسی بھی چیز میں آپ اسٹیم پر چلے جائیں تو وہیں آ کر کے فریڈم اتنی اچھی چیز ہے۔</w:t>
      </w:r>
    </w:p>
    <w:p>
      <w:r>
        <w:rPr>
          <w:b/>
        </w:rPr>
        <w:t xml:space="preserve">[47:15] </w:t>
      </w:r>
      <w:r>
        <w:t>freedom mein stream par chale aate hain to BF Iskandar ne ek kitab chhapi hai America mein ke we can't afford freedom. matlab is ka misuse, is ka afford nahi kar sakte.</w:t>
      </w:r>
    </w:p>
    <w:p>
      <w:pPr>
        <w:jc w:val="right"/>
      </w:pPr>
      <w:r>
        <w:t>فریڈم میں اسٹیم پر چلے آتے ہیں تو بی ایف اسکندر نے ایک کتاب چھاپی ہے امریکہ میں کہ وی کانٹ افورڈ فریڈم۔ مطلب اس کا مس یوز، اس کا افورڈ نہیں کر سکتے۔</w:t>
      </w:r>
    </w:p>
    <w:p>
      <w:r>
        <w:rPr>
          <w:b/>
        </w:rPr>
        <w:t xml:space="preserve">[47:26] </w:t>
      </w:r>
      <w:r>
        <w:t>to asal cheez jo cheez hai buri, woh extremism hai, na ke difference. yeh main keh sakta hoon.</w:t>
      </w:r>
    </w:p>
    <w:p>
      <w:pPr>
        <w:jc w:val="right"/>
      </w:pPr>
      <w:r>
        <w:t>تو اصل چیز جو چیز ہے بری، وہ ایکسٹریمزم ہے، نہ کہ ڈیفرنس۔ یہ میں کہہ سکتا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