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Conveying The Message of God August 2, 2009</w:t>
      </w:r>
    </w:p>
    <w:p>
      <w:r>
        <w:t>https://youtu.be/Vas9vU2IepI</w:t>
      </w:r>
    </w:p>
    <w:p>
      <w:r>
        <w:rPr>
          <w:b/>
        </w:rPr>
        <w:t xml:space="preserve">[00:14] </w:t>
      </w:r>
      <w:r>
        <w:t>bismillah hir rahman nir rahim, wa sallallahu ala nabiyyil karim. rab ishrah li sadri, wa yassir li amri,</w:t>
      </w:r>
    </w:p>
    <w:p>
      <w:pPr>
        <w:jc w:val="right"/>
      </w:pPr>
      <w:r>
        <w:t>بسم اللہ الرحمن الرحیم، وصلی اللہ علی النبی الکریم ۔ رب اشرحلیصدری، و یسرلی امری،</w:t>
      </w:r>
    </w:p>
    <w:p>
      <w:r>
        <w:rPr>
          <w:b/>
        </w:rPr>
        <w:t xml:space="preserve">[00:29] </w:t>
      </w:r>
      <w:r>
        <w:t>wah lul uqdatan min lisani, yafqahu qawli.</w:t>
      </w:r>
    </w:p>
    <w:p>
      <w:pPr>
        <w:jc w:val="right"/>
      </w:pPr>
      <w:r>
        <w:t>واحلالعقدۃ منلسانی ،یفقہ قولی۔</w:t>
      </w:r>
    </w:p>
    <w:p>
      <w:r>
        <w:rPr>
          <w:b/>
        </w:rPr>
        <w:t xml:space="preserve">[00:37] </w:t>
      </w:r>
      <w:r>
        <w:t>aaj ka topic hai: "spreading the word of God", yaani Khuda ke kalam ko phailana.</w:t>
      </w:r>
    </w:p>
    <w:p>
      <w:pPr>
        <w:jc w:val="right"/>
      </w:pPr>
      <w:r>
        <w:t>آجکا ٹاپکہے: "اس پریڈنگ دیورڈآفگاڈ" ،یعنی خدا کے کلام کو پھیلانا۔</w:t>
      </w:r>
    </w:p>
    <w:p>
      <w:r>
        <w:rPr>
          <w:b/>
        </w:rPr>
        <w:t xml:space="preserve">[00:51] </w:t>
      </w:r>
      <w:r>
        <w:t>yaani aap keh sakte hain ke "conveying the message of God to all mankind".</w:t>
      </w:r>
    </w:p>
    <w:p>
      <w:pPr>
        <w:jc w:val="right"/>
      </w:pPr>
      <w:r>
        <w:t>یعنی آپ کہہسکتےہیں کہ" کن وینگ دا میسجآف گاڈ ٹوآلمینکائنڈ"۔</w:t>
      </w:r>
    </w:p>
    <w:p>
      <w:r>
        <w:rPr>
          <w:b/>
        </w:rPr>
        <w:t xml:space="preserve">[01:02] </w:t>
      </w:r>
      <w:r>
        <w:t>yeh hai aaj ka topic.</w:t>
      </w:r>
    </w:p>
    <w:p>
      <w:pPr>
        <w:jc w:val="right"/>
      </w:pPr>
      <w:r>
        <w:t>یہہےآجکا ٹاپک ۔</w:t>
      </w:r>
    </w:p>
    <w:p>
      <w:r>
        <w:rPr>
          <w:b/>
        </w:rPr>
        <w:t xml:space="preserve">[01:07] </w:t>
      </w:r>
      <w:r>
        <w:t>aaj ka mere haath mein yeh aaj ka paper hai, aaj ka English paper. is ki jo pehli news hai, is ki pehli news hai ke "Myanmar close to nuclear bomb".</w:t>
      </w:r>
    </w:p>
    <w:p>
      <w:pPr>
        <w:jc w:val="right"/>
      </w:pPr>
      <w:r>
        <w:t>آجکا میرےہاتھمیں یہآجکا پیپرہے، آجکاانگل شپیپر ۔ اسکیجو پہلی نیوزہے، اسکی پہلینیوزہےکہ"م یمار کلوز ٹو نیوکلیئربوم"۔</w:t>
      </w:r>
    </w:p>
    <w:p>
      <w:r>
        <w:rPr>
          <w:b/>
        </w:rPr>
        <w:t xml:space="preserve">[01:26] </w:t>
      </w:r>
      <w:r>
        <w:t>Myanmar kehte hain, pehle zamane mein Burma kaha jata tha hamare bachpan mein, ab usko Myanmar kaha jata hai.</w:t>
      </w:r>
    </w:p>
    <w:p>
      <w:pPr>
        <w:jc w:val="right"/>
      </w:pPr>
      <w:r>
        <w:t>می امار کہتےہیں، پہلے زمانےمیں بر ماکہاجاتا تھاہمارے بچپنمیں ،اباسکو میامار کہاجاتا ہے۔</w:t>
      </w:r>
    </w:p>
    <w:p>
      <w:r>
        <w:rPr>
          <w:b/>
        </w:rPr>
        <w:t xml:space="preserve">[01:36] </w:t>
      </w:r>
      <w:r>
        <w:t>to ek chhota sa mulk hai, is ki economy bahut poor hai, lekin woh nuclear bomb bana raha hai.</w:t>
      </w:r>
    </w:p>
    <w:p>
      <w:pPr>
        <w:jc w:val="right"/>
      </w:pPr>
      <w:r>
        <w:t>تو ایک چھوٹاسا ملکہے، اسکی اکانومی بہت پورہے، لیکن وہ نیوکلیئربم بنارہاہے۔</w:t>
      </w:r>
    </w:p>
    <w:p>
      <w:r>
        <w:rPr>
          <w:b/>
        </w:rPr>
        <w:t xml:space="preserve">[01:47] </w:t>
      </w:r>
      <w:r>
        <w:t>aise bahut se countries hain jo nuclear bomb ya to bana chuke hain ya banane ki koshish mein lage hue hain.</w:t>
      </w:r>
    </w:p>
    <w:p>
      <w:pPr>
        <w:jc w:val="right"/>
      </w:pPr>
      <w:r>
        <w:t>ایسےبہت سےکنٹریزہیں جو نیوکلیئر بومیاتوبناچکےہیں یا بن انے کی کوششمیں لگےہوئےہیں۔</w:t>
      </w:r>
    </w:p>
    <w:p>
      <w:r>
        <w:rPr>
          <w:b/>
        </w:rPr>
        <w:t xml:space="preserve">[02:02] </w:t>
      </w:r>
      <w:r>
        <w:t>aisa kyun hai?</w:t>
      </w:r>
    </w:p>
    <w:p>
      <w:pPr>
        <w:jc w:val="right"/>
      </w:pPr>
      <w:r>
        <w:t>ایساکیوںہے ؟</w:t>
      </w:r>
    </w:p>
    <w:p>
      <w:r>
        <w:rPr>
          <w:b/>
        </w:rPr>
        <w:t xml:space="preserve">[02:04] </w:t>
      </w:r>
      <w:r>
        <w:t>un se agar poochein jaye ke aap kis ke liye atom bomb bana rahe hain, har ek ek hi baat kahega. woh yeh ke yeh hai hamare liye nuclear deterrent.</w:t>
      </w:r>
    </w:p>
    <w:p>
      <w:pPr>
        <w:jc w:val="right"/>
      </w:pPr>
      <w:r>
        <w:t>انسےاگرپوچھاجائے کہ آپ کسکےلیے ایٹمبمبنارہےہیں، ہرایک ایکہیباتکہےگا۔ وہیہکہ یہہے ہمارےلیے نیوکلیئرڈیٹر ینٹ۔</w:t>
      </w:r>
    </w:p>
    <w:p>
      <w:r>
        <w:rPr>
          <w:b/>
        </w:rPr>
        <w:t xml:space="preserve">[02:21] </w:t>
      </w:r>
      <w:r>
        <w:t>yaani humein kisi ke upar aggression nahin karna hai, lekin agar koi nuclear attack kare to hum kya karenge?</w:t>
      </w:r>
    </w:p>
    <w:p>
      <w:pPr>
        <w:jc w:val="right"/>
      </w:pPr>
      <w:r>
        <w:t>یعنیہمیںکسی کےاوپر ایگریشننہیںکرناہے، لیکن اگر کوئینیوکلیئراٹیککرےتوہمکیاکریںگے؟</w:t>
      </w:r>
    </w:p>
    <w:p>
      <w:r>
        <w:rPr>
          <w:b/>
        </w:rPr>
        <w:t xml:space="preserve">[02:32] </w:t>
      </w:r>
      <w:r>
        <w:t>tu ne nuclear attack se apne ko bachane ke liye hum ne aiza editor ne nuclear bomb banaya hai.</w:t>
      </w:r>
    </w:p>
    <w:p>
      <w:pPr>
        <w:jc w:val="right"/>
      </w:pPr>
      <w:r>
        <w:t>تو نی وکلیئر اٹیک سے اپنے کو بچانےکےلیےہمنے ایزاےڈیٹر ینٹ نیوکلیئربومبنایاہے۔</w:t>
      </w:r>
    </w:p>
    <w:p>
      <w:r>
        <w:rPr>
          <w:b/>
        </w:rPr>
        <w:t xml:space="preserve">[02:43] </w:t>
      </w:r>
      <w:r>
        <w:t>sab yahi bolenge.</w:t>
      </w:r>
    </w:p>
    <w:p>
      <w:pPr>
        <w:jc w:val="right"/>
      </w:pPr>
      <w:r>
        <w:t>سب یہیبولیںگے۔</w:t>
      </w:r>
    </w:p>
    <w:p>
      <w:r>
        <w:rPr>
          <w:b/>
        </w:rPr>
        <w:t xml:space="preserve">[02:47] </w:t>
      </w:r>
      <w:r>
        <w:t>ab aap yeh to logon ke socho. ab aap ek baar quran ko padho. dekho, quran simple maano mein ek religious book nahi hai.</w:t>
      </w:r>
    </w:p>
    <w:p>
      <w:pPr>
        <w:jc w:val="right"/>
      </w:pPr>
      <w:r>
        <w:t>ابآپ یہتو لوگوںکیسوچہے۔ ابآپ ایک بار قرآنکوپڑھیے۔ دیکھیے،قرآن سمپلمعنوںمیںایک ریلیجیسبکنہیںہے۔</w:t>
      </w:r>
    </w:p>
    <w:p>
      <w:r>
        <w:rPr>
          <w:b/>
        </w:rPr>
        <w:t xml:space="preserve">[03:00] </w:t>
      </w:r>
      <w:r>
        <w:t>quran mein sab kuch hai, har cheez ka</w:t>
      </w:r>
    </w:p>
    <w:p>
      <w:pPr>
        <w:jc w:val="right"/>
      </w:pPr>
      <w:r>
        <w:t>قرآنمیں سبکچھ ہے، ہرچیزکا</w:t>
      </w:r>
    </w:p>
    <w:p>
      <w:r>
        <w:rPr>
          <w:b/>
        </w:rPr>
        <w:t xml:space="preserve">[03:08] </w:t>
      </w:r>
      <w:r>
        <w:t>har cheez ka clarification hai.</w:t>
      </w:r>
    </w:p>
    <w:p>
      <w:pPr>
        <w:jc w:val="right"/>
      </w:pPr>
      <w:r>
        <w:t>۔ہرچیزکاکلیریفیکیشنہے۔</w:t>
      </w:r>
    </w:p>
    <w:p>
      <w:r>
        <w:rPr>
          <w:b/>
        </w:rPr>
        <w:t xml:space="preserve">[03:12] </w:t>
      </w:r>
      <w:r>
        <w:t>to aap isko dekho, as a mind ko le kar aap quran ko padho. to quran mein aap baar baar kya paoge? jisko kehte hain quran ki zabaan mein inzaar, warning.</w:t>
      </w:r>
    </w:p>
    <w:p>
      <w:pPr>
        <w:jc w:val="right"/>
      </w:pPr>
      <w:r>
        <w:t>توآپاسکودیکھیں، اساس مائنڈکولےکرآپ قرآنکوپڑھیں۔ تو قرآن میں آپ بار بار کیا پائیںگے؟ جسکوکہتےہیں قرآنکی زبان میں انذار ، وارننگ۔</w:t>
      </w:r>
    </w:p>
    <w:p>
      <w:r>
        <w:rPr>
          <w:b/>
        </w:rPr>
        <w:t xml:space="preserve">[03:28] </w:t>
      </w:r>
      <w:r>
        <w:t>kiske liye? doomsday ke liye, qayamat ke liye. quran bhara hua hai. ek ek commentator ne quran ke is se poocha gaya ke "what is the gist of the quran?</w:t>
      </w:r>
    </w:p>
    <w:p>
      <w:pPr>
        <w:jc w:val="right"/>
      </w:pPr>
      <w:r>
        <w:t>کسکےلیے؟ ڈومزڈےکےلیے ،قیامتکےلیے۔ قرآن بھراہواہے۔ ایک ایک کمنٹیٹر قرآنکےانسےپوچھاگیا کہ"واٹازداجسٹآفداقرآن؟</w:t>
      </w:r>
    </w:p>
    <w:p>
      <w:r>
        <w:rPr>
          <w:b/>
        </w:rPr>
        <w:t xml:space="preserve">[03:43] </w:t>
      </w:r>
      <w:r>
        <w:t>" unhone kaha ke inzaar, yani warning.</w:t>
      </w:r>
    </w:p>
    <w:p>
      <w:pPr>
        <w:jc w:val="right"/>
      </w:pPr>
      <w:r>
        <w:t>"انہوںنےکہاکہ انذار ،یعنی وارننگ۔</w:t>
      </w:r>
    </w:p>
    <w:p>
      <w:r>
        <w:rPr>
          <w:b/>
        </w:rPr>
        <w:t xml:space="preserve">[03:49] </w:t>
      </w:r>
      <w:r>
        <w:t>khuda ne yeh duniya jo banai to pehle din se yeh decide kar diya ke yeh duniya eternal nahi hai.</w:t>
      </w:r>
    </w:p>
    <w:p>
      <w:pPr>
        <w:jc w:val="right"/>
      </w:pPr>
      <w:r>
        <w:t>خدانےیہدنیا جوبنائی تو پہلے دن سے یہ ڈیسائیڈکردیا کہ یہدنیا ایٹرنلنہیںہے۔</w:t>
      </w:r>
    </w:p>
    <w:p>
      <w:r>
        <w:rPr>
          <w:b/>
        </w:rPr>
        <w:t xml:space="preserve">[04:01] </w:t>
      </w:r>
      <w:r>
        <w:t>iska ek end aayega. woh end jo hoga woh qayamat hoga, doomsday hoga. iske baad insaan saare ke saare god almighty ke saamne jama kiye jayenge.</w:t>
      </w:r>
    </w:p>
    <w:p>
      <w:pPr>
        <w:jc w:val="right"/>
      </w:pPr>
      <w:r>
        <w:t>اسکاایک اینڈآئےگا۔ وہ اینڈجوہوگاوہقیامتہوگا، ڈومزڈےہوگا۔ اسکےبعد انسان سارےکےسارے گاڈالم ائٹیکےسامنے جمع کیےجائیںگے۔</w:t>
      </w:r>
    </w:p>
    <w:p>
      <w:r>
        <w:rPr>
          <w:b/>
        </w:rPr>
        <w:t xml:space="preserve">[04:16] </w:t>
      </w:r>
      <w:r>
        <w:t>hisaab kitaab hoga unka.</w:t>
      </w:r>
    </w:p>
    <w:p>
      <w:pPr>
        <w:jc w:val="right"/>
      </w:pPr>
      <w:r>
        <w:t>حسابکتاب ہوگاانکا ۔</w:t>
      </w:r>
    </w:p>
    <w:p>
      <w:r>
        <w:rPr>
          <w:b/>
        </w:rPr>
        <w:t xml:space="preserve">[04:19] </w:t>
      </w:r>
      <w:r>
        <w:t>isko kehte hain qayamat ka din ya doomsday. yeh quran mein bhara hua hai.</w:t>
      </w:r>
    </w:p>
    <w:p>
      <w:pPr>
        <w:jc w:val="right"/>
      </w:pPr>
      <w:r>
        <w:t>اسکو کہتےہیں قیامتکا دن یا ڈومزڈے۔ یہ قرآنمیںبھراہواہے۔</w:t>
      </w:r>
    </w:p>
    <w:p>
      <w:r>
        <w:rPr>
          <w:b/>
        </w:rPr>
        <w:t xml:space="preserve">[04:29] </w:t>
      </w:r>
      <w:r>
        <w:t>jaise aap padho surah hajj, chapter number 22. to is mein aap dekho ke quran keh raha hai ke apne aap ko bachao khuda ki pakad se.</w:t>
      </w:r>
    </w:p>
    <w:p>
      <w:pPr>
        <w:jc w:val="right"/>
      </w:pPr>
      <w:r>
        <w:t>جیسےآپپڑھیں سورہحج ،چیپٹرنمبر2 2 ۔تواسمیں آپدیکھیں کہ قرآنکہہرہاہےکہاپنے آپکو بچاؤ خداکیپکڑسے۔</w:t>
      </w:r>
    </w:p>
    <w:p>
      <w:r>
        <w:rPr>
          <w:b/>
        </w:rPr>
        <w:t xml:space="preserve">[04:43] </w:t>
      </w:r>
      <w:r>
        <w:t>in zalzala azeem.</w:t>
      </w:r>
    </w:p>
    <w:p>
      <w:pPr>
        <w:jc w:val="right"/>
      </w:pPr>
      <w:r>
        <w:t>ان زلزلہ ع ظیم ۔</w:t>
      </w:r>
    </w:p>
    <w:p>
      <w:r>
        <w:rPr>
          <w:b/>
        </w:rPr>
        <w:t xml:space="preserve">[04:50] </w:t>
      </w:r>
      <w:r>
        <w:t>yani yeh jo aane wala hai earthquake, great earthquake, jisko hum qayamat kehte hain.</w:t>
      </w:r>
    </w:p>
    <w:p>
      <w:pPr>
        <w:jc w:val="right"/>
      </w:pPr>
      <w:r>
        <w:t>یعنی یہجو آنےوالاہے ارتھکویک ، گریٹارتھکو یک، جسکوہمقیامتکہتےہیں۔</w:t>
      </w:r>
    </w:p>
    <w:p>
      <w:r>
        <w:rPr>
          <w:b/>
        </w:rPr>
        <w:t xml:space="preserve">[05:00] </w:t>
      </w:r>
      <w:r>
        <w:t>qayamat is the qayamat kya hai? woh great earthquake hai. sab toot phoot jayega.</w:t>
      </w:r>
    </w:p>
    <w:p>
      <w:pPr>
        <w:jc w:val="right"/>
      </w:pPr>
      <w:r>
        <w:t>قیامت از دا قیامتکیاہے ؟ وہ گریٹارتھکویکہے۔ سبکچھٹوٹپھوٹجائےگا۔</w:t>
      </w:r>
    </w:p>
    <w:p>
      <w:r>
        <w:rPr>
          <w:b/>
        </w:rPr>
        <w:t xml:space="preserve">[05:11] </w:t>
      </w:r>
      <w:r>
        <w:t>to isko le kar ke aap socho to kya rai banegi aapki</w:t>
      </w:r>
    </w:p>
    <w:p>
      <w:pPr>
        <w:jc w:val="right"/>
      </w:pPr>
      <w:r>
        <w:t>تواسکولےکرکےآپسوچیں تو کیا رائےبنےگیآپکی</w:t>
      </w:r>
    </w:p>
    <w:p>
      <w:r>
        <w:rPr>
          <w:b/>
        </w:rPr>
        <w:t xml:space="preserve">[05:17] </w:t>
      </w:r>
      <w:r>
        <w:t>? ke saare log jo hain blind ness mein jaa rahe hain, andhe andhe pan mein jaa rahe hain. yani woh prepare kar rahe hain apne aap ko nuclear attack ke khilaaf.</w:t>
      </w:r>
    </w:p>
    <w:p>
      <w:pPr>
        <w:jc w:val="right"/>
      </w:pPr>
      <w:r>
        <w:t>؟کہ سارےلوگ جوہیں بلائنڈنسمیںجیرہےہیں،اندھے اندھےپنمیںجیرہےہیں۔ یعنیوہ پریپیئرکررہےہیںاپنےآپکو نی وکلیئر اٹیککےخلاف ۔</w:t>
      </w:r>
    </w:p>
    <w:p>
      <w:r>
        <w:rPr>
          <w:b/>
        </w:rPr>
        <w:t xml:space="preserve">[05:35] </w:t>
      </w:r>
      <w:r>
        <w:t>the damnation is not to prepare themself against the nuclear war. but this is not the question.</w:t>
      </w:r>
    </w:p>
    <w:p>
      <w:pPr>
        <w:jc w:val="right"/>
      </w:pPr>
      <w:r>
        <w:t>ال دانیشنزارانویسٹ ٹو پریپیئردیمسیلف اگینسٹدینیوکلیئروار۔ بٹدسازناٹداکوئسچن۔</w:t>
      </w:r>
    </w:p>
    <w:p>
      <w:r>
        <w:rPr>
          <w:b/>
        </w:rPr>
        <w:t xml:space="preserve">[05:45] </w:t>
      </w:r>
      <w:r>
        <w:t>the basic question is that you have to prepare yourself to save yourself from the earthquake of qayamat.</w:t>
      </w:r>
    </w:p>
    <w:p>
      <w:pPr>
        <w:jc w:val="right"/>
      </w:pPr>
      <w:r>
        <w:t>دابیسککوئسچناز دیٹ یوہیوٹوپریپیئریورسیلف ٹوسیویورسیلففر ام دی ارتھکویکافقیامت۔</w:t>
      </w:r>
    </w:p>
    <w:p>
      <w:r>
        <w:rPr>
          <w:b/>
        </w:rPr>
        <w:t xml:space="preserve">[05:54] </w:t>
      </w:r>
      <w:r>
        <w:t>qayamat ka jo zalzala aayega us waqt kya hoga? apne ko is se bachani.</w:t>
      </w:r>
    </w:p>
    <w:p>
      <w:pPr>
        <w:jc w:val="right"/>
      </w:pPr>
      <w:r>
        <w:t>قیامتکاجو زلزلہآئےگا اسوقت کیاہوگا؟ اپنے کواسسےبچانی۔</w:t>
      </w:r>
    </w:p>
    <w:p>
      <w:r>
        <w:rPr>
          <w:b/>
        </w:rPr>
        <w:t xml:space="preserve">[06:02] </w:t>
      </w:r>
      <w:r>
        <w:t>yeh hai problem, yeh hai issue. to yeh ek childish baat hai ke log nuclear bomb bana rahe hain.</w:t>
      </w:r>
    </w:p>
    <w:p>
      <w:pPr>
        <w:jc w:val="right"/>
      </w:pPr>
      <w:r>
        <w:t>یہہے پرابلم،یہہے ایشو۔ تویہ ایک چائلڈشباتہےکہلوگ نیوکلیئربومبنارہےہیں۔</w:t>
      </w:r>
    </w:p>
    <w:p>
      <w:r>
        <w:rPr>
          <w:b/>
        </w:rPr>
        <w:t xml:space="preserve">[06:12] </w:t>
      </w:r>
      <w:r>
        <w:t>nuclear deterrent bana rahe hain.</w:t>
      </w:r>
    </w:p>
    <w:p>
      <w:pPr>
        <w:jc w:val="right"/>
      </w:pPr>
      <w:r>
        <w:t>نیوکلیئرڈیٹرینٹبنارہےہیں۔</w:t>
      </w:r>
    </w:p>
    <w:p>
      <w:r>
        <w:rPr>
          <w:b/>
        </w:rPr>
        <w:t xml:space="preserve">[06:15] </w:t>
      </w:r>
      <w:r>
        <w:t>nahi, qayamat deterrent banao. jo aane wala hai, woh aakar rahega. aur to hum signs bata rahe hain ke woh bahut hi qareeb aa chuka hai.</w:t>
      </w:r>
    </w:p>
    <w:p>
      <w:pPr>
        <w:jc w:val="right"/>
      </w:pPr>
      <w:r>
        <w:t>نہیں ، قیامتڈیٹرینٹبناؤ ۔ جو آنےوالاہے،وہآکررہےگا۔ اور توہمسائنسبتارہےہیںکہوہ بہت ہی قریبآچکاہے۔</w:t>
      </w:r>
    </w:p>
    <w:p>
      <w:r>
        <w:rPr>
          <w:b/>
        </w:rPr>
        <w:t xml:space="preserve">[06:30] </w:t>
      </w:r>
      <w:r>
        <w:t>it is not far. end of the history is very near. to isiko maine aaj apne topic ke taur par liya hai.</w:t>
      </w:r>
    </w:p>
    <w:p>
      <w:pPr>
        <w:jc w:val="right"/>
      </w:pPr>
      <w:r>
        <w:t>ابدور نہیںہے۔ این ڈآفداہسٹریازویرینیئر۔ تو اسیکو میںنےآج اپنے ٹاپککےطورپرلیاہے۔</w:t>
      </w:r>
    </w:p>
    <w:p>
      <w:r>
        <w:rPr>
          <w:b/>
        </w:rPr>
        <w:t xml:space="preserve">[06:43] </w:t>
      </w:r>
      <w:r>
        <w:t>dekhiye,agar aap quran ko objective mind ke saath padhein, preoccupied mind se na padhein. dekhiye, preoccupied mind se aap kuch bhi nahi samjhenge.</w:t>
      </w:r>
    </w:p>
    <w:p>
      <w:pPr>
        <w:jc w:val="right"/>
      </w:pPr>
      <w:r>
        <w:t>دیکھیے،اگرآپ قرآنکو اب جیکٹومائنڈکےساتھ پڑھیں، پریاکوپائیڈمائنڈسےنہپڑھیں۔ دیکھیے، پری اکوپائیڈمائنڈسےآپکچھبھینہیںسمجھیںگے۔</w:t>
      </w:r>
    </w:p>
    <w:p>
      <w:r>
        <w:rPr>
          <w:b/>
        </w:rPr>
        <w:t xml:space="preserve">[07:00] </w:t>
      </w:r>
      <w:r>
        <w:t>ek hindu se ek baar meri baatcheet hui to woh kya kehte hain? maine to quran ko padha to aisa laga ke main geeda ko padh raha hoon.</w:t>
      </w:r>
    </w:p>
    <w:p>
      <w:pPr>
        <w:jc w:val="right"/>
      </w:pPr>
      <w:r>
        <w:t>ایک ہندو سےایکبارمیریباتچیتہوئی تووہکیاکہتےہیں؟ میں نےتوقرآنکوپڑھا توایسالگاکہمیں گیداکوپڑھرہاہوں۔</w:t>
      </w:r>
    </w:p>
    <w:p>
      <w:r>
        <w:rPr>
          <w:b/>
        </w:rPr>
        <w:t xml:space="preserve">[07:12] </w:t>
      </w:r>
      <w:r>
        <w:t>koi kahega ke main maine quran ko padha to aisa laga ke main bible ko padh raha hoon. jis zamane mein communism ki dhoom thi to ek communist musalman ne likha tha: "main quran ko padhta hoon to mujhe is mein communism dikhai deta hai." yeh hai reading quran with preoccupied mind.</w:t>
      </w:r>
    </w:p>
    <w:p>
      <w:pPr>
        <w:jc w:val="right"/>
      </w:pPr>
      <w:r>
        <w:t>کوئیکہےگاکہمیں میںنےقرآنکوپڑھا تو ایسالگاکہمیںبائبلکوپڑھرہاہوں۔ جسزمانےمیں کمیونزمکیدھومتھی تو ایک کمیونسٹ مسلمنےلکھاتھا :"میںقرآنکوپڑھتاہوںتومجھمج ھکواسمیںکمیونزمدکھائیدیتاہے۔" یہہے ریڈنگ قرآن ود پریاکوپائیڈمائنڈ۔</w:t>
      </w:r>
    </w:p>
    <w:p>
      <w:r>
        <w:rPr>
          <w:b/>
        </w:rPr>
        <w:t xml:space="preserve">[07:40] </w:t>
      </w:r>
      <w:r>
        <w:t>to aap objective mind se padhiye quran ko,</w:t>
      </w:r>
    </w:p>
    <w:p>
      <w:pPr>
        <w:jc w:val="right"/>
      </w:pPr>
      <w:r>
        <w:t>تو آپ اب جیکٹومائنڈسے پڑھیےقرآنکو،</w:t>
      </w:r>
    </w:p>
    <w:p>
      <w:r>
        <w:rPr>
          <w:b/>
        </w:rPr>
        <w:t xml:space="preserve">[07:46] </w:t>
      </w:r>
      <w:r>
        <w:t>preoccupied mind se na padhiye. to kya dekhenge aap? ya aap payenge ke quran mein, quran ke analysis ke mutabiq do qism ke affairs hain: world affairs aur other world affairs</w:t>
      </w:r>
    </w:p>
    <w:p>
      <w:pPr>
        <w:jc w:val="right"/>
      </w:pPr>
      <w:r>
        <w:t>پریاکوپائیڈمائنڈسےنہپڑھیے۔ توکیا دیکھیںگےآپ ؟یاآپ پائیںگےکہ قرآنمیں ،قرآن کے کےانالیسزکےمطابق دو قسم کے افیئرہیں: ورلڈلیافیئرز اور ادرورلڈلیافیئرز</w:t>
      </w:r>
    </w:p>
    <w:p>
      <w:r>
        <w:rPr>
          <w:b/>
        </w:rPr>
        <w:t xml:space="preserve">[08:05] </w:t>
      </w:r>
      <w:r>
        <w:t>. bas insan ke liye jo problem hai, jo jo issues hain, woh do qism ke hain: world affairs aur other world affairs.</w:t>
      </w:r>
    </w:p>
    <w:p>
      <w:pPr>
        <w:jc w:val="right"/>
      </w:pPr>
      <w:r>
        <w:t>۔ بس انسان کےلیے جو پرابلمہے، جوجو ایشوزہیں، وہدوقسم کےہیں: ورلڈلیافیئرزاور ادرورلڈلیافیئرز۔</w:t>
      </w:r>
    </w:p>
    <w:p>
      <w:r>
        <w:rPr>
          <w:b/>
        </w:rPr>
        <w:t xml:space="preserve">[08:16] </w:t>
      </w:r>
      <w:r>
        <w:t>yaani aaj ki duniya ke masle aur qayamat ke baad aane wale masle. to quran mein yeh bataya gaya hai ke aaj ki duniya ke jo masle hain,</w:t>
      </w:r>
    </w:p>
    <w:p>
      <w:pPr>
        <w:jc w:val="right"/>
      </w:pPr>
      <w:r>
        <w:t>یعنیآجکےدنیا کے مسئلے اور قیامتکےبعد آنےوالے مسئلے۔ تو قرآنمیں یہ بتایاگیاہے کہ آجکےدنیا کےجومسئلےہیں،</w:t>
      </w:r>
    </w:p>
    <w:p>
      <w:r>
        <w:rPr>
          <w:b/>
        </w:rPr>
        <w:t xml:space="preserve">[08:31] </w:t>
      </w:r>
      <w:r>
        <w:t>iska zimma khuda ne le liya hai.</w:t>
      </w:r>
    </w:p>
    <w:p>
      <w:pPr>
        <w:jc w:val="right"/>
      </w:pPr>
      <w:r>
        <w:t>اسکا ذمہخدانےلےلیاہے۔</w:t>
      </w:r>
    </w:p>
    <w:p>
      <w:r>
        <w:rPr>
          <w:b/>
        </w:rPr>
        <w:t xml:space="preserve">[08:34] </w:t>
      </w:r>
      <w:r>
        <w:t>wa ma min dabbatin fil ardi illa allahi rizquha woh milna hi milna hai.</w:t>
      </w:r>
    </w:p>
    <w:p>
      <w:pPr>
        <w:jc w:val="right"/>
      </w:pPr>
      <w:r>
        <w:t>وما من دابۃ فیالارضالا علیاللہ رزقہ وہ ملناہیملناہے۔</w:t>
      </w:r>
    </w:p>
    <w:p>
      <w:r>
        <w:rPr>
          <w:b/>
        </w:rPr>
        <w:t xml:space="preserve">[08:44] </w:t>
      </w:r>
      <w:r>
        <w:t>wa ma min dabbatin fil ardi illa allahi rizquha is duniya mein har ek ko oxygen supply kiya jayega khuda ki taraf se. is duniya mein har ek ko sunlight milegi khuda ki taraf se.</w:t>
      </w:r>
    </w:p>
    <w:p>
      <w:pPr>
        <w:jc w:val="right"/>
      </w:pPr>
      <w:r>
        <w:t>ومامندابۃ فیالارضالا علیاللہ رزقہ اسدنیا میںہرایککو اکسیجنسپلائیکیاجائےگاخداکیطرفسے ۔ اسدنیا میںہرایککو سنلائٹملےگی خداکیطرف سے ۔</w:t>
      </w:r>
    </w:p>
    <w:p>
      <w:r>
        <w:rPr>
          <w:b/>
        </w:rPr>
        <w:t xml:space="preserve">[08:57] </w:t>
      </w:r>
      <w:r>
        <w:t>is duniya mein har ek ke liye ghalla ho jayega khuda ki taraf se. sab kuch hoga,</w:t>
      </w:r>
    </w:p>
    <w:p>
      <w:pPr>
        <w:jc w:val="right"/>
      </w:pPr>
      <w:r>
        <w:t>اسدنیا میںہرایککےلیے غلہہوجائےگا خداکیطرفسے۔سبکچھہوگا،</w:t>
      </w:r>
    </w:p>
    <w:p>
      <w:r>
        <w:rPr>
          <w:b/>
        </w:rPr>
        <w:t xml:space="preserve">[09:03] </w:t>
      </w:r>
      <w:r>
        <w:t>pani milega. yaani jo humein chahiye world life ko manage karne ke liye, woh sab khuda ki taraf se supply hoga.</w:t>
      </w:r>
    </w:p>
    <w:p>
      <w:pPr>
        <w:jc w:val="right"/>
      </w:pPr>
      <w:r>
        <w:t>پانی ملےگا۔ یعنیجو ہمیںچاہیے ورلڈلیلائفکو مینجکرنےکےلیے، وہسبخداکیطرف سےسپلائیہوگا۔</w:t>
      </w:r>
    </w:p>
    <w:p>
      <w:r>
        <w:rPr>
          <w:b/>
        </w:rPr>
        <w:t xml:space="preserve">[09:18] </w:t>
      </w:r>
      <w:r>
        <w:t>to khuda ne iski guarantee le li hai. lekin doosra jo aspect hai, iski khuda ne guarantee nahi li hai.</w:t>
      </w:r>
    </w:p>
    <w:p>
      <w:pPr>
        <w:jc w:val="right"/>
      </w:pPr>
      <w:r>
        <w:t>تو خدانے اسکی گارنٹیلےلیہے۔ لیکن دوس راجو اسپیکٹہے، اسکیخدانےگارنٹینہیںلیہے۔</w:t>
      </w:r>
    </w:p>
    <w:p>
      <w:r>
        <w:rPr>
          <w:b/>
        </w:rPr>
        <w:t xml:space="preserve">[09:30] </w:t>
      </w:r>
      <w:r>
        <w:t>yaani jo doosri duniya, jo other world, jisko hum kehte hain qayamat ke baad jo aane wali hai, jahan insan khuda ke samne khada kiya jayega,</w:t>
      </w:r>
    </w:p>
    <w:p>
      <w:pPr>
        <w:jc w:val="right"/>
      </w:pPr>
      <w:r>
        <w:t>یعنی جو دوس ریدنیا ،جوادرورلڈ ، جسکوہمکہتےہیں قیامتکےبعدجوآنےوالیہے، جہاں انسان خداکےسامنے کھڑاکیاجائےگا،</w:t>
      </w:r>
    </w:p>
    <w:p>
      <w:r>
        <w:rPr>
          <w:b/>
        </w:rPr>
        <w:t xml:space="preserve">[09:48] </w:t>
      </w:r>
      <w:r>
        <w:t>wahan paradise hogi, wahan hell hogi, wahan punishment hogi, wahan reward hoga. wahan ke liye khuda ne kisi ko koi guarantee nahi di hai.</w:t>
      </w:r>
    </w:p>
    <w:p>
      <w:pPr>
        <w:jc w:val="right"/>
      </w:pPr>
      <w:r>
        <w:t>وہاں پیراڈائزہوگی،وہاںہلہوگی، وہاں پنشمنٹہوگی،وہاںریوارڈہوگا۔ وہاں کےلیے خدانےکسی کو کوئیگارنٹینہیںدیہے۔</w:t>
      </w:r>
    </w:p>
    <w:p>
      <w:r>
        <w:rPr>
          <w:b/>
        </w:rPr>
        <w:t xml:space="preserve">[09:59] </w:t>
      </w:r>
      <w:r>
        <w:t>isiki batane ke liye quran aaya hai. dekhiye, quran mein koi bhi is tarah ki cheez nahi hai ke agriculture kahe chala jaye, horticulture kahe chala jaye.</w:t>
      </w:r>
    </w:p>
    <w:p>
      <w:pPr>
        <w:jc w:val="right"/>
      </w:pPr>
      <w:r>
        <w:t>اسیکوبتانےکےلیےقرآنآیاہے۔ دیکھیے،قرآنمیں کوئیبھی اسطرح کیچیزنہیںہےکہ ایگریکلچرکہےچلاجائے، ہارٹیکلچرکہےچلاجائے۔</w:t>
      </w:r>
    </w:p>
    <w:p>
      <w:r>
        <w:rPr>
          <w:b/>
        </w:rPr>
        <w:t xml:space="preserve">[10:15] </w:t>
      </w:r>
      <w:r>
        <w:t>rasool Allah ne to madine mein ek baar aisa hua ke wahan horticulture tha, yaani khajoor ke baagh hua karte the. to ek masla paida hua jo sahih muslim mein riwayat aayi hai. iski</w:t>
      </w:r>
    </w:p>
    <w:p>
      <w:pPr>
        <w:jc w:val="right"/>
      </w:pPr>
      <w:r>
        <w:t>رسولاللہنےتو مدینےمیں ایک بارایساہوا کہوہاںہارٹیکلچرتھا، یعنیکھجورکےباغہواکرتے تھے۔ توایک مسئلہپیدا ہواجوصحیحمسلممیںروایتآئیہے۔اسکی</w:t>
      </w:r>
    </w:p>
    <w:p>
      <w:r>
        <w:rPr>
          <w:b/>
        </w:rPr>
        <w:t xml:space="preserve">[10:27] </w:t>
      </w:r>
      <w:r>
        <w:t>aap ne keh diya ke antum aalamun bi amri dunyakum matlab horticulture tum jano, woh tumhara apna kaam hai. madine jab yeh madine ki baat hai, jab aap makka mein the to aap jante hain ke makka jo tha, woh desert tha,</w:t>
      </w:r>
    </w:p>
    <w:p>
      <w:pPr>
        <w:jc w:val="right"/>
      </w:pPr>
      <w:r>
        <w:t>آپنےکہہدیا کہ انتم عالم بامردنیا کم مطلبہارٹیکلچرتم جانو، وہتمہارااپناکام ہے۔ مدینہجب یہ مدینےکیباتہے، جبآپمکہمیںتھے تو آپجانتےہیںکہمکہجوتھا،وہڈیزرٹتھا،</w:t>
      </w:r>
    </w:p>
    <w:p>
      <w:r>
        <w:rPr>
          <w:b/>
        </w:rPr>
        <w:t xml:space="preserve">[10:46] </w:t>
      </w:r>
      <w:r>
        <w:t>wahan irrigation nahi tha.</w:t>
      </w:r>
    </w:p>
    <w:p>
      <w:pPr>
        <w:jc w:val="right"/>
      </w:pPr>
      <w:r>
        <w:t>وہاںایریگیشننہیںتھا۔</w:t>
      </w:r>
    </w:p>
    <w:p>
      <w:r>
        <w:rPr>
          <w:b/>
        </w:rPr>
        <w:t xml:space="preserve">[10:49] </w:t>
      </w:r>
      <w:r>
        <w:t>woh log pareshan hote the ke kaise hum pani yahan layein taake hamara desert jo hai, woh ismein agriculture ho, ismein horticulture ho, sabza ho gaya.</w:t>
      </w:r>
    </w:p>
    <w:p>
      <w:pPr>
        <w:jc w:val="right"/>
      </w:pPr>
      <w:r>
        <w:t>وہلوگپریشانہوتےتھے کہ کیسےہم پانی یہاںلائیں تاکہہماراڈیزرٹجوہے، وہ اسمیںایگریکلچرہو،اسمیںہارٹیکلچرہو، سبزہہوگئے۔</w:t>
      </w:r>
    </w:p>
    <w:p>
      <w:r>
        <w:rPr>
          <w:b/>
        </w:rPr>
        <w:t xml:space="preserve">[11:02] </w:t>
      </w:r>
      <w:r>
        <w:t>to woh jab rasool Allah ne kaha ke main khuda ka paighamabr hoon, I am the prophet of God, to unhone kaha ke aap prophet of God hain, to bhai yeh masla hal kijiye, hamara yeh problem hai, hamara irrigation nahi</w:t>
      </w:r>
    </w:p>
    <w:p>
      <w:pPr>
        <w:jc w:val="right"/>
      </w:pPr>
      <w:r>
        <w:t>تو وہ جب رسولاللہ نےکہاکہمیں خداکاپیغمبرہوں، ائیایمداپرافٹآفگاڈ، توانہوںنےکہاکہآپ پرافٹآفگاڈہیں،توبھئییہمسئلہحلکیجئے،ہمارا یہ پرابلمہے،ہمارا ایریگیشننہیں</w:t>
      </w:r>
    </w:p>
    <w:p>
      <w:r>
        <w:rPr>
          <w:b/>
        </w:rPr>
        <w:t xml:space="preserve">[11:16] </w:t>
      </w:r>
      <w:r>
        <w:t>yahan par hai, jaise syria mein hai, jaise doosre countries mein hai. to aap ne kya farmaya? yeh nahi farmaya ke aao hum dono mil kar ke ek koshish karte hain iske liye.</w:t>
      </w:r>
    </w:p>
    <w:p>
      <w:pPr>
        <w:jc w:val="right"/>
      </w:pPr>
      <w:r>
        <w:t>یہاںپرہے، جیسےسیریامیںہے، جیسےدوسرےکنٹریزمیںہے۔ توآپنےکیا فرمایا ؟ یہنہیںفرمایاکہآؤہمدونوںملکرکےایک کوششکرتے ہیںاسکےلیے۔</w:t>
      </w:r>
    </w:p>
    <w:p>
      <w:r>
        <w:rPr>
          <w:b/>
        </w:rPr>
        <w:t xml:space="preserve">[11:28] </w:t>
      </w:r>
      <w:r>
        <w:t>aap ne farmaya ke ma ba'tha kum ilayka inna atzannu annaka qad sawwat. yeh tum jano, antum aalamun bi amri dunyakum</w:t>
      </w:r>
    </w:p>
    <w:p>
      <w:pPr>
        <w:jc w:val="right"/>
      </w:pPr>
      <w:r>
        <w:t>آپنےفرمایاکہ ما بہ ذا ب عثتال یکم آئیوازناٹسینڈٹویوفاردسپرپس، یہتم جانو، انتمعالم بامردنیا کم</w:t>
      </w:r>
    </w:p>
    <w:p>
      <w:r>
        <w:rPr>
          <w:b/>
        </w:rPr>
        <w:t xml:space="preserve">[11:42] </w:t>
      </w:r>
      <w:r>
        <w:t>to dekhiye, yeh bahut hi zyada important baat hai ke Allah taala ne duniya ke liye jo humein chahiye, uska zimma khud le liya hai.</w:t>
      </w:r>
    </w:p>
    <w:p>
      <w:pPr>
        <w:jc w:val="right"/>
      </w:pPr>
      <w:r>
        <w:t>تو دیکھیے،یہبہت ہیزیادہ امپورٹنٹباتہے کہاللہ تعالی نے دنیا کےکےلیےجوہمیںچاہیے، اسکا ذمہخودلےلیاہے۔</w:t>
      </w:r>
    </w:p>
    <w:p>
      <w:r>
        <w:rPr>
          <w:b/>
        </w:rPr>
        <w:t xml:space="preserve">[11:58] </w:t>
      </w:r>
      <w:r>
        <w:t>jaisa ke quran mein saaf saaf hai ke wa ma min dabbatin fil ardi illa allahi rizquha</w:t>
      </w:r>
    </w:p>
    <w:p>
      <w:pPr>
        <w:jc w:val="right"/>
      </w:pPr>
      <w:r>
        <w:t>جیساکہقرآنمیں صافصافہے کہ و مامندابۃ فیالارضالا علیاللہ رزقہ</w:t>
      </w:r>
    </w:p>
    <w:p>
      <w:r>
        <w:rPr>
          <w:b/>
        </w:rPr>
        <w:t xml:space="preserve">[12:06] </w:t>
      </w:r>
      <w:r>
        <w:t>lekin jahan tak mamla hai</w:t>
      </w:r>
    </w:p>
    <w:p>
      <w:pPr>
        <w:jc w:val="right"/>
      </w:pPr>
      <w:r>
        <w:t>لیکن جہاںتک معاملہہے</w:t>
      </w:r>
    </w:p>
    <w:p>
      <w:r>
        <w:rPr>
          <w:b/>
        </w:rPr>
        <w:t xml:space="preserve">[12:11] </w:t>
      </w:r>
      <w:r>
        <w:t>qayamat ke baad wali dunya ka, jahan jannat hai aur jahannum hai, jahan paradise hai aur hell hai, wahan ke bare mein kisi koie guarantee nahin.</w:t>
      </w:r>
    </w:p>
    <w:p>
      <w:pPr>
        <w:jc w:val="right"/>
      </w:pPr>
      <w:r>
        <w:t>قیامتکےبعد والی دنیا کا ،جہاں جنتہےاور جہنمہے، جہاںپیراڈائزہےاورہلہے، وہاںکےبارےمیںکسی کوئیگارنٹینہیں ۔</w:t>
      </w:r>
    </w:p>
    <w:p>
      <w:r>
        <w:rPr>
          <w:b/>
        </w:rPr>
        <w:t xml:space="preserve">[12:23] </w:t>
      </w:r>
      <w:r>
        <w:t>wahan to aap jaisa karenge, waisa payenge.</w:t>
      </w:r>
    </w:p>
    <w:p>
      <w:pPr>
        <w:jc w:val="right"/>
      </w:pPr>
      <w:r>
        <w:t>وہاںتو آپ جیسا کریںگے، ویساپائیںگے۔</w:t>
      </w:r>
    </w:p>
    <w:p>
      <w:r>
        <w:rPr>
          <w:b/>
        </w:rPr>
        <w:t xml:space="preserve">[12:29] </w:t>
      </w:r>
      <w:r>
        <w:t>to yeh bohat hi serious baat hai.</w:t>
      </w:r>
    </w:p>
    <w:p>
      <w:pPr>
        <w:jc w:val="right"/>
      </w:pPr>
      <w:r>
        <w:t>تو یہ بہت ہی سیریسباتہے۔</w:t>
      </w:r>
    </w:p>
    <w:p>
      <w:r>
        <w:rPr>
          <w:b/>
        </w:rPr>
        <w:t xml:space="preserve">[12:34] </w:t>
      </w:r>
      <w:r>
        <w:t>prophet isi liye bheje gaye ke dunya ke tamam log lage hue hain kahan? wahan jahan Khuda ki taraf se guarantee hai ke woh mil kar rahega dunya banane ke liye.</w:t>
      </w:r>
    </w:p>
    <w:p>
      <w:pPr>
        <w:jc w:val="right"/>
      </w:pPr>
      <w:r>
        <w:t>پرافٹ اسیلیےبھیجےگئے کہدنیا کےتمام لوگ لگےہوئےہیںکہاں ؟ وہاںجہاںخداکیطرف سےگارنٹیہےکہوہملکررہےگا دنیا بنانےکےلیے۔</w:t>
      </w:r>
    </w:p>
    <w:p>
      <w:r>
        <w:rPr>
          <w:b/>
        </w:rPr>
        <w:t xml:space="preserve">[12:48] </w:t>
      </w:r>
      <w:r>
        <w:t>dunya banane ke liye saare log one tool lage hue hain aur Khuda ne keh diya ke woh to bankar rahegi, woh to humne tumhein dena hi dena hai.</w:t>
      </w:r>
    </w:p>
    <w:p>
      <w:pPr>
        <w:jc w:val="right"/>
      </w:pPr>
      <w:r>
        <w:t>دنیا بن انےکےلیے سارےلوگ ون ٹوال لگےہوئےہیں اورخدانےکہہدیاکہوہتوبنکررہےگی، وہتوہمنےتمکودیناہیدیناہے۔</w:t>
      </w:r>
    </w:p>
    <w:p>
      <w:r>
        <w:rPr>
          <w:b/>
        </w:rPr>
        <w:t xml:space="preserve">[12:59] </w:t>
      </w:r>
      <w:r>
        <w:t>aur jahan yeh baat aayegi ke wahan tumhein karna padega,</w:t>
      </w:r>
    </w:p>
    <w:p>
      <w:pPr>
        <w:jc w:val="right"/>
      </w:pPr>
      <w:r>
        <w:t>اور جہاںیہ بت ایاگیاکہوہاں تمہیںکرناپڑےگا،</w:t>
      </w:r>
    </w:p>
    <w:p>
      <w:r>
        <w:rPr>
          <w:b/>
        </w:rPr>
        <w:t xml:space="preserve">[13:05] </w:t>
      </w:r>
      <w:r>
        <w:t>yani qayamat ke baad jo dunya aane wali hai, iske liye apne aap ko prepare karna padega Khuda ki guidance mein, Quran ki guidance mein, prophet ki guidance mein.</w:t>
      </w:r>
    </w:p>
    <w:p>
      <w:pPr>
        <w:jc w:val="right"/>
      </w:pPr>
      <w:r>
        <w:t>یعنیقیامت کے بعد جودنیا آنےوالی ہے، اسکےلیے اپنےآپکوپریپیئرکرناپڑےگا خداکیگائیڈنس میں ،قرآنکیگائیڈنسمیں،پرافٹکیگائیڈنسمیں۔</w:t>
      </w:r>
    </w:p>
    <w:p>
      <w:r>
        <w:rPr>
          <w:b/>
        </w:rPr>
        <w:t xml:space="preserve">[13:17] </w:t>
      </w:r>
      <w:r>
        <w:t>wahan par kisi ko kuch, uska kuch concern nahin hai, logon ka nahin.</w:t>
      </w:r>
    </w:p>
    <w:p>
      <w:pPr>
        <w:jc w:val="right"/>
      </w:pPr>
      <w:r>
        <w:t>وہاںپر کسی کو کچھ ،اسکاکچھ وہ کنسرننہیںہے،لوگوںکانہیں۔</w:t>
      </w:r>
    </w:p>
    <w:p>
      <w:r>
        <w:rPr>
          <w:b/>
        </w:rPr>
        <w:t xml:space="preserve">[13:25] </w:t>
      </w:r>
      <w:r>
        <w:t>to world life affairs ko log apna concern banaye hue hain,</w:t>
      </w:r>
    </w:p>
    <w:p>
      <w:pPr>
        <w:jc w:val="right"/>
      </w:pPr>
      <w:r>
        <w:t>تو ورلڈلیافیئرزکولوگ اپنا کنسرنبنائےہوئےہیں ،</w:t>
      </w:r>
    </w:p>
    <w:p>
      <w:r>
        <w:rPr>
          <w:b/>
        </w:rPr>
        <w:t xml:space="preserve">[13:30] </w:t>
      </w:r>
      <w:r>
        <w:t>jab ke Quran ke mutabiq logon ko other world life affairs ko concern banana chahiye. yeh hai jo maine kaha ke spreading the word of God,</w:t>
      </w:r>
    </w:p>
    <w:p>
      <w:pPr>
        <w:jc w:val="right"/>
      </w:pPr>
      <w:r>
        <w:t>جب کہ قرآنکےمط ابق لوگوںکو ادرورلڈلیافیئرزکوکنسرنبناناچاہیے۔ یہہے جومیںنےکہاکہ سپریڈنگداورڈآفگاڈ،</w:t>
      </w:r>
    </w:p>
    <w:p>
      <w:r>
        <w:rPr>
          <w:b/>
        </w:rPr>
        <w:t xml:space="preserve">[13:44] </w:t>
      </w:r>
      <w:r>
        <w:t>insan ko yeh batana, insan ko yeh batana ke what is the real issue, what is the real problem, yeh batana logon ko</w:t>
      </w:r>
    </w:p>
    <w:p>
      <w:pPr>
        <w:jc w:val="right"/>
      </w:pPr>
      <w:r>
        <w:t>انسانکو یہبتانا، انسانکویہبت انا کہواٹازداریلایشو، واٹازداریلپرابلم ،یہبت انا لوگوںکو</w:t>
      </w:r>
    </w:p>
    <w:p>
      <w:r>
        <w:rPr>
          <w:b/>
        </w:rPr>
        <w:t xml:space="preserve">[13:56] </w:t>
      </w:r>
      <w:r>
        <w:t>. What is the creation plan of God, yeh batana. Dekhiye, Quran mein ek ayat hai: yudabbirul amra yufassirul ayati.</w:t>
      </w:r>
    </w:p>
    <w:p>
      <w:pPr>
        <w:jc w:val="right"/>
      </w:pPr>
      <w:r>
        <w:t>۔ واٹازدا کرشنپلانآفگاڈ ،یہبت انا۔ دیکھیے، قرآنمیںایکآیتہے: ي دبر الامر یفسر الایات۔</w:t>
      </w:r>
    </w:p>
    <w:p>
      <w:r>
        <w:rPr>
          <w:b/>
        </w:rPr>
        <w:t xml:space="preserve">[14:11] </w:t>
      </w:r>
      <w:r>
        <w:t>is ayat ka matlab yeh hai ke hum ek hain, yeh jo neeche, isko nature kehte hain, yeh poora jo dunya hai, isko nature kaha jata hai, zameen se aasman tak.</w:t>
      </w:r>
    </w:p>
    <w:p>
      <w:pPr>
        <w:jc w:val="right"/>
      </w:pPr>
      <w:r>
        <w:t>اسآیتکامطلبیہہےکہ ہم ایک ہیں، یہجو نیچے،اسکوہمنیچرکہتےہیں، یہ پورا جو دنیا ہے،اسکونیچرکہاجاتاہے، زمین سےآسمانتک ۔</w:t>
      </w:r>
    </w:p>
    <w:p>
      <w:r>
        <w:rPr>
          <w:b/>
        </w:rPr>
        <w:t xml:space="preserve">[14:25] </w:t>
      </w:r>
      <w:r>
        <w:t>to ek hai nature. Nature ko Khuda direct taur par control kar raha hai, jis ko hum kehte hain law of, jis ko hum kehte hain law of nature.</w:t>
      </w:r>
    </w:p>
    <w:p>
      <w:pPr>
        <w:jc w:val="right"/>
      </w:pPr>
      <w:r>
        <w:t>تو ایکہے نیچر ۔ نیچرکو خ دا ڈائریکٹطورپرکنٹرولکررہاہے، جسکوہم کہتےہیں لاءآف ،جسکوہمکہتےہیںلاءآفنیچر۔</w:t>
      </w:r>
    </w:p>
    <w:p>
      <w:r>
        <w:rPr>
          <w:b/>
        </w:rPr>
        <w:t xml:space="preserve">[14:38] </w:t>
      </w:r>
      <w:r>
        <w:t>to yeh laws wohi, natural laws wohi, isko discover karta hai scientist. Woh scientist ka domain hai.</w:t>
      </w:r>
    </w:p>
    <w:p>
      <w:pPr>
        <w:jc w:val="right"/>
      </w:pPr>
      <w:r>
        <w:t>تویہ لازجوہیں، نیچرللازجوہیں،اسکو ڈسکورکرتاہے سائنٹسٹ۔ وہ سائنٹسٹکاڈومینہے۔</w:t>
      </w:r>
    </w:p>
    <w:p>
      <w:r>
        <w:rPr>
          <w:b/>
        </w:rPr>
        <w:t xml:space="preserve">[14:50] </w:t>
      </w:r>
      <w:r>
        <w:t>ek ek aur cheez hai, aur woh hai hum dunya mein kaise rahen. What is the purpose of life?</w:t>
      </w:r>
    </w:p>
    <w:p>
      <w:pPr>
        <w:jc w:val="right"/>
      </w:pPr>
      <w:r>
        <w:t>ایک ایکاورچیزہے، اوروہہے ہمدنیا میں کیسےرہیں۔ واٹاز داپرپسآف لائف ؟</w:t>
      </w:r>
    </w:p>
    <w:p>
      <w:r>
        <w:rPr>
          <w:b/>
        </w:rPr>
        <w:t xml:space="preserve">[15:00] </w:t>
      </w:r>
      <w:r>
        <w:t>main kyun paida kiya gaya? What is predeth? What is the predeth period? What is the end of predeth period?</w:t>
      </w:r>
    </w:p>
    <w:p>
      <w:pPr>
        <w:jc w:val="right"/>
      </w:pPr>
      <w:r>
        <w:t>میں کیوں پیدا کیاگیا ؟ واٹاز پریڈیتھ؟واٹازانداپریڈیتھپیریڈ؟واٹاز انداپوسٹڈیتھپیریڈ؟</w:t>
      </w:r>
    </w:p>
    <w:p>
      <w:r>
        <w:rPr>
          <w:b/>
        </w:rPr>
        <w:t xml:space="preserve">[15:12] </w:t>
      </w:r>
      <w:r>
        <w:t>yeh sab baatein jo hain, isko Khuda ne reveal kiya prophet ke upar.</w:t>
      </w:r>
    </w:p>
    <w:p>
      <w:pPr>
        <w:jc w:val="right"/>
      </w:pPr>
      <w:r>
        <w:t>یہسبباتیںجوہیں،اسکو خدانے ریویلکیا پرافٹکےاوپر ۔</w:t>
      </w:r>
    </w:p>
    <w:p>
      <w:r>
        <w:rPr>
          <w:b/>
        </w:rPr>
        <w:t xml:space="preserve">[15:19] </w:t>
      </w:r>
      <w:r>
        <w:t>to jo natural laws hain, dekhein, jo jo jo bhi hum dekhte hain ke building banana ya camera banana ya car ya telephone ya mobile banana, hawai jahaz banana, yeh sab kya hai?</w:t>
      </w:r>
    </w:p>
    <w:p>
      <w:pPr>
        <w:jc w:val="right"/>
      </w:pPr>
      <w:r>
        <w:t>توجو نیچرللازہیں، دیکھیں،جو جو جو بھی ہمدیکھتےہیںکہ بلڈنگبن انا یا کیمرہبن انا یا کاریا ٹیلیفونیاموبائل بنانا، ہوائیجہازبنانا،یہسبکیاہے؟</w:t>
      </w:r>
    </w:p>
    <w:p>
      <w:r>
        <w:rPr>
          <w:b/>
        </w:rPr>
        <w:t xml:space="preserve">[15:34] </w:t>
      </w:r>
      <w:r>
        <w:t>nature mein potentially sab kuch maujood tha, koi invention nahin kiya kisi ne. Invention is nothing, everything is discovery.</w:t>
      </w:r>
    </w:p>
    <w:p>
      <w:pPr>
        <w:jc w:val="right"/>
      </w:pPr>
      <w:r>
        <w:t>نیچرمیں پوٹینشلی سبکچھموجود تھا، کوئیانوینٹنہیںکیا کسی نے۔ ان وینشنازنتھنگ، ای وریتھنگازڈسکوری۔</w:t>
      </w:r>
    </w:p>
    <w:p>
      <w:r>
        <w:rPr>
          <w:b/>
        </w:rPr>
        <w:t xml:space="preserve">[15:45] </w:t>
      </w:r>
      <w:r>
        <w:t>invention is nothing,</w:t>
      </w:r>
    </w:p>
    <w:p>
      <w:pPr>
        <w:jc w:val="right"/>
      </w:pPr>
      <w:r>
        <w:t>انوینشنازنتھنگ،</w:t>
      </w:r>
    </w:p>
    <w:p>
      <w:r>
        <w:rPr>
          <w:b/>
        </w:rPr>
        <w:t xml:space="preserve">[15:48] </w:t>
      </w:r>
      <w:r>
        <w:t>jo kuch bhi hai, woh invention nahin hai, yeh ijad nahin hai, woh daryaft hai. Scientist ne daryaft kiya is law ko jo had tha is dunya mein, aur usko exploit kiya,</w:t>
      </w:r>
    </w:p>
    <w:p>
      <w:pPr>
        <w:jc w:val="right"/>
      </w:pPr>
      <w:r>
        <w:t>جوکچھبھیہے،وہانوینشننہیںہے، یہ ایجادنہیںہے، وہ دریا فت ہے۔ سائنٹسٹنےدریا فتکیا اس لاءکو جو ہڈنتھا اسدنیا میں، اوراسکو ایکسپلائٹکیا،</w:t>
      </w:r>
    </w:p>
    <w:p>
      <w:r>
        <w:rPr>
          <w:b/>
        </w:rPr>
        <w:t xml:space="preserve">[16:05] </w:t>
      </w:r>
      <w:r>
        <w:t>usko avail kiya. To aap ne dekha ke carain daud rahi hain, hawai jahaz ud rahe hain, mobile bol raha hai. Yeh tha scientist ka kaam, woh isko khoob khoob kar rahe hain.</w:t>
      </w:r>
    </w:p>
    <w:p>
      <w:pPr>
        <w:jc w:val="right"/>
      </w:pPr>
      <w:r>
        <w:t>اسکو اویلکیا۔ تو آپنےدیکھا کہ کاریںدوڑرہیہیں،ہوائیجہازاڑرہےہیں،موبائل بولرہاہے۔ یہتھا سائنٹسٹکاکام، وہاسکوخوب خوبکررہےہیں۔</w:t>
      </w:r>
    </w:p>
    <w:p>
      <w:r>
        <w:rPr>
          <w:b/>
        </w:rPr>
        <w:t xml:space="preserve">[16:17] </w:t>
      </w:r>
      <w:r>
        <w:t>lekin doosra jo kaam hai, jo Muslim community ko karna tha, Muslim ummat ko karna tha ke word of God ko phailaye.</w:t>
      </w:r>
    </w:p>
    <w:p>
      <w:pPr>
        <w:jc w:val="right"/>
      </w:pPr>
      <w:r>
        <w:t>لیکن دوسراجوکام ہے، جو مسلم کمیونٹیکوکرناتھا،مسلم امتکوکرناتھا کہ ورڈآفگاڈکوپھیلائے۔</w:t>
      </w:r>
    </w:p>
    <w:p>
      <w:r>
        <w:rPr>
          <w:b/>
        </w:rPr>
        <w:t xml:space="preserve">[16:27] </w:t>
      </w:r>
      <w:r>
        <w:t>quran mein, quran jo preserved book kahe, yani quran kya hai? quran koi superior book nahin hai, quran preserved book of god hai.</w:t>
      </w:r>
    </w:p>
    <w:p>
      <w:pPr>
        <w:jc w:val="right"/>
      </w:pPr>
      <w:r>
        <w:t>قرآنمیں، قرآنجو پریزروڈبکہے، یعنیقرآنکیا ہے؟قرآنکوئی سپیریئربکنہیںہے، قرآن پریزروڈبکآفگاڈہے۔</w:t>
      </w:r>
    </w:p>
    <w:p>
      <w:r>
        <w:rPr>
          <w:b/>
        </w:rPr>
        <w:t xml:space="preserve">[16:40] </w:t>
      </w:r>
      <w:r>
        <w:t>khuda ki jo guidance aai, is mein preserved hai, is mein koi alteration nahin hua, koi change nahin hua . is mein bataya gaya hai ke insaan ke bare mein ke tum kya ho ,</w:t>
      </w:r>
    </w:p>
    <w:p>
      <w:pPr>
        <w:jc w:val="right"/>
      </w:pPr>
      <w:r>
        <w:t>خدا کیجوگائیڈنس آئی، اسمیں پریزروہے، اسمیں کوئیالٹریشننہیںہوا، کوئی چینجنہیںہوا ۔ اسمیں بتایاگیاہےکہ انسانکےبارےمیں کہ تم کیا ہو ،</w:t>
      </w:r>
    </w:p>
    <w:p>
      <w:r>
        <w:rPr>
          <w:b/>
        </w:rPr>
        <w:t xml:space="preserve">[16:54] </w:t>
      </w:r>
      <w:r>
        <w:t>khuda ka creation plan kya hai, death kya hai, death ke baad kya hai, kis ko paradise mile gi, kis ko hell pe jana pare ga, yeh sab bataya gaya is mein.</w:t>
      </w:r>
    </w:p>
    <w:p>
      <w:pPr>
        <w:jc w:val="right"/>
      </w:pPr>
      <w:r>
        <w:t>خداکا کریشنپلانکیاہے، ڈیتھکیاہے، ڈیتھکےبعدکیاہے، کسکو پیراڈائزملےگی،کسکوہلپہجاناپڑےگا، یہسببتایاگیا اسمیں۔</w:t>
      </w:r>
    </w:p>
    <w:p>
      <w:r>
        <w:rPr>
          <w:b/>
        </w:rPr>
        <w:t xml:space="preserve">[17:05] </w:t>
      </w:r>
      <w:r>
        <w:t>to khuda chahta hai ke marne se pehle insaan ko in baaton ko ko jaan le, woh yani insaan ki in awareness ko tor na, yeh yeh hai warning,</w:t>
      </w:r>
    </w:p>
    <w:p>
      <w:pPr>
        <w:jc w:val="right"/>
      </w:pPr>
      <w:r>
        <w:t>تو خداچاہتاہےکہ مرنےسے پہلے انسان کوانباتوںکو کوجان لے،وہ یعنیانسان کی ان اویرنسکوتوڑنا، یہیہےوارننگ،</w:t>
      </w:r>
    </w:p>
    <w:p>
      <w:r>
        <w:rPr>
          <w:b/>
        </w:rPr>
        <w:t xml:space="preserve">[17:19] </w:t>
      </w:r>
      <w:r>
        <w:t>yeh hi hai anzaar. insaan ki awareness ko tor ne hi ka naam hai sacha anzaar. prophets is liye aaye.</w:t>
      </w:r>
    </w:p>
    <w:p>
      <w:pPr>
        <w:jc w:val="right"/>
      </w:pPr>
      <w:r>
        <w:t>یہیہےانذار۔ انسان کی اناویرنسکوتوڑنےہیکانام ہےسچمچان ذار۔ پ رافٹاسیلیےآئے۔</w:t>
      </w:r>
    </w:p>
    <w:p>
      <w:r>
        <w:rPr>
          <w:b/>
        </w:rPr>
        <w:t xml:space="preserve">[17:30] </w:t>
      </w:r>
      <w:r>
        <w:t>hadith mein aaya hai ke tum saari dunya so rahi hai, main is liye aaya hoon ke main jagaon logon ko .</w:t>
      </w:r>
    </w:p>
    <w:p>
      <w:pPr>
        <w:jc w:val="right"/>
      </w:pPr>
      <w:r>
        <w:t>حدیثمیںآیاہےکہتم ساریدنیا سورہیہے،میںاسلیےآیاہوںکہمیںجگاؤںلوگوںکو ۔</w:t>
      </w:r>
    </w:p>
    <w:p>
      <w:r>
        <w:rPr>
          <w:b/>
        </w:rPr>
        <w:t xml:space="preserve">[17:36] </w:t>
      </w:r>
      <w:r>
        <w:t>jaga ne ke liye peghambar aata hai, jaga ne ki sab baaton ko , is baaton se jaga ne ke liye ke log wohi be khabar hain ke kya khuda ne kyun paida kiya.</w:t>
      </w:r>
    </w:p>
    <w:p>
      <w:pPr>
        <w:jc w:val="right"/>
      </w:pPr>
      <w:r>
        <w:t>جگانےکےلیے پیغمبرآتاہے، جگانےکیاسباتکو ،اسباتسےجگانےکےلیے کہلوگجوہیں بےخبرہیں کہکیا خدانےکیوںپیدا کیا۔</w:t>
      </w:r>
    </w:p>
    <w:p>
      <w:r>
        <w:rPr>
          <w:b/>
        </w:rPr>
        <w:t xml:space="preserve">[17:50] </w:t>
      </w:r>
      <w:r>
        <w:t>main subah apne ghar par baitha hua tha, idhar to mere ghar ke samne park hai, wahan ek naujawan aaya, woh khoob exercise karne laga, uchal kood karke, aise aise.</w:t>
      </w:r>
    </w:p>
    <w:p>
      <w:pPr>
        <w:jc w:val="right"/>
      </w:pPr>
      <w:r>
        <w:t>میں صبح اپنےگھر پربیٹھاہواتھا، ادھر تومیرےگھرکےسامنے پارکہے، وہاںایکنوجوان آیا، وہخوبورز شکرنےلگا،اچھلکودکرکے،ایسےایسے۔</w:t>
      </w:r>
    </w:p>
    <w:p>
      <w:r>
        <w:rPr>
          <w:b/>
        </w:rPr>
        <w:t xml:space="preserve">[18:02] </w:t>
      </w:r>
      <w:r>
        <w:t>to main, meri aankhon mein aansu aa gaya ke is naujawan ko yeh sochna chahiye ke kis ne banaya mujhe, kaise itna zyada mere haath paon is tarah se chal rahe hain, kis tarah mera mind meri body ko control kar raha hai,</w:t>
      </w:r>
    </w:p>
    <w:p>
      <w:pPr>
        <w:jc w:val="right"/>
      </w:pPr>
      <w:r>
        <w:t>تومیں، میریآنکھوںمیںآنسوآگیا کہاسنوجوان کویہسوچناچاہیےکہ کسنےبنایامجھے، کیسے اتنا زیادہ میرے ہاتھ پاؤںاسطرحسےچلرہےہیں، کسطرح میرامائنڈمیریباڈیکوکنٹرولکررہاہے،</w:t>
      </w:r>
    </w:p>
    <w:p>
      <w:r>
        <w:rPr>
          <w:b/>
        </w:rPr>
        <w:t xml:space="preserve">[18:19] </w:t>
      </w:r>
      <w:r>
        <w:t>kis tarah se yeh park banta hai, kis tarah se yeh darakht ugte hain, kis tarah suraj nikla hua hai, kis tarah oxygen juma hua hai.</w:t>
      </w:r>
    </w:p>
    <w:p>
      <w:pPr>
        <w:jc w:val="right"/>
      </w:pPr>
      <w:r>
        <w:t>کسطرحسےیہ پارکبنتاہے،کسطرحسےیہ درخت اگتےہیں، کسطرح سورجنکلاہواہے، کسطرح اکسیجنجوملاہواہے۔</w:t>
      </w:r>
    </w:p>
    <w:p>
      <w:r>
        <w:rPr>
          <w:b/>
        </w:rPr>
        <w:t xml:space="preserve">[18:28] </w:t>
      </w:r>
      <w:r>
        <w:t>misal ke tor par agar oxygen supply, oxygen ki supply agar ruk jaye to woh uchal kood nahin kar sakta. woh</w:t>
      </w:r>
    </w:p>
    <w:p>
      <w:pPr>
        <w:jc w:val="right"/>
      </w:pPr>
      <w:r>
        <w:t>مثلاًاگراکسیجنسپلائی، اکسیجنکیسپلائیاگررکجائےتووہاچھلکودنہیںکرسکتا۔وہ</w:t>
      </w:r>
    </w:p>
    <w:p>
      <w:r>
        <w:rPr>
          <w:b/>
        </w:rPr>
        <w:t xml:space="preserve">[18:36] </w:t>
      </w:r>
      <w:r>
        <w:t>yeh yeh jan ne ke liye, is ko hi batane ke liye quran aaya hai ke tum jano ke kis ne tum ko paida kiya hai, tum jano ke yeh sari blessings kis ki taraf se aai hain, tum jano ke purpose of life kya hai,</w:t>
      </w:r>
    </w:p>
    <w:p>
      <w:pPr>
        <w:jc w:val="right"/>
      </w:pPr>
      <w:r>
        <w:t>یہ یہ جان نےکےلیے،اسیکو بت انےکےلیے قرآنآیاہے کہتم جانوکہکسنےتمکوپیدا کیاہے، تم جانوکہیہساریبلیسنگکسکیطرفسےآئیہے، تم جانوکہپرپسآفلائفکیاہے،</w:t>
      </w:r>
    </w:p>
    <w:p>
      <w:r>
        <w:rPr>
          <w:b/>
        </w:rPr>
        <w:t xml:space="preserve">[18:52] </w:t>
      </w:r>
      <w:r>
        <w:t>tum jano ke death ke baad kya tumhare samne aane wala hai.</w:t>
      </w:r>
    </w:p>
    <w:p>
      <w:pPr>
        <w:jc w:val="right"/>
      </w:pPr>
      <w:r>
        <w:t>تم جانوکہ ڈیتھکےبعد کیا تمہارےسامنےآنےوالاہے۔</w:t>
      </w:r>
    </w:p>
    <w:p>
      <w:r>
        <w:rPr>
          <w:b/>
        </w:rPr>
        <w:t xml:space="preserve">[18:59] </w:t>
      </w:r>
      <w:r>
        <w:t>to quran mein bataya gaya ke rasool Allah ko jab peghambar banaya gaya to aaya hai ke ya mudathir qunf thun</w:t>
      </w:r>
    </w:p>
    <w:p>
      <w:pPr>
        <w:jc w:val="right"/>
      </w:pPr>
      <w:r>
        <w:t>تو قرآن میں بتایاگیاکہرسولاللہکوجب پیغمبربنایاگیاتوآیاہےکہ یا مد ثر قنف ان</w:t>
      </w:r>
    </w:p>
    <w:p>
      <w:r>
        <w:rPr>
          <w:b/>
        </w:rPr>
        <w:t xml:space="preserve">[19:09] </w:t>
      </w:r>
      <w:r>
        <w:t>bataya gaya ke to utho aur logon ko warn kar do, logon ko bata do, logon ko aagah kar do. anzaar ke ma'ne hote hain warning.</w:t>
      </w:r>
    </w:p>
    <w:p>
      <w:pPr>
        <w:jc w:val="right"/>
      </w:pPr>
      <w:r>
        <w:t>بتایاگیا کہتواٹھواورلوگوںکووارنکردو،لوگوںکوبتادو،لوگوںکو آگاہکردو۔ انذارکےمعنیہوتےہیںوارننگ۔</w:t>
      </w:r>
    </w:p>
    <w:p>
      <w:r>
        <w:rPr>
          <w:b/>
        </w:rPr>
        <w:t xml:space="preserve">[19:20] </w:t>
      </w:r>
      <w:r>
        <w:t>to saare quran mein bataya jata hai ke peghambar jo aaye, is liye aaye hain ke logon ko creation plan of god jo hai, us se aware karein.</w:t>
      </w:r>
    </w:p>
    <w:p>
      <w:pPr>
        <w:jc w:val="right"/>
      </w:pPr>
      <w:r>
        <w:t>تو سارے قرآنمیںبت ایاجاتا ہےکہپیغمبرجوآئے،اسیلیےآئےہیں کہلوگوںکو کر شنپلانآفگاڈجوہے،اسسے اویئرکردے۔</w:t>
      </w:r>
    </w:p>
    <w:p>
      <w:r>
        <w:rPr>
          <w:b/>
        </w:rPr>
        <w:t xml:space="preserve">[19:31] </w:t>
      </w:r>
      <w:r>
        <w:t>la ilaha illallah ko lil nas wa la ilaha hujjat ba'ad al rasool taake marne ke baad jab insaan khuda ke samne khada kiya jaye to woh yeh na keh sake ke hum ko pata nahin tha ke hum ko hum accountable tak ka mamla hai,</w:t>
      </w:r>
    </w:p>
    <w:p>
      <w:pPr>
        <w:jc w:val="right"/>
      </w:pPr>
      <w:r>
        <w:t>لااللہیکون للناسولا اللہحجت بعد الرسول تاکہ مرنےکےبعد جب انسان خداکےسامنےکھڑاکیاجائے تو وہیہ نہکہہسکے کہہمکوپتہنہیںتھاکہہمکو ہم اکاؤنٹیبلٹیکامعاملہہے،</w:t>
      </w:r>
    </w:p>
    <w:p>
      <w:r>
        <w:rPr>
          <w:b/>
        </w:rPr>
        <w:t xml:space="preserve">[19:48] </w:t>
      </w:r>
      <w:r>
        <w:t>hum ko hisab kitab dena ho ga.</w:t>
      </w:r>
    </w:p>
    <w:p>
      <w:pPr>
        <w:jc w:val="right"/>
      </w:pPr>
      <w:r>
        <w:t>ہمکو حسابکتاب دیناہوگا۔</w:t>
      </w:r>
    </w:p>
    <w:p>
      <w:r>
        <w:rPr>
          <w:b/>
        </w:rPr>
        <w:t xml:space="preserve">[19:53] </w:t>
      </w:r>
      <w:r>
        <w:t>hum ko pata nahin tha ke yahan jannat wa jahannum ka mamla hai, hum unaware the is se. to peghambar is liye bheje gaye ke logon ki awareness ko toda jaye.</w:t>
      </w:r>
    </w:p>
    <w:p>
      <w:pPr>
        <w:jc w:val="right"/>
      </w:pPr>
      <w:r>
        <w:t>ہمکوپتہہینہیںتھاکہیہاںجنتاورجہنم کامعاملہہے، ہم ان اویرتھےاسسے۔ تو پیغمبراسیلیےبھیجےگئےکہلوگوںکےان اویرنسکوتوڑاجائے۔</w:t>
      </w:r>
    </w:p>
    <w:p>
      <w:r>
        <w:rPr>
          <w:b/>
        </w:rPr>
        <w:t xml:space="preserve">[20:09] </w:t>
      </w:r>
      <w:r>
        <w:t>to yeh hi single point formula hai hamara, ek muslim ka, ek believer ka.</w:t>
      </w:r>
    </w:p>
    <w:p>
      <w:pPr>
        <w:jc w:val="right"/>
      </w:pPr>
      <w:r>
        <w:t>تو یہی سنگ ل پوائنٹ فارمولاہے ہمارا، ایک مسلمکا،ایکبیلیورکا۔</w:t>
      </w:r>
    </w:p>
    <w:p>
      <w:r>
        <w:rPr>
          <w:b/>
        </w:rPr>
        <w:t xml:space="preserve">[20:19] </w:t>
      </w:r>
      <w:r>
        <w:t>is ko hi quran mein dawat kaha gaya hai, da'wah, dawat, da'wah fi sabilillah.</w:t>
      </w:r>
    </w:p>
    <w:p>
      <w:pPr>
        <w:jc w:val="right"/>
      </w:pPr>
      <w:r>
        <w:t>اسیکوقرآنمیںدعوتکہاگیاہے،دعویٰ، دعوت، دعویٰفیسبیل اللہ۔</w:t>
      </w:r>
    </w:p>
    <w:p>
      <w:r>
        <w:rPr>
          <w:b/>
        </w:rPr>
        <w:t xml:space="preserve">[20:31] </w:t>
      </w:r>
      <w:r>
        <w:t>to basically da'wah ka jo hai, basically quran ko pehchana, pahunchana logon tak . quran ko pehchana, pahunchana logon tak, yeh hi yeh da'wah ka hai.</w:t>
      </w:r>
    </w:p>
    <w:p>
      <w:pPr>
        <w:jc w:val="right"/>
      </w:pPr>
      <w:r>
        <w:t>تو بیسیکلی دعاورکجوہے، بیسیکلی قرآنکوپہچانا، پہنچانالوگوںتک ۔ قرآنکوپہچانا، پہنچانالوگوںتک،یہییہیدعاورکہے۔</w:t>
      </w:r>
    </w:p>
    <w:p>
      <w:r>
        <w:rPr>
          <w:b/>
        </w:rPr>
        <w:t xml:space="preserve">[20:42] </w:t>
      </w:r>
      <w:r>
        <w:t>ab is ke aap transition karein, is ki commentary karein, is ke aur detail batayein logon ko aap, to is se juda hua hoga, woh is se juda hua hoga.</w:t>
      </w:r>
    </w:p>
    <w:p>
      <w:pPr>
        <w:jc w:val="right"/>
      </w:pPr>
      <w:r>
        <w:t>اباسکےآپ ٹرانسیشنکریں،اسکیکمنٹریکریں، اسکےاور ڈیٹیلبتائیں لوگوںکوآپ،تواسیسے جڑاہواہوگا،وہ اسیسےجڑاہواہوگا۔</w:t>
      </w:r>
    </w:p>
    <w:p>
      <w:r>
        <w:rPr>
          <w:b/>
        </w:rPr>
        <w:t xml:space="preserve">[20:56] </w:t>
      </w:r>
      <w:r>
        <w:t>wa awhi ilayh al quran li unzirakum bihi wa man balagh bhai, woh anbalagh . rasool Allah ne farmaya ke yeh quran mujhe bheja gaya hai taake main ise tum ko pahunchaon aur doosre log jin ko pahunche, woh pahunchate rahein.</w:t>
      </w:r>
    </w:p>
    <w:p>
      <w:pPr>
        <w:jc w:val="right"/>
      </w:pPr>
      <w:r>
        <w:t>او حی الیہالق رآن لی علم کمبھئی،وہانبلاغ ۔رسولاللہنےفرمایاکہیہ قرآنمجھےبھیجاگیاہے تاکہمیںاسےتمکوپہنچاؤں اور دوسرےلوگ جنکوپہنچاہے،وہپہنچاتےرہیں۔</w:t>
      </w:r>
    </w:p>
    <w:p>
      <w:r>
        <w:rPr>
          <w:b/>
        </w:rPr>
        <w:t xml:space="preserve">[21:12] </w:t>
      </w:r>
      <w:r>
        <w:t>yani main apne contemporary logon ko pahunchaon aur phir jo log is par mere believer banein, jo is ko manne wale banein, woh agli generation ko pahunchate rahein.</w:t>
      </w:r>
    </w:p>
    <w:p>
      <w:pPr>
        <w:jc w:val="right"/>
      </w:pPr>
      <w:r>
        <w:t>یعنیمیں اپنے کن ٹمپریریلوگوںکوپہنچاؤں اور پھرجو لوگ اسپر میرےبیلیوربنیں، جو اسکو ماننےوالے بنیں، وہ اگلی جنریشنکوپہنچاتےرہیں۔</w:t>
      </w:r>
    </w:p>
    <w:p>
      <w:r>
        <w:rPr>
          <w:b/>
        </w:rPr>
        <w:t xml:space="preserve">[21:28] </w:t>
      </w:r>
      <w:r>
        <w:t>yeh hai ek process. is process ko humein chalate rehna hai. daawa az a process. daawa az not an announcement. daawa az a process.</w:t>
      </w:r>
    </w:p>
    <w:p>
      <w:pPr>
        <w:jc w:val="right"/>
      </w:pPr>
      <w:r>
        <w:t>یہہے ایکپروسیس۔ اس پروسیسکوہمیںچلاتےرہناہے۔ دعویٰازاےپروسیس۔ دعویٰاز ناٹ این اناؤنسمنٹ ۔دعویٰازاےپروسیس۔</w:t>
      </w:r>
    </w:p>
    <w:p>
      <w:r>
        <w:rPr>
          <w:b/>
        </w:rPr>
        <w:t xml:space="preserve">[21:47] </w:t>
      </w:r>
      <w:r>
        <w:t>to quran khuda aur insaan ke darmiyan hai.</w:t>
      </w:r>
    </w:p>
    <w:p>
      <w:pPr>
        <w:jc w:val="right"/>
      </w:pPr>
      <w:r>
        <w:t>تو قرآن خدااورانسان کےدرمیان ہے۔</w:t>
      </w:r>
    </w:p>
    <w:p>
      <w:r>
        <w:rPr>
          <w:b/>
        </w:rPr>
        <w:t xml:space="preserve">[21:56] </w:t>
      </w:r>
      <w:r>
        <w:t>isi quran ki base par khuda poochega har ek se ke humne yeh baat bata di thi quran mein, to tumne kya isko follow kiya? to humare khuda ke darmiyan quran hai.</w:t>
      </w:r>
    </w:p>
    <w:p>
      <w:pPr>
        <w:jc w:val="right"/>
      </w:pPr>
      <w:r>
        <w:t>اسیقرآنکی بیسپرخداپوچھےگاہرایکسے کہہمنےیہباتبتادیتھیقرآنمیں ،توتمنےکیااسکوفالوکیا ؟ توہمارے خداکےدرمیانقرآنہے۔</w:t>
      </w:r>
    </w:p>
    <w:p>
      <w:r>
        <w:rPr>
          <w:b/>
        </w:rPr>
        <w:t xml:space="preserve">[22:09] </w:t>
      </w:r>
      <w:r>
        <w:t>isi ki base par humein judge kiya jayega.</w:t>
      </w:r>
    </w:p>
    <w:p>
      <w:pPr>
        <w:jc w:val="right"/>
      </w:pPr>
      <w:r>
        <w:t>اسیکیبیسپر ہمیںججکیاجائےگا۔</w:t>
      </w:r>
    </w:p>
    <w:p>
      <w:r>
        <w:rPr>
          <w:b/>
        </w:rPr>
        <w:t xml:space="preserve">[22:14] </w:t>
      </w:r>
      <w:r>
        <w:t>quran ki base par humse humein judge kiya jayega qayamat ke din.</w:t>
      </w:r>
    </w:p>
    <w:p>
      <w:pPr>
        <w:jc w:val="right"/>
      </w:pPr>
      <w:r>
        <w:t>قرآن کیبیسپرہمسے ہمیںججکیاجائےگاقیامتکےدن ۔</w:t>
      </w:r>
    </w:p>
    <w:p>
      <w:r>
        <w:rPr>
          <w:b/>
        </w:rPr>
        <w:t xml:space="preserve">[22:22] </w:t>
      </w:r>
      <w:r>
        <w:t>to quran ko pehchana hai.</w:t>
      </w:r>
    </w:p>
    <w:p>
      <w:pPr>
        <w:jc w:val="right"/>
      </w:pPr>
      <w:r>
        <w:t>تو قرآنکوپہنچاناہے۔</w:t>
      </w:r>
    </w:p>
    <w:p>
      <w:r>
        <w:rPr>
          <w:b/>
        </w:rPr>
        <w:t xml:space="preserve">[22:28] </w:t>
      </w:r>
      <w:r>
        <w:t>logon ki understandable language mein iski is tarah se detail karna hai jo unke mind address kare. aisa nahi ke bas aisi ek ek ek copy le quran ki, aapne daal diya kisi letter box mein. yeh matlab nahi hai.</w:t>
      </w:r>
    </w:p>
    <w:p>
      <w:pPr>
        <w:jc w:val="right"/>
      </w:pPr>
      <w:r>
        <w:t>لوگوںکیانڈرسٹینڈیبللینگویجمیں اسکی اسطرحسےڈیٹیلکرناہےجو جوانکےمائنڈایڈریسکرے۔ ایسانہیںکہبسایسی ایک ایک ایک کاپیلیقرآنکی،آپنےڈالدیا کسی لیٹربکسمیں۔یہمطلبنہیںہے۔</w:t>
      </w:r>
    </w:p>
    <w:p>
      <w:r>
        <w:rPr>
          <w:b/>
        </w:rPr>
        <w:t xml:space="preserve">[22:43] </w:t>
      </w:r>
      <w:r>
        <w:t>is quran ko unki understandable language mein hona chahiye. quran ko is tarah se aapko batana padega ke unka mind address kare, unke samajh mein aaye ke woh jaane ke kya mamla hai, quran mein kya baat hai, kyun woh humare liye guidance hai.</w:t>
      </w:r>
    </w:p>
    <w:p>
      <w:pPr>
        <w:jc w:val="right"/>
      </w:pPr>
      <w:r>
        <w:t>اس قرآنکو انکیانڈرسٹینڈیبللینگویجمیںہوناچاہیے۔ قرآنکواسطرحسےآپکوبتاناپڑےگاکہانکامائنڈایڈریسکرے، انکیسمجھمیںآئےکہ وہجانےکہکیا معاملہہے، قرآنمیںکیاباتہے، کیوں وہہمارےلیےگائیڈنسہے۔</w:t>
      </w:r>
    </w:p>
    <w:p>
      <w:r>
        <w:rPr>
          <w:b/>
        </w:rPr>
        <w:t xml:space="preserve">[23:04] </w:t>
      </w:r>
      <w:r>
        <w:t>bad qismati se baad ke bare mein yeh hua ke quran ke meaning ko logon ne chhod diya aur uske words ko le liya.</w:t>
      </w:r>
    </w:p>
    <w:p>
      <w:pPr>
        <w:jc w:val="right"/>
      </w:pPr>
      <w:r>
        <w:t>بدقسمتیسے بعدکے بارےمیںیہہوا کہ قرآن کے میننگکولوگوںنےچھوڑدیا اوراسکےورڈزکولےلیا۔</w:t>
      </w:r>
    </w:p>
    <w:p>
      <w:r>
        <w:rPr>
          <w:b/>
        </w:rPr>
        <w:t xml:space="preserve">[23:14] </w:t>
      </w:r>
      <w:r>
        <w:t>yeh khaas taur par misr mein bahut zyada yeh cheez, aisi yeh cheez hui. yaani misr wale kehte hain ke in zala al quran fi al arab wa qura fi misr. quran utra arab mein aur padha gaya misr mein.</w:t>
      </w:r>
    </w:p>
    <w:p>
      <w:pPr>
        <w:jc w:val="right"/>
      </w:pPr>
      <w:r>
        <w:t>یہخاص طورپر مصر میںبہتزیادہ یہچیز،ایکیہچیزہوئی ۔ یعنیمصر والے کہتےہیںکہ ان زل القرآن فیالعرب وقرفی مصر قرآن اترا عرب میں اورپڑھاگیا مصر میں۔</w:t>
      </w:r>
    </w:p>
    <w:p>
      <w:r>
        <w:rPr>
          <w:b/>
        </w:rPr>
        <w:t xml:space="preserve">[23:29] </w:t>
      </w:r>
      <w:r>
        <w:t>mein isko sahi nahi samajhta. jo kheench kheench ke padhte hain, misri qari aapne suna hoga, aur isko kehte hain ishbaa, bahut kheench na, gale se nikal na, yeh sab karna.</w:t>
      </w:r>
    </w:p>
    <w:p>
      <w:pPr>
        <w:jc w:val="right"/>
      </w:pPr>
      <w:r>
        <w:t>میںاسکوصحیحنہیںسمجھتا۔ جو کھینچکھینچکےپڑھتےہیں،مصری قاریآپنےسناہوگا، اور اسکوکہتےہیںاشباع، بہت کھینچنا، گلےسےنکالنا،یہسبکرنا۔</w:t>
      </w:r>
    </w:p>
    <w:p>
      <w:r>
        <w:rPr>
          <w:b/>
        </w:rPr>
        <w:t xml:space="preserve">[23:42] </w:t>
      </w:r>
      <w:r>
        <w:t>sahaba aesa nahi karte the. sahaba saada tareeqe se padhte the, simple tareeqe se quran ko padhte the.</w:t>
      </w:r>
    </w:p>
    <w:p>
      <w:pPr>
        <w:jc w:val="right"/>
      </w:pPr>
      <w:r>
        <w:t>صحابہایسانہیں کرتے تھے۔ صحابہ سادہ طریقےسےپڑھتےتھے،سمپلطریقےسے قرآنکوپڑھتےتھے۔</w:t>
      </w:r>
    </w:p>
    <w:p>
      <w:r>
        <w:rPr>
          <w:b/>
        </w:rPr>
        <w:t xml:space="preserve">[23:53] </w:t>
      </w:r>
      <w:r>
        <w:t>to yeh unhone sach poochhein to ek ek ek innovation kiya tha, ek ek naya rasta nikal tha. lekin yeh samajh liya ke sabse bada kaam humne kiya hai.</w:t>
      </w:r>
    </w:p>
    <w:p>
      <w:pPr>
        <w:jc w:val="right"/>
      </w:pPr>
      <w:r>
        <w:t>تو یہ انہوں نے سچپوچھیںتوایک ایک ایک انوویشنکیاتھا،ایک ایک نئی راستہنکالاتھا۔ لیکن یہ سمجھلیاکہسبسےبڑاکامہمنےکیاہے۔</w:t>
      </w:r>
    </w:p>
    <w:p>
      <w:r>
        <w:rPr>
          <w:b/>
        </w:rPr>
        <w:t xml:space="preserve">[24:06] </w:t>
      </w:r>
      <w:r>
        <w:t>to keh diya ke arab mein quran utra tha lekin padha gaya misr mein,</w:t>
      </w:r>
    </w:p>
    <w:p>
      <w:pPr>
        <w:jc w:val="right"/>
      </w:pPr>
      <w:r>
        <w:t>توکہہدیا کہ عرب میںقرآناتراتھالیکن پڑھاگیا مصر میں،</w:t>
      </w:r>
    </w:p>
    <w:p>
      <w:r>
        <w:rPr>
          <w:b/>
        </w:rPr>
        <w:t xml:space="preserve">[24:11] </w:t>
      </w:r>
      <w:r>
        <w:t>aur phir ek derailment ho gaya, ek derailment ho gaya. yaani sara dhoom ho gayi woh quran ke words par, quran ke lafzon par.</w:t>
      </w:r>
    </w:p>
    <w:p>
      <w:pPr>
        <w:jc w:val="right"/>
      </w:pPr>
      <w:r>
        <w:t>اورپھرایک ڈیریلیمنٹہوگیا ، ایک ڈیریلیمنٹہوگیا۔ یعنیسارا دھومہوگئی وہقرآنکے ورڈزپر،قرآنکےلفظوںپر۔</w:t>
      </w:r>
    </w:p>
    <w:p>
      <w:r>
        <w:rPr>
          <w:b/>
        </w:rPr>
        <w:t xml:space="preserve">[24:22] </w:t>
      </w:r>
      <w:r>
        <w:t>lafzon ko yaad karna, lafzon ko khoob kheench taan ke padhna,</w:t>
      </w:r>
    </w:p>
    <w:p>
      <w:pPr>
        <w:jc w:val="right"/>
      </w:pPr>
      <w:r>
        <w:t>لفظوںکویادکرنا ،لفظوںکو خوب کھینچتانکےپڑھنا،</w:t>
      </w:r>
    </w:p>
    <w:p>
      <w:r>
        <w:rPr>
          <w:b/>
        </w:rPr>
        <w:t xml:space="preserve">[24:31] </w:t>
      </w:r>
      <w:r>
        <w:t>bahut hi. yaani isko ek ek woh bana diya, ek art bana diya, ek art bana diya.</w:t>
      </w:r>
    </w:p>
    <w:p>
      <w:pPr>
        <w:jc w:val="right"/>
      </w:pPr>
      <w:r>
        <w:t>بہتہی ۔یعنیاسکوایک ایکوہ بنادیا،ایک آرٹبنادیا، ایک آرٹبنادیا۔</w:t>
      </w:r>
    </w:p>
    <w:p>
      <w:r>
        <w:rPr>
          <w:b/>
        </w:rPr>
        <w:t xml:space="preserve">[24:41] </w:t>
      </w:r>
      <w:r>
        <w:t>ek martaba mein ek qissa bataun, bahut pehle ki baat hai, shayad 1965 ki baat hai. to maine socha ke mein africa jaaun, africa mein.</w:t>
      </w:r>
    </w:p>
    <w:p>
      <w:pPr>
        <w:jc w:val="right"/>
      </w:pPr>
      <w:r>
        <w:t>ایک مرتبہمیں ایک قصہبتاؤں،بہتپہلے کیباتہے، شاید 19 6 5 کیباتہے۔ تومیںنےسوچاکہمیںافریقہجاؤں، افریقہمیں۔</w:t>
      </w:r>
    </w:p>
    <w:p>
      <w:r>
        <w:rPr>
          <w:b/>
        </w:rPr>
        <w:t xml:space="preserve">[24:55] </w:t>
      </w:r>
      <w:r>
        <w:t>to us waqt maine socha tha ke kisi masjid mein imamat karunga aur islam ki tablegh karunga, kisi masjid mein imamat karunga aur islam ki tablegh karunga.</w:t>
      </w:r>
    </w:p>
    <w:p>
      <w:pPr>
        <w:jc w:val="right"/>
      </w:pPr>
      <w:r>
        <w:t>تو اسوقت میںنےسوچاتھاکہ کسی مسجدمیں امامتکروںگا اور اسلام کی تبلیغکروںگا، کسی مسجدمیںامامتکروںگااوراسلام کیتبلیغکروںگا۔</w:t>
      </w:r>
    </w:p>
    <w:p>
      <w:r>
        <w:rPr>
          <w:b/>
        </w:rPr>
        <w:t xml:space="preserve">[25:08] </w:t>
      </w:r>
      <w:r>
        <w:t>to mujhe yaad hai ek sahab jo africa ke bare mein jante the, to unhone kaha ke aap ko wahan koi imam nahi banayega,</w:t>
      </w:r>
    </w:p>
    <w:p>
      <w:pPr>
        <w:jc w:val="right"/>
      </w:pPr>
      <w:r>
        <w:t>تو مجھےیادہے ایک صاحب جو افریقہ کےبارےمیںجانتےتھے، توانہوںنےکہاکہآپ کو وہاںکوئیامامنہیںبنائےگا،</w:t>
      </w:r>
    </w:p>
    <w:p>
      <w:r>
        <w:rPr>
          <w:b/>
        </w:rPr>
        <w:t xml:space="preserve">[25:20] </w:t>
      </w:r>
      <w:r>
        <w:t>aap ko kisi masjid mein imam nahi banaya jayega. to maine kaha kyun? unhone kaha ke aap paat daar aawaz mein quran padhna nahi jante.</w:t>
      </w:r>
    </w:p>
    <w:p>
      <w:pPr>
        <w:jc w:val="right"/>
      </w:pPr>
      <w:r>
        <w:t>آپ کو کسی مسجدمیںامامنہیںبنایاجائےگا۔ تومیںنےکہاکیوں ؟ انہوںنےکہاکہآپ پاٹ دار آوازمیں قرآنپڑھنانہیںجانتے۔</w:t>
      </w:r>
    </w:p>
    <w:p>
      <w:r>
        <w:rPr>
          <w:b/>
        </w:rPr>
        <w:t xml:space="preserve">[25:32] </w:t>
      </w:r>
      <w:r>
        <w:t>quran ko paat daar aawaz mein padh</w:t>
      </w:r>
    </w:p>
    <w:p>
      <w:pPr>
        <w:jc w:val="right"/>
      </w:pPr>
      <w:r>
        <w:t>قرآنکو پاٹدار آواز میںپڑ</w:t>
      </w:r>
    </w:p>
    <w:p>
      <w:r>
        <w:rPr>
          <w:b/>
        </w:rPr>
        <w:t xml:space="preserve">[25:34] </w:t>
      </w:r>
      <w:r>
        <w:t>na, jise qari aajkal padhte hain, bahut hi kheench taan ke, bilkul ek ek ek art bana diya hai. to yeh yeh jo hua, yeh ek aisa tha ke ek ek derailment tha, yeh derailment tha, yeh.</w:t>
      </w:r>
    </w:p>
    <w:p>
      <w:pPr>
        <w:jc w:val="right"/>
      </w:pPr>
      <w:r>
        <w:t>ھنا،جسےقاریآجکلپڑھتےہیں،بہتہیکھینچتانکرکے، بالکل ایک ایک ایک آرٹبنادیاہے۔ تو یہ یہ جو ہوا، یہ ایک ایسا تھاکہایک ایک ڈیریلیمنٹتھا،یہ ڈیریلیمنٹتھا،یہ ۔</w:t>
      </w:r>
    </w:p>
    <w:p>
      <w:r>
        <w:rPr>
          <w:b/>
        </w:rPr>
        <w:t xml:space="preserve">[25:56] </w:t>
      </w:r>
      <w:r>
        <w:t>yaani sara jo sara jo sara jo sari importance jo thi, woh quran ke meaning ki thi.</w:t>
      </w:r>
    </w:p>
    <w:p>
      <w:pPr>
        <w:jc w:val="right"/>
      </w:pPr>
      <w:r>
        <w:t>یعنی ساراجو ساراجو ساراجو ساریامپورٹنسجوتھی،وہقرآنکیمیننگکیتھی۔</w:t>
      </w:r>
    </w:p>
    <w:p>
      <w:r>
        <w:rPr>
          <w:b/>
        </w:rPr>
        <w:t xml:space="preserve">[26:07] </w:t>
      </w:r>
      <w:r>
        <w:t>humein is liye quran mein aaya hai ke quran utara gaya hai tadabbur ke liye, contemplation ke liye, ghor o fikr ke liye, sochne ke liye.</w:t>
      </w:r>
    </w:p>
    <w:p>
      <w:pPr>
        <w:jc w:val="right"/>
      </w:pPr>
      <w:r>
        <w:t>ہمیں اسلیےقرآنمیںآیاہےکہ قرآناتاراگیاہےتد برکےلیے، کنٹمپریشنکےلیے، غوروفکرکےلیے، سوچنےکےلیے۔</w:t>
      </w:r>
    </w:p>
    <w:p>
      <w:r>
        <w:rPr>
          <w:b/>
        </w:rPr>
        <w:t xml:space="preserve">[26:18] </w:t>
      </w:r>
      <w:r>
        <w:t>yeh nahi ke isko aap ek art bana dein aur ga ga ke parhein isko.</w:t>
      </w:r>
    </w:p>
    <w:p>
      <w:pPr>
        <w:jc w:val="right"/>
      </w:pPr>
      <w:r>
        <w:t>یہنہیں کہ اسکوآپ ایک آرٹبنادیں اور گاگاکےپڑھیںاسکو ۔</w:t>
      </w:r>
    </w:p>
    <w:p>
      <w:r>
        <w:rPr>
          <w:b/>
        </w:rPr>
        <w:t xml:space="preserve">[26:26] </w:t>
      </w:r>
      <w:r>
        <w:t>to yeh detach kar diya gaya, kar diya gaya quran ko iske, yani iski meaning ko iske words se.</w:t>
      </w:r>
    </w:p>
    <w:p>
      <w:pPr>
        <w:jc w:val="right"/>
      </w:pPr>
      <w:r>
        <w:t>تو یہ ڈیٹیچ کردیا گیا،کردیاگیا قرآنکو اسکے ،یعنیاسکیمیننگکواسکےورڈزسے۔</w:t>
      </w:r>
    </w:p>
    <w:p>
      <w:r>
        <w:rPr>
          <w:b/>
        </w:rPr>
        <w:t xml:space="preserve">[26:35] </w:t>
      </w:r>
      <w:r>
        <w:t>to phir jab detach kar diya gaya to kya hua?</w:t>
      </w:r>
    </w:p>
    <w:p>
      <w:pPr>
        <w:jc w:val="right"/>
      </w:pPr>
      <w:r>
        <w:t>توپھرجب ڈیٹیچکردیاگیاتو کیاہوا ؟</w:t>
      </w:r>
    </w:p>
    <w:p>
      <w:r>
        <w:rPr>
          <w:b/>
        </w:rPr>
        <w:t xml:space="preserve">[26:39] </w:t>
      </w:r>
      <w:r>
        <w:t>ek taraf musalman, ek taraf musalman jo hai, quran ki, quran ke andar jo deep meaning thi, quran ke andar jo wisdom thi, wisdom, wo isse deprive ho gaye, isse mehroom ho gaye.</w:t>
      </w:r>
    </w:p>
    <w:p>
      <w:pPr>
        <w:jc w:val="right"/>
      </w:pPr>
      <w:r>
        <w:t>ایکطرف مسلمانوں ،ایکطرف مس لمانجوہے،قرآنکی ،قرآنکےاندرجو ڈیپمیننگتھی، قرآنکےاندرجووزڈمتھی،وزڈم، وہ اسسےڈیپرائیوہوگئے، اسسےمحرومہوگئے۔</w:t>
      </w:r>
    </w:p>
    <w:p>
      <w:r>
        <w:rPr>
          <w:b/>
        </w:rPr>
        <w:t xml:space="preserve">[26:55] </w:t>
      </w:r>
      <w:r>
        <w:t>kyun ke wisdom ko aap soch kar janenge, wisdom ko is tarah nahi jaan sakte ke aap decide karein iske words ke decide karne se, wisdom nahi jaan lenge aap.</w:t>
      </w:r>
    </w:p>
    <w:p>
      <w:pPr>
        <w:jc w:val="right"/>
      </w:pPr>
      <w:r>
        <w:t>کیونکہ وزڈمکوآپسوچکرجانیںگے، وز ڈمکواسطرحنہیںجانسکتےکہآپڈیسائیڈکریںاسکے ورڈزکے ڈیسائیڈکرنے سے، وزڈمنہیںجانلیںگےآپ۔</w:t>
      </w:r>
    </w:p>
    <w:p>
      <w:r>
        <w:rPr>
          <w:b/>
        </w:rPr>
        <w:t xml:space="preserve">[27:05] </w:t>
      </w:r>
      <w:r>
        <w:t>to ek taraf quran, ek taraf musalman jo hai, yani believer community jo hai, quran ki wisdom se mehroom ho gayi.</w:t>
      </w:r>
    </w:p>
    <w:p>
      <w:pPr>
        <w:jc w:val="right"/>
      </w:pPr>
      <w:r>
        <w:t>تو ایکطرف قرآن، ایکطرف مسلمانجوہے، یعنی بیلیور کمیونٹیجوہے، قرآنکی وز ڈمسےمحرومہوگئی۔</w:t>
      </w:r>
    </w:p>
    <w:p>
      <w:r>
        <w:rPr>
          <w:b/>
        </w:rPr>
        <w:t xml:space="preserve">[27:15] </w:t>
      </w:r>
      <w:r>
        <w:t>aur doosri taraf dawat ka zehan bhi khatam ho gaya ke quran ko pahunchana hai. kyun ke lafzon ko to pahunchayenge nahi, aap pahuncha to jati hai iska message.</w:t>
      </w:r>
    </w:p>
    <w:p>
      <w:pPr>
        <w:jc w:val="right"/>
      </w:pPr>
      <w:r>
        <w:t>اور دوسریطرف دعوتکاذہنبھیختمہوگیا کہقرآنکو پہنچ اناہے۔کیونکہلفظوںکوتوپہنچائیںگےنہیں،آپ پہنچایاتوجاتیہےاسکامیسج۔</w:t>
      </w:r>
    </w:p>
    <w:p>
      <w:r>
        <w:rPr>
          <w:b/>
        </w:rPr>
        <w:t xml:space="preserve">[27:24] </w:t>
      </w:r>
      <w:r>
        <w:t>message to musalman khud hi be khabar ho gaye is se.</w:t>
      </w:r>
    </w:p>
    <w:p>
      <w:pPr>
        <w:jc w:val="right"/>
      </w:pPr>
      <w:r>
        <w:t>میسجتومسلمانخودہیبےخبرہوگئےاسسے۔</w:t>
      </w:r>
    </w:p>
    <w:p>
      <w:r>
        <w:rPr>
          <w:b/>
        </w:rPr>
        <w:t xml:space="preserve">[27:30] </w:t>
      </w:r>
      <w:r>
        <w:t>to behal yeh jo kaam hai, isko revive karna hai, isko zinda karna hai, isko le kar aage badhna hai.</w:t>
      </w:r>
    </w:p>
    <w:p>
      <w:pPr>
        <w:jc w:val="right"/>
      </w:pPr>
      <w:r>
        <w:t>تو بہرحال یہ جو کامہے، اسیکو ریوائیوکرناہے،اسیکوزندہکرناہے، اسیکولےکرآگےبڑھناہے۔</w:t>
      </w:r>
    </w:p>
    <w:p>
      <w:r>
        <w:rPr>
          <w:b/>
        </w:rPr>
        <w:t xml:space="preserve">[27:43] </w:t>
      </w:r>
      <w:r>
        <w:t>ab mein ek baat aapse arz karna chahunga ke yeh jo hai, yani dawat ka jo hai, jisko maine kaha quran ke message ko spread karna, convey karna, logon tak pahunchana,</w:t>
      </w:r>
    </w:p>
    <w:p>
      <w:pPr>
        <w:jc w:val="right"/>
      </w:pPr>
      <w:r>
        <w:t>ابمیںایکباتآپسےعرضکرناچاہوںگاکہ یہجو ہے، یعنی دعاورکجوہے، جسکومیںنےکہا قرآنکے میسجکو اسپریڈکرنا ، کنوےکرنا ، لوگوںتکپہنچانا،</w:t>
      </w:r>
    </w:p>
    <w:p>
      <w:r>
        <w:rPr>
          <w:b/>
        </w:rPr>
        <w:t xml:space="preserve">[28:00] </w:t>
      </w:r>
      <w:r>
        <w:t>is ke do bare phase hain, do bare phase hain. yani yeh kaam ek to hua pehle zamane mein,</w:t>
      </w:r>
    </w:p>
    <w:p>
      <w:pPr>
        <w:jc w:val="right"/>
      </w:pPr>
      <w:r>
        <w:t>اسکے دو بڑے فیزہیں، دوبڑےفیزہیں۔ یعنییہ کام ایک توہوا پہلے زمان ےمیں،</w:t>
      </w:r>
    </w:p>
    <w:p>
      <w:r>
        <w:rPr>
          <w:b/>
        </w:rPr>
        <w:t xml:space="preserve">[28:13] </w:t>
      </w:r>
      <w:r>
        <w:t>jab ke traditional age tha, wo ek ab karna hai, jab ke scientific age aa chuka hai, communication ka age aa chuka hai.</w:t>
      </w:r>
    </w:p>
    <w:p>
      <w:pPr>
        <w:jc w:val="right"/>
      </w:pPr>
      <w:r>
        <w:t>جب کہ ٹریڈیشنل ایجتھا، وہایک ابکرناہے،جب کہسائنٹیفکایجآچکاہے، کمیونیکیشنکاایجآچکاہے۔</w:t>
      </w:r>
    </w:p>
    <w:p>
      <w:r>
        <w:rPr>
          <w:b/>
        </w:rPr>
        <w:t xml:space="preserve">[28:23] </w:t>
      </w:r>
      <w:r>
        <w:t>to hadith mein aata hai ke rasool Allah salallahu alaihi wasallam ne jab Hajjat ul Wida mein khitab farmaya tha sahaba ko, aakhri zamana tha aap ka, wo to aap ne farmaya tha ke</w:t>
      </w:r>
    </w:p>
    <w:p>
      <w:pPr>
        <w:jc w:val="right"/>
      </w:pPr>
      <w:r>
        <w:t>تو حدیثمیںآتاہےکہرسولاللہصلیاللہعلیہوسلمنےجبحجۃ الوداع میں خط ابفرمایاتھا صحابہکو،آخریزمان ہتھاآپکا،وہ توآپنےفرمایاتھاکہ</w:t>
      </w:r>
    </w:p>
    <w:p>
      <w:r>
        <w:rPr>
          <w:b/>
        </w:rPr>
        <w:t xml:space="preserve">[28:38] </w:t>
      </w:r>
      <w:r>
        <w:t>إن الله بعثني كافة للناس فعدوعني</w:t>
      </w:r>
    </w:p>
    <w:p>
      <w:pPr>
        <w:jc w:val="right"/>
      </w:pPr>
      <w:r>
        <w:t>إن الله بعثني كافة للناس فعدوعني</w:t>
      </w:r>
    </w:p>
    <w:p>
      <w:r>
        <w:rPr>
          <w:b/>
        </w:rPr>
        <w:t xml:space="preserve">[28:43] </w:t>
      </w:r>
      <w:r>
        <w:t>yani Allah ne mujhe bheja hai sare insano ke liye, sare mankind ke liye. to tum meri taraf se pahuncha do, adaa karo meri taraf se.</w:t>
      </w:r>
    </w:p>
    <w:p>
      <w:pPr>
        <w:jc w:val="right"/>
      </w:pPr>
      <w:r>
        <w:t>یعنیاللہ نےمجھے بھیجا ہے سارےانسانوںکےلیے ،سارے مائنڈکائنڈکےلیے۔ تو تم میریطرفسےپہنچادو، عدوعنی، اداکردو میریطرفسے ۔</w:t>
      </w:r>
    </w:p>
    <w:p>
      <w:r>
        <w:rPr>
          <w:b/>
        </w:rPr>
        <w:t xml:space="preserve">[28:57] </w:t>
      </w:r>
      <w:r>
        <w:t>yeh hai jisko main kahunga adaa e kalma, yani Allah ke baat ko sab tak pahunchana. is</w:t>
      </w:r>
    </w:p>
    <w:p>
      <w:pPr>
        <w:jc w:val="right"/>
      </w:pPr>
      <w:r>
        <w:t>یہ ہے جسکومیںکہوںگاادائے کلمہ، یعنیاللہ کے باتکو سبتکپہنچ انا۔ اس</w:t>
      </w:r>
    </w:p>
    <w:p>
      <w:r>
        <w:rPr>
          <w:b/>
        </w:rPr>
        <w:t xml:space="preserve">[29:08] </w:t>
      </w:r>
      <w:r>
        <w:t>ke baad dekhiye, ek hadith hai jis hadith mein kaha hai ke baad ke zamane ke liye, latter period ke liye,</w:t>
      </w:r>
    </w:p>
    <w:p>
      <w:pPr>
        <w:jc w:val="right"/>
      </w:pPr>
      <w:r>
        <w:t>کےبعد دیکھیے،ایکحدیثہے جسحدیثمیںکہاہےکہ بعد کےزمان ےکےلیے، لیٹر پیریڈکےلیے،</w:t>
      </w:r>
    </w:p>
    <w:p>
      <w:r>
        <w:rPr>
          <w:b/>
        </w:rPr>
        <w:t xml:space="preserve">[29:19] </w:t>
      </w:r>
      <w:r>
        <w:t>ke hadith mein aata hai ke la yubqa ala zahr al ard bait madarun wa la barrun illa adkhal Allah kalimat al islam</w:t>
      </w:r>
    </w:p>
    <w:p>
      <w:pPr>
        <w:jc w:val="right"/>
      </w:pPr>
      <w:r>
        <w:t>کہ حدیثمیںآتاہےکہ لا یبقى علی زہر الارض بیت مد رینولا وبر الا ادخل اللہ کلمۃ الاسلام</w:t>
      </w:r>
    </w:p>
    <w:p>
      <w:r>
        <w:rPr>
          <w:b/>
        </w:rPr>
        <w:t xml:space="preserve">[29:33] </w:t>
      </w:r>
      <w:r>
        <w:t>yani ek zamana aayega jab ke zameen ka koi chota ghar ya bada ghar, har ghar, chote ghar mein, har bade ghar mein kalma pahunch jayega, yani word of God pahunch jayega.</w:t>
      </w:r>
    </w:p>
    <w:p>
      <w:pPr>
        <w:jc w:val="right"/>
      </w:pPr>
      <w:r>
        <w:t>یعنی ایک زمان ہآئےگا جب کہ زمین کا کوئیچھوٹاگھریابڑاگھر، ہر گھر،چھوٹےگھرمیں،ہربڑےگھرمیں کلمہ پہنچجائےگا،یعنیورڈآفگاڈپہنچجائےگا۔</w:t>
      </w:r>
    </w:p>
    <w:p>
      <w:r>
        <w:rPr>
          <w:b/>
        </w:rPr>
        <w:t xml:space="preserve">[29:49] </w:t>
      </w:r>
      <w:r>
        <w:t>ab dekhein, yeh isko sochte hue, main samjhein, yeh samajh mein aata hai ke yeh do phases hain. yani ek phase hai jisko kaha gaya hai adaa e kalma, doosra phase hai jisko kaha gaya hai adkhal kalma.</w:t>
      </w:r>
    </w:p>
    <w:p>
      <w:pPr>
        <w:jc w:val="right"/>
      </w:pPr>
      <w:r>
        <w:t>ابدیکھیں،یہ اسکو سوچتےہوئے ،میں سمجھیں،یہسمجھمیںآتاہےکہیہدو فیززہیں۔ یعنیایک فیزہے جسکوکہاگیاہے اد ائےکلمہ ، دوسرا فیزہےجسکوکہاگیاہے ادخالکلمہ۔</w:t>
      </w:r>
    </w:p>
    <w:p>
      <w:r>
        <w:rPr>
          <w:b/>
        </w:rPr>
        <w:t xml:space="preserve">[30:04] </w:t>
      </w:r>
      <w:r>
        <w:t>adkhal kalma, adaa e kalma kya hai? wo pre communication age ke liye hai,</w:t>
      </w:r>
    </w:p>
    <w:p>
      <w:pPr>
        <w:jc w:val="right"/>
      </w:pPr>
      <w:r>
        <w:t>ادخال کلمہ، ادائےکلمہ کیاہے؟ وہ پریکمیونیکیشنایجکےلیےہے،</w:t>
      </w:r>
    </w:p>
    <w:p>
      <w:r>
        <w:rPr>
          <w:b/>
        </w:rPr>
        <w:t xml:space="preserve">[30:12] </w:t>
      </w:r>
      <w:r>
        <w:t>pre printing age ke liye hai. yani jo first period Islam ka hai, aap jante hain ke Islam aaya six century ke first quarter mein.</w:t>
      </w:r>
    </w:p>
    <w:p>
      <w:pPr>
        <w:jc w:val="right"/>
      </w:pPr>
      <w:r>
        <w:t>پریپرنٹنگایجکےلیےہے۔ یعنی جو فرسٹ پیریڈاسلام کاہے، آپجانتےہیںکہاسلام آیا سیونسین چریکےفرسٹکوارٹرمیں۔</w:t>
      </w:r>
    </w:p>
    <w:p>
      <w:r>
        <w:rPr>
          <w:b/>
        </w:rPr>
        <w:t xml:space="preserve">[30:23] </w:t>
      </w:r>
      <w:r>
        <w:t>us waqt printing press nahi tha, us waqt communication nahi tha, us waqt na print media tha, na electronic media tha, us waqt na car tha, na hawai jahaz tha.</w:t>
      </w:r>
    </w:p>
    <w:p>
      <w:pPr>
        <w:jc w:val="right"/>
      </w:pPr>
      <w:r>
        <w:t>اسوقت پرنٹنگپریسنہیںتھا، اسوقت کمیونیکیشننہیںتھا، اسوقت نہپرنٹمیڈیاتھا،نہ الیکٹرانکمیڈیاتھا، اسوقت نہ کار تھا،نہہوائیجہازتھا۔</w:t>
      </w:r>
    </w:p>
    <w:p>
      <w:r>
        <w:rPr>
          <w:b/>
        </w:rPr>
        <w:t xml:space="preserve">[30:38] </w:t>
      </w:r>
      <w:r>
        <w:t>to us waqt insan ki koshish se baatein pahunchti thin, bol kar ke, paon se chal kar ke.</w:t>
      </w:r>
    </w:p>
    <w:p>
      <w:pPr>
        <w:jc w:val="right"/>
      </w:pPr>
      <w:r>
        <w:t>تواسوقت انسان کیکوششسےباتیںپہنچتیتھیں، بول کرکے، پاؤںسےچلکرکے۔</w:t>
      </w:r>
    </w:p>
    <w:p>
      <w:r>
        <w:rPr>
          <w:b/>
        </w:rPr>
        <w:t xml:space="preserve">[30:46] </w:t>
      </w:r>
      <w:r>
        <w:t>is zamane mein ek kaam hua dawat ka jisko kaha gaya adaa e kalma. adaa e kalma ek kaam wo hai jo hoga baad ke zamane mein, communication ke zamane mein, adkhal kalma.</w:t>
      </w:r>
    </w:p>
    <w:p>
      <w:pPr>
        <w:jc w:val="right"/>
      </w:pPr>
      <w:r>
        <w:t>اس زمان ےمیں ایک کام ہوا دعوتکاجس کوکہاگیاادائے کلمہ۔ وعدوعنی ایک کام وہہےجوہوگا بعد کےزمان ےمیں، کمیونیکیشنکےزمان ےمیں،ادخالکلمہ۔</w:t>
      </w:r>
    </w:p>
    <w:p>
      <w:r>
        <w:rPr>
          <w:b/>
        </w:rPr>
        <w:t xml:space="preserve">[30:59] </w:t>
      </w:r>
      <w:r>
        <w:t>kyunke adkhal kalma ke bare mein farmaya gaya hai ke har har ghar mein word of god ka pahunch jana, har har ghar mein kalma ka pahunch jana. to har ghar mein kab pahunchega?</w:t>
      </w:r>
    </w:p>
    <w:p>
      <w:pPr>
        <w:jc w:val="right"/>
      </w:pPr>
      <w:r>
        <w:t>کیونکہ ادخالکلمہکےبارےمیںفرمایاگیاہےکہہرہرگھرمیں ورڈآفگاڈکاپہنچجانا، ہرہرگھرمیںکلمہکاپہنچجانا۔ توہرگھرمیںکبپہنچےگا؟</w:t>
      </w:r>
    </w:p>
    <w:p>
      <w:r>
        <w:rPr>
          <w:b/>
        </w:rPr>
        <w:t xml:space="preserve">[31:11] </w:t>
      </w:r>
      <w:r>
        <w:t>jab communication ka zamanah aa chuka hoga.</w:t>
      </w:r>
    </w:p>
    <w:p>
      <w:pPr>
        <w:jc w:val="right"/>
      </w:pPr>
      <w:r>
        <w:t>جب کمیونیکیشنکا زمان ہآچکاہوگا۔</w:t>
      </w:r>
    </w:p>
    <w:p>
      <w:r>
        <w:rPr>
          <w:b/>
        </w:rPr>
        <w:t xml:space="preserve">[31:17] </w:t>
      </w:r>
      <w:r>
        <w:t>is zamane mein, seventh century mein, yeh possible nahin tha ke har har ghar mein aap pahuncha saken word of god ko, possible nahin tha. chunancha tareekh mein aata hai ke aquam nafeh jo tabe the, woh rawana hue arab se pahunch gaye africa tak aur phailaye islam ko. unhon ne to wahan par jab pahunche, atlantic jo samandar hai,</w:t>
      </w:r>
    </w:p>
    <w:p>
      <w:pPr>
        <w:jc w:val="right"/>
      </w:pPr>
      <w:r>
        <w:t>اس زمانےمیں،سیونسینچریمیں،یہپوسیبلینہیںتھا کہہرہرگھرمیںآپپہنچاسکیں ورڈآفگاڈکو ، پوسیبلنہیںتھا۔ چنانچہ تاریخ میںآتاہےکہ اقوام نافعجوتابعیتھے، وہ روانہہوئے عربسےپہنچگئےافریقہتک اور پھیلائےاسلام کو۔انہوںنے تووہاںپرجبپہنچے،اٹلانٹکجوسم ندرہے،</w:t>
      </w:r>
    </w:p>
    <w:p>
      <w:r>
        <w:rPr>
          <w:b/>
        </w:rPr>
        <w:t xml:space="preserve">[31:42] </w:t>
      </w:r>
      <w:r>
        <w:t>atlantic ke kinare, ab samandar bahut hi bada samandar hai, atlantic.</w:t>
      </w:r>
    </w:p>
    <w:p>
      <w:pPr>
        <w:jc w:val="right"/>
      </w:pPr>
      <w:r>
        <w:t>اٹلانٹککےکنارے،ابسم ندربہتہیبڑاسمندرہے،اٹلانٹک۔</w:t>
      </w:r>
    </w:p>
    <w:p>
      <w:r>
        <w:rPr>
          <w:b/>
        </w:rPr>
        <w:t xml:space="preserve">[31:47] </w:t>
      </w:r>
      <w:r>
        <w:t>to unko pata nahin tha ke atlantic idhar kya hai. aaj hum jante hain ke idhar africa hai, idhar america hai, beech mein atlantic hai. atlantic ocean ke kinare khare ho kar unhon ne kaha tha ke agar main janta ke is samandar ke us paar bhi kuch log hain to main apna ghoda samandar mein daal deta.</w:t>
      </w:r>
    </w:p>
    <w:p>
      <w:pPr>
        <w:jc w:val="right"/>
      </w:pPr>
      <w:r>
        <w:t>توانکوپتہنہیںتھاکہاٹلانٹکادھرکیاہے۔ آجہمجانتےہیںکہادھر افریقہہے،ادھرامریک ہہے، بیچمیںاٹلانٹکہے۔ اٹلانٹکاوشن کےکنارےکھڑےہوکرانہوںنےکہاتھا کہاگرمیںجانتا کہ اس سمندرکےاسپاربھیکچھلوگ ہیں تو میں اپناگھوڑا سمندرمیںڈالدیتا۔</w:t>
      </w:r>
    </w:p>
    <w:p>
      <w:r>
        <w:rPr>
          <w:b/>
        </w:rPr>
        <w:t xml:space="preserve">[32:09] </w:t>
      </w:r>
      <w:r>
        <w:t>matlab unke spirit ko dekhiye, spirit ko .</w:t>
      </w:r>
    </w:p>
    <w:p>
      <w:pPr>
        <w:jc w:val="right"/>
      </w:pPr>
      <w:r>
        <w:t>مطلب انکے اسپرٹکودیکھیے،اسپرٹکو ۔</w:t>
      </w:r>
    </w:p>
    <w:p>
      <w:r>
        <w:rPr>
          <w:b/>
        </w:rPr>
        <w:t xml:space="preserve">[32:12] </w:t>
      </w:r>
      <w:r>
        <w:t>yeh nahin matlab hai ke samandar ko koi aadmi ghode se yani paar kar sakta hai. atlantic ko samandar, atlantic ocean ko aap ghode se paar nahin kar sakte kyunke unki spirit is mein hai. spirit to unhein yeh nahin pata tha ke atlantic idhar bhi insaan rehte hain.</w:t>
      </w:r>
    </w:p>
    <w:p>
      <w:pPr>
        <w:jc w:val="right"/>
      </w:pPr>
      <w:r>
        <w:t>یہنہیںمطلبہےکہسم ندرکو کوئی آدمی گھوڑےسے یعنی پارکرسکتاہے۔ اٹلانٹک کو سمندر، اٹلانٹکاوشنکو آپ گھوڑےسےپارنہیںکرسکتے کیونکہانکیاسپرٹاسمیںہے۔اسپرٹ تو انہیں یہنہیںپتہتھاکہ اٹلانٹکادھربھیانسان رہتےہیں۔</w:t>
      </w:r>
    </w:p>
    <w:p>
      <w:r>
        <w:rPr>
          <w:b/>
        </w:rPr>
        <w:t xml:space="preserve">[32:34] </w:t>
      </w:r>
      <w:r>
        <w:t>yeh main ne is liye yeh misaal di ke traditional age mein sirf ada-e-kalma possible tha. har ghar mein, har insaan tak, har aurat aur har mard tak message pahunch jaye, laikin yeh possible nahin tha.</w:t>
      </w:r>
    </w:p>
    <w:p>
      <w:pPr>
        <w:jc w:val="right"/>
      </w:pPr>
      <w:r>
        <w:t>یہ میںنےاسلیے یہمثالدی کہ ٹریڈیشنلایجمیں صرف ادائے کلمہ پاسیبلتھا۔ ہرگھرمیں،ہرانسان تک ،ہر عورتاورہرمرد تک میسجپہنچجائے، لاکا یہ پاسیبلہینہیںتھا۔</w:t>
      </w:r>
    </w:p>
    <w:p>
      <w:r>
        <w:rPr>
          <w:b/>
        </w:rPr>
        <w:t xml:space="preserve">[32:51] </w:t>
      </w:r>
      <w:r>
        <w:t>attracted in traditional communication. To jab communication ka zamana aa gaya to yeh hai is ke liye predict kiya Rasool Allah salallahu alaihi wasallam</w:t>
      </w:r>
    </w:p>
    <w:p>
      <w:pPr>
        <w:jc w:val="right"/>
      </w:pPr>
      <w:r>
        <w:t>اٹریکوائرڈان ٹرنیشنل کمیونیکیشن۔ توجب کمیونیکیشنکازمان ہآگیا تو یہہے اسکےلیے پریڈکٹکیارسولاللہصلیاللہعلیہوسلم</w:t>
      </w:r>
    </w:p>
    <w:p>
      <w:r>
        <w:rPr>
          <w:b/>
        </w:rPr>
        <w:t xml:space="preserve">[33:03] </w:t>
      </w:r>
      <w:r>
        <w:t>ne ke ek zamanah aa jayega ke jab ke aise sadhan ho jayenge, aise sources ho jayenge ke yeh possible ho jayega ke har har ghar mein Khuda ka word, Khuda ka kalma dakhil kar diya jaye.</w:t>
      </w:r>
    </w:p>
    <w:p>
      <w:pPr>
        <w:jc w:val="right"/>
      </w:pPr>
      <w:r>
        <w:t>نے کہایکزمانہآئےگاکہجب کہ ایسے سادھنہوجائیںگے، ایسے سورسزہوجائیںگے کہیہ پاسیبلہوجائےگاکہہرہرگھرمیں خداکا ورڈ،خداکاکلمہ داخلکردیا جائے۔</w:t>
      </w:r>
    </w:p>
    <w:p>
      <w:r>
        <w:rPr>
          <w:b/>
        </w:rPr>
        <w:t xml:space="preserve">[33:18] </w:t>
      </w:r>
      <w:r>
        <w:t>to main yeh kahunga ke ek hai first phase, ek hai final phase. ek hai first phase, first phase of da'wah, doosra hai final phase of da'wah.</w:t>
      </w:r>
    </w:p>
    <w:p>
      <w:pPr>
        <w:jc w:val="right"/>
      </w:pPr>
      <w:r>
        <w:t>تو میں یہکہوںگاکہ ایک ہےفرسٹفیز،ایکہے فائنلفیز۔ ایکہےفرسٹفیز، فرسٹ فیز آفدعویٰ، دوسراہے فائنلفیزآفدعویٰ۔</w:t>
      </w:r>
    </w:p>
    <w:p>
      <w:r>
        <w:rPr>
          <w:b/>
        </w:rPr>
        <w:t xml:space="preserve">[33:35] </w:t>
      </w:r>
      <w:r>
        <w:t>ab main aap ko ek aur baat yaad dilana chahta hoon ke islam ki history mein ek woh log hain jin ko kaha jata hai Ashab-e-Rasool, companions of the prophet .</w:t>
      </w:r>
    </w:p>
    <w:p>
      <w:pPr>
        <w:jc w:val="right"/>
      </w:pPr>
      <w:r>
        <w:t>ابمیںآپکوایکاورباتیاددلاناچاہتاہوں کہ اسلام کیہسٹریمیںایک وہلوگہیںجنکوکہاجاتاہے اصحاب رسول، کمپینینز آف داپرافٹ ۔</w:t>
      </w:r>
    </w:p>
    <w:p>
      <w:r>
        <w:rPr>
          <w:b/>
        </w:rPr>
        <w:t xml:space="preserve">[33:50] </w:t>
      </w:r>
      <w:r>
        <w:t>yeh rasool Allah ke contemporary believers the, jo rasool Allah ke contemporary believers the, jo direct aap par iman laye. in ko hum kehte hain Ashab-e-Rasool .</w:t>
      </w:r>
    </w:p>
    <w:p>
      <w:pPr>
        <w:jc w:val="right"/>
      </w:pPr>
      <w:r>
        <w:t>یہرسولاللہ کے کنٹمپریریبیلیورزتھے، جورسولاللہکےکنٹمپریریبیلیورزتھے،جو ڈائریکٹآپ پرایمانلائے۔ انکوہمکہتےہیں اصحاب رسول ۔</w:t>
      </w:r>
    </w:p>
    <w:p>
      <w:r>
        <w:rPr>
          <w:b/>
        </w:rPr>
        <w:t xml:space="preserve">[34:03] </w:t>
      </w:r>
      <w:r>
        <w:t>ek hadith hai ke aap ne farmaya ke meri khwahish hai ke main apne ikhwan ko dekhun, apne bhaiyon ko dekhun.</w:t>
      </w:r>
    </w:p>
    <w:p>
      <w:pPr>
        <w:jc w:val="right"/>
      </w:pPr>
      <w:r>
        <w:t>ایکحدیثہے کہآپنےفرمایاکہ می ری خواہشہےکہمیں اپنے اخوانکودیکھوں، اپنے بھائیوںکودیکھوں۔</w:t>
      </w:r>
    </w:p>
    <w:p>
      <w:r>
        <w:rPr>
          <w:b/>
        </w:rPr>
        <w:t xml:space="preserve">[34:13] </w:t>
      </w:r>
      <w:r>
        <w:t>to Sahaba ne kaha ke kya hum aap ke bhai nahin hain? to aap ne kaha ke nahin, woh baad ko aayenge. to tum to mere contemporary ho, woh baad ko aayenge aur deen ka kaam karenge.</w:t>
      </w:r>
    </w:p>
    <w:p>
      <w:pPr>
        <w:jc w:val="right"/>
      </w:pPr>
      <w:r>
        <w:t>توصحابہنےکہاکہکیاہمآپکےبھائینہیںہیں؟ توآپنےکہاکہنہیں،وہ بعد کوآئیںگے۔ توتم تومیرےکنٹمپریریہو، وہ بعد کوآئیںگے اور دینکاکامکریںگے۔</w:t>
      </w:r>
    </w:p>
    <w:p>
      <w:r>
        <w:rPr>
          <w:b/>
        </w:rPr>
        <w:t xml:space="preserve">[34:30] </w:t>
      </w:r>
      <w:r>
        <w:t>ab dekhen, yeh do group hue: ek group hua Ashab-e-Rasool , ek group hua Ikhwan-e-Rasool . Ikhwan-e-Rasool ma'ni brothers of the prophet.</w:t>
      </w:r>
    </w:p>
    <w:p>
      <w:pPr>
        <w:jc w:val="right"/>
      </w:pPr>
      <w:r>
        <w:t>ابدیکھیں،یہ دوگروپہوئے: ایکگروپہوا اصحاب رسول ،ایک گروپہوا اخوان رسول ۔ اخوان رسولمعنی برادرز آف داپرافٹ۔</w:t>
      </w:r>
    </w:p>
    <w:p>
      <w:r>
        <w:rPr>
          <w:b/>
        </w:rPr>
        <w:t xml:space="preserve">[34:42] </w:t>
      </w:r>
      <w:r>
        <w:t>Ashab-e-Rasool ka matlab hai companions of the prophet. to hadith ke mutabiq do group hue hain: Ashab-e-Rasool aur Ikhwan-e-Rasool.</w:t>
      </w:r>
    </w:p>
    <w:p>
      <w:pPr>
        <w:jc w:val="right"/>
      </w:pPr>
      <w:r>
        <w:t>اصحابرسولکامطلبہے کمپینینزآفداپرافٹ۔ تو حدیثکےمطابق دوگروپہوئیہیں: اصحابرسول اور اخوان رسول۔</w:t>
      </w:r>
    </w:p>
    <w:p>
      <w:r>
        <w:rPr>
          <w:b/>
        </w:rPr>
        <w:t xml:space="preserve">[34:57] </w:t>
      </w:r>
      <w:r>
        <w:t>to goya do team keh sakte hain, aap do team . koi da'wah work jo hai, ek is zamanah mein kiya jana tay tha jab jo ke traditional zamanah tha.</w:t>
      </w:r>
    </w:p>
    <w:p>
      <w:pPr>
        <w:jc w:val="right"/>
      </w:pPr>
      <w:r>
        <w:t>توگویادوٹیم کہہسکتےہیں،آپ دوٹیم ۔ کوئی دعویٰورکجوہے، ایک اس زمان ےمیں کیاجانا طےہے تھا جب جو کہٹریڈیشنلزمانہتھا۔</w:t>
      </w:r>
    </w:p>
    <w:p>
      <w:r>
        <w:rPr>
          <w:b/>
        </w:rPr>
        <w:t xml:space="preserve">[35:13] </w:t>
      </w:r>
      <w:r>
        <w:t>yeh Ashab-e-Rasool ne kiya aur aap ke baad aap ke doosre believers ne kiya.</w:t>
      </w:r>
    </w:p>
    <w:p>
      <w:pPr>
        <w:jc w:val="right"/>
      </w:pPr>
      <w:r>
        <w:t>یہ اصحابرسولنےکیا اورآپکےبعد آپ کے دوسرےبیلیورزنےکیا۔</w:t>
      </w:r>
    </w:p>
    <w:p>
      <w:r>
        <w:rPr>
          <w:b/>
        </w:rPr>
        <w:t xml:space="preserve">[35:22] </w:t>
      </w:r>
      <w:r>
        <w:t>ab jo zamanah communication ka zamanah aaya hai, ab isi kaam ko global level par karna hai, har har ghar, har ghar mein pahunch ana hai.</w:t>
      </w:r>
    </w:p>
    <w:p>
      <w:pPr>
        <w:jc w:val="right"/>
      </w:pPr>
      <w:r>
        <w:t>ابجو زمان ہکمیونیکیشنکازمانہآیاہے، اب اسی کامکو گلوبل لیولپرکرناہے، ہرہرگھر،ہرگھرمیںپہنچ اناہے۔</w:t>
      </w:r>
    </w:p>
    <w:p>
      <w:r>
        <w:rPr>
          <w:b/>
        </w:rPr>
        <w:t xml:space="preserve">[35:34] </w:t>
      </w:r>
      <w:r>
        <w:t>to main yeh kahunga ke</w:t>
      </w:r>
    </w:p>
    <w:p>
      <w:pPr>
        <w:jc w:val="right"/>
      </w:pPr>
      <w:r>
        <w:t>تو میںیہکہوںگاکہ</w:t>
      </w:r>
    </w:p>
    <w:p>
      <w:r>
        <w:rPr>
          <w:b/>
        </w:rPr>
        <w:t xml:space="preserve">[35:38] </w:t>
      </w:r>
      <w:r>
        <w:t>do team hue hadith ke mutabiq : Ashab-e-Rasool ki team aur Ikhwan-e-Rasool ki team .</w:t>
      </w:r>
    </w:p>
    <w:p>
      <w:pPr>
        <w:jc w:val="right"/>
      </w:pPr>
      <w:r>
        <w:t>دو ٹیم ہوئی حدیثکےمطابق : اصحابرسولکیٹیم اور اخوانرسولکیٹیم ۔</w:t>
      </w:r>
    </w:p>
    <w:p>
      <w:r>
        <w:rPr>
          <w:b/>
        </w:rPr>
        <w:t xml:space="preserve">[35:46] </w:t>
      </w:r>
      <w:r>
        <w:t>is ko main agar naam dun to main kahunga ke prophet team one to Sahaba the, prophet team two yeh Ikhwan hain.</w:t>
      </w:r>
    </w:p>
    <w:p>
      <w:pPr>
        <w:jc w:val="right"/>
      </w:pPr>
      <w:r>
        <w:t>اسکومیں اگر نام دوںتومیںکہوںگا کہ پراف ٹکٹیم ون تو صحابہتھے، پرافٹکٹیم ٹو یہ اخوانہیں۔</w:t>
      </w:r>
    </w:p>
    <w:p>
      <w:r>
        <w:rPr>
          <w:b/>
        </w:rPr>
        <w:t xml:space="preserve">[35:59] </w:t>
      </w:r>
      <w:r>
        <w:t>yani jin ko hum kehte hain Ashab-e-Rasool , woh the prophet team one. jin ko hum kehte hain Ikhwan-e-Rasool , woh hain prophet team two.</w:t>
      </w:r>
    </w:p>
    <w:p>
      <w:pPr>
        <w:jc w:val="right"/>
      </w:pPr>
      <w:r>
        <w:t>یعنیجنکوہمکہتےہیںاصحابرسول ،وہ تھے پ رافٹک ٹیم ون۔ جنکوہمکہتےہیںاخوان رسول ،وہہیں پرافٹک ٹیم ٹو۔</w:t>
      </w:r>
    </w:p>
    <w:p>
      <w:r>
        <w:rPr>
          <w:b/>
        </w:rPr>
        <w:t xml:space="preserve">[36:12] </w:t>
      </w:r>
      <w:r>
        <w:t>is ko aap samjhen, is ko aap samajh lijiyey. Haton ne kaha tha yani Sahaba jo the, un ke bare mein Quran mein hai ke khair-ul-ummah aaya hai.</w:t>
      </w:r>
    </w:p>
    <w:p>
      <w:pPr>
        <w:jc w:val="right"/>
      </w:pPr>
      <w:r>
        <w:t>اسکوآپسمجھیے، اسکوآپسمجھلیجئے۔ حتوننےکہاتھای عنی صحابہجوتھے،انکےبارےمیںقرآنمیںہےکہ خیر امتآیاہے۔</w:t>
      </w:r>
    </w:p>
    <w:p>
      <w:r>
        <w:rPr>
          <w:b/>
        </w:rPr>
        <w:t xml:space="preserve">[36:25] </w:t>
      </w:r>
      <w:r>
        <w:t>khair e ummat jo quran majeed mein hai, woh sahaba ke liye hai, ashaab e rasool ke liye hai. to hatun ne farmaya tha ke man sarra an yikun mithl hazihi al ummah fal yashrut alla fi hi</w:t>
      </w:r>
    </w:p>
    <w:p>
      <w:pPr>
        <w:jc w:val="right"/>
      </w:pPr>
      <w:r>
        <w:t>خیرامتجوقرآنمجیدمیںہے،وہصحابہکےلیےہے،اصحابرسولکےلیےہے۔ تو حتوننےفرمایاتھاکہ من سر ہ انیکون مثل ھذہالامہ فلیشر طاللافی ہ</w:t>
      </w:r>
    </w:p>
    <w:p>
      <w:r>
        <w:rPr>
          <w:b/>
        </w:rPr>
        <w:t xml:space="preserve">[36:39] </w:t>
      </w:r>
      <w:r>
        <w:t>matlab jo khair e ummat mein shamil hona chahe to unke jaisa kaam kare, jo unhon ne kiya, woh hi woh bhee kare.</w:t>
      </w:r>
    </w:p>
    <w:p>
      <w:pPr>
        <w:jc w:val="right"/>
      </w:pPr>
      <w:r>
        <w:t>مطلبجو خیر وامت میں شامل ہوناچاہے تو انکےجیساکام کرے، جوانہوںنےکیا،وہیوہبھیکرے۔</w:t>
      </w:r>
    </w:p>
    <w:p>
      <w:r>
        <w:rPr>
          <w:b/>
        </w:rPr>
        <w:t xml:space="preserve">[36:50] </w:t>
      </w:r>
      <w:r>
        <w:t>yani yeh koi fazilat ki baat nahi hai, yeh koi mystery si baat nahi hai, by birth nahi koi ho jata is mein se shamil. to jo waisa karega, tab woh us ko woh status milega.</w:t>
      </w:r>
    </w:p>
    <w:p>
      <w:pPr>
        <w:jc w:val="right"/>
      </w:pPr>
      <w:r>
        <w:t>یعنییہکوئیفضیلتکیباتنہیںہے، یہکوئیمسٹیریسباتنہیں ہے، بائیبرتھنہیںکوئیہوجاتا اسمیںسےشامل ۔ تو جو ویساکرےگا، تب وہاسکو وہ اسٹیٹسملےگا۔</w:t>
      </w:r>
    </w:p>
    <w:p>
      <w:r>
        <w:rPr>
          <w:b/>
        </w:rPr>
        <w:t xml:space="preserve">[37:06] </w:t>
      </w:r>
      <w:r>
        <w:t>to yeh tha ashaab e rasool ke bare mein. chunancha jinhon ne nahi kiya, woh munafiq ban gaye. aap jante hain madine mein kai so aise log thay jin ko munafiq qarar diya gaya.</w:t>
      </w:r>
    </w:p>
    <w:p>
      <w:pPr>
        <w:jc w:val="right"/>
      </w:pPr>
      <w:r>
        <w:t>تو یہ تھا اصحابرسولکےبارےمیں ۔ چنانچہجنہوںنےنہیںکیا، وہ منافقبنگئے۔ آپجانتےہیںمد ینےمیں کئی سوایسےلوگتھےجنکومنافق قراردیاگیا۔</w:t>
      </w:r>
    </w:p>
    <w:p>
      <w:r>
        <w:rPr>
          <w:b/>
        </w:rPr>
        <w:t xml:space="preserve">[37:18] </w:t>
      </w:r>
      <w:r>
        <w:t>yani woh rasool allah ke moasir thay, unhon ne imaan bhi laye thay, woh rasool allah ko dekha bhi tha, unhon ne phir bhi woh sahaba ke face mein shamil nahi ho gaye. woh to woh kaha, unhon ne is condition ko poora nahi kiya hatmar ke kehne ke mutabiq.</w:t>
      </w:r>
    </w:p>
    <w:p>
      <w:pPr>
        <w:jc w:val="right"/>
      </w:pPr>
      <w:r>
        <w:t>یعنیوہرسولاللہکے معاصرتھے، انہوںنےایمانبھیلائےتھے،وہ رسولاللہکودیکھابھیتھا،انہوںنے پھربھیوہ صحابہکے فیسمیںشامل نہیںہوئے۔وہ تو وہکہا،انہوںنےاس کنڈیشنکوپورانہیںکیاحتمرکےکہنےکےمطابق۔</w:t>
      </w:r>
    </w:p>
    <w:p>
      <w:r>
        <w:rPr>
          <w:b/>
        </w:rPr>
        <w:t xml:space="preserve">[37:34] </w:t>
      </w:r>
      <w:r>
        <w:t>to dekhen, do group hain islam ki history mein yani prophet team one, prophet team two.</w:t>
      </w:r>
    </w:p>
    <w:p>
      <w:pPr>
        <w:jc w:val="right"/>
      </w:pPr>
      <w:r>
        <w:t>تو دیکھیں، دو گروپہیں اسلام کیہسٹریمیںی عنیپرافٹک ٹیم ون، پرافٹکٹیم ٹو۔</w:t>
      </w:r>
    </w:p>
    <w:p>
      <w:r>
        <w:rPr>
          <w:b/>
        </w:rPr>
        <w:t xml:space="preserve">[37:45] </w:t>
      </w:r>
      <w:r>
        <w:t>to prophet team one jo hai, woh hai ashaab e rasool, woh guzar chuke, unhon ne apna kaam kiya, woh allah ke rehmat ke saye pohanch gaye.</w:t>
      </w:r>
    </w:p>
    <w:p>
      <w:pPr>
        <w:jc w:val="right"/>
      </w:pPr>
      <w:r>
        <w:t>تو پرافٹکٹیم ون جوہے،وہہےاصحابرسول ، وہ گزرچکے،انہوںنےاپناکامکیا، وہ اللہ کے رحمتکےسائے پہنچگئے۔</w:t>
      </w:r>
    </w:p>
    <w:p>
      <w:r>
        <w:rPr>
          <w:b/>
        </w:rPr>
        <w:t xml:space="preserve">[37:56] </w:t>
      </w:r>
      <w:r>
        <w:t>ab doosra, ab doosra darwaza khula hua hai, doosri opportunity hamare samne</w:t>
      </w:r>
    </w:p>
    <w:p>
      <w:pPr>
        <w:jc w:val="right"/>
      </w:pPr>
      <w:r>
        <w:t>اب دوسرا، ابدوسرا دروازہکھلا ہواہے، دوسریاپرچونیٹیزہمارےسامنے</w:t>
      </w:r>
    </w:p>
    <w:p>
      <w:r>
        <w:rPr>
          <w:b/>
        </w:rPr>
        <w:t xml:space="preserve">[38:04] </w:t>
      </w:r>
      <w:r>
        <w:t>hain. doosri opportunity woh kya? ikhwaan e rasool banna. yahan bhi wohi baat hai ke man sarra yikun mithl hazihi al ummah fal yashrut alla kiya? yani jo ikhwaan e rasool mein shamil hona chahe, to us ki shart ko poora kare. woh aur shart kya hai?</w:t>
      </w:r>
    </w:p>
    <w:p>
      <w:pPr>
        <w:jc w:val="right"/>
      </w:pPr>
      <w:r>
        <w:t>ہیں۔ دوسریاپرچونیٹی وہکیا ؟ اخوان رسول بننا۔ یہاںبھیوہیباتہے کہ من سرہ یکون مثل ھذہالامہف لی شرطاللہ کیا؟یعنیجو اخوان رسول میں شامل ہوناچاہے،تو اسکیشرطکوپوراکرے۔وہ اور شرطکیاہے؟</w:t>
      </w:r>
    </w:p>
    <w:p>
      <w:r>
        <w:rPr>
          <w:b/>
        </w:rPr>
        <w:t xml:space="preserve">[38:23] </w:t>
      </w:r>
      <w:r>
        <w:t>adkhal al kalimah fi kull al buyoot hadith ke mutabiq</w:t>
      </w:r>
    </w:p>
    <w:p>
      <w:pPr>
        <w:jc w:val="right"/>
      </w:pPr>
      <w:r>
        <w:t>ادخال الکلمہفی کل البیوت حدیثکےمطابق</w:t>
      </w:r>
    </w:p>
    <w:p>
      <w:r>
        <w:rPr>
          <w:b/>
        </w:rPr>
        <w:t xml:space="preserve">[38:31] </w:t>
      </w:r>
      <w:r>
        <w:t>sahaba bhi sahaba is liye bane thay ke unhon ne rasool allah ke mission mein saath diya. jo mission tha rasool allah ka, woh dawat ka mission tha. daee ila Allahi ba'dhum wa surajun munirun to rasool allah ka mission jo tha, woh dawat ka mission tha.</w:t>
      </w:r>
    </w:p>
    <w:p>
      <w:pPr>
        <w:jc w:val="right"/>
      </w:pPr>
      <w:r>
        <w:t>صحابہبھیصحابہاسلیےبنےتھےکہانہوںنےرسولاللہ کےمشنمیں ساتھ دیا۔ جو مشنتھارسولاللہکا،وہدعوتکامشنتھا۔ داعیاللہ بیضوس راج منیرا تورسولاللہ کامشنجوتھا،وہدعوتکامشنتھا۔</w:t>
      </w:r>
    </w:p>
    <w:p>
      <w:r>
        <w:rPr>
          <w:b/>
        </w:rPr>
        <w:t xml:space="preserve">[38:45] </w:t>
      </w:r>
      <w:r>
        <w:t>is mission mein jin logon ne jaan se, maal se saath diya, us ko apna kinsar banaya, to woh ashaab e rasool kahe gaye.</w:t>
      </w:r>
    </w:p>
    <w:p>
      <w:pPr>
        <w:jc w:val="right"/>
      </w:pPr>
      <w:r>
        <w:t>اس مشنمیںجنلوگوںنے جان سے ،مال سے ساتھ دیا، اسکو اپناکنسرنبنایا، تو وہاصحابرسولکہےگئے۔</w:t>
      </w:r>
    </w:p>
    <w:p>
      <w:r>
        <w:rPr>
          <w:b/>
        </w:rPr>
        <w:t xml:space="preserve">[38:57] </w:t>
      </w:r>
      <w:r>
        <w:t>rasool allah ke mission mein saath dene ki wajah se woh ashaab e rasool bane.</w:t>
      </w:r>
    </w:p>
    <w:p>
      <w:pPr>
        <w:jc w:val="right"/>
      </w:pPr>
      <w:r>
        <w:t>رسولاللہ کے مشنمیں ساتھ دینےکیوجہسےوہاصحابرسولبنے۔</w:t>
      </w:r>
    </w:p>
    <w:p>
      <w:r>
        <w:rPr>
          <w:b/>
        </w:rPr>
        <w:t xml:space="preserve">[39:02] </w:t>
      </w:r>
      <w:r>
        <w:t>isi tarah se ikhwaan e rasool woh banega allah ke nazdeek jo rasool allah ke is mission ko phir revive karega is daur mein. yani age of communication mein jo is ko revive karega, woh ikhwaan e rasool banega.</w:t>
      </w:r>
    </w:p>
    <w:p>
      <w:pPr>
        <w:jc w:val="right"/>
      </w:pPr>
      <w:r>
        <w:t>اسیطرحسے اخوانرسولوہبنےگا اللہ کےنزدیک جو رسولاللہکے اسمشنکو پھرریوائیوکرےگااسدور میں۔ یعنی ایجآفکمیونیکیشنمیںجواسکیروائیکرےگا، وہ اخوانرسولبنےگا۔</w:t>
      </w:r>
    </w:p>
    <w:p>
      <w:r>
        <w:rPr>
          <w:b/>
        </w:rPr>
        <w:t xml:space="preserve">[39:17] </w:t>
      </w:r>
      <w:r>
        <w:t>kyunki age of communication mein is liye keh raha hoon ke jab hadith mein aata hai ke har har ghar mein pohanch jayega allah ka kalmah, har ghar mein kaise pohanch jayega?</w:t>
      </w:r>
    </w:p>
    <w:p>
      <w:pPr>
        <w:jc w:val="right"/>
      </w:pPr>
      <w:r>
        <w:t>کیونکہ ایجآفکمیونیکیشنمیںاسلیےکہہرہاہوں کہجبحدیثمیںآتاہےکہ ہرہرگھرمیں پہنچجائےگااللہ کاکلمہ، ہرگھرمیںکیسےپہنچجائےگا؟</w:t>
      </w:r>
    </w:p>
    <w:p>
      <w:r>
        <w:rPr>
          <w:b/>
        </w:rPr>
        <w:t xml:space="preserve">[39:27] </w:t>
      </w:r>
      <w:r>
        <w:t>acquired international communication.</w:t>
      </w:r>
    </w:p>
    <w:p>
      <w:pPr>
        <w:jc w:val="right"/>
      </w:pPr>
      <w:r>
        <w:t>اٹریکوائرڈ انٹرنیشنلکمیونیکیشن۔</w:t>
      </w:r>
    </w:p>
    <w:p>
      <w:r>
        <w:rPr>
          <w:b/>
        </w:rPr>
        <w:t xml:space="preserve">[39:33] </w:t>
      </w:r>
      <w:r>
        <w:t>to jab tak global level par communication ka zamana na aa chuka ho, aap is role ko ada nahi kar sakte.</w:t>
      </w:r>
    </w:p>
    <w:p>
      <w:pPr>
        <w:jc w:val="right"/>
      </w:pPr>
      <w:r>
        <w:t>توجبتک گلوبللیولپر کمیونیکیشن کا زمانہ نہآچکاہو، آپ اس رولکوادانہیںکرسکتے۔</w:t>
      </w:r>
    </w:p>
    <w:p>
      <w:r>
        <w:rPr>
          <w:b/>
        </w:rPr>
        <w:t xml:space="preserve">[39:44] </w:t>
      </w:r>
      <w:r>
        <w:t>to aaj hum jis zamane mein hain, is zamane mein woh zamana hi yeh zamana hai. dekhen, ek baat yeh samajh lijiye ke da'wah work jo hai, us ke do pehlu hain.</w:t>
      </w:r>
    </w:p>
    <w:p>
      <w:pPr>
        <w:jc w:val="right"/>
      </w:pPr>
      <w:r>
        <w:t>تو آجہمجسزمانےمیںہیں، اس زمانےمیں وہزمانہیہیزمان ہہے۔ دیکھیں،ایکباتیہسمجھلیجئے کہ دعویٰورکجوہے، اسکے دو پہاسپیکٹہیں۔</w:t>
      </w:r>
    </w:p>
    <w:p>
      <w:r>
        <w:rPr>
          <w:b/>
        </w:rPr>
        <w:t xml:space="preserve">[39:59] </w:t>
      </w:r>
      <w:r>
        <w:t>ek hai da'wah work ka infrastructure, ek hai da'wah work ki duty. is ko achi tarah samajh lijiye. da'wah work ka infrastructure ek hai, da'wah work ki duty.</w:t>
      </w:r>
    </w:p>
    <w:p>
      <w:pPr>
        <w:jc w:val="right"/>
      </w:pPr>
      <w:r>
        <w:t>ایک ہےدعویٰورککاانفراسٹرکچر ،ایکہےدعویٰورککیڈیوٹی۔ اسکواچھیطرحسمجھلیجئے۔ دعویٰورککاانفراسٹرکچر ایکہے،دعویٰورک کی ڈیوٹی۔</w:t>
      </w:r>
    </w:p>
    <w:p>
      <w:r>
        <w:rPr>
          <w:b/>
        </w:rPr>
        <w:t xml:space="preserve">[40:15] </w:t>
      </w:r>
      <w:r>
        <w:t>to infrastructure kya hai? infrastructure yeh hai ke duniya mein woh condition paida ho chuki ho ke aap da'wah work kar saken global level par.</w:t>
      </w:r>
    </w:p>
    <w:p>
      <w:pPr>
        <w:jc w:val="right"/>
      </w:pPr>
      <w:r>
        <w:t>توانفراسٹرکچرکیاہے؟ انفراسٹرکچریہہےکہ دنیا میں وہ کنڈیشن پیداہوچکیہوکہآپدعویٰورککرسکیں گلوبللیولپر ۔</w:t>
      </w:r>
    </w:p>
    <w:p>
      <w:r>
        <w:rPr>
          <w:b/>
        </w:rPr>
        <w:t xml:space="preserve">[40:26] </w:t>
      </w:r>
      <w:r>
        <w:t>maslan dekhen, aap is zamane mein</w:t>
      </w:r>
    </w:p>
    <w:p>
      <w:pPr>
        <w:jc w:val="right"/>
      </w:pPr>
      <w:r>
        <w:t>مثلاًدیکھیں،آپ اسزمانےمیں</w:t>
      </w:r>
    </w:p>
    <w:p>
      <w:r>
        <w:rPr>
          <w:b/>
        </w:rPr>
        <w:t xml:space="preserve">[40:30] </w:t>
      </w:r>
      <w:r>
        <w:t>communication ka zamana aa gaya hai, print media ka zamana aa gaya hai, electronic media ka zamana aa gaya hai, aur sath sath freedom of religion aa chuki hai.</w:t>
      </w:r>
    </w:p>
    <w:p>
      <w:pPr>
        <w:jc w:val="right"/>
      </w:pPr>
      <w:r>
        <w:t>کمیونیکیشن کازمانہآگیاہے، پرنٹ میڈیاکازمانہآگیاہے، الیکٹرانکمیڈیاکازمانہآگیاہے، اور ساتھ ساتھ فریڈمآف ریلیجنآچکیہے۔</w:t>
      </w:r>
    </w:p>
    <w:p>
      <w:r>
        <w:rPr>
          <w:b/>
        </w:rPr>
        <w:t xml:space="preserve">[40:43] </w:t>
      </w:r>
      <w:r>
        <w:t>logon ke andar bohat spirit aa gayi hai ke baaton ko janein. jise hum, hum hamara bara yani hamara yeh experience hai ke jahan bhi hum log jatay hain, hamari team jahan jati hai</w:t>
      </w:r>
    </w:p>
    <w:p>
      <w:pPr>
        <w:jc w:val="right"/>
      </w:pPr>
      <w:r>
        <w:t>لوگوںکےاندر بہت اسپرٹآگئیہےکہ باتوںکوجان یں۔ جسےہم ،ہمہمارا بڑا یعنیہمارا یہ ایکسپیرینسہےکہجہاںبھیہملوگجاتےہیں،ہماریٹیمجہاںجاتیہے</w:t>
      </w:r>
    </w:p>
    <w:p>
      <w:r>
        <w:rPr>
          <w:b/>
        </w:rPr>
        <w:t xml:space="preserve">[40:57] </w:t>
      </w:r>
      <w:r>
        <w:t>to literature le kar jati hai, islam ka literature, quran ke translation. to log yani urdu zuban mein kahen ge, log loot lete hain. kyun?</w:t>
      </w:r>
    </w:p>
    <w:p>
      <w:pPr>
        <w:jc w:val="right"/>
      </w:pPr>
      <w:r>
        <w:t>تو لٹریچرلےکرجاتیہے،اسلام کلٹریچر،قرآنکے ٹرانسلیشن۔ تولوگ یعنیارد وزبان میںکہیںگے،لوگلوٹلیتےہیں۔ کیوں ؟</w:t>
      </w:r>
    </w:p>
    <w:p>
      <w:r>
        <w:rPr>
          <w:b/>
        </w:rPr>
        <w:t xml:space="preserve">[41:07] </w:t>
      </w:r>
      <w:r>
        <w:t>spirit of inquiry ka zamana hi yeh hai. science ne ek bohat bari cheez duniya mein paida ki hai, woh spirit of inquiry.</w:t>
      </w:r>
    </w:p>
    <w:p>
      <w:pPr>
        <w:jc w:val="right"/>
      </w:pPr>
      <w:r>
        <w:t>اسپرٹآفانکوائری کازمان ہیہہے۔ سائنسنے ایکبہت بڑیچیز دنیا میں پیدا کیہے،وہاسپرٹآفانکوائری۔</w:t>
      </w:r>
    </w:p>
    <w:p>
      <w:r>
        <w:rPr>
          <w:b/>
        </w:rPr>
        <w:t xml:space="preserve">[41:16] </w:t>
      </w:r>
      <w:r>
        <w:t>jaise newton ko, newton ne dekha ke saib gira, apple gira oopar se, to ek curiosity paida hui ke oopar se neeche kyun aaya,</w:t>
      </w:r>
    </w:p>
    <w:p>
      <w:pPr>
        <w:jc w:val="right"/>
      </w:pPr>
      <w:r>
        <w:t>جیسے نیوٹنکو ،نیوٹننےدیکھاکہسیبگرا، ایپلگرااوپرسے ،تو ایککیوریسٹیپیدا ہوئیکہاوپرسےنیچےکیوںآیا،</w:t>
      </w:r>
    </w:p>
    <w:p>
      <w:r>
        <w:rPr>
          <w:b/>
        </w:rPr>
        <w:t xml:space="preserve">[41:26] </w:t>
      </w:r>
      <w:r>
        <w:t>oopar kyun nahin chala gaya. that was a spirit of inquiry. to yeh zamanah jismain hum jeh rahe hain, yeh zamanah woh hai, iski ek bohat bara, iska bohat bari cheez, iski yeh hai ke yeh hai, isne spirit of inquiry paida kar diya hai logon ke andar.</w:t>
      </w:r>
    </w:p>
    <w:p>
      <w:pPr>
        <w:jc w:val="right"/>
      </w:pPr>
      <w:r>
        <w:t>اوپرکیوںنہیںچلاگیا۔ دیٹوازاسپرٹآفانکوائری۔ تو یہ زمان ہجسمیںہمجیرہےہیں، یہ زمان ہجوہے، اسکیایکبہت بڑا، اسکا بہت بڑی چیز،اسکییہہے کہیہہے، اسنے اسپرٹآفانکوائریپیدا کردیاہےلوگوںکےاندر۔</w:t>
      </w:r>
    </w:p>
    <w:p>
      <w:r>
        <w:rPr>
          <w:b/>
        </w:rPr>
        <w:t xml:space="preserve">[41:44] </w:t>
      </w:r>
      <w:r>
        <w:t>inquire karo, jaan lo. isko, isko kehte hain urdu mein kehte hain tajassus. har cheez ko samajh samajho.</w:t>
      </w:r>
    </w:p>
    <w:p>
      <w:pPr>
        <w:jc w:val="right"/>
      </w:pPr>
      <w:r>
        <w:t>انکوائریکرو،جان و۔ اسکو،اسکوکہتےہیںاردومیںکہتےہیںتجسس۔ہرچیزکوسمجھسمجھو۔</w:t>
      </w:r>
    </w:p>
    <w:p>
      <w:r>
        <w:rPr>
          <w:b/>
        </w:rPr>
        <w:t xml:space="preserve">[41:53] </w:t>
      </w:r>
      <w:r>
        <w:t>to freedom aa gayi hai, spirit of inquiry aa gayi hai, communication aa gaya hai. aur aajkal to yeh haal hai ke ek sahib ne kaha ke Islam is a daily news.</w:t>
      </w:r>
    </w:p>
    <w:p>
      <w:pPr>
        <w:jc w:val="right"/>
      </w:pPr>
      <w:r>
        <w:t>تو فریڈم آگئی ہے، اسپرٹآفانکوائریآگئیہے، کمیونیکیشنآگیاہے۔ اور آجکلتویہحالہےکہ ایک صاحبنےکہاکہ اسلام ازاندانیوز۔</w:t>
      </w:r>
    </w:p>
    <w:p>
      <w:r>
        <w:rPr>
          <w:b/>
        </w:rPr>
        <w:t xml:space="preserve">[42:08] </w:t>
      </w:r>
      <w:r>
        <w:t>aajkal jis din bhi, aaj bhi, aaj bhi akhbar mein Islam ke bare mein khabar hai, to har din aap chahe aap chahe paper parhte hon ya TV dekhte hon, har din Islam ke bare mein kuch na kuch rehta hai.</w:t>
      </w:r>
    </w:p>
    <w:p>
      <w:pPr>
        <w:jc w:val="right"/>
      </w:pPr>
      <w:r>
        <w:t>آجکل جسدن بھی، آجبھی،آجبھیاخبارمیں اسلام کےبارےمیںخبرہے، تو ہردن آپ چاہےآپ چاہے پیپرپڑھتےہوںیا ٹیویدیکھتےہوں، ہردن اسلام کےبارےمیںکچھنہکچھرہتاہے۔</w:t>
      </w:r>
    </w:p>
    <w:p>
      <w:r>
        <w:rPr>
          <w:b/>
        </w:rPr>
        <w:t xml:space="preserve">[42:23] </w:t>
      </w:r>
      <w:r>
        <w:t>to everyday Islam is a daily news. to log janna chahte hain ke Islam kya hai. yeh sab hamara ek advantage hai.</w:t>
      </w:r>
    </w:p>
    <w:p>
      <w:pPr>
        <w:jc w:val="right"/>
      </w:pPr>
      <w:r>
        <w:t>تو ایوریڈےاسلام ازاندانیوز۔ تولوگ جانناچاہتےہیںکہاسلام کیاہے۔ یہ سبہماراایکایڈوانٹیجہے۔</w:t>
      </w:r>
    </w:p>
    <w:p>
      <w:r>
        <w:rPr>
          <w:b/>
        </w:rPr>
        <w:t xml:space="preserve">[42:32] </w:t>
      </w:r>
      <w:r>
        <w:t>in sari cheezon ko milakar ab main kahunga ke yeh hai infrastructure of da'wah work. to infrastructure woh hai, woh Khuda ki taraf se paida kiya jata hai, aur duty woh aapko anjam dena hai.</w:t>
      </w:r>
    </w:p>
    <w:p>
      <w:pPr>
        <w:jc w:val="right"/>
      </w:pPr>
      <w:r>
        <w:t>ان ساریچیزوں کو ملاکرابمیںکہوںگاکہیہہےانفراسٹرکچر آف دعویٰورک۔ توانفراسٹرکچرجوہے،وہخداکیطرفسےپیداکیاجاتاہے، اور ڈیوٹیوہآپکوانجام دیناہے۔</w:t>
      </w:r>
    </w:p>
    <w:p>
      <w:r>
        <w:rPr>
          <w:b/>
        </w:rPr>
        <w:t xml:space="preserve">[42:46] </w:t>
      </w:r>
      <w:r>
        <w:t>yani is infrastructure ko, is is opportunity ko avail karke aap logon tak pahuncha dein, Khuda ka paigham, Khuda ka message, woh aapki duty hai.</w:t>
      </w:r>
    </w:p>
    <w:p>
      <w:pPr>
        <w:jc w:val="right"/>
      </w:pPr>
      <w:r>
        <w:t>یعنیاس انفراسٹرکچرکو، اس اس اناپرچونیٹیزکو اویلکرکے آپلوگوںتک پہنچ ائیں، خداکا پیغام،خداکامیسج، وہآپکیڈیوٹیہے۔</w:t>
      </w:r>
    </w:p>
    <w:p>
      <w:r>
        <w:rPr>
          <w:b/>
        </w:rPr>
        <w:t xml:space="preserve">[43:01] </w:t>
      </w:r>
      <w:r>
        <w:t>to iska matlab kya hua</w:t>
      </w:r>
    </w:p>
    <w:p>
      <w:pPr>
        <w:jc w:val="right"/>
      </w:pPr>
      <w:r>
        <w:t>تو اسکامطلبکیاہوا</w:t>
      </w:r>
    </w:p>
    <w:p>
      <w:r>
        <w:rPr>
          <w:b/>
        </w:rPr>
        <w:t xml:space="preserve">[43:05] </w:t>
      </w:r>
      <w:r>
        <w:t>? ke infrastructure provide kiya jata hai Khuda ki taraf se, aur da'wah work as a duty anjam diya jata hai believers ki taraf se .</w:t>
      </w:r>
    </w:p>
    <w:p>
      <w:pPr>
        <w:jc w:val="right"/>
      </w:pPr>
      <w:r>
        <w:t>؟کہ ان فراسٹرکچرپرووائیڈکیاجاتاہےخداکیطرفسے، اور دعویٰورک ایزاےڈیوٹی انجام دیاجاتا ہے بیلیورزکیطرفسے ۔</w:t>
      </w:r>
    </w:p>
    <w:p>
      <w:r>
        <w:rPr>
          <w:b/>
        </w:rPr>
        <w:t xml:space="preserve">[43:19] </w:t>
      </w:r>
      <w:r>
        <w:t>to ab jo zamanah, jis zamanah mein hum hain, is zamanah mein aap dekhein, main aaj se nahin, kam se kam 60 baras se da'wah ke dunya mein hoon.</w:t>
      </w:r>
    </w:p>
    <w:p>
      <w:pPr>
        <w:jc w:val="right"/>
      </w:pPr>
      <w:r>
        <w:t>تو ابجو زمان ہ،جسزمان ےمیںہمہیں، اس زمانےمیںآپدیکھیں، میں آج سےنہیں، کمسےکم 60برسسے دعوت کے دنیا میں ہوں۔</w:t>
      </w:r>
    </w:p>
    <w:p>
      <w:r>
        <w:rPr>
          <w:b/>
        </w:rPr>
        <w:t xml:space="preserve">[43:31] </w:t>
      </w:r>
      <w:r>
        <w:t>aaj se taqreeban 60 baras pehle main aaj barh mein tha, to wahan par ek book fair, ek exhibition lagi thi. exhibition to wahan humne ek book stall lagaya tha, Islami book stall, jis mein ek bohat bara ek board lagaya gaya tha.</w:t>
      </w:r>
    </w:p>
    <w:p>
      <w:pPr>
        <w:jc w:val="right"/>
      </w:pPr>
      <w:r>
        <w:t>آجسےتقریباً60برسپہلے میںآجبڑھمیںتھا، تو وہاںپر ایک بکفیئر،ایک ای گزیبیشنلگیتھی۔ایگزیبیشن تووہاںہمنےایکبکاسٹاللگایاتھا، اسلامی بکاسٹال، جس میں ایکبہت بڑا ایک بورڈلگایاگیاتھا۔</w:t>
      </w:r>
    </w:p>
    <w:p>
      <w:r>
        <w:rPr>
          <w:b/>
        </w:rPr>
        <w:t xml:space="preserve">[43:47] </w:t>
      </w:r>
      <w:r>
        <w:t>is zamanah mein hamare ek saathi the, Yusuf sahib, Yusuf artist,</w:t>
      </w:r>
    </w:p>
    <w:p>
      <w:pPr>
        <w:jc w:val="right"/>
      </w:pPr>
      <w:r>
        <w:t>اسزمانےمیںہمارےایکساتھیتھے، یوسفصاحب، یوسفآرٹسٹ،</w:t>
      </w:r>
    </w:p>
    <w:p>
      <w:r>
        <w:rPr>
          <w:b/>
        </w:rPr>
        <w:t xml:space="preserve">[43:54] </w:t>
      </w:r>
      <w:r>
        <w:t>ab unka intaqal ho chuka hai. to unse main ne likhwaya tha ek bohat bara board, bohat hi bara, gear se dikhai deta tha woh. to woh Quran ki ek ayat ka translation tha.</w:t>
      </w:r>
    </w:p>
    <w:p>
      <w:pPr>
        <w:jc w:val="right"/>
      </w:pPr>
      <w:r>
        <w:t>ابانکاانتقالہوچکاہے۔ توانسےمیںنےلکھوایاتھا ایک بہت بڑا بورڈ،بہتہیبڑا، گیئرسےدکھائیدیتاتھاوہ۔ تووہ قرآن کیایکآیتکا ٹرانسلیشنتھا۔</w:t>
      </w:r>
    </w:p>
    <w:p>
      <w:r>
        <w:rPr>
          <w:b/>
        </w:rPr>
        <w:t xml:space="preserve">[44:07] </w:t>
      </w:r>
      <w:r>
        <w:t>Quran ki ek ayat hai wallahu yad'u ila daris salam to uska translation tha, bas bold letters mein tha and God calls to the home of peace</w:t>
      </w:r>
    </w:p>
    <w:p>
      <w:pPr>
        <w:jc w:val="right"/>
      </w:pPr>
      <w:r>
        <w:t>قرآنکیایکآیتہے وال لہ یدوالیدار السلام تواسکاٹرانسلیشنتھا،بسبولڈلیٹرزمیںتھا این ڈگاڈ کال ز ٹوداہومآف پیس</w:t>
      </w:r>
    </w:p>
    <w:p>
      <w:r>
        <w:rPr>
          <w:b/>
        </w:rPr>
        <w:t xml:space="preserve">[44:22] </w:t>
      </w:r>
      <w:r>
        <w:t>and God calls to the home of peace. us waqt se main da'wah ki field mein hoon, da'wah work kar raha hoon.</w:t>
      </w:r>
    </w:p>
    <w:p>
      <w:pPr>
        <w:jc w:val="right"/>
      </w:pPr>
      <w:r>
        <w:t>اینڈ گاڈ کال ز ٹوداہومآفپیس۔ اسوقت سے میں دعوتکیفیلڈمیںہوں، دعویٰورککررہاہوں۔</w:t>
      </w:r>
    </w:p>
    <w:p>
      <w:r>
        <w:rPr>
          <w:b/>
        </w:rPr>
        <w:t xml:space="preserve">[44:33] </w:t>
      </w:r>
      <w:r>
        <w:t>to</w:t>
      </w:r>
    </w:p>
    <w:p>
      <w:pPr>
        <w:jc w:val="right"/>
      </w:pPr>
      <w:r>
        <w:t>تو</w:t>
      </w:r>
    </w:p>
    <w:p>
      <w:r>
        <w:rPr>
          <w:b/>
        </w:rPr>
        <w:t xml:space="preserve">[44:38] </w:t>
      </w:r>
      <w:r>
        <w:t>aaj woh hai, main yeh keh sakta hoon ke aaj million times zyada opportunities khul chuki hain, million times zyada .</w:t>
      </w:r>
    </w:p>
    <w:p>
      <w:pPr>
        <w:jc w:val="right"/>
      </w:pPr>
      <w:r>
        <w:t>آججوہے، میںیہکہہسکتاہوںکہآج مل ین ٹائمزیادہ اپرچونیٹیزکھلچکیہیں، مل ینٹائمزیادہ ۔</w:t>
      </w:r>
    </w:p>
    <w:p>
      <w:r>
        <w:rPr>
          <w:b/>
        </w:rPr>
        <w:t xml:space="preserve">[44:50] </w:t>
      </w:r>
      <w:r>
        <w:t>to iske liye humne jab da'wah ka hamare andar zehan aaya to humne chaha ke aaj ki jo international language hai, angrezi, ismein ek achha translation ho .</w:t>
      </w:r>
    </w:p>
    <w:p>
      <w:pPr>
        <w:jc w:val="right"/>
      </w:pPr>
      <w:r>
        <w:t>تو اسکےلیےہمنے جب دعوتکا ہمارےاندرذہنآیاتوہمنے چاہاکہ آجکیجو انٹرنیشنللینگویجہے، انگریزی، اسمیں ایکاچھاٹرانسلیشنہو ۔</w:t>
      </w:r>
    </w:p>
    <w:p>
      <w:r>
        <w:rPr>
          <w:b/>
        </w:rPr>
        <w:t xml:space="preserve">[45:02] </w:t>
      </w:r>
      <w:r>
        <w:t>kyun ke aap jante hain ke aaj ki international language woh hai, woh English hai. English mein agar koi cheez nahin aayi to aap nahin keh sakte ke maine global level par is baat ko pahuncha diya.</w:t>
      </w:r>
    </w:p>
    <w:p>
      <w:pPr>
        <w:jc w:val="right"/>
      </w:pPr>
      <w:r>
        <w:t>کیون کہآپجانتےہیںکہآجکیانٹرنیشنللینگویججوہے،وہ انگل شہے۔ انگل شمیںاگر کوئیچیزنہیں آئی تو آپنہیںکہہسکتےکہمیںنےگلوبللیولپر اسباتکو پہنچادیا۔</w:t>
      </w:r>
    </w:p>
    <w:p>
      <w:r>
        <w:rPr>
          <w:b/>
        </w:rPr>
        <w:t xml:space="preserve">[45:16] </w:t>
      </w:r>
      <w:r>
        <w:t>to global dissemination ke liye zaroori hai ke aapke paas English language mein literature ho. to Quran ke translation, yani main keh sakta hoon ke 25 se bhi zyada English zuban mein hain,</w:t>
      </w:r>
    </w:p>
    <w:p>
      <w:pPr>
        <w:jc w:val="right"/>
      </w:pPr>
      <w:r>
        <w:t>تو گلوبل ڈسیمینیشنکےلیے ضروریہےکہآپکےپاسانگل شلینگویجمیں لٹریچرہو۔ تو قرآنکےٹرانسلیشن، یعنی میںکہہسکتاہوںکہ25 سےبھیزیادہ انگل شزبان میںہیں،</w:t>
      </w:r>
    </w:p>
    <w:p>
      <w:r>
        <w:rPr>
          <w:b/>
        </w:rPr>
        <w:t xml:space="preserve">[45:33] </w:t>
      </w:r>
      <w:r>
        <w:t>inko humne dekha to kisi kisi kisi translation mein clarity nahin thi.</w:t>
      </w:r>
    </w:p>
    <w:p>
      <w:pPr>
        <w:jc w:val="right"/>
      </w:pPr>
      <w:r>
        <w:t>انکوہمنےدیکھا تو کسی کسی کسی ٹرانسلیشنمیںکلیرٹینہیںتھی۔</w:t>
      </w:r>
    </w:p>
    <w:p>
      <w:r>
        <w:rPr>
          <w:b/>
        </w:rPr>
        <w:t xml:space="preserve">[45:39] </w:t>
      </w:r>
      <w:r>
        <w:t>ghaltiyan bhi thin, confusion bhi tha, aur plus clarity bhi nahin thi ismein . to natijah kya hai ke jo log parhte the Quran ke translation ko, English translation ko, woh kuch paate nahin the. isse thoda sa padha aur usko chhod diya.</w:t>
      </w:r>
    </w:p>
    <w:p>
      <w:pPr>
        <w:jc w:val="right"/>
      </w:pPr>
      <w:r>
        <w:t>غلطیاںبھیتھیں، کنفیوژنبھیتھا، اورپلس کلیرٹیبھینہیںتھیاسمیں ۔ تو نتیجہکیاہےکہ جولوگ پڑھتےتھےقرآن کےٹرانسلیشنکو،انگل شٹرانسلیشنکو، وہ کچھپاتےنہیںتھے۔اسسے تھوڑاساپڑھااوراسکوچھوڑدیا۔</w:t>
      </w:r>
    </w:p>
    <w:p>
      <w:r>
        <w:rPr>
          <w:b/>
        </w:rPr>
        <w:t xml:space="preserve">[45:56] </w:t>
      </w:r>
      <w:r>
        <w:t>to baradari aagah hui ke Quran ka translation hona chahiye, aur Quran ki sifat batai gayi hai khud Quran mein ke wal qad yassarnal qurana lidh dhikri fahal minkum</w:t>
      </w:r>
    </w:p>
    <w:p>
      <w:pPr>
        <w:jc w:val="right"/>
      </w:pPr>
      <w:r>
        <w:t>تو برادریآگلگی کہ قرآنکاٹرانسلیشن ہوناچاہیے، اور قرآنکیصفتبتائیگئیہے خودقرآنمیںکہول قد ی سر القرآنلذکر فالک</w:t>
      </w:r>
    </w:p>
    <w:p>
      <w:r>
        <w:rPr>
          <w:b/>
        </w:rPr>
        <w:t xml:space="preserve">[46:07] </w:t>
      </w:r>
      <w:r>
        <w:t>yani Quran mein clarity par excellence hai. yeh unique quality of the Quran hai ke Quran mein clarity woh hai, clarity ko kehte hain Arabi mein wudhooh.</w:t>
      </w:r>
    </w:p>
    <w:p>
      <w:pPr>
        <w:jc w:val="right"/>
      </w:pPr>
      <w:r>
        <w:t>یعنی قرآنمیں کل یرٹیپار اکسلاہے۔ یہدایون یک کوالٹیآفداقرآن کہقرآنمیں کلیرٹیجوہے، کلیرٹیکوکہتےہیںعربیمیںوضوح۔</w:t>
      </w:r>
    </w:p>
    <w:p>
      <w:r>
        <w:rPr>
          <w:b/>
        </w:rPr>
        <w:t xml:space="preserve">[46:20] </w:t>
      </w:r>
      <w:r>
        <w:t>wuzuh quran mein clarity par akslaah hai. to yeh hamare dil ki talab thi ke quran ka english translation aisa ho jis mein clarity poori poori paai jaaye.</w:t>
      </w:r>
    </w:p>
    <w:p>
      <w:pPr>
        <w:jc w:val="right"/>
      </w:pPr>
      <w:r>
        <w:t>وضوح قرآنمیں کلیرٹی پار اکسلاہے۔ تویہمیرادل کی میںطلبتھیکہقرآنکاانگلشٹرانسلیشنایساہو جسمیں کلیرٹی پوریپوریپائیجائے۔</w:t>
      </w:r>
    </w:p>
    <w:p>
      <w:r>
        <w:rPr>
          <w:b/>
        </w:rPr>
        <w:t xml:space="preserve">[46:34] </w:t>
      </w:r>
      <w:r>
        <w:t>iske liye bohat dinon ki koshish ke baad, yeh khuda ki tofeeq se hamari team ki, hamari jo team hai, woh poori ki poori team is mein lagi.</w:t>
      </w:r>
    </w:p>
    <w:p>
      <w:pPr>
        <w:jc w:val="right"/>
      </w:pPr>
      <w:r>
        <w:t>اسکےلیے بہت دنوںکیکوششکےبعد ،یہخدا کیتوفیقسے ہماری ٹیم کی ،ہماریجوٹیم ہے، وہپوریکیپوریٹیم اسمیںلگی۔</w:t>
      </w:r>
    </w:p>
    <w:p>
      <w:r>
        <w:rPr>
          <w:b/>
        </w:rPr>
        <w:t xml:space="preserve">[46:45] </w:t>
      </w:r>
      <w:r>
        <w:t>sirf mein akela nahin. aur phir aaj quran ka woh translation tayyar ho gaya, chhap gaya, aur dunya bhar mein pahunch phail raha hai.</w:t>
      </w:r>
    </w:p>
    <w:p>
      <w:pPr>
        <w:jc w:val="right"/>
      </w:pPr>
      <w:r>
        <w:t>صرفمیںاکیلانہیں۔ اورپھرآج قرآنکاوہ ٹرانسلیشن تیار ہوگیا، چھپگیا، اوردنیا بھرمیںپہنچپھیلرہاہے۔</w:t>
      </w:r>
    </w:p>
    <w:p>
      <w:r>
        <w:rPr>
          <w:b/>
        </w:rPr>
        <w:t xml:space="preserve">[46:56] </w:t>
      </w:r>
      <w:r>
        <w:t>yaani jo bhi padhta hai, usko kehta hai ke abhi quran toh samajh mein aata hai. is se pehle woh quran padhta toh samajh mein nahin aata tha,</w:t>
      </w:r>
    </w:p>
    <w:p>
      <w:pPr>
        <w:jc w:val="right"/>
      </w:pPr>
      <w:r>
        <w:t>یعنی جو بھیپڑھتاہے،اسکو کہتاہےکہابھیقرآنتوسمجھمیںآتاہے۔ اسسےپہلے وہقرآنپڑھتاتوسمجھمیںنہیںآتاتھا،</w:t>
      </w:r>
    </w:p>
    <w:p>
      <w:r>
        <w:rPr>
          <w:b/>
        </w:rPr>
        <w:t xml:space="preserve">[47:05] </w:t>
      </w:r>
      <w:r>
        <w:t>woh confusion is mein rehta tha. is ke liye ab jo quran yahan se chhapah hai, aap logon ne, woh bohat hi clear hai, bohat hi clear hai, bohat hi clear hai.</w:t>
      </w:r>
    </w:p>
    <w:p>
      <w:pPr>
        <w:jc w:val="right"/>
      </w:pPr>
      <w:r>
        <w:t>وہ کنفیوژن اسمیںرہتاتھا۔اسکےلیے ابجو قرآنیہاںسے چھاپاہے،آپلوگوںنے، وہ بہت ہی کلیئرہے،بہتہیکلیئرہے،بہتہیکلیئرہے۔</w:t>
      </w:r>
    </w:p>
    <w:p>
      <w:r>
        <w:rPr>
          <w:b/>
        </w:rPr>
        <w:t xml:space="preserve">[47:15] </w:t>
      </w:r>
      <w:r>
        <w:t>mere paas telephone aaya hyderabad se habib bhai ka, unhon ne kaha ke hum ne aik aik hindu scholar ko diya hai translation, yahan ka chhapa hua. toh bohat khush hua, us ne kaha ke it is like reading a magazine.</w:t>
      </w:r>
    </w:p>
    <w:p>
      <w:pPr>
        <w:jc w:val="right"/>
      </w:pPr>
      <w:r>
        <w:t>میرےپاسٹیلیفونآیاحیدرآبادسے حبیببھائیکا،انہوںنےکہاکہہمنےایک ایکہندو اسکالرکو دیاہےٹرانسلیشن،یہاںکاچھپاہوا۔ تو بہت خوش ہوا،اسنےکہاکہitislike readingاےمیگزین۔</w:t>
      </w:r>
    </w:p>
    <w:p>
      <w:r>
        <w:rPr>
          <w:b/>
        </w:rPr>
        <w:t xml:space="preserve">[47:27] </w:t>
      </w:r>
      <w:r>
        <w:t>yeh toh magazine jaise padhte hain, hum samajhte jaate hain, waise yeh bhi samajh mein aa raha hai.</w:t>
      </w:r>
    </w:p>
    <w:p>
      <w:pPr>
        <w:jc w:val="right"/>
      </w:pPr>
      <w:r>
        <w:t>یہتومیگزینجسےپڑھتےہیں،ہمسمجھتےجاتےہیں، ویسےیہبھیسمجھمیںآرہاہے۔</w:t>
      </w:r>
    </w:p>
    <w:p>
      <w:r>
        <w:rPr>
          <w:b/>
        </w:rPr>
        <w:t xml:space="preserve">[47:34] </w:t>
      </w:r>
      <w:r>
        <w:t>toh dekhein, hamari jo team hai, is ne aik unique kaam kiya hai. yeh jo team hai, yeh daawa team, aik unique kaam kiya hai.</w:t>
      </w:r>
    </w:p>
    <w:p>
      <w:pPr>
        <w:jc w:val="right"/>
      </w:pPr>
      <w:r>
        <w:t>تودیکھیں، ہماریجو ٹیم ہے، اسنےایک یونیککام کیاہے۔ یہجوٹیم ہے، یہ دعویٰٹیم ،ایکیون یککامکیا ہے۔</w:t>
      </w:r>
    </w:p>
    <w:p>
      <w:r>
        <w:rPr>
          <w:b/>
        </w:rPr>
        <w:t xml:space="preserve">[47:44] </w:t>
      </w:r>
      <w:r>
        <w:t>international language mein khuda ki kitab ka understandable translation tayyar karna, us ko chhapna, aur bohat hi kam qeemat par saari dunya mein phailana,</w:t>
      </w:r>
    </w:p>
    <w:p>
      <w:pPr>
        <w:jc w:val="right"/>
      </w:pPr>
      <w:r>
        <w:t>انٹرنیشنل لینگویجمیں خداکیکتاب کا انڈ رسٹینڈیبل ٹرانسلیشن تیار کرنا،اسکوچھاپنا، اوربہتہیکم قیمتپر ساریدنیامیںپھیلانا،</w:t>
      </w:r>
    </w:p>
    <w:p>
      <w:r>
        <w:rPr>
          <w:b/>
        </w:rPr>
        <w:t xml:space="preserve">[47:58] </w:t>
      </w:r>
      <w:r>
        <w:t>yeh hamari team kar rahi hai. yeh bohat hi unique kaam hai.</w:t>
      </w:r>
    </w:p>
    <w:p>
      <w:pPr>
        <w:jc w:val="right"/>
      </w:pPr>
      <w:r>
        <w:t>یہہماریٹیم کررہیہے۔ یہبہت ہییونیککام ہے۔</w:t>
      </w:r>
    </w:p>
    <w:p>
      <w:r>
        <w:rPr>
          <w:b/>
        </w:rPr>
        <w:t xml:space="preserve">[48:05] </w:t>
      </w:r>
      <w:r>
        <w:t>yaani do sau saal se printing press aaya hai dunya mein, aaj tak koi yeh kaam nahin kar saka tha. idkhaal e kalma ka matlab hai idkhaal e quran, yaani khuda ke kalam ko pahunchana gharon gharon mein.</w:t>
      </w:r>
    </w:p>
    <w:p>
      <w:pPr>
        <w:jc w:val="right"/>
      </w:pPr>
      <w:r>
        <w:t>یعنی دو سوسالسے پرنٹنگ پریسآیاہےدنیا میں، آجتککوئییہکامنہیںکرسکاتھا۔ ادخالکلمہکامطلبہے ادخال قرآن، یعنیخداکےکلامکو پہنچاناگھروںگھروںمیں۔</w:t>
      </w:r>
    </w:p>
    <w:p>
      <w:r>
        <w:rPr>
          <w:b/>
        </w:rPr>
        <w:t xml:space="preserve">[48:21] </w:t>
      </w:r>
      <w:r>
        <w:t>toh hadees mein yeh prediction kiya gaya tha ke</w:t>
      </w:r>
    </w:p>
    <w:p>
      <w:pPr>
        <w:jc w:val="right"/>
      </w:pPr>
      <w:r>
        <w:t>تو حدیثمیںیہ پریڈکشنکیاگیاتھا کہ</w:t>
      </w:r>
    </w:p>
    <w:p>
      <w:r>
        <w:rPr>
          <w:b/>
        </w:rPr>
        <w:t xml:space="preserve">[48:28] </w:t>
      </w:r>
      <w:r>
        <w:t>idkhaal e kalma hoga baad ke zamanon mein.</w:t>
      </w:r>
    </w:p>
    <w:p>
      <w:pPr>
        <w:jc w:val="right"/>
      </w:pPr>
      <w:r>
        <w:t>ادخال کلمہ ہوگا بعدکےزمانےمیں۔</w:t>
      </w:r>
    </w:p>
    <w:p>
      <w:r>
        <w:rPr>
          <w:b/>
        </w:rPr>
        <w:t xml:space="preserve">[48:31] </w:t>
      </w:r>
      <w:r>
        <w:t>toh aur hadeeson ko mila kar main samajhta hoon ke idkhaal e kalma jo hai, woh karenge ikhwaan e rasool. yaani ada e kalma kya tha ashaab e rasool ne, idkhaal e kalma karenge ikhwaan e rasool.</w:t>
      </w:r>
    </w:p>
    <w:p>
      <w:pPr>
        <w:jc w:val="right"/>
      </w:pPr>
      <w:r>
        <w:t>تو اور حدیثوںکوملاکرمیںسمجھتاہوںکہادخالکلمہجوہے، وہ کریںگےاخوان رسول۔ یعنیادائےکلمہکیاتھا اصحابرسولنے، ادخالکلمہکریںگے اخوان رسول ۔</w:t>
      </w:r>
    </w:p>
    <w:p>
      <w:r>
        <w:rPr>
          <w:b/>
        </w:rPr>
        <w:t xml:space="preserve">[48:47] </w:t>
      </w:r>
      <w:r>
        <w:t>abhi yeh jo hamari team hai, is ne pehli baar in modern history mein yeh kiya hai</w:t>
      </w:r>
    </w:p>
    <w:p>
      <w:pPr>
        <w:jc w:val="right"/>
      </w:pPr>
      <w:r>
        <w:t>ابیہ یہجو ہماریٹیم ہے، اسنے پہلیبار انماڈرنہسٹریمیں یہ کیاہے</w:t>
      </w:r>
    </w:p>
    <w:p>
      <w:r>
        <w:rPr>
          <w:b/>
        </w:rPr>
        <w:t xml:space="preserve">[48:54] </w:t>
      </w:r>
      <w:r>
        <w:t>ke quran ka understandable language mein english, international language mein translation tayyar karna, us ko bohat hi achhe tareeqe se chhapna, best printing ke saath, aur us ko dunya mein phailana.</w:t>
      </w:r>
    </w:p>
    <w:p>
      <w:pPr>
        <w:jc w:val="right"/>
      </w:pPr>
      <w:r>
        <w:t>کہ قرآنکا انڈرسٹینڈیبللینگویجمیں انگل ش، انٹرنیشنللینگویجمیں ٹرانسلیشنتیارکرنا، اسکو بہتہیاچھے طریقےسےچھاپنا، بیسٹ پرنٹنگکےساتھ ،اوراسکودنیا میںپھیلانا۔</w:t>
      </w:r>
    </w:p>
    <w:p>
      <w:r>
        <w:rPr>
          <w:b/>
        </w:rPr>
        <w:t xml:space="preserve">[49:10] </w:t>
      </w:r>
      <w:r>
        <w:t>yeh toh idkhaal e kalma hai, yeh toh idkhaal e kalma hai.</w:t>
      </w:r>
    </w:p>
    <w:p>
      <w:pPr>
        <w:jc w:val="right"/>
      </w:pPr>
      <w:r>
        <w:t>یہتوادخالکلمہہے، یہتوادخالکلمہہے۔</w:t>
      </w:r>
    </w:p>
    <w:p>
      <w:r>
        <w:rPr>
          <w:b/>
        </w:rPr>
        <w:t xml:space="preserve">[49:17] </w:t>
      </w:r>
      <w:r>
        <w:t>yeh is se pehle hua nahin tha, yeh kaam.</w:t>
      </w:r>
    </w:p>
    <w:p>
      <w:pPr>
        <w:jc w:val="right"/>
      </w:pPr>
      <w:r>
        <w:t>یہ اسسےپہلے ہواہینہیںتھا،یہکام ۔</w:t>
      </w:r>
    </w:p>
    <w:p>
      <w:r>
        <w:rPr>
          <w:b/>
        </w:rPr>
        <w:t xml:space="preserve">[49:23] </w:t>
      </w:r>
      <w:r>
        <w:t>toh main yeh keh sakta hoon ke probably the prediction of ikhwaan e rasool applies to this team.</w:t>
      </w:r>
    </w:p>
    <w:p>
      <w:pPr>
        <w:jc w:val="right"/>
      </w:pPr>
      <w:r>
        <w:t>تومیںیہکہہسکتاہوںکہپراببلی داپریڈکشن آف اخوان رسول اپلائیز ٹو دسٹیم۔</w:t>
      </w:r>
    </w:p>
    <w:p>
      <w:r>
        <w:rPr>
          <w:b/>
        </w:rPr>
        <w:t xml:space="preserve">[49:35] </w:t>
      </w:r>
      <w:r>
        <w:t>main yeh yeh baat is liye keh raha hoon ke probably the prediction of ikhwaan e rasool applies to this team.</w:t>
      </w:r>
    </w:p>
    <w:p>
      <w:pPr>
        <w:jc w:val="right"/>
      </w:pPr>
      <w:r>
        <w:t>یہمیں بہت سوچسوچکے کہہرہاہوں کہپراببلی داپریڈکشنآف اخوان رسول اپلائیز ٹودسٹیم ۔</w:t>
      </w:r>
    </w:p>
    <w:p>
      <w:r>
        <w:rPr>
          <w:b/>
        </w:rPr>
        <w:t xml:space="preserve">[49:51] </w:t>
      </w:r>
      <w:r>
        <w:t>main yeh yeh baat is liye keh raha hoon ke aap ke andar aur zyada feel paida ho, aur zyada josh paida ho, aur zyada, aur zyada yaani dhoom ke saath yeh kaam karen aap ke khuda ka aik kaam jo hona tha history mein,</w:t>
      </w:r>
    </w:p>
    <w:p>
      <w:pPr>
        <w:jc w:val="right"/>
      </w:pPr>
      <w:r>
        <w:t>میںیہ یہباتاسلیےکہہرہاہوںکہآپکےاندراورزیادہ فیل پیدا ہو،اورزیادہ جوشپیدا ہو، اور زیادہ، اور زیادہ یعنی دھومکےساتھیہکامکریںآپ کہخداکاایک کام جو ہوناتھا ہسٹریمیں،</w:t>
      </w:r>
    </w:p>
    <w:p>
      <w:r>
        <w:rPr>
          <w:b/>
        </w:rPr>
        <w:t xml:space="preserve">[50:06] </w:t>
      </w:r>
      <w:r>
        <w:t>us ko idkhaal e kalma hadees mein kaha gaya hai. yaani conveying the word of god globally level. idkhaal e kalma ko aap keh sakte hain ke conveying the word of god globally</w:t>
      </w:r>
    </w:p>
    <w:p>
      <w:pPr>
        <w:jc w:val="right"/>
      </w:pPr>
      <w:r>
        <w:t>اسکوادخالکلمہحدیثمیںکہاگیاہے۔ یعنی کنوینگداورڈآفگاڈآنگلوبللیول۔ ادخالکلمہکوآپکہہسکتےہیں کہ کنوینگداورڈآفگاڈآنگلوبللی</w:t>
      </w:r>
    </w:p>
    <w:p>
      <w:r>
        <w:rPr>
          <w:b/>
        </w:rPr>
        <w:t xml:space="preserve">[50:19] </w:t>
      </w:r>
      <w:r>
        <w:t>level. yeh aik history mein aik kaam hone wala tha jis ko predict kiya gaya tha hadees mein, aur woh aap ke zariye se ho raha hai.</w:t>
      </w:r>
    </w:p>
    <w:p>
      <w:pPr>
        <w:jc w:val="right"/>
      </w:pPr>
      <w:r>
        <w:t>ول۔ یہ ایک ہسٹریمیں ایک کامہونےوالاتھا جسکو پریڈکٹکیاگیاتھاحدیثمیں، اوروہآپکےذریعےسےہورہاہے۔</w:t>
      </w:r>
    </w:p>
    <w:p>
      <w:r>
        <w:rPr>
          <w:b/>
        </w:rPr>
        <w:t xml:space="preserve">[50:31] </w:t>
      </w:r>
      <w:r>
        <w:t>toh yeh bohat badi nemat hai, is par shukr karne ki zaroorat hai.</w:t>
      </w:r>
    </w:p>
    <w:p>
      <w:pPr>
        <w:jc w:val="right"/>
      </w:pPr>
      <w:r>
        <w:t>تو یہ بہت بڑی نعمتہے، اسپر سپرشکرکرنےکیضرورتہے۔</w:t>
      </w:r>
    </w:p>
    <w:p>
      <w:r>
        <w:rPr>
          <w:b/>
        </w:rPr>
        <w:t xml:space="preserve">[50:39] </w:t>
      </w:r>
      <w:r>
        <w:t>toh printing press se pehle ke zamaney mein logon ne ada e kalma kiya tha, aur bohat bada kaam tha woh. jar, woh jar jamaai thi unhon ne. jar</w:t>
      </w:r>
    </w:p>
    <w:p>
      <w:pPr>
        <w:jc w:val="right"/>
      </w:pPr>
      <w:r>
        <w:t>تو پرنٹنگپریسسےپہلے کےزمان ےمیں لوگوںنے ادائےکلمہکیاتھا، اوربہتبڑاکامتھاوہ ۔ جڑ، وہ جڑجمائیتھیانہوںنے۔جڑ</w:t>
      </w:r>
    </w:p>
    <w:p>
      <w:r>
        <w:rPr>
          <w:b/>
        </w:rPr>
        <w:t xml:space="preserve">[50:49] </w:t>
      </w:r>
      <w:r>
        <w:t>to that was first phase of da'wah work. that was first phase of da'wah work. ab jo jisko mein keh raha hoon idkhaal-e-kalma, it is the final phase of da'wah work.</w:t>
      </w:r>
    </w:p>
    <w:p>
      <w:pPr>
        <w:jc w:val="right"/>
      </w:pPr>
      <w:r>
        <w:t>تو دیٹواز فرسٹ فیزآفدعویٰورک۔ دیٹوازفرسٹفیزآفدعویٰورک۔ ابجو جسکومیںکہہرہاہوںادخالکلمہ، اٹازدا فائنلفیزآفدعویٰورک۔</w:t>
      </w:r>
    </w:p>
    <w:p>
      <w:r>
        <w:rPr>
          <w:b/>
        </w:rPr>
        <w:t xml:space="preserve">[51:03] </w:t>
      </w:r>
      <w:r>
        <w:t>yani globally level par Khuda ke kalam ko phailana, yeh hai final phase of da'wah work.</w:t>
      </w:r>
    </w:p>
    <w:p>
      <w:pPr>
        <w:jc w:val="right"/>
      </w:pPr>
      <w:r>
        <w:t>یعنیگلوبللیولپر خدا کے کلامکو پھیلانا، یہہے فائنلفیزآفدعویٰورک۔</w:t>
      </w:r>
    </w:p>
    <w:p>
      <w:r>
        <w:rPr>
          <w:b/>
        </w:rPr>
        <w:t xml:space="preserve">[51:13] </w:t>
      </w:r>
      <w:r>
        <w:t>to yeh hai super blessing ka mauqa.</w:t>
      </w:r>
    </w:p>
    <w:p>
      <w:pPr>
        <w:jc w:val="right"/>
      </w:pPr>
      <w:r>
        <w:t>تویہہے سپربلیسنگکاموقع۔</w:t>
      </w:r>
    </w:p>
    <w:p>
      <w:r>
        <w:rPr>
          <w:b/>
        </w:rPr>
        <w:t xml:space="preserve">[51:20] </w:t>
      </w:r>
      <w:r>
        <w:t>super blessing ka mauqa. mein kehta hoon ke aakhri sab se bari blessing jo jo Khuda ki taraf se muqaddar hai, wahi yeh hai ke aisi team ubhre jo idkhaal-e-kalma kare.</w:t>
      </w:r>
    </w:p>
    <w:p>
      <w:pPr>
        <w:jc w:val="right"/>
      </w:pPr>
      <w:r>
        <w:t>سپربلیسنگکاموقع۔ میںکہتاہوںکہآخری سبسےبڑی بلیسنگجو جو جو خداکیطرفسے مق درہے، وہیہیہے کہ ایسی ٹیم ابھرےجو ادخالکلمہکرے۔</w:t>
      </w:r>
    </w:p>
    <w:p>
      <w:r>
        <w:rPr>
          <w:b/>
        </w:rPr>
        <w:t xml:space="preserve">[51:42] </w:t>
      </w:r>
      <w:r>
        <w:t>jo idkhaal-e-kalma kare.</w:t>
      </w:r>
    </w:p>
    <w:p>
      <w:pPr>
        <w:jc w:val="right"/>
      </w:pPr>
      <w:r>
        <w:t>جو ادخالکلمہکرے۔</w:t>
      </w:r>
    </w:p>
    <w:p>
      <w:r>
        <w:rPr>
          <w:b/>
        </w:rPr>
        <w:t xml:space="preserve">[51:45] </w:t>
      </w:r>
      <w:r>
        <w:t>yani ek team ubhre 21st century mein, aur doosri team jo hai ubhre gi 21st century mein.</w:t>
      </w:r>
    </w:p>
    <w:p>
      <w:pPr>
        <w:jc w:val="right"/>
      </w:pPr>
      <w:r>
        <w:t>یعنیایکٹیم ابھری سیونسینچریمیں، اوردوسریٹیم جوہے ابھرےگی2 1سینچریمیں۔</w:t>
      </w:r>
    </w:p>
    <w:p>
      <w:r>
        <w:rPr>
          <w:b/>
        </w:rPr>
        <w:t xml:space="preserve">[51:56] </w:t>
      </w:r>
      <w:r>
        <w:t>hath bane woh jo baat kahi thi, woh 21st century mein kahi thi. munhasir ek aur fi.</w:t>
      </w:r>
    </w:p>
    <w:p>
      <w:pPr>
        <w:jc w:val="right"/>
      </w:pPr>
      <w:r>
        <w:t>حیتبنےوہ جوباتکہیتھی،وہ سیونسینچریمیںکہیتھی۔ منصر ایکاورفی ۔</w:t>
      </w:r>
    </w:p>
    <w:p>
      <w:r>
        <w:rPr>
          <w:b/>
        </w:rPr>
        <w:t xml:space="preserve">[52:05] </w:t>
      </w:r>
      <w:r>
        <w:t>ab 21st century mein mein yeh kahoon ga ke jo log, jo believers chahte hain ke ikhwaan-e-rasool ke</w:t>
      </w:r>
    </w:p>
    <w:p>
      <w:pPr>
        <w:jc w:val="right"/>
      </w:pPr>
      <w:r>
        <w:t>اب2 1 سینچریمیںمیںیہکہوںگا کہجو لوگ ،جو بیلیورز چاہتےہیں کہ اخوانرسول کے</w:t>
      </w:r>
    </w:p>
    <w:p>
      <w:r>
        <w:rPr>
          <w:b/>
        </w:rPr>
        <w:t xml:space="preserve">[52:18] </w:t>
      </w:r>
      <w:r>
        <w:t>ke liye, woh</w:t>
      </w:r>
    </w:p>
    <w:p>
      <w:pPr>
        <w:jc w:val="right"/>
      </w:pPr>
      <w:r>
        <w:t>کےلیے،وہ</w:t>
      </w:r>
    </w:p>
    <w:p>
      <w:r>
        <w:rPr>
          <w:b/>
        </w:rPr>
        <w:t xml:space="preserve">[52:22] </w:t>
      </w:r>
      <w:r>
        <w:t>ke ikhwaan-e-rasool ki list mein unka naam darj kiya jaye, to woh yeh kaam karein. idkhaal-e-kalma wale kaam. yani jo log yeh chahte hain ke woh, woh log yeh chahte hain ke unko ikhwaan-e-rasool ka darja mile,</w:t>
      </w:r>
    </w:p>
    <w:p>
      <w:pPr>
        <w:jc w:val="right"/>
      </w:pPr>
      <w:r>
        <w:t>کہاخوانرسولکیلسٹمیںانکانام درجکیاجائے،تو وہیہکامکریں۔ ادخالکلمہوالے کام۔ یعنیجولوگ یہ چاہتےہیںکہ وہ، وہلوگ یہچاہتےہیںکہانکواخوانرسولکادرجہملے،</w:t>
      </w:r>
    </w:p>
    <w:p>
      <w:r>
        <w:rPr>
          <w:b/>
        </w:rPr>
        <w:t xml:space="preserve">[52:37] </w:t>
      </w:r>
      <w:r>
        <w:t>woh idkhaal-e-kalma wale kaam mein apne aap ko laga dein.</w:t>
      </w:r>
    </w:p>
    <w:p>
      <w:pPr>
        <w:jc w:val="right"/>
      </w:pPr>
      <w:r>
        <w:t>وہ ادخالکلمہوالے کام میںاپنےآپکولگادیں۔</w:t>
      </w:r>
    </w:p>
    <w:p>
      <w:r>
        <w:rPr>
          <w:b/>
        </w:rPr>
        <w:t xml:space="preserve">[52:42] </w:t>
      </w:r>
      <w:r>
        <w:t>yani Islam ka global dissemination, Islam ki global preaching, Islam ka global level par Islam ke paigham, message ko pahunchana, yeh bohat hi clear baat hai.</w:t>
      </w:r>
    </w:p>
    <w:p>
      <w:pPr>
        <w:jc w:val="right"/>
      </w:pPr>
      <w:r>
        <w:t>یعنی اسلام کا گلوبل ڈسیمینیشن، اسلام کی گلوبل پریچنگ ،اسلام کا گلوبللیول پراسلام کے پیغام، میسجکوپہنچانا، یہبہتہی کلیئرباتہے۔</w:t>
      </w:r>
    </w:p>
    <w:p>
      <w:r>
        <w:rPr>
          <w:b/>
        </w:rPr>
        <w:t xml:space="preserve">[52:59] </w:t>
      </w:r>
      <w:r>
        <w:t>bohat hi clear baat hai. yeh Quran mein ek ayat hai وك ذلك جعلناكامت وسط لاتقولواشهداءالن اس ۔</w:t>
      </w:r>
    </w:p>
    <w:p>
      <w:pPr>
        <w:jc w:val="right"/>
      </w:pPr>
      <w:r>
        <w:t>بہتہی کلیئرباتہے۔ یہقرآنمیںایکآیتہے وك ذلك جعلناكامت وسط لاتقولواشهداءالن اس ۔</w:t>
      </w:r>
    </w:p>
    <w:p>
      <w:r>
        <w:rPr>
          <w:b/>
        </w:rPr>
        <w:t xml:space="preserve">[53:09] </w:t>
      </w:r>
      <w:r>
        <w:t>yani believers jo hain, yeh momin jo hain, Rasool Allah ke jo ummati hain, unko kaha gaya hai ummat wasat. ummat wasat jo hai, usko kuch log samajhte hain ke afzal ummat. yeh bilkul galat hai.</w:t>
      </w:r>
    </w:p>
    <w:p>
      <w:pPr>
        <w:jc w:val="right"/>
      </w:pPr>
      <w:r>
        <w:t>یعنی بیلیورزجوہیں،یہ مومنجوہیں، رسولاللہکےجوامتیہیں، انکو کہاگیاہےام ت وسط۔ امت وسطجوہے، اسکو کچھلوگ سمجھتےہیںکہ افضلامت ۔یہبالکل غلطہے۔</w:t>
      </w:r>
    </w:p>
    <w:p>
      <w:r>
        <w:rPr>
          <w:b/>
        </w:rPr>
        <w:t xml:space="preserve">[53:25] </w:t>
      </w:r>
      <w:r>
        <w:t>wasat ka matlab afzal nahi hai, wasat ka matlab beech, middle. yani middle community. wasat ka matlab afzal nahi hai.</w:t>
      </w:r>
    </w:p>
    <w:p>
      <w:pPr>
        <w:jc w:val="right"/>
      </w:pPr>
      <w:r>
        <w:t>وسطکامعنیافضلنہیںہے،وسطکامعنی بیچ،مڈل۔ یعنیمڈلکمیونٹی۔ وسطکامعنی افضلنہیںہے۔</w:t>
      </w:r>
    </w:p>
    <w:p>
      <w:r>
        <w:rPr>
          <w:b/>
        </w:rPr>
        <w:t xml:space="preserve">[53:37] </w:t>
      </w:r>
      <w:r>
        <w:t>to ummat wasat kis liye hai? yeh ahl-e-iman ya ummat-e-Muhammad, woh khud Quran se maloom hota hai.</w:t>
      </w:r>
    </w:p>
    <w:p>
      <w:pPr>
        <w:jc w:val="right"/>
      </w:pPr>
      <w:r>
        <w:t>تو امت وسط کسلیےہے ؟ یہ اہلایمان یاامتمحمد ی، وہخودقرآنسےمعلومہوتاہے۔</w:t>
      </w:r>
    </w:p>
    <w:p>
      <w:r>
        <w:rPr>
          <w:b/>
        </w:rPr>
        <w:t xml:space="preserve">[53:49] </w:t>
      </w:r>
      <w:r>
        <w:t>وك ذلك جعلناکمامت وسط لا تقولواشهداء الناس و يكون الرسولعلیکمشہیدا ۔ yani beech ka. Rasool ko angel se aaya</w:t>
      </w:r>
    </w:p>
    <w:p>
      <w:pPr>
        <w:jc w:val="right"/>
      </w:pPr>
      <w:r>
        <w:t>وك ذلك جعلناکمامت وسط لا تقولواشهداء الناس و يكون الرسولعلیکمشہیدا ۔یعنی بیچکا ۔رسول کو اینجل سے آیا</w:t>
      </w:r>
    </w:p>
    <w:p>
      <w:r>
        <w:rPr>
          <w:b/>
        </w:rPr>
        <w:t xml:space="preserve">[54:01] </w:t>
      </w:r>
      <w:r>
        <w:t>to Rasool ne pahunchaya apne contemporary Muslims jo the, contemporary jo ahl-e-iman the, unko.</w:t>
      </w:r>
    </w:p>
    <w:p>
      <w:pPr>
        <w:jc w:val="right"/>
      </w:pPr>
      <w:r>
        <w:t>تو رسول نے پہنچایا اپنے کنٹیمپریریمسلمزجوتھے، کنٹیمپریریجواہلایمانتھے،انکو۔</w:t>
      </w:r>
    </w:p>
    <w:p>
      <w:r>
        <w:rPr>
          <w:b/>
        </w:rPr>
        <w:t xml:space="preserve">[54:13] </w:t>
      </w:r>
      <w:r>
        <w:t>ab inko pahunchana hai doosre logon par, jo jo ke abhi tak maloom hain is se. to yeh beech ke hain, yani Rasool aur logon ke beech mein hain. yeh yeh jo believer community hai, believer community aam insano aur Rasool ke beech mein</w:t>
      </w:r>
    </w:p>
    <w:p>
      <w:pPr>
        <w:jc w:val="right"/>
      </w:pPr>
      <w:r>
        <w:t>ابانہیں پہنچاناہےدوسرے لوگوںپر،جوجوکہابھیتکمعلومہیںاسسے۔ تو یہ بیچکےہیں، یعنی رسول اور لوگوںکےبیچمیںہیں۔یہ یہجوبیلیورکمیونٹیہے، بیلیورکمیونٹی عام انسان وںاور رسولکےبیچمیں</w:t>
      </w:r>
    </w:p>
    <w:p>
      <w:r>
        <w:rPr>
          <w:b/>
        </w:rPr>
        <w:t xml:space="preserve">[54:29] </w:t>
      </w:r>
      <w:r>
        <w:t>hai. yeh Rasool se lena aur logon tak pahunchana, yeh hai ummat wasat.</w:t>
      </w:r>
    </w:p>
    <w:p>
      <w:pPr>
        <w:jc w:val="right"/>
      </w:pPr>
      <w:r>
        <w:t>ہے۔یہ رسول سےلینا اور لوگوںتکپہنچانا، یہہےامت وسط۔</w:t>
      </w:r>
    </w:p>
    <w:p>
      <w:r>
        <w:rPr>
          <w:b/>
        </w:rPr>
        <w:t xml:space="preserve">[54:40] </w:t>
      </w:r>
      <w:r>
        <w:t>ab yeh kaam jo hai, Quran majeed mein bohat zyada clear tor par bataya gaya hai. ek ayat mein aap ko batata hoon jo</w:t>
      </w:r>
    </w:p>
    <w:p>
      <w:pPr>
        <w:jc w:val="right"/>
      </w:pPr>
      <w:r>
        <w:t>ابیہ کام جوہے، قرآنمجیدمیںبہتزیادہ کلیئرطورپربتایاگیاہے۔ ایک آیتمیںآپکوبتاتاہوں جو</w:t>
      </w:r>
    </w:p>
    <w:p>
      <w:r>
        <w:rPr>
          <w:b/>
        </w:rPr>
        <w:t xml:space="preserve">[54:50] </w:t>
      </w:r>
      <w:r>
        <w:t>lekin log, lekin logon ka soch sahi na hone ki wajah se kuch is ayat ko, yani samjhe nahi hain. majority</w:t>
      </w:r>
    </w:p>
    <w:p>
      <w:pPr>
        <w:jc w:val="right"/>
      </w:pPr>
      <w:r>
        <w:t>،لیکن لوگ ،لیکن لوگوںکا سوچصحیحنہہونے کیوجہسےکچھاس آیتکو، یعنی سمجھےہینہیں۔ میجورٹی</w:t>
      </w:r>
    </w:p>
    <w:p>
      <w:r>
        <w:rPr>
          <w:b/>
        </w:rPr>
        <w:t xml:space="preserve">[55:01] </w:t>
      </w:r>
      <w:r>
        <w:t>وج اهدھمبہ جہاداکبیرا۔ yeh Quran ki ek ayat hai, chapter 25 mein وج اهدھمبہ جہاداکبیرا۔</w:t>
      </w:r>
    </w:p>
    <w:p>
      <w:pPr>
        <w:jc w:val="right"/>
      </w:pPr>
      <w:r>
        <w:t>وج اهدھمبہ جہاداکبیرا۔ یہ قرآن کی ایک آیتہے، چیپٹر2 5 میں وج اهدھمبہ جہاداکبیرا۔</w:t>
      </w:r>
    </w:p>
    <w:p>
      <w:r>
        <w:rPr>
          <w:b/>
        </w:rPr>
        <w:t xml:space="preserve">[55:13] </w:t>
      </w:r>
      <w:r>
        <w:t>logon se jihad karo, bada jihad Quran ke zariye. iska translation kya kar diya? ke fight, fight with them, yani in se lado.</w:t>
      </w:r>
    </w:p>
    <w:p>
      <w:pPr>
        <w:jc w:val="right"/>
      </w:pPr>
      <w:r>
        <w:t>لوگوں سے جہ ادکرو،بڑاجہاد قرآنکےذریعے۔ اسکا ٹرانسلیشنکیاکردیا ؟کہ فائٹ، فائٹوددیم ،یعنیانسےلڑو۔</w:t>
      </w:r>
    </w:p>
    <w:p>
      <w:r>
        <w:rPr>
          <w:b/>
        </w:rPr>
        <w:t xml:space="preserve">[55:27] </w:t>
      </w:r>
      <w:r>
        <w:t>yahan lad</w:t>
      </w:r>
    </w:p>
    <w:p>
      <w:pPr>
        <w:jc w:val="right"/>
      </w:pPr>
      <w:r>
        <w:t>یہاںلڑ</w:t>
      </w:r>
    </w:p>
    <w:p>
      <w:r>
        <w:rPr>
          <w:b/>
        </w:rPr>
        <w:t xml:space="preserve">[55:28] </w:t>
      </w:r>
      <w:r>
        <w:t>ye koi baat nahi hai, jab Quran hai yahan par to lade, Quran se ladenge aap. Quran koi, lekin tafseeron mein likha hua ba qaida lado to aap to lado ka bangiya ke,</w:t>
      </w:r>
    </w:p>
    <w:p>
      <w:pPr>
        <w:jc w:val="right"/>
      </w:pPr>
      <w:r>
        <w:t>ےکوئیباتنہیںہے،جبقرآن ہےیہاںپرتو لڑے،قرآنسےلڑیںگےآپ۔ قرآنکوئی ،لیکن تفسیروںمیںلکھاہوابا قاعدہ لڑوتو آپ تولڑوکا بنگیا کہ،</w:t>
      </w:r>
    </w:p>
    <w:p>
      <w:r>
        <w:rPr>
          <w:b/>
        </w:rPr>
        <w:t xml:space="preserve">[55:43] </w:t>
      </w:r>
      <w:r>
        <w:t>yani jo aajkal multichannel chal rahi hai, isiko samajhte hain ke is ayat ka hum is ayat ko follow kar rahe hain.</w:t>
      </w:r>
    </w:p>
    <w:p>
      <w:pPr>
        <w:jc w:val="right"/>
      </w:pPr>
      <w:r>
        <w:t>یعنی جو آجکل ملٹریشنچلرہیہے، اسیکوسمجھتےہیںکہاسآیتکا ہم اسآیت کو فالوکررہےہیں۔</w:t>
      </w:r>
    </w:p>
    <w:p>
      <w:r>
        <w:rPr>
          <w:b/>
        </w:rPr>
        <w:t xml:space="preserve">[55:54] </w:t>
      </w:r>
      <w:r>
        <w:t>to waj ahdhum bi jahada akbira ke maani hain ke sari apni, sari apni energy laga do. Yahan jihad ke maani hain ke, yani attboot struggle kar dalo, apni sari energy laga do Quran ke message ko phailane ke liye.</w:t>
      </w:r>
    </w:p>
    <w:p>
      <w:pPr>
        <w:jc w:val="right"/>
      </w:pPr>
      <w:r>
        <w:t>تو وج اهدھمبہ جہاداکبیراکےمعنیہیں کہ ساری اپنی ،ساری اپنی انرجیلگادو۔ یہاںجہادکےمعنیہیںکہ ،یعنی اٹبوٹ سٹرگلکرڈالو،اپنی ساریانرجیلگالو قرآنکے میسجکوپھیلانےکےلیے۔</w:t>
      </w:r>
    </w:p>
    <w:p>
      <w:r>
        <w:rPr>
          <w:b/>
        </w:rPr>
        <w:t xml:space="preserve">[56:14] </w:t>
      </w:r>
      <w:r>
        <w:t>Quran ke message ko phailane ke liye</w:t>
      </w:r>
    </w:p>
    <w:p>
      <w:pPr>
        <w:jc w:val="right"/>
      </w:pPr>
      <w:r>
        <w:t>قرآنکےمیسجکوپھیلانےکےلیے</w:t>
      </w:r>
    </w:p>
    <w:p>
      <w:r>
        <w:rPr>
          <w:b/>
        </w:rPr>
        <w:t xml:space="preserve">[56:17] </w:t>
      </w:r>
      <w:r>
        <w:t>antum shuhada Allah fil ardh. Yani believers jo hain, wo witness hai Khuda ki taraf se insano ke samne. To jo log yeh karenge, yani attmot struggle karenge, jo apni energy laga denge, apna time, apna money, apna sab kuch is is maqsad ke liye ke global level par Khuda ka message logon tak pahunch jaye.</w:t>
      </w:r>
    </w:p>
    <w:p>
      <w:pPr>
        <w:jc w:val="right"/>
      </w:pPr>
      <w:r>
        <w:t>انتمشہداء اللہ فیاللڑ ۔یعنیبیلیورزجوہے، وہ ی وٹنس ہے خداکیطرفسےانسانوںکےسامنے۔ تو جولوگ یہکریںگے، یعنیاٹموٹ سٹرگلکریںگے،جو اپنیانرجیلگادیںگے،اپناٹائم،اپنا منی، اپناسبکچھ اس اس مقصدکےلیے کہ گلوبللیولپر خداکا میسجلوگوںتکپہنچجائے۔</w:t>
      </w:r>
    </w:p>
    <w:p>
      <w:r>
        <w:rPr>
          <w:b/>
        </w:rPr>
        <w:t xml:space="preserve">[56:40] </w:t>
      </w:r>
      <w:r>
        <w:t>kyun?</w:t>
      </w:r>
    </w:p>
    <w:p>
      <w:pPr>
        <w:jc w:val="right"/>
      </w:pPr>
      <w:r>
        <w:t>کیوں ؟</w:t>
      </w:r>
    </w:p>
    <w:p>
      <w:r>
        <w:rPr>
          <w:b/>
        </w:rPr>
        <w:t xml:space="preserve">[56:42] </w:t>
      </w:r>
      <w:r>
        <w:t>ab qyamat, jo jo is par maine kai ayaton aur hadithon ko le kar ke likha hai ke sare signs batate hain ke qyamat bahut qareeb hai.</w:t>
      </w:r>
    </w:p>
    <w:p>
      <w:pPr>
        <w:jc w:val="right"/>
      </w:pPr>
      <w:r>
        <w:t>ابقیامت، جو جو اسپر میںنےکئی آیتوںاورحدیثوںکولےکرکےلکھاہے کہ سارے سائنسبتاتےہیںکہقیامتبہت قریب ہے۔</w:t>
      </w:r>
    </w:p>
    <w:p>
      <w:r>
        <w:rPr>
          <w:b/>
        </w:rPr>
        <w:t xml:space="preserve">[56:53] </w:t>
      </w:r>
      <w:r>
        <w:t>the end of the history is very near. To Khuda ki yeh marzi hai ke qyamat se pehle, yani israfel ka soor jo phoonka jayega, us se pehle accountability ka anjam jo aane wala hai, us se pehle logon ko bata diya jaye,</w:t>
      </w:r>
    </w:p>
    <w:p>
      <w:pPr>
        <w:jc w:val="right"/>
      </w:pPr>
      <w:r>
        <w:t>دیاینڈآفداہسٹریازویرینیئر۔ تو خدا کییہمرضیہےکہ قیامتسےپہلے ،یعنیاسرافیلکاسورججوپھونکاجائےگا، اسسےپہلے اکاؤنٹیبل ٹیکادنجوآنےوالاہے،اسسےپہلے لوگوںکوبتادیا جائے،</w:t>
      </w:r>
    </w:p>
    <w:p>
      <w:r>
        <w:rPr>
          <w:b/>
        </w:rPr>
        <w:t xml:space="preserve">[57:10] </w:t>
      </w:r>
      <w:r>
        <w:t>logon ko aware kar diya jaye. Aware to the work, yani yeh jo khalk-e-kalma jo hai, sare yani global level par, iska matlab yeh hai ke sare insan jo rehte hain globe ke upar, unko aware kar dein ke dekho Khuda ne kyun paida kiya tha tumko,</w:t>
      </w:r>
    </w:p>
    <w:p>
      <w:pPr>
        <w:jc w:val="right"/>
      </w:pPr>
      <w:r>
        <w:t>لوگوںکواویئرکردیاجائے۔اویئر تو دا ورک ،یعنییہجوادخالکلمہجوہے، سارے یعنیگلوبللیولپر، اسکامطلبیہہےکہ سارے انسان جو رہتےہیںگلوبکےاوپر ،انکو اویئرکردیناکہدیکھو خدانےکیوںپیدا کیاتھاتمکو،</w:t>
      </w:r>
    </w:p>
    <w:p>
      <w:r>
        <w:rPr>
          <w:b/>
        </w:rPr>
        <w:t xml:space="preserve">[57:30] </w:t>
      </w:r>
      <w:r>
        <w:t>kya tum se aage kya poocha jane wala hai, aage kya hone</w:t>
      </w:r>
    </w:p>
    <w:p>
      <w:pPr>
        <w:jc w:val="right"/>
      </w:pPr>
      <w:r>
        <w:t>کیا تم سے آگےکیا پوچھاجانےوالاہے، آگےکیا ہونے</w:t>
      </w:r>
    </w:p>
    <w:p>
      <w:r>
        <w:rPr>
          <w:b/>
        </w:rPr>
        <w:t xml:space="preserve">[57:39] </w:t>
      </w:r>
      <w:r>
        <w:t>wala hai, yeh sab unko bata diya jaye. To jo log yeh kaam karenge, unko Khuda ne Ansar Allah ka darja diya hai.</w:t>
      </w:r>
    </w:p>
    <w:p>
      <w:pPr>
        <w:jc w:val="right"/>
      </w:pPr>
      <w:r>
        <w:t>والاہے، یہسبانکوبتادیاجائے۔ توجولوگ یہکامکریںگے، انکو خدانے انصار اللہ کادرجہدیاہے۔</w:t>
      </w:r>
    </w:p>
    <w:p>
      <w:r>
        <w:rPr>
          <w:b/>
        </w:rPr>
        <w:t xml:space="preserve">[57:50] </w:t>
      </w:r>
      <w:r>
        <w:t>Ansar Allah maani helpers of God, jo Khuda ki madad karein. Dekhein, sare Quran ko aap padhiye, yeh yeh jo hai Khuda ki madad ki baat hai, sirf ek hi,</w:t>
      </w:r>
    </w:p>
    <w:p>
      <w:pPr>
        <w:jc w:val="right"/>
      </w:pPr>
      <w:r>
        <w:t>انصاراللہ معنی ہیلپرز آفگاڈ، جو خداکیمددکریں۔ دیکھیں،سارےقرآنکوآپپڑھیے، یہ یہجوہے خداکیمد دکیجوباتہے، صرف ایکہی،</w:t>
      </w:r>
    </w:p>
    <w:p>
      <w:r>
        <w:rPr>
          <w:b/>
        </w:rPr>
        <w:t xml:space="preserve">[58:05] </w:t>
      </w:r>
      <w:r>
        <w:t>ek hi kaam ke liye aaya hai.</w:t>
      </w:r>
    </w:p>
    <w:p>
      <w:pPr>
        <w:jc w:val="right"/>
      </w:pPr>
      <w:r>
        <w:t>ایکہیکامکےلیےآئیہے۔</w:t>
      </w:r>
    </w:p>
    <w:p>
      <w:r>
        <w:rPr>
          <w:b/>
        </w:rPr>
        <w:t xml:space="preserve">[58:07] </w:t>
      </w:r>
      <w:r>
        <w:t>aap namaz, roza, haj, zakat, yeh sab jo farz hain, uske liye kahin nahi aaye ke tu namaz padh kar Khuda ki madad karo. Nahi, yeh jo hai Khuda ki madad karna, yeh the work ke liye, dawat ke liye,</w:t>
      </w:r>
    </w:p>
    <w:p>
      <w:pPr>
        <w:jc w:val="right"/>
      </w:pPr>
      <w:r>
        <w:t>آپ نماز،روزہ،حج،زکوۃ،یہسب جو فرضہیں، اسکےلیےکہیںنہیںآئےکہتونمازپڑھکر خداکیمددکرو۔ نہیں ، یہجوہے خداکیمددکرنا،یہ داؤورککےلیے،دعوتکےلیے،</w:t>
      </w:r>
    </w:p>
    <w:p>
      <w:r>
        <w:rPr>
          <w:b/>
        </w:rPr>
        <w:t xml:space="preserve">[58:23] </w:t>
      </w:r>
      <w:r>
        <w:t>yani anzar o tafsir ka jo kaam hai, uske liye hai.</w:t>
      </w:r>
    </w:p>
    <w:p>
      <w:pPr>
        <w:jc w:val="right"/>
      </w:pPr>
      <w:r>
        <w:t>یعنیانظاروتفسیرکاجوکامہے،اسکےلیے ہے۔</w:t>
      </w:r>
    </w:p>
    <w:p>
      <w:r>
        <w:rPr>
          <w:b/>
        </w:rPr>
        <w:t xml:space="preserve">[58:28] </w:t>
      </w:r>
      <w:r>
        <w:t>to yeh kitna bada kaam hai ke insan Khuda ka helper bane, kit</w:t>
      </w:r>
    </w:p>
    <w:p>
      <w:pPr>
        <w:jc w:val="right"/>
      </w:pPr>
      <w:r>
        <w:t>تو یہ کتنابڑاکامہے کہ انسان خداکا ہیلپربنے، کت</w:t>
      </w:r>
    </w:p>
    <w:p>
      <w:r>
        <w:rPr>
          <w:b/>
        </w:rPr>
        <w:t xml:space="preserve">[58:36] </w:t>
      </w:r>
      <w:r>
        <w:t>ni badi baat hai. Is se bada koi title ho sakta hai? Is se bada konsa title ho sakta hai? Is se bada koi title nahi ke aap Khuda ke helper banein.</w:t>
      </w:r>
    </w:p>
    <w:p>
      <w:pPr>
        <w:jc w:val="right"/>
      </w:pPr>
      <w:r>
        <w:t>نیبڑیباتہے۔ اسسےبڑاکوئیٹائٹلہوسکتاہے؟ اسسےبڑاکونساٹائٹلہوسکتاہے؟ اسسےبڑاکوئیٹائٹلنہیںکہآپخداکےہیلپربنیں۔</w:t>
      </w:r>
    </w:p>
    <w:p>
      <w:r>
        <w:rPr>
          <w:b/>
        </w:rPr>
        <w:t xml:space="preserve">[58:48] </w:t>
      </w:r>
      <w:r>
        <w:t xml:space="preserve">yeh yeh log jo helper banenge, inhi ko qyamat mein sab se bada inaam diya jayega. To main kahun ke jo maine kaha tha ke prophet team one ek thi, unko Sahaba kaha gaya, Ashab-e-Rasool. </w:t>
      </w:r>
    </w:p>
    <w:p>
      <w:pPr>
        <w:jc w:val="right"/>
      </w:pPr>
      <w:r>
        <w:t>یہ یلوگجوہیلپربنیںگے،انہیکو قیامتمیں سبسےبڑا انعامدیاجائےگا۔ تو میںکہوں کہجومیںنےکہاتھا کہ پرافیٹکٹیم ون ایکتھی، انکو صحابہ کہاگیا ، اصحابرسول ۔</w:t>
      </w:r>
    </w:p>
    <w:p>
      <w:r>
        <w:rPr>
          <w:b/>
        </w:rPr>
        <w:t xml:space="preserve">[59:04] </w:t>
      </w:r>
      <w:r>
        <w:t>Ab prophet team two jo hai, wo hai Ikhwan-e-Rasool ki. Ab jo log is zaman e mein modern opportunities ko avail karte hue da'wat-e-work karenge, global level par Islam ko pahunch, global level par Khuda ki baat pahunchayenge, global level par Quran ko pahunchayenge, Quran ko wo Ikhwan-e-Rasool qarar payenge.</w:t>
      </w:r>
    </w:p>
    <w:p>
      <w:pPr>
        <w:jc w:val="right"/>
      </w:pPr>
      <w:r>
        <w:t>ابپرافیٹکٹیم ٹوجوہے، وہہے اخوانرسولکی۔ ابجولوگ اسزمان ےمیں ماڈرناپرچونیٹیزکواویلکرتے ہوئے داؤورککریںگے، گلوبللیولپراسلام کوپہنچ، گلوبللیولپرخداکیباتپہنچائیںگے،گلوبللیولپرقرآنکوپہنچائیںگے،قرآنکو وہ اخوان رسول قرار پائیںگے۔</w:t>
      </w:r>
    </w:p>
    <w:p>
      <w:r>
        <w:rPr>
          <w:b/>
        </w:rPr>
        <w:t xml:space="preserve">[59:28] </w:t>
      </w:r>
      <w:r>
        <w:t>kitna bada darja hai Ikhwan-e-Rasool ka!</w:t>
      </w:r>
    </w:p>
    <w:p>
      <w:pPr>
        <w:jc w:val="right"/>
      </w:pPr>
      <w:r>
        <w:t>کتنا بڑا درجہہےاخوان رسولکا !</w:t>
      </w:r>
    </w:p>
    <w:p>
      <w:r>
        <w:rPr>
          <w:b/>
        </w:rPr>
        <w:t xml:space="preserve">[59:31] </w:t>
      </w:r>
      <w:r>
        <w:t>wo waqt bilkul aa gaya hai,</w:t>
      </w:r>
    </w:p>
    <w:p>
      <w:pPr>
        <w:jc w:val="right"/>
      </w:pPr>
      <w:r>
        <w:t>وہ وقت بالکل آگیاہے،</w:t>
      </w:r>
    </w:p>
    <w:p>
      <w:r>
        <w:rPr>
          <w:b/>
        </w:rPr>
        <w:t xml:space="preserve">[59:37] </w:t>
      </w:r>
      <w:r>
        <w:t>waqt bilkul aa gaya hai. Aur chunke yeh aakhri waqt hai, ab ab iske baad koi aur waqt nahi aane wala hai, to main dua karta hoon ke Allah Ta'ala mujhko aur aapko yeh tofeeq de ke hum is mission mein apne aap ko lagayein aur Allah Ta'ala ke haan uska reward payein.</w:t>
      </w:r>
    </w:p>
    <w:p>
      <w:pPr>
        <w:jc w:val="right"/>
      </w:pPr>
      <w:r>
        <w:t>وقت بالکلآگیاہے۔ اورچونکہ یہ آخریوقت ہے،اب اباسکےبعد کوئیاوروقتنہیںآنےوالاہے، تو میں دعاکرتاہوںکہاللہتعالی مجھکواورآپکو یہتوفیقدے کہہم اس مشنمیں اپنےآپکولگائیں اور اللہ تعالی کےہاںاسکا ریوارڈپائیں۔</w:t>
      </w:r>
    </w:p>
    <w:p>
      <w:r>
        <w:rPr>
          <w:b/>
        </w:rPr>
        <w:t xml:space="preserve">[59:58] </w:t>
      </w:r>
      <w:r>
        <w:t>aqool qawli hadha wa astaghfirullaha li walakum ajmaeen</w:t>
      </w:r>
    </w:p>
    <w:p>
      <w:pPr>
        <w:jc w:val="right"/>
      </w:pPr>
      <w:r>
        <w:t>أقول قوليهذا واستغفر اللہ لول کماجمعین</w:t>
      </w:r>
    </w:p>
    <w:p>
      <w:r>
        <w:rPr>
          <w:b/>
        </w:rPr>
        <w:t xml:space="preserve">[1:00:16] </w:t>
      </w:r>
      <w:r>
        <w:t>kuch din pehle hamari, ah, hamara ek conversation ho raha tha ek Muslim youth ke sath aur wo kafi mayoos</w:t>
      </w:r>
    </w:p>
    <w:p>
      <w:pPr>
        <w:jc w:val="right"/>
      </w:pPr>
      <w:r>
        <w:t>کچھدنپہلے ہماری، اہ ،ہماراایککنورسیشنہورہاتھاایکمسلم یوتھکےساتھ اور وہکافی مایوس</w:t>
      </w:r>
    </w:p>
    <w:p>
      <w:r>
        <w:rPr>
          <w:b/>
        </w:rPr>
        <w:t xml:space="preserve">[1:00:25] </w:t>
      </w:r>
      <w:r>
        <w:t>tha. Wo yeh keh raha tha ke past mein maine ek opportunity go di. Aaj hum jis halaat mein hain, wo hamari ghalti ki wajah se hai. To Maulana, uska kya jawab dein? How to handle such a query? Dekhein, jahan tak world level</w:t>
      </w:r>
    </w:p>
    <w:p>
      <w:pPr>
        <w:jc w:val="right"/>
      </w:pPr>
      <w:r>
        <w:t>تھا۔ وہیہکہہرہاتھاکہ پاسٹمیںمیںنےایکاپرچونیٹی گوادی۔آجہمجسحالاتمیںہیں، وہہماریغلطیکیوجہسےہے۔ تو مولانا،اسکاکیا جواب دیں؟Howtohand le such aqu ery دیکھیں،جہاںتک ورلڈلی</w:t>
      </w:r>
    </w:p>
    <w:p>
      <w:r>
        <w:rPr>
          <w:b/>
        </w:rPr>
        <w:t xml:space="preserve">[1:00:45] </w:t>
      </w:r>
      <w:r>
        <w:t>jabki baat hai to worldly job bhi khatam nahi hota. ek ke baad doosra, doosre ke baad teesra milta rehta hai. yeh soch hi galat hai.</w:t>
      </w:r>
    </w:p>
    <w:p>
      <w:pPr>
        <w:jc w:val="right"/>
      </w:pPr>
      <w:r>
        <w:t>جابکیباتہے توورلڈلیجابکبھیختمنہیںہوتا۔ ایک کےبعددوسرا،دوسرےکےبعدتیسراملتارہتاہے۔ یہ سوچہیغلطہے۔</w:t>
      </w:r>
    </w:p>
    <w:p>
      <w:r>
        <w:rPr>
          <w:b/>
        </w:rPr>
        <w:t xml:space="preserve">[1:00:56] </w:t>
      </w:r>
      <w:r>
        <w:t>aap is par dekhein to aap kitne logon ko payenge ke unhone ek job khayi thi, phir doosra job nahi mil gaya.</w:t>
      </w:r>
    </w:p>
    <w:p>
      <w:pPr>
        <w:jc w:val="right"/>
      </w:pPr>
      <w:r>
        <w:t>آپ اسپاسدیکھیںتو آپ کتنےلوگوںکوپائیںگےکہانہوںنےایکجابکھایاتھا،پھردوسراجابانہیںملگیا۔</w:t>
      </w:r>
    </w:p>
    <w:p>
      <w:r>
        <w:rPr>
          <w:b/>
        </w:rPr>
        <w:t xml:space="preserve">[1:01:06] </w:t>
      </w:r>
      <w:r>
        <w:t>yeh toh main samajhta hoon ke jahan tak yani dunya mein, dunya dunya ke mein business, dunya mein job iski baat hai to itna zyada opportunities hain, ek ke baad ek, ek ke baad ek, ek ke baad ek ke koi ek opportunity ka khona kabhi bhi aasan nahi hoga ke aap sari opportunities khodein.</w:t>
      </w:r>
    </w:p>
    <w:p>
      <w:pPr>
        <w:jc w:val="right"/>
      </w:pPr>
      <w:r>
        <w:t>یہتو میں سمجھتاہوںکہجہاںتک یعنیدنیا میں، دنیا دنیاکے میں بزنس ،دنیا میں جاب اسکیباتہے تو اتنازیادہ اپرچونیٹیزہیں،ایککےبعدایک،ایککےبعد ایک،ایککےبعدایک کہکوئی ایک اپرچونیٹیکاکھ ونا کبھیبھیآساننہیںہوگاکہآپ ساری اپرچونیٹیکھودیں۔</w:t>
      </w:r>
    </w:p>
    <w:p>
      <w:r>
        <w:rPr>
          <w:b/>
        </w:rPr>
        <w:t xml:space="preserve">[1:01:33] </w:t>
      </w:r>
      <w:r>
        <w:t>toh yeh toh aisi hi baat kar rahe hain, woh jo experience ke khilaf hai. main apni zindagi mein bohat se logon ko bata sakta hoon naam le kar ke ke unhone ek opportunity kholi, ek ek opportunity kholi, uske baad doosri opportunity mil gayi unko.</w:t>
      </w:r>
    </w:p>
    <w:p>
      <w:pPr>
        <w:jc w:val="right"/>
      </w:pPr>
      <w:r>
        <w:t>تویہتو ایسیہیباتکررہےہیں،وہجو ایکسپ یرینسکےخلاف ہے۔ میں اپنیزندگی میںبہتسےلوگوںکو بتاسکتاہوںنام لےکرکے کہانہوںنےایکاپرچونیٹیکھولی، ایک ایک اپرچونیٹیکھولی،اسکےبعددوسریاپرچونیٹیملگئی انکو ۔</w:t>
      </w:r>
    </w:p>
    <w:p>
      <w:r>
        <w:rPr>
          <w:b/>
        </w:rPr>
        <w:t xml:space="preserve">[1:01:50] </w:t>
      </w:r>
      <w:r>
        <w:t>toh main samajhta hoon ke yeh soch jo hai, bohat hi yani yeh yeh realistic soch nahi hai.</w:t>
      </w:r>
    </w:p>
    <w:p>
      <w:pPr>
        <w:jc w:val="right"/>
      </w:pPr>
      <w:r>
        <w:t>تومیںسمجھتاہوںکہیہسوچجوہے، بہت ہی یعنی یہ یہ ریلسٹکسوچنہیںہے۔</w:t>
      </w:r>
    </w:p>
    <w:p>
      <w:r>
        <w:rPr>
          <w:b/>
        </w:rPr>
        <w:t xml:space="preserve">[1:02:03] </w:t>
      </w:r>
      <w:r>
        <w:t>Thisquestion is from Mr. KhajaKhalimuddinfrom Pennsylvan ia. Maulana sahib, is deep understanding of Arabic language necessary to spread the message of Quran?</w:t>
      </w:r>
    </w:p>
    <w:p>
      <w:pPr>
        <w:jc w:val="right"/>
      </w:pPr>
      <w:r>
        <w:t>Thisquestion is from Mr. KhajaKhalimuddinfrom Pennsylvan ia. مول اناصاحب،is deep under stand ing of Arab iclang uage necess aryto spreadthemessageofQ uran?</w:t>
      </w:r>
    </w:p>
    <w:p>
      <w:r>
        <w:rPr>
          <w:b/>
        </w:rPr>
        <w:t xml:space="preserve">[1:02:17] </w:t>
      </w:r>
      <w:r>
        <w:t>Kindly let me. nahi, main aisa nahi manta. Quran ko samajhne ke liye bhi sirf Arabic zuban ka ilm nahi.</w:t>
      </w:r>
    </w:p>
    <w:p>
      <w:pPr>
        <w:jc w:val="right"/>
      </w:pPr>
      <w:r>
        <w:t>کائنڈلیکمنٹ۔ نہیں،میں ایسا نہیں مانتا۔ قرآنکو سمجھنےکےلیےبھی صرف عربیزبان کافینہیں ۔</w:t>
      </w:r>
    </w:p>
    <w:p>
      <w:r>
        <w:rPr>
          <w:b/>
        </w:rPr>
        <w:t xml:space="preserve">[1:02:29] </w:t>
      </w:r>
      <w:r>
        <w:t>Lakhon log jo Quran ko samajhte the aur samajhte hain, kya woh Quran ki gehrai ko samajh paye? Rasool Allah ke zamane mein bohat se log the jo Arabic jante the aur Rasool Allah pe iman nahi laye ya munafiq ban gaye yeh baat batane ke baad.</w:t>
      </w:r>
    </w:p>
    <w:p>
      <w:pPr>
        <w:jc w:val="right"/>
      </w:pPr>
      <w:r>
        <w:t>لاکھوںلوگجوقرآنکو سمجھتےتھے اورسمجھتےہیں،کیا وہ قرآنکو کیگہرائیکوسمجھپائے ؟ رسولاللہکےزمانےمیں بہت سےلوگتھےجو عربیجانتےتھےاوررسولاللہپہایماننہیںلائے یا منافقبنگئےیہباتلانےکےبعد ۔</w:t>
      </w:r>
    </w:p>
    <w:p>
      <w:r>
        <w:rPr>
          <w:b/>
        </w:rPr>
        <w:t xml:space="preserve">[1:02:46] </w:t>
      </w:r>
      <w:r>
        <w:t>main isko nahi manta. main samajhta hoon ke sabse badi cheez jo hai, Quran ko samajhne ke liye ya Quran ke message ko phailane ke liye, woh hai dua.</w:t>
      </w:r>
    </w:p>
    <w:p>
      <w:pPr>
        <w:jc w:val="right"/>
      </w:pPr>
      <w:r>
        <w:t>میںاسکونہیںمانتا۔ میں سمجھتاہوںکہسبسے بڑی چیز جوہے، قرآنکوسمجھنےکےلیے یا قرآنکے میسجکوپھیلانےکےلیے،وہہے دعا۔</w:t>
      </w:r>
    </w:p>
    <w:p>
      <w:r>
        <w:rPr>
          <w:b/>
        </w:rPr>
        <w:t xml:space="preserve">[1:02:58] </w:t>
      </w:r>
      <w:r>
        <w:t>Dua, dua ke baghair koi cheez kaam nahi aati. na Arabic zuban, na koi degree, na koi sari library aap padh dalo, tab bhi woh kafi nahi hoga da'wah ke liye.</w:t>
      </w:r>
    </w:p>
    <w:p>
      <w:pPr>
        <w:jc w:val="right"/>
      </w:pPr>
      <w:r>
        <w:t>دعا، دعاکےبغیر کوئیچیز کامنہیںآتی۔ نہعربیزبان ،نہکوئیڈگری ،نہ کوئی ساریلائبریریآپپڑھڈالیں،تببھیوہکافینہیںہوگا داؤورککےلیے۔</w:t>
      </w:r>
    </w:p>
    <w:p>
      <w:r>
        <w:rPr>
          <w:b/>
        </w:rPr>
        <w:t xml:space="preserve">[1:03:13] </w:t>
      </w:r>
      <w:r>
        <w:t>Da'wah yeh hai ke aap sincere hon, aap Allah se darte hon, aap sach mein da'wah ko apna concern banaye hue hon, aap ke andar insaan ki mohabbat ho ya mad'u ki mohabbat ho,</w:t>
      </w:r>
    </w:p>
    <w:p>
      <w:pPr>
        <w:jc w:val="right"/>
      </w:pPr>
      <w:r>
        <w:t>داؤورک یہہےکہآپ سنسیئرہوں، آپ اللہ سےڈرتےہوں، آپ سچمچ دعوتکواپناکنسرنبنائےہوئےہوں، آپ کےاندر انسان کیمحبتہو یامدعوکیمحبتہو ،</w:t>
      </w:r>
    </w:p>
    <w:p>
      <w:r>
        <w:rPr>
          <w:b/>
        </w:rPr>
        <w:t xml:space="preserve">[1:03:29] </w:t>
      </w:r>
      <w:r>
        <w:t>aur phir aap Quran ko padhein. translation padhein aap Quran ka apni apni language mein. har language mein Quran ka translation available hai. aur phir dua karein.</w:t>
      </w:r>
    </w:p>
    <w:p>
      <w:pPr>
        <w:jc w:val="right"/>
      </w:pPr>
      <w:r>
        <w:t>اور پھرآپ قرآنکوپڑھیں۔ ٹرانسلیشنپڑھیںآپقرآنکااپنی اپنی لینگویجمیں۔ ہرلینگویجمیں قرآنکا ٹرانسلیشناویلیبل ہے۔ اورپھردعاکریں۔</w:t>
      </w:r>
    </w:p>
    <w:p>
      <w:r>
        <w:rPr>
          <w:b/>
        </w:rPr>
        <w:t xml:space="preserve">[1:03:40] </w:t>
      </w:r>
      <w:r>
        <w:t>aur phir dua karein. yeh hi kafi hai.</w:t>
      </w:r>
    </w:p>
    <w:p>
      <w:pPr>
        <w:jc w:val="right"/>
      </w:pPr>
      <w:r>
        <w:t>اورپھردعاکریں۔یہیکافیہے۔</w:t>
      </w:r>
    </w:p>
    <w:p>
      <w:r>
        <w:rPr>
          <w:b/>
        </w:rPr>
        <w:t xml:space="preserve">[1:03:43] </w:t>
      </w:r>
      <w:r>
        <w:t>main ek sahib, ek misaal deta hoon aapko jo bilkul hi Arabic ek lafz nahi jante the, woh sirf Urdu jante the. Urdu ke bohat expert nahi the woh.</w:t>
      </w:r>
    </w:p>
    <w:p>
      <w:pPr>
        <w:jc w:val="right"/>
      </w:pPr>
      <w:r>
        <w:t>میں ایکصاحب،ایکمثالدیتاہوںآپکوجوبالکل ہی عربی ایک لفظنہیںجانتےتھے، وہ صرفاردوجانتےتھے۔ اردوکےبہت ایکسپرٹنہیںتھےوہ۔</w:t>
      </w:r>
    </w:p>
    <w:p>
      <w:r>
        <w:rPr>
          <w:b/>
        </w:rPr>
        <w:t xml:space="preserve">[1:03:54] </w:t>
      </w:r>
      <w:r>
        <w:t>toh woh hamare mission ki jo kitabein hain English mein, woh logon ko pahunchate the ghair muslimon ko, halanke woh khud English nahi jante the woh.</w:t>
      </w:r>
    </w:p>
    <w:p>
      <w:pPr>
        <w:jc w:val="right"/>
      </w:pPr>
      <w:r>
        <w:t>تو وہ ہمارے مشنکی جوکتاب یںہیں انگل شمیں، وہ لوگوںکوپہنچاتےتھے غیر مسلموںکو،حالانکہوہخودانگلشنہیںجانتےتھےوہ۔</w:t>
      </w:r>
    </w:p>
    <w:p>
      <w:r>
        <w:rPr>
          <w:b/>
        </w:rPr>
        <w:t xml:space="preserve">[1:04:04] </w:t>
      </w:r>
      <w:r>
        <w:t>toh khair, ek unke sheher mein ek doctor tha jo bohat hi successful, uske haan gaye ke usko kitab denge.</w:t>
      </w:r>
    </w:p>
    <w:p>
      <w:pPr>
        <w:jc w:val="right"/>
      </w:pPr>
      <w:r>
        <w:t>تو خیر، ایک انکے شہر میں ایک ڈاکٹرتھاجوبہتہی سکسیسفل ، اسکےہاںگئےکہاسکوکتاب دیںگے۔</w:t>
      </w:r>
    </w:p>
    <w:p>
      <w:r>
        <w:rPr>
          <w:b/>
        </w:rPr>
        <w:t xml:space="preserve">[1:04:14] </w:t>
      </w:r>
      <w:r>
        <w:t>toh wahan jo attendant tha aapka ya jo bhi raha hoga, toh usne kaha ke aap kis liye milna chahte hain? unhone kaha ke humein kitab dena hai.</w:t>
      </w:r>
    </w:p>
    <w:p>
      <w:pPr>
        <w:jc w:val="right"/>
      </w:pPr>
      <w:r>
        <w:t>تو وہاںجو اٹینڈنٹتھاآپکا یا جوبھی رہاہوگا، تو اسنے کہاکہ آپ کسلیےملناچاہتےہیں؟انہوںنےکہاکہہمیںکتاب دیناہے۔</w:t>
      </w:r>
    </w:p>
    <w:p>
      <w:r>
        <w:rPr>
          <w:b/>
        </w:rPr>
        <w:t xml:space="preserve">[1:04:24] </w:t>
      </w:r>
      <w:r>
        <w:t>toh kaha ke nahi, yahan yeh sab kaam nahi hota, aap jaiye. lota diya. toh unhone phir socha ke kya karein? dua kiya Allah ta'ala se.</w:t>
      </w:r>
    </w:p>
    <w:p>
      <w:pPr>
        <w:jc w:val="right"/>
      </w:pPr>
      <w:r>
        <w:t>توکہانہیں،یہاںیہسبکامنہیںہوتا،آپجائیے۔ لوٹا دیا۔ تو انہوںنےپھر سوچاکہکیاکریں؟دعاکیااللہتعالیسے ۔</w:t>
      </w:r>
    </w:p>
    <w:p>
      <w:r>
        <w:rPr>
          <w:b/>
        </w:rPr>
        <w:t xml:space="preserve">[1:04:33] </w:t>
      </w:r>
      <w:r>
        <w:t>toh dua kiya toh ek baat samajh mein aayi. dua ke zariye se da'wah ka rasta khula. toh woh kya kiya</w:t>
      </w:r>
    </w:p>
    <w:p>
      <w:pPr>
        <w:jc w:val="right"/>
      </w:pPr>
      <w:r>
        <w:t>تودعاکیا توایکباتسمجھمیںآئی۔ دعا کےذریعےسے دعوتکاراستہکھلا ۔ تو وہکیا کیا</w:t>
      </w:r>
    </w:p>
    <w:p>
      <w:r>
        <w:rPr>
          <w:b/>
        </w:rPr>
        <w:t xml:space="preserve">[1:04:42] </w:t>
      </w:r>
      <w:r>
        <w:t>? unhone kaha agle din ja kar ke mareezon ki line mein khade ho jayenge. wahan mareez bohat hua karte the aur fifty rupees mein uska ticket milta tha.</w:t>
      </w:r>
    </w:p>
    <w:p>
      <w:pPr>
        <w:jc w:val="right"/>
      </w:pPr>
      <w:r>
        <w:t>؟انہوںنے کہاگلےدن جاکرکے مریضوںکیلائنمیںکھڑےہوگئے۔ وہاںمریضبہتہوا کرتے تھے اور ففٹیروپیزمیں اسکاٹکٹملتاتھا۔</w:t>
      </w:r>
    </w:p>
    <w:p>
      <w:r>
        <w:rPr>
          <w:b/>
        </w:rPr>
        <w:t xml:space="preserve">[1:04:54] </w:t>
      </w:r>
      <w:r>
        <w:t>toh pachas rupay ka ticket unhone liya aur line mein khade ho gaye mareezon ki. chalte chalte jab doctor ke paas pahunche toh doctor ne poocha ke bhai kya aapka case hai?</w:t>
      </w:r>
    </w:p>
    <w:p>
      <w:pPr>
        <w:jc w:val="right"/>
      </w:pPr>
      <w:r>
        <w:t>تو پچاسروپےکاٹکٹانہوںنےلیا اور لائنمیںکھڑےہوگئے مریضوںکی۔ چلتےچلتےجب ڈاکٹرکےپاسپہنچے توڈاکٹرنےپوچھاکہبھئی کیا آپکاکیسہے؟</w:t>
      </w:r>
    </w:p>
    <w:p>
      <w:r>
        <w:rPr>
          <w:b/>
        </w:rPr>
        <w:t xml:space="preserve">[1:05:06] </w:t>
      </w:r>
      <w:r>
        <w:t>unhone kaha mera case kuch nahi hai, mujhe aap ko kuch Islam ka literature dena tha. aap ke aadmi ne kaha ke aap nahi jaa sakte, toh maine ticket kharida aur us tareeqe se aap tak pahuncha.</w:t>
      </w:r>
    </w:p>
    <w:p>
      <w:pPr>
        <w:jc w:val="right"/>
      </w:pPr>
      <w:r>
        <w:t>انہوںنےکہامیراکیسکچھنہیںہے، مجھےآپ کوکچھ اسلام ک لٹریچردیناتھا۔ آپ کےآدمینےکہاکہآپ نہیں جاملسکتے، تو میںنے ٹکٹخریدااوراسطریقےسےآپتکپہنچا۔</w:t>
      </w:r>
    </w:p>
    <w:p>
      <w:r>
        <w:rPr>
          <w:b/>
        </w:rPr>
        <w:t xml:space="preserve">[1:05:19] </w:t>
      </w:r>
      <w:r>
        <w:t>toh doctor ne bohat hi zyada shukriya ke saath kitabein leen aur kaha ke aage jab bhi aap aayein toh aapko appointment ki zaroorat nahi hai.</w:t>
      </w:r>
    </w:p>
    <w:p>
      <w:pPr>
        <w:jc w:val="right"/>
      </w:pPr>
      <w:r>
        <w:t>تو ڈاکٹرنے بہت ہی زیادہ شکریےکےساتھ کتاب یں لیں اور کہاکہآگےجببھیآپ آئیںتوآپکواپوائنٹمنٹکیضرورتنہیںہے۔</w:t>
      </w:r>
    </w:p>
    <w:p>
      <w:r>
        <w:rPr>
          <w:b/>
        </w:rPr>
        <w:t xml:space="preserve">[1:05:29] </w:t>
      </w:r>
      <w:r>
        <w:t>appointment ke bina hi aap mujhse mil sakte hain.</w:t>
      </w:r>
    </w:p>
    <w:p>
      <w:pPr>
        <w:jc w:val="right"/>
      </w:pPr>
      <w:r>
        <w:t>اپ وائنٹمنٹکےبناہیآپ مجھسےملسکتےہیں۔</w:t>
      </w:r>
    </w:p>
    <w:p>
      <w:r>
        <w:rPr>
          <w:b/>
        </w:rPr>
        <w:t xml:space="preserve">[1:05:33] </w:t>
      </w:r>
      <w:r>
        <w:t>yeh yeh hai da'wah, da'wah ka karishma, dua, dua ka karishma, dua ka barakah. dua is a power, dua is a barakah.</w:t>
      </w:r>
    </w:p>
    <w:p>
      <w:pPr>
        <w:jc w:val="right"/>
      </w:pPr>
      <w:r>
        <w:t>یہ یہہے دعوت ،دعوت کا کرشمہ،د عا،دعاکاکرشمہ، دعاکابریکل۔ دعاازاےپاور،دعاازاےبریکل۔</w:t>
      </w:r>
    </w:p>
    <w:p>
      <w:r>
        <w:rPr>
          <w:b/>
        </w:rPr>
        <w:t xml:space="preserve">[1:05:44] </w:t>
      </w:r>
      <w:r>
        <w:t>to dawat ka kaam karne ke liye main samajhta hoon ke is zamane mein to yani main aaj subah kisi se keh raha tha, haji, is zamane mein dawat, dawat ka kaam karne ke liye literacy ki bhi zaroorat nahi hai kyunke printed book maujood hain.</w:t>
      </w:r>
    </w:p>
    <w:p>
      <w:pPr>
        <w:jc w:val="right"/>
      </w:pPr>
      <w:r>
        <w:t>تو دعوت کا کام کرنے کےلیے میںسمجھتاہوںکہ اسزمانےمیںتو یعنی میں آجصبحکسیسےکہہرہاتھا، حاجی، اسزمانےمیںدعوت،دعوتیکامکرنےکےلیے لٹریسیکیبھیضرورتنہیںہے کیونکہ پرنٹڈبکموجود ہے۔</w:t>
      </w:r>
    </w:p>
    <w:p>
      <w:r>
        <w:rPr>
          <w:b/>
        </w:rPr>
        <w:t xml:space="preserve">[1:06:06] </w:t>
      </w:r>
      <w:r>
        <w:t>koi bhi shakhs jo hai yani woh bilkul illiterate ho, apne bag mein kitabon ko rakh le aur logon ko deta rahe ja kar ke dawat, da'wat keh do gaya.</w:t>
      </w:r>
    </w:p>
    <w:p>
      <w:pPr>
        <w:jc w:val="right"/>
      </w:pPr>
      <w:r>
        <w:t>کوئیبھی شخص جوہے یعنی وہبالکل اللیٹریٹہو، اپنے بیگمیںکتاب وںکورکھلےاورلوگوںکودیتارہےجا کرکے دعوت،داؤورکہوگیا۔</w:t>
      </w:r>
    </w:p>
    <w:p>
      <w:r>
        <w:rPr>
          <w:b/>
        </w:rPr>
        <w:t xml:space="preserve">[1:06:17] </w:t>
      </w:r>
      <w:r>
        <w:t>ab to koi excuse nahi raha logon ke liye da'wat karne mein, koi bhi excuse nahi hai. yeh shart lagana ke achhi arabi jano tab dawat karoge, yeh to ek bahut hi main samajhta hoon ke rukawat hai, rukawat.</w:t>
      </w:r>
    </w:p>
    <w:p>
      <w:pPr>
        <w:jc w:val="right"/>
      </w:pPr>
      <w:r>
        <w:t>ابتوکوئی ایکسکیوزنہیںرہالوگوںکےلیے داؤورککرنےمیں،کوئیبھیایکسکیوزنہیںہے۔ یہ شرطلگاناہےکہاچھیعربیجانوتبدعوتکروگے، یہتوایک بہت ہی میں سمجھتاہوںکہرکاوٹہے،رکاوٹ ۔</w:t>
      </w:r>
    </w:p>
    <w:p>
      <w:r>
        <w:rPr>
          <w:b/>
        </w:rPr>
        <w:t xml:space="preserve">[1:06:32] </w:t>
      </w:r>
      <w:r>
        <w:t>Maulana, hi, zyada question is, is the title Khair ul Ummah specifically to Sahaba only? Doesn't it apply to later groups who fulfill the condition as depicted by Caliph Umar?</w:t>
      </w:r>
    </w:p>
    <w:p>
      <w:pPr>
        <w:jc w:val="right"/>
      </w:pPr>
      <w:r>
        <w:t>مول اناہیزیادہ کوئسچناز از دا ٹائٹل خیر الامہ سپیسیفکٹوصحابہاونلی ڈزنٹاٹاپلائیٹودالیٹرگروپس ہو ف لفلداکنڈیشن ایز ڈیپکٹڈبائےکیلف عمر ۔</w:t>
      </w:r>
    </w:p>
    <w:p>
      <w:r>
        <w:rPr>
          <w:b/>
        </w:rPr>
        <w:t xml:space="preserve">[1:06:48] </w:t>
      </w:r>
      <w:r>
        <w:t>haan dekhen generally yeh samjha jata hai ke khair ul ummah muslim community ka laqab hai. jaise haline kaha tha ke woh ummah jis woh ummah laqab jiska khair ul ummah tha.</w:t>
      </w:r>
    </w:p>
    <w:p>
      <w:pPr>
        <w:jc w:val="right"/>
      </w:pPr>
      <w:r>
        <w:t>ہاںدیکھیں جنرلییہسمجھاجاتا ہےکہ خیر وامتجوہے مسلم کمیونٹیکالقبہے۔ جیسےحالینےکہاتھاکہ کہوہ امت جس وہامتلقبجسکاخیر الاممتھا۔</w:t>
      </w:r>
    </w:p>
    <w:p>
      <w:r>
        <w:rPr>
          <w:b/>
        </w:rPr>
        <w:t xml:space="preserve">[1:07:01] </w:t>
      </w:r>
      <w:r>
        <w:t>halanki jo kitaab hai mas'ala woh laqab jiska khair ul ummah tha. to khair ul ummah woh laqab nahi hai, yeh title nahi hai.</w:t>
      </w:r>
    </w:p>
    <w:p>
      <w:pPr>
        <w:jc w:val="right"/>
      </w:pPr>
      <w:r>
        <w:t>حالیکیجوکتاب ہےمسد سالیوہ امتلقبجسکاخیرالاممتھا۔ تو خیر الامتجوہےلقبنہیںہے، یہٹائٹلنہیںہے۔</w:t>
      </w:r>
    </w:p>
    <w:p>
      <w:r>
        <w:rPr>
          <w:b/>
        </w:rPr>
        <w:t xml:space="preserve">[1:07:13] </w:t>
      </w:r>
      <w:r>
        <w:t>iske pehle jo mas'ala the woh sahaba kiram the. ab bhi is mein shareek ho sakta hai koi aadmi jo inke jaisa kaam kare jaisa hazrat umar ne farmaya.</w:t>
      </w:r>
    </w:p>
    <w:p>
      <w:pPr>
        <w:jc w:val="right"/>
      </w:pPr>
      <w:r>
        <w:t>اسکے پہلے جو مص داقتھےوہصحابہکرامتھے۔ اببھیاسمیں شریکہوسکتاہےکوئیآدمیجو انکےجیساکامکرے جیساحضرتعمر نےفرمایا۔</w:t>
      </w:r>
    </w:p>
    <w:p>
      <w:r>
        <w:rPr>
          <w:b/>
        </w:rPr>
        <w:t xml:space="preserve">[1:07:25] </w:t>
      </w:r>
      <w:r>
        <w:t>aur kaam kare kaun sa kaam? sab se bada kaam hai dawat.</w:t>
      </w:r>
    </w:p>
    <w:p>
      <w:pPr>
        <w:jc w:val="right"/>
      </w:pPr>
      <w:r>
        <w:t>اورکامکرےکونسا کام ؟ سبسےبڑاکامہے دعوت۔</w:t>
      </w:r>
    </w:p>
    <w:p>
      <w:r>
        <w:rPr>
          <w:b/>
        </w:rPr>
        <w:t xml:space="preserve">[1:07:30] </w:t>
      </w:r>
      <w:r>
        <w:t>sahaba kiram ne dawat mein apne aap ko laga diya. rasool Allah ne farmaya tha hajjat ul wida ke mauqe par ke tum bikhar jao mulkon mulkon mein.</w:t>
      </w:r>
    </w:p>
    <w:p>
      <w:pPr>
        <w:jc w:val="right"/>
      </w:pPr>
      <w:r>
        <w:t>صحابہکرامنے دعوتمیںاپنےآپکولگادیا۔ رسولاللہنےفرمایاتھاحجۃالوداعکےموقعپر کہتم بکھرجاؤملکوںملکوںمیں۔</w:t>
      </w:r>
    </w:p>
    <w:p>
      <w:r>
        <w:rPr>
          <w:b/>
        </w:rPr>
        <w:t xml:space="preserve">[1:07:40] </w:t>
      </w:r>
      <w:r>
        <w:t>to aaj jaen aap wahan par makkah madinah to aap ko sahaba ki bahut hi kam qabrein milengi. halanke sahaba ki tadad ek lakh chaudahazar thi lekin qabrein bahut hi kam hain.</w:t>
      </w:r>
    </w:p>
    <w:p>
      <w:pPr>
        <w:jc w:val="right"/>
      </w:pPr>
      <w:r>
        <w:t>تو آج جائیںآپ وہاںپر مکہمدینہتوآپکو صحابہکی بہت ہی کم قبریںملیںگی۔ حالانکہصحابہکیتعداد ایک لاکھچوبیسہزارتھی لیکن قبریںبہتہیکمہیں۔</w:t>
      </w:r>
    </w:p>
    <w:p>
      <w:r>
        <w:rPr>
          <w:b/>
        </w:rPr>
        <w:t xml:space="preserve">[1:07:56] </w:t>
      </w:r>
      <w:r>
        <w:t>kyun chale gaye idhar udhar? woh</w:t>
      </w:r>
    </w:p>
    <w:p>
      <w:pPr>
        <w:jc w:val="right"/>
      </w:pPr>
      <w:r>
        <w:t>کیوںچلےگئےادھرادھر؟وہ</w:t>
      </w:r>
    </w:p>
    <w:p>
      <w:r>
        <w:rPr>
          <w:b/>
        </w:rPr>
        <w:t xml:space="preserve">[1:07:58] </w:t>
      </w:r>
      <w:r>
        <w:t>hum qabristan gaye jisko cyprus jo kehte hain usko. to wahan par ek sahabi khatoon ki qabr hai aur wahan bahut zabardast.</w:t>
      </w:r>
    </w:p>
    <w:p>
      <w:pPr>
        <w:jc w:val="right"/>
      </w:pPr>
      <w:r>
        <w:t>ہم قبرسگئےجسکوسائپرسجوکہتےہیںاسکو۔ تو وہاںپر ایک صحابی خاتونکیقبرہے اوروہاںبہت زبرد ست۔</w:t>
      </w:r>
    </w:p>
    <w:p>
      <w:r>
        <w:rPr>
          <w:b/>
        </w:rPr>
        <w:t xml:space="preserve">[1:08:09] </w:t>
      </w:r>
      <w:r>
        <w:t>ab pehle to aisi qabr rahi hogi, ab bahut zabardast wahan par building bani hui hai, masjid bani hui hai, sari cheezein bani hui hain. wahan par ek center ban gaya hai. woh</w:t>
      </w:r>
    </w:p>
    <w:p>
      <w:pPr>
        <w:jc w:val="right"/>
      </w:pPr>
      <w:r>
        <w:t>ابپہلےتوایسیقبررہیہوگی، اببہتزبردستوہاںپربلڈنگبنیہوئیہے، مسجدبنیہوئیہے،ساریچیزیںبنیہوئیہیں۔وہاںپرایکسینٹر بنگیاہے۔وہ</w:t>
      </w:r>
    </w:p>
    <w:p>
      <w:r>
        <w:rPr>
          <w:b/>
        </w:rPr>
        <w:t xml:space="preserve">[1:08:20] </w:t>
      </w:r>
      <w:r>
        <w:t>to sahaba nikal gaye makkah madinah se Asia mein, Africa mein, Europe tak pahunch gaye.</w:t>
      </w:r>
    </w:p>
    <w:p>
      <w:pPr>
        <w:jc w:val="right"/>
      </w:pPr>
      <w:r>
        <w:t>تو صحابہنکلگئےمکہمدینےسے ایشیامیں ، افریقہمیں،یورپتکپہنچگئے۔</w:t>
      </w:r>
    </w:p>
    <w:p>
      <w:r>
        <w:rPr>
          <w:b/>
        </w:rPr>
        <w:t xml:space="preserve">[1:08:30] </w:t>
      </w:r>
      <w:r>
        <w:t>yeh spirit thi sahaba ke andar. is spirit ko jo apnaega woh is fehrist mein shamil ho sakta hai. yeh baat hatam ka matlab yeh tha.</w:t>
      </w:r>
    </w:p>
    <w:p>
      <w:pPr>
        <w:jc w:val="right"/>
      </w:pPr>
      <w:r>
        <w:t>یہ سپرٹتھیصحابہکےاندر۔ اس سپرٹکوجواپنائےگا وہ اس فہرست میںشامل ہوسکتاہے۔ یہ باتحاتم کامطلبیہتھا۔</w:t>
      </w:r>
    </w:p>
    <w:p>
      <w:r>
        <w:rPr>
          <w:b/>
        </w:rPr>
        <w:t xml:space="preserve">[1:08:40] </w:t>
      </w:r>
      <w:r>
        <w:t>spirit sab se badi cheez jo hai woh yeh hai ke aap ko Allah ka khauf ho, Allah se mohabbat ho aur Allah ka kaam karne ki aag lagi hui ho aap ke andar.</w:t>
      </w:r>
    </w:p>
    <w:p>
      <w:pPr>
        <w:jc w:val="right"/>
      </w:pPr>
      <w:r>
        <w:t>سپرٹسبسےبڑیچیزجوہے وہیہیکہآپکو اللہ کاخوف ہو ،اللہ سے محبتہو اور اللہ کاکام کرنے کیآگلگیہوئیہوآپکےاندر۔</w:t>
      </w:r>
    </w:p>
    <w:p>
      <w:r>
        <w:rPr>
          <w:b/>
        </w:rPr>
        <w:t xml:space="preserve">[1:08:50] </w:t>
      </w:r>
      <w:r>
        <w:t>da'wat kya hai? Allah ka kaam karna. to Allah se itna zyada ta'alluq aap ko paida ho jaye ke Allah ke kaam ke liye aap bilkul uth khade hon.</w:t>
      </w:r>
    </w:p>
    <w:p>
      <w:pPr>
        <w:jc w:val="right"/>
      </w:pPr>
      <w:r>
        <w:t>داؤورککیاہے؟اللہ کاکام کرنا۔ تو اللہ سے اتنازیادہ تعلق آپکوپیدا ہوجائے کہاللہ کےکام کےلیےآپبالکل اٹھکھڑےہوں۔</w:t>
      </w:r>
    </w:p>
    <w:p>
      <w:r>
        <w:rPr>
          <w:b/>
        </w:rPr>
        <w:t xml:space="preserve">[1:09:01] </w:t>
      </w:r>
      <w:r>
        <w:t>yeh hai ashabe rasool. to jo aadmi aaj aisa karega woh inka, inka yani jannat mein inka saathi banega.</w:t>
      </w:r>
    </w:p>
    <w:p>
      <w:pPr>
        <w:jc w:val="right"/>
      </w:pPr>
      <w:r>
        <w:t>یہہے اصحابرسول۔ توجوآدمیآجایساکرےگا وہ انکا،انکا یعنیجنتمیںانکاساتھیبنےگا۔</w:t>
      </w:r>
    </w:p>
    <w:p>
      <w:r>
        <w:rPr>
          <w:b/>
        </w:rPr>
        <w:t xml:space="preserve">[1:09:11] </w:t>
      </w:r>
      <w:r>
        <w:t>wa hasuna ulaika rafeeqan This question is from Mr. Id ris from Delhi. Maulana, why is it not allowed to be hopeless even in tough times?</w:t>
      </w:r>
    </w:p>
    <w:p>
      <w:pPr>
        <w:jc w:val="right"/>
      </w:pPr>
      <w:r>
        <w:t>وحسن اولئکرفیقہ This question is from Mr. Id ris from Delhi. مول انا، whyisitnot allowedtobehopeless even in toughtimes?</w:t>
      </w:r>
    </w:p>
    <w:p>
      <w:r>
        <w:rPr>
          <w:b/>
        </w:rPr>
        <w:t xml:space="preserve">[1:09:27] </w:t>
      </w:r>
      <w:r>
        <w:t>dekhen, Allah taala ne is duniya ko opportunities se bhar diya hai.</w:t>
      </w:r>
    </w:p>
    <w:p>
      <w:pPr>
        <w:jc w:val="right"/>
      </w:pPr>
      <w:r>
        <w:t>دیکھیں، اللہ تعالیٰنے اسدنیا کو اپرچونیٹیسےبھردیاہے۔</w:t>
      </w:r>
    </w:p>
    <w:p>
      <w:r>
        <w:rPr>
          <w:b/>
        </w:rPr>
        <w:t xml:space="preserve">[1:09:36] </w:t>
      </w:r>
      <w:r>
        <w:t>koi bhi aisi situation nahi hai jahan ek opportunity aap ka intezar na kar rahi ho. aise haalat mein kaise aap ko right diya ja sakta hai ke aap ne kamal dalen?</w:t>
      </w:r>
    </w:p>
    <w:p>
      <w:pPr>
        <w:jc w:val="right"/>
      </w:pPr>
      <w:r>
        <w:t>کوئیبھی ایسی سچوئیشننہیںہےجہاںایک اپرچونیٹیآپکاانتظارنہکررہیہو۔ ایسےحالتمیں کیسےآپکو رائٹدیاجاسکتاہےکہآپنےکماڈالیں؟</w:t>
      </w:r>
    </w:p>
    <w:p>
      <w:r>
        <w:rPr>
          <w:b/>
        </w:rPr>
        <w:t xml:space="preserve">[1:09:48] </w:t>
      </w:r>
      <w:r>
        <w:t>mayoos ho jayen? dekhen, mayoosi kya hai? yeh self killing hai.</w:t>
      </w:r>
    </w:p>
    <w:p>
      <w:pPr>
        <w:jc w:val="right"/>
      </w:pPr>
      <w:r>
        <w:t>مایوسہوجائیں؟ دیکھیں، مایوسیکیاہے؟ یہ سیلفکلنگہے۔</w:t>
      </w:r>
    </w:p>
    <w:p>
      <w:r>
        <w:rPr>
          <w:b/>
        </w:rPr>
        <w:t xml:space="preserve">[1:09:57] </w:t>
      </w:r>
      <w:r>
        <w:t>yani ek hai physical killing, ek hai psychological killing. to frustration jo hai psychological killing hai aur suicide jo hai woh physical killing hai.</w:t>
      </w:r>
    </w:p>
    <w:p>
      <w:pPr>
        <w:jc w:val="right"/>
      </w:pPr>
      <w:r>
        <w:t>یعنی ایکہےفزیکلکل نگ،ایکہے سائیکلوجیکلکلنگ۔ تو فرسٹریشنجوہےسائیکلوجیکلکلنگہے اور سوسائیڈجوہےوہ فزیکلکلنگہے۔</w:t>
      </w:r>
    </w:p>
    <w:p>
      <w:r>
        <w:rPr>
          <w:b/>
        </w:rPr>
        <w:t xml:space="preserve">[1:10:09] </w:t>
      </w:r>
      <w:r>
        <w:t>donon hi Islam mein haram hain. kyunke jab opportunities itni zyada hain, itni zyada hain, itni zyada hain to aap mayoos hone ki kya baat hai? aap koshish kijiye.</w:t>
      </w:r>
    </w:p>
    <w:p>
      <w:pPr>
        <w:jc w:val="right"/>
      </w:pPr>
      <w:r>
        <w:t>دونوںہی اسلام میںحرامہیں۔ کیونکہجباپرچونیٹیاتنیزیادہہے،اتنیزیادہہے،اتنیزیادہ ہےتوآپ مایوسہونے کیکیا باتہے؟آپ کوششکیجئے۔</w:t>
      </w:r>
    </w:p>
    <w:p>
      <w:r>
        <w:rPr>
          <w:b/>
        </w:rPr>
        <w:t xml:space="preserve">[1:10:18] </w:t>
      </w:r>
      <w:r>
        <w:t>try, try, try again. to sach poochhen, yeh yeh yeh formula jo hai usko kehte hain try, try, try again</w:t>
      </w:r>
    </w:p>
    <w:p>
      <w:pPr>
        <w:jc w:val="right"/>
      </w:pPr>
      <w:r>
        <w:t>ٹرائی،ٹرائی،ٹرائیاگین۔ توسچپوچھیں،یہ یہ ییہیفارمولاجوہےاسکوکہتےہیںٹرائی،ٹرائی،ٹرائیاگین</w:t>
      </w:r>
    </w:p>
    <w:p>
      <w:r>
        <w:rPr>
          <w:b/>
        </w:rPr>
        <w:t xml:space="preserve">[1:10:25] </w:t>
      </w:r>
      <w:r>
        <w:t>. isi yahi formula hai jo Islam mein maan liya gaya hai.</w:t>
      </w:r>
    </w:p>
    <w:p>
      <w:pPr>
        <w:jc w:val="right"/>
      </w:pPr>
      <w:r>
        <w:t>۔ اسی یہیفارمولاہے جواسلام میں مانلیاگیاہے۔</w:t>
      </w:r>
    </w:p>
    <w:p>
      <w:r>
        <w:rPr>
          <w:b/>
        </w:rPr>
        <w:t xml:space="preserve">[1:10:32] </w:t>
      </w:r>
      <w:r>
        <w:t>koshish kijiye, koshish kijiye, koshish kijiye. aap ko rasta mil jayega. poori tareekh batati hai ke aadmi</w:t>
      </w:r>
    </w:p>
    <w:p>
      <w:pPr>
        <w:jc w:val="right"/>
      </w:pPr>
      <w:r>
        <w:t>کوششکیجئے،کوششکیجئے،کوششکیجئے۔ آپکوراستہملجائےگا۔ پوریتاریخ بت اتیہےکہآدمی</w:t>
      </w:r>
    </w:p>
    <w:p>
      <w:r>
        <w:rPr>
          <w:b/>
        </w:rPr>
        <w:t xml:space="preserve">[1:10:41] </w:t>
      </w:r>
      <w:r>
        <w:t>ek baar haarta hai, phir koshish kiya, doosra haara, phir koshish kiya, teesri baar haara, phir koshish kiya. yahan tak ke woh kamyaab ho gaya. to chunke Allah taala ne is duniya ko opportunity se bhar diya hai,</w:t>
      </w:r>
    </w:p>
    <w:p>
      <w:pPr>
        <w:jc w:val="right"/>
      </w:pPr>
      <w:r>
        <w:t>ایکبار ہارتاہے،پھرکوششکیا،دوسراہارا،پھرکوششکیا،تیسریبارہارا،پھرکوششکیا۔ یہاںتککہوہ کامیابہوگیا۔ تو چونکہاللہ تعالیٰنےاسدنیا کو اپرچونیٹیسےبھردیاہے،</w:t>
      </w:r>
    </w:p>
    <w:p>
      <w:r>
        <w:rPr>
          <w:b/>
        </w:rPr>
        <w:t xml:space="preserve">[1:10:52] </w:t>
      </w:r>
      <w:r>
        <w:t>is liye isne yeh haq nahi diya kisi insaan ko ke woh naumeed ho ya suicide kar le.</w:t>
      </w:r>
    </w:p>
    <w:p>
      <w:pPr>
        <w:jc w:val="right"/>
      </w:pPr>
      <w:r>
        <w:t>اسلیےاسنے یہحقنہیںدیاکسی انسانکو کہوہ ناامیدہو یا سوسائیڈکرلے۔</w:t>
      </w:r>
    </w:p>
    <w:p>
      <w:r>
        <w:rPr>
          <w:b/>
        </w:rPr>
        <w:t xml:space="preserve">[1:11:04] </w:t>
      </w:r>
      <w:r>
        <w:t>Maulana, his other question is that some people say Quran has all deen knowledge including science. Kindly comment on this. Yeh bilkul galat baat hai.</w:t>
      </w:r>
    </w:p>
    <w:p>
      <w:pPr>
        <w:jc w:val="right"/>
      </w:pPr>
      <w:r>
        <w:t>مول انا،his other question is that some people say قرآن ہیز آل دینالج انکلوڈنگ سائنس۔ کائنڈلی کمنٹاندس ۔یہبالکلغلطباتہے۔</w:t>
      </w:r>
    </w:p>
    <w:p>
      <w:r>
        <w:rPr>
          <w:b/>
        </w:rPr>
        <w:t xml:space="preserve">[1:11:16] </w:t>
      </w:r>
      <w:r>
        <w:t>Quran is not a book of science. Yeh bilkul stepped baat hai. Yeh</w:t>
      </w:r>
    </w:p>
    <w:p>
      <w:pPr>
        <w:jc w:val="right"/>
      </w:pPr>
      <w:r>
        <w:t>قرآنازناٹاےبکآفسائنس۔ یہبالکل سٹیپڈباتہے۔یہ</w:t>
      </w:r>
    </w:p>
    <w:p>
      <w:r>
        <w:rPr>
          <w:b/>
        </w:rPr>
        <w:t xml:space="preserve">[1:11:22] </w:t>
      </w:r>
      <w:r>
        <w:t>bilkul stepped baat hai. Jo baat hai woh sirf yeh hai ke Quran mein bohat si references hain Allah ke azmat ko batane ke liye, Allah ke creation ko batane ke liye.</w:t>
      </w:r>
    </w:p>
    <w:p>
      <w:pPr>
        <w:jc w:val="right"/>
      </w:pPr>
      <w:r>
        <w:t>بالکلسٹیپڈباتہے۔ جوباتہےوہصرفیہہے کہ قرآنمیں بہت سیریفر نسزہیں اللہ کے عظمتکوبتانےکےلیے ،اللہ کے کریشنکوبتانےکےلیے۔</w:t>
      </w:r>
    </w:p>
    <w:p>
      <w:r>
        <w:rPr>
          <w:b/>
        </w:rPr>
        <w:t xml:space="preserve">[1:11:39] </w:t>
      </w:r>
      <w:r>
        <w:t>to woh references jo wahein us waqt diye gaye thay jabke science paida nahi hui thi, centuries pehle.</w:t>
      </w:r>
    </w:p>
    <w:p>
      <w:pPr>
        <w:jc w:val="right"/>
      </w:pPr>
      <w:r>
        <w:t>تو وہ ریفر نسزجوہیں اسوقت دیےگئےتھےجبکہسائنس پیدا نہیںہوئیتھی، سیونسینچریمیں۔</w:t>
      </w:r>
    </w:p>
    <w:p>
      <w:r>
        <w:rPr>
          <w:b/>
        </w:rPr>
        <w:t xml:space="preserve">[1:11:47] </w:t>
      </w:r>
      <w:r>
        <w:t>Maslan Quran mein hai ke wa ja'alna minal maai kull shayyin hayyin. Hum ne har cheez banai paani se. Hum ne har zinda cheez ko banaya paani se.</w:t>
      </w:r>
    </w:p>
    <w:p>
      <w:pPr>
        <w:jc w:val="right"/>
      </w:pPr>
      <w:r>
        <w:t>مثلاً قرآنمیںہےکہ وج عل نا من الماءکل شيءہائی۔ ہمنےہرچیزبنائی پانیسے ۔ہمنےہرزندہچیزکوبن ایاپانیسے ۔</w:t>
      </w:r>
    </w:p>
    <w:p>
      <w:r>
        <w:rPr>
          <w:b/>
        </w:rPr>
        <w:t xml:space="preserve">[1:12:00] </w:t>
      </w:r>
      <w:r>
        <w:t>us waqt insaan nahi jaanta tha. us waqt yeh jaanta tha ke insaan ke andar gosht hai, khoon hai, haddi hai. to yeh nahi tha ke yeh body hamara sab paani paani hai.</w:t>
      </w:r>
    </w:p>
    <w:p>
      <w:pPr>
        <w:jc w:val="right"/>
      </w:pPr>
      <w:r>
        <w:t>اسوقت انساننہیںجانتاتھا۔ اسوقتیہجانتاتھاکہانسانکےاندر گوشتہے، خونہے،ہ ڈیہے۔ تویہنہیںتھا کہیہباڈیہماراسبپانیپانیہے۔</w:t>
      </w:r>
    </w:p>
    <w:p>
      <w:r>
        <w:rPr>
          <w:b/>
        </w:rPr>
        <w:t xml:space="preserve">[1:12:11] </w:t>
      </w:r>
      <w:r>
        <w:t>yani more than 80 percent hamara body paani hai. yeh koi jaanta nahi tha.</w:t>
      </w:r>
    </w:p>
    <w:p>
      <w:pPr>
        <w:jc w:val="right"/>
      </w:pPr>
      <w:r>
        <w:t>یعنیموردین80پرسنٹہماراباڈیپانیہے۔ یہکوئیجانتانہیںتھا۔</w:t>
      </w:r>
    </w:p>
    <w:p>
      <w:r>
        <w:rPr>
          <w:b/>
        </w:rPr>
        <w:t xml:space="preserve">[1:12:17] </w:t>
      </w:r>
      <w:r>
        <w:t>to is zamane mein jab ke insaan ko yeh pata nahi tha, us waqt Quran mein yeh aayat utri. ab science ki discoveries se iski, iski science ki discovery ne isko confirm kar diya ke yeh baat sahi thi.</w:t>
      </w:r>
    </w:p>
    <w:p>
      <w:pPr>
        <w:jc w:val="right"/>
      </w:pPr>
      <w:r>
        <w:t>تو اس زمان ےمیں جب کہانسان کویہ پتہنہیں تھا، اس وقت قرآنمیںیہآیت اتری۔ اب سائنسکیڈسکوریسےاسکی،اسکی سائنسکیڈسکورینےاسکوکنفرمکردیا کہیہباتصحیحتھی۔</w:t>
      </w:r>
    </w:p>
    <w:p>
      <w:r>
        <w:rPr>
          <w:b/>
        </w:rPr>
        <w:t xml:space="preserve">[1:12:31] </w:t>
      </w:r>
      <w:r>
        <w:t>is sense mein Quran mein references hain science ke. is sense mein nahi ke Quran mein chemistry hai, Quran mein physics hai, Quran mein astronomy. Yeh sab galat baatein hain.</w:t>
      </w:r>
    </w:p>
    <w:p>
      <w:pPr>
        <w:jc w:val="right"/>
      </w:pPr>
      <w:r>
        <w:t>اسسینسمیں قرآنمیںریفرنسزہیں سائنسکے ۔ اسسینسمیںنہیںکہقرآنمیں کیمسٹریہے،قرآنمیں فزکسہے، قرآنمیں ایسٹرانومی۔یہسبغلطباتیںہیں۔</w:t>
      </w:r>
    </w:p>
    <w:p>
      <w:r>
        <w:rPr>
          <w:b/>
        </w:rPr>
        <w:t xml:space="preserve">[1:12:46] </w:t>
      </w:r>
      <w:r>
        <w:t>This question is from Dr. Farida Khanum from Delhi. Members of the CPS team feel that they are not able to perform Dawa work to the best of their abilities.</w:t>
      </w:r>
    </w:p>
    <w:p>
      <w:pPr>
        <w:jc w:val="right"/>
      </w:pPr>
      <w:r>
        <w:t>This question is from Dr. Farida Khanumfrom Delhi. Memb ersofthe CPS team feel that theyarenot able to perform Dawa work tothebest oftheirabilities.</w:t>
      </w:r>
    </w:p>
    <w:p>
      <w:r>
        <w:rPr>
          <w:b/>
        </w:rPr>
        <w:t xml:space="preserve">[1:12:59] </w:t>
      </w:r>
      <w:r>
        <w:t>What is your advice to them?</w:t>
      </w:r>
    </w:p>
    <w:p>
      <w:pPr>
        <w:jc w:val="right"/>
      </w:pPr>
      <w:r>
        <w:t>Whatisyouradv icetothem ?</w:t>
      </w:r>
    </w:p>
    <w:p>
      <w:r>
        <w:rPr>
          <w:b/>
        </w:rPr>
        <w:t xml:space="preserve">[1:13:06] </w:t>
      </w:r>
      <w:r>
        <w:t>Dekhein, ek baat bohat important mein aap ko kehna chahta hoon.</w:t>
      </w:r>
    </w:p>
    <w:p>
      <w:pPr>
        <w:jc w:val="right"/>
      </w:pPr>
      <w:r>
        <w:t>دیکھیں،ایکباتبہت امپورٹنٹمیںآپکوکہناچاہتاہوں۔</w:t>
      </w:r>
    </w:p>
    <w:p>
      <w:r>
        <w:rPr>
          <w:b/>
        </w:rPr>
        <w:t xml:space="preserve">[1:13:10] </w:t>
      </w:r>
      <w:r>
        <w:t>Jaise maine aaj kaha ke probably the prediction of Ikhwan Rasool applies to this team.</w:t>
      </w:r>
    </w:p>
    <w:p>
      <w:pPr>
        <w:jc w:val="right"/>
      </w:pPr>
      <w:r>
        <w:t>جیسےمیںنےآجکہا کہ probab ly thepred ictionof Ikhwan Rasool applies to this te am.</w:t>
      </w:r>
    </w:p>
    <w:p>
      <w:r>
        <w:rPr>
          <w:b/>
        </w:rPr>
        <w:t xml:space="preserve">[1:13:24] </w:t>
      </w:r>
      <w:r>
        <w:t>to koi shakhs sochega ke bhai yeh team jo hai ideal to hai nahi, perfect to hai nahi. to perfect koi bhi team nahi hoti hai. including prophet team.</w:t>
      </w:r>
    </w:p>
    <w:p>
      <w:pPr>
        <w:jc w:val="right"/>
      </w:pPr>
      <w:r>
        <w:t>تو کوئیشخص سوچےگاکہبھئییہٹیمجوہےآئیڈیلتوہےنہیں، پرفیکٹتوہےنہیں۔ تو پرفیکٹ کوئیبھیٹیم نہیںہوتیہے۔ انکلوڈنگپرافیٹکٹیم ۔</w:t>
      </w:r>
    </w:p>
    <w:p>
      <w:r>
        <w:rPr>
          <w:b/>
        </w:rPr>
        <w:t xml:space="preserve">[1:13:36] </w:t>
      </w:r>
      <w:r>
        <w:t>Ek baat bohat important samajhni chahiye aap ko ke koi team jo uthe anzar o tafseer ke liye, agar woh bilkul perfect ho, ideal ho, to Khuda ki scheme ke khilaaf ho jayega woh.</w:t>
      </w:r>
    </w:p>
    <w:p>
      <w:pPr>
        <w:jc w:val="right"/>
      </w:pPr>
      <w:r>
        <w:t>ایکباتبہت امپورٹنٹسمجھنیچاہیےآپکو کہ کوئی ٹیم جو اٹھےانظاروتفسیرکےلیے ،اگر وہبالکل پرفیکٹہو،آئیڈیلہو ، تو خداکیاسکیمکےخلاف ہوجائےگاوہ۔</w:t>
      </w:r>
    </w:p>
    <w:p>
      <w:r>
        <w:rPr>
          <w:b/>
        </w:rPr>
        <w:t xml:space="preserve">[1:13:50] </w:t>
      </w:r>
      <w:r>
        <w:t>Kyunke Khuda ki scheme yeh hai ke jisko kaha gaya hai ke al tabas yani element of doubt, element of doubt baqi rahe. element of doubt baqi rahe.</w:t>
      </w:r>
    </w:p>
    <w:p>
      <w:pPr>
        <w:jc w:val="right"/>
      </w:pPr>
      <w:r>
        <w:t>کیونکہخداکیاسکیمیہہےکہ جسکوکہاگیاہےکہ الت باس یعنیایلیمنٹآفڈاؤٹ، ایلیمنٹآف ڈاؤٹباقیرہے۔ ایلیمنٹآفڈاؤٹباقیرہے۔</w:t>
      </w:r>
    </w:p>
    <w:p>
      <w:r>
        <w:rPr>
          <w:b/>
        </w:rPr>
        <w:t xml:space="preserve">[1:14:03] </w:t>
      </w:r>
      <w:r>
        <w:t>Isi liye prophet ke zamane mein bhi toota phoota hi sab mamla hota tha. Yeh mat samjhiye ke prophet ke zamane mein toota phoota mamla nahi hota tha.</w:t>
      </w:r>
    </w:p>
    <w:p>
      <w:pPr>
        <w:jc w:val="right"/>
      </w:pPr>
      <w:r>
        <w:t>اسیلیے پرافٹکےزمانےمیںبھی ٹوٹاپھوٹاہیسبمعاملہہوتاتھا۔ یہمتسمجھیےکہپرافٹکےزمانےمیں ٹوٹاپھوٹامعاملہنہیںہوتاتھا۔</w:t>
      </w:r>
    </w:p>
    <w:p>
      <w:r>
        <w:rPr>
          <w:b/>
        </w:rPr>
        <w:t xml:space="preserve">[1:14:16] </w:t>
      </w:r>
      <w:r>
        <w:t>Pakistan jab bana to Mr. M. A. Jinnah ne kaha tha ke you are given a truncated Pakistan. to truncated poori life hua karti hai. aap dekhein is duniya mein</w:t>
      </w:r>
    </w:p>
    <w:p>
      <w:pPr>
        <w:jc w:val="right"/>
      </w:pPr>
      <w:r>
        <w:t>پاکستان جببناتومسٹرممبلیجناحنےکہاتھاکہ کہ youaregiven a trunc ated Pakistan. تو ٹرن کیٹڈپوریلائفہواکرتیہے۔آپدیکھیںاسدنیا میں</w:t>
      </w:r>
    </w:p>
    <w:p>
      <w:r>
        <w:rPr>
          <w:b/>
        </w:rPr>
        <w:t xml:space="preserve">[1:14:28] </w:t>
      </w:r>
      <w:r>
        <w:t>Kyun? Is liye ke agar aisa na ho to phir ek test khatam ho jaye. Yani prophet ke zamane mein sab acha agar bilkul perfect hota, bilkul ideal hota to phir phir aap ko yani kaun hai jo aap ko na pehchanta?</w:t>
      </w:r>
    </w:p>
    <w:p>
      <w:pPr>
        <w:jc w:val="right"/>
      </w:pPr>
      <w:r>
        <w:t>۔کیوں ؟اسلیےکہاگر ایسا نہہو تو توپھر ایکٹیسٹ ختمہوجائے۔ یعنیپرافٹکےزمانےمیںسبکچھاگربالکلپرفیکٹہوتا،بالکلآئیڈیلہوتا تو پھر پھر آپکو یعنی کون ہے جوآپکونہپہچانتا؟</w:t>
      </w:r>
    </w:p>
    <w:p>
      <w:r>
        <w:rPr>
          <w:b/>
        </w:rPr>
        <w:t xml:space="preserve">[1:14:48] </w:t>
      </w:r>
      <w:r>
        <w:t>Kaun hai jo kehta ke ya Rasool Allah mujh ko na</w:t>
      </w:r>
    </w:p>
    <w:p>
      <w:pPr>
        <w:jc w:val="right"/>
      </w:pPr>
      <w:r>
        <w:t>کونہےجو کہتا کہ يارس ول اللهمج نون</w:t>
      </w:r>
    </w:p>
    <w:p>
      <w:r>
        <w:rPr>
          <w:b/>
        </w:rPr>
        <w:t xml:space="preserve">[1:14:55] </w:t>
      </w:r>
      <w:r>
        <w:t>Yaani har cheez agar perfect hoti to har aadmi pehchan leta. Ek baat mein arz karoon ke hadith mein aata hai ke Sahaba ne poocha Rasool Allah se ke kiya qayamt mein hum Khuda ko dekhenge?</w:t>
      </w:r>
    </w:p>
    <w:p>
      <w:pPr>
        <w:jc w:val="right"/>
      </w:pPr>
      <w:r>
        <w:t>یعنیہرچیزاگرپرفیکٹہوتیتو ہرآدمی پہچانلیتا۔ ایکباتمیںعرضکروںکہحدیثمیںآتاہےکہ صحابہنےپوچھارسولاللہسے کہکیا قیامتمیں ہم خداکودیکھیںگے ؟</w:t>
      </w:r>
    </w:p>
    <w:p>
      <w:r>
        <w:rPr>
          <w:b/>
        </w:rPr>
        <w:t xml:space="preserve">[1:15:10] </w:t>
      </w:r>
      <w:r>
        <w:t>to aapne farmaya ke haan, isi tarah dekho jis tarah tum chand aur suraj ko dekhte ho . iska matlab kya hai ? yeh mushahida ma'rifat ki baat hai . is duniya mein hum khuda ki ma'rifat hasil karte hain ghayb ki satah par .</w:t>
      </w:r>
    </w:p>
    <w:p>
      <w:pPr>
        <w:jc w:val="right"/>
      </w:pPr>
      <w:r>
        <w:t>توآپنےفرمایاکہہاں،اسیطرحدیکھوجسطرحتم چانداورسورجکودیکھتےہو ۔ اسکامطلبکیاہے ؟ یہ مشاہدہمعرفتکیباتہے۔ اسدنیا میںہمخدا کی معرفت حاصل کرتے ہیں غیبکیسطح پر۔</w:t>
      </w:r>
    </w:p>
    <w:p>
      <w:r>
        <w:rPr>
          <w:b/>
        </w:rPr>
        <w:t xml:space="preserve">[1:15:26] </w:t>
      </w:r>
      <w:r>
        <w:t>qayamat mein hamein ma'rifat hasil hogi mushahide ki satah par . yeh nahi ke jaise chand suraj dekhna hai, aisi poori khuda ki hasti ko dekh lenge hum .</w:t>
      </w:r>
    </w:p>
    <w:p>
      <w:pPr>
        <w:jc w:val="right"/>
      </w:pPr>
      <w:r>
        <w:t>قیامتمیںہمیںمعرفتحاصل ہوگیمشاہدےکیسطح پر۔ یہنہیں کہجیسےچاندسورجدیکھناہے،ایسی پوریخداکیہستیکودیکھلیںگےہم۔</w:t>
      </w:r>
    </w:p>
    <w:p>
      <w:r>
        <w:rPr>
          <w:b/>
        </w:rPr>
        <w:t xml:space="preserve">[1:15:34] </w:t>
      </w:r>
      <w:r>
        <w:t>khuda ki hasti itni bari hai, itni bari hai ke hum kabhi bhi isko dekh nahi payenge . yeh suraj chand ko hum dekh lete hain ek dam ke aisa gol sa hai woh .</w:t>
      </w:r>
    </w:p>
    <w:p>
      <w:pPr>
        <w:jc w:val="right"/>
      </w:pPr>
      <w:r>
        <w:t>خدا کیہستیاتنیبڑیہے،اتنیبڑیہےکہہمکبھیبھیاسکودیکھنہیںپائیںگے۔ یہ س ورج چاندکوہمدیکھلیتےہیںایکدم کہ ایسا گولساہےوہ۔</w:t>
      </w:r>
    </w:p>
    <w:p>
      <w:r>
        <w:rPr>
          <w:b/>
        </w:rPr>
        <w:t xml:space="preserve">[1:15:44] </w:t>
      </w:r>
      <w:r>
        <w:t>aisa nahi dekh payenge khuda ko kabhi bhi . lekin is duniya mein hamein jo realization hota hai, realization woh hota hai ghayb ki satah par .</w:t>
      </w:r>
    </w:p>
    <w:p>
      <w:pPr>
        <w:jc w:val="right"/>
      </w:pPr>
      <w:r>
        <w:t>ایسانہیںدیکھپائیںگےخداکوکبھیبھی۔ لیکن اس دنیا میں ہمیں جو ریلائزیشنہوتاہے،ریلائزیشن وہ ہوتاہے غیبکیسطح پر۔</w:t>
      </w:r>
    </w:p>
    <w:p>
      <w:r>
        <w:rPr>
          <w:b/>
        </w:rPr>
        <w:t xml:space="preserve">[1:15:58] </w:t>
      </w:r>
      <w:r>
        <w:t>yaani in seen ke satah par . kya</w:t>
      </w:r>
    </w:p>
    <w:p>
      <w:pPr>
        <w:jc w:val="right"/>
      </w:pPr>
      <w:r>
        <w:t>یعنیان سین کے سطح پر۔ کیا</w:t>
      </w:r>
    </w:p>
    <w:p>
      <w:r>
        <w:rPr>
          <w:b/>
        </w:rPr>
        <w:t xml:space="preserve">[1:16:02] </w:t>
      </w:r>
      <w:r>
        <w:t>qayamat mein yeh hoga ke khuda ka realization humko ho jayega seen ki satah par ? yaani mushahadati ma'rifat hasil ho jayegi wahan unhein .</w:t>
      </w:r>
    </w:p>
    <w:p>
      <w:pPr>
        <w:jc w:val="right"/>
      </w:pPr>
      <w:r>
        <w:t>قیامتمیںیہہوگاکہخدا کا کاریلائزیشنہمکوہوجائےگا سین کیسطح پر ؟یعنی مشاہداتی معرفتحاصل ہوجائےگیوہاںمیں۔</w:t>
      </w:r>
    </w:p>
    <w:p>
      <w:r>
        <w:rPr>
          <w:b/>
        </w:rPr>
        <w:t xml:space="preserve">[1:16:12] </w:t>
      </w:r>
      <w:r>
        <w:t>to is duniya mein yaad rakhiye, kabhi bhi aisa nahi ho sakta ke koi koi system, koi organization perfect ho jaye bilkul . na na profit ki bhi aisi nahi thi .</w:t>
      </w:r>
    </w:p>
    <w:p>
      <w:pPr>
        <w:jc w:val="right"/>
      </w:pPr>
      <w:r>
        <w:t>تواسدنیا میںیادرکھیے،کبھیبھیایسانہیںہوسکتاکہ کوئی کوئی سسٹم،کوئیارگنائزیشن پرفیکٹہوجائےبالکل ۔ نہ نہ پرافٹکیبھیایسینہیںتھی۔</w:t>
      </w:r>
    </w:p>
    <w:p>
      <w:r>
        <w:rPr>
          <w:b/>
        </w:rPr>
        <w:t xml:space="preserve">[1:16:24] </w:t>
      </w:r>
      <w:r>
        <w:t>jo log yeh na jaane, woh history ko nahi jaante woh . aur khuda ki scheme ko bhi nahi jaante woh .</w:t>
      </w:r>
    </w:p>
    <w:p>
      <w:pPr>
        <w:jc w:val="right"/>
      </w:pPr>
      <w:r>
        <w:t>جولوگ یہنہجانے، وہہسٹریکونہیںجانتےوہ۔ اورخداکیاسکیمکوبھینہیںجانتےوہ۔</w:t>
      </w:r>
    </w:p>
    <w:p>
      <w:r>
        <w:rPr>
          <w:b/>
        </w:rPr>
        <w:t xml:space="preserve">[1:16:31] </w:t>
      </w:r>
      <w:r>
        <w:t>to is zamane mein bhi jo tha, woh aise hi tha . to is duniya mein sab kuch truncated reh gaya, yaad rakhiye . taake taake taake test baqi rahe .</w:t>
      </w:r>
    </w:p>
    <w:p>
      <w:pPr>
        <w:jc w:val="right"/>
      </w:pPr>
      <w:r>
        <w:t>تو اس زمان ےمیںبھیجوتھا، وہ ایسےہیتھا۔ تواسدنیا میںسبکچھٹرنکیٹڈہیرہگیا،یادرکھیے۔ تاکہ تاکہ تاکہ ٹیسٹ باقیرہے۔</w:t>
      </w:r>
    </w:p>
    <w:p>
      <w:r>
        <w:rPr>
          <w:b/>
        </w:rPr>
        <w:t xml:space="preserve">[1:16:42] </w:t>
      </w:r>
      <w:r>
        <w:t>taake element of doubt baqi rahe . element of doubt baqi rahe . isi liye idhar yaani demand thi ke ke khuda ki taraf se angel aaye, farishta .</w:t>
      </w:r>
    </w:p>
    <w:p>
      <w:pPr>
        <w:jc w:val="right"/>
      </w:pPr>
      <w:r>
        <w:t>تاکہایلیمنٹآفڈاؤٹباقیرہے۔ ایلیمنٹآفڈاؤٹباقیرہے۔ اسیلیے ادھر یعنی ڈیمانڈکیتھیکہ کہخداکیطرفسےاینجلآئے، فرشتہ۔</w:t>
      </w:r>
    </w:p>
    <w:p>
      <w:r>
        <w:rPr>
          <w:b/>
        </w:rPr>
        <w:t xml:space="preserve">[1:16:57] </w:t>
      </w:r>
      <w:r>
        <w:t>yeh insaan ek khada ho gaya ke ta hai ke mein paighambar</w:t>
      </w:r>
    </w:p>
    <w:p>
      <w:pPr>
        <w:jc w:val="right"/>
      </w:pPr>
      <w:r>
        <w:t>یہانسان ایک کھڑاہوگیاکہ تاہےکہمیںپیغمبر</w:t>
      </w:r>
    </w:p>
    <w:p>
      <w:r>
        <w:rPr>
          <w:b/>
        </w:rPr>
        <w:t xml:space="preserve">[1:17:00] </w:t>
      </w:r>
      <w:r>
        <w:t>hoon . hamare samne aata na dein . yeh to hamare jaisa insaan hai . hum kaise maane ke paighambar hai ? angel aana chahiye, angel . to khuda ne kaha aisa kabhi nahi ho sakta .</w:t>
      </w:r>
    </w:p>
    <w:p>
      <w:pPr>
        <w:jc w:val="right"/>
      </w:pPr>
      <w:r>
        <w:t>ہوں۔ ہمارےسامنے آتانہیں۔ یہتوہمارےجیساانسانہے۔ ہمکیسےمانیںکہپیغمبرہے؟اینجل آناچاہیے،اینجل ۔ تو خدانےکہاایساکبھینہیںہوسکتا۔</w:t>
      </w:r>
    </w:p>
    <w:p>
      <w:r>
        <w:rPr>
          <w:b/>
        </w:rPr>
        <w:t xml:space="preserve">[1:17:11] </w:t>
      </w:r>
      <w:r>
        <w:t>ab angel aayega to insaan ki shakal mein aayega . ab ghaur kijiye ke angel apni asli shakal mein aajaye . yaani woh angel jo hamare pahad ko utha kar phenk sakta hai .</w:t>
      </w:r>
    </w:p>
    <w:p>
      <w:pPr>
        <w:jc w:val="right"/>
      </w:pPr>
      <w:r>
        <w:t>اباینجلآئےگاتوانسان کیشکلمیںآئےگا۔ ابغورکیجئےکہاینجل اپنی اصلیشکلمیںآجائے۔ یعنیوہاینجلجو ہمارے پہاڑکواٹھاکر پھینکسکتاہے۔</w:t>
      </w:r>
    </w:p>
    <w:p>
      <w:r>
        <w:rPr>
          <w:b/>
        </w:rPr>
        <w:t xml:space="preserve">[1:17:21] </w:t>
      </w:r>
      <w:r>
        <w:t>jo angel jo saare insaanon ko apne uthe mein le kar ke samandar mein dubo sakta hai . woh achanak samne aa jaye to kya test baqi rahega ? woh kahe ke maano khuda ko, khuda ek hai .</w:t>
      </w:r>
    </w:p>
    <w:p>
      <w:pPr>
        <w:jc w:val="right"/>
      </w:pPr>
      <w:r>
        <w:t>جو اینجلجو سارےانسانوںکواپنےاٹھےمیںلےکرکے سمندرمیںڈبوسکتاہے۔ وہ اچانکسامنےآجائےتو کیاٹیسٹ باقیرہےگا؟ وہ کہےکہمانوخداکو،خداایکہے۔</w:t>
      </w:r>
    </w:p>
    <w:p>
      <w:r>
        <w:rPr>
          <w:b/>
        </w:rPr>
        <w:t xml:space="preserve">[1:17:33] </w:t>
      </w:r>
      <w:r>
        <w:t>to kya test baqi rahega ? kaun inkar karega ? mujhe bataiye .</w:t>
      </w:r>
    </w:p>
    <w:p>
      <w:pPr>
        <w:jc w:val="right"/>
      </w:pPr>
      <w:r>
        <w:t>توکیا ٹیسٹ باقیرہےگا؟ کون انکارکرےگا؟مجھےبتائیے۔</w:t>
      </w:r>
    </w:p>
    <w:p>
      <w:r>
        <w:rPr>
          <w:b/>
        </w:rPr>
        <w:t xml:space="preserve">[1:17:38] </w:t>
      </w:r>
      <w:r>
        <w:t>to angel ki satah par nahi wahi aati . insaan ki satah par wahi aati hai .</w:t>
      </w:r>
    </w:p>
    <w:p>
      <w:pPr>
        <w:jc w:val="right"/>
      </w:pPr>
      <w:r>
        <w:t>تو اینجل کیسطح پرنہیں وحیآتی۔انسان کیسطح پروحیآتیہے۔</w:t>
      </w:r>
    </w:p>
    <w:p>
      <w:r>
        <w:rPr>
          <w:b/>
        </w:rPr>
        <w:t xml:space="preserve">[1:17:46] </w:t>
      </w:r>
      <w:r>
        <w:t>isi ko maine kaha ke truncated satah par sab kuch hota hai .</w:t>
      </w:r>
    </w:p>
    <w:p>
      <w:pPr>
        <w:jc w:val="right"/>
      </w:pPr>
      <w:r>
        <w:t>اسیکومیںنےکہاکہٹرنکیٹڈسطح پرسبکچھہوتاہے۔</w:t>
      </w:r>
    </w:p>
    <w:p>
      <w:r>
        <w:rPr>
          <w:b/>
        </w:rPr>
        <w:t xml:space="preserve">[1:17:52] </w:t>
      </w:r>
      <w:r>
        <w:t>pakistan ko nahi truncated land mili thi . india ko mili thi . jo india tha, sab sab continent jo tha, woh kata phata mila tha isko .</w:t>
      </w:r>
    </w:p>
    <w:p>
      <w:pPr>
        <w:jc w:val="right"/>
      </w:pPr>
      <w:r>
        <w:t>پاکستانی کونہیںٹرنکیٹڈ لینڈملی تھی۔انڈیاکوملی تھی۔ جو انڈیاتھا، سبسب کانٹیننٹجوتھا،وہ کٹاپھٹاملاتھااسکو ۔</w:t>
      </w:r>
    </w:p>
    <w:p>
      <w:r>
        <w:rPr>
          <w:b/>
        </w:rPr>
        <w:t xml:space="preserve">[1:18:02] </w:t>
      </w:r>
      <w:r>
        <w:t>ismein isne develop kiya isko .</w:t>
      </w:r>
    </w:p>
    <w:p>
      <w:pPr>
        <w:jc w:val="right"/>
      </w:pPr>
      <w:r>
        <w:t>اسمیں اسنےڈیولپکیا اسکو۔</w:t>
      </w:r>
    </w:p>
    <w:p>
      <w:r>
        <w:rPr>
          <w:b/>
        </w:rPr>
        <w:t xml:space="preserve">[1:18:05] </w:t>
      </w:r>
      <w:r>
        <w:t>to is duniya mein yaad rakhiye, cheezein aapko kabhi bhi perfection mein nahi milti hain . koi system perfect nahi hota hai . koi organization perfect nahi hoti hai .</w:t>
      </w:r>
    </w:p>
    <w:p>
      <w:pPr>
        <w:jc w:val="right"/>
      </w:pPr>
      <w:r>
        <w:t>تواس دنیا میں یادرکھیے، چیزیںآپکو کبھیبھی پرفیکشنمیںنہیںملتیہیں۔ کوئیسسٹمپرفیکٹنہیںہوتاہے۔ کوئی ارگنائزیشنپرفیکٹنہیںہوتیہے۔</w:t>
      </w:r>
    </w:p>
    <w:p>
      <w:r>
        <w:rPr>
          <w:b/>
        </w:rPr>
        <w:t xml:space="preserve">[1:18:16] </w:t>
      </w:r>
      <w:r>
        <w:t>to aap yeh shaitan aapko na behkave . are bhai, hum to kiya hain ? hum to kuch bhi nahi hain . nahi, aapko yakeen hona chahiye, conviction ke saath aage badhna chahiye aapko .</w:t>
      </w:r>
    </w:p>
    <w:p>
      <w:pPr>
        <w:jc w:val="right"/>
      </w:pPr>
      <w:r>
        <w:t>تو آپ یہ شیطانآپکونہبہکاوے۔ ارےبھائی،ہمتوکیاہیں؟ہمتوکچھبھینہیںہیں۔ نہیں ،آپکویقینہوناچاہیے،کنوکشنکےساتھآگےبڑھناچاہیےآپکو۔</w:t>
      </w:r>
    </w:p>
    <w:p>
      <w:r>
        <w:rPr>
          <w:b/>
        </w:rPr>
        <w:t xml:space="preserve">[1:18:25] </w:t>
      </w:r>
      <w:r>
        <w:t>yeh bhi ek shaitan ka fareb hai, yeh fareb . are bhai, hum to kuch bhi nahi hain .</w:t>
      </w:r>
    </w:p>
    <w:p>
      <w:pPr>
        <w:jc w:val="right"/>
      </w:pPr>
      <w:r>
        <w:t>یہبھیایکشیطانکا فریبہے،یہ فریب۔ ارےبھائی،ہمتوکچھبھینہیںہیں۔</w:t>
      </w:r>
    </w:p>
    <w:p>
      <w:r>
        <w:rPr>
          <w:b/>
        </w:rPr>
        <w:t xml:space="preserve">[1:18:31] </w:t>
      </w:r>
      <w:r>
        <w:t>agar aisa hota to khuda farishte bhejta, bhai, aap insaan ke ek humalian personality aati, farishte ki shakal mein .</w:t>
      </w:r>
    </w:p>
    <w:p>
      <w:pPr>
        <w:jc w:val="right"/>
      </w:pPr>
      <w:r>
        <w:t>اگر ایساہوتاتوخدافرشتے بھیجتا،بھئی،آپانسان کے ایک ہمال ینپرسنیلٹیآتی ،فرشتےکیشکلمیں۔</w:t>
      </w:r>
    </w:p>
    <w:p>
      <w:r>
        <w:rPr>
          <w:b/>
        </w:rPr>
        <w:t xml:space="preserve">[1:18:40] </w:t>
      </w:r>
      <w:r>
        <w:t>to phir test kis baat ka hota hai ? mujhe bataiye .</w:t>
      </w:r>
    </w:p>
    <w:p>
      <w:pPr>
        <w:jc w:val="right"/>
      </w:pPr>
      <w:r>
        <w:t>تو پھرٹیسٹ کسباتکاہوتاہے؟مجھےبتائیے۔</w:t>
      </w:r>
    </w:p>
    <w:p>
      <w:r>
        <w:rPr>
          <w:b/>
        </w:rPr>
        <w:t xml:space="preserve">[1:18:44] </w:t>
      </w:r>
      <w:r>
        <w:t>paighambar ke bajaye agar ek humalian personality aati to aur bijli garaj aur aur ke saath bolta, woh jaise bijli garajti hai aur saare har taraf ho jata hai hangama .</w:t>
      </w:r>
    </w:p>
    <w:p>
      <w:pPr>
        <w:jc w:val="right"/>
      </w:pPr>
      <w:r>
        <w:t>پیغمبر کےبجائےاگر ایکہمالینپرسنیلٹیآتی تو اور بجلیکیگرجاور اور کےساتھ بول تا،وہ جیسے بجلیگرجتیہے اور سارے ہرطرف ہوجاتاہے ہنگامہ۔</w:t>
      </w:r>
    </w:p>
    <w:p>
      <w:r>
        <w:rPr>
          <w:b/>
        </w:rPr>
        <w:t xml:space="preserve">[1:19:02] </w:t>
      </w:r>
      <w:r>
        <w:t>to test kasbaat ka hota hai? is duniya mein har cheez imperfect hai gi. har cheez is din less din ideal rahe ga woh.</w:t>
      </w:r>
    </w:p>
    <w:p>
      <w:pPr>
        <w:jc w:val="right"/>
      </w:pPr>
      <w:r>
        <w:t>تو ٹیسٹ کسباتکاہوتاہے؟ اسدنیا میںہرچیز امپرفیکٹرہےگی۔ ہر چیزاسدن لیسدینآئیڈیلرہےگاوہ۔</w:t>
      </w:r>
    </w:p>
    <w:p>
      <w:r>
        <w:rPr>
          <w:b/>
        </w:rPr>
        <w:t xml:space="preserve">[1:19:13] </w:t>
      </w:r>
      <w:r>
        <w:t>to in theory aap ko ideals, in theory aap ko perfect banana hai. yaani aap ko poora yaqeen hona chahiye Khuda ke wajood par. poora yaqeen hona chahiye jannat o dozakh par.</w:t>
      </w:r>
    </w:p>
    <w:p>
      <w:pPr>
        <w:jc w:val="right"/>
      </w:pPr>
      <w:r>
        <w:t>تو ان تھی وریآپکو آئیڈیلز، انتھیوریآپکو پرفیکٹبنناہے۔ یعنیآپکوپورایقینہوناچاہیےخداکے وجود پر ۔پورایقینہوناچاہیے جنتاوردوزخپر ۔</w:t>
      </w:r>
    </w:p>
    <w:p>
      <w:r>
        <w:rPr>
          <w:b/>
        </w:rPr>
        <w:t xml:space="preserve">[1:19:24] </w:t>
      </w:r>
      <w:r>
        <w:t>poora yaqeen hona chahiye accountability par. is sense mein aap ko perfect hona chahiye. lekin practice tor par aap kabhi bhi perfect namoona nahi pesh kar sakte.</w:t>
      </w:r>
    </w:p>
    <w:p>
      <w:pPr>
        <w:jc w:val="right"/>
      </w:pPr>
      <w:r>
        <w:t>پورایقینہوناچاہیےاکاؤنٹیبلٹیپر ۔ اس سینسمیںآپکوپرفیکٹہوناچاہیے۔ لیکن پریکٹیکلطورپرآپ کبھیبھیپرفیکٹ نمونہنہیں پیشکرسکتے۔</w:t>
      </w:r>
    </w:p>
    <w:p>
      <w:r>
        <w:rPr>
          <w:b/>
        </w:rPr>
        <w:t xml:space="preserve">[1:19:36] </w:t>
      </w:r>
      <w:r>
        <w:t>This question is from Mr. Nafeesh Shiraz from Delhi.</w:t>
      </w:r>
    </w:p>
    <w:p>
      <w:pPr>
        <w:jc w:val="right"/>
      </w:pPr>
      <w:r>
        <w:t>This question is from Mr. NafeeshShiraz from Delhi.</w:t>
      </w:r>
    </w:p>
    <w:p>
      <w:r>
        <w:rPr>
          <w:b/>
        </w:rPr>
        <w:t xml:space="preserve">[1:19:41] </w:t>
      </w:r>
      <w:r>
        <w:t>auratein kaan mein earring, naak mein nosepin, gale mein necklace, haath mein bangles aur pair mein anklet pehenti hain.</w:t>
      </w:r>
    </w:p>
    <w:p>
      <w:pPr>
        <w:jc w:val="right"/>
      </w:pPr>
      <w:r>
        <w:t>ع ورتیں کان میں ایئرنگ، ناکمیں نوزپن، گلےمیںنیک لس، ہاتھمیں بین گلزاور پیرمیں اینکلیٹ پہنتیہیں۔</w:t>
      </w:r>
    </w:p>
    <w:p>
      <w:r>
        <w:rPr>
          <w:b/>
        </w:rPr>
        <w:t xml:space="preserve">[1:19:51] </w:t>
      </w:r>
      <w:r>
        <w:t>kya in sab cheezon ka use shariat ke according jaiz hai? dekhein, ek hai jaiz na jaiz.</w:t>
      </w:r>
    </w:p>
    <w:p>
      <w:pPr>
        <w:jc w:val="right"/>
      </w:pPr>
      <w:r>
        <w:t>کیا ان سب چیزوںکا یوز شریعتکے اکارڈنگ جائز ہے؟ دیکھیں،ایکہے جائز ناجائز ۔</w:t>
      </w:r>
    </w:p>
    <w:p>
      <w:r>
        <w:rPr>
          <w:b/>
        </w:rPr>
        <w:t xml:space="preserve">[1:20:02] </w:t>
      </w:r>
      <w:r>
        <w:t>to mein kahoon ke yeh jaiz hai, is mein koi na jaiz baat nahi hai. lekin mein kahoon, woh absurd hai.</w:t>
      </w:r>
    </w:p>
    <w:p>
      <w:pPr>
        <w:jc w:val="right"/>
      </w:pPr>
      <w:r>
        <w:t>تومیںکہوںکہیہجائزہے، اسمیںکوئی ناجائزباتنہیںہے۔ لیکن میںکہوں،وہایبسرڈہے۔</w:t>
      </w:r>
    </w:p>
    <w:p>
      <w:r>
        <w:rPr>
          <w:b/>
        </w:rPr>
        <w:t xml:space="preserve">[1:20:10] </w:t>
      </w:r>
      <w:r>
        <w:t>ek hai kisi cheez ka haram hona ya na jaiz hona. to yeh mein nahi keh sakta, koi bhi nahi keh sakta, koi aalim ke yeh na jaiz hai.</w:t>
      </w:r>
    </w:p>
    <w:p>
      <w:pPr>
        <w:jc w:val="right"/>
      </w:pPr>
      <w:r>
        <w:t>ایک ہےکسی چیزکاحرام ہونایا ناجائزہونا۔ تویہ میںنہیںکہہسکتا، کوئیبھینہیںکہہسکتا،کوئیعالم کہیہ ناجائز ہے۔</w:t>
      </w:r>
    </w:p>
    <w:p>
      <w:r>
        <w:rPr>
          <w:b/>
        </w:rPr>
        <w:t xml:space="preserve">[1:20:19] </w:t>
      </w:r>
      <w:r>
        <w:t>lekin yeh absurd baat hai.</w:t>
      </w:r>
    </w:p>
    <w:p>
      <w:pPr>
        <w:jc w:val="right"/>
      </w:pPr>
      <w:r>
        <w:t>لیکن یہایبسرڈباتہے۔</w:t>
      </w:r>
    </w:p>
    <w:p>
      <w:r>
        <w:rPr>
          <w:b/>
        </w:rPr>
        <w:t xml:space="preserve">[1:20:24] </w:t>
      </w:r>
      <w:r>
        <w:t>nature ne jo aap ko face diya hai, woh face ziyada beautiful hai. yeh mein isi liye beautification ko uglification kehta hoon.</w:t>
      </w:r>
    </w:p>
    <w:p>
      <w:pPr>
        <w:jc w:val="right"/>
      </w:pPr>
      <w:r>
        <w:t>نیچرنےجوآپکو فیسدیاہے، وہ فیسزیادہ بیوٹیفلہے۔ یہ میں اسیلیےبی وٹیفیکیشنکواگلیفیکیشنکہتاہوں۔</w:t>
      </w:r>
    </w:p>
    <w:p>
      <w:r>
        <w:rPr>
          <w:b/>
        </w:rPr>
        <w:t xml:space="preserve">[1:20:34] </w:t>
      </w:r>
      <w:r>
        <w:t>aaj kal jo concept hai na beautification ka, mein is ko kehta hoon uglification.</w:t>
      </w:r>
    </w:p>
    <w:p>
      <w:pPr>
        <w:jc w:val="right"/>
      </w:pPr>
      <w:r>
        <w:t>آجکلجوکانسیپٹہےنابیوٹیفیکیشنکا ، میںاسکوکہتاہوںاگلیفیکیشن۔</w:t>
      </w:r>
    </w:p>
    <w:p>
      <w:r>
        <w:rPr>
          <w:b/>
        </w:rPr>
        <w:t xml:space="preserve">[1:20:40] </w:t>
      </w:r>
      <w:r>
        <w:t>to is se aadmi ugly ban jaata hai, beautiful nahi banta. is sense mein mein kahoon, absurd hai yeh. baqi jaiz hai, woh koi agar karta hai ek to kare bhai, bewakoofi karta hai to kare.</w:t>
      </w:r>
    </w:p>
    <w:p>
      <w:pPr>
        <w:jc w:val="right"/>
      </w:pPr>
      <w:r>
        <w:t>تواسسے آدمی اگلیبنجاتاہے، بیو ٹیفلنہیںبنتا۔ اس سینسمیںمیںکہوں،ایبسرڈہےیہ۔ باقی جائزہے،وہ کوئیاگر کرتاہے ایک توکرےبھئی، بیوقوفیکرتاہےتوکرے۔</w:t>
      </w:r>
    </w:p>
    <w:p>
      <w:r>
        <w:rPr>
          <w:b/>
        </w:rPr>
        <w:t xml:space="preserve">[1:21:00] </w:t>
      </w:r>
      <w:r>
        <w:t>This question is from Mr. Mithunjay Pandey from Delhi.</w:t>
      </w:r>
    </w:p>
    <w:p>
      <w:pPr>
        <w:jc w:val="right"/>
      </w:pPr>
      <w:r>
        <w:t>Thisques tionis from Mr. MithunjayPandeyfrom Delhi.</w:t>
      </w:r>
    </w:p>
    <w:p>
      <w:r>
        <w:rPr>
          <w:b/>
        </w:rPr>
        <w:t xml:space="preserve">[1:21:05] </w:t>
      </w:r>
      <w:r>
        <w:t>Will God create world again after Qayamat and will that world be the same as this one? Kindly comment.</w:t>
      </w:r>
    </w:p>
    <w:p>
      <w:pPr>
        <w:jc w:val="right"/>
      </w:pPr>
      <w:r>
        <w:t>Will God cre ate world again after قیامت andwill that world be thesame as this one ? Kindlycomment .</w:t>
      </w:r>
    </w:p>
    <w:p>
      <w:r>
        <w:rPr>
          <w:b/>
        </w:rPr>
        <w:t xml:space="preserve">[1:21:16] </w:t>
      </w:r>
      <w:r>
        <w:t>dekhein, yeh ek aisa sawal hai jis mein do raaye hain.</w:t>
      </w:r>
    </w:p>
    <w:p>
      <w:pPr>
        <w:jc w:val="right"/>
      </w:pPr>
      <w:r>
        <w:t>دیکھیں،یہایکایساسوال ہے جسمیں دو رائےہیں۔</w:t>
      </w:r>
    </w:p>
    <w:p>
      <w:r>
        <w:rPr>
          <w:b/>
        </w:rPr>
        <w:t xml:space="preserve">[1:21:23] </w:t>
      </w:r>
      <w:r>
        <w:t>aap tafseeron mein padhein to do raaye milengi aap ko. ek to yeh raaye hai ke isi duniya ko, yeh jo planet Earth hamari hai, isi ko convert kar diya jaye ga paradise mein.</w:t>
      </w:r>
    </w:p>
    <w:p>
      <w:pPr>
        <w:jc w:val="right"/>
      </w:pPr>
      <w:r>
        <w:t>آپتفسیروںمیںپڑھیںتودورائےملیںگیآپکو۔ایکتویہرائےہے کہاسی دنیا کو ،یہجوپلینٹارتھہماریہے، اسیکوکنورٹکردیاجائےگا پارڈائز میں۔</w:t>
      </w:r>
    </w:p>
    <w:p>
      <w:r>
        <w:rPr>
          <w:b/>
        </w:rPr>
        <w:t xml:space="preserve">[1:21:35] </w:t>
      </w:r>
      <w:r>
        <w:t>abhi yeh ideal nahi hai, phir woh ideal ho jaye gi. abhi perfect nahi hai, phir perfect ho jaye gi. to yeh raaye pehle se maujood hai.</w:t>
      </w:r>
    </w:p>
    <w:p>
      <w:pPr>
        <w:jc w:val="right"/>
      </w:pPr>
      <w:r>
        <w:t>ابھییہ آئیڈیلنہیںہے، پھروہآئیڈیلہوجائےگی۔ ابھیپرفیکٹنہیںہے،پھرپرفیکٹہوجائےگی۔ تو یہ رائے پہلےسےموجود ہے۔</w:t>
      </w:r>
    </w:p>
    <w:p>
      <w:r>
        <w:rPr>
          <w:b/>
        </w:rPr>
        <w:t xml:space="preserve">[1:21:49] </w:t>
      </w:r>
      <w:r>
        <w:t>aur Quran ki baaz aayaton se yeh nikala gaya hai. doosri raaye yeh hai ke nahi, ek aur duniya baney gi is ke siwa.</w:t>
      </w:r>
    </w:p>
    <w:p>
      <w:pPr>
        <w:jc w:val="right"/>
      </w:pPr>
      <w:r>
        <w:t>اور قرآن کی بعضآیتوںسے یہنکالاگیاہے۔ دوسریرائےیہہےکہنہیں ، ایکاور دنیا بنےگیاسکے سوا۔</w:t>
      </w:r>
    </w:p>
    <w:p>
      <w:r>
        <w:rPr>
          <w:b/>
        </w:rPr>
        <w:t xml:space="preserve">[1:22:01] </w:t>
      </w:r>
      <w:r>
        <w:t>to mein is bare mein koi ek raaye dene ki position mein nahi hoon.</w:t>
      </w:r>
    </w:p>
    <w:p>
      <w:pPr>
        <w:jc w:val="right"/>
      </w:pPr>
      <w:r>
        <w:t>تو میںاسبارےمیں کوئیایک رائےدینےکیپوزیشنمیںنہیںہوں۔</w:t>
      </w:r>
    </w:p>
    <w:p>
      <w:r>
        <w:rPr>
          <w:b/>
        </w:rPr>
        <w:t xml:space="preserve">[1:22:06] </w:t>
      </w:r>
      <w:r>
        <w:t>probably dono ke bare mein hai. science mein dekhein, ek concept hai ke har cheez pair pair hai, har cheez pair hai.</w:t>
      </w:r>
    </w:p>
    <w:p>
      <w:pPr>
        <w:jc w:val="right"/>
      </w:pPr>
      <w:r>
        <w:t>پراپیبلیٹیدونوںکےبارےمیں ہے۔ سائنسمیںدیکھیں،ایککانسیپٹہے کہ ہرچیز پیئرپیئرہے،ہرچیز پیئرہے۔</w:t>
      </w:r>
    </w:p>
    <w:p>
      <w:r>
        <w:rPr>
          <w:b/>
        </w:rPr>
        <w:t xml:space="preserve">[1:22:15] </w:t>
      </w:r>
      <w:r>
        <w:t>is duniya ka bhi ek pair hai. yeh duniya bhi pair world hai. aap jaante hain ke particle jo hote hain, un mein pair hai. negative particle, positive particle, woh pair hota hai.</w:t>
      </w:r>
    </w:p>
    <w:p>
      <w:pPr>
        <w:jc w:val="right"/>
      </w:pPr>
      <w:r>
        <w:t>اساسدنیا کابھیایکپیئرہے۔ یہدنیا بھیپیئرورلڈہے۔ آپجانتےہیںکہ پار ٹیکلجوہوتےہیں،انمیںپیئرہے۔نیگیٹیوپارٹیکل، پازیٹیوپارٹیکل،وہپیئرہوتاہے۔</w:t>
      </w:r>
    </w:p>
    <w:p>
      <w:r>
        <w:rPr>
          <w:b/>
        </w:rPr>
        <w:t xml:space="preserve">[1:22:27] </w:t>
      </w:r>
      <w:r>
        <w:t>isi tarah se plant mein, is tarah se animal mein, is tarah insaan mein. to pair ka jo hai, har jagah tareeqa hai nature ka.</w:t>
      </w:r>
    </w:p>
    <w:p>
      <w:pPr>
        <w:jc w:val="right"/>
      </w:pPr>
      <w:r>
        <w:t>اسیطرحسے پلانٹمیں،اسطرحسےاینیملمیں،اسطرحانسانمیں۔ تو پیئر کا جو ہے، ہرجگہ طریقہہے نیچرمیں۔</w:t>
      </w:r>
    </w:p>
    <w:p>
      <w:r>
        <w:rPr>
          <w:b/>
        </w:rPr>
        <w:t xml:space="preserve">[1:22:36] </w:t>
      </w:r>
      <w:r>
        <w:t>aise hi science mein mana jaata hai ke is duniya ka bhi ek pair hai. hamari yeh duniya negative world hai, woh duniya positive world hai.</w:t>
      </w:r>
    </w:p>
    <w:p>
      <w:pPr>
        <w:jc w:val="right"/>
      </w:pPr>
      <w:r>
        <w:t>ایسےہیسائنسمیںماناجاتاہے کہاسدنیا کابھیایکپیئرہے۔ ہمارییہدنیا نیگیٹیوورلڈہے، وہ دنیا پازیٹیوورلڈہے۔</w:t>
      </w:r>
    </w:p>
    <w:p>
      <w:r>
        <w:rPr>
          <w:b/>
        </w:rPr>
        <w:t xml:space="preserve">[1:22:47] </w:t>
      </w:r>
      <w:r>
        <w:t>to ek positive world hai, ek negative world. to yeh pair world hai. to ho sakta hai ke ek aur world ho jo is ka pair ho, woh saamne aa jaye aur wahi aakhirat ki duniya ho.</w:t>
      </w:r>
    </w:p>
    <w:p>
      <w:pPr>
        <w:jc w:val="right"/>
      </w:pPr>
      <w:r>
        <w:t>توایک پازیٹیوورلڈہے،ایکنیگیٹیوورلڈ۔ تویہ پیئرورلڈہے۔ توہوسکتاہےکہایکاور ورلڈہو جو اسکاپیئرہو، وہ سامنےآجائے اور وہی آخرتکیدنیا ہو۔</w:t>
      </w:r>
    </w:p>
    <w:p>
      <w:r>
        <w:rPr>
          <w:b/>
        </w:rPr>
        <w:t xml:space="preserve">[1:23:03] </w:t>
      </w:r>
      <w:r>
        <w:t>behral, mein yeh nahi keh sakta certainity ke saath ke in sab mein se konsi raaye durust hai. bas is principle mein maanta hoon ke doomsday ke baad ek aur duniya baney gi.</w:t>
      </w:r>
    </w:p>
    <w:p>
      <w:pPr>
        <w:jc w:val="right"/>
      </w:pPr>
      <w:r>
        <w:t>بہرحال،میں یہنہیں کہہسکتا سرٹینٹیکےساتھ کہانسبمیںسےکونسیرائےدرستہے۔ بسان پرنسپلمیںمانتاہوںکہ ڈومزڈےکےبعدایکاوردنیا بنےگی۔</w:t>
      </w:r>
    </w:p>
    <w:p>
      <w:r>
        <w:rPr>
          <w:b/>
        </w:rPr>
        <w:t xml:space="preserve">[1:23:19] </w:t>
      </w:r>
      <w:r>
        <w:t>chahe is duniya mein woh duniya bane ya ek nai duniya khuda paida kare, wahan par woh sab cheezein hon.</w:t>
      </w:r>
    </w:p>
    <w:p>
      <w:pPr>
        <w:jc w:val="right"/>
      </w:pPr>
      <w:r>
        <w:t>چاہےاسیدنیامیں وہدنیا بنے یاایکنئیدنیا خدا پیدا کرے، وہاںپروہ سب چیزیںہوں۔</w:t>
      </w:r>
    </w:p>
    <w:p>
      <w:r>
        <w:rPr>
          <w:b/>
        </w:rPr>
        <w:t xml:space="preserve">[1:23:28] </w:t>
      </w:r>
      <w:r>
        <w:t>ya jaisa ke science mein mana gaya hai ke ek parallel world, ke ek aur world already exist kar rahi hai, woh sirf samne hamare nahi hai. to jo exist kar rahi hai already, woh samne aa jaye.</w:t>
      </w:r>
    </w:p>
    <w:p>
      <w:pPr>
        <w:jc w:val="right"/>
      </w:pPr>
      <w:r>
        <w:t>یا جیساکہسائنسمیںماناگیاہےکہ ایکپیئرورلڈ، کہ ایکاورورلڈالریڈی ایگزسٹکررہیہے،وہ صرف سامنےہمارےنہیںہے۔ توجوایگزسٹکررہیہےالریڈی،وہ سامنےآجائے۔</w:t>
      </w:r>
    </w:p>
    <w:p>
      <w:r>
        <w:rPr>
          <w:b/>
        </w:rPr>
        <w:t xml:space="preserve">[1:23:40] </w:t>
      </w:r>
      <w:r>
        <w:t>to behal, is bare mein mein koi pakki baat nahi kar sakta. This question is from Mr. Azmat Khan from Delhi.</w:t>
      </w:r>
    </w:p>
    <w:p>
      <w:pPr>
        <w:jc w:val="right"/>
      </w:pPr>
      <w:r>
        <w:t>تو بہرحال،اسبارےمیںمیںکوئی پکیباتنہیںکرسکتا۔ Thisquestionis from Mr. Azmat Khanfrom Delhi.</w:t>
      </w:r>
    </w:p>
    <w:p>
      <w:r>
        <w:rPr>
          <w:b/>
        </w:rPr>
        <w:t xml:space="preserve">[1:23:49] </w:t>
      </w:r>
      <w:r>
        <w:t>We are spreading the copy of the Quran among non-Muslims. But some people say that we can't give Quran to non-Muslims because they are napak.</w:t>
      </w:r>
    </w:p>
    <w:p>
      <w:pPr>
        <w:jc w:val="right"/>
      </w:pPr>
      <w:r>
        <w:t>WearespreadingthecopyoftheQuran among non -Muslims. But somepeople say that wecan'tgive Quranto non -Muslims because theyareناپاک.</w:t>
      </w:r>
    </w:p>
    <w:p>
      <w:r>
        <w:rPr>
          <w:b/>
        </w:rPr>
        <w:t xml:space="preserve">[1:24:01] </w:t>
      </w:r>
      <w:r>
        <w:t>Kindly comment. Jo aisa kehte hain, woh gunah ka kaam karte hain, gunah. Arre, inhi ke liye to aaya hai Quran. Aap to jo joza mein rakh kar kitaab par rakh diya, aap ne. Ab doosra jo bechara muhtaj hai, usko bhi bhenein pahunchana nahi chahte.</w:t>
      </w:r>
    </w:p>
    <w:p>
      <w:pPr>
        <w:jc w:val="right"/>
      </w:pPr>
      <w:r>
        <w:t>Kindlycomment . جو ایساکہتےہیں،وہگناہکاکامکرتے ہیں،گناہ ۔ارے،انہیکےلیےتوآیاہےقرآن۔ آپ تو جو جوجزامیںرکھکرکتاب پررکھدیا،آپنے ۔اب دوسراجو بیچارہمحتاجہے،اسکوبھینہیںپہنچاناچاہتے۔</w:t>
      </w:r>
    </w:p>
    <w:p>
      <w:r>
        <w:rPr>
          <w:b/>
        </w:rPr>
        <w:t xml:space="preserve">[1:24:17] </w:t>
      </w:r>
      <w:r>
        <w:t>Sir, yeh to bohat bada gunah ka kaam hai. Bohat bada gunah ka kaam hai. Quran sab ke liye hai, sab ke liye. Lil alamien nazeer jo log aisa soch rahe hain, woh Khuda ke haan pakad jayenge.</w:t>
      </w:r>
    </w:p>
    <w:p>
      <w:pPr>
        <w:jc w:val="right"/>
      </w:pPr>
      <w:r>
        <w:t>سر،یہتوبہتبڑاگناہکاکامہے۔ بہت بڑاگناہکاکامہے۔ قرآن سب کےلیے ہے، سب کےلیے۔ لل عالمین نظیرہ جولوگایساسوچرہےہیں،وہ خداکےہاںپکڑجائیںگے۔</w:t>
      </w:r>
    </w:p>
    <w:p>
      <w:r>
        <w:rPr>
          <w:b/>
        </w:rPr>
        <w:t xml:space="preserve">[1:24:32] </w:t>
      </w:r>
      <w:r>
        <w:t>Inki flagellation hogi, flagellation ke Quran bheja tha saare insano ke liye, aur tum ne rok diya usko. Apna khud sakht ek aqeedah bana kar ke dekhiye, koi napak nahi hota. Yeh bhi galat nazariya hai.</w:t>
      </w:r>
    </w:p>
    <w:p>
      <w:pPr>
        <w:jc w:val="right"/>
      </w:pPr>
      <w:r>
        <w:t>انکی فلاگنگہوگی،فلاگنگ کہقرآنبھیجاتھاسارےانسانوںکےلیے،اورتمنےروکدیااسکو ۔ اپنا خود ساخت ہایک عقیدہبناکرکے دیکھیے،کوئی ناپاکنہیںہوتا۔یہبھیغلطنظریہہے۔</w:t>
      </w:r>
    </w:p>
    <w:p>
      <w:r>
        <w:rPr>
          <w:b/>
        </w:rPr>
        <w:t xml:space="preserve">[1:24:46] </w:t>
      </w:r>
      <w:r>
        <w:t>Koi napak nahi, har insaan pak hai, har insaan pak hai. Yeh nazariya bohat galat hai.</w:t>
      </w:r>
    </w:p>
    <w:p>
      <w:pPr>
        <w:jc w:val="right"/>
      </w:pPr>
      <w:r>
        <w:t>کوئیناپاکنہیں ، ہرانسان پاک ہے، ہرانسان پاک ہے۔ یہ نظریہبہتغلطہے۔</w:t>
      </w:r>
    </w:p>
    <w:p>
      <w:r>
        <w:rPr>
          <w:b/>
        </w:rPr>
        <w:t xml:space="preserve">[1:24:55] </w:t>
      </w:r>
      <w:r>
        <w:t>Quran ki ek ayat ko le kar samajhte hain ke mushrik jise hote hain. Is ayat ka yeh matlab nahi hai. Quran ki ek ayat ko le kar nikal li logon ne ke mushrik jise hote hain. Bilkul galat hai yeh.</w:t>
      </w:r>
    </w:p>
    <w:p>
      <w:pPr>
        <w:jc w:val="right"/>
      </w:pPr>
      <w:r>
        <w:t>قرآنکی ایکآیتکولےکرسمجھتےہیںکہمشرکرجسہوتےہیں۔ اسآیتکایہمطلبنہیںہے۔ قرآنکیایکآیتکولےکرنکاللیالوگوںنےکہمشرکرجسہوتےہیں۔بالکلغلطہےیہ۔</w:t>
      </w:r>
    </w:p>
    <w:p>
      <w:r>
        <w:rPr>
          <w:b/>
        </w:rPr>
        <w:t xml:space="preserve">[1:25:06] </w:t>
      </w:r>
      <w:r>
        <w:t>Is ki detail aap janna chahein to mein mere office bhaiyon ko bataunga. Lekin lekin mein yeh baat kahunga ke Quran ko pahunchana farz hai aap ke upar. Pahunchaiye.</w:t>
      </w:r>
    </w:p>
    <w:p>
      <w:pPr>
        <w:jc w:val="right"/>
      </w:pPr>
      <w:r>
        <w:t>اسکیڈیٹیلآپجانناچاہیںتومیںمیرےآفسبھائیوںکوبتاؤںگامیں۔ لیکن لیکن میںیہباتکہوںگاکہ قرآنکو پہنچانا فرضہےآپکےاوپر۔ پہنچائیے۔</w:t>
      </w:r>
    </w:p>
    <w:p>
      <w:r>
        <w:rPr>
          <w:b/>
        </w:rPr>
        <w:t xml:space="preserve">[1:25:18] </w:t>
      </w:r>
      <w:r>
        <w:t>Isi ke liye hum ne translation taiyar kiya hai English language mein, jo ke international language hai. Aur is ke peeche aap jante hain ke bohat bohat lambi behas ke baad yeh taiyar hua hai, yeh translation.</w:t>
      </w:r>
    </w:p>
    <w:p>
      <w:pPr>
        <w:jc w:val="right"/>
      </w:pPr>
      <w:r>
        <w:t>اسیکےلیےہمنےٹرانسیشنتیارکیاہےانگلشلینگویجمیں،جوکہانٹرنیشنللینگویجہے۔ اور اسکےپیچھےآپ جانتےہیںکہبہت بہت لم بی بحثکےبعد یہتیارہواہے،یہٹرانسیشن۔</w:t>
      </w:r>
    </w:p>
    <w:p>
      <w:r>
        <w:rPr>
          <w:b/>
        </w:rPr>
        <w:t xml:space="preserve">[1:25:33] </w:t>
      </w:r>
      <w:r>
        <w:t>Behal, mein is is jo log aisa bolte hain, mein bohat galat baat kehte hain, balke gunah ki baat bolte hain. Quran isi liye aaya hai ke sab tak pahunchaya jaye, sab log is se hidayat hasil kar sakein.</w:t>
      </w:r>
    </w:p>
    <w:p>
      <w:pPr>
        <w:jc w:val="right"/>
      </w:pPr>
      <w:r>
        <w:t>بہرحال،میں اس اس اہ جولوگایسابول تےہیں، میں بہت غلط باتکہتےہیں،بلکہگناہکیباتبولتےہیں۔ قرآناسیلیےآیاہےکہسبتکپہنچایاجائے، سبلوگ اسسے ہدایتحاصل کرسکیں۔</w:t>
      </w:r>
    </w:p>
    <w:p>
      <w:r>
        <w:rPr>
          <w:b/>
        </w:rPr>
        <w:t xml:space="preserve">[1:25:47] </w:t>
      </w:r>
      <w:r>
        <w:t>This question is from Maulana Azam Khan Nadvi from Delhi. Maulana, please explain this hadith.</w:t>
      </w:r>
    </w:p>
    <w:p>
      <w:pPr>
        <w:jc w:val="right"/>
      </w:pPr>
      <w:r>
        <w:t>This question is from مول انازکوان ندویfrom Delhi ۔مولانا،ple ase exp lainthis حدیث ۔</w:t>
      </w:r>
    </w:p>
    <w:p>
      <w:r>
        <w:rPr>
          <w:b/>
        </w:rPr>
        <w:t xml:space="preserve">[1:25:55] </w:t>
      </w:r>
      <w:r>
        <w:t>Ana inda al-muqassarah qulubuhum that is, I am with the broken hearts. Ana inda al-munkasirah qulubuhum woh hadith us tarah se hai.</w:t>
      </w:r>
    </w:p>
    <w:p>
      <w:pPr>
        <w:jc w:val="right"/>
      </w:pPr>
      <w:r>
        <w:t>أناعند المقصرة قلوبهم that is ،Iamwiththebroken hearts. أناعند المن كس رة قلوبهم وہحدیثاسطرح سےہے۔</w:t>
      </w:r>
    </w:p>
    <w:p>
      <w:r>
        <w:rPr>
          <w:b/>
        </w:rPr>
        <w:t xml:space="preserve">[1:26:08] </w:t>
      </w:r>
      <w:r>
        <w:t>Ana inda munqasirah qulubuhum mein toote hue dilo ke paas hota hoon.</w:t>
      </w:r>
    </w:p>
    <w:p>
      <w:pPr>
        <w:jc w:val="right"/>
      </w:pPr>
      <w:r>
        <w:t>أنا عند من كس رة قلوبهم میں ٹوٹےہوئے دلوںکےپاسہوتاہوں۔</w:t>
      </w:r>
    </w:p>
    <w:p>
      <w:r>
        <w:rPr>
          <w:b/>
        </w:rPr>
        <w:t xml:space="preserve">[1:26:18] </w:t>
      </w:r>
      <w:r>
        <w:t>Ana inda al-munqasirah qulubuhum yani jinke dil toote hue hain, unke paas mein hota hoon. Dekhein, yeh physical sense mein nahi hai. Yeh baat physical sense mein nahi hai, psychological sense mein hai.</w:t>
      </w:r>
    </w:p>
    <w:p>
      <w:pPr>
        <w:jc w:val="right"/>
      </w:pPr>
      <w:r>
        <w:t>أناعند المن كس رة قلوبهم یعنیجنکےدلٹوٹےہوئے ہیں،انکےپاسمیںہوتاہوں۔ دیکھیں،یہphysical senseمیںنہیںہے۔ یہباتphysicalsenseمیںنہیںہے، psych ological senseمیںہے۔</w:t>
      </w:r>
    </w:p>
    <w:p>
      <w:r>
        <w:rPr>
          <w:b/>
        </w:rPr>
        <w:t xml:space="preserve">[1:26:32] </w:t>
      </w:r>
      <w:r>
        <w:t>Yani agar aap ke paas khoob abundance mein chal rahe hon, aap affluence mein chal rahe hon, aap aap ka saara kaam ek telephone ban raha ho.</w:t>
      </w:r>
    </w:p>
    <w:p>
      <w:pPr>
        <w:jc w:val="right"/>
      </w:pPr>
      <w:r>
        <w:t>یعنی اگر آپکےپاسخوب abundanceمیںجیرہےہوں،آپ affluenceمیںجیرہےہوں،آپ آپ کاساراکام ایکٹیلیفونبنرہاہو۔</w:t>
      </w:r>
    </w:p>
    <w:p>
      <w:r>
        <w:rPr>
          <w:b/>
        </w:rPr>
        <w:t xml:space="preserve">[1:26:44] </w:t>
      </w:r>
      <w:r>
        <w:t>To aap ko Khuda ki yaad nahi aayegi.</w:t>
      </w:r>
    </w:p>
    <w:p>
      <w:pPr>
        <w:jc w:val="right"/>
      </w:pPr>
      <w:r>
        <w:t>تو آپ کو خداکییادنہیںآئےگی۔</w:t>
      </w:r>
    </w:p>
    <w:p>
      <w:r>
        <w:rPr>
          <w:b/>
        </w:rPr>
        <w:t xml:space="preserve">[1:26:47] </w:t>
      </w:r>
      <w:r>
        <w:t>Aap ke andar sarkashi aayegi. Aap ke andar</w:t>
      </w:r>
    </w:p>
    <w:p>
      <w:pPr>
        <w:jc w:val="right"/>
      </w:pPr>
      <w:r>
        <w:t>آپ کےاندرسرکشیآئےگی۔ آپ کےاندر</w:t>
      </w:r>
    </w:p>
    <w:p>
      <w:r>
        <w:rPr>
          <w:b/>
        </w:rPr>
        <w:t xml:space="preserve">[1:26:54] </w:t>
      </w:r>
      <w:r>
        <w:t>be-khabri aayegi. Kyun ke sab kaam ban rahe hain, to aap ko Khuda ki zaroorat hi kya hai?</w:t>
      </w:r>
    </w:p>
    <w:p>
      <w:pPr>
        <w:jc w:val="right"/>
      </w:pPr>
      <w:r>
        <w:t>بےخبریآئےگی۔ کیونکہسبکام بنرہےہیں،توآپکوخداکیضرورتہیکیاہے؟</w:t>
      </w:r>
    </w:p>
    <w:p>
      <w:r>
        <w:rPr>
          <w:b/>
        </w:rPr>
        <w:t xml:space="preserve">[1:27:01] </w:t>
      </w:r>
      <w:r>
        <w:t>Lekin jinke jinko ke shakk lagta hai, jinko problem pesh aata hai, kisi bhi qism ka ke museebat jinko padti hai.</w:t>
      </w:r>
    </w:p>
    <w:p>
      <w:pPr>
        <w:jc w:val="right"/>
      </w:pPr>
      <w:r>
        <w:t>لیکن جن کے جنکو کہ شک لگتاہے، جنکو problem پیش آتاہے، کسی بھیقسم کا کہ مصیبت جنکو پڑتیہے۔</w:t>
      </w:r>
    </w:p>
    <w:p>
      <w:r>
        <w:rPr>
          <w:b/>
        </w:rPr>
        <w:t xml:space="preserve">[1:27:14] </w:t>
      </w:r>
      <w:r>
        <w:t>To us waqt woh helplessness ka lamha unke liye hota hai. Helplessness ki haalat mein insaan Khuda ko yaad karne lagta hai.</w:t>
      </w:r>
    </w:p>
    <w:p>
      <w:pPr>
        <w:jc w:val="right"/>
      </w:pPr>
      <w:r>
        <w:t>تو اس وقت وہhelpless ness کالمحہ انکےلیےہوتاہے۔ Helpl ess nessکیحالتمیں انسان خداکویادکرنےلگتاہے۔</w:t>
      </w:r>
    </w:p>
    <w:p>
      <w:r>
        <w:rPr>
          <w:b/>
        </w:rPr>
        <w:t xml:space="preserve">[1:27:29] </w:t>
      </w:r>
      <w:r>
        <w:t>Helplessness ki jo haalat hai, woh insaan ke liye Khuda ki reminder ban jati hai. Isi matlab mein hai woh. Ke mein toote hue dilo ke paas hota hoon.</w:t>
      </w:r>
    </w:p>
    <w:p>
      <w:pPr>
        <w:jc w:val="right"/>
      </w:pPr>
      <w:r>
        <w:t>Hel plessnessکیجوحالتہے، وہانسانکےلیے خداکیrem inderبنجاتیہے۔ اسیمعنیمیںہےوہ ۔کہ میں ٹوٹےہوئےدلوںکےپاسہوتاہوں۔</w:t>
      </w:r>
    </w:p>
    <w:p>
      <w:r>
        <w:rPr>
          <w:b/>
        </w:rPr>
        <w:t xml:space="preserve">[1:27:38] </w:t>
      </w:r>
      <w:r>
        <w:t>Kyun ke jinke dil toote hue hon, woh apne ko helpless feel karte hain. Aur phir woh Khuda ko yaad karte hain. Yeh matlab hai is hadith ka.</w:t>
      </w:r>
    </w:p>
    <w:p>
      <w:pPr>
        <w:jc w:val="right"/>
      </w:pPr>
      <w:r>
        <w:t>کیوںکہجنکےدلٹوٹےہوئے ہوں، وہ اپنےکوhelplessfeelکرتےہیں۔ اورپھروہخداکویادکرتےہیں۔ یہمطلبہےاسحدیثکا۔</w:t>
      </w:r>
    </w:p>
    <w:p>
      <w:r>
        <w:rPr>
          <w:b/>
        </w:rPr>
        <w:t xml:space="preserve">[1:27:51] </w:t>
      </w:r>
      <w:r>
        <w:t>This question is from Miss Aisha from Delhi.</w:t>
      </w:r>
    </w:p>
    <w:p>
      <w:pPr>
        <w:jc w:val="right"/>
      </w:pPr>
      <w:r>
        <w:t>Thisquestion is from Miss Aisha from Delhi.</w:t>
      </w:r>
    </w:p>
    <w:p>
      <w:r>
        <w:rPr>
          <w:b/>
        </w:rPr>
        <w:t xml:space="preserve">[1:27:55] </w:t>
      </w:r>
      <w:r>
        <w:t>molana, you said intoday's talk that dawa work is a process and not an announcement. kindly elaborate on the same.</w:t>
      </w:r>
    </w:p>
    <w:p>
      <w:pPr>
        <w:jc w:val="right"/>
      </w:pPr>
      <w:r>
        <w:t>مولانا،yousaid intoday's talk that Dawa work isaprocess andnot anannounc ement .Kindlyelaborateonthesam e.</w:t>
      </w:r>
    </w:p>
    <w:p>
      <w:r>
        <w:rPr>
          <w:b/>
        </w:rPr>
        <w:t xml:space="preserve">[1:28:07] </w:t>
      </w:r>
      <w:r>
        <w:t>is ki misaal mein ne di aap ko ke aik aadmi jo gaya doctor's ke paas. to un ke aadmiyon ne luta diya ke doctor sahib ke paas time nahin hai kitab parhne ka.</w:t>
      </w:r>
    </w:p>
    <w:p>
      <w:pPr>
        <w:jc w:val="right"/>
      </w:pPr>
      <w:r>
        <w:t>اسکیمثالمیںنےدیآپکوکہایکآدمیجوگیا ڈاکٹرزکےپاس ۔تو انکےآدمیوںنےلوٹادیا کہ ڈاکٹرصاحب کےپاسٹائمنہیںہےکتاب پڑھنےکا ۔</w:t>
      </w:r>
    </w:p>
    <w:p>
      <w:r>
        <w:rPr>
          <w:b/>
        </w:rPr>
        <w:t xml:space="preserve">[1:28:18] </w:t>
      </w:r>
      <w:r>
        <w:t>to wapas gaye to socha unhon ne, dua kiya unhon ne. kya karna hai, kya karna hai.</w:t>
      </w:r>
    </w:p>
    <w:p>
      <w:pPr>
        <w:jc w:val="right"/>
      </w:pPr>
      <w:r>
        <w:t>تو واپسگئے تو سوچاانہوں نے، دعاکیا انہوں نے۔ کیا کرناہے،کیاکرناہے۔</w:t>
      </w:r>
    </w:p>
    <w:p>
      <w:r>
        <w:rPr>
          <w:b/>
        </w:rPr>
        <w:t xml:space="preserve">[1:28:24] </w:t>
      </w:r>
      <w:r>
        <w:t>to Allah taala ne un ke dil mein baat daali. ke tum mareez bankar chale jao un ke haan. to woh line mein khare ho gaye, pachas rupay ka ticket khareeda.</w:t>
      </w:r>
    </w:p>
    <w:p>
      <w:pPr>
        <w:jc w:val="right"/>
      </w:pPr>
      <w:r>
        <w:t>تواللہتعالیٰنےانکےدلمیںباتڈالی ۔کہتممریضبنکر چلےجاؤانکےہاں۔ تووہلائنمیںکھڑےہوگئے،پچاسروپےکاٹکٹخریدا۔</w:t>
      </w:r>
    </w:p>
    <w:p>
      <w:r>
        <w:rPr>
          <w:b/>
        </w:rPr>
        <w:t xml:space="preserve">[1:28:33] </w:t>
      </w:r>
      <w:r>
        <w:t>phir mile. is tarah aik process tha yeh. phir doosri baar un se mil kar unhon ne poocha ke kya kitab se kya mila aap ko? unhon ne kuch baat kahi to phir unhon ne kitab pohanchai.</w:t>
      </w:r>
    </w:p>
    <w:p>
      <w:pPr>
        <w:jc w:val="right"/>
      </w:pPr>
      <w:r>
        <w:t>پھرملے۔ اسطرحایکprocess تھا یہ۔ پھردوسریبار انسے مل کرکےانہوںنےپوچھاکہکیا کتاب سےکیا ملاآپکو ؟انہوںنےکچھباتکہی توپھر انہوںنےکتاب پہنچائی۔</w:t>
      </w:r>
    </w:p>
    <w:p>
      <w:r>
        <w:rPr>
          <w:b/>
        </w:rPr>
        <w:t xml:space="preserve">[1:28:46] </w:t>
      </w:r>
      <w:r>
        <w:t>to kaha dawa work yeh nahin ke aap bas. dekhein, mein yeh baat kahoon ga ke baaz auqat aap is position mein nahin hote ke aap un ka process chalaein.</w:t>
      </w:r>
    </w:p>
    <w:p>
      <w:pPr>
        <w:jc w:val="right"/>
      </w:pPr>
      <w:r>
        <w:t>توکہاDawawork یہنہیںکہآپبس ۔دیکھیں، میںیہباتکہوںگا کہ بعض اوقات آپ اس position میںنہیں ہوتے کہآپ انکا process چلائیں۔</w:t>
      </w:r>
    </w:p>
    <w:p>
      <w:r>
        <w:rPr>
          <w:b/>
        </w:rPr>
        <w:t xml:space="preserve">[1:28:58] </w:t>
      </w:r>
      <w:r>
        <w:t>yeh bhi yaad rakhiye. process chalayein. jaise aap hawai jahaz mein baithe hue hain. aik procedure hai jo phir dobara aapse milne wala hai nahin.</w:t>
      </w:r>
    </w:p>
    <w:p>
      <w:pPr>
        <w:jc w:val="right"/>
      </w:pPr>
      <w:r>
        <w:t>یہبھییادرکھیے۔ Pro cessچلائیں۔ جیسےآپ ہوائیجہازمیںبیٹھےہوئےہیں۔ ایک procedureہے جو پھردوبارہآپسےملنےوالاہےنہیں ۔</w:t>
      </w:r>
    </w:p>
    <w:p>
      <w:r>
        <w:rPr>
          <w:b/>
        </w:rPr>
        <w:t xml:space="preserve">[1:29:10] </w:t>
      </w:r>
      <w:r>
        <w:t>is se aap ne kuch baat ki, aik pamphlet ko de diya. wahan aap process chalane ke position mein nahin hain.</w:t>
      </w:r>
    </w:p>
    <w:p>
      <w:pPr>
        <w:jc w:val="right"/>
      </w:pPr>
      <w:r>
        <w:t>اسسےآپنےکچھباتکی،ایکپمفلٹکودےدیا۔ وہاںآپ process چلانےکےposition میںنہیںہیں۔</w:t>
      </w:r>
    </w:p>
    <w:p>
      <w:r>
        <w:rPr>
          <w:b/>
        </w:rPr>
        <w:t xml:space="preserve">[1:29:18] </w:t>
      </w:r>
      <w:r>
        <w:t>lekin jahan aap process chalane ke position mein hain, to wahan aap ko pursue karna pare ga, pursue. poochna ho ga, baat karni ho gi, dialogue karna ho ga.</w:t>
      </w:r>
    </w:p>
    <w:p>
      <w:pPr>
        <w:jc w:val="right"/>
      </w:pPr>
      <w:r>
        <w:t>لیکن جہاںآپ process چلانےکےposition میںہیں،تووہاںآپکو pursueکرناپڑےگا،pursue۔ پوچھناہوگا،باتکرنیہوگی،ڈائیلاگکرناہوگا۔</w:t>
      </w:r>
    </w:p>
    <w:p>
      <w:r>
        <w:rPr>
          <w:b/>
        </w:rPr>
        <w:t xml:space="preserve">[1:29:27] </w:t>
      </w:r>
      <w:r>
        <w:t>is ke duties, is ke jo doubts hain, woh clear karna ho ga. that is process.</w:t>
      </w:r>
    </w:p>
    <w:p>
      <w:pPr>
        <w:jc w:val="right"/>
      </w:pPr>
      <w:r>
        <w:t>اسکے du ties ،اسکےجو doubtsہیں،وہclearکرناہوگا۔ That isprocess .</w:t>
      </w:r>
    </w:p>
    <w:p>
      <w:r>
        <w:rPr>
          <w:b/>
        </w:rPr>
        <w:t xml:space="preserve">[1:29:36] </w:t>
      </w:r>
      <w:r>
        <w:t>sometime aap ko aap ko sirf announce karne ka aap ke paas mauqa hota hai. is tarah ka mauqa nahin hota.</w:t>
      </w:r>
    </w:p>
    <w:p>
      <w:pPr>
        <w:jc w:val="right"/>
      </w:pPr>
      <w:r>
        <w:t>Sometime آپ کو آپ کو صرف announceکرنے کا کاآپکےپاس موقعہوتاہے۔ اسطرح کاموقعنہیںہوتا۔</w:t>
      </w:r>
    </w:p>
    <w:p>
      <w:r>
        <w:rPr>
          <w:b/>
        </w:rPr>
        <w:t xml:space="preserve">[1:29:46] </w:t>
      </w:r>
      <w:r>
        <w:t>jaise mein ne arz kiya ke hawai jahaz mein aik aadmi hai, to aap dobara to paein ge nahin is ko aap. to chalo bhai, aik aik Quran ki aik copy de do. aik booklet de do.</w:t>
      </w:r>
    </w:p>
    <w:p>
      <w:pPr>
        <w:jc w:val="right"/>
      </w:pPr>
      <w:r>
        <w:t>جیسےمیںنےعرضکیاکہہوائیجہازمیںایکآدمیہے،توآپ دوبارہتوپائیںگےنہیںاسکوآپ ۔توچلوبھئی،ایک ایکقرآنکیایککاپیدےدو۔ ایک بکلیٹدےدو۔</w:t>
      </w:r>
    </w:p>
    <w:p>
      <w:r>
        <w:rPr>
          <w:b/>
        </w:rPr>
        <w:t xml:space="preserve">[1:29:57] </w:t>
      </w:r>
      <w:r>
        <w:t>to kuch to kar do, yeh aap ke dil mein aaye ga. lekin phir bhi woh asaas ko bhi aik aap process mein dhal sakte hain.</w:t>
      </w:r>
    </w:p>
    <w:p>
      <w:pPr>
        <w:jc w:val="right"/>
      </w:pPr>
      <w:r>
        <w:t>تو کچھتو کردو،یہ آپکےدلمیںآئےگا۔ لیکن پھربھی وہ اساسکوبھی ایک آپ process میںڈھالسکتےہیں۔</w:t>
      </w:r>
    </w:p>
    <w:p>
      <w:r>
        <w:rPr>
          <w:b/>
        </w:rPr>
        <w:t xml:space="preserve">[1:30:06] </w:t>
      </w:r>
      <w:r>
        <w:t>woh aik dua karein aap us ke liye. yani wahan to aap sirf us ko kuch baat thori si keh saken. aik aik kitab de</w:t>
      </w:r>
    </w:p>
    <w:p>
      <w:pPr>
        <w:jc w:val="right"/>
      </w:pPr>
      <w:r>
        <w:t>وہایکدعاکریںآپاسکےلیے۔ یعنی وہاںپرتوآپ صرفاسکوکچھ باتتھوڑیسیکہہسکیں۔ ایک ایککتاب د</w:t>
      </w:r>
    </w:p>
    <w:p>
      <w:r>
        <w:rPr>
          <w:b/>
        </w:rPr>
        <w:t xml:space="preserve">[1:30:14] </w:t>
      </w:r>
      <w:r>
        <w:t>de saken. lekin baad ko jab aap ghar aaein to us ke liye dua kar sakte hain aap. is tarah process chala sakte hain aap. us ka telephone number le lein.</w:t>
      </w:r>
    </w:p>
    <w:p>
      <w:pPr>
        <w:jc w:val="right"/>
      </w:pPr>
      <w:r>
        <w:t>ےسکیں۔ لیکن بعد کو جبآپگھرآئیں تو اسکےلیےدعاکرسکتےہیںآپ ۔ اسطرح process چلاسکتےہیںآپ۔اسکاٹیلیفوننمبرلےلیں۔</w:t>
      </w:r>
    </w:p>
    <w:p>
      <w:r>
        <w:rPr>
          <w:b/>
        </w:rPr>
        <w:t xml:space="preserve">[1:30:24] </w:t>
      </w:r>
      <w:r>
        <w:t>us se contact karein. woh bhi aik process ka tareeqa hai. to sochne se baatein khulti hain. agar aap ke andar agar agar dawa aap ka concern ban gaya ho.</w:t>
      </w:r>
    </w:p>
    <w:p>
      <w:pPr>
        <w:jc w:val="right"/>
      </w:pPr>
      <w:r>
        <w:t>اسے conta ctکریں۔وہبھیایکprocess کاطریقہہے۔ تو سوچنےسے باتیںکھلتیہیں۔ اگر آپ کےاندر اگر اگر دعویٰآپکاconcernبنگیاہو ۔</w:t>
      </w:r>
    </w:p>
    <w:p>
      <w:r>
        <w:rPr>
          <w:b/>
        </w:rPr>
        <w:t xml:space="preserve">[1:30:35] </w:t>
      </w:r>
      <w:r>
        <w:t>to aap ko khud hi pata yani aap ka mind batata rahe ga ke yeh karo, woh karo, yeh karo, woh karo.</w:t>
      </w:r>
    </w:p>
    <w:p>
      <w:pPr>
        <w:jc w:val="right"/>
      </w:pPr>
      <w:r>
        <w:t>تو آپ کوخود ہیپتہ یعنیآپ کاmind بتاتارہےگاکہیہکرو،وہکرو،یہکرو،وہکرو۔</w:t>
      </w:r>
    </w:p>
    <w:p>
      <w:r>
        <w:rPr>
          <w:b/>
        </w:rPr>
        <w:t xml:space="preserve">[1:30:46] </w:t>
      </w:r>
      <w:r>
        <w:t>this question is from doctor Fareeda Khanam from Delhi. in spite of all the signs of the end of the world, people are not serious about after life.</w:t>
      </w:r>
    </w:p>
    <w:p>
      <w:pPr>
        <w:jc w:val="right"/>
      </w:pPr>
      <w:r>
        <w:t>Thisquestion is from ڈاکٹرفریدہخانمfrom Delhi. In spiteof all the signsof the endoftheworld ,people are not ser iousabout after life.</w:t>
      </w:r>
    </w:p>
    <w:p>
      <w:r>
        <w:rPr>
          <w:b/>
        </w:rPr>
        <w:t xml:space="preserve">[1:30:59] </w:t>
      </w:r>
      <w:r>
        <w:t>they want to enjoy their present moment. what is the reason for such behavior?</w:t>
      </w:r>
    </w:p>
    <w:p>
      <w:pPr>
        <w:jc w:val="right"/>
      </w:pPr>
      <w:r>
        <w:t>Theywantto enjoy their present mom ent. Whatisthereasonfor such beh avi or?</w:t>
      </w:r>
    </w:p>
    <w:p>
      <w:r>
        <w:rPr>
          <w:b/>
        </w:rPr>
        <w:t xml:space="preserve">[1:31:08] </w:t>
      </w:r>
      <w:r>
        <w:t>dekhein, mein yeh samajh paya hoon ke log wohi cheezon ko for granted le lete</w:t>
      </w:r>
    </w:p>
    <w:p>
      <w:pPr>
        <w:jc w:val="right"/>
      </w:pPr>
      <w:r>
        <w:t>دیکھیں،میں یہسمجھپایاہوں کہ لوگجوہیںچیزوںکو for grantedلےلیت</w:t>
      </w:r>
    </w:p>
    <w:p>
      <w:r>
        <w:rPr>
          <w:b/>
        </w:rPr>
        <w:t xml:space="preserve">[1:31:14] </w:t>
      </w:r>
      <w:r>
        <w:t>hain. kuch bhi hota hai to for granted le lete hain. ke are, aisa woh hone wala tha, yeh to falan wajah se ho ga, to falan wajah se ho ga. to abhi jo global warming hai, is ko abhi man-made samajhte hain.</w:t>
      </w:r>
    </w:p>
    <w:p>
      <w:pPr>
        <w:jc w:val="right"/>
      </w:pPr>
      <w:r>
        <w:t>ےہیں۔ کچھبھیہوتاہےتوfor grantedلےلیتےہیں۔ کہارے،ایساتوہونےوالاتھا،یہتو فلاںوجہ سےہوگا،تو فلاںوجہ سےہوگا۔ تو ابھیجو glob alwarmingہے، اسکوابھی man -madeسمجھتےہیں۔</w:t>
      </w:r>
    </w:p>
    <w:p>
      <w:r>
        <w:rPr>
          <w:b/>
        </w:rPr>
        <w:t xml:space="preserve">[1:31:28] </w:t>
      </w:r>
      <w:r>
        <w:t>halan ke woh man-made nahin hai, woh Khuda ki taraf se hai. to agar is ko samjhein ke God-made hai to daren ge, sochen ge.</w:t>
      </w:r>
    </w:p>
    <w:p>
      <w:pPr>
        <w:jc w:val="right"/>
      </w:pPr>
      <w:r>
        <w:t>حالانکہوہman -madeنہیںہے،وہ خداکیطرفسےہے۔ تو اگر اسکو سمجھیںکہ God -madeہے تو ڈریںگے،سوچیںگے۔</w:t>
      </w:r>
    </w:p>
    <w:p>
      <w:r>
        <w:rPr>
          <w:b/>
        </w:rPr>
        <w:t xml:space="preserve">[1:31:39] </w:t>
      </w:r>
      <w:r>
        <w:t>lekin jab man-made kar diya hai to yeh to hota hi rehta hai, aisa.</w:t>
      </w:r>
    </w:p>
    <w:p>
      <w:pPr>
        <w:jc w:val="right"/>
      </w:pPr>
      <w:r>
        <w:t>لیکن جبman -madeکردیاہےتو یہتو ہوتاہیرہتاہے،ایسا۔</w:t>
      </w:r>
    </w:p>
    <w:p>
      <w:r>
        <w:rPr>
          <w:b/>
        </w:rPr>
        <w:t xml:space="preserve">[1:31:44] </w:t>
      </w:r>
      <w:r>
        <w:t>to mein samajhta hoon ke Allah taala ki taraf se jo signs aa rahe hain, woh do qism ke hain. aik to yeh saare signs hain ke pani ka level bohat kam ho raha hai.</w:t>
      </w:r>
    </w:p>
    <w:p>
      <w:pPr>
        <w:jc w:val="right"/>
      </w:pPr>
      <w:r>
        <w:t>تو میںسمجھتاہوںکہ اللہ تعالیٰکیطرف سے جو signsآرہےہیں، وہ دوقسم کےہیں۔ ایکتویہسارےsignsہیں کہ پانی کاlevelبہتکمہورہاہے۔</w:t>
      </w:r>
    </w:p>
    <w:p>
      <w:r>
        <w:rPr>
          <w:b/>
        </w:rPr>
        <w:t xml:space="preserve">[1:32:00] </w:t>
      </w:r>
      <w:r>
        <w:t>jo vulnerable life hai, woh khatam ho rahi hai. war, woh jagah jagah janglon mein aag lag rahi hai. naye naye qism ki diseases paida ho rahi hain.</w:t>
      </w:r>
    </w:p>
    <w:p>
      <w:pPr>
        <w:jc w:val="right"/>
      </w:pPr>
      <w:r>
        <w:t>جو vulnerable life ہے،وہختمہورہیہے۔ وار ،وہ جگہجگہجنگلوںمیںآگلگرہیہے۔ نئےنئےقسم کیdiseasesپیداہورہیہیں۔</w:t>
      </w:r>
    </w:p>
    <w:p>
      <w:r>
        <w:rPr>
          <w:b/>
        </w:rPr>
        <w:t xml:space="preserve">[1:32:11] </w:t>
      </w:r>
      <w:r>
        <w:t>bahut sari baatein hain jo hadith mein theen, yeh ke aisa aisa hoga, aisa hoga, aisa hoga. woh sab ho raha hai. lekin log is ko le chale ja rahe hain, for granted ke taur par le chale ja rahe hain.</w:t>
      </w:r>
    </w:p>
    <w:p>
      <w:pPr>
        <w:jc w:val="right"/>
      </w:pPr>
      <w:r>
        <w:t>بہت ساریباتیںہیںجوحدیثمیں تھیں،یہ کہایساایساہوگا،ایساہوگا،ایساہوگا۔ وہسبہورہاہے۔ لیکن لوگ اسکولے چلےجارہےہیں، for grantedکےطورپرلےچلےجارہےہیں۔</w:t>
      </w:r>
    </w:p>
    <w:p>
      <w:r>
        <w:rPr>
          <w:b/>
        </w:rPr>
        <w:t xml:space="preserve">[1:32:23] </w:t>
      </w:r>
      <w:r>
        <w:t>iska koi cause dhoondh lete hain. aakhri jo sign zahir hone wala hai, iska koi cause nahin daryaft kar saken ge log.</w:t>
      </w:r>
    </w:p>
    <w:p>
      <w:pPr>
        <w:jc w:val="right"/>
      </w:pPr>
      <w:r>
        <w:t>اسکاکوئی کازڈھونڈلیتےہیں۔ آخریجو sign ظاہرہونےوالاہے، اسکا کوئی کازنہیں دریافتکرسک یںگےلوگ۔</w:t>
      </w:r>
    </w:p>
    <w:p>
      <w:r>
        <w:rPr>
          <w:b/>
        </w:rPr>
        <w:t xml:space="preserve">[1:32:34] </w:t>
      </w:r>
      <w:r>
        <w:t>lekin us waqt tooba ka darwaza band ho jayega.</w:t>
      </w:r>
    </w:p>
    <w:p>
      <w:pPr>
        <w:jc w:val="right"/>
      </w:pPr>
      <w:r>
        <w:t>لیکن اسوقت توبہکادروازہبندہوجائےگا۔</w:t>
      </w:r>
    </w:p>
    <w:p>
      <w:r>
        <w:rPr>
          <w:b/>
        </w:rPr>
        <w:t xml:space="preserve">[1:32:37] </w:t>
      </w:r>
      <w:r>
        <w:t>hadith mein aata hai ke qayamat se bahut qareeb, jab qayamat ba-taur-e-qareeb aa jayegi to suraj woh hai, west se niklega.</w:t>
      </w:r>
    </w:p>
    <w:p>
      <w:pPr>
        <w:jc w:val="right"/>
      </w:pPr>
      <w:r>
        <w:t>حدیث میںآتاہےکہ قیامتسےبہت قریب ،جب قیامتبہتقریبآجائےگی تو سورججوہے، west سےنکلےگا۔</w:t>
      </w:r>
    </w:p>
    <w:p>
      <w:r>
        <w:rPr>
          <w:b/>
        </w:rPr>
        <w:t xml:space="preserve">[1:32:48] </w:t>
      </w:r>
      <w:r>
        <w:t>yani maghrib se niklega, mashriq mein doobega.</w:t>
      </w:r>
    </w:p>
    <w:p>
      <w:pPr>
        <w:jc w:val="right"/>
      </w:pPr>
      <w:r>
        <w:t>یعنیمغربسےنکلےگا،مشرقمیںڈوبےگا۔</w:t>
      </w:r>
    </w:p>
    <w:p>
      <w:r>
        <w:rPr>
          <w:b/>
        </w:rPr>
        <w:t xml:space="preserve">[1:32:54] </w:t>
      </w:r>
      <w:r>
        <w:t>yeh aisi cheez hogi jis ko koi aap explain nahin kar sakte, aap. aap jante hain suraj ka nikalna aur doobna kya hai?</w:t>
      </w:r>
    </w:p>
    <w:p>
      <w:pPr>
        <w:jc w:val="right"/>
      </w:pPr>
      <w:r>
        <w:t>یہ ایسیچیزہوگیجسکوکوئیآپexplainنہیںکرسکتے،آپ ۔ آپجانتےہیں سورجکانکلنااورڈوبناکیاہے؟</w:t>
      </w:r>
    </w:p>
    <w:p>
      <w:r>
        <w:rPr>
          <w:b/>
        </w:rPr>
        <w:t xml:space="preserve">[1:33:01] </w:t>
      </w:r>
      <w:r>
        <w:t>woh hai zameen ka jo rotation hai, apne axis par, us ki wajah se aisa hota hai. to abhi jo hai, is ka rotation aise agar hai to aisa hone lagega.</w:t>
      </w:r>
    </w:p>
    <w:p>
      <w:pPr>
        <w:jc w:val="right"/>
      </w:pPr>
      <w:r>
        <w:t>وہہے زمین کاجو rotationہے، اپنے axisپر،اسکیوجہسے ایساہوتاہے۔ تو ابھیجوہے، اسکا rotation ایسےاگر ہےتو ایسا ہونےلگےگا۔</w:t>
      </w:r>
    </w:p>
    <w:p>
      <w:r>
        <w:rPr>
          <w:b/>
        </w:rPr>
        <w:t xml:space="preserve">[1:33:16] </w:t>
      </w:r>
      <w:r>
        <w:t>jo rotation is tarike se ho raha hai,</w:t>
      </w:r>
    </w:p>
    <w:p>
      <w:pPr>
        <w:jc w:val="right"/>
      </w:pPr>
      <w:r>
        <w:t>جو rotationاسطریقےسےہورہاہے،</w:t>
      </w:r>
    </w:p>
    <w:p>
      <w:r>
        <w:rPr>
          <w:b/>
        </w:rPr>
        <w:t xml:space="preserve">[1:33:21] </w:t>
      </w:r>
      <w:r>
        <w:t>east world woh west world ho jayega. to phir kya hoga</w:t>
      </w:r>
    </w:p>
    <w:p>
      <w:pPr>
        <w:jc w:val="right"/>
      </w:pPr>
      <w:r>
        <w:t>eastworld وہwest worldہوجائےگا۔ توپھرکیاہوگا</w:t>
      </w:r>
    </w:p>
    <w:p>
      <w:r>
        <w:rPr>
          <w:b/>
        </w:rPr>
        <w:t xml:space="preserve">[1:33:26] </w:t>
      </w:r>
      <w:r>
        <w:t>ke zameen ke rotation ko badalne ki wajah se aisa hoga ke suraj woh hai, niklega maghrib se aur doobega mashriq mein. to chunke yeh explainable nahin hoga, is ko koi keh nahin payega ke yeh man-made hai.</w:t>
      </w:r>
    </w:p>
    <w:p>
      <w:pPr>
        <w:jc w:val="right"/>
      </w:pPr>
      <w:r>
        <w:t>کہ زمین کےrotationکوبدلنےکیوجہسےایساہوگاکہسورججوہے، نکلےگا مغربسے اورڈوبےگامشرقمیں۔ تو چونکہیہ exp lainableنہیںہوگا، اسکوکوئی کرنہیںپائےگاکہیہman -madeہے۔</w:t>
      </w:r>
    </w:p>
    <w:p>
      <w:r>
        <w:rPr>
          <w:b/>
        </w:rPr>
        <w:t xml:space="preserve">[1:33:40] </w:t>
      </w:r>
      <w:r>
        <w:t>abhi jo kuch ho raha hai, abhi bhi saare signs jo hadith mein diye gaye hain, maine is par lamba article likha hai, is mein mere magazine mein chhap chuka hai ke hadith mein bahut se signs diye ja chuke hain.</w:t>
      </w:r>
    </w:p>
    <w:p>
      <w:pPr>
        <w:jc w:val="right"/>
      </w:pPr>
      <w:r>
        <w:t>ابھیجوکچھہورہاہے، ابھی بھیسارےsignsجوحدیثمیںدیےگئےہیں، میںنےاسپہلمباآرٹیکللکھاہے، اسمیںمیرےمیگزینمیں چھپچکاہے کہحدیث میں بہت سے signsدیےجاچکےہیں۔</w:t>
      </w:r>
    </w:p>
    <w:p>
      <w:r>
        <w:rPr>
          <w:b/>
        </w:rPr>
        <w:t xml:space="preserve">[1:33:53] </w:t>
      </w:r>
      <w:r>
        <w:t>woh sab saamne aa rahe hain, saamne aa rahe hain, saamne aa rahe hain. lekin insaan samajhta hai ke yeh to man-made hai, yeh man-made hai. to aakhir mein Allah taala ek aisa sign zahir karenge, aisi nishani jis ko insaan man-made na keh payega.</w:t>
      </w:r>
    </w:p>
    <w:p>
      <w:pPr>
        <w:jc w:val="right"/>
      </w:pPr>
      <w:r>
        <w:t>وہسبسامنےآرہےہیں،سامنےآرہےہیں،سامنےآرہےہیں۔ لیکن انسان سمجھتاہےکہیہتوman -madeہے، یہman -madeہے۔ تو آخرمیںاللہ تعالیٰایک ایسا sign ظاہرکریںگے،ایسینشانی جسکو انسان man -madeنہکہہپائےگا۔</w:t>
      </w:r>
    </w:p>
    <w:p>
      <w:r>
        <w:rPr>
          <w:b/>
        </w:rPr>
        <w:t xml:space="preserve">[1:34:12] </w:t>
      </w:r>
      <w:r>
        <w:t>ke suraj niklega maghrib se aur doobega mashriq ki taraf.</w:t>
      </w:r>
    </w:p>
    <w:p>
      <w:pPr>
        <w:jc w:val="right"/>
      </w:pPr>
      <w:r>
        <w:t>کہ سورجنکلےگا مغربسےاورڈوبےگامشرقکیطرف ۔</w:t>
      </w:r>
    </w:p>
    <w:p>
      <w:r>
        <w:rPr>
          <w:b/>
        </w:rPr>
        <w:t xml:space="preserve">[1:34:20] </w:t>
      </w:r>
      <w:r>
        <w:t>to use kya, kaise explain karenge aap? lekin us waqt, us waqt jo hai, phir tooba ka darwaza band ho jayega. us waqt agar koi iman laye to is ka koi kaam, faida nahin.</w:t>
      </w:r>
    </w:p>
    <w:p>
      <w:pPr>
        <w:jc w:val="right"/>
      </w:pPr>
      <w:r>
        <w:t>تواسےکیا،کیسےexplainکریںگےآپ ؟لیکن اس وقت ،اسوقت جوہے، پھرتوبہکادروازہبندہوجائےگا۔ اسوقت اگرکوئیایمانلائےتواسکاکوئیکام ،فائدہنہیں۔</w:t>
      </w:r>
    </w:p>
    <w:p>
      <w:r>
        <w:rPr>
          <w:b/>
        </w:rPr>
        <w:t xml:space="preserve">[1:34:33] </w:t>
      </w:r>
      <w:r>
        <w:t>koi faida nahin. kyunke iman woh mu'tabar hai jo haalat-e-ghaib mein ho.</w:t>
      </w:r>
    </w:p>
    <w:p>
      <w:pPr>
        <w:jc w:val="right"/>
      </w:pPr>
      <w:r>
        <w:t>کوئیفائدہنہیں۔ کیونکہ ایمان وہ معتبرہے جو حالت غیبمیںہو۔</w:t>
      </w:r>
    </w:p>
    <w:p>
      <w:r>
        <w:rPr>
          <w:b/>
        </w:rPr>
        <w:t xml:space="preserve">[1:34:41] </w:t>
      </w:r>
      <w:r>
        <w:t>Khuda saamne aap ke khada ho jaye, aap ke to aap kahen, Khuda ya! main tum ko, main tere par iman laya. to is ki kya value hai? koi value nahin hai is ki. to main samajh paya hoon ke hadith mein jo yeh bataya gaya hai ke suraj woh hai,</w:t>
      </w:r>
    </w:p>
    <w:p>
      <w:pPr>
        <w:jc w:val="right"/>
      </w:pPr>
      <w:r>
        <w:t>خدا سامنےآپکےکھڑاہوجائے،آپکے توآپکہیں،خدایا!میںتمکو، میںتیرےپرایمانلایا۔تواسکیکیاvalueہے؟کوئیvalueنہیںہےاسکی۔ تو میں سمجھپایاہوںکہحدیثمیںجویہبتایاگیاہے کہ سورججوہے،</w:t>
      </w:r>
    </w:p>
    <w:p>
      <w:r>
        <w:rPr>
          <w:b/>
        </w:rPr>
        <w:t xml:space="preserve">[1:34:56] </w:t>
      </w:r>
      <w:r>
        <w:t>maghrib se niklega aur mashriq mein doobega, woh woh lamha hoga jabke qayamat bahut qareeb aa jayegi. aur final warning ke taur par aisa kiya jayega.</w:t>
      </w:r>
    </w:p>
    <w:p>
      <w:pPr>
        <w:jc w:val="right"/>
      </w:pPr>
      <w:r>
        <w:t>مغربسے نکلےگااورمشرقمیںڈوبےگا، وہ وہ لمحہہوگاجبکہقیامتبہت قریبآجائےگی۔ اور final war ningکےطورپر ایساکیاجائےگا۔</w:t>
      </w:r>
    </w:p>
    <w:p>
      <w:r>
        <w:rPr>
          <w:b/>
        </w:rPr>
        <w:t xml:space="preserve">[1:35:06] </w:t>
      </w:r>
      <w:r>
        <w:t>aur is ke baad tooba ka darwaza band. aur is ke baad jannat jahannum ka silsila shuru.</w:t>
      </w:r>
    </w:p>
    <w:p>
      <w:pPr>
        <w:jc w:val="right"/>
      </w:pPr>
      <w:r>
        <w:t>اوراسکےبعد توبہکادروازہبند ۔اوراسکےبعد جنتجہ نمکاسلسلہشروع ۔</w:t>
      </w:r>
    </w:p>
    <w:p>
      <w:r>
        <w:rPr>
          <w:b/>
        </w:rPr>
        <w:t xml:space="preserve">[1:35:12] </w:t>
      </w:r>
      <w:r>
        <w:t>aisa maine samjhaya hai.</w:t>
      </w:r>
    </w:p>
    <w:p>
      <w:pPr>
        <w:jc w:val="right"/>
      </w:pPr>
      <w:r>
        <w:t>ایسا میںنےسمجھایاہے۔</w:t>
      </w:r>
    </w:p>
    <w:p>
      <w:r>
        <w:rPr>
          <w:b/>
        </w:rPr>
        <w:t xml:space="preserve">[1:35:17] </w:t>
      </w:r>
      <w:r>
        <w:t>This question is from Mr Ramesh from Delhi. Why are believers referred to as ummat-e-wasta? Kindly explain in detail.</w:t>
      </w:r>
    </w:p>
    <w:p>
      <w:pPr>
        <w:jc w:val="right"/>
      </w:pPr>
      <w:r>
        <w:t>This question is from مسٹررامشfrom Delhi. Whyare believers refer redto as امت وسط ؟Kindlyexplainindetail.</w:t>
      </w:r>
    </w:p>
    <w:p>
      <w:r>
        <w:rPr>
          <w:b/>
        </w:rPr>
        <w:t xml:space="preserve">[1:35:29] </w:t>
      </w:r>
      <w:r>
        <w:t>dekhen, wasta jo hai, arabi mein is ke ma'ni middle ke hote hain. middle ke hote hain.</w:t>
      </w:r>
    </w:p>
    <w:p>
      <w:pPr>
        <w:jc w:val="right"/>
      </w:pPr>
      <w:r>
        <w:t>دیکھیں،وسطجوہے، عربی میں اسکےمعنیmidd leکےہوتےہیں۔ Middleکےہوتےہیں۔</w:t>
      </w:r>
    </w:p>
    <w:p>
      <w:r>
        <w:rPr>
          <w:b/>
        </w:rPr>
        <w:t xml:space="preserve">[1:35:36] </w:t>
      </w:r>
      <w:r>
        <w:t>istemaali ma'ni mein woh is mein dictionary mein yeh bhi aata hai ke behtar ke ma'ni mein.</w:t>
      </w:r>
    </w:p>
    <w:p>
      <w:pPr>
        <w:jc w:val="right"/>
      </w:pPr>
      <w:r>
        <w:t>استعمالیمعنیمیں وہ اسمیں dictionaryمیں یہبھیآتاہے کہ بہترکےمعنیمیں۔</w:t>
      </w:r>
    </w:p>
    <w:p>
      <w:r>
        <w:rPr>
          <w:b/>
        </w:rPr>
        <w:t xml:space="preserve">[1:35:45] </w:t>
      </w:r>
      <w:r>
        <w:t>lekin asli ma'ni behtar ke nahin hain wasta ke. wasta ke asli ma'ni hain beech ke.</w:t>
      </w:r>
    </w:p>
    <w:p>
      <w:pPr>
        <w:jc w:val="right"/>
      </w:pPr>
      <w:r>
        <w:t>لیکن اصلمعنیبہترکےنہیںہیںوسطکے۔وسطکےاصلمعنیہیںبیچکے۔</w:t>
      </w:r>
    </w:p>
    <w:p>
      <w:r>
        <w:rPr>
          <w:b/>
        </w:rPr>
        <w:t xml:space="preserve">[1:35:53] </w:t>
      </w:r>
      <w:r>
        <w:t>behtar aur bad ke ma'ni mein nahin hai. har giz nahin hai. yani superior community ke ma'ni mein nahin hai woh. middle community ke bare mein hai.</w:t>
      </w:r>
    </w:p>
    <w:p>
      <w:pPr>
        <w:jc w:val="right"/>
      </w:pPr>
      <w:r>
        <w:t>بہتراوربدکےمعنیمیںنہیںہے۔ ہرگزنہیںہے۔ یعنیsup erior commun ityکےمعنیمیںنہیںہےوہ ۔ Middlecommun ityکےبارےمیںہے۔</w:t>
      </w:r>
    </w:p>
    <w:p>
      <w:r>
        <w:rPr>
          <w:b/>
        </w:rPr>
        <w:t xml:space="preserve">[1:36:01] </w:t>
      </w:r>
      <w:r>
        <w:t>middle community is liye, jaise ke maine abhi arz kiya ke prophets ek taraf hain, ek taraf aam insaan hain. beech mein hum hain.</w:t>
      </w:r>
    </w:p>
    <w:p>
      <w:pPr>
        <w:jc w:val="right"/>
      </w:pPr>
      <w:r>
        <w:t>Middlecommunityاسلیے ،جیسےکہمیںنےابھیعرضکیاکہ prophets ایکطرف ہیں،ایکطرف عام انسانہیں۔ بیچمیںہمہیں۔</w:t>
      </w:r>
    </w:p>
    <w:p>
      <w:r>
        <w:rPr>
          <w:b/>
        </w:rPr>
        <w:t xml:space="preserve">[1:36:12] </w:t>
      </w:r>
      <w:r>
        <w:t>to prophets se hum milte hain aur logon tak pohanchate hain. to hamara middle man ka hamara kaam hota hai. middleman ka kaam.</w:t>
      </w:r>
    </w:p>
    <w:p>
      <w:pPr>
        <w:jc w:val="right"/>
      </w:pPr>
      <w:r>
        <w:t>تو prophetsسےہملیتےہیں اور لوگوںتکپہنچاتےہیں۔ توہمارا middle man کا ہماراکامہوتاہے۔ Middlemanکاکام ۔</w:t>
      </w:r>
    </w:p>
    <w:p>
      <w:r>
        <w:rPr>
          <w:b/>
        </w:rPr>
        <w:t xml:space="preserve">[1:36:22] </w:t>
      </w:r>
      <w:r>
        <w:t>ke prophet ne humein quran diya, humein Allah ka paigham diya. to khud hum ne apna</w:t>
      </w:r>
    </w:p>
    <w:p>
      <w:pPr>
        <w:jc w:val="right"/>
      </w:pPr>
      <w:r>
        <w:t>کہ prophetنےہمیں قرآندیا ، ہمیںاللہ کاپیغامدیا ۔ توخود ہمنے اپ</w:t>
      </w:r>
    </w:p>
    <w:p>
      <w:r>
        <w:rPr>
          <w:b/>
        </w:rPr>
        <w:t xml:space="preserve">[1:36:28] </w:t>
      </w:r>
      <w:r>
        <w:t>naya isko. apna karke phir aage hum ne doosre insano ko isko pohancha diya. That is the role of a middleman. to ummat e wasat ka matlab yahi hai ke jo log rasool par iman layein, jo apne ko Allah ke haan believer ke darje mein chahein ke unko woh reward mile uska, to unhein yeh role karna hoga.</w:t>
      </w:r>
    </w:p>
    <w:p>
      <w:pPr>
        <w:jc w:val="right"/>
      </w:pPr>
      <w:r>
        <w:t>نایا اسکو۔اپناکرکےپھرآگےہمنےدوسرےانسانوںکواسکوپہنچادیا۔ That isthe roleofamiddleman. تو امت وسطکامطلبیہیہےکہ جو لوگ رسول پرایمانلائیں، جو اپنے کو اللہ کےہاںbelieverکےدرجےمیں چاہیںکہانکووہ reward ملےاسکا ،تو انہیں یہroleکرناہوگا۔</w:t>
      </w:r>
    </w:p>
    <w:p>
      <w:r>
        <w:rPr>
          <w:b/>
        </w:rPr>
        <w:t xml:space="preserve">[1:36:50] </w:t>
      </w:r>
      <w:r>
        <w:t>yani middleman ka role karna hoga. Middle community ka role karna hoga. Ke rasool se paaye hue message ko woh aam insano tak pohanchayein.</w:t>
      </w:r>
    </w:p>
    <w:p>
      <w:pPr>
        <w:jc w:val="right"/>
      </w:pPr>
      <w:r>
        <w:t>یعنیmiddleman کاroleکرناہوگا۔Middlecommun ityکاroleکرناہوگا۔ کہرسول سے پائے ہوئے messageکو وہ عام انسانوںتکپہنچائیں۔</w:t>
      </w:r>
    </w:p>
    <w:p>
      <w:r>
        <w:rPr>
          <w:b/>
        </w:rPr>
        <w:t xml:space="preserve">[1:37:01] </w:t>
      </w:r>
      <w:r>
        <w:t>na pohanchayein to phir unka koi Khuda ka koi darja nahi hai.</w:t>
      </w:r>
    </w:p>
    <w:p>
      <w:pPr>
        <w:jc w:val="right"/>
      </w:pPr>
      <w:r>
        <w:t>نہپہنچائیںتوپھرانکاکوئی خداکاکوئیدرجہنہیںہے۔</w:t>
      </w:r>
    </w:p>
    <w:p>
      <w:r>
        <w:rPr>
          <w:b/>
        </w:rPr>
        <w:t xml:space="preserve">[1:37:08] </w:t>
      </w:r>
      <w:r>
        <w:t>This question is from Maulana Zikwan Nadvi from Delhi. Maulana, kindly explain Salat e Shukr and what is the importance of this Salat?</w:t>
      </w:r>
    </w:p>
    <w:p>
      <w:pPr>
        <w:jc w:val="right"/>
      </w:pPr>
      <w:r>
        <w:t>This questionis from مول انازکوان ندویfrom Delhi. مولانا، kindlyexplain صلاۃ شکر andwhatisthe import ance ofthis Salat ?</w:t>
      </w:r>
    </w:p>
    <w:p>
      <w:r>
        <w:rPr>
          <w:b/>
        </w:rPr>
        <w:t xml:space="preserve">[1:37:26] </w:t>
      </w:r>
      <w:r>
        <w:t>Hadees mein aata hai ke Rasool Allah ko koi aisi baat pesh aayi to aap sajde mein gir pade. Shukr karte hue. To shukr ke rawaane hote hain, wahi hai jo Arabi mein hum kehte hain, Urdu mein hum kehte hain iqraar.</w:t>
      </w:r>
    </w:p>
    <w:p>
      <w:pPr>
        <w:jc w:val="right"/>
      </w:pPr>
      <w:r>
        <w:t>حدیثمیںآتاہےکہرسولاللہکوکوئیایسیباتپیش آئیتوآپ سجدےمیںگر پڑے۔ شکرکرتے ہوئے۔ تو شکررکوانےہوتےہیں،وہیہےجوعربیمیںہمکہتےہیں،اردومیںہمکہتےہیںاعت راف ۔</w:t>
      </w:r>
    </w:p>
    <w:p>
      <w:r>
        <w:rPr>
          <w:b/>
        </w:rPr>
        <w:t xml:space="preserve">[1:37:39] </w:t>
      </w:r>
      <w:r>
        <w:t>Acknowledge karna. Yani shukr ke jo asal meaning hai, woh acknowledge karna hai. Acknowledgement. To jab aapko koi Khuda ki rehmat mile, koi blessing mile, to aap ke andar shukr paida hoga. Yeh</w:t>
      </w:r>
    </w:p>
    <w:p>
      <w:pPr>
        <w:jc w:val="right"/>
      </w:pPr>
      <w:r>
        <w:t>Acknowledgeکرنا ۔یعنیشکرکےجواصل meaningہے، وہ acknowledgeکرناہے۔ Acknowledgement ۔ توجبآپکوکوئی خداکیرحمت ملے، کوئی blessingملے، تو آپ کےاندرشکرپیدا ہوگا۔یہ</w:t>
      </w:r>
    </w:p>
    <w:p>
      <w:r>
        <w:rPr>
          <w:b/>
        </w:rPr>
        <w:t xml:space="preserve">[1:37:55] </w:t>
      </w:r>
      <w:r>
        <w:t>haan tak ke pani bhi agar aap pyase hain aur pani piya aap ne, aur zahabu zahumubtlat rooh ka mamla hua, to aap ab aap literally Allah ke aage daal denge apna, apne aap ko.</w:t>
      </w:r>
    </w:p>
    <w:p>
      <w:pPr>
        <w:jc w:val="right"/>
      </w:pPr>
      <w:r>
        <w:t>اںتککہپانیبھیاگرآپ پیاسےہیں اور پانی پیاآپنے ، اورذہبوذبحومبتلت روحکامعاملہہوا ، توآپ اب آپ liter ally اللہ کےآگےڈالدیںگےاپنا،اپنےآپکو ۔</w:t>
      </w:r>
    </w:p>
    <w:p>
      <w:r>
        <w:rPr>
          <w:b/>
        </w:rPr>
        <w:t xml:space="preserve">[1:38:09] </w:t>
      </w:r>
      <w:r>
        <w:t>chahe sajde ki haalat mein ya baghair sajde ke bhi. To shukr iska hi naam shukr hai. Ke sab kuch Allah ki taraf se aa raha hai. Chahe pani ho, chahe oxygen ho, chahe roshni ho.</w:t>
      </w:r>
    </w:p>
    <w:p>
      <w:pPr>
        <w:jc w:val="right"/>
      </w:pPr>
      <w:r>
        <w:t>چاہےسجدہ کیحالتمیںیابغیرسجدےکےبھی۔ تو شکراسیکانامشکرہے۔ کہسبکچھاللہ کیطرفسےآرہاہے۔ چاہےپانیہو ،چاہےآکسیجنہو، چاہےروشنیہو ۔</w:t>
      </w:r>
    </w:p>
    <w:p>
      <w:r>
        <w:rPr>
          <w:b/>
        </w:rPr>
        <w:t xml:space="preserve">[1:38:21] </w:t>
      </w:r>
      <w:r>
        <w:t>To ek ek cheez mein humein ek ek ek cheez, ek ek cheez humein keh rahi hai ke Khuda ka shukr karo. Khuda ka iqraar karo. Khuda ko acknowledge karo.</w:t>
      </w:r>
    </w:p>
    <w:p>
      <w:pPr>
        <w:jc w:val="right"/>
      </w:pPr>
      <w:r>
        <w:t>تو ایکایکچیزمیں ہمیں ایک ایک ایکچیز،ایکایکچیز ہمیں کہہرہیہےکہ خداکاشکرکرو۔خداکااعترافکرو۔خداکوacknowledgeکرو۔</w:t>
      </w:r>
    </w:p>
    <w:p>
      <w:r>
        <w:rPr>
          <w:b/>
        </w:rPr>
        <w:t xml:space="preserve">[1:38:33] </w:t>
      </w:r>
      <w:r>
        <w:t>To sajda e shukr ka matlab hai sajda e iqraar. Sajda e shukr ka matlab hai sajda e iqraar.</w:t>
      </w:r>
    </w:p>
    <w:p>
      <w:pPr>
        <w:jc w:val="right"/>
      </w:pPr>
      <w:r>
        <w:t>تو سجدہشکر کامطلبہےسجدہ اعتراف ۔ سجدہشکرکامطلبہےسجدہاعتراف ۔</w:t>
      </w:r>
    </w:p>
    <w:p>
      <w:r>
        <w:rPr>
          <w:b/>
        </w:rPr>
        <w:t xml:space="preserve">[1:38:44] </w:t>
      </w:r>
      <w:r>
        <w:t>Jab tak aap iqraar na karein, Khuda ki nemat'on ko istemal karne ka haq nahi hai aapko.</w:t>
      </w:r>
    </w:p>
    <w:p>
      <w:pPr>
        <w:jc w:val="right"/>
      </w:pPr>
      <w:r>
        <w:t>جبتکآپ اعتراف نہکریں، خداکینعمتوںکواستعمالکرنےکاحقنہیںہےآپکو ۔</w:t>
      </w:r>
    </w:p>
    <w:p>
      <w:r>
        <w:rPr>
          <w:b/>
        </w:rPr>
        <w:t xml:space="preserve">[1:38:51] </w:t>
      </w:r>
      <w:r>
        <w:t>haq nahi hai aapko. Main ek martaba Rajasthan ke ilake mein gaya to wahan pahadi thi. Pahadi ke upar ek ek building kisi ne banwai thi.</w:t>
      </w:r>
    </w:p>
    <w:p>
      <w:pPr>
        <w:jc w:val="right"/>
      </w:pPr>
      <w:r>
        <w:t>حق نہیںہےآپکو ۔ میںایکمرتبہ راجستھانکےعلاقےمیںگیاتووہاں پہاڑیتھی۔ پہاڑیکےاوپرایک ایک بلڈنگ کسی نےبنوائیتھی۔</w:t>
      </w:r>
    </w:p>
    <w:p>
      <w:r>
        <w:rPr>
          <w:b/>
        </w:rPr>
        <w:t xml:space="preserve">[1:39:03] </w:t>
      </w:r>
      <w:r>
        <w:t>to wahan par chadha hua hai upar. To building bahut hi intact, abhi bhi bilkul theek haalat mein thi. Lekin insaan ko nahi thi wahan par.</w:t>
      </w:r>
    </w:p>
    <w:p>
      <w:pPr>
        <w:jc w:val="right"/>
      </w:pPr>
      <w:r>
        <w:t>تو وہاںپرچڑھاہواہےاوپر۔ تو بلڈنگبہتہی intact،ابھیبھیبالکلٹھیکحالتمیںتھی۔ لیکن انسانکوئینہیںتھاوہاںپر۔</w:t>
      </w:r>
    </w:p>
    <w:p>
      <w:r>
        <w:rPr>
          <w:b/>
        </w:rPr>
        <w:t xml:space="preserve">[1:39:13] </w:t>
      </w:r>
      <w:r>
        <w:t>kisi raja ne banwaya tha shayad usko. Ab bandar bhare hue the, uchal kood kar rahe the usko.</w:t>
      </w:r>
    </w:p>
    <w:p>
      <w:pPr>
        <w:jc w:val="right"/>
      </w:pPr>
      <w:r>
        <w:t>کسی راجہنےبنوایاتھاشایداسکو ۔ اببندربھرےہوئےتھے،اچھلکودکررہےتھےاسکو۔</w:t>
      </w:r>
    </w:p>
    <w:p>
      <w:r>
        <w:rPr>
          <w:b/>
        </w:rPr>
        <w:t xml:space="preserve">[1:39:19] </w:t>
      </w:r>
      <w:r>
        <w:t>to main dekha to main ne kaha ke insano ka haal aaj kal yahi hai. Ke bandar ko pata nahi ke yeh kis ne banaya hai. Iska humein iqraar karna chahiye.</w:t>
      </w:r>
    </w:p>
    <w:p>
      <w:pPr>
        <w:jc w:val="right"/>
      </w:pPr>
      <w:r>
        <w:t>تومیں دیک ھا تومیںنےکہاکہانسان وںکاحالآجکلیہیہے۔ کہبندرکوپتہنہیں کہیہکسنےبنایاہے۔ اسکاہمیںاعترافکرناچاہیے۔</w:t>
      </w:r>
    </w:p>
    <w:p>
      <w:r>
        <w:rPr>
          <w:b/>
        </w:rPr>
        <w:t xml:space="preserve">[1:39:27] </w:t>
      </w:r>
      <w:r>
        <w:t>isko acknowledge karna chahiye. Bas uchal kood macha rahe hain ismein. Bahut se bandar the. Aise hi insaan is duniya mein hai. Aur itni sari blessing hain, itni sari nemat'ein hain.</w:t>
      </w:r>
    </w:p>
    <w:p>
      <w:pPr>
        <w:jc w:val="right"/>
      </w:pPr>
      <w:r>
        <w:t>اسکوacknowledgeکرناچاہیے۔ بساچھلکودمچارہاہےاسمیں۔ بہت سےبندرتھے۔ ایسےہیانسان اسدنیا میںہے۔ اور اتنیساریblessingہیں،اتنیسارینعمتیںہیں۔</w:t>
      </w:r>
    </w:p>
    <w:p>
      <w:r>
        <w:rPr>
          <w:b/>
        </w:rPr>
        <w:t xml:space="preserve">[1:39:39] </w:t>
      </w:r>
      <w:r>
        <w:t>Life support system hai. To isko acknowledge na karte hue bas isko khana e qama ke taur par istemal kar raha hai. Bandar'on ke tarike se.</w:t>
      </w:r>
    </w:p>
    <w:p>
      <w:pPr>
        <w:jc w:val="right"/>
      </w:pPr>
      <w:r>
        <w:t>Life support system ہے۔ تواسکو acknowledgeنہکرتے ہوئےبساسکو خانہاقامہکےطورپراستعمالکررہاہے۔ بندروںکےطریقےسے ۔</w:t>
      </w:r>
    </w:p>
    <w:p>
      <w:r>
        <w:rPr>
          <w:b/>
        </w:rPr>
        <w:t xml:space="preserve">[1:39:50] </w:t>
      </w:r>
      <w:r>
        <w:t>To yeh toh woh log hain jo Khuda ke haan pakde jayenge. Yahan tak ke main ne samjha hai shukr aur nashukri yahi do lafzon mein sari baat aajati hai.</w:t>
      </w:r>
    </w:p>
    <w:p>
      <w:pPr>
        <w:jc w:val="right"/>
      </w:pPr>
      <w:r>
        <w:t>تویہیتووہلوگہیںجوخداکےہاںپکڑجائیںگے۔ یہاںتککہمیںنےسمجھاہے شکراورناشکرییہیدولفظوںمیںساریباتآجاتیہے۔</w:t>
      </w:r>
    </w:p>
    <w:p>
      <w:r>
        <w:rPr>
          <w:b/>
        </w:rPr>
        <w:t xml:space="preserve">[1:40:00] </w:t>
      </w:r>
      <w:r>
        <w:t>nashukron ke liye jahannum hai aur shukr guzaaron ke liye jannat hai.</w:t>
      </w:r>
    </w:p>
    <w:p>
      <w:pPr>
        <w:jc w:val="right"/>
      </w:pPr>
      <w:r>
        <w:t>ناشکروںکےلیے جہنمہے اورشکرگزاروںکےلیےجنتہے۔</w:t>
      </w:r>
    </w:p>
    <w:p>
      <w:r>
        <w:rPr>
          <w:b/>
        </w:rPr>
        <w:t xml:space="preserve">[1:40:07] </w:t>
      </w:r>
      <w:r>
        <w:t>shukr guzaar se matlab woh hai jo Allah ka iqraar karein. Allah ko acknowledge karein. Dil se. Aur nashukri yeh hai ke bandar'on ki tarah se aap duniya mein uchal kood kar rahe hain.</w:t>
      </w:r>
    </w:p>
    <w:p>
      <w:pPr>
        <w:jc w:val="right"/>
      </w:pPr>
      <w:r>
        <w:t>شکرگزارسےمطلبوہہےجو اللہ کا اعتراف کریں۔ اللہ کوacknowledgeکریں۔ دل سے۔ اور ناشکرییہہےکہ بندروںکیطرحسےآپدنیا میں اچھلکودکررہےہیں۔</w:t>
      </w:r>
    </w:p>
    <w:p>
      <w:r>
        <w:rPr>
          <w:b/>
        </w:rPr>
        <w:t xml:space="preserve">[1:40:21] </w:t>
      </w:r>
      <w:r>
        <w:t>baghair iqraar kiye hue.</w:t>
      </w:r>
    </w:p>
    <w:p>
      <w:pPr>
        <w:jc w:val="right"/>
      </w:pPr>
      <w:r>
        <w:t>بغیراعترافکیےہوئے۔</w:t>
      </w:r>
    </w:p>
    <w:p>
      <w:r>
        <w:rPr>
          <w:b/>
        </w:rPr>
        <w:t xml:space="preserve">[1:40:25] </w:t>
      </w:r>
      <w:r>
        <w:t>main ek martaba ek ek Europe ke ek mulk mein gaya to wahan pe ek Arab aaye hue the.</w:t>
      </w:r>
    </w:p>
    <w:p>
      <w:pPr>
        <w:jc w:val="right"/>
      </w:pPr>
      <w:r>
        <w:t>میںایکمرتبہ ایک ایک یورپکےایکملکمیںگیاتووہاںپہایکعرب آئےہوئےتھے۔</w:t>
      </w:r>
    </w:p>
    <w:p>
      <w:r>
        <w:rPr>
          <w:b/>
        </w:rPr>
        <w:t xml:space="preserve">[1:40:32] </w:t>
      </w:r>
      <w:r>
        <w:t>to wahan reh rahe the woh. To unhone kaha ke yahan par aakar ke mujhe jo cheez daryaft ki hai maine wahi hai ke all Europe wahin woh yahan inaam toh woh woh inaam toh khoob istemal kar rahe hain lekin munim ka iqraar nahi karte.</w:t>
      </w:r>
    </w:p>
    <w:p>
      <w:pPr>
        <w:jc w:val="right"/>
      </w:pPr>
      <w:r>
        <w:t>تووہاںرہرہےتھےوہ۔توانہوںنےکہاکہیہاںپرآکرکےمجھےجو چیز دریا فتکیہےمیںنےوہیہہےکہ آل یورپجوہیں وہ یہانعامتو وہ وہانعامتوخوباستعمالکررہےہیںلیکن منعمکااعترافنہیںکرتے۔</w:t>
      </w:r>
    </w:p>
    <w:p>
      <w:r>
        <w:rPr>
          <w:b/>
        </w:rPr>
        <w:t xml:space="preserve">[1:40:48] </w:t>
      </w:r>
      <w:r>
        <w:t>munim khuda hai. aur yeh duniya mein jo kuch hai woh uska khuda ka inaam hai. to unhon ne kaha k yahan maine dekha k inaam jo hai inaam khuda ki blessing usko bharpoor tor par istemaal karte hain yeh log.</w:t>
      </w:r>
    </w:p>
    <w:p>
      <w:pPr>
        <w:jc w:val="right"/>
      </w:pPr>
      <w:r>
        <w:t>منعمخداہے۔ اور یہدنیا میںجوکچھہےوہاسکاخداکاانعامہے۔ تو انہوںنےکہاکہیہاںمیںنےدیکھاکہانعامجوہے انعام خداکیblessing اسکوبھرپورطورپراستعمالکرتے ہیںیہلوگ ۔</w:t>
      </w:r>
    </w:p>
    <w:p>
      <w:r>
        <w:rPr>
          <w:b/>
        </w:rPr>
        <w:t xml:space="preserve">[1:41:00] </w:t>
      </w:r>
      <w:r>
        <w:t>lekin munim ka koi reference nahin. munim k liye koi acknowledgement nahin. to yehi sabka haal hai. Europe ki baat nahin hai, sabka haal yehi hai.</w:t>
      </w:r>
    </w:p>
    <w:p>
      <w:pPr>
        <w:jc w:val="right"/>
      </w:pPr>
      <w:r>
        <w:t>لیکن منعمکاکوئیrefer enceنہیں ۔ من عمکےلیےکوئیacknowledgementنہیں۔ تویہیہ سبکاحالہے۔ یورپکیباتنہیںہے،سبکاحالیہیہے۔</w:t>
      </w:r>
    </w:p>
    <w:p>
      <w:r>
        <w:rPr>
          <w:b/>
        </w:rPr>
        <w:t xml:space="preserve">[1:41:10] </w:t>
      </w:r>
      <w:r>
        <w:t>to shukr ye hai k aap khuda ka aitraaf karein, khuda ko acknowledge karein.</w:t>
      </w:r>
    </w:p>
    <w:p>
      <w:pPr>
        <w:jc w:val="right"/>
      </w:pPr>
      <w:r>
        <w:t>تو شکر یہہے کہآپ خدا کااعترافکریں،خداکوacknowledgeکریں۔</w:t>
      </w:r>
    </w:p>
    <w:p>
      <w:r>
        <w:rPr>
          <w:b/>
        </w:rPr>
        <w:t xml:space="preserve">[1:41:16] </w:t>
      </w:r>
      <w:r>
        <w:t>jo jo cheez mili hui hai aap ko, usko khuda k khaane mein daal dein. aur yehi jannat ki qeemat hai.</w:t>
      </w:r>
    </w:p>
    <w:p>
      <w:pPr>
        <w:jc w:val="right"/>
      </w:pPr>
      <w:r>
        <w:t>جو جو چیزملی ہوئیہےآپکو،اسکو خداکےخانےمیںڈالدیں۔ اوریہیجنتکیقیمتہے۔</w:t>
      </w:r>
    </w:p>
    <w:p>
      <w:r>
        <w:rPr>
          <w:b/>
        </w:rPr>
        <w:t xml:space="preserve">[1:41:27] </w:t>
      </w:r>
      <w:r>
        <w:t>This question is from Doctor Fareeda Khan m Why is it that the plight of Pakistani Muslims is worse than the Muslims of all the other countries?</w:t>
      </w:r>
    </w:p>
    <w:p>
      <w:pPr>
        <w:jc w:val="right"/>
      </w:pPr>
      <w:r>
        <w:t>This question is from ڈاکٹرفریدہخان م Whyisitthatthepl ightof Pakistani Muslims is worsethan theMuslimsof alltheother count ries?</w:t>
      </w:r>
    </w:p>
    <w:p>
      <w:r>
        <w:rPr>
          <w:b/>
        </w:rPr>
        <w:t xml:space="preserve">[1:41:39] </w:t>
      </w:r>
      <w:r>
        <w:t>They are fighting among themselves.</w:t>
      </w:r>
    </w:p>
    <w:p>
      <w:pPr>
        <w:jc w:val="right"/>
      </w:pPr>
      <w:r>
        <w:t>Theyarefightingamongthem selves.</w:t>
      </w:r>
    </w:p>
    <w:p>
      <w:r>
        <w:rPr>
          <w:b/>
        </w:rPr>
        <w:t xml:space="preserve">[1:41:41] </w:t>
      </w:r>
      <w:r>
        <w:t>Is it due to the fact that they are not engaged in Dawa work, rather they hate the Madhu? What is your comment on this?</w:t>
      </w:r>
    </w:p>
    <w:p>
      <w:pPr>
        <w:jc w:val="right"/>
      </w:pPr>
      <w:r>
        <w:t>Is itduetothe fact that theyarenot eng aged in Dawa work ,rather they hatetheMad hu? Whatisyourcommenton this?</w:t>
      </w:r>
    </w:p>
    <w:p>
      <w:r>
        <w:rPr>
          <w:b/>
        </w:rPr>
        <w:t xml:space="preserve">[1:41:51] </w:t>
      </w:r>
      <w:r>
        <w:t>maine to is par likha tha k</w:t>
      </w:r>
    </w:p>
    <w:p>
      <w:pPr>
        <w:jc w:val="right"/>
      </w:pPr>
      <w:r>
        <w:t>میںنےتواسپرلکھاتھا کہ</w:t>
      </w:r>
    </w:p>
    <w:p>
      <w:r>
        <w:rPr>
          <w:b/>
        </w:rPr>
        <w:t xml:space="preserve">[1:41:57] </w:t>
      </w:r>
      <w:r>
        <w:t>Pakistan k jo Musalman hain, unki samajhne k liye Hazrat Yunus Alaihissalam ka qissa usko explain karta hai.</w:t>
      </w:r>
    </w:p>
    <w:p>
      <w:pPr>
        <w:jc w:val="right"/>
      </w:pPr>
      <w:r>
        <w:t>پاکستانکےجو مسلمان ہیں، انکی سمجھنےکےلیےحضرت یونس علیہالسلامکا قصہ اسکوexplainکرتاہے۔</w:t>
      </w:r>
    </w:p>
    <w:p>
      <w:r>
        <w:rPr>
          <w:b/>
        </w:rPr>
        <w:t xml:space="preserve">[1:42:06] </w:t>
      </w:r>
      <w:r>
        <w:t>Hazrat Yunus Alaihissalam jo the, dawat k liye bheje gaye the, woh Nineveh kuch kaam kiya lekin poora karne se pehle woh wahan se laut gaye.</w:t>
      </w:r>
    </w:p>
    <w:p>
      <w:pPr>
        <w:jc w:val="right"/>
      </w:pPr>
      <w:r>
        <w:t>حضرتیونسعلیہالسلامجوتھے، دعوت کےلیےبھیجےگئےتھے،وہ نینوا کچھکام کیا لیکن پوراکرنے سےپہلے وہ وہاںسےلوٹگئے۔</w:t>
      </w:r>
    </w:p>
    <w:p>
      <w:r>
        <w:rPr>
          <w:b/>
        </w:rPr>
        <w:t xml:space="preserve">[1:42:20] </w:t>
      </w:r>
      <w:r>
        <w:t>to machhli k pait mein chale gaye woh. to maine likha tha k Pakistan walon ne, yaani jis ko unhon ne Islam pahunchaya tha, us se ladai chhed di.</w:t>
      </w:r>
    </w:p>
    <w:p>
      <w:pPr>
        <w:jc w:val="right"/>
      </w:pPr>
      <w:r>
        <w:t>تو مچھلیکےپیٹمیںچلےگئےوہ ۔ تومیںنےلکھاتھاکہ پاکستان والوںنے ،یعنی جس کو انہوںنےاسلام پہنچایاتھا،اسسےلڑائیچھیڑدی۔</w:t>
      </w:r>
    </w:p>
    <w:p>
      <w:r>
        <w:rPr>
          <w:b/>
        </w:rPr>
        <w:t xml:space="preserve">[1:42:30] </w:t>
      </w:r>
      <w:r>
        <w:t>yaani Hindu hamare liye mad</w:t>
      </w:r>
    </w:p>
    <w:p>
      <w:pPr>
        <w:jc w:val="right"/>
      </w:pPr>
      <w:r>
        <w:t>یعنیہندو ہمارے لیےمد</w:t>
      </w:r>
    </w:p>
    <w:p>
      <w:r>
        <w:rPr>
          <w:b/>
        </w:rPr>
        <w:t xml:space="preserve">[1:42:32] </w:t>
      </w:r>
      <w:r>
        <w:t>what the. Hindu se hamein Islam, khuda ka paigham pahunchana tha. aur Hindu se ladai chhed di. ladai chhed kar k pehle Pakistan banwaya, ab ladai chhede hue hain k hamein hamari treaty do, yeh yeh Kashmir do aur falan do.</w:t>
      </w:r>
    </w:p>
    <w:p>
      <w:pPr>
        <w:jc w:val="right"/>
      </w:pPr>
      <w:r>
        <w:t>عوتھے۔ ہندو سےہمیںاسلام ،خداکاپیغامپہنچاناتھا۔ اورہندو سےلڑائیچھیڑدی۔لڑائیچھیڑکرکےپہلے پاکستانبنوایا، ابلڑائیچھیڑےہوئےہیںکہہمیں ہماریٹریٹیدو،یہ یہ کشمیردواور فلاںدو۔</w:t>
      </w:r>
    </w:p>
    <w:p>
      <w:r>
        <w:rPr>
          <w:b/>
        </w:rPr>
        <w:t xml:space="preserve">[1:42:47] </w:t>
      </w:r>
      <w:r>
        <w:t>to madu se ladai is se bhi zyada bura hai jo k Hazrat Yunus Alaihissalam, Hazrat Yunus sirf chale gaye the, sirf yahan to madu se ladai chhede hue hain.</w:t>
      </w:r>
    </w:p>
    <w:p>
      <w:pPr>
        <w:jc w:val="right"/>
      </w:pPr>
      <w:r>
        <w:t>تو مدعوسےلڑائی اسسےبھیزیادہ براہےجوکہحضرتیونسعلیہالسلام،حضرتیونسصرفچلےگئےتھے،صرف یہاںتومدعولڑائیچھیڑےہوئےہیں۔</w:t>
      </w:r>
    </w:p>
    <w:p>
      <w:r>
        <w:rPr>
          <w:b/>
        </w:rPr>
        <w:t xml:space="preserve">[1:42:57] </w:t>
      </w:r>
      <w:r>
        <w:t>to superficial mein unka chale gaye hain woh.</w:t>
      </w:r>
    </w:p>
    <w:p>
      <w:pPr>
        <w:jc w:val="right"/>
      </w:pPr>
      <w:r>
        <w:t>تو سپر فش میںانکاچلےگئےہیںوہ۔</w:t>
      </w:r>
    </w:p>
    <w:p>
      <w:r>
        <w:rPr>
          <w:b/>
        </w:rPr>
        <w:t xml:space="preserve">[1:43:00] </w:t>
      </w:r>
      <w:r>
        <w:t>Hazrat Yunus Alaihissalam to fish ke pait mein gaye the, yeh to super fish ke pait mein hain. Yaani ek tarah mad'u par apni zimmedariyon ko ada karne se pehle aap chhod kar chale jayein.</w:t>
      </w:r>
    </w:p>
    <w:p>
      <w:pPr>
        <w:jc w:val="right"/>
      </w:pPr>
      <w:r>
        <w:t>حضرتیونسعلیہالسلامتو فشکےپیٹمیںگئےتھے، یہتو سپرفشکےپیٹمیںہیں۔ یعنیایکہے مدعوپر اپنی ذمہداریوںکو ادا کرنےسےپہلے آپچھوڑکےچلےجائیں۔</w:t>
      </w:r>
    </w:p>
    <w:p>
      <w:r>
        <w:rPr>
          <w:b/>
        </w:rPr>
        <w:t xml:space="preserve">[1:43:12] </w:t>
      </w:r>
      <w:r>
        <w:t>to ek darje ki ghalati yeh hai. lekin agar aap madu se ladai chhod dein, jo dushman declare kare, usko yeh to gunah azeem hai.</w:t>
      </w:r>
    </w:p>
    <w:p>
      <w:pPr>
        <w:jc w:val="right"/>
      </w:pPr>
      <w:r>
        <w:t>تو ایک درج ےکیغلطییہہے۔ لیکن اگرآپمدعوسےلڑائیچھوڑدیں، جودشمنڈیکلیئرکرے،اسکو یہتوگناہعظیمہے۔</w:t>
      </w:r>
    </w:p>
    <w:p>
      <w:r>
        <w:rPr>
          <w:b/>
        </w:rPr>
        <w:t xml:space="preserve">[1:43:21] </w:t>
      </w:r>
      <w:r>
        <w:t>to jab tak Pakistani log, yaad rakhein, Hindu se nafrat ko khatam nahin karenge, Hindu se shikayat ko khatam nahin karenge, Hindu se takrao ko khatam nahin karenge, unilaterally Pakistan k logon ko unilaterally Hinduo se apni shikayat khatam karein, karni padegi.</w:t>
      </w:r>
    </w:p>
    <w:p>
      <w:pPr>
        <w:jc w:val="right"/>
      </w:pPr>
      <w:r>
        <w:t>تو جب تک پاکستانی لوگ ،یادرکھیے، ہندو سےنفرتکوختمنہیںکریںگے، ہندو سےشکایتکوختمنہیںکریںگے، ہندو سےٹکراؤکوختمنہیںکریںگے،un ilaterally پاکستان کےلوگوںکو un ilaterally ہندو ؤںسےاپنی شکایتختمکریں،کرنیپڑےگی۔</w:t>
      </w:r>
    </w:p>
    <w:p>
      <w:r>
        <w:rPr>
          <w:b/>
        </w:rPr>
        <w:t xml:space="preserve">[1:43:41] </w:t>
      </w:r>
      <w:r>
        <w:t>warna hum machhli k pait mein rahenge, qayamat tak pade rahenge woh. kabhi bhi woh problem se bach nahin nikal nahin payenge. hamesha pade rahenge, yahan tak qayamat aa jaye.</w:t>
      </w:r>
    </w:p>
    <w:p>
      <w:pPr>
        <w:jc w:val="right"/>
      </w:pPr>
      <w:r>
        <w:t>ورنہوہمچھلیکےپیٹہیمیںرہیںگے،قیامتتکپڑےرہیںگےوہ۔ کبھیبھی وہ problem سےبچنہیں نکلنہیںپائیںگے۔ہمیشہپڑےرہیںگے،یہاںتکقیامتآجائے۔</w:t>
      </w:r>
    </w:p>
    <w:p>
      <w:r>
        <w:rPr>
          <w:b/>
        </w:rPr>
        <w:t xml:space="preserve">[1:43:53] </w:t>
      </w:r>
      <w:r>
        <w:t>Pakistani walon k liye, yaani yeh jo ghire hue hain problem mein, woh us se bachne ki ek hi shakal hai. Openly declare karein k we were wrong k humne Hindu ko, jo k madu the, unko apna rival bana liya, apna dushman bana liya. yeh ghalati thi.</w:t>
      </w:r>
    </w:p>
    <w:p>
      <w:pPr>
        <w:jc w:val="right"/>
      </w:pPr>
      <w:r>
        <w:t>پاکستانی وںکےلیے، یعنی یہجو گھرےہوئےہیں problem میں،وہاسسےبچنےکیایکہیشکل ہے۔ Open lydeclar eکریںکہwewerewrong کہہمنےہندو کو،جوکہمدعوتھے،انکو اپنا rivalبنالیا،اپنادشمنبنالیا۔یہغلطیتھی۔</w:t>
      </w:r>
    </w:p>
    <w:p>
      <w:r>
        <w:rPr>
          <w:b/>
        </w:rPr>
        <w:t xml:space="preserve">[1:44:11] </w:t>
      </w:r>
      <w:r>
        <w:t>Hindu hamare bhai hain, Hindu insaan hain, Hindu hamare padosi hain.</w:t>
      </w:r>
    </w:p>
    <w:p>
      <w:pPr>
        <w:jc w:val="right"/>
      </w:pPr>
      <w:r>
        <w:t>ہندو ہمارےبھائیہیں،ہندو انسان ہیں، ہندو ہمارے پڑوسیہیں۔</w:t>
      </w:r>
    </w:p>
    <w:p>
      <w:r>
        <w:rPr>
          <w:b/>
        </w:rPr>
        <w:t xml:space="preserve">[1:44:19] </w:t>
      </w:r>
      <w:r>
        <w:t>jab tak yeh declare nahin karenge, tab tak woh is bach nahin sakte. yeh chalti hai, surat e haal baqi rahegi, yahan tak qayamat aa jaye. This question is from Mr Adrees from Delhi Maulana, is it possible to discover or realize God? If yes, how can it be done?</w:t>
      </w:r>
    </w:p>
    <w:p>
      <w:pPr>
        <w:jc w:val="right"/>
      </w:pPr>
      <w:r>
        <w:t>جب تک یہ declar eنہیںکریںگے،تبتک وہ اس بچنہیںسکتے۔ یہچلتیہے، صورت حال باقیرہےگی،یہاںتکقیامتآجائے۔ This question is from مسٹراد ریسfrom Delhi مولانا،isit poss ible to disc over or realiz e God ?If yes, how canitbedone?</w:t>
      </w:r>
    </w:p>
    <w:p>
      <w:r>
        <w:rPr>
          <w:b/>
        </w:rPr>
        <w:t xml:space="preserve">[1:44:47] </w:t>
      </w:r>
      <w:r>
        <w:t>dekhein, marifat jo hai, realization ka matlab marifat hai. marifat aati hai sochne se. jitna aap sochenge, utni marifat aayegi aapke andar. yaani tadabbur, tafakkur, tasawwur, tazakkur, yeh hai iska raasta.</w:t>
      </w:r>
    </w:p>
    <w:p>
      <w:pPr>
        <w:jc w:val="right"/>
      </w:pPr>
      <w:r>
        <w:t>دیکھیں،معرفتجوہے، realiz ationکامطلب معرفت ہے۔ معرفت آتیہےسوچنےسے ۔ جتناآپسوچیںگے، اتنیمعرفت آئےگیآپکےاندر۔یعنیتد بر ،تف کر ،ت وسم ،تذکر ،یہہے اسکاراستہ۔</w:t>
      </w:r>
    </w:p>
    <w:p>
      <w:r>
        <w:rPr>
          <w:b/>
        </w:rPr>
        <w:t xml:space="preserve">[1:45:07] </w:t>
      </w:r>
      <w:r>
        <w:t>yaani khuda apne creation mein jalwa-gar hua hai.</w:t>
      </w:r>
    </w:p>
    <w:p>
      <w:pPr>
        <w:jc w:val="right"/>
      </w:pPr>
      <w:r>
        <w:t>یعنیخدا اپنے cre ationمیںجلوہگرہواہے۔</w:t>
      </w:r>
    </w:p>
    <w:p>
      <w:r>
        <w:rPr>
          <w:b/>
        </w:rPr>
        <w:t xml:space="preserve">[1:45:11] </w:t>
      </w:r>
      <w:r>
        <w:t>har cheez mein khuda ka jalwa hai. k kaise khuda ne pani ko banaya? kaise khuda ne zameen o aasman ko banaya? kaise suraj ko banaya? kaise zameen ko banaya? yaani is mein billion trillion signs hain, nishaniyan hain.</w:t>
      </w:r>
    </w:p>
    <w:p>
      <w:pPr>
        <w:jc w:val="right"/>
      </w:pPr>
      <w:r>
        <w:t>ہرچیز میں خداکاجلوہہے۔ کہکیسےخدانےپانیکوبنایا ؟کیسےخدانےزمین وآسمانکوبنایا؟کیسےسورجکوبنایا ؟ کیسےزمینکوبنایا؟یعنیاسمیں bill ion tr illion signsہیں،نشانیاںہیں۔</w:t>
      </w:r>
    </w:p>
    <w:p>
      <w:r>
        <w:rPr>
          <w:b/>
        </w:rPr>
        <w:t xml:space="preserve">[1:45:26] </w:t>
      </w:r>
      <w:r>
        <w:t>woh socheye to isi aapko marifat-e-khuda ho jaye gi. iski koi mysterious technique nahi hai. mein isko nahi manta ke koi mysterious technique hai jisko murakba waghera karke log karte hain.</w:t>
      </w:r>
    </w:p>
    <w:p>
      <w:pPr>
        <w:jc w:val="right"/>
      </w:pPr>
      <w:r>
        <w:t>وہسوچیے تو اسی اسآپکومعرفتخداکیہوجائےگی۔ اسکی کوئی mysterious techniqueنہیںہے۔ میںاسکونہیںمانتاکہکوئیmysterioustechniqueہے جسکومراقبہوغیرہکرکےلوگکرتے ہیں۔</w:t>
      </w:r>
    </w:p>
    <w:p>
      <w:r>
        <w:rPr>
          <w:b/>
        </w:rPr>
        <w:t xml:space="preserve">[1:45:41] </w:t>
      </w:r>
      <w:r>
        <w:t>to koi mysterious technique iski nahi hai. ek hi rasta hai, woh tadabbur ka rasta hai. contemplation ghore o fikr. isise khuda ki marifat hogi.</w:t>
      </w:r>
    </w:p>
    <w:p>
      <w:pPr>
        <w:jc w:val="right"/>
      </w:pPr>
      <w:r>
        <w:t>تو کوئی mysterioustechniqueاسکینہیںہے۔ ایک ہیراستہہے،وہتد برکاراستہہے۔ Cont emplation غوروفکر ۔ اسیسےخداکیمعرفتہوگی۔</w:t>
      </w:r>
    </w:p>
    <w:p>
      <w:r>
        <w:rPr>
          <w:b/>
        </w:rPr>
        <w:t xml:space="preserve">[1:45:53] </w:t>
      </w:r>
      <w:r>
        <w:t>aur koi doosra tareeqa iske liye nahi hai.</w:t>
      </w:r>
    </w:p>
    <w:p>
      <w:pPr>
        <w:jc w:val="right"/>
      </w:pPr>
      <w:r>
        <w:t>اورکوئیدوسراطریقہاسکےلیےنہیںہے۔</w:t>
      </w:r>
    </w:p>
    <w:p>
      <w:r>
        <w:rPr>
          <w:b/>
        </w:rPr>
        <w:t xml:space="preserve">[1:45:58] </w:t>
      </w:r>
      <w:r>
        <w:t>This question is from mustooti from Delhi In this age of communication, we can spread the message of the Quran through use of the internet.</w:t>
      </w:r>
    </w:p>
    <w:p>
      <w:pPr>
        <w:jc w:val="right"/>
      </w:pPr>
      <w:r>
        <w:t>This question is from مسطوطیfrom Del hi Inthis age of commun ic ation, we can spreadthe messageof theQ uran through use of theintern et.</w:t>
      </w:r>
    </w:p>
    <w:p>
      <w:r>
        <w:rPr>
          <w:b/>
        </w:rPr>
        <w:t xml:space="preserve">[1:46:09] </w:t>
      </w:r>
      <w:r>
        <w:t>Maulana, is it then al right if we can send the translation of the Quran through the internet to all those people whom we don't even know?</w:t>
      </w:r>
    </w:p>
    <w:p>
      <w:pPr>
        <w:jc w:val="right"/>
      </w:pPr>
      <w:r>
        <w:t>مولانا،isit then al right ifwecan send the transl ationoftheQ uran through the internet to allthosepeople whomwedon'teven know?</w:t>
      </w:r>
    </w:p>
    <w:p>
      <w:r>
        <w:rPr>
          <w:b/>
        </w:rPr>
        <w:t xml:space="preserve">[1:46:19] </w:t>
      </w:r>
      <w:r>
        <w:t>Kindly comment. haan, behta acha hai. behta acha, lekin yahi kal yeh kal kaam nahi hai. aap printed form mein bhi bhejna hai aapko.</w:t>
      </w:r>
    </w:p>
    <w:p>
      <w:pPr>
        <w:jc w:val="right"/>
      </w:pPr>
      <w:r>
        <w:t>Kindlycomment۔ہاں،بہتاچھاہے۔ بہتاچھا،لیکن یہی کل یہیکل کام نہیںہے۔ آپ پرنٹڈفارممیںبھیبھیجناہےآپکو ۔</w:t>
      </w:r>
    </w:p>
    <w:p>
      <w:r>
        <w:rPr>
          <w:b/>
        </w:rPr>
        <w:t xml:space="preserve">[1:46:28] </w:t>
      </w:r>
      <w:r>
        <w:t>internet se bhi bhejna hai aapko. mil kar bhi aapko batana hai aapko. to yeh kya jaye to behta acha hai, behta acha hai, behta acha hai.</w:t>
      </w:r>
    </w:p>
    <w:p>
      <w:pPr>
        <w:jc w:val="right"/>
      </w:pPr>
      <w:r>
        <w:t>انٹرنیٹسےبھیبھیجناہےآپکو۔ملکربھیانکوبتاناہےآپکو۔ تو یہ کیا جائےتوبہتاچھاہے،بہتاچھاہے،بہتاچھاہے۔</w:t>
      </w:r>
    </w:p>
    <w:p>
      <w:r>
        <w:rPr>
          <w:b/>
        </w:rPr>
        <w:t xml:space="preserve">[1:46:37] </w:t>
      </w:r>
      <w:r>
        <w:t>lekin bhej kar kaam mukammal nahi hota hamara. iske baad bhi hamein dua karna hai, hamein contact karna hai, hamein interact karna hai. sochte rehna hai ke kya hua, kya nahi hua.</w:t>
      </w:r>
    </w:p>
    <w:p>
      <w:pPr>
        <w:jc w:val="right"/>
      </w:pPr>
      <w:r>
        <w:t>لیکن بھیجکر کامختمنہیںہوتاہمارا۔ اسکےبعد بھیہمیںدعاکرناہے، ہمیں conta ctکرناہے، ہمیںinter actکرناہے۔ سوچتےرہناہےکہکیا ہوا،کیانہیںہوا ۔</w:t>
      </w:r>
    </w:p>
    <w:p>
      <w:r>
        <w:rPr>
          <w:b/>
        </w:rPr>
        <w:t xml:space="preserve">[1:46:49] </w:t>
      </w:r>
      <w:r>
        <w:t>yani process ko chalate rehna hai phir bhi.</w:t>
      </w:r>
    </w:p>
    <w:p>
      <w:pPr>
        <w:jc w:val="right"/>
      </w:pPr>
      <w:r>
        <w:t>یعنی process کوچلاتےرہناہے پھربھی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