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Self Correction November 09, 2014</w:t>
      </w:r>
    </w:p>
    <w:p>
      <w:r>
        <w:t>https://youtu.be/EgAukdSfGRU</w:t>
      </w:r>
    </w:p>
    <w:p>
      <w:r>
        <w:rPr>
          <w:b/>
        </w:rPr>
        <w:t xml:space="preserve">[00:13] </w:t>
      </w:r>
      <w:r>
        <w:t>bismillah rahman rahim, wa salli Allahu ala nabiyyil karim.</w:t>
      </w:r>
    </w:p>
    <w:p>
      <w:pPr>
        <w:jc w:val="right"/>
      </w:pPr>
      <w:r>
        <w:t>بسم اللہ الرحمن الرحیم، وصلی اللہ علی النبی الکریم۔</w:t>
      </w:r>
    </w:p>
    <w:p>
      <w:r>
        <w:rPr>
          <w:b/>
        </w:rPr>
        <w:t xml:space="preserve">[00:22] </w:t>
      </w:r>
      <w:r>
        <w:t>rabbi 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9 november 2014.</w:t>
      </w:r>
    </w:p>
    <w:p>
      <w:pPr>
        <w:jc w:val="right"/>
      </w:pPr>
      <w:r>
        <w:t>9 نومبر 2014۔</w:t>
      </w:r>
    </w:p>
    <w:p>
      <w:r>
        <w:rPr>
          <w:b/>
        </w:rPr>
        <w:t xml:space="preserve">[00:43] </w:t>
      </w:r>
      <w:r>
        <w:t>aaj ka topic hai self correction, yani islah khish.</w:t>
      </w:r>
    </w:p>
    <w:p>
      <w:pPr>
        <w:jc w:val="right"/>
      </w:pPr>
      <w:r>
        <w:t>آج کا ٹاپک ہے سیلف کریکشن، یعنی اصلاح خیش۔</w:t>
      </w:r>
    </w:p>
    <w:p>
      <w:r>
        <w:rPr>
          <w:b/>
        </w:rPr>
        <w:t xml:space="preserve">[00:55] </w:t>
      </w:r>
      <w:r>
        <w:t>dekhiye, self correction bohat hi zyada zaroori hai.</w:t>
      </w:r>
    </w:p>
    <w:p>
      <w:pPr>
        <w:jc w:val="right"/>
      </w:pPr>
      <w:r>
        <w:t>دیکھیے، سیلف کریکشن بہت ہی زیادہ ضروری ہے۔</w:t>
      </w:r>
    </w:p>
    <w:p>
      <w:r>
        <w:rPr>
          <w:b/>
        </w:rPr>
        <w:t xml:space="preserve">[01:01] </w:t>
      </w:r>
      <w:r>
        <w:t>jis aadmi ke andar self correction</w:t>
      </w:r>
    </w:p>
    <w:p>
      <w:pPr>
        <w:jc w:val="right"/>
      </w:pPr>
      <w:r>
        <w:t>جس آدمی کے اندر سیلف کریکشن</w:t>
      </w:r>
    </w:p>
    <w:p>
      <w:r>
        <w:rPr>
          <w:b/>
        </w:rPr>
        <w:t xml:space="preserve">[01:08] </w:t>
      </w:r>
      <w:r>
        <w:t>ka</w:t>
      </w:r>
    </w:p>
    <w:p>
      <w:pPr>
        <w:jc w:val="right"/>
      </w:pPr>
      <w:r>
        <w:t>کا</w:t>
      </w:r>
    </w:p>
    <w:p>
      <w:r>
        <w:rPr>
          <w:b/>
        </w:rPr>
        <w:t xml:space="preserve">[01:12] </w:t>
      </w:r>
      <w:r>
        <w:t>mizaj na ho, woh bohat bari tabahi mein mubtala ho sakta hai.</w:t>
      </w:r>
    </w:p>
    <w:p>
      <w:pPr>
        <w:jc w:val="right"/>
      </w:pPr>
      <w:r>
        <w:t>مزاج نہ ہو، وہ بہت بڑی تباہی میں مبتلا ہو سکتا ہے۔</w:t>
      </w:r>
    </w:p>
    <w:p>
      <w:r>
        <w:rPr>
          <w:b/>
        </w:rPr>
        <w:t xml:space="preserve">[01:29] </w:t>
      </w:r>
      <w:r>
        <w:t>dekhiye, baat kya hai?</w:t>
      </w:r>
    </w:p>
    <w:p>
      <w:pPr>
        <w:jc w:val="right"/>
      </w:pPr>
      <w:r>
        <w:t>دیکھیے، بات کیا ہے؟</w:t>
      </w:r>
    </w:p>
    <w:p>
      <w:r>
        <w:rPr>
          <w:b/>
        </w:rPr>
        <w:t xml:space="preserve">[01:37] </w:t>
      </w:r>
      <w:r>
        <w:t>yeh kuch cheezein hain jin ko living creature kaha jata hai, zinda ashya. to living creature mein ek sifat hoti hai grow karne ki.</w:t>
      </w:r>
    </w:p>
    <w:p>
      <w:pPr>
        <w:jc w:val="right"/>
      </w:pPr>
      <w:r>
        <w:t>یہ کچھ چیزیں ہیں جن کو لیونگ کریچر کہا جاتا ہے، زندہ اشیاء۔ تو لیونگ کریچر میں ایک صفت ہوتی ہے گرو کرنے کی۔</w:t>
      </w:r>
    </w:p>
    <w:p>
      <w:r>
        <w:rPr>
          <w:b/>
        </w:rPr>
        <w:t xml:space="preserve">[01:53] </w:t>
      </w:r>
      <w:r>
        <w:t>jaise pathar hai, woh grow nahi karta, lekin living creature grow karti hain. jaise ped hai, animal hai, insan hai,</w:t>
      </w:r>
    </w:p>
    <w:p>
      <w:pPr>
        <w:jc w:val="right"/>
      </w:pPr>
      <w:r>
        <w:t>جیسے پتھر ہے، وہ گرو نہیں کرتا، لیکن لیونگ کریچر گرو کرتی ہیں۔ جیسے پیڑ ہے، اینیمل ہے، انسان ہے،</w:t>
      </w:r>
    </w:p>
    <w:p>
      <w:r>
        <w:rPr>
          <w:b/>
        </w:rPr>
        <w:t xml:space="preserve">[02:07] </w:t>
      </w:r>
      <w:r>
        <w:t>yeh grow karte hain.</w:t>
      </w:r>
    </w:p>
    <w:p>
      <w:pPr>
        <w:jc w:val="right"/>
      </w:pPr>
      <w:r>
        <w:t>یہ گرو کرتے ہیں۔</w:t>
      </w:r>
    </w:p>
    <w:p>
      <w:r>
        <w:rPr>
          <w:b/>
        </w:rPr>
        <w:t xml:space="preserve">[02:11] </w:t>
      </w:r>
      <w:r>
        <w:t>to yeh grow karne ka jo mamla hai, is ki wajah se ek aur problem paida hota hai.</w:t>
      </w:r>
    </w:p>
    <w:p>
      <w:pPr>
        <w:jc w:val="right"/>
      </w:pPr>
      <w:r>
        <w:t>تو یہ گرو کرنے کا جو معاملہ ہے، اس کی وجہ سے ایک اور پرابلم پیدا ہوتا ہے۔</w:t>
      </w:r>
    </w:p>
    <w:p>
      <w:r>
        <w:rPr>
          <w:b/>
        </w:rPr>
        <w:t xml:space="preserve">[02:22] </w:t>
      </w:r>
      <w:r>
        <w:t>kyun ke unchecked growth problem ban jata hai.</w:t>
      </w:r>
    </w:p>
    <w:p>
      <w:pPr>
        <w:jc w:val="right"/>
      </w:pPr>
      <w:r>
        <w:t>کیونکہ ان چیکڈ گروتھ پرابلم بن جاتا ہے۔</w:t>
      </w:r>
    </w:p>
    <w:p>
      <w:r>
        <w:rPr>
          <w:b/>
        </w:rPr>
        <w:t xml:space="preserve">[02:28] </w:t>
      </w:r>
      <w:r>
        <w:t>unchecked growth problem ban jata hai.</w:t>
      </w:r>
    </w:p>
    <w:p>
      <w:pPr>
        <w:jc w:val="right"/>
      </w:pPr>
      <w:r>
        <w:t>ان چیکڈ گروتھ پرابلم بن جاتا ہے۔</w:t>
      </w:r>
    </w:p>
    <w:p>
      <w:r>
        <w:rPr>
          <w:b/>
        </w:rPr>
        <w:t xml:space="preserve">[02:33] </w:t>
      </w:r>
      <w:r>
        <w:t>jaise aap dekhiye, peed lagaye jate hain to un mein kaat chhaant ki jati hai, jis ko kehte hain prune.</w:t>
      </w:r>
    </w:p>
    <w:p>
      <w:pPr>
        <w:jc w:val="right"/>
      </w:pPr>
      <w:r>
        <w:t>جیسے آپ دیکھیے، پیڑ لگائے جاتے ہیں تو ان میں کاٹ چھانٹ کی جاتی ہے، جس کو کہتے ہیں پرون۔</w:t>
      </w:r>
    </w:p>
    <w:p>
      <w:r>
        <w:rPr>
          <w:b/>
        </w:rPr>
        <w:t xml:space="preserve">[02:42] </w:t>
      </w:r>
      <w:r>
        <w:t>to to prune, p r u n e. The pruning process is an integral part of a living creature.</w:t>
      </w:r>
    </w:p>
    <w:p>
      <w:pPr>
        <w:jc w:val="right"/>
      </w:pPr>
      <w:r>
        <w:t>ٹو ٹو پرون، پی آر یو این ای۔ تو پروننگ پروسیس انٹیگرل پارٹ ہے لیونگ کریچر کا۔</w:t>
      </w:r>
    </w:p>
    <w:p>
      <w:r>
        <w:rPr>
          <w:b/>
        </w:rPr>
        <w:t xml:space="preserve">[02:59] </w:t>
      </w:r>
      <w:r>
        <w:t>unchecked growth agar hoga to woh problem ban jayega. is wajah se hamesha aisa hota hai ke pruning process chalaya jata hai.</w:t>
      </w:r>
    </w:p>
    <w:p>
      <w:pPr>
        <w:jc w:val="right"/>
      </w:pPr>
      <w:r>
        <w:t>ان چیکڈ گروتھ اگر ہوگا تو وہ پرابلم بن جائے گا۔ اس وجہ سے ہمیشہ ایسا ہوتا ہے کہ پروننگ پروسیس چلایا جاتا ہے۔</w:t>
      </w:r>
    </w:p>
    <w:p>
      <w:r>
        <w:rPr>
          <w:b/>
        </w:rPr>
        <w:t xml:space="preserve">[03:15] </w:t>
      </w:r>
      <w:r>
        <w:t>to ek to yeh hai jo aap jante hain ke pedon ko kaat chhaant karta hai mali.</w:t>
      </w:r>
    </w:p>
    <w:p>
      <w:pPr>
        <w:jc w:val="right"/>
      </w:pPr>
      <w:r>
        <w:t>تو ایک تو یہ ہے جو آپ جانتے ہیں کہ پیڑوں کو کاٹ چھانٹ کرتا ہے مالی۔</w:t>
      </w:r>
    </w:p>
    <w:p>
      <w:r>
        <w:rPr>
          <w:b/>
        </w:rPr>
        <w:t xml:space="preserve">[03:21] </w:t>
      </w:r>
      <w:r>
        <w:t>kaat chhaant kar ke un ke growth ko bohat hi right way mein chalne ka koshish karta hai.</w:t>
      </w:r>
    </w:p>
    <w:p>
      <w:pPr>
        <w:jc w:val="right"/>
      </w:pPr>
      <w:r>
        <w:t>کاٹ چھانٹ کر کے ان کے گروتھ کو بہت ہی رائٹ وے میں چلنے کا کوشش کرتا ہے۔</w:t>
      </w:r>
    </w:p>
    <w:p>
      <w:r>
        <w:rPr>
          <w:b/>
        </w:rPr>
        <w:t xml:space="preserve">[03:36] </w:t>
      </w:r>
      <w:r>
        <w:t>isi tarah se insan mein bhi hai. insan mein bhi jo growth hai, woh kai aitbar se hota hai ke is ko check kiya jaye.</w:t>
      </w:r>
    </w:p>
    <w:p>
      <w:pPr>
        <w:jc w:val="right"/>
      </w:pPr>
      <w:r>
        <w:t>اسی طرح سے انسان میں بھی ہے۔ انسان میں بھی جو گروتھ ہے، وہ کئی اعتبار سے ہوتا ہے کہ اس کو چیک کیا جائے۔</w:t>
      </w:r>
    </w:p>
    <w:p>
      <w:r>
        <w:rPr>
          <w:b/>
        </w:rPr>
        <w:t xml:space="preserve">[03:49] </w:t>
      </w:r>
      <w:r>
        <w:t>maslan dekhiye, neel hain, naakhun aap kaatte rehte hain. agar aap na kaatein to to ajeeb sa ho jayega.</w:t>
      </w:r>
    </w:p>
    <w:p>
      <w:pPr>
        <w:jc w:val="right"/>
      </w:pPr>
      <w:r>
        <w:t>مثلاً دیکھیے، نیل ہیں، ناخن آپ کاٹتے رہتے ہیں۔ اگر آپ نہ کاٹیں تو تو عجیب سا ہو جائے گا۔</w:t>
      </w:r>
    </w:p>
    <w:p>
      <w:r>
        <w:rPr>
          <w:b/>
        </w:rPr>
        <w:t xml:space="preserve">[04:00] </w:t>
      </w:r>
      <w:r>
        <w:t>baal bhi aap kaatte rehte hain. yeh sab pruning process hai, yani kaat chhaant ka tareeqa.</w:t>
      </w:r>
    </w:p>
    <w:p>
      <w:pPr>
        <w:jc w:val="right"/>
      </w:pPr>
      <w:r>
        <w:t>بال بھی آپ کاٹتے رہتے ہیں۔ یہ سب پروننگ پروسیس ہے، یعنی کاٹ چھانٹ کا طریقہ۔</w:t>
      </w:r>
    </w:p>
    <w:p>
      <w:r>
        <w:rPr>
          <w:b/>
        </w:rPr>
        <w:t xml:space="preserve">[04:11] </w:t>
      </w:r>
      <w:r>
        <w:t>to dekhiye, yeh pruning process do qism ka hota hai.</w:t>
      </w:r>
    </w:p>
    <w:p>
      <w:pPr>
        <w:jc w:val="right"/>
      </w:pPr>
      <w:r>
        <w:t>تو دیکھیے، یہ پروننگ پروسیس دو قسم کا ہوتا ہے۔</w:t>
      </w:r>
    </w:p>
    <w:p>
      <w:r>
        <w:rPr>
          <w:b/>
        </w:rPr>
        <w:t xml:space="preserve">[04:17] </w:t>
      </w:r>
      <w:r>
        <w:t>ek hai physical pruning, aur ek hai psychological pruning. kyun ke insan body hai aur mind hai.</w:t>
      </w:r>
    </w:p>
    <w:p>
      <w:pPr>
        <w:jc w:val="right"/>
      </w:pPr>
      <w:r>
        <w:t>ایک ہے فزیکل پروننگ، اور ایک ہے سائیکلوجیکل پروننگ۔ کیونکہ انسان باڈی ہے اور مائنڈ ہے۔</w:t>
      </w:r>
    </w:p>
    <w:p>
      <w:r>
        <w:rPr>
          <w:b/>
        </w:rPr>
        <w:t xml:space="preserve">[04:28] </w:t>
      </w:r>
      <w:r>
        <w:t>to ek hai physical pruning, aur ek hai psychological pruning. to aap jab apna neel kaatte hain ya baal kaatte hain, that is physical pruning.</w:t>
      </w:r>
    </w:p>
    <w:p>
      <w:pPr>
        <w:jc w:val="right"/>
      </w:pPr>
      <w:r>
        <w:t>تو ایک ہے فزیکل پروننگ، اور ایک ہے سائیکلوجیکل پروننگ۔ تو آپ جب اپنا نیل کاٹتے ہیں یا بال کاٹتے ہیں، دیٹ از فزیکل پروننگ۔</w:t>
      </w:r>
    </w:p>
    <w:p>
      <w:r>
        <w:rPr>
          <w:b/>
        </w:rPr>
        <w:t xml:space="preserve">[04:42] </w:t>
      </w:r>
      <w:r>
        <w:t>isi tarah se zaroorat hoti hai psychological pruning ki. yani aap ke khayalat, aap ki</w:t>
      </w:r>
    </w:p>
    <w:p>
      <w:pPr>
        <w:jc w:val="right"/>
      </w:pPr>
      <w:r>
        <w:t>اسی طرح سے ضرورت ہوتی ہے سائیکلوجیکل پروننگ کی۔ یعنی آپ کے خیالات، آپ کی</w:t>
      </w:r>
    </w:p>
    <w:p>
      <w:r>
        <w:rPr>
          <w:b/>
        </w:rPr>
        <w:t xml:space="preserve">[04:54] </w:t>
      </w:r>
      <w:r>
        <w:t>character, aap ke aadatein agar unchecked rahein to woh bohat serious problem ban jayega.</w:t>
      </w:r>
    </w:p>
    <w:p>
      <w:pPr>
        <w:jc w:val="right"/>
      </w:pPr>
      <w:r>
        <w:t>کریکٹر، آپ کے عادتیں اگر ان چیکڈ رہیں تو وہ بہت سیریس پرابلم بن جائے گا۔</w:t>
      </w:r>
    </w:p>
    <w:p>
      <w:r>
        <w:rPr>
          <w:b/>
        </w:rPr>
        <w:t xml:space="preserve">[05:04] </w:t>
      </w:r>
      <w:r>
        <w:t>is liye zaroorat hi hoti hai psychologi</w:t>
      </w:r>
    </w:p>
    <w:p>
      <w:pPr>
        <w:jc w:val="right"/>
      </w:pPr>
      <w:r>
        <w:t>اس لیے ضرورت ہی ہوتی ہے سائیکلوج</w:t>
      </w:r>
    </w:p>
    <w:p>
      <w:r>
        <w:rPr>
          <w:b/>
        </w:rPr>
        <w:t xml:space="preserve">[05:07] </w:t>
      </w:r>
      <w:r>
        <w:t>cal pruning ki. yahan main aap ko ek quran ki ek ayat yaad dilata hoon. dekhein, surah nisa. surah nisa ayat 17 yani 17 mein kaha gaya hai ke jo log ghalti karte hain saban yatubuna min qareeb to un ki toba qabool ho jati hai.</w:t>
      </w:r>
    </w:p>
    <w:p>
      <w:pPr>
        <w:jc w:val="right"/>
      </w:pPr>
      <w:r>
        <w:t>یکل پروننگ کی۔ یہاں میں آپ کو ایک قرآن کی ایک آیت یاد دلاتا ہوں۔ دیکھیں، سورہ النساء۔ سورہ النساء آیت 17 یعنی 17 میں کہا گیا ہے کہ جو لوگ غلطی کرتے ہیں سبا يتوبون من قریب تو ان کی توبہ قبول ہو جاتی ہے۔</w:t>
      </w:r>
    </w:p>
    <w:p>
      <w:r>
        <w:rPr>
          <w:b/>
        </w:rPr>
        <w:t xml:space="preserve">[05:34] </w:t>
      </w:r>
      <w:r>
        <w:t>yani ghalti karne ke baad jald toba, yani speedy toba, speedy repentance ya speedy return.</w:t>
      </w:r>
    </w:p>
    <w:p>
      <w:pPr>
        <w:jc w:val="right"/>
      </w:pPr>
      <w:r>
        <w:t>یعنی غلطی کرنے کے بعد جلد توبہ، یعنی سپیڈی توبہ، سپیڈی ریپینٹنس یا سپیڈی ریٹرن۔</w:t>
      </w:r>
    </w:p>
    <w:p>
      <w:r>
        <w:rPr>
          <w:b/>
        </w:rPr>
        <w:t xml:space="preserve">[05:48] </w:t>
      </w:r>
      <w:r>
        <w:t>to jo log nadani se ghalti kar bethte hain, is ke baad woh jaldi toba karte hain. yani speedy repentance ya speedy return ka saboot dete hain to Allah un ki toba ko qabool karta hai.</w:t>
      </w:r>
    </w:p>
    <w:p>
      <w:pPr>
        <w:jc w:val="right"/>
      </w:pPr>
      <w:r>
        <w:t>تو جو لوگ نادانی سے غلطی کر بیٹھتے ہیں، اس کے بعد وہ جلدی توبہ کرتے ہیں۔ یعنی سپیڈی ریپینٹنس یا سپیڈی ریٹرن کا ثبوت دیتے ہیں تو اللہ ان کی توبہ کو قبول کرتا ہے۔</w:t>
      </w:r>
    </w:p>
    <w:p>
      <w:r>
        <w:rPr>
          <w:b/>
        </w:rPr>
        <w:t xml:space="preserve">[06:08] </w:t>
      </w:r>
      <w:r>
        <w:t>is mein yeh baat apne aap implicit hai ke toba qareeb ka mamla is se alag hai.</w:t>
      </w:r>
    </w:p>
    <w:p>
      <w:pPr>
        <w:jc w:val="right"/>
      </w:pPr>
      <w:r>
        <w:t>اس میں یہ بات اپنے آپ ایمپلیسٹ ہے کہ توبہ قریب کا معاملہ اس سے الگ ہے۔</w:t>
      </w:r>
    </w:p>
    <w:p>
      <w:r>
        <w:rPr>
          <w:b/>
        </w:rPr>
        <w:t xml:space="preserve">[06:16] </w:t>
      </w:r>
      <w:r>
        <w:t>yani toba qareeb ka mamla aur toba baeed ka mamla dono ek doosre se alag hain. toba qareeb ke maaf ki to quran mein elaan kiya gaya hai,</w:t>
      </w:r>
    </w:p>
    <w:p>
      <w:pPr>
        <w:jc w:val="right"/>
      </w:pPr>
      <w:r>
        <w:t>یعنی توبہ قریب کا معاملہ اور توبہ بعید کا معاملہ دونوں ایک دوسرے سے الگ ہیں۔ توبہ قریب کے معافی کا تو قرآن میں اعلان کیا گیا ہے،</w:t>
      </w:r>
    </w:p>
    <w:p>
      <w:r>
        <w:rPr>
          <w:b/>
        </w:rPr>
        <w:t xml:space="preserve">[06:29] </w:t>
      </w:r>
      <w:r>
        <w:t>lekin toba baeed jo hai, yeh bohat hi risky toba hai. bohat risky hai. to yeh main bohat dinon se sochta tha ke yeh kya cheez hai toba qareeb.</w:t>
      </w:r>
    </w:p>
    <w:p>
      <w:pPr>
        <w:jc w:val="right"/>
      </w:pPr>
      <w:r>
        <w:t>لیکن توبہ بعید جو ہے، یہ بہت ہی رسکی توبہ ہے۔ بہت رسکی ہے۔ تو یہ میں بہت دنوں سے سوچتا تھا کہ یہ کیا چیز ہے توبہ قریب۔</w:t>
      </w:r>
    </w:p>
    <w:p>
      <w:r>
        <w:rPr>
          <w:b/>
        </w:rPr>
        <w:t xml:space="preserve">[06:45] </w:t>
      </w:r>
      <w:r>
        <w:t>to is ka is ko maine samjha psychology ke mutale se. yeh bohat zyada psychology ka masla hai.</w:t>
      </w:r>
    </w:p>
    <w:p>
      <w:pPr>
        <w:jc w:val="right"/>
      </w:pPr>
      <w:r>
        <w:t>تو اس کا اس کو میں نے سمجھا سائیکالوجی کے مطالعے سے۔ یہ بہت زیادہ سائیکالوجی کا مسئلہ ہے۔</w:t>
      </w:r>
    </w:p>
    <w:p>
      <w:r>
        <w:rPr>
          <w:b/>
        </w:rPr>
        <w:t xml:space="preserve">[06:57] </w:t>
      </w:r>
      <w:r>
        <w:t>aur yeh wohi masla hai jis ko maine kaha ke pruning process. is ka taluq psychological pruning se hai.</w:t>
      </w:r>
    </w:p>
    <w:p>
      <w:pPr>
        <w:jc w:val="right"/>
      </w:pPr>
      <w:r>
        <w:t>اور یہ وہی مسئلہ ہے جس کو میں نے کہا کہ پروننگ پروسیس۔ اس کا تعلق سائیکلوجیکل پروننگ سے ہے۔</w:t>
      </w:r>
    </w:p>
    <w:p>
      <w:r>
        <w:rPr>
          <w:b/>
        </w:rPr>
        <w:t xml:space="preserve">[07:10] </w:t>
      </w:r>
      <w:r>
        <w:t>dekhiye, hota kya hai ke aap ek ghalati karein aur is ghalati ko jaldi se repent na karein.</w:t>
      </w:r>
    </w:p>
    <w:p>
      <w:pPr>
        <w:jc w:val="right"/>
      </w:pPr>
      <w:r>
        <w:t>دیکھیے، ہوتا کیا ہے کہ آپ ایک غلطی کریں اور اس غلطی کو جلدی سے ریپینٹ نہ کریں۔</w:t>
      </w:r>
    </w:p>
    <w:p>
      <w:r>
        <w:rPr>
          <w:b/>
        </w:rPr>
        <w:t xml:space="preserve">[07:26] </w:t>
      </w:r>
      <w:r>
        <w:t>to woh kya hoga? woh dheere dheere conditioning ka process shuru ho jayega.</w:t>
      </w:r>
    </w:p>
    <w:p>
      <w:pPr>
        <w:jc w:val="right"/>
      </w:pPr>
      <w:r>
        <w:t>تو وہ کیا ہوگا؟ وہ دھیرے دھیرے کنڈیشننگ کا پراسیس شروع ہو جائے گا۔</w:t>
      </w:r>
    </w:p>
    <w:p>
      <w:r>
        <w:rPr>
          <w:b/>
        </w:rPr>
        <w:t xml:space="preserve">[07:35] </w:t>
      </w:r>
      <w:r>
        <w:t>is ghalati mein aap conditioned ho jayenge. aur jab koi aadmi kisi ghalati mein conditioned ho jaye to phir islaah bohat hi difficult ho jati hai.</w:t>
      </w:r>
    </w:p>
    <w:p>
      <w:pPr>
        <w:jc w:val="right"/>
      </w:pPr>
      <w:r>
        <w:t>اس غلطی میں آپ کنڈیشنڈ ہو جائیں گے۔ اور جب کوئی آدمی کسی غلطی میں کنڈیشنڈ ہو جائے تو پھر اصلاح بہت ہی ڈیفیکلٹ ہو جاتی ہے۔</w:t>
      </w:r>
    </w:p>
    <w:p>
      <w:r>
        <w:rPr>
          <w:b/>
        </w:rPr>
        <w:t xml:space="preserve">[07:51] </w:t>
      </w:r>
      <w:r>
        <w:t>to tauba qareeb jo hai, bohat hi beneficial yahan par hai.</w:t>
      </w:r>
    </w:p>
    <w:p>
      <w:pPr>
        <w:jc w:val="right"/>
      </w:pPr>
      <w:r>
        <w:t>تو توبہ قریب جو ہے، بہت ہی بینیفل یہاں پر ہے۔</w:t>
      </w:r>
    </w:p>
    <w:p>
      <w:r>
        <w:rPr>
          <w:b/>
        </w:rPr>
        <w:t xml:space="preserve">[07:56] </w:t>
      </w:r>
      <w:r>
        <w:t>agar tum speedy tauba nahi karoge, tauba mein delay karoge to phir kya hoga?</w:t>
      </w:r>
    </w:p>
    <w:p>
      <w:pPr>
        <w:jc w:val="right"/>
      </w:pPr>
      <w:r>
        <w:t>اگر تم سپیڈی توبہ نہیں کرو گے، توبہ میں ڈیلے کرو گے تو پھر کیا ہوگا؟</w:t>
      </w:r>
    </w:p>
    <w:p>
      <w:r>
        <w:rPr>
          <w:b/>
        </w:rPr>
        <w:t xml:space="preserve">[08:06] </w:t>
      </w:r>
      <w:r>
        <w:t>law of nature ke mutabiq conditioning shuru ho jayegi. conditioning ek process hai, natural process.</w:t>
      </w:r>
    </w:p>
    <w:p>
      <w:pPr>
        <w:jc w:val="right"/>
      </w:pPr>
      <w:r>
        <w:t>لاء آف نیچر کے مطابق کنڈیشننگ شروع ہو جائے گی۔ کنڈیشننگ ایک پروسیس ہے، نیچرل پروسیس۔</w:t>
      </w:r>
    </w:p>
    <w:p>
      <w:r>
        <w:rPr>
          <w:b/>
        </w:rPr>
        <w:t xml:space="preserve">[08:15] </w:t>
      </w:r>
      <w:r>
        <w:t>woh beharhaal apna kaam karta hai. aap chahein ya na chahein, aap chahein ya na chahein, phir bhi conditioning ka process apna kaam karega.</w:t>
      </w:r>
    </w:p>
    <w:p>
      <w:pPr>
        <w:jc w:val="right"/>
      </w:pPr>
      <w:r>
        <w:t>وہ بہرحال اپنا کام کرتا ہے۔ آپ چاہیں یا نہ چاہیں، آپ چاہیں یا نہ چاہیں، پھر بھی کنڈیشننگ کا پروسیس اپنا کام کرے گا۔</w:t>
      </w:r>
    </w:p>
    <w:p>
      <w:r>
        <w:rPr>
          <w:b/>
        </w:rPr>
        <w:t xml:space="preserve">[08:27] </w:t>
      </w:r>
      <w:r>
        <w:t>to agar aadmi</w:t>
      </w:r>
    </w:p>
    <w:p>
      <w:pPr>
        <w:jc w:val="right"/>
      </w:pPr>
      <w:r>
        <w:t>تو اگر آدمی</w:t>
      </w:r>
    </w:p>
    <w:p>
      <w:r>
        <w:rPr>
          <w:b/>
        </w:rPr>
        <w:t xml:space="preserve">[08:32] </w:t>
      </w:r>
      <w:r>
        <w:t>jald ghalati karne ke baad jald is ko, yaani intabaah na ho aur woh isi mein phansa rahe, to kya hoga?</w:t>
      </w:r>
    </w:p>
    <w:p>
      <w:pPr>
        <w:jc w:val="right"/>
      </w:pPr>
      <w:r>
        <w:t>جلد غلطی کرنے کے بعد جلد اس کو، یعنی انتباہ نہ ہو اور وہ اسی میں پھنسا رہے، تو کیا ہوگا؟</w:t>
      </w:r>
    </w:p>
    <w:p>
      <w:r>
        <w:rPr>
          <w:b/>
        </w:rPr>
        <w:t xml:space="preserve">[08:44] </w:t>
      </w:r>
      <w:r>
        <w:t>iska case conditioning ka case ban jayega. aur phir islaah bohat hi mushkil ho jayegi. is liye tauba qareeb ki baat hai.</w:t>
      </w:r>
    </w:p>
    <w:p>
      <w:pPr>
        <w:jc w:val="right"/>
      </w:pPr>
      <w:r>
        <w:t>اس کا کیس کنڈیشننگ کا کیس بن جائے گا۔ اور پھر اصلاح بہت ہی مشکل ہو جائے گی۔ اس لیے توبہ قریب کی بات ہے۔</w:t>
      </w:r>
    </w:p>
    <w:p>
      <w:r>
        <w:rPr>
          <w:b/>
        </w:rPr>
        <w:t xml:space="preserve">[08:55] </w:t>
      </w:r>
      <w:r>
        <w:t>yeh ek warning hai, goya sabay yatooboon min qareeb ayat jo hai Surah Nisa mein.</w:t>
      </w:r>
    </w:p>
    <w:p>
      <w:pPr>
        <w:jc w:val="right"/>
      </w:pPr>
      <w:r>
        <w:t>یہ ایک وارننگ ہے، گویا سبا يتوبون من قریب آیت جو ہے سورہ النساء میں۔</w:t>
      </w:r>
    </w:p>
    <w:p>
      <w:r>
        <w:rPr>
          <w:b/>
        </w:rPr>
        <w:t xml:space="preserve">[09:03] </w:t>
      </w:r>
      <w:r>
        <w:t>ke ke ghalati to insaan karta hai. To erase human ghalati insaan se hoti hai. Al-insaanu murakkabun min al-khata'i wa an-nisyan</w:t>
      </w:r>
    </w:p>
    <w:p>
      <w:pPr>
        <w:jc w:val="right"/>
      </w:pPr>
      <w:r>
        <w:t>کہ کہ غلطی تو انسان کرتا ہے۔ To erase human غلطی انسان سے ہوتی ہے۔ الانسان مرکب من الخطا والنسيان</w:t>
      </w:r>
    </w:p>
    <w:p>
      <w:r>
        <w:rPr>
          <w:b/>
        </w:rPr>
        <w:t xml:space="preserve">[09:16] </w:t>
      </w:r>
      <w:r>
        <w:t>to ghalati to insaan se hoti hai. lekin</w:t>
      </w:r>
    </w:p>
    <w:p>
      <w:pPr>
        <w:jc w:val="right"/>
      </w:pPr>
      <w:r>
        <w:t>تو غلطی تو انسان سے ہوتی ہے۔ لیکن</w:t>
      </w:r>
    </w:p>
    <w:p>
      <w:r>
        <w:rPr>
          <w:b/>
        </w:rPr>
        <w:t xml:space="preserve">[09:22] </w:t>
      </w:r>
      <w:r>
        <w:t>kya cheez chahiye ke ghalati karne ke baad jald aap ko intabaah ho, jald aap ka zamir chaunk uthe aur jald aap tauba karein?</w:t>
      </w:r>
    </w:p>
    <w:p>
      <w:pPr>
        <w:jc w:val="right"/>
      </w:pPr>
      <w:r>
        <w:t>کیا چیز چاہیے کہ غلطی کرنے کے بعد جلد آپ کو انتباہ ہو، جلد آپ کا ضمیر چونک اٹھے اور جلد آپ توبہ کریں؟</w:t>
      </w:r>
    </w:p>
    <w:p>
      <w:r>
        <w:rPr>
          <w:b/>
        </w:rPr>
        <w:t xml:space="preserve">[09:34] </w:t>
      </w:r>
      <w:r>
        <w:t>yaani matlab is ka is ki islaah karein. agar aap tauba qareeb nahi karte hain to ek risk le rahe hain.</w:t>
      </w:r>
    </w:p>
    <w:p>
      <w:pPr>
        <w:jc w:val="right"/>
      </w:pPr>
      <w:r>
        <w:t>یعنی مطلب اس کا اس کی اصلاح کریں۔ اگر آپ توبہ قریب نہیں کرتے ہیں تو ایک رسک لے رہے ہیں۔</w:t>
      </w:r>
    </w:p>
    <w:p>
      <w:r>
        <w:rPr>
          <w:b/>
        </w:rPr>
        <w:t xml:space="preserve">[09:44] </w:t>
      </w:r>
      <w:r>
        <w:t>is baat ka risk ke woh ghalati aap ki conditioning mein shamil ho jaye aur phir islaah karna namumkin ho jaye.</w:t>
      </w:r>
    </w:p>
    <w:p>
      <w:pPr>
        <w:jc w:val="right"/>
      </w:pPr>
      <w:r>
        <w:t>اس بات کا رسک کہ وہ غلطی آپ کی کنڈیشننگ میں شامل ہو جائے اور پھر اصلاح کرنا ناممکن ہو جائے۔</w:t>
      </w:r>
    </w:p>
    <w:p>
      <w:r>
        <w:rPr>
          <w:b/>
        </w:rPr>
        <w:t xml:space="preserve">[09:56] </w:t>
      </w:r>
      <w:r>
        <w:t>is par mazeed ghhor karne se yeh baat samajh aati hai ke har ghalati ka aghaz bohat hi choti beginning se hota hai.</w:t>
      </w:r>
    </w:p>
    <w:p>
      <w:pPr>
        <w:jc w:val="right"/>
      </w:pPr>
      <w:r>
        <w:t>اس پر مزید غور کرنے سے یہ بات سمجھ آتی ہے کہ ہر غلطی کا آغاز بہت ہی چھوٹی بگننگ سے ہوتا ہے۔</w:t>
      </w:r>
    </w:p>
    <w:p>
      <w:r>
        <w:rPr>
          <w:b/>
        </w:rPr>
        <w:t xml:space="preserve">[10:10] </w:t>
      </w:r>
      <w:r>
        <w:t>choti beginning se.</w:t>
      </w:r>
    </w:p>
    <w:p>
      <w:pPr>
        <w:jc w:val="right"/>
      </w:pPr>
      <w:r>
        <w:t>چھوٹی بگننگ سے۔</w:t>
      </w:r>
    </w:p>
    <w:p>
      <w:r>
        <w:rPr>
          <w:b/>
        </w:rPr>
        <w:t xml:space="preserve">[10:12] </w:t>
      </w:r>
      <w:r>
        <w:t>misalan alcohol hai, shuru mein aadmi ek adh ghont peeta hai test lene ke liye. aisa nahi ke pehle din woh aadi ban jaye.</w:t>
      </w:r>
    </w:p>
    <w:p>
      <w:pPr>
        <w:jc w:val="right"/>
      </w:pPr>
      <w:r>
        <w:t>مثلاً الکوحل ہے، شروع میں آدمی ایک ادھ گھونٹ پیتا ہے ٹیسٹ لینے کے لیے۔ ایسا نہیں کہ پہلے دن وہ عادی بن جائے۔</w:t>
      </w:r>
    </w:p>
    <w:p>
      <w:r>
        <w:rPr>
          <w:b/>
        </w:rPr>
        <w:t xml:space="preserve">[10:24] </w:t>
      </w:r>
      <w:r>
        <w:t>aisa nahi hota. ya cigarette hai, pehle din woh cigarette ka aadi nahi ban jata. aur maamla sirf cigarette aur alcohol ka nahi hai.</w:t>
      </w:r>
    </w:p>
    <w:p>
      <w:pPr>
        <w:jc w:val="right"/>
      </w:pPr>
      <w:r>
        <w:t>ایسا نہیں ہوتا۔ یا سگریٹ ہے، پہلے دن وہ سگریٹ کا عادی نہیں بن جاتا۔ اور معاملہ صرف سگریٹ اور الکوحل کا نہیں ہے۔</w:t>
      </w:r>
    </w:p>
    <w:p>
      <w:r>
        <w:rPr>
          <w:b/>
        </w:rPr>
        <w:t xml:space="preserve">[10:37] </w:t>
      </w:r>
      <w:r>
        <w:t>zindagi mein beshumar cheezein aisi hain jin ka aadmi aadi ban jaye to us ke andar bohat zyada fasad paida ho jata hai. kisi bhi cheez ka aadi ban jayein aap.</w:t>
      </w:r>
    </w:p>
    <w:p>
      <w:pPr>
        <w:jc w:val="right"/>
      </w:pPr>
      <w:r>
        <w:t>زندگی میں بے شمار چیزیں ایسی ہیں جن کا آدمی عادی بن جائے تو اس کے اندر بہت زیادہ فساد پیدا ہو جاتا ہے۔ کسی بھی چیز کا عادی بن جائیں آپ۔</w:t>
      </w:r>
    </w:p>
    <w:p>
      <w:r>
        <w:rPr>
          <w:b/>
        </w:rPr>
        <w:t xml:space="preserve">[10:49] </w:t>
      </w:r>
      <w:r>
        <w:t>misalan testy food ke aap aadi ban jayein to us mein bohat se problem aayenge.</w:t>
      </w:r>
    </w:p>
    <w:p>
      <w:pPr>
        <w:jc w:val="right"/>
      </w:pPr>
      <w:r>
        <w:t>مثلاً ٹیسٹی فوڈ کے آپ عادی بن جائیں تو اس میں بہت سے پرابلم آئیں گے۔</w:t>
      </w:r>
    </w:p>
    <w:p>
      <w:r>
        <w:rPr>
          <w:b/>
        </w:rPr>
        <w:t xml:space="preserve">[10:59] </w:t>
      </w:r>
      <w:r>
        <w:t>aap artist ke aadi ban jayein, tab bhi aap ke liye bohat se problem aayenge.</w:t>
      </w:r>
    </w:p>
    <w:p>
      <w:pPr>
        <w:jc w:val="right"/>
      </w:pPr>
      <w:r>
        <w:t>آپ آرٹسٹ کے عادی بن جائیں، تب بھی آپ کے لیے بہت سے پرابلم آئیں گے۔</w:t>
      </w:r>
    </w:p>
    <w:p>
      <w:r>
        <w:rPr>
          <w:b/>
        </w:rPr>
        <w:t xml:space="preserve">[11:07] </w:t>
      </w:r>
      <w:r>
        <w:t>hawa culture ke aadi ban jayein, tab bhi bohat zyada nuqsan is ka samne aayega aap ko. to bohat si ek hi cheez nahi hai, sirf alcohol ki baat to nahi hai.</w:t>
      </w:r>
    </w:p>
    <w:p>
      <w:pPr>
        <w:jc w:val="right"/>
      </w:pPr>
      <w:r>
        <w:t>ہوا کلچر کے عادی بن جائیں، تب بھی بہت زیادہ نقصان اس کا سامنے آئے گا آپ کو۔ تو بہت سی ایک ہی چیز نہیں ہے، صرف الکوحل کی بات تو نہیں ہے۔</w:t>
      </w:r>
    </w:p>
    <w:p>
      <w:r>
        <w:rPr>
          <w:b/>
        </w:rPr>
        <w:t xml:space="preserve">[11:20] </w:t>
      </w:r>
      <w:r>
        <w:t>beshumar cheezein hain jo aadmi ki aadat ban jayein to woh us ko nuqsan pohanchati hain.</w:t>
      </w:r>
    </w:p>
    <w:p>
      <w:pPr>
        <w:jc w:val="right"/>
      </w:pPr>
      <w:r>
        <w:t>بے شمار چیزیں ہیں جو آدمی کی عادت بن جائیں تو وہ اس کو نقصان پہنچاتی ہیں۔</w:t>
      </w:r>
    </w:p>
    <w:p>
      <w:r>
        <w:rPr>
          <w:b/>
        </w:rPr>
        <w:t xml:space="preserve">[11:30] </w:t>
      </w:r>
      <w:r>
        <w:t>resently aik ajeeb o ghareeb case mere samne aya. dekhiye, bohat mashhoor British philosopher hain, Lord Bartrain Drusell.</w:t>
      </w:r>
    </w:p>
    <w:p>
      <w:pPr>
        <w:jc w:val="right"/>
      </w:pPr>
      <w:r>
        <w:t>ریسنٹلی ایک عجیب و غریب کیس میرے سامنے آیا۔ دیکھیے، بہت مشہور برٹش فلاسفر ہیں، لارڈ بارٹرین ڈرسل۔</w:t>
      </w:r>
    </w:p>
    <w:p>
      <w:r>
        <w:rPr>
          <w:b/>
        </w:rPr>
        <w:t xml:space="preserve">[11:42] </w:t>
      </w:r>
      <w:r>
        <w:t>bohat ziyada well known hain. to is ne apni biography likhi hai.</w:t>
      </w:r>
    </w:p>
    <w:p>
      <w:pPr>
        <w:jc w:val="right"/>
      </w:pPr>
      <w:r>
        <w:t>بہت زیادہ ویل نون ہیں۔ تو اس نے اپنی بائیوگرافی لکھی ہے۔</w:t>
      </w:r>
    </w:p>
    <w:p>
      <w:r>
        <w:rPr>
          <w:b/>
        </w:rPr>
        <w:t xml:space="preserve">[11:49] </w:t>
      </w:r>
      <w:r>
        <w:t>is biography ke aakhir mein woh likhta hai ke main zindagi mein parta raha. yaani bachpan se le kar barhaape tak parta hi raha hoon main.</w:t>
      </w:r>
    </w:p>
    <w:p>
      <w:pPr>
        <w:jc w:val="right"/>
      </w:pPr>
      <w:r>
        <w:t>اس بائیوگرافی کے آخر میں وہ لکھتا ہے کہ میں زندگی میں پڑھتا رہا۔ یعنی بچپن سے لے کر بڑھاپے تک پڑھتا ہی رہا ہوں میں۔</w:t>
      </w:r>
    </w:p>
    <w:p>
      <w:r>
        <w:rPr>
          <w:b/>
        </w:rPr>
        <w:t xml:space="preserve">[12:03] </w:t>
      </w:r>
      <w:r>
        <w:t>aur bohat ziyada parha. to is ne likha hai ke aakhir mein parhna mere liye, yaani study, study meri habit ban gayi thi.</w:t>
      </w:r>
    </w:p>
    <w:p>
      <w:pPr>
        <w:jc w:val="right"/>
      </w:pPr>
      <w:r>
        <w:t>اور بہت زیادہ پڑھا۔ تو اس نے لکھا ہے کہ آخر میں پڑھنا میرے لیے، یعنی اسٹڈی، اسٹڈی میری ہیبٹ بن گئی تھی۔</w:t>
      </w:r>
    </w:p>
    <w:p>
      <w:r>
        <w:rPr>
          <w:b/>
        </w:rPr>
        <w:t xml:space="preserve">[12:11] </w:t>
      </w:r>
      <w:r>
        <w:t>habit. yaani bator habit ke parta tha main.</w:t>
      </w:r>
    </w:p>
    <w:p>
      <w:pPr>
        <w:jc w:val="right"/>
      </w:pPr>
      <w:r>
        <w:t>ہیبٹ۔ یعنی بطور ہیبٹ کے پڑھتا تھا میں۔</w:t>
      </w:r>
    </w:p>
    <w:p>
      <w:r>
        <w:rPr>
          <w:b/>
        </w:rPr>
        <w:t xml:space="preserve">[12:19] </w:t>
      </w:r>
      <w:r>
        <w:t>phir isi par woh likhta hai ke</w:t>
      </w:r>
    </w:p>
    <w:p>
      <w:pPr>
        <w:jc w:val="right"/>
      </w:pPr>
      <w:r>
        <w:t>پھر اسی پر وہ لکھتا ہے کہ</w:t>
      </w:r>
    </w:p>
    <w:p>
      <w:r>
        <w:rPr>
          <w:b/>
        </w:rPr>
        <w:t xml:space="preserve">[12:24] </w:t>
      </w:r>
      <w:r>
        <w:t>main aakhir umar ko puhanch chuka hoon. But I don't know what is the purpose of life.</w:t>
      </w:r>
    </w:p>
    <w:p>
      <w:pPr>
        <w:jc w:val="right"/>
      </w:pPr>
      <w:r>
        <w:t>میں آخر عمر کو پہنچ چکا ہوں۔ But I don't know what is the purpose of life.</w:t>
      </w:r>
    </w:p>
    <w:p>
      <w:r>
        <w:rPr>
          <w:b/>
        </w:rPr>
        <w:t xml:space="preserve">[12:35] </w:t>
      </w:r>
      <w:r>
        <w:t>I am living in frustration. ab ghor kijiye ke jo aadmi sari zindagi parta rahe, parta rahe, parta rahe, aur is ko yeh pata nahi ke zindagi ka maqsad kya hai,</w:t>
      </w:r>
    </w:p>
    <w:p>
      <w:pPr>
        <w:jc w:val="right"/>
      </w:pPr>
      <w:r>
        <w:t>I am living in frustration. اب غور کیجیے کہ جو آدمی ساری زندگی پڑھتا رہے، پڑھتا رہے، پڑھتا رہے، اور اس کو یہ پتہ نہیں کہ زندگی کا مقصد کیا ہے،</w:t>
      </w:r>
    </w:p>
    <w:p>
      <w:r>
        <w:rPr>
          <w:b/>
        </w:rPr>
        <w:t xml:space="preserve">[12:47] </w:t>
      </w:r>
      <w:r>
        <w:t>to kyun woh parta tha habit ke tor par? jab aap koi kaam habit ke tor par parhein to aap ka thinking process stop ho jata hai.</w:t>
      </w:r>
    </w:p>
    <w:p>
      <w:pPr>
        <w:jc w:val="right"/>
      </w:pPr>
      <w:r>
        <w:t>تو کیوں وہ پڑھتا تھا ہیبٹ کے طور پر؟ جب آپ کوئی کام ہیبٹ کے طور پر پڑھیں تو آپ کا تھنکنگ پروسیس سٹاپ ہو جاتا ہے۔</w:t>
      </w:r>
    </w:p>
    <w:p>
      <w:r>
        <w:rPr>
          <w:b/>
        </w:rPr>
        <w:t xml:space="preserve">[13:00] </w:t>
      </w:r>
      <w:r>
        <w:t>aap koi bhi cheez, aap hawa culture mein aap ki habit ban jaye, testy food aap ki habit ban jaye, artist aap ki habit ban jaye,</w:t>
      </w:r>
    </w:p>
    <w:p>
      <w:pPr>
        <w:jc w:val="right"/>
      </w:pPr>
      <w:r>
        <w:t>آپ کوئی بھی چیز، آپ ہوا کلچر میں آپ کی ہیبٹ بن جائے، ٹیسٹی فوڈ آپ کی ہیبٹ بن جائے، آرٹسٹ آپ کی ہیبٹ بن جائے،</w:t>
      </w:r>
    </w:p>
    <w:p>
      <w:r>
        <w:rPr>
          <w:b/>
        </w:rPr>
        <w:t xml:space="preserve">[13:14] </w:t>
      </w:r>
      <w:r>
        <w:t>koi bhi cheez, mushaira aap ki habit ban jaye, to us waqt jab ke aap is habit mein mashgool honge, us waqt aap ka thinking process ruka rahega.</w:t>
      </w:r>
    </w:p>
    <w:p>
      <w:pPr>
        <w:jc w:val="right"/>
      </w:pPr>
      <w:r>
        <w:t>کوئی بھی چیز، مشاعرہ آپ کی ہیبٹ بن جائے، تو اس وقت جب کہ آپ اس ہیبٹ میں مشغول ہوں گے، اس وقت آپ کا تھنکنگ پراسیس رکا رہے گا۔</w:t>
      </w:r>
    </w:p>
    <w:p>
      <w:r>
        <w:rPr>
          <w:b/>
        </w:rPr>
        <w:t xml:space="preserve">[13:28] </w:t>
      </w:r>
      <w:r>
        <w:t>yaani habit ke zor par karen ge aap, na ke thinking ke zor par. yahi bradre ke sath hua. bradre out of habit parta raha, lekin is ka thinking process isi nisbat se develop nahi hua.</w:t>
      </w:r>
    </w:p>
    <w:p>
      <w:pPr>
        <w:jc w:val="right"/>
      </w:pPr>
      <w:r>
        <w:t>یعنی ہیبٹ کے زور پر کریں گے آپ، نہ کہ تھنکنگ کے زور پر۔ یہی برڈر کے ساتھ ہوا۔ برڈر آؤٹ آف ہیبٹ پڑھتا رہا، لیکن اس کا تھنکنگ پراسیس اسی نسبت سے ڈیولپ نہیں ہوا۔</w:t>
      </w:r>
    </w:p>
    <w:p>
      <w:r>
        <w:rPr>
          <w:b/>
        </w:rPr>
        <w:t xml:space="preserve">[13:45] </w:t>
      </w:r>
      <w:r>
        <w:t>to is ko pata hi nahi ke purpose of life kya hai. kaisi ajeeb baat hai.</w:t>
      </w:r>
    </w:p>
    <w:p>
      <w:pPr>
        <w:jc w:val="right"/>
      </w:pPr>
      <w:r>
        <w:t>تو اس کو پتہ ہی نہیں کہ پرپس آف لائف کیا ہے۔ کیسی عجیب بات ہے۔</w:t>
      </w:r>
    </w:p>
    <w:p>
      <w:r>
        <w:rPr>
          <w:b/>
        </w:rPr>
        <w:t xml:space="preserve">[13:53] </w:t>
      </w:r>
      <w:r>
        <w:t>kaisi ajeeb baat hai.</w:t>
      </w:r>
    </w:p>
    <w:p>
      <w:pPr>
        <w:jc w:val="right"/>
      </w:pPr>
      <w:r>
        <w:t>کیسی عجیب بات ہے۔</w:t>
      </w:r>
    </w:p>
    <w:p>
      <w:r>
        <w:rPr>
          <w:b/>
        </w:rPr>
        <w:t xml:space="preserve">[13:56] </w:t>
      </w:r>
      <w:r>
        <w:t>to habit jo hai, thinking process ko kill kar deti hai.</w:t>
      </w:r>
    </w:p>
    <w:p>
      <w:pPr>
        <w:jc w:val="right"/>
      </w:pPr>
      <w:r>
        <w:t>تو ہیبٹ جو ہے، تھنکنگ پراسیس کو کل کر دیتی ہے۔</w:t>
      </w:r>
    </w:p>
    <w:p>
      <w:r>
        <w:rPr>
          <w:b/>
        </w:rPr>
        <w:t xml:space="preserve">[14:05] </w:t>
      </w:r>
      <w:r>
        <w:t>thinking process ko kill kar deti hai. kisi bhi cheez ki habit ban jaye aap ko. patang urane ki habit ban jaye aap ko.</w:t>
      </w:r>
    </w:p>
    <w:p>
      <w:pPr>
        <w:jc w:val="right"/>
      </w:pPr>
      <w:r>
        <w:t>تھنکنگ پراسیس کو کل کر دیتی ہے۔ کسی بھی چیز کی ہیبٹ بن جائے آپ کو۔ پتنگ اڑانے کی ہیبٹ بن جائے آپ کو۔</w:t>
      </w:r>
    </w:p>
    <w:p>
      <w:r>
        <w:rPr>
          <w:b/>
        </w:rPr>
        <w:t xml:space="preserve">[14:14] </w:t>
      </w:r>
      <w:r>
        <w:t>aap ko baatein karne ki habit ban jaye. taash khelne ki habit ban jaye. testy food ki habit ban jaye. koi bhi habit.</w:t>
      </w:r>
    </w:p>
    <w:p>
      <w:pPr>
        <w:jc w:val="right"/>
      </w:pPr>
      <w:r>
        <w:t>آپ کو باتیں کرنے کی ہیبٹ بن جائے۔ تاش کھیلنے کی ہیبٹ بن جائے۔ ٹیسٹی فوڈ کی ہیبٹ بن جائے۔ کوئی بھی ہیبٹ۔</w:t>
      </w:r>
    </w:p>
    <w:p>
      <w:r>
        <w:rPr>
          <w:b/>
        </w:rPr>
        <w:t xml:space="preserve">[14:26] </w:t>
      </w:r>
      <w:r>
        <w:t>political baaton ki habit ban jaye. to us waqt jab ke aap is habit mein mashgool honge, aap ka thinking process ruka rahega.</w:t>
      </w:r>
    </w:p>
    <w:p>
      <w:pPr>
        <w:jc w:val="right"/>
      </w:pPr>
      <w:r>
        <w:t>پولیٹیکل باتوں کی ہیبٹ بن جائے۔ تو اس وقت جب کہ آپ اس ہیبٹ میں مشغول ہوں گے، آپ کا تھنکنگ پراسیس رکا رہے گا۔</w:t>
      </w:r>
    </w:p>
    <w:p>
      <w:r>
        <w:rPr>
          <w:b/>
        </w:rPr>
        <w:t xml:space="preserve">[14:41] </w:t>
      </w:r>
      <w:r>
        <w:t>yahi hua bradre ke sath ke thinking process, yaani woh study to karta raha, lekin is ka thinking process jo hai, woh isi nisbat se is ne kaam nahi kiya.</w:t>
      </w:r>
    </w:p>
    <w:p>
      <w:pPr>
        <w:jc w:val="right"/>
      </w:pPr>
      <w:r>
        <w:t>یہی ہوا برڈر کے ساتھ کہ تھنکنگ پراسیس، یعنی وہ اسٹڈی تو کرتا رہا، لیکن اس کا تھنکنگ پراسیس جو ہے، وہ اسی نسبت سے اس نے کام نہیں کیا۔</w:t>
      </w:r>
    </w:p>
    <w:p>
      <w:r>
        <w:rPr>
          <w:b/>
        </w:rPr>
        <w:t xml:space="preserve">[14:58] </w:t>
      </w:r>
      <w:r>
        <w:t>to is moamle par mazeed ghor karte hue mujhe samajh aya ke is ke chaar phases hain. is moamle ke chaar phases hain.</w:t>
      </w:r>
    </w:p>
    <w:p>
      <w:pPr>
        <w:jc w:val="right"/>
      </w:pPr>
      <w:r>
        <w:t>تو اس معاملے پر مزید غور کرتے ہوئے مجھے سمجھ آیا کہ اس کے چار فیزز ہیں۔ اس معاملے کے چار فیزز ہیں۔</w:t>
      </w:r>
    </w:p>
    <w:p>
      <w:r>
        <w:rPr>
          <w:b/>
        </w:rPr>
        <w:t xml:space="preserve">[15:11] </w:t>
      </w:r>
      <w:r>
        <w:t>dekhiye, aadmi jab kisi kaam mein mubtala hota hai to pehle aik test ke tor par woh aisa karta hai.</w:t>
      </w:r>
    </w:p>
    <w:p>
      <w:pPr>
        <w:jc w:val="right"/>
      </w:pPr>
      <w:r>
        <w:t>دیکھیے، آدمی جب کسی کام میں مبتلا ہوتا ہے تو پہلے ایک ٹیسٹ کے طور پر وہ ایسا کرتا ہے۔</w:t>
      </w:r>
    </w:p>
    <w:p>
      <w:r>
        <w:rPr>
          <w:b/>
        </w:rPr>
        <w:t xml:space="preserve">[15:23] </w:t>
      </w:r>
      <w:r>
        <w:t>chahe testy food ho, chahe alcohol ho, ya artist ho, ya hawa culture ho, ya baatein banana.</w:t>
      </w:r>
    </w:p>
    <w:p>
      <w:pPr>
        <w:jc w:val="right"/>
      </w:pPr>
      <w:r>
        <w:t>چاہے ٹیسٹی فوڈ ہو، چاہے الکوحل ہو، یا آرٹسٹ ہو، یا ہوا کلچر ہو، یا باتیں بنانا۔</w:t>
      </w:r>
    </w:p>
    <w:p>
      <w:r>
        <w:rPr>
          <w:b/>
        </w:rPr>
        <w:t xml:space="preserve">[15:32] </w:t>
      </w:r>
      <w:r>
        <w:t>yeh bhi kuch logon ki aadat ho jati hai baatein banane ki. jab dekho baatein banayen ge woh.</w:t>
      </w:r>
    </w:p>
    <w:p>
      <w:pPr>
        <w:jc w:val="right"/>
      </w:pPr>
      <w:r>
        <w:t>یہ بھی کچھ لوگوں کی عادت ہو جاتی ہے باتیں بنانے کی۔ جب دیکھو باتیں بنائیں گے وہ۔</w:t>
      </w:r>
    </w:p>
    <w:p>
      <w:r>
        <w:rPr>
          <w:b/>
        </w:rPr>
        <w:t xml:space="preserve">[15:39] </w:t>
      </w:r>
      <w:r>
        <w:t>bohat se logon ko janta hoon kyunke woh baatein banane ki aadat ho gayi. ab woh jab bhi kisi se baat karte hain to baatein banate hain.</w:t>
      </w:r>
    </w:p>
    <w:p>
      <w:pPr>
        <w:jc w:val="right"/>
      </w:pPr>
      <w:r>
        <w:t>بہت سے لوگوں کو جانتا ہوں کیونکہ وہ باتیں بنانے کی عادت ہو گئی۔ اب وہ جب بھی کسی سے بات کرتے ہیں تو باتیں بناتے ہیں۔</w:t>
      </w:r>
    </w:p>
    <w:p>
      <w:r>
        <w:rPr>
          <w:b/>
        </w:rPr>
        <w:t xml:space="preserve">[15:51] </w:t>
      </w:r>
      <w:r>
        <w:t>to dekhiye, koi bhi kaam is qism ka hai, is mein aap ko shuru mein aik test mile ga. aik test.</w:t>
      </w:r>
    </w:p>
    <w:p>
      <w:pPr>
        <w:jc w:val="right"/>
      </w:pPr>
      <w:r>
        <w:t>تو دیکھیے، کوئی بھی کام اس قسم کا ہے، اس میں آپ کو شروع میں ایک ٹیسٹ ملے گا۔ ایک ٹیسٹ۔</w:t>
      </w:r>
    </w:p>
    <w:p>
      <w:r>
        <w:rPr>
          <w:b/>
        </w:rPr>
        <w:t xml:space="preserve">[16:03] </w:t>
      </w:r>
      <w:r>
        <w:t>to yeh pehla darja hai.</w:t>
      </w:r>
    </w:p>
    <w:p>
      <w:pPr>
        <w:jc w:val="right"/>
      </w:pPr>
      <w:r>
        <w:t>تو یہ پہلا درجہ ہے۔</w:t>
      </w:r>
    </w:p>
    <w:p>
      <w:r>
        <w:rPr>
          <w:b/>
        </w:rPr>
        <w:t xml:space="preserve">[16:07] </w:t>
      </w:r>
      <w:r>
        <w:t>to aap ko chahiye ke wahan aap us ko check karen.</w:t>
      </w:r>
    </w:p>
    <w:p>
      <w:pPr>
        <w:jc w:val="right"/>
      </w:pPr>
      <w:r>
        <w:t>تو آپ کو چاہیے کہ وہاں آپ اس کو چیک کریں۔</w:t>
      </w:r>
    </w:p>
    <w:p>
      <w:r>
        <w:rPr>
          <w:b/>
        </w:rPr>
        <w:t xml:space="preserve">[16:13] </w:t>
      </w:r>
      <w:r>
        <w:t>ke jab aap kisi cheez mein test milne lage, test milne lage to us ko check karen aap.</w:t>
      </w:r>
    </w:p>
    <w:p>
      <w:pPr>
        <w:jc w:val="right"/>
      </w:pPr>
      <w:r>
        <w:t>کہ جب آپ کسی چیز میں ٹیسٹ ملنے لگے، ٹیسٹ ملنے لگے تو اس کو چیک کریں آپ۔</w:t>
      </w:r>
    </w:p>
    <w:p>
      <w:r>
        <w:rPr>
          <w:b/>
        </w:rPr>
        <w:t xml:space="preserve">[16:24] </w:t>
      </w:r>
      <w:r>
        <w:t>kyun ke test mil, aap ko agar test milne laga to us ke mani ke habit ka daira shuru ho gaya.</w:t>
      </w:r>
    </w:p>
    <w:p>
      <w:pPr>
        <w:jc w:val="right"/>
      </w:pPr>
      <w:r>
        <w:t>کیونکہ ٹیسٹ مل، آپ کو اگر ٹیسٹ ملنے لگا تو اس کے معنی کہ ہیبٹ کا دائرہ شروع ہو گیا۔</w:t>
      </w:r>
    </w:p>
    <w:p>
      <w:r>
        <w:rPr>
          <w:b/>
        </w:rPr>
        <w:t xml:space="preserve">[16:35] </w:t>
      </w:r>
      <w:r>
        <w:t>habit ka daira shuru ho gaya.</w:t>
      </w:r>
    </w:p>
    <w:p>
      <w:pPr>
        <w:jc w:val="right"/>
      </w:pPr>
      <w:r>
        <w:t>ہیبٹ کا دائرہ شروع ہو گیا۔</w:t>
      </w:r>
    </w:p>
    <w:p>
      <w:r>
        <w:rPr>
          <w:b/>
        </w:rPr>
        <w:t xml:space="preserve">[16:38] </w:t>
      </w:r>
      <w:r>
        <w:t>mein apni zindagi ke bare mein keh sakta hoon ke kai cheezein aisi hain jo maine qasdan is liye chora ke mujhe lagta tha ke yeh is mein mujhe test milne laga hai.</w:t>
      </w:r>
    </w:p>
    <w:p>
      <w:pPr>
        <w:jc w:val="right"/>
      </w:pPr>
      <w:r>
        <w:t>میں اپنی زندگی کے بارے میں کہہ سکتا ہوں کہ کئی چیزیں ایسی ہیں جو میں نے قصداً اس لیے چھوڑا کہ مجھے لگتا تھا کہ یہ اس میں مجھے ٹیسٹ ملنے لگا ہے۔</w:t>
      </w:r>
    </w:p>
    <w:p>
      <w:r>
        <w:rPr>
          <w:b/>
        </w:rPr>
        <w:t xml:space="preserve">[16:54] </w:t>
      </w:r>
      <w:r>
        <w:t>test. to chora is ko maine. kyun ke agar mein test ko follow karta to dheere dheere woh habit ban jati hai.</w:t>
      </w:r>
    </w:p>
    <w:p>
      <w:pPr>
        <w:jc w:val="right"/>
      </w:pPr>
      <w:r>
        <w:t>ٹیسٹ۔ تو چھوڑا اس کو میں نے۔ کیونکہ اگر میں ٹیسٹ کو فالو کرتا تو دھیرے دھیرے وہ ہیبٹ بن جاتی ہے۔</w:t>
      </w:r>
    </w:p>
    <w:p>
      <w:r>
        <w:rPr>
          <w:b/>
        </w:rPr>
        <w:t xml:space="preserve">[17:02] </w:t>
      </w:r>
      <w:r>
        <w:t>to First comes test, then comes habit, then comes addiction.</w:t>
      </w:r>
    </w:p>
    <w:p>
      <w:pPr>
        <w:jc w:val="right"/>
      </w:pPr>
      <w:r>
        <w:t>تو First comes test, then comes habit, then comes addiction.</w:t>
      </w:r>
    </w:p>
    <w:p>
      <w:r>
        <w:rPr>
          <w:b/>
        </w:rPr>
        <w:t xml:space="preserve">[17:12] </w:t>
      </w:r>
      <w:r>
        <w:t>aur is ke baad kya hai? Point of no return. har maamle mein yeh chaar phases hain.</w:t>
      </w:r>
    </w:p>
    <w:p>
      <w:pPr>
        <w:jc w:val="right"/>
      </w:pPr>
      <w:r>
        <w:t>اور اس کے بعد کیا ہے؟ Point of no return. ہر معاملے میں یہ چار فیزز ہیں۔</w:t>
      </w:r>
    </w:p>
    <w:p>
      <w:r>
        <w:rPr>
          <w:b/>
        </w:rPr>
        <w:t xml:space="preserve">[17:20] </w:t>
      </w:r>
      <w:r>
        <w:t>chaar phases hain. to beshtar log kisi na kisi cheez ki aadi ho kar din guzarte hain. koi na koi cheez.</w:t>
      </w:r>
    </w:p>
    <w:p>
      <w:pPr>
        <w:jc w:val="right"/>
      </w:pPr>
      <w:r>
        <w:t>چار فیزز ہیں۔ تو بیشتر لوگ کسی نہ کسی چیز کی عادی ہو کر دن گزارتے ہیں۔ کوئی نہ کوئی چیز۔</w:t>
      </w:r>
    </w:p>
    <w:p>
      <w:r>
        <w:rPr>
          <w:b/>
        </w:rPr>
        <w:t xml:space="preserve">[17:32] </w:t>
      </w:r>
      <w:r>
        <w:t>log samajhte hain ke jo alcohol leta ho ya cigarette peeta ho, wahi aadi hai. nahi, har cheez ki aadat pad jati hai. koi bhi aadat jo aap ko, aap ke time ko follow kare.</w:t>
      </w:r>
    </w:p>
    <w:p>
      <w:pPr>
        <w:jc w:val="right"/>
      </w:pPr>
      <w:r>
        <w:t>لوگ سمجھتے ہیں کہ جو الکوحل لیتا ہو یا سگریٹ پیتا ہو، وہی عادی ہے۔ نہیں، ہر چیز کی عادت پڑ جاتی ہے۔ کوئی بھی عادت جو آپ کو، آپ کے ٹائم کو فالو کرے۔</w:t>
      </w:r>
    </w:p>
    <w:p>
      <w:r>
        <w:rPr>
          <w:b/>
        </w:rPr>
        <w:t xml:space="preserve">[17:48] </w:t>
      </w:r>
      <w:r>
        <w:t>koi bhi aadat jo aap ko distract kare. koi bhi aadat jo aap ka obsession ban jaye, woh buri hai.</w:t>
      </w:r>
    </w:p>
    <w:p>
      <w:pPr>
        <w:jc w:val="right"/>
      </w:pPr>
      <w:r>
        <w:t>کوئی بھی عادت جو آپ کو ڈسٹریکٹ کرے۔ کوئی بھی عادت جو آپ کا obsession بن جائے، وہ بری ہے۔</w:t>
      </w:r>
    </w:p>
    <w:p>
      <w:r>
        <w:rPr>
          <w:b/>
        </w:rPr>
        <w:t xml:space="preserve">[17:59] </w:t>
      </w:r>
      <w:r>
        <w:t>woh buri hai.</w:t>
      </w:r>
    </w:p>
    <w:p>
      <w:pPr>
        <w:jc w:val="right"/>
      </w:pPr>
      <w:r>
        <w:t>وہ بری ہے۔</w:t>
      </w:r>
    </w:p>
    <w:p>
      <w:r>
        <w:rPr>
          <w:b/>
        </w:rPr>
        <w:t xml:space="preserve">[18:02] </w:t>
      </w:r>
      <w:r>
        <w:t>misal ke taur par ek sahab ko maine dekha, un ki aadat kahan pad gayi thi? yani mitti ka tukra, chikni mitti ka tukra le kar ke haath mein ic u ic karte rehte the.</w:t>
      </w:r>
    </w:p>
    <w:p>
      <w:pPr>
        <w:jc w:val="right"/>
      </w:pPr>
      <w:r>
        <w:t>مثلاً ایک صاحب کو میں نے دیکھا، ان کی عادت کہاں پڑ گئی تھی؟ یعنی مٹی کا ٹکڑا، چکنی مٹی کا ٹکڑا لے کر کے ہاتھ میں آئی سی یو سی کرتے رہتے تھے۔</w:t>
      </w:r>
    </w:p>
    <w:p>
      <w:r>
        <w:rPr>
          <w:b/>
        </w:rPr>
        <w:t xml:space="preserve">[18:14] </w:t>
      </w:r>
      <w:r>
        <w:t>ab woh aadat uth gayi thi, ic u ic kar rahe hain. isi mein un ko ek test milta tha. ek sahab ko maine dekha ke un ko daadhi thi, ab ic u ic le kar ke ic u ic karte the.</w:t>
      </w:r>
    </w:p>
    <w:p>
      <w:pPr>
        <w:jc w:val="right"/>
      </w:pPr>
      <w:r>
        <w:t>اب وہ عادت اٹھ گئی تھی، آئی سی یو سی کر رہے ہیں۔ اسی میں ان کو ایک ٹیسٹ ملتا تھا۔ ایک صاحب کو میں نے دیکھا کہ ان کو داڑھی تھی، اب آئی سی یو سی لے کر کے آئی سی یو سی کرتے تھے۔</w:t>
      </w:r>
    </w:p>
    <w:p>
      <w:r>
        <w:rPr>
          <w:b/>
        </w:rPr>
        <w:t xml:space="preserve">[18:26] </w:t>
      </w:r>
      <w:r>
        <w:t>barabar ic u ic apni daadhi se aise karte rehte the. ab isi ko aadat pad gayi un ko.</w:t>
      </w:r>
    </w:p>
    <w:p>
      <w:pPr>
        <w:jc w:val="right"/>
      </w:pPr>
      <w:r>
        <w:t>برابر آئی سی یو سی اپنی داڑھی سے ایسے کرتے رہتے تھے۔ اب اسی کو عادت پڑ گئی ان کو۔</w:t>
      </w:r>
    </w:p>
    <w:p>
      <w:r>
        <w:rPr>
          <w:b/>
        </w:rPr>
        <w:t xml:space="preserve">[18:34] </w:t>
      </w:r>
      <w:r>
        <w:t>to dekhiye, koi bhi cheez jo aap zindagi mein ikhtiyar karen, woh aap ka socha samjha faisla hona chahiye.</w:t>
      </w:r>
    </w:p>
    <w:p>
      <w:pPr>
        <w:jc w:val="right"/>
      </w:pPr>
      <w:r>
        <w:t>تو دیکھیے، کوئی بھی چیز جو آپ زندگی میں اختیار کریں، وہ آپ کا سوچا سمجھا فیصلہ ہونا چاہیے۔</w:t>
      </w:r>
    </w:p>
    <w:p>
      <w:r>
        <w:rPr>
          <w:b/>
        </w:rPr>
        <w:t xml:space="preserve">[18:47] </w:t>
      </w:r>
      <w:r>
        <w:t>aadat ke taur par nahi. socha samjha faisla. kisi bhi cheez ko agar aap socha samjhe faisle ke taur par karenge to aap ka thinking process continue rahega.</w:t>
      </w:r>
    </w:p>
    <w:p>
      <w:pPr>
        <w:jc w:val="right"/>
      </w:pPr>
      <w:r>
        <w:t>عادت کے طور پر نہیں۔ سوچا سمجھا فیصلہ۔ کسی بھی چیز کو اگر آپ سوچا سمجھے فیصلے کے طور پر کریں گے تو آپ کا تھنکنگ پراسیس کنٹینیو رہے گا۔</w:t>
      </w:r>
    </w:p>
    <w:p>
      <w:r>
        <w:rPr>
          <w:b/>
        </w:rPr>
        <w:t xml:space="preserve">[19:03] </w:t>
      </w:r>
      <w:r>
        <w:t>lekin agar aadat ke taur par karenge to thinking process stop ho jayega.</w:t>
      </w:r>
    </w:p>
    <w:p>
      <w:pPr>
        <w:jc w:val="right"/>
      </w:pPr>
      <w:r>
        <w:t>لیکن اگر عادت کے طور پر کریں گے تو تھنکنگ پراسیس سٹاپ ہو جائے گا۔</w:t>
      </w:r>
    </w:p>
    <w:p>
      <w:r>
        <w:rPr>
          <w:b/>
        </w:rPr>
        <w:t xml:space="preserve">[19:10] </w:t>
      </w:r>
      <w:r>
        <w:t>to sab koi bhi cheez ho, sab se pehle aati hai test. misal ke taur par mujhe meetha khane pehle jo tha, meetha khane ka shauq ho gaya.</w:t>
      </w:r>
    </w:p>
    <w:p>
      <w:pPr>
        <w:jc w:val="right"/>
      </w:pPr>
      <w:r>
        <w:t>تو سب کوئی بھی چیز ہو، سب سے پہلے آتی ہے ٹیسٹ۔ مثلاً مجھے میٹھا کھانے پہلے جو تھا، میٹھا کھانے کا شوق ہو گیا۔</w:t>
      </w:r>
    </w:p>
    <w:p>
      <w:r>
        <w:rPr>
          <w:b/>
        </w:rPr>
        <w:t xml:space="preserve">[19:24] </w:t>
      </w:r>
      <w:r>
        <w:t>to meetha mujhe acha lagne laga.</w:t>
      </w:r>
    </w:p>
    <w:p>
      <w:pPr>
        <w:jc w:val="right"/>
      </w:pPr>
      <w:r>
        <w:t>تو میٹھا مجھے اچھا لگنے لگا۔</w:t>
      </w:r>
    </w:p>
    <w:p>
      <w:r>
        <w:rPr>
          <w:b/>
        </w:rPr>
        <w:t xml:space="preserve">[19:27] </w:t>
      </w:r>
      <w:r>
        <w:t>phir maine socha ke meetha meri aadat ban rahi hai. ke meethe ke baghair mujhe lagta hai ke abhi khana poora nahi hua.</w:t>
      </w:r>
    </w:p>
    <w:p>
      <w:pPr>
        <w:jc w:val="right"/>
      </w:pPr>
      <w:r>
        <w:t>پھر میں نے سوچا کہ میٹھا میری عادت بن رہی ہے۔ کہ میٹھے کے بغیر مجھے لگتا ہے کہ ابھی کھانا پورا نہیں ہوا۔</w:t>
      </w:r>
    </w:p>
    <w:p>
      <w:r>
        <w:rPr>
          <w:b/>
        </w:rPr>
        <w:t xml:space="preserve">[19:37] </w:t>
      </w:r>
      <w:r>
        <w:t>to jab maine dekha ke meetha meri aadat banne shuru ho gayi to maine chora. ab mein ittefaqan kabhi meetha kha leta hoon. ab pehle har khane mein khata tha.</w:t>
      </w:r>
    </w:p>
    <w:p>
      <w:pPr>
        <w:jc w:val="right"/>
      </w:pPr>
      <w:r>
        <w:t>تو جب میں نے دیکھا کہ میٹھا میری عادت بننے شروع ہو گئی تو میں نے چھوڑ دیا۔ اب میں اتفاقاً کبھی میٹھا کھا لیتا ہوں۔ اب پہلے ہر کھانے میں کھاتا تھا۔</w:t>
      </w:r>
    </w:p>
    <w:p>
      <w:r>
        <w:rPr>
          <w:b/>
        </w:rPr>
        <w:t xml:space="preserve">[19:48] </w:t>
      </w:r>
      <w:r>
        <w:t>har khane mein.</w:t>
      </w:r>
    </w:p>
    <w:p>
      <w:pPr>
        <w:jc w:val="right"/>
      </w:pPr>
      <w:r>
        <w:t>ہر کھانے میں۔</w:t>
      </w:r>
    </w:p>
    <w:p>
      <w:r>
        <w:rPr>
          <w:b/>
        </w:rPr>
        <w:t xml:space="preserve">[19:52] </w:t>
      </w:r>
      <w:r>
        <w:t>to koi bhi cheez jab aap mehsoos karen ke is mein aap ko kuch test mil raha hai, test,</w:t>
      </w:r>
    </w:p>
    <w:p>
      <w:pPr>
        <w:jc w:val="right"/>
      </w:pPr>
      <w:r>
        <w:t>تو کوئی بھی چیز جب آپ محسوس کریں کہ اس میں آپ کو کچھ ٹیسٹ مل رہا ہے، ٹیسٹ،</w:t>
      </w:r>
    </w:p>
    <w:p>
      <w:r>
        <w:rPr>
          <w:b/>
        </w:rPr>
        <w:t xml:space="preserve">[20:02] </w:t>
      </w:r>
      <w:r>
        <w:t>to samjhiye ke woh ek naya, aap ek naye daira mein dakhil ho gaye.</w:t>
      </w:r>
    </w:p>
    <w:p>
      <w:pPr>
        <w:jc w:val="right"/>
      </w:pPr>
      <w:r>
        <w:t>تو سمجھئے کہ وہ ایک نیا، آپ ایک نئے دائرے میں داخل ہو گئے۔</w:t>
      </w:r>
    </w:p>
    <w:p>
      <w:r>
        <w:rPr>
          <w:b/>
        </w:rPr>
        <w:t xml:space="preserve">[20:12] </w:t>
      </w:r>
      <w:r>
        <w:t>ek naye daira mein.</w:t>
      </w:r>
    </w:p>
    <w:p>
      <w:pPr>
        <w:jc w:val="right"/>
      </w:pPr>
      <w:r>
        <w:t>ایک نئے دائرے میں۔</w:t>
      </w:r>
    </w:p>
    <w:p>
      <w:r>
        <w:rPr>
          <w:b/>
        </w:rPr>
        <w:t xml:space="preserve">[20:17] </w:t>
      </w:r>
      <w:r>
        <w:t>misalan shopping hai aur baatein banana hai. shair o shayari hai. naat khwani hai. mushaira hai.</w:t>
      </w:r>
    </w:p>
    <w:p>
      <w:pPr>
        <w:jc w:val="right"/>
      </w:pPr>
      <w:r>
        <w:t>مثلاً شاپنگ ہے اور باتیں بنانا ہے۔ شعر و شاعری ہے۔ نعت خوانی ہے۔ مشاعرہ ہے۔</w:t>
      </w:r>
    </w:p>
    <w:p>
      <w:r>
        <w:rPr>
          <w:b/>
        </w:rPr>
        <w:t xml:space="preserve">[20:28] </w:t>
      </w:r>
      <w:r>
        <w:t>maishati baatein karna hai. bachchon mein bohat ziyada masroof hona hai.</w:t>
      </w:r>
    </w:p>
    <w:p>
      <w:pPr>
        <w:jc w:val="right"/>
      </w:pPr>
      <w:r>
        <w:t>معیشتی باتیں کرنا ہے۔ بچوں میں بہت زیادہ مشغول ہونا ہے۔</w:t>
      </w:r>
    </w:p>
    <w:p>
      <w:r>
        <w:rPr>
          <w:b/>
        </w:rPr>
        <w:t xml:space="preserve">[20:37] </w:t>
      </w:r>
      <w:r>
        <w:t>tarah tarah ki aadatein logon ki hoti hain. to woh adat aadmi ko dheere dheere follow kar leti hai. dheere dheere follow kar leti hai.</w:t>
      </w:r>
    </w:p>
    <w:p>
      <w:pPr>
        <w:jc w:val="right"/>
      </w:pPr>
      <w:r>
        <w:t>طرح طرح کی عادتیں لوگوں کی ہوتی ہیں۔ تو وہ عادت آدمی کو دھیرے دھیرے فالو کر لیتی ہے۔ دھیرے دھیرے فالو کر لیتی ہے۔</w:t>
      </w:r>
    </w:p>
    <w:p>
      <w:r>
        <w:rPr>
          <w:b/>
        </w:rPr>
        <w:t xml:space="preserve">[20:52] </w:t>
      </w:r>
      <w:r>
        <w:t>mein aap ko ek aur bohat hi anokha qissa batata hoon.</w:t>
      </w:r>
    </w:p>
    <w:p>
      <w:pPr>
        <w:jc w:val="right"/>
      </w:pPr>
      <w:r>
        <w:t>میں آپ کو ایک اور بہت ہی انوکھا قصہ بتاتا ہوں۔</w:t>
      </w:r>
    </w:p>
    <w:p>
      <w:r>
        <w:rPr>
          <w:b/>
        </w:rPr>
        <w:t xml:space="preserve">[20:59] </w:t>
      </w:r>
      <w:r>
        <w:t>nojawani ki umar mein mein ek doctor ke paas gaya. is waqt mein jaunpur mein tha.</w:t>
      </w:r>
    </w:p>
    <w:p>
      <w:pPr>
        <w:jc w:val="right"/>
      </w:pPr>
      <w:r>
        <w:t>نوجوانی کی عمر میں میں ایک ڈاکٹر کے پاس گیا۔ اس وقت میں جون پور میں تھا۔</w:t>
      </w:r>
    </w:p>
    <w:p>
      <w:r>
        <w:rPr>
          <w:b/>
        </w:rPr>
        <w:t xml:space="preserve">[21:07] </w:t>
      </w:r>
      <w:r>
        <w:t>to mein ne kaha ke mujhe constipation ki shikayat hai. constipation yaani qabz.</w:t>
      </w:r>
    </w:p>
    <w:p>
      <w:pPr>
        <w:jc w:val="right"/>
      </w:pPr>
      <w:r>
        <w:t>تو میں نے کہا کہ مجھے constipation کی شکایت ہے۔ constipation یعنی قبض۔</w:t>
      </w:r>
    </w:p>
    <w:p>
      <w:r>
        <w:rPr>
          <w:b/>
        </w:rPr>
        <w:t xml:space="preserve">[21:17] </w:t>
      </w:r>
      <w:r>
        <w:t>to doctor ne kaha ke cigarette pijiye. to ek packet cigarette ka le aaya mein. chand cigarette maine piya to mujhe laga ke yeh to mein aadi ban jaunga is ka.</w:t>
      </w:r>
    </w:p>
    <w:p>
      <w:pPr>
        <w:jc w:val="right"/>
      </w:pPr>
      <w:r>
        <w:t>تو ڈاکٹر نے کہا کہ سگریٹ پیجیے۔ تو ایک پیکٹ سگریٹ کا لے آیا میں۔ چند سگریٹ میں نے پیا تو مجھے لگا کہ یہ تو میں عادی بن جاؤں گا اس کا۔</w:t>
      </w:r>
    </w:p>
    <w:p>
      <w:r>
        <w:rPr>
          <w:b/>
        </w:rPr>
        <w:t xml:space="preserve">[21:30] </w:t>
      </w:r>
      <w:r>
        <w:t>to abhi woh packet jo tha, us ka cigarette khatam nahi hua tha, us ko phenk diya maine.</w:t>
      </w:r>
    </w:p>
    <w:p>
      <w:pPr>
        <w:jc w:val="right"/>
      </w:pPr>
      <w:r>
        <w:t>تو ابھی وہ پیکٹ جو تھا، اس کا سگریٹ ختم نہیں ہوا تھا، اس کو پھینک دیا میں نے۔</w:t>
      </w:r>
    </w:p>
    <w:p>
      <w:r>
        <w:rPr>
          <w:b/>
        </w:rPr>
        <w:t xml:space="preserve">[21:37] </w:t>
      </w:r>
      <w:r>
        <w:t>agar mein na phenkta to dheere dheere mein is ka aadi ban jata. aur phir aap jante hain ke kya kya nuqsanat hote hain.</w:t>
      </w:r>
    </w:p>
    <w:p>
      <w:pPr>
        <w:jc w:val="right"/>
      </w:pPr>
      <w:r>
        <w:t>اگر میں نہ پھینکتا تو دھیرے دھیرے میں اس کا عادی بن جاتا۔ اور پھر آپ جانتے ہیں کہ کیا کیا نقصانات ہوتے ہیں۔</w:t>
      </w:r>
    </w:p>
    <w:p>
      <w:r>
        <w:rPr>
          <w:b/>
        </w:rPr>
        <w:t xml:space="preserve">[21:50] </w:t>
      </w:r>
      <w:r>
        <w:t>to yeh yeh ek ek ek yeh raaz hayat ek hai ke jab bhi koi cheez aap ko lage ke yeh is mein aap ko test mil raha hai to sochiye ke yeh jo test mil raha hai, kya is is ka talluq meri zindagi se hai?</w:t>
      </w:r>
    </w:p>
    <w:p>
      <w:pPr>
        <w:jc w:val="right"/>
      </w:pPr>
      <w:r>
        <w:t>تو یہ یہ ایک ایک ایک یہ راز حیات ایک ہے کہ جب بھی کوئی چیز آپ کو لگے کہ یہ اس میں آپ کو ٹیسٹ مل رہا ہے تو سوچیے کہ یہ جو ٹیسٹ مل رہا ہے، کیا اس اس کا تعلق میری زندگی سے ہے؟</w:t>
      </w:r>
    </w:p>
    <w:p>
      <w:r>
        <w:rPr>
          <w:b/>
        </w:rPr>
        <w:t xml:space="preserve">[22:09] </w:t>
      </w:r>
      <w:r>
        <w:t>misalan aap ko pani piyein, is mein test mil raha ho to woh achhi baat hai. kyunke pani to peena hi peena hai. lekin agar aap alcohol mein test milne lage to bohat khatarnak hai woh.</w:t>
      </w:r>
    </w:p>
    <w:p>
      <w:pPr>
        <w:jc w:val="right"/>
      </w:pPr>
      <w:r>
        <w:t>مثلاً آپ کو پانی پیئیں، اس میں ٹیسٹ مل رہا ہو تو وہ اچھی بات ہے۔ کیونکہ پانی تو پینا ہی پینا ہے۔ لیکن اگر آپ الکوحل میں ٹیسٹ ملنے لگے تو بہت خطرناک ہے وہ۔</w:t>
      </w:r>
    </w:p>
    <w:p>
      <w:r>
        <w:rPr>
          <w:b/>
        </w:rPr>
        <w:t xml:space="preserve">[22:22] </w:t>
      </w:r>
      <w:r>
        <w:t>to jab bhi kisi cheez mein aap ko test mile, jis ko urdu mein kehte hain mazah, to foran sochiye ke yeh meri sehat ke liye, meri zindagi ke liye achha hai ya bura?</w:t>
      </w:r>
    </w:p>
    <w:p>
      <w:pPr>
        <w:jc w:val="right"/>
      </w:pPr>
      <w:r>
        <w:t>تو جب بھی کسی چیز میں آپ کو ٹیسٹ ملے، جس کو اردو میں کہتے ہیں مزہ، تو فوراً سوچیے کہ یہ میری صحت کے لیے، میری زندگی کے لیے اچھا ہے یا برا؟</w:t>
      </w:r>
    </w:p>
    <w:p>
      <w:r>
        <w:rPr>
          <w:b/>
        </w:rPr>
        <w:t xml:space="preserve">[22:42] </w:t>
      </w:r>
      <w:r>
        <w:t>agar woh achha ho to theek hai, jaise pani hai, achha ho to theek hai.</w:t>
      </w:r>
    </w:p>
    <w:p>
      <w:pPr>
        <w:jc w:val="right"/>
      </w:pPr>
      <w:r>
        <w:t>اگر وہ اچھا ہو تو ٹھیک ہے، جیسے پانی ہے، اچھا ہو تو ٹھیک ہے۔</w:t>
      </w:r>
    </w:p>
    <w:p>
      <w:r>
        <w:rPr>
          <w:b/>
        </w:rPr>
        <w:t xml:space="preserve">[22:47] </w:t>
      </w:r>
      <w:r>
        <w:t>lekin jaise lage ke aap ko yeh to meri is mein to mere liye yeh meri buri cheez hai. chahe woh paisa barbaad karne ke bare mein ho, time barbaad karne ke bare mein ho, sehat kharab karne ke muamle mein ho.</w:t>
      </w:r>
    </w:p>
    <w:p>
      <w:pPr>
        <w:jc w:val="right"/>
      </w:pPr>
      <w:r>
        <w:t>لیکن جیسے لگے کہ آپ کو یہ تو میری اس میں تو میرے لیے یہ میری بری چیز ہے۔ چاہے وہ پیسہ برباد کرنے کے بارے میں ہو، ٹائم برباد کرنے کے بارے میں ہو، صحت خراب کرنے کے معاملے میں ہو۔</w:t>
      </w:r>
    </w:p>
    <w:p>
      <w:r>
        <w:rPr>
          <w:b/>
        </w:rPr>
        <w:t xml:space="preserve">[23:01] </w:t>
      </w:r>
      <w:r>
        <w:t>to foran chhod dijiye us ko. chhodne mein tauba qareeb wala muamla kijiye. yaani speedy return. foran ke foran.</w:t>
      </w:r>
    </w:p>
    <w:p>
      <w:pPr>
        <w:jc w:val="right"/>
      </w:pPr>
      <w:r>
        <w:t>تو فوراً چھوڑ دیجیے اس کو۔ چھوڑنے میں توبہ قریب والا معاملہ کیجیے۔ یعنی سپیڈی ریٹرن۔ فوراً کے فوراً۔</w:t>
      </w:r>
    </w:p>
    <w:p>
      <w:r>
        <w:rPr>
          <w:b/>
        </w:rPr>
        <w:t xml:space="preserve">[23:12] </w:t>
      </w:r>
      <w:r>
        <w:t>to hota kya hai, agar aap aisa na karein to kya hoga?</w:t>
      </w:r>
    </w:p>
    <w:p>
      <w:pPr>
        <w:jc w:val="right"/>
      </w:pPr>
      <w:r>
        <w:t>تو ہوتا کیا ہے، اگر آپ ایسا نہ کریں تو کیا ہوگا؟</w:t>
      </w:r>
    </w:p>
    <w:p>
      <w:r>
        <w:rPr>
          <w:b/>
        </w:rPr>
        <w:t xml:space="preserve">[23:16] </w:t>
      </w:r>
      <w:r>
        <w:t>ke pehle ke ek cheez aap ki zindagi mein bator test ayegi. test. phir woh develop karegi.</w:t>
      </w:r>
    </w:p>
    <w:p>
      <w:pPr>
        <w:jc w:val="right"/>
      </w:pPr>
      <w:r>
        <w:t>کہ پہلے کہ ایک چیز آپ کی زندگی میں بطور ٹیسٹ آئے گی۔ ٹیسٹ۔ پھر وہ ڈویلپ کرے گی۔</w:t>
      </w:r>
    </w:p>
    <w:p>
      <w:r>
        <w:rPr>
          <w:b/>
        </w:rPr>
        <w:t xml:space="preserve">[23:26] </w:t>
      </w:r>
      <w:r>
        <w:t>develop karte karte woh habit banegi. agar aap nahi chhodenge to phir phir development hoga. phir develop karte karte woh kya?</w:t>
      </w:r>
    </w:p>
    <w:p>
      <w:pPr>
        <w:jc w:val="right"/>
      </w:pPr>
      <w:r>
        <w:t>ڈویلپ کرتے کرتے وہ ہیبٹ بنے گی۔ اگر آپ نہیں چھوڑیں گے تو پھر پھر ڈویلپمنٹ ہوگا۔ پھر ڈویلپ کرتے کرتے وہ کیا؟</w:t>
      </w:r>
    </w:p>
    <w:p>
      <w:r>
        <w:rPr>
          <w:b/>
        </w:rPr>
        <w:t xml:space="preserve">[23:35] </w:t>
      </w:r>
      <w:r>
        <w:t>addiction ban jayegi. addiction. aur phir develop karti rahegi woh. yahan tak ke point of no return aa jayega.</w:t>
      </w:r>
    </w:p>
    <w:p>
      <w:pPr>
        <w:jc w:val="right"/>
      </w:pPr>
      <w:r>
        <w:t>ایڈکشن بن جائے گی۔ ایڈکشن۔ اور پھر ڈویلپ کرتی رہے گی وہ۔ یہاں تک کہ پوائنٹ آف نو ریٹرن آ جائے گا۔</w:t>
      </w:r>
    </w:p>
    <w:p>
      <w:r>
        <w:rPr>
          <w:b/>
        </w:rPr>
        <w:t xml:space="preserve">[23:46] </w:t>
      </w:r>
      <w:r>
        <w:t>ek sahab ko mein janta hoon, ab un ka intiqal ho gaya. woh cigarette pite the. mein un ko bohat mana karta tha ke cigarette mat pijiye.</w:t>
      </w:r>
    </w:p>
    <w:p>
      <w:pPr>
        <w:jc w:val="right"/>
      </w:pPr>
      <w:r>
        <w:t>ایک صاحب کو میں جانتا ہوں، اب ان کا انتقال ہو گیا۔ وہ سگریٹ پیتے تھے۔ میں ان کو بہت منع کرتا تھا کہ سگریٹ مت پیجیے۔</w:t>
      </w:r>
    </w:p>
    <w:p>
      <w:r>
        <w:rPr>
          <w:b/>
        </w:rPr>
        <w:t xml:space="preserve">[23:59] </w:t>
      </w:r>
      <w:r>
        <w:t>lekin kai baar chhoda unhon ne. chhod chhod kar ke phir woh dobara lagte the peene. kyunke woh un ki habit ban gayi thi.</w:t>
      </w:r>
    </w:p>
    <w:p>
      <w:pPr>
        <w:jc w:val="right"/>
      </w:pPr>
      <w:r>
        <w:t>لیکن کئی بار چھوڑا انہوں نے۔ چھوڑ چھوڑ کر کے پھر وہ دوبارہ لگتے تھے پینے۔ کیونکہ وہ ان کی ہیبٹ بن گئی تھی۔</w:t>
      </w:r>
    </w:p>
    <w:p>
      <w:r>
        <w:rPr>
          <w:b/>
        </w:rPr>
        <w:t xml:space="preserve">[24:13] </w:t>
      </w:r>
      <w:r>
        <w:t>to chhodne ke baad bhi woh phir woh us par qaim nahi rehte the. yahan tak ke un ki sehat bohat kharab ho gayi.</w:t>
      </w:r>
    </w:p>
    <w:p>
      <w:pPr>
        <w:jc w:val="right"/>
      </w:pPr>
      <w:r>
        <w:t>تو چھوڑنے کے بعد بھی وہ پھر وہ اس پر قائم نہیں رہتے تھے۔ یہاں تک کہ ان کی صحت بہت خراب ہو گئی۔</w:t>
      </w:r>
    </w:p>
    <w:p>
      <w:r>
        <w:rPr>
          <w:b/>
        </w:rPr>
        <w:t xml:space="preserve">[24:23] </w:t>
      </w:r>
      <w:r>
        <w:t>aur mujh se chhote the woh. aur un ka ab death ho chuki hai. death ho chuki hai.</w:t>
      </w:r>
    </w:p>
    <w:p>
      <w:pPr>
        <w:jc w:val="right"/>
      </w:pPr>
      <w:r>
        <w:t>اور مجھ سے چھوٹے تھے وہ۔ اور ان کا اب ڈیتھ ہو چکی ہے۔ ڈیتھ ہو چکی ہے۔</w:t>
      </w:r>
    </w:p>
    <w:p>
      <w:r>
        <w:rPr>
          <w:b/>
        </w:rPr>
        <w:t xml:space="preserve">[24:33] </w:t>
      </w:r>
      <w:r>
        <w:t>to toba qareeb mein bohat hi anokhi baat kahi gayi hai.</w:t>
      </w:r>
    </w:p>
    <w:p>
      <w:pPr>
        <w:jc w:val="right"/>
      </w:pPr>
      <w:r>
        <w:t>تو توبہ قریب میں بہت ہی انوکھی بات کہی گئی ہے۔</w:t>
      </w:r>
    </w:p>
    <w:p>
      <w:r>
        <w:rPr>
          <w:b/>
        </w:rPr>
        <w:t xml:space="preserve">[24:40] </w:t>
      </w:r>
      <w:r>
        <w:t>yani is is cheez, is speedy repentance. kyunke agar aap, yani repentance mein delay kiya aap ne, to phir repentance hi na impossible ho jata hai.</w:t>
      </w:r>
    </w:p>
    <w:p>
      <w:pPr>
        <w:jc w:val="right"/>
      </w:pPr>
      <w:r>
        <w:t>یعنی اس اس چیز، اس سپیڈی ریپنٹنس۔ کیونکہ اگر آپ، یعنی ریپنٹنس میں ڈیلے کیا آپ نے، تو پھر ریپنٹنس ہی نا امپاسیبل ہو جاتا ہے۔</w:t>
      </w:r>
    </w:p>
    <w:p>
      <w:r>
        <w:rPr>
          <w:b/>
        </w:rPr>
        <w:t xml:space="preserve">[24:54] </w:t>
      </w:r>
      <w:r>
        <w:t>ho jayega. to phir aap chhod nahin payenge is cheez ko.</w:t>
      </w:r>
    </w:p>
    <w:p>
      <w:pPr>
        <w:jc w:val="right"/>
      </w:pPr>
      <w:r>
        <w:t>ہو جائے گا۔ تو پھر آپ چھوڑ نہیں پائیں گے اس چیز کو۔</w:t>
      </w:r>
    </w:p>
    <w:p>
      <w:r>
        <w:rPr>
          <w:b/>
        </w:rPr>
        <w:t xml:space="preserve">[25:02] </w:t>
      </w:r>
      <w:r>
        <w:t>to aap ko sochna hai bilkul beginning mein. end mein aap nahin soch sakte.</w:t>
      </w:r>
    </w:p>
    <w:p>
      <w:pPr>
        <w:jc w:val="right"/>
      </w:pPr>
      <w:r>
        <w:t>تو آپ کو سوچنا ہے بالکل بگننگ میں۔ اینڈ میں آپ نہیں سوچ سکتے۔</w:t>
      </w:r>
    </w:p>
    <w:p>
      <w:r>
        <w:rPr>
          <w:b/>
        </w:rPr>
        <w:t xml:space="preserve">[25:12] </w:t>
      </w:r>
      <w:r>
        <w:t>mein bohat, yani barson se bas sochta tha ke toba qareeb ka matlab hai. thumma yatuboona min qareeb phir jaldi toba karte hain.</w:t>
      </w:r>
    </w:p>
    <w:p>
      <w:pPr>
        <w:jc w:val="right"/>
      </w:pPr>
      <w:r>
        <w:t>میں بہت، یعنی برسوں سے بس سوچتا تھا کہ توبہ قریب کا مطلب ہے۔ ثُمَّ يَتُوبُونَ مِنْ قَرِيبٍ پھر جلدی توبہ کرتے ہیں۔</w:t>
      </w:r>
    </w:p>
    <w:p>
      <w:r>
        <w:rPr>
          <w:b/>
        </w:rPr>
        <w:t xml:space="preserve">[25:21] </w:t>
      </w:r>
      <w:r>
        <w:t>kya matlab hai is ka? to tafseeron mein wazeh nahin hai. is ko maine tafseeron mein padha to is mein koi wazeh baat nahin mili.</w:t>
      </w:r>
    </w:p>
    <w:p>
      <w:pPr>
        <w:jc w:val="right"/>
      </w:pPr>
      <w:r>
        <w:t>کیا مطلب ہے اس کا؟ تو تفسیروں میں واضح نہیں ہے۔ اس کو میں نے تفسیروں میں پڑھا تو اس میں کوئی واضح بات نہیں ملی۔</w:t>
      </w:r>
    </w:p>
    <w:p>
      <w:r>
        <w:rPr>
          <w:b/>
        </w:rPr>
        <w:t xml:space="preserve">[25:33] </w:t>
      </w:r>
      <w:r>
        <w:t>phir jo insaan ke andar jo natural process hai, jo us ki psychology hai, us par ghaur kiya maine.</w:t>
      </w:r>
    </w:p>
    <w:p>
      <w:pPr>
        <w:jc w:val="right"/>
      </w:pPr>
      <w:r>
        <w:t>پھر جو انسان کے اندر جو نیچرل پراسیس ہے، جو اس کی سائیکالوجی ہے، اس پر غور کیا میں نے۔</w:t>
      </w:r>
    </w:p>
    <w:p>
      <w:r>
        <w:rPr>
          <w:b/>
        </w:rPr>
        <w:t xml:space="preserve">[25:40] </w:t>
      </w:r>
      <w:r>
        <w:t>tab samajh aaya ke toba qareeb bohat hi ek meaningful baat hai is ke andar. bohat hi meaningful.</w:t>
      </w:r>
    </w:p>
    <w:p>
      <w:pPr>
        <w:jc w:val="right"/>
      </w:pPr>
      <w:r>
        <w:t>تب سمجھ آیا کہ توبہ قریب بہت ہی ایک میننگ فل بات ہے اس کے اندر۔ بہت ہی میننگ فل۔</w:t>
      </w:r>
    </w:p>
    <w:p>
      <w:r>
        <w:rPr>
          <w:b/>
        </w:rPr>
        <w:t xml:space="preserve">[25:49] </w:t>
      </w:r>
      <w:r>
        <w:t>kyunke toba qareeb nahin kiya to to toba baeed to mumkin hi nahin hai. yani foran agar nahin toba kiya to der ho gayi to phir toba hi nahin kar payenge aap.</w:t>
      </w:r>
    </w:p>
    <w:p>
      <w:pPr>
        <w:jc w:val="right"/>
      </w:pPr>
      <w:r>
        <w:t>کیونکہ توبہ قریب نہیں کیا تو تو توبہ بعید تو ممکن ہی نہیں ہے۔ یعنی فوراً اگر نہیں توبہ کیا تو دیر ہو گئی تو پھر توبہ ہی نہیں کر پائیں گے آپ۔</w:t>
      </w:r>
    </w:p>
    <w:p>
      <w:r>
        <w:rPr>
          <w:b/>
        </w:rPr>
        <w:t xml:space="preserve">[26:05] </w:t>
      </w:r>
      <w:r>
        <w:t>toba hi nahin kar payenge aap</w:t>
      </w:r>
    </w:p>
    <w:p>
      <w:pPr>
        <w:jc w:val="right"/>
      </w:pPr>
      <w:r>
        <w:t>توبہ ہی نہیں کر پائیں گے آپ</w:t>
      </w:r>
    </w:p>
    <w:p>
      <w:r>
        <w:rPr>
          <w:b/>
        </w:rPr>
        <w:t xml:space="preserve">[26:07] </w:t>
      </w:r>
      <w:r>
        <w:t>. to yeh aap, yeh jo nature aap ki hai, aap us ko badal nahin sakte. sirf us ko manage kar sakte hain.</w:t>
      </w:r>
    </w:p>
    <w:p>
      <w:pPr>
        <w:jc w:val="right"/>
      </w:pPr>
      <w:r>
        <w:t>۔ تو یہ آپ، یہ جو نیچر آپ کی ہے، آپ اس کو بدل نہیں سکتے۔ صرف اس کو مینج کر سکتے ہیں۔</w:t>
      </w:r>
    </w:p>
    <w:p>
      <w:r>
        <w:rPr>
          <w:b/>
        </w:rPr>
        <w:t xml:space="preserve">[26:18] </w:t>
      </w:r>
      <w:r>
        <w:t>aap aisa, nahin nahin, nahin kar sakte ke nature ko badal dalen.</w:t>
      </w:r>
    </w:p>
    <w:p>
      <w:pPr>
        <w:jc w:val="right"/>
      </w:pPr>
      <w:r>
        <w:t>آپ ایسا، نہیں نہیں، نہیں کر سکتے کہ نیچر کو بدل ڈالیں۔</w:t>
      </w:r>
    </w:p>
    <w:p>
      <w:r>
        <w:rPr>
          <w:b/>
        </w:rPr>
        <w:t xml:space="preserve">[26:25] </w:t>
      </w:r>
      <w:r>
        <w:t>yani nature ka matlab hai ke aap kisi baat mein mubtala hon to condition na ho, aap ki conditioning na ho. aap bohat der tak kisi cheez se mubtala rahen to woh habit na bane.</w:t>
      </w:r>
    </w:p>
    <w:p>
      <w:pPr>
        <w:jc w:val="right"/>
      </w:pPr>
      <w:r>
        <w:t>یعنی نیچر کا مطلب ہے کہ آپ کسی بات میں مبتلا ہوں تو کنڈیشن نہ ہو، آپ کی کنڈیشننگ نہ ہو۔ آپ بہت دیر تک کسی چیز سے مبتلا رہیں تو وہ ہیبٹ نہ بنے۔</w:t>
      </w:r>
    </w:p>
    <w:p>
      <w:r>
        <w:rPr>
          <w:b/>
        </w:rPr>
        <w:t xml:space="preserve">[26:38] </w:t>
      </w:r>
      <w:r>
        <w:t>aur zyada der tak mubtala hon to woh addiction na bane. yeh nahin ho sakta.</w:t>
      </w:r>
    </w:p>
    <w:p>
      <w:pPr>
        <w:jc w:val="right"/>
      </w:pPr>
      <w:r>
        <w:t>اور زیادہ دیر تک مبتلا ہوں تو وہ ایڈکشن نہ بنے۔ یہ نہیں ہو سکتا۔</w:t>
      </w:r>
    </w:p>
    <w:p>
      <w:r>
        <w:rPr>
          <w:b/>
        </w:rPr>
        <w:t xml:space="preserve">[26:43] </w:t>
      </w:r>
      <w:r>
        <w:t>yaad rakhiye.</w:t>
      </w:r>
    </w:p>
    <w:p>
      <w:pPr>
        <w:jc w:val="right"/>
      </w:pPr>
      <w:r>
        <w:t>یاد رکھیے۔</w:t>
      </w:r>
    </w:p>
    <w:p>
      <w:r>
        <w:rPr>
          <w:b/>
        </w:rPr>
        <w:t xml:space="preserve">[26:48] </w:t>
      </w:r>
      <w:r>
        <w:t>yaad rakhiye, yeh growth jo hai woh to hoga. aap ko check karna padega. yani pruning process chalana padega.</w:t>
      </w:r>
    </w:p>
    <w:p>
      <w:pPr>
        <w:jc w:val="right"/>
      </w:pPr>
      <w:r>
        <w:t>یاد رکھیے، یہ گروتھ جو ہے وہ تو ہو گا۔ آپ کو چیک کرنا پڑے گا۔ یعنی پروننگ پراسیس چلانا پڑے گا۔</w:t>
      </w:r>
    </w:p>
    <w:p>
      <w:r>
        <w:rPr>
          <w:b/>
        </w:rPr>
        <w:t xml:space="preserve">[26:58] </w:t>
      </w:r>
      <w:r>
        <w:t>to log physical pruning ko jante hain. p r u n e. to physical pruning ko log jante hain. matlab nakhoon kaaten ge, badh jayega to.</w:t>
      </w:r>
    </w:p>
    <w:p>
      <w:pPr>
        <w:jc w:val="right"/>
      </w:pPr>
      <w:r>
        <w:t>تو لوگ فزیکل پروننگ کو جانتے ہیں۔ پی آر یو این ای۔ تو فزیکل پروننگ کو لوگ جانتے ہیں۔ مطلب ناخن کاٹیں گے، بڑھ جائے گا تو۔</w:t>
      </w:r>
    </w:p>
    <w:p>
      <w:r>
        <w:rPr>
          <w:b/>
        </w:rPr>
        <w:t xml:space="preserve">[27:09] </w:t>
      </w:r>
      <w:r>
        <w:t>baal kaaten ge, badh jayega to.</w:t>
      </w:r>
    </w:p>
    <w:p>
      <w:pPr>
        <w:jc w:val="right"/>
      </w:pPr>
      <w:r>
        <w:t>بال کاٹیں گے، بڑھ جائے گا تو۔</w:t>
      </w:r>
    </w:p>
    <w:p>
      <w:r>
        <w:rPr>
          <w:b/>
        </w:rPr>
        <w:t xml:space="preserve">[27:12] </w:t>
      </w:r>
      <w:r>
        <w:t>yeh hai physical pruning. is ko jante hain log. lekin psychological pruning ko log nahin jante.</w:t>
      </w:r>
    </w:p>
    <w:p>
      <w:pPr>
        <w:jc w:val="right"/>
      </w:pPr>
      <w:r>
        <w:t>یہ ہے فزیکل پروننگ۔ اس کو جانتے ہیں لوگ۔ لیکن سائیکلوجیکل پروننگ کو لوگ نہیں جانتے۔</w:t>
      </w:r>
    </w:p>
    <w:p>
      <w:r>
        <w:rPr>
          <w:b/>
        </w:rPr>
        <w:t xml:space="preserve">[27:21] </w:t>
      </w:r>
      <w:r>
        <w:t>psychological pruning ko log nahin jante. maslan mein arz karoon, mein jab paida hua to mere bade bhai shayar the.</w:t>
      </w:r>
    </w:p>
    <w:p>
      <w:pPr>
        <w:jc w:val="right"/>
      </w:pPr>
      <w:r>
        <w:t>سائیکلوجیکل پروننگ کو لوگ نہیں جانتے۔ مثلاً میں عرض کروں، میں جب پیدا ہوا تو میرے بڑے بھائی شاعر تھے۔</w:t>
      </w:r>
    </w:p>
    <w:p>
      <w:r>
        <w:rPr>
          <w:b/>
        </w:rPr>
        <w:t xml:space="preserve">[27:36] </w:t>
      </w:r>
      <w:r>
        <w:t>us waqt ka mahaul jo tha, woh shair o shayari ka bohat riwaj hota tha. bait bazi karte the hum log.</w:t>
      </w:r>
    </w:p>
    <w:p>
      <w:pPr>
        <w:jc w:val="right"/>
      </w:pPr>
      <w:r>
        <w:t>اس وقت کا ماحول جو تھا، وہ شعر و شاعری کا بہت رواج ہوتا تھا۔ بیت بازی کرتے تھے ہم لوگ۔</w:t>
      </w:r>
    </w:p>
    <w:p>
      <w:r>
        <w:rPr>
          <w:b/>
        </w:rPr>
        <w:t xml:space="preserve">[27:47] </w:t>
      </w:r>
      <w:r>
        <w:t>to naujawani ki umar mein mein bhi shayari karne laga. kyunke jo sara mahaul jo shayari ka tha, ghar mein, madrasay mein, mahaul mein.</w:t>
      </w:r>
    </w:p>
    <w:p>
      <w:pPr>
        <w:jc w:val="right"/>
      </w:pPr>
      <w:r>
        <w:t>تو نوجوانی کی عمر میں میں بھی شاعری کرنے لگا۔ کیونکہ جو سارا ماحول جو شاعری کا تھا، گھر میں، مدرسے میں، ماحول میں۔</w:t>
      </w:r>
    </w:p>
    <w:p>
      <w:r>
        <w:rPr>
          <w:b/>
        </w:rPr>
        <w:t xml:space="preserve">[27:59] </w:t>
      </w:r>
      <w:r>
        <w:t>to kuch din ke baad mujhe mehsoos hua ke yeh shayari to ek, ek, jis ke liye urdu zaban mein ek bohat hi, yani sakheef lafz hai, ek lat.</w:t>
      </w:r>
    </w:p>
    <w:p>
      <w:pPr>
        <w:jc w:val="right"/>
      </w:pPr>
      <w:r>
        <w:t>تو کچھ دن کے بعد مجھے محسوس ہوا کہ یہ شاعری تو ایک، ایک، جس کے لیے اردو زبان میں ایک بہت ہی، یعنی سخیف لفظ ہے، ایک لت۔</w:t>
      </w:r>
    </w:p>
    <w:p>
      <w:r>
        <w:rPr>
          <w:b/>
        </w:rPr>
        <w:t xml:space="preserve">[28:11] </w:t>
      </w:r>
      <w:r>
        <w:t>ke shayari to mere liye isi qism ki ek cheez ban rahi hai. to us zamane mein mein shayari karta tha, mein achaanak hi shayari chhod diya maine.</w:t>
      </w:r>
    </w:p>
    <w:p>
      <w:pPr>
        <w:jc w:val="right"/>
      </w:pPr>
      <w:r>
        <w:t>کہ شاعری تو میرے لیے اسی قسم کی ایک چیز بن رہی ہے۔ تو اس زمانے میں میں شاعری کرتا تھا، میں اچانک ہی شاعری چھوڑ دیا میں نے۔</w:t>
      </w:r>
    </w:p>
    <w:p>
      <w:r>
        <w:rPr>
          <w:b/>
        </w:rPr>
        <w:t xml:space="preserve">[28:22] </w:t>
      </w:r>
      <w:r>
        <w:t>aur sara jo kaghaz hua likha tha, usi waqt phad ke phenk diya. usi waqt phad ke phenk diya.</w:t>
      </w:r>
    </w:p>
    <w:p>
      <w:pPr>
        <w:jc w:val="right"/>
      </w:pPr>
      <w:r>
        <w:t>اور سارا جو کاغذ ہوا لکھا تھا، اسی وقت پھاڑ کے پھینک دیا۔ اسی وقت پھاڑ کے پھینک دیا۔</w:t>
      </w:r>
    </w:p>
    <w:p>
      <w:r>
        <w:rPr>
          <w:b/>
        </w:rPr>
        <w:t xml:space="preserve">[28:29] </w:t>
      </w:r>
      <w:r>
        <w:t>warna phir shairi jab aik dam bohat dinon ke tak mein karta rehta, karta rehta, to wahi haal hota hai jo shair ne kaha hai ke lati naye munh se kaafir lagi hui hai.</w:t>
      </w:r>
    </w:p>
    <w:p>
      <w:pPr>
        <w:jc w:val="right"/>
      </w:pPr>
      <w:r>
        <w:t>ورنہ پھر شاعری جب ایک دم بہت دنوں کے تک میں کرتا رہتا، کرتا رہتا، تو وہی حال ہوتا ہے جو شاعر نے کہا ہے کہ لتی نئے منہ سے کافر لگی ہوئی ہے۔</w:t>
      </w:r>
    </w:p>
    <w:p>
      <w:r>
        <w:rPr>
          <w:b/>
        </w:rPr>
        <w:t xml:space="preserve">[28:43] </w:t>
      </w:r>
      <w:r>
        <w:t>aik sahib jo shair thay, un se maine kaha ke aap yeh shairi mein waqt zaya karte hain, chhodte kyun nahin hain?</w:t>
      </w:r>
    </w:p>
    <w:p>
      <w:pPr>
        <w:jc w:val="right"/>
      </w:pPr>
      <w:r>
        <w:t>ایک صاحب جو شاعر تھے، ان سے میں نے کہا کہ آپ یہ شاعری میں وقت ضائع کرتے ہیں، چھوڑتے کیوں نہیں ہیں؟</w:t>
      </w:r>
    </w:p>
    <w:p>
      <w:r>
        <w:rPr>
          <w:b/>
        </w:rPr>
        <w:t xml:space="preserve">[28:57] </w:t>
      </w:r>
      <w:r>
        <w:t>to unhon ne kaha tha, ab tak mujhe yaad hai ke shairi aik kharish hai. jaise kharish mein aap khujate hain to aap ko acha lagta hai.</w:t>
      </w:r>
    </w:p>
    <w:p>
      <w:pPr>
        <w:jc w:val="right"/>
      </w:pPr>
      <w:r>
        <w:t>تو انہوں نے کہا تھا، اب تک مجھے یاد ہے کہ شاعری ایک خارش ہے۔ جیسے خارش میں آپ کھجاتے ہیں تو آپ کو اچھا لگتا ہے۔</w:t>
      </w:r>
    </w:p>
    <w:p>
      <w:r>
        <w:rPr>
          <w:b/>
        </w:rPr>
        <w:t xml:space="preserve">[29:10] </w:t>
      </w:r>
      <w:r>
        <w:t>to shairi aik kharish hai, is ko khujane se acha lagta hai. lekin yeh kharish shairi kharish nahin hai.</w:t>
      </w:r>
    </w:p>
    <w:p>
      <w:pPr>
        <w:jc w:val="right"/>
      </w:pPr>
      <w:r>
        <w:t>تو شاعری ایک خارش ہے، اس کو کھجانے سے اچھا لگتا ہے۔ لیکن یہ خارش شاعری خارش نہیں ہے۔</w:t>
      </w:r>
    </w:p>
    <w:p>
      <w:r>
        <w:rPr>
          <w:b/>
        </w:rPr>
        <w:t xml:space="preserve">[29:21] </w:t>
      </w:r>
      <w:r>
        <w:t>un ke liye thi. kyunke shairi un ki aadat ban gayi thi.</w:t>
      </w:r>
    </w:p>
    <w:p>
      <w:pPr>
        <w:jc w:val="right"/>
      </w:pPr>
      <w:r>
        <w:t>ان کے لیے تھی۔ کیونکہ شاعری ان کی عادت بن گئی تھی۔</w:t>
      </w:r>
    </w:p>
    <w:p>
      <w:r>
        <w:rPr>
          <w:b/>
        </w:rPr>
        <w:t xml:space="preserve">[29:27] </w:t>
      </w:r>
      <w:r>
        <w:t>yani shairi in itself kharish nahin hai. aap shairi mat kijiye to mat kijiye. lekin karte karte un ke liye shairi kharish ban gayi.</w:t>
      </w:r>
    </w:p>
    <w:p>
      <w:pPr>
        <w:jc w:val="right"/>
      </w:pPr>
      <w:r>
        <w:t>یعنی شاعری ان اٹ سیلف خارش نہیں ہے۔ آپ شاعری مت کیجیے تو مت کیجیے۔ لیکن کرتے کرتے ان کے لیے شاعری خارش بن گئی۔</w:t>
      </w:r>
    </w:p>
    <w:p>
      <w:r>
        <w:rPr>
          <w:b/>
        </w:rPr>
        <w:t xml:space="preserve">[29:39] </w:t>
      </w:r>
      <w:r>
        <w:t>phir chhod nahin paaye. chhod nahin paaye, isi mein mar gaye woh.</w:t>
      </w:r>
    </w:p>
    <w:p>
      <w:pPr>
        <w:jc w:val="right"/>
      </w:pPr>
      <w:r>
        <w:t>پھر چھوڑ نہیں پائے۔ چھوڑ نہیں پائے، اسی میں مر گئے وہ۔</w:t>
      </w:r>
    </w:p>
    <w:p>
      <w:r>
        <w:rPr>
          <w:b/>
        </w:rPr>
        <w:t xml:space="preserve">[29:46] </w:t>
      </w:r>
      <w:r>
        <w:t>to yaad rakhiye, aadat ka talluq kisi aik cheez se nahin, har cheez se hai. har cheez se.</w:t>
      </w:r>
    </w:p>
    <w:p>
      <w:pPr>
        <w:jc w:val="right"/>
      </w:pPr>
      <w:r>
        <w:t>تو یاد رکھیے، عادت کا تعلق کسی ایک چیز سے نہیں، ہر چیز سے ہے۔ ہر چیز سے۔</w:t>
      </w:r>
    </w:p>
    <w:p>
      <w:r>
        <w:rPr>
          <w:b/>
        </w:rPr>
        <w:t xml:space="preserve">[29:56] </w:t>
      </w:r>
      <w:r>
        <w:t>jo cheez soch samajh kar aap ko apne liye faide wali maloom ho, wahi sahi hai. baqi sab aadat hai. sab aadat hai.</w:t>
      </w:r>
    </w:p>
    <w:p>
      <w:pPr>
        <w:jc w:val="right"/>
      </w:pPr>
      <w:r>
        <w:t>جو چیز سوچ سمجھ کر آپ کو اپنے لیے فائدے والی معلوم ہو، وہی صحیح ہے۔ باقی سب عادت ہے۔ سب عادت ہے۔</w:t>
      </w:r>
    </w:p>
    <w:p>
      <w:r>
        <w:rPr>
          <w:b/>
        </w:rPr>
        <w:t xml:space="preserve">[30:05] </w:t>
      </w:r>
      <w:r>
        <w:t>quran mein aik ayat hai intabhat a'malakum wa antum la tashrun yani aisa bhi hota hai ke aadmi shor na ho, lekin is ka amal jo hai,</w:t>
      </w:r>
    </w:p>
    <w:p>
      <w:pPr>
        <w:jc w:val="right"/>
      </w:pPr>
      <w:r>
        <w:t>قرآن میں ایک آیت ہے انتهبت اعمالکم وانتم لا تشرون یعنی ایسا بھی ہوتا ہے کہ آدمی شور نہ ہو، لیکن اس کا عمل جو ہے،</w:t>
      </w:r>
    </w:p>
    <w:p>
      <w:r>
        <w:rPr>
          <w:b/>
        </w:rPr>
        <w:t xml:space="preserve">[30:19] </w:t>
      </w:r>
      <w:r>
        <w:t>is ka sawab na mile, sab habbat ho jaye.</w:t>
      </w:r>
    </w:p>
    <w:p>
      <w:pPr>
        <w:jc w:val="right"/>
      </w:pPr>
      <w:r>
        <w:t>اس کا ثواب نہ ملے، سب ہبط ہو جائے۔</w:t>
      </w:r>
    </w:p>
    <w:p>
      <w:r>
        <w:rPr>
          <w:b/>
        </w:rPr>
        <w:t xml:space="preserve">[30:23] </w:t>
      </w:r>
      <w:r>
        <w:t>intabhat a'malakum wa antum la tashrun yani shor na ho aur a'mal habbat ho jaye. yeh bohat anokhi baat hai.</w:t>
      </w:r>
    </w:p>
    <w:p>
      <w:pPr>
        <w:jc w:val="right"/>
      </w:pPr>
      <w:r>
        <w:t>انتهبت اعمالکم وانتم لا تشرون یعنی شور نہ ہو اور اعمال ہبط ہو جائے۔ یہ بہت انوکھی بات ہے۔</w:t>
      </w:r>
    </w:p>
    <w:p>
      <w:r>
        <w:rPr>
          <w:b/>
        </w:rPr>
        <w:t xml:space="preserve">[30:32] </w:t>
      </w:r>
      <w:r>
        <w:t>to woh kaise hota hai? isi tarah hota hai ke jab aap kisi cheez ko bator test shuru kiya aap ne, tab to kuch ehsas hota hai sahi ya galat ka.</w:t>
      </w:r>
    </w:p>
    <w:p>
      <w:pPr>
        <w:jc w:val="right"/>
      </w:pPr>
      <w:r>
        <w:t>تو وہ کیسے ہوتا ہے؟ اسی طرح ہوتا ہے کہ جب آپ کسی چیز کو بطور ٹیسٹ شروع کیا آپ نے، تب تو کچھ احساس ہوتا ہے صحیح یا غلط کا۔</w:t>
      </w:r>
    </w:p>
    <w:p>
      <w:r>
        <w:rPr>
          <w:b/>
        </w:rPr>
        <w:t xml:space="preserve">[30:42] </w:t>
      </w:r>
      <w:r>
        <w:t>lekin jaise hi woh habit bani to sahi galat ka ehsas bohat kam ho jata hai.</w:t>
      </w:r>
    </w:p>
    <w:p>
      <w:pPr>
        <w:jc w:val="right"/>
      </w:pPr>
      <w:r>
        <w:t>لیکن جیسے ہی وہ ہیبٹ بنی تو صحیح غلط کا احساس بہت کم ہو جاتا ہے۔</w:t>
      </w:r>
    </w:p>
    <w:p>
      <w:r>
        <w:rPr>
          <w:b/>
        </w:rPr>
        <w:t xml:space="preserve">[30:48] </w:t>
      </w:r>
      <w:r>
        <w:t>phir aage badhkar jab addiction ban gaya, tab to sahi galat ka ehsas hi khatam ho jata hai.</w:t>
      </w:r>
    </w:p>
    <w:p>
      <w:pPr>
        <w:jc w:val="right"/>
      </w:pPr>
      <w:r>
        <w:t>پھر آگے بڑھ کر جب ایڈکشن بن گیا، تب تو صحیح غلط کا احساس ہی ختم ہو جاتا ہے۔</w:t>
      </w:r>
    </w:p>
    <w:p>
      <w:r>
        <w:rPr>
          <w:b/>
        </w:rPr>
        <w:t xml:space="preserve">[30:57] </w:t>
      </w:r>
      <w:r>
        <w:t>aur phir point of no return aa jata hai. to wahi hai intabhat a'malakum wa antum la tashrun</w:t>
      </w:r>
    </w:p>
    <w:p>
      <w:pPr>
        <w:jc w:val="right"/>
      </w:pPr>
      <w:r>
        <w:t>اور پھر پوائنٹ آف نو ریٹرن آ جاتا ہے۔ تو وہی ہے انتهبت اعمالکم وانتم لا تشرون</w:t>
      </w:r>
    </w:p>
    <w:p>
      <w:r>
        <w:rPr>
          <w:b/>
        </w:rPr>
        <w:t xml:space="preserve">[31:09] </w:t>
      </w:r>
      <w:r>
        <w:t>to har aadmi ko yaad rakhiye, apne andar pruning process chalate rehna hai. psychological pruning</w:t>
      </w:r>
    </w:p>
    <w:p>
      <w:pPr>
        <w:jc w:val="right"/>
      </w:pPr>
      <w:r>
        <w:t>تو ہر آدمی کو یاد رکھیے، اپنے اندر پروننگ پراسیس چلاتے رہنا ہے۔ سائیکلوجیکل پروننگ</w:t>
      </w:r>
    </w:p>
    <w:p>
      <w:r>
        <w:rPr>
          <w:b/>
        </w:rPr>
        <w:t xml:space="preserve">[31:20] </w:t>
      </w:r>
      <w:r>
        <w:t>. physical pruning to hum bhi karte hain. kyunke hum ko dikhaya jata hai ke nakhun badh gaya. hum ko dikhaya jata hai ke baal badh gaye.</w:t>
      </w:r>
    </w:p>
    <w:p>
      <w:pPr>
        <w:jc w:val="right"/>
      </w:pPr>
      <w:r>
        <w:t>۔ فزیکل پروننگ تو ہم بھی کرتے ہیں۔ کیونکہ ہم کو دکھایا جاتا ہے کہ ناخن بڑھ گیا۔ ہم کو دکھایا جاتا ہے کہ بال بڑھ گئے۔</w:t>
      </w:r>
    </w:p>
    <w:p>
      <w:r>
        <w:rPr>
          <w:b/>
        </w:rPr>
        <w:t xml:space="preserve">[31:28] </w:t>
      </w:r>
      <w:r>
        <w:t>yeh to dikhaya jata hai hum ko. to hum physical pruning karte rehte hain. lekin jo jo</w:t>
      </w:r>
    </w:p>
    <w:p>
      <w:pPr>
        <w:jc w:val="right"/>
      </w:pPr>
      <w:r>
        <w:t>یہ تو دکھایا جاتا ہے ہم کو۔ تو ہم فزیکل پروننگ کرتے رہتے ہیں۔ لیکن جو جو</w:t>
      </w:r>
    </w:p>
    <w:p>
      <w:r>
        <w:rPr>
          <w:b/>
        </w:rPr>
        <w:t xml:space="preserve">[31:39] </w:t>
      </w:r>
      <w:r>
        <w:t>jo soch mein aur jazbat mein aur thinking mein jo kharabiyan aati hain, is ka woh to dikhai nahin deta.</w:t>
      </w:r>
    </w:p>
    <w:p>
      <w:pPr>
        <w:jc w:val="right"/>
      </w:pPr>
      <w:r>
        <w:t>جو سوچ میں اور جذبات میں اور تھنکنگ میں جو خرابیاں آتی ہیں، اس کا وہ تو دکھائی نہیں دیتا۔</w:t>
      </w:r>
    </w:p>
    <w:p>
      <w:r>
        <w:rPr>
          <w:b/>
        </w:rPr>
        <w:t xml:space="preserve">[31:49] </w:t>
      </w:r>
      <w:r>
        <w:t>isi ko main keh raha hoon ke psychological pruning. to psychological pruning jo hai, bohat hi mushkil kaam hai. bohat mushkil kaam hai.</w:t>
      </w:r>
    </w:p>
    <w:p>
      <w:pPr>
        <w:jc w:val="right"/>
      </w:pPr>
      <w:r>
        <w:t>اسی کو میں کہہ رہا ہوں کہ سائیکلوجیکل پروننگ۔ تو سائیکلوجیکل پروننگ جو ہے، بہت ہی مشکل کام ہے۔ بہت مشکل کام ہے۔</w:t>
      </w:r>
    </w:p>
    <w:p>
      <w:r>
        <w:rPr>
          <w:b/>
        </w:rPr>
        <w:t xml:space="preserve">[32:00] </w:t>
      </w:r>
      <w:r>
        <w:t>isi ko doosre lafzon mein kaha jata hai deconditioning. jis cheez ko main psychological pruning kar raha hoon, is ka doosra naam hai deconditioning.</w:t>
      </w:r>
    </w:p>
    <w:p>
      <w:pPr>
        <w:jc w:val="right"/>
      </w:pPr>
      <w:r>
        <w:t>اسی کو دوسرے لفظ میں کہا جاتا ہے ڈی کنڈیشننگ۔ جس چیز کو میں سائیکلوجیکل پروننگ کر رہا ہوں، اس کا دوسرا نام ہے ڈی کنڈیشننگ۔</w:t>
      </w:r>
    </w:p>
    <w:p>
      <w:r>
        <w:rPr>
          <w:b/>
        </w:rPr>
        <w:t xml:space="preserve">[32:12] </w:t>
      </w:r>
      <w:r>
        <w:t>yani apni conditioning ko todna.</w:t>
      </w:r>
    </w:p>
    <w:p>
      <w:pPr>
        <w:jc w:val="right"/>
      </w:pPr>
      <w:r>
        <w:t>یعنی اپنی کنڈیشننگ کو توڑنا۔</w:t>
      </w:r>
    </w:p>
    <w:p>
      <w:r>
        <w:rPr>
          <w:b/>
        </w:rPr>
        <w:t xml:space="preserve">[32:19] </w:t>
      </w:r>
      <w:r>
        <w:t>abhi mujhe aik sahib ka case maloom hua. un ka aik hi beta hai.</w:t>
      </w:r>
    </w:p>
    <w:p>
      <w:pPr>
        <w:jc w:val="right"/>
      </w:pPr>
      <w:r>
        <w:t>ابھی مجھے ایک صاحب کا کیس معلوم ہوا۔ ان کا ایک ہی بیٹا ہے۔</w:t>
      </w:r>
    </w:p>
    <w:p>
      <w:r>
        <w:rPr>
          <w:b/>
        </w:rPr>
        <w:t xml:space="preserve">[32:27] </w:t>
      </w:r>
      <w:r>
        <w:t>aik hi beta hai. aur. to pampering, woh aik pampered boy ban gaya woh.</w:t>
      </w:r>
    </w:p>
    <w:p>
      <w:pPr>
        <w:jc w:val="right"/>
      </w:pPr>
      <w:r>
        <w:t>ایک ہی بیٹا ہے۔ اور۔ تو پیمپرنگ، وہ ایک پیمپرڈ بوائے بن گیا وہ۔</w:t>
      </w:r>
    </w:p>
    <w:p>
      <w:r>
        <w:rPr>
          <w:b/>
        </w:rPr>
        <w:t xml:space="preserve">[32:36] </w:t>
      </w:r>
      <w:r>
        <w:t>paimpard boy ban gaya. is ko parhaya inhone, engineering ki degree bhi is ke paas hai. lekin mujhe maloom hua ke sara din ghayab rehta hai woh.</w:t>
      </w:r>
    </w:p>
    <w:p>
      <w:pPr>
        <w:jc w:val="right"/>
      </w:pPr>
      <w:r>
        <w:t>پیمپرڈ بوائے بن گیا۔ اس کو پڑھایا انہوں نے، انجینئرنگ کی ڈگری بھی اس کے پاس ہے۔ لیکن مجھے معلوم ہوا کہ سارا دن غائب رہتا ہے وہ۔</w:t>
      </w:r>
    </w:p>
    <w:p>
      <w:r>
        <w:rPr>
          <w:b/>
        </w:rPr>
        <w:t xml:space="preserve">[32:45] </w:t>
      </w:r>
      <w:r>
        <w:t>job nahi karta woh.</w:t>
      </w:r>
    </w:p>
    <w:p>
      <w:pPr>
        <w:jc w:val="right"/>
      </w:pPr>
      <w:r>
        <w:t>جاب نہیں کرتا وہ۔</w:t>
      </w:r>
    </w:p>
    <w:p>
      <w:r>
        <w:rPr>
          <w:b/>
        </w:rPr>
        <w:t xml:space="preserve">[32:49] </w:t>
      </w:r>
      <w:r>
        <w:t>to inhone bataya ke woh falan dost ke paas mein jata hoon. to un ka jo paimpering ka tareeqa tha, to check nahi kiya inhone.</w:t>
      </w:r>
    </w:p>
    <w:p>
      <w:pPr>
        <w:jc w:val="right"/>
      </w:pPr>
      <w:r>
        <w:t>تو انہوں نے بتایا کہ وہ فلاں دوست کے پاس میں جاتا ہوں۔ تو ان کا جو پیمپرنگ کا طریقہ تھا، تو چیک نہیں کیا انہوں نے۔</w:t>
      </w:r>
    </w:p>
    <w:p>
      <w:r>
        <w:rPr>
          <w:b/>
        </w:rPr>
        <w:t xml:space="preserve">[33:01] </w:t>
      </w:r>
      <w:r>
        <w:t>aur dheere dheere ab woh aadatein bigad gayi hain is ki. is ko ghalat dost mil gaye. ab woh ghalat dost is ko kidhar behka rahe honge ke woh job nahi karta.</w:t>
      </w:r>
    </w:p>
    <w:p>
      <w:pPr>
        <w:jc w:val="right"/>
      </w:pPr>
      <w:r>
        <w:t>اور دھیرے دھیرے اب وہ عادتیں بگڑ گئی ہیں اس کی۔ اس کو غلط دوست مل گئے۔ اب وہ غلط دوست اس کو کدھر بہکا رہے ہوں گے کہ وہ جاب نہیں کرتا۔</w:t>
      </w:r>
    </w:p>
    <w:p>
      <w:r>
        <w:rPr>
          <w:b/>
        </w:rPr>
        <w:t xml:space="preserve">[33:11] </w:t>
      </w:r>
      <w:r>
        <w:t>din bhar ghayab rehta hai. to jab aap shuru mein bachay ko pyar karte honge to bara acha lagta hoga aap ko.</w:t>
      </w:r>
    </w:p>
    <w:p>
      <w:pPr>
        <w:jc w:val="right"/>
      </w:pPr>
      <w:r>
        <w:t>دن بھر غائب رہتا ہے۔ تو جب آپ شروع میں بچے کو پیار کرتے ہوں گے تو بڑا اچھا لگتا ہوگا آپ کو۔</w:t>
      </w:r>
    </w:p>
    <w:p>
      <w:r>
        <w:rPr>
          <w:b/>
        </w:rPr>
        <w:t xml:space="preserve">[33:21] </w:t>
      </w:r>
      <w:r>
        <w:t>ek beta aap ka hai, is ko aap jab pyar kiya aap ne shuru shuru mein to bara acha laga aap ko. lekin wahan aap ko check karna chahiye ke yeh acha lagna jo hai, kaisa hai.</w:t>
      </w:r>
    </w:p>
    <w:p>
      <w:pPr>
        <w:jc w:val="right"/>
      </w:pPr>
      <w:r>
        <w:t>ایک بیٹا آپ کا ہے، اس کو آپ جب پیار کیا آپ نے شروع شروع میں تو بڑا اچھا لگا آپ کو۔ لیکن وہاں آپ کو چیک کرنا چاہیے کہ یہ اچھا لگنا جو ہے، کیسا ہے۔</w:t>
      </w:r>
    </w:p>
    <w:p>
      <w:r>
        <w:rPr>
          <w:b/>
        </w:rPr>
        <w:t xml:space="preserve">[33:37] </w:t>
      </w:r>
      <w:r>
        <w:t>taqreeban sare hi maa baap ka case yeh hai ke betay ke sath pyar karengay to un ko bara acha lagega.</w:t>
      </w:r>
    </w:p>
    <w:p>
      <w:pPr>
        <w:jc w:val="right"/>
      </w:pPr>
      <w:r>
        <w:t>تقریباً سارے ہی ماں باپ کا کیس یہ ہے کہ بیٹے کے ساتھ پیار کریں گے تو ان کو بڑا اچھا لگے گا۔</w:t>
      </w:r>
    </w:p>
    <w:p>
      <w:r>
        <w:rPr>
          <w:b/>
        </w:rPr>
        <w:t xml:space="preserve">[33:46] </w:t>
      </w:r>
      <w:r>
        <w:t>lekin dheere dheere kiya hai, woh pyar jo hai, bachay ko bigaad dalay ga. is ki aadatein bigrengi, is ka mizaj bigray ga, paisa barbad karega, time barbad karega, baatein nahi sunay ga.</w:t>
      </w:r>
    </w:p>
    <w:p>
      <w:pPr>
        <w:jc w:val="right"/>
      </w:pPr>
      <w:r>
        <w:t>لیکن دھیرے دھیرے کیا ہے، وہ پیار جو ہے، بچے کو بگاڑ ڈالے گا۔ اس کی عادتیں بگڑیں گی، اس کا مزاج بگڑے گا، پیسہ برباد کرے گا، ٹائم برباد کرے گا، باتیں نہیں سنے گا۔</w:t>
      </w:r>
    </w:p>
    <w:p>
      <w:r>
        <w:rPr>
          <w:b/>
        </w:rPr>
        <w:t xml:space="preserve">[34:01] </w:t>
      </w:r>
      <w:r>
        <w:t>yeh taqreeban har ghar ki qissa hai. kyun</w:t>
      </w:r>
    </w:p>
    <w:p>
      <w:pPr>
        <w:jc w:val="right"/>
      </w:pPr>
      <w:r>
        <w:t>یہ تقریباً ہر گھر کی قصہ ہے۔ کیوں</w:t>
      </w:r>
    </w:p>
    <w:p>
      <w:r>
        <w:rPr>
          <w:b/>
        </w:rPr>
        <w:t xml:space="preserve">[34:05] </w:t>
      </w:r>
      <w:r>
        <w:t>ke jab shuru mein aap ne bachay se pyar kiya aur aap ko acha laga to aap ne socha nahi ke yeh jo acha lag raha hai mujhe, yeh kaisa hai, is ka result, in terms of result kaisa hai.</w:t>
      </w:r>
    </w:p>
    <w:p>
      <w:pPr>
        <w:jc w:val="right"/>
      </w:pPr>
      <w:r>
        <w:t>کہ جب شروع میں آپ نے بچے سے پیار کیا اور آپ کو اچھا لگا تو آپ نے سوچا نہیں کہ یہ جو اچھا لگ رہا ہے مجھے، یہ کیسا ہے، اس کا رزلٹ، ان ٹرمز آف رزلٹ کیسا ہے۔</w:t>
      </w:r>
    </w:p>
    <w:p>
      <w:r>
        <w:rPr>
          <w:b/>
        </w:rPr>
        <w:t xml:space="preserve">[34:16] </w:t>
      </w:r>
      <w:r>
        <w:t>yeh acha lagna jo hai, in terms of result kaisa hai. to acha laga, aap bachay se pyar karte rahe, pyar karte rahe. dheere dheere woh pyar bhi habit banta hai.</w:t>
      </w:r>
    </w:p>
    <w:p>
      <w:pPr>
        <w:jc w:val="right"/>
      </w:pPr>
      <w:r>
        <w:t>یہ اچھا لگنا جو ہے، ان ٹرمز آف رزلٹ کیسا ہے۔ تو اچھا لگا، آپ بچے سے پیار کرتے رہے، پیار کرتے رہے۔ دھیرے دھیرے وہ پیار بھی ہیبٹ بنتا ہے۔</w:t>
      </w:r>
    </w:p>
    <w:p>
      <w:r>
        <w:rPr>
          <w:b/>
        </w:rPr>
        <w:t xml:space="preserve">[34:30] </w:t>
      </w:r>
      <w:r>
        <w:t>baghair pyar ke aap ko sukoon nahi hota.</w:t>
      </w:r>
    </w:p>
    <w:p>
      <w:pPr>
        <w:jc w:val="right"/>
      </w:pPr>
      <w:r>
        <w:t>بغیر پیار کے آپ کو سکون نہیں ہوتا۔</w:t>
      </w:r>
    </w:p>
    <w:p>
      <w:r>
        <w:rPr>
          <w:b/>
        </w:rPr>
        <w:t xml:space="preserve">[34:35] </w:t>
      </w:r>
      <w:r>
        <w:t>ek sahib ke mutaliq mujhe maloom hai, un ke ghar walon ne kaha ke woh office mein kaam karte hain. jab office se wapas aate hain to sab se pehle jatay hain apne betay ke paas.</w:t>
      </w:r>
    </w:p>
    <w:p>
      <w:pPr>
        <w:jc w:val="right"/>
      </w:pPr>
      <w:r>
        <w:t>ایک صاحب کے متعلق مجھے معلوم ہے، ان کے گھر والوں نے کہا کہ وہ آفس میں کام کرتے ہیں۔ جب آفس سے واپس آتے ہیں تو سب سے پہلے جاتے ہیں اپنے بیٹے کے پاس۔</w:t>
      </w:r>
    </w:p>
    <w:p>
      <w:r>
        <w:rPr>
          <w:b/>
        </w:rPr>
        <w:t xml:space="preserve">[34:46] </w:t>
      </w:r>
      <w:r>
        <w:t>abhi chota beta tha un ka, isi ko pyar karte hain, isi se khelte hain. ab is ke baghair un ko chain nahi. is ke baghair un ko chain nahi.</w:t>
      </w:r>
    </w:p>
    <w:p>
      <w:pPr>
        <w:jc w:val="right"/>
      </w:pPr>
      <w:r>
        <w:t>ابھی چھوٹا بیٹا تھا ان کا، اسی کو پیار کرتے ہیں، اسی سے کھیلتے ہیں۔ اب اس کے بغیر ان کو چین نہیں۔ اس کے بغیر ان کو چین نہیں۔</w:t>
      </w:r>
    </w:p>
    <w:p>
      <w:r>
        <w:rPr>
          <w:b/>
        </w:rPr>
        <w:t xml:space="preserve">[35:00] </w:t>
      </w:r>
      <w:r>
        <w:t>lekin hota kiya hai,</w:t>
      </w:r>
    </w:p>
    <w:p>
      <w:pPr>
        <w:jc w:val="right"/>
      </w:pPr>
      <w:r>
        <w:t>لیکن ہوتا کیا ہے،</w:t>
      </w:r>
    </w:p>
    <w:p>
      <w:r>
        <w:rPr>
          <w:b/>
        </w:rPr>
        <w:t xml:space="preserve">[35:01] </w:t>
      </w:r>
      <w:r>
        <w:t>yeh sochtay nahi hain ke aaj jo aap ko bachay se pyar karna bara acha lag raha hai, to in terms of result kiya hai, yeh bachon ko bigaad dalay ga.</w:t>
      </w:r>
    </w:p>
    <w:p>
      <w:pPr>
        <w:jc w:val="right"/>
      </w:pPr>
      <w:r>
        <w:t>یہ سوچتے نہیں ہیں کہ آج جو آپ کو بچے سے پیار کرنا بڑا اچھا لگ رہا ہے، تو ان ٹرمز آف رزلٹ کیا ہے، یہ بچوں کو بگاڑ ڈالے گا۔</w:t>
      </w:r>
    </w:p>
    <w:p>
      <w:r>
        <w:rPr>
          <w:b/>
        </w:rPr>
        <w:t xml:space="preserve">[35:14] </w:t>
      </w:r>
      <w:r>
        <w:t>aur jab bachay bigray ga to aap bhi diabetic ho jayengay. blood pressure barh jayega.</w:t>
      </w:r>
    </w:p>
    <w:p>
      <w:pPr>
        <w:jc w:val="right"/>
      </w:pPr>
      <w:r>
        <w:t>اور جب بچہ بگڑے گا تو آپ بھی ڈائبیٹک ہو جائیں گے۔ بلڈ پریشر بڑھ جائے گا۔</w:t>
      </w:r>
    </w:p>
    <w:p>
      <w:r>
        <w:rPr>
          <w:b/>
        </w:rPr>
        <w:t xml:space="preserve">[35:24] </w:t>
      </w:r>
      <w:r>
        <w:t>to jab aap ko bachay se pyar kar ke acha laga, tab hi check kijiye.</w:t>
      </w:r>
    </w:p>
    <w:p>
      <w:pPr>
        <w:jc w:val="right"/>
      </w:pPr>
      <w:r>
        <w:t>تو جب آپ کو بچے سے پیار کر کے اچھا لگا، تب ہی چیک کیجیے۔</w:t>
      </w:r>
    </w:p>
    <w:p>
      <w:r>
        <w:rPr>
          <w:b/>
        </w:rPr>
        <w:t xml:space="preserve">[35:32] </w:t>
      </w:r>
      <w:r>
        <w:t>tab hi check kijiye. nahi to woh pyar jo hai, habit banay ga. phir is par additional ban jayega. aur phir aap is ka point of no return ban jayega.</w:t>
      </w:r>
    </w:p>
    <w:p>
      <w:pPr>
        <w:jc w:val="right"/>
      </w:pPr>
      <w:r>
        <w:t>تب ہی چیک کیجیے۔ نہیں تو وہ پیار جو ہے، ہیبٹ بنے گا۔ پھر اس پر ایڈیشنل بن جائے گا۔ اور پھر آپ اس کا پوائنٹ آف نو ریٹرن بن جائے گا۔</w:t>
      </w:r>
    </w:p>
    <w:p>
      <w:r>
        <w:rPr>
          <w:b/>
        </w:rPr>
        <w:t xml:space="preserve">[35:42] </w:t>
      </w:r>
      <w:r>
        <w:t>aap alag diabetic ho jayengay, beta alag kharab ho jayega.</w:t>
      </w:r>
    </w:p>
    <w:p>
      <w:pPr>
        <w:jc w:val="right"/>
      </w:pPr>
      <w:r>
        <w:t>آپ الگ ڈائبیٹک ہو جائیں گے، بیٹا الگ خراب ہو جائے گا۔</w:t>
      </w:r>
    </w:p>
    <w:p>
      <w:r>
        <w:rPr>
          <w:b/>
        </w:rPr>
        <w:t xml:space="preserve">[35:51] </w:t>
      </w:r>
      <w:r>
        <w:t>to dekhiye, yeh mamla kisi ek cheez ka nahi hai. kisi ek cheez ka nahi hai. kisi bhi cheez mein aap ko addiction ho sakta hai.</w:t>
      </w:r>
    </w:p>
    <w:p>
      <w:pPr>
        <w:jc w:val="right"/>
      </w:pPr>
      <w:r>
        <w:t>تو دیکھیے، یہ معاملہ کسی ایک چیز کا نہیں ہے۔ کسی ایک چیز کا نہیں ہے۔ کسی بھی چیز میں آپ کو ایڈکشن ہو سکتا ہے۔</w:t>
      </w:r>
    </w:p>
    <w:p>
      <w:r>
        <w:rPr>
          <w:b/>
        </w:rPr>
        <w:t xml:space="preserve">[36:01] </w:t>
      </w:r>
      <w:r>
        <w:t>kisi bhi cheez mein. jaise ke mein ne arz kiya, ek sahib ko yeh addiction tha ke woh mitti apne hath mein letay thay, aise aise karte rehtay thay.</w:t>
      </w:r>
    </w:p>
    <w:p>
      <w:pPr>
        <w:jc w:val="right"/>
      </w:pPr>
      <w:r>
        <w:t>کسی بھی چیز میں۔ جیسے کہ میں نے عرض کیا، ایک صاحب کو یہ ایڈکشن تھا کہ وہ مٹی اپنے ہاتھ میں لیتے تھے، ایسے ایسے کرتے رہتے تھے۔</w:t>
      </w:r>
    </w:p>
    <w:p>
      <w:r>
        <w:rPr>
          <w:b/>
        </w:rPr>
        <w:t xml:space="preserve">[36:11] </w:t>
      </w:r>
      <w:r>
        <w:t>woh un ka yahi un ka tha. koi sahib thay, woh baal aise karte thay, wohi isi ki un ko adat pad gayi thi.</w:t>
      </w:r>
    </w:p>
    <w:p>
      <w:pPr>
        <w:jc w:val="right"/>
      </w:pPr>
      <w:r>
        <w:t>وہ ان کا یہی ان کا تھا۔ کوئی صاحب تھے، وہ بال ایسے کرتے تھے، وہی اسی کی ان کو عادت پڑ گئی تھی۔</w:t>
      </w:r>
    </w:p>
    <w:p>
      <w:r>
        <w:rPr>
          <w:b/>
        </w:rPr>
        <w:t xml:space="preserve">[36:23] </w:t>
      </w:r>
      <w:r>
        <w:t>to dunya mein,</w:t>
      </w:r>
    </w:p>
    <w:p>
      <w:pPr>
        <w:jc w:val="right"/>
      </w:pPr>
      <w:r>
        <w:t>تو دنیا میں،</w:t>
      </w:r>
    </w:p>
    <w:p>
      <w:r>
        <w:rPr>
          <w:b/>
        </w:rPr>
        <w:t xml:space="preserve">[36:27] </w:t>
      </w:r>
      <w:r>
        <w:t>yani right way of thinking aur right behavior</w:t>
      </w:r>
    </w:p>
    <w:p>
      <w:pPr>
        <w:jc w:val="right"/>
      </w:pPr>
      <w:r>
        <w:t>یعنی رائٹ وے آف تھنکنگ اور رائٹ بیہیویئر</w:t>
      </w:r>
    </w:p>
    <w:p>
      <w:r>
        <w:rPr>
          <w:b/>
        </w:rPr>
        <w:t xml:space="preserve">[36:37] </w:t>
      </w:r>
      <w:r>
        <w:t>par qaim rehne ke liye zaruri hai ke aap apne aap ko musalsal tor par watch karte rahen. watch. apne nigran ban jayen.</w:t>
      </w:r>
    </w:p>
    <w:p>
      <w:pPr>
        <w:jc w:val="right"/>
      </w:pPr>
      <w:r>
        <w:t>پر قائم رہنے کے لیے ضروری ہے کہ آپ اپنے آپ کو مسلسل طور پر واچ کرتے رہیں۔ واچ۔ اپنے نگراں بن جائیں۔</w:t>
      </w:r>
    </w:p>
    <w:p>
      <w:r>
        <w:rPr>
          <w:b/>
        </w:rPr>
        <w:t xml:space="preserve">[36:48] </w:t>
      </w:r>
      <w:r>
        <w:t>apne nigran ban jayen.</w:t>
      </w:r>
    </w:p>
    <w:p>
      <w:pPr>
        <w:jc w:val="right"/>
      </w:pPr>
      <w:r>
        <w:t>اپنے نگراں بن جائیں۔</w:t>
      </w:r>
    </w:p>
    <w:p>
      <w:r>
        <w:rPr>
          <w:b/>
        </w:rPr>
        <w:t xml:space="preserve">[36:52] </w:t>
      </w:r>
      <w:r>
        <w:t>hamesha tauba qareeb ko apna maslak banaen. tauba baeed ko nahin. kyunke tauba baeed to kabhi aayegi nahin.</w:t>
      </w:r>
    </w:p>
    <w:p>
      <w:pPr>
        <w:jc w:val="right"/>
      </w:pPr>
      <w:r>
        <w:t>ہمیشہ توبہ قریب کو اپنا مسلک بنائیں۔ توبہ بعید کو نہیں۔ کیونکہ توبہ بعید تو کبھی آئے گی نہیں۔</w:t>
      </w:r>
    </w:p>
    <w:p>
      <w:r>
        <w:rPr>
          <w:b/>
        </w:rPr>
        <w:t xml:space="preserve">[37:02] </w:t>
      </w:r>
      <w:r>
        <w:t>kyunke jab der hogi, der hogi to us waqt aap ko ehsas hi khatm ho chuka hoga ke yeh galat</w:t>
      </w:r>
    </w:p>
    <w:p>
      <w:pPr>
        <w:jc w:val="right"/>
      </w:pPr>
      <w:r>
        <w:t>کیونکہ جب دیر ہوگی، دیر ہوگی تو اس وقت آپ کو احساس ہی ختم ہو چکا ہوگا کہ یہ غلط</w:t>
      </w:r>
    </w:p>
    <w:p>
      <w:r>
        <w:rPr>
          <w:b/>
        </w:rPr>
        <w:t xml:space="preserve">[37:10] </w:t>
      </w:r>
      <w:r>
        <w:t>y hai. yani ghalati ke bare mein aap ki sensitivity baqi nahin rahe gi. tauba qareeb ki ahmiyat yeh hai ke jab aap ne ghalati ki, us waqt aap ki sensitivity bohat poori tarah, yani zinda thi.</w:t>
      </w:r>
    </w:p>
    <w:p>
      <w:pPr>
        <w:jc w:val="right"/>
      </w:pPr>
      <w:r>
        <w:t>ی ہے۔ یعنی غلطی کے بارے میں آپ کی حساسیت باقی نہیں رہے گی۔ توبہ قریب کی اہمیت یہ ہے کہ جب آپ نے غلطی کی، اس وقت آپ کی سینسٹیوٹی بہت پوری طرح، یعنی زندہ تھی۔</w:t>
      </w:r>
    </w:p>
    <w:p>
      <w:r>
        <w:rPr>
          <w:b/>
        </w:rPr>
        <w:t xml:space="preserve">[37:29] </w:t>
      </w:r>
      <w:r>
        <w:t>shuru mein jab aap ne koi ghalati ki to us waqt jo hai, aap ki sensitivity bohat hi zinda hogi. bohat zinda. lekin jaise jaise aap der karenge, aap ki sensitivity</w:t>
      </w:r>
    </w:p>
    <w:p>
      <w:pPr>
        <w:jc w:val="right"/>
      </w:pPr>
      <w:r>
        <w:t>شروع میں جب آپ نے کوئی غلطی کی تو اس وقت جو ہے، آپ کی سینسٹیوٹی بہت ہی زندہ ہوگی۔ بہت زندہ۔ لیکن جیسے جیسے آپ دیر کریں گے، آپ کی سینسٹیوٹی</w:t>
      </w:r>
    </w:p>
    <w:p>
      <w:r>
        <w:rPr>
          <w:b/>
        </w:rPr>
        <w:t xml:space="preserve">[37:43] </w:t>
      </w:r>
      <w:r>
        <w:t>kamzor hoti chali jayegi. yahan tak ke aap insensitive ho jayenge. yaad rahega ke aap ne ghalati ki thi. yaad rahega.</w:t>
      </w:r>
    </w:p>
    <w:p>
      <w:pPr>
        <w:jc w:val="right"/>
      </w:pPr>
      <w:r>
        <w:t>کمزور ہوتی چلی جائے گی۔ یہاں تک کہ آپ ان سینسٹیو ہو جائیں گے۔ یاد رہے گا کہ آپ نے غلطی کی تھی۔ یاد رہے گا۔</w:t>
      </w:r>
    </w:p>
    <w:p>
      <w:r>
        <w:rPr>
          <w:b/>
        </w:rPr>
        <w:t xml:space="preserve">[37:53] </w:t>
      </w:r>
      <w:r>
        <w:t>lekin aap sensitive nahin honge.</w:t>
      </w:r>
    </w:p>
    <w:p>
      <w:pPr>
        <w:jc w:val="right"/>
      </w:pPr>
      <w:r>
        <w:t>لیکن آپ سینسٹیو نہیں ہوں گے۔</w:t>
      </w:r>
    </w:p>
    <w:p>
      <w:r>
        <w:rPr>
          <w:b/>
        </w:rPr>
        <w:t xml:space="preserve">[37:57] </w:t>
      </w:r>
      <w:r>
        <w:t>to is duniya mein yaad rakhiye, tauba qareeb hi mumkin hai. tauba baeed ki to nobat hi nahin aati.</w:t>
      </w:r>
    </w:p>
    <w:p>
      <w:pPr>
        <w:jc w:val="right"/>
      </w:pPr>
      <w:r>
        <w:t>تو اس دنیا میں یاد رکھیے، توبہ قریب ہی ممکن ہے۔ توبہ بعید کی تو نوبت ہی نہیں آتی۔</w:t>
      </w:r>
    </w:p>
    <w:p>
      <w:r>
        <w:rPr>
          <w:b/>
        </w:rPr>
        <w:t xml:space="preserve">[38:09] </w:t>
      </w:r>
      <w:r>
        <w:t>thumma yatubuna min qareeb jo surah nisa mein hai, bohat ba-mani hai.</w:t>
      </w:r>
    </w:p>
    <w:p>
      <w:pPr>
        <w:jc w:val="right"/>
      </w:pPr>
      <w:r>
        <w:t>ثُمَّ يَتُوبُونَ مِنْ قَرِيبٍ جو سورہ النساء میں ہے، بہت بامعنی ہے۔</w:t>
      </w:r>
    </w:p>
    <w:p>
      <w:r>
        <w:rPr>
          <w:b/>
        </w:rPr>
        <w:t xml:space="preserve">[38:17] </w:t>
      </w:r>
      <w:r>
        <w:t>ke is duniya mein insan jaisi makhlooq ke liye tauba baeed hi ka option hai.</w:t>
      </w:r>
    </w:p>
    <w:p>
      <w:pPr>
        <w:jc w:val="right"/>
      </w:pPr>
      <w:r>
        <w:t>کہ اس دنیا میں انسان جیسی مخلوق کے لیے توبہ بعید ہی کا آپشن ہے۔</w:t>
      </w:r>
    </w:p>
    <w:p>
      <w:r>
        <w:rPr>
          <w:b/>
        </w:rPr>
        <w:t xml:space="preserve">[38:28] </w:t>
      </w:r>
      <w:r>
        <w:t>kyunke is waqt azeem sensitive hota hai. tauba baeed ka to option hi nahin. kyunke is waqt to ehsas khatm ho chuka hota hai. to aap tauba kya karenge?</w:t>
      </w:r>
    </w:p>
    <w:p>
      <w:pPr>
        <w:jc w:val="right"/>
      </w:pPr>
      <w:r>
        <w:t>کیونکہ اس وقت عظیم سینسٹیو ہوتا ہے۔ توبہ بعید کا تو آپشن ہی نہیں۔ کیونکہ اس وقت تو احساس ختم ہو چکا ہوتا ہے۔ تو آپ توبہ کیا کریں گے؟</w:t>
      </w:r>
    </w:p>
    <w:p>
      <w:r>
        <w:rPr>
          <w:b/>
        </w:rPr>
        <w:t xml:space="preserve">[38:37] </w:t>
      </w:r>
      <w:r>
        <w:t>to yeh bohat ziyada sochne ki baat hai. yeh baat mein bohat dinon ke baad samajh paya hoon. kyunke tafsir mein mujhe koi jawab nahin mila, tauba qareeb kya cheez hai.</w:t>
      </w:r>
    </w:p>
    <w:p>
      <w:pPr>
        <w:jc w:val="right"/>
      </w:pPr>
      <w:r>
        <w:t>تو یہ بہت زیادہ سوچنے کی بات ہے۔ یہ بات میں بہت دنوں کے بعد سمجھ پایا ہوں۔ کیونکہ تفسیر میں مجھے کوئی جواب نہیں ملا، توبہ قریب کیا چیز ہے۔</w:t>
      </w:r>
    </w:p>
    <w:p>
      <w:r>
        <w:rPr>
          <w:b/>
        </w:rPr>
        <w:t xml:space="preserve">[38:50] </w:t>
      </w:r>
      <w:r>
        <w:t>bohat si baaten sochte sochte sochte yeh samajh mein aaya ke yeh ek process hota hai.</w:t>
      </w:r>
    </w:p>
    <w:p>
      <w:pPr>
        <w:jc w:val="right"/>
      </w:pPr>
      <w:r>
        <w:t>بہت سی باتیں سوچتے سوچتے سوچتے یہ سمجھ میں آیا کہ یہ ایک پروسیس ہوتا ہے۔</w:t>
      </w:r>
    </w:p>
    <w:p>
      <w:r>
        <w:rPr>
          <w:b/>
        </w:rPr>
        <w:t xml:space="preserve">[39:00] </w:t>
      </w:r>
      <w:r>
        <w:t>qareeb se baeed tak jaane ka. jab tak qareeb ka mamla hai, tab tak</w:t>
      </w:r>
    </w:p>
    <w:p>
      <w:pPr>
        <w:jc w:val="right"/>
      </w:pPr>
      <w:r>
        <w:t>قریب سے بعید تک جانے کا۔ جب تک قریب کا معاملہ ہے، تب تک</w:t>
      </w:r>
    </w:p>
    <w:p>
      <w:r>
        <w:rPr>
          <w:b/>
        </w:rPr>
        <w:t xml:space="preserve">[39:08] </w:t>
      </w:r>
      <w:r>
        <w:t>yeh possible hota hai ke aadmi apni islaah kare. jab baeed ka mamla ho gaya to phir possibility khatm. to bohat bara risk hai yeh.</w:t>
      </w:r>
    </w:p>
    <w:p>
      <w:pPr>
        <w:jc w:val="right"/>
      </w:pPr>
      <w:r>
        <w:t>یہ پاسیبل ہوتا ہے کہ آدمی اپنی اصلاح کرے۔ جب بعید کا معاملہ ہو گیا تو پھر پاسیبلٹی ختم۔ تو بہت بڑا رسک ہے یہ۔</w:t>
      </w:r>
    </w:p>
    <w:p>
      <w:r>
        <w:rPr>
          <w:b/>
        </w:rPr>
        <w:t xml:space="preserve">[39:19] </w:t>
      </w:r>
      <w:r>
        <w:t>bohat</w:t>
      </w:r>
    </w:p>
    <w:p>
      <w:pPr>
        <w:jc w:val="right"/>
      </w:pPr>
      <w:r>
        <w:t>بہت</w:t>
      </w:r>
    </w:p>
    <w:p>
      <w:r>
        <w:rPr>
          <w:b/>
        </w:rPr>
        <w:t xml:space="preserve">[39:20] </w:t>
      </w:r>
      <w:r>
        <w:t>bara risk hai. to phir mein arz karunga ke yeh mere char bare bare phases hain.</w:t>
      </w:r>
    </w:p>
    <w:p>
      <w:pPr>
        <w:jc w:val="right"/>
      </w:pPr>
      <w:r>
        <w:t>بڑا رسک ہے۔ تو پھر میں عرض کروں گا کہ یہ میرے چار بڑے بڑے فیزز ہیں۔</w:t>
      </w:r>
    </w:p>
    <w:p>
      <w:r>
        <w:rPr>
          <w:b/>
        </w:rPr>
        <w:t xml:space="preserve">[39:31] </w:t>
      </w:r>
      <w:r>
        <w:t>pehla phase hai ke is cheez mein test milna.</w:t>
      </w:r>
    </w:p>
    <w:p>
      <w:pPr>
        <w:jc w:val="right"/>
      </w:pPr>
      <w:r>
        <w:t>پہلا فیز ہے کہ اس چیز میں ٹیسٹ ملنا۔</w:t>
      </w:r>
    </w:p>
    <w:p>
      <w:r>
        <w:rPr>
          <w:b/>
        </w:rPr>
        <w:t xml:space="preserve">[39:38] </w:t>
      </w:r>
      <w:r>
        <w:t>jab test mil raha hai aap ko, us waqt socheye ke mujhe kisi kaam ko ba-tor duty karna hai, ba-tor test nahin karna hai.</w:t>
      </w:r>
    </w:p>
    <w:p>
      <w:pPr>
        <w:jc w:val="right"/>
      </w:pPr>
      <w:r>
        <w:t>جب ٹیسٹ مل رہا ہے آپ کو، اس وقت سوچیے کہ مجھے کسی کام کو بطور ڈیوٹی کرنا ہے، بطور ٹیسٹ نہیں کرنا ہے۔</w:t>
      </w:r>
    </w:p>
    <w:p>
      <w:r>
        <w:rPr>
          <w:b/>
        </w:rPr>
        <w:t xml:space="preserve">[39:50] </w:t>
      </w:r>
      <w:r>
        <w:t>kisi kaam ko mujhe karna hai ba-tor duty, ba-tor test nahin. kyunke agar ba-tor test aap ne kisi kaam ko karna shuru kiya to woh kisi had par rukega nahin.</w:t>
      </w:r>
    </w:p>
    <w:p>
      <w:pPr>
        <w:jc w:val="right"/>
      </w:pPr>
      <w:r>
        <w:t>کسی کام کو مجھے کرنا ہے بطور ڈیوٹی، بطور ٹیسٹ نہیں۔ کیونکہ اگر بطور ٹیسٹ آپ نے کسی کام کو کرنا شروع کیا تو وہ کسی حد پر رکے گا نہیں۔</w:t>
      </w:r>
    </w:p>
    <w:p>
      <w:r>
        <w:rPr>
          <w:b/>
        </w:rPr>
        <w:t xml:space="preserve">[40:05] </w:t>
      </w:r>
      <w:r>
        <w:t>yaad rakhiye.</w:t>
      </w:r>
    </w:p>
    <w:p>
      <w:pPr>
        <w:jc w:val="right"/>
      </w:pPr>
      <w:r>
        <w:t>یاد رکھیے۔</w:t>
      </w:r>
    </w:p>
    <w:p>
      <w:r>
        <w:rPr>
          <w:b/>
        </w:rPr>
        <w:t xml:space="preserve">[40:12] </w:t>
      </w:r>
      <w:r>
        <w:t>kisi kaam ko, maslan bete ko aap</w:t>
      </w:r>
    </w:p>
    <w:p>
      <w:pPr>
        <w:jc w:val="right"/>
      </w:pPr>
      <w:r>
        <w:t>کسی کام کو، مثلاً بیٹے کو آپ</w:t>
      </w:r>
    </w:p>
    <w:p>
      <w:r>
        <w:rPr>
          <w:b/>
        </w:rPr>
        <w:t xml:space="preserve">[40:19] </w:t>
      </w:r>
      <w:r>
        <w:t>iske bare mein apni zimmedari ada karen ba-tor duty ke, to ek had par rahe gi. lekin bete se aap ko, yani pyar shuru kar den to woh lot paye ban jayega.</w:t>
      </w:r>
    </w:p>
    <w:p>
      <w:pPr>
        <w:jc w:val="right"/>
      </w:pPr>
      <w:r>
        <w:t>اس کے بارے میں اپنی ذمہ داری ادا کریں بطور ڈیوٹی کے، تو ایک حد پر رہے گی۔ لیکن بیٹے سے آپ کو، یعنی پیار شروع کر دیں تو وہ لاٹ پائے بن جائے گا۔</w:t>
      </w:r>
    </w:p>
    <w:p>
      <w:r>
        <w:rPr>
          <w:b/>
        </w:rPr>
        <w:t xml:space="preserve">[40:35] </w:t>
      </w:r>
      <w:r>
        <w:t>aur lot paye barhte barhte yahan tak pahunch jayega, ek taraf to ladka bigdega, doosri taraf aap diabetic ho jayenge.</w:t>
      </w:r>
    </w:p>
    <w:p>
      <w:pPr>
        <w:jc w:val="right"/>
      </w:pPr>
      <w:r>
        <w:t>اور لاٹ پائے بڑھتے بڑھتے یہاں تک پہنچ جائے گا، ایک طرف تو لڑکا بگڑے گا، دوسری طرف آپ ڈائبیٹک ہو جائیں گے۔</w:t>
      </w:r>
    </w:p>
    <w:p>
      <w:r>
        <w:rPr>
          <w:b/>
        </w:rPr>
        <w:t xml:space="preserve">[40:45] </w:t>
      </w:r>
      <w:r>
        <w:t>to sahi tareeqa yeh hai ke aap jo kaam karein, bator duty karein. agar aisa nahi hoga to wahi hai ke</w:t>
      </w:r>
    </w:p>
    <w:p>
      <w:pPr>
        <w:jc w:val="right"/>
      </w:pPr>
      <w:r>
        <w:t>تو صحیح طریقہ یہ ہے کہ آپ جو کام کریں، بطور ڈیوٹی کریں۔ اگر ایسا نہیں ہوگا تو وہی ہے کہ</w:t>
      </w:r>
    </w:p>
    <w:p>
      <w:r>
        <w:rPr>
          <w:b/>
        </w:rPr>
        <w:t xml:space="preserve">[41:01] </w:t>
      </w:r>
      <w:r>
        <w:t>koi process chalega. ke pehle test aayega, phir test develop hokar habit banega. phir mazeed development hoga aur woh addiction ban jayega.</w:t>
      </w:r>
    </w:p>
    <w:p>
      <w:pPr>
        <w:jc w:val="right"/>
      </w:pPr>
      <w:r>
        <w:t>کوئی پروسیس چلے گا۔ کہ پہلے ٹیسٹ آئے گا، پھر ٹیسٹ ڈیولپ ہو کر ہیبٹ بنے گا۔ پھر مزید ڈیولپمنٹ ہوگا اور وہ ایڈکشن بن جائے گا۔</w:t>
      </w:r>
    </w:p>
    <w:p>
      <w:r>
        <w:rPr>
          <w:b/>
        </w:rPr>
        <w:t xml:space="preserve">[41:13] </w:t>
      </w:r>
      <w:r>
        <w:t>aur development hoga aur phir uska point of no return aa jayega.</w:t>
      </w:r>
    </w:p>
    <w:p>
      <w:pPr>
        <w:jc w:val="right"/>
      </w:pPr>
      <w:r>
        <w:t>اور ڈیولپمنٹ ہوگا اور پھر اس کا پوائنٹ آف نو ریٹرن آ جائے گا۔</w:t>
      </w:r>
    </w:p>
    <w:p>
      <w:r>
        <w:rPr>
          <w:b/>
        </w:rPr>
        <w:t xml:space="preserve">[41:19] </w:t>
      </w:r>
      <w:r>
        <w:t>aap dekhiye, duniya mein hamein thoda sa mauqa mila hai kaam karne ka. yani average umar aadmi ki 70 saal batayi jati hai, taqreeban.</w:t>
      </w:r>
    </w:p>
    <w:p>
      <w:pPr>
        <w:jc w:val="right"/>
      </w:pPr>
      <w:r>
        <w:t>آپ دیکھیے، دنیا میں ہمیں تھوڑا سا موقع ملا ہے کام کرنے کا۔ یعنی ایوریج عمر آدمی کی 70 سال بتائی جاتی ہے، تقریباً۔</w:t>
      </w:r>
    </w:p>
    <w:p>
      <w:r>
        <w:rPr>
          <w:b/>
        </w:rPr>
        <w:t xml:space="preserve">[41:31] </w:t>
      </w:r>
      <w:r>
        <w:t>to 70 saal to kuch bhi nahi hai. kyunke bachpan ke dour ko nikaal dijiye, nojawaani ko nikaal dijiye, immaturity ke dour ko nikaal dijiye.</w:t>
      </w:r>
    </w:p>
    <w:p>
      <w:pPr>
        <w:jc w:val="right"/>
      </w:pPr>
      <w:r>
        <w:t>تو 70 سال تو کچھ بھی نہیں ہے۔ کیونکہ بچپن کے دور کو نکال دیجیے، نوجوانی کو نکال دیجیے، ام میچورٹی کے دور کو نکال دیجیے۔</w:t>
      </w:r>
    </w:p>
    <w:p>
      <w:r>
        <w:rPr>
          <w:b/>
        </w:rPr>
        <w:t xml:space="preserve">[41:42] </w:t>
      </w:r>
      <w:r>
        <w:t>to bachcha kya karta hai? immaturity wala age pata hai, bachcha karta hai?</w:t>
      </w:r>
    </w:p>
    <w:p>
      <w:pPr>
        <w:jc w:val="right"/>
      </w:pPr>
      <w:r>
        <w:t>تو بچہ کیا کرتا ہے؟ ام میچورٹی والا ایج پتہ ہے، بچہ کرتا ہے؟</w:t>
      </w:r>
    </w:p>
    <w:p>
      <w:r>
        <w:rPr>
          <w:b/>
        </w:rPr>
        <w:t xml:space="preserve">[41:49] </w:t>
      </w:r>
      <w:r>
        <w:t>to 70 saal thodi mila aap ko. poora 70 saal, yani 70 saal average umar hai, lekin 70 saal kaam karne ke liye kahan mila?</w:t>
      </w:r>
    </w:p>
    <w:p>
      <w:pPr>
        <w:jc w:val="right"/>
      </w:pPr>
      <w:r>
        <w:t>تو 70 سال تھوڑی ملا آپ کو۔ پورا 70 سال، یعنی 70 سال ایوریج عمر ہے، لیکن 70 سال کام کرنے کے لیے کہاں ملا؟</w:t>
      </w:r>
    </w:p>
    <w:p>
      <w:r>
        <w:rPr>
          <w:b/>
        </w:rPr>
        <w:t xml:space="preserve">[42:02] </w:t>
      </w:r>
      <w:r>
        <w:t>yani bachpan ko is mein minus kar dijiye, nojawaani ko minus kar dijiye, immaturity ke dour ko minus kar dijiye.</w:t>
      </w:r>
    </w:p>
    <w:p>
      <w:pPr>
        <w:jc w:val="right"/>
      </w:pPr>
      <w:r>
        <w:t>یعنی بچپن کو اس میں مائنس کر دیجیے، نوجوانی کو مائنس کر دیجیے، ام میچورٹی کے دور کو مائنس کر دیجیے۔</w:t>
      </w:r>
    </w:p>
    <w:p>
      <w:r>
        <w:rPr>
          <w:b/>
        </w:rPr>
        <w:t xml:space="preserve">[42:13] </w:t>
      </w:r>
      <w:r>
        <w:t>phir maturity ka jo age hai, woh kitna rahega? bohat hi kam rahega.</w:t>
      </w:r>
    </w:p>
    <w:p>
      <w:pPr>
        <w:jc w:val="right"/>
      </w:pPr>
      <w:r>
        <w:t>پھر میچورٹی کا جو ایج ہے، وہ کتنا رہے گا؟ بہت ہی کم رہے گا۔</w:t>
      </w:r>
    </w:p>
    <w:p>
      <w:r>
        <w:rPr>
          <w:b/>
        </w:rPr>
        <w:t xml:space="preserve">[42:21] </w:t>
      </w:r>
      <w:r>
        <w:t>to aadmi ko chahiye ke apne bare mein bohat hi zyada serious ho. bohat zyada serious ho. bohat zyada serious ho.</w:t>
      </w:r>
    </w:p>
    <w:p>
      <w:pPr>
        <w:jc w:val="right"/>
      </w:pPr>
      <w:r>
        <w:t>تو آدمی کو چاہیے کہ اپنے بارے میں بہت ہی زیادہ سیریس ہو۔ بہت زیادہ سیریس ہو۔ بہت زیادہ سیریس ہو۔</w:t>
      </w:r>
    </w:p>
    <w:p>
      <w:r>
        <w:rPr>
          <w:b/>
        </w:rPr>
        <w:t xml:space="preserve">[42:34] </w:t>
      </w:r>
      <w:r>
        <w:t>apne bare mein. log doosron ke bare mein bohat bolte hain. yani doosron ke bare mein khoob dikhate hain seriousness.</w:t>
      </w:r>
    </w:p>
    <w:p>
      <w:pPr>
        <w:jc w:val="right"/>
      </w:pPr>
      <w:r>
        <w:t>اپنے بارے میں۔ لوگ دوسروں کے بارے میں بہت بولتے ہیں۔ یعنی دوسروں کے بارے میں خوب دکھاتے ہیں سیریسنس۔</w:t>
      </w:r>
    </w:p>
    <w:p>
      <w:r>
        <w:rPr>
          <w:b/>
        </w:rPr>
        <w:t xml:space="preserve">[42:44] </w:t>
      </w:r>
      <w:r>
        <w:t>aisa zulm ho raha hai, waisa fasaad ho raha hai, woh bigaad ho raha hai.</w:t>
      </w:r>
    </w:p>
    <w:p>
      <w:pPr>
        <w:jc w:val="right"/>
      </w:pPr>
      <w:r>
        <w:t>ایسا ظلم ہو رہا ہے، ویسا فساد ہو رہا ہے، وہ بگاڑ ہو رہا ہے۔</w:t>
      </w:r>
    </w:p>
    <w:p>
      <w:r>
        <w:rPr>
          <w:b/>
        </w:rPr>
        <w:t xml:space="preserve">[42:47] </w:t>
      </w:r>
      <w:r>
        <w:t>jisko dekhiye, doosre ke bare mein expert bana hua hai. yani doosron ke bigaad ko batane ke liye har aadmi expert bana hua hai. jisko dekhiye.</w:t>
      </w:r>
    </w:p>
    <w:p>
      <w:pPr>
        <w:jc w:val="right"/>
      </w:pPr>
      <w:r>
        <w:t>جس کو دیکھیے، دوسرے کے بارے میں ایکسپرٹ بنا ہوا۔ یعنی دوسروں کے بگاڑ کو بتانے کے لیے ہر آدمی ایکسپرٹ بنا ہوا ہے۔ جس کو دیکھیے۔</w:t>
      </w:r>
    </w:p>
    <w:p>
      <w:r>
        <w:rPr>
          <w:b/>
        </w:rPr>
        <w:t xml:space="preserve">[42:57] </w:t>
      </w:r>
      <w:r>
        <w:t>koi stage par, koi writing mein, koi majlis guftaguon mein. har aadmi doosre ke bigaad ko point out karne ke liye expert bana hua hai.</w:t>
      </w:r>
    </w:p>
    <w:p>
      <w:pPr>
        <w:jc w:val="right"/>
      </w:pPr>
      <w:r>
        <w:t>کوئی اسٹیج پر، کوئی رائٹنگ میں، کوئی مجلس گفتگوؤں میں۔ ہر آدمی دوسرے کے بگاڑ کو پوائنٹ آؤٹ کرنے کے لیے ایکسپرٹ بنا ہوا ہے۔</w:t>
      </w:r>
    </w:p>
    <w:p>
      <w:r>
        <w:rPr>
          <w:b/>
        </w:rPr>
        <w:t xml:space="preserve">[43:12] </w:t>
      </w:r>
      <w:r>
        <w:t>mahir bana hua hai. lekin apne ko khabar nahi.</w:t>
      </w:r>
    </w:p>
    <w:p>
      <w:pPr>
        <w:jc w:val="right"/>
      </w:pPr>
      <w:r>
        <w:t>ماہر بنا ہوا ہے۔ لیکن اپنے کو خبر نہیں۔</w:t>
      </w:r>
    </w:p>
    <w:p>
      <w:r>
        <w:rPr>
          <w:b/>
        </w:rPr>
        <w:t xml:space="preserve">[43:20] </w:t>
      </w:r>
      <w:r>
        <w:t>apne andar kya bigaad paida ho raha hai, kya kya shakhsiyat ban rahi hai, uski khabar nahi.</w:t>
      </w:r>
    </w:p>
    <w:p>
      <w:pPr>
        <w:jc w:val="right"/>
      </w:pPr>
      <w:r>
        <w:t>اپنے اندر کیا بگاڑ پیدا ہو رہا ہے، کیا کیا شخصیت بن رہی ہے، اس کی خبر نہیں۔</w:t>
      </w:r>
    </w:p>
    <w:p>
      <w:r>
        <w:rPr>
          <w:b/>
        </w:rPr>
        <w:t xml:space="preserve">[43:31] </w:t>
      </w:r>
      <w:r>
        <w:t>main to jahan dekhta hoon, jis majlis mein, jis magazine mein, jis stage par, har jagah doosron ke bigaad ka charcha ho raha hai.</w:t>
      </w:r>
    </w:p>
    <w:p>
      <w:pPr>
        <w:jc w:val="right"/>
      </w:pPr>
      <w:r>
        <w:t>میں تو جہاں دیکھتا ہوں، جس مجلس میں، جس میگزین میں، جس اسٹیج پر، ہر جگہ دوسروں کے بگاڑ کا چرچا ہو رہا ہے۔</w:t>
      </w:r>
    </w:p>
    <w:p>
      <w:r>
        <w:rPr>
          <w:b/>
        </w:rPr>
        <w:t xml:space="preserve">[43:44] </w:t>
      </w:r>
      <w:r>
        <w:t>self correction ki baat kahin nahi ho rahi hai. introspection ki baat kahin nahi ho rahi hai. tauba qareeb ki baat kahin nahi ho rahi.</w:t>
      </w:r>
    </w:p>
    <w:p>
      <w:pPr>
        <w:jc w:val="right"/>
      </w:pPr>
      <w:r>
        <w:t>سیلف کریکشن کی بات کہیں نہیں ہو رہی ہے۔ انٹریکشن کی بات کہیں نہیں ہو رہی ہے۔ توبہ قریب کی بات کہیں نہیں ہو رہی۔</w:t>
      </w:r>
    </w:p>
    <w:p>
      <w:r>
        <w:rPr>
          <w:b/>
        </w:rPr>
        <w:t xml:space="preserve">[43:58] </w:t>
      </w:r>
      <w:r>
        <w:t>to aap log jo ke, yani ek mission ko le kar chal rahe hain, to aap se main arz karunga ke aap mein se har shakhs apna muhasib ban jaye.</w:t>
      </w:r>
    </w:p>
    <w:p>
      <w:pPr>
        <w:jc w:val="right"/>
      </w:pPr>
      <w:r>
        <w:t>تو آپ لوگ جو کہ، یعنی ایک مشن کو لے کر چل رہے ہیں، تو آپ سے میں عرض کروں گا کہ آپ میں سے ہر شخص اپنا محاسب بن جائے۔</w:t>
      </w:r>
    </w:p>
    <w:p>
      <w:r>
        <w:rPr>
          <w:b/>
        </w:rPr>
        <w:t xml:space="preserve">[44:16] </w:t>
      </w:r>
      <w:r>
        <w:t>apne apne aap ko barabar watch karta rahe.</w:t>
      </w:r>
    </w:p>
    <w:p>
      <w:pPr>
        <w:jc w:val="right"/>
      </w:pPr>
      <w:r>
        <w:t>اپنے اپنے آپ کو برابر واچ کرتا رہے۔</w:t>
      </w:r>
    </w:p>
    <w:p>
      <w:r>
        <w:rPr>
          <w:b/>
        </w:rPr>
        <w:t xml:space="preserve">[44:21] </w:t>
      </w:r>
      <w:r>
        <w:t>warna aap jo mission hai aap ka, us mein aap apna role ada nahi kar sakenge.</w:t>
      </w:r>
    </w:p>
    <w:p>
      <w:pPr>
        <w:jc w:val="right"/>
      </w:pPr>
      <w:r>
        <w:t>ورنہ آپ جو مشن ہے آپ کا، اس میں آپ اپنا رول ادا نہیں کر سکیں گے۔</w:t>
      </w:r>
    </w:p>
    <w:p>
      <w:r>
        <w:rPr>
          <w:b/>
        </w:rPr>
        <w:t xml:space="preserve">[44:30] </w:t>
      </w:r>
      <w:r>
        <w:t>apna role ada nahi kar sakenge. main aise kai logon ko jaanta hoon jo ek maani mission ki taraf uthe, lekin kahin katak gaye aur phir woh mission khatam ho gaya.</w:t>
      </w:r>
    </w:p>
    <w:p>
      <w:pPr>
        <w:jc w:val="right"/>
      </w:pPr>
      <w:r>
        <w:t>اپنا رول ادا نہیں کر سکیں گے۔ میں ایسے کئی لوگوں کو جانتا ہوں جو ایک معنی مشن کی طرف اٹھے، لیکن کہیں کٹک گئے اور پھر وہ مشن ختم ہو گیا۔</w:t>
      </w:r>
    </w:p>
    <w:p>
      <w:r>
        <w:rPr>
          <w:b/>
        </w:rPr>
        <w:t xml:space="preserve">[44:43] </w:t>
      </w:r>
      <w:r>
        <w:t>aur woh idhar kahin bhaag gaye, koi udhar bhaag gaye.</w:t>
      </w:r>
    </w:p>
    <w:p>
      <w:pPr>
        <w:jc w:val="right"/>
      </w:pPr>
      <w:r>
        <w:t>اور وہ ادھر کہیں بھاگ گئے، کوئی ادھر بھاگ گئے۔</w:t>
      </w:r>
    </w:p>
    <w:p>
      <w:r>
        <w:rPr>
          <w:b/>
        </w:rPr>
        <w:t xml:space="preserve">[44:51] </w:t>
      </w:r>
      <w:r>
        <w:t>to aap ko apne mission ko durust tor par jaari rakhne ke liye zaroori hai ke apna aap muhasaba karein.</w:t>
      </w:r>
    </w:p>
    <w:p>
      <w:pPr>
        <w:jc w:val="right"/>
      </w:pPr>
      <w:r>
        <w:t>تو آپ کو اپنے مشن کو درست طور پر جاری رکھنے کے لیے ضروری ہے کہ اپنا آپ محاسبہ کریں۔</w:t>
      </w:r>
    </w:p>
    <w:p>
      <w:r>
        <w:rPr>
          <w:b/>
        </w:rPr>
        <w:t xml:space="preserve">[45:03] </w:t>
      </w:r>
      <w:r>
        <w:t>apne apne upar, yani apna apna apna check karte rahein.</w:t>
      </w:r>
    </w:p>
    <w:p>
      <w:pPr>
        <w:jc w:val="right"/>
      </w:pPr>
      <w:r>
        <w:t>اپنے اپنے اوپر، یعنی اپنا اپنا اپنا چیک کرتے رہیں۔</w:t>
      </w:r>
    </w:p>
    <w:p>
      <w:r>
        <w:rPr>
          <w:b/>
        </w:rPr>
        <w:t xml:space="preserve">[45:10] </w:t>
      </w:r>
      <w:r>
        <w:t>to meri dua hai ke allah ta'ala mujh ko aur aap ko tofeeq de ke hum sirat-e-mustaqeem par chalen aur doosron ko bhi sirat-e-mustaqeem ka rasta dikhaen.</w:t>
      </w:r>
    </w:p>
    <w:p>
      <w:pPr>
        <w:jc w:val="right"/>
      </w:pPr>
      <w:r>
        <w:t>تو میری دعا ہے کہ اللہ تعالیٰ مجھ کو اور آپ کو توفیق دے کہ ہم صراط مستقیم پر چلیں اور دوسروں کو بھی صراط مستقیم کا راستہ دکھائیں۔</w:t>
      </w:r>
    </w:p>
    <w:p>
      <w:r>
        <w:rPr>
          <w:b/>
        </w:rPr>
        <w:t xml:space="preserve">[45:27] </w:t>
      </w:r>
      <w:r>
        <w:t>yeh bohat ziyada sanjeedgi ki zaroorat hai, bohat ziyada seriousness ki zaroorat hai, bohat ziyada hosh ke sath jeene ki zaroorat hai dunya mein.</w:t>
      </w:r>
    </w:p>
    <w:p>
      <w:pPr>
        <w:jc w:val="right"/>
      </w:pPr>
      <w:r>
        <w:t>یہ بہت زیادہ سنجیدگی کی ضرورت ہے، بہت زیادہ سیریسنس کی ضرورت ہے، بہت زیادہ ہوش کے ساتھ جینے کی ضرورت ہے دنیا میں۔</w:t>
      </w:r>
    </w:p>
    <w:p>
      <w:r>
        <w:rPr>
          <w:b/>
        </w:rPr>
        <w:t xml:space="preserve">[45:39] </w:t>
      </w:r>
      <w:r>
        <w:t>to allah ta'ala meri aur aap ki madad farmaye. dunya aur aakhirat mein hamara madadgar ho. assalam o alaikum wa rehmatullah</w:t>
      </w:r>
    </w:p>
    <w:p>
      <w:pPr>
        <w:jc w:val="right"/>
      </w:pPr>
      <w:r>
        <w:t>تو اللہ تعالیٰ میری اور آپ کی مدد فرمائے۔ دنیا اور آخرت میں ہمارا مددگار ہو۔ السلام علیکم ورحمۃ اللہ</w:t>
      </w:r>
    </w:p>
    <w:p>
      <w:r>
        <w:rPr>
          <w:b/>
        </w:rPr>
        <w:t xml:space="preserve">[46:04] </w:t>
      </w:r>
      <w:r>
        <w:t>Okay, we will now begin the question-answer session with Maulana sahib.</w:t>
      </w:r>
    </w:p>
    <w:p>
      <w:pPr>
        <w:jc w:val="right"/>
      </w:pPr>
      <w:r>
        <w:t>Okay, we will now begin the question-answer session with مولانا صاحب۔</w:t>
      </w:r>
    </w:p>
    <w:p>
      <w:r>
        <w:rPr>
          <w:b/>
        </w:rPr>
        <w:t xml:space="preserve">[46:09] </w:t>
      </w:r>
      <w:r>
        <w:t>All the online viewers who are watching this program, and if they want to send their questions, then they can write to us at info@cpsglobal.org.</w:t>
      </w:r>
    </w:p>
    <w:p>
      <w:pPr>
        <w:jc w:val="right"/>
      </w:pPr>
      <w:r>
        <w:t>All the online viewers who are watching this program, and if they want to send their questions, then they can write to us at info@cpsglobal.org.</w:t>
      </w:r>
    </w:p>
    <w:p>
      <w:r>
        <w:rPr>
          <w:b/>
        </w:rPr>
        <w:t xml:space="preserve">[46:21] </w:t>
      </w:r>
      <w:r>
        <w:t>Maulana, yeh sawal ashar sahib ka aaya hai bareilly se, aur unhon ne likha hai: "Molana, abandoning bad habits is understandable, but pruning every habit,</w:t>
      </w:r>
    </w:p>
    <w:p>
      <w:pPr>
        <w:jc w:val="right"/>
      </w:pPr>
      <w:r>
        <w:t>مولانا، یہ سوال اشر صاحب کا آیا ہے بریلی سے، اور انہوں نے لکھا ہے: "Molana, abandoning bad habits is understandable, but pruning every habit,</w:t>
      </w:r>
    </w:p>
    <w:p>
      <w:r>
        <w:rPr>
          <w:b/>
        </w:rPr>
        <w:t xml:space="preserve">[46:34] </w:t>
      </w:r>
      <w:r>
        <w:t>many of which may not be wrong or unlawful, may make life very dull and devoid of any interest. What is your take on this?" bhai, dekhiye ke is mein koi misaal to di nahi unhon ne.</w:t>
      </w:r>
    </w:p>
    <w:p>
      <w:pPr>
        <w:jc w:val="right"/>
      </w:pPr>
      <w:r>
        <w:t>many of which may not be wrong or unlawful, may make life very dull and devoid of any interest. What is your take on this?" بھئی، دیکھیے کہ اس میں کوئی مثال تو دی نہیں انہوں نے۔</w:t>
      </w:r>
    </w:p>
    <w:p>
      <w:r>
        <w:rPr>
          <w:b/>
        </w:rPr>
        <w:t xml:space="preserve">[46:49] </w:t>
      </w:r>
      <w:r>
        <w:t>Misaal chahiye.</w:t>
      </w:r>
    </w:p>
    <w:p>
      <w:pPr>
        <w:jc w:val="right"/>
      </w:pPr>
      <w:r>
        <w:t>مثال چاہیے۔</w:t>
      </w:r>
    </w:p>
    <w:p>
      <w:r>
        <w:rPr>
          <w:b/>
        </w:rPr>
        <w:t xml:space="preserve">[46:52] </w:t>
      </w:r>
      <w:r>
        <w:t>Mera tajurba yeh hai ke ke koi bhi cheez bator habit agar karen ge aap, bazahir acha kaam, tab bhi woh aap ko ruin kare ga.</w:t>
      </w:r>
    </w:p>
    <w:p>
      <w:pPr>
        <w:jc w:val="right"/>
      </w:pPr>
      <w:r>
        <w:t>میرا تجربہ یہ ہے کہ کہ کوئی بھی چیز بطور ہیبٹ اگر کریں گے آپ، بظاہر اچھا کام، تب بھی وہ آپ کو روئین کرے گا۔</w:t>
      </w:r>
    </w:p>
    <w:p>
      <w:r>
        <w:rPr>
          <w:b/>
        </w:rPr>
        <w:t xml:space="preserve">[47:05] </w:t>
      </w:r>
      <w:r>
        <w:t>Bazahir acha kaam, woh bhi ruin kare ga. jaise maine arz kiya ke hamare zamane mein shair-o-shairi ek acha kaam samajhti thi.</w:t>
      </w:r>
    </w:p>
    <w:p>
      <w:pPr>
        <w:jc w:val="right"/>
      </w:pPr>
      <w:r>
        <w:t>بظاہر اچھا کام، وہ بھی روئین کرے گا۔ جیسے میں نے عرض کیا کہ ہمارے زمانے میں شعر و شاعری ایک اچھا کام سمجھتی تھی۔</w:t>
      </w:r>
    </w:p>
    <w:p>
      <w:r>
        <w:rPr>
          <w:b/>
        </w:rPr>
        <w:t xml:space="preserve">[47:15] </w:t>
      </w:r>
      <w:r>
        <w:t>Sab log shair-o-shairi karte the. achhe achhe ulama shair-o-shairi karte the.</w:t>
      </w:r>
    </w:p>
    <w:p>
      <w:pPr>
        <w:jc w:val="right"/>
      </w:pPr>
      <w:r>
        <w:t>سب لوگ شعر و شاعری کرتے تھے۔ اچھے اچھے علماء شعر و شاعری کرتے تھے۔</w:t>
      </w:r>
    </w:p>
    <w:p>
      <w:r>
        <w:rPr>
          <w:b/>
        </w:rPr>
        <w:t xml:space="preserve">[47:22] </w:t>
      </w:r>
      <w:r>
        <w:t>To woh to acha acha tha. lekin maine mehsoos kiya ke shair-o-shairi agar koi adat ban jaye gi to woh tabahi hai. aisi study acha kaam hai, lekin but rasal ke liye jab study habit ban gayi to uska thinking process hi,</w:t>
      </w:r>
    </w:p>
    <w:p>
      <w:pPr>
        <w:jc w:val="right"/>
      </w:pPr>
      <w:r>
        <w:t>تو وہ تو اچھا اچھا تھا۔ لیکن میں نے محسوس کیا کہ شعر و شاعری اگر کوئی عادت بن جائے گی تو وہ تباہی ہے۔ ایسی اسٹڈی اچھا کام ہے، لیکن بٹ ریسل کے لیے جب اسٹڈی ہیبٹ بن گئی تو اس کا تھنکنگ پراسیس ہی،</w:t>
      </w:r>
    </w:p>
    <w:p>
      <w:r>
        <w:rPr>
          <w:b/>
        </w:rPr>
        <w:t xml:space="preserve">[47:39] </w:t>
      </w:r>
      <w:r>
        <w:t>yani mein stop ho gaya.</w:t>
      </w:r>
    </w:p>
    <w:p>
      <w:pPr>
        <w:jc w:val="right"/>
      </w:pPr>
      <w:r>
        <w:t>یعنی میں سٹاپ ہو گیا۔</w:t>
      </w:r>
    </w:p>
    <w:p>
      <w:r>
        <w:rPr>
          <w:b/>
        </w:rPr>
        <w:t xml:space="preserve">[47:44] </w:t>
      </w:r>
      <w:r>
        <w:t>To mein samajhta hoon ke is mein mere tajurbe ke mutabiq har adat, har adat hi by by habit hai.</w:t>
      </w:r>
    </w:p>
    <w:p>
      <w:pPr>
        <w:jc w:val="right"/>
      </w:pPr>
      <w:r>
        <w:t>تو میں سمجھتا ہوں کہ اس میں میرے تجربے کے مطابق ہر عادت، ہر عادت ہی بائی بائی ہیبٹ ہے۔</w:t>
      </w:r>
    </w:p>
    <w:p>
      <w:r>
        <w:rPr>
          <w:b/>
        </w:rPr>
        <w:t xml:space="preserve">[47:54] </w:t>
      </w:r>
      <w:r>
        <w:t>Adat ke taur par koi kaam nahi karna hai humein. humein har kaam ko shor ke taur par karna hai.</w:t>
      </w:r>
    </w:p>
    <w:p>
      <w:pPr>
        <w:jc w:val="right"/>
      </w:pPr>
      <w:r>
        <w:t>عادت کے طور پر کوئی کام نہیں کرنا ہے ہمیں۔ ہمیں ہر کام کو شور کے طور پر کرنا ہے۔</w:t>
      </w:r>
    </w:p>
    <w:p>
      <w:r>
        <w:rPr>
          <w:b/>
        </w:rPr>
        <w:t xml:space="preserve">[48:03] </w:t>
      </w:r>
      <w:r>
        <w:t>Har kaam ko humein shor ke taur par karna hai. mera apna tajurba yahi hai. agar koi aadmi misaal bataye mujhe to mein is mein mazeed wazahat kar sakta hoon.</w:t>
      </w:r>
    </w:p>
    <w:p>
      <w:pPr>
        <w:jc w:val="right"/>
      </w:pPr>
      <w:r>
        <w:t>ہر کام کو ہمیں شور کے طور پر کرنا ہے۔ میرا اپنا تجربہ یہی ہے۔ اگر کوئی آدمی مثال بتائے مجھے تو میں اس میں مزید وضاحت کر سکتا ہوں۔</w:t>
      </w:r>
    </w:p>
    <w:p>
      <w:r>
        <w:rPr>
          <w:b/>
        </w:rPr>
        <w:t xml:space="preserve">[48:14] </w:t>
      </w:r>
      <w:r>
        <w:t>Mein apni zindagi mein kai cheezein chhori hain, jaise maine arz kiya ke meetha khana to meetha khana to koi buri baat nahi hai. kai log samajhte hain ke meetha khana sunnat hai.</w:t>
      </w:r>
    </w:p>
    <w:p>
      <w:pPr>
        <w:jc w:val="right"/>
      </w:pPr>
      <w:r>
        <w:t>میں اپنی زندگی میں کئی چیزیں چھوڑی ہیں، جیسے میں نے عرض کیا کہ میٹھا کھانا تو میٹھا کھانا تو کوئی بری بات نہیں ہے۔ کئی لوگ سمجھتے ہیں کہ میٹھا کھانا سنت ہے۔</w:t>
      </w:r>
    </w:p>
    <w:p>
      <w:r>
        <w:rPr>
          <w:b/>
        </w:rPr>
        <w:t xml:space="preserve">[48:25] </w:t>
      </w:r>
      <w:r>
        <w:t>Lekin maine mehsoos kiya ke meetha jo hai, jab meri adat banne laga to isi mein mashgool ho kar mere soch, mere mere mere jo thinking process jo hai, woh rukne laga.</w:t>
      </w:r>
    </w:p>
    <w:p>
      <w:pPr>
        <w:jc w:val="right"/>
      </w:pPr>
      <w:r>
        <w:t>لیکن میں نے محسوس کیا کہ میٹھا جو ہے، جب میری عادت بننے لگا تو اسی میں مشغول ہو کر میرے سوچ، میرے میرے میرے جو تھنکنگ پراسیس جو ہے، وہ رکنے لگا۔</w:t>
      </w:r>
    </w:p>
    <w:p>
      <w:r>
        <w:rPr>
          <w:b/>
        </w:rPr>
        <w:t xml:space="preserve">[48:38] </w:t>
      </w:r>
      <w:r>
        <w:t>Jab tak mein meetha kha raha hoon to thinking process ruka</w:t>
      </w:r>
    </w:p>
    <w:p>
      <w:pPr>
        <w:jc w:val="right"/>
      </w:pPr>
      <w:r>
        <w:t>جب تک میں میٹھا کھا رہا ہوں تو تھنکنگ پراسیس رکا</w:t>
      </w:r>
    </w:p>
    <w:p>
      <w:r>
        <w:rPr>
          <w:b/>
        </w:rPr>
        <w:t xml:space="preserve">[48:42] </w:t>
      </w:r>
      <w:r>
        <w:t>hua hai. bas taste le raha hoon, taste le raha hoon, taste le raha hoon. to mera apna tajurba yahi hai ke har adat hi tabah kun hai.</w:t>
      </w:r>
    </w:p>
    <w:p>
      <w:pPr>
        <w:jc w:val="right"/>
      </w:pPr>
      <w:r>
        <w:t>ہوا ہے۔ بس ٹیسٹ لے رہا ہوں، ٹیسٹ لے رہا ہوں، ٹیسٹ لے رہا ہوں۔ تو میرا اپنا تجربہ یہی ہے کہ ہر عادت ہی تباہ کن ہے۔</w:t>
      </w:r>
    </w:p>
    <w:p>
      <w:r>
        <w:rPr>
          <w:b/>
        </w:rPr>
        <w:t xml:space="preserve">[48:54] </w:t>
      </w:r>
      <w:r>
        <w:t>Koi is aitbar se ke woh haram hai, maslan alcohol haram hai, haram ke ma'ne mein woh tabah kun hai. lekin kuch cheezein zindagi mein jo mein is ko kehta hoon ghair-e-muharram haram, yani muharram, yani haram na ho kar bhi woh tabah kun hai.</w:t>
      </w:r>
    </w:p>
    <w:p>
      <w:pPr>
        <w:jc w:val="right"/>
      </w:pPr>
      <w:r>
        <w:t>کوئی اس اعتبار سے کہ وہ حرام ہے، مثلاً الکوحل حرام ہے، حرام کے معنی میں وہ تباہ کن ہے۔ لیکن کچھ چیزیں زندگی میں جو میں اس کو کہتا ہوں غیر محرم حرام، یعنی محرم، یعنی حرام نہ ہو کر بھی وہ تباہ کن ہے۔</w:t>
      </w:r>
    </w:p>
    <w:p>
      <w:r>
        <w:rPr>
          <w:b/>
        </w:rPr>
        <w:t xml:space="preserve">[49:11] </w:t>
      </w:r>
      <w:r>
        <w:t>Yeh mera tajurba to yahi hai. agar koi misaal batayega to mein inshallah mazeed wazahat karunga. Maulana, agla sawal Mumbai se aaya hai Miss Yasmeen ka, aur unhon ne aapse poocha hai ke "Molana, in your knowledge, is there any habit which, according to you, should be adopted by everyone?" Koi bhi habit nahi.</w:t>
      </w:r>
    </w:p>
    <w:p>
      <w:pPr>
        <w:jc w:val="right"/>
      </w:pPr>
      <w:r>
        <w:t>یہ میرا تجربہ تو یہی ہے۔ اگر کوئی مثال بتائے گا تو میں انشاءاللہ مزید وضاحت کروں گا۔ مولانا، اگلا سوال ممبئی سے آیا ہے مس یاسمین کا، اور انہوں نے آپ سے پوچھا ہے کہ "Molana, in your knowledge, is there any habit which, according to you, should be adopted by everyone?" کوئی بھی ہیبٹ نہیں۔</w:t>
      </w:r>
    </w:p>
    <w:p>
      <w:r>
        <w:rPr>
          <w:b/>
        </w:rPr>
        <w:t xml:space="preserve">[49:37] </w:t>
      </w:r>
      <w:r>
        <w:t>Mein to yahi keh raha hoon, koi peeche bator habit nahi karna chahiye.</w:t>
      </w:r>
    </w:p>
    <w:p>
      <w:pPr>
        <w:jc w:val="right"/>
      </w:pPr>
      <w:r>
        <w:t>میں تو یہی کہہ رہا ہوں، کوئی پیچھے بطور ہیبٹ نہیں کرنا چاہیے۔</w:t>
      </w:r>
    </w:p>
    <w:p>
      <w:r>
        <w:rPr>
          <w:b/>
        </w:rPr>
        <w:t xml:space="preserve">[49:42] </w:t>
      </w:r>
      <w:r>
        <w:t>Adat ke taur par nahi. Hatta ke namaz bhi agar adat ke taur par parhen to kya kya is ka kya purpose hai? Aap tasbeeh parhen adat ke taur par, namaz parhen adat ke taur par.</w:t>
      </w:r>
    </w:p>
    <w:p>
      <w:pPr>
        <w:jc w:val="right"/>
      </w:pPr>
      <w:r>
        <w:t>عادت کے طور پر نہیں۔ حتیٰ کہ نماز بھی اگر عادت کے طور پر پڑھیں تو کیا کیا اس کا کیا پرپس کیا ہے؟ آپ تسبیح پڑھیں عادت کے طور پر، نماز پڑھیں عادت کے طور پر۔</w:t>
      </w:r>
    </w:p>
    <w:p>
      <w:r>
        <w:rPr>
          <w:b/>
        </w:rPr>
        <w:t xml:space="preserve">[49:55] </w:t>
      </w:r>
      <w:r>
        <w:t>Shu'oor ke taur par karen tab is ka sawab hai. Aap namaz shu'oor honi chahiye, tilawat shu'oor honi chahiye, zikr-e-ilahi shu'oor hona chahiye.</w:t>
      </w:r>
    </w:p>
    <w:p>
      <w:pPr>
        <w:jc w:val="right"/>
      </w:pPr>
      <w:r>
        <w:t>شعوری طور پر کریں تب اس کا ثواب ہے۔ آپ نماز شعوری ہونی چاہیے، تلاوت شعوری ہونی چاہیے، ذکر اللہ شعوری ہونا چاہیے۔</w:t>
      </w:r>
    </w:p>
    <w:p>
      <w:r>
        <w:rPr>
          <w:b/>
        </w:rPr>
        <w:t xml:space="preserve">[50:08] </w:t>
      </w:r>
      <w:r>
        <w:t>bator aadat aap karen ge to main nahin samajhta hoon ke woh is ka koi value hai. koi value nahin hai is ki. dekhiye, ek hadith hai ke tum ibadat karte ho, yaani namaz waghera ki ibadaten karte ho.</w:t>
      </w:r>
    </w:p>
    <w:p>
      <w:pPr>
        <w:jc w:val="right"/>
      </w:pPr>
      <w:r>
        <w:t>بطور عادت آپ کریں گے تو میں نہیں سمجھتا ہوں کہ وہ اس کا کوئی ویلیو ہے۔ کوئی ویلیو نہیں ہے اس کی۔ دیکھیے، ایک حدیث ہے کہ تم عبادت کرتے ہو، یعنی نماز وغیرہ کی عبادتیں کرتے ہو۔</w:t>
      </w:r>
    </w:p>
    <w:p>
      <w:r>
        <w:rPr>
          <w:b/>
        </w:rPr>
        <w:t xml:space="preserve">[50:26] </w:t>
      </w:r>
      <w:r>
        <w:t>insan ibadat karta hai, is ke baad yeh lafz hai ke</w:t>
      </w:r>
    </w:p>
    <w:p>
      <w:pPr>
        <w:jc w:val="right"/>
      </w:pPr>
      <w:r>
        <w:t>انسان عبادت کرتا ہے، اس کے بعد یہ لفظ ہے کہ</w:t>
      </w:r>
    </w:p>
    <w:p>
      <w:r>
        <w:rPr>
          <w:b/>
        </w:rPr>
        <w:t xml:space="preserve">[50:34] </w:t>
      </w:r>
      <w:r>
        <w:t>wala yujzaa idlaa'a biqadr-i aqlih yeh ibadat ke bare mein hai, yeh ibadat ke bare mein</w:t>
      </w:r>
    </w:p>
    <w:p>
      <w:pPr>
        <w:jc w:val="right"/>
      </w:pPr>
      <w:r>
        <w:t>ولا یجزى ادلاء بقدر عقله یہ عبادت کے بارے میں ہے، یہ عبادت کے بارے میں</w:t>
      </w:r>
    </w:p>
    <w:p>
      <w:r>
        <w:rPr>
          <w:b/>
        </w:rPr>
        <w:t xml:space="preserve">[50:42] </w:t>
      </w:r>
      <w:r>
        <w:t>hai. wala yujzaa illa biqadr-i aqlih aql ke baqadr hi is ko is ka badla milta hai.</w:t>
      </w:r>
    </w:p>
    <w:p>
      <w:pPr>
        <w:jc w:val="right"/>
      </w:pPr>
      <w:r>
        <w:t>ہے۔ ولا یجزى الا بقدر عقله عقل کے بقدر ہی اس کو اس کا بدلہ ملتا ہے۔</w:t>
      </w:r>
    </w:p>
    <w:p>
      <w:r>
        <w:rPr>
          <w:b/>
        </w:rPr>
        <w:t xml:space="preserve">[50:52] </w:t>
      </w:r>
      <w:r>
        <w:t>aql ka matlab hai shaoori, yaani shaoori ibadat Allah taala ke haan value rakhti hai. aadat to aadat ban jo ibadat, aadat ban jaye, Allah ka is ki koi value nahin hai.</w:t>
      </w:r>
    </w:p>
    <w:p>
      <w:pPr>
        <w:jc w:val="right"/>
      </w:pPr>
      <w:r>
        <w:t>عقل کا مطلب ہے شعوری، یعنی شعوری عبادت اللہ تعالیٰ کے ہاں ویلیو رکھتی ہے۔ عادت تو عادت بن جو عبادت، عادت بن جائے، اللہ کا اس کی کوئی ویلیو نہیں ہے۔</w:t>
      </w:r>
    </w:p>
    <w:p>
      <w:r>
        <w:rPr>
          <w:b/>
        </w:rPr>
        <w:t xml:space="preserve">[51:06] </w:t>
      </w:r>
      <w:r>
        <w:t>wala yujzaa illa biqadr-i aqlih badla milta hai aadmi ko aql ke</w:t>
      </w:r>
    </w:p>
    <w:p>
      <w:pPr>
        <w:jc w:val="right"/>
      </w:pPr>
      <w:r>
        <w:t>ولا یجزى الا بقدر عقله بدلہ ملتا ہے آدمی کو عقل کے</w:t>
      </w:r>
    </w:p>
    <w:p>
      <w:r>
        <w:rPr>
          <w:b/>
        </w:rPr>
        <w:t xml:space="preserve">[51:12] </w:t>
      </w:r>
      <w:r>
        <w:t>biqadr, yaani shaoor ke, yaani shaoor ke etbaar se hatta is ne kiya ho, is ka badla mile ga.</w:t>
      </w:r>
    </w:p>
    <w:p>
      <w:pPr>
        <w:jc w:val="right"/>
      </w:pPr>
      <w:r>
        <w:t>بقدر، یعنی شعور کے، یعنی شعور کے اعتبار سے حتیٰ اس نے کیا ہو، اس کا بدلہ ملے گا۔</w:t>
      </w:r>
    </w:p>
    <w:p>
      <w:r>
        <w:rPr>
          <w:b/>
        </w:rPr>
        <w:t xml:space="preserve">[51:22] </w:t>
      </w:r>
      <w:r>
        <w:t>is liye main kisi bhi aadat ko, yaani chahe koi bhi achhi b-zaahir achhi aadat ho, us ko bekar samajhta hoon. har kaam aap ko karna chahiye shaoor ke tehat.</w:t>
      </w:r>
    </w:p>
    <w:p>
      <w:pPr>
        <w:jc w:val="right"/>
      </w:pPr>
      <w:r>
        <w:t>اس لیے میں کسی بھی عادت کو، یعنی چاہے کوئی بھی اچھی بظاہر اچھی عادت ہو، اس کو بیکار سمجھتا ہوں۔ ہر کام آپ کو کرنا چاہیے شعور کے تحت۔</w:t>
      </w:r>
    </w:p>
    <w:p>
      <w:r>
        <w:rPr>
          <w:b/>
        </w:rPr>
        <w:t xml:space="preserve">[51:33] </w:t>
      </w:r>
      <w:r>
        <w:t>jaise main yahan aata hoon, farz kijiye har sunday ko, agar meri aadat ban jaye to yeh bekar kaam hai.</w:t>
      </w:r>
    </w:p>
    <w:p>
      <w:pPr>
        <w:jc w:val="right"/>
      </w:pPr>
      <w:r>
        <w:t>جیسے میں یہاں آتا ہوں، فرض کیجئے ہر سنڈے کو، اگر میری عادت بن جائے تو یہ بیکار کام ہے۔</w:t>
      </w:r>
    </w:p>
    <w:p>
      <w:r>
        <w:rPr>
          <w:b/>
        </w:rPr>
        <w:t xml:space="preserve">[51:40] </w:t>
      </w:r>
      <w:r>
        <w:t>ek aadat ban jaye, nahin, mujhe shaoor ke taur par yeh kaam karna hai. shaoor to bas soch raha hai ke mujhe sunday ko 10:30 par bolna hai, phir isi tarah se maine sochna hai, apne shaoor ko isi tarah se active karna hai.</w:t>
      </w:r>
    </w:p>
    <w:p>
      <w:pPr>
        <w:jc w:val="right"/>
      </w:pPr>
      <w:r>
        <w:t>ایک عادت بن جائے، نہیں، مجھے شعور کے طور پر یہ کام کرنا ہے۔ شعور تو بس سوچ رہا ہے کہ مجھے سنڈے کو 10:30 پر بولنا ہے، پھر اسی طرح سے میں نے سوچنا ہے، اپنے شعور کو اسی طرح سے ایکٹیو کرنا ہے۔</w:t>
      </w:r>
    </w:p>
    <w:p>
      <w:r>
        <w:rPr>
          <w:b/>
        </w:rPr>
        <w:t xml:space="preserve">[51:55] </w:t>
      </w:r>
      <w:r>
        <w:t>tab is ki value hai. aadat ban jaye to is ki koi value nahin hai. is ki mere apne tajrube ke mutabiq to mahaz aadat kisi bhi cheez ke liye bilkul value-less cheez hai.</w:t>
      </w:r>
    </w:p>
    <w:p>
      <w:pPr>
        <w:jc w:val="right"/>
      </w:pPr>
      <w:r>
        <w:t>تب اس کی ویلیو ہے۔ عادت بن جائے تو اس کی کوئی ویلیو نہیں ہے۔ اس کی میرے اپنے تجربے کے مطابق تو محض عادت کسی بھی چیز کے لیے بالکل ویلیو لیس چیز ہے۔</w:t>
      </w:r>
    </w:p>
    <w:p>
      <w:r>
        <w:rPr>
          <w:b/>
        </w:rPr>
        <w:t xml:space="preserve">[52:15] </w:t>
      </w:r>
      <w:r>
        <w:t>maulana, agla sawal Dilli se hai doctor Fareeda Khanam ka, aur unhon ne likha hai "Why is it necessary to divest ourselves from all worldly attachment or addiction to establish contact with God?" main dekhiye, yeh to bohat hi clear baat hai</w:t>
      </w:r>
    </w:p>
    <w:p>
      <w:pPr>
        <w:jc w:val="right"/>
      </w:pPr>
      <w:r>
        <w:t>مولانا، اگلا سوال دلی سے ہے ڈاکٹر فریدہ خانم کا، اور انہوں نے لکھا ہے "Why is it necessary to divest ourselves from all worldly attachment or addiction to establish contact with God?" میں دیکھیے، یہ تو بہت ہی کلیئر بات ہے</w:t>
      </w:r>
    </w:p>
    <w:p>
      <w:r>
        <w:rPr>
          <w:b/>
        </w:rPr>
        <w:t xml:space="preserve">[52:38] </w:t>
      </w:r>
      <w:r>
        <w:t>ke woh woh cheez destruction banti hai. destruction to Khuda ya aakhirat se continuous taluq darkaar hai.</w:t>
      </w:r>
    </w:p>
    <w:p>
      <w:pPr>
        <w:jc w:val="right"/>
      </w:pPr>
      <w:r>
        <w:t>کہ وہ وہ چیز ڈسٹرکشن بنتی ہے۔ ڈسٹرکشن تو خدا یا آخرت سے کنٹینیوس تعلق درکار ہے۔</w:t>
      </w:r>
    </w:p>
    <w:p>
      <w:r>
        <w:rPr>
          <w:b/>
        </w:rPr>
        <w:t xml:space="preserve">[52:53] </w:t>
      </w:r>
      <w:r>
        <w:t>us ko Quran hadith mein ta'ahhud kaha gaya hai. ta'ahhud, ta'ahhud ke darje mein taluq darkaar hai. agar ta'ahhud na ho, matlab continuous taluq, musalsal taur par usi ko sochna.</w:t>
      </w:r>
    </w:p>
    <w:p>
      <w:pPr>
        <w:jc w:val="right"/>
      </w:pPr>
      <w:r>
        <w:t>اس کو قرآن حدیث میں تعہد کہا گیا ہے۔ تعہد، تعہد کے درجے میں تعلق درکار ہے۔ اگر تعہد نہ ہو، مطلب کنٹینیوس تعلق، مسلسل طور پر اسی کو سوچنا۔</w:t>
      </w:r>
    </w:p>
    <w:p>
      <w:r>
        <w:rPr>
          <w:b/>
        </w:rPr>
        <w:t xml:space="preserve">[53:06] </w:t>
      </w:r>
      <w:r>
        <w:t>agar nahin karen ge to distract hon ge, aur distraction dhire dhire ban jayega wohi habit aur addiction.</w:t>
      </w:r>
    </w:p>
    <w:p>
      <w:pPr>
        <w:jc w:val="right"/>
      </w:pPr>
      <w:r>
        <w:t>اگر نہیں کریں گے تو ڈسٹرکٹ ہوں گے، اور ڈسٹرکشن دھیرے دھیرے بن جائے گا وہی ہیبٹ اور ایڈکشن۔</w:t>
      </w:r>
    </w:p>
    <w:p>
      <w:r>
        <w:rPr>
          <w:b/>
        </w:rPr>
        <w:t xml:space="preserve">[53:16] </w:t>
      </w:r>
      <w:r>
        <w:t>to main samajhta hoon ke yeh is maamle mein aadmi ko bohat zyada focused hona chahiye.</w:t>
      </w:r>
    </w:p>
    <w:p>
      <w:pPr>
        <w:jc w:val="right"/>
      </w:pPr>
      <w:r>
        <w:t>تو میں سمجھتا ہوں کہ یہ اس معاملے میں آدمی کو بہت زیادہ فوکسڈ ہونا چاہیے۔</w:t>
      </w:r>
    </w:p>
    <w:p>
      <w:r>
        <w:rPr>
          <w:b/>
        </w:rPr>
        <w:t xml:space="preserve">[53:26] </w:t>
      </w:r>
      <w:r>
        <w:t>focused, focused na hon ge to is ke baad kya hoga? hum distraction mein mubtala ho jayen ge.</w:t>
      </w:r>
    </w:p>
    <w:p>
      <w:pPr>
        <w:jc w:val="right"/>
      </w:pPr>
      <w:r>
        <w:t>فوکسڈ، فوکسڈ نہ ہوں گے تو اس کے بعد کیا ہوگا؟ ہم ڈسٹرکشن میں مبتلا ہو جائیں گے۔</w:t>
      </w:r>
    </w:p>
    <w:p>
      <w:r>
        <w:rPr>
          <w:b/>
        </w:rPr>
        <w:t xml:space="preserve">[53:35] </w:t>
      </w:r>
      <w:r>
        <w:t>hamari cheezen, hamari zehan divert ho jayega, aur phir kuch nahin mile ga. na deen, na duniya.</w:t>
      </w:r>
    </w:p>
    <w:p>
      <w:pPr>
        <w:jc w:val="right"/>
      </w:pPr>
      <w:r>
        <w:t>ہماری چیزیں، ہماری ذہن ڈائیورٹ ہو جائے گا، اور پھر کچھ نہیں ملے گا۔ نہ دین، نہ دنیا۔</w:t>
      </w:r>
    </w:p>
    <w:p>
      <w:r>
        <w:rPr>
          <w:b/>
        </w:rPr>
        <w:t xml:space="preserve">[53:48] </w:t>
      </w:r>
      <w:r>
        <w:t>maulana, agla sawal doctor Gajdar ne kiya hai Dilli se, aur unhon ne likha hai "If taste and habits are due to psychiatric illness like mania or schizophrenia,</w:t>
      </w:r>
    </w:p>
    <w:p>
      <w:pPr>
        <w:jc w:val="right"/>
      </w:pPr>
      <w:r>
        <w:t>مولانا، اگلا سوال ڈاکٹر گجدر نے کیا ہے دلی سے، اور انہوں نے لکھا ہے "If taste and habits are due to psychiatric illness like mania or schizophrenia,</w:t>
      </w:r>
    </w:p>
    <w:p>
      <w:r>
        <w:rPr>
          <w:b/>
        </w:rPr>
        <w:t xml:space="preserve">[54:01] </w:t>
      </w:r>
      <w:r>
        <w:t>then definitely medicines are required.</w:t>
      </w:r>
    </w:p>
    <w:p>
      <w:pPr>
        <w:jc w:val="right"/>
      </w:pPr>
      <w:r>
        <w:t>then definitely medicines are required.</w:t>
      </w:r>
    </w:p>
    <w:p>
      <w:r>
        <w:rPr>
          <w:b/>
        </w:rPr>
        <w:t xml:space="preserve">[54:05] </w:t>
      </w:r>
      <w:r>
        <w:t>in such cases, counseling has a very limited role. what is the duty of parents for such an individual?</w:t>
      </w:r>
    </w:p>
    <w:p>
      <w:pPr>
        <w:jc w:val="right"/>
      </w:pPr>
      <w:r>
        <w:t>In such cases, counseling has a very limited role. What is the duty of parents for such an individual?</w:t>
      </w:r>
    </w:p>
    <w:p>
      <w:r>
        <w:rPr>
          <w:b/>
        </w:rPr>
        <w:t xml:space="preserve">[54:13] </w:t>
      </w:r>
      <w:r>
        <w:t>how long parents must support the individual?" dekhiye, yeh ek controversial baat hai. mera apna manna yeh hai ke mental disease ka koi medicine nahin hoti.</w:t>
      </w:r>
    </w:p>
    <w:p>
      <w:pPr>
        <w:jc w:val="right"/>
      </w:pPr>
      <w:r>
        <w:t>How long parents must support the individual?" دیکھیے، یہ ایک کنٹروورشل بات ہے۔ میرا اپنا ماننا یہ ہے کہ مینٹل ڈیزیز کا کوئی میڈیسن نہیں ہوتی۔</w:t>
      </w:r>
    </w:p>
    <w:p>
      <w:r>
        <w:rPr>
          <w:b/>
        </w:rPr>
        <w:t xml:space="preserve">[54:29] </w:t>
      </w:r>
      <w:r>
        <w:t>psychological treatment is ka hota hai. y</w:t>
      </w:r>
    </w:p>
    <w:p>
      <w:pPr>
        <w:jc w:val="right"/>
      </w:pPr>
      <w:r>
        <w:t>سائیکلوجیکل ٹریٹمنٹ اس کا ہوتا ہے۔ ی</w:t>
      </w:r>
    </w:p>
    <w:p>
      <w:r>
        <w:rPr>
          <w:b/>
        </w:rPr>
        <w:t xml:space="preserve">[54:32] </w:t>
      </w:r>
      <w:r>
        <w:t>aani doctor log is ko shayad nahin manen ge, lekin mental, yaani dimaagh ke etbaar se jo insaan ke andar jo, yaani woh illness nahin hoti, woh psychological kharabi hoti hai.</w:t>
      </w:r>
    </w:p>
    <w:p>
      <w:pPr>
        <w:jc w:val="right"/>
      </w:pPr>
      <w:r>
        <w:t>عنی ڈاکٹر لوگ اس کو شاید نہیں مانیں گے، لیکن مینٹل، یعنی دماغ کے اعتبار سے جو انسان کے اندر جو، یعنی وہ illness نہیں ہوتی، وہ سائیکلوجیکل خرابی ہوتی ہے۔</w:t>
      </w:r>
    </w:p>
    <w:p>
      <w:r>
        <w:rPr>
          <w:b/>
        </w:rPr>
        <w:t xml:space="preserve">[54:49] </w:t>
      </w:r>
      <w:r>
        <w:t>to hamari medicine jo hai, hamari physical body ke liye, hamare mind ke liye koi medicine nahin hai.</w:t>
      </w:r>
    </w:p>
    <w:p>
      <w:pPr>
        <w:jc w:val="right"/>
      </w:pPr>
      <w:r>
        <w:t>تو ہماری میڈیسن جو ہے، ہماری فزیکل باڈی کے لیے، ہمارے مائنڈ کے لیے کوئی میڈیسن نہیں ہے۔</w:t>
      </w:r>
    </w:p>
    <w:p>
      <w:r>
        <w:rPr>
          <w:b/>
        </w:rPr>
        <w:t xml:space="preserve">[54:58] </w:t>
      </w:r>
      <w:r>
        <w:t>yeh medical science is ko nahi manay gi, kyunke aaj kal aap jantay hain ke neuro science bohat zyada develop shayad ban rahi hai.</w:t>
      </w:r>
    </w:p>
    <w:p>
      <w:pPr>
        <w:jc w:val="right"/>
      </w:pPr>
      <w:r>
        <w:t>یہ میڈیکل سائنس اس کو نہیں مانے گی، کیونکہ آج کل آپ جانتے ہیں کہ نیورو سائنس بہت زیادہ ڈیولپ شاید بن رہی ہے۔</w:t>
      </w:r>
    </w:p>
    <w:p>
      <w:r>
        <w:rPr>
          <w:b/>
        </w:rPr>
        <w:t xml:space="preserve">[55:09] </w:t>
      </w:r>
      <w:r>
        <w:t>lekin mein is ko nahi manta zaati tor par ke dimagh ka koi ilaaj nahi hai, koi medical treatment nahi hai. dimagh ka aap soch kar ke apnay ko bigaray gay ya soch kar ke banay gay, yeh mera zaati khayal hai.</w:t>
      </w:r>
    </w:p>
    <w:p>
      <w:pPr>
        <w:jc w:val="right"/>
      </w:pPr>
      <w:r>
        <w:t>لیکن میں اس کو نہیں مانتا ذاتی طور پر کہ دماغ کا کوئی علاج نہیں ہے، کوئی میڈیکل ٹریٹمنٹ نہیں ہے۔ دماغ کا آپ سوچ کر کے اپنے کو بگاڑیں گے یا سوچ کر کے بنائیں گے، یہ میرا ذاتی خیال ہے۔</w:t>
      </w:r>
    </w:p>
    <w:p>
      <w:r>
        <w:rPr>
          <w:b/>
        </w:rPr>
        <w:t xml:space="preserve">[55:25] </w:t>
      </w:r>
      <w:r>
        <w:t>agarche medical science is ki taeed nahi kare gi.</w:t>
      </w:r>
    </w:p>
    <w:p>
      <w:pPr>
        <w:jc w:val="right"/>
      </w:pPr>
      <w:r>
        <w:t>اگرچہ میڈیکل سائنس اس کی تائید نہیں کرے گی۔</w:t>
      </w:r>
    </w:p>
    <w:p>
      <w:r>
        <w:rPr>
          <w:b/>
        </w:rPr>
        <w:t xml:space="preserve">[55:32] </w:t>
      </w:r>
      <w:r>
        <w:t>maulana, agla ek comment aur sawal hai mazhar sahib ka dilli se. unhon ne likha hai comment ke tor par: "maulana, please aaj ke topic par agar ek book likhain to yeh samaj mein bohat faida mand ho gi.</w:t>
      </w:r>
    </w:p>
    <w:p>
      <w:pPr>
        <w:jc w:val="right"/>
      </w:pPr>
      <w:r>
        <w:t>مولانا، اگلا ایک کمنٹ اور سوال ہے مظہر صاحب کا دلی سے۔ انہوں نے لکھا ہے کمنٹ کے طور پر: "مولانا، پلیز آج کے ٹاپک پر اگر ایک بک لکھیں تو یہ سماج میں بہت فائدہ مند ہوگی۔</w:t>
      </w:r>
    </w:p>
    <w:p>
      <w:r>
        <w:rPr>
          <w:b/>
        </w:rPr>
        <w:t xml:space="preserve">[55:48] </w:t>
      </w:r>
      <w:r>
        <w:t>meri yeh aap se ek request hai." aur unhon ne jo sawal poocha hai maulana, woh is tarah hai ke "kya tauba kareem karne ka islam mein koi khaas tareeqa bhi bataya gaya hai?"</w:t>
      </w:r>
    </w:p>
    <w:p>
      <w:pPr>
        <w:jc w:val="right"/>
      </w:pPr>
      <w:r>
        <w:t>میری یہ آپ سے ایک ریکویسٹ ہے۔" اور انہوں نے جو سوال پوچھا ہے مولانا، وہ اس طرح ہے کہ "کیا توبہ کریم کرنے کا اسلام میں کوئی خاص طریقہ بھی بتایا گیا ہے؟"</w:t>
      </w:r>
    </w:p>
    <w:p>
      <w:r>
        <w:rPr>
          <w:b/>
        </w:rPr>
        <w:t xml:space="preserve">[56:01] </w:t>
      </w:r>
      <w:r>
        <w:t>is ke baray mein batayen. dekhen, tareeqa kisi cheez ka nahi hota. sara ek zehni amal hai. tadabbur, tafakkur, tasawwur, zehni amal.</w:t>
      </w:r>
    </w:p>
    <w:p>
      <w:pPr>
        <w:jc w:val="right"/>
      </w:pPr>
      <w:r>
        <w:t>اس کے بارے میں بتائیں۔ دیکھیں، طریقہ کسی چیز کا نہیں ہوتا۔ سارا ایک ذہنی عمل ہے۔ تدبر، تفکر، توسم، ذہنی عمل۔</w:t>
      </w:r>
    </w:p>
    <w:p>
      <w:r>
        <w:rPr>
          <w:b/>
        </w:rPr>
        <w:t xml:space="preserve">[56:15] </w:t>
      </w:r>
      <w:r>
        <w:t>koi tareeqa is se nahi hota. bas sochiye, sochiye, sochiye. soch kar application kijiye.</w:t>
      </w:r>
    </w:p>
    <w:p>
      <w:pPr>
        <w:jc w:val="right"/>
      </w:pPr>
      <w:r>
        <w:t>کوئی طریقہ اس سے نہیں ہوتا۔ بس سوچیے، سوچیے، سوچیے۔ سوچ کر اپلیکیشن کیجیے۔</w:t>
      </w:r>
    </w:p>
    <w:p>
      <w:r>
        <w:rPr>
          <w:b/>
        </w:rPr>
        <w:t xml:space="preserve">[56:25] </w:t>
      </w:r>
      <w:r>
        <w:t>beh-haal, yeh bohat hi khatarnak baat hai ke aadmi tauba kareeb na kare aur tauba baeed tak nabat aa jaye.</w:t>
      </w:r>
    </w:p>
    <w:p>
      <w:pPr>
        <w:jc w:val="right"/>
      </w:pPr>
      <w:r>
        <w:t>بہرحال، یہ بہت ہی خطرناک بات ہے کہ آدمی توبہ قریب نہ کرے اور توبہ بعید تک نوبت آ جائے۔</w:t>
      </w:r>
    </w:p>
    <w:p>
      <w:r>
        <w:rPr>
          <w:b/>
        </w:rPr>
        <w:t xml:space="preserve">[56:34] </w:t>
      </w:r>
      <w:r>
        <w:t>to phir tauba hi nahi. is waqt tauba hi tauba ki nabat hi nahi aye gi. tauba ya to qareeb mein ho gi, baeed mein tauba hi nahi ho gi.</w:t>
      </w:r>
    </w:p>
    <w:p>
      <w:pPr>
        <w:jc w:val="right"/>
      </w:pPr>
      <w:r>
        <w:t>تو پھر توبہ ہی نہیں۔ اس وقت توبہ ہی توبہ کی نوبت ہی نہیں آئے گی۔ توبہ یا تو قریب میں ہوگی، بعید میں توبہ ہی نہیں ہوگی۔</w:t>
      </w:r>
    </w:p>
    <w:p>
      <w:r>
        <w:rPr>
          <w:b/>
        </w:rPr>
        <w:t xml:space="preserve">[56:45] </w:t>
      </w:r>
      <w:r>
        <w:t>yeh is se maloom hota hai.</w:t>
      </w:r>
    </w:p>
    <w:p>
      <w:pPr>
        <w:jc w:val="right"/>
      </w:pPr>
      <w:r>
        <w:t>یہ اس سے معلوم ہوتا ہے۔</w:t>
      </w:r>
    </w:p>
    <w:p>
      <w:r>
        <w:rPr>
          <w:b/>
        </w:rPr>
        <w:t xml:space="preserve">[56:50] </w:t>
      </w:r>
      <w:r>
        <w:t>maulana, dilli se agla sawal kya hai doctor farhat naseeren ne, aur unhon ne likha hai ke "Kindly elaborate on the merits of cutting down TV time and increasing the resting time." kya matlab is ka</w:t>
      </w:r>
    </w:p>
    <w:p>
      <w:pPr>
        <w:jc w:val="right"/>
      </w:pPr>
      <w:r>
        <w:t>مولانا، دلی سے اگلا سوال کیا ہے ڈاکٹر فرحات ناصرین نے، اور انہوں نے لکھا ہے کہ "Kindly elaborate on the merits of cutting down TV time and increasing the resting time." کیا مطلب اس کا</w:t>
      </w:r>
    </w:p>
    <w:p>
      <w:r>
        <w:rPr>
          <w:b/>
        </w:rPr>
        <w:t xml:space="preserve">[57:09] </w:t>
      </w:r>
      <w:r>
        <w:t>? ke maulana, jo aksar time jo television dekhnay mein lag jata hai, to woh yeh aap se poochna chahti hain ke is ke kya merits hain agar hum television time kam karen aur is ki bajaye resting time ko increase karen?</w:t>
      </w:r>
    </w:p>
    <w:p>
      <w:pPr>
        <w:jc w:val="right"/>
      </w:pPr>
      <w:r>
        <w:t>؟ کہ مولانا، جو اکثر ٹائم جو ٹیلی ویژن دیکھنے میں لگ جاتا ہے، تو وہ یہ آپ سے پوچھنا چاہتی ہیں کہ اس کے کیا merits ہیں اگر ہم ٹیلی ویژن ٹائم کم کریں اور اس کی بجائے resting time کو increase کریں؟</w:t>
      </w:r>
    </w:p>
    <w:p>
      <w:r>
        <w:rPr>
          <w:b/>
        </w:rPr>
        <w:t xml:space="preserve">[57:25] </w:t>
      </w:r>
      <w:r>
        <w:t>rest karnay ke liye jo time. bhai, resting time ko aap study kijiye.</w:t>
      </w:r>
    </w:p>
    <w:p>
      <w:pPr>
        <w:jc w:val="right"/>
      </w:pPr>
      <w:r>
        <w:t>Rest کرنے کے لیے جو ٹائم۔ بھئی، resting time کو آپ study کیجیے۔</w:t>
      </w:r>
    </w:p>
    <w:p>
      <w:r>
        <w:rPr>
          <w:b/>
        </w:rPr>
        <w:t xml:space="preserve">[57:29] </w:t>
      </w:r>
      <w:r>
        <w:t>mein jab bhi TV dekhta hoon, mujhe to lagta hai ke mein apna time waste kar raha hoon. kyunke TV mein siwa BBC London ke, sahib, itna distraction hota hai ke mein to hairaan hoon kaun dekhte hain ke log TV.</w:t>
      </w:r>
    </w:p>
    <w:p>
      <w:pPr>
        <w:jc w:val="right"/>
      </w:pPr>
      <w:r>
        <w:t>میں جب بھی ٹی وی دیکھتا ہوں، مجھے تو لگتا ہے کہ میں اپنا ٹائم waste کر رہا ہوں۔ کیونکہ ٹی وی میں سوا بی بی سی لندن کے، صاحب، اتنا ڈسٹرکشن ہوتا ہے کہ میں تو حیران ہوں کون دیکھتے ہیں کہ لوگ ٹی وی۔</w:t>
      </w:r>
    </w:p>
    <w:p>
      <w:r>
        <w:rPr>
          <w:b/>
        </w:rPr>
        <w:t xml:space="preserve">[57:45] </w:t>
      </w:r>
      <w:r>
        <w:t>sirf khurafat maloom hoti hain TV mein.</w:t>
      </w:r>
    </w:p>
    <w:p>
      <w:pPr>
        <w:jc w:val="right"/>
      </w:pPr>
      <w:r>
        <w:t>صرف خرافات معلوم ہوتی ہیں ٹی وی میں۔</w:t>
      </w:r>
    </w:p>
    <w:p>
      <w:r>
        <w:rPr>
          <w:b/>
        </w:rPr>
        <w:t xml:space="preserve">[57:50] </w:t>
      </w:r>
      <w:r>
        <w:t>woh to TV dekhna hi bilkul. mein zindagi bhar akhbar parta raha news ke liye.</w:t>
      </w:r>
    </w:p>
    <w:p>
      <w:pPr>
        <w:jc w:val="right"/>
      </w:pPr>
      <w:r>
        <w:t>وہ تو ٹی وی دیکھنا ہی بالکل۔ میں زندگی بھر اخبار پڑھتا رہا نیوز کے لیے۔</w:t>
      </w:r>
    </w:p>
    <w:p>
      <w:r>
        <w:rPr>
          <w:b/>
        </w:rPr>
        <w:t xml:space="preserve">[57:57] </w:t>
      </w:r>
      <w:r>
        <w:t>kabhi mein TV se news nahi liya mein ne. to mein samajhta hoon ke ab, ab, ab akhbar ke baad koi cheez agar hai to mere paas to radio hai.</w:t>
      </w:r>
    </w:p>
    <w:p>
      <w:pPr>
        <w:jc w:val="right"/>
      </w:pPr>
      <w:r>
        <w:t>کبھی میں ٹی وی سے نیوز نہیں لیا میں نے۔ تو میں سمجھتا ہوں کہ اب، اب، اب اخبار کے بعد کوئی چیز اگر ہے تو میرے پاس تو ریڈیو ہے۔</w:t>
      </w:r>
    </w:p>
    <w:p>
      <w:r>
        <w:rPr>
          <w:b/>
        </w:rPr>
        <w:t xml:space="preserve">[58:08] </w:t>
      </w:r>
      <w:r>
        <w:t>TV ko to mein samajhta hoon ke koi entertainment ke liye dekha hai to dekha hai. baqi is ka koi, koi yani koi taameeri faida to mujhe, mujhe samajh mein nahi aata TV ka.</w:t>
      </w:r>
    </w:p>
    <w:p>
      <w:pPr>
        <w:jc w:val="right"/>
      </w:pPr>
      <w:r>
        <w:t>ٹی وی کو تو میں سمجھتا ہوں کہ کوئی انٹرٹینمنٹ کے لیے دیکھا ہے تو دیکھا ہے۔ باقی اس کا کوئی، کوئی یعنی کوئی تعمیری فائدہ تو مجھے، مجھے سمجھ میں نہیں آتا ٹی وی کا۔</w:t>
      </w:r>
    </w:p>
    <w:p>
      <w:r>
        <w:rPr>
          <w:b/>
        </w:rPr>
        <w:t xml:space="preserve">[58:26] </w:t>
      </w:r>
      <w:r>
        <w:t>haan, kuch, kuch atay hain. woh aisi cheez hai jaise jo geography society hai, us ke koi document, woh, woh to mufeed hotay hain.</w:t>
      </w:r>
    </w:p>
    <w:p>
      <w:pPr>
        <w:jc w:val="right"/>
      </w:pPr>
      <w:r>
        <w:t>ہاں، کچھ، کچھ آتے ہیں۔ وہ ایسی چیز ہے جیسے جو جغرافیائی سوسائٹی ہے، اس کے کوئی ڈاکومنٹ، وہ، وہ تو مفید ہوتے ہیں۔</w:t>
      </w:r>
    </w:p>
    <w:p>
      <w:r>
        <w:rPr>
          <w:b/>
        </w:rPr>
        <w:t xml:space="preserve">[58:39] </w:t>
      </w:r>
      <w:r>
        <w:t>woh mein, mein dekhta hoon is ko. geography society ke document. baqi aam tor par jo TV aata hai, woh har waqt distraction, har waqt distraction, har waqt is mein advertisement.</w:t>
      </w:r>
    </w:p>
    <w:p>
      <w:pPr>
        <w:jc w:val="right"/>
      </w:pPr>
      <w:r>
        <w:t>وہ میں، میں دیکھتا ہوں اس کو۔ جغرافیائی سوسائٹی کے ڈاکومنٹ۔ باقی عام طور پر جو ٹی وی آتا ہے، وہ ہر وقت ڈسٹرکشن، ہر وقت ڈسٹرکشن، ہر وقت اس میں ایڈورٹائزمنٹ۔</w:t>
      </w:r>
    </w:p>
    <w:p>
      <w:r>
        <w:rPr>
          <w:b/>
        </w:rPr>
        <w:t xml:space="preserve">[58:51] </w:t>
      </w:r>
      <w:r>
        <w:t>mujhe to bilkul wehshat hoti hai is se.</w:t>
      </w:r>
    </w:p>
    <w:p>
      <w:pPr>
        <w:jc w:val="right"/>
      </w:pPr>
      <w:r>
        <w:t>مجھے تو بالکل وحشت ہوتی ہے اس سے۔</w:t>
      </w:r>
    </w:p>
    <w:p>
      <w:r>
        <w:rPr>
          <w:b/>
        </w:rPr>
        <w:t xml:space="preserve">[58:56] </w:t>
      </w:r>
      <w:r>
        <w:t>to beh-haal, mein yeh kahoon ga ke har aadmi ko chahiye ke woh art of time management seekhe. masla na TV ka hai, na kisi aur cheez ka.</w:t>
      </w:r>
    </w:p>
    <w:p>
      <w:pPr>
        <w:jc w:val="right"/>
      </w:pPr>
      <w:r>
        <w:t>تو بہرحال، میں یہ کہوں گا کہ ہر آدمی کو چاہیے کہ وہ آرٹ آف ٹائم مینجمنٹ سیکھے۔ مسئلہ نہ ٹی وی کا ہے، نہ کسی اور چیز کا۔</w:t>
      </w:r>
    </w:p>
    <w:p>
      <w:r>
        <w:rPr>
          <w:b/>
        </w:rPr>
        <w:t xml:space="preserve">[59:06] </w:t>
      </w:r>
      <w:r>
        <w:t>masla hai art of time management ka. aap khud janiye ke aap ne jo time kisi kaam mein lagaya, us se aap ko achievement kya hua.</w:t>
      </w:r>
    </w:p>
    <w:p>
      <w:pPr>
        <w:jc w:val="right"/>
      </w:pPr>
      <w:r>
        <w:t>مسئلہ ہے آرٹ آف ٹائم مینجمنٹ کا۔ آپ خود جانیے کہ آپ نے جو ٹائم کسی کام میں لگایا، اس سے آپ کو achievement کیا ہوا۔</w:t>
      </w:r>
    </w:p>
    <w:p>
      <w:r>
        <w:rPr>
          <w:b/>
        </w:rPr>
        <w:t xml:space="preserve">[59:18] </w:t>
      </w:r>
      <w:r>
        <w:t>in terms of achievement, is ko aap judge kijiye. koi doosra nahi bata sakta aap ko</w:t>
      </w:r>
    </w:p>
    <w:p>
      <w:pPr>
        <w:jc w:val="right"/>
      </w:pPr>
      <w:r>
        <w:t>In terms of achievement، اس کو آپ judge کیجیے۔ کوئی دوسرا نہیں بتا سکتا آپ کو</w:t>
      </w:r>
    </w:p>
    <w:p>
      <w:r>
        <w:rPr>
          <w:b/>
        </w:rPr>
        <w:t xml:space="preserve">[59:23] </w:t>
      </w:r>
      <w:r>
        <w:t>۔ aap khud, yani soch kar jaan sakte hain ke jo time mein ne lagaya TV mein ya kisi aur kaam mein, to</w:t>
      </w:r>
    </w:p>
    <w:p>
      <w:pPr>
        <w:jc w:val="right"/>
      </w:pPr>
      <w:r>
        <w:t>۔ آپ خود، یعنی سوچ کر جان سکتے ہیں کہ جو ٹائم میں نے لگایا ٹی وی میں یا کسی اور کام میں، تو</w:t>
      </w:r>
    </w:p>
    <w:p>
      <w:r>
        <w:rPr>
          <w:b/>
        </w:rPr>
        <w:t xml:space="preserve">[59:37] </w:t>
      </w:r>
      <w:r>
        <w:t>is mein mein ne achieve kiya kiya? yeh hai kraytiriya. to chounkay mein ne daikha ke mein TV daikhta hoon to kuch achieve nahi kar pata, to mein ne is ko chor diya.</w:t>
      </w:r>
    </w:p>
    <w:p>
      <w:pPr>
        <w:jc w:val="right"/>
      </w:pPr>
      <w:r>
        <w:t>اس میں میں نے achieve کیا کیا؟ یہ ہے کرائیٹیریا۔ تو چونکہ میں نے دیکھا کہ میں ٹی وی دیکھتا ہوں تو کچھ achieve نہیں کر پاتا، تو میں نے اس کو چھوڑ دیا۔</w:t>
      </w:r>
    </w:p>
    <w:p>
      <w:r>
        <w:rPr>
          <w:b/>
        </w:rPr>
        <w:t xml:space="preserve">[59:50] </w:t>
      </w:r>
      <w:r>
        <w:t>mein</w:t>
      </w:r>
    </w:p>
    <w:p>
      <w:pPr>
        <w:jc w:val="right"/>
      </w:pPr>
      <w:r>
        <w:t>میں</w:t>
      </w:r>
    </w:p>
    <w:p>
      <w:r>
        <w:rPr>
          <w:b/>
        </w:rPr>
        <w:t xml:space="preserve">[59:51] </w:t>
      </w:r>
      <w:r>
        <w:t>bas chotay, chotay, chotay government. hamaray kuch saathi thay, mujhe le gaye, cinema bhi le gaye. is waqt mein jawanpur mein tha. to mein ne daikha ke mujhe koi is waqt koi achieve to hota nahi, kuch.</w:t>
      </w:r>
    </w:p>
    <w:p>
      <w:pPr>
        <w:jc w:val="right"/>
      </w:pPr>
      <w:r>
        <w:t>بس چھوٹے، چھوٹے، چھوٹے گورنمنٹ۔ ہمارے کچھ ساتھی تھے، مجھے لے گئے، سینما بھی لے گئے۔ اس وقت میں جوانپور میں تھا۔ تو میں نے دیکھا کہ مجھے کوئی اس وقت کوئی achieve تو ہوتا نہیں، کچھ۔</w:t>
      </w:r>
    </w:p>
    <w:p>
      <w:r>
        <w:rPr>
          <w:b/>
        </w:rPr>
        <w:t xml:space="preserve">[1:00:02] </w:t>
      </w:r>
      <w:r>
        <w:t>yeh waqti tafreeh hai. to mein ne is ko chor diya. to meri aadat hai ke har cheez ko mein result ke aitbaar se janchta hoon.</w:t>
      </w:r>
    </w:p>
    <w:p>
      <w:pPr>
        <w:jc w:val="right"/>
      </w:pPr>
      <w:r>
        <w:t>یہ وقتی تفریح ہے۔ تو میں نے اس کو چھوڑ دیا۔ تو میری عادت ہے کہ ہر چیز کو میں رزلٹ کے اعتبار سے جانچتا ہوں۔</w:t>
      </w:r>
    </w:p>
    <w:p>
      <w:r>
        <w:rPr>
          <w:b/>
        </w:rPr>
        <w:t xml:space="preserve">[1:00:11] </w:t>
      </w:r>
      <w:r>
        <w:t>har cheez ko result ke aitbaar se. yaani pani bhi peeta hoon to yeh soch kar ke is ka result kiya hai?</w:t>
      </w:r>
    </w:p>
    <w:p>
      <w:pPr>
        <w:jc w:val="right"/>
      </w:pPr>
      <w:r>
        <w:t>ہر چیز کو رزلٹ کے اعتبار سے۔ یعنی پانی بھی پیتا ہوں تو یہ سوچ کر کہ اس کا رزلٹ کیا ہے؟</w:t>
      </w:r>
    </w:p>
    <w:p>
      <w:r>
        <w:rPr>
          <w:b/>
        </w:rPr>
        <w:t xml:space="preserve">[1:00:18] </w:t>
      </w:r>
      <w:r>
        <w:t>yeh meri aadat ban gayi hai. yaani aadat ka lafz mein bola hoon, matlab mera tareeqa ban gaya hai. aadat nahi kahiye is ko. mera tareeqa yeh ban gaya hai ke mein kisi bhi cheez ko is ko result ke aitbaar se sochta hoon.</w:t>
      </w:r>
    </w:p>
    <w:p>
      <w:pPr>
        <w:jc w:val="right"/>
      </w:pPr>
      <w:r>
        <w:t>یہ میری عادت بن گئی ہے۔ یعنی عادت کا لفظ میں بولا ہوں، مطلب میرا طریقہ بن گیا ہے۔ عادت نہیں کہیے اس کو۔ میرا طریقہ یہ بن گیا ہے کہ میں کسی بھی چیز کو اس کو رزلٹ کے اعتبار سے سوچتا ہوں۔</w:t>
      </w:r>
    </w:p>
    <w:p>
      <w:r>
        <w:rPr>
          <w:b/>
        </w:rPr>
        <w:t xml:space="preserve">[1:00:35] </w:t>
      </w:r>
      <w:r>
        <w:t>misalan yahan mein aata hoon sunday ko, is ko mein, is ko mein sochta hoon ke mujhe is mein kiya mila? yaani mein ne is mein kiya achieve kiya?</w:t>
      </w:r>
    </w:p>
    <w:p>
      <w:pPr>
        <w:jc w:val="right"/>
      </w:pPr>
      <w:r>
        <w:t>مثلاً یہاں میں آتا ہوں سنڈے کو، اس کو میں، اس کو میں سوچتا ہوں کہ مجھے اس میں کیا ملا؟ یعنی میں نے اس میں کیا achieve کیا؟</w:t>
      </w:r>
    </w:p>
    <w:p>
      <w:r>
        <w:rPr>
          <w:b/>
        </w:rPr>
        <w:t xml:space="preserve">[1:00:47] </w:t>
      </w:r>
      <w:r>
        <w:t>to har cheez ko, yaani result ke kraytiriya se naapna yeh mera tareeqa hai. aur isi ko mein Islam ka tareeqa samajhta hoon.</w:t>
      </w:r>
    </w:p>
    <w:p>
      <w:pPr>
        <w:jc w:val="right"/>
      </w:pPr>
      <w:r>
        <w:t>تو ہر چیز کو، یعنی رزلٹ کے کرائیٹیریا سے ناپنا یہ میرا طریقہ ہے۔ اور اسی کو میں اسلام کا طریقہ سمجھتا ہوں۔</w:t>
      </w:r>
    </w:p>
    <w:p>
      <w:r>
        <w:rPr>
          <w:b/>
        </w:rPr>
        <w:t xml:space="preserve">[1:00:57] </w:t>
      </w:r>
      <w:r>
        <w:t>chounkay hadees mein aata hai ke man hasan al-islam mar'u tarukahu ma la yani. yaani aadmi ko chahiye ke is kaam ko chor de jis ka koi faida na ho.</w:t>
      </w:r>
    </w:p>
    <w:p>
      <w:pPr>
        <w:jc w:val="right"/>
      </w:pPr>
      <w:r>
        <w:t>کیونکہ حدیث میں آتا ہے کہ من حسن اسلام مرے ترکہ مالا یعنی ہے۔ یعنی آدمی کو چاہیے کہ اس کام کو چھوڑ دے جس کا کوئی فائدہ نہ ہو۔</w:t>
      </w:r>
    </w:p>
    <w:p>
      <w:r>
        <w:rPr>
          <w:b/>
        </w:rPr>
        <w:t xml:space="preserve">[1:01:08] </w:t>
      </w:r>
      <w:r>
        <w:t>matlab jis ka koi result na ho. to is ko chor do.</w:t>
      </w:r>
    </w:p>
    <w:p>
      <w:pPr>
        <w:jc w:val="right"/>
      </w:pPr>
      <w:r>
        <w:t>مطلب جس کا کوئی رزلٹ نہ ہو۔ تو اس کو چھوڑ دو۔</w:t>
      </w:r>
    </w:p>
    <w:p>
      <w:r>
        <w:rPr>
          <w:b/>
        </w:rPr>
        <w:t xml:space="preserve">[1:01:19] </w:t>
      </w:r>
      <w:r>
        <w:t>maulana, agla sawal aaya hai lahore pakistan se tariq badr sahib ka, aur unhon ne likha hai: "maulana sahib, explain the five steps in a very simplified way,</w:t>
      </w:r>
    </w:p>
    <w:p>
      <w:pPr>
        <w:jc w:val="right"/>
      </w:pPr>
      <w:r>
        <w:t>مولانا، اگلا سوال آیا ہے لاہور پاکستان سے طارق بدر صاحب کا، اور انہوں نے لکھا ہے: "مولانا صاحب، explain the five steps in a very simplified way,</w:t>
      </w:r>
    </w:p>
    <w:p>
      <w:r>
        <w:rPr>
          <w:b/>
        </w:rPr>
        <w:t xml:space="preserve">[1:01:33] </w:t>
      </w:r>
      <w:r>
        <w:t>and we understand how habit slowly develops and conditions the mind, which takes us to the point of no return.</w:t>
      </w:r>
    </w:p>
    <w:p>
      <w:pPr>
        <w:jc w:val="right"/>
      </w:pPr>
      <w:r>
        <w:t>and we understand how habit slowly develops and conditions the mind, which takes us to the point of no return.</w:t>
      </w:r>
    </w:p>
    <w:p>
      <w:r>
        <w:rPr>
          <w:b/>
        </w:rPr>
        <w:t xml:space="preserve">[1:01:43] </w:t>
      </w:r>
      <w:r>
        <w:t>my question is that in guiding and raising our children, we as parents condition their mind by giving them certain concepts of Islam or beliefs which may not be correct.</w:t>
      </w:r>
    </w:p>
    <w:p>
      <w:pPr>
        <w:jc w:val="right"/>
      </w:pPr>
      <w:r>
        <w:t>My question is that in guiding and raising our children, we as parents condition their mind by giving them certain concepts of Islam or beliefs which may not be correct.</w:t>
      </w:r>
    </w:p>
    <w:p>
      <w:r>
        <w:rPr>
          <w:b/>
        </w:rPr>
        <w:t xml:space="preserve">[1:01:57] </w:t>
      </w:r>
      <w:r>
        <w:t>so once the child reaches to the age of maturity, he becomes a conditioned person.</w:t>
      </w:r>
    </w:p>
    <w:p>
      <w:pPr>
        <w:jc w:val="right"/>
      </w:pPr>
      <w:r>
        <w:t>So once the child reaches to the age of maturity, he becomes a conditioned person.</w:t>
      </w:r>
    </w:p>
    <w:p>
      <w:r>
        <w:rPr>
          <w:b/>
        </w:rPr>
        <w:t xml:space="preserve">[1:02:04] </w:t>
      </w:r>
      <w:r>
        <w:t>maulana sahib, please tell us how should we raise our children so that they do not become the victims of wrong beliefs, and when they reach to the age of maturity, they should be able to understand things clearly without any conditioning?" mein to samajhta hoon ke bachon ke liye do hi kaam hain:</w:t>
      </w:r>
    </w:p>
    <w:p>
      <w:pPr>
        <w:jc w:val="right"/>
      </w:pPr>
      <w:r>
        <w:t>مولانا صاحب, please tell us how should we raise our children so that they do not become the victims of wrong beliefs, and when they reach to the age of maturity, they should be able to understand things clearly without any conditioning?" میں تو سمجھتا ہوں کہ بچوں کے لیے دو ہی کام ہیں:</w:t>
      </w:r>
    </w:p>
    <w:p>
      <w:r>
        <w:rPr>
          <w:b/>
        </w:rPr>
        <w:t xml:space="preserve">[1:02:24] </w:t>
      </w:r>
      <w:r>
        <w:t>pampering bilkul na kijiye aur bachon ko parhnay ka aadi daliye. is se theek hai,</w:t>
      </w:r>
    </w:p>
    <w:p>
      <w:pPr>
        <w:jc w:val="right"/>
      </w:pPr>
      <w:r>
        <w:t>پیمپرنگ بالکل نہ کیجیے اور بچوں کو پڑھنے کا عادی ڈالیے۔ اس سے ٹھیک ہے،</w:t>
      </w:r>
    </w:p>
    <w:p>
      <w:r>
        <w:rPr>
          <w:b/>
        </w:rPr>
        <w:t xml:space="preserve">[1:02:30] </w:t>
      </w:r>
      <w:r>
        <w:t>bas. aur aur sab bekaar hai. aur jo baap baith baith kar in ko tarbiyat karte hain, woh bilkul be faida hai. koi koi faida is ka nahi, koi faida nahi.</w:t>
      </w:r>
    </w:p>
    <w:p>
      <w:pPr>
        <w:jc w:val="right"/>
      </w:pPr>
      <w:r>
        <w:t>بس۔ اور اور سب بیکار ہے۔ اور جو باپ بیٹھ بیٹھ کر ان کو تربیت کرتے ہیں، وہ بالکل بے فائدہ ہے۔ کوئی کوئی فائدہ اس کا نہیں، کوئی فائدہ نہیں۔</w:t>
      </w:r>
    </w:p>
    <w:p>
      <w:r>
        <w:rPr>
          <w:b/>
        </w:rPr>
        <w:t xml:space="preserve">[1:02:43] </w:t>
      </w:r>
      <w:r>
        <w:t>bas pampering zara bhi mat kijiye. pampering ko chor dijiye aur bachon se kahiye ke is tareeqay ka haath daalo, khud parho. baqi sab theek ho jaye ga.</w:t>
      </w:r>
    </w:p>
    <w:p>
      <w:pPr>
        <w:jc w:val="right"/>
      </w:pPr>
      <w:r>
        <w:t>بس پیمپرنگ ذرا بھی مت کیجیے۔ پیمپرنگ کو چھوڑ دیجیے اور بچوں سے کہیے کہ اس طریقے کا ہاتھ ڈالو، خود پڑھو۔ باقی سب ٹھیک ہو جائے گا۔</w:t>
      </w:r>
    </w:p>
    <w:p>
      <w:r>
        <w:rPr>
          <w:b/>
        </w:rPr>
        <w:t xml:space="preserve">[1:03:01] </w:t>
      </w:r>
      <w:r>
        <w:t>maulana, agla sawal muzaffar nagar se adnan sahib ne kiya hai aur unhon ne likha hai: "if someone is in the fourth state, what should he do?</w:t>
      </w:r>
    </w:p>
    <w:p>
      <w:pPr>
        <w:jc w:val="right"/>
      </w:pPr>
      <w:r>
        <w:t>مولانا، اگلا سوال مظفر نگر سے عدنان صاحب نے کیا ہے اور انہوں نے لکھا ہے: "If someone is in the fourth state, what should he do?</w:t>
      </w:r>
    </w:p>
    <w:p>
      <w:r>
        <w:rPr>
          <w:b/>
        </w:rPr>
        <w:t xml:space="preserve">[1:03:13] </w:t>
      </w:r>
      <w:r>
        <w:t>should he be disappointed? as you said that tauba ba'eed is impossible." bhai, meri to bohat mushkil sawal hai.</w:t>
      </w:r>
    </w:p>
    <w:p>
      <w:pPr>
        <w:jc w:val="right"/>
      </w:pPr>
      <w:r>
        <w:t>Should he be disappointed? As you said that توبہ بعید is impossible." بھائی، میری تو بہت مشکل سوال ہے۔</w:t>
      </w:r>
    </w:p>
    <w:p>
      <w:r>
        <w:rPr>
          <w:b/>
        </w:rPr>
        <w:t xml:space="preserve">[1:03:22] </w:t>
      </w:r>
      <w:r>
        <w:t>aap ko mere jaisa banna parhe ga ke mein apnay ko kill karta hoon. yaqeen kijiye, merciless pampering karta hoon.</w:t>
      </w:r>
    </w:p>
    <w:p>
      <w:pPr>
        <w:jc w:val="right"/>
      </w:pPr>
      <w:r>
        <w:t>آپ کو میرے جیسا بننا پڑے گا کہ میں اپنے کو کل کرتا ہوں۔ یقین کیجیے، مرسیلس پیمپرنگ کرتا ہوں۔</w:t>
      </w:r>
    </w:p>
    <w:p>
      <w:r>
        <w:rPr>
          <w:b/>
        </w:rPr>
        <w:t xml:space="preserve">[1:03:31] </w:t>
      </w:r>
      <w:r>
        <w:t>kai cheezein bohat dair mein chori hain. mein yeh bhi hua, meri zindagi mein tauba ba'eed ka bhi mere saath case paish aaya. kuch cheezein foran chori, kuch cheezein bohat dinon mein, 40 saal, 50 saal chori.</w:t>
      </w:r>
    </w:p>
    <w:p>
      <w:pPr>
        <w:jc w:val="right"/>
      </w:pPr>
      <w:r>
        <w:t>کئی چیزیں بہت دیر میں چھوڑی ہیں۔ میں یہ بھی ہوا، میری زندگی میں توبہ بعید کا بھی میرے ساتھ کیس پیش آیا۔ کچھ چیزیں فوراً چھوڑی، کچھ چیزیں بہت دنوں میں، 40 سال، 50 سال چھوڑی۔</w:t>
      </w:r>
    </w:p>
    <w:p>
      <w:r>
        <w:rPr>
          <w:b/>
        </w:rPr>
        <w:t xml:space="preserve">[1:03:46] </w:t>
      </w:r>
      <w:r>
        <w:t>to mein yeh keh sakta hoon ke mein ne apnay aap ko, yaani zibah kiya, apnay aap ko zibah kiya, tab mein chor paya is ko.</w:t>
      </w:r>
    </w:p>
    <w:p>
      <w:pPr>
        <w:jc w:val="right"/>
      </w:pPr>
      <w:r>
        <w:t>تو میں یہ کہہ سکتا ہوں کہ میں نے اپنے آپ کو، یعنی ذبح کیا، اپنے آپ کو ذبح کیا، تب میں چھوڑ پایا اس کو۔</w:t>
      </w:r>
    </w:p>
    <w:p>
      <w:r>
        <w:rPr>
          <w:b/>
        </w:rPr>
        <w:t xml:space="preserve">[1:03:59] </w:t>
      </w:r>
      <w:r>
        <w:t>agar mein zibah na karta to mein na chor pata is ko. to jis ko jo chahta ho ke woh ba'eed ka daur aa jaye, hatta woh tauba kare, to us ko merciless pampering karni parhe gi.</w:t>
      </w:r>
    </w:p>
    <w:p>
      <w:pPr>
        <w:jc w:val="right"/>
      </w:pPr>
      <w:r>
        <w:t>اگر میں ذبح نہ کرتا تو میں نہ چھوڑ پاتا اس کو۔ تو جس کو جو چاہتا ہو کہ وہ بعید کا دور آ جائے، حتیٰ وہ توبہ کرے، تو اس کو مرسیلس پیمپرنگ کرنی پڑے گی۔</w:t>
      </w:r>
    </w:p>
    <w:p>
      <w:r>
        <w:rPr>
          <w:b/>
        </w:rPr>
        <w:t xml:space="preserve">[1:04:22] </w:t>
      </w:r>
      <w:r>
        <w:t>agar woh chahe ke nermi nermi se ho jaye to nermi honay wala nahi hai.</w:t>
      </w:r>
    </w:p>
    <w:p>
      <w:pPr>
        <w:jc w:val="right"/>
      </w:pPr>
      <w:r>
        <w:t>اگر وہ چاہے کہ نرمی نرمی سے ہو جائے تو نرمی ہونے والا نہیں ہے۔</w:t>
      </w:r>
    </w:p>
    <w:p>
      <w:r>
        <w:rPr>
          <w:b/>
        </w:rPr>
        <w:t xml:space="preserve">[1:04:29] </w:t>
      </w:r>
      <w:r>
        <w:t>mein apne bare mein keh sakta hoon ke maine apne ko kai cheezon ko chhodne ke liye apne ko zibah kiya. mein</w:t>
      </w:r>
    </w:p>
    <w:p>
      <w:pPr>
        <w:jc w:val="right"/>
      </w:pPr>
      <w:r>
        <w:t>میں اپنے بارے میں کہہ سکتا ہوں کہ میں نے اپنے کو کئی چیزوں کو چھوڑنے کے لیے اپنے کو ذبح کیا۔ میں</w:t>
      </w:r>
    </w:p>
    <w:p>
      <w:r>
        <w:rPr>
          <w:b/>
        </w:rPr>
        <w:t xml:space="preserve">[1:04:38] </w:t>
      </w:r>
      <w:r>
        <w:t>yeh allah behtar janta hai.</w:t>
      </w:r>
    </w:p>
    <w:p>
      <w:pPr>
        <w:jc w:val="right"/>
      </w:pPr>
      <w:r>
        <w:t>یہ اللہ بہتر جانتا ہے۔</w:t>
      </w:r>
    </w:p>
    <w:p>
      <w:r>
        <w:rPr>
          <w:b/>
        </w:rPr>
        <w:t xml:space="preserve">[1:04:45] </w:t>
      </w:r>
      <w:r>
        <w:t>molana, agla sawal kya hai doctor wasiq ur rehman sahib ne dilli se, aur unhon ne likha hai ke "I have found literature distributed to mollems in madrasas are lying in shelves without ever being touched by students and teachers.</w:t>
      </w:r>
    </w:p>
    <w:p>
      <w:pPr>
        <w:jc w:val="right"/>
      </w:pPr>
      <w:r>
        <w:t>مولانا، اگلا سوال کیا ہے ڈاکٹر وسق الرحمن صاحب نے دلی سے، اور انہوں نے لکھا ہے کہ "I have found literature distributed to mollems in madrasas are lying in shelves without ever being touched by students and teachers.</w:t>
      </w:r>
    </w:p>
    <w:p>
      <w:r>
        <w:rPr>
          <w:b/>
        </w:rPr>
        <w:t xml:space="preserve">[1:05:05] </w:t>
      </w:r>
      <w:r>
        <w:t>I feel personal training is more worthwhile rather than just distributing the literature." molana, "What is your view on this</w:t>
      </w:r>
    </w:p>
    <w:p>
      <w:pPr>
        <w:jc w:val="right"/>
      </w:pPr>
      <w:r>
        <w:t>I feel personal training is more worthwhile rather than just distributing the literature." مولانا، "What is your view on this</w:t>
      </w:r>
    </w:p>
    <w:p>
      <w:r>
        <w:rPr>
          <w:b/>
        </w:rPr>
        <w:t xml:space="preserve">[1:05:14] </w:t>
      </w:r>
      <w:r>
        <w:t>?" kya mein samjha nahin? kya kar rahe hain ke molana jo literature distribute karte hain, unhon ne khaas kar jo madrasas mein jo mollems hain, wahan woh paya ke aksar woh shelf mein rakh dete hain aur us ko koi bhi hath nahin lagata aur na hi woh parha jata hai.</w:t>
      </w:r>
    </w:p>
    <w:p>
      <w:pPr>
        <w:jc w:val="right"/>
      </w:pPr>
      <w:r>
        <w:t>?" کیا میں سمجھا نہیں؟ کیا کر رہے ہیں کہ مولانا جو literature distribute کرتے ہیں، انہوں نے خاص کر جو madrasas میں جو mollems ہیں، وہاں وہ پایا کہ اکثر وہ shelf میں رکھ دیتے ہیں اور اس کو کوئی بھی ہاتھ نہیں لگاتا اور نہ ہی وہ پڑھا جاتا ہے۔</w:t>
      </w:r>
    </w:p>
    <w:p>
      <w:r>
        <w:rPr>
          <w:b/>
        </w:rPr>
        <w:t xml:space="preserve">[1:05:32] </w:t>
      </w:r>
      <w:r>
        <w:t>to woh yeh keh rahe hain ke distribution ki bajaye jo personal training wala jo method hai, woh zyada fruitful ya result oriented hai.</w:t>
      </w:r>
    </w:p>
    <w:p>
      <w:pPr>
        <w:jc w:val="right"/>
      </w:pPr>
      <w:r>
        <w:t>تو وہ یہ کہہ رہے ہیں کہ distribution کی بجائے جو personal training والا جو method ہے، وہ زیادہ fruitful یا result oriented ہے۔</w:t>
      </w:r>
    </w:p>
    <w:p>
      <w:r>
        <w:rPr>
          <w:b/>
        </w:rPr>
        <w:t xml:space="preserve">[1:05:40] </w:t>
      </w:r>
      <w:r>
        <w:t>nahin, woh literature parhana bohat zaroori hai.</w:t>
      </w:r>
    </w:p>
    <w:p>
      <w:pPr>
        <w:jc w:val="right"/>
      </w:pPr>
      <w:r>
        <w:t>نہیں، وہ literature پڑھانا بہت ضروری ہے۔</w:t>
      </w:r>
    </w:p>
    <w:p>
      <w:r>
        <w:rPr>
          <w:b/>
        </w:rPr>
        <w:t xml:space="preserve">[1:05:44] </w:t>
      </w:r>
      <w:r>
        <w:t>is ke siwa aur jo chahe kijiye.</w:t>
      </w:r>
    </w:p>
    <w:p>
      <w:pPr>
        <w:jc w:val="right"/>
      </w:pPr>
      <w:r>
        <w:t>اس کے سوا اور جو چاہے کیجیے۔</w:t>
      </w:r>
    </w:p>
    <w:p>
      <w:r>
        <w:rPr>
          <w:b/>
        </w:rPr>
        <w:t xml:space="preserve">[1:05:49] </w:t>
      </w:r>
      <w:r>
        <w:t>literature parhana bohat hi zaroori hai. dekhiye, aap ghalati kya kar rahe hain? result ko mass ke level par jaanch rahe hain. mass ke level par kabhi bhi na jaanchiye.</w:t>
      </w:r>
    </w:p>
    <w:p>
      <w:pPr>
        <w:jc w:val="right"/>
      </w:pPr>
      <w:r>
        <w:t>Literature پڑھانا بہت ہی ضروری ہے۔ دیکھیے، آپ غلطی کیا کر رہے ہیں؟ Result کو mass کے level پر جانچ رہے ہیں۔ Mass کے level پر کبھی بھی نہ جانچیے۔</w:t>
      </w:r>
    </w:p>
    <w:p>
      <w:r>
        <w:rPr>
          <w:b/>
        </w:rPr>
        <w:t xml:space="preserve">[1:06:01] </w:t>
      </w:r>
      <w:r>
        <w:t>individual ke level par jaanchiye. yeh bohat bari ghalati hai. mass ke level par dekha jaye to kabhi bhi peghambaron ke zamane mein mass ke level par result nahin nikla.</w:t>
      </w:r>
    </w:p>
    <w:p>
      <w:pPr>
        <w:jc w:val="right"/>
      </w:pPr>
      <w:r>
        <w:t>Individual کے level پر جانچیے۔ یہ بہت بڑی غلطی ہے۔ Mass کے level پر دیکھا جائے تو کبھی بھی پیغمبروں کے زمانے میں mass کے level پر result نہیں نکلا۔</w:t>
      </w:r>
    </w:p>
    <w:p>
      <w:r>
        <w:rPr>
          <w:b/>
        </w:rPr>
        <w:t xml:space="preserve">[1:06:13] </w:t>
      </w:r>
      <w:r>
        <w:t>kisi peghambar ke zamane mein dekhiye, aap mass ke level par result nahin nikalta. individual level par nikalta hai. to distribute aap karenge, to distribute karenge to yeh thori ke sare log badal jayenge.</w:t>
      </w:r>
    </w:p>
    <w:p>
      <w:pPr>
        <w:jc w:val="right"/>
      </w:pPr>
      <w:r>
        <w:t>کسی پیغمبر کے زمانے میں دیکھیے، آپ mass کے level پر result نہیں نکلتا۔ Individual level پر نکلتا ہے۔ تو distribute آپ کریں گے، تو distribute کریں گے تو یہ تھوڑی کہ سارے لوگ بدل جائیں گے۔</w:t>
      </w:r>
    </w:p>
    <w:p>
      <w:r>
        <w:rPr>
          <w:b/>
        </w:rPr>
        <w:t xml:space="preserve">[1:06:27] </w:t>
      </w:r>
      <w:r>
        <w:t>aap aur doosra jo tareeqa aap bata rahe hain, woh bhi kar ke dekh lijiye. is mein bhi aisa nahin hoga ke mass ke level par log badal jayenge.</w:t>
      </w:r>
    </w:p>
    <w:p>
      <w:pPr>
        <w:jc w:val="right"/>
      </w:pPr>
      <w:r>
        <w:t>آپ اور دوسرا جو طریقہ آپ بتا رہے ہیں، وہ بھی کر کے دیکھ لیجیے۔ اس میں بھی ایسا نہیں ہوگا کہ mass کے level پر لوگ بدل جائیں۔</w:t>
      </w:r>
    </w:p>
    <w:p>
      <w:r>
        <w:rPr>
          <w:b/>
        </w:rPr>
        <w:t xml:space="preserve">[1:06:39] </w:t>
      </w:r>
      <w:r>
        <w:t>yeh to kuch seeker hote hain, kuch sincere log hote hain, kuch chahte hain janna. woh jab parhte hain to woh achaanak badra ho jata hai.</w:t>
      </w:r>
    </w:p>
    <w:p>
      <w:pPr>
        <w:jc w:val="right"/>
      </w:pPr>
      <w:r>
        <w:t>یہ تو کچھ seeker ہوتے ہیں، کچھ sincere لوگ ہوتے ہیں، کچھ چاہتے ہیں جاننا۔ وہ جب پڑھتے ہیں تو وہ اچانک بدرا ہو جاتا ہے۔</w:t>
      </w:r>
    </w:p>
    <w:p>
      <w:r>
        <w:rPr>
          <w:b/>
        </w:rPr>
        <w:t xml:space="preserve">[1:06:50] </w:t>
      </w:r>
      <w:r>
        <w:t>jaise dekhiye, ek ek martaba yahan kashmir baithi hui thi, agar aap ko yaad ho. to ek aadmi aya tha, us ne yahin par bataya tha qissa, us ne apna ke woh milton tha.</w:t>
      </w:r>
    </w:p>
    <w:p>
      <w:pPr>
        <w:jc w:val="right"/>
      </w:pPr>
      <w:r>
        <w:t>جیسے دیکھیے، ایک ایک مرتبہ یہاں کشمیر بیٹھی ہوئی تھی، اگر آپ کو یاد ہو۔ تو ایک آدمی آیا تھا، اس نے یہیں پر بتایا تھا قصہ، اس نے اپنا کہ وہ ملٹن تھا۔</w:t>
      </w:r>
    </w:p>
    <w:p>
      <w:r>
        <w:rPr>
          <w:b/>
        </w:rPr>
        <w:t xml:space="preserve">[1:07:03] </w:t>
      </w:r>
      <w:r>
        <w:t>woh</w:t>
      </w:r>
    </w:p>
    <w:p>
      <w:pPr>
        <w:jc w:val="right"/>
      </w:pPr>
      <w:r>
        <w:t>وہ</w:t>
      </w:r>
    </w:p>
    <w:p>
      <w:r>
        <w:rPr>
          <w:b/>
        </w:rPr>
        <w:t xml:space="preserve">[1:07:06] </w:t>
      </w:r>
      <w:r>
        <w:t>phir ek bar nikla, woh ek maqam par kahin to doosre ne dekha ke kuch phaare hue parze pade hue hain. koi cheez thi chhipi hui, woh phaad kar phenk diya kisi ne.</w:t>
      </w:r>
    </w:p>
    <w:p>
      <w:pPr>
        <w:jc w:val="right"/>
      </w:pPr>
      <w:r>
        <w:t>پھر ایک بار نکلا، وہ ایک مقام پر کہیں تو دوسرے نے دیکھا کہ کچھ پھاڑے ہوئے پرزے پڑے ہوئے ہیں۔ کوئی چیز تھی چھپی ہوئی، وہ پھاڑ کر پھینک دیا کسی نے۔</w:t>
      </w:r>
    </w:p>
    <w:p>
      <w:r>
        <w:rPr>
          <w:b/>
        </w:rPr>
        <w:t xml:space="preserve">[1:07:18] </w:t>
      </w:r>
      <w:r>
        <w:t>us ko uthaya, us ne tukre tukre kar diya. to us ne us ko utha kar le gaya aur sab tukre jod jod kar chipcha chipka kar ke us ka page banaya.</w:t>
      </w:r>
    </w:p>
    <w:p>
      <w:pPr>
        <w:jc w:val="right"/>
      </w:pPr>
      <w:r>
        <w:t>اس کو اٹھایا، اس نے ٹکڑے ٹکڑے کر دیا۔ تو اس نے اس کو اٹھا کر لے گیا اور سب ٹکڑے جوڑ جوڑ کر چپچا چپکا کر کے اس کا پیج بنایا۔</w:t>
      </w:r>
    </w:p>
    <w:p>
      <w:r>
        <w:rPr>
          <w:b/>
        </w:rPr>
        <w:t xml:space="preserve">[1:07:29] </w:t>
      </w:r>
      <w:r>
        <w:t>us tukre ko page bana ke parha. us ko</w:t>
      </w:r>
    </w:p>
    <w:p>
      <w:pPr>
        <w:jc w:val="right"/>
      </w:pPr>
      <w:r>
        <w:t>اس ٹکڑے کو پیج بنا کے پڑھا۔ اس کو</w:t>
      </w:r>
    </w:p>
    <w:p>
      <w:r>
        <w:rPr>
          <w:b/>
        </w:rPr>
        <w:t xml:space="preserve">[1:07:32] </w:t>
      </w:r>
      <w:r>
        <w:t>to parha to us waqt hi to ek naya message is ka tar hai. woh hamari kitab ka ek tukra tha. woh kisi ghusse mein phaad diya tha kisi ne. ab ghor kijiye, ek aadmi ne ghusse mein phaara aur doosre aadmi ne us ko chipka kar parha aur yahan aya.</w:t>
      </w:r>
    </w:p>
    <w:p>
      <w:pPr>
        <w:jc w:val="right"/>
      </w:pPr>
      <w:r>
        <w:t>تو پڑھا تو اس وقت ہی تو ایک نیا میسج اس کا تر ہے۔ وہ ہماری کتاب کا ایک ٹکڑا تھا۔ وہ کسی غصے میں پھاڑ دیا تھا کسی نے۔ اب غور کیجیے، ایک آدمی نے غصے میں پھاڑا اور دوسرے آدمی نے اس کو چپکا کر پڑھا اور یہاں آیا۔</w:t>
      </w:r>
    </w:p>
    <w:p>
      <w:r>
        <w:rPr>
          <w:b/>
        </w:rPr>
        <w:t xml:space="preserve">[1:07:47] </w:t>
      </w:r>
      <w:r>
        <w:t>woh kaha ke maine toba kar li miltonsi se. to kabhi bhi result ko mass level par mat jaanchiye.</w:t>
      </w:r>
    </w:p>
    <w:p>
      <w:pPr>
        <w:jc w:val="right"/>
      </w:pPr>
      <w:r>
        <w:t>وہ کہا کہ میں نے توبہ کر لی ملٹنسی سے۔ تو کبھی بھی رزلٹ کو mass level پر مت جانچیے۔</w:t>
      </w:r>
    </w:p>
    <w:p>
      <w:r>
        <w:rPr>
          <w:b/>
        </w:rPr>
        <w:t xml:space="preserve">[1:07:58] </w:t>
      </w:r>
      <w:r>
        <w:t>individual level par jaanchiye.</w:t>
      </w:r>
    </w:p>
    <w:p>
      <w:pPr>
        <w:jc w:val="right"/>
      </w:pPr>
      <w:r>
        <w:t>Individual level پر جانچیے۔</w:t>
      </w:r>
    </w:p>
    <w:p>
      <w:r>
        <w:rPr>
          <w:b/>
        </w:rPr>
        <w:t xml:space="preserve">[1:08:01] </w:t>
      </w:r>
      <w:r>
        <w:t>yeh ghalati kabhi mat kijiye. woh ne peghambaron ka kaam bhi aap ko laga ke kuch bhi nahin hua.</w:t>
      </w:r>
    </w:p>
    <w:p>
      <w:pPr>
        <w:jc w:val="right"/>
      </w:pPr>
      <w:r>
        <w:t>یہ غلطی کبھی مت کیجیے۔ وہ نے پیغمبروں کا کام بھی آپ کو لگا کہ کچھ بھی نہیں ہوا۔</w:t>
      </w:r>
    </w:p>
    <w:p>
      <w:r>
        <w:rPr>
          <w:b/>
        </w:rPr>
        <w:t xml:space="preserve">[1:08:10] </w:t>
      </w:r>
      <w:r>
        <w:t>ek sahib mere paas ek bar to aaye, woh kai idare chala rahe the, kai school college. to bohat maishati ki baat ki unhon ne ke hum ne socha tha ke is se islaah hogi aur koi islaah nahin hui.</w:t>
      </w:r>
    </w:p>
    <w:p>
      <w:pPr>
        <w:jc w:val="right"/>
      </w:pPr>
      <w:r>
        <w:t>ایک صاحب میرے پاس ایک بار تو آئے، وہ کئی ادارے چلا رہے تھے، کئی اسکول کالج۔ تو بہت معیشتی کی بات کی انہوں نے کہ ہم نے سوچا تھا کہ اس سے اصلاح ہوگی اور کوئی اصلاح نہیں ہوئی۔</w:t>
      </w:r>
    </w:p>
    <w:p>
      <w:r>
        <w:rPr>
          <w:b/>
        </w:rPr>
        <w:t xml:space="preserve">[1:08:25] </w:t>
      </w:r>
      <w:r>
        <w:t>hum ko to bohat maishati ho rahi hai.</w:t>
      </w:r>
    </w:p>
    <w:p>
      <w:pPr>
        <w:jc w:val="right"/>
      </w:pPr>
      <w:r>
        <w:t>ہم کو تو بہت معیشتی ہو رہی ہے۔</w:t>
      </w:r>
    </w:p>
    <w:p>
      <w:r>
        <w:rPr>
          <w:b/>
        </w:rPr>
        <w:t xml:space="preserve">[1:08:27] </w:t>
      </w:r>
      <w:r>
        <w:t>to yahi baat maine un se kahi, aap islaah ko mass level par chahte hain dekhna, aap individual level par dekhiye.</w:t>
      </w:r>
    </w:p>
    <w:p>
      <w:pPr>
        <w:jc w:val="right"/>
      </w:pPr>
      <w:r>
        <w:t>تو یہی بات میں نے ان سے کہی، آپ اصلاح کو mass level پر چاہتے ہیں دیکھنا، آپ individual level پر دیکھیے۔</w:t>
      </w:r>
    </w:p>
    <w:p>
      <w:r>
        <w:rPr>
          <w:b/>
        </w:rPr>
        <w:t xml:space="preserve">[1:08:37] </w:t>
      </w:r>
      <w:r>
        <w:t>to kuch dair chup ho gaye, woh phir soch. unhon ne kaha ke waqai mujhe dikhai dene laga falan shakhs, falan shakhs, falan shakhs is mein.</w:t>
      </w:r>
    </w:p>
    <w:p>
      <w:pPr>
        <w:jc w:val="right"/>
      </w:pPr>
      <w:r>
        <w:t>تو کچھ دیر چپ ہو گئے، وہ پھر سوچا۔ انہوں نے کہا کہ واقعی مجھے دکھائی دینے لگا فلاں شخص، فلاں شخص، فلاں شخص اس میں۔</w:t>
      </w:r>
    </w:p>
    <w:p>
      <w:r>
        <w:rPr>
          <w:b/>
        </w:rPr>
        <w:t xml:space="preserve">[1:08:45] </w:t>
      </w:r>
      <w:r>
        <w:t>to bohat yani islaah hui, nateeja nikla. to jab bhi aap mass level par dekhenge to har kaam aap ko bekar lage ga.</w:t>
      </w:r>
    </w:p>
    <w:p>
      <w:pPr>
        <w:jc w:val="right"/>
      </w:pPr>
      <w:r>
        <w:t>تو بہت یعنی اصلاح ہوئی، نتیجہ نکلا۔ تو جب بھی آپ mass level پر دیکھیں گے تو ہر کام آپ کو بیکار لگے گا۔</w:t>
      </w:r>
    </w:p>
    <w:p>
      <w:r>
        <w:rPr>
          <w:b/>
        </w:rPr>
        <w:t xml:space="preserve">[1:08:57] </w:t>
      </w:r>
      <w:r>
        <w:t>hata ke peghambar ka kaam bhi, naoozubillah. lekin jab individual level par ja chuke to har kaam acha lage ga aap ko. yeh ghalti kabhi mat kijiye.</w:t>
      </w:r>
    </w:p>
    <w:p>
      <w:pPr>
        <w:jc w:val="right"/>
      </w:pPr>
      <w:r>
        <w:t>حتیٰ کہ پیغمبر کا کام بھی، نعوذ باللہ۔ لیکن جب individual level پر جا چکے تو ہر کام اچھا لگے گا آپ کو۔ یہ غلطی کبھی مت کیجیے۔</w:t>
      </w:r>
    </w:p>
    <w:p>
      <w:r>
        <w:rPr>
          <w:b/>
        </w:rPr>
        <w:t xml:space="preserve">[1:09:13] </w:t>
      </w:r>
      <w:r>
        <w:t>maulana, agla sawal lene se pehle ek comment parhna chahenge jo abhi abhi doha, qatar se abdul basit umri sahib ne bheja hai.</w:t>
      </w:r>
    </w:p>
    <w:p>
      <w:pPr>
        <w:jc w:val="right"/>
      </w:pPr>
      <w:r>
        <w:t>مولانا، اگلا سوال لینے سے پہلے ایک comment پڑھنا چاہیں گے جو ابھی ابھی دوحہ، قطر سے عبدالباسط عمری صاحب نے بھیجا ہے۔</w:t>
      </w:r>
    </w:p>
    <w:p>
      <w:r>
        <w:rPr>
          <w:b/>
        </w:rPr>
        <w:t xml:space="preserve">[1:09:22] </w:t>
      </w:r>
      <w:r>
        <w:t>unhon ne likha hai ke maulana, aaj ke lecture se bohat zyada clarity mili. tauba qareeb ko aaj hi pehli bar samjha.</w:t>
      </w:r>
    </w:p>
    <w:p>
      <w:pPr>
        <w:jc w:val="right"/>
      </w:pPr>
      <w:r>
        <w:t>انہوں نے لکھا ہے کہ مولانا، آج کے lecture سے بہت زیادہ clarity ملی۔ توبہ قریب کو آج ہی پہلی بار سمجھا۔</w:t>
      </w:r>
    </w:p>
    <w:p>
      <w:r>
        <w:rPr>
          <w:b/>
        </w:rPr>
        <w:t xml:space="preserve">[1:09:33] </w:t>
      </w:r>
      <w:r>
        <w:t>jazak Allah khair. maulana, agla sawal maulana iqbal umri ne bheja hai chennai se aur unhon ne likha hai: maulana, ibadat bhi jab marifat ke sath na ho to woh bhi aadat shumar ki jayegi.</w:t>
      </w:r>
    </w:p>
    <w:p>
      <w:pPr>
        <w:jc w:val="right"/>
      </w:pPr>
      <w:r>
        <w:t>جزاک اللہ خیر۔ مولانا، اگلا سوال مولانا اقبال عمری نے بھیجا ہے چنئی سے اور انہوں نے لکھا ہے: مولانا، عبادت بھی جب معرفت کے ساتھ نہ ہو تو وہ بھی عادت شمار کی جائے گی۔</w:t>
      </w:r>
    </w:p>
    <w:p>
      <w:r>
        <w:rPr>
          <w:b/>
        </w:rPr>
        <w:t xml:space="preserve">[1:09:50] </w:t>
      </w:r>
      <w:r>
        <w:t>ibadat aur aadat mein kya farq hai? is ki wazahat karen. to main ne hadith suna di aap ko ke hadith mein aata hai ke aadmi ibadat karta hai, ibadat karta hai, ibadat karta hai.</w:t>
      </w:r>
    </w:p>
    <w:p>
      <w:pPr>
        <w:jc w:val="right"/>
      </w:pPr>
      <w:r>
        <w:t>عبادت اور عادت میں کیا فرق ہے؟ اس کی وضاحت کریں۔ تو میں نے حدیث سنا دی آپ کو کہ حدیث میں آتا ہے کہ آدمی عبادت کرتا ہے، عبادت کرتا ہے، عبادت کرتا ہے۔</w:t>
      </w:r>
    </w:p>
    <w:p>
      <w:r>
        <w:rPr>
          <w:b/>
        </w:rPr>
        <w:t xml:space="preserve">[1:10:04] </w:t>
      </w:r>
      <w:r>
        <w:t>wala yujza illa bi qadr aqli bas aadat wali ibadat ki nafi is mein hai ke bata aadat ibadat karta hai, karta rehta hai, karta rehta hai lekin kuch milta nahi us ko.</w:t>
      </w:r>
    </w:p>
    <w:p>
      <w:pPr>
        <w:jc w:val="right"/>
      </w:pPr>
      <w:r>
        <w:t>ولا یجزاء الا بقدر عقلی بس عادت والی عبادت کی نفی اس میں ہے کہ بتا عادت عبادت کرتا ہے، کرتا رہتا ہے، کرتا رہتا ہے لیکن کچھ ملتا نہیں اس کو۔</w:t>
      </w:r>
    </w:p>
    <w:p>
      <w:r>
        <w:rPr>
          <w:b/>
        </w:rPr>
        <w:t xml:space="preserve">[1:10:18] </w:t>
      </w:r>
      <w:r>
        <w:t>shaoor wali ibadat jab kare ga to is is mein uska faida mile ga. main to nahi samajhta ke aadat ke taur par ibadat karenge, Allah khush ho jayega.</w:t>
      </w:r>
    </w:p>
    <w:p>
      <w:pPr>
        <w:jc w:val="right"/>
      </w:pPr>
      <w:r>
        <w:t>شعور والی عبادت جب کرے گا تو اس اس میں اس کا فائدہ ملے گا۔ میں تو نہیں سمجھتا کہ عادت کے طور پر عبادت کریں گے، اللہ خوش ہو جائے گا۔</w:t>
      </w:r>
    </w:p>
    <w:p>
      <w:r>
        <w:rPr>
          <w:b/>
        </w:rPr>
        <w:t xml:space="preserve">[1:10:29] </w:t>
      </w:r>
      <w:r>
        <w:t>kaisa ajeeb ghareeb tasawwur hai in logon ka Allah ke bare mein ke bata aadat hai, aap ibadat karen aur Allah khush ho raha hai. yun kehne ke Allah ko sirf form chahiye.</w:t>
      </w:r>
    </w:p>
    <w:p>
      <w:pPr>
        <w:jc w:val="right"/>
      </w:pPr>
      <w:r>
        <w:t>کیسا عجیب غریب تصور ہے ان لوگوں کا اللہ کے بارے میں کہ بتا عادت ہے، آپ عبادت کریں اور اللہ خوش ہو رہا ہے۔ یوں کہنے کہ اللہ کو صرف فارم چاہیے۔</w:t>
      </w:r>
    </w:p>
    <w:p>
      <w:r>
        <w:rPr>
          <w:b/>
        </w:rPr>
        <w:t xml:space="preserve">[1:10:40] </w:t>
      </w:r>
      <w:r>
        <w:t>yaad rakhiye, yeh Allah ka underestimation hai ke woh form se khush ho jayega.</w:t>
      </w:r>
    </w:p>
    <w:p>
      <w:pPr>
        <w:jc w:val="right"/>
      </w:pPr>
      <w:r>
        <w:t>یاد رکھیے، یہ اللہ کا underestimation ہے کہ وہ فارم سے خوش ہو جائے گا۔</w:t>
      </w:r>
    </w:p>
    <w:p>
      <w:r>
        <w:rPr>
          <w:b/>
        </w:rPr>
        <w:t xml:space="preserve">[1:10:47] </w:t>
      </w:r>
      <w:r>
        <w:t>quran mein saaf saaf hai ke lana Allah alhum wala damao wala kin taqwa minkum tumhara gosht aur khoon nahi pohanchta Allah taala ko.</w:t>
      </w:r>
    </w:p>
    <w:p>
      <w:pPr>
        <w:jc w:val="right"/>
      </w:pPr>
      <w:r>
        <w:t>قرآن میں صاف صاف ہے کہ لینا اللہ لہبہ ولا دماؤہ ولاکین تقوی منکم تمہارا گوشت اور خون نہیں پہنچتا اللہ تعالی کو۔</w:t>
      </w:r>
    </w:p>
    <w:p>
      <w:r>
        <w:rPr>
          <w:b/>
        </w:rPr>
        <w:t xml:space="preserve">[1:10:58] </w:t>
      </w:r>
      <w:r>
        <w:t>taqwa pohanchta hai, dil ka taqwa. ek lakh rupay, ek lakh ka bakra, pachas aur das lakh ka bakra log qurbani karte hain to kya aap samajhte hain ke Allah khush ho jayega is se?</w:t>
      </w:r>
    </w:p>
    <w:p>
      <w:pPr>
        <w:jc w:val="right"/>
      </w:pPr>
      <w:r>
        <w:t>تقوی پہنچتا ہے، دل کا تقوی۔ ایک لاکھ روپے، ایک لاکھ کا بکرا، پچاس اور دس لاکھ کا بکرا لوگ قربانی کرتے ہیں تو کیا آپ سمجھتے ہیں کہ اللہ خوش ہو جائے گا اس سے؟</w:t>
      </w:r>
    </w:p>
    <w:p>
      <w:r>
        <w:rPr>
          <w:b/>
        </w:rPr>
        <w:t xml:space="preserve">[1:11:12] </w:t>
      </w:r>
      <w:r>
        <w:t>lana Allah alhum wala damao wala kin taqwa minkum tumhara tumhari qurbani ka gosht aur khoon nahi pohanchta Allah taala ko, balkay taqwa pohanchta hai.</w:t>
      </w:r>
    </w:p>
    <w:p>
      <w:pPr>
        <w:jc w:val="right"/>
      </w:pPr>
      <w:r>
        <w:t>لینا اللہ لہبہ ولا دماؤہ ولاکین تقوی منکم تمہارا تمہاری قربانی کا گوشت اور خون نہیں پہنچتا اللہ تعالی کو، بلکہ تقوی پہنچتا ہے۔</w:t>
      </w:r>
    </w:p>
    <w:p>
      <w:r>
        <w:rPr>
          <w:b/>
        </w:rPr>
        <w:t xml:space="preserve">[1:11:24] </w:t>
      </w:r>
      <w:r>
        <w:t>is ka matlab kya hua ke in terms of quantity Allah nahi dekhta kamon cheezon ko.</w:t>
      </w:r>
    </w:p>
    <w:p>
      <w:pPr>
        <w:jc w:val="right"/>
      </w:pPr>
      <w:r>
        <w:t>اس کا مطلب کیا ہوا کہ in terms of quantity اللہ نہیں دیکھتا کاموں چیزوں کو۔</w:t>
      </w:r>
    </w:p>
    <w:p>
      <w:r>
        <w:rPr>
          <w:b/>
        </w:rPr>
        <w:t xml:space="preserve">[1:11:33] </w:t>
      </w:r>
      <w:r>
        <w:t>Allah taala jo hai, aap ke amal ko in terms of quantity nahi dekhta, woh in terms of quality dekhta hai.</w:t>
      </w:r>
    </w:p>
    <w:p>
      <w:pPr>
        <w:jc w:val="right"/>
      </w:pPr>
      <w:r>
        <w:t>اللہ تعالی جو ہے، آپ کے عمل کو in terms of quantity نہیں دیکھتا، وہ in terms of quality دیکھتا ہے۔</w:t>
      </w:r>
    </w:p>
    <w:p>
      <w:r>
        <w:rPr>
          <w:b/>
        </w:rPr>
        <w:t xml:space="preserve">[1:11:44] </w:t>
      </w:r>
      <w:r>
        <w:t>yani bait par kamiyat nahi dekhta, balkay bait par کیفیت dekhta hai.</w:t>
      </w:r>
    </w:p>
    <w:p>
      <w:pPr>
        <w:jc w:val="right"/>
      </w:pPr>
      <w:r>
        <w:t>یعنی بیت پر کمیت نہیں دیکھتا، بلکہ بیت پر کیفیت دیکھتا ہے۔</w:t>
      </w:r>
    </w:p>
    <w:p>
      <w:r>
        <w:rPr>
          <w:b/>
        </w:rPr>
        <w:t xml:space="preserve">[1:11:57] </w:t>
      </w:r>
      <w:r>
        <w:t>maulana, agla sawal dilli se kiya hai miss naghma siddiqui ne aur unhon ne aapse poocha hai ke What is the relationship of محاسبہ and تزکیہ especially in changing bad habits?</w:t>
      </w:r>
    </w:p>
    <w:p>
      <w:pPr>
        <w:jc w:val="right"/>
      </w:pPr>
      <w:r>
        <w:t>مولانا، اگلا سوال دلی سے کیا ہے مس نغمہ صدیقی نے اور انہوں نے آپ سے پوچھا ہے کہ What is the relationship of محاسبہ and تزکیہ especially in changing bad habits?</w:t>
      </w:r>
    </w:p>
    <w:p>
      <w:r>
        <w:rPr>
          <w:b/>
        </w:rPr>
        <w:t xml:space="preserve">[1:12:15] </w:t>
      </w:r>
      <w:r>
        <w:t>pehle محاسبہ aata hai, phir تزکیہ aata hai. pehle transaction aata hai, phir aadmi apni</w:t>
      </w:r>
    </w:p>
    <w:p>
      <w:pPr>
        <w:jc w:val="right"/>
      </w:pPr>
      <w:r>
        <w:t>پہلے محاسبہ آتا ہے، پھر تزکیہ آتا ہے۔ پہلے ٹرانسپیکشن آتا ہے، پھر آدمی اپنی</w:t>
      </w:r>
    </w:p>
    <w:p>
      <w:r>
        <w:rPr>
          <w:b/>
        </w:rPr>
        <w:t xml:space="preserve">[1:12:26] </w:t>
      </w:r>
      <w:r>
        <w:t>personality ko purify karta hai. dono interconnected hain. lekin pehle ayega محاسبہ, yani transaction.</w:t>
      </w:r>
    </w:p>
    <w:p>
      <w:pPr>
        <w:jc w:val="right"/>
      </w:pPr>
      <w:r>
        <w:t>personality کو purify کرتا ہے۔ دونوں interconnected ہیں۔ لیکن پہلے آئے گا محاسبہ، یعنی ٹرانسپیکشن۔</w:t>
      </w:r>
    </w:p>
    <w:p>
      <w:r>
        <w:rPr>
          <w:b/>
        </w:rPr>
        <w:t xml:space="preserve">[1:12:36] </w:t>
      </w:r>
      <w:r>
        <w:t>phir ayega تزکیہ, yani apni shakhsiyat ko purify karna.</w:t>
      </w:r>
    </w:p>
    <w:p>
      <w:pPr>
        <w:jc w:val="right"/>
      </w:pPr>
      <w:r>
        <w:t>پھر آئے گا تزکیہ، یعنی اپنی شخصیت کو purify کرنا۔</w:t>
      </w:r>
    </w:p>
    <w:p>
      <w:r>
        <w:rPr>
          <w:b/>
        </w:rPr>
        <w:t xml:space="preserve">[1:12:47] </w:t>
      </w:r>
      <w:r>
        <w:t>maulana, agla sawal dilli se kiya hai jameel akhtar sahib ne aur unhon ne likha hai ke Islam ko phailane mein sufiyon ka bara role raha hai.</w:t>
      </w:r>
    </w:p>
    <w:p>
      <w:pPr>
        <w:jc w:val="right"/>
      </w:pPr>
      <w:r>
        <w:t>مولانا، اگلا سوال دلی سے کیا ہے جمیل اختر صاحب نے اور انہوں نے لکھا ہے کہ اسلام کو پھیلانے میں صوفیوں کا بڑا رول رہا ہے۔</w:t>
      </w:r>
    </w:p>
    <w:p>
      <w:r>
        <w:rPr>
          <w:b/>
        </w:rPr>
        <w:t xml:space="preserve">[1:12:58] </w:t>
      </w:r>
      <w:r>
        <w:t>yeh baat aksar kahi jati hai. magar sufiyon ke halaat mein Islam ki ajeeb o ghareeb baaten pai jati hain. phir unhon ne kis tarah Islam ko phailaya, is ke bare mein kuch batayen.</w:t>
      </w:r>
    </w:p>
    <w:p>
      <w:pPr>
        <w:jc w:val="right"/>
      </w:pPr>
      <w:r>
        <w:t>یہ بات اکثر کہی جاتی ہے۔ مگر صوفیوں کے حالات میں اسلام کی عجیب و غریب باتیں پائی جاتی ہیں۔ پھر انہوں نے کس طرح اسلام کو پھیلایا، اس کے بارے میں کچھ بتائیں۔</w:t>
      </w:r>
    </w:p>
    <w:p>
      <w:r>
        <w:rPr>
          <w:b/>
        </w:rPr>
        <w:t xml:space="preserve">[1:13:15] </w:t>
      </w:r>
      <w:r>
        <w:t>asal mein dekhiye, is mein to shakk nahi ke is ne phir Islam ko phailaya. lekin yeh tha mass conversion. to mass conversion to rasool Allah sallallahu alaihi wasallam ke zamane mein bhi hadith mein aata hai ke log, yani main ne is se pehle bata chuka hoon ek hadith aap ko ke mass conversion ke woh ka woh nuqsan tha, nah ke sufiyon ka nuqsan.</w:t>
      </w:r>
    </w:p>
    <w:p>
      <w:pPr>
        <w:jc w:val="right"/>
      </w:pPr>
      <w:r>
        <w:t>اصل میں دیکھیے، اس میں تو شک نہیں کہ اس نے پھر اسلام کو پھیلایا۔ لیکن یہ تھا mass conversion۔ تو mass conversion تو رسول اللہ صلی اللہ علیہ وسلم کے زمانے میں بھی حدیث میں آتا ہے کہ لوگ، یعنی میں نے اس سے پہلے بتا چکا ہوں ایک حدیث آپ کو کہ mass conversion کے وہ کا وہ نقصان تھا، نہ کہ صوفیوں کا نقصان۔</w:t>
      </w:r>
    </w:p>
    <w:p>
      <w:r>
        <w:rPr>
          <w:b/>
        </w:rPr>
        <w:t xml:space="preserve">[1:13:41] </w:t>
      </w:r>
      <w:r>
        <w:t>sufiyon ke zamane mein mass con</w:t>
      </w:r>
    </w:p>
    <w:p>
      <w:pPr>
        <w:jc w:val="right"/>
      </w:pPr>
      <w:r>
        <w:t>صوفیوں کے زمانے میں mass con</w:t>
      </w:r>
    </w:p>
    <w:p>
      <w:r>
        <w:rPr>
          <w:b/>
        </w:rPr>
        <w:t xml:space="preserve">[1:13:43] </w:t>
      </w:r>
      <w:r>
        <w:t>version hua. Mass conversion yeh hota hai ke log pichhle khayalat ko lekar aate hain aur unki itne bade paon par tarbiyat nahi ho pati.</w:t>
      </w:r>
    </w:p>
    <w:p>
      <w:pPr>
        <w:jc w:val="right"/>
      </w:pPr>
      <w:r>
        <w:t>version ہوا۔ Mass conversion یہ ہوتا ہے کہ لوگ پچھلے خیالات کو لے کر آتے ہیں اور ان کی اتنے بڑے پاؤں پر تربیت ہو نہیں پاتی۔</w:t>
      </w:r>
    </w:p>
    <w:p>
      <w:r>
        <w:rPr>
          <w:b/>
        </w:rPr>
        <w:t xml:space="preserve">[1:13:52] </w:t>
      </w:r>
      <w:r>
        <w:t>to wahi sab khayalat ko naye andaaz mein likhte hain, woh uski pairwi karne.</w:t>
      </w:r>
    </w:p>
    <w:p>
      <w:pPr>
        <w:jc w:val="right"/>
      </w:pPr>
      <w:r>
        <w:t>تو وہی سب خیالات کو نئے انداز میں لکھتے ہیں، وہ اس کی پیروی کرنے۔</w:t>
      </w:r>
    </w:p>
    <w:p>
      <w:r>
        <w:rPr>
          <w:b/>
        </w:rPr>
        <w:t xml:space="preserve">[1:14:00] </w:t>
      </w:r>
      <w:r>
        <w:t>to main samajhta hoon ke sufia ka role bahut aham hai. Baqi mass conversion ki wajah se jo tarbiyat na ho saki logon ki, usse bigad aaya.</w:t>
      </w:r>
    </w:p>
    <w:p>
      <w:pPr>
        <w:jc w:val="right"/>
      </w:pPr>
      <w:r>
        <w:t>تو میں سمجھتا ہوں کہ صوفیاء کا رول بہت اہم ہے۔ باقی mass conversion کی وجہ سے جو تربیت نہ ہو سکی لوگوں کی، اس سے بگاڑ آیا۔</w:t>
      </w:r>
    </w:p>
    <w:p>
      <w:r>
        <w:rPr>
          <w:b/>
        </w:rPr>
        <w:t xml:space="preserve">[1:14:09] </w:t>
      </w:r>
      <w:r>
        <w:t>to dono ko alag kar ke dekhiye taake sahi raaye qayam kar sakein aap.</w:t>
      </w:r>
    </w:p>
    <w:p>
      <w:pPr>
        <w:jc w:val="right"/>
      </w:pPr>
      <w:r>
        <w:t>تو دونوں کو الگ کر کے دیکھیے تاکہ صحیح رائے قائم کر سکیں آپ۔</w:t>
      </w:r>
    </w:p>
    <w:p>
      <w:r>
        <w:rPr>
          <w:b/>
        </w:rPr>
        <w:t xml:space="preserve">[1:14:21] </w:t>
      </w:r>
      <w:r>
        <w:t>Maulana, inka ek aur sawal hai. Unhone likha hai ke aaj ke session mein maloom hua ke aap shayar bhi rahe hain.</w:t>
      </w:r>
    </w:p>
    <w:p>
      <w:pPr>
        <w:jc w:val="right"/>
      </w:pPr>
      <w:r>
        <w:t>مولانا، ان کا ایک اور سوال ہے۔ انہوں نے لکھا ہے کہ آج کے سیشن میں معلوم ہوا کہ آپ شاعر بھی رہے ہیں۔</w:t>
      </w:r>
    </w:p>
    <w:p>
      <w:r>
        <w:rPr>
          <w:b/>
        </w:rPr>
        <w:t xml:space="preserve">[1:14:28] </w:t>
      </w:r>
      <w:r>
        <w:t>kya is daur ka apna koi sher arz kar sakte hain? Maine yeh to nahi kaha ke main shayar tha. Shayari karta tha yeh kaam mein.</w:t>
      </w:r>
    </w:p>
    <w:p>
      <w:pPr>
        <w:jc w:val="right"/>
      </w:pPr>
      <w:r>
        <w:t>کیا اس دور کا اپنا کوئی شعر عرض کر سکتے ہیں؟ میں نے یہ تو نہیں کہا کہ میں شاعر تھا۔ شاعری کرتا تھا یہ کام میں۔</w:t>
      </w:r>
    </w:p>
    <w:p>
      <w:r>
        <w:rPr>
          <w:b/>
        </w:rPr>
        <w:t xml:space="preserve">[1:14:37] </w:t>
      </w:r>
      <w:r>
        <w:t>shayar hona ek profession hai. Lekin jo sher o shayari is zamane mein, hamari naujawani ke zamane mein aam tha, har aadmi sher o shayari karta tha.</w:t>
      </w:r>
    </w:p>
    <w:p>
      <w:pPr>
        <w:jc w:val="right"/>
      </w:pPr>
      <w:r>
        <w:t>شاعر ہونا ایک profession ہے۔ لیکن جو شعر و شاعری اس زمانے میں، ہماری نوجوانی کے زمانے میں عام تھا، ہر آدمی شعر و شاعری کرتا تھا۔</w:t>
      </w:r>
    </w:p>
    <w:p>
      <w:r>
        <w:rPr>
          <w:b/>
        </w:rPr>
        <w:t xml:space="preserve">[1:14:47] </w:t>
      </w:r>
      <w:r>
        <w:t>to woh is mein bhi kuch karta tha. Baqi main mushaire mein sher padhna, yeh usko kaam mein ne nahi kiya kabhi.</w:t>
      </w:r>
    </w:p>
    <w:p>
      <w:pPr>
        <w:jc w:val="right"/>
      </w:pPr>
      <w:r>
        <w:t>تو وہ اس میں بھی کچھ کرتا تھا۔ باقی میں مشاعرے میں شعر پڑھنا، یہ اس کو کام میں نے نہیں کیا کبھی۔</w:t>
      </w:r>
    </w:p>
    <w:p>
      <w:r>
        <w:rPr>
          <w:b/>
        </w:rPr>
        <w:t xml:space="preserve">[1:15:01] </w:t>
      </w:r>
      <w:r>
        <w:t>Maulana, agla sawal Ludhiana se kiya hai Fahad Khan ne aur unhone likha hai ke To develop art of thinking, one must discover one's weakness.</w:t>
      </w:r>
    </w:p>
    <w:p>
      <w:pPr>
        <w:jc w:val="right"/>
      </w:pPr>
      <w:r>
        <w:t>مولانا، اگلا سوال لدھیانہ سے کیا ہے فہد خان نے اور انہوں نے لکھا ہے کہ To develop art of thinking, one must discover one's weakness.</w:t>
      </w:r>
    </w:p>
    <w:p>
      <w:r>
        <w:rPr>
          <w:b/>
        </w:rPr>
        <w:t xml:space="preserve">[1:15:14] </w:t>
      </w:r>
      <w:r>
        <w:t>But to do this is not easy, as most of the time we feel we are on the right path. My question is, how can we rationally identify our weaknesses so that we can improve</w:t>
      </w:r>
    </w:p>
    <w:p>
      <w:pPr>
        <w:jc w:val="right"/>
      </w:pPr>
      <w:r>
        <w:t>But to do this is not easy, as most of the time we feel we are on theright path. My question is, how can we rationally identify our weaknesses so that we can improve</w:t>
      </w:r>
    </w:p>
    <w:p>
      <w:r>
        <w:rPr>
          <w:b/>
        </w:rPr>
        <w:t xml:space="preserve">[1:15:29] </w:t>
      </w:r>
      <w:r>
        <w:t>? Bhai dekhiye, yeh mamla</w:t>
      </w:r>
    </w:p>
    <w:p>
      <w:pPr>
        <w:jc w:val="right"/>
      </w:pPr>
      <w:r>
        <w:t>? بھئی دیکھیے، یہ معاملہ</w:t>
      </w:r>
    </w:p>
    <w:p>
      <w:r>
        <w:rPr>
          <w:b/>
        </w:rPr>
        <w:t xml:space="preserve">[1:15:34] </w:t>
      </w:r>
      <w:r>
        <w:t>yani apne ko jannati insan banane ka hai. Yeh saada mamla nahi hai. To jannat ke bare mein hadith mein aata hai ke bahut hi badi qeemat dekar milegi.</w:t>
      </w:r>
    </w:p>
    <w:p>
      <w:pPr>
        <w:jc w:val="right"/>
      </w:pPr>
      <w:r>
        <w:t>یعنی اپنے کو جنتی انسان بنانے کا ہے۔ یہ سادہ معاملہ نہیں ہے۔ تو جنت کے بارے میں حدیث میں آتا ہے کہ بہت ہی بڑی قیمت دے کر ملے گی۔</w:t>
      </w:r>
    </w:p>
    <w:p>
      <w:r>
        <w:rPr>
          <w:b/>
        </w:rPr>
        <w:t xml:space="preserve">[1:15:50] </w:t>
      </w:r>
      <w:r>
        <w:t>to yeh to qeemat to deni padegi.</w:t>
      </w:r>
    </w:p>
    <w:p>
      <w:pPr>
        <w:jc w:val="right"/>
      </w:pPr>
      <w:r>
        <w:t>تو یہ تو قیمت تو دینی پڑے گی۔</w:t>
      </w:r>
    </w:p>
    <w:p>
      <w:r>
        <w:rPr>
          <w:b/>
        </w:rPr>
        <w:t xml:space="preserve">[1:15:54] </w:t>
      </w:r>
      <w:r>
        <w:t>qeemat to deni padegi.</w:t>
      </w:r>
    </w:p>
    <w:p>
      <w:pPr>
        <w:jc w:val="right"/>
      </w:pPr>
      <w:r>
        <w:t>قیمت تو دینی پڑے گی۔</w:t>
      </w:r>
    </w:p>
    <w:p>
      <w:r>
        <w:rPr>
          <w:b/>
        </w:rPr>
        <w:t xml:space="preserve">[1:15:57] </w:t>
      </w:r>
      <w:r>
        <w:t>ALAA INNA SILATALLAHI GHALIYAH</w:t>
      </w:r>
    </w:p>
    <w:p>
      <w:pPr>
        <w:jc w:val="right"/>
      </w:pPr>
      <w:r>
        <w:t>أَلَا إِنَّ صِلَةَ اللَّهِ غَالِيَةٌ</w:t>
      </w:r>
    </w:p>
    <w:p>
      <w:r>
        <w:rPr>
          <w:b/>
        </w:rPr>
        <w:t xml:space="preserve">[1:16:04] </w:t>
      </w:r>
      <w:r>
        <w:t>ke jannat bahut qeemti cheez hai aur iski bhari qeemat dekar hi jannat milegi.</w:t>
      </w:r>
    </w:p>
    <w:p>
      <w:pPr>
        <w:jc w:val="right"/>
      </w:pPr>
      <w:r>
        <w:t>کہ جنت بہت قیمتی چیز ہے اور اس کی بھاری قیمت دے کر ہی جنت ملے گی۔</w:t>
      </w:r>
    </w:p>
    <w:p>
      <w:r>
        <w:rPr>
          <w:b/>
        </w:rPr>
        <w:t xml:space="preserve">[1:16:09] </w:t>
      </w:r>
      <w:r>
        <w:t>to yeh sab karna padega humein. Ya to phir jannat ke khwab dekhna chhodna padega. Ya to jannat ke khwab na dekhiye, nahi to apni merciless self-hammering kijiye.</w:t>
      </w:r>
    </w:p>
    <w:p>
      <w:pPr>
        <w:jc w:val="right"/>
      </w:pPr>
      <w:r>
        <w:t>تو یہ سب کرنا پڑے گا ہمیں۔ یا تو پھر جنت کے خواب دیکھنا چھوڑنا پڑے گا۔ یا تو جنت کے خواب نہ دیکھیے، نہیں تو اپنی مرسیس سیلف ہیمرنگ کیجیے۔</w:t>
      </w:r>
    </w:p>
    <w:p>
      <w:r>
        <w:rPr>
          <w:b/>
        </w:rPr>
        <w:t xml:space="preserve">[1:16:26] </w:t>
      </w:r>
      <w:r>
        <w:t>yeh to karna hi padega.</w:t>
      </w:r>
    </w:p>
    <w:p>
      <w:pPr>
        <w:jc w:val="right"/>
      </w:pPr>
      <w:r>
        <w:t>یہ تو کرنا ہی پڑے گا۔</w:t>
      </w:r>
    </w:p>
    <w:p>
      <w:r>
        <w:rPr>
          <w:b/>
        </w:rPr>
        <w:t xml:space="preserve">[1:16:30] </w:t>
      </w:r>
      <w:r>
        <w:t>Maulana, agla sawal Bhopal se aaya hai Farhan Sahab ka aur unhone likha hai ke Maulana, what role does silence play when one is angry?</w:t>
      </w:r>
    </w:p>
    <w:p>
      <w:pPr>
        <w:jc w:val="right"/>
      </w:pPr>
      <w:r>
        <w:t>مولانا، اگلا سوال بھوپال سے آیا ہے فرحان صاحب کا اور انہوں نے لکھا ہے کہ مولانا، what role does silence play when one is angry?</w:t>
      </w:r>
    </w:p>
    <w:p>
      <w:r>
        <w:rPr>
          <w:b/>
        </w:rPr>
        <w:t xml:space="preserve">[1:16:42] </w:t>
      </w:r>
      <w:r>
        <w:t>Many people think if you keep patience or observe silence, then the opposite party may feel that they have succeeded over you.</w:t>
      </w:r>
    </w:p>
    <w:p>
      <w:pPr>
        <w:jc w:val="right"/>
      </w:pPr>
      <w:r>
        <w:t>Many people think if you keep patience or observe silence, then the opposite party may feel that they have succeeded over you.</w:t>
      </w:r>
    </w:p>
    <w:p>
      <w:r>
        <w:rPr>
          <w:b/>
        </w:rPr>
        <w:t xml:space="preserve">[1:16:51] </w:t>
      </w:r>
      <w:r>
        <w:t>This may lead to further exploitation. What is your advice? Isse zyada jhooti baat aur koi bhi nahi.</w:t>
      </w:r>
    </w:p>
    <w:p>
      <w:pPr>
        <w:jc w:val="right"/>
      </w:pPr>
      <w:r>
        <w:t>This may lead to further exploitation. What is your advice? اس سے زیادہ جھوٹی بات اور کوئی بھی نہیں۔</w:t>
      </w:r>
    </w:p>
    <w:p>
      <w:r>
        <w:rPr>
          <w:b/>
        </w:rPr>
        <w:t xml:space="preserve">[1:17:01] </w:t>
      </w:r>
      <w:r>
        <w:t>isi jhoot mein musalman jee rahe hain. Sari duniya ke musalman isi mein jee rahe hain. Aur nateeja nahi dekh rahe, nateeja kya nikal raha hai?</w:t>
      </w:r>
    </w:p>
    <w:p>
      <w:pPr>
        <w:jc w:val="right"/>
      </w:pPr>
      <w:r>
        <w:t>اسی جھوٹ میں مسلمان جی رہے ہیں۔ ساری دنیا کے مسلمان اسی میں جی رہے ہیں۔ اور نتیجہ نہیں دیکھ رہے، نتیجہ کیا نکل رہا ہے؟</w:t>
      </w:r>
    </w:p>
    <w:p>
      <w:r>
        <w:rPr>
          <w:b/>
        </w:rPr>
        <w:t xml:space="preserve">[1:17:10] </w:t>
      </w:r>
      <w:r>
        <w:t>tabahi mein izafa. Tabahi mein izafa yeh nahi ke koi sochta. Yani musalman yahi to kar rahe hain ke chup rehne ko tayyar nahi.</w:t>
      </w:r>
    </w:p>
    <w:p>
      <w:pPr>
        <w:jc w:val="right"/>
      </w:pPr>
      <w:r>
        <w:t>تباہی میں اضافہ۔ تباہی میں اضافہ یہ نہیں کہ کوئی سوچتا۔ یعنی مسلمان یہی تو کر رہے ہیں کہ چپ رہنے کو تیار نہیں۔</w:t>
      </w:r>
    </w:p>
    <w:p>
      <w:r>
        <w:rPr>
          <w:b/>
        </w:rPr>
        <w:t xml:space="preserve">[1:17:20] </w:t>
      </w:r>
      <w:r>
        <w:t>to nateeja kya nikalta hai? Woh yani in terms of results, iska jaiza lein. Ki</w:t>
      </w:r>
    </w:p>
    <w:p>
      <w:pPr>
        <w:jc w:val="right"/>
      </w:pPr>
      <w:r>
        <w:t>تو نتیجہ کیا نکلتا ہے؟ وہ یعنی in terms of results، اس کا جائزہ لیں۔ کی</w:t>
      </w:r>
    </w:p>
    <w:p>
      <w:r>
        <w:rPr>
          <w:b/>
        </w:rPr>
        <w:t xml:space="preserve">[1:17:28] </w:t>
      </w:r>
      <w:r>
        <w:t>kisi ajib ghareeb baat hai ke chup na rehne ki policy mein chal rahe hain musalman. Aur tabah ho rahe hain har jagah. Kaisi ajib baat hai ke musalmanon ke andar yani apna revise karne ka madah khatam ho gaya.</w:t>
      </w:r>
    </w:p>
    <w:p>
      <w:pPr>
        <w:jc w:val="right"/>
      </w:pPr>
      <w:r>
        <w:t>سی عجیب غریب بات ہے کہ چپ نہ رہنے کی پالیسی میں چل رہے ہیں مسلمان۔ اور تباہ ہو رہے ہیں ہر جگہ۔ کیسی عجیب بات ہے کہ مسلمانوں کے اندر یعنی اپنا revise کرنے کا مادہ ختم ہو گیا۔</w:t>
      </w:r>
    </w:p>
    <w:p>
      <w:r>
        <w:rPr>
          <w:b/>
        </w:rPr>
        <w:t xml:space="preserve">[1:17:43] </w:t>
      </w:r>
      <w:r>
        <w:t>reassessment ka maada khatm ho gaya. har jagah yahi to ho raha hai. falasteen mein aap dekhiye, kya chup ho gaye woh?</w:t>
      </w:r>
    </w:p>
    <w:p>
      <w:pPr>
        <w:jc w:val="right"/>
      </w:pPr>
      <w:r>
        <w:t>Reassessment کا مادہ ختم ہو گیا۔ ہر جگہ یہی تو ہو رہا ہے۔ فلسطین میں آپ دیکھیے، کیا چپ ہو گئے وہ؟</w:t>
      </w:r>
    </w:p>
    <w:p>
      <w:r>
        <w:rPr>
          <w:b/>
        </w:rPr>
        <w:t xml:space="preserve">[1:17:53] </w:t>
      </w:r>
      <w:r>
        <w:t>chup nahi hain woh. lekin kya hota hai? yeh pathar maarte hain, woh bam maarta hai.</w:t>
      </w:r>
    </w:p>
    <w:p>
      <w:pPr>
        <w:jc w:val="right"/>
      </w:pPr>
      <w:r>
        <w:t>چپ نہیں ہیں وہ۔ لیکن کیا ہوتا ہے؟ یہ پتھر مارتے ہیں، وہ بم مارتا ہے۔</w:t>
      </w:r>
    </w:p>
    <w:p>
      <w:r>
        <w:rPr>
          <w:b/>
        </w:rPr>
        <w:t xml:space="preserve">[1:17:58] </w:t>
      </w:r>
      <w:r>
        <w:t>yeh india mein aap dekh lijiye, yeh fasaad hote hain. isi mein hota hai ke musalman chup nahi rehte. action lete hain.</w:t>
      </w:r>
    </w:p>
    <w:p>
      <w:pPr>
        <w:jc w:val="right"/>
      </w:pPr>
      <w:r>
        <w:t>یہ انڈیا میں آپ دیکھ لیجیے، یہ فساد ہوتے ہیں۔ اسی میں ہوتا ہے کہ مسلمان چپ نہیں رہتے۔ Action لیتے ہیں۔</w:t>
      </w:r>
    </w:p>
    <w:p>
      <w:r>
        <w:rPr>
          <w:b/>
        </w:rPr>
        <w:t xml:space="preserve">[1:18:13] </w:t>
      </w:r>
      <w:r>
        <w:t>to chup na rehne ki qeemat musalman do sau saal se bhi ada kar rahe hain aur abhi tak unke andar reassessment nahi aaya.</w:t>
      </w:r>
    </w:p>
    <w:p>
      <w:pPr>
        <w:jc w:val="right"/>
      </w:pPr>
      <w:r>
        <w:t>تو چپ نہ رہنے کی قیمت مسلمان دو سو سال سے بھی ادا کر رہے ہیں اور ابھی تک ان کے اندر reassessment نہیں آیا۔</w:t>
      </w:r>
    </w:p>
    <w:p>
      <w:r>
        <w:rPr>
          <w:b/>
        </w:rPr>
        <w:t xml:space="preserve">[1:18:24] </w:t>
      </w:r>
      <w:r>
        <w:t>har jagah jitne fasaadaat hain aur jitne bhi duniya mein jahan jisko kehte hain ke hamare saath zulm ho raha hai, har kahin bhi musalman chup nahi hain.</w:t>
      </w:r>
    </w:p>
    <w:p>
      <w:pPr>
        <w:jc w:val="right"/>
      </w:pPr>
      <w:r>
        <w:t>ہر جگہ جتنے فسادات ہیں اور جتنے بھی دنیا میں جہاں جس کو کہتے ہیں کہ ہمارے ساتھ ظلم ہو رہا ہے، ہر کہیں بھی مسلمان چپ نہیں ہیں۔</w:t>
      </w:r>
    </w:p>
    <w:p>
      <w:r>
        <w:rPr>
          <w:b/>
        </w:rPr>
        <w:t xml:space="preserve">[1:18:34] </w:t>
      </w:r>
      <w:r>
        <w:t>har jagah yaani apna chala rahe hain.</w:t>
      </w:r>
    </w:p>
    <w:p>
      <w:pPr>
        <w:jc w:val="right"/>
      </w:pPr>
      <w:r>
        <w:t>ہر جگہ یعنی اپنا چلا رہے ہیں۔</w:t>
      </w:r>
    </w:p>
    <w:p>
      <w:r>
        <w:rPr>
          <w:b/>
        </w:rPr>
        <w:t xml:space="preserve">[1:18:41] </w:t>
      </w:r>
      <w:r>
        <w:t>to kam az kam ab to sochein, ab to tajurba karein chup rehne ka. yaani chup rehne ka tajurba hi nahi kiya musalmanon ne.</w:t>
      </w:r>
    </w:p>
    <w:p>
      <w:pPr>
        <w:jc w:val="right"/>
      </w:pPr>
      <w:r>
        <w:t>تو کم از کم اب تو سوچیں، اب تو تجربہ کریں چپ رہنے کا۔ یعنی چپ رہنے کا تجربہ ہی نہیں کیا مسلمانوں نے۔</w:t>
      </w:r>
    </w:p>
    <w:p>
      <w:r>
        <w:rPr>
          <w:b/>
        </w:rPr>
        <w:t xml:space="preserve">[1:18:50] </w:t>
      </w:r>
      <w:r>
        <w:t>aur sawal karte hain. hamare mashriq mein pehli baar chup rehne ka tajurba kiya gaya hai aur Allah ke fazl se is se bohat faiday hue hain.</w:t>
      </w:r>
    </w:p>
    <w:p>
      <w:pPr>
        <w:jc w:val="right"/>
      </w:pPr>
      <w:r>
        <w:t>اور سوال کرتے ہیں۔ ہمارے مشرق میں پہلی بار چپ رہنے کا تجربہ کیا گیا ہے اور اللہ کے فضل سے اس سے بہت فائدے ہوئے ہیں۔</w:t>
      </w:r>
    </w:p>
    <w:p>
      <w:r>
        <w:rPr>
          <w:b/>
        </w:rPr>
        <w:t xml:space="preserve">[1:18:59] </w:t>
      </w:r>
      <w:r>
        <w:t>hamare mashriq ke bahar to koi hai hi nahi jisne chup rehne ka tajurba kiya ho do sau saal mein. to yeh sab sawal to mujhe bohat ajeeb maloom hote hain.</w:t>
      </w:r>
    </w:p>
    <w:p>
      <w:pPr>
        <w:jc w:val="right"/>
      </w:pPr>
      <w:r>
        <w:t>ہمارے مشرق کے باہر تو کوئی ہے ہی نہیں جس نے چپ رہنے کا تجربہ کیا ہو دو سو سال میں۔ تو یہ سب سوال تو مجھے بہت عجیب معلوم ہوتے ہیں۔</w:t>
      </w:r>
    </w:p>
    <w:p>
      <w:r>
        <w:rPr>
          <w:b/>
        </w:rPr>
        <w:t xml:space="preserve">[1:19:12] </w:t>
      </w:r>
      <w:r>
        <w:t>maulana, agla sawal pennsylvania, usa se khwaja kaleemuddin sahib ne kiya hai aur unhone likha hai are the words hobby and habit synonymous?</w:t>
      </w:r>
    </w:p>
    <w:p>
      <w:pPr>
        <w:jc w:val="right"/>
      </w:pPr>
      <w:r>
        <w:t>مولانا، اگلا سوال پینسلونیا، یو ایس اے سے خواجہ کلیم الدین صاحب نے کیا ہے اور انہوں نے لکھا ہے Are the words hobby and habit synonymous?</w:t>
      </w:r>
    </w:p>
    <w:p>
      <w:r>
        <w:rPr>
          <w:b/>
        </w:rPr>
        <w:t xml:space="preserve">[1:19:25] </w:t>
      </w:r>
      <w:r>
        <w:t>if yes, then the hobbies people develop in them are also bad. maulana, what is your comment on this?</w:t>
      </w:r>
    </w:p>
    <w:p>
      <w:pPr>
        <w:jc w:val="right"/>
      </w:pPr>
      <w:r>
        <w:t>If yes, then the hobbies people develop in them are also bad. مولانا، What is your comment on this?</w:t>
      </w:r>
    </w:p>
    <w:p>
      <w:r>
        <w:rPr>
          <w:b/>
        </w:rPr>
        <w:t xml:space="preserve">[1:19:36] </w:t>
      </w:r>
      <w:r>
        <w:t>main to hobby ka qael nahi hoon. na hobby ka, na habit ka.</w:t>
      </w:r>
    </w:p>
    <w:p>
      <w:pPr>
        <w:jc w:val="right"/>
      </w:pPr>
      <w:r>
        <w:t>میں تو ہابی کا قائل نہیں ہوں۔ نہ ہابی کا، نہ ہیبٹ کا۔</w:t>
      </w:r>
    </w:p>
    <w:p>
      <w:r>
        <w:rPr>
          <w:b/>
        </w:rPr>
        <w:t xml:space="preserve">[1:19:41] </w:t>
      </w:r>
      <w:r>
        <w:t>main to sirf ek hi baat jaanta hoon: soch samajh kar kaam karna. jo cheez soch samajh kar mujhe sahi lage, us ko karna.</w:t>
      </w:r>
    </w:p>
    <w:p>
      <w:pPr>
        <w:jc w:val="right"/>
      </w:pPr>
      <w:r>
        <w:t>میں تو صرف ایک ہی بات جانتا ہوں: سوچ سمجھ کر کام کرنا۔ جو چیز سوچ سمجھ کر مجھے صحیح لگے، اس کو کرنا۔</w:t>
      </w:r>
    </w:p>
    <w:p>
      <w:r>
        <w:rPr>
          <w:b/>
        </w:rPr>
        <w:t xml:space="preserve">[1:19:51] </w:t>
      </w:r>
      <w:r>
        <w:t>nahi to nahi karna. bator hobby karein ya bator habit karein, dono mujhe yaani dono mujhe yaani value less maloom hote hain.</w:t>
      </w:r>
    </w:p>
    <w:p>
      <w:pPr>
        <w:jc w:val="right"/>
      </w:pPr>
      <w:r>
        <w:t>نہیں تو نہیں کرنا۔ بطور ہابی کریں یا بطور ہیبٹ کریں، دونوں مجھے یعنی دونوں مجھے یعنی value less معلوم ہوتے ہیں۔</w:t>
      </w:r>
    </w:p>
    <w:p>
      <w:r>
        <w:rPr>
          <w:b/>
        </w:rPr>
        <w:t xml:space="preserve">[1:20:02] </w:t>
      </w:r>
      <w:r>
        <w:t>koi value nahi duniya mein, na aakhirat mein.</w:t>
      </w:r>
    </w:p>
    <w:p>
      <w:pPr>
        <w:jc w:val="right"/>
      </w:pPr>
      <w:r>
        <w:t>کوئی value نہیں دنیا میں، نہ آخرت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