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27, 2007</w:t>
      </w:r>
    </w:p>
    <w:p>
      <w:r>
        <w:t>https://youtu.be/6dgTjqN_UBM</w:t>
      </w:r>
    </w:p>
    <w:p>
      <w:r>
        <w:rPr>
          <w:b/>
        </w:rPr>
        <w:t xml:space="preserve">[00:11] </w:t>
      </w:r>
      <w:r>
        <w:t>bismillah rahman rahim, wa salli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wah lul uqdata min lisani, yafqahu qawli.</w:t>
      </w:r>
    </w:p>
    <w:p>
      <w:pPr>
        <w:jc w:val="right"/>
      </w:pPr>
      <w:r>
        <w:t>واحل العقدۃ من لسانی، یفقہ قولی۔</w:t>
      </w:r>
    </w:p>
    <w:p>
      <w:r>
        <w:rPr>
          <w:b/>
        </w:rPr>
        <w:t xml:space="preserve">[00:33] </w:t>
      </w:r>
      <w:r>
        <w:t>yeh dars-e-Quran ka silsila hai.</w:t>
      </w:r>
    </w:p>
    <w:p>
      <w:pPr>
        <w:jc w:val="right"/>
      </w:pPr>
      <w:r>
        <w:t>یہ درس قرآن کا سلسلہ ہے۔</w:t>
      </w:r>
    </w:p>
    <w:p>
      <w:r>
        <w:rPr>
          <w:b/>
        </w:rPr>
        <w:t xml:space="preserve">[00:39] </w:t>
      </w:r>
      <w:r>
        <w:t>aaj hum Quran ki Surah Al-Baqarah, yani chapter number two, ki kuch ayaton ki</w:t>
      </w:r>
    </w:p>
    <w:p>
      <w:pPr>
        <w:jc w:val="right"/>
      </w:pPr>
      <w:r>
        <w:t>آج ہم قرآن کی سورہ البقرہ، یعنی چیپٹر نمبر ٹو، کی کچھ آیتوں کی</w:t>
      </w:r>
    </w:p>
    <w:p>
      <w:r>
        <w:rPr>
          <w:b/>
        </w:rPr>
        <w:t xml:space="preserve">[00:51] </w:t>
      </w:r>
      <w:r>
        <w:t>tafseer karenge.</w:t>
      </w:r>
    </w:p>
    <w:p>
      <w:pPr>
        <w:jc w:val="right"/>
      </w:pPr>
      <w:r>
        <w:t>تفسیر کریں گے۔</w:t>
      </w:r>
    </w:p>
    <w:p>
      <w:r>
        <w:rPr>
          <w:b/>
        </w:rPr>
        <w:t xml:space="preserve">[00:55] </w:t>
      </w:r>
      <w:r>
        <w:t>Al-Baqarah ki ayat number 138.</w:t>
      </w:r>
    </w:p>
    <w:p>
      <w:pPr>
        <w:jc w:val="right"/>
      </w:pPr>
      <w:r>
        <w:t>البقرہ کی آیت نمبر 138۔</w:t>
      </w:r>
    </w:p>
    <w:p>
      <w:r>
        <w:rPr>
          <w:b/>
        </w:rPr>
        <w:t xml:space="preserve">[01:02] </w:t>
      </w:r>
      <w:r>
        <w:t>Surah Al-Baqarah ki ayat number 138 mein kaha gaya hai, yani ahl-e-iman ko khitab karte hue,</w:t>
      </w:r>
    </w:p>
    <w:p>
      <w:pPr>
        <w:jc w:val="right"/>
      </w:pPr>
      <w:r>
        <w:t>سورہ البقرہ کی آیت نمبر 138 میں کہا گیا ہے، یعنی اہل ایمان کو خطاب کرتے ہوئے،</w:t>
      </w:r>
    </w:p>
    <w:p>
      <w:r>
        <w:rPr>
          <w:b/>
        </w:rPr>
        <w:t xml:space="preserve">[01:16] </w:t>
      </w:r>
      <w:r>
        <w:t>woh log jo mante hain Quran ko aur Khuda ko aur Rasool ko, to un ko address karte hue kaha gaya hai ke sibghatallahi wa man ahsanu minallahi sibghah.</w:t>
      </w:r>
    </w:p>
    <w:p>
      <w:pPr>
        <w:jc w:val="right"/>
      </w:pPr>
      <w:r>
        <w:t>وہ لوگ جو مانتے ہیں قرآن کو اور خدا کو اور رسول کو، تو ان کو ایڈریس کرتے ہوئے کہا گیا ہے کہ سبغۃ اللہ ومن احسن من اللہ سبغہ۔</w:t>
      </w:r>
    </w:p>
    <w:p>
      <w:r>
        <w:rPr>
          <w:b/>
        </w:rPr>
        <w:t xml:space="preserve">[01:33] </w:t>
      </w:r>
      <w:r>
        <w:t>sibghatallahi wa man ahsanu minallahi sibghah.</w:t>
      </w:r>
    </w:p>
    <w:p>
      <w:pPr>
        <w:jc w:val="right"/>
      </w:pPr>
      <w:r>
        <w:t>سبغۃ اللہ ومن احسن من اللہ سبغہ۔</w:t>
      </w:r>
    </w:p>
    <w:p>
      <w:r>
        <w:rPr>
          <w:b/>
        </w:rPr>
        <w:t xml:space="preserve">[01:40] </w:t>
      </w:r>
      <w:r>
        <w:t>yani Allah ke rang ko, Allah ke rang mein apne aap ko rang lo.</w:t>
      </w:r>
    </w:p>
    <w:p>
      <w:pPr>
        <w:jc w:val="right"/>
      </w:pPr>
      <w:r>
        <w:t>یعنی اللہ کے رنگ کو، اللہ کے رنگ میں اپنے آپ کو رنگ لو۔</w:t>
      </w:r>
    </w:p>
    <w:p>
      <w:r>
        <w:rPr>
          <w:b/>
        </w:rPr>
        <w:t xml:space="preserve">[01:53] </w:t>
      </w:r>
      <w:r>
        <w:t>aur Allah ke rang se zyada achha kaun rang hai?</w:t>
      </w:r>
    </w:p>
    <w:p>
      <w:pPr>
        <w:jc w:val="right"/>
      </w:pPr>
      <w:r>
        <w:t>اور اللہ کے رنگ سے زیادہ اچھا کون رنگ ہے؟</w:t>
      </w:r>
    </w:p>
    <w:p>
      <w:r>
        <w:rPr>
          <w:b/>
        </w:rPr>
        <w:t xml:space="preserve">[02:02] </w:t>
      </w:r>
      <w:r>
        <w:t>yeh bohat, yeh ek misaal ke andaaz mein bohat bari baat kahi gayi hai,</w:t>
      </w:r>
    </w:p>
    <w:p>
      <w:pPr>
        <w:jc w:val="right"/>
      </w:pPr>
      <w:r>
        <w:t>یہ بہت، یہ ایک مثال کے انداز میں بہت بڑی بات کہی گئی ہے،</w:t>
      </w:r>
    </w:p>
    <w:p>
      <w:r>
        <w:rPr>
          <w:b/>
        </w:rPr>
        <w:t xml:space="preserve">[02:09] </w:t>
      </w:r>
      <w:r>
        <w:t>yani rang ki misaal mein. dekhiye, main is ko wazahat wazeh karne ke liye, dekhiye, yeh mere haath mein pani ka aik glass hai.</w:t>
      </w:r>
    </w:p>
    <w:p>
      <w:pPr>
        <w:jc w:val="right"/>
      </w:pPr>
      <w:r>
        <w:t>یعنی رنگ کی مثال میں۔ دیکھیے، میں اس کو وضاحت واضح کرنے کے لیے، دیکھیے، یہ میرے ہاتھ میں پانی کا ایک گلاس ہے۔</w:t>
      </w:r>
    </w:p>
    <w:p>
      <w:r>
        <w:rPr>
          <w:b/>
        </w:rPr>
        <w:t xml:space="preserve">[02:26] </w:t>
      </w:r>
      <w:r>
        <w:t>pani ka</w:t>
      </w:r>
    </w:p>
    <w:p>
      <w:pPr>
        <w:jc w:val="right"/>
      </w:pPr>
      <w:r>
        <w:t>پانی کا</w:t>
      </w:r>
    </w:p>
    <w:p>
      <w:r>
        <w:rPr>
          <w:b/>
        </w:rPr>
        <w:t xml:space="preserve">[02:27] </w:t>
      </w:r>
      <w:r>
        <w:t>aik glass hai. is is pani mein agar aap pathar ke kuch tukre daal dein to pathar alag rahe ga aur pani alag rahe ga.</w:t>
      </w:r>
    </w:p>
    <w:p>
      <w:pPr>
        <w:jc w:val="right"/>
      </w:pPr>
      <w:r>
        <w:t>ایک گلاس ہے۔ اس اس پانی میں اگر آپ پتھر کے کچھ ٹکڑے ڈال دیں تو پتھر الگ رہے گا اور پانی الگ رہے گا۔</w:t>
      </w:r>
    </w:p>
    <w:p>
      <w:r>
        <w:rPr>
          <w:b/>
        </w:rPr>
        <w:t xml:space="preserve">[02:43] </w:t>
      </w:r>
      <w:r>
        <w:t>pathar aur pani dono mil kar aik nahi banen ge.</w:t>
      </w:r>
    </w:p>
    <w:p>
      <w:pPr>
        <w:jc w:val="right"/>
      </w:pPr>
      <w:r>
        <w:t>پتھر اور پانی دونوں مل کر ایک نہیں بنیں گے۔</w:t>
      </w:r>
    </w:p>
    <w:p>
      <w:r>
        <w:rPr>
          <w:b/>
        </w:rPr>
        <w:t xml:space="preserve">[02:48] </w:t>
      </w:r>
      <w:r>
        <w:t>lekin agar aap is pani mein rang daal dein, rang ka powder, rang ka powder daal dein to jo rang hoga, usi rang mein sara pani rang jaye ga.</w:t>
      </w:r>
    </w:p>
    <w:p>
      <w:pPr>
        <w:jc w:val="right"/>
      </w:pPr>
      <w:r>
        <w:t>لیکن اگر آپ اس پانی میں رنگ ڈال دیں، رنگ کا پاؤڈر، رنگ کا پاؤڈر ڈال دیں تو جو رنگ ہوگا، اسی رنگ میں سارا پانی رنگ جائے گا۔</w:t>
      </w:r>
    </w:p>
    <w:p>
      <w:r>
        <w:rPr>
          <w:b/>
        </w:rPr>
        <w:t xml:space="preserve">[03:05] </w:t>
      </w:r>
      <w:r>
        <w:t>jaise red color agar aap daalein to sara pani red ho jaye ga. yeh hai Allah ke rang mein apne ko rango.</w:t>
      </w:r>
    </w:p>
    <w:p>
      <w:pPr>
        <w:jc w:val="right"/>
      </w:pPr>
      <w:r>
        <w:t>جیسے ریڈ کلر اگر آپ ڈالیں تو سارا پانی ریڈ ہو جائے گا۔ یہ ہے اللہ کے رنگ میں اپنے کو رنگو۔</w:t>
      </w:r>
    </w:p>
    <w:p>
      <w:r>
        <w:rPr>
          <w:b/>
        </w:rPr>
        <w:t xml:space="preserve">[03:17] </w:t>
      </w:r>
      <w:r>
        <w:t>yani</w:t>
      </w:r>
    </w:p>
    <w:p>
      <w:pPr>
        <w:jc w:val="right"/>
      </w:pPr>
      <w:r>
        <w:t>یعنی</w:t>
      </w:r>
    </w:p>
    <w:p>
      <w:r>
        <w:rPr>
          <w:b/>
        </w:rPr>
        <w:t xml:space="preserve">[03:21] </w:t>
      </w:r>
      <w:r>
        <w:t>Allah par iman lana is tarah hota hai ke aadmi kehta hai ke ashhadu an la ilaha illallah wa ashhadu anna Muhammadan abdahu wa rasuluh aadmi jab is tarah se bolta hai to us ko kehte hain iman lana.</w:t>
      </w:r>
    </w:p>
    <w:p>
      <w:pPr>
        <w:jc w:val="right"/>
      </w:pPr>
      <w:r>
        <w:t>اللہ پر ایمان لانا اس طرح ہوتا ہے کہ آدمی کہتا ہے کہ اشھد ان لا الہ الا اللہ واشہد ان محمد عبدہ ورسولہ آدمی جب اس طرح سے بولتا ہے تو اس کو کہتے ہیں ایمان لانا۔</w:t>
      </w:r>
    </w:p>
    <w:p>
      <w:r>
        <w:rPr>
          <w:b/>
        </w:rPr>
        <w:t xml:space="preserve">[03:48] </w:t>
      </w:r>
      <w:r>
        <w:t>lekin iman lane ki do sooraten hain. aik yeh ke munh se hum ne bol diya, lip service ke tor par hum ne keh diya ashhadu an la ilaha illallah wa ashhadu anna Muhammadan abdahu wa rasuluh</w:t>
      </w:r>
    </w:p>
    <w:p>
      <w:pPr>
        <w:jc w:val="right"/>
      </w:pPr>
      <w:r>
        <w:t>لیکن ایمان لانے کی دو صورتیں ہیں۔ ایک یہ کہ منہ سے ہم نے بول دیا، لپ سروس کے طور پر ہم نے کہہ دیا اشھد ان لا الہ الا اللہ واشہد ان محمد عبدہ ورسولہ</w:t>
      </w:r>
    </w:p>
    <w:p>
      <w:r>
        <w:rPr>
          <w:b/>
        </w:rPr>
        <w:t xml:space="preserve">[04:07] </w:t>
      </w:r>
      <w:r>
        <w:t>lekin hamara yeh kehna hamare wajood mein dakhil nahi hua. hamara mind, hamara dil, hamari rooh jaisi pehle thi waisi hi baqi rahi.</w:t>
      </w:r>
    </w:p>
    <w:p>
      <w:pPr>
        <w:jc w:val="right"/>
      </w:pPr>
      <w:r>
        <w:t>لیکن ہمارا یہ کہنا ہمارے وجود میں داخل نہیں ہوا۔ ہمارا مائنڈ، ہمارا دل، ہماری روح جیسی پہلے تھی ویسے ہی باقی رہی۔</w:t>
      </w:r>
    </w:p>
    <w:p>
      <w:r>
        <w:rPr>
          <w:b/>
        </w:rPr>
        <w:t xml:space="preserve">[04:27] </w:t>
      </w:r>
      <w:r>
        <w:t>is ka mani yeh hua ke</w:t>
      </w:r>
    </w:p>
    <w:p>
      <w:pPr>
        <w:jc w:val="right"/>
      </w:pPr>
      <w:r>
        <w:t>اس کا معنی یہ ہوا کہ</w:t>
      </w:r>
    </w:p>
    <w:p>
      <w:r>
        <w:rPr>
          <w:b/>
        </w:rPr>
        <w:t xml:space="preserve">[04:32] </w:t>
      </w:r>
      <w:r>
        <w:t>yeh aisa hi hai jaise ke hum ne apne glass ke pani mein pathar ke tukre daal diye ya kuch likhe hue letters daal diye.</w:t>
      </w:r>
    </w:p>
    <w:p>
      <w:pPr>
        <w:jc w:val="right"/>
      </w:pPr>
      <w:r>
        <w:t>یہ ایسا ہی ہے جیسے کہ ہم نے اپنے گلاس کے پانی میں پتھر کے ٹکڑے ڈال دیے یا کچھ لکھے ہوئے لیٹرز ڈال دیے۔</w:t>
      </w:r>
    </w:p>
    <w:p>
      <w:r>
        <w:rPr>
          <w:b/>
        </w:rPr>
        <w:t xml:space="preserve">[04:43] </w:t>
      </w:r>
      <w:r>
        <w:t>koi likhe hue letters hon, is mein aap daal dein glass ke pani mein to zahir hai ke letter alag hoga aur pani alag hoga.</w:t>
      </w:r>
    </w:p>
    <w:p>
      <w:pPr>
        <w:jc w:val="right"/>
      </w:pPr>
      <w:r>
        <w:t>کوئی لکھے ہوئے لیٹرز ہوں، اس میں آپ ڈال دیں گلاس کے پانی میں تو ظاہر ہے کہ لیٹر الگ ہوگا اور پانی الگ ہوگا۔</w:t>
      </w:r>
    </w:p>
    <w:p>
      <w:r>
        <w:rPr>
          <w:b/>
        </w:rPr>
        <w:t xml:space="preserve">[04:56] </w:t>
      </w:r>
      <w:r>
        <w:t>lekin agar aap pani mein color daal dein to color aur pani dono mil kar aik ho jayen ge.</w:t>
      </w:r>
    </w:p>
    <w:p>
      <w:pPr>
        <w:jc w:val="right"/>
      </w:pPr>
      <w:r>
        <w:t>لیکن اگر آپ پانی میں کلر ڈال دیں تو کلر اور پانی دونوں مل کر ایک ہو جائیں گے۔</w:t>
      </w:r>
    </w:p>
    <w:p>
      <w:r>
        <w:rPr>
          <w:b/>
        </w:rPr>
        <w:t xml:space="preserve">[05:07] </w:t>
      </w:r>
      <w:r>
        <w:t>to yahan jo farmaya ke jab tum</w:t>
      </w:r>
    </w:p>
    <w:p>
      <w:pPr>
        <w:jc w:val="right"/>
      </w:pPr>
      <w:r>
        <w:t>تو یہاں جو فرمایا کہ جب تم</w:t>
      </w:r>
    </w:p>
    <w:p>
      <w:r>
        <w:rPr>
          <w:b/>
        </w:rPr>
        <w:t xml:space="preserve">[05:12] </w:t>
      </w:r>
      <w:r>
        <w:t>kalma ko apni zaban se ada kar ke Islam ka iqrar karte ho to yeh aisa hona chahiye jaise ke tum ne apni hasti mein, apne wajood mein Khuda ka rang daal liya.</w:t>
      </w:r>
    </w:p>
    <w:p>
      <w:pPr>
        <w:jc w:val="right"/>
      </w:pPr>
      <w:r>
        <w:t>کلمہ کو اپنی زبان سے ادا کر کے اسلام کا اقرار کرتے ہو تو یہ ایسا ہونا چاہیے جیسے کہ تم نے اپنی ہستی میں، اپنے وجود میں خدا کا رنگ ڈال لیا۔</w:t>
      </w:r>
    </w:p>
    <w:p>
      <w:r>
        <w:rPr>
          <w:b/>
        </w:rPr>
        <w:t xml:space="preserve">[05:30] </w:t>
      </w:r>
      <w:r>
        <w:t>ab tumhara poora wajood, tumhari poori zindagi Allah ke rang mein rang jana chahiye.</w:t>
      </w:r>
    </w:p>
    <w:p>
      <w:pPr>
        <w:jc w:val="right"/>
      </w:pPr>
      <w:r>
        <w:t>اب تمہارا پورا وجود، تمہاری پوری زندگی اللہ کے رنگ میں رنگ جانا چاہیے۔</w:t>
      </w:r>
    </w:p>
    <w:p>
      <w:r>
        <w:rPr>
          <w:b/>
        </w:rPr>
        <w:t xml:space="preserve">[05:39] </w:t>
      </w:r>
      <w:r>
        <w:t>is ka matlab kya hai? hamari soch Allah wali soch ban jaye. yani is ko aik lafz bhi keh sakte hain God oriented life</w:t>
      </w:r>
    </w:p>
    <w:p>
      <w:pPr>
        <w:jc w:val="right"/>
      </w:pPr>
      <w:r>
        <w:t>اس کا مطلب کیا ہے؟ ہماری سوچ اللہ والی سوچ بن جائے۔ یعنی اس کو ایک لفظ بھی کہہ سکتے ہیں God oriented life</w:t>
      </w:r>
    </w:p>
    <w:p>
      <w:r>
        <w:rPr>
          <w:b/>
        </w:rPr>
        <w:t xml:space="preserve">[05:56] </w:t>
      </w:r>
      <w:r>
        <w:t>to hamari soch Allah wali soch ban jaye.</w:t>
      </w:r>
    </w:p>
    <w:p>
      <w:pPr>
        <w:jc w:val="right"/>
      </w:pPr>
      <w:r>
        <w:t>تو ہماری سوچ اللہ والی سوچ بن جائے۔</w:t>
      </w:r>
    </w:p>
    <w:p>
      <w:r>
        <w:rPr>
          <w:b/>
        </w:rPr>
        <w:t xml:space="preserve">[06:02] </w:t>
      </w:r>
      <w:r>
        <w:t>hamara bol, hamari speech, God oriented speech ban jaye.</w:t>
      </w:r>
    </w:p>
    <w:p>
      <w:pPr>
        <w:jc w:val="right"/>
      </w:pPr>
      <w:r>
        <w:t>ہمارا بول، ہماری سپیچ، God oriented سپیچ بن جائے۔</w:t>
      </w:r>
    </w:p>
    <w:p>
      <w:r>
        <w:rPr>
          <w:b/>
        </w:rPr>
        <w:t xml:space="preserve">[06:13] </w:t>
      </w:r>
      <w:r>
        <w:t>hamara kirdaar, God oriented kirdaar ban jaye. hamara ravaiya, God oriented ravaiya ban jaye.</w:t>
      </w:r>
    </w:p>
    <w:p>
      <w:pPr>
        <w:jc w:val="right"/>
      </w:pPr>
      <w:r>
        <w:t>ہمارا کردار، God oriented کردار بن جائے۔ ہمارا رویہ، God oriented رویہ بن جائے۔</w:t>
      </w:r>
    </w:p>
    <w:p>
      <w:r>
        <w:rPr>
          <w:b/>
        </w:rPr>
        <w:t xml:space="preserve">[06:27] </w:t>
      </w:r>
      <w:r>
        <w:t>isi tarah hamari dealing, hamari sargarmiyan, har cheez mein Khuda ka rang aajaye. Khuda ka rang aane ka matlab kya hai?</w:t>
      </w:r>
    </w:p>
    <w:p>
      <w:pPr>
        <w:jc w:val="right"/>
      </w:pPr>
      <w:r>
        <w:t>اسی طرح ہماری ڈیلنگ، ہماری سرگرمیاں، ہر چیز میں خدا کا رنگ آجائے۔ خدا کا رنگ آنے کا مطلب کیا ہے؟</w:t>
      </w:r>
    </w:p>
    <w:p>
      <w:r>
        <w:rPr>
          <w:b/>
        </w:rPr>
        <w:t xml:space="preserve">[06:39] </w:t>
      </w:r>
      <w:r>
        <w:t>Khuda hamara sab se bara fikr ban jaye.</w:t>
      </w:r>
    </w:p>
    <w:p>
      <w:pPr>
        <w:jc w:val="right"/>
      </w:pPr>
      <w:r>
        <w:t>خدا ہمارا سب سے بڑا فکر بن جائے۔</w:t>
      </w:r>
    </w:p>
    <w:p>
      <w:r>
        <w:rPr>
          <w:b/>
        </w:rPr>
        <w:t xml:space="preserve">[06:45] </w:t>
      </w:r>
      <w:r>
        <w:t>hamara supreme فرد jo hai woh Khuda ho. yani Khuda se darna, Khuda se mohabbat karna, Khuda ke rastay par bharpoor tareeqay se chalna,</w:t>
      </w:r>
    </w:p>
    <w:p>
      <w:pPr>
        <w:jc w:val="right"/>
      </w:pPr>
      <w:r>
        <w:t>ہمارا سپریم فرد جو ہے وہ خدا ہو۔ یعنی خدا سے ڈرنا، خدا سے محبت کرنا، خدا کے راستے پر بھرپور طریقے سے چلنا،</w:t>
      </w:r>
    </w:p>
    <w:p>
      <w:r>
        <w:rPr>
          <w:b/>
        </w:rPr>
        <w:t xml:space="preserve">[06:59] </w:t>
      </w:r>
      <w:r>
        <w:t>har maamle mein yeh sochna ke kaun sa tareeqa Khuda ki marzi ke mutabiq hai aur kaun sa tareeqa Khuda ki marzi ke khilaf hai, yeh hai Allah ke rang mein rangna.</w:t>
      </w:r>
    </w:p>
    <w:p>
      <w:pPr>
        <w:jc w:val="right"/>
      </w:pPr>
      <w:r>
        <w:t>ہر معاملے میں یہ سوچنا کہ کون سا طریقہ خدا کی مرضی کے مطابق ہے اور کون سا طریقہ خدا کی مرضی کے خلاف ہے، یہ ہے اللہ کے رنگ میں رنگنا۔</w:t>
      </w:r>
    </w:p>
    <w:p>
      <w:r>
        <w:rPr>
          <w:b/>
        </w:rPr>
        <w:t xml:space="preserve">[07:17] </w:t>
      </w:r>
      <w:r>
        <w:t>to farmaya ke Allah ke rang mein apne ko rang lo. aur is se acha rang kaun sa hai? zahir hai ke agar aadmi kisi aur rang mein apne ko range to woh to is dunya mein unwanted hoga.</w:t>
      </w:r>
    </w:p>
    <w:p>
      <w:pPr>
        <w:jc w:val="right"/>
      </w:pPr>
      <w:r>
        <w:t>تو فرمایا کہ اللہ کے رنگ میں اپنے کو رنگ لو۔ اور اس سے اچھا رنگ کون سا ہے؟ ظاہر ہے کہ اگر آدمی کسی اور رنگ میں اپنے کو رنگے تو وہ تو اس دنیا میں ان وانٹڈ ہوگا۔</w:t>
      </w:r>
    </w:p>
    <w:p>
      <w:r>
        <w:rPr>
          <w:b/>
        </w:rPr>
        <w:t xml:space="preserve">[07:33] </w:t>
      </w:r>
      <w:r>
        <w:t>Khuda ki dunya mein. Khuda ki dunya mein woh unwanted hoga. Khuda ki dunya mein Khudai wali cheezein wanted ho sakti hain.</w:t>
      </w:r>
    </w:p>
    <w:p>
      <w:pPr>
        <w:jc w:val="right"/>
      </w:pPr>
      <w:r>
        <w:t>خدا کی دنیا میں۔ خدا کی دنیا میں وہ ان وانٹڈ ہوگا۔ خدا کی دنیا میں خدائی والی چیزیں وانٹڈ ہو سکتی ہیں۔</w:t>
      </w:r>
    </w:p>
    <w:p>
      <w:r>
        <w:rPr>
          <w:b/>
        </w:rPr>
        <w:t xml:space="preserve">[07:47] </w:t>
      </w:r>
      <w:r>
        <w:t>to Khuda ke rang mein rangne ka matlab yeh hai Khuda ko apna sab se bara fikr banana.</w:t>
      </w:r>
    </w:p>
    <w:p>
      <w:pPr>
        <w:jc w:val="right"/>
      </w:pPr>
      <w:r>
        <w:t>تو خدا کے رنگ میں رنگنے کا مطلب یہ ہے خدا کو اپنا سب سے بڑا فکر بنانا۔</w:t>
      </w:r>
    </w:p>
    <w:p>
      <w:r>
        <w:rPr>
          <w:b/>
        </w:rPr>
        <w:t xml:space="preserve">[07:59] </w:t>
      </w:r>
      <w:r>
        <w:t>God oriented life ka tareeqa ikhtiyar karna.</w:t>
      </w:r>
    </w:p>
    <w:p>
      <w:pPr>
        <w:jc w:val="right"/>
      </w:pPr>
      <w:r>
        <w:t>God oriented life کا طریقہ اختیار کرنا۔</w:t>
      </w:r>
    </w:p>
    <w:p>
      <w:r>
        <w:rPr>
          <w:b/>
        </w:rPr>
        <w:t xml:space="preserve">[08:07] </w:t>
      </w:r>
      <w:r>
        <w:t>raat mein aur din mein, khule mein aur chhupe mein, infiradi zindagi mein aur awami zindagi mein, har jagah hamara tareeqa woh ho jo Khuda ne bata diya hai Quran mein aur apne peghambar ke zariye.</w:t>
      </w:r>
    </w:p>
    <w:p>
      <w:pPr>
        <w:jc w:val="right"/>
      </w:pPr>
      <w:r>
        <w:t>رات میں اور دن میں، کھلے میں اور چھپے میں، انفرادی زندگی میں اور عوامی زندگی میں، ہر جگہ ہمارا طریقہ وہ ہو جو خدا نے بتا دیا ہے قرآن میں اور اپنے پیغمبر کے ذریعے۔</w:t>
      </w:r>
    </w:p>
    <w:p>
      <w:r>
        <w:rPr>
          <w:b/>
        </w:rPr>
        <w:t xml:space="preserve">[08:30] </w:t>
      </w:r>
      <w:r>
        <w:t>saari baatein Quran mein maujood hain.</w:t>
      </w:r>
    </w:p>
    <w:p>
      <w:pPr>
        <w:jc w:val="right"/>
      </w:pPr>
      <w:r>
        <w:t>ساری باتیں قرآن میں موجود ہیں۔</w:t>
      </w:r>
    </w:p>
    <w:p>
      <w:r>
        <w:rPr>
          <w:b/>
        </w:rPr>
        <w:t xml:space="preserve">[08:33] </w:t>
      </w:r>
      <w:r>
        <w:t>peghambar ne saari baaton ko khol khol kar bata diya hai. aur yeh sab kuch aaj bhi mehfooz hai. poori tareqe se.</w:t>
      </w:r>
    </w:p>
    <w:p>
      <w:pPr>
        <w:jc w:val="right"/>
      </w:pPr>
      <w:r>
        <w:t>پیغمبر نے ساری باتوں کو کھول کھول کر بتا دیا ہے۔ اور یہ سب کچھ آج بھی محفوظ ہے۔ پوری طریقے سے۔</w:t>
      </w:r>
    </w:p>
    <w:p>
      <w:r>
        <w:rPr>
          <w:b/>
        </w:rPr>
        <w:t xml:space="preserve">[08:46] </w:t>
      </w:r>
      <w:r>
        <w:t>to sirf kalma parhna yeh kafi nahi hai. kalma parhna to sach poochein to starting point hai.</w:t>
      </w:r>
    </w:p>
    <w:p>
      <w:pPr>
        <w:jc w:val="right"/>
      </w:pPr>
      <w:r>
        <w:t>تو صرف کلمہ پڑھنا یہ کافی نہیں ہے۔ کلمہ پڑھنا تو سچ پوچھیں تو اسٹارٹنگ پوائنٹ ہے۔</w:t>
      </w:r>
    </w:p>
    <w:p>
      <w:r>
        <w:rPr>
          <w:b/>
        </w:rPr>
        <w:t xml:space="preserve">[08:58] </w:t>
      </w:r>
      <w:r>
        <w:t>wahan se Islami zindagi shuru hoti hai.</w:t>
      </w:r>
    </w:p>
    <w:p>
      <w:pPr>
        <w:jc w:val="right"/>
      </w:pPr>
      <w:r>
        <w:t>وہاں سے اسلامی زندگی شروع ہوتی ہے۔</w:t>
      </w:r>
    </w:p>
    <w:p>
      <w:r>
        <w:rPr>
          <w:b/>
        </w:rPr>
        <w:t xml:space="preserve">[09:03] </w:t>
      </w:r>
      <w:r>
        <w:t>agar aadmi kalma hi na parhe to goya ke is ne</w:t>
      </w:r>
    </w:p>
    <w:p>
      <w:pPr>
        <w:jc w:val="right"/>
      </w:pPr>
      <w:r>
        <w:t>اگر آدمی کلمہ ہی نہ پڑھے تو گویا کہ اس نے</w:t>
      </w:r>
    </w:p>
    <w:p>
      <w:r>
        <w:rPr>
          <w:b/>
        </w:rPr>
        <w:t xml:space="preserve">[09:11] </w:t>
      </w:r>
      <w:r>
        <w:t>apni nayi zindagi shuru hi nahi ki. baqi is ke baad yeh poori zindagi isi par dhalna hai.</w:t>
      </w:r>
    </w:p>
    <w:p>
      <w:pPr>
        <w:jc w:val="right"/>
      </w:pPr>
      <w:r>
        <w:t>اپنی نئی زندگی شروع ہی نہیں کی۔ باقی اس کے بعد یہ پوری زندگی اسی پر ڈھالنا ہے۔</w:t>
      </w:r>
    </w:p>
    <w:p>
      <w:r>
        <w:rPr>
          <w:b/>
        </w:rPr>
        <w:t xml:space="preserve">[09:21] </w:t>
      </w:r>
      <w:r>
        <w:t>aur marte dam tak dhalna hai.</w:t>
      </w:r>
    </w:p>
    <w:p>
      <w:pPr>
        <w:jc w:val="right"/>
      </w:pPr>
      <w:r>
        <w:t>اور مرتے دم تک ڈھالنا ہے۔</w:t>
      </w:r>
    </w:p>
    <w:p>
      <w:r>
        <w:rPr>
          <w:b/>
        </w:rPr>
        <w:t xml:space="preserve">[09:25] </w:t>
      </w:r>
      <w:r>
        <w:t>yeh sahi hai ke aadmi se ghalti hoti hai.</w:t>
      </w:r>
    </w:p>
    <w:p>
      <w:pPr>
        <w:jc w:val="right"/>
      </w:pPr>
      <w:r>
        <w:t>یہ صحیح ہے کہ آدمی سے غلطی ہوتی ہے۔</w:t>
      </w:r>
    </w:p>
    <w:p>
      <w:r>
        <w:rPr>
          <w:b/>
        </w:rPr>
        <w:t xml:space="preserve">[09:29] </w:t>
      </w:r>
      <w:r>
        <w:t>aadmi kai baar apni khwahish se maghloob ho kar, apne dilchaspi se maghloob ho kar, koi ghalti kar baithta hai.</w:t>
      </w:r>
    </w:p>
    <w:p>
      <w:pPr>
        <w:jc w:val="right"/>
      </w:pPr>
      <w:r>
        <w:t>آدمی کئی بار اپنی خواہش سے مغلوب ہو کر، اپنے دلچسپی سے مغلوب ہو کر، کوئی غلطی کر بیٹھتا ہے۔</w:t>
      </w:r>
    </w:p>
    <w:p>
      <w:r>
        <w:rPr>
          <w:b/>
        </w:rPr>
        <w:t xml:space="preserve">[09:40] </w:t>
      </w:r>
      <w:r>
        <w:t>Khuda ke raaste se hatt jata hai. lekin is ka bhi ek tareeqa hai. aur woh hai tauba. thumma yatuboona min qareeb yani ghalti jab ho gayi to jald hi ehsas ho aadmi ko ke yeh to mein ne ghalt kar diya.</w:t>
      </w:r>
    </w:p>
    <w:p>
      <w:pPr>
        <w:jc w:val="right"/>
      </w:pPr>
      <w:r>
        <w:t>خدا کے راستے سے ہٹ جاتا ہے۔ لیکن اس کا بھی ایک طریقہ ہے۔ اور وہ ہے توبہ۔ ثُمَّ يَتُوبُونَ مِنْ قَرِيبٍ یعنی غلطی جب ہو گئی تو جلد ہی احساس ہو آدمی کو کہ یہ تو میں نے غلط کر دیا۔</w:t>
      </w:r>
    </w:p>
    <w:p>
      <w:r>
        <w:rPr>
          <w:b/>
        </w:rPr>
        <w:t xml:space="preserve">[09:59] </w:t>
      </w:r>
      <w:r>
        <w:t>ghalat ka matlab hai Khuda ki marzi ke khilaf kar diya. jaise Hazrat Adam ko Khuda ne kaha tha ke is is drakht ka phal na khana.</w:t>
      </w:r>
    </w:p>
    <w:p>
      <w:pPr>
        <w:jc w:val="right"/>
      </w:pPr>
      <w:r>
        <w:t>غلط کا مطلب ہے خدا کی مرضی کے خلاف کر دیا۔ جیسے حضرت آدم کو خدا نے کہا تھا کہ اس اس درخت کا پھل نہ کھانا۔</w:t>
      </w:r>
    </w:p>
    <w:p>
      <w:r>
        <w:rPr>
          <w:b/>
        </w:rPr>
        <w:t xml:space="preserve">[10:09] </w:t>
      </w:r>
      <w:r>
        <w:t>to unhon ne kha liya. lekin phir foran hi un ko ehsas hua ke mein ne ghalti kar di. ke Khuda ke mana ki hui cheez ko mein ne kar liya.</w:t>
      </w:r>
    </w:p>
    <w:p>
      <w:pPr>
        <w:jc w:val="right"/>
      </w:pPr>
      <w:r>
        <w:t>تو انہوں نے کھا لیا۔ لیکن پھر فوراً ہی ان کو احساس ہوا کہ میں نے غلطی کر دی۔ کہ خدا کے منع کی ہوئی چیز کو میں نے کر لیا۔</w:t>
      </w:r>
    </w:p>
    <w:p>
      <w:r>
        <w:rPr>
          <w:b/>
        </w:rPr>
        <w:t xml:space="preserve">[10:23] </w:t>
      </w:r>
      <w:r>
        <w:t>to insaan jo hai is se matloob yeh hai ke woh Khuda ke raaste par chale.</w:t>
      </w:r>
    </w:p>
    <w:p>
      <w:pPr>
        <w:jc w:val="right"/>
      </w:pPr>
      <w:r>
        <w:t>تو انسان جو ہے اس سے مطلوب یہ ہے کہ وہ خدا کے راستے پر چلے۔</w:t>
      </w:r>
    </w:p>
    <w:p>
      <w:r>
        <w:rPr>
          <w:b/>
        </w:rPr>
        <w:t xml:space="preserve">[10:29] </w:t>
      </w:r>
      <w:r>
        <w:t>Khuda ke rang mein apni zindagi ko range. lekin is dunya mein yeh bhi ek haqeeqat hai ke aadmi baar baar ghalti karta hai.</w:t>
      </w:r>
    </w:p>
    <w:p>
      <w:pPr>
        <w:jc w:val="right"/>
      </w:pPr>
      <w:r>
        <w:t>خدا کے رنگ میں اپنی زندگی کو رنگے۔ لیکن اس دنیا میں یہ بھی ایک حقیقت ہے کہ آدمی بار بار غلطی کرتا ہے۔</w:t>
      </w:r>
    </w:p>
    <w:p>
      <w:r>
        <w:rPr>
          <w:b/>
        </w:rPr>
        <w:t xml:space="preserve">[10:39] </w:t>
      </w:r>
      <w:r>
        <w:t>to ghalti kar ke isi par jam jana yeh ghalat hai.</w:t>
      </w:r>
    </w:p>
    <w:p>
      <w:pPr>
        <w:jc w:val="right"/>
      </w:pPr>
      <w:r>
        <w:t>تو غلطی کر کے اسی پر جم جانا یہ غلط ہے۔</w:t>
      </w:r>
    </w:p>
    <w:p>
      <w:r>
        <w:rPr>
          <w:b/>
        </w:rPr>
        <w:t xml:space="preserve">[10:47] </w:t>
      </w:r>
      <w:r>
        <w:t>ghalti kar ke isi par jame rehna yeh ghalat hai.</w:t>
      </w:r>
    </w:p>
    <w:p>
      <w:pPr>
        <w:jc w:val="right"/>
      </w:pPr>
      <w:r>
        <w:t>غلطی کر کے اسی پر جمے رہنا یہ غلط ہے۔</w:t>
      </w:r>
    </w:p>
    <w:p>
      <w:r>
        <w:rPr>
          <w:b/>
        </w:rPr>
        <w:t xml:space="preserve">[10:52] </w:t>
      </w:r>
      <w:r>
        <w:t>ghalti kar ke aadmi ke andar sharimdagi aaye. woh tauba kare.</w:t>
      </w:r>
    </w:p>
    <w:p>
      <w:pPr>
        <w:jc w:val="right"/>
      </w:pPr>
      <w:r>
        <w:t>غلطی کر کے آدمی کے اندر شرمندگی آئے۔ وہ توبہ کرے۔</w:t>
      </w:r>
    </w:p>
    <w:p>
      <w:r>
        <w:rPr>
          <w:b/>
        </w:rPr>
        <w:t xml:space="preserve">[11:03] </w:t>
      </w:r>
      <w:r>
        <w:t>phir se palte sahi raaste ki taraf. aur yeh apne andar paka irada kare ke ab mein aisi ghalti nahi karunga.</w:t>
      </w:r>
    </w:p>
    <w:p>
      <w:pPr>
        <w:jc w:val="right"/>
      </w:pPr>
      <w:r>
        <w:t>پھر سے پلٹے صحیح راستے کی طرف۔ اور یہ اپنے اندر پکا ارادہ کرے کہ اب میں ایسی غلطی نہیں کروں گا۔</w:t>
      </w:r>
    </w:p>
    <w:p>
      <w:r>
        <w:rPr>
          <w:b/>
        </w:rPr>
        <w:t xml:space="preserve">[11:15] </w:t>
      </w:r>
      <w:r>
        <w:t>yeh hai tauba. to tauba ka raasta bhi khula hua hai.</w:t>
      </w:r>
    </w:p>
    <w:p>
      <w:pPr>
        <w:jc w:val="right"/>
      </w:pPr>
      <w:r>
        <w:t>یہ ہے توبہ۔ تو توبہ کا راستہ بھی کھلا ہوا ہے۔</w:t>
      </w:r>
    </w:p>
    <w:p>
      <w:r>
        <w:rPr>
          <w:b/>
        </w:rPr>
        <w:t xml:space="preserve">[11:23] </w:t>
      </w:r>
      <w:r>
        <w:t>to goya ke do baat hui. ke iman lane ke baad apni zindagi ko Khuda ke raaste par dhalna.</w:t>
      </w:r>
    </w:p>
    <w:p>
      <w:pPr>
        <w:jc w:val="right"/>
      </w:pPr>
      <w:r>
        <w:t>تو گویا کہ دو بات ہوئی۔ کہ ایمان لانے کے بعد اپنی زندگی کو خدا کے راستے پر ڈھالنا۔</w:t>
      </w:r>
    </w:p>
    <w:p>
      <w:r>
        <w:rPr>
          <w:b/>
        </w:rPr>
        <w:t xml:space="preserve">[11:33] </w:t>
      </w:r>
      <w:r>
        <w:t>aur phir agar koi ghalati ho jaye to rujoo karna, toba karna.</w:t>
      </w:r>
    </w:p>
    <w:p>
      <w:pPr>
        <w:jc w:val="right"/>
      </w:pPr>
      <w:r>
        <w:t>اور پھر اگر کوئی غلطی ہو جائے تو رجوع کرنا، توبہ کرنا۔</w:t>
      </w:r>
    </w:p>
    <w:p>
      <w:r>
        <w:rPr>
          <w:b/>
        </w:rPr>
        <w:t xml:space="preserve">[11:45] </w:t>
      </w:r>
      <w:r>
        <w:t>yeh tareeqa hai.</w:t>
      </w:r>
    </w:p>
    <w:p>
      <w:pPr>
        <w:jc w:val="right"/>
      </w:pPr>
      <w:r>
        <w:t>یہ طریقہ ہے۔</w:t>
      </w:r>
    </w:p>
    <w:p>
      <w:r>
        <w:rPr>
          <w:b/>
        </w:rPr>
        <w:t xml:space="preserve">[11:51] </w:t>
      </w:r>
      <w:r>
        <w:t>to jo aadmi is tareeqay se dunya mein raha aakhir waqt tak to isi ke liye Khuda ne jannat likh di hai.</w:t>
      </w:r>
    </w:p>
    <w:p>
      <w:pPr>
        <w:jc w:val="right"/>
      </w:pPr>
      <w:r>
        <w:t>تو جو آدمی اس طریقے سے دنیا میں رہا آخر وقت تک تو اسی کے لیے خدا نے جنت لکھ دی ہے۔</w:t>
      </w:r>
    </w:p>
    <w:p>
      <w:r>
        <w:rPr>
          <w:b/>
        </w:rPr>
        <w:t xml:space="preserve">[12:03] </w:t>
      </w:r>
      <w:r>
        <w:t>phir ayat number 140 mein farmaya wa man azlamu mimman qatama shahadatan 'indahu billah yeh hai ayat number 140 surah baqarah ki.</w:t>
      </w:r>
    </w:p>
    <w:p>
      <w:pPr>
        <w:jc w:val="right"/>
      </w:pPr>
      <w:r>
        <w:t>پھر آیت نمبر 140 میں فرمایا وَمَنْ أَظْلَمُ مِمَّنْ قَتَمَ شَهَادَةً عِنْدَهُ بِنِ اللَّهِ یہ ہے آیت نمبر 140 سورہ بقرہ کی۔</w:t>
      </w:r>
    </w:p>
    <w:p>
      <w:r>
        <w:rPr>
          <w:b/>
        </w:rPr>
        <w:t xml:space="preserve">[12:22] </w:t>
      </w:r>
      <w:r>
        <w:t>is</w:t>
      </w:r>
    </w:p>
    <w:p>
      <w:pPr>
        <w:jc w:val="right"/>
      </w:pPr>
      <w:r>
        <w:t>اس</w:t>
      </w:r>
    </w:p>
    <w:p>
      <w:r>
        <w:rPr>
          <w:b/>
        </w:rPr>
        <w:t xml:space="preserve">[12:23] </w:t>
      </w:r>
      <w:r>
        <w:t>ka tarjuma yeh hai ke aur is se ziyada bara zalim kaun hai jo ek aisi gawahi ko chupaye jo ke us ke paas hai?</w:t>
      </w:r>
    </w:p>
    <w:p>
      <w:pPr>
        <w:jc w:val="right"/>
      </w:pPr>
      <w:r>
        <w:t>کا ترجمہ یہ ہے کہ اور اس سے زیادہ بڑا ظالم کون ہے جو ایک ایسی گواہی کو چھپائے جو کہ اس کے پاس ہے؟</w:t>
      </w:r>
    </w:p>
    <w:p>
      <w:r>
        <w:rPr>
          <w:b/>
        </w:rPr>
        <w:t xml:space="preserve">[12:40] </w:t>
      </w:r>
      <w:r>
        <w:t>is se bara zalim kaun hai ke us ke paas Khuda ki ek gawahi hai aur is gawahi ko woh chupata hai?</w:t>
      </w:r>
    </w:p>
    <w:p>
      <w:pPr>
        <w:jc w:val="right"/>
      </w:pPr>
      <w:r>
        <w:t>اس سے بڑا ظالم کون ہے کہ اس کے پاس خدا کی ایک گواہی ہے اور اس گواہی کو وہ چھپاتا ہے؟</w:t>
      </w:r>
    </w:p>
    <w:p>
      <w:r>
        <w:rPr>
          <w:b/>
        </w:rPr>
        <w:t xml:space="preserve">[12:50] </w:t>
      </w:r>
      <w:r>
        <w:t>dekhiye, yeh jo ayat hai is ke do pehlu hain. ek yeh ke rozana ki zindagi mein bar bar aisa hota hai ke aap ko ek baat maloom hoti hai.</w:t>
      </w:r>
    </w:p>
    <w:p>
      <w:pPr>
        <w:jc w:val="right"/>
      </w:pPr>
      <w:r>
        <w:t>دیکھیے، یہ جو آیت ہے اس کے دو پہلو ہیں۔ ایک یہ کہ روزانہ کی زندگی میں بار بار ایسا ہوتا ہے کہ آپ کو ایک بات معلوم ہوتی ہے۔</w:t>
      </w:r>
    </w:p>
    <w:p>
      <w:r>
        <w:rPr>
          <w:b/>
        </w:rPr>
        <w:t xml:space="preserve">[13:09] </w:t>
      </w:r>
      <w:r>
        <w:t>do aadmi ya kai aadmi ke beech mein ek controversy hoti hai. wahan par sachai kya hai, woh aap ko pata hai.</w:t>
      </w:r>
    </w:p>
    <w:p>
      <w:pPr>
        <w:jc w:val="right"/>
      </w:pPr>
      <w:r>
        <w:t>دو آدمی یا کئی آدمی کے بیچ میں ایک کنٹروورسی ہوتی ہے۔ وہاں پر سچائی کیا ہے، وہ آپ کو پتہ ہے۔</w:t>
      </w:r>
    </w:p>
    <w:p>
      <w:r>
        <w:rPr>
          <w:b/>
        </w:rPr>
        <w:t xml:space="preserve">[13:16] </w:t>
      </w:r>
      <w:r>
        <w:t>to aap ko wahan par bolna hai. yani sachai ki gawahi dena hai. un logon ko batana hai ke dekho, sachai yeh hai.</w:t>
      </w:r>
    </w:p>
    <w:p>
      <w:pPr>
        <w:jc w:val="right"/>
      </w:pPr>
      <w:r>
        <w:t>تو آپ کو وہاں پر بولنا ہے۔ یعنی سچائی کی گواہی دینا ہے۔ ان لوگوں کو بتانا ہے کہ دیکھو، سچائی یہ ہے۔</w:t>
      </w:r>
    </w:p>
    <w:p>
      <w:r>
        <w:rPr>
          <w:b/>
        </w:rPr>
        <w:t xml:space="preserve">[13:27] </w:t>
      </w:r>
      <w:r>
        <w:t>to rozmarra zindagi mein bhi yeh kaam karna hai. gawahi denay wala kaam.</w:t>
      </w:r>
    </w:p>
    <w:p>
      <w:pPr>
        <w:jc w:val="right"/>
      </w:pPr>
      <w:r>
        <w:t>تو روزمرہ زندگی میں بھی یہ کام کرنا ہے۔ گواہی دینے والا کام۔</w:t>
      </w:r>
    </w:p>
    <w:p>
      <w:r>
        <w:rPr>
          <w:b/>
        </w:rPr>
        <w:t xml:space="preserve">[13:34] </w:t>
      </w:r>
      <w:r>
        <w:t>jis aadmi ke paas ek sachai hai, ek sach baat hai to us ke paas goya ke Khuda ki ek gawahi hai.</w:t>
      </w:r>
    </w:p>
    <w:p>
      <w:pPr>
        <w:jc w:val="right"/>
      </w:pPr>
      <w:r>
        <w:t>جس آدمی کے پاس ایک سچائی ہے، ایک سچ بات ہے تو اس کے پاس گویا کہ خدا کی ایک گواہی ہے۔</w:t>
      </w:r>
    </w:p>
    <w:p>
      <w:r>
        <w:rPr>
          <w:b/>
        </w:rPr>
        <w:t xml:space="preserve">[13:45] </w:t>
      </w:r>
      <w:r>
        <w:t>aur jab is ka mauqa aaye to us ko bolna hai. us ko bolna hai.</w:t>
      </w:r>
    </w:p>
    <w:p>
      <w:pPr>
        <w:jc w:val="right"/>
      </w:pPr>
      <w:r>
        <w:t>اور جب اس کا موقع آئے تو اس کو بولنا ہے۔ اس کو بولنا ہے۔</w:t>
      </w:r>
    </w:p>
    <w:p>
      <w:r>
        <w:rPr>
          <w:b/>
        </w:rPr>
        <w:t xml:space="preserve">[13:53] </w:t>
      </w:r>
      <w:r>
        <w:t>jaise do aadmi hain, miyan biwi hain, do parosi hain, do muamladar hain.</w:t>
      </w:r>
    </w:p>
    <w:p>
      <w:pPr>
        <w:jc w:val="right"/>
      </w:pPr>
      <w:r>
        <w:t>جیسے دو آدمی ہیں، میاں بیوی ہیں، دو پڑوسی ہیں، دو معاملہ دار ہیں۔</w:t>
      </w:r>
    </w:p>
    <w:p>
      <w:r>
        <w:rPr>
          <w:b/>
        </w:rPr>
        <w:t xml:space="preserve">[14:05] </w:t>
      </w:r>
      <w:r>
        <w:t>in mein aapas mein jhagda hota hai.</w:t>
      </w:r>
    </w:p>
    <w:p>
      <w:pPr>
        <w:jc w:val="right"/>
      </w:pPr>
      <w:r>
        <w:t>ان میں آپس میں جھگڑا ہوتا ہے۔</w:t>
      </w:r>
    </w:p>
    <w:p>
      <w:r>
        <w:rPr>
          <w:b/>
        </w:rPr>
        <w:t xml:space="preserve">[14:07] </w:t>
      </w:r>
      <w:r>
        <w:t>miyan biwi mein hota hai, parosi parosi mein hota hai, ya muamladar ke beech mein hota hai, ya qarz lene wale, qarz dene wale ke beech mein hota hai.</w:t>
      </w:r>
    </w:p>
    <w:p>
      <w:pPr>
        <w:jc w:val="right"/>
      </w:pPr>
      <w:r>
        <w:t>میاں بیوی میں ہوتا ہے، پڑوسی پڑوسی میں ہوتا ہے، یا معاملہ دار کے بیچ میں ہوتا ہے، یا قرض لینے والے، قرض دینے والے کے بیچ میں ہوتا ہے۔</w:t>
      </w:r>
    </w:p>
    <w:p>
      <w:r>
        <w:rPr>
          <w:b/>
        </w:rPr>
        <w:t xml:space="preserve">[14:19] </w:t>
      </w:r>
      <w:r>
        <w:t>to wahan par aap ko agar pata hai ke Khuda ne yeh hukum diya hai, mislan yeh hukum diya hai ke har haal mein insaaf par qaim raho, to aap ko wahan bolna parega.</w:t>
      </w:r>
    </w:p>
    <w:p>
      <w:pPr>
        <w:jc w:val="right"/>
      </w:pPr>
      <w:r>
        <w:t>تو وہاں پر آپ کو اگر پتہ ہے کہ خدا نے یہ حکم دیا ہے، مثلاً یہ حکم دیا ہے کہ ہر حال میں انصاف پر قائم رہو، تو آپ کو وہاں بولنا پڑے گا۔</w:t>
      </w:r>
    </w:p>
    <w:p>
      <w:r>
        <w:rPr>
          <w:b/>
        </w:rPr>
        <w:t xml:space="preserve">[14:37] </w:t>
      </w:r>
      <w:r>
        <w:t>wahan par bolna parega ke dekho, insaaf yeh hai, insaaf yeh hai. to chahe woh ek ke khilaf jaye ya doosre ke khilaf jaye, us ki parwah nahi karna hai aap ko.</w:t>
      </w:r>
    </w:p>
    <w:p>
      <w:pPr>
        <w:jc w:val="right"/>
      </w:pPr>
      <w:r>
        <w:t>وہاں پر بولنا پڑے گا کہ دیکھو، انصاف یہ ہے، انصاف یہ ہے۔ تو چاہے وہ ایک کے خلاف جائے یا دوسرے کے خلاف جائے، اس کی پرواہ نہیں کرنا ہے آپ کو۔</w:t>
      </w:r>
    </w:p>
    <w:p>
      <w:r>
        <w:rPr>
          <w:b/>
        </w:rPr>
        <w:t xml:space="preserve">[14:50] </w:t>
      </w:r>
      <w:r>
        <w:t>kis ke khilaf jati hai, kis ki muwafiqat mein jati hai, kaun aap se ghussa ho jayega, kaun aap se khush hoga,</w:t>
      </w:r>
    </w:p>
    <w:p>
      <w:pPr>
        <w:jc w:val="right"/>
      </w:pPr>
      <w:r>
        <w:t>کس کے خلاف جاتی ہے، کس کی موافقت میں جاتی ہے، کون آپ سے غصہ ہو جائے گا، کون آپ سے خوش ہوگا،</w:t>
      </w:r>
    </w:p>
    <w:p>
      <w:r>
        <w:rPr>
          <w:b/>
        </w:rPr>
        <w:t xml:space="preserve">[14:59] </w:t>
      </w:r>
      <w:r>
        <w:t>us ki parwah kiye baghair aap ko har aise mauqa par batana hai ke dekho, sachai yeh hai, Khuda ka hukum yeh hai, insaaf yeh hai.</w:t>
      </w:r>
    </w:p>
    <w:p>
      <w:pPr>
        <w:jc w:val="right"/>
      </w:pPr>
      <w:r>
        <w:t>اس کی پرواہ کیے بغیر آپ کو ہر ایسے موقع پر بتانا ہے کہ دیکھو، سچائی یہ ہے، خدا کا حکم یہ ہے، انصاف یہ ہے۔</w:t>
      </w:r>
    </w:p>
    <w:p>
      <w:r>
        <w:rPr>
          <w:b/>
        </w:rPr>
        <w:t xml:space="preserve">[15:12] </w:t>
      </w:r>
      <w:r>
        <w:t>to yeh bhi ek gawahi hai. yeh bhi gawahi hai. aur har aadmi ko, har aurat ko, mard ko jahan bhi aisa mauqa pesh aaye, yeh gawahi dena hai.</w:t>
      </w:r>
    </w:p>
    <w:p>
      <w:pPr>
        <w:jc w:val="right"/>
      </w:pPr>
      <w:r>
        <w:t>تو یہ بھی ایک گواہی ہے۔ یہ بھی گواہی ہے۔ اور ہر آدمی کو، ہر عورت کو، مرد کو جہاں بھی ایسا موقع پیش آئے، یہ گواہی دینا ہے۔</w:t>
      </w:r>
    </w:p>
    <w:p>
      <w:r>
        <w:rPr>
          <w:b/>
        </w:rPr>
        <w:t xml:space="preserve">[15:27] </w:t>
      </w:r>
      <w:r>
        <w:t>aur hamari zindagi mein aap jante hain ke hamari samajhi zindagi mein rozana aisa hota hai. shohar aur biwi ke darmiyan, ek rishtedar aur doosre rishtedar ke darmiyan, ek parosi aur doosre parosi ke darmiyan,</w:t>
      </w:r>
    </w:p>
    <w:p>
      <w:pPr>
        <w:jc w:val="right"/>
      </w:pPr>
      <w:r>
        <w:t>اور ہماری زندگی میں آپ جانتے ہیں کہ ہماری سماجی زندگی میں روزانہ ایسا ہوتا ہے۔ شوہر اور بیوی کے درمیان، ایک رشتہ دار اور دوسرے رشتہ دار کے درمیان، ایک پڑوسی اور دوسرے پڑوسی کے درمیان،</w:t>
      </w:r>
    </w:p>
    <w:p>
      <w:r>
        <w:rPr>
          <w:b/>
        </w:rPr>
        <w:t xml:space="preserve">[15:45] </w:t>
      </w:r>
      <w:r>
        <w:t>ek dealer, ek muamladar aur doosre muamladar ke darmiyan,</w:t>
      </w:r>
    </w:p>
    <w:p>
      <w:pPr>
        <w:jc w:val="right"/>
      </w:pPr>
      <w:r>
        <w:t>ایک ڈیلر، ایک معاملہ دار اور دوسرے معاملہ دار کے درمیان،</w:t>
      </w:r>
    </w:p>
    <w:p>
      <w:r>
        <w:rPr>
          <w:b/>
        </w:rPr>
        <w:t xml:space="preserve">[15:53] </w:t>
      </w:r>
      <w:r>
        <w:t>bar bar aisa hota hai ke wahan par ek aadmi insaaf se hat raha hota hai aur ek aadmi</w:t>
      </w:r>
    </w:p>
    <w:p>
      <w:pPr>
        <w:jc w:val="right"/>
      </w:pPr>
      <w:r>
        <w:t>بار بار ایسا ہوتا ہے کہ وہاں پر ایک آدمی انصاف سے ہٹ رہا ہوتا ہے اور ایک آدمی</w:t>
      </w:r>
    </w:p>
    <w:p>
      <w:r>
        <w:rPr>
          <w:b/>
        </w:rPr>
        <w:t xml:space="preserve">[16:06] </w:t>
      </w:r>
      <w:r>
        <w:t>ko insaaf se mahroom kar raha hota hai. wahan aap ko bolna hai. yani Khuda ka jo ilm aap ke paas hai, woh aap ke paas Khuda ki gawahi hai.</w:t>
      </w:r>
    </w:p>
    <w:p>
      <w:pPr>
        <w:jc w:val="right"/>
      </w:pPr>
      <w:r>
        <w:t>کو انصاف سے محروم کر رہا ہوتا ہے۔ وہاں آپ کو بولنا ہے۔ یعنی خدا کا جو علم آپ کے پاس ہے، وہ آپ کے پاس خدا کی گواہی ہے۔</w:t>
      </w:r>
    </w:p>
    <w:p>
      <w:r>
        <w:rPr>
          <w:b/>
        </w:rPr>
        <w:t xml:space="preserve">[16:17] </w:t>
      </w:r>
      <w:r>
        <w:t>wohan bolna hai ke dekho, yeh hai insaaf ka tareeqa, yeh hai khuda ka hukum.</w:t>
      </w:r>
    </w:p>
    <w:p>
      <w:pPr>
        <w:jc w:val="right"/>
      </w:pPr>
      <w:r>
        <w:t>وہاں بولنا ہے کہ دیکھو، یہ ہے انصاف کا طریقہ، یہ ہے خدا کا حکم۔</w:t>
      </w:r>
    </w:p>
    <w:p>
      <w:r>
        <w:rPr>
          <w:b/>
        </w:rPr>
        <w:t xml:space="preserve">[16:23] </w:t>
      </w:r>
      <w:r>
        <w:t>wohan par agar aap chhupate hain is ko, is gawahi ko chhupate hain to aap khuda ke nazdeek zalim hain.</w:t>
      </w:r>
    </w:p>
    <w:p>
      <w:pPr>
        <w:jc w:val="right"/>
      </w:pPr>
      <w:r>
        <w:t>وہاں پر اگر آپ چھپاتے ہیں اس کو، اس گواہی کو چھپاتے ہیں تو آپ خدا کے نزدیک ظالم ہیں۔</w:t>
      </w:r>
    </w:p>
    <w:p>
      <w:r>
        <w:rPr>
          <w:b/>
        </w:rPr>
        <w:t xml:space="preserve">[16:32] </w:t>
      </w:r>
      <w:r>
        <w:t>aap ko chhupane ka haq nahi hai. doosri shakal yeh hai jis ko hum kehte hain dawat. imam mein doosri cheez woh hai jis ko hum dawat</w:t>
      </w:r>
    </w:p>
    <w:p>
      <w:pPr>
        <w:jc w:val="right"/>
      </w:pPr>
      <w:r>
        <w:t>آپ کو چھپانے کا حق نہیں ہے۔ دوسری شکل یہ ہے جس کو ہم کہتے ہیں دعوت۔ امام میں دوسری چیز وہ ہے جس کو ہم دعوت</w:t>
      </w:r>
    </w:p>
    <w:p>
      <w:r>
        <w:rPr>
          <w:b/>
        </w:rPr>
        <w:t xml:space="preserve">[16:43] </w:t>
      </w:r>
      <w:r>
        <w:t>kehte hain. yaani jinhon ne imaan ka iqrar kiya hai, jo quran ko aur peghambar ko mante hain, to un ke paas khuda ka ek ilm aa chuka.</w:t>
      </w:r>
    </w:p>
    <w:p>
      <w:pPr>
        <w:jc w:val="right"/>
      </w:pPr>
      <w:r>
        <w:t>کہتے ہیں۔ یعنی جنہوں نے ایمان کا اقرار کیا ہے، جو قرآن کو اور پیغمبر کو مانتے ہیں، تو ان کے پاس خدا کا ایک علم آ چکا۔</w:t>
      </w:r>
    </w:p>
    <w:p>
      <w:r>
        <w:rPr>
          <w:b/>
        </w:rPr>
        <w:t xml:space="preserve">[16:55] </w:t>
      </w:r>
      <w:r>
        <w:t>un ko yeh pata ho chuka ke sachai kya hai, jahannum kis ke liye hai, jannat kis ke liye hai. khuda ke haan pakad kis baat par hogi?</w:t>
      </w:r>
    </w:p>
    <w:p>
      <w:pPr>
        <w:jc w:val="right"/>
      </w:pPr>
      <w:r>
        <w:t>ان کو یہ پتہ ہو چکا کہ سچائی کیا ہے، جہنم کس کے لیے ہے، جنت کس کے لیے ہے۔ خدا کے ہاں پکڑ کس بات پر ہوگی؟</w:t>
      </w:r>
    </w:p>
    <w:p>
      <w:r>
        <w:rPr>
          <w:b/>
        </w:rPr>
        <w:t xml:space="preserve">[17:08] </w:t>
      </w:r>
      <w:r>
        <w:t>khuda ka takhleeqi mansooba kya hai?</w:t>
      </w:r>
    </w:p>
    <w:p>
      <w:pPr>
        <w:jc w:val="right"/>
      </w:pPr>
      <w:r>
        <w:t>خدا کا تخلیقی منصوبہ کیا ہے؟</w:t>
      </w:r>
    </w:p>
    <w:p>
      <w:r>
        <w:rPr>
          <w:b/>
        </w:rPr>
        <w:t xml:space="preserve">[17:12] </w:t>
      </w:r>
      <w:r>
        <w:t>yeh baat woh jaan chuke. ab un ke paas khuda ki ek gawahi aa gayi. is jani hui baat ko unhein doosre insanon ko batana hai.</w:t>
      </w:r>
    </w:p>
    <w:p>
      <w:pPr>
        <w:jc w:val="right"/>
      </w:pPr>
      <w:r>
        <w:t>یہ بات وہ جان چکے۔ اب ان کے پاس خدا کی ایک گواہی آ گئی۔ اس جانی ہوئی بات کو انہیں دوسرے انسانوں کو بتانا ہے۔</w:t>
      </w:r>
    </w:p>
    <w:p>
      <w:r>
        <w:rPr>
          <w:b/>
        </w:rPr>
        <w:t xml:space="preserve">[17:25] </w:t>
      </w:r>
      <w:r>
        <w:t>gawahi dena hai. ke dekho, yeh hai sachai. yeh hai khuda ka takhleeqi mansooba.</w:t>
      </w:r>
    </w:p>
    <w:p>
      <w:pPr>
        <w:jc w:val="right"/>
      </w:pPr>
      <w:r>
        <w:t>گواہی دینا ہے۔ کہ دیکھو، یہ ہے سچائی۔ یہ ہے خدا کا تخلیقی منصوبہ۔</w:t>
      </w:r>
    </w:p>
    <w:p>
      <w:r>
        <w:rPr>
          <w:b/>
        </w:rPr>
        <w:t xml:space="preserve">[17:35] </w:t>
      </w:r>
      <w:r>
        <w:t>yeh hai woh baat jis par khuda ke haan pakad hogi.</w:t>
      </w:r>
    </w:p>
    <w:p>
      <w:pPr>
        <w:jc w:val="right"/>
      </w:pPr>
      <w:r>
        <w:t>یہ ہے وہ بات جس پر خدا کے ہاں پکڑ ہوگی۔</w:t>
      </w:r>
    </w:p>
    <w:p>
      <w:r>
        <w:rPr>
          <w:b/>
        </w:rPr>
        <w:t xml:space="preserve">[17:39] </w:t>
      </w:r>
      <w:r>
        <w:t>yeh hai woh tareeqa jo le aata hai aadmi ko jahannum ki taraf. aur yeh hai woh tareeqa jo le aata hai jannat ki taraf. to yeh dawat bhi ek gawahi hai khuda ki taraf se.</w:t>
      </w:r>
    </w:p>
    <w:p>
      <w:pPr>
        <w:jc w:val="right"/>
      </w:pPr>
      <w:r>
        <w:t>یہ ہے وہ طریقہ جو لے آتا ہے آدمی کو جہنم کی طرف۔ اور یہ ہے وہ طریقہ جو لے آتا ہے جنت کی طرف۔ تو یہ دعوت بھی ایک گواہی ہے خدا کی طرف سے۔</w:t>
      </w:r>
    </w:p>
    <w:p>
      <w:r>
        <w:rPr>
          <w:b/>
        </w:rPr>
        <w:t xml:space="preserve">[17:54] </w:t>
      </w:r>
      <w:r>
        <w:t>to jin logon ko ilm ho chuka,</w:t>
      </w:r>
    </w:p>
    <w:p>
      <w:pPr>
        <w:jc w:val="right"/>
      </w:pPr>
      <w:r>
        <w:t>تو جن لوگوں کو علم ہو چکا،</w:t>
      </w:r>
    </w:p>
    <w:p>
      <w:r>
        <w:rPr>
          <w:b/>
        </w:rPr>
        <w:t xml:space="preserve">[18:00] </w:t>
      </w:r>
      <w:r>
        <w:t>jo log imaan laate hain, woh is baat ka iqrar kar rahe hain ke humein ilm ho chuka,</w:t>
      </w:r>
    </w:p>
    <w:p>
      <w:pPr>
        <w:jc w:val="right"/>
      </w:pPr>
      <w:r>
        <w:t>جو لوگ ایمان لاتے ہیں، وہ اس بات کا اقرار کر رہے ہیں کہ ہمیں علم ہو چکا،</w:t>
      </w:r>
    </w:p>
    <w:p>
      <w:r>
        <w:rPr>
          <w:b/>
        </w:rPr>
        <w:t xml:space="preserve">[18:07] </w:t>
      </w:r>
      <w:r>
        <w:t>hum jaan chuke, hum ne jaan liya ke sachai kya hai. to bas yeh janne ke baad woh un ke paas khuda ki ek gawahi aa gayi.</w:t>
      </w:r>
    </w:p>
    <w:p>
      <w:pPr>
        <w:jc w:val="right"/>
      </w:pPr>
      <w:r>
        <w:t>ہم جان چکے، ہم نے جان لیا کہ سچائی کیا ہے۔ تو بس یہ جاننے کے بعد وہ ان کے پاس خدا کی ایک گواہی آ گئی۔</w:t>
      </w:r>
    </w:p>
    <w:p>
      <w:r>
        <w:rPr>
          <w:b/>
        </w:rPr>
        <w:t xml:space="preserve">[18:21] </w:t>
      </w:r>
      <w:r>
        <w:t>aur un par farz ho gaya ke is gawahi ko doosre par bataein. agar woh chhupate hain to woh zalim hain.</w:t>
      </w:r>
    </w:p>
    <w:p>
      <w:pPr>
        <w:jc w:val="right"/>
      </w:pPr>
      <w:r>
        <w:t>اور ان پر فرض ہو گیا کہ اس گواہی کو دوسرے پر بتائیں۔ اگر وہ چھپاتے ہیں تو وہ ظالم ہیں۔</w:t>
      </w:r>
    </w:p>
    <w:p>
      <w:r>
        <w:rPr>
          <w:b/>
        </w:rPr>
        <w:t xml:space="preserve">[18:33] </w:t>
      </w:r>
      <w:r>
        <w:t>yaani jo log is baat ko jaan chuke ke khuda ki sirat-e-mustaqeem se hatna apne aap ko jahannum ki taraf le aana hai.</w:t>
      </w:r>
    </w:p>
    <w:p>
      <w:pPr>
        <w:jc w:val="right"/>
      </w:pPr>
      <w:r>
        <w:t>یعنی جو لوگ اس بات کو جان چکے کہ خدا کی صراط مستقیم سے ہٹنا اپنے آپ کو جہنم کی طرف لے آنا ہے۔</w:t>
      </w:r>
    </w:p>
    <w:p>
      <w:r>
        <w:rPr>
          <w:b/>
        </w:rPr>
        <w:t xml:space="preserve">[18:45] </w:t>
      </w:r>
      <w:r>
        <w:t>aur khuda ki sirat-e-mustaqeem par chalna ya apne aap ko jannat ki taraf le aana hai. yeh baat jo log jaan chuke to unhein behal khuda ka gawah banna hai.</w:t>
      </w:r>
    </w:p>
    <w:p>
      <w:pPr>
        <w:jc w:val="right"/>
      </w:pPr>
      <w:r>
        <w:t>اور خدا کی صراط مستقیم پر چلنا یا اپنے آپ کو جنت کی طرف لے آنا ہے۔ یہ بات جو لوگ جان چکے تو انہیں بہرحال خدا کا گواہ بننا ہے۔</w:t>
      </w:r>
    </w:p>
    <w:p>
      <w:r>
        <w:rPr>
          <w:b/>
        </w:rPr>
        <w:t xml:space="preserve">[18:59] </w:t>
      </w:r>
      <w:r>
        <w:t>ke yeh baat doosron tak pahunchana hai.</w:t>
      </w:r>
    </w:p>
    <w:p>
      <w:pPr>
        <w:jc w:val="right"/>
      </w:pPr>
      <w:r>
        <w:t>کہ یہ بات دوسروں تک پہنچانا ہے۔</w:t>
      </w:r>
    </w:p>
    <w:p>
      <w:r>
        <w:rPr>
          <w:b/>
        </w:rPr>
        <w:t xml:space="preserve">[19:02] </w:t>
      </w:r>
      <w:r>
        <w:t>agar woh ise nahi pahunchate to goya ke woh is ko chhupa rahe hain. agar woh is ka, agar woh is baat ko, is paigham ko doosron tak nahi pahunchate to woh khuda ki gawahi ko chhupa rahe hain.</w:t>
      </w:r>
    </w:p>
    <w:p>
      <w:pPr>
        <w:jc w:val="right"/>
      </w:pPr>
      <w:r>
        <w:t>اگر وہ اسے نہیں پہنچاتے تو گویا کہ وہ اس کو چھپا رہے ہیں۔ اگر وہ اس کا، اگر وہ اس بات کو، اس پیغام کو دوسروں تک نہیں پہنچاتے تو وہ خدا کی گواہی کو چھپا رہے ہیں۔</w:t>
      </w:r>
    </w:p>
    <w:p>
      <w:r>
        <w:rPr>
          <w:b/>
        </w:rPr>
        <w:t xml:space="preserve">[19:21] </w:t>
      </w:r>
      <w:r>
        <w:t>aur khuda ki gawahi ko chhupana apne aap ko zalim banana hai khuda ki nazar mein.</w:t>
      </w:r>
    </w:p>
    <w:p>
      <w:pPr>
        <w:jc w:val="right"/>
      </w:pPr>
      <w:r>
        <w:t>اور خدا کی گواہی کو چھپانا اپنے آپ کو ظالم بنانا ہے خدا کی نظر میں۔</w:t>
      </w:r>
    </w:p>
    <w:p>
      <w:r>
        <w:rPr>
          <w:b/>
        </w:rPr>
        <w:t xml:space="preserve">[19:28] </w:t>
      </w:r>
      <w:r>
        <w:t>to farmaya ke wa man azlamu mimman qatama shahadatan 'indahu billah is se bada zalim aur kaun hai jis ke paas khuda ki ek gawahi ho aur woh is ko chhupaye?</w:t>
      </w:r>
    </w:p>
    <w:p>
      <w:pPr>
        <w:jc w:val="right"/>
      </w:pPr>
      <w:r>
        <w:t>تو فرمایا کہ وَمَنْ أَظْلَمُ مِمَّنْ قَتَمَ شَهَادَةً عِنْدَهُ بِنِ اللَّهِ اس سے بڑا ظالم اور کون ہے جس کے پاس خدا کی ایک گواہی ہو اور وہ اس کو چھپائے؟</w:t>
      </w:r>
    </w:p>
    <w:p>
      <w:r>
        <w:rPr>
          <w:b/>
        </w:rPr>
        <w:t xml:space="preserve">[19:44] </w:t>
      </w:r>
      <w:r>
        <w:t>yaani mauqa par is ko na bole, mauqa par woh na bataye.</w:t>
      </w:r>
    </w:p>
    <w:p>
      <w:pPr>
        <w:jc w:val="right"/>
      </w:pPr>
      <w:r>
        <w:t>یعنی موقع پر اس کو نہ بولے، موقع پر وہ نہ بتائے۔</w:t>
      </w:r>
    </w:p>
    <w:p>
      <w:r>
        <w:rPr>
          <w:b/>
        </w:rPr>
        <w:t xml:space="preserve">[19:52] </w:t>
      </w:r>
      <w:r>
        <w:t>to do mauqa is ke</w:t>
      </w:r>
    </w:p>
    <w:p>
      <w:pPr>
        <w:jc w:val="right"/>
      </w:pPr>
      <w:r>
        <w:t>تو دو موقع اس کے</w:t>
      </w:r>
    </w:p>
    <w:p>
      <w:r>
        <w:rPr>
          <w:b/>
        </w:rPr>
        <w:t xml:space="preserve">[19:54] </w:t>
      </w:r>
      <w:r>
        <w:t>liye aate hain. ek to rozana ki zindagi mein, rozana ke mamlaat mein aap ko sachai ko bolna padta hai.</w:t>
      </w:r>
    </w:p>
    <w:p>
      <w:pPr>
        <w:jc w:val="right"/>
      </w:pPr>
      <w:r>
        <w:t>لیے آتے ہیں۔ ایک تو روزانہ کی زندگی میں، روزانہ کے معاملات میں آپ کو سچائی کو بولنا پڑتا ہے۔</w:t>
      </w:r>
    </w:p>
    <w:p>
      <w:r>
        <w:rPr>
          <w:b/>
        </w:rPr>
        <w:t xml:space="preserve">[20:05] </w:t>
      </w:r>
      <w:r>
        <w:t>sachai ka gawah ban kar khada hona padta hai. chahe koi khush ho ya koi napak ho. isi tarah se dawati zimmedari hai.</w:t>
      </w:r>
    </w:p>
    <w:p>
      <w:pPr>
        <w:jc w:val="right"/>
      </w:pPr>
      <w:r>
        <w:t>سچائی کا گواہ بن کر کھڑا ہونا پڑتا ہے۔ چاہے کوئی خوش ہو یا کوئی ناخوش ہو۔ اسی طرح سے دعوتی ذمہ داری ہے۔</w:t>
      </w:r>
    </w:p>
    <w:p>
      <w:r>
        <w:rPr>
          <w:b/>
        </w:rPr>
        <w:t xml:space="preserve">[20:14] </w:t>
      </w:r>
      <w:r>
        <w:t>woh bhi khuda ki gawahi hai.</w:t>
      </w:r>
    </w:p>
    <w:p>
      <w:pPr>
        <w:jc w:val="right"/>
      </w:pPr>
      <w:r>
        <w:t>وہ بھی خدا کی گواہی ہے۔</w:t>
      </w:r>
    </w:p>
    <w:p>
      <w:r>
        <w:rPr>
          <w:b/>
        </w:rPr>
        <w:t xml:space="preserve">[20:17] </w:t>
      </w:r>
      <w:r>
        <w:t>aap ko dunya ke samne khara ho kar batana hai ke khuda ki sirat-e-mustaqeem kya hai?</w:t>
      </w:r>
    </w:p>
    <w:p>
      <w:pPr>
        <w:jc w:val="right"/>
      </w:pPr>
      <w:r>
        <w:t>آپ کو دنیا کے سامنے کھڑا ہو کر بتانا ہے کہ خدا کی صراط مستقیم کیا ہے؟</w:t>
      </w:r>
    </w:p>
    <w:p>
      <w:r>
        <w:rPr>
          <w:b/>
        </w:rPr>
        <w:t xml:space="preserve">[20:29] </w:t>
      </w:r>
      <w:r>
        <w:t>ke dunya mein insan ko azadi mili hai to azadi insan ka haq nahi hai. Azadi insan ko inaam ke taur par nahi mili hai.</w:t>
      </w:r>
    </w:p>
    <w:p>
      <w:pPr>
        <w:jc w:val="right"/>
      </w:pPr>
      <w:r>
        <w:t>کہ دنیا میں انسان کو آزادی ملی ہے تو آزادی انسان کا حق نہیں ہے۔ آزادی انسان کو انعام کے طور پر نہیں ملی ہے۔</w:t>
      </w:r>
    </w:p>
    <w:p>
      <w:r>
        <w:rPr>
          <w:b/>
        </w:rPr>
        <w:t xml:space="preserve">[20:40] </w:t>
      </w:r>
      <w:r>
        <w:t>yeh yeh azadi test ke liye hai.</w:t>
      </w:r>
    </w:p>
    <w:p>
      <w:pPr>
        <w:jc w:val="right"/>
      </w:pPr>
      <w:r>
        <w:t>یہ یہ آزادی ٹیسٹ کے لیے ہے۔</w:t>
      </w:r>
    </w:p>
    <w:p>
      <w:r>
        <w:rPr>
          <w:b/>
        </w:rPr>
        <w:t xml:space="preserve">[20:46] </w:t>
      </w:r>
      <w:r>
        <w:t>yeh dunya mein jo kuch mila hai woh sab test paper hai. Sab test paper hai. To aap ko dunya ko batana hai ke tum testing ground mein ho.</w:t>
      </w:r>
    </w:p>
    <w:p>
      <w:pPr>
        <w:jc w:val="right"/>
      </w:pPr>
      <w:r>
        <w:t>یہ دنیا میں جو کچھ ملا ہے وہ سب ٹیسٹ پیپر ہے۔ سب ٹیسٹ پیپر ہے۔ تو آپ کو دنیا کو بتانا ہے کہ تم ٹیسٹنگ گراؤنڈ میں ہو۔</w:t>
      </w:r>
    </w:p>
    <w:p>
      <w:r>
        <w:rPr>
          <w:b/>
        </w:rPr>
        <w:t xml:space="preserve">[21:01] </w:t>
      </w:r>
      <w:r>
        <w:t>har cheez chahe ghareeb bhi ho ya ameer. Power less ho aadmi ya power ya us ko power mila hua ho.</w:t>
      </w:r>
    </w:p>
    <w:p>
      <w:pPr>
        <w:jc w:val="right"/>
      </w:pPr>
      <w:r>
        <w:t>ہر چیز چاہے غریب بھی ہو یا امیری۔ پاور لیس ہو آدمی یا پاور یا اس کو پاور ملا ہوا ہو۔</w:t>
      </w:r>
    </w:p>
    <w:p>
      <w:r>
        <w:rPr>
          <w:b/>
        </w:rPr>
        <w:t xml:space="preserve">[21:12] </w:t>
      </w:r>
      <w:r>
        <w:t>har haal mein woh test par hai. Aur isi test par us ki abadi zindagi ka faisla hoga. To yeh baat batana hai.</w:t>
      </w:r>
    </w:p>
    <w:p>
      <w:pPr>
        <w:jc w:val="right"/>
      </w:pPr>
      <w:r>
        <w:t>ہر حال میں وہ ٹیسٹ پر ہے۔ اور اسی ٹیسٹ پر اس کی ابدی زندگی کا فیصلہ ہوگا۔ تو یہ بات بتانا ہے۔</w:t>
      </w:r>
    </w:p>
    <w:p>
      <w:r>
        <w:rPr>
          <w:b/>
        </w:rPr>
        <w:t xml:space="preserve">[21:22] </w:t>
      </w:r>
      <w:r>
        <w:t>aur jo log is baat ko jante hon aur phir bhi na batayein, woh khuda ki nazar mein gawahi ko chhipane ka</w:t>
      </w:r>
    </w:p>
    <w:p>
      <w:pPr>
        <w:jc w:val="right"/>
      </w:pPr>
      <w:r>
        <w:t>اور جو لوگ اس بات کو جانتے ہوں اور پھر بھی نہ بتائیں، وہ خدا کی نظر میں گواہی کو چھپانے کا</w:t>
      </w:r>
    </w:p>
    <w:p>
      <w:r>
        <w:rPr>
          <w:b/>
        </w:rPr>
        <w:t xml:space="preserve">[21:38] </w:t>
      </w:r>
      <w:r>
        <w:t>ka kaam</w:t>
      </w:r>
    </w:p>
    <w:p>
      <w:pPr>
        <w:jc w:val="right"/>
      </w:pPr>
      <w:r>
        <w:t>کا کام</w:t>
      </w:r>
    </w:p>
    <w:p>
      <w:r>
        <w:rPr>
          <w:b/>
        </w:rPr>
        <w:t xml:space="preserve">[21:39] </w:t>
      </w:r>
      <w:r>
        <w:t>kar rahe hain. To yeh hai woh baat jo Surah Baqarah ki ayat 140 mein batai gayi hai.</w:t>
      </w:r>
    </w:p>
    <w:p>
      <w:pPr>
        <w:jc w:val="right"/>
      </w:pPr>
      <w:r>
        <w:t>کر رہے ہیں۔ تو یہ ہے وہ بات جو سورہ بقرہ کی آیت 140 میں بتائی گئی ہے۔</w:t>
      </w:r>
    </w:p>
    <w:p>
      <w:r>
        <w:rPr>
          <w:b/>
        </w:rPr>
        <w:t xml:space="preserve">[21:53] </w:t>
      </w:r>
      <w:r>
        <w:t>ab is ke baad dekhiye Surah Baqarah ki ayat 143.</w:t>
      </w:r>
    </w:p>
    <w:p>
      <w:pPr>
        <w:jc w:val="right"/>
      </w:pPr>
      <w:r>
        <w:t>اب اس کے بعد دیکھیے سورہ بقرہ کی آیت 143۔</w:t>
      </w:r>
    </w:p>
    <w:p>
      <w:r>
        <w:rPr>
          <w:b/>
        </w:rPr>
        <w:t xml:space="preserve">[22:05] </w:t>
      </w:r>
      <w:r>
        <w:t>143.</w:t>
      </w:r>
    </w:p>
    <w:p>
      <w:pPr>
        <w:jc w:val="right"/>
      </w:pPr>
      <w:r>
        <w:t>143۔</w:t>
      </w:r>
    </w:p>
    <w:p>
      <w:r>
        <w:rPr>
          <w:b/>
        </w:rPr>
        <w:t xml:space="preserve">[22:11] </w:t>
      </w:r>
      <w:r>
        <w:t>to ayat number 143 mein farmaya إِنَّ اللَّهَ بِالنَّاسِ لَرَؤُوفٌ رَحِيمٌ</w:t>
      </w:r>
    </w:p>
    <w:p>
      <w:pPr>
        <w:jc w:val="right"/>
      </w:pPr>
      <w:r>
        <w:t>تو آیت نمبر 143 میں فرمایا إِنَّ اللَّهَ بِالنَّاسِ لَرَؤُوفٌ رَحِيمٌ</w:t>
      </w:r>
    </w:p>
    <w:p>
      <w:r>
        <w:rPr>
          <w:b/>
        </w:rPr>
        <w:t xml:space="preserve">[22:24] </w:t>
      </w:r>
      <w:r>
        <w:t>Innal-laha bin-nasi la ra'ufur-rahim.</w:t>
      </w:r>
    </w:p>
    <w:p>
      <w:pPr>
        <w:jc w:val="right"/>
      </w:pPr>
      <w:r>
        <w:t>ان اللہ بالناس لرؤوف رحیم۔</w:t>
      </w:r>
    </w:p>
    <w:p>
      <w:r>
        <w:rPr>
          <w:b/>
        </w:rPr>
        <w:t xml:space="preserve">[22:35] </w:t>
      </w:r>
      <w:r>
        <w:t>iska matlab yeh hai ke Allah bila shubah</w:t>
      </w:r>
    </w:p>
    <w:p>
      <w:pPr>
        <w:jc w:val="right"/>
      </w:pPr>
      <w:r>
        <w:t>اس کا مطلب یہ ہے کہ اللہ بلا شبہ</w:t>
      </w:r>
    </w:p>
    <w:p>
      <w:r>
        <w:rPr>
          <w:b/>
        </w:rPr>
        <w:t xml:space="preserve">[22:42] </w:t>
      </w:r>
      <w:r>
        <w:t>logon ke sath</w:t>
      </w:r>
    </w:p>
    <w:p>
      <w:pPr>
        <w:jc w:val="right"/>
      </w:pPr>
      <w:r>
        <w:t>لوگوں کے ساتھ</w:t>
      </w:r>
    </w:p>
    <w:p>
      <w:r>
        <w:rPr>
          <w:b/>
        </w:rPr>
        <w:t xml:space="preserve">[22:46] </w:t>
      </w:r>
      <w:r>
        <w:t>narmi wala aur meharbani wala hai.</w:t>
      </w:r>
    </w:p>
    <w:p>
      <w:pPr>
        <w:jc w:val="right"/>
      </w:pPr>
      <w:r>
        <w:t>نرمی والا اور مہربانی والا ہے۔</w:t>
      </w:r>
    </w:p>
    <w:p>
      <w:r>
        <w:rPr>
          <w:b/>
        </w:rPr>
        <w:t xml:space="preserve">[22:53] </w:t>
      </w:r>
      <w:r>
        <w:t>Allah logon ke sath narmi ka aur meharbani ka sulook karta hai. Is mein koi shaq nahi hai.</w:t>
      </w:r>
    </w:p>
    <w:p>
      <w:pPr>
        <w:jc w:val="right"/>
      </w:pPr>
      <w:r>
        <w:t>اللہ لوگوں کے ساتھ نرمی کا اور مہربانی کا سلوک کرتا ہے۔ اس میں کوئی شک نہیں ہے۔</w:t>
      </w:r>
    </w:p>
    <w:p>
      <w:r>
        <w:rPr>
          <w:b/>
        </w:rPr>
        <w:t xml:space="preserve">[23:05] </w:t>
      </w:r>
      <w:r>
        <w:t>iska matlab kya hai?</w:t>
      </w:r>
    </w:p>
    <w:p>
      <w:pPr>
        <w:jc w:val="right"/>
      </w:pPr>
      <w:r>
        <w:t>اس کا مطلب کیا ہے؟</w:t>
      </w:r>
    </w:p>
    <w:p>
      <w:r>
        <w:rPr>
          <w:b/>
        </w:rPr>
        <w:t xml:space="preserve">[23:10] </w:t>
      </w:r>
      <w:r>
        <w:t>iska matlab yeh hai ke dunya mein agar aap apne ko kisi museebat mein paayein, koi baat aap ki bigad jaye to yeh mat samjhiye ke Khuda ne aap ke sath koi</w:t>
      </w:r>
    </w:p>
    <w:p>
      <w:pPr>
        <w:jc w:val="right"/>
      </w:pPr>
      <w:r>
        <w:t>اس کا مطلب یہ ہے کہ دنیا میں اگر آپ اپنے کو کسی مصیبت میں پائیں، کوئی بات آپ کی بگڑ جائے تو یہ مت سمجھیے کہ خدا نے آپ کے ساتھ کوئی</w:t>
      </w:r>
    </w:p>
    <w:p>
      <w:r>
        <w:rPr>
          <w:b/>
        </w:rPr>
        <w:t xml:space="preserve">[23:30] </w:t>
      </w:r>
      <w:r>
        <w:t>ghalat muamla kiya hai, koi dushmani ka muamla kiya hai. Woh bhi kisi na kisi pehlu se aap ke liye acha hoga.</w:t>
      </w:r>
    </w:p>
    <w:p>
      <w:pPr>
        <w:jc w:val="right"/>
      </w:pPr>
      <w:r>
        <w:t>غلط معاملہ کیا ہے، کوئی دشمنی کا معاملہ کیا ہے۔ وہ بھی کسی نہ کسی پہلو سے آپ کے لیے اچھا ہوگا۔</w:t>
      </w:r>
    </w:p>
    <w:p>
      <w:r>
        <w:rPr>
          <w:b/>
        </w:rPr>
        <w:t xml:space="preserve">[23:39] </w:t>
      </w:r>
      <w:r>
        <w:t>ek cheez jis ko aap khud acha samajhte hon, zaroori nahi ke anjam ke aitbar se bhi woh achi ho aap ke liye. To Khuda anjam ko dekh kar faisla karta hai.</w:t>
      </w:r>
    </w:p>
    <w:p>
      <w:pPr>
        <w:jc w:val="right"/>
      </w:pPr>
      <w:r>
        <w:t>ایک چیز جس کو آپ خود اچھا سمجھتے ہوں، ضروری نہیں کہ انجام کے اعتبار سے بھی وہ اچھی ہو آپ کے لیے۔ تو خدا انجام کو دیکھ کر فیصلہ کرتا ہے۔</w:t>
      </w:r>
    </w:p>
    <w:p>
      <w:r>
        <w:rPr>
          <w:b/>
        </w:rPr>
        <w:t xml:space="preserve">[23:50] </w:t>
      </w:r>
      <w:r>
        <w:t>is wajah se bohat ziyada taleem di gayi hai ke aadmi sabr aur shukr ke sath dunya mein rahe. Sabr aur shukr ke sath dunya mein rahe.</w:t>
      </w:r>
    </w:p>
    <w:p>
      <w:pPr>
        <w:jc w:val="right"/>
      </w:pPr>
      <w:r>
        <w:t>اس وجہ سے بہت زیادہ تعلیم دی گئی ہے کہ آدمی صبر اور شکر کے ساتھ دنیا میں رہے۔ صبر اور شکر کے ساتھ دنیا میں رہے۔</w:t>
      </w:r>
    </w:p>
    <w:p>
      <w:r>
        <w:rPr>
          <w:b/>
        </w:rPr>
        <w:t xml:space="preserve">[24:04] </w:t>
      </w:r>
      <w:r>
        <w:t>kyun ke agar woh aisa karega to us ko Khuda ki aur aur rehmaten milegi. Us ke andar haqeeqat pasandi aayegi.</w:t>
      </w:r>
    </w:p>
    <w:p>
      <w:pPr>
        <w:jc w:val="right"/>
      </w:pPr>
      <w:r>
        <w:t>کیونکہ اگر وہ ایسا کرے گا تو اس کو خدا کی اور اور رحمتیں ملیں گی۔ اس کے اندر حقیقت پسندی آئے گی۔</w:t>
      </w:r>
    </w:p>
    <w:p>
      <w:r>
        <w:rPr>
          <w:b/>
        </w:rPr>
        <w:t xml:space="preserve">[24:17] </w:t>
      </w:r>
      <w:r>
        <w:t>woh apne aap ko manfi soch se bacha kar musbat soch par qaim rakhega. Yeh faida hoga.</w:t>
      </w:r>
    </w:p>
    <w:p>
      <w:pPr>
        <w:jc w:val="right"/>
      </w:pPr>
      <w:r>
        <w:t>وہ اپنے آپ کو منفی سوچ سے بچا کر مثبت سوچ پر قائم رکھے گا۔ یہ فائدہ ہوگا۔</w:t>
      </w:r>
    </w:p>
    <w:p>
      <w:r>
        <w:rPr>
          <w:b/>
        </w:rPr>
        <w:t xml:space="preserve">[24:30] </w:t>
      </w:r>
      <w:r>
        <w:t>phir aakhiri ke aitbar se bhi yahi baat hai ke aakhirat ke aitbar se Khuda insan ke sath sakhti nahi karta.</w:t>
      </w:r>
    </w:p>
    <w:p>
      <w:pPr>
        <w:jc w:val="right"/>
      </w:pPr>
      <w:r>
        <w:t>پھر آخرت کے اعتبار سے بھی یہی بات ہے کہ آخرت کے اعتبار سے خدا انسان کے ساتھ سختی نہیں کرتا۔</w:t>
      </w:r>
    </w:p>
    <w:p>
      <w:r>
        <w:rPr>
          <w:b/>
        </w:rPr>
        <w:t xml:space="preserve">[24:42] </w:t>
      </w:r>
      <w:r>
        <w:t>khuda hamesha insan ki niyat ko dekhta hai.</w:t>
      </w:r>
    </w:p>
    <w:p>
      <w:pPr>
        <w:jc w:val="right"/>
      </w:pPr>
      <w:r>
        <w:t>خدا ہمیشہ انسان کی نیت کو دیکھتا ہے۔</w:t>
      </w:r>
    </w:p>
    <w:p>
      <w:r>
        <w:rPr>
          <w:b/>
        </w:rPr>
        <w:t xml:space="preserve">[24:47] </w:t>
      </w:r>
      <w:r>
        <w:t>agar aadmi bظahir koi is ki ghalati ho jaye to khuda aisa nahi karta ke be rehmi ke sath is ko pakar le. kyunke woh raoof hai, woh rahim hai, woh naram hai aur woh meherban hai.</w:t>
      </w:r>
    </w:p>
    <w:p>
      <w:pPr>
        <w:jc w:val="right"/>
      </w:pPr>
      <w:r>
        <w:t>اگر آدمی بظاہر کوئی اس کی غلطی ہو جائے تو خدا ایسا نہیں کرتا کہ بے رحمی کے ساتھ اس کو پکڑ لے۔ کیونکہ وہ رؤوف ہے، وہ رحیم ہے، وہ نرم ہے اور وہ مہربان ہے۔</w:t>
      </w:r>
    </w:p>
    <w:p>
      <w:r>
        <w:rPr>
          <w:b/>
        </w:rPr>
        <w:t xml:space="preserve">[25:04] </w:t>
      </w:r>
      <w:r>
        <w:t>lekin jahan tak niyat ki baat hai, niyat ke mamle mein insan ko koi chhoot nahi di jayegi.</w:t>
      </w:r>
    </w:p>
    <w:p>
      <w:pPr>
        <w:jc w:val="right"/>
      </w:pPr>
      <w:r>
        <w:t>لیکن جہاں تک نیت کی بات ہے، نیت کے معاملے میں انسان کو کوئی چھوٹ نہیں دی جائے گی۔</w:t>
      </w:r>
    </w:p>
    <w:p>
      <w:r>
        <w:rPr>
          <w:b/>
        </w:rPr>
        <w:t xml:space="preserve">[25:15] </w:t>
      </w:r>
      <w:r>
        <w:t>khariji amal jo hai us mein to chhoot di ja sakti hai ke kuch majboori aa gayi, koi aisi wajah aa gayi jis ki wajah se aadmi koi ghalat baat kar di us ne.</w:t>
      </w:r>
    </w:p>
    <w:p>
      <w:pPr>
        <w:jc w:val="right"/>
      </w:pPr>
      <w:r>
        <w:t>خارجی عمل جو ہے اس میں تو چھوٹ دی جا سکتی ہے کہ کچھ مجبوری آ گئی، کوئی ایسی وجہ آ گئی جس کی وجہ سے آدمی کوئی غلط بات کر دی اس نے۔</w:t>
      </w:r>
    </w:p>
    <w:p>
      <w:r>
        <w:rPr>
          <w:b/>
        </w:rPr>
        <w:t xml:space="preserve">[25:26] </w:t>
      </w:r>
      <w:r>
        <w:t>lekin jahan tak niyat ki baat hai to niyat ke liye kya majboori hai? to niyat ka matlab kya hai? jis tarah se aap apne bachon ke liye khair khwah hain, usi tarah aap sare insan ke liye khair khwah ban jayen.</w:t>
      </w:r>
    </w:p>
    <w:p>
      <w:pPr>
        <w:jc w:val="right"/>
      </w:pPr>
      <w:r>
        <w:t>لیکن جہاں تک نیت کی بات ہے تو نیت کے لیے کیا مجبوری ہے؟ تو نیت کا مطلب کیا ہے؟ جس طرح سے آپ اپنے بچوں کے لیے خیر خواہ ہیں، اسی طرح آپ سارے انسان کے لیے خیر خواہ بن جائیں۔</w:t>
      </w:r>
    </w:p>
    <w:p>
      <w:r>
        <w:rPr>
          <w:b/>
        </w:rPr>
        <w:t xml:space="preserve">[25:46] </w:t>
      </w:r>
      <w:r>
        <w:t>aap jante hain ke har maa baap apne bachon ke liye khair khwah hote hain. yahi aap ko sare insanon ke liye karna hai.</w:t>
      </w:r>
    </w:p>
    <w:p>
      <w:pPr>
        <w:jc w:val="right"/>
      </w:pPr>
      <w:r>
        <w:t>آپ جانتے ہیں کہ ہر ماں باپ اپنے بچوں کے لیے خیر خواہ ہوتے ہیں۔ یہی آپ کو سارے انسانوں کے لیے کرنا ہے۔</w:t>
      </w:r>
    </w:p>
    <w:p>
      <w:r>
        <w:rPr>
          <w:b/>
        </w:rPr>
        <w:t xml:space="preserve">[25:58] </w:t>
      </w:r>
      <w:r>
        <w:t>sab ka khair khwah banna hai, sab ka khair khwah banna hai. sab ke liye apne dil mein naik jazbat rakhna hai. yaani amli aitbar se aadmi ke andar kuch kami ho sakti hai.</w:t>
      </w:r>
    </w:p>
    <w:p>
      <w:pPr>
        <w:jc w:val="right"/>
      </w:pPr>
      <w:r>
        <w:t>سب کا خیر خواہ بننا ہے، سب کا خیر خواہ بننا ہے۔ سب کے لیے اپنے دل میں نیک جذبات رکھنا ہے۔ یعنی عملی اعتبار سے آدمی کے اندر کچھ کمی ہو سکتی ہے۔</w:t>
      </w:r>
    </w:p>
    <w:p>
      <w:r>
        <w:rPr>
          <w:b/>
        </w:rPr>
        <w:t xml:space="preserve">[26:13] </w:t>
      </w:r>
      <w:r>
        <w:t>bohat se wajoohaat hoti hain jis se amli zindagi mein aadmi se kotahi ho jati hai. lekin jahan tak dil ki baat hai, jahan tak niyat ki baat hai, is mein kisi ko allowance nahi diya jayega.</w:t>
      </w:r>
    </w:p>
    <w:p>
      <w:pPr>
        <w:jc w:val="right"/>
      </w:pPr>
      <w:r>
        <w:t>بہت سے وجوہات ہوتی ہیں جس سے عملی زندگی میں آدمی سے کوتاہی ہو جاتی ہے۔ لیکن جہاں تک دل کی بات ہے، جہاں تک نیت کی بات ہے، اس میں کسی کو الاؤنس نہیں دیا جائے گا۔</w:t>
      </w:r>
    </w:p>
    <w:p>
      <w:r>
        <w:rPr>
          <w:b/>
        </w:rPr>
        <w:t xml:space="preserve">[26:31] </w:t>
      </w:r>
      <w:r>
        <w:t>kyunke wahan koi rukawat nahi hai. yaani dil mein agar aap sab ke liye khair khwah ban jayen to is mein kya rukawat</w:t>
      </w:r>
    </w:p>
    <w:p>
      <w:pPr>
        <w:jc w:val="right"/>
      </w:pPr>
      <w:r>
        <w:t>کیونکہ وہاں کوئی رکاوٹ نہیں ہے۔ یعنی دل میں اگر آپ سب کے لیے خیر خواہ بن جائیں تو اس میں کیا رکاوٹ</w:t>
      </w:r>
    </w:p>
    <w:p>
      <w:r>
        <w:rPr>
          <w:b/>
        </w:rPr>
        <w:t xml:space="preserve">[26:41] </w:t>
      </w:r>
      <w:r>
        <w:t>hai? kaun rok raha hai aap ko khair khwah banne se?</w:t>
      </w:r>
    </w:p>
    <w:p>
      <w:pPr>
        <w:jc w:val="right"/>
      </w:pPr>
      <w:r>
        <w:t>ہے؟ کون روک رہا ہے آپ کو خیر خواہ بننے سے؟</w:t>
      </w:r>
    </w:p>
    <w:p>
      <w:r>
        <w:rPr>
          <w:b/>
        </w:rPr>
        <w:t xml:space="preserve">[26:48] </w:t>
      </w:r>
      <w:r>
        <w:t>yaani amli aitbar se farz ki jiye ke aap ke paas paisa kam hai to aap paisa doosron ko nahi de payenge. aap ke paas taqat kam hai to aap doosron ki madad nahi kar payenge.</w:t>
      </w:r>
    </w:p>
    <w:p>
      <w:pPr>
        <w:jc w:val="right"/>
      </w:pPr>
      <w:r>
        <w:t>یعنی عملی اعتبار سے فرض کیجیے کہ آپ کے پاس پیسہ کم ہے تو آپ پیسہ دوسروں کو نہیں دے پائیں گے۔ آپ کے پاس طاقت کم ہے تو آپ دوسروں کی مدد نہیں کر پائیں گے۔</w:t>
      </w:r>
    </w:p>
    <w:p>
      <w:r>
        <w:rPr>
          <w:b/>
        </w:rPr>
        <w:t xml:space="preserve">[27:02] </w:t>
      </w:r>
      <w:r>
        <w:t>lekin dil mein har ek ke liye achhe jazbat hona, is mein kya rukawat hai?</w:t>
      </w:r>
    </w:p>
    <w:p>
      <w:pPr>
        <w:jc w:val="right"/>
      </w:pPr>
      <w:r>
        <w:t>لیکن دل میں ہر ایک کے لیے اچھے جذبات ہونا، اس میں کیا رکاوٹ ہے؟</w:t>
      </w:r>
    </w:p>
    <w:p>
      <w:r>
        <w:rPr>
          <w:b/>
        </w:rPr>
        <w:t xml:space="preserve">[27:11] </w:t>
      </w:r>
      <w:r>
        <w:t>yahan to koi rukawat nahi. to yeh farz ke darje mein zaroori hai ke aadmi niyat ke aitbar se sab ke liye achha rahe woh.</w:t>
      </w:r>
    </w:p>
    <w:p>
      <w:pPr>
        <w:jc w:val="right"/>
      </w:pPr>
      <w:r>
        <w:t>یہاں تو کوئی رکاوٹ نہیں۔ تو یہ فرض کے درجے میں ضروری ہے کہ آدمی نیت کے اعتبار سے سب کے لیے اچھا رہے وہ۔</w:t>
      </w:r>
    </w:p>
    <w:p>
      <w:r>
        <w:rPr>
          <w:b/>
        </w:rPr>
        <w:t xml:space="preserve">[27:25] </w:t>
      </w:r>
      <w:r>
        <w:t>niyat ke aitbar se woh khuda ke liye bhi achha bana rahe aur niyat ke aitbar se woh insanon ke liye bhi achha bana rahe.</w:t>
      </w:r>
    </w:p>
    <w:p>
      <w:pPr>
        <w:jc w:val="right"/>
      </w:pPr>
      <w:r>
        <w:t>نیت کے اعتبار سے وہ خدا کے لیے بھی اچھا بنا رہے اور نیت کے اعتبار سے وہ انسانوں کے لیے بھی اچھا بنا رہے۔</w:t>
      </w:r>
    </w:p>
    <w:p>
      <w:r>
        <w:rPr>
          <w:b/>
        </w:rPr>
        <w:t xml:space="preserve">[27:35] </w:t>
      </w:r>
      <w:r>
        <w:t>har insan ke sath is ka khair khwah ban kar rehna.</w:t>
      </w:r>
    </w:p>
    <w:p>
      <w:pPr>
        <w:jc w:val="right"/>
      </w:pPr>
      <w:r>
        <w:t>ہر انسان کے ساتھ اس کا خیر خواہ بن کر رہنا۔</w:t>
      </w:r>
    </w:p>
    <w:p>
      <w:r>
        <w:rPr>
          <w:b/>
        </w:rPr>
        <w:t xml:space="preserve">[27:42] </w:t>
      </w:r>
      <w:r>
        <w:t>dekhiye ek hadith hai ke والله لا یومن والله لا یومن والله لا یومن الذی لا یمن جارہ بوا khuda ki qasam woh momin nahi hai.</w:t>
      </w:r>
    </w:p>
    <w:p>
      <w:pPr>
        <w:jc w:val="right"/>
      </w:pPr>
      <w:r>
        <w:t>دیکھیے ایک حدیث ہے کہ والله لا یومن والله لا یومن والله لا یومن الذی لا یمن جارہ بوا خدا کی قسم وہ مومن نہیں ہے۔</w:t>
      </w:r>
    </w:p>
    <w:p>
      <w:r>
        <w:rPr>
          <w:b/>
        </w:rPr>
        <w:t xml:space="preserve">[28:01] </w:t>
      </w:r>
      <w:r>
        <w:t>khuda ki qasam, woh momin nahi hai. khuda ki qasam, woh momin nahi hai.</w:t>
      </w:r>
    </w:p>
    <w:p>
      <w:pPr>
        <w:jc w:val="right"/>
      </w:pPr>
      <w:r>
        <w:t>خدا کی قسم، وہ مومن نہیں ہے۔ خدا کی قسم، وہ مومن نہیں ہے۔</w:t>
      </w:r>
    </w:p>
    <w:p>
      <w:r>
        <w:rPr>
          <w:b/>
        </w:rPr>
        <w:t xml:space="preserve">[28:10] </w:t>
      </w:r>
      <w:r>
        <w:t>jo apne parosi ke liye masla paida kare, apne parosi ke liye masla paida kare,</w:t>
      </w:r>
    </w:p>
    <w:p>
      <w:pPr>
        <w:jc w:val="right"/>
      </w:pPr>
      <w:r>
        <w:t>جو اپنے پڑوسی کے لیے مسئلہ پیدا کرے، اپنے پڑوسی کے لیے مسئلہ پیدا کرے،</w:t>
      </w:r>
    </w:p>
    <w:p>
      <w:r>
        <w:rPr>
          <w:b/>
        </w:rPr>
        <w:t xml:space="preserve">[28:19] </w:t>
      </w:r>
      <w:r>
        <w:t>apne parosi ko khwamkhwah kisi musibat mein daal de. ab aap dekhiye, koi aadmi apne bachon ke liye to musibat nahi dalta. hazrat, koi bhi maa baap nahi hai.</w:t>
      </w:r>
    </w:p>
    <w:p>
      <w:pPr>
        <w:jc w:val="right"/>
      </w:pPr>
      <w:r>
        <w:t>اپنے پڑوسی کو خوامخواہ کسی مصیبت میں ڈال دے۔ اب آپ دیکھیے، کوئی آدمی اپنے بچوں کے لیے تو مصیبت نہیں ڈالتا۔ حضرت، کوئی بھی ماں باپ نہیں ہے۔</w:t>
      </w:r>
    </w:p>
    <w:p>
      <w:r>
        <w:rPr>
          <w:b/>
        </w:rPr>
        <w:t xml:space="preserve">[28:31] </w:t>
      </w:r>
      <w:r>
        <w:t>to aap parosi ke liye kyun musibat banen?</w:t>
      </w:r>
    </w:p>
    <w:p>
      <w:pPr>
        <w:jc w:val="right"/>
      </w:pPr>
      <w:r>
        <w:t>تو آپ پڑوسی کے لیے کیوں مصیبت بنیں؟</w:t>
      </w:r>
    </w:p>
    <w:p>
      <w:r>
        <w:rPr>
          <w:b/>
        </w:rPr>
        <w:t xml:space="preserve">[28:36] </w:t>
      </w:r>
      <w:r>
        <w:t>agar koi aadmi apne bachon ke liye musibat nahi banta, nahi banta to is ko chahiye ke woh apne parosi ke liye musibat na bane.</w:t>
      </w:r>
    </w:p>
    <w:p>
      <w:pPr>
        <w:jc w:val="right"/>
      </w:pPr>
      <w:r>
        <w:t>اگر کوئی آدمی اپنے بچوں کے لیے مصیبت نہیں بنتا، نہیں بنتا تو اس کو چاہیے کہ وہ اپنے پڑوسی کے لیے مصیبت نہ بنے۔</w:t>
      </w:r>
    </w:p>
    <w:p>
      <w:r>
        <w:rPr>
          <w:b/>
        </w:rPr>
        <w:t xml:space="preserve">[28:48] </w:t>
      </w:r>
      <w:r>
        <w:t>is ka matlab yeh hai ke samaj mein, samajhi zindagi mein aadmi ko No Problem Member of the Society ban kar rehna hai.</w:t>
      </w:r>
    </w:p>
    <w:p>
      <w:pPr>
        <w:jc w:val="right"/>
      </w:pPr>
      <w:r>
        <w:t>اس کا مطلب یہ ہے کہ سماج میں، سماجی زندگی میں آدمی کو No Problem Member of the Society بن کر رہنا ہے۔</w:t>
      </w:r>
    </w:p>
    <w:p>
      <w:r>
        <w:rPr>
          <w:b/>
        </w:rPr>
        <w:t xml:space="preserve">[29:03] </w:t>
      </w:r>
      <w:r>
        <w:t>No Problem Person ban kar aap ko duniya mein rehna hai. yeh to farz hai. yaani yeh Minimum hai, Minimum.</w:t>
      </w:r>
    </w:p>
    <w:p>
      <w:pPr>
        <w:jc w:val="right"/>
      </w:pPr>
      <w:r>
        <w:t>No Problem Person بن کر آپ کو دنیا میں رہنا ہے۔ یہ تو فرض ہے۔ یعنی یہ Minimum ہے، Minimum۔</w:t>
      </w:r>
    </w:p>
    <w:p>
      <w:r>
        <w:rPr>
          <w:b/>
        </w:rPr>
        <w:t xml:space="preserve">[29:16] </w:t>
      </w:r>
      <w:r>
        <w:t>Maximum yeh hai ke aap duniya ko dene wale banen, duniya ko faida pahunchayen.</w:t>
      </w:r>
    </w:p>
    <w:p>
      <w:pPr>
        <w:jc w:val="right"/>
      </w:pPr>
      <w:r>
        <w:t>Maximum یہ ہے کہ آپ دنیا کو دینے والے بنیں، دنیا کو فائدہ پہنچائیں۔</w:t>
      </w:r>
    </w:p>
    <w:p>
      <w:r>
        <w:rPr>
          <w:b/>
        </w:rPr>
        <w:t xml:space="preserve">[29:26] </w:t>
      </w:r>
      <w:r>
        <w:t>Minimum yeh hai ke aap, aap duniya ko, aap logon ke beech mein is tarah rahen ke aap un ke liye koi masla paida na karen.</w:t>
      </w:r>
    </w:p>
    <w:p>
      <w:pPr>
        <w:jc w:val="right"/>
      </w:pPr>
      <w:r>
        <w:t>Minimum یہ ہے کہ آپ، آپ دنیا کو، آپ لوگوں کے بیچ میں اس طرح رہیں کہ آپ ان کے لیے کوئی مسئلہ پیدا نہ کریں۔</w:t>
      </w:r>
    </w:p>
    <w:p>
      <w:r>
        <w:rPr>
          <w:b/>
        </w:rPr>
        <w:t xml:space="preserve">[29:38] </w:t>
      </w:r>
      <w:r>
        <w:t>isi tarah dekhiye ayat number 148. ayat number 148 mein farmaya ke fastabiqu al khairat</w:t>
      </w:r>
    </w:p>
    <w:p>
      <w:pPr>
        <w:jc w:val="right"/>
      </w:pPr>
      <w:r>
        <w:t>اسی طرح دیکھیے آیت نمبر 148۔ آیت نمبر 148 میں فرمایا کہ فَاسْتَبِقُوا الْخَيْرَاتِ</w:t>
      </w:r>
    </w:p>
    <w:p>
      <w:r>
        <w:rPr>
          <w:b/>
        </w:rPr>
        <w:t xml:space="preserve">[29:57] </w:t>
      </w:r>
      <w:r>
        <w:t>achchhe kamon ki taraf daudo.</w:t>
      </w:r>
    </w:p>
    <w:p>
      <w:pPr>
        <w:jc w:val="right"/>
      </w:pPr>
      <w:r>
        <w:t>اچھے کاموں کی طرف دوڑو۔</w:t>
      </w:r>
    </w:p>
    <w:p>
      <w:r>
        <w:rPr>
          <w:b/>
        </w:rPr>
        <w:t xml:space="preserve">[30:02] </w:t>
      </w:r>
      <w:r>
        <w:t>achchhe kamon ki taraf musabiqat karo. achchhe kamon ki taraf daudo.</w:t>
      </w:r>
    </w:p>
    <w:p>
      <w:pPr>
        <w:jc w:val="right"/>
      </w:pPr>
      <w:r>
        <w:t>اچھے کاموں کی طرف مسابقت کرو۔ اچھے کاموں کی طرف دوڑو۔</w:t>
      </w:r>
    </w:p>
    <w:p>
      <w:r>
        <w:rPr>
          <w:b/>
        </w:rPr>
        <w:t xml:space="preserve">[30:11] </w:t>
      </w:r>
      <w:r>
        <w:t>is mein yeh bataya gaya hai ke aadmi ke andar shauq hona chahiye achchhe kamon ko karne ka.</w:t>
      </w:r>
    </w:p>
    <w:p>
      <w:pPr>
        <w:jc w:val="right"/>
      </w:pPr>
      <w:r>
        <w:t>اس میں یہ بتایا گیا ہے کہ آدمی کے اندر شوق ہونا چاہیے اچھے کاموں کو کرنے کا۔</w:t>
      </w:r>
    </w:p>
    <w:p>
      <w:r>
        <w:rPr>
          <w:b/>
        </w:rPr>
        <w:t xml:space="preserve">[30:21] </w:t>
      </w:r>
      <w:r>
        <w:t>agar aap dil se chahte hon ke main achchha kaam karoon, aisa kaam jo Khuda ko khush karne wala ho, aisa kaam jo insanon ke liye faida pahunchaye, yeh dil mein aap ko shauq rahega to aap daurenge is karne ki taraf.</w:t>
      </w:r>
    </w:p>
    <w:p>
      <w:pPr>
        <w:jc w:val="right"/>
      </w:pPr>
      <w:r>
        <w:t>اگر آپ دل سے چاہتے ہوں کہ میں اچھا کام کروں، ایسا کام جو خدا کو خوش کرنے والا ہو، ایسا کام جو انسانوں کے لیے فائدہ پہنچائے، یہ دل میں آپ کو شوق رہے گا تو آپ دوڑیں گے اس کرنے کی طرف۔</w:t>
      </w:r>
    </w:p>
    <w:p>
      <w:r>
        <w:rPr>
          <w:b/>
        </w:rPr>
        <w:t xml:space="preserve">[30:38] </w:t>
      </w:r>
      <w:r>
        <w:t>aisa nahin hoga ke zabardasti aap kuch karen, kuch na karen. to fastabiqu al khairat khair ki taraf daudo.</w:t>
      </w:r>
    </w:p>
    <w:p>
      <w:pPr>
        <w:jc w:val="right"/>
      </w:pPr>
      <w:r>
        <w:t>ایسا نہیں ہوگا کہ زبردستی آپ کچھ کریں، کچھ نہ کریں۔ تو فَاسْتَبِقُوا الْخَيْرَاتِ خیر کی طرف دوڑو۔</w:t>
      </w:r>
    </w:p>
    <w:p>
      <w:r>
        <w:rPr>
          <w:b/>
        </w:rPr>
        <w:t xml:space="preserve">[30:48] </w:t>
      </w:r>
      <w:r>
        <w:t>achchhe kamon ki taraf daudo. tumhare andar zabardast shauq hona chahiye achchhe kaam karne ka.</w:t>
      </w:r>
    </w:p>
    <w:p>
      <w:pPr>
        <w:jc w:val="right"/>
      </w:pPr>
      <w:r>
        <w:t>اچھے کاموں کی طرف دوڑو۔ تمہارے اندر زبردست شوق ہونا چاہیے اچھے کام کرنے کا۔</w:t>
      </w:r>
    </w:p>
    <w:p>
      <w:r>
        <w:rPr>
          <w:b/>
        </w:rPr>
        <w:t xml:space="preserve">[31:00] </w:t>
      </w:r>
      <w:r>
        <w:t>is mein dekhiye ek baat yeh bhi shamil hai ke achchhe kaam ki taraf daudna kab mumkin hota hai?</w:t>
      </w:r>
    </w:p>
    <w:p>
      <w:pPr>
        <w:jc w:val="right"/>
      </w:pPr>
      <w:r>
        <w:t>اس میں دیکھیے ایک بات یہ بھی شامل ہے کہ اچھے کام کی طرف دوڑنا کب ممکن ہوتا ہے؟</w:t>
      </w:r>
    </w:p>
    <w:p>
      <w:r>
        <w:rPr>
          <w:b/>
        </w:rPr>
        <w:t xml:space="preserve">[31:14] </w:t>
      </w:r>
      <w:r>
        <w:t>jab aap apni khwahishon par lagam lagayen. apne aap ko TDS se bachayen.</w:t>
      </w:r>
    </w:p>
    <w:p>
      <w:pPr>
        <w:jc w:val="right"/>
      </w:pPr>
      <w:r>
        <w:t>جب آپ اپنی خواہشوں پر لگام لگائیں۔ اپنے آپ کو TDS سے بچائیں۔</w:t>
      </w:r>
    </w:p>
    <w:p>
      <w:r>
        <w:rPr>
          <w:b/>
        </w:rPr>
        <w:t xml:space="preserve">[31:27] </w:t>
      </w:r>
      <w:r>
        <w:t>aap Contentment ka tareeqa ikhtiyar karen.</w:t>
      </w:r>
    </w:p>
    <w:p>
      <w:pPr>
        <w:jc w:val="right"/>
      </w:pPr>
      <w:r>
        <w:t>آپ Contentment کا طریقہ اختیار کریں۔</w:t>
      </w:r>
    </w:p>
    <w:p>
      <w:r>
        <w:rPr>
          <w:b/>
        </w:rPr>
        <w:t xml:space="preserve">[31:33] </w:t>
      </w:r>
      <w:r>
        <w:t>agar aap ka zehan uljha hua hai doosri cheezon mein, aap ki khwahishen uljhi hui hain doosri cheezon mein, to kya hoga?</w:t>
      </w:r>
    </w:p>
    <w:p>
      <w:pPr>
        <w:jc w:val="right"/>
      </w:pPr>
      <w:r>
        <w:t>اگر آپ کا ذہن الجھا ہوا ہے دوسری چیزوں میں، آپ کی خواہشیں الجھی ہوئی ہیں دوسری چیزوں میں، تو کیا ہوگا؟</w:t>
      </w:r>
    </w:p>
    <w:p>
      <w:r>
        <w:rPr>
          <w:b/>
        </w:rPr>
        <w:t xml:space="preserve">[31:48] </w:t>
      </w:r>
      <w:r>
        <w:t>aap khair ki taraf daud nahin sakenge. bahut si cheezon se aadmi ko apne aap ko kaatna padta hai.</w:t>
      </w:r>
    </w:p>
    <w:p>
      <w:pPr>
        <w:jc w:val="right"/>
      </w:pPr>
      <w:r>
        <w:t>آپ خیر کی طرف دوڑ نہیں سکیں گے۔ بہت سی چیزوں سے آدمی کو اپنے آپ کو کاٹنا پڑتا ہے۔</w:t>
      </w:r>
    </w:p>
    <w:p>
      <w:r>
        <w:rPr>
          <w:b/>
        </w:rPr>
        <w:t xml:space="preserve">[32:00] </w:t>
      </w:r>
      <w:r>
        <w:t>bahut si cheezon se aadmi ko apne aap ko door karna padta hai. tab ja kar woh khair ki taraf badhta hai.</w:t>
      </w:r>
    </w:p>
    <w:p>
      <w:pPr>
        <w:jc w:val="right"/>
      </w:pPr>
      <w:r>
        <w:t>بہت سی چیزوں سے آدمی کو اپنے آپ کو دور کرنا پڑتا ہے۔ تب جا کر وہ خیر کی طرف بڑھتا ہے۔</w:t>
      </w:r>
    </w:p>
    <w:p>
      <w:r>
        <w:rPr>
          <w:b/>
        </w:rPr>
        <w:t xml:space="preserve">[32:08] </w:t>
      </w:r>
      <w:r>
        <w:t>agar dekhiye to aadmi zyada tar be faida kaam mein laga rehta hai.</w:t>
      </w:r>
    </w:p>
    <w:p>
      <w:pPr>
        <w:jc w:val="right"/>
      </w:pPr>
      <w:r>
        <w:t>اگر دیکھیے تو آدمی زیادہ تر بے فائدہ کام میں لگا رہتا ہے۔</w:t>
      </w:r>
    </w:p>
    <w:p>
      <w:r>
        <w:rPr>
          <w:b/>
        </w:rPr>
        <w:t xml:space="preserve">[32:16] </w:t>
      </w:r>
      <w:r>
        <w:t>gossip mein, outing mein, shopping mein, partiyon mein, shadiyon ke dhoom dham mein,</w:t>
      </w:r>
    </w:p>
    <w:p>
      <w:pPr>
        <w:jc w:val="right"/>
      </w:pPr>
      <w:r>
        <w:t>گاسپ میں، آؤٹنگ میں، شاپنگ میں، پارٹیوں میں، شادیوں کے دھوم دھام میں،</w:t>
      </w:r>
    </w:p>
    <w:p>
      <w:r>
        <w:rPr>
          <w:b/>
        </w:rPr>
        <w:t xml:space="preserve">[32:26] </w:t>
      </w:r>
      <w:r>
        <w:t>aur gharon ki numaaish mein. yeh woh cheezen hain jo aadmi ki haqeeqi zaroorat nahin hain, woh zaroorat nahin hain.</w:t>
      </w:r>
    </w:p>
    <w:p>
      <w:pPr>
        <w:jc w:val="right"/>
      </w:pPr>
      <w:r>
        <w:t>اور گھروں کی نمائش میں۔ یہ وہ چیزیں ہیں جو آدمی کی حقیقی ضرورت نہیں ہیں، وہ ضرورت نہیں ہیں۔</w:t>
      </w:r>
    </w:p>
    <w:p>
      <w:r>
        <w:rPr>
          <w:b/>
        </w:rPr>
        <w:t xml:space="preserve">[32:37] </w:t>
      </w:r>
      <w:r>
        <w:t>zyada waqt aadmi apna isi mein lagata hai.</w:t>
      </w:r>
    </w:p>
    <w:p>
      <w:pPr>
        <w:jc w:val="right"/>
      </w:pPr>
      <w:r>
        <w:t>زیادہ وقت آدمی اپنا اسی میں لگاتا ہے۔</w:t>
      </w:r>
    </w:p>
    <w:p>
      <w:r>
        <w:rPr>
          <w:b/>
        </w:rPr>
        <w:t xml:space="preserve">[32:41] </w:t>
      </w:r>
      <w:r>
        <w:t>to agar aadmi is tarah se zindagi guzar raha ho to khairaat ki taraf, khair ki taraf daudo kaise hasil? khair ki taraf daudne ke liye na is par shauq hoga, na is ke andar woh dil hoga, na is par waqt hoga, kuch bhi nahin hoga.</w:t>
      </w:r>
    </w:p>
    <w:p>
      <w:pPr>
        <w:jc w:val="right"/>
      </w:pPr>
      <w:r>
        <w:t>تو اگر آدمی اس طرح سے زندگی گزار رہا ہو تو خیرات کی طرف، خیر کی طرف دوڑو کیسے حاصل؟ خیر کی طرف دوڑنے کے لیے نہ اس پر شوق ہوگا، نہ اس کے اندر وہ دل ہوگا، نہ اس پر وقت ہوگا، کچھ بھی نہیں ہوگا۔</w:t>
      </w:r>
    </w:p>
    <w:p>
      <w:r>
        <w:rPr>
          <w:b/>
        </w:rPr>
        <w:t xml:space="preserve">[32:57] </w:t>
      </w:r>
      <w:r>
        <w:t>to dekhiye aadmi ko ek kaam ko karne ke liye doosre kaam ko chhodna padta hai.</w:t>
      </w:r>
    </w:p>
    <w:p>
      <w:pPr>
        <w:jc w:val="right"/>
      </w:pPr>
      <w:r>
        <w:t>تو دیکھیے آدمی کو ایک کام کو کرنے کے لیے دوسرے کام کو چھوڑنا پڑتا ہے۔</w:t>
      </w:r>
    </w:p>
    <w:p>
      <w:r>
        <w:rPr>
          <w:b/>
        </w:rPr>
        <w:t xml:space="preserve">[33:09] </w:t>
      </w:r>
      <w:r>
        <w:t>aadmi ko ek kaam ko karne ke liye doosre kaam ko chhodna padta hai. to bhalaion ki taraf daudna jab bhi mumkin hai jab aadmi be faida cheezon ki taraf tawajjah ko khatam kare.</w:t>
      </w:r>
    </w:p>
    <w:p>
      <w:pPr>
        <w:jc w:val="right"/>
      </w:pPr>
      <w:r>
        <w:t>آدمی کو ایک کام کو کرنے کے لیے دوسرے کام کو چھوڑنا پڑتا ہے۔ تو بھلائیوں کی طرف دوڑنا جب بھی ممکن ہے جب آدمی بے فائدہ چیزوں کی طرف توجہ کو ختم کرے۔</w:t>
      </w:r>
    </w:p>
    <w:p>
      <w:r>
        <w:rPr>
          <w:b/>
        </w:rPr>
        <w:t xml:space="preserve">[33:27] </w:t>
      </w:r>
      <w:r>
        <w:t>apne nishane ko achhaiyon ki taraf lagaye. har taraf is ka dil atka rahega. h</w:t>
      </w:r>
    </w:p>
    <w:p>
      <w:pPr>
        <w:jc w:val="right"/>
      </w:pPr>
      <w:r>
        <w:t>اپنے نشانے کو اچھائیوں کی طرف لگائے۔ ہر طرف اس کا دل اٹکا رہے گا۔ ہ</w:t>
      </w:r>
    </w:p>
    <w:p>
      <w:r>
        <w:rPr>
          <w:b/>
        </w:rPr>
        <w:t xml:space="preserve">[33:36] </w:t>
      </w:r>
      <w:r>
        <w:t>r cheez mein woh daud padega. to phir kya hoga? mukhtalif cheezon mein uljha rahega aur achhai ki taraf, bhali cheezon ki taraf, khair ki taraf daudne ka is ko waqt hi nahin milega.</w:t>
      </w:r>
    </w:p>
    <w:p>
      <w:pPr>
        <w:jc w:val="right"/>
      </w:pPr>
      <w:r>
        <w:t>ر چیز میں وہ دوڑ پڑے گا۔ تو پھر کیا ہوگا؟ مختلف چیزوں میں الجھا رہے گا اور اچھائی کی طرف، بھلی چیزوں کی طرف، خیر کی طرف دوڑنے کا اس کو وقت ہی نہیں ملے گا۔</w:t>
      </w:r>
    </w:p>
    <w:p>
      <w:r>
        <w:rPr>
          <w:b/>
        </w:rPr>
        <w:t xml:space="preserve">[33:55] </w:t>
      </w:r>
      <w:r>
        <w:t>yahan tak ke woh mar jayega.</w:t>
      </w:r>
    </w:p>
    <w:p>
      <w:pPr>
        <w:jc w:val="right"/>
      </w:pPr>
      <w:r>
        <w:t>یہاں تک کہ وہ مر جائے گا۔</w:t>
      </w:r>
    </w:p>
    <w:p>
      <w:r>
        <w:rPr>
          <w:b/>
        </w:rPr>
        <w:t xml:space="preserve">[34:00] </w:t>
      </w:r>
      <w:r>
        <w:t>to daudo bhalaion ki taraf ka matlab yeh hai ke doosri cheezon ki taraf daud chhodo. taake tum bhalaion ki taraf daud sako.</w:t>
      </w:r>
    </w:p>
    <w:p>
      <w:pPr>
        <w:jc w:val="right"/>
      </w:pPr>
      <w:r>
        <w:t>تو دوڑو بھلائیوں کی طرف کا مطلب یہ ہے کہ دوسری چیزوں کی طرف دوڑ چھوڑو۔ تاکہ تم بھلائیوں کی طرف دوڑ سکو۔</w:t>
      </w:r>
    </w:p>
    <w:p>
      <w:r>
        <w:rPr>
          <w:b/>
        </w:rPr>
        <w:t xml:space="preserve">[34:13] </w:t>
      </w:r>
      <w:r>
        <w:t>yeh jo ayat hai, is ayat mein jo farmaya ke daudo bhalaion ki taraf</w:t>
      </w:r>
    </w:p>
    <w:p>
      <w:pPr>
        <w:jc w:val="right"/>
      </w:pPr>
      <w:r>
        <w:t>یہ جو آیت ہے، اس آیت میں جو فرمایا کہ دوڑو بھلائیوں کی طرف</w:t>
      </w:r>
    </w:p>
    <w:p>
      <w:r>
        <w:rPr>
          <w:b/>
        </w:rPr>
        <w:t xml:space="preserve">[34:21] </w:t>
      </w:r>
      <w:r>
        <w:t>, is mein yeh cheez apne aap shamil hai ke jo cheezen kamtar darje ki hain, jo cheezen befaida hain, jo cheezen tumhari akhirat ke liye kaam aane wali nahi hain,</w:t>
      </w:r>
    </w:p>
    <w:p>
      <w:pPr>
        <w:jc w:val="right"/>
      </w:pPr>
      <w:r>
        <w:t>، اس میں یہ چیز اپنے آپ شامل ہے کہ جو چیزیں کمتر درجے کی ہیں، جو چیزیں بے فائدہ ہیں، جو چیزیں تمہاری آخرت کے لیے کام آنے والی نہیں ہیں،</w:t>
      </w:r>
    </w:p>
    <w:p>
      <w:r>
        <w:rPr>
          <w:b/>
        </w:rPr>
        <w:t xml:space="preserve">[34:37] </w:t>
      </w:r>
      <w:r>
        <w:t>is mein apni daud ko khatm karo. taake tum bhalaion ki taraf daud sako.</w:t>
      </w:r>
    </w:p>
    <w:p>
      <w:pPr>
        <w:jc w:val="right"/>
      </w:pPr>
      <w:r>
        <w:t>اس میں اپنی دوڑ کو ختم کرو۔ تاکہ تم بھلائیوں کی طرف دوڑ سکو۔</w:t>
      </w:r>
    </w:p>
    <w:p>
      <w:r>
        <w:rPr>
          <w:b/>
        </w:rPr>
        <w:t xml:space="preserve">[34:44] </w:t>
      </w:r>
      <w:r>
        <w:t>to yeh aap samajh lijiye achhe tareeqe se ke insaan ka muamla yeh hai ke agar woh ek kaam ko karna chahta hai to us ko doosre kamon ko chhodna padega.</w:t>
      </w:r>
    </w:p>
    <w:p>
      <w:pPr>
        <w:jc w:val="right"/>
      </w:pPr>
      <w:r>
        <w:t>تو یہ آپ سمجھ لیجیے اچھے طریقے سے کہ انسان کا معاملہ یہ ہے کہ اگر وہ ایک کام کو کرنا چاہتا ہے تو اس کو دوسرے کاموں کو چھوڑنا پڑے گا۔</w:t>
      </w:r>
    </w:p>
    <w:p>
      <w:r>
        <w:rPr>
          <w:b/>
        </w:rPr>
        <w:t xml:space="preserve">[34:57] </w:t>
      </w:r>
      <w:r>
        <w:t>tab hi aisa hoga ke us ki woh apna hissa ada kar sake bhalaion ke kaam mein.</w:t>
      </w:r>
    </w:p>
    <w:p>
      <w:pPr>
        <w:jc w:val="right"/>
      </w:pPr>
      <w:r>
        <w:t>تب ہی ایسا ہوگا کہ اس کی وہ اپنا حصہ ادا کر سکے بھلائیوں کے کام میں۔</w:t>
      </w:r>
    </w:p>
    <w:p>
      <w:r>
        <w:rPr>
          <w:b/>
        </w:rPr>
        <w:t xml:space="preserve">[35:14] </w:t>
      </w:r>
      <w:r>
        <w:t>isi tarah se dekhiye</w:t>
      </w:r>
    </w:p>
    <w:p>
      <w:pPr>
        <w:jc w:val="right"/>
      </w:pPr>
      <w:r>
        <w:t>اسی طرح سے دیکھیے</w:t>
      </w:r>
    </w:p>
    <w:p>
      <w:r>
        <w:rPr>
          <w:b/>
        </w:rPr>
        <w:t xml:space="preserve">[35:16] </w:t>
      </w:r>
      <w:r>
        <w:t>ayat number 150,</w:t>
      </w:r>
    </w:p>
    <w:p>
      <w:pPr>
        <w:jc w:val="right"/>
      </w:pPr>
      <w:r>
        <w:t>آیت نمبر 150،</w:t>
      </w:r>
    </w:p>
    <w:p>
      <w:r>
        <w:rPr>
          <w:b/>
        </w:rPr>
        <w:t xml:space="preserve">[35:22] </w:t>
      </w:r>
      <w:r>
        <w:t>surah baqarah ki ayat number 150 mein farmaya</w:t>
      </w:r>
    </w:p>
    <w:p>
      <w:pPr>
        <w:jc w:val="right"/>
      </w:pPr>
      <w:r>
        <w:t>سورہ بقرہ کی آیت نمبر 150 میں فرمایا</w:t>
      </w:r>
    </w:p>
    <w:p>
      <w:r>
        <w:rPr>
          <w:b/>
        </w:rPr>
        <w:t xml:space="preserve">[35:27] </w:t>
      </w:r>
      <w:r>
        <w:t>fala tashawhum wakhshawni fala</w:t>
      </w:r>
    </w:p>
    <w:p>
      <w:pPr>
        <w:jc w:val="right"/>
      </w:pPr>
      <w:r>
        <w:t>فَلَا تَخْشَوْهُمْ وَاخْشَوْنِ فَلَا</w:t>
      </w:r>
    </w:p>
    <w:p>
      <w:r>
        <w:rPr>
          <w:b/>
        </w:rPr>
        <w:t xml:space="preserve">[35:33] </w:t>
      </w:r>
      <w:r>
        <w:t>tashawhum wakhshawni tum na daro unse balkeh daro mujhse.</w:t>
      </w:r>
    </w:p>
    <w:p>
      <w:pPr>
        <w:jc w:val="right"/>
      </w:pPr>
      <w:r>
        <w:t>تَخْشَوْهُمْ وَاخْشَوْنِ تم نہ ڈرو ان سے بلکہ ڈرو مجھ سے۔</w:t>
      </w:r>
    </w:p>
    <w:p>
      <w:r>
        <w:rPr>
          <w:b/>
        </w:rPr>
        <w:t xml:space="preserve">[35:44] </w:t>
      </w:r>
      <w:r>
        <w:t>tum logon se na daro balkeh mujh se daro.</w:t>
      </w:r>
    </w:p>
    <w:p>
      <w:pPr>
        <w:jc w:val="right"/>
      </w:pPr>
      <w:r>
        <w:t>تم لوگوں سے نہ ڈرو بلکہ مجھ سے ڈرو۔</w:t>
      </w:r>
    </w:p>
    <w:p>
      <w:r>
        <w:rPr>
          <w:b/>
        </w:rPr>
        <w:t xml:space="preserve">[35:50] </w:t>
      </w:r>
      <w:r>
        <w:t>fala takhshawhum wakhshawni</w:t>
      </w:r>
    </w:p>
    <w:p>
      <w:pPr>
        <w:jc w:val="right"/>
      </w:pPr>
      <w:r>
        <w:t>فَلَا تَخْشَوْهُمْ وَاخْشَوْنِ</w:t>
      </w:r>
    </w:p>
    <w:p>
      <w:r>
        <w:rPr>
          <w:b/>
        </w:rPr>
        <w:t xml:space="preserve">[35:55] </w:t>
      </w:r>
      <w:r>
        <w:t>yeh ayat jo hai batati hai ke har waqt aadmi</w:t>
      </w:r>
    </w:p>
    <w:p>
      <w:pPr>
        <w:jc w:val="right"/>
      </w:pPr>
      <w:r>
        <w:t>یہ آیت جو ہے بتاتی ہے کہ ہر وقت آدمی</w:t>
      </w:r>
    </w:p>
    <w:p>
      <w:r>
        <w:rPr>
          <w:b/>
        </w:rPr>
        <w:t xml:space="preserve">[36:03] </w:t>
      </w:r>
      <w:r>
        <w:t>darne ka matlab yeh hai ke kisi aur ko apna aadmi markaz banaye.</w:t>
      </w:r>
    </w:p>
    <w:p>
      <w:pPr>
        <w:jc w:val="right"/>
      </w:pPr>
      <w:r>
        <w:t>ڈرنے کا مطلب یہ ہے کہ کسی اور کو اپنا آدمی مرکز بنائے۔</w:t>
      </w:r>
    </w:p>
    <w:p>
      <w:r>
        <w:rPr>
          <w:b/>
        </w:rPr>
        <w:t xml:space="preserve">[36:08] </w:t>
      </w:r>
      <w:r>
        <w:t>kisi aur ke chashm o abru ko dekhe. kisi aur ka lihaaz kar ke koi kaam kare. yeh matlab hai. to har waqt aadmi ko kya karna padta hai?</w:t>
      </w:r>
    </w:p>
    <w:p>
      <w:pPr>
        <w:jc w:val="right"/>
      </w:pPr>
      <w:r>
        <w:t>کسی اور کے چشم و ابرو کو دیکھے۔ کسی اور کا لحاظ کر کے کوئی کام کرے۔ یہ مطلب ہے۔ تو ہر وقت آدمی کو کیا کرنا پڑتا ہے؟</w:t>
      </w:r>
    </w:p>
    <w:p>
      <w:r>
        <w:rPr>
          <w:b/>
        </w:rPr>
        <w:t xml:space="preserve">[36:21] </w:t>
      </w:r>
      <w:r>
        <w:t>samaj ka lihaaz, biwi bachchon ka lihaaz. yeh baat ke mein logon ki nazar mein achha bana rahoon, is ka lihaaz.</w:t>
      </w:r>
    </w:p>
    <w:p>
      <w:pPr>
        <w:jc w:val="right"/>
      </w:pPr>
      <w:r>
        <w:t>سماج کا لحاظ، بیوی بچوں کا لحاظ۔ یہ بات کہ میں لوگوں کی نظر میں اچھا بنا رہوں، اس کا لحاظ۔</w:t>
      </w:r>
    </w:p>
    <w:p>
      <w:r>
        <w:rPr>
          <w:b/>
        </w:rPr>
        <w:t xml:space="preserve">[36:34] </w:t>
      </w:r>
      <w:r>
        <w:t>isi mein rehta hai woh yahan tak ke woh khuda ke kaam ko nahi kar pata. to farmaya ke logon se na daro, mujh se daro.</w:t>
      </w:r>
    </w:p>
    <w:p>
      <w:pPr>
        <w:jc w:val="right"/>
      </w:pPr>
      <w:r>
        <w:t>اسی میں رہتا ہے وہ یہاں تک کہ وہ خدا کے کام کو نہیں کر پاتا۔ تو فرمایا کہ لوگوں سے نہ ڈرو، مجھ سے ڈرو۔</w:t>
      </w:r>
    </w:p>
    <w:p>
      <w:r>
        <w:rPr>
          <w:b/>
        </w:rPr>
        <w:t xml:space="preserve">[36:44] </w:t>
      </w:r>
      <w:r>
        <w:t>kyun? asal muamla to khuda se pesh aane wala hai.</w:t>
      </w:r>
    </w:p>
    <w:p>
      <w:pPr>
        <w:jc w:val="right"/>
      </w:pPr>
      <w:r>
        <w:t>کیوں؟ اصل معاملہ تو خدا سے پیش آنے والا ہے۔</w:t>
      </w:r>
    </w:p>
    <w:p>
      <w:r>
        <w:rPr>
          <w:b/>
        </w:rPr>
        <w:t xml:space="preserve">[36:54] </w:t>
      </w:r>
      <w:r>
        <w:t>asal muamla jo hai woh insaan se nahi hai, asal muamla khuda se hai.</w:t>
      </w:r>
    </w:p>
    <w:p>
      <w:pPr>
        <w:jc w:val="right"/>
      </w:pPr>
      <w:r>
        <w:t>اصل معاملہ جو ہے وہ انسان سے نہیں ہے، اصل معاملہ خدا سے ہے۔</w:t>
      </w:r>
    </w:p>
    <w:p>
      <w:r>
        <w:rPr>
          <w:b/>
        </w:rPr>
        <w:t xml:space="preserve">[37:03] </w:t>
      </w:r>
      <w:r>
        <w:t>kyunke aap jante hain ke aadmi is duniya mein thode dinon ke liye hota hai.</w:t>
      </w:r>
    </w:p>
    <w:p>
      <w:pPr>
        <w:jc w:val="right"/>
      </w:pPr>
      <w:r>
        <w:t>کیونکہ آپ جانتے ہیں کہ آدمی اس دنیا میں تھوڑے دنوں کے لیے ہوتا ہے۔</w:t>
      </w:r>
    </w:p>
    <w:p>
      <w:r>
        <w:rPr>
          <w:b/>
        </w:rPr>
        <w:t xml:space="preserve">[37:12] </w:t>
      </w:r>
      <w:r>
        <w:t>das saal, bees saal, pachas saal, chalis saal, sattar saal, bas. is ke baad us ko marna hai. is ke baad jo zindagi hai, abadi, jo eternal life hai, is ka faisla to khuda kiya hona hai?</w:t>
      </w:r>
    </w:p>
    <w:p>
      <w:pPr>
        <w:jc w:val="right"/>
      </w:pPr>
      <w:r>
        <w:t>دس سال، بیس سال، پچاس سال، چالیس سال، ستر سال، بس۔ اس کے بعد اس کو مرنا ہے۔ اس کے بعد جو زندگی ہے، ابدی، جو Eternal Life ہے، اس کا فیصلہ تو خدا کیا ہونا ہے؟</w:t>
      </w:r>
    </w:p>
    <w:p>
      <w:r>
        <w:rPr>
          <w:b/>
        </w:rPr>
        <w:t xml:space="preserve">[37:29] </w:t>
      </w:r>
      <w:r>
        <w:t>is ka faisla to khuda kiya hona hai?</w:t>
      </w:r>
    </w:p>
    <w:p>
      <w:pPr>
        <w:jc w:val="right"/>
      </w:pPr>
      <w:r>
        <w:t>اس کا فیصلہ تو خدا کیا ہونا ہے؟</w:t>
      </w:r>
    </w:p>
    <w:p>
      <w:r>
        <w:rPr>
          <w:b/>
        </w:rPr>
        <w:t xml:space="preserve">[37:33] </w:t>
      </w:r>
      <w:r>
        <w:t>to yeh jo farmaya ke logon se na daro, mujh se daro. is ka matlab yeh hua ke thode din ki zindagi mein jin cheezon se tum ko saabaq pesh aata hai,</w:t>
      </w:r>
    </w:p>
    <w:p>
      <w:pPr>
        <w:jc w:val="right"/>
      </w:pPr>
      <w:r>
        <w:t>تو یہ جو فرمایا کہ لوگوں سے نہ ڈرو، مجھ سے ڈرو۔ اس کا مطلب یہ ہوا کہ تھوڑے دن کی زندگی میں جن چیزوں سے تم کو سابقہ پیش آتا ہے،</w:t>
      </w:r>
    </w:p>
    <w:p>
      <w:r>
        <w:rPr>
          <w:b/>
        </w:rPr>
        <w:t xml:space="preserve">[37:51] </w:t>
      </w:r>
      <w:r>
        <w:t>jin logon ke darmiyan tum rehte ho, un ka lihaaz kar ke, un se dar kar, ya un ki parwah kar ke, aaj ki zindagi ko durust karne ki koshish karna yeh bahut badi bhool hai.</w:t>
      </w:r>
    </w:p>
    <w:p>
      <w:pPr>
        <w:jc w:val="right"/>
      </w:pPr>
      <w:r>
        <w:t>جن لوگوں کے درمیان تم رہتے ہو، ان کا لحاظ کر کے، ان سے ڈر کر، یا ان کی پرواہ کر کے، آج کی زندگی کو درست کرنے کی کوشش کرنا یہ بہت بڑی بھول ہے۔</w:t>
      </w:r>
    </w:p>
    <w:p>
      <w:r>
        <w:rPr>
          <w:b/>
        </w:rPr>
        <w:t xml:space="preserve">[38:05] </w:t>
      </w:r>
      <w:r>
        <w:t>kyun? chand din ki zindagi agar durust ho bhi gayi to eternal life jo hai, us ko eternal life ko bigaad dene ki qeemat deni padegi.</w:t>
      </w:r>
    </w:p>
    <w:p>
      <w:pPr>
        <w:jc w:val="right"/>
      </w:pPr>
      <w:r>
        <w:t>کیوں؟ چند دن کی زندگی اگر درست ہو بھی گئی تو Eternal Life جو ہے، اس کو Eternal Life کو بگاڑ دینے کی قیمت دینی پڑے گی۔</w:t>
      </w:r>
    </w:p>
    <w:p>
      <w:r>
        <w:rPr>
          <w:b/>
        </w:rPr>
        <w:t xml:space="preserve">[38:20] </w:t>
      </w:r>
      <w:r>
        <w:t>is wajah se aadmi ko chahiye ke har muamle mein, har mauqe par, woh sab se pehle yeh dekhe ke aakhir kar to khuda ke saamne pesh hona hai.</w:t>
      </w:r>
    </w:p>
    <w:p>
      <w:pPr>
        <w:jc w:val="right"/>
      </w:pPr>
      <w:r>
        <w:t>اس وجہ سے آدمی کو چاہیے کہ ہر معاملے میں، ہر موقع پر، وہ سب سے پہلے یہ دیکھے کہ آخر کار تو خدا کے سامنے پیش ہونا ہے۔</w:t>
      </w:r>
    </w:p>
    <w:p>
      <w:r>
        <w:rPr>
          <w:b/>
        </w:rPr>
        <w:t xml:space="preserve">[38:34] </w:t>
      </w:r>
      <w:r>
        <w:t>aakhir kar to muamla khuda ke saamne jaane wala hai. aakhir kar to mein khuda ke saamne mujhe batana hai ke maine aisa kyun kiya.</w:t>
      </w:r>
    </w:p>
    <w:p>
      <w:pPr>
        <w:jc w:val="right"/>
      </w:pPr>
      <w:r>
        <w:t>آخر کار تو معاملہ خدا کے سامنے جانے والا ہے۔ آخر کار تو میں خدا کے سامنے مجھے بتانا ہے کہ میں نے ایسا کیوں کیا۔</w:t>
      </w:r>
    </w:p>
    <w:p>
      <w:r>
        <w:rPr>
          <w:b/>
        </w:rPr>
        <w:t xml:space="preserve">[38:45] </w:t>
      </w:r>
      <w:r>
        <w:t>to doosri jin cheezon ko aadmi</w:t>
      </w:r>
    </w:p>
    <w:p>
      <w:pPr>
        <w:jc w:val="right"/>
      </w:pPr>
      <w:r>
        <w:t>تو دوسری جن چیزوں کو آدمی</w:t>
      </w:r>
    </w:p>
    <w:p>
      <w:r>
        <w:rPr>
          <w:b/>
        </w:rPr>
        <w:t xml:space="preserve">[38:51] </w:t>
      </w:r>
      <w:r>
        <w:t>doosri jin cheezon ki riayat kar ke, doosri jin cheezon ko,</w:t>
      </w:r>
    </w:p>
    <w:p>
      <w:pPr>
        <w:jc w:val="right"/>
      </w:pPr>
      <w:r>
        <w:t>دوسری جن چیزوں کی رعایت کر کے، دوسری جن چیزوں کو،</w:t>
      </w:r>
    </w:p>
    <w:p>
      <w:r>
        <w:rPr>
          <w:b/>
        </w:rPr>
        <w:t xml:space="preserve">[38:59] </w:t>
      </w:r>
      <w:r>
        <w:t>doosri jin cheezon se asar le kar, woh sachai ke raaste se hatta hai,</w:t>
      </w:r>
    </w:p>
    <w:p>
      <w:pPr>
        <w:jc w:val="right"/>
      </w:pPr>
      <w:r>
        <w:t>دوسری جن چیزوں سے اثر لے کر، وہ سچائی کے راستے سے ہٹتا ہے،</w:t>
      </w:r>
    </w:p>
    <w:p>
      <w:r>
        <w:rPr>
          <w:b/>
        </w:rPr>
        <w:t xml:space="preserve">[39:06] </w:t>
      </w:r>
      <w:r>
        <w:t>to yeh bohat bari bhool hai. kyunke aakhir kaar to khuda se muamla pesh aana hai. aur wahi hamari abadi zindagi ka faisla karega.</w:t>
      </w:r>
    </w:p>
    <w:p>
      <w:pPr>
        <w:jc w:val="right"/>
      </w:pPr>
      <w:r>
        <w:t>تو یہ بہت بڑی بھول ہے۔ کیونکہ آخر کار تو خدا سے معاملہ پیش آنا ہے۔ اور وہی ہماری ابدی زندگی کا فیصلہ کرے گا۔</w:t>
      </w:r>
    </w:p>
    <w:p>
      <w:r>
        <w:rPr>
          <w:b/>
        </w:rPr>
        <w:t xml:space="preserve">[39:18] </w:t>
      </w:r>
      <w:r>
        <w:t>to hum ko chahiye ke hum apni abadi zindagi ke liye, hum ko, hum, hum ko chahiye ke hum apni abadi zindagi ko samne rakhen.</w:t>
      </w:r>
    </w:p>
    <w:p>
      <w:pPr>
        <w:jc w:val="right"/>
      </w:pPr>
      <w:r>
        <w:t>تو ہم کو چاہیے کہ ہم اپنی ابدی زندگی کے لیے، ہم کو، ہم، ہم کو چاہیے کہ ہم اپنی ابدی زندگی کو سامنے رکھیں۔</w:t>
      </w:r>
    </w:p>
    <w:p>
      <w:r>
        <w:rPr>
          <w:b/>
        </w:rPr>
        <w:t xml:space="preserve">[39:33] </w:t>
      </w:r>
      <w:r>
        <w:t>hum ko chahiye ke hum har muamle mein yeh dekhen ke khuda ki marzi kya hai? khuda ne kya karne ko bataya hai? kis se bachne ko bataya hai?</w:t>
      </w:r>
    </w:p>
    <w:p>
      <w:pPr>
        <w:jc w:val="right"/>
      </w:pPr>
      <w:r>
        <w:t>ہم کو چاہیے کہ ہم ہر معاملے میں یہ دیکھیں کہ خدا کی مرضی کیا ہے؟ خدا نے کیا کرنے کو بتایا ہے؟ کس سے بچنے کو بتایا ہے؟</w:t>
      </w:r>
    </w:p>
    <w:p>
      <w:r>
        <w:rPr>
          <w:b/>
        </w:rPr>
        <w:t xml:space="preserve">[39:45] </w:t>
      </w:r>
      <w:r>
        <w:t>to fala takhshawhum wakhshawni logon se na</w:t>
      </w:r>
    </w:p>
    <w:p>
      <w:pPr>
        <w:jc w:val="right"/>
      </w:pPr>
      <w:r>
        <w:t>تو فَلَا تَخْشَوْهُمْ وَاخْشَوْنِ لوگوں سے نہ</w:t>
      </w:r>
    </w:p>
    <w:p>
      <w:r>
        <w:rPr>
          <w:b/>
        </w:rPr>
        <w:t xml:space="preserve">[39:51] </w:t>
      </w:r>
      <w:r>
        <w:t>daro, mujh se daro.yani aaj ki duniya ke jo considerations hote hain, aaj ki duniya ke jo nafa o nuksan hota hai, us se zyada tum ko apne dhiyan mein lana chahiye akhirat ke nafa o nuksan ko.</w:t>
      </w:r>
    </w:p>
    <w:p>
      <w:pPr>
        <w:jc w:val="right"/>
      </w:pPr>
      <w:r>
        <w:t>ڈرو، مجھ سے ڈرو۔ یعنی آج کی دنیا کے جو considerations ہوتے ہیں، آج کی دنیا کے جو نفع و نقصان ہوتا ہے، اس سے زیادہ تم کو اپنے دھیان میں لانا چاہیے آخرت کے نفع و نقصان کو۔</w:t>
      </w:r>
    </w:p>
    <w:p>
      <w:r>
        <w:rPr>
          <w:b/>
        </w:rPr>
        <w:t xml:space="preserve">[40:10] </w:t>
      </w:r>
      <w:r>
        <w:t>akhirat ke consideration ko.yeh matlab hai is ayat ka.</w:t>
      </w:r>
    </w:p>
    <w:p>
      <w:pPr>
        <w:jc w:val="right"/>
      </w:pPr>
      <w:r>
        <w:t>آخرت کے consideration کو۔ یہ مطلب ہے اس آیت کا۔</w:t>
      </w:r>
    </w:p>
    <w:p>
      <w:r>
        <w:rPr>
          <w:b/>
        </w:rPr>
        <w:t xml:space="preserve">[40:22] </w:t>
      </w:r>
      <w:r>
        <w:t>phir dekhiye ayat number 155.</w:t>
      </w:r>
    </w:p>
    <w:p>
      <w:pPr>
        <w:jc w:val="right"/>
      </w:pPr>
      <w:r>
        <w:t>پھر دیکھیے آیت نمبر 155۔</w:t>
      </w:r>
    </w:p>
    <w:p>
      <w:r>
        <w:rPr>
          <w:b/>
        </w:rPr>
        <w:t xml:space="preserve">[40:31] </w:t>
      </w:r>
      <w:r>
        <w:t>ayat number 155 yeh hai wa lanabluwennakum bishai'im minal khawfi wal joo'i wa naqsim minal amwali wal arfasi wath thamarati wa bashirissabireen allazeena aza asabathum musibathun qaloo inna lillahi wa inna ilaihi raji'oon yeh surah baqarah ki ayat hai.</w:t>
      </w:r>
    </w:p>
    <w:p>
      <w:pPr>
        <w:jc w:val="right"/>
      </w:pPr>
      <w:r>
        <w:t>آیت نمبر 155 یہ ہے وَلَنَبْلُوَنَّكُمْ بِشَيْءٍ مِنَ الْخَوْفِ وَالْجُوْعِ وَنَقْصِبْ مِنَ الْأَمْوَالِ وَالْأَرْفَسِ وَالثَّمْرَاتِ وَبَشِّرِ الصَّابِرِينَ الَّذِينَ أَذَا أَصَابَتُهُمْ مُصِيْبَةٌ قَالُوا إِنَّا لِلَّهِ وَإِنَّا إِلَيْهِ رَاجِعُونَ یہ سورہ بقرہ کی آیت ہے۔</w:t>
      </w:r>
    </w:p>
    <w:p>
      <w:r>
        <w:rPr>
          <w:b/>
        </w:rPr>
        <w:t xml:space="preserve">[41:01] </w:t>
      </w:r>
      <w:r>
        <w:t>is ka matlab yeh hai ke Allah taala farmate hain: "hum zaroor aazmayenge tum ko.</w:t>
      </w:r>
    </w:p>
    <w:p>
      <w:pPr>
        <w:jc w:val="right"/>
      </w:pPr>
      <w:r>
        <w:t>اس کا مطلب یہ ہے کہ اللہ تعالیٰ فرماتے ہیں: "ہم ضرور آزمائیں گے تم کو۔</w:t>
      </w:r>
    </w:p>
    <w:p>
      <w:r>
        <w:rPr>
          <w:b/>
        </w:rPr>
        <w:t xml:space="preserve">[41:12] </w:t>
      </w:r>
      <w:r>
        <w:t>hum zaroor aazmayenge tum ko kis tarah kuch na kuch khauf dekar yeh cheez ka dar tum ko pesh ayega.</w:t>
      </w:r>
    </w:p>
    <w:p>
      <w:pPr>
        <w:jc w:val="right"/>
      </w:pPr>
      <w:r>
        <w:t>ہم ضرور آزمائیں گے تم کو کس طرح کچھ نہ کچھ خوف دے کر یہ چیز کا ڈر تم کو پیش آئے گا۔</w:t>
      </w:r>
    </w:p>
    <w:p>
      <w:r>
        <w:rPr>
          <w:b/>
        </w:rPr>
        <w:t xml:space="preserve">[41:25] </w:t>
      </w:r>
      <w:r>
        <w:t>woh aazmaish ke liye hoga.</w:t>
      </w:r>
    </w:p>
    <w:p>
      <w:pPr>
        <w:jc w:val="right"/>
      </w:pPr>
      <w:r>
        <w:t>وہ آزمائش کے لیے ہوگا۔</w:t>
      </w:r>
    </w:p>
    <w:p>
      <w:r>
        <w:rPr>
          <w:b/>
        </w:rPr>
        <w:t xml:space="preserve">[41:28] </w:t>
      </w:r>
      <w:r>
        <w:t>kuch nuksan hoga.woh aazmaish ke liye hoga.kabhi tum ko maashi tangi hogi.kabhi maashi faraghi hogi.</w:t>
      </w:r>
    </w:p>
    <w:p>
      <w:pPr>
        <w:jc w:val="right"/>
      </w:pPr>
      <w:r>
        <w:t>کچھ نقصان ہوگا۔ وہ آزمائش کے لیے ہوگا۔ کبھی تم کو معاشی تنگی ہوگی۔ کبھی معاشی فراغی ہوگی۔</w:t>
      </w:r>
    </w:p>
    <w:p>
      <w:r>
        <w:rPr>
          <w:b/>
        </w:rPr>
        <w:t xml:space="preserve">[41:39] </w:t>
      </w:r>
      <w:r>
        <w:t>woh sab nuksan ke liye hoga.</w:t>
      </w:r>
    </w:p>
    <w:p>
      <w:pPr>
        <w:jc w:val="right"/>
      </w:pPr>
      <w:r>
        <w:t>وہ سب نقصان کے لیے ہوگا۔</w:t>
      </w:r>
    </w:p>
    <w:p>
      <w:r>
        <w:rPr>
          <w:b/>
        </w:rPr>
        <w:t xml:space="preserve">[41:46] </w:t>
      </w:r>
      <w:r>
        <w:t>to tarah tarah ke nuksan pesh ayenge.</w:t>
      </w:r>
    </w:p>
    <w:p>
      <w:pPr>
        <w:jc w:val="right"/>
      </w:pPr>
      <w:r>
        <w:t>تو طرح طرح کے نقصان پیش آئیں گے۔</w:t>
      </w:r>
    </w:p>
    <w:p>
      <w:r>
        <w:rPr>
          <w:b/>
        </w:rPr>
        <w:t xml:space="preserve">[41:52] </w:t>
      </w:r>
      <w:r>
        <w:t>yeh kyun hoga?yeh hoga ibtila ke liye, yani aazmaish ke liye.</w:t>
      </w:r>
    </w:p>
    <w:p>
      <w:pPr>
        <w:jc w:val="right"/>
      </w:pPr>
      <w:r>
        <w:t>یہ کیوں ہوگا؟ یہ ہوگا ابتلا کے لیے، یعنی آزمائش کے لیے۔</w:t>
      </w:r>
    </w:p>
    <w:p>
      <w:r>
        <w:rPr>
          <w:b/>
        </w:rPr>
        <w:t xml:space="preserve">[42:00] </w:t>
      </w:r>
      <w:r>
        <w:t>to farmaya ke wa bashirissabireen aur khushkhabri hai sabr karne walon ke liye.</w:t>
      </w:r>
    </w:p>
    <w:p>
      <w:pPr>
        <w:jc w:val="right"/>
      </w:pPr>
      <w:r>
        <w:t>تو فرمایا کہ وَبَشِّرِ الصَّابِرِينَ اور خوشخبری ہے صبر کرنے والوں کے لیے۔</w:t>
      </w:r>
    </w:p>
    <w:p>
      <w:r>
        <w:rPr>
          <w:b/>
        </w:rPr>
        <w:t xml:space="preserve">[42:11] </w:t>
      </w:r>
      <w:r>
        <w:t>allazeena aza asabathum musibathun qaloo inna lillahi wa inna ilaihi raji'oon ke jab un par koi musibat padi, koi nuksan ho gaya, koi baat bigad gayi,</w:t>
      </w:r>
    </w:p>
    <w:p>
      <w:pPr>
        <w:jc w:val="right"/>
      </w:pPr>
      <w:r>
        <w:t>الَّذِينَ أَذَا أَصَابَتُهُمْ مُصِيْبَةٌ قَالُوا إِنَّا لِلَّهِ وَإِنَّا إِلَيْهِ رَاجِعُونَ کہ جب ان پر کوئی مصیبت پڑی، کوئی نقصان ہو گیا، کوئی بات بگڑ گئی،</w:t>
      </w:r>
    </w:p>
    <w:p>
      <w:r>
        <w:rPr>
          <w:b/>
        </w:rPr>
        <w:t xml:space="preserve">[42:25] </w:t>
      </w:r>
      <w:r>
        <w:t>to un ki zuban se yeh nikla ke pehle jo hua woh bhi khuda, pehle jo tha woh bhi khuda ka diya hua tha, ab jo ho raha hai woh bhi khuda ki taraf se ho raha hai.</w:t>
      </w:r>
    </w:p>
    <w:p>
      <w:pPr>
        <w:jc w:val="right"/>
      </w:pPr>
      <w:r>
        <w:t>تو ان کی زبان سے یہ نکلا کہ پہلے جو ہوا وہ بھی خدا، پہلے جو تھا وہ بھی خدا کا دیا ہوا تھا، اب جو ہو رہا ہے وہ بھی خدا کی طرف سے ہو رہا ہے۔</w:t>
      </w:r>
    </w:p>
    <w:p>
      <w:r>
        <w:rPr>
          <w:b/>
        </w:rPr>
        <w:t xml:space="preserve">[42:38] </w:t>
      </w:r>
      <w:r>
        <w:t>hum khuda hi ki taraf se aaye hain aur khuda ki taraf hamein lotna hai.yani is ko hum yun keh sakte hain ke khuda par daal dena.</w:t>
      </w:r>
    </w:p>
    <w:p>
      <w:pPr>
        <w:jc w:val="right"/>
      </w:pPr>
      <w:r>
        <w:t>ہم خدا ہی کی طرف سے آئے ہیں اور خدا کی طرف ہمیں لوٹنا ہے۔ یعنی اس کو ہم یوں کہہ سکتے ہیں کہ خدا پر ڈال دینا۔</w:t>
      </w:r>
    </w:p>
    <w:p>
      <w:r>
        <w:rPr>
          <w:b/>
        </w:rPr>
        <w:t xml:space="preserve">[42:49] </w:t>
      </w:r>
      <w:r>
        <w:t>jo kuch pesh aaya us ko aap ne khuda par daal diya.</w:t>
      </w:r>
    </w:p>
    <w:p>
      <w:pPr>
        <w:jc w:val="right"/>
      </w:pPr>
      <w:r>
        <w:t>جو کچھ پیش آیا اس کو آپ نے خدا پر ڈال دیا۔</w:t>
      </w:r>
    </w:p>
    <w:p>
      <w:r>
        <w:rPr>
          <w:b/>
        </w:rPr>
        <w:t xml:space="preserve">[42:53] </w:t>
      </w:r>
      <w:r>
        <w:t>ek ek apne upar lena.koi nuksan ho gaya to aap usi par pareshan ho rahe hain.bohat zyada, yani is mein itna zyada apne ko pareshan kar rahe hain ke aap ka blood pressure badh gaya, aap diabetic ho gaye,</w:t>
      </w:r>
    </w:p>
    <w:p>
      <w:pPr>
        <w:jc w:val="right"/>
      </w:pPr>
      <w:r>
        <w:t>ایک ایک اپنے اوپر لینا۔ کوئی نقصان ہو گیا تو آپ اسی پر پریشان ہو رہے ہیں۔ بہت زیادہ، یعنی اس میں اتنا زیادہ اپنے کو پریشان کر رہے ہیں کہ آپ کا بلڈ پریشر بڑھ گیا، آپ ڈائبیٹک ہو گئے،</w:t>
      </w:r>
    </w:p>
    <w:p>
      <w:r>
        <w:rPr>
          <w:b/>
        </w:rPr>
        <w:t xml:space="preserve">[43:12] </w:t>
      </w:r>
      <w:r>
        <w:t>tarah tarah ki bimari lag gayi aap ko, tension ho gaya aap ko.to yeh na karke aadmi ko chahiye ke woh khud aage khane mein daal de.</w:t>
      </w:r>
    </w:p>
    <w:p>
      <w:pPr>
        <w:jc w:val="right"/>
      </w:pPr>
      <w:r>
        <w:t>طرح طرح کی بیماری لگ گئی آپ کو، ٹینشن ہو گیا آپ کو۔ تو یہ نہ کر کے آدمی کو چاہیے کہ وہ خود آگے کھانے میں ڈال دے۔</w:t>
      </w:r>
    </w:p>
    <w:p>
      <w:r>
        <w:rPr>
          <w:b/>
        </w:rPr>
        <w:t xml:space="preserve">[43:23] </w:t>
      </w:r>
      <w:r>
        <w:t>to jab nuksan ko aadmi samjhe aazmaish, us ko test samjhe to us ko khuda ke khane mein dalega.</w:t>
      </w:r>
    </w:p>
    <w:p>
      <w:pPr>
        <w:jc w:val="right"/>
      </w:pPr>
      <w:r>
        <w:t>تو جب نقصان کو آدمی سمجھے آزمائش، اس کو ٹیسٹ سمجھے تو اس کو خدا کے کھانے میں ڈالے گا۔</w:t>
      </w:r>
    </w:p>
    <w:p>
      <w:r>
        <w:rPr>
          <w:b/>
        </w:rPr>
        <w:t xml:space="preserve">[43:36] </w:t>
      </w:r>
      <w:r>
        <w:t>aur agar woh bhoola hua ho is baat se ke yeh sab kuch khuda ki taraf se hota hai to kya hoga?apne upar lega.jab apne upar lega to kya hoga?</w:t>
      </w:r>
    </w:p>
    <w:p>
      <w:pPr>
        <w:jc w:val="right"/>
      </w:pPr>
      <w:r>
        <w:t>اور اگر وہ بھولا ہوا ہو اس بات سے کہ یہ سب کچھ خدا کی طرف سے ہوتا ہے تو کیا ہوگا؟ اپنے اوپر لے گا۔ جب اپنے اوپر لے گا تو کیا ہوگا؟</w:t>
      </w:r>
    </w:p>
    <w:p>
      <w:r>
        <w:rPr>
          <w:b/>
        </w:rPr>
        <w:t xml:space="preserve">[43:46] </w:t>
      </w:r>
      <w:r>
        <w:t>tension, stress,</w:t>
      </w:r>
    </w:p>
    <w:p>
      <w:pPr>
        <w:jc w:val="right"/>
      </w:pPr>
      <w:r>
        <w:t>ٹینشن، اسٹریس،</w:t>
      </w:r>
    </w:p>
    <w:p>
      <w:r>
        <w:rPr>
          <w:b/>
        </w:rPr>
        <w:t xml:space="preserve">[43:49] </w:t>
      </w:r>
      <w:r>
        <w:t>mayusi, yahan tak ke kuch log khudkushi kar lete hain, suicide kar lete hain.</w:t>
      </w:r>
    </w:p>
    <w:p>
      <w:pPr>
        <w:jc w:val="right"/>
      </w:pPr>
      <w:r>
        <w:t>مایوسی، یہاں تک کہ کچھ لوگ خودکشی کر لیتے ہیں، سوسائیڈ کر لیتے ہیں۔</w:t>
      </w:r>
    </w:p>
    <w:p>
      <w:r>
        <w:rPr>
          <w:b/>
        </w:rPr>
        <w:t xml:space="preserve">[43:57] </w:t>
      </w:r>
      <w:r>
        <w:t>to farmaya ke dunya ka jo nizam bana hai, jo dunya ka jo nizam hai, wo is tarah se hai ke chuna ke dunya bani hai test ke liye, chuna ke dunya darul imtihan hai,</w:t>
      </w:r>
    </w:p>
    <w:p>
      <w:pPr>
        <w:jc w:val="right"/>
      </w:pPr>
      <w:r>
        <w:t>تو فرمایا کہ دنیا کا جو نظام بنا ہے، جو دنیا کا جو نظام ہے، وہ اس طرح سے ہے کہ چونکہ دنیا بنی ہے ٹیسٹ کے لیے، چونکہ دنیا دارالامتحان ہے،</w:t>
      </w:r>
    </w:p>
    <w:p>
      <w:r>
        <w:rPr>
          <w:b/>
        </w:rPr>
        <w:t xml:space="preserve">[44:13] </w:t>
      </w:r>
      <w:r>
        <w:t>to yahan beharhal ye hoga ke kabhi nuqsan hoga, kabhi koi baat bigar jayegi.</w:t>
      </w:r>
    </w:p>
    <w:p>
      <w:pPr>
        <w:jc w:val="right"/>
      </w:pPr>
      <w:r>
        <w:t>تو یہاں بہرحال یہ ہوگا کہ کبھی نقصان ہوگا، کبھی کوئی بات بگڑ جائے گی۔</w:t>
      </w:r>
    </w:p>
    <w:p>
      <w:r>
        <w:rPr>
          <w:b/>
        </w:rPr>
        <w:t xml:space="preserve">[44:26] </w:t>
      </w:r>
      <w:r>
        <w:t>is tarah ki baatein zaroor paish aayengi aur ye sab kahan hoga? test ke liye hoga. to is ko agar aadmi test ke taur par le to khuda ke khane mein daal dega.</w:t>
      </w:r>
    </w:p>
    <w:p>
      <w:pPr>
        <w:jc w:val="right"/>
      </w:pPr>
      <w:r>
        <w:t>اس طرح کی باتیں ضرور پیش آئیں گی اور یہ سب کہاں ہوگا؟ ٹیسٹ کے لیے ہوگا۔ تو اس کو اگر آدمی ٹیسٹ کے طور پر لے تو خدا کے کھانے میں ڈال دے گا۔</w:t>
      </w:r>
    </w:p>
    <w:p>
      <w:r>
        <w:rPr>
          <w:b/>
        </w:rPr>
        <w:t xml:space="preserve">[44:40] </w:t>
      </w:r>
      <w:r>
        <w:t>chuna ke wo khuda ki taraf se hua. jo hua is liye hua ke khuda ne aise hi chaha test ke liye.</w:t>
      </w:r>
    </w:p>
    <w:p>
      <w:pPr>
        <w:jc w:val="right"/>
      </w:pPr>
      <w:r>
        <w:t>کیونکہ وہ خدا کی طرف سے ہوا۔ جو ہوا اس لیے ہوا کہ خدا نے ایسے ہی چاہا ٹیسٹ کے لیے۔</w:t>
      </w:r>
    </w:p>
    <w:p>
      <w:r>
        <w:rPr>
          <w:b/>
        </w:rPr>
        <w:t xml:space="preserve">[44:52] </w:t>
      </w:r>
      <w:r>
        <w:t>jo hua wo is liye hua ke khuda ne aise hi chaha test ke liye.</w:t>
      </w:r>
    </w:p>
    <w:p>
      <w:pPr>
        <w:jc w:val="right"/>
      </w:pPr>
      <w:r>
        <w:t>جو ہوا وہ اس لیے ہوا کہ خدا نے ایسے ہی چاہا ٹیسٹ کے لیے۔</w:t>
      </w:r>
    </w:p>
    <w:p>
      <w:r>
        <w:rPr>
          <w:b/>
        </w:rPr>
        <w:t xml:space="preserve">[44:58] </w:t>
      </w:r>
      <w:r>
        <w:t>hamara is mein koi ikhtiyar nahi tha ke hum is ko badal dein. to jab aadmi ye samjhega ke jo kuch hua wo khuda ki taraf se hua to is ko khuda ke khane mein daal dega.</w:t>
      </w:r>
    </w:p>
    <w:p>
      <w:pPr>
        <w:jc w:val="right"/>
      </w:pPr>
      <w:r>
        <w:t>ہمارا اس میں کوئی اختیار نہیں تھا کہ ہم اس کو بدل دیں۔ تو جب آدمی یہ سمجھے گا کہ جو کچھ ہوا وہ خدا کی طرف سے ہوا تو اس کو خدا کے کھانے میں ڈال دے گا۔</w:t>
      </w:r>
    </w:p>
    <w:p>
      <w:r>
        <w:rPr>
          <w:b/>
        </w:rPr>
        <w:t xml:space="preserve">[45:14] </w:t>
      </w:r>
      <w:r>
        <w:t>isi ka naam hai sabr. isi ka naam hai sabr. sabr darasal haqeeqat pasandi ka doosra naam hai.</w:t>
      </w:r>
    </w:p>
    <w:p>
      <w:pPr>
        <w:jc w:val="right"/>
      </w:pPr>
      <w:r>
        <w:t>اسی کا نام ہے صبر۔ اسی کا نام ہے صبر۔ صبر دراصل حقیقت پسندی کا دوسرا نام ہے۔</w:t>
      </w:r>
    </w:p>
    <w:p>
      <w:r>
        <w:rPr>
          <w:b/>
        </w:rPr>
        <w:t xml:space="preserve">[45:28] </w:t>
      </w:r>
      <w:r>
        <w:t>sabr darasal haqeeqat pasandi ka doosra naam hai.</w:t>
      </w:r>
    </w:p>
    <w:p>
      <w:pPr>
        <w:jc w:val="right"/>
      </w:pPr>
      <w:r>
        <w:t>صبر دراصل حقیقت پسندی کا دوسرا نام ہے۔</w:t>
      </w:r>
    </w:p>
    <w:p>
      <w:r>
        <w:rPr>
          <w:b/>
        </w:rPr>
        <w:t xml:space="preserve">[45:36] </w:t>
      </w:r>
      <w:r>
        <w:t>sabr darasal Realistic Approach ka doosra naam hai.</w:t>
      </w:r>
    </w:p>
    <w:p>
      <w:pPr>
        <w:jc w:val="right"/>
      </w:pPr>
      <w:r>
        <w:t>صبر دراصل Realistic Approach کا دوسرا نام ہے۔</w:t>
      </w:r>
    </w:p>
    <w:p>
      <w:r>
        <w:rPr>
          <w:b/>
        </w:rPr>
        <w:t xml:space="preserve">[45:43] </w:t>
      </w:r>
      <w:r>
        <w:t>chuna ke jis cheez ka faisla khuda ki taraf se aa raha ho to hum ab agar is par tension lein to is se kya faida?</w:t>
      </w:r>
    </w:p>
    <w:p>
      <w:pPr>
        <w:jc w:val="right"/>
      </w:pPr>
      <w:r>
        <w:t>کیونکہ جس چیز کا فیصلہ خدا کی طرف سے آ رہا ہو تو ہم اب اگر اس پر ٹینشن لیں تو اس سے کیا فائدہ؟</w:t>
      </w:r>
    </w:p>
    <w:p>
      <w:r>
        <w:rPr>
          <w:b/>
        </w:rPr>
        <w:t xml:space="preserve">[45:56] </w:t>
      </w:r>
      <w:r>
        <w:t>jis cheez ka faisla khuda ki taraf se aa raha hai, hum is ko badal nahi sakte. hum badal nahi sakte is ko.</w:t>
      </w:r>
    </w:p>
    <w:p>
      <w:pPr>
        <w:jc w:val="right"/>
      </w:pPr>
      <w:r>
        <w:t>جس چیز کا فیصلہ خدا کی طرف سے آ رہا ہے، ہم اس کو بدل نہیں سکتے۔ ہم بدل نہیں سکتے اس کو۔</w:t>
      </w:r>
    </w:p>
    <w:p>
      <w:r>
        <w:rPr>
          <w:b/>
        </w:rPr>
        <w:t xml:space="preserve">[46:06] </w:t>
      </w:r>
      <w:r>
        <w:t>humein to is ko Accept hi karna hai. koi doosra Choice hamare liye nahi hai.</w:t>
      </w:r>
    </w:p>
    <w:p>
      <w:pPr>
        <w:jc w:val="right"/>
      </w:pPr>
      <w:r>
        <w:t>ہمیں تو اس کو Accept ہی کرنا ہے۔ کوئی دوسرا Choice ہمارے لیے نہیں ہے۔</w:t>
      </w:r>
    </w:p>
    <w:p>
      <w:r>
        <w:rPr>
          <w:b/>
        </w:rPr>
        <w:t xml:space="preserve">[46:16] </w:t>
      </w:r>
      <w:r>
        <w:t>is liye mein kehta hoon ke sabr darasal haqeeqat pasandi ka doosra naam hai.</w:t>
      </w:r>
    </w:p>
    <w:p>
      <w:pPr>
        <w:jc w:val="right"/>
      </w:pPr>
      <w:r>
        <w:t>اس لیے میں کہتا ہوں کہ صبر دراصل حقیقت پسندی کا دوسرا نام ہے۔</w:t>
      </w:r>
    </w:p>
    <w:p>
      <w:r>
        <w:rPr>
          <w:b/>
        </w:rPr>
        <w:t xml:space="preserve">[46:23] </w:t>
      </w:r>
      <w:r>
        <w:t>sabr darasal Realistic Approach ka doosra naam hai. sabr means Realism.</w:t>
      </w:r>
    </w:p>
    <w:p>
      <w:pPr>
        <w:jc w:val="right"/>
      </w:pPr>
      <w:r>
        <w:t>صبر دراصل Realistic Approach کا دوسرا نام ہے۔ صبر means Realism۔</w:t>
      </w:r>
    </w:p>
    <w:p>
      <w:r>
        <w:rPr>
          <w:b/>
        </w:rPr>
        <w:t xml:space="preserve">[46:34] </w:t>
      </w:r>
      <w:r>
        <w:t>to kitna bara Solace hai aadmi ke liye, kitna bara sukoon ka zariya hai ye aadmi ke liye ke ye maan le ke jo kuch ho raha hai wo khuda ke Creation Plan ke mutabiq ho raha hai.</w:t>
      </w:r>
    </w:p>
    <w:p>
      <w:pPr>
        <w:jc w:val="right"/>
      </w:pPr>
      <w:r>
        <w:t>تو کتنا بڑا Solace ہے آدمی کے لیے، کتنا بڑا سکون کا ذریعہ ہے یہ آدمی کے لیے کہ یہ مان لے کہ جو کچھ ہو رہا ہے وہ خدا کے Creation Plan کے مطابق ہو رہا ہے۔</w:t>
      </w:r>
    </w:p>
    <w:p>
      <w:r>
        <w:rPr>
          <w:b/>
        </w:rPr>
        <w:t xml:space="preserve">[46:48] </w:t>
      </w:r>
      <w:r>
        <w:t>aur ye ke agar ye na ho to test kaise hoga?</w:t>
      </w:r>
    </w:p>
    <w:p>
      <w:pPr>
        <w:jc w:val="right"/>
      </w:pPr>
      <w:r>
        <w:t>اور یہ کہ اگر یہ نہ ہو تو ٹیسٹ کیسے ہوگا؟</w:t>
      </w:r>
    </w:p>
    <w:p>
      <w:r>
        <w:rPr>
          <w:b/>
        </w:rPr>
        <w:t xml:space="preserve">[46:54] </w:t>
      </w:r>
      <w:r>
        <w:t>aadmi ko Different Situation mein agar na dala jaye to test kaise ho sakta hai? test ho nahi sakta hai.</w:t>
      </w:r>
    </w:p>
    <w:p>
      <w:pPr>
        <w:jc w:val="right"/>
      </w:pPr>
      <w:r>
        <w:t>آدمی کو Different Situation میں اگر نہ ڈالا جائے تو ٹیسٹ کیسے ہو سکتا ہے؟ ٹیسٹ ہو نہیں سکتا ہے۔</w:t>
      </w:r>
    </w:p>
    <w:p>
      <w:r>
        <w:rPr>
          <w:b/>
        </w:rPr>
        <w:t xml:space="preserve">[47:03] </w:t>
      </w:r>
      <w:r>
        <w:t>Allah taala ko ye dekhna hai ke aadmi ne Different Situation mein kya Response diya.</w:t>
      </w:r>
    </w:p>
    <w:p>
      <w:pPr>
        <w:jc w:val="right"/>
      </w:pPr>
      <w:r>
        <w:t>اللہ تعالیٰ کو یہ دیکھنا ہے کہ آدمی نے Different Situation میں کیا Response دیا۔</w:t>
      </w:r>
    </w:p>
    <w:p>
      <w:r>
        <w:rPr>
          <w:b/>
        </w:rPr>
        <w:t xml:space="preserve">[47:13] </w:t>
      </w:r>
      <w:r>
        <w:t>yani ghurbat mein wo tha to kya Response diya us ne? us ke paas daulat thi tab us ne kya Response diya?</w:t>
      </w:r>
    </w:p>
    <w:p>
      <w:pPr>
        <w:jc w:val="right"/>
      </w:pPr>
      <w:r>
        <w:t>یعنی غریبی میں وہ تھا تو کیا Response دیا اس نے؟ اس کے پاس دولت تھی تب اس نے کیا Response دیا؟</w:t>
      </w:r>
    </w:p>
    <w:p>
      <w:r>
        <w:rPr>
          <w:b/>
        </w:rPr>
        <w:t xml:space="preserve">[47:24] </w:t>
      </w:r>
      <w:r>
        <w:t>wo khush tha tab us ne kya Response diya? wo ghusse mein tha tab us ne kya Response diya? us ki sab baat bani hui thi tab us ne kya Response diya?</w:t>
      </w:r>
    </w:p>
    <w:p>
      <w:pPr>
        <w:jc w:val="right"/>
      </w:pPr>
      <w:r>
        <w:t>وہ خوش تھا تب اس نے کیا Response دیا؟ وہ غصے میں تھا تب اس نے کیا Response دیا؟ اس کی سب بات بنی ہوئی تھی تب اس نے کیا Response دیا؟</w:t>
      </w:r>
    </w:p>
    <w:p>
      <w:r>
        <w:rPr>
          <w:b/>
        </w:rPr>
        <w:t xml:space="preserve">[47:38] </w:t>
      </w:r>
      <w:r>
        <w:t>us ki kuch baat bigar gayi tab us ne kya Response diya? to sara jo ye mamla hai wo Response par Depend karta hai.</w:t>
      </w:r>
    </w:p>
    <w:p>
      <w:pPr>
        <w:jc w:val="right"/>
      </w:pPr>
      <w:r>
        <w:t>اس کی کچھ بات بگڑ گئی تب اس نے کیا Response دیا؟ تو سارا جو یہ معاملہ ہے وہ Response پر Depend کرتا ہے۔</w:t>
      </w:r>
    </w:p>
    <w:p>
      <w:r>
        <w:rPr>
          <w:b/>
        </w:rPr>
        <w:t xml:space="preserve">[47:51] </w:t>
      </w:r>
      <w:r>
        <w:t>khuda ke farishte yahi kaam kar rahe hain.</w:t>
      </w:r>
    </w:p>
    <w:p>
      <w:pPr>
        <w:jc w:val="right"/>
      </w:pPr>
      <w:r>
        <w:t>خدا کے فرشتے یہی کام کر رہے ہیں۔</w:t>
      </w:r>
    </w:p>
    <w:p>
      <w:r>
        <w:rPr>
          <w:b/>
        </w:rPr>
        <w:t xml:space="preserve">[47:56] </w:t>
      </w:r>
      <w:r>
        <w:t>Different Situation mein aadmi ne kya Response diya isi ko khuda ke farishte record kar rahe hain.</w:t>
      </w:r>
    </w:p>
    <w:p>
      <w:pPr>
        <w:jc w:val="right"/>
      </w:pPr>
      <w:r>
        <w:t>Different Situation میں آدمی نے کیا Response دیا اسی کو خدا کے فرشتے ریکارڈ کر رہے ہیں۔</w:t>
      </w:r>
    </w:p>
    <w:p>
      <w:r>
        <w:rPr>
          <w:b/>
        </w:rPr>
        <w:t xml:space="preserve">[48:07] </w:t>
      </w:r>
      <w:r>
        <w:t>isi ko khuda ke farishte record kar rahe hain.</w:t>
      </w:r>
    </w:p>
    <w:p>
      <w:pPr>
        <w:jc w:val="right"/>
      </w:pPr>
      <w:r>
        <w:t>اسی کو خدا کے فرشتے ریکارڈ کر رہے ہیں۔</w:t>
      </w:r>
    </w:p>
    <w:p>
      <w:r>
        <w:rPr>
          <w:b/>
        </w:rPr>
        <w:t xml:space="preserve">[48:12] </w:t>
      </w:r>
      <w:r>
        <w:t>agar is ka Response Positive Response ho, is ka Response bilkul Right Response ho, is ka Response woh ho jo Khuda ke nazdeek durust Response hai tab is ke liye Paradise hai.</w:t>
      </w:r>
    </w:p>
    <w:p>
      <w:pPr>
        <w:jc w:val="right"/>
      </w:pPr>
      <w:r>
        <w:t>اگر اس کا Response Positive Response ہو، اس کا Response بالکل Right Response ہو، اس کا Response وہ ہو جو خدا کے نزدیک درست Response ہے تب اس کے لیے Paradise ہے۔</w:t>
      </w:r>
    </w:p>
    <w:p>
      <w:r>
        <w:rPr>
          <w:b/>
        </w:rPr>
        <w:t xml:space="preserve">[48:33] </w:t>
      </w:r>
      <w:r>
        <w:t>agar is ka Response ghalat ho, is ka Response Negative ho to phir isi ke liye jahannam hai.</w:t>
      </w:r>
    </w:p>
    <w:p>
      <w:pPr>
        <w:jc w:val="right"/>
      </w:pPr>
      <w:r>
        <w:t>اگر اس کا Response غلط ہو، اس کا Response Negative ہو تو پھر اسی کے لیے جہنم ہے۔</w:t>
      </w:r>
    </w:p>
    <w:p>
      <w:r>
        <w:rPr>
          <w:b/>
        </w:rPr>
        <w:t xml:space="preserve">[48:43] </w:t>
      </w:r>
      <w:r>
        <w:t>to sab kuch Depend karta hai Response par. aur jab Response par depend karta hai to yeh bilkul</w:t>
      </w:r>
    </w:p>
    <w:p>
      <w:pPr>
        <w:jc w:val="right"/>
      </w:pPr>
      <w:r>
        <w:t>تو سب کچھ Depend کرتا ہے Response پر۔ اور جب Response پر Depend کرتا ہے تو یہ بالکل</w:t>
      </w:r>
    </w:p>
    <w:p>
      <w:r>
        <w:rPr>
          <w:b/>
        </w:rPr>
        <w:t xml:space="preserve">[48:54] </w:t>
      </w:r>
      <w:r>
        <w:t>zaroori hai, Must hai ke aadmi ko Different Situation mein dala jaye.</w:t>
      </w:r>
    </w:p>
    <w:p>
      <w:pPr>
        <w:jc w:val="right"/>
      </w:pPr>
      <w:r>
        <w:t>ضروری ہے، Must ہے کہ آدمی کو Different Situation میں ڈالا جائے۔</w:t>
      </w:r>
    </w:p>
    <w:p>
      <w:r>
        <w:rPr>
          <w:b/>
        </w:rPr>
        <w:t xml:space="preserve">[49:02] </w:t>
      </w:r>
      <w:r>
        <w:t>koi ek hi Situation mein agar hoga aadmi to kaise pata chalega ke is ka Response kya tha?</w:t>
      </w:r>
    </w:p>
    <w:p>
      <w:pPr>
        <w:jc w:val="right"/>
      </w:pPr>
      <w:r>
        <w:t>کوئی ایک ہی Situation میں اگر ہوگا آدمی تو کیسے پتہ چلے گا کہ اس کا Response کیا تھا؟</w:t>
      </w:r>
    </w:p>
    <w:p>
      <w:r>
        <w:rPr>
          <w:b/>
        </w:rPr>
        <w:t xml:space="preserve">[49:11] </w:t>
      </w:r>
      <w:r>
        <w:t>har surat mein is ka Response dekhna hai. ghusse mein bhi, khushi mein bhi, amiri mein bhi, ghurbat mein bhi, taqat mein bhi, kamzori mein bhi.</w:t>
      </w:r>
    </w:p>
    <w:p>
      <w:pPr>
        <w:jc w:val="right"/>
      </w:pPr>
      <w:r>
        <w:t>ہر صورت میں اس کا Response دیکھنا ہے۔ غصے میں بھی، خوشی میں بھی، امیری میں بھی، غریبی میں بھی، طاقت میں بھی، کمزوری میں بھی۔</w:t>
      </w:r>
    </w:p>
    <w:p>
      <w:r>
        <w:rPr>
          <w:b/>
        </w:rPr>
        <w:t xml:space="preserve">[49:23] </w:t>
      </w:r>
      <w:r>
        <w:t>to jab aadmi yeh Prove kar de ke har Situation mein is ka Response sahi Response tha tab is ke liye jannat ka faisla kiya jata</w:t>
      </w:r>
    </w:p>
    <w:p>
      <w:pPr>
        <w:jc w:val="right"/>
      </w:pPr>
      <w:r>
        <w:t>تو جب آدمی یہ Prove کر دے کہ ہر Situation میں اس کا Response صحیح Response تھا تب اس کے لیے جنت کا فیصلہ کیا جاتا</w:t>
      </w:r>
    </w:p>
    <w:p>
      <w:r>
        <w:rPr>
          <w:b/>
        </w:rPr>
        <w:t xml:space="preserve">[49:36] </w:t>
      </w:r>
      <w:r>
        <w:t>hai. isi tarah dekhiye Surah Baqarah ki ayat number 165. 165 mein farmaya ke wa allazeena aamano ashadd hubban lillahi</w:t>
      </w:r>
    </w:p>
    <w:p>
      <w:pPr>
        <w:jc w:val="right"/>
      </w:pPr>
      <w:r>
        <w:t>ہے۔ اسی طرح دیکھیے سورہ بقرہ کی آیت نمبر 165۔ 165 میں فرمایا کہ وَالَّذِينَ آمَنُوا أَشَدَّ حُبًّا لِلَّهِ</w:t>
      </w:r>
    </w:p>
    <w:p>
      <w:r>
        <w:rPr>
          <w:b/>
        </w:rPr>
        <w:t xml:space="preserve">[49:55] </w:t>
      </w:r>
      <w:r>
        <w:t>wa allazeena aamano ashadd hubban lillahi yeh goya ek Criterion bataya un logon ka jo imaan laate hain,</w:t>
      </w:r>
    </w:p>
    <w:p>
      <w:pPr>
        <w:jc w:val="right"/>
      </w:pPr>
      <w:r>
        <w:t>وَالَّذِينَ آمَنُوا أَشَدَّ حُبًّا لِلَّهِ یہ گویا ایک Criterion بتایا ان لوگوں کا جو ایمان لاتے ہیں،</w:t>
      </w:r>
    </w:p>
    <w:p>
      <w:r>
        <w:rPr>
          <w:b/>
        </w:rPr>
        <w:t xml:space="preserve">[50:09] </w:t>
      </w:r>
      <w:r>
        <w:t>jo apne aap ko momin kehte hain.</w:t>
      </w:r>
    </w:p>
    <w:p>
      <w:pPr>
        <w:jc w:val="right"/>
      </w:pPr>
      <w:r>
        <w:t>جو اپنے آپ کو مومن کہتے ہیں۔</w:t>
      </w:r>
    </w:p>
    <w:p>
      <w:r>
        <w:rPr>
          <w:b/>
        </w:rPr>
        <w:t xml:space="preserve">[50:14] </w:t>
      </w:r>
      <w:r>
        <w:t>un ka Criterion wa allazeena aamano ashadd hubban lillahi aur jo imaan wale hain woh sab se zyada mohabbat karte hain Khuda se.</w:t>
      </w:r>
    </w:p>
    <w:p>
      <w:pPr>
        <w:jc w:val="right"/>
      </w:pPr>
      <w:r>
        <w:t>ان کا Criterion وَالَّذِينَ آمَنُوا أَشَدَّ حُبًّا لِلَّهِ اور جو ایمان والے ہیں وہ سب سے زیادہ محبت کرتے ہیں خدا سے۔</w:t>
      </w:r>
    </w:p>
    <w:p>
      <w:r>
        <w:rPr>
          <w:b/>
        </w:rPr>
        <w:t xml:space="preserve">[50:31] </w:t>
      </w:r>
      <w:r>
        <w:t>woh log jo imaan wale hain woh sab se zyada mohabbat karte hain Khuda se. yeh hai Criterion.</w:t>
      </w:r>
    </w:p>
    <w:p>
      <w:pPr>
        <w:jc w:val="right"/>
      </w:pPr>
      <w:r>
        <w:t>وہ لوگ جو ایمان والے ہیں وہ سب سے زیادہ محبت کرتے ہیں خدا سے۔ یہ ہے Criterion۔</w:t>
      </w:r>
    </w:p>
    <w:p>
      <w:r>
        <w:rPr>
          <w:b/>
        </w:rPr>
        <w:t xml:space="preserve">[50:42] </w:t>
      </w:r>
      <w:r>
        <w:t>aap jante hain ke insaan ke andar mohabbat ke jazbaat hain. yeh fitri baat hai ke aadmi kisi cheez ko bohat chahe, bohat chahe.</w:t>
      </w:r>
    </w:p>
    <w:p>
      <w:pPr>
        <w:jc w:val="right"/>
      </w:pPr>
      <w:r>
        <w:t>آپ جانتے ہیں کہ انسان کے اندر محبت کے جذبات ہیں۔ یہ فطری بات ہے کہ آدمی کسی چیز کو بہت چاہے، بہت چاہے۔</w:t>
      </w:r>
    </w:p>
    <w:p>
      <w:r>
        <w:rPr>
          <w:b/>
        </w:rPr>
        <w:t xml:space="preserve">[50:54] </w:t>
      </w:r>
      <w:r>
        <w:t>is chahne ka naam mohabbat hai.</w:t>
      </w:r>
    </w:p>
    <w:p>
      <w:pPr>
        <w:jc w:val="right"/>
      </w:pPr>
      <w:r>
        <w:t>اس چاہنے کا نام محبت ہے۔</w:t>
      </w:r>
    </w:p>
    <w:p>
      <w:r>
        <w:rPr>
          <w:b/>
        </w:rPr>
        <w:t xml:space="preserve">[50:59] </w:t>
      </w:r>
      <w:r>
        <w:t>to jab ek aadmi imaan laye, Khuda ka iqrar kare to is ke andar jo Development hona chahiye, is ki soch mein, is ke dil mein jo Development hona chahiye woh kya hai?</w:t>
      </w:r>
    </w:p>
    <w:p>
      <w:pPr>
        <w:jc w:val="right"/>
      </w:pPr>
      <w:r>
        <w:t>تو جب ایک آدمی ایمان لائے، خدا کا اقرار کرے تو اس کے اندر جو Development ہونا چاہیے، اس کی سوچ میں، اس کے دل میں جو Development ہونا چاہیے وہ کیا ہے؟</w:t>
      </w:r>
    </w:p>
    <w:p>
      <w:r>
        <w:rPr>
          <w:b/>
        </w:rPr>
        <w:t xml:space="preserve">[51:21] </w:t>
      </w:r>
      <w:r>
        <w:t>ke is ki chahat sari ki sari Khuda ki taraf ho jaye.</w:t>
      </w:r>
    </w:p>
    <w:p>
      <w:pPr>
        <w:jc w:val="right"/>
      </w:pPr>
      <w:r>
        <w:t>کہ اس کی چاہت ساری کی ساری خدا کی طرف ہو جائے۔</w:t>
      </w:r>
    </w:p>
    <w:p>
      <w:r>
        <w:rPr>
          <w:b/>
        </w:rPr>
        <w:t xml:space="preserve">[51:28] </w:t>
      </w:r>
      <w:r>
        <w:t>is ke mohabbat ke jazbaat jo hain, mohabbat ke jazbaat sab ke sab Khuda ki taraf Diverge ho jayein. wa allazeena aamano ashadd hubban lillahi aap jante hain ke is duniya mein aadmi jo kuch karta hai to usi waqt karta hai jab is ki taraf is ka bohat zyada maylan ho.</w:t>
      </w:r>
    </w:p>
    <w:p>
      <w:pPr>
        <w:jc w:val="right"/>
      </w:pPr>
      <w:r>
        <w:t>اس کے محبت کے جذبات جو ہیں، محبت کے جذبات سب کے سب خدا کی طرف Diverge ہو جائیں۔ وَالَّذِينَ آمَنُوا أَشَدَّ حُبًّا لِلَّهِ آپ جانتے ہیں کہ اس دنیا میں آدمی جو کچھ کرتا ہے تو اسی وقت کرتا ہے جب اس کی طرف اس کا بہت زیادہ میلان ہو۔</w:t>
      </w:r>
    </w:p>
    <w:p>
      <w:r>
        <w:rPr>
          <w:b/>
        </w:rPr>
        <w:t xml:space="preserve">[51:52] </w:t>
      </w:r>
      <w:r>
        <w:t>jaise ek aadmi Business kar raha hai, raat din is mein daud lagayi hui hai woh.</w:t>
      </w:r>
    </w:p>
    <w:p>
      <w:pPr>
        <w:jc w:val="right"/>
      </w:pPr>
      <w:r>
        <w:t>جیسے ایک آدمی Business کر رہا ہے، رات دن اس میں دوڑ لگائی ہوئی ہے وہ۔</w:t>
      </w:r>
    </w:p>
    <w:p>
      <w:r>
        <w:rPr>
          <w:b/>
        </w:rPr>
        <w:t xml:space="preserve">[51:58] </w:t>
      </w:r>
      <w:r>
        <w:t>to kyun karta hai woh? kyunke Money se mohabbat karta hai woh. paise se mohabbat karta hai woh. to paise ki mohabbat ki wajah se woh raat din apne aap ko Business mein laga deta hai.</w:t>
      </w:r>
    </w:p>
    <w:p>
      <w:pPr>
        <w:jc w:val="right"/>
      </w:pPr>
      <w:r>
        <w:t>تو کیوں کرتا ہے وہ؟ کیونکہ Money سے محبت کرتا ہے وہ۔ پیسے سے محبت کرتا ہے وہ۔ تو پیسے کی محبت کی وجہ سے وہ رات دن اپنے آپ کو Business میں لگا دیتا ہے۔</w:t>
      </w:r>
    </w:p>
    <w:p>
      <w:r>
        <w:rPr>
          <w:b/>
        </w:rPr>
        <w:t xml:space="preserve">[52:13] </w:t>
      </w:r>
      <w:r>
        <w:t>agar is ko paise se mohabbat na ho to kabhi bhi woh Business mein apne aap ko is tarah nahi lagaye ga.</w:t>
      </w:r>
    </w:p>
    <w:p>
      <w:pPr>
        <w:jc w:val="right"/>
      </w:pPr>
      <w:r>
        <w:t>اگر اس کو پیسے سے محبت نہ ہو تو کبھی بھی وہ Business میں اپنے آپ کو اس طرح نہیں لگائے گا۔</w:t>
      </w:r>
    </w:p>
    <w:p>
      <w:r>
        <w:rPr>
          <w:b/>
        </w:rPr>
        <w:t xml:space="preserve">[52:26] </w:t>
      </w:r>
      <w:r>
        <w:t>to mohabbat hi aadmi ko karwati hai koi bara kaam. agar mohabbat na ho to aadmi koi bara kaam nahi kar sakta.</w:t>
      </w:r>
    </w:p>
    <w:p>
      <w:pPr>
        <w:jc w:val="right"/>
      </w:pPr>
      <w:r>
        <w:t>تو محبت ہی آدمی کو کرواتی ہے کوئی بڑا کام۔ اگر محبت نہ ہو تو آدمی کوئی بڑا کام نہیں کر سکتا۔</w:t>
      </w:r>
    </w:p>
    <w:p>
      <w:r>
        <w:rPr>
          <w:b/>
        </w:rPr>
        <w:t xml:space="preserve">[52:37] </w:t>
      </w:r>
      <w:r>
        <w:t>to farmaya ke wa allazeena aamano ashadd hubban lillahi jo imaan wale hain woh sab se zyada Khuda se mohabbat karte hain.</w:t>
      </w:r>
    </w:p>
    <w:p>
      <w:pPr>
        <w:jc w:val="right"/>
      </w:pPr>
      <w:r>
        <w:t>تو فرمایا کہ وَالَّذِينَ آمَنُوا أَشَدَّ حُبًّا لِلَّهِ جو ایمان والے ہیں وہ سب سے زیادہ خدا سے محبت کرتے ہیں۔</w:t>
      </w:r>
    </w:p>
    <w:p>
      <w:r>
        <w:rPr>
          <w:b/>
        </w:rPr>
        <w:t xml:space="preserve">[52:50] </w:t>
      </w:r>
      <w:r>
        <w:t>un ki sari tawajjah Khuda ki taraf ho jati hai.</w:t>
      </w:r>
    </w:p>
    <w:p>
      <w:pPr>
        <w:jc w:val="right"/>
      </w:pPr>
      <w:r>
        <w:t>ان کی ساری توجہ خدا کی طرف ہو جاتی ہے۔</w:t>
      </w:r>
    </w:p>
    <w:p>
      <w:r>
        <w:rPr>
          <w:b/>
        </w:rPr>
        <w:t xml:space="preserve">[52:54] </w:t>
      </w:r>
      <w:r>
        <w:t>un ke sare jazbaat ka markaz Khuda ban jata hai. un ka shauq, un ka concern sab Khuda se jur jata hai.</w:t>
      </w:r>
    </w:p>
    <w:p>
      <w:pPr>
        <w:jc w:val="right"/>
      </w:pPr>
      <w:r>
        <w:t>ان کے سارے جذبات کا مرکز خدا بن جاتا ہے۔ ان کا شوق، ان کا Concern سب خدا سے جڑ جاتا ہے۔</w:t>
      </w:r>
    </w:p>
    <w:p>
      <w:r>
        <w:rPr>
          <w:b/>
        </w:rPr>
        <w:t xml:space="preserve">[53:06] </w:t>
      </w:r>
      <w:r>
        <w:t>un ki daud dhoop ka jo Center hai woh Khuda ban jata hai.</w:t>
      </w:r>
    </w:p>
    <w:p>
      <w:pPr>
        <w:jc w:val="right"/>
      </w:pPr>
      <w:r>
        <w:t>ان کی دوڑ دھوپ کا جو Center ہے وہ خدا بن جاتا ہے۔</w:t>
      </w:r>
    </w:p>
    <w:p>
      <w:r>
        <w:rPr>
          <w:b/>
        </w:rPr>
        <w:t xml:space="preserve">[53:12] </w:t>
      </w:r>
      <w:r>
        <w:t>khuda un ka sab se bara concern ban jata hai. isi ko hum mohabbat kehte hain.</w:t>
      </w:r>
    </w:p>
    <w:p>
      <w:pPr>
        <w:jc w:val="right"/>
      </w:pPr>
      <w:r>
        <w:t>خدا ان کا سب سے بڑا Concern بن جاتا ہے۔ اسی کو ہم محبت کہتے ہیں۔</w:t>
      </w:r>
    </w:p>
    <w:p>
      <w:r>
        <w:rPr>
          <w:b/>
        </w:rPr>
        <w:t xml:space="preserve">[53:20] </w:t>
      </w:r>
      <w:r>
        <w:t>yani in ke dil mein sab se ziyada jo shoq hota hai woh yeh hota hai ke woh khuda ki, khuda ki pasand wali zindagi guzarein.</w:t>
      </w:r>
    </w:p>
    <w:p>
      <w:pPr>
        <w:jc w:val="right"/>
      </w:pPr>
      <w:r>
        <w:t>یعنی ان کے دل میں سب سے زیادہ جو شوق ہوتا ہے وہ یہ ہوتا ہے کہ وہ خدا کی، خدا کی پسند والی زندگی گزاریں۔</w:t>
      </w:r>
    </w:p>
    <w:p>
      <w:r>
        <w:rPr>
          <w:b/>
        </w:rPr>
        <w:t xml:space="preserve">[53:35] </w:t>
      </w:r>
      <w:r>
        <w:t>woh khuda ke haan un ka shumar khuda ke wafadar bandoon mein ho jaye. to yeh sab kab hoga?</w:t>
      </w:r>
    </w:p>
    <w:p>
      <w:pPr>
        <w:jc w:val="right"/>
      </w:pPr>
      <w:r>
        <w:t>وہ خدا کے ہاں ان کا شمار خدا کے وفادار بندوں میں ہو جائے۔ تو یہ سب کب ہوگا؟</w:t>
      </w:r>
    </w:p>
    <w:p>
      <w:r>
        <w:rPr>
          <w:b/>
        </w:rPr>
        <w:t xml:space="preserve">[53:45] </w:t>
      </w:r>
      <w:r>
        <w:t>jab aap ko khuda se sab se ziyada mohabbat, khuda se ho jaye.</w:t>
      </w:r>
    </w:p>
    <w:p>
      <w:pPr>
        <w:jc w:val="right"/>
      </w:pPr>
      <w:r>
        <w:t>جب آپ کو خدا سے سب سے زیادہ محبت، خدا سے ہو جائے۔</w:t>
      </w:r>
    </w:p>
    <w:p>
      <w:r>
        <w:rPr>
          <w:b/>
        </w:rPr>
        <w:t xml:space="preserve">[53:53] </w:t>
      </w:r>
      <w:r>
        <w:t>jis tarah se ek maa apne bete se mohabbat karti hai to uska sab kuch isi bete ke liye ho jata hai. uski soch, uske jazbat, uska waqt aur uski energy, uska paisa sab kuch apne bete ke liye ho jata hai.</w:t>
      </w:r>
    </w:p>
    <w:p>
      <w:pPr>
        <w:jc w:val="right"/>
      </w:pPr>
      <w:r>
        <w:t>جس طرح سے ایک ماں اپنے بیٹے سے محبت کرتی ہے تو اس کا سب کچھ اسی بیٹے کے لیے ہو جاتا ہے۔ اس کی سوچ، اس کے جذبات، اس کا وقت اور اس کی Energy، اس کا پیسہ سب کچھ اپنے بیٹے کے لیے ہو جاتا ہے۔</w:t>
      </w:r>
    </w:p>
    <w:p>
      <w:r>
        <w:rPr>
          <w:b/>
        </w:rPr>
        <w:t xml:space="preserve">[54:13] </w:t>
      </w:r>
      <w:r>
        <w:t>kyun ke woh us se mohabbat karti hai.</w:t>
      </w:r>
    </w:p>
    <w:p>
      <w:pPr>
        <w:jc w:val="right"/>
      </w:pPr>
      <w:r>
        <w:t>کیونکہ وہ اس سے محبت کرتی ہے۔</w:t>
      </w:r>
    </w:p>
    <w:p>
      <w:r>
        <w:rPr>
          <w:b/>
        </w:rPr>
        <w:t xml:space="preserve">[54:18] </w:t>
      </w:r>
      <w:r>
        <w:t>to yahi cheez iman wale ke andar honi chahiye khuda ke liye.</w:t>
      </w:r>
    </w:p>
    <w:p>
      <w:pPr>
        <w:jc w:val="right"/>
      </w:pPr>
      <w:r>
        <w:t>تو یہی چیز ایمان والے کے اندر ہونی چاہیے خدا کے لیے۔</w:t>
      </w:r>
    </w:p>
    <w:p>
      <w:r>
        <w:rPr>
          <w:b/>
        </w:rPr>
        <w:t xml:space="preserve">[54:25] </w:t>
      </w:r>
      <w:r>
        <w:t>iman wale se yeh matloob hai ke us ko us ke dil mein khuda samajh aaye. uski soch ka markaz khuda ban jaye.</w:t>
      </w:r>
    </w:p>
    <w:p>
      <w:pPr>
        <w:jc w:val="right"/>
      </w:pPr>
      <w:r>
        <w:t>ایمان والے سے یہ مطلوب ہے کہ اس کو اس کے دل میں خدا سمجھ آئے۔ اس کی سوچ کا مرکز خدا بن جائے۔</w:t>
      </w:r>
    </w:p>
    <w:p>
      <w:r>
        <w:rPr>
          <w:b/>
        </w:rPr>
        <w:t xml:space="preserve">[54:36] </w:t>
      </w:r>
      <w:r>
        <w:t>woh har waqt khuda ki yaad kare. har waqt us ko khuda ki fikr lagi hui ho. woh har waqt yeh sochta ho ke marne ke baad khuda ke samne hazir hona hai to wahan kya hoga?</w:t>
      </w:r>
    </w:p>
    <w:p>
      <w:pPr>
        <w:jc w:val="right"/>
      </w:pPr>
      <w:r>
        <w:t>وہ ہر وقت خدا کی یاد کرے۔ ہر وقت اس کو خدا کی فکر لگی ہوئی ہو۔ وہ ہر وقت یہ سوچتا ہو کہ مرنے کے بعد خدا کے سامنے حاضر ہونا ہے تو وہاں کیا ہوگا؟</w:t>
      </w:r>
    </w:p>
    <w:p>
      <w:r>
        <w:rPr>
          <w:b/>
        </w:rPr>
        <w:t xml:space="preserve">[54:53] </w:t>
      </w:r>
      <w:r>
        <w:t>to khuda mein jeene wala ban jana. khuda ki yaad karne wala ban jana. dil aur dimagh ka markaz khuda ban jaye.</w:t>
      </w:r>
    </w:p>
    <w:p>
      <w:pPr>
        <w:jc w:val="right"/>
      </w:pPr>
      <w:r>
        <w:t>تو خدا میں جینے والا بن جانا۔ خدا کی یاد کرنے والا بن جانا۔ دل اور دماغ کا مرکز خدا بن جائے۔</w:t>
      </w:r>
    </w:p>
    <w:p>
      <w:r>
        <w:rPr>
          <w:b/>
        </w:rPr>
        <w:t xml:space="preserve">[55:07] </w:t>
      </w:r>
      <w:r>
        <w:t>yeh hai woh cheez jis ko kaha gaya hai mohabbat.</w:t>
      </w:r>
    </w:p>
    <w:p>
      <w:pPr>
        <w:jc w:val="right"/>
      </w:pPr>
      <w:r>
        <w:t>یہ ہے وہ چیز جس کو کہا گیا ہے محبت۔</w:t>
      </w:r>
    </w:p>
    <w:p>
      <w:r>
        <w:rPr>
          <w:b/>
        </w:rPr>
        <w:t xml:space="preserve">[55:12] </w:t>
      </w:r>
      <w:r>
        <w:t>to jab tak mohabbat ke darje mein insan apna ta'alluq khuda se na banaye to uski koi value nahi hai.</w:t>
      </w:r>
    </w:p>
    <w:p>
      <w:pPr>
        <w:jc w:val="right"/>
      </w:pPr>
      <w:r>
        <w:t>تو جب تک محبت کے درجے میں انسان اپنا تعلق خدا سے نہ بنائے تو اس کی کوئی Value نہیں ہے۔</w:t>
      </w:r>
    </w:p>
    <w:p>
      <w:r>
        <w:rPr>
          <w:b/>
        </w:rPr>
        <w:t xml:space="preserve">[55:25] </w:t>
      </w:r>
      <w:r>
        <w:t>aap sochiye ke insan ke paas jo sab se bari cheez hai woh kya hai? woh sab se bari cheez hai mohabbat. insan ke paas kisi ko dene ke liye jo sab se bari cheez hai woh mohabbat hai.</w:t>
      </w:r>
    </w:p>
    <w:p>
      <w:pPr>
        <w:jc w:val="right"/>
      </w:pPr>
      <w:r>
        <w:t>آپ سوچیے کہ انسان کے پاس جو سب سے بڑی چیز ہے وہ کیا ہے؟ وہ سب سے بڑی چیز ہے محبت۔ انسان کے پاس کسی کو دینے کے لیے جو سب سے بڑی چیز ہے وہ محبت ہے۔</w:t>
      </w:r>
    </w:p>
    <w:p>
      <w:r>
        <w:rPr>
          <w:b/>
        </w:rPr>
        <w:t xml:space="preserve">[55:43] </w:t>
      </w:r>
      <w:r>
        <w:t>to agar aadmi ne apni sab se bari cheez khuda ko na di aur doosri cheez de di to khuda kyun accept karega us ko?</w:t>
      </w:r>
    </w:p>
    <w:p>
      <w:pPr>
        <w:jc w:val="right"/>
      </w:pPr>
      <w:r>
        <w:t>تو اگر آدمی نے اپنی سب سے بڑی چیز خدا کو نہ دی اور دوسری چیز دے دی تو خدا کیوں Accept کرے گا اس کو؟</w:t>
      </w:r>
    </w:p>
    <w:p>
      <w:r>
        <w:rPr>
          <w:b/>
        </w:rPr>
        <w:t xml:space="preserve">[55:54] </w:t>
      </w:r>
      <w:r>
        <w:t>misalan kuch rituals de diye khuda ko. kuch customs de diye. kuch, kuch,</w:t>
      </w:r>
    </w:p>
    <w:p>
      <w:pPr>
        <w:jc w:val="right"/>
      </w:pPr>
      <w:r>
        <w:t>مثلاً کچھ Rituals دے دیے خدا کو۔ کچھ Customs خدا کو دے دیے۔ کچھ، کچھ،</w:t>
      </w:r>
    </w:p>
    <w:p>
      <w:r>
        <w:rPr>
          <w:b/>
        </w:rPr>
        <w:t xml:space="preserve">[56:09] </w:t>
      </w:r>
      <w:r>
        <w:t>kuch farm.</w:t>
      </w:r>
    </w:p>
    <w:p>
      <w:pPr>
        <w:jc w:val="right"/>
      </w:pPr>
      <w:r>
        <w:t>کچھ Farm۔</w:t>
      </w:r>
    </w:p>
    <w:p>
      <w:r>
        <w:rPr>
          <w:b/>
        </w:rPr>
        <w:t xml:space="preserve">[56:13] </w:t>
      </w:r>
      <w:r>
        <w:t>kuch farm khuda ko de diye. kuch zahiri cheezon mein khuda ka us ne lehaz rakh liya.</w:t>
      </w:r>
    </w:p>
    <w:p>
      <w:pPr>
        <w:jc w:val="right"/>
      </w:pPr>
      <w:r>
        <w:t>کچھ Farm خدا کو دے دیے۔ کچھ ظاہری چیزوں میں خدا کا اس نے لحاظ رکھ لیا۔</w:t>
      </w:r>
    </w:p>
    <w:p>
      <w:r>
        <w:rPr>
          <w:b/>
        </w:rPr>
        <w:t xml:space="preserve">[56:25] </w:t>
      </w:r>
      <w:r>
        <w:t>misalan paanch waqt ki namaz ka time aaya to khuda ki taraf rukh kar ke khara ho gaya.</w:t>
      </w:r>
    </w:p>
    <w:p>
      <w:pPr>
        <w:jc w:val="right"/>
      </w:pPr>
      <w:r>
        <w:t>مثلاً پانچ وقت کی نماز کا ٹائم آیا تو خدا کی طرف رخ کر کے کھڑا ہو گیا۔</w:t>
      </w:r>
    </w:p>
    <w:p>
      <w:r>
        <w:rPr>
          <w:b/>
        </w:rPr>
        <w:t xml:space="preserve">[56:34] </w:t>
      </w:r>
      <w:r>
        <w:t>to yeh us se mohabbat nahi sabit hui. mohabbat to woh hai ke aadmi chaubis ghante khuda ki yaad mein jeeta ho.</w:t>
      </w:r>
    </w:p>
    <w:p>
      <w:pPr>
        <w:jc w:val="right"/>
      </w:pPr>
      <w:r>
        <w:t>تو یہ اس سے محبت نہیں ثابت ہوئی۔ محبت تو وہ ہے کہ آدمی چوبیس گھنٹہ خدا کی یاد میں جیتا ہو۔</w:t>
      </w:r>
    </w:p>
    <w:p>
      <w:r>
        <w:rPr>
          <w:b/>
        </w:rPr>
        <w:t xml:space="preserve">[56:47] </w:t>
      </w:r>
      <w:r>
        <w:t>woh khuda ko apna supreme bana liye ho.</w:t>
      </w:r>
    </w:p>
    <w:p>
      <w:pPr>
        <w:jc w:val="right"/>
      </w:pPr>
      <w:r>
        <w:t>وہ خدا کو اپنا Supreme بنا لیے ہو۔</w:t>
      </w:r>
    </w:p>
    <w:p>
      <w:r>
        <w:rPr>
          <w:b/>
        </w:rPr>
        <w:t xml:space="preserve">[56:54] </w:t>
      </w:r>
      <w:r>
        <w:t>uski raat aur din khuda mein guzarte hon. uska time, uski energy, uska paisa sab mein sab se ziyada share khuda ka ho.</w:t>
      </w:r>
    </w:p>
    <w:p>
      <w:pPr>
        <w:jc w:val="right"/>
      </w:pPr>
      <w:r>
        <w:t>اس کی رات اور دن خدا میں گزرتے ہوں۔ اس کا ٹائم، اس کی Energy، اس کا پیسہ سب میں سب سے زیادہ Share خدا کا ہو۔</w:t>
      </w:r>
    </w:p>
    <w:p>
      <w:r>
        <w:rPr>
          <w:b/>
        </w:rPr>
        <w:t xml:space="preserve">[57:11] </w:t>
      </w:r>
      <w:r>
        <w:t>yeh hai mohabbat.</w:t>
      </w:r>
    </w:p>
    <w:p>
      <w:pPr>
        <w:jc w:val="right"/>
      </w:pPr>
      <w:r>
        <w:t>یہ ہے محبت۔</w:t>
      </w:r>
    </w:p>
    <w:p>
      <w:r>
        <w:rPr>
          <w:b/>
        </w:rPr>
        <w:t xml:space="preserve">[57:16] </w:t>
      </w:r>
      <w:r>
        <w:t>to mohabbat se kam darje ka ta'alluq Allah taala ko qabool nahi.</w:t>
      </w:r>
    </w:p>
    <w:p>
      <w:pPr>
        <w:jc w:val="right"/>
      </w:pPr>
      <w:r>
        <w:t>تو محبت سے کم درجے کا تعلق اللہ تعالیٰ کو قبول نہیں۔</w:t>
      </w:r>
    </w:p>
    <w:p>
      <w:r>
        <w:rPr>
          <w:b/>
        </w:rPr>
        <w:t xml:space="preserve">[57:27] </w:t>
      </w:r>
      <w:r>
        <w:t>aqool qawli haza wastaghfirullaha li walakum ajmaeen.</w:t>
      </w:r>
    </w:p>
    <w:p>
      <w:pPr>
        <w:jc w:val="right"/>
      </w:pPr>
      <w:r>
        <w:t>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