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Paradise as A Goal April 26, 2015</w:t>
      </w:r>
    </w:p>
    <w:p>
      <w:r>
        <w:t>https://youtu.be/4IWLd2SIBkw</w:t>
      </w:r>
    </w:p>
    <w:p>
      <w:r>
        <w:rPr>
          <w:b/>
        </w:rPr>
        <w:t xml:space="preserve">[00:14] </w:t>
      </w:r>
      <w:r>
        <w:t>bismillah al-rahman al-rahim, wa salla Allahu ala al-nabi al-kareem.</w:t>
      </w:r>
    </w:p>
    <w:p>
      <w:pPr>
        <w:jc w:val="right"/>
      </w:pPr>
      <w:r>
        <w:t>بسم اللہ الرحمن الرحیم، وصلی اللہ علی النبی الکریم۔</w:t>
      </w:r>
    </w:p>
    <w:p>
      <w:r>
        <w:rPr>
          <w:b/>
        </w:rPr>
        <w:t xml:space="preserve">[00:23] </w:t>
      </w:r>
      <w:r>
        <w:t>rab ishrah li sadri, wa yassir li amri, wa lo lughtan min lisani yafqahu qawli.</w:t>
      </w:r>
    </w:p>
    <w:p>
      <w:pPr>
        <w:jc w:val="right"/>
      </w:pPr>
      <w:r>
        <w:t>رب اشرح لی صدری، ویسر لی امری، ولو لغتۃ من لسانی یفقہ قولی۔</w:t>
      </w:r>
    </w:p>
    <w:p>
      <w:r>
        <w:rPr>
          <w:b/>
        </w:rPr>
        <w:t xml:space="preserve">[00:35] </w:t>
      </w:r>
      <w:r>
        <w:t>26 april 2015.</w:t>
      </w:r>
    </w:p>
    <w:p>
      <w:pPr>
        <w:jc w:val="right"/>
      </w:pPr>
      <w:r>
        <w:t>26 اپریل 2015۔</w:t>
      </w:r>
    </w:p>
    <w:p>
      <w:r>
        <w:rPr>
          <w:b/>
        </w:rPr>
        <w:t xml:space="preserve">[00:42] </w:t>
      </w:r>
      <w:r>
        <w:t>aap ko maloom hai ke kal</w:t>
      </w:r>
    </w:p>
    <w:p>
      <w:pPr>
        <w:jc w:val="right"/>
      </w:pPr>
      <w:r>
        <w:t>آپ کو معلوم ہے کہ کل</w:t>
      </w:r>
    </w:p>
    <w:p>
      <w:r>
        <w:rPr>
          <w:b/>
        </w:rPr>
        <w:t xml:space="preserve">[00:48] </w:t>
      </w:r>
      <w:r>
        <w:t>earthquake aaya tha jis ke jhatke dilli mein bhi mehsoos kiye gaye. is ka epicenter jo tha woh nepal tha.</w:t>
      </w:r>
    </w:p>
    <w:p>
      <w:pPr>
        <w:jc w:val="right"/>
      </w:pPr>
      <w:r>
        <w:t>ارتھ کویک آیا تھا جس کے جھٹکے دلی میں بھی محسوس کیے گئے۔ اس کا ایپی سینٹر جو تھا وہ نیپال تھا۔</w:t>
      </w:r>
    </w:p>
    <w:p>
      <w:r>
        <w:rPr>
          <w:b/>
        </w:rPr>
        <w:t xml:space="preserve">[01:03] </w:t>
      </w:r>
      <w:r>
        <w:t>to nepal mein kafi tabahi hui, aur</w:t>
      </w:r>
    </w:p>
    <w:p>
      <w:pPr>
        <w:jc w:val="right"/>
      </w:pPr>
      <w:r>
        <w:t>تو نیپال میں کافی تباہی ہوئی، اور</w:t>
      </w:r>
    </w:p>
    <w:p>
      <w:r>
        <w:rPr>
          <w:b/>
        </w:rPr>
        <w:t xml:space="preserve">[01:11] </w:t>
      </w:r>
      <w:r>
        <w:t>india ke bhi baaz ilaqon mein kafi tabahi hui hai. yaani upa mein, bihar mein.</w:t>
      </w:r>
    </w:p>
    <w:p>
      <w:pPr>
        <w:jc w:val="right"/>
      </w:pPr>
      <w:r>
        <w:t>انڈیا کے بھی بعض علاقوں میں کافی تباہی ہوئی ہے۔ یعنی یو پی اے میں، بہار میں۔</w:t>
      </w:r>
    </w:p>
    <w:p>
      <w:r>
        <w:rPr>
          <w:b/>
        </w:rPr>
        <w:t xml:space="preserve">[01:21] </w:t>
      </w:r>
      <w:r>
        <w:t>to aaj jo news aayi hai akhbarat mein,</w:t>
      </w:r>
    </w:p>
    <w:p>
      <w:pPr>
        <w:jc w:val="right"/>
      </w:pPr>
      <w:r>
        <w:t>تو آج جو نیوز آئی ہے اخبارات میں،</w:t>
      </w:r>
    </w:p>
    <w:p>
      <w:r>
        <w:rPr>
          <w:b/>
        </w:rPr>
        <w:t xml:space="preserve">[01:28] </w:t>
      </w:r>
      <w:r>
        <w:t>to is ki unhon ne yeh title lagaya hai: "ghafalat, ghaflat tragedy".</w:t>
      </w:r>
    </w:p>
    <w:p>
      <w:pPr>
        <w:jc w:val="right"/>
      </w:pPr>
      <w:r>
        <w:t>تو اس کی انہوں نے یہ ٹائٹل لگایا ہے: "اہمالین، اہمالین ٹریجڈی"۔</w:t>
      </w:r>
    </w:p>
    <w:p>
      <w:r>
        <w:rPr>
          <w:b/>
        </w:rPr>
        <w:t xml:space="preserve">[01:39] </w:t>
      </w:r>
      <w:r>
        <w:t>ghafalat tragedy.</w:t>
      </w:r>
    </w:p>
    <w:p>
      <w:pPr>
        <w:jc w:val="right"/>
      </w:pPr>
      <w:r>
        <w:t>اہمالین ٹریجڈی۔</w:t>
      </w:r>
    </w:p>
    <w:p>
      <w:r>
        <w:rPr>
          <w:b/>
        </w:rPr>
        <w:t xml:space="preserve">[01:41] </w:t>
      </w:r>
      <w:r>
        <w:t>is ko maine padha to mere mind mein aaya ke agar is ko title banana ho to shayad main kahunga: "ghafalat, ghaflat warning".</w:t>
      </w:r>
    </w:p>
    <w:p>
      <w:pPr>
        <w:jc w:val="right"/>
      </w:pPr>
      <w:r>
        <w:t>اس کو میں نے پڑھا تو میرے مائنڈ میں آیا کہ اگر اس کو ٹائٹل بنانا ہو تو شاید میں کہوں گا: "اہمالین، اہمالین وارننگ"۔</w:t>
      </w:r>
    </w:p>
    <w:p>
      <w:r>
        <w:rPr>
          <w:b/>
        </w:rPr>
        <w:t xml:space="preserve">[01:58] </w:t>
      </w:r>
      <w:r>
        <w:t>ghafalat warning. kyunke dekhiye, earthquake ya is tarah ki aur jo aafatein aati hain, woh direct khuda ki taraf se hoti hain.</w:t>
      </w:r>
    </w:p>
    <w:p>
      <w:pPr>
        <w:jc w:val="right"/>
      </w:pPr>
      <w:r>
        <w:t>اہمالین وارننگ۔ کیونکہ دیکھیے، ارتھ کویک یا اس طرح کی اور جو آفتیں آتی ہیں، وہ ڈائریکٹ خدا کی طرف سے ہوتی ہیں۔</w:t>
      </w:r>
    </w:p>
    <w:p>
      <w:r>
        <w:rPr>
          <w:b/>
        </w:rPr>
        <w:t xml:space="preserve">[02:14] </w:t>
      </w:r>
      <w:r>
        <w:t>to khuda ki taraf se yeh warning hai. nepal ke liye nahi, sari dunya ke liye. is muamle mein nepal to goya ek point of reference ban gaya, lekin haqeeqat mein yeh sari dunya ke liye warning hai.</w:t>
      </w:r>
    </w:p>
    <w:p>
      <w:pPr>
        <w:jc w:val="right"/>
      </w:pPr>
      <w:r>
        <w:t>تو خدا کی طرف سے یہ وارننگ ہے۔ نیپال کے لیے نہیں، ساری دنیا کے لیے۔ اس معاملے میں نیپال تو گویا ایک پوائنٹ آف ریفرنس بن گیا، لیکن حقیقت میں یہ ساری دنیا کے لیے وارننگ ہے۔</w:t>
      </w:r>
    </w:p>
    <w:p>
      <w:r>
        <w:rPr>
          <w:b/>
        </w:rPr>
        <w:t xml:space="preserve">[02:32] </w:t>
      </w:r>
      <w:r>
        <w:t>phir maine socha ke warning kis baat ki? warning kis baat ki?</w:t>
      </w:r>
    </w:p>
    <w:p>
      <w:pPr>
        <w:jc w:val="right"/>
      </w:pPr>
      <w:r>
        <w:t>پھر میں نے سوچا کہ وارننگ کس بات کی؟ وارننگ کس بات کی؟</w:t>
      </w:r>
    </w:p>
    <w:p>
      <w:r>
        <w:rPr>
          <w:b/>
        </w:rPr>
        <w:t xml:space="preserve">[02:42] </w:t>
      </w:r>
      <w:r>
        <w:t>to maine socha ke aaj agar aap dunya ka survey karen logon ka, to aap payenge ke har aadmi, har aadmi ka ek hi religion hai, woh hai professionalism.</w:t>
      </w:r>
    </w:p>
    <w:p>
      <w:pPr>
        <w:jc w:val="right"/>
      </w:pPr>
      <w:r>
        <w:t>تو میں نے سوچا کہ آج اگر آپ دنیا کا سروے کریں لوگوں کا، تو آپ پائیں گے کہ ہر آدمی، ہر آدمی کا ایک ہی ریلیجن ہے، وہ ہے پروفیشنلزم۔</w:t>
      </w:r>
    </w:p>
    <w:p>
      <w:r>
        <w:rPr>
          <w:b/>
        </w:rPr>
        <w:t xml:space="preserve">[02:57] </w:t>
      </w:r>
      <w:r>
        <w:t>paisa kamana. koi job mein hai, koi business mein hai, koi aur kisi profession mein hai.</w:t>
      </w:r>
    </w:p>
    <w:p>
      <w:pPr>
        <w:jc w:val="right"/>
      </w:pPr>
      <w:r>
        <w:t>پیسہ کمانا۔ کوئی جاب میں ہے، کوئی بزنس میں ہے، کوئی اور کسی پروفیشن میں ہے۔</w:t>
      </w:r>
    </w:p>
    <w:p>
      <w:r>
        <w:rPr>
          <w:b/>
        </w:rPr>
        <w:t xml:space="preserve">[03:08] </w:t>
      </w:r>
      <w:r>
        <w:t>yahi hai.</w:t>
      </w:r>
    </w:p>
    <w:p>
      <w:pPr>
        <w:jc w:val="right"/>
      </w:pPr>
      <w:r>
        <w:t>یہی ہے۔</w:t>
      </w:r>
    </w:p>
    <w:p>
      <w:r>
        <w:rPr>
          <w:b/>
        </w:rPr>
        <w:t xml:space="preserve">[03:10] </w:t>
      </w:r>
      <w:r>
        <w:t>jab ek aadmi, jab ek bachcha paida hota hai kisi ghar mein, to us ke maa baap paida hote hi yeh sochte hain ke us ko kis profession ke liye trend karna chahiye?</w:t>
      </w:r>
    </w:p>
    <w:p>
      <w:pPr>
        <w:jc w:val="right"/>
      </w:pPr>
      <w:r>
        <w:t>جب ایک آدمی، جب ایک بچہ پیدا ہوتا ہے کسی گھر میں، تو اس کے ماں باپ پیدا ہوتے ہی یہ سوچتے ہیں کہ اس کو کس پروفیشن کے لیے ٹرینڈ کرنا چاہیے؟</w:t>
      </w:r>
    </w:p>
    <w:p>
      <w:r>
        <w:rPr>
          <w:b/>
        </w:rPr>
        <w:t xml:space="preserve">[03:24] </w:t>
      </w:r>
      <w:r>
        <w:t>engineering ke liye, doctor ke liye, kis ke liye? to usi ke lehaz se us ki education hoti hai, us ko trend kiya jata hai.</w:t>
      </w:r>
    </w:p>
    <w:p>
      <w:pPr>
        <w:jc w:val="right"/>
      </w:pPr>
      <w:r>
        <w:t>انجینئرنگ کے لیے، ڈاکٹر کے لیے، کس کے لیے؟ تو اسی کے لحاظ سے اس کی ایجوکیشن ہوتی ہے، اس کو ٹرینڈ کیا جاتا ہے۔</w:t>
      </w:r>
    </w:p>
    <w:p>
      <w:r>
        <w:rPr>
          <w:b/>
        </w:rPr>
        <w:t xml:space="preserve">[03:33] </w:t>
      </w:r>
      <w:r>
        <w:t>aur logon ke liye, logon ke samne sirf ek hi goal hai.</w:t>
      </w:r>
    </w:p>
    <w:p>
      <w:pPr>
        <w:jc w:val="right"/>
      </w:pPr>
      <w:r>
        <w:t>اور لوگوں کے لیے، لوگوں کے سامنے صرف ایک ہی گول ہے۔</w:t>
      </w:r>
    </w:p>
    <w:p>
      <w:r>
        <w:rPr>
          <w:b/>
        </w:rPr>
        <w:t xml:space="preserve">[03:39] </w:t>
      </w:r>
      <w:r>
        <w:t>yeh dunya jahan woh paida hue hain, yahan woh ek achhi position hasil kar len, bas. material sense mein.</w:t>
      </w:r>
    </w:p>
    <w:p>
      <w:pPr>
        <w:jc w:val="right"/>
      </w:pPr>
      <w:r>
        <w:t>یہ دنیا جہاں وہ پیدا ہوئے ہیں، یہاں وہ ایک اچھی پوزیشن حاصل کر لیں، بس۔ مٹیریل سینس میں۔</w:t>
      </w:r>
    </w:p>
    <w:p>
      <w:r>
        <w:rPr>
          <w:b/>
        </w:rPr>
        <w:t xml:space="preserve">[03:50] </w:t>
      </w:r>
      <w:r>
        <w:t>to main samajhta hoon ke is ke khilaf yeh warning hai. kyunke jab aisa hota hai to kya hota hai? logon ne apni jo dunya banayi hai, jo apne maal khade kiye hain, us par pehli izzat marti hai.</w:t>
      </w:r>
    </w:p>
    <w:p>
      <w:pPr>
        <w:jc w:val="right"/>
      </w:pPr>
      <w:r>
        <w:t>تو میں سمجھتا ہوں کہ اس کے خلاف یہ وارننگ ہے۔ کیونکہ جب ایسا ہوتا ہے تو کیا ہوتا ہے؟ لوگوں نے اپنی جو دنیا بنائی ہے، جو اپنے مال کھڑے کیے ہیں، اس پر پہلی عزت پڑتی ہے۔</w:t>
      </w:r>
    </w:p>
    <w:p>
      <w:r>
        <w:rPr>
          <w:b/>
        </w:rPr>
        <w:t xml:space="preserve">[04:06] </w:t>
      </w:r>
      <w:r>
        <w:t>woh gir padte hain, woh tabah hote hain. is mein insaan bhi is ki zad mein aa jate hain.</w:t>
      </w:r>
    </w:p>
    <w:p>
      <w:pPr>
        <w:jc w:val="right"/>
      </w:pPr>
      <w:r>
        <w:t>وہ گر پڑتے ہیں، وہ تباہ ہوتے ہیں۔ اس میں انسان بھی اس کی زد میں آ جاتے ہیں۔</w:t>
      </w:r>
    </w:p>
    <w:p>
      <w:r>
        <w:rPr>
          <w:b/>
        </w:rPr>
        <w:t xml:space="preserve">[04:16] </w:t>
      </w:r>
      <w:r>
        <w:t>to is par sochte hue maine kaha ke yeh waqeat hote hain is tarah ke taake insaan ki ghaflat ko toda jaye.</w:t>
      </w:r>
    </w:p>
    <w:p>
      <w:pPr>
        <w:jc w:val="right"/>
      </w:pPr>
      <w:r>
        <w:t>تو اس پر سوچتے ہوئے میں نے کہا کہ یہ واقعات ہوتے ہیں اس طرح کے تاکہ انسان کی غفلت کو توڑا جائے۔</w:t>
      </w:r>
    </w:p>
    <w:p>
      <w:r>
        <w:rPr>
          <w:b/>
        </w:rPr>
        <w:t xml:space="preserve">[04:28] </w:t>
      </w:r>
      <w:r>
        <w:t>insaan ki ghaflat ko toda jaye.</w:t>
      </w:r>
    </w:p>
    <w:p>
      <w:pPr>
        <w:jc w:val="right"/>
      </w:pPr>
      <w:r>
        <w:t>انسان کی غفلت کو توڑا جائے۔</w:t>
      </w:r>
    </w:p>
    <w:p>
      <w:r>
        <w:rPr>
          <w:b/>
        </w:rPr>
        <w:t xml:space="preserve">[04:32] </w:t>
      </w:r>
      <w:r>
        <w:t>ke jis dunya ko tum samajhte ho ke yeh dunya ko banana yahi mera sole purpose hai, woh dunya kitni kamzor hai.</w:t>
      </w:r>
    </w:p>
    <w:p>
      <w:pPr>
        <w:jc w:val="right"/>
      </w:pPr>
      <w:r>
        <w:t>کہ جس دنیا کو تم سمجھتے ہو کہ یہ دنیا کو بنانا یہی میرا سول پرپس ہے، وہ دنیا کتنی کمزور ہے۔</w:t>
      </w:r>
    </w:p>
    <w:p>
      <w:r>
        <w:rPr>
          <w:b/>
        </w:rPr>
        <w:t xml:space="preserve">[04:41] </w:t>
      </w:r>
      <w:r>
        <w:t>zalzale ka ek jhatka us ko tod deta hai. is tarah ke waqiat jo hote hain, chahe flood ho, chahe earthquake ho, ya aandhi ho, yeh warning hote hain.</w:t>
      </w:r>
    </w:p>
    <w:p>
      <w:pPr>
        <w:jc w:val="right"/>
      </w:pPr>
      <w:r>
        <w:t>زلزلے کا ایک جھٹکا اس کو توڑ دیتا ہے۔ اس طرح کے واقعات جو ہوتے ہیں، چاہے فلڈ ہو، چاہے ارتھ کویک ہو، یا آندھی ہو، یہ وارننگ ہوتے ہیں۔</w:t>
      </w:r>
    </w:p>
    <w:p>
      <w:r>
        <w:rPr>
          <w:b/>
        </w:rPr>
        <w:t xml:space="preserve">[04:50] </w:t>
      </w:r>
      <w:r>
        <w:t>warning. yeh koi kisi par azab nahi hota hai. yeh sochna ke falan par azab aaya hai, yeh galat hai. yeh warning hote hain.</w:t>
      </w:r>
    </w:p>
    <w:p>
      <w:pPr>
        <w:jc w:val="right"/>
      </w:pPr>
      <w:r>
        <w:t>وارننگ۔ یہ کوئی کسی پر عذاب نہیں ہوتا ہے۔ یہ سوچنا کہ فلاں پر عذاب آیا ہے، یہ غلط ہے۔ یہ وارننگ ہوتے ہیں۔</w:t>
      </w:r>
    </w:p>
    <w:p>
      <w:r>
        <w:rPr>
          <w:b/>
        </w:rPr>
        <w:t xml:space="preserve">[05:01] </w:t>
      </w:r>
      <w:r>
        <w:t>yeh sochne ke liye ke yeh jisko hum ne samajh rakha hai, maine goal, woh goal nahi ho sakta.</w:t>
      </w:r>
    </w:p>
    <w:p>
      <w:pPr>
        <w:jc w:val="right"/>
      </w:pPr>
      <w:r>
        <w:t>یہ سوچنے کے لیے کہ یہ جس کو ہم نے سمجھ رکھا ہے، میں نے گول، وہ گول نہیں ہو سکتا۔</w:t>
      </w:r>
    </w:p>
    <w:p>
      <w:r>
        <w:rPr>
          <w:b/>
        </w:rPr>
        <w:t xml:space="preserve">[05:10] </w:t>
      </w:r>
      <w:r>
        <w:t>jisko maine goal bana rakha hai, woh goal nahi ho sakta. phir goal kya hai? jab yeh mind mein sawal aayega to aadmi kya kare ga</w:t>
      </w:r>
    </w:p>
    <w:p>
      <w:pPr>
        <w:jc w:val="right"/>
      </w:pPr>
      <w:r>
        <w:t>جس کو میں نے گول بنا رکھا ہے، وہ گول نہیں ہو سکتا۔ پھر گول کیا ہے؟ جب یہ مائنڈ میں سوال آئے گا تو آدمی کیا کرے گ</w:t>
      </w:r>
    </w:p>
    <w:p>
      <w:r>
        <w:rPr>
          <w:b/>
        </w:rPr>
        <w:t xml:space="preserve">[05:22] </w:t>
      </w:r>
      <w:r>
        <w:t>a? study kare ga. woh soche ga. woh reflect kare ga.</w:t>
      </w:r>
    </w:p>
    <w:p>
      <w:pPr>
        <w:jc w:val="right"/>
      </w:pPr>
      <w:r>
        <w:t>ا؟ اسٹڈی کرے گا۔ وہ سوچے گا۔ وہ ریفلیکٹ کرے گا۔</w:t>
      </w:r>
    </w:p>
    <w:p>
      <w:r>
        <w:rPr>
          <w:b/>
        </w:rPr>
        <w:t xml:space="preserve">[05:32] </w:t>
      </w:r>
      <w:r>
        <w:t>yahan tak ke woh pahunch jayega is nazariye tak jisko hum akhirat kehte hain.</w:t>
      </w:r>
    </w:p>
    <w:p>
      <w:pPr>
        <w:jc w:val="right"/>
      </w:pPr>
      <w:r>
        <w:t>یہاں تک کہ وہ پہنچ جائے گا اس نظریے تک جس کو ہم آخرت کہتے ہیں۔</w:t>
      </w:r>
    </w:p>
    <w:p>
      <w:r>
        <w:rPr>
          <w:b/>
        </w:rPr>
        <w:t xml:space="preserve">[05:40] </w:t>
      </w:r>
      <w:r>
        <w:t>to akhirat oriented jo nazariya hai, jo ideology hai, us ke lehaz se har insaan ka ek hi goal hona chahiye.</w:t>
      </w:r>
    </w:p>
    <w:p>
      <w:pPr>
        <w:jc w:val="right"/>
      </w:pPr>
      <w:r>
        <w:t>تو آخرت اورینٹڈ جو نظریہ ہے، جو آئیڈیالوجی ہے، اس کے لحاظ سے ہر انسان کا ایک ہی گول ہونا چاہیے۔</w:t>
      </w:r>
    </w:p>
    <w:p>
      <w:r>
        <w:rPr>
          <w:b/>
        </w:rPr>
        <w:t xml:space="preserve">[05:54] </w:t>
      </w:r>
      <w:r>
        <w:t>woh hai apne aap ko jannati personality banana apne andar.</w:t>
      </w:r>
    </w:p>
    <w:p>
      <w:pPr>
        <w:jc w:val="right"/>
      </w:pPr>
      <w:r>
        <w:t>وہ ہے اپنے آپ کو جنتی پرسنیلٹی بنانا اپنے اندر۔</w:t>
      </w:r>
    </w:p>
    <w:p>
      <w:r>
        <w:rPr>
          <w:b/>
        </w:rPr>
        <w:t xml:space="preserve">[06:03] </w:t>
      </w:r>
      <w:r>
        <w:t>kyun ke maut ke baad jo insaan ke liye jo hone wala hai, woh yahi ke woh jannat ke liye deserve karta hai ya nahi.</w:t>
      </w:r>
    </w:p>
    <w:p>
      <w:pPr>
        <w:jc w:val="right"/>
      </w:pPr>
      <w:r>
        <w:t>کیونکہ موت کے بعد جو انسان کے لیے جو ہونے والا ہے، وہ یہی کہ وہ جنت کے لیے ڈیزرو کرتا ہے یا نہیں۔</w:t>
      </w:r>
    </w:p>
    <w:p>
      <w:r>
        <w:rPr>
          <w:b/>
        </w:rPr>
        <w:t xml:space="preserve">[06:14] </w:t>
      </w:r>
      <w:r>
        <w:t>agar woh jannat ke liye deserve karta hai to jannat mein jayega woh. nahi to woh kisi universal letter bhi na, koi universal letter bhi na daal diya jayega.</w:t>
      </w:r>
    </w:p>
    <w:p>
      <w:pPr>
        <w:jc w:val="right"/>
      </w:pPr>
      <w:r>
        <w:t>اگر وہ جنت کے لیے ڈیزرو کرتا ہے تو جنت میں جائے گا وہ۔ نہیں تو وہ کسی یونیورسل لیٹر بھی نہ، کوئی یونیورسل لیٹر بھی نہ ڈال دیا جائے گا۔</w:t>
      </w:r>
    </w:p>
    <w:p>
      <w:r>
        <w:rPr>
          <w:b/>
        </w:rPr>
        <w:t xml:space="preserve">[06:28] </w:t>
      </w:r>
      <w:r>
        <w:t>phir maine socha ke yeh yeh concept hi bilkul kh</w:t>
      </w:r>
    </w:p>
    <w:p>
      <w:pPr>
        <w:jc w:val="right"/>
      </w:pPr>
      <w:r>
        <w:t>پھر میں نے سوچا کہ یہ یہ کانسیپٹ ہی بالکل خ</w:t>
      </w:r>
    </w:p>
    <w:p>
      <w:r>
        <w:rPr>
          <w:b/>
        </w:rPr>
        <w:t xml:space="preserve">[06:32] </w:t>
      </w:r>
      <w:r>
        <w:t>tam hai. mazhabi logon mein bhi. mazhabi logon ke bhi khatam hai. jaise mazhabi logon ko maine socha to woh kuch ritual samajh rakha unho ne ke yeh ritual karte raho tumhein jannat jannat mil jayegi tum ko.</w:t>
      </w:r>
    </w:p>
    <w:p>
      <w:pPr>
        <w:jc w:val="right"/>
      </w:pPr>
      <w:r>
        <w:t>تم ہے۔ مذہبی لوگوں میں بھی۔ مذہبی لوگوں کے بھی ختم ہے۔ جیسے مذہبی لوگوں کو میں نے سوچا تو وہ کچھ ریچول سمجھ رکھا انہوں نے کہ یہ ریچول کرتے رہو تمہیں جنت جنت مل جائے گی تم کو۔</w:t>
      </w:r>
    </w:p>
    <w:p>
      <w:r>
        <w:rPr>
          <w:b/>
        </w:rPr>
        <w:t xml:space="preserve">[06:49] </w:t>
      </w:r>
      <w:r>
        <w:t>yeh jannat mein aap ki personality mein koi taluq nahi hai. kuch ritual karo aur jannat mil jayegi.</w:t>
      </w:r>
    </w:p>
    <w:p>
      <w:pPr>
        <w:jc w:val="right"/>
      </w:pPr>
      <w:r>
        <w:t>یہ جنت میں آپ کی پرسنیلٹی میں کوئی تعلق نہیں ہے۔ کچھ ریچولز کرو اور جنت مل جائے گی۔</w:t>
      </w:r>
    </w:p>
    <w:p>
      <w:r>
        <w:rPr>
          <w:b/>
        </w:rPr>
        <w:t xml:space="preserve">[06:58] </w:t>
      </w:r>
      <w:r>
        <w:t>jaise ek bar main park mein tha, wahan musalman aaye kuch. is mein kuch naujawan bhi thay. to woh lagay left side pe chalne.</w:t>
      </w:r>
    </w:p>
    <w:p>
      <w:pPr>
        <w:jc w:val="right"/>
      </w:pPr>
      <w:r>
        <w:t>جیسے ایک بار میں پارک میں تھا، وہاں مسلمان آئے کچھ۔ اس میں کچھ نوجوان بھی تھے۔ تو وہ لگے لیفٹ سائیڈ پہ چلنے۔</w:t>
      </w:r>
    </w:p>
    <w:p>
      <w:r>
        <w:rPr>
          <w:b/>
        </w:rPr>
        <w:t xml:space="preserve">[07:11] </w:t>
      </w:r>
      <w:r>
        <w:t>kyun ke road par woh aadat hai un ko left mein. keep left ke usool par chalne. to ek sir jo topi wala tha aur dadi wala tha, us ne kya kaha?</w:t>
      </w:r>
    </w:p>
    <w:p>
      <w:pPr>
        <w:jc w:val="right"/>
      </w:pPr>
      <w:r>
        <w:t>کیونکہ روڈ پر وہ عادت ہے ان کو لیفٹ میں۔ کیپ لیفٹ کے اصول پر چلنے۔ تو ایک سر جو ٹوپی والا تھا اور داڑھی والا تھا، اس نے کیا کہا؟</w:t>
      </w:r>
    </w:p>
    <w:p>
      <w:r>
        <w:rPr>
          <w:b/>
        </w:rPr>
        <w:t xml:space="preserve">[07:23] </w:t>
      </w:r>
      <w:r>
        <w:t>ulte ulte haath kahan ja rahe ho? ulte haath kahan ja rahe ho</w:t>
      </w:r>
    </w:p>
    <w:p>
      <w:pPr>
        <w:jc w:val="right"/>
      </w:pPr>
      <w:r>
        <w:t>الٹے الٹے ہاتھ کہاں جا رہے ہو؟ الٹے ہاتھ کہاں جا رہے ہو</w:t>
      </w:r>
    </w:p>
    <w:p>
      <w:r>
        <w:rPr>
          <w:b/>
        </w:rPr>
        <w:t xml:space="preserve">[07:27] </w:t>
      </w:r>
      <w:r>
        <w:t>? kaha tum ko jannat mein nahi jana hai? seedhe haath chalo. seedhe haath chalne mein jannat milegi. kaha us ke nazdeek jannat ka jannat hasil karne ka tareeqa yeh hai ke aadmi dayen haath mein chale, bayen haath mein nahi chale.</w:t>
      </w:r>
    </w:p>
    <w:p>
      <w:pPr>
        <w:jc w:val="right"/>
      </w:pPr>
      <w:r>
        <w:t>؟ کہا تم کو جنت میں نہیں جانا ہے؟ سیدھے ہاتھ چلو۔ سیدھے ہاتھ چلنے میں جنت ملے گی۔ کہا اس کے نزدیک جنت کا جنت حاصل کرنے کا طریقہ یہ ہے کہ آدمی دائیں ہاتھ میں چلے، بائیں ہاتھ میں نہیں چلے۔</w:t>
      </w:r>
    </w:p>
    <w:p>
      <w:r>
        <w:rPr>
          <w:b/>
        </w:rPr>
        <w:t xml:space="preserve">[07:44] </w:t>
      </w:r>
      <w:r>
        <w:t>isi tarah ke kuch cheezein hain ritual type ki. hatta ke ibadat ko bhi logon ne ritual bana diya hai. form of ritual, set of ritual.</w:t>
      </w:r>
    </w:p>
    <w:p>
      <w:pPr>
        <w:jc w:val="right"/>
      </w:pPr>
      <w:r>
        <w:t>اسی طرح کے کچھ چیزیں ہیں ریچول ٹائپ کی۔ حتیٰ کہ عبادت کو بھی لوگوں نے ریچول بنا دیا ہے۔ فارم آف ریچول، سیٹ آف ریچول۔</w:t>
      </w:r>
    </w:p>
    <w:p>
      <w:r>
        <w:rPr>
          <w:b/>
        </w:rPr>
        <w:t xml:space="preserve">[07:54] </w:t>
      </w:r>
      <w:r>
        <w:t>ek form hai, kuch rituals hain.</w:t>
      </w:r>
    </w:p>
    <w:p>
      <w:pPr>
        <w:jc w:val="right"/>
      </w:pPr>
      <w:r>
        <w:t>ایک فارم ہے، کچھ ریچولز ہیں۔</w:t>
      </w:r>
    </w:p>
    <w:p>
      <w:r>
        <w:rPr>
          <w:b/>
        </w:rPr>
        <w:t xml:space="preserve">[07:57] </w:t>
      </w:r>
      <w:r>
        <w:t>ek dress hai, ek identity hai ke aisi topi ho, aisa kapra ho. to bas us ki jannat jannat pakki ho jayegi.</w:t>
      </w:r>
    </w:p>
    <w:p>
      <w:pPr>
        <w:jc w:val="right"/>
      </w:pPr>
      <w:r>
        <w:t>ایک ڈریس ہے، ایک آئیڈینٹی ہے کہ ایسی ٹوپی ہو، ایسا کپڑا ہو۔ تو بس اس کی جنت جنت پکی ہو جائے گی۔</w:t>
      </w:r>
    </w:p>
    <w:p>
      <w:r>
        <w:rPr>
          <w:b/>
        </w:rPr>
        <w:t xml:space="preserve">[08:09] </w:t>
      </w:r>
      <w:r>
        <w:t>to main samajhta hoon ke jo materialist hain woh bhi bekhabar hain ke sahi goal kya hona chahiye. aur jo so called mazhabi hain woh bhi nahi jante ke goal hamara kya hai.</w:t>
      </w:r>
    </w:p>
    <w:p>
      <w:pPr>
        <w:jc w:val="right"/>
      </w:pPr>
      <w:r>
        <w:t>تو میں سمجھتا ہوں کہ جو مٹیریلسٹ ہیں وہ بھی بے خبر ہیں کہ صحیح گول کیا ہونا چاہیے۔ اور جو سو کال مذہبی ہیں وہ بھی نہیں جانتے کہ گول ہمارا کیا ہے۔</w:t>
      </w:r>
    </w:p>
    <w:p>
      <w:r>
        <w:rPr>
          <w:b/>
        </w:rPr>
        <w:t xml:space="preserve">[08:22] </w:t>
      </w:r>
      <w:r>
        <w:t>kuch ritual le rakha unho ne aur samajhte hain kisi mahaul ki k</w:t>
      </w:r>
    </w:p>
    <w:p>
      <w:pPr>
        <w:jc w:val="right"/>
      </w:pPr>
      <w:r>
        <w:t>کچھ ریچول لے رکھا انہوں نے اور سمجھتے ہیں کسی ماحول کی ک</w:t>
      </w:r>
    </w:p>
    <w:p>
      <w:r>
        <w:rPr>
          <w:b/>
        </w:rPr>
        <w:t xml:space="preserve">[08:25] </w:t>
      </w:r>
      <w:r>
        <w:t>amyabi hai. dekhiye Quran mein bataya gaya hai ke zalka jaza o muntaqab. jo apna tazkiya karega us ke liye jannat hai.</w:t>
      </w:r>
    </w:p>
    <w:p>
      <w:pPr>
        <w:jc w:val="right"/>
      </w:pPr>
      <w:r>
        <w:t>امیابی ہے۔ دیکھیے قرآن میں بتایا گیا ہے کہ ذالک جزا و منتقب۔ جو اپنا تزکیہ کرے گا اس کے لیے جنت ہے۔</w:t>
      </w:r>
    </w:p>
    <w:p>
      <w:r>
        <w:rPr>
          <w:b/>
        </w:rPr>
        <w:t xml:space="preserve">[08:36] </w:t>
      </w:r>
      <w:r>
        <w:t>tazkiya ke maani kya hain?</w:t>
      </w:r>
    </w:p>
    <w:p>
      <w:pPr>
        <w:jc w:val="right"/>
      </w:pPr>
      <w:r>
        <w:t>تزکیہ کے معنی کیا ہیں؟</w:t>
      </w:r>
    </w:p>
    <w:p>
      <w:r>
        <w:rPr>
          <w:b/>
        </w:rPr>
        <w:t xml:space="preserve">[08:41] </w:t>
      </w:r>
      <w:r>
        <w:t>yani taameer shakhsiat. personality ko banana. apni personality ko banana.</w:t>
      </w:r>
    </w:p>
    <w:p>
      <w:pPr>
        <w:jc w:val="right"/>
      </w:pPr>
      <w:r>
        <w:t>یعنی تعمیر شخصیت۔ پرسنیلٹی کو بنانا۔ اپنی پرسنیلٹی کو بنانا۔</w:t>
      </w:r>
    </w:p>
    <w:p>
      <w:r>
        <w:rPr>
          <w:b/>
        </w:rPr>
        <w:t xml:space="preserve">[08:52] </w:t>
      </w:r>
      <w:r>
        <w:t>to is dunya mein jo zindagi hum guzarte hain,</w:t>
      </w:r>
    </w:p>
    <w:p>
      <w:pPr>
        <w:jc w:val="right"/>
      </w:pPr>
      <w:r>
        <w:t>تو اس دنیا میں جو زندگی ہم گزارتے ہیں،</w:t>
      </w:r>
    </w:p>
    <w:p>
      <w:r>
        <w:rPr>
          <w:b/>
        </w:rPr>
        <w:t xml:space="preserve">[08:58] </w:t>
      </w:r>
      <w:r>
        <w:t>is mein tarah tarah ke tajrubay hotay hain. in sab ke beech mein humein kya karna hai? apna personality development ka kaam karte rehna hai, karte rehna hai, karte rehna hai.</w:t>
      </w:r>
    </w:p>
    <w:p>
      <w:pPr>
        <w:jc w:val="right"/>
      </w:pPr>
      <w:r>
        <w:t>اس میں طرح طرح کے تجربے ہوتے ہیں۔ ان سب کے بیچ میں ہمیں کیا کرنا ہے؟ اپنا پرسنیلٹی ڈیولپمنٹ کا کام کرتے رہنا ہے، کرتے رہنا ہے، کرتے رہنا ہے۔</w:t>
      </w:r>
    </w:p>
    <w:p>
      <w:r>
        <w:rPr>
          <w:b/>
        </w:rPr>
        <w:t xml:space="preserve">[09:13] </w:t>
      </w:r>
      <w:r>
        <w:t>jaise ke mein aik misaal deta hoon. mein kal baitha hua tha apne ghar ke jis ko mein kehta hoon spiritual corner.</w:t>
      </w:r>
    </w:p>
    <w:p>
      <w:pPr>
        <w:jc w:val="right"/>
      </w:pPr>
      <w:r>
        <w:t>جیسے کہ میں ایک مثال دیتا ہوں۔ میں کل بیٹھا ہوا تھا اپنے گھر کے جس کو میں کہتا ہوں اسپریچول کارنر۔</w:t>
      </w:r>
    </w:p>
    <w:p>
      <w:r>
        <w:rPr>
          <w:b/>
        </w:rPr>
        <w:t xml:space="preserve">[09:24] </w:t>
      </w:r>
      <w:r>
        <w:t>to oopar se aik patti aa ke giri. patti. aaj kal pattiyan bohat gir rahi hain idhar udhar. to maine apne haath mein le liya us ko.</w:t>
      </w:r>
    </w:p>
    <w:p>
      <w:pPr>
        <w:jc w:val="right"/>
      </w:pPr>
      <w:r>
        <w:t>تو اوپر سے ایک پتی آ کے گری۔ پتی۔ آج کل پتیاں بہت گر رہی ہیں ادھر ادھر۔ تو میں نے اپنے ہاتھ میں لے لیا اس کو۔</w:t>
      </w:r>
    </w:p>
    <w:p>
      <w:r>
        <w:rPr>
          <w:b/>
        </w:rPr>
        <w:t xml:space="preserve">[09:36] </w:t>
      </w:r>
      <w:r>
        <w:t>to mujhe bohat hi khoobsurat maloom hoi. to der tak mein us ko dekhta raha.</w:t>
      </w:r>
    </w:p>
    <w:p>
      <w:pPr>
        <w:jc w:val="right"/>
      </w:pPr>
      <w:r>
        <w:t>تو مجھے بہت ہی خوبصورت معلوم ہوئی۔ تو دیر تک میں اس کو دیکھتا رہا۔</w:t>
      </w:r>
    </w:p>
    <w:p>
      <w:r>
        <w:rPr>
          <w:b/>
        </w:rPr>
        <w:t xml:space="preserve">[09:43] </w:t>
      </w:r>
      <w:r>
        <w:t>phir maine socha ke kya mein aisi aik patti bana sakta hoon?</w:t>
      </w:r>
    </w:p>
    <w:p>
      <w:pPr>
        <w:jc w:val="right"/>
      </w:pPr>
      <w:r>
        <w:t>پھر میں نے سوچا کہ کیا میں ایسی ایک پتی بنا سکتا ہوں؟</w:t>
      </w:r>
    </w:p>
    <w:p>
      <w:r>
        <w:rPr>
          <w:b/>
        </w:rPr>
        <w:t xml:space="preserve">[09:50] </w:t>
      </w:r>
      <w:r>
        <w:t>kya mein aisi aik patti bana sakta hoon? to jawab mila ke nahin. kya doosra koi insaan bana sakta hai?</w:t>
      </w:r>
    </w:p>
    <w:p>
      <w:pPr>
        <w:jc w:val="right"/>
      </w:pPr>
      <w:r>
        <w:t>کیا میں ایسی ایک پتی بنا سکتا ہوں؟ تو جواب ملا کہ نہیں۔ کیا دوسرا کوئی انسان بنا سکتا ہے؟</w:t>
      </w:r>
    </w:p>
    <w:p>
      <w:r>
        <w:rPr>
          <w:b/>
        </w:rPr>
        <w:t xml:space="preserve">[09:59] </w:t>
      </w:r>
      <w:r>
        <w:t>kya koi factory bana sakti hai? koi technology bana sakti hai? jawab mila ke nahin.</w:t>
      </w:r>
    </w:p>
    <w:p>
      <w:pPr>
        <w:jc w:val="right"/>
      </w:pPr>
      <w:r>
        <w:t>کیا کوئی فیکٹری بنا سکتی ہے؟ کوئی ٹیکنالوجی بنا سکتی ہے؟ جواب ملا کہ نہیں۔</w:t>
      </w:r>
    </w:p>
    <w:p>
      <w:r>
        <w:rPr>
          <w:b/>
        </w:rPr>
        <w:t xml:space="preserve">[10:07] </w:t>
      </w:r>
      <w:r>
        <w:t>to is tarah aik chota sa waqia tha lekin is se maine discover kiya creator ko. ke maine yeh banaya to kis ne banaya hai?</w:t>
      </w:r>
    </w:p>
    <w:p>
      <w:pPr>
        <w:jc w:val="right"/>
      </w:pPr>
      <w:r>
        <w:t>تو اس طرح ایک چھوٹا سا واقعہ تھا لیکن اس سے میں نے ڈسکور کیا کریٹر کو۔ کہ میں نے یہ بنایا تو کس نے بنایا ہے؟</w:t>
      </w:r>
    </w:p>
    <w:p>
      <w:r>
        <w:rPr>
          <w:b/>
        </w:rPr>
        <w:t xml:space="preserve">[10:16] </w:t>
      </w:r>
      <w:r>
        <w:t>wo creator hai.</w:t>
      </w:r>
    </w:p>
    <w:p>
      <w:pPr>
        <w:jc w:val="right"/>
      </w:pPr>
      <w:r>
        <w:t>وہ کریٹر ہے۔</w:t>
      </w:r>
    </w:p>
    <w:p>
      <w:r>
        <w:rPr>
          <w:b/>
        </w:rPr>
        <w:t xml:space="preserve">[10:20] </w:t>
      </w:r>
      <w:r>
        <w:t>to is tarah se rozana jo waqiat hotay hain, is mein aap sachai ko discover karte rahen.</w:t>
      </w:r>
    </w:p>
    <w:p>
      <w:pPr>
        <w:jc w:val="right"/>
      </w:pPr>
      <w:r>
        <w:t>تو اس طرح سے روزانہ جو واقعات ہوتے ہیں، اس میں آپ سچائی کو ڈسکور کرتے رہیں۔</w:t>
      </w:r>
    </w:p>
    <w:p>
      <w:r>
        <w:rPr>
          <w:b/>
        </w:rPr>
        <w:t xml:space="preserve">[10:31] </w:t>
      </w:r>
      <w:r>
        <w:t>is se aap ko spiritual food mile gi.</w:t>
      </w:r>
    </w:p>
    <w:p>
      <w:pPr>
        <w:jc w:val="right"/>
      </w:pPr>
      <w:r>
        <w:t>اس سے آپ کو اسپریچول فوڈ ملے گی۔</w:t>
      </w:r>
    </w:p>
    <w:p>
      <w:r>
        <w:rPr>
          <w:b/>
        </w:rPr>
        <w:t xml:space="preserve">[10:34] </w:t>
      </w:r>
      <w:r>
        <w:t>is se aap ka intellectual development hoga. is tarah aap ki personality banti rahe gi, banti rahe gi, banti rahe gi. isi ko kaha gaya hai muttaqqa shakhsiyat.</w:t>
      </w:r>
    </w:p>
    <w:p>
      <w:pPr>
        <w:jc w:val="right"/>
      </w:pPr>
      <w:r>
        <w:t>اس سے آپ کا انٹلیکچول ڈیولپمنٹ ہوگا۔ اس طرح آپ کی پرسنیلٹی بنتی رہے گی، بنتی رہے گی، بنتی رہے گی۔ اسی کو کہا گیا ہے مدقہ شخصیت۔</w:t>
      </w:r>
    </w:p>
    <w:p>
      <w:r>
        <w:rPr>
          <w:b/>
        </w:rPr>
        <w:t xml:space="preserve">[10:47] </w:t>
      </w:r>
      <w:r>
        <w:t>muttaqqa shakhsiyat. yaani wo shakhsiyat jis ka tazkiya hua ho. perfect personality.</w:t>
      </w:r>
    </w:p>
    <w:p>
      <w:pPr>
        <w:jc w:val="right"/>
      </w:pPr>
      <w:r>
        <w:t>مدقہ شخصیت۔ یعنی وہ شخصیت جس کا تزکیہ ہوا ہو۔ پریفارٹ پرسنیلٹی۔</w:t>
      </w:r>
    </w:p>
    <w:p>
      <w:r>
        <w:rPr>
          <w:b/>
        </w:rPr>
        <w:t xml:space="preserve">[10:56] </w:t>
      </w:r>
      <w:r>
        <w:t>to is tarah ke jo waqiat hotay hain, jis ko chahe toofan ho, chahe flood ho, chahe earthquake ho, ya aur koi cheez ho, wo warning hotay hain is baat ke liye ke tum tum kya kar rahe ho insaan?</w:t>
      </w:r>
    </w:p>
    <w:p>
      <w:pPr>
        <w:jc w:val="right"/>
      </w:pPr>
      <w:r>
        <w:t>تو اس طرح کے جو واقعات ہوتے ہیں، جس کو چاہے طوفان ہو، چاہے فلڈ ہو، چاہے ارتھ کویک ہو، یا اور کوئی چیز ہو، وہ وارننگ ہوتے ہیں اس بات کے لیے کہ تم تم کیا کر رہے ہو انسان؟</w:t>
      </w:r>
    </w:p>
    <w:p>
      <w:r>
        <w:rPr>
          <w:b/>
        </w:rPr>
        <w:t xml:space="preserve">[11:11] </w:t>
      </w:r>
      <w:r>
        <w:t>ae insaan to kya kar raha hai? kis cheez ko tum ne apna goal bana bana rakha hai? goal to akhirat hai, goal to paradise hai, goal to apni personality ka development hai.</w:t>
      </w:r>
    </w:p>
    <w:p>
      <w:pPr>
        <w:jc w:val="right"/>
      </w:pPr>
      <w:r>
        <w:t>اے انسان تو کیا کر رہا ہے؟ کس چیز کو تم نے اپنا گول بنا بنا رکھا ہے؟ گول تو آخرت ہے، گول تو پیراڈائز ہے، گول تو اپنی پرسنیلٹی کا ڈیولپمنٹ ہے۔</w:t>
      </w:r>
    </w:p>
    <w:p>
      <w:r>
        <w:rPr>
          <w:b/>
        </w:rPr>
        <w:t xml:space="preserve">[11:26] </w:t>
      </w:r>
      <w:r>
        <w:t>is ki warning. is ko kehte hain tanbeeh. ya intibah.</w:t>
      </w:r>
    </w:p>
    <w:p>
      <w:pPr>
        <w:jc w:val="right"/>
      </w:pPr>
      <w:r>
        <w:t>اس کی وارننگ۔ اس کو کہتے ہیں تنبیہ۔ یا انتباہ۔</w:t>
      </w:r>
    </w:p>
    <w:p>
      <w:r>
        <w:rPr>
          <w:b/>
        </w:rPr>
        <w:t xml:space="preserve">[11:38] </w:t>
      </w:r>
      <w:r>
        <w:t>lekin koi is is tarah ke waqiat ko is mani mein nahin leta. kuch log to kehte hain ke natural natural calamity ka mamla yeh hai.</w:t>
      </w:r>
    </w:p>
    <w:p>
      <w:pPr>
        <w:jc w:val="right"/>
      </w:pPr>
      <w:r>
        <w:t>لیکن کوئی اس اس طرح کے واقعات کو اس معنی میں نہیں لیتا۔ کچھ لوگ تو کہتے ہیں کہ نیچرل نیچرل کلائمیٹی کا معاملہ یہ ہے۔</w:t>
      </w:r>
    </w:p>
    <w:p>
      <w:r>
        <w:rPr>
          <w:b/>
        </w:rPr>
        <w:t xml:space="preserve">[11:52] </w:t>
      </w:r>
      <w:r>
        <w:t>kuch log jo mazhabi hain wo samajhte hain ke jahan jahan wo waqia hua hai samajhte hain ke is pe azab aaya hai. dono baatein galat hain. wo natural calamity ki baat nahin hai, wo natural warning ki baat hai.</w:t>
      </w:r>
    </w:p>
    <w:p>
      <w:pPr>
        <w:jc w:val="right"/>
      </w:pPr>
      <w:r>
        <w:t>کچھ لوگ جو مذہبی ہیں وہ سمجھتے ہیں کہ جہاں جہاں وہ واقعہ ہوا ہے سمجھتے ہیں کہ اس پہ عذاب آیا ہے۔ دونوں باتیں غلط ہیں۔ وہ نیچرل کلائمیٹی کی بات نہیں ہے، وہ نیچرل وارننگ کی بات ہے۔</w:t>
      </w:r>
    </w:p>
    <w:p>
      <w:r>
        <w:rPr>
          <w:b/>
        </w:rPr>
        <w:t xml:space="preserve">[12:08] </w:t>
      </w:r>
      <w:r>
        <w:t>aur jahan par wo aaya hai wo wo sirf aik point of reference hai. aisa nahin ke is par azab aaya ho. dekhiye azab ho ya sawab ho, dono akhirat mein milne walay hain.</w:t>
      </w:r>
    </w:p>
    <w:p>
      <w:pPr>
        <w:jc w:val="right"/>
      </w:pPr>
      <w:r>
        <w:t>اور جہاں پر وہ آیا ہے وہ وہ صرف ایک پوائنٹ آف ریفرنس ہے۔ ایسا نہیں کہ اس پر عذاب آیا ہو۔ دیکھیے عذاب ہو یا ثواب ہو، دونوں آخرت میں ملنے والے ہیں۔</w:t>
      </w:r>
    </w:p>
    <w:p>
      <w:r>
        <w:rPr>
          <w:b/>
        </w:rPr>
        <w:t xml:space="preserve">[12:22] </w:t>
      </w:r>
      <w:r>
        <w:t>dunya mein nahin. dunya mein na azab hai na sawab hai. dunya mein warning hai, intibah hai.</w:t>
      </w:r>
    </w:p>
    <w:p>
      <w:pPr>
        <w:jc w:val="right"/>
      </w:pPr>
      <w:r>
        <w:t>دنیا میں نہیں۔ دنیا میں نہ عذاب ہے نہ ثواب ہے۔ دنیا میں وارننگ ہے، انتباہ ہے۔</w:t>
      </w:r>
    </w:p>
    <w:p>
      <w:r>
        <w:rPr>
          <w:b/>
        </w:rPr>
        <w:t xml:space="preserve">[12:35] </w:t>
      </w:r>
      <w:r>
        <w:t>to mazhabi log is ko samajhte hain ke jahan aaya hai is ke oopar azab aaya hai. yeh bhi galat hai. aur jo ghair mazhabi log hain is ko to samajhte hain ke yeh natural aafat hai.</w:t>
      </w:r>
    </w:p>
    <w:p>
      <w:pPr>
        <w:jc w:val="right"/>
      </w:pPr>
      <w:r>
        <w:t>تو مذہبی لوگ اس کو سمجھتے ہیں کہ جہاں آیا ہے اس کے اوپر عذاب آیا ہے۔ یہ بھی غلط ہے۔ اور جو غیر مذہبی لوگ ہیں اس کو تو سمجھتے ہیں کہ یہ نیچرل آفت ہے۔</w:t>
      </w:r>
    </w:p>
    <w:p>
      <w:r>
        <w:rPr>
          <w:b/>
        </w:rPr>
        <w:t xml:space="preserve">[12:53] </w:t>
      </w:r>
      <w:r>
        <w:t>wo bhi galat hai. dekhiye is dunya ko aik hasti chala rahi hai. aisa nahin ke khud hi khud dunya chali ja rahi hai.</w:t>
      </w:r>
    </w:p>
    <w:p>
      <w:pPr>
        <w:jc w:val="right"/>
      </w:pPr>
      <w:r>
        <w:t>وہ بھی غلط ہے۔ دیکھیے اس دنیا کو ایک ہستی چلا رہی ہے۔ ایسا نہیں کہ خود ہی خود دنیا چلی جا رہی ہے۔</w:t>
      </w:r>
    </w:p>
    <w:p>
      <w:r>
        <w:rPr>
          <w:b/>
        </w:rPr>
        <w:t xml:space="preserve">[13:04] </w:t>
      </w:r>
      <w:r>
        <w:t>itni bari dunya ab khud hi khud kaise chalegi? jaise galaxy hai. galaxy mein billion hain, billion sitare hain aur sab move kar rahe hain aur takrao nahin hota.</w:t>
      </w:r>
    </w:p>
    <w:p>
      <w:pPr>
        <w:jc w:val="right"/>
      </w:pPr>
      <w:r>
        <w:t>اتنی بڑی دنیا اب خود ہی خود کیسے چلے گی؟ جیسے گلیکسی ہے۔ گلیکسی میں بلین ہیں، بلین ستارے ہیں اور سب موو کر رہے ہیں اور ٹکراؤ نہیں ہوتا۔</w:t>
      </w:r>
    </w:p>
    <w:p>
      <w:r>
        <w:rPr>
          <w:b/>
        </w:rPr>
        <w:t xml:space="preserve">[13:17] </w:t>
      </w:r>
      <w:r>
        <w:t>to agar koi chalane wala na ho, koi manage karne wala na ho, koi control karne wala na ho to zaroor takrao hoga, zaroor takrao hoga.</w:t>
      </w:r>
    </w:p>
    <w:p>
      <w:pPr>
        <w:jc w:val="right"/>
      </w:pPr>
      <w:r>
        <w:t>تو اگر کوئی چلانے والا نہ ہو، کوئی مینج کرنے والا نہ ہو، کوئی کنٹرول کرنے والا نہ ہو تو ضرور ٹکراؤ ہوگا، ضرور ٹکراؤ ہوگا۔</w:t>
      </w:r>
    </w:p>
    <w:p>
      <w:r>
        <w:rPr>
          <w:b/>
        </w:rPr>
        <w:t xml:space="preserve">[13:28] </w:t>
      </w:r>
      <w:r>
        <w:t>aisi har cheez, har cheez ko aap dekhiye, kisi bhi cheez ko</w:t>
      </w:r>
    </w:p>
    <w:p>
      <w:pPr>
        <w:jc w:val="right"/>
      </w:pPr>
      <w:r>
        <w:t>ایسی ہر چیز، ہر چیز کو آپ دیکھیے، کسی بھی چیز کو</w:t>
      </w:r>
    </w:p>
    <w:p>
      <w:r>
        <w:rPr>
          <w:b/>
        </w:rPr>
        <w:t xml:space="preserve">[13:32] </w:t>
      </w:r>
      <w:r>
        <w:t>۔ ajeeb ghareeb is ke andar fankari hogi. ajeeb ghareeb is ke andar design hogi. to kaise woh aisa ho gaya? kaise aisa ho gaya?</w:t>
      </w:r>
    </w:p>
    <w:p>
      <w:pPr>
        <w:jc w:val="right"/>
      </w:pPr>
      <w:r>
        <w:t>۔ عجیب غریب اس کے اندر فنکاری ہوگی۔ عجیب غریب اس کے اندر ڈیزائن ہوگی۔ تو کیسے وہ ایسا ہو گیا؟ کیسے ایسا ہو گیا؟</w:t>
      </w:r>
    </w:p>
    <w:p>
      <w:r>
        <w:rPr>
          <w:b/>
        </w:rPr>
        <w:t xml:space="preserve">[13:44] </w:t>
      </w:r>
      <w:r>
        <w:t>to har cheez mein aap daryaft karte hain Khuda ko. phir aur sochte hain to har cheez mein aap daryaft karte hain jannat ko. phir aur sochte hain to har cheez mein aap ko aik food milta hai, food.</w:t>
      </w:r>
    </w:p>
    <w:p>
      <w:pPr>
        <w:jc w:val="right"/>
      </w:pPr>
      <w:r>
        <w:t>تو ہر چیز میں آپ دریافت کرتے ہیں خدا کو۔ پھر اور سوچتے ہیں تو ہر چیز میں آپ دریافت کرتے ہیں جنت کو۔ پھر اور سوچتے ہیں تو ہر چیز میں آپ کو ایک فوڈ ملتا ہے، فوڈ۔</w:t>
      </w:r>
    </w:p>
    <w:p>
      <w:r>
        <w:rPr>
          <w:b/>
        </w:rPr>
        <w:t xml:space="preserve">[13:57] </w:t>
      </w:r>
      <w:r>
        <w:t>jis se aap apni personality ko develop karte hain.</w:t>
      </w:r>
    </w:p>
    <w:p>
      <w:pPr>
        <w:jc w:val="right"/>
      </w:pPr>
      <w:r>
        <w:t>جس سے آپ اپنی پرسنیلٹی کو ڈیولپ کرتے ہیں۔</w:t>
      </w:r>
    </w:p>
    <w:p>
      <w:r>
        <w:rPr>
          <w:b/>
        </w:rPr>
        <w:t xml:space="preserve">[14:03] </w:t>
      </w:r>
      <w:r>
        <w:t>yeh hai zindagi ka sahi role. yeh hai zindagi ka sahi role.</w:t>
      </w:r>
    </w:p>
    <w:p>
      <w:pPr>
        <w:jc w:val="right"/>
      </w:pPr>
      <w:r>
        <w:t>یہ ہے زندگی کا صحیح رول۔ یہ ہے زندگی کا صحیح رول۔</w:t>
      </w:r>
    </w:p>
    <w:p>
      <w:r>
        <w:rPr>
          <w:b/>
        </w:rPr>
        <w:t xml:space="preserve">[14:11] </w:t>
      </w:r>
      <w:r>
        <w:t>magar jo kitabein likhi gayi hain Khuda aur jannat par woh bhi sahi direction mein sahi direction nahi deti.</w:t>
      </w:r>
    </w:p>
    <w:p>
      <w:pPr>
        <w:jc w:val="right"/>
      </w:pPr>
      <w:r>
        <w:t>مگر جو کتابیں لکھی گئی ہیں خدا اور جنت پر وہ بھی صحیح ڈائریکشن میں صحیح ڈائریکشن نہیں دیتی۔</w:t>
      </w:r>
    </w:p>
    <w:p>
      <w:r>
        <w:rPr>
          <w:b/>
        </w:rPr>
        <w:t xml:space="preserve">[14:21] </w:t>
      </w:r>
      <w:r>
        <w:t>misalan Khuda par kitabein hain to woh kya hai? Khuda ke deedaar karo, yeh karo, woh karo to Khuda ka deedaar deedaar ho jayega.</w:t>
      </w:r>
    </w:p>
    <w:p>
      <w:pPr>
        <w:jc w:val="right"/>
      </w:pPr>
      <w:r>
        <w:t>مثلاً خدا پر کتابیں ہیں تو وہ کیا ہے؟ خدا کے دیدار کرو، یہ کرو، وہ کرو تو خدا کا دیدار دیدار ہو جائے گا۔</w:t>
      </w:r>
    </w:p>
    <w:p>
      <w:r>
        <w:rPr>
          <w:b/>
        </w:rPr>
        <w:t xml:space="preserve">[14:31] </w:t>
      </w:r>
      <w:r>
        <w:t>yeh bhi galat hai. kyunke Khuda ka deedaar is duniya mein hone wala nahi hai.</w:t>
      </w:r>
    </w:p>
    <w:p>
      <w:pPr>
        <w:jc w:val="right"/>
      </w:pPr>
      <w:r>
        <w:t>یہ بھی غلط ہے۔ کیونکہ خدا کا دیدار اس دنیا میں ہونے والا نہیں ہے۔</w:t>
      </w:r>
    </w:p>
    <w:p>
      <w:r>
        <w:rPr>
          <w:b/>
        </w:rPr>
        <w:t xml:space="preserve">[14:39] </w:t>
      </w:r>
      <w:r>
        <w:t>Khuda ka deedaar is duniya mein hone wala nahi hai. to jo log yeh samajhte hain ke aisa karo, waisa karo to Khuda ka deedaar ho jayega. They are living in falsehood.</w:t>
      </w:r>
    </w:p>
    <w:p>
      <w:pPr>
        <w:jc w:val="right"/>
      </w:pPr>
      <w:r>
        <w:t>خدا کا دیدار اس دنیا میں ہونے والا نہیں ہے۔ تو جو لوگ یہ سمجھتے ہیں کہ ایسا کرو، ویسا کرو تو خدا کا دیدار ہو جائے گا۔ They are living in falsehood۔</w:t>
      </w:r>
    </w:p>
    <w:p>
      <w:r>
        <w:rPr>
          <w:b/>
        </w:rPr>
        <w:t xml:space="preserve">[14:53] </w:t>
      </w:r>
      <w:r>
        <w:t>reality mein nahi jeete, woh falsehood mein jeete hain.</w:t>
      </w:r>
    </w:p>
    <w:p>
      <w:pPr>
        <w:jc w:val="right"/>
      </w:pPr>
      <w:r>
        <w:t>ریلیٹی میں نہیں جیتے، وہ فالسوڈ میں جیتے ہیں۔</w:t>
      </w:r>
    </w:p>
    <w:p>
      <w:r>
        <w:rPr>
          <w:b/>
        </w:rPr>
        <w:t xml:space="preserve">[15:00] </w:t>
      </w:r>
      <w:r>
        <w:t>aise kuch log hain woh bas aik ritual ke taur par Khuda ko mante hain. waqai un ki zindagi mein is ki koi hesiyat nahi hoti. living God ko manna.</w:t>
      </w:r>
    </w:p>
    <w:p>
      <w:pPr>
        <w:jc w:val="right"/>
      </w:pPr>
      <w:r>
        <w:t>ایسے کچھ لوگ ہیں وہ بس ایک ریچول کے طور پر خدا کو مانتے ہیں۔ واقعی ان کی زندگی میں اس کی کوئی حیثیت نہیں ہوتی۔ لیونگ گاڈ کو ماننا۔</w:t>
      </w:r>
    </w:p>
    <w:p>
      <w:r>
        <w:rPr>
          <w:b/>
        </w:rPr>
        <w:t xml:space="preserve">[15:11] </w:t>
      </w:r>
      <w:r>
        <w:t>agar aap living God ko manein tab woh aap ki zindagi mein koi koi darja hasil karega. tab woh aap ki zindagi ko shape karega.</w:t>
      </w:r>
    </w:p>
    <w:p>
      <w:pPr>
        <w:jc w:val="right"/>
      </w:pPr>
      <w:r>
        <w:t>اگر آپ لیونگ گاڈ کو مانیں تب وہ آپ کی زندگی میں کوئی کوئی درجہ حاصل کرے گا۔ تب وہ آپ کی زندگی کو شیپ کرے گا۔</w:t>
      </w:r>
    </w:p>
    <w:p>
      <w:r>
        <w:rPr>
          <w:b/>
        </w:rPr>
        <w:t xml:space="preserve">[15:23] </w:t>
      </w:r>
      <w:r>
        <w:t>living God ka jo concept hai woh aap ko hilayega. woh aap ka guide ban jayega.</w:t>
      </w:r>
    </w:p>
    <w:p>
      <w:pPr>
        <w:jc w:val="right"/>
      </w:pPr>
      <w:r>
        <w:t>لیونگ گاڈ کا جو کانسیپٹ ہے وہ آپ کو ہلائے گا۔ وہ آپ کا گائیڈ بن جائے گا۔</w:t>
      </w:r>
    </w:p>
    <w:p>
      <w:r>
        <w:rPr>
          <w:b/>
        </w:rPr>
        <w:t xml:space="preserve">[15:32] </w:t>
      </w:r>
      <w:r>
        <w:t>lekin main dekhta hoon ke living God ka jo concept hai woh Hayyul Qayyum,</w:t>
      </w:r>
    </w:p>
    <w:p>
      <w:pPr>
        <w:jc w:val="right"/>
      </w:pPr>
      <w:r>
        <w:t>لیکن میں دیکھتا ہوں کہ لیونگ گاڈ کا جو کانسیپٹ ہے وہ حی القیوم،</w:t>
      </w:r>
    </w:p>
    <w:p>
      <w:r>
        <w:rPr>
          <w:b/>
        </w:rPr>
        <w:t xml:space="preserve">[15:40] </w:t>
      </w:r>
      <w:r>
        <w:t>Huwal Hayyul Qayyum, woh kisi ko consciously koi janta nahi. bas ritual se is mein jante hain.</w:t>
      </w:r>
    </w:p>
    <w:p>
      <w:pPr>
        <w:jc w:val="right"/>
      </w:pPr>
      <w:r>
        <w:t>ہو الحی القیوم، وہ کسی کو کانشیسلی کوئی جانتا نہیں۔ بس ریچول سے اس میں جانتے ہیں۔</w:t>
      </w:r>
    </w:p>
    <w:p>
      <w:r>
        <w:rPr>
          <w:b/>
        </w:rPr>
        <w:t xml:space="preserve">[15:51] </w:t>
      </w:r>
      <w:r>
        <w:t>yeh mamla jannat ka hai ke jannat ko bas aqeeday ke taur par mante hain lekin jannat kaise milegi?</w:t>
      </w:r>
    </w:p>
    <w:p>
      <w:pPr>
        <w:jc w:val="right"/>
      </w:pPr>
      <w:r>
        <w:t>یہ معاملہ جنت کا ہے کہ جنت کو بس عقیدے کے طور پر مانتے ہیں لیکن جنت کیسے ملے گی؟</w:t>
      </w:r>
    </w:p>
    <w:p>
      <w:r>
        <w:rPr>
          <w:b/>
        </w:rPr>
        <w:t xml:space="preserve">[15:58] </w:t>
      </w:r>
      <w:r>
        <w:t>samajhte hain ke hum paida ho gaye Muslim family mein to hamari jannat hai. hum ne dayein haath se pani pi liya to jannat hai.</w:t>
      </w:r>
    </w:p>
    <w:p>
      <w:pPr>
        <w:jc w:val="right"/>
      </w:pPr>
      <w:r>
        <w:t>سمجھتے ہیں کہ ہم پیدا ہوگئے مسلم فیملی میں تو ہماری جنت ہے۔ ہم نے دائیں ہاتھ سے پانی پی لیا تو جنت ہے۔</w:t>
      </w:r>
    </w:p>
    <w:p>
      <w:r>
        <w:rPr>
          <w:b/>
        </w:rPr>
        <w:t xml:space="preserve">[16:10] </w:t>
      </w:r>
      <w:r>
        <w:t>aisi kuch cheezein hain ritual type ki.</w:t>
      </w:r>
    </w:p>
    <w:p>
      <w:pPr>
        <w:jc w:val="right"/>
      </w:pPr>
      <w:r>
        <w:t>ایسی کچھ چیزیں ہیں ریچول ٹائپ کی۔</w:t>
      </w:r>
    </w:p>
    <w:p>
      <w:r>
        <w:rPr>
          <w:b/>
        </w:rPr>
        <w:t xml:space="preserve">[16:16] </w:t>
      </w:r>
      <w:r>
        <w:t>to behal main yeh kahunga ke aap log khud isi ko ikhtiyar karein aur doosron ko batayein ke jo daily life hamari hai,</w:t>
      </w:r>
    </w:p>
    <w:p>
      <w:pPr>
        <w:jc w:val="right"/>
      </w:pPr>
      <w:r>
        <w:t>تو بہرحال میں یہ کہوں گا کہ آپ لوگ خود اسی کو اختیار کریں اور دوسروں کو بتائیں کہ جو ڈیلی لائف ہماری ہے،</w:t>
      </w:r>
    </w:p>
    <w:p>
      <w:r>
        <w:rPr>
          <w:b/>
        </w:rPr>
        <w:t xml:space="preserve">[16:30] </w:t>
      </w:r>
      <w:r>
        <w:t>daily life is mein jo tarah tarah ke experience hote hain, jo tarah tarah ki baatein samne aati hain, un sab se aap ko aik aik food lena hai, aik rizq lena hai.</w:t>
      </w:r>
    </w:p>
    <w:p>
      <w:pPr>
        <w:jc w:val="right"/>
      </w:pPr>
      <w:r>
        <w:t>ڈیلی لائف اس میں جو طرح طرح کے ایکسپیرینس ہوتے ہیں، جو طرح طرح کی باتیں سامنے آتی ہیں، ان سب سے آپ کو ایک ایک فوڈ لینا ہے، ایک رزق لینا ہے۔</w:t>
      </w:r>
    </w:p>
    <w:p>
      <w:r>
        <w:rPr>
          <w:b/>
        </w:rPr>
        <w:t xml:space="preserve">[16:45] </w:t>
      </w:r>
      <w:r>
        <w:t>is se apni personality ko banana hai.</w:t>
      </w:r>
    </w:p>
    <w:p>
      <w:pPr>
        <w:jc w:val="right"/>
      </w:pPr>
      <w:r>
        <w:t>اس سے اپنی پرسنیلٹی کو بنانا ہے۔</w:t>
      </w:r>
    </w:p>
    <w:p>
      <w:r>
        <w:rPr>
          <w:b/>
        </w:rPr>
        <w:t xml:space="preserve">[16:52] </w:t>
      </w:r>
      <w:r>
        <w:t>is se apni personality ko banana hai.</w:t>
      </w:r>
    </w:p>
    <w:p>
      <w:pPr>
        <w:jc w:val="right"/>
      </w:pPr>
      <w:r>
        <w:t>اس سے اپنی پرسنیلٹی کو بلانا ہے۔</w:t>
      </w:r>
    </w:p>
    <w:p>
      <w:r>
        <w:rPr>
          <w:b/>
        </w:rPr>
        <w:t xml:space="preserve">[16:55] </w:t>
      </w:r>
      <w:r>
        <w:t>food ki hazaron qismein hain. jaise aap ko kisi ne aisi baat kahi ke aap offend ho gaye, aap ko ghussa aa gaya, aap ko hate paida ho gaya, to us waqt aap ne apne jazbat ko manage kiya,</w:t>
      </w:r>
    </w:p>
    <w:p>
      <w:pPr>
        <w:jc w:val="right"/>
      </w:pPr>
      <w:r>
        <w:t>فوڈ کی ہزاروں قسمیں ہیں۔ جیسے آپ کو کسی نے ایسی بات کہی کہ آپ افینڈ ہو گئے، آپ کو غصہ آ گیا، آپ کو ہیٹ پیدا ہو گیا، تو اس وقت آپ نے اپنے جذبات کو مینج کیا،</w:t>
      </w:r>
    </w:p>
    <w:p>
      <w:r>
        <w:rPr>
          <w:b/>
        </w:rPr>
        <w:t xml:space="preserve">[17:14] </w:t>
      </w:r>
      <w:r>
        <w:t>apne ko control mein rakha, phir socha aur apne negative thought ko positive thought mein convert kiya. to yeh hai rizq jannat.</w:t>
      </w:r>
    </w:p>
    <w:p>
      <w:pPr>
        <w:jc w:val="right"/>
      </w:pPr>
      <w:r>
        <w:t>اپنے کو کنٹرول میں رکھا، پھر سوچا اور اپنے نیگیٹیو تھاٹ کو پازیٹیو تھاٹ میں کنورٹ کیا۔ تو یہ ہے رزق جنت۔</w:t>
      </w:r>
    </w:p>
    <w:p>
      <w:r>
        <w:rPr>
          <w:b/>
        </w:rPr>
        <w:t xml:space="preserve">[17:24] </w:t>
      </w:r>
      <w:r>
        <w:t>to aap ne goya jannat ka aik rizq hasil kiya.</w:t>
      </w:r>
    </w:p>
    <w:p>
      <w:pPr>
        <w:jc w:val="right"/>
      </w:pPr>
      <w:r>
        <w:t>تو آپ نے گویا جنت کا ایک رزق حاصل کیا۔</w:t>
      </w:r>
    </w:p>
    <w:p>
      <w:r>
        <w:rPr>
          <w:b/>
        </w:rPr>
        <w:t xml:space="preserve">[17:30] </w:t>
      </w:r>
      <w:r>
        <w:t>aap ne jannat ka ek rizq hasil kiya.</w:t>
      </w:r>
    </w:p>
    <w:p>
      <w:pPr>
        <w:jc w:val="right"/>
      </w:pPr>
      <w:r>
        <w:t>آپ نے جنت کا ایک رزق حاصل کیا۔</w:t>
      </w:r>
    </w:p>
    <w:p>
      <w:r>
        <w:rPr>
          <w:b/>
        </w:rPr>
        <w:t xml:space="preserve">[17:38] </w:t>
      </w:r>
      <w:r>
        <w:t>to jab aap ko mut yeh kahoon ga ke jo aap jo aadmi aap ko ghussa dilaye woh aap ka motion hai, woh aap ka manufacture hai.</w:t>
      </w:r>
    </w:p>
    <w:p>
      <w:pPr>
        <w:jc w:val="right"/>
      </w:pPr>
      <w:r>
        <w:t>تو جب آپ کو مت یہ کہوں گا کہ جو آپ جو آدمی آپ کو غصہ دلائے وہ آپ کا موشن ہے، وہ آپ کا مینیفیکچر ہے۔</w:t>
      </w:r>
    </w:p>
    <w:p>
      <w:r>
        <w:rPr>
          <w:b/>
        </w:rPr>
        <w:t xml:space="preserve">[17:49] </w:t>
      </w:r>
      <w:r>
        <w:t>kyunke agar ghussa na dilaye koi to aap kaise art of anger management ka tajurba karenge? agar koi aap ko ghussa na dilaye to kaise aap tajurba karenge art of anger management ka?</w:t>
      </w:r>
    </w:p>
    <w:p>
      <w:pPr>
        <w:jc w:val="right"/>
      </w:pPr>
      <w:r>
        <w:t>کیونکہ اگر غصہ نہ دلائے کوئی تو آپ کیسے آرٹ آف اینگر مینجمنٹ کا تجربہ کریں گے؟ اگر کوئی آپ کو غصہ نہ دلائے تو کیسے آپ تجربہ کریں گے آرٹ آف اینگر مینجمنٹ کا؟</w:t>
      </w:r>
    </w:p>
    <w:p>
      <w:r>
        <w:rPr>
          <w:b/>
        </w:rPr>
        <w:t xml:space="preserve">[18:07] </w:t>
      </w:r>
      <w:r>
        <w:t>aur kis se woh woh rizq jo rakha hua hai ghusse ko, yani ghusse ko peene mein, ghusse ko zabt karne mein, woh woh woh kaise ho?</w:t>
      </w:r>
    </w:p>
    <w:p>
      <w:pPr>
        <w:jc w:val="right"/>
      </w:pPr>
      <w:r>
        <w:t>اور کس سے وہ وہ رزق جو رکھا ہوا ہے غصے کو، یعنی غصے کو پی جانے میں، غصے کو ضبط کرنے میں، وہ وہ وہ کیسے ہو؟</w:t>
      </w:r>
    </w:p>
    <w:p>
      <w:r>
        <w:rPr>
          <w:b/>
        </w:rPr>
        <w:t xml:space="preserve">[18:18] </w:t>
      </w:r>
      <w:r>
        <w:t>woh rizq kaise mile ga?</w:t>
      </w:r>
    </w:p>
    <w:p>
      <w:pPr>
        <w:jc w:val="right"/>
      </w:pPr>
      <w:r>
        <w:t>وہ رزق کیسے ملے گا؟</w:t>
      </w:r>
    </w:p>
    <w:p>
      <w:r>
        <w:rPr>
          <w:b/>
        </w:rPr>
        <w:t xml:space="preserve">[18:22] </w:t>
      </w:r>
      <w:r>
        <w:t>to yaad rakhiye wohi aadmi aap ka motion nahi hai jo aap ko sach much kuch de. woh aadmi aap ka motion hai jo aap se kuch cheenne ki koshish kare.</w:t>
      </w:r>
    </w:p>
    <w:p>
      <w:pPr>
        <w:jc w:val="right"/>
      </w:pPr>
      <w:r>
        <w:t>تو یاد رکھیے وہی آدمی آپ کا موشن نہیں ہے جو آپ کو سچ مچ کچھ دے۔ وہ آدمی آپ کا موشن ہے جو آپ سے کچھ چھیننے کی کوشش کرے۔</w:t>
      </w:r>
    </w:p>
    <w:p>
      <w:r>
        <w:rPr>
          <w:b/>
        </w:rPr>
        <w:t xml:space="preserve">[18:33] </w:t>
      </w:r>
      <w:r>
        <w:t>wohi aadmi aap ka motion nahi hai jo aap ko khush karne wali baat</w:t>
      </w:r>
    </w:p>
    <w:p>
      <w:pPr>
        <w:jc w:val="right"/>
      </w:pPr>
      <w:r>
        <w:t>وہی آدمی آپ کا موشن نہیں ہے جو آپ کو خوش کرنے والی بات</w:t>
      </w:r>
    </w:p>
    <w:p>
      <w:r>
        <w:rPr>
          <w:b/>
        </w:rPr>
        <w:t xml:space="preserve">[18:36] </w:t>
      </w:r>
      <w:r>
        <w:t>ein kare. woh bhi aap ka motion hai jo aap ko ghussa dilaye, jo offend kare aap ko. kyunke aap ko woh mauqa deta hai ke aap ek jannat ka ek rizq is waqt daryaft karein aur us ko apne apni apni apni apni ghiza ghiza banaein.</w:t>
      </w:r>
    </w:p>
    <w:p>
      <w:pPr>
        <w:jc w:val="right"/>
      </w:pPr>
      <w:r>
        <w:t>یں کرے۔ وہ بھی آپ کا موشن ہے جو آپ کو غصہ دلائے، جو افینڈ کرے آپ کو۔ کیونکہ آپ کو وہ موقع دیتا ہے کہ آپ ایک جنت کا ایک رزق اس وقت دریافت کریں اور اس کو اپنے اپنی اپنی اپنی اپنی غذا غذا بنائیں۔</w:t>
      </w:r>
    </w:p>
    <w:p>
      <w:r>
        <w:rPr>
          <w:b/>
        </w:rPr>
        <w:t xml:space="preserve">[18:57] </w:t>
      </w:r>
      <w:r>
        <w:t>is tarah apne andar jannat wali personality develop karein.</w:t>
      </w:r>
    </w:p>
    <w:p>
      <w:pPr>
        <w:jc w:val="right"/>
      </w:pPr>
      <w:r>
        <w:t>اس طرح اپنے اندر جنت والی پرسنیلٹی ڈیولپ کریں۔</w:t>
      </w:r>
    </w:p>
    <w:p>
      <w:r>
        <w:rPr>
          <w:b/>
        </w:rPr>
        <w:t xml:space="preserve">[19:06] </w:t>
      </w:r>
      <w:r>
        <w:t>to is soch ke sath dunya banana hai. is tarah ke waqiat jo hain us ko mein warning is liye kar raha hoon. warning ke woh batate hain ke jis soch ke sath tum jee rahe ho woh soch sahi nahi hai.</w:t>
      </w:r>
    </w:p>
    <w:p>
      <w:pPr>
        <w:jc w:val="right"/>
      </w:pPr>
      <w:r>
        <w:t>تو اس سوچ کے ساتھ دنیا بنانا ہے۔ اس طرح کے واقعات جو ہیں اس کو میں وارننگ اس لیے کر رہا ہوں۔ وارننگ کہ وہ بتاتے ہیں کہ جس سوچ کے ساتھ تم جی رہے ہو وہ سوچ صحیح نہیں ہے۔</w:t>
      </w:r>
    </w:p>
    <w:p>
      <w:r>
        <w:rPr>
          <w:b/>
        </w:rPr>
        <w:t xml:space="preserve">[19:21] </w:t>
      </w:r>
      <w:r>
        <w:t>kabhi nepal mein, aaj nepal mein hua, kahin kahin kahin hoga, kahin kahin hoga to kisi par woh azaab nahi hota. kisi par nahi</w:t>
      </w:r>
    </w:p>
    <w:p>
      <w:pPr>
        <w:jc w:val="right"/>
      </w:pPr>
      <w:r>
        <w:t>کبھی نیپال میں، آج نیپال میں ہوا، کہیں کہیں کہیں ہوگا، کہیں کہیں ہوگا تو کسی پر وہ عذاب نہیں ہوتا۔ کسی پر نہیں</w:t>
      </w:r>
    </w:p>
    <w:p>
      <w:r>
        <w:rPr>
          <w:b/>
        </w:rPr>
        <w:t xml:space="preserve">[19:29] </w:t>
      </w:r>
      <w:r>
        <w:t>. woh to ek point of reference hota hai jis ko le kar hum sochein aur sabak lein us se. abhi yeh jab mein uthaya us ko</w:t>
      </w:r>
    </w:p>
    <w:p>
      <w:pPr>
        <w:jc w:val="right"/>
      </w:pPr>
      <w:r>
        <w:t>۔ وہ تو ایک پوائنٹ آف ریفرنس ہوتا ہے جس کو لے کر ہم سوچیں اور سبق لیں اس سے۔ ابھی یہ جب میں اٹھایا اس کو</w:t>
      </w:r>
    </w:p>
    <w:p>
      <w:r>
        <w:rPr>
          <w:b/>
        </w:rPr>
        <w:t xml:space="preserve">[19:41] </w:t>
      </w:r>
      <w:r>
        <w:t>to mein ne socha kya is metal ko bana sakta hoon mein? yeh ek metal se yeh bana hai. to kya mein is metal ko create kar sakta hoon?</w:t>
      </w:r>
    </w:p>
    <w:p>
      <w:pPr>
        <w:jc w:val="right"/>
      </w:pPr>
      <w:r>
        <w:t>تو میں نے سوچا کیا اس میٹل کو بنا سکتا ہوں میں؟ یہ ایک میٹل سے یہ بنا ہے۔ تو کیا میں اس میٹل کو کریٹ کر سکتا ہوں؟</w:t>
      </w:r>
    </w:p>
    <w:p>
      <w:r>
        <w:rPr>
          <w:b/>
        </w:rPr>
        <w:t xml:space="preserve">[19:56] </w:t>
      </w:r>
      <w:r>
        <w:t>jis ne yeh banaya hai us ne create nahi kiya hai.</w:t>
      </w:r>
    </w:p>
    <w:p>
      <w:pPr>
        <w:jc w:val="right"/>
      </w:pPr>
      <w:r>
        <w:t>جس نے یہ بنایا ہے اس نے کریٹ نہیں کیا ہے۔</w:t>
      </w:r>
    </w:p>
    <w:p>
      <w:r>
        <w:rPr>
          <w:b/>
        </w:rPr>
        <w:t xml:space="preserve">[20:00] </w:t>
      </w:r>
      <w:r>
        <w:t>us ne to ek us ko ek shape diya hai, shape. to mere dil ne kaha ke mein to yeh metal create nahi kar sakta. to us jab aap yeh question karenge tab aap ek cheez discover karenge ke agar mein creator nahi hoon to koi to creator hona chahiye is ka.</w:t>
      </w:r>
    </w:p>
    <w:p>
      <w:pPr>
        <w:jc w:val="right"/>
      </w:pPr>
      <w:r>
        <w:t>اس نے تو ایک اس کو ایک شیپ دیا ہے، شیپ۔ تو میرے دل نے کہا کہ میں تو یہ میٹل کریٹ نہیں کر سکتا۔ تو اس جب آپ یہ کوئسچن کریں گے تب آپ ایک چیز ڈسکور کریں گے کہ اگر میں کریٹر نہیں ہوں تو کوئی تو کریٹر ہونا چاہیے اس کا۔</w:t>
      </w:r>
    </w:p>
    <w:p>
      <w:r>
        <w:rPr>
          <w:b/>
        </w:rPr>
        <w:t xml:space="preserve">[20:20] </w:t>
      </w:r>
      <w:r>
        <w:t>koi to hona chahiye.</w:t>
      </w:r>
    </w:p>
    <w:p>
      <w:pPr>
        <w:jc w:val="right"/>
      </w:pPr>
      <w:r>
        <w:t>کوئی تو ہونا چاہیے۔</w:t>
      </w:r>
    </w:p>
    <w:p>
      <w:r>
        <w:rPr>
          <w:b/>
        </w:rPr>
        <w:t xml:space="preserve">[20:23] </w:t>
      </w:r>
      <w:r>
        <w:t>to jab aap us ko discover karenge</w:t>
      </w:r>
    </w:p>
    <w:p>
      <w:pPr>
        <w:jc w:val="right"/>
      </w:pPr>
      <w:r>
        <w:t>تو جب آپ اس کو ڈسکور کریں گے</w:t>
      </w:r>
    </w:p>
    <w:p>
      <w:r>
        <w:rPr>
          <w:b/>
        </w:rPr>
        <w:t xml:space="preserve">[20:28] </w:t>
      </w:r>
      <w:r>
        <w:t>to ek bohat bara waqia pesh aaye ga. dekhiye mein ek ek bohat hi important baat arz karna chahta hoon ke Khuda ko daryaft karna, Khuda ko discover karna ibtidai tor par hota hai rational tareeqe se</w:t>
      </w:r>
    </w:p>
    <w:p>
      <w:pPr>
        <w:jc w:val="right"/>
      </w:pPr>
      <w:r>
        <w:t>تو ایک بہت بڑا واقعہ پیش آئے گا۔ دیکھیے میں ایک ایک بہت ہی امپورٹنٹ بات عرض کرنا چاہتا ہوں کہ خدا کو دریافت کرنا، خدا کو ڈسکور کرنا ابتدائی طور پر ہوتا ہے ریشنل طریقے سے</w:t>
      </w:r>
    </w:p>
    <w:p>
      <w:r>
        <w:rPr>
          <w:b/>
        </w:rPr>
        <w:t xml:space="preserve">[20:48] </w:t>
      </w:r>
      <w:r>
        <w:t>. yani aap reason reason ko istemal kar ke jaise yeh reason reason ko istemal karna hai. yeh metal kis ne banaya hai? mein ne banaya hai to koi doosra banane wala hai.</w:t>
      </w:r>
    </w:p>
    <w:p>
      <w:pPr>
        <w:jc w:val="right"/>
      </w:pPr>
      <w:r>
        <w:t>۔ یعنی آپ ریزن ریزن کو استعمال کر کے جیسے یہ ریزن ریزن کو استعمال کرنا ہے۔ یہ میٹل کس نے بنایا ہے؟ میں نے بنایا ہے تو کوئی دوسرا بنانے والا ہے۔</w:t>
      </w:r>
    </w:p>
    <w:p>
      <w:r>
        <w:rPr>
          <w:b/>
        </w:rPr>
        <w:t xml:space="preserve">[20:58] </w:t>
      </w:r>
      <w:r>
        <w:t>yeh hai rational discovery. lekin rational discovery jo hai apne aap mein woh conviction nahi banti.</w:t>
      </w:r>
    </w:p>
    <w:p>
      <w:pPr>
        <w:jc w:val="right"/>
      </w:pPr>
      <w:r>
        <w:t>یہ ہے ریشنل ڈسکوری۔ لیکن ریشنل ڈسکوری جو ہے اپنے آپ میں وہ کنوکشن نہیں بنتی۔</w:t>
      </w:r>
    </w:p>
    <w:p>
      <w:r>
        <w:rPr>
          <w:b/>
        </w:rPr>
        <w:t xml:space="preserve">[21:10] </w:t>
      </w:r>
      <w:r>
        <w:t>woh ek qism ki technical discovery hai. aur jabke matlab yeh hai ke aap aap ki discovery aap ka yaqeen ban jaye, yaqeen conviction ban jaye.</w:t>
      </w:r>
    </w:p>
    <w:p>
      <w:pPr>
        <w:jc w:val="right"/>
      </w:pPr>
      <w:r>
        <w:t>وہ ایک قسم کی ٹیکنیکل ڈسکوری ہے۔ اور جبکہ مطلوب یہ ہے کہ آپ آپ کی ڈسکوری آپ کا یقین بن جائے، یقین کنوکشن بن جائے۔</w:t>
      </w:r>
    </w:p>
    <w:p>
      <w:r>
        <w:rPr>
          <w:b/>
        </w:rPr>
        <w:t xml:space="preserve">[21:21] </w:t>
      </w:r>
      <w:r>
        <w:t>to Khuda ko technical tor par jaan lena yeh kafi nahi hai. zaroorat hai ke us par aap conviction ho.</w:t>
      </w:r>
    </w:p>
    <w:p>
      <w:pPr>
        <w:jc w:val="right"/>
      </w:pPr>
      <w:r>
        <w:t>تو خدا کو ٹیکنیکل طور پر جان لینا یہ کافی نہیں ہے۔ ضرورت ہے کہ اس پر آپ کنوکشن ہو۔</w:t>
      </w:r>
    </w:p>
    <w:p>
      <w:r>
        <w:rPr>
          <w:b/>
        </w:rPr>
        <w:t xml:space="preserve">[21:32] </w:t>
      </w:r>
      <w:r>
        <w:t>phir aur barh kar aap ko Khuda se mohabbat ho, Khuda se khauf ho.</w:t>
      </w:r>
    </w:p>
    <w:p>
      <w:pPr>
        <w:jc w:val="right"/>
      </w:pPr>
      <w:r>
        <w:t>پھر اور بڑھ کر آپ کو خدا سے محبت ہو، خدا سے خوف ہو۔</w:t>
      </w:r>
    </w:p>
    <w:p>
      <w:r>
        <w:rPr>
          <w:b/>
        </w:rPr>
        <w:t xml:space="preserve">[21:38] </w:t>
      </w:r>
      <w:r>
        <w:t>to yeh doosra jo yani discovery of God ka ek pehla darja hua, ek doosra darja hua. discovery of God ka pehla darja yeh hai ke aap ki aqal ne, aap ki reason ne</w:t>
      </w:r>
    </w:p>
    <w:p>
      <w:pPr>
        <w:jc w:val="right"/>
      </w:pPr>
      <w:r>
        <w:t>تو یہ دوسرا جو یعنی ڈسکوری آف گاڈ کا ایک پہلا درجہ ہوا، ایک دوسرا درجہ ہوا۔ ڈسکوری آف گاڈ کا پہلا درجہ یہ ہے کہ آپ کی عقل نے، آپ کی ریزن نے</w:t>
      </w:r>
    </w:p>
    <w:p>
      <w:r>
        <w:rPr>
          <w:b/>
        </w:rPr>
        <w:t xml:space="preserve">[21:54] </w:t>
      </w:r>
      <w:r>
        <w:t>koi aisi baat pesh aayi ke us ne us mein aap ko us ko daryaft kar liya.</w:t>
      </w:r>
    </w:p>
    <w:p>
      <w:pPr>
        <w:jc w:val="right"/>
      </w:pPr>
      <w:r>
        <w:t>کوئی ایسی بات پیش آئی کہ اس نے اس میں آپ کو اس کو دریافت کر لیا۔</w:t>
      </w:r>
    </w:p>
    <w:p>
      <w:r>
        <w:rPr>
          <w:b/>
        </w:rPr>
        <w:t xml:space="preserve">[22:01] </w:t>
      </w:r>
      <w:r>
        <w:t>lekin is ke baad kya hai jis ko hum kehte hain intuition</w:t>
      </w:r>
    </w:p>
    <w:p>
      <w:pPr>
        <w:jc w:val="right"/>
      </w:pPr>
      <w:r>
        <w:t>لیکن اس کے بعد کیا ہے جس کو ہم کہتے ہیں انٹیوشن</w:t>
      </w:r>
    </w:p>
    <w:p>
      <w:r>
        <w:rPr>
          <w:b/>
        </w:rPr>
        <w:t xml:space="preserve">[22:08] </w:t>
      </w:r>
      <w:r>
        <w:t>ek hai reason, ek hai intuition. to reason pehle</w:t>
      </w:r>
    </w:p>
    <w:p>
      <w:pPr>
        <w:jc w:val="right"/>
      </w:pPr>
      <w:r>
        <w:t>۔ ایک ہے ریزن، ایک ہے انٹیوشن۔ تو ریزن پہلے</w:t>
      </w:r>
    </w:p>
    <w:p>
      <w:r>
        <w:rPr>
          <w:b/>
        </w:rPr>
        <w:t xml:space="preserve">[22:18] </w:t>
      </w:r>
      <w:r>
        <w:t>rational level par daryaft karti hai. rational level par daryaft karti hai. lekin is ke foran baad kya hota hai? yaani yaani according to the law of nature ke intuition ki khidkiyan khul jaati hain.</w:t>
      </w:r>
    </w:p>
    <w:p>
      <w:pPr>
        <w:jc w:val="right"/>
      </w:pPr>
      <w:r>
        <w:t>ریشنل لیول پر دریافت کرتی ہے۔ ریشنل لیول پر دریافت کرتی ہے۔ لیکن اس کے فوراً بعد کیا ہوتا ہے؟ یعنی یعنی اکارڈنگ ٹو دا لاء آف نیچر کہ انٹیوشن کی کھڑکیاں کھل جاتی ہیں۔</w:t>
      </w:r>
    </w:p>
    <w:p>
      <w:r>
        <w:rPr>
          <w:b/>
        </w:rPr>
        <w:t xml:space="preserve">[22:34] </w:t>
      </w:r>
      <w:r>
        <w:t>yeh bohat ajeeb baat hai.</w:t>
      </w:r>
    </w:p>
    <w:p>
      <w:pPr>
        <w:jc w:val="right"/>
      </w:pPr>
      <w:r>
        <w:t>یہ بہت عجیب بات ہے۔</w:t>
      </w:r>
    </w:p>
    <w:p>
      <w:r>
        <w:rPr>
          <w:b/>
        </w:rPr>
        <w:t xml:space="preserve">[22:37] </w:t>
      </w:r>
      <w:r>
        <w:t>jaise hi aap ne reason ke level par is cheez ko daryaft kiya, Allah ke wajood ko daryaft kiya to baat wahin rukegi nahin.</w:t>
      </w:r>
    </w:p>
    <w:p>
      <w:pPr>
        <w:jc w:val="right"/>
      </w:pPr>
      <w:r>
        <w:t>جیسے ہی آپ نے ریزن کے لیول پر اس چیز کو دریافت کیا، اللہ کے وجود کو دریافت کیا تو بات وہیں رکے گی نہیں۔</w:t>
      </w:r>
    </w:p>
    <w:p>
      <w:r>
        <w:rPr>
          <w:b/>
        </w:rPr>
        <w:t xml:space="preserve">[22:51] </w:t>
      </w:r>
      <w:r>
        <w:t>is ke foran baad yeh hoga ke aap ke andar jo intuition ka baat hai,</w:t>
      </w:r>
    </w:p>
    <w:p>
      <w:pPr>
        <w:jc w:val="right"/>
      </w:pPr>
      <w:r>
        <w:t>اس کے فوراً بعد یہ ہوگا کہ آپ کے اندر جو انٹیوشن کا بات ہے،</w:t>
      </w:r>
    </w:p>
    <w:p>
      <w:r>
        <w:rPr>
          <w:b/>
        </w:rPr>
        <w:t xml:space="preserve">[22:57] </w:t>
      </w:r>
      <w:r>
        <w:t>intuition ka jo wali jo cheez hai,</w:t>
      </w:r>
    </w:p>
    <w:p>
      <w:pPr>
        <w:jc w:val="right"/>
      </w:pPr>
      <w:r>
        <w:t>انٹیوشن کا جو والی جو چیز ہے،</w:t>
      </w:r>
    </w:p>
    <w:p>
      <w:r>
        <w:rPr>
          <w:b/>
        </w:rPr>
        <w:t xml:space="preserve">[23:03] </w:t>
      </w:r>
      <w:r>
        <w:t>foran us ki khidkiyan khul jayengi. aur jab intuition ki khidkiyan khul jayengi, awab ka woh rizq intuition mein dakhil hoga, wahan se phir woh connection ban jayega.</w:t>
      </w:r>
    </w:p>
    <w:p>
      <w:pPr>
        <w:jc w:val="right"/>
      </w:pPr>
      <w:r>
        <w:t>فوراً اس کی کھڑکیاں کھل جائیں گی۔ اور جب انٹیوشن کی کھڑکیاں کھل جائیں گی، عواب کا وہ رزق انٹیوشن میں داخل ہوگا، وہاں سے پھر وہ کنکشن بن جائے گا۔</w:t>
      </w:r>
    </w:p>
    <w:p>
      <w:r>
        <w:rPr>
          <w:b/>
        </w:rPr>
        <w:t xml:space="preserve">[23:16] </w:t>
      </w:r>
      <w:r>
        <w:t>yaani con yeh jo yaqeen jo hai, yaqeen woh intuition ka yaani product hai, kahiye ya is ka nateeja hai.</w:t>
      </w:r>
    </w:p>
    <w:p>
      <w:pPr>
        <w:jc w:val="right"/>
      </w:pPr>
      <w:r>
        <w:t>یعنی کن یہ جو یقین جو ہے، یقین وہ انٹیوشن کا یعنی پروڈکٹ ہے، کہیے یا اس کا نتیجہ ہے۔</w:t>
      </w:r>
    </w:p>
    <w:p>
      <w:r>
        <w:rPr>
          <w:b/>
        </w:rPr>
        <w:t xml:space="preserve">[23:31] </w:t>
      </w:r>
      <w:r>
        <w:t>to reason aap ko maloomat ki satah par, yaani maloomat ki satah par aap ko batata hai ke yahan koi creator hai.</w:t>
      </w:r>
    </w:p>
    <w:p>
      <w:pPr>
        <w:jc w:val="right"/>
      </w:pPr>
      <w:r>
        <w:t>تو ریزن آپ کو معلومات کی سطح پر، یعنی معلومات کی سطح پر آپ کو بتاتا ہے کہ یہاں کوئی کریٹر ہے۔</w:t>
      </w:r>
    </w:p>
    <w:p>
      <w:r>
        <w:rPr>
          <w:b/>
        </w:rPr>
        <w:t xml:space="preserve">[23:44] </w:t>
      </w:r>
      <w:r>
        <w:t>lekin ek bohat zabardast mechanism hai aap ke andar, bohat zabardast mechanism hai</w:t>
      </w:r>
    </w:p>
    <w:p>
      <w:pPr>
        <w:jc w:val="right"/>
      </w:pPr>
      <w:r>
        <w:t>لیکن ایک بہت زبردست میکنزم ہے آپ کے اندر، بہت زبردست میکنزم ہے</w:t>
      </w:r>
    </w:p>
    <w:p>
      <w:r>
        <w:rPr>
          <w:b/>
        </w:rPr>
        <w:t xml:space="preserve">[23:55] </w:t>
      </w:r>
      <w:r>
        <w:t>jis mein dono inter interconnected hain. yaani reason aur intuition dono interconnected hain.</w:t>
      </w:r>
    </w:p>
    <w:p>
      <w:pPr>
        <w:jc w:val="right"/>
      </w:pPr>
      <w:r>
        <w:t>جس میں دونوں انٹر انٹرلیکٹڈ ہیں۔ یعنی ریزن اور انٹیوشن دونوں انٹرلیکٹڈ ہیں۔</w:t>
      </w:r>
    </w:p>
    <w:p>
      <w:r>
        <w:rPr>
          <w:b/>
        </w:rPr>
        <w:t xml:space="preserve">[24:07] </w:t>
      </w:r>
      <w:r>
        <w:t>jaise hi reason ki satah par aap ko discovery hui, foran hi intuition ki khidkiyan khul jayengi.</w:t>
      </w:r>
    </w:p>
    <w:p>
      <w:pPr>
        <w:jc w:val="right"/>
      </w:pPr>
      <w:r>
        <w:t>جیسے ہی ریزن کی سطح پر آپ کو ڈسکوری ہوئی، فوراً ہی انٹیوشن کی کھڑکیاں کھل جائیں گی۔</w:t>
      </w:r>
    </w:p>
    <w:p>
      <w:r>
        <w:rPr>
          <w:b/>
        </w:rPr>
        <w:t xml:space="preserve">[24:19] </w:t>
      </w:r>
      <w:r>
        <w:t>automatic tor par. aur phir wahan se shuru hoga safar yaqeen conviction ka, yaqeen ka. yaani pehla safar tha daryaft ka, doosra safar hoga ek ek yaqeen ka, conviction ka.</w:t>
      </w:r>
    </w:p>
    <w:p>
      <w:pPr>
        <w:jc w:val="right"/>
      </w:pPr>
      <w:r>
        <w:t>اٹومیٹک طور پر۔ اور پھر وہاں سے شروع ہوگا سفر یقین کنوکشن کا، یقین کا۔ یعنی پہلا سفر تھا دریافت کا، دوسرا سفر ہوگا ایک ایک یقین کا، کنوکشن کا۔</w:t>
      </w:r>
    </w:p>
    <w:p>
      <w:r>
        <w:rPr>
          <w:b/>
        </w:rPr>
        <w:t xml:space="preserve">[24:36] </w:t>
      </w:r>
      <w:r>
        <w:t>phir yeh dono safar khatam nahin hote. reason ki satah discovery bhi barabar hoti rehti hai. jaise main ne kal pati se discover kiya, aaj main ne is cover se discover kiya.</w:t>
      </w:r>
    </w:p>
    <w:p>
      <w:pPr>
        <w:jc w:val="right"/>
      </w:pPr>
      <w:r>
        <w:t>پھر یہ دونوں سفر ختم نہیں ہوتے۔ ریزن کی سطح ڈسکوری بھی برابر ہوتی رہتی ہے۔ جیسے میں نے کل پتی سے ڈسکور کیا، آج میں نے اس کور سے ڈسکور کیا۔</w:t>
      </w:r>
    </w:p>
    <w:p>
      <w:r>
        <w:rPr>
          <w:b/>
        </w:rPr>
        <w:t xml:space="preserve">[24:51] </w:t>
      </w:r>
      <w:r>
        <w:t>aise in new new item hain. to har item se aap ko ek discovery hoti rahegi.</w:t>
      </w:r>
    </w:p>
    <w:p>
      <w:pPr>
        <w:jc w:val="right"/>
      </w:pPr>
      <w:r>
        <w:t>ایسے ان نیور نیورس آئٹم ہیں۔ تو ہر آئٹم سے آپ کو ایک ڈسکوری ہوتی رہے گی۔</w:t>
      </w:r>
    </w:p>
    <w:p>
      <w:r>
        <w:rPr>
          <w:b/>
        </w:rPr>
        <w:t xml:space="preserve">[25:04] </w:t>
      </w:r>
      <w:r>
        <w:t>isi tareeqe se new item hai jis se aap ke reason, jis se aap ke intuition ko food milta hai. phir yaqeen hi badhta rehta hai, badhta rehta hai, badhta rehta hai.</w:t>
      </w:r>
    </w:p>
    <w:p>
      <w:pPr>
        <w:jc w:val="right"/>
      </w:pPr>
      <w:r>
        <w:t>اسی طریقے سے نیورس آئٹم ہے جس سے آپ کے ریزن، جس سے آپ کے انٹیوشن کو فوڈ ملتا ہے۔ پھر یقین ہی بڑھتا رہتا ہے، بڑھتا رہتا ہے، بڑھتا رہتا ہے۔</w:t>
      </w:r>
    </w:p>
    <w:p>
      <w:r>
        <w:rPr>
          <w:b/>
        </w:rPr>
        <w:t xml:space="preserve">[25:17] </w:t>
      </w:r>
      <w:r>
        <w:t>yahi hai safar jannat. yahi safar jannat hai.</w:t>
      </w:r>
    </w:p>
    <w:p>
      <w:pPr>
        <w:jc w:val="right"/>
      </w:pPr>
      <w:r>
        <w:t>یہی ہے سفر جنت۔ یہی سفر جنت ہے۔</w:t>
      </w:r>
    </w:p>
    <w:p>
      <w:r>
        <w:rPr>
          <w:b/>
        </w:rPr>
        <w:t xml:space="preserve">[25:26] </w:t>
      </w:r>
      <w:r>
        <w:t>to sach poochhein to yeh afaat jo aati hain, afaat warning hoti hain, yeh batane ke liye ke tum asal jo safar woh to kar hi nahin rahe ho.</w:t>
      </w:r>
    </w:p>
    <w:p>
      <w:pPr>
        <w:jc w:val="right"/>
      </w:pPr>
      <w:r>
        <w:t>تو سچ پوچھیں تو یہ افات جو آتی ہیں، افات وارننگ ہوتی ہیں، یہ بتانے کے لیے کہ تم اصل جو سفر وہ تو کر ہی نہیں رہے ہو۔</w:t>
      </w:r>
    </w:p>
    <w:p>
      <w:r>
        <w:rPr>
          <w:b/>
        </w:rPr>
        <w:t xml:space="preserve">[25:36] </w:t>
      </w:r>
      <w:r>
        <w:t>asal jo kaam hai woh to is mein tum apne aap ko engage hi nahin kiya.</w:t>
      </w:r>
    </w:p>
    <w:p>
      <w:pPr>
        <w:jc w:val="right"/>
      </w:pPr>
      <w:r>
        <w:t>اصل جو کام ہے وہ تو اس میں تم اپنے آپ کو انگیج ہی نہیں کیا۔</w:t>
      </w:r>
    </w:p>
    <w:p>
      <w:r>
        <w:rPr>
          <w:b/>
        </w:rPr>
        <w:t xml:space="preserve">[25:51] </w:t>
      </w:r>
      <w:r>
        <w:t>to ajeeb baat hai ke rozana hum khabrein suntay hain ke falan jagah aadhi aa gayi, falan jagah ya bhonchal aa gaya, falan jagah tsunami aa gaya.</w:t>
      </w:r>
    </w:p>
    <w:p>
      <w:pPr>
        <w:jc w:val="right"/>
      </w:pPr>
      <w:r>
        <w:t>تو عجیب بات ہے کہ روزانہ ہم خبریں سنتے ہیں کہ فلاں جگہ آدھی آ گئی، فلاں جگہ یا بھونچال آ گیا، فلاں جگہ سونامی آ گیا۔</w:t>
      </w:r>
    </w:p>
    <w:p>
      <w:r>
        <w:rPr>
          <w:b/>
        </w:rPr>
        <w:t xml:space="preserve">[26:03] </w:t>
      </w:r>
      <w:r>
        <w:t>bohat si khabrein aati rehti hain. lekin is ko yaani sahi tareeqe se hum lete nahin hain.</w:t>
      </w:r>
    </w:p>
    <w:p>
      <w:pPr>
        <w:jc w:val="right"/>
      </w:pPr>
      <w:r>
        <w:t>بہت سی خبریں آتی رہتی ہیں۔ لیکن اس کو یعنی صحیح طریقے سے ہم لیتے نہیں ہیں۔</w:t>
      </w:r>
    </w:p>
    <w:p>
      <w:r>
        <w:rPr>
          <w:b/>
        </w:rPr>
        <w:t xml:space="preserve">[26:14] </w:t>
      </w:r>
      <w:r>
        <w:t>lete hain ke is ke andar rizq jo hai, is ke andar jo food jo hai, woh bhi hum ko milta nahin.</w:t>
      </w:r>
    </w:p>
    <w:p>
      <w:pPr>
        <w:jc w:val="right"/>
      </w:pPr>
      <w:r>
        <w:t>لیتے ہیں کہ اس کے اندر رزق جو ہے، اس کے اندر جو فوڈ جو ہے، وہ بھی ہم کو ملتا نہیں۔</w:t>
      </w:r>
    </w:p>
    <w:p>
      <w:r>
        <w:rPr>
          <w:b/>
        </w:rPr>
        <w:t xml:space="preserve">[26:25] </w:t>
      </w:r>
      <w:r>
        <w:t>woh hum ko milta nahin. to yeh sab se bari maloomi hai.</w:t>
      </w:r>
    </w:p>
    <w:p>
      <w:pPr>
        <w:jc w:val="right"/>
      </w:pPr>
      <w:r>
        <w:t>وہ ہم کو ملتا نہیں۔ تو یہ سب سے بڑی معلومی ہے۔</w:t>
      </w:r>
    </w:p>
    <w:p>
      <w:r>
        <w:rPr>
          <w:b/>
        </w:rPr>
        <w:t xml:space="preserve">[26:34] </w:t>
      </w:r>
      <w:r>
        <w:t>kyun ke dekhiye Quran se yeh sabit hai ke sirf madqa shakhsiyat hi jannat mein jayegi. zalk jaza muntaqa.</w:t>
      </w:r>
    </w:p>
    <w:p>
      <w:pPr>
        <w:jc w:val="right"/>
      </w:pPr>
      <w:r>
        <w:t>کیونکہ دیکھیے قرآن سے یہ ثابت ہے کہ صرف مدقہ شخصیت ہی جنت میں جائے جائے گی۔ ذالک جزا منتقہ۔</w:t>
      </w:r>
    </w:p>
    <w:p>
      <w:r>
        <w:rPr>
          <w:b/>
        </w:rPr>
        <w:t xml:space="preserve">[26:46] </w:t>
      </w:r>
      <w:r>
        <w:t>sirf madqa shakhsiyat bhi hi jannat mein jayegi. to madqa shakhsiyat jo hai kaise banti hai? is tarah banti hai.</w:t>
      </w:r>
    </w:p>
    <w:p>
      <w:pPr>
        <w:jc w:val="right"/>
      </w:pPr>
      <w:r>
        <w:t>صرف مدقہ شخصیت بھی ہی جنت میں جائے گی۔ تو مدقہ شخصیت جو ہے کیسے بنتی ہے؟ اس طرح بنتی ہے۔</w:t>
      </w:r>
    </w:p>
    <w:p>
      <w:r>
        <w:rPr>
          <w:b/>
        </w:rPr>
        <w:t xml:space="preserve">[26:55] </w:t>
      </w:r>
      <w:r>
        <w:t>wo kisi adhuri kothri mein baith kar nahi banti. wo tajrubaat ke douran, mushahidaat ke douran, mutale'ay ke douran, sochne ke douran tarah tarah ke item milte rehte hain aap ko.</w:t>
      </w:r>
    </w:p>
    <w:p>
      <w:pPr>
        <w:jc w:val="right"/>
      </w:pPr>
      <w:r>
        <w:t>وہ کسی ادھوری کوٹھری میں بیٹھ کر نہیں بنتی۔ وہ تجربات کے دوران، مشاہدات کے دوران، مطالعے کے دوران، سوچنے کے دوران طرح طرح کے آئٹم ملتے رہتے ہیں آپ کو۔</w:t>
      </w:r>
    </w:p>
    <w:p>
      <w:r>
        <w:rPr>
          <w:b/>
        </w:rPr>
        <w:t xml:space="preserve">[27:12] </w:t>
      </w:r>
      <w:r>
        <w:t>is item ke zariye wo shakhsiyat banti rehti hai.</w:t>
      </w:r>
    </w:p>
    <w:p>
      <w:pPr>
        <w:jc w:val="right"/>
      </w:pPr>
      <w:r>
        <w:t>اس آئٹم کے ذریعے وہ شخصیت بنتی رہتی ہے۔</w:t>
      </w:r>
    </w:p>
    <w:p>
      <w:r>
        <w:rPr>
          <w:b/>
        </w:rPr>
        <w:t xml:space="preserve">[27:25] </w:t>
      </w:r>
      <w:r>
        <w:t>to is tarah ke waqeaat ek warning hote hain sochne ke liye ke kya mein right path par hoon?</w:t>
      </w:r>
    </w:p>
    <w:p>
      <w:pPr>
        <w:jc w:val="right"/>
      </w:pPr>
      <w:r>
        <w:t>تو اس طرح کے واقعات ایک وارننگ ہوتے ہیں سوچنے کے لیے کہ کیا میں رائٹ پاتھ پر ہوں؟</w:t>
      </w:r>
    </w:p>
    <w:p>
      <w:r>
        <w:rPr>
          <w:b/>
        </w:rPr>
        <w:t xml:space="preserve">[27:35] </w:t>
      </w:r>
      <w:r>
        <w:t>kya mein sahih sifatain chal raha hoon ke mere yeh safar khatm ho to mujhe jannat mil jaye?</w:t>
      </w:r>
    </w:p>
    <w:p>
      <w:pPr>
        <w:jc w:val="right"/>
      </w:pPr>
      <w:r>
        <w:t>کیا میں صحیح صفتیں چل رہا ہوں کہ میرے یہ سفر ختم ہو تو مجھے جنت مل جائے؟</w:t>
      </w:r>
    </w:p>
    <w:p>
      <w:r>
        <w:rPr>
          <w:b/>
        </w:rPr>
        <w:t xml:space="preserve">[27:45] </w:t>
      </w:r>
      <w:r>
        <w:t>kya meri activities jo hain wo god oriented ya jannat oriented hain? is ko sochne ke liye.</w:t>
      </w:r>
    </w:p>
    <w:p>
      <w:pPr>
        <w:jc w:val="right"/>
      </w:pPr>
      <w:r>
        <w:t>کیا میری ایکٹیویٹیز جو ہیں وہ گاڈ اورینٹڈ یا جنت اورینٹڈ ہیں؟ اس کو سوچنے کے لیے۔</w:t>
      </w:r>
    </w:p>
    <w:p>
      <w:r>
        <w:rPr>
          <w:b/>
        </w:rPr>
        <w:t xml:space="preserve">[28:01] </w:t>
      </w:r>
      <w:r>
        <w:t>is ko sochne ke liye. lekin saare waqeaat hote hain, insaan sochta nahi.</w:t>
      </w:r>
    </w:p>
    <w:p>
      <w:pPr>
        <w:jc w:val="right"/>
      </w:pPr>
      <w:r>
        <w:t>اس کو سوچنے کے لیے۔ لیکن سارے واقعات ہوتے ہیں، انسان سوچتا نہیں۔</w:t>
      </w:r>
    </w:p>
    <w:p>
      <w:r>
        <w:rPr>
          <w:b/>
        </w:rPr>
        <w:t xml:space="preserve">[28:09] </w:t>
      </w:r>
      <w:r>
        <w:t>hadees mein aata hai ke al-nasu niyaam wa maato intabeh ke log so rahe hain. jab marenge tab jaagenge.</w:t>
      </w:r>
    </w:p>
    <w:p>
      <w:pPr>
        <w:jc w:val="right"/>
      </w:pPr>
      <w:r>
        <w:t>حدیث میں آتا ہے کہ الناس نیام ماتو انتبہ کہ لوگ سو رہے ہیں۔ جب مریں گے تب جاگیں گے۔</w:t>
      </w:r>
    </w:p>
    <w:p>
      <w:r>
        <w:rPr>
          <w:b/>
        </w:rPr>
        <w:t xml:space="preserve">[28:23] </w:t>
      </w:r>
      <w:r>
        <w:t>log so rahe hain, jab marenge tab jaagenge.</w:t>
      </w:r>
    </w:p>
    <w:p>
      <w:pPr>
        <w:jc w:val="right"/>
      </w:pPr>
      <w:r>
        <w:t>لوگ سو رہے ہیں، جب مریں گے تب جاگیں گے۔</w:t>
      </w:r>
    </w:p>
    <w:p>
      <w:r>
        <w:rPr>
          <w:b/>
        </w:rPr>
        <w:t xml:space="preserve">[28:30] </w:t>
      </w:r>
      <w:r>
        <w:t>to maine apne mutale'ay se jo samjha hai wo yeh hai ke jannat kisi external rituals ko ada karne se nahi milti.</w:t>
      </w:r>
    </w:p>
    <w:p>
      <w:pPr>
        <w:jc w:val="right"/>
      </w:pPr>
      <w:r>
        <w:t>تو میں نے اپنے مطالعے سے جو سمجھا ہے وہ یہ ہے کہ جنت کسی ایکسٹرنل ریچولز کو ادا کرنے سے نہیں ملتی۔</w:t>
      </w:r>
    </w:p>
    <w:p>
      <w:r>
        <w:rPr>
          <w:b/>
        </w:rPr>
        <w:t xml:space="preserve">[28:39] </w:t>
      </w:r>
      <w:r>
        <w:t>hum se bahar koi waqea hum kar dete hain, use nahi milti. hum khud apni personality, apni shakhsiyat ko kaisa bana rahe hain, is se taluq hai jannat ka.</w:t>
      </w:r>
    </w:p>
    <w:p>
      <w:pPr>
        <w:jc w:val="right"/>
      </w:pPr>
      <w:r>
        <w:t>ہم سے باہر کوئی واقعہ ہم کر دیتے ہیں، اسے نہیں ملتی۔ ہم خود اپنی پرسنیلٹی، اپنی شخصیت کو کیسا بنا رہے ہیں، اس سے تعلق ہے جنت کا۔</w:t>
      </w:r>
    </w:p>
    <w:p>
      <w:r>
        <w:rPr>
          <w:b/>
        </w:rPr>
        <w:t xml:space="preserve">[29:01] </w:t>
      </w:r>
      <w:r>
        <w:t>to jis tarah se material goal ke liye log zindagi bhar mehnatain karte hain, tab unhein koi taraqqi milti hai.</w:t>
      </w:r>
    </w:p>
    <w:p>
      <w:pPr>
        <w:jc w:val="right"/>
      </w:pPr>
      <w:r>
        <w:t>تو جس طرح سے مٹیریل گول کے لیے لوگ زندگی بھر محنتیں کرتے ہیں، تب انہیں کوئی ترقی ملتی ہے۔</w:t>
      </w:r>
    </w:p>
    <w:p>
      <w:r>
        <w:rPr>
          <w:b/>
        </w:rPr>
        <w:t xml:space="preserve">[29:10] </w:t>
      </w:r>
      <w:r>
        <w:t>aise hi spiritual goal ka mamla bhi hai. yaani material goal ke liye ek ek continuous struggle chahiye.</w:t>
      </w:r>
    </w:p>
    <w:p>
      <w:pPr>
        <w:jc w:val="right"/>
      </w:pPr>
      <w:r>
        <w:t>ایسے ہی اسپریچول گول کا معاملہ بھی ہے۔ یعنی مٹیریل گول کے لیے ایک ایک کنٹینیوس سٹرگل چاہیے۔</w:t>
      </w:r>
    </w:p>
    <w:p>
      <w:r>
        <w:rPr>
          <w:b/>
        </w:rPr>
        <w:t xml:space="preserve">[29:22] </w:t>
      </w:r>
      <w:r>
        <w:t>continuous struggle, tab wo material goal aap ko milta hai. aise hi spiritual goal ke liye bhi ek continuous struggle chahiye.</w:t>
      </w:r>
    </w:p>
    <w:p>
      <w:pPr>
        <w:jc w:val="right"/>
      </w:pPr>
      <w:r>
        <w:t>کنٹینیوس سٹرگل، تب وہ مٹیریل گول آپ کو ملتا ہے۔ ایسے ہی اسپریچول گول کے لیے بھی ایک کنٹینیوس سٹرگل چاہیے۔</w:t>
      </w:r>
    </w:p>
    <w:p>
      <w:r>
        <w:rPr>
          <w:b/>
        </w:rPr>
        <w:t xml:space="preserve">[29:34] </w:t>
      </w:r>
      <w:r>
        <w:t>tab wo aap ko wo goal par aap pahunch paayenge.</w:t>
      </w:r>
    </w:p>
    <w:p>
      <w:pPr>
        <w:jc w:val="right"/>
      </w:pPr>
      <w:r>
        <w:t>تب وہ آپ کو وہ گول پر آپ پہنچ پائیں گے۔</w:t>
      </w:r>
    </w:p>
    <w:p>
      <w:r>
        <w:rPr>
          <w:b/>
        </w:rPr>
        <w:t xml:space="preserve">[29:53] </w:t>
      </w:r>
      <w:r>
        <w:t>kal jab earthquake aaya tha to main apne kamre mein tha. us waqt Maria se kuch mein likhwa raha tha. to mujhe mehsoos hua ke kuch abnormal ho raha hai,</w:t>
      </w:r>
    </w:p>
    <w:p>
      <w:pPr>
        <w:jc w:val="right"/>
      </w:pPr>
      <w:r>
        <w:t>کل جب ارتھ کویک آیا تھا تو میں اپنے کمرے میں تھا۔ اس وقت ماریہ سے کچھ میں لکھوا رہا تھا۔ تو مجھے محسوس ہوا کہ کچھ اب نارمل ہو رہا ہے،</w:t>
      </w:r>
    </w:p>
    <w:p>
      <w:r>
        <w:rPr>
          <w:b/>
        </w:rPr>
        <w:t xml:space="preserve">[30:07] </w:t>
      </w:r>
      <w:r>
        <w:t>lekin main pakad nahi paaya. phir Maria ne kaha yeh to earthquake hai. tab mujhe samajh aayi ke yeh to earthquake hai.</w:t>
      </w:r>
    </w:p>
    <w:p>
      <w:pPr>
        <w:jc w:val="right"/>
      </w:pPr>
      <w:r>
        <w:t>لیکن میں پکڑ نہیں پایا۔ پھر ماریہ نے کہا یہ تو ارتھ کویک ہے۔ تب مجھے سمجھ آئی کہ یہ تو ارتھ کویک ہے۔</w:t>
      </w:r>
    </w:p>
    <w:p>
      <w:r>
        <w:rPr>
          <w:b/>
        </w:rPr>
        <w:t xml:space="preserve">[30:19] </w:t>
      </w:r>
      <w:r>
        <w:t>to goya ke jab earthquake ka shakk aaya mere kamre mein, us waqt mein prepared mind nahi tha goya ke jaldi se mein jaan loon ke yeh to earthquake hai.</w:t>
      </w:r>
    </w:p>
    <w:p>
      <w:pPr>
        <w:jc w:val="right"/>
      </w:pPr>
      <w:r>
        <w:t>تو گویا کہ جب ارتھ کویک کا شک آیا میرے کمرے میں، اس وقت میں پریپیئر مائنڈ نہیں تھا گویا کہ جلدی سے میں جان لوں کہ یہ تو ارتھ کویک ہے۔</w:t>
      </w:r>
    </w:p>
    <w:p>
      <w:r>
        <w:rPr>
          <w:b/>
        </w:rPr>
        <w:t xml:space="preserve">[30:32] </w:t>
      </w:r>
      <w:r>
        <w:t>mujhe kuch der lagi is ke janne mein.</w:t>
      </w:r>
    </w:p>
    <w:p>
      <w:pPr>
        <w:jc w:val="right"/>
      </w:pPr>
      <w:r>
        <w:t>مجھے کچھ دیر لگی اس کے جاننے میں۔</w:t>
      </w:r>
    </w:p>
    <w:p>
      <w:r>
        <w:rPr>
          <w:b/>
        </w:rPr>
        <w:t xml:space="preserve">[30:39] </w:t>
      </w:r>
      <w:r>
        <w:t>to aap ko har lamha bilkul prepared mind ke sath rehna hai ke jaise hi koi aisa aisi baat pesh aaye to jaldi se aap jaan lein ke yeh kya hai, yeh kya hai.</w:t>
      </w:r>
    </w:p>
    <w:p>
      <w:pPr>
        <w:jc w:val="right"/>
      </w:pPr>
      <w:r>
        <w:t>تو آپ کو ہر لمحہ بالکل پریپیئرڈ مائنڈ کے ساتھ رہنا ہے کہ جیسے ہی کوئی ایسا ایسی بات پیش آئے تو جلدی سے آپ جان لیں کہ یہ کیا ہے، یہ کیا ہے۔</w:t>
      </w:r>
    </w:p>
    <w:p>
      <w:r>
        <w:rPr>
          <w:b/>
        </w:rPr>
        <w:t xml:space="preserve">[30:53] </w:t>
      </w:r>
      <w:r>
        <w:t>be-khabari mein na rahen.</w:t>
      </w:r>
    </w:p>
    <w:p>
      <w:pPr>
        <w:jc w:val="right"/>
      </w:pPr>
      <w:r>
        <w:t>بے خبری میں نہ رہیں۔</w:t>
      </w:r>
    </w:p>
    <w:p>
      <w:r>
        <w:rPr>
          <w:b/>
        </w:rPr>
        <w:t xml:space="preserve">[31:01] </w:t>
      </w:r>
      <w:r>
        <w:t>phir jo jitna jhatka yahan tha Delhi mein, wo to bohat hi kam tha.</w:t>
      </w:r>
    </w:p>
    <w:p>
      <w:pPr>
        <w:jc w:val="right"/>
      </w:pPr>
      <w:r>
        <w:t>پھر جو جتنا جھٹکا یہاں تھا دلی میں، وہ تو بہت ہی کم تھا۔</w:t>
      </w:r>
    </w:p>
    <w:p>
      <w:r>
        <w:rPr>
          <w:b/>
        </w:rPr>
        <w:t xml:space="preserve">[31:08] </w:t>
      </w:r>
      <w:r>
        <w:t>zyada bada jhatka to Nepal mein tha. aap jante hain ke Kat Kat Kat Katmandu ke taqreeban 30 kilometer door is ka epicenter tha.</w:t>
      </w:r>
    </w:p>
    <w:p>
      <w:pPr>
        <w:jc w:val="right"/>
      </w:pPr>
      <w:r>
        <w:t>زیادہ بڑا جھٹکا تو نیپال میں تھا۔ آپ جانتے ہیں کہ کاٹ کاٹ کاٹ کاٹواڈو کے تقریباً 30 کلومیٹر دور اس کا اے پی سینٹر تھا۔</w:t>
      </w:r>
    </w:p>
    <w:p>
      <w:r>
        <w:rPr>
          <w:b/>
        </w:rPr>
        <w:t xml:space="preserve">[31:20] </w:t>
      </w:r>
      <w:r>
        <w:t>wahan bohat tabahi hui. bohat ghar gir gaye, zameen phat gayi, pani nikal aaya, log mar gaye. jo taaza itla hai is ke mutabiq taqreeban do ha</w:t>
      </w:r>
    </w:p>
    <w:p>
      <w:pPr>
        <w:jc w:val="right"/>
      </w:pPr>
      <w:r>
        <w:t>وہاں بہت تباہی ہوئی۔ بہت گھر گر گئے، زمین پھٹ گئی، پانی نکل آیا، لوگ مر گئے۔ جو تازہ اطلاع ہے اس کے مطابق تقریباً دو ہ</w:t>
      </w:r>
    </w:p>
    <w:p>
      <w:r>
        <w:rPr>
          <w:b/>
        </w:rPr>
        <w:t xml:space="preserve">[31:32] </w:t>
      </w:r>
      <w:r>
        <w:t>zaar aadmi mar gaye. lekin main sochta hoon ke abhi bohat zyada honge. kyunke malba pada hua hai. is malbe se nikalenge log. aur zakhmi log to bohat hain.</w:t>
      </w:r>
    </w:p>
    <w:p>
      <w:pPr>
        <w:jc w:val="right"/>
      </w:pPr>
      <w:r>
        <w:t>زار آدمی مر گئے۔ لیکن میں سوچتا ہوں کہ ابھی بہت زیادہ ہوں گے۔ کیونکہ ملبہ پڑا ہوا ہے۔ اس ملبے سے نکلیں گے لوگ۔ اور زخمی لوگ تو بہت ہیں۔</w:t>
      </w:r>
    </w:p>
    <w:p>
      <w:r>
        <w:rPr>
          <w:b/>
        </w:rPr>
        <w:t xml:space="preserve">[31:43] </w:t>
      </w:r>
      <w:r>
        <w:t>zakhami log bohat ziyada hain.</w:t>
      </w:r>
    </w:p>
    <w:p>
      <w:pPr>
        <w:jc w:val="right"/>
      </w:pPr>
      <w:r>
        <w:t>زخمی لوگ بہت زیادہ ہیں۔</w:t>
      </w:r>
    </w:p>
    <w:p>
      <w:r>
        <w:rPr>
          <w:b/>
        </w:rPr>
        <w:t xml:space="preserve">[31:48] </w:t>
      </w:r>
      <w:r>
        <w:t>to dekhiye yeh yeh media ki baat hai ke hum foran hi jaan paaye ke wahan kitna sakht hua hai.</w:t>
      </w:r>
    </w:p>
    <w:p>
      <w:pPr>
        <w:jc w:val="right"/>
      </w:pPr>
      <w:r>
        <w:t>تو دیکھیے یہ یہ میڈیا کی بات ہے کہ ہم فوراً ہی جان پائے کہ وہاں کتنا سخت ہوا ہے۔</w:t>
      </w:r>
    </w:p>
    <w:p>
      <w:r>
        <w:rPr>
          <w:b/>
        </w:rPr>
        <w:t xml:space="preserve">[31:57] </w:t>
      </w:r>
      <w:r>
        <w:t>pehlay zamanay mein yeh koi jaan nahi pata tha.</w:t>
      </w:r>
    </w:p>
    <w:p>
      <w:pPr>
        <w:jc w:val="right"/>
      </w:pPr>
      <w:r>
        <w:t>پہلے زمانے میں یہ کوئی جان نہیں پاتا تھا۔</w:t>
      </w:r>
    </w:p>
    <w:p>
      <w:r>
        <w:rPr>
          <w:b/>
        </w:rPr>
        <w:t xml:space="preserve">[32:02] </w:t>
      </w:r>
      <w:r>
        <w:t>jaise main apne gaon mein tha, bara area mein, bachpan mein to wahan pe pehli baar jo maine zalzale ka tajurba kiya tha, wahan pe tha.</w:t>
      </w:r>
    </w:p>
    <w:p>
      <w:pPr>
        <w:jc w:val="right"/>
      </w:pPr>
      <w:r>
        <w:t>جیسے میں اپنے گاؤں میں تھا، بڑا ایریا میں، بچپن میں تو وہاں پہ پہلی بار جو میں نے زلزلے کا تجربہ کیا تھا، وہاں پہ تھا۔</w:t>
      </w:r>
    </w:p>
    <w:p>
      <w:r>
        <w:rPr>
          <w:b/>
        </w:rPr>
        <w:t xml:space="preserve">[32:12] </w:t>
      </w:r>
      <w:r>
        <w:t>to cheezein hilne lagin. to wahan bhi maine samajh nahi paaya ke kya ho raha hai. to kisi ne bataya ke yeh to yeh to earthquake hai.</w:t>
      </w:r>
    </w:p>
    <w:p>
      <w:pPr>
        <w:jc w:val="right"/>
      </w:pPr>
      <w:r>
        <w:t>تو چیزیں ہلنے لگیں۔ تو وہاں بھی میں نے سمجھ نہیں پایا کہ کیا ہو رہا ہے۔ تو کسی نے بتایا کہ یہ تو یہ تو ارتھ کویک ہے۔</w:t>
      </w:r>
    </w:p>
    <w:p>
      <w:r>
        <w:rPr>
          <w:b/>
        </w:rPr>
        <w:t xml:space="preserve">[32:22] </w:t>
      </w:r>
      <w:r>
        <w:t>lekin wahan jo hamare jahan mein tha, wahan par Adam Garh mein, wahan koi nuqsan nahi hua tha.</w:t>
      </w:r>
    </w:p>
    <w:p>
      <w:pPr>
        <w:jc w:val="right"/>
      </w:pPr>
      <w:r>
        <w:t>لیکن وہاں جو ہمارے جہاں میں تھا، وہاں پر آدم گڑھ میں، وہاں کوئی نقصان نہیں ہوا تھا۔</w:t>
      </w:r>
    </w:p>
    <w:p>
      <w:r>
        <w:rPr>
          <w:b/>
        </w:rPr>
        <w:t xml:space="preserve">[32:30] </w:t>
      </w:r>
      <w:r>
        <w:t>us waqt main chota tha, main jaanta bhi nahi tha ke ke earthquake ka aik epicenter hota hai. ab woh bhi agar bohat neeche ho to kam nuqsan hoga, upar ho to ziyada nuqsan hoga.</w:t>
      </w:r>
    </w:p>
    <w:p>
      <w:pPr>
        <w:jc w:val="right"/>
      </w:pPr>
      <w:r>
        <w:t>اس وقت میں چھوٹا تھا، میں جانتا بھی نہیں تھا کہ کہ ارتھ کویک کا ایک اے پی سینٹر ہوتا ہے۔ اب وہ بھی اگر بہت نیچے ہو تو کم نقصان ہوگا، اوپر ہو تو زیادہ نقصان ہوگا۔</w:t>
      </w:r>
    </w:p>
    <w:p>
      <w:r>
        <w:rPr>
          <w:b/>
        </w:rPr>
        <w:t xml:space="preserve">[32:45] </w:t>
      </w:r>
      <w:r>
        <w:t>yeh sab baatein us waqt mein nahi jaanta tha. to agarchay woh waqia guzra, lekin maine is se koi bara bara lesson nahi le saka.</w:t>
      </w:r>
    </w:p>
    <w:p>
      <w:pPr>
        <w:jc w:val="right"/>
      </w:pPr>
      <w:r>
        <w:t>یہ سب باتیں اس وقت میں نہیں جانتا تھا۔ تو اگرچہ وہ واقعہ گزرا، لیکن میں نے اس سے کوئی بڑا بڑا لیسن نہیں لے سکا۔</w:t>
      </w:r>
    </w:p>
    <w:p>
      <w:r>
        <w:rPr>
          <w:b/>
        </w:rPr>
        <w:t xml:space="preserve">[32:55] </w:t>
      </w:r>
      <w:r>
        <w:t>ab jab be'etbar mein jaanta hoon to bohat ziyada ehsas hota hai. aur yeh bhi aik nemat hai ke Allah taala ki yeh bhi aik nemat hai ke ke ke modern jo media hai, us ki wajah se foran ke foran pata chal gaya aap ko ke is ka markaz to wahan tha Nepal, wahan yeh nuqsan hua, woh nuqsan hua.</w:t>
      </w:r>
    </w:p>
    <w:p>
      <w:pPr>
        <w:jc w:val="right"/>
      </w:pPr>
      <w:r>
        <w:t>اب جب بے اعتبار میں جانتا ہوں تو بہت زیادہ احساس ہوتا ہے۔ اور یہ بھی ایک نعمت ہے کہ اللہ تعالیٰ کی یہ بھی ایک نعمت ہے کہ کہ کہ ماڈرن جو میڈیا ہے، اس کی وجہ سے فوراً کے فوراً پتہ چل گیا آپ کو کہ اس کا مرکز تو وہاں تھا نیپال، وہاں یہ نقصان ہوا، وہ نقصان ہوا۔</w:t>
      </w:r>
    </w:p>
    <w:p>
      <w:r>
        <w:rPr>
          <w:b/>
        </w:rPr>
        <w:t xml:space="preserve">[33:21] </w:t>
      </w:r>
      <w:r>
        <w:t>pehlay zamanay mein to hum samajhte hain ke bhai chota sa koi waqia ho gaya hai. ab sabak lene ke liye ziyada baray item milne lage hain hum ko.</w:t>
      </w:r>
    </w:p>
    <w:p>
      <w:pPr>
        <w:jc w:val="right"/>
      </w:pPr>
      <w:r>
        <w:t>پہلے زمانے میں تو ہم سمجھتے ہیں کہ بھئی چھوٹا سا کوئی واقعہ ہو گیا ہے۔ اب سبق لینے کے لیے زیادہ بڑے آئٹم ملنے لگے ہیں ہم کو۔</w:t>
      </w:r>
    </w:p>
    <w:p>
      <w:r>
        <w:rPr>
          <w:b/>
        </w:rPr>
        <w:t xml:space="preserve">[33:39] </w:t>
      </w:r>
      <w:r>
        <w:t>jaisa ke maine arz kiya, jab Adam Garh mein tha aur wahan par earthquake aaya tha to thora sa hil gaya tha kuch. to is se maine koi bara sabak nahi liya.</w:t>
      </w:r>
    </w:p>
    <w:p>
      <w:pPr>
        <w:jc w:val="right"/>
      </w:pPr>
      <w:r>
        <w:t>جیسا کہ میں نے عرض کیا، جب آدم گڑھ میں تھا اور وہاں پر ارتھ کویک آیا تھا تو تھوڑا سا ہل گیا تھا کچھ۔ تو اس سے میں نے کوئی بڑا سبق نہیں لیا۔</w:t>
      </w:r>
    </w:p>
    <w:p>
      <w:r>
        <w:rPr>
          <w:b/>
        </w:rPr>
        <w:t xml:space="preserve">[33:47] </w:t>
      </w:r>
      <w:r>
        <w:t>mujhe yeh pata nahi tha ke kahin aur bara nuqsan hua hai. woh mujhe pata nahi tha.</w:t>
      </w:r>
    </w:p>
    <w:p>
      <w:pPr>
        <w:jc w:val="right"/>
      </w:pPr>
      <w:r>
        <w:t>مجھے یہ پتہ نہیں تھا کہ کہیں اور بڑا نقصان ہوا ہے۔ وہ مجھے پتہ نہیں تھا۔</w:t>
      </w:r>
    </w:p>
    <w:p>
      <w:r>
        <w:rPr>
          <w:b/>
        </w:rPr>
        <w:t xml:space="preserve">[33:52] </w:t>
      </w:r>
      <w:r>
        <w:t>ab to aap ko foran ke foran pata ho jata hai. within minute, within minute pe jata hai, pata hota hai kitna nuqsan hua aur kahan is ka center tha.</w:t>
      </w:r>
    </w:p>
    <w:p>
      <w:pPr>
        <w:jc w:val="right"/>
      </w:pPr>
      <w:r>
        <w:t>اب تو آپ کو فوراً کے فوراً پتہ ہو جاتا ہے۔ ود ان منٹ، ود ان منٹ پہ جاتا ہے، پتہ ہوتا ہے کتنا نقصان ہوا اور کہاں اس کا سینٹر تھا۔</w:t>
      </w:r>
    </w:p>
    <w:p>
      <w:r>
        <w:rPr>
          <w:b/>
        </w:rPr>
        <w:t xml:space="preserve">[34:05] </w:t>
      </w:r>
      <w:r>
        <w:t>to Allah taala ne sabak lene ko bohat aasan bana diya. ab waqia ho to foran sabak le sakte hain aap.</w:t>
      </w:r>
    </w:p>
    <w:p>
      <w:pPr>
        <w:jc w:val="right"/>
      </w:pPr>
      <w:r>
        <w:t>تو اللہ تعالیٰ نے سبق لینے کو بہت آسان بنا دیا۔ اب واقعہ ہو تو فوراً سبق لے سکتے ہیں آپ۔</w:t>
      </w:r>
    </w:p>
    <w:p>
      <w:r>
        <w:rPr>
          <w:b/>
        </w:rPr>
        <w:t xml:space="preserve">[34:17] </w:t>
      </w:r>
      <w:r>
        <w:t>to is tarah ke waqiat jo hotay hain, woh sirf is liye hotay hain ke aap ko mutariba karein, aap ko jagayein,</w:t>
      </w:r>
    </w:p>
    <w:p>
      <w:pPr>
        <w:jc w:val="right"/>
      </w:pPr>
      <w:r>
        <w:t>تو اس طرح کے واقعات جو ہوتے ہیں، وہ صرف اس لیے ہوتے ہیں کہ آپ کو متربہ کریں، آپ کو جگائیں،</w:t>
      </w:r>
    </w:p>
    <w:p>
      <w:r>
        <w:rPr>
          <w:b/>
        </w:rPr>
        <w:t xml:space="preserve">[34:30] </w:t>
      </w:r>
      <w:r>
        <w:t>aap ko tayyar karein ke aap is mein jo sabak ka pehlu hai, us ko hasil karein. aap is sabak se apni personality ki koi tayyar karein, apni personality ki taameer karein.</w:t>
      </w:r>
    </w:p>
    <w:p>
      <w:pPr>
        <w:jc w:val="right"/>
      </w:pPr>
      <w:r>
        <w:t>آپ کو تیار کریں کہ آپ اس میں جو سبق کا پہلو ہے، اس کو حاصل کریں۔ آپ اس سبق سے اپنی پرسنیلٹی کی کوئی تیار کریں، اپنی پرسنیلٹی کی تعمیر کریں۔</w:t>
      </w:r>
    </w:p>
    <w:p>
      <w:r>
        <w:rPr>
          <w:b/>
        </w:rPr>
        <w:t xml:space="preserve">[34:49] </w:t>
      </w:r>
      <w:r>
        <w:t>to jannat mein</w:t>
      </w:r>
    </w:p>
    <w:p>
      <w:pPr>
        <w:jc w:val="right"/>
      </w:pPr>
      <w:r>
        <w:t>تو جنت میں</w:t>
      </w:r>
    </w:p>
    <w:p>
      <w:r>
        <w:rPr>
          <w:b/>
        </w:rPr>
        <w:t xml:space="preserve">[34:53] </w:t>
      </w:r>
      <w:r>
        <w:t>woh shakhs, woh insaan jayega jis ke jis ne apne ko apna tazkiya kar ke apni aik madqa shakhsiyat banayi.</w:t>
      </w:r>
    </w:p>
    <w:p>
      <w:pPr>
        <w:jc w:val="right"/>
      </w:pPr>
      <w:r>
        <w:t>وہ شخص، وہ انسان جائے گا جس کے جس نے اپنے کو اپنا تزکیہ کر کے اپنی ایک مدقہ شخصیت بنائی۔</w:t>
      </w:r>
    </w:p>
    <w:p>
      <w:r>
        <w:rPr>
          <w:b/>
        </w:rPr>
        <w:t xml:space="preserve">[35:03] </w:t>
      </w:r>
      <w:r>
        <w:t>yani aik prepared personality, aik tayyar shuda shakhsiyat. aisa nahi ke kuch aap ne apne se bahar koi kaam kar diya</w:t>
      </w:r>
    </w:p>
    <w:p>
      <w:pPr>
        <w:jc w:val="right"/>
      </w:pPr>
      <w:r>
        <w:t>یعنی ایک پریپیئرڈ پرسنیلٹی، ایک تیار شدہ شخصیت۔ ایسا نہیں کہ کچھ آپ نے اپنے سے باہر کوئی کام کر دیا</w:t>
      </w:r>
    </w:p>
    <w:p>
      <w:r>
        <w:rPr>
          <w:b/>
        </w:rPr>
        <w:t xml:space="preserve">[35:17] </w:t>
      </w:r>
      <w:r>
        <w:t>, maslan dayen haath se pani pee liya to jannat mein chalay gaye. aisa nahi hai. balkay koi aisi cheez jis ka ta'alluq aap, woh aap sab sab se pehle aap ko mind ko strike karti hai, woh cheez.</w:t>
      </w:r>
    </w:p>
    <w:p>
      <w:pPr>
        <w:jc w:val="right"/>
      </w:pPr>
      <w:r>
        <w:t>، مثلاً دائیں ہاتھ سے پانی پی لیا تو جنت میں چلے گئے۔ ایسا نہیں ہے۔ بلکہ کوئی ایسی چیز جس کا تعلق آپ، وہ آپ سب سب سے پہلے آپ کو مائنڈ کو اسٹرائیک کرتی ہے، وہ چیز۔</w:t>
      </w:r>
    </w:p>
    <w:p>
      <w:r>
        <w:rPr>
          <w:b/>
        </w:rPr>
        <w:t xml:space="preserve">[35:31] </w:t>
      </w:r>
      <w:r>
        <w:t>kyun ke mind, mind hai jo personality banata hai. haath paon se personality nahi banti.</w:t>
      </w:r>
    </w:p>
    <w:p>
      <w:pPr>
        <w:jc w:val="right"/>
      </w:pPr>
      <w:r>
        <w:t>کیونکہ مائنڈ، مائنڈ ہے جو پرسنیلٹی بناتا ہے۔ ہاتھ پاؤں سے پرسنیلٹی نہیں بنتی۔</w:t>
      </w:r>
    </w:p>
    <w:p>
      <w:r>
        <w:rPr>
          <w:b/>
        </w:rPr>
        <w:t xml:space="preserve">[35:40] </w:t>
      </w:r>
      <w:r>
        <w:t>to koi cheez jab aap ke mind ko strike karti hai to aap sochte hain.</w:t>
      </w:r>
    </w:p>
    <w:p>
      <w:pPr>
        <w:jc w:val="right"/>
      </w:pPr>
      <w:r>
        <w:t>تو کوئی چیز جب آپ کے مائنڈ کو اسٹرائیک کرتی ہے تو آپ سوچتے ہیں۔</w:t>
      </w:r>
    </w:p>
    <w:p>
      <w:r>
        <w:rPr>
          <w:b/>
        </w:rPr>
        <w:t xml:space="preserve">[35:45] </w:t>
      </w:r>
      <w:r>
        <w:t>jab sochte hain to phir us ko aap convert karte hain kisi spiritual lesson mein. phir woh aap ke personality ko develop karne lagti hai.</w:t>
      </w:r>
    </w:p>
    <w:p>
      <w:pPr>
        <w:jc w:val="right"/>
      </w:pPr>
      <w:r>
        <w:t>جب سوچتے ہیں تو پھر اس کو آپ کنورٹ کرتے ہیں کسی اسپریچول لیسن میں۔ پھر وہ آپ کے پرسنیلٹی کو ڈیولپ کرنے لگتی ہے۔</w:t>
      </w:r>
    </w:p>
    <w:p>
      <w:r>
        <w:rPr>
          <w:b/>
        </w:rPr>
        <w:t xml:space="preserve">[35:58] </w:t>
      </w:r>
      <w:r>
        <w:t>phir yeh amal jari rehta hai, jari rehta hai, jari rehta hai ke aap aik developed personality ban jatay hain, aik madqa shakhsiyat.</w:t>
      </w:r>
    </w:p>
    <w:p>
      <w:pPr>
        <w:jc w:val="right"/>
      </w:pPr>
      <w:r>
        <w:t>پھر یہ عمل جاری رہتا ہے، جاری رہتا ہے، جاری رہتا ہے کہ آپ ایک ڈیولپڈ پرسنیلٹی بن جاتے ہیں، ایک مدقہ شخصیت۔</w:t>
      </w:r>
    </w:p>
    <w:p>
      <w:r>
        <w:rPr>
          <w:b/>
        </w:rPr>
        <w:t xml:space="preserve">[36:14] </w:t>
      </w:r>
      <w:r>
        <w:t>aik sahib ne mujh se sawal kiya, jannat hai kahan? aur yeh bohat se log yeh sawal karte hain ke jannat agar hai to woh kahan hai?</w:t>
      </w:r>
    </w:p>
    <w:p>
      <w:pPr>
        <w:jc w:val="right"/>
      </w:pPr>
      <w:r>
        <w:t>ایک صاحب نے مجھ سے سوال کیا، جنت ہے کہاں؟ اور یہ بہت سے لوگ یہ سوال کرتے ہیں کہ جنت اگر ہے تو وہ کہاں ہے؟</w:t>
      </w:r>
    </w:p>
    <w:p>
      <w:r>
        <w:rPr>
          <w:b/>
        </w:rPr>
        <w:t xml:space="preserve">[36:25] </w:t>
      </w:r>
      <w:r>
        <w:t>to dekhiye, pehle zamane mein bhi is waqt sawal karte the log. kyunke pehle zamane mein yeh sawal jo hai, bahut zyada yaani lagta tha yaani relevant question lagta tha.</w:t>
      </w:r>
    </w:p>
    <w:p>
      <w:pPr>
        <w:jc w:val="right"/>
      </w:pPr>
      <w:r>
        <w:t>تو دیکھیے، پہلے زمانے میں بھی اس وقت سوال کرتے تھے لوگ۔ کیونکہ پہلے زمانے میں یہ سوال جو ہے، بہت زیادہ یعنی لگتا تھا یعنی ریلیونٹ کوسچن لگتا تھا۔</w:t>
      </w:r>
    </w:p>
    <w:p>
      <w:r>
        <w:rPr>
          <w:b/>
        </w:rPr>
        <w:t xml:space="preserve">[36:36] </w:t>
      </w:r>
      <w:r>
        <w:t>ab yeh question relevant nahi raha.</w:t>
      </w:r>
    </w:p>
    <w:p>
      <w:pPr>
        <w:jc w:val="right"/>
      </w:pPr>
      <w:r>
        <w:t>اب یہ کوسچن ریلیونٹ نہیں رہا۔</w:t>
      </w:r>
    </w:p>
    <w:p>
      <w:r>
        <w:rPr>
          <w:b/>
        </w:rPr>
        <w:t xml:space="preserve">[36:40] </w:t>
      </w:r>
      <w:r>
        <w:t>pehle zamane mein yeh question ek bazahir ek relevant question lagta tha, lagta tha ke jannat hai to kahan hai? ab to yeh yaani science ne bataya hai ke jo science ke zariye jo jo observation kiya jata hai, usne bataya hai ke</w:t>
      </w:r>
    </w:p>
    <w:p>
      <w:pPr>
        <w:jc w:val="right"/>
      </w:pPr>
      <w:r>
        <w:t>پہلے زمانے میں یہ کوسچن ایک بظاہر ایک ریلیونٹ کوسچن لگتا تھا، لگتا تھا کہ جنت ہے تو کہاں ہے؟ اب تو یہ یعنی سائنس نے بتایا ہے کہ جو سائنس کے ذریعے جو جو ابزرویشن کیا جاتا ہے، اس نے بتایا ہے کہ</w:t>
      </w:r>
    </w:p>
    <w:p>
      <w:r>
        <w:rPr>
          <w:b/>
        </w:rPr>
        <w:t xml:space="preserve">[37:03] </w:t>
      </w:r>
      <w:r>
        <w:t>ke universe ka zyada bada hissa jo hai, woh to dark water hai.</w:t>
      </w:r>
    </w:p>
    <w:p>
      <w:pPr>
        <w:jc w:val="right"/>
      </w:pPr>
      <w:r>
        <w:t>کہ یونیورس کا زیادہ بڑا حصہ جو ہے، وہ تو ڈارک واٹر ہے۔</w:t>
      </w:r>
    </w:p>
    <w:p>
      <w:r>
        <w:rPr>
          <w:b/>
        </w:rPr>
        <w:t xml:space="preserve">[37:08] </w:t>
      </w:r>
      <w:r>
        <w:t>yaani woh dikhai nahi deta. universe ka relatively socha chhota part humein dikhai deta hai.</w:t>
      </w:r>
    </w:p>
    <w:p>
      <w:pPr>
        <w:jc w:val="right"/>
      </w:pPr>
      <w:r>
        <w:t>یعنی وہ دکھائی نہیں دیتا۔ یونیورس کا ریلیٹیولی سوچا چھوٹا پارٹ ہمیں دکھائی دیتا ہے۔</w:t>
      </w:r>
    </w:p>
    <w:p>
      <w:r>
        <w:rPr>
          <w:b/>
        </w:rPr>
        <w:t xml:space="preserve">[37:17] </w:t>
      </w:r>
      <w:r>
        <w:t>koi bahut se badi telescope ho, tab bhi kehte hain powerful telescope ho, woh poore universe ko nahi dikhati.</w:t>
      </w:r>
    </w:p>
    <w:p>
      <w:pPr>
        <w:jc w:val="right"/>
      </w:pPr>
      <w:r>
        <w:t>کوئی بہت سے بڑی ٹیلیسکوپ ہو، تب بھی کہتے ہیں پاورفل ٹیلیسکوپ ہو، وہ پورے یونیورس کو نہیں دکھاتی۔</w:t>
      </w:r>
    </w:p>
    <w:p>
      <w:r>
        <w:rPr>
          <w:b/>
        </w:rPr>
        <w:t xml:space="preserve">[37:28] </w:t>
      </w:r>
      <w:r>
        <w:t>ek chhote se part ko dikhati hai.</w:t>
      </w:r>
    </w:p>
    <w:p>
      <w:pPr>
        <w:jc w:val="right"/>
      </w:pPr>
      <w:r>
        <w:t>ایک چھوٹے سے پارٹ کو دکھاتی ہے۔</w:t>
      </w:r>
    </w:p>
    <w:p>
      <w:r>
        <w:rPr>
          <w:b/>
        </w:rPr>
        <w:t xml:space="preserve">[37:31] </w:t>
      </w:r>
      <w:r>
        <w:t>to jab yeh yeh proof ho gaya ke universe ka bada hissa dark water hai, yaani dikhai nahi deta, to yeh sawal ab relevant nahi raha.</w:t>
      </w:r>
    </w:p>
    <w:p>
      <w:pPr>
        <w:jc w:val="right"/>
      </w:pPr>
      <w:r>
        <w:t>تو جب یہ یہ پروف ہو گیا کہ یونیورس کا بڑا حصہ ڈارک واٹر ہے، یعنی دکھائی نہیں دیتا، تو یہ سوال اب ریلیونٹ نہیں رہا۔</w:t>
      </w:r>
    </w:p>
    <w:p>
      <w:r>
        <w:rPr>
          <w:b/>
        </w:rPr>
        <w:t xml:space="preserve">[37:44] </w:t>
      </w:r>
      <w:r>
        <w:t>jab yeh pata nahi tha, aadmi samajhta tha ke hum sab kuch dekh sakte hain, tab bazahir yeh question relevant maloom hota tha.</w:t>
      </w:r>
    </w:p>
    <w:p>
      <w:pPr>
        <w:jc w:val="right"/>
      </w:pPr>
      <w:r>
        <w:t>جب یہ پتہ نہیں تھا، آدمی سمجھتا تھا کہ ہم سب کچھ دیکھ سکتے ہیں، تب بظاہر یہ کوسچن ریلیونٹ معلوم ہوتا تھا۔</w:t>
      </w:r>
    </w:p>
    <w:p>
      <w:r>
        <w:rPr>
          <w:b/>
        </w:rPr>
        <w:t xml:space="preserve">[37:55] </w:t>
      </w:r>
      <w:r>
        <w:t>ab to relevant hi reh hi nahi raha woh. ab yeh question relevant nahi raha.</w:t>
      </w:r>
    </w:p>
    <w:p>
      <w:pPr>
        <w:jc w:val="right"/>
      </w:pPr>
      <w:r>
        <w:t>اب تو ریلیونٹ ہی رہ ہی نہیں رہا وہ۔ اب یہ کوسچن ریلیونٹ نہیں رہا۔</w:t>
      </w:r>
    </w:p>
    <w:p>
      <w:r>
        <w:rPr>
          <w:b/>
        </w:rPr>
        <w:t xml:space="preserve">[38:09] </w:t>
      </w:r>
      <w:r>
        <w:t>to main yeh kahunga ke yeh bhi ek fitna hai ke in necessary question mein aadmi apne ko uljhaye.</w:t>
      </w:r>
    </w:p>
    <w:p>
      <w:pPr>
        <w:jc w:val="right"/>
      </w:pPr>
      <w:r>
        <w:t>تو میں یہ کہوں گا کہ یہ بھی ایک فتنہ ہے کہ ان نیسیسری کوسچن میں آدمی اپنے کو الجھائے۔</w:t>
      </w:r>
    </w:p>
    <w:p>
      <w:r>
        <w:rPr>
          <w:b/>
        </w:rPr>
        <w:t xml:space="preserve">[38:20] </w:t>
      </w:r>
      <w:r>
        <w:t>in necessary question. maslan do scholar mein behas hui ke jannat jo hai, woh madi hai ke rohani hai?</w:t>
      </w:r>
    </w:p>
    <w:p>
      <w:pPr>
        <w:jc w:val="right"/>
      </w:pPr>
      <w:r>
        <w:t>ان نیسیسری کوسچن۔ مثلاً دو اسکالر میں بحث ہوئی کہ جنت جو ہے، وہ مادی ہے کہ روحانی ہے؟</w:t>
      </w:r>
    </w:p>
    <w:p>
      <w:r>
        <w:rPr>
          <w:b/>
        </w:rPr>
        <w:t xml:space="preserve">[38:33] </w:t>
      </w:r>
      <w:r>
        <w:t>madi hai ke rohani hai? ab yeh in necessary question hai.</w:t>
      </w:r>
    </w:p>
    <w:p>
      <w:pPr>
        <w:jc w:val="right"/>
      </w:pPr>
      <w:r>
        <w:t>مادی ہے کہ روحانی ہے؟ اب یہ ان نیسیسری کوسچن ہے۔</w:t>
      </w:r>
    </w:p>
    <w:p>
      <w:r>
        <w:rPr>
          <w:b/>
        </w:rPr>
        <w:t xml:space="preserve">[38:40] </w:t>
      </w:r>
      <w:r>
        <w:t>jo cheez bayan aur comprehension ho, uske bare mein yeh sawal hi irrelevant hai ke woh madi hai ke rohani hai?</w:t>
      </w:r>
    </w:p>
    <w:p>
      <w:pPr>
        <w:jc w:val="right"/>
      </w:pPr>
      <w:r>
        <w:t>جو چیز بیان اور کمپرینشن ہو، اس کے بارے میں یہ سوال ہی اریلیونٹ ہے کہ وہ مادی ہے کہ روحانی ہے؟</w:t>
      </w:r>
    </w:p>
    <w:p>
      <w:r>
        <w:rPr>
          <w:b/>
        </w:rPr>
        <w:t xml:space="preserve">[38:53] </w:t>
      </w:r>
      <w:r>
        <w:t>to is tarah ke jo question karte hain log, woh sach poochhein to woh deviation hota hai. yeh deviated thinking ka nateeja hai.</w:t>
      </w:r>
    </w:p>
    <w:p>
      <w:pPr>
        <w:jc w:val="right"/>
      </w:pPr>
      <w:r>
        <w:t>تو اس طرح کے جو کوسچن کرتے ہیں لوگ، وہ سچ پوچھیں تو وہ ڈیوی ایشن ہوتا ہے۔ یہ ڈیوی ایٹڈ تھنکنگ کا نتیجہ ہے۔</w:t>
      </w:r>
    </w:p>
    <w:p>
      <w:r>
        <w:rPr>
          <w:b/>
        </w:rPr>
        <w:t xml:space="preserve">[39:06] </w:t>
      </w:r>
      <w:r>
        <w:t>ghair zaroori sawalat mein apne ko uljhana.</w:t>
      </w:r>
    </w:p>
    <w:p>
      <w:pPr>
        <w:jc w:val="right"/>
      </w:pPr>
      <w:r>
        <w:t>غیر ضروری سوالات میں اپنے کو الجھانا۔</w:t>
      </w:r>
    </w:p>
    <w:p>
      <w:r>
        <w:rPr>
          <w:b/>
        </w:rPr>
        <w:t xml:space="preserve">[39:12] </w:t>
      </w:r>
      <w:r>
        <w:t>ghair zaroori sawalat mein apne ko uljhana. jaise ek sahab ne mujhse poocha ke sahab hadith mein aata hai ke aadmi jab marta hai to usi waqt woh uski jannat aur jahannum usko mil jati hai.</w:t>
      </w:r>
    </w:p>
    <w:p>
      <w:pPr>
        <w:jc w:val="right"/>
      </w:pPr>
      <w:r>
        <w:t>غیر ضروری سوالات میں اپنے کو الجھانا۔ جیسے ایک صاحب نے مجھ سے پوچھا کہ صاحب حدیث میں آتا ہے کہ آدمی جب مرتا ہے تو اسی وقت وہ اس کی جنت اور جہنم اس کو مل جاتی ہے۔</w:t>
      </w:r>
    </w:p>
    <w:p>
      <w:r>
        <w:rPr>
          <w:b/>
        </w:rPr>
        <w:t xml:space="preserve">[39:31] </w:t>
      </w:r>
      <w:r>
        <w:t>to unhone kaha ke ek aadmi bana mara hai das hazar saal pehle, ek aadmi marta hai aaj, aur same dono ka record hota hai.</w:t>
      </w:r>
    </w:p>
    <w:p>
      <w:pPr>
        <w:jc w:val="right"/>
      </w:pPr>
      <w:r>
        <w:t>تو انہوں نے کہا کہ ایک آدمی بنا مرا ہے دس ہزار سال پہلے، ایک آدمی مرتا ہے آج، اور سیم دونوں کا ریکارڈ ہوتا ہے۔</w:t>
      </w:r>
    </w:p>
    <w:p>
      <w:r>
        <w:rPr>
          <w:b/>
        </w:rPr>
        <w:t xml:space="preserve">[39:42] </w:t>
      </w:r>
      <w:r>
        <w:t>to iske maani ke woh jo aadmi das hazar saal pehle mara, woh das hazar saal zyada usne inaam ko enjoy kiya.</w:t>
      </w:r>
    </w:p>
    <w:p>
      <w:pPr>
        <w:jc w:val="right"/>
      </w:pPr>
      <w:r>
        <w:t>تو اس کے معنی کہ وہ جو آدمی دس ہزار سال پہلے مرا، وہ دس ہزار سال زیادہ اس نے انعام کو انجوائے کیا۔</w:t>
      </w:r>
    </w:p>
    <w:p>
      <w:r>
        <w:rPr>
          <w:b/>
        </w:rPr>
        <w:t xml:space="preserve">[39:52] </w:t>
      </w:r>
      <w:r>
        <w:t>agar saza mili to zyada saza bhugti. aur jo baat ko mara, usne kam enjoy kiya. aur agar woh saza mili to wahi us kam saza mili usko.</w:t>
      </w:r>
    </w:p>
    <w:p>
      <w:pPr>
        <w:jc w:val="right"/>
      </w:pPr>
      <w:r>
        <w:t>اگر سزا ملی تو زیادہ سزا بھگتی۔ اور جو بات کو مرا، اس نے کم انجوائے کیا۔ اور اگر وہ سزا ملی تو وہی اس کم سزا ملی اس کو۔</w:t>
      </w:r>
    </w:p>
    <w:p>
      <w:r>
        <w:rPr>
          <w:b/>
        </w:rPr>
        <w:t xml:space="preserve">[40:04] </w:t>
      </w:r>
      <w:r>
        <w:t>to yeh sab kya hai? yeh confusion hai. in necessary question hai. yeh sab question in necessary question hai.</w:t>
      </w:r>
    </w:p>
    <w:p>
      <w:pPr>
        <w:jc w:val="right"/>
      </w:pPr>
      <w:r>
        <w:t>تو یہ سب کیا ہے؟ یہ کنفیوژن ہے۔ ان نیسیسری کوسچن ہے۔ یہ سب کوسچن ان نیسیسری کوسچن ہے۔</w:t>
      </w:r>
    </w:p>
    <w:p>
      <w:r>
        <w:rPr>
          <w:b/>
        </w:rPr>
        <w:t xml:space="preserve">[40:14] </w:t>
      </w:r>
      <w:r>
        <w:t>to dekhein, apni thinking ko right way mein chalane ke liye zaroori hai ke aap yeh janiye ke kaun si soch jo hai, woh relevant hai, kaun si irrelevant hai.</w:t>
      </w:r>
    </w:p>
    <w:p>
      <w:pPr>
        <w:jc w:val="right"/>
      </w:pPr>
      <w:r>
        <w:t>تو دیکھیں، اپنی تھنکنگ کو رائٹ وے میں چلانے کے لیے ضروری ہے کہ آپ یہ جانیں کہ کون سی سوچ جو ہے، وہ ریلیونٹ ہے، کون سی اریلیونٹ ہے۔</w:t>
      </w:r>
    </w:p>
    <w:p>
      <w:r>
        <w:rPr>
          <w:b/>
        </w:rPr>
        <w:t xml:space="preserve">[40:31] </w:t>
      </w:r>
      <w:r>
        <w:t>kaun si maadi,</w:t>
      </w:r>
    </w:p>
    <w:p>
      <w:pPr>
        <w:jc w:val="right"/>
      </w:pPr>
      <w:r>
        <w:t>کون سی ماضی،</w:t>
      </w:r>
    </w:p>
    <w:p>
      <w:r>
        <w:rPr>
          <w:b/>
        </w:rPr>
        <w:t xml:space="preserve">[40:38] </w:t>
      </w:r>
      <w:r>
        <w:t>yaani kaun si soch jo hai, woh right soch hai, kaun si wrong soch hai. agar yeh baat na janenge to bhatak jayenge aap.</w:t>
      </w:r>
    </w:p>
    <w:p>
      <w:pPr>
        <w:jc w:val="right"/>
      </w:pPr>
      <w:r>
        <w:t>یعنی کون سی سوچ جو ہے، وہ رائٹ سوچ ہے، کون سی رانگ سوچ ہے۔ اگر یہ بات نہ جانیں گے تو بھٹک جائیں گے آپ۔</w:t>
      </w:r>
    </w:p>
    <w:p>
      <w:r>
        <w:rPr>
          <w:b/>
        </w:rPr>
        <w:t xml:space="preserve">[40:57] </w:t>
      </w:r>
      <w:r>
        <w:t>relevant aur irrelevant ke darmiyan farq karna bahut zaroori hai.</w:t>
      </w:r>
    </w:p>
    <w:p>
      <w:pPr>
        <w:jc w:val="right"/>
      </w:pPr>
      <w:r>
        <w:t>ریلیونٹ اور اریلیونٹ کے درمیان فرق کرنا بہت ضروری ہے۔</w:t>
      </w:r>
    </w:p>
    <w:p>
      <w:r>
        <w:rPr>
          <w:b/>
        </w:rPr>
        <w:t xml:space="preserve">[41:06] </w:t>
      </w:r>
      <w:r>
        <w:t>rely on it and unrelient ke darmiyan farq karna bohat zaroori hai. warna aadmi bhatak jayega. jaise yahi jo jo jo earthquake aaya hai, to aap us ke yeh kahein ke sahib, un ke upar azaab aaya hai.</w:t>
      </w:r>
    </w:p>
    <w:p>
      <w:pPr>
        <w:jc w:val="right"/>
      </w:pPr>
      <w:r>
        <w:t>ریلیونٹ اور اریلیونٹ کے درمیان فرق کرنا بہت ضروری ہے۔ ورنہ آدمی بھٹک جائے گا۔ جیسے یہی جو جو جو ارتھ کویک آیا ہے، تو آپ اس کے یہ کہیں کہ صاحب، ان کے اوپر عذاب آیا ہے۔</w:t>
      </w:r>
    </w:p>
    <w:p>
      <w:r>
        <w:rPr>
          <w:b/>
        </w:rPr>
        <w:t xml:space="preserve">[41:24] </w:t>
      </w:r>
      <w:r>
        <w:t>wahan par tourist aate the, wahan par bohat newti thi, wahan pe hoti hai, tha, woh tha. yeh arelyonT baat hai. azaab is dunya mein nahi aa sakta, aa sakta hai.</w:t>
      </w:r>
    </w:p>
    <w:p>
      <w:pPr>
        <w:jc w:val="right"/>
      </w:pPr>
      <w:r>
        <w:t>وہاں پر ٹورسٹ آتے تھے، وہاں پر بہت نیوٹی تھی، وہاں پہ ہوتی ہے، تھا، وہ تھا۔ یہ اریلیونٹ بات ہے۔ عذاب اس دنیا میں نہیں آ سکتا، آ سکتا ہے۔</w:t>
      </w:r>
    </w:p>
    <w:p>
      <w:r>
        <w:rPr>
          <w:b/>
        </w:rPr>
        <w:t xml:space="preserve">[41:33] </w:t>
      </w:r>
      <w:r>
        <w:t>azaab ka talluq akhirat se hai.</w:t>
      </w:r>
    </w:p>
    <w:p>
      <w:pPr>
        <w:jc w:val="right"/>
      </w:pPr>
      <w:r>
        <w:t>عذاب کا تعلق آخرت سے ہے۔</w:t>
      </w:r>
    </w:p>
    <w:p>
      <w:r>
        <w:rPr>
          <w:b/>
        </w:rPr>
        <w:t xml:space="preserve">[41:39] </w:t>
      </w:r>
      <w:r>
        <w:t>to aap ko janna chahiye ke kisi mamle mein right way of thinking kya hai? kisi bhi mamle mein right way of thinking kya hai?</w:t>
      </w:r>
    </w:p>
    <w:p>
      <w:pPr>
        <w:jc w:val="right"/>
      </w:pPr>
      <w:r>
        <w:t>تو آپ کو جاننا چاہیے کہ کسی معاملے میں رائٹ وے آف تھنکنگ کیا ہے؟ کسی بھی معاملے میں رائٹ وے آف تھنکنگ کیا ہے؟</w:t>
      </w:r>
    </w:p>
    <w:p>
      <w:r>
        <w:rPr>
          <w:b/>
        </w:rPr>
        <w:t xml:space="preserve">[41:52] </w:t>
      </w:r>
      <w:r>
        <w:t>agar yeh nahi janenge to</w:t>
      </w:r>
    </w:p>
    <w:p>
      <w:pPr>
        <w:jc w:val="right"/>
      </w:pPr>
      <w:r>
        <w:t>اگر یہ نہیں جانیں گے تو</w:t>
      </w:r>
    </w:p>
    <w:p>
      <w:r>
        <w:rPr>
          <w:b/>
        </w:rPr>
        <w:t xml:space="preserve">[41:57] </w:t>
      </w:r>
      <w:r>
        <w:t>sahih rizq aap ko nahi milega.</w:t>
      </w:r>
    </w:p>
    <w:p>
      <w:pPr>
        <w:jc w:val="right"/>
      </w:pPr>
      <w:r>
        <w:t>صحیح رزق آپ کو نہیں ملے گا۔</w:t>
      </w:r>
    </w:p>
    <w:p>
      <w:r>
        <w:rPr>
          <w:b/>
        </w:rPr>
        <w:t xml:space="preserve">[42:03] </w:t>
      </w:r>
      <w:r>
        <w:t>sahih rizq nahi milega. aap ke sath waqeat pesh ayenge, tajrubaat honge, aap study karenge, aap observation karenge, aur us ke darmiyan aap ko bohat se item ayenge aap ke mind mein.</w:t>
      </w:r>
    </w:p>
    <w:p>
      <w:pPr>
        <w:jc w:val="right"/>
      </w:pPr>
      <w:r>
        <w:t>صحیح رزق نہیں ملے گا۔ آپ کے ساتھ واقعات پیش آئیں گے، تجربات ہوں گے، آپ اسٹڈی کریں گے، آپ ابزرویشن کریں گے، اور اس کے درمیان آپ کو بہت سے آئٹم آئیں گے آپ کے مائنڈ میں۔</w:t>
      </w:r>
    </w:p>
    <w:p>
      <w:r>
        <w:rPr>
          <w:b/>
        </w:rPr>
        <w:t xml:space="preserve">[42:19] </w:t>
      </w:r>
      <w:r>
        <w:t>lekin chounke aap reliant aur unreliable ka farq nahi samajhte, to kisi bhi is mein ulajh jayenge, kisi bhi sawal mein aap apna time waste karenge.</w:t>
      </w:r>
    </w:p>
    <w:p>
      <w:pPr>
        <w:jc w:val="right"/>
      </w:pPr>
      <w:r>
        <w:t>لیکن چونکہ آپ ریلیونٹ اور اریلیونٹ کا فرق نہیں سمجھتے، تو کسی بھی اس میں الجھ جائیں گے، کسی بھی سوال میں آپ اپنا ٹائم ویسٹ کریں گے۔</w:t>
      </w:r>
    </w:p>
    <w:p>
      <w:r>
        <w:rPr>
          <w:b/>
        </w:rPr>
        <w:t xml:space="preserve">[42:39] </w:t>
      </w:r>
      <w:r>
        <w:t>to jis tarah se yeh zaroori hai ke aadmi apne liye right way of thinking paida kare, right</w:t>
      </w:r>
    </w:p>
    <w:p>
      <w:pPr>
        <w:jc w:val="right"/>
      </w:pPr>
      <w:r>
        <w:t>تو جس طریقے سے یہ ضروری ہے کہ آدمی اپنے لیے رائٹ وے آف تھنکنگ پیدا کرے، رائٹ</w:t>
      </w:r>
    </w:p>
    <w:p>
      <w:r>
        <w:rPr>
          <w:b/>
        </w:rPr>
        <w:t xml:space="preserve">[42:46] </w:t>
      </w:r>
      <w:r>
        <w:t>way of thinking ya right goal banaye apna,</w:t>
      </w:r>
    </w:p>
    <w:p>
      <w:pPr>
        <w:jc w:val="right"/>
      </w:pPr>
      <w:r>
        <w:t>وے آف تھنکنگ یا رائٹ گول بنائے اپنا،</w:t>
      </w:r>
    </w:p>
    <w:p>
      <w:r>
        <w:rPr>
          <w:b/>
        </w:rPr>
        <w:t xml:space="preserve">[42:51] </w:t>
      </w:r>
      <w:r>
        <w:t>is tarah yeh bhi zaroori hai ke aadmi yeh jaane ke kya uske uske liye kaun</w:t>
      </w:r>
    </w:p>
    <w:p>
      <w:pPr>
        <w:jc w:val="right"/>
      </w:pPr>
      <w:r>
        <w:t>اس طرح یہ بھی ضروری ہے کہ آدمی یہ جانے کہ کیا اس کے اس کے لیے کون</w:t>
      </w:r>
    </w:p>
    <w:p>
      <w:r>
        <w:rPr>
          <w:b/>
        </w:rPr>
        <w:t xml:space="preserve">[42:58] </w:t>
      </w:r>
      <w:r>
        <w:t>sa relevant question hai, kaun sa irrelevant question hai, yeh jaane.</w:t>
      </w:r>
    </w:p>
    <w:p>
      <w:pPr>
        <w:jc w:val="right"/>
      </w:pPr>
      <w:r>
        <w:t>سا ریلیونٹ کوسچن ہے، کون سا اریلیونٹ کوسچن ہے، یہ جانے۔</w:t>
      </w:r>
    </w:p>
    <w:p>
      <w:r>
        <w:rPr>
          <w:b/>
        </w:rPr>
        <w:t xml:space="preserve">[43:10] </w:t>
      </w:r>
      <w:r>
        <w:t>quran mein hai ke la khair fi kaseer min najwa. logon ki baaton mein aksar baatein aisi hoti hain jis mein koi khair nahi hota.</w:t>
      </w:r>
    </w:p>
    <w:p>
      <w:pPr>
        <w:jc w:val="right"/>
      </w:pPr>
      <w:r>
        <w:t>قرآن میں ہے کہ لا خیر فی کثیر من نجواء۔ لوگوں کی باتوں میں اکثر باتیں ایسی ہوتی ہیں جس میں کوئی خیر نہیں ہوتا۔</w:t>
      </w:r>
    </w:p>
    <w:p>
      <w:r>
        <w:rPr>
          <w:b/>
        </w:rPr>
        <w:t xml:space="preserve">[43:21] </w:t>
      </w:r>
      <w:r>
        <w:t>khwamkhwahi baatein, khwamkhwah ki baatein.</w:t>
      </w:r>
    </w:p>
    <w:p>
      <w:pPr>
        <w:jc w:val="right"/>
      </w:pPr>
      <w:r>
        <w:t>خوامخواہی باتیں، خوامخواہ کی باتیں۔</w:t>
      </w:r>
    </w:p>
    <w:p>
      <w:r>
        <w:rPr>
          <w:b/>
        </w:rPr>
        <w:t xml:space="preserve">[43:28] </w:t>
      </w:r>
      <w:r>
        <w:t>isi tarah dekhiye, ek bohat zaroori pehlu yeh hai ke insaan ko apni hadd janna chahiye. apni hadd.</w:t>
      </w:r>
    </w:p>
    <w:p>
      <w:pPr>
        <w:jc w:val="right"/>
      </w:pPr>
      <w:r>
        <w:t>اسی طرح دیکھیے، ایک بہت ضروری پہلو یہ ہے کہ انسان کو اپنی حد جاننا چاہیے۔ اپنی حد۔</w:t>
      </w:r>
    </w:p>
    <w:p>
      <w:r>
        <w:rPr>
          <w:b/>
        </w:rPr>
        <w:t xml:space="preserve">[43:42] </w:t>
      </w:r>
      <w:r>
        <w:t>yeh ek satric baat hai ke aadmi har cheez mein jump kar de, apni hadd na jane. kyunke dekhiye, jab Allah taala ne Adam ko ke liye ailan kiya ke un ko khilafat arz-i hasil rahegi, un ko</w:t>
      </w:r>
    </w:p>
    <w:p>
      <w:pPr>
        <w:jc w:val="right"/>
      </w:pPr>
      <w:r>
        <w:t>یہ ایک سیٹرک بات ہے کہ آدمی ہر چیز میں جمپ کر دے، اپنی حد نہ جانے۔ کیونکہ دیکھیے، جب اللہ تعالیٰ نے آدم کو کے لیے اعلان کیا کہ ان کو خلافت عرضی حاصل رہے گی، ان کو</w:t>
      </w:r>
    </w:p>
    <w:p>
      <w:r>
        <w:rPr>
          <w:b/>
        </w:rPr>
        <w:t xml:space="preserve">[43:59] </w:t>
      </w:r>
      <w:r>
        <w:t>to insaan ne jab yeh insaan ke bare mein ailan hua to shaitan ne foran question kar diya ke woh to mitti se bana hai, main aag se bana hoon, main zyada mustahiq hoon.</w:t>
      </w:r>
    </w:p>
    <w:p>
      <w:pPr>
        <w:jc w:val="right"/>
      </w:pPr>
      <w:r>
        <w:t>تو انسان نے جب یہ انسان کے بارے میں اعلان ہوا تو شیطان نے فوراً کوئسچن کر دیا کہ وہ تو مٹی سے بنا ہے، میں آگ سے بنا ہوں، میں زیادہ مستحق ہوں۔</w:t>
      </w:r>
    </w:p>
    <w:p>
      <w:r>
        <w:rPr>
          <w:b/>
        </w:rPr>
        <w:t xml:space="preserve">[44:17] </w:t>
      </w:r>
      <w:r>
        <w:t>to woh derelict hoga is soch ka. apni hadd ko nahi jana hai is ne.</w:t>
      </w:r>
    </w:p>
    <w:p>
      <w:pPr>
        <w:jc w:val="right"/>
      </w:pPr>
      <w:r>
        <w:t>تو وہ ڈیریلیونٹ ہوگا اس سوچ کا۔ اپنی حد کو نہیں جانا ہے اس نے۔</w:t>
      </w:r>
    </w:p>
    <w:p>
      <w:r>
        <w:rPr>
          <w:b/>
        </w:rPr>
        <w:t xml:space="preserve">[44:26] </w:t>
      </w:r>
      <w:r>
        <w:t>to yeh bohat zaroori hai ke aap apni intellectual journey ko derail hone na dein. apni hadd ko janen.</w:t>
      </w:r>
    </w:p>
    <w:p>
      <w:pPr>
        <w:jc w:val="right"/>
      </w:pPr>
      <w:r>
        <w:t>تو یہ بہت ضروری ہے کہ آپ اپنی انٹلیکچول جرنی کو ڈیریل ہونے نہ دیں۔ اپنی حد کو جانیں۔</w:t>
      </w:r>
    </w:p>
    <w:p>
      <w:r>
        <w:rPr>
          <w:b/>
        </w:rPr>
        <w:t xml:space="preserve">[44:36] </w:t>
      </w:r>
      <w:r>
        <w:t>hadd par thehrna seekhen.</w:t>
      </w:r>
    </w:p>
    <w:p>
      <w:pPr>
        <w:jc w:val="right"/>
      </w:pPr>
      <w:r>
        <w:t>حد پر ٹھہرنا سیکھیں۔</w:t>
      </w:r>
    </w:p>
    <w:p>
      <w:r>
        <w:rPr>
          <w:b/>
        </w:rPr>
        <w:t xml:space="preserve">[44:42] </w:t>
      </w:r>
      <w:r>
        <w:t>warna kuch bhi nahi hoga.</w:t>
      </w:r>
    </w:p>
    <w:p>
      <w:pPr>
        <w:jc w:val="right"/>
      </w:pPr>
      <w:r>
        <w:t>ورنہ کچھ بھی نہیں ہوگا۔</w:t>
      </w:r>
    </w:p>
    <w:p>
      <w:r>
        <w:rPr>
          <w:b/>
        </w:rPr>
        <w:t xml:space="preserve">[44:47] </w:t>
      </w:r>
      <w:r>
        <w:t>jaise Satan jo tha, bohat hi intelligent tha, lekin us ki zehanat se us ko kuch mila nahi.</w:t>
      </w:r>
    </w:p>
    <w:p>
      <w:pPr>
        <w:jc w:val="right"/>
      </w:pPr>
      <w:r>
        <w:t>جیسے سیٹن جو تھا، بہت ہی انٹیلیجنٹ تھا، لیکن اس کی ذہانت سے اس کو کچھ ملا نہیں۔</w:t>
      </w:r>
    </w:p>
    <w:p>
      <w:r>
        <w:rPr>
          <w:b/>
        </w:rPr>
        <w:t xml:space="preserve">[44:55] </w:t>
      </w:r>
      <w:r>
        <w:t>kyunke pehle din woh derailment ho gaya us ka. to us ka hisse mein kya aaya? logon ko behkana, behkana, behkana.</w:t>
      </w:r>
    </w:p>
    <w:p>
      <w:pPr>
        <w:jc w:val="right"/>
      </w:pPr>
      <w:r>
        <w:t>کیونکہ پہلے دن وہ ڈیریلمنٹ ہو گیا اس کا۔ تو اس کا حصے میں کیا آیا؟ لوگوں کو بہکانا، بہکانا، بہکانا۔</w:t>
      </w:r>
    </w:p>
    <w:p>
      <w:r>
        <w:rPr>
          <w:b/>
        </w:rPr>
        <w:t xml:space="preserve">[45:07] </w:t>
      </w:r>
      <w:r>
        <w:t>koi positive cheez us ko nahi mili.</w:t>
      </w:r>
    </w:p>
    <w:p>
      <w:pPr>
        <w:jc w:val="right"/>
      </w:pPr>
      <w:r>
        <w:t>کوئی پازیٹیو چیز اس کو نہیں ملی۔</w:t>
      </w:r>
    </w:p>
    <w:p>
      <w:r>
        <w:rPr>
          <w:b/>
        </w:rPr>
        <w:t xml:space="preserve">[45:14] </w:t>
      </w:r>
      <w:r>
        <w:t>to zindagi ka mamla bohat sochne ka mamla hai. main dua karta hoon ke Allah taala mujhe aur aap ko tofeeq de</w:t>
      </w:r>
    </w:p>
    <w:p>
      <w:pPr>
        <w:jc w:val="right"/>
      </w:pPr>
      <w:r>
        <w:t>تو زندگی کا معاملہ بہت سوچنے کا معاملہ ہے۔ میں دعا کرتا ہوں کہ اللہ تعالیٰ مجھے اور آپ کو توفیق دے</w:t>
      </w:r>
    </w:p>
    <w:p>
      <w:r>
        <w:rPr>
          <w:b/>
        </w:rPr>
        <w:t xml:space="preserve">[45:22] </w:t>
      </w:r>
      <w:r>
        <w:t>ke hum sahi andaaz mein sochna janen. right angle se us ko dekhen. Assalam o Alaikum wa Rahmatullahi wa Barakatuh.</w:t>
      </w:r>
    </w:p>
    <w:p>
      <w:pPr>
        <w:jc w:val="right"/>
      </w:pPr>
      <w:r>
        <w:t>کہ ہم صحیح انداز میں سوچنا جانیں۔ رائٹ اینگل سے اس کو دیکھیں۔ السلام علیکم ورحمۃ اللہ وبرکاتہ۔</w:t>
      </w:r>
    </w:p>
    <w:p>
      <w:r>
        <w:rPr>
          <w:b/>
        </w:rPr>
        <w:t xml:space="preserve">[45:50] </w:t>
      </w:r>
      <w:r>
        <w:t>we are starting with the question answer session now. i request our online viewers to please send in their questions on info at cpsglobal.org.</w:t>
      </w:r>
    </w:p>
    <w:p>
      <w:pPr>
        <w:jc w:val="right"/>
      </w:pPr>
      <w:r>
        <w:t>وی آر سٹارٹنگ ود دا کوسچن انسر سیشن ناؤ۔ آئی ریکویسٹ اور آن لائن ویورز ٹو پلیز سینڈ ان دیر کوسچنز ان انفو ایٹ سی پی ایس گلوبل ڈاٹ او آر جی۔</w:t>
      </w:r>
    </w:p>
    <w:p>
      <w:r>
        <w:rPr>
          <w:b/>
        </w:rPr>
        <w:t xml:space="preserve">[46:05] </w:t>
      </w:r>
      <w:r>
        <w:t>maulana, yeh pehla sawal aaya hai Maulana Iqbal Umri sahib ka Chennai se. yeh likhte hain: "belief aur realization mein kya farq hai?</w:t>
      </w:r>
    </w:p>
    <w:p>
      <w:pPr>
        <w:jc w:val="right"/>
      </w:pPr>
      <w:r>
        <w:t>مولانا، یہ پہلا سوال آیا ہے مولانا اقبال عمری صاحب کا چنئی سے۔ یہ لکھتے ہیں: "بیلیف اور ریلائزیشن میں کیا فرق ہے؟</w:t>
      </w:r>
    </w:p>
    <w:p>
      <w:r>
        <w:rPr>
          <w:b/>
        </w:rPr>
        <w:t xml:space="preserve">[46:16] </w:t>
      </w:r>
      <w:r>
        <w:t>sirf belief kaafi hai?</w:t>
      </w:r>
    </w:p>
    <w:p>
      <w:pPr>
        <w:jc w:val="right"/>
      </w:pPr>
      <w:r>
        <w:t>صرف بیلیف کافی ہے؟"</w:t>
      </w:r>
    </w:p>
    <w:p>
      <w:r>
        <w:rPr>
          <w:b/>
        </w:rPr>
        <w:t xml:space="preserve">[46:25] </w:t>
      </w:r>
      <w:r>
        <w:t>achha, yaani aqeedah aur maarfat. to main samajhta hoon ke bohat bara farq hai.</w:t>
      </w:r>
    </w:p>
    <w:p>
      <w:pPr>
        <w:jc w:val="right"/>
      </w:pPr>
      <w:r>
        <w:t>اچھا، یعنی عقیدہ اور معرفت۔ تو میں سمجھتا ہوں کہ بہت بڑا فرق ہے۔</w:t>
      </w:r>
    </w:p>
    <w:p>
      <w:r>
        <w:rPr>
          <w:b/>
        </w:rPr>
        <w:t xml:space="preserve">[46:34] </w:t>
      </w:r>
      <w:r>
        <w:t>aqeedah to yeh hai ke aap maan lein, lekin</w:t>
      </w:r>
    </w:p>
    <w:p>
      <w:pPr>
        <w:jc w:val="right"/>
      </w:pPr>
      <w:r>
        <w:t>عقیدہ تو یہ ہے کہ آپ مان لیں، لیکن</w:t>
      </w:r>
    </w:p>
    <w:p>
      <w:r>
        <w:rPr>
          <w:b/>
        </w:rPr>
        <w:t xml:space="preserve">[46:43] </w:t>
      </w:r>
      <w:r>
        <w:t>doosri shakal yeh hai ke aap apni aqal ko istemaal karein, cheezon ko reason out karein. tab is pe yaqeen aaye ga aap ko.</w:t>
      </w:r>
    </w:p>
    <w:p>
      <w:pPr>
        <w:jc w:val="right"/>
      </w:pPr>
      <w:r>
        <w:t>دوسری شکل یہ ہے کہ آپ اپنی عقل کو استعمال کریں، چیزوں کو ریزن آؤٹ کریں۔ تب اس پہ یقین آئے گا آپ کو۔</w:t>
      </w:r>
    </w:p>
    <w:p>
      <w:r>
        <w:rPr>
          <w:b/>
        </w:rPr>
        <w:t xml:space="preserve">[46:54] </w:t>
      </w:r>
      <w:r>
        <w:t>aqeedah mein zaroori nahin ke aap ke andar gehra conviction ho, gehra yaqeen ho.</w:t>
      </w:r>
    </w:p>
    <w:p>
      <w:pPr>
        <w:jc w:val="right"/>
      </w:pPr>
      <w:r>
        <w:t>عقیدے میں ضروری نہیں کہ آپ کے اندر گہرا کنوکشن ہو، گہرا یقین ہو۔</w:t>
      </w:r>
    </w:p>
    <w:p>
      <w:r>
        <w:rPr>
          <w:b/>
        </w:rPr>
        <w:t xml:space="preserve">[47:01] </w:t>
      </w:r>
      <w:r>
        <w:t>jabke asal matloob hai yaqeen, gehra yaqeen.</w:t>
      </w:r>
    </w:p>
    <w:p>
      <w:pPr>
        <w:jc w:val="right"/>
      </w:pPr>
      <w:r>
        <w:t>جبکہ اصل مطلوب ہے یقین، گہرا یقین۔</w:t>
      </w:r>
    </w:p>
    <w:p>
      <w:r>
        <w:rPr>
          <w:b/>
        </w:rPr>
        <w:t xml:space="preserve">[47:07] </w:t>
      </w:r>
      <w:r>
        <w:t>to</w:t>
      </w:r>
    </w:p>
    <w:p>
      <w:pPr>
        <w:jc w:val="right"/>
      </w:pPr>
      <w:r>
        <w:t>تو</w:t>
      </w:r>
    </w:p>
    <w:p>
      <w:r>
        <w:rPr>
          <w:b/>
        </w:rPr>
        <w:t xml:space="preserve">[47:09] </w:t>
      </w:r>
      <w:r>
        <w:t>aqeedah aur maarfat ya belief aur realization mein yeh farq hai ke aqeedah sirf maan lene ka naam hai. misaal ke taur par aap ne keh diya ke la ilaha illallah to aap ka aqeedah haasil ho gaya.</w:t>
      </w:r>
    </w:p>
    <w:p>
      <w:pPr>
        <w:jc w:val="right"/>
      </w:pPr>
      <w:r>
        <w:t>عقیدہ اور معرفت یا بیلیف اور ریلائزیشن میں یہ فرق ہے کہ عقیدہ صرف مان لینے کا نام ہے۔ مثلاً آپ نے کہہ دیا کہ لا الہ الا اللہ تو آپ کا عقیدہ حاصل ہو گیا۔</w:t>
      </w:r>
    </w:p>
    <w:p>
      <w:r>
        <w:rPr>
          <w:b/>
        </w:rPr>
        <w:t xml:space="preserve">[47:24] </w:t>
      </w:r>
      <w:r>
        <w:t>lekin sochte sochte aap is ko itna zyada apni dil mein bithayein, apni aqal mein itna zyada bithayein ke is ko aap ko gehra yaqeen ho jaye.</w:t>
      </w:r>
    </w:p>
    <w:p>
      <w:pPr>
        <w:jc w:val="right"/>
      </w:pPr>
      <w:r>
        <w:t>لیکن سوچتے سوچتے آپ اس کو اتنا زیادہ اپنی دل میں بٹھائیں، اپنی عقل میں اتنا زیادہ بٹھائیں کہ اس کو آپ کو گہرا یقین ہو جائے۔</w:t>
      </w:r>
    </w:p>
    <w:p>
      <w:r>
        <w:rPr>
          <w:b/>
        </w:rPr>
        <w:t xml:space="preserve">[47:36] </w:t>
      </w:r>
      <w:r>
        <w:t>tab woh banti hai maarfat ya realization. yeh main samajhta hoon ke har aadmi ke liye zaroori hai ke woh apne aqeedah ko maarfat tak pahunchaye.</w:t>
      </w:r>
    </w:p>
    <w:p>
      <w:pPr>
        <w:jc w:val="right"/>
      </w:pPr>
      <w:r>
        <w:t>تب وہ بنتی ہے معرفت یا ریلائزیشن۔ یہ میں سمجھتا ہوں کہ ہر آدمی کے لیے ضروری ہے کہ وہ اپنے عقیدے کو معرفت تک پہنچائے۔</w:t>
      </w:r>
    </w:p>
    <w:p>
      <w:r>
        <w:rPr>
          <w:b/>
        </w:rPr>
        <w:t xml:space="preserve">[47:48] </w:t>
      </w:r>
      <w:r>
        <w:t>apne aqeedah ko maarfat tak pahunchaye. yeh aap ka apna, har aadmi ka apna, apni koshish hota hai.</w:t>
      </w:r>
    </w:p>
    <w:p>
      <w:pPr>
        <w:jc w:val="right"/>
      </w:pPr>
      <w:r>
        <w:t>اپنے عقیدے کو معرفت تک پہنچائے۔ یہ آپ کا اپنا، ہر آدمی کا اپنا، اپنی کوشش ہوتا ہے۔</w:t>
      </w:r>
    </w:p>
    <w:p>
      <w:r>
        <w:rPr>
          <w:b/>
        </w:rPr>
        <w:t xml:space="preserve">[47:58] </w:t>
      </w:r>
      <w:r>
        <w:t>maulana, yeh agla sawal kya hai? doctor farida khanum ne dehli se</w:t>
      </w:r>
    </w:p>
    <w:p>
      <w:pPr>
        <w:jc w:val="right"/>
      </w:pPr>
      <w:r>
        <w:t>مولانا، یہ اگلا سوال کیا ہے؟ ڈاکٹر فریدہ خانم نے دہلی سے</w:t>
      </w:r>
    </w:p>
    <w:p>
      <w:r>
        <w:rPr>
          <w:b/>
        </w:rPr>
        <w:t xml:space="preserve">[48:03] </w:t>
      </w:r>
      <w:r>
        <w:t>: "people are so engrossed in their worldly activities that even an earth quake of seven point eight intensity does not jolt them out of their forgetfulness.</w:t>
      </w:r>
    </w:p>
    <w:p>
      <w:pPr>
        <w:jc w:val="right"/>
      </w:pPr>
      <w:r>
        <w:t>: "پیپل آر سو انگروسٹ ان دیر ورلڈلی ایکٹیویٹیز دیٹ ایون این ارتھ کویک آف سیون پوائنٹ ایٹ انٹینسٹی ڈز ناٹ جول دیم آؤٹ آف دیر فورگیٹ فلنس۔</w:t>
      </w:r>
    </w:p>
    <w:p>
      <w:r>
        <w:rPr>
          <w:b/>
        </w:rPr>
        <w:t xml:space="preserve">[48:17] </w:t>
      </w:r>
      <w:r>
        <w:t>then how can we succeed in making them realize the importance of personality development which alone can lead them to paradise?"</w:t>
      </w:r>
    </w:p>
    <w:p>
      <w:pPr>
        <w:jc w:val="right"/>
      </w:pPr>
      <w:r>
        <w:t>دین ہاؤ کین وی سکسیڈ ان میکنگ دیم ریلائز دی امپورٹنس آف پرسنیلٹی ڈیولپمنٹ وچ الون کین لیڈ دیم ٹو پیراڈائز؟"</w:t>
      </w:r>
    </w:p>
    <w:p>
      <w:r>
        <w:rPr>
          <w:b/>
        </w:rPr>
        <w:t xml:space="preserve">[48:31] </w:t>
      </w:r>
      <w:r>
        <w:t>dekhiye, humein mass level par kal parson ek saath bari mulaqaat hui. is tarah ki baat hui to main ne kaha ke dekhein, dawat ka kaam hota hai mass level par.</w:t>
      </w:r>
    </w:p>
    <w:p>
      <w:pPr>
        <w:jc w:val="right"/>
      </w:pPr>
      <w:r>
        <w:t>دیکھیے، ہمیں ماس لیول پر کل پرسوں ایک ساتھ بڑی ملاقات ہوئی۔ اس طرح کی بات ہوئی تو میں نے کہا کہ دیکھیں، دعوت کا کام ہوتا ہے ماس لیول پر۔</w:t>
      </w:r>
    </w:p>
    <w:p>
      <w:r>
        <w:rPr>
          <w:b/>
        </w:rPr>
        <w:t xml:space="preserve">[48:46] </w:t>
      </w:r>
      <w:r>
        <w:t>dawat ka kaam mass level par hota hai. lekin result jo hai, result woh individual level par milta hai.</w:t>
      </w:r>
    </w:p>
    <w:p>
      <w:pPr>
        <w:jc w:val="right"/>
      </w:pPr>
      <w:r>
        <w:t>دعوت کا کام ماس لیول پر ہوتا ہے۔ لیکن رزلٹ جو ہے، رزلٹ وہ انڈیویجول لیول پر ملتا ہے۔</w:t>
      </w:r>
    </w:p>
    <w:p>
      <w:r>
        <w:rPr>
          <w:b/>
        </w:rPr>
        <w:t xml:space="preserve">[48:55] </w:t>
      </w:r>
      <w:r>
        <w:t>baat to aap se sab se kahiye. dekhiye, sirf kuch individual bhi le gaye jo aap ki baat se asar lein aur apne andar koi change laayein. yeh hamesha hua hai.</w:t>
      </w:r>
    </w:p>
    <w:p>
      <w:pPr>
        <w:jc w:val="right"/>
      </w:pPr>
      <w:r>
        <w:t>بات تو آپ سے سب سے کہیے۔ دیکھیے، صرف کچھ انڈیویجول بھی لے گئے جو آپ کی بات سے اثر لیں اور اپنے اندر کوئی چینج لائیں۔ یہ ہمیشہ ہوا ہے۔</w:t>
      </w:r>
    </w:p>
    <w:p>
      <w:r>
        <w:rPr>
          <w:b/>
        </w:rPr>
        <w:t xml:space="preserve">[49:05] </w:t>
      </w:r>
      <w:r>
        <w:t>yeh farq hamesha jaanna chahiye ke dawat ya tablegh ka kaam hota hai mass level par, lekin result hamesha nikalta hai individual level par.</w:t>
      </w:r>
    </w:p>
    <w:p>
      <w:pPr>
        <w:jc w:val="right"/>
      </w:pPr>
      <w:r>
        <w:t>یہ فرق ہمیشہ جاننا چاہیے کہ دعوت یا تبلیغ کا کام ہوتا ہے ماس لیول پر، لیکن رزلٹ ہمیشہ نکلتا ہے انڈیویجول لیول پر۔</w:t>
      </w:r>
    </w:p>
    <w:p>
      <w:r>
        <w:rPr>
          <w:b/>
        </w:rPr>
        <w:t xml:space="preserve">[49:17] </w:t>
      </w:r>
      <w:r>
        <w:t>yeh agar soch ho to aadmi, yaani is qism ka tasawwur is ke zehan mein nahin aayega.</w:t>
      </w:r>
    </w:p>
    <w:p>
      <w:pPr>
        <w:jc w:val="right"/>
      </w:pPr>
      <w:r>
        <w:t>یہ اگر سوچ ہو تو آدمی، یعنی اس قسم کا تصور اس کے ذہن میں نہیں آئے گا۔</w:t>
      </w:r>
    </w:p>
    <w:p>
      <w:r>
        <w:rPr>
          <w:b/>
        </w:rPr>
        <w:t xml:space="preserve">[49:31] </w:t>
      </w:r>
      <w:r>
        <w:t>maulana, yeh agla question kya hai? doctor sanjay ne dehli se: "reason and intuition. how to decide what is right reason?</w:t>
      </w:r>
    </w:p>
    <w:p>
      <w:pPr>
        <w:jc w:val="right"/>
      </w:pPr>
      <w:r>
        <w:t>مولانا، یہ اگلا کوسچن کیا ہے؟ ڈاکٹر سنجے نے دہلی سے: "ریزن اینڈ انٹیوشن۔ ہاؤ ٹو ڈیسائیڈ واٹ از رائٹ ریزن؟</w:t>
      </w:r>
    </w:p>
    <w:p>
      <w:r>
        <w:rPr>
          <w:b/>
        </w:rPr>
        <w:t xml:space="preserve">[49:42] </w:t>
      </w:r>
      <w:r>
        <w:t>because right may be different for different people."</w:t>
      </w:r>
    </w:p>
    <w:p>
      <w:pPr>
        <w:jc w:val="right"/>
      </w:pPr>
      <w:r>
        <w:t>بیکاز رائٹ می بی ڈفرنٹ فار ڈفرنٹ پیپل۔"</w:t>
      </w:r>
    </w:p>
    <w:p>
      <w:r>
        <w:rPr>
          <w:b/>
        </w:rPr>
        <w:t xml:space="preserve">[49:47] </w:t>
      </w:r>
      <w:r>
        <w:t>dekhiye, ek hai sanjeedgi, sincerity, aur ek hai, yaani</w:t>
      </w:r>
    </w:p>
    <w:p>
      <w:pPr>
        <w:jc w:val="right"/>
      </w:pPr>
      <w:r>
        <w:t>دیکھیے، ایک ہے سنجیدگی، سنسیرٹی، اور ایک ہے، یعنی</w:t>
      </w:r>
    </w:p>
    <w:p>
      <w:r>
        <w:rPr>
          <w:b/>
        </w:rPr>
        <w:t xml:space="preserve">[49:59] </w:t>
      </w:r>
      <w:r>
        <w:t>behas karna. to jo behas kare, us ke hisaab se tautology aayegi. tautology us ko kehte hain. behas karega, behas karega, behas karega.</w:t>
      </w:r>
    </w:p>
    <w:p>
      <w:pPr>
        <w:jc w:val="right"/>
      </w:pPr>
      <w:r>
        <w:t>بحث کرنا۔ تو جو بحث کرے، اس کے حساب سے ٹاٹولوجی آئے گی۔ ٹاٹولوجی اس کو کہتے ہیں۔ بحث کرے گا، بحث کرے گا، بحث کرے گا۔</w:t>
      </w:r>
    </w:p>
    <w:p>
      <w:r>
        <w:rPr>
          <w:b/>
        </w:rPr>
        <w:t xml:space="preserve">[50:08] </w:t>
      </w:r>
      <w:r>
        <w:t>koi na koi technical baat mil jaye gi jis se woh doosri baat ko refute kar de.</w:t>
      </w:r>
    </w:p>
    <w:p>
      <w:pPr>
        <w:jc w:val="right"/>
      </w:pPr>
      <w:r>
        <w:t>کوئی نہ کوئی ٹیکنیکل بات مل جائے گی جس سے وہ دوسری بات کو ریفیوٹ کر دے۔</w:t>
      </w:r>
    </w:p>
    <w:p>
      <w:r>
        <w:rPr>
          <w:b/>
        </w:rPr>
        <w:t xml:space="preserve">[50:14] </w:t>
      </w:r>
      <w:r>
        <w:t>to dekhein, is maamle mein koi compulsive reason nahin hai. aadmi ko khud jaanna padta hai ke kaun si baat mujhe reason ke mutabiq hai, kaun si reason ke mutabiq nahin.</w:t>
      </w:r>
    </w:p>
    <w:p>
      <w:pPr>
        <w:jc w:val="right"/>
      </w:pPr>
      <w:r>
        <w:t>تو دیکھیں، اس معاملے میں کوئی کمپلسو ریزن نہیں ہے۔ آدمی کو خود جاننا پڑتا ہے کہ کون سی بات مجھے ریزن کے مطابق ہے، کون سی ریزن کے مطابق نہیں۔</w:t>
      </w:r>
    </w:p>
    <w:p>
      <w:r>
        <w:rPr>
          <w:b/>
        </w:rPr>
        <w:t xml:space="preserve">[50:29] </w:t>
      </w:r>
      <w:r>
        <w:t>yeh khud apne, apna, yani intellectual development se aadmi pahunchta hai is baat ko. Yeh koi do do, chaar ki tarah nahi hai ke hum bahar se is ko impose kar dein.</w:t>
      </w:r>
    </w:p>
    <w:p>
      <w:pPr>
        <w:jc w:val="right"/>
      </w:pPr>
      <w:r>
        <w:t>یہ خود اپنے، اپنا، یعنی انٹلیکچول ڈیولپمنٹ سے آدمی پہنچتا ہے اس بات کو۔ یہ کوئی دو دو، چار کی طرح نہیں ہے کہ ہم باہر سے اس کو امپوز کر دیں۔</w:t>
      </w:r>
    </w:p>
    <w:p>
      <w:r>
        <w:rPr>
          <w:b/>
        </w:rPr>
        <w:t xml:space="preserve">[50:41] </w:t>
      </w:r>
      <w:r>
        <w:t>Aadmi maane to maane, nahi maane to milega is ko, nahi to nahi milega. Yeh kaha jata hai ke maano to dev, nahi to pathar. To sach westi yeh self discovery ki baat hai.</w:t>
      </w:r>
    </w:p>
    <w:p>
      <w:pPr>
        <w:jc w:val="right"/>
      </w:pPr>
      <w:r>
        <w:t>آدمی مانے تو مانے، نہیں مانے تو ملے گا اس کو، نہیں تو نہیں ملے گا۔ یہ کہا جاتا ہے کہ مانو تو دیو، نہیں تو پتھر۔ تو سچ ویسٹی یہ سیلف ڈسکوری کی بات ہے۔</w:t>
      </w:r>
    </w:p>
    <w:p>
      <w:r>
        <w:rPr>
          <w:b/>
        </w:rPr>
        <w:t xml:space="preserve">[50:55] </w:t>
      </w:r>
      <w:r>
        <w:t>Aur self discovery hoti hai hamesha sincerity jis ke andar bohat zyada ho, tab hoti hai.</w:t>
      </w:r>
    </w:p>
    <w:p>
      <w:pPr>
        <w:jc w:val="right"/>
      </w:pPr>
      <w:r>
        <w:t>اور سیلف ڈسکوری ہوتی ہے ہمیشہ سنسیرٹی جس کے اندر بہت زیادہ ہو، تب ہوتی ہے۔</w:t>
      </w:r>
    </w:p>
    <w:p>
      <w:r>
        <w:rPr>
          <w:b/>
        </w:rPr>
        <w:t xml:space="preserve">[51:03] </w:t>
      </w:r>
      <w:r>
        <w:t>To behal yeh baat jo hai, ooper se bahar se hum impose nahi kar sakte. Do do, chaar ki tarah</w:t>
      </w:r>
    </w:p>
    <w:p>
      <w:pPr>
        <w:jc w:val="right"/>
      </w:pPr>
      <w:r>
        <w:t>تو بہرحال یہ بات جو ہے، اوپر سے باہر سے ہم امپوز نہیں کر سکتے۔ دو دو، چار کی طرح</w:t>
      </w:r>
    </w:p>
    <w:p>
      <w:r>
        <w:rPr>
          <w:b/>
        </w:rPr>
        <w:t xml:space="preserve">[51:11] </w:t>
      </w:r>
      <w:r>
        <w:t>. Jo aadmi sincere hoga, woh zaroor pahunch jayega wahan tak. Dekhein, sincerity hamesha right way mein guide, guide karti hai.</w:t>
      </w:r>
    </w:p>
    <w:p>
      <w:pPr>
        <w:jc w:val="right"/>
      </w:pPr>
      <w:r>
        <w:t>۔ جو آدمی سنسیئر ہوگا، وہ ضرور پہنچ جائے گا وہاں تک۔ دیکھیں، سنسیرٹی ہمیشہ رائٹ وے میں گائیڈ، گائیڈ کرتی ہے۔</w:t>
      </w:r>
    </w:p>
    <w:p>
      <w:r>
        <w:rPr>
          <w:b/>
        </w:rPr>
        <w:t xml:space="preserve">[51:21] </w:t>
      </w:r>
      <w:r>
        <w:t>Aur sincerity na ho to aadmi bhatakta hai idhar udhar.</w:t>
      </w:r>
    </w:p>
    <w:p>
      <w:pPr>
        <w:jc w:val="right"/>
      </w:pPr>
      <w:r>
        <w:t>اور سنسیرٹی نہ ہو تو آدمی بھٹکتا ہے ادھر ادھر۔</w:t>
      </w:r>
    </w:p>
    <w:p>
      <w:r>
        <w:rPr>
          <w:b/>
        </w:rPr>
        <w:t xml:space="preserve">[51:28] </w:t>
      </w:r>
      <w:r>
        <w:t>Maulana sahib, yeh agla question kya hai? Maulana Iqbal Umri ne Chennai se: "Maulana, kainaati universal problem ko intervention of God hai discover karne ke bajaye.</w:t>
      </w:r>
    </w:p>
    <w:p>
      <w:pPr>
        <w:jc w:val="right"/>
      </w:pPr>
      <w:r>
        <w:t>مولانا صاحب، یہ اگلا کوسچن کیا ہے؟ مولانا اقبال عمری نے چنئی سے: "مولانا، کائناتی یونیورسل پرابلم کو انٹروینشن آف گاڈ ہے ڈسکور کرنے کے بجائے۔</w:t>
      </w:r>
    </w:p>
    <w:p>
      <w:r>
        <w:rPr>
          <w:b/>
        </w:rPr>
        <w:t xml:space="preserve">[51:41] </w:t>
      </w:r>
      <w:r>
        <w:t>If there is God, then why mismanagement like this? Insaan kyun samajhta hai?" Mismanagement nahi hai, to maine kaha hai ke warning hoti hai.</w:t>
      </w:r>
    </w:p>
    <w:p>
      <w:pPr>
        <w:jc w:val="right"/>
      </w:pPr>
      <w:r>
        <w:t>اف دیر از گاڈ، دین وائی مس مینجمنٹ لائک دس؟ انسان کیوں سمجھتا ہے؟" مس مینجمنٹ نہیں ہے، تو میں نے کہا ہے کہ وارننگ ہوتی ہے۔</w:t>
      </w:r>
    </w:p>
    <w:p>
      <w:r>
        <w:rPr>
          <w:b/>
        </w:rPr>
        <w:t xml:space="preserve">[51:54] </w:t>
      </w:r>
      <w:r>
        <w:t>Mismanagement ho to sari kainat mein numerous stars, planet hain, woh sab aapas mein takra jayen aapas mein. Yeh to bohat tiny waqia hai.</w:t>
      </w:r>
    </w:p>
    <w:p>
      <w:pPr>
        <w:jc w:val="right"/>
      </w:pPr>
      <w:r>
        <w:t>مس مینجمنٹ ہو تو ساری کائنات میں نیومرس سٹارز، پلینٹ ہیں، وہ سب آپس میں ٹکرا جائیں آپس میں۔ یہ تو بہت ٹائنی واقعہ ہے۔</w:t>
      </w:r>
    </w:p>
    <w:p>
      <w:r>
        <w:rPr>
          <w:b/>
        </w:rPr>
        <w:t xml:space="preserve">[52:05] </w:t>
      </w:r>
      <w:r>
        <w:t>Yani brel trillion ke mein bhi aik se kam hai.</w:t>
      </w:r>
    </w:p>
    <w:p>
      <w:pPr>
        <w:jc w:val="right"/>
      </w:pPr>
      <w:r>
        <w:t>یعنی بریل ٹریلین کے میں بھی ایک سے کم ہے۔</w:t>
      </w:r>
    </w:p>
    <w:p>
      <w:r>
        <w:rPr>
          <w:b/>
        </w:rPr>
        <w:t xml:space="preserve">[52:09] </w:t>
      </w:r>
      <w:r>
        <w:t>Yani poori universe ke lehaz se dekha jaye to beshumar waqiat hain. Wahan yeh sab baatein nahi hain. Bohat choti si zameen par aisa hota hai.</w:t>
      </w:r>
    </w:p>
    <w:p>
      <w:pPr>
        <w:jc w:val="right"/>
      </w:pPr>
      <w:r>
        <w:t>یعنی پوری یونیورس کے لحاظ سے دیکھا جائے تو بے شمار واقعات ہیں۔ وہاں یہ سب باتیں نہیں ہیں۔ بہت چھوٹی سی زمین پر ایسا ہوتا ہے۔</w:t>
      </w:r>
    </w:p>
    <w:p>
      <w:r>
        <w:rPr>
          <w:b/>
        </w:rPr>
        <w:t xml:space="preserve">[52:22] </w:t>
      </w:r>
      <w:r>
        <w:t>To jo zyada, yani more than 99 percent jo hissa hai universe ka, wahan to har cheez bilkul theek ho rahi hai.</w:t>
      </w:r>
    </w:p>
    <w:p>
      <w:pPr>
        <w:jc w:val="right"/>
      </w:pPr>
      <w:r>
        <w:t>تو جو زیادہ، یعنی مور دین 99 پرسنٹ جو حصہ ہے یونیورس کا، وہاں تو ہر چیز بالکل ٹھیک ہو رہی ہے۔</w:t>
      </w:r>
    </w:p>
    <w:p>
      <w:r>
        <w:rPr>
          <w:b/>
        </w:rPr>
        <w:t xml:space="preserve">[52:31] </w:t>
      </w:r>
      <w:r>
        <w:t>Yani more than 99 percent mein aur less than one percent ka jo hissa hai, wahan par aise kuch waqiat hote hain kabhi kabhi.</w:t>
      </w:r>
    </w:p>
    <w:p>
      <w:pPr>
        <w:jc w:val="right"/>
      </w:pPr>
      <w:r>
        <w:t>یعنی مور دین 99 پرسنٹ میں اور لیس دین ون پرسنٹ کا جو حصہ ہے، وہاں پر ایسے کچھ واقعات ہوتے ہیں کبھی کبھی۔</w:t>
      </w:r>
    </w:p>
    <w:p>
      <w:r>
        <w:rPr>
          <w:b/>
        </w:rPr>
        <w:t xml:space="preserve">[52:39] </w:t>
      </w:r>
      <w:r>
        <w:t>To yeh Khuda par is se buland nahi aata. Yeh sochna parta hai ke jo Khuda itne bare peymane par, bohat hi precise mein har cheez ko manage kar raha hai, woh aik chote se maqam par aisa kyun ho?</w:t>
      </w:r>
    </w:p>
    <w:p>
      <w:pPr>
        <w:jc w:val="right"/>
      </w:pPr>
      <w:r>
        <w:t>تو یہ خدا پر اس سے بلند نہیں آتا۔ یہ سوچنا پڑتا ہے کہ جو خدا اتنے بڑے پیمانے پر، بہت ہی پریسائز میں ہر چیز کو مینج کر رہا ہے، وہ ایک چھوٹے سے مقام پر ایسا کیوں ہو؟</w:t>
      </w:r>
    </w:p>
    <w:p>
      <w:r>
        <w:rPr>
          <w:b/>
        </w:rPr>
        <w:t xml:space="preserve">[52:55] </w:t>
      </w:r>
      <w:r>
        <w:t>Us ne pasand kiya to is ka jawab yeh hai ke woh warning ke liye, lesson ke liye, taake insaan jo so raha hai, woh jaag, woh jaag uthe.</w:t>
      </w:r>
    </w:p>
    <w:p>
      <w:pPr>
        <w:jc w:val="right"/>
      </w:pPr>
      <w:r>
        <w:t>اس نے پسند کیا تو اس کا جواب یہ ہے کہ وہ وارننگ کے لیے، لیسن کے لیے، تاکہ انسان جو سو رہا ہے، وہ جاگ، وہ جاگ اٹھے۔</w:t>
      </w:r>
    </w:p>
    <w:p>
      <w:r>
        <w:rPr>
          <w:b/>
        </w:rPr>
        <w:t xml:space="preserve">[53:08] </w:t>
      </w:r>
      <w:r>
        <w:t>Maulana, yeh agla sawal kya hai? Imran ne Delhi se: "Is it permissible to do dua for people of other faiths?</w:t>
      </w:r>
    </w:p>
    <w:p>
      <w:pPr>
        <w:jc w:val="right"/>
      </w:pPr>
      <w:r>
        <w:t>مولانا، یہ اگلا سوال کیا ہے؟ عمران نے دہلی سے: "از اٹ پرمسیبل ٹو ڈو دعا فار پیپل آف ادر فیتھس؟</w:t>
      </w:r>
    </w:p>
    <w:p>
      <w:r>
        <w:rPr>
          <w:b/>
        </w:rPr>
        <w:t xml:space="preserve">[53:17] </w:t>
      </w:r>
      <w:r>
        <w:t>What should be asked in dua for them?" "Can one pray for their good health, their joy, and if they are sick, they recover, or that they should be guided to the right path?"</w:t>
      </w:r>
    </w:p>
    <w:p>
      <w:pPr>
        <w:jc w:val="right"/>
      </w:pPr>
      <w:r>
        <w:t>واٹ شوڈ بی اسکڈ ان دعا فار دیم؟" "کین ون پری فار دیر گڈ ہیلتھ، دیر جوئے، اینڈ اف دے آر سیک، دے ریکور، اور دیٹ دے شوڈ بی گائیڈڈ ٹو دا رائٹ پاتھ؟"</w:t>
      </w:r>
    </w:p>
    <w:p>
      <w:r>
        <w:rPr>
          <w:b/>
        </w:rPr>
        <w:t xml:space="preserve">[53:35] </w:t>
      </w:r>
      <w:r>
        <w:t>Dekhein, dua jo hai, sab se pehle woh insaan ki apni, yani well wishing, khair khwahi ka saboot hota hai.</w:t>
      </w:r>
    </w:p>
    <w:p>
      <w:pPr>
        <w:jc w:val="right"/>
      </w:pPr>
      <w:r>
        <w:t>دیکھیں، دعا جو ہے، سب سے پہلے وہ انسان کی اپنی، یعنی ویل وشنگ، خیر خواہی کا ثبوت ہوتا ہے۔</w:t>
      </w:r>
    </w:p>
    <w:p>
      <w:r>
        <w:rPr>
          <w:b/>
        </w:rPr>
        <w:t xml:space="preserve">[53:45] </w:t>
      </w:r>
      <w:r>
        <w:t>Woh to karna hi karna hai, har aik ko karna hai. Aap ko is mein aap ko farq nahi karna hai, apne aur ghair ka farq nahi karna hai. Paighambaron ne dua ki har aik ke liye barabar.</w:t>
      </w:r>
    </w:p>
    <w:p>
      <w:pPr>
        <w:jc w:val="right"/>
      </w:pPr>
      <w:r>
        <w:t>وہ تو کرنا ہی کرنا ہے، ہر ایک کو کرنا ہے۔ آپ کو اس میں آپ کو فرق نہیں کرنا ہے، اپنے اور غیر کا فرق نہیں کرنا ہے۔ پیغمبروں نے دعا کی ہر ایک کے لیے برابر۔</w:t>
      </w:r>
    </w:p>
    <w:p>
      <w:r>
        <w:rPr>
          <w:b/>
        </w:rPr>
        <w:t xml:space="preserve">[53:58] </w:t>
      </w:r>
      <w:r>
        <w:t>To dua, dua to aadmi ke apne well wishing, is is spirit ka aik manifestation hai.</w:t>
      </w:r>
    </w:p>
    <w:p>
      <w:pPr>
        <w:jc w:val="right"/>
      </w:pPr>
      <w:r>
        <w:t>تو دعا، دعا تو آدمی کے اپنے ویل وشنگ، اس اس سپرٹ کا ایک مینیفیسٹیشن ہے۔</w:t>
      </w:r>
    </w:p>
    <w:p>
      <w:r>
        <w:rPr>
          <w:b/>
        </w:rPr>
        <w:t xml:space="preserve">[54:07] </w:t>
      </w:r>
      <w:r>
        <w:t>Khair khwahi ka jo jazba hai aadmi ke andar, us ka aik izhaar aik aadmi dua karta hai. Woh har aik ke liye hoga, har aik ke liye hoga.</w:t>
      </w:r>
    </w:p>
    <w:p>
      <w:pPr>
        <w:jc w:val="right"/>
      </w:pPr>
      <w:r>
        <w:t>خیر خواہی کا جو جذبہ ہے آدمی کے اندر، اس کا ایک اظہار ایک آدمی دعا کرتا ہے۔ وہ ہر ایک کے لیے ہوگا، ہر ایک کے لیے ہوگا۔</w:t>
      </w:r>
    </w:p>
    <w:p>
      <w:r>
        <w:rPr>
          <w:b/>
        </w:rPr>
        <w:t xml:space="preserve">[54:18] </w:t>
      </w:r>
      <w:r>
        <w:t>Hatta ke aik animal aaag road par tarp raha ho, us ke liye aap dua kar sakte hain: "Khuda, us ki koi mil jaye, us ki jo barf patti kar de, us ki."</w:t>
      </w:r>
    </w:p>
    <w:p>
      <w:pPr>
        <w:jc w:val="right"/>
      </w:pPr>
      <w:r>
        <w:t>حتی کہ ایک اینیمل آگ روڈ پر تڑپ رہا ہو، اس کے لیے آپ دعا کر سکتے ہیں: "خدائے، اس کی کوئی مل جائے، اس کی جو برف پٹی کر دے، اس کی۔"</w:t>
      </w:r>
    </w:p>
    <w:p>
      <w:r>
        <w:rPr>
          <w:b/>
        </w:rPr>
        <w:t xml:space="preserve">[54:27] </w:t>
      </w:r>
      <w:r>
        <w:t>To dua to aap ke khair khwahi ke jazbe ka izhaar hai, us ka expression hai. Woh to zaroor hogi agar khair khwahi maujood hai aadmi ke andar.</w:t>
      </w:r>
    </w:p>
    <w:p>
      <w:pPr>
        <w:jc w:val="right"/>
      </w:pPr>
      <w:r>
        <w:t>تو دعا تو آپ کے خیر خواہی کے جذبے کا اظہار ہے، اس کا ایکسپریشن ہے۔ وہ تو ضرور ہوگی اگر خیر خواہی موجود ہے آدمی کے اندر۔</w:t>
      </w:r>
    </w:p>
    <w:p>
      <w:r>
        <w:rPr>
          <w:b/>
        </w:rPr>
        <w:t xml:space="preserve">[54:38] </w:t>
      </w:r>
      <w:r>
        <w:t>Aur yeh sabit hai ke paighambaron ne har aik ke liye dua ki, har aik ke liye. Maulana, inhi ka agla sawal hai: "If the prophet did dua for people of other faiths, can you please mention what sort of things he asked for in the duas?</w:t>
      </w:r>
    </w:p>
    <w:p>
      <w:pPr>
        <w:jc w:val="right"/>
      </w:pPr>
      <w:r>
        <w:t>اور یہ ثابت ہے کہ پیغمبروں نے ہر ایک کے لیے دعا کی، ہر ایک کے لیے۔ مولانا، انہی کا اگلا سوال ہے: "اف دا پرافٹ ڈیڈ دعا فار پیپل آف ادر فیتھس، کین یو پلیز مینشن واٹ سورٹ آف تھنگز ہی اسکڈ فار ان دا دعاز؟</w:t>
      </w:r>
    </w:p>
    <w:p>
      <w:r>
        <w:rPr>
          <w:b/>
        </w:rPr>
        <w:t xml:space="preserve">[54:56] </w:t>
      </w:r>
      <w:r>
        <w:t>Can you please provide some references?" Dekhein, paighambaron ki dua hoti hai hidayat ke liye.</w:t>
      </w:r>
    </w:p>
    <w:p>
      <w:pPr>
        <w:jc w:val="right"/>
      </w:pPr>
      <w:r>
        <w:t>کین یو پلیز پرووائیڈ سم ریفرنسز؟" دیکھیں، پیغمبروں کی دعا ہوتی ہے ہدایت کے لیے۔</w:t>
      </w:r>
    </w:p>
    <w:p>
      <w:r>
        <w:rPr>
          <w:b/>
        </w:rPr>
        <w:t xml:space="preserve">[55:08] </w:t>
      </w:r>
      <w:r>
        <w:t>jaise peghambar ne dua ki: "rab qomi fahm la ilmoon." yaani un ke jo madu tha, us ne pathar mara to us ko dekh, ghusse bane hue hain.</w:t>
      </w:r>
    </w:p>
    <w:p>
      <w:pPr>
        <w:jc w:val="right"/>
      </w:pPr>
      <w:r>
        <w:t>جیسے پیغمبر نے دعا کی: "رب قومی فہم لا علمون۔" یعنی ان کے جو مدعو تھا، اس نے پتھر مارا تو اس کو دیکھ، غصے بنے ہوئے ہیں۔</w:t>
      </w:r>
    </w:p>
    <w:p>
      <w:r>
        <w:rPr>
          <w:b/>
        </w:rPr>
        <w:t xml:space="preserve">[55:21] </w:t>
      </w:r>
      <w:r>
        <w:t>woh balkay dua ki ke khuda un ko hidayat de, woh jante nahin.</w:t>
      </w:r>
    </w:p>
    <w:p>
      <w:pPr>
        <w:jc w:val="right"/>
      </w:pPr>
      <w:r>
        <w:t>وہ بلکہ دعا کی کہ خدا ان کو ہدایت دے، وہ جانتے نہیں۔</w:t>
      </w:r>
    </w:p>
    <w:p>
      <w:r>
        <w:rPr>
          <w:b/>
        </w:rPr>
        <w:t xml:space="preserve">[55:25] </w:t>
      </w:r>
      <w:r>
        <w:t>to peghambar ki jo duayein aayi hain quran o hadith mein, us se pata chalta hai ke peghambar ki duayein material cheezon ke liye nahin hoti theen, hidayat ke liye hoti theen.</w:t>
      </w:r>
    </w:p>
    <w:p>
      <w:pPr>
        <w:jc w:val="right"/>
      </w:pPr>
      <w:r>
        <w:t>تو پیغمبر کی جو دعائیں آئیں ہیں قرآن و حدیث میں، اس سے پتہ چلتا ہے کہ پیغمبر کی دعائیں مٹیریل چیزوں کے لیے نہیں ہوتی تھیں، ہدایت کے لیے ہوتی تھیں۔</w:t>
      </w:r>
    </w:p>
    <w:p>
      <w:r>
        <w:rPr>
          <w:b/>
        </w:rPr>
        <w:t xml:space="preserve">[55:40] </w:t>
      </w:r>
      <w:r>
        <w:t>jaise ek hadith hai ke rasool Allah ne kaha ke main ek peghambar ko dekh raha hoon ke us ne sachai ka paigham diya aur jo madu the, un ke woh ghusse ho gaye, un ko pathar mara to khoon behne laga.</w:t>
      </w:r>
    </w:p>
    <w:p>
      <w:pPr>
        <w:jc w:val="right"/>
      </w:pPr>
      <w:r>
        <w:t>جیسے ایک حدیث ہے کہ رسول اللہ نے کہا کہ میں ایک پیغمبر کو دیکھ رہا ہوں کہ اس نے سچائی کا پیغام دیا اور جو مدعو تھے، ان کے وہ غصہ ہو گئے، ان کو پتھر مارا تو خون بہنے لگا۔</w:t>
      </w:r>
    </w:p>
    <w:p>
      <w:r>
        <w:rPr>
          <w:b/>
        </w:rPr>
        <w:t xml:space="preserve">[55:57] </w:t>
      </w:r>
      <w:r>
        <w:t>to rasool Allah ne kaha: "main dekh raha hoon ke khoon un ke chehre se khoon beh raha hai." lekin woh apni zuban se keh rahe hain: "rab qomi fahm la ilmoon. aye Allah, unhein hidayat de, woh jante nahin."</w:t>
      </w:r>
    </w:p>
    <w:p>
      <w:pPr>
        <w:jc w:val="right"/>
      </w:pPr>
      <w:r>
        <w:t>تو رسول اللہ نے کہا: "میں دیکھ رہا ہوں کہ خون ان کے چہرے سے خون بہہ رہا ہے۔" لیکن وہ اپنی زبان سے کہہ رہے ہیں: "رب قومی فہم لا علمون۔ اے اللہ، انہیں ہدایت دے، وہ جانتے نہیں۔"</w:t>
      </w:r>
    </w:p>
    <w:p>
      <w:r>
        <w:rPr>
          <w:b/>
        </w:rPr>
        <w:t xml:space="preserve">[56:09] </w:t>
      </w:r>
      <w:r>
        <w:t>to jahan tak main janta hoon, peghambar ki duayein jo hoti theen, hidayat ke liye hoti theen, material cheezon ke liye nahin hoti theen.</w:t>
      </w:r>
    </w:p>
    <w:p>
      <w:pPr>
        <w:jc w:val="right"/>
      </w:pPr>
      <w:r>
        <w:t>تو جہاں تک میں جانتا ہوں، پیغمبر کی دعائیں جو ہوتی تھیں، ہدایت کے لیے ہوتی تھیں، مٹیریل چیزوں کے لیے نہیں ہوتی تھیں۔</w:t>
      </w:r>
    </w:p>
    <w:p>
      <w:r>
        <w:rPr>
          <w:b/>
        </w:rPr>
        <w:t xml:space="preserve">[56:22] </w:t>
      </w:r>
      <w:r>
        <w:t>maulana, ek comment aaya hai miss naghma siddiqui ka dehli se: "maulana, you are the only person that i have heard who talks of external and internal development, which is so true.</w:t>
      </w:r>
    </w:p>
    <w:p>
      <w:pPr>
        <w:jc w:val="right"/>
      </w:pPr>
      <w:r>
        <w:t>مولانا، ایک کمنٹ آیا ہے مس نغمہ صدیقی کا دہلی سے: "مولانا، یو آر دی اونلی پرسن دیٹ آئی ہیو ہرڈ ہو ٹاکس آف ایکسٹرنل اینڈ انٹرنل ڈیولپمنٹ، وچ از سو ٹرو۔</w:t>
      </w:r>
    </w:p>
    <w:p>
      <w:r>
        <w:rPr>
          <w:b/>
        </w:rPr>
        <w:t xml:space="preserve">[56:37] </w:t>
      </w:r>
      <w:r>
        <w:t>thank you for explaining how to develop a mazka personality for paradise."</w:t>
      </w:r>
    </w:p>
    <w:p>
      <w:pPr>
        <w:jc w:val="right"/>
      </w:pPr>
      <w:r>
        <w:t>تھینک یو فار ایکسپلیننگ ہاؤ ٹو ڈیویلپ ا مزکہ پرسنیلٹی فار پیراڈائز۔"</w:t>
      </w:r>
    </w:p>
    <w:p>
      <w:r>
        <w:rPr>
          <w:b/>
        </w:rPr>
        <w:t xml:space="preserve">[56:48] </w:t>
      </w:r>
      <w:r>
        <w:t>maulana, yeh agla bhi comment hai maulana iqbal umri sahib ka chennai se: "maulana, aaj wazeh hua ke insan ko jannati shakhsiyat banne ke liye dunya di gayi hai,</w:t>
      </w:r>
    </w:p>
    <w:p>
      <w:pPr>
        <w:jc w:val="right"/>
      </w:pPr>
      <w:r>
        <w:t>مولانا، یہ اگلا بھی کمنٹ ہے مولانا اقبال عمری صاحب کا چنئی سے: "مولانا، آج واضح ہوا کہ انسان کو جنتی شخصیت بننے کے لیے دنیا دی گئی ہے،</w:t>
      </w:r>
    </w:p>
    <w:p>
      <w:r>
        <w:rPr>
          <w:b/>
        </w:rPr>
        <w:t xml:space="preserve">[57:02] </w:t>
      </w:r>
      <w:r>
        <w:t>na ke dunya ko jannat banane ke liye.</w:t>
      </w:r>
    </w:p>
    <w:p>
      <w:pPr>
        <w:jc w:val="right"/>
      </w:pPr>
      <w:r>
        <w:t>نہ کہ دنیا کو جنت بنانے کے لیے۔</w:t>
      </w:r>
    </w:p>
    <w:p>
      <w:r>
        <w:rPr>
          <w:b/>
        </w:rPr>
        <w:t xml:space="preserve">[57:07] </w:t>
      </w:r>
      <w:r>
        <w:t>yeh himalayan warning se poori insaniyat ke liye ek lesson hai."</w:t>
      </w:r>
    </w:p>
    <w:p>
      <w:pPr>
        <w:jc w:val="right"/>
      </w:pPr>
      <w:r>
        <w:t>یہ ہمالین وارننگ سے پوری انسانیت کے لیے ایک لیسن ہے۔"</w:t>
      </w:r>
    </w:p>
    <w:p>
      <w:r>
        <w:rPr>
          <w:b/>
        </w:rPr>
        <w:t xml:space="preserve">[57:16] </w:t>
      </w:r>
      <w:r>
        <w:t>yeh theek hai, yeh theek hai. achha, kya hai?</w:t>
      </w:r>
    </w:p>
    <w:p>
      <w:pPr>
        <w:jc w:val="right"/>
      </w:pPr>
      <w:r>
        <w:t>یہ ٹھیک ہے، یہ ٹھیک ہے۔ اچھا، کیا ہے؟</w:t>
      </w:r>
    </w:p>
    <w:p>
      <w:r>
        <w:rPr>
          <w:b/>
        </w:rPr>
        <w:t xml:space="preserve">[57:26] </w:t>
      </w:r>
      <w:r>
        <w:t>urdu hai? mister naghma, kya question tha? un ka ek comment tha:</w:t>
      </w:r>
    </w:p>
    <w:p>
      <w:pPr>
        <w:jc w:val="right"/>
      </w:pPr>
      <w:r>
        <w:t>اردو ہے؟ مسٹر نغمہ، کیا کوسچن تھا؟ ان کا ایک کمنٹ تھا:</w:t>
      </w:r>
    </w:p>
    <w:p>
      <w:r>
        <w:rPr>
          <w:b/>
        </w:rPr>
        <w:t xml:space="preserve">[57:30] </w:t>
      </w:r>
      <w:r>
        <w:t>"hmm, you are the only person that i have heard who talks of external and internal development, which is so true.</w:t>
      </w:r>
    </w:p>
    <w:p>
      <w:pPr>
        <w:jc w:val="right"/>
      </w:pPr>
      <w:r>
        <w:t>"ہمم، یو آر دی اونلی پرسن دیٹ آئی ہیو ہرڈ ہو ٹاکس آف ایکسٹرنل اینڈ انٹرنل ڈیولپمنٹ، وچ از سو ٹرو۔</w:t>
      </w:r>
    </w:p>
    <w:p>
      <w:r>
        <w:rPr>
          <w:b/>
        </w:rPr>
        <w:t xml:space="preserve">[57:39] </w:t>
      </w:r>
      <w:r>
        <w:t>thank you for explaining how to develop a mazka personality for paradise." dekhein, is ko main ne abhi arz kiya ke har cheez mein ek item hota hai, risk ka item, yaani spiritual food ka item.</w:t>
      </w:r>
    </w:p>
    <w:p>
      <w:pPr>
        <w:jc w:val="right"/>
      </w:pPr>
      <w:r>
        <w:t>تھینک یو فار ایکسپلیننگ ہاؤ ٹو ڈیویلپ ا مزکہ پرسنیلٹی فار پیراڈائز۔" دیکھیں، اس کو میں نے ابھی عرض کیا کہ ہر چیز میں ایک آئٹم ہوتا ہے، رسک کا آئٹم، یعنی سپرچول فوڈ کا آئٹم۔</w:t>
      </w:r>
    </w:p>
    <w:p>
      <w:r>
        <w:rPr>
          <w:b/>
        </w:rPr>
        <w:t xml:space="preserve">[57:56] </w:t>
      </w:r>
      <w:r>
        <w:t>har cheez mein is ko daryaft karna,</w:t>
      </w:r>
    </w:p>
    <w:p>
      <w:pPr>
        <w:jc w:val="right"/>
      </w:pPr>
      <w:r>
        <w:t>ہر چیز میں اس کو دریافت کرنا،</w:t>
      </w:r>
    </w:p>
    <w:p>
      <w:r>
        <w:rPr>
          <w:b/>
        </w:rPr>
        <w:t xml:space="preserve">[58:00] </w:t>
      </w:r>
      <w:r>
        <w:t>jaise main ne misaal di ke yeh dekhiye, ek metal hai. yeh ek is ka ek aspect yeh hai ke yeh metal hai. doosra aspect yeh hai ke main sochne laga ke kya main aisa metal create kar sakta hoon?</w:t>
      </w:r>
    </w:p>
    <w:p>
      <w:pPr>
        <w:jc w:val="right"/>
      </w:pPr>
      <w:r>
        <w:t>جیسے میں نے مثال دی کہ یہ دیکھیے، ایک میٹل ہے۔ یہ ایک اس کا ایک اسپیکٹ یہ ہے کہ یہ میٹل ہے۔ دوسرا اسپیکٹ یہ ہے کہ میں سوچنے لگا کہ کیا میں ایسا میٹل کریٹ کر سکتا ہوں؟</w:t>
      </w:r>
    </w:p>
    <w:p>
      <w:r>
        <w:rPr>
          <w:b/>
        </w:rPr>
        <w:t xml:space="preserve">[58:14] </w:t>
      </w:r>
      <w:r>
        <w:t>to yeh is ka, is ke andar ek ek aur, yaani content tha, spiritual content. is ko le kar socha main ne. to har cheez mein aise hi hota hai ke do is ke content hote hain:</w:t>
      </w:r>
    </w:p>
    <w:p>
      <w:pPr>
        <w:jc w:val="right"/>
      </w:pPr>
      <w:r>
        <w:t>تو یہ اس کا، اس کے اندر ایک ایک اور، یعنی کنٹینٹ تھا، سپرچول کنٹینٹ۔ اس کو لے کر سوچا میں نے۔ تو ہر چیز میں ایسے ہی ہوتا ہے کہ دو اس کے کنٹینٹ ہوتے ہیں:</w:t>
      </w:r>
    </w:p>
    <w:p>
      <w:r>
        <w:rPr>
          <w:b/>
        </w:rPr>
        <w:t xml:space="preserve">[58:28] </w:t>
      </w:r>
      <w:r>
        <w:t>ek material content, ek spiritual content. is content ko daryaft karte karne se aadmi ke andar shakhsiyat, mazka shakhsiyat banti hai.</w:t>
      </w:r>
    </w:p>
    <w:p>
      <w:pPr>
        <w:jc w:val="right"/>
      </w:pPr>
      <w:r>
        <w:t>ایک مٹیریل کنٹینٹ، ایک سپرچول کنٹینٹ۔ اس کنٹینٹ کو دریافت کرتے کرنے سے آدمی کے اندر شخصیت، مذکہ شخصیت بنتی ہے۔</w:t>
      </w:r>
    </w:p>
    <w:p>
      <w:r>
        <w:rPr>
          <w:b/>
        </w:rPr>
        <w:t xml:space="preserve">[58:41] </w:t>
      </w:r>
      <w:r>
        <w:t>maulana, yeh agla question aaya hai doctor iqbal pradhan ka dehli se: "quran mein jagah jagah nabiyon ki qomon par azab aaya.</w:t>
      </w:r>
    </w:p>
    <w:p>
      <w:pPr>
        <w:jc w:val="right"/>
      </w:pPr>
      <w:r>
        <w:t>مولانا، یہ اگلا کوسچن آیا ہے ڈاکٹر اقبال پردھان کا دہلی سے: "قرآن میں جگہ جگہ نبیوں کی قوموں پر عذاب آیا۔</w:t>
      </w:r>
    </w:p>
    <w:p>
      <w:r>
        <w:rPr>
          <w:b/>
        </w:rPr>
        <w:t xml:space="preserve">[58:53] </w:t>
      </w:r>
      <w:r>
        <w:t>kya yeh warning thi ya azab?"</w:t>
      </w:r>
    </w:p>
    <w:p>
      <w:pPr>
        <w:jc w:val="right"/>
      </w:pPr>
      <w:r>
        <w:t>کیا یہ وارننگ تھی یا عذاب؟"</w:t>
      </w:r>
    </w:p>
    <w:p>
      <w:r>
        <w:rPr>
          <w:b/>
        </w:rPr>
        <w:t xml:space="preserve">[58:59] </w:t>
      </w:r>
      <w:r>
        <w:t>dekhein, nabi ka muamla alag hai aur yeh jo nepal mein aaj koi kaha ya is tarah ke jo waqiyat hote rehte hain, woh alag hain.</w:t>
      </w:r>
    </w:p>
    <w:p>
      <w:pPr>
        <w:jc w:val="right"/>
      </w:pPr>
      <w:r>
        <w:t>دیکھیں، نبی کا معاملہ الگ ہے اور یہ جو نیپال میں آج کوئی کہا یا اس طرح کے جو واقعات ہوتے رہتے ہیں، وہ الگ ہیں۔</w:t>
      </w:r>
    </w:p>
    <w:p>
      <w:r>
        <w:rPr>
          <w:b/>
        </w:rPr>
        <w:t xml:space="preserve">[59:11] </w:t>
      </w:r>
      <w:r>
        <w:t>yeh to sirf warning ke liye hota hai. dekhein, peghambar agar kahin aata hai aur woh itmam e hujjat ki had tak is ko dawat deta hai,</w:t>
      </w:r>
    </w:p>
    <w:p>
      <w:pPr>
        <w:jc w:val="right"/>
      </w:pPr>
      <w:r>
        <w:t>یہ تو صرف وارننگ کے لیے ہوتا ہے۔ دیکھیں، پیغمبر اگر کہیں آتا ہے اور وہ اتمام حجت کی حد تک اس کو دعوت دیتا ہے،</w:t>
      </w:r>
    </w:p>
    <w:p>
      <w:r>
        <w:rPr>
          <w:b/>
        </w:rPr>
        <w:t xml:space="preserve">[59:22] </w:t>
      </w:r>
      <w:r>
        <w:t>phir bhi woh inkar karti hai ke peghambar ke zariye, peghambar ke zariye itmam e hujjat ki had tak dawat pahunchana, phir inkar karna, is par aata hai azab.</w:t>
      </w:r>
    </w:p>
    <w:p>
      <w:pPr>
        <w:jc w:val="right"/>
      </w:pPr>
      <w:r>
        <w:t>پھر بھی وہ انکار کرتی ہے کہ پیغمبر کے ذریعے، پیغمبر کے ذریعے اتمام حجت کی حد تک دعوت پہنچانا، پھر انکار کرنا، اس پر آتا ہے عذاب۔</w:t>
      </w:r>
    </w:p>
    <w:p>
      <w:r>
        <w:rPr>
          <w:b/>
        </w:rPr>
        <w:t xml:space="preserve">[59:36] </w:t>
      </w:r>
      <w:r>
        <w:t>aise azab nahin aata hamari aap ki dawat par. azab nahin aayega, sirf yeh peghambar ke liye khaas hai. hum aap dawat dein to hum kahenge nahin manenge.</w:t>
      </w:r>
    </w:p>
    <w:p>
      <w:pPr>
        <w:jc w:val="right"/>
      </w:pPr>
      <w:r>
        <w:t>ایسے عذاب نہیں آتا ہماری آپ کی دعوت پر۔ عذاب نہیں آئے گا، صرف یہ پیغمبر کے لیے خاص ہے۔ ہم آپ دعوت دیں تو ہم کہیں گے نہیں مانیں گے۔</w:t>
      </w:r>
    </w:p>
    <w:p>
      <w:r>
        <w:rPr>
          <w:b/>
        </w:rPr>
        <w:t xml:space="preserve">[59:45] </w:t>
      </w:r>
      <w:r>
        <w:t>log to in ko azab aa jaye ga, to yeh galat hai. yeh</w:t>
      </w:r>
    </w:p>
    <w:p>
      <w:pPr>
        <w:jc w:val="right"/>
      </w:pPr>
      <w:r>
        <w:t>لوگ تو ان کو عذاب آ جائے گا، تو یہ غلط ہے۔ یہ</w:t>
      </w:r>
    </w:p>
    <w:p>
      <w:r>
        <w:rPr>
          <w:b/>
        </w:rPr>
        <w:t xml:space="preserve">[59:51] </w:t>
      </w:r>
      <w:r>
        <w:t>yeh galat hai. yeh sirf peghambar ke liye khaas hai, woh bhi har peghambar ke liye nahi hai. har peghambar ka aisa nahi hoga. jis tarah Hazrat Ibrahim ne chhod diya aap ne Iraq ko, to wahan azab nahi aaye.</w:t>
      </w:r>
    </w:p>
    <w:p>
      <w:pPr>
        <w:jc w:val="right"/>
      </w:pPr>
      <w:r>
        <w:t>یہ غلط ہے۔ یہ صرف پیغمبر کے لیے خاص ہے، وہ بھی ہر پیغمبر کے لیے نہیں ہے۔ ہر پیغمبر کا ایسا نہیں ہوگا۔ جس طرح حضرت ابراہیم نے چھوڑ دیا آپ نے عراق کو، تو وہاں عذاب نہیں آئے۔</w:t>
      </w:r>
    </w:p>
    <w:p>
      <w:r>
        <w:rPr>
          <w:b/>
        </w:rPr>
        <w:t xml:space="preserve">[1:00:03] </w:t>
      </w:r>
      <w:r>
        <w:t>koi aisa nahi hua. Rasool Allah ne Makkah chhora to wahan azab nahi aa gaya. hatta ke Hazrat Yunus ne chhod diya tha apne qaum ko, tab bhi azab nahi aaya.</w:t>
      </w:r>
    </w:p>
    <w:p>
      <w:pPr>
        <w:jc w:val="right"/>
      </w:pPr>
      <w:r>
        <w:t>کوئی ایسا نہیں ہوا۔ رسول اللہ نے مکہ چھوڑا تو وہاں عذاب نہیں آ گیا۔ حتی کہ حضرت یونس نے چھوڑ دیا تھا اپنے قوم کو، تب بھی عذاب نہیں آیا۔</w:t>
      </w:r>
    </w:p>
    <w:p>
      <w:r>
        <w:rPr>
          <w:b/>
        </w:rPr>
        <w:t xml:space="preserve">[1:00:17] </w:t>
      </w:r>
      <w:r>
        <w:t>to azab is tarah ka jis ko aap keh rahe hain, woh kuch peghambaron ke zamane mein aaya hai, Hazrat Hazrat Loot ke zamane mein aaya, har peghambar ke zamane mein nahi aaya.</w:t>
      </w:r>
    </w:p>
    <w:p>
      <w:pPr>
        <w:jc w:val="right"/>
      </w:pPr>
      <w:r>
        <w:t>تو عذاب اس طرح کا جس کو آپ کہہ رہے ہیں، وہ کچھ پیغمبروں کے زمانے میں آیا ہے، حضرت حضرت لوط کے زمانے میں آیا، ہر پیغمبر کے زمانے میں نہیں آیا۔</w:t>
      </w:r>
    </w:p>
    <w:p>
      <w:r>
        <w:rPr>
          <w:b/>
        </w:rPr>
        <w:t xml:space="preserve">[1:00:29] </w:t>
      </w:r>
      <w:r>
        <w:t>lekin is ka jo qanoon hai, woh yahi hai ke agar peghambar ke zariye itmam-e-hujjat ki had tak dawat pahuncha di jaye, phir bhi qaum inkar karti rahe to azab aayega.</w:t>
      </w:r>
    </w:p>
    <w:p>
      <w:pPr>
        <w:jc w:val="right"/>
      </w:pPr>
      <w:r>
        <w:t>لیکن اس کا جو قانون ہے، وہ یہی ہے کہ اگر پیغمبر کے ذریعے اتمام حجت کی حد تک دعوت پہنچا دی جائے، پھر بھی قوم انکار کرتی رہے تو عذاب آئے گا۔</w:t>
      </w:r>
    </w:p>
    <w:p>
      <w:r>
        <w:rPr>
          <w:b/>
        </w:rPr>
        <w:t xml:space="preserve">[1:00:42] </w:t>
      </w:r>
      <w:r>
        <w:t>lekin har peghambar ke liye azab nahi aayega.</w:t>
      </w:r>
    </w:p>
    <w:p>
      <w:pPr>
        <w:jc w:val="right"/>
      </w:pPr>
      <w:r>
        <w:t>لیکن ہر پیغمبر کے لیے عذاب نہیں آئے گا۔</w:t>
      </w:r>
    </w:p>
    <w:p>
      <w:r>
        <w:rPr>
          <w:b/>
        </w:rPr>
        <w:t xml:space="preserve">[1:00:45] </w:t>
      </w:r>
      <w:r>
        <w:t>misalan Hazrat Isa ka inkar kiya to azab to nahi aaya, to aisa nahi hota. Maulana, yeh agla question kya hai?</w:t>
      </w:r>
    </w:p>
    <w:p>
      <w:pPr>
        <w:jc w:val="right"/>
      </w:pPr>
      <w:r>
        <w:t>مثلاً حضرت عیسیٰ کا انکار کیا تو عذاب تو نہیں آیا، تو ایسا نہیں ہوتا۔ مولانا، یہ اگلا کوسچن کیا ہے؟</w:t>
      </w:r>
    </w:p>
    <w:p>
      <w:r>
        <w:rPr>
          <w:b/>
        </w:rPr>
        <w:t xml:space="preserve">[1:00:56] </w:t>
      </w:r>
      <w:r>
        <w:t>Mr Imran ne Delhi se: "When someone says namaz by herself or himself at the end of the namaz, they turn to either side, saying Assalamu Alaikum wa Rahmatullahi.</w:t>
      </w:r>
    </w:p>
    <w:p>
      <w:pPr>
        <w:jc w:val="right"/>
      </w:pPr>
      <w:r>
        <w:t>مسٹر عمران نے دہلی سے: "وین سم ون سیز نماز بائے ہر سیلف اور ہم سیلف ایٹ دی اینڈ آف دا نماز، دے ٹرن ٹو ایدر سائیڈ، سینگ السلام علیکم ورحمۃ اللہ۔</w:t>
      </w:r>
    </w:p>
    <w:p>
      <w:r>
        <w:rPr>
          <w:b/>
        </w:rPr>
        <w:t xml:space="preserve">[1:01:09] </w:t>
      </w:r>
      <w:r>
        <w:t>Who is he or she addressing in these words? Please explain."</w:t>
      </w:r>
    </w:p>
    <w:p>
      <w:pPr>
        <w:jc w:val="right"/>
      </w:pPr>
      <w:r>
        <w:t>ہو از ہی اور شی ایڈریسنگ ان دیز ورڈز؟ پلیز ایکسپلین۔"</w:t>
      </w:r>
    </w:p>
    <w:p>
      <w:r>
        <w:rPr>
          <w:b/>
        </w:rPr>
        <w:t xml:space="preserve">[1:01:15] </w:t>
      </w:r>
      <w:r>
        <w:t>dekhein, is ko main bata chuka hoon is se pehle ke globe par jo log bas rahe hain, is side mein ya is side mein, agar main idhar namaz padh raha hoon to yeh side ki le li hui hai.</w:t>
      </w:r>
    </w:p>
    <w:p>
      <w:pPr>
        <w:jc w:val="right"/>
      </w:pPr>
      <w:r>
        <w:t>دیکھیں، اس کو میں بتا چکا ہوں اس سے پہلے کہ گلوب پر جو لوگ بس رہے ہیں، اس سائیڈ میں یا اس سائیڈ میں، اگر میں ادھر نماز پڑھ رہا ہوں تو یہ سائیڈ کی لے لی ہوئی ہے۔</w:t>
      </w:r>
    </w:p>
    <w:p>
      <w:r>
        <w:rPr>
          <w:b/>
        </w:rPr>
        <w:t xml:space="preserve">[1:01:27] </w:t>
      </w:r>
      <w:r>
        <w:t>idhar padh raha hoon to aisa hua, kyunke aap pure globe mein basne wale tamam logon ke liye main peace be a pani ko keh raha hoon.</w:t>
      </w:r>
    </w:p>
    <w:p>
      <w:pPr>
        <w:jc w:val="right"/>
      </w:pPr>
      <w:r>
        <w:t>ادھر پڑھ رہا ہوں تو ایسا ہوا، کیونکہ آپ پورے گلوب میں بسنے والے تمام لوگوں کے لیے میں پیس بی اے پانی کو کہہ رہا ہوں۔</w:t>
      </w:r>
    </w:p>
    <w:p>
      <w:r>
        <w:rPr>
          <w:b/>
        </w:rPr>
        <w:t xml:space="preserve">[1:01:36] </w:t>
      </w:r>
      <w:r>
        <w:t>peace be a pani</w:t>
      </w:r>
    </w:p>
    <w:p>
      <w:pPr>
        <w:jc w:val="right"/>
      </w:pPr>
      <w:r>
        <w:t>پیس بی اے پانی</w:t>
      </w:r>
    </w:p>
    <w:p>
      <w:r>
        <w:rPr>
          <w:b/>
        </w:rPr>
        <w:t xml:space="preserve">[1:01:37] </w:t>
      </w:r>
      <w:r>
        <w:t>to yeh sach poochhein to apne apne andar spirit of peace inculcate karne ke liye hai ke jab main masjid se niklun bahar to jo insaan ke beech mein main hoon, woh un ke beech mein mujhe peace ke sath rahoon.</w:t>
      </w:r>
    </w:p>
    <w:p>
      <w:pPr>
        <w:jc w:val="right"/>
      </w:pPr>
      <w:r>
        <w:t>تو یہ سچ پوچھیں تو اپنے اپنے اندر اسپرٹ آف پیس انکلکیٹ کرنے کے لیے ہے کہ جب میں مسجد سے نکلوں باہر تو جو انسان کے بیچ میں میں ہوں، وہ ان کے بیچ میں مجھے پیس کے ساتھ رہوں۔</w:t>
      </w:r>
    </w:p>
    <w:p>
      <w:r>
        <w:rPr>
          <w:b/>
        </w:rPr>
        <w:t xml:space="preserve">[1:01:54] </w:t>
      </w:r>
      <w:r>
        <w:t>main yeh ek qism ka pledge hai. isi liye ek ek mashhoor muhaddis the,</w:t>
      </w:r>
    </w:p>
    <w:p>
      <w:pPr>
        <w:jc w:val="right"/>
      </w:pPr>
      <w:r>
        <w:t>میں یہ ایک قسم کا پلیج ہے۔ اسی لیے ایک ایک مشہور محدث تھے،</w:t>
      </w:r>
    </w:p>
    <w:p>
      <w:r>
        <w:rPr>
          <w:b/>
        </w:rPr>
        <w:t xml:space="preserve">[1:02:02] </w:t>
      </w:r>
      <w:r>
        <w:t>unhon ne kaha ke "hal tadri wa salam" un ka naam tha Ibn Uyaynah. "hal tadri wa salam" kya tum jante ho ke yeh salam karna kya hai?</w:t>
      </w:r>
    </w:p>
    <w:p>
      <w:pPr>
        <w:jc w:val="right"/>
      </w:pPr>
      <w:r>
        <w:t>انہوں نے کہا کہ "حل تدری وسلام" ان کا نام تھا ابن عینہ۔ "حل تدری وسلام" کیا تم جانتے ہو کہ یہ سلام کرنا کیا ہے؟</w:t>
      </w:r>
    </w:p>
    <w:p>
      <w:r>
        <w:rPr>
          <w:b/>
        </w:rPr>
        <w:t xml:space="preserve">[1:02:14] </w:t>
      </w:r>
      <w:r>
        <w:t>is ka matlab hai: "anta amin minni, anta amin minni" tum mujh se mehfooz ho, tumhari izzat, tumhari abru, tumhara maal mujh se mehfooz hai.</w:t>
      </w:r>
    </w:p>
    <w:p>
      <w:pPr>
        <w:jc w:val="right"/>
      </w:pPr>
      <w:r>
        <w:t>اس کا مطلب ہے: "انت امن منی، انت امن منی" تم مجھ سے محفوظ ہو، تمہاری عزت، تمہاری ابرو، تمہارا مال مجھ سے محفوظ ہے۔</w:t>
      </w:r>
    </w:p>
    <w:p>
      <w:r>
        <w:rPr>
          <w:b/>
        </w:rPr>
        <w:t xml:space="preserve">[1:02:25] </w:t>
      </w:r>
      <w:r>
        <w:t>to kaha jab aap masjid se yeh keh kar nikle to yeh doosron ko agar aap paigham de rahe hain ke tum mujh se daro mat, main tumhare liye koi problem nahi create karunga, koi nishans nahi create karunga,</w:t>
      </w:r>
    </w:p>
    <w:p>
      <w:pPr>
        <w:jc w:val="right"/>
      </w:pPr>
      <w:r>
        <w:t>تو کہا جب آپ مسجد سے یہ کہہ کر نکلے تو یہ دوسروں کو اگر آپ پیغام دے رہے ہیں کہ تم مجھ سے ڈرو مت، میں تمہارے لیے کوئی پرابلم نہیں کریٹ کروں گا، کوئی نیشنس نہیں کریٹ کروں گا،</w:t>
      </w:r>
    </w:p>
    <w:p>
      <w:r>
        <w:rPr>
          <w:b/>
        </w:rPr>
        <w:t xml:space="preserve">[1:02:39] </w:t>
      </w:r>
      <w:r>
        <w:t>koi tumhara nuksan nahi karunga, yeh matlab hai is ka. yani "I am a, I am a</w:t>
      </w:r>
    </w:p>
    <w:p>
      <w:pPr>
        <w:jc w:val="right"/>
      </w:pPr>
      <w:r>
        <w:t>کوئی تمہارا نقصان نہیں کروں گا، یہ مطلب ہے اس کا۔ یعنی "آئی ایم اے، آئی ایم اے</w:t>
      </w:r>
    </w:p>
    <w:p>
      <w:r>
        <w:rPr>
          <w:b/>
        </w:rPr>
        <w:t xml:space="preserve">[1:02:50] </w:t>
      </w:r>
      <w:r>
        <w:t>good member of of the society,</w:t>
      </w:r>
    </w:p>
    <w:p>
      <w:pPr>
        <w:jc w:val="right"/>
      </w:pPr>
      <w:r>
        <w:t>گڈ ممبر آف آف دی سوسائٹی،</w:t>
      </w:r>
    </w:p>
    <w:p>
      <w:r>
        <w:rPr>
          <w:b/>
        </w:rPr>
        <w:t xml:space="preserve">[1:02:54] </w:t>
      </w:r>
      <w:r>
        <w:t>no problem member of society" yeh yeh keh kar nikalte hain. yeh agarche yani symbolic sense mein hota hai, kyunke log to maujood hain hi nahi samne, symbolic sense mein hota hai,</w:t>
      </w:r>
    </w:p>
    <w:p>
      <w:pPr>
        <w:jc w:val="right"/>
      </w:pPr>
      <w:r>
        <w:t>نو پرابلم ممبر آف سوسائٹی" یہ یہ کہہ کر نکلتے ہیں۔ یہ اگرچہ یعنی سمبلک سینس میں ہوتا ہے، کیونکہ لوگ تو موجود ہیں ہی نہیں سامنے، سمبلک سینس میں ہوتا ہے،</w:t>
      </w:r>
    </w:p>
    <w:p>
      <w:r>
        <w:rPr>
          <w:b/>
        </w:rPr>
        <w:t xml:space="preserve">[1:03:08] </w:t>
      </w:r>
      <w:r>
        <w:t>lekin is mein spirit to phir bhi milti hai aap ko. yani jo salam kar raha hai, us ne apna to spirit inculcate ki ke mujhe logon ke beech mein jaunga to main un ke sath mein peaceful tareeqe se rehna hai.</w:t>
      </w:r>
    </w:p>
    <w:p>
      <w:pPr>
        <w:jc w:val="right"/>
      </w:pPr>
      <w:r>
        <w:t>لیکن اس میں اسپرٹ تو پھر بھی ملتی ہے آپ کو۔ یعنی جو سلام کر رہا ہے، اس نے اپنا تو اسپرٹ انکلکیٹ کی کہ مجھے لوگوں کے بیچ میں جاؤں گا تو میں ان کے ساتھ میں پیس فل طریقے سے رہنا ہے۔</w:t>
      </w:r>
    </w:p>
    <w:p>
      <w:r>
        <w:rPr>
          <w:b/>
        </w:rPr>
        <w:t xml:space="preserve">[1:03:20] </w:t>
      </w:r>
      <w:r>
        <w:t>rehna hai.</w:t>
      </w:r>
    </w:p>
    <w:p>
      <w:pPr>
        <w:jc w:val="right"/>
      </w:pPr>
      <w:r>
        <w:t>رہنا ہے۔</w:t>
      </w:r>
    </w:p>
    <w:p>
      <w:r>
        <w:rPr>
          <w:b/>
        </w:rPr>
        <w:t xml:space="preserve">[1:03:25] </w:t>
      </w:r>
      <w:r>
        <w:t>Maulana, yeh agla question aaya hai Mr Raj Malik ka Delhi se. Maulana, ek sahib ne kaha ke aaj agar Hazrat Umar hote to hum logon ki gardan maar dete,</w:t>
      </w:r>
    </w:p>
    <w:p>
      <w:pPr>
        <w:jc w:val="right"/>
      </w:pPr>
      <w:r>
        <w:t>مولانا، یہ اگلا کوسچن آیا ہے مسٹر راج ملک کا دہلی سے۔ مولانا، ایک صاحب نے کہا کہ آج اگر حضرت عمر ہوتے تو ہم لوگوں کی گردن مار دیتے،</w:t>
      </w:r>
    </w:p>
    <w:p>
      <w:r>
        <w:rPr>
          <w:b/>
        </w:rPr>
        <w:t xml:space="preserve">[1:03:39] </w:t>
      </w:r>
      <w:r>
        <w:t>jaisa ke ek aadmi ka qatl kar diya jis ne Rasool Allah ke faisle ko nahi maana tha.</w:t>
      </w:r>
    </w:p>
    <w:p>
      <w:pPr>
        <w:jc w:val="right"/>
      </w:pPr>
      <w:r>
        <w:t>جیسا کہ ایک آدمی کا قتل کر دیا جس نے رسول اللہ کے فیصلے کو نہیں مانا تھا۔</w:t>
      </w:r>
    </w:p>
    <w:p>
      <w:r>
        <w:rPr>
          <w:b/>
        </w:rPr>
        <w:t xml:space="preserve">[1:03:49] </w:t>
      </w:r>
      <w:r>
        <w:t>nahi, yeh galat hai ke qatl kar diya.</w:t>
      </w:r>
    </w:p>
    <w:p>
      <w:pPr>
        <w:jc w:val="right"/>
      </w:pPr>
      <w:r>
        <w:t>نہیں، یہ غلط ہے کہ قتل کر دیا۔</w:t>
      </w:r>
    </w:p>
    <w:p>
      <w:r>
        <w:rPr>
          <w:b/>
        </w:rPr>
        <w:t xml:space="preserve">[1:03:52] </w:t>
      </w:r>
      <w:r>
        <w:t>kaha tha ke agar ijazat de do to main qatl kar doonga. dekhiye, kisi umar ko ya kisi khaleefa ko yeh ikhtiyar nahi ke jis ko chahe gardan maar de.</w:t>
      </w:r>
    </w:p>
    <w:p>
      <w:pPr>
        <w:jc w:val="right"/>
      </w:pPr>
      <w:r>
        <w:t>کہا تھا کہ اگر اجازت دے دو تو میں قتل کر دوں گا۔ دیکھیے، کسی عمر کو یا کسی خلیفہ کو یہ اختیار نہیں کہ جس کو چاہے گردن مار دے۔</w:t>
      </w:r>
    </w:p>
    <w:p>
      <w:r>
        <w:rPr>
          <w:b/>
        </w:rPr>
        <w:t xml:space="preserve">[1:04:02] </w:t>
      </w:r>
      <w:r>
        <w:t>iska faisla court se hota hai, khaleefa nahi karta. iska is ko yaad rakhiye ke jo punishment hai, jo woh khaleefa ke ikhtiyar mein nahi hai, woh sirf court ke ikhtiyar mein hai.</w:t>
      </w:r>
    </w:p>
    <w:p>
      <w:pPr>
        <w:jc w:val="right"/>
      </w:pPr>
      <w:r>
        <w:t>اس کا فیصلہ کورٹ سے ہوتا ہے، خلیفہ نہیں کرتا۔ اس کا اس کو یاد رکھیے کہ جو پنشمنٹ ہے، جو وہ خلیفہ کے اختیار میں نہیں ہے، وہ صرف کورٹ کے اختیار میں ہے۔</w:t>
      </w:r>
    </w:p>
    <w:p>
      <w:r>
        <w:rPr>
          <w:b/>
        </w:rPr>
        <w:t xml:space="preserve">[1:04:17] </w:t>
      </w:r>
      <w:r>
        <w:t>court mein muqadma jayega, wahan behas hogi.</w:t>
      </w:r>
    </w:p>
    <w:p>
      <w:pPr>
        <w:jc w:val="right"/>
      </w:pPr>
      <w:r>
        <w:t>کورٹ میں مقدمہ جائے گا، وہاں بحث ہوگی۔</w:t>
      </w:r>
    </w:p>
    <w:p>
      <w:r>
        <w:rPr>
          <w:b/>
        </w:rPr>
        <w:t xml:space="preserve">[1:04:21] </w:t>
      </w:r>
      <w:r>
        <w:t>qazi jab jo is jo faisla dega, us ke mutabiq police jo hai, us ko execute karegi. aisa nahi ke umar hote to jo logon ko qatl karte rehte, yeh baat sahi nahi hai.</w:t>
      </w:r>
    </w:p>
    <w:p>
      <w:pPr>
        <w:jc w:val="right"/>
      </w:pPr>
      <w:r>
        <w:t>قاضی جب جو اس جو فیصلہ دے گا، اس کے مطابق پولیس جو ہے، اس کو ایگزیکیوٹ کرے گی۔ ایسا نہیں کہ عمر ہوتے تو جو لوگوں کو قدر کرتے رہتے، یہ بات صحیح نہیں ہے۔</w:t>
      </w:r>
    </w:p>
    <w:p>
      <w:r>
        <w:rPr>
          <w:b/>
        </w:rPr>
        <w:t xml:space="preserve">[1:04:34] </w:t>
      </w:r>
      <w:r>
        <w:t>na kabhi unhon ne aisa kiya. aisa aisa nahi ke qatl kiya unhon ne. Maulana, yeh agla sawal aaya hai Muhammad Abrar sahib ka Allahabad se</w:t>
      </w:r>
    </w:p>
    <w:p>
      <w:pPr>
        <w:jc w:val="right"/>
      </w:pPr>
      <w:r>
        <w:t>نہ کبھی انہوں نے ایسا کیا۔ ایسا ایسا نہیں کہ قدر کیا انہوں نے۔ مولانا، یہ اگلا سوال آیا ہے محمد ابرار صاحب کا الہ آباد سے</w:t>
      </w:r>
    </w:p>
    <w:p>
      <w:r>
        <w:rPr>
          <w:b/>
        </w:rPr>
        <w:t xml:space="preserve">[1:04:46] </w:t>
      </w:r>
      <w:r>
        <w:t>. Maulana, agar life partner hum mizaj na ho aur hamare spiritual food ko gain karne mein hamara saath na de, aur jab hum relevant talk karein,</w:t>
      </w:r>
    </w:p>
    <w:p>
      <w:pPr>
        <w:jc w:val="right"/>
      </w:pPr>
      <w:r>
        <w:t>۔ مولانا، اگر لائف پارٹنر ہم مزاج نہ ہو اور ہمارے سپرچول فوڈ کو گین کرنے میں ہمارا ساتھ نہ دے، اور جب ہم ریلیونٹ ٹاک کریں،</w:t>
      </w:r>
    </w:p>
    <w:p>
      <w:r>
        <w:rPr>
          <w:b/>
        </w:rPr>
        <w:t xml:space="preserve">[1:04:59] </w:t>
      </w:r>
      <w:r>
        <w:t>woh irrelevant talk kare to hamein kya karna chahiye? kyunke us ki wajah se hamare mission mein disturbance hota hai.</w:t>
      </w:r>
    </w:p>
    <w:p>
      <w:pPr>
        <w:jc w:val="right"/>
      </w:pPr>
      <w:r>
        <w:t>وہ ارریلیونٹ ٹاک کرے تو ہمیں کیا کرنا چاہیے؟ کیونکہ اس کی وجہ سے ہمارے مشن میں ڈسٹربنس ہوتا ہے۔</w:t>
      </w:r>
    </w:p>
    <w:p>
      <w:r>
        <w:rPr>
          <w:b/>
        </w:rPr>
        <w:t xml:space="preserve">[1:05:11] </w:t>
      </w:r>
      <w:r>
        <w:t>nahi, dekhiye, yeh baat sahi nahi hai.</w:t>
      </w:r>
    </w:p>
    <w:p>
      <w:pPr>
        <w:jc w:val="right"/>
      </w:pPr>
      <w:r>
        <w:t>نہیں، دیکھیے، یہ بات صحیح نہیں ہے۔</w:t>
      </w:r>
    </w:p>
    <w:p>
      <w:r>
        <w:rPr>
          <w:b/>
        </w:rPr>
        <w:t xml:space="preserve">[1:05:14] </w:t>
      </w:r>
      <w:r>
        <w:t>har aurat, har mard Allah ke paida kiye hue hain. aisa nahi ke kisi ko shaitan ne paida kiya hai, kisi ko Khuda ne paida kiya hai. to aap jis darje mein aap ka saathi aap ke aap se mawafqat kar raha hai, us par shukr kijiye.</w:t>
      </w:r>
    </w:p>
    <w:p>
      <w:pPr>
        <w:jc w:val="right"/>
      </w:pPr>
      <w:r>
        <w:t>ہر عورت، ہر مرد اللہ کے پیدا کیے ہوئے ہیں۔ ایسا نہیں کہ کسی کو شیطان نے پیدا کیا ہے، کسی کو خدا نے پیدا کیا ہے۔ تو آپ جس درجے میں آپ کا ساتھی آپ کے آپ سے موافقت کر رہا ہے، اس پر شکر کیجئے۔</w:t>
      </w:r>
    </w:p>
    <w:p>
      <w:r>
        <w:rPr>
          <w:b/>
        </w:rPr>
        <w:t xml:space="preserve">[1:05:34] </w:t>
      </w:r>
      <w:r>
        <w:t>agar kami hai to us ke liye koshish kijiye, dua kijiye, koshish kijiye.</w:t>
      </w:r>
    </w:p>
    <w:p>
      <w:pPr>
        <w:jc w:val="right"/>
      </w:pPr>
      <w:r>
        <w:t>اگر کمی ہے تو اس کے لیے کوشش کیجئے، دعا کیجئے، کوشش کیجئے۔</w:t>
      </w:r>
    </w:p>
    <w:p>
      <w:r>
        <w:rPr>
          <w:b/>
        </w:rPr>
        <w:t xml:space="preserve">[1:05:39] </w:t>
      </w:r>
      <w:r>
        <w:t>aisa nahi hai ke woh bas woh saathi aap ka bigra hai, bigra hi rahega. aisa nahi, apni kami ko daryaft kijiye.</w:t>
      </w:r>
    </w:p>
    <w:p>
      <w:pPr>
        <w:jc w:val="right"/>
      </w:pPr>
      <w:r>
        <w:t>ایسا نہیں ہے کہ وہ بس وہ ساتھی آپ کا بگڑا ہے، بگڑا ہی رہے گا۔ ایسا نہیں، اپنی کمی کو دریافت کیجئے۔</w:t>
      </w:r>
    </w:p>
    <w:p>
      <w:r>
        <w:rPr>
          <w:b/>
        </w:rPr>
        <w:t xml:space="preserve">[1:05:48] </w:t>
      </w:r>
      <w:r>
        <w:t>ho sakta hai ke aap ki koi kami ho, jise aap jhaadak dete hon, ghussa hote hon, sakhti se baat karte hon, to us ko reaction aata hai.</w:t>
      </w:r>
    </w:p>
    <w:p>
      <w:pPr>
        <w:jc w:val="right"/>
      </w:pPr>
      <w:r>
        <w:t>ہو سکتا ہے کہ آپ کی کوئی کمی ہو، جسے آپ جھڑک دیتے ہوں، غصہ ہوتے ہوں، سختی سے بات کرتے ہوں، تو اس کو ری ایکٹ ری ایکشن آتا ہے۔</w:t>
      </w:r>
    </w:p>
    <w:p>
      <w:r>
        <w:rPr>
          <w:b/>
        </w:rPr>
        <w:t xml:space="preserve">[1:05:56] </w:t>
      </w:r>
      <w:r>
        <w:t>us ke andar yeh yeh bhi ho sakta hai. main is ko nahi manta ke koi aurat ya mard paidaishi taur par bure hain.</w:t>
      </w:r>
    </w:p>
    <w:p>
      <w:pPr>
        <w:jc w:val="right"/>
      </w:pPr>
      <w:r>
        <w:t>اس کے اندر یہ یہ بھی ہو سکتا ہے۔ میں اس کو نہیں مانتا کہ کوئی عورت یا مرد پیدائشی طور پر برے ہیں۔</w:t>
      </w:r>
    </w:p>
    <w:p>
      <w:r>
        <w:rPr>
          <w:b/>
        </w:rPr>
        <w:t xml:space="preserve">[1:06:06] </w:t>
      </w:r>
      <w:r>
        <w:t>main is ko nahi manta.</w:t>
      </w:r>
    </w:p>
    <w:p>
      <w:pPr>
        <w:jc w:val="right"/>
      </w:pPr>
      <w:r>
        <w:t>میں اس کو نہیں مانتا۔</w:t>
      </w:r>
    </w:p>
    <w:p>
      <w:r>
        <w:rPr>
          <w:b/>
        </w:rPr>
        <w:t xml:space="preserve">[1:06:11] </w:t>
      </w:r>
      <w:r>
        <w:t>Maulana, yeh agla sawal kiya hai Dr. Musleh Siddiqui ne Delhi se. Maulana sahib, yesterday when earthquake came, I saw many people running out of their houses to save their lives,</w:t>
      </w:r>
    </w:p>
    <w:p>
      <w:pPr>
        <w:jc w:val="right"/>
      </w:pPr>
      <w:r>
        <w:t>مولانا، یہ اگلا سوال کیا ہے ڈاکٹر مسلمہ صدیقی نے دہلی سے۔ مولانا صاحب، یسٹرڈے وین ارتھ کویک کیم، آئی ساو مینی پیپل رننگ آؤٹ آف دیر ہاؤسز ٹو سیو دیر لائف،</w:t>
      </w:r>
    </w:p>
    <w:p>
      <w:r>
        <w:rPr>
          <w:b/>
        </w:rPr>
        <w:t xml:space="preserve">[1:06:26] </w:t>
      </w:r>
      <w:r>
        <w:t>but but when it was all over, they went back to normal within minutes, despite hundreds of people dying in their neighboring country.</w:t>
      </w:r>
    </w:p>
    <w:p>
      <w:pPr>
        <w:jc w:val="right"/>
      </w:pPr>
      <w:r>
        <w:t>بٹ بٹ وین اٹ واز آل اوور، دے وینٹ بیک ٹو نارمل ود ان منٹس، ڈسپائٹ ہنڈرڈز آف پیپل ڈائنگ ان دیر نیبرنگ کنٹری۔</w:t>
      </w:r>
    </w:p>
    <w:p>
      <w:r>
        <w:rPr>
          <w:b/>
        </w:rPr>
        <w:t xml:space="preserve">[1:06:37] </w:t>
      </w:r>
      <w:r>
        <w:t>Maulana sahib, how come man has become so insensitive that it took them barely few minutes to forget everything? wahi hai ke jo maine arz kiya ke sabak nahi lete waqiat se.</w:t>
      </w:r>
    </w:p>
    <w:p>
      <w:pPr>
        <w:jc w:val="right"/>
      </w:pPr>
      <w:r>
        <w:t>مولانا صاحب، ہاؤ کم مین ہیز بیکم سو انسنسیر دیٹ اٹ ٹک دیم بیرلی فیو منٹس ٹو فارگیٹ ایوری تھنگ؟ وہی ہے کہ جو میں نے عرض کیا کہ سبق نہیں لیتے واقعات سے۔</w:t>
      </w:r>
    </w:p>
    <w:p>
      <w:r>
        <w:rPr>
          <w:b/>
        </w:rPr>
        <w:t xml:space="preserve">[1:06:53] </w:t>
      </w:r>
      <w:r>
        <w:t>jaise main apne bare mein batata hoon ke main kal baitha hua tha, Maria se main kuch likhwa raha tha to hilne laga. to Maria ne kaha: "yeh to yeh to earthquake hai!"</w:t>
      </w:r>
    </w:p>
    <w:p>
      <w:pPr>
        <w:jc w:val="right"/>
      </w:pPr>
      <w:r>
        <w:t>جیسے میں اپنے بارے میں بتاتا ہوں کہ میں کل بیٹھا ہوا تھا، ماریہ سے میں کچھ لکھوا رہا تھا تو ہلنے لگا۔ تو ماریہ نے کہا: "یہ تو یہ تو ارتھ کویک ہے!</w:t>
      </w:r>
    </w:p>
    <w:p>
      <w:r>
        <w:rPr>
          <w:b/>
        </w:rPr>
        <w:t xml:space="preserve">[1:07:05] </w:t>
      </w:r>
      <w:r>
        <w:t>" to main ne kaha: "haan, yeh to earthquake hai!" to kaha jata hai ke jaldi se bhago bahar. yani yeh sikhaya jata hai ke earthquake ho, jaldi bahar bhago, kyunke chhat gir padegi to us mein aadmi mar jata hai.</w:t>
      </w:r>
    </w:p>
    <w:p>
      <w:pPr>
        <w:jc w:val="right"/>
      </w:pPr>
      <w:r>
        <w:t>" تو میں نے کہا: "ہاں، یہ تو ارتھ کویک ہے!" تو کہا جاتا ہے کہ جلدی سے بھاگو باہر۔ یعنی یہ سکھایا جاتا ہے کہ ارتھ کویک ہو، جلدی باہر بھاگو، کیونکہ چھت گر پڑے گی تو اس میں آدمی مر جاتا ہے۔</w:t>
      </w:r>
    </w:p>
    <w:p>
      <w:r>
        <w:rPr>
          <w:b/>
        </w:rPr>
        <w:t xml:space="preserve">[1:07:20] </w:t>
      </w:r>
      <w:r>
        <w:t>lekin main ek dam apni koshish se chipak chipak gaya. kyun? main ne socha ke yahan bhi main us ki zad mein hoon, wahan bhi us ki zad mein hoon.</w:t>
      </w:r>
    </w:p>
    <w:p>
      <w:pPr>
        <w:jc w:val="right"/>
      </w:pPr>
      <w:r>
        <w:t>لیکن میں ایک دم اپنی کوشش سے چپک چپک گیا۔ کیوں؟ میں نے سوچا کہ یہاں بھی میں اس کی زد میں ہوں، وہاں بھی اس کی زد میں ہوں۔</w:t>
      </w:r>
    </w:p>
    <w:p>
      <w:r>
        <w:rPr>
          <w:b/>
        </w:rPr>
        <w:t xml:space="preserve">[1:07:32] </w:t>
      </w:r>
      <w:r>
        <w:t>yahan agar chhat girne ka dar hai to wahan zameen phatne ka dar hai. to main dua karta raha, dua karta raha, bajaye bhagne ke, main dua karta raha.</w:t>
      </w:r>
    </w:p>
    <w:p>
      <w:pPr>
        <w:jc w:val="right"/>
      </w:pPr>
      <w:r>
        <w:t>یہاں اگر چھت گرنے کا ڈر ہے تو وہاں زمین پھٹنے کا ڈر ہے۔ تو میں دعا کرتا رہا، دعا کرتا رہا، بجائے بھاگنے کے، میں دعا کرتا رہا۔</w:t>
      </w:r>
    </w:p>
    <w:p>
      <w:r>
        <w:rPr>
          <w:b/>
        </w:rPr>
        <w:t xml:space="preserve">[1:07:42] </w:t>
      </w:r>
      <w:r>
        <w:t>to logon ke andar chunke sahi zehen nahi hai, sahi mizaj nahi hai, to aise hi karte hain. woh kya kiya jaye? kisi ne un ko bataya nahi.</w:t>
      </w:r>
    </w:p>
    <w:p>
      <w:pPr>
        <w:jc w:val="right"/>
      </w:pPr>
      <w:r>
        <w:t>تو لوگوں کے اندر چونکہ صحیح ذہن نہیں ہے، صحیح مزاج نہیں ہے، تو ایسے ہی کرتے ہیں۔ وہ کیا کیا جائے؟ کسی نے ان کو بتایا نہیں۔</w:t>
      </w:r>
    </w:p>
    <w:p>
      <w:r>
        <w:rPr>
          <w:b/>
        </w:rPr>
        <w:t xml:space="preserve">[1:07:52] </w:t>
      </w:r>
      <w:r>
        <w:t>batane wale to zyada tar yeh batate hain ke sahib, woh azab aaya hai un ke upar. halanke bilkul galat baat yeh hai.</w:t>
      </w:r>
    </w:p>
    <w:p>
      <w:pPr>
        <w:jc w:val="right"/>
      </w:pPr>
      <w:r>
        <w:t>بتانے والے تو زیادہ تر یہ بتاتے ہیں کہ صاحب، وہ عذاب آیا ہے ان کے اوپر۔ حالانکہ بالکل غلط بات یہ ہے۔</w:t>
      </w:r>
    </w:p>
    <w:p>
      <w:r>
        <w:rPr>
          <w:b/>
        </w:rPr>
        <w:t xml:space="preserve">[1:08:01] </w:t>
      </w:r>
      <w:r>
        <w:t>azab keh kar ke kya hota hai? ke aap us ko jahan aaya hai, us se mutalliq kar dete hain. lekin agar aap warning ke bare mein lesson ke bare mein to aap us ko generalize karenge, apne liye bhi lenge.</w:t>
      </w:r>
    </w:p>
    <w:p>
      <w:pPr>
        <w:jc w:val="right"/>
      </w:pPr>
      <w:r>
        <w:t>عذاب کہہ کر کے کیا ہوتا ہے؟ کہ آپ اس کو جہاں آیا ہے، اس سے متعلق کر دیتے ہیں۔ لیکن اگر آپ وارننگ کے بارے میں لسن کے بارے میں تو آپ اس کو جنرلائز کریں گے، اپنے لیے بھی لیں گے۔</w:t>
      </w:r>
    </w:p>
    <w:p>
      <w:r>
        <w:rPr>
          <w:b/>
        </w:rPr>
        <w:t xml:space="preserve">[1:08:17] </w:t>
      </w:r>
      <w:r>
        <w:t>mujhe pata hai ke India mein kuch, India mein har jagah aisi kuch, yani deeni jamaatein hain jo dhar se keh deti hain ke un par azab aaya hai.</w:t>
      </w:r>
    </w:p>
    <w:p>
      <w:pPr>
        <w:jc w:val="right"/>
      </w:pPr>
      <w:r>
        <w:t>مجھے پتہ ہے کہ انڈیا میں کچھ، انڈیا میں ہر جگہ ایسی کچھ، یعنی دینی جماعتیں ہیں جو دھڑ سے کہہ دیتی ہیں کہ ان پر عذاب آیا ہے۔</w:t>
      </w:r>
    </w:p>
    <w:p>
      <w:r>
        <w:rPr>
          <w:b/>
        </w:rPr>
        <w:t xml:space="preserve">[1:08:28] </w:t>
      </w:r>
      <w:r>
        <w:t>yeh bohat galat tareeqa hai.</w:t>
      </w:r>
    </w:p>
    <w:p>
      <w:pPr>
        <w:jc w:val="right"/>
      </w:pPr>
      <w:r>
        <w:t>یہ بہت غلط طریقہ ہے۔</w:t>
      </w:r>
    </w:p>
    <w:p>
      <w:r>
        <w:rPr>
          <w:b/>
        </w:rPr>
        <w:t xml:space="preserve">[1:08:30] </w:t>
      </w:r>
      <w:r>
        <w:t>azaab keh kar ke aap ne is ko doosre ke oopar daal diya. Dekhein, jab aap is ko kahengay warning ya tanbeeh to apne ko shareek kar lenge aap ke mujhe bhi is se sabaq lena hai.</w:t>
      </w:r>
    </w:p>
    <w:p>
      <w:pPr>
        <w:jc w:val="right"/>
      </w:pPr>
      <w:r>
        <w:t>عذاب کہہ کر کے آپ نے اس کو دوسرے کے اوپر ڈال دیا۔ دیکھیں، جب آپ اس کو کہیں گے وارننگ یا تنبیہ تو اپنے کو شریک کر لیں گے آپ کہ مجھے بھی اس سے سبق لینا ہے۔</w:t>
      </w:r>
    </w:p>
    <w:p>
      <w:r>
        <w:rPr>
          <w:b/>
        </w:rPr>
        <w:t xml:space="preserve">[1:08:44] </w:t>
      </w:r>
      <w:r>
        <w:t>to logon ko zehni nahi banayega sahi. To kya kiya jaye?</w:t>
      </w:r>
    </w:p>
    <w:p>
      <w:pPr>
        <w:jc w:val="right"/>
      </w:pPr>
      <w:r>
        <w:t>تو لوگوں کو ذہنی نہیں بنائے گا صحیح۔ تو کیا کیا جائے؟</w:t>
      </w:r>
    </w:p>
    <w:p>
      <w:r>
        <w:rPr>
          <w:b/>
        </w:rPr>
        <w:t xml:space="preserve">[1:08:48] </w:t>
      </w:r>
      <w:r>
        <w:t>Maulana, kal jo earthquake aaya, us ke baray mein raat ko ek report aayi thi ke yeh earthquake jo tha, it was due, but is se ek bohat bara earthquake aana abhi bhi due hai, which is going to be thirty times stronger than this one,</w:t>
      </w:r>
    </w:p>
    <w:p>
      <w:pPr>
        <w:jc w:val="right"/>
      </w:pPr>
      <w:r>
        <w:t>مولانا، کل جو ارتھ کویک آیا، اس کے بارے میں رات کو ایک رپورٹ آئی تھی کہ یہ ارتھ کویک جو تھا، اٹ واز ڈیو، بٹ اس سے ایک بہت بڑا ارتھ کویک آنا ابھی بھی ڈیو ہے، وچ از گوئنگ ٹو بی تھرٹی ٹائمز سٹرونگر دین دس ون،</w:t>
      </w:r>
    </w:p>
    <w:p>
      <w:r>
        <w:rPr>
          <w:b/>
        </w:rPr>
        <w:t xml:space="preserve">[1:09:05] </w:t>
      </w:r>
      <w:r>
        <w:t>and man is not prepared for it.</w:t>
      </w:r>
    </w:p>
    <w:p>
      <w:pPr>
        <w:jc w:val="right"/>
      </w:pPr>
      <w:r>
        <w:t>اینڈ مین از ناٹ پریپیئرڈ فار اٹ۔</w:t>
      </w:r>
    </w:p>
    <w:p>
      <w:r>
        <w:rPr>
          <w:b/>
        </w:rPr>
        <w:t xml:space="preserve">[1:09:12] </w:t>
      </w:r>
      <w:r>
        <w:t>Yeh sahi hai. Ab kya kiya jayegi? To Allah ke ikhtiyar mein hai. Hum to sirf dua hi kar sakte hain, sirf dua kar sakte hain.</w:t>
      </w:r>
    </w:p>
    <w:p>
      <w:pPr>
        <w:jc w:val="right"/>
      </w:pPr>
      <w:r>
        <w:t>یہ صحیح ہے۔ اب کیا کیا جائے گی؟ تو اللہ کے اختیار میں ہے۔ ہم تو صرف دعا ہی کر سکتے ہیں، صرف دعا کر سکتے ہیں۔</w:t>
      </w:r>
    </w:p>
    <w:p>
      <w:r>
        <w:rPr>
          <w:b/>
        </w:rPr>
        <w:t xml:space="preserve">[1:09:23] </w:t>
      </w:r>
      <w:r>
        <w:t>Insaan ka is is mamle mein koi bas nahi hai. Earthquake jo hai, aisi cheez hai ke is ka attack unilateral hota hai, ek tarfa attack hota hai.</w:t>
      </w:r>
    </w:p>
    <w:p>
      <w:pPr>
        <w:jc w:val="right"/>
      </w:pPr>
      <w:r>
        <w:t>انسان کا اس اس معاملے میں کوئی بس نہیں ہے۔ ارتھ کویک جو ہے، ایسی چیز ہے کہ اس کا اٹیک انڈیریٹل ہوتا ہے، ایک طرفہ اٹیک ہوتا ہے۔</w:t>
      </w:r>
    </w:p>
    <w:p>
      <w:r>
        <w:rPr>
          <w:b/>
        </w:rPr>
        <w:t xml:space="preserve">[1:09:35] </w:t>
      </w:r>
      <w:r>
        <w:t>Hamara is mein koi hissa nahi hai. To hamare p</w:t>
      </w:r>
    </w:p>
    <w:p>
      <w:pPr>
        <w:jc w:val="right"/>
      </w:pPr>
      <w:r>
        <w:t>ہمارا اس میں کوئی حصہ نہیں ہے۔ تو ہمارے پ</w:t>
      </w:r>
    </w:p>
    <w:p>
      <w:r>
        <w:rPr>
          <w:b/>
        </w:rPr>
        <w:t xml:space="preserve">[1:09:39] </w:t>
      </w:r>
      <w:r>
        <w:t>is kya hai? Sirf dua karna, sirf dua karna. Jaise kal mein bilkul koshish se chipak gaya aur mein dua karne laga, kyunke maine samjha ke mein helpless hoon.</w:t>
      </w:r>
    </w:p>
    <w:p>
      <w:pPr>
        <w:jc w:val="right"/>
      </w:pPr>
      <w:r>
        <w:t>اس کیا ہے؟ صرف دعا کرنا، صرف دعا کرنا۔ جیسے کل میں بالکل کوشش سے چپک گیا اور میں دعا کرنے لگا، کیونکہ میں نے سمجھا کہ میں ہیلپ لیس ہوں۔</w:t>
      </w:r>
    </w:p>
    <w:p>
      <w:r>
        <w:rPr>
          <w:b/>
        </w:rPr>
        <w:t xml:space="preserve">[1:09:50] </w:t>
      </w:r>
      <w:r>
        <w:t>Yahan rahoon tab bhi is ki zad mein hoon, bahar jaon tab bhi is ki zad mein hoon.</w:t>
      </w:r>
    </w:p>
    <w:p>
      <w:pPr>
        <w:jc w:val="right"/>
      </w:pPr>
      <w:r>
        <w:t>یہاں رہوں تب بھی اس کی زد میں ہوں، باہر جاؤں تب بھی اس کی زد میں ہوں۔</w:t>
      </w:r>
    </w:p>
    <w:p>
      <w:r>
        <w:rPr>
          <w:b/>
        </w:rPr>
        <w:t xml:space="preserve">[1:09:58] </w:t>
      </w:r>
      <w:r>
        <w:t>Maulana, yeh agla sawal aaya hai Mr. Raj Malik ka Delhi se.</w:t>
      </w:r>
    </w:p>
    <w:p>
      <w:pPr>
        <w:jc w:val="right"/>
      </w:pPr>
      <w:r>
        <w:t>مولانا، یہ اگلا سوال آیا ہے مسٹر راج ملک کا دہلی سے۔</w:t>
      </w:r>
    </w:p>
    <w:p>
      <w:r>
        <w:rPr>
          <w:b/>
        </w:rPr>
        <w:t xml:space="preserve">[1:10:04] </w:t>
      </w:r>
      <w:r>
        <w:t>Maulana, hamare ek Hindu dost keh rahe the ke Ka'aba ke andar Musalmanon ke ilawa doosre dharam ke logon ko kyun nahi jaane dete?</w:t>
      </w:r>
    </w:p>
    <w:p>
      <w:pPr>
        <w:jc w:val="right"/>
      </w:pPr>
      <w:r>
        <w:t>مولانا، ہمارے ایک ہندو دوست کہہ رہے تھے کہ کعبہ کے اندر مسلمانوں کے علاوہ دوسرے دھرم کے لوگوں کو کیوں نہیں جانے دیتے؟</w:t>
      </w:r>
    </w:p>
    <w:p>
      <w:r>
        <w:rPr>
          <w:b/>
        </w:rPr>
        <w:t xml:space="preserve">[1:10:16] </w:t>
      </w:r>
      <w:r>
        <w:t>Bohat se log aise hote hain jo sachay dil se darshan karna chahte hain.</w:t>
      </w:r>
    </w:p>
    <w:p>
      <w:pPr>
        <w:jc w:val="right"/>
      </w:pPr>
      <w:r>
        <w:t>بہت سے لوگ ایسے ہوتے ہیں جو سچے دل سے درشن کرنا چاہتے ہیں۔</w:t>
      </w:r>
    </w:p>
    <w:p>
      <w:r>
        <w:rPr>
          <w:b/>
        </w:rPr>
        <w:t xml:space="preserve">[1:10:24] </w:t>
      </w:r>
      <w:r>
        <w:t>Dekhein, is se pehle maine yeh baat batai hai ke shuru mein aisa nahi tha. Shuru mein har ek wahan aata tha,</w:t>
      </w:r>
    </w:p>
    <w:p>
      <w:pPr>
        <w:jc w:val="right"/>
      </w:pPr>
      <w:r>
        <w:t>دیکھیں، اس سے پہلے میں نے یہ بات بتائی ہے کہ شروع میں ایسا نہیں تھا۔ شروع میں ہر ایک وہاں آتا تھا،</w:t>
      </w:r>
    </w:p>
    <w:p>
      <w:r>
        <w:rPr>
          <w:b/>
        </w:rPr>
        <w:t xml:space="preserve">[1:10:33] </w:t>
      </w:r>
      <w:r>
        <w:t>lekin hua yeh ke koi aaya wahan to us ne logon ko but parasti ki baat shuru kar di ke yahan but bhi hona chahiye.</w:t>
      </w:r>
    </w:p>
    <w:p>
      <w:pPr>
        <w:jc w:val="right"/>
      </w:pPr>
      <w:r>
        <w:t>لیکن ہوا یہ کہ کوئی آیا وہاں تو اس نے لوگوں کو بت پرستی کی بات شروع کر دی کہ یہاں بت بھی ہونا چاہیے۔</w:t>
      </w:r>
    </w:p>
    <w:p>
      <w:r>
        <w:rPr>
          <w:b/>
        </w:rPr>
        <w:t xml:space="preserve">[1:10:43] </w:t>
      </w:r>
      <w:r>
        <w:t>Dheere dheere dheere dheere wahan ek but rakh diya gaya. Log thoda is se is ke influence ho gaye. Yahan hote hote 360 but is pe ho gaye.</w:t>
      </w:r>
    </w:p>
    <w:p>
      <w:pPr>
        <w:jc w:val="right"/>
      </w:pPr>
      <w:r>
        <w:t>دھیرے دھیرے دھیرے دھیرے وہاں ایک بت رکھ دیا گیا۔ لوگ تھوڑا اس سے اس کے انفلوئنس ہو گئے۔ یہاں ہوتے ہوتے 360 بت اس پہ ہو گئے۔</w:t>
      </w:r>
    </w:p>
    <w:p>
      <w:r>
        <w:rPr>
          <w:b/>
        </w:rPr>
        <w:t xml:space="preserve">[1:10:54] </w:t>
      </w:r>
      <w:r>
        <w:t>Rasool Allah ke zamane mein 360 but is ke andar rakhe hue the.</w:t>
      </w:r>
    </w:p>
    <w:p>
      <w:pPr>
        <w:jc w:val="right"/>
      </w:pPr>
      <w:r>
        <w:t>رسول اللہ کے زمانے میں 360 بت اس کے اندر رکھے ہوئے تھے۔</w:t>
      </w:r>
    </w:p>
    <w:p>
      <w:r>
        <w:rPr>
          <w:b/>
        </w:rPr>
        <w:t xml:space="preserve">[1:10:59] </w:t>
      </w:r>
      <w:r>
        <w:t>Tab yeh aisa hua ke band kar diya gaya ke yahan par koi but parast dakhil nahi hoga, koi mushrik dakhil nahi hoga. Is tajrube ki bina par ke log itne zyada ghair zimmedar hote hain, yeh nahi ke ja kar wahan dekha aur chale aayein.</w:t>
      </w:r>
    </w:p>
    <w:p>
      <w:pPr>
        <w:jc w:val="right"/>
      </w:pPr>
      <w:r>
        <w:t>تب یہ ایسا ہوا کہ بند کر دیا گیا کہ یہاں پر کوئی بت پرست داخل نہیں ہوگا، کوئی مشرک داخل نہیں ہوگا۔ اس تجربے کی بنا پر کہ لوگ اتنے زیادہ غیر ذمہ دار ہوتے ہیں، یہ نہیں کہ جا کر وہاں دیکھا اور چلے آئیں۔</w:t>
      </w:r>
    </w:p>
    <w:p>
      <w:r>
        <w:rPr>
          <w:b/>
        </w:rPr>
        <w:t xml:space="preserve">[1:11:16] </w:t>
      </w:r>
      <w:r>
        <w:t>Wahan woh chahein ke but bhi rakh dein. Warna is se pehle nahi tha. Yeh matlab awwal din se aisa nahi tha. Yeh baad ko aisa hua. To main samajhta hoon ke quite reasonably yeh baat hai</w:t>
      </w:r>
    </w:p>
    <w:p>
      <w:pPr>
        <w:jc w:val="right"/>
      </w:pPr>
      <w:r>
        <w:t>وہاں وہ چاہیں کہ بت بھی رکھ دیں۔ ورنہ اس سے پہلے نہیں تھا۔ یہ مطلب اول دن سے ایسا نہیں تھا۔ یہ بعد کو ایسا ہوا۔ تو میں سمجھتا ہوں کہ کوائٹ ریزنیبلی یہ بات ہے</w:t>
      </w:r>
    </w:p>
    <w:p>
      <w:r>
        <w:rPr>
          <w:b/>
        </w:rPr>
        <w:t xml:space="preserve">[1:11:29] </w:t>
      </w:r>
      <w:r>
        <w:t>ke aage bhi kisi ko, yani koi aisa kar sakta hai, kyunke log to bohat insincere hote hain.</w:t>
      </w:r>
    </w:p>
    <w:p>
      <w:pPr>
        <w:jc w:val="right"/>
      </w:pPr>
      <w:r>
        <w:t>کہ آگے بھی کسی کو، یعنی کوئی ایسا کر سکتا ہے، کیونکہ لوگ تو بہت انسینئر ہوتے ہیں۔</w:t>
      </w:r>
    </w:p>
    <w:p>
      <w:r>
        <w:rPr>
          <w:b/>
        </w:rPr>
        <w:t xml:space="preserve">[1:11:39] </w:t>
      </w:r>
      <w:r>
        <w:t>Logon mein maine paya hai ke sab se kam jo cheez sincerity hai, to ab kya kiya jayega? Woh ek tauheed ka ghar hai, sirf Allah wahid ki ibadat ka markaz hai, to is ko bahar bachana padega.</w:t>
      </w:r>
    </w:p>
    <w:p>
      <w:pPr>
        <w:jc w:val="right"/>
      </w:pPr>
      <w:r>
        <w:t>لوگوں میں میں نے پایا ہے کہ سب سے کم جو چیز سنسیرٹی ہے، تو اب کیا کیا جائے گا؟ وہ ایک توحید کا گھر ہے، صرف اللہ واحد کی عبادت کا مرکز ہے، تو اس کو باہر بچانا پڑے گا۔</w:t>
      </w:r>
    </w:p>
    <w:p>
      <w:r>
        <w:rPr>
          <w:b/>
        </w:rPr>
        <w:t xml:space="preserve">[1:11:52] </w:t>
      </w:r>
      <w:r>
        <w:t>Humein woh koi tourist center to hai nahi.</w:t>
      </w:r>
    </w:p>
    <w:p>
      <w:pPr>
        <w:jc w:val="right"/>
      </w:pPr>
      <w:r>
        <w:t>ہمیں وہ کوئی ٹورسٹ سینٹر تو ہے نہیں۔</w:t>
      </w:r>
    </w:p>
    <w:p>
      <w:r>
        <w:rPr>
          <w:b/>
        </w:rPr>
        <w:t xml:space="preserve">[1:11:55] </w:t>
      </w:r>
      <w:r>
        <w:t>Tourist center mein is tarah ki cheezon ki zaroorat nahi hoti. Tourist center mein jo bhi chahe jaye, wahan koi bhi baat hai ke chahe kare, lekin woh to ek ek, yani oneness of God ka center hai.</w:t>
      </w:r>
    </w:p>
    <w:p>
      <w:pPr>
        <w:jc w:val="right"/>
      </w:pPr>
      <w:r>
        <w:t>ٹورسٹ سینٹر میں اس طرح کی چیزوں کی ضرورت نہیں ہوتی۔ ٹورسٹ سینٹر میں جو بھی چاہے جائے، وہاں کوئی بھی بات ہے کہ چاہے کرے، لیکن وہ تو ایک ایک، یعنی وننس آف گاڈ کا سینٹر ہے۔</w:t>
      </w:r>
    </w:p>
    <w:p>
      <w:r>
        <w:rPr>
          <w:b/>
        </w:rPr>
        <w:t xml:space="preserve">[1:12:10] </w:t>
      </w:r>
      <w:r>
        <w:t>Woh to kaise bardasht kiya jayega wahan us ko? Jabke tajruba yeh hai ke insaan insincere hai, wahan yeh safar karta karta ja kar ke.</w:t>
      </w:r>
    </w:p>
    <w:p>
      <w:pPr>
        <w:jc w:val="right"/>
      </w:pPr>
      <w:r>
        <w:t>وہ تو کیسے برداشت کیا جائے گا وہاں اس کو؟ جبکہ تجربہ یہ ہے کہ انسان انسینئر ہے، وہاں یہ سفر کرتا کرتا جا کر کے۔</w:t>
      </w:r>
    </w:p>
    <w:p>
      <w:r>
        <w:rPr>
          <w:b/>
        </w:rPr>
        <w:t xml:space="preserve">[1:12:24] </w:t>
      </w:r>
      <w:r>
        <w:t>Maulana, yeh agla question kiya hai Mr. Khan ne. Unhon ne apni location mention nahi ki hai. Maulana sahib, the non Muslims who are doing good things in society and are also doing the tazkiyah.</w:t>
      </w:r>
    </w:p>
    <w:p>
      <w:pPr>
        <w:jc w:val="right"/>
      </w:pPr>
      <w:r>
        <w:t>مولانا، یہ اگلا کوسچن کیا ہے مسٹر خان نے۔ انہوں نے اپنی لوکیشن مینشن نہیں کی ہے۔ مولانا صاحب، دا نان مسلمز ہو آر ڈوئنگ گڈ تھنگز ان سوسائٹی اینڈ آر السو ڈوئنگ دا تزکیہ۔</w:t>
      </w:r>
    </w:p>
    <w:p>
      <w:r>
        <w:rPr>
          <w:b/>
        </w:rPr>
        <w:t xml:space="preserve">[1:12:40] </w:t>
      </w:r>
      <w:r>
        <w:t>waat wel heppen to dem? dekhiye, yeh unhi ki baat nahi hai. musalman apne ko safe side pe samajhta hai.</w:t>
      </w:r>
    </w:p>
    <w:p>
      <w:pPr>
        <w:jc w:val="right"/>
      </w:pPr>
      <w:r>
        <w:t>واٹ ویل ہیپن ٹو دیم؟ دیکھیے، یہ انہی کی بات نہیں ہے۔ مسلمان اپنے کو سیف سائیڈ پہ سمجھتا ہے۔</w:t>
      </w:r>
    </w:p>
    <w:p>
      <w:r>
        <w:rPr>
          <w:b/>
        </w:rPr>
        <w:t xml:space="preserve">[1:12:51] </w:t>
      </w:r>
      <w:r>
        <w:t>koi safe side pe nahi hai.</w:t>
      </w:r>
    </w:p>
    <w:p>
      <w:pPr>
        <w:jc w:val="right"/>
      </w:pPr>
      <w:r>
        <w:t>کوئی سیف سائیڈ پہ نہیں ہے۔</w:t>
      </w:r>
    </w:p>
    <w:p>
      <w:r>
        <w:rPr>
          <w:b/>
        </w:rPr>
        <w:t xml:space="preserve">[1:12:55] </w:t>
      </w:r>
      <w:r>
        <w:t>yeh allah ke ilm mein hai ke kis ke sath kya muamla hoga. rasool allah ne khud apne bare mein kaha: "mai fooli bi wala bikam".</w:t>
      </w:r>
    </w:p>
    <w:p>
      <w:pPr>
        <w:jc w:val="right"/>
      </w:pPr>
      <w:r>
        <w:t>یہ اللہ کے علم میں ہے کہ کس کے ساتھ کیا معاملہ ہوگا۔ رسول اللہ نے خود اپنے بارے میں کہا: "مائی فولی بی ولا بکم"۔</w:t>
      </w:r>
    </w:p>
    <w:p>
      <w:r>
        <w:rPr>
          <w:b/>
        </w:rPr>
        <w:t xml:space="preserve">[1:13:03] </w:t>
      </w:r>
      <w:r>
        <w:t>mujhe kuch nahi pata ke mere sath kya hoga, tumhare sath kya hoga. to musalman aam taur par samajhte hain ke hum to safe side pe hain. safe side mein yaad rakhein, koi bhi nahi hai, koi bhi nahi hai.</w:t>
      </w:r>
    </w:p>
    <w:p>
      <w:pPr>
        <w:jc w:val="right"/>
      </w:pPr>
      <w:r>
        <w:t>مجھے کچھ نہیں پتہ کہ میرے ساتھ کیا ہوگا، تمہارے ساتھ کیا ہوگا۔ تو مسلمان عام طور پر سمجھتے ہیں کہ ہم تو سیف سائیڈ پہ ہیں۔ سیف سائیڈ میں یاد رکھیں، کوئی بھی نہیں ہے، کوئی بھی نہیں ہے۔</w:t>
      </w:r>
    </w:p>
    <w:p>
      <w:r>
        <w:rPr>
          <w:b/>
        </w:rPr>
        <w:t xml:space="preserve">[1:13:16] </w:t>
      </w:r>
      <w:r>
        <w:t>yeh yeh allah ke domain ki baat hai ke woh kis ke liye kya</w:t>
      </w:r>
    </w:p>
    <w:p>
      <w:pPr>
        <w:jc w:val="right"/>
      </w:pPr>
      <w:r>
        <w:t>یہ یہ اللہ کے ڈومین کی بات ہے کہ وہ کس کے لیے کیا</w:t>
      </w:r>
    </w:p>
    <w:p>
      <w:r>
        <w:rPr>
          <w:b/>
        </w:rPr>
        <w:t xml:space="preserve">[1:13:22] </w:t>
      </w:r>
      <w:r>
        <w:t>faisla kare, kyunke woh dil ka haal janta hai aur uska talluq dil dil se hai. dil mein insan kaisa hai, us par yani intention kaisi hai, us ki us se uska faisla hoga.</w:t>
      </w:r>
    </w:p>
    <w:p>
      <w:pPr>
        <w:jc w:val="right"/>
      </w:pPr>
      <w:r>
        <w:t>فیصلہ کرے، کیونکہ وہ دل کا حال جانتا ہے اور اس کا تعلق دل دل سے ہے۔ دل میں انسان کیسا ہے، اس پر یعنی انٹینشن کیسی ہے، اس کی اس سے اس کا فیصلہ ہوگا۔</w:t>
      </w:r>
    </w:p>
    <w:p>
      <w:r>
        <w:rPr>
          <w:b/>
        </w:rPr>
        <w:t xml:space="preserve">[1:13:36] </w:t>
      </w:r>
      <w:r>
        <w:t>to matlab yeh yeh sawal jo hai, aksar log karte hain, lekin yeh sawal irrelevant sawal hai. woh kisi ke bare mein bhi yahi baat aa sakti hai, chahe woh musalman kyun na ho, ke kya mera anjam hoga wahan?</w:t>
      </w:r>
    </w:p>
    <w:p>
      <w:pPr>
        <w:jc w:val="right"/>
      </w:pPr>
      <w:r>
        <w:t>تو مطلب یہ یہ سوال جو ہے، اکثر لوگ کرتے ہیں، لیکن یہ سوال ارریلیونٹ سوال ہے۔ وہ کسی کے بارے میں بھی یہی بات آ سکتی ہے، چاہے وہ مسلمان کیوں نہ ہو، کہ کیا میرا انجام ہوگا وہاں؟</w:t>
      </w:r>
    </w:p>
    <w:p>
      <w:r>
        <w:rPr>
          <w:b/>
        </w:rPr>
        <w:t xml:space="preserve">[1:13:50] </w:t>
      </w:r>
      <w:r>
        <w:t>jab rasool allah ne keh diya ke mujhe nahi pata ke tumhara kya anjam hoga, yeh allah ko pata hai, to aap musalman kaise yeh</w:t>
      </w:r>
    </w:p>
    <w:p>
      <w:pPr>
        <w:jc w:val="right"/>
      </w:pPr>
      <w:r>
        <w:t>جب رسول اللہ نے کہہ دیا کہ مجھے نہیں پتہ کہ تمہارا کیا انجام ہوگا، یہ اللہ کو پتہ ہے، تو آپ مسلمان کیسے یہ</w:t>
      </w:r>
    </w:p>
    <w:p>
      <w:r>
        <w:rPr>
          <w:b/>
        </w:rPr>
        <w:t xml:space="preserve">[1:13:59] </w:t>
      </w:r>
      <w:r>
        <w:t>yani yeh aqeedah bana liya hai ke hum safe side mein hain? kaise right hai un ko ke yeh aqeedah banayein?</w:t>
      </w:r>
    </w:p>
    <w:p>
      <w:pPr>
        <w:jc w:val="right"/>
      </w:pPr>
      <w:r>
        <w:t>یعنی یہ عقیدہ بنا لیا ہے کہ ہم سیف سائیڈ میں ہیں؟ کیسے رائٹ ہے ان کو کہ یہ عقیدہ بنائیں؟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