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Principle of Loss May 31, 2015</w:t>
      </w:r>
    </w:p>
    <w:p>
      <w:r>
        <w:t>https://youtu.be/vM-CUyBiDkc</w:t>
      </w:r>
    </w:p>
    <w:p>
      <w:r>
        <w:rPr>
          <w:b/>
        </w:rPr>
        <w:t xml:space="preserve">[00:27] </w:t>
      </w:r>
      <w:r>
        <w:t>wahal al-aqdah min lisani yafqah qawli.</w:t>
      </w:r>
    </w:p>
    <w:p>
      <w:pPr>
        <w:jc w:val="right"/>
      </w:pPr>
      <w:r>
        <w:t>واحل العقدۃ من لسانی یفقہ قولی۔</w:t>
      </w:r>
    </w:p>
    <w:p>
      <w:r>
        <w:rPr>
          <w:b/>
        </w:rPr>
        <w:t xml:space="preserve">[00:35] </w:t>
      </w:r>
      <w:r>
        <w:t>31 may 2015.</w:t>
      </w:r>
    </w:p>
    <w:p>
      <w:pPr>
        <w:jc w:val="right"/>
      </w:pPr>
      <w:r>
        <w:t>31 مئی 2015۔</w:t>
      </w:r>
    </w:p>
    <w:p>
      <w:r>
        <w:rPr>
          <w:b/>
        </w:rPr>
        <w:t xml:space="preserve">[00:43] </w:t>
      </w:r>
      <w:r>
        <w:t>aaj ka topic hai:</w:t>
      </w:r>
    </w:p>
    <w:p>
      <w:pPr>
        <w:jc w:val="right"/>
      </w:pPr>
      <w:r>
        <w:t>آج کا ٹاپک ہے:</w:t>
      </w:r>
    </w:p>
    <w:p>
      <w:r>
        <w:rPr>
          <w:b/>
        </w:rPr>
        <w:t xml:space="preserve">[00:49] </w:t>
      </w:r>
      <w:r>
        <w:t>nuqs ka usool, yani principle of loss.</w:t>
      </w:r>
    </w:p>
    <w:p>
      <w:pPr>
        <w:jc w:val="right"/>
      </w:pPr>
      <w:r>
        <w:t>نقص کا اصول، یعنی پرنسپل آف لاس۔</w:t>
      </w:r>
    </w:p>
    <w:p>
      <w:r>
        <w:rPr>
          <w:b/>
        </w:rPr>
        <w:t xml:space="preserve">[00:56] </w:t>
      </w:r>
      <w:r>
        <w:t>quran mein bataya gaya hai ke har aadmi ki zindagi mein zaroor aisa hoga ke koi jaan aur maal mein nuqs hoga.</w:t>
      </w:r>
    </w:p>
    <w:p>
      <w:pPr>
        <w:jc w:val="right"/>
      </w:pPr>
      <w:r>
        <w:t>قرآن میں بتایا گیا ہے کہ ہر آدمی کی زندگی میں ضرور ایسا ہوگا کہ کوئی جان اور مال میں نقص ہوگا۔</w:t>
      </w:r>
    </w:p>
    <w:p>
      <w:r>
        <w:rPr>
          <w:b/>
        </w:rPr>
        <w:t xml:space="preserve">[01:06] </w:t>
      </w:r>
      <w:r>
        <w:t>wa nuqs min al-abal wa al-anfus wa al-thawrat yani loss of life, loss of money.</w:t>
      </w:r>
    </w:p>
    <w:p>
      <w:pPr>
        <w:jc w:val="right"/>
      </w:pPr>
      <w:r>
        <w:t>ونقص من الابال والانفس والثورات یعنی لاس آف لائف، لاس آف منی۔</w:t>
      </w:r>
    </w:p>
    <w:p>
      <w:r>
        <w:rPr>
          <w:b/>
        </w:rPr>
        <w:t xml:space="preserve">[01:16] </w:t>
      </w:r>
      <w:r>
        <w:t>yeh ek principle hai jis mein koi exception nahi. har aadmi ko yeh zaroor hota hai, chahe woh peghamabari kyun na ho.</w:t>
      </w:r>
    </w:p>
    <w:p>
      <w:pPr>
        <w:jc w:val="right"/>
      </w:pPr>
      <w:r>
        <w:t>یہ ایک پرنسپل ہے جس میں کوئی ایکسیپشن نہیں۔ ہر آدمی کو یہ ضرور ہوتا ہے، چاہے وہ پیغمبری کیوں نہ ہو۔</w:t>
      </w:r>
    </w:p>
    <w:p>
      <w:r>
        <w:rPr>
          <w:b/>
        </w:rPr>
        <w:t xml:space="preserve">[01:28] </w:t>
      </w:r>
      <w:r>
        <w:t>to is ko le kar main sochta hoon, is quran ki is ayat ko le kar main soch raha tha. phir mera mind trigger hua to ajeeb ghareeb tor par ek tasawwur dhanmaya.</w:t>
      </w:r>
    </w:p>
    <w:p>
      <w:pPr>
        <w:jc w:val="right"/>
      </w:pPr>
      <w:r>
        <w:t>تو اس کو لے کر میں سوچتا ہوں، اس قرآن کی اس آیت کو لے کر میں سوچ رہا تھا۔ پھر میرا مائنڈ ٹریگر ہوا تو عجیب غریب طور پر ایک تصور دھنمایا۔</w:t>
      </w:r>
    </w:p>
    <w:p>
      <w:r>
        <w:rPr>
          <w:b/>
        </w:rPr>
        <w:t xml:space="preserve">[01:42] </w:t>
      </w:r>
      <w:r>
        <w:t>main sochne laga kaaba ke bare mein.</w:t>
      </w:r>
    </w:p>
    <w:p>
      <w:pPr>
        <w:jc w:val="right"/>
      </w:pPr>
      <w:r>
        <w:t>میں سوچنے لگا کعبہ کے بارے میں۔</w:t>
      </w:r>
    </w:p>
    <w:p>
      <w:r>
        <w:rPr>
          <w:b/>
        </w:rPr>
        <w:t xml:space="preserve">[01:47] </w:t>
      </w:r>
      <w:r>
        <w:t>kaaba ke bare mein hum ne parha tha kitabon mein ke kaaba ki jo building hai, ab chowkor hai woh.</w:t>
      </w:r>
    </w:p>
    <w:p>
      <w:pPr>
        <w:jc w:val="right"/>
      </w:pPr>
      <w:r>
        <w:t>کعبہ کے بارے میں ہم نے پڑھا تھا کتابوں میں کہ کعبہ کی جو بلڈنگ ہے، اب چوکور ہے وہ۔</w:t>
      </w:r>
    </w:p>
    <w:p>
      <w:r>
        <w:rPr>
          <w:b/>
        </w:rPr>
        <w:t xml:space="preserve">[01:58] </w:t>
      </w:r>
      <w:r>
        <w:t>lekin jo hazrat ibrahim ne banaya tha char hazar saal pehle, to woh chowkor nahi thi, woh woh lambi thi jaise yeh haal lamba hai.</w:t>
      </w:r>
    </w:p>
    <w:p>
      <w:pPr>
        <w:jc w:val="right"/>
      </w:pPr>
      <w:r>
        <w:t>لیکن جو حضرت ابراہیم نے بنایا تھا چار ہزار سال پہلے، تو وہ چوکور نہیں تھی، وہ وہ لمبی تھی جیسے یہ حال لمبا ہے۔</w:t>
      </w:r>
    </w:p>
    <w:p>
      <w:r>
        <w:rPr>
          <w:b/>
        </w:rPr>
        <w:t xml:space="preserve">[02:13] </w:t>
      </w:r>
      <w:r>
        <w:t>to phir main jab 1982 mein hajj kiya, main ne to main ne dekha is ko apni aankh se ke wahan par aisa hai ke ek taraf to chowkor kaaba khada hua hai,</w:t>
      </w:r>
    </w:p>
    <w:p>
      <w:pPr>
        <w:jc w:val="right"/>
      </w:pPr>
      <w:r>
        <w:t>تو پھر میں جب 1982 میں حج کیا، میں نے تو میں نے دیکھا اس کو اپنی آنکھ سے کہ وہاں پر ایسا ہے کہ ایک طرف تو چوکور کعبہ کھڑا ہوا ہے،</w:t>
      </w:r>
    </w:p>
    <w:p>
      <w:r>
        <w:rPr>
          <w:b/>
        </w:rPr>
        <w:t xml:space="preserve">[02:28] </w:t>
      </w:r>
      <w:r>
        <w:t>dusri taraf usi se mila hua ek hissa hai jisay kehte hain hatim.</w:t>
      </w:r>
    </w:p>
    <w:p>
      <w:pPr>
        <w:jc w:val="right"/>
      </w:pPr>
      <w:r>
        <w:t>دوسری طرف اسی سے ملا ہوا ایک حصہ ہے جسے کہتے ہیں حتیم۔</w:t>
      </w:r>
    </w:p>
    <w:p>
      <w:r>
        <w:rPr>
          <w:b/>
        </w:rPr>
        <w:t xml:space="preserve">[02:35] </w:t>
      </w:r>
      <w:r>
        <w:t>to kitabon mein likha hua hai, yeh hadith bukhari ki mein bhi aayi hai ke bohat baad ko aisa hua ke kaaba ki buniyad, kaaba ki imarat gir gayi kisi wajah se.</w:t>
      </w:r>
    </w:p>
    <w:p>
      <w:pPr>
        <w:jc w:val="right"/>
      </w:pPr>
      <w:r>
        <w:t>تو کتابوں میں لکھا ہوا ہے، یہ حدیث بخاری کی میں بھی آئی ہے کہ بہت بعد کو ایسا ہوا کہ کعبہ کی بنیاد، کعبہ کی عمارت گر گئی کسی وجہ سے۔</w:t>
      </w:r>
    </w:p>
    <w:p>
      <w:r>
        <w:rPr>
          <w:b/>
        </w:rPr>
        <w:t xml:space="preserve">[02:55] </w:t>
      </w:r>
      <w:r>
        <w:t>to us waqt mushrikeen ka ghalba tha kaaba mein aur makkah mein.</w:t>
      </w:r>
    </w:p>
    <w:p>
      <w:pPr>
        <w:jc w:val="right"/>
      </w:pPr>
      <w:r>
        <w:t>تو اس وقت مشرکین کا غلبہ تھا کعبہ میں اور مکہ میں۔</w:t>
      </w:r>
    </w:p>
    <w:p>
      <w:r>
        <w:rPr>
          <w:b/>
        </w:rPr>
        <w:t xml:space="preserve">[03:03] </w:t>
      </w:r>
      <w:r>
        <w:t>to unhon ne jab dobara banaya to kisi wajah se unhon ne pehle ki tarah nahi banaya, yani lamba nahi banaya, chowkor kar diya is ko.</w:t>
      </w:r>
    </w:p>
    <w:p>
      <w:pPr>
        <w:jc w:val="right"/>
      </w:pPr>
      <w:r>
        <w:t>تو انہوں نے جب دوبارہ بنایا تو کسی وجہ سے انہوں نے پہلے کی طرح نہیں بنایا، یعنی لمبا نہیں بنایا، چوکور کر دیا اس کو۔</w:t>
      </w:r>
    </w:p>
    <w:p>
      <w:r>
        <w:rPr>
          <w:b/>
        </w:rPr>
        <w:t xml:space="preserve">[03:16] </w:t>
      </w:r>
      <w:r>
        <w:t>aur jo hissa is mein shamil nahi kiya, woh bhi hai jaise ek roeen ke taur par baqi rakh chhod diya, woh aaj tak baqi hai.</w:t>
      </w:r>
    </w:p>
    <w:p>
      <w:pPr>
        <w:jc w:val="right"/>
      </w:pPr>
      <w:r>
        <w:t>اور جو حصہ اس میں شامل نہیں کیا، وہ بھی ہے جیسے ایک روئین کے طور پر باقی رکھ چھوڑ دیا، وہ آج تک باقی ہے۔</w:t>
      </w:r>
    </w:p>
    <w:p>
      <w:r>
        <w:rPr>
          <w:b/>
        </w:rPr>
        <w:t xml:space="preserve">[03:28] </w:t>
      </w:r>
      <w:r>
        <w:t>to main sochne laga ke aisa kyun hai?</w:t>
      </w:r>
    </w:p>
    <w:p>
      <w:pPr>
        <w:jc w:val="right"/>
      </w:pPr>
      <w:r>
        <w:t>تو میں سوچنے لگا کہ ایسا کیوں ہے؟</w:t>
      </w:r>
    </w:p>
    <w:p>
      <w:r>
        <w:rPr>
          <w:b/>
        </w:rPr>
        <w:t xml:space="preserve">[03:32] </w:t>
      </w:r>
      <w:r>
        <w:t>kyun chhod diya gaya woh? yaani aap jante hain ke kaaba sab se zyada muqaddas jagah hai islam mein, aur kaaba hi wahid imarat hai jo kisi nabi ki yaadgar hai.</w:t>
      </w:r>
    </w:p>
    <w:p>
      <w:pPr>
        <w:jc w:val="right"/>
      </w:pPr>
      <w:r>
        <w:t>کیوں چھوڑ دیا گیا وہ؟ یعنی آپ جانتے ہیں کہ کعبہ سب سے زیادہ مقدس جگہ ہے اسلام میں، اور کعبہ ہی واحد عمارت ہے جو کسی نبی کی یادگار ہے۔</w:t>
      </w:r>
    </w:p>
    <w:p>
      <w:r>
        <w:rPr>
          <w:b/>
        </w:rPr>
        <w:t xml:space="preserve">[03:48] </w:t>
      </w:r>
      <w:r>
        <w:t>kisi bhi nabi ki asal yaadgar maujood nahi hai siwaye kaaba ke. to is mein yeh khandAT kyun?</w:t>
      </w:r>
    </w:p>
    <w:p>
      <w:pPr>
        <w:jc w:val="right"/>
      </w:pPr>
      <w:r>
        <w:t>کسی بھی نبی کی اصل یادگار موجود نہیں ہے سوائے کعبہ کے۔ تو اس میں یہ کھنڈت کیوں؟</w:t>
      </w:r>
    </w:p>
    <w:p>
      <w:r>
        <w:rPr>
          <w:b/>
        </w:rPr>
        <w:t xml:space="preserve">[04:00] </w:t>
      </w:r>
      <w:r>
        <w:t>aur hazrat aisha ne kaha tha rasool allah se ke aap bana dijiye un ko kaaba ko pehle wali jo tareeqe se, hazrat ibrahim ke tareeqe se.</w:t>
      </w:r>
    </w:p>
    <w:p>
      <w:pPr>
        <w:jc w:val="right"/>
      </w:pPr>
      <w:r>
        <w:t>اور حضرت عائشہ نے کہا تھا رسول اللہ سے کہ آپ بنا دیجئے ان کو کعبہ کو پہلے والی جو طریقے سے، حضرت ابراہیم کے طریقے سے۔</w:t>
      </w:r>
    </w:p>
    <w:p>
      <w:r>
        <w:rPr>
          <w:b/>
        </w:rPr>
        <w:t xml:space="preserve">[04:09] </w:t>
      </w:r>
      <w:r>
        <w:t>to rasool allah ne nahi banaya.</w:t>
      </w:r>
    </w:p>
    <w:p>
      <w:pPr>
        <w:jc w:val="right"/>
      </w:pPr>
      <w:r>
        <w:t>تو رسول اللہ نے نہیں بنایا۔</w:t>
      </w:r>
    </w:p>
    <w:p>
      <w:r>
        <w:rPr>
          <w:b/>
        </w:rPr>
        <w:t xml:space="preserve">[04:14] </w:t>
      </w:r>
      <w:r>
        <w:t>to main sochne laga ke is ke andar koi bohat bari wisdom honi chahiye, yeh khwamkhwah nahi ho sakta. kitabon mein itna itna likha hua hai ke un ke paas saman kam tha,</w:t>
      </w:r>
    </w:p>
    <w:p>
      <w:pPr>
        <w:jc w:val="right"/>
      </w:pPr>
      <w:r>
        <w:t>تو میں سوچنے لگا کہ اس کے اندر کوئی بہت بڑی وزڈم ہونی چاہیے، یہ خوامخواہ نہیں ہو سکتا۔ کتابوں میں اتنا اتنا لکھا ہوا ہے کہ ان کے پاس سامان کم تھا،</w:t>
      </w:r>
    </w:p>
    <w:p>
      <w:r>
        <w:rPr>
          <w:b/>
        </w:rPr>
        <w:t xml:space="preserve">[04:27] </w:t>
      </w:r>
      <w:r>
        <w:t>to unhone aadha banaya, aadha chhod diya. lekin yeh koi aisi baat nahi hai jo is ki tawjeeh kare.</w:t>
      </w:r>
    </w:p>
    <w:p>
      <w:pPr>
        <w:jc w:val="right"/>
      </w:pPr>
      <w:r>
        <w:t>تو انہوں نے آدھا بنایا، آدھا چھوڑ دیا۔ لیکن یہ کوئی ایسی بات نہیں ہے جو اس کی توجیح کرے۔</w:t>
      </w:r>
    </w:p>
    <w:p>
      <w:r>
        <w:rPr>
          <w:b/>
        </w:rPr>
        <w:t xml:space="preserve">[04:38] </w:t>
      </w:r>
      <w:r>
        <w:t>yaani aap ghor kijiye ke allah ko maloom tha, khud rasool allah ko bhi allah ne zaroor bataya hoga ke kaaba qayamat tak markaz rahega islam ka.</w:t>
      </w:r>
    </w:p>
    <w:p>
      <w:pPr>
        <w:jc w:val="right"/>
      </w:pPr>
      <w:r>
        <w:t>یعنی آپ غور کیجئے کہ اللہ کو معلوم تھا، خود رسول اللہ کو بھی اللہ نے ضرور بتایا ہوگا کہ کعبہ قیامت تک مرکز رہے گا اسلام کا۔</w:t>
      </w:r>
    </w:p>
    <w:p>
      <w:r>
        <w:rPr>
          <w:b/>
        </w:rPr>
        <w:t xml:space="preserve">[04:54] </w:t>
      </w:r>
      <w:r>
        <w:t>saare duniya ke log wahan aayenge.</w:t>
      </w:r>
    </w:p>
    <w:p>
      <w:pPr>
        <w:jc w:val="right"/>
      </w:pPr>
      <w:r>
        <w:t>سارے دنیا کے لوگ وہاں آئیں گے۔</w:t>
      </w:r>
    </w:p>
    <w:p>
      <w:r>
        <w:rPr>
          <w:b/>
        </w:rPr>
        <w:t xml:space="preserve">[04:57] </w:t>
      </w:r>
      <w:r>
        <w:t>hajj mein to salana aate hain, lekin umrah bhi aap jante hain ke kya aata hai. to amalan dekhen, duniya bhar ke log saare saare saal aate hain, hajj ke liye aate hain saal mein ek baar, umrah ke liye saal bhar aate rehte hain.</w:t>
      </w:r>
    </w:p>
    <w:p>
      <w:pPr>
        <w:jc w:val="right"/>
      </w:pPr>
      <w:r>
        <w:t>حج میں تو سالانہ آتے ہیں، لیکن عمرہ بھی آپ جانتے ہیں کہ کیا آتا ہے۔ تو عملاً دیکھیں، دنیا بھر کے لوگ سارے سارے سال آتے ہیں، حج کے لیے آتے ہیں سال میں ایک بار، عمرے کے لیے سال بھر آتے رہتے ہیں۔</w:t>
      </w:r>
    </w:p>
    <w:p>
      <w:r>
        <w:rPr>
          <w:b/>
        </w:rPr>
        <w:t xml:space="preserve">[05:14] </w:t>
      </w:r>
      <w:r>
        <w:t>to kaha saare duniya ke log aa kar wahan dekhne wale the ke kaaba jo hai natwam hai.</w:t>
      </w:r>
    </w:p>
    <w:p>
      <w:pPr>
        <w:jc w:val="right"/>
      </w:pPr>
      <w:r>
        <w:t>تو کہا سارے دنیا کے لوگ آ کر وہاں دیکھنے والے تھے کہ کعبہ جو ہے ناتوام ہے۔</w:t>
      </w:r>
    </w:p>
    <w:p>
      <w:r>
        <w:rPr>
          <w:b/>
        </w:rPr>
        <w:t xml:space="preserve">[05:23] </w:t>
      </w:r>
      <w:r>
        <w:t>to yeh kyun aisa hua ke there must be some wisdom? yaani woh khatam bhi nahi kar diya gaya ke wahan</w:t>
      </w:r>
    </w:p>
    <w:p>
      <w:pPr>
        <w:jc w:val="right"/>
      </w:pPr>
      <w:r>
        <w:t>تو یہ کیوں ایسا ہوا کہ دیر مسٹ بی سم وزڈم؟ یعنی وہ ختم بھی نہیں کر دیا گیا کہ وہاں</w:t>
      </w:r>
    </w:p>
    <w:p>
      <w:r>
        <w:rPr>
          <w:b/>
        </w:rPr>
        <w:t xml:space="preserve">[05:34] </w:t>
      </w:r>
      <w:r>
        <w:t>wahan ki zameen level kar di jaye aur sirf kaaba hi rahe, wahan hatim na rahe. yeh kyun hai? to mera mizaj yeh hai ke har cheez ki, main jis ko kehte hain ken, yaani har cheez ka sabab janna chahta hoon.</w:t>
      </w:r>
    </w:p>
    <w:p>
      <w:pPr>
        <w:jc w:val="right"/>
      </w:pPr>
      <w:r>
        <w:t>وہاں کی زمین لیول کر دی جائے اور صرف کعبہ ہی رہے، وہاں حتیم نہ رہے۔ یہ کیوں ہے؟ تو میرا مزاج یہ ہے کہ ہر چیز کی، میں جس کو کہتے ہیں کن، یعنی ہر چیز کا سبب جاننا چاہتا ہوں۔</w:t>
      </w:r>
    </w:p>
    <w:p>
      <w:r>
        <w:rPr>
          <w:b/>
        </w:rPr>
        <w:t xml:space="preserve">[05:52] </w:t>
      </w:r>
      <w:r>
        <w:t>to sochta raha, sochta raha, sochta raha. to ek ajib gharib wisdom daryaft hui ke yeh khwamkhwah aisa nahi hai.</w:t>
      </w:r>
    </w:p>
    <w:p>
      <w:pPr>
        <w:jc w:val="right"/>
      </w:pPr>
      <w:r>
        <w:t>تو سوچتا رہا، سوچتا رہا، سوچتا رہا۔ تو ایک عجیب غریب وزڈم دریافت ہوئی کہ یہ خوامخواہ ایسا نہیں ہے۔</w:t>
      </w:r>
    </w:p>
    <w:p>
      <w:r>
        <w:rPr>
          <w:b/>
        </w:rPr>
        <w:t xml:space="preserve">[06:03] </w:t>
      </w:r>
      <w:r>
        <w:t>khwamkhwah aisa nahi hai. yeh ek demonstration hai is baat ka jo ayat mein kahi gayi hai. wa nablu kum bishai min al khawfi wal joo'i wa naqsin min al amwali wal anfus wal thmarat</w:t>
      </w:r>
    </w:p>
    <w:p>
      <w:pPr>
        <w:jc w:val="right"/>
      </w:pPr>
      <w:r>
        <w:t>خوامخواہ ایسا نہیں ہے۔ یہ ایک ڈیمونسٹریشن ہے اس بات کا جو آیت میں کہی گئی ہے۔ ونبونکم بشئی من الخوف والجوء ونقص من الاموال والانفس والثورات</w:t>
      </w:r>
    </w:p>
    <w:p>
      <w:r>
        <w:rPr>
          <w:b/>
        </w:rPr>
        <w:t xml:space="preserve">[06:21] </w:t>
      </w:r>
      <w:r>
        <w:t>ke yeh naqis jo hai, naqis mani hote hain loss,</w:t>
      </w:r>
    </w:p>
    <w:p>
      <w:pPr>
        <w:jc w:val="right"/>
      </w:pPr>
      <w:r>
        <w:t>کہ یہ نقص جو ہے، نقص معنی ہوتے ہیں لاس،</w:t>
      </w:r>
    </w:p>
    <w:p>
      <w:r>
        <w:rPr>
          <w:b/>
        </w:rPr>
        <w:t xml:space="preserve">[06:27] </w:t>
      </w:r>
      <w:r>
        <w:t>jaan ka loss aur maal ka loss. yeh as a principle quran mein bataya gaya hai, aur kaaba is ka demonstration hai qayamat tak ke liye.</w:t>
      </w:r>
    </w:p>
    <w:p>
      <w:pPr>
        <w:jc w:val="right"/>
      </w:pPr>
      <w:r>
        <w:t>جان کا لاس اور مال کا لاس۔ یہ ایز اے پرنسپل قرآن میں بتایا گیا ہے، اور کعبہ اس کا ڈیمونسٹریشن ہے قیامت تک کے لیے۔</w:t>
      </w:r>
    </w:p>
    <w:p>
      <w:r>
        <w:rPr>
          <w:b/>
        </w:rPr>
        <w:t xml:space="preserve">[06:40] </w:t>
      </w:r>
      <w:r>
        <w:t>aur har har musalman dekha hai, aisi aisi jagah yeh waqea kar diya gaya. farz kijiye ke naamuddin mein hota koi aisa mamla to yahan kaun dekhta aa kar?</w:t>
      </w:r>
    </w:p>
    <w:p>
      <w:pPr>
        <w:jc w:val="right"/>
      </w:pPr>
      <w:r>
        <w:t>اور ہر ہر مسلمان دیکھا ہے، ایسی ایسی جگہ یہ واقعہ کر دیا گیا۔ فرض کیجئے کہ نام الدین میں ہوتا کوئی ایسا معاملہ تو یہاں کون دیکھتا آ کر؟</w:t>
      </w:r>
    </w:p>
    <w:p>
      <w:r>
        <w:rPr>
          <w:b/>
        </w:rPr>
        <w:t xml:space="preserve">[06:50] </w:t>
      </w:r>
      <w:r>
        <w:t>lekin kaaba mein har aadmi dekh raha hai ke kaaba aisa tha, pehle phir toda gaya, phir hatim shakal mein chhod diya gaya.</w:t>
      </w:r>
    </w:p>
    <w:p>
      <w:pPr>
        <w:jc w:val="right"/>
      </w:pPr>
      <w:r>
        <w:t>لیکن کعبہ میں ہر آدمی دیکھ رہا ہے کہ کعبہ ایسا تھا، پہلے پھر توڑا گیا، پھر حتیم شکل میں چھوڑ دیا گیا۔</w:t>
      </w:r>
    </w:p>
    <w:p>
      <w:r>
        <w:rPr>
          <w:b/>
        </w:rPr>
        <w:t xml:space="preserve">[07:03] </w:t>
      </w:r>
      <w:r>
        <w:t>to yeh sochte sochte mujhe ek aur baat yaad aayi, woh yeh ke 1947 mein india ka partition hua aur pakistan bana.</w:t>
      </w:r>
    </w:p>
    <w:p>
      <w:pPr>
        <w:jc w:val="right"/>
      </w:pPr>
      <w:r>
        <w:t>تو یہ سوچتے سوچتے مجھے ایک اور بات یاد آئی، وہ یہ کہ 1947 میں انڈیا کا پارٹیشن ہوا اور پاکستان بنا۔</w:t>
      </w:r>
    </w:p>
    <w:p>
      <w:r>
        <w:rPr>
          <w:b/>
        </w:rPr>
        <w:t xml:space="preserve">[07:20] </w:t>
      </w:r>
      <w:r>
        <w:t>to is ke jo leader the, muhammad ali jinnah, unhone kaha tha ke hum jo chahte the pakistan, woh aap ko hum nahi mila.</w:t>
      </w:r>
    </w:p>
    <w:p>
      <w:pPr>
        <w:jc w:val="right"/>
      </w:pPr>
      <w:r>
        <w:t>تو اس کے جو لیڈر تھے، محمد علی جناح، انہوں نے کہا تھا کہ ہم جو چاہتے تھے پاکستان، وہ آپ کو ہم نہیں ملا۔</w:t>
      </w:r>
    </w:p>
    <w:p>
      <w:r>
        <w:rPr>
          <w:b/>
        </w:rPr>
        <w:t xml:space="preserve">[07:29] </w:t>
      </w:r>
      <w:r>
        <w:t>aap ko yeh to truncated pakistan hai. truncated pakistan ka matlab hua kata phata pakistan.</w:t>
      </w:r>
    </w:p>
    <w:p>
      <w:pPr>
        <w:jc w:val="right"/>
      </w:pPr>
      <w:r>
        <w:t>آپ کو یہ تو ٹرنکیٹڈ پاکستان ہے۔ ٹرنکیٹڈ پاکستان کا مطلب ہوا کٹا پھٹا پاکستان۔</w:t>
      </w:r>
    </w:p>
    <w:p>
      <w:r>
        <w:rPr>
          <w:b/>
        </w:rPr>
        <w:t xml:space="preserve">[07:39] </w:t>
      </w:r>
      <w:r>
        <w:t>kata phata. woh zyada bada raqba chahte the,</w:t>
      </w:r>
    </w:p>
    <w:p>
      <w:pPr>
        <w:jc w:val="right"/>
      </w:pPr>
      <w:r>
        <w:t>کٹا پھٹا۔ وہ زیادہ بڑا رقبہ چاہتے تھے،</w:t>
      </w:r>
    </w:p>
    <w:p>
      <w:r>
        <w:rPr>
          <w:b/>
        </w:rPr>
        <w:t xml:space="preserve">[07:46] </w:t>
      </w:r>
      <w:r>
        <w:t>pakistan ke naam se zyada bada area chahte the woh, lekin kam area mila un ko. to unhone kaha ke hum ko truncated pakistan mila hai.</w:t>
      </w:r>
    </w:p>
    <w:p>
      <w:pPr>
        <w:jc w:val="right"/>
      </w:pPr>
      <w:r>
        <w:t>پاکستان کے نام سے زیادہ بڑا ایریا چاہتے تھے وہ، لیکن کم ایریا ملا ان کو۔ تو انہوں نے کہا کہ ہم کو ٹرنکیٹڈ پاکستان ملا ہے۔</w:t>
      </w:r>
    </w:p>
    <w:p>
      <w:r>
        <w:rPr>
          <w:b/>
        </w:rPr>
        <w:t xml:space="preserve">[07:56] </w:t>
      </w:r>
      <w:r>
        <w:t>achha, jinaah sahab ne yeh nahin socha, khud India ko bhi to truncated India mila hai. India ke jitne leader the, Jawahar Allah, Noor Muhammad aur Ghazi waghera, sab ke sab</w:t>
      </w:r>
    </w:p>
    <w:p>
      <w:pPr>
        <w:jc w:val="right"/>
      </w:pPr>
      <w:r>
        <w:t>اچھا، جناح صاحب نے یہ نہیں سوچا، خود انڈیا کو بھی تو ٹرنکیٹڈ انڈیا ملا ہے۔ انڈیا کے جتنے لیڈر تھے، جواہر اللہ، نور محمد اور غازی وغیرہ، سب کے سب</w:t>
      </w:r>
    </w:p>
    <w:p>
      <w:r>
        <w:rPr>
          <w:b/>
        </w:rPr>
        <w:t xml:space="preserve">[08:09] </w:t>
      </w:r>
      <w:r>
        <w:t>pura pura india chahte the. pura pura india aazad india banana chahte the. lekin in ko bhi dekhiye, idhar pakistan kaṭ gaya, idhar bangladesh kaṭ gaya.</w:t>
      </w:r>
    </w:p>
    <w:p>
      <w:pPr>
        <w:jc w:val="right"/>
      </w:pPr>
      <w:r>
        <w:t>پورا پورا انڈیا چاہتے تھے۔ پورا پورا انڈیا آزاد انڈیا بنانا چاہتے تھے۔ لیکن ان کو بھی دیکھیے، ادھر پاکستان کٹ گیا، ادھر بنگلہ دیش کٹ گیا۔</w:t>
      </w:r>
    </w:p>
    <w:p>
      <w:r>
        <w:rPr>
          <w:b/>
        </w:rPr>
        <w:t xml:space="preserve">[08:23] </w:t>
      </w:r>
      <w:r>
        <w:t>to india ke leaderon ko bhi to trunkeṭed india mila. yeh sirf jinaah ki baat nahin thi. to jinaah sahab agar yeh sochte to bahut bade usool ko daryaft karte.</w:t>
      </w:r>
    </w:p>
    <w:p>
      <w:pPr>
        <w:jc w:val="right"/>
      </w:pPr>
      <w:r>
        <w:t>تو انڈیا کے لیڈروں کو بھی تو ٹرنکیٹڈ انڈیا ملا۔ یہ صرف جناح کی بات نہیں تھی۔ تو جناح صاحب اگر یہ سوچتے تو بہت بڑے اصول کو دریافت کرتے۔</w:t>
      </w:r>
    </w:p>
    <w:p>
      <w:r>
        <w:rPr>
          <w:b/>
        </w:rPr>
        <w:t xml:space="preserve">[08:36] </w:t>
      </w:r>
      <w:r>
        <w:t>nahin, woh nahin kar sake.</w:t>
      </w:r>
    </w:p>
    <w:p>
      <w:pPr>
        <w:jc w:val="right"/>
      </w:pPr>
      <w:r>
        <w:t>نہیں، وہ نہیں کر سکے۔</w:t>
      </w:r>
    </w:p>
    <w:p>
      <w:r>
        <w:rPr>
          <w:b/>
        </w:rPr>
        <w:t xml:space="preserve">[08:39] </w:t>
      </w:r>
      <w:r>
        <w:t>ab jab unhon ne yeh keh diya ke hum ko trunkeṭed pakistan mila hai, to unhon ne ek ṭrend seṭ kar diya. jo jinaah sab se bade leader the pakistan ke, woh founder the is ke, to woh ṭrend seṭar ban gaye.</w:t>
      </w:r>
    </w:p>
    <w:p>
      <w:pPr>
        <w:jc w:val="right"/>
      </w:pPr>
      <w:r>
        <w:t>اب جب انہوں نے یہ کہہ دیا کہ ہم کو ٹرنکیٹڈ پاکستان ملا ہے، تو انہوں نے ایک ٹرینڈ سیٹ کر دیا۔ جو جناح سب سے بڑے لیڈر تھے پاکستان کے، وہ فاؤنڈر تھے اس کے، تو وہ ٹرینڈ سیٹر بن گئے۔</w:t>
      </w:r>
    </w:p>
    <w:p>
      <w:r>
        <w:rPr>
          <w:b/>
        </w:rPr>
        <w:t xml:space="preserve">[08:56] </w:t>
      </w:r>
      <w:r>
        <w:t>yani saare pakistani logon ka zehn yeh ban gaya ke humein de-ṭrunkeṭ karna hai. yani ṭrunkeṭed pakistan ko dobara humein de-ṭrunkeṭed pakistan ban</w:t>
      </w:r>
    </w:p>
    <w:p>
      <w:pPr>
        <w:jc w:val="right"/>
      </w:pPr>
      <w:r>
        <w:t>یعنی سارے پاکستانی لوگوں کا ذہن یہ بن گیا کہ ہمیں ڈی ٹرنکیٹ کرنا ہے۔ یعنی ٹرنکیٹڈ پاکستان کو دوبارہ ہمیں ڈی ٹرنکیٹڈ پاکستان بن</w:t>
      </w:r>
    </w:p>
    <w:p>
      <w:r>
        <w:rPr>
          <w:b/>
        </w:rPr>
        <w:t xml:space="preserve">[09:11] </w:t>
      </w:r>
      <w:r>
        <w:t>ana hai. yeh yeh ṭrend diya unhon ne. aur aaj tak wohi wohi ṭrend pakistan ke logon ka hai ke jo hissa un ke nazdeek pakistan ka mein shamil nahin hua, us ke liye lad rahe hain, lad rahe hain, lad rahe hain.</w:t>
      </w:r>
    </w:p>
    <w:p>
      <w:pPr>
        <w:jc w:val="right"/>
      </w:pPr>
      <w:r>
        <w:t>انا ہے۔ یہ یہ ٹرینڈ دیا انہوں نے۔ اور آج تک وہی وہی ٹرینڈ پاکستان کے لوگوں کا ہے کہ جو حصہ ان کے نزدیک پاکستان کا میں شامل نہیں ہوا، اس کے لیے لڑ رہے ہیں، لڑ رہے ہیں، لڑ رہے ہیں۔</w:t>
      </w:r>
    </w:p>
    <w:p>
      <w:r>
        <w:rPr>
          <w:b/>
        </w:rPr>
        <w:t xml:space="preserve">[09:27] </w:t>
      </w:r>
      <w:r>
        <w:t>aur yahan tak ke pakistan ek field state ban gaya. to is ko sochte hue mujhe samajh aaya ke is duniya mein insaan ko ṭrunkeṭed pakistan hi milega.</w:t>
      </w:r>
    </w:p>
    <w:p>
      <w:pPr>
        <w:jc w:val="right"/>
      </w:pPr>
      <w:r>
        <w:t>اور یہاں تک کہ پاکستان ایک فیلڈ اسٹیٹ بن گیا۔ تو اس کو سوچتے ہوئے مجھے سمجھ آیا کہ اس دنیا میں انسان کو ٹرنکیٹڈ پاکستان ہی ملے گا۔</w:t>
      </w:r>
    </w:p>
    <w:p>
      <w:r>
        <w:rPr>
          <w:b/>
        </w:rPr>
        <w:t xml:space="preserve">[09:37] </w:t>
      </w:r>
      <w:r>
        <w:t>hata ke ka'aba bhi ṭrunkeṭed ka'aba milega.</w:t>
      </w:r>
    </w:p>
    <w:p>
      <w:pPr>
        <w:jc w:val="right"/>
      </w:pPr>
      <w:r>
        <w:t>حتیٰ کہ کعبہ بھی ٹرنکیٹڈ کعبہ ملے گا۔</w:t>
      </w:r>
    </w:p>
    <w:p>
      <w:r>
        <w:rPr>
          <w:b/>
        </w:rPr>
        <w:t xml:space="preserve">[09:41] </w:t>
      </w:r>
      <w:r>
        <w:t>yeh allah ka batana tha.</w:t>
      </w:r>
    </w:p>
    <w:p>
      <w:pPr>
        <w:jc w:val="right"/>
      </w:pPr>
      <w:r>
        <w:t>یہ اللہ کا بتانا تھا۔</w:t>
      </w:r>
    </w:p>
    <w:p>
      <w:r>
        <w:rPr>
          <w:b/>
        </w:rPr>
        <w:t xml:space="preserve">[09:47] </w:t>
      </w:r>
      <w:r>
        <w:t>maal mein aur jaan mein nuqs ka jo principle quran mein bataya gaya hai, woh yahi to hai. to allah taala ka matloob tha ke saari duniya ke musalman aayen, dekhen, aayen, dekhen ke is duniya mein tum ko ka'aba bhi ṭrunkeṭed ka'aba ki shakal mein milega.</w:t>
      </w:r>
    </w:p>
    <w:p>
      <w:pPr>
        <w:jc w:val="right"/>
      </w:pPr>
      <w:r>
        <w:t>مال میں اور جان میں نقص کا جو پرنسپل قرآن میں بتایا گیا ہے، وہ یہی تو ہے۔ تو اللہ تعالیٰ کا مطلوب تھا کہ ساری دنیا کے مسلمان آئیں، دیکھیں، آئیں، دیکھیں کہ اس دنیا میں تم کو کعبہ بھی ٹرنکیٹڈ کعبہ کی شکل میں ملے گا۔</w:t>
      </w:r>
    </w:p>
    <w:p>
      <w:r>
        <w:rPr>
          <w:b/>
        </w:rPr>
        <w:t xml:space="preserve">[10:03] </w:t>
      </w:r>
      <w:r>
        <w:t>yeh bas apne aap ko pura pura mil sakta hai tum ko koi cheez.</w:t>
      </w:r>
    </w:p>
    <w:p>
      <w:pPr>
        <w:jc w:val="right"/>
      </w:pPr>
      <w:r>
        <w:t>یہ بس اپنے آپ کو پورا پورا مل سکتا ہے تم کو کوئی چیز۔</w:t>
      </w:r>
    </w:p>
    <w:p>
      <w:r>
        <w:rPr>
          <w:b/>
        </w:rPr>
        <w:t xml:space="preserve">[10:09] </w:t>
      </w:r>
      <w:r>
        <w:t>agar musalman is sabak ko jaan lete to koi ladai nahin, koi ṭerorism nahin, kuch nahin, koi violence nahin.</w:t>
      </w:r>
    </w:p>
    <w:p>
      <w:pPr>
        <w:jc w:val="right"/>
      </w:pPr>
      <w:r>
        <w:t>اگر مسلمان اس سبق کو جان لیتے تو کوئی لڑائی نہیں، کوئی ٹیررزم نہیں، کچھ نہیں، کوئی وائیلنس نہیں۔</w:t>
      </w:r>
    </w:p>
    <w:p>
      <w:r>
        <w:rPr>
          <w:b/>
        </w:rPr>
        <w:t xml:space="preserve">[10:18] </w:t>
      </w:r>
      <w:r>
        <w:t>kyun ke saara violence jo hai, aap dekhiye, isi isi liye ho raha hai ke woh ṭrunkeṭion ko de-ṭrunkeṭ karna chahte hain.</w:t>
      </w:r>
    </w:p>
    <w:p>
      <w:pPr>
        <w:jc w:val="right"/>
      </w:pPr>
      <w:r>
        <w:t>کیونکہ سارا وائیلنس جو ہے، آپ دیکھیے، اسی اسی لیے ہو رہا ہے کہ وہ ٹرنکیشن کو ڈی ٹرنکیٹ کرنا چاہتے ہیں۔</w:t>
      </w:r>
    </w:p>
    <w:p>
      <w:r>
        <w:rPr>
          <w:b/>
        </w:rPr>
        <w:t xml:space="preserve">[10:30] </w:t>
      </w:r>
      <w:r>
        <w:t>sab hi isi liye hai. mislan dekhiye, falasteen mein 60 baras ladai ho rahi hai.</w:t>
      </w:r>
    </w:p>
    <w:p>
      <w:pPr>
        <w:jc w:val="right"/>
      </w:pPr>
      <w:r>
        <w:t>سب ہی اسی لیے ہے۔ مثلاً دیکھیے، فلسطین میں 60 برس لڑائی ہو رہی ہے۔</w:t>
      </w:r>
    </w:p>
    <w:p>
      <w:r>
        <w:rPr>
          <w:b/>
        </w:rPr>
        <w:t xml:space="preserve">[10:39] </w:t>
      </w:r>
      <w:r>
        <w:t>kyun ho rahi hai? balpur border ke tehat 1948 mein falasteen ko banta gaya tha.</w:t>
      </w:r>
    </w:p>
    <w:p>
      <w:pPr>
        <w:jc w:val="right"/>
      </w:pPr>
      <w:r>
        <w:t>کیوں ہو رہی ہے؟ بالپور بارڈر کے تحت 1948 میں فلسطین کو بانٹا گیا تھا۔</w:t>
      </w:r>
    </w:p>
    <w:p>
      <w:r>
        <w:rPr>
          <w:b/>
        </w:rPr>
        <w:t xml:space="preserve">[10:51] </w:t>
      </w:r>
      <w:r>
        <w:t>in reality, half to Israel and half to Arabs. But at this very moment, Hazrat Albana, Sayyed Qutb and Yasser Arafat stood with flags,</w:t>
      </w:r>
    </w:p>
    <w:p>
      <w:pPr>
        <w:jc w:val="right"/>
      </w:pPr>
      <w:r>
        <w:t>ان ریفلی آدھا اسرائیل کو اور آدھا عربوں کو۔ لیکن اسی وقت جھنڈا لے کے کھڑے ہوگئے حضرت البنا سید قطب اور یاسر عرفات،</w:t>
      </w:r>
    </w:p>
    <w:p>
      <w:r>
        <w:rPr>
          <w:b/>
        </w:rPr>
        <w:t xml:space="preserve">[11:07] </w:t>
      </w:r>
      <w:r>
        <w:t>saare log</w:t>
      </w:r>
    </w:p>
    <w:p>
      <w:pPr>
        <w:jc w:val="right"/>
      </w:pPr>
      <w:r>
        <w:t>سارے لوگ</w:t>
      </w:r>
    </w:p>
    <w:p>
      <w:r>
        <w:rPr>
          <w:b/>
        </w:rPr>
        <w:t xml:space="preserve">[11:10] </w:t>
      </w:r>
      <w:r>
        <w:t>ke humein ṭrunkeṭed pakistan nahin chahiye, humein pura pakistan chahiye.</w:t>
      </w:r>
    </w:p>
    <w:p>
      <w:pPr>
        <w:jc w:val="right"/>
      </w:pPr>
      <w:r>
        <w:t>کہ ہمیں ٹرنکیٹڈ پاکستان نہیں چاہیے، ہمیں پورا پاکستان چاہیے۔</w:t>
      </w:r>
    </w:p>
    <w:p>
      <w:r>
        <w:rPr>
          <w:b/>
        </w:rPr>
        <w:t xml:space="preserve">[11:17] </w:t>
      </w:r>
      <w:r>
        <w:t>yani falasteen jo mila tha un ko, that was a ṭrunkeṭed falasteen. lekin un ka humein manzoor nahin hai, humein pura chahiye.</w:t>
      </w:r>
    </w:p>
    <w:p>
      <w:pPr>
        <w:jc w:val="right"/>
      </w:pPr>
      <w:r>
        <w:t>یعنی فلسطین جو ملا تھا ان کو، دیٹ واز ا ٹرنکیٹڈ فلسطین۔ لیکن ان کا ہمیں منظور نہیں ہے، ہمیں پورا چاہیے۔</w:t>
      </w:r>
    </w:p>
    <w:p>
      <w:r>
        <w:rPr>
          <w:b/>
        </w:rPr>
        <w:t xml:space="preserve">[11:30] </w:t>
      </w:r>
      <w:r>
        <w:t>to yeh jo demand thi, that was greens against the christian plan of god.</w:t>
      </w:r>
    </w:p>
    <w:p>
      <w:pPr>
        <w:jc w:val="right"/>
      </w:pPr>
      <w:r>
        <w:t>تو یہ جو ڈیمانڈ تھی، دیٹ واز گرینز اگینسٹ دا کرسچن پلان آف گاڈ۔</w:t>
      </w:r>
    </w:p>
    <w:p>
      <w:r>
        <w:rPr>
          <w:b/>
        </w:rPr>
        <w:t xml:space="preserve">[11:38] </w:t>
      </w:r>
      <w:r>
        <w:t>yeh bahut ajeeb cheez mujhe sochte sochte bhi daryaft hui ke allah taala ne quran mein likh diya ka'aba ki shakal mein, is ko ek demonstration de diya is ka aur bata diya ke dekho, is duniya mein jo milega tum ko, woh ṭrunkeṭ</w:t>
      </w:r>
    </w:p>
    <w:p>
      <w:pPr>
        <w:jc w:val="right"/>
      </w:pPr>
      <w:r>
        <w:t>یہ بہت عجیب چیز مجھے سوچتے سوچتے بھی دریافت ہوئی کہ اللہ تعالیٰ نے قرآن میں لکھ دیا کعبہ کی شکل میں، اس کو ایک ڈیمونسٹریشن دے دیا اس کا اور بتا دیا کہ دیکھو، اس دنیا میں جو ملے گا تم کو، وہ ٹرنکی</w:t>
      </w:r>
    </w:p>
    <w:p>
      <w:r>
        <w:rPr>
          <w:b/>
        </w:rPr>
        <w:t xml:space="preserve">[11:56] </w:t>
      </w:r>
      <w:r>
        <w:t>ṭed way milega. chahe job ho, chahe business ho ya family ho, har jagah koi na koi ṭrunkeṭion ka waqea hoga.</w:t>
      </w:r>
    </w:p>
    <w:p>
      <w:pPr>
        <w:jc w:val="right"/>
      </w:pPr>
      <w:r>
        <w:t>ٹڈ وے ملے گا۔ چاہے جاب ہو، چاہے بزنس ہو یا فیملی ہو، ہر جگہ کوئی نہ کوئی ٹرنکیشن کا واقعہ ہوگا۔</w:t>
      </w:r>
    </w:p>
    <w:p>
      <w:r>
        <w:rPr>
          <w:b/>
        </w:rPr>
        <w:t xml:space="preserve">[12:08] </w:t>
      </w:r>
      <w:r>
        <w:t>yani kami ka waqea kuch hoga. to is ko bardasht karo, is ko is ke upar lado mat. is ke liye</w:t>
      </w:r>
    </w:p>
    <w:p>
      <w:pPr>
        <w:jc w:val="right"/>
      </w:pPr>
      <w:r>
        <w:t>یعنی کمی کا واقعہ کچھ ہوگا۔ تو اس کو برداشت کرو، اس کو اس کے اوپر لڑو مت۔ اس کے لیے</w:t>
      </w:r>
    </w:p>
    <w:p>
      <w:r>
        <w:rPr>
          <w:b/>
        </w:rPr>
        <w:t xml:space="preserve">[12:17] </w:t>
      </w:r>
      <w:r>
        <w:t>yeh badi ajeeb baat mujhe samajh mein aayi.</w:t>
      </w:r>
    </w:p>
    <w:p>
      <w:pPr>
        <w:jc w:val="right"/>
      </w:pPr>
      <w:r>
        <w:t>یہ بڑی عجیب بات مجھے سمجھ میں آئی۔</w:t>
      </w:r>
    </w:p>
    <w:p>
      <w:r>
        <w:rPr>
          <w:b/>
        </w:rPr>
        <w:t xml:space="preserve">[12:20] </w:t>
      </w:r>
      <w:r>
        <w:t>jitni bhi dunya, yani sabhi log is hisab se, use aap samajh rahe hain. aur musalman khaas taur par, main kahunga, kyunke musalman ko to quran mein bataya gaya tha ke yahan nuqs hoga,</w:t>
      </w:r>
    </w:p>
    <w:p>
      <w:pPr>
        <w:jc w:val="right"/>
      </w:pPr>
      <w:r>
        <w:t>جتنی بھی دنیا، یعنی سبھی لوگ اس حساب سے، اسے آپ سمجھ رہے ہیں۔ اور مسلمان خاص طور پر، میں کہوں گا، کیونکہ مسلمان کو تو قرآن میں بتایا گیا تھا کہ یہاں نقص ہوگا،</w:t>
      </w:r>
    </w:p>
    <w:p>
      <w:r>
        <w:rPr>
          <w:b/>
        </w:rPr>
        <w:t xml:space="preserve">[12:35] </w:t>
      </w:r>
      <w:r>
        <w:t>yahan loss ka tajurba pesh aayega, aur yahan hamesha truncated kaba milega tum ko. to prophet ne bardasht kiya truncated kabe ko.</w:t>
      </w:r>
    </w:p>
    <w:p>
      <w:pPr>
        <w:jc w:val="right"/>
      </w:pPr>
      <w:r>
        <w:t>یہاں لاس کا تجربہ پیش آئے گا، اور یہاں ہمیشہ ٹرنکیٹڈ کعبہ ملے گا تم کو۔ تو پیغمبر نے برداشت کیا ٹرنکیٹڈ کعبہ کو۔</w:t>
      </w:r>
    </w:p>
    <w:p>
      <w:r>
        <w:rPr>
          <w:b/>
        </w:rPr>
        <w:t xml:space="preserve">[12:50] </w:t>
      </w:r>
      <w:r>
        <w:t>aap ghor kijiye, ek tareekh ka ek waqea mein aap ko yaad dilana chahta hoon ke Allah taala ko itna zyada manzoor tha ke kaba isi shakal mein rahe.</w:t>
      </w:r>
    </w:p>
    <w:p>
      <w:pPr>
        <w:jc w:val="right"/>
      </w:pPr>
      <w:r>
        <w:t>آپ غور کیجئے، ایک تاریخ کا ایک واقعہ میں آپ کو یاد دلانا چاہتا ہوں کہ اللہ تعالیٰ کو اتنا زیادہ منظور تھا کہ کعبہ اسی شکل میں رہے۔</w:t>
      </w:r>
    </w:p>
    <w:p>
      <w:r>
        <w:rPr>
          <w:b/>
        </w:rPr>
        <w:t xml:space="preserve">[13:02] </w:t>
      </w:r>
      <w:r>
        <w:t>bahut ajeeb baat hai yeh ke rasool Allah ke zamane mein is ko dobara rebuilt nahi kiya gaya, aur khaleefa abubakar ke zamane mein is ko dobara dobara rebuilt nahi kiya gaya, new de truncated nahi kiya gaya.</w:t>
      </w:r>
    </w:p>
    <w:p>
      <w:pPr>
        <w:jc w:val="right"/>
      </w:pPr>
      <w:r>
        <w:t>بہت عجیب بات ہے یہ کہ رسول اللہ کے زمانے میں اس کو دوبارہ ریبٹ نہیں کیا گیا، اور خلیفہ ابوبکر کے زمانے میں اس کو دوبارہ دوبارہ ریبٹ نہیں کیا گیا، نیو ڈی ٹرنکیٹ نہیں کیا گیا۔</w:t>
      </w:r>
    </w:p>
    <w:p>
      <w:r>
        <w:rPr>
          <w:b/>
        </w:rPr>
        <w:t xml:space="preserve">[13:23] </w:t>
      </w:r>
      <w:r>
        <w:t>hazrat umar ke zamane mein is ko de truncated nahi kiya gaya. is ke baad zamana aata hai, abdullah ibn zubair ek sahab the, jo ek sahabi ke sahibzade the.</w:t>
      </w:r>
    </w:p>
    <w:p>
      <w:pPr>
        <w:jc w:val="right"/>
      </w:pPr>
      <w:r>
        <w:t>حضرت عمر کے زمانے میں اس کو ڈی ٹرنکیٹ نہیں کیا گیا۔ اس کے بعد زمانہ آتا ہے، عبداللہ ابن زبیر ایک صاحب تھے، جو ایک صحابی کے صاحبزادے تھے۔</w:t>
      </w:r>
    </w:p>
    <w:p>
      <w:r>
        <w:rPr>
          <w:b/>
        </w:rPr>
        <w:t xml:space="preserve">[13:34] </w:t>
      </w:r>
      <w:r>
        <w:t>woh unhon ne kuch dinon ke liye un ka is ilaqe mein, makkah ka jo ilaqa tha, wahan un ki hukumat ho gayi thi. jab aapas mein ladaaiyan shuru ho gayi thin musalmanon ki, usmani ki baat hai, to woh makkah ke hakim ban gaye the is area ke.</w:t>
      </w:r>
    </w:p>
    <w:p>
      <w:pPr>
        <w:jc w:val="right"/>
      </w:pPr>
      <w:r>
        <w:t>وہ انہوں نے کچھ دنوں کے لیے ان کا اس علاقے میں، مکہ کا جو علاقہ تھا، وہاں ان کی حکومت ہو گئی تھی۔ جب آپس میں لڑائیاں شروع ہوگئی تھیں مسلمانوں کی، عثمانی کی بات ہے، تو وہ مکہ کے حاکم بن گئے تھے اس ایریا کے۔</w:t>
      </w:r>
    </w:p>
    <w:p>
      <w:r>
        <w:rPr>
          <w:b/>
        </w:rPr>
        <w:t xml:space="preserve">[13:51] </w:t>
      </w:r>
      <w:r>
        <w:t>to abdullah ibn zubair ne kya kiya ke is kabe ko jo chokor tha, us ko utha diya aur hazrat ibrahim wali surat mein us ko bana diya.</w:t>
      </w:r>
    </w:p>
    <w:p>
      <w:pPr>
        <w:jc w:val="right"/>
      </w:pPr>
      <w:r>
        <w:t>تو عبداللہ ابن زبیر نے کیا کیا کہ اس کعبہ کو جو چوکور تھا، اس کو اٹھا دیا اور حضرت ابراہیم والی صورت میں اس کو بنا دیا۔</w:t>
      </w:r>
    </w:p>
    <w:p>
      <w:r>
        <w:rPr>
          <w:b/>
        </w:rPr>
        <w:t xml:space="preserve">[14:04] </w:t>
      </w:r>
      <w:r>
        <w:t>to jante hain kya hua? hajjaj se un ki ladaai hui, hajjaj ne un ko qatl kar diya, aur phir dobara kabe ko waise hi bana diya chokor.</w:t>
      </w:r>
    </w:p>
    <w:p>
      <w:pPr>
        <w:jc w:val="right"/>
      </w:pPr>
      <w:r>
        <w:t>تو جانتے ہیں کیا ہوا؟ حجاج سے ان کی لڑائی ہوئی، حجاج نے ان کو قتل کر دیا، اور پھر دوبارہ کعبہ کو ویسے ہی بنا دیا چوکور۔</w:t>
      </w:r>
    </w:p>
    <w:p>
      <w:r>
        <w:rPr>
          <w:b/>
        </w:rPr>
        <w:t xml:space="preserve">[14:19] </w:t>
      </w:r>
      <w:r>
        <w:t>yeh main samajhta hoon ke Allah ki planning thi. Allah ko yeh manzoor nahi tha ke kaba jo hai, waisa banaya jaye dobara. Allah ko manzoor tha ke kaba truncated kaba hi banaye.</w:t>
      </w:r>
    </w:p>
    <w:p>
      <w:pPr>
        <w:jc w:val="right"/>
      </w:pPr>
      <w:r>
        <w:t>یہ میں سمجھتا ہوں کہ اللہ کی پلاننگ تھی۔ اللہ کو یہ منظور نہیں تھا کہ کعبہ جو ہے، ویسا بنایا جائے دوبارہ۔ اللہ کو منظور تھا کہ کعبہ ٹرنکیٹڈ کعبہ ہی بنائے۔</w:t>
      </w:r>
    </w:p>
    <w:p>
      <w:r>
        <w:rPr>
          <w:b/>
        </w:rPr>
        <w:t xml:space="preserve">[14:36] </w:t>
      </w:r>
      <w:r>
        <w:t>aap aap aap ghor kijiye, is zameen ke upar jitne spot hain, jitni buildingen hain, is mein sab se zyada mehboob Allah taala ko kaba hai. yeh to hamara aqeeda hai.</w:t>
      </w:r>
    </w:p>
    <w:p>
      <w:pPr>
        <w:jc w:val="right"/>
      </w:pPr>
      <w:r>
        <w:t>آپ آپ آپ غور کیجئے، اس زمین کے اوپر جتنے سپاٹ ہیں، جتنی بلڈنگیں ہیں، اس میں سب سے زیادہ محبوب اللہ تعالیٰ کو کعبہ ہے۔ یہ تو ہمارا عقیدہ ہے۔</w:t>
      </w:r>
    </w:p>
    <w:p>
      <w:r>
        <w:rPr>
          <w:b/>
        </w:rPr>
        <w:t xml:space="preserve">[14:46] </w:t>
      </w:r>
      <w:r>
        <w:t>jitni bhi buildingen hain,</w:t>
      </w:r>
    </w:p>
    <w:p>
      <w:pPr>
        <w:jc w:val="right"/>
      </w:pPr>
      <w:r>
        <w:t>جتنی بھی بلڈنگیں ہیں،</w:t>
      </w:r>
    </w:p>
    <w:p>
      <w:r>
        <w:rPr>
          <w:b/>
        </w:rPr>
        <w:t xml:space="preserve">[14:49] </w:t>
      </w:r>
      <w:r>
        <w:t>koi bhi building itni zyada muqaddas nahi hai, jitni muqaddas kaba hai. yeh to hamara aap ka aqeeda hai.</w:t>
      </w:r>
    </w:p>
    <w:p>
      <w:pPr>
        <w:jc w:val="right"/>
      </w:pPr>
      <w:r>
        <w:t>کوئی بھی بلڈنگ اتنی زیادہ مقدس نہیں ہے، جتنی مقدس کعبہ ہے۔ یہ تو ہمارا آپ کا عقیدہ ہے۔</w:t>
      </w:r>
    </w:p>
    <w:p>
      <w:r>
        <w:rPr>
          <w:b/>
        </w:rPr>
        <w:t xml:space="preserve">[15:01] </w:t>
      </w:r>
      <w:r>
        <w:t>to kya Allah taala ko yeh yeh manzoor nahi hoga ke is ki original shakal baqi rakhi jaye? yeh manzoor nahi hoga.</w:t>
      </w:r>
    </w:p>
    <w:p>
      <w:pPr>
        <w:jc w:val="right"/>
      </w:pPr>
      <w:r>
        <w:t>تو کیا اللہ تعالیٰ کو یہ یہ منظور نہیں ہوگا کہ اس کی اوریجنل شکل باقی رکھی جائے؟ یہ منظور نہیں ہوگا۔</w:t>
      </w:r>
    </w:p>
    <w:p>
      <w:r>
        <w:rPr>
          <w:b/>
        </w:rPr>
        <w:t xml:space="preserve">[15:16] </w:t>
      </w:r>
      <w:r>
        <w:t>lekin original shakal matloob hi nahi hai Allah taala ko. Allah taala ko yahi matloob hai ke ek ek truncated kaba khada rahe aur dunya ko batata rahe, batata rahe, batata rahe ke tum ko raazi hona padega truncation par,</w:t>
      </w:r>
    </w:p>
    <w:p>
      <w:pPr>
        <w:jc w:val="right"/>
      </w:pPr>
      <w:r>
        <w:t>لیکن اوریجنل شکل مطلوب ہی نہیں ہے اللہ تعالیٰ کو۔ اللہ تعالیٰ کو یہی مطلوب ہے کہ ایک ایک ٹرنکیٹڈ کعبہ کھڑا رہے اور دنیا کو بتاتا رہے، بتاتا رہے، بتاتا رہے کہ تم کو راضی ہونا پڑے گا ٹرنکیشن پر،</w:t>
      </w:r>
    </w:p>
    <w:p>
      <w:r>
        <w:rPr>
          <w:b/>
        </w:rPr>
        <w:t xml:space="preserve">[15:33] </w:t>
      </w:r>
      <w:r>
        <w:t>loss par, kate phate par raazi hona padega. agar nahi raazi ho ge aur chaho ge drag truncate karna, to tum khud tabah ho ge.</w:t>
      </w:r>
    </w:p>
    <w:p>
      <w:pPr>
        <w:jc w:val="right"/>
      </w:pPr>
      <w:r>
        <w:t>لاسٹ پر، کٹے پھٹے پر راضی ہونا پڑے گا۔ اگر نہیں راضی ہو گے اور چاہو گے ڈریگ ٹرنکیٹ کرنا، تو تم خود تباہ ہو گے۔</w:t>
      </w:r>
    </w:p>
    <w:p>
      <w:r>
        <w:rPr>
          <w:b/>
        </w:rPr>
        <w:t xml:space="preserve">[15:44] </w:t>
      </w:r>
      <w:r>
        <w:t>Abdullah Zubair, Abdullah Zubair jaise qatl kiye gaye, aur phir zindagi dhara wasi rahega, jaisa ke Allah ka mansooba hai.</w:t>
      </w:r>
    </w:p>
    <w:p>
      <w:pPr>
        <w:jc w:val="right"/>
      </w:pPr>
      <w:r>
        <w:t>عبداللہ زبیر، عبداللہ زبیر جیسے قتل کیے گئے، اور پھر زندگی دھارا واسی رہے گا، جیسا کہ اللہ کا منصوبہ ہے۔</w:t>
      </w:r>
    </w:p>
    <w:p>
      <w:r>
        <w:rPr>
          <w:b/>
        </w:rPr>
        <w:t xml:space="preserve">[15:56] </w:t>
      </w:r>
      <w:r>
        <w:t>kaisi ajeeb baat hai yeh! kaisi ajeeb baat hai!</w:t>
      </w:r>
    </w:p>
    <w:p>
      <w:pPr>
        <w:jc w:val="right"/>
      </w:pPr>
      <w:r>
        <w:t>کیسی عجیب بات ہے یہ! کیسی عجیب بات ہے!</w:t>
      </w:r>
    </w:p>
    <w:p>
      <w:r>
        <w:rPr>
          <w:b/>
        </w:rPr>
        <w:t xml:space="preserve">[16:04] </w:t>
      </w:r>
      <w:r>
        <w:t>yani kabe ko truncate kiya gaya, us ko is mein toot phoot ki gayi.</w:t>
      </w:r>
    </w:p>
    <w:p>
      <w:pPr>
        <w:jc w:val="right"/>
      </w:pPr>
      <w:r>
        <w:t>یعنی کعبہ کو ٹرنکیٹ کیا گیا، اس کو اس میں ٹوٹ پھوٹ کی گئی۔</w:t>
      </w:r>
    </w:p>
    <w:p>
      <w:r>
        <w:rPr>
          <w:b/>
        </w:rPr>
        <w:t xml:space="preserve">[16:12] </w:t>
      </w:r>
      <w:r>
        <w:t>rasool Allah ne is ko correction nahi kiya. rasool Allah ke baad hazrat abubakar ne correction nahi kiya. umar ne is ka correction nahi kiya. woh aise hi khada raha hua.</w:t>
      </w:r>
    </w:p>
    <w:p>
      <w:pPr>
        <w:jc w:val="right"/>
      </w:pPr>
      <w:r>
        <w:t>رسول اللہ نے اس کو کریکشن نہیں کیا۔ رسول اللہ کے بعد حضرت ابوبکر نے کریکشن نہیں کیا۔ عمر نے اس کا کریکشن نہیں کیا۔ وہ ایسے ہی کھڑا رہا ہوا۔</w:t>
      </w:r>
    </w:p>
    <w:p>
      <w:r>
        <w:rPr>
          <w:b/>
        </w:rPr>
        <w:t xml:space="preserve">[16:22] </w:t>
      </w:r>
      <w:r>
        <w:t>baad ko abdullah ibn zubair ne is ko correction kiya. likha hai Allah taala ko correction manzoor nahi tha. us ko phir utha diya gaya, phir waise hi banaya gaya.</w:t>
      </w:r>
    </w:p>
    <w:p>
      <w:pPr>
        <w:jc w:val="right"/>
      </w:pPr>
      <w:r>
        <w:t>بعد کو عبداللہ ابن زبیر نے اس کو کریکشن کیا۔ لکھا ہے اللہ تعالیٰ کو کریکشن منظور نہیں تھا۔ اس کو پھر اٹھا دیا گیا، پھر ویسے ہی بنایا گیا۔</w:t>
      </w:r>
    </w:p>
    <w:p>
      <w:r>
        <w:rPr>
          <w:b/>
        </w:rPr>
        <w:t xml:space="preserve">[16:36] </w:t>
      </w:r>
      <w:r>
        <w:t>main samajhta hoon ke yeh Allah taala ko bahut zyada manzoor hai yeh baat ke log jaan rahe hain is baat ko ke is dunya mein nuqs hoga, dunya mein loss hoga, is dunya mein truncation hoga,</w:t>
      </w:r>
    </w:p>
    <w:p>
      <w:pPr>
        <w:jc w:val="right"/>
      </w:pPr>
      <w:r>
        <w:t>میں سمجھتا ہوں کہ یہ اللہ تعالیٰ کو بہت زیادہ منظور ہے یہ بات کہ لوگ جان رہے ہیں اس بات کو کہ اس دنیا میں نقص ہوگا، دنیا میں لاس ہوگا، اس دنیا میں ٹرنکیشن ہوگا،</w:t>
      </w:r>
    </w:p>
    <w:p>
      <w:r>
        <w:rPr>
          <w:b/>
        </w:rPr>
        <w:t xml:space="preserve">[16:50] </w:t>
      </w:r>
      <w:r>
        <w:t>aur isi ko tumhein bardasht karna hai. nahi bardasht karoge to kya hoga? asal jo kaam matloob hai, wahi nahi ho pa</w:t>
      </w:r>
    </w:p>
    <w:p>
      <w:pPr>
        <w:jc w:val="right"/>
      </w:pPr>
      <w:r>
        <w:t>اور اسی کو تمہیں برداشت کرنا ہے۔ نہیں برداشت کرو گے تو کیا ہوگا؟ اصل جو کام مطلوب ہے، وہی نہیں ہو پ</w:t>
      </w:r>
    </w:p>
    <w:p>
      <w:r>
        <w:rPr>
          <w:b/>
        </w:rPr>
        <w:t xml:space="preserve">[17:00] </w:t>
      </w:r>
      <w:r>
        <w:t>ayega. yani marifat ka sabak, marifat ka safar, dawat ka safar, yeh jo asal kaam hai, quran ki khidmat, hadith ki khidmat, asal kaam to woh hai, wahi nahi hoga.</w:t>
      </w:r>
    </w:p>
    <w:p>
      <w:pPr>
        <w:jc w:val="right"/>
      </w:pPr>
      <w:r>
        <w:t>ائے گا۔ یعنی معرفت کا سبق، معرفت کا سفر، دعوت کا سفر، یہ جو اصل کام ہے، قرآن کی خدمت، حدیث کی خدمت، اصل کام تو وہ ہے، وہی نہیں ہوگا۔</w:t>
      </w:r>
    </w:p>
    <w:p>
      <w:r>
        <w:rPr>
          <w:b/>
        </w:rPr>
        <w:t xml:space="preserve">[17:15] </w:t>
      </w:r>
      <w:r>
        <w:t>to in cheezon mein tum status quest par jao. status quest, yani aaj kal ki zuban mein main kahunga ke</w:t>
      </w:r>
    </w:p>
    <w:p>
      <w:pPr>
        <w:jc w:val="right"/>
      </w:pPr>
      <w:r>
        <w:t>تو ان چیزوں میں تم اسٹیٹس کوئسٹ پر جاؤ۔ اسٹیٹس کوئسٹ، یعنی آج کل کی زبان میں میں کہوں گا کہ</w:t>
      </w:r>
    </w:p>
    <w:p>
      <w:r>
        <w:rPr>
          <w:b/>
        </w:rPr>
        <w:t xml:space="preserve">[17:27] </w:t>
      </w:r>
      <w:r>
        <w:t>doosri jo tamam cheezen hain, doosre matlab material cheezen hain, material cheezen, material cheezon ke muamle mein status quest par jao.</w:t>
      </w:r>
    </w:p>
    <w:p>
      <w:pPr>
        <w:jc w:val="right"/>
      </w:pPr>
      <w:r>
        <w:t>دوسری جو تمام چیزیں ہیں، دوسرے مطلب مٹیریل چیزیں ہیں، مٹیریل چیزیں، مٹیریل چیزوں کے معاملے میں اسٹیٹس کوئسٹ پر جاؤ۔</w:t>
      </w:r>
    </w:p>
    <w:p>
      <w:r>
        <w:rPr>
          <w:b/>
        </w:rPr>
        <w:t xml:space="preserve">[17:39] </w:t>
      </w:r>
      <w:r>
        <w:t>is mein is mein change ki koshish mat karo.</w:t>
      </w:r>
    </w:p>
    <w:p>
      <w:pPr>
        <w:jc w:val="right"/>
      </w:pPr>
      <w:r>
        <w:t>اس میں اس میں چینج کی کوشش مت کرو۔</w:t>
      </w:r>
    </w:p>
    <w:p>
      <w:r>
        <w:rPr>
          <w:b/>
        </w:rPr>
        <w:t xml:space="preserve">[17:43] </w:t>
      </w:r>
      <w:r>
        <w:t>jise 20 rupay dekhiye, 60 rupay se lar rahe hain log. kitne log fased pohncha diye gaye? is raaz ko jante nahin hain. woh woh log parhe likhe hain, arabi zaban jante hain, bar bar unhon ne kaaba ko dekha hai kyunke bohat zyada hajj karte hain, log umrah karte hain,</w:t>
      </w:r>
    </w:p>
    <w:p>
      <w:pPr>
        <w:jc w:val="right"/>
      </w:pPr>
      <w:r>
        <w:t>جسے 20 روپے دیکھیے، 60 روپے سے لڑ رہے ہیں لوگ۔ کتنے لوگ فاسد پہنچا دیے گئے؟ اس راز کو جانتے نہیں ہیں۔ وہ وہ لوگ پڑھے لکھے ہیں، عربی زبان جانتے ہیں، بار بار انہوں نے کعبہ کو دیکھا ہے کیونکہ بہت زیادہ حج کرتے ہیں، لوگ عمرہ کرتے ہیں،</w:t>
      </w:r>
    </w:p>
    <w:p>
      <w:r>
        <w:rPr>
          <w:b/>
        </w:rPr>
        <w:t xml:space="preserve">[18:03] </w:t>
      </w:r>
      <w:r>
        <w:t>lekin lar rahe hain 60 baras se. kyun? is raaz ko nahin jante woh ke humein truncated system, truncated polytheist, truncated government, truncated samaj par raazi hona hai,</w:t>
      </w:r>
    </w:p>
    <w:p>
      <w:pPr>
        <w:jc w:val="right"/>
      </w:pPr>
      <w:r>
        <w:t>لیکن لڑ رہے ہیں 60 برس سے۔ کیوں؟ اس راز کو نہیں جانتے وہ کہ ہمیں ٹرنکیٹڈ سسٹم، ٹرنکیٹڈ پولیٹسٹ، ٹرنکیٹڈ گورنمنٹ، ٹرنکیٹڈ سماج پر راضی ہونا ہے،</w:t>
      </w:r>
    </w:p>
    <w:p>
      <w:r>
        <w:rPr>
          <w:b/>
        </w:rPr>
        <w:t xml:space="preserve">[18:23] </w:t>
      </w:r>
      <w:r>
        <w:t>warna mein do bar gaya hoon misr. hoop khate peete hain log, bohat acha wahan har cheez hoti hai. hoop tandrust hote hain</w:t>
      </w:r>
    </w:p>
    <w:p>
      <w:pPr>
        <w:jc w:val="right"/>
      </w:pPr>
      <w:r>
        <w:t>ورنہ میں دو بار گیا ہوں مصر۔ ہوپ کھاتے پیتے ہیں لوگ، بہت اچھا وہاں ہر چیز ہوتی ہے۔ ہوپ تندرست ہوتے ہیں</w:t>
      </w:r>
    </w:p>
    <w:p>
      <w:r>
        <w:rPr>
          <w:b/>
        </w:rPr>
        <w:t xml:space="preserve">[18:33] </w:t>
      </w:r>
      <w:r>
        <w:t>to unhein sab cheez mila hua hai, lekin ek cheez koi nahin mili hui thi, isi ki ladte hain.</w:t>
      </w:r>
    </w:p>
    <w:p>
      <w:pPr>
        <w:jc w:val="right"/>
      </w:pPr>
      <w:r>
        <w:t>تو انہیں سب چیز ملا ہوا ہے، لیکن ایک چیز کوئی نہیں ملی ہوئی تھی، اسی کی لڑتے ہیں۔</w:t>
      </w:r>
    </w:p>
    <w:p>
      <w:r>
        <w:rPr>
          <w:b/>
        </w:rPr>
        <w:t xml:space="preserve">[18:42] </w:t>
      </w:r>
      <w:r>
        <w:t>isi ki ladte hain. woh jo nahin mila hua hai, woh woh law of nature hai, law of truncation ki wajah se ho raha hai.</w:t>
      </w:r>
    </w:p>
    <w:p>
      <w:pPr>
        <w:jc w:val="right"/>
      </w:pPr>
      <w:r>
        <w:t>اسی کی لڑتے ہیں۔ وہ جو نہیں ملا ہوا ہے، وہ وہ لاء آف نیچر ہے، لاء آف ٹرنکیشن کی وجہ سے ہو رہا ہے۔</w:t>
      </w:r>
    </w:p>
    <w:p>
      <w:r>
        <w:rPr>
          <w:b/>
        </w:rPr>
        <w:t xml:space="preserve">[18:57] </w:t>
      </w:r>
      <w:r>
        <w:t>mislan king farooq tha, us ke baad najeeb aaye, us ke baad jawabuddin, jawabuddin nasir aaye, phir wahan par anwar sadat aaye, us ke baad waris aaye.</w:t>
      </w:r>
    </w:p>
    <w:p>
      <w:pPr>
        <w:jc w:val="right"/>
      </w:pPr>
      <w:r>
        <w:t>مثلاً کنگ فاروق تھا، اس کے بعد نجیب آئے، اس کے بعد جواب الدین، جواب الدین ناصر آئے، پھر وہاں پر انور سادات آئے، اس کے بعد وارث آئے۔</w:t>
      </w:r>
    </w:p>
    <w:p>
      <w:r>
        <w:rPr>
          <w:b/>
        </w:rPr>
        <w:t xml:space="preserve">[19:11] </w:t>
      </w:r>
      <w:r>
        <w:t>is poori muddat mein jo cheez nahin mili thi, woh sirf yeh thi ke hukumat ki kursi par koi aur baitha hua tha. baqi sab azadiyan thin, wahan par</w:t>
      </w:r>
    </w:p>
    <w:p>
      <w:pPr>
        <w:jc w:val="right"/>
      </w:pPr>
      <w:r>
        <w:t>اس پوری مدت میں جو چیز نہیں ملی تھی، وہ صرف یہ تھی کہ حکومت کی کرسی پر کوئی اور بیٹھا ہوا تھا۔ باقی سب آزادیاں تھیں، وہاں پر</w:t>
      </w:r>
    </w:p>
    <w:p>
      <w:r>
        <w:rPr>
          <w:b/>
        </w:rPr>
        <w:t xml:space="preserve">[19:22] </w:t>
      </w:r>
      <w:r>
        <w:t>khane peene ki azadi, hijab ki azadi, ghar banane ki azadi, business, business ki azadi, dawat ki azadi, sab bharpoor tor par thi logon ko.</w:t>
      </w:r>
    </w:p>
    <w:p>
      <w:pPr>
        <w:jc w:val="right"/>
      </w:pPr>
      <w:r>
        <w:t>کھانے پینے کی آزادی، حجاب کی آزادی، گھر بنانے کی آزادی، بزنس، بزنس کی آزادی، دعوت کی آزادی، سب بھرپور طور پر تھی لوگوں کو۔</w:t>
      </w:r>
    </w:p>
    <w:p>
      <w:r>
        <w:rPr>
          <w:b/>
        </w:rPr>
        <w:t xml:space="preserve">[19:34] </w:t>
      </w:r>
      <w:r>
        <w:t>to ab in ko kaha woh kursi mujhe milni chahiye, lekin woh unhon ne yeh socha nahin ke woh to yani principle of dis ki wajah se hai, woh principle of loss ki wajah se hai ke koi na koi cheez nahin milegi tum ko, koi na koi kami reh jayegi.</w:t>
      </w:r>
    </w:p>
    <w:p>
      <w:pPr>
        <w:jc w:val="right"/>
      </w:pPr>
      <w:r>
        <w:t>تو اب ان کو کہا وہ کرسی مجھے ملنی چاہیے، لیکن وہ انہوں نے یہ سوچا نہیں کہ وہ تو یعنی پرنسپل آف ڈس کی وجہ سے ہے، وہ پرنسپل آف لاس کی وجہ سے ہے کہ کوئی نہ کوئی چیز نہیں ملے گی تم کو، کوئی نہ کوئی کمی رہ جائے گی۔</w:t>
      </w:r>
    </w:p>
    <w:p>
      <w:r>
        <w:rPr>
          <w:b/>
        </w:rPr>
        <w:t xml:space="preserve">[19:53] </w:t>
      </w:r>
      <w:r>
        <w:t>to jo hai, us ko raazi ho jao, jo hai, us ko raazi ho jao.</w:t>
      </w:r>
    </w:p>
    <w:p>
      <w:pPr>
        <w:jc w:val="right"/>
      </w:pPr>
      <w:r>
        <w:t>تو جو ہے، اس کو راضی ہو جاؤ، جو ہے، اس کو راضی ہو جاؤ۔</w:t>
      </w:r>
    </w:p>
    <w:p>
      <w:r>
        <w:rPr>
          <w:b/>
        </w:rPr>
        <w:t xml:space="preserve">[20:01] </w:t>
      </w:r>
      <w:r>
        <w:t>to mujhe bari anokhi yeh daryaft hui ke Allah taala ne insan ko kitna zyada rehnumai di hai, aakhri had tak rehnumai de di hai.</w:t>
      </w:r>
    </w:p>
    <w:p>
      <w:pPr>
        <w:jc w:val="right"/>
      </w:pPr>
      <w:r>
        <w:t>تو مجھے بڑی انوکھی یہ دریافت ہوئی کہ اللہ تعالیٰ نے انسان کو کتنا زیادہ رہنمائی دی ہے، آخری حد تک رہنمائی دے دی ہے۔</w:t>
      </w:r>
    </w:p>
    <w:p>
      <w:r>
        <w:rPr>
          <w:b/>
        </w:rPr>
        <w:t xml:space="preserve">[20:13] </w:t>
      </w:r>
      <w:r>
        <w:t>yani kaaba jo muqaddas tareen maqam tha Allah ke nazdeek, us ko tod toot phoot hone diya, wahan</w:t>
      </w:r>
    </w:p>
    <w:p>
      <w:pPr>
        <w:jc w:val="right"/>
      </w:pPr>
      <w:r>
        <w:t>یعنی کعبہ جو مقدس ترین مقام تھا اللہ کے نزدیک، اس کو توڑ ٹوٹ پھوٹ ہونے دیا، وہاں</w:t>
      </w:r>
    </w:p>
    <w:p>
      <w:r>
        <w:rPr>
          <w:b/>
        </w:rPr>
        <w:t xml:space="preserve">[20:24] </w:t>
      </w:r>
      <w:r>
        <w:t>us ko toot phoot hone diya kyunke Allah taala ko koi koi yeh manzoor tha ke insan jaane ke toot phoot to ho gayi hai duniya mein, toot phoot raazi hona parega tumhein. wajah kya hai?</w:t>
      </w:r>
    </w:p>
    <w:p>
      <w:pPr>
        <w:jc w:val="right"/>
      </w:pPr>
      <w:r>
        <w:t>اس کو ٹوٹ پھوٹ ہونے دیا کیونکہ اللہ تعالیٰ کو کوئی کوئی یہ منظور تھا کہ انسان جانے کہ ٹوٹ پھوٹ تو ہو گئی ہے دنیا میں، ٹوٹ پھوٹ راضی ہونا پڑے گا تمہیں۔ وجہ کیا ہے؟</w:t>
      </w:r>
    </w:p>
    <w:p>
      <w:r>
        <w:rPr>
          <w:b/>
        </w:rPr>
        <w:t xml:space="preserve">[20:37] </w:t>
      </w:r>
      <w:r>
        <w:t>dekhiye, wajah yeh hai ke Allah taala ne insan ko azadi di hai, jis ko quran mein amanat kaha gaya hai.</w:t>
      </w:r>
    </w:p>
    <w:p>
      <w:pPr>
        <w:jc w:val="right"/>
      </w:pPr>
      <w:r>
        <w:t>دیکھیے، وجہ یہ ہے کہ اللہ تعالیٰ نے انسان کو آزادی دی ہے، جس کو قرآن میں امانت کہا گیا ہے۔</w:t>
      </w:r>
    </w:p>
    <w:p>
      <w:r>
        <w:rPr>
          <w:b/>
        </w:rPr>
        <w:t xml:space="preserve">[20:45] </w:t>
      </w:r>
      <w:r>
        <w:t>ana arlat arl amanat al-samawat wal-ard amanat, amanat ma'ni woh cheez jo Allah ki cheez hai. azadi bohat ajeeb o ghareeb cheez hai.</w:t>
      </w:r>
    </w:p>
    <w:p>
      <w:pPr>
        <w:jc w:val="right"/>
      </w:pPr>
      <w:r>
        <w:t>انا ارلت ارل امانت السماوات والارض امانت، امانت معنی وہ چیز جو اللہ کی چیز ہے۔ آزادی بہت عجیب و غریب چیز ہے۔</w:t>
      </w:r>
    </w:p>
    <w:p>
      <w:r>
        <w:rPr>
          <w:b/>
        </w:rPr>
        <w:t xml:space="preserve">[20:57] </w:t>
      </w:r>
      <w:r>
        <w:t>yeh duniya mein aap jante hain, kisi star ko azadi nahin, kisi planet ko azadi nahin, kisi pahaar ko azadi nahin, kisi samandar ko azadi nahin, kisi sher aur hathi ko azadi nahin.</w:t>
      </w:r>
    </w:p>
    <w:p>
      <w:pPr>
        <w:jc w:val="right"/>
      </w:pPr>
      <w:r>
        <w:t>یہ دنیا میں آپ جانتے ہیں، کسی اسٹار کو آزادی نہیں، کسی پلینٹ کو آزادی نہیں، کسی پہاڑ کو آزادی نہیں، کسی سمندر کو آزادی نہیں، کسی شیر اور ہاتھی کو آزادی نہیں۔</w:t>
      </w:r>
    </w:p>
    <w:p>
      <w:r>
        <w:rPr>
          <w:b/>
        </w:rPr>
        <w:t xml:space="preserve">[21:14] </w:t>
      </w:r>
      <w:r>
        <w:t>sirf insan hai jis ko ke total freedom mila hua hai. yeh total freedom jo hai ke jo chahe woh kar sakoon, mein yeh ek shama hai sifat-e-khudawandi mein se.</w:t>
      </w:r>
    </w:p>
    <w:p>
      <w:pPr>
        <w:jc w:val="right"/>
      </w:pPr>
      <w:r>
        <w:t>صرف انسان ہے جس کو کہ ٹوٹل فریڈم ملا ہوا ہے۔ یہ ٹوٹل فریڈم جو ہے کہ جو چاہے وہ کر سکوں، میں یہ ایک شمع ہے صفات خداوندی میں سے۔</w:t>
      </w:r>
    </w:p>
    <w:p>
      <w:r>
        <w:rPr>
          <w:b/>
        </w:rPr>
        <w:t xml:space="preserve">[21:29] </w:t>
      </w:r>
      <w:r>
        <w:t>mein se ek shama, ek ek bohat hi chota sa tiny part. to yeh jo azadi hai, is ki bana par kya hota hai?</w:t>
      </w:r>
    </w:p>
    <w:p>
      <w:pPr>
        <w:jc w:val="right"/>
      </w:pPr>
      <w:r>
        <w:t>میں سے ایک شمع، ایک ایک بہت ہی چھوٹا سا ٹائنی پارٹ۔ تو یہ جو آزادی ہے، اس کی بنا پر کیا ہوتا ہے؟</w:t>
      </w:r>
    </w:p>
    <w:p>
      <w:r>
        <w:rPr>
          <w:b/>
        </w:rPr>
        <w:t xml:space="preserve">[21:42] </w:t>
      </w:r>
      <w:r>
        <w:t>insan ko yeh bhi mauqa hai ke woh proper use kare azadi ka ya misuse kare azadi ko.</w:t>
      </w:r>
    </w:p>
    <w:p>
      <w:pPr>
        <w:jc w:val="right"/>
      </w:pPr>
      <w:r>
        <w:t>انسان کو یہ بھی موقع ہے کہ وہ پراپر یوز کرے آزادی کا یا مس یوز کرے آزادی کو۔</w:t>
      </w:r>
    </w:p>
    <w:p>
      <w:r>
        <w:rPr>
          <w:b/>
        </w:rPr>
        <w:t xml:space="preserve">[21:53] </w:t>
      </w:r>
      <w:r>
        <w:t>to is azadi ki bana par aisa hota hai ke insan apni azadi ko misuse bhi karta hai. isi ki wajah se competition hota hai, challenge hota hai.</w:t>
      </w:r>
    </w:p>
    <w:p>
      <w:pPr>
        <w:jc w:val="right"/>
      </w:pPr>
      <w:r>
        <w:t>تو اس آزادی کی بنا پر ایسا ہوتا ہے کہ انسان اپنی آزادی کو مس یوز بھی کرتا ہے۔ اسی کی وجہ سے کمپیٹیشن ہوتا ہے، چیلنج ہوتا ہے۔</w:t>
      </w:r>
    </w:p>
    <w:p>
      <w:r>
        <w:rPr>
          <w:b/>
        </w:rPr>
        <w:t xml:space="preserve">[22:02] </w:t>
      </w:r>
      <w:r>
        <w:t>aap ki baat mujhe theek nahin lagti, meri baat aap ko theek nahin lagti, to ek sangharsh jari rehta hai. sargashat poori history mein</w:t>
      </w:r>
    </w:p>
    <w:p>
      <w:pPr>
        <w:jc w:val="right"/>
      </w:pPr>
      <w:r>
        <w:t>آپ کی بات مجھے ٹھیک نہیں لگتی، میری بات آپ کو ٹھیک نہیں لگتی، تو ایک संघर्ष جاری رہتا ہے۔ سرگشت پوری ہسٹری میں</w:t>
      </w:r>
    </w:p>
    <w:p>
      <w:r>
        <w:rPr>
          <w:b/>
        </w:rPr>
        <w:t xml:space="preserve">[22:13] </w:t>
      </w:r>
      <w:r>
        <w:t>to is ki wajah se toot phoot hoga, kabhi mera nuksan, kabhi aap ka nuksan. jab sargashat jari hai, jis ko kaha tha Hazrat Arghul ne, perpetual battlefield hai.</w:t>
      </w:r>
    </w:p>
    <w:p>
      <w:pPr>
        <w:jc w:val="right"/>
      </w:pPr>
      <w:r>
        <w:t>تو اس کی وجہ سے ٹوٹ پھوٹ ہوگا، کبھی میرا نقصان، کبھی آپ کا نقصان۔ جب سرگشت جاری ہے، جس کو کہا تھا حضرت ارطغرل نے، پرپچول بیٹل فیلڈ ہے۔</w:t>
      </w:r>
    </w:p>
    <w:p>
      <w:r>
        <w:rPr>
          <w:b/>
        </w:rPr>
        <w:t xml:space="preserve">[22:25] </w:t>
      </w:r>
      <w:r>
        <w:t>yeh duniya perpetual battlefield hai. jab perpetual battlefield hai yeh duniya, to zahir hai koi kuch kuch na kuch nuksan bhugtna parega, kabhi ek ko, kabhi doosre ko.</w:t>
      </w:r>
    </w:p>
    <w:p>
      <w:pPr>
        <w:jc w:val="right"/>
      </w:pPr>
      <w:r>
        <w:t>یہ دنیا پرپچول بیٹل فیلڈ ہے۔ جب پرپچول بیٹل فیلڈ ہے یہ دنیا، تو ظاہر ہے کوئی کچھ کچھ نہ کچھ نقصان بھگتنا پڑے گا، کبھی ایک کو، کبھی دوسرے کو۔</w:t>
      </w:r>
    </w:p>
    <w:p>
      <w:r>
        <w:rPr>
          <w:b/>
        </w:rPr>
        <w:t xml:space="preserve">[22:41] </w:t>
      </w:r>
      <w:r>
        <w:t>to nuksan waqe hoga.</w:t>
      </w:r>
    </w:p>
    <w:p>
      <w:pPr>
        <w:jc w:val="right"/>
      </w:pPr>
      <w:r>
        <w:t>تو نقص واقع ہوگا۔</w:t>
      </w:r>
    </w:p>
    <w:p>
      <w:r>
        <w:rPr>
          <w:b/>
        </w:rPr>
        <w:t xml:space="preserve">[22:44] </w:t>
      </w:r>
      <w:r>
        <w:t>to aap ko jo cheez mile gi, woh truncated shakal mein mile gi.</w:t>
      </w:r>
    </w:p>
    <w:p>
      <w:pPr>
        <w:jc w:val="right"/>
      </w:pPr>
      <w:r>
        <w:t>تو آپ کو جو چیز ملے گی، وہ ٹرنکیٹڈ شکل میں ملے گی۔</w:t>
      </w:r>
    </w:p>
    <w:p>
      <w:r>
        <w:rPr>
          <w:b/>
        </w:rPr>
        <w:t xml:space="preserve">[22:52] </w:t>
      </w:r>
      <w:r>
        <w:t>aur yeh yeh muslim ki baat nahi hai, sab ki baat hai.</w:t>
      </w:r>
    </w:p>
    <w:p>
      <w:pPr>
        <w:jc w:val="right"/>
      </w:pPr>
      <w:r>
        <w:t>اور یہ یہ مسلم کی بات نہیں ہے، سب کی بات ہے۔</w:t>
      </w:r>
    </w:p>
    <w:p>
      <w:r>
        <w:rPr>
          <w:b/>
        </w:rPr>
        <w:t xml:space="preserve">[22:58] </w:t>
      </w:r>
      <w:r>
        <w:t>dekhiye, younan mein, yani greece mein, badshah tha alexander the great, kaha jata hai woh.</w:t>
      </w:r>
    </w:p>
    <w:p>
      <w:pPr>
        <w:jc w:val="right"/>
      </w:pPr>
      <w:r>
        <w:t>دیکھیے، یونان میں، یعنی گریس میں، بادشاہ تھا الیکزینڈر دا گریٹ، کہا جاتا ہے وہ۔</w:t>
      </w:r>
    </w:p>
    <w:p>
      <w:r>
        <w:rPr>
          <w:b/>
        </w:rPr>
        <w:t xml:space="preserve">[23:08] </w:t>
      </w:r>
      <w:r>
        <w:t>to greece ka woh raja tha, king tha,</w:t>
      </w:r>
    </w:p>
    <w:p>
      <w:pPr>
        <w:jc w:val="right"/>
      </w:pPr>
      <w:r>
        <w:t>تو گریس کا وہ راجہ تھا، کنگ تھا،</w:t>
      </w:r>
    </w:p>
    <w:p>
      <w:r>
        <w:rPr>
          <w:b/>
        </w:rPr>
        <w:t xml:space="preserve">[23:14] </w:t>
      </w:r>
      <w:r>
        <w:t>lekin is ko lagta tha ke yeh to mujhe truncated hai, mera meri badshahat ke mujhe to aur bari cheez chahiye.</w:t>
      </w:r>
    </w:p>
    <w:p>
      <w:pPr>
        <w:jc w:val="right"/>
      </w:pPr>
      <w:r>
        <w:t>لیکن اس کو لگتا تھا کہ یہ تو مجھے ٹرنکیٹڈ ہے، میرا میری بادشاہت کہ مجھے تو اور بڑی چیز چاہیے۔</w:t>
      </w:r>
    </w:p>
    <w:p>
      <w:r>
        <w:rPr>
          <w:b/>
        </w:rPr>
        <w:t xml:space="preserve">[23:27] </w:t>
      </w:r>
      <w:r>
        <w:t>yeh sirf aik greece nahi chahiye, mujhe aur bari dunya chahiye, mujhe poora empire chahiye to is ko is ne mukammal karne ke liye dunya par hamla kar diya.</w:t>
      </w:r>
    </w:p>
    <w:p>
      <w:pPr>
        <w:jc w:val="right"/>
      </w:pPr>
      <w:r>
        <w:t>یہ صرف ایک گریس نہیں چاہیے، مجھے اور بڑی دنیا چاہیے، مجھے پورا ایمپائر چاہیے۔ تو اس کو اس نے مکمل کرنے کے لیے دنیا پر حملہ کر دیا۔</w:t>
      </w:r>
    </w:p>
    <w:p>
      <w:r>
        <w:rPr>
          <w:b/>
        </w:rPr>
        <w:t xml:space="preserve">[23:43] </w:t>
      </w:r>
      <w:r>
        <w:t>lekin aakhir mein kya kiya hua ke iraq ke ilaqay, iraq tak pohanchte pohanchte is ki death ho gayi. abhi woh 40 saal ka bhi nahi hua tha, 40 saal se bhi kam tha is ki umar.</w:t>
      </w:r>
    </w:p>
    <w:p>
      <w:pPr>
        <w:jc w:val="right"/>
      </w:pPr>
      <w:r>
        <w:t>لیکن آخر میں کیا کیا ہوا کہ عراق کے علاقے، عراق تک پہنچتے پہنچتے اس کی ڈیتھ ہو گئی۔ ابھی وہ 40 سال کا بھی نہیں ہوا تھا، 40 سال سے بھی کم تھا اس کی عمر۔</w:t>
      </w:r>
    </w:p>
    <w:p>
      <w:r>
        <w:rPr>
          <w:b/>
        </w:rPr>
        <w:t xml:space="preserve">[23:56] </w:t>
      </w:r>
      <w:r>
        <w:t>to de truncate karne ki koshish mein woh khud hi khud hi is ka khatma ho gaya.</w:t>
      </w:r>
    </w:p>
    <w:p>
      <w:pPr>
        <w:jc w:val="right"/>
      </w:pPr>
      <w:r>
        <w:t>تو ڈی ٹرنکیٹ کرنے کی کوشش میں وہ خود ہی خود ہی اس کا خاتمہ ہو گیا۔</w:t>
      </w:r>
    </w:p>
    <w:p>
      <w:r>
        <w:rPr>
          <w:b/>
        </w:rPr>
        <w:t xml:space="preserve">[24:03] </w:t>
      </w:r>
      <w:r>
        <w:t>is waqt se ab tak yeh chala ja raha hai.</w:t>
      </w:r>
    </w:p>
    <w:p>
      <w:pPr>
        <w:jc w:val="right"/>
      </w:pPr>
      <w:r>
        <w:t>اس وقت سے اب تک یہ چلا جا رہا ہے۔</w:t>
      </w:r>
    </w:p>
    <w:p>
      <w:r>
        <w:rPr>
          <w:b/>
        </w:rPr>
        <w:t xml:space="preserve">[24:08] </w:t>
      </w:r>
      <w:r>
        <w:t>sari dunya mein yahi ho raha hai ke logon ko milta hai koi cheez, woh truncated shakal mein milti hai, lekin woh chahte hain ke is ko de truncate karein.</w:t>
      </w:r>
    </w:p>
    <w:p>
      <w:pPr>
        <w:jc w:val="right"/>
      </w:pPr>
      <w:r>
        <w:t>ساری دنیا میں یہی ہو رہا ہے کہ لوگوں کو ملتا ہے کوئی چیز، وہ ٹرنکیٹڈ شکل میں ملتی ہے، لیکن وہ چاہتے ہیں کہ اس کو ڈی ٹرنکیٹ کریں۔</w:t>
      </w:r>
    </w:p>
    <w:p>
      <w:r>
        <w:rPr>
          <w:b/>
        </w:rPr>
        <w:t xml:space="preserve">[24:19] </w:t>
      </w:r>
      <w:r>
        <w:t>isi mein ladte marte, ladte marte, aate hi khatam ho jate hain, khatam ho jate hain.</w:t>
      </w:r>
    </w:p>
    <w:p>
      <w:pPr>
        <w:jc w:val="right"/>
      </w:pPr>
      <w:r>
        <w:t>اسی میں لڑتے مرتے، لڑتے مرتے، آتے ہی ختم ہو جاتے ہیں، ختم ہو جاتے ہیں۔</w:t>
      </w:r>
    </w:p>
    <w:p>
      <w:r>
        <w:rPr>
          <w:b/>
        </w:rPr>
        <w:t xml:space="preserve">[24:28] </w:t>
      </w:r>
      <w:r>
        <w:t>aur is waqt jo musalman jihad ke naam par larai lad rahe hain, woh bhi isi liye hai.</w:t>
      </w:r>
    </w:p>
    <w:p>
      <w:pPr>
        <w:jc w:val="right"/>
      </w:pPr>
      <w:r>
        <w:t>اور اس وقت جو مسلمان جہاد کے نام پر لڑائی لڑ رہے ہیں، وہ بھی اسی لیے ہے۔</w:t>
      </w:r>
    </w:p>
    <w:p>
      <w:r>
        <w:rPr>
          <w:b/>
        </w:rPr>
        <w:t xml:space="preserve">[24:36] </w:t>
      </w:r>
      <w:r>
        <w:t>mere paas aik kitaab hai jo jo english mein hai, is mein aap dekh li jiye. is mein kya kehte hain woh ke asia, africa, europe ke bohat baray ilaqay mein muslim empire qaim tha aik zamanay mein.</w:t>
      </w:r>
    </w:p>
    <w:p>
      <w:pPr>
        <w:jc w:val="right"/>
      </w:pPr>
      <w:r>
        <w:t>میرے پاس ایک کتاب ہے جو جو انگلش میں ہے، اس میں آپ دیکھ لیجئے۔ اس میں کیا کہتے ہیں وہ کہ ایشیا، افریقہ، یورپ کے بہت بڑے علاقے میں مسلم ایمپائر قائم تھا ایک زمانے میں۔</w:t>
      </w:r>
    </w:p>
    <w:p>
      <w:r>
        <w:rPr>
          <w:b/>
        </w:rPr>
        <w:t xml:space="preserve">[24:54] </w:t>
      </w:r>
      <w:r>
        <w:t>lekin baad ko jab colonial period aaya to hamare ilaqay colon nishin liye, to hamein is ko dobara wapas lein</w:t>
      </w:r>
    </w:p>
    <w:p>
      <w:pPr>
        <w:jc w:val="right"/>
      </w:pPr>
      <w:r>
        <w:t>لیکن بعد کو جب کلونیل پیریڈ آیا تو ہمارے علاقے لون نشین لیے، تو ہمیں اس کو دوبارہ واپس لین</w:t>
      </w:r>
    </w:p>
    <w:p>
      <w:r>
        <w:rPr>
          <w:b/>
        </w:rPr>
        <w:t xml:space="preserve">[25:03] </w:t>
      </w:r>
      <w:r>
        <w:t>a hai. yeh jitne terrorist log hain, in ki in ki yeh soch, is woh kitaab un ke, yani un logon ke mind ko batati hai jo jagah jagah suicide bombing karte hain, gun culture chalate hain, bomb culture chalate hain.</w:t>
      </w:r>
    </w:p>
    <w:p>
      <w:pPr>
        <w:jc w:val="right"/>
      </w:pPr>
      <w:r>
        <w:t>ا ہے۔ یہ جتنے ٹیررسٹ لوگ ہیں، ان کی ان کی یہ سوچ، اس وہ کتاب ان کے، یعنی ان لوگوں کے مائنڈ کو بتاتی ہے جو جگہ جگہ سوسائیڈ بمبنگ کرتے ہیں، گن کلچر چلاتے ہیں، بمب کلچر چلاتے ہیں۔</w:t>
      </w:r>
    </w:p>
    <w:p>
      <w:r>
        <w:rPr>
          <w:b/>
        </w:rPr>
        <w:t xml:space="preserve">[25:20] </w:t>
      </w:r>
      <w:r>
        <w:t>in ki soch kya hai, is kitaab mein bataya gaya hai ke woh ab sara area, woh hamara area hai jahan ke kabhi ab hamare logon ne hukoomat ki thi.</w:t>
      </w:r>
    </w:p>
    <w:p>
      <w:pPr>
        <w:jc w:val="right"/>
      </w:pPr>
      <w:r>
        <w:t>ان کی سوچ کیا ہے، اس کتاب میں بتایا گیا ہے کہ وہ اب سارا ایریا، وہ ہمارا ایریا ہے جہاں کہ کبھی اب ہمارے لوگوں نے حکومت کی تھی۔</w:t>
      </w:r>
    </w:p>
    <w:p>
      <w:r>
        <w:rPr>
          <w:b/>
        </w:rPr>
        <w:t xml:space="preserve">[25:33] </w:t>
      </w:r>
      <w:r>
        <w:t>asia mein, africa mein, europe mein to in sab ko hamein dobara wahan par islami hukoomat qaim karna hai, muslim hukoomat qaim karna hai. to in ke nazdeek hamein jo mila hai ilaaqa, woh truncated ilaaqa hai,</w:t>
      </w:r>
    </w:p>
    <w:p>
      <w:pPr>
        <w:jc w:val="right"/>
      </w:pPr>
      <w:r>
        <w:t>ایشیا میں، افریقہ میں، یورپ میں تو ان سب کو ہمیں دوبارہ وہاں پر اسلامی حکومت قائم کرنا ہے، مسلم حکومت قائم کرنا ہے۔ تو ان کے نزدیک ہمیں جو ملا ہے علاقہ، وہ ٹرنکیٹڈ علاقہ ہے،</w:t>
      </w:r>
    </w:p>
    <w:p>
      <w:r>
        <w:rPr>
          <w:b/>
        </w:rPr>
        <w:t xml:space="preserve">[25:50] </w:t>
      </w:r>
      <w:r>
        <w:t>kata phata ilaaqa hai. hamein is ko de truncate karna hai, is liye lad rahe hain woh.</w:t>
      </w:r>
    </w:p>
    <w:p>
      <w:pPr>
        <w:jc w:val="right"/>
      </w:pPr>
      <w:r>
        <w:t>کٹا پھٹا علاقہ ہے۔ ہمیں اس کو ڈی ٹرنکیٹ کرنا ہے، اس لیے لڑ رہے ہیں وہ۔</w:t>
      </w:r>
    </w:p>
    <w:p>
      <w:r>
        <w:rPr>
          <w:b/>
        </w:rPr>
        <w:t xml:space="preserve">[25:57] </w:t>
      </w:r>
      <w:r>
        <w:t>yani kuch log, kuch mein samajhta hoon ke jo quran mein kaha gaya hai ke quran is liye utara gaya ke tadabbur karo, to yahan se wahan tak kisi ne tadabbur kiya hi nahi.</w:t>
      </w:r>
    </w:p>
    <w:p>
      <w:pPr>
        <w:jc w:val="right"/>
      </w:pPr>
      <w:r>
        <w:t>یعنی کچھ لوگ، کچھ میں سمجھتا ہوں کہ جو قرآن میں کہا گیا ہے کہ قرآن اس لیے اتارا گیا کہ تدبر کرو، تو یہاں سے وہاں تک کسی نے تدبر کیا ہی نہیں۔</w:t>
      </w:r>
    </w:p>
    <w:p>
      <w:r>
        <w:rPr>
          <w:b/>
        </w:rPr>
        <w:t xml:space="preserve">[26:08] </w:t>
      </w:r>
      <w:r>
        <w:t>shayad agar tadabbur karte, yeh yeh sab baatein jante hain, woh yeh sab baatein jante hain, jaise bane nuqs par tadabbur kiya.</w:t>
      </w:r>
    </w:p>
    <w:p>
      <w:pPr>
        <w:jc w:val="right"/>
      </w:pPr>
      <w:r>
        <w:t>شاید اگر تدبر کرتے، یہ یہ سب باتیں جانتے ہیں، وہ یہ سب باتیں جانتے ہیں، جیسے بنے نقص پر تدبر کیا۔</w:t>
      </w:r>
    </w:p>
    <w:p>
      <w:r>
        <w:rPr>
          <w:b/>
        </w:rPr>
        <w:t xml:space="preserve">[26:17] </w:t>
      </w:r>
      <w:r>
        <w:t>nuqs par tadabbur karte karte itni bari baat daryaft ho gayi</w:t>
      </w:r>
    </w:p>
    <w:p>
      <w:pPr>
        <w:jc w:val="right"/>
      </w:pPr>
      <w:r>
        <w:t>نقص پر تدبر کرتے کرتے اتنی بڑی بات دریافت ہو گئی</w:t>
      </w:r>
    </w:p>
    <w:p>
      <w:r>
        <w:rPr>
          <w:b/>
        </w:rPr>
        <w:t xml:space="preserve">[26:22] </w:t>
      </w:r>
      <w:r>
        <w:t>to woh log bhi kar sakte the, lekin jis ko dekhein woh lad raha hai.</w:t>
      </w:r>
    </w:p>
    <w:p>
      <w:pPr>
        <w:jc w:val="right"/>
      </w:pPr>
      <w:r>
        <w:t>تو وہ لوگ بھی کر سکتے تھے، لیکن جس کو دیکھیں وہ لڑ رہا ہے۔</w:t>
      </w:r>
    </w:p>
    <w:p>
      <w:r>
        <w:rPr>
          <w:b/>
        </w:rPr>
        <w:t xml:space="preserve">[26:31] </w:t>
      </w:r>
      <w:r>
        <w:t>kyun ke is baat ko nahi jana logon ne ke truncation ka waqia to hoga hi hoga, peghambar ke liye hoga, sab ke liye hoga. to truncation ke waqie ko bardasht karna hai, tolerate karna hai,</w:t>
      </w:r>
    </w:p>
    <w:p>
      <w:pPr>
        <w:jc w:val="right"/>
      </w:pPr>
      <w:r>
        <w:t>کیونکہ اس بات کو نہیں جانا لوگوں نے کہ ٹرنکیشن کا واقعہ تو ہوگا ہی ہوگا، پیغمبر کے لیے ہوگا، سب کے لیے ہوگا۔ تو ٹرنکیشن کے واقعے کو برداشت کرنا ہے، ٹولریٹ کرنا ہے،</w:t>
      </w:r>
    </w:p>
    <w:p>
      <w:r>
        <w:rPr>
          <w:b/>
        </w:rPr>
        <w:t xml:space="preserve">[26:47] </w:t>
      </w:r>
      <w:r>
        <w:t>is ko de truncate karne ki koshish nahi karna hai.</w:t>
      </w:r>
    </w:p>
    <w:p>
      <w:pPr>
        <w:jc w:val="right"/>
      </w:pPr>
      <w:r>
        <w:t>اس کو ڈی ٹرنکیٹ کرنے کی کوشش نہیں کرنا ہے۔</w:t>
      </w:r>
    </w:p>
    <w:p>
      <w:r>
        <w:rPr>
          <w:b/>
        </w:rPr>
        <w:t xml:space="preserve">[26:57] </w:t>
      </w:r>
      <w:r>
        <w:t>ab dekhein, mera yeh angotha jo hai, yeh kat gaya tha. aap dekh rahe hain, yeh angotha bara hai, yeh chota hai. aik baat yeh, yeh angotha truncated thump hai,</w:t>
      </w:r>
    </w:p>
    <w:p>
      <w:pPr>
        <w:jc w:val="right"/>
      </w:pPr>
      <w:r>
        <w:t>اب دیکھیں، میرا یہ انگوٹھا جو ہے، یہ کٹ گیا تھا۔ آپ دیکھ رہے ہیں، یہ انگوٹھا بڑا ہے، یہ چھوٹا ہے۔ ایک بات یہ، یہ انگوٹھا ٹرنکیٹڈ تھمپ ہے،</w:t>
      </w:r>
    </w:p>
    <w:p>
      <w:r>
        <w:rPr>
          <w:b/>
        </w:rPr>
        <w:t xml:space="preserve">[27:10] </w:t>
      </w:r>
      <w:r>
        <w:t>truncated angut</w:t>
      </w:r>
    </w:p>
    <w:p>
      <w:pPr>
        <w:jc w:val="right"/>
      </w:pPr>
      <w:r>
        <w:t>ٹرنکیٹڈ انگوٹھا ہے۔ اب اگر میں چاہوں کہ اس کو ڈی ٹرنکیٹ کروں، تو یہ پاسیبل ہے۔ میں اس انگوٹھے کو ڈی ٹرنکیٹ نہیں کر سکتا۔</w:t>
      </w:r>
    </w:p>
    <w:p>
      <w:r>
        <w:rPr>
          <w:b/>
        </w:rPr>
        <w:t xml:space="preserve">[27:27] </w:t>
      </w:r>
      <w:r>
        <w:t>yeh har cheez, yani jaan ka mamla ho, maal ka mamla ho, building ka mamla ho, hukoomat ka mamla ho, har cheez mein zaroor hoga toot phoot, nuqs, loss, kami.</w:t>
      </w:r>
    </w:p>
    <w:p>
      <w:pPr>
        <w:jc w:val="right"/>
      </w:pPr>
      <w:r>
        <w:t>یہ ہر چیز، یعنی جان کا معاملہ ہو، مال کا معاملہ ہو، بلڈنگ کا معاملہ ہو، حکومت کا معاملہ ہو، ہر چیز میں ضرور ہوگا ٹوٹ پھوٹ، نقص، لاس، کمی۔</w:t>
      </w:r>
    </w:p>
    <w:p>
      <w:r>
        <w:rPr>
          <w:b/>
        </w:rPr>
        <w:t xml:space="preserve">[27:40] </w:t>
      </w:r>
      <w:r>
        <w:t>is ko bardasht kijiye, nahin to ladte ladte mar jayenge aur dunya ko tabah karenge, khud bhi tabah honge.</w:t>
      </w:r>
    </w:p>
    <w:p>
      <w:pPr>
        <w:jc w:val="right"/>
      </w:pPr>
      <w:r>
        <w:t>اس کو برداشت کیجئے، نہیں تو لڑتے لڑتے مر جائیں گے اور دنیا کو تباہ کریں گے، خود بھی تباہ ہوں گے۔</w:t>
      </w:r>
    </w:p>
    <w:p>
      <w:r>
        <w:rPr>
          <w:b/>
        </w:rPr>
        <w:t xml:space="preserve">[27:49] </w:t>
      </w:r>
      <w:r>
        <w:t>hoga kuch nahin,</w:t>
      </w:r>
    </w:p>
    <w:p>
      <w:pPr>
        <w:jc w:val="right"/>
      </w:pPr>
      <w:r>
        <w:t>ہوگا کچھ نہیں،</w:t>
      </w:r>
    </w:p>
    <w:p>
      <w:r>
        <w:rPr>
          <w:b/>
        </w:rPr>
        <w:t xml:space="preserve">[27:54] </w:t>
      </w:r>
      <w:r>
        <w:t>kyunke quran mein hai walad tajad rasool rasool allah tabdila ke khuda ka jo qanoon hai, jis ko hum kehte hain law of nature, woh badalne wala nahin, kabhi woh badalne wala nahin hai.</w:t>
      </w:r>
    </w:p>
    <w:p>
      <w:pPr>
        <w:jc w:val="right"/>
      </w:pPr>
      <w:r>
        <w:t>کیونکہ قرآن میں ہے ولد تجد رسول رسول اللہ تبدیلا کہ خدا کا جو قانون ہے، جس کو ہم کہتے ہیں لاء آف نیچر، وہ بدلنے والا نہیں، کبھی وہ بدلنے والا نہیں ہے۔</w:t>
      </w:r>
    </w:p>
    <w:p>
      <w:r>
        <w:rPr>
          <w:b/>
        </w:rPr>
        <w:t xml:space="preserve">[28:15] </w:t>
      </w:r>
      <w:r>
        <w:t>to dunya mein dekhen, sirf ladai ki baat nahin hai.</w:t>
      </w:r>
    </w:p>
    <w:p>
      <w:pPr>
        <w:jc w:val="right"/>
      </w:pPr>
      <w:r>
        <w:t>تو دنیا میں دیکھیں، صرف لڑائی کی بات نہیں ہے۔</w:t>
      </w:r>
    </w:p>
    <w:p>
      <w:r>
        <w:rPr>
          <w:b/>
        </w:rPr>
        <w:t xml:space="preserve">[28:21] </w:t>
      </w:r>
      <w:r>
        <w:t>dunya mein jo ghussa hai, dunya mein jo tension hai, dunya mein jo stress hai, dunya mein jo sense of loss hai, yeh sab kyun hai?</w:t>
      </w:r>
    </w:p>
    <w:p>
      <w:pPr>
        <w:jc w:val="right"/>
      </w:pPr>
      <w:r>
        <w:t>دنیا میں جو غصہ ہے، دنیا میں جو ٹینشن ہے، دنیا میں جو اسٹریس ہے، دنیا میں جو سینس آف لاس ہے، یہ سب کیوں ہے؟</w:t>
      </w:r>
    </w:p>
    <w:p>
      <w:r>
        <w:rPr>
          <w:b/>
        </w:rPr>
        <w:t xml:space="preserve">[28:36] </w:t>
      </w:r>
      <w:r>
        <w:t>isi liye ke aap is ke log is par razi nahin hain, yani truncation par razi nahin hain. woh chahte hain de-truncate karna.</w:t>
      </w:r>
    </w:p>
    <w:p>
      <w:pPr>
        <w:jc w:val="right"/>
      </w:pPr>
      <w:r>
        <w:t>اسی لیے کہ آپ اس کے لوگ اس پر راضی نہیں ہیں، یعنی ٹرنکیشن پر راضی نہیں ہیں۔ وہ چاہتے ہیں ڈی ٹرنکیٹ کرنا۔</w:t>
      </w:r>
    </w:p>
    <w:p>
      <w:r>
        <w:rPr>
          <w:b/>
        </w:rPr>
        <w:t xml:space="preserve">[28:47] </w:t>
      </w:r>
      <w:r>
        <w:t>har aadmi bas isi is pe hai ke woh is ke sath jo waqea pesh aya, truncation ka, us ko woh de truncate kare.</w:t>
      </w:r>
    </w:p>
    <w:p>
      <w:pPr>
        <w:jc w:val="right"/>
      </w:pPr>
      <w:r>
        <w:t>ہر آدمی بس اسی اس پہ ہے کہ وہ اس کے ساتھ جو واقعہ پیش آیا، ٹرنکیشن کا، اس کو وہ ڈی ٹرنکیٹ کرے۔</w:t>
      </w:r>
    </w:p>
    <w:p>
      <w:r>
        <w:rPr>
          <w:b/>
        </w:rPr>
        <w:t xml:space="preserve">[28:57] </w:t>
      </w:r>
      <w:r>
        <w:t>aur sari tareekh isi ka, isi ki misaal hai. sari tareekh isi ki misaal hai.</w:t>
      </w:r>
    </w:p>
    <w:p>
      <w:pPr>
        <w:jc w:val="right"/>
      </w:pPr>
      <w:r>
        <w:t>اور ساری تاریخ اسی کا، اسی کی مثال ہے۔ ساری تاریخ اسی کی مثال ہے۔</w:t>
      </w:r>
    </w:p>
    <w:p>
      <w:r>
        <w:rPr>
          <w:b/>
        </w:rPr>
        <w:t xml:space="preserve">[29:12] </w:t>
      </w:r>
      <w:r>
        <w:t>aaj tak woh misaal chali ja rahi hai</w:t>
      </w:r>
    </w:p>
    <w:p>
      <w:pPr>
        <w:jc w:val="right"/>
      </w:pPr>
      <w:r>
        <w:t>آج تک وہ مثال چلی جا رہی ہے</w:t>
      </w:r>
    </w:p>
    <w:p>
      <w:r>
        <w:rPr>
          <w:b/>
        </w:rPr>
        <w:t xml:space="preserve">[29:14] </w:t>
      </w:r>
      <w:r>
        <w:t>ke quran mein yeh ayat hai ke fitratullah allati fatarannasa alaiha la tabdila li khalqillah yani is dunya ke liye ek law of nature hai.</w:t>
      </w:r>
    </w:p>
    <w:p>
      <w:pPr>
        <w:jc w:val="right"/>
      </w:pPr>
      <w:r>
        <w:t>کہ قرآن میں یہ آیت ہے کہ فطرة اللہ التي فطر الناس علیہا لا تبدیل لخلق اللہ یعنی اس دنیا کے لیے ایک لاء آف نیچر ہے۔</w:t>
      </w:r>
    </w:p>
    <w:p>
      <w:r>
        <w:rPr>
          <w:b/>
        </w:rPr>
        <w:t xml:space="preserve">[29:25] </w:t>
      </w:r>
      <w:r>
        <w:t>yeh jo allah ne banai hai dunya, is ke liye ek law of nature hai. woh law of nature atal hai, atal rahega. woh badalne wala nahin. aap ko use accept hi karna hai.</w:t>
      </w:r>
    </w:p>
    <w:p>
      <w:pPr>
        <w:jc w:val="right"/>
      </w:pPr>
      <w:r>
        <w:t>یہ جو اللہ نے بنائی ہے دنیا، اس کے لیے ایک لاء آف نیچر ہے۔ وہ لاء آف نیچر اٹل ہے، اٹل رہے گا۔ وہ بدلنے والا نہیں۔ آپ کو اسے ایکسیپٹ ہی کرنا ہے۔</w:t>
      </w:r>
    </w:p>
    <w:p>
      <w:r>
        <w:rPr>
          <w:b/>
        </w:rPr>
        <w:t xml:space="preserve">[29:38] </w:t>
      </w:r>
      <w:r>
        <w:t>accept nahin karenge to aap khud apna nuqsan uthayenge.</w:t>
      </w:r>
    </w:p>
    <w:p>
      <w:pPr>
        <w:jc w:val="right"/>
      </w:pPr>
      <w:r>
        <w:t>ایکسیپٹ نہیں کریں گے تو آپ خود اپنا نقصان اٹھائیں گے۔</w:t>
      </w:r>
    </w:p>
    <w:p>
      <w:r>
        <w:rPr>
          <w:b/>
        </w:rPr>
        <w:t xml:space="preserve">[29:47] </w:t>
      </w:r>
      <w:r>
        <w:t>to allah taala ne is usool ko quran mein bataya. rasool allah ne is ko bataya.</w:t>
      </w:r>
    </w:p>
    <w:p>
      <w:pPr>
        <w:jc w:val="right"/>
      </w:pPr>
      <w:r>
        <w:t>تو اللہ تعالیٰ نے اس اصول کو قرآن میں بتایا۔ رسول اللہ نے اس کو بتایا۔</w:t>
      </w:r>
    </w:p>
    <w:p>
      <w:r>
        <w:rPr>
          <w:b/>
        </w:rPr>
        <w:t xml:space="preserve">[29:58] </w:t>
      </w:r>
      <w:r>
        <w:t>bakht tareeqon se is ko bataya. aur bas taon ke is ki aakhri shakal yeh hai ke kaaba jaise muqaddas maqam ko bhi truncate kar diya.</w:t>
      </w:r>
    </w:p>
    <w:p>
      <w:pPr>
        <w:jc w:val="right"/>
      </w:pPr>
      <w:r>
        <w:t>بخت طریقوں سے اس کو بتایا۔ اور بس تاؤں کہ اس کی آخری شکل یہ ہے کہ کعبہ جیسے مقدس مقام کو بھی ٹرنکیٹ کر دیا۔</w:t>
      </w:r>
    </w:p>
    <w:p>
      <w:r>
        <w:rPr>
          <w:b/>
        </w:rPr>
        <w:t xml:space="preserve">[30:07] </w:t>
      </w:r>
      <w:r>
        <w:t>is ko bhi toota phoota kar diya. bohat bohat anokhi baat hai yeh.</w:t>
      </w:r>
    </w:p>
    <w:p>
      <w:pPr>
        <w:jc w:val="right"/>
      </w:pPr>
      <w:r>
        <w:t>اس کو بھی ٹوٹا پھوٹا کر دیا۔ بہت بہت انوکھی بات ہے یہ۔</w:t>
      </w:r>
    </w:p>
    <w:p>
      <w:r>
        <w:rPr>
          <w:b/>
        </w:rPr>
        <w:t xml:space="preserve">[30:14] </w:t>
      </w:r>
      <w:r>
        <w:t>log log ro rahe hain ke mera mulk truncated ho gaya, meri hukoomat truncated ho gayi. yeh sochiye ke rab ul alameen jo hai, malik o malik kainat hai, woh apne muqaddas jis ko baitullah ka naam diya gaya hai, baitullah, baitullah ka truncation woh bardasht kar raha hai.</w:t>
      </w:r>
    </w:p>
    <w:p>
      <w:pPr>
        <w:jc w:val="right"/>
      </w:pPr>
      <w:r>
        <w:t>لوگ لوگ رو رہے ہیں کہ میرا ملک ٹرنکیٹ ہو گیا، میری حکومت ٹرنکیٹ ہو گئی۔ یہ سوچیے کہ رب العالمین جو ہے، مالک و مالک کائنات ہے، وہ اپنے مقدس جس کو بیت اللہ کا نام دیا گیا ہے، بیت اللہ، بیت اللہ کا ٹرنکیشن وہ برداشت کر رہا ہے۔</w:t>
      </w:r>
    </w:p>
    <w:p>
      <w:r>
        <w:rPr>
          <w:b/>
        </w:rPr>
        <w:t xml:space="preserve">[30:37] </w:t>
      </w:r>
      <w:r>
        <w:t>koi bhi sajda umrah kiya, jis ne ya hajj kiya, woh dekh, woh janta hoga ke aaj jo kaaba hai, wahan woh truncated kaaba hai. truncated kaaba hai, woh</w:t>
      </w:r>
    </w:p>
    <w:p>
      <w:pPr>
        <w:jc w:val="right"/>
      </w:pPr>
      <w:r>
        <w:t>کوئی بھی سجدہ عمرہ کیا، جس نے یا حج کیا، وہ دیکھ، وہ جانتا ہوگا کہ آج جو کعبہ ہے، وہاں وہ ٹرنکیٹڈ کعبہ ہے۔ ٹرنکیٹڈ کعبہ ہے، وہ</w:t>
      </w:r>
    </w:p>
    <w:p>
      <w:r>
        <w:rPr>
          <w:b/>
        </w:rPr>
        <w:t xml:space="preserve">[30:52] </w:t>
      </w:r>
      <w:r>
        <w:t>original kaaba nahin hai.</w:t>
      </w:r>
    </w:p>
    <w:p>
      <w:pPr>
        <w:jc w:val="right"/>
      </w:pPr>
      <w:r>
        <w:t>اوریجنل کعبہ نہیں ہے۔</w:t>
      </w:r>
    </w:p>
    <w:p>
      <w:r>
        <w:rPr>
          <w:b/>
        </w:rPr>
        <w:t xml:space="preserve">[31:00] </w:t>
      </w:r>
      <w:r>
        <w:t>to yeh sab sochte hue mujhe jo ek wisdom ki baat samajh ayi, balkeh main kahunga ke sab pe bhi wisdom hai. phir is se mujhe woh ayat bhi samajh ayi jo quran mein hai ke innama yuwaffaro najruhum bighair hisab ke sabar karne walon ko bohat hi zyada countless reward milega.</w:t>
      </w:r>
    </w:p>
    <w:p>
      <w:pPr>
        <w:jc w:val="right"/>
      </w:pPr>
      <w:r>
        <w:t>تو یہ سب سوچتے ہوئے مجھے جو ایک وزڈم کی بات سمجھ آئی، بلکہ میں کہوں گا کہ سب پہ بھی وزڈم ہے۔ پھر اس سے مجھے وہ آیت بھی سمجھ آئی جو قرآن میں ہے کہ انما یوفرو ناجرہم بغیر حساب کہ صبر کرنے والوں کو بہت ہی زیادہ کاؤنٹ لیس ریوارڈ ملے گا۔</w:t>
      </w:r>
    </w:p>
    <w:p>
      <w:r>
        <w:rPr>
          <w:b/>
        </w:rPr>
        <w:t xml:space="preserve">[31:25] </w:t>
      </w:r>
      <w:r>
        <w:t>quran mein aisi ayat kisi aur cheez ke bar</w:t>
      </w:r>
    </w:p>
    <w:p>
      <w:pPr>
        <w:jc w:val="right"/>
      </w:pPr>
      <w:r>
        <w:t>قرآن میں ایسی آیت کسی اور چیز کے بار</w:t>
      </w:r>
    </w:p>
    <w:p>
      <w:r>
        <w:rPr>
          <w:b/>
        </w:rPr>
        <w:t xml:space="preserve">[31:27] </w:t>
      </w:r>
      <w:r>
        <w:t>e mein nahin hai, namaz ke baray mein, hajj ke baray mein, umrah ke baray mein, kisi aur cheez ke baray mein yeh nahin hai ke countless ajr.</w:t>
      </w:r>
    </w:p>
    <w:p>
      <w:pPr>
        <w:jc w:val="right"/>
      </w:pPr>
      <w:r>
        <w:t>ے میں نہیں ہے، نماز کے بارے میں، حج کے بارے میں، عمرہ کے بارے میں، کسی اور چیز کے بارے میں یہ نہیں ہے کہ کاؤنٹ لیس اجر۔</w:t>
      </w:r>
    </w:p>
    <w:p>
      <w:r>
        <w:rPr>
          <w:b/>
        </w:rPr>
        <w:t xml:space="preserve">[31:39] </w:t>
      </w:r>
      <w:r>
        <w:t>to yahi to hai woh. kyunke agar aap sabar karte hain, tabhi to aap trunkation ko bardasht karte hain.</w:t>
      </w:r>
    </w:p>
    <w:p>
      <w:pPr>
        <w:jc w:val="right"/>
      </w:pPr>
      <w:r>
        <w:t>تو یہی تو ہے وہ۔ کیونکہ اگر آپ صبر کرتے ہیں، تبھی تو آپ ٹرنکیشن کو برداشت کرتے ہیں۔</w:t>
      </w:r>
    </w:p>
    <w:p>
      <w:r>
        <w:rPr>
          <w:b/>
        </w:rPr>
        <w:t xml:space="preserve">[31:50] </w:t>
      </w:r>
      <w:r>
        <w:t>to jab aap sabar karenge aur khuda ke qanoon ke mutabiq jo trunkation ke waqeyat ho rahe hain, us ko bardasht karenge</w:t>
      </w:r>
    </w:p>
    <w:p>
      <w:pPr>
        <w:jc w:val="right"/>
      </w:pPr>
      <w:r>
        <w:t>تو جب آپ صبر کریں گے اور خدا کے قانون کے مطابق جو ٹرنکیشن کے واقعات ہو رہے ہیں، اس کو برداشت کریں گے</w:t>
      </w:r>
    </w:p>
    <w:p>
      <w:r>
        <w:rPr>
          <w:b/>
        </w:rPr>
        <w:t xml:space="preserve">[31:58] </w:t>
      </w:r>
      <w:r>
        <w:t>to kiya hoga? dunya mein aap ko success mile gi aur aakhirat mein jannat mile gi.</w:t>
      </w:r>
    </w:p>
    <w:p>
      <w:pPr>
        <w:jc w:val="right"/>
      </w:pPr>
      <w:r>
        <w:t>تو کیا ہوگا؟ دنیا میں آپ کو سکسیس ملے گی اور آخرت میں جنت ملے گی۔</w:t>
      </w:r>
    </w:p>
    <w:p>
      <w:r>
        <w:rPr>
          <w:b/>
        </w:rPr>
        <w:t xml:space="preserve">[32:09] </w:t>
      </w:r>
      <w:r>
        <w:t>yani dunya mein is ko mannay se kiya hota hai? aik success ka rasta khulta hai, road to success khulta hai. nahi to kiya hai? ladiye, mariye, ladiye, mariye, ladiye, mariye.</w:t>
      </w:r>
    </w:p>
    <w:p>
      <w:pPr>
        <w:jc w:val="right"/>
      </w:pPr>
      <w:r>
        <w:t>یعنی دنیا میں اس کو ماننے سے کیا ہوتا ہے؟ ایک سکسیس کا راستہ کھلتا ہے، روڈ ٹو سکسیس کھلتا ہے۔ نہیں تو کیا ہے؟ لڑیے، مریے، لڑیے، مریے، لڑیے، مریے۔</w:t>
      </w:r>
    </w:p>
    <w:p>
      <w:r>
        <w:rPr>
          <w:b/>
        </w:rPr>
        <w:t xml:space="preserve">[32:22] </w:t>
      </w:r>
      <w:r>
        <w:t>is principle ko, yani principle, principle of loss jo hai, principle of truncation jo hai, is ko aap bardasht maan lein, accept kar lein</w:t>
      </w:r>
    </w:p>
    <w:p>
      <w:pPr>
        <w:jc w:val="right"/>
      </w:pPr>
      <w:r>
        <w:t>اس پرنسپل کو، یعنی پرنسپل، پرنسپل آف لاس جو ہے، پرنسپل آف ٹرنکیشن جو ہے، اس کو آپ برداشت مان لیں، ایکسیپٹ کر لیں</w:t>
      </w:r>
    </w:p>
    <w:p>
      <w:r>
        <w:rPr>
          <w:b/>
        </w:rPr>
        <w:t xml:space="preserve">[32:36] </w:t>
      </w:r>
      <w:r>
        <w:t>to phir aap ke liye kiya hai?</w:t>
      </w:r>
    </w:p>
    <w:p>
      <w:pPr>
        <w:jc w:val="right"/>
      </w:pPr>
      <w:r>
        <w:t>تو پھر آپ کے لیے کیا ہے؟</w:t>
      </w:r>
    </w:p>
    <w:p>
      <w:r>
        <w:rPr>
          <w:b/>
        </w:rPr>
        <w:t xml:space="preserve">[32:40] </w:t>
      </w:r>
      <w:r>
        <w:t>tarraqi ka kamyabi ka darwaza khul jaye ga. kyunke aap apne ko barbaad hone se bachayein ge, apne ko barbaad hone se bachayein ge.</w:t>
      </w:r>
    </w:p>
    <w:p>
      <w:pPr>
        <w:jc w:val="right"/>
      </w:pPr>
      <w:r>
        <w:t>ترقی کا کامیابی کا دروازہ کھل جائے گا۔ کیونکہ آپ اپنے کو برباد ہونے سے بچائیں گے، اپنے کو برباد ہونے سے بچائیں گے۔</w:t>
      </w:r>
    </w:p>
    <w:p>
      <w:r>
        <w:rPr>
          <w:b/>
        </w:rPr>
        <w:t xml:space="preserve">[32:52] </w:t>
      </w:r>
      <w:r>
        <w:t>jaise abhi jo ho raha hai, jo musalman lad rahe hain, itni lambi muddat se lad rahe hain to barbadi to ho rahe hain, pa to kuch bhi nahi rahay.</w:t>
      </w:r>
    </w:p>
    <w:p>
      <w:pPr>
        <w:jc w:val="right"/>
      </w:pPr>
      <w:r>
        <w:t>جیسے ابھی جو ہو رہا ہے، جو مسلمان لڑ رہے ہیں، اتنی لمبی مدت سے لڑ رہے ہیں تو بربادی تو ہو رہے ہیں، پا تو کچھ بھی نہیں رہے۔</w:t>
      </w:r>
    </w:p>
    <w:p>
      <w:r>
        <w:rPr>
          <w:b/>
        </w:rPr>
        <w:t xml:space="preserve">[33:03] </w:t>
      </w:r>
      <w:r>
        <w:t>Palestine ke baad per beshumar dolat barbaad ki hai musalmanon ne, janen barbaad ki hain, lekin mila kiya? mila kuch bhi nahi, balkay jo tha wo bhi khoyega.</w:t>
      </w:r>
    </w:p>
    <w:p>
      <w:pPr>
        <w:jc w:val="right"/>
      </w:pPr>
      <w:r>
        <w:t>فلسطین کے بعد پر بے شمار دولت برباد کی ہے مسلمانوں نے، جانیں برباد کی ہیں، لیکن ملا کیا؟ ملا کچھ بھی نہیں، بلکہ جو تھا وہ بھی کھوئے گا۔</w:t>
      </w:r>
    </w:p>
    <w:p>
      <w:r>
        <w:rPr>
          <w:b/>
        </w:rPr>
        <w:t xml:space="preserve">[33:14] </w:t>
      </w:r>
      <w:r>
        <w:t>to agar agar agar musalman truncated Palestine ko razi ho gaye hotay, agar musalman truncated Pakistan per razi ho gaye hotay, truncated Pakistan per razi hotay to aaj Pakistan aur Palestine bohat zabardast country hotay,</w:t>
      </w:r>
    </w:p>
    <w:p>
      <w:pPr>
        <w:jc w:val="right"/>
      </w:pPr>
      <w:r>
        <w:t>تو اگر اگر اگر مسلمان ٹرنکیٹڈ فلسطین کو راضی ہو گئے ہوتے، اگر مسلمان ٹرنکیٹڈ پاکستان پر راضی ہو گئے ہوتے، ٹرنکیٹڈ پاکستان پر راضی ہوتے تو آج پاکستان اور فلسطین بہت زبردست کنٹری ہوتے،</w:t>
      </w:r>
    </w:p>
    <w:p>
      <w:r>
        <w:rPr>
          <w:b/>
        </w:rPr>
        <w:t xml:space="preserve">[33:37] </w:t>
      </w:r>
      <w:r>
        <w:t>Germany aur France ki tarah zabardast mulk hotay.</w:t>
      </w:r>
    </w:p>
    <w:p>
      <w:pPr>
        <w:jc w:val="right"/>
      </w:pPr>
      <w:r>
        <w:t>جرمنی اور فرانس کی طرح زبردست ملک ہوتے۔</w:t>
      </w:r>
    </w:p>
    <w:p>
      <w:r>
        <w:rPr>
          <w:b/>
        </w:rPr>
        <w:t xml:space="preserve">[33:42] </w:t>
      </w:r>
      <w:r>
        <w:t>aur mein aap ko misaal deta hoon, dekhein yeh jo jis ko aap kehte hain Singapore, wo pehle Malaysia ka hissa tha, aik aik coaster area tha, chota sa,</w:t>
      </w:r>
    </w:p>
    <w:p>
      <w:pPr>
        <w:jc w:val="right"/>
      </w:pPr>
      <w:r>
        <w:t>اور میں آپ کو مثال دیتا ہوں، دیکھیں یہ جو جس کو آپ کہتے ہیں سنگاپور، وہ پہلے ملیشیا کا حصہ تھا، ایک ایک کوسٹر ایریا تھا، چھوٹا سا،</w:t>
      </w:r>
    </w:p>
    <w:p>
      <w:r>
        <w:rPr>
          <w:b/>
        </w:rPr>
        <w:t xml:space="preserve">[33:57] </w:t>
      </w:r>
      <w:r>
        <w:t>jo jahan kora dump kiya jata tha. kora dump kiya jata tha, wo area aisa tha. wo</w:t>
      </w:r>
    </w:p>
    <w:p>
      <w:pPr>
        <w:jc w:val="right"/>
      </w:pPr>
      <w:r>
        <w:t>جو جہاں کوڑا ڈمپ کیا جاتا تھا۔ کوڑا ڈمپ کیا جاتا تھا، وہ ایریا ایسا تھا۔ وہ</w:t>
      </w:r>
    </w:p>
    <w:p>
      <w:r>
        <w:rPr>
          <w:b/>
        </w:rPr>
        <w:t xml:space="preserve">[34:07] </w:t>
      </w:r>
      <w:r>
        <w:t>to wahan per Mr. Lee aik leader paida hua aur us ne tehreek chalai. to is tehreek ke nateejay mein us ko Malaysia ka wo part, jis ko aaj hum Singapore kehte hain, us ko bant kar de diya gaya.</w:t>
      </w:r>
    </w:p>
    <w:p>
      <w:pPr>
        <w:jc w:val="right"/>
      </w:pPr>
      <w:r>
        <w:t>تو وہاں پر مسٹر لی ایک لیڈر پیدا ہوا اور اس نے تحریک چلائی۔ تو اس تحریک کے نتیجے میں اس کو ملیشیا کا وہ پارٹ، جس کو آج ہم سنگاپور کہتے ہیں، اس کو بانٹ کر دے دیا گیا۔</w:t>
      </w:r>
    </w:p>
    <w:p>
      <w:r>
        <w:rPr>
          <w:b/>
        </w:rPr>
        <w:t xml:space="preserve">[34:25] </w:t>
      </w:r>
      <w:r>
        <w:t>jis waqt diya gaya tha, us ko us waqt wo aik bilkul hi, yani under, koi development nahi, koi wahan source bhi nahi, na oil, na wahan koi source bhi nahi,</w:t>
      </w:r>
    </w:p>
    <w:p>
      <w:pPr>
        <w:jc w:val="right"/>
      </w:pPr>
      <w:r>
        <w:t>جس وقت دیا گیا تھا، اس کو اس وقت وہ ایک بالکل ہی، یعنی انڈر، کوئی ڈویلپمنٹ نہیں، کوئی وہاں سورس بھی نہیں، نہ تیل، نہ وہاں کوئی سورس بھی نہیں،</w:t>
      </w:r>
    </w:p>
    <w:p>
      <w:r>
        <w:rPr>
          <w:b/>
        </w:rPr>
        <w:t xml:space="preserve">[34:39] </w:t>
      </w:r>
      <w:r>
        <w:t>bas aik samandar ke kinare ka area tha jahan kora dump kiya jata tha. wo de diya,</w:t>
      </w:r>
    </w:p>
    <w:p>
      <w:pPr>
        <w:jc w:val="right"/>
      </w:pPr>
      <w:r>
        <w:t>بس ایک سمندر کے کنارے کا ایریا تھا جہاں کوڑا ڈمپ کیا جاتا تھا۔ وہ دے دیا،</w:t>
      </w:r>
    </w:p>
    <w:p>
      <w:r>
        <w:rPr>
          <w:b/>
        </w:rPr>
        <w:t xml:space="preserve">[34:48] </w:t>
      </w:r>
      <w:r>
        <w:t>yani doosray radon mein Singapore jo tha, a truncated Singapore tha,</w:t>
      </w:r>
    </w:p>
    <w:p>
      <w:pPr>
        <w:jc w:val="right"/>
      </w:pPr>
      <w:r>
        <w:t>یعنی دوسرے ردوں میں سنگاپور جو تھا، ایک ٹرنکیٹڈ سنگاپور تھا،</w:t>
      </w:r>
    </w:p>
    <w:p>
      <w:r>
        <w:rPr>
          <w:b/>
        </w:rPr>
        <w:t xml:space="preserve">[34:53] </w:t>
      </w:r>
      <w:r>
        <w:t>jo Singapore chahte thay, wo nahi mila tha un ko. kata phata Singapore tha.</w:t>
      </w:r>
    </w:p>
    <w:p>
      <w:pPr>
        <w:jc w:val="right"/>
      </w:pPr>
      <w:r>
        <w:t>جو سنگاپور چاہتے تھے، وہ نہیں ملا تھا ان کو۔ کٹا پھٹا سنگاپور تھا۔</w:t>
      </w:r>
    </w:p>
    <w:p>
      <w:r>
        <w:rPr>
          <w:b/>
        </w:rPr>
        <w:t xml:space="preserve">[35:01] </w:t>
      </w:r>
      <w:r>
        <w:t>to Lee jo tha, bohat hi zabardast aadmi tha, us ki education hui thi Harvard University mein, America mein, bohat intelligent tha, bohat ziyada learned aadmi tha.</w:t>
      </w:r>
    </w:p>
    <w:p>
      <w:pPr>
        <w:jc w:val="right"/>
      </w:pPr>
      <w:r>
        <w:t>تو لی جو تھا، بہت ہی زبردست آدمی تھا، اس کی ایجوکیشن ہوئی تھی ہارورڈ یونیورسٹی میں، امریکہ میں، بہت انڈیجنٹ تھا، بہت زیادہ لرنڈ آدمی تھا۔</w:t>
      </w:r>
    </w:p>
    <w:p>
      <w:r>
        <w:rPr>
          <w:b/>
        </w:rPr>
        <w:t xml:space="preserve">[35:11] </w:t>
      </w:r>
      <w:r>
        <w:t>Mr. Lee jo tha, uska founder, jo prime minister tha Singapore ka,</w:t>
      </w:r>
    </w:p>
    <w:p>
      <w:pPr>
        <w:jc w:val="right"/>
      </w:pPr>
      <w:r>
        <w:t>مسٹر لی جو تھا، اس کا فاؤنڈر، جو پرائم منسٹر تھا سنگاپور کا،</w:t>
      </w:r>
    </w:p>
    <w:p>
      <w:r>
        <w:rPr>
          <w:b/>
        </w:rPr>
        <w:t xml:space="preserve">[35:19] </w:t>
      </w:r>
      <w:r>
        <w:t>us ne isi isi raaz ko pakra ke humein truncated Singapore hi per razi hona hai, nahi to wo bhi jaye ga. us ne koi shikayat nahi ki Malaysia ke khilaf, koi Malaysia ke khilaf, koi itnay, koi tehreek nahi chalai, kuch bhi nahi kiya.</w:t>
      </w:r>
    </w:p>
    <w:p>
      <w:pPr>
        <w:jc w:val="right"/>
      </w:pPr>
      <w:r>
        <w:t>اس نے اسی اسی راز کو پکڑا کہ ہمیں ٹرنکیٹڈ سنگاپور ہی پر راضی ہونا ہے، نہیں تو وہ بھی جائے گا۔ اس نے کوئی شکایت نہیں کی ملیشیا کے خلاف، کوئی ملیشیا کے خلاف، کوئی اتنے، کوئی تحریک نہیں چلائی، کچھ بھی نہیں کیا۔</w:t>
      </w:r>
    </w:p>
    <w:p>
      <w:r>
        <w:rPr>
          <w:b/>
        </w:rPr>
        <w:t xml:space="preserve">[35:39] </w:t>
      </w:r>
      <w:r>
        <w:t>sirf yeh kiya ke jo mila tha area, bas us ki development, us ki development, us ki do</w:t>
      </w:r>
    </w:p>
    <w:p>
      <w:pPr>
        <w:jc w:val="right"/>
      </w:pPr>
      <w:r>
        <w:t>صرف یہ کیا کہ جو ملا تھا ایریا، بس اس کی ڈویلپمنٹ، اس کی ڈویلپمنٹ، اس کی ڈو</w:t>
      </w:r>
    </w:p>
    <w:p>
      <w:r>
        <w:rPr>
          <w:b/>
        </w:rPr>
        <w:t xml:space="preserve">[35:46] </w:t>
      </w:r>
      <w:r>
        <w:t>development, kuch nahi, us ke us ke agay kuch kuch bhi nahi. aaj aap jante hain ke Singapore jo hai, aik developed country shumar hota hai.</w:t>
      </w:r>
    </w:p>
    <w:p>
      <w:pPr>
        <w:jc w:val="right"/>
      </w:pPr>
      <w:r>
        <w:t>یلپمنٹ، کچھ نہیں، اس کے اس کے آگے کچھ کچھ بھی نہیں۔ آج آپ جانتے ہیں کہ سنگاپور جو ہے، ایک ڈویلپڈ کنٹری شمار ہوتا ہے۔</w:t>
      </w:r>
    </w:p>
    <w:p>
      <w:r>
        <w:rPr>
          <w:b/>
        </w:rPr>
        <w:t xml:space="preserve">[35:59] </w:t>
      </w:r>
      <w:r>
        <w:t>Singapore ki jo Singapore ki jo per capita income hai, wo bohat hi ziyada hai. Singapore safest country banaya jata hai.</w:t>
      </w:r>
    </w:p>
    <w:p>
      <w:pPr>
        <w:jc w:val="right"/>
      </w:pPr>
      <w:r>
        <w:t>سنگاپور کی جو سنگاپور کی جو پر کیپیٹا انکم ہے، وہ بہت ہی زیادہ ہے۔ سنگاپور سیفیسٹ کنٹری بنایا جاتا ہے۔</w:t>
      </w:r>
    </w:p>
    <w:p>
      <w:r>
        <w:rPr>
          <w:b/>
        </w:rPr>
        <w:t xml:space="preserve">[36:12] </w:t>
      </w:r>
      <w:r>
        <w:t>Singapore mein, yani crime free country hai. Singapore</w:t>
      </w:r>
    </w:p>
    <w:p>
      <w:pPr>
        <w:jc w:val="right"/>
      </w:pPr>
      <w:r>
        <w:t>سنگاپور میں، یعنی کرائم فری کنٹری ہے۔ سنگاپور</w:t>
      </w:r>
    </w:p>
    <w:p>
      <w:r>
        <w:rPr>
          <w:b/>
        </w:rPr>
        <w:t xml:space="preserve">[36:18] </w:t>
      </w:r>
      <w:r>
        <w:t>to aik aik misaal dekhein, Palestine ki aur Pakistan ki hai ke Palestine aur Pakistan mein jo mila tha un ko, wo truncated Palestine, truncated Pakistan, wo to razi nahi hai.</w:t>
      </w:r>
    </w:p>
    <w:p>
      <w:pPr>
        <w:jc w:val="right"/>
      </w:pPr>
      <w:r>
        <w:t>تو ایک ایک مثال دیکھیں، فلسطین کی اور پاکستان کی ہے کہ فلسطین اور پاکستان میں جو ملا تھا ان کو، وہ ٹرنکیٹڈ فلسطین، ٹرنکیٹڈ پاکستان، وہ تو راضی نہیں ہے۔</w:t>
      </w:r>
    </w:p>
    <w:p>
      <w:r>
        <w:rPr>
          <w:b/>
        </w:rPr>
        <w:t xml:space="preserve">[36:32] </w:t>
      </w:r>
      <w:r>
        <w:t>wo nazdeek nahi hue to kiya hua? barbadi, barbadi, barbadi, barbadi. abhi aaj hi subah khabar thi, aap ne dekha hoga ke 20 aadmi maar dalay.</w:t>
      </w:r>
    </w:p>
    <w:p>
      <w:pPr>
        <w:jc w:val="right"/>
      </w:pPr>
      <w:r>
        <w:t>وہ نزدیک نہیں ہوئے تو کیا ہوا؟ تباہی، تباہی، تباہی، تباہی۔ ابھی آج ہی صبح خبر تھی، آپ نے دیکھا ہوگا کہ 20 آدمی مار ڈالے۔</w:t>
      </w:r>
    </w:p>
    <w:p>
      <w:r>
        <w:rPr>
          <w:b/>
        </w:rPr>
        <w:t xml:space="preserve">[36:46] </w:t>
      </w:r>
      <w:r>
        <w:t>doosri taraf Singapore jo tha, woh mila tha in ko aik tracted Singapore ki shakal mein, lekin is ko unhon ne accept kiya aur is ko develop karna shuru kiya.</w:t>
      </w:r>
    </w:p>
    <w:p>
      <w:pPr>
        <w:jc w:val="right"/>
      </w:pPr>
      <w:r>
        <w:t>دوسری طرف سنگاپور جو تھا، وہ ملا تھا ان کو ایک ٹریکٹڈ سنگاپور کی شکل میں، لیکن اس کو انہوں نے ایکسیپٹ کیا اور اس کو ڈویلپ کرنا شروع کیا۔</w:t>
      </w:r>
    </w:p>
    <w:p>
      <w:r>
        <w:rPr>
          <w:b/>
        </w:rPr>
        <w:t xml:space="preserve">[36:58] </w:t>
      </w:r>
      <w:r>
        <w:t>to aaj singapore ka naam jo hai, development ka naam ban gaya hai.</w:t>
      </w:r>
    </w:p>
    <w:p>
      <w:pPr>
        <w:jc w:val="right"/>
      </w:pPr>
      <w:r>
        <w:t>تو آج سنگاپور کا نام جو ہے، ڈویلپمنٹ کا نام بن گیا ہے۔</w:t>
      </w:r>
    </w:p>
    <w:p>
      <w:r>
        <w:rPr>
          <w:b/>
        </w:rPr>
        <w:t xml:space="preserve">[37:06] </w:t>
      </w:r>
      <w:r>
        <w:t>to chahe secular aadmi ho ya religious aadmi ho, musalman ho ya doosre log hon, sab ke liye yeh bohat hi bara usool hai</w:t>
      </w:r>
    </w:p>
    <w:p>
      <w:pPr>
        <w:jc w:val="right"/>
      </w:pPr>
      <w:r>
        <w:t>تو چاہے سیکولر آدمی ہو یا ریلیجیس آدمی ہو، مسلمان ہو یا دوسرے لوگ ہوں، سب کے لیے یہ بہت ہی بڑا اصول ہے</w:t>
      </w:r>
    </w:p>
    <w:p>
      <w:r>
        <w:rPr>
          <w:b/>
        </w:rPr>
        <w:t xml:space="preserve">[37:21] </w:t>
      </w:r>
      <w:r>
        <w:t>ke accept karo loss ko, accept karo truncation ko, accept karo jo khoya gaya, us ko accept karo.</w:t>
      </w:r>
    </w:p>
    <w:p>
      <w:pPr>
        <w:jc w:val="right"/>
      </w:pPr>
      <w:r>
        <w:t>کہ ایکسیپٹ کرو لاس کو، ایکسیپٹ کرو ٹرنکیشن کو، ایکسیپٹ کرو جو کھویا گیا، اس کو ایکسیپٹ کرو۔</w:t>
      </w:r>
    </w:p>
    <w:p>
      <w:r>
        <w:rPr>
          <w:b/>
        </w:rPr>
        <w:t xml:space="preserve">[37:33] </w:t>
      </w:r>
      <w:r>
        <w:t>tab tumhari taraqqi hogi,</w:t>
      </w:r>
    </w:p>
    <w:p>
      <w:pPr>
        <w:jc w:val="right"/>
      </w:pPr>
      <w:r>
        <w:t>تب تمہاری ترقی ہوگی،</w:t>
      </w:r>
    </w:p>
    <w:p>
      <w:r>
        <w:rPr>
          <w:b/>
        </w:rPr>
        <w:t xml:space="preserve">[37:35] </w:t>
      </w:r>
      <w:r>
        <w:t>nahi to koi taraqqi nahi.</w:t>
      </w:r>
    </w:p>
    <w:p>
      <w:pPr>
        <w:jc w:val="right"/>
      </w:pPr>
      <w:r>
        <w:t>نہیں تو کوئی ترقی نہیں۔</w:t>
      </w:r>
    </w:p>
    <w:p>
      <w:r>
        <w:rPr>
          <w:b/>
        </w:rPr>
        <w:t xml:space="preserve">[37:39] </w:t>
      </w:r>
      <w:r>
        <w:t>to Allah taala ko yeh principle itna important hai Allah ki nazar mein, kyunke is par sara creation plan base karta hai.</w:t>
      </w:r>
    </w:p>
    <w:p>
      <w:pPr>
        <w:jc w:val="right"/>
      </w:pPr>
      <w:r>
        <w:t>تو اللہ تعالیٰ کو یہ پرنسپل اتنا امپورٹنٹ ہے اللہ کی نظر میں، کیونکہ اس پر سارا کریشن پلان بیس کرتا ہے۔</w:t>
      </w:r>
    </w:p>
    <w:p>
      <w:r>
        <w:rPr>
          <w:b/>
        </w:rPr>
        <w:t xml:space="preserve">[37:52] </w:t>
      </w:r>
      <w:r>
        <w:t>wo hota hai is liye ke dunya mein Allah ke naqshe ke mutabiq yahan challenge hai, yahan competition hai, yahan aik aadmi doosre aadmi ko chahta hai ke us ko zabt kar ke aage badhe.</w:t>
      </w:r>
    </w:p>
    <w:p>
      <w:pPr>
        <w:jc w:val="right"/>
      </w:pPr>
      <w:r>
        <w:t>وہ ہوتا ہے اس لیے کہ دنیا میں اللہ کے نقشے کے مطابق یہاں چیلنج ہے، یہاں کمپیٹیشن ہے، یہاں ایک آدمی دوسرے آدمی کو چاہتا ہے کہ اس کو ضبط کر کے آگے بڑھے۔</w:t>
      </w:r>
    </w:p>
    <w:p>
      <w:r>
        <w:rPr>
          <w:b/>
        </w:rPr>
        <w:t xml:space="preserve">[38:07] </w:t>
      </w:r>
      <w:r>
        <w:t>yeh sab hai aur rahega. is par is ki wajah se truncation hota hai, loss hota hai.</w:t>
      </w:r>
    </w:p>
    <w:p>
      <w:pPr>
        <w:jc w:val="right"/>
      </w:pPr>
      <w:r>
        <w:t>یہ سب ہے اور رہے گا۔ اس پر اس کی وجہ سے ٹرنکیشن ہوتا ہے، لاس ہوتا ہے۔</w:t>
      </w:r>
    </w:p>
    <w:p>
      <w:r>
        <w:rPr>
          <w:b/>
        </w:rPr>
        <w:t xml:space="preserve">[38:15] </w:t>
      </w:r>
      <w:r>
        <w:t>to Allah taala ko yeh manzoor hai ke insaan agar chahta hai taraqqi karna to us ko, us ko as a fact maane, as a reality maane.</w:t>
      </w:r>
    </w:p>
    <w:p>
      <w:pPr>
        <w:jc w:val="right"/>
      </w:pPr>
      <w:r>
        <w:t>تو اللہ تعالیٰ کو یہ منظور ہے کہ انسان اگر چاہتا ہے ترقی کرنا تو اس کو، اس کو ایز اے فیکٹ مانے، ایز اے ریلیٹی مانے۔</w:t>
      </w:r>
    </w:p>
    <w:p>
      <w:r>
        <w:rPr>
          <w:b/>
        </w:rPr>
        <w:t xml:space="preserve">[38:26] </w:t>
      </w:r>
      <w:r>
        <w:t>you have to accept the truncation as a reality, you have to accept the loss as a reality, tab taraqqi ke darwaze khulenge.</w:t>
      </w:r>
    </w:p>
    <w:p>
      <w:pPr>
        <w:jc w:val="right"/>
      </w:pPr>
      <w:r>
        <w:t>یو ہیو ٹو ایکسیپٹ دا ٹرنکیشن ایز ا ریلیٹی، یو ہیو ٹو ایکسیپٹ دا لاس ایز ا ریلیٹی، تب ترقی کے دروازے کھلیں گے۔</w:t>
      </w:r>
    </w:p>
    <w:p>
      <w:r>
        <w:rPr>
          <w:b/>
        </w:rPr>
        <w:t xml:space="preserve">[38:36] </w:t>
      </w:r>
      <w:r>
        <w:t>here is the, here is the starting point.</w:t>
      </w:r>
    </w:p>
    <w:p>
      <w:pPr>
        <w:jc w:val="right"/>
      </w:pPr>
      <w:r>
        <w:t>ہیر از دا، ہیر از دا سٹارٹنگ پوائنٹ۔</w:t>
      </w:r>
    </w:p>
    <w:p>
      <w:r>
        <w:rPr>
          <w:b/>
        </w:rPr>
        <w:t xml:space="preserve">[38:40] </w:t>
      </w:r>
      <w:r>
        <w:t>jo aadmi isi ko challenge karne lage to kabhi woh us ko rasta hi nahi milega, hamesha blind alley mein phansa rahega.</w:t>
      </w:r>
    </w:p>
    <w:p>
      <w:pPr>
        <w:jc w:val="right"/>
      </w:pPr>
      <w:r>
        <w:t>جو آدمی اسی کو چیلنج کرنے لگے تو کبھی وہ اس کو راستہ ہی نہیں ملے گا، ہمیشہ بلائنڈ علی پھنسا رہے گا۔</w:t>
      </w:r>
    </w:p>
    <w:p>
      <w:r>
        <w:rPr>
          <w:b/>
        </w:rPr>
        <w:t xml:space="preserve">[38:48] </w:t>
      </w:r>
      <w:r>
        <w:t>woh</w:t>
      </w:r>
    </w:p>
    <w:p>
      <w:pPr>
        <w:jc w:val="right"/>
      </w:pPr>
      <w:r>
        <w:t>وہ</w:t>
      </w:r>
    </w:p>
    <w:p>
      <w:r>
        <w:rPr>
          <w:b/>
        </w:rPr>
        <w:t xml:space="preserve">[38:55] </w:t>
      </w:r>
      <w:r>
        <w:t>yeh kaisi ajeeb baat hai jo sochte sochte samajh mein aayi.</w:t>
      </w:r>
    </w:p>
    <w:p>
      <w:pPr>
        <w:jc w:val="right"/>
      </w:pPr>
      <w:r>
        <w:t>یہ کیسی عجیب بات ہے جو سوچتے سوچتے سمجھ میں آئی۔</w:t>
      </w:r>
    </w:p>
    <w:p>
      <w:r>
        <w:rPr>
          <w:b/>
        </w:rPr>
        <w:t xml:space="preserve">[39:03] </w:t>
      </w:r>
      <w:r>
        <w:t>aur yeh kaisi ajeeb baat hai ke Allah taala ko yeh usool itna pasand hai, itna pasand hai, itna pasand hai ke Baitullah ko, yani woh building jis ko Baitullah kaha jata hai, Allah ghar, us ko is ka misaal bana diya.</w:t>
      </w:r>
    </w:p>
    <w:p>
      <w:pPr>
        <w:jc w:val="right"/>
      </w:pPr>
      <w:r>
        <w:t>اور یہ کیسی عجیب بات ہے کہ اللہ تعالیٰ کو یہ اصول اتنا پسند ہے، اتنا پسند ہے، اتنا پسند ہے کہ بیت اللہ کو، یعنی وہ بلڈنگ جس کو بیت اللہ کہا جاتا ہے، اللہ گھر، اس کو اس کا مثال بنا دیا۔</w:t>
      </w:r>
    </w:p>
    <w:p>
      <w:r>
        <w:rPr>
          <w:b/>
        </w:rPr>
        <w:t xml:space="preserve">[39:20] </w:t>
      </w:r>
      <w:r>
        <w:t>wahan par is ka demonstration de diya</w:t>
      </w:r>
    </w:p>
    <w:p>
      <w:pPr>
        <w:jc w:val="right"/>
      </w:pPr>
      <w:r>
        <w:t>وہاں پر اس کا ڈیمونسٹریشن دے دیا</w:t>
      </w:r>
    </w:p>
    <w:p>
      <w:r>
        <w:rPr>
          <w:b/>
        </w:rPr>
        <w:t xml:space="preserve">[39:25] </w:t>
      </w:r>
      <w:r>
        <w:t>ke Kaaba bhi jo Khuda ghar hai, woh bhi tracted way mein milega tum ko,</w:t>
      </w:r>
    </w:p>
    <w:p>
      <w:pPr>
        <w:jc w:val="right"/>
      </w:pPr>
      <w:r>
        <w:t>کہ کعبہ بھی جو خدا گھر ہے، وہ بھی ٹریکٹڈ وے میں ملے گا تم کو،</w:t>
      </w:r>
    </w:p>
    <w:p>
      <w:r>
        <w:rPr>
          <w:b/>
        </w:rPr>
        <w:t xml:space="preserve">[39:31] </w:t>
      </w:r>
      <w:r>
        <w:t>siwa jannat ke. yani jannat mein to koi truncation nahi hoga, jannat mein to sab kuch ideal hoga, perfect hoga. to jannat ke siwa jo dunya hai, jahan hum reh rahe hain,</w:t>
      </w:r>
    </w:p>
    <w:p>
      <w:pPr>
        <w:jc w:val="right"/>
      </w:pPr>
      <w:r>
        <w:t>سوا جنت کے۔ یعنی جنت میں تو کوئی ٹرنکیشن نہیں ہوگا، جنت میں تو سب کچھ آئیڈیل ہوگا، پرفیکٹ ہوگا۔ تو جنت کے سوا جو دنیا ہے، جہاں ہم رہ رہے ہیں،</w:t>
      </w:r>
    </w:p>
    <w:p>
      <w:r>
        <w:rPr>
          <w:b/>
        </w:rPr>
        <w:t xml:space="preserve">[39:45] </w:t>
      </w:r>
      <w:r>
        <w:t>jannat mein to sab kuch perfect hoga. yeh principle wahan nahi hai, wahan khatm ho jayega. lekin jannat se pehle ki jo jo jo dunya hai, wahan to aap ko isi mein jeena padega.</w:t>
      </w:r>
    </w:p>
    <w:p>
      <w:pPr>
        <w:jc w:val="right"/>
      </w:pPr>
      <w:r>
        <w:t>جنت میں تو سب کچھ پرفیکٹ ہوگا۔ یہ پرنسپل وہاں نہیں ہے، وہاں ختم ہو جائے گا۔ لیکن جنت سے پہلے کی جو جو جو دنیا ہے، وہاں تو آپ کو اسی میں جینا پڑے گا۔</w:t>
      </w:r>
    </w:p>
    <w:p>
      <w:r>
        <w:rPr>
          <w:b/>
        </w:rPr>
        <w:t xml:space="preserve">[40:02] </w:t>
      </w:r>
      <w:r>
        <w:t>yani loss mein truncation mein nuksan mein jeena padega. ya to jiyo isi mein to rasta milega tum ko, yani jab jiyo ge to tum ko starting point mil jayega,</w:t>
      </w:r>
    </w:p>
    <w:p>
      <w:pPr>
        <w:jc w:val="right"/>
      </w:pPr>
      <w:r>
        <w:t>یعنی لاسٹ میں ٹرنکیشن میں نقصان میں جینا پڑے گا۔ یا تو جیو اسی میں تو راستہ ملے گا تم کو، یعنی جب جیو گے تو تم کو سٹارٹنگ پوائنٹ مل جائے گا،</w:t>
      </w:r>
    </w:p>
    <w:p>
      <w:r>
        <w:rPr>
          <w:b/>
        </w:rPr>
        <w:t xml:space="preserve">[40:15] </w:t>
      </w:r>
      <w:r>
        <w:t>aur nahi jiyo ge, us ko lado bhedo ge, us se to tum ko starting point hi koi nahi nahi milega. hamesha bhatakte rahoge, blind blind alley mein hamesha phanse rahoge.</w:t>
      </w:r>
    </w:p>
    <w:p>
      <w:pPr>
        <w:jc w:val="right"/>
      </w:pPr>
      <w:r>
        <w:t>اور نہیں جیو گے، اس کو لڑو بھڑو گے، اس سے تو تم کو سٹارٹنگ پوائنٹ ہی کوئی نہیں نہیں ملے گا۔ ہمیشہ بھٹکتے رہو گے، بلائنڈ بلائنڈ علی میں ہمیشہ پھنسے رہو گے۔</w:t>
      </w:r>
    </w:p>
    <w:p>
      <w:r>
        <w:rPr>
          <w:b/>
        </w:rPr>
        <w:t xml:space="preserve">[40:39] </w:t>
      </w:r>
      <w:r>
        <w:t>is zamane mein musalmanon ka jo jo backwater bataya jata hai, ke Muslims are under siege kaha jata hai, aur hum mazloom hain kaha jata hai, yeh kuch bhi nahi.</w:t>
      </w:r>
    </w:p>
    <w:p>
      <w:pPr>
        <w:jc w:val="right"/>
      </w:pPr>
      <w:r>
        <w:t>اس زمانے میں مسلمانوں کا جو جو بیک واٹر بتایا جاتا ہے، کہ مسلمز آر انڈر سی کہا جاتا ہے، اور ہم مظلوم ہیں کہا جاتا ہے، یہ کچھ بھی نہیں۔</w:t>
      </w:r>
    </w:p>
    <w:p>
      <w:r>
        <w:rPr>
          <w:b/>
        </w:rPr>
        <w:t xml:space="preserve">[40:52] </w:t>
      </w:r>
      <w:r>
        <w:t>sab yeh sab false explanation hai. arz yeh thi ke ke musalman ko price deni pad rahi hai is is fitrat ke is usool ko na manne ki.</w:t>
      </w:r>
    </w:p>
    <w:p>
      <w:pPr>
        <w:jc w:val="right"/>
      </w:pPr>
      <w:r>
        <w:t>سب یہ سب فالس ایکسپلینیشن ہے۔ عرض یہ تھی کہ کہ مسلمان کو پرائز دینی پڑ رہی ہے اس اس فطرت کے اس اصول کو نہ ماننے کی۔</w:t>
      </w:r>
    </w:p>
    <w:p>
      <w:r>
        <w:rPr>
          <w:b/>
        </w:rPr>
        <w:t xml:space="preserve">[41:11] </w:t>
      </w:r>
      <w:r>
        <w:t>yani Muslims are paying the price of non acceptance of reality. woh reality kya hai? loss ko maano, loss ko accept karo.</w:t>
      </w:r>
    </w:p>
    <w:p>
      <w:pPr>
        <w:jc w:val="right"/>
      </w:pPr>
      <w:r>
        <w:t>یعنی مسلمز آر پینگ دا پرائس آف نان ایکسیپٹنس آف ریلیٹی۔ وہ ریلیٹی کیا ہے؟ لاس کو مانو، لاس کو ایکسیپٹ کرو۔</w:t>
      </w:r>
    </w:p>
    <w:p>
      <w:r>
        <w:rPr>
          <w:b/>
        </w:rPr>
        <w:t xml:space="preserve">[41:26] </w:t>
      </w:r>
      <w:r>
        <w:t>to jitne bhi is zamane mein musalmanon ke koi bhi parche parhiye, koi kitab kitab parhiye, koi kisi majlis mein jaiye, koi kisi seminar mein jaiye, har jagah charchaa rahe</w:t>
      </w:r>
    </w:p>
    <w:p>
      <w:pPr>
        <w:jc w:val="right"/>
      </w:pPr>
      <w:r>
        <w:t>تو جتنے بھی اس زمانے میں مسلمانوں کے کوئی بھی پرچہ پڑھیے، کوئی کتاب کتاب پڑھیے، کوئی کسی مجلس میں جائیے، کوئی کسی سیمینار میں جائیے، ہر جگہ چرچہ رہ</w:t>
      </w:r>
    </w:p>
    <w:p>
      <w:r>
        <w:rPr>
          <w:b/>
        </w:rPr>
        <w:t xml:space="preserve">[41:36] </w:t>
      </w:r>
      <w:r>
        <w:t>ga musalmanon ki mazloomiyat ka, musalmanon ke yaani yeh nuksaan, woh nuksaan, yeh yahi charchaa rahega har jagah.</w:t>
      </w:r>
    </w:p>
    <w:p>
      <w:pPr>
        <w:jc w:val="right"/>
      </w:pPr>
      <w:r>
        <w:t>ے گا مسلمانوں کی مظلومیت کا، مسلمانوں کے یعنی یہ نقصان، وہ نقصان، یہ یہی چرچہ رہے گا ہر جگہ۔</w:t>
      </w:r>
    </w:p>
    <w:p>
      <w:r>
        <w:rPr>
          <w:b/>
        </w:rPr>
        <w:t xml:space="preserve">[41:47] </w:t>
      </w:r>
      <w:r>
        <w:t>lekin is ko daalte hain kisi zalim ke khaane mein. yeh jo musalmanon ke saath pesh aa raha hai, kisi zalim ka zulm nahi hai.</w:t>
      </w:r>
    </w:p>
    <w:p>
      <w:pPr>
        <w:jc w:val="right"/>
      </w:pPr>
      <w:r>
        <w:t>لیکن اس کو ڈالتے ہیں کسی ظالم کے خانے میں۔ یہ جو مسلمانوں کے ساتھ پیش آ رہا ہے، کسی ظالم کا ظلم نہیں ہے۔</w:t>
      </w:r>
    </w:p>
    <w:p>
      <w:r>
        <w:rPr>
          <w:b/>
        </w:rPr>
        <w:t xml:space="preserve">[41:55] </w:t>
      </w:r>
      <w:r>
        <w:t>woh</w:t>
      </w:r>
    </w:p>
    <w:p>
      <w:pPr>
        <w:jc w:val="right"/>
      </w:pPr>
      <w:r>
        <w:t>وہ</w:t>
      </w:r>
    </w:p>
    <w:p>
      <w:r>
        <w:rPr>
          <w:b/>
        </w:rPr>
        <w:t xml:space="preserve">[41:57] </w:t>
      </w:r>
      <w:r>
        <w:t>khud musalmanon ka ki yeh kotahi hai ke unhon ne khaliq ke qanoon ko nahi samjha, is ko accept nahi kiya, aur</w:t>
      </w:r>
    </w:p>
    <w:p>
      <w:pPr>
        <w:jc w:val="right"/>
      </w:pPr>
      <w:r>
        <w:t>خود مسلمانوں کا کی یہ کوتاہی ہے کہ انہوں نے خالق کے قانون کو نہیں سمجھا، اس کو ایکسیپٹ نہیں کیا، اور</w:t>
      </w:r>
    </w:p>
    <w:p>
      <w:r>
        <w:rPr>
          <w:b/>
        </w:rPr>
        <w:t xml:space="preserve">[42:12] </w:t>
      </w:r>
      <w:r>
        <w:t>har jagah unhon ne yeh kiya ke truncated country ko de truncated karne ki koshish ki, jo passport nahi tha, passport nahi tha.</w:t>
      </w:r>
    </w:p>
    <w:p>
      <w:pPr>
        <w:jc w:val="right"/>
      </w:pPr>
      <w:r>
        <w:t>ہر جگہ انہوں نے یہ کیا کہ ٹرنکیٹڈ کنٹری کو ڈی ٹرنکیٹ کرنے کی کوشش کی، جو پاسپورٹ نہیں تھا، پاسپورٹ نہیں تھا۔</w:t>
      </w:r>
    </w:p>
    <w:p>
      <w:r>
        <w:rPr>
          <w:b/>
        </w:rPr>
        <w:t xml:space="preserve">[42:23] </w:t>
      </w:r>
      <w:r>
        <w:t>deti hai ke nuksaan, tabaahi. har aadmi ke is paas ki zindagi mein is ki misaalain maujood hain. jaise maine bataya ke mera jo jo angootha hai, yeh meri bohat hi qareebi misaal hai.</w:t>
      </w:r>
    </w:p>
    <w:p>
      <w:pPr>
        <w:jc w:val="right"/>
      </w:pPr>
      <w:r>
        <w:t>دیتی ہے کہ نقصان، تباہی۔ ہر آدمی کے اس پاس کی زندگی میں اس کی مثالیں موجود ہیں۔ جیسے میں نے بتایا کہ میرا جو جو انگوٹھا ہے، یہ میری بہت ہی قریبی مثال ہے۔</w:t>
      </w:r>
    </w:p>
    <w:p>
      <w:r>
        <w:rPr>
          <w:b/>
        </w:rPr>
        <w:t xml:space="preserve">[42:38] </w:t>
      </w:r>
      <w:r>
        <w:t>har subah shaam dekhta hoon is ko, main yeh truncated angootha hai, truncated thumb hai.</w:t>
      </w:r>
    </w:p>
    <w:p>
      <w:pPr>
        <w:jc w:val="right"/>
      </w:pPr>
      <w:r>
        <w:t>ہر صبح شام دیکھتا ہوں اس کو، میں یہ ٹرنکیٹڈ انگوٹھا ہے، ٹرنکیٹڈ تھمب ہے۔</w:t>
      </w:r>
    </w:p>
    <w:p>
      <w:r>
        <w:rPr>
          <w:b/>
        </w:rPr>
        <w:t xml:space="preserve">[42:48] </w:t>
      </w:r>
      <w:r>
        <w:t>main is ko de truncated nahi kar sakta.</w:t>
      </w:r>
    </w:p>
    <w:p>
      <w:pPr>
        <w:jc w:val="right"/>
      </w:pPr>
      <w:r>
        <w:t>میں اس کو ڈی ٹرنکیٹ نہیں کر سکتا۔</w:t>
      </w:r>
    </w:p>
    <w:p>
      <w:r>
        <w:rPr>
          <w:b/>
        </w:rPr>
        <w:t xml:space="preserve">[42:52] </w:t>
      </w:r>
      <w:r>
        <w:t>to</w:t>
      </w:r>
    </w:p>
    <w:p>
      <w:pPr>
        <w:jc w:val="right"/>
      </w:pPr>
      <w:r>
        <w:t>تو</w:t>
      </w:r>
    </w:p>
    <w:p>
      <w:r>
        <w:rPr>
          <w:b/>
        </w:rPr>
        <w:t xml:space="preserve">[42:53] </w:t>
      </w:r>
      <w:r>
        <w:t>har aadmi ki zindagi mein agar soche, agar soche to har aadmi ki zindagi mein is tarah ki misaalain maujood hain.</w:t>
      </w:r>
    </w:p>
    <w:p>
      <w:pPr>
        <w:jc w:val="right"/>
      </w:pPr>
      <w:r>
        <w:t>ہر آدمی کی زندگی میں اگر سوچے، اگر سوچے تو ہر آدمی کی زندگی میں اس طرح کی مثالیں موجود ہیں۔</w:t>
      </w:r>
    </w:p>
    <w:p>
      <w:r>
        <w:rPr>
          <w:b/>
        </w:rPr>
        <w:t xml:space="preserve">[43:06] </w:t>
      </w:r>
      <w:r>
        <w:t>magar jahan tak main jaanta hoon, saari duniya mein koi is tarah sochta nahi.</w:t>
      </w:r>
    </w:p>
    <w:p>
      <w:pPr>
        <w:jc w:val="right"/>
      </w:pPr>
      <w:r>
        <w:t>مگر جہاں تک میں جانتا ہوں، ساری دنیا میں کوئی اس طرح سوچتا نہیں۔</w:t>
      </w:r>
    </w:p>
    <w:p>
      <w:r>
        <w:rPr>
          <w:b/>
        </w:rPr>
        <w:t xml:space="preserve">[43:12] </w:t>
      </w:r>
      <w:r>
        <w:t>is liye saari duniya mein log shikaayat mein jeete hain, complaint mein jeete hain, protest mein jeete hain, aur stress mein jeete hain, frustration mein jeete hain, aur isi mein mar jaate hain,</w:t>
      </w:r>
    </w:p>
    <w:p>
      <w:pPr>
        <w:jc w:val="right"/>
      </w:pPr>
      <w:r>
        <w:t>اس لیے ساری دنیا میں لوگ شکایت میں جیتے ہیں، کمپلینٹ میں جیتے ہیں، پروٹیسٹ میں جیتے ہیں، اور اسٹریس میں جیتے ہیں، فرسٹریشن میں جیتے ہیں، اور اسی میں مر جاتے ہیں،</w:t>
      </w:r>
    </w:p>
    <w:p>
      <w:r>
        <w:rPr>
          <w:b/>
        </w:rPr>
        <w:t xml:space="preserve">[43:28] </w:t>
      </w:r>
      <w:r>
        <w:t>isi mein mar jaate hain.</w:t>
      </w:r>
    </w:p>
    <w:p>
      <w:pPr>
        <w:jc w:val="right"/>
      </w:pPr>
      <w:r>
        <w:t>اسی میں مر جاتے ہیں۔</w:t>
      </w:r>
    </w:p>
    <w:p>
      <w:r>
        <w:rPr>
          <w:b/>
        </w:rPr>
        <w:t xml:space="preserve">[43:31] </w:t>
      </w:r>
      <w:r>
        <w:t>to yeh yeh jo qanoon hai, isi mein is ka raaz hai ke kaise happiness haasil ki jaaye, kaise de stress kiya jaaye apne aap ko,</w:t>
      </w:r>
    </w:p>
    <w:p>
      <w:pPr>
        <w:jc w:val="right"/>
      </w:pPr>
      <w:r>
        <w:t>تو یہ یہ جو قانون ہے، اسی میں اس کا راز ہے کہ کیسے ہیپینس حاصل کی جائے، کیسے ڈی اسٹریس کیا جائے اپنے آپ کو،</w:t>
      </w:r>
    </w:p>
    <w:p>
      <w:r>
        <w:rPr>
          <w:b/>
        </w:rPr>
        <w:t xml:space="preserve">[43:45] </w:t>
      </w:r>
      <w:r>
        <w:t>kaise tension free zindagi haasil ki jaaye. isi mein is ka raaz chupa hua hai.</w:t>
      </w:r>
    </w:p>
    <w:p>
      <w:pPr>
        <w:jc w:val="right"/>
      </w:pPr>
      <w:r>
        <w:t>کیسے ٹینشن فری زندگی حاصل کی جائے۔ اسی میں اس کا راز چھپا ہوا ہے۔</w:t>
      </w:r>
    </w:p>
    <w:p>
      <w:r>
        <w:rPr>
          <w:b/>
        </w:rPr>
        <w:t xml:space="preserve">[43:55] </w:t>
      </w:r>
      <w:r>
        <w:t>aaj saari duniya mein ek sab kaha jaata hai ke sab ka masla stress ka masla</w:t>
      </w:r>
    </w:p>
    <w:p>
      <w:pPr>
        <w:jc w:val="right"/>
      </w:pPr>
      <w:r>
        <w:t>آج ساری دنیا میں ایک سب کہا جاتا ہے کہ سب کا مسئلہ اسٹریس کا مسئلہ</w:t>
      </w:r>
    </w:p>
    <w:p>
      <w:r>
        <w:rPr>
          <w:b/>
        </w:rPr>
        <w:t xml:space="preserve">[43:59] </w:t>
      </w:r>
      <w:r>
        <w:t>hai, aur duniya bhar mein jagah jagah dukaanain khuli hain jo de stress ki ki art batati hain ke koi de stress ka hota nahi.</w:t>
      </w:r>
    </w:p>
    <w:p>
      <w:pPr>
        <w:jc w:val="right"/>
      </w:pPr>
      <w:r>
        <w:t>ہے، اور دنیا بھر میں جگہ جگہ دکانیں کھلی ہیں جو ڈی اسٹریس کی کی آرٹ بتاتی ہیں کہ کوئی ڈی اسٹریس کا ہوتا نہیں۔</w:t>
      </w:r>
    </w:p>
    <w:p>
      <w:r>
        <w:rPr>
          <w:b/>
        </w:rPr>
        <w:t xml:space="preserve">[44:12] </w:t>
      </w:r>
      <w:r>
        <w:t>stress ke saath jaate hain wahan, stress ke saath lautate hain wahan, kyunke asal asal baat jo hai wahi wahan nahi.</w:t>
      </w:r>
    </w:p>
    <w:p>
      <w:pPr>
        <w:jc w:val="right"/>
      </w:pPr>
      <w:r>
        <w:t>اسٹریس کے ساتھ جاتے ہیں وہاں، اسٹریس کے ساتھ لوٹتے ہیں وہاں، کیونکہ اصل اصل بات جو ہے وہی وہاں نہیں۔</w:t>
      </w:r>
    </w:p>
    <w:p>
      <w:r>
        <w:rPr>
          <w:b/>
        </w:rPr>
        <w:t xml:space="preserve">[44:21] </w:t>
      </w:r>
      <w:r>
        <w:t>asal baat jo hai wahi wahan ghayab hai ke jo ke wajah yeh hai ke tum ne reality ko accept nahi kiya.</w:t>
      </w:r>
    </w:p>
    <w:p>
      <w:pPr>
        <w:jc w:val="right"/>
      </w:pPr>
      <w:r>
        <w:t>اصل بات جو ہے وہی وہاں غائب ہے کہ جو کہ وجہ یہ ہے کہ تم نے ریلیٹی کو ایکسیپٹ نہیں کیا۔</w:t>
      </w:r>
    </w:p>
    <w:p>
      <w:r>
        <w:rPr>
          <w:b/>
        </w:rPr>
        <w:t xml:space="preserve">[44:33] </w:t>
      </w:r>
      <w:r>
        <w:t>to meri dua hai ke Allah taala mujh ko aur aap ko tofeeq de ke hum is raat ko samjhein aur Allah ke sirat e mustaqeem par chalein taake duniya mein hamein Allah ki rehmat mile aur aakhirat mein hamein Allah ki jannat mein dakhla mile.</w:t>
      </w:r>
    </w:p>
    <w:p>
      <w:pPr>
        <w:jc w:val="right"/>
      </w:pPr>
      <w:r>
        <w:t>تو میری دعا ہے کہ اللہ تعالیٰ مجھ کو اور آپ کو توفیق دے کہ ہم اس رات کو سمجھیں اور اللہ کے صراط مستقیم پر چلیں تاکہ دنیا میں ہمیں اللہ کی رحمت ملے اور آخرت میں ہمیں اللہ کی جنت میں داخلہ ملے۔</w:t>
      </w:r>
    </w:p>
    <w:p>
      <w:r>
        <w:rPr>
          <w:b/>
        </w:rPr>
        <w:t xml:space="preserve">[44:49] </w:t>
      </w:r>
      <w:r>
        <w:t>assalam o alaikum wa rehmatullah.</w:t>
      </w:r>
    </w:p>
    <w:p>
      <w:pPr>
        <w:jc w:val="right"/>
      </w:pPr>
      <w:r>
        <w:t>السلام علیکم ورحمۃ اللہ۔</w:t>
      </w:r>
    </w:p>
    <w:p>
      <w:r>
        <w:rPr>
          <w:b/>
        </w:rPr>
        <w:t xml:space="preserve">[45:07] </w:t>
      </w:r>
      <w:r>
        <w:t>okay, we'll be starting with the question answer session now. all the online viewers are requested to send their questions on info at cpsglobal.org.</w:t>
      </w:r>
    </w:p>
    <w:p>
      <w:pPr>
        <w:jc w:val="right"/>
      </w:pPr>
      <w:r>
        <w:t>اوکے، ویل بی سٹارٹنگ ود دی کوئسچن انسر سیشن ناو۔ ال دی ان لائن ویوورز ار ریکویسٹڈ ٹو سینڈ دے کوئسچنز ان انفو ایٹ سی پی ایس گلوبل ڈاٹ او آر جی۔</w:t>
      </w:r>
    </w:p>
    <w:p>
      <w:r>
        <w:rPr>
          <w:b/>
        </w:rPr>
        <w:t xml:space="preserve">[45:18] </w:t>
      </w:r>
      <w:r>
        <w:t>maulana, sab se pehle ek comment parhna chahenge sawal se pehle, aur yeh comment bheja hai doctor safina tabassum ne ajmer se.</w:t>
      </w:r>
    </w:p>
    <w:p>
      <w:pPr>
        <w:jc w:val="right"/>
      </w:pPr>
      <w:r>
        <w:t>مولانا، سب سے پہلے ایک کمنٹ پڑھنا چاہیں گے سوال سے پہلے، اور یہ کمنٹ بھیجا ہے ڈاکٹر صفینہ تبسم نے اجمیر سے۔</w:t>
      </w:r>
    </w:p>
    <w:p>
      <w:r>
        <w:rPr>
          <w:b/>
        </w:rPr>
        <w:t xml:space="preserve">[45:28] </w:t>
      </w:r>
      <w:r>
        <w:t>unhon ne likha hai ke maulana, aaj aap ka lecture itna wazeh tha ke pehli baar mujhe yeh pata chala ke nuksaan ke baad sabr ki be hisaab ahmiyat kyun hai.</w:t>
      </w:r>
    </w:p>
    <w:p>
      <w:pPr>
        <w:jc w:val="right"/>
      </w:pPr>
      <w:r>
        <w:t>انہوں نے لکھا ہے کہ مولانا، آج آپ کا لیکچر اتنا واضح تھا کہ پہلی بار مجھے یہ پتہ چلا کہ نقصان کے بعد صبر کی بے حساب اہمیت کیوں ہے۔</w:t>
      </w:r>
    </w:p>
    <w:p>
      <w:r>
        <w:rPr>
          <w:b/>
        </w:rPr>
        <w:t xml:space="preserve">[45:43] </w:t>
      </w:r>
      <w:r>
        <w:t>jazak allah.</w:t>
      </w:r>
    </w:p>
    <w:p>
      <w:pPr>
        <w:jc w:val="right"/>
      </w:pPr>
      <w:r>
        <w:t>جزاک اللہ۔</w:t>
      </w:r>
    </w:p>
    <w:p>
      <w:r>
        <w:rPr>
          <w:b/>
        </w:rPr>
        <w:t xml:space="preserve">[45:47] </w:t>
      </w:r>
      <w:r>
        <w:t>maulana, sawal bheja hai maulana iqbal sahib ne tamil nadu se, aur unhon ne likha hai ke maulana, aaj hi yaqeen hua ke taqdeer par raazi hona kya hai?</w:t>
      </w:r>
    </w:p>
    <w:p>
      <w:pPr>
        <w:jc w:val="right"/>
      </w:pPr>
      <w:r>
        <w:t>مولانا، سوال بھیجا ہے مولانا اقبال صاحب نے تمل ناڈو سے، اور انہوں نے لکھا ہے کہ مولانا، آج ہی یقین ہوا کہ تقدیر پر راضی ہونا کیا ہے؟</w:t>
      </w:r>
    </w:p>
    <w:p>
      <w:r>
        <w:rPr>
          <w:b/>
        </w:rPr>
        <w:t xml:space="preserve">[46:00] </w:t>
      </w:r>
      <w:r>
        <w:t>taqdeer par imaan kyun? aaj hi pata chala ke truncation law of nature hai, isi ko taqdeer kaha gaya hai.</w:t>
      </w:r>
    </w:p>
    <w:p>
      <w:pPr>
        <w:jc w:val="right"/>
      </w:pPr>
      <w:r>
        <w:t>تقدیر پر ایمان کیوں؟ آج ہی پتہ چلا کہ ٹرنکیشن لاء آف نیچر ہے، اسی کو تقدیر کہا گیا ہے۔</w:t>
      </w:r>
    </w:p>
    <w:p>
      <w:r>
        <w:rPr>
          <w:b/>
        </w:rPr>
        <w:t xml:space="preserve">[46:10] </w:t>
      </w:r>
      <w:r>
        <w:t>maulana, kya yeh sahi hai? theek theek kaha aap ne, sahi kaha aap ne,</w:t>
      </w:r>
    </w:p>
    <w:p>
      <w:pPr>
        <w:jc w:val="right"/>
      </w:pPr>
      <w:r>
        <w:t>مولانا، کیا یہ صحیح ہے؟ ٹھیک ٹھیک کہا آپ نے، صحیح کہا آپ نے،</w:t>
      </w:r>
    </w:p>
    <w:p>
      <w:r>
        <w:rPr>
          <w:b/>
        </w:rPr>
        <w:t xml:space="preserve">[46:15] </w:t>
      </w:r>
      <w:r>
        <w:t>bilkul durust hai. maulana, agla sawal dhampur se bheja hai mehtab sahib ne, aur unhon ne aapse poocha hai ke maulana sahib, umre ka matlab kya hai aur kyun kiya jata hai?</w:t>
      </w:r>
    </w:p>
    <w:p>
      <w:pPr>
        <w:jc w:val="right"/>
      </w:pPr>
      <w:r>
        <w:t>بالکل درست ہے۔ مولانا، اگلا سوال دھامپور سے بھیجا ہے مہتاب صاحب نے، اور انہوں نے آپ سے پوچھا ہے کہ مولانا صاحب، عمرے کا مطلب کیا ہے اور کیوں کیا جاتا ہے؟</w:t>
      </w:r>
    </w:p>
    <w:p>
      <w:r>
        <w:rPr>
          <w:b/>
        </w:rPr>
        <w:t xml:space="preserve">[46:30] </w:t>
      </w:r>
      <w:r>
        <w:t>aur kya yeh karna zaroori hai? is ke bare mein bataein. nahi, zaroori nahi hai. farz to sirf hajj hai, umra farz nahi hai.</w:t>
      </w:r>
    </w:p>
    <w:p>
      <w:pPr>
        <w:jc w:val="right"/>
      </w:pPr>
      <w:r>
        <w:t>اور کیا یہ کرنا ضروری ہے؟ اس کے بارے میں بتائیں۔ نہیں، ضروری نہیں ہے۔ فرض تو صرف حج ہے، عمرہ فرض نہیں ہے۔</w:t>
      </w:r>
    </w:p>
    <w:p>
      <w:r>
        <w:rPr>
          <w:b/>
        </w:rPr>
        <w:t xml:space="preserve">[46:42] </w:t>
      </w:r>
      <w:r>
        <w:t>lekin</w:t>
      </w:r>
    </w:p>
    <w:p>
      <w:pPr>
        <w:jc w:val="right"/>
      </w:pPr>
      <w:r>
        <w:t>لیکن</w:t>
      </w:r>
    </w:p>
    <w:p>
      <w:r>
        <w:rPr>
          <w:b/>
        </w:rPr>
        <w:t xml:space="preserve">[46:47] </w:t>
      </w:r>
      <w:r>
        <w:t>hajj ke ayyam ke ilawa ek momin chahta hai ke woh kaaba ko dekhe, kaaba ka tawaf kare, to yeh us ki is tabar ek jaiz tabar hai.</w:t>
      </w:r>
    </w:p>
    <w:p>
      <w:pPr>
        <w:jc w:val="right"/>
      </w:pPr>
      <w:r>
        <w:t>حج کے ایام کے علاوہ ایک مومن چاہتا ہے کہ وہ کعبہ کو دیکھے، کعبہ کا طواف کرے، تو یہ اس کی اس تبر ایک جائز تبر ہے۔</w:t>
      </w:r>
    </w:p>
    <w:p>
      <w:r>
        <w:rPr>
          <w:b/>
        </w:rPr>
        <w:t xml:space="preserve">[47:00] </w:t>
      </w:r>
      <w:r>
        <w:t>us ke liye umra rakh diya gaya hai, yaani isi liye kaha jata hai ke umra chota hajj hai, hajj bada hajj hai, umra chota hajj hai.</w:t>
      </w:r>
    </w:p>
    <w:p>
      <w:pPr>
        <w:jc w:val="right"/>
      </w:pPr>
      <w:r>
        <w:t>اس کے لیے عمرہ رکھ دیا گیا ہے، یعنی اسی لیے کہا جاتا ہے کہ عمرہ چھوٹا حج ہے، حج بڑا حج ہے، عمرہ چھوٹا حج ہے۔</w:t>
      </w:r>
    </w:p>
    <w:p>
      <w:r>
        <w:rPr>
          <w:b/>
        </w:rPr>
        <w:t xml:space="preserve">[47:10] </w:t>
      </w:r>
      <w:r>
        <w:t>yeh to hai momin ki ek ek tabar hai jis ki takmeel ka saman kiya gaya hai umre ki shakal mein.</w:t>
      </w:r>
    </w:p>
    <w:p>
      <w:pPr>
        <w:jc w:val="right"/>
      </w:pPr>
      <w:r>
        <w:t>یہ تو ہے مومن کی ایک ایک تبر ہے جس کی تکمیل کا سامان کیا گیا ہے عمرے کی شکل میں۔</w:t>
      </w:r>
    </w:p>
    <w:p>
      <w:r>
        <w:rPr>
          <w:b/>
        </w:rPr>
        <w:t xml:space="preserve">[47:21] </w:t>
      </w:r>
      <w:r>
        <w:t>maulana, agla sawal doctor owais siddiqui ne dilli se kiya hai, aur unhon ne likha hai ke thank you maulana, you very well explain the loss, the law of loss, and the law of truncation.</w:t>
      </w:r>
    </w:p>
    <w:p>
      <w:pPr>
        <w:jc w:val="right"/>
      </w:pPr>
      <w:r>
        <w:t>مولانا، اگلا سوال ڈاکٹر اویس صدیقی نے دلی سے کیا ہے، اور انہوں نے لکھا ہے کہ تھینک یو مولانا، یو ویری ویل ایکسپلین دی لاس، دی لاء آف لاس، اور دی لاء آف ٹرنکیشن۔</w:t>
      </w:r>
    </w:p>
    <w:p>
      <w:r>
        <w:rPr>
          <w:b/>
        </w:rPr>
        <w:t xml:space="preserve">[47:36] </w:t>
      </w:r>
      <w:r>
        <w:t>i want to ask that if the whether the same principle can be applied to the individuals in their personal life. yeh to bohat universal hai, yeh individual ke liye hai, nation ke liye hai, sab ke liye hai,</w:t>
      </w:r>
    </w:p>
    <w:p>
      <w:pPr>
        <w:jc w:val="right"/>
      </w:pPr>
      <w:r>
        <w:t>ائی وانٹ ٹو اسک دیٹ اف دا ویدر دا سیم پرنسپل کین بی اپلائیڈ ٹو دی انڈیویجولز ان دیر پرسنل لائف۔ یہ تو بہت یونیورسل ہے، یہ انڈیویجول کے لیے ہے، نیشن کے لیے ہے، سب کے لیے ہے،</w:t>
      </w:r>
    </w:p>
    <w:p>
      <w:r>
        <w:rPr>
          <w:b/>
        </w:rPr>
        <w:t xml:space="preserve">[47:51] </w:t>
      </w:r>
      <w:r>
        <w:t>mere liye hai, sab ke liye hai. yeh to universal law of nature hai, aur main kahoon to ke yeh sab bari wisdom hai jis ko janenge to success milenge, nahi janenge to stress, tension mein jiyenge, pressure mein jiyenge, mar jayenge.</w:t>
      </w:r>
    </w:p>
    <w:p>
      <w:pPr>
        <w:jc w:val="right"/>
      </w:pPr>
      <w:r>
        <w:t>میرے لیے ہے، سب کے لیے ہے۔ یہ تو یونیورسل لاء آف نیچر ہے، اور میں کہوں تو کہ یہ سب بڑی وزڈم ہے جس کو جانیں گے تو سکسیس ملیں گے، نہیں جانیں گے تو اسٹریس، ٹینشن میں جئیں گے، پریشر میں جئیں گے، مر جائیں گے۔</w:t>
      </w:r>
    </w:p>
    <w:p>
      <w:r>
        <w:rPr>
          <w:b/>
        </w:rPr>
        <w:t xml:space="preserve">[48:12] </w:t>
      </w:r>
      <w:r>
        <w:t>greatest wisdom of life mere nazdeek yahi hai.</w:t>
      </w:r>
    </w:p>
    <w:p>
      <w:pPr>
        <w:jc w:val="right"/>
      </w:pPr>
      <w:r>
        <w:t>گریٹسٹ وزڈم آف لائف میرے نزدیک یہی ہے۔</w:t>
      </w:r>
    </w:p>
    <w:p>
      <w:r>
        <w:rPr>
          <w:b/>
        </w:rPr>
        <w:t xml:space="preserve">[48:22] </w:t>
      </w:r>
      <w:r>
        <w:t>maulana, agla sawal fohad sahib ne kiya hai bhopal se, aur unhon ne likha hai ke maulana, what is the starting point of breaking ones conditioning so that the person can re engineer his or her mind?</w:t>
      </w:r>
    </w:p>
    <w:p>
      <w:pPr>
        <w:jc w:val="right"/>
      </w:pPr>
      <w:r>
        <w:t>مولانا، اگلا سوال فوہاد صاحب نے کیا ہے بھوپال سے، اور انہوں نے لکھا ہے کہ مولانا، واٹ از دا سٹارٹنگ پوائنٹ آف بریکنگ ونز کنڈیشننگ سو دیٹ دا پرسن کین ری انجینئر ہز اور ہر مائنڈ؟</w:t>
      </w:r>
    </w:p>
    <w:p>
      <w:r>
        <w:rPr>
          <w:b/>
        </w:rPr>
        <w:t xml:space="preserve">[48:38] </w:t>
      </w:r>
      <w:r>
        <w:t>what is your advice in this?</w:t>
      </w:r>
    </w:p>
    <w:p>
      <w:pPr>
        <w:jc w:val="right"/>
      </w:pPr>
      <w:r>
        <w:t>واٹ از یور ایڈوائس ان دس؟</w:t>
      </w:r>
    </w:p>
    <w:p>
      <w:r>
        <w:rPr>
          <w:b/>
        </w:rPr>
        <w:t xml:space="preserve">[48:51] </w:t>
      </w:r>
      <w:r>
        <w:t>dekhiye, yeh kaam aadmi ko apne aap hi karna padta hai, aur main kai baar yeh baat kahi ke is ka raaz hai introspection, yaani shariyat mein is ke liye jo lafz bola gaya hai woh muhasba hai,</w:t>
      </w:r>
    </w:p>
    <w:p>
      <w:pPr>
        <w:jc w:val="right"/>
      </w:pPr>
      <w:r>
        <w:t>دیکھیے، یہ کام آدمی کو اپنے آپ ہی کرنا پڑتا ہے، اور میں کئی بار یہ بات کہی کہ اس کا راز ہے انٹراسپیکشن، یعنی شریعت میں اس کے لیے جو لفظ بولا گیا ہے وہ محاسبہ ہے،</w:t>
      </w:r>
    </w:p>
    <w:p>
      <w:r>
        <w:rPr>
          <w:b/>
        </w:rPr>
        <w:t xml:space="preserve">[49:06] </w:t>
      </w:r>
      <w:r>
        <w:t>aur secular term hai is ka introspection.</w:t>
      </w:r>
    </w:p>
    <w:p>
      <w:pPr>
        <w:jc w:val="right"/>
      </w:pPr>
      <w:r>
        <w:t>اور سیکولر ٹرم ہے اس کا انٹراسپیکشن۔</w:t>
      </w:r>
    </w:p>
    <w:p>
      <w:r>
        <w:rPr>
          <w:b/>
        </w:rPr>
        <w:t xml:space="preserve">[49:09] </w:t>
      </w:r>
      <w:r>
        <w:t>apne aap mein, apne apne bare mein apni scrutiny karna, apne bare mein bohat zyada sochna, dispassionatey sochna, yeh to aadmi ka jo chahta ho apne aap ko develop karna, us ko hi karna padega.</w:t>
      </w:r>
    </w:p>
    <w:p>
      <w:pPr>
        <w:jc w:val="right"/>
      </w:pPr>
      <w:r>
        <w:t>اپنے آپ میں، اپنے اپنے بارے میں اپنی سکرٹنی کرنا، اپنے بارے میں بہت زیادہ سوچنا، ڈسپیشنٹلی سوچنا، یہ تو آدمی کا جو چاہتا ہو اپنے آپ کو ڈیولپ کرنا، اس کو ہی کرنا پڑے گا۔</w:t>
      </w:r>
    </w:p>
    <w:p>
      <w:r>
        <w:rPr>
          <w:b/>
        </w:rPr>
        <w:t xml:space="preserve">[49:31] </w:t>
      </w:r>
      <w:r>
        <w:t>koi doosra aadmi nahi kar sakta.</w:t>
      </w:r>
    </w:p>
    <w:p>
      <w:pPr>
        <w:jc w:val="right"/>
      </w:pPr>
      <w:r>
        <w:t>کوئی دوسرا آدمی نہیں کر سکتا۔</w:t>
      </w:r>
    </w:p>
    <w:p>
      <w:r>
        <w:rPr>
          <w:b/>
        </w:rPr>
        <w:t xml:space="preserve">[49:33] </w:t>
      </w:r>
      <w:r>
        <w:t>pehlay zamanay mein jo samjha jata tha ke ke khanqah mein jao, wahan par buzurg kar denge, to yeh bilkul main is ko is ko west less samajhta hoon.</w:t>
      </w:r>
    </w:p>
    <w:p>
      <w:pPr>
        <w:jc w:val="right"/>
      </w:pPr>
      <w:r>
        <w:t>پہلے زمانے میں جو سمجھا جاتا تھا کہ کہ خانقاہ میں جاؤ، وہاں پر بزرگ کر دیں گے، تو یہ بالکل میں اس کو اس کو ویسٹ لیس سمجھتا ہوں۔</w:t>
      </w:r>
    </w:p>
    <w:p>
      <w:r>
        <w:rPr>
          <w:b/>
        </w:rPr>
        <w:t xml:space="preserve">[49:44] </w:t>
      </w:r>
      <w:r>
        <w:t>koi buzurg nahi kar dega, aap ko khud karna padega.</w:t>
      </w:r>
    </w:p>
    <w:p>
      <w:pPr>
        <w:jc w:val="right"/>
      </w:pPr>
      <w:r>
        <w:t>کوئی بزرگ نہیں کر دے گا، آپ کو خود کرنا پڑے گا۔</w:t>
      </w:r>
    </w:p>
    <w:p>
      <w:r>
        <w:rPr>
          <w:b/>
        </w:rPr>
        <w:t xml:space="preserve">[49:55] </w:t>
      </w:r>
      <w:r>
        <w:t>maulana, agla sawal rajouri se kiya gaya hai, nisar ahmad qazi sahib ne kiya hai, aur unhon ne likha hai maulana, main ne ek non muslim bhai ko peace literature dena chaha to us ne yeh keh ke yeh kaha, us to us ne yeh kaha ke pehle arab ko peace ka paigham do jinhon ne dahshat gardi phaila rakhi hai.</w:t>
      </w:r>
    </w:p>
    <w:p>
      <w:pPr>
        <w:jc w:val="right"/>
      </w:pPr>
      <w:r>
        <w:t>مولانا، اگلا سوال رجوری سے کیا گیا ہے، نثار احمد قاضی صاحب نے کیا ہے، اور انہوں نے لکھا ہے مولانا، میں نے ایک نان مسلم بھائی کو پیس لٹریچر دینا چاہا تو اس نے یہ کہہ کے یہ کہا، اس تو اس نے یہ کہا کہ پہلے عرب کو پیس کا پیغام دو جنہوں نے دہشت گردی پھیلا رکھی ہے۔</w:t>
      </w:r>
    </w:p>
    <w:p>
      <w:r>
        <w:rPr>
          <w:b/>
        </w:rPr>
        <w:t xml:space="preserve">[50:21] </w:t>
      </w:r>
      <w:r>
        <w:t>maulana, aise mauqe par hamein kya karna chahiye ya kya kehna chahiye?</w:t>
      </w:r>
    </w:p>
    <w:p>
      <w:pPr>
        <w:jc w:val="right"/>
      </w:pPr>
      <w:r>
        <w:t>مولانا، ایسے موقع پر ہمیں کیا کرنا چاہیے یا کیا کہنا چاہیے؟</w:t>
      </w:r>
    </w:p>
    <w:p>
      <w:r>
        <w:rPr>
          <w:b/>
        </w:rPr>
        <w:t xml:space="preserve">[50:26] </w:t>
      </w:r>
      <w:r>
        <w:t>yeh kahe ke aap wahan bhi kar rahe hain, yahan bhi kar rahe hain, ab paigham to wahan hi phaila rahe hain. hum yeh nahi ke hum ko jab un ko hum ne justify kar rakha hai, aisa to nahi hai.</w:t>
      </w:r>
    </w:p>
    <w:p>
      <w:pPr>
        <w:jc w:val="right"/>
      </w:pPr>
      <w:r>
        <w:t>یہ کہے کہ آپ وہاں بھی کر رہے ہیں، یہاں بھی کر رہے ہیں، اب پیغام تو وہاں ہی پھیلا رہے ہیں۔ ہم یہ نہیں کہ ہم کو جب ان کو ہم نے جسٹیفائی کر رکھا ہے، ایسا تو نہیں ہے۔</w:t>
      </w:r>
    </w:p>
    <w:p>
      <w:r>
        <w:rPr>
          <w:b/>
        </w:rPr>
        <w:t xml:space="preserve">[50:38] </w:t>
      </w:r>
      <w:r>
        <w:t>un ko bhi hum paigham de rahe hain. aaiye, main gaya tha abu dhabi, wahan bhi maine yeh baatein kahin. literature wahan hamare saathi le gaye thay, literature wahan taqseem kiya.</w:t>
      </w:r>
    </w:p>
    <w:p>
      <w:pPr>
        <w:jc w:val="right"/>
      </w:pPr>
      <w:r>
        <w:t>ان کو بھی ہم پیغام دے رہے ہیں۔ آئیے، میں گیا تھا ابو دھبی، وہاں بھی میں نے یہ باتیں کہیں۔ لٹریچر وہاں ہمارے ساتھی لے گئے تھے، لٹریچر وہاں تقسیم کیا۔</w:t>
      </w:r>
    </w:p>
    <w:p>
      <w:r>
        <w:rPr>
          <w:b/>
        </w:rPr>
        <w:t xml:space="preserve">[50:50] </w:t>
      </w:r>
      <w:r>
        <w:t>yeh to yaani sab ke liye hum kar rahe hain, kisi ek ka masla nahi hai. abhi main latest jo book likh raha hoon, paste dasum bonum, iska khitab bhi sabhi log hain, muslim bhi aur doosre log bhi.</w:t>
      </w:r>
    </w:p>
    <w:p>
      <w:pPr>
        <w:jc w:val="right"/>
      </w:pPr>
      <w:r>
        <w:t>یہ تو یعنی سب کے لیے ہم کر رہے ہیں، کسی ایک کا مسئلہ نہیں ہے۔ ابھی میں لیٹسٹ جو بک لکھ رہا ہوں، پیسٹ دسوم بونم، اس کا خطاب بھی سبھی لوگ ہیں، مسلم بھی اور دوسرے لوگ بھی۔</w:t>
      </w:r>
    </w:p>
    <w:p>
      <w:r>
        <w:rPr>
          <w:b/>
        </w:rPr>
        <w:t xml:space="preserve">[51:14] </w:t>
      </w:r>
      <w:r>
        <w:t>maulana, agla sawal lene se pehle ek comment padhna chahenge jo miss naghma siddiqui ne bheja hai dilli se, aur unhone likha hai ke i realize today that i have to accept all in this world in the truncated form to get the truncated paradise.</w:t>
      </w:r>
    </w:p>
    <w:p>
      <w:pPr>
        <w:jc w:val="right"/>
      </w:pPr>
      <w:r>
        <w:t>مولانا، اگلا سوال لینے سے پہلے ایک کمنٹ پڑھنا چاہیں گے جو مس نغمہ صدیقی نے بھیجا ہے دلی سے، اور انہوں نے لکھا ہے کہ آئی ریلائز ٹوڈے دیٹ آئی ہیو ٹو ایکسیپٹ آل ان دس ورلڈ ان دی ٹرنکیٹڈ فارم ٹو گیٹ ڈی ٹرنکیٹڈ پیراڈائز۔</w:t>
      </w:r>
    </w:p>
    <w:p>
      <w:r>
        <w:rPr>
          <w:b/>
        </w:rPr>
        <w:t xml:space="preserve">[51:36] </w:t>
      </w:r>
      <w:r>
        <w:t>this has made me stress free. thank you maulana. masha Allah, jazakum Allah.</w:t>
      </w:r>
    </w:p>
    <w:p>
      <w:pPr>
        <w:jc w:val="right"/>
      </w:pPr>
      <w:r>
        <w:t>دس ہیز میڈ می سٹریس فری۔ تھینک یو مولانا۔ ماشاءاللہ، جزاکم اللہ۔</w:t>
      </w:r>
    </w:p>
    <w:p>
      <w:r>
        <w:rPr>
          <w:b/>
        </w:rPr>
        <w:t xml:space="preserve">[51:44] </w:t>
      </w:r>
      <w:r>
        <w:t>maulana, agla sawal lene se pehle ek aur comment padhna chahenge jo maulana farhad umri sahib ne bheja hai dilli se, aur unhone likha hai ke maulana, i was not feeling good after reading news regarding muslims violent activities, but your talk today on principle of loss gave me peace of mind.</w:t>
      </w:r>
    </w:p>
    <w:p>
      <w:pPr>
        <w:jc w:val="right"/>
      </w:pPr>
      <w:r>
        <w:t>مولانا، اگلا سوال لینے سے پہلے ایک اور کمنٹ پڑھنا چاہیں گے جو مولانا فرحاد عمری صاحب نے بھیجا ہے دلی سے، اور انہوں نے لکھا ہے کہ مولانا، آئی واز ناٹ فیلنگ گڈ افٹر ریڈنگ نیوز ریگارڈنگ مسلمز وائلنٹ ایکٹیویٹیز، بٹ یور ٹاک ٹوڈے ان پرنسپل آف لاس گیو می پیس آف مائنڈ۔</w:t>
      </w:r>
    </w:p>
    <w:p>
      <w:r>
        <w:rPr>
          <w:b/>
        </w:rPr>
        <w:t xml:space="preserve">[52:10] </w:t>
      </w:r>
      <w:r>
        <w:t>shukriya maulana. masha Allah.</w:t>
      </w:r>
    </w:p>
    <w:p>
      <w:pPr>
        <w:jc w:val="right"/>
      </w:pPr>
      <w:r>
        <w:t>شکریہ مولانا۔ ماشاءاللہ۔</w:t>
      </w:r>
    </w:p>
    <w:p>
      <w:r>
        <w:rPr>
          <w:b/>
        </w:rPr>
        <w:t xml:space="preserve">[52:16] </w:t>
      </w:r>
      <w:r>
        <w:t>maulana, agla sawal kya hai abdul ghani sahib ne mysore se, aur unhone likha hai ke maulana, there is a hadith that iman of a person increases and decreases.</w:t>
      </w:r>
    </w:p>
    <w:p>
      <w:pPr>
        <w:jc w:val="right"/>
      </w:pPr>
      <w:r>
        <w:t>مولانا، اگلا سوال کیا ہے عبدالغنی صاحب نے مائسور سے، اور انہوں نے لکھا ہے کہ مولانا، دیر از ا حدیث دیٹ ایمان آف ا پرسن انکریز اینڈ ڈکریز۔</w:t>
      </w:r>
    </w:p>
    <w:p>
      <w:r>
        <w:rPr>
          <w:b/>
        </w:rPr>
        <w:t xml:space="preserve">[52:31] </w:t>
      </w:r>
      <w:r>
        <w:t>how can i know that my iman is decreasing or increasing? is there a way to find that out? please advise.</w:t>
      </w:r>
    </w:p>
    <w:p>
      <w:pPr>
        <w:jc w:val="right"/>
      </w:pPr>
      <w:r>
        <w:t>ہاؤ کین آئی نو دیٹ مائی ایمان از ڈکریزنگ اور انکریزنگ؟ از دیر ا وے ٹو فائنڈ دیٹ آؤٹ؟ پلیز ایڈوائس۔</w:t>
      </w:r>
    </w:p>
    <w:p>
      <w:r>
        <w:rPr>
          <w:b/>
        </w:rPr>
        <w:t xml:space="preserve">[52:42] </w:t>
      </w:r>
      <w:r>
        <w:t>dekhiye, is ko aap lafz badlie, samajh mein aa jayega. yaani increase aur decrease ki jagah ek lafz doosra istemal kijiye.</w:t>
      </w:r>
    </w:p>
    <w:p>
      <w:pPr>
        <w:jc w:val="right"/>
      </w:pPr>
      <w:r>
        <w:t>دیکھیے، اس کو آپ لفظ بدلیے، سمجھ میں آ جائے گا۔ یعنی انکریز اور ڈکریز کی جگہ ایک لفظ دوسرا استعمال کیجئے۔</w:t>
      </w:r>
    </w:p>
    <w:p>
      <w:r>
        <w:rPr>
          <w:b/>
        </w:rPr>
        <w:t xml:space="preserve">[52:53] </w:t>
      </w:r>
      <w:r>
        <w:t>explanatory lafz woh hai spirit, yaani spirit ghatti aur badhti hai. iman form ka naam nahi hai ke ek kuch alfaaz aap munh se bol diya to iman hasil ho gaya.</w:t>
      </w:r>
    </w:p>
    <w:p>
      <w:pPr>
        <w:jc w:val="right"/>
      </w:pPr>
      <w:r>
        <w:t>ایکسپریٹری لفظ وہ ہے اسپیٹ، یعنی اسپیٹ گھٹتی اور بڑھتی ہے۔ ایمان فارم کا نام نہیں ہے کہ ایک کچھ الفاظ آپ منہ سے بول دیا تو ایمان حاصل ہو گیا۔</w:t>
      </w:r>
    </w:p>
    <w:p>
      <w:r>
        <w:rPr>
          <w:b/>
        </w:rPr>
        <w:t xml:space="preserve">[53:07] </w:t>
      </w:r>
      <w:r>
        <w:t>iman haqeeqatan spirit ka naam hai.</w:t>
      </w:r>
    </w:p>
    <w:p>
      <w:pPr>
        <w:jc w:val="right"/>
      </w:pPr>
      <w:r>
        <w:t>ایمان حقیقتاً اسپیٹ کا نام ہے۔</w:t>
      </w:r>
    </w:p>
    <w:p>
      <w:r>
        <w:rPr>
          <w:b/>
        </w:rPr>
        <w:t xml:space="preserve">[53:10] </w:t>
      </w:r>
      <w:r>
        <w:t>to spirit jo hai, ghatti badhti hai. ghatti badhti hai ka matlab kya hai? ke jaise aaj maine ek cheez discover ki, yaani principle of yeh jo maine bataya aap ko, principle of loss,</w:t>
      </w:r>
    </w:p>
    <w:p>
      <w:pPr>
        <w:jc w:val="right"/>
      </w:pPr>
      <w:r>
        <w:t>تو اسپیٹ جو ہے، گھٹتی بڑھتی ہے۔ گھٹتی بڑھتی ہے کا مطلب کیا ہے؟ کہ جیسے آج میں نے ایک چیز ڈسکور کی، یعنی پرنسپل آف یہ جو میں نے بتایا آپ کو، پرنسپل آف لاس،</w:t>
      </w:r>
    </w:p>
    <w:p>
      <w:r>
        <w:rPr>
          <w:b/>
        </w:rPr>
        <w:t xml:space="preserve">[53:26] </w:t>
      </w:r>
      <w:r>
        <w:t>principle of truncation. to main bohat bohat zabardast, mujhe ek aayat ke Allah taala ne kaisi kaisi baatein batai hain insaan ko, ek ajeeb qism ki nayi is se paida ho gayi.</w:t>
      </w:r>
    </w:p>
    <w:p>
      <w:pPr>
        <w:jc w:val="right"/>
      </w:pPr>
      <w:r>
        <w:t>پرنسپل آف ٹرنکیشن۔ تو میں بہت بہت زبردست، مجھے ایک آیت کہ اللہ تعالیٰ نے کیسی کیسی باتیں بتائی ہیں انسان کو، ایک عجیب قسم کی نئی اس سے پیدا ہوگئی۔</w:t>
      </w:r>
    </w:p>
    <w:p>
      <w:r>
        <w:rPr>
          <w:b/>
        </w:rPr>
        <w:t xml:space="preserve">[53:38] </w:t>
      </w:r>
      <w:r>
        <w:t>to yeh matlab hai ke ke aap ka experience, aap ki study, aap ka ghaur o fikr, is se aap ko naye naye artim milte hain jo aap ki spirit ko badhate hain.</w:t>
      </w:r>
    </w:p>
    <w:p>
      <w:pPr>
        <w:jc w:val="right"/>
      </w:pPr>
      <w:r>
        <w:t>تو یہ مطلب ہے کہ کہ آپ کا ایکسپیرینس، آپ کی سٹڈی، آپ کا غور و فکر، اس سے آپ کو نئے نئے آرٹیم ملتے ہیں جو آپ کی اسپیٹ کو بڑھاتے ہیں۔</w:t>
      </w:r>
    </w:p>
    <w:p>
      <w:r>
        <w:rPr>
          <w:b/>
        </w:rPr>
        <w:t xml:space="preserve">[53:52] </w:t>
      </w:r>
      <w:r>
        <w:t>aur jab aap na sochein to speed ghatti rahegi, to us waqt kami ke level par rahega aap ka iman.</w:t>
      </w:r>
    </w:p>
    <w:p>
      <w:pPr>
        <w:jc w:val="right"/>
      </w:pPr>
      <w:r>
        <w:t>اور جب آپ نہ سوچیں تو اسپیڈ گھٹی رہے گی، تو اس وقت کمی کے لیول پر رہے گا آپ کا ایمان۔</w:t>
      </w:r>
    </w:p>
    <w:p>
      <w:r>
        <w:rPr>
          <w:b/>
        </w:rPr>
        <w:t xml:space="preserve">[54:02] </w:t>
      </w:r>
      <w:r>
        <w:t>to woh hadith mein jo lafz aayi hai, jo lafz aaya hai, us lafz ko aap badlie ke speed mein kami beshi hoti rehti hai, aur us ke sabab yeh hota hai ke aap hamesha is tarah se nahi kar kar paate.</w:t>
      </w:r>
    </w:p>
    <w:p>
      <w:pPr>
        <w:jc w:val="right"/>
      </w:pPr>
      <w:r>
        <w:t>تو وہ حدیث میں جو لفظ آئی ہے، جو لفظ آیا ہے، اس لفظ کو آپ بدلیے کہ اسپیڈ میں کمی بیشی ہوتی رہتی ہے، اور اس کے سبب یہ ہوتا ہے کہ آپ ہمیشہ اس طرح سے نہیں کر کر پاتے۔</w:t>
      </w:r>
    </w:p>
    <w:p>
      <w:r>
        <w:rPr>
          <w:b/>
        </w:rPr>
        <w:t xml:space="preserve">[54:17] </w:t>
      </w:r>
      <w:r>
        <w:t>ghaurs o fikr aur zyada cheezon mein zyada dhyan dena ke distract ho jate hain.</w:t>
      </w:r>
    </w:p>
    <w:p>
      <w:pPr>
        <w:jc w:val="right"/>
      </w:pPr>
      <w:r>
        <w:t>غور و فکر اور زیادہ چیزوں میں زیادہ دھیان دینا کہ ڈسٹریکٹ ہو جاتے ہیں۔</w:t>
      </w:r>
    </w:p>
    <w:p>
      <w:r>
        <w:rPr>
          <w:b/>
        </w:rPr>
        <w:t xml:space="preserve">[54:26] </w:t>
      </w:r>
      <w:r>
        <w:t>to jab aap distract ho jayenge to kami ho jayeg</w:t>
      </w:r>
    </w:p>
    <w:p>
      <w:pPr>
        <w:jc w:val="right"/>
      </w:pPr>
      <w:r>
        <w:t>تو جب آپ ڈسٹریکٹ ہو جائیں گے تو کمی ہو جائے گ</w:t>
      </w:r>
    </w:p>
    <w:p>
      <w:r>
        <w:rPr>
          <w:b/>
        </w:rPr>
        <w:t xml:space="preserve">[54:29] </w:t>
      </w:r>
      <w:r>
        <w:t>i. jab ghaur o fikr karenge to speed pe izafa ho jayega. yeh matlab hai is ka.</w:t>
      </w:r>
    </w:p>
    <w:p>
      <w:pPr>
        <w:jc w:val="right"/>
      </w:pPr>
      <w:r>
        <w:t>ی۔ جب غور و فکر کریں گے تو اسپیڈ پہ اضافہ ہو جائے گا۔ یہ مطلب ہے اس کا۔</w:t>
      </w:r>
    </w:p>
    <w:p>
      <w:r>
        <w:rPr>
          <w:b/>
        </w:rPr>
        <w:t xml:space="preserve">[54:44] </w:t>
      </w:r>
      <w:r>
        <w:t>maulana, agla sawal merit se farooqi sahib ne kiya hai, aur unhone likha hai ke maulana, there is a hadith that a time will come when no one would be able to save oneself from the evil of time.</w:t>
      </w:r>
    </w:p>
    <w:p>
      <w:pPr>
        <w:jc w:val="right"/>
      </w:pPr>
      <w:r>
        <w:t>مولانا، اگلا سوال میرٹ سے فاروقی صاحب نے کیا ہے، اور انہوں نے لکھا ہے کہ مولانا، دیر از ا حدیث دیٹ ا ٹائم ویل کم وین نو ون وڈ بی ایبل ٹو سیو ون سیلف فرام دی ایول آف ٹائم۔</w:t>
      </w:r>
    </w:p>
    <w:p>
      <w:r>
        <w:rPr>
          <w:b/>
        </w:rPr>
        <w:t xml:space="preserve">[55:00] </w:t>
      </w:r>
      <w:r>
        <w:t>maulana, in such a case, how can a person save one self from the evil of the times? dekhiye, is ka jawab Quran mein maujood hai.</w:t>
      </w:r>
    </w:p>
    <w:p>
      <w:pPr>
        <w:jc w:val="right"/>
      </w:pPr>
      <w:r>
        <w:t>مولانا، ان سچ ا کیس، ہاؤ کین ا پرسن سیو ون سیلف فرام دی ایول آف دا ٹائمز؟ دیکھیے، اس کا جواب قرآن میں موجود ہے۔</w:t>
      </w:r>
    </w:p>
    <w:p>
      <w:r>
        <w:rPr>
          <w:b/>
        </w:rPr>
        <w:t xml:space="preserve">[55:13] </w:t>
      </w:r>
      <w:r>
        <w:t>woh aayat aayat hai: "إن الحسنات ابن الصياد" . yaani yeh bataya gaya hai ek tareeqa ke ke jab aap ko ehsas ho ke aap ek aisi evil mein mein hain ke is se aap yaani is se apne ko bacha nahi paate, to koi achhai kijiye.</w:t>
      </w:r>
    </w:p>
    <w:p>
      <w:pPr>
        <w:jc w:val="right"/>
      </w:pPr>
      <w:r>
        <w:t>وہ آیت آیت ہے: "إن الحسنات ابن الصياد"۔ یعنی یہ بتایا گیا ہے ایک طریقہ کہ کہ جب آپ کو احساس ہو کہ آپ ایک ایسی ایول میں میں ہیں کہ اس سے آپ یعنی اس سے اپنے کو بچا نہیں پاتے، تو کوئی اچھائی کیجئے۔</w:t>
      </w:r>
    </w:p>
    <w:p>
      <w:r>
        <w:rPr>
          <w:b/>
        </w:rPr>
        <w:t xml:space="preserve">[55:38] </w:t>
      </w:r>
      <w:r>
        <w:t>jaise mujhe ek waqia yaad aata hai, rampur mein ek sahib thay, abdul hayi sahib, bohat mukhlis aadmi thay. woh to woh jo government ka department hota hai,</w:t>
      </w:r>
    </w:p>
    <w:p>
      <w:pPr>
        <w:jc w:val="right"/>
      </w:pPr>
      <w:r>
        <w:t>جیسے مجھے ایک واقعہ یاد آتا ہے، رام پور میں ایک صاحب تھے، عبدالحی صاحب، بہت مخلص آدمی تھے۔ وہ تو وہ جو جو گورنمنٹ کا ڈیپارٹمنٹ ہوتا ہے،</w:t>
      </w:r>
    </w:p>
    <w:p>
      <w:r>
        <w:rPr>
          <w:b/>
        </w:rPr>
        <w:t xml:space="preserve">[55:54] </w:t>
      </w:r>
      <w:r>
        <w:t>us ka excise department, to excise department mein woh service karte thay.</w:t>
      </w:r>
    </w:p>
    <w:p>
      <w:pPr>
        <w:jc w:val="right"/>
      </w:pPr>
      <w:r>
        <w:t>اس کا ایکسائز ڈیپارٹمنٹ، تو ایکسائز ڈیپارٹمنٹ میں وہ سروس کرتے تھے۔</w:t>
      </w:r>
    </w:p>
    <w:p>
      <w:r>
        <w:rPr>
          <w:b/>
        </w:rPr>
        <w:t xml:space="preserve">[56:01] </w:t>
      </w:r>
      <w:r>
        <w:t>to un ko ehsas hua ke excise department jo hai, woh sahi nahi hai, aur main is mein mulawwis hoon. to is ko unhone chhod diya.</w:t>
      </w:r>
    </w:p>
    <w:p>
      <w:pPr>
        <w:jc w:val="right"/>
      </w:pPr>
      <w:r>
        <w:t>تو ان کو احساس ہوا کہ ایکسائز ڈیپارٹمنٹ جو ہے، وہ صحیح نہیں ہے، اور میں اس میں ملوث ہوں۔ تو اس کو انہوں نے چھوڑ دیا۔</w:t>
      </w:r>
    </w:p>
    <w:p>
      <w:r>
        <w:rPr>
          <w:b/>
        </w:rPr>
        <w:t xml:space="preserve">[56:11] </w:t>
      </w:r>
      <w:r>
        <w:t>is ke baad in ko aik khayal hua ke main ab kya karoon. to unhon ne aik parcha nikala, is ka naam tha "al-hasanat".</w:t>
      </w:r>
    </w:p>
    <w:p>
      <w:pPr>
        <w:jc w:val="right"/>
      </w:pPr>
      <w:r>
        <w:t>اس کے بعد ان کو ایک خیال ہوا کہ میں اب کیا کروں۔ تو انہوں نے ایک پرچہ نکالا، اس کا نام تھا "الحسنات"۔</w:t>
      </w:r>
    </w:p>
    <w:p>
      <w:r>
        <w:rPr>
          <w:b/>
        </w:rPr>
        <w:t xml:space="preserve">[56:20] </w:t>
      </w:r>
      <w:r>
        <w:t>al-hasanat isi se liya tha unhon ne: "in al-hasanat ibn al-sayyad" ke ab tak main ne siyah kiya hai main ne. to ab parcha nikaal kar ke main is ko yaani hasna karoon ga, logon ko sachai pohnchaoon ga, is se bay door ho jaye gi meri.</w:t>
      </w:r>
    </w:p>
    <w:p>
      <w:pPr>
        <w:jc w:val="right"/>
      </w:pPr>
      <w:r>
        <w:t>الحسنات اسی سے لیا تھا انہوں نے: "إن الحسنات ابن الصياد" کہ اب تک میں نے سیاہ کیا ہے میں نے۔ تو اب پرچہ نکال کر کے میں اس کو یعنی حسنہ کروں گا، لوگوں کو سچائی پہنچاؤں گا، اس سے بے دور ہو جائے گی میری۔</w:t>
      </w:r>
    </w:p>
    <w:p>
      <w:r>
        <w:rPr>
          <w:b/>
        </w:rPr>
        <w:t xml:space="preserve">[56:40] </w:t>
      </w:r>
      <w:r>
        <w:t>to main samajhta hoon ke aksar log mujh se poochte hain ke hum bank pe ke matlab jaiz hai ke najaaiz, hum bank mein kaam</w:t>
      </w:r>
    </w:p>
    <w:p>
      <w:pPr>
        <w:jc w:val="right"/>
      </w:pPr>
      <w:r>
        <w:t>تو میں سمجھتا ہوں کہ اکثر لوگ مجھ سے پوچھتے ہیں کہ ہم بینک پہ کہ مطلب جائز ہے کہ ناجائز، ہم بینک میں کام</w:t>
      </w:r>
    </w:p>
    <w:p>
      <w:r>
        <w:rPr>
          <w:b/>
        </w:rPr>
        <w:t xml:space="preserve">[56:48] </w:t>
      </w:r>
      <w:r>
        <w:t>karte hain. main logon se kehta hoon ke yeh soch, yeh pooch poochhna galat hai. bank ke bahir bhi bank hai, koi jagah bank se khaali nahi hai.</w:t>
      </w:r>
    </w:p>
    <w:p>
      <w:pPr>
        <w:jc w:val="right"/>
      </w:pPr>
      <w:r>
        <w:t>کرتے ہیں۔ میں لوگوں سے کہتا ہوں کہ یہ سوچ، یہ پوچھ پوچھنا غلط ہے۔ بینک کے باہر بھی بینک ہے، کوئی جگہ بینک سے خالی نہیں ہے۔</w:t>
      </w:r>
    </w:p>
    <w:p>
      <w:r>
        <w:rPr>
          <w:b/>
        </w:rPr>
        <w:t xml:space="preserve">[57:00] </w:t>
      </w:r>
      <w:r>
        <w:t>jo masjid hai, masjidain hain, madaris hain, jamaatein hain, har jagah woh woh chhaya hua hai. aur hadith mein to yahan tak aata hai ke aik zamana aaye ga ke interest jo hai,</w:t>
      </w:r>
    </w:p>
    <w:p>
      <w:pPr>
        <w:jc w:val="right"/>
      </w:pPr>
      <w:r>
        <w:t>جو مسجد ہے، مسجدیں ہیں، مدرسے ہیں، جماعتیں ہیں، ہر جگہ وہ وہ چھایا ہوا ہے۔ اور حدیث میں تو یہاں تک آتا ہے کہ ایک زمانہ آئے گا کہ انٹرسٹ جو ہے،</w:t>
      </w:r>
    </w:p>
    <w:p>
      <w:r>
        <w:rPr>
          <w:b/>
        </w:rPr>
        <w:t xml:space="preserve">[57:14] </w:t>
      </w:r>
      <w:r>
        <w:t>hawa aur pani mein shamil ho jaye ga.</w:t>
      </w:r>
    </w:p>
    <w:p>
      <w:pPr>
        <w:jc w:val="right"/>
      </w:pPr>
      <w:r>
        <w:t>ہوا اور پانی میں شامل ہو جائے گا۔</w:t>
      </w:r>
    </w:p>
    <w:p>
      <w:r>
        <w:rPr>
          <w:b/>
        </w:rPr>
        <w:t xml:space="preserve">[57:17] </w:t>
      </w:r>
      <w:r>
        <w:t>to pani piyo ge, tab bhi is ka aik aik hissa tumhare andar jaye ga. saans loge to is ka aik hissa jaye ga. to aap kaise bacho ge? to is se yeh mat sochiye ke aap is se bachen.</w:t>
      </w:r>
    </w:p>
    <w:p>
      <w:pPr>
        <w:jc w:val="right"/>
      </w:pPr>
      <w:r>
        <w:t>تو پانی پیو گے، تب بھی اس کا ایک ایک حصہ تمہارے اندر جائے گا۔ سانس لو گے تو اس کا ایک حصہ جائے گا۔ تو آپ کیسے بچیں گے؟ تو اس سے یہ مت سوچیے کہ آپ اس سے بچیں۔</w:t>
      </w:r>
    </w:p>
    <w:p>
      <w:r>
        <w:rPr>
          <w:b/>
        </w:rPr>
        <w:t xml:space="preserve">[57:30] </w:t>
      </w:r>
      <w:r>
        <w:t>bachna pasibal nahi hai. yeh sochiye ke aap kuch acha kaam karen. aur woh sab se acha kaam hai dawat. yaani bank ka main logon se kaha karta hoon ke bank se aap raza nahi mat kijiye, dawat ka kaam kijiye.</w:t>
      </w:r>
    </w:p>
    <w:p>
      <w:pPr>
        <w:jc w:val="right"/>
      </w:pPr>
      <w:r>
        <w:t>بچنا پاسیبل نہیں ہے۔ یہ سوچیے کہ آپ کچھ اچھا کام کریں۔ اور وہ سب سے اچھا کام ہے دعوت۔ یعنی بینک کا میں لوگوں سے کہا کرتا ہوں کہ بینک سے آپ رضا نہیں مت کیجئے، دعوت کا کام کیجئے۔</w:t>
      </w:r>
    </w:p>
    <w:p>
      <w:r>
        <w:rPr>
          <w:b/>
        </w:rPr>
        <w:t xml:space="preserve">[57:45] </w:t>
      </w:r>
      <w:r>
        <w:t>misalan yeh ke aap apni mez par ya apni bag mein literature likhiye, islami literature ko dete rahiye. to is zamane mein khaas taur par yahi karna hai ke bajaye is ke ke aap resign karen, is se chhod ke bhagen, idhar chhod ke bhagen, yeh mat kijiye.</w:t>
      </w:r>
    </w:p>
    <w:p>
      <w:pPr>
        <w:jc w:val="right"/>
      </w:pPr>
      <w:r>
        <w:t>مثلاً یہ کہ آپ اپنی میز پر یا اپنی بیگ میں لٹریچر لکھیے، اسلامی لٹریچر کو دیتے رہیے۔ تو اس زمانے میں خاص طور پر یہی کرنا ہے کہ بجائے اس کے کہ آپ ریزائن کریں، اس سے چھوڑ کے بھاگیں، ادھر چھوڑ کے بھاگیں، یہ مت کیجئے۔</w:t>
      </w:r>
    </w:p>
    <w:p>
      <w:r>
        <w:rPr>
          <w:b/>
        </w:rPr>
        <w:t xml:space="preserve">[58:07] </w:t>
      </w:r>
      <w:r>
        <w:t>jahan bhi aap hain, wahin kaam kijiye. lekin sath sath dawat ka kaam kiji</w:t>
      </w:r>
    </w:p>
    <w:p>
      <w:pPr>
        <w:jc w:val="right"/>
      </w:pPr>
      <w:r>
        <w:t>جہاں بھی آپ ہیں، وہیں کام کیجئے۔ لیکن ساتھ ساتھ دعوت کا کام کیج</w:t>
      </w:r>
    </w:p>
    <w:p>
      <w:r>
        <w:rPr>
          <w:b/>
        </w:rPr>
        <w:t xml:space="preserve">[58:12] </w:t>
      </w:r>
      <w:r>
        <w:t>ye. dawat ko apni zindagi mein shamil kar lijiye. wohi hai "in al-hasanat ibn al-sayyad". maulana, agla sawal doctor aslam khan ne kiya hai saharanpur se, aur unhon ne likha hai:</w:t>
      </w:r>
    </w:p>
    <w:p>
      <w:pPr>
        <w:jc w:val="right"/>
      </w:pPr>
      <w:r>
        <w:t>ئے۔ دعوت کو اپنی زندگی میں شامل کر لیجئے۔ وہی ہے "إن الحسنات ابن الصياد"۔ مولانا، اگلا سوال ڈاکٹر اسلم خان نے کیا ہے سہارن پور سے، اور انہوں نے لکھا ہے:</w:t>
      </w:r>
    </w:p>
    <w:p>
      <w:r>
        <w:rPr>
          <w:b/>
        </w:rPr>
        <w:t xml:space="preserve">[58:28] </w:t>
      </w:r>
      <w:r>
        <w:t>maulana, aaj ka lecture hamein yeh batata hai ke hamari mental approach reality based honi chahiye.</w:t>
      </w:r>
    </w:p>
    <w:p>
      <w:pPr>
        <w:jc w:val="right"/>
      </w:pPr>
      <w:r>
        <w:t>مولانا، آج کا لیکچر ہمیں یہ بتاتا ہے کہ ہماری مینٹل اپروچ ریلیٹی بیسڈ ہونی چاہیے۔</w:t>
      </w:r>
    </w:p>
    <w:p>
      <w:r>
        <w:rPr>
          <w:b/>
        </w:rPr>
        <w:t xml:space="preserve">[58:36] </w:t>
      </w:r>
      <w:r>
        <w:t>aisa lagta hai ke Allah ki lanat jin logon par hoti hai, un ka mental vision confined ho jata hai. woh kabhi reality base soch nahi paate.</w:t>
      </w:r>
    </w:p>
    <w:p>
      <w:pPr>
        <w:jc w:val="right"/>
      </w:pPr>
      <w:r>
        <w:t>ایسا لگتا ہے کہ اللہ کی لعنت جن لوگوں پر ہوتی ہے، ان کا مینٹل ویژن کنفائنڈ ہو جاتا ہے۔ وہ کبھی ریلیٹی بیس سوچ نہیں پاتے۔</w:t>
      </w:r>
    </w:p>
    <w:p>
      <w:r>
        <w:rPr>
          <w:b/>
        </w:rPr>
        <w:t xml:space="preserve">[58:48] </w:t>
      </w:r>
      <w:r>
        <w:t>unhein jitna samjhaya jata hai, woh aur bhi zyada negative ho jate hain. maulana, kya present muslims Allah ki isi lanat mein mubtala nahi hain?</w:t>
      </w:r>
    </w:p>
    <w:p>
      <w:pPr>
        <w:jc w:val="right"/>
      </w:pPr>
      <w:r>
        <w:t>انہیں جتنا سمجھایا جاتا ہے، وہ اور بھی زیادہ نیگیٹیو ہو جاتے ہیں۔ مولانا، کیا پریزنٹ مسلمز اللہ کی اسی لعنت میں مبتلا نہیں ہیں؟</w:t>
      </w:r>
    </w:p>
    <w:p>
      <w:r>
        <w:rPr>
          <w:b/>
        </w:rPr>
        <w:t xml:space="preserve">[58:59] </w:t>
      </w:r>
      <w:r>
        <w:t>please elaborate on the same. Allah cps team ko lanat se mehfooz rakhe.</w:t>
      </w:r>
    </w:p>
    <w:p>
      <w:pPr>
        <w:jc w:val="right"/>
      </w:pPr>
      <w:r>
        <w:t>پلیز ایلیبریٹ ان دا سیم۔ اللہ سی پی ایس ٹیم کو لعنت سے محفوظ رکھے۔</w:t>
      </w:r>
    </w:p>
    <w:p>
      <w:r>
        <w:rPr>
          <w:b/>
        </w:rPr>
        <w:t xml:space="preserve">[59:06] </w:t>
      </w:r>
      <w:r>
        <w:t>bhai, dekhiye, baat to aap ki sahi hai, lekin main kisi ko apply nahi kar sakta. aik hai as a principle baat ko manna, aik hai apply karna.</w:t>
      </w:r>
    </w:p>
    <w:p>
      <w:pPr>
        <w:jc w:val="right"/>
      </w:pPr>
      <w:r>
        <w:t>بھائی، دیکھیے، بات تو آپ کی صحیح ہے، لیکن میں کسی کو اپلائی نہیں کر سکتا۔ ایک ہے ایز اے پرنسپل بات کو ماننا، ایک ہے اپلائی کرنا۔</w:t>
      </w:r>
    </w:p>
    <w:p>
      <w:r>
        <w:rPr>
          <w:b/>
        </w:rPr>
        <w:t xml:space="preserve">[59:19] </w:t>
      </w:r>
      <w:r>
        <w:t>to main apply to nahi karoon ga, lekin main yeh kahoon ke aap ne jo baat kahi hai, bilkul apni jagah sahi hai. as a principle bilkul durust hai woh.</w:t>
      </w:r>
    </w:p>
    <w:p>
      <w:pPr>
        <w:jc w:val="right"/>
      </w:pPr>
      <w:r>
        <w:t>تو میں اپلائی تو نہیں کروں گا، لیکن میں یہ کہوں کہ آپ نے جو بات کہی ہے، بالکل اپنی جگہ صحیح ہے۔ ایز اے پرنسپل بالکل درست ہے وہ۔</w:t>
      </w:r>
    </w:p>
    <w:p>
      <w:r>
        <w:rPr>
          <w:b/>
        </w:rPr>
        <w:t xml:space="preserve">[59:28] </w:t>
      </w:r>
      <w:r>
        <w:t>maulana, agla sawal muinuddin sahib ne dilli se kiya hai, aur unhon ne likha hai ke maulana, mera sawal yeh hai ke Allah ne insan ke dil dil ko do hisson mein banta hai: good part, jis se woh achhe kaam karta hai,</w:t>
      </w:r>
    </w:p>
    <w:p>
      <w:pPr>
        <w:jc w:val="right"/>
      </w:pPr>
      <w:r>
        <w:t>مولانا، اگلا سوال معین الدین صاحب نے دلی سے کیا ہے، اور انہوں نے لکھا ہے کہ مولانا، میرا سوال یہ ہے کہ اللہ نے انسان کے دل دل کو دو حصوں میں بانٹا ہے: گڈ پارٹ، جس سے وہ اچھے کام کرتا ہے،</w:t>
      </w:r>
    </w:p>
    <w:p>
      <w:r>
        <w:rPr>
          <w:b/>
        </w:rPr>
        <w:t xml:space="preserve">[59:45] </w:t>
      </w:r>
      <w:r>
        <w:t>aur doosra bad part, jis se woh kharab kaam karta hai. kya yeh</w:t>
      </w:r>
    </w:p>
    <w:p>
      <w:pPr>
        <w:jc w:val="right"/>
      </w:pPr>
      <w:r>
        <w:t>اور دوسرا بیڈ پارٹ، جس سے وہ خراب کام کرتا ہے۔ کیا یہ</w:t>
      </w:r>
    </w:p>
    <w:p>
      <w:r>
        <w:rPr>
          <w:b/>
        </w:rPr>
        <w:t xml:space="preserve">[59:51] </w:t>
      </w:r>
      <w:r>
        <w:t>sahi hai? nahi, nahi, yeh koi na science hai, na kisi quran o hadith mein yeh do hisse banta hai. yeh to koi baat nahi hai.</w:t>
      </w:r>
    </w:p>
    <w:p>
      <w:pPr>
        <w:jc w:val="right"/>
      </w:pPr>
      <w:r>
        <w:t>صحیح ہے؟ نہیں، نہیں، یہ کوئی نہ سائنس ہے، نہ کسی قرآن و حدیث میں یہ دو حصے بانٹا ہے۔ یہ تو کوئی بات نہیں ہے۔</w:t>
      </w:r>
    </w:p>
    <w:p>
      <w:r>
        <w:rPr>
          <w:b/>
        </w:rPr>
        <w:t xml:space="preserve">[1:00:01] </w:t>
      </w:r>
      <w:r>
        <w:t>dil ko do hisse banta hai, yeh to na koi science se maloom hota hai, aur na quran o hadith mein kahin aisa likha hua hai.</w:t>
      </w:r>
    </w:p>
    <w:p>
      <w:pPr>
        <w:jc w:val="right"/>
      </w:pPr>
      <w:r>
        <w:t>دل کو دو حصے بانٹا ہے، یہ تو نہ کوئی سائنس سے معلوم ہوتا ہے، اور نہ قرآن و حدیث میں کہیں ایسا لکھا ہوا ہے۔</w:t>
      </w:r>
    </w:p>
    <w:p>
      <w:r>
        <w:rPr>
          <w:b/>
        </w:rPr>
        <w:t xml:space="preserve">[1:00:11] </w:t>
      </w:r>
      <w:r>
        <w:t>yeh sahi nahi</w:t>
      </w:r>
    </w:p>
    <w:p>
      <w:pPr>
        <w:jc w:val="right"/>
      </w:pPr>
      <w:r>
        <w:t>یہ صحیح نہیں</w:t>
      </w:r>
    </w:p>
    <w:p>
      <w:r>
        <w:rPr>
          <w:b/>
        </w:rPr>
        <w:t xml:space="preserve">[1:00:12] </w:t>
      </w:r>
      <w:r>
        <w:t>hai. maulana, agla sawal lene se pehle aik comment parhna chahenge jo doctor najma siddiqui ne bheja hai, aur unhon ne likha hai ke maulana sahib, today you have given such a great example and lesson from kaaba, which could be beautifully applied by focusing towards success and progress,</w:t>
      </w:r>
    </w:p>
    <w:p>
      <w:pPr>
        <w:jc w:val="right"/>
      </w:pPr>
      <w:r>
        <w:t>ہے۔ مولانا، اگلا سوال لینے سے پہلے ایک کمنٹ پڑھنا چاہیں گے جو ڈاکٹر نجمہ صدیقی نے بھیجا ہے، اور انہوں نے لکھا ہے کہ مولانا صاحب، ٹوڈے یو ہیو گیون سچ ا گریٹ ایگزیمپل اینڈ لیسن فرام کعبہ، وچ کڈ بی بیوٹیفلی اپلائیڈ بائے فوکسنگ ٹورڈز سکسیس اینڈ پروگریس،</w:t>
      </w:r>
    </w:p>
    <w:p>
      <w:r>
        <w:rPr>
          <w:b/>
        </w:rPr>
        <w:t xml:space="preserve">[1:00:36] </w:t>
      </w:r>
      <w:r>
        <w:t>so that we remain stress free.</w:t>
      </w:r>
    </w:p>
    <w:p>
      <w:pPr>
        <w:jc w:val="right"/>
      </w:pPr>
      <w:r>
        <w:t>سو دیٹ وی ریمین سٹریس فری۔</w:t>
      </w:r>
    </w:p>
    <w:p>
      <w:r>
        <w:rPr>
          <w:b/>
        </w:rPr>
        <w:t xml:space="preserve">[1:00:38] </w:t>
      </w:r>
      <w:r>
        <w:t>may Allah help us apply this principle in life and behaviour. mashallah. maulana, agla sawal agra se bheja hai muhammad usman sahib ne, aur unhon ne likha hai ke maulana, you always say that every person has a role to play,</w:t>
      </w:r>
    </w:p>
    <w:p>
      <w:pPr>
        <w:jc w:val="right"/>
      </w:pPr>
      <w:r>
        <w:t>می اللہ ہیلپ اس اپلائی دس پرنسپل ان لائف اینڈ بیہیویئر۔ ماشاءاللہ۔ مولانا، اگلا سوال آگرہ سے بھیجا ہے محمد عثمان صاحب نے، اور انہوں نے لکھا ہے کہ مولانا، یو الویز سے دیٹ ایوری پرسن ہیز ا رول ٹو پلے،</w:t>
      </w:r>
    </w:p>
    <w:p>
      <w:r>
        <w:rPr>
          <w:b/>
        </w:rPr>
        <w:t xml:space="preserve">[1:00:57] </w:t>
      </w:r>
      <w:r>
        <w:t>but the role play will depend upon one's strength.</w:t>
      </w:r>
    </w:p>
    <w:p>
      <w:pPr>
        <w:jc w:val="right"/>
      </w:pPr>
      <w:r>
        <w:t>بٹ دا رول پلے ول ڈیپینڈ اپون ون سٹرینتھ۔</w:t>
      </w:r>
    </w:p>
    <w:p>
      <w:r>
        <w:rPr>
          <w:b/>
        </w:rPr>
        <w:t xml:space="preserve">[1:01:02] </w:t>
      </w:r>
      <w:r>
        <w:t>so da question is, how can i identify my strength, so that i can play my role more effectively? i need your guidance in this.</w:t>
      </w:r>
    </w:p>
    <w:p>
      <w:pPr>
        <w:jc w:val="right"/>
      </w:pPr>
      <w:r>
        <w:t>سو دا کوئسچن از، ہاؤ کین آئی آئیڈینٹیفائی مائی سٹرینتھ، سو دیٹ آئی کین پلے مائی رول مور ایفیکٹیولی؟ آئی نیڈ یور گائیڈنس ان دس۔</w:t>
      </w:r>
    </w:p>
    <w:p>
      <w:r>
        <w:rPr>
          <w:b/>
        </w:rPr>
        <w:t xml:space="preserve">[1:01:13] </w:t>
      </w:r>
      <w:r>
        <w:t>dekhiye, yeh bilkul aasan hai.</w:t>
      </w:r>
    </w:p>
    <w:p>
      <w:pPr>
        <w:jc w:val="right"/>
      </w:pPr>
      <w:r>
        <w:t>دیکھیے، یہ بالکل آسان ہے۔</w:t>
      </w:r>
    </w:p>
    <w:p>
      <w:r>
        <w:rPr>
          <w:b/>
        </w:rPr>
        <w:t xml:space="preserve">[1:01:15] </w:t>
      </w:r>
      <w:r>
        <w:t>har aadmi janta hai ke mujhe falan khana pasand hai, falan khana pasand nahi hai. jab yeh jaan paate hain to yeh khud hi jaan lete hain ke khuda ke pasand ke mutabiq kaun sa role karna hai aap ko.</w:t>
      </w:r>
    </w:p>
    <w:p>
      <w:pPr>
        <w:jc w:val="right"/>
      </w:pPr>
      <w:r>
        <w:t>ہر آدمی جانتا ہے کہ مجھے فلاں کھانا پسند ہے، فلاں کھانا پسند نہیں ہے۔ جب یہ جان پاتے ہیں تو یہ خود ہی جان لیتے ہیں کہ خدا کے پسند کے مطابق کون سا رول کرنا ہے آپ کو۔</w:t>
      </w:r>
    </w:p>
    <w:p>
      <w:r>
        <w:rPr>
          <w:b/>
        </w:rPr>
        <w:t xml:space="preserve">[1:01:27] </w:t>
      </w:r>
      <w:r>
        <w:t>yani har aadmi ko pata hai ke kaun si dish mujhe pasand hai, kaun si dish mujhe pasand nahi hai. yahi ek cheez yani under discoverable hai.</w:t>
      </w:r>
    </w:p>
    <w:p>
      <w:pPr>
        <w:jc w:val="right"/>
      </w:pPr>
      <w:r>
        <w:t>یعنی ہر آدمی کو پتہ ہے کہ کون سی ڈش مجھے پسند ہے، کون سی ڈش مجھے پسند نہیں ہے۔ یہی ایک چیز یعنی انڈر ڈسکوریبل ہے۔</w:t>
      </w:r>
    </w:p>
    <w:p>
      <w:r>
        <w:rPr>
          <w:b/>
        </w:rPr>
        <w:t xml:space="preserve">[1:01:37] </w:t>
      </w:r>
      <w:r>
        <w:t>nahi, ek yeh agar sincere ho aadmi, aur sach much woh yani baais ke baghair dispassiontly woh ghor kare to bilkul clear ho jayega mamla is ke samne.</w:t>
      </w:r>
    </w:p>
    <w:p>
      <w:pPr>
        <w:jc w:val="right"/>
      </w:pPr>
      <w:r>
        <w:t>نہیں، ایک یہ اگر سنسیئر ہو آدمی، اور سچ مچ وہ یعنی باعث کے بغیر ڈسپیشنٹلی وہ غور کرے تو بالکل کلیئر ہو جائے گا معاملہ اس کے سامنے۔</w:t>
      </w:r>
    </w:p>
    <w:p>
      <w:r>
        <w:rPr>
          <w:b/>
        </w:rPr>
        <w:t xml:space="preserve">[1:01:53] </w:t>
      </w:r>
      <w:r>
        <w:t>kaise nahi clear hoga? allah taala ne dimagh isi liye diya hai ke aap khud apply karen, aur ab daryaft karen baaton ko.</w:t>
      </w:r>
    </w:p>
    <w:p>
      <w:pPr>
        <w:jc w:val="right"/>
      </w:pPr>
      <w:r>
        <w:t>کیسے نہیں کلیئر ہوگا؟ اللہ تعالی نے دماغ اسی لیے دیا ہے کہ آپ خود اپلائی کریں، اور اب دریافت کریں باتوں کو۔</w:t>
      </w:r>
    </w:p>
    <w:p>
      <w:r>
        <w:rPr>
          <w:b/>
        </w:rPr>
        <w:t xml:space="preserve">[1:02:04] </w:t>
      </w:r>
      <w:r>
        <w:t>maulana, agla sawal tariq badar sahib ne bheja hai lahore pakistan se, aur unhon ne likha hai ke today lecture added another dimension to understand the issues in life as well as in the world and the creation plan of god.</w:t>
      </w:r>
    </w:p>
    <w:p>
      <w:pPr>
        <w:jc w:val="right"/>
      </w:pPr>
      <w:r>
        <w:t>مولانا، اگلا سوال طارق بدر صاحب نے بھیجا ہے لاہور پاکستان سے، اور انہوں نے لکھا ہے کہ ٹوڈے لیکچر ایڈڈ انادر ڈائمنشن ٹو انڈرسٹینڈ دا ایشوز ان لائف ایز ویل ایز ان دا ورلڈ اینڈ دی کریشن پلان اف گاڈ۔</w:t>
      </w:r>
    </w:p>
    <w:p>
      <w:r>
        <w:rPr>
          <w:b/>
        </w:rPr>
        <w:t xml:space="preserve">[1:02:22] </w:t>
      </w:r>
      <w:r>
        <w:t>jazak allah. my question is, why non muslims are not allowed to visit mecca and medina, and what is the background of this law?</w:t>
      </w:r>
    </w:p>
    <w:p>
      <w:pPr>
        <w:jc w:val="right"/>
      </w:pPr>
      <w:r>
        <w:t>جزاک اللہ۔ مائی کوئسچن از، وائی نان مسلمز ار ناٹ الاؤڈ ٹو وزٹ مکہ اینڈ مدینہ، اینڈ واٹ از دا بیک گراؤنڈ اف دس لاء؟</w:t>
      </w:r>
    </w:p>
    <w:p>
      <w:r>
        <w:rPr>
          <w:b/>
        </w:rPr>
        <w:t xml:space="preserve">[1:02:36] </w:t>
      </w:r>
      <w:r>
        <w:t>dekhiye, is se pehle main bata chuka hoon ke pehle aisa nahi tha, pehle sabhi log aate the. aur is ka saboot yeh hai ke kaaba mein but pahunch gaya to mushrikeen to pahunchayenge, but muahhid kaise but pahunchayega?</w:t>
      </w:r>
    </w:p>
    <w:p>
      <w:pPr>
        <w:jc w:val="right"/>
      </w:pPr>
      <w:r>
        <w:t>دیکھیے، اس سے پہلے میں بتا چکا ہوں کہ پہلے ایسا نہیں تھا، پہلے سبھی لوگ آتے تھے۔ اور اس کا ثبوت یہ ہے کہ کعبہ میں بت پہنچ گیا تو مشرکین تو پہنچائیں گے، بت معاہد کیسے بت پہنچائے گا؟</w:t>
      </w:r>
    </w:p>
    <w:p>
      <w:r>
        <w:rPr>
          <w:b/>
        </w:rPr>
        <w:t xml:space="preserve">[1:02:51] </w:t>
      </w:r>
      <w:r>
        <w:t>kaaba mein jo but pahuncha kai so ki tadad mein to woh mushrikeen to the, woh jo pahunchaya unhon ne muahhid kyon pahunchayega wahan?</w:t>
      </w:r>
    </w:p>
    <w:p>
      <w:pPr>
        <w:jc w:val="right"/>
      </w:pPr>
      <w:r>
        <w:t>کعبہ میں جو بت پہنچا کئی سو کی تعداد میں تو وہ مشرکین تو تھے، وہ جو پہنچایا انہوں نے معاہد کیوں پہنچائے گا وہاں؟</w:t>
      </w:r>
    </w:p>
    <w:p>
      <w:r>
        <w:rPr>
          <w:b/>
        </w:rPr>
        <w:t xml:space="preserve">[1:03:01] </w:t>
      </w:r>
      <w:r>
        <w:t>to yeh dekha gaya ke log is is azaadi ko besood karte hain. yani yeh nahi kaha ke dekh kar chale jayen, wahan apna but rakh dete hain.</w:t>
      </w:r>
    </w:p>
    <w:p>
      <w:pPr>
        <w:jc w:val="right"/>
      </w:pPr>
      <w:r>
        <w:t>تو یہ دیکھا گیا کہ لوگ اس اس آزادی کو بسود کرتے ہیں۔ یعنی یہ نہیں کہا کہ دیکھ کر چلے جائیں، وہاں اپنا بت رکھ دیتے ہیں۔</w:t>
      </w:r>
    </w:p>
    <w:p>
      <w:r>
        <w:rPr>
          <w:b/>
        </w:rPr>
        <w:t xml:space="preserve">[1:03:18] </w:t>
      </w:r>
      <w:r>
        <w:t>woh but jo the wahan kaaba bohat chote chote the, yani bara bara abu lahor ki tarah nahi tha. woh aap jeeb mein rakh ke le aa sakte hain, aisa tha. woh</w:t>
      </w:r>
    </w:p>
    <w:p>
      <w:pPr>
        <w:jc w:val="right"/>
      </w:pPr>
      <w:r>
        <w:t>وہ بت جو تھے وہاں کعبہ بہت چھوٹے چھوٹے تھے، یعنی بڑا بڑا ابو لہور کی طرح نہیں تھا۔ وہ آپ جیب میں رکھ کے لے آ سکتے ہیں، ایسا تھا۔ وہ</w:t>
      </w:r>
    </w:p>
    <w:p>
      <w:r>
        <w:rPr>
          <w:b/>
        </w:rPr>
        <w:t xml:space="preserve">[1:03:27] </w:t>
      </w:r>
      <w:r>
        <w:t>jitne but the kaaba mein, woh abu lahor ki tarah the, nahi the bare bare. to aadmi jaye, jeeb mein rakhi hui hai, wahan rakh ke chala gaya.</w:t>
      </w:r>
    </w:p>
    <w:p>
      <w:pPr>
        <w:jc w:val="right"/>
      </w:pPr>
      <w:r>
        <w:t>جتنے بت تھے کعبہ میں، وہ ابو لہور کی طرح تھے، نہیں تھے بڑے بڑے۔ تو آدمی جائے، جیب میں رکھی ہوئی ہے، وہاں رکھ کے چلا گیا۔</w:t>
      </w:r>
    </w:p>
    <w:p>
      <w:r>
        <w:rPr>
          <w:b/>
        </w:rPr>
        <w:t xml:space="preserve">[1:03:39] </w:t>
      </w:r>
      <w:r>
        <w:t>to is ki precaution ke taur par is tajrube ke baad aisa kiya gaya. main samajhta hoon ke bilkul sahi sahi kiya gaya hai, warna aaj bhi wahi mamla baqi rehta hai.</w:t>
      </w:r>
    </w:p>
    <w:p>
      <w:pPr>
        <w:jc w:val="right"/>
      </w:pPr>
      <w:r>
        <w:t>تو اس کی پریکاشن کے طور پر اس تجربے کے بعد ایسا کیا گیا۔ میں سمجھتا ہوں کہ بالکل صحیح صحیح کیا گیا ہے، ورنہ آج بھی وہی معاملہ باقی رہتا ہے۔</w:t>
      </w:r>
    </w:p>
    <w:p>
      <w:r>
        <w:rPr>
          <w:b/>
        </w:rPr>
        <w:t xml:space="preserve">[1:03:53] </w:t>
      </w:r>
      <w:r>
        <w:t>insaan ajib o ghareeb makhlooq hai,</w:t>
      </w:r>
    </w:p>
    <w:p>
      <w:pPr>
        <w:jc w:val="right"/>
      </w:pPr>
      <w:r>
        <w:t>انسان عجیب و غریب مخلوق ہے،</w:t>
      </w:r>
    </w:p>
    <w:p>
      <w:r>
        <w:rPr>
          <w:b/>
        </w:rPr>
        <w:t xml:space="preserve">[1:03:55] </w:t>
      </w:r>
      <w:r>
        <w:t>azaadi ko masood karna jo hai, us ki burai ko woh janta hi nahi. okay, so we will end the session now.</w:t>
      </w:r>
    </w:p>
    <w:p>
      <w:pPr>
        <w:jc w:val="right"/>
      </w:pPr>
      <w:r>
        <w:t>آزادی کو مسود کرنا جو ہے، اس کی برائی کو وہ جانتا ہی نہیں۔ اوکے، سو وی ویل اینڈ دی سیشن ناو۔</w:t>
      </w:r>
    </w:p>
    <w:p>
      <w:r>
        <w:rPr>
          <w:b/>
        </w:rPr>
        <w:t xml:space="preserve">[1:04:05] </w:t>
      </w:r>
      <w:r>
        <w:t>thank you.</w:t>
      </w:r>
    </w:p>
    <w:p>
      <w:pPr>
        <w:jc w:val="right"/>
      </w:pPr>
      <w:r>
        <w:t>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