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Repeats Itself 10th March 2013</w:t>
      </w:r>
    </w:p>
    <w:p>
      <w:r>
        <w:t>https://youtu.be/dsjxiXLPXeg</w:t>
      </w:r>
    </w:p>
    <w:p>
      <w:r>
        <w:rPr>
          <w:b/>
        </w:rPr>
        <w:t xml:space="preserve">[00:14] </w:t>
      </w:r>
      <w:r>
        <w:t>bismillah rahman rahim, wa salallahu ala nabiyil karim. rab ishrah li sadri, wa yassir li amri, wahlul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[00:30] </w:t>
      </w:r>
      <w:r>
        <w:t>aaj ka topic hai</w:t>
      </w:r>
    </w:p>
    <w:p>
      <w:pPr>
        <w:jc w:val="right"/>
      </w:pPr>
      <w:r>
        <w:t>آج کا ٹاپک ہے</w:t>
      </w:r>
    </w:p>
    <w:p>
      <w:r>
        <w:rPr>
          <w:b/>
        </w:rPr>
        <w:t xml:space="preserve">[00:35] </w:t>
      </w:r>
      <w:r>
        <w:t>tareekh insani ke bare mein allah ka ek qanoon.</w:t>
      </w:r>
    </w:p>
    <w:p>
      <w:pPr>
        <w:jc w:val="right"/>
      </w:pPr>
      <w:r>
        <w:t>تاریخ انسانی کے بارے میں اللہ کا ایک قانون۔</w:t>
      </w:r>
    </w:p>
    <w:p>
      <w:r>
        <w:rPr>
          <w:b/>
        </w:rPr>
        <w:t xml:space="preserve">[00:45] </w:t>
      </w:r>
      <w:r>
        <w:t>kyonke aaj</w:t>
      </w:r>
    </w:p>
    <w:p>
      <w:pPr>
        <w:jc w:val="right"/>
      </w:pPr>
      <w:r>
        <w:t>کیونکہ آج</w:t>
      </w:r>
    </w:p>
    <w:p>
      <w:r>
        <w:rPr>
          <w:b/>
        </w:rPr>
        <w:t xml:space="preserve">[00:49] </w:t>
      </w:r>
      <w:r>
        <w:t>march 2013 ki 10 tareekh hai, kal dilli mein ek bara function tha jis mein mujh ko bhi jana hua.</w:t>
      </w:r>
    </w:p>
    <w:p>
      <w:pPr>
        <w:jc w:val="right"/>
      </w:pPr>
      <w:r>
        <w:t>مارچ 2013 کی 10 تاریخ ہے، کل دلی میں ایک بڑا فنکشن تھا جس میں مجھ کو بھی جانا ہوا۔</w:t>
      </w:r>
    </w:p>
    <w:p>
      <w:r>
        <w:rPr>
          <w:b/>
        </w:rPr>
        <w:t xml:space="preserve">[01:03] </w:t>
      </w:r>
      <w:r>
        <w:t>to wahan ek tajruba hua, ek experience. is tajrube se ek bohat bari baat samajh mein aayi.</w:t>
      </w:r>
    </w:p>
    <w:p>
      <w:pPr>
        <w:jc w:val="right"/>
      </w:pPr>
      <w:r>
        <w:t>تو وہاں ایک تجربہ ہوا، ایک ایکسپیرینس۔ اس تجربے سے ایک بہت بڑی بات سمجھ میں آئی۔</w:t>
      </w:r>
    </w:p>
    <w:p>
      <w:r>
        <w:rPr>
          <w:b/>
        </w:rPr>
        <w:t xml:space="preserve">[01:16] </w:t>
      </w:r>
      <w:r>
        <w:t>bohat bari baat. jo aap sab ke liye aur dawat ke liye bohat zyada important hai.</w:t>
      </w:r>
    </w:p>
    <w:p>
      <w:pPr>
        <w:jc w:val="right"/>
      </w:pPr>
      <w:r>
        <w:t>بہت بڑی بات۔ جو آپ سب کے لیے اور دعوت کے لیے بہت زیادہ امپورٹنٹ ہے۔</w:t>
      </w:r>
    </w:p>
    <w:p>
      <w:r>
        <w:rPr>
          <w:b/>
        </w:rPr>
        <w:t xml:space="preserve">[01:26] </w:t>
      </w:r>
      <w:r>
        <w:t>daikhen, hum sab aap jante hain ke ek purana misl hai: "History repeats itself"۔ tareekh apne aap ko dohrati hai۔</w:t>
      </w:r>
    </w:p>
    <w:p>
      <w:pPr>
        <w:jc w:val="right"/>
      </w:pPr>
      <w:r>
        <w:t>دیکھیں، ہم سب آپ جانتے ہیں کہ ایک پرانا مثل ہے: "History repeats itself"۔ تاریخ اپنے آپ کو دہراتی ہے۔</w:t>
      </w:r>
    </w:p>
    <w:p>
      <w:r>
        <w:rPr>
          <w:b/>
        </w:rPr>
        <w:t xml:space="preserve">[01:39] </w:t>
      </w:r>
      <w:r>
        <w:t>kyunke main samajhta hoon, chahe secular log hon, chahe religious log hon, jisko bohat hi limited sense mein lete hain۔ aur khud apni zindagi ke liye koi bara principle to koi bhi ikhtiyar nahi kar pata،</w:t>
      </w:r>
    </w:p>
    <w:p>
      <w:pPr>
        <w:jc w:val="right"/>
      </w:pPr>
      <w:r>
        <w:t>کیونکہ میں سمجھتا ہوں، چاہے سیکولر لوگ ہوں، چاہے ریلیجیس لوگ ہوں، جس کو بہت ہی لمیٹڈ سینس میں لیتے ہیں۔ اور خود اپنی زندگی کے لیے کوئی بڑا پرنسپل تو کوئی بھی اختیار نہیں کر پاتا،</w:t>
      </w:r>
    </w:p>
    <w:p>
      <w:r>
        <w:rPr>
          <w:b/>
        </w:rPr>
        <w:t xml:space="preserve">[01:56] </w:t>
      </w:r>
      <w:r>
        <w:t>jahan tak ke main janta hoon۔</w:t>
      </w:r>
    </w:p>
    <w:p>
      <w:pPr>
        <w:jc w:val="right"/>
      </w:pPr>
      <w:r>
        <w:t>جہاں تک کہ میں جانتا ہوں۔</w:t>
      </w:r>
    </w:p>
    <w:p>
      <w:r>
        <w:rPr>
          <w:b/>
        </w:rPr>
        <w:t xml:space="preserve">[02:01] </w:t>
      </w:r>
      <w:r>
        <w:t>daikhen, "History repeats itself" kya cheez hai؟</w:t>
      </w:r>
    </w:p>
    <w:p>
      <w:pPr>
        <w:jc w:val="right"/>
      </w:pPr>
      <w:r>
        <w:t>دیکھیں، "History repeats itself" کیا چیز ہے؟</w:t>
      </w:r>
    </w:p>
    <w:p>
      <w:r>
        <w:rPr>
          <w:b/>
        </w:rPr>
        <w:t xml:space="preserve">[02:08] </w:t>
      </w:r>
      <w:r>
        <w:t>Allah ne yeh kainat banai۔ is mein ek material world hai, ek human world hai۔ to material world mein ek repetition har din hota hai۔</w:t>
      </w:r>
    </w:p>
    <w:p>
      <w:pPr>
        <w:jc w:val="right"/>
      </w:pPr>
      <w:r>
        <w:t>اللہ نے یہ کائنات بنائی۔ اس میں ایک مٹیریل ورلڈ ہے، ایک ہیومن ورلڈ ہے۔ تو مٹیریل ورلڈ میں ایک ریپیٹیشن ہر دن ہوتا ہے۔</w:t>
      </w:r>
    </w:p>
    <w:p>
      <w:r>
        <w:rPr>
          <w:b/>
        </w:rPr>
        <w:t xml:space="preserve">[02:24] </w:t>
      </w:r>
      <w:r>
        <w:t>jaise suraj doobta hai, phir nikalta hai۔ raat aati hai, phir din aa jata hai is ke baad۔ ek mausam aata hai, phir doosra mausam aa jata hai۔</w:t>
      </w:r>
    </w:p>
    <w:p>
      <w:pPr>
        <w:jc w:val="right"/>
      </w:pPr>
      <w:r>
        <w:t>جیسے سورج ڈوبتا ہے، پھر نکلتا ہے۔ رات آتی ہے، پھر دن آ جاتا ہے اس کے بعد۔ ایک موسم آتا ہے، پھر دوسرا موسم آ جاتا ہے۔</w:t>
      </w:r>
    </w:p>
    <w:p>
      <w:r>
        <w:rPr>
          <w:b/>
        </w:rPr>
        <w:t xml:space="preserve">[02:36] </w:t>
      </w:r>
      <w:r>
        <w:t>yani poora jo fitrat ka nizam hai, is mein aap is repetition ko bar bar dekhte hain۔</w:t>
      </w:r>
    </w:p>
    <w:p>
      <w:pPr>
        <w:jc w:val="right"/>
      </w:pPr>
      <w:r>
        <w:t>یعنی پورا جو فطرت کا نظام ہے، اس میں آپ اس ریپیٹیشن کو بار بار دیکھتے ہیں۔</w:t>
      </w:r>
    </w:p>
    <w:p>
      <w:r>
        <w:rPr>
          <w:b/>
        </w:rPr>
        <w:t xml:space="preserve">[02:47] </w:t>
      </w:r>
      <w:r>
        <w:t>agarche sochte koi bhi nahi ke beharhal yeh repeat ho raha hai۔ Allah ka qanoon</w:t>
      </w:r>
    </w:p>
    <w:p>
      <w:pPr>
        <w:jc w:val="right"/>
      </w:pPr>
      <w:r>
        <w:t>اگرچہ سوچتے کوئی بھی نہیں کہ بہرحال یہ ریپیٹ ہو رہا ہے۔ اللہ کا قانون</w:t>
      </w:r>
    </w:p>
    <w:p>
      <w:r>
        <w:rPr>
          <w:b/>
        </w:rPr>
        <w:t xml:space="preserve">[02:56] </w:t>
      </w:r>
      <w:r>
        <w:t>natural world mein barabar repeat ho raha hai۔</w:t>
      </w:r>
    </w:p>
    <w:p>
      <w:pPr>
        <w:jc w:val="right"/>
      </w:pPr>
      <w:r>
        <w:t>نیچرل ورلڈ میں برابر ریپیٹ ہو رہا ہے۔</w:t>
      </w:r>
    </w:p>
    <w:p>
      <w:r>
        <w:rPr>
          <w:b/>
        </w:rPr>
        <w:t xml:space="preserve">[03:01] </w:t>
      </w:r>
      <w:r>
        <w:t>isi tarah se human world mein bhi ho raha hai۔</w:t>
      </w:r>
    </w:p>
    <w:p>
      <w:pPr>
        <w:jc w:val="right"/>
      </w:pPr>
      <w:r>
        <w:t>اسی طرح سے ہیومن ورلڈ میں بھی ہو رہا ہے۔</w:t>
      </w:r>
    </w:p>
    <w:p>
      <w:r>
        <w:rPr>
          <w:b/>
        </w:rPr>
        <w:t xml:space="preserve">[03:07] </w:t>
      </w:r>
      <w:r>
        <w:t>lekin dono mein ek farq hai۔ natural world mein jo repetition hai, woh bilkul wahi ka wahi hota hai, as it is۔</w:t>
      </w:r>
    </w:p>
    <w:p>
      <w:pPr>
        <w:jc w:val="right"/>
      </w:pPr>
      <w:r>
        <w:t>لیکن دونوں میں ایک فرق ہے۔ نیچرل ورلڈ میں جو ریپیٹیشن ہے، وہ بالکل وہی کا وہی ہوتا ہے، as it is۔</w:t>
      </w:r>
    </w:p>
    <w:p>
      <w:r>
        <w:rPr>
          <w:b/>
        </w:rPr>
        <w:t xml:space="preserve">[03:18] </w:t>
      </w:r>
      <w:r>
        <w:t>jis tarah se kal suraj dooba tha, nikalta tha۔ aaj bhi isi tarah suraj doobega, doobega aur niklega۔</w:t>
      </w:r>
    </w:p>
    <w:p>
      <w:pPr>
        <w:jc w:val="right"/>
      </w:pPr>
      <w:r>
        <w:t>جس طرح سے کل سورج ڈوبا تھا، نکلتا تھا۔ آج بھی اسی طرح سورج ڈوبے گا، ڈوبے گا اور نکلے گا۔</w:t>
      </w:r>
    </w:p>
    <w:p>
      <w:r>
        <w:rPr>
          <w:b/>
        </w:rPr>
        <w:t xml:space="preserve">[03:26] </w:t>
      </w:r>
      <w:r>
        <w:t>jitne bhi fitrat ke waqeat hain, isi tarah se repeat hote hain, bar bar۔</w:t>
      </w:r>
    </w:p>
    <w:p>
      <w:pPr>
        <w:jc w:val="right"/>
      </w:pPr>
      <w:r>
        <w:t>جتنے بھی فطرت کے واقعات ہیں، اسی طرح سے ریپیٹ ہوتے ہیں، بار بار۔</w:t>
      </w:r>
    </w:p>
    <w:p>
      <w:r>
        <w:rPr>
          <w:b/>
        </w:rPr>
        <w:t xml:space="preserve">[03:39] </w:t>
      </w:r>
      <w:r>
        <w:t>jis tarah se hazaron saal pehle ek bacha paida hua tha apni maan ke pait se, woh aise hi phir paida hote hain, phir paida hote hain, phir hote hain۔</w:t>
      </w:r>
    </w:p>
    <w:p>
      <w:pPr>
        <w:jc w:val="right"/>
      </w:pPr>
      <w:r>
        <w:t>جس طرح سے ہزاروں سال پہلے ایک بچہ پیدا ہوا تھا اپنی ماں کے پیٹ سے، وہ ایسے ہی پھر پیدا ہوتے ہیں، پھر پیدا ہوتے ہیں، پھر ہوتے ہیں۔</w:t>
      </w:r>
    </w:p>
    <w:p>
      <w:r>
        <w:rPr>
          <w:b/>
        </w:rPr>
        <w:t xml:space="preserve">[03:49] </w:t>
      </w:r>
      <w:r>
        <w:t>to yeh repetition isi tarah hota hai jaisa ek bar hua tha۔</w:t>
      </w:r>
    </w:p>
    <w:p>
      <w:pPr>
        <w:jc w:val="right"/>
      </w:pPr>
      <w:r>
        <w:t>تو یہ ریپیٹیشن اسی طرح ہوتا ہے جیسا ایک بار ہوا تھا۔</w:t>
      </w:r>
    </w:p>
    <w:p>
      <w:r>
        <w:rPr>
          <w:b/>
        </w:rPr>
        <w:t xml:space="preserve">[03:56] </w:t>
      </w:r>
      <w:r>
        <w:t>lekin human world mein jo repetition hota hai, woh apne form ke aitbar se nahi hota۔</w:t>
      </w:r>
    </w:p>
    <w:p>
      <w:pPr>
        <w:jc w:val="right"/>
      </w:pPr>
      <w:r>
        <w:t>لیکن ہیومن ورلڈ میں جو ریپیٹیشن ہوتا ہے، وہ اپنے فارم کے اعتبار سے نہیں ہوتا۔</w:t>
      </w:r>
    </w:p>
    <w:p>
      <w:r>
        <w:rPr>
          <w:b/>
        </w:rPr>
        <w:t xml:space="preserve">[04:09] </w:t>
      </w:r>
      <w:r>
        <w:t>woh hota hai apne, yani content ke aitbar se kahiye, apne nature ke aitbar se۔</w:t>
      </w:r>
    </w:p>
    <w:p>
      <w:pPr>
        <w:jc w:val="right"/>
      </w:pPr>
      <w:r>
        <w:t>وہ ہوتا ہے اپنے، یعنی کنٹینٹ کے اعتبار سے کہیے، اپنے نیچر کے اعتبار سے۔</w:t>
      </w:r>
    </w:p>
    <w:p>
      <w:r>
        <w:rPr>
          <w:b/>
        </w:rPr>
        <w:t xml:space="preserve">[04:20] </w:t>
      </w:r>
      <w:r>
        <w:t>to agarche repetition hua, lekin aap ne jana nahi hai is ko۔</w:t>
      </w:r>
    </w:p>
    <w:p>
      <w:pPr>
        <w:jc w:val="right"/>
      </w:pPr>
      <w:r>
        <w:t>تو اگرچہ ریپیٹیشن ہوا، لیکن آپ نے جانا نہیں ہے اس کو۔</w:t>
      </w:r>
    </w:p>
    <w:p>
      <w:r>
        <w:rPr>
          <w:b/>
        </w:rPr>
        <w:t xml:space="preserve">[04:29] </w:t>
      </w:r>
      <w:r>
        <w:t>yani wahan to kisan jaan leta hai ke depression hua hai, mujhe naya chance diya gaya hai, woh is ko dorta hai is ko lene ke liye۔</w:t>
      </w:r>
    </w:p>
    <w:p>
      <w:pPr>
        <w:jc w:val="right"/>
      </w:pPr>
      <w:r>
        <w:t>یعنی وہاں تو کسان جان لیتا ہے کہ ڈپریشن ہوا ہے، مجھے نیا چانس دیا گیا ہے، وہ اس کو دوڑتا ہے اس کو لینے کے لیے۔</w:t>
      </w:r>
    </w:p>
    <w:p>
      <w:r>
        <w:rPr>
          <w:b/>
        </w:rPr>
        <w:t xml:space="preserve">[04:38] </w:t>
      </w:r>
      <w:r>
        <w:t>lekin human world mein, ya human history mein,</w:t>
      </w:r>
    </w:p>
    <w:p>
      <w:pPr>
        <w:jc w:val="right"/>
      </w:pPr>
      <w:r>
        <w:t>لیکن ہیومن ورلڈ میں، یا ہیومن ہسٹری میں،</w:t>
      </w:r>
    </w:p>
    <w:p>
      <w:r>
        <w:rPr>
          <w:b/>
        </w:rPr>
        <w:t xml:space="preserve">[04:45] </w:t>
      </w:r>
      <w:r>
        <w:t>jo divine law repeat ho raha hai, is ko na janne ki wajah se log kya karte hain؟ is ko avail nahi kar paate۔</w:t>
      </w:r>
    </w:p>
    <w:p>
      <w:pPr>
        <w:jc w:val="right"/>
      </w:pPr>
      <w:r>
        <w:t>جو ڈیوائن لا ریپیٹ ہو رہا ہے، اس کو نہ جاننے کی وجہ سے لوگ کیا کرتے ہیں؟ اس کو اویل نہیں کر پاتے۔</w:t>
      </w:r>
    </w:p>
    <w:p>
      <w:r>
        <w:rPr>
          <w:b/>
        </w:rPr>
        <w:t xml:space="preserve">[04:59] </w:t>
      </w:r>
      <w:r>
        <w:t>human history mein jo historical opportunities bar bar aati hain, bar bar aati hain, is ko avail karne ka mamla fifty fifty mamla</w:t>
      </w:r>
    </w:p>
    <w:p>
      <w:pPr>
        <w:jc w:val="right"/>
      </w:pPr>
      <w:r>
        <w:t>ہیومن ہسٹری میں جو ہسٹوریکل اپرچونیٹیز بار بار آتی ہیں، بار بار آتی ہیں، اس کو اویل کرنے کا معاملہ ففٹی ففٹی معامل</w:t>
      </w:r>
    </w:p>
    <w:p>
      <w:r>
        <w:rPr>
          <w:b/>
        </w:rPr>
        <w:t xml:space="preserve">[05:13] </w:t>
      </w:r>
      <w:r>
        <w:t>hai۔ yani aap ko fifty percent yeh prove karna parega ke aap ne apne aap ko itna intellectually develop kiya tha ke aap is ko recognize kar saken۔</w:t>
      </w:r>
    </w:p>
    <w:p>
      <w:pPr>
        <w:jc w:val="right"/>
      </w:pPr>
      <w:r>
        <w:t>ہ ہے۔ یعنی آپ کو ففٹی پرسنٹ یہ پروف کرنا پڑے گا کہ آپ نے اپنے آپ کو اتنا انٹلیکچولی ڈویلپ کیا تھا کہ آپ اس کو ریکگنائز کر سکیں۔</w:t>
      </w:r>
    </w:p>
    <w:p>
      <w:r>
        <w:rPr>
          <w:b/>
        </w:rPr>
        <w:t xml:space="preserve">[05:27] </w:t>
      </w:r>
      <w:r>
        <w:t>is ko jaan saken۔ tab is ko avail kar paayenge۔ nahi to kya hoga؟ woh repeat hoga aur aap is ko jaan nahi paayenge۔</w:t>
      </w:r>
    </w:p>
    <w:p>
      <w:pPr>
        <w:jc w:val="right"/>
      </w:pPr>
      <w:r>
        <w:t>اس کو جان سکیں۔ تب اس کو اویل کر پائیں گے۔ نہیں تو کیا ہوگا؟ وہ ریپیٹ ہوگا اور آپ اس کو جان نہیں پائیں گے۔</w:t>
      </w:r>
    </w:p>
    <w:p>
      <w:r>
        <w:rPr>
          <w:b/>
        </w:rPr>
        <w:t xml:space="preserve">[05:39] </w:t>
      </w:r>
      <w:r>
        <w:t>kyunke form wahi ka wahi nahi hoga۔ form badla hua hoga۔</w:t>
      </w:r>
    </w:p>
    <w:p>
      <w:pPr>
        <w:jc w:val="right"/>
      </w:pPr>
      <w:r>
        <w:t>کیونکہ فارم وہی کا وہی نہیں ہوگا۔ فارم بدلا ہوا ہوگا۔</w:t>
      </w:r>
    </w:p>
    <w:p>
      <w:r>
        <w:rPr>
          <w:b/>
        </w:rPr>
        <w:t xml:space="preserve">[05:45] </w:t>
      </w:r>
      <w:r>
        <w:t>ab mein kal ka jo waqia guzra, us ko batane ke liye aap ko sab se pehle pichhle daur ka waqia batata hoon.</w:t>
      </w:r>
    </w:p>
    <w:p>
      <w:pPr>
        <w:jc w:val="right"/>
      </w:pPr>
      <w:r>
        <w:t>اب میں کل کا جو واقعہ گزرا، اس کو بتانے کے لیے آپ کو سب سے پہلے پچھلے دور کا واقعہ بتاتا ہوں۔</w:t>
      </w:r>
    </w:p>
    <w:p>
      <w:r>
        <w:rPr>
          <w:b/>
        </w:rPr>
        <w:t xml:space="preserve">[05:55] </w:t>
      </w:r>
      <w:r>
        <w:t>rasool allah ke zamane ka waqia. rasool allah jab madine mein thay, yaani ab se chaudah so saal pehle,</w:t>
      </w:r>
    </w:p>
    <w:p>
      <w:pPr>
        <w:jc w:val="right"/>
      </w:pPr>
      <w:r>
        <w:t>رسول اللہ کے زمانے کا واقعہ۔ رسول اللہ جب مدینے میں تھے، یعنی اب سے چودہ سو سال پہلے،</w:t>
      </w:r>
    </w:p>
    <w:p>
      <w:r>
        <w:rPr>
          <w:b/>
        </w:rPr>
        <w:t xml:space="preserve">[06:09] </w:t>
      </w:r>
      <w:r>
        <w:t>to ek waqia pesh aaya wahan par.</w:t>
      </w:r>
    </w:p>
    <w:p>
      <w:pPr>
        <w:jc w:val="right"/>
      </w:pPr>
      <w:r>
        <w:t>تو ایک واقعہ پیش آیا وہاں پر۔</w:t>
      </w:r>
    </w:p>
    <w:p>
      <w:r>
        <w:rPr>
          <w:b/>
        </w:rPr>
        <w:t xml:space="preserve">[06:13] </w:t>
      </w:r>
      <w:r>
        <w:t>ek din aap madine ki jo masjid thi, ab to bohat bari palace ki jaisi bani hui hai, us waqt to woh literally ek jhonpra thi.</w:t>
      </w:r>
    </w:p>
    <w:p>
      <w:pPr>
        <w:jc w:val="right"/>
      </w:pPr>
      <w:r>
        <w:t>ایک دن آپ مدینے کی جو مسجد تھی، اب تو بہت بڑی پیلس کی جیسی بنی ہوئی ہے، اس وقت تو وہ لٹرلی ایک جھونپڑا تھی۔</w:t>
      </w:r>
    </w:p>
    <w:p>
      <w:r>
        <w:rPr>
          <w:b/>
        </w:rPr>
        <w:t xml:space="preserve">[06:25] </w:t>
      </w:r>
      <w:r>
        <w:t>is mein aap bethe hue thay apne sahaba ke sath. to kya hua? bahar se kisi qabile se ek aadmi aata hai.</w:t>
      </w:r>
    </w:p>
    <w:p>
      <w:pPr>
        <w:jc w:val="right"/>
      </w:pPr>
      <w:r>
        <w:t>اس میں آپ بیٹھے ہوئے تھے اپنے صحابہ کے ساتھ۔ تو کیا ہوا؟ باہر سے کسی قبیلے سے ایک آدمی آتا ہے۔</w:t>
      </w:r>
    </w:p>
    <w:p>
      <w:r>
        <w:rPr>
          <w:b/>
        </w:rPr>
        <w:t xml:space="preserve">[06:36] </w:t>
      </w:r>
      <w:r>
        <w:t>iska zamaam, iska naam history mein aata hai, zamaam bin salbah. zamaam bin salbah.</w:t>
      </w:r>
    </w:p>
    <w:p>
      <w:pPr>
        <w:jc w:val="right"/>
      </w:pPr>
      <w:r>
        <w:t>اس کا زمام، اس کا نام ہسٹری میں آتا ہے، زمام بن سالبہ۔ زمام بن سالبہ۔</w:t>
      </w:r>
    </w:p>
    <w:p>
      <w:r>
        <w:rPr>
          <w:b/>
        </w:rPr>
        <w:t xml:space="preserve">[06:46] </w:t>
      </w:r>
      <w:r>
        <w:t>to oont par baith kar aaya woh bahar se. poochta hua pahuncha wahan masjid ke darwaze par.</w:t>
      </w:r>
    </w:p>
    <w:p>
      <w:pPr>
        <w:jc w:val="right"/>
      </w:pPr>
      <w:r>
        <w:t>تو اونٹ پر بیٹھ کر آیا وہ باہر سے۔ پوچھتا ہوا پہنچا وہاں مسجد کے دروازے پر۔</w:t>
      </w:r>
    </w:p>
    <w:p>
      <w:r>
        <w:rPr>
          <w:b/>
        </w:rPr>
        <w:t xml:space="preserve">[06:56] </w:t>
      </w:r>
      <w:r>
        <w:t>to apne oont ko is ne bahar baandh diya. is ke baad woh masjid mein enter hua.</w:t>
      </w:r>
    </w:p>
    <w:p>
      <w:pPr>
        <w:jc w:val="right"/>
      </w:pPr>
      <w:r>
        <w:t>تو اپنے اونٹ کو اس نے باہر باندھ دیا۔ اس کے بعد وہ مسجد میں انٹر ہوا۔</w:t>
      </w:r>
    </w:p>
    <w:p>
      <w:r>
        <w:rPr>
          <w:b/>
        </w:rPr>
        <w:t xml:space="preserve">[07:04] </w:t>
      </w:r>
      <w:r>
        <w:t>wo log bohat hi saada fitrat log thay. woh takallufat nahi karate thay. be takalluf baat karte thay.</w:t>
      </w:r>
    </w:p>
    <w:p>
      <w:pPr>
        <w:jc w:val="right"/>
      </w:pPr>
      <w:r>
        <w:t>وہ لوگ بہت ہی سادہ فطرت لوگ تھے۔ وہ تکلفات نہیں کراتے تھے۔ بے تکلف بات کرتے تھے۔</w:t>
      </w:r>
    </w:p>
    <w:p>
      <w:r>
        <w:rPr>
          <w:b/>
        </w:rPr>
        <w:t xml:space="preserve">[07:15] </w:t>
      </w:r>
      <w:r>
        <w:t>koi tamheed nahi. to dakhil hote hi woh kya kehta hai? "aikum ibn abdul muttalib". aaj kal kya hai?</w:t>
      </w:r>
    </w:p>
    <w:p>
      <w:pPr>
        <w:jc w:val="right"/>
      </w:pPr>
      <w:r>
        <w:t>کوئی تمہید نہیں۔ تو داخل ہوتے ہی وہ کیا کہتا ہے؟ "ایکم ابن عبدالمطلب"۔ آج کل کیا ہے؟</w:t>
      </w:r>
    </w:p>
    <w:p>
      <w:r>
        <w:rPr>
          <w:b/>
        </w:rPr>
        <w:t xml:space="preserve">[07:24] </w:t>
      </w:r>
      <w:r>
        <w:t>aap jayenge to "assalam o alaikum". khairiyat hai? sab theek hai? baat bachche achhe hain? yeh sab maani chalta tha.</w:t>
      </w:r>
    </w:p>
    <w:p>
      <w:pPr>
        <w:jc w:val="right"/>
      </w:pPr>
      <w:r>
        <w:t>آپ جائیں گے تو "السلام علیکم"۔ خیریت ہے؟ سب ٹھیک ہے؟ بات بچے اچھے ہیں؟ یہ سب معنی چلتا تھا۔</w:t>
      </w:r>
    </w:p>
    <w:p>
      <w:r>
        <w:rPr>
          <w:b/>
        </w:rPr>
        <w:t xml:space="preserve">[07:33] </w:t>
      </w:r>
      <w:r>
        <w:t>dakhil hote hi woh kehta hai "aikum ibn abdul muttalib". yaani tum mein se kaun hai jo abdul muttalib ka beta hai?</w:t>
      </w:r>
    </w:p>
    <w:p>
      <w:pPr>
        <w:jc w:val="right"/>
      </w:pPr>
      <w:r>
        <w:t>داخل ہوتے ہی وہ کہتا ہے "ایکم ابن عبدالمطلب"۔ یعنی تم میں سے کون ہے جو عبدالمطلب کا بیٹا ہے؟</w:t>
      </w:r>
    </w:p>
    <w:p>
      <w:r>
        <w:rPr>
          <w:b/>
        </w:rPr>
        <w:t xml:space="preserve">[07:42] </w:t>
      </w:r>
      <w:r>
        <w:t>matlab tha aap ka ke muhammad bin abdullah ibn abdul muttalib. yaani woh insaan kaun hai jis ka naam muhammad hai? to rasool allah ne kaha ke mein hoon.</w:t>
      </w:r>
    </w:p>
    <w:p>
      <w:pPr>
        <w:jc w:val="right"/>
      </w:pPr>
      <w:r>
        <w:t>مطلب تھا آپ کا کہ محمد بن عبداللہ ابن عبدالمطلب۔ یعنی وہ انسان کون ہے جس کا نام محمد ہے؟ تو رسول اللہ نے کہا کہ میں ہوں۔</w:t>
      </w:r>
    </w:p>
    <w:p>
      <w:r>
        <w:rPr>
          <w:b/>
        </w:rPr>
        <w:t xml:space="preserve">[07:57] </w:t>
      </w:r>
      <w:r>
        <w:t>to bilkul direct sawal karta hai woh. direct sawal.</w:t>
      </w:r>
    </w:p>
    <w:p>
      <w:pPr>
        <w:jc w:val="right"/>
      </w:pPr>
      <w:r>
        <w:t>تو بالکل ڈائریکٹ سوال کرتا ہے وہ۔ ڈائریکٹ سوال۔</w:t>
      </w:r>
    </w:p>
    <w:p>
      <w:r>
        <w:rPr>
          <w:b/>
        </w:rPr>
        <w:t xml:space="preserve">[08:05] </w:t>
      </w:r>
      <w:r>
        <w:t>dekhein yeh waqia maine apni kitab mein likha hai. aap is ko dekh sakte hain. urdu mein "kitab al inqilab" mein woh hai page number one hundred twenty three.</w:t>
      </w:r>
    </w:p>
    <w:p>
      <w:pPr>
        <w:jc w:val="right"/>
      </w:pPr>
      <w:r>
        <w:t>دیکھیں یہ واقعہ میں نے اپنی کتاب میں لکھا ہے۔ آپ اس کو دیکھ سکتے ہیں۔ اردو میں "کتاب الانقلاب" میں وہ ہے پیج نمبر ون ہنڈرڈ ٹوئنٹی تھری۔</w:t>
      </w:r>
    </w:p>
    <w:p>
      <w:r>
        <w:rPr>
          <w:b/>
        </w:rPr>
        <w:t xml:space="preserve">[08:20] </w:t>
      </w:r>
      <w:r>
        <w:t>english mein "prophet of islam" mein hai woh page number one thirty three mein. to kya sawal karta hai pehle woh?</w:t>
      </w:r>
    </w:p>
    <w:p>
      <w:pPr>
        <w:jc w:val="right"/>
      </w:pPr>
      <w:r>
        <w:t>انگلش میں "پرافٹ آف اسلام" میں ہے وہ پیج نمبر ون تھرٹی تھری میں۔ تو کیا سوال کرتا ہے پہلے وہ؟</w:t>
      </w:r>
    </w:p>
    <w:p>
      <w:r>
        <w:rPr>
          <w:b/>
        </w:rPr>
        <w:t xml:space="preserve">[08:32] </w:t>
      </w:r>
      <w:r>
        <w:t>pehla sawal, direct.</w:t>
      </w:r>
    </w:p>
    <w:p>
      <w:pPr>
        <w:jc w:val="right"/>
      </w:pPr>
      <w:r>
        <w:t>پہلا سوال، ڈائریکٹ۔ کہ</w:t>
      </w:r>
    </w:p>
    <w:p>
      <w:r>
        <w:rPr>
          <w:b/>
        </w:rPr>
        <w:t xml:space="preserve">[08:41] </w:t>
      </w:r>
      <w:r>
        <w:t>mein aap ko qasam dilata hoon. qasam dilata hoon. is khuda ki jis ko aap mante hain. aur is khuda ki jis ko doosre to aap log mante hain.</w:t>
      </w:r>
    </w:p>
    <w:p>
      <w:pPr>
        <w:jc w:val="right"/>
      </w:pPr>
      <w:r>
        <w:t>میں آپ کو قسم دلاتا ہوں۔ قسم دلاتا ہوں۔ اس خدا کی جس کو آپ مانتے ہیں۔ اور اس خدا کی جس کو دوسرے تو آپ لوگ مانتے ہیں۔</w:t>
      </w:r>
    </w:p>
    <w:p>
      <w:r>
        <w:rPr>
          <w:b/>
        </w:rPr>
        <w:t xml:space="preserve">[08:53] </w:t>
      </w:r>
      <w:r>
        <w:t>kya aap ko, kya aap ko khuda ne paygambar bana kar bheja hai?</w:t>
      </w:r>
    </w:p>
    <w:p>
      <w:pPr>
        <w:jc w:val="right"/>
      </w:pPr>
      <w:r>
        <w:t>کیا آپ کو، کیا آپ کو خدا نے پیغمبر بنا کر بھیجا ہے؟</w:t>
      </w:r>
    </w:p>
    <w:p>
      <w:r>
        <w:rPr>
          <w:b/>
        </w:rPr>
        <w:t xml:space="preserve">[09:00] </w:t>
      </w:r>
      <w:r>
        <w:t>aap kehte hain "allahumma nayam".</w:t>
      </w:r>
    </w:p>
    <w:p>
      <w:pPr>
        <w:jc w:val="right"/>
      </w:pPr>
      <w:r>
        <w:t>آپ کہتے ہیں "اللہم نعم"۔</w:t>
      </w:r>
    </w:p>
    <w:p>
      <w:r>
        <w:rPr>
          <w:b/>
        </w:rPr>
        <w:t xml:space="preserve">[09:06] </w:t>
      </w:r>
      <w:r>
        <w:t>koi tamheed ke baghair aap jawab dete hain ke haan. khudaya haan.</w:t>
      </w:r>
    </w:p>
    <w:p>
      <w:pPr>
        <w:jc w:val="right"/>
      </w:pPr>
      <w:r>
        <w:t>کوئی تمہید کے بغیر آپ جواب دیتے ہیں کہ ہاں۔ خدایا ہاں۔</w:t>
      </w:r>
    </w:p>
    <w:p>
      <w:r>
        <w:rPr>
          <w:b/>
        </w:rPr>
        <w:t xml:space="preserve">[09:13] </w:t>
      </w:r>
      <w:r>
        <w:t>phir isi tarah se woh kehta hai ke mein aap ko qasam dilata hoon. is khuda ki jis ko aap mante hain. is khuda ki jis ko log mante hain.</w:t>
      </w:r>
    </w:p>
    <w:p>
      <w:pPr>
        <w:jc w:val="right"/>
      </w:pPr>
      <w:r>
        <w:t>پھر اسی طرح سے وہ کہتا ہے کہ میں آپ کو قسم دلاتا ہوں۔ اس خدا کی جس کو آپ مانتے ہیں۔ اس خدا کی جس کو لوگ مانتے ہیں۔</w:t>
      </w:r>
    </w:p>
    <w:p>
      <w:r>
        <w:rPr>
          <w:b/>
        </w:rPr>
        <w:t xml:space="preserve">[09:23] </w:t>
      </w:r>
      <w:r>
        <w:t>ke aap ko khuda ne kaha hai ke hum aa kar yahan apni salat ka elaan karein.</w:t>
      </w:r>
    </w:p>
    <w:p>
      <w:pPr>
        <w:jc w:val="right"/>
      </w:pPr>
      <w:r>
        <w:t>کہ آپ کو خدا نے کہا ہے کہ ہم آ کر یہاں اپنی صلوٰۃ کا اعلان کریں۔</w:t>
      </w:r>
    </w:p>
    <w:p>
      <w:r>
        <w:rPr>
          <w:b/>
        </w:rPr>
        <w:t xml:space="preserve">[09:30] </w:t>
      </w:r>
      <w:r>
        <w:t>hum ko khuda yeh ahkam batayein. to aap ne kaha ke haan. "allahumma nayam". haan. aise hi woh bar bar sawal karta hai. har cheez ke bare mein.</w:t>
      </w:r>
    </w:p>
    <w:p>
      <w:pPr>
        <w:jc w:val="right"/>
      </w:pPr>
      <w:r>
        <w:t>ہم کو خدا یہ احکام بتائیں۔ تو آپ نے کہا کہ ہاں۔ "اللہم نعم"۔ ہاں۔ ایسے ہی وہ بار بار سوال کرتا ہے۔ ہر چیز کے بارے میں۔</w:t>
      </w:r>
    </w:p>
    <w:p>
      <w:r>
        <w:rPr>
          <w:b/>
        </w:rPr>
        <w:t xml:space="preserve">[09:40] </w:t>
      </w:r>
      <w:r>
        <w:t>jaise namaz, roza, hajj, zakat. har cheez ke bare mein. aap kehte hain haan. haan. aakhir mein kya hota hai?</w:t>
      </w:r>
    </w:p>
    <w:p>
      <w:pPr>
        <w:jc w:val="right"/>
      </w:pPr>
      <w:r>
        <w:t>جیسے نماز، روزہ، حج، زکوٰۃ۔ ہر چیز کے بارے میں۔ آپ کہتے ہیں ہاں۔ ہاں۔ آخر میں کیا ہوتا ہے؟</w:t>
      </w:r>
    </w:p>
    <w:p>
      <w:r>
        <w:rPr>
          <w:b/>
        </w:rPr>
        <w:t xml:space="preserve">[09:53] </w:t>
      </w:r>
      <w:r>
        <w:t>is sawal jawab ke baad baat final ho jati hai.</w:t>
      </w:r>
    </w:p>
    <w:p>
      <w:pPr>
        <w:jc w:val="right"/>
      </w:pPr>
      <w:r>
        <w:t>اس سوال جواب کے بعد بات فائنل ہو جاتی ہے۔</w:t>
      </w:r>
    </w:p>
    <w:p>
      <w:r>
        <w:rPr>
          <w:b/>
        </w:rPr>
        <w:t xml:space="preserve">[10:00] </w:t>
      </w:r>
      <w:r>
        <w:t>woh kehta hai ke acha hath barhaiye. main aap par baiat karta hoon. aap ki sachai par.</w:t>
      </w:r>
    </w:p>
    <w:p>
      <w:pPr>
        <w:jc w:val="right"/>
      </w:pPr>
      <w:r>
        <w:t>وہ کہتا ہے کہ اچھا ہاتھ بڑھائیے۔ میں آپ پر بیعت کرتا ہوں۔ آپ کی سچائی پر۔</w:t>
      </w:r>
    </w:p>
    <w:p>
      <w:r>
        <w:rPr>
          <w:b/>
        </w:rPr>
        <w:t xml:space="preserve">[10:09] </w:t>
      </w:r>
      <w:r>
        <w:t>yeh jo dialogue hua tha is zamane mein, yeh hamari kitabon mein aik matter of history ke tor par aap dekhenge is ko.</w:t>
      </w:r>
    </w:p>
    <w:p>
      <w:pPr>
        <w:jc w:val="right"/>
      </w:pPr>
      <w:r>
        <w:t>یہ جو ڈائیلاگ ہوا تھا اس زمانے میں، یہ ہماری کتابوں میں ایک میٹر آف ہسٹری کے طور پر آپ دیکھیں گے اس کو۔</w:t>
      </w:r>
    </w:p>
    <w:p>
      <w:r>
        <w:rPr>
          <w:b/>
        </w:rPr>
        <w:t xml:space="preserve">[10:21] </w:t>
      </w:r>
      <w:r>
        <w:t>yani kal ke tajrube mein mujhe laga ke nahi, yeh bhi repeat hota hai. yeh bhi repeat hota hai. woh kaise?</w:t>
      </w:r>
    </w:p>
    <w:p>
      <w:pPr>
        <w:jc w:val="right"/>
      </w:pPr>
      <w:r>
        <w:t>یعنی کل کے تجربے میں مجھے لگا کہ نہیں، یہ بھی ریپیٹ ہوتا ہے۔ یہ بھی ریپیٹ ہوتا ہے۔ وہ کیسے؟</w:t>
      </w:r>
    </w:p>
    <w:p>
      <w:r>
        <w:rPr>
          <w:b/>
        </w:rPr>
        <w:t xml:space="preserve">[10:32] </w:t>
      </w:r>
      <w:r>
        <w:t>kal dilli mein yahan aik bohat bara top ka seminar tha. bohat hi educated log is mein aaye thay.</w:t>
      </w:r>
    </w:p>
    <w:p>
      <w:pPr>
        <w:jc w:val="right"/>
      </w:pPr>
      <w:r>
        <w:t>کل دلی میں یہاں ایک بہت بڑا ٹاپ کا سیمینار تھا۔ بہت ہی ایجوکیٹڈ لوگ اس میں آئے تھے۔</w:t>
      </w:r>
    </w:p>
    <w:p>
      <w:r>
        <w:rPr>
          <w:b/>
        </w:rPr>
        <w:t xml:space="preserve">[10:46] </w:t>
      </w:r>
      <w:r>
        <w:t>sab English knowing log thay. aur wahan par kya tha? wahan bhi aik dialogue hi hua. agarche form badla hua tha.</w:t>
      </w:r>
    </w:p>
    <w:p>
      <w:pPr>
        <w:jc w:val="right"/>
      </w:pPr>
      <w:r>
        <w:t>سب انگلش نوئی لوگ تھے۔ اور وہاں پر کیا تھا؟ وہاں بھی ایک ڈائیلاگ ہی ہوا۔ اگرچہ فارم بدلا ہوا تھا۔</w:t>
      </w:r>
    </w:p>
    <w:p>
      <w:r>
        <w:rPr>
          <w:b/>
        </w:rPr>
        <w:t xml:space="preserve">[10:54] </w:t>
      </w:r>
      <w:r>
        <w:t>is ka format badla hua tha. yani same history repeat hui in terms of spirit.</w:t>
      </w:r>
    </w:p>
    <w:p>
      <w:pPr>
        <w:jc w:val="right"/>
      </w:pPr>
      <w:r>
        <w:t>اس کا فارمیٹ بدلا ہوا تھا۔ یعنی سیم ہسٹری ریپیٹ ہوئی ان ٹرمز آف اسپرٹ۔</w:t>
      </w:r>
    </w:p>
    <w:p>
      <w:r>
        <w:rPr>
          <w:b/>
        </w:rPr>
        <w:t xml:space="preserve">[11:04] </w:t>
      </w:r>
      <w:r>
        <w:t>nah ke in terms of form.</w:t>
      </w:r>
    </w:p>
    <w:p>
      <w:pPr>
        <w:jc w:val="right"/>
      </w:pPr>
      <w:r>
        <w:t>نہ کہ ان ٹرمز آف فارم۔</w:t>
      </w:r>
    </w:p>
    <w:p>
      <w:r>
        <w:rPr>
          <w:b/>
        </w:rPr>
        <w:t xml:space="preserve">[11:08] </w:t>
      </w:r>
      <w:r>
        <w:t>unhon ne yeh kiya tha ke char top ke logon ko bul</w:t>
      </w:r>
    </w:p>
    <w:p>
      <w:pPr>
        <w:jc w:val="right"/>
      </w:pPr>
      <w:r>
        <w:t>انہوں نے یہ کیا تھا کہ چار ٹاپ کے لوگوں کو بل</w:t>
      </w:r>
    </w:p>
    <w:p>
      <w:r>
        <w:rPr>
          <w:b/>
        </w:rPr>
        <w:t xml:space="preserve">[11:13] </w:t>
      </w:r>
      <w:r>
        <w:t>aya. aik Hindu scholar, aik Buddhist peshwa, aik Christian scholar, aur aik is ko bulaya Islam ki taraf se.</w:t>
      </w:r>
    </w:p>
    <w:p>
      <w:pPr>
        <w:jc w:val="right"/>
      </w:pPr>
      <w:r>
        <w:t>ایا۔ ایک ہندو اسکالر، ایک بدھسٹ پیشوا، ایک کرسچن اسکالر، اور ایک اس کو بلایا اسلام کی طرف سے۔</w:t>
      </w:r>
    </w:p>
    <w:p>
      <w:r>
        <w:rPr>
          <w:b/>
        </w:rPr>
        <w:t xml:space="preserve">[11:25] </w:t>
      </w:r>
      <w:r>
        <w:t>aur is charon se unhon ne char sawal kiye. char sawal. in sawalat ka khulasa yeh tha ke aap jis mazhab ko mante hain,</w:t>
      </w:r>
    </w:p>
    <w:p>
      <w:pPr>
        <w:jc w:val="right"/>
      </w:pPr>
      <w:r>
        <w:t>اور اس چاروں سے انہوں نے چار سوال کیے۔ چار سوال۔ ان سوالات کا خلاصہ یہ تھا کہ آپ جس مذہب کو مانتے ہیں،</w:t>
      </w:r>
    </w:p>
    <w:p>
      <w:r>
        <w:rPr>
          <w:b/>
        </w:rPr>
        <w:t xml:space="preserve">[11:40] </w:t>
      </w:r>
      <w:r>
        <w:t>to kyun mante hain?</w:t>
      </w:r>
    </w:p>
    <w:p>
      <w:pPr>
        <w:jc w:val="right"/>
      </w:pPr>
      <w:r>
        <w:t>تو کیوں مانتے ہیں؟</w:t>
      </w:r>
    </w:p>
    <w:p>
      <w:r>
        <w:rPr>
          <w:b/>
        </w:rPr>
        <w:t xml:space="preserve">[11:46] </w:t>
      </w:r>
      <w:r>
        <w:t>yani kis kis. yani aap ka jo reason hai, aap ka jo mind hai, us ne kya cheez pai is mazhab mein jis se aap satisfy hue?</w:t>
      </w:r>
    </w:p>
    <w:p>
      <w:pPr>
        <w:jc w:val="right"/>
      </w:pPr>
      <w:r>
        <w:t>یعنی کس کس۔ یعنی آپ کا جو ریزن ہے، آپ کا جو مائنڈ ہے، اس نے کیا چیز پائی اس مذہب میں جس سے آپ سیٹسفائی ہوئے؟</w:t>
      </w:r>
    </w:p>
    <w:p>
      <w:r>
        <w:rPr>
          <w:b/>
        </w:rPr>
        <w:t xml:space="preserve">[11:59] </w:t>
      </w:r>
      <w:r>
        <w:t>phir is mein kuch aur ajeeb sawal thay. misaal ke tor par aik sawal yeh tha ke kya aap ke mazhab mein koi aisi cheez hai jise aap abhor karte hon?</w:t>
      </w:r>
    </w:p>
    <w:p>
      <w:pPr>
        <w:jc w:val="right"/>
      </w:pPr>
      <w:r>
        <w:t>پھر اس میں کچھ اور عجیب سوال تھے۔ مثلاً ایک سوال یہ تھا کہ کیا آپ کے مذہب میں کوئی ایسی چیز ہے جسے آپ ابہار کرتے ہوں؟</w:t>
      </w:r>
    </w:p>
    <w:p>
      <w:r>
        <w:rPr>
          <w:b/>
        </w:rPr>
        <w:t xml:space="preserve">[12:11] </w:t>
      </w:r>
      <w:r>
        <w:t>nafrat karte hon? yeh bhi tha is mein.</w:t>
      </w:r>
    </w:p>
    <w:p>
      <w:pPr>
        <w:jc w:val="right"/>
      </w:pPr>
      <w:r>
        <w:t>نفرت کرتے ہوں؟ یہ بھی تھا اس میں۔</w:t>
      </w:r>
    </w:p>
    <w:p>
      <w:r>
        <w:rPr>
          <w:b/>
        </w:rPr>
        <w:t xml:space="preserve">[12:16] </w:t>
      </w:r>
      <w:r>
        <w:t>phir yeh ke aap ke mazhab mein dunya mein social harmony lane ke liye kya formula bataya gaya hai? is tarah ke sawalat thay.</w:t>
      </w:r>
    </w:p>
    <w:p>
      <w:pPr>
        <w:jc w:val="right"/>
      </w:pPr>
      <w:r>
        <w:t>پھر یہ کہ آپ کے مذہب میں دنیا میں سوشل ہارمونی لانے کے لیے کیا فارمولا بتایا گیا ہے؟ اس طرح کے سوالات تھے۔</w:t>
      </w:r>
    </w:p>
    <w:p>
      <w:r>
        <w:rPr>
          <w:b/>
        </w:rPr>
        <w:t xml:space="preserve">[12:27] </w:t>
      </w:r>
      <w:r>
        <w:t>to dekhen,</w:t>
      </w:r>
    </w:p>
    <w:p>
      <w:pPr>
        <w:jc w:val="right"/>
      </w:pPr>
      <w:r>
        <w:t>تو دیکھیں،</w:t>
      </w:r>
    </w:p>
    <w:p>
      <w:r>
        <w:rPr>
          <w:b/>
        </w:rPr>
        <w:t xml:space="preserve">[12:32] </w:t>
      </w:r>
      <w:r>
        <w:t>is mein aik clue bhi mila jis se andaza hua ke jab jo repeat ho raha hai, woh clue yeh tha ke woh aadmi jo aaya tha rasool Allah ke zamane mein,</w:t>
      </w:r>
    </w:p>
    <w:p>
      <w:pPr>
        <w:jc w:val="right"/>
      </w:pPr>
      <w:r>
        <w:t>اس میں ایک کلو بھی یہ ملا جس سے اندازہ ہوا کہ جب جو ریپیٹ ہو رہا ہے، وہ کلو یہ تھا کہ وہ آدمی جو آیا تھا رسول اللہ کے زمانے میں،</w:t>
      </w:r>
    </w:p>
    <w:p>
      <w:r>
        <w:rPr>
          <w:b/>
        </w:rPr>
        <w:t xml:space="preserve">[12:41] </w:t>
      </w:r>
      <w:r>
        <w:t>us ne bhi yahi baat kahi thi ke dekhen main sawal mein sakhti karunga.</w:t>
      </w:r>
    </w:p>
    <w:p>
      <w:pPr>
        <w:jc w:val="right"/>
      </w:pPr>
      <w:r>
        <w:t>اس نے بھی یہی بات کہی تھی کہ دیکھیں میں سوال میں سختی کروں گا۔</w:t>
      </w:r>
    </w:p>
    <w:p>
      <w:r>
        <w:rPr>
          <w:b/>
        </w:rPr>
        <w:t xml:space="preserve">[12:51] </w:t>
      </w:r>
      <w:r>
        <w:t>naram naram sawal nahi karunga. sakhti karunga. to aap mujhe umeed hai ke aap is ko bura nahi manenge.</w:t>
      </w:r>
    </w:p>
    <w:p>
      <w:pPr>
        <w:jc w:val="right"/>
      </w:pPr>
      <w:r>
        <w:t>نرم نرم سوال نہیں کروں گا۔ سختی کروں گا۔ تو آپ مجھے امید ہے کہ آپ اس کو برا نہیں مانیں گے۔</w:t>
      </w:r>
    </w:p>
    <w:p>
      <w:r>
        <w:rPr>
          <w:b/>
        </w:rPr>
        <w:t xml:space="preserve">[13:01] </w:t>
      </w:r>
      <w:r>
        <w:t>i hope this will this will not offend you.</w:t>
      </w:r>
    </w:p>
    <w:p>
      <w:pPr>
        <w:jc w:val="right"/>
      </w:pPr>
      <w:r>
        <w:t>آئی ہوپ دس وال دس ول ناٹ افینڈ یو۔</w:t>
      </w:r>
    </w:p>
    <w:p>
      <w:r>
        <w:rPr>
          <w:b/>
        </w:rPr>
        <w:t xml:space="preserve">[13:07] </w:t>
      </w:r>
      <w:r>
        <w:t>theek wohi dekhen yahan par hai ke apne sawal mein yeh bhi puchte hain woh ke kya apne mazhab mein jis ko mana hai aap ne, us mein koi aisi cheez hai jis se aap nafrat karte hon?</w:t>
      </w:r>
    </w:p>
    <w:p>
      <w:pPr>
        <w:jc w:val="right"/>
      </w:pPr>
      <w:r>
        <w:t>ٹھیک وہی دیکھیں یہاں پر ہے کہ اپنے سوال میں یہ بھی پوچھتے ہیں وہ کہ کیا اپنے مذہب میں جس کو مانا ہے آپ نے، اس میں کوئی ایسی چیز ہے جس سے آپ نفرت کرتے ہوں؟</w:t>
      </w:r>
    </w:p>
    <w:p>
      <w:r>
        <w:rPr>
          <w:b/>
        </w:rPr>
        <w:t xml:space="preserve">[13:17] </w:t>
      </w:r>
      <w:r>
        <w:t>is mein lafz tha abhor.</w:t>
      </w:r>
    </w:p>
    <w:p>
      <w:pPr>
        <w:jc w:val="right"/>
      </w:pPr>
      <w:r>
        <w:t>اس میں لفظ تھا اے بی ایچ او آر۔</w:t>
      </w:r>
    </w:p>
    <w:p>
      <w:r>
        <w:rPr>
          <w:b/>
        </w:rPr>
        <w:t xml:space="preserve">[13:23] </w:t>
      </w:r>
      <w:r>
        <w:t>to unhon ne sawal kiya, mujhe jawab dena tha.</w:t>
      </w:r>
    </w:p>
    <w:p>
      <w:pPr>
        <w:jc w:val="right"/>
      </w:pPr>
      <w:r>
        <w:t>تو انہوں نے سوال کیا، مجھے جواب دینا تھا۔</w:t>
      </w:r>
    </w:p>
    <w:p>
      <w:r>
        <w:rPr>
          <w:b/>
        </w:rPr>
        <w:t xml:space="preserve">[13:30] </w:t>
      </w:r>
      <w:r>
        <w:t>aur aap ko main arz karoon ke jo log wahan gaye thay un se pooch lijiye ke char top ke log wahan thay, kuch international satah ke log thay.</w:t>
      </w:r>
    </w:p>
    <w:p>
      <w:pPr>
        <w:jc w:val="right"/>
      </w:pPr>
      <w:r>
        <w:t>اور آپ کو میں عرض کروں کہ جو لوگ وہاں گئے تھے ان سے پوچھ لیجیے کہ چار ٹاپ کے لوگ وہاں تھے، کچھ انٹرنیشنل سطح کے لوگ تھے۔</w:t>
      </w:r>
    </w:p>
    <w:p>
      <w:r>
        <w:rPr>
          <w:b/>
        </w:rPr>
        <w:t xml:space="preserve">[13:41] </w:t>
      </w:r>
      <w:r>
        <w:t>lekin sab logon ne jo mere sawal jawab tha, us ko bohat appreciate kiya.</w:t>
      </w:r>
    </w:p>
    <w:p>
      <w:pPr>
        <w:jc w:val="right"/>
      </w:pPr>
      <w:r>
        <w:t>لیکن سب لوگوں نے جو میرے سوال جواب تھا، اس کو بہت اپریشیٹ کیا۔</w:t>
      </w:r>
    </w:p>
    <w:p>
      <w:r>
        <w:rPr>
          <w:b/>
        </w:rPr>
        <w:t xml:space="preserve">[13:53] </w:t>
      </w:r>
      <w:r>
        <w:t>ab mein aap ko batata hoon ke kaise mein kehta hoon ke appreciate kiya.</w:t>
      </w:r>
    </w:p>
    <w:p>
      <w:pPr>
        <w:jc w:val="right"/>
      </w:pPr>
      <w:r>
        <w:t>اب میں آپ کو بتاتا ہوں کہ کیسے میں کہتا ہوں کہ اپریشیٹ کیا۔</w:t>
      </w:r>
    </w:p>
    <w:p>
      <w:r>
        <w:rPr>
          <w:b/>
        </w:rPr>
        <w:t xml:space="preserve">[13:59] </w:t>
      </w:r>
      <w:r>
        <w:t>pehli baat yeh hai ke hamare saathi wahan le gaye thay quran. english translation.</w:t>
      </w:r>
    </w:p>
    <w:p>
      <w:pPr>
        <w:jc w:val="right"/>
      </w:pPr>
      <w:r>
        <w:t>پہلی بات یہ ہے کہ ہمارے ساتھی وہاں لے گئے تھے قرآن۔ انگلش ٹرانسلیشن۔</w:t>
      </w:r>
    </w:p>
    <w:p>
      <w:r>
        <w:rPr>
          <w:b/>
        </w:rPr>
        <w:t xml:space="preserve">[14:08] </w:t>
      </w:r>
      <w:r>
        <w:t>aur kuch kitabein hamare mission ki. to hamare saathiyon ke paas ek folding table hota hai.</w:t>
      </w:r>
    </w:p>
    <w:p>
      <w:pPr>
        <w:jc w:val="right"/>
      </w:pPr>
      <w:r>
        <w:t>اور کچھ کتابیں ہمارے مشن کی۔ تو ہمارے ساتھیوں کے پاس ایک فولڈنگ ٹیبل ہوتا ہے۔</w:t>
      </w:r>
    </w:p>
    <w:p>
      <w:r>
        <w:rPr>
          <w:b/>
        </w:rPr>
        <w:t xml:space="preserve">[14:18] </w:t>
      </w:r>
      <w:r>
        <w:t>chota sa. us ko wahan rakh dete hain. is pe kitabein rakh</w:t>
      </w:r>
    </w:p>
    <w:p>
      <w:pPr>
        <w:jc w:val="right"/>
      </w:pPr>
      <w:r>
        <w:t>چھوٹا سا۔ اس کو وہاں رکھ دیتے ہیں۔ اس پہ کتابیں رکھ</w:t>
      </w:r>
    </w:p>
    <w:p>
      <w:r>
        <w:rPr>
          <w:b/>
        </w:rPr>
        <w:t xml:space="preserve">[14:23] </w:t>
      </w:r>
      <w:r>
        <w:t>te hain. unhon ne kaha ke nahin. khud apni taraf se ek bohat acha table diya. aur gate par wahan rakha. aagah kitabein rakhi hain apni.</w:t>
      </w:r>
    </w:p>
    <w:p>
      <w:pPr>
        <w:jc w:val="right"/>
      </w:pPr>
      <w:r>
        <w:t>تے ہیں۔ انہوں نے کہا کہ نہیں۔ خود اپنی طرف سے ایک بہت اچھا ٹیبل دیا۔ اور گیٹ پر وہاں رکھا۔ آگاہ کتابیں رکھی ہیں اپنی۔</w:t>
      </w:r>
    </w:p>
    <w:p>
      <w:r>
        <w:rPr>
          <w:b/>
        </w:rPr>
        <w:t xml:space="preserve">[14:33] </w:t>
      </w:r>
      <w:r>
        <w:t>yani kaisi ajeeb baat hai ke seminar kiya tha doosre logon ne. bohat bari raqam kharch ki thi unhon ne. aur is mein jo sab se zyada yani is opportunity ko avail karne ka mauqa mila, woh hamare saathiyon ko.</w:t>
      </w:r>
    </w:p>
    <w:p>
      <w:pPr>
        <w:jc w:val="right"/>
      </w:pPr>
      <w:r>
        <w:t>یعنی کیسی عجیب بات ہے کہ سیمینار کیا تھا دوسرے لوگوں نے۔ بہت بڑی رقم خرچ کی تھی انہوں نے۔ اور اس میں جو سب سے زیادہ یعنی اس اپرچونیٹی کو اویل کرنے کا موقع ملا، وہ ہمارے ساتھیوں کو۔</w:t>
      </w:r>
    </w:p>
    <w:p>
      <w:r>
        <w:rPr>
          <w:b/>
        </w:rPr>
        <w:t xml:space="preserve">[14:49] </w:t>
      </w:r>
      <w:r>
        <w:t>mein jab wahan pohancha to meri aankhon mein aansu aa gaye. ke dekhiye,</w:t>
      </w:r>
    </w:p>
    <w:p>
      <w:pPr>
        <w:jc w:val="right"/>
      </w:pPr>
      <w:r>
        <w:t>میں جب وہاں پہنچا تو میری آنکھوں میں آنسو آ گئے۔ کہ دیکھیے،</w:t>
      </w:r>
    </w:p>
    <w:p>
      <w:r>
        <w:rPr>
          <w:b/>
        </w:rPr>
        <w:t xml:space="preserve">[14:57] </w:t>
      </w:r>
      <w:r>
        <w:t>doosre log kar rahe hain apne kharch par. apni apna arrangement un ka hai. sab kuch apni ka.</w:t>
      </w:r>
    </w:p>
    <w:p>
      <w:pPr>
        <w:jc w:val="right"/>
      </w:pPr>
      <w:r>
        <w:t>دوسرے لوگ کر رہے ہیں اپنے خرچ پر۔ اپنی اپنا ارینجمنٹ ان کا ہے۔ سب کچھ اپنی کا۔</w:t>
      </w:r>
    </w:p>
    <w:p>
      <w:r>
        <w:rPr>
          <w:b/>
        </w:rPr>
        <w:t xml:space="preserve">[15:05] </w:t>
      </w:r>
      <w:r>
        <w:t>aur mauqa kis ko de rahe hain? hamare saathiyon ko.</w:t>
      </w:r>
    </w:p>
    <w:p>
      <w:pPr>
        <w:jc w:val="right"/>
      </w:pPr>
      <w:r>
        <w:t>اور موقع کس کو دے رہے ہیں؟ ہمارے ساتھیوں کو۔</w:t>
      </w:r>
    </w:p>
    <w:p>
      <w:r>
        <w:rPr>
          <w:b/>
        </w:rPr>
        <w:t xml:space="preserve">[15:12] </w:t>
      </w:r>
      <w:r>
        <w:t>phir dekhiye, chounke mahaul mein bohat zyada image bigri hui hai islam ki, mere saathiyon ne bataya ke kuch log aaye, un ko unhon ne quran pesh kiya.</w:t>
      </w:r>
    </w:p>
    <w:p>
      <w:pPr>
        <w:jc w:val="right"/>
      </w:pPr>
      <w:r>
        <w:t>پھر دیکھیے، چونکہ ماحول میں بہت زیادہ امیج بگڑی ہوئی ہے اسلام کی، میرے ساتھیوں نے بتایا کہ کچھ لوگ آئے، ان کو انہوں نے قرآن پیش کیا۔</w:t>
      </w:r>
    </w:p>
    <w:p>
      <w:r>
        <w:rPr>
          <w:b/>
        </w:rPr>
        <w:t xml:space="preserve">[15:25] </w:t>
      </w:r>
      <w:r>
        <w:t>to unhon ne kaha no thank you. mein to ek secular aadmi hoon. aur yeh woh kar ke chale gaye.</w:t>
      </w:r>
    </w:p>
    <w:p>
      <w:pPr>
        <w:jc w:val="right"/>
      </w:pPr>
      <w:r>
        <w:t>تو انہوں نے کہا نو تھینک یو۔ میں تو ایک سیکولر آدمی ہوں۔ اور یہ وہ کر کے چلے گئے۔</w:t>
      </w:r>
    </w:p>
    <w:p>
      <w:r>
        <w:rPr>
          <w:b/>
        </w:rPr>
        <w:t xml:space="preserve">[15:32] </w:t>
      </w:r>
      <w:r>
        <w:t>acha is ke baad jab meri speech hui to wahi log dobara aaye is stall par. unhon ne kaha ke sahib mujhe quran dijiye.</w:t>
      </w:r>
    </w:p>
    <w:p>
      <w:pPr>
        <w:jc w:val="right"/>
      </w:pPr>
      <w:r>
        <w:t>اچھا اس کے بعد جب میری سپیچ ہوئی تو وہی لوگ دوبارہ آئے اس ٹال پر۔ انہوں نے کہا کہ صاحب مجھے قرآن دیجیے۔</w:t>
      </w:r>
    </w:p>
    <w:p>
      <w:r>
        <w:rPr>
          <w:b/>
        </w:rPr>
        <w:t xml:space="preserve">[15:40] </w:t>
      </w:r>
      <w:r>
        <w:t>mujhe parhna hai is ko. kyunke aaj jo maine suna yahan par quran ke baray mein, agar quran mein yahi baat hai to mujhe to janna hai is ko.</w:t>
      </w:r>
    </w:p>
    <w:p>
      <w:pPr>
        <w:jc w:val="right"/>
      </w:pPr>
      <w:r>
        <w:t>مجھے پڑھنا ہے اس کو۔ کیونکہ آج جو میں نے سنا یہاں پر قرآن کے بارے میں، اگر قرآن میں یہی بات ہے تو مجھے تو جاننا ہے اس کو۔</w:t>
      </w:r>
    </w:p>
    <w:p>
      <w:r>
        <w:rPr>
          <w:b/>
        </w:rPr>
        <w:t xml:space="preserve">[15:51] </w:t>
      </w:r>
      <w:r>
        <w:t>dekhein history repeat ho rahi hai lekin in terms of form nahin. in terms of spirit.</w:t>
      </w:r>
    </w:p>
    <w:p>
      <w:pPr>
        <w:jc w:val="right"/>
      </w:pPr>
      <w:r>
        <w:t>دیکھیں ہسٹری ریپیٹ ہو رہی ہے لیکن ان ٹرمز آف فارم نہیں۔ ان ٹرمز آف اسپرٹ۔</w:t>
      </w:r>
    </w:p>
    <w:p>
      <w:r>
        <w:rPr>
          <w:b/>
        </w:rPr>
        <w:t xml:space="preserve">[15:57] </w:t>
      </w:r>
      <w:r>
        <w:t>is ko samjhiye.</w:t>
      </w:r>
    </w:p>
    <w:p>
      <w:pPr>
        <w:jc w:val="right"/>
      </w:pPr>
      <w:r>
        <w:t>اس کو سمجھئے۔</w:t>
      </w:r>
    </w:p>
    <w:p>
      <w:r>
        <w:rPr>
          <w:b/>
        </w:rPr>
        <w:t xml:space="preserve">[16:02] </w:t>
      </w:r>
      <w:r>
        <w:t>aur jitne log thay, aap is ka pooch li jiye logon ke saathiyon se. sab hamari taqreer ka wahan charcha kar raha tha.</w:t>
      </w:r>
    </w:p>
    <w:p>
      <w:pPr>
        <w:jc w:val="right"/>
      </w:pPr>
      <w:r>
        <w:t>اور جتنے لوگ تھے، آپ اس کا پوچھ لیجیے لوگوں کے ساتھیوں سے۔ سب ہماری تقریر کا وہاں چرچا کر رہا تھا۔</w:t>
      </w:r>
    </w:p>
    <w:p>
      <w:r>
        <w:rPr>
          <w:b/>
        </w:rPr>
        <w:t xml:space="preserve">[16:15] </w:t>
      </w:r>
      <w:r>
        <w:t>is mein dekhiye yeh bhi karna parta hai aap ko ke aap ko bohat zyada wisdom se bolna parta hai. jis ko kehte hain quran mein taaleef ul qalb.</w:t>
      </w:r>
    </w:p>
    <w:p>
      <w:pPr>
        <w:jc w:val="right"/>
      </w:pPr>
      <w:r>
        <w:t>اس میں دیکھیں یہ بھی کرنا پڑتا ہے آپ کو کہ آپ کو بہت زیادہ وزڈم سے بولنا پڑتا ہے۔ جس کو کہتے ہیں قرآن میں تالیف القلب۔</w:t>
      </w:r>
    </w:p>
    <w:p>
      <w:r>
        <w:rPr>
          <w:b/>
        </w:rPr>
        <w:t xml:space="preserve">[16:23] </w:t>
      </w:r>
      <w:r>
        <w:t>taaleef ul qalb kya hai? yeh art of wisdom hai yeh.</w:t>
      </w:r>
    </w:p>
    <w:p>
      <w:pPr>
        <w:jc w:val="right"/>
      </w:pPr>
      <w:r>
        <w:t>تالیف القلب کیا ہے؟ یہ آرٹ آف وزڈم ہے یہ۔</w:t>
      </w:r>
    </w:p>
    <w:p>
      <w:r>
        <w:rPr>
          <w:b/>
        </w:rPr>
        <w:t xml:space="preserve">[16:28] </w:t>
      </w:r>
      <w:r>
        <w:t>taaleef ul qalb art of wisdom hai. jaise is mein ek sawal yeh tha ke kya aap ka mazhab mein conversion ka principle hai?</w:t>
      </w:r>
    </w:p>
    <w:p>
      <w:pPr>
        <w:jc w:val="right"/>
      </w:pPr>
      <w:r>
        <w:t>تالیف القلب آرٹ آف وزڈم ہے۔ جیسے اس میں ایک سوال یہ تھا کہ کیا آپ کا مذہب میں کنورژن کا پرنسپل ہے؟</w:t>
      </w:r>
    </w:p>
    <w:p>
      <w:r>
        <w:rPr>
          <w:b/>
        </w:rPr>
        <w:t xml:space="preserve">[16:38] </w:t>
      </w:r>
      <w:r>
        <w:t>jo convert ho wahi parhez mein jayega? to maine kaha ke nahin. quran mein conversion ka koi concept nahin hai.</w:t>
      </w:r>
    </w:p>
    <w:p>
      <w:pPr>
        <w:jc w:val="right"/>
      </w:pPr>
      <w:r>
        <w:t>جو کنورٹ ہو وہی پرہیز میں جائے گا؟ تو میں نے کہا کہ نہیں۔ قرآن میں کنورژن کا کوئی کانسیپٹ نہیں ہے۔</w:t>
      </w:r>
    </w:p>
    <w:p>
      <w:r>
        <w:rPr>
          <w:b/>
        </w:rPr>
        <w:t xml:space="preserve">[16:51] </w:t>
      </w:r>
      <w:r>
        <w:t>phir maine kaha ke dekhiye quran mein kya hai? quran mein hai معرفت. مما عرفوا من الحق.</w:t>
      </w:r>
    </w:p>
    <w:p>
      <w:pPr>
        <w:jc w:val="right"/>
      </w:pPr>
      <w:r>
        <w:t>پھر میں نے کہا کہ دیکھیں قرآن میں کیا ہے؟ قرآن میں ہے معرفت۔ مما عرفوا من الحق۔</w:t>
      </w:r>
    </w:p>
    <w:p>
      <w:r>
        <w:rPr>
          <w:b/>
        </w:rPr>
        <w:t xml:space="preserve">[16:58] </w:t>
      </w:r>
      <w:r>
        <w:t>ma'refat means realization. discovery. to maine kaha islam mein jo concept hai sachai ka, woh yeh nahin ke aap kisi ko convert karen.</w:t>
      </w:r>
    </w:p>
    <w:p>
      <w:pPr>
        <w:jc w:val="right"/>
      </w:pPr>
      <w:r>
        <w:t>معرفت مینز ریلائزیشن۔ ڈسکوری۔ تو میں نے کہا اسلام میں جو کانسیپٹ ہے سچائی کا، وہ یہ نہیں کہ آپ کسی کو کنورٹ کریں۔</w:t>
      </w:r>
    </w:p>
    <w:p>
      <w:r>
        <w:rPr>
          <w:b/>
        </w:rPr>
        <w:t xml:space="preserve">[17:10] </w:t>
      </w:r>
      <w:r>
        <w:t>to maine kaha ke dekhiye conversion mein do party hoti hain. converter aur converted.</w:t>
      </w:r>
    </w:p>
    <w:p>
      <w:pPr>
        <w:jc w:val="right"/>
      </w:pPr>
      <w:r>
        <w:t>تو میں نے کہا کہ دیکھیں کنورژن میں دو پارٹی ہوتی ہیں۔ کنورٹر اور کنورٹڈ۔</w:t>
      </w:r>
    </w:p>
    <w:p>
      <w:r>
        <w:rPr>
          <w:b/>
        </w:rPr>
        <w:t xml:space="preserve">[17:19] </w:t>
      </w:r>
      <w:r>
        <w:t>do party. lekin ma'refat mein ek party hoti hai.</w:t>
      </w:r>
    </w:p>
    <w:p>
      <w:pPr>
        <w:jc w:val="right"/>
      </w:pPr>
      <w:r>
        <w:t>دو پارٹی۔ لیکن معرفت میں ایک پارٹی ہوتی ہے۔</w:t>
      </w:r>
    </w:p>
    <w:p>
      <w:r>
        <w:rPr>
          <w:b/>
        </w:rPr>
        <w:t xml:space="preserve">[17:24] </w:t>
      </w:r>
      <w:r>
        <w:t>aap khud</w:t>
      </w:r>
    </w:p>
    <w:p>
      <w:pPr>
        <w:jc w:val="right"/>
      </w:pPr>
      <w:r>
        <w:t>آپ خود</w:t>
      </w:r>
    </w:p>
    <w:p>
      <w:r>
        <w:rPr>
          <w:b/>
        </w:rPr>
        <w:t xml:space="preserve">[17:28] </w:t>
      </w:r>
      <w:r>
        <w:t>explore karte hain sachai ko. study karte hain. discussion karte hain. yani sari jo koshish kar kar yeh mumkin hai aap ke liye, us ko jhonk dete hain.</w:t>
      </w:r>
    </w:p>
    <w:p>
      <w:pPr>
        <w:jc w:val="right"/>
      </w:pPr>
      <w:r>
        <w:t>ایکسپلور کرتے ہیں سچائی کو۔ اسٹڈی کرتے ہیں۔ ڈسکشن کرتے ہیں۔ یعنی ساری جو کوشش کر کر یہ ممکن ہے آپ کے لیے، اس کو جھونک دیتے ہیں۔</w:t>
      </w:r>
    </w:p>
    <w:p>
      <w:r>
        <w:rPr>
          <w:b/>
        </w:rPr>
        <w:t xml:space="preserve">[17:40] </w:t>
      </w:r>
      <w:r>
        <w:t>yahan tak ke aap par ek cheez discover hoti hai. sachai. aur phir wahi hota hai aap ka haal. eureka eureka. to us ko conversion se kehta hai log.</w:t>
      </w:r>
    </w:p>
    <w:p>
      <w:pPr>
        <w:jc w:val="right"/>
      </w:pPr>
      <w:r>
        <w:t>یہاں تک کہ آپ پر ایک چیز ڈسکور ہوتی ہے۔ سچائی۔ اور پھر وہی ہوتا ہے آپ کا حال۔ یوریکا یوریکا۔ تو اس کو کنورژن سے کہتا ہے لوگ۔</w:t>
      </w:r>
    </w:p>
    <w:p>
      <w:r>
        <w:rPr>
          <w:b/>
        </w:rPr>
        <w:t xml:space="preserve">[17:52] </w:t>
      </w:r>
      <w:r>
        <w:t>yeh to ek self choice ka mamla hai. self discovery ka mamla hai. self realization ka mamla hai. us ko under estimate karna hai.</w:t>
      </w:r>
    </w:p>
    <w:p>
      <w:pPr>
        <w:jc w:val="right"/>
      </w:pPr>
      <w:r>
        <w:t>یہ تو ایک سیلف چوائس کا معاملہ ہے۔ سیلف ڈسکوری کا معاملہ ہے۔ سیلف ریلائزیشن کا معاملہ ہے۔ اس کو انڈر ایسٹیمیٹ کرنا ہے۔</w:t>
      </w:r>
    </w:p>
    <w:p>
      <w:r>
        <w:rPr>
          <w:b/>
        </w:rPr>
        <w:t xml:space="preserve">[18:01] </w:t>
      </w:r>
      <w:r>
        <w:t>agar us ko hum kahein ke yeh conversion. lafz conversion marifat ko under estimate karta hai.</w:t>
      </w:r>
    </w:p>
    <w:p>
      <w:pPr>
        <w:jc w:val="right"/>
      </w:pPr>
      <w:r>
        <w:t>اگر اس کو ہم کہیں کہ یہ کنورژن۔ لفظ کنورژن معرفت کو انڈر ایسٹیمیٹ کرتا ہے۔</w:t>
      </w:r>
    </w:p>
    <w:p>
      <w:r>
        <w:rPr>
          <w:b/>
        </w:rPr>
        <w:t xml:space="preserve">[18:13] </w:t>
      </w:r>
      <w:r>
        <w:t>ab yeh bohat in ko pasand aayi yeh baat. bohat appreciate kiya unhon ne.</w:t>
      </w:r>
    </w:p>
    <w:p>
      <w:pPr>
        <w:jc w:val="right"/>
      </w:pPr>
      <w:r>
        <w:t>اب یہ بہت ان کو پسند آئی یہ بات۔ بہت اپریشیٹ کیا انہوں نے۔</w:t>
      </w:r>
    </w:p>
    <w:p>
      <w:r>
        <w:rPr>
          <w:b/>
        </w:rPr>
        <w:t xml:space="preserve">[18:20] </w:t>
      </w:r>
      <w:r>
        <w:t>aise hi yeh sawal tha ke salvation ka concept aap ke haan kya hai? is ka jo wording thi us ka matlab yeh tha ke har mazhab mein group wise conversion hai.</w:t>
      </w:r>
    </w:p>
    <w:p>
      <w:pPr>
        <w:jc w:val="right"/>
      </w:pPr>
      <w:r>
        <w:t>ایسے ہی یہ سوال تھا کہ سالویشن کا کانسیپٹ آپ کے ہاں کیا ہے؟ اس کا جو ورڈنگ تھی اس کا مطلب یہ تھا کہ ہر مذہب میں گروپ وائز کنورژن ہے۔</w:t>
      </w:r>
    </w:p>
    <w:p>
      <w:r>
        <w:rPr>
          <w:b/>
        </w:rPr>
        <w:t xml:space="preserve">[18:30] </w:t>
      </w:r>
      <w:r>
        <w:t>group wise salvation hai. is group se jud jao to nijat hai. is se jud jao to nijat hai.</w:t>
      </w:r>
    </w:p>
    <w:p>
      <w:pPr>
        <w:jc w:val="right"/>
      </w:pPr>
      <w:r>
        <w:t>گروپ وائز سالویشن ہے۔ اس گروپ سے جڑ جاؤ تو نجات ہے۔ اس سے جڑ جاؤ تو نجات ہے۔</w:t>
      </w:r>
    </w:p>
    <w:p>
      <w:r>
        <w:rPr>
          <w:b/>
        </w:rPr>
        <w:t xml:space="preserve">[18:41] </w:t>
      </w:r>
      <w:r>
        <w:t>jo quran mein hai ke kono hudan aur nasara tahaddudu. yani yahudiyon ka group hai, use mil jao to salvation hai.</w:t>
      </w:r>
    </w:p>
    <w:p>
      <w:pPr>
        <w:jc w:val="right"/>
      </w:pPr>
      <w:r>
        <w:t>جو قرآن میں ہے کہ کونو ہودن اور نصاریٰ تحددو۔ یعنی یہودیوں کا گروپ ہے، اسے مل جاؤ تو سالویشن ہے۔</w:t>
      </w:r>
    </w:p>
    <w:p>
      <w:r>
        <w:rPr>
          <w:b/>
        </w:rPr>
        <w:t xml:space="preserve">[18:53] </w:t>
      </w:r>
      <w:r>
        <w:t>christian ka group hai, wahan mil jao to salvation hai. maine kaha ke salvation islam mein group wise hai hi nahin. yeh hai individual wise.</w:t>
      </w:r>
    </w:p>
    <w:p>
      <w:pPr>
        <w:jc w:val="right"/>
      </w:pPr>
      <w:r>
        <w:t>کرسچن کا گروپ ہے، وہاں مل جاؤ تو سالویشن ہے۔ میں نے کہا کہ سالویشن اسلام میں گروپ وائز ہے ہی نہیں۔ یہ ہے انڈیویجول وائز۔</w:t>
      </w:r>
    </w:p>
    <w:p>
      <w:r>
        <w:rPr>
          <w:b/>
        </w:rPr>
        <w:t xml:space="preserve">[19:06] </w:t>
      </w:r>
      <w:r>
        <w:t>har aadmi ka apna yeh ek ek ek bilkul personal mamla hai. kyunke sachai jab mili aap ko to aap ne kya kiya?</w:t>
      </w:r>
    </w:p>
    <w:p>
      <w:pPr>
        <w:jc w:val="right"/>
      </w:pPr>
      <w:r>
        <w:t>ہر آدمی کا اپنا یہ ایک ایک ایک بالکل پرسنل معاملہ ہے۔ کیونکہ سچائی جب ملی آپ کو تو آپ نے کیا کیا؟</w:t>
      </w:r>
    </w:p>
    <w:p>
      <w:r>
        <w:rPr>
          <w:b/>
        </w:rPr>
        <w:t xml:space="preserve">[19:20] </w:t>
      </w:r>
      <w:r>
        <w:t>aap ne apna intellectual development kiya. apna personality development kiya. aap ne andar jannati shakhsiyat banai. yani jo yeh jo hai quran mein qital ka, jaza o mutadaq ka.</w:t>
      </w:r>
    </w:p>
    <w:p>
      <w:pPr>
        <w:jc w:val="right"/>
      </w:pPr>
      <w:r>
        <w:t>آپ نے اپنا انٹلیکچوئل ڈیولپمنٹ کیا۔ اپنا پرسنیلٹی ڈیولپمنٹ کیا۔ آپ نے اندر جنتی شخصیت بنائی۔ یعنی جو یہ جو ہے قرآن میں قتال کا، جزا و متدق کا۔</w:t>
      </w:r>
    </w:p>
    <w:p>
      <w:r>
        <w:rPr>
          <w:b/>
        </w:rPr>
        <w:t xml:space="preserve">[19:35] </w:t>
      </w:r>
      <w:r>
        <w:t>to ek fard, ek individual apne andar ek personality banata hai.</w:t>
      </w:r>
    </w:p>
    <w:p>
      <w:pPr>
        <w:jc w:val="right"/>
      </w:pPr>
      <w:r>
        <w:t>تو ایک فرد، ایک انڈیویجول اپنے اندر ایک پرسنیلٹی بناتا ہے۔</w:t>
      </w:r>
    </w:p>
    <w:p>
      <w:r>
        <w:rPr>
          <w:b/>
        </w:rPr>
        <w:t xml:space="preserve">[19:45] </w:t>
      </w:r>
      <w:r>
        <w:t>ek shakhsiyat develop karta hai. woh shakhsiyat agar allah ke nazdeek qualify kar rahi hai jannat ke liye to aap ko select kar liya jayega.</w:t>
      </w:r>
    </w:p>
    <w:p>
      <w:pPr>
        <w:jc w:val="right"/>
      </w:pPr>
      <w:r>
        <w:t>ایک شخصیت ڈیولپ کرتا ہے۔ وہ شخصیت اگر اللہ کے نزدیک کوالیفائی کر رہی ہے جنت کے لیے تو آپ کو سلیکٹ کر لیا جائے گا۔</w:t>
      </w:r>
    </w:p>
    <w:p>
      <w:r>
        <w:rPr>
          <w:b/>
        </w:rPr>
        <w:t xml:space="preserve">[19:57] </w:t>
      </w:r>
      <w:r>
        <w:t>aur jannat mein aap ko basa diya jayega.</w:t>
      </w:r>
    </w:p>
    <w:p>
      <w:pPr>
        <w:jc w:val="right"/>
      </w:pPr>
      <w:r>
        <w:t>اور جنت میں آپ کو بسا دیا جائے گا۔</w:t>
      </w:r>
    </w:p>
    <w:p>
      <w:r>
        <w:rPr>
          <w:b/>
        </w:rPr>
        <w:t xml:space="preserve">[20:04] </w:t>
      </w:r>
      <w:r>
        <w:t>to poori tareekh se section hoga. poori poori history se section hoga.</w:t>
      </w:r>
    </w:p>
    <w:p>
      <w:pPr>
        <w:jc w:val="right"/>
      </w:pPr>
      <w:r>
        <w:t>تو پوری تاریخ سے سیکشن ہوگا۔ پوری پوری ہسٹری سے سیکشن ہوگا۔</w:t>
      </w:r>
    </w:p>
    <w:p>
      <w:r>
        <w:rPr>
          <w:b/>
        </w:rPr>
        <w:t xml:space="preserve">[20:12] </w:t>
      </w:r>
      <w:r>
        <w:t>itna mah ho kar log sun rahe the. itna mah ho kar. jaise ke bas yeh isi ko sunne ke liye hue hain. aur kisi ki taqreer ko itne maawiyat ke sath nahin suna gaya.</w:t>
      </w:r>
    </w:p>
    <w:p>
      <w:pPr>
        <w:jc w:val="right"/>
      </w:pPr>
      <w:r>
        <w:t>اتنا ماہ ہو کر لوگ سن رہے تھے۔ اتنا ماہ ہو کر۔ جیسے کہ بس یہ اسی کو سننے کے لیے ہوئے ہیں۔ اور کسی کی تقریر کو اتنے معاویت کے ساتھ نہیں سنا گیا۔</w:t>
      </w:r>
    </w:p>
    <w:p>
      <w:r>
        <w:rPr>
          <w:b/>
        </w:rPr>
        <w:t xml:space="preserve">[20:24] </w:t>
      </w:r>
      <w:r>
        <w:t>to wahi to yahan hua. positive response wahan diya tha us ne ke hath badhaiye. apna hath us ne badhaya. us ne kaha</w:t>
      </w:r>
    </w:p>
    <w:p>
      <w:pPr>
        <w:jc w:val="right"/>
      </w:pPr>
      <w:r>
        <w:t>تو وہی تو یہاں ہوا۔ پازیٹیو رسپانس وہاں دیا تھا اس نے کہ ہاتھ بڑھائیے۔ اپنا ہاتھ اس نے بڑھایا۔ اس نے کہا</w:t>
      </w:r>
    </w:p>
    <w:p>
      <w:r>
        <w:rPr>
          <w:b/>
        </w:rPr>
        <w:t xml:space="preserve">[20:32] </w:t>
      </w:r>
      <w:r>
        <w:t>apna hath badhaiye. yeh tha us zamane ka ka positive response. ab yeh tareeqa nahin hai. ab yeh tareeqa hai jo maine arz kiya aap se.</w:t>
      </w:r>
    </w:p>
    <w:p>
      <w:pPr>
        <w:jc w:val="right"/>
      </w:pPr>
      <w:r>
        <w:t>اپنا ہاتھ بڑھائیے۔ یہ تھا اس زمانے کا کا پازیٹیو رسپانس۔ اب یہ طریقہ نہیں ہے۔ اب یہ طریقہ ہے جو میں نے عرض کیا آپ سے۔</w:t>
      </w:r>
    </w:p>
    <w:p>
      <w:r>
        <w:rPr>
          <w:b/>
        </w:rPr>
        <w:t xml:space="preserve">[20:44] </w:t>
      </w:r>
      <w:r>
        <w:t>achha is ke baad jab hum log lunch ka intezam hota hai to lunch mein aam taur par pasand nahin karta lekin chunke is mein interaction ka mauqa milta hai to wahan ja kar main baith jata hoon.</w:t>
      </w:r>
    </w:p>
    <w:p>
      <w:pPr>
        <w:jc w:val="right"/>
      </w:pPr>
      <w:r>
        <w:t>اچھا اس کے بعد جب ہم لوگ لنچ کا انتظام ہوتا ہے تو لنچ میں عام طور پر پسند نہیں کرتا لیکن چونکہ اس میں انٹریکشن کا موقع ملتا ہے تو وہاں جا کر میں بیٹھ جاتا ہوں۔</w:t>
      </w:r>
    </w:p>
    <w:p>
      <w:r>
        <w:rPr>
          <w:b/>
        </w:rPr>
        <w:t xml:space="preserve">[20:56] </w:t>
      </w:r>
      <w:r>
        <w:t>baith gaya. ab mere paas log aate the.</w:t>
      </w:r>
    </w:p>
    <w:p>
      <w:pPr>
        <w:jc w:val="right"/>
      </w:pPr>
      <w:r>
        <w:t>بیٹھ گیا۔ اب میرے پاس لوگ آتے تھے۔</w:t>
      </w:r>
    </w:p>
    <w:p>
      <w:r>
        <w:rPr>
          <w:b/>
        </w:rPr>
        <w:t xml:space="preserve">[21:01] </w:t>
      </w:r>
      <w:r>
        <w:t>bohat ziyada aqeedat ke sath. bohat ziyada ehtram ke sath. aur lagta tha ke aur janna chahte hain.</w:t>
      </w:r>
    </w:p>
    <w:p>
      <w:pPr>
        <w:jc w:val="right"/>
      </w:pPr>
      <w:r>
        <w:t>بہت زیادہ عقیدت کے ساتھ۔ بہت زیادہ احترام کے ساتھ۔ اور لگتا تھا کہ اور جاننا چاہتے ہیں۔</w:t>
      </w:r>
    </w:p>
    <w:p>
      <w:r>
        <w:rPr>
          <w:b/>
        </w:rPr>
        <w:t xml:space="preserve">[21:12] </w:t>
      </w:r>
      <w:r>
        <w:t>aur janna chahte hain. to aap agar yeh sochen ke hath par hath to rakha nahin. bait par bait hui nahin.</w:t>
      </w:r>
    </w:p>
    <w:p>
      <w:pPr>
        <w:jc w:val="right"/>
      </w:pPr>
      <w:r>
        <w:t>اور جاننا چاہتے ہیں۔ تو آپ اگر یہ سوچیں کہ ہاتھ پر ہاتھ تو رکھا نہیں۔ بیعت پر بیعت ہوئی نہیں۔</w:t>
      </w:r>
    </w:p>
    <w:p>
      <w:r>
        <w:rPr>
          <w:b/>
        </w:rPr>
        <w:t xml:space="preserve">[21:22] </w:t>
      </w:r>
      <w:r>
        <w:t>nahin. ab bait nahin hui is tareeqe se hogi. aaj ka positive response doosre andaaz se hoga.</w:t>
      </w:r>
    </w:p>
    <w:p>
      <w:pPr>
        <w:jc w:val="right"/>
      </w:pPr>
      <w:r>
        <w:t>نہیں۔ اب بیعت نہیں ہوئی اس طریقے سے ہوگی۔ آج کا پازیٹیو رسپانس دوسرے انداز سے ہوگا۔</w:t>
      </w:r>
    </w:p>
    <w:p>
      <w:r>
        <w:rPr>
          <w:b/>
        </w:rPr>
        <w:t xml:space="preserve">[21:31] </w:t>
      </w:r>
      <w:r>
        <w:t>logon ne telephone number liye. logon ne poocha ke hum kab aap se mil sakte hain? kisi ne kaha ke hum kab aap se interview lena chahte hain?</w:t>
      </w:r>
    </w:p>
    <w:p>
      <w:pPr>
        <w:jc w:val="right"/>
      </w:pPr>
      <w:r>
        <w:t>لوگوں نے ٹیلی فون نمبر لیے۔ لوگوں نے پوچھا کہ ہم کب آپ سے مل سکتے ہیں؟ کسی نے کہا کہ ہم کب آپ سے انٹرویو لینا چاہتے ہیں؟</w:t>
      </w:r>
    </w:p>
    <w:p>
      <w:r>
        <w:rPr>
          <w:b/>
        </w:rPr>
        <w:t xml:space="preserve">[21:40] </w:t>
      </w:r>
      <w:r>
        <w:t>waghera waghera. jo mere saathi thay wahan par woh usay likhwate rahay woh apna apna maamla.</w:t>
      </w:r>
    </w:p>
    <w:p>
      <w:pPr>
        <w:jc w:val="right"/>
      </w:pPr>
      <w:r>
        <w:t>وغیرہ وغیرہ۔ جو میرے ساتھی تھے وہاں پر وہ اسے لکھواتے رہے وہ اپنا اپنا معاملہ۔</w:t>
      </w:r>
    </w:p>
    <w:p>
      <w:r>
        <w:rPr>
          <w:b/>
        </w:rPr>
        <w:t xml:space="preserve">[21:50] </w:t>
      </w:r>
      <w:r>
        <w:t>toh isi ko mein keh raha hoon ke history repeat hoti hai. lekin material world mein form ke term mein repeat hoti hai.</w:t>
      </w:r>
    </w:p>
    <w:p>
      <w:pPr>
        <w:jc w:val="right"/>
      </w:pPr>
      <w:r>
        <w:t>تو اسی کو میں کہہ رہا ہوں کہ ہسٹری ریپیٹ ہوتی ہے۔ لیکن مٹیریل ورلڈ میں فارم کے ٹرم میں ریپیٹ ہوتی ہے۔</w:t>
      </w:r>
    </w:p>
    <w:p>
      <w:r>
        <w:rPr>
          <w:b/>
        </w:rPr>
        <w:t xml:space="preserve">[22:00] </w:t>
      </w:r>
      <w:r>
        <w:t>lekin human jo world hai is mein spirit ke aitbaar se repeat hoti hai. form agarchay badalta rehta hai. badalta rehta hai.</w:t>
      </w:r>
    </w:p>
    <w:p>
      <w:pPr>
        <w:jc w:val="right"/>
      </w:pPr>
      <w:r>
        <w:t>لیکن ہیومن جو ورلڈ ہے اس میں اسپرٹ کے اعتبار سے ریپیٹ ہوتی ہے۔ فارم اگرچہ بدلتا رہتا ہے۔ بدلتا رہتا ہے۔</w:t>
      </w:r>
    </w:p>
    <w:p>
      <w:r>
        <w:rPr>
          <w:b/>
        </w:rPr>
        <w:t xml:space="preserve">[22:09] </w:t>
      </w:r>
      <w:r>
        <w:t>badalta rehta hai.</w:t>
      </w:r>
    </w:p>
    <w:p>
      <w:pPr>
        <w:jc w:val="right"/>
      </w:pPr>
      <w:r>
        <w:t>بدلتا رہتا ہے۔</w:t>
      </w:r>
    </w:p>
    <w:p>
      <w:r>
        <w:rPr>
          <w:b/>
        </w:rPr>
        <w:t xml:space="preserve">[22:15] </w:t>
      </w:r>
      <w:r>
        <w:t>ab dekhiye, is ko sochte hue sochte hue sochte hue mujhe quran ki aik aayat yaad aayi. surah Aal-e-Imran jo hai us ke aakhir mein jo ruku hai, aakhri ruku.</w:t>
      </w:r>
    </w:p>
    <w:p>
      <w:pPr>
        <w:jc w:val="right"/>
      </w:pPr>
      <w:r>
        <w:t>اب دیکھیے، اس کو سوچتے ہوئے سوچتے ہوئے سوچتے ہوئے مجھے قرآن کی ایک آیت یاد آئی۔ سورہ آل عمران جو ہے اس کے آخر میں جو رکوع ہے، آخری رکوع۔</w:t>
      </w:r>
    </w:p>
    <w:p>
      <w:r>
        <w:rPr>
          <w:b/>
        </w:rPr>
        <w:t xml:space="preserve">[22:30] </w:t>
      </w:r>
      <w:r>
        <w:t>Aal-e-Imran quran ki surah number teen hai. is ke aakhir mein hai ke ahle iman ne kaha ke khudaaya</w:t>
      </w:r>
    </w:p>
    <w:p>
      <w:pPr>
        <w:jc w:val="right"/>
      </w:pPr>
      <w:r>
        <w:t>آل عمران قرآن کی سورہ نمبر تین ہے۔ اس کے آخر میں ہے کہ اہل ایمان نے کہا کہ خدایا</w:t>
      </w:r>
    </w:p>
    <w:p>
      <w:r>
        <w:rPr>
          <w:b/>
        </w:rPr>
        <w:t xml:space="preserve">[22:41] </w:t>
      </w:r>
      <w:r>
        <w:t>hum ne suna aik pukarnay walay ko jo pukaar raha tha teri taraf. toh hum ne us ki pukaar par labbaik kaha.</w:t>
      </w:r>
    </w:p>
    <w:p>
      <w:pPr>
        <w:jc w:val="right"/>
      </w:pPr>
      <w:r>
        <w:t>ہم نے سنا ایک پکارنے والے کو جو پکار رہا تھا تیری طرف۔ تو ہم نے اس کی پکار پر لبیک کہا۔</w:t>
      </w:r>
    </w:p>
    <w:p>
      <w:r>
        <w:rPr>
          <w:b/>
        </w:rPr>
        <w:t xml:space="preserve">[22:55] </w:t>
      </w:r>
      <w:r>
        <w:t>pukaar par labbaik kaha. toh is mein jo jo kehte hain woh is mein se aik baat yeh hoti hai ke rabbana aatina ma aatana ala ruslik wala takhuthna yawm al-qiyamah.</w:t>
      </w:r>
    </w:p>
    <w:p>
      <w:pPr>
        <w:jc w:val="right"/>
      </w:pPr>
      <w:r>
        <w:t>پکار پر لبیک کہا۔ تو اس میں جو جو کہتے ہیں وہ اس میں سے ایک بات یہ ہوتی ہے کہ ربنا آتنا ما واتنا علی رسلک ولا تخذنا یوم القیامہ۔</w:t>
      </w:r>
    </w:p>
    <w:p>
      <w:r>
        <w:rPr>
          <w:b/>
        </w:rPr>
        <w:t xml:space="preserve">[23:11] </w:t>
      </w:r>
      <w:r>
        <w:t>yeh aayat tamam kitabon mein aap parhiye. logon ko wazeh nahi hai. wazeh kyun nahi hai? aam taur par do mafhoom lete hain. dono irrelevant.</w:t>
      </w:r>
    </w:p>
    <w:p>
      <w:pPr>
        <w:jc w:val="right"/>
      </w:pPr>
      <w:r>
        <w:t>یہ آیت تمام کتابوں میں آپ پڑھیے۔ لوگوں کو واضح نہیں ہے۔ واضح کیوں نہیں ہے؟ عام طور پر دو مفہوم لیتے ہیں۔ دونوں اریلیونٹ۔</w:t>
      </w:r>
    </w:p>
    <w:p>
      <w:r>
        <w:rPr>
          <w:b/>
        </w:rPr>
        <w:t xml:space="preserve">[23:21] </w:t>
      </w:r>
      <w:r>
        <w:t>is ka confusion baqi rehta hai.</w:t>
      </w:r>
    </w:p>
    <w:p>
      <w:pPr>
        <w:jc w:val="right"/>
      </w:pPr>
      <w:r>
        <w:t>اس کا کنفیوژن باقی رہتا ہے۔</w:t>
      </w:r>
    </w:p>
    <w:p>
      <w:r>
        <w:rPr>
          <w:b/>
        </w:rPr>
        <w:t xml:space="preserve">[23:25] </w:t>
      </w:r>
      <w:r>
        <w:t>aik mafhoom lete hain ke rabbana aatina ma aatana ala ruslik wala takhuthna yawm al-qiyamah. yeh aagay jo baat hai woh qiyamah ke baray mein hai.</w:t>
      </w:r>
    </w:p>
    <w:p>
      <w:pPr>
        <w:jc w:val="right"/>
      </w:pPr>
      <w:r>
        <w:t>ایک مفہوم لیتے ہیں کہ ربنا آتنا ما واتنا علی رسلک ولا تخذنا یوم القیامہ۔ یہ آگے جو بات ہے وہ قیامت کے بارے میں ہے۔</w:t>
      </w:r>
    </w:p>
    <w:p>
      <w:r>
        <w:rPr>
          <w:b/>
        </w:rPr>
        <w:t xml:space="preserve">[23:33] </w:t>
      </w:r>
      <w:r>
        <w:t>toh is ko bhi qiyamah se joor dete hain. matlab qiyamah mein humein jannat de de. toh woh toh hai hi agli aayat mein. toh kya isi ka repetition hai?</w:t>
      </w:r>
    </w:p>
    <w:p>
      <w:pPr>
        <w:jc w:val="right"/>
      </w:pPr>
      <w:r>
        <w:t>تو اس کو بھی قیامت سے جوڑ دیتے ہیں۔ مطلب قیامت میں ہمیں جنت دے دے۔ تو وہ تو ہے ہی اگلی آیت میں۔ تو کیا اسی کا ریپیٹیشن ہے؟</w:t>
      </w:r>
    </w:p>
    <w:p>
      <w:r>
        <w:rPr>
          <w:b/>
        </w:rPr>
        <w:t xml:space="preserve">[23:44] </w:t>
      </w:r>
      <w:r>
        <w:t>kuch mazeed baat honi chahiye. mazeed.</w:t>
      </w:r>
    </w:p>
    <w:p>
      <w:pPr>
        <w:jc w:val="right"/>
      </w:pPr>
      <w:r>
        <w:t>کچھ مزید بات ہونی چاہیے۔ مزید۔</w:t>
      </w:r>
    </w:p>
    <w:p>
      <w:r>
        <w:rPr>
          <w:b/>
        </w:rPr>
        <w:t xml:space="preserve">[23:50] </w:t>
      </w:r>
      <w:r>
        <w:t>toh is wajah se woh confusion mein par jatay hain. is aayat ki koi meaning nazar nahi aati in ko.</w:t>
      </w:r>
    </w:p>
    <w:p>
      <w:pPr>
        <w:jc w:val="right"/>
      </w:pPr>
      <w:r>
        <w:t>تو اس وجہ سے وہ کنفیوژن میں پڑ جاتے ہیں۔ اس آیت کی کوئی میننگ نظر نہیں آتی ان کو۔</w:t>
      </w:r>
    </w:p>
    <w:p>
      <w:r>
        <w:rPr>
          <w:b/>
        </w:rPr>
        <w:t xml:space="preserve">[23:56] </w:t>
      </w:r>
      <w:r>
        <w:t>acha doosray log kya lete hain is ko? wohi hukoomat aur iqtidaar aur sultan. aala karamat Allah.</w:t>
      </w:r>
    </w:p>
    <w:p>
      <w:pPr>
        <w:jc w:val="right"/>
      </w:pPr>
      <w:r>
        <w:t>اچھا دوسرے لوگ کیا لیتے ہیں اس کو؟ وہی حکومت اور اقتدار اور سلطان۔ اعلیٰ کرامت اللہ۔</w:t>
      </w:r>
    </w:p>
    <w:p>
      <w:r>
        <w:rPr>
          <w:b/>
        </w:rPr>
        <w:t xml:space="preserve">[24:06] </w:t>
      </w:r>
      <w:r>
        <w:t>toh woh kabhi hota nahi. kabhi hua nahi. toh bhi confusion hai ke kaisa wada hai jo poora nahi ho raha hai.</w:t>
      </w:r>
    </w:p>
    <w:p>
      <w:pPr>
        <w:jc w:val="right"/>
      </w:pPr>
      <w:r>
        <w:t>تو وہ کبھی ہوتا نہیں۔ کبھی ہوا نہیں۔ تو بھی کنفیوژن ہے کہ کیسا وعدہ ہے جو پورا نہیں ہو رہا ہے۔</w:t>
      </w:r>
    </w:p>
    <w:p>
      <w:r>
        <w:rPr>
          <w:b/>
        </w:rPr>
        <w:t xml:space="preserve">[24:17] </w:t>
      </w:r>
      <w:r>
        <w:t>dekhiye yeh matlab nahi hai is ka.</w:t>
      </w:r>
    </w:p>
    <w:p>
      <w:pPr>
        <w:jc w:val="right"/>
      </w:pPr>
      <w:r>
        <w:t>دیکھیے یہ مطلب نہیں ہے اس کا۔</w:t>
      </w:r>
    </w:p>
    <w:p>
      <w:r>
        <w:rPr>
          <w:b/>
        </w:rPr>
        <w:t xml:space="preserve">[24:21] </w:t>
      </w:r>
      <w:r>
        <w:t>rabbana aatina ma aatana ala ruslik. is ka tarjuma yeh hai ke aye aye hamare rab hum ko de woh cheez jis ka wada kiya hai tu ne apne rasoolon par.</w:t>
      </w:r>
    </w:p>
    <w:p>
      <w:pPr>
        <w:jc w:val="right"/>
      </w:pPr>
      <w:r>
        <w:t>ربنا آتنا ما واتنا علی رسلک۔ اس کا ترجمہ یہ ہے کہ اے اے ہمارے رب ہم کو دے وہ چیز جس کا وعدہ کیا ہے تو نے اپنے رسولوں پر۔</w:t>
      </w:r>
    </w:p>
    <w:p>
      <w:r>
        <w:rPr>
          <w:b/>
        </w:rPr>
        <w:t xml:space="preserve">[24:37] </w:t>
      </w:r>
      <w:r>
        <w:t>rabbana aatina ma aatana ala ruslik. acha toh rasoolon par jo Allah ne wada kiya woh toh zaroor diya.</w:t>
      </w:r>
    </w:p>
    <w:p>
      <w:pPr>
        <w:jc w:val="right"/>
      </w:pPr>
      <w:r>
        <w:t>ربنا آتنا ما واتنا علی رسلک۔ اچھا تو رسولوں پر جو اللہ نے وعدہ کیا وہ تو ضرور دیا۔</w:t>
      </w:r>
    </w:p>
    <w:p>
      <w:r>
        <w:rPr>
          <w:b/>
        </w:rPr>
        <w:t xml:space="preserve">[24:48] </w:t>
      </w:r>
      <w:r>
        <w:t>yeh toh manna paray ga hamara aqeedah hai. toh kis rasool ko yeh mauqa mila ke sari duniya mein hukoomat aaliya qaim kare woh? kis ko? khud rasool Allah ke zamanay mein aisay nahi hua?</w:t>
      </w:r>
    </w:p>
    <w:p>
      <w:pPr>
        <w:jc w:val="right"/>
      </w:pPr>
      <w:r>
        <w:t>یہ تو ماننا پڑے گا ہمارا عقیدہ ہے۔ تو کس رسول کو یہ موقع ملا کہ ساری دنیا میں حکومت عالیہ قائم کرے وہ؟ کس کو؟ خود رسول اللہ کے زمانے میں ایسے نہیں ہوا؟</w:t>
      </w:r>
    </w:p>
    <w:p>
      <w:r>
        <w:rPr>
          <w:b/>
        </w:rPr>
        <w:t xml:space="preserve">[24:58] </w:t>
      </w:r>
      <w:r>
        <w:t>mahdood ilaqay mein aik mahdood saltanat bani bas.</w:t>
      </w:r>
    </w:p>
    <w:p>
      <w:pPr>
        <w:jc w:val="right"/>
      </w:pPr>
      <w:r>
        <w:t>محدود علاقے میں ایک محدود سلطنت بنی بس۔</w:t>
      </w:r>
    </w:p>
    <w:p>
      <w:r>
        <w:rPr>
          <w:b/>
        </w:rPr>
        <w:t xml:space="preserve">[25:03] </w:t>
      </w:r>
      <w:r>
        <w:t>toh khud peghambaron ke zamanay mein bhi yeh wada unfilled fulfill raha. toh kaise aap confusion se niklein gay aap?</w:t>
      </w:r>
    </w:p>
    <w:p>
      <w:pPr>
        <w:jc w:val="right"/>
      </w:pPr>
      <w:r>
        <w:t>تو خود پیغمبروں کے زمانے میں بھی یہ وعدہ انفلڈ انفلفل رہا۔ تو کیسے آپ کنفیوژن سے نکلیں گے آپ؟</w:t>
      </w:r>
    </w:p>
    <w:p>
      <w:r>
        <w:rPr>
          <w:b/>
        </w:rPr>
        <w:t xml:space="preserve">[25:12] </w:t>
      </w:r>
      <w:r>
        <w:t>confusion hi confusion rahe ga. toh yeh yeh aayat jo hai logon ke liye sirf aqeeday ki aayat bani hui hai.</w:t>
      </w:r>
    </w:p>
    <w:p>
      <w:pPr>
        <w:jc w:val="right"/>
      </w:pPr>
      <w:r>
        <w:t>کنفیوژن ہی کنفیوژن رہے گا۔ تو یہ یہ آیت جو ہے لوگوں کے لیے صرف عقیدے کی آیت بنی ہوئی ہے۔</w:t>
      </w:r>
    </w:p>
    <w:p>
      <w:r>
        <w:rPr>
          <w:b/>
        </w:rPr>
        <w:t xml:space="preserve">[25:20] </w:t>
      </w:r>
      <w:r>
        <w:t>dekhiye is ka matlab yahi hai ke peghambaron ne kiya kaam kiya duniya mein? un ke mission ko samjhiye. un ka mission tha daawa mission.</w:t>
      </w:r>
    </w:p>
    <w:p>
      <w:pPr>
        <w:jc w:val="right"/>
      </w:pPr>
      <w:r>
        <w:t>دیکھیے اس کا مطلب یہی ہے کہ پیغمبروں نے کیا کام کیا دنیا میں؟ ان کے مشن کو سمجھیے۔ ان کا مشن تھا دعویٰ مشن۔</w:t>
      </w:r>
    </w:p>
    <w:p>
      <w:r>
        <w:rPr>
          <w:b/>
        </w:rPr>
        <w:t xml:space="preserve">[25:32] </w:t>
      </w:r>
      <w:r>
        <w:t>daawa mission.</w:t>
      </w:r>
    </w:p>
    <w:p>
      <w:pPr>
        <w:jc w:val="right"/>
      </w:pPr>
      <w:r>
        <w:t>دعویٰ مشن۔</w:t>
      </w:r>
    </w:p>
    <w:p>
      <w:r>
        <w:rPr>
          <w:b/>
        </w:rPr>
        <w:t xml:space="preserve">[25:33] </w:t>
      </w:r>
      <w:r>
        <w:t>to daawa mission ki nisbat se jo waade kiye tum ne peghambaron par aur jo fulfill hue woh hamare par bhi fulfill kar de. Yaani baaitbaar daawa mission jo waade to ne kiye peghambaron se aur jis ko fulfill kiya woh hamare upar kar de.</w:t>
      </w:r>
    </w:p>
    <w:p>
      <w:pPr>
        <w:jc w:val="right"/>
      </w:pPr>
      <w:r>
        <w:t>تو دعویٰ مشن کی نسبت سے جو وعدے کیے تم نے پیغمبروں پر اور جو فلفل ہوئے وہ ہمارے پر بھی فلفل کر دے۔ یعنی باعتبار دعویٰ مشن جو وعدے تو نے کیے پیغمبروں سے اور جس کو فلفل کیا وہ ہمارے اوپر کر دے۔</w:t>
      </w:r>
    </w:p>
    <w:p>
      <w:r>
        <w:rPr>
          <w:b/>
        </w:rPr>
        <w:t xml:space="preserve">[25:54] </w:t>
      </w:r>
      <w:r>
        <w:t>ab is ko aap le kar sochiye is waqeye ko. Is waqeye ko. To rasool Allah ke saath woh waqea guzra</w:t>
      </w:r>
    </w:p>
    <w:p>
      <w:pPr>
        <w:jc w:val="right"/>
      </w:pPr>
      <w:r>
        <w:t>اب اس کو آپ لے کر سوچیے اس واقعے کو۔ اس واقعے کو۔ تو رسول اللہ کے ساتھ وہ واقعہ گزرا</w:t>
      </w:r>
    </w:p>
    <w:p>
      <w:r>
        <w:rPr>
          <w:b/>
        </w:rPr>
        <w:t xml:space="preserve">[26:02] </w:t>
      </w:r>
      <w:r>
        <w:t>ke ek aadmi paida hua ek qabile mein. Woh sunta hai ke ek shakhs paida hua hai jo kehta hai nabuwat daawa karta hai. Wahan se aata hai woh oont par baith kar ke.</w:t>
      </w:r>
    </w:p>
    <w:p>
      <w:pPr>
        <w:jc w:val="right"/>
      </w:pPr>
      <w:r>
        <w:t>کہ ایک آدمی پیدا ہوا ایک قبیلے میں۔ وہ سنتا ہے کہ ایک شخص پیدا ہوا ہے جو کہتا ہے نبوت دعویٰ کرتا ہے۔ وہاں سے آتا ہے وہ اونٹ پر بیٹھ کر کے۔</w:t>
      </w:r>
    </w:p>
    <w:p>
      <w:r>
        <w:rPr>
          <w:b/>
        </w:rPr>
        <w:t xml:space="preserve">[26:15] </w:t>
      </w:r>
      <w:r>
        <w:t>sawalaat karta hai. Aur yeh bhi kehta hai ke main aap se sawal mein sakhti karunga. Aap ko bura mat maniyega. I hope this will not offend you.</w:t>
      </w:r>
    </w:p>
    <w:p>
      <w:pPr>
        <w:jc w:val="right"/>
      </w:pPr>
      <w:r>
        <w:t>سوالات کرتا ہے۔ اور یہ بھی کہتا ہے کہ میں آپ سے سوال میں سختی کروں گا۔ آپ کو برا مت مانیے گا۔ آئی ہوپ دس ول ناٹ افینڈ یو۔</w:t>
      </w:r>
    </w:p>
    <w:p>
      <w:r>
        <w:rPr>
          <w:b/>
        </w:rPr>
        <w:t xml:space="preserve">[26:25] </w:t>
      </w:r>
      <w:r>
        <w:t>to aap ne kaha ke nahi tum to chahe khush ho.</w:t>
      </w:r>
    </w:p>
    <w:p>
      <w:pPr>
        <w:jc w:val="right"/>
      </w:pPr>
      <w:r>
        <w:t>تو آپ نے کہا کہ نہیں تم تو چاہے خوش ہو۔</w:t>
      </w:r>
    </w:p>
    <w:p>
      <w:r>
        <w:rPr>
          <w:b/>
        </w:rPr>
        <w:t xml:space="preserve">[26:30] </w:t>
      </w:r>
      <w:r>
        <w:t>to yeh shart hai. Yeh shart hai.</w:t>
      </w:r>
    </w:p>
    <w:p>
      <w:pPr>
        <w:jc w:val="right"/>
      </w:pPr>
      <w:r>
        <w:t>تو یہ شرط ہے۔ یہ شرط ہے۔</w:t>
      </w:r>
    </w:p>
    <w:p>
      <w:r>
        <w:rPr>
          <w:b/>
        </w:rPr>
        <w:t xml:space="preserve">[26:37] </w:t>
      </w:r>
      <w:r>
        <w:t>is baat ki ke Allah ka waada aap par poora ho. Woh shart kya hai?</w:t>
      </w:r>
    </w:p>
    <w:p>
      <w:pPr>
        <w:jc w:val="right"/>
      </w:pPr>
      <w:r>
        <w:t>اس بات کی کہ اللہ کا وعدہ آپ پر پورا ہو۔ وہ شرط کیا ہے؟</w:t>
      </w:r>
    </w:p>
    <w:p>
      <w:r>
        <w:rPr>
          <w:b/>
        </w:rPr>
        <w:t xml:space="preserve">[26:42] </w:t>
      </w:r>
      <w:r>
        <w:t>aap Allah ke paigham ko, daawat-e-ilahi ko aise andaaz mein logon tak pahunchayein ke log bura na manein.</w:t>
      </w:r>
    </w:p>
    <w:p>
      <w:pPr>
        <w:jc w:val="right"/>
      </w:pPr>
      <w:r>
        <w:t>آپ اللہ کے پیغام کو، دعوت الٰہی کو ایسے انداز میں لوگوں تک پہنچائیں کہ لوگ برا نہ مانیں۔</w:t>
      </w:r>
    </w:p>
    <w:p>
      <w:r>
        <w:rPr>
          <w:b/>
        </w:rPr>
        <w:t xml:space="preserve">[26:53] </w:t>
      </w:r>
      <w:r>
        <w:t>logon ka mind address ho. Log is ko apni nature ki awaaz samjhein. To kya hoga? Yeh aap ka fifty percent hoga.</w:t>
      </w:r>
    </w:p>
    <w:p>
      <w:pPr>
        <w:jc w:val="right"/>
      </w:pPr>
      <w:r>
        <w:t>لوگوں کا مائنڈ ایڈریس ہو۔ لوگ اس کو اپنی نیچر کی آواز سمجھیں۔ تو کیا ہوگا؟ یہ آپ کا ففٹی پرسنٹ ہوگا۔</w:t>
      </w:r>
    </w:p>
    <w:p>
      <w:r>
        <w:rPr>
          <w:b/>
        </w:rPr>
        <w:t xml:space="preserve">[27:02] </w:t>
      </w:r>
      <w:r>
        <w:t>to kya hoga? Farishton ke zariye un ke dil mein aap ki mohabbat daali jayegi.</w:t>
      </w:r>
    </w:p>
    <w:p>
      <w:pPr>
        <w:jc w:val="right"/>
      </w:pPr>
      <w:r>
        <w:t>تو کیا ہوگا؟ فرشتوں کے ذریعے ان کے دل میں آپ کی محبت ڈالی جائے گی۔</w:t>
      </w:r>
    </w:p>
    <w:p>
      <w:r>
        <w:rPr>
          <w:b/>
        </w:rPr>
        <w:t xml:space="preserve">[27:09] </w:t>
      </w:r>
      <w:r>
        <w:t>yeh is ka matlab nahi ke saare aalam ke liye nahi keh raha hoon main.</w:t>
      </w:r>
    </w:p>
    <w:p>
      <w:pPr>
        <w:jc w:val="right"/>
      </w:pPr>
      <w:r>
        <w:t>یہ اس کا مطلب نہیں کہ سارے عالم کے لیے نہیں کہہ رہا ہوں میں۔</w:t>
      </w:r>
    </w:p>
    <w:p>
      <w:r>
        <w:rPr>
          <w:b/>
        </w:rPr>
        <w:t xml:space="preserve">[27:15] </w:t>
      </w:r>
      <w:r>
        <w:t>saare aalam pe nahi. Matlab jin ko Allah chahega, jin ke andar Allah taala dekhega ke andar salahiyat hai un ke liye.</w:t>
      </w:r>
    </w:p>
    <w:p>
      <w:pPr>
        <w:jc w:val="right"/>
      </w:pPr>
      <w:r>
        <w:t>سارے عالم پہ نہیں۔ مطلب جن کو اللہ چاہے گا، جن کے اندر اللہ تعالیٰ دیکھے گا کہ اندر صلاحیت ہے ان کے لیے۔</w:t>
      </w:r>
    </w:p>
    <w:p>
      <w:r>
        <w:rPr>
          <w:b/>
        </w:rPr>
        <w:t xml:space="preserve">[27:29] </w:t>
      </w:r>
      <w:r>
        <w:t>to woh woh history repeat hui Madine mein. Ke Rasool Allah sal-lal-lahu alaihi wasallam ne apne daawat ka jo kaam kiya</w:t>
      </w:r>
    </w:p>
    <w:p>
      <w:pPr>
        <w:jc w:val="right"/>
      </w:pPr>
      <w:r>
        <w:t>تو وہ وہ ہسٹری ریپیٹ ہوئی مدینے میں۔ کہ رسول اللہ صلی اللہ علیہ وسلم نے اپنے دعوت کا جو کام کیا</w:t>
      </w:r>
    </w:p>
    <w:p>
      <w:r>
        <w:rPr>
          <w:b/>
        </w:rPr>
        <w:t xml:space="preserve">[27:37] </w:t>
      </w:r>
      <w:r>
        <w:t>is andaaz se kiya ke woh aap ko sata rahe hain. Sakht baatein bol rahe hain. Aap offend nahi hote. Aap koi negative response nahi dete.</w:t>
      </w:r>
    </w:p>
    <w:p>
      <w:pPr>
        <w:jc w:val="right"/>
      </w:pPr>
      <w:r>
        <w:t>اس انداز سے کیا کہ وہ آپ کو ستا رہے ہیں۔ سخت باتیں بول رہے ہیں۔ آپ افینڈ نہیں ہوتے۔ آپ کوئی نیگیٹیو رسپانس نہیں دیتے۔</w:t>
      </w:r>
    </w:p>
    <w:p>
      <w:r>
        <w:rPr>
          <w:b/>
        </w:rPr>
        <w:t xml:space="preserve">[27:50] </w:t>
      </w:r>
      <w:r>
        <w:t>hamesha positive response dete hain. Is ka asar kya hota hai is aadmi ke upar?</w:t>
      </w:r>
    </w:p>
    <w:p>
      <w:pPr>
        <w:jc w:val="right"/>
      </w:pPr>
      <w:r>
        <w:t>ہمیشہ پازیٹیو رسپانس دیتے ہیں۔ اس کا اثر کیا ہوتا ہے اس آدمی کے اوپر؟</w:t>
      </w:r>
    </w:p>
    <w:p>
      <w:r>
        <w:rPr>
          <w:b/>
        </w:rPr>
        <w:t xml:space="preserve">[27:58] </w:t>
      </w:r>
      <w:r>
        <w:t>is aadmi ka asar hota hai ke is ka is ka mind address ho jata hai. Is ki fitrat address ho jati hai.</w:t>
      </w:r>
    </w:p>
    <w:p>
      <w:pPr>
        <w:jc w:val="right"/>
      </w:pPr>
      <w:r>
        <w:t>اس آدمی کا اثر ہوتا ہے کہ اس کا اس کا مائنڈ ایڈریس ہو جاتا ہے۔ اس کی فطرت ایڈریس ہو جاتی ہے۔</w:t>
      </w:r>
    </w:p>
    <w:p>
      <w:r>
        <w:rPr>
          <w:b/>
        </w:rPr>
        <w:t xml:space="preserve">[28:04] </w:t>
      </w:r>
      <w:r>
        <w:t>is ke dil mein baat utar jati hai. Aur phir woh baat ko maan leta hai.</w:t>
      </w:r>
    </w:p>
    <w:p>
      <w:pPr>
        <w:jc w:val="right"/>
      </w:pPr>
      <w:r>
        <w:t>اس کے دل میں بات اتر جاتی ہے۔ اور پھر وہ بات کو مان لیتا ہے۔</w:t>
      </w:r>
    </w:p>
    <w:p>
      <w:r>
        <w:rPr>
          <w:b/>
        </w:rPr>
        <w:t xml:space="preserve">[28:13] </w:t>
      </w:r>
      <w:r>
        <w:t>ab kal wahan ek ek Hindu lady thi. Unhone kaha ke hum aap ke mission mein hum bhi kaam karna chahte hain. Hum koi bhi mauqa dijiye kaam karne ka.</w:t>
      </w:r>
    </w:p>
    <w:p>
      <w:pPr>
        <w:jc w:val="right"/>
      </w:pPr>
      <w:r>
        <w:t>اب کل وہاں ایک ایک ہندو لیڈی تھی۔ انہوں نے کہا کہ ہم آپ کے مشن میں ہم بھی کام کرنا چاہتے ہیں۔ ہم کوئی بھی موقع دیجیے کام کرنے کا۔</w:t>
      </w:r>
    </w:p>
    <w:p>
      <w:r>
        <w:rPr>
          <w:b/>
        </w:rPr>
        <w:t xml:space="preserve">[28:22] </w:t>
      </w:r>
      <w:r>
        <w:t>apna naam likhwaya unhone.</w:t>
      </w:r>
    </w:p>
    <w:p>
      <w:pPr>
        <w:jc w:val="right"/>
      </w:pPr>
      <w:r>
        <w:t>اپنا نام لکھوایا انہوں نے۔</w:t>
      </w:r>
    </w:p>
    <w:p>
      <w:r>
        <w:rPr>
          <w:b/>
        </w:rPr>
        <w:t xml:space="preserve">[28:28] </w:t>
      </w:r>
      <w:r>
        <w:t>to dekhiye, history aap agar yeh sochein ke history ko repeat is system mein hona chahiye ke saari duniya mein aap ki hukoomat qaim ho jaye.</w:t>
      </w:r>
    </w:p>
    <w:p>
      <w:pPr>
        <w:jc w:val="right"/>
      </w:pPr>
      <w:r>
        <w:t>تو دیکھیے، ہسٹری آپ اگر یہ سوچیں کہ ہسٹری کو ریپیٹ اس سسٹم میں ہونا چاہیے کہ ساری دنیا میں آپ کی حکومت قائم ہو جائے۔</w:t>
      </w:r>
    </w:p>
    <w:p>
      <w:r>
        <w:rPr>
          <w:b/>
        </w:rPr>
        <w:t xml:space="preserve">[28:40] </w:t>
      </w:r>
      <w:r>
        <w:t>to woh to kabhi nahi hogi. To aap daawat ka woh usloob ikhtiyar hi nahi karein jo Allah ko matloob hai. To insaan ki fitrat kaise address hogi?</w:t>
      </w:r>
    </w:p>
    <w:p>
      <w:pPr>
        <w:jc w:val="right"/>
      </w:pPr>
      <w:r>
        <w:t>تو وہ تو کبھی نہیں ہوگی۔ تو آپ دعوت کا وہ اسلوب اختیار ہی نہیں کریں جو اللہ کو مطلوب ہے۔ تو انسان کی فطرت کیسے ایڈریس ہوگی؟</w:t>
      </w:r>
    </w:p>
    <w:p>
      <w:r>
        <w:rPr>
          <w:b/>
        </w:rPr>
        <w:t xml:space="preserve">[28:52] </w:t>
      </w:r>
      <w:r>
        <w:t>to kaise woh waada poora hoga aap ke upar?</w:t>
      </w:r>
    </w:p>
    <w:p>
      <w:pPr>
        <w:jc w:val="right"/>
      </w:pPr>
      <w:r>
        <w:t>تو کیسے وہ وعدہ پورا ہوگا آپ کے اوپر؟</w:t>
      </w:r>
    </w:p>
    <w:p>
      <w:r>
        <w:rPr>
          <w:b/>
        </w:rPr>
        <w:t xml:space="preserve">[28:57] </w:t>
      </w:r>
      <w:r>
        <w:t>Allahumma aatina ma aatana ala rusulika.</w:t>
      </w:r>
    </w:p>
    <w:p>
      <w:pPr>
        <w:jc w:val="right"/>
      </w:pPr>
      <w:r>
        <w:t>اللہم آتنا ما واتنا علی رسلک۔</w:t>
      </w:r>
    </w:p>
    <w:p>
      <w:r>
        <w:rPr>
          <w:b/>
        </w:rPr>
        <w:t xml:space="preserve">[29:04] </w:t>
      </w:r>
      <w:r>
        <w:t>hum ko de woh cheezein jis ka waada kiya to ne apne rasoolon par. To ek taraf waada hai. Ek taraf rasoolon ka tarz-e-amal hai.</w:t>
      </w:r>
    </w:p>
    <w:p>
      <w:pPr>
        <w:jc w:val="right"/>
      </w:pPr>
      <w:r>
        <w:t>ہم کو دے وہ چیزیں جس کا وعدہ کیا تو نے اپنے رسولوں پر۔ تو ایک طرف وعدہ ہے۔ ایک طرف رسولوں کا طرز عمل ہے۔</w:t>
      </w:r>
    </w:p>
    <w:p>
      <w:r>
        <w:rPr>
          <w:b/>
        </w:rPr>
        <w:t xml:space="preserve">[29:16] </w:t>
      </w:r>
      <w:r>
        <w:t>rasoolon ne Allah ke rosh ke mutabiq kaam kiya.</w:t>
      </w:r>
    </w:p>
    <w:p>
      <w:pPr>
        <w:jc w:val="right"/>
      </w:pPr>
      <w:r>
        <w:t>رسولوں نے اللہ کے روش کے مطابق کام کیا۔</w:t>
      </w:r>
    </w:p>
    <w:p>
      <w:r>
        <w:rPr>
          <w:b/>
        </w:rPr>
        <w:t xml:space="preserve">[29:23] </w:t>
      </w:r>
      <w:r>
        <w:t>to un ko Allah ki madad aa</w:t>
      </w:r>
    </w:p>
    <w:p>
      <w:pPr>
        <w:jc w:val="right"/>
      </w:pPr>
      <w:r>
        <w:t>تو ان کو اللہ کی مدد آ</w:t>
      </w:r>
    </w:p>
    <w:p>
      <w:r>
        <w:rPr>
          <w:b/>
        </w:rPr>
        <w:t xml:space="preserve">[29:26] </w:t>
      </w:r>
      <w:r>
        <w:t>i. jaise kal jo sawal tha us mein yeh jo sawal tha ke aap kya aap ke moazzam mein koi aisi cheez hai jis ko aap nafrat karte hon?</w:t>
      </w:r>
    </w:p>
    <w:p>
      <w:pPr>
        <w:jc w:val="right"/>
      </w:pPr>
      <w:r>
        <w:t>ئی۔ جیسے کل جو سوال تھا اس میں یہ جو سوال تھا کہ آپ کیا آپ کے معظم میں کوئی ایسی چیز ہے جس کو آپ نفرت کرتے ہوں؟</w:t>
      </w:r>
    </w:p>
    <w:p>
      <w:r>
        <w:rPr>
          <w:b/>
        </w:rPr>
        <w:t xml:space="preserve">[29:36] </w:t>
      </w:r>
      <w:r>
        <w:t>jis ko aap dislike karte hon?</w:t>
      </w:r>
    </w:p>
    <w:p>
      <w:pPr>
        <w:jc w:val="right"/>
      </w:pPr>
      <w:r>
        <w:t>جس کو آپ ڈس لائک کرتے ہوں؟</w:t>
      </w:r>
    </w:p>
    <w:p>
      <w:r>
        <w:rPr>
          <w:b/>
        </w:rPr>
        <w:t xml:space="preserve">[29:39] </w:t>
      </w:r>
      <w:r>
        <w:t>to main ne kaha jawab diya ke as far as the religion of Islam is concerned</w:t>
      </w:r>
    </w:p>
    <w:p>
      <w:pPr>
        <w:jc w:val="right"/>
      </w:pPr>
      <w:r>
        <w:t>تو میں نے کہا جواب دیا کہ ایز فار ایز دا ریلیجن آف اسلام از کنسرنڈ</w:t>
      </w:r>
    </w:p>
    <w:p>
      <w:r>
        <w:rPr>
          <w:b/>
        </w:rPr>
        <w:t xml:space="preserve">[29:52] </w:t>
      </w:r>
      <w:r>
        <w:t>i i never i never found any such item.</w:t>
      </w:r>
    </w:p>
    <w:p>
      <w:pPr>
        <w:jc w:val="right"/>
      </w:pPr>
      <w:r>
        <w:t>آئی آئی نیور آئی نیور فاؤنڈ اینی سچ آئٹم۔</w:t>
      </w:r>
    </w:p>
    <w:p>
      <w:r>
        <w:rPr>
          <w:b/>
        </w:rPr>
        <w:t xml:space="preserve">[30:01] </w:t>
      </w:r>
      <w:r>
        <w:t>but as far as the Muslim community is concerned. there are some part in Muslim culture</w:t>
      </w:r>
    </w:p>
    <w:p>
      <w:pPr>
        <w:jc w:val="right"/>
      </w:pPr>
      <w:r>
        <w:t>بٹ ایز فار ایز دا مسلم کمیونٹی از کنسرنڈ۔ دیر آر سم پارٹ ان مسلم کلچر</w:t>
      </w:r>
    </w:p>
    <w:p>
      <w:r>
        <w:rPr>
          <w:b/>
        </w:rPr>
        <w:t xml:space="preserve">[30:09] </w:t>
      </w:r>
      <w:r>
        <w:t>. Muslims have develop a version of Islam on their own. here i found something that i dislike.</w:t>
      </w:r>
    </w:p>
    <w:p>
      <w:pPr>
        <w:jc w:val="right"/>
      </w:pPr>
      <w:r>
        <w:t>۔ مسلمز ہیو ڈیولپ ا ورژن آف اسلام آن دیر اون۔ ہیر آئی فاؤنڈ سمتھنگ دیٹ آئی ڈس لائک۔</w:t>
      </w:r>
    </w:p>
    <w:p>
      <w:r>
        <w:rPr>
          <w:b/>
        </w:rPr>
        <w:t xml:space="preserve">[30:20] </w:t>
      </w:r>
      <w:r>
        <w:t>to phir main ne bataya misaal di. ke aaj kal sari dunya ke musalmanon ka haal kya hai? jahan bhi jaen, jahan bhi jaiye negative boli bolenge.</w:t>
      </w:r>
    </w:p>
    <w:p>
      <w:pPr>
        <w:jc w:val="right"/>
      </w:pPr>
      <w:r>
        <w:t>تو پھر میں نے بتایا مثال دی۔ کہ آج کل ساری دنیا کے مسلمانوں کا حال کیا ہے؟ جہاں بھی جائیں، جہاں بھی جائیے نیگیٹیو بولی بولیں گے۔</w:t>
      </w:r>
    </w:p>
    <w:p>
      <w:r>
        <w:rPr>
          <w:b/>
        </w:rPr>
        <w:t xml:space="preserve">[30:33] </w:t>
      </w:r>
      <w:r>
        <w:t>negative boli.</w:t>
      </w:r>
    </w:p>
    <w:p>
      <w:pPr>
        <w:jc w:val="right"/>
      </w:pPr>
      <w:r>
        <w:t>نیگیٹیو بولی۔</w:t>
      </w:r>
    </w:p>
    <w:p>
      <w:r>
        <w:rPr>
          <w:b/>
        </w:rPr>
        <w:t xml:space="preserve">[30:37] </w:t>
      </w:r>
      <w:r>
        <w:t>abhi dekhiye, yani is mein koi exception nahin hai. yahan se le kar Arab tak jaiye aap. yahan se le kar America tak jaiye aap. kahin bhi jaiye, har jagah negative boli.</w:t>
      </w:r>
    </w:p>
    <w:p>
      <w:pPr>
        <w:jc w:val="right"/>
      </w:pPr>
      <w:r>
        <w:t>ابھی دیکھیے، یعنی اس میں کوئی ایکسیپشن نہیں ہے۔ یہاں سے لے کر عرب تک جائیے آپ۔ یہاں سے لے کر امریکہ تک جائیے آپ۔ کہیں بھی جائیے، ہر جگہ نیگیٹیو بولی۔</w:t>
      </w:r>
    </w:p>
    <w:p>
      <w:r>
        <w:rPr>
          <w:b/>
        </w:rPr>
        <w:t xml:space="preserve">[30:48] </w:t>
      </w:r>
      <w:r>
        <w:t>sab dushman hain, sab sazishi hain.</w:t>
      </w:r>
    </w:p>
    <w:p>
      <w:pPr>
        <w:jc w:val="right"/>
      </w:pPr>
      <w:r>
        <w:t>سب دشمن ہیں، سب سازشی ہیں۔</w:t>
      </w:r>
    </w:p>
    <w:p>
      <w:r>
        <w:rPr>
          <w:b/>
        </w:rPr>
        <w:t xml:space="preserve">[30:51] </w:t>
      </w:r>
      <w:r>
        <w:t>abhi dekhiye akhbaron mein ek khabar aayi thi, aap ne jaan parha hoga. ke khud Muslim dunya mein jo haal hai ke ek doosre ko bomb marte hain.</w:t>
      </w:r>
    </w:p>
    <w:p>
      <w:pPr>
        <w:jc w:val="right"/>
      </w:pPr>
      <w:r>
        <w:t>ابھی دیکھیے اخباروں میں ایک خبر آئی تھی، آپ نے جان پڑھا ہوگا۔ کہ خود مسلم دنیا میں جو حال ہے کہ ایک دوسرے کو بم مارتے ہیں۔</w:t>
      </w:r>
    </w:p>
    <w:p>
      <w:r>
        <w:rPr>
          <w:b/>
        </w:rPr>
        <w:t xml:space="preserve">[31:03] </w:t>
      </w:r>
      <w:r>
        <w:t>ek doosre ko qatal karte hain. qabristanon mein, masjidon mein, madarson mein, Muslim idaron mein ja ja kar ke.</w:t>
      </w:r>
    </w:p>
    <w:p>
      <w:pPr>
        <w:jc w:val="right"/>
      </w:pPr>
      <w:r>
        <w:t>ایک دوسرے کو کو قتل کرتے ہیں۔ قبرستانوں میں، مسجدوں میں، مدرسوں میں، مسلم اداروں میں جا جا کر کے۔</w:t>
      </w:r>
    </w:p>
    <w:p>
      <w:r>
        <w:rPr>
          <w:b/>
        </w:rPr>
        <w:t xml:space="preserve">[31:13] </w:t>
      </w:r>
      <w:r>
        <w:t>daily, daily, daily.</w:t>
      </w:r>
    </w:p>
    <w:p>
      <w:pPr>
        <w:jc w:val="right"/>
      </w:pPr>
      <w:r>
        <w:t>ڈیلی، ڈیلی، ڈیلی۔</w:t>
      </w:r>
    </w:p>
    <w:p>
      <w:r>
        <w:rPr>
          <w:b/>
        </w:rPr>
        <w:t xml:space="preserve">[31:17] </w:t>
      </w:r>
      <w:r>
        <w:t>to main ne kaha ke yeh jo hai is ki sabab hai ke musalman musalmanon ke andar negative thinking aa gayi sari dunya ke bare mein. yeh bilkul main is ko galat samajhta hoon.</w:t>
      </w:r>
    </w:p>
    <w:p>
      <w:pPr>
        <w:jc w:val="right"/>
      </w:pPr>
      <w:r>
        <w:t>تو میں نے کہا کہ یہ جو ہے اس کی سبب ہے کہ مسلمان مسلمانوں کے اندر نیگیٹیو تھنکنگ آ گئی ساری دنیا کے بارے میں۔ یہ بالکل میں اس کو غلط سمجھتا ہوں۔</w:t>
      </w:r>
    </w:p>
    <w:p>
      <w:r>
        <w:rPr>
          <w:b/>
        </w:rPr>
        <w:t xml:space="preserve">[31:28] </w:t>
      </w:r>
      <w:r>
        <w:t>bilkul galat samajhta hoon is ko. is ka Islam se koi taluq nahin hai. yeh sar ta sar aik aik musalmanon ka apna qoumi phenomena hai.</w:t>
      </w:r>
    </w:p>
    <w:p>
      <w:pPr>
        <w:jc w:val="right"/>
      </w:pPr>
      <w:r>
        <w:t>بالکل غلط سمجھتا ہوں اس کو۔ اس کا اسلام سے کوئی تعلق نہیں ہے۔ یہ سر تا سر ایک ایک مسلمانوں کا اپنا قومی فینامینا ہے۔</w:t>
      </w:r>
    </w:p>
    <w:p>
      <w:r>
        <w:rPr>
          <w:b/>
        </w:rPr>
        <w:t xml:space="preserve">[31:37] </w:t>
      </w:r>
      <w:r>
        <w:t>Islam se is ka to koi taluq nahin hai.</w:t>
      </w:r>
    </w:p>
    <w:p>
      <w:pPr>
        <w:jc w:val="right"/>
      </w:pPr>
      <w:r>
        <w:t>اسلام سے اس کا تو کوئی تعلق نہیں ہے۔</w:t>
      </w:r>
    </w:p>
    <w:p>
      <w:r>
        <w:rPr>
          <w:b/>
        </w:rPr>
        <w:t xml:space="preserve">[31:42] </w:t>
      </w:r>
      <w:r>
        <w:t>to main is ko disown kiya hua hai.</w:t>
      </w:r>
    </w:p>
    <w:p>
      <w:pPr>
        <w:jc w:val="right"/>
      </w:pPr>
      <w:r>
        <w:t>تو میں اس کو ڈس اون کیا ہوا ہے۔</w:t>
      </w:r>
    </w:p>
    <w:p>
      <w:r>
        <w:rPr>
          <w:b/>
        </w:rPr>
        <w:t xml:space="preserve">[31:45] </w:t>
      </w:r>
      <w:r>
        <w:t>to Muslim culture ko disown kar ke main ne kya kiya? Islam ko bacha liya. agar main Muslim culture ko disown na karta to main Islam ko nahin bacha sakta tha.</w:t>
      </w:r>
    </w:p>
    <w:p>
      <w:pPr>
        <w:jc w:val="right"/>
      </w:pPr>
      <w:r>
        <w:t>تو مسلم کلچر کو ڈس اون کر کے میں نے کیا کیا؟ اسلام کو بچا لیا۔ اگر میں مسلم کلچر کو ڈس اون نہ کرتا تو میں اسلام کو نہیں بچا سکتا تھا۔</w:t>
      </w:r>
    </w:p>
    <w:p>
      <w:r>
        <w:rPr>
          <w:b/>
        </w:rPr>
        <w:t xml:space="preserve">[31:56] </w:t>
      </w:r>
      <w:r>
        <w:t>phir baat baat jo hai woh kya is mein confusion rehta? baat mein clarity na aati? baat mein clarity na aati?</w:t>
      </w:r>
    </w:p>
    <w:p>
      <w:pPr>
        <w:jc w:val="right"/>
      </w:pPr>
      <w:r>
        <w:t>پھر بات بات جو ہے وہ کیا اس میں کنفیوژن رہتا؟ بات میں کلیرٹی نہ آتی؟ بات میں کلیرٹی نہ آتی؟</w:t>
      </w:r>
    </w:p>
    <w:p>
      <w:r>
        <w:rPr>
          <w:b/>
        </w:rPr>
        <w:t xml:space="preserve">[32:10] </w:t>
      </w:r>
      <w:r>
        <w:t>to aap ko</w:t>
      </w:r>
    </w:p>
    <w:p>
      <w:pPr>
        <w:jc w:val="right"/>
      </w:pPr>
      <w:r>
        <w:t>تو آپ کو</w:t>
      </w:r>
    </w:p>
    <w:p>
      <w:r>
        <w:rPr>
          <w:b/>
        </w:rPr>
        <w:t xml:space="preserve">[32:16] </w:t>
      </w:r>
      <w:r>
        <w:t>aap par Allah ke wade zaroor poore hon ge. agar aap Allah ke kaam ke liye uthe hain to. lekin yeh sara mamla fifty fifty ka hai.</w:t>
      </w:r>
    </w:p>
    <w:p>
      <w:pPr>
        <w:jc w:val="right"/>
      </w:pPr>
      <w:r>
        <w:t>آپ پر اللہ کے وعدے ضرور پورے ہوں گے۔ اگر آپ اللہ کے کام کے لیے اٹھے ہیں تو۔ لیکن یہ سارا معاملہ ففٹی ففٹی کا ہے۔</w:t>
      </w:r>
    </w:p>
    <w:p>
      <w:r>
        <w:rPr>
          <w:b/>
        </w:rPr>
        <w:t xml:space="preserve">[32:28] </w:t>
      </w:r>
      <w:r>
        <w:t>aap ko isi pattern par rehna parega jo peghambaron ka pattern hai.</w:t>
      </w:r>
    </w:p>
    <w:p>
      <w:pPr>
        <w:jc w:val="right"/>
      </w:pPr>
      <w:r>
        <w:t>آپ کو اسی پیٹرن پر رہنا پڑے گا جو پیغمبروں کا پیٹرن ہے۔</w:t>
      </w:r>
    </w:p>
    <w:p>
      <w:r>
        <w:rPr>
          <w:b/>
        </w:rPr>
        <w:t xml:space="preserve">[32:33] </w:t>
      </w:r>
      <w:r>
        <w:t>in sharton ko poora karna parega jo Allah ke mission mein jo sharten honi chahein. to jab aap in sharton ko poora kar den ge tab aisa hoga ke Allah ki taraf se woh wade hi poore kar diye jayen.</w:t>
      </w:r>
    </w:p>
    <w:p>
      <w:pPr>
        <w:jc w:val="right"/>
      </w:pPr>
      <w:r>
        <w:t>ان شرطوں کو پورا کرنا پڑے گا جو اللہ کے مشن میں جو شرطیں ہونی چاہییں۔ تو جب آپ ان شرطوں کو پورا کر دیں گے تب ایسا ہوگا کہ اللہ کی طرف سے وہ وعدے ہی پورے کر دیے جائیں۔</w:t>
      </w:r>
    </w:p>
    <w:p>
      <w:r>
        <w:rPr>
          <w:b/>
        </w:rPr>
        <w:t xml:space="preserve">[32:53] </w:t>
      </w:r>
      <w:r>
        <w:t>aisa nahin ho sakta.</w:t>
      </w:r>
    </w:p>
    <w:p>
      <w:pPr>
        <w:jc w:val="right"/>
      </w:pPr>
      <w:r>
        <w:t>ایسا نہیں ہو سکتا۔</w:t>
      </w:r>
    </w:p>
    <w:p>
      <w:r>
        <w:rPr>
          <w:b/>
        </w:rPr>
        <w:t xml:space="preserve">[32:58] </w:t>
      </w:r>
      <w:r>
        <w:t>aisa nahi ho sakta.</w:t>
      </w:r>
    </w:p>
    <w:p>
      <w:pPr>
        <w:jc w:val="right"/>
      </w:pPr>
      <w:r>
        <w:t>ایسا نہیں ہو سکتا۔</w:t>
      </w:r>
    </w:p>
    <w:p>
      <w:r>
        <w:rPr>
          <w:b/>
        </w:rPr>
        <w:t xml:space="preserve">[33:01] </w:t>
      </w:r>
      <w:r>
        <w:t>aise isi tarah se misalan dekhiye. aaj kal sari dunya mein kya tasawwur bana hua hai? ke islam freedom of expression ka mukhalif hai.</w:t>
      </w:r>
    </w:p>
    <w:p>
      <w:pPr>
        <w:jc w:val="right"/>
      </w:pPr>
      <w:r>
        <w:t>ایسے اسی طریقے سے مثلاً دیکھیے۔ آج کل ساری دنیا میں کیا تصور بنا ہوا ہے؟ کہ اسلام فریڈم آف ایکسپریشن کا مخالف ہے۔</w:t>
      </w:r>
    </w:p>
    <w:p>
      <w:r>
        <w:rPr>
          <w:b/>
        </w:rPr>
        <w:t xml:space="preserve">[33:16] </w:t>
      </w:r>
      <w:r>
        <w:t>achha aaj ki dunya aap jante hain ke freedom of expression jo hai woh samanun samanun hai. gates good hai.</w:t>
      </w:r>
    </w:p>
    <w:p>
      <w:pPr>
        <w:jc w:val="right"/>
      </w:pPr>
      <w:r>
        <w:t>اچھا آج کی دنیا آپ جانتے ہیں کہ فریڈم آف ایکسپریشن جو ہے وہ سمونم سمونم ہے۔ گیٹس گڈ ہے۔</w:t>
      </w:r>
    </w:p>
    <w:p>
      <w:r>
        <w:rPr>
          <w:b/>
        </w:rPr>
        <w:t xml:space="preserve">[33:23] </w:t>
      </w:r>
      <w:r>
        <w:t>to sari modern world jo hai woh samajhti hai ke ek freedom of expression to taraqqi hoti hai is se. is ke baghair taraqqi kahan? aur isi ko islam nahi manta.</w:t>
      </w:r>
    </w:p>
    <w:p>
      <w:pPr>
        <w:jc w:val="right"/>
      </w:pPr>
      <w:r>
        <w:t>تو ساری ماڈرن ورلڈ جو ہے وہ سمجھتی ہے کہ ایک فریڈم آف ایکسپریشن تو ترقی ہوتی ہے اس سے۔ اس کے بغیر ترقی کہاں؟ اور اسی کو اسلام نہیں مانتا۔</w:t>
      </w:r>
    </w:p>
    <w:p>
      <w:r>
        <w:rPr>
          <w:b/>
        </w:rPr>
        <w:t xml:space="preserve">[33:35] </w:t>
      </w:r>
      <w:r>
        <w:t>to in ko woh samajhte hain ke islam aaj ke lihaz se mis fit hai. aaj hamare matlab ka nahi hai islam. abhi dekhiye aaj ke akhbar mein ek khabar mein</w:t>
      </w:r>
    </w:p>
    <w:p>
      <w:pPr>
        <w:jc w:val="right"/>
      </w:pPr>
      <w:r>
        <w:t>تو ان کو وہ سمجھتے ہیں کہ اسلام آج کے لحاظ سے مس فٹ ہے۔ آج ہمارے مطلب کا نہیں ہے اسلام۔ ابھی دیکھیے آج کے اخبار میں ایک خبر میں</w:t>
      </w:r>
    </w:p>
    <w:p>
      <w:r>
        <w:rPr>
          <w:b/>
        </w:rPr>
        <w:t xml:space="preserve">[33:47] </w:t>
      </w:r>
      <w:r>
        <w:t>ne padhi aaj hi. ek muslim country mein kya hua? ke ek non muslim ne kuch keh diya rasool Allah ke bare mein jo bhi kaha ho.</w:t>
      </w:r>
    </w:p>
    <w:p>
      <w:pPr>
        <w:jc w:val="right"/>
      </w:pPr>
      <w:r>
        <w:t>نے پڑھی آج ہی۔ ایک مسلم کنٹری میں کیا ہوا؟ کہ ایک نان مسلم نے کچھ کہہ دیا رسول اللہ کے بارے میں جو بھی کہا ہو۔</w:t>
      </w:r>
    </w:p>
    <w:p>
      <w:r>
        <w:rPr>
          <w:b/>
        </w:rPr>
        <w:t xml:space="preserve">[33:56] </w:t>
      </w:r>
      <w:r>
        <w:t>misalan sallallahu alaihi wasallam na kaha ho. is ko bhi musalman toheen samajhte hain. mujhe khud tajurba hai. agar main kisi taqreeb mein lafz Muhammad keh doon khali sallallahu alaihi wasallam na kahoon to yeh bhi mere par toheen ka ilzam aa jata hai.</w:t>
      </w:r>
    </w:p>
    <w:p>
      <w:pPr>
        <w:jc w:val="right"/>
      </w:pPr>
      <w:r>
        <w:t>مثلاً صلی اللہ علیہ وسلم نہ کہا ہو۔ اس کو بھی مسلمان توہین سمجھتے ہیں۔ مجھے خود تجربہ ہے۔ اگر میں کسی تقریب میں لفظ محمد کہہ دوں خالی صلی اللہ علیہ وسلم نہ کہوں تو یہ بھی میرے پر توہین کا الزام آ جاتا ہے۔</w:t>
      </w:r>
    </w:p>
    <w:p>
      <w:r>
        <w:rPr>
          <w:b/>
        </w:rPr>
        <w:t xml:space="preserve">[34:10] </w:t>
      </w:r>
      <w:r>
        <w:t>yeh to yeh to Allah ka shukar hai ke hum India mein hain.</w:t>
      </w:r>
    </w:p>
    <w:p>
      <w:pPr>
        <w:jc w:val="right"/>
      </w:pPr>
      <w:r>
        <w:t>یہ تو یہ تو اللہ کا شکر ہے کہ ہم انڈیا میں ہیں۔</w:t>
      </w:r>
    </w:p>
    <w:p>
      <w:r>
        <w:rPr>
          <w:b/>
        </w:rPr>
        <w:t xml:space="preserve">[34:15] </w:t>
      </w:r>
      <w:r>
        <w:t>India mein hain jo secular country hai. agar hum kisi muslim country mein hote to isi baat par hum aql ko hukum martay. to aise kuch bechare kisi se munh se nikal gaya hoga.</w:t>
      </w:r>
    </w:p>
    <w:p>
      <w:pPr>
        <w:jc w:val="right"/>
      </w:pPr>
      <w:r>
        <w:t>انڈیا میں ہیں جو سیکولر کنٹری ہے۔ اگر ہم کسی مسلم کنٹری میں ہوتے تو اسی بات پر ہم عقل کو حکم مارتے۔ تو ایسے کچھ بیچارے کسی سے منہ سے نکل گیا ہوگا۔</w:t>
      </w:r>
    </w:p>
    <w:p>
      <w:r>
        <w:rPr>
          <w:b/>
        </w:rPr>
        <w:t xml:space="preserve">[34:29] </w:t>
      </w:r>
      <w:r>
        <w:t>ab ab sara shor hoga ke is ne toheen ki hai, toheen ki hai rasool Allah ki. aur ghus gaye is ke colony mein jahan woh log base hue thay.</w:t>
      </w:r>
    </w:p>
    <w:p>
      <w:pPr>
        <w:jc w:val="right"/>
      </w:pPr>
      <w:r>
        <w:t>اب اب سارا شور ہوگا کہ اس نے توہین کی ہے، توہین کی ہے رسول اللہ کی۔ اور گھس گئے اس کے کالونی میں جہاں وہ لوگ بسے ہوئے تھے۔</w:t>
      </w:r>
    </w:p>
    <w:p>
      <w:r>
        <w:rPr>
          <w:b/>
        </w:rPr>
        <w:t xml:space="preserve">[34:39] </w:t>
      </w:r>
      <w:r>
        <w:t>aur bohat se gharon ko jalaya, phoonka. in ke ibadat gah ko bhi toda.</w:t>
      </w:r>
    </w:p>
    <w:p>
      <w:pPr>
        <w:jc w:val="right"/>
      </w:pPr>
      <w:r>
        <w:t>اور بہت سے گھروں کو جلایا، پھونکا۔ ان کے عبادت گاہ کو بھی توڑا۔</w:t>
      </w:r>
    </w:p>
    <w:p>
      <w:r>
        <w:rPr>
          <w:b/>
        </w:rPr>
        <w:t xml:space="preserve">[34:46] </w:t>
      </w:r>
      <w:r>
        <w:t>sahi? to ab kaun aadmi hai jo is islam ko pasand kare?</w:t>
      </w:r>
    </w:p>
    <w:p>
      <w:pPr>
        <w:jc w:val="right"/>
      </w:pPr>
      <w:r>
        <w:t>صحیح؟ تو اب کون آدمی ہے جو اس اسلام کو پسند کرے؟</w:t>
      </w:r>
    </w:p>
    <w:p>
      <w:r>
        <w:rPr>
          <w:b/>
        </w:rPr>
        <w:t xml:space="preserve">[34:53] </w:t>
      </w:r>
      <w:r>
        <w:t>to main har bar kehta hoon ke dekhiye yeh musalmanon ka apna in islam hai. yeh in ka apna innovation hai. apni manghadat hai.</w:t>
      </w:r>
    </w:p>
    <w:p>
      <w:pPr>
        <w:jc w:val="right"/>
      </w:pPr>
      <w:r>
        <w:t>تو میں ہر بار کہتا ہوں کہ دیکھیے یہ مسلمانوں کا اپنا ان اسلام ہے۔ یہ ان کا اپنا انوویشن ہے۔ اپنی من گھڑت ہے۔</w:t>
      </w:r>
    </w:p>
    <w:p>
      <w:r>
        <w:rPr>
          <w:b/>
        </w:rPr>
        <w:t xml:space="preserve">[35:03] </w:t>
      </w:r>
      <w:r>
        <w:t>apni bidat hai. is ka islam se koi talluq nahi. islam mein pure maanon mein freedom hai.</w:t>
      </w:r>
    </w:p>
    <w:p>
      <w:pPr>
        <w:jc w:val="right"/>
      </w:pPr>
      <w:r>
        <w:t>اپنی بدعت ہے۔ اس کا اسلام سے کوئی تعلق نہیں۔ اسلام میں پورے معنوں میں فریڈم ہے۔</w:t>
      </w:r>
    </w:p>
    <w:p>
      <w:r>
        <w:rPr>
          <w:b/>
        </w:rPr>
        <w:t xml:space="preserve">[35:12] </w:t>
      </w:r>
      <w:r>
        <w:t>islam freedom ko itni ahmiyat deta hai jitna ke aaj ka mind deta hai. to bohat khush ho jatay hain woh ke achha hai islam to ya up to the mark hai hamare lihaz se.</w:t>
      </w:r>
    </w:p>
    <w:p>
      <w:pPr>
        <w:jc w:val="right"/>
      </w:pPr>
      <w:r>
        <w:t>اسلام فریڈم کو اتنی اہمیت دیتا ہے جتنا کہ آج کا مائنڈ دیتا ہے۔ تو بہت خوش ہو جاتے ہیں وہ کہ اچھا ہے اسلام تو یا اپ ٹو دا مارک ہے ہمارے لحاظ سے۔</w:t>
      </w:r>
    </w:p>
    <w:p>
      <w:r>
        <w:rPr>
          <w:b/>
        </w:rPr>
        <w:t xml:space="preserve">[35:30] </w:t>
      </w:r>
      <w:r>
        <w:t>yeh jo qanoon bane hain yani irtidad par, shatme rasool par yeh sab yaad rakhiye.</w:t>
      </w:r>
    </w:p>
    <w:p>
      <w:pPr>
        <w:jc w:val="right"/>
      </w:pPr>
      <w:r>
        <w:t>یہ جو قانون بنے ہیں یعنی ارتداد پر، شتم رسول پر یہ سب یاد رکھیے۔</w:t>
      </w:r>
    </w:p>
    <w:p>
      <w:r>
        <w:rPr>
          <w:b/>
        </w:rPr>
        <w:t xml:space="preserve">[35:38] </w:t>
      </w:r>
      <w:r>
        <w:t>quran mein hai kahin nahi. yeh baad ke zamane mein yani Abbasi din bar jab qaim hui thi us zamane mein yeh sab bane hain qanoon.</w:t>
      </w:r>
    </w:p>
    <w:p>
      <w:pPr>
        <w:jc w:val="right"/>
      </w:pPr>
      <w:r>
        <w:t>قرآن میں ہے کہیں نہیں۔ یہ بعد کے زمانے میں یعنی عباسی دین بار جب قائم ہوئی تھی اس زمانے میں یہ سب بنے ہیں قانون۔</w:t>
      </w:r>
    </w:p>
    <w:p>
      <w:r>
        <w:rPr>
          <w:b/>
        </w:rPr>
        <w:t xml:space="preserve">[35:47] </w:t>
      </w:r>
      <w:r>
        <w:t>islam se koi talluq nahi is ka. kahin bhi quran mein yeh nahi hai ke jo phir jaye islam lane ke baad phir jaye to us ko mor dalo.</w:t>
      </w:r>
    </w:p>
    <w:p>
      <w:pPr>
        <w:jc w:val="right"/>
      </w:pPr>
      <w:r>
        <w:t>اسلام سے کوئی تعلق نہیں اس کا۔ کہیں بھی قرآن میں یہ نہیں ہے کہ جو پھر جائے اسلام لانے کے بعد پھر جائے تو اس کو موڑ ڈالو۔</w:t>
      </w:r>
    </w:p>
    <w:p>
      <w:r>
        <w:rPr>
          <w:b/>
        </w:rPr>
        <w:t xml:space="preserve">[35:59] </w:t>
      </w:r>
      <w:r>
        <w:t>yeh kahin nahi. yeh bhi nahi kahin hai ke jo tumhare rasool ko bura kaha hai us ko mor dalo. yeh bhi kahin nahi hai.</w:t>
      </w:r>
    </w:p>
    <w:p>
      <w:pPr>
        <w:jc w:val="right"/>
      </w:pPr>
      <w:r>
        <w:t>یہ کہیں نہیں۔ یہ بھی نہیں کہیں ہے کہ جو تمہارے رسول کو برا کہا ہے اس کو موڑ ڈالو۔ یہ بھی کہیں نہیں ہے۔</w:t>
      </w:r>
    </w:p>
    <w:p>
      <w:r>
        <w:rPr>
          <w:b/>
        </w:rPr>
        <w:t xml:space="preserve">[36:07] </w:t>
      </w:r>
      <w:r>
        <w:t>yeh to musalmanon ka apna culture hai. musalmanon ka apna legislation hai. musalmanon ka apna self style version hai islam ka. to main saaf kehta hoon is ko.</w:t>
      </w:r>
    </w:p>
    <w:p>
      <w:pPr>
        <w:jc w:val="right"/>
      </w:pPr>
      <w:r>
        <w:t>یہ تو مسلمانوں کا اپنا کلچر ہے۔ مسلمانوں کا اپنا لیجیسیشن ہے۔ مسلمانوں کا اپنا سیلف اسٹائل ورژن ہے اسلام کا۔ تو میں صاف کہتا ہوں اس کو۔</w:t>
      </w:r>
    </w:p>
    <w:p>
      <w:r>
        <w:rPr>
          <w:b/>
        </w:rPr>
        <w:t xml:space="preserve">[36:18] </w:t>
      </w:r>
      <w:r>
        <w:t>to is ko main dis own kar ke islam ko bacha leta hoon. ab woh bohat khush hotay hain woh log. kehte hain ke hum to islam ko padhayenge phir to.</w:t>
      </w:r>
    </w:p>
    <w:p>
      <w:pPr>
        <w:jc w:val="right"/>
      </w:pPr>
      <w:r>
        <w:t>تو اس کو میں ڈس اون کر کے اسلام کو بچا لیتا ہوں۔ اب وہ بہت خوش ہوتے ہیں وہ لوگ۔ کہتے ہیں کہ ہم تو اسلام کو پڑھائیں گے پھر تو۔</w:t>
      </w:r>
    </w:p>
    <w:p>
      <w:r>
        <w:rPr>
          <w:b/>
        </w:rPr>
        <w:t xml:space="preserve">[36:26] </w:t>
      </w:r>
      <w:r>
        <w:t>to hamare matlab ki cheez hai.</w:t>
      </w:r>
    </w:p>
    <w:p>
      <w:pPr>
        <w:jc w:val="right"/>
      </w:pPr>
      <w:r>
        <w:t>تو ہمارے مطلب کی چیز ہے۔</w:t>
      </w:r>
    </w:p>
    <w:p>
      <w:r>
        <w:rPr>
          <w:b/>
        </w:rPr>
        <w:t xml:space="preserve">[36:30] </w:t>
      </w:r>
      <w:r>
        <w:t>to dekhiye history repeat ho rahi hai. lekin kab repeat hogi? jab aap bhi waise banen ke rasool Allah offend nahi hue.</w:t>
      </w:r>
    </w:p>
    <w:p>
      <w:pPr>
        <w:jc w:val="right"/>
      </w:pPr>
      <w:r>
        <w:t>تو دیکھیے ہسٹری ریپیٹ ہو رہی ہے۔ لیکن کب ریپیٹ ہوگی؟ جب آپ بھی ویسے بنیں کہ رسول اللہ افینڈ نہیں ہوئے۔</w:t>
      </w:r>
    </w:p>
    <w:p>
      <w:r>
        <w:rPr>
          <w:b/>
        </w:rPr>
        <w:t xml:space="preserve">[36:39] </w:t>
      </w:r>
      <w:r>
        <w:t>aap to offend ho jatay hain. kisi ne sallallahu alaihi wasallam nahi kaha to aap offend ho gaye. talwar le ke khare ho gaye. to kaise aap ke haq mein is history repeat nahi hogi?</w:t>
      </w:r>
    </w:p>
    <w:p>
      <w:pPr>
        <w:jc w:val="right"/>
      </w:pPr>
      <w:r>
        <w:t>آپ تو افینڈ ہو جاتے ہیں۔ کسی نے صلی اللہ علیہ وسلم نہیں کہا تو آپ افینڈ ہو گئے۔ تلوار لے کے کھڑے ہو گئے۔ تو کیسے آپ کے حق میں اس ہسٹری ریپیٹ نہیں ہوگی؟</w:t>
      </w:r>
    </w:p>
    <w:p>
      <w:r>
        <w:rPr>
          <w:b/>
        </w:rPr>
        <w:t xml:space="preserve">[36:58] </w:t>
      </w:r>
      <w:r>
        <w:t>to history ke repeat hone ke liye aap ko wahi shartain pura karni padengi jo peghambaron ne shartain poori ki theen. nahi to nahi.</w:t>
      </w:r>
    </w:p>
    <w:p>
      <w:pPr>
        <w:jc w:val="right"/>
      </w:pPr>
      <w:r>
        <w:t>تو ہسٹری کے ریپیٹ ہونے کے لیے آپ کو وہی شرطیں پورا کرنی پڑیں گی جو پیغمبروں نے شرطیں پوری کی تھیں۔ نہیں تو نہیں۔</w:t>
      </w:r>
    </w:p>
    <w:p>
      <w:r>
        <w:rPr>
          <w:b/>
        </w:rPr>
        <w:t xml:space="preserve">[37:13] </w:t>
      </w:r>
      <w:r>
        <w:t>dekhiye bohat hi important baat hai. history repeats itself jo hai bohat bara aik law us ke andar bataya gaya hai.</w:t>
      </w:r>
    </w:p>
    <w:p>
      <w:pPr>
        <w:jc w:val="right"/>
      </w:pPr>
      <w:r>
        <w:t>دیکھیے بہت ہی امپورٹنٹ بات ہے۔ ہسٹری ریپیٹس اٹ سیلف جو ہے بہت بڑا ایک لاء اس کے اندر بتایا گیا ہے۔</w:t>
      </w:r>
    </w:p>
    <w:p>
      <w:r>
        <w:rPr>
          <w:b/>
        </w:rPr>
        <w:t xml:space="preserve">[37:24] </w:t>
      </w:r>
      <w:r>
        <w:t>agarchay aur jo log is ko dohratay hain to is ko bohat lightly light bohat light mode mein dohratay hain. jantay nahi is ki haqeeqat ko.</w:t>
      </w:r>
    </w:p>
    <w:p>
      <w:pPr>
        <w:jc w:val="right"/>
      </w:pPr>
      <w:r>
        <w:t>اگرچہ اور جو لوگ اس کو دہراتے ہیں تو اس کو بہت لائٹلی لائٹ بہت لائٹ موڈ میں دہراتے ہیں۔ جانتے نہیں اس کی حقیقت کو۔</w:t>
      </w:r>
    </w:p>
    <w:p>
      <w:r>
        <w:rPr>
          <w:b/>
        </w:rPr>
        <w:t xml:space="preserve">[37:34] </w:t>
      </w:r>
      <w:r>
        <w:t>kehtay hain ke jis tarah Allah taala ne</w:t>
      </w:r>
    </w:p>
    <w:p>
      <w:pPr>
        <w:jc w:val="right"/>
      </w:pPr>
      <w:r>
        <w:t>کہتے ہیں کہ جس طرح اللہ تعالیٰ نے</w:t>
      </w:r>
    </w:p>
    <w:p>
      <w:r>
        <w:rPr>
          <w:b/>
        </w:rPr>
        <w:t xml:space="preserve">[37:39] </w:t>
      </w:r>
      <w:r>
        <w:t>zameen o aasman gardish ke sath yeh muqaddar kar diya hai ke falan falan waqiat hotay rahay, falan falan waqiat hain.</w:t>
      </w:r>
    </w:p>
    <w:p>
      <w:pPr>
        <w:jc w:val="right"/>
      </w:pPr>
      <w:r>
        <w:t>زمین و آسمان گردش کے ساتھ یہ مقدر کر دیا ہے کہ فلاں فلاں واقعات ہوتے رہیں، فلاں فلاں واقعات ہوں۔</w:t>
      </w:r>
    </w:p>
    <w:p>
      <w:r>
        <w:rPr>
          <w:b/>
        </w:rPr>
        <w:t xml:space="preserve">[37:50] </w:t>
      </w:r>
      <w:r>
        <w:t>mausam ke aitbar se, barish ke aitbar se, raat din ke aitbar se. to woh aik aik bilkul well disciplined aik nizam hai.</w:t>
      </w:r>
    </w:p>
    <w:p>
      <w:pPr>
        <w:jc w:val="right"/>
      </w:pPr>
      <w:r>
        <w:t>موسم کے اعتبار سے، بارش کے اعتبار سے، رات دن کے اعتبار سے۔ تو وہ ایک ایک بالکل ویل ڈسپلنڈ ایک نظام ہے۔</w:t>
      </w:r>
    </w:p>
    <w:p>
      <w:r>
        <w:rPr>
          <w:b/>
        </w:rPr>
        <w:t xml:space="preserve">[38:03] </w:t>
      </w:r>
      <w:r>
        <w:t>aur is ka Allah taala ne is ko mukammal control kar rakha hai. to is ke tehat hota rehta hai woh. lekin insan ko chukay azadi mili hui hai.</w:t>
      </w:r>
    </w:p>
    <w:p>
      <w:pPr>
        <w:jc w:val="right"/>
      </w:pPr>
      <w:r>
        <w:t>اور اس کا اللہ تعالیٰ نے اس کو مکمل کنٹرول کر رکھا ہے۔ تو اس کے تحت ہوتا رہتا ہے وہ۔ لیکن انسان کو چونکہ آزادی ملی ہوئی ہے۔</w:t>
      </w:r>
    </w:p>
    <w:p>
      <w:r>
        <w:rPr>
          <w:b/>
        </w:rPr>
        <w:t xml:space="preserve">[38:13] </w:t>
      </w:r>
      <w:r>
        <w:t>insan ko freedom of focus mila hua hai. insan apne amal ka khud hi madar hota hai.</w:t>
      </w:r>
    </w:p>
    <w:p>
      <w:pPr>
        <w:jc w:val="right"/>
      </w:pPr>
      <w:r>
        <w:t>انسان کو فریڈم آف فکاس ملا ہوا ہے۔ انسان اپنے عمل کا خود ہی مدار ہوتا ہے۔</w:t>
      </w:r>
    </w:p>
    <w:p>
      <w:r>
        <w:rPr>
          <w:b/>
        </w:rPr>
        <w:t xml:space="preserve">[38:21] </w:t>
      </w:r>
      <w:r>
        <w:t>is bana par farq ho jata hai yahan. yani is bana par aap ko aik shart poori karni parti hai.</w:t>
      </w:r>
    </w:p>
    <w:p>
      <w:pPr>
        <w:jc w:val="right"/>
      </w:pPr>
      <w:r>
        <w:t>اس بنا پر فرق ہو جاتا ہے یہاں۔ یعنی اس بنا پر آپ کو ایک شرط پوری کرنی پڑتی ہے۔</w:t>
      </w:r>
    </w:p>
    <w:p>
      <w:r>
        <w:rPr>
          <w:b/>
        </w:rPr>
        <w:t xml:space="preserve">[38:30] </w:t>
      </w:r>
      <w:r>
        <w:t>material world ko koi shart poora karna nahi hai. material world ko koi shart nahi poora karna hai. woh to aik tarafah tor par yani lateral tor par Allah ki taraf se woh nizam gardish karta rehay ga.</w:t>
      </w:r>
    </w:p>
    <w:p>
      <w:pPr>
        <w:jc w:val="right"/>
      </w:pPr>
      <w:r>
        <w:t>مٹیریل ورلڈ کو کوئی شرط پورا کرنا نہیں ہے۔ مٹیریل ورلڈ کو کوئی شرط نہیں پورا کرنا ہے۔ وہ تو ایک طرفہ طور پر یعنی لیٹرل طور پر اللہ کی طرف سے وہ نظام گردش کرتا رہے گا۔</w:t>
      </w:r>
    </w:p>
    <w:p>
      <w:r>
        <w:rPr>
          <w:b/>
        </w:rPr>
        <w:t xml:space="preserve">[38:48] </w:t>
      </w:r>
      <w:r>
        <w:t>lekin human world mein aap apni freedom ko jab Allah ke hudood ke andar istemal karengay tab woh poora hoga. wahan to yeh hai ke may aye to garmi aa gayi.</w:t>
      </w:r>
    </w:p>
    <w:p>
      <w:pPr>
        <w:jc w:val="right"/>
      </w:pPr>
      <w:r>
        <w:t>لیکن ہیومن ورلڈ میں آپ اپنی فریڈم کو جب اللہ کے حدود کے اندر استعمال کریں گے تب وہ پورا ہوگا۔ وہاں تو یہ ہے کہ مئی آئی تو گرمی آ گئی۔</w:t>
      </w:r>
    </w:p>
    <w:p>
      <w:r>
        <w:rPr>
          <w:b/>
        </w:rPr>
        <w:t xml:space="preserve">[39:02] </w:t>
      </w:r>
      <w:r>
        <w:t>aur november aya to sardi aa gayi.</w:t>
      </w:r>
    </w:p>
    <w:p>
      <w:pPr>
        <w:jc w:val="right"/>
      </w:pPr>
      <w:r>
        <w:t>اور نومبر آیا تو سردی آ گئی۔</w:t>
      </w:r>
    </w:p>
    <w:p>
      <w:r>
        <w:rPr>
          <w:b/>
        </w:rPr>
        <w:t xml:space="preserve">[39:07] </w:t>
      </w:r>
      <w:r>
        <w:t>lekin yahan aisa nahi ho sakta.</w:t>
      </w:r>
    </w:p>
    <w:p>
      <w:pPr>
        <w:jc w:val="right"/>
      </w:pPr>
      <w:r>
        <w:t>لیکن یہاں ایسا نہیں ہو سکتا۔</w:t>
      </w:r>
    </w:p>
    <w:p>
      <w:r>
        <w:rPr>
          <w:b/>
        </w:rPr>
        <w:t xml:space="preserve">[39:11] </w:t>
      </w:r>
      <w:r>
        <w:t>human world mein chukay aap azad hain. aap ki azadi ke sahi istemal aur ghalat istemal par saray ahkam ka tartib hota hai.</w:t>
      </w:r>
    </w:p>
    <w:p>
      <w:pPr>
        <w:jc w:val="right"/>
      </w:pPr>
      <w:r>
        <w:t>ہیومن ورلڈ میں چونکہ آپ آزاد ہیں۔ آپ کی آزادی کے صحیح استعمال اور غلط استعمال پر سارے احکام کا ترتب ہوتا ہے۔</w:t>
      </w:r>
    </w:p>
    <w:p>
      <w:r>
        <w:rPr>
          <w:b/>
        </w:rPr>
        <w:t xml:space="preserve">[39:25] </w:t>
      </w:r>
      <w:r>
        <w:t>warna nahi. to agar aap apni freedom of choice jo hai aap ki sahi is taraf ko istemal karein tab bilashubah woh ayat aap ke haq mein poori utray gi.</w:t>
      </w:r>
    </w:p>
    <w:p>
      <w:pPr>
        <w:jc w:val="right"/>
      </w:pPr>
      <w:r>
        <w:t>ورنہ نہیں۔ تو اگر آپ اپنی فریڈم آف چوائس جو ہے آپ کی صحیح اس طرف کو استعمال کریں۔ تب بلاشبہ وہ آیت آپ کے حق میں پوری اترے گی۔</w:t>
      </w:r>
    </w:p>
    <w:p>
      <w:r>
        <w:rPr>
          <w:b/>
        </w:rPr>
        <w:t xml:space="preserve">[39:36] </w:t>
      </w:r>
      <w:r>
        <w:t>rabbana atina maawatna ala rusulak. yeh hai.</w:t>
      </w:r>
    </w:p>
    <w:p>
      <w:pPr>
        <w:jc w:val="right"/>
      </w:pPr>
      <w:r>
        <w:t>ربنا آتنا ماواتنا علی رسلک۔ یہ ہے۔</w:t>
      </w:r>
    </w:p>
    <w:p>
      <w:r>
        <w:rPr>
          <w:b/>
        </w:rPr>
        <w:t xml:space="preserve">[39:41] </w:t>
      </w:r>
      <w:r>
        <w:t>acha jo log amoman muslim joday hue hain. to hum kyunkay sakhti se ab yeh log kehtay hain ke bohat ziyada peghambar ke model ko is par pakriye.</w:t>
      </w:r>
    </w:p>
    <w:p>
      <w:pPr>
        <w:jc w:val="right"/>
      </w:pPr>
      <w:r>
        <w:t>اچھا جو لوگ عموماً مسلم جڑے ہوئے ہیں۔ تو ہم کیونکہ سختی سے اب یہ لوگ کہتے ہیں کہ بہت زیادہ پیغمبر کے ماڈل کو اس پر پکڑیے۔</w:t>
      </w:r>
    </w:p>
    <w:p>
      <w:r>
        <w:rPr>
          <w:b/>
        </w:rPr>
        <w:t xml:space="preserve">[39:53] </w:t>
      </w:r>
      <w:r>
        <w:t>bohat ziyada.</w:t>
      </w:r>
    </w:p>
    <w:p>
      <w:pPr>
        <w:jc w:val="right"/>
      </w:pPr>
      <w:r>
        <w:t>بہت زیادہ۔</w:t>
      </w:r>
    </w:p>
    <w:p>
      <w:r>
        <w:rPr>
          <w:b/>
        </w:rPr>
        <w:t xml:space="preserve">[39:58] </w:t>
      </w:r>
      <w:r>
        <w:t>jaisay kal ka waqia batata hoon aap ko.</w:t>
      </w:r>
    </w:p>
    <w:p>
      <w:pPr>
        <w:jc w:val="right"/>
      </w:pPr>
      <w:r>
        <w:t>جیسے کل کا واقعہ بتاتا ہوں آپ کو۔</w:t>
      </w:r>
    </w:p>
    <w:p>
      <w:r>
        <w:rPr>
          <w:b/>
        </w:rPr>
        <w:t xml:space="preserve">[40:01] </w:t>
      </w:r>
      <w:r>
        <w:t>kal hamaray aik sathi jo khaday hue thay book stall ko le kar ke. to unhonay bataya ke aik admi aya.</w:t>
      </w:r>
    </w:p>
    <w:p>
      <w:pPr>
        <w:jc w:val="right"/>
      </w:pPr>
      <w:r>
        <w:t>کل ہمارے ایک ساتھی جو کھڑے ہوئے تھے بک سٹال کو لے کر کے۔ تو انہوں نے بتایا کہ ایک آدمی آیا۔</w:t>
      </w:r>
    </w:p>
    <w:p>
      <w:r>
        <w:rPr>
          <w:b/>
        </w:rPr>
        <w:t xml:space="preserve">[40:14] </w:t>
      </w:r>
      <w:r>
        <w:t>suit boot mein. to unhonay pesh kiya us ko quran. english launch us nay. to us nay kaha tha no no thank you.</w:t>
      </w:r>
    </w:p>
    <w:p>
      <w:pPr>
        <w:jc w:val="right"/>
      </w:pPr>
      <w:r>
        <w:t>سوٹ بوٹ میں۔ تو انہوں نے پیش کیا اس کو قرآن۔ انگلش لانچ اس نے۔ تو اس نے کہا تھا نو نو تھینک یو۔</w:t>
      </w:r>
    </w:p>
    <w:p>
      <w:r>
        <w:rPr>
          <w:b/>
        </w:rPr>
        <w:t xml:space="preserve">[40:24] </w:t>
      </w:r>
      <w:r>
        <w:t>to mujhe is baat ki bohat khushi hui ke unhonay kaha ke hum nay zara bhi retort nahi kiya.</w:t>
      </w:r>
    </w:p>
    <w:p>
      <w:pPr>
        <w:jc w:val="right"/>
      </w:pPr>
      <w:r>
        <w:t>تو مجھے اس بات کی بہت خوشی ہوئی کہ انہوں نے کہا کہ ہم نے ذرا بھی ری ٹارٹ نہیں کیا۔</w:t>
      </w:r>
    </w:p>
    <w:p>
      <w:r>
        <w:rPr>
          <w:b/>
        </w:rPr>
        <w:t xml:space="preserve">[40:30] </w:t>
      </w:r>
      <w:r>
        <w:t>kuch bhi hum nay un ko bura na dil mein bhi nahi aya hamara. hum nay bhi keh diya ke thank you, thank you.</w:t>
      </w:r>
    </w:p>
    <w:p>
      <w:pPr>
        <w:jc w:val="right"/>
      </w:pPr>
      <w:r>
        <w:t>کچھ بھی ہم نے ان کو برا نہ دل میں بھی نہیں آیا ہمارا۔ ہم نے بھی کہہ دیا کہ تھینک یو، تھینک یو۔</w:t>
      </w:r>
    </w:p>
    <w:p>
      <w:r>
        <w:rPr>
          <w:b/>
        </w:rPr>
        <w:t xml:space="preserve">[40:40] </w:t>
      </w:r>
      <w:r>
        <w:t>acha is ke baad kya hua? is ke baad yeh hua wada poora hua. ke woh gaya andar. woh baitha.</w:t>
      </w:r>
    </w:p>
    <w:p>
      <w:pPr>
        <w:jc w:val="right"/>
      </w:pPr>
      <w:r>
        <w:t>اچھا اس کے بعد کیا ہوا؟ اس کے بعد یہ ہوا وعدہ پورا ہوا۔ کہ وہ گیا اندر۔ وہ بیٹھا۔</w:t>
      </w:r>
    </w:p>
    <w:p>
      <w:r>
        <w:rPr>
          <w:b/>
        </w:rPr>
        <w:t xml:space="preserve">[40:49] </w:t>
      </w:r>
      <w:r>
        <w:t>hamari taqreer suni. taqreer sunnay ke baad Allah taala ne us ke dil mein dala. ke bhai jis quran ko tum nay lainay se inkar kar diya tha woh qura</w:t>
      </w:r>
    </w:p>
    <w:p>
      <w:pPr>
        <w:jc w:val="right"/>
      </w:pPr>
      <w:r>
        <w:t>ہماری تقریر سنی۔ تقریر سننے کے بعد اللہ تعالیٰ نے اس کے دل میں ڈالا۔ کہ بھئی جس قرآن کو تم نے لینے سے انکار کر دیا تھا وہ قرآ</w:t>
      </w:r>
    </w:p>
    <w:p>
      <w:r>
        <w:rPr>
          <w:b/>
        </w:rPr>
        <w:t xml:space="preserve">[40:59] </w:t>
      </w:r>
      <w:r>
        <w:t>n to yeh hai. woh thori hai jo tum nay apnay mind mein sanwar rakha hai.</w:t>
      </w:r>
    </w:p>
    <w:p>
      <w:pPr>
        <w:jc w:val="right"/>
      </w:pPr>
      <w:r>
        <w:t>ن تو یہ ہے۔ وہ تھوڑی ہے جو تم نے اپنے مائنڈ میں سنور رکھا ہے۔</w:t>
      </w:r>
    </w:p>
    <w:p>
      <w:r>
        <w:rPr>
          <w:b/>
        </w:rPr>
        <w:t xml:space="preserve">[41:06] </w:t>
      </w:r>
      <w:r>
        <w:t>us ne apne mind mein jo sanwar rakha tha quran aisa hota hai, waisa hota hai. woh to suna us ne jo hamari baat. kaha aisa to hai nahin. aisa to hai nahin is ne.</w:t>
      </w:r>
    </w:p>
    <w:p>
      <w:pPr>
        <w:jc w:val="right"/>
      </w:pPr>
      <w:r>
        <w:t>اس نے اپنے مائنڈ میں جو سنور رکھا تھا قرآن ایسا ہوتا ہے، ویسا ہوتا ہے۔ وہ تو سنا اس نے جو ہماری بات۔ کہا ایسا تو ہے نہیں۔ ایسا تو ہے نہیں اس نے۔</w:t>
      </w:r>
    </w:p>
    <w:p>
      <w:r>
        <w:rPr>
          <w:b/>
        </w:rPr>
        <w:t xml:space="preserve">[41:15] </w:t>
      </w:r>
      <w:r>
        <w:t>misalan maine yeh kaha tha is mein ke musalmanon mein yeh hai ke dar-e-dunya ko unhon ne bant rakha hai.</w:t>
      </w:r>
    </w:p>
    <w:p>
      <w:pPr>
        <w:jc w:val="right"/>
      </w:pPr>
      <w:r>
        <w:t>مثلاً میں نے یہ کہا تھا اس میں کہ مسلمانوں میں یہ ہے کہ دار دنیا کو انہوں نے بانٹ رکھا ہے۔</w:t>
      </w:r>
    </w:p>
    <w:p>
      <w:r>
        <w:rPr>
          <w:b/>
        </w:rPr>
        <w:t xml:space="preserve">[41:25] </w:t>
      </w:r>
      <w:r>
        <w:t>dar-ul-kufar aur dar-ul-islam.</w:t>
      </w:r>
    </w:p>
    <w:p>
      <w:pPr>
        <w:jc w:val="right"/>
      </w:pPr>
      <w:r>
        <w:t>دار الکفر اور دار الاسلام۔</w:t>
      </w:r>
    </w:p>
    <w:p>
      <w:r>
        <w:rPr>
          <w:b/>
        </w:rPr>
        <w:t xml:space="preserve">[41:30] </w:t>
      </w:r>
      <w:r>
        <w:t>yeh muslim world hai, woh kafir world hai. maine kaha yeh sar-ta-sar galat hai. yeh musalmanon ne khud se kar rakha hai.</w:t>
      </w:r>
    </w:p>
    <w:p>
      <w:pPr>
        <w:jc w:val="right"/>
      </w:pPr>
      <w:r>
        <w:t>یہ مسلم ورلڈ ہے، وہ کافر ورلڈ ہے۔ میں نے کہا یہ سر تا سر غلط ہے۔ یہ مسلمانوں نے خود سے کر رکھا ہے۔</w:t>
      </w:r>
    </w:p>
    <w:p>
      <w:r>
        <w:rPr>
          <w:b/>
        </w:rPr>
        <w:t xml:space="preserve">[41:39] </w:t>
      </w:r>
      <w:r>
        <w:t>yeh quran mein aisa hargiz nahin hai. aur maine kaha ke dekhiye. aap quran ko lijiye, us ko padhiye. shuru se aakhir tak. saare quran mein kya paayenge aap?</w:t>
      </w:r>
    </w:p>
    <w:p>
      <w:pPr>
        <w:jc w:val="right"/>
      </w:pPr>
      <w:r>
        <w:t>یہ قرآن میں ایسا ہرگز نہیں ہے۔ اور میں نے کہا کہ دیکھیے۔ آپ قرآن کو لیجیے، اس کو پڑھیے۔ شروع سے آخر تک۔ سارے قرآن میں کیا پائیں گے آپ؟</w:t>
      </w:r>
    </w:p>
    <w:p>
      <w:r>
        <w:rPr>
          <w:b/>
        </w:rPr>
        <w:t xml:space="preserve">[41:50] </w:t>
      </w:r>
      <w:r>
        <w:t>al-insan, insan, al-nas, nas. yaani quran ke mutabiq yeh dunya dar-ul-insan hai.</w:t>
      </w:r>
    </w:p>
    <w:p>
      <w:pPr>
        <w:jc w:val="right"/>
      </w:pPr>
      <w:r>
        <w:t>الانسان، الانسان، الناس، الناس۔ یعنی قرآن کے مطابق یہ دنیا دار الانسان ہے۔</w:t>
      </w:r>
    </w:p>
    <w:p>
      <w:r>
        <w:rPr>
          <w:b/>
        </w:rPr>
        <w:t xml:space="preserve">[42:00] </w:t>
      </w:r>
      <w:r>
        <w:t>yeh na dar-ul yeh na dar-ul-muslim hai, na dar-ul-kufar hai. yeh na dar-ul-islam hai, na dar-ul-kufar hai. dar-ul-insan hai.</w:t>
      </w:r>
    </w:p>
    <w:p>
      <w:pPr>
        <w:jc w:val="right"/>
      </w:pPr>
      <w:r>
        <w:t>یہ نہ دار ال یہ نہ دار المسلم ہے، نہ دار الکفر ہے۔ یہ نہ دار الاسلام ہے، نہ دار الکفر ہے۔ دار الانسان ہے۔</w:t>
      </w:r>
    </w:p>
    <w:p>
      <w:r>
        <w:rPr>
          <w:b/>
        </w:rPr>
        <w:t xml:space="preserve">[42:09] </w:t>
      </w:r>
      <w:r>
        <w:t>ab ab ghaur kijiye. ke jab maine aisa kaha to us ke andar to curiosity paida hogi. ke aisa to dekhen quran mein kya aisa hi hai waqai. aur waqai us ne aa kar liya.</w:t>
      </w:r>
    </w:p>
    <w:p>
      <w:pPr>
        <w:jc w:val="right"/>
      </w:pPr>
      <w:r>
        <w:t>اب اب غور کیجیے۔ کہ جب میں نے ایسا کہا تو اس کے اندر تو کیوریسٹی پیدا ہوگی۔ کہ ایسا تو دیکھیں قرآن میں کیا ایسا ہی ہے واقعی۔ اور واقعی اس نے آ کر لیا۔</w:t>
      </w:r>
    </w:p>
    <w:p>
      <w:r>
        <w:rPr>
          <w:b/>
        </w:rPr>
        <w:t xml:space="preserve">[42:23] </w:t>
      </w:r>
      <w:r>
        <w:t>to rabana atina ma atina ala ruslik ek abadi wada hai, abadi wada. aur hatmi wada hai.</w:t>
      </w:r>
    </w:p>
    <w:p>
      <w:pPr>
        <w:jc w:val="right"/>
      </w:pPr>
      <w:r>
        <w:t>تو ربنا آتنا ماواتنا علی رسلک ایک ابدی وعدہ ہے، ابدی وعدہ۔ اور حتمی وعدہ ہے۔</w:t>
      </w:r>
    </w:p>
    <w:p>
      <w:r>
        <w:rPr>
          <w:b/>
        </w:rPr>
        <w:t xml:space="preserve">[42:34] </w:t>
      </w:r>
      <w:r>
        <w:t>us ko poora hona hai lazman. lekin jab aap apni taraf se shart ko poora karen.</w:t>
      </w:r>
    </w:p>
    <w:p>
      <w:pPr>
        <w:jc w:val="right"/>
      </w:pPr>
      <w:r>
        <w:t>اس کو پورا ہونا ہے لازماً۔ لیکن جب آپ اپنی طرف سے شرط کو پورا کریں۔</w:t>
      </w:r>
    </w:p>
    <w:p>
      <w:r>
        <w:rPr>
          <w:b/>
        </w:rPr>
        <w:t xml:space="preserve">[42:47] </w:t>
      </w:r>
      <w:r>
        <w:t>aur sachai par khare hon. khalis positive mind ke sath khare hon. sirf dawati kaam karen, us mein kisi aur cheez ko shamil na karen.</w:t>
      </w:r>
    </w:p>
    <w:p>
      <w:pPr>
        <w:jc w:val="right"/>
      </w:pPr>
      <w:r>
        <w:t>اور سچائی پر کھڑے ہوں۔ خالص پازیٹیو مائنڈ کے ساتھ کھڑے ہوں۔ صرف دعوتی کام کریں، اس میں کسی اور چیز کو شامل نہ کریں۔</w:t>
      </w:r>
    </w:p>
    <w:p>
      <w:r>
        <w:rPr>
          <w:b/>
        </w:rPr>
        <w:t xml:space="preserve">[42:56] </w:t>
      </w:r>
      <w:r>
        <w:t>koi personal interest nahin. koi qaumi interest nahin. kisi qism ka koi worldly interest nahin.</w:t>
      </w:r>
    </w:p>
    <w:p>
      <w:pPr>
        <w:jc w:val="right"/>
      </w:pPr>
      <w:r>
        <w:t>کوئی پرسنل انٹرسٹ نہیں۔ کوئی قومی انٹرسٹ نہیں۔ کسی قسم کا کوئی ورلڈ ورلڈلی انٹرسٹ نہیں۔</w:t>
      </w:r>
    </w:p>
    <w:p>
      <w:r>
        <w:rPr>
          <w:b/>
        </w:rPr>
        <w:t xml:space="preserve">[43:07] </w:t>
      </w:r>
      <w:r>
        <w:t>phir intehai had tak yaani musbat andaaz mein. to phir dekhiye zaroor zaroor hoga.</w:t>
      </w:r>
    </w:p>
    <w:p>
      <w:pPr>
        <w:jc w:val="right"/>
      </w:pPr>
      <w:r>
        <w:t>پھر انتہائی حد تک یعنی مثبت انداز میں۔ تو پھر دیکھیے ضرور ضرور ہوگا۔</w:t>
      </w:r>
    </w:p>
    <w:p>
      <w:r>
        <w:rPr>
          <w:b/>
        </w:rPr>
        <w:t xml:space="preserve">[43:16] </w:t>
      </w:r>
      <w:r>
        <w:t>Allah ki taraf se. woh wade poore honge aap ke upar. to yeh jo waqiyat aap ko arz kar raha hoon main. aap ko us mein form ke aitbar se similarity agar aap talash karenge.</w:t>
      </w:r>
    </w:p>
    <w:p>
      <w:pPr>
        <w:jc w:val="right"/>
      </w:pPr>
      <w:r>
        <w:t>اللہ کی طرف سے۔ وہ وعدے پورے ہوں گے آپ کے اوپر۔ تو یہ جو واقعات آپ کو عرض کر رہا ہوں میں۔ آپ کو اس میں فارم کے اعتبار سے سیمیلیٹی اگر آپ تلاش کریں گے۔</w:t>
      </w:r>
    </w:p>
    <w:p>
      <w:r>
        <w:rPr>
          <w:b/>
        </w:rPr>
        <w:t xml:space="preserve">[43:29] </w:t>
      </w:r>
      <w:r>
        <w:t>to aap kahenge yeh alag cheez hai, woh alag cheez hai. to form ke aitbar se similarity sirf material world mein hoti hai, yaad rakhiye.</w:t>
      </w:r>
    </w:p>
    <w:p>
      <w:pPr>
        <w:jc w:val="right"/>
      </w:pPr>
      <w:r>
        <w:t>تو آپ کہیں گے یہ الگ چیز ہے، وہ الگ چیز ہے۔ تو فارم کے اعتبار سے سیمیلیٹی صرف مٹیریل ورلڈ میں ہوتی ہے، یاد رکھیے۔</w:t>
      </w:r>
    </w:p>
    <w:p>
      <w:r>
        <w:rPr>
          <w:b/>
        </w:rPr>
        <w:t xml:space="preserve">[43:40] </w:t>
      </w:r>
      <w:r>
        <w:t>form ke aitbar se similarity jo hai raat mein din mein hoti hai.</w:t>
      </w:r>
    </w:p>
    <w:p>
      <w:pPr>
        <w:jc w:val="right"/>
      </w:pPr>
      <w:r>
        <w:t>فارم کے اعتبار سے سیمیلیٹی جو ہے رات میں دن میں ہوتی ہے۔</w:t>
      </w:r>
    </w:p>
    <w:p>
      <w:r>
        <w:rPr>
          <w:b/>
        </w:rPr>
        <w:t xml:space="preserve">[43:47] </w:t>
      </w:r>
      <w:r>
        <w:t>jaade aur garmi ke mausam mein hoti hai. form ke aitbar se similarity. lekin jo human world ki baat hai.</w:t>
      </w:r>
    </w:p>
    <w:p>
      <w:pPr>
        <w:jc w:val="right"/>
      </w:pPr>
      <w:r>
        <w:t>جاڑے اور گرمی کے موسم میں ہوتی ہے۔ فارم کے اعتبار سے سیمیلیٹی۔ لیکن جو ہیومن ورلڈ کی بات ہے۔</w:t>
      </w:r>
    </w:p>
    <w:p>
      <w:r>
        <w:rPr>
          <w:b/>
        </w:rPr>
        <w:t xml:space="preserve">[43:56] </w:t>
      </w:r>
      <w:r>
        <w:t>wahan par aisa nahin hota, kabhi bhi ho hi nahin sakta aisa. wahan to spirit ke aitbar se similarity aap ko dhoondni padegi.</w:t>
      </w:r>
    </w:p>
    <w:p>
      <w:pPr>
        <w:jc w:val="right"/>
      </w:pPr>
      <w:r>
        <w:t>وہاں پر ایسا نہیں ہوتا، کبھی بھی ہو ہی نہیں سکتا ایسا۔ وہاں تو اسپرٹ کے اعتبار سے سیمیلیٹی آپ کو ڈھونڈنی پڑے گی۔</w:t>
      </w:r>
    </w:p>
    <w:p>
      <w:r>
        <w:rPr>
          <w:b/>
        </w:rPr>
        <w:t xml:space="preserve">[44:07] </w:t>
      </w:r>
      <w:r>
        <w:t>tab aap daryaft kar paayenge.</w:t>
      </w:r>
    </w:p>
    <w:p>
      <w:pPr>
        <w:jc w:val="right"/>
      </w:pPr>
      <w:r>
        <w:t>تب آپ دریافت کر پائیں گے۔</w:t>
      </w:r>
    </w:p>
    <w:p>
      <w:r>
        <w:rPr>
          <w:b/>
        </w:rPr>
        <w:t xml:space="preserve">[44:15] </w:t>
      </w:r>
      <w:r>
        <w:t>ab ghaur kijiye. ke kitna bara solace hai is ayat mein. agar jaan len tab.</w:t>
      </w:r>
    </w:p>
    <w:p>
      <w:pPr>
        <w:jc w:val="right"/>
      </w:pPr>
      <w:r>
        <w:t>اب غور کیجیے۔ کہ کتنا بڑا سولس ہے اس آیت میں۔ اگر جان لیں تب۔</w:t>
      </w:r>
    </w:p>
    <w:p>
      <w:r>
        <w:rPr>
          <w:b/>
        </w:rPr>
        <w:t xml:space="preserve">[44:24] </w:t>
      </w:r>
      <w:r>
        <w:t>agar is ayat ka matlab aap yeh nikalen ke sari dunya mein meri hukoomat qaboo honi chahiye. to zindagi bhar aap ko maeeshti rahegi, maeeshti jiyenge, maeeshti marenge.</w:t>
      </w:r>
    </w:p>
    <w:p>
      <w:pPr>
        <w:jc w:val="right"/>
      </w:pPr>
      <w:r>
        <w:t>اگر اس آیت کا مطلب آپ یہ نکالیں کہ ساری دنیا میں میری حکومت قابو ہونی چاہیے۔ تو زندگی بھر آپ کو معیشتی رہے گی، معیشتی جئیں گے، معیشتی مریں گے۔</w:t>
      </w:r>
    </w:p>
    <w:p>
      <w:r>
        <w:rPr>
          <w:b/>
        </w:rPr>
        <w:t xml:space="preserve">[44:40] </w:t>
      </w:r>
      <w:r>
        <w:t>lekin agar aap yeh samjhen ke yeh wada hai be-aitbar dawat, be-aitbar siyasat nahin hai. siyasat, political power, hukoomat us ke aitbar se nahin hai.</w:t>
      </w:r>
    </w:p>
    <w:p>
      <w:pPr>
        <w:jc w:val="right"/>
      </w:pPr>
      <w:r>
        <w:t>لیکن اگر آپ یہ سمجھیں کہ یہ وعدہ ہے بے اعتبار دعوت، بے اعتبار سیاست نہیں ہے۔ سیاست، پولیٹیکل پاور، حکومت اس کے اعتبار سے نہیں ہے۔</w:t>
      </w:r>
    </w:p>
    <w:p>
      <w:r>
        <w:rPr>
          <w:b/>
        </w:rPr>
        <w:t xml:space="preserve">[44:51] </w:t>
      </w:r>
      <w:r>
        <w:t>woh ek alag masla hai. ke dawat ke liye jab uthenge aap. dawati kaam ke liye. to namumkin hai ke Allah taala aap ko akela chhod de.</w:t>
      </w:r>
    </w:p>
    <w:p>
      <w:pPr>
        <w:jc w:val="right"/>
      </w:pPr>
      <w:r>
        <w:t>وہ ایک الگ مسئلہ ہے۔ کہ دعوت کے لیے جب اٹھیں گے آپ۔ دعوتی کام کے لیے۔ تو ناممکن ہے کہ اللہ تعالیٰ آپ کو اکیلا چھوڑ دے۔</w:t>
      </w:r>
    </w:p>
    <w:p>
      <w:r>
        <w:rPr>
          <w:b/>
        </w:rPr>
        <w:t xml:space="preserve">[45:06] </w:t>
      </w:r>
      <w:r>
        <w:t>namumkin hai.</w:t>
      </w:r>
    </w:p>
    <w:p>
      <w:pPr>
        <w:jc w:val="right"/>
      </w:pPr>
      <w:r>
        <w:t>ناممکن ہے۔</w:t>
      </w:r>
    </w:p>
    <w:p>
      <w:r>
        <w:rPr>
          <w:b/>
        </w:rPr>
        <w:t xml:space="preserve">[45:08] </w:t>
      </w:r>
      <w:r>
        <w:t>to jo jo wade Allah taala ne rasoolon par poore kiye. jo jo nusratein rasoolon par aayin. woh sab repeat hongi, woh sab repeat hongi, woh sab repeat hongi.</w:t>
      </w:r>
    </w:p>
    <w:p>
      <w:pPr>
        <w:jc w:val="right"/>
      </w:pPr>
      <w:r>
        <w:t>تو جو جو وعدے اللہ تعالیٰ نے رسولوں پر پورے کیے۔ جو جو نصرتیں رسولوں پر آئیں۔ وہ سب ریپیٹ ہوں گی، وہ سب ریپیٹ ہوں گی، وہ سب ریپیٹ ہوں گی۔</w:t>
      </w:r>
    </w:p>
    <w:p>
      <w:r>
        <w:rPr>
          <w:b/>
        </w:rPr>
        <w:t xml:space="preserve">[45:21] </w:t>
      </w:r>
      <w:r>
        <w:t>lekin form ke aitbaar se nahin. woh repeat hongi spirit ke aitbaar se.</w:t>
      </w:r>
    </w:p>
    <w:p>
      <w:pPr>
        <w:jc w:val="right"/>
      </w:pPr>
      <w:r>
        <w:t>لیکن فارم کے اعتبار سے نہیں۔ وہ ریپیٹ ہوں گی اسپرٹ کے اعتبار سے۔</w:t>
      </w:r>
    </w:p>
    <w:p>
      <w:r>
        <w:rPr>
          <w:b/>
        </w:rPr>
        <w:t xml:space="preserve">[45:31] </w:t>
      </w:r>
      <w:r>
        <w:t>toh ab agar aap form mein uljhe hue hon. tab toh phir bhi aap maishati jiyenge, maishati marenge. jaisa ke beshumar musalman ka haal yahi hai.</w:t>
      </w:r>
    </w:p>
    <w:p>
      <w:pPr>
        <w:jc w:val="right"/>
      </w:pPr>
      <w:r>
        <w:t>تو اب اگر آپ فارم میں الجھے ہوئے ہوں۔ تب تو پھر بھی آپ معیشتی جئیں گے، معیشتی مریں گے۔ جیسا کہ بے شمار مسلمان کا حال یہی ہے۔</w:t>
      </w:r>
    </w:p>
    <w:p>
      <w:r>
        <w:rPr>
          <w:b/>
        </w:rPr>
        <w:t xml:space="preserve">[45:44] </w:t>
      </w:r>
      <w:r>
        <w:t>ke hukoomat ke liye lad rahe hain aur mil nahin rahi hai. toh maishati pade hue hain.</w:t>
      </w:r>
    </w:p>
    <w:p>
      <w:pPr>
        <w:jc w:val="right"/>
      </w:pPr>
      <w:r>
        <w:t>کہ حکومت کے لیے لڑ رہے ہیں اور مل نہیں رہی ہے۔ تو معیشتی پڑے ہوئے ہیں۔</w:t>
      </w:r>
    </w:p>
    <w:p>
      <w:r>
        <w:rPr>
          <w:b/>
        </w:rPr>
        <w:t xml:space="preserve">[45:51] </w:t>
      </w:r>
      <w:r>
        <w:t>duniya bhar ke musalman jo hain kya hain? muslim ghalba. muslim hukoomat. muslim empire is mein jee rah</w:t>
      </w:r>
    </w:p>
    <w:p>
      <w:pPr>
        <w:jc w:val="right"/>
      </w:pPr>
      <w:r>
        <w:t>دنیا بھر کے مسلمان جو ہیں کیا ہیں؟ مسلم غلبہ۔ مسلم حکومت۔ مسلم ایمپائر اس میں جی رہ</w:t>
      </w:r>
    </w:p>
    <w:p>
      <w:r>
        <w:rPr>
          <w:b/>
        </w:rPr>
        <w:t xml:space="preserve">[45:59] </w:t>
      </w:r>
      <w:r>
        <w:t>e hain. woh milta nahin. toh kya hai? society bombing kar rahe hain.</w:t>
      </w:r>
    </w:p>
    <w:p>
      <w:pPr>
        <w:jc w:val="right"/>
      </w:pPr>
      <w:r>
        <w:t>ے ہیں۔ وہ ملتا نہیں۔ تو کیا ہے؟ سوسائٹی بمبنگ کر رہے ہیں۔</w:t>
      </w:r>
    </w:p>
    <w:p>
      <w:r>
        <w:rPr>
          <w:b/>
        </w:rPr>
        <w:t xml:space="preserve">[46:07] </w:t>
      </w:r>
      <w:r>
        <w:t>lekin Allah ke fazl se hamara jo mission hai is mein jo log jude hue hain woh is se ek exception hain. kyunke woh unka political end hi nahin hai.</w:t>
      </w:r>
    </w:p>
    <w:p>
      <w:pPr>
        <w:jc w:val="right"/>
      </w:pPr>
      <w:r>
        <w:t>لیکن اللہ کے فضل سے ہمارا جو مشن ہے اس میں جو لوگ جڑے ہوئے ہیں وہ اس سے ایک ایکسیپشن ہیں۔ کیونکہ وہ ان کا پولیٹیکل اینڈ ہی نہیں ہے۔</w:t>
      </w:r>
    </w:p>
    <w:p>
      <w:r>
        <w:rPr>
          <w:b/>
        </w:rPr>
        <w:t xml:space="preserve">[46:18] </w:t>
      </w:r>
      <w:r>
        <w:t>koi political goal nahin hai unka. woh insaan duniya ko dar-ul-insaan samajhte hain. ya insaan duniya ko dar-ul-kufr samajhte hain.</w:t>
      </w:r>
    </w:p>
    <w:p>
      <w:pPr>
        <w:jc w:val="right"/>
      </w:pPr>
      <w:r>
        <w:t>کوئی پولیٹیکل گول نہیں ہے ان کا۔ وہ انسان دنیا کو دارالانسان سمجھتے ہیں۔ یا انسان دنیا کو دارالکفر سمجھتے ہیں۔</w:t>
      </w:r>
    </w:p>
    <w:p>
      <w:r>
        <w:rPr>
          <w:b/>
        </w:rPr>
        <w:t xml:space="preserve">[46:29] </w:t>
      </w:r>
      <w:r>
        <w:t>is mind ke saath jo log dawat ke kaam kar rahe hain. woh har lamha, har din, har subah shaam yeh payenge ke Allah ki nasraten aa rahi hain. Allah ki madad aa rahi hai.</w:t>
      </w:r>
    </w:p>
    <w:p>
      <w:pPr>
        <w:jc w:val="right"/>
      </w:pPr>
      <w:r>
        <w:t>اس مائنڈ کے ساتھ جو لوگ دعوت کے کام کر رہے ہیں۔ وہ ہر لمحہ، ہر دن، ہر صبح شام یہ پائیں گے کہ اللہ کی نصرتیں آ رہی ہیں۔ اللہ کی مدد آ رہی ہے۔</w:t>
      </w:r>
    </w:p>
    <w:p>
      <w:r>
        <w:rPr>
          <w:b/>
        </w:rPr>
        <w:t xml:space="preserve">[46:41] </w:t>
      </w:r>
      <w:r>
        <w:t>barabar aa rahi hai. har subah shaam aa rahi hai.</w:t>
      </w:r>
    </w:p>
    <w:p>
      <w:pPr>
        <w:jc w:val="right"/>
      </w:pPr>
      <w:r>
        <w:t>برابر آ رہی ہے۔ ہر صبح شام آ رہی ہے۔</w:t>
      </w:r>
    </w:p>
    <w:p>
      <w:r>
        <w:rPr>
          <w:b/>
        </w:rPr>
        <w:t xml:space="preserve">[46:47] </w:t>
      </w:r>
      <w:r>
        <w:t>abhi se jab yeh tay hua tha ke is seminar mein mujhko jaana hai. aur yeh log wahan par book stall lagayenge. kal wala seminar. toh unthinkable tha ke woh hum ko apni taraf se ek table provide karenge.</w:t>
      </w:r>
    </w:p>
    <w:p>
      <w:pPr>
        <w:jc w:val="right"/>
      </w:pPr>
      <w:r>
        <w:t>ابھی سے جب یہ طے ہوا تھا کہ اس سیمینار میں مجھ کو جانا ہے۔ اور یہ لوگ وہاں پر بک سٹال لگائیں گے۔ کل والا سیمینار۔ تو ان تھنکیبل تھا کہ وہ ہم کو اپنی طرف سے ایک ٹیبل پرووائیڈ کریں گے۔</w:t>
      </w:r>
    </w:p>
    <w:p>
      <w:r>
        <w:rPr>
          <w:b/>
        </w:rPr>
        <w:t xml:space="preserve">[47:03] </w:t>
      </w:r>
      <w:r>
        <w:t>aain gate par. jahan se log nikal rahe hain, aa rahe hain, nikal rahe hain, aa rahe hain. yeh bilkul unthinkable tha. hum toh bas samajhte the kahin door idhar udhar apna table bichhayenge log.</w:t>
      </w:r>
    </w:p>
    <w:p>
      <w:pPr>
        <w:jc w:val="right"/>
      </w:pPr>
      <w:r>
        <w:t>آئین گیٹ پر۔ جہاں سے لوگ نکل رہے ہیں، آ رہے ہیں، نکل رہے ہیں، آ رہے ہیں۔ یہ بالکل ان تھنکیبل تھا۔ ہم تو بس سمجھتے تھے کہیں دور ادھر ادھر اپنا ٹیبل بچھائیں گے لوگ۔</w:t>
      </w:r>
    </w:p>
    <w:p>
      <w:r>
        <w:rPr>
          <w:b/>
        </w:rPr>
        <w:t xml:space="preserve">[47:16] </w:t>
      </w:r>
      <w:r>
        <w:t>jo main entrance tha, main entrance. main entrance ke bilkul saamne unhon ne table de diya.</w:t>
      </w:r>
    </w:p>
    <w:p>
      <w:pPr>
        <w:jc w:val="right"/>
      </w:pPr>
      <w:r>
        <w:t>جو مین انٹرنس تھا، مین انٹرنس۔ مین انٹرنس کے بالکل سامنے انہوں نے ٹیبل دے دیا۔</w:t>
      </w:r>
    </w:p>
    <w:p>
      <w:r>
        <w:rPr>
          <w:b/>
        </w:rPr>
        <w:t xml:space="preserve">[47:25] </w:t>
      </w:r>
      <w:r>
        <w:t>aur kaha ke yahan rakhi hai aap ki kitaben. aur kisi doosre ka table nahin tha woh. toh unthinkable tha. yahi toh hai wada poora hona.</w:t>
      </w:r>
    </w:p>
    <w:p>
      <w:pPr>
        <w:jc w:val="right"/>
      </w:pPr>
      <w:r>
        <w:t>اور کہا کہ یہاں رکھی ہے آپ کی کتابیں۔ اور کسی دوسرے کا ٹیبل نہیں تھا وہ۔ تو ان تھنکیبل تھا۔ یہی تو ہے وعدہ پورا ہونا۔</w:t>
      </w:r>
    </w:p>
    <w:p>
      <w:r>
        <w:rPr>
          <w:b/>
        </w:rPr>
        <w:t xml:space="preserve">[47:39] </w:t>
      </w:r>
      <w:r>
        <w:t>jaise Quran mein hai ke Allah</w:t>
      </w:r>
    </w:p>
    <w:p>
      <w:pPr>
        <w:jc w:val="right"/>
      </w:pPr>
      <w:r>
        <w:t>جیسے قرآن میں ہے کہ اللہ</w:t>
      </w:r>
    </w:p>
    <w:p>
      <w:r>
        <w:rPr>
          <w:b/>
        </w:rPr>
        <w:t xml:space="preserve">[47:47] </w:t>
      </w:r>
      <w:r>
        <w:t>Quran mein hai ke Allah zaroor apne nabiyon ki madad kar</w:t>
      </w:r>
    </w:p>
    <w:p>
      <w:pPr>
        <w:jc w:val="right"/>
      </w:pPr>
      <w:r>
        <w:t>قرآن میں ہے کہ اللہ ضرور اپنے نبیوں کی مدد کر</w:t>
      </w:r>
    </w:p>
    <w:p>
      <w:r>
        <w:rPr>
          <w:b/>
        </w:rPr>
        <w:t xml:space="preserve">[47:50] </w:t>
      </w:r>
      <w:r>
        <w:t>ta hai. toh yahi sab, yahi sab madad toh hoti hai. yeh nahin ke political power ke sense mein. aur sari duniya mein hukoomat ke sense mein.</w:t>
      </w:r>
    </w:p>
    <w:p>
      <w:pPr>
        <w:jc w:val="right"/>
      </w:pPr>
      <w:r>
        <w:t>تا ہے۔ تو یہی سب، یہی سب مدد تو ہوتی ہے۔ یہ نہیں کہ پولیٹیکل پاور کے سینس میں۔ اور ساری دنیا میں حکومت کے سینس میں۔</w:t>
      </w:r>
    </w:p>
    <w:p>
      <w:r>
        <w:rPr>
          <w:b/>
        </w:rPr>
        <w:t xml:space="preserve">[48:01] </w:t>
      </w:r>
      <w:r>
        <w:t>woh Allah concern nahin hai. is wade se koi uska koi ta'alluq nahin hai. toh hum toh Allah ke fazl se har subah shaam is ehsaas mein sarshaar rehte hain.</w:t>
      </w:r>
    </w:p>
    <w:p>
      <w:pPr>
        <w:jc w:val="right"/>
      </w:pPr>
      <w:r>
        <w:t>وہ اللہ کنسرن نہیں ہے۔ اس وعدے سے کوئی اس کا کوئی تعلق نہیں ہے۔ تو ہم تو اللہ کے فضل سے ہر صبح شام اس احساس میں سرشار رہتے ہیں۔</w:t>
      </w:r>
    </w:p>
    <w:p>
      <w:r>
        <w:rPr>
          <w:b/>
        </w:rPr>
        <w:t xml:space="preserve">[48:14] </w:t>
      </w:r>
      <w:r>
        <w:t>ke dekho Allah ki nasraten aa rahi hain. dekho Allah ki madad aa rahi hai.</w:t>
      </w:r>
    </w:p>
    <w:p>
      <w:pPr>
        <w:jc w:val="right"/>
      </w:pPr>
      <w:r>
        <w:t>کہ دیکھو اللہ کی نصرتیں آ رہی ہیں۔ دیکھو اللہ کی مدد آ رہی ہے۔</w:t>
      </w:r>
    </w:p>
    <w:p>
      <w:r>
        <w:rPr>
          <w:b/>
        </w:rPr>
        <w:t xml:space="preserve">[48:25] </w:t>
      </w:r>
      <w:r>
        <w:t>toh kal jo waqea guzra. aur bhi is ki bahut si tafseelat hain, aap hamare sathiyon se pooch lijiyega jo wahan gaye the. toh Quran ki woh ayat mere saamne aa gayi.</w:t>
      </w:r>
    </w:p>
    <w:p>
      <w:pPr>
        <w:jc w:val="right"/>
      </w:pPr>
      <w:r>
        <w:t>تو کل جو واقعہ گزرا۔ اور بھی اس کی بہت سی تفصیلات ہیں، آپ ہمارے ساتھیوں سے پوچھ لیجیے گا جو وہاں گئے تھے۔ تو قرآن کی وہ آیت میرے سامنے آ گئی۔</w:t>
      </w:r>
    </w:p>
    <w:p>
      <w:r>
        <w:rPr>
          <w:b/>
        </w:rPr>
        <w:t xml:space="preserve">[48:35] </w:t>
      </w:r>
      <w:r>
        <w:t>Surah Aal-e-Imran ki. ke rabana atina ma atana ala rusulika. yeh mah-o-mah bani hui thi, purasrar bani hui thi is se pehle.</w:t>
      </w:r>
    </w:p>
    <w:p>
      <w:pPr>
        <w:jc w:val="right"/>
      </w:pPr>
      <w:r>
        <w:t>سورہ آل عمران کی۔ کہ ربنا آتنا ماواتنا علی رسلک۔ یہ معمہ بنی ہوئی تھی، پراسرار بنی ہوئی تھی اس سے پہلے۔</w:t>
      </w:r>
    </w:p>
    <w:p>
      <w:r>
        <w:rPr>
          <w:b/>
        </w:rPr>
        <w:t xml:space="preserve">[48:56] </w:t>
      </w:r>
      <w:r>
        <w:t>yaani aise hi samajh lijiye ke agar aap farz kijiye ke ek university mein dakhla len. aap is umeed ke saath ke aap engineering mein master karenge agar.</w:t>
      </w:r>
    </w:p>
    <w:p>
      <w:pPr>
        <w:jc w:val="right"/>
      </w:pPr>
      <w:r>
        <w:t>یعنی ایسے ہی سمجھ لیجیے کہ اگر آپ فرض کیجیے کہ ایک یونیورسٹی میں داخلہ لیں۔ آپ اس امید کے ساتھ کہ آپ انجینئرنگ میں ماسٹر کریں گے اگر۔</w:t>
      </w:r>
    </w:p>
    <w:p>
      <w:r>
        <w:rPr>
          <w:b/>
        </w:rPr>
        <w:t xml:space="preserve">[49:07] </w:t>
      </w:r>
      <w:r>
        <w:t>toh aap ko ek acha exam mil jayega. toh jab aap engineering mein master karen, master degree len.</w:t>
      </w:r>
    </w:p>
    <w:p>
      <w:pPr>
        <w:jc w:val="right"/>
      </w:pPr>
      <w:r>
        <w:t>تو آپ کو ایک اچھا ایگزام مل جائے گا۔ تو جب آپ انجینئرنگ میں ماسٹر کریں، ماسٹر ڈگری لیں۔</w:t>
      </w:r>
    </w:p>
    <w:p>
      <w:r>
        <w:rPr>
          <w:b/>
        </w:rPr>
        <w:t xml:space="preserve">[49:17] </w:t>
      </w:r>
      <w:r>
        <w:t>toh aap dekhenge ke foran hi foran aap ko exam mil gaya. acha is ke baraks agar aap yeh karen.</w:t>
      </w:r>
    </w:p>
    <w:p>
      <w:pPr>
        <w:jc w:val="right"/>
      </w:pPr>
      <w:r>
        <w:t>تو آپ دیکھیں گے کہ فوراً ہی فوراً آپ کو ایگزام مل گیا۔ اچھا اس کے برعکس اگر آپ یہ کریں۔</w:t>
      </w:r>
    </w:p>
    <w:p>
      <w:r>
        <w:rPr>
          <w:b/>
        </w:rPr>
        <w:t xml:space="preserve">[49:25] </w:t>
      </w:r>
      <w:r>
        <w:t>ke aap dakhla len is is is mind ke saath, is zehan ke saath. ke jab main engineering mein master degree kar lunga.</w:t>
      </w:r>
    </w:p>
    <w:p>
      <w:pPr>
        <w:jc w:val="right"/>
      </w:pPr>
      <w:r>
        <w:t>کہ آپ داخلہ لیں اس اس اس مائنڈ کے ساتھ، اس ذہن کے ساتھ۔ کہ جب میں انجینئرنگ میں ماسٹر ڈگری کر لوں گا۔ تو مجھے ملک کا پرائم منسٹر بنا دیا جائے گا۔</w:t>
      </w:r>
    </w:p>
    <w:p>
      <w:r>
        <w:rPr>
          <w:b/>
        </w:rPr>
        <w:t xml:space="preserve">[49:39] </w:t>
      </w:r>
      <w:r>
        <w:t>toh mujhe mulk ka prime minister bana diya jayega. acha is ke baad kya ho? ke aap master degree le li aap ne. aur prime minister phir bhi nahin banaya gaya aap ko. toh aap ko maishati hogi.</w:t>
      </w:r>
    </w:p>
    <w:p>
      <w:pPr>
        <w:jc w:val="right"/>
      </w:pPr>
      <w:r>
        <w:t>اچھا اس کے بعد کیا ہو؟ کہ آپ ماسٹر ڈگری لے لی آپ نے۔ اور پرائم منسٹر پھر بھی نہیں بنایا گیا آپ کو۔ تو آپ کو معیشتی ہوگی۔</w:t>
      </w:r>
    </w:p>
    <w:p>
      <w:r>
        <w:rPr>
          <w:b/>
        </w:rPr>
        <w:t xml:space="preserve">[49:50] </w:t>
      </w:r>
      <w:r>
        <w:t>yeh sahi sahi nishana rakha aap ne. to aap ke andar aitmad aaya, Allah ka shukar aaya. ghalat nishana aaya to is se aap maishati aai, rajalahat aai.</w:t>
      </w:r>
    </w:p>
    <w:p>
      <w:pPr>
        <w:jc w:val="right"/>
      </w:pPr>
      <w:r>
        <w:t>یہ صحیح صحیح نشانہ رکھا آپ نے۔ تو آپ کے اندر اعتماد آیا، اللہ کا شکر آیا۔ غلط نشانہ آیا تو اس سے آپ معیشتی آئی، رجلاہٹ آئی۔</w:t>
      </w:r>
    </w:p>
    <w:p>
      <w:r>
        <w:rPr>
          <w:b/>
        </w:rPr>
        <w:t xml:space="preserve">[50:02] </w:t>
      </w:r>
      <w:r>
        <w:t>society bombing ki taraf pahunch gaye aap. yahi zamane mein logon ka haal hai. ke woh islami tehreek chalate hain kis liye?</w:t>
      </w:r>
    </w:p>
    <w:p>
      <w:pPr>
        <w:jc w:val="right"/>
      </w:pPr>
      <w:r>
        <w:t>سوسائٹی بمبنگ کی طرف پہنچ گئے آپ۔ یہی زمانے میں لوگوں کا حال ہے۔ کہ وہ اسلامی تحریک چلاتے ہیں کس لئے؟</w:t>
      </w:r>
    </w:p>
    <w:p>
      <w:r>
        <w:rPr>
          <w:b/>
        </w:rPr>
        <w:t xml:space="preserve">[50:12] </w:t>
      </w:r>
      <w:r>
        <w:t>bahut si islami tehreekein chal rahi hain. sari duniya mein islami tehreekein, islami tehreekein. kis liye? ghalba-e-Islam ke liye, ghalba-e-Islam ke liye. aur ghalba-e-Islam hota nahin.</w:t>
      </w:r>
    </w:p>
    <w:p>
      <w:pPr>
        <w:jc w:val="right"/>
      </w:pPr>
      <w:r>
        <w:t>بہت سی اسلامی تحریکیں چل رہی ہیں۔ ساری دنیا میں اسلامی تحریکیں، اسلامی تحریکیں۔ کس لئے؟ غلبہ اسلام کے لیے، غلبہ اسلام کے لیے۔ اور غلبہ اسلام ہوتا نہیں۔</w:t>
      </w:r>
    </w:p>
    <w:p>
      <w:r>
        <w:rPr>
          <w:b/>
        </w:rPr>
        <w:t xml:space="preserve">[50:24] </w:t>
      </w:r>
      <w:r>
        <w:t>yani Islam ke aalmi ghalba ke liye.</w:t>
      </w:r>
    </w:p>
    <w:p>
      <w:pPr>
        <w:jc w:val="right"/>
      </w:pPr>
      <w:r>
        <w:t>یعنی اسلام کے عالمی غلبہ کے لیے۔</w:t>
      </w:r>
    </w:p>
    <w:p>
      <w:r>
        <w:rPr>
          <w:b/>
        </w:rPr>
        <w:t xml:space="preserve">[50:29] </w:t>
      </w:r>
      <w:r>
        <w:t>Islam ka aalmi ghalba yani dobara ek yani zyada wazeh lafz yeh hai ke dobara Muslim empire qaim ho jaye dunya bhar mein. Muslim empire.</w:t>
      </w:r>
    </w:p>
    <w:p>
      <w:pPr>
        <w:jc w:val="right"/>
      </w:pPr>
      <w:r>
        <w:t>اسلام کا عالمی غلبہ یعنی دوبارہ ایک یعنی زیادہ واضح لفظ یہ ہے کہ دوبارہ مسلم ایمپائر قائم ہو جائے دنیا بھر میں۔ مسلم ایمپائر۔</w:t>
      </w:r>
    </w:p>
    <w:p>
      <w:r>
        <w:rPr>
          <w:b/>
        </w:rPr>
        <w:t xml:space="preserve">[50:39] </w:t>
      </w:r>
      <w:r>
        <w:t>ab hota nahin woh. to jis ko dekhiye woh maishati jee raha hai, maishati jee raha hai. to wahi haal hai ke is naujawan ko misaal se aap samajh sakte hain.</w:t>
      </w:r>
    </w:p>
    <w:p>
      <w:pPr>
        <w:jc w:val="right"/>
      </w:pPr>
      <w:r>
        <w:t>اب ہوتا نہیں وہ۔ تو جس کو دیکھیے وہ معیشتی جی رہا ہے، معیشتی جی رہا ہے۔ تو وہی حال ہے کہ اس نوجوان کو مثال سے آپ سمجھ سکتے ہیں۔</w:t>
      </w:r>
    </w:p>
    <w:p>
      <w:r>
        <w:rPr>
          <w:b/>
        </w:rPr>
        <w:t xml:space="preserve">[50:50] </w:t>
      </w:r>
      <w:r>
        <w:t>ke jo university mein taleem hasil kare. yeh soch kar ke jaise hi mere paas degree milegi. main India ka prime minister ban jaunga.</w:t>
      </w:r>
    </w:p>
    <w:p>
      <w:pPr>
        <w:jc w:val="right"/>
      </w:pPr>
      <w:r>
        <w:t>کہ جو یونیورسٹی میں تعلیم حاصل کرے۔ یہ سوچ کر کہ جیسے ہی میرے پاس ڈگری ملے گی۔ میں انڈیا کا پرائم منسٹر بن جاؤں گا۔</w:t>
      </w:r>
    </w:p>
    <w:p>
      <w:r>
        <w:rPr>
          <w:b/>
        </w:rPr>
        <w:t xml:space="preserve">[50:59] </w:t>
      </w:r>
      <w:r>
        <w:t>to jab India ka prime minister woh na bane. to maishati bhi jiye, hatta ke society bhi kar sakta hai woh. lekin agar woh nishana yeh ho. ke degree jab lunga main.</w:t>
      </w:r>
    </w:p>
    <w:p>
      <w:pPr>
        <w:jc w:val="right"/>
      </w:pPr>
      <w:r>
        <w:t>تو جب انڈیا کا پرائم منسٹر وہ نہ بنے۔ تو معیشتی بھی جیے، حتیٰ کہ سوسائٹی بھی کر سکتا ہے وہ۔ لیکن اگر وہ نشانہ یہ ہو۔ کہ ڈگری جب لوں گا میں۔</w:t>
      </w:r>
    </w:p>
    <w:p>
      <w:r>
        <w:rPr>
          <w:b/>
        </w:rPr>
        <w:t xml:space="preserve">[51:09] </w:t>
      </w:r>
      <w:r>
        <w:t>to mujhe kisi multinational mein, kisi company mein ek acha job mil jayega, offer mil jayega us ko. to bahut khush rahega woh.</w:t>
      </w:r>
    </w:p>
    <w:p>
      <w:pPr>
        <w:jc w:val="right"/>
      </w:pPr>
      <w:r>
        <w:t>تو مجھے کسی ملٹی نیشنل میں، کسی کمپنی میں ایک اچھا جاب مل جائے گا، اوفر مل جائے گا اس کو۔ تو بہت خوش رہے گا وہ۔</w:t>
      </w:r>
    </w:p>
    <w:p>
      <w:r>
        <w:rPr>
          <w:b/>
        </w:rPr>
        <w:t xml:space="preserve">[51:20] </w:t>
      </w:r>
      <w:r>
        <w:t>is waqt sare logon ka yahi haal hai.</w:t>
      </w:r>
    </w:p>
    <w:p>
      <w:pPr>
        <w:jc w:val="right"/>
      </w:pPr>
      <w:r>
        <w:t>اس وقت سارے لوگوں کا یہی حال ہے۔</w:t>
      </w:r>
    </w:p>
    <w:p>
      <w:r>
        <w:rPr>
          <w:b/>
        </w:rPr>
        <w:t xml:space="preserve">[51:24] </w:t>
      </w:r>
      <w:r>
        <w:t>ke islami tehreekein chalate hain. ghalat nishane ko le kar ke. ghalat ghalat goal ko le kar ke. Allah se ghalat ummeedein qaim kar ke.</w:t>
      </w:r>
    </w:p>
    <w:p>
      <w:pPr>
        <w:jc w:val="right"/>
      </w:pPr>
      <w:r>
        <w:t>کہ اسلامی تحریکیں چلاتے ہیں۔ غلط نشانے کو لے کر کے۔ غلط غلط گول کو لے کر کے۔ اللہ سے غلط امیدیں قائم کر کے۔</w:t>
      </w:r>
    </w:p>
    <w:p>
      <w:r>
        <w:rPr>
          <w:b/>
        </w:rPr>
        <w:t xml:space="preserve">[51:36] </w:t>
      </w:r>
      <w:r>
        <w:t>to rajai' ke sab mein ne dekha hai jis ko bhi. sab maishati jeete hain, maishati jeete hain, maishati jeete hain.</w:t>
      </w:r>
    </w:p>
    <w:p>
      <w:pPr>
        <w:jc w:val="right"/>
      </w:pPr>
      <w:r>
        <w:t>تو رجائع کہ سب میں نے دیکھا ہے جس کو بھی۔ سب معیشتی جیتے ہیں، معیشتی جیتے ہیں، معیشتی جیتے ہیں۔</w:t>
      </w:r>
    </w:p>
    <w:p>
      <w:r>
        <w:rPr>
          <w:b/>
        </w:rPr>
        <w:t xml:space="preserve">[51:45] </w:t>
      </w:r>
      <w:r>
        <w:t>Allah ke fazl se hamare mission ke logon ka mamla yeh nahin hai. kyun? unhon ne aisa nishana rakha hi nahin.</w:t>
      </w:r>
    </w:p>
    <w:p>
      <w:pPr>
        <w:jc w:val="right"/>
      </w:pPr>
      <w:r>
        <w:t>اللہ کے فضل سے ہمارے مشن کے لوگوں کا معاملہ یہ نہیں ہے۔ کیوں؟ انہوں نے ایسا نشانہ رکھا ہی نہیں۔</w:t>
      </w:r>
    </w:p>
    <w:p>
      <w:r>
        <w:rPr>
          <w:b/>
        </w:rPr>
        <w:t xml:space="preserve">[51:55] </w:t>
      </w:r>
      <w:r>
        <w:t>koi self-styled goal rakha hi nahin unhon ne. wahi rakha jo Allah ne muqarrar kiya hai. to phir un ko yaqeen mil jata hai ke Rabbana atina ma atina ala ruslik.</w:t>
      </w:r>
    </w:p>
    <w:p>
      <w:pPr>
        <w:jc w:val="right"/>
      </w:pPr>
      <w:r>
        <w:t>کوئی سیلف اسٹائل گول رکھا ہی نہیں انہوں نے۔ وہی رکھا جو اللہ نے مقرر کیا ہے۔ تو پھر ان کو یقین مل جاتا ہے کہ ربنا آتنا ماواتنا علی رسلک۔</w:t>
      </w:r>
    </w:p>
    <w:p>
      <w:r>
        <w:rPr>
          <w:b/>
        </w:rPr>
        <w:t xml:space="preserve">[52:11] </w:t>
      </w:r>
      <w:r>
        <w:t>hamare paas aaj bhi poora ho raha hai.</w:t>
      </w:r>
    </w:p>
    <w:p>
      <w:pPr>
        <w:jc w:val="right"/>
      </w:pPr>
      <w:r>
        <w:t>ہمارے پاس آج بھی پورا ہو رہا ہے۔</w:t>
      </w:r>
    </w:p>
    <w:p>
      <w:r>
        <w:rPr>
          <w:b/>
        </w:rPr>
        <w:t xml:space="preserve">[52:15] </w:t>
      </w:r>
      <w:r>
        <w:t>Rabbana atina ma atina ala ruslik. woh aaj poora ho raha hai hamare liye.</w:t>
      </w:r>
    </w:p>
    <w:p>
      <w:pPr>
        <w:jc w:val="right"/>
      </w:pPr>
      <w:r>
        <w:t>ربنا آتنا ماواتنا علی رسلک۔ وہ آج پورا ہو رہا ہے ہمارے لیے۔</w:t>
      </w:r>
    </w:p>
    <w:p>
      <w:r>
        <w:rPr>
          <w:b/>
        </w:rPr>
        <w:t xml:space="preserve">[52:23] </w:t>
      </w:r>
      <w:r>
        <w:t>to yeh hai history repeats itself.</w:t>
      </w:r>
    </w:p>
    <w:p>
      <w:pPr>
        <w:jc w:val="right"/>
      </w:pPr>
      <w:r>
        <w:t>تو یہ ہے ہسٹری ریپیٹس اٹ سیلف۔</w:t>
      </w:r>
    </w:p>
    <w:p>
      <w:r>
        <w:rPr>
          <w:b/>
        </w:rPr>
        <w:t xml:space="preserve">[52:31] </w:t>
      </w:r>
      <w:r>
        <w:t>bilashubah jis tarah se material world mein history bar bar dohrai jati hai. usi tarah human world mein bhi history bar bar dohrai jati hai.</w:t>
      </w:r>
    </w:p>
    <w:p>
      <w:pPr>
        <w:jc w:val="right"/>
      </w:pPr>
      <w:r>
        <w:t>بلاشبہ جس طرح سے مٹیریل ورلڈ میں ہسٹری بار بار دہرائی جاتی ہے۔ اسی طرح ہیومن ورلڈ میں بھی ہسٹری بار بار دہرائی جاتی ہے۔</w:t>
      </w:r>
    </w:p>
    <w:p>
      <w:r>
        <w:rPr>
          <w:b/>
        </w:rPr>
        <w:t xml:space="preserve">[52:43] </w:t>
      </w:r>
      <w:r>
        <w:t>lekin andhe logon ke liye nahin. un logon ke liye jin ke paas aankh hai. jin ke paas wisdom hai. jo baaton ko right angle se dekhna jante hain.</w:t>
      </w:r>
    </w:p>
    <w:p>
      <w:pPr>
        <w:jc w:val="right"/>
      </w:pPr>
      <w:r>
        <w:t>لیکن اندھے لوگوں کے لیے نہیں۔ ان لوگوں کے لیے جن کے پاس آنکھ ہے۔ جن کے پاس وزڈم ہے۔ جو باتوں کو رائٹ اینگل سے دیکھنا جانتے ہیں۔</w:t>
      </w:r>
    </w:p>
    <w:p>
      <w:r>
        <w:rPr>
          <w:b/>
        </w:rPr>
        <w:t xml:space="preserve">[53:06] </w:t>
      </w:r>
      <w:r>
        <w:t>ab ghor kijiye ke is mein kitna bara ek woh hai. ek samandar hai shukr ka.</w:t>
      </w:r>
    </w:p>
    <w:p>
      <w:pPr>
        <w:jc w:val="right"/>
      </w:pPr>
      <w:r>
        <w:t>اب غور کیجیے کہ اس میں کتنا بڑا ایک وہ ہے۔ ایک سمندر ہے شکر کا۔</w:t>
      </w:r>
    </w:p>
    <w:p>
      <w:r>
        <w:rPr>
          <w:b/>
        </w:rPr>
        <w:t xml:space="preserve">[53:16] </w:t>
      </w:r>
      <w:r>
        <w:t>is aayat mein shukr ka samandar chupa hua hai. Allah se ta'alluq ka samandar chupa hua hai. yaqeen ka samandar chupa hua hai.</w:t>
      </w:r>
    </w:p>
    <w:p>
      <w:pPr>
        <w:jc w:val="right"/>
      </w:pPr>
      <w:r>
        <w:t>اس آیت میں شکر کا سمندر چھپا ہوا ہے۔ اللہ سے تعلق کا سمندر چھپا ہوا ہے۔ یقین کا سمندر چھپا ہوا ہے۔</w:t>
      </w:r>
    </w:p>
    <w:p>
      <w:r>
        <w:rPr>
          <w:b/>
        </w:rPr>
        <w:t xml:space="preserve">[53:33] </w:t>
      </w:r>
      <w:r>
        <w:t>lekin sahi zehn na hone ki wajah se. bajaye yani bajaye</w:t>
      </w:r>
    </w:p>
    <w:p>
      <w:pPr>
        <w:jc w:val="right"/>
      </w:pPr>
      <w:r>
        <w:t>لیکن صحیح ذہن نہ ہونے کی وجہ سے۔ بجائے یعنی بجائے</w:t>
      </w:r>
    </w:p>
    <w:p>
      <w:r>
        <w:rPr>
          <w:b/>
        </w:rPr>
        <w:t xml:space="preserve">[53:45] </w:t>
      </w:r>
      <w:r>
        <w:t>positive food milne ke logon ko negative food mil raha hai.</w:t>
      </w:r>
    </w:p>
    <w:p>
      <w:pPr>
        <w:jc w:val="right"/>
      </w:pPr>
      <w:r>
        <w:t>پازیٹیو فوڈ ملنے کے لوگوں کو نیگیٹیو فوڈ مل رہا ہے۔</w:t>
      </w:r>
    </w:p>
    <w:p>
      <w:r>
        <w:rPr>
          <w:b/>
        </w:rPr>
        <w:t xml:space="preserve">[53:51] </w:t>
      </w:r>
      <w:r>
        <w:t>positive food milne ki bajaye logon ko negative food mil raha hai.</w:t>
      </w:r>
    </w:p>
    <w:p>
      <w:pPr>
        <w:jc w:val="right"/>
      </w:pPr>
      <w:r>
        <w:t>پازیٹیو فوڈ ملنے کی بجائے لوگوں کو نیگیٹیو فوڈ مل رہا ہے۔</w:t>
      </w:r>
    </w:p>
    <w:p>
      <w:r>
        <w:rPr>
          <w:b/>
        </w:rPr>
        <w:t xml:space="preserve">[54:05] </w:t>
      </w:r>
      <w:r>
        <w:t>to is aayat mein jab mujhe yeh baatein daryaft huin. to mujhe phir woh hadith yaad aayi. ke la tanqadi ajaibuhu.</w:t>
      </w:r>
    </w:p>
    <w:p>
      <w:pPr>
        <w:jc w:val="right"/>
      </w:pPr>
      <w:r>
        <w:t>تو اس آیت میں جب مجھے یہ باتیں دریافت ہوئیں۔ تو مجھے پھر وہ حدیث یاد آئی۔ کہ لا تنقضی عجائبہ۔</w:t>
      </w:r>
    </w:p>
    <w:p>
      <w:r>
        <w:rPr>
          <w:b/>
        </w:rPr>
        <w:t xml:space="preserve">[54:15] </w:t>
      </w:r>
      <w:r>
        <w:t>quran ke ajaaib kabhi khatm na honge.</w:t>
      </w:r>
    </w:p>
    <w:p>
      <w:pPr>
        <w:jc w:val="right"/>
      </w:pPr>
      <w:r>
        <w:t>قرآن کے عجائب کبھی ختم نہ ہوں گے۔</w:t>
      </w:r>
    </w:p>
    <w:p>
      <w:r>
        <w:rPr>
          <w:b/>
        </w:rPr>
        <w:t xml:space="preserve">[54:20] </w:t>
      </w:r>
      <w:r>
        <w:t>to ajaaib khatm hone ka matlab kya hai? hamesha naye naye ajaaib daryaft hote rahenge. yeh matlab hai iska.</w:t>
      </w:r>
    </w:p>
    <w:p>
      <w:pPr>
        <w:jc w:val="right"/>
      </w:pPr>
      <w:r>
        <w:t>تو عجائب ختم ہونے کا مطلب کیا ہے؟ ہمیشہ نئے نئے عجائب دریافت ہوتے رہیں گے۔ یہ مطلب ہے اس کا۔</w:t>
      </w:r>
    </w:p>
    <w:p>
      <w:r>
        <w:rPr>
          <w:b/>
        </w:rPr>
        <w:t xml:space="preserve">[54:31] </w:t>
      </w:r>
      <w:r>
        <w:t>quran ke ajaaib kabhi khatm na honge ka matlab hai. quran ke naye naye mani. naye naye aspect. naye naye yaqeen ke sarchashme.</w:t>
      </w:r>
    </w:p>
    <w:p>
      <w:pPr>
        <w:jc w:val="right"/>
      </w:pPr>
      <w:r>
        <w:t>قرآن کے عجائب کبھی ختم نہ ہوں گے کا مطلب ہے۔ قرآن کے نئے نئے معنی۔ نئے نئے ایسپیکٹ۔ نئے نئے یقین کے سرچشمے۔</w:t>
      </w:r>
    </w:p>
    <w:p>
      <w:r>
        <w:rPr>
          <w:b/>
        </w:rPr>
        <w:t xml:space="preserve">[54:41] </w:t>
      </w:r>
      <w:r>
        <w:t>is mein se ubalte rahenge. lekin kis ke liye? jo rabbani wisdom jis ke andar ho. rabbani mind jis ke andar ho.</w:t>
      </w:r>
    </w:p>
    <w:p>
      <w:pPr>
        <w:jc w:val="right"/>
      </w:pPr>
      <w:r>
        <w:t>اس میں سے ابلتے رہیں گے۔ لیکن کس کے لیے؟ جو ربانی وزڈم جس کے اندر ہو۔ ربانی مائنڈ جس کے اندر ہو۔</w:t>
      </w:r>
    </w:p>
    <w:p>
      <w:r>
        <w:rPr>
          <w:b/>
        </w:rPr>
        <w:t xml:space="preserve">[54:49] </w:t>
      </w:r>
      <w:r>
        <w:t>jo sahi angle se cheezon ko dekhna janta ho.</w:t>
      </w:r>
    </w:p>
    <w:p>
      <w:pPr>
        <w:jc w:val="right"/>
      </w:pPr>
      <w:r>
        <w:t>جو صحیح اینگل سے چیزوں کو دیکھنا جانتا ہو۔</w:t>
      </w:r>
    </w:p>
    <w:p>
      <w:r>
        <w:rPr>
          <w:b/>
        </w:rPr>
        <w:t xml:space="preserve">[54:59] </w:t>
      </w:r>
      <w:r>
        <w:t>to kal ke tajrube ke baad yeh sari baatein mere mind mein ghoomne lagin.</w:t>
      </w:r>
    </w:p>
    <w:p>
      <w:pPr>
        <w:jc w:val="right"/>
      </w:pPr>
      <w:r>
        <w:t>تو کل کے تجربے کے بعد یہ ساری باتیں میرے مائنڈ میں گھومنے لگیں۔</w:t>
      </w:r>
    </w:p>
    <w:p>
      <w:r>
        <w:rPr>
          <w:b/>
        </w:rPr>
        <w:t xml:space="preserve">[55:07] </w:t>
      </w:r>
      <w:r>
        <w:t>dekhiye yeh insaan ka dimagh jo hai. is ko angrezi mein kehte hain trigger hona. ek waqea guzarta hai aur mind trigger ho jata hai. to ek waqea guzra.</w:t>
      </w:r>
    </w:p>
    <w:p>
      <w:pPr>
        <w:jc w:val="right"/>
      </w:pPr>
      <w:r>
        <w:t>دیکھیے یہ انسان کا دماغ جو ہے۔ اس کو انگریزی میں کہتے ہیں ٹریگر ہونا۔ ایک واقعہ گزرتا ہے اور مائنڈ ٹریگر ہو جاتا ہے۔ تو ایک واقعہ گزرا۔</w:t>
      </w:r>
    </w:p>
    <w:p>
      <w:r>
        <w:rPr>
          <w:b/>
        </w:rPr>
        <w:t xml:space="preserve">[55:19] </w:t>
      </w:r>
      <w:r>
        <w:t>is se mind trigger ho gaya. to phir sari baatein samajh mein aane lagin. poori history explain hone lagi.</w:t>
      </w:r>
    </w:p>
    <w:p>
      <w:pPr>
        <w:jc w:val="right"/>
      </w:pPr>
      <w:r>
        <w:t>اس سے مائنڈ ٹریگر ہو گیا۔ تو پھر ساری باتیں سمجھ میں آنے لگیں۔ پوری ہسٹری ایکسپلین ہونے لگی۔</w:t>
      </w:r>
    </w:p>
    <w:p>
      <w:r>
        <w:rPr>
          <w:b/>
        </w:rPr>
        <w:t xml:space="preserve">[55:31] </w:t>
      </w:r>
      <w:r>
        <w:t>to aaj agar aap apne aap ko. yani sach much positive mind banayein apne andar sach much. rabbani wisdom paida karein.</w:t>
      </w:r>
    </w:p>
    <w:p>
      <w:pPr>
        <w:jc w:val="right"/>
      </w:pPr>
      <w:r>
        <w:t>تو آج اگر آپ اپنے آپ کو۔ یعنی سچ مچ پازیٹیو مائنڈ بنائیں اپنے اندر سچ مچ۔ ربانی وزڈم پیدا کریں۔</w:t>
      </w:r>
    </w:p>
    <w:p>
      <w:r>
        <w:rPr>
          <w:b/>
        </w:rPr>
        <w:t xml:space="preserve">[55:42] </w:t>
      </w:r>
      <w:r>
        <w:t>yani sahi maano mein rabbani wisdom. sahi maano mein positive mind. sahi maano mein qalb e saleem. yeh sab aaye aap ke andar.</w:t>
      </w:r>
    </w:p>
    <w:p>
      <w:pPr>
        <w:jc w:val="right"/>
      </w:pPr>
      <w:r>
        <w:t>یعنی صحیح معنوں میں ربانی وزڈم۔ صحیح معنوں میں پازیٹیو مائنڈ۔ صحیح معنوں میں قلب سلیم۔ یہ سب آئے آپ کے اندر۔</w:t>
      </w:r>
    </w:p>
    <w:p>
      <w:r>
        <w:rPr>
          <w:b/>
        </w:rPr>
        <w:t xml:space="preserve">[55:54] </w:t>
      </w:r>
      <w:r>
        <w:t>to isi tarah aap ka mind trigger hota rahega. aur trigger jab hoga to. ek baat ko le kar trigger hoga aur hazar baatein samne aati chali jayengi aap ki.</w:t>
      </w:r>
    </w:p>
    <w:p>
      <w:pPr>
        <w:jc w:val="right"/>
      </w:pPr>
      <w:r>
        <w:t>تو اسی طرح آپ کا مائنڈ ٹریگر ہوتا رہے گا۔ اور ٹریگر جب ہوگا تو۔ ایک بات کو لے کر ٹریگر ہوگا اور ہزار باتیں سامنے آتی چلی جائیں گی آپ کی۔</w:t>
      </w:r>
    </w:p>
    <w:p>
      <w:r>
        <w:rPr>
          <w:b/>
        </w:rPr>
        <w:t xml:space="preserve">[56:04] </w:t>
      </w:r>
      <w:r>
        <w:t>mani ka khazana. to la tanqazi ajaibuhu ka matlab yahi hai.</w:t>
      </w:r>
    </w:p>
    <w:p>
      <w:pPr>
        <w:jc w:val="right"/>
      </w:pPr>
      <w:r>
        <w:t>معنی کا خزانہ۔ تو لا تنقضی عجائبہ کا مطلب یہی ہے۔</w:t>
      </w:r>
    </w:p>
    <w:p>
      <w:r>
        <w:rPr>
          <w:b/>
        </w:rPr>
        <w:t xml:space="preserve">[56:13] </w:t>
      </w:r>
      <w:r>
        <w:t>la tanqazi ajaibuhu jo hai. yeh koi moamma nahi hai. koi purasrar cheez nahi hai. yeh ek saada haqeeqat ka saada bayan hai.</w:t>
      </w:r>
    </w:p>
    <w:p>
      <w:pPr>
        <w:jc w:val="right"/>
      </w:pPr>
      <w:r>
        <w:t>لا تنقضی عجائبہ جو ہے۔ یہ کوئی معمہ نہیں ہے۔ کوئی پراسرار چیز نہیں ہے۔ یہ ایک سادہ حقیقت کا سادہ بیان ہے۔</w:t>
      </w:r>
    </w:p>
    <w:p>
      <w:r>
        <w:rPr>
          <w:b/>
        </w:rPr>
        <w:t xml:space="preserve">[56:32] </w:t>
      </w:r>
      <w:r>
        <w:t>yeh Allah ki Allah ko understandable karna hai. ke history par is ne full stop laga diya.</w:t>
      </w:r>
    </w:p>
    <w:p>
      <w:pPr>
        <w:jc w:val="right"/>
      </w:pPr>
      <w:r>
        <w:t>یہ اللہ کی اللہ کو انڈرسٹیبل کرنا ہے۔ کہ ہسٹری پر اس نے فل اسٹاپ لگا دیا۔</w:t>
      </w:r>
    </w:p>
    <w:p>
      <w:r>
        <w:rPr>
          <w:b/>
        </w:rPr>
        <w:t xml:space="preserve">[56:43] </w:t>
      </w:r>
      <w:r>
        <w:t>quran mein hai ke kul yaumin huwa fi sha'n. to aap agar human history ko jo Allah manage kar raha hai. us par full stop laga dein.</w:t>
      </w:r>
    </w:p>
    <w:p>
      <w:pPr>
        <w:jc w:val="right"/>
      </w:pPr>
      <w:r>
        <w:t>قرآن میں ہے کہ کل یوم ہوا فی شان۔ تو آپ اگر ہیومن ہسٹری کو جو اللہ مینج کر رہا ہے۔ اس پر فل اسٹاپ لگا دیں۔</w:t>
      </w:r>
    </w:p>
    <w:p>
      <w:r>
        <w:rPr>
          <w:b/>
        </w:rPr>
        <w:t xml:space="preserve">[56:55] </w:t>
      </w:r>
      <w:r>
        <w:t>to aap ne Allah ko understandable kiya. wa ma qadar Allah ka qadr. to tamam log jo hain. unhone yahi kar rakha hai ke Allah ko understandable kiya gaya hai.</w:t>
      </w:r>
    </w:p>
    <w:p>
      <w:pPr>
        <w:jc w:val="right"/>
      </w:pPr>
      <w:r>
        <w:t>تو آپ نے اللہ کو انڈرسٹیبل کیا۔ وما قدر اللہ کا قدر۔ تو تمام لوگ جو ہیں۔ انہوں نے یہی کر رکھا ہے کہ اللہ کو انڈرسٹیبل کیا گیا ہے۔</w:t>
      </w:r>
    </w:p>
    <w:p>
      <w:r>
        <w:rPr>
          <w:b/>
        </w:rPr>
        <w:t xml:space="preserve">[57:12] </w:t>
      </w:r>
      <w:r>
        <w:t>achha jab aap Allah ko understandable karein to jante hain kya hoga?</w:t>
      </w:r>
    </w:p>
    <w:p>
      <w:pPr>
        <w:jc w:val="right"/>
      </w:pPr>
      <w:r>
        <w:t>اچھا جب آپ اللہ کو انڈرسٹیبل کریں تو جانتے ہیں کیا ہوگا؟</w:t>
      </w:r>
    </w:p>
    <w:p>
      <w:r>
        <w:rPr>
          <w:b/>
        </w:rPr>
        <w:t xml:space="preserve">[57:19] </w:t>
      </w:r>
      <w:r>
        <w:t>bahut bada nuqsan.</w:t>
      </w:r>
    </w:p>
    <w:p>
      <w:pPr>
        <w:jc w:val="right"/>
      </w:pPr>
      <w:r>
        <w:t>بہت بڑا نقصان۔</w:t>
      </w:r>
    </w:p>
    <w:p>
      <w:r>
        <w:rPr>
          <w:b/>
        </w:rPr>
        <w:t xml:space="preserve">[57:23] </w:t>
      </w:r>
      <w:r>
        <w:t>bade aala darje ka aala darje ka ta'alluq billah nahi paida hoga. aala darje ki mohabbat ilahi nahi paida hogi.</w:t>
      </w:r>
    </w:p>
    <w:p>
      <w:pPr>
        <w:jc w:val="right"/>
      </w:pPr>
      <w:r>
        <w:t>بڑے اعلیٰ درجے کا اعلیٰ درجے کا تعلق باللہ نہیں پیدا ہوگا۔ اعلیٰ درجے کی محبت الہی نہیں پیدا ہوگی۔</w:t>
      </w:r>
    </w:p>
    <w:p>
      <w:r>
        <w:rPr>
          <w:b/>
        </w:rPr>
        <w:t xml:space="preserve">[57:32] </w:t>
      </w:r>
      <w:r>
        <w:t>aala darje ka khauf e Khuda nahi paida hoga. aala darje ka jannat ka ishtiyaq nahi paida hoga. kitna bada nuqsan, kitna bada nuqsan, kitna bada nuqsan.</w:t>
      </w:r>
    </w:p>
    <w:p>
      <w:pPr>
        <w:jc w:val="right"/>
      </w:pPr>
      <w:r>
        <w:t>اعلیٰ درجے کا خوف خدا نہیں پیدا ہوگا۔ اعلیٰ درجے کا جنت کا اشتیاق نہیں پیدا ہوگا۔ کتنا بڑا نقصان، کتنا بڑا نقصان، کتنا بڑا نقصان۔</w:t>
      </w:r>
    </w:p>
    <w:p>
      <w:r>
        <w:rPr>
          <w:b/>
        </w:rPr>
        <w:t xml:space="preserve">[57:52] </w:t>
      </w:r>
      <w:r>
        <w:t>to meri dua hai ke Allah taala. hum ko aur aap ko. yeh tofeeq de. ke hum. cheezon ko.</w:t>
      </w:r>
    </w:p>
    <w:p>
      <w:pPr>
        <w:jc w:val="right"/>
      </w:pPr>
      <w:r>
        <w:t>تو میری دعا ہے کہ اللہ تعالیٰ۔ ہم کو اور آپ کو۔ یہ توفیق دے۔ کہ ہم۔ چیزوں کو۔</w:t>
      </w:r>
    </w:p>
    <w:p>
      <w:r>
        <w:rPr>
          <w:b/>
        </w:rPr>
        <w:t xml:space="preserve">[58:03] </w:t>
      </w:r>
      <w:r>
        <w:t>gehrai ke sath samjhein.</w:t>
      </w:r>
    </w:p>
    <w:p>
      <w:pPr>
        <w:jc w:val="right"/>
      </w:pPr>
      <w:r>
        <w:t>گہرائی کے ساتھ سمجھیں۔</w:t>
      </w:r>
    </w:p>
    <w:p>
      <w:r>
        <w:rPr>
          <w:b/>
        </w:rPr>
        <w:t xml:space="preserve">[58:09] </w:t>
      </w:r>
      <w:r>
        <w:t>kyun ke tamam bade bade mani. jo hain woh soch kar hi maloom hote hain. soch kar. sirf lafzi tarjume se nahi maloom hote.</w:t>
      </w:r>
    </w:p>
    <w:p>
      <w:pPr>
        <w:jc w:val="right"/>
      </w:pPr>
      <w:r>
        <w:t>کیونکہ تمام بڑے بڑے معنی۔ جو ہیں وہ سوچ کر ہی معلوم ہوتے ہیں۔ سوچ کر۔ صرف لفظی ترجمے سے نہیں معلوم ہوتے۔</w:t>
      </w:r>
    </w:p>
    <w:p>
      <w:r>
        <w:rPr>
          <w:b/>
        </w:rPr>
        <w:t xml:space="preserve">[58:23] </w:t>
      </w:r>
      <w:r>
        <w:t>aap lafzi tarjuma padh lein to sare bade bade mani khul jayenge aap ke upar. asar nahi ho sakta. to meri dua hai ke Allah taala mujh ko aur aap ko.</w:t>
      </w:r>
    </w:p>
    <w:p>
      <w:pPr>
        <w:jc w:val="right"/>
      </w:pPr>
      <w:r>
        <w:t>آپ لفظی ترجمہ پڑھ لیں تو سارے بڑے بڑے معنی کھل جائیں آپ کے اوپر۔ اثر نہیں ہو سکتا۔ تو میری دعا ہے کہ اللہ تعالیٰ مجھ کو اور آپ کو۔</w:t>
      </w:r>
    </w:p>
    <w:p>
      <w:r>
        <w:rPr>
          <w:b/>
        </w:rPr>
        <w:t xml:space="preserve">[58:32] </w:t>
      </w:r>
      <w:r>
        <w:t>yeh rizq ata farmaye. apne liye bhi. aur doosron ko bhi hum. is rizq is ko pahuncha sakein.</w:t>
      </w:r>
    </w:p>
    <w:p>
      <w:pPr>
        <w:jc w:val="right"/>
      </w:pPr>
      <w:r>
        <w:t>یہ رزق عطا فرمائے۔ اپنے لیے بھی۔ اور دوسروں کو بھی ہم۔ اس رزق اس کو پہنچا سکیں۔</w:t>
      </w:r>
    </w:p>
    <w:p>
      <w:r>
        <w:rPr>
          <w:b/>
        </w:rPr>
        <w:t xml:space="preserve">[58:44] </w:t>
      </w:r>
      <w:r>
        <w:t>is liye to mein doosron ko bhi. sharmale hum se.</w:t>
      </w:r>
    </w:p>
    <w:p>
      <w:pPr>
        <w:jc w:val="right"/>
      </w:pPr>
      <w:r>
        <w:t>اس لیے تو میں دوسروں کو بھی۔ شر ملے ہم سے۔</w:t>
      </w:r>
    </w:p>
    <w:p>
      <w:r>
        <w:rPr>
          <w:b/>
        </w:rPr>
        <w:t xml:space="preserve">[58:53] </w:t>
      </w:r>
      <w:r>
        <w:t>aqool qawli haza wastaghfirullaha li wal qawmi ajmaeen.</w:t>
      </w:r>
    </w:p>
    <w:p>
      <w:pPr>
        <w:jc w:val="right"/>
      </w:pPr>
      <w:r>
        <w:t>اقول قولیھذا واستغفراللہ علی ولقم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