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Wisdom November 4, 2012</w:t>
      </w:r>
    </w:p>
    <w:p>
      <w:r>
        <w:t>https://youtu.be/7e6FvqRSHic</w:t>
      </w:r>
    </w:p>
    <w:p>
      <w:r>
        <w:rPr>
          <w:b/>
        </w:rPr>
        <w:t xml:space="preserve">[00:14] </w:t>
      </w:r>
      <w:r>
        <w:t>bismillah hir rahman nir raheem. wasallallahu ala nabiyyil kareem. rab ishrah li sadri, wa yassir li amri, wah lul uqdatan min lisani,</w:t>
      </w:r>
    </w:p>
    <w:p>
      <w:pPr>
        <w:jc w:val="right"/>
      </w:pPr>
      <w:r>
        <w:t>بسم اللہ الرحمن الرحیم۔ وصلی اللہ علی نبی الکریم۔ رب اشرح لی صدری، ویسر لی امری، واحل العقدۃ من لسانی،</w:t>
      </w:r>
    </w:p>
    <w:p>
      <w:r>
        <w:rPr>
          <w:b/>
        </w:rPr>
        <w:t xml:space="preserve">[00:30] </w:t>
      </w:r>
      <w:r>
        <w:t>yaf qahu qawli.</w:t>
      </w:r>
    </w:p>
    <w:p>
      <w:pPr>
        <w:jc w:val="right"/>
      </w:pPr>
      <w:r>
        <w:t>یفقہ قولی۔</w:t>
      </w:r>
    </w:p>
    <w:p>
      <w:r>
        <w:rPr>
          <w:b/>
        </w:rPr>
        <w:t xml:space="preserve">[00:35] </w:t>
      </w:r>
      <w:r>
        <w:t>aaj ke liye jo topic hai woh hai "the importance of wisdom"</w:t>
      </w:r>
    </w:p>
    <w:p>
      <w:pPr>
        <w:jc w:val="right"/>
      </w:pPr>
      <w:r>
        <w:t>آج کے لیے جو ٹاپک ہے وہ ہے "دا امپورٹنس آف وزڈم" ی</w:t>
      </w:r>
    </w:p>
    <w:p>
      <w:r>
        <w:rPr>
          <w:b/>
        </w:rPr>
        <w:t xml:space="preserve">[00:46] </w:t>
      </w:r>
      <w:r>
        <w:t>aur hikmat ki ahmiyat. Quran o Hadees mein jis cheez ke liye hikmat ka lafz istemal hua hai usi ko kehte hain wisdom ya aql.</w:t>
      </w:r>
    </w:p>
    <w:p>
      <w:pPr>
        <w:jc w:val="right"/>
      </w:pPr>
      <w:r>
        <w:t>عنی حکمت کی اہمیت۔ قرآن و حدیث میں جس چیز کے لیے حکمت کا لفظ استعمال ہوا ہے اسی کو کہتے ہیں وزڈم یا عقل۔</w:t>
      </w:r>
    </w:p>
    <w:p>
      <w:r>
        <w:rPr>
          <w:b/>
        </w:rPr>
        <w:t xml:space="preserve">[01:01] </w:t>
      </w:r>
      <w:r>
        <w:t>to zindagi mein aqal ki bohat ahmiyat hai.</w:t>
      </w:r>
    </w:p>
    <w:p>
      <w:pPr>
        <w:jc w:val="right"/>
      </w:pPr>
      <w:r>
        <w:t>تو زندگی میں عقل کی بہت اہمیت ہے۔</w:t>
      </w:r>
    </w:p>
    <w:p>
      <w:r>
        <w:rPr>
          <w:b/>
        </w:rPr>
        <w:t xml:space="preserve">[01:08] </w:t>
      </w:r>
      <w:r>
        <w:t>quran mein hai dekhiye: "yeh</w:t>
      </w:r>
    </w:p>
    <w:p>
      <w:pPr>
        <w:jc w:val="right"/>
      </w:pPr>
      <w:r>
        <w:t>قرآن میں ہے دیکھیے: "یہ</w:t>
      </w:r>
    </w:p>
    <w:p>
      <w:r>
        <w:rPr>
          <w:b/>
        </w:rPr>
        <w:t xml:space="preserve">[01:15] </w:t>
      </w:r>
      <w:r>
        <w:t>Quran ki ayat hai jisko di gayi hikmat to usko bohat bara khair de diya gaya" yani greatest good de diya gaya usko.</w:t>
      </w:r>
    </w:p>
    <w:p>
      <w:pPr>
        <w:jc w:val="right"/>
      </w:pPr>
      <w:r>
        <w:t>قرآن کی آیت ہے جس کو دی گئی حکمت تو اس کو بہت بڑا خیر دے دیا گیا" یعنی گریٹسٹ گڈ دے دیا گیا اس کو۔</w:t>
      </w:r>
    </w:p>
    <w:p>
      <w:r>
        <w:rPr>
          <w:b/>
        </w:rPr>
        <w:t xml:space="preserve">[01:27] </w:t>
      </w:r>
      <w:r>
        <w:t>hikmat kya hai? hikmat ka matlab hai wisdom.</w:t>
      </w:r>
    </w:p>
    <w:p>
      <w:pPr>
        <w:jc w:val="right"/>
      </w:pPr>
      <w:r>
        <w:t>حکمت کیا ہے؟ حکمت کا مطلب ہے وزڈم۔</w:t>
      </w:r>
    </w:p>
    <w:p>
      <w:r>
        <w:rPr>
          <w:b/>
        </w:rPr>
        <w:t xml:space="preserve">[01:32] </w:t>
      </w:r>
      <w:r>
        <w:t>zindagi ke jitne mamlaat hain tamam mamlaat mein kamyabi ka raaz jo hai woh yahi hai ke aap ke andar hikmat ho, wisdom ho.</w:t>
      </w:r>
    </w:p>
    <w:p>
      <w:pPr>
        <w:jc w:val="right"/>
      </w:pPr>
      <w:r>
        <w:t>زندگی کے جتنے معاملات ہیں تمام معاملات میں کامیابی کا راز جو ہے وہ یہی ہے کہ آپ کے اندر حکمت ہو، وزڈم ہو۔</w:t>
      </w:r>
    </w:p>
    <w:p>
      <w:r>
        <w:rPr>
          <w:b/>
        </w:rPr>
        <w:t xml:space="preserve">[01:48] </w:t>
      </w:r>
      <w:r>
        <w:t>to aaj mujhe is ke bare mein sochte hue ek hadees samajh mein aayi</w:t>
      </w:r>
    </w:p>
    <w:p>
      <w:pPr>
        <w:jc w:val="right"/>
      </w:pPr>
      <w:r>
        <w:t>تو آج مجھے اس کے بارے میں سوچتے ہوئے ایک حدیث سمجھ میں آئی</w:t>
      </w:r>
    </w:p>
    <w:p>
      <w:r>
        <w:rPr>
          <w:b/>
        </w:rPr>
        <w:t xml:space="preserve">[01:58] </w:t>
      </w:r>
      <w:r>
        <w:t>aur bohat ajeeb tor par is hadees mein most modern concept maujood tha to mujhe bohat khushi hui. to us ko le kar mein is waqt kuch kehna chahta hoon.</w:t>
      </w:r>
    </w:p>
    <w:p>
      <w:pPr>
        <w:jc w:val="right"/>
      </w:pPr>
      <w:r>
        <w:t>اور بہت عجیب طور پر اس حدیث میں موسٹ ماڈرن کانسیپٹ موجود تھا تو مجھے بہت خوشی ہوئی۔ تو اس کو لے کر میں اس وقت کچھ کہنا چاہتا ہوں۔</w:t>
      </w:r>
    </w:p>
    <w:p>
      <w:r>
        <w:rPr>
          <w:b/>
        </w:rPr>
        <w:t xml:space="preserve">[02:12] </w:t>
      </w:r>
      <w:r>
        <w:t>dekhiye baat ko shuru karunga mein aaj ke akhbar ke ek item se. aaj aap jante hain ke november 2012 ki chaar tareekh hai.</w:t>
      </w:r>
    </w:p>
    <w:p>
      <w:pPr>
        <w:jc w:val="right"/>
      </w:pPr>
      <w:r>
        <w:t>دیکھیے بات کو شروع کروں گا میں آج کے اخبار کے ایک آئٹم سے۔ آج آپ جانتے ہیں کہ نومبر 2012 کی چار تاریخ ہے۔</w:t>
      </w:r>
    </w:p>
    <w:p>
      <w:r>
        <w:rPr>
          <w:b/>
        </w:rPr>
        <w:t xml:space="preserve">[02:28] </w:t>
      </w:r>
      <w:r>
        <w:t>to aaj ke akhbar mein yeh mera ek article chapa hai is ke front page par.</w:t>
      </w:r>
    </w:p>
    <w:p>
      <w:pPr>
        <w:jc w:val="right"/>
      </w:pPr>
      <w:r>
        <w:t>تو آج کے اخبار میں یہ میرا ایک آرٹیکل چھپا ہے اس کے فرنٹ پیج پر۔</w:t>
      </w:r>
    </w:p>
    <w:p>
      <w:r>
        <w:rPr>
          <w:b/>
        </w:rPr>
        <w:t xml:space="preserve">[02:40] </w:t>
      </w:r>
      <w:r>
        <w:t>is ka unwan hai "break in history". break in history. to yeh ek bohat bara qissa aaj kal hua hai business world mein.</w:t>
      </w:r>
    </w:p>
    <w:p>
      <w:pPr>
        <w:jc w:val="right"/>
      </w:pPr>
      <w:r>
        <w:t>اس کا عنوان ہے "بریک ان ہسٹری"۔ بریک ان ہسٹری۔ تو یہ ایک بہت بڑا قصہ آج کل ہوا ہے بزنس ورلڈ میں۔</w:t>
      </w:r>
    </w:p>
    <w:p>
      <w:r>
        <w:rPr>
          <w:b/>
        </w:rPr>
        <w:t xml:space="preserve">[02:54] </w:t>
      </w:r>
      <w:r>
        <w:t>is ke bare mein yeh mazmoon hai.</w:t>
      </w:r>
    </w:p>
    <w:p>
      <w:pPr>
        <w:jc w:val="right"/>
      </w:pPr>
      <w:r>
        <w:t>اس کے بارے میں یہ مضمون ہے۔</w:t>
      </w:r>
    </w:p>
    <w:p>
      <w:r>
        <w:rPr>
          <w:b/>
        </w:rPr>
        <w:t xml:space="preserve">[03:00] </w:t>
      </w:r>
      <w:r>
        <w:t>ek sahib jinka naam hai rajat gupta, mister rajat gupta.</w:t>
      </w:r>
    </w:p>
    <w:p>
      <w:pPr>
        <w:jc w:val="right"/>
      </w:pPr>
      <w:r>
        <w:t>ایک صاحب جن کا نام ہے رجت گپتا، مسٹر رجت گپتا۔</w:t>
      </w:r>
    </w:p>
    <w:p>
      <w:r>
        <w:rPr>
          <w:b/>
        </w:rPr>
        <w:t xml:space="preserve">[03:09] </w:t>
      </w:r>
      <w:r>
        <w:t>woh bengal mein 1948 mein paida hue. abhi woh teen age mein the ke un ke baap ka inteqal ho gaya.</w:t>
      </w:r>
    </w:p>
    <w:p>
      <w:pPr>
        <w:jc w:val="right"/>
      </w:pPr>
      <w:r>
        <w:t>وہ بنگال میں 1948 میں پیدا ہوئے۔ ابھی وہ تین ایج میں تھے کہ ان کے باپ کا انتقال ہو گیا۔</w:t>
      </w:r>
    </w:p>
    <w:p>
      <w:r>
        <w:rPr>
          <w:b/>
        </w:rPr>
        <w:t xml:space="preserve">[03:23] </w:t>
      </w:r>
      <w:r>
        <w:t>to kya woh yateem ho gaye?</w:t>
      </w:r>
    </w:p>
    <w:p>
      <w:pPr>
        <w:jc w:val="right"/>
      </w:pPr>
      <w:r>
        <w:t>تو کیا وہ یتیم ہو گئے؟</w:t>
      </w:r>
    </w:p>
    <w:p>
      <w:r>
        <w:rPr>
          <w:b/>
        </w:rPr>
        <w:t xml:space="preserve">[03:28] </w:t>
      </w:r>
      <w:r>
        <w:t>yateemi un ke liye ek challenge ban gayi. is challenge ne un ke andar naya motivation paida kiya. un ki brain storming hui aur bohat zyada mehnat ki unhon ne parhai mein.</w:t>
      </w:r>
    </w:p>
    <w:p>
      <w:pPr>
        <w:jc w:val="right"/>
      </w:pPr>
      <w:r>
        <w:t>یتیمی ان کے لیے ایک چیلنج بن گئی۔ اس چیلنج نے ان کے اندر نیا موٹیویشن پیدا کیا۔ ان کی برین اسٹارمنگ ہوئی اور بہت زیادہ محنت کی انہوں نے پڑھائی میں۔</w:t>
      </w:r>
    </w:p>
    <w:p>
      <w:r>
        <w:rPr>
          <w:b/>
        </w:rPr>
        <w:t xml:space="preserve">[03:44] </w:t>
      </w:r>
      <w:r>
        <w:t>to pehle un ki parhai india mein hui phir woh USA chale gaye aur wahan par unhon ne aala degree li.</w:t>
      </w:r>
    </w:p>
    <w:p>
      <w:pPr>
        <w:jc w:val="right"/>
      </w:pPr>
      <w:r>
        <w:t>تو پہلے ان کی پڑھائی انڈیا میں ہوئی پھر وہ یو ایس اے چلے گئے اور وہاں پر انہوں نے اعلیٰ ڈگری لی۔</w:t>
      </w:r>
    </w:p>
    <w:p>
      <w:r>
        <w:rPr>
          <w:b/>
        </w:rPr>
        <w:t xml:space="preserve">[03:55] </w:t>
      </w:r>
      <w:r>
        <w:t>phir taraqqi karte karte woh wahan ki USA ki ek bohat bari multinational company ke chairman ban gaye.</w:t>
      </w:r>
    </w:p>
    <w:p>
      <w:pPr>
        <w:jc w:val="right"/>
      </w:pPr>
      <w:r>
        <w:t>پھر ترقی کرتے کرتے وہ وہاں کی یو ایس اے کی ایک بہت بڑی ملٹی نیشنل کمپنی کے چیئرمین بن گئے۔</w:t>
      </w:r>
    </w:p>
    <w:p>
      <w:r>
        <w:rPr>
          <w:b/>
        </w:rPr>
        <w:t xml:space="preserve">[04:08] </w:t>
      </w:r>
      <w:r>
        <w:t>ek bohat bara uhda un ko mil gaya. lekin kya hua kuch arse ke baad unhon ne ek ek bohat hi bari ghalti kar dali.</w:t>
      </w:r>
    </w:p>
    <w:p>
      <w:pPr>
        <w:jc w:val="right"/>
      </w:pPr>
      <w:r>
        <w:t>ایک بہت بڑا عہدہ ان کو مل گیا۔ لیکن کیا ہوا کچھ عرصے کے بعد انہوں نے ایک ایک بہت ہی بڑی غلطی کر ڈالی۔</w:t>
      </w:r>
    </w:p>
    <w:p>
      <w:r>
        <w:rPr>
          <w:b/>
        </w:rPr>
        <w:t xml:space="preserve">[04:23] </w:t>
      </w:r>
      <w:r>
        <w:t>yani company ka ek confidential secret unhon ne farokht kar diya ek aur company ke naam.</w:t>
      </w:r>
    </w:p>
    <w:p>
      <w:pPr>
        <w:jc w:val="right"/>
      </w:pPr>
      <w:r>
        <w:t>یعنی کمپنی کا ایک کانفیڈینشل سیکرٹ انہوں نے فروخت کر دیا ایک اور کمپنی کے نام۔</w:t>
      </w:r>
    </w:p>
    <w:p>
      <w:r>
        <w:rPr>
          <w:b/>
        </w:rPr>
        <w:t xml:space="preserve">[04:36] </w:t>
      </w:r>
      <w:r>
        <w:t>dealing kar li unhon ne khufiya tor par. yeh baat pakar mein aa gayi un pe case chala. aur us waqt woh jail mein hain.</w:t>
      </w:r>
    </w:p>
    <w:p>
      <w:pPr>
        <w:jc w:val="right"/>
      </w:pPr>
      <w:r>
        <w:t>ڈیلنگ کر لی انہوں نے خفیہ طور پر۔ یہ بات پکڑ میں آ گئی ان پہ کیس چلا۔ اور اس وقت وہ جیل میں ہیں۔</w:t>
      </w:r>
    </w:p>
    <w:p>
      <w:r>
        <w:rPr>
          <w:b/>
        </w:rPr>
        <w:t xml:space="preserve">[04:48] </w:t>
      </w:r>
      <w:r>
        <w:t>to un ka career khatam ho gaya.</w:t>
      </w:r>
    </w:p>
    <w:p>
      <w:pPr>
        <w:jc w:val="right"/>
      </w:pPr>
      <w:r>
        <w:t>تو ان کا کیریئر ختم ہو گیا۔</w:t>
      </w:r>
    </w:p>
    <w:p>
      <w:r>
        <w:rPr>
          <w:b/>
        </w:rPr>
        <w:t xml:space="preserve">[04:53] </w:t>
      </w:r>
      <w:r>
        <w:t>ek zabardast jo un ko reputation mila tha woh sab khatam ho gaya.</w:t>
      </w:r>
    </w:p>
    <w:p>
      <w:pPr>
        <w:jc w:val="right"/>
      </w:pPr>
      <w:r>
        <w:t>ایک زبردست جو ان کو ریپوٹیشن ملا تھا وہ سب ختم ہو گیا۔</w:t>
      </w:r>
    </w:p>
    <w:p>
      <w:r>
        <w:rPr>
          <w:b/>
        </w:rPr>
        <w:t xml:space="preserve">[05:01] </w:t>
      </w:r>
      <w:r>
        <w:t>isko is par mein ne mazmoon likha hai "times of india" ke aaj ke parche mein. is ka unwaan hai "a case of break in history".</w:t>
      </w:r>
    </w:p>
    <w:p>
      <w:pPr>
        <w:jc w:val="right"/>
      </w:pPr>
      <w:r>
        <w:t>اس کو اس پر میں نے مضمون لکھا ہے "ٹائمز آف انڈیا" کے آج کے پرچے میں۔ اس کا عنوان ہے "ا کیس آف بریک ان ہسٹری"۔</w:t>
      </w:r>
    </w:p>
    <w:p>
      <w:r>
        <w:rPr>
          <w:b/>
        </w:rPr>
        <w:t xml:space="preserve">[05:16] </w:t>
      </w:r>
      <w:r>
        <w:t>yani tareekh mein break ka case.</w:t>
      </w:r>
    </w:p>
    <w:p>
      <w:pPr>
        <w:jc w:val="right"/>
      </w:pPr>
      <w:r>
        <w:t>یعنی تاریخ میں بریک کا کیس۔</w:t>
      </w:r>
    </w:p>
    <w:p>
      <w:r>
        <w:rPr>
          <w:b/>
        </w:rPr>
        <w:t xml:space="preserve">[05:20] </w:t>
      </w:r>
      <w:r>
        <w:t>dekhiye yeh ek ek nayi istilaah hai. yeh mein ne is ko aam kar ke istemal kiya hai. waise yeh istilaah boli jati hai job ke maamle mein.</w:t>
      </w:r>
    </w:p>
    <w:p>
      <w:pPr>
        <w:jc w:val="right"/>
      </w:pPr>
      <w:r>
        <w:t>دیکھیے یہ ایک ایک نئی اصطلاح ہے۔ یہ میں نے اس کو عام کر کے استعمال کیا ہے۔ ویسے یہ اصطلاح بولی جاتی ہے جاب کے معاملے میں۔</w:t>
      </w:r>
    </w:p>
    <w:p>
      <w:r>
        <w:rPr>
          <w:b/>
        </w:rPr>
        <w:t xml:space="preserve">[05:33] </w:t>
      </w:r>
      <w:r>
        <w:t>government service jo log hote hain to kisi ek din bhi woh chutti liye baghair ghar nahi reh sakte.</w:t>
      </w:r>
    </w:p>
    <w:p>
      <w:pPr>
        <w:jc w:val="right"/>
      </w:pPr>
      <w:r>
        <w:t>گورنمنٹ سروس جو لوگ ہوتے ہیں تو کسی ایک دن بھی وہ چھٹی لیے بغیر گھر نہیں رہ سکتے۔</w:t>
      </w:r>
    </w:p>
    <w:p>
      <w:r>
        <w:rPr>
          <w:b/>
        </w:rPr>
        <w:t xml:space="preserve">[05:43] </w:t>
      </w:r>
      <w:r>
        <w:t>agar ek din bhi woh chutti liye baghair ghar baith jayen, office na jayen to un ka case break in history case ban jayega.</w:t>
      </w:r>
    </w:p>
    <w:p>
      <w:pPr>
        <w:jc w:val="right"/>
      </w:pPr>
      <w:r>
        <w:t>اگر ایک دن بھی وہ چھٹی لیے بغیر گھر بیٹھ جائیں، آفس نہ جائیں تو ان کا کیس بریک ان ہسٹری کیس بن جائے گا۔</w:t>
      </w:r>
    </w:p>
    <w:p>
      <w:r>
        <w:rPr>
          <w:b/>
        </w:rPr>
        <w:t xml:space="preserve">[05:56] </w:t>
      </w:r>
      <w:r>
        <w:t>iska matlab kya hai? un ki tareekh jo hai break ho jayegi. farz kijiye ke un ki service das saal ki hui thi.</w:t>
      </w:r>
    </w:p>
    <w:p>
      <w:pPr>
        <w:jc w:val="right"/>
      </w:pPr>
      <w:r>
        <w:t>اس کا مطلب کیا ہے؟ ان کی تاریخ جو ہے بریک ہو جائے گی۔ فرض کیجئے کہ ان کی سروس دس سال کی ہوئی تھی۔</w:t>
      </w:r>
    </w:p>
    <w:p>
      <w:r>
        <w:rPr>
          <w:b/>
        </w:rPr>
        <w:t xml:space="preserve">[06:06] </w:t>
      </w:r>
      <w:r>
        <w:t>to ek din ki chutti liye baghair agar aise ghalti kar dali unhon ne to un ki un ko peechay le jayenge peechay.</w:t>
      </w:r>
    </w:p>
    <w:p>
      <w:pPr>
        <w:jc w:val="right"/>
      </w:pPr>
      <w:r>
        <w:t>تو ایک دن کی چھٹی لیے بغیر اگر ایسے غلطی کر ڈالی انہوں نے تو ان کی ان کو پیچھے لے جائیں گے پیچھے۔</w:t>
      </w:r>
    </w:p>
    <w:p>
      <w:r>
        <w:rPr>
          <w:b/>
        </w:rPr>
        <w:t xml:space="preserve">[06:17] </w:t>
      </w:r>
      <w:r>
        <w:t>yani das saal un ka hadaf ho jayega. ab jo promotion waghera jo hote hain woh sab un ko nahi milenge.</w:t>
      </w:r>
    </w:p>
    <w:p>
      <w:pPr>
        <w:jc w:val="right"/>
      </w:pPr>
      <w:r>
        <w:t>یعنی دس سال ان کا ہدف ہو جائے گا۔ اب جو پروموشن وغیرہ جو ہوتے ہیں وہ سب ان کو نہیں ملیں گے۔</w:t>
      </w:r>
    </w:p>
    <w:p>
      <w:r>
        <w:rPr>
          <w:b/>
        </w:rPr>
        <w:t xml:space="preserve">[06:26] </w:t>
      </w:r>
      <w:r>
        <w:t>to is ko kehte hain service ke maamle mein break in service. break in service.</w:t>
      </w:r>
    </w:p>
    <w:p>
      <w:pPr>
        <w:jc w:val="right"/>
      </w:pPr>
      <w:r>
        <w:t>تو اس کو کہتے ہیں سروس کے معاملے میں بریک ان سروس۔ بریک ان سروس۔</w:t>
      </w:r>
    </w:p>
    <w:p>
      <w:r>
        <w:rPr>
          <w:b/>
        </w:rPr>
        <w:t xml:space="preserve">[06:37] </w:t>
      </w:r>
      <w:r>
        <w:t>isi istilaah ko mein ne yahan istemal kiya hai rajat gupta ke liye break in history ke unhon ne ek history banayi jis ka shuru hui jo shuru hui 1948 se.</w:t>
      </w:r>
    </w:p>
    <w:p>
      <w:pPr>
        <w:jc w:val="right"/>
      </w:pPr>
      <w:r>
        <w:t>اسی اصطلاح کو میں نے یہاں استعمال کیا ہے رجت گپتا کے لیے بریک ان ہسٹری کہ انہوں نے ایک ہسٹری بنائی جس کا شروع ہوئی جو شروع ہوئی 1948 سے۔</w:t>
      </w:r>
    </w:p>
    <w:p>
      <w:r>
        <w:rPr>
          <w:b/>
        </w:rPr>
        <w:t xml:space="preserve">[06:53] </w:t>
      </w:r>
      <w:r>
        <w:t>un ki mehnat, un ki taleem, un ke bohat sare jo karname kiye unhon ne woh sab mil kar ke un ki history bani thi.</w:t>
      </w:r>
    </w:p>
    <w:p>
      <w:pPr>
        <w:jc w:val="right"/>
      </w:pPr>
      <w:r>
        <w:t>ان کی محنت، ان کی تعلیم، ان کے بہت سارے جو کارنامے کیے انہوں نے وہ سب مل کر کے ان کی ہسٹری بنی تھی۔</w:t>
      </w:r>
    </w:p>
    <w:p>
      <w:r>
        <w:rPr>
          <w:b/>
        </w:rPr>
        <w:t xml:space="preserve">[07:04] </w:t>
      </w:r>
      <w:r>
        <w:t>isi history ka nateeja tha ke ek ek bohat bari multinational company mein un ko bohat bara darja mil gaya. yeh darja jo mila is ki woh un ki poori history ke wajah se mila.</w:t>
      </w:r>
    </w:p>
    <w:p>
      <w:pPr>
        <w:jc w:val="right"/>
      </w:pPr>
      <w:r>
        <w:t>اسی ہسٹری کا نتیجہ تھا کہ ایک ایک بہت بڑی ملٹی نیشنل کمپنی میں ان کو بہت بڑا درجہ مل گیا۔ یہ درجہ جو ملا اس کی وہ ان کی پوری ہسٹری کے وجہ سے ملا۔</w:t>
      </w:r>
    </w:p>
    <w:p>
      <w:r>
        <w:rPr>
          <w:b/>
        </w:rPr>
        <w:t xml:space="preserve">[07:19] </w:t>
      </w:r>
      <w:r>
        <w:t>yeh history na hoti to milta bhi nahi.</w:t>
      </w:r>
    </w:p>
    <w:p>
      <w:pPr>
        <w:jc w:val="right"/>
      </w:pPr>
      <w:r>
        <w:t>یہ ہسٹری نہ ہوتی تو ملتا بھی نہیں۔</w:t>
      </w:r>
    </w:p>
    <w:p>
      <w:r>
        <w:rPr>
          <w:b/>
        </w:rPr>
        <w:t xml:space="preserve">[07:22] </w:t>
      </w:r>
      <w:r>
        <w:t>lekin ek ghalti se sab history khatam. unhon ne khud kaha tha apne bayan mein ke mein ne apna reputation kho diya.</w:t>
      </w:r>
    </w:p>
    <w:p>
      <w:pPr>
        <w:jc w:val="right"/>
      </w:pPr>
      <w:r>
        <w:t>لیکن ایک غلطی سے سب ہسٹری ختم۔ انہوں نے خود کہا تھا اپنے بیان میں کہ میں نے اپنا ریپوٹیشن کھو دیا۔</w:t>
      </w:r>
    </w:p>
    <w:p>
      <w:r>
        <w:rPr>
          <w:b/>
        </w:rPr>
        <w:t xml:space="preserve">[07:32] </w:t>
      </w:r>
      <w:r>
        <w:t>jo mera reputation mera tha woh khatam ho gaya. isi ke liye mein ne lafz istemal kiya hai break break in history.</w:t>
      </w:r>
    </w:p>
    <w:p>
      <w:pPr>
        <w:jc w:val="right"/>
      </w:pPr>
      <w:r>
        <w:t>جو میرا ریپوٹیشن میرا تھا وہ ختم ہو گیا۔ اسی کے لیے میں نے لفظ استعمال کیا ہے بریک بریک ان ہسٹری۔</w:t>
      </w:r>
    </w:p>
    <w:p>
      <w:r>
        <w:rPr>
          <w:b/>
        </w:rPr>
        <w:t xml:space="preserve">[07:42] </w:t>
      </w:r>
      <w:r>
        <w:t>yeh kisi fard ke liye aur kisi community ke liye, kisi nation ke liye sab ke liye yeh baat bohat aham hai.</w:t>
      </w:r>
    </w:p>
    <w:p>
      <w:pPr>
        <w:jc w:val="right"/>
      </w:pPr>
      <w:r>
        <w:t>یہ کسی فرد کے لیے اور کسی کمیونٹی کے لیے، کسی نیشن کے لیے سب کے لیے یہ بات بہت اہم ہے۔</w:t>
      </w:r>
    </w:p>
    <w:p>
      <w:r>
        <w:rPr>
          <w:b/>
        </w:rPr>
        <w:t xml:space="preserve">[07:52] </w:t>
      </w:r>
      <w:r>
        <w:t>dekhiye sab se bara asset kisi ke liye kya hai? is ka is ki jo tareekh hai jo is ne banayi hai. aap paida hote hain phir kisi mahaul mein rehte hain, parhte hain, amal karte hain woh sab jama hota rehta hai aap ke record mein.</w:t>
      </w:r>
    </w:p>
    <w:p>
      <w:pPr>
        <w:jc w:val="right"/>
      </w:pPr>
      <w:r>
        <w:t>دیکھیے سب سے بڑا ایسٹ کسی کے لیے کیا ہے؟ اس کا اس کی جو تاریخ ہے جو اس نے بنائی ہے۔ آپ پیدا ہوتے ہیں پھر کسی ماحول میں رہتے ہیں، پڑھتے ہیں، عمل کرتے ہیں وہ سب جمع ہوتا رہتا ہے آپ کے ریکارڈ میں۔</w:t>
      </w:r>
    </w:p>
    <w:p>
      <w:r>
        <w:rPr>
          <w:b/>
        </w:rPr>
        <w:t xml:space="preserve">[08:10] </w:t>
      </w:r>
      <w:r>
        <w:t>woh sab mil kar ke ek shakhs bante hain aap. jaise aap jab lete hain ek naam ke mahatma gandhi to mahatma gandhi ke lafz mein poori history jama hai.</w:t>
      </w:r>
    </w:p>
    <w:p>
      <w:pPr>
        <w:jc w:val="right"/>
      </w:pPr>
      <w:r>
        <w:t>وہ سب مل کر کے ایک شخص بنتے ہیں آپ۔ جیسے آپ جب لیتے ہیں ایک نام کہ مہاتما گاندھی تو مہاتما گاندھی کے لفظ میں پوری ہسٹری جمع ہے۔</w:t>
      </w:r>
    </w:p>
    <w:p>
      <w:r>
        <w:rPr>
          <w:b/>
        </w:rPr>
        <w:t xml:space="preserve">[08:22] </w:t>
      </w:r>
      <w:r>
        <w:t>isi history ki wajah se mahatma gandhi mahatma gandhi hain. woh tareekh na hoti to kuch bhi nahi hote. to yeh bohat ajeeb baat hai ke yeh tasawwur hadith mein maujood hai.</w:t>
      </w:r>
    </w:p>
    <w:p>
      <w:pPr>
        <w:jc w:val="right"/>
      </w:pPr>
      <w:r>
        <w:t>اسی ہسٹری کی وجہ سے مہاتما گاندھی مہاتما گاندھی ہیں۔ وہ تاریخ نہ ہوتی تو کچھ بھی نہیں ہوتے۔ تو یہ بہت عجیب بات ہے کہ یہ تصور حدیث میں موجود ہے۔</w:t>
      </w:r>
    </w:p>
    <w:p>
      <w:r>
        <w:rPr>
          <w:b/>
        </w:rPr>
        <w:t xml:space="preserve">[08:38] </w:t>
      </w:r>
      <w:r>
        <w:t>yeh mujhe daryaft hua ek hadith se. dekhiye ek hadith hai jis ke alfaaz hain rasool ALLAH sallallahu alaihi wasallam ne farmaya:</w:t>
      </w:r>
    </w:p>
    <w:p>
      <w:pPr>
        <w:jc w:val="right"/>
      </w:pPr>
      <w:r>
        <w:t>یہ مجھے دریافت ہوا ایک حدیث سے۔ دیکھیے ایک حدیث ہے جس کے الفاظ ہیں رسول اللہ صلی اللہ علیہ وسلم نے فرمایا:</w:t>
      </w:r>
    </w:p>
    <w:p>
      <w:r>
        <w:rPr>
          <w:b/>
        </w:rPr>
        <w:t xml:space="preserve">[08:51] </w:t>
      </w:r>
      <w:r>
        <w:t>"la yanbaghi lil momin yadhulla nafsah" . kisi momin ke liye yeh durust nahi hai ke woh khud apne aap ko zaleel kare.</w:t>
      </w:r>
    </w:p>
    <w:p>
      <w:pPr>
        <w:jc w:val="right"/>
      </w:pPr>
      <w:r>
        <w:t>"لاینبغی للمومن یذل نفسہ"۔ کسی مومن کے لیے یہ درست نہیں ہے کہ وہ خود اپنے آپ کو ذلیل کرے۔</w:t>
      </w:r>
    </w:p>
    <w:p>
      <w:r>
        <w:rPr>
          <w:b/>
        </w:rPr>
        <w:t xml:space="preserve">[09:05] </w:t>
      </w:r>
      <w:r>
        <w:t>to poocha gaya hai ke kaise koi aadmi khud hi apne ko zaleel karega?</w:t>
      </w:r>
    </w:p>
    <w:p>
      <w:pPr>
        <w:jc w:val="right"/>
      </w:pPr>
      <w:r>
        <w:t>تو پوچھا گیا ہے کہ کیسے کوئی آدمی خود ہی اپنے کو ذلیل کرے گا؟</w:t>
      </w:r>
    </w:p>
    <w:p>
      <w:r>
        <w:rPr>
          <w:b/>
        </w:rPr>
        <w:t xml:space="preserve">[09:15] </w:t>
      </w:r>
      <w:r>
        <w:t>aap ne farmaya: "min al-bala' li-bal yatīq"۔ yani ek aisa iqdām kar beṭhā hai.</w:t>
      </w:r>
    </w:p>
    <w:p>
      <w:pPr>
        <w:jc w:val="right"/>
      </w:pPr>
      <w:r>
        <w:t>آپ نے فرمایا: "من البلاء لبال یتیق"۔ یعنی ایک ایسا اقدام کر بیٹھا ہے۔</w:t>
      </w:r>
    </w:p>
    <w:p>
      <w:r>
        <w:rPr>
          <w:b/>
        </w:rPr>
        <w:t xml:space="preserve">[09:26] </w:t>
      </w:r>
      <w:r>
        <w:t>ek aisa iqdām kar beṭhā hai jis ke consequences ko sambhalne ki taqat us ke andar na ho۔</w:t>
      </w:r>
    </w:p>
    <w:p>
      <w:pPr>
        <w:jc w:val="right"/>
      </w:pPr>
      <w:r>
        <w:t>ایک ایسا اقدام کر بیٹھا ہے جس کے کانسیکونسز کو سنبھالنے کی طاقت اس کے اندر نہ ہو۔</w:t>
      </w:r>
    </w:p>
    <w:p>
      <w:r>
        <w:rPr>
          <w:b/>
        </w:rPr>
        <w:t xml:space="preserve">[09:37] </w:t>
      </w:r>
      <w:r>
        <w:t>kaisi ajīb baat hai۔ yeh to kya mister guptā ne</w:t>
      </w:r>
    </w:p>
    <w:p>
      <w:pPr>
        <w:jc w:val="right"/>
      </w:pPr>
      <w:r>
        <w:t>کیسی عجیب بات ہے۔ یہ تو کیا مسٹر گپتا نے</w:t>
      </w:r>
    </w:p>
    <w:p>
      <w:r>
        <w:rPr>
          <w:b/>
        </w:rPr>
        <w:t xml:space="preserve">[09:42] </w:t>
      </w:r>
      <w:r>
        <w:t>ek aisa iqdām kiya jis iqdām ke jo consequences the us ke jo natije natije nikalte the us natije se 'uhda par nahi ho sakte the۔</w:t>
      </w:r>
    </w:p>
    <w:p>
      <w:pPr>
        <w:jc w:val="right"/>
      </w:pPr>
      <w:r>
        <w:t>ایک ایسا اقدام کیا جس اقدام کے جو کانسیکونسز تھے اس کے جو نتیجے نتیجے نکلتے تھے اس نتیجے سے عہدہ پر نہیں ہو سکتے تھے۔</w:t>
      </w:r>
    </w:p>
    <w:p>
      <w:r>
        <w:rPr>
          <w:b/>
        </w:rPr>
        <w:t xml:space="preserve">[09:50] </w:t>
      </w:r>
      <w:r>
        <w:t>woh un ke liye bas mein nahi tha ke woh ghalatī bhi karein aur phir bhi chairman chairman bane rahein. ghalatī kiya to chairmanship chali gayi۔</w:t>
      </w:r>
    </w:p>
    <w:p>
      <w:pPr>
        <w:jc w:val="right"/>
      </w:pPr>
      <w:r>
        <w:t>وہ ان کے لیے بس میں نہیں تھا کہ وہ غلطی بھی کریں اور پھر بھی چیئرمین چیئرمین بنے رہیں۔ غلطی کیا تو چیئرمین شپ چلی گئی۔</w:t>
      </w:r>
    </w:p>
    <w:p>
      <w:r>
        <w:rPr>
          <w:b/>
        </w:rPr>
        <w:t xml:space="preserve">[10:01] </w:t>
      </w:r>
      <w:r>
        <w:t>to is hadīs mein bahut ajīb taur par yeh baat kahi gayi hai ke aisa iqdām karna</w:t>
      </w:r>
    </w:p>
    <w:p>
      <w:pPr>
        <w:jc w:val="right"/>
      </w:pPr>
      <w:r>
        <w:t>تو اس حدیث میں بہت عجیب طور پر یہ بات کہی گئی ہے کہ ایسا اقدام کرنا</w:t>
      </w:r>
    </w:p>
    <w:p>
      <w:r>
        <w:rPr>
          <w:b/>
        </w:rPr>
        <w:t xml:space="preserve">[10:11] </w:t>
      </w:r>
      <w:r>
        <w:t>jis ke nataij ko ab nataij par qābu pāne ki taqat aap ke andar na ho۔</w:t>
      </w:r>
    </w:p>
    <w:p>
      <w:pPr>
        <w:jc w:val="right"/>
      </w:pPr>
      <w:r>
        <w:t>جس کے نتائج کو اب نتائج پر قابو پانے کی طاقت آپ کے اندر نہ ہو۔</w:t>
      </w:r>
    </w:p>
    <w:p>
      <w:r>
        <w:rPr>
          <w:b/>
        </w:rPr>
        <w:t xml:space="preserve">[10:21] </w:t>
      </w:r>
      <w:r>
        <w:t>yani is ka lafzī tarjuma yeh hai ke: "yatār razw min al-balā' li-māl yatīq"۔ woh ek aisi balā ka samnā kare jis jis ke jis ki woh taqat na rakhtā ho۔</w:t>
      </w:r>
    </w:p>
    <w:p>
      <w:pPr>
        <w:jc w:val="right"/>
      </w:pPr>
      <w:r>
        <w:t>یعنی اس کا لفظی ترجمہ یہ ہے کہ: "یتار رضو من البلاء لمال یتیق"۔ وہ ایک ایسی بلا کا سامنا کرے جس جس کے جس کی وہ طاقت نہ رکھتا ہو۔</w:t>
      </w:r>
    </w:p>
    <w:p>
      <w:r>
        <w:rPr>
          <w:b/>
        </w:rPr>
        <w:t xml:space="preserve">[10:40] </w:t>
      </w:r>
      <w:r>
        <w:t>isi ko main keh raha hoon woh ek aisa iqdām kar beṭhā hai jis ke consequences ko sambhalne ki us ke andar taqat na ho۔</w:t>
      </w:r>
    </w:p>
    <w:p>
      <w:pPr>
        <w:jc w:val="right"/>
      </w:pPr>
      <w:r>
        <w:t>اسی کو میں کہہ رہا ہوں وہ ایک ایسا اقدام کر بیٹھا ہے جس کے کانسیکونسز کو سنبھالنے کی اس کے اندر طاقت نہ ہو۔</w:t>
      </w:r>
    </w:p>
    <w:p>
      <w:r>
        <w:rPr>
          <w:b/>
        </w:rPr>
        <w:t xml:space="preserve">[10:49] </w:t>
      </w:r>
      <w:r>
        <w:t>ab bahut ajīb baat hai ke maujūda zamāne ke musalmān ṭhīk yahi ghalatī kar rahe hain. aap tārīkh ko paṛhiye musalmānoun ki jo tārīkh hai woh taqrīban ek hazār sāl tak kam o besh phaili hui hai۔</w:t>
      </w:r>
    </w:p>
    <w:p>
      <w:pPr>
        <w:jc w:val="right"/>
      </w:pPr>
      <w:r>
        <w:t>اب بہت عجیب بات ہے کہ موجودہ زمانے کے مسلمان ٹھیک یہی غلطی کر رہے ہیں۔ آپ تاریخ کو پڑھیے مسلمانوں کی جو تاریخ ہے وہ تقریباً ایک ہزار سال تک کم و بیش پھیلی ہوئی ہے۔</w:t>
      </w:r>
    </w:p>
    <w:p>
      <w:r>
        <w:rPr>
          <w:b/>
        </w:rPr>
        <w:t xml:space="preserve">[11:07] </w:t>
      </w:r>
      <w:r>
        <w:t>kam o besh ek hazār sāl ke daurān yani seven century aisi mein jo jo tārīkh shurū hui seven century aisi mein woh baṛī yahān tak ke musalmānoun ke baṛe empire qāim hue۔</w:t>
      </w:r>
    </w:p>
    <w:p>
      <w:pPr>
        <w:jc w:val="right"/>
      </w:pPr>
      <w:r>
        <w:t>کم و بیش ایک ہزار سال کے دوران یعنی سیون سینچری ایسی میں جو جو تاریخ شروع ہوئی سیون سینچری ایسی میں وہ بڑی یہاں تک کہ مسلمانوں کے بڑے ایمپائر قائم ہوئے۔</w:t>
      </w:r>
    </w:p>
    <w:p>
      <w:r>
        <w:rPr>
          <w:b/>
        </w:rPr>
        <w:t xml:space="preserve">[11:22] </w:t>
      </w:r>
      <w:r>
        <w:t>bahut baṛe empire qāim hue۔ duniyā mein ek dabdaba qāim hua. 'usmānīoun ne science mein taraqqī ki. yani tārīkh nigārī duniyā ko nahi ātī thi۔</w:t>
      </w:r>
    </w:p>
    <w:p>
      <w:pPr>
        <w:jc w:val="right"/>
      </w:pPr>
      <w:r>
        <w:t>بہت بڑے ایمپائر قائم ہوئے۔ دنیا میں ایک دبدبہ قائم ہوا۔ عثمانوں نے سائنس میں ترقی کی۔ یعنی تاریخ نگاری دنیا کو نہیں آتی تھی۔</w:t>
      </w:r>
    </w:p>
    <w:p>
      <w:r>
        <w:rPr>
          <w:b/>
        </w:rPr>
        <w:t xml:space="preserve">[11:34] </w:t>
      </w:r>
      <w:r>
        <w:t>pehla shakhs jis ne jis ko kehte hain historiography. historiography mein pehla shakhs hai ibn khaldūn۔</w:t>
      </w:r>
    </w:p>
    <w:p>
      <w:pPr>
        <w:jc w:val="right"/>
      </w:pPr>
      <w:r>
        <w:t>پہلا شخص جس نے جس کو کہتے ہیں ہسٹوریو گریفی۔ ہسٹوریو گریفی میں پہلا شخص ہے ابن خلدون۔</w:t>
      </w:r>
    </w:p>
    <w:p>
      <w:r>
        <w:rPr>
          <w:b/>
        </w:rPr>
        <w:t xml:space="preserve">[11:43] </w:t>
      </w:r>
      <w:r>
        <w:t>abdul rahmān ibn khaldūn jis ne tārīkh ko ek nayā concept diyā. yeh ahl-e-yūrap mānte hain. aise hi jo spain mein sainsī taraqqī ki musalmānoun ne woh base banā yūrap ki modern science ki taraqqī ke liye۔</w:t>
      </w:r>
    </w:p>
    <w:p>
      <w:pPr>
        <w:jc w:val="right"/>
      </w:pPr>
      <w:r>
        <w:t>عبدالرحمن ابن خلدون جس نے تاریخ کو ایک نیا کانسیپٹ دیا۔ یہ اہل یورپ مانتے ہیں۔ ایسے ہی جو اسپین میں سائنسی ترقی کی مسلمانوں نے وہ بیس بنا یورپ کی ماڈرن سائنس کی ترقی کے لیے۔</w:t>
      </w:r>
    </w:p>
    <w:p>
      <w:r>
        <w:rPr>
          <w:b/>
        </w:rPr>
        <w:t xml:space="preserve">[12:01] </w:t>
      </w:r>
      <w:r>
        <w:t>yeh mānte hain woh log ke agar woh taraqqiyān na hui hotīn jo spain mein hu'īn to modern jo taraqqiyān hu'īn hain yūrap mein woh bhi na hotīn۔</w:t>
      </w:r>
    </w:p>
    <w:p>
      <w:pPr>
        <w:jc w:val="right"/>
      </w:pPr>
      <w:r>
        <w:t>یہ مانتے ہیں وہ لوگ کہ اگر وہ ترقیاں نہ ہوئی ہوتیں جو اسپین میں ہوئیں تو ماڈرن جو ترقیاں ہوئیں ہیں یورپ میں وہ بھی نہ ہوتی۔</w:t>
      </w:r>
    </w:p>
    <w:p>
      <w:r>
        <w:rPr>
          <w:b/>
        </w:rPr>
        <w:t xml:space="preserve">[12:16] </w:t>
      </w:r>
      <w:r>
        <w:t>yeh sab main ne likhā hai aap paṛh lijiye meri kitāb hai jis ka nām hai urdū mein "islām daur urdū khāliq" aur angrezī mein is ka nām hai "islām da creator of modern</w:t>
      </w:r>
    </w:p>
    <w:p>
      <w:pPr>
        <w:jc w:val="right"/>
      </w:pPr>
      <w:r>
        <w:t>یہ سب میں نے لکھا ہے آپ پڑھ لیجئے میری کتاب ہے جس کا نام ہے اردو میں "اسلام دور اردو خالق" اور انگریزی میں اس کا نام ہے "اسلام دا کریٹر اف ماڈرن</w:t>
      </w:r>
    </w:p>
    <w:p>
      <w:r>
        <w:rPr>
          <w:b/>
        </w:rPr>
        <w:t xml:space="preserve">[12:30] </w:t>
      </w:r>
      <w:r>
        <w:t>age"۔ donoun zabānein maujūd hain. is mein main ne bahut se hawāle jam'a kiye hain. to yeh ek image bani thi har i'tibār se politics ke i'tibār se science ke i'tibār se 'ilm ke i'tibār se taqrīban ek hazār sāl ka dabdaba tha musalmānoun ka۔</w:t>
      </w:r>
    </w:p>
    <w:p>
      <w:pPr>
        <w:jc w:val="right"/>
      </w:pPr>
      <w:r>
        <w:t>ایج"۔ دونوں زبانیں موجود ہیں۔ اس میں میں نے بہت سے حوالے جمع کیے ہیں۔ تو یہ ایک امیج بنی تھی ہر اعتبار سے پولیٹکس کے اعتبار سے سائنس کے اعتبار سے علم کے اعتبار سے تقریباً ایک ہزار سال کا دبدبہ تھا مسلمانوں کا۔</w:t>
      </w:r>
    </w:p>
    <w:p>
      <w:r>
        <w:rPr>
          <w:b/>
        </w:rPr>
        <w:t xml:space="preserve">[12:50] </w:t>
      </w:r>
      <w:r>
        <w:t>lekin unhon ne aise iqdām kiye aise iqdām kiye ke jis mein bār bār shikast un ko hui. shikast hui shikast hui</w:t>
      </w:r>
    </w:p>
    <w:p>
      <w:pPr>
        <w:jc w:val="right"/>
      </w:pPr>
      <w:r>
        <w:t>لیکن انہوں نے ایسے اقدامات کیے ایسے اقدامات کیے کہ جس میں بار بار شکست ان کو ہوئی۔ شکست ہوئی شکست ہوئی</w:t>
      </w:r>
    </w:p>
    <w:p>
      <w:r>
        <w:rPr>
          <w:b/>
        </w:rPr>
        <w:t xml:space="preserve">[12:59] </w:t>
      </w:r>
      <w:r>
        <w:t>۔ natija yeh ke musalmān ka nām ek zalīl zillat ka nishān ban gaya. ek zillat ka nishān ban gaya۔</w:t>
      </w:r>
    </w:p>
    <w:p>
      <w:pPr>
        <w:jc w:val="right"/>
      </w:pPr>
      <w:r>
        <w:t>۔ نتیجہ یہ کہ مسلمان کا نام ایک ذلیل ذلت کا نشان بن گیا۔ ایک ذلت کا نشان بن گیا۔</w:t>
      </w:r>
    </w:p>
    <w:p>
      <w:r>
        <w:rPr>
          <w:b/>
        </w:rPr>
        <w:t xml:space="preserve">[13:10] </w:t>
      </w:r>
      <w:r>
        <w:t>main aap ko ek chhoṭā sa waqi'a 'arz karta hoon. abhi hamāre class mein ek sāhib hain jo kānpur se āye hain. un ke mere zehan mein ek waqi'a yād ā gayā un ke un ko le kar jo</w:t>
      </w:r>
    </w:p>
    <w:p>
      <w:pPr>
        <w:jc w:val="right"/>
      </w:pPr>
      <w:r>
        <w:t>میں آپ کو ایک چھوٹا سا واقعہ عرض کرتا ہوں۔ ابھی ہمارے کلاس میں ایک صاحب ہیں جو کانٹپور سے آئے ہیں۔ ان کے میرے ذہن میں ایک واقعہ یاد آ گیا ان کے ان کو لے کر جو</w:t>
      </w:r>
    </w:p>
    <w:p>
      <w:r>
        <w:rPr>
          <w:b/>
        </w:rPr>
        <w:t xml:space="preserve">[13:26] </w:t>
      </w:r>
      <w:r>
        <w:t>ek 'alāmatī taur par batātā hai kyā musalmānoun ka dabdaba ki hālat kyā thi musalmānoun ki. dekhiye kānpur mein 1913 mein ek waqi'a huā tha jab angrez indiyā mein rule karte the۔</w:t>
      </w:r>
    </w:p>
    <w:p>
      <w:pPr>
        <w:jc w:val="right"/>
      </w:pPr>
      <w:r>
        <w:t>ایک علامتی طور پر بتاتا ہے کیا مسلمانوں کا دبدبہ کی حالت کیا تھی مسلمانوں کی۔ دیکھیے کانٹپور میں 1913 میں ایک واقعہ ہوا تھا جب انگریز انڈیا میں رول کرتے تھے۔</w:t>
      </w:r>
    </w:p>
    <w:p>
      <w:r>
        <w:rPr>
          <w:b/>
        </w:rPr>
        <w:t xml:space="preserve">[13:40] </w:t>
      </w:r>
      <w:r>
        <w:t>zabardast un ki hukūmat yahān thi angrezoun ki. to 1913 mein aisa huā ke wahān par ek masjid thi۔</w:t>
      </w:r>
    </w:p>
    <w:p>
      <w:pPr>
        <w:jc w:val="right"/>
      </w:pPr>
      <w:r>
        <w:t>زبردست ان کی حکومت یہاں تھی انگریزوں کی۔ تو 1913 میں ایسا ہوا کہ وہاں پر ایک مسجد تھی۔</w:t>
      </w:r>
    </w:p>
    <w:p>
      <w:r>
        <w:rPr>
          <w:b/>
        </w:rPr>
        <w:t xml:space="preserve">[13:49] </w:t>
      </w:r>
      <w:r>
        <w:t>us masjid ka ek konā jo hai woh toṛ diyā gayā saṛak ko choṛā karne ke liye۔</w:t>
      </w:r>
    </w:p>
    <w:p>
      <w:pPr>
        <w:jc w:val="right"/>
      </w:pPr>
      <w:r>
        <w:t>اس مسجد کا ایک کونا جو ہے وہ توڑ دیا گیا سڑک کو چوڑا کرنے کے لیے۔</w:t>
      </w:r>
    </w:p>
    <w:p>
      <w:r>
        <w:rPr>
          <w:b/>
        </w:rPr>
        <w:t xml:space="preserve">[13:58] </w:t>
      </w:r>
      <w:r>
        <w:t>ek saṛak wahān thi jis ko thoṛā choṛā karna chahte the angrez. to unhon ne ek kone ko toṛ diyā aur saṛak choṛā karne ke liye۔</w:t>
      </w:r>
    </w:p>
    <w:p>
      <w:pPr>
        <w:jc w:val="right"/>
      </w:pPr>
      <w:r>
        <w:t>ایک سڑک وہاں تھی جس کو تھوڑا چوڑا کرنا چاہتے تھے انگریز۔ تو انہوں نے ایک کونے کو توڑ دیا اور سڑک چوڑا کرنے کے لیے۔</w:t>
      </w:r>
    </w:p>
    <w:p>
      <w:r>
        <w:rPr>
          <w:b/>
        </w:rPr>
        <w:t xml:space="preserve">[14:11] </w:t>
      </w:r>
      <w:r>
        <w:t>us par baṛā hangāma kiyā musalmānoun ne</w:t>
      </w:r>
    </w:p>
    <w:p>
      <w:pPr>
        <w:jc w:val="right"/>
      </w:pPr>
      <w:r>
        <w:t>اس پر بڑا ہنگامہ کیا مسلمانوں نے</w:t>
      </w:r>
    </w:p>
    <w:p>
      <w:r>
        <w:rPr>
          <w:b/>
        </w:rPr>
        <w:t xml:space="preserve">[14:13] </w:t>
      </w:r>
      <w:r>
        <w:t>keh masjid shaheed kar diya unhon ne. aur poora ek itna zabardast hungama hua keh angrezi hukoomat jo hai hil gai.</w:t>
      </w:r>
    </w:p>
    <w:p>
      <w:pPr>
        <w:jc w:val="right"/>
      </w:pPr>
      <w:r>
        <w:t>کہ مسجد شہید کر دیا انہوں نے۔ اور پورا ایک اتنا زبردست ہنگامہ ہوا کہ انگریزی حکومت جو ہے ہل گئی۔</w:t>
      </w:r>
    </w:p>
    <w:p>
      <w:r>
        <w:rPr>
          <w:b/>
        </w:rPr>
        <w:t xml:space="preserve">[14:24] </w:t>
      </w:r>
      <w:r>
        <w:t>to is ka ek qissa arz karta hoon main. is zamane mein jab keh kanpur mein hungame jaari the aur goliyan chali theen wahan par</w:t>
      </w:r>
    </w:p>
    <w:p>
      <w:pPr>
        <w:jc w:val="right"/>
      </w:pPr>
      <w:r>
        <w:t>تو اس کا ایک قصہ عرض کرتا ہوں میں۔ اس زمانے میں جب کہ کانٹپور میں ہنگامے جاری تھے اور گولیاں چلی تھیں وہاں پر</w:t>
      </w:r>
    </w:p>
    <w:p>
      <w:r>
        <w:rPr>
          <w:b/>
        </w:rPr>
        <w:t xml:space="preserve">[14:36] </w:t>
      </w:r>
      <w:r>
        <w:t>to is zamane mein jo up ka jo governor tha governor government lord mister is ka naam tha to wo soorat e haal ke in the support jaizay ke liye america kanpur gaya.</w:t>
      </w:r>
    </w:p>
    <w:p>
      <w:pPr>
        <w:jc w:val="right"/>
      </w:pPr>
      <w:r>
        <w:t>تو اس زمانے میں جو یو پی کا جو گورنر تھا گورنر گورنمنٹ لارڈ مسٹر اس کا نام تھا تو وہ صورتحال کے ان دا سپورٹ جائزے کے لیے امریکہ کانٹپور گیا۔</w:t>
      </w:r>
    </w:p>
    <w:p>
      <w:r>
        <w:rPr>
          <w:b/>
        </w:rPr>
        <w:t xml:space="preserve">[14:54] </w:t>
      </w:r>
      <w:r>
        <w:t>to kanpur mein wo dera table pe tha</w:t>
      </w:r>
    </w:p>
    <w:p>
      <w:pPr>
        <w:jc w:val="right"/>
      </w:pPr>
      <w:r>
        <w:t>تو کانٹپور میں وہ ڈیرہ ٹیبل پہ تھا</w:t>
      </w:r>
    </w:p>
    <w:p>
      <w:r>
        <w:rPr>
          <w:b/>
        </w:rPr>
        <w:t xml:space="preserve">[14:59] </w:t>
      </w:r>
      <w:r>
        <w:t>aur isi waqt ek us ko ek slip di gai.</w:t>
      </w:r>
    </w:p>
    <w:p>
      <w:pPr>
        <w:jc w:val="right"/>
      </w:pPr>
      <w:r>
        <w:t>اور اسی وقت ایک اس کو ایک سلپ دی گئی۔</w:t>
      </w:r>
    </w:p>
    <w:p>
      <w:r>
        <w:rPr>
          <w:b/>
        </w:rPr>
        <w:t xml:space="preserve">[15:03] </w:t>
      </w:r>
      <w:r>
        <w:t>bataya gaya us ko keh maulana muhammad ali kanpur aa gaye hain. to main ne parha tha ek ek jo aadmi maujood tha wahan par us ne kaha yeh suntay hi angrez governor ke hath se chup chup chhoot ke gir gaya.</w:t>
      </w:r>
    </w:p>
    <w:p>
      <w:pPr>
        <w:jc w:val="right"/>
      </w:pPr>
      <w:r>
        <w:t>بتایا گیا اس کو کہ مولانا محمد علی کانٹپور آ گئے ہیں۔ تو میں نے پڑھا تھا ایک ایک جو آدمی موجود تھا وہاں پر اس نے کہا یہ سنتے ہی انگریز گورنر کے ہاتھ سے چپ چپ چھوٹ کے گر گیا۔</w:t>
      </w:r>
    </w:p>
    <w:p>
      <w:r>
        <w:rPr>
          <w:b/>
        </w:rPr>
        <w:t xml:space="preserve">[15:18] </w:t>
      </w:r>
      <w:r>
        <w:t>chhuri kaante se kha rahe the wo to chhuri kaanta jo le kar jo khana kha raha tha wo to jaisay hi us ne suna keh maulana muhammad ali aa gaye hain to chhoot ke gir pada wo.</w:t>
      </w:r>
    </w:p>
    <w:p>
      <w:pPr>
        <w:jc w:val="right"/>
      </w:pPr>
      <w:r>
        <w:t>چھری کانٹے سے کھا رہے تھے وہ تو چھری کانٹا جو لے کر جو کھانا کھا رہا تھا وہ تو جیسے ہی اس نے سنا کہ مولانا محمد علی آ گئے ہیں تو چھوٹ کے گر پڑا وہ۔</w:t>
      </w:r>
    </w:p>
    <w:p>
      <w:r>
        <w:rPr>
          <w:b/>
        </w:rPr>
        <w:t xml:space="preserve">[15:30] </w:t>
      </w:r>
      <w:r>
        <w:t>itna dabdaba tha muslim leadership ka. ab kya aap to kuch koi hesiyat nahi hai musalmanon ki kyun keh dekhiye zindagi ka raaz kya hai agar aap ek aisa iqdam karen jo iqdam ko aap aakhir tak pohncha sakte hon success tak pohncha sakte hon to aap ka izzat barhe gi aap ka reputation barhe ga</w:t>
      </w:r>
    </w:p>
    <w:p>
      <w:pPr>
        <w:jc w:val="right"/>
      </w:pPr>
      <w:r>
        <w:t>اتنا دبدبہ تھا مسلم لیڈرشپ کا۔ اب کیا آپ تو کچھ کوئی حیثیت نہیں ہے مسلمانوں کی کیونکہ دیکھیے زندگی کا راز کیا ہے اگر آپ ایک ایسا اقدام کریں جو اقدام کو آپ آخر تک پہنچا سکتے ہوں سکسیس تک پہنچا سکتے ہوں تو آپ کا عزت بڑھے گی آپ کا ریپوٹیشن بڑھے گا</w:t>
      </w:r>
    </w:p>
    <w:p>
      <w:r>
        <w:rPr>
          <w:b/>
        </w:rPr>
        <w:t xml:space="preserve">[15:55] </w:t>
      </w:r>
      <w:r>
        <w:t>lekin agar aap aisa iqdam karen jis ko aap kaam abhi tak na pohncha sakte hon aur aap ka fail ho jaye aap ka wo to aap ki be izzati hogi yani ek shakal mein izzat barhti hai ek shakal mein izzat khatam hoti hai.</w:t>
      </w:r>
    </w:p>
    <w:p>
      <w:pPr>
        <w:jc w:val="right"/>
      </w:pPr>
      <w:r>
        <w:t>لیکن اگر آپ ایسا اقدام کریں جس کو آپ کام ابھی تک نہ پہنچا سکتے ہوں اور آپ کا فیل ہو جائے آپ کا وہ تو آپ کی بے عزتی ہوگی یعنی ایک شکل میں عزت بڑھتی ہے ایک شکل میں عزت ختم ہوتی ہے۔</w:t>
      </w:r>
    </w:p>
    <w:p>
      <w:r>
        <w:rPr>
          <w:b/>
        </w:rPr>
        <w:t xml:space="preserve">[16:10] </w:t>
      </w:r>
      <w:r>
        <w:t>yeh raaz bataya gaya is hadith mein keh aisa iqdam mat karo jis iqdam ko tum sambhal na sako</w:t>
      </w:r>
    </w:p>
    <w:p>
      <w:pPr>
        <w:jc w:val="right"/>
      </w:pPr>
      <w:r>
        <w:t>یہ راز بتایا گیا اس حدیث میں کہ ایسا اقدام مت کرو جس اقدام کو تم سنبھال نہ سکو</w:t>
      </w:r>
    </w:p>
    <w:p>
      <w:r>
        <w:rPr>
          <w:b/>
        </w:rPr>
        <w:t xml:space="preserve">[16:20] </w:t>
      </w:r>
      <w:r>
        <w:t>jise consequences ko sambhal na sako aur is ke baad tumhari ek tarfa taur par tumhari haar ho aur be izzati tumhare hisse mein aaye to aaj kal ke zamane mein kahunga keh break in history ka sab se bara case musalmanon ka case hai.</w:t>
      </w:r>
    </w:p>
    <w:p>
      <w:pPr>
        <w:jc w:val="right"/>
      </w:pPr>
      <w:r>
        <w:t>جسے کانسیکونسز کو سنبھال نہ سکو اور اس کے بعد تمہاری ایک طرفہ طور پر تمہاری ہار ہو اور بے عزتی تمہارے حصے میں آئے تو آج کل کے زمانے میں کہوں گا کہ بریک ان ہسٹری کا سب سے بڑا کیس مسلمانوں کا کیس ہے۔</w:t>
      </w:r>
    </w:p>
    <w:p>
      <w:r>
        <w:rPr>
          <w:b/>
        </w:rPr>
        <w:t xml:space="preserve">[16:38] </w:t>
      </w:r>
      <w:r>
        <w:t>apni sari tareekh ko blame emit kar rahe hain wo</w:t>
      </w:r>
    </w:p>
    <w:p>
      <w:pPr>
        <w:jc w:val="right"/>
      </w:pPr>
      <w:r>
        <w:t>اپنی ساری تاریخ کو بلی امیٹ کر رہے ہیں وہ</w:t>
      </w:r>
    </w:p>
    <w:p>
      <w:r>
        <w:rPr>
          <w:b/>
        </w:rPr>
        <w:t xml:space="preserve">[16:41] </w:t>
      </w:r>
      <w:r>
        <w:t>yani hazar saal se jo un ko reputation tha un ka jo izzat thi jo waqar tha jo dabdaba tha wo sab apne nadan iqdamat ki nateeje mein khatam kiye chale ja rahe hain.</w:t>
      </w:r>
    </w:p>
    <w:p>
      <w:pPr>
        <w:jc w:val="right"/>
      </w:pPr>
      <w:r>
        <w:t>یعنی ہزار سال سے جو ان کو ریپوٹیشن تھا ان کا جو عزت تھی جو وقار تھا جو دبدبہ تھا وہ سب اپنے نادان اقدامات کی نتیجے میں ختم کیے چلے جا رہے ہیں۔</w:t>
      </w:r>
    </w:p>
    <w:p>
      <w:r>
        <w:rPr>
          <w:b/>
        </w:rPr>
        <w:t xml:space="preserve">[16:55] </w:t>
      </w:r>
      <w:r>
        <w:t>ab ek jo yeh ek mujhe ek qaul yaad aaya is ko batana chahta hoon keh aap ko bataoon wisdom ke bare mein</w:t>
      </w:r>
    </w:p>
    <w:p>
      <w:pPr>
        <w:jc w:val="right"/>
      </w:pPr>
      <w:r>
        <w:t>اب ایک جو یہ ایک مجھے ایک قول یاد آیا اس کو بتانا چاہتا ہوں کہ آپ کو بتاؤں وزڈم کے بارے میں</w:t>
      </w:r>
    </w:p>
    <w:p>
      <w:r>
        <w:rPr>
          <w:b/>
        </w:rPr>
        <w:t xml:space="preserve">[17:05] </w:t>
      </w:r>
      <w:r>
        <w:t>ek ek ek ek philosopher ne kaha hai keh "a wise man is one who knows the relative value of things". aqalmand aadmi wo hai jo apne kisi amal ke izafi pehlu ko jane yani main amal karaoon karoon ga to apni zaban mein zehan mein ho keh main kamyabi ki taraf ja raha hoon lekin aisay asbab wahan par maujood hon ge keh mujhe kamyabi na mile to kya hoga</w:t>
      </w:r>
    </w:p>
    <w:p>
      <w:pPr>
        <w:jc w:val="right"/>
      </w:pPr>
      <w:r>
        <w:t>۔ ایک ایک ایک ایک فلاسفر نے کہا ہے کہ "ا وائز مین از ون ہو نو دا ریلیٹیو ویلیو اف تھنگز"۔ عقلمند آدمی وہ ہے جو اپنے کسی عمل کے اضافی پہلو کو جانے یعنی میں عمل کراؤں کروں گا تو اپنی زبان میں ذہن میں ہو کہ میں کامیابی کی طرف جا رہا ہوں لیکن ایسے اسباب وہاں پر موجود ہوں گے کہ مجھے کامیابی نہ ملے تو کیا ہوگا</w:t>
      </w:r>
    </w:p>
    <w:p>
      <w:r>
        <w:rPr>
          <w:b/>
        </w:rPr>
        <w:t xml:space="preserve">[17:34] </w:t>
      </w:r>
      <w:r>
        <w:t>mera iqdam fail ho jaye ga aur phir kya hoga be izzati be izzati be izzati yeh matlab hai is ka. ab main aap ko ek taaza misaal deta hoon.</w:t>
      </w:r>
    </w:p>
    <w:p>
      <w:pPr>
        <w:jc w:val="right"/>
      </w:pPr>
      <w:r>
        <w:t>میرا اقدام فیل ہو جائے گا اور پھر کیا ہوگا بے عزتی بے عزتی بے عزتی یہ مطلب ہے اس کا۔ اب میں آپ کو ایک تازہ مثال دیتا ہوں۔</w:t>
      </w:r>
    </w:p>
    <w:p>
      <w:r>
        <w:rPr>
          <w:b/>
        </w:rPr>
        <w:t xml:space="preserve">[17:47] </w:t>
      </w:r>
      <w:r>
        <w:t>abhi aap ko maloom hai keh america mein ek film bani thi pichle mahine jis ka naam tha "innocence of muslims".</w:t>
      </w:r>
    </w:p>
    <w:p>
      <w:pPr>
        <w:jc w:val="right"/>
      </w:pPr>
      <w:r>
        <w:t>ابھی آپ کو معلوم ہے کہ امریکہ میں ایک فلم بنی تھی پچھلے مہینے جس کا نام تھا "انوسنس اف مسلمز"۔</w:t>
      </w:r>
    </w:p>
    <w:p>
      <w:r>
        <w:rPr>
          <w:b/>
        </w:rPr>
        <w:t xml:space="preserve">[17:57] </w:t>
      </w:r>
      <w:r>
        <w:t>wo film koi janta bhi nahi tha is ka ek thora sa hissa internet par dala tha is ne</w:t>
      </w:r>
    </w:p>
    <w:p>
      <w:pPr>
        <w:jc w:val="right"/>
      </w:pPr>
      <w:r>
        <w:t>وہ فلم کوئی جانتا بھی نہیں تھا اس کا ایک تھوڑا سا حصہ انٹرنیٹ پر ڈالا تھا اس نے</w:t>
      </w:r>
    </w:p>
    <w:p>
      <w:r>
        <w:rPr>
          <w:b/>
        </w:rPr>
        <w:t xml:space="preserve">[18:03] </w:t>
      </w:r>
      <w:r>
        <w:t>kisi be danish aadmi ne kisi be danish musalman ne is ko dekha is par shor machaya aur sari dunya mein shor mach gaya. har jagah jalsay jaloos nare jhande.</w:t>
      </w:r>
    </w:p>
    <w:p>
      <w:pPr>
        <w:jc w:val="right"/>
      </w:pPr>
      <w:r>
        <w:t>۔ کسی بے دانش آدمی نے کسی بے دانش مسلمان نے اس کو دیکھا اس پر شور مچایا اور ساری دنیا میں شور مچ گیا۔ ہر جگہ جلسے جلوس نعرے جھنڈے۔</w:t>
      </w:r>
    </w:p>
    <w:p>
      <w:r>
        <w:rPr>
          <w:b/>
        </w:rPr>
        <w:t xml:space="preserve">[18:15] </w:t>
      </w:r>
      <w:r>
        <w:t>acha ab kya hai aap aap ko sab ko pata hai keh ek waqt tak rozana khabrein aati theen. rozana media mein print media mein electronic media mein rozana khabrein aati theen.</w:t>
      </w:r>
    </w:p>
    <w:p>
      <w:pPr>
        <w:jc w:val="right"/>
      </w:pPr>
      <w:r>
        <w:t>اچھا اب کیا ہے آپ آپ کو سب کو پتہ ہے کہ ایک وقت تک روزانہ خبریں آتی تھیں۔ روزانہ میڈیا میں پرنٹ میڈیا میں الیکٹرانک میڈیا میں روزانہ خبریں آتی تھیں۔</w:t>
      </w:r>
    </w:p>
    <w:p>
      <w:r>
        <w:rPr>
          <w:b/>
        </w:rPr>
        <w:t xml:space="preserve">[18:28] </w:t>
      </w:r>
      <w:r>
        <w:t>sari dunya mein musalman hungama</w:t>
      </w:r>
    </w:p>
    <w:p>
      <w:pPr>
        <w:jc w:val="right"/>
      </w:pPr>
      <w:r>
        <w:t>ساری دنیا میں مسلمان ہنگامہ</w:t>
      </w:r>
    </w:p>
    <w:p>
      <w:r>
        <w:rPr>
          <w:b/>
        </w:rPr>
        <w:t xml:space="preserve">[18:30] </w:t>
      </w:r>
      <w:r>
        <w:t>kar rahe the. ab bilkul khamoshi hai. ab kuch bhi nahi. kyun? is liye keh dekhiye musalman kitne jalsa jaloos nikalen.</w:t>
      </w:r>
    </w:p>
    <w:p>
      <w:pPr>
        <w:jc w:val="right"/>
      </w:pPr>
      <w:r>
        <w:t>کر رہے تھے۔ اب بالکل خاموشی ہے۔ اب کچھ بھی نہیں۔ کیوں؟ اس لیے کہ دیکھیے مسلمان کتنے جلسہ جلوس نکالیں۔</w:t>
      </w:r>
    </w:p>
    <w:p>
      <w:r>
        <w:rPr>
          <w:b/>
        </w:rPr>
        <w:t xml:space="preserve">[18:40] </w:t>
      </w:r>
      <w:r>
        <w:t>yeh mamla hai aaj ke modern world ke liye freedom of expression ka mamla.</w:t>
      </w:r>
    </w:p>
    <w:p>
      <w:pPr>
        <w:jc w:val="right"/>
      </w:pPr>
      <w:r>
        <w:t>یہ معاملہ ہے آج کے ماڈرن ورلڈ کے لیے فریڈم اف ایکسپریشن کا معاملہ۔</w:t>
      </w:r>
    </w:p>
    <w:p>
      <w:r>
        <w:rPr>
          <w:b/>
        </w:rPr>
        <w:t xml:space="preserve">[18:48] </w:t>
      </w:r>
      <w:r>
        <w:t>freedom of expression jo hai modern dunya mein wohi importance hai is ki jo aap ke nazdeek hai la ilaha illallah la ilaha illallah ki yani modern civilization ka kalma hai.</w:t>
      </w:r>
    </w:p>
    <w:p>
      <w:pPr>
        <w:jc w:val="right"/>
      </w:pPr>
      <w:r>
        <w:t>فریڈم اف ایکسپریشن جو ہے ماڈرن دنیا میں وہی امپورٹنس ہے اس کی جو آپ کے نزدیک ہے لا الہ الا اللہ لا الہ الا اللہ کی یعنی ماڈرن سولائزیشن کا کلمہ ہے۔</w:t>
      </w:r>
    </w:p>
    <w:p>
      <w:r>
        <w:rPr>
          <w:b/>
        </w:rPr>
        <w:t xml:space="preserve">[18:59] </w:t>
      </w:r>
      <w:r>
        <w:t>yeh</w:t>
      </w:r>
    </w:p>
    <w:p>
      <w:pPr>
        <w:jc w:val="right"/>
      </w:pPr>
      <w:r>
        <w:t>یہ</w:t>
      </w:r>
    </w:p>
    <w:p>
      <w:r>
        <w:rPr>
          <w:b/>
        </w:rPr>
        <w:t xml:space="preserve">[19:03] </w:t>
      </w:r>
      <w:r>
        <w:t>freedom of expression jo hai woh modern civilization ka kalma hai. jis tarah se musalman apne kalmon ko nahi chhodenge woh bhi nahi chhod sakte.</w:t>
      </w:r>
    </w:p>
    <w:p>
      <w:pPr>
        <w:jc w:val="right"/>
      </w:pPr>
      <w:r>
        <w:t>فریڈم اف ایکسپریشن جو ہے وہ ماڈرن سولائزیشن کا کلمہ ہے۔ جس طرح سے مسلمان اپنے کلموں کو نہیں چھوڑیں گے وہ بھی نہیں چھوڑ سکتے۔</w:t>
      </w:r>
    </w:p>
    <w:p>
      <w:r>
        <w:rPr>
          <w:b/>
        </w:rPr>
        <w:t xml:space="preserve">[19:14] </w:t>
      </w:r>
      <w:r>
        <w:t>to modern civilization ka dabdaba</w:t>
      </w:r>
    </w:p>
    <w:p>
      <w:pPr>
        <w:jc w:val="right"/>
      </w:pPr>
      <w:r>
        <w:t>تو ماڈرن سولائزیشن کا دبدب</w:t>
      </w:r>
    </w:p>
    <w:p>
      <w:r>
        <w:rPr>
          <w:b/>
        </w:rPr>
        <w:t xml:space="preserve">[19:16] </w:t>
      </w:r>
      <w:r>
        <w:t>hai. inhi ki har jagah mein yeh iqtadar qaim hai. har aitbar se science mein industry mein ilm mein education mein yahan tak ke aap ko koi bara aadmi jab bimar hota hai to ilaaj karne ke liye wahan jata hai.</w:t>
      </w:r>
    </w:p>
    <w:p>
      <w:pPr>
        <w:jc w:val="right"/>
      </w:pPr>
      <w:r>
        <w:t>ہ ہے۔ انہی کی ہر جگہ میں یہ اقتدار قائم ہے۔ ہر اعتبار سے سائنس میں انڈسٹری میں علم میں ایجوکیشن میں یہاں تک کہ آپ کو کوئی بڑا آدمی جب بیمار ہوتا ہے تو علاج کرنے کے لیے وہاں جاتا ہے۔</w:t>
      </w:r>
    </w:p>
    <w:p>
      <w:r>
        <w:rPr>
          <w:b/>
        </w:rPr>
        <w:t xml:space="preserve">[19:32] </w:t>
      </w:r>
      <w:r>
        <w:t>arab ho ya ajam jab koi bara aadmi bimar hota hai to wahan ja ilaaj karta hai jane ke liye. ilaaj ke liye wahan jata hai. to har aitbar se inhi ka dabdaba chhaya hua hai.</w:t>
      </w:r>
    </w:p>
    <w:p>
      <w:pPr>
        <w:jc w:val="right"/>
      </w:pPr>
      <w:r>
        <w:t>عربوں عرب ہو یا عجم جب کوئی بڑا آدمی بیمار ہوتا ہے تو وہاں جا علاج کرتا ہے جانے کے لیے۔ علاج کے لیے وہاں جاتا ہے۔ تو ہر اعتبار سے انہی کا دبدبہ چھایا ہوا ہے۔</w:t>
      </w:r>
    </w:p>
    <w:p>
      <w:r>
        <w:rPr>
          <w:b/>
        </w:rPr>
        <w:t xml:space="preserve">[19:46] </w:t>
      </w:r>
      <w:r>
        <w:t>to</w:t>
      </w:r>
    </w:p>
    <w:p>
      <w:pPr>
        <w:jc w:val="right"/>
      </w:pPr>
      <w:r>
        <w:t>تو</w:t>
      </w:r>
    </w:p>
    <w:p>
      <w:r>
        <w:rPr>
          <w:b/>
        </w:rPr>
        <w:t xml:space="preserve">[19:47] </w:t>
      </w:r>
      <w:r>
        <w:t>aur inka kalma hai freedom of expression. iske khilaf hangama karenge to kya hoga? kuch bhi nahi hoga. jaise dunya hangama kare ke musalman la ilaha illallah ko chhod dein to kya aap chhod denge?</w:t>
      </w:r>
    </w:p>
    <w:p>
      <w:pPr>
        <w:jc w:val="right"/>
      </w:pPr>
      <w:r>
        <w:t>اور ان کا کلمہ ہے فریڈم اف ایکسپریشن۔ اس کے خلاف ہنگامہ کریں گے تو کیا ہوگا؟ کچھ بھی نہیں ہوگا۔ جیسے دنیا ہنگامہ کرے کہ مسلمان لا الہ الا اللہ کو چھوڑ دیں تو کیا آپ چھوڑ دیں گے؟</w:t>
      </w:r>
    </w:p>
    <w:p>
      <w:r>
        <w:rPr>
          <w:b/>
        </w:rPr>
        <w:t xml:space="preserve">[20:01] </w:t>
      </w:r>
      <w:r>
        <w:t>aap sochiye agar sare dunya ke log shor machayen ke musalman jo hai la ilaha illallah ko chhod dein to kabhi aap chhodne ke liye tayyar nahi honge aap</w:t>
      </w:r>
    </w:p>
    <w:p>
      <w:pPr>
        <w:jc w:val="right"/>
      </w:pPr>
      <w:r>
        <w:t>آپ سوچیے اگر سارے دنیا کے لوگ شور مچائیں کہ مسلمان جو ہے لا الہ الا اللہ کو چھوڑ دیں تو کبھی آپ چھوڑنے کے لیے تیار نہیں ہوں گے آپ</w:t>
      </w:r>
    </w:p>
    <w:p>
      <w:r>
        <w:rPr>
          <w:b/>
        </w:rPr>
        <w:t xml:space="preserve">[20:13] </w:t>
      </w:r>
      <w:r>
        <w:t>kyunke woh aap ka kalma hai. woh aap ka deen hai. isi par aap ka wajood hai. to modern civilization jo hai jiska dunya mein dabdaba qaim hai iska kalma hai freedom of expression.</w:t>
      </w:r>
    </w:p>
    <w:p>
      <w:pPr>
        <w:jc w:val="right"/>
      </w:pPr>
      <w:r>
        <w:t>کیونکہ وہ آپ کا کلمہ ہے۔ وہ آپ کا دین ہے۔ اسی پر آپ کا وجود ہے۔ تو ماڈرن سولائزیشن جو ہے جس کا دنیا میں دبدبہ قائم ہے اس کا کلمہ ہے فریڈم اف ایکسپریشن۔</w:t>
      </w:r>
    </w:p>
    <w:p>
      <w:r>
        <w:rPr>
          <w:b/>
        </w:rPr>
        <w:t xml:space="preserve">[20:29] </w:t>
      </w:r>
      <w:r>
        <w:t>to chhod kaise dega woh? aap dekhiye kitab chhapi thi Salman Rushdie ne jiska jiska naam tha "Satanic Verses".</w:t>
      </w:r>
    </w:p>
    <w:p>
      <w:pPr>
        <w:jc w:val="right"/>
      </w:pPr>
      <w:r>
        <w:t>تو چھوڑ کیسے دے گا وہ؟ آپ دیکھیے کتاب چھاپی تھی سلمان رشدی نے جس کا جس کا نام تھا "سیٹنک ورسز"۔</w:t>
      </w:r>
    </w:p>
    <w:p>
      <w:r>
        <w:rPr>
          <w:b/>
        </w:rPr>
        <w:t xml:space="preserve">[20:44] </w:t>
      </w:r>
      <w:r>
        <w:t>iske khilaf tamam ulama ne fatwa diya ke maro maro maro. sirf main tha is mein shirk nahi tha. maine kaha yeh galat hai. yeh tamam arab o ajam ke tamam ulama without exception without any exception.</w:t>
      </w:r>
    </w:p>
    <w:p>
      <w:pPr>
        <w:jc w:val="right"/>
      </w:pPr>
      <w:r>
        <w:t>اس کے خلاف تمام علماء نے فتوی دیا کہ مارو مارو مارو۔ صرف میں تھا اس میں شریک نہیں تھا۔ میں نے کہا یہ غلط ہے۔ یہ تمام عرب و عجم کے تمام علماء ودا آؤٹ ایکسیپشن ودا آؤٹ اینی ایکسیپشن۔</w:t>
      </w:r>
    </w:p>
    <w:p>
      <w:r>
        <w:rPr>
          <w:b/>
        </w:rPr>
        <w:t xml:space="preserve">[20:59] </w:t>
      </w:r>
      <w:r>
        <w:t>achha iske baad kya hua? in ulama mein se kitne log mar gaye jinhone shor kiya tha? aur Rushdie jo hai us waqt royal security mili hui hai isko London mein.</w:t>
      </w:r>
    </w:p>
    <w:p>
      <w:pPr>
        <w:jc w:val="right"/>
      </w:pPr>
      <w:r>
        <w:t>اچھا اس کے بعد کیا ہوا؟ ان علماء میں سے کتنے لوگ مر گئے جنہوں نے شور کیا تھا؟ اور رشدی جو ہے اس وقت رائل سیکیورٹی ملی ہوئی ہے اس کو لندن میں۔</w:t>
      </w:r>
    </w:p>
    <w:p>
      <w:r>
        <w:rPr>
          <w:b/>
        </w:rPr>
        <w:t xml:space="preserve">[21:15] </w:t>
      </w:r>
      <w:r>
        <w:t>Rushdie ko London mein royal security mili hui hai. iski kitab pehle se zyada biki best seller ban gayi dunya bhar mein.</w:t>
      </w:r>
    </w:p>
    <w:p>
      <w:pPr>
        <w:jc w:val="right"/>
      </w:pPr>
      <w:r>
        <w:t>رشدی کو لندن میں رائل سیکیورٹی ملی ہوئی ہے۔ اس کی کتاب پہلے سے زیادہ بکی بیسٹ سیلر بن گئی دنیا بھر میں۔</w:t>
      </w:r>
    </w:p>
    <w:p>
      <w:r>
        <w:rPr>
          <w:b/>
        </w:rPr>
        <w:t xml:space="preserve">[21:25] </w:t>
      </w:r>
      <w:r>
        <w:t>to kya hua? aap ke fatwe ka kya nateeja nikla? ulta nateeja nikla. to jisko hota hai angrezi mein counter productive yani ulta nateeja.</w:t>
      </w:r>
    </w:p>
    <w:p>
      <w:pPr>
        <w:jc w:val="right"/>
      </w:pPr>
      <w:r>
        <w:t>تو کیا ہوا؟ آپ کے فتوے کا کیا نتیجہ نکلا؟ الٹا نتیجہ نکلا۔ تو جس کو ہوتا ہے انگریزی میں کاؤنٹر پروڈکٹو یعنی الٹا نتیجہ۔</w:t>
      </w:r>
    </w:p>
    <w:p>
      <w:r>
        <w:rPr>
          <w:b/>
        </w:rPr>
        <w:t xml:space="preserve">[21:38] </w:t>
      </w:r>
      <w:r>
        <w:t>to jis amal ka ulta nateeja nikalne wala momin ko chahiye ke woh kaam na kare.</w:t>
      </w:r>
    </w:p>
    <w:p>
      <w:pPr>
        <w:jc w:val="right"/>
      </w:pPr>
      <w:r>
        <w:t>تو جس عمل کا الٹا نتیجہ نکلنے والا مومن کو چاہیے کہ وہ کام نہ کرے۔</w:t>
      </w:r>
    </w:p>
    <w:p>
      <w:r>
        <w:rPr>
          <w:b/>
        </w:rPr>
        <w:t xml:space="preserve">[21:44] </w:t>
      </w:r>
      <w:r>
        <w:t>momin ke liye aap ne is lafz kyun istemal kiya? kyun kiya? hadith mein aata hai ke "ittqoo firasat al momin fa innahu yanzuru binurillah" ke momin jo sachcha momin jo hai usko Allah ki taraf roshni milti hai.</w:t>
      </w:r>
    </w:p>
    <w:p>
      <w:pPr>
        <w:jc w:val="right"/>
      </w:pPr>
      <w:r>
        <w:t>مومن کے لیے آپ نے اس لفظ کیوں استعمال کیا؟ کیوں کیا؟ حدیث میں آتا ہے کہ "اتقوا فراست المومن فانوینظر بنور اللہ" کہ مومن جو سچا مومن جو ہے اس کو اللہ کی طرف روشنی ملتی ہے۔</w:t>
      </w:r>
    </w:p>
    <w:p>
      <w:r>
        <w:rPr>
          <w:b/>
        </w:rPr>
        <w:t xml:space="preserve">[22:02] </w:t>
      </w:r>
      <w:r>
        <w:t>Allah ki taraf se roshni milti hai.</w:t>
      </w:r>
    </w:p>
    <w:p>
      <w:pPr>
        <w:jc w:val="right"/>
      </w:pPr>
      <w:r>
        <w:t>اللہ کی طرف سے روشنی ملتی ہے۔</w:t>
      </w:r>
    </w:p>
    <w:p>
      <w:r>
        <w:rPr>
          <w:b/>
        </w:rPr>
        <w:t xml:space="preserve">[22:07] </w:t>
      </w:r>
      <w:r>
        <w:t>to iske andar firasat aati hai. aql aati hai.</w:t>
      </w:r>
    </w:p>
    <w:p>
      <w:pPr>
        <w:jc w:val="right"/>
      </w:pPr>
      <w:r>
        <w:t>تو اس کے اندر فراست آتی ہے۔ عقل آتی ہے۔</w:t>
      </w:r>
    </w:p>
    <w:p>
      <w:r>
        <w:rPr>
          <w:b/>
        </w:rPr>
        <w:t xml:space="preserve">[22:12] </w:t>
      </w:r>
      <w:r>
        <w:t>agar sachcha momin ek aadmi hai to zaroor usko Allah ki roshni milegi.</w:t>
      </w:r>
    </w:p>
    <w:p>
      <w:pPr>
        <w:jc w:val="right"/>
      </w:pPr>
      <w:r>
        <w:t>اگر سچا مومن ایک آدمی ہے تو ضرور اس کو اللہ کی روشنی ملے گی۔</w:t>
      </w:r>
    </w:p>
    <w:p>
      <w:r>
        <w:rPr>
          <w:b/>
        </w:rPr>
        <w:t xml:space="preserve">[22:22] </w:t>
      </w:r>
      <w:r>
        <w:t>to kya hoga? aala iske andar usko wisdom milegi. usko hikmat milegi. isliye Rasool Allah ne lafz momin yahan istemal kiya ke jo divine wisdom jisko mili hui ho jisko Allah ki roshni mili hui ho woh yeh kaam karega nahi</w:t>
      </w:r>
    </w:p>
    <w:p>
      <w:pPr>
        <w:jc w:val="right"/>
      </w:pPr>
      <w:r>
        <w:t>تو کیا ہوگا؟ اعلیٰ اس کے اندر اس کو وزڈم ملے گی۔ اس کو حکمت ملے گی۔ اس لیے رسول اللہ نے لفظ مومن یہاں استعمال کیا کہ جو ڈیوائن وزڈم جس کو ملی ہوئی ہو جس کو اللہ کی روشنی ملی ہوئی ہو وہ یہ کام کرے گا نہیں</w:t>
      </w:r>
    </w:p>
    <w:p>
      <w:r>
        <w:rPr>
          <w:b/>
        </w:rPr>
        <w:t xml:space="preserve">[22:43] </w:t>
      </w:r>
      <w:r>
        <w:t>hai ke aisa iqdam kare jo counter productive banne wala ho ulta nateeja nikalne wala ho ke khwamkhwah beizzati beizzati hona pade.</w:t>
      </w:r>
    </w:p>
    <w:p>
      <w:pPr>
        <w:jc w:val="right"/>
      </w:pPr>
      <w:r>
        <w:t>ہے کہ ایسا اقدام کرے جو کاؤنٹر پروڈکٹو بننے والا ہو الٹا نتیجہ نکلنے والا ہو کہ خوامخواہ بے عزت بے عزت ہونا پڑے۔</w:t>
      </w:r>
    </w:p>
    <w:p>
      <w:r>
        <w:rPr>
          <w:b/>
        </w:rPr>
        <w:t xml:space="preserve">[22:54] </w:t>
      </w:r>
      <w:r>
        <w:t>to aap dekhiye woh woh log kitne sare log mar gaye jinhone Rushdie ke khilaf fatwa diya tha aur Rushdie zinda maujood hai royal security ke andar rehta hai London mein.</w:t>
      </w:r>
    </w:p>
    <w:p>
      <w:pPr>
        <w:jc w:val="right"/>
      </w:pPr>
      <w:r>
        <w:t>تو آپ دیکھیے وہ وہ لوگ کتنے سارے لوگ مر گئے جنہوں نے رشدی کے خلاف فتوی دیا تھا اور رشدی زندہ موجود ہے رائل سیکیورٹی کے اندر رہتا ہے لندن میں۔</w:t>
      </w:r>
    </w:p>
    <w:p>
      <w:r>
        <w:rPr>
          <w:b/>
        </w:rPr>
        <w:t xml:space="preserve">[23:07] </w:t>
      </w:r>
      <w:r>
        <w:t>Denmark mein cartoon chhapa iske khilaf hangama khada hua.</w:t>
      </w:r>
    </w:p>
    <w:p>
      <w:pPr>
        <w:jc w:val="right"/>
      </w:pPr>
      <w:r>
        <w:t>ڈنمارک میں کارٹون چھپا اس کے خلاف ہنگامہ کھڑا ہوا۔</w:t>
      </w:r>
    </w:p>
    <w:p>
      <w:r>
        <w:rPr>
          <w:b/>
        </w:rPr>
        <w:t xml:space="preserve">[23:11] </w:t>
      </w:r>
      <w:r>
        <w:t>aakhir kar log chup ho gaye aur aur woh apni jagah pe sab chal raha hai karobar unka. abhi jo hua innocence of muslim itna hangama itna hangama itna ke sar se pair lekin aakhir mein sab log chup ho gaye aur woh sab un logon ka sara kaam chal raha hai.</w:t>
      </w:r>
    </w:p>
    <w:p>
      <w:pPr>
        <w:jc w:val="right"/>
      </w:pPr>
      <w:r>
        <w:t>آخر کار لوگ چپ ہو گئے اور اور وہ اپنی جگہ پہ سب چل رہا ہے کاروبار ان کا۔ ابھی جو ہوا انوسنس اف مسلم اتنا ہنگامہ اتنا ہنگامہ اتنا کہ سر سے پیر لیکن آخر میں سب لوگ چپ ہو گئے اور وہ سب ان لوگوں کا سارا کام چل رہا ہے۔</w:t>
      </w:r>
    </w:p>
    <w:p>
      <w:r>
        <w:rPr>
          <w:b/>
        </w:rPr>
        <w:t xml:space="preserve">[23:30] </w:t>
      </w:r>
      <w:r>
        <w:t>yeh hai ke musalman bar bar apni history ko break kar rahe hain.</w:t>
      </w:r>
    </w:p>
    <w:p>
      <w:pPr>
        <w:jc w:val="right"/>
      </w:pPr>
      <w:r>
        <w:t>یہ ہے کہ مسلمان بار بار اپنی ہسٹری کو بریک کر رہے ہیں۔</w:t>
      </w:r>
    </w:p>
    <w:p>
      <w:r>
        <w:rPr>
          <w:b/>
        </w:rPr>
        <w:t xml:space="preserve">[23:36] </w:t>
      </w:r>
      <w:r>
        <w:t>ab mujhe yani yeh aap jante hain ke America mein is se pehle ek kitab chhapi thi iska naam tha "The Hundred".</w:t>
      </w:r>
    </w:p>
    <w:p>
      <w:pPr>
        <w:jc w:val="right"/>
      </w:pPr>
      <w:r>
        <w:t>اب مجھے یعنی یہ آپ جانتے ہیں کہ امریکہ میں اس سے پہلے ایک کتاب چھپی تھی اس کا نام تھا "دا ہنڈرڈ"۔</w:t>
      </w:r>
    </w:p>
    <w:p>
      <w:r>
        <w:rPr>
          <w:b/>
        </w:rPr>
        <w:t xml:space="preserve">[23:49] </w:t>
      </w:r>
      <w:r>
        <w:t>"The Hundred" is ke musannif the ek amriki doctor Michael. Doctor Michael Hart. Doctor Michael Hart mein kaafi study kar ke tareekhi shakhsiyaat ki ek phrase banai</w:t>
      </w:r>
    </w:p>
    <w:p>
      <w:pPr>
        <w:jc w:val="right"/>
      </w:pPr>
      <w:r>
        <w:t>"دا ہنڈرڈ" اس کے مصنف تھے ایک امریکی ڈاکٹر مائیکل۔ ڈاکٹر مائیکل ہارٹ۔ ڈاکٹر مائیکل ہارٹ میں کافی اسٹڈی کر کے تاریخی شخصیات کی ایک فریز بنائی</w:t>
      </w:r>
    </w:p>
    <w:p>
      <w:r>
        <w:rPr>
          <w:b/>
        </w:rPr>
        <w:t xml:space="preserve">[24:05] </w:t>
      </w:r>
      <w:r>
        <w:t>bohat dinon ke mutale ke baad is mein dunya ke so bohat hi zyada yaani kaamyaab insaan super achievers so is ki phrase in so insaanon mein unhon ne sab se pehle rakha tha naam Rasool Allah Sal Allah Alaihi Wasallam ka Muhammad Sal Allah Alaihi Wasallam ka number one par rakha tha.</w:t>
      </w:r>
    </w:p>
    <w:p>
      <w:pPr>
        <w:jc w:val="right"/>
      </w:pPr>
      <w:r>
        <w:t>بہت دنوں کے مطالعے کے بعد اس میں دنیا کے سو بہت ہی زیادہ یعنی کامیاب انسان سپر اچیورز سو اس کی فریز ان سو انسانوں میں انہوں نے سب سے پہلے رکھا تھا نام رسول اللہ صلی اللہ علیہ وسلم کا محمد صلی اللہ علیہ وسلم کا نمبر ون پر رکھا تھا۔</w:t>
      </w:r>
    </w:p>
    <w:p>
      <w:r>
        <w:rPr>
          <w:b/>
        </w:rPr>
        <w:t xml:space="preserve">[24:30] </w:t>
      </w:r>
      <w:r>
        <w:t>ab sochiye sochiye ke kitna bari image di unhon ne America ko aur dunya ko</w:t>
      </w:r>
    </w:p>
    <w:p>
      <w:pPr>
        <w:jc w:val="right"/>
      </w:pPr>
      <w:r>
        <w:t>اب سوچیے سوچیے کہ کتنا بڑی امیج دی انہوں نے امریکہ کو اور دنیا کو</w:t>
      </w:r>
    </w:p>
    <w:p>
      <w:r>
        <w:rPr>
          <w:b/>
        </w:rPr>
        <w:t xml:space="preserve">[24:38] </w:t>
      </w:r>
      <w:r>
        <w:t>aur isi isi America mein isi dunya mein Musalmanon ne aaj apni koi be izzat kar liya ke jahan hangama kiya aap ne aur kuch bhi un ka yaani mein ne aise TV pe aise dekhe the banner Musalman jagah jagah ke hum ko nahi aisi azaadi chahiye khatam karo azaadi ko</w:t>
      </w:r>
    </w:p>
    <w:p>
      <w:pPr>
        <w:jc w:val="right"/>
      </w:pPr>
      <w:r>
        <w:t>اور اسی اسی امریکہ میں اسی دنیا میں مسلمانوں نے آج اپنی کوئی بے عزت کر لیا کہ جہاں ہنگامہ کیا آپ نے اور کچھ بھی ان کا یعنی میں نے ایسے ٹی وی پہ ایسے دیکھے تھے بینر مسلمان جگہ جگہ کہ ہم کو نہیں ایسی آزادی چاہیے ختم کرو آزادی کو</w:t>
      </w:r>
    </w:p>
    <w:p>
      <w:r>
        <w:rPr>
          <w:b/>
        </w:rPr>
        <w:t xml:space="preserve">[24:59] </w:t>
      </w:r>
      <w:r>
        <w:t>ke aadhi azaadi khatam ho gayi freedom of expression ka dunya se wapas le liya gaya</w:t>
      </w:r>
    </w:p>
    <w:p>
      <w:pPr>
        <w:jc w:val="right"/>
      </w:pPr>
      <w:r>
        <w:t>کہ آدھی آزادی ختم ہو گئی فریڈم اف ایکسپریشن کا دنیا سے واپس لے لیا گیا</w:t>
      </w:r>
    </w:p>
    <w:p>
      <w:r>
        <w:rPr>
          <w:b/>
        </w:rPr>
        <w:t xml:space="preserve">[25:08] </w:t>
      </w:r>
      <w:r>
        <w:t>to aisa nahi ho sakta. To yeh yeh Musalman jo hain bar bar wahi feel kar rahe hain jis ko kaha jata hai break in history apni reputation ko khatam kar rahe hain tareekh ne un ko jo izzat di thi us ko khatam kar rahe hain</w:t>
      </w:r>
    </w:p>
    <w:p>
      <w:pPr>
        <w:jc w:val="right"/>
      </w:pPr>
      <w:r>
        <w:t>تو ایسا نہیں ہو سکتا۔ تو یہ یہ مسلمان جو ہیں بار بار وہی فیل کر رہے ہیں جس کو کہا جاتا ہے بریک ان ہسٹری اپنی ریپوٹیشن کو ختم کر رہے ہیں تاریخ نے ان کو جو عزت دی تھی اس کو ختم کر رہے ہیں</w:t>
      </w:r>
    </w:p>
    <w:p>
      <w:r>
        <w:rPr>
          <w:b/>
        </w:rPr>
        <w:t xml:space="preserve">[25:28] </w:t>
      </w:r>
      <w:r>
        <w:t>poori lambi tareekh ke nateejay mein jo un ka waqar mila tha us ko khatam kar rahe hain eliminate kar rahe hain us ko jab ke Rasool Allah Sal Allah Alaihi Wasallam ne ise warning de di thi ke aisa mat karna ke aisa iqdaam karo jis se tum nipat na sako aur aakhir mein tum hi ko be izzat hona pade.</w:t>
      </w:r>
    </w:p>
    <w:p>
      <w:pPr>
        <w:jc w:val="right"/>
      </w:pPr>
      <w:r>
        <w:t>پوری لمبی تاریخ کے نتیجے میں جو ان کا وقار ملا تھا اس کو ختم کر رہے ہیں بلی امیٹ کر رہے ہیں اس کو جبکہ رسول اللہ صلی اللہ علیہ وسلم نے اسے وارننگ دے دی تھی کہ ایسا مت کرنا کہ ایسا اقدام کرو جس سے تم نپٹ نہ سکو اور آخر میں تم ہی کو بے عزت ہونا پڑے۔</w:t>
      </w:r>
    </w:p>
    <w:p>
      <w:r>
        <w:rPr>
          <w:b/>
        </w:rPr>
        <w:t xml:space="preserve">[25:50] </w:t>
      </w:r>
      <w:r>
        <w:t>kaisi ajeeb baat hai</w:t>
      </w:r>
    </w:p>
    <w:p>
      <w:pPr>
        <w:jc w:val="right"/>
      </w:pPr>
      <w:r>
        <w:t>کیسی عجیب بات ہے</w:t>
      </w:r>
    </w:p>
    <w:p>
      <w:r>
        <w:rPr>
          <w:b/>
        </w:rPr>
        <w:t xml:space="preserve">[25:53] </w:t>
      </w:r>
      <w:r>
        <w:t>yaani Musalman dhoom se taqreerain karte hain ke Rasool Allah ka Rasool Allah ka us waqt kamil uswa hai saare azaab cheezon ke yaani Rasool Allah Sal Allah Alaihi Wasallam ne yaani mukammal deen hum ko diya hai to mukammal deen bhi to hai maujood aap jo kehte hain mukammal zabta mukammal deen to is mein yeh bhi to hai yeh hadees bhi to hai ke aisa iqdaam mat karo jis se tum nipat na sako</w:t>
      </w:r>
    </w:p>
    <w:p>
      <w:pPr>
        <w:jc w:val="right"/>
      </w:pPr>
      <w:r>
        <w:t>یعنی مسلمان دھوم سے تقریریں کرتے ہیں کہ رسول اللہ کا رسول اللہ کا اس وقت کامل اسوہ ہے سارے عذاب چیزوں کے یعنی رسول اللہ صلی اللہ علیہ وسلم نے یعنی مکمل دین ہم کو دیا ہے تو مکمل دین بھی تو ہے موجود آپ جو کہتے ہیں مکمل ضابطہ مکمل دین تو اس میں یہ بھی تو ہے یہ حدیث بھی تو ہے کہ ایسا اقدام مت کرو جس سے تم نپٹ نہ سکو</w:t>
      </w:r>
    </w:p>
    <w:p>
      <w:r>
        <w:rPr>
          <w:b/>
        </w:rPr>
        <w:t xml:space="preserve">[26:21] </w:t>
      </w:r>
      <w:r>
        <w:t>aakhir mein tum hi ko ek tarafah tor par zaleel hona pade yeh bhi to hai isi mein shamil is par kyun nahi amal karte</w:t>
      </w:r>
    </w:p>
    <w:p>
      <w:pPr>
        <w:jc w:val="right"/>
      </w:pPr>
      <w:r>
        <w:t>آخر میں تم ہی کو ایک طرفہ طور پر ذلیل ہونا پڑے یہ بھی تو ہے اسی میں شامل اس پر کیوں نہیں عمل کرتے</w:t>
      </w:r>
    </w:p>
    <w:p>
      <w:r>
        <w:rPr>
          <w:b/>
        </w:rPr>
        <w:t xml:space="preserve">[26:33] </w:t>
      </w:r>
      <w:r>
        <w:t>dekhiye is daur mein log samajhte hain ke is daur mein dunya mein yaani jo nawabadiyat ka daur aaya colonialism ka to log samajhte hain ke Europe European qaumein aa kar ke dunya mein ghus gayeen aur unhon ne yeh kiya woh kiya yeh adhuri tak tasveer hai adhuri tasveer</w:t>
      </w:r>
    </w:p>
    <w:p>
      <w:pPr>
        <w:jc w:val="right"/>
      </w:pPr>
      <w:r>
        <w:t>دیکھیے اس دور میں لوگ سمجھتے ہیں کہ اس دور میں دنیا میں یعنی جو نو ابادیات کا دور آیا کلونیلزم کا تو لوگ سمجھتے ہیں کہ یورپ یورپی قومیں آ کر کے دنیا میں گھس گئیں اور انہوں نے یہ کیا وہ کیا یہ ادھوری تک تصویر ہے ادھوری تصویر</w:t>
      </w:r>
    </w:p>
    <w:p>
      <w:r>
        <w:rPr>
          <w:b/>
        </w:rPr>
        <w:t xml:space="preserve">[26:56] </w:t>
      </w:r>
      <w:r>
        <w:t>unhon ne jadeed unhon ne phir se tehqeeq ki phir se taanch vik zyada liya aur bohat zabardast kitabein likhin khud Islam ke baray mein mislan dekhiye Angrez jo Angrez woh thinker tha us ne kitab likhi heroes and heroes and hero worship heroes and worship</w:t>
      </w:r>
    </w:p>
    <w:p>
      <w:pPr>
        <w:jc w:val="right"/>
      </w:pPr>
      <w:r>
        <w:t>انہوں نے جدید انہوں نے پھر سے تحقیق کی پھر سے ٹانچ وک زیادہ لیا اور بہت زبردست کتابیں لکھیں خود اسلام کے بارے میں مثلاً دیکھیے انگریز جو انگریز وہ تھنکر تھا اس نے کتاب لکھی ہیروز اینڈ ہیروز اینڈ ہیرو ورشپ ہیروز اینڈ ورشپ</w:t>
      </w:r>
    </w:p>
    <w:p>
      <w:r>
        <w:rPr>
          <w:b/>
        </w:rPr>
        <w:t xml:space="preserve">[27:25] </w:t>
      </w:r>
      <w:r>
        <w:t>aur is mein us ne dikhaya tha ke Rasool Allah tamam anbiya mein Rasool Allah Sal Allah Alaihi Wasallam hero ki hesiyat rakhte hain kaisi ajeeb baat hai Rasool Allah ko dikhaya us ne ke tamam nabiyon mein Rasool Allah Sal Allah Alaihi Wasallam hero ki hesiyat rakhte hain hero ki hesiyat rakhte hain Thomas Carlyle woh Angrez tha woh Thomas Carlyle us ki kitab hai</w:t>
      </w:r>
    </w:p>
    <w:p>
      <w:pPr>
        <w:jc w:val="right"/>
      </w:pPr>
      <w:r>
        <w:t>اور اس میں اس نے دکھایا تھا کہ رسول اللہ تمام انبیاء میں رسول اللہ صلی اللہ علیہ وسلم ہیرو کی حیثیت رکھتے ہیں کیسی عجیب بات ہے رسول اللہ کو دکھایا اس نے کہ تمام نبیوں میں رسول اللہ صلی اللہ علیہ وسلم ہیرو کی حیثیت رکھتے ہیں ہیرو کی حیثیت رکھتے ہیں تھامس کارلائل وہ انگریز تھا وہ تھامس کارلائل اس کی کتاب ہے</w:t>
      </w:r>
    </w:p>
    <w:p>
      <w:r>
        <w:rPr>
          <w:b/>
        </w:rPr>
        <w:t xml:space="preserve">[27:51] </w:t>
      </w:r>
      <w:r>
        <w:t>is mein us ne likha ke tamam anbiya mein Rasool Allah Sal Allah Alaihi Wasallam jo hai paighambar Islam jo hai woh hero ki hesiyat rakhte hain itne bare bare qabil logon ne kiye</w:t>
      </w:r>
    </w:p>
    <w:p>
      <w:pPr>
        <w:jc w:val="right"/>
      </w:pPr>
      <w:r>
        <w:t>اس میں اس نے لکھا کہ تمام انبیاء میں رسول اللہ صلی اللہ علیہ وسلم جو ہے پیغمبر اسلام جو ہے وہ ہیرو کی حیثیت رکھتے ہیں اتنے بڑے بڑے قابل لوگوں نے کیے</w:t>
      </w:r>
    </w:p>
    <w:p>
      <w:r>
        <w:rPr>
          <w:b/>
        </w:rPr>
        <w:t xml:space="preserve">[28:02] </w:t>
      </w:r>
      <w:r>
        <w:t>agar India mein aaye unhon ne Mughal saltanat khatam ki to yahi ek ek yahi baat nahi hui hai is ke siwa sainkaron baat aur bhi hui hain sainkaron aur baatein hui hain inhi logon ne aisi aisi kitabein likhi hain ji Islam ki azmat ko dobara zinda kiya unhon ne mein khud apne baray mein kehta hoon ke mein ne bohat parha bohat parha bohat parha lekin jo bari bari baatein hain Islam ki Rasool Allah Sal Allah Alaihi Wasallam ki woh sab mujhe Angrezi kitabon se mili hain</w:t>
      </w:r>
    </w:p>
    <w:p>
      <w:pPr>
        <w:jc w:val="right"/>
      </w:pPr>
      <w:r>
        <w:t>اگر انڈیا میں آئے انہوں نے مغل سلطنت ختم کی تو یہی ایک ایک یہی بات نہیں ہوئی ہے اس کے سوا سینکڑوں بات اور بھی ہوئی ہیں سینکڑوں اور باتیں ہوئی ہیں انہی لوگوں نے ایسی ایسی کتابیں لکھی ہیں جی اسلام کی عظمت کو دوبارہ زندہ کیا انہوں نے میں خود اپنے بارے میں کہتا ہوں کہ میں نے بہت پڑھا بہت پڑھا بہت پڑھا لیکن جو بڑی بڑی باتیں ہیں اسلام کی رسول اللہ صلی اللہ علیہ وسلم کی وہ سب مجھے انگریزی کتابوں سے ملی ہیں</w:t>
      </w:r>
    </w:p>
    <w:p>
      <w:r>
        <w:rPr>
          <w:b/>
        </w:rPr>
        <w:t xml:space="preserve">[28:30] </w:t>
      </w:r>
      <w:r>
        <w:t>Arabi kitabon se nahi mili hain Arabi kitabon mein riwayati baatein hoti hain Arabi kitabon mein riwayati baatein hoti hain lekin jo in logon ne kitabein likhi hain is ne bare bare pehlu is mein se daryaft kiye unhon ne Islam ki tareekh ke Rasool Allah Sal Allah Alaihi Wasallam ki tareekh ke to mujh ko yeh bari bari baatein mili hain jo mein likha karta hoon woh sab inhi kahan se mili hain mujh ko</w:t>
      </w:r>
    </w:p>
    <w:p>
      <w:pPr>
        <w:jc w:val="right"/>
      </w:pPr>
      <w:r>
        <w:t>عربی کتابوں سے نہیں ملی ہیں عربی کتابوں میں روایتی باتیں ہوتی ہیں عربی کتابوں میں روایتی باتیں ہوتی ہیں لیکن جو ان لوگوں نے کتابیں لکھی ہیں اس نے بڑے بڑے پہلو اس میں سے دریافت کیے انہوں نے اسلام کی تاریخ کے رسول اللہ صلی اللہ علیہ وسلم کی تاریخ کے تو مجھ کو یہ بڑی بڑی باتیں ملی ہیں جو میں لکھا کرتا ہوں وہ سب انہی کہاں سے ملی ہیں مجھ کو</w:t>
      </w:r>
    </w:p>
    <w:p>
      <w:r>
        <w:rPr>
          <w:b/>
        </w:rPr>
        <w:t xml:space="preserve">[28:59] </w:t>
      </w:r>
      <w:r>
        <w:t>jaise misaal ke taur par jo kitab hamari jab mein ne kaha</w:t>
      </w:r>
    </w:p>
    <w:p>
      <w:pPr>
        <w:jc w:val="right"/>
      </w:pPr>
      <w:r>
        <w:t>جیسے مثال کے طور پر جو کتاب ہماری جب میں نے کہا</w:t>
      </w:r>
    </w:p>
    <w:p>
      <w:r>
        <w:rPr>
          <w:b/>
        </w:rPr>
        <w:t xml:space="preserve">[29:03] </w:t>
      </w:r>
      <w:r>
        <w:t>ke yaani islam</w:t>
      </w:r>
    </w:p>
    <w:p>
      <w:pPr>
        <w:jc w:val="right"/>
      </w:pPr>
      <w:r>
        <w:t>کہ یعنی اسلام</w:t>
      </w:r>
    </w:p>
    <w:p>
      <w:r>
        <w:rPr>
          <w:b/>
        </w:rPr>
        <w:t xml:space="preserve">[29:08] </w:t>
      </w:r>
      <w:r>
        <w:t>dawr khalq iska tasawwur yaani yeh tasawwur mujhe kisi arabi kitab mein nahin mila mujhe</w:t>
      </w:r>
    </w:p>
    <w:p>
      <w:pPr>
        <w:jc w:val="right"/>
      </w:pPr>
      <w:r>
        <w:t>دور خالق اس کا تصور یعنی یہ تصور مجھے کسی عربی کتاب میں نہیں ملا مجھے</w:t>
      </w:r>
    </w:p>
    <w:p>
      <w:r>
        <w:rPr>
          <w:b/>
        </w:rPr>
        <w:t xml:space="preserve">[29:16] </w:t>
      </w:r>
      <w:r>
        <w:t>is ka tasawwur mila mujhe mujhe aik france ke aik historian ki kitaab mein jis ka naam hai</w:t>
      </w:r>
    </w:p>
    <w:p>
      <w:pPr>
        <w:jc w:val="right"/>
      </w:pPr>
      <w:r>
        <w:t>اس کا تصور ملا مجھے مجھے ایک فرانس کے ایک ہسٹورین کی کتاب میں جس کا نام ہے</w:t>
      </w:r>
    </w:p>
    <w:p>
      <w:r>
        <w:rPr>
          <w:b/>
        </w:rPr>
        <w:t xml:space="preserve">[29:23] </w:t>
      </w:r>
      <w:r>
        <w:t>henry pren is ne bohat zabardast kitaab likhi hai do kitaabein</w:t>
      </w:r>
    </w:p>
    <w:p>
      <w:pPr>
        <w:jc w:val="right"/>
      </w:pPr>
      <w:r>
        <w:t>ہنری پرین اس نے بہت زبردست کتاب لکھی ہے دو کتابیں</w:t>
      </w:r>
    </w:p>
    <w:p>
      <w:r>
        <w:rPr>
          <w:b/>
        </w:rPr>
        <w:t xml:space="preserve">[29:29] </w:t>
      </w:r>
      <w:r>
        <w:t>is mein bataya us ne ke Islam ne agar Roman Empire aur Sasani Empire ko todna hota to dunya mein kabhi taraqqi na hoti</w:t>
      </w:r>
    </w:p>
    <w:p>
      <w:pPr>
        <w:jc w:val="right"/>
      </w:pPr>
      <w:r>
        <w:t>اس میں بتایا اس نے کہ اسلام نے اگر رومن ایمپائر اور ساسانی ایمپائر کو توڑنا ہوتا تو دنیا میں کبھی ترقی نہ ہوتی</w:t>
      </w:r>
    </w:p>
    <w:p>
      <w:r>
        <w:rPr>
          <w:b/>
        </w:rPr>
        <w:t xml:space="preserve">[29:40] </w:t>
      </w:r>
      <w:r>
        <w:t>aap jante hain ke Rasool Allah ki baad jo khilafat rashida bani to khilafat rashida ke zamanay mein takrao pesh aaya Arabon ka Roman Empire se aur Sasani Empire se jis mein jis mein mukammal kamyabi hui Arabon ko aur Roman Empire toot gayi Sasani Empire toot gaya to us ne kaha yeh log taraqqi ke raah mein rukawat the un ki jo empires thi woh taraqqi ke raah mein rukawat the</w:t>
      </w:r>
    </w:p>
    <w:p>
      <w:pPr>
        <w:jc w:val="right"/>
      </w:pPr>
      <w:r>
        <w:t>آپ جانتے ہیں کہ رسول اللہ کی بعد جو خلافت راشدہ بنی تو خلافت راشدہ کے زمانے میں ٹکراؤ پیش آیا عربوں کا رومن ایمپائر سے اور ساسانی ایمپائر سے جس میں جس میں مکمل کامیابی ہوئی عربوں کو اور رومن ایمپائر ٹوٹ گئی ساسانی ایمپائر ٹوٹ گیا تو اس نے کہا یہ لوگ ترقی کے راہ میں رکاوٹ تھے ان کی جو ایمپائرز تھیں وہ ترقی کے راہ میں رکاوٹ تھے</w:t>
      </w:r>
    </w:p>
    <w:p>
      <w:r>
        <w:rPr>
          <w:b/>
        </w:rPr>
        <w:t xml:space="preserve">[30:07] </w:t>
      </w:r>
      <w:r>
        <w:t>to Musalmanon ne jo tod diya us ke baad taraqqi ka daur aaya dunya mein</w:t>
      </w:r>
    </w:p>
    <w:p>
      <w:pPr>
        <w:jc w:val="right"/>
      </w:pPr>
      <w:r>
        <w:t>تو مسلمانوں نے جو توڑ دیا اس کے بعد ترقی کا دور آیا دنیا میں</w:t>
      </w:r>
    </w:p>
    <w:p>
      <w:r>
        <w:rPr>
          <w:b/>
        </w:rPr>
        <w:t xml:space="preserve">[30:13] </w:t>
      </w:r>
      <w:r>
        <w:t>itne shandar alfaaz likhe hain ke Islam changed the face of the globe. The traditional order of history was overthrown. Yeh mujhe kisi Arabi kitab mein nahi mila tha. Mujhe inhi logon ki kitabon mein mila. Aisi bohat si baatein hain, bohat si baatein hain, bohat si baatein hain. To yeh yeh itni zabardast image thi Islam ki.</w:t>
      </w:r>
    </w:p>
    <w:p>
      <w:pPr>
        <w:jc w:val="right"/>
      </w:pPr>
      <w:r>
        <w:t>اتنے شاندار الفاظ لکھے ہیں کہ اسلام چینج دا فیس اف دا گلوب دا ٹریڈیشنل ارڈر اف ہسٹری واز اوور تھرون یہ مجھے کسی عربی کتاب میں نہیں ملا تھا مجھے انہی لوگوں کی کتابوں میں ملا ایسی بہت سی باتیں ہیں بہت سی باتیں ہیں بہت سی باتیں ہیں تو یہ یہ اتنی زبردست امیج تھی اسلام کی</w:t>
      </w:r>
    </w:p>
    <w:p>
      <w:r>
        <w:rPr>
          <w:b/>
        </w:rPr>
        <w:t xml:space="preserve">[30:38] </w:t>
      </w:r>
      <w:r>
        <w:t>is sab khat yaani darya darya mein daal diya sab Musalmanon ne aaj Musalman ka naam hai ek be izzati ka naam ban gaya hai jitne iqdaam kiye Musalmanon ne saare iqdaam mein unhon ne yak tarfa shikast jahan bhi dekhiye Kashmir mein shikast Palestine mein shikast Sinkingang mein shikast Philippines mein shikast Arkan mein shikast har jagah idhar machayenge is par</w:t>
      </w:r>
    </w:p>
    <w:p>
      <w:pPr>
        <w:jc w:val="right"/>
      </w:pPr>
      <w:r>
        <w:t>اس سب خط یعنی دریا دریا میں ڈال دیا سب مسلمانوں نے اج مسلمان کا نام ہے ایک بے عزتی کا نام بن گیا ہے جتنے اقدامات کیے مسلمانوں نے سارے اقدامات میں انہوں نے یکطرفہ شکست جہاں بھی دیکھیے کشمیر میں شکست فلسطین میں شکست سنکانگ میں شکست فلپائن میں شکست ارکان میں شکست ہر جگہ ادھر مچائیں گے اس پر</w:t>
      </w:r>
    </w:p>
    <w:p>
      <w:r>
        <w:rPr>
          <w:b/>
        </w:rPr>
        <w:t xml:space="preserve">[31:06] </w:t>
      </w:r>
      <w:r>
        <w:t>shikast idhar machayenge is par shikast to is ka dekhen is mein is par ghor karte hue meri samajh mein ek baat aayi bohat aham woh yeh hai ke Islam ki ek usool hai Islam ka sabr sabr ko Islam mein bohat darja diya gaya hai sabr ke baray mein yeh ayat hai Quran Majeed mein innam yufassabirun bi ghair hisab</w:t>
      </w:r>
    </w:p>
    <w:p>
      <w:pPr>
        <w:jc w:val="right"/>
      </w:pPr>
      <w:r>
        <w:t>شکست ادھر مچائیں گے اس پر شکست تو اس کا دیکھیں اس میں اس پر غور کرتے ہوئے میری سمجھ میں ایک بات ائی بہت اہم وہ یہ ہے کہ اسلام کی ایک اصول ہے اسلام کا صبر صبر کو اسلام میں بہت درجہ دیا گیا ہے صبر کے بارے میں یہ ایت ہے قران مجید میں انما یوفصابر بغیر حساب</w:t>
      </w:r>
    </w:p>
    <w:p>
      <w:r>
        <w:rPr>
          <w:b/>
        </w:rPr>
        <w:t xml:space="preserve">[31:35] </w:t>
      </w:r>
      <w:r>
        <w:t>sabr karne wale bila hisab inaam payenge to kyun aisa hai dekhiye bari kamyabi karne bari kamyabi ka bari kamyabi hasil karne ke liye aap ko choti choti baaton par nazar karna parta hai choti baaton par sabr karna parta hai</w:t>
      </w:r>
    </w:p>
    <w:p>
      <w:pPr>
        <w:jc w:val="right"/>
      </w:pPr>
      <w:r>
        <w:t>صبر کرنے والے بلا حساب انعام پائیں گے تو کیوں ایسا ہے دیکھیے بڑی کامیابی کرنے بڑی کامیابی کا بڑی کامیابی حاصل کرنے کے لیے اپ کو چھوٹی چھوٹی باتوں پر نظرات کرنا پڑتا ہے چھوٹی باتوں پر صبر کرنا پڑتا ہے</w:t>
      </w:r>
    </w:p>
    <w:p>
      <w:r>
        <w:rPr>
          <w:b/>
        </w:rPr>
        <w:t xml:space="preserve">[31:59] </w:t>
      </w:r>
      <w:r>
        <w:t>bari koi bhi bara achievement koi bhi bari success agar aap ko hasil karna hai to choti baaton ko nazar andaaz karna parega ignore karna parega isi ka naam sabr hai to yeh jo hikmat hai jis ko Rasool Allah ne hikmat farmaya is hikmat ka raaz yahi hai ke aap choti choti baaton ko nazar andaaz karen warna sab jeopardize ho jayega.</w:t>
      </w:r>
    </w:p>
    <w:p>
      <w:pPr>
        <w:jc w:val="right"/>
      </w:pPr>
      <w:r>
        <w:t>بڑی کوئی بھی بڑا اچیومنٹ کوئی بھی بڑی سکسیس اگر اپ کو حاصل کرنا ہے تو چھوٹی باتوں کو نظر انداز کرنا پڑے گا اگنور کرنا پڑے گا اسی کا نام صبر ہے تو یہ جو حکمت ہے جس کو رسول اللہ نے حکمت فرمایا اس حکمت کا راز یہی ہے کہ اپ چھوٹی چھوٹی باتوں کو نظر انداز کریں ورنہ سب جبرٹائز ہو جائے گا</w:t>
      </w:r>
    </w:p>
    <w:p>
      <w:r>
        <w:rPr>
          <w:b/>
        </w:rPr>
        <w:t xml:space="preserve">[32:25] </w:t>
      </w:r>
      <w:r>
        <w:t>to musalmanon ne jo laraaiyan keen woh sab travel issues par choti choti baaton par mere nazdeek aik</w:t>
      </w:r>
    </w:p>
    <w:p>
      <w:pPr>
        <w:jc w:val="right"/>
      </w:pPr>
      <w:r>
        <w:t>تو مسلمانوں نے جو لڑائیاں کیں وہ سب ٹریول ایشوز پر چھوٹی چھوٹی باتوں پر میرے نزدیک ایک</w:t>
      </w:r>
    </w:p>
    <w:p>
      <w:r>
        <w:rPr>
          <w:b/>
        </w:rPr>
        <w:t xml:space="preserve">[32:31] </w:t>
      </w:r>
      <w:r>
        <w:t>choti baat thi ke samaan ki jo kitaab thi koi issue nahi tha woh non issue tha</w:t>
      </w:r>
    </w:p>
    <w:p>
      <w:pPr>
        <w:jc w:val="right"/>
      </w:pPr>
      <w:r>
        <w:t>چھوٹی بات تھی کہ سامان کی جو کتاب تھی کوئی ایشو نہیں تھا وہ نان ایشو تھا</w:t>
      </w:r>
    </w:p>
    <w:p>
      <w:r>
        <w:rPr>
          <w:b/>
        </w:rPr>
        <w:t xml:space="preserve">[32:39] </w:t>
      </w:r>
      <w:r>
        <w:t>jo denmark mein chhap gaya cartoon woh non issue tha abhi jo film bani america mein innocence of</w:t>
      </w:r>
    </w:p>
    <w:p>
      <w:pPr>
        <w:jc w:val="right"/>
      </w:pPr>
      <w:r>
        <w:t>جو ڈنمارک میں چھپ گیا کارٹون وہ نان ایشو تھا ابھی جو فلم بنی امریکہ میں انوسنس اف</w:t>
      </w:r>
    </w:p>
    <w:p>
      <w:r>
        <w:rPr>
          <w:b/>
        </w:rPr>
        <w:t xml:space="preserve">[32:47] </w:t>
      </w:r>
      <w:r>
        <w:t>muslim woh non issue tha to non issue par sabar karo</w:t>
      </w:r>
    </w:p>
    <w:p>
      <w:pPr>
        <w:jc w:val="right"/>
      </w:pPr>
      <w:r>
        <w:t>مسلم وہ نان ایشو تھا تو نان ایشو پر صبر کرو</w:t>
      </w:r>
    </w:p>
    <w:p>
      <w:r>
        <w:rPr>
          <w:b/>
        </w:rPr>
        <w:t xml:space="preserve">[32:53] </w:t>
      </w:r>
      <w:r>
        <w:t>non issue par sabar karo</w:t>
      </w:r>
    </w:p>
    <w:p>
      <w:pPr>
        <w:jc w:val="right"/>
      </w:pPr>
      <w:r>
        <w:t>نان ایشو پر صبر کرو</w:t>
      </w:r>
    </w:p>
    <w:p>
      <w:r>
        <w:rPr>
          <w:b/>
        </w:rPr>
        <w:t xml:space="preserve">[32:56] </w:t>
      </w:r>
      <w:r>
        <w:t>tab ja kar yeh mumkin hoga ke jo baray baray tarqiyan tumhare muqaddar hain woh tum ko hasil</w:t>
      </w:r>
    </w:p>
    <w:p>
      <w:pPr>
        <w:jc w:val="right"/>
      </w:pPr>
      <w:r>
        <w:t>تب جا کر یہ ممکن ہوگا کہ جو بڑے بڑے ترقیاں تمہارے مقدر ہیں وہ تم کو حاصل</w:t>
      </w:r>
    </w:p>
    <w:p>
      <w:r>
        <w:rPr>
          <w:b/>
        </w:rPr>
        <w:t xml:space="preserve">[33:01] </w:t>
      </w:r>
      <w:r>
        <w:t>hon</w:t>
      </w:r>
    </w:p>
    <w:p>
      <w:pPr>
        <w:jc w:val="right"/>
      </w:pPr>
      <w:r>
        <w:t>ہوں</w:t>
      </w:r>
    </w:p>
    <w:p>
      <w:r>
        <w:rPr>
          <w:b/>
        </w:rPr>
        <w:t xml:space="preserve">[33:05] </w:t>
      </w:r>
      <w:r>
        <w:t>mein aik misaal deta hoon aap ko rasool Allah sal Allah alaihi wasallam ne kis tareeqe se is maamle mein kiya kiya</w:t>
      </w:r>
    </w:p>
    <w:p>
      <w:pPr>
        <w:jc w:val="right"/>
      </w:pPr>
      <w:r>
        <w:t>میں ایک مثال دیتا ہوں اپ کو رسول اللہ صلی اللہ علیہ وسلم نے کس طریقے سے اس معاملے میں کیا کیا</w:t>
      </w:r>
    </w:p>
    <w:p>
      <w:r>
        <w:rPr>
          <w:b/>
        </w:rPr>
        <w:t xml:space="preserve">[33:12] </w:t>
      </w:r>
      <w:r>
        <w:t>tab badi kamyabi hasil hui aap ko dekhiye rasool Allah sal Allah alaihi wasallam makkah mein paida hue aur wahan par aap ne apna mission shuru kiya mission aap ne shuru kiya 610 eesvi mein 570 eesvi mein paida hue aap 610 eesvi mein aap ne mission shuru kiya wahan par kaaba jo us ko hazrat ibrahim ne banaya tha to</w:t>
      </w:r>
    </w:p>
    <w:p>
      <w:pPr>
        <w:jc w:val="right"/>
      </w:pPr>
      <w:r>
        <w:t>تب بڑی کامیابی حاصل ہوئی اپ کو دیکھیے رسول اللہ صلی اللہ علیہ وسلم مکہ میں پیدا ہوئے اور وہاں پر اپ نے اپنا مشن شروع کیا مشن اپ نے شروع کیا 610 عیسوی میں 570 عیسوی میں پیدا ہوئے اپ 610 عیسوی میں اپ نے مشن شروع کیا وہاں پر کعبہ جو اس کو حضرت ابراہیم نے بنایا تھا تو</w:t>
      </w:r>
    </w:p>
    <w:p>
      <w:r>
        <w:rPr>
          <w:b/>
        </w:rPr>
        <w:t xml:space="preserve">[33:39] </w:t>
      </w:r>
      <w:r>
        <w:t>us waqt kaaba us shakal mein nahi tha jis shakal mein hazrat ibrahim ne banaya tha yaani jo base thi hazrat ibrahim ki us ko mushrikon ne badal diya tha us ko yaani hazrat ibrahim ke aik hazrat ibrahim ka zamana aap se chaar hazar saal pehle ka zamana hai to hazrat ismail hazrat ibrahim ne jo kaaba banaya tha makkah mein us waqt sab log makkah ke yaani muahhid thay</w:t>
      </w:r>
    </w:p>
    <w:p>
      <w:pPr>
        <w:jc w:val="right"/>
      </w:pPr>
      <w:r>
        <w:t>اس وقت کعبہ اس شکل میں نہیں تھا جس شکل میں حضرت ابراہیم نے بنایا تھا یعنی جو بیس تھی حضرت ابراہیم کی اس کو مشرکوں نے بدل دیا تھا اس کو یعنی حضرت ابراہیم کے ایک حضرت ابراہیم کا زمانہ اپ سے چار ہزار سال پہلے کا زمانہ ہے تو حضرت اسماعیل حضرت ابراہیم نے جو کعبہ بنایا تھا مکہ میں اس وقت سب لوگ مکہ کے یعنی معاہد تھے</w:t>
      </w:r>
    </w:p>
    <w:p>
      <w:r>
        <w:rPr>
          <w:b/>
        </w:rPr>
        <w:t xml:space="preserve">[34:06] </w:t>
      </w:r>
      <w:r>
        <w:t>tauheed ko maanne wale kuch dinon ke baad wahan bigaad aaya dheere dheere dheere dheere wahan par mushrik log aa gaye aur mushrikeen ghalba ho gaya to jab rasool Allah sal Allah alaihi wasallam jab aaye tab mushrikeen ghalba tha wahan par un mushrikeen ne baad wajood se aisa kiya ke kaaba ki taameer phir se ki unhon ne ab jo aap dekhte hain jab hajj karne jaate hain aap to kaaba jo hai woh chokor hai</w:t>
      </w:r>
    </w:p>
    <w:p>
      <w:pPr>
        <w:jc w:val="right"/>
      </w:pPr>
      <w:r>
        <w:t>توحید کو ماننے والے کچھ دنوں کے بعد وہاں بگاڑ ایا دھیرے دھیرے دھیرے دھیرے وہاں پر مشرک لوگ اگئے اور مشرکین غلبہ ہو گیا تو جب رسول اللہ صلی اللہ علیہ وسلم جب ائے تب مشرکین غلبہ تھا وہاں پر ان مشرکین نے بعد وجود سے ایسا کیا کہ کعبہ کی تعمیر پھر سے کی انہوں نے اب جو اپ دیکھتے ہیں جب حج کرنے جاتے ہیں اپ تو کعبہ جو ہے وہ چوکور ہے</w:t>
      </w:r>
    </w:p>
    <w:p>
      <w:r>
        <w:rPr>
          <w:b/>
        </w:rPr>
        <w:t xml:space="preserve">[34:32] </w:t>
      </w:r>
      <w:r>
        <w:t>lekin chokor hazrat ibrahim ne nahi banaya tha hazrat ibrahim ne lamba thoda sa banaya tha yaani jis se masjidain hua karti hain woh to aik masjid thi aik masjid to us ko jo lambai mein banaya tha unhon ne us ko chokor bana diya to aaj jo aap hajj karte hain umrah karte hain aur tawaaf karte hain woh us kaabe ka tawaaf karte hain jis ki bana mushrikeen par qaim hai mushrikeen ke base par qaim hai woh</w:t>
      </w:r>
    </w:p>
    <w:p>
      <w:pPr>
        <w:jc w:val="right"/>
      </w:pPr>
      <w:r>
        <w:t>لیکن چوکور حضرت ابراہیم نے نہیں بنایا تھا حضرت ابراہیم نے لمبا تھوڑا سا بنایا تھا یعنی جس سے مسجدیں ہوا کرتی ہیں وہ تو ایک مسجد تھی ایک مسجد تو اس کو جو لمبائی میں بنایا تھا انہوں نے اس کو چوکور بنا دیا تو اج جو اپ حج کرتے ہیں عمرہ کرتے ہیں اور طواف کرتے ہیں وہ اس کعبے کا طواف کرتے ہیں جس کی بنا مشرکین پر قائم ہے مشرکین کے بیس پر قائم ہے وہ</w:t>
      </w:r>
    </w:p>
    <w:p>
      <w:r>
        <w:rPr>
          <w:b/>
        </w:rPr>
        <w:t xml:space="preserve">[35:00] </w:t>
      </w:r>
      <w:r>
        <w:t>hazrat ibrahim ke base par nahi hai woh</w:t>
      </w:r>
    </w:p>
    <w:p>
      <w:pPr>
        <w:jc w:val="right"/>
      </w:pPr>
      <w:r>
        <w:t>حضرت ابراہیم کے بیس پر نہیں ہے وہ</w:t>
      </w:r>
    </w:p>
    <w:p>
      <w:r>
        <w:rPr>
          <w:b/>
        </w:rPr>
        <w:t xml:space="preserve">[35:05] </w:t>
      </w:r>
      <w:r>
        <w:t>kaisi ajeeb baat hai ke sab se badi ibaadat jis mein saari duniya ke musalman ja kar wahan tawaaf karte hain woh banaye mushrikeen par khada hua woh to hazrat ayesha ne kaha tha rasool Allah sal Allah alaihi wasallam ne ke aap us ko phir se us ko dha dijiye aur phir se hazrat ibrahim ke base par us ko banwaiye</w:t>
      </w:r>
    </w:p>
    <w:p>
      <w:pPr>
        <w:jc w:val="right"/>
      </w:pPr>
      <w:r>
        <w:t>کیسی عجیب بات ہے کہ سب سے بڑی عبادت جس میں ساری دنیا کے مسلمان جا کر وہاں طواف کرتے ہیں وہ بنائے مشرکین پر کھڑا ہوا وہ تو حضرت عائشہ نے کہا تھا رسول اللہ صلی اللہ علیہ وسلم نے کہ اپ اس کو پھر سے اس کو ڈھا دیجئے اور پھر سے حضرت ابراہیم کے بیس پر اس کو بنوائیے</w:t>
      </w:r>
    </w:p>
    <w:p>
      <w:r>
        <w:rPr>
          <w:b/>
        </w:rPr>
        <w:t xml:space="preserve">[35:28] </w:t>
      </w:r>
      <w:r>
        <w:t>rasool Allah ne inkaar kar diya kaha ke aisa nahi karunga mein kyun rasool Allah sal Allah alaihi wasallam aik wahan par tehreek chala rahe the woh tehreek jeopardized hui thi aik issue khada hua tha ke dekho bhai unhon ne to kaaba hi tod diya woh mushrikeen shor machate hain ke dekho unhon ne kaaba hi tod diya unhon ne kyunke sainkaron saal se woh dekh rahe the kaaba us shakal ka hai</w:t>
      </w:r>
    </w:p>
    <w:p>
      <w:pPr>
        <w:jc w:val="right"/>
      </w:pPr>
      <w:r>
        <w:t>رسول اللہ انکار کر دیا کہا کہ ایسا نہیں کروں گا میں کیوں رسول اللہ صلی اللہ علیہ وسلم ایک وہاں پر تحریک چلا رہے تھے وہ تحریک جبرٹائز ہوئی تھی ایک ایشو کھڑا ہوا تھا کہ دیکھو بھئی انہوں نے تو کعبہ ہی توڑ دیا وہ مشرکین شور مچاتے ہیں کہ دیکھو انہوں نے کعبہ ہی توڑ دیا انہوں نے کیونکہ سینکڑوں سال سے وہ دیکھ رہے تھے کعبہ اس شکل کا ہے</w:t>
      </w:r>
    </w:p>
    <w:p>
      <w:r>
        <w:rPr>
          <w:b/>
        </w:rPr>
        <w:t xml:space="preserve">[35:54] </w:t>
      </w:r>
      <w:r>
        <w:t>ab aap nayi banate to to is ka koi namoona kahin rakha rakha to tha nahi kisi pahaad par hazrat ibrahim ke zamane ke kaaba ka namoona to kehte hain dekho yeh kaaba bhi tod diya unhon ne kaisa deen laye hain yeh to aik khawamkhwah shor machata aik woh hota hungama hota rasool Allah sal Allah alaihi wasallam ne us ko ignore kiya aap ki jo dawat tauheed thi aap ko duniya mein jo islami inqilaab lana tha aap</w:t>
      </w:r>
    </w:p>
    <w:p>
      <w:pPr>
        <w:jc w:val="right"/>
      </w:pPr>
      <w:r>
        <w:t>اب اپ نئی بناتے تو تو اس کا کوئی نمونہ کہیں رکھا رکھا تو تھا نہیں کسی پہاڑ پر حضرت ابراہیم کے زمانے کے کعبہ کا نمونہ تو کہتے ہیں دیکھو یہ کعبہ بھی توڑ دیا انہوں نے کیسا دین لائے ہیں یہ تو ایک خوامخواہ شور مچتا ایک وہ ہوتا ہنگامہ ہوتا رسول اللہ صلی اللہ علیہ وسلم نے اس کو اگنور کیا اپ کی جو دعوت توحید تھی اپ کو دنیا میں جو اسلامی انقلاب لانا تھا اپ</w:t>
      </w:r>
    </w:p>
    <w:p>
      <w:r>
        <w:rPr>
          <w:b/>
        </w:rPr>
        <w:t xml:space="preserve">[36:24] </w:t>
      </w:r>
      <w:r>
        <w:t>ko quran ko jo mehfooz karna tha yeh saare jo mission the aap ke woh mission jeopardized hua tha</w:t>
      </w:r>
    </w:p>
    <w:p>
      <w:pPr>
        <w:jc w:val="right"/>
      </w:pPr>
      <w:r>
        <w:t>کو قران کو جو محفوظ کرنا تھا یہ سارے جو مشن تھے اپ کے وہ مشن جبرٹائز ہوا تھا</w:t>
      </w:r>
    </w:p>
    <w:p>
      <w:r>
        <w:rPr>
          <w:b/>
        </w:rPr>
        <w:t xml:space="preserve">[36:33] </w:t>
      </w:r>
      <w:r>
        <w:t>to itni badi baat ko rasool Allah sal Allah alaihi wasallam ne nazar andaaz kiya us ko ignore kiya ke kaaba acha yeh aap yeh bhi jante honge yaqeenan jante the ke agar main na is ko nahi bana banau yani paighambar na banaye to kaun banayega doosre is ke baad chunancha aap jante hain waqea hua ke rasool Allah ki wafat ke baad wahan par aik sahib the abdullah ibn zubair jo aik sahabi ke bete the woh</w:t>
      </w:r>
    </w:p>
    <w:p>
      <w:pPr>
        <w:jc w:val="right"/>
      </w:pPr>
      <w:r>
        <w:t>تو اتنی بڑی بات کو رسول اللہ صلی اللہ علیہ وسلم نے نظر انداز کیا اس کو اگنور کیا کہ کعبہ اچھا یہ اپ یہ بھی جانتے ہوں گے یقینا جانتے تھے کہ اگر میں نا اس کو نہیں بنا بناؤں یعنی پیغمبر نہ بنائے تو کون بنائے گا دوسرے اس کے بعد چنانچہ اپ جانتے ہیں واقعہ ہوا کہ رسول اللہ کی وفات کے بعد وہاں پر ایک صاحب تھے عبداللہ ابن زبیر جو ایک صحابی کے بیٹے تھے وہ</w:t>
      </w:r>
    </w:p>
    <w:p>
      <w:r>
        <w:rPr>
          <w:b/>
        </w:rPr>
        <w:t xml:space="preserve">[37:01] </w:t>
      </w:r>
      <w:r>
        <w:t>to makkah ke hakim ban gaye woh to unhon ne isi soch ke tehat ke yeh ibrahim buniyad</w:t>
      </w:r>
    </w:p>
    <w:p>
      <w:pPr>
        <w:jc w:val="right"/>
      </w:pPr>
      <w:r>
        <w:t>تو مکہ کے حاکم بن گئے وہ تو انہوں نے اسی سوچ کے تحت کہ یہ ابراہیم بنیاد</w:t>
      </w:r>
    </w:p>
    <w:p>
      <w:r>
        <w:rPr>
          <w:b/>
        </w:rPr>
        <w:t xml:space="preserve">[37:08] </w:t>
      </w:r>
      <w:r>
        <w:t>par nahi hai is ko tor diya tor kar is ko dobara is ibrahim buniyad par aaya lekin</w:t>
      </w:r>
    </w:p>
    <w:p>
      <w:pPr>
        <w:jc w:val="right"/>
      </w:pPr>
      <w:r>
        <w:t>پر نہیں ہے اس کو توڑ دیا توڑ کر اس کو دوبارہ اس ابراہیم بنیاد پر ایا لیکن</w:t>
      </w:r>
    </w:p>
    <w:p>
      <w:r>
        <w:rPr>
          <w:b/>
        </w:rPr>
        <w:t xml:space="preserve">[37:15] </w:t>
      </w:r>
      <w:r>
        <w:t>jante hain kya hua woh waqe nahi raha woh phir logon ne tor diya is ko</w:t>
      </w:r>
    </w:p>
    <w:p>
      <w:pPr>
        <w:jc w:val="right"/>
      </w:pPr>
      <w:r>
        <w:t>جانتے ہیں کیا ہوا وہ واقع نہیں رہا وہ پھر لوگوں نے توڑ دیا اس کو</w:t>
      </w:r>
    </w:p>
    <w:p>
      <w:r>
        <w:rPr>
          <w:b/>
        </w:rPr>
        <w:t xml:space="preserve">[37:20] </w:t>
      </w:r>
      <w:r>
        <w:t>aur ab maujooda shakal banaya is ko maujooda shakal mein jo ke mushrikeen ki buniyad par hai</w:t>
      </w:r>
    </w:p>
    <w:p>
      <w:pPr>
        <w:jc w:val="right"/>
      </w:pPr>
      <w:r>
        <w:t>اور اب موجودہ شکل بنایا اس کو موجودہ شکل میں جو کہ مشرکین کی بنیاد پر ہے</w:t>
      </w:r>
    </w:p>
    <w:p>
      <w:r>
        <w:rPr>
          <w:b/>
        </w:rPr>
        <w:t xml:space="preserve">[37:27] </w:t>
      </w:r>
      <w:r>
        <w:t>to tareekh se jo chali aa rahi hai jo cheez us ko aap is tarah badal nahi sakte</w:t>
      </w:r>
    </w:p>
    <w:p>
      <w:pPr>
        <w:jc w:val="right"/>
      </w:pPr>
      <w:r>
        <w:t>تو تاریخ سے جو چلی ا رہی ہے جو چیز اس کو اپ اس طرح بدل نہیں سکتے</w:t>
      </w:r>
    </w:p>
    <w:p>
      <w:r>
        <w:rPr>
          <w:b/>
        </w:rPr>
        <w:t xml:space="preserve">[37:33] </w:t>
      </w:r>
      <w:r>
        <w:t>jis ko tareekh to rasool Allah sal Allah alaihi wasallam jante the ke yeh sainkaron saal ki tareekh ki bana par ab kaaba ke is is buniyad ko logon ki nazar mein ahmiyat ho gayi hai agar is masle ko chhoden to bohat bada yaani problem khada ho jayega aur saara mission jeopardized ho jayega to is se kya nikla usool</w:t>
      </w:r>
    </w:p>
    <w:p>
      <w:pPr>
        <w:jc w:val="right"/>
      </w:pPr>
      <w:r>
        <w:t>جس کو تاریخ تو رسول اللہ صلی اللہ علیہ وسلم جانتے تھے کہ یہ سینکڑوں سال کی تاریخ کی بنا پر اب کعبہ کے اس اس بنیاد کو لوگوں کی نظر میں اہمیت ہو گئی ہے اگر اس مسئلے کو چھوڑیں تو بہت بڑا یعنی پرابلم کھڑا ہو جائے گا اور سارا مشن جبرٹائز ہو جائے گا تو اس سے کیا نکلا اصول</w:t>
      </w:r>
    </w:p>
    <w:p>
      <w:r>
        <w:rPr>
          <w:b/>
        </w:rPr>
        <w:t xml:space="preserve">[37:58] </w:t>
      </w:r>
      <w:r>
        <w:t>is se yeh usool nikla ke aap ko chhote masail ko nazar andaaz karna chahiye taake aap koi badi kamyabi hasil kar saken</w:t>
      </w:r>
    </w:p>
    <w:p>
      <w:pPr>
        <w:jc w:val="right"/>
      </w:pPr>
      <w:r>
        <w:t>اس سے یہ اصول نکلا کہ اپ کو چھوٹے مسائل کو نظر انداز کرنا چاہیے تاکہ اپ کوئی بڑی کامیابی حاصل کر سکیں</w:t>
      </w:r>
    </w:p>
    <w:p>
      <w:r>
        <w:rPr>
          <w:b/>
        </w:rPr>
        <w:t xml:space="preserve">[38:12] </w:t>
      </w:r>
      <w:r>
        <w:t>zindagi mein hamesha chhote masail honge agar chhote masail par aap nazar andaaz na karen to bade masail pe nahi badi kamyabi bhi aap ko nahi nahi milegi</w:t>
      </w:r>
    </w:p>
    <w:p>
      <w:pPr>
        <w:jc w:val="right"/>
      </w:pPr>
      <w:r>
        <w:t>زندگی میں ہمیشہ چھوٹے مسائل ہوں گے اگر چھوٹے مسائل پر اپ نظر انداز نہ کریں تو بڑے مسائل پہ نہیں بڑے کامیابی بھی اپ کو نہیں نہیں ملے گی</w:t>
      </w:r>
    </w:p>
    <w:p>
      <w:r>
        <w:rPr>
          <w:b/>
        </w:rPr>
        <w:t xml:space="preserve">[38:25] </w:t>
      </w:r>
      <w:r>
        <w:t>aik purana masla hai ke kutte bhokte rehte hain haathi chalta rehta hai ab jo aadmi kutte ke bhokne par usay takrata rahe to manzil par kaise pahunch jayega woh us ko der ho jayegi manzil pahunchne mein kutton se takrate rahiye to kutton ki bhook ko aap ignore kijiye taake time par apni manzil pahunch saken</w:t>
      </w:r>
    </w:p>
    <w:p>
      <w:pPr>
        <w:jc w:val="right"/>
      </w:pPr>
      <w:r>
        <w:t>ایک پرانا مسئلہ ہے کہ کتے بھوکتے رہتے ہیں ہاتھی چلتا رہتا ہے اب جو ادمی کتے کے بھوکنے پر اسے ٹکراتا رہے تو منزل پر کیسے پہنچ جائے گا وہ اس کو دیر ہو جائے گی منزل پہنچنے میں کتوں سے ٹکراتے رہیے تو کتوں کی بھوک کو اپ اگنور کیجئے تاکہ ٹائم پر اپنی منزل پہنچ سکیں</w:t>
      </w:r>
    </w:p>
    <w:p>
      <w:r>
        <w:rPr>
          <w:b/>
        </w:rPr>
        <w:t xml:space="preserve">[38:48] </w:t>
      </w:r>
      <w:r>
        <w:t>taake aap apni time par apni manzil ko pahunch saken</w:t>
      </w:r>
    </w:p>
    <w:p>
      <w:pPr>
        <w:jc w:val="right"/>
      </w:pPr>
      <w:r>
        <w:t>تاکہ اپ اپنی ٹائم پر اپنی منزل کو پہنچ سکیں</w:t>
      </w:r>
    </w:p>
    <w:p>
      <w:r>
        <w:rPr>
          <w:b/>
        </w:rPr>
        <w:t xml:space="preserve">[38:54] </w:t>
      </w:r>
      <w:r>
        <w:t>to zindagi mein dekhen hamesha aisa hoga kyunke insaan ko Allah taala azaadi di hai har aadmi azaad hai azaadi ko mehsoos karega kuch bhi karega woh to Allah ki di hui azaadi ki bana par insaan kuch bhi kar sakta hai to aap ko aap ko farq ka karna padega ke non issues mein aur issues mein</w:t>
      </w:r>
    </w:p>
    <w:p>
      <w:pPr>
        <w:jc w:val="right"/>
      </w:pPr>
      <w:r>
        <w:t>تو زندگی میں دیکھیں ہمیشہ ایسا ہوگا کیونکہ انسان کو اللہ تعالی ازادی دی ہے ہر ادمی ازاد ہے ازادی کو محسوس کرے گا کچھ بھی کرے گا وہ تو اللہ کی دی ہوئی ازادی کی بنا پر انسان کچھ بھی کر سکتا ہے تو اپ کو اپ کو فرق کا کرنا پڑے گا کہ نان ایشوز میں اور ایشوز میں</w:t>
      </w:r>
    </w:p>
    <w:p>
      <w:r>
        <w:rPr>
          <w:b/>
        </w:rPr>
        <w:t xml:space="preserve">[39:22] </w:t>
      </w:r>
      <w:r>
        <w:t>travel matters mein aur basic cheezon mein to chhoti cheezon par nazar andaz karna lazman aap ko chahiye taake aap bade maqsad hasil ho saken jaise mere nazdeek salamati ki kitaab non issue thi denmark ka cartoon non issue tha america ki jo film hai woh non issue thi aap ke liye asal kaam kya hai dawat dawat asal</w:t>
      </w:r>
    </w:p>
    <w:p>
      <w:pPr>
        <w:jc w:val="right"/>
      </w:pPr>
      <w:r>
        <w:t>ٹریول میٹرز میں اور بیسک چیزوں میں تو چھوٹی چیزوں پر نظرات کرنا لازما اپ کو چاہیے تاکہ اپ بڑے مقصد حاصل ہو سکیں جیسے میرے نزدیک سلامتی کی کتاب نان ایشو تھی ڈنمارک کا کارٹون نان ایشو تھا امریکہ کی جو فلم ہے وہ نان ایشو تھی اپ کے لیے اصل کام کیا ہے دعوت دعوت اصل</w:t>
      </w:r>
    </w:p>
    <w:p>
      <w:r>
        <w:rPr>
          <w:b/>
        </w:rPr>
        <w:t xml:space="preserve">[39:51] </w:t>
      </w:r>
      <w:r>
        <w:t>kaam hai aap dawat Allah mein sargaram rahiye aap shiyat pe kitabein chhapiye apne aap aap yeh sab down ho jayega</w:t>
      </w:r>
    </w:p>
    <w:p>
      <w:pPr>
        <w:jc w:val="right"/>
      </w:pPr>
      <w:r>
        <w:t>کام ہے اپ دعوت اللہ میں سرگرم رہیے اپ شیعت پہ کتابیں چھاپیے اپنے اپ اپ یہ سب ڈاؤن ہو جائے گا</w:t>
      </w:r>
    </w:p>
    <w:p>
      <w:r>
        <w:rPr>
          <w:b/>
        </w:rPr>
        <w:t xml:space="preserve">[40:00] </w:t>
      </w:r>
      <w:r>
        <w:t>jo log rasool Allah sal Allah alaihi wasallam ko def def karna chahte hain un ko nakaam karne ki shakal kya hai aap rasool Allah ki azmat par kitabein chhapiye</w:t>
      </w:r>
    </w:p>
    <w:p>
      <w:pPr>
        <w:jc w:val="right"/>
      </w:pPr>
      <w:r>
        <w:t>جو لوگ رسول اللہ صلی اللہ علیہ وسلم کو ڈیف ڈیف کرنا چاہتے ہیں ان کو ناکام کرنے کی شکل کیا ہے اپ رسول اللہ کی عظمت پر کتابیں چھاپیے</w:t>
      </w:r>
    </w:p>
    <w:p>
      <w:r>
        <w:rPr>
          <w:b/>
        </w:rPr>
        <w:t xml:space="preserve">[40:10] </w:t>
      </w:r>
      <w:r>
        <w:t>shor karne se kya faida shor karne se inhi ko ulta nuqsan faida pahunchta hai kyunke poora jo daur haazir hai un ki pusht pa jata hai</w:t>
      </w:r>
    </w:p>
    <w:p>
      <w:pPr>
        <w:jc w:val="right"/>
      </w:pPr>
      <w:r>
        <w:t>شور کرنے سے کیا فائدہ شور کرنے سے انہی کو الٹا نقص فائدہ پہنچتا ہے کیونکہ پورا جو دور حاضر ہے ان کی پشت پا جاتا ہے</w:t>
      </w:r>
    </w:p>
    <w:p>
      <w:r>
        <w:rPr>
          <w:b/>
        </w:rPr>
        <w:t xml:space="preserve">[40:26] </w:t>
      </w:r>
      <w:r>
        <w:t>yaani jab shor aap karenge to poora daur haazir unhi ki pusht pa jayega ke woh kahenge ke dekho freedom of expression qaum istemaal kar rahe hain is mein hamein kya kya burai hai to log kahenge haan theek hai to istemaal karo</w:t>
      </w:r>
    </w:p>
    <w:p>
      <w:pPr>
        <w:jc w:val="right"/>
      </w:pPr>
      <w:r>
        <w:t>یعنی جب شور اپ کریں گے تو پورا دور حاضر انہی کی پشت پا جائے گا کہ وہ کہیں گے کہ دیکھو فریڈم اف ایکسپریشن قوم استعمال کر رہے ہیں اس میں ہمیں کیا کیا برائی ہے تو لوگ کہیں گے ہاں ٹھیک ہے تو استعمال کرو</w:t>
      </w:r>
    </w:p>
    <w:p>
      <w:r>
        <w:rPr>
          <w:b/>
        </w:rPr>
        <w:t xml:space="preserve">[40:40] </w:t>
      </w:r>
      <w:r>
        <w:t>lekin aap jab rasool Allah par kitabein chhapen badi badi har zabaan mein aur us ustaad ne phailayein usay koi rokne wala nahi to un ke saare fitne apne aap khatam ho jayenge to badi kamyabi hasil karna us waqt mumkin hota hai jab ke aap chhoti chhoti jo baatein hoti hain shoshe yeh sab shoshe hain shoshe ko nazar andaaz karen</w:t>
      </w:r>
    </w:p>
    <w:p>
      <w:pPr>
        <w:jc w:val="right"/>
      </w:pPr>
      <w:r>
        <w:t>لیکن اپ جب رسول اللہ پر کتابیں چھاپیں بڑی بڑی ہر زبان میں اور اس استاد نے پھیلائیں اسے کوئی روکنے والا نہیں تو ان کے سارے فتنے اپنے اپ ختم ہو جائیں گے تو بڑی کامیابی حاصل کرنا اس وقت ممکن ہوتا ہے جب کہ اپ چھوٹی چھوٹی جو باتیں ہوتی ہیں شوشے یہ سب شوشے ہیں شوشے کو نظر انداز کریں</w:t>
      </w:r>
    </w:p>
    <w:p>
      <w:r>
        <w:rPr>
          <w:b/>
        </w:rPr>
        <w:t xml:space="preserve">[41:07] </w:t>
      </w:r>
      <w:r>
        <w:t>to jo hadith mein ne parhi rasool allah salallaho alaihi wasallam ki us ka matlab bhi yahi hai ke choti choti baton se mat uljho bare bare jo issues hain us ko lo choti baton ko uljho uljho ge to sara mamla jeopardize ho jaye ga to kaisi ajeeb baat hai ke musalman ek taraf khoob naat khwani karte hain islam mukammal zabta hayat hai is pe taqreerein karte hain</w:t>
      </w:r>
    </w:p>
    <w:p>
      <w:pPr>
        <w:jc w:val="right"/>
      </w:pPr>
      <w:r>
        <w:t>تو جو حدیث میں نے پڑھی رسول اللہ صلی اللہ علیہ وسلم کی اس کا مطلب بھی یہی ہے کہ چھوٹی چھوٹی باتوں سے مت الجھو بڑے بڑے جو ایشوز ہیں اس کو لو چھوٹی باتوں کو الجھو الجھو گے تو سارا معاملہ جبرٹائز ہو جائے گا تو کیسی عجیب بات ہے کہ مسلمان ایک طرف خوب نعت خوانی کرتے ہیں اسلام مکمل ضابطہ حیات ہے اس پہ تقریریں کرتے ہیں</w:t>
      </w:r>
    </w:p>
    <w:p>
      <w:r>
        <w:rPr>
          <w:b/>
        </w:rPr>
        <w:t xml:space="preserve">[41:36] </w:t>
      </w:r>
      <w:r>
        <w:t>lekin jo talimat e islam ki hain un talimat se be khabar rehte hain is ka ek misaal yeh hai jis ko mein ne kaha ke break in history to mein samajhta hoon ke hum sab ko is mamle mein bohat ziyada sochna chahiye aur is ghalati se bachna chahiye jis ghalati mein kar kar ke musalman apne aap ko ghair zaroori taur par be izzat kar rahe hain jagah jagah</w:t>
      </w:r>
    </w:p>
    <w:p>
      <w:pPr>
        <w:jc w:val="right"/>
      </w:pPr>
      <w:r>
        <w:t>لیکن جو تعلیمات اسلام کی ہیں ان تعلیمات سے بے خبر رہتے ہیں اس کا ایک مثال یہ ہے جس کو میں نے کہا کہ بریک ان ہسٹری تو میں سمجھتا ہوں کہ ہم سب کو اس معاملے میں بہت زیادہ سوچنا چاہیے اور اس غلطی سے بچنا چاہیے جس غلطی میں کر کر کے مسلمان اپنے اپ کو غیر ضروری طور پر بے عزت کر رہے ہیں جگہ جگہ</w:t>
      </w:r>
    </w:p>
    <w:p>
      <w:r>
        <w:rPr>
          <w:b/>
        </w:rPr>
        <w:t xml:space="preserve">[42:06] </w:t>
      </w:r>
      <w:r>
        <w:t>abhi dekhiye bar bar fasadat hue hain india mein har fasad ke baad kya hota hai ke musalman</w:t>
      </w:r>
    </w:p>
    <w:p>
      <w:pPr>
        <w:jc w:val="right"/>
      </w:pPr>
      <w:r>
        <w:t>ابھی دیکھیے بار بار فسادات ہوئے ہیں انڈیا میں ہر فساد کے بعد کیا ہوتا ہے کہ مسلمان</w:t>
      </w:r>
    </w:p>
    <w:p>
      <w:r>
        <w:rPr>
          <w:b/>
        </w:rPr>
        <w:t xml:space="preserve">[42:13] </w:t>
      </w:r>
      <w:r>
        <w:t>chup ho jatay hain abhi kai jagah fasad hue hain mamooli baaton ko le kar ke aur woh</w:t>
      </w:r>
    </w:p>
    <w:p>
      <w:pPr>
        <w:jc w:val="right"/>
      </w:pPr>
      <w:r>
        <w:t>چپ ہو جاتے ہیں ابھی کئی جگہ فساد ہوئے ہیں معمولی باتوں کو لے کر کے اور وہ</w:t>
      </w:r>
    </w:p>
    <w:p>
      <w:r>
        <w:rPr>
          <w:b/>
        </w:rPr>
        <w:t xml:space="preserve">[42:20] </w:t>
      </w:r>
      <w:r>
        <w:t>phir chup ho gaye dhoom machai dhoom machai phir chup ho gaye to kya faida</w:t>
      </w:r>
    </w:p>
    <w:p>
      <w:pPr>
        <w:jc w:val="right"/>
      </w:pPr>
      <w:r>
        <w:t>پھر چپ ہو گئے دھوم مچائی دھوم مچائی پھر چپ ہو گئے تو کیا فائدہ</w:t>
      </w:r>
    </w:p>
    <w:p>
      <w:r>
        <w:rPr>
          <w:b/>
        </w:rPr>
        <w:t xml:space="preserve">[42:27] </w:t>
      </w:r>
      <w:r>
        <w:t>yani mein aap akhbaron mein parhte hon ge ke mamooli baaton ko kahin christian ho raha hai is</w:t>
      </w:r>
    </w:p>
    <w:p>
      <w:pPr>
        <w:jc w:val="right"/>
      </w:pPr>
      <w:r>
        <w:t>یعنی میں اپ اخباروں میں پڑھتے ہوں گے کہ معمولی باتوں کو کہیں کیرستن ہو رہا ہے اس</w:t>
      </w:r>
    </w:p>
    <w:p>
      <w:r>
        <w:rPr>
          <w:b/>
        </w:rPr>
        <w:t xml:space="preserve">[42:33] </w:t>
      </w:r>
      <w:r>
        <w:t>peh hangama kar diya kahin</w:t>
      </w:r>
    </w:p>
    <w:p>
      <w:pPr>
        <w:jc w:val="right"/>
      </w:pPr>
      <w:r>
        <w:t>پہ ہنگامہ کر دیا کہیں</w:t>
      </w:r>
    </w:p>
    <w:p>
      <w:r>
        <w:rPr>
          <w:b/>
        </w:rPr>
        <w:t xml:space="preserve">[42:37] </w:t>
      </w:r>
      <w:r>
        <w:t>koi great chaturthi ki jaloos nikal raha hai is pe hangama kar diya ke diwali ka rang par</w:t>
      </w:r>
    </w:p>
    <w:p>
      <w:pPr>
        <w:jc w:val="right"/>
      </w:pPr>
      <w:r>
        <w:t>کوئی گریٹ چتورتی کی جلوس نکل رہا ہے اس پہ ہنگامہ کر دیا کہ دیوالی کا رنگ پڑ</w:t>
      </w:r>
    </w:p>
    <w:p>
      <w:r>
        <w:rPr>
          <w:b/>
        </w:rPr>
        <w:t xml:space="preserve">[42:42] </w:t>
      </w:r>
      <w:r>
        <w:t>gaya is pe hangama kar diya hota hai is ke baad hota kya hai buri sawadi goli chalti</w:t>
      </w:r>
    </w:p>
    <w:p>
      <w:pPr>
        <w:jc w:val="right"/>
      </w:pPr>
      <w:r>
        <w:t>گیا اس پہ ہنگامہ کر دیا ہوتا ہے اس کے بعد ہوتا کیا ہے بری سوادی گولی چلتی</w:t>
      </w:r>
    </w:p>
    <w:p>
      <w:r>
        <w:rPr>
          <w:b/>
        </w:rPr>
        <w:t xml:space="preserve">[42:47] </w:t>
      </w:r>
      <w:r>
        <w:t>hai log maray jatay hain phir chup chap barh jatay hain</w:t>
      </w:r>
    </w:p>
    <w:p>
      <w:pPr>
        <w:jc w:val="right"/>
      </w:pPr>
      <w:r>
        <w:t>ہے لوگ مارے جاتے ہیں پھر چپ چاپ بڑھ جاتے ہیں</w:t>
      </w:r>
    </w:p>
    <w:p>
      <w:r>
        <w:rPr>
          <w:b/>
        </w:rPr>
        <w:t xml:space="preserve">[42:50] </w:t>
      </w:r>
      <w:r>
        <w:t>wohi to hua yeh ke aisi cheezon ka ke khilaf dhoom machane ke uth jate hain jis ko khatam karne ki taqat nahi hai un ko to nazar andaz karo is ko is ko nazar andaz karo</w:t>
      </w:r>
    </w:p>
    <w:p>
      <w:pPr>
        <w:jc w:val="right"/>
      </w:pPr>
      <w:r>
        <w:t>وہی تو ہوا یہ کہ ایسی چیزوں کا کے خلاف دھوم مچانے کے اٹھ جاتے ہیں جس کو ختم کرنے کی طاقت نہیں ہے ان کو تو نظر انداز کرو اس کو اس کو نظر انداز کرو</w:t>
      </w:r>
    </w:p>
    <w:p>
      <w:r>
        <w:rPr>
          <w:b/>
        </w:rPr>
        <w:t xml:space="preserve">[43:11] </w:t>
      </w:r>
      <w:r>
        <w:t>ek sahib se meri mulaqat hui ek dafa fasaad ho gaya tha bihar mein</w:t>
      </w:r>
    </w:p>
    <w:p>
      <w:pPr>
        <w:jc w:val="right"/>
      </w:pPr>
      <w:r>
        <w:t>ایک صاحب سے میری ملاقات ہوئی ایک دفعہ فساد ہو گیا تھا بہار میں</w:t>
      </w:r>
    </w:p>
    <w:p>
      <w:r>
        <w:rPr>
          <w:b/>
        </w:rPr>
        <w:t xml:space="preserve">[43:18] </w:t>
      </w:r>
      <w:r>
        <w:t>to unhon ne kaha ke aise aise nare laga rahe the musalman mushtael ho gaye to us ke baad pathar pathar yani pathar mare gaye goli chali aur yeh hua hua aur teesra musalman itna nuqsan hua to mein ne kaha ke bhai woh nare agar laga rahe the to is tarah mushtael kyun ho gaye aap</w:t>
      </w:r>
    </w:p>
    <w:p>
      <w:pPr>
        <w:jc w:val="right"/>
      </w:pPr>
      <w:r>
        <w:t>تو انہوں نے کہا کہ ایسے ایسے نعرے لگا رہے تھے مسلمان مشتعل ہو گئے تو اس کے بعد پتھر پتھر یعنی پتھر مارے گئے گولی چلی اور یہ ہوا ہوا اور تیسرا مسلمان اتنا نقصان ہوا تو میں نے کہا کہ بھئی وہ نعرے اگر لگا رہے تھے تو اس طرح مشتعل کیوں ہو گئے اپ</w:t>
      </w:r>
    </w:p>
    <w:p>
      <w:r>
        <w:rPr>
          <w:b/>
        </w:rPr>
        <w:t xml:space="preserve">[43:44] </w:t>
      </w:r>
      <w:r>
        <w:t>mushtael kyun ho gaye</w:t>
      </w:r>
    </w:p>
    <w:p>
      <w:pPr>
        <w:jc w:val="right"/>
      </w:pPr>
      <w:r>
        <w:t>مشتعل کیوں ہو گئے</w:t>
      </w:r>
    </w:p>
    <w:p>
      <w:r>
        <w:rPr>
          <w:b/>
        </w:rPr>
        <w:t xml:space="preserve">[43:46] </w:t>
      </w:r>
      <w:r>
        <w:t>aap ziyada is ko ignore karte hain to woh jagah hai jis ka naam hai ek mahalla hai jis ka naam hai tatarpur market to woh nare laga rahe the ke tatar pur tatar pur karo khali unhon ne bataya mujhe ke woh nare laga rahe the jaloos wale ke tatar pur karo khali</w:t>
      </w:r>
    </w:p>
    <w:p>
      <w:pPr>
        <w:jc w:val="right"/>
      </w:pPr>
      <w:r>
        <w:t>اپ زیادہ اس کو اگنور کرتے ہیں تو وہ جگہ ہے جس کا نام ہے ایک محلہ ہے جس کا نام ہے تاتارپور مارکیٹ تو وہ نعرہ لگا رہے تھے کہ تاتار پر تاتار پور کرو خالی انہوں نے بتایا مجھے کہ وہ نعرے لگا رہے تھے جلوس والے کہ تاتار پور کرو خالی</w:t>
      </w:r>
    </w:p>
    <w:p>
      <w:r>
        <w:rPr>
          <w:b/>
        </w:rPr>
        <w:t xml:space="preserve">[44:14] </w:t>
      </w:r>
      <w:r>
        <w:t>to unhon ne kaha ke hum kaise is ko bardasht karte hain to mein ne poocha acha yeh bataiye ke aap ne bardasht nahi kiya aap lad gaye aur is mein goliyan chali kai log mare gaye curfew laga loote gaye phooke gaye yeh hua hua bohat nuqsan hua</w:t>
      </w:r>
    </w:p>
    <w:p>
      <w:pPr>
        <w:jc w:val="right"/>
      </w:pPr>
      <w:r>
        <w:t>تو انہوں نے کہا کہ ہم کیسے اس کو برداشت کرتے ہیں تو میں نے پوچھا اچھا یہ بتائیے کہ اپ نے برداشت نہیں کیا اپ لڑ گئے اور اس میں گولیاں چلیں کئی لوگ مارے گئے کرفیو لگا لوٹے گئے پھوکے گئے یہ ہوا ہوا بہت نقصان ہوا</w:t>
      </w:r>
    </w:p>
    <w:p>
      <w:r>
        <w:rPr>
          <w:b/>
        </w:rPr>
        <w:t xml:space="preserve">[44:33] </w:t>
      </w:r>
      <w:r>
        <w:t>to ab mujhe bataiye ke ab jab ke jab mile the woh is ko kai mahine ke baad ab mujhe bataiye ke tatar pur jo hai woh khali hoga musalmanon se ke abhi bhi musalman wahan hain tab kya kehte hain alhamdulillah ab bhi musalman hain wahan to mein ne phir mein ne kaha ke dekhiye jab unhon ne jaloos nikala aur nare lagaye tatar pur karo khali</w:t>
      </w:r>
    </w:p>
    <w:p>
      <w:pPr>
        <w:jc w:val="right"/>
      </w:pPr>
      <w:r>
        <w:t>تو اب مجھے بتائیے کہ اب جب کہ جب ملے تھے وہ اس کو کئی مہینے کے بعد اب مجھے بتائیے کہ تاتارپور جو ہے وہ خالی ہوگا مسلمانوں سے کہ ابھی بھی مسلمان وہاں ہیں تب کیا کہتے ہیں الحمدللہ اب بھی مسلمان ہیں وہاں تو میں نے پھر میں نے کہا کہ دیکھیے جب انہوں نے جلوس نکالا اور نعرے لگائے تاتار پور کرو خالی</w:t>
      </w:r>
    </w:p>
    <w:p>
      <w:r>
        <w:rPr>
          <w:b/>
        </w:rPr>
        <w:t xml:space="preserve">[44:59] </w:t>
      </w:r>
      <w:r>
        <w:t>phir police aai goliyan chali fasad hua phir bhi tatar pur ko woh musalman khali na kara sake</w:t>
      </w:r>
    </w:p>
    <w:p>
      <w:pPr>
        <w:jc w:val="right"/>
      </w:pPr>
      <w:r>
        <w:t>پھر پولیس ائی گولیاں چلیں فساد ہوا پھر بھی تاتار پور کو وہ مسلمان خالی نہ کرا سکے</w:t>
      </w:r>
    </w:p>
    <w:p>
      <w:r>
        <w:rPr>
          <w:b/>
        </w:rPr>
        <w:t xml:space="preserve">[45:07] </w:t>
      </w:r>
      <w:r>
        <w:t>to jis narah jo narah itna kamzor ho</w:t>
      </w:r>
    </w:p>
    <w:p>
      <w:pPr>
        <w:jc w:val="right"/>
      </w:pPr>
      <w:r>
        <w:t>تو جس نعرہ جو نعرہ اتنا کمزور ہو</w:t>
      </w:r>
    </w:p>
    <w:p>
      <w:r>
        <w:rPr>
          <w:b/>
        </w:rPr>
        <w:t xml:space="preserve">[45:11] </w:t>
      </w:r>
      <w:r>
        <w:t>is is par is par ghussa hone is par is par mushtael hone ki kya zaroorat hai</w:t>
      </w:r>
    </w:p>
    <w:p>
      <w:pPr>
        <w:jc w:val="right"/>
      </w:pPr>
      <w:r>
        <w:t>اس اس پر اس پر غصہ ہونے اس پر اس پر مشتعل ہونے کی کیا ضرورت ہے</w:t>
      </w:r>
    </w:p>
    <w:p>
      <w:r>
        <w:rPr>
          <w:b/>
        </w:rPr>
        <w:t xml:space="preserve">[45:17] </w:t>
      </w:r>
      <w:r>
        <w:t>yeh tatar pur karo khali ka narah itna be asar tha itna is ka be wazan tha ke</w:t>
      </w:r>
    </w:p>
    <w:p>
      <w:pPr>
        <w:jc w:val="right"/>
      </w:pPr>
      <w:r>
        <w:t>یہ تاتار پور کرو خالی کا نعرہ اتنا بے اثر تھا اتنا اس کا بے وزن تھا کہ</w:t>
      </w:r>
    </w:p>
    <w:p>
      <w:r>
        <w:rPr>
          <w:b/>
        </w:rPr>
        <w:t xml:space="preserve">[45:25] </w:t>
      </w:r>
      <w:r>
        <w:t>dhoom machane ke bawajood bhi musalmanon ko khali na kara saka woh</w:t>
      </w:r>
    </w:p>
    <w:p>
      <w:pPr>
        <w:jc w:val="right"/>
      </w:pPr>
      <w:r>
        <w:t>دھوم مچانے کے باوجود بھی مسلمانوں کو خالی نہ کرا سکا وہ</w:t>
      </w:r>
    </w:p>
    <w:p>
      <w:r>
        <w:rPr>
          <w:b/>
        </w:rPr>
        <w:t xml:space="preserve">[45:29] </w:t>
      </w:r>
      <w:r>
        <w:t>to aap mushtael kyun hote hain aap is ko nazar andaz kijiye is ko ignore kijiye yahi yahi yahi hikmat nahi jante musalman yeh wisdom musalman nahi jante is zamane ke</w:t>
      </w:r>
    </w:p>
    <w:p>
      <w:pPr>
        <w:jc w:val="right"/>
      </w:pPr>
      <w:r>
        <w:t>تو اپ مشتعل کیوں ہوتے ہیں اپ اس کو نظر انداز کیجئے اس کو اگنور کیجئے یہی یہی یہی حکمت نہیں جانتے مسلمان یہ وزڈم مسلمان نہیں جانتے اس زمانے کے</w:t>
      </w:r>
    </w:p>
    <w:p>
      <w:r>
        <w:rPr>
          <w:b/>
        </w:rPr>
        <w:t xml:space="preserve">[45:44] </w:t>
      </w:r>
      <w:r>
        <w:t>rasool allah salallaho alaihi wasallam ne is ki kitni bari misaal qaim ki thi ke kaaba kaaba ke bina mein agar farq kar diya jaye is ko bhi nazar andaz karo</w:t>
      </w:r>
    </w:p>
    <w:p>
      <w:pPr>
        <w:jc w:val="right"/>
      </w:pPr>
      <w:r>
        <w:t>رسول اللہ صلی اللہ علیہ وسلم نے اس کی کتنی بڑی مثال قائم کی تھی کہ کعبہ کعبہ کے بنا میں اگر فرق کر دیا جائے اس کو بھی نظر انداز کرو</w:t>
      </w:r>
    </w:p>
    <w:p>
      <w:r>
        <w:rPr>
          <w:b/>
        </w:rPr>
        <w:t xml:space="preserve">[45:58] </w:t>
      </w:r>
      <w:r>
        <w:t>taake tum bari kamyabi hasil kar sako</w:t>
      </w:r>
    </w:p>
    <w:p>
      <w:pPr>
        <w:jc w:val="right"/>
      </w:pPr>
      <w:r>
        <w:t>تاکہ تم بڑی کامیابی حاصل کر سکو</w:t>
      </w:r>
    </w:p>
    <w:p>
      <w:r>
        <w:rPr>
          <w:b/>
        </w:rPr>
        <w:t xml:space="preserve">[46:01] </w:t>
      </w:r>
      <w:r>
        <w:t>mein samajhta hoon ke is se bara koi waqia nahi ho sakta ke kaba jo hai itna muqaddas</w:t>
      </w:r>
    </w:p>
    <w:p>
      <w:pPr>
        <w:jc w:val="right"/>
      </w:pPr>
      <w:r>
        <w:t>میں سمجھتا ہوں کہ اس سے بڑا کوئی واقعہ نہیں ہو سکتا کہ کعبہ جو ہے اتنا مقدس</w:t>
      </w:r>
    </w:p>
    <w:p>
      <w:r>
        <w:rPr>
          <w:b/>
        </w:rPr>
        <w:t xml:space="preserve">[46:07] </w:t>
      </w:r>
      <w:r>
        <w:t>hai is ki is ki jo base hai woh is ko mushrikeen ki base par khara kar diya</w:t>
      </w:r>
    </w:p>
    <w:p>
      <w:pPr>
        <w:jc w:val="right"/>
      </w:pPr>
      <w:r>
        <w:t>ہے اس کی اس کی جو بیس ہے وہ اس کو مشرکین کی بیس پر کھڑا کر دیا</w:t>
      </w:r>
    </w:p>
    <w:p>
      <w:r>
        <w:rPr>
          <w:b/>
        </w:rPr>
        <w:t xml:space="preserve">[46:13] </w:t>
      </w:r>
      <w:r>
        <w:t>jaye bajaye ibrahimi base par aur phir bhi rasool Allah is ko nazar andaz karte hain is ko</w:t>
      </w:r>
    </w:p>
    <w:p>
      <w:pPr>
        <w:jc w:val="right"/>
      </w:pPr>
      <w:r>
        <w:t>جائے بجائے ابراہیمی بیس پر اور پھر بھی رسول اللہ اس کو نظر انداز کرتے ہیں اس کو</w:t>
      </w:r>
    </w:p>
    <w:p>
      <w:r>
        <w:rPr>
          <w:b/>
        </w:rPr>
        <w:t xml:space="preserve">[46:19] </w:t>
      </w:r>
      <w:r>
        <w:t>chhor dete hain waise hi</w:t>
      </w:r>
    </w:p>
    <w:p>
      <w:pPr>
        <w:jc w:val="right"/>
      </w:pPr>
      <w:r>
        <w:t>چھوڑ دیتے ہیں ویسے ہی</w:t>
      </w:r>
    </w:p>
    <w:p>
      <w:r>
        <w:rPr>
          <w:b/>
        </w:rPr>
        <w:t xml:space="preserve">[46:21] </w:t>
      </w:r>
      <w:r>
        <w:t>kyun ke agar is ko chhora jaye ga to sara mission jeopardize ho jaye ga</w:t>
      </w:r>
    </w:p>
    <w:p>
      <w:pPr>
        <w:jc w:val="right"/>
      </w:pPr>
      <w:r>
        <w:t>کیونکہ اگر اس کو چھوڑا جائے گا تو سارا مشن جبرٹائز ہو جائے گا</w:t>
      </w:r>
    </w:p>
    <w:p>
      <w:r>
        <w:rPr>
          <w:b/>
        </w:rPr>
        <w:t xml:space="preserve">[46:27] </w:t>
      </w:r>
      <w:r>
        <w:t>to yeh rasool Allah sal Allah aleh wasalam ne is tarah ke aur bhi waqiat hain</w:t>
      </w:r>
    </w:p>
    <w:p>
      <w:pPr>
        <w:jc w:val="right"/>
      </w:pPr>
      <w:r>
        <w:t>تو یہ رسول اللہ صلی اللہ علیہ وسلم نے اس طرح کے اور بھی واقعات ہیں</w:t>
      </w:r>
    </w:p>
    <w:p>
      <w:r>
        <w:rPr>
          <w:b/>
        </w:rPr>
        <w:t xml:space="preserve">[46:35] </w:t>
      </w:r>
      <w:r>
        <w:t>misal ke taur par jab muahida hudaybiya ka muahida ho raha tha</w:t>
      </w:r>
    </w:p>
    <w:p>
      <w:pPr>
        <w:jc w:val="right"/>
      </w:pPr>
      <w:r>
        <w:t>مثال کے طور پر جب معاہدہ حدیبیہ کا معاہدہ ہو رہا تھا</w:t>
      </w:r>
    </w:p>
    <w:p>
      <w:r>
        <w:rPr>
          <w:b/>
        </w:rPr>
        <w:t xml:space="preserve">[46:40] </w:t>
      </w:r>
      <w:r>
        <w:t>to us mein likha gaya tha Muhammad Rasool Allah ek fareeq ke liye doosra fareeq jo the woh quraish ke sardar the to quraish jo sardar the us waqt jo mushrik the unhon ne kaha ke aap lafz Rasool Allah mitaiye kyunke hum aap ko Rasool Allah nahi mante aap likhiye Muhammad bin Abdullah yani kaghaz jo kaghaz par paper par jo muahida ho raha tha</w:t>
      </w:r>
    </w:p>
    <w:p>
      <w:pPr>
        <w:jc w:val="right"/>
      </w:pPr>
      <w:r>
        <w:t>تو اس میں لکھا گیا تھا محمد رسول اللہ ایک فریق کے لیے دوسرا فریق جو تھے وہ قریش کے سردار تھے تو قریش جو سردار تھے اس وقت جو مشرک تھے انہوں نے کہا کہ اپ لفظ رسول اللہ مٹائیے کیونکہ ہم اپ کو رسول اللہ نہیں مانتے اپ لکھیے محمد بن عبداللہ یعنی کاغذ جو کاغذ پر پیپر پر جو معاہدہ ہو رہا تھا</w:t>
      </w:r>
    </w:p>
    <w:p>
      <w:r>
        <w:rPr>
          <w:b/>
        </w:rPr>
        <w:t xml:space="preserve">[47:08] </w:t>
      </w:r>
      <w:r>
        <w:t>to quraish ka sardar jo the us ne kaha ke hum muahida nahi karenge aap se jab tak aap lafz Rasool Allah ko mitayenge nahi to sahaba ghussa ho gaye un ka kaisa ho sakta hai aisa ho sakta hai hum to nahi mitayenge koi is mitane ke tayyar nahi hua to rasool allah ne poocha hazrat ali se hazrat ali ne bhi kaha ke mein to khud to mitau ga nahi Rasool Allah ka lafz to rasool allah ne poocha ke kahan hai kyunke aap Rasool Allah ummi the</w:t>
      </w:r>
    </w:p>
    <w:p>
      <w:pPr>
        <w:jc w:val="right"/>
      </w:pPr>
      <w:r>
        <w:t>تو قریش کا سردار جو تھے اس نے کہا کہ ہم معاہدہ نہیں کریں گے اپ سے جب تک اپ لفظ رسول اللہ کو مٹائیں گے نہیں تو صحابہ غصہ ہو گئے ان کا کیسا ہو سکتا ہے ایسا ہو سکتا ہے ہم تو نہیں مٹائیں گے کوئی اس مٹانے کے تیار نہیں ہوا تو رسول اللہ نے پوچھا حضرت علی سے حضرت علی نے بھی کہا کہ میں تو خود تو مٹاؤں گا نہیں رسول اللہ کا لفظ تو رسول اللہ نے پوچھا کہ کہاں ہے چونکہ اپ رسول اللہ امی تھے</w:t>
      </w:r>
    </w:p>
    <w:p>
      <w:r>
        <w:rPr>
          <w:b/>
        </w:rPr>
        <w:t xml:space="preserve">[47:37] </w:t>
      </w:r>
      <w:r>
        <w:t>pooch kar rasool allah ne khud apne hath se mita diya is ko kaha ke likho Muhammad bin Abdullah</w:t>
      </w:r>
    </w:p>
    <w:p>
      <w:pPr>
        <w:jc w:val="right"/>
      </w:pPr>
      <w:r>
        <w:t>پوچھ کر رسول اللہ نے خود اپنے ہاتھ سے مٹا دیا اس کو کہا کہ لکھو محمد بن عبداللہ</w:t>
      </w:r>
    </w:p>
    <w:p>
      <w:r>
        <w:rPr>
          <w:b/>
        </w:rPr>
        <w:t xml:space="preserve">[47:45] </w:t>
      </w:r>
      <w:r>
        <w:t>to zindagi mein yeh ek hikmat hai ke aap kuch baton ko nazar andaz kijiye kuch baton ko ignore kijiye basic se aur non basic se farq kijiye trivial issues mein aur ab basic issues mein farq kijiye tab aap ko bari kamyabi mile gi</w:t>
      </w:r>
    </w:p>
    <w:p>
      <w:pPr>
        <w:jc w:val="right"/>
      </w:pPr>
      <w:r>
        <w:t>تو زندگی میں یہ ایک حکمت ہے کہ اپ کچھ باتوں کو نظر انداز کیجئے کچھ باتوں کو اگنور کیجئے بیسک سے اور نان بیسک سے فرق کیجئے ٹریول ایشوز میں اور اب بیسک ایشوز میں فرق کیجئے تب اپ کو بڑی کامیابی ملے گی</w:t>
      </w:r>
    </w:p>
    <w:p>
      <w:r>
        <w:rPr>
          <w:b/>
        </w:rPr>
        <w:t xml:space="preserve">[48:06] </w:t>
      </w:r>
      <w:r>
        <w:t>warna nahi mil sakti hai</w:t>
      </w:r>
    </w:p>
    <w:p>
      <w:pPr>
        <w:jc w:val="right"/>
      </w:pPr>
      <w:r>
        <w:t>ورنہ نہیں مل سکتی ہے</w:t>
      </w:r>
    </w:p>
    <w:p>
      <w:r>
        <w:rPr>
          <w:b/>
        </w:rPr>
        <w:t xml:space="preserve">[48:12] </w:t>
      </w:r>
      <w:r>
        <w:t>to yeh hai maujooda zamane ke musalmanon ka masla jo hai kisi sazish ka masla nahi hai koi conspiracy ka masla nahi hai koi dushmani ka masla nahi hai yeh musalmanon ki khud apni ghlat policyon ko na di jaye yani muslims muslims are paying the price of their own</w:t>
      </w:r>
    </w:p>
    <w:p>
      <w:pPr>
        <w:jc w:val="right"/>
      </w:pPr>
      <w:r>
        <w:t>تو یہ ہے موجودہ زمانے کے مسلمانوں کا مسئلہ جو ہے کسی سازش کا مسئلہ نہیں ہے کوئی کانسپریسی کا مسئلہ نہیں ہے کوئی دشمنی کا مسئلہ نہیں ہے یہ مسلمانوں کی خود اپنی غلط پالیسیوں کو نہ دی جائے یعنی مسلمز مسلمز ار پینگ دا پرائس اف دیر اون</w:t>
      </w:r>
    </w:p>
    <w:p>
      <w:r>
        <w:rPr>
          <w:b/>
        </w:rPr>
        <w:t xml:space="preserve">[48:33] </w:t>
      </w:r>
      <w:r>
        <w:t>unwise policies</w:t>
      </w:r>
    </w:p>
    <w:p>
      <w:pPr>
        <w:jc w:val="right"/>
      </w:pPr>
      <w:r>
        <w:t>انوائز پالیسیز</w:t>
      </w:r>
    </w:p>
    <w:p>
      <w:r>
        <w:rPr>
          <w:b/>
        </w:rPr>
        <w:t xml:space="preserve">[48:37] </w:t>
      </w:r>
      <w:r>
        <w:t>present muslims are paying the price of their own unwise policies is zamane ke musalman jo hain khud apni ghair aqalmandana iqdamaat ka nateeja bhugat rahe hain na koi sazish hai na koi dushmani hai</w:t>
      </w:r>
    </w:p>
    <w:p>
      <w:pPr>
        <w:jc w:val="right"/>
      </w:pPr>
      <w:r>
        <w:t>پریزنٹ مسلمز ار پینگ دا پرائس اف دیر اون انوائز پالیسیز اس زمانے کے مسلمان جو ہیں خود اپنی غیر عاقلانہ اقدامات کا نتیجہ بھگت رہے ہیں نہ کوئی سازش ہے نہ کوئی دشمنی ہے</w:t>
      </w:r>
    </w:p>
    <w:p>
      <w:r>
        <w:rPr>
          <w:b/>
        </w:rPr>
        <w:t xml:space="preserve">[48:55] </w:t>
      </w:r>
      <w:r>
        <w:t>to yeh bohat bari hikmat hai jis ko quran mein sabr kaha gaya hai hadith mein sabr kaha gaya hai lekin sabr koi koi passive attitude ka naam</w:t>
      </w:r>
    </w:p>
    <w:p>
      <w:pPr>
        <w:jc w:val="right"/>
      </w:pPr>
      <w:r>
        <w:t>تو یہ بہت بڑی حکمت ہے جس کو قران میں صبر کہا گیا ہے حدیث میں صبر کہا گیا ہے لیکن صبر کوئی کوئی پیسو ایٹیٹیوڈ کا نام</w:t>
      </w:r>
    </w:p>
    <w:p>
      <w:r>
        <w:rPr>
          <w:b/>
        </w:rPr>
        <w:t xml:space="preserve">[49:05] </w:t>
      </w:r>
      <w:r>
        <w:t>nahi hai sabr koi munfa'il baat nahi hai sabr ka matlab yahi hai</w:t>
      </w:r>
    </w:p>
    <w:p>
      <w:pPr>
        <w:jc w:val="right"/>
      </w:pPr>
      <w:r>
        <w:t>نہیں ہے صبر کوئی منفعل بات نہیں ہے صبر کا مطلب یہی ہے</w:t>
      </w:r>
    </w:p>
    <w:p>
      <w:r>
        <w:rPr>
          <w:b/>
        </w:rPr>
        <w:t xml:space="preserve">[49:11] </w:t>
      </w:r>
      <w:r>
        <w:t>ke ke jo baat hai jo non basic hai is ko ignore karo non basic ko nazar andaz</w:t>
      </w:r>
    </w:p>
    <w:p>
      <w:pPr>
        <w:jc w:val="right"/>
      </w:pPr>
      <w:r>
        <w:t>کہ کہ جو بات ہے جو نان بیسک ہے اس کو اگنور کرو نان بیسک کو نظر انداز</w:t>
      </w:r>
    </w:p>
    <w:p>
      <w:r>
        <w:rPr>
          <w:b/>
        </w:rPr>
        <w:t xml:space="preserve">[49:17] </w:t>
      </w:r>
      <w:r>
        <w:t>karo taake tum bari kamyabi hasil kar sako to yeh hai wisdom</w:t>
      </w:r>
    </w:p>
    <w:p>
      <w:pPr>
        <w:jc w:val="right"/>
      </w:pPr>
      <w:r>
        <w:t>کرو تاکہ تم بڑی کامیابی حاصل کر سکو تو یہ ہے وزڈم</w:t>
      </w:r>
    </w:p>
    <w:p>
      <w:r>
        <w:rPr>
          <w:b/>
        </w:rPr>
        <w:t xml:space="preserve">[49:24] </w:t>
      </w:r>
      <w:r>
        <w:t>isi ko quran mein kaha gaya hai ke jis ko hikmat mili jis ko wisdom mila us ko</w:t>
      </w:r>
    </w:p>
    <w:p>
      <w:pPr>
        <w:jc w:val="right"/>
      </w:pPr>
      <w:r>
        <w:t>اسی کو قران میں کہا گیا ہے کہ جس کو حکمت ملی جس کو وزڈم ملا اس کو</w:t>
      </w:r>
    </w:p>
    <w:p>
      <w:r>
        <w:rPr>
          <w:b/>
        </w:rPr>
        <w:t xml:space="preserve">[49:30] </w:t>
      </w:r>
      <w:r>
        <w:t>sab se bari cheez mil gayi wisdom se bari koi cheez nahi</w:t>
      </w:r>
    </w:p>
    <w:p>
      <w:pPr>
        <w:jc w:val="right"/>
      </w:pPr>
      <w:r>
        <w:t>سب سے بڑی چیز مل گئی وزڈم سے بڑی کوئی چیز نہیں</w:t>
      </w:r>
    </w:p>
    <w:p>
      <w:r>
        <w:rPr>
          <w:b/>
        </w:rPr>
        <w:t xml:space="preserve">[49:35] </w:t>
      </w:r>
      <w:r>
        <w:t>meri dua hai ke Allah taala hum ko aur aap ko sahi rasta dikhaye aur akhirat mein hamein jannat naseeb kare aqool qawli haza wastaghfirullaha alaikum ajmaeen</w:t>
      </w:r>
    </w:p>
    <w:p>
      <w:pPr>
        <w:jc w:val="right"/>
      </w:pPr>
      <w:r>
        <w:t>میری دعا ہے کہ اللہ تعالی ہم کو اور اپ کو صحیح راستہ دکھائے اور اخرت میں ہمیں جنت نصیب کرے اقول قولیھذا واستغفراللہ علیکم اجمعین</w:t>
      </w:r>
    </w:p>
    <w:p>
      <w:r>
        <w:rPr>
          <w:b/>
        </w:rPr>
        <w:t xml:space="preserve">[50:01] </w:t>
      </w:r>
      <w:r>
        <w:t>maulana yeh sawal aaya hai karachi pakistan se miss samia latif ka unhone likha hai al risala jis islam ko aaj tamam insaniyat ke samne pesh kar raha hai woh quran aur sunnat wala islam hai magar dunya bhar ke musalmanon mein jo islam raaij hai woh ya to fazail wala islam hai ya masail wala islam hai</w:t>
      </w:r>
    </w:p>
    <w:p>
      <w:pPr>
        <w:jc w:val="right"/>
      </w:pPr>
      <w:r>
        <w:t>مولانا یہ سوال ایا ہے کراچی پاکستان سے مس سامیہ لطیف کا انہوں نے لکھا ہے الرسالہ جس اسلام کو اج تمام انسانیت کے سامنے پیش کر رہا ہے وہ قران اور سنت والا اسلام ہے مگر دنیا بھر کے مسلمانوں میں جو اسلام رائج ہے وہ یا تو فضائل والا اسلام ہے یا مسائل والا اسلام ہے</w:t>
      </w:r>
    </w:p>
    <w:p>
      <w:r>
        <w:rPr>
          <w:b/>
        </w:rPr>
        <w:t xml:space="preserve">[50:29] </w:t>
      </w:r>
      <w:r>
        <w:t>kyun ke aaj musalmanon ko jo islam mila hua hai is mein shikayat aur ehtejaj jama ho sakta hai is mein ghair qomon ko apna hreef aur dushman dushman banaya ja sakta hai is mein jannat sirf apne liye aur jahannum doosre ke liye hai is mein insaniyat ke sath dushmani ke bawajood jannat khatre mein nahi parta</w:t>
      </w:r>
    </w:p>
    <w:p>
      <w:pPr>
        <w:jc w:val="right"/>
      </w:pPr>
      <w:r>
        <w:t>کیونکہ اج مسلمانوں کو جو اسلام ملا ہوا ہے اس میں شکایت اور احتجاج جمع ہو سکتا ہے اس میں غیر قوموں کو اپنا حریف اور دشمن دشمن بنایا جا سکتا ہے اس میں جنت صرف اپنے لئے اور جہنم دوسرے کے لیے ہے اس میں انسانیت کے ساتھ دشمنی کے باوجود جنت خطرے میں نہیں پڑتا</w:t>
      </w:r>
    </w:p>
    <w:p>
      <w:r>
        <w:rPr>
          <w:b/>
        </w:rPr>
        <w:t xml:space="preserve">[50:59] </w:t>
      </w:r>
      <w:r>
        <w:t>al garaz zawal yafta musalmanon ki maujooda halat ko dekhte hue yeh kaha ja sakta hai ke agar jannat mein yahi musalman jayenge to phir jahannum ko khali hona chahiye kyun ke doosre log un se kam bure hain is ke bare mein aap kya kahenge</w:t>
      </w:r>
    </w:p>
    <w:p>
      <w:pPr>
        <w:jc w:val="right"/>
      </w:pPr>
      <w:r>
        <w:t>الغرض زوال یافتہ مسلمانوں کی موجودہ حالت کو دیکھتے ہوئے یہ کہا جا سکتا ہے کہ اگر جنت میں یہی مسلمان جائیں گے تو پھر جہنم کو خالی ہونا چاہیے کیونکہ دوسرے لوگ ان سے کم برے ہیں اس کے بارے میں اپ کیا کہیں گے</w:t>
      </w:r>
    </w:p>
    <w:p>
      <w:r>
        <w:rPr>
          <w:b/>
        </w:rPr>
        <w:t xml:space="preserve">[51:21] </w:t>
      </w:r>
      <w:r>
        <w:t>dekhiye ek hadith hai ke yeh</w:t>
      </w:r>
    </w:p>
    <w:p>
      <w:pPr>
        <w:jc w:val="right"/>
      </w:pPr>
      <w:r>
        <w:t>دیکھیے ایک حدیث ہے کہ یہ</w:t>
      </w:r>
    </w:p>
    <w:p>
      <w:r>
        <w:rPr>
          <w:b/>
        </w:rPr>
        <w:t xml:space="preserve">[51:28] </w:t>
      </w:r>
      <w:r>
        <w:t>mashhoor jo kitab hai hadith ki is mein aap dekh sakte hain ke badal islam mughriban wa saud kima bada fatubah lil ghuraba islam jab shuru hua to woh ajnabi tha ajnabi matlab stranger ki tarah tha</w:t>
      </w:r>
    </w:p>
    <w:p>
      <w:pPr>
        <w:jc w:val="right"/>
      </w:pPr>
      <w:r>
        <w:t>مشہور جو کتاب ہے حدیث کی اس میں اپ دیکھ سکتے ہیں کہ بدال الاسلام مغریبا وسعود کما بدا فتوبہ للغرباء اسلام جب شروع ہوا تو وہ اجنبی تھا اجنبی مطلب اسٹرینجر کی طرح تھا</w:t>
      </w:r>
    </w:p>
    <w:p>
      <w:r>
        <w:rPr>
          <w:b/>
        </w:rPr>
        <w:t xml:space="preserve">[51:51] </w:t>
      </w:r>
      <w:r>
        <w:t>islam jab shuru hua to ajnabi tha aur islam dobara ajnabi ho jayega pehle ki tarah to in log woh log mubarakbad ke mustahiq hain jo is baat wale daur mein islam ko dobara pehle wali halat par lane ki koshish karein</w:t>
      </w:r>
    </w:p>
    <w:p>
      <w:pPr>
        <w:jc w:val="right"/>
      </w:pPr>
      <w:r>
        <w:t>اسلام جب شروع ہوا تو اجنبی تھا اور اسلام دوبارہ اجنبی ہو جائے گا پہلے کی طرح تو ان لوگ وہ لوگ مبارکباد کے مستحق ہیں جو اس بات والے دور میں اسلام کو دوبارہ پہلے والی حالت پر لانے کی کوشش کریں</w:t>
      </w:r>
    </w:p>
    <w:p>
      <w:r>
        <w:rPr>
          <w:b/>
        </w:rPr>
        <w:t xml:space="preserve">[52:11] </w:t>
      </w:r>
      <w:r>
        <w:t>to dekhein agar doosron mein bigaad hai to aap yeh sochiye ke hamein itna bara mauqa mil raha hai ke bigaad ke daur mein hum islam ko dobara ahya karein is ko revive karein aur dobara is ko pehle wali halat par lane ki koshish karein to is pehlu ko dekhiye</w:t>
      </w:r>
    </w:p>
    <w:p>
      <w:pPr>
        <w:jc w:val="right"/>
      </w:pPr>
      <w:r>
        <w:t>تو دیکھیں اگر دوسروں میں بگاڑ ہے تو اپ یہ سوچیے کہ ہمیں اتنا بڑا موقع مل رہا ہے کہ بگاڑ کے دور میں ہم اسلام کو دوبارہ احیاء کریں اس کو ریوائیو کریں اور دوبارہ اس کو پہلے والی حالت پر لانے کی کوشش کریں تو اس پہلو کو دیکھیے</w:t>
      </w:r>
    </w:p>
    <w:p>
      <w:r>
        <w:rPr>
          <w:b/>
        </w:rPr>
        <w:t xml:space="preserve">[52:34] </w:t>
      </w:r>
      <w:r>
        <w:t>is pehlu ko</w:t>
      </w:r>
    </w:p>
    <w:p>
      <w:pPr>
        <w:jc w:val="right"/>
      </w:pPr>
      <w:r>
        <w:t>اس پہلو کو</w:t>
      </w:r>
    </w:p>
    <w:p>
      <w:r>
        <w:rPr>
          <w:b/>
        </w:rPr>
        <w:t xml:space="preserve">[52:37] </w:t>
      </w:r>
      <w:r>
        <w:t>yahi ek pehlu nahi hai muamle ka ke doosron logon ko to bigara gaya hai hadith ke</w:t>
      </w:r>
    </w:p>
    <w:p>
      <w:pPr>
        <w:jc w:val="right"/>
      </w:pPr>
      <w:r>
        <w:t>یہی ایک پہلو نہیں ہے معاملے کا کہ دوسروں لوگوں کو تو بگاڑ ا گیا ہے حدیث کے</w:t>
      </w:r>
    </w:p>
    <w:p>
      <w:r>
        <w:rPr>
          <w:b/>
        </w:rPr>
        <w:t xml:space="preserve">[52:43] </w:t>
      </w:r>
      <w:r>
        <w:t>mutabiq aisa hona hi hona tha kyun ke dekhiye yeh hai</w:t>
      </w:r>
    </w:p>
    <w:p>
      <w:pPr>
        <w:jc w:val="right"/>
      </w:pPr>
      <w:r>
        <w:t>مطابق ایسا ہونا ہی ہونا تھا کیونکہ دیکھیے یہ ہے</w:t>
      </w:r>
    </w:p>
    <w:p>
      <w:r>
        <w:rPr>
          <w:b/>
        </w:rPr>
        <w:t xml:space="preserve">[52:49] </w:t>
      </w:r>
      <w:r>
        <w:t>is ka sabab hai woh hai law of generation</w:t>
      </w:r>
    </w:p>
    <w:p>
      <w:pPr>
        <w:jc w:val="right"/>
      </w:pPr>
      <w:r>
        <w:t>اس کا سبب ہے وہ ہے لاء اف جنریشن</w:t>
      </w:r>
    </w:p>
    <w:p>
      <w:r>
        <w:rPr>
          <w:b/>
        </w:rPr>
        <w:t xml:space="preserve">[52:53] </w:t>
      </w:r>
      <w:r>
        <w:t>law of degeneration</w:t>
      </w:r>
    </w:p>
    <w:p>
      <w:pPr>
        <w:jc w:val="right"/>
      </w:pPr>
      <w:r>
        <w:t>لاء اف ڈی جنریشن</w:t>
      </w:r>
    </w:p>
    <w:p>
      <w:r>
        <w:rPr>
          <w:b/>
        </w:rPr>
        <w:t xml:space="preserve">[52:56] </w:t>
      </w:r>
      <w:r>
        <w:t>is ka sabab hai law of degeneration yani qanoon zawal</w:t>
      </w:r>
    </w:p>
    <w:p>
      <w:pPr>
        <w:jc w:val="right"/>
      </w:pPr>
      <w:r>
        <w:t>اس کا سبب ہے لاء اف ڈی جنریشن یعنی قانون زوال</w:t>
      </w:r>
    </w:p>
    <w:p>
      <w:r>
        <w:rPr>
          <w:b/>
        </w:rPr>
        <w:t xml:space="preserve">[53:03] </w:t>
      </w:r>
      <w:r>
        <w:t>to</w:t>
      </w:r>
    </w:p>
    <w:p>
      <w:pPr>
        <w:jc w:val="right"/>
      </w:pPr>
      <w:r>
        <w:t>تو</w:t>
      </w:r>
    </w:p>
    <w:p>
      <w:r>
        <w:rPr>
          <w:b/>
        </w:rPr>
        <w:t xml:space="preserve">[53:04] </w:t>
      </w:r>
      <w:r>
        <w:t>yeh hamesha aisa hota hai har qom mein koi musalmanon ka exception nahi hai ke qomein zawal ka shikar hoti hain</w:t>
      </w:r>
    </w:p>
    <w:p>
      <w:pPr>
        <w:jc w:val="right"/>
      </w:pPr>
      <w:r>
        <w:t>یہ ہمیشہ ایسا ہوتا ہے ہر قوم میں کوئی مسلمانوں کا ایکسیپشن نہیں ہے کہ قومیں زوال کا شکار ہوتی ہیں</w:t>
      </w:r>
    </w:p>
    <w:p>
      <w:r>
        <w:rPr>
          <w:b/>
        </w:rPr>
        <w:t xml:space="preserve">[53:15] </w:t>
      </w:r>
      <w:r>
        <w:t>baad ke zamane mein har qom par zawal aata hai to musalmanon ka is mamle mein exception nahi hai in mein zawal aaya hai isi ki taraf rasool Allah ne peshgi taur par hamein khabar kar diya tha ab hamara kaam kya hai</w:t>
      </w:r>
    </w:p>
    <w:p>
      <w:pPr>
        <w:jc w:val="right"/>
      </w:pPr>
      <w:r>
        <w:t>بعد کے زمانے میں ہر قوم پر زوال اتا ہے تو مسلمانوں کا اس معاملے میں ایکسیپشن نہیں ہے ان میں زوال ایا ہے اسی کی طرف رسول اللہ نے پیشگی طور پر ہمیں خبر کر دیا تھا اب ہمارا کام کیا ہے</w:t>
      </w:r>
    </w:p>
    <w:p>
      <w:r>
        <w:rPr>
          <w:b/>
        </w:rPr>
        <w:t xml:space="preserve">[53:32] </w:t>
      </w:r>
      <w:r>
        <w:t>Allah ne agar hum ko yeh yeh samajh di hai ke sahi islam kya hai aur zawal yafta islam kya hai to hum ahya ki koshish karein is ko revive karne ki koshish karein aur Allah taala ka jo reward hai us ko hasil karein is tarah mein khwahish se sochna chahiye is mamle mein</w:t>
      </w:r>
    </w:p>
    <w:p>
      <w:pPr>
        <w:jc w:val="right"/>
      </w:pPr>
      <w:r>
        <w:t>اللہ نے اگر ہم کو یہ یہ سمجھ دی ہے کہ صحیح اسلام کیا ہے اور زوال یافتہ اسلام کیا ہے تو ہم احیاء کی کوشش کریں اس کو ریوائیو کرنے کی کوشش کریں اور اللہ تعالی کا جو ریوارڈ ہے اس کو حاصل کریں اس طرح میں خواہش سے سوچنا چاہیے اس معاملے میں</w:t>
      </w:r>
    </w:p>
    <w:p>
      <w:r>
        <w:rPr>
          <w:b/>
        </w:rPr>
        <w:t xml:space="preserve">[54:02] </w:t>
      </w:r>
      <w:r>
        <w:t>maulana agla sawal dilli se hai miss raziya siddiqui ka unhone likha hai at the spur of the moment one is not able to identify an issue as trivial and ends up reacting how can we cultivate this ability to identify an issue as trivial and learn to ignore</w:t>
      </w:r>
    </w:p>
    <w:p>
      <w:pPr>
        <w:jc w:val="right"/>
      </w:pPr>
      <w:r>
        <w:t>مولانا اگلا سوال دلی سے ہے مس راضیہ صدیقی کا انہوں نے لکھا ہے ایٹ دا سپر اف دا مومنٹ ون از ناٹ ایبل ٹو ائیڈینٹیفائی این ایشو ایز ٹریول اینڈ اینڈز اپ ری ایکٹنگ ہاؤ کین وی کلٹیویٹ دس ایبیلیٹی ٹو ائیڈینٹیفائی این ایشو ایز ٹریول اینڈ لرن ٹو اگنور</w:t>
      </w:r>
    </w:p>
    <w:p>
      <w:r>
        <w:rPr>
          <w:b/>
        </w:rPr>
        <w:t xml:space="preserve">[54:29] </w:t>
      </w:r>
      <w:r>
        <w:t>dekhiye yeh sawal jo hai bohat aham hai lekin do halatein hain ek hai ke abhi masla bilkul naya paida hua ho abhi aap jante hi na hon ke is masle mein agar hum uljhein to kya result milega</w:t>
      </w:r>
    </w:p>
    <w:p>
      <w:pPr>
        <w:jc w:val="right"/>
      </w:pPr>
      <w:r>
        <w:t>دیکھیے یہ سوال جو ہے بہت اہم ہے لیکن دو حالتیں ہیں ایک ہے کہ ابھی مسئلہ بالکل نیا پیدا ہوا ہو ابھی اپ جانتے ہی نہ ہوں کہ اس مسئلے میں اگر ہم الجھیں تو کیا رزلٹ ملے گا</w:t>
      </w:r>
    </w:p>
    <w:p>
      <w:r>
        <w:rPr>
          <w:b/>
        </w:rPr>
        <w:t xml:space="preserve">[54:48] </w:t>
      </w:r>
      <w:r>
        <w:t>tab to aap ke liye goya excuse hai lekin ek kaam aisa masla jo bar bar paida ho kar ke bar bar paida hua aur musalman is mein involve hue aur nateeja bhi samne aaya ulta nateeja ab kya jo excuse hai maslan yeh masla dekhiye rasool Allah ki shan mein gustakhi wala</w:t>
      </w:r>
    </w:p>
    <w:p>
      <w:pPr>
        <w:jc w:val="right"/>
      </w:pPr>
      <w:r>
        <w:t>تب تو اپ کے لیے گویا ایکسکیوز ہے لیکن ایک کام ایسا مسئلہ جو بار بار پیدا ہو کر کے بار بار پیدا ہوا اور مسلمان اس میں انوالو ہوئے اور نتیجہ بھی سامنے ایا الٹا نتیجہ اب کیا جو ایکسکیوز ہے مثلا یہ مسئلہ دیکھیے رسول اللہ کی شان میں گستاخی والا</w:t>
      </w:r>
    </w:p>
    <w:p>
      <w:r>
        <w:rPr>
          <w:b/>
        </w:rPr>
        <w:t xml:space="preserve">[55:12] </w:t>
      </w:r>
      <w:r>
        <w:t>ek bar nahi bar bar yeh masla paida hua aur is par logon ne hangame kiye yani aur peeche chale jaiye peeche chale jaiye aath sau saal pehle imam taybah ne kitab likhi al sarim al batur ala shatib al rasool kya is se masla khatam ho gaya jo gustakhi kare us ko maar dalo</w:t>
      </w:r>
    </w:p>
    <w:p>
      <w:pPr>
        <w:jc w:val="right"/>
      </w:pPr>
      <w:r>
        <w:t>ایک بار نہیں بار بار یہ مسئلہ پیدا ہوا اور اس پر لوگوں نے ہنگامے کیے یعنی اور پیچھے چلے جائیے پیچھے چلے جائیے اٹھ سو سال پہلے امام طیبہ نے کتاب لکھی الصارم البسطور علی شاطب الرسول کیا اس سے مسئلہ ختم ہو گیا جو گستاخی کرے اس کو مار ڈالو</w:t>
      </w:r>
    </w:p>
    <w:p>
      <w:r>
        <w:rPr>
          <w:b/>
        </w:rPr>
        <w:t xml:space="preserve">[55:39] </w:t>
      </w:r>
      <w:r>
        <w:t>to kya us waqt bhi hangame unhone bhi durust ek ek ek ek bheedhe ka aktha keti sultan ke paas le gaye the us ko us ke khilaf us waqt bheed uthi thi karne ke liye aath sau saal pehle ka yeh waqia hai ke us zamane mein ek christian ne kiya kiya woh pata nahi aaj tak kitab mein yeh likha hua nahi hai ke kiya kiya tha us ne</w:t>
      </w:r>
    </w:p>
    <w:p>
      <w:pPr>
        <w:jc w:val="right"/>
      </w:pPr>
      <w:r>
        <w:t>تو کیا اس وقت بھی ہنگام انہوں نے بھی درست ایک ایک ایک ایک بھیڑے کا اکٹھا کیتی سلطان کے پاس لے گئے تھے اس کو اس کے خلاف اس وقت بھیڑ اٹھی تھی کرنے کے لیے اٹھ سو سال پہلے کا یہ واقعہ ہے کہ اس زمانے میں ایک کرسچن نے کیا کیا وہ پتہ نہیں اج تک کتاب میں یہ لکھا ہوا نہیں ہے کہ کیا کیا تھا اس نے</w:t>
      </w:r>
    </w:p>
    <w:p>
      <w:r>
        <w:rPr>
          <w:b/>
        </w:rPr>
        <w:t xml:space="preserve">[56:03] </w:t>
      </w:r>
      <w:r>
        <w:t>musalmanon ne kaha ke us ne gustakhi ki hai aur bheed khadi ki us ko aur kitab likhi gayi phir aur kai kitabein likhi gayi aur mazameen likhe gaye aaj tak gama jari hai mujhe bataiye ke kya khatam hua woh balkeh us waqt agar ek feesad tha to aaj hundred feesad hai us ke muqable mein aaj bohat zyada to jab bar bar yeh pata chal gaya ke is hangame se kuch milta nahi hai ulta hamari be</w:t>
      </w:r>
    </w:p>
    <w:p>
      <w:pPr>
        <w:jc w:val="right"/>
      </w:pPr>
      <w:r>
        <w:t>مسلمانوں نے کہا کہ اس نے گستاخی کی ہے اور بھیڑ کھڑی کی اس کو اور کتاب لکھی گئی پھر اور کئی کتابیں لکھی گئیں اور مضامین لکھے گئے اج تک گاما جاری ہے مجھے بتائیے کہ کیا ختم ہوا وہ بلکہ اس وقت اگر ایک فیصد تھا تو اج ہنڈرڈ فیصد ہے اس کے مقابلے میں اج بہت زیادہ تو جب بار بار یہ پتہ چل گیا کہ اس ہنگامے سے کچھ ملتا نہیں ہے الٹا ہماری بے</w:t>
      </w:r>
    </w:p>
    <w:p>
      <w:r>
        <w:rPr>
          <w:b/>
        </w:rPr>
        <w:t xml:space="preserve">[56:32] </w:t>
      </w:r>
      <w:r>
        <w:t>izati hoti hai to ab ab kya excuse kya hai ab kya excuse hai to dekhein us waqt jab ke abhi woh masla naya naya ho tab to excuse ho sakta hai lekin woh masla jab naya na rahe balkeh bar bar paida hua aur bar bar us ke khilaf khade hue musalman aur ulta nateeja nikalta raha ab to koi excuse nahi</w:t>
      </w:r>
    </w:p>
    <w:p>
      <w:pPr>
        <w:jc w:val="right"/>
      </w:pPr>
      <w:r>
        <w:t>عزتی ہوتی ہے تو اب اب کیا ایکسکیوز کیا ہے اب کیا ایکسکیوز ہے تو دیکھیں اس وقت جب کہ ابھی وہ مسئلہ نیا نیا ہو تب تو ایکسکیوز ہو سکتا ہے لیکن وہ مسئلہ جب نیا نہ رہے بلکہ بار بار پیدا ہوا اور بار بار اس کے خلاف کھڑے ہوئے مسلمان اور الٹا نتیجہ نکلتا رہا اب تو کوئی ایکسکیوز نہیں</w:t>
      </w:r>
    </w:p>
    <w:p>
      <w:r>
        <w:rPr>
          <w:b/>
        </w:rPr>
        <w:t xml:space="preserve">[56:58] </w:t>
      </w:r>
      <w:r>
        <w:t>isi liye hadith mein hai ke al momin la yuladugh min juhrin murtayn ek momin kisi bil se do bar nahi dasa jata is ka matlab yeh hai ke pehli bar to excuse hai ke hum ko pata nahi tha ke bil mein kya hai doosri bar ke liye koi excuse nahi is hadith ka matlab yahi hai ke ek bil hai is mein kya hai hamein pata nahi hai</w:t>
      </w:r>
    </w:p>
    <w:p>
      <w:pPr>
        <w:jc w:val="right"/>
      </w:pPr>
      <w:r>
        <w:t>اسی لیے حدیث میں ہے کہ المومنوں لایلو منجور مرتین ایک مومن کسی بل سے دو بار نہیں ڈسا جاتا اس کا مطلب یہ ہے کہ پہلی بار تو ایکسکیوز ہے کہ ہم کو پتہ نہیں تھا کہ بل میں کیا ہے دوسری بار کے لیے کوئی ایکسکیوز نہیں اس حدیث کا مطلب یہی ہے کہ ایک بل ہے اس میں کیا ہے ہمیں پتہ نہیں ہے</w:t>
      </w:r>
    </w:p>
    <w:p>
      <w:r>
        <w:rPr>
          <w:b/>
        </w:rPr>
        <w:t xml:space="preserve">[57:26] </w:t>
      </w:r>
      <w:r>
        <w:t>ek bar hath mein daal diya us par lekin is mein saanp tha aur kaat liya us ne to dobara us bil mein hath dalne ka koi excuse nahi rehta to musalman do bar ka do hazar bar ka yahi kaam kar kar chuke hain to main samajhta hoon ke yeh sawal bilkul sahi hai lekin yeh sawal us waqt hai jab ke masla pehli bar paida hua ho</w:t>
      </w:r>
    </w:p>
    <w:p>
      <w:pPr>
        <w:jc w:val="right"/>
      </w:pPr>
      <w:r>
        <w:t>ایک بار ہاتھ میں ڈال دیا اس پر لیکن اس میں سانپ تھا اور کاٹ لیا اس نے تو دوبارہ اس بل میں ہاتھ ڈالنے کا کوئی ایکسکیوز نہیں رہتا تو مسلمان دو بار کا دو ہزار بار کا یہی کام کر کر چکے ہیں تو میں سمجھتا ہوں کہ یہ سوال بالکل صحیح ہے لیکن یہ سوال اس وقت ہے جب کہ مسئلہ پہلی بار پیدا ہوا ہو</w:t>
      </w:r>
    </w:p>
    <w:p>
      <w:r>
        <w:rPr>
          <w:b/>
        </w:rPr>
        <w:t xml:space="preserve">[57:51] </w:t>
      </w:r>
      <w:r>
        <w:t>ab bar bar jab masla paida hua aur bar bar is ka result samne aaya tab koi excuse nahi hai</w:t>
      </w:r>
    </w:p>
    <w:p>
      <w:pPr>
        <w:jc w:val="right"/>
      </w:pPr>
      <w:r>
        <w:t>اب بار بار جب مسئلہ پیدا ہوا اور بار بار اس کا رزلٹ سامنے ایا تب کوئی ایکسکیوز نہیں ہے</w:t>
      </w:r>
    </w:p>
    <w:p>
      <w:r>
        <w:rPr>
          <w:b/>
        </w:rPr>
        <w:t xml:space="preserve">[58:01] </w:t>
      </w:r>
      <w:r>
        <w:t>maulana agla sawal tamil nadu se hai maulana farhad salfi umri sahib ka unhone likha hai maulana musalmanon ka fi waqt khamosh rehna kya ise sabr kaha ja sakta hai yeh sabr nahi hai</w:t>
      </w:r>
    </w:p>
    <w:p>
      <w:pPr>
        <w:jc w:val="right"/>
      </w:pPr>
      <w:r>
        <w:t>مولانا اگلا سوال تمل ناڈو سے ہے مولانا فرحد سلفی عمری صاحب کا انہوں نے لکھا ہے مولانا مسلمانوں کا فی الوقت خاموش رہنا کیا اسے صبر کہا جا سکتا ہے یہ صبر نہیں ہے</w:t>
      </w:r>
    </w:p>
    <w:p>
      <w:r>
        <w:rPr>
          <w:b/>
        </w:rPr>
        <w:t xml:space="preserve">[58:19] </w:t>
      </w:r>
      <w:r>
        <w:t>yeh to yeh sabr harghiz nahi hai</w:t>
      </w:r>
    </w:p>
    <w:p>
      <w:pPr>
        <w:jc w:val="right"/>
      </w:pPr>
      <w:r>
        <w:t>یہ تو یہ صبر ہرگز نہیں ہے</w:t>
      </w:r>
    </w:p>
    <w:p>
      <w:r>
        <w:rPr>
          <w:b/>
        </w:rPr>
        <w:t xml:space="preserve">[58:26] </w:t>
      </w:r>
      <w:r>
        <w:t>yeh to is liye musalman chup ho gaye hain ke interest in ka khatre mein par gaya apne interest ko khatre mein padne tak dekh kar chup ho gaye yeh to munafiqat hai sabr naam hai is chup hone ka jahan aap bator usool chup hon bator principle chup hon aap aik aik bohat socha samjha principle ho ke</w:t>
      </w:r>
    </w:p>
    <w:p>
      <w:pPr>
        <w:jc w:val="right"/>
      </w:pPr>
      <w:r>
        <w:t>یہ تو اس لیے مسلمان چپ ہو گئے ہیں کہ انٹرسٹ ان کا خطرے میں پڑ گیا اپنے انٹرسٹ کو خطرے میں پڑنے تک دیکھ کر چپ ہو گئے یہ تو منافقت ہے صبر نام ہے اس چپ ہونے کا جہاں اپ بطور اصول چپ ہوں بطور پرنسپل چپ ہوں اپ ایک ایک بہت سوچا سمجھا پرنسپل ہو کہ</w:t>
      </w:r>
    </w:p>
    <w:p>
      <w:r>
        <w:rPr>
          <w:b/>
        </w:rPr>
        <w:t xml:space="preserve">[58:54] </w:t>
      </w:r>
      <w:r>
        <w:t>tak chup hoon to woh sabr hai yeh jo musalman jagah chup ho jate hain yeh to yeh</w:t>
      </w:r>
    </w:p>
    <w:p>
      <w:pPr>
        <w:jc w:val="right"/>
      </w:pPr>
      <w:r>
        <w:t>تک چپ ہوں تو وہ صبر ہے یہ جو مسلمان جگہ چپ ہو جاتے ہیں یہ تو یہ</w:t>
      </w:r>
    </w:p>
    <w:p>
      <w:r>
        <w:rPr>
          <w:b/>
        </w:rPr>
        <w:t xml:space="preserve">[58:58] </w:t>
      </w:r>
      <w:r>
        <w:t>to munafiqat hai yeh shorgol kya hangama kya nuqsan hua mare peete gaye</w:t>
      </w:r>
    </w:p>
    <w:p>
      <w:pPr>
        <w:jc w:val="right"/>
      </w:pPr>
      <w:r>
        <w:t>تو منافقت ہے یہ شورگول کیا ہنگامہ کیا نقصان ہوا مارے پیٹے گئے</w:t>
      </w:r>
    </w:p>
    <w:p>
      <w:r>
        <w:rPr>
          <w:b/>
        </w:rPr>
        <w:t xml:space="preserve">[59:05] </w:t>
      </w:r>
      <w:r>
        <w:t>bohat se musalman mare gaye hain is hangame mein</w:t>
      </w:r>
    </w:p>
    <w:p>
      <w:pPr>
        <w:jc w:val="right"/>
      </w:pPr>
      <w:r>
        <w:t>بہت سے مسلمان مارے گئے ہیں اس ہنگامے میں</w:t>
      </w:r>
    </w:p>
    <w:p>
      <w:r>
        <w:rPr>
          <w:b/>
        </w:rPr>
        <w:t xml:space="preserve">[59:09] </w:t>
      </w:r>
      <w:r>
        <w:t>logon ke naujawan bachche maar dalen ge to aap kehte hain are bhai chhor chhor chhor chhor is</w:t>
      </w:r>
    </w:p>
    <w:p>
      <w:pPr>
        <w:jc w:val="right"/>
      </w:pPr>
      <w:r>
        <w:t>لوگوں کے نوجوان بچے مار ڈالیں گے تو اپ کہتے ہیں ارے بھائی چھوڑ چھوڑ چھوڑ چھوڑ اس</w:t>
      </w:r>
    </w:p>
    <w:p>
      <w:r>
        <w:rPr>
          <w:b/>
        </w:rPr>
        <w:t xml:space="preserve">[59:15] </w:t>
      </w:r>
      <w:r>
        <w:t>ko chhor is ko to aap kya keh rahe hain is faida ab jo chup hui hain musalman</w:t>
      </w:r>
    </w:p>
    <w:p>
      <w:pPr>
        <w:jc w:val="right"/>
      </w:pPr>
      <w:r>
        <w:t>کو چھوڑ اس کو تو اپ کیا کہہ رہے ہیں اس فائدہ اب جو چپ ہوئی ہیں مسلمان</w:t>
      </w:r>
    </w:p>
    <w:p>
      <w:r>
        <w:rPr>
          <w:b/>
        </w:rPr>
        <w:t xml:space="preserve">[59:20] </w:t>
      </w:r>
      <w:r>
        <w:t>bilashuba munafiqana khamoshi hai woh woh islami khamoshi nahi hai woh</w:t>
      </w:r>
    </w:p>
    <w:p>
      <w:pPr>
        <w:jc w:val="right"/>
      </w:pPr>
      <w:r>
        <w:t>بلاشبہ منافقانہ خاموشی ہے وہ وہ اسلامی خاموشی نہیں ہے وہ</w:t>
      </w:r>
    </w:p>
    <w:p>
      <w:r>
        <w:rPr>
          <w:b/>
        </w:rPr>
        <w:t xml:space="preserve">[59:27] </w:t>
      </w:r>
      <w:r>
        <w:t>islami khamoshi to hoti hai</w:t>
      </w:r>
    </w:p>
    <w:p>
      <w:pPr>
        <w:jc w:val="right"/>
      </w:pPr>
      <w:r>
        <w:t>اسلامی خاموشی تو ہوتی ہے</w:t>
      </w:r>
    </w:p>
    <w:p>
      <w:r>
        <w:rPr>
          <w:b/>
        </w:rPr>
        <w:t xml:space="preserve">[59:29] </w:t>
      </w:r>
      <w:r>
        <w:t>jab ke aap chup hon</w:t>
      </w:r>
    </w:p>
    <w:p>
      <w:pPr>
        <w:jc w:val="right"/>
      </w:pPr>
      <w:r>
        <w:t>جب کہ اپ چپ ہوں</w:t>
      </w:r>
    </w:p>
    <w:p>
      <w:r>
        <w:rPr>
          <w:b/>
        </w:rPr>
        <w:t xml:space="preserve">[59:32] </w:t>
      </w:r>
      <w:r>
        <w:t>principal ke taur par usool ke taur par aur</w:t>
      </w:r>
    </w:p>
    <w:p>
      <w:pPr>
        <w:jc w:val="right"/>
      </w:pPr>
      <w:r>
        <w:t>پرنسپل کے طور پر اصول کے طور پر اور</w:t>
      </w:r>
    </w:p>
    <w:p>
      <w:r>
        <w:rPr>
          <w:b/>
        </w:rPr>
        <w:t xml:space="preserve">[59:35] </w:t>
      </w:r>
      <w:r>
        <w:t>jab interest aap ka khatre mein pad jaye aur chup ho jaye to yeh to munafiqat hai is ki koi value na dunya mein na akhirat mein</w:t>
      </w:r>
    </w:p>
    <w:p>
      <w:pPr>
        <w:jc w:val="right"/>
      </w:pPr>
      <w:r>
        <w:t>جب انٹرسٹ اپ کا خطرے میں پڑ جائے اور چپ ہو جائے تو یہ تو منافقت ہے اس کی کوئی ویلیو نہ دنیا میں نہ اخرت میں</w:t>
      </w:r>
    </w:p>
    <w:p>
      <w:r>
        <w:rPr>
          <w:b/>
        </w:rPr>
        <w:t xml:space="preserve">[59:46] </w:t>
      </w:r>
      <w:r>
        <w:t>maulana agla sawal karachi pakistan se hai abdul latif sahib ka</w:t>
      </w:r>
    </w:p>
    <w:p>
      <w:pPr>
        <w:jc w:val="right"/>
      </w:pPr>
      <w:r>
        <w:t>مولانا اگلا سوال کراچی پاکستان سے ہے عبداللطیف صاحب کا</w:t>
      </w:r>
    </w:p>
    <w:p>
      <w:r>
        <w:rPr>
          <w:b/>
        </w:rPr>
        <w:t xml:space="preserve">[59:51] </w:t>
      </w:r>
      <w:r>
        <w:t>unhon ne likha hai agar insan akhirat ko apna concern banata hai aur sara focus usi ki taraf karta hai to phir dunya aur dunya aur is ki taraqqi reh jati hai aur agar sara focus dunya aur sainsi uloom mein lagata hai to phir phir akhirat ke liye kuch karne ka waqt nahi milta</w:t>
      </w:r>
    </w:p>
    <w:p>
      <w:pPr>
        <w:jc w:val="right"/>
      </w:pPr>
      <w:r>
        <w:t>انہوں نے لکھا ہے اگر انسان اخرت کو اپنا کنسرن بناتا ہے اور سارا فوکس اسی کی طرف کرتا ہے تو پھر دنیا اور دنیا اور اس کی ترقی رہ جاتی ہے اور اگر سارا فوکس دنیا اور سائنسی علوم میں لگاتا ہے تو پھر پھر اخرت کے لیے کچھ کرنے کا وقت نہیں ملتا</w:t>
      </w:r>
    </w:p>
    <w:p>
      <w:r>
        <w:rPr>
          <w:b/>
        </w:rPr>
        <w:t xml:space="preserve">[1:00:18] </w:t>
      </w:r>
      <w:r>
        <w:t>yani insan ya to dunya ki taraqqi karega ya woh akhirat ki taraf mutawajjah hoga kyunke insan do cheezon ko nahi kar sakta is ke baray mein aap kya kahenge yeh dekhiye aisa nahi hai islam mein rehbaniyat nahi hai islam mein jo hai woh ke dunya ke jo mashagil hain jo karobar hain woh karte hue un ke douran allah ko yaad rakhna</w:t>
      </w:r>
    </w:p>
    <w:p>
      <w:pPr>
        <w:jc w:val="right"/>
      </w:pPr>
      <w:r>
        <w:t>یعنی انسان یا تو دنیا کی ترقی کرے گا یا وہ اخرت کی طرف متوجہ ہوگا کیونکہ انسان دو چیزوں کو نہیں کر سکتا اس کے بارے میں اپ کیا کہیں گے یہ دیکھیے ایسا نہیں ہے اسلام میں رہبانیت نہیں ہے اسلام میں جو ہے وہ کہ دنیا کے جو مشاغل ہیں جو کاروبار ہیں وہ کرتے ہوئے ان کے دوران اللہ کو یاد رکھنا</w:t>
      </w:r>
    </w:p>
    <w:p>
      <w:r>
        <w:rPr>
          <w:b/>
        </w:rPr>
        <w:t xml:space="preserve">[1:00:48] </w:t>
      </w:r>
      <w:r>
        <w:t>allah ki yaad se ghafil na hona to aisi cheez yeh nahi ke dunya ko chhod diya jaye nahi dunya mein allah ko yaad rakha jaye maslan aap paisa kamatay hain to us ko aap deen ke liye kharch kijiye yeh nahi ke khali family ke liye kharch karen log khoob khoob paisa kamatay hain lekin kis liye apni family ke liye yeh hai dunya dari</w:t>
      </w:r>
    </w:p>
    <w:p>
      <w:pPr>
        <w:jc w:val="right"/>
      </w:pPr>
      <w:r>
        <w:t>اللہ کی یاد سے غافل نہ ہونا تو ایسی چیز یہ نہیں کہ دنیا کو چھوڑ دیا جائے نہیں دنیا میں اللہ کو یاد رکھا جائے مثلا اپ پیسہ کماتے ہیں تو اس کو اپ دین کے لیے خرچ کیجئے یہ نہیں کہ خالی فیملی کے لیے خرچ کریں لوگ خوب خوب پیسہ کماتے ہیں لیکن کس لیے اپنی فیملی کے لیے یہ ہے دنیا داری</w:t>
      </w:r>
    </w:p>
    <w:p>
      <w:r>
        <w:rPr>
          <w:b/>
        </w:rPr>
        <w:t xml:space="preserve">[1:01:14] </w:t>
      </w:r>
      <w:r>
        <w:t>yeh dunya dari harghiz nahi hai ke aap paisa kamayen aur waqt zaroorat apni family ke liye kharch karen aur deen ke liye bhi sath sath kharch karen to islam mein yeh usool nahi hai ke aap dunya chhod kar chhod dein akhirat ke naam par nahi dunya mein rehte hue akhirat ko yaad rakhen aur jo taqazay deen ke hain un ko bhi bharpoor tor par ada kar karte rahen</w:t>
      </w:r>
    </w:p>
    <w:p>
      <w:pPr>
        <w:jc w:val="right"/>
      </w:pPr>
      <w:r>
        <w:t>یہ دنیا داری ہرگز نہیں ہے کہ اپ پیسہ کمائیں اور وقت ضرورت اپنی فیملی کے لیے خرچ کریں اور دین کے لیے بھی ساتھ ساتھ خرچ کریں تو اسلام میں یہ اصول نہیں ہے کہ اپ دنیا چھوڑ کر چھوڑ دیں اخرت کے نام پر نہیں دنیا میں رہتے ہوئے اخرت کو یاد رکھیں اور جو تقاضے دین کے ہیں ان کو بھی بھرپور طور پر ادا کر کرتے رہیں</w:t>
      </w:r>
    </w:p>
    <w:p>
      <w:r>
        <w:rPr>
          <w:b/>
        </w:rPr>
        <w:t xml:space="preserve">[1:01:41] </w:t>
      </w:r>
      <w:r>
        <w:t>tark e dunya ki taleem islam mein nahi hai</w:t>
      </w:r>
    </w:p>
    <w:p>
      <w:pPr>
        <w:jc w:val="right"/>
      </w:pPr>
      <w:r>
        <w:t>ترک دنیا کی تعلیم اسلام میں نہیں ہے</w:t>
      </w:r>
    </w:p>
    <w:p>
      <w:r>
        <w:rPr>
          <w:b/>
        </w:rPr>
        <w:t xml:space="preserve">[1:01:47] </w:t>
      </w:r>
      <w:r>
        <w:t>maulana agla sawal kashmir se hai aamir jinn sahab ka unhon ne aap se poocha hai every human</w:t>
      </w:r>
    </w:p>
    <w:p>
      <w:pPr>
        <w:jc w:val="right"/>
      </w:pPr>
      <w:r>
        <w:t>مولانا اگلا سوال کشمیر سے ہے عامر جن صاحب کا انہوں نے اپ سے پوچھا ہے ایوری ہیومن</w:t>
      </w:r>
    </w:p>
    <w:p>
      <w:r>
        <w:rPr>
          <w:b/>
        </w:rPr>
        <w:t xml:space="preserve">[1:01:55] </w:t>
      </w:r>
      <w:r>
        <w:t>is born with a mind but wisdom varies from one person to other</w:t>
      </w:r>
    </w:p>
    <w:p>
      <w:pPr>
        <w:jc w:val="right"/>
      </w:pPr>
      <w:r>
        <w:t>از بورن ودا مائنڈ بٹ وزڈم ویریز فرام ون پرسنٹ ٹو ادر</w:t>
      </w:r>
    </w:p>
    <w:p>
      <w:r>
        <w:rPr>
          <w:b/>
        </w:rPr>
        <w:t xml:space="preserve">[1:02:01] </w:t>
      </w:r>
      <w:r>
        <w:t>how can a person increase his or her wisdom is it god gifted</w:t>
      </w:r>
    </w:p>
    <w:p>
      <w:pPr>
        <w:jc w:val="right"/>
      </w:pPr>
      <w:r>
        <w:t>ہاؤ کین ا پرسن انکریز ہز اور ہر وزڈم از اٹ گاڈ گفٹڈ</w:t>
      </w:r>
    </w:p>
    <w:p>
      <w:r>
        <w:rPr>
          <w:b/>
        </w:rPr>
        <w:t xml:space="preserve">[1:02:22] </w:t>
      </w:r>
      <w:r>
        <w:t>dekhen main to samajhta hoon ke wisdom allah taala ne har ek ko di hai aisa nahi ke kisi ko de kisi ko na de</w:t>
      </w:r>
    </w:p>
    <w:p>
      <w:pPr>
        <w:jc w:val="right"/>
      </w:pPr>
      <w:r>
        <w:t>دیکھیں میں تو سمجھتا ہوں کہ وزڈم اللہ تعالی نے ہر ایک کو دی ہے ایسا نہیں کہ کسی کو دے کسی کو نہ دے</w:t>
      </w:r>
    </w:p>
    <w:p>
      <w:r>
        <w:rPr>
          <w:b/>
        </w:rPr>
        <w:t xml:space="preserve">[1:02:34] </w:t>
      </w:r>
      <w:r>
        <w:t>lekin wisdom jo hum ko mili hai woh in terms of potential hai woh</w:t>
      </w:r>
    </w:p>
    <w:p>
      <w:pPr>
        <w:jc w:val="right"/>
      </w:pPr>
      <w:r>
        <w:t>لیکن وزڈم جو ہم کو ملی ہے وہ ان ٹرمز اف پوٹینشل ہے وہ</w:t>
      </w:r>
    </w:p>
    <w:p>
      <w:r>
        <w:rPr>
          <w:b/>
        </w:rPr>
        <w:t xml:space="preserve">[1:02:43] </w:t>
      </w:r>
      <w:r>
        <w:t>in terms of potential yani bil quwwat tor par us ko actual banana yeh phir bhi hamara kaam hai</w:t>
      </w:r>
    </w:p>
    <w:p>
      <w:pPr>
        <w:jc w:val="right"/>
      </w:pPr>
      <w:r>
        <w:t>ان ٹرمز اف پوٹینشل یعنی بالقوت طور پر اس کو ایکچول بنانا یہ پھر بھی ہمارا کام ہے</w:t>
      </w:r>
    </w:p>
    <w:p>
      <w:r>
        <w:rPr>
          <w:b/>
        </w:rPr>
        <w:t xml:space="preserve">[1:02:53] </w:t>
      </w:r>
      <w:r>
        <w:t>actual banane ke liye kya chahiye woh chahiye apne ko distraction se bachana log is mein distraction mein itna phans jatay hain itna phans jatay hain ke un ki jo potential hai woh unfold nahi ho pati un ka potential jo hai woh actual nahi banta</w:t>
      </w:r>
    </w:p>
    <w:p>
      <w:pPr>
        <w:jc w:val="right"/>
      </w:pPr>
      <w:r>
        <w:t>ایکچول بنانے کے لیے کیا چاہیے وہ چاہیے اپنے کو ڈسٹریکشن سے بچانا لوگ اس میں ڈسٹریکشن میں اتنا پھنس جاتے ہیں اتنا پھنس جاتے ہیں کہ ان کی جو پوٹینشل ہے وہ ان فولڈ نہیں ہو پاتی ان کا پوٹینشل جو ہے وہ ایکچول نہیں بنتا</w:t>
      </w:r>
    </w:p>
    <w:p>
      <w:r>
        <w:rPr>
          <w:b/>
        </w:rPr>
        <w:t xml:space="preserve">[1:03:13] </w:t>
      </w:r>
      <w:r>
        <w:t>to main samajhta hoon ke divine gift mein farq nahi hai hamare apne jo lifestyle mein hai us ki wajah se is yeh masla paida hota hai</w:t>
      </w:r>
    </w:p>
    <w:p>
      <w:pPr>
        <w:jc w:val="right"/>
      </w:pPr>
      <w:r>
        <w:t>تو میں سمجھتا ہوں کہ ڈیوائن گفٹ میں فرق نہیں ہے ہمارے اپنے جو لائف اسٹائل میں ہے اس کی وجہ سے اس یہ مسئلہ پیدا ہوتا ہے</w:t>
      </w:r>
    </w:p>
    <w:p>
      <w:r>
        <w:rPr>
          <w:b/>
        </w:rPr>
        <w:t xml:space="preserve">[1:03:25] </w:t>
      </w:r>
      <w:r>
        <w:t>maulana agla sawal lene se pehle ek comment parhna chahenge jo doha qatar se aya hai maulana abdul basit umri sahib ka unhon ne likha hai maulana aaj ki taqreer sunne ke baad mere dil mein bohat ziyada shukr paida ho raha hai ke allah ne mujhe al risala mission ki taufeeq di main sahi maano mein islam ko daryaft kar raha hoon</w:t>
      </w:r>
    </w:p>
    <w:p>
      <w:pPr>
        <w:jc w:val="right"/>
      </w:pPr>
      <w:r>
        <w:t>مولانا اگلا سوال لینے سے پہلے ایک کمنٹ پڑھنا چاہیں گے جو دوحہ قطر سے ایا ہے مولانا عبدالباسط عمری صاحب کا انہوں نے لکھا ہے مولانا اج کی تقریر سننے کے بعد میرے دل میں بہت زیادہ شکر پیدا ہو رہا ہے کہ اللہ نے مجھے الرسالہ مشن کی توفیق دی میں صحیح معنوں میں اسلام کو دریافت کر رہا ہوں</w:t>
      </w:r>
    </w:p>
    <w:p>
      <w:r>
        <w:rPr>
          <w:b/>
        </w:rPr>
        <w:t xml:space="preserve">[1:03:49] </w:t>
      </w:r>
      <w:r>
        <w:t>guzishta sunday ki taqreer se mujhe dobara zindagi mili aur pehli bar maine jana ke hajj kya hai warna mujhe maloom nahi tha ke hajj kya cheez hai aur aap ki taqreer sunne ke baad aankhon ko thandak milti hai allah aap ki umar mein barkat de aur aap se ziyada se ziyada istifada ki moqa de amin</w:t>
      </w:r>
    </w:p>
    <w:p>
      <w:pPr>
        <w:jc w:val="right"/>
      </w:pPr>
      <w:r>
        <w:t>گزشتہ سنڈے کی تقریر سے مجھے دوبارہ زندگی ملی اور پہلی بار میں نے جانا کہ حج کیا ہے ورنہ مجھے معلوم نہیں تھا کہ حج کیا چیز ہے اور اپ کی تقریر سننے کے بعد انکھوں کو ٹھنڈک ملتی ہے اللہ اپ کی عمر میں برکت دے اور اپ سے زیادہ سے زیادہ استفادہ کی موقع دے امین</w:t>
      </w:r>
    </w:p>
    <w:p>
      <w:r>
        <w:rPr>
          <w:b/>
        </w:rPr>
        <w:t xml:space="preserve">[1:04:12] </w:t>
      </w:r>
      <w:r>
        <w:t>muhammad anas sahib ka unhon ne likha hai maulana hum dawat ke liye quran aur literature har waqt bag mein rakhte hain bag peechay kamar par bhi latka lete hain aur khas tor se safar mein sahi se ehtiyat nahi ho pati to maulana is tarah har waqt bag mein literature rakhne se be adabi to nahi hoti</w:t>
      </w:r>
    </w:p>
    <w:p>
      <w:pPr>
        <w:jc w:val="right"/>
      </w:pPr>
      <w:r>
        <w:t>محمد انس صاحب کا انہوں نے لکھا ہے مولانا ہم دعوت کے لیے قران اور لٹریچر ہر وقت بیگ میں رکھتے ہیں بیگ پیچھے کمر پر بھی لٹکا لیتے ہیں اور خاص طور سے سفر میں صحیح سے احتیاط نہیں ہو پاتی تو مولانا اس طرح ہر وقت بیگ میں لٹریچر رکھنے سے بے ادبی تو نہیں ہوتی</w:t>
      </w:r>
    </w:p>
    <w:p>
      <w:r>
        <w:rPr>
          <w:b/>
        </w:rPr>
        <w:t xml:space="preserve">[1:04:36] </w:t>
      </w:r>
      <w:r>
        <w:t>hargiz nahi hargiz nahi hargiz yeh shaitani</w:t>
      </w:r>
    </w:p>
    <w:p>
      <w:pPr>
        <w:jc w:val="right"/>
      </w:pPr>
      <w:r>
        <w:t>ہرگز نہیں ہرگز نہیں ہرگز یہ شیطانی</w:t>
      </w:r>
    </w:p>
    <w:p>
      <w:r>
        <w:rPr>
          <w:b/>
        </w:rPr>
        <w:t xml:space="preserve">[1:04:40] </w:t>
      </w:r>
      <w:r>
        <w:t>yeh shaitan ne logon ko rakha hai hurmat ka tasawwur islam mein hai hi nahi</w:t>
      </w:r>
    </w:p>
    <w:p>
      <w:pPr>
        <w:jc w:val="right"/>
      </w:pPr>
      <w:r>
        <w:t>یہ شیطان نے لوگوں کو رکھا ہے حرمت کا تصور اسلام میں ہے ہی نہیں</w:t>
      </w:r>
    </w:p>
    <w:p>
      <w:r>
        <w:rPr>
          <w:b/>
        </w:rPr>
        <w:t xml:space="preserve">[1:04:45] </w:t>
      </w:r>
      <w:r>
        <w:t>yeh jo hai to sahab behurmati hogi yeh behurmati kahan se nikala hai bhai na koi</w:t>
      </w:r>
    </w:p>
    <w:p>
      <w:pPr>
        <w:jc w:val="right"/>
      </w:pPr>
      <w:r>
        <w:t>یہ جو ہے تو صاحب بے حرمتی ہوگی یہ بے حرمتی کہاں سے نکالا ہے بھئی نہ کوئی</w:t>
      </w:r>
    </w:p>
    <w:p>
      <w:r>
        <w:rPr>
          <w:b/>
        </w:rPr>
        <w:t xml:space="preserve">[1:04:50] </w:t>
      </w:r>
      <w:r>
        <w:t>quran hai na hadith hai</w:t>
      </w:r>
    </w:p>
    <w:p>
      <w:pPr>
        <w:jc w:val="right"/>
      </w:pPr>
      <w:r>
        <w:t>قران ہے نہ حدیث ہے</w:t>
      </w:r>
    </w:p>
    <w:p>
      <w:r>
        <w:rPr>
          <w:b/>
        </w:rPr>
        <w:t xml:space="preserve">[1:04:52] </w:t>
      </w:r>
      <w:r>
        <w:t>ya yaad rakhiye behurmati ka tasawwur jo nikal rakha hai ab musalmanon ne aaj kal yeh bilashuba</w:t>
      </w:r>
    </w:p>
    <w:p>
      <w:pPr>
        <w:jc w:val="right"/>
      </w:pPr>
      <w:r>
        <w:t>یا یاد رکھیے بے حرمتی کا تصور جو نکال رکھا ہے اب مسلمانوں نے اج کل یہ بلاشبہ</w:t>
      </w:r>
    </w:p>
    <w:p>
      <w:r>
        <w:rPr>
          <w:b/>
        </w:rPr>
        <w:t xml:space="preserve">[1:04:57] </w:t>
      </w:r>
      <w:r>
        <w:t>shaitani nazar aayi iska islam se koi talluq nahi</w:t>
      </w:r>
    </w:p>
    <w:p>
      <w:pPr>
        <w:jc w:val="right"/>
      </w:pPr>
      <w:r>
        <w:t>شیطانی نظر ائی اس کا اسلام سے کوئی تعلق نہیں</w:t>
      </w:r>
    </w:p>
    <w:p>
      <w:r>
        <w:rPr>
          <w:b/>
        </w:rPr>
        <w:t xml:space="preserve">[1:05:01] </w:t>
      </w:r>
      <w:r>
        <w:t>agar kisi ko shaq ho to mujhe koi quran batao quran ki ayat ya hadith batao</w:t>
      </w:r>
    </w:p>
    <w:p>
      <w:pPr>
        <w:jc w:val="right"/>
      </w:pPr>
      <w:r>
        <w:t>اگر کسی کو شک ہو تو مجھے کوئی قران بتاؤ قران کی ایت یا حدیث بتاؤ</w:t>
      </w:r>
    </w:p>
    <w:p>
      <w:r>
        <w:rPr>
          <w:b/>
        </w:rPr>
        <w:t xml:space="preserve">[1:05:07] </w:t>
      </w:r>
      <w:r>
        <w:t>aap bilkul khoob kaam kijiye aur us ko aaj us par woh parhiye aoozubillah minash shaitanir rajeem par jab yeh khayal dimagh mein aaye aap ke ke behurmati ho rahi hai koi behurmati nahi behurmati ka tasawwur apne aap mein bilkul baseless hai batil hai be haqeeqat hai</w:t>
      </w:r>
    </w:p>
    <w:p>
      <w:pPr>
        <w:jc w:val="right"/>
      </w:pPr>
      <w:r>
        <w:t>اپ بالکل خوب کام کیجئے اور اس کو اج اس پر وہ پڑھیے اعوذ باللہ من الشیطان الرجیم پر جب یہ خیال دماغ میں ائے اپ کے کہ بے حرمتی ہو رہی ہے کوئی بے حرمتی نہیں بے حرمتی کا تصور اپنے اپ میں بالکل بیس لیس ہے باطل ہے بے حقیقت ہے</w:t>
      </w:r>
    </w:p>
    <w:p>
      <w:r>
        <w:rPr>
          <w:b/>
        </w:rPr>
        <w:t xml:space="preserve">[1:05:29] </w:t>
      </w:r>
      <w:r>
        <w:t>maulana agla sawal bhopal se hai doctor khalid hameed sahib ka</w:t>
      </w:r>
    </w:p>
    <w:p>
      <w:pPr>
        <w:jc w:val="right"/>
      </w:pPr>
      <w:r>
        <w:t>مولانا اگلا سوال بھوپال سے ہے ڈاکٹر خالد حمید صاحب کا</w:t>
      </w:r>
    </w:p>
    <w:p>
      <w:r>
        <w:rPr>
          <w:b/>
        </w:rPr>
        <w:t xml:space="preserve">[1:05:34] </w:t>
      </w:r>
      <w:r>
        <w:t>unhon ne likha hai insan ke marne ke baad jo quran parh kar bakhsha jata hai kya woh sahi hai aur kya is ka sawab mahroom ko milta hai is ke baray mein bataen yeh to islam mein hai hi nahi yeh to riwaj hai musalmanon ka abhi bhi arbon mein nahi hai yeh to india mein hai bas india aur pakistan mein is ka islam se koi talluq nahi hai</w:t>
      </w:r>
    </w:p>
    <w:p>
      <w:pPr>
        <w:jc w:val="right"/>
      </w:pPr>
      <w:r>
        <w:t>انہوں نے لکھا ہے انسان کے مرنے کے بعد جو قران پڑھ کر بخشا جاتا ہے کیا وہ صحیح ہے اور کیا اس کا ثواب محروم کو ملتا ہے اس کے بارے میں بتائیں یہ تو اسلام میں ہے ہی نہیں یہ تو رواج ہے مسلمانوں کا ابھی بھی عربوں میں نہیں ہے یہ تو انڈیا میں ہے بس انڈیا اور پاکستان میں اس کا اسلام سے کوئی تعلق نہیں ہے</w:t>
      </w:r>
    </w:p>
    <w:p>
      <w:r>
        <w:rPr>
          <w:b/>
        </w:rPr>
        <w:t xml:space="preserve">[1:06:01] </w:t>
      </w:r>
      <w:r>
        <w:t>yeh quran padhkar bakhsho yeh tasawwur is wajah se ajnabi hai islam mein</w:t>
      </w:r>
    </w:p>
    <w:p>
      <w:pPr>
        <w:jc w:val="right"/>
      </w:pPr>
      <w:r>
        <w:t>یہ قران پڑھ کر بخشو یہ تصوری اس وجہ سے اجنبی ہے اسلام میں</w:t>
      </w:r>
    </w:p>
    <w:p>
      <w:r>
        <w:rPr>
          <w:b/>
        </w:rPr>
        <w:t xml:space="preserve">[1:06:08] </w:t>
      </w:r>
      <w:r>
        <w:t>na to ek quran o hadith mein yeh baat batai gayi hai na aaj bhi arbon mein is</w:t>
      </w:r>
    </w:p>
    <w:p>
      <w:pPr>
        <w:jc w:val="right"/>
      </w:pPr>
      <w:r>
        <w:t>نہ تو ایک قران و حدیث میں یہ بات بتائی گئی ہے نہ اج بھی عربوں میں اس</w:t>
      </w:r>
    </w:p>
    <w:p>
      <w:r>
        <w:rPr>
          <w:b/>
        </w:rPr>
        <w:t xml:space="preserve">[1:06:11] </w:t>
      </w:r>
      <w:r>
        <w:t>ka riwaj nahi hai</w:t>
      </w:r>
    </w:p>
    <w:p>
      <w:pPr>
        <w:jc w:val="right"/>
      </w:pPr>
      <w:r>
        <w:t>کا رواج نہیں ہے</w:t>
      </w:r>
    </w:p>
    <w:p>
      <w:r>
        <w:rPr>
          <w:b/>
        </w:rPr>
        <w:t xml:space="preserve">[1:06:14] </w:t>
      </w:r>
      <w:r>
        <w:t>yeh india aur pakistan mein hai bas to ke isi doosri qaumon se aaya hai doosri qaum mein</w:t>
      </w:r>
    </w:p>
    <w:p>
      <w:pPr>
        <w:jc w:val="right"/>
      </w:pPr>
      <w:r>
        <w:t>یہ انڈیا اور پاکستان میں ہے بس تو کہ اسی دوسری قوموں سے ایا ہے دوسری قوم میں</w:t>
      </w:r>
    </w:p>
    <w:p>
      <w:r>
        <w:rPr>
          <w:b/>
        </w:rPr>
        <w:t xml:space="preserve">[1:06:18] </w:t>
      </w:r>
      <w:r>
        <w:t>sab riwaj hain is tarah ke isi ko musalmanon ne pakad rakha hai behal yeh yeh bilkul baseless</w:t>
      </w:r>
    </w:p>
    <w:p>
      <w:pPr>
        <w:jc w:val="right"/>
      </w:pPr>
      <w:r>
        <w:t>سب رواج ہیں اس طرح کے اسی کو مسلمانوں نے پکڑ رکھا ہے بہرحال یہ یہ بالکل بیسل</w:t>
      </w:r>
    </w:p>
    <w:p>
      <w:r>
        <w:rPr>
          <w:b/>
        </w:rPr>
        <w:t xml:space="preserve">[1:06:24] </w:t>
      </w:r>
      <w:r>
        <w:t>hai baseless hai iska koi islam se talluq nahi hai iska koi</w:t>
      </w:r>
    </w:p>
    <w:p>
      <w:pPr>
        <w:jc w:val="right"/>
      </w:pPr>
      <w:r>
        <w:t>ہے بیس لیس ہے اس کا کوئی اسلام سے تعلق نہیں ہے اس کا کوئی</w:t>
      </w:r>
    </w:p>
    <w:p>
      <w:r>
        <w:rPr>
          <w:b/>
        </w:rPr>
        <w:t xml:space="preserve">[1:06:33] </w:t>
      </w:r>
      <w:r>
        <w:t>maulana dilli se agla sawal hai farooq kaddoi sahib ka unhon ne likha hai ke surah maida chapter five mein aya hai o you who believe do not take christians and jews as friends in the above verse jews and christians were never friends but now the present day alliance of jews and christians ruled by zionism is ruling the world</w:t>
      </w:r>
    </w:p>
    <w:p>
      <w:pPr>
        <w:jc w:val="right"/>
      </w:pPr>
      <w:r>
        <w:t>مولانا دلی سے اگلا سوال ہے فاروق کدوئی صاحب کا انہوں نے لکھا ہے کہ سورہ میدہ چیپٹر فائیو میں ایا ہے او یو ہو بیلیو ڈو ناٹ ٹیک کرسچنز اینڈ جیوز ایز فرینڈز ان دی ابو ورس جیوز اینڈ کرسچنز وار نیور فرینڈز بٹ ناؤ دا پریزنٹ ڈے الائنس اف جیوز اینڈ کرسچنز رولڈ بائے زائنزم از رولنگ دا ورلڈ</w:t>
      </w:r>
    </w:p>
    <w:p>
      <w:r>
        <w:rPr>
          <w:b/>
        </w:rPr>
        <w:t xml:space="preserve">[1:07:00] </w:t>
      </w:r>
      <w:r>
        <w:t>whoever if you shall take them as friends shall become one of them clearly quran is pointing towards the alliance of pakistan saudi arabia turkey which have joined hands with us how do you interpret this verse of the quran based on my observation dekhen yeh aayaten jo hain yeh contemporary christian aur contemporary jew ke liye hai woh koi eternally sare ke liye nahi hai yeh</w:t>
      </w:r>
    </w:p>
    <w:p>
      <w:pPr>
        <w:jc w:val="right"/>
      </w:pPr>
      <w:r>
        <w:t>ہو ایور اف یو شیل ٹیک دیم ایز فرینڈز شیل بیکم ون اف دیم کلیئرلی قران از پوائنٹنگ ٹورڈز دی الائنس اف پاکستان سعودی عربیہ ٹرکی وچ ہیو جوائنڈ ہینڈز ود یو ایس ہاؤ ڈو یو انٹرپریٹ دس ورس اف دا قران بیسڈ ان مائی ابزرویشن دیکھیں یہ ایتیں جو ہیں یہ کنٹیمپریری کرسچن اور کنٹیمپریری جو کے لیے ہے وہ کوئی اٹرنلی سارے کے لیے نہیں ہے یہ</w:t>
      </w:r>
    </w:p>
    <w:p>
      <w:r>
        <w:rPr>
          <w:b/>
        </w:rPr>
        <w:t xml:space="preserve">[1:07:30] </w:t>
      </w:r>
      <w:r>
        <w:t>bilkul galat aisi bachti tafseer hai is ka mani yeh le lein ke qayamat tak jitne christian hain qayamat tak jitne jo hain hargiz nahi jo contemporary thay contemporary rasool Allah sal Allah alayh wasallam ke un ke baray mein yeh hai aaj woh jis doosre doosre insan woh bhi woh bhi insan dekhein buniyadi baat kya hai nasal se koi hukum nahi banta nasal se is jaisay musalman samajhte hain ke hum musalman hain to hum jannat mein j</w:t>
      </w:r>
    </w:p>
    <w:p>
      <w:pPr>
        <w:jc w:val="right"/>
      </w:pPr>
      <w:r>
        <w:t>بالکل غلط ایسی بچتی تفسیر ہے اس کا معنی یہ لے لیں کہ قیامت تک جتنے کرسچن ہیں قیامت تک جتنے جو ہیں ہرگز نہیں جو کنٹیمپریری تھے کنٹیمپریری رسول اللہ صلی اللہ علیہ وسلم کے ان کے بارے میں یہ ہے اج وہ جس دوسرے دوسرے انسان وہ بھی وہ بھی انسان دیکھیں بنیادی بات کیا ہے نسل سے کوئی حکم نہیں بنتا نسل سے اس جیسے مسلمان سمجھتے ہیں کہ ہم مسلم ہیں تو ہم جنت میں ج</w:t>
      </w:r>
    </w:p>
    <w:p>
      <w:r>
        <w:rPr>
          <w:b/>
        </w:rPr>
        <w:t xml:space="preserve">[1:08:00] </w:t>
      </w:r>
      <w:r>
        <w:t>ayenge yeh bhi galat hai musalmanon ka nasal ki buniyad par samajh lena ke hamari nijat ho gayi hai to yeh bhi galat hai aur doosron ko samajhna hai ke woh falan nasal se hain to woh bure hain yeh bhi galat hai</w:t>
      </w:r>
    </w:p>
    <w:p>
      <w:pPr>
        <w:jc w:val="right"/>
      </w:pPr>
      <w:r>
        <w:t>ائیں گے یہ بھی غلط ہے مسلمانوں کا نسل کی بنیاد پر سمجھ لینا کہ ہماری نجات ہو گئی ہے تو یہ بھی غلط ہے اور دوسروں کو سمجھنا ہے کہ وہ فلاں نسل سے ہیں تو وہ برے ہیں یہ بھی غلط ہے</w:t>
      </w:r>
    </w:p>
    <w:p>
      <w:r>
        <w:rPr>
          <w:b/>
        </w:rPr>
        <w:t xml:space="preserve">[1:08:14] </w:t>
      </w:r>
      <w:r>
        <w:t>mabni bar nasal koi bhi hukum islam mein nahi hua karta merit pe hota hai merit par to is zamane mein jo rasool Allah sal Allah alayh wasallam ke jo contemporary thay un ke baray mein yeh ayat</w:t>
      </w:r>
    </w:p>
    <w:p>
      <w:pPr>
        <w:jc w:val="right"/>
      </w:pPr>
      <w:r>
        <w:t>مبنی بر نسل کوئی بھی حکم اسلام میں نہیں ہوا کرتا میرٹ پہ ہوتا ہے میرٹ پر تو اس زمانے میں جو رسول اللہ صلی اللہ علیہ وسلم کے جو کنٹیمپریری تھے ان کے بارے میں یہ ایت</w:t>
      </w:r>
    </w:p>
    <w:p>
      <w:r>
        <w:rPr>
          <w:b/>
        </w:rPr>
        <w:t xml:space="preserve">[1:08:25] </w:t>
      </w:r>
      <w:r>
        <w:t>hai is ko generalize karna aur sare christian qayamat tak ke jo hai un par apply karna bilkul galat hai base less hai is ka islam se koi talluq nahi hai agla sawal hai dilli se hai anees mohammad sahib ka unhon ne likha hai jab aakhri bar mein is session mein aya tha tab meri dilli tamanna thi ke mujhe sirf sunday wala program hi nahi balkay baqi dinon ke program ke baray mein</w:t>
      </w:r>
    </w:p>
    <w:p>
      <w:pPr>
        <w:jc w:val="right"/>
      </w:pPr>
      <w:r>
        <w:t>ہے اس کو جنرلائز کرنا اور سارے کرسچن قیامت تک کے جو ہے ان پر اپلائی کرنا بالکل غلط ہے بیس لیس ہے اس کا اسلام سے کوئی تعلق نہیں ہے اگلا سوال ہے دلی سے ہے انیس محمد صاحب کا انہوں نے لکھا ہے جب اخری بار میں اس سیشن میں ایا تھا تب میری دلی تمنا تھی کہ مجھے صرف سنڈے والا پروگرام ہی نہیں بلکہ باقی دنوں کے پروگرام کے بارے میں</w:t>
      </w:r>
    </w:p>
    <w:p>
      <w:r>
        <w:rPr>
          <w:b/>
        </w:rPr>
        <w:t xml:space="preserve">[1:08:51] </w:t>
      </w:r>
      <w:r>
        <w:t>bhi bataya jaye ta ke meri bhi dilli tamanna poori ho ho lekin is baat se bohat waqt ho gaya phir bhi mere pas is ke regarding koi phone ya mail nahi aya</w:t>
      </w:r>
    </w:p>
    <w:p>
      <w:pPr>
        <w:jc w:val="right"/>
      </w:pPr>
      <w:r>
        <w:t>بھی بتایا جائے تاکہ میری بھی دلی تمنا پوری ہو ہو لیکن اس بات سے بہت وقت ہو گیا پھر بھی میرے پاس اس کے ریگارڈنگ کوئی فون یا میل نہیں ایا</w:t>
      </w:r>
    </w:p>
    <w:p>
      <w:r>
        <w:rPr>
          <w:b/>
        </w:rPr>
        <w:t xml:space="preserve">[1:09:04] </w:t>
      </w:r>
      <w:r>
        <w:t>bas mein yahi suggestion dena chahta hoon ke ek aisi bhi team aap banayein jo yeh kaam kare</w:t>
      </w:r>
    </w:p>
    <w:p>
      <w:pPr>
        <w:jc w:val="right"/>
      </w:pPr>
      <w:r>
        <w:t>بس میں یہی سجیشن دینا چاہتا ہوں کہ ایک ایسی بھی ٹیم اپ بنائیں جو یہ کام کرے</w:t>
      </w:r>
    </w:p>
    <w:p>
      <w:r>
        <w:rPr>
          <w:b/>
        </w:rPr>
        <w:t xml:space="preserve">[1:09:10] </w:t>
      </w:r>
      <w:r>
        <w:t>ke jab bhi koi program aap ka ho to uske regarding hum logon ko sms</w:t>
      </w:r>
    </w:p>
    <w:p>
      <w:pPr>
        <w:jc w:val="right"/>
      </w:pPr>
      <w:r>
        <w:t>کہ جب بھی کوئی پروگرام اپ کا ہو تو اس کے ریگارڈنگ ہم لوگوں کو ایس ایم ایس</w:t>
      </w:r>
    </w:p>
    <w:p>
      <w:r>
        <w:rPr>
          <w:b/>
        </w:rPr>
        <w:t xml:space="preserve">[1:09:16] </w:t>
      </w:r>
      <w:r>
        <w:t>phone ya mail ke zariye bata diya jaye jis se ke hum log bhi is mein shamil ho</w:t>
      </w:r>
    </w:p>
    <w:p>
      <w:pPr>
        <w:jc w:val="right"/>
      </w:pPr>
      <w:r>
        <w:t>فون یا میل کے ذریعے بتا دیا جائے جس سے کہ ہم لوگ بھی اس میں شامل ہو</w:t>
      </w:r>
    </w:p>
    <w:p>
      <w:r>
        <w:rPr>
          <w:b/>
        </w:rPr>
        <w:t xml:space="preserve">[1:09:21] </w:t>
      </w:r>
      <w:r>
        <w:t>kar kuch kaam kar sakein kahan rehte hain maulana unhon ne apna number diya hai kahan rehte hain</w:t>
      </w:r>
    </w:p>
    <w:p>
      <w:pPr>
        <w:jc w:val="right"/>
      </w:pPr>
      <w:r>
        <w:t>کر کچھ کام کر سکیں کہاں رہتے ہیں مولانا انہوں نے اپنا نمبر دیا ہے کہاں رہتے ہیں</w:t>
      </w:r>
    </w:p>
    <w:p>
      <w:r>
        <w:rPr>
          <w:b/>
        </w:rPr>
        <w:t xml:space="preserve">[1:09:27] </w:t>
      </w:r>
      <w:r>
        <w:t>dilli mein hain dilli se hain dilli mein dekhein yeh shikayat aap ki sahi nahi hai</w:t>
      </w:r>
    </w:p>
    <w:p>
      <w:pPr>
        <w:jc w:val="right"/>
      </w:pPr>
      <w:r>
        <w:t>دلی میں ہیں دلی سے ہیں دلی میں دیکھیں یہ شکایت اپ کی صحیح نہیں ہے</w:t>
      </w:r>
    </w:p>
    <w:p>
      <w:r>
        <w:rPr>
          <w:b/>
        </w:rPr>
        <w:t xml:space="preserve">[1:09:35] </w:t>
      </w:r>
      <w:r>
        <w:t>yeh shikayat sahi apni apni ghalti discover your own shortcomings dekhein apne ko aap involve kijiye mission mein aur cps mein to aap khud ba khud aap ko sab baaten maloom hoti rehti hain aap chahte hain ke aap involve na karein aap india front bane rahein aur log aap ko telephone karein yeh yeh practically pass bol nahi hai</w:t>
      </w:r>
    </w:p>
    <w:p>
      <w:pPr>
        <w:jc w:val="right"/>
      </w:pPr>
      <w:r>
        <w:t>یہ شکایت صحیح اپنی اپنی غلطی ڈسکور یور اون شارٹ کمنگز دیکھیں اپنے کو اپ انوالو کیجئے مشن میں اور سی پی ایس میں تو اپ خود بخود اپ کو سب باتیں معلوم ہوتی رہتی ہیں اپ چاہتے ہیں کہ اپ انوالو نہ کریں اپ انڈیا فرنٹ بنے رہیں اور لوگ اپ کو ٹیلی فون کریں یہ یہ پریکٹیکلی پاس بول نہیں ہے</w:t>
      </w:r>
    </w:p>
    <w:p>
      <w:r>
        <w:rPr>
          <w:b/>
        </w:rPr>
        <w:t xml:space="preserve">[1:09:59] </w:t>
      </w:r>
      <w:r>
        <w:t>aap khud doosre mamlaat mein mislan apne family ke mamle mein aap apne ko involve rakhte honge tab family ki baat aap ko khabar hoti hongi aur yahan aap chahte hain ke bas aap ko india front bane rahein aap ko telephone kar diya jaye aap logon ko involve kijiye is mein</w:t>
      </w:r>
    </w:p>
    <w:p>
      <w:pPr>
        <w:jc w:val="right"/>
      </w:pPr>
      <w:r>
        <w:t>اپ خود دوسرے معاملات میں مثلا اپنے فیملی کے معاملے میں اپ اپنے کو انوالو رکھتے ہوں گے تب فیملی کی بات اپ کو خبر ہوتی ہوں گی اور یہاں اپ چاہتے ہیں کہ بس اپ کو انڈیا فرنٹ بنے رہیں اپ کو ٹیلی فون کر دیا جائے اپ لوگوں کو انوالو کیجئے اس میں</w:t>
      </w:r>
    </w:p>
    <w:p>
      <w:r>
        <w:rPr>
          <w:b/>
        </w:rPr>
        <w:t xml:space="preserve">[1:10:17] </w:t>
      </w:r>
      <w:r>
        <w:t>jo log hum logon ko involve kiye rehte hain un ko khud ba khud sab baaten maloom hoti rehti hain dekhein yeh jo mission hai yeh doosre type ka mission hai is tarah ka nahi hai jo doosre hangame karte rehte hain log</w:t>
      </w:r>
    </w:p>
    <w:p>
      <w:pPr>
        <w:jc w:val="right"/>
      </w:pPr>
      <w:r>
        <w:t>جو لوگ ہم لوگوں کو انوالو کیے رہتے ہیں ان کو خود بخود سب باتیں معلوم ہوتی رہتی ہیں دیکھیں یہ جو مشن ہے یہ دوسرے ٹائپ کا مشن ہے اس طرح کا نہیں ہے جو دوسرے ہنگامے کرتے رہتے ہیں لوگ</w:t>
      </w:r>
    </w:p>
    <w:p>
      <w:r>
        <w:rPr>
          <w:b/>
        </w:rPr>
        <w:t xml:space="preserve">[1:10:29] </w:t>
      </w:r>
      <w:r>
        <w:t>is type ka mission nahi hai</w:t>
      </w:r>
    </w:p>
    <w:p>
      <w:pPr>
        <w:jc w:val="right"/>
      </w:pPr>
      <w:r>
        <w:t>اس ٹائپ کا مشن نہیں ہے</w:t>
      </w:r>
    </w:p>
    <w:p>
      <w:r>
        <w:rPr>
          <w:b/>
        </w:rPr>
        <w:t xml:space="preserve">[1:10:33] </w:t>
      </w:r>
      <w:r>
        <w:t>to aap apne ko involve kijiye to phir aap ko aisi shikayat nahi hogi phir bhi agar aap is hawale mein nahi nahi aap ko baat karna hai to jo hamare log jo zimmedar hain mislan mr latif hain mr rajat hain un logon se aap baat kar lijiye woh batayenge aap ko mazeed baat maulana agla sawal dilli se hai miss nasreen ka unhon</w:t>
      </w:r>
    </w:p>
    <w:p>
      <w:pPr>
        <w:jc w:val="right"/>
      </w:pPr>
      <w:r>
        <w:t>تو اپ اپنے کو انوالو کیجئے تو پھر اپ کو اس ایسی شکایت نہیں ہوگی پھر بھی اگر اپ اس حوالے میں نہیں نہیں اپ کو بات کرنا ہے تو جو ہمارے لوگ جو ذمہ دار ہیں مثلا مسٹر لطیف ہیں مسٹر رجت ہیں ان لوگوں سے اپ بات کر لیجئے وہ بتائیں گے اپ کو مزید بات مولانا اگلا سوال دلی سے ہے مس نسرین کا انہوں</w:t>
      </w:r>
    </w:p>
    <w:p>
      <w:r>
        <w:rPr>
          <w:b/>
        </w:rPr>
        <w:t xml:space="preserve">[1:10:59] </w:t>
      </w:r>
      <w:r>
        <w:t>ne aapse poocha hai was bin laden an act of bringing down the twin towers and an act of wisdom or break in history was he a hero is par aap kya kahenge</w:t>
      </w:r>
    </w:p>
    <w:p>
      <w:pPr>
        <w:jc w:val="right"/>
      </w:pPr>
      <w:r>
        <w:t>نے اپ سے پوچھا ہے واز بن لادن ایکٹ اف برنگنگ ڈاؤن دا ٹون ٹاورز اینڈ ایکٹ اف وزڈم اور بریک ان ہسٹری واز ہی ا ہیرو اس پر اپ کیا کہیں گے</w:t>
      </w:r>
    </w:p>
    <w:p>
      <w:r>
        <w:rPr>
          <w:b/>
        </w:rPr>
        <w:t xml:space="preserve">[1:11:15] </w:t>
      </w:r>
      <w:r>
        <w:t>mein samajhta hoon ke ek stupid harkat thi woh is ka wisdom se kehte hain log is tarah se kahein duniya mein koi kaam hai abhi milti hai i building ko tod dein to kya ho jayega</w:t>
      </w:r>
    </w:p>
    <w:p>
      <w:pPr>
        <w:jc w:val="right"/>
      </w:pPr>
      <w:r>
        <w:t>میں سمجھتا ہوں کہ ایک اسٹیپڈ حرکت تھی وہ اس کا وزڈم سے کہتے ہیں لوگ اس طرح سے کہیں دنیا میں کوئی کام ہے ابھی ملتی ہے ائی بلڈنگ کو توڑ دیں تو کیا ہو جائے گا</w:t>
      </w:r>
    </w:p>
    <w:p>
      <w:r>
        <w:rPr>
          <w:b/>
        </w:rPr>
        <w:t xml:space="preserve">[1:11:26] </w:t>
      </w:r>
      <w:r>
        <w:t>islam ki islam ka dabdaba duniya mein qaim ho jayega</w:t>
      </w:r>
    </w:p>
    <w:p>
      <w:pPr>
        <w:jc w:val="right"/>
      </w:pPr>
      <w:r>
        <w:t>اسلام کی اسلام کا دبدبہ دنیا میں قائم ہو جائے گا</w:t>
      </w:r>
    </w:p>
    <w:p>
      <w:r>
        <w:rPr>
          <w:b/>
        </w:rPr>
        <w:t xml:space="preserve">[1:11:35] </w:t>
      </w:r>
      <w:r>
        <w:t>yeh mein ne ke ek stupid kaam tha woh is ka aqal se koi talluq nahi hai maulana dilli se sawal hai shah imran hasan sahib ka unhon ne likha hai meri samajh mein aaj tak yeh nahi aa saka hai ke musalman kitna prophet ko mante hain</w:t>
      </w:r>
    </w:p>
    <w:p>
      <w:pPr>
        <w:jc w:val="right"/>
      </w:pPr>
      <w:r>
        <w:t>یہ میں نے کہ ایک اسٹیپڈ کام تھا وہ اس کا عقل سے کوئی تعلق نہیں ہے مولانا دلی سے سوال ہے شاہ عمران حسن صاحب کا انہوں نے لکھا ہے میری سمجھ میں اج تک یہ نہیں ا سکا ہے کہ مسلمان کتنا پرافٹ کو مانتے ہیں</w:t>
      </w:r>
    </w:p>
    <w:p>
      <w:r>
        <w:rPr>
          <w:b/>
        </w:rPr>
        <w:t xml:space="preserve">[1:11:55] </w:t>
      </w:r>
      <w:r>
        <w:t>abhi haal mein main ne egypt mein bani hui prophet yusuf ka serial dekha is mein ek shakhs</w:t>
      </w:r>
    </w:p>
    <w:p>
      <w:pPr>
        <w:jc w:val="right"/>
      </w:pPr>
      <w:r>
        <w:t>ابھی حال میں میں نے ایجپٹ میں بنی ہوئی پرافٹ یوسف کا سیریل دیکھا اس میں ایک شخص</w:t>
      </w:r>
    </w:p>
    <w:p>
      <w:r>
        <w:rPr>
          <w:b/>
        </w:rPr>
        <w:t xml:space="preserve">[1:12:01] </w:t>
      </w:r>
      <w:r>
        <w:t>profit yusuf bana hai aur ek shakhs profit yaqoob</w:t>
      </w:r>
    </w:p>
    <w:p>
      <w:pPr>
        <w:jc w:val="right"/>
      </w:pPr>
      <w:r>
        <w:t>پرافٹ یوسف بنا ہے اور ایک شخص پرافٹ یعقوب</w:t>
      </w:r>
    </w:p>
    <w:p>
      <w:r>
        <w:rPr>
          <w:b/>
        </w:rPr>
        <w:t xml:space="preserve">[1:12:07] </w:t>
      </w:r>
      <w:r>
        <w:t>is par musalmanon ne koi reaction meri vyaktigat jankari ke anusar nahi liya hai kripa aap use</w:t>
      </w:r>
    </w:p>
    <w:p>
      <w:pPr>
        <w:jc w:val="right"/>
      </w:pPr>
      <w:r>
        <w:t>اس پر مسلمانوں نے کوئی ری ایکشن میری व्यक्तिगत معلومات کے अनुसार نہیں لیا ہے کرپا اپ اسے</w:t>
      </w:r>
    </w:p>
    <w:p>
      <w:r>
        <w:rPr>
          <w:b/>
        </w:rPr>
        <w:t xml:space="preserve">[1:12:15] </w:t>
      </w:r>
      <w:r>
        <w:t>spasht karen ji ye to sahi hai ki musalmanon mein is mamle mein dualism ka shikar hain</w:t>
      </w:r>
    </w:p>
    <w:p>
      <w:pPr>
        <w:jc w:val="right"/>
      </w:pPr>
      <w:r>
        <w:t>سپشت کریں جی یہ تو صحیح ہے کہ مسلمانوں میں اس معاملے میں ڈولزم کا شکار ہیں</w:t>
      </w:r>
    </w:p>
    <w:p>
      <w:r>
        <w:rPr>
          <w:b/>
        </w:rPr>
        <w:t xml:space="preserve">[1:12:25] </w:t>
      </w:r>
      <w:r>
        <w:t>ke jo kitabon mein masail hain is mein sirf rasool Allah ka nahi likha hua hai nabiyon mein anbiya ke likha likha rakha hai kisi bhi ek nabi ko agar gustakhi ki jayegi to us ke sath aisa kiya jayega</w:t>
      </w:r>
    </w:p>
    <w:p>
      <w:pPr>
        <w:jc w:val="right"/>
      </w:pPr>
      <w:r>
        <w:t>کہ جو کتابوں میں مسائل ہیں اس میں صرف رسول اللہ کا نہیں لکھا ہوا ہے نبیوں میں انبیاء کے لکھا لکھ رکھا ہے کسی بھی ایک نبی کو اگر گستاخ کی جائے گی تو اس کے ساتھ ایسا کیا جائے گا</w:t>
      </w:r>
    </w:p>
    <w:p>
      <w:r>
        <w:rPr>
          <w:b/>
        </w:rPr>
        <w:t xml:space="preserve">[1:12:39] </w:t>
      </w:r>
      <w:r>
        <w:t>to kitabon mein to likha likha rakha hai ke kisi nabi lekin aamir kya karte hain sirf muhammad sal Allah alayh wasallam yeh to munafiqat hai dualism hai yeh sare musalman se mubtala hain aap jo bhi kitabein likhi gayi is mozu par aap padh lijiye is ko is mein yahi lafz rahega nabiyon mein anbiya hain nabiyon mein se kisi nabi ki agar gustakhi kare to us ke sath aisa sulook kiya jayega</w:t>
      </w:r>
    </w:p>
    <w:p>
      <w:pPr>
        <w:jc w:val="right"/>
      </w:pPr>
      <w:r>
        <w:t>تو کتابوں میں تو لکھا لکھا رکھا ہے کہ کسی نبی لیکن عامر کیا کرتے ہیں صرف محمد صلی اللہ علیہ وسلم یہ تو منافقت ہے ڈولزم ہے یہ سارے مسلمان سے مبتلا ہیں اپ جو بھی کتابیں لکھی گئی اس موضوع پر اپ پڑھ لیجئے اس کو اس میں یہی لفظ رہے گا نبیوں میں انبیاء ہیں نبیوں میں سے کسی نبی کی اگر گستاخی کرے تو اس کے ساتھ ایسا سلوک کیا جائے گا</w:t>
      </w:r>
    </w:p>
    <w:p>
      <w:r>
        <w:rPr>
          <w:b/>
        </w:rPr>
        <w:t xml:space="preserve">[1:13:03] </w:t>
      </w:r>
      <w:r>
        <w:t>to rozana ho raha hai lekin musalman khamosh hain aur rasool Allah par bohat bhadakte hain yeh yeh yani yeh yeh bohat hi ajeeb ghareeb baat hai ke is zamane mein munafiqat ko islam bana diya gaya hai dualism ko islam bana diya gaya hai</w:t>
      </w:r>
    </w:p>
    <w:p>
      <w:pPr>
        <w:jc w:val="right"/>
      </w:pPr>
      <w:r>
        <w:t>تو روزانہ ہو رہا ہے لیکن مسلمان خاموش ہیں اور رسول اللہ پر بہت بھڑکتے ہیں یہ یہ یعنی یہ یہ بہت ہی عجیب غریب بات ہے کہ اس زمانے میں منافقت کو اسلام بنا دیا گیا ہے ڈولزم کو اسلام بنا دیا گیا ہے</w:t>
      </w:r>
    </w:p>
    <w:p>
      <w:r>
        <w:rPr>
          <w:b/>
        </w:rPr>
        <w:t xml:space="preserve">[1:13:24] </w:t>
      </w:r>
      <w:r>
        <w:t>mein to bohat hi zyada yani haram pareshan rehta hoon ke kaise musalman hain kaise ehsas un ke hain sochte nahi hain woh ke masla to yeh bana rakha hai ke kisi bhi nabi kuch karoge to hum wahan danda uthayenge tumhare khilaf to doosre nabi nabi khush chup rehte hain aur is tarah par hungama karte hain bohat ajeeb baat hai yeh bohat zyada ajeeb baat hai</w:t>
      </w:r>
    </w:p>
    <w:p>
      <w:pPr>
        <w:jc w:val="right"/>
      </w:pPr>
      <w:r>
        <w:t>میں تو بہت ہی زیادہ یعنی حرام پریشان رہتا ہوں کہ کیسے مسلمان ہیں کیسے احساس ان کے ہیں سوچتے نہیں ہیں وہ کہ مسئلہ تو یہ بنا رکھا ہے کہ کسی بھی نبی کچھ کرو گے تو ہم وہاں ڈنڈا اٹھائیں گے تمہارے خلاف تو دوسرے نبیوں نبیوں خوش چپ رہتے ہیں اور اس طرح پر ہنگامہ کرتے ہیں بہت عجیب بات ہے یہ بہت زیادہ عجیب بات ہے</w:t>
      </w:r>
    </w:p>
    <w:p>
      <w:r>
        <w:rPr>
          <w:b/>
        </w:rPr>
        <w:t xml:space="preserve">[1:13:51] </w:t>
      </w:r>
      <w:r>
        <w:t>aur musalmanon ki bohat hi bari kamzori ko batati hai yeh bohat bari bhayanak weakness ko batati hai yeh maulana agla sawal dilli se hai mohammad ans sahib ka unhon ne likha hai maulana bohat se log yeh kehte hain ke hum ram rahim allah sab ko mante hain</w:t>
      </w:r>
    </w:p>
    <w:p>
      <w:pPr>
        <w:jc w:val="right"/>
      </w:pPr>
      <w:r>
        <w:t>اور مسلمانوں کی بہت ہی بڑی کمزوری کو بتاتی ہے یہ بہت بڑی بھیانک ویکنس کو بتاتی ہے یہ مولانا اگلا سوال دلی سے ہے محمد انس صاحب کا انہوں نے لکھا ہے مولانا بہت سے لوگ یہ کہتے ہیں کہ ہم رام رحیم اللہ سب کو مانتے ہیں</w:t>
      </w:r>
    </w:p>
    <w:p>
      <w:r>
        <w:rPr>
          <w:b/>
        </w:rPr>
        <w:t xml:space="preserve">[1:14:13] </w:t>
      </w:r>
      <w:r>
        <w:t>aise logon ko hum kaise samjhayen humein kaise samjhana chahiye ke khuda sirf ek hai ya hum phir unhein aisi kaun si misal dein jis se woh satisfy ho jayen is ke baray mein nahi dekhiye aap aap isi is ko aap starting point ko banate hain starting point mat banaiye is ko jo woh keh rahe hain aap is ka ek kitab padho aap un ko kitabein dijiye</w:t>
      </w:r>
    </w:p>
    <w:p>
      <w:pPr>
        <w:jc w:val="right"/>
      </w:pPr>
      <w:r>
        <w:t>ایسے لوگوں کو ہم کیسے سمجھ ہمیں کیسے سمجھانا چاہیے کہ خدا صرف ایک ہے یا ہم پھر انہیں ایسی کون سی مثال دیں جس سے وہ سیٹسفائی ہو جائیں اس کے بارے میں نہیں دیکھیے اپ اپ اسی اس کو اپ سٹارٹنگ پوائنٹ کو بناتے ہیں سٹارٹنگ پوائنٹ مت بنائیے اس کو جو وہ کہہ رہے ہیں اپ اس کا ایک کتاب پڑھو اپ ان کو کتابیں دیجئے</w:t>
      </w:r>
    </w:p>
    <w:p>
      <w:r>
        <w:rPr>
          <w:b/>
        </w:rPr>
        <w:t xml:space="preserve">[1:14:38] </w:t>
      </w:r>
      <w:r>
        <w:t>is tarah se ise ek ek ek endless behas chale gi aur kuch hoga nahi aap bhi islam mein literature dijiye un ko kitabein dijiye hamare mission mein yeh hota hai hamare mission mein is tarah ki behas nahi hai koi bhi agar is tarah ki behas karta ho to us ko us se bachna chahiye har case mein sab se pehla aap ka jo hona chahiye kaam ke us ko literature dena</w:t>
      </w:r>
    </w:p>
    <w:p>
      <w:pPr>
        <w:jc w:val="right"/>
      </w:pPr>
      <w:r>
        <w:t>اس طرح سے اسے ایک ایک ایک اینڈ لیس بحث چلے گی اور کچھ ہوگا نہیں اپ بھی اسلام میں لٹریچر دیجئے ان کو کتابیں دیجئے ہمارے مشن میں یہ ہوتا ہے ہمارے مشن میں اس طرح کی بحث نہیں ہے کوئی بھی اگر اس طرح کی بحث کرتا ہو تو اس کو اس سے بچنا چاہیے ہر کیس میں سب سے پہلا اپ کا جو ہونا چاہیے کام کہ اس کو لٹریچر دینا</w:t>
      </w:r>
    </w:p>
    <w:p>
      <w:r>
        <w:rPr>
          <w:b/>
        </w:rPr>
        <w:t xml:space="preserve">[1:15:07] </w:t>
      </w:r>
      <w:r>
        <w:t>har case mein yahi nahi hai koi bhi case hai</w:t>
      </w:r>
    </w:p>
    <w:p>
      <w:pPr>
        <w:jc w:val="right"/>
      </w:pPr>
      <w:r>
        <w:t>ہر کیس میں یہی نہیں ہے کوئی بھی کیس ہے</w:t>
      </w:r>
    </w:p>
    <w:p>
      <w:r>
        <w:rPr>
          <w:b/>
        </w:rPr>
        <w:t xml:space="preserve">[1:15:10] </w:t>
      </w:r>
      <w:r>
        <w:t>lekin log jaldi lagte hain bahas karne bahas karne se bas to hi khatm ho jayega is</w:t>
      </w:r>
    </w:p>
    <w:p>
      <w:pPr>
        <w:jc w:val="right"/>
      </w:pPr>
      <w:r>
        <w:t>لیکن لوگ جلدی لگتے ہیں بحث کرنے بحث کرنے سے بس تو ہی ختم ہو جائے گا اس</w:t>
      </w:r>
    </w:p>
    <w:p>
      <w:r>
        <w:rPr>
          <w:b/>
        </w:rPr>
        <w:t xml:space="preserve">[1:15:16] </w:t>
      </w:r>
      <w:r>
        <w:t>ki jankari badhaiye isko aur zyada is zehan ko wasee kijiye iske iska mutala badhaiye</w:t>
      </w:r>
    </w:p>
    <w:p>
      <w:pPr>
        <w:jc w:val="right"/>
      </w:pPr>
      <w:r>
        <w:t>کی معلومات بڑھائیے اس کو اور زیادہ اس ذہن کو وسیع کیجئے اس کے اس کا مطالعہ بڑھائیے</w:t>
      </w:r>
    </w:p>
    <w:p>
      <w:r>
        <w:rPr>
          <w:b/>
        </w:rPr>
        <w:t xml:space="preserve">[1:15:25] </w:t>
      </w:r>
      <w:r>
        <w:t>tab ja kar wo prepared mind banega abhi to prepared mind hi nahi hai ab bahas karne</w:t>
      </w:r>
    </w:p>
    <w:p>
      <w:pPr>
        <w:jc w:val="right"/>
      </w:pPr>
      <w:r>
        <w:t>تب جا کر وہ پیپرڈ مائنڈ بنے گا ابھی تو پیپرڈ مائنڈ ہی نہیں ہے اب بحث کرنے</w:t>
      </w:r>
    </w:p>
    <w:p>
      <w:r>
        <w:rPr>
          <w:b/>
        </w:rPr>
        <w:t xml:space="preserve">[1:15:30] </w:t>
      </w:r>
      <w:r>
        <w:t>lage iske sath</w:t>
      </w:r>
    </w:p>
    <w:p>
      <w:pPr>
        <w:jc w:val="right"/>
      </w:pPr>
      <w:r>
        <w:t>لگے اس کے ساتھ</w:t>
      </w:r>
    </w:p>
    <w:p>
      <w:r>
        <w:rPr>
          <w:b/>
        </w:rPr>
        <w:t xml:space="preserve">[1:15:33] </w:t>
      </w:r>
      <w:r>
        <w:t>behral main yahi kahunga ki aap kitabein padhaiye bas aur kuch nahi hai</w:t>
      </w:r>
    </w:p>
    <w:p>
      <w:pPr>
        <w:jc w:val="right"/>
      </w:pPr>
      <w:r>
        <w:t>بہرحال میں یہی کہوں گا کہ اپ کتابیں پڑھائیے بس اور کچھ نہیں ہے</w:t>
      </w:r>
    </w:p>
    <w:p>
      <w:r>
        <w:rPr>
          <w:b/>
        </w:rPr>
        <w:t xml:space="preserve">[1:15:37] </w:t>
      </w:r>
      <w:r>
        <w:t>aur bohat dinon tak padhate rahiye kitabein is ke baad inshallah is ka durust ho jayega.</w:t>
      </w:r>
    </w:p>
    <w:p>
      <w:pPr>
        <w:jc w:val="right"/>
      </w:pPr>
      <w:r>
        <w:t>اور بہت دنوں تک پڑھاتے رہیے کتابیں اس کے بعد انشاءاللہ اس کا درست ہو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