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Thinking 7 May 2014</w:t>
      </w:r>
    </w:p>
    <w:p>
      <w:r>
        <w:t>https://youtu.be/Ie4-njJHuVY</w:t>
      </w:r>
    </w:p>
    <w:p>
      <w:r>
        <w:rPr>
          <w:b/>
        </w:rPr>
        <w:t xml:space="preserve">[00:25] </w:t>
      </w:r>
      <w:r>
        <w:t>see, waja'altuhu bainakum muharraman, fala tazalamoo. ya ibadi, kullukum zallun illa man hadaytuhu, fastahidooni ahdeekum.</w:t>
      </w:r>
    </w:p>
    <w:p>
      <w:pPr>
        <w:jc w:val="right"/>
      </w:pPr>
      <w:r>
        <w:t>سی، وجعلتہ بینکم محرما، فلا تظالموا۔ یا عبادی، کلکم ضال الا من ہدیتہ، فاستہدونی اہدیکم۔</w:t>
      </w:r>
    </w:p>
    <w:p>
      <w:r>
        <w:rPr>
          <w:b/>
        </w:rPr>
        <w:t xml:space="preserve">[00:38] </w:t>
      </w:r>
      <w:r>
        <w:t>ya ibadi, kullukum ja'i'un illa man at'amtuhu, fastat'imooni ut'imkum. ya ibadi, kullukum 'aarun illa man kasawtuhu, fastaksurooni aksukum."</w:t>
      </w:r>
    </w:p>
    <w:p>
      <w:pPr>
        <w:jc w:val="right"/>
      </w:pPr>
      <w:r>
        <w:t>یا عبادی، کلکم جائع الا من اطعمتہ، فاستطعمونی اطعمکم۔ یا عبادی، کلکم عار الا من کسوتہ، فاستکسونی اکسکم۔"</w:t>
      </w:r>
    </w:p>
    <w:p>
      <w:r>
        <w:rPr>
          <w:b/>
        </w:rPr>
        <w:t xml:space="preserve">[00:54] </w:t>
      </w:r>
      <w:r>
        <w:t>sahih muslim, hadith number 257. abu zar riwayat karte hain nabi sallallahu alaihi wasallam se: aap ne allah taala se riwayat kiya,</w:t>
      </w:r>
    </w:p>
    <w:p>
      <w:pPr>
        <w:jc w:val="right"/>
      </w:pPr>
      <w:r>
        <w:t>صحیح مسلم، حدیث نمبر 257۔ ابوذر روایت کرتے ہیں نبی صلی اللہ علیہ وسلم سے: آپ نے اللہ تعالی سے روایت کیا،</w:t>
      </w:r>
    </w:p>
    <w:p>
      <w:r>
        <w:rPr>
          <w:b/>
        </w:rPr>
        <w:t xml:space="preserve">[01:11] </w:t>
      </w:r>
      <w:r>
        <w:t>allah ne farmaya: "ae mere bando! maine apne upar zulm ko haram kar liya hai, aur maine tumhare darmiyan bhi zulm ko haram kar diya,</w:t>
      </w:r>
    </w:p>
    <w:p>
      <w:pPr>
        <w:jc w:val="right"/>
      </w:pPr>
      <w:r>
        <w:t>اللہ نے فرمایا: "اے میرے بندو! میں نے اپنے اوپر ظلم کو حرام کر لیا ہے، اور میں نے تمہارے درمیان بھی ظلم کو حرام کر دیا،</w:t>
      </w:r>
    </w:p>
    <w:p>
      <w:r>
        <w:rPr>
          <w:b/>
        </w:rPr>
        <w:t xml:space="preserve">[01:25] </w:t>
      </w:r>
      <w:r>
        <w:t>to tum aapas mein zulm na karo. ae mere bando! tum sab ke sab bhatke hue ho, magar woh shakhs jisko main hidayat doon, to tum mujh se hidayat talab karo, main tum ko hidayat doon ga.</w:t>
      </w:r>
    </w:p>
    <w:p>
      <w:pPr>
        <w:jc w:val="right"/>
      </w:pPr>
      <w:r>
        <w:t>تو تم آپس میں ظلم نہ کرو۔ اے میرے بندو! تم سب کے سب بھٹکے ہوئے ہو، مگر وہ شخص جس کو میں ہدایت دوں، تو تم مجھ سے ہدایت طلب کرو، میں تم کو ہدایت دوں گا۔</w:t>
      </w:r>
    </w:p>
    <w:p>
      <w:r>
        <w:rPr>
          <w:b/>
        </w:rPr>
        <w:t xml:space="preserve">[01:44] </w:t>
      </w:r>
      <w:r>
        <w:t>ae mere bando! tum sab ke sab bhooke ho, siwaye us ke jisko main khilaon,</w:t>
      </w:r>
    </w:p>
    <w:p>
      <w:pPr>
        <w:jc w:val="right"/>
      </w:pPr>
      <w:r>
        <w:t>اے میرے بندو! تم سب کے سب بھوکے ہو، سوائے اس کے جس کو میں کھلاؤں،</w:t>
      </w:r>
    </w:p>
    <w:p>
      <w:r>
        <w:rPr>
          <w:b/>
        </w:rPr>
        <w:t xml:space="preserve">[01:52] </w:t>
      </w:r>
      <w:r>
        <w:t>to tum mujh se khana mango, main tum ko khilaon ga. ae mere bando! tum sab ke sab nangay ho, siwaye us shakhs ke jisko main pehnaon,</w:t>
      </w:r>
    </w:p>
    <w:p>
      <w:pPr>
        <w:jc w:val="right"/>
      </w:pPr>
      <w:r>
        <w:t>تو تم مجھ سے کھانا مانگو، میں تم کو کھلاؤں گا۔ اے میرے بندو! تم سب کے سب ننگے ہو، سوائے اس شخص کے جس کو میں پہناؤں،</w:t>
      </w:r>
    </w:p>
    <w:p>
      <w:r>
        <w:rPr>
          <w:b/>
        </w:rPr>
        <w:t xml:space="preserve">[02:05] </w:t>
      </w:r>
      <w:r>
        <w:t>to tum mujh se libas mango, main tum ko pehnaon ga." maulana is hadith ki wazahat farmayen. bismillah hir rahman nir rahim.</w:t>
      </w:r>
    </w:p>
    <w:p>
      <w:pPr>
        <w:jc w:val="right"/>
      </w:pPr>
      <w:r>
        <w:t>تو تم مجھ سے لباس مانگو، میں تم کو پہناؤں گا۔" مولانا اس حدیث کی وضاحت فرمائیں۔ بسم اللہ الرحمن الرحیم۔</w:t>
      </w:r>
    </w:p>
    <w:p>
      <w:r>
        <w:rPr>
          <w:b/>
        </w:rPr>
        <w:t xml:space="preserve">[02:21] </w:t>
      </w:r>
      <w:r>
        <w:t>dekhen, yeh jo hadith hai, is ko kehte hain hadith qudsi. hadith qudsi is hadith ko kehta hai jis mein rasool allah ne khuda ki taraf se kaha ho.</w:t>
      </w:r>
    </w:p>
    <w:p>
      <w:pPr>
        <w:jc w:val="right"/>
      </w:pPr>
      <w:r>
        <w:t>دیکھیں، یہ جو حدیث ہے، اس کو کہتے ہیں حدیث قدسی۔ حدیث قدسی اس حدیث کو کہتا ہے جس میں رسول اللہ نے خدا کی طرف سے کہا ہو۔</w:t>
      </w:r>
    </w:p>
    <w:p>
      <w:r>
        <w:rPr>
          <w:b/>
        </w:rPr>
        <w:t xml:space="preserve">[02:37] </w:t>
      </w:r>
      <w:r>
        <w:t>to is mein khuda ki taraf se, allah ki taraf se.</w:t>
      </w:r>
    </w:p>
    <w:p>
      <w:pPr>
        <w:jc w:val="right"/>
      </w:pPr>
      <w:r>
        <w:t>تو اس میں خدا کی طرف سے، اللہ کی طرف سے۔</w:t>
      </w:r>
    </w:p>
    <w:p>
      <w:r>
        <w:rPr>
          <w:b/>
        </w:rPr>
        <w:t xml:space="preserve">[02:43] </w:t>
      </w:r>
      <w:r>
        <w:t>to is hadith ke do hissay hain.</w:t>
      </w:r>
    </w:p>
    <w:p>
      <w:pPr>
        <w:jc w:val="right"/>
      </w:pPr>
      <w:r>
        <w:t>تو اس حدیث کے دو حصے ہیں۔</w:t>
      </w:r>
    </w:p>
    <w:p>
      <w:r>
        <w:rPr>
          <w:b/>
        </w:rPr>
        <w:t xml:space="preserve">[02:47] </w:t>
      </w:r>
      <w:r>
        <w:t>pehlay to yeh farmaya ke</w:t>
      </w:r>
    </w:p>
    <w:p>
      <w:pPr>
        <w:jc w:val="right"/>
      </w:pPr>
      <w:r>
        <w:t>پہلے تو یہ فرمایا کہ</w:t>
      </w:r>
    </w:p>
    <w:p>
      <w:r>
        <w:rPr>
          <w:b/>
        </w:rPr>
        <w:t xml:space="preserve">[02:52] </w:t>
      </w:r>
      <w:r>
        <w:t>allah ne apne upar zulm ko haram kar liya hai, to ae logon! tum bhi is baat ko haram kar lo ke tum kisi ke upar zulm karo.</w:t>
      </w:r>
    </w:p>
    <w:p>
      <w:pPr>
        <w:jc w:val="right"/>
      </w:pPr>
      <w:r>
        <w:t>اللہ نے اپنے اوپر ظلم کو حرام کر لیا ہے، تو اے لوگوں! تم بھی اس بات کو حرام کر لو کہ تم کسی کے اوپر ظلم کرو۔</w:t>
      </w:r>
    </w:p>
    <w:p>
      <w:r>
        <w:rPr>
          <w:b/>
        </w:rPr>
        <w:t xml:space="preserve">[03:06] </w:t>
      </w:r>
      <w:r>
        <w:t>dekhen, zulm ke lafz se aik baat is mein batai gayi hai. is ka matlab kya hai?</w:t>
      </w:r>
    </w:p>
    <w:p>
      <w:pPr>
        <w:jc w:val="right"/>
      </w:pPr>
      <w:r>
        <w:t>دیکھیں، ظلم کے لفظ سے ایک بات اس میں بتائی گئی ہے۔ اس کا مطلب کیا ہے؟</w:t>
      </w:r>
    </w:p>
    <w:p>
      <w:r>
        <w:rPr>
          <w:b/>
        </w:rPr>
        <w:t xml:space="preserve">[03:15] </w:t>
      </w:r>
      <w:r>
        <w:t>na to khuda kisi se kuch chheenta, na koi insaan kisi se kuch chheen sakta. yeh matlab hai is ka.</w:t>
      </w:r>
    </w:p>
    <w:p>
      <w:pPr>
        <w:jc w:val="right"/>
      </w:pPr>
      <w:r>
        <w:t>نہ تو خدا کسی سے کچھ چھینتا، نہ کوئی انسان کسی سے کچھ چھین سکتا۔ یہ مطلب ہے اس کا۔</w:t>
      </w:r>
    </w:p>
    <w:p>
      <w:r>
        <w:rPr>
          <w:b/>
        </w:rPr>
        <w:t xml:space="preserve">[03:26] </w:t>
      </w:r>
      <w:r>
        <w:t>is dunya mein allah ne insaan ko paida kiya hai test ke liye, har aik ko azadi di hai, har aik ko tamam zaroori salahiyaten di hain.</w:t>
      </w:r>
    </w:p>
    <w:p>
      <w:pPr>
        <w:jc w:val="right"/>
      </w:pPr>
      <w:r>
        <w:t>اس دنیا میں اللہ نے انسان کو پیدا کیا ہے ٹیسٹ کے لیے، ہر ایک کو آزادی دی ہے، ہر ایک کو تمام ضروری صلاحیتیں دی ہیں۔</w:t>
      </w:r>
    </w:p>
    <w:p>
      <w:r>
        <w:rPr>
          <w:b/>
        </w:rPr>
        <w:t xml:space="preserve">[03:38] </w:t>
      </w:r>
      <w:r>
        <w:t>to sab kuch de kar hi paida kar diya, ab woh azad hai jo chahe kare.</w:t>
      </w:r>
    </w:p>
    <w:p>
      <w:pPr>
        <w:jc w:val="right"/>
      </w:pPr>
      <w:r>
        <w:t>تو سب کچھ دے کر ہی پیدا کر دیا، اب وہ آزاد ہے جو چاہے کرے۔</w:t>
      </w:r>
    </w:p>
    <w:p>
      <w:r>
        <w:rPr>
          <w:b/>
        </w:rPr>
        <w:t xml:space="preserve">[03:45] </w:t>
      </w:r>
      <w:r>
        <w:t>to paidaish se le kar maut tak, na khuda us se kuch chheen nay wala hai, na kisi insaan ko yeh power hai ke woh usay chheene.</w:t>
      </w:r>
    </w:p>
    <w:p>
      <w:pPr>
        <w:jc w:val="right"/>
      </w:pPr>
      <w:r>
        <w:t>تو پیدائش سے لے کر موت تک، نہ خدا اس سے کچھ چھیننے والا ہے، نہ کسی انسان کو یہ پاور ہے کہ وہ اسے چھینے۔</w:t>
      </w:r>
    </w:p>
    <w:p>
      <w:r>
        <w:rPr>
          <w:b/>
        </w:rPr>
        <w:t xml:space="preserve">[03:56] </w:t>
      </w:r>
      <w:r>
        <w:t>to matlab kya hua? har insaan apni destiny khud banata hai, har insaan apna mustaqbil khud banata hai.</w:t>
      </w:r>
    </w:p>
    <w:p>
      <w:pPr>
        <w:jc w:val="right"/>
      </w:pPr>
      <w:r>
        <w:t>تو مطلب کیا ہوا؟ ہر انسان اپنی ڈیسٹنی خود بناتا ہے، ہر انسان اپنا مستقبل خود بناتا ہے۔</w:t>
      </w:r>
    </w:p>
    <w:p>
      <w:r>
        <w:rPr>
          <w:b/>
        </w:rPr>
        <w:t xml:space="preserve">[04:10] </w:t>
      </w:r>
      <w:r>
        <w:t>yeh pehlay hissay mein bataya gaya hai.</w:t>
      </w:r>
    </w:p>
    <w:p>
      <w:pPr>
        <w:jc w:val="right"/>
      </w:pPr>
      <w:r>
        <w:t>یہ پہلے حصے میں بتایا گیا ہے۔</w:t>
      </w:r>
    </w:p>
    <w:p>
      <w:r>
        <w:rPr>
          <w:b/>
        </w:rPr>
        <w:t xml:space="preserve">[04:14] </w:t>
      </w:r>
      <w:r>
        <w:t>dosray hissay mein yeh bataya gaya hai ke is ke teen baaten aayi hain ke har insaan bhatka hua hai, siwaye us ke ke us ko main hidayat doon.</w:t>
      </w:r>
    </w:p>
    <w:p>
      <w:pPr>
        <w:jc w:val="right"/>
      </w:pPr>
      <w:r>
        <w:t>دوسرے حصے میں یہ بتایا گیا ہے کہ اس کے تین باتیں آئی ہیں کہ ہر انسان بھٹکا ہوا ہے، سوائے اس کے کہ اس کو میں ہدایت دوں۔</w:t>
      </w:r>
    </w:p>
    <w:p>
      <w:r>
        <w:rPr>
          <w:b/>
        </w:rPr>
        <w:t xml:space="preserve">[04:29] </w:t>
      </w:r>
      <w:r>
        <w:t>har insaan bhooka hai, siwaye us ke ke us ko main khilaon. har insaan nanga hai, siwaye us ke ke main pehnaon.</w:t>
      </w:r>
    </w:p>
    <w:p>
      <w:pPr>
        <w:jc w:val="right"/>
      </w:pPr>
      <w:r>
        <w:t>ہر انسان بھوکا ہے، سوائے اس کے کہ اس کو میں کھلاؤں۔ ہر انسان ننگا ہے، سوائے اس کے کہ میں پہناؤں۔</w:t>
      </w:r>
    </w:p>
    <w:p>
      <w:r>
        <w:rPr>
          <w:b/>
        </w:rPr>
        <w:t xml:space="preserve">[04:37] </w:t>
      </w:r>
      <w:r>
        <w:t>yeh bhi aik ta'abeer ka andaaz hai. yeh aik ta'abeer hai.</w:t>
      </w:r>
    </w:p>
    <w:p>
      <w:pPr>
        <w:jc w:val="right"/>
      </w:pPr>
      <w:r>
        <w:t>یہ بھی ایک تعبیر کا انداز ہے۔ یہ ایک تعبیر ہے۔</w:t>
      </w:r>
    </w:p>
    <w:p>
      <w:r>
        <w:rPr>
          <w:b/>
        </w:rPr>
        <w:t xml:space="preserve">[04:43] </w:t>
      </w:r>
      <w:r>
        <w:t>is ka matlab kya hai? is ka ta'abeer se aagay barh ke jab sochen ge, tab pata samajh aaye ga ke is ka matlab kya hai. is ka matlab yeh hai ke har insaan ko allah ne rah-e-raast bata rakhi hai.</w:t>
      </w:r>
    </w:p>
    <w:p>
      <w:pPr>
        <w:jc w:val="right"/>
      </w:pPr>
      <w:r>
        <w:t>اس کا مطلب کیا ہے؟ اس کا تعبیر سے آگے بڑھ کے جب سوچیں گے، تب پتہ سمجھ آئے گا کہ اس کا مطلب کیا ہے۔ اس کا مطلب یہ ہے کہ ہر انسان کو اللہ نے راہ راست بتا رکھی ہے۔</w:t>
      </w:r>
    </w:p>
    <w:p>
      <w:r>
        <w:rPr>
          <w:b/>
        </w:rPr>
        <w:t xml:space="preserve">[05:01] </w:t>
      </w:r>
      <w:r>
        <w:t>woh khud hi bhatka kar bhatke ga.</w:t>
      </w:r>
    </w:p>
    <w:p>
      <w:pPr>
        <w:jc w:val="right"/>
      </w:pPr>
      <w:r>
        <w:t>وہ خود ہی بھٹکا کر بھٹکے گا۔</w:t>
      </w:r>
    </w:p>
    <w:p>
      <w:r>
        <w:rPr>
          <w:b/>
        </w:rPr>
        <w:t xml:space="preserve">[05:05] </w:t>
      </w:r>
      <w:r>
        <w:t>jo right path hai, right path Allah ne har ek ko aisa dimagh diya hai, aisi samajh di hai, aisi wisdom di hai ke har aadmi right path ko khud hi jaane hue hai, wo bekhabar nahi hai.</w:t>
      </w:r>
    </w:p>
    <w:p>
      <w:pPr>
        <w:jc w:val="right"/>
      </w:pPr>
      <w:r>
        <w:t>جو رائٹ پاتھ ہے، رائٹ پاتھ اللہ نے ہر ایک کو ایسا دماغ دیا ہے، ایسی سمجھ دی ہے، ایسی وزڈم دی ہے کہ ہر آدمی رائٹ پاتھ کو خود ہی جانے ہوئے ہے، وہ بے خبر نہیں ہے۔</w:t>
      </w:r>
    </w:p>
    <w:p>
      <w:r>
        <w:rPr>
          <w:b/>
        </w:rPr>
        <w:t xml:space="preserve">[05:26] </w:t>
      </w:r>
      <w:r>
        <w:t>to agar bhatkega to wo khud hi apne aap ko bhatkayega. bhatkne ka zimmedar wo khud hoga.</w:t>
      </w:r>
    </w:p>
    <w:p>
      <w:pPr>
        <w:jc w:val="right"/>
      </w:pPr>
      <w:r>
        <w:t>تو اگر بھٹکے گا تو وہ خود ہی اپنے آپ کو بھٹکائے گا۔ بھٹکنے کا ذمہ دار وہ خود ہوگا۔</w:t>
      </w:r>
    </w:p>
    <w:p>
      <w:r>
        <w:rPr>
          <w:b/>
        </w:rPr>
        <w:t xml:space="preserve">[05:34] </w:t>
      </w:r>
      <w:r>
        <w:t>aise hi ye jo farmaya ke har aadmi bhooka hai, illa ke ek us ko main khane khilaon, iska matlab ye nahi hai ke har ek har aadmi ke paas khane kuch nahi hai.</w:t>
      </w:r>
    </w:p>
    <w:p>
      <w:pPr>
        <w:jc w:val="right"/>
      </w:pPr>
      <w:r>
        <w:t>ایسے ہی یہ جو فرمایا کہ ہر آدمی بھوکا ہے، الا کہ ایک اس کو میں کھانے کھلاؤں، اس کا مطلب یہ نہیں ہے کہ ہر ایک ہر آدمی کے پاس کھانے کچھ نہیں ہے۔</w:t>
      </w:r>
    </w:p>
    <w:p>
      <w:r>
        <w:rPr>
          <w:b/>
        </w:rPr>
        <w:t xml:space="preserve">[05:45] </w:t>
      </w:r>
      <w:r>
        <w:t>ye matlab nahi hai. iska matlab hai ke har aadmi ko zaruri khurak Allah ne de rakhi hai, zaruri food Allah ne de rakhi hai.</w:t>
      </w:r>
    </w:p>
    <w:p>
      <w:pPr>
        <w:jc w:val="right"/>
      </w:pPr>
      <w:r>
        <w:t>یہ مطلب نہیں ہے۔ اس کا مطلب ہے کہ ہر آدمی کو کو ضروری خوراک اللہ نے دے رکھی ہے، ضروری فوڈ اللہ نے دے رکھی ہے۔</w:t>
      </w:r>
    </w:p>
    <w:p>
      <w:r>
        <w:rPr>
          <w:b/>
        </w:rPr>
        <w:t xml:space="preserve">[05:55] </w:t>
      </w:r>
      <w:r>
        <w:t>wo khud hi apne ko tabah kar le, bhooka bana le, to khud hi aisa karega,</w:t>
      </w:r>
    </w:p>
    <w:p>
      <w:pPr>
        <w:jc w:val="right"/>
      </w:pPr>
      <w:r>
        <w:t>وہ خود ہی اپنے کو تباہ کر لے، بھوکا بنا لے، تو خود ہی ایسا کرے گا،</w:t>
      </w:r>
    </w:p>
    <w:p>
      <w:r>
        <w:rPr>
          <w:b/>
        </w:rPr>
        <w:t xml:space="preserve">[06:01] </w:t>
      </w:r>
      <w:r>
        <w:t>to kare. Allah ki taraf se us ko sab kuch mila hua hai.</w:t>
      </w:r>
    </w:p>
    <w:p>
      <w:pPr>
        <w:jc w:val="right"/>
      </w:pPr>
      <w:r>
        <w:t>تو کرے۔ اللہ کی طرف سے اس کو سب کچھ ملا ہوا ہے۔</w:t>
      </w:r>
    </w:p>
    <w:p>
      <w:r>
        <w:rPr>
          <w:b/>
        </w:rPr>
        <w:t xml:space="preserve">[06:07] </w:t>
      </w:r>
      <w:r>
        <w:t>aise hi ye jo hai ke har aadmi nanga hai, illa ke main us ko pehnaon, iska matlab maine pehna rakha hai.</w:t>
      </w:r>
    </w:p>
    <w:p>
      <w:pPr>
        <w:jc w:val="right"/>
      </w:pPr>
      <w:r>
        <w:t>ایسے ہی یہ جو ہے کہ ہر آدمی ننگا ہے، الا کہ میں اس کو پہناؤں، اس کا مطلب میں نے پہنا رکھا ہے۔</w:t>
      </w:r>
    </w:p>
    <w:p>
      <w:r>
        <w:rPr>
          <w:b/>
        </w:rPr>
        <w:t xml:space="preserve">[06:18] </w:t>
      </w:r>
      <w:r>
        <w:t>pehna rakha hai, wo khud hi apne ko nanga kar le, to kar le. ye matlab hai iska. ab</w:t>
      </w:r>
    </w:p>
    <w:p>
      <w:pPr>
        <w:jc w:val="right"/>
      </w:pPr>
      <w:r>
        <w:t>پہنا رکھا ہے، وہ خود ہی اپنے کو ننگا کر لے، تو کر لے۔ یہ مطلب ہے اس کا۔ اب</w:t>
      </w:r>
    </w:p>
    <w:p>
      <w:r>
        <w:rPr>
          <w:b/>
        </w:rPr>
        <w:t xml:space="preserve">[06:26] </w:t>
      </w:r>
      <w:r>
        <w:t>is baat ko samne rakh kar ke aap Quran ke in banat par ghor kijiye jo Adam ke bare mein hain. mushtahaon ke Adam ko jab Allah ne paida kiya to shuru hi mein aisi misalein qaim kar dein jo hamesha insaan ke liye guide kar saken.</w:t>
      </w:r>
    </w:p>
    <w:p>
      <w:pPr>
        <w:jc w:val="right"/>
      </w:pPr>
      <w:r>
        <w:t>اس بات کو سامنے رکھ کر کہ آپ قرآن کے ان بانات پر غور کیجئے جو آدم کے بارے میں ہیں۔ مشتہاؤں کے آدم کو جب اللہ نے پیدا کیا تو شروع ہی میں ایسی مثالیں قائم کر دیں جو ہمیشہ انسان کے لیے گائیڈ کر سکیں۔</w:t>
      </w:r>
    </w:p>
    <w:p>
      <w:r>
        <w:rPr>
          <w:b/>
        </w:rPr>
        <w:t xml:space="preserve">[06:47] </w:t>
      </w:r>
      <w:r>
        <w:t>guide</w:t>
      </w:r>
    </w:p>
    <w:p>
      <w:pPr>
        <w:jc w:val="right"/>
      </w:pPr>
      <w:r>
        <w:t>گائیڈ</w:t>
      </w:r>
    </w:p>
    <w:p>
      <w:r>
        <w:rPr>
          <w:b/>
        </w:rPr>
        <w:t xml:space="preserve">[06:49] </w:t>
      </w:r>
      <w:r>
        <w:t>shuru hi mein, yani in da out out set. dekhein, shuru mein jo pesh aaya Hazrat Adam ko paida karne ke baad, to main teen waqeat ka main aap ko</w:t>
      </w:r>
    </w:p>
    <w:p>
      <w:pPr>
        <w:jc w:val="right"/>
      </w:pPr>
      <w:r>
        <w:t>شروع ہی میں، یعنی ان دا آؤٹ آؤٹ سیٹ۔ دیکھیں، شروع میں جو پیش آیا حضرت آدم کو پیدا کرنے کے بعد، تو میں تین واقعات کا میں آپ کو</w:t>
      </w:r>
    </w:p>
    <w:p>
      <w:r>
        <w:rPr>
          <w:b/>
        </w:rPr>
        <w:t xml:space="preserve">[07:07] </w:t>
      </w:r>
      <w:r>
        <w:t>hawala deta hoon. teen waqe kya hain?</w:t>
      </w:r>
    </w:p>
    <w:p>
      <w:pPr>
        <w:jc w:val="right"/>
      </w:pPr>
      <w:r>
        <w:t>حوالہ دیتا ہوں۔ تین واقعے کیا ہیں؟</w:t>
      </w:r>
    </w:p>
    <w:p>
      <w:r>
        <w:rPr>
          <w:b/>
        </w:rPr>
        <w:t xml:space="preserve">[07:12] </w:t>
      </w:r>
      <w:r>
        <w:t>sab se pehle ye hai ke Allah ne insaan ko paida kar ke jannat mein rakha, yani paida karte hue us ko jannat allot kar di.</w:t>
      </w:r>
    </w:p>
    <w:p>
      <w:pPr>
        <w:jc w:val="right"/>
      </w:pPr>
      <w:r>
        <w:t>سب سے پہلے یہ ہے کہ اللہ نے انسان کو پیدا کر کے جنت میں رکھا، یعنی پیدا کرتے ہوئے اس کو جنت الاٹ کر دی۔</w:t>
      </w:r>
    </w:p>
    <w:p>
      <w:r>
        <w:rPr>
          <w:b/>
        </w:rPr>
        <w:t xml:space="preserve">[07:25] </w:t>
      </w:r>
      <w:r>
        <w:t>aur us par condition sirf ek thi ke poori jannat wali khuli hui hai.</w:t>
      </w:r>
    </w:p>
    <w:p>
      <w:pPr>
        <w:jc w:val="right"/>
      </w:pPr>
      <w:r>
        <w:t>اور اس پر کنڈیشن صرف ایک تھی کہ پوری جنت والی کھلی ہوئی ہے۔</w:t>
      </w:r>
    </w:p>
    <w:p>
      <w:r>
        <w:rPr>
          <w:b/>
        </w:rPr>
        <w:t xml:space="preserve">[07:31] </w:t>
      </w:r>
      <w:r>
        <w:t>sirf ek darakht tha wahan par, ek peed tha wahan jo jis ko kehte hain shajar mamnooa, yani five forbidden tree.</w:t>
      </w:r>
    </w:p>
    <w:p>
      <w:pPr>
        <w:jc w:val="right"/>
      </w:pPr>
      <w:r>
        <w:t>صرف ایک درخت تھا وہاں پر، ایک پیڑ تھا وہاں جو جس کو کہتے ہیں شجر ممنوعہ، یعنی فائیو ویڈن ٹری۔</w:t>
      </w:r>
    </w:p>
    <w:p>
      <w:r>
        <w:rPr>
          <w:b/>
        </w:rPr>
        <w:t xml:space="preserve">[07:41] </w:t>
      </w:r>
      <w:r>
        <w:t>sirf ek darakht tha. ek darakht five forbidden tree tha. to Adam se kaha gaya ke tum bas is ek darakht ka phal mat khana, baqi sari jannat tumhare liye hai.</w:t>
      </w:r>
    </w:p>
    <w:p>
      <w:pPr>
        <w:jc w:val="right"/>
      </w:pPr>
      <w:r>
        <w:t>صرف ایک درخت تھا۔ ایک درخت فائیو ویڈن ٹری تھا۔ تو آدم سے کہا گیا کہ تم بس اس ایک درخت کا پھل مت کھانا، باقی ساری جنت تمہارے لیے ہے۔</w:t>
      </w:r>
    </w:p>
    <w:p>
      <w:r>
        <w:rPr>
          <w:b/>
        </w:rPr>
        <w:t xml:space="preserve">[07:57] </w:t>
      </w:r>
      <w:r>
        <w:t>to kya hua?</w:t>
      </w:r>
    </w:p>
    <w:p>
      <w:pPr>
        <w:jc w:val="right"/>
      </w:pPr>
      <w:r>
        <w:t>تو کیا ہوا؟</w:t>
      </w:r>
    </w:p>
    <w:p>
      <w:r>
        <w:rPr>
          <w:b/>
        </w:rPr>
        <w:t xml:space="preserve">[07:59] </w:t>
      </w:r>
      <w:r>
        <w:t>is ek darakht ko le kar Adam ke andar ye ehsas hua ke main to mehroom hoon. yani insaan ki ajeeb o ghareeb mizaj hai ke ek cheez us ko khoyi gayi ho to samjha gaya ke main to sab kuch khoya gaya.</w:t>
      </w:r>
    </w:p>
    <w:p>
      <w:pPr>
        <w:jc w:val="right"/>
      </w:pPr>
      <w:r>
        <w:t>اس ایک درخت کو لے کر آدم کے اندر یہ احساس ہوا کہ میں تو محروم ہوں۔ یعنی انسان کی عجیب و غریب مزاج ہے کہ ایک چیز اس کو کھوئی گئی ہو تو سمجھا گیا کہ میں تو سب کچھ کھویا گیا۔</w:t>
      </w:r>
    </w:p>
    <w:p>
      <w:r>
        <w:rPr>
          <w:b/>
        </w:rPr>
        <w:t xml:space="preserve">[08:14] </w:t>
      </w:r>
      <w:r>
        <w:t>ab us ko ye sari jannat mili hui hai aur ek darakht nahi mila hua hai, to un ko mehroomi ka ehsas satane laga.</w:t>
      </w:r>
    </w:p>
    <w:p>
      <w:pPr>
        <w:jc w:val="right"/>
      </w:pPr>
      <w:r>
        <w:t>اب اس کو یہ ساری جنت ملی ہوئی ہے اور ایک درخت نہیں ملا ہوا ہے، تو ان کو محرومی کا احساس ستانے لگا۔</w:t>
      </w:r>
    </w:p>
    <w:p>
      <w:r>
        <w:rPr>
          <w:b/>
        </w:rPr>
        <w:t xml:space="preserve">[08:25] </w:t>
      </w:r>
      <w:r>
        <w:t>haye! ye darakht to mujhe mila hi nahi! haye! ye darakht to mujhe mila hi nahi!</w:t>
      </w:r>
    </w:p>
    <w:p>
      <w:pPr>
        <w:jc w:val="right"/>
      </w:pPr>
      <w:r>
        <w:t>ہائے! یہ درخت تو مجھے ملا ہی نہیں! ہائے! یہ درخت تو مجھے ملا ہی نہیں!</w:t>
      </w:r>
    </w:p>
    <w:p>
      <w:r>
        <w:rPr>
          <w:b/>
        </w:rPr>
        <w:t xml:space="preserve">[08:31] </w:t>
      </w:r>
      <w:r>
        <w:t>to is ehsas, is mehroomi ke ehsas mein kuch din jeete rahe, yahan tak ke gaye us darakht ke paas, us ka phal tod ke kha liya.</w:t>
      </w:r>
    </w:p>
    <w:p>
      <w:pPr>
        <w:jc w:val="right"/>
      </w:pPr>
      <w:r>
        <w:t>تو اس احساس، اس محرومی کے احساس میں کچھ دن جیتے رہے، یہاں تک کہ گئے اس درخت کے پاس، اس کا پھل توڑ کے کھا لیا۔</w:t>
      </w:r>
    </w:p>
    <w:p>
      <w:r>
        <w:rPr>
          <w:b/>
        </w:rPr>
        <w:t xml:space="preserve">[08:42] </w:t>
      </w:r>
      <w:r>
        <w:t>to jaise hi asar unhon ne kiya, waise hi jannat chhin gayi un se. jannat chhin gayi.</w:t>
      </w:r>
    </w:p>
    <w:p>
      <w:pPr>
        <w:jc w:val="right"/>
      </w:pPr>
      <w:r>
        <w:t>تو جیسے ہی اثر انہوں نے کیا، ویسے ہی جنت چھن گئی ان سے۔ جنت چھن گئی۔</w:t>
      </w:r>
    </w:p>
    <w:p>
      <w:r>
        <w:rPr>
          <w:b/>
        </w:rPr>
        <w:t xml:space="preserve">[08:53] </w:t>
      </w:r>
      <w:r>
        <w:t>dusra waqe ye hai</w:t>
      </w:r>
    </w:p>
    <w:p>
      <w:pPr>
        <w:jc w:val="right"/>
      </w:pPr>
      <w:r>
        <w:t>دوسرا واقعہ یہ ہے</w:t>
      </w:r>
    </w:p>
    <w:p>
      <w:r>
        <w:rPr>
          <w:b/>
        </w:rPr>
        <w:t xml:space="preserve">[08:57] </w:t>
      </w:r>
      <w:r>
        <w:t>ke jab Adam ko Allah ne paida kiya to us waqt dunya mein do makhlooq thin: jin the aur farishte the.</w:t>
      </w:r>
    </w:p>
    <w:p>
      <w:pPr>
        <w:jc w:val="right"/>
      </w:pPr>
      <w:r>
        <w:t>کہ جب آدم کو اللہ نے پیدا کیا تو اس وقت دنیا میں دو مخلوق تھیں: جن تھے اور فرشتے تھے۔</w:t>
      </w:r>
    </w:p>
    <w:p>
      <w:r>
        <w:rPr>
          <w:b/>
        </w:rPr>
        <w:t xml:space="preserve">[09:10] </w:t>
      </w:r>
      <w:r>
        <w:t>to Allah ne kaha jin se aur farishte se ke tum Adam ke aage jhuk jao.</w:t>
      </w:r>
    </w:p>
    <w:p>
      <w:pPr>
        <w:jc w:val="right"/>
      </w:pPr>
      <w:r>
        <w:t>تو اللہ نے کہا جن سے اور فرشتے سے کہ تم آدم کے آگے جھک جاؤ۔</w:t>
      </w:r>
    </w:p>
    <w:p>
      <w:r>
        <w:rPr>
          <w:b/>
        </w:rPr>
        <w:t xml:space="preserve">[09:15] </w:t>
      </w:r>
      <w:r>
        <w:t>to farishtay jo thay, angels, woh to jhuk gaye, lekin jinn jo tha, woh nahi jhuka. jinn ka shaitan tha, iblis, iblis nahi jhuka.</w:t>
      </w:r>
    </w:p>
    <w:p>
      <w:pPr>
        <w:jc w:val="right"/>
      </w:pPr>
      <w:r>
        <w:t>تو فرشتے جو تھے، اینجلز، وہ تو جھک گئے، لیکن جن جو تھا، وہ نہیں جھکا۔ جن کا شیطان تھا، ابلیس، ابلیس نہیں جھکا۔</w:t>
      </w:r>
    </w:p>
    <w:p>
      <w:r>
        <w:rPr>
          <w:b/>
        </w:rPr>
        <w:t xml:space="preserve">[09:27] </w:t>
      </w:r>
      <w:r>
        <w:t>to khuda ne poocha ke jab maine to hukum diya tha tum ko jhukne ka, to tum kuch kyun nahi jhuke? us ne kaha ke mujh ko to ne paida kiya hai aag se aur insan ko paida kiya hai mitti se.</w:t>
      </w:r>
    </w:p>
    <w:p>
      <w:pPr>
        <w:jc w:val="right"/>
      </w:pPr>
      <w:r>
        <w:t>تو خدا نے پوچھا کہ جب میں نے تو حکم دیا تھا تم کو جھکنے کا، تو تم کچھ کیوں نہیں جھکے؟ اس نے کہا کہ مجھ کو تو نے پیدا کیا ہے آگ سے اور انسان کو پیدا کیا ہے مٹی سے۔</w:t>
      </w:r>
    </w:p>
    <w:p>
      <w:r>
        <w:rPr>
          <w:b/>
        </w:rPr>
        <w:t xml:space="preserve">[09:40] </w:t>
      </w:r>
      <w:r>
        <w:t>main us se superior hoon.</w:t>
      </w:r>
    </w:p>
    <w:p>
      <w:pPr>
        <w:jc w:val="right"/>
      </w:pPr>
      <w:r>
        <w:t>میں اس سے سپیریئر ہوں۔</w:t>
      </w:r>
    </w:p>
    <w:p>
      <w:r>
        <w:rPr>
          <w:b/>
        </w:rPr>
        <w:t xml:space="preserve">[09:42] </w:t>
      </w:r>
      <w:r>
        <w:t>to aap us ko dekhiye, ek superiority ka concept is ke andar aa gaya aur us ke le kar us ne Allah ki baat ko nahi mana.</w:t>
      </w:r>
    </w:p>
    <w:p>
      <w:pPr>
        <w:jc w:val="right"/>
      </w:pPr>
      <w:r>
        <w:t>تو آپ اس کو دیکھیے، ایک سپیریریٹی کا کانسیپٹ اس کے اندر آ گیا اور اس کے لے کر اس نے اللہ کی بات کو نہیں مانا۔</w:t>
      </w:r>
    </w:p>
    <w:p>
      <w:r>
        <w:rPr>
          <w:b/>
        </w:rPr>
        <w:t xml:space="preserve">[09:52] </w:t>
      </w:r>
      <w:r>
        <w:t>yani jinn ko bhi is waqt sab kuch mila hua tha, jinn ki taqat itni zyada thi ke jab chahe idhar se udhar jaye, jab chahe idhar udhar jaye.</w:t>
      </w:r>
    </w:p>
    <w:p>
      <w:pPr>
        <w:jc w:val="right"/>
      </w:pPr>
      <w:r>
        <w:t>یعنی جن کو بھی اس وقت سب کچھ ملا ہوا تھا، جن کی طاقت اتنی زیادہ تھی کہ جب چاہے ادھر سے ادھر جائے، جب چاہے ادھر ادھر جائے۔</w:t>
      </w:r>
    </w:p>
    <w:p>
      <w:r>
        <w:rPr>
          <w:b/>
        </w:rPr>
        <w:t xml:space="preserve">[10:07] </w:t>
      </w:r>
      <w:r>
        <w:t>bohat jinn jinnon ke andar insan se zyada taqat hoti hai.</w:t>
      </w:r>
    </w:p>
    <w:p>
      <w:pPr>
        <w:jc w:val="right"/>
      </w:pPr>
      <w:r>
        <w:t>بہت جن جنوں کے اندر انسان سے زیادہ طاقت ہوتی ہے۔</w:t>
      </w:r>
    </w:p>
    <w:p>
      <w:r>
        <w:rPr>
          <w:b/>
        </w:rPr>
        <w:t xml:space="preserve">[10:12] </w:t>
      </w:r>
      <w:r>
        <w:t>to sab kuch maujood tha, yani us ke paas bhi gaya, poori poori jannat khuli hui thi, lekin ek cheez ke na milne se woh negative ho gaya ke mujhe, yani yani malaika ko aur insan ko dono ko mere aage jhukana chahiye tha.</w:t>
      </w:r>
    </w:p>
    <w:p>
      <w:pPr>
        <w:jc w:val="right"/>
      </w:pPr>
      <w:r>
        <w:t>تو سب کچھ موجود تھا، یعنی اس کے پاس بھی گیا، پوری پوری جنت کھلی ہوئی تھی، لیکن ایک چیز کے نہ ملنے سے وہ نیگیٹیو ہو گیا کہ مجھے، یعنی یعنی ملائکہ کو اور انسان کو دونوں کو میرے آگے جھکانا چاہیے تھا۔</w:t>
      </w:r>
    </w:p>
    <w:p>
      <w:r>
        <w:rPr>
          <w:b/>
        </w:rPr>
        <w:t xml:space="preserve">[10:32] </w:t>
      </w:r>
      <w:r>
        <w:t>yeh hukum hua ke mujhe hukum kiya gaya.</w:t>
      </w:r>
    </w:p>
    <w:p>
      <w:pPr>
        <w:jc w:val="right"/>
      </w:pPr>
      <w:r>
        <w:t>یہ حکم ہوا کہ مجھے حکم کیا گیا۔</w:t>
      </w:r>
    </w:p>
    <w:p>
      <w:r>
        <w:rPr>
          <w:b/>
        </w:rPr>
        <w:t xml:space="preserve">[10:38] </w:t>
      </w:r>
      <w:r>
        <w:t>to yeh paish aaya. aur teesri cheez jo main batana chahta hoon, woh yeh ke Adam ki pehli nasal mein kuch log paida hue, un mein do bhai thay: Habil aur Qabil.</w:t>
      </w:r>
    </w:p>
    <w:p>
      <w:pPr>
        <w:jc w:val="right"/>
      </w:pPr>
      <w:r>
        <w:t>تو یہ پیش آیا۔ اور تیسری چیز جو میں بتانا چاہتا ہوں، وہ یہ کہ آدم کی پہلی نسل میں کچھ لوگ پیدا ہوئے، ان میں دو بھائی تھے: ہابیل اور قابیل۔</w:t>
      </w:r>
    </w:p>
    <w:p>
      <w:r>
        <w:rPr>
          <w:b/>
        </w:rPr>
        <w:t xml:space="preserve">[10:50] </w:t>
      </w:r>
      <w:r>
        <w:t>yeh first generation. to un mein aapas mein ek ek ek baat ko le kar ke takrao ho gaya. ek cheez Habil ko mil gayi, Qabil ko nahi mili.</w:t>
      </w:r>
    </w:p>
    <w:p>
      <w:pPr>
        <w:jc w:val="right"/>
      </w:pPr>
      <w:r>
        <w:t>یہ فرسٹ جنریشن۔ تو ان میں آپس میں ایک ایک ایک بات کو لے کر کے ٹکراؤ ہو گیا۔ ایک چیز ہابیل کو مل گئی، قابیل کو نہیں ملی۔</w:t>
      </w:r>
    </w:p>
    <w:p>
      <w:r>
        <w:rPr>
          <w:b/>
        </w:rPr>
        <w:t xml:space="preserve">[11:01] </w:t>
      </w:r>
      <w:r>
        <w:t>ab isi par Qabil jo hai, negative ho gaya. achha! mujhe nahi mili, us ko mil gayi.</w:t>
      </w:r>
    </w:p>
    <w:p>
      <w:pPr>
        <w:jc w:val="right"/>
      </w:pPr>
      <w:r>
        <w:t>اب اسی پر قابیل جو ہے، نیگیٹیو ہو گیا۔ اچھا! مجھے نہیں ملی، اس کو مل گئی۔</w:t>
      </w:r>
    </w:p>
    <w:p>
      <w:r>
        <w:rPr>
          <w:b/>
        </w:rPr>
        <w:t xml:space="preserve">[11:08] </w:t>
      </w:r>
      <w:r>
        <w:t>to dono mein kuch qatl hui aur Qabil ne Habil ko maar dala. yeh teen waqiat shuru zamane mein hua.</w:t>
      </w:r>
    </w:p>
    <w:p>
      <w:pPr>
        <w:jc w:val="right"/>
      </w:pPr>
      <w:r>
        <w:t>تو دونوں میں کچھ قرل ہوئی اور قابیل نے ہابیل کو مار ڈالا۔ یہ تین واقعات شروع زمانے میں ہوا۔</w:t>
      </w:r>
    </w:p>
    <w:p>
      <w:r>
        <w:rPr>
          <w:b/>
        </w:rPr>
        <w:t xml:space="preserve">[11:19] </w:t>
      </w:r>
      <w:r>
        <w:t>is mein Allah taala ne kaha insan ko dikha diya ke sab se zyada disastrous cheez tumhare liye kya hogi? sab se zyada muhlik cheez kya hogi tumhare liye?</w:t>
      </w:r>
    </w:p>
    <w:p>
      <w:pPr>
        <w:jc w:val="right"/>
      </w:pPr>
      <w:r>
        <w:t>اس میں اللہ تعالی نے کہا انسان کو دکھا دیا کہ سب سے زیادہ ڈیساسٹرس چیز تمہارے لیے کیا ہوگی؟ سب سے زیادہ مہلک چیز کیا ہوگی تمہارے لیے؟</w:t>
      </w:r>
    </w:p>
    <w:p>
      <w:r>
        <w:rPr>
          <w:b/>
        </w:rPr>
        <w:t xml:space="preserve">[11:30] </w:t>
      </w:r>
      <w:r>
        <w:t>woh hai negative negative thought. Adam ko negative thought aaya to jannat se mahroomi.</w:t>
      </w:r>
    </w:p>
    <w:p>
      <w:pPr>
        <w:jc w:val="right"/>
      </w:pPr>
      <w:r>
        <w:t>وہ ہے نیگیٹیو نیگیٹیو تھاٹ۔ آدم کو نیگیٹیو تھاٹ آیا تو جنت سے محرومی۔</w:t>
      </w:r>
    </w:p>
    <w:p>
      <w:r>
        <w:rPr>
          <w:b/>
        </w:rPr>
        <w:t xml:space="preserve">[11:38] </w:t>
      </w:r>
      <w:r>
        <w:t>Iblis ko negative thought aaya to us ko bhi rehmat se door kar diya gaya. Qabil ka agar negative thought aaya to use maar dala apne bhai ko aur aur jahannami apne ko jahannami bana liya.</w:t>
      </w:r>
    </w:p>
    <w:p>
      <w:pPr>
        <w:jc w:val="right"/>
      </w:pPr>
      <w:r>
        <w:t>ابلیس کو نیگیٹیو تھاٹ آیا تو اس کو بھی رحمت سے دور کر دیا گیا۔ قابیل کا اگر نیگیٹیو تھاٹ آیا تو اسے مار ڈالا اپنے بھائی کو اور اور جہنمی اپنے کو جہنمی بنا لیا۔</w:t>
      </w:r>
    </w:p>
    <w:p>
      <w:r>
        <w:rPr>
          <w:b/>
        </w:rPr>
        <w:t xml:space="preserve">[11:52] </w:t>
      </w:r>
      <w:r>
        <w:t>to yeh Allah taala ne shuru hi mein dikha diya ke sab se buri cheez insan ke liye kya hai? negative thought, negative thinking.</w:t>
      </w:r>
    </w:p>
    <w:p>
      <w:pPr>
        <w:jc w:val="right"/>
      </w:pPr>
      <w:r>
        <w:t>تو یہ اللہ تعالی نے شروع ہی میں دکھا دیا کہ سب سے بری چیز انسان کے لیے کیا ہے؟ نیگیٹیو تھاٹ، نیگیٹیو تھنکنگ۔</w:t>
      </w:r>
    </w:p>
    <w:p>
      <w:r>
        <w:rPr>
          <w:b/>
        </w:rPr>
        <w:t xml:space="preserve">[12:02] </w:t>
      </w:r>
      <w:r>
        <w:t>yani har haal mein positive bane rehna,</w:t>
      </w:r>
    </w:p>
    <w:p>
      <w:pPr>
        <w:jc w:val="right"/>
      </w:pPr>
      <w:r>
        <w:t>یعنی ہر حال میں پازیٹیو بنے رہنا،</w:t>
      </w:r>
    </w:p>
    <w:p>
      <w:r>
        <w:rPr>
          <w:b/>
        </w:rPr>
        <w:t xml:space="preserve">[12:07] </w:t>
      </w:r>
      <w:r>
        <w:t>positivity ko kis haal mein na khona. khoge to sab kuch mila hua hoga, tab bhi chhin jayega. Adam ko poori jannat mili hui thi, lekin negative thought aaya to woh chhin gayi.</w:t>
      </w:r>
    </w:p>
    <w:p>
      <w:pPr>
        <w:jc w:val="right"/>
      </w:pPr>
      <w:r>
        <w:t>پازیٹیوٹی کو کس حال میں نہ کھونا۔ کھو گے تو سب کچھ ملا ہوا ہوگا، تب بھی چھن جائے گا۔ آدم کو پوری جنت ملی ہوئی تھی، لیکن نیگیٹیو تھاٹ آیا تو وہ چھن گئی۔</w:t>
      </w:r>
    </w:p>
    <w:p>
      <w:r>
        <w:rPr>
          <w:b/>
        </w:rPr>
        <w:t xml:space="preserve">[12:23] </w:t>
      </w:r>
      <w:r>
        <w:t>isi tarah sab ka haal hua. to main samajhta hoon ke dunya ki zindagi mein insan ko kaise rehna hai, us ki misaal qaim kar di Allah taala ne shuru zamane mein</w:t>
      </w:r>
    </w:p>
    <w:p>
      <w:pPr>
        <w:jc w:val="right"/>
      </w:pPr>
      <w:r>
        <w:t>اسی طرح سب کا حال ہوا۔ تو میں سمجھتا ہوں کہ دنیا کی زندگی میں انسان کو کیسے رہنا ہے، اس کی مثال قائم کر دی اللہ تعالی نے شروع زمانے میں</w:t>
      </w:r>
    </w:p>
    <w:p>
      <w:r>
        <w:rPr>
          <w:b/>
        </w:rPr>
        <w:t xml:space="preserve">[12:37] </w:t>
      </w:r>
      <w:r>
        <w:t>ke dunya mein hum rahenge, tarah tarah ke waqiat paish ayenge. har aadmi ko freedom hai aur har aadmi apne apne is interest pe chal raha hai.</w:t>
      </w:r>
    </w:p>
    <w:p>
      <w:pPr>
        <w:jc w:val="right"/>
      </w:pPr>
      <w:r>
        <w:t>کہ دنیا میں ہم رہیں گے، طرح طرح کے واقعات پیش آئیں گے۔ ہر آدمی کو فریڈم ہے اور ہر آدمی اپنے اپنے اس انٹرسٹ پہ چل رہا ہے۔</w:t>
      </w:r>
    </w:p>
    <w:p>
      <w:r>
        <w:rPr>
          <w:b/>
        </w:rPr>
        <w:t xml:space="preserve">[12:51] </w:t>
      </w:r>
      <w:r>
        <w:t>to bar bar aisa hoga ke hamare andar kahin na kahin negative thought aayega.</w:t>
      </w:r>
    </w:p>
    <w:p>
      <w:pPr>
        <w:jc w:val="right"/>
      </w:pPr>
      <w:r>
        <w:t>تو بار بار ایسا ہوگا کہ ہمارے اندر کہیں نہ کہیں نیگیٹیو تھاٹ آئے گا۔</w:t>
      </w:r>
    </w:p>
    <w:p>
      <w:r>
        <w:rPr>
          <w:b/>
        </w:rPr>
        <w:t xml:space="preserve">[13:03] </w:t>
      </w:r>
      <w:r>
        <w:t>isi tarah Quran mein dekhen ke</w:t>
      </w:r>
    </w:p>
    <w:p>
      <w:pPr>
        <w:jc w:val="right"/>
      </w:pPr>
      <w:r>
        <w:t>اسی طرح قرآن میں دیکھیں کہ</w:t>
      </w:r>
    </w:p>
    <w:p>
      <w:r>
        <w:rPr>
          <w:b/>
        </w:rPr>
        <w:t xml:space="preserve">[13:09] </w:t>
      </w:r>
      <w:r>
        <w:t>Quran mein hai ke Allah zaroor test lega insan ka is tarah ke kuch cheezon ko khoyega, woh ke maal khoyega, kahin jaan khoyega, kahin koi faida us ko nahi milega,</w:t>
      </w:r>
    </w:p>
    <w:p>
      <w:pPr>
        <w:jc w:val="right"/>
      </w:pPr>
      <w:r>
        <w:t>قرآن میں ہے کہ اللہ ضرور ٹیسٹ لے گا انسان کا اس طرح کے کچھ چیزوں کو کھوئے گا، وہ کہ مال کھوئے گا، کہیں جان کھوئے گا، کہیں کوئی فائدہ اس کو نہیں ملے گا،</w:t>
      </w:r>
    </w:p>
    <w:p>
      <w:r>
        <w:rPr>
          <w:b/>
        </w:rPr>
        <w:t xml:space="preserve">[13:22] </w:t>
      </w:r>
      <w:r>
        <w:t>kabhi kisi se takleef pahunch jayegi. yani khone ka experience us ko zaroor hoga, tarah tarah ka experience hai.</w:t>
      </w:r>
    </w:p>
    <w:p>
      <w:pPr>
        <w:jc w:val="right"/>
      </w:pPr>
      <w:r>
        <w:t>کبھی کسی سے تکلیف پہنچ جائے گی۔ یعنی کھونے کا ایکسپیرینس اس کو ضرور ہوگا، طرح طرح کا ایکسپیرینس ہے۔</w:t>
      </w:r>
    </w:p>
    <w:p>
      <w:r>
        <w:rPr>
          <w:b/>
        </w:rPr>
        <w:t xml:space="preserve">[13:31] </w:t>
      </w:r>
      <w:r>
        <w:t>to kahin jaan chala gaya, koi mar gaya, koi accident ho gaya, koi maal hum chahte thay na, woh woh nahi mila.</w:t>
      </w:r>
    </w:p>
    <w:p>
      <w:pPr>
        <w:jc w:val="right"/>
      </w:pPr>
      <w:r>
        <w:t>تو کہیں جان چلا گیا، کوئی مر گیا، کوئی ایکسیڈنٹ ہو گیا، کوئی مال ہم چاہتے تھے نا، وہ وہ نہیں ملا۔</w:t>
      </w:r>
    </w:p>
    <w:p>
      <w:r>
        <w:rPr>
          <w:b/>
        </w:rPr>
        <w:t xml:space="preserve">[13:43] </w:t>
      </w:r>
      <w:r>
        <w:t>yani koi na koi aisa negative experience hoga jis mein hum mehsoos kareinge isi tarah ka jo shuru hua tha mehroomi ke sath.</w:t>
      </w:r>
    </w:p>
    <w:p>
      <w:pPr>
        <w:jc w:val="right"/>
      </w:pPr>
      <w:r>
        <w:t>یعنی کوئی نہ کوئی ایسا نیگیٹیو ایکسپیرینس ہوگا جس میں ہم محسوس کریں گے اسی طرح کا جو شروع ہوا تھا محرومی کے ساتھ۔</w:t>
      </w:r>
    </w:p>
    <w:p>
      <w:r>
        <w:rPr>
          <w:b/>
        </w:rPr>
        <w:t xml:space="preserve">[13:56] </w:t>
      </w:r>
      <w:r>
        <w:t>to in sab ke bawajood hamein apni positivity ko maintain karna hai.</w:t>
      </w:r>
    </w:p>
    <w:p>
      <w:pPr>
        <w:jc w:val="right"/>
      </w:pPr>
      <w:r>
        <w:t>تو ان سب کے باوجود ہمیں اپنی پازیٹیوٹی کو مینٹین کرنا ہے۔</w:t>
      </w:r>
    </w:p>
    <w:p>
      <w:r>
        <w:rPr>
          <w:b/>
        </w:rPr>
        <w:t xml:space="preserve">[14:03] </w:t>
      </w:r>
      <w:r>
        <w:t>yeh shuru hi mein bata diya Allah taala ne insan ko ke dunya mein tumhein kis tarah rehna hai, yani tum ko success ke liye kya karna hai, dunya mein success ke liye kya karna hai.</w:t>
      </w:r>
    </w:p>
    <w:p>
      <w:pPr>
        <w:jc w:val="right"/>
      </w:pPr>
      <w:r>
        <w:t>یہ شروع ہی میں بتا دیا اللہ تعالی نے انسان کو کہ دنیا میں تمہیں کس طرح رہنا ہے، یعنی تم کو سکسیس کے لیے کیا کرنا ہے، دنیا میں سکسیس کے لیے کیا کرنا ہے۔</w:t>
      </w:r>
    </w:p>
    <w:p>
      <w:r>
        <w:rPr>
          <w:b/>
        </w:rPr>
        <w:t xml:space="preserve">[14:20] </w:t>
      </w:r>
      <w:r>
        <w:t>agar koi yeh chahe ke mere sath kuch kuch nuksan wali baat na ho, mujhe koi takleef na pahunche, mera koi cheez meri chhin chhin na jaye, jaan maal ka koi nuksan mujhe na ho, yeh koi chahe to aisa hone wala nahi, yeh to zaroor hoga.</w:t>
      </w:r>
    </w:p>
    <w:p>
      <w:pPr>
        <w:jc w:val="right"/>
      </w:pPr>
      <w:r>
        <w:t>اگر کوئی یہ چاہے کہ میرے ساتھ کچھ کچھ نقصان والی بات نہ ہو، مجھے کوئی تکلیف نہ پہنچے، میرا کوئی چیز میری چھن چھن نہ جائے، جان مال کا کوئی نقصان مجھے نہ ہو، یہ کوئی چاہے تو ایسا ہونے والا نہیں، یہ تو ضرور ہوگا۔</w:t>
      </w:r>
    </w:p>
    <w:p>
      <w:r>
        <w:rPr>
          <w:b/>
        </w:rPr>
        <w:t xml:space="preserve">[14:37] </w:t>
      </w:r>
      <w:r>
        <w:t>Adam ko hua, Iblees ko hua, Qabil ko hua. Yahi to test hai. Yahi to test hai ke tarah tarah ki baatein aisi hongi jo hamein pasand na hon.</w:t>
      </w:r>
    </w:p>
    <w:p>
      <w:pPr>
        <w:jc w:val="right"/>
      </w:pPr>
      <w:r>
        <w:t>آدم کو ہوا، ابلیس کو ہوا، قابیل کو ہوا۔ یہی تو ٹیسٹ ہے۔ یہی تو ٹیسٹ ہے کہ طرح طرح کے باتیں ایسی ہوں گی جو ہمیں پسند نہ ہوں۔</w:t>
      </w:r>
    </w:p>
    <w:p>
      <w:r>
        <w:rPr>
          <w:b/>
        </w:rPr>
        <w:t xml:space="preserve">[14:48] </w:t>
      </w:r>
      <w:r>
        <w:t>yani in present situation zaroor pesh ayegi. Yeh possible hi nahi hai ke kisi kisi insan ko in present situation pesh na aaye.</w:t>
      </w:r>
    </w:p>
    <w:p>
      <w:pPr>
        <w:jc w:val="right"/>
      </w:pPr>
      <w:r>
        <w:t>یعنی ان پریزنٹ سچویشن ضرور پیش آئے گی۔ یہ پاسیبل ہی نہیں ہے کہ کسی کسی انسان کو ان پریزنٹ سچویشن پیش نہ آئے۔</w:t>
      </w:r>
    </w:p>
    <w:p>
      <w:r>
        <w:rPr>
          <w:b/>
        </w:rPr>
        <w:t xml:space="preserve">[15:00] </w:t>
      </w:r>
      <w:r>
        <w:t>yeh matlab hai is ayat ka. To in present situation jab pesh aaye to tumhein karna kya hai? Apne aap ko negative thinking se bachana, apne aap ko positive soch mein baqi rakhna.</w:t>
      </w:r>
    </w:p>
    <w:p>
      <w:pPr>
        <w:jc w:val="right"/>
      </w:pPr>
      <w:r>
        <w:t>یہ مطلب ہے اس آیت کا۔ تو ان پریزنٹ سچویشن جب پیش آئے تو تمہیں کرنا کیا ہے؟ اپنے آپ کو نیگیٹیو تھنکنگ سے بچانا، اپنے آپ کو پازیٹیو سوچ میں باقی رکھنا۔</w:t>
      </w:r>
    </w:p>
    <w:p>
      <w:r>
        <w:rPr>
          <w:b/>
        </w:rPr>
        <w:t xml:space="preserve">[15:16] </w:t>
      </w:r>
      <w:r>
        <w:t>yeh hai, yahi kamyabi ka formula hai dunya mein aur akhirat mein. Dunya mein bhi isi par kamyabi hai aur akhirat mein bhi isi par kamyabi hai.</w:t>
      </w:r>
    </w:p>
    <w:p>
      <w:pPr>
        <w:jc w:val="right"/>
      </w:pPr>
      <w:r>
        <w:t>یہ ہے، یہی کامیابی کا فارمولا ہے دنیا میں اور آخرت میں۔ دنیا میں بھی اسی پر کامیابی ہے اور آخرت میں بھی اسی پر کامیابی ہے۔</w:t>
      </w:r>
    </w:p>
    <w:p>
      <w:r>
        <w:rPr>
          <w:b/>
        </w:rPr>
        <w:t xml:space="preserve">[15:29] </w:t>
      </w:r>
      <w:r>
        <w:t>to bohat hi ajeeb baat hai yeh ke insan ko shuru hi mein sabak de diya gaya tha, lekin poori tareekh mein insan is ko bhoola raha.</w:t>
      </w:r>
    </w:p>
    <w:p>
      <w:pPr>
        <w:jc w:val="right"/>
      </w:pPr>
      <w:r>
        <w:t>تو بہت ہی عجیب بات ہے یہ کہ انسان کو شروع ہی میں سبق دے دیا گیا تھا، لیکن پوری تاریخ میں انسان اس کو بھولا رہا۔</w:t>
      </w:r>
    </w:p>
    <w:p>
      <w:r>
        <w:rPr>
          <w:b/>
        </w:rPr>
        <w:t xml:space="preserve">[15:43] </w:t>
      </w:r>
      <w:r>
        <w:t>aur jab Allah taala ne Shaitan ko, yani Iblees ko, apni rehmat se door kiya to Iblees ne ek challenge diya tha Allah taala ko</w:t>
      </w:r>
    </w:p>
    <w:p>
      <w:pPr>
        <w:jc w:val="right"/>
      </w:pPr>
      <w:r>
        <w:t>اور جب اللہ تعالی نے شیطان کو، یعنی ابلیس کو، اپنی رحمت سے دور کیا تو ابلیس نے ایک چیلنج دیا تھا اللہ تعالی کو</w:t>
      </w:r>
    </w:p>
    <w:p>
      <w:r>
        <w:rPr>
          <w:b/>
        </w:rPr>
        <w:t xml:space="preserve">[15:53] </w:t>
      </w:r>
      <w:r>
        <w:t>: "la takun zuriya illa qaleela" ke main sare insan ko bhatkaunga. To Allah ne farmaya tha ke "faman tabiyaka minhum la an"</w:t>
      </w:r>
    </w:p>
    <w:p>
      <w:pPr>
        <w:jc w:val="right"/>
      </w:pPr>
      <w:r>
        <w:t>: "لا تنکن ذریت الا قلیلا" کہ میں سارے انسان کو بھٹکاؤں گا۔ تو اللہ نے فرمایا تھا کہ "فمن تبعک منہم لام لان"</w:t>
      </w:r>
    </w:p>
    <w:p>
      <w:r>
        <w:rPr>
          <w:b/>
        </w:rPr>
        <w:t xml:space="preserve">[16:09] </w:t>
      </w:r>
      <w:r>
        <w:t>yani jo tum mein se logon mein se jo teri pairwi karega, to tu us ko aur us ko sab ko jahannum mein daal dunga. To Shaitan ko kaisi himmat padi, yani Iblees ko</w:t>
      </w:r>
    </w:p>
    <w:p>
      <w:pPr>
        <w:jc w:val="right"/>
      </w:pPr>
      <w:r>
        <w:t>یعنی جو تم میں سے لوگوں میں سے جو تیری پیروی کرے گا، تو تو اس کو اور اس کو سب کو جہنم میں ڈال دوں گا۔ تو شیطان کو کیسی ہمت پڑی، یعنی ابلیس کو</w:t>
      </w:r>
    </w:p>
    <w:p>
      <w:r>
        <w:rPr>
          <w:b/>
        </w:rPr>
        <w:t xml:space="preserve">[16:21] </w:t>
      </w:r>
      <w:r>
        <w:t>kaisi himmat padi kehne ki ke main insani abadi ke bare hisse ko bhatka dunga? Woh insan ki kamzori ko janta tha, us kamzori ko janta tha ke koi baat hoti hai to bohat jald woh negative ho jata hai,</w:t>
      </w:r>
    </w:p>
    <w:p>
      <w:pPr>
        <w:jc w:val="right"/>
      </w:pPr>
      <w:r>
        <w:t>کیسی ہمت پڑی کہنے کی کہ میں انسانی آبادی کے بڑے حصے کو بھٹکا دوں گا؟ وہ انسان کی کمزوری کو جانتا تھا، اس کمزوری کو جانتا تھا کہ کوئی بات ہوتی ہے تو بہت جلد وہ نیگیٹیو ہو جاتا ہے،</w:t>
      </w:r>
    </w:p>
    <w:p>
      <w:r>
        <w:rPr>
          <w:b/>
        </w:rPr>
        <w:t xml:space="preserve">[16:42] </w:t>
      </w:r>
      <w:r>
        <w:t>bohat jald negative hota hai.</w:t>
      </w:r>
    </w:p>
    <w:p>
      <w:pPr>
        <w:jc w:val="right"/>
      </w:pPr>
      <w:r>
        <w:t>بہت جلد نیگیٹیو ہوتا ہے۔</w:t>
      </w:r>
    </w:p>
    <w:p>
      <w:r>
        <w:rPr>
          <w:b/>
        </w:rPr>
        <w:t xml:space="preserve">[16:49] </w:t>
      </w:r>
      <w:r>
        <w:t>aur us ne dekh liya tha ke Adam negative ho gaye, sab kuch mila hua hai, phir bhi negative ho gaye. To insan ki yeh kamzori ko jaan gaya tha Iblees ne.</w:t>
      </w:r>
    </w:p>
    <w:p>
      <w:pPr>
        <w:jc w:val="right"/>
      </w:pPr>
      <w:r>
        <w:t>اور اس نے دیکھ لیا تھا کہ آدم نیگیٹیو ہو گئے، سب کچھ ملا ہوا ہے، پھر بھی نیگیٹیو ہو گئے۔ تو انسان کی یہ کمزوری کو جال گیا تھا ابلیس نے۔</w:t>
      </w:r>
    </w:p>
    <w:p>
      <w:r>
        <w:rPr>
          <w:b/>
        </w:rPr>
        <w:t xml:space="preserve">[17:02] </w:t>
      </w:r>
      <w:r>
        <w:t>us kamzori ko janne ki wajah se use yeh itna bara challenge gaya ke "la takun zuriya illa qaleela" yani insani nasl ko, majority ko main bhaga dunga.</w:t>
      </w:r>
    </w:p>
    <w:p>
      <w:pPr>
        <w:jc w:val="right"/>
      </w:pPr>
      <w:r>
        <w:t>اس کمزوری کو جاننے کی وجہ سے اسے یہ اتنا بڑا چیلنج گیا کہ "لا تنکن ذریت الا قلیلا" یعنی انسانی نسل کو، میجورٹی کو میں بھاگا دوں گا۔</w:t>
      </w:r>
    </w:p>
    <w:p>
      <w:r>
        <w:rPr>
          <w:b/>
        </w:rPr>
        <w:t xml:space="preserve">[17:17] </w:t>
      </w:r>
      <w:r>
        <w:t>to hota yeh hai ke insan ke is ke Iblees jo hai ya Shaitan jo hai, hamare andar dakhil hai, ghusa hua hai, woh hamari ragon mein teerta hai, woh kyunke woh us ki physical,</w:t>
      </w:r>
    </w:p>
    <w:p>
      <w:pPr>
        <w:jc w:val="right"/>
      </w:pPr>
      <w:r>
        <w:t>تو ہوتا یہ ہے کہ انسان کے اس کے ابلیس جو ہے یا شیطان جو ہے، ہمارے اندر داخل ہے، گھسا ہوا ہے، وہ ہماری رگوں میں تیرتا ہے، وہ کیونکہ وہ اس کی فزیکل،</w:t>
      </w:r>
    </w:p>
    <w:p>
      <w:r>
        <w:rPr>
          <w:b/>
        </w:rPr>
        <w:t xml:space="preserve">[17:33] </w:t>
      </w:r>
      <w:r>
        <w:t>hamari tarah to us ki physical body nahi hai, to woh kahin bhi ja sakta hai hawa ke tareeqe se. To hum ko activate kar</w:t>
      </w:r>
    </w:p>
    <w:p>
      <w:pPr>
        <w:jc w:val="right"/>
      </w:pPr>
      <w:r>
        <w:t>ہماری طرح تو اس کی فزیکل باڈی نہیں ہے، تو وہ کہیں بھی جا سکتا ہے ہوا کے طریقے سے۔ تو ہم کو ایکٹیویٹ کر</w:t>
      </w:r>
    </w:p>
    <w:p>
      <w:r>
        <w:rPr>
          <w:b/>
        </w:rPr>
        <w:t xml:space="preserve">[17:43] </w:t>
      </w:r>
      <w:r>
        <w:t>ta hai, woh jahan koi baat mauqa dekha us ne, to hum ko activate kar ke hamare andar negative thought jagata hai. Ek hi hai Shaitan ka, yani Shaitan ka tareeqa,</w:t>
      </w:r>
    </w:p>
    <w:p>
      <w:pPr>
        <w:jc w:val="right"/>
      </w:pPr>
      <w:r>
        <w:t>تا ہے، وہ جہاں کوئی بات موقع دیکھا اس نے، تو ہم کو ایکٹیویٹ کر کے ہمارے اندر نیگیٹیو تھاٹ جگاتا ہے۔ ایک ہی ہے شیطان کا، یعنی شیطان کا طریقہ،</w:t>
      </w:r>
    </w:p>
    <w:p>
      <w:r>
        <w:rPr>
          <w:b/>
        </w:rPr>
        <w:t xml:space="preserve">[17:57] </w:t>
      </w:r>
      <w:r>
        <w:t>Shaitan ka ya Iblees ka jo tareeqa hai behkane ka, woh ek hi hai bas ke jahan mauqa dekha ke koi baat insan ko khilaf ho gayi, koi nuksan ho gaya,</w:t>
      </w:r>
    </w:p>
    <w:p>
      <w:pPr>
        <w:jc w:val="right"/>
      </w:pPr>
      <w:r>
        <w:t>شیطان کا یا ابلیس کا جو طریقہ ہے بہکانے کا، وہ ایک ہی ہے بس کہ جہاں موقع دیکھا کہ کوئی بات انسان کو خلاف ہو گئی، کوئی نقصان ہو گیا،</w:t>
      </w:r>
    </w:p>
    <w:p>
      <w:r>
        <w:rPr>
          <w:b/>
        </w:rPr>
        <w:t xml:space="preserve">[18:10] </w:t>
      </w:r>
      <w:r>
        <w:t>koi yani koi aisa tajurba pesh aa gaya jo in present tha, bas wahin us ko activate karta hai, khud activate karta hai, activate karta hai ke "dekho yeh to gawahi hai, dekho yeh to gawahi hai" aur phir insan bhag kar ke isi taraf daud padta hai.</w:t>
      </w:r>
    </w:p>
    <w:p>
      <w:pPr>
        <w:jc w:val="right"/>
      </w:pPr>
      <w:r>
        <w:t>کوئی یعنی کوئی ایسا تجربہ پیش آ گیا جو ان پریزنٹ تھا، بس وہیں اس کو ایکٹیویٹ کرتا ہے، خود ایکٹیویٹ کرتا ہے، ایکٹیویٹ کرتا ہے کہ "دیکھو یہ تو گواہی ہے، دیکھو یہ تو گواہی ہے" اور پھر انسان بھاگ کر کے اسی طرف دوڑ پڑتا ہے۔</w:t>
      </w:r>
    </w:p>
    <w:p>
      <w:r>
        <w:rPr>
          <w:b/>
        </w:rPr>
        <w:t xml:space="preserve">[18:34] </w:t>
      </w:r>
      <w:r>
        <w:t>is se is se kya maloom hua ke insan ko sab se zyada alert rehna hai, yahan sab se zyada is par alert rehna hai ke ke jab kuch us ko dunya mein aisa tajurba pesh aaye to wahan jab Shaitan activate kare us ko to woh Shaitan ko ka ki baaton ke asar banaye,</w:t>
      </w:r>
    </w:p>
    <w:p>
      <w:pPr>
        <w:jc w:val="right"/>
      </w:pPr>
      <w:r>
        <w:t>اس سے اس سے کیا معلوم ہوا کہ انسان کو سب سے زیادہ الرٹ رہنا ہے، یہاں سب سے زیادہ اس پر الرٹ رہنا ہے کہ کہ جب کچھ اس کو دنیا میں ایسا تجربہ پیش آئے تو وہاں جب شیطان ایکٹیویٹ کرے اس کو تو وہ شیطان کو کا کی باتوں کے اثر بنائے،</w:t>
      </w:r>
    </w:p>
    <w:p>
      <w:r>
        <w:rPr>
          <w:b/>
        </w:rPr>
        <w:t xml:space="preserve">[19:01] </w:t>
      </w:r>
      <w:r>
        <w:t>uski baaton ka asar banaye,</w:t>
      </w:r>
    </w:p>
    <w:p>
      <w:pPr>
        <w:jc w:val="right"/>
      </w:pPr>
      <w:r>
        <w:t>اس کی باتوں کا اثر بنائے،</w:t>
      </w:r>
    </w:p>
    <w:p>
      <w:r>
        <w:rPr>
          <w:b/>
        </w:rPr>
        <w:t xml:space="preserve">[19:04] </w:t>
      </w:r>
      <w:r>
        <w:t>us ko radd kar de, us ko bhaga de. Us ka tareeqa hadith mein yeh bataya gaya hai ke jab Shaitan, jab tum dekho ke Shaitan tum ko activate kar raha hai, Shaitan tum ko bhaga raha hai, Shaitan tumhare dimagh mein negative negative thought la raha hai,</w:t>
      </w:r>
    </w:p>
    <w:p>
      <w:pPr>
        <w:jc w:val="right"/>
      </w:pPr>
      <w:r>
        <w:t>اس کو رد کر دے، اس کو بھگا دے۔ اس کا طریقہ حدیث میں یہ بتایا گیا ہے کہ جب شیطان، جب تم دیکھو کہ شیطان تم کو ایکٹیویٹ کر رہا ہے، شیطان تم کو بھاگا رہا ہے، شیطان تمہارے دماغ میں نیگیٹیو نیگیٹیو تھاٹ لا رہا ہے،</w:t>
      </w:r>
    </w:p>
    <w:p>
      <w:r>
        <w:rPr>
          <w:b/>
        </w:rPr>
        <w:t xml:space="preserve">[19:23] </w:t>
      </w:r>
      <w:r>
        <w:t>to tum yeh parho: "Allahumma inni aoozu bika min hamazi shayatini" yani kaha: "Allah se madad mango ke Khuda is Shaitan ko bhaga mujh se, mujhe nahi chahiye Shaitan".</w:t>
      </w:r>
    </w:p>
    <w:p>
      <w:pPr>
        <w:jc w:val="right"/>
      </w:pPr>
      <w:r>
        <w:t>تو تم یہ پڑھو: "اللہم انی اعوذ بک من حمد شیاطین" یعنی کہا: "اللہ سے مدد مانگو کہ خدا اس شیطان کو بھگا مجھ سے، مجھے نہیں چاہیے شیطان"۔</w:t>
      </w:r>
    </w:p>
    <w:p>
      <w:r>
        <w:rPr>
          <w:b/>
        </w:rPr>
        <w:t xml:space="preserve">[19:39] </w:t>
      </w:r>
      <w:r>
        <w:t>to jab insaan is tareeqe se Allah ke support maange ga to Allah farishton ko bhej de ga: "jao is bande ki madad karo, is shaitan ko bhagao, is ke shaitan ko is se door kar do".</w:t>
      </w:r>
    </w:p>
    <w:p>
      <w:pPr>
        <w:jc w:val="right"/>
      </w:pPr>
      <w:r>
        <w:t>تو جب انسان اس طریقے سے اللہ کے سپورٹ مانگے گا تو اللہ فرشتوں کو بھیج دے گا: "جاؤ اس بندے کی مدد کرو، اس شیطان کو بھگاؤ، اس کے شیطان کو اس سے دور کر دو"۔</w:t>
      </w:r>
    </w:p>
    <w:p>
      <w:r>
        <w:rPr>
          <w:b/>
        </w:rPr>
        <w:t xml:space="preserve">[19:52] </w:t>
      </w:r>
      <w:r>
        <w:t>to yeh tareeqa hai.</w:t>
      </w:r>
    </w:p>
    <w:p>
      <w:pPr>
        <w:jc w:val="right"/>
      </w:pPr>
      <w:r>
        <w:t>تو یہ طریقہ ہے۔</w:t>
      </w:r>
    </w:p>
    <w:p>
      <w:r>
        <w:rPr>
          <w:b/>
        </w:rPr>
        <w:t xml:space="preserve">[19:57] </w:t>
      </w:r>
      <w:r>
        <w:t>quran mein aik aayat hai ke jab shaitan kisi par attack karta hai to jo jo momin hain, sachay momin, woh woh foran is par samajh lete hain ke yeh shaitan ka attack hai aur is ko woh bhaga dete hain Allah ki madad se.</w:t>
      </w:r>
    </w:p>
    <w:p>
      <w:pPr>
        <w:jc w:val="right"/>
      </w:pPr>
      <w:r>
        <w:t>قرآن میں ایک آیت ہے کہ جب شیطان کسی پر اٹیک کرتا ہے تو جو جو مومن ہیں، سچے مومن، وہ وہ فوراً اس پر سمجھ لیتے ہیں کہ یہ شیطان کا اٹیک ہے اور اس کو وہ بھگا دیتے ہیں اللہ کی مدد سے۔</w:t>
      </w:r>
    </w:p>
    <w:p>
      <w:r>
        <w:rPr>
          <w:b/>
        </w:rPr>
        <w:t xml:space="preserve">[20:18] </w:t>
      </w:r>
      <w:r>
        <w:t>aur jo is ko samajh nahi paate ke yeh yeh yeh shaitan ka attack hai to isi isi pe beh jaate hain, woh</w:t>
      </w:r>
    </w:p>
    <w:p>
      <w:pPr>
        <w:jc w:val="right"/>
      </w:pPr>
      <w:r>
        <w:t>اور جو اس کو سمجھ نہیں پاتے کہ یہ یہ یہ شیطان کا اٹیک ہے تو اسی اسی پہ بہہ جاتے ہیں، وہ</w:t>
      </w:r>
    </w:p>
    <w:p>
      <w:r>
        <w:rPr>
          <w:b/>
        </w:rPr>
        <w:t xml:space="preserve">[20:30] </w:t>
      </w:r>
      <w:r>
        <w:t>yahan tak ke woh shaitan jahan jata hai, wahan ja ke gira deta hai.</w:t>
      </w:r>
    </w:p>
    <w:p>
      <w:pPr>
        <w:jc w:val="right"/>
      </w:pPr>
      <w:r>
        <w:t>یہاں تک کہ وہ شیطان جہاں جاتا ہے، وہاں جا کے گرا دیتا ہے۔</w:t>
      </w:r>
    </w:p>
    <w:p>
      <w:r>
        <w:rPr>
          <w:b/>
        </w:rPr>
        <w:t xml:space="preserve">[20:37] </w:t>
      </w:r>
      <w:r>
        <w:t>to aap aadmi ko chahiye ke apne andar, apne andar itni itni samajh paida kare, apne andar itna apne aap ko intellectually itna awake banaye ke shaitan ke amle ko foran pakad le, woh</w:t>
      </w:r>
    </w:p>
    <w:p>
      <w:pPr>
        <w:jc w:val="right"/>
      </w:pPr>
      <w:r>
        <w:t>تو آپ آدمی کو چاہیے کہ اپنے اندر، اپنے اندر اتنی اتنی سمجھ پیدا کرے، اپنے اندر اتنا اپنے آپ کو انٹلیکچولی اتنا اویکنٹ بنائے کہ شیطان کے عملے کو فوراً پکڑ لے، وہ</w:t>
      </w:r>
    </w:p>
    <w:p>
      <w:r>
        <w:rPr>
          <w:b/>
        </w:rPr>
        <w:t xml:space="preserve">[20:52] </w:t>
      </w:r>
      <w:r>
        <w:t>shaitan ke har amle ko foran woh alert ho jaye, warna subah shaam raat din shaitan hamare hamein behkaane mein laga hua hai.</w:t>
      </w:r>
    </w:p>
    <w:p>
      <w:pPr>
        <w:jc w:val="right"/>
      </w:pPr>
      <w:r>
        <w:t>شیطان کے ہر عملے کو فوراً وہ الرٹ ہو جائے، ورنہ صبح شام رات دن شیطان ہمارے ہمیں بہکانے میں لگا ہوا ہے۔</w:t>
      </w:r>
    </w:p>
    <w:p>
      <w:r>
        <w:rPr>
          <w:b/>
        </w:rPr>
        <w:t xml:space="preserve">[21:05] </w:t>
      </w:r>
      <w:r>
        <w:t>aur behkaane ka spot kya hai, woh samajhna chahi</w:t>
      </w:r>
    </w:p>
    <w:p>
      <w:pPr>
        <w:jc w:val="right"/>
      </w:pPr>
      <w:r>
        <w:t>اور بہکانے کا اسپاٹ کیا ہے، وہ سمجھنا چاہی</w:t>
      </w:r>
    </w:p>
    <w:p>
      <w:r>
        <w:rPr>
          <w:b/>
        </w:rPr>
        <w:t xml:space="preserve">[21:08] </w:t>
      </w:r>
      <w:r>
        <w:t>e. spot yahi hai ke fitri nizaam ke tehat pesh aane wale koi bhi suffering, koi bhi nuqsaan, koi bhi unpleasant situation ko le kar ke is ko activate karna ke "dekho yeh to tumhare saath na-insaafi hui,</w:t>
      </w:r>
    </w:p>
    <w:p>
      <w:pPr>
        <w:jc w:val="right"/>
      </w:pPr>
      <w:r>
        <w:t>ے۔ اسپاٹ یہی ہے کہ فطری نظام کے تحت پیش آنے والے کوئی بھی سفرنگ، کوئی بھی نقصان، کوئی بھی ان پلیزنٹ سچویشن کو لے کر کے اس کو ایکٹیویٹ کرنا کہ "دیکھو یہ تو تمہارے ساتھ ناانصافی ہوئی،</w:t>
      </w:r>
    </w:p>
    <w:p>
      <w:r>
        <w:rPr>
          <w:b/>
        </w:rPr>
        <w:t xml:space="preserve">[21:28] </w:t>
      </w:r>
      <w:r>
        <w:t>tumhare saath injustice hua hai". to wahan par aadmi bhadak uthta hai aur phir woh shaitan ke kabze mein aa jata hai.</w:t>
      </w:r>
    </w:p>
    <w:p>
      <w:pPr>
        <w:jc w:val="right"/>
      </w:pPr>
      <w:r>
        <w:t>تمہارے ساتھ انجسٹس ہوا ہے"۔ تو وہاں پر آدمی بھڑک اٹھتا ہے اور پھر وہ شیطان کے قبضے میں آ جاتا ہے۔</w:t>
      </w:r>
    </w:p>
    <w:p>
      <w:r>
        <w:rPr>
          <w:b/>
        </w:rPr>
        <w:t xml:space="preserve">[21:40] </w:t>
      </w:r>
      <w:r>
        <w:t>to quran ki abhi jo aayat maine padhi, is se maloom hota hai ke dunya ka nizaam is tarah bana hai ke yahan par aap ko zaroor kuch na kuch nuqsaan pesh aayega.</w:t>
      </w:r>
    </w:p>
    <w:p>
      <w:pPr>
        <w:jc w:val="right"/>
      </w:pPr>
      <w:r>
        <w:t>تو قرآن کی ابھی جو آیت میں نے پڑھی، اس سے معلوم ہوتا ہے کہ دنیا کا نظام اس طرح بنا ہے کہ یہاں پر آپ کو ضرور کچھ نہ کچھ نقصان پیش آئے گا۔</w:t>
      </w:r>
    </w:p>
    <w:p>
      <w:r>
        <w:rPr>
          <w:b/>
        </w:rPr>
        <w:t xml:space="preserve">[21:51] </w:t>
      </w:r>
      <w:r>
        <w:t>min</w:t>
      </w:r>
    </w:p>
    <w:p>
      <w:pPr>
        <w:jc w:val="right"/>
      </w:pPr>
      <w:r>
        <w:t>من</w:t>
      </w:r>
    </w:p>
    <w:p>
      <w:r>
        <w:rPr>
          <w:b/>
        </w:rPr>
        <w:t xml:space="preserve">[21:59] </w:t>
      </w:r>
      <w:r>
        <w:t>yaani zaroor aisa hoga, zaroor aisa hoga ke tum ko kuch na kuch nuqsaan pesh aayega, kuch na kuch tumhara loss hoga, jaani aitbaar se, maal ke aitbaar se, business ke aitbaar se, job ke aitbaar se zaroor hoga ke dunya ka nizaam hi is tarah banaya gaya hai.</w:t>
      </w:r>
    </w:p>
    <w:p>
      <w:pPr>
        <w:jc w:val="right"/>
      </w:pPr>
      <w:r>
        <w:t>یعنی ضرور ایسا ہوگا، ضرور ایسا ہوگا کہ تم کو کچھ نہ کچھ نقصان پیش آئے گا، کچھ نہ کچھ تمہارا لاس ہوگا، جانی اعتبار سے، مال کے اعتبار سے، بزنس کے اعتبار سے، جاب کے اعتبار سے ضرور ہوگا کہ دنیا کا نظام ہی اس طرح بنایا گیا ہے۔</w:t>
      </w:r>
    </w:p>
    <w:p>
      <w:r>
        <w:rPr>
          <w:b/>
        </w:rPr>
        <w:t xml:space="preserve">[22:17] </w:t>
      </w:r>
      <w:r>
        <w:t>to wahan par tum sabr karo,</w:t>
      </w:r>
    </w:p>
    <w:p>
      <w:pPr>
        <w:jc w:val="right"/>
      </w:pPr>
      <w:r>
        <w:t>تو وہاں پر تم صبر کرو،</w:t>
      </w:r>
    </w:p>
    <w:p>
      <w:r>
        <w:rPr>
          <w:b/>
        </w:rPr>
        <w:t xml:space="preserve">[22:21] </w:t>
      </w:r>
      <w:r>
        <w:t>patience ka tareeqa ikhtiyar karo, matlab negative na ho kar ke positivity ko baqi rakho apni.</w:t>
      </w:r>
    </w:p>
    <w:p>
      <w:pPr>
        <w:jc w:val="right"/>
      </w:pPr>
      <w:r>
        <w:t>پیشنس کا طریقہ اختیار کرو، مطلب نیگیٹیو نہ ہو کر کے پازیٹیوٹی کو باقی رکھو اپنی۔</w:t>
      </w:r>
    </w:p>
    <w:p>
      <w:r>
        <w:rPr>
          <w:b/>
        </w:rPr>
        <w:t xml:space="preserve">[22:33] </w:t>
      </w:r>
      <w:r>
        <w:t>yeh bohat hi important baat hai jo quran mein bohat hi achhay tareeqe se batai gayi hai aur is ki misaal bhi qaim kar di gayi hai.</w:t>
      </w:r>
    </w:p>
    <w:p>
      <w:pPr>
        <w:jc w:val="right"/>
      </w:pPr>
      <w:r>
        <w:t>یہ بہت ہی امپورٹنٹ بات ہے جو قرآن میں بہت ہی اچھے طریقے سے بتائی گئی ہے اور اس کی مثال بھی قائم کر دی گئی ہے۔</w:t>
      </w:r>
    </w:p>
    <w:p>
      <w:r>
        <w:rPr>
          <w:b/>
        </w:rPr>
        <w:t xml:space="preserve">[22:43] </w:t>
      </w:r>
      <w:r>
        <w:t>misal bhi hai iblis ki shakal mein, adam ki shakal mein aur qabil ki shakal mein.</w:t>
      </w:r>
    </w:p>
    <w:p>
      <w:pPr>
        <w:jc w:val="right"/>
      </w:pPr>
      <w:r>
        <w:t>مثال بھی ہے ابلیس کی شکل میں، آدم کی شکل میں اور قابیل کی شکل میں۔</w:t>
      </w:r>
    </w:p>
    <w:p>
      <w:r>
        <w:rPr>
          <w:b/>
        </w:rPr>
        <w:t xml:space="preserve">[22:57] </w:t>
      </w:r>
      <w:r>
        <w:t>jab yeh aayat mein jab mein padh raha tha ke qabil ne jab maar dala habil ko to dead body us ka jo tha, aap samajh sakte hain ke dead body kya karoon mein, dead body ko kya karoon.</w:t>
      </w:r>
    </w:p>
    <w:p>
      <w:pPr>
        <w:jc w:val="right"/>
      </w:pPr>
      <w:r>
        <w:t>جب یہ آیت میں جب میں پڑھ رہا تھا کہ قابیل نے جب مار ڈالا ہابیل کو تو ڈیڈ باڈی اس کا جو تھا، آپ سمجھ سکتے ہیں کہ ڈیڈ باڈی کیا کروں میں، ڈیڈ باڈی کو کیا کروں۔</w:t>
      </w:r>
    </w:p>
    <w:p>
      <w:r>
        <w:rPr>
          <w:b/>
        </w:rPr>
        <w:t xml:space="preserve">[23:11] </w:t>
      </w:r>
      <w:r>
        <w:t>pehla pehli maut thi insaan ki tareekh mein to aik kaua aaya, yeh quran mein bataya gaya hai.</w:t>
      </w:r>
    </w:p>
    <w:p>
      <w:pPr>
        <w:jc w:val="right"/>
      </w:pPr>
      <w:r>
        <w:t>پہلا پہلی موت تھی انسان کی تاریخ میں تو ایک کوا آیا، یہ قرآن میں بتایا گیا ہے۔</w:t>
      </w:r>
    </w:p>
    <w:p>
      <w:r>
        <w:rPr>
          <w:b/>
        </w:rPr>
        <w:t xml:space="preserve">[23:19] </w:t>
      </w:r>
      <w:r>
        <w:t>kauwe ne zameen khodi to woh woh do kauwe thay, aapas mein woh bhi laday, aik mein aik ne maar dala doosray ko to jo mar gaya tha, us ko is mein dafan kar diya.</w:t>
      </w:r>
    </w:p>
    <w:p>
      <w:pPr>
        <w:jc w:val="right"/>
      </w:pPr>
      <w:r>
        <w:t>کوے نے زمین کھودی تو وہ وہ دو کوے تھے، آپس میں وہ بھی لڑے، ایک میں ایک نے مار ڈالا دوسرے کو تو جو مر گیا تھا، اس کو اس میں دفن کر دیا۔</w:t>
      </w:r>
    </w:p>
    <w:p>
      <w:r>
        <w:rPr>
          <w:b/>
        </w:rPr>
        <w:t xml:space="preserve">[23:30] </w:t>
      </w:r>
      <w:r>
        <w:t>is se usay samjha ke mujhe is ko dafan karna chahiye to is misal mein aik aik aur pehlu is ka hai</w:t>
      </w:r>
    </w:p>
    <w:p>
      <w:pPr>
        <w:jc w:val="right"/>
      </w:pPr>
      <w:r>
        <w:t>اس سے اسے سمجھا کہ مجھے اس کو دفن کرنا چاہیے۔ تو اس مثال میں ایک ایک اور پہلو اس کا ہے</w:t>
      </w:r>
    </w:p>
    <w:p>
      <w:r>
        <w:rPr>
          <w:b/>
        </w:rPr>
        <w:t xml:space="preserve">[23:39] </w:t>
      </w:r>
      <w:r>
        <w:t>ke is dunya mein agar hum aankh khol kar rahe hain to yahan par hum ko har cheez mein namoonay hain, har cheez mein model hain, har cheez mein example hain, yaani sabak lene ke liye.</w:t>
      </w:r>
    </w:p>
    <w:p>
      <w:pPr>
        <w:jc w:val="right"/>
      </w:pPr>
      <w:r>
        <w:t>کہ اس دنیا میں اگر ہم آنکھ کھول کر رہے ہیں تو یہاں پر ہم کو ہر چیز میں نمونے ہیں، ہر چیز میں ماڈل ہیں، ہر چیز میں ایگزیمپل ہیں، یعنی سبق لینے کے لیے۔</w:t>
      </w:r>
    </w:p>
    <w:p>
      <w:r>
        <w:rPr>
          <w:b/>
        </w:rPr>
        <w:t xml:space="preserve">[23:53] </w:t>
      </w:r>
      <w:r>
        <w:t>is ki aik shakal thi ke kaua wahan aa kar ke usay rasta dikhaya qabil ko.</w:t>
      </w:r>
    </w:p>
    <w:p>
      <w:pPr>
        <w:jc w:val="right"/>
      </w:pPr>
      <w:r>
        <w:t>اس کی ایک شکل تھی کہ کوا وہاں آ کر کے اسے راستہ دکھایا قابیل کو۔</w:t>
      </w:r>
    </w:p>
    <w:p>
      <w:r>
        <w:rPr>
          <w:b/>
        </w:rPr>
        <w:t xml:space="preserve">[24:01] </w:t>
      </w:r>
      <w:r>
        <w:t>to agar hum aankh khol kar rahe hain to yahi baat quran mein surah yusuf mein batai gayi hai ke waqayib min ayat fi al-samawati wal-ardi wa hum yamaruna alayha minhum murudun ke zameen o aasman mein nishaniyan phaili hui hain.</w:t>
      </w:r>
    </w:p>
    <w:p>
      <w:pPr>
        <w:jc w:val="right"/>
      </w:pPr>
      <w:r>
        <w:t>تو اگر ہم آنکھ کھول کر رہے ہیں تو یہی بات قرآن میں سورہ یوسف میں بتائی گئی ہے کہ وقایب من آیت فی السبابات والارض یمرون علیہا منہا مردون کہ زمین و آسمان میں نشانیاں پھیلی ہوئی ہیں۔</w:t>
      </w:r>
    </w:p>
    <w:p>
      <w:r>
        <w:rPr>
          <w:b/>
        </w:rPr>
        <w:t xml:space="preserve">[24:16] </w:t>
      </w:r>
      <w:r>
        <w:t>nishaniyan yaani sign S.I.G.N., zameen o aasman signs phaili hui hain.</w:t>
      </w:r>
    </w:p>
    <w:p>
      <w:pPr>
        <w:jc w:val="right"/>
      </w:pPr>
      <w:r>
        <w:t>نشانیاں یعنی سائن ایس آئی جی این، زمین و آسمان سائنس پھیلی ہوئی ہے۔</w:t>
      </w:r>
    </w:p>
    <w:p>
      <w:r>
        <w:rPr>
          <w:b/>
        </w:rPr>
        <w:t xml:space="preserve">[24:22] </w:t>
      </w:r>
      <w:r>
        <w:t>agar aadmi aankh ki aankh khuli hui ho, woh sochta ho to bar bar aisi cheezein samne aayengi jis se woh sabak leta rahega, sabak leta rahega.</w:t>
      </w:r>
    </w:p>
    <w:p>
      <w:pPr>
        <w:jc w:val="right"/>
      </w:pPr>
      <w:r>
        <w:t>اگر آدمی آنکھ کی آنکھ کھلی ہوئی ہو، وہ سوچتا ہو تو بار بار ایسی چیزیں سامنے آئیں گی جس سے وہ سبق لیتا رہے گا، سبق لیتا رہے گا۔</w:t>
      </w:r>
    </w:p>
    <w:p>
      <w:r>
        <w:rPr>
          <w:b/>
        </w:rPr>
        <w:t xml:space="preserve">[24:37] </w:t>
      </w:r>
      <w:r>
        <w:t>jaise mein idhar baitha hua tha, idhar mera ek corner hai, wahan par chiriyaan aati hain to maine dekha ke ek chidiya aayi, woh dana tha, woh khane lagi.</w:t>
      </w:r>
    </w:p>
    <w:p>
      <w:pPr>
        <w:jc w:val="right"/>
      </w:pPr>
      <w:r>
        <w:t>جیسے میں ادھر بیٹھا ہوا تھا، ادھر میرا ایک کارنر ہے، وہاں پر چڑیاں آتی ہیں تو میں نے دیکھا کہ ایک چڑیا آئی، وہ دانہ تھا، وہ کھانے لگی۔</w:t>
      </w:r>
    </w:p>
    <w:p>
      <w:r>
        <w:rPr>
          <w:b/>
        </w:rPr>
        <w:t xml:space="preserve">[24:48] </w:t>
      </w:r>
      <w:r>
        <w:t>to doosri ek chidiya aayi,</w:t>
      </w:r>
    </w:p>
    <w:p>
      <w:pPr>
        <w:jc w:val="right"/>
      </w:pPr>
      <w:r>
        <w:t>تو دوسری ایک چڑیا آئی،</w:t>
      </w:r>
    </w:p>
    <w:p>
      <w:r>
        <w:rPr>
          <w:b/>
        </w:rPr>
        <w:t xml:space="preserve">[24:51] </w:t>
      </w:r>
      <w:r>
        <w:t>ise kuch soch se, is ko kuch is ki aise kiya to ur gayi, woh pehle wali ur gayi aur is ko yeh lagi khane. jab yeh kha ke chali gayi to phir woh pehle wali aayi, phir is ne khaya.</w:t>
      </w:r>
    </w:p>
    <w:p>
      <w:pPr>
        <w:jc w:val="right"/>
      </w:pPr>
      <w:r>
        <w:t>اسے کچھ سوچ سے، اس کو کچھ اس کی ایسے کیا تو اڑ گئی، وہ پہلے والی اڑ گئی اور اس کو یہ لگی کھانے۔ جب یہ کھا کے چلی گئی تو پھر وہ پہلے والی آئی، پھر اس نے کھایا۔</w:t>
      </w:r>
    </w:p>
    <w:p>
      <w:r>
        <w:rPr>
          <w:b/>
        </w:rPr>
        <w:t xml:space="preserve">[25:05] </w:t>
      </w:r>
      <w:r>
        <w:t>yeh maine socha ke ek sabak de gayi hai. woh sabak yeh hai ke confrontation ko avoid karo. is chidiya ne ek sabak diya ke confrontation ko avoid karo to tumhara kuch nahi bigrega, bigrega.</w:t>
      </w:r>
    </w:p>
    <w:p>
      <w:pPr>
        <w:jc w:val="right"/>
      </w:pPr>
      <w:r>
        <w:t>یہ میں نے سوچا کہ ایک سبق دے گئی ہے۔ وہ سبق یہ ہے کہ کنفلنٹیشن کو اوائڈ کرو۔ اس چڑیا نے ایک سبق دیا کہ کنفلنٹیشن کو اوائڈ کرو تو تمہارا کچھ نہیں بگڑے گا، بگڑے گا۔</w:t>
      </w:r>
    </w:p>
    <w:p>
      <w:r>
        <w:rPr>
          <w:b/>
        </w:rPr>
        <w:t xml:space="preserve">[25:23] </w:t>
      </w:r>
      <w:r>
        <w:t>agar confrontation mein paroge to to tabahi hai. jaise ke aap dekhiye, Egypt mein lad rahe hain, mar rahe hain aur hazaron hazar log ise mar ke khatam ho gaye kyunke woh confrontation ko rasta ikhtiyar kiya unhon ne.</w:t>
      </w:r>
    </w:p>
    <w:p>
      <w:pPr>
        <w:jc w:val="right"/>
      </w:pPr>
      <w:r>
        <w:t>اگر کنفلنٹیشن میں پڑو گے تو تو تباہی ہے۔ جیسے کہ آپ دیکھیے، ایجپٹ میں لڑ رہے ہیں، مر رہے ہیں اور ہزاروں ہزار لوگ اسے مر کے ختم ہو گئے کیونکہ وہ کنفلنٹیشن کو راستہ اختیار کیا انہوں نے۔</w:t>
      </w:r>
    </w:p>
    <w:p>
      <w:r>
        <w:rPr>
          <w:b/>
        </w:rPr>
        <w:t xml:space="preserve">[25:39] </w:t>
      </w:r>
      <w:r>
        <w:t>to ek chidiya aayi aur doosri chidiya ke liye chhod</w:t>
      </w:r>
    </w:p>
    <w:p>
      <w:pPr>
        <w:jc w:val="right"/>
      </w:pPr>
      <w:r>
        <w:t>تو ایک چڑیا آئی اور دوسری چڑیا کے لیے چھوڑ</w:t>
      </w:r>
    </w:p>
    <w:p>
      <w:r>
        <w:rPr>
          <w:b/>
        </w:rPr>
        <w:t xml:space="preserve">[25:44] </w:t>
      </w:r>
      <w:r>
        <w:t>ke chali gayi. phir jab woh chali gayi, phir bhi dobara aayi. is mein yeh sabak diya is ne ke confrontation mein tabahi hai aur takrao na karo to tabahi kuch nahi hai.</w:t>
      </w:r>
    </w:p>
    <w:p>
      <w:pPr>
        <w:jc w:val="right"/>
      </w:pPr>
      <w:r>
        <w:t>کے چلی گئی۔ پھر جب وہ چلی گئی، پھر بھی دوبارہ آئی۔ اس میں یہ سبق دیا اس نے کہ کنفلنٹیشن میں تباہی ہے اور ٹکراؤ نہ کرو تو تباہی کچھ نہیں ہے۔</w:t>
      </w:r>
    </w:p>
    <w:p>
      <w:r>
        <w:rPr>
          <w:b/>
        </w:rPr>
        <w:t xml:space="preserve">[25:57] </w:t>
      </w:r>
      <w:r>
        <w:t>woh bhi taraqqi karenge to bhi taraqqi karoge. yeh matlab hai is ayat ka ke zameen o aasman mein nishaniyan phaili hui hain, log is ko ghaur nahi karte, is aur ise sabak nahi lete, ise andhe bhare pade rehte hain,</w:t>
      </w:r>
    </w:p>
    <w:p>
      <w:pPr>
        <w:jc w:val="right"/>
      </w:pPr>
      <w:r>
        <w:t>وہ بھی ترقی کریں گے تو بھی ترقی کرو گے۔ یہ مطلب ہے اس آیت کا کہ زمین و آسمان میں نشانیاں پھیلی ہوئی ہیں، لوگ اس کو غور نہیں کرتے، اس اور اسے سبق نہیں لیتے، اسے اندھے بھرے پڑے رہتے ہیں،</w:t>
      </w:r>
    </w:p>
    <w:p>
      <w:r>
        <w:rPr>
          <w:b/>
        </w:rPr>
        <w:t xml:space="preserve">[26:13] </w:t>
      </w:r>
      <w:r>
        <w:t>andhe bhare pade rehte hain.</w:t>
      </w:r>
    </w:p>
    <w:p>
      <w:pPr>
        <w:jc w:val="right"/>
      </w:pPr>
      <w:r>
        <w:t>اندھے بھرے پڑے رہتے ہیں۔</w:t>
      </w:r>
    </w:p>
    <w:p>
      <w:r>
        <w:rPr>
          <w:b/>
        </w:rPr>
        <w:t xml:space="preserve">[26:18] </w:t>
      </w:r>
      <w:r>
        <w:t>to Allah taala ne Quran utara, Rasool Allah ne</w:t>
      </w:r>
    </w:p>
    <w:p>
      <w:pPr>
        <w:jc w:val="right"/>
      </w:pPr>
      <w:r>
        <w:t>تو اللہ تعالی نے قرآن اتارا، رسول اللہ نے</w:t>
      </w:r>
    </w:p>
    <w:p>
      <w:r>
        <w:rPr>
          <w:b/>
        </w:rPr>
        <w:t xml:space="preserve">[26:22] </w:t>
      </w:r>
      <w:r>
        <w:t>is ka namuna dikhaya. phir tareekh mein jo waqeat hain, woh Quran mein bataye gaye aur rozana ki zindagi mein hum ko is paas namune bikhre hue hain, is mein misalein hain.</w:t>
      </w:r>
    </w:p>
    <w:p>
      <w:pPr>
        <w:jc w:val="right"/>
      </w:pPr>
      <w:r>
        <w:t>اس کا نمونہ دکھایا۔ پھر تاریخ میں جو واقعات ہیں، وہ قرآن میں بتائے گئے اور روزانہ کی زندگی میں ہم کو اس پاس نمونے بکھرے ہوئے ہیں، اس میں مثالیں ہیں۔</w:t>
      </w:r>
    </w:p>
    <w:p>
      <w:r>
        <w:rPr>
          <w:b/>
        </w:rPr>
        <w:t xml:space="preserve">[26:34] </w:t>
      </w:r>
      <w:r>
        <w:t>in sab ko agar aadmi dhyan de, soche aur soch kar zindagi guzare to woh kabhi bhi gumrah nahi ho sakta, kabhi bhatak nahi sakta.</w:t>
      </w:r>
    </w:p>
    <w:p>
      <w:pPr>
        <w:jc w:val="right"/>
      </w:pPr>
      <w:r>
        <w:t>ان سب کو اگر آدمی دھیان دے، سوچے اور سوچ کر زندگی گزارے تو وہ کبھی بھی گمراہ نہیں ہو سکتا، کبھی بھٹک نہیں سکتا۔</w:t>
      </w:r>
    </w:p>
    <w:p>
      <w:r>
        <w:rPr>
          <w:b/>
        </w:rPr>
        <w:t xml:space="preserve">[26:50] </w:t>
      </w:r>
      <w:r>
        <w:t>kahin is ko Quran se mil jayegi guidance, kahin Hadees se mil jayegi, kahin koi chidiya bhi aayegi, us ko guidance de degi, kahin hawa chalegi, us ke bhi is ka guidance milega.</w:t>
      </w:r>
    </w:p>
    <w:p>
      <w:pPr>
        <w:jc w:val="right"/>
      </w:pPr>
      <w:r>
        <w:t>کہیں اس کو قرآن سے مل جائے گی گائیڈنس، کہیں حدیث سے مل جائے گی، کہیں کوئی چڑیا بھی آئے گی، اس کو گائیڈنس دے دے گی، کہیں ہوا چلے گی، اس کے بھی اس کا گائیڈنس ملے گا۔</w:t>
      </w:r>
    </w:p>
    <w:p>
      <w:r>
        <w:rPr>
          <w:b/>
        </w:rPr>
        <w:t xml:space="preserve">[27:06] </w:t>
      </w:r>
      <w:r>
        <w:t>to kahin is ki aqal, kahin is ki zameer, is ka consciousness us ko batayega.</w:t>
      </w:r>
    </w:p>
    <w:p>
      <w:pPr>
        <w:jc w:val="right"/>
      </w:pPr>
      <w:r>
        <w:t>تو کہیں اس کی عقل، کہیں اس کی ضمیر، اس کا کانشیسنس اس کو بتائے گا۔</w:t>
      </w:r>
    </w:p>
    <w:p>
      <w:r>
        <w:rPr>
          <w:b/>
        </w:rPr>
        <w:t xml:space="preserve">[27:11] </w:t>
      </w:r>
      <w:r>
        <w:t>itna zyada Allah taala ne ehtimam kiya guidance ka, rehnumai ka ke insaan agar khule aankh se rahe duniya mein, ab khule open mind ke sath rahe duniya mein aur objectivity ke sath duniya ki cheezon ko dekhe to kabhi nahi bhatkega.</w:t>
      </w:r>
    </w:p>
    <w:p>
      <w:pPr>
        <w:jc w:val="right"/>
      </w:pPr>
      <w:r>
        <w:t>اتنا زیادہ اللہ تعالی نے اہتمام کیا گائیڈنس کا، رہنمائی کا کہ انسان اگر کھلے آنکھ سے رہے دنیا میں، اب کھلے اوپن مائنڈ کے ساتھ رہے دنیا میں اور ابجیکٹیوٹی کے ساتھ دنیا کی چیزوں کو دیکھے تو کبھی نہیں بھٹکے گا۔</w:t>
      </w:r>
    </w:p>
    <w:p>
      <w:r>
        <w:rPr>
          <w:b/>
        </w:rPr>
        <w:t xml:space="preserve">[27:32] </w:t>
      </w:r>
      <w:r>
        <w:t>aur bhatakne ka basic jo hai ke woh tajrubaat ke dauran negative ho jana.</w:t>
      </w:r>
    </w:p>
    <w:p>
      <w:pPr>
        <w:jc w:val="right"/>
      </w:pPr>
      <w:r>
        <w:t>اور بھٹکنے کا بیسک جو ہے کہ وہ تجربات کے دوران نیگیٹیو ہو جانا۔</w:t>
      </w:r>
    </w:p>
    <w:p>
      <w:r>
        <w:rPr>
          <w:b/>
        </w:rPr>
        <w:t xml:space="preserve">[27:41] </w:t>
      </w:r>
      <w:r>
        <w:t>ek hi jar ki baat hai, evil sirf yeh hai ke aap negative ho jayein aur past aur aur sara khair is mein hai ke aap positivity ko maintain karein.</w:t>
      </w:r>
    </w:p>
    <w:p>
      <w:pPr>
        <w:jc w:val="right"/>
      </w:pPr>
      <w:r>
        <w:t>ایک ہی جڑ کی بات ہے، ایول صرف یہ ہے کہ آپ نیگیٹیو ہو جائیں اور پاسٹ اور اور سارا خیر اس میں ہے کہ آپ پازیٹیوٹی کو مینٹین کریں۔</w:t>
      </w:r>
    </w:p>
    <w:p>
      <w:r>
        <w:rPr>
          <w:b/>
        </w:rPr>
        <w:t xml:space="preserve">[27:56] </w:t>
      </w:r>
      <w:r>
        <w:t>bas yeh two point formula hai zindagi ke liye, yani you have to maintain your positivity even in negative situation.</w:t>
      </w:r>
    </w:p>
    <w:p>
      <w:pPr>
        <w:jc w:val="right"/>
      </w:pPr>
      <w:r>
        <w:t>بس یہ ٹو پوائنٹ فارمولا ہے زندگی کے لیے، یعنی یو ہیو ٹو مینٹین یور پازیٹیوٹی ایون ان نیگیٹیو سچویشن۔</w:t>
      </w:r>
    </w:p>
    <w:p>
      <w:r>
        <w:rPr>
          <w:b/>
        </w:rPr>
        <w:t xml:space="preserve">[28:07] </w:t>
      </w:r>
      <w:r>
        <w:t>yeh formula hai,</w:t>
      </w:r>
    </w:p>
    <w:p>
      <w:pPr>
        <w:jc w:val="right"/>
      </w:pPr>
      <w:r>
        <w:t>یہ فارمولا ہے،</w:t>
      </w:r>
    </w:p>
    <w:p>
      <w:r>
        <w:rPr>
          <w:b/>
        </w:rPr>
        <w:t xml:space="preserve">[28:10] </w:t>
      </w:r>
      <w:r>
        <w:t>you have to maintain your positivity even in negative situation. yani chahe kuch bhi pesh aaye, aap apni musbat mizaj ko, apni positive thought ko baqi rakhiye</w:t>
      </w:r>
    </w:p>
    <w:p>
      <w:pPr>
        <w:jc w:val="right"/>
      </w:pPr>
      <w:r>
        <w:t>یو ہیو ٹو مینٹین یور پازیٹیوٹی ایون ان نیگیٹیو سچویشن۔ یعنی چاہے کچھ بھی پیش آئے، آپ اپنی مثبت مزاج کو، اپنی پازیٹیو تھاٹ کو باقی رکھیے</w:t>
      </w:r>
    </w:p>
    <w:p>
      <w:r>
        <w:rPr>
          <w:b/>
        </w:rPr>
        <w:t xml:space="preserve">[28:31] </w:t>
      </w:r>
      <w:r>
        <w:t>aur is ke baad aap aap ko kamyab hone se koi rok nahi sakta.</w:t>
      </w:r>
    </w:p>
    <w:p>
      <w:pPr>
        <w:jc w:val="right"/>
      </w:pPr>
      <w:r>
        <w:t>اور اس کے بعد آپ آپ کو کامیاب ہونے سے کوئی روک نہیں سکتا۔</w:t>
      </w:r>
    </w:p>
    <w:p>
      <w:r>
        <w:rPr>
          <w:b/>
        </w:rPr>
        <w:t xml:space="preserve">[28:41] </w:t>
      </w:r>
      <w:r>
        <w:t>duniya mein dekhiye, har din sham aati hai, har barah ghante ke baad, lekin is ke baad kya hota hai? raat ke baad phir dobara subah subah ho jati hai.</w:t>
      </w:r>
    </w:p>
    <w:p>
      <w:pPr>
        <w:jc w:val="right"/>
      </w:pPr>
      <w:r>
        <w:t>دنیا میں دیکھیے، ہر دن شام آتی ہے، ہر بارہ گھنٹے کے بعد، لیکن اس کے بعد کیا ہوتا ہے؟ رات کے بعد پھر دوبارہ صبح صبح ہو جاتی ہے۔</w:t>
      </w:r>
    </w:p>
    <w:p>
      <w:r>
        <w:rPr>
          <w:b/>
        </w:rPr>
        <w:t xml:space="preserve">[28:51] </w:t>
      </w:r>
      <w:r>
        <w:t>to kaha ek nuksan hoga to phir faida ho jayega, ek baat bigre bhi phir to dobara baat badh jayegi. yani sham aayegi to kuch der intezar kijiye, kuch der sabr kijiye to phir zoran agle barah ghante ke baad subah subah ko hogi aur dobara suraj niklega.</w:t>
      </w:r>
    </w:p>
    <w:p>
      <w:pPr>
        <w:jc w:val="right"/>
      </w:pPr>
      <w:r>
        <w:t>تو کہا ایک نقصان ہوگا تو پھر فائدہ ہو جائے گا، ایک بات بگڑے بھی پھر تو دوبارہ بات بڑھ جائے گی۔ یعنی شام آئے گی تو کچھ دیر انتظار کیجئے، کچھ دیر صبر کیجئے تو پھر زوراً اگلے بارہ گھنٹے کے بعد صبح صبح کو ہوگی اور دوبارہ سورج نکلے گا۔</w:t>
      </w:r>
    </w:p>
    <w:p>
      <w:r>
        <w:rPr>
          <w:b/>
        </w:rPr>
        <w:t xml:space="preserve">[29:12] </w:t>
      </w:r>
      <w:r>
        <w:t>isi ko kaha gaya nishaniyan. to khulasa yeh hai ke aadmi ko sab se zyada yeh dhyan chahiye, yeh yeh dhyan karna chahiye ke kisi haal mein bhi woh negative na ho, manfi soch mein mubtala na ho,</w:t>
      </w:r>
    </w:p>
    <w:p>
      <w:pPr>
        <w:jc w:val="right"/>
      </w:pPr>
      <w:r>
        <w:t>اسی کو کہا گیا نشانیاں۔ تو خلاصہ یہ ہے کہ آدمی کو سب سے زیادہ یہ دھیان چاہیے، یہ یہ دھیان کرنا چاہیے کہ کسی حال میں بھی وہ نیگیٹیو نہ ہو، منفی سوچ میں مبتلا نہ ہو،</w:t>
      </w:r>
    </w:p>
    <w:p>
      <w:r>
        <w:rPr>
          <w:b/>
        </w:rPr>
        <w:t xml:space="preserve">[29:29] </w:t>
      </w:r>
      <w:r>
        <w:t>har haal mein woh musbat soch mein qaaim rahe, har haal mein woh positive thinking ko baqi rakhe.</w:t>
      </w:r>
    </w:p>
    <w:p>
      <w:pPr>
        <w:jc w:val="right"/>
      </w:pPr>
      <w:r>
        <w:t>ہر حال میں وہ مثبت سوچ میں قائم رہے، ہر حال میں وہ پازیٹیو تھنکنگ کو باقی رکھے۔</w:t>
      </w:r>
    </w:p>
    <w:p>
      <w:r>
        <w:rPr>
          <w:b/>
        </w:rPr>
        <w:t xml:space="preserve">[29:37] </w:t>
      </w:r>
      <w:r>
        <w:t>is ke baad farishtay is ko, is ki, is ko, is ki sohbat mein farishtay utren ge, is ko Allah ki rehmat mile gi aur is ko Allah ki blessing jaari rahe gi.</w:t>
      </w:r>
    </w:p>
    <w:p>
      <w:pPr>
        <w:jc w:val="right"/>
      </w:pPr>
      <w:r>
        <w:t>اس کے بعد فرشتے اس کو، اس کی، اس کو، اس کی صحبت میں فرشتے اتریں گے، اس کو اللہ کی رحمت ملے گی اور اس کو اللہ کی بلیسنگ جاری رہے گی۔</w:t>
      </w:r>
    </w:p>
    <w:p>
      <w:r>
        <w:rPr>
          <w:b/>
        </w:rPr>
        <w:t xml:space="preserve">[29:56] </w:t>
      </w:r>
      <w:r>
        <w:t>woh tension free rahe ga.</w:t>
      </w:r>
    </w:p>
    <w:p>
      <w:pPr>
        <w:jc w:val="right"/>
      </w:pPr>
      <w:r>
        <w:t>وہ ٹینشن فری رہے گا۔</w:t>
      </w:r>
    </w:p>
    <w:p>
      <w:r>
        <w:rPr>
          <w:b/>
        </w:rPr>
        <w:t xml:space="preserve">[29:59] </w:t>
      </w:r>
      <w:r>
        <w:t>is ko hum jab aisa aadmi kare ga to tension free rahe ga bilkul, aur jab tension free hai to is ka matlab yeh hai ke har har khair is ko haasil hai.</w:t>
      </w:r>
    </w:p>
    <w:p>
      <w:pPr>
        <w:jc w:val="right"/>
      </w:pPr>
      <w:r>
        <w:t>اس کو ہم جب ایسا آدمی کرے گا تو ٹینشن فری رہے گا بالکل، اور جب ٹینشن فری ہے تو اس کا مطلب یہ ہے کہ ہر ہر خیر اس کو حاصل ہے۔</w:t>
      </w:r>
    </w:p>
    <w:p>
      <w:r>
        <w:rPr>
          <w:b/>
        </w:rPr>
        <w:t xml:space="preserve">[30:14] </w:t>
      </w:r>
      <w:r>
        <w:t>to meri dua hai ke Allah taala mujh ko aur aap ko tofeeq de ke hum is baat ko samjhen aur apne aap ko sirat-e-mustaqeem par qaaim rakhen.</w:t>
      </w:r>
    </w:p>
    <w:p>
      <w:pPr>
        <w:jc w:val="right"/>
      </w:pPr>
      <w:r>
        <w:t>تو میری دعا ہے کہ اللہ تعالی مجھ کو اور آپ کو توفیق دے کہ ہم اس بات کو سمجھیں اور اپنے آپ کو صراط مستقیم پر قائم رکھیں۔</w:t>
      </w:r>
    </w:p>
    <w:p>
      <w:r>
        <w:rPr>
          <w:b/>
        </w:rPr>
        <w:t xml:space="preserve">[30:25] </w:t>
      </w:r>
      <w:r>
        <w:t>Assalam o Alaikum wa Rahmatullahi wa Barakatuh</w:t>
      </w:r>
    </w:p>
    <w:p>
      <w:pPr>
        <w:jc w:val="right"/>
      </w:pPr>
      <w:r>
        <w:t>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