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Final Call November 18, 2007</w:t>
      </w:r>
    </w:p>
    <w:p>
      <w:r>
        <w:t>https://youtu.be/uTjzhO-nhUc</w:t>
      </w:r>
    </w:p>
    <w:p>
      <w:r>
        <w:rPr>
          <w:b/>
        </w:rPr>
        <w:t xml:space="preserve">[00:15] </w:t>
      </w:r>
      <w:r>
        <w:t>Wa salla Allahu 'ala an-nabiyyi al-kareem. Rabbishrah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[00:31] </w:t>
      </w:r>
      <w:r>
        <w:t>ek baar mein Delhi airport par pahuncha to wahan announcer yeh keh raha tha: "final call."</w:t>
      </w:r>
    </w:p>
    <w:p>
      <w:pPr>
        <w:jc w:val="right"/>
      </w:pPr>
      <w:r>
        <w:t>ایک بار میں دلی ایئرپورٹ پر پہنچا تو وہاں اناؤنسر یہ کہہ رہا تھا: "فائنل کال۔"</w:t>
      </w:r>
    </w:p>
    <w:p>
      <w:r>
        <w:rPr>
          <w:b/>
        </w:rPr>
        <w:t xml:space="preserve">[00:46] </w:t>
      </w:r>
      <w:r>
        <w:t>final call. mujh ko jo jahaz pakadna tha, woh bas ab urrne wala tha. ya to main jaldi se wahan pahunch jaaun, warna phir jahaz se mehroom ho jaaun.</w:t>
      </w:r>
    </w:p>
    <w:p>
      <w:pPr>
        <w:jc w:val="right"/>
      </w:pPr>
      <w:r>
        <w:t>فائنل کال۔ مجھ کو جو جہاز پکڑنا تھا، وہ بس اب اڑنے والا تھا۔ یا تو میں جلدی سے وہاں پہنچ جاؤں، ورنہ پھر جہاز سے محروم ہو جاؤں۔</w:t>
      </w:r>
    </w:p>
    <w:p>
      <w:r>
        <w:rPr>
          <w:b/>
        </w:rPr>
        <w:t xml:space="preserve">[00:59] </w:t>
      </w:r>
      <w:r>
        <w:t>mera safar wahin ka wahin ruk jaaye.</w:t>
      </w:r>
    </w:p>
    <w:p>
      <w:pPr>
        <w:jc w:val="right"/>
      </w:pPr>
      <w:r>
        <w:t>میرا سفر وہیں کا وہیں رک جائے۔</w:t>
      </w:r>
    </w:p>
    <w:p>
      <w:r>
        <w:rPr>
          <w:b/>
        </w:rPr>
        <w:t xml:space="preserve">[01:03] </w:t>
      </w:r>
      <w:r>
        <w:t>yeh final call wali baat mujhe aaj yaad aayi, is tarah ke aaj ke akhbar mein, aaj ke akhbar mein ek news item hai, woh hai:</w:t>
      </w:r>
    </w:p>
    <w:p>
      <w:pPr>
        <w:jc w:val="right"/>
      </w:pPr>
      <w:r>
        <w:t>یہ فائنل کال والی بات مجھے آج یاد آئی، اس طرح کہ آج کے اخبار میں، آج کے اخبار میں ایک نیوز آئٹم ہے، وہ ہے:</w:t>
      </w:r>
    </w:p>
    <w:p>
      <w:r>
        <w:rPr>
          <w:b/>
        </w:rPr>
        <w:t xml:space="preserve">[01:17] </w:t>
      </w:r>
      <w:r>
        <w:t>"doomsday not far."</w:t>
      </w:r>
    </w:p>
    <w:p>
      <w:pPr>
        <w:jc w:val="right"/>
      </w:pPr>
      <w:r>
        <w:t>"ڈومز ڈے ناٹ فار۔"</w:t>
      </w:r>
    </w:p>
    <w:p>
      <w:r>
        <w:rPr>
          <w:b/>
        </w:rPr>
        <w:t xml:space="preserve">[01:24] </w:t>
      </w:r>
      <w:r>
        <w:t>doomsday not far.</w:t>
      </w:r>
    </w:p>
    <w:p>
      <w:pPr>
        <w:jc w:val="right"/>
      </w:pPr>
      <w:r>
        <w:t>ڈومز ڈے ناٹ فار۔</w:t>
      </w:r>
    </w:p>
    <w:p>
      <w:r>
        <w:rPr>
          <w:b/>
        </w:rPr>
        <w:t xml:space="preserve">[01:27] </w:t>
      </w:r>
      <w:r>
        <w:t>yeh jo hai, United Nations ki taraf se ek panel banaya gaya,</w:t>
      </w:r>
    </w:p>
    <w:p>
      <w:pPr>
        <w:jc w:val="right"/>
      </w:pPr>
      <w:r>
        <w:t>یہ جو ہے، یونائٹڈ نیشنز کی طرف سے ایک پینل بنایا گیا،</w:t>
      </w:r>
    </w:p>
    <w:p>
      <w:r>
        <w:rPr>
          <w:b/>
        </w:rPr>
        <w:t xml:space="preserve">[01:37] </w:t>
      </w:r>
      <w:r>
        <w:t>aaj kal jo news aa rahi hain climatic change ke bare mein, global warming ke bare mein, to is ke bare mein sochne ke liye scientist logon ka ek panel, United Nations ki taraf se banaya gaya.</w:t>
      </w:r>
    </w:p>
    <w:p>
      <w:pPr>
        <w:jc w:val="right"/>
      </w:pPr>
      <w:r>
        <w:t>آج کل جو نیوز آ رہی ہیں کلائمیٹک چینج کے بارے میں، گلوبل وارمنگ کے بارے میں، تو اس کے بارے میں سوچنے کے لیے سائنٹسٹ لوگوں کا ایک پینل، یونائٹڈ نیشنز کی طرف سے بنایا گیا۔</w:t>
      </w:r>
    </w:p>
    <w:p>
      <w:r>
        <w:rPr>
          <w:b/>
        </w:rPr>
        <w:t xml:space="preserve">[01:52] </w:t>
      </w:r>
      <w:r>
        <w:t>is ne jo report di hai, woh bohat hi zyada sochne wali report hai. isi report ke bare mein yeh news hai:</w:t>
      </w:r>
    </w:p>
    <w:p>
      <w:pPr>
        <w:jc w:val="right"/>
      </w:pPr>
      <w:r>
        <w:t>اس نے جو رپورٹ دی ہے، وہ بہت ہی زیادہ سوچنے والی رپورٹ ہے۔ اسی رپورٹ کے بارے میں یہ نیوز ہے:</w:t>
      </w:r>
    </w:p>
    <w:p>
      <w:r>
        <w:rPr>
          <w:b/>
        </w:rPr>
        <w:t xml:space="preserve">[02:04] </w:t>
      </w:r>
      <w:r>
        <w:t>"doomsday not far." yaani qayamat ka din ab zyada door nahin. end of history ab zyada door nahin.</w:t>
      </w:r>
    </w:p>
    <w:p>
      <w:pPr>
        <w:jc w:val="right"/>
      </w:pPr>
      <w:r>
        <w:t>"ڈومز ڈے ناٹ فار۔" یعنی قیامت کا دن اب زیادہ دور نہیں۔ اینڈ آف ہسٹری اب زیادہ دور نہیں۔</w:t>
      </w:r>
    </w:p>
    <w:p>
      <w:r>
        <w:rPr>
          <w:b/>
        </w:rPr>
        <w:t xml:space="preserve">[02:19] </w:t>
      </w:r>
      <w:r>
        <w:t>to is par mujhe yaad aaya hai ke woh jo us ne kaha tha ke final call, aakhri waqt aa gaya hai, ya to jahaz pakad lo ya phir hamesha ke liye mehroom ho jao.</w:t>
      </w:r>
    </w:p>
    <w:p>
      <w:pPr>
        <w:jc w:val="right"/>
      </w:pPr>
      <w:r>
        <w:t>تو اس پر مجھے یاد آیا ہے کہ وہ جو اس نے کہا تھا کہ فائنل کال، آخری وقت آ گیا ہے، یا تو جہاز پکڑ لو یا پھر ہمیشہ کے لیے محروم ہو جاؤ۔</w:t>
      </w:r>
    </w:p>
    <w:p>
      <w:r>
        <w:rPr>
          <w:b/>
        </w:rPr>
        <w:t xml:space="preserve">[02:35] </w:t>
      </w:r>
      <w:r>
        <w:t>to yeh scientist, yeh scientific community jo bata rahi hai baar baar, yaani yeh koi guess nahin hai, yeh koi scientific fiction nahin hai.</w:t>
      </w:r>
    </w:p>
    <w:p>
      <w:pPr>
        <w:jc w:val="right"/>
      </w:pPr>
      <w:r>
        <w:t>تو یہ سائنٹسٹ، یہ سائنٹیفک کمیونٹی جو بتا رہی ہے بار بار، یعنی یہ کوئی گیس نہیں ہے، یہ کوئی سائنٹیفک فکشن نہیں ہے۔</w:t>
      </w:r>
    </w:p>
    <w:p>
      <w:r>
        <w:rPr>
          <w:b/>
        </w:rPr>
        <w:t xml:space="preserve">[02:47] </w:t>
      </w:r>
      <w:r>
        <w:t>yeh purely scientific research par base karti hai yeh baat, jis ko le kar unhon ne kaha ke: "doomsday not far." yeh jo duniya Khuda ne chalai thi,</w:t>
      </w:r>
    </w:p>
    <w:p>
      <w:pPr>
        <w:jc w:val="right"/>
      </w:pPr>
      <w:r>
        <w:t>یہ پیورلی سائنٹیفک ریسرچ پر بیس کرتی ہے یہ بات، جس کو لے کر انہوں نے کہا کہ: "ڈومز ڈے ناٹ فار۔" یہ جو دنیا خدا نے چلائی تھی،</w:t>
      </w:r>
    </w:p>
    <w:p>
      <w:r>
        <w:rPr>
          <w:b/>
        </w:rPr>
        <w:t xml:space="preserve">[03:04] </w:t>
      </w:r>
      <w:r>
        <w:t>jo duniya mein itni sari cheezen thin insaan ke liye, woh sab ab khatam.</w:t>
      </w:r>
    </w:p>
    <w:p>
      <w:pPr>
        <w:jc w:val="right"/>
      </w:pPr>
      <w:r>
        <w:t>جو دنیا میں اتنی ساری چیزیں تھیں انسان کے لیے، وہ سب اب ختم۔</w:t>
      </w:r>
    </w:p>
    <w:p>
      <w:r>
        <w:rPr>
          <w:b/>
        </w:rPr>
        <w:t xml:space="preserve">[03:10] </w:t>
      </w:r>
      <w:r>
        <w:t>ab doomsday aa raha hai, qayamat ka din aa raha hai, yaani day of judgement. day of judgement.</w:t>
      </w:r>
    </w:p>
    <w:p>
      <w:pPr>
        <w:jc w:val="right"/>
      </w:pPr>
      <w:r>
        <w:t>اب ڈومز ڈے آ رہا ہے، قیامت کا دن آ رہا ہے، یعنی ڈے آف ججمنٹ۔ ڈے آف ججمنٹ۔</w:t>
      </w:r>
    </w:p>
    <w:p>
      <w:r>
        <w:rPr>
          <w:b/>
        </w:rPr>
        <w:t xml:space="preserve">[03:20] </w:t>
      </w:r>
      <w:r>
        <w:t>Khuda in sab cheezon ko liquidate kar de ga. woh saare insaanon ko ikattha kare ga hashr ke maidan mein. wahan saare log Khuda ke saamne pesh hon ge, aur wahan par har ek se us ka hisab liya jayega.</w:t>
      </w:r>
    </w:p>
    <w:p>
      <w:pPr>
        <w:jc w:val="right"/>
      </w:pPr>
      <w:r>
        <w:t>خدا ان سب چیزوں کو لیکویڈیٹ کر دے گا۔ وہ سارے انسانوں کو اکٹھا کرے گا حشر کے میدان میں۔ وہاں سارے لوگ خدا کے سامنے پیش ہوں گے، اور وہاں پر ہر ایک سے اس کا حساب لیا جائے گا۔</w:t>
      </w:r>
    </w:p>
    <w:p>
      <w:r>
        <w:rPr>
          <w:b/>
        </w:rPr>
        <w:t xml:space="preserve">[03:38] </w:t>
      </w:r>
      <w:r>
        <w:t>jo record us ne banaya hai is zindagi mein, yahan par, is record ko le kar ke us ke liye ya to eternal hell ka, us ke liye judgement sunaya jayega, ya eternal paradise ka.</w:t>
      </w:r>
    </w:p>
    <w:p>
      <w:pPr>
        <w:jc w:val="right"/>
      </w:pPr>
      <w:r>
        <w:t>جو ریکارڈ اس نے بنایا ہے اس زندگی میں، یہاں پر، اس ریکارڈ کو لے کر کے اس کے لیے یا تو ایٹرنل ہیل کا، اس کے لیے ججمنٹ سنایا جائے گا، یا ایٹرنل پیراڈائز کا۔</w:t>
      </w:r>
    </w:p>
    <w:p>
      <w:r>
        <w:rPr>
          <w:b/>
        </w:rPr>
        <w:t xml:space="preserve">[03:57] </w:t>
      </w:r>
      <w:r>
        <w:t>is liye aaj ki talk ka main samajhta hoon ke jo appropriate title hai, woh hai: "final call."</w:t>
      </w:r>
    </w:p>
    <w:p>
      <w:pPr>
        <w:jc w:val="right"/>
      </w:pPr>
      <w:r>
        <w:t>اس لیے آج کی ٹاک کا میں سمجھتا ہوں کہ جو اپروپریٹ ٹائٹل ہے، وہ ہے: "فائنل کال۔</w:t>
      </w:r>
    </w:p>
    <w:p>
      <w:r>
        <w:rPr>
          <w:b/>
        </w:rPr>
        <w:t xml:space="preserve">[04:10] </w:t>
      </w:r>
      <w:r>
        <w:t>final call.</w:t>
      </w:r>
    </w:p>
    <w:p>
      <w:pPr>
        <w:jc w:val="right"/>
      </w:pPr>
      <w:r>
        <w:t>" فائنل کال۔</w:t>
      </w:r>
    </w:p>
    <w:p>
      <w:r>
        <w:rPr>
          <w:b/>
        </w:rPr>
        <w:t xml:space="preserve">[04:16] </w:t>
      </w:r>
      <w:r>
        <w:t>isi par mein kuch baatein kehna chahta hoon. isi ko lekar mein kuch baatein kehna chahta hoon.</w:t>
      </w:r>
    </w:p>
    <w:p>
      <w:pPr>
        <w:jc w:val="right"/>
      </w:pPr>
      <w:r>
        <w:t>اسی پر میں کچھ باتیں کہنا چاہتا ہوں۔ اسی کو لے کر میں کچھ باتیں کہنا چاہتا ہوں۔</w:t>
      </w:r>
    </w:p>
    <w:p>
      <w:r>
        <w:rPr>
          <w:b/>
        </w:rPr>
        <w:t xml:space="preserve">[04:26] </w:t>
      </w:r>
      <w:r>
        <w:t>dekhiye, insaan se poori history mein jo sab se bari bhool hui hai, woh yeh ke is ne creation plan of god ko nahi samajhne ki koshish ki.</w:t>
      </w:r>
    </w:p>
    <w:p>
      <w:pPr>
        <w:jc w:val="right"/>
      </w:pPr>
      <w:r>
        <w:t>دیکھیے، انسان سے پوری ہسٹری میں جو سب سے بڑی بھول ہوئی ہے، وہ یہ کہ اس نے کریشن پلان آف گاڈ کو نہیں سمجھنے کی کوشش کی۔</w:t>
      </w:r>
    </w:p>
    <w:p>
      <w:r>
        <w:rPr>
          <w:b/>
        </w:rPr>
        <w:t xml:space="preserve">[04:43] </w:t>
      </w:r>
      <w:r>
        <w:t>yeh duniya khuda ne banai thi, kis liye? yeh thi testing ground. insaan ne samajh liya ke yeh mere liye entertainment ground hai.</w:t>
      </w:r>
    </w:p>
    <w:p>
      <w:pPr>
        <w:jc w:val="right"/>
      </w:pPr>
      <w:r>
        <w:t>یہ دنیا خدا نے بنائی تھی، کس لیے؟ یہ تھی ٹیسٹنگ گراؤنڈ۔ انسان نے سمجھ لیا کہ یہ میرے لیے انٹرٹینمنٹ گراؤنڈ ہے۔</w:t>
      </w:r>
    </w:p>
    <w:p>
      <w:r>
        <w:rPr>
          <w:b/>
        </w:rPr>
        <w:t xml:space="preserve">[04:57] </w:t>
      </w:r>
      <w:r>
        <w:t>is yeh jo planet earth hai, is par exceptionally khuda ne life support system rakha tha. life support system jo tha, woh tha test support system.</w:t>
      </w:r>
    </w:p>
    <w:p>
      <w:pPr>
        <w:jc w:val="right"/>
      </w:pPr>
      <w:r>
        <w:t>اس یہ جو پلینٹ ارتھ ہے، اس پر ایکسیپشنلی خدا نے لائف سپورٹ سسٹم رکھا تھا۔ لائف سپورٹ سسٹم جو تھا، وہ تھا ٹیسٹ سپورٹ سسٹم۔</w:t>
      </w:r>
    </w:p>
    <w:p>
      <w:r>
        <w:rPr>
          <w:b/>
        </w:rPr>
        <w:t xml:space="preserve">[05:11] </w:t>
      </w:r>
      <w:r>
        <w:t>yaani test ke liye jo baatein chahiye theen, woh yahan par rakh di gayi hain. insaan ne is ko samajh liya: enjoy support system.</w:t>
      </w:r>
    </w:p>
    <w:p>
      <w:pPr>
        <w:jc w:val="right"/>
      </w:pPr>
      <w:r>
        <w:t>یعنی ٹیسٹ کے لیے جو باتیں چاہیے تھیں، وہ یہاں پر رکھ دی گئی ہیں۔ انسان نے اس کو سمجھ لیا: انجوائے سپورٹ سسٹم۔</w:t>
      </w:r>
    </w:p>
    <w:p>
      <w:r>
        <w:rPr>
          <w:b/>
        </w:rPr>
        <w:t xml:space="preserve">[05:21] </w:t>
      </w:r>
      <w:r>
        <w:t>khoob enjoy karo, enjoy karo.</w:t>
      </w:r>
    </w:p>
    <w:p>
      <w:pPr>
        <w:jc w:val="right"/>
      </w:pPr>
      <w:r>
        <w:t>خوب انجوائے کرو، انجوائے کرو۔</w:t>
      </w:r>
    </w:p>
    <w:p>
      <w:r>
        <w:rPr>
          <w:b/>
        </w:rPr>
        <w:t xml:space="preserve">[05:24] </w:t>
      </w:r>
      <w:r>
        <w:t>enjoy ke liye tha hi nahi yeh. enjoy ke liye tha hi nahi yeh. yeh test ke liye tha, jis tarah se student ko examination hall mein jo cheezein di jaati hain, woh test ke liye hoti hain.</w:t>
      </w:r>
    </w:p>
    <w:p>
      <w:pPr>
        <w:jc w:val="right"/>
      </w:pPr>
      <w:r>
        <w:t>انجوائے کے لیے تھا ہی نہیں یہ۔ انجوائے کے لیے تھا ہی نہیں یہ۔ یہ ٹیسٹ کے لیے تھا، جس طرح سے اسٹوڈنٹ کو ایگزامینیشن ہال میں جو چیزیں دی جاتی ہیں، وہ ٹیسٹ کے لیے ہوتی ہیں۔</w:t>
      </w:r>
    </w:p>
    <w:p>
      <w:r>
        <w:rPr>
          <w:b/>
        </w:rPr>
        <w:t xml:space="preserve">[05:39] </w:t>
      </w:r>
      <w:r>
        <w:t>wahan ki chair, wahan ke table, sab kuch test ke liye hota hai. woh na to reward hota, na is ka right hota is ke upar, na woh enjoy karne ke liye hota.</w:t>
      </w:r>
    </w:p>
    <w:p>
      <w:pPr>
        <w:jc w:val="right"/>
      </w:pPr>
      <w:r>
        <w:t>وہاں کی چیئر، وہاں کے ٹیبل، سب کچھ ٹیسٹ کے لیے ہوتا ہے۔ وہ نہ تو ریوارڈ ہوتا، نہ اس کا رائٹ ہوتا اس کے اوپر، نہ وہ انجوائے کرنے کے لیے ہوتا۔</w:t>
      </w:r>
    </w:p>
    <w:p>
      <w:r>
        <w:rPr>
          <w:b/>
        </w:rPr>
        <w:t xml:space="preserve">[05:51] </w:t>
      </w:r>
      <w:r>
        <w:t>kuch bhi nahi.</w:t>
      </w:r>
    </w:p>
    <w:p>
      <w:pPr>
        <w:jc w:val="right"/>
      </w:pPr>
      <w:r>
        <w:t>کچھ بھی نہیں۔</w:t>
      </w:r>
    </w:p>
    <w:p>
      <w:r>
        <w:rPr>
          <w:b/>
        </w:rPr>
        <w:t xml:space="preserve">[05:54] </w:t>
      </w:r>
      <w:r>
        <w:t>to insaan sari history mein bhoola raha is baat ko. yahan tak ke ab khuda ne faisla de diya ke bas ab period khatam.</w:t>
      </w:r>
    </w:p>
    <w:p>
      <w:pPr>
        <w:jc w:val="right"/>
      </w:pPr>
      <w:r>
        <w:t>تو انسان ساری ہسٹری میں بھولا رہا اس بات کو۔ یہاں تک کہ اب خدا نے فیصلہ دے دیا کہ بس اب پیریڈ ختم۔</w:t>
      </w:r>
    </w:p>
    <w:p>
      <w:r>
        <w:rPr>
          <w:b/>
        </w:rPr>
        <w:t xml:space="preserve">[06:06] </w:t>
      </w:r>
      <w:r>
        <w:t>testing period khatam. ab to har ek khuda ke samne aaye, is ka hisab kitab kiya jaye, aur phir ya to is ko hell mein daal diya jaye ya paradise mein daal diya jaye.</w:t>
      </w:r>
    </w:p>
    <w:p>
      <w:pPr>
        <w:jc w:val="right"/>
      </w:pPr>
      <w:r>
        <w:t>ٹیسٹنگ پیریڈ ختم۔ اب تو ہر ایک خدا کے سامنے آئے، اس کا حساب کتاب کیا جائے، اور پھر یا تو اس کو ہیل میں ڈال دیا جائے یا پیراڈائز میں ڈال دیا جائے۔</w:t>
      </w:r>
    </w:p>
    <w:p>
      <w:r>
        <w:rPr>
          <w:b/>
        </w:rPr>
        <w:t xml:space="preserve">[06:18] </w:t>
      </w:r>
      <w:r>
        <w:t>is liye aaj ki talk ka mein ne title bataya, banaya hai: "final call."</w:t>
      </w:r>
    </w:p>
    <w:p>
      <w:pPr>
        <w:jc w:val="right"/>
      </w:pPr>
      <w:r>
        <w:t>اس لیے آج کی ٹاک کا میں نے ٹائٹل بتایا، بنایا ہے: "فائنل کال۔"</w:t>
      </w:r>
    </w:p>
    <w:p>
      <w:r>
        <w:rPr>
          <w:b/>
        </w:rPr>
        <w:t xml:space="preserve">[06:26] </w:t>
      </w:r>
      <w:r>
        <w:t>dekhiye, yeh kal ka paper mere hath mein hai. aaj ka insaan kitni bari bhool mein hai, is ka aik, aik, is ki aik, is ka aik example hai yeh.</w:t>
      </w:r>
    </w:p>
    <w:p>
      <w:pPr>
        <w:jc w:val="right"/>
      </w:pPr>
      <w:r>
        <w:t>دیکھیے، یہ کل کا پیپر میرے ہاتھ میں ہے۔ آج کا انسان کتنی بڑی بھول میں ہے، اس کا ایک، ایک، اس کی ایک، اس کا ایک ایگزامپل ہے یہ۔</w:t>
      </w:r>
    </w:p>
    <w:p>
      <w:r>
        <w:rPr>
          <w:b/>
        </w:rPr>
        <w:t xml:space="preserve">[06:39] </w:t>
      </w:r>
      <w:r>
        <w:t>yeh saare insaanon ke liye, aik insaan ke liye nahi. is paper mein Sania Mirza jo mashhoor khiladi hai tennis ki, is ke baray mein aik report hai.</w:t>
      </w:r>
    </w:p>
    <w:p>
      <w:pPr>
        <w:jc w:val="right"/>
      </w:pPr>
      <w:r>
        <w:t>یہ سارے انسانوں کے لیے، ایک انسان کے لیے نہیں۔ اس پیپر میں ثانیہ مرزا جو مشہور کھلاڑی ہے ٹینس کی، اس کے بارے میں ایک رپورٹ ہے۔</w:t>
      </w:r>
    </w:p>
    <w:p>
      <w:r>
        <w:rPr>
          <w:b/>
        </w:rPr>
        <w:t xml:space="preserve">[06:53] </w:t>
      </w:r>
      <w:r>
        <w:t>is ke birthday par</w:t>
      </w:r>
    </w:p>
    <w:p>
      <w:pPr>
        <w:jc w:val="right"/>
      </w:pPr>
      <w:r>
        <w:t>اس کے برتھ ڈے پر</w:t>
      </w:r>
    </w:p>
    <w:p>
      <w:r>
        <w:rPr>
          <w:b/>
        </w:rPr>
        <w:t xml:space="preserve">[06:58] </w:t>
      </w:r>
      <w:r>
        <w:t>is ki maa ne aik luxurious hotel mein bohat bara function kiya. is ke birthday par.</w:t>
      </w:r>
    </w:p>
    <w:p>
      <w:pPr>
        <w:jc w:val="right"/>
      </w:pPr>
      <w:r>
        <w:t>اس کی ماں نے ایک لگزریس ہوٹل میں بہت بڑا فنکشن کیا۔ اس کے برتھ ڈے پر۔</w:t>
      </w:r>
    </w:p>
    <w:p>
      <w:r>
        <w:rPr>
          <w:b/>
        </w:rPr>
        <w:t xml:space="preserve">[07:08] </w:t>
      </w:r>
      <w:r>
        <w:t>is mauqa par baat karte hue is ne kaha apni beti ke baray mein: "I am proud of my daughter.</w:t>
      </w:r>
    </w:p>
    <w:p>
      <w:pPr>
        <w:jc w:val="right"/>
      </w:pPr>
      <w:r>
        <w:t>اس موقع پر بات کرتے ہوئے اس نے کہا اپنی بیٹی کے بارے میں: "آئی ایم پراؤڈ آف مائی ڈاٹر۔</w:t>
      </w:r>
    </w:p>
    <w:p>
      <w:r>
        <w:rPr>
          <w:b/>
        </w:rPr>
        <w:t xml:space="preserve">[07:22] </w:t>
      </w:r>
      <w:r>
        <w:t>"every moment of the day.</w:t>
      </w:r>
    </w:p>
    <w:p>
      <w:pPr>
        <w:jc w:val="right"/>
      </w:pPr>
      <w:r>
        <w:t>" ایوری مومنٹ آف دا ڈے۔</w:t>
      </w:r>
    </w:p>
    <w:p>
      <w:r>
        <w:rPr>
          <w:b/>
        </w:rPr>
        <w:t xml:space="preserve">[07:27] </w:t>
      </w:r>
      <w:r>
        <w:t>"I am proud of my daughter." every moment of the day.</w:t>
      </w:r>
    </w:p>
    <w:p>
      <w:pPr>
        <w:jc w:val="right"/>
      </w:pPr>
      <w:r>
        <w:t>"آئی ایم پراؤڈ آف مائی ڈاٹر۔" ایوری مومنٹ آف دا ڈے۔</w:t>
      </w:r>
    </w:p>
    <w:p>
      <w:r>
        <w:rPr>
          <w:b/>
        </w:rPr>
        <w:t xml:space="preserve">[07:34] </w:t>
      </w:r>
      <w:r>
        <w:t>yeh kitni bari bhool hai. woh beti kya is ne apna aap khud bana liya hai? ya baap dada ne, baap maa ne banaya hai is ko?</w:t>
      </w:r>
    </w:p>
    <w:p>
      <w:pPr>
        <w:jc w:val="right"/>
      </w:pPr>
      <w:r>
        <w:t>یہ کتنی بڑی بھول ہے۔ وہ بیٹی کیا اس نے اپنا آپ خود بنا لیا ہے؟ یا باپ دادا نے، باپ ماں نے بنایا ہے اس کو؟</w:t>
      </w:r>
    </w:p>
    <w:p>
      <w:r>
        <w:rPr>
          <w:b/>
        </w:rPr>
        <w:t xml:space="preserve">[07:43] </w:t>
      </w:r>
      <w:r>
        <w:t>yeh khuda ne banaya hai.</w:t>
      </w:r>
    </w:p>
    <w:p>
      <w:pPr>
        <w:jc w:val="right"/>
      </w:pPr>
      <w:r>
        <w:t>یہ خدا نے بنایا ہے۔</w:t>
      </w:r>
    </w:p>
    <w:p>
      <w:r>
        <w:rPr>
          <w:b/>
        </w:rPr>
        <w:t xml:space="preserve">[07:46] </w:t>
      </w:r>
      <w:r>
        <w:t>aik insaan ko banne ke liye numerous factor chahiye, woh insaan in ko nahi ikatha kar sakta. jaise mein aik article parh raha tha abhi kal, is mein bataya gaya tha ke insaan ke andar hundred trillion cell hote hain.</w:t>
      </w:r>
    </w:p>
    <w:p>
      <w:pPr>
        <w:jc w:val="right"/>
      </w:pPr>
      <w:r>
        <w:t>ایک انسان کو بننے کے لیے نیومرس فیکٹر چاہیے، وہ انسان ان کو نہیں اکٹھا کر سکتا۔ جیسے میں ایک آرٹیکل پڑھ رہا تھا ابھی کل، اس میں بتایا گیا تھا کہ انسان کے اندر ہنڈرڈ ٹریلین سیل ہوتے ہیں۔</w:t>
      </w:r>
    </w:p>
    <w:p>
      <w:r>
        <w:rPr>
          <w:b/>
        </w:rPr>
        <w:t xml:space="preserve">[08:04] </w:t>
      </w:r>
      <w:r>
        <w:t>hamari jo body hai, hundred trillion cell. aik cell ke upar bohat se bohat chhay mahine hoti hain.</w:t>
      </w:r>
    </w:p>
    <w:p>
      <w:pPr>
        <w:jc w:val="right"/>
      </w:pPr>
      <w:r>
        <w:t>ہماری جو باڈی ہے، ہنڈرڈ ٹریلین سیل۔ ایک سیل کے اوپر بہت سے بہت چھ مہینے ہوتی ہیں۔</w:t>
      </w:r>
    </w:p>
    <w:p>
      <w:r>
        <w:rPr>
          <w:b/>
        </w:rPr>
        <w:t xml:space="preserve">[08:13] </w:t>
      </w:r>
      <w:r>
        <w:t>phir replacement hota hai, replacement hota hai, replacement hota hai. har cell ke andar DNA hota hai. yeh DNA jo hai, wohi hamari body ko control karta hai.</w:t>
      </w:r>
    </w:p>
    <w:p>
      <w:pPr>
        <w:jc w:val="right"/>
      </w:pPr>
      <w:r>
        <w:t>پھر ریپلیسمنٹ ہوتا ہے، ریپلیسمنٹ ہوتا ہے، ریپلیسمنٹ ہوتا ہے۔ ہر سیل کے اندر ڈی این اے ہوتا ہے۔ یہ ڈی این اے جو ہے، وہی ہماری باڈی کو کنٹرول کرتا ہے۔</w:t>
      </w:r>
    </w:p>
    <w:p>
      <w:r>
        <w:rPr>
          <w:b/>
        </w:rPr>
        <w:t xml:space="preserve">[08:26] </w:t>
      </w:r>
      <w:r>
        <w:t>to is mein likha tha ke de en ay mein yeh bhi likha hota hai ke meri aankh kahan banegi. agar zara sa is ka order hai de en ay ka, zara sa order gadbad ho jaye to mera kaan jo hai, mere mathay par hoga.</w:t>
      </w:r>
    </w:p>
    <w:p>
      <w:pPr>
        <w:jc w:val="right"/>
      </w:pPr>
      <w:r>
        <w:t>تو اس میں لکھا تھا کہ ڈی این اے میں یہ بھی لکھا ہوتا ہے کہ میری آنکھ کہاں بنے گی۔ اگر ذرا سا اس کا آرڈر ہے ڈی این اے کا، ذرا سا آرڈر گڑبڑ ہو جائے تو میرا کان جو ہے، میرے ماتھے پر ہوگا۔</w:t>
      </w:r>
    </w:p>
    <w:p>
      <w:r>
        <w:rPr>
          <w:b/>
        </w:rPr>
        <w:t xml:space="preserve">[08:42] </w:t>
      </w:r>
      <w:r>
        <w:t>meri aankh jo hai, ghutnay par hogi. mera hath jo hai, yahan latak raha hoga. aap sochiye,</w:t>
      </w:r>
    </w:p>
    <w:p>
      <w:pPr>
        <w:jc w:val="right"/>
      </w:pPr>
      <w:r>
        <w:t>میری آنکھ جو ہے، گھٹنے پر ہوگی۔ میرا ہاتھ جو ہے، یہاں لٹک رہا ہوگا۔ آپ سوچیے،</w:t>
      </w:r>
    </w:p>
    <w:p>
      <w:r>
        <w:rPr>
          <w:b/>
        </w:rPr>
        <w:t xml:space="preserve">[08:52] </w:t>
      </w:r>
      <w:r>
        <w:t>koi maa baap banatay hain aik saniyah ko, ya saniyah khud bana leti hai.</w:t>
      </w:r>
    </w:p>
    <w:p>
      <w:pPr>
        <w:jc w:val="right"/>
      </w:pPr>
      <w:r>
        <w:t>کوئی ماں باپ بناتے ہیں ایک ثانیہ کو، یا ثانیہ خود بنا لیتی ہے۔</w:t>
      </w:r>
    </w:p>
    <w:p>
      <w:r>
        <w:rPr>
          <w:b/>
        </w:rPr>
        <w:t xml:space="preserve">[08:59] </w:t>
      </w:r>
      <w:r>
        <w:t>hundred trillion cell aur us ke andar de en ay, is mein bataya tha ke de en ay mein jo information hoti hai, itni zyada hoti hai, itni zyada hoti hai ke bitanica jaisi encyclopedia, jis ki 23 volume hai,</w:t>
      </w:r>
    </w:p>
    <w:p>
      <w:pPr>
        <w:jc w:val="right"/>
      </w:pPr>
      <w:r>
        <w:t>ہنڈرڈ ٹریلین سیل اور اس کے اندر ڈی این اے، اس میں بتایا تھا کہ ڈی این اے میں جو انفارمیشن ہوتی ہے، اتنی زیادہ ہوتی ہے، اتنی زیادہ ہوتی ہے کہ بٹینیکا جیسی انسائٹوپیڈیا، جس کی 23 والیوم ہے،</w:t>
      </w:r>
    </w:p>
    <w:p>
      <w:r>
        <w:rPr>
          <w:b/>
        </w:rPr>
        <w:t xml:space="preserve">[09:17] </w:t>
      </w:r>
      <w:r>
        <w:t>wo nakafi hai.</w:t>
      </w:r>
    </w:p>
    <w:p>
      <w:pPr>
        <w:jc w:val="right"/>
      </w:pPr>
      <w:r>
        <w:t>وہ ناکافی ہے۔</w:t>
      </w:r>
    </w:p>
    <w:p>
      <w:r>
        <w:rPr>
          <w:b/>
        </w:rPr>
        <w:t xml:space="preserve">[09:22] </w:t>
      </w:r>
      <w:r>
        <w:t>is tarah ke bohat sari encyclopedia hamein leni paregi, tab ja kar hum aik de en ay ki detail ko likh payenge. aur parhnay lage, agar hum aik de en ay ke mein jo kuch hai,</w:t>
      </w:r>
    </w:p>
    <w:p>
      <w:pPr>
        <w:jc w:val="right"/>
      </w:pPr>
      <w:r>
        <w:t>اس طرح کے بہت ساری انسائٹوپیڈیا ہمیں لینی پڑے گی، تب جا کر ہم ایک ڈی این اے کی ڈیٹیل کو لکھ پائیں گے۔ اور پڑھنے لگے، اگر ہم ایک ڈی این اے کے میں جو کچھ ہے،</w:t>
      </w:r>
    </w:p>
    <w:p>
      <w:r>
        <w:rPr>
          <w:b/>
        </w:rPr>
        <w:t xml:space="preserve">[09:36] </w:t>
      </w:r>
      <w:r>
        <w:t>is ka is ko decode karein, is ko parhnay lagen, aur raat din aik aik cycle parhein, parhein, parhein, to hundred years chahiye is ko parhnay ke liye sirf.</w:t>
      </w:r>
    </w:p>
    <w:p>
      <w:pPr>
        <w:jc w:val="right"/>
      </w:pPr>
      <w:r>
        <w:t>اس کا اس کو ڈیکوڈ کریں، اس کو پڑھنے لگیں، اور رات دن ایک ایک سیکل پڑھیں، پڑھیں، پڑھیں، تو ہنڈرڈ ایئرز چاہیے اس کو پڑھنے کے لیے صرف۔</w:t>
      </w:r>
    </w:p>
    <w:p>
      <w:r>
        <w:rPr>
          <w:b/>
        </w:rPr>
        <w:t xml:space="preserve">[09:46] </w:t>
      </w:r>
      <w:r>
        <w:t>yani kaise anokha khuda ka ki blessing hai, jis se aik insan banta hai. dekhnay wala insan, sochney wala insan.</w:t>
      </w:r>
    </w:p>
    <w:p>
      <w:pPr>
        <w:jc w:val="right"/>
      </w:pPr>
      <w:r>
        <w:t>یعنی کیسے انوکھا خدا کا کی بلیسنگ ہے، جس سے ایک انسان بنتا ہے۔ دیکھنے والا انسان، سوچنے والا انسان۔</w:t>
      </w:r>
    </w:p>
    <w:p>
      <w:r>
        <w:rPr>
          <w:b/>
        </w:rPr>
        <w:t xml:space="preserve">[09:57] </w:t>
      </w:r>
      <w:r>
        <w:t>mein bol raha hoon, aap sun rahe hain. kya yeh kisi factory mein yeh possible hai? ke koi factory aik bolnay wala insan bana sakti hai?</w:t>
      </w:r>
    </w:p>
    <w:p>
      <w:pPr>
        <w:jc w:val="right"/>
      </w:pPr>
      <w:r>
        <w:t>میں بول رہا ہوں، آپ سن رہے ہیں۔ کیا یہ کسی فیکٹری میں یہ پاسیبل ہے؟ کہ کوئی فیکٹری ایک بولنے والا انسان بنا سکتی ہے؟</w:t>
      </w:r>
    </w:p>
    <w:p>
      <w:r>
        <w:rPr>
          <w:b/>
        </w:rPr>
        <w:t xml:space="preserve">[10:06] </w:t>
      </w:r>
      <w:r>
        <w:t>koi factory sunnay wala kaan bana sakti hai? koi factory itna bara system ear ka bana sakti hai ke meri awaz aap tak pohanchay?</w:t>
      </w:r>
    </w:p>
    <w:p>
      <w:pPr>
        <w:jc w:val="right"/>
      </w:pPr>
      <w:r>
        <w:t>کوئی فیکٹری سننے والا کان بنا سکتی ہے؟ کوئی فیکٹری اتنا بڑا سسٹم ایئر کا بنا سکتی ہے کہ میری آواز آپ تک پہنچے؟</w:t>
      </w:r>
    </w:p>
    <w:p>
      <w:r>
        <w:rPr>
          <w:b/>
        </w:rPr>
        <w:t xml:space="preserve">[10:18] </w:t>
      </w:r>
      <w:r>
        <w:t>aisay numerous cheezein hain, numerous cheezein, jo aik jis se aik insan banta hai. yeh life support system jo hai, kya koi king is ko qaim kar sakta hai duniya mein, jis ko le kar hum duniya mein zinda rehte hain, kaam karte hain?</w:t>
      </w:r>
    </w:p>
    <w:p>
      <w:pPr>
        <w:jc w:val="right"/>
      </w:pPr>
      <w:r>
        <w:t>ایسے نیومرس چیزیں ہیں، نیومرس چیزیں، جو ایک جس سے ایک انسان بنتا ہے۔ یہ لائف سپورٹ سسٹم جو ہے، کیا کوئی کنگ اس کو قائم کر سکتا ہے دنیا میں، جس کو لے کر ہم دنیا میں زندہ رہتے ہیں، کام کرتے ہیں؟</w:t>
      </w:r>
    </w:p>
    <w:p>
      <w:r>
        <w:rPr>
          <w:b/>
        </w:rPr>
        <w:t xml:space="preserve">[10:36] </w:t>
      </w:r>
      <w:r>
        <w:t>to yeh, yeh jo kaha is ne: "i am proud of my daughter." every day of every moment of the day.</w:t>
      </w:r>
    </w:p>
    <w:p>
      <w:pPr>
        <w:jc w:val="right"/>
      </w:pPr>
      <w:r>
        <w:t>تو یہ، یہ جو کہا اس نے: "آئی ایم پراؤڈ آف مائی ڈاٹر۔" ایوری ڈے آف ایوری مومنٹ آف دا ڈے۔</w:t>
      </w:r>
    </w:p>
    <w:p>
      <w:r>
        <w:rPr>
          <w:b/>
        </w:rPr>
        <w:t xml:space="preserve">[10:46] </w:t>
      </w:r>
      <w:r>
        <w:t>is ko kehna chahiye ke mein, mein, mein khuda ka ehsan mand hoon ke is ne aisi beti mujhe di.</w:t>
      </w:r>
    </w:p>
    <w:p>
      <w:pPr>
        <w:jc w:val="right"/>
      </w:pPr>
      <w:r>
        <w:t>اس کو کہنا چاہیے کہ میں، میں، میں خدا کا احسان مند ہوں کہ اس نے ایسی بیٹی مجھے دی۔</w:t>
      </w:r>
    </w:p>
    <w:p>
      <w:r>
        <w:rPr>
          <w:b/>
        </w:rPr>
        <w:t xml:space="preserve">[10:54] </w:t>
      </w:r>
      <w:r>
        <w:t>"i am grateful to god for this blessing."</w:t>
      </w:r>
    </w:p>
    <w:p>
      <w:pPr>
        <w:jc w:val="right"/>
      </w:pPr>
      <w:r>
        <w:t>"آئی ایم گریٹ فل ٹو گاڈ فار دس بلیسنگ۔"</w:t>
      </w:r>
    </w:p>
    <w:p>
      <w:r>
        <w:rPr>
          <w:b/>
        </w:rPr>
        <w:t xml:space="preserve">[11:03] </w:t>
      </w:r>
      <w:r>
        <w:t>yeh aik, aik aadmi ki baat nahi hai. koi keh raha hai bol sake, bol kar ke ya na bol kar ke. kaha: "i am proud of my money</w:t>
      </w:r>
    </w:p>
    <w:p>
      <w:pPr>
        <w:jc w:val="right"/>
      </w:pPr>
      <w:r>
        <w:t>یہ ایک، ایک آدمی کی بات نہیں ہے۔ کوئی کہہ رہا ہے بول سکے، بول کر کے یا نہ بول کر کے۔ کہا: "آئی ایم پراؤڈ آف مائی منی</w:t>
      </w:r>
    </w:p>
    <w:p>
      <w:r>
        <w:rPr>
          <w:b/>
        </w:rPr>
        <w:t xml:space="preserve">[11:13] </w:t>
      </w:r>
      <w:r>
        <w:t>". "i am proud of my, my, my house." "i am proud of my property." "i am proud of my, of my infrastructure." "i am proud my,</w:t>
      </w:r>
    </w:p>
    <w:p>
      <w:pPr>
        <w:jc w:val="right"/>
      </w:pPr>
      <w:r>
        <w:t>۔" "آئی ایم پراؤڈ آف مائی، مائی، مائی ہاؤس۔" "آئی ایم پراؤڈ آف مائی پراپرٹی۔" "آئی ایم پراؤڈ آف مائی، آف مائی انفراسٹرکچر۔" "آئی ایم پراؤڈ مائی،</w:t>
      </w:r>
    </w:p>
    <w:p>
      <w:r>
        <w:rPr>
          <w:b/>
        </w:rPr>
        <w:t xml:space="preserve">[11:26] </w:t>
      </w:r>
      <w:r>
        <w:t>of proud of my friends." har aadmi isi mein jeeta hai. jis cheez ko is ne bana rakha hai apna pride, wo kya hai?</w:t>
      </w:r>
    </w:p>
    <w:p>
      <w:pPr>
        <w:jc w:val="right"/>
      </w:pPr>
      <w:r>
        <w:t>آف پراؤڈ آف مائی فرینڈز۔" ہر آدمی اسی میں جیتا ہے۔ جس چیز کو اس نے بنا رکھا ہے اپنا پرائیڈ، وہ کیا ہے؟</w:t>
      </w:r>
    </w:p>
    <w:p>
      <w:r>
        <w:rPr>
          <w:b/>
        </w:rPr>
        <w:t xml:space="preserve">[11:36] </w:t>
      </w:r>
      <w:r>
        <w:t>wo khuda ki blessing hai. wo khuda ki blessing hai.</w:t>
      </w:r>
    </w:p>
    <w:p>
      <w:pPr>
        <w:jc w:val="right"/>
      </w:pPr>
      <w:r>
        <w:t>وہ خدا کی بلیسنگ ہے۔ وہ خدا کی بلیسنگ ہے۔</w:t>
      </w:r>
    </w:p>
    <w:p>
      <w:r>
        <w:rPr>
          <w:b/>
        </w:rPr>
        <w:t xml:space="preserve">[11:43] </w:t>
      </w:r>
      <w:r>
        <w:t>kehna yeh chahiye ke: "i am grateful to god for this blessing." kya keh raha hai? "i am proud of my this and that."</w:t>
      </w:r>
    </w:p>
    <w:p>
      <w:pPr>
        <w:jc w:val="right"/>
      </w:pPr>
      <w:r>
        <w:t>کہنا یہ چاہیے کہ: "آئی ایم گریٹ فل ٹو گاڈ فار دس بلیسنگ۔" کیا کہہ رہا ہے؟ "آئی ایم پراؤڈ آف مائی دس اینڈ دیٹ۔"</w:t>
      </w:r>
    </w:p>
    <w:p>
      <w:r>
        <w:rPr>
          <w:b/>
        </w:rPr>
        <w:t xml:space="preserve">[11:55] </w:t>
      </w:r>
      <w:r>
        <w:t>khuda ne insan ko bohat lamba time diya, bohat lamba time, ta ke wo keh sake ke: "i am grateful to god." jab dekha khuda ne ke ab insan jo hai, apne mein jeeta hai,</w:t>
      </w:r>
    </w:p>
    <w:p>
      <w:pPr>
        <w:jc w:val="right"/>
      </w:pPr>
      <w:r>
        <w:t>خدا نے انسان کو بہت لمبا ٹائم دیا، بہت لمبا ٹائم، تاکہ وہ کہہ سکے کہ: "آئی ایم گریٹ فل ٹو گاڈ۔" جب دیکھا خدا نے کہ اب انسان جو ہے، اپنے میں جیتا ہے،</w:t>
      </w:r>
    </w:p>
    <w:p>
      <w:r>
        <w:rPr>
          <w:b/>
        </w:rPr>
        <w:t xml:space="preserve">[12:10] </w:t>
      </w:r>
      <w:r>
        <w:t>jo cheez khuda ki blessing thi, us ko apna pride bana liya, apna pride, to khuda ne faisla de diya ke khatam, yeh duniya khatam. ab, ab scientific community hamein yeh bata rahi hai ke: "doomsday not far."</w:t>
      </w:r>
    </w:p>
    <w:p>
      <w:pPr>
        <w:jc w:val="right"/>
      </w:pPr>
      <w:r>
        <w:t>جو چیز خدا کی بلیسنگ تھی، اس کو اپنا پرائیڈ بنا لیا، اپنا پرائیڈ، تو خدا نے فیصلہ دے دیا کہ ختم، یہ دنیا ختم۔ اب، اب سائنٹیفک کمیونٹی ہمیں یہ بتا رہی ہے کہ: "ڈومز ڈے ناٹ فار۔"</w:t>
      </w:r>
    </w:p>
    <w:p>
      <w:r>
        <w:rPr>
          <w:b/>
        </w:rPr>
        <w:t xml:space="preserve">[12:29] </w:t>
      </w:r>
      <w:r>
        <w:t>to beharhal, ab aakhri time aa gaya hai, final call aa gayi hai. har aadmi apni jagah par alert ho jaye. alert ho jaye.</w:t>
      </w:r>
    </w:p>
    <w:p>
      <w:pPr>
        <w:jc w:val="right"/>
      </w:pPr>
      <w:r>
        <w:t>تو بہرحال، اب آخری ٹائم آ گیا ہے، فائنل کال آ گئی ہے۔ ہر آدمی اپنی جگہ پر الرٹ ہو جائے۔ الرٹ ہو جائے۔</w:t>
      </w:r>
    </w:p>
    <w:p>
      <w:r>
        <w:rPr>
          <w:b/>
        </w:rPr>
        <w:t xml:space="preserve">[12:40] </w:t>
      </w:r>
      <w:r>
        <w:t>jo kuch kal nahi kar saka, wo aaj kar le.</w:t>
      </w:r>
    </w:p>
    <w:p>
      <w:pPr>
        <w:jc w:val="right"/>
      </w:pPr>
      <w:r>
        <w:t>جو کچھ کل نہیں کر سکا، وہ آج کر لے۔</w:t>
      </w:r>
    </w:p>
    <w:p>
      <w:r>
        <w:rPr>
          <w:b/>
        </w:rPr>
        <w:t xml:space="preserve">[12:46] </w:t>
      </w:r>
      <w:r>
        <w:t>ab aur time nahi hai.</w:t>
      </w:r>
    </w:p>
    <w:p>
      <w:pPr>
        <w:jc w:val="right"/>
      </w:pPr>
      <w:r>
        <w:t>اب اور ٹائم نہیں ہے۔</w:t>
      </w:r>
    </w:p>
    <w:p>
      <w:r>
        <w:rPr>
          <w:b/>
        </w:rPr>
        <w:t xml:space="preserve">[12:50] </w:t>
      </w:r>
      <w:r>
        <w:t>mujhe aik qissa yaad aata hai.</w:t>
      </w:r>
    </w:p>
    <w:p>
      <w:pPr>
        <w:jc w:val="right"/>
      </w:pPr>
      <w:r>
        <w:t>مجھے ایک قصہ یاد آتا ہے۔</w:t>
      </w:r>
    </w:p>
    <w:p>
      <w:r>
        <w:rPr>
          <w:b/>
        </w:rPr>
        <w:t xml:space="preserve">[12:55] </w:t>
      </w:r>
      <w:r>
        <w:t>mein jab dili mein aaya to pehle mein rehta tha old delhi mein. wahan par hai qasim jaan street.</w:t>
      </w:r>
    </w:p>
    <w:p>
      <w:pPr>
        <w:jc w:val="right"/>
      </w:pPr>
      <w:r>
        <w:t>میں جب دلی میں آیا تو پہلے میں رہتا تھا اولڈ دہلی میں۔ وہاں پر ہے قاسم جان اسٹریٹ۔</w:t>
      </w:r>
    </w:p>
    <w:p>
      <w:r>
        <w:rPr>
          <w:b/>
        </w:rPr>
        <w:t xml:space="preserve">[13:05] </w:t>
      </w:r>
      <w:r>
        <w:t>wahan par tha mein. jamiyat building ek hai, wahan par tha mein.</w:t>
      </w:r>
    </w:p>
    <w:p>
      <w:pPr>
        <w:jc w:val="right"/>
      </w:pPr>
      <w:r>
        <w:t>وہاں پر تھا میں۔ جمعیت بلڈنگ ایک ہے، وہاں پر تھا میں۔</w:t>
      </w:r>
    </w:p>
    <w:p>
      <w:r>
        <w:rPr>
          <w:b/>
        </w:rPr>
        <w:t xml:space="preserve">[13:10] </w:t>
      </w:r>
      <w:r>
        <w:t>to hamare paros mein ek rehte the, mulla ji kehte the un ko. ab un ka intqaal ho gaya mulla ji woh bhains ka karobar karte the.</w:t>
      </w:r>
    </w:p>
    <w:p>
      <w:pPr>
        <w:jc w:val="right"/>
      </w:pPr>
      <w:r>
        <w:t>تو ہمارے پڑوس میں ایک رہتے تھے، ملا جی کہتے تھے ان کو۔ اب ان کا انتقال ہو گیا۔ ملا جی وہ بھینس کا کاروبار کرتے تھے۔</w:t>
      </w:r>
    </w:p>
    <w:p>
      <w:r>
        <w:rPr>
          <w:b/>
        </w:rPr>
        <w:t xml:space="preserve">[13:23] </w:t>
      </w:r>
      <w:r>
        <w:t>ab to government ne shehar ke andar se bhainsoun ko nikaal diya hai. lekin yeh tab ki baat hai jab ke bhainsen shehar ke andar hua karti thi. to wahan par woh mein jata tha kabhi kabhi.</w:t>
      </w:r>
    </w:p>
    <w:p>
      <w:pPr>
        <w:jc w:val="right"/>
      </w:pPr>
      <w:r>
        <w:t>اب تو گورنمنٹ نے شہر کے اندر سے بھینسوں کو نکال دیا ہے۔ لیکن یہ تب کی بات ہے جب کہ بھینسیں شہر کے اندر ہوا کرتی تھیں۔ تو وہاں پر وہ میں جاتا تھا کبھی کبھی۔</w:t>
      </w:r>
    </w:p>
    <w:p>
      <w:r>
        <w:rPr>
          <w:b/>
        </w:rPr>
        <w:t xml:space="preserve">[13:36] </w:t>
      </w:r>
      <w:r>
        <w:t>to kuch bhainsen hi un ki thi, isi se un ka kaam chalta tha. ek din unhon ne bataya, badi hi tadpa dene wali baat.</w:t>
      </w:r>
    </w:p>
    <w:p>
      <w:pPr>
        <w:jc w:val="right"/>
      </w:pPr>
      <w:r>
        <w:t>تو کچھ بھینسیں ہی ان کی تھیں، اسی سے ان کا کام چلتا تھا۔ ایک دن انہوں نے بتایا، بڑی ہی تڑپا دینے والی بات۔</w:t>
      </w:r>
    </w:p>
    <w:p>
      <w:r>
        <w:rPr>
          <w:b/>
        </w:rPr>
        <w:t xml:space="preserve">[13:47] </w:t>
      </w:r>
      <w:r>
        <w:t>unhon ne kaha ke ek yahan ek beopari hai, ek lohe ka, ek yaani hardware ka, ek karobar karne wala ek aadmi hai delhi mein.</w:t>
      </w:r>
    </w:p>
    <w:p>
      <w:pPr>
        <w:jc w:val="right"/>
      </w:pPr>
      <w:r>
        <w:t>انہوں نے کہا کہ ایک یہاں ایک بیوپاری ہے، ایک لوہے کا، ایک یعنی ہارڈ ویئر کا، ایک کاروبار کرنے والا ایک آدمی ہے دلی میں۔</w:t>
      </w:r>
    </w:p>
    <w:p>
      <w:r>
        <w:rPr>
          <w:b/>
        </w:rPr>
        <w:t xml:space="preserve">[13:58] </w:t>
      </w:r>
      <w:r>
        <w:t>is se un ka muljar leela hota tha, mulla ji ka.</w:t>
      </w:r>
    </w:p>
    <w:p>
      <w:pPr>
        <w:jc w:val="right"/>
      </w:pPr>
      <w:r>
        <w:t>اس سے ان کا ملجر لیلا ہوتا تھا، ملا جی کا۔</w:t>
      </w:r>
    </w:p>
    <w:p>
      <w:r>
        <w:rPr>
          <w:b/>
        </w:rPr>
        <w:t xml:space="preserve">[14:02] </w:t>
      </w:r>
      <w:r>
        <w:t>to is hardware merchant ne ek din kaha mulla ji se: "mulla ji, tumhara to saans ka karobar hai.</w:t>
      </w:r>
    </w:p>
    <w:p>
      <w:pPr>
        <w:jc w:val="right"/>
      </w:pPr>
      <w:r>
        <w:t>تو اس ہارڈ ویئر مرچنٹ نے ایک دن کہا ملا جی سے: "ملا جی، تمہارا تو سانس کا کاروبار ہے۔</w:t>
      </w:r>
    </w:p>
    <w:p>
      <w:r>
        <w:rPr>
          <w:b/>
        </w:rPr>
        <w:t xml:space="preserve">[14:15] </w:t>
      </w:r>
      <w:r>
        <w:t>aaya, aaya, na aaya. yeh to bhains paale hue ho. bhains aap jante hain, ek koi bhi animal, woh bimari lag jati hai, woh mar jata hai."</w:t>
      </w:r>
    </w:p>
    <w:p>
      <w:pPr>
        <w:jc w:val="right"/>
      </w:pPr>
      <w:r>
        <w:t>آیا، آیا، نہ آیا۔ یہ تو بھینس پالے ہوئے ہو۔ بھینس آپ جانتے ہیں، ایک کوئی بھی اینیمل، وہ بیماری لگ جاتی ہے، وہ مر جاتا ہے۔"</w:t>
      </w:r>
    </w:p>
    <w:p>
      <w:r>
        <w:rPr>
          <w:b/>
        </w:rPr>
        <w:t xml:space="preserve">[14:30] </w:t>
      </w:r>
      <w:r>
        <w:t>to mulla ji ki ek bhains mar gayi thi, us par us ne kaha. to us ne kaha ke: "mulla ji, tumhara to bhains, tumhara to saans ka karobar hai.</w:t>
      </w:r>
    </w:p>
    <w:p>
      <w:pPr>
        <w:jc w:val="right"/>
      </w:pPr>
      <w:r>
        <w:t>تو ملا جی کی ایک بھینس مر گئی تھی، اس پر اس نے کہا۔ تو اس نے کہا کہ: "ملا جی، تمہارا تو بھینس، تمہارا تو سانس کا کاروبار ہے۔</w:t>
      </w:r>
    </w:p>
    <w:p>
      <w:r>
        <w:rPr>
          <w:b/>
        </w:rPr>
        <w:t xml:space="preserve">[14:40] </w:t>
      </w:r>
      <w:r>
        <w:t>aaya, aaya, na aaya. mera lohe ka karobar hai. woh saans lene wala karobar nahi hai. bhains jo hai, saans le rahi hai, to zinda hai.</w:t>
      </w:r>
    </w:p>
    <w:p>
      <w:pPr>
        <w:jc w:val="right"/>
      </w:pPr>
      <w:r>
        <w:t>آیا، آیا، نہ آیا۔ میرا لوہے کا کاروبار ہے۔ وہ سانس لینے والا کاروبار نہیں ہے۔ بھینس جو ہے، سانس لے رہی ہے، تو زندہ ہے۔</w:t>
      </w:r>
    </w:p>
    <w:p>
      <w:r>
        <w:rPr>
          <w:b/>
        </w:rPr>
        <w:t xml:space="preserve">[14:50] </w:t>
      </w:r>
      <w:r>
        <w:t>abhi saans band to mar gayi woh achaanak."</w:t>
      </w:r>
    </w:p>
    <w:p>
      <w:pPr>
        <w:jc w:val="right"/>
      </w:pPr>
      <w:r>
        <w:t>ابھی سانس بند تو مر گئی وہ اچانک۔"</w:t>
      </w:r>
    </w:p>
    <w:p>
      <w:r>
        <w:rPr>
          <w:b/>
        </w:rPr>
        <w:t xml:space="preserve">[14:54] </w:t>
      </w:r>
      <w:r>
        <w:t>to maine socha ke yeh jo kaha is aadmi ne, is mein bhi kitni badi bhool thi is ki. yaani is ne compare kiya bhains ko lohe se.</w:t>
      </w:r>
    </w:p>
    <w:p>
      <w:pPr>
        <w:jc w:val="right"/>
      </w:pPr>
      <w:r>
        <w:t>تو میں نے سوچا کہ یہ جو کہا اس آدمی نے، اس میں بھی کتنی بڑی بھول تھی اس کی۔ یعنی اس نے کمپیئر کیا بھینس کو لوہے سے۔</w:t>
      </w:r>
    </w:p>
    <w:p>
      <w:r>
        <w:rPr>
          <w:b/>
        </w:rPr>
        <w:t xml:space="preserve">[15:08] </w:t>
      </w:r>
      <w:r>
        <w:t>compare karna chahiye tha apne aap ko bhains se. apne aap ko bhains se. is ko kehna chahiye ke: "mulla ji, tumhara hamara mamla kya hai?</w:t>
      </w:r>
    </w:p>
    <w:p>
      <w:pPr>
        <w:jc w:val="right"/>
      </w:pPr>
      <w:r>
        <w:t>کمپیئر کرنا چاہیے تھا اپنے آپ کو بھینس سے۔ اپنے آپ کو بھینس سے۔ اس کو کہنا چاہیے کہ: "ملا جی، میرا تمہارا معاملہ کیا ہے؟</w:t>
      </w:r>
    </w:p>
    <w:p>
      <w:r>
        <w:rPr>
          <w:b/>
        </w:rPr>
        <w:t xml:space="preserve">[15:21] </w:t>
      </w:r>
      <w:r>
        <w:t>hum dono ka saans ka karobar hai.</w:t>
      </w:r>
    </w:p>
    <w:p>
      <w:pPr>
        <w:jc w:val="right"/>
      </w:pPr>
      <w:r>
        <w:t>ہم دونوں کا سانس کا کاروبار ہے۔</w:t>
      </w:r>
    </w:p>
    <w:p>
      <w:r>
        <w:rPr>
          <w:b/>
        </w:rPr>
        <w:t xml:space="preserve">[15:23] </w:t>
      </w:r>
      <w:r>
        <w:t>aaya, aaya, na aaya.</w:t>
      </w:r>
    </w:p>
    <w:p>
      <w:pPr>
        <w:jc w:val="right"/>
      </w:pPr>
      <w:r>
        <w:t>آیا، آیا، نہ آیا۔</w:t>
      </w:r>
    </w:p>
    <w:p>
      <w:r>
        <w:rPr>
          <w:b/>
        </w:rPr>
        <w:t xml:space="preserve">[15:28] </w:t>
      </w:r>
      <w:r>
        <w:t>jab tak jee rahe hain, saans le rahe hain. abhi saans band to mar gaye. ab saans kya hai? yeh ek automatic system hai. hamein qudrat nahi hai.</w:t>
      </w:r>
    </w:p>
    <w:p>
      <w:pPr>
        <w:jc w:val="right"/>
      </w:pPr>
      <w:r>
        <w:t>جب تک جی رہے ہیں، سانس لے رہے ہیں۔ ابھی سانس بند تو مر گئے۔ اب سانس کیا ہے؟ یہ ایک آٹومیٹک سسٹم ہے۔ ہمیں قدرت نہیں ہے۔</w:t>
      </w:r>
    </w:p>
    <w:p>
      <w:r>
        <w:rPr>
          <w:b/>
        </w:rPr>
        <w:t xml:space="preserve">[15:40] </w:t>
      </w:r>
      <w:r>
        <w:t>na saans lene par qudrat, na hawa par qudrat, na oxygen par qudrat. khuda ki taraf se yeh hai system, ek automatic system."</w:t>
      </w:r>
    </w:p>
    <w:p>
      <w:pPr>
        <w:jc w:val="right"/>
      </w:pPr>
      <w:r>
        <w:t>نہ سانس لینے پر قدرت، نہ ہوا پر قدرت، نہ آکسیجن پر قدرت۔ خدا کی طرف سے یہ ہے سسٹم، ایک آٹومیٹک سسٹم۔"</w:t>
      </w:r>
    </w:p>
    <w:p>
      <w:r>
        <w:rPr>
          <w:b/>
        </w:rPr>
        <w:t xml:space="preserve">[15:50] </w:t>
      </w:r>
      <w:r>
        <w:t>to is ko kehna chahiye tha ke: "mulla ji, mera tumhara mamla kya hai? yeh to saans ka mamla hai. aaya, aaya, na aaya. jab tak jee rahe hain, jee rahe hain.</w:t>
      </w:r>
    </w:p>
    <w:p>
      <w:pPr>
        <w:jc w:val="right"/>
      </w:pPr>
      <w:r>
        <w:t>تو اس کو کہنا چاہیے تھا کہ: "ملا جی، میرا تمہارا معاملہ کیا ہے؟ یہ تو سانس کا معاملہ ہے۔ آیا، آیا، نہ آیا۔ جب تک جی رہے ہیں، جی رہے ہیں۔</w:t>
      </w:r>
    </w:p>
    <w:p>
      <w:r>
        <w:rPr>
          <w:b/>
        </w:rPr>
        <w:t xml:space="preserve">[15:59] </w:t>
      </w:r>
      <w:r>
        <w:t>mar gaye to mar gaye."</w:t>
      </w:r>
    </w:p>
    <w:p>
      <w:pPr>
        <w:jc w:val="right"/>
      </w:pPr>
      <w:r>
        <w:t>مر گئے تو مر گئے۔"</w:t>
      </w:r>
    </w:p>
    <w:p>
      <w:r>
        <w:rPr>
          <w:b/>
        </w:rPr>
        <w:t xml:space="preserve">[16:05] </w:t>
      </w:r>
      <w:r>
        <w:t>kitni badi bhool mein insan pada hua hai.</w:t>
      </w:r>
    </w:p>
    <w:p>
      <w:pPr>
        <w:jc w:val="right"/>
      </w:pPr>
      <w:r>
        <w:t>کتنی بڑی بھول میں انسان پڑا ہوا ہے۔</w:t>
      </w:r>
    </w:p>
    <w:p>
      <w:r>
        <w:rPr>
          <w:b/>
        </w:rPr>
        <w:t xml:space="preserve">[16:10] </w:t>
      </w:r>
      <w:r>
        <w:t>jo cheez apne upar bechne wali hai, us ko bhains par laga deta hai. apne ko exempt kar leta hai.</w:t>
      </w:r>
    </w:p>
    <w:p>
      <w:pPr>
        <w:jc w:val="right"/>
      </w:pPr>
      <w:r>
        <w:t>جو چیز اپنے اوپر بیچنے والی ہے، اس کو بھینس پر لگا دیتا ہے۔ اپنے کو ایگزیمپٹ کر لیتا ہے۔</w:t>
      </w:r>
    </w:p>
    <w:p>
      <w:r>
        <w:rPr>
          <w:b/>
        </w:rPr>
        <w:t xml:space="preserve">[16:20] </w:t>
      </w:r>
      <w:r>
        <w:t>jaise aaj kal dekhiye, sab ke beta beti kharab ho rahe hain. lekin kya samajh leta hai woh? mera beta to special hai.</w:t>
      </w:r>
    </w:p>
    <w:p>
      <w:pPr>
        <w:jc w:val="right"/>
      </w:pPr>
      <w:r>
        <w:t>جیسے آج کل دیکھیے، سب کے بیٹا بیٹی خراب ہو رہے ہیں۔ لیکن کیا سمجھ لیتا ہے وہ؟ میرا بیٹا تو اسپیشل ہے۔</w:t>
      </w:r>
    </w:p>
    <w:p>
      <w:r>
        <w:rPr>
          <w:b/>
        </w:rPr>
        <w:t xml:space="preserve">[16:30] </w:t>
      </w:r>
      <w:r>
        <w:t>har baap is bhram mein rehta hai ke mera beta to special hai. aur jab bada hota hai to wahi beta wahi karta hai jo doosre bete kar rahe hain. tab is ko soojh aati hai ke mera beta bhi waise hi tha.</w:t>
      </w:r>
    </w:p>
    <w:p>
      <w:pPr>
        <w:jc w:val="right"/>
      </w:pPr>
      <w:r>
        <w:t>ہر باپ اس بھرم میں رہتا ہے کہ میرا بیٹا تو اسپیشل ہے۔ اور جب بڑا ہوتا ہے تو وہی بیٹا وہی کرتا ہے جو دوسرے بیٹے کر رہے ہیں۔ تب اس کو سوجھ آتی ہے کہ میرا بیٹا بھی ویسے ہی تھا۔</w:t>
      </w:r>
    </w:p>
    <w:p>
      <w:r>
        <w:rPr>
          <w:b/>
        </w:rPr>
        <w:t xml:space="preserve">[16:42] </w:t>
      </w:r>
      <w:r>
        <w:t>lekin jab chota hai, mummy karta hai, mummy, mummy, aur papa, papa, to bada acha lagta hai woh.</w:t>
      </w:r>
    </w:p>
    <w:p>
      <w:pPr>
        <w:jc w:val="right"/>
      </w:pPr>
      <w:r>
        <w:t>لیکن جب چھوٹا ہے، ممی کرتا ہے، ممی، ممی، اور پاپا، پاپا، تو بڑا اچھا لگتا ہے وہ۔</w:t>
      </w:r>
    </w:p>
    <w:p>
      <w:r>
        <w:rPr>
          <w:b/>
        </w:rPr>
        <w:t xml:space="preserve">[16:48] </w:t>
      </w:r>
      <w:r>
        <w:t>wohi beta jab bara hota hai, aur aur baap ko bilkul brush side kar deta hai, tab use samajh mein aata hai ke woh to har aadmi apne bete ko aise special samjhe hue hain.</w:t>
      </w:r>
    </w:p>
    <w:p>
      <w:pPr>
        <w:jc w:val="right"/>
      </w:pPr>
      <w:r>
        <w:t>وہی بیٹا جب بڑا ہوتا ہے، اور اور باپ کو بالکل برش سائیڈ کر دیتا ہے، تب اسے سمجھ میں آتا ہے کہ وہ تو ہر آدمی اپنے بیٹے کو ایسے اسپیشل سمجھے ہوئے ہیں۔</w:t>
      </w:r>
    </w:p>
    <w:p>
      <w:r>
        <w:rPr>
          <w:b/>
        </w:rPr>
        <w:t xml:space="preserve">[17:03] </w:t>
      </w:r>
      <w:r>
        <w:t>kisi ka beta special nahi hai. isi tarah har aadmi apne aap ko special, special samjhe hue hain. koi aadmi special nahi hai.</w:t>
      </w:r>
    </w:p>
    <w:p>
      <w:pPr>
        <w:jc w:val="right"/>
      </w:pPr>
      <w:r>
        <w:t>کسی کا بیٹا اسپیشل نہیں ہے۔ اسی طرح ہر آدمی اپنے آپ کو اسپیشل، اسپیشل سمجھے ہوئے ہیں۔ کوئی آدمی اسپیشل نہیں ہے۔</w:t>
      </w:r>
    </w:p>
    <w:p>
      <w:r>
        <w:rPr>
          <w:b/>
        </w:rPr>
        <w:t xml:space="preserve">[17:14] </w:t>
      </w:r>
      <w:r>
        <w:t>sab ka mamla wahi hai ke saans ka mamla hai. aaya, aaya, na aaya.</w:t>
      </w:r>
    </w:p>
    <w:p>
      <w:pPr>
        <w:jc w:val="right"/>
      </w:pPr>
      <w:r>
        <w:t>سب کا معاملہ وہی ہے کہ سانس کا معاملہ ہے۔ آیا، آیا، نہ آیا۔</w:t>
      </w:r>
    </w:p>
    <w:p>
      <w:r>
        <w:rPr>
          <w:b/>
        </w:rPr>
        <w:t xml:space="preserve">[17:23] </w:t>
      </w:r>
      <w:r>
        <w:t>to yeh bohat zyada sochne ki baat hai.</w:t>
      </w:r>
    </w:p>
    <w:p>
      <w:pPr>
        <w:jc w:val="right"/>
      </w:pPr>
      <w:r>
        <w:t>تو یہ بہت زیادہ سوچنے کی بات ہے۔</w:t>
      </w:r>
    </w:p>
    <w:p>
      <w:r>
        <w:rPr>
          <w:b/>
        </w:rPr>
        <w:t xml:space="preserve">[17:29] </w:t>
      </w:r>
      <w:r>
        <w:t>kal ek aadmi se baat ho rahi thi meri. to maine kaha: "dekhiye, har aadmi ko ek guru chahiye. guru ke baghair woh blind rehta hai, blind." to us ne kaha ke: "hum guru ko kyun manen?</w:t>
      </w:r>
    </w:p>
    <w:p>
      <w:pPr>
        <w:jc w:val="right"/>
      </w:pPr>
      <w:r>
        <w:t>کل ایک آدمی سے بات ہو رہی تھی میری۔ تو میں نے کہا: "دیکھیے، ہر آدمی کو ایک گرو چاہیے۔ گرو کے بغیر وہ بلائنڈ رہتا ہے، بلائنڈ۔" تو اس نے کہا کہ: "ہم گرو کو کیوں مانیں؟</w:t>
      </w:r>
    </w:p>
    <w:p>
      <w:r>
        <w:rPr>
          <w:b/>
        </w:rPr>
        <w:t xml:space="preserve">[17:44] </w:t>
      </w:r>
      <w:r>
        <w:t>hum khud hi apne guru hain." maine kaha: "dekhiye, yeh aise mat boliye. is ko sochiye jo maine kaha. is ko sochiye.</w:t>
      </w:r>
    </w:p>
    <w:p>
      <w:pPr>
        <w:jc w:val="right"/>
      </w:pPr>
      <w:r>
        <w:t>ہم خود ہی اپنے گرو ہیں۔" میں نے کہا: "دیکھیے، یہ ایسے مت بولیے۔ اس کو سوچیے جو میں نے کہا۔ اس کو سوچیے۔</w:t>
      </w:r>
    </w:p>
    <w:p>
      <w:r>
        <w:rPr>
          <w:b/>
        </w:rPr>
        <w:t xml:space="preserve">[17:54] </w:t>
      </w:r>
      <w:r>
        <w:t>h</w:t>
      </w:r>
    </w:p>
    <w:p>
      <w:pPr>
        <w:jc w:val="right"/>
      </w:pPr>
      <w:r>
        <w:t>ح</w:t>
      </w:r>
    </w:p>
    <w:p>
      <w:r>
        <w:rPr>
          <w:b/>
        </w:rPr>
        <w:t xml:space="preserve">[17:56] </w:t>
      </w:r>
      <w:r>
        <w:t>dith mein aata hai ke: "in allah yubasu ala ras kull mayyit sanatun mim yujaddidu al-hadithina." yani Allah har sau saal par,</w:t>
      </w:r>
    </w:p>
    <w:p>
      <w:pPr>
        <w:jc w:val="right"/>
      </w:pPr>
      <w:r>
        <w:t>دیث میں آتا ہے کہ: "إن الله يباس علی راس کل میت سنت من یجدد الحاتینا۔" یعنی اللہ ہر سو سال پر،</w:t>
      </w:r>
    </w:p>
    <w:p>
      <w:r>
        <w:rPr>
          <w:b/>
        </w:rPr>
        <w:t xml:space="preserve">[18:12] </w:t>
      </w:r>
      <w:r>
        <w:t>har century mein ek aadmi paida karta hai. jo logon ko guide karta hai.</w:t>
      </w:r>
    </w:p>
    <w:p>
      <w:pPr>
        <w:jc w:val="right"/>
      </w:pPr>
      <w:r>
        <w:t>ہر سینچری میں ایک آدمی پیدا کرتا ہے۔ جو لوگوں کو گائیڈ کرتا ہے۔</w:t>
      </w:r>
    </w:p>
    <w:p>
      <w:r>
        <w:rPr>
          <w:b/>
        </w:rPr>
        <w:t xml:space="preserve">[18:22] </w:t>
      </w:r>
      <w:r>
        <w:t>to maine kaha ke: "dekhiye, sau saal par Khuda ek aadmi ko paida karta hai." is ko sochiye. aisa nahi ke Khuda ko kisi dosti ho, baqi dushmani ho.</w:t>
      </w:r>
    </w:p>
    <w:p>
      <w:pPr>
        <w:jc w:val="right"/>
      </w:pPr>
      <w:r>
        <w:t>تو میں نے کہا کہ: "دیکھیے، سو سال پر خدا ایک آدمی کو پیدا کرتا ہے۔" اس کو سوچیے۔ ایسا نہیں کہ خدا کو کسی دوستی ہو، باقی دشمنی ہو۔</w:t>
      </w:r>
    </w:p>
    <w:p>
      <w:r>
        <w:rPr>
          <w:b/>
        </w:rPr>
        <w:t xml:space="preserve">[18:33] </w:t>
      </w:r>
      <w:r>
        <w:t>aisa kuch bhi nahi hai. ek aadmi is liye ke agar sab ko bana de woh to duniya karobar khatam.</w:t>
      </w:r>
    </w:p>
    <w:p>
      <w:pPr>
        <w:jc w:val="right"/>
      </w:pPr>
      <w:r>
        <w:t>ایسا کچھ بھی نہیں ہے۔ ایک آدمی اس لیے کہ اگر سب کو بنا دے وہ تو دنیا کاروبار ختم۔</w:t>
      </w:r>
    </w:p>
    <w:p>
      <w:r>
        <w:rPr>
          <w:b/>
        </w:rPr>
        <w:t xml:space="preserve">[18:42] </w:t>
      </w:r>
      <w:r>
        <w:t>kyun ke duniya mein Khuda ko chahiye ke horticulture bhi chale, agriculture bhi chale, industry bhi chale, business bhi chale, city planning bhi chale, transport bhi chale, sab kuch chale.</w:t>
      </w:r>
    </w:p>
    <w:p>
      <w:pPr>
        <w:jc w:val="right"/>
      </w:pPr>
      <w:r>
        <w:t>کیونکہ دنیا میں خدا کو چاہیے کہ ہارٹیکلچر بھی چلے، ایگریکلچر بھی چلے، انڈسٹری بھی چلے، بزنس بھی چلے، سٹی پلاننگ بھی چلے، ٹرانسپورٹ بھی چلے، سب کچھ چلے۔</w:t>
      </w:r>
    </w:p>
    <w:p>
      <w:r>
        <w:rPr>
          <w:b/>
        </w:rPr>
        <w:t xml:space="preserve">[18:56] </w:t>
      </w:r>
      <w:r>
        <w:t>nahi to civilization khatam ho jayegi.</w:t>
      </w:r>
    </w:p>
    <w:p>
      <w:pPr>
        <w:jc w:val="right"/>
      </w:pPr>
      <w:r>
        <w:t>نہیں تو سولائزیشن ختم ہو جائے گی۔</w:t>
      </w:r>
    </w:p>
    <w:p>
      <w:r>
        <w:rPr>
          <w:b/>
        </w:rPr>
        <w:t xml:space="preserve">[19:01] </w:t>
      </w:r>
      <w:r>
        <w:t>aur aur yeh baat ko samajhne ke liye itna zyada concentration chahiye ke sab log agar wahi karein to duniya mein koi koi kaam nahi kar payenge.</w:t>
      </w:r>
    </w:p>
    <w:p>
      <w:pPr>
        <w:jc w:val="right"/>
      </w:pPr>
      <w:r>
        <w:t>اور اور یہ بات کو سمجھنے کے لیے اتنا زیادہ کنسنٹریشن چاہیے کہ سب لوگ اگر وہی کریں تو دنیا میں کوئی کوئی کام نہیں کر پائے۔</w:t>
      </w:r>
    </w:p>
    <w:p>
      <w:r>
        <w:rPr>
          <w:b/>
        </w:rPr>
        <w:t xml:space="preserve">[19:15] </w:t>
      </w:r>
      <w:r>
        <w:t>to ek aadmi ko Khuda select, select karta hai. sab ko agar select kar le, duniya ka aur thap ho jayega. main aap ko misaal deta hoon.</w:t>
      </w:r>
    </w:p>
    <w:p>
      <w:pPr>
        <w:jc w:val="right"/>
      </w:pPr>
      <w:r>
        <w:t>تو ایک آدمی کو خدا سلیکٹ، سلیکٹ کرتا ہے۔ سب کو اگر سلیکٹ کر لے، دنیا کا اور ٹھپ ہو جائے گا۔ میں آپ کو مثال دیتا ہوں۔</w:t>
      </w:r>
    </w:p>
    <w:p>
      <w:r>
        <w:rPr>
          <w:b/>
        </w:rPr>
        <w:t xml:space="preserve">[19:26] </w:t>
      </w:r>
      <w:r>
        <w:t>newton jo hai, father of modern science mana jata hai.</w:t>
      </w:r>
    </w:p>
    <w:p>
      <w:pPr>
        <w:jc w:val="right"/>
      </w:pPr>
      <w:r>
        <w:t>نیوٹن جو ہے، فادر آف ماڈرن سائنس مانا جاتا ہے۔</w:t>
      </w:r>
    </w:p>
    <w:p>
      <w:r>
        <w:rPr>
          <w:b/>
        </w:rPr>
        <w:t xml:space="preserve">[19:30] </w:t>
      </w:r>
      <w:r>
        <w:t>newton jo hai, father of modern science mana jata hai. woh kaise hua? woh hua through concentration.</w:t>
      </w:r>
    </w:p>
    <w:p>
      <w:pPr>
        <w:jc w:val="right"/>
      </w:pPr>
      <w:r>
        <w:t>نیوٹن جو ہے، فادر آف ماڈرن سائنس مانا جاتا ہے۔ وہ کیسے ہوا؟ وہ ہوا تھرو کنسنٹریشن۔</w:t>
      </w:r>
    </w:p>
    <w:p>
      <w:r>
        <w:rPr>
          <w:b/>
        </w:rPr>
        <w:t xml:space="preserve">[19:42] </w:t>
      </w:r>
      <w:r>
        <w:t>concentration yani sari zindagi, sari raat, sara din woh science, science ke issues jo hain, scientific issues, us par concentrate kiya rehta tha.</w:t>
      </w:r>
    </w:p>
    <w:p>
      <w:pPr>
        <w:jc w:val="right"/>
      </w:pPr>
      <w:r>
        <w:t>کنسنٹریشن یعنی ساری زندگی، ساری رات، سارا دن وہ سائنس، سائنس کے ایشوز جو ہیں، سائنٹیفک ایشوز، اس پر کنسنٹریٹ کیا رہتا تھا۔</w:t>
      </w:r>
    </w:p>
    <w:p>
      <w:r>
        <w:rPr>
          <w:b/>
        </w:rPr>
        <w:t xml:space="preserve">[19:52] </w:t>
      </w:r>
      <w:r>
        <w:t>har doosri baat woh bhool chuki thi. us ki, us ko kuch pata nahi tha doosri baaton ka. woh kaise? jaise</w:t>
      </w:r>
    </w:p>
    <w:p>
      <w:pPr>
        <w:jc w:val="right"/>
      </w:pPr>
      <w:r>
        <w:t>ہر دوسری بات وہ بھول چکی تھی۔ اس کی، اس کو کچھ پتہ نہیں تھا دوسری باتوں کا۔ وہ کیسے؟ جیسے</w:t>
      </w:r>
    </w:p>
    <w:p>
      <w:r>
        <w:rPr>
          <w:b/>
        </w:rPr>
        <w:t xml:space="preserve">[19:59] </w:t>
      </w:r>
      <w:r>
        <w:t>khana hai. har aadmi aap dekhte hain, khoob khane ke liye daud raha hai. jis ko dekhein, khane par daud raha hai. kha raha hai, pi raha hai, kha raha hai, pi raha hai.</w:t>
      </w:r>
    </w:p>
    <w:p>
      <w:pPr>
        <w:jc w:val="right"/>
      </w:pPr>
      <w:r>
        <w:t>کھانا ہے۔ ہر آدمی آپ دیکھتے ہیں، خوب کھانے کے لیے دوڑ رہا ہے۔ جس کو دیکھیں، کھانے پر دوڑ رہا ہے۔ کھا رہا ہے، پی رہا ہے، کھا رہا ہے، پی رہا ہے۔</w:t>
      </w:r>
    </w:p>
    <w:p>
      <w:r>
        <w:rPr>
          <w:b/>
        </w:rPr>
        <w:t xml:space="preserve">[20:09] </w:t>
      </w:r>
      <w:r>
        <w:t>alexander the great jo itna bara king tha, alexander the great, jante hain kya hua? maut kaisi us ki hui? us ne victory ka adjustment manaya.</w:t>
      </w:r>
    </w:p>
    <w:p>
      <w:pPr>
        <w:jc w:val="right"/>
      </w:pPr>
      <w:r>
        <w:t>الیگزینڈر دا گریٹ جو اتنا بڑا کنگ تھا، الیگزینڈر دا گریٹ، جانتے ہیں کیا ہوا؟ موت کیسی اس کی ہوئی؟ اس نے وکٹری کا ایڈجسٹمنٹ منایا۔</w:t>
      </w:r>
    </w:p>
    <w:p>
      <w:r>
        <w:rPr>
          <w:b/>
        </w:rPr>
        <w:t xml:space="preserve">[20:23] </w:t>
      </w:r>
      <w:r>
        <w:t>ek function man</w:t>
      </w:r>
    </w:p>
    <w:p>
      <w:pPr>
        <w:jc w:val="right"/>
      </w:pPr>
      <w:r>
        <w:t>ایک فنکشن من</w:t>
      </w:r>
    </w:p>
    <w:p>
      <w:r>
        <w:rPr>
          <w:b/>
        </w:rPr>
        <w:t xml:space="preserve">[20:25] </w:t>
      </w:r>
      <w:r>
        <w:t>aya. us ne koi victory us ko hui thi. aur sari raat woh khoob sharab peeta raha, khoob khata raha.</w:t>
      </w:r>
    </w:p>
    <w:p>
      <w:pPr>
        <w:jc w:val="right"/>
      </w:pPr>
      <w:r>
        <w:t>ایا۔ اس نے کوئی وکٹری اس کو ہوئی تھی۔ اور ساری رات وہ خوب شراب پیتا رہا، خوب کھاتا رہا۔</w:t>
      </w:r>
    </w:p>
    <w:p>
      <w:r>
        <w:rPr>
          <w:b/>
        </w:rPr>
        <w:t xml:space="preserve">[20:33] </w:t>
      </w:r>
      <w:r>
        <w:t>kya hua? us ko over eating kar baitha woh. ke bohat zyada sharab pi li, bohat zyada kha liya. agle din bimar pad gaya. koi dawa kaam nahi kare, mar gaya.</w:t>
      </w:r>
    </w:p>
    <w:p>
      <w:pPr>
        <w:jc w:val="right"/>
      </w:pPr>
      <w:r>
        <w:t>کیا ہوا؟ اس کو اوور ایٹنگ کر بیٹھا وہ۔ کہ بہت زیادہ شراب پی لی، بہت زیادہ کھا لیا۔ اگلے دن بیمار پڑ گیا۔ کوئی دوا کام نہیں کرے، مر گیا۔</w:t>
      </w:r>
    </w:p>
    <w:p>
      <w:r>
        <w:rPr>
          <w:b/>
        </w:rPr>
        <w:t xml:space="preserve">[20:43] </w:t>
      </w:r>
      <w:r>
        <w:t>isi mein yeh hai insaan ka haal.</w:t>
      </w:r>
    </w:p>
    <w:p>
      <w:pPr>
        <w:jc w:val="right"/>
      </w:pPr>
      <w:r>
        <w:t>اسی میں یہ ہے انسان کا حال۔</w:t>
      </w:r>
    </w:p>
    <w:p>
      <w:r>
        <w:rPr>
          <w:b/>
        </w:rPr>
        <w:t xml:space="preserve">[20:47] </w:t>
      </w:r>
      <w:r>
        <w:t>to newton jo hai, uska haal yeh tha. usko yaad nahi rehta tha ke lunch ka time aa gaya aur dinner ka time aa gaya.</w:t>
      </w:r>
    </w:p>
    <w:p>
      <w:pPr>
        <w:jc w:val="right"/>
      </w:pPr>
      <w:r>
        <w:t>تو نیوٹن جو ہے، اس کا حال یہ تھا۔ اس کو یاد نہیں رہتا تھا کہ لنچ کا ٹائم آ گیا اور ڈنر کا ٹائم آ گیا۔</w:t>
      </w:r>
    </w:p>
    <w:p>
      <w:r>
        <w:rPr>
          <w:b/>
        </w:rPr>
        <w:t xml:space="preserve">[20:58] </w:t>
      </w:r>
      <w:r>
        <w:t>ek mez thi uski, ek table. us mein papers bikhre hue rehte thay. raat din isi mein laga rehta tha woh. to uski behan thi, usne marriage bhi nahi kiya, shadi bhi nahi ki.</w:t>
      </w:r>
    </w:p>
    <w:p>
      <w:pPr>
        <w:jc w:val="right"/>
      </w:pPr>
      <w:r>
        <w:t>ایک میز تھی اس کی، ایک ٹیبل۔ اس میں پیپرز بکھرے ہوئے رہتے تھے۔ رات دن اسی میں لگا رہتا تھا وہ۔ تو اس کی بہن تھی، اس نے میرج بھی نہیں کیا، شادی بھی نہیں کی۔</w:t>
      </w:r>
    </w:p>
    <w:p>
      <w:r>
        <w:rPr>
          <w:b/>
        </w:rPr>
        <w:t xml:space="preserve">[21:10] </w:t>
      </w:r>
      <w:r>
        <w:t>us us ka devotion itna bara hua tha ke usne shadi nahi ki. usne koi, koi beta na, beti na, biwi.</w:t>
      </w:r>
    </w:p>
    <w:p>
      <w:pPr>
        <w:jc w:val="right"/>
      </w:pPr>
      <w:r>
        <w:t>اس اس کا ڈیوشن اتنا بڑا ہوا تھا کہ اس نے شادی نہیں کی۔ اس نے کوئی، کوئی بیٹا نہ، بیٹی نہ، بیوی۔</w:t>
      </w:r>
    </w:p>
    <w:p>
      <w:r>
        <w:rPr>
          <w:b/>
        </w:rPr>
        <w:t xml:space="preserve">[21:18] </w:t>
      </w:r>
      <w:r>
        <w:t>to ek behan thi, woh bohat samajhdar, samajhdar thi. to jab time hota tha khane ka to bohat hi ahista se, chupke se aati aur tray mein khana rakh jati.</w:t>
      </w:r>
    </w:p>
    <w:p>
      <w:pPr>
        <w:jc w:val="right"/>
      </w:pPr>
      <w:r>
        <w:t>تو ایک بہن تھی، وہ بہت سمجھدار، سمجھدار تھی۔ تو جب ٹائم ہوتا تھا کھانے کا تو بہت ہی آہستہ سے، چپکے سے آتی اور ٹرے میں کھانا رکھ جاتی۔</w:t>
      </w:r>
    </w:p>
    <w:p>
      <w:r>
        <w:rPr>
          <w:b/>
        </w:rPr>
        <w:t xml:space="preserve">[21:31] </w:t>
      </w:r>
      <w:r>
        <w:t>uski mez par, ek kinare. aur kai baar phir bhi bhool jata tha woh ke khaya. bohat bhook lagti thi, lagti thi, kha leta tha.</w:t>
      </w:r>
    </w:p>
    <w:p>
      <w:pPr>
        <w:jc w:val="right"/>
      </w:pPr>
      <w:r>
        <w:t>اس کی میز پر، ایک کنارے۔ اور کئی بار پھر بھی بھول جاتا تھا وہ کہ کھایا۔ بہت بھوک لگتی تھی، لگتی تھی، کھا لیتا تھا۔</w:t>
      </w:r>
    </w:p>
    <w:p>
      <w:r>
        <w:rPr>
          <w:b/>
        </w:rPr>
        <w:t xml:space="preserve">[21:42] </w:t>
      </w:r>
      <w:r>
        <w:t>yani usko sudh nahi rahi apne peene ki, sudh nahi rahi apne khane ki.</w:t>
      </w:r>
    </w:p>
    <w:p>
      <w:pPr>
        <w:jc w:val="right"/>
      </w:pPr>
      <w:r>
        <w:t>یعنی اس کو سدھ نہیں رہی اپنے پینے کی، سدھ نہیں رہی اپنے کھانے کی۔</w:t>
      </w:r>
    </w:p>
    <w:p>
      <w:r>
        <w:rPr>
          <w:b/>
        </w:rPr>
        <w:t xml:space="preserve">[21:47] </w:t>
      </w:r>
      <w:r>
        <w:t>tab woh science ke in cheezon ko discover kar saka ke woh father of modern science bana. woh</w:t>
      </w:r>
    </w:p>
    <w:p>
      <w:pPr>
        <w:jc w:val="right"/>
      </w:pPr>
      <w:r>
        <w:t>تب وہ سائنس کے ان چیزوں کو ڈسکور کر سکا کہ وہ فادر آف ماڈرن سائنس بنا۔ وہ</w:t>
      </w:r>
    </w:p>
    <w:p>
      <w:r>
        <w:rPr>
          <w:b/>
        </w:rPr>
        <w:t xml:space="preserve">[21:55] </w:t>
      </w:r>
      <w:r>
        <w:t>uske haan kuch khargosh paye hue thay, khargosh yani rabbit, rabbit. to ek, ek bara khargosh tha, ek bachha tha uska chhota.</w:t>
      </w:r>
    </w:p>
    <w:p>
      <w:pPr>
        <w:jc w:val="right"/>
      </w:pPr>
      <w:r>
        <w:t>اس کے ہاں کچھ خرگوش پلے ہوئے تھے، خرگوش یعنی ریبٹ، ار اے ڈبل پی آئی ٹی ریبٹ۔ تو ایک، ایک بڑا خرگوش تھا، ایک بچہ تھا اس کا چھوٹا۔</w:t>
      </w:r>
    </w:p>
    <w:p>
      <w:r>
        <w:rPr>
          <w:b/>
        </w:rPr>
        <w:t xml:space="preserve">[22:07] </w:t>
      </w:r>
      <w:r>
        <w:t>to carpenter se usne kaha ke inke liye woh bana do, cage bana do, cage. to us mein do door banana hai, ek door chhota, ek door bara.</w:t>
      </w:r>
    </w:p>
    <w:p>
      <w:pPr>
        <w:jc w:val="right"/>
      </w:pPr>
      <w:r>
        <w:t>تو کارپینٹر سے اس نے کہا کہ ان کے لیے وہ بنا دو، کیج بنا دو، سی اے جی کیج۔ تو اس میں دو ڈور بنانا ہے، ایک ڈور چھوٹا، ایک ڈور بڑا۔</w:t>
      </w:r>
    </w:p>
    <w:p>
      <w:r>
        <w:rPr>
          <w:b/>
        </w:rPr>
        <w:t xml:space="preserve">[22:21] </w:t>
      </w:r>
      <w:r>
        <w:t>to carpenter ne poocha ke sarkaar, yeh do door kis liye? ke dekho, hamara ek, ek rabbit chhota, ek bara hai. to bara wala jo hai, woh bare se jaane ke liye aur chhota door jo hai, woh chhota chala jayega.</w:t>
      </w:r>
    </w:p>
    <w:p>
      <w:pPr>
        <w:jc w:val="right"/>
      </w:pPr>
      <w:r>
        <w:t>تو کارپینٹر نے پوچھا کہ سرکار، یہ دو ڈور کس لیے؟ کہ دیکھو، ہمارا ایک، ایک ریبٹ چھوٹا، ایک بڑا ہے۔ تو بڑا والا جو ہے، وہ بڑے سے جانے کے لیے اور چھوٹا ڈور جو ہے، وہ چھوٹا چلا جائے گا۔</w:t>
      </w:r>
    </w:p>
    <w:p>
      <w:r>
        <w:rPr>
          <w:b/>
        </w:rPr>
        <w:t xml:space="preserve">[22:38] </w:t>
      </w:r>
      <w:r>
        <w:t>to usne kaha ke sarkaar, hum ek hi bana dete hain bara, us se dono chale jayenge. itni baat nahi samajh saka newton, itni simple si baat newton nahi samajh saka.</w:t>
      </w:r>
    </w:p>
    <w:p>
      <w:pPr>
        <w:jc w:val="right"/>
      </w:pPr>
      <w:r>
        <w:t>تو اس نے کہا کہ سرکار، ہم ایک ہی بنا دیتے ہیں بڑا، اس سے دونوں چلے جائیں گے۔ اتنی بات نہیں سمجھ سکا نیوٹن، اتنی سمپل سی بات نیوٹن نہیں سمجھ سکا۔</w:t>
      </w:r>
    </w:p>
    <w:p>
      <w:r>
        <w:rPr>
          <w:b/>
        </w:rPr>
        <w:t xml:space="preserve">[22:52] </w:t>
      </w:r>
      <w:r>
        <w:t>yeh tha concentration, yeh tha devotion. jab aadmi apne aap ko itna zyada devote karta hai, tab ja kar usko kisi baat ki discovery hoti hai.</w:t>
      </w:r>
    </w:p>
    <w:p>
      <w:pPr>
        <w:jc w:val="right"/>
      </w:pPr>
      <w:r>
        <w:t>یہ تھا کنسنٹریشن، یہ تھا ڈیوشن۔ جب آدمی اپنے آپ کو اتنا زیادہ ڈیووٹ کرتا ہے، تب جا کر اس کو کسی بات کی ڈسکوری ہوتی ہے۔</w:t>
      </w:r>
    </w:p>
    <w:p>
      <w:r>
        <w:rPr>
          <w:b/>
        </w:rPr>
        <w:t xml:space="preserve">[23:06] </w:t>
      </w:r>
      <w:r>
        <w:t>to Khuda kisi kisi ko newton banata hai, kisi kisi ko guru banata hai, kisi kisi ko mujaddid banata hai. agar aisa na ho to dunya ka sab karobar thap.</w:t>
      </w:r>
    </w:p>
    <w:p>
      <w:pPr>
        <w:jc w:val="right"/>
      </w:pPr>
      <w:r>
        <w:t>تو خدا کسی کسی کو نیوٹن بناتا ہے، کسی کسی کو گرو بناتا ہے، کسی کسی کو مجدد بناتا ہے۔ اگر ایسا نہ ہو تو دنیا کا سب کاروبار ٹھپ۔</w:t>
      </w:r>
    </w:p>
    <w:p>
      <w:r>
        <w:rPr>
          <w:b/>
        </w:rPr>
        <w:t xml:space="preserve">[23:20] </w:t>
      </w:r>
      <w:r>
        <w:t>kyun ke sab log agar newton jaise ho jayen, aap sochiye to kya hoga? agriculture band, horticulture band, industry band, bazaar band, koi nahi milega.</w:t>
      </w:r>
    </w:p>
    <w:p>
      <w:pPr>
        <w:jc w:val="right"/>
      </w:pPr>
      <w:r>
        <w:t>کیونکہ سب لوگ اگر نیوٹن جیسے ہو جائیں، آپ سوچیے تو کیا ہوگا؟ ایگریکلچر بند، ہارڈیکلچر بند، انڈسٹری بند، بازار بند، کوئی نہیں ملے گا۔</w:t>
      </w:r>
    </w:p>
    <w:p>
      <w:r>
        <w:rPr>
          <w:b/>
        </w:rPr>
        <w:t xml:space="preserve">[23:34] </w:t>
      </w:r>
      <w:r>
        <w:t>driver nahi milega.</w:t>
      </w:r>
    </w:p>
    <w:p>
      <w:pPr>
        <w:jc w:val="right"/>
      </w:pPr>
      <w:r>
        <w:t>ڈرائیور نہیں مل</w:t>
      </w:r>
    </w:p>
    <w:p>
      <w:r>
        <w:rPr>
          <w:b/>
        </w:rPr>
        <w:t xml:space="preserve">[23:35] </w:t>
      </w:r>
      <w:r>
        <w:t>ga. driver agar soche science ke cheezon ko to takra dega, kahin ja kar ke.</w:t>
      </w:r>
    </w:p>
    <w:p>
      <w:pPr>
        <w:jc w:val="right"/>
      </w:pPr>
      <w:r>
        <w:t>ے گا۔ ڈرائیور اگر سوچے سائنس کے چیزوں کو تو ٹکرا دے گا، کہیں جا کر کے۔</w:t>
      </w:r>
    </w:p>
    <w:p>
      <w:r>
        <w:rPr>
          <w:b/>
        </w:rPr>
        <w:t xml:space="preserve">[23:41] </w:t>
      </w:r>
      <w:r>
        <w:t>taxi, taxi driver nahi milenge. taxi driver ko concentrate karna parta hai apne samne ke road par. agar uska dhyan idhar udhar chala jaye, newton ke tareeqe se, ke solar system par sochne lage, woh kya hoga?</w:t>
      </w:r>
    </w:p>
    <w:p>
      <w:pPr>
        <w:jc w:val="right"/>
      </w:pPr>
      <w:r>
        <w:t>ٹیکسی، ٹیکسی ڈرائیور نہیں ملیں گے۔ ٹیکسی ڈرائیور کو کنسنٹریٹ کرنا پڑتا ہے اپنے سامنے کے روڈ پر۔ اگر اس کا دھیان ادھر ادھر چلا جائے، نیوٹن کے طریقے سے، کہ سولر سسٹم پر سوچنے لگے، وہ کیا ہوگا؟</w:t>
      </w:r>
    </w:p>
    <w:p>
      <w:r>
        <w:rPr>
          <w:b/>
        </w:rPr>
        <w:t xml:space="preserve">[23:57] </w:t>
      </w:r>
      <w:r>
        <w:t>accident hoga.</w:t>
      </w:r>
    </w:p>
    <w:p>
      <w:pPr>
        <w:jc w:val="right"/>
      </w:pPr>
      <w:r>
        <w:t>ایکسیڈنٹ ہوگا۔</w:t>
      </w:r>
    </w:p>
    <w:p>
      <w:r>
        <w:rPr>
          <w:b/>
        </w:rPr>
        <w:t xml:space="preserve">[24:00] </w:t>
      </w:r>
      <w:r>
        <w:t>to dekhiye, yeh kaam jo hai, ke koi bara scientist, koi bara guru, koi bara leader, sacha leader, sacha, aaj kal jo leader jo hain, woh to, woh to exploiters, exploiter hain, sab ke sab.</w:t>
      </w:r>
    </w:p>
    <w:p>
      <w:pPr>
        <w:jc w:val="right"/>
      </w:pPr>
      <w:r>
        <w:t>تو دیکھیے، یہ کام جو ہے، کہ کوئی بڑا سائنٹسٹ، کوئی بڑا گرو، کوئی بڑا لیڈر، سچا لیڈر، سچا، آج کل جو لیڈر جو ہیں، وہ تو، وہ تو ایکسپائٹرز، ایکسپائٹر ہیں، سب کے سب۔</w:t>
      </w:r>
    </w:p>
    <w:p>
      <w:r>
        <w:rPr>
          <w:b/>
        </w:rPr>
        <w:t xml:space="preserve">[24:15] </w:t>
      </w:r>
      <w:r>
        <w:t>usko banne ke liye ek insaan ko apne aap ko hundred percent devote karna parta hai kisi cheez mein, concentrate karna parta hai,</w:t>
      </w:r>
    </w:p>
    <w:p>
      <w:pPr>
        <w:jc w:val="right"/>
      </w:pPr>
      <w:r>
        <w:t>اس کو بننے کے لیے ایک انسان کو اپنے آپ کو ہنڈرڈ پرسنٹ ڈیووٹ کرنا پڑتا ہے کسی چیز میں، کنسنٹریٹ کرنا پڑتا ہے،</w:t>
      </w:r>
    </w:p>
    <w:p>
      <w:r>
        <w:rPr>
          <w:b/>
        </w:rPr>
        <w:t xml:space="preserve">[24:24] </w:t>
      </w:r>
      <w:r>
        <w:t>yahan tak ke sab kuch bhool jaye. tab ja kar yeh possible hota hai.</w:t>
      </w:r>
    </w:p>
    <w:p>
      <w:pPr>
        <w:jc w:val="right"/>
      </w:pPr>
      <w:r>
        <w:t>یہاں تک کہ سب کچھ بھول جائے۔ تب جا کر یہ پاسیبل ہوتا ہے۔</w:t>
      </w:r>
    </w:p>
    <w:p>
      <w:r>
        <w:rPr>
          <w:b/>
        </w:rPr>
        <w:t xml:space="preserve">[24:33] </w:t>
      </w:r>
      <w:r>
        <w:t>musalmanon mein ek bohat baray scholar hue hain jo abhi jaldi unka inteqal hua, Paris mein. woh India mein paida hue, phir woh Paris chale gaye.</w:t>
      </w:r>
    </w:p>
    <w:p>
      <w:pPr>
        <w:jc w:val="right"/>
      </w:pPr>
      <w:r>
        <w:t>مسلمانوں میں ایک بہت بڑے سکالر ہوئے ہیں جو ابھی جلدی ان کا انتقال ہوا، پیرس میں۔ وہ انڈیا میں پیدا ہوئے، پھر وہ پیرس چلے گئے۔</w:t>
      </w:r>
    </w:p>
    <w:p>
      <w:r>
        <w:rPr>
          <w:b/>
        </w:rPr>
        <w:t xml:space="preserve">[24:44] </w:t>
      </w:r>
      <w:r>
        <w:t>aur sach much woh scholar thay, woh</w:t>
      </w:r>
    </w:p>
    <w:p>
      <w:pPr>
        <w:jc w:val="right"/>
      </w:pPr>
      <w:r>
        <w:t>اور سچ مچ وہ اسکالر تھے، وہ</w:t>
      </w:r>
    </w:p>
    <w:p>
      <w:r>
        <w:rPr>
          <w:b/>
        </w:rPr>
        <w:t xml:space="preserve">[24:49] </w:t>
      </w:r>
      <w:r>
        <w:t>Paris mein rehte thay, woh. aur jante hain, Paris mein rehte thay, upar telephone nahi tha. telephone nahi tha unke paas.</w:t>
      </w:r>
    </w:p>
    <w:p>
      <w:pPr>
        <w:jc w:val="right"/>
      </w:pPr>
      <w:r>
        <w:t>پیرس میں رہتے تھے، وہ۔ اور جانتے ہیں، پیرس میں رہتے تھے، اوپر ٹیلی فون نہیں تھا۔ ٹیلی فون نہیں تھا ان کے پاس۔</w:t>
      </w:r>
    </w:p>
    <w:p>
      <w:r>
        <w:rPr>
          <w:b/>
        </w:rPr>
        <w:t xml:space="preserve">[25:00] </w:t>
      </w:r>
      <w:r>
        <w:t>kyun? telephone ko woh distraction samajhte thay. telephone ko woh distraction samajhte thay.</w:t>
      </w:r>
    </w:p>
    <w:p>
      <w:pPr>
        <w:jc w:val="right"/>
      </w:pPr>
      <w:r>
        <w:t>کیوں؟ ٹیلی فون کو وہ ڈسٹریکشن سمجھتے تھے۔ ٹیلی فون کو وہ ڈسٹریکشن سمجھتے تھے۔</w:t>
      </w:r>
    </w:p>
    <w:p>
      <w:r>
        <w:rPr>
          <w:b/>
        </w:rPr>
        <w:t xml:space="preserve">[25:11] </w:t>
      </w:r>
      <w:r>
        <w:t>government jo thi, bohat un ko bohat achi, woh french language bhi jantay thay. to government ne offer kiya ke hum aap ko servant de detay hain, servant apni taraf se, woh aap ka sab kaam karega.</w:t>
      </w:r>
    </w:p>
    <w:p>
      <w:pPr>
        <w:jc w:val="right"/>
      </w:pPr>
      <w:r>
        <w:t>گورنمنٹ جو تھی، بہت ان کو بہت اچھی، وہ فرنچ لینگویج بھی جانتے تھے۔ تو گورنمنٹ نے آفر کیا کہ ہم آپ کو سرونٹ دے دیتے ہیں، سرونٹ اپنی طرف سے، وہ آپ کا سب کام کرے گا۔</w:t>
      </w:r>
    </w:p>
    <w:p>
      <w:r>
        <w:rPr>
          <w:b/>
        </w:rPr>
        <w:t xml:space="preserve">[25:24] </w:t>
      </w:r>
      <w:r>
        <w:t>unhon ne nahi, nahi liya, servant ko nahi liya. kyunke servant bhi distraction hoga, distraction hoga.</w:t>
      </w:r>
    </w:p>
    <w:p>
      <w:pPr>
        <w:jc w:val="right"/>
      </w:pPr>
      <w:r>
        <w:t>انہوں نے نہیں، نہیں لیا، سرونٹ کو نہیں لیا۔ کیونکہ سرونٹ بھی ڈسٹریکشن ہوگا، ڈسٹریکشن ہوگا۔</w:t>
      </w:r>
    </w:p>
    <w:p>
      <w:r>
        <w:rPr>
          <w:b/>
        </w:rPr>
        <w:t xml:space="preserve">[25:32] </w:t>
      </w:r>
      <w:r>
        <w:t>woh akele rehte thay, aik aik purani building mein, jo kai story oopar jana parta tha. un</w:t>
      </w:r>
    </w:p>
    <w:p>
      <w:pPr>
        <w:jc w:val="right"/>
      </w:pPr>
      <w:r>
        <w:t>وہ اکیلے رہتے تھے، ایک ایک پرانی بلڈنگ میں، جو کئی سٹوری اوپر جانا پڑتا تھا۔ ان</w:t>
      </w:r>
    </w:p>
    <w:p>
      <w:r>
        <w:rPr>
          <w:b/>
        </w:rPr>
        <w:t xml:space="preserve">[25:40] </w:t>
      </w:r>
      <w:r>
        <w:t>ko purane qism ki stairs thi, usi pe rehte thay. kisi ko milna ho un se to woh appointment nahi le sakta tha, woh kyunke telephone tha nahi un ke haan.</w:t>
      </w:r>
    </w:p>
    <w:p>
      <w:pPr>
        <w:jc w:val="right"/>
      </w:pPr>
      <w:r>
        <w:t>کو پرانے قسم کی سٹیئرز تھیں، اسی پہ رہتے تھے۔ کسی کو ملنا ہو ان سے تو وہ اپوائنٹمنٹ نہیں لے سکتا تھا، وہ کیونکہ ٹیلی فون تھا نہیں ان کے ہاں۔</w:t>
      </w:r>
    </w:p>
    <w:p>
      <w:r>
        <w:rPr>
          <w:b/>
        </w:rPr>
        <w:t xml:space="preserve">[25:50] </w:t>
      </w:r>
      <w:r>
        <w:t>kuch charh ke jana parta tha us ko. aur kabhi kisi ko chai nahi pilate thay, woh na chai, na pani, na biscuit, na kuch, kuch bhi nahi.</w:t>
      </w:r>
    </w:p>
    <w:p>
      <w:pPr>
        <w:jc w:val="right"/>
      </w:pPr>
      <w:r>
        <w:t>کچھ چڑھ کے جانا پڑتا تھا اس کو۔ اور کبھی کسی کو چائے نہیں پلاتے تھے، وہ نہ چائے، نہ پانی، نہ بسکٹ، نہ کچھ، کچھ بھی نہیں۔</w:t>
      </w:r>
    </w:p>
    <w:p>
      <w:r>
        <w:rPr>
          <w:b/>
        </w:rPr>
        <w:t xml:space="preserve">[26:02] </w:t>
      </w:r>
      <w:r>
        <w:t>koi aa gaya, un wanted guest ke tor par to baitho, chale jao. unhon ne bohat baray baray kaam kiye.</w:t>
      </w:r>
    </w:p>
    <w:p>
      <w:pPr>
        <w:jc w:val="right"/>
      </w:pPr>
      <w:r>
        <w:t>کوئی آ گیا، ان وانٹڈ گیسٹ کے طور پر تو بیٹھو، چلے جاؤ۔ انہوں نے بہت بڑے بڑے کام کیے۔</w:t>
      </w:r>
    </w:p>
    <w:p>
      <w:r>
        <w:rPr>
          <w:b/>
        </w:rPr>
        <w:t xml:space="preserve">[26:09] </w:t>
      </w:r>
      <w:r>
        <w:t>mein aik kaam batata hoon aap ko, doctor hameedullah sahib ka aik kaam. jin logon ko background ho gayi is ki hadith ke ka yeh issue, is ko samajhne ki to woh jantay hongay ke islam ki base do cheezon par hai: quran aur hadith.</w:t>
      </w:r>
    </w:p>
    <w:p>
      <w:pPr>
        <w:jc w:val="right"/>
      </w:pPr>
      <w:r>
        <w:t>میں ایک کام بتاتا ہوں آپ کو، ڈاکٹر حمید اللہ صاحب کا ایک کام۔ جن لوگوں کو بیک گراؤنڈ ہو گئی اس کی حدیث کے کا یہ ایشو، اس کو سمجھنے کی تو وہ جانتے ہوں گے کہ اسلام کی بیس دو چیزوں پر ہے: قرآن اور حدیث۔</w:t>
      </w:r>
    </w:p>
    <w:p>
      <w:r>
        <w:rPr>
          <w:b/>
        </w:rPr>
        <w:t xml:space="preserve">[26:27] </w:t>
      </w:r>
      <w:r>
        <w:t>quran aur hadith. to hadith literature jo hai, woh koi deir so saal baad likha gaya,</w:t>
      </w:r>
    </w:p>
    <w:p>
      <w:pPr>
        <w:jc w:val="right"/>
      </w:pPr>
      <w:r>
        <w:t>قرآن اور حدیث۔ تو حدیث لٹریچر جو ہے، وہ کوئی ڈیڑھ سو سال بعد لکھا گیا،</w:t>
      </w:r>
    </w:p>
    <w:p>
      <w:r>
        <w:rPr>
          <w:b/>
        </w:rPr>
        <w:t xml:space="preserve">[26:36] </w:t>
      </w:r>
      <w:r>
        <w:t>yeh mantay hain log, yaani abbas period mein. to jo log hadith ko nahi manna chahtay, woh kehtay thay ke jab itni dair mein likha gaya to is ki authenticity kiya hai?</w:t>
      </w:r>
    </w:p>
    <w:p>
      <w:pPr>
        <w:jc w:val="right"/>
      </w:pPr>
      <w:r>
        <w:t>یہ مانتے ہیں لوگ، یعنی عباس پیریڈ میں۔ تو جو لوگ حدیث کو نہیں ماننا چاہتے، وہ کہتے تھے کہ جب اتنی دیر میں لکھا گیا تو اس کی اتھنٹیسٹی کیا ہے؟</w:t>
      </w:r>
    </w:p>
    <w:p>
      <w:r>
        <w:rPr>
          <w:b/>
        </w:rPr>
        <w:t xml:space="preserve">[26:48] </w:t>
      </w:r>
      <w:r>
        <w:t>hum is ki authenticity nahi mantay. to woh log hadith ke munkir ban gaye. hameedullah sahib ne itna bara kaam kiya ke paris ke museum mein aik manuscript unhon ne discover kiya.</w:t>
      </w:r>
    </w:p>
    <w:p>
      <w:pPr>
        <w:jc w:val="right"/>
      </w:pPr>
      <w:r>
        <w:t>ہم اس کی اتھنٹیسٹی نہیں مانتے۔ تو وہ لوگ حدیث کے منکر بن گئے۔ حمید اللہ صاحب نے اتنا بڑا کام کیا کہ پیرس کے میوزیم میں ایک منسکرپٹ انہوں نے ڈسکور کیا۔</w:t>
      </w:r>
    </w:p>
    <w:p>
      <w:r>
        <w:rPr>
          <w:b/>
        </w:rPr>
        <w:t xml:space="preserve">[27:06] </w:t>
      </w:r>
      <w:r>
        <w:t>aik manuscript. woh manuscript jo tha, woh kiya tha? rasool Allah ke companion thay, abu hurairah. aur sab se ziyada hadithain jo hain, abu hurairah hi ne batayi hain.</w:t>
      </w:r>
    </w:p>
    <w:p>
      <w:pPr>
        <w:jc w:val="right"/>
      </w:pPr>
      <w:r>
        <w:t>ایک منسکرپٹ۔ وہ منسکرپٹ جو تھا، وہ کیا تھا؟ رسول اللہ کے کمپینین تھے، ابو ہریرہ۔ اور سب سے زیادہ حدیثیں جو ہیں، ابو ہریرہ ہی نے بتائی ہیں۔</w:t>
      </w:r>
    </w:p>
    <w:p>
      <w:r>
        <w:rPr>
          <w:b/>
        </w:rPr>
        <w:t xml:space="preserve">[27:19] </w:t>
      </w:r>
      <w:r>
        <w:t>sab se baray hadith ke narrator wohi hain. to un ke disciple thay, hamameen manba.</w:t>
      </w:r>
    </w:p>
    <w:p>
      <w:pPr>
        <w:jc w:val="right"/>
      </w:pPr>
      <w:r>
        <w:t>سب سے بڑے حدیث کے نریٹر وہی ہیں۔ تو ان کے ڈسائپل تھے، حمامین منبع۔</w:t>
      </w:r>
    </w:p>
    <w:p>
      <w:r>
        <w:rPr>
          <w:b/>
        </w:rPr>
        <w:t xml:space="preserve">[27:29] </w:t>
      </w:r>
      <w:r>
        <w:t>to direct un ke jo disciple thay, companion ke, un ke hath ka likha hua aik aik manuscript wahan maujood tha. is mein bohat si hadithain thi.</w:t>
      </w:r>
    </w:p>
    <w:p>
      <w:pPr>
        <w:jc w:val="right"/>
      </w:pPr>
      <w:r>
        <w:t>تو ڈائریکٹ ان کے جو ڈسائپل تھے، کمپینین کے، ان کے ہاتھ کا لکھا ہوا ایک ایک منسکرپٹ وہاں موجود تھا۔ اس میں بہت سی حدیثیں تھیں۔</w:t>
      </w:r>
    </w:p>
    <w:p>
      <w:r>
        <w:rPr>
          <w:b/>
        </w:rPr>
        <w:t xml:space="preserve">[27:41] </w:t>
      </w:r>
      <w:r>
        <w:t>is ko discover kiya unhon ne. is ko unhon ne parha, is ko edit kiya. aur bohat barson barson is par unhon ne bohat ziyada labor kiya, bohat mehnat ki.</w:t>
      </w:r>
    </w:p>
    <w:p>
      <w:pPr>
        <w:jc w:val="right"/>
      </w:pPr>
      <w:r>
        <w:t>اس کو ڈسکور کیا انہوں نے۔ اس کو انہوں نے پڑھا، اس کو ایڈٹ کیا۔ اور بہت برسوں برسوں اس پر انہوں نے بہت زیادہ لیبر کیا، بہت محنت کی۔</w:t>
      </w:r>
    </w:p>
    <w:p>
      <w:r>
        <w:rPr>
          <w:b/>
        </w:rPr>
        <w:t xml:space="preserve">[27:50] </w:t>
      </w:r>
      <w:r>
        <w:t>phir is ko chhapa unhon ne.</w:t>
      </w:r>
    </w:p>
    <w:p>
      <w:pPr>
        <w:jc w:val="right"/>
      </w:pPr>
      <w:r>
        <w:t>پھر اس کو چھپایا انہوں نے۔</w:t>
      </w:r>
    </w:p>
    <w:p>
      <w:r>
        <w:rPr>
          <w:b/>
        </w:rPr>
        <w:t xml:space="preserve">[27:53] </w:t>
      </w:r>
      <w:r>
        <w:t>to pehli baar history mein yeh prove hua ke hadith ko likhne ka kaam to pehli zabano mein shuru ho gaya tha, early period mein. kyunke woh jo kitab hai, phir baad ki abhi discovery hui ke hadith ki jo sab se bari kitab thi, woh thi musnad imam ahmad bin hanbal.</w:t>
      </w:r>
    </w:p>
    <w:p>
      <w:pPr>
        <w:jc w:val="right"/>
      </w:pPr>
      <w:r>
        <w:t>تو پہلی بار ہسٹری میں یہ پروف ہوا کہ حدیث کو لکھنے کا کام تو پہلی زبانوں میں شروع ہوگیا تھا، ارلی پیریڈ میں۔ کیونکہ وہ جو کتاب ہے، پھر بعد کی ابھی ڈسکوری ہوئی کہ حدیث کی جو سب سے بڑی کتاب تھی، وہ تھی مسند امام احمد ابن حنبل۔</w:t>
      </w:r>
    </w:p>
    <w:p>
      <w:r>
        <w:rPr>
          <w:b/>
        </w:rPr>
        <w:t xml:space="preserve">[28:12] </w:t>
      </w:r>
      <w:r>
        <w:t>is mein thirty thousand hadithain hain, thirty thousand. to log kehtay thay ke yeh sab aisay hi hain, authentic nahi hain, yeh sab.</w:t>
      </w:r>
    </w:p>
    <w:p>
      <w:pPr>
        <w:jc w:val="right"/>
      </w:pPr>
      <w:r>
        <w:t>اس میں تھرٹی تھاؤزنڈ حدیثیں ہیں، تھرٹی تھاؤزنڈ۔ تو لوگ کہتے تھے کہ یہ سب ایسے ہی ہیں، اتھنٹک نہیں ہیں، یہ سب۔</w:t>
      </w:r>
    </w:p>
    <w:p>
      <w:r>
        <w:rPr>
          <w:b/>
        </w:rPr>
        <w:t xml:space="preserve">[28:20] </w:t>
      </w:r>
      <w:r>
        <w:t>yaani musnad imam hanbal ki jo kitab hai, thirty thousand hadithain is mein hain, sab se bari kitab. jis ko hadith ka encyclopedia kaha jata hai.</w:t>
      </w:r>
    </w:p>
    <w:p>
      <w:pPr>
        <w:jc w:val="right"/>
      </w:pPr>
      <w:r>
        <w:t>یعنی مسند امام حنبل کی جو کتاب ہے، تھرٹی تھاؤزنڈ حدیثیں اس میں ہیں، سب سے بڑی کتاب۔ جس کو حدیث کا انسائیکلوپیڈیا کہا جاتا ہے۔</w:t>
      </w:r>
    </w:p>
    <w:p>
      <w:r>
        <w:rPr>
          <w:b/>
        </w:rPr>
        <w:t xml:space="preserve">[28:31] </w:t>
      </w:r>
      <w:r>
        <w:t>is par logon ko doubt thay. yeh jo unhon ne discover kiya,</w:t>
      </w:r>
    </w:p>
    <w:p>
      <w:pPr>
        <w:jc w:val="right"/>
      </w:pPr>
      <w:r>
        <w:t>اس پر لوگوں کو ڈاؤٹ تھے۔ یہ جو انہوں نے ڈسکور کیا،</w:t>
      </w:r>
    </w:p>
    <w:p>
      <w:r>
        <w:rPr>
          <w:b/>
        </w:rPr>
        <w:t xml:space="preserve">[28:38] </w:t>
      </w:r>
      <w:r>
        <w:t>jo manuscript, woh poora ka poora nikla is mein, musnad ahmad bin hanbal mein, poora ka poora.</w:t>
      </w:r>
    </w:p>
    <w:p>
      <w:pPr>
        <w:jc w:val="right"/>
      </w:pPr>
      <w:r>
        <w:t>جو منسکرپٹ، وہ پورا کا پورا نکلا اس میں، مسند احمد ابن حنبل میں، پورا کا پورا۔</w:t>
      </w:r>
    </w:p>
    <w:p>
      <w:r>
        <w:rPr>
          <w:b/>
        </w:rPr>
        <w:t xml:space="preserve">[28:46] </w:t>
      </w:r>
      <w:r>
        <w:t>yeh twenty century mein prove hua ke yeh to isi isi se liya hua hai. is mani hai ke writing of hadith jo hai, early period se chal rahi thi.</w:t>
      </w:r>
    </w:p>
    <w:p>
      <w:pPr>
        <w:jc w:val="right"/>
      </w:pPr>
      <w:r>
        <w:t>یہ ٹونٹی سنچری میں پروف ہوا کہ یہ تو اسی اسی سے لیا ہوا ہے۔ اس معنی ہے کہ رائٹنگ آف حدیث جو ہے، ارلی پیریڈ سے چل رہی تھی۔</w:t>
      </w:r>
    </w:p>
    <w:p>
      <w:r>
        <w:rPr>
          <w:b/>
        </w:rPr>
        <w:t xml:space="preserve">[28:57] </w:t>
      </w:r>
      <w:r>
        <w:t>woh baad ko nahi chali hai. yaani itna bara kaam unhon ne kiya hai. poori ummat pareshan hai is ka, poori insaniyat pareshan hai is ka.</w:t>
      </w:r>
    </w:p>
    <w:p>
      <w:pPr>
        <w:jc w:val="right"/>
      </w:pPr>
      <w:r>
        <w:t>وہ بعد کو نہیں چلی ہے۔ یعنی اتنا بڑا کام انہوں نے کیا ہے۔ پوری امت پریشان ہے اس کا، پوری انسانیت پریشان ہے اس کا۔</w:t>
      </w:r>
    </w:p>
    <w:p>
      <w:r>
        <w:rPr>
          <w:b/>
        </w:rPr>
        <w:t xml:space="preserve">[29:07] </w:t>
      </w:r>
      <w:r>
        <w:t>ke rasool Allah ke jo sayings hain, is ki authenticity unhon ne establish kar di.</w:t>
      </w:r>
    </w:p>
    <w:p>
      <w:pPr>
        <w:jc w:val="right"/>
      </w:pPr>
      <w:r>
        <w:t>کہ رسول اللہ کے جو سینگز ہیں، اس کی اتھنٹیسٹی انہوں نے اسٹیبلش کر دی۔</w:t>
      </w:r>
    </w:p>
    <w:p>
      <w:r>
        <w:rPr>
          <w:b/>
        </w:rPr>
        <w:t xml:space="preserve">[29:15] </w:t>
      </w:r>
      <w:r>
        <w:t>to kaise hua? is aadmi ne, unhon ne bhi shadi nahi ki thi. doctor hameedullah ne shadi nahi ki. un ka koi beta, beta nahi. un ka servant nahi tha.</w:t>
      </w:r>
    </w:p>
    <w:p>
      <w:pPr>
        <w:jc w:val="right"/>
      </w:pPr>
      <w:r>
        <w:t>تو کیسے ہوا؟ اس آدمی نے، انہوں نے بھی شادی نہیں کی تھی۔ ڈاکٹر حمید اللہ نے شادی نہیں کی۔ ان کا کوئی بیٹا، بیٹا نہیں۔ ان کا سرونٹ نہیں تھا۔</w:t>
      </w:r>
    </w:p>
    <w:p>
      <w:r>
        <w:rPr>
          <w:b/>
        </w:rPr>
        <w:t xml:space="preserve">[29:26] </w:t>
      </w:r>
      <w:r>
        <w:t>telephone nahi tha. un ka address bohat mushkil tha. un ko letter bhejna bhi bohat mushkil tha. raat din woh isi par lagay rehtay thay.</w:t>
      </w:r>
    </w:p>
    <w:p>
      <w:pPr>
        <w:jc w:val="right"/>
      </w:pPr>
      <w:r>
        <w:t>ٹیلی فون نہیں تھا۔ ان کا ایڈریس بہت مشکل تھا۔ ان کو لیٹر بھیجنا بھی بہت مشکل تھا۔ رات دن وہ اسی پہ لگے رہتے تھے۔</w:t>
      </w:r>
    </w:p>
    <w:p>
      <w:r>
        <w:rPr>
          <w:b/>
        </w:rPr>
        <w:t xml:space="preserve">[29:37] </w:t>
      </w:r>
      <w:r>
        <w:t>pakistan ke jo woh thay, prime minister thay, nawaz sharif, jab jab woh prime minister thay, tab woh gaye wahan par, paris.</w:t>
      </w:r>
    </w:p>
    <w:p>
      <w:pPr>
        <w:jc w:val="right"/>
      </w:pPr>
      <w:r>
        <w:t>پاکستان کے جو وہ تھے، پرائم منسٹر تھے، نواز شریف، جب جب وہ پرائم منسٹر تھے، تب وہ گئے وہاں پر، پیرس۔</w:t>
      </w:r>
    </w:p>
    <w:p>
      <w:r>
        <w:rPr>
          <w:b/>
        </w:rPr>
        <w:t xml:space="preserve">[29:46] </w:t>
      </w:r>
      <w:r>
        <w:t>to bari mushkil, bari mushkil kar ke wahan par gaye, bari mushkil se. aur un se bohat darkhwast ki ke ke aap hamein ijazat de dein ke hum aap ke liye sab sab intizam karte hain, sari facilities aap ke liye yahan ho jayen, government of pakistan ki taraf se.</w:t>
      </w:r>
    </w:p>
    <w:p>
      <w:pPr>
        <w:jc w:val="right"/>
      </w:pPr>
      <w:r>
        <w:t>تو بڑی مشکل، بڑی مشکل کر کے وہاں پر گئے، بڑی مشکل سے۔ اور ان سے بہت درخواست کی کہ کہ آپ ہمیں اجازت دے دیں کہ ہم آپ کے لیے سب سب انتظام کرتے ہیں، ساری فیسلیٹیز آپ کے لیے یہاں ہو جائیں، گورنمنٹ آف پاکستان کی طرف سے۔</w:t>
      </w:r>
    </w:p>
    <w:p>
      <w:r>
        <w:rPr>
          <w:b/>
        </w:rPr>
        <w:t xml:space="preserve">[29:59] </w:t>
      </w:r>
      <w:r>
        <w:t>unhon ne bilkul un ko aise hi flatly refuse kar diya ke aap tashreef le jaiye. unhon ne chaye bhi nahi pilai un ko. tab ja kar yeh mumkin hua ke woh itna bara kaam kar saken, jo history mein kisi ne nahi kiya tha.</w:t>
      </w:r>
    </w:p>
    <w:p>
      <w:pPr>
        <w:jc w:val="right"/>
      </w:pPr>
      <w:r>
        <w:t>انہوں نے بالکل ان کو ایسے ہی ریفلیٹلی ریفیوز کر دیا کہ آپ تشریف لے جائیے۔ انہوں نے چائے بھی نہیں پلائی ان کو۔ تب جا کر یہ ممکن ہوا کہ وہ اتنا بڑا کام کر سکیں، جو ہسٹری میں کسی نے نہیں کیا تھا۔</w:t>
      </w:r>
    </w:p>
    <w:p>
      <w:r>
        <w:rPr>
          <w:b/>
        </w:rPr>
        <w:t xml:space="preserve">[30:14] </w:t>
      </w:r>
      <w:r>
        <w:t>to mein yeh kehna chahta hoon, har aadmi ko aik guide chahiye, yaad rakhiye. woh aadmi bohat ziyada bhool mein hai jo samajhta hai ke mein apni guide khud kar sakta hoon.</w:t>
      </w:r>
    </w:p>
    <w:p>
      <w:pPr>
        <w:jc w:val="right"/>
      </w:pPr>
      <w:r>
        <w:t>تو میں یہ کہنا چاہتا ہوں، ہر آدمی کو ایک گائیڈ چاہیے، یاد رکھیے۔ وہ آدمی بہت زیادہ بھول میں ہے جو سمجھتا ہے کہ میں اپنی گائیڈ خود کر سکتا ہوں۔</w:t>
      </w:r>
    </w:p>
    <w:p>
      <w:r>
        <w:rPr>
          <w:b/>
        </w:rPr>
        <w:t xml:space="preserve">[30:25] </w:t>
      </w:r>
      <w:r>
        <w:t>kyun? har aadmi kya jeeta hai? distraction mein jeeta hai. distraction mein. mujhe bataiye, kon aadmi hai jo distraction mein na jeeta ho? kisi ko money distract kar raha hai,</w:t>
      </w:r>
    </w:p>
    <w:p>
      <w:pPr>
        <w:jc w:val="right"/>
      </w:pPr>
      <w:r>
        <w:t>کیوں؟ ہر آدمی کیا جیتا ہے؟ ڈسٹریکشن میں جیتا ہے۔ ڈسٹریکشن میں۔ مجھے بتائیے، کون آدمی ہے جو ڈسٹریکشن میں نہ جیتا ہو؟ کسی کو منی ڈسٹریکٹ کر رہا ہے،</w:t>
      </w:r>
    </w:p>
    <w:p>
      <w:r>
        <w:rPr>
          <w:b/>
        </w:rPr>
        <w:t xml:space="preserve">[30:39] </w:t>
      </w:r>
      <w:r>
        <w:t>kisi ko uska beta, beti distract kar rahe hain,</w:t>
      </w:r>
    </w:p>
    <w:p>
      <w:pPr>
        <w:jc w:val="right"/>
      </w:pPr>
      <w:r>
        <w:t>کسی کو اس کا بیٹا، بیٹی ڈسٹریکٹ کر رہے ہیں،</w:t>
      </w:r>
    </w:p>
    <w:p>
      <w:r>
        <w:rPr>
          <w:b/>
        </w:rPr>
        <w:t xml:space="preserve">[30:42] </w:t>
      </w:r>
      <w:r>
        <w:t>kisi ko khana peena chahiye, is mein bhi distraction uska ho raha hai.</w:t>
      </w:r>
    </w:p>
    <w:p>
      <w:pPr>
        <w:jc w:val="right"/>
      </w:pPr>
      <w:r>
        <w:t>کسی کو کھانا پینا چاہیے، اس میں بھی ڈسٹریکشن اس کا ہو رہا ہے۔</w:t>
      </w:r>
    </w:p>
    <w:p>
      <w:r>
        <w:rPr>
          <w:b/>
        </w:rPr>
        <w:t xml:space="preserve">[30:48] </w:t>
      </w:r>
      <w:r>
        <w:t>to sacha leader banne ke liye woh insaan darkar hota hai jo apni poori zindagi devote kar de sachai mein. jo khane ke sudh nahi, peene ke sudh nahi, kapre ke sudh nahi, ghar ke sudh nahi, income ke sudh nahi, money ke sudh nahi,</w:t>
      </w:r>
    </w:p>
    <w:p>
      <w:pPr>
        <w:jc w:val="right"/>
      </w:pPr>
      <w:r>
        <w:t>تو سچا لیڈر بننے کے لیے وہ انسان درکار ہوتا ہے جو اپنی پوری زندگی ڈیووٹ کر دے سچائی میں۔ جو کھانے کے سدھ نہیں، پینے کے سدھ نہیں، کپڑے کے سدھ نہیں، گھر کے سدھ نہیں، انکم کے سدھ نہیں، منی کے سدھ نہیں،</w:t>
      </w:r>
    </w:p>
    <w:p>
      <w:r>
        <w:rPr>
          <w:b/>
        </w:rPr>
        <w:t xml:space="preserve">[31:03] </w:t>
      </w:r>
      <w:r>
        <w:t>popularity un ko nahi chahiye, kuch bhi nahi chahiye. is tarah ki aik bohat lambi zindagi batata hai aadmi.</w:t>
      </w:r>
    </w:p>
    <w:p>
      <w:pPr>
        <w:jc w:val="right"/>
      </w:pPr>
      <w:r>
        <w:t>پاپولیرٹی ان کو نہیں چاہیے، کچھ بھی نہیں چاہیے۔ اس طرح کی ایک بہت لمبی زندگی بتاتا ہے آدمی۔</w:t>
      </w:r>
    </w:p>
    <w:p>
      <w:r>
        <w:rPr>
          <w:b/>
        </w:rPr>
        <w:t xml:space="preserve">[31:10] </w:t>
      </w:r>
      <w:r>
        <w:t>tab woh sachai ko discover karta hai. tab woh is qabil hota hai ke bataye logon ko kya hai woh.</w:t>
      </w:r>
    </w:p>
    <w:p>
      <w:pPr>
        <w:jc w:val="right"/>
      </w:pPr>
      <w:r>
        <w:t>تب وہ سچائی کو ڈسکور کرتا ہے۔ تب وہ اس قابل ہوتا ہے کہ بتائے لوگوں کو کیا ہے وہ۔</w:t>
      </w:r>
    </w:p>
    <w:p>
      <w:r>
        <w:rPr>
          <w:b/>
        </w:rPr>
        <w:t xml:space="preserve">[31:20] </w:t>
      </w:r>
      <w:r>
        <w:t>is wajah se mein yeh kahoon ga ke woh aadmi bohat ziyada bhool mein hai jo apna leader, kisi apna apna guide, kisi ko nahi banata.</w:t>
      </w:r>
    </w:p>
    <w:p>
      <w:pPr>
        <w:jc w:val="right"/>
      </w:pPr>
      <w:r>
        <w:t>اس وجہ سے میں یہ کہوں گا کہ وہ آدمی بہت زیادہ بھول میں ہے جو اپنا لیڈر، کسی اپنا اپنا گائیڈ، کسی کو نہیں بناتا۔</w:t>
      </w:r>
    </w:p>
    <w:p>
      <w:r>
        <w:rPr>
          <w:b/>
        </w:rPr>
        <w:t xml:space="preserve">[31:29] </w:t>
      </w:r>
      <w:r>
        <w:t>halankeh woh us ne woh zindagi nahi bitai jis mein woh khud apna guide ban sake.</w:t>
      </w:r>
    </w:p>
    <w:p>
      <w:pPr>
        <w:jc w:val="right"/>
      </w:pPr>
      <w:r>
        <w:t>حالانکہ وہ اس نے وہ زندگی نہیں بتائی جس میں وہ خود اپنا گائیڈ بن سکے۔</w:t>
      </w:r>
    </w:p>
    <w:p>
      <w:r>
        <w:rPr>
          <w:b/>
        </w:rPr>
        <w:t xml:space="preserve">[31:37] </w:t>
      </w:r>
      <w:r>
        <w:t>dekhiye, option do mein se aik ka hai: ya to aap khud apni poori zindagi devote kar dijiye, dedicate kar dijiye sachai ki discovery mein.</w:t>
      </w:r>
    </w:p>
    <w:p>
      <w:pPr>
        <w:jc w:val="right"/>
      </w:pPr>
      <w:r>
        <w:t>دیکھیں، آپشن دو میں سے ایک کا ہے: یا تو آپ خود اپنی پوری زندگی ڈیووٹ کر دیجئے، ڈیڈیکیٹ کر دیجئے سچائی کی ڈسکوری میں۔</w:t>
      </w:r>
    </w:p>
    <w:p>
      <w:r>
        <w:rPr>
          <w:b/>
        </w:rPr>
        <w:t xml:space="preserve">[31:48] </w:t>
      </w:r>
      <w:r>
        <w:t>bhook lage to lage, kapra badan par nahi hai to dar rahe, ghar nahi hai to na ho, log meet kahein to meet kehte rahein, beta bed nahi hai to na ho.</w:t>
      </w:r>
    </w:p>
    <w:p>
      <w:pPr>
        <w:jc w:val="right"/>
      </w:pPr>
      <w:r>
        <w:t>بھوک لگے تو لگے، کپڑا بدن پر نہیں ہے تو ڈر رہے، گھر نہیں ہے تو نہ ہو، لوگ میٹ کہیں تو میٹ کہتے رہیں، بیٹا بیڈ نہیں ہے تو نہ ہو۔</w:t>
      </w:r>
    </w:p>
    <w:p>
      <w:r>
        <w:rPr>
          <w:b/>
        </w:rPr>
        <w:t xml:space="preserve">[31:59] </w:t>
      </w:r>
      <w:r>
        <w:t>to yeh to karte nahi log. dunya dari wali zindagi guzarte</w:t>
      </w:r>
    </w:p>
    <w:p>
      <w:pPr>
        <w:jc w:val="right"/>
      </w:pPr>
      <w:r>
        <w:t>تو یہ تو کرتے نہیں لوگ۔ دنیا داری والی زندگی گزارتے</w:t>
      </w:r>
    </w:p>
    <w:p>
      <w:r>
        <w:rPr>
          <w:b/>
        </w:rPr>
        <w:t xml:space="preserve">[32:05] </w:t>
      </w:r>
      <w:r>
        <w:t>hain, worldly cheezon mein jeete hain aur chahte hain ke mein apna guru khud banun, apna leader khud banun, apna guide khud banun. teen khyalastu, muhalastu, junoon it is impossible.</w:t>
      </w:r>
    </w:p>
    <w:p>
      <w:pPr>
        <w:jc w:val="right"/>
      </w:pPr>
      <w:r>
        <w:t>ہیں، ورلڈلی چیزوں میں جیتے ہیں اور چاہتے ہیں کہ میں اپنا گرو خود بنوں، اپنا لیڈر خود بنوں، اپنا گائیڈ خود بنوں۔ تین خیالستو، محالستو، جنوں اٹ از امپاسیبل۔</w:t>
      </w:r>
    </w:p>
    <w:p>
      <w:r>
        <w:rPr>
          <w:b/>
        </w:rPr>
        <w:t xml:space="preserve">[32:22] </w:t>
      </w:r>
      <w:r>
        <w:t>dekhiye, mein aap ko chand aik misaal doon ga is baat ko aur clear karne ke liye. quran ki aik ayat hai, woh bohat hi important ayat hai.</w:t>
      </w:r>
    </w:p>
    <w:p>
      <w:pPr>
        <w:jc w:val="right"/>
      </w:pPr>
      <w:r>
        <w:t>دیکھیے، میں آپ کو چند ایک مثال دوں گا اس بات کو اور کلیئر کرنے کے لیے۔ قرآن کی ایک آیت ہے، وہ بہت ہی امپورٹنٹ آیت ہے۔</w:t>
      </w:r>
    </w:p>
    <w:p>
      <w:r>
        <w:rPr>
          <w:b/>
        </w:rPr>
        <w:t xml:space="preserve">[32:34] </w:t>
      </w:r>
      <w:r>
        <w:t>dekhiye, satan ne jo quran mein jo qissa bataya gaya hai ke khuda ne insaan ko banaya, to satan jo hai, woh woh us ne accept nahi kiya insaan ki.</w:t>
      </w:r>
    </w:p>
    <w:p>
      <w:pPr>
        <w:jc w:val="right"/>
      </w:pPr>
      <w:r>
        <w:t>دیکھیے، سیٹن نے جو قرآن میں جو قصہ بتایا گیا ہے کہ خدا نے انسان کو بنایا، تو سیٹن جو ہے، وہ وہ اس نے ایکسیپٹ نہیں کیا انسان کی۔</w:t>
      </w:r>
    </w:p>
    <w:p>
      <w:r>
        <w:rPr>
          <w:b/>
        </w:rPr>
        <w:t xml:space="preserve">[32:50] </w:t>
      </w:r>
      <w:r>
        <w:t>insaan ko us ne kaha ke mein insaan ko behkaoon ga, mein insaan ko behkaoon ga, poori history mein mein insaan ko behka kar rahoon ga,</w:t>
      </w:r>
    </w:p>
    <w:p>
      <w:pPr>
        <w:jc w:val="right"/>
      </w:pPr>
      <w:r>
        <w:t>انسان کو اس نے کہا کہ میں انسان کو بہکاؤں گا، میں انسان کو بہکاؤں گا، پوری ہسٹری میں میں انسان کو بہکا کر رہوں گا،</w:t>
      </w:r>
    </w:p>
    <w:p>
      <w:r>
        <w:rPr>
          <w:b/>
        </w:rPr>
        <w:t xml:space="preserve">[33:02] </w:t>
      </w:r>
      <w:r>
        <w:t>kisi ko khuda ke rastay pe chalne nahi doon ga. to us ne kaha tha: "la qadna lahum sirat al mustaqeem".</w:t>
      </w:r>
    </w:p>
    <w:p>
      <w:pPr>
        <w:jc w:val="right"/>
      </w:pPr>
      <w:r>
        <w:t>کسی کو خدا کے راستے پہ چلنے نہیں دوں گا۔ تو اس نے کہا تھا: "لا قدن لہم صراط المستقیم"۔</w:t>
      </w:r>
    </w:p>
    <w:p>
      <w:r>
        <w:rPr>
          <w:b/>
        </w:rPr>
        <w:t xml:space="preserve">[33:12] </w:t>
      </w:r>
      <w:r>
        <w:t>is satan ne koi challenge diya:</w:t>
      </w:r>
    </w:p>
    <w:p>
      <w:pPr>
        <w:jc w:val="right"/>
      </w:pPr>
      <w:r>
        <w:t>اس سیٹن نے کوئی چیلنج دیا:</w:t>
      </w:r>
    </w:p>
    <w:p>
      <w:r>
        <w:rPr>
          <w:b/>
        </w:rPr>
        <w:t xml:space="preserve">[33:16] </w:t>
      </w:r>
      <w:r>
        <w:t>"la qadna lahum sirat al mustaqeem". mein un insanon ke rastay par baithoon ga, un ko behkaoon ga:</w:t>
      </w:r>
    </w:p>
    <w:p>
      <w:pPr>
        <w:jc w:val="right"/>
      </w:pPr>
      <w:r>
        <w:t>"لا قدن لہم صراط المستقیم"۔ میں ان انسانوں کے راستے پر بیٹھوں گا، ان کو بہکاؤں گا:</w:t>
      </w:r>
    </w:p>
    <w:p>
      <w:r>
        <w:rPr>
          <w:b/>
        </w:rPr>
        <w:t xml:space="preserve">[33:26] </w:t>
      </w:r>
      <w:r>
        <w:t>"la qadna lahum sirat al mustaqeem". i shall lie in ambush for them in your straight path. mein ambush karoon ga, har aadmi ko ghaat mein lagoon ga, har aadmi ko behka kar rahoon ga.</w:t>
      </w:r>
    </w:p>
    <w:p>
      <w:pPr>
        <w:jc w:val="right"/>
      </w:pPr>
      <w:r>
        <w:t>"لا قدن لہم صراط المستقیم"۔ ائی شیل لائی این ایمبش فار دیم ان یور اسٹیٹ پاتھ۔ میں ایمبش کروں گا، ہر آدمی کو گھات میں لگوں گا، ہر آدمی کو بہکا کر رہوں گا۔</w:t>
      </w:r>
    </w:p>
    <w:p>
      <w:r>
        <w:rPr>
          <w:b/>
        </w:rPr>
        <w:t xml:space="preserve">[33:43] </w:t>
      </w:r>
      <w:r>
        <w:t>us ko samjhiye ke kya cheez hai, us ko samjhiye ke kya cheez hai.</w:t>
      </w:r>
    </w:p>
    <w:p>
      <w:pPr>
        <w:jc w:val="right"/>
      </w:pPr>
      <w:r>
        <w:t>اس کو سمجھئے کہ کیا چیز ہے، اس کو سمجھئے کہ کیا چیز ہے۔</w:t>
      </w:r>
    </w:p>
    <w:p>
      <w:r>
        <w:rPr>
          <w:b/>
        </w:rPr>
        <w:t xml:space="preserve">[33:49] </w:t>
      </w:r>
      <w:r>
        <w:t>woh hai yeh ke zindagi mein har moment aap kahein na kahein point of deviation aata hai. aik hai straight path, aik hai deviation.</w:t>
      </w:r>
    </w:p>
    <w:p>
      <w:pPr>
        <w:jc w:val="right"/>
      </w:pPr>
      <w:r>
        <w:t>وہ ہے یہ کہ زندگی میں ہر مومنٹ آپ کہیں نہ کہیں پوائنٹ آف ڈیوی ایشن آتا ہے۔ ایک ہے اسٹیٹ پاتھ، ایک ہے ڈیوی ایشن۔</w:t>
      </w:r>
    </w:p>
    <w:p>
      <w:r>
        <w:rPr>
          <w:b/>
        </w:rPr>
        <w:t xml:space="preserve">[34:00] </w:t>
      </w:r>
      <w:r>
        <w:t>yeh quran mein bataya gaya hai ke ek hai state path zindagi ka, ek hai deviation. to har lamha aap ko ek point of deviation aata hai ke aap hat jaen,</w:t>
      </w:r>
    </w:p>
    <w:p>
      <w:pPr>
        <w:jc w:val="right"/>
      </w:pPr>
      <w:r>
        <w:t>یہ قرآن میں بتایا گیا ہے کہ ایک ہے اسٹیٹ پاتھ زندگی کا، ایک ہے ڈیوی ایشن۔ تو ہر لمحہ آپ کو ایک پوائنٹ آف ڈیوی ایشن آتا ہے کہ آپ ہٹ جائیں،</w:t>
      </w:r>
    </w:p>
    <w:p>
      <w:r>
        <w:rPr>
          <w:b/>
        </w:rPr>
        <w:t xml:space="preserve">[34:16] </w:t>
      </w:r>
      <w:r>
        <w:t>state path se aap hat jaen.</w:t>
      </w:r>
    </w:p>
    <w:p>
      <w:pPr>
        <w:jc w:val="right"/>
      </w:pPr>
      <w:r>
        <w:t>اسٹیٹ پاتھ سے آپ ہٹ جائیں۔</w:t>
      </w:r>
    </w:p>
    <w:p>
      <w:r>
        <w:rPr>
          <w:b/>
        </w:rPr>
        <w:t xml:space="preserve">[34:18] </w:t>
      </w:r>
      <w:r>
        <w:t>har din, har raat aap ko point of deviation aata hai. wahan par koi chahiye batane wala aap ko,</w:t>
      </w:r>
    </w:p>
    <w:p>
      <w:pPr>
        <w:jc w:val="right"/>
      </w:pPr>
      <w:r>
        <w:t>ہر دن، ہر رات آپ کو پوائنٹ آف ڈیوی ایشن آتا ہے۔ وہاں پر کوئی چاہیے بتانے والا آپ کو،</w:t>
      </w:r>
    </w:p>
    <w:p>
      <w:r>
        <w:rPr>
          <w:b/>
        </w:rPr>
        <w:t xml:space="preserve">[34:28] </w:t>
      </w:r>
      <w:r>
        <w:t>woh aap ko guide karne wala chahiye. nahin to aap deviate kar ke idhar chale jaen ge, idhar chale jaen ge aur apne ko destroy kar den ge. is ko mein batata hoon chand ek example se.</w:t>
      </w:r>
    </w:p>
    <w:p>
      <w:pPr>
        <w:jc w:val="right"/>
      </w:pPr>
      <w:r>
        <w:t>وہ آپ کو گائیڈ کرنے والا چاہیے۔ نہیں تو آپ ڈیویٹ کر کے ادھر چلے جائیں گے، ادھر چلے جائیں گے اور اپنے کو ڈسٹرائے کر دیں گے۔ اس کو میں بتاتا ہوں چند ایک ایگزامپل سے۔</w:t>
      </w:r>
    </w:p>
    <w:p>
      <w:r>
        <w:rPr>
          <w:b/>
        </w:rPr>
        <w:t xml:space="preserve">[34:41] </w:t>
      </w:r>
      <w:r>
        <w:t>prophet ke zamane mein aap jante hain ke aap ko prophethood mili 610 AD mein. thirteen years tak aap makkah mein rahe, phir madinah chale gae.</w:t>
      </w:r>
    </w:p>
    <w:p>
      <w:pPr>
        <w:jc w:val="right"/>
      </w:pPr>
      <w:r>
        <w:t>پرافٹ کے زمانے میں آپ جانتے ہیں کہ آپ کو پرافٹ ہڈ ملی 610 اے ڈی میں۔ تھرٹین ایئرز تک آپ مکہ میں رہے، پھر مدینہ چلے گئے۔</w:t>
      </w:r>
    </w:p>
    <w:p>
      <w:r>
        <w:rPr>
          <w:b/>
        </w:rPr>
        <w:t xml:space="preserve">[34:55] </w:t>
      </w:r>
      <w:r>
        <w:t>to makkah mein us waqt jo hai mushrik logon ka, wohi log chhaye hue the. unhon ne bohat sataya, bohat sataya, bohat sataya, bohat zulm kiya.</w:t>
      </w:r>
    </w:p>
    <w:p>
      <w:pPr>
        <w:jc w:val="right"/>
      </w:pPr>
      <w:r>
        <w:t>تو مکہ میں اس وقت جو ہے مشرک لوگوں کا، وہی لوگ چھائے ہوئے تھے۔ انہوں نے بہت ستایا، بہت ستایا، بہت ستایا، بہت ظلم کیا۔</w:t>
      </w:r>
    </w:p>
    <w:p>
      <w:r>
        <w:rPr>
          <w:b/>
        </w:rPr>
        <w:t xml:space="preserve">[35:07] </w:t>
      </w:r>
      <w:r>
        <w:t>to us waqt jo log the makkah mein, aap ke saathi aur kuch makkah ke bahar bhi the, aap ke saathi, un logon ne kaha ke hum in se laren ge, yeh zulm kar rahe hain, itna zulm kar rahe hain, hum in se laren ge, in se hum bare baghair ladhe nahin rahen ge.</w:t>
      </w:r>
    </w:p>
    <w:p>
      <w:pPr>
        <w:jc w:val="right"/>
      </w:pPr>
      <w:r>
        <w:t>تو اس وقت جو لوگ تھے مکہ میں، آپ کے ساتھی اور کچھ مکہ کے باہر بھی تھے، آپ کے ساتھی، ان لوگوں نے کہا کہ ہم ان سے لڑیں گے، یہ ظلم کر رہے ہیں، اتنا ظلم کر رہے ہیں، ہم ان سے لڑیں گے، ان سے ہم بڑے بغیر لڑے نہیں رہیں گے۔</w:t>
      </w:r>
    </w:p>
    <w:p>
      <w:r>
        <w:rPr>
          <w:b/>
        </w:rPr>
        <w:t xml:space="preserve">[35:24] </w:t>
      </w:r>
      <w:r>
        <w:t>hazrat umar bare zabardast aadmi the, bohat pehalwan aadmi the. unhon ne direct kaha rasool Allah se ke hum laren ge in se. jante hain kya rasool Allah ne kaha us waqt?</w:t>
      </w:r>
    </w:p>
    <w:p>
      <w:pPr>
        <w:jc w:val="right"/>
      </w:pPr>
      <w:r>
        <w:t>حضرت عمر بڑے زبردست آدمی تھے، بہت پہلوان آدمی تھے۔ انہوں نے ڈائریکٹ کہا رسول اللہ سے کہ ہم لڑیں گے ان سے۔ جانتے ہیں کیا رسول اللہ نے کہا اس وقت؟</w:t>
      </w:r>
    </w:p>
    <w:p>
      <w:r>
        <w:rPr>
          <w:b/>
        </w:rPr>
        <w:t xml:space="preserve">[35:37] </w:t>
      </w:r>
      <w:r>
        <w:t>woh aap ne kaha ke: "ya umar, ana qaleel". "ya umar, ana qaleel". aey umar, hum thore hain. yeh tha point of deviation.</w:t>
      </w:r>
    </w:p>
    <w:p>
      <w:pPr>
        <w:jc w:val="right"/>
      </w:pPr>
      <w:r>
        <w:t>وہ آپ نے کہا کہ: "یا عمر، انا قلیل"۔ "یا عمر، انا قلیل"۔ اے عمر، ہم تھوڑے ہیں۔ یہ تھا پوائنٹ آف ڈیوی ایشن۔</w:t>
      </w:r>
    </w:p>
    <w:p>
      <w:r>
        <w:rPr>
          <w:b/>
        </w:rPr>
        <w:t xml:space="preserve">[35:49] </w:t>
      </w:r>
      <w:r>
        <w:t>yani in logon ne, yeh jo log the, unhon ne zulm ko dekha, result ko nahin socha ke us waqt woh log chhaye hue the, wahan par un ke paas sab kuch tha aur un logon ke paas to kuch bhi nahin tha.</w:t>
      </w:r>
    </w:p>
    <w:p>
      <w:pPr>
        <w:jc w:val="right"/>
      </w:pPr>
      <w:r>
        <w:t>یعنی ان لوگوں نے، یہ جو لوگ تھے، انہوں نے ظلم کو دیکھا، رزلٹ کو نہیں سوچا کہ اس وقت وہ لوگ چھائے ہوئے تھے، وہاں پر ان کے پاس سب کچھ تھا اور ان لوگوں کے پاس تو کچھ بھی نہیں تھا۔</w:t>
      </w:r>
    </w:p>
    <w:p>
      <w:r>
        <w:rPr>
          <w:b/>
        </w:rPr>
        <w:t xml:space="preserve">[36:05] </w:t>
      </w:r>
      <w:r>
        <w:t>agar laren ge, yeh to kya hoga?</w:t>
      </w:r>
    </w:p>
    <w:p>
      <w:pPr>
        <w:jc w:val="right"/>
      </w:pPr>
      <w:r>
        <w:t>اگر لڑ جاتے ہیں، یہ تو کیا ہوگا؟</w:t>
      </w:r>
    </w:p>
    <w:p>
      <w:r>
        <w:rPr>
          <w:b/>
        </w:rPr>
        <w:t xml:space="preserve">[36:10] </w:t>
      </w:r>
      <w:r>
        <w:t>result is ka negative banega, niklega. to rasool Allah ne is ko result ke aspect se dekha, un logon ne is ko zulm ke aspect se dekha. jaise aap dekhen, kashmir bhi dekhen.</w:t>
      </w:r>
    </w:p>
    <w:p>
      <w:pPr>
        <w:jc w:val="right"/>
      </w:pPr>
      <w:r>
        <w:t>رزلٹ اس کا نیگیٹو بنے گا، نکلے گا۔ تو رسول اللہ نے اس کو رزلٹ کے اسپیکٹ سے دیکھا، ان لوگوں نے اس کو ظلم کے اسپیکٹ سے دیکھا۔ جیسے آپ دیکھیں، کشمیر بھی دیکھیں۔</w:t>
      </w:r>
    </w:p>
    <w:p>
      <w:r>
        <w:rPr>
          <w:b/>
        </w:rPr>
        <w:t xml:space="preserve">[36:21] </w:t>
      </w:r>
      <w:r>
        <w:t>kashmir walon ne koi yeh occupation ke aspect se dekha, india ka occupation hai, nahin hona chahiye, lekin result ke aspect se nahin dekha.</w:t>
      </w:r>
    </w:p>
    <w:p>
      <w:pPr>
        <w:jc w:val="right"/>
      </w:pPr>
      <w:r>
        <w:t>کشمیر والوں نے کوئی یہ اکوپیشن کے اسپیکٹ سے دیکھا، انڈیا کا اکوپیشن ہے، نہیں ہونا چاہیے، لیکن رزلٹ کے اسپیکٹ سے نہیں دیکھا۔</w:t>
      </w:r>
    </w:p>
    <w:p>
      <w:r>
        <w:rPr>
          <w:b/>
        </w:rPr>
        <w:t xml:space="preserve">[36:30] </w:t>
      </w:r>
      <w:r>
        <w:t>aaj kashmir ek tabah ho gaya, tabah state hai,</w:t>
      </w:r>
    </w:p>
    <w:p>
      <w:pPr>
        <w:jc w:val="right"/>
      </w:pPr>
      <w:r>
        <w:t>آج کشمیر ایک تباہ ہو گیا، تباہ اسٹیٹ ہے،</w:t>
      </w:r>
    </w:p>
    <w:p>
      <w:r>
        <w:rPr>
          <w:b/>
        </w:rPr>
        <w:t xml:space="preserve">[36:34] </w:t>
      </w:r>
      <w:r>
        <w:t>sab kuch destroy ho gaya. woh bimar hon to medical, aaj koi acha hospital nahin hai, daur ke log delhi ate hain, un ka safety interest hi tabah ho gayi, education system tabah ho gaya.</w:t>
      </w:r>
    </w:p>
    <w:p>
      <w:pPr>
        <w:jc w:val="right"/>
      </w:pPr>
      <w:r>
        <w:t>سب کچھ ڈسٹرائے ہو گئی۔ وہ بیمار ہوں تو میڈیکل، آج کوئی اچھا ہاسپٹل نہیں ہے، دوڑ کے لوگ دہلی آتے ہیں، ان کا سیفٹی انٹرسٹ ہی تباہ ہو گئی، ایجوکیشن سسٹم تباہ ہو گیا۔</w:t>
      </w:r>
    </w:p>
    <w:p>
      <w:r>
        <w:rPr>
          <w:b/>
        </w:rPr>
        <w:t xml:space="preserve">[36:49] </w:t>
      </w:r>
      <w:r>
        <w:t>to agar kashmir wale sochte hain result ke aspect se to woh sochte hain ke hum ek regular army se larr nahin sakte. india ek regular army hai, hum kya is ka larr sakte hain?</w:t>
      </w:r>
    </w:p>
    <w:p>
      <w:pPr>
        <w:jc w:val="right"/>
      </w:pPr>
      <w:r>
        <w:t>تو اگر کشمیر والے سوچتے ہیں رزلٹ کے اسپیکٹ سے تو وہ سوچتے ہیں کہ ہم ایک ریگولر آرمی سے لڑ نہیں سکتے۔ انڈیا ایک ریگولر آرمی ہے، ہم کیا اس کا لڑ سکتے ہیں؟</w:t>
      </w:r>
    </w:p>
    <w:p>
      <w:r>
        <w:rPr>
          <w:b/>
        </w:rPr>
        <w:t xml:space="preserve">[37:00] </w:t>
      </w:r>
      <w:r>
        <w:t>is se</w:t>
      </w:r>
    </w:p>
    <w:p>
      <w:pPr>
        <w:jc w:val="right"/>
      </w:pPr>
      <w:r>
        <w:t>اس سے</w:t>
      </w:r>
    </w:p>
    <w:p>
      <w:r>
        <w:rPr>
          <w:b/>
        </w:rPr>
        <w:t xml:space="preserve">[37:02] </w:t>
      </w:r>
      <w:r>
        <w:t>result ke aspect se dekhte to kabhi na larte. ek afsar ne un ko kaha ke aap occupation, occupation, occupation to larr gae.</w:t>
      </w:r>
    </w:p>
    <w:p>
      <w:pPr>
        <w:jc w:val="right"/>
      </w:pPr>
      <w:r>
        <w:t>رزلٹ کے اسپیکٹ سے دیکھتے تو کبھی نہ لڑتے۔ ایک افسر نے ان کو کہا کہ آپ اکوپیشن، اکوپیشن، اکوپیشن تو لڑ گئے۔</w:t>
      </w:r>
    </w:p>
    <w:p>
      <w:r>
        <w:rPr>
          <w:b/>
        </w:rPr>
        <w:t xml:space="preserve">[37:11] </w:t>
      </w:r>
      <w:r>
        <w:t>aaj tabah bane baithe hain, palestine mein hi hai, wahan bhi larr gae, tabah ho kar reh gae. to rasool Allah ne se unhon ne kaha ke hum to larr gae.</w:t>
      </w:r>
    </w:p>
    <w:p>
      <w:pPr>
        <w:jc w:val="right"/>
      </w:pPr>
      <w:r>
        <w:t>آج تباہ بنے بیٹھے ہیں، فلسطین میں ہی ہے، وہاں بھی لڑ گئے، تباہ ہو کر رہ گئے۔ تو رسول اللہ نے سے انہوں نے کہا کہ ہم تو لڑے گئے۔</w:t>
      </w:r>
    </w:p>
    <w:p>
      <w:r>
        <w:rPr>
          <w:b/>
        </w:rPr>
        <w:t xml:space="preserve">[37:21] </w:t>
      </w:r>
      <w:r>
        <w:t>to aap ne kaha ke: "ya umar, ana qaleel". hum thore hain, hum kamzor hain,</w:t>
      </w:r>
    </w:p>
    <w:p>
      <w:pPr>
        <w:jc w:val="right"/>
      </w:pPr>
      <w:r>
        <w:t>تو آپ نے کہا کہ: "یا عمر، انا قلیل"۔ ہم تھوڑے ہیں، ہم کمزور ہیں،</w:t>
      </w:r>
    </w:p>
    <w:p>
      <w:r>
        <w:rPr>
          <w:b/>
        </w:rPr>
        <w:t xml:space="preserve">[37:29] </w:t>
      </w:r>
      <w:r>
        <w:t>un ke paas sab kuch, sari taqat hai, un ke paas hai. yani rasool Allah ne dekha is mamle ko result ke aspect se, unhon ne dekha is ko zulm ke aspect se.</w:t>
      </w:r>
    </w:p>
    <w:p>
      <w:pPr>
        <w:jc w:val="right"/>
      </w:pPr>
      <w:r>
        <w:t>ان کے پاس سب کچھ، ساری طاقت ہے، ان کے پاس ہے۔ یعنی رسول اللہ نے دیکھا اس معاملے کو رزلٹ کے اسپیکٹ سے، انہوں نے دیکھا اس کو ظلم کے اسپیکٹ سے۔</w:t>
      </w:r>
    </w:p>
    <w:p>
      <w:r>
        <w:rPr>
          <w:b/>
        </w:rPr>
        <w:t xml:space="preserve">[37:39] </w:t>
      </w:r>
      <w:r>
        <w:t>yeh tha point of deviation, yahi tha point of deviation. yani is ko zulm ke angle se na dekho, result ke angle se dekho,</w:t>
      </w:r>
    </w:p>
    <w:p>
      <w:pPr>
        <w:jc w:val="right"/>
      </w:pPr>
      <w:r>
        <w:t>یہ تھا پوائنٹ آف ڈیوی ایشن، یہی تھا پوائنٹ آف ڈیوی ایشن۔ یعنی اس کو ظلم کے اینگل سے نہ دیکھو، رزلٹ کے اینگل سے دیکھو،</w:t>
      </w:r>
    </w:p>
    <w:p>
      <w:r>
        <w:rPr>
          <w:b/>
        </w:rPr>
        <w:t xml:space="preserve">[37:52] </w:t>
      </w:r>
      <w:r>
        <w:t>zulm ke angle se na dekho, result ke angle se dekho. to zindagi mein bar bar, bar bar point of deviation aata hai.</w:t>
      </w:r>
    </w:p>
    <w:p>
      <w:pPr>
        <w:jc w:val="right"/>
      </w:pPr>
      <w:r>
        <w:t>ظلم کے اینگل سے نہ دیکھو، رزلٹ کے اینگل سے دیکھو۔ تو زندگی میں بار بار، بار بار پوائنٹ آف ڈیوی ایشن آتا ہے۔</w:t>
      </w:r>
    </w:p>
    <w:p>
      <w:r>
        <w:rPr>
          <w:b/>
        </w:rPr>
        <w:t xml:space="preserve">[38:01] </w:t>
      </w:r>
      <w:r>
        <w:t>jaise aaj kal larkay larkiyan hain, school mein college mein parh rahe hain, yeh dosti ho gayi, ab dosti ho gayi, ab love love effort chala, ab bas shadi kar li.</w:t>
      </w:r>
    </w:p>
    <w:p>
      <w:pPr>
        <w:jc w:val="right"/>
      </w:pPr>
      <w:r>
        <w:t>جیسے آج کل لڑکے لڑکیاں ہیں، اسکول میں کالج میں پڑھ رہے ہیں، یہ دوستی ہو گئی، اب دوستی ہو گئی، اب لو لو ایفرٹ چلا، اب بس شادی کر لی۔</w:t>
      </w:r>
    </w:p>
    <w:p>
      <w:r>
        <w:rPr>
          <w:b/>
        </w:rPr>
        <w:t xml:space="preserve">[38:15] </w:t>
      </w:r>
      <w:r>
        <w:t>ab one to all sab tabah hote hain, love effort aakhir mein ja kar ke tootti hai, zindagi pareshan hoti hai, kitne suicide kar lete hain.</w:t>
      </w:r>
    </w:p>
    <w:p>
      <w:pPr>
        <w:jc w:val="right"/>
      </w:pPr>
      <w:r>
        <w:t>اب ون ٹو آر سب تباہ ہوتے ہیں، لو ایفرٹ آخر میں جا کر کے ٹوٹتی ہے، زندگی پریشان ہوتی ہے، کتنے سوسائیڈ کر لیتے ہیں۔</w:t>
      </w:r>
    </w:p>
    <w:p>
      <w:r>
        <w:rPr>
          <w:b/>
        </w:rPr>
        <w:t xml:space="preserve">[38:24] </w:t>
      </w:r>
      <w:r>
        <w:t>kyun? woh bhool jaate hain ke shadi jo hai, do culture ke beech mein hoti hai.</w:t>
      </w:r>
    </w:p>
    <w:p>
      <w:pPr>
        <w:jc w:val="right"/>
      </w:pPr>
      <w:r>
        <w:t>کیوں؟ وہ بھول جاتے ہیں کہ شادی جو ہے، دو کلچر کے بیچ میں ہوتی ہے۔</w:t>
      </w:r>
    </w:p>
    <w:p>
      <w:r>
        <w:rPr>
          <w:b/>
        </w:rPr>
        <w:t xml:space="preserve">[38:30] </w:t>
      </w:r>
      <w:r>
        <w:t>ek muslim ladka hai, muslim culture mein pala badha hai, ek hindu ladka, woh hindu culture mein pala badha hai. to do culture ke beech mein shadi hoti hai.</w:t>
      </w:r>
    </w:p>
    <w:p>
      <w:pPr>
        <w:jc w:val="right"/>
      </w:pPr>
      <w:r>
        <w:t>ایک مسلم لڑکا ہے، مسلم کلچر میں پلا بڑھا ہے، ایک ہندو لڑکا، وہ ہندو کلچر میں پلا بڑھا ہے۔ تو دو کلچر کے بیچ میں شادی ہوتی ہے۔</w:t>
      </w:r>
    </w:p>
    <w:p>
      <w:r>
        <w:rPr>
          <w:b/>
        </w:rPr>
        <w:t xml:space="preserve">[38:39] </w:t>
      </w:r>
      <w:r>
        <w:t>yeh love effort nahi hai, yeh woh to ek temporary phase hai, iska temporary phase. to agar woh sochein isko is angle se ke shadi to poori life ke liye hoti hai,</w:t>
      </w:r>
    </w:p>
    <w:p>
      <w:pPr>
        <w:jc w:val="right"/>
      </w:pPr>
      <w:r>
        <w:t>یہ لو ایفرٹ نہیں ہے، یہ وہ تو ایک ٹیمپریری فیز ہے، اس کا ٹیمپریری فیز۔ تو اگر وہ سوچیں اس کو اس اینگل سے کہ شادی تو پوری لائف کے لیے ہوتی ہے،</w:t>
      </w:r>
    </w:p>
    <w:p>
      <w:r>
        <w:rPr>
          <w:b/>
        </w:rPr>
        <w:t xml:space="preserve">[38:55] </w:t>
      </w:r>
      <w:r>
        <w:t>to poori life kahin chalegi?</w:t>
      </w:r>
    </w:p>
    <w:p>
      <w:pPr>
        <w:jc w:val="right"/>
      </w:pPr>
      <w:r>
        <w:t>تو پوری لائف کہیں چلے گی؟</w:t>
      </w:r>
    </w:p>
    <w:p>
      <w:r>
        <w:rPr>
          <w:b/>
        </w:rPr>
        <w:t xml:space="preserve">[38:58] </w:t>
      </w:r>
      <w:r>
        <w:t>woh apni family se cut jayega, ab main apni family se cut jaunga. kaha hum hawa mein rahenge.</w:t>
      </w:r>
    </w:p>
    <w:p>
      <w:pPr>
        <w:jc w:val="right"/>
      </w:pPr>
      <w:r>
        <w:t>وہ اپنی فیملی سے کٹ جائے گا، اب میں اپنی فیملی سے کٹ جاؤں گا۔ کہا ہم ہوا میں رہیں گے۔</w:t>
      </w:r>
    </w:p>
    <w:p>
      <w:r>
        <w:rPr>
          <w:b/>
        </w:rPr>
        <w:t xml:space="preserve">[39:05] </w:t>
      </w:r>
      <w:r>
        <w:t>to practical aspect ko na dekh kar ke sirf emotional aspect ko dekhte hain. aaj ke ladke ladkiyan jo hain, love effort kya hai?</w:t>
      </w:r>
    </w:p>
    <w:p>
      <w:pPr>
        <w:jc w:val="right"/>
      </w:pPr>
      <w:r>
        <w:t>تو پریکٹیکل اسپیکٹ کو نہ دیکھ کر کے صرف ایموشنل اسپیکٹ کو دیکھتے ہیں۔ آج کے لڑکے لڑکیاں جو ہیں، لو ایفرٹ کیا ہے؟</w:t>
      </w:r>
    </w:p>
    <w:p>
      <w:r>
        <w:rPr>
          <w:b/>
        </w:rPr>
        <w:t xml:space="preserve">[39:13] </w:t>
      </w:r>
      <w:r>
        <w:t>love effort yeh hai ke cheez ko practical aspect se na dekhna, emotional aspect se dekhna. isi ka naam hai love affair.</w:t>
      </w:r>
    </w:p>
    <w:p>
      <w:pPr>
        <w:jc w:val="right"/>
      </w:pPr>
      <w:r>
        <w:t>لو ایفرٹ یہ ہے کہ چیز کو پریکٹیکل اسپیکٹ سے نہ دیکھنا، ایموشنل اسپیکٹ سے دیکھنا۔ اسی کا نام ہے لو افیئر۔</w:t>
      </w:r>
    </w:p>
    <w:p>
      <w:r>
        <w:rPr>
          <w:b/>
        </w:rPr>
        <w:t xml:space="preserve">[39:24] </w:t>
      </w:r>
      <w:r>
        <w:t>warna sari love effort ko woh ho jaati hain, yaani koi successful nahi hoti. yahan se le ke america tak har jagah.</w:t>
      </w:r>
    </w:p>
    <w:p>
      <w:pPr>
        <w:jc w:val="right"/>
      </w:pPr>
      <w:r>
        <w:t>ورنہ ساری لو ایفرٹ کو وہ ہو جاتی ہیں، یعنی کوئی سکسیس فل نہیں ہوتی۔ یہاں سے لے کے امریکہ تک ہر جگہ۔</w:t>
      </w:r>
    </w:p>
    <w:p>
      <w:r>
        <w:rPr>
          <w:b/>
        </w:rPr>
        <w:t xml:space="preserve">[39:36] </w:t>
      </w:r>
      <w:r>
        <w:t>main italy mein gaya, italy mein ek ek sahib ke haan mein gaya, ek lady ke haan. woh bahut achha ghar tha, bahut.</w:t>
      </w:r>
    </w:p>
    <w:p>
      <w:pPr>
        <w:jc w:val="right"/>
      </w:pPr>
      <w:r>
        <w:t>میں اٹلی میں گیا، اٹلی میں ایک ایک صاحب کے ہاں میں گیا، ایک لیڈی کے ہاں۔ وہ بہت اچھا گھر تھا، بہت۔</w:t>
      </w:r>
    </w:p>
    <w:p>
      <w:r>
        <w:rPr>
          <w:b/>
        </w:rPr>
        <w:t xml:space="preserve">[39:48] </w:t>
      </w:r>
      <w:r>
        <w:t>to mujhe apne ghar le gayeen, mujhe ek raat wahan guzarna tha.</w:t>
      </w:r>
    </w:p>
    <w:p>
      <w:pPr>
        <w:jc w:val="right"/>
      </w:pPr>
      <w:r>
        <w:t>تو مجھے اپنے گھر لے گئیں، مجھے ایک رات وہاں گزارنا تھا۔</w:t>
      </w:r>
    </w:p>
    <w:p>
      <w:r>
        <w:rPr>
          <w:b/>
        </w:rPr>
        <w:t xml:space="preserve">[39:52] </w:t>
      </w:r>
      <w:r>
        <w:t>ghar mein saman bhara hua tha, sab tarah tarah ke khilone, tarah tarah ke tamashe. to pata chala ke unki love effort hui, shadi hui, phir break ho gaya.</w:t>
      </w:r>
    </w:p>
    <w:p>
      <w:pPr>
        <w:jc w:val="right"/>
      </w:pPr>
      <w:r>
        <w:t>گھر میں سامان بھرا ہوا تھا، سب طرح طرح کے کھلونے، طرح طرح کے تماشے۔ تو پتہ کیا چلا کہ ان کی لو ایفرٹ ہوئی، شادی ہوئی، پھر بریک ہو گیا۔</w:t>
      </w:r>
    </w:p>
    <w:p>
      <w:r>
        <w:rPr>
          <w:b/>
        </w:rPr>
        <w:t xml:space="preserve">[40:04] </w:t>
      </w:r>
      <w:r>
        <w:t>woh aadmi kahenge, yeh aadmi kahenge. ab saman ghar mein bharkar ke is se bhlati hain, woh isi mein, isi mein bhooli rehti hain.</w:t>
      </w:r>
    </w:p>
    <w:p>
      <w:pPr>
        <w:jc w:val="right"/>
      </w:pPr>
      <w:r>
        <w:t>وہ آدمی کہیں گے، یہ آدمی کہیں گے۔ اب سامان گھر میں بھر کر کے اس سے بھلاتی ہیں، وہ اسی میں، اسی میں بھولی رہتی ہیں۔</w:t>
      </w:r>
    </w:p>
    <w:p>
      <w:r>
        <w:rPr>
          <w:b/>
        </w:rPr>
        <w:t xml:space="preserve">[40:13] </w:t>
      </w:r>
      <w:r>
        <w:t>yeh saman, woh saman, yeh tamasha, woh tamasha. aise hi sab ka haal hai. to love effort kis cheez ka naam hai?</w:t>
      </w:r>
    </w:p>
    <w:p>
      <w:pPr>
        <w:jc w:val="right"/>
      </w:pPr>
      <w:r>
        <w:t>یہ سامان، وہ سامان، یہ تماشا، وہ تماشا۔ ایسے ہی سب کا حال ہے۔ تو لو ایفرٹ کس چیز کا نام ہے؟</w:t>
      </w:r>
    </w:p>
    <w:p>
      <w:r>
        <w:rPr>
          <w:b/>
        </w:rPr>
        <w:t xml:space="preserve">[40:22] </w:t>
      </w:r>
      <w:r>
        <w:t>cheez ko emotional aspect se dekhna, practical aspect se na dekhna. nateeja kya hota hai? ke ek temporary khushi ke liye poori zindagi tabah.</w:t>
      </w:r>
    </w:p>
    <w:p>
      <w:pPr>
        <w:jc w:val="right"/>
      </w:pPr>
      <w:r>
        <w:t>چیز کو ایموشنل اسپیکٹ سے دیکھنا، پریکٹیکل اسپیکٹ سے نہ دیکھنا۔ نتیجہ کیا ہوتا ہے؟ کہ ایک ٹیمپریری خوشی کے لیے پوری زندگی تباہ۔</w:t>
      </w:r>
    </w:p>
    <w:p>
      <w:r>
        <w:rPr>
          <w:b/>
        </w:rPr>
        <w:t xml:space="preserve">[40:34] </w:t>
      </w:r>
      <w:r>
        <w:t>to wahan par ek guide chahiye, guide is point of deviation ke baad batane ke liye. is point of deviation par batane ke liye.</w:t>
      </w:r>
    </w:p>
    <w:p>
      <w:pPr>
        <w:jc w:val="right"/>
      </w:pPr>
      <w:r>
        <w:t>تو وہاں پر ایک گائیڈ چاہیے، گائیڈ اس پوائنٹ آف ڈیوی ایشن کے بعد بتانے کے لیے۔ اس پوائنٹ آف ڈیوی ایشن پر بتانے کے لیے۔</w:t>
      </w:r>
    </w:p>
    <w:p>
      <w:r>
        <w:rPr>
          <w:b/>
        </w:rPr>
        <w:t xml:space="preserve">[40:46] </w:t>
      </w:r>
      <w:r>
        <w:t>ek sahib mere paas aate hain, rampur ke. to woh kya karte the?</w:t>
      </w:r>
    </w:p>
    <w:p>
      <w:pPr>
        <w:jc w:val="right"/>
      </w:pPr>
      <w:r>
        <w:t>ایک صاحب میرے پاس آتے ہیں، رام پور کے۔ تو وہ کیا کرتے تھے؟</w:t>
      </w:r>
    </w:p>
    <w:p>
      <w:r>
        <w:rPr>
          <w:b/>
        </w:rPr>
        <w:t xml:space="preserve">[40:57] </w:t>
      </w:r>
      <w:r>
        <w:t>woh bahut zyada logon ko criticize karte the, sab unko dushman bane hue the, sab par criticize karte the. bahut hi out spoken aadmi the.</w:t>
      </w:r>
    </w:p>
    <w:p>
      <w:pPr>
        <w:jc w:val="right"/>
      </w:pPr>
      <w:r>
        <w:t>وہ بہت زیادہ لوگوں کو کریٹیسائز کرتے تھے، سب ان کو دشمن بنے ہوئے تھے، سب پر کریٹیسائز کرتے تھے۔ بہت ہی آؤٹ سپیکن آدمی تھے۔</w:t>
      </w:r>
    </w:p>
    <w:p>
      <w:r>
        <w:rPr>
          <w:b/>
        </w:rPr>
        <w:t xml:space="preserve">[41:07] </w:t>
      </w:r>
      <w:r>
        <w:t>to maine dekha ke yeh padha likha aadmi hai, iska speaking power hai, lekin unwanted bana hua hai apne samaj mein.</w:t>
      </w:r>
    </w:p>
    <w:p>
      <w:pPr>
        <w:jc w:val="right"/>
      </w:pPr>
      <w:r>
        <w:t>تو میں نے دیکھا کہ یہ پڑھا لکھا آدمی ہے، اس کا سپیکنگ پاور ہے، لیکن ان وانٹڈ بنا ہوا ہے اپنے سماج میں۔</w:t>
      </w:r>
    </w:p>
    <w:p>
      <w:r>
        <w:rPr>
          <w:b/>
        </w:rPr>
        <w:t xml:space="preserve">[41:16] </w:t>
      </w:r>
      <w:r>
        <w:t>to maine unko bahut humbling ki, bahut daant pat ki in ki. unhone kaha ke aap zuban ko band kijiye, meethi boli boliye.</w:t>
      </w:r>
    </w:p>
    <w:p>
      <w:pPr>
        <w:jc w:val="right"/>
      </w:pPr>
      <w:r>
        <w:t>تو میں نے ان کو بہت ہیمبرنگ کی، بہت ڈانٹ پٹ کی ان کی۔ انہوں نے کہا کہ آپ زبان کو بند کیجئے، میٹھی بولی بولیے۔</w:t>
      </w:r>
    </w:p>
    <w:p>
      <w:r>
        <w:rPr>
          <w:b/>
        </w:rPr>
        <w:t xml:space="preserve">[41:26] </w:t>
      </w:r>
      <w:r>
        <w:t>bahut zyada humbling ki in ki. to sahib, is ke baad kya hua? ke unko wahan par ek bahut achhi masjid mein imam ho gaye, woh. aur unko maine raaz hayat wali badi kitabein jo hain, is tarah ki raaz hayat wagera kaha ke isi ko padh padh ke aap speech dijiye.</w:t>
      </w:r>
    </w:p>
    <w:p>
      <w:pPr>
        <w:jc w:val="right"/>
      </w:pPr>
      <w:r>
        <w:t>بہت زیادہ ہیمبرنگ کی ان کی۔ تو صاحب، اس کے بعد کیا ہوا؟ کہ ان کو وہاں پر ایک بہت اچھی مسجد میں امام ہو گئے، وہ۔ اور ان کو میں نے راز حیات والی بڑی کتابیں جو ہیں، اس طرح کی راز حیات وغیرہ کہا کہ اسی کو پڑھ پڑھ کے آپ اسپیچ دیجئے۔</w:t>
      </w:r>
    </w:p>
    <w:p>
      <w:r>
        <w:rPr>
          <w:b/>
        </w:rPr>
        <w:t xml:space="preserve">[41:43] </w:t>
      </w:r>
      <w:r>
        <w:t>apni baat kuch na kahiye, aap isi ko kahiye, mera naam mat lijiye. aur maine kaha ke dekhein, yeh sab kijiye aap, to aap ke paas aage aap aayenge to mere paas car par baith ke aayenge.</w:t>
      </w:r>
    </w:p>
    <w:p>
      <w:pPr>
        <w:jc w:val="right"/>
      </w:pPr>
      <w:r>
        <w:t>اپنی بات کچھ نہ کہیے، آپ اسی کو کہیے، میرا نام مت لیجئے۔ اور میں نے کہا کہ دیکھیں، یہ سب کیجئے آپ، تو آپ کے پاس آگے آپ آئیں گے تو میرے پاس کار پر بیٹھ کے آئیں گے۔</w:t>
      </w:r>
    </w:p>
    <w:p>
      <w:r>
        <w:rPr>
          <w:b/>
        </w:rPr>
        <w:t xml:space="preserve">[41:55] </w:t>
      </w:r>
      <w:r>
        <w:t>to unko anokhi baat lagi ke main car, woh car wale aadmi nahi the, ma</w:t>
      </w:r>
    </w:p>
    <w:p>
      <w:pPr>
        <w:jc w:val="right"/>
      </w:pPr>
      <w:r>
        <w:t>تو ان کو انوکھی بات لگی کہ میں کار، وہ کار والے آدمی نہیں تھے، مع</w:t>
      </w:r>
    </w:p>
    <w:p>
      <w:r>
        <w:rPr>
          <w:b/>
        </w:rPr>
        <w:t xml:space="preserve">[42:01] </w:t>
      </w:r>
      <w:r>
        <w:t>mooli mamooli hasiyat ke aadmi the. maine kaha, aage aap aayenge to aap car par baith ke aayenge mere paas, mere formula ko pakad lijie. to sahib, yeh kai saal ki baat ho gayi, ab sach much unke paas car ho gayi.</w:t>
      </w:r>
    </w:p>
    <w:p>
      <w:pPr>
        <w:jc w:val="right"/>
      </w:pPr>
      <w:r>
        <w:t>مولی معمولی حیثیت کے آدمی تھے۔ میں نے کہا، آگے آپ آئیں گے تو آپ کار پر بیٹھ کے آئیں گے میرے پاس، میرے فارمولے کو پکڑ لیجئے۔ تو صاحب، یہ کئی سال کی بات ہو گئی، اب سچ مچ ان کے پاس کار ہو گئی۔</w:t>
      </w:r>
    </w:p>
    <w:p>
      <w:r>
        <w:rPr>
          <w:b/>
        </w:rPr>
        <w:t xml:space="preserve">[42:16] </w:t>
      </w:r>
      <w:r>
        <w:t>bahut hi khushi khushi aaye mere paas ke sahib, mere paas car ho gayi. to kaise? maine yeh pakda tha ke is aadmi ki taraf speaking power hai, lekin apne aap ko west mein daale hue hain.</w:t>
      </w:r>
    </w:p>
    <w:p>
      <w:pPr>
        <w:jc w:val="right"/>
      </w:pPr>
      <w:r>
        <w:t>بہت ہی خوشی خوشی آئے میرے پاس کہ صاحب، میرے پاس کار ہو گئی۔ تو کیسے؟ میں نے یہ پکڑا تھا کہ اس آدمی کی طرف اسپیکنگ پاور ہے، لیکن اپنے آپ کو ویسٹ میں ڈالے ہوئے ہیں۔</w:t>
      </w:r>
    </w:p>
    <w:p>
      <w:r>
        <w:rPr>
          <w:b/>
        </w:rPr>
        <w:t xml:space="preserve">[42:29] </w:t>
      </w:r>
      <w:r>
        <w:t>logon se jhagnna, logon ko criticize karna, sab ko dushman banaye rehna apna. ab jo meri char kitabein hain, raaz hayat, taameer hayat, rehnuma hayat, kitabi zindagi, yeh aql ki baatein hain, is ke andar hain.</w:t>
      </w:r>
    </w:p>
    <w:p>
      <w:pPr>
        <w:jc w:val="right"/>
      </w:pPr>
      <w:r>
        <w:t>لوگوں سے جھگڑنا، لوگوں کو کریٹیسائز کرنا، سب کو دشمن بنائے رہنا اپنا۔ اب جو میری چار کتابیں ہیں، راز حیات، تعمیر حیات، رہنما حیات، کتابی زندگی، یہ عقل کی باتیں ہیں، اس کے اندر ہیں۔</w:t>
      </w:r>
    </w:p>
    <w:p>
      <w:r>
        <w:rPr>
          <w:b/>
        </w:rPr>
        <w:t xml:space="preserve">[42:43] </w:t>
      </w:r>
      <w:r>
        <w:t>to mein ne kaha, bas isi ko parhiye, isi ko boliye, isi ko parhiye, isi ko boliye.</w:t>
      </w:r>
    </w:p>
    <w:p>
      <w:pPr>
        <w:jc w:val="right"/>
      </w:pPr>
      <w:r>
        <w:t>تو میں نے کہا، بس اسی کو پڑھیے، اسی کو بولیے، اسی کو پڑھیے، اسی کو بولیے۔</w:t>
      </w:r>
    </w:p>
    <w:p>
      <w:r>
        <w:rPr>
          <w:b/>
        </w:rPr>
        <w:t xml:space="preserve">[42:48] </w:t>
      </w:r>
      <w:r>
        <w:t>ab jo unhon ne speech dena shuru kiya, to masjid mein taqreer kar rahe hain, jagah jagah un ko bulaya ja raha hai. un ki bohat maang barh gayi aur khoob nazranay milne lage aur bohat paise milne lage idhar udhar se.</w:t>
      </w:r>
    </w:p>
    <w:p>
      <w:pPr>
        <w:jc w:val="right"/>
      </w:pPr>
      <w:r>
        <w:t>اب جو انہوں نے اسپیچ دینا شروع کیا، تو مسجد میں تقریر کر رہے ہیں، جگہ جگہ ان کو بلایا جا رہا ہے۔ ان کی بہت مانگ بڑھ گئی اور خوب نذرانے ملنے لگے اور بہت پیسے ملنے لگے ادھر ادھر سے۔</w:t>
      </w:r>
    </w:p>
    <w:p>
      <w:r>
        <w:rPr>
          <w:b/>
        </w:rPr>
        <w:t xml:space="preserve">[43:02] </w:t>
      </w:r>
      <w:r>
        <w:t>un ke bete ne bhi aik aik khol liya, aik aik dukaan khol liya, woh bhi kamyab chal rahi hai, yahan tak ke ab car bhi khareed liya unhon ne. to yeh baat us waqt nahi paate thay,</w:t>
      </w:r>
    </w:p>
    <w:p>
      <w:pPr>
        <w:jc w:val="right"/>
      </w:pPr>
      <w:r>
        <w:t>ان کے بیٹے نے بھی ایک ایک کھول لیا، ایک ایک دکان کھول لیا، وہ بھی کامیاب چل رہی ہے، یہاں تک کہ اب کار بھی خرید لیا انہوں نے۔ تو یہ بات اس وقت نہیں پاتے تھے،</w:t>
      </w:r>
    </w:p>
    <w:p>
      <w:r>
        <w:rPr>
          <w:b/>
        </w:rPr>
        <w:t xml:space="preserve">[43:14] </w:t>
      </w:r>
      <w:r>
        <w:t>is baat ko ke aik aadmi galat bol raha hai, to mein us ko kyun nahi is pe criticize karoon? aik baat un ki samajh se, mere dimagh se lagta hai ke aik aadmi galat bola, woh to mujhe criticize karna chahiye, larna chahiye us se.</w:t>
      </w:r>
    </w:p>
    <w:p>
      <w:pPr>
        <w:jc w:val="right"/>
      </w:pPr>
      <w:r>
        <w:t>اس بات کو کہ ایک آدمی غلط بول رہا ہے، تو میں اس کو کیوں نہیں اس پہ کریٹیسائز کروں؟ ایک بات ان کی سمجھ سے، میرے دماغ سے لگتا ہے کہ ایک آدمی غلط بولا، وہ تو مجھے کریٹیسائز کرنا چاہیے، لڑنا چاہیے اس سے۔</w:t>
      </w:r>
    </w:p>
    <w:p>
      <w:r>
        <w:rPr>
          <w:b/>
        </w:rPr>
        <w:t xml:space="preserve">[43:27] </w:t>
      </w:r>
      <w:r>
        <w:t>to mein ne kaha ke "you see, you see the result, you have to see the result". kya aap criticize kar ke us ko badal payenge? kya aap badal paye hain?</w:t>
      </w:r>
    </w:p>
    <w:p>
      <w:pPr>
        <w:jc w:val="right"/>
      </w:pPr>
      <w:r>
        <w:t>تو میں نے کہا کہ "یو سی، یو سی دا رزلٹ، یو ہیو ٹو سی دا رزلٹ"۔ کیا آپ کریٹیسائز کر کے اس کو بدل پائیں گے؟ کیا آپ بدل پائے ہیں؟</w:t>
      </w:r>
    </w:p>
    <w:p>
      <w:r>
        <w:rPr>
          <w:b/>
        </w:rPr>
        <w:t xml:space="preserve">[43:36] </w:t>
      </w:r>
      <w:r>
        <w:t>aaj tak aap criticize kar ke blah kya dushmani? to "you have to avoid, you have to see the result".</w:t>
      </w:r>
    </w:p>
    <w:p>
      <w:pPr>
        <w:jc w:val="right"/>
      </w:pPr>
      <w:r>
        <w:t>آج تک آپ کریٹیسائز کر کے بلا کیا دشمنی؟ تو "یو ہیو ٹو اوائڈ، یو ہیو ٹو سی دا رزلٹ"۔</w:t>
      </w:r>
    </w:p>
    <w:p>
      <w:r>
        <w:rPr>
          <w:b/>
        </w:rPr>
        <w:t xml:space="preserve">[43:45] </w:t>
      </w:r>
      <w:r>
        <w:t>to mein ne kaha ke is tarah se kuch nahi hoga, sab sab ke darmiyan aap unwanted ban jayenge. ab kya wohi aadmi jo hai, dekhiye, is tareeqay se kamyab hai?</w:t>
      </w:r>
    </w:p>
    <w:p>
      <w:pPr>
        <w:jc w:val="right"/>
      </w:pPr>
      <w:r>
        <w:t>تو میں نے کہا کہ اس طرح سے کچھ نہیں ہوگا، سب سب کے درمیان آپ ان وانٹڈ بن جائیں گے۔ اب کیا وہی آدمی جو ہے، دیکھیے، اس طریقے سے کامیاب ہے؟</w:t>
      </w:r>
    </w:p>
    <w:p>
      <w:r>
        <w:rPr>
          <w:b/>
        </w:rPr>
        <w:t xml:space="preserve">[43:58] </w:t>
      </w:r>
      <w:r>
        <w:t>aik aur aadmi mile, woh basti ke thay, to unhon ne kaha ke mein ne aik aik bus khareedi thi, paisa mera tha, aik neta ji hain, neta ji us ke license laye thay, woh to hamare us mein dono ka partnership thi,</w:t>
      </w:r>
    </w:p>
    <w:p>
      <w:pPr>
        <w:jc w:val="right"/>
      </w:pPr>
      <w:r>
        <w:t>ایک اور آدمی ملے، وہ بستی کے تھے، تو انہوں نے کہا کہ میں نے ایک ایک بس خریدی تھی، پیسہ میرا تھا، ایک نیتا جی ہیں، نیتا جی اس کے لائسنس لائے تھے، وہ تو ہمارے اس میں دونوں کا پارٹنرشپ تھی،</w:t>
      </w:r>
    </w:p>
    <w:p>
      <w:r>
        <w:rPr>
          <w:b/>
        </w:rPr>
        <w:t xml:space="preserve">[44:14] </w:t>
      </w:r>
      <w:r>
        <w:t>aadha aadha ke aadha ji neta ji lenge, woh local leader thay, aadha mera hoga. to chunke legal pehlu se to unhi ke thi, woh license un ke naam tha,</w:t>
      </w:r>
    </w:p>
    <w:p>
      <w:pPr>
        <w:jc w:val="right"/>
      </w:pPr>
      <w:r>
        <w:t>آدھا آدھا کہ آدھا جی نیتا جی لیں گے، وہ لوکل لیڈر تھے، آدھا میرا ہوگا۔ تو چونکہ لیگل پہلو سے تو انہی کے تھی، وہ لائسنس ان کے نام تھا،</w:t>
      </w:r>
    </w:p>
    <w:p>
      <w:r>
        <w:rPr>
          <w:b/>
        </w:rPr>
        <w:t xml:space="preserve">[44:29] </w:t>
      </w:r>
      <w:r>
        <w:t>to unhon ne qabza kar ke rakh liya hai aur yeh log kuch paisa nahi dete thay un ko. ab ghussa hue to mujh se unhon ne kaha ke ab mein ne tay kar liya hai ke mein us ko maar daloon ga, mein baghair maray nahi rahunga.</w:t>
      </w:r>
    </w:p>
    <w:p>
      <w:pPr>
        <w:jc w:val="right"/>
      </w:pPr>
      <w:r>
        <w:t>تو انہوں نے قبضہ کر کے رکھ لیا ہے اور یہ لوگ کچھ پیسہ نہیں دیتے تھے ان کو۔ اب غصہ ہوئے تو مجھ سے انہوں نے کہا کہ اب میں نے طے کر لیا ہے کہ میں اس کو مار ڈالوں گا، میں بغیر مرے نہیں رہوں گا۔</w:t>
      </w:r>
    </w:p>
    <w:p>
      <w:r>
        <w:rPr>
          <w:b/>
        </w:rPr>
        <w:t xml:space="preserve">[44:44] </w:t>
      </w:r>
      <w:r>
        <w:t>to mein ne aik jumla un se kaha,</w:t>
      </w:r>
    </w:p>
    <w:p>
      <w:pPr>
        <w:jc w:val="right"/>
      </w:pPr>
      <w:r>
        <w:t>تو میں نے ایک جملہ ان سے کہا،</w:t>
      </w:r>
    </w:p>
    <w:p>
      <w:r>
        <w:rPr>
          <w:b/>
        </w:rPr>
        <w:t xml:space="preserve">[44:49] </w:t>
      </w:r>
      <w:r>
        <w:t>balkay meri diary mein likha hua tha, woh dikhaya mein ne. matlab un ke andar revenge, inteqam bhadak raha tha, revenge, inteqam bhadak raha tha, mujhe marna hai us ko, mera paisa hadap kar liya is</w:t>
      </w:r>
    </w:p>
    <w:p>
      <w:pPr>
        <w:jc w:val="right"/>
      </w:pPr>
      <w:r>
        <w:t>بلکہ میری ڈائری میں لکھا ہوا تھا، وہ دکھایا میں نے۔ مطلب ان کے اندر ریونج، انتقام بھڑک رہا تھا، ریونج، انتقام بھڑک رہا تھا، مجھے مارنا ہے اس کو، میرا پیسہ ہڑپ کر لیا اس</w:t>
      </w:r>
    </w:p>
    <w:p>
      <w:r>
        <w:rPr>
          <w:b/>
        </w:rPr>
        <w:t xml:space="preserve">[45:04] </w:t>
      </w:r>
      <w:r>
        <w:t>ne. to mein ne dikhaya ke dekhiye,</w:t>
      </w:r>
    </w:p>
    <w:p>
      <w:pPr>
        <w:jc w:val="right"/>
      </w:pPr>
      <w:r>
        <w:t>نے۔ تو میں نے دکھایا کہ دیکھیے،</w:t>
      </w:r>
    </w:p>
    <w:p>
      <w:r>
        <w:rPr>
          <w:b/>
        </w:rPr>
        <w:t xml:space="preserve">[45:09] </w:t>
      </w:r>
      <w:r>
        <w:t>yeh mere us mein chupa tha, mere magazine mein ke inteqam lene se pehle soch lo ke inteqam ka bhi inteqam liya jayega. yeh likha hua tha, inteqam means revenge,</w:t>
      </w:r>
    </w:p>
    <w:p>
      <w:pPr>
        <w:jc w:val="right"/>
      </w:pPr>
      <w:r>
        <w:t>یہ میرے اس میں چھپا تھا، میرے میگزین میں کہ انتقام لینے سے پہلے سوچ لو کہ انتقام کا بھی انتقام لیا جائے گا۔ یہ لکھا ہوا تھا، انتقام مینز ریونج،</w:t>
      </w:r>
    </w:p>
    <w:p>
      <w:r>
        <w:rPr>
          <w:b/>
        </w:rPr>
        <w:t xml:space="preserve">[45:23] </w:t>
      </w:r>
      <w:r>
        <w:t>badla. inteqam lene se pehle soch lo ke inteqam ka bhi inteqam liya jayega.</w:t>
      </w:r>
    </w:p>
    <w:p>
      <w:pPr>
        <w:jc w:val="right"/>
      </w:pPr>
      <w:r>
        <w:t>بدلہ۔ انتقام لینے سے پہلے سوچ لو کہ انتقام کا بھی انتقام لیا جائے گا۔</w:t>
      </w:r>
    </w:p>
    <w:p>
      <w:r>
        <w:rPr>
          <w:b/>
        </w:rPr>
        <w:t xml:space="preserve">[45:31] </w:t>
      </w:r>
      <w:r>
        <w:t>tum un ko maro ge to tum ko us ke bete tum ko chhod denge, us ke bete tum ko marenge, to tum bhi khatam, woh bhi khatam. aisa aise faida kya?</w:t>
      </w:r>
    </w:p>
    <w:p>
      <w:pPr>
        <w:jc w:val="right"/>
      </w:pPr>
      <w:r>
        <w:t>تم ان کو مارو گے تو تم کو اس کے بیٹے تم کو چھوڑ دیں گے، اس کے بیٹے تم کو ماریں گے، تو تم بھی ختم، وہ بھی ختم۔ ایسا ایسے فائدہ کیا؟</w:t>
      </w:r>
    </w:p>
    <w:p>
      <w:r>
        <w:rPr>
          <w:b/>
        </w:rPr>
        <w:t xml:space="preserve">[45:41] </w:t>
      </w:r>
      <w:r>
        <w:t>aise action ka kya faida? aise amal ka kya faida? to unhon ne bar bar parha, bar bar parha, bar bar parha is sentence ko.</w:t>
      </w:r>
    </w:p>
    <w:p>
      <w:pPr>
        <w:jc w:val="right"/>
      </w:pPr>
      <w:r>
        <w:t>ایسے ایکشن کا کیا فائدہ؟ ایسے عمل کا کیا فائدہ؟ تو انہوں نے بار بار پڑھا، بار بار پڑھا، بار بار پڑھا اس سینٹنس کو۔</w:t>
      </w:r>
    </w:p>
    <w:p>
      <w:r>
        <w:rPr>
          <w:b/>
        </w:rPr>
        <w:t xml:space="preserve">[45:52] </w:t>
      </w:r>
      <w:r>
        <w:t>phir un ki aankh khul gayi, kaha aap ne bohat kuch sahi kaha hai, us ko mar kar apnay aap ko marwaoon ga mein.</w:t>
      </w:r>
    </w:p>
    <w:p>
      <w:pPr>
        <w:jc w:val="right"/>
      </w:pPr>
      <w:r>
        <w:t>پھر ان کی آنکھ کھل گئی، کہا آپ نے بہت کچھ صحیح کہا ہے، اس کو مار کر اپنے آپ کو مرواؤں گا میں۔</w:t>
      </w:r>
    </w:p>
    <w:p>
      <w:r>
        <w:rPr>
          <w:b/>
        </w:rPr>
        <w:t xml:space="preserve">[46:01] </w:t>
      </w:r>
      <w:r>
        <w:t>to unhon ne kaha, ab mein kya karoon? to unhon ne kaha ke mere paas kitna paisa hai? aap ke paas? unhon ne kaha ke mere paas koi bees pachis hazar rupay aur hain. to unhon ne kaha, bas isi se is business start kar dijiye.</w:t>
      </w:r>
    </w:p>
    <w:p>
      <w:pPr>
        <w:jc w:val="right"/>
      </w:pPr>
      <w:r>
        <w:t>تو انہوں نے کہا، اب میں کیا کروں؟ تو انہوں نے کہا کہ میرے پاس کتنا پیسہ ہے؟ آپ کے پاس؟ انہوں نے کہا کہ میرے پاس کوئی بیس پچیس ہزار روپے اور ہیں۔ تو انہوں نے کہا، بس اسی سے اس بزنس سٹارٹ کر دیجئے۔</w:t>
      </w:r>
    </w:p>
    <w:p>
      <w:r>
        <w:rPr>
          <w:b/>
        </w:rPr>
        <w:t xml:space="preserve">[46:14] </w:t>
      </w:r>
      <w:r>
        <w:t>ab un se mulaqat hui to ab un ko woh kaha, unhon ne kaha, mein bohat khush hoon, pehle se zyada mujhe faida mil chuka hai, bohat sari bus khareed sakta hoon mein.</w:t>
      </w:r>
    </w:p>
    <w:p>
      <w:pPr>
        <w:jc w:val="right"/>
      </w:pPr>
      <w:r>
        <w:t>اب ان سے ملاقات ہوئی تو اب ان کو وہ کہا، انہوں نے کہا، میں بہت خوش ہوں، پہلے سے زیادہ مجھے فائدہ مل چکا ہے، بہت ساری بس خرید سکتا ہوں میں۔</w:t>
      </w:r>
    </w:p>
    <w:p>
      <w:r>
        <w:rPr>
          <w:b/>
        </w:rPr>
        <w:t xml:space="preserve">[46:25] </w:t>
      </w:r>
      <w:r>
        <w:t>to us ko mein ne kaha ke har aadmi ki zindagi mein aik point of deviation aata hai, point of deviation yani kis angle se cheez ko dekha jaye.</w:t>
      </w:r>
    </w:p>
    <w:p>
      <w:pPr>
        <w:jc w:val="right"/>
      </w:pPr>
      <w:r>
        <w:t>تو اس کو میں نے کہا کہ ہر آدمی کی زندگی میں ایک پوائنٹ آف ڈیوی ایشن آتا ہے، پوائنٹ آف ڈیوی ایشن یعنی کس اینگل سے چیز کو دیکھا جائے۔</w:t>
      </w:r>
    </w:p>
    <w:p>
      <w:r>
        <w:rPr>
          <w:b/>
        </w:rPr>
        <w:t xml:space="preserve">[46:38] </w:t>
      </w:r>
      <w:r>
        <w:t>aik hota hai right angle se dekhna, aik hai wrong angle se dekhna. aur yeh aadmi jo itna jaan paye, woh bohat zyada sacrifice ke baad banta hai.</w:t>
      </w:r>
    </w:p>
    <w:p>
      <w:pPr>
        <w:jc w:val="right"/>
      </w:pPr>
      <w:r>
        <w:t>ایک ہوتا ہے رائٹ اینگل سے دیکھنا، ایک ہے رانگ اینگل سے دیکھنا۔ اور یہ آدمی جو اتنا جان پائے، وہ بہت زیادہ سیکریفائس کے بعد بنتا ہے۔</w:t>
      </w:r>
    </w:p>
    <w:p>
      <w:r>
        <w:rPr>
          <w:b/>
        </w:rPr>
        <w:t xml:space="preserve">[46:52] </w:t>
      </w:r>
      <w:r>
        <w:t>aur sab se bari sacrifice kya</w:t>
      </w:r>
    </w:p>
    <w:p>
      <w:pPr>
        <w:jc w:val="right"/>
      </w:pPr>
      <w:r>
        <w:t>اور سب سے بڑی سیکریفائس کیا</w:t>
      </w:r>
    </w:p>
    <w:p>
      <w:r>
        <w:rPr>
          <w:b/>
        </w:rPr>
        <w:t xml:space="preserve">[46:54] </w:t>
      </w:r>
      <w:r>
        <w:t>hai? distraction se apnay aap ko bachana. yaad rakhen, sab se bari sacrifice yeh hai, distraction se apnay aap ko bachana.</w:t>
      </w:r>
    </w:p>
    <w:p>
      <w:pPr>
        <w:jc w:val="right"/>
      </w:pPr>
      <w:r>
        <w:t>ہے؟ ڈسٹریکشن سے اپنے آپ کو بچانا۔ یاد رکھیں، سب سے بڑی سیکریفائس یہ ہے، ڈسٹریکشن سے اپنے آپ کو بچانا۔</w:t>
      </w:r>
    </w:p>
    <w:p>
      <w:r>
        <w:rPr>
          <w:b/>
        </w:rPr>
        <w:t xml:space="preserve">[47:04] </w:t>
      </w:r>
      <w:r>
        <w:t>har waqt distraction hota hai is duniya mein, khane peene ki distraction, jaisa ke mein ne bataya, Alexander the Great ka qissa. yeh kya hai?</w:t>
      </w:r>
    </w:p>
    <w:p>
      <w:pPr>
        <w:jc w:val="right"/>
      </w:pPr>
      <w:r>
        <w:t>ہر وقت ڈسٹریکشن ہوتا ہے اس دنیا میں، کھانے پینے کی ڈسٹریکشن، جیسا کہ میں نے بتایا، الیگزینڈر دا گریٹ کا قصہ۔ یہ کیا ہے؟</w:t>
      </w:r>
    </w:p>
    <w:p>
      <w:r>
        <w:rPr>
          <w:b/>
        </w:rPr>
        <w:t xml:space="preserve">[47:14] </w:t>
      </w:r>
      <w:r>
        <w:t>tv kia hai? distrection, har waqt distrection. to aql aati nahi logon ko,</w:t>
      </w:r>
    </w:p>
    <w:p>
      <w:pPr>
        <w:jc w:val="right"/>
      </w:pPr>
      <w:r>
        <w:t>ٹی وی کیا ہے؟ ڈسٹریکشن، ہر وقت ڈسٹریکشن۔ تو عقل آتی نہیں لوگوں کو،</w:t>
      </w:r>
    </w:p>
    <w:p>
      <w:r>
        <w:rPr>
          <w:b/>
        </w:rPr>
        <w:t xml:space="preserve">[47:22] </w:t>
      </w:r>
      <w:r>
        <w:t>paisa kama lia, itna hi ho kar paate hain, woh aql nahi aati. aql ke liye chahiye apne aap ko khapana, jaise arjun ka qissa hai ke arjun jo tha, rajkumar tha.</w:t>
      </w:r>
    </w:p>
    <w:p>
      <w:pPr>
        <w:jc w:val="right"/>
      </w:pPr>
      <w:r>
        <w:t>پیسہ کما لیا، اتنا ہی ہو کر پاتے ہیں، وہ عقل نہیں آتی۔ عقل کے لیے چاہیے اپنے آپ کو کھپانا، جیسے ارجن کا قصہ ہے کہ ارجن جو تھا، راجکمار تھا۔</w:t>
      </w:r>
    </w:p>
    <w:p>
      <w:r>
        <w:rPr>
          <w:b/>
        </w:rPr>
        <w:t xml:space="preserve">[47:38] </w:t>
      </w:r>
      <w:r>
        <w:t>to raja ne ek aadmi lagaya ke in ko sikhayo, mahal ke larkon ko teer kaman sikhayo. is zamane mein teer kaman hua karti thi.</w:t>
      </w:r>
    </w:p>
    <w:p>
      <w:pPr>
        <w:jc w:val="right"/>
      </w:pPr>
      <w:r>
        <w:t>تو راجہ نے ایک آدمی لگایا کہ ان کو سکھاؤ، محل کے لڑکوں کو تیر کمان سکھاؤ۔ اس زمانے میں تیر کمان ہوا کرتی تھی۔</w:t>
      </w:r>
    </w:p>
    <w:p>
      <w:r>
        <w:rPr>
          <w:b/>
        </w:rPr>
        <w:t xml:space="preserve">[47:50] </w:t>
      </w:r>
      <w:r>
        <w:t>to jo guru tha, woh arjun ko zyada manta tha. to doosre jo mahal ke larkay thay, un ko shikayat hui ke phir arjun ko zyada mante hain, hum ko kam mante hain.</w:t>
      </w:r>
    </w:p>
    <w:p>
      <w:pPr>
        <w:jc w:val="right"/>
      </w:pPr>
      <w:r>
        <w:t>تو جو گرو تھا، وہ ارجن کو زیادہ مانتا تھا۔ تو دوسرے جو محل کے لڑکے تھے، ان کو شکایت ہوئی کہ پھر ارجن کو زیادہ مانتے ہیں، ہم کو کم مانتے ہیں۔</w:t>
      </w:r>
    </w:p>
    <w:p>
      <w:r>
        <w:rPr>
          <w:b/>
        </w:rPr>
        <w:t xml:space="preserve">[48:02] </w:t>
      </w:r>
      <w:r>
        <w:t>to ek din us ne woh kiya, test liya. to peir par us ne lakri ki ek ek ek chirya banai,</w:t>
      </w:r>
    </w:p>
    <w:p>
      <w:pPr>
        <w:jc w:val="right"/>
      </w:pPr>
      <w:r>
        <w:t>تو ایک دن اس نے وہ کیا، ٹیسٹ لیا۔ تو پیڑ پر اس نے لکڑی کی ایک ایک ایک چڑیا بنائی،</w:t>
      </w:r>
    </w:p>
    <w:p>
      <w:r>
        <w:rPr>
          <w:b/>
        </w:rPr>
        <w:t xml:space="preserve">[48:12] </w:t>
      </w:r>
      <w:r>
        <w:t>chirya is mein aankh bana diya us ki, aur peir par ooper rakh diya. aur sab larkon se kaha ke is ki aankh par nishana lagao, teer ka nishana.</w:t>
      </w:r>
    </w:p>
    <w:p>
      <w:pPr>
        <w:jc w:val="right"/>
      </w:pPr>
      <w:r>
        <w:t>چڑیا اس میں آنکھ بنا دیا اس کی، اور پیڑ پر اوپر رکھ دیا۔ اور سب لڑکوں سے کہا کہ اس کی آنکھ پر نشانہ لگاؤ، تیر کا نشانہ۔</w:t>
      </w:r>
    </w:p>
    <w:p>
      <w:r>
        <w:rPr>
          <w:b/>
        </w:rPr>
        <w:t xml:space="preserve">[48:23] </w:t>
      </w:r>
      <w:r>
        <w:t>ab sab teer kaman le ke khare ho gaye. ab us ne poocha doosre larkon se ke tum ko kia dikhai de raha hai? kaha ke chirya. aur kia dikhai de raha hai?</w:t>
      </w:r>
    </w:p>
    <w:p>
      <w:pPr>
        <w:jc w:val="right"/>
      </w:pPr>
      <w:r>
        <w:t>اب سب تیر کمان لے کے کھڑے ہو گئے۔ اب اس نے پوچھا دوسرے لڑکوں سے کہ تم کو کیا دکھائی دے رہا ہے؟ کہا کہ چڑیا۔ اور کیا دکھائی دے رہا ہے؟</w:t>
      </w:r>
    </w:p>
    <w:p>
      <w:r>
        <w:rPr>
          <w:b/>
        </w:rPr>
        <w:t xml:space="preserve">[48:31] </w:t>
      </w:r>
      <w:r>
        <w:t>aankh. aur kia dikhai de raha hai? peir. aur kia dikhai de raha hai? aasman. aur kia dikhai de raha hai? badal. har cheez dikhai de rahi thi un ko. aur jab arjun se poocha to arjun ne kaha, "chirya ki aankh.</w:t>
      </w:r>
    </w:p>
    <w:p>
      <w:pPr>
        <w:jc w:val="right"/>
      </w:pPr>
      <w:r>
        <w:t>آنکھ۔ اور کیا دکھائی دے رہا ہے؟ پیڑ۔ اور کیا دکھائی دے رہا ہے؟ آسمان۔ اور کیا دکھائی دے رہا ہے؟ بادل۔ ہر چیز دکھائی دے رہی تھی ان کو۔ اور جب ارجن سے پوچھا تو ارجن نے کہا، "چڑیا کی آنکھ۔</w:t>
      </w:r>
    </w:p>
    <w:p>
      <w:r>
        <w:rPr>
          <w:b/>
        </w:rPr>
        <w:t xml:space="preserve">[48:45] </w:t>
      </w:r>
      <w:r>
        <w:t>" har sawal par kaha, "chirya ki aankh, chirya ki aankh, chirya ki aankh." yaani poori chirya us ko reduce ho gayi thi. na woh chirya ka aur body dekh raha tha, na peir dekh raha tha,</w:t>
      </w:r>
    </w:p>
    <w:p>
      <w:pPr>
        <w:jc w:val="right"/>
      </w:pPr>
      <w:r>
        <w:t>" ہر سوال پر کہا، "چڑیا کی آنکھ، چڑیا کی آنکھ، چڑیا کی آنکھ۔" یعنی پوری چڑیا اس کو ریڈیوس ہو کر آنکھ بن گئی تھی۔ نہ وہ چڑیا کا اور باڈی دیکھ رہا تھا، نہ پیڑ دیکھ رہا تھا،</w:t>
      </w:r>
    </w:p>
    <w:p>
      <w:r>
        <w:rPr>
          <w:b/>
        </w:rPr>
        <w:t xml:space="preserve">[49:00] </w:t>
      </w:r>
      <w:r>
        <w:t>na aasman aur badal dikhai padte thay us ko. yeh hai concentration, concentration. to khuda kisi aadmi ko mauqa deta hai ke woh apne aap ko concentrate kare, itne zyada, itna zyada, itna zyada.</w:t>
      </w:r>
    </w:p>
    <w:p>
      <w:pPr>
        <w:jc w:val="right"/>
      </w:pPr>
      <w:r>
        <w:t>نہ آسمان اور بادل دکھائی پڑتے تھے اس کو۔ یہ ہے کنسنٹریشن، کنسنٹریشن۔ تو خدا کسی آدمی کو موقع دیتا ہے کہ وہ اپنے آپ کو کنسنٹریٹ کرے، اتنے زیادہ، اتنا زیادہ، اتنا زیادہ۔</w:t>
      </w:r>
    </w:p>
    <w:p>
      <w:r>
        <w:rPr>
          <w:b/>
        </w:rPr>
        <w:t xml:space="preserve">[49:14] </w:t>
      </w:r>
      <w:r>
        <w:t>lekin bohat bhari is ki price deni parti hai, bohat bhari price. kal mere paas ek sahib aaye thay to unhone kaha ke "main main bhi aap ki tarah banna chahta hoon." to maine kaha, "dekhein, do tareeqay hain.</w:t>
      </w:r>
    </w:p>
    <w:p>
      <w:pPr>
        <w:jc w:val="right"/>
      </w:pPr>
      <w:r>
        <w:t>لیکن بہت بھاری اس کی پرائس دینی پڑتی ہے، بہت بھاری پرائس۔ کل میرے پاس ایک صاحب آئے تھے تو انہوں نے کہا کہ "میں میں بھی آپ کی طرح بننا چاہتا ہوں۔" تو میں نے کہا، "دیکھیں، دو طریقے ہیں۔</w:t>
      </w:r>
    </w:p>
    <w:p>
      <w:r>
        <w:rPr>
          <w:b/>
        </w:rPr>
        <w:t xml:space="preserve">[49:32] </w:t>
      </w:r>
      <w:r>
        <w:t>ek hai one man one mission, ek hai one man two mission.</w:t>
      </w:r>
    </w:p>
    <w:p>
      <w:pPr>
        <w:jc w:val="right"/>
      </w:pPr>
      <w:r>
        <w:t>ایک ہے ون مین ون مشن، ایک ہے ون مین ٹو مشن۔</w:t>
      </w:r>
    </w:p>
    <w:p>
      <w:r>
        <w:rPr>
          <w:b/>
        </w:rPr>
        <w:t xml:space="preserve">[49:38] </w:t>
      </w:r>
      <w:r>
        <w:t>one man one mission, one man two mission." to hamara dawah m</w:t>
      </w:r>
    </w:p>
    <w:p>
      <w:pPr>
        <w:jc w:val="right"/>
      </w:pPr>
      <w:r>
        <w:t>ون مین ون مشن، ون مین ٹو مشن۔" تو ہمارا دعویٰ م</w:t>
      </w:r>
    </w:p>
    <w:p>
      <w:r>
        <w:rPr>
          <w:b/>
        </w:rPr>
        <w:t xml:space="preserve">[49:43] </w:t>
      </w:r>
      <w:r>
        <w:t>mission hai. to maine kaha ke "aap fifty percent apna khane kamane mein lagaiye aur fifty percent aap mission mein lagaiye. one man two mission baniye." main sab se yahi kehta hoon.</w:t>
      </w:r>
    </w:p>
    <w:p>
      <w:pPr>
        <w:jc w:val="right"/>
      </w:pPr>
      <w:r>
        <w:t>شن ہے۔ تو میں نے کہا کہ "آپ ففٹی پرسنٹ اپنا کھانے کمانے میں لگائیے اور ففٹی پرسنٹ آپ مشن میں لگائیے۔ ون مین ٹو مشن بنیے۔" میں سب سے یہی کہتا ہوں۔</w:t>
      </w:r>
    </w:p>
    <w:p>
      <w:r>
        <w:rPr>
          <w:b/>
        </w:rPr>
        <w:t xml:space="preserve">[49:55] </w:t>
      </w:r>
      <w:r>
        <w:t>woh kaha ke "nahi, mujhe one man one mission banna hai." to maine kaha, "hum jante hain aap one man one mission banne ka price kia hai. apne ko aap ko slaughter karna parega, apne ko zibah karna parega.</w:t>
      </w:r>
    </w:p>
    <w:p>
      <w:pPr>
        <w:jc w:val="right"/>
      </w:pPr>
      <w:r>
        <w:t>وہ کہا کہ "نہیں، مجھے ون مین ون مشن بننا ہے۔" تو میں نے کہا، "ہم جانتے ہیں آپ ون مین ون مشن بننے کا پرائس کیا ہے۔ اپنے کو آپ کو سلاٹر کرنا پڑے گا، اپنے کو ذبح کرنا پڑے گا۔</w:t>
      </w:r>
    </w:p>
    <w:p>
      <w:r>
        <w:rPr>
          <w:b/>
        </w:rPr>
        <w:t xml:space="preserve">[50:08] </w:t>
      </w:r>
      <w:r>
        <w:t>yeh a'sab shikan faisla hai.</w:t>
      </w:r>
    </w:p>
    <w:p>
      <w:pPr>
        <w:jc w:val="right"/>
      </w:pPr>
      <w:r>
        <w:t>یہ اعصاب شکن فیصلہ ہے۔</w:t>
      </w:r>
    </w:p>
    <w:p>
      <w:r>
        <w:rPr>
          <w:b/>
        </w:rPr>
        <w:t xml:space="preserve">[50:10] </w:t>
      </w:r>
      <w:r>
        <w:t>aap ka nervous system toot jayega, aap ki haddiyan chittakh jayengi, aap ka khoon khushk ho jayega. tab aap one man one mission banenge." to maine kaha ke "practical baniye, practical.</w:t>
      </w:r>
    </w:p>
    <w:p>
      <w:pPr>
        <w:jc w:val="right"/>
      </w:pPr>
      <w:r>
        <w:t>آپ کا نروس سسٹم ٹوٹ جائے گا، آپ کی ہڈیاں چٹخ جائیں گی، آپ کا خون خشک ہو جائے گا۔ تب آپ ون مین ون مشن بنیں گے۔" تو میں نے کہا کہ "پریکٹیکل بنیے، پریکٹیکل۔</w:t>
      </w:r>
    </w:p>
    <w:p>
      <w:r>
        <w:rPr>
          <w:b/>
        </w:rPr>
        <w:t xml:space="preserve">[50:23] </w:t>
      </w:r>
      <w:r>
        <w:t>one man one mission kisi ek ke liye hota hai, baqi sab logon ke liye one man two mission ka target. one man two mission."</w:t>
      </w:r>
    </w:p>
    <w:p>
      <w:pPr>
        <w:jc w:val="right"/>
      </w:pPr>
      <w:r>
        <w:t>ون مین ون مشن کسی ایک کے لیے ہوتا ہے، باقی سب لوگوں کے لیے ون مین ٹو مشن کا ٹارگٹ۔ ون مین ٹو مشن۔"</w:t>
      </w:r>
    </w:p>
    <w:p>
      <w:r>
        <w:rPr>
          <w:b/>
        </w:rPr>
        <w:t xml:space="preserve">[50:33] </w:t>
      </w:r>
      <w:r>
        <w:t>to beharhal, main is waqt jo main kehna chahta hoon woh yeh hai ke ab zindagi bohat kam reh gayi hai, bohat kam reh gayi hai.</w:t>
      </w:r>
    </w:p>
    <w:p>
      <w:pPr>
        <w:jc w:val="right"/>
      </w:pPr>
      <w:r>
        <w:t>تو بہرحال، میں اس وقت جو میں کہنا چاہتا ہوں وہ یہ ہے کہ اب زندگی بہت کم رہ گئی ہے، بہت کم رہ گئی ہے۔</w:t>
      </w:r>
    </w:p>
    <w:p>
      <w:r>
        <w:rPr>
          <w:b/>
        </w:rPr>
        <w:t xml:space="preserve">[50:43] </w:t>
      </w:r>
      <w:r>
        <w:t>kal ke paper mein tha ke 2010 tak, yaani sirf teen saal mein, duniya bohat kuch badal chuki hogi. abhi kal ke time paper mein tha, yeh sirf teen saal mein, 2010 tak, sara system hi sab ekological system badal raha hai, bigad raha hai.</w:t>
      </w:r>
    </w:p>
    <w:p>
      <w:pPr>
        <w:jc w:val="right"/>
      </w:pPr>
      <w:r>
        <w:t>کل کے پیپر میں تھا کہ 2010 تک، یعنی صرف تین سال میں، دنیا بہت کچھ بدل چکی ہوگی۔ ابھی کل کے ٹائم پیپر میں تھا، یہ صرف تین سال میں، 2010 تک، سارا سسٹم ہی سب ایکلوجیکل سسٹم بدل رہا ہے، بگڑ رہا ہے۔</w:t>
      </w:r>
    </w:p>
    <w:p>
      <w:r>
        <w:rPr>
          <w:b/>
        </w:rPr>
        <w:t xml:space="preserve">[51:03] </w:t>
      </w:r>
      <w:r>
        <w:t>to bohat kam time reh gaya hai. to ek dam apne aap ko sambhaliye aur ek sacha guide aap ko chahiye jis se aap advice len.</w:t>
      </w:r>
    </w:p>
    <w:p>
      <w:pPr>
        <w:jc w:val="right"/>
      </w:pPr>
      <w:r>
        <w:t>تو بہت کم ٹائم رہ گیا ہے۔ تو ایک دم اپنے آپ کو سنبھالیے اور ایک سچا گائیڈ آپ کو چاہیے جس سے آپ ایڈوائس لیں۔</w:t>
      </w:r>
    </w:p>
    <w:p>
      <w:r>
        <w:rPr>
          <w:b/>
        </w:rPr>
        <w:t xml:space="preserve">[51:17] </w:t>
      </w:r>
      <w:r>
        <w:t>aur main kaha karta hoon ke apni aql ko band kar dijiye, agar aap ko sacha guide mil jaye to jo woh kahe, us ko kijiye. nahi to phir kia hai?</w:t>
      </w:r>
    </w:p>
    <w:p>
      <w:pPr>
        <w:jc w:val="right"/>
      </w:pPr>
      <w:r>
        <w:t>اور میں کہا کرتا ہوں کہ اپنی عقل کو بند کر دیجئے، اگر آپ کو سچا گائیڈ مل جائے تو جو وہ کہے، اس کو کیجئے۔ نہیں تو پھر کیا ہے؟</w:t>
      </w:r>
    </w:p>
    <w:p>
      <w:r>
        <w:rPr>
          <w:b/>
        </w:rPr>
        <w:t xml:space="preserve">[51:28] </w:t>
      </w:r>
      <w:r>
        <w:t>tabahi, tabahi, tabahi, tabahi.</w:t>
      </w:r>
    </w:p>
    <w:p>
      <w:pPr>
        <w:jc w:val="right"/>
      </w:pPr>
      <w:r>
        <w:t>تباہی، تباہی، تباہی، تباہی۔</w:t>
      </w:r>
    </w:p>
    <w:p>
      <w:r>
        <w:rPr>
          <w:b/>
        </w:rPr>
        <w:t xml:space="preserve">[51:31] </w:t>
      </w:r>
      <w:r>
        <w:t>kyun ke dekhein, hum jeete hain jungle of thought ke beech mein. duniya kia hai? jungle of thought. itni sari baatein hain, itni sari baatein hain.</w:t>
      </w:r>
    </w:p>
    <w:p>
      <w:pPr>
        <w:jc w:val="right"/>
      </w:pPr>
      <w:r>
        <w:t>کیونکہ دیکھیں، ہم جیتے ہیں جنگل آف تھاٹ کے بیچ میں۔ دنیا کیا ہے؟ جنگل آف تھاٹ۔ اتنی ساری باتیں ہیں، اتنی ساری باتیں ہیں۔</w:t>
      </w:r>
    </w:p>
    <w:p>
      <w:r>
        <w:rPr>
          <w:b/>
        </w:rPr>
        <w:t xml:space="preserve">[51:41] </w:t>
      </w:r>
      <w:r>
        <w:t>is mein sort out karna, kisi cheez ko nikalna aur right angle se dekhna kia hai, aur wrong angle se dekhna kia hai, us ko janna,</w:t>
      </w:r>
    </w:p>
    <w:p>
      <w:pPr>
        <w:jc w:val="right"/>
      </w:pPr>
      <w:r>
        <w:t>اس میں سورٹ آؤٹ کرنا، کسی چیز کو نکالنا اور رائٹ اینگل سے دیکھنا کیا ہے، اور رانگ اینگل سے دیکھنا کیا ہے، اس کو جاننا،</w:t>
      </w:r>
    </w:p>
    <w:p>
      <w:r>
        <w:rPr>
          <w:b/>
        </w:rPr>
        <w:t xml:space="preserve">[51:53] </w:t>
      </w:r>
      <w:r>
        <w:t>yeh sari baatein itni mushkil hain ke bohat ziyada concentration, bohat ziyada devotion ke baad ibaadaat aadmi ko haasil hoti hain.</w:t>
      </w:r>
    </w:p>
    <w:p>
      <w:pPr>
        <w:jc w:val="right"/>
      </w:pPr>
      <w:r>
        <w:t>یہ ساری باتیں اتنی مشکل ہیں کہ بہت زیادہ کنسنٹریشن، بہت زیادہ ڈیووشن کے بعد عبادات آدمی کو حاصل ہوتی ہے۔</w:t>
      </w:r>
    </w:p>
    <w:p>
      <w:r>
        <w:rPr>
          <w:b/>
        </w:rPr>
        <w:t xml:space="preserve">[52:04] </w:t>
      </w:r>
      <w:r>
        <w:t>Rasool Allah ne faisla kiya jab Hudaibiyah ke mauqe par Hudaibiyah agreement jo hua tha, to jo aap ki opposite party thi, us ke saare hi condition ko aap ne maan liya,</w:t>
      </w:r>
    </w:p>
    <w:p>
      <w:pPr>
        <w:jc w:val="right"/>
      </w:pPr>
      <w:r>
        <w:t>رسول اللہ نے فیصلہ کیا جب حدیبیہ کے موقع پر حدیبیہ ایگریمنٹ جو ہوا تھا، تو جو آپ کی اپوزٹ پارٹی تھی، اس کے سارے ہی کنڈیشن کو آپ نے مان لیا،</w:t>
      </w:r>
    </w:p>
    <w:p>
      <w:r>
        <w:rPr>
          <w:b/>
        </w:rPr>
        <w:t xml:space="preserve">[52:19] </w:t>
      </w:r>
      <w:r>
        <w:t>yaani saari condition ko maan</w:t>
      </w:r>
    </w:p>
    <w:p>
      <w:pPr>
        <w:jc w:val="right"/>
      </w:pPr>
      <w:r>
        <w:t>یعنی ساری کنڈیشن کو مان</w:t>
      </w:r>
    </w:p>
    <w:p>
      <w:r>
        <w:rPr>
          <w:b/>
        </w:rPr>
        <w:t xml:space="preserve">[52:21] </w:t>
      </w:r>
      <w:r>
        <w:t>liya. Jo bhi unhon ne kaha, maante chale gaye, jo kaha, maante chale gaye taake hamare un ke beech mein peace agreement ho jaye. Aap chahte the peace agreement to saare hi condition ko maanna pada un ki.</w:t>
      </w:r>
    </w:p>
    <w:p>
      <w:pPr>
        <w:jc w:val="right"/>
      </w:pPr>
      <w:r>
        <w:t>لیا۔ جو بھی انہوں نے کہا، مانتے چلے گئے، جو کہا، مانتے چلے گئے تاکہ ہمارے ان کے بیچ میں پیس ایگریمنٹ ہو جائے۔ آپ چاہتے تھے پیس ایگریمنٹ تو سارے ہی کنڈیشن کو ماننا پڑا ان کی۔</w:t>
      </w:r>
    </w:p>
    <w:p>
      <w:r>
        <w:rPr>
          <w:b/>
        </w:rPr>
        <w:t xml:space="preserve">[52:35] </w:t>
      </w:r>
      <w:r>
        <w:t>To saare Sahaba, ek ek companion jo hai, us waqt ghusse mein aa gaye. Log ke aisa kaise ho sakta hai? Yeh to humiliating agreement hai, hum kaise maanein is ko?</w:t>
      </w:r>
    </w:p>
    <w:p>
      <w:pPr>
        <w:jc w:val="right"/>
      </w:pPr>
      <w:r>
        <w:t>تو سارے صحابہ، ایک ایک کمپینین جو ہے، اس وقت غصے میں آ گئے۔ لوگ کہ ایسا کیسے ہو سکتا ہے؟ یہ تو ہیبیلیٹنگ ایگریمنٹ ہے، ہم کیسے مانیں اس کو؟</w:t>
      </w:r>
    </w:p>
    <w:p>
      <w:r>
        <w:rPr>
          <w:b/>
        </w:rPr>
        <w:t xml:space="preserve">[52:47] </w:t>
      </w:r>
      <w:r>
        <w:t>Hum nahi maaneinge.</w:t>
      </w:r>
    </w:p>
    <w:p>
      <w:pPr>
        <w:jc w:val="right"/>
      </w:pPr>
      <w:r>
        <w:t>ہم نہیں مانیں گے۔</w:t>
      </w:r>
    </w:p>
    <w:p>
      <w:r>
        <w:rPr>
          <w:b/>
        </w:rPr>
        <w:t xml:space="preserve">[52:50] </w:t>
      </w:r>
      <w:r>
        <w:t>Yaani saare hi companion jo hai, us waqt samajh nahi paaye ke kaise hum aisi humiliating agreement par sign kar dein.</w:t>
      </w:r>
    </w:p>
    <w:p>
      <w:pPr>
        <w:jc w:val="right"/>
      </w:pPr>
      <w:r>
        <w:t>یعنی سارے ہی کمپینین جو ہے، اس وقت سمجھ نہیں پائے کہ کیسے ہم ایسی ہیبیلیٹنگ ایگریمنٹ پر سائن کر دیں۔</w:t>
      </w:r>
    </w:p>
    <w:p>
      <w:r>
        <w:rPr>
          <w:b/>
        </w:rPr>
        <w:t xml:space="preserve">[53:02] </w:t>
      </w:r>
      <w:r>
        <w:t>To Quran mein utra ke "Alam ma la ta'lamoon". Alam ma la ta'lamoon yaani kuch baat woh hoti hai jo tum nahi jaan paate, haalanke woh hoti hai, maujood wahan par.</w:t>
      </w:r>
    </w:p>
    <w:p>
      <w:pPr>
        <w:jc w:val="right"/>
      </w:pPr>
      <w:r>
        <w:t>تو قرآن میں اترا کہ "علماء مالم تعلم"۔ علماء مالم تعلم یعنی کچھ بات وہ ہوتی ہے جو تم نہیں جان پاتے، حالانکہ وہ ہوتی ہے، موجود وہاں پر۔</w:t>
      </w:r>
    </w:p>
    <w:p>
      <w:r>
        <w:rPr>
          <w:b/>
        </w:rPr>
        <w:t xml:space="preserve">[53:16] </w:t>
      </w:r>
      <w:r>
        <w:t>Na jaanane ko jaanna padta hai,</w:t>
      </w:r>
    </w:p>
    <w:p>
      <w:pPr>
        <w:jc w:val="right"/>
      </w:pPr>
      <w:r>
        <w:t>نہ جاننے کو جاننا پڑتا ہے،</w:t>
      </w:r>
    </w:p>
    <w:p>
      <w:r>
        <w:rPr>
          <w:b/>
        </w:rPr>
        <w:t xml:space="preserve">[53:21] </w:t>
      </w:r>
      <w:r>
        <w:t>un-known ko known banna padta hai. Alam ma la ta'lamoon</w:t>
      </w:r>
    </w:p>
    <w:p>
      <w:pPr>
        <w:jc w:val="right"/>
      </w:pPr>
      <w:r>
        <w:t>ان نون کو نون بننا پڑتا ہے۔ علماء مالم تعلم</w:t>
      </w:r>
    </w:p>
    <w:p>
      <w:r>
        <w:rPr>
          <w:b/>
        </w:rPr>
        <w:t xml:space="preserve">[53:28] </w:t>
      </w:r>
      <w:r>
        <w:t>To jo jis aadmi ko Khuda tofeeq deta hai, woh woh insaan hota hai jo un-known ko known banata hai, un-seen ko seen banata hai, na jaanane ko jaanane aane wali cheez banata hai.</w:t>
      </w:r>
    </w:p>
    <w:p>
      <w:pPr>
        <w:jc w:val="right"/>
      </w:pPr>
      <w:r>
        <w:t>تو جو جس آدمی کو خدا توفیق دیتا ہے، وہ وہ انسان ہوتا ہے جو ان نون کو نون بناتا ہے، ان سین کو سین بناتا ہے، نہ جاننے کو جاننے آنے والی چیز بناتا ہے۔</w:t>
      </w:r>
    </w:p>
    <w:p>
      <w:r>
        <w:rPr>
          <w:b/>
        </w:rPr>
        <w:t xml:space="preserve">[53:43] </w:t>
      </w:r>
      <w:r>
        <w:t>Tab gehraai tak pahunchta hai.</w:t>
      </w:r>
    </w:p>
    <w:p>
      <w:pPr>
        <w:jc w:val="right"/>
      </w:pPr>
      <w:r>
        <w:t>تب گہرائی تک پہنچتا ہے۔</w:t>
      </w:r>
    </w:p>
    <w:p>
      <w:r>
        <w:rPr>
          <w:b/>
        </w:rPr>
        <w:t xml:space="preserve">[53:47] </w:t>
      </w:r>
      <w:r>
        <w:t>Bohat hi mushkil hai cheezon ko un ke right angle se dekhna.</w:t>
      </w:r>
    </w:p>
    <w:p>
      <w:pPr>
        <w:jc w:val="right"/>
      </w:pPr>
      <w:r>
        <w:t>بہت ہی مشکل ہے چیزوں کو ان کے رائٹ اینگل سے دیکھنا۔</w:t>
      </w:r>
    </w:p>
    <w:p>
      <w:r>
        <w:rPr>
          <w:b/>
        </w:rPr>
        <w:t xml:space="preserve">[53:57] </w:t>
      </w:r>
      <w:r>
        <w:t>To bohat ziyada sincerity chahiye, bohat ziyada seriousness chahiye, bohat ziyada apne aap ko.</w:t>
      </w:r>
    </w:p>
    <w:p>
      <w:pPr>
        <w:jc w:val="right"/>
      </w:pPr>
      <w:r>
        <w:t>تو بہت زیادہ سنسیرٹی چاہیے، بہت زیادہ سیریسنس چاہیے، بہت زیادہ اپنے آپ کو۔</w:t>
      </w:r>
    </w:p>
    <w:p>
      <w:r>
        <w:rPr>
          <w:b/>
        </w:rPr>
        <w:t xml:space="preserve">[54:06] </w:t>
      </w:r>
      <w:r>
        <w:t>Ek cheez yeh dekhiye, saare log bias mein jeete hain, bias mein, complex mein.</w:t>
      </w:r>
    </w:p>
    <w:p>
      <w:pPr>
        <w:jc w:val="right"/>
      </w:pPr>
      <w:r>
        <w:t>ایک چیز یہ دیکھیے، سارے لوگ بائس میں جیتے ہیں، بائس میں، کمپلیکس میں۔</w:t>
      </w:r>
    </w:p>
    <w:p>
      <w:r>
        <w:rPr>
          <w:b/>
        </w:rPr>
        <w:t xml:space="preserve">[54:14] </w:t>
      </w:r>
      <w:r>
        <w:t>Bias jo hai, yeh aadmi ko record banta hai, complex record banta hai. Saare bias se apne ko upar uthana, maslan apne aur gair mein farq na karna, bohat hi mushkil kaam hai ke apne aur gair mein aadmi farq na kare.</w:t>
      </w:r>
    </w:p>
    <w:p>
      <w:pPr>
        <w:jc w:val="right"/>
      </w:pPr>
      <w:r>
        <w:t>بائس جو ہے، یہ آدمی کو ریکارڈ بنتا ہے، کمپلیکس ریکارڈ بنتا ہے۔ سارے بائس سے اپنے کو اوپر اٹھانا، مثلاً اپنے اور غیر میں فرق نہ کرنا، بہت ہی مشکل کام ہے کہ اپنے اور غیر میں آدمی فرق نہ کرے۔</w:t>
      </w:r>
    </w:p>
    <w:p>
      <w:r>
        <w:rPr>
          <w:b/>
        </w:rPr>
        <w:t xml:space="preserve">[54:31] </w:t>
      </w:r>
      <w:r>
        <w:t>Sab ko ek nazar se dekhe. Itna mushkil, itna mushkil. Ek poori history mein aise log bohat kam hue hain jo apne aur gair ka farq kiye bagair soch sakein cheezon ko.</w:t>
      </w:r>
    </w:p>
    <w:p>
      <w:pPr>
        <w:jc w:val="right"/>
      </w:pPr>
      <w:r>
        <w:t>سب کو ایک نظر سے دیکھے۔ اتنا مشکل، اتنا مشکل۔ ایک پوری ہسٹری میں ایسے لوگ بہت کم ہوئے ہیں جو اپنے اور غیر کا فرق کیے بغیر سوچ سکیں چیزوں کو۔</w:t>
      </w:r>
    </w:p>
    <w:p>
      <w:r>
        <w:rPr>
          <w:b/>
        </w:rPr>
        <w:t xml:space="preserve">[54:46] </w:t>
      </w:r>
      <w:r>
        <w:t>To phir is ka matlab kya hai? Un ke andar objective thinking nahi hoti. Sab log subjectivity mein jeete hain, bias mein jeete hain, complex mein jeete hain.</w:t>
      </w:r>
    </w:p>
    <w:p>
      <w:pPr>
        <w:jc w:val="right"/>
      </w:pPr>
      <w:r>
        <w:t>تو پھر اس کا معنی کیا ہے؟ ان کے اندر ابجیکٹو تھنکنگ نہیں ہوتی۔ سب لوگ سبجیکٹیوٹی میں جیتے ہیں، بائس میں جیتے ہیں، کمپلیکس میں جیتے ہیں۔</w:t>
      </w:r>
    </w:p>
    <w:p>
      <w:r>
        <w:rPr>
          <w:b/>
        </w:rPr>
        <w:t xml:space="preserve">[55:00] </w:t>
      </w:r>
      <w:r>
        <w:t>To yeh ek bohat hi zaroori condition hai ke aadmi itna uth jaye, itna uth jaye, itna uth jaye ke apne aur gair ka farq mit jaye.</w:t>
      </w:r>
    </w:p>
    <w:p>
      <w:pPr>
        <w:jc w:val="right"/>
      </w:pPr>
      <w:r>
        <w:t>تو یہ ایک بہت ہی ضروری کنڈیشن ہے کہ آدمی اتنا اٹھ جائے، اتنا اٹھ جائے، اتنا اٹھ جائے کہ اپنے اور غیر کا فرق مٹ جائے۔</w:t>
      </w:r>
    </w:p>
    <w:p>
      <w:r>
        <w:rPr>
          <w:b/>
        </w:rPr>
        <w:t xml:space="preserve">[55:10] </w:t>
      </w:r>
      <w:r>
        <w:t>Apne aur gair ka farq mit jaye, yaani cheezon ko as it is dekh sake, as it is.</w:t>
      </w:r>
    </w:p>
    <w:p>
      <w:pPr>
        <w:jc w:val="right"/>
      </w:pPr>
      <w:r>
        <w:t>اپنے اور غیر کا فرق مٹ جائے، یعنی چیزوں کو ایز اٹ از دیکھ سکے، ایز اٹ از۔</w:t>
      </w:r>
    </w:p>
    <w:p>
      <w:r>
        <w:rPr>
          <w:b/>
        </w:rPr>
        <w:t xml:space="preserve">[55:16] </w:t>
      </w:r>
      <w:r>
        <w:t>Jaise Prophet ki ek dua bohat thi, aap ki bohat hi mehboob dua thi, woh yeh thi ke yeh dua main sunaoon ke hum mein se har aadmi ko yaad rakhna chahiye, is ko padhna chahiye baar baar.</w:t>
      </w:r>
    </w:p>
    <w:p>
      <w:pPr>
        <w:jc w:val="right"/>
      </w:pPr>
      <w:r>
        <w:t>جیسے پرافٹ کی ایک دعا بہت تھی، آپ کی بہت ہی محبوب دعا تھی، وہ یہ تھی کہ یہ دعا میں سناؤں کہ ہم میں سے ہر آدمی کو یاد رکھنا چاہیے، اس کو پڑھنا چاہیے بار بار۔</w:t>
      </w:r>
    </w:p>
    <w:p>
      <w:r>
        <w:rPr>
          <w:b/>
        </w:rPr>
        <w:t xml:space="preserve">[55:30] </w:t>
      </w:r>
      <w:r>
        <w:t>Bohat hi important dua hai yeh. Har aadmi ko chahiye ke is ko likh le, is ko aur yaad kare, is ko padhta rahe.</w:t>
      </w:r>
    </w:p>
    <w:p>
      <w:pPr>
        <w:jc w:val="right"/>
      </w:pPr>
      <w:r>
        <w:t>بہت ہی امپورٹنٹ دعا ہے یہ۔ ہر آدمی کو چاہیے کہ اس کو لکھ لے، اس کو اور یاد کرے، اس کو پڑھتا رہے۔</w:t>
      </w:r>
    </w:p>
    <w:p>
      <w:r>
        <w:rPr>
          <w:b/>
        </w:rPr>
        <w:t xml:space="preserve">[55:38] </w:t>
      </w:r>
      <w:r>
        <w:t>Woh yeh hai ke Allahumma arina al-haqqa haqqan wa arina al-batila batilan wa arina al-ajtinaba wa arina al-ashya'a kama hi</w:t>
      </w:r>
    </w:p>
    <w:p>
      <w:pPr>
        <w:jc w:val="right"/>
      </w:pPr>
      <w:r>
        <w:t>وہ یہ ہے کہ اللہم ارنا الحق حقا وارنا الباطل باطلا وارنا اجتنابا وارنا الاشیاء کما ہے</w:t>
      </w:r>
    </w:p>
    <w:p>
      <w:r>
        <w:rPr>
          <w:b/>
        </w:rPr>
        <w:t xml:space="preserve">[55:55] </w:t>
      </w:r>
      <w:r>
        <w:t>Is ka translation yeh hai ke aye Khuda, mujhe</w:t>
      </w:r>
    </w:p>
    <w:p>
      <w:pPr>
        <w:jc w:val="right"/>
      </w:pPr>
      <w:r>
        <w:t>اس کا ٹرانزیشن یہ ہے کہ اے خدا، مجھے</w:t>
      </w:r>
    </w:p>
    <w:p>
      <w:r>
        <w:rPr>
          <w:b/>
        </w:rPr>
        <w:t xml:space="preserve">[56:02] </w:t>
      </w:r>
      <w:r>
        <w:t>Truth ko Truth ke roop mein dikha aur mujhe is ko follow karne ki tofeeq de.</w:t>
      </w:r>
    </w:p>
    <w:p>
      <w:pPr>
        <w:jc w:val="right"/>
      </w:pPr>
      <w:r>
        <w:t>ٹروتھ کو ٹروتھ کے روپ میں دکھا اور مجھے اس کو فالو کرنے کی توفیق دے۔</w:t>
      </w:r>
    </w:p>
    <w:p>
      <w:r>
        <w:rPr>
          <w:b/>
        </w:rPr>
        <w:t xml:space="preserve">[56:10] </w:t>
      </w:r>
      <w:r>
        <w:t>ae khuda, fals hud ko mujhe fals hud ke roop mein dikha aur mujhe us se bachne ki tofeeq de.</w:t>
      </w:r>
    </w:p>
    <w:p>
      <w:pPr>
        <w:jc w:val="right"/>
      </w:pPr>
      <w:r>
        <w:t>اے خدا، فالس ہڈ کو مجھے فالس ہڈ کے روپ میں دکھا اور مجھے اس سے بچنے کی توفیق دے۔</w:t>
      </w:r>
    </w:p>
    <w:p>
      <w:r>
        <w:rPr>
          <w:b/>
        </w:rPr>
        <w:t xml:space="preserve">[56:20] </w:t>
      </w:r>
      <w:r>
        <w:t>aur ae khuda, mujhe yeh tofeeq de ke main cheezon ko as it is dekh sakoon. is ka is se kya nikla?</w:t>
      </w:r>
    </w:p>
    <w:p>
      <w:pPr>
        <w:jc w:val="right"/>
      </w:pPr>
      <w:r>
        <w:t>اور اے خدا، مجھے یہ توفیق دے کہ میں چیزوں کو ایز اٹ از دیکھ سکوں۔ اس کا اس سے کیا نکلا؟</w:t>
      </w:r>
    </w:p>
    <w:p>
      <w:r>
        <w:rPr>
          <w:b/>
        </w:rPr>
        <w:t xml:space="preserve">[56:30] </w:t>
      </w:r>
      <w:r>
        <w:t>ke aadmi sachai ko sachai ke roop mein nahi dekh pata,</w:t>
      </w:r>
    </w:p>
    <w:p>
      <w:pPr>
        <w:jc w:val="right"/>
      </w:pPr>
      <w:r>
        <w:t>کہ آدمی سچائی کو سچائی کے روپ میں نہیں دیکھ پاتا،</w:t>
      </w:r>
    </w:p>
    <w:p>
      <w:r>
        <w:rPr>
          <w:b/>
        </w:rPr>
        <w:t xml:space="preserve">[56:39] </w:t>
      </w:r>
      <w:r>
        <w:t>cheezon ko as it is tor par nahi dekh pata. bohat ziyada is ke liye sacrifice chahiye tab aisa hota hai ke aadmi ke andar as it is thinking aa jaye.</w:t>
      </w:r>
    </w:p>
    <w:p>
      <w:pPr>
        <w:jc w:val="right"/>
      </w:pPr>
      <w:r>
        <w:t>چیزوں کو ایز اٹ از طور پر نہیں دیکھ پاتا۔ بہت زیادہ اس کے لیے سیکریفائس چاہیے۔ تب ایسا ہوتا ہے کہ آدمی کے اندر ایز اٹ از تھنکنگ آ جائے۔</w:t>
      </w:r>
    </w:p>
    <w:p>
      <w:r>
        <w:rPr>
          <w:b/>
        </w:rPr>
        <w:t xml:space="preserve">[56:50] </w:t>
      </w:r>
      <w:r>
        <w:t>to is ke liye kya hai? yaani sirf yeh nahi ke khuda koi miraculously is ko de deta hai, is ko bhi is ki price deni parti hai.</w:t>
      </w:r>
    </w:p>
    <w:p>
      <w:pPr>
        <w:jc w:val="right"/>
      </w:pPr>
      <w:r>
        <w:t>تو اس کے لیے کیا ہے؟ یعنی صرف یہ نہیں کہ خدا کوئی مسیرسلی اس کو دے دیتا ہے، اس کو بھی اس کی پرائس دینی پڑتی ہے۔</w:t>
      </w:r>
    </w:p>
    <w:p>
      <w:r>
        <w:rPr>
          <w:b/>
        </w:rPr>
        <w:t xml:space="preserve">[56:58] </w:t>
      </w:r>
      <w:r>
        <w:t>wohi maine kaha na, concentration, devotion, sacrifice, har cheez se kat jana, apne aur ghair ko ek nazar se dekhna.</w:t>
      </w:r>
    </w:p>
    <w:p>
      <w:pPr>
        <w:jc w:val="right"/>
      </w:pPr>
      <w:r>
        <w:t>وہی میں نے کہا نا، کنسنٹریشن، ڈیووشن، سیکریفائس، ہر چیز سے کٹ جانا، اپنے اور غیر کو ایک نظر سے دیکھنا۔</w:t>
      </w:r>
    </w:p>
    <w:p>
      <w:r>
        <w:rPr>
          <w:b/>
        </w:rPr>
        <w:t xml:space="preserve">[57:08] </w:t>
      </w:r>
      <w:r>
        <w:t>tab ja kar khuda woh inspiration deta hai is kisi insaan ko ke woh as as as it is thinker ban sake. as it is thinker ban sake.</w:t>
      </w:r>
    </w:p>
    <w:p>
      <w:pPr>
        <w:jc w:val="right"/>
      </w:pPr>
      <w:r>
        <w:t>تب جا کر خدا وہ انسپیریشن دیتا ہے اس کسی انسان کو کہ وہ ایز ایز ایز اٹ از تھنکر بن سکے۔ ایز اٹ از تھنکر بن سکے۔</w:t>
      </w:r>
    </w:p>
    <w:p>
      <w:r>
        <w:rPr>
          <w:b/>
        </w:rPr>
        <w:t xml:space="preserve">[57:21] </w:t>
      </w:r>
      <w:r>
        <w:t>to hum mein se har shakhs ko chahiye ke woh dua karta rahe ke khudaaya, mujhe sachai ka rasta dikha de taake marne se pehle main is ko follow kar sakoon.</w:t>
      </w:r>
    </w:p>
    <w:p>
      <w:pPr>
        <w:jc w:val="right"/>
      </w:pPr>
      <w:r>
        <w:t>تو ہم میں سے ہر شخص کو چاہیے کہ وہ دعا کرتا رہے کہ خدایا، مجھے سچائی کا راستہ دکھا دے تاکہ مرنے سے پہلے میں اس کو فالو کر سکوں۔</w:t>
      </w:r>
    </w:p>
    <w:p>
      <w:r>
        <w:rPr>
          <w:b/>
        </w:rPr>
        <w:t xml:space="preserve">[57:29] </w:t>
      </w:r>
      <w:r>
        <w:t>aur marne ke baad dekhiye, bohat jald hum mein se har waqt wahan khara hoga ke wahan is ko mehsoos hoga, ab to point of no return aa gaya.</w:t>
      </w:r>
    </w:p>
    <w:p>
      <w:pPr>
        <w:jc w:val="right"/>
      </w:pPr>
      <w:r>
        <w:t>اور مرنے کے بعد دیکھیے، بہت جلد ہم میں سے ہر وقت وہاں کھڑا ہوگا کہ وہاں اس کو محسوس ہوگا، اب تو پوائنٹ آف نو ریٹرن آ گیا۔</w:t>
      </w:r>
    </w:p>
    <w:p>
      <w:r>
        <w:rPr>
          <w:b/>
        </w:rPr>
        <w:t xml:space="preserve">[57:39] </w:t>
      </w:r>
      <w:r>
        <w:t>maut kya hai? maut point of no return hai. marne ke baad hum laut nahi sakte yahan par.</w:t>
      </w:r>
    </w:p>
    <w:p>
      <w:pPr>
        <w:jc w:val="right"/>
      </w:pPr>
      <w:r>
        <w:t>موت کیا ہے؟ موت پوائنٹ آف نو ریٹرن ہے۔ مرنے کے بعد ہم لوٹ نہیں سکتے یہاں پر۔</w:t>
      </w:r>
    </w:p>
    <w:p>
      <w:r>
        <w:rPr>
          <w:b/>
        </w:rPr>
        <w:t xml:space="preserve">[57:47] </w:t>
      </w:r>
      <w:r>
        <w:t>to point of no return tak pahunchne se pehle pehle apni islaah kar lijiye, apne aap ko sachai ke raste par daal dijiye. aqool qawli hadha wastaghfirullah li walakum ajmaeen</w:t>
      </w:r>
    </w:p>
    <w:p>
      <w:pPr>
        <w:jc w:val="right"/>
      </w:pPr>
      <w:r>
        <w:t>تو پوائنٹ آف نو ریٹرن تک پہنچنے سے پہلے پہلے اپنی اصلاح کر لیجئے، اپنے آپ کو سچائی کے راستے پر ڈال دیجئے۔ أقول قولي هذا واستغفراللہ لي ولكم اجمعین</w:t>
      </w:r>
    </w:p>
    <w:p>
      <w:r>
        <w:rPr>
          <w:b/>
        </w:rPr>
        <w:t xml:space="preserve">[58:14] </w:t>
      </w:r>
      <w:r>
        <w:t>das question is from aisha</w:t>
      </w:r>
    </w:p>
    <w:p>
      <w:pPr>
        <w:jc w:val="right"/>
      </w:pPr>
      <w:r>
        <w:t>دس کوئسچن از فرام عائشہ</w:t>
      </w:r>
    </w:p>
    <w:p>
      <w:r>
        <w:rPr>
          <w:b/>
        </w:rPr>
        <w:t xml:space="preserve">[58:17] </w:t>
      </w:r>
      <w:r>
        <w:t>. she says that how can one rise above all biases, especially when we are living in this society where conditioning is happening on every moment?</w:t>
      </w:r>
    </w:p>
    <w:p>
      <w:pPr>
        <w:jc w:val="right"/>
      </w:pPr>
      <w:r>
        <w:t>۔ شی سیز دیٹ How can one rise above all biases, especially when we are living in this society where conditioning is happening on every moment?</w:t>
      </w:r>
    </w:p>
    <w:p>
      <w:r>
        <w:rPr>
          <w:b/>
        </w:rPr>
        <w:t xml:space="preserve">[58:30] </w:t>
      </w:r>
      <w:r>
        <w:t>dekhiye, isi liye maine kaha ke aadmi ke liye do mein se ek ka option hai.</w:t>
      </w:r>
    </w:p>
    <w:p>
      <w:pPr>
        <w:jc w:val="right"/>
      </w:pPr>
      <w:r>
        <w:t>دیکھیے، اسی لیے میں نے کہا کہ آدمی کے لیے دو میں سے ایک کا آپشن ہے۔</w:t>
      </w:r>
    </w:p>
    <w:p>
      <w:r>
        <w:rPr>
          <w:b/>
        </w:rPr>
        <w:t xml:space="preserve">[58:40] </w:t>
      </w:r>
      <w:r>
        <w:t>agar aadmi chahta hai ke woh khud hi,</w:t>
      </w:r>
    </w:p>
    <w:p>
      <w:pPr>
        <w:jc w:val="right"/>
      </w:pPr>
      <w:r>
        <w:t>اگر آدمی چاہتا ہے کہ وہ خود ہی،</w:t>
      </w:r>
    </w:p>
    <w:p>
      <w:r>
        <w:rPr>
          <w:b/>
        </w:rPr>
        <w:t xml:space="preserve">[58:46] </w:t>
      </w:r>
      <w:r>
        <w:t>yaani is level ko pahunch jaye,</w:t>
      </w:r>
    </w:p>
    <w:p>
      <w:pPr>
        <w:jc w:val="right"/>
      </w:pPr>
      <w:r>
        <w:t>یعنی اس لیول کو پہنچ جائے،</w:t>
      </w:r>
    </w:p>
    <w:p>
      <w:r>
        <w:rPr>
          <w:b/>
        </w:rPr>
        <w:t xml:space="preserve">[58:52] </w:t>
      </w:r>
      <w:r>
        <w:t>to phir is ko sacrifice karni paregi. woh sacrifice har aadmi nahi kar sakta, woh unnatural hai.</w:t>
      </w:r>
    </w:p>
    <w:p>
      <w:pPr>
        <w:jc w:val="right"/>
      </w:pPr>
      <w:r>
        <w:t>تو پھر اس کو سیکریفائس کرنی پڑے گی۔ وہ سیکریفائس ہر آدمی نہیں کر سکتا، وہ ان نیچرل ہے۔</w:t>
      </w:r>
    </w:p>
    <w:p>
      <w:r>
        <w:rPr>
          <w:b/>
        </w:rPr>
        <w:t xml:space="preserve">[59:04] </w:t>
      </w:r>
      <w:r>
        <w:t>kyun ke dunya ka karobar bhi to chalna hai, dunya ka karobar hi khatam ho jayega.</w:t>
      </w:r>
    </w:p>
    <w:p>
      <w:pPr>
        <w:jc w:val="right"/>
      </w:pPr>
      <w:r>
        <w:t>کیونکہ دنیا کا کاروبار بھی تو چلنا ہے، دنیا کا کاروبار ہی ختم ہو جائے گا۔</w:t>
      </w:r>
    </w:p>
    <w:p>
      <w:r>
        <w:rPr>
          <w:b/>
        </w:rPr>
        <w:t xml:space="preserve">[59:08] </w:t>
      </w:r>
      <w:r>
        <w:t>is liye khuda ka jo naqsha hai, usi par zindagi chalegi ke koi, koi, koi aisa niklega jo is sacrifice ko de kar ke is level tak pahunchega.</w:t>
      </w:r>
    </w:p>
    <w:p>
      <w:pPr>
        <w:jc w:val="right"/>
      </w:pPr>
      <w:r>
        <w:t>اس لیے خدا کا جو نقشہ ہے، اسی پر زندگی چلے گی کہ کوئی، کوئی، کوئی ایسا نکلے گا جو اس سیکریفائس کو دے کر کے اس لیول تک پہنچے گا۔</w:t>
      </w:r>
    </w:p>
    <w:p>
      <w:r>
        <w:rPr>
          <w:b/>
        </w:rPr>
        <w:t xml:space="preserve">[59:22] </w:t>
      </w:r>
      <w:r>
        <w:t>to aap ko is aadmi ko accept karna hai.</w:t>
      </w:r>
    </w:p>
    <w:p>
      <w:pPr>
        <w:jc w:val="right"/>
      </w:pPr>
      <w:r>
        <w:t>تو آپ کو اس آدمی کو ایکسیپٹ کرنا ہے۔</w:t>
      </w:r>
    </w:p>
    <w:p>
      <w:r>
        <w:rPr>
          <w:b/>
        </w:rPr>
        <w:t xml:space="preserve">[59:28] </w:t>
      </w:r>
      <w:r>
        <w:t>khud, khud hi sari sacrifice karein, apne is level tak pahunchein. yeh option aap nahi le sakte.</w:t>
      </w:r>
    </w:p>
    <w:p>
      <w:pPr>
        <w:jc w:val="right"/>
      </w:pPr>
      <w:r>
        <w:t>خود، خود ہی ساری سیکریفائس کریں، اپنے اس لیول تک پہنچیں۔ یہ آپشن آپ نہیں لے سکتے۔</w:t>
      </w:r>
    </w:p>
    <w:p>
      <w:r>
        <w:rPr>
          <w:b/>
        </w:rPr>
        <w:t xml:space="preserve">[59:37] </w:t>
      </w:r>
      <w:r>
        <w:t>yeh possible nahi hai, kyun ke aadmi badalta rehta hai bohat si cheezon se. kaise woh chhodega un ko? to kisi, kisi ko khuda yeh tofeeq deta hai. to is ko pehchaniye.</w:t>
      </w:r>
    </w:p>
    <w:p>
      <w:pPr>
        <w:jc w:val="right"/>
      </w:pPr>
      <w:r>
        <w:t>یہ پاسیبل نہیں ہے، کیونکہ آدمی بدل رہتا ہے بہت سی چیزوں سے۔ کیسے وہ چھوڑے گا ان کو؟ تو کسی، کسی کو خدا یہ توفیق دیتا ہے۔ تو اس کو پہچانیے۔</w:t>
      </w:r>
    </w:p>
    <w:p>
      <w:r>
        <w:rPr>
          <w:b/>
        </w:rPr>
        <w:t xml:space="preserve">[59:47] </w:t>
      </w:r>
      <w:r>
        <w:t>aur jis ko main kaha karta hoon aksar ke unconditioned guru ka concept mujhe bohat hi natural maloom hota hai, to wohi option hai.</w:t>
      </w:r>
    </w:p>
    <w:p>
      <w:pPr>
        <w:jc w:val="right"/>
      </w:pPr>
      <w:r>
        <w:t>اور جس کو میں کہا کرتا ہوں اکثر کہ ان کنڈیشن گرو کا کانسیپٹ مجھے بہت ہی نیچرل معلوم ہوتا ہے، تو وہی آپشن ہے۔</w:t>
      </w:r>
    </w:p>
    <w:p>
      <w:r>
        <w:rPr>
          <w:b/>
        </w:rPr>
        <w:t xml:space="preserve">[59:57] </w:t>
      </w:r>
      <w:r>
        <w:t>is aadmi ko aap maaniye jis ko aap discover karein ke yeh is level tak pahuncha hua aadmi hai.</w:t>
      </w:r>
    </w:p>
    <w:p>
      <w:pPr>
        <w:jc w:val="right"/>
      </w:pPr>
      <w:r>
        <w:t>اس آدمی کو آپ مانیے جس کو آپ ڈسکور کریں کہ یہ اس لیول تک پہنچا ہوا آدمی ہے۔</w:t>
      </w:r>
    </w:p>
    <w:p>
      <w:r>
        <w:rPr>
          <w:b/>
        </w:rPr>
        <w:t xml:space="preserve">[1:00:08] </w:t>
      </w:r>
      <w:r>
        <w:t>third option possible nahi hai ke na to aap kisi ko guru maanein, na khud pahunchein is level tak, aur khwamkhwah behas karte rahein.</w:t>
      </w:r>
    </w:p>
    <w:p>
      <w:pPr>
        <w:jc w:val="right"/>
      </w:pPr>
      <w:r>
        <w:t>تھرڈ آپشن پاسیبل نہیں ہے کہ نہ تو آپ کسی کو گرو مانیں، نہ خود پہنچیں اس لیول تک، اور خوامخواہ بحث کرتے رہیں۔</w:t>
      </w:r>
    </w:p>
    <w:p>
      <w:r>
        <w:rPr>
          <w:b/>
        </w:rPr>
        <w:t xml:space="preserve">[1:00:17] </w:t>
      </w:r>
      <w:r>
        <w:t>yeh hai third option. dekhen, ek hadith bari, bohat hi relevant hai: kun aalim o mutaallim, wala takun saalis, fa-talik. kun aalim o mutaallim, wala takun saalis, fa-talik.</w:t>
      </w:r>
    </w:p>
    <w:p>
      <w:pPr>
        <w:jc w:val="right"/>
      </w:pPr>
      <w:r>
        <w:t>یہ ہے تھرڈ آپشن۔ دیکھیں، ایک حدیث بڑی، بہت ہی ریلیونٹ ہے: کن عالما او متعلما ولا تکن سالسا فتحلک کن عالما او متعلما ولا تکن سالسا فتحلک۔</w:t>
      </w:r>
    </w:p>
    <w:p>
      <w:r>
        <w:rPr>
          <w:b/>
        </w:rPr>
        <w:t xml:space="preserve">[1:00:35] </w:t>
      </w:r>
      <w:r>
        <w:t>ya to khud aalim bano,</w:t>
      </w:r>
    </w:p>
    <w:p>
      <w:pPr>
        <w:jc w:val="right"/>
      </w:pPr>
      <w:r>
        <w:t>یا تو خود عالم بنو،</w:t>
      </w:r>
    </w:p>
    <w:p>
      <w:r>
        <w:rPr>
          <w:b/>
        </w:rPr>
        <w:t xml:space="preserve">[1:00:39] </w:t>
      </w:r>
      <w:r>
        <w:t>yani janne wale bano khud aap, ya student ban jao. student kaun hai? jo kisi janne wale se seekhta hai.</w:t>
      </w:r>
    </w:p>
    <w:p>
      <w:pPr>
        <w:jc w:val="right"/>
      </w:pPr>
      <w:r>
        <w:t>یعنی جاننے والے بنو خود آپ، یا اسٹوڈنٹ بن جاؤ۔ اسٹوڈنٹ کون ہے؟ جو کسی جاننے والے سے سیکھتا ہے۔</w:t>
      </w:r>
    </w:p>
    <w:p>
      <w:r>
        <w:rPr>
          <w:b/>
        </w:rPr>
        <w:t xml:space="preserve">[1:00:49] </w:t>
      </w:r>
      <w:r>
        <w:t>ji, ya to janne wale bano ya seekhne wale bano. teesre na bano. teesra kaun hai?</w:t>
      </w:r>
    </w:p>
    <w:p>
      <w:pPr>
        <w:jc w:val="right"/>
      </w:pPr>
      <w:r>
        <w:t>جی، یا تو جاننے والے بنو یا سیکھنے والے بنو۔ تیسرے نہ بنو۔ تیسرا کون ہے؟</w:t>
      </w:r>
    </w:p>
    <w:p>
      <w:r>
        <w:rPr>
          <w:b/>
        </w:rPr>
        <w:t xml:space="preserve">[1:00:58] </w:t>
      </w:r>
      <w:r>
        <w:t>jo khwamkhwah beheshen karta hai, har khwamkhwah argument karta hai.</w:t>
      </w:r>
    </w:p>
    <w:p>
      <w:pPr>
        <w:jc w:val="right"/>
      </w:pPr>
      <w:r>
        <w:t>جو خوامخواہ بحثیں کرتا ہے، ہر خوامخواہ ارگیومنٹ کرتا ہے۔</w:t>
      </w:r>
    </w:p>
    <w:p>
      <w:r>
        <w:rPr>
          <w:b/>
        </w:rPr>
        <w:t xml:space="preserve">[1:01:05] </w:t>
      </w:r>
      <w:r>
        <w:t>yahi mein samajhta hoon ke iska natural jawab hai. theek hai. a</w:t>
      </w:r>
    </w:p>
    <w:p>
      <w:pPr>
        <w:jc w:val="right"/>
      </w:pPr>
      <w:r>
        <w:t>یہی میں سمجھتا ہوں کہ اس کا نیچرل جواب ہے۔ ٹھیک ہے۔ ا</w:t>
      </w:r>
    </w:p>
    <w:p>
      <w:r>
        <w:rPr>
          <w:b/>
        </w:rPr>
        <w:t xml:space="preserve">[1:01:11] </w:t>
      </w:r>
      <w:r>
        <w:t>h, Muhammad Zubair, quotes one of your recent talks, and he says that one of your lectures you had said: "jab insaan ko sacha guide mil jaye to use apna dimagh band kar dena chahiye." could you elaborate this thing little more?</w:t>
      </w:r>
    </w:p>
    <w:p>
      <w:pPr>
        <w:jc w:val="right"/>
      </w:pPr>
      <w:r>
        <w:t>ہ، محمد زبیر، کوٹس ون آف یور ریسنٹ ٹاکس، اینڈ ہی سیز دیٹ ون آف یور لیکچرز یو ہیڈ سیڈ: "جب انسان کو سچا گائیڈ مل جائے تو اسے اپنا دماغ بند کر دینا چاہیے۔" کڈ یو الیبریٹ دس تھنگ لٹل مور؟</w:t>
      </w:r>
    </w:p>
    <w:p>
      <w:r>
        <w:rPr>
          <w:b/>
        </w:rPr>
        <w:t xml:space="preserve">[1:01:32] </w:t>
      </w:r>
      <w:r>
        <w:t>dekhen, band karne ka word yahan par agar hum ne use kiya ho to woh limited sense mein tha, woh absolute sense mein nahi tha.</w:t>
      </w:r>
    </w:p>
    <w:p>
      <w:pPr>
        <w:jc w:val="right"/>
      </w:pPr>
      <w:r>
        <w:t>دیکھیں، بند کرنے کا ورڈ یہاں پر اگر ہم نے یوز کیا ہو تو وہ لمیٹڈ سینس میں تھا، وہ ایبسولیوٹ سینس میں نہیں تھا۔</w:t>
      </w:r>
    </w:p>
    <w:p>
      <w:r>
        <w:rPr>
          <w:b/>
        </w:rPr>
        <w:t xml:space="preserve">[1:01:40] </w:t>
      </w:r>
      <w:r>
        <w:t>aap band nahi kar sakte apne mind ko. woh matlab sirf is sense mein tha ke jo cheez aap due to some limitations</w:t>
      </w:r>
    </w:p>
    <w:p>
      <w:pPr>
        <w:jc w:val="right"/>
      </w:pPr>
      <w:r>
        <w:t>آپ بند نہیں کر سکتے اپنے مائنڈ کو۔ وہ مطلب صرف اس سینس میں تھا کہ جو چیز آپ ڈیو ٹو سم لیمیٹیشنز</w:t>
      </w:r>
    </w:p>
    <w:p>
      <w:r>
        <w:rPr>
          <w:b/>
        </w:rPr>
        <w:t xml:space="preserve">[1:01:54] </w:t>
      </w:r>
      <w:r>
        <w:t>samajh nahi pa rahe hain, us mein us ke baat ko maan lijie. okay, mind to kabhi bhi band nahi hoga, na band karna chahiye.</w:t>
      </w:r>
    </w:p>
    <w:p>
      <w:pPr>
        <w:jc w:val="right"/>
      </w:pPr>
      <w:r>
        <w:t>سمجھ نہیں پا رہے ہیں، اس میں اس کے بات کو مان لیجئے۔ اوکے، مائنڈ تو کبھی بھی بند نہیں ہوگا، نہ بند کرنا چاہیے۔</w:t>
      </w:r>
    </w:p>
    <w:p>
      <w:r>
        <w:rPr>
          <w:b/>
        </w:rPr>
        <w:t xml:space="preserve">[1:02:04] </w:t>
      </w:r>
      <w:r>
        <w:t>lekin</w:t>
      </w:r>
    </w:p>
    <w:p>
      <w:pPr>
        <w:jc w:val="right"/>
      </w:pPr>
      <w:r>
        <w:t>لیکن</w:t>
      </w:r>
    </w:p>
    <w:p>
      <w:r>
        <w:rPr>
          <w:b/>
        </w:rPr>
        <w:t xml:space="preserve">[1:02:05] </w:t>
      </w:r>
      <w:r>
        <w:t>is is ke bare mein maine kaha hoga jis ke bare mein aap us ki aag ko nahi pahunch pa rahe hain, to wahan par maan lijie.</w:t>
      </w:r>
    </w:p>
    <w:p>
      <w:pPr>
        <w:jc w:val="right"/>
      </w:pPr>
      <w:r>
        <w:t>اس اس کے بارے میں میں نے کہا ہوگا جس کے بارے میں آپ اس کی آگ کو نہیں پہنچ پا رہے ہیں، تو وہاں پر مان لیجئے۔</w:t>
      </w:r>
    </w:p>
    <w:p>
      <w:r>
        <w:rPr>
          <w:b/>
        </w:rPr>
        <w:t xml:space="preserve">[1:02:17] </w:t>
      </w:r>
      <w:r>
        <w:t>okay, aur koi option wahan us waqt aap ke liye hota nahi hai. Maulana, he second point is that: "can dua be accepted by God if it does not contradict with the future plan?"</w:t>
      </w:r>
    </w:p>
    <w:p>
      <w:pPr>
        <w:jc w:val="right"/>
      </w:pPr>
      <w:r>
        <w:t>اوکے، اور کوئی آپشن وہاں اس وقت آپ کے لیے ہوتا نہیں ہے۔ مولانا، ہی سیکنڈ پوائنٹ از دیٹ: "کین دعا بی ایکسیپٹڈ بائی گاڈ اف اٹ ڈز ناٹ کانٹراڈکٹ ود دی فیوچر پلان؟</w:t>
      </w:r>
    </w:p>
    <w:p>
      <w:r>
        <w:rPr>
          <w:b/>
        </w:rPr>
        <w:t xml:space="preserve">[1:02:34] </w:t>
      </w:r>
      <w:r>
        <w:t>"will it be accepted if it contradicts the creation plan of God? so this thing he wants you to. nahi, nahi, aisa possible nahi hai.</w:t>
      </w:r>
    </w:p>
    <w:p>
      <w:pPr>
        <w:jc w:val="right"/>
      </w:pPr>
      <w:r>
        <w:t>" ول اٹ بی ایکسیپٹڈ اف اٹ کانٹراڈکٹس دی کریشن پلان آف گاڈ؟ سو دس تھنگ ہی وانٹس یو ٹو۔ نہیں، نہیں، ایسا پاسیبل نہیں ہے۔</w:t>
      </w:r>
    </w:p>
    <w:p>
      <w:r>
        <w:rPr>
          <w:b/>
        </w:rPr>
        <w:t xml:space="preserve">[1:02:44] </w:t>
      </w:r>
      <w:r>
        <w:t>dua koi mazak nahi hai. dua yani Khuda ke creation planning ko jo abalish kare, jo aadmi aisi dua kare, woh khud ek mad aadmi hai, pagal aadmi hai</w:t>
      </w:r>
    </w:p>
    <w:p>
      <w:pPr>
        <w:jc w:val="right"/>
      </w:pPr>
      <w:r>
        <w:t>دعا کوئی مذاق نہیں ہے۔ دعا یعنی خدا کے کریشن پلاننگ کو جو ابالش کرے، جو آدمی ایسی دعا کرے، وہ خود ایک میڈ آدمی ہے، پاگل آدمی ہے</w:t>
      </w:r>
    </w:p>
    <w:p>
      <w:r>
        <w:rPr>
          <w:b/>
        </w:rPr>
        <w:t xml:space="preserve">[1:02:57] </w:t>
      </w:r>
      <w:r>
        <w:t>ke Khudaya jo hai, suraj na nikle, ek ek mahine tak andhera duniya mein chhaye rahe to Khuda sune ga. aisi baat dua karna khud ek bohat mushkil kaam hai, aasan kaam nahi hai.</w:t>
      </w:r>
    </w:p>
    <w:p>
      <w:pPr>
        <w:jc w:val="right"/>
      </w:pPr>
      <w:r>
        <w:t>کہ خدایا جو ہے، سورج نہ نکلے، ایک ایک مہینے تک اندھیرا دنیا میں چھائے رہے تو خدا سنے گا۔ ایسی بات دعا کرنا خود ایک بہت مشکل کام ہے، آسان کام نہیں ہے۔</w:t>
      </w:r>
    </w:p>
    <w:p>
      <w:r>
        <w:rPr>
          <w:b/>
        </w:rPr>
        <w:t xml:space="preserve">[1:03:12] </w:t>
      </w:r>
      <w:r>
        <w:t>log apni desires ko le kar ke dua bana lete hain. hamari desires jo hain, un ko le kar jo dua karta hai, woh kabhi qabool nahi hogi, kabhi nahi qabool hogi.</w:t>
      </w:r>
    </w:p>
    <w:p>
      <w:pPr>
        <w:jc w:val="right"/>
      </w:pPr>
      <w:r>
        <w:t>لوگ اپنی ڈیزائر کو لے کر کے دعا بنا لیتے ہیں۔ ہماری ڈیزائر جو ہے، ان کو لے کر جو دعا کرتا ہے، وہ کبھی قبول نہیں ہوگی، کبھی نہیں قبول ہوگی۔</w:t>
      </w:r>
    </w:p>
    <w:p>
      <w:r>
        <w:rPr>
          <w:b/>
        </w:rPr>
        <w:t xml:space="preserve">[1:03:25] </w:t>
      </w:r>
      <w:r>
        <w:t>misalan, main aap ko misaal deta hoon: ek hamari masjidon mein, yahan se le kar America tak, maine suna hai ke dua ki jati hai: kalim ahlak al-kufara wal-mushrikeen Allah, main dam pe tayyar hoon.</w:t>
      </w:r>
    </w:p>
    <w:p>
      <w:pPr>
        <w:jc w:val="right"/>
      </w:pPr>
      <w:r>
        <w:t>مثلاً، میں آپ کو مثال دیتا ہوں: ایک ہماری مسجدوں میں، یہاں سے لے کر امریکہ تک، میں نے سنا ہے کہ دعا کی جاتی ہے: کلم اہلک الکفرۃ والمشرکین اللہ، میں دم پہ تیار ہوں۔</w:t>
      </w:r>
    </w:p>
    <w:p>
      <w:r>
        <w:rPr>
          <w:b/>
        </w:rPr>
        <w:t xml:space="preserve">[1:03:37] </w:t>
      </w:r>
      <w:r>
        <w:t>yahan se le kar America tak ke yeh jo qaumein hain, in ko halakat ki dua karte hain. yahan se le kar America tak, maine dekha masjidon mein, aur aaj tak qabool nahi hui.</w:t>
      </w:r>
    </w:p>
    <w:p>
      <w:pPr>
        <w:jc w:val="right"/>
      </w:pPr>
      <w:r>
        <w:t>یہاں سے لے کر امریکہ تک کہ یہ جو قومیں ہیں، ان کو ہلاکت کی دعا کرتے ہیں۔ یہاں سے لے کر امریکہ تک، میں نے دیکھا مسجدوں میں، اور آج تک قبول نہیں ہوئی۔</w:t>
      </w:r>
    </w:p>
    <w:p>
      <w:r>
        <w:rPr>
          <w:b/>
        </w:rPr>
        <w:t xml:space="preserve">[1:03:47] </w:t>
      </w:r>
      <w:r>
        <w:t>sau baras se kar rahe hain, koi halak nahi hua. halak to hum khud ho rahe hain. ki</w:t>
      </w:r>
    </w:p>
    <w:p>
      <w:pPr>
        <w:jc w:val="right"/>
      </w:pPr>
      <w:r>
        <w:t>سو برس سے کر رہے ہیں، کوئی ہلاک نہیں ہوا۔ ہلاک تو ہم خود ہو رہے ہیں۔ کی</w:t>
      </w:r>
    </w:p>
    <w:p>
      <w:r>
        <w:rPr>
          <w:b/>
        </w:rPr>
        <w:t xml:space="preserve">[1:03:53] </w:t>
      </w:r>
      <w:r>
        <w:t>yun? yeh Khuda ke creation plan mein yeh baat hai nahi ke aap hum bad dua karein, woh halak kar diye jayein. hamara Khuda ka plan kya hai?</w:t>
      </w:r>
    </w:p>
    <w:p>
      <w:pPr>
        <w:jc w:val="right"/>
      </w:pPr>
      <w:r>
        <w:t>وں؟ یہ خدا کے کریشن پلان میں یہ بات ہے نہیں کہ آپ ہم بد دعا کریں، وہ ہلاک کر دیے جائیں۔ ہمارا خدا کا پلان کیا ہے؟</w:t>
      </w:r>
    </w:p>
    <w:p>
      <w:r>
        <w:rPr>
          <w:b/>
        </w:rPr>
        <w:t xml:space="preserve">[1:04:01] </w:t>
      </w:r>
      <w:r>
        <w:t>ke hum unhein batayein, hum unhein samjhayein. hamara kaam sirf samjhana hai, halak karna hamara kaam hai nahi. woh Khuda ke domain mein hum dakhil ho jate hain.</w:t>
      </w:r>
    </w:p>
    <w:p>
      <w:pPr>
        <w:jc w:val="right"/>
      </w:pPr>
      <w:r>
        <w:t>کہ ہم انہیں بتائیں، ہم انہیں سمجھائیں۔ ہمارا کام صرف سمجھانا ہے، ہلاک کرنا ہمارا کام ہے نہیں۔ وہ خدا کے ڈومین میں ہم داخل ہو جاتے ہیں۔</w:t>
      </w:r>
    </w:p>
    <w:p>
      <w:r>
        <w:rPr>
          <w:b/>
        </w:rPr>
        <w:t xml:space="preserve">[1:04:12] </w:t>
      </w:r>
      <w:r>
        <w:t>main bohat hi taajjub hota hoon ke sari masjidon mein, sare ijtimaat mein yeh dua hoti hai: Allah, main dam pe tayyar ho</w:t>
      </w:r>
    </w:p>
    <w:p>
      <w:pPr>
        <w:jc w:val="right"/>
      </w:pPr>
      <w:r>
        <w:t>میں بہت ہی تعجب ہوتا ہوں کہ ساری مسجدوں میں، سارے اجتماعات میں یہ دعا ہوتی ہے: اللہ، میں دم پہ تیار ہ</w:t>
      </w:r>
    </w:p>
    <w:p>
      <w:r>
        <w:rPr>
          <w:b/>
        </w:rPr>
        <w:t xml:space="preserve">[1:04:19] </w:t>
      </w:r>
      <w:r>
        <w:t>oon yeh kabhi qabool nahi hogi, kyunke Khuda ke creation plan se bilkul hi, yani us ke khilaf hai.</w:t>
      </w:r>
    </w:p>
    <w:p>
      <w:pPr>
        <w:jc w:val="right"/>
      </w:pPr>
      <w:r>
        <w:t>وں یہ کبھی قبول نہیں ہوگی، کیونکہ خدا کے کریشن پلان سے بالکل ہی، یعنی اس کے خلاف ہے۔</w:t>
      </w:r>
    </w:p>
    <w:p>
      <w:r>
        <w:rPr>
          <w:b/>
        </w:rPr>
        <w:t xml:space="preserve">[1:04:27] </w:t>
      </w:r>
      <w:r>
        <w:t>yeh okay to yaad rakhein, hum apni wishes ko le kar dua karne lagein to woh dua hamare upar phenk di jayegi. aisi dua kabhi qabool nahi hogi.</w:t>
      </w:r>
    </w:p>
    <w:p>
      <w:pPr>
        <w:jc w:val="right"/>
      </w:pPr>
      <w:r>
        <w:t>یہ اوکے تو یاد رکھیں، ہم اپنی وشز کو لے کر دعا کرنے لگے تو وہ دعا ہمارے اوپر پھینک دی جائے گی۔ ایسی دعا کبھی قبول نہیں ہوگی۔</w:t>
      </w:r>
    </w:p>
    <w:p>
      <w:r>
        <w:rPr>
          <w:b/>
        </w:rPr>
        <w:t xml:space="preserve">[1:04:36] </w:t>
      </w:r>
      <w:r>
        <w:t>yani hum nafrat paida kar li, hum ne un qaumon ke khilaaf, aur lage dua karne to hamari nafrat se, hamare hate se thori koi Khuda kisi ko halaak kar dega.</w:t>
      </w:r>
    </w:p>
    <w:p>
      <w:pPr>
        <w:jc w:val="right"/>
      </w:pPr>
      <w:r>
        <w:t>یعنی ہم نفرت پیدا کر لی، ہم نے ان قوموں کے خلاف، اور لگے دعا کرنے تو ہماری نفرت سے، ہمارے ہیٹ سے تھوڑی کوئی خدا کسی کو ہلاک کر دے گا۔</w:t>
      </w:r>
    </w:p>
    <w:p>
      <w:r>
        <w:rPr>
          <w:b/>
        </w:rPr>
        <w:t xml:space="preserve">[1:04:48] </w:t>
      </w:r>
      <w:r>
        <w:t>to Khuda ke apne qanoon hain, apne laws hain. to main samajhta hoon ke bohat hi zyada dua jo hai, bohat hi zyada aik mushkil kaam hai, aasaan kaam nahi hai.</w:t>
      </w:r>
    </w:p>
    <w:p>
      <w:pPr>
        <w:jc w:val="right"/>
      </w:pPr>
      <w:r>
        <w:t>تو خدا کے اپنے قانون ہیں، اپنے لاز ہیں۔ تو میں سمجھتا ہوں کہ بہت ہی زیادہ دعا جو ہے، بہت ہی زیادہ ایک مشکل کام ہے، آسان کام نہیں ہے۔</w:t>
      </w:r>
    </w:p>
    <w:p>
      <w:r>
        <w:rPr>
          <w:b/>
        </w:rPr>
        <w:t xml:space="preserve">[1:04:59] </w:t>
      </w:r>
      <w:r>
        <w:t>sachi dua ji. Maulana, das question is from priya malik.</w:t>
      </w:r>
    </w:p>
    <w:p>
      <w:pPr>
        <w:jc w:val="right"/>
      </w:pPr>
      <w:r>
        <w:t>سچی دعا جی۔ مولانا، دس کوئسچن از فرام پریا ملک۔</w:t>
      </w:r>
    </w:p>
    <w:p>
      <w:r>
        <w:rPr>
          <w:b/>
        </w:rPr>
        <w:t xml:space="preserve">[1:05:08] </w:t>
      </w:r>
      <w:r>
        <w:t>she says that in your talk you laid emphasis on identifying a person who could be a guru or a guide to you.</w:t>
      </w:r>
    </w:p>
    <w:p>
      <w:pPr>
        <w:jc w:val="right"/>
      </w:pPr>
      <w:r>
        <w:t>شی سیز دیٹ ان یور ٹاک یو لیڈ ایمفیسز ان ائیڈینٹیفائنگ ا پرسن ہو کڈ بی ا گرو اور ا گائیڈ ٹو یو۔</w:t>
      </w:r>
    </w:p>
    <w:p>
      <w:r>
        <w:rPr>
          <w:b/>
        </w:rPr>
        <w:t xml:space="preserve">[1:05:19] </w:t>
      </w:r>
      <w:r>
        <w:t>she says that if there are more than people who can guide a person, so can a person go for an option of a multiple guru also?</w:t>
      </w:r>
    </w:p>
    <w:p>
      <w:pPr>
        <w:jc w:val="right"/>
      </w:pPr>
      <w:r>
        <w:t>شی سیز دیٹ اف دیر ار مور دین پیپل ہو کین گائیڈ ا پرسن، سو کین ا پرسن گو فار این اپشن اف ا ملٹیپل گرو السو؟</w:t>
      </w:r>
    </w:p>
    <w:p>
      <w:r>
        <w:rPr>
          <w:b/>
        </w:rPr>
        <w:t xml:space="preserve">[1:05:29] </w:t>
      </w:r>
      <w:r>
        <w:t>nahi, nahi, yeh bilkul hi impossible baat hai.</w:t>
      </w:r>
    </w:p>
    <w:p>
      <w:pPr>
        <w:jc w:val="right"/>
      </w:pPr>
      <w:r>
        <w:t>نہیں، نہیں، یہ بالکل ہی امپاسیبل بات ہے۔</w:t>
      </w:r>
    </w:p>
    <w:p>
      <w:r>
        <w:rPr>
          <w:b/>
        </w:rPr>
        <w:t xml:space="preserve">[1:05:35] </w:t>
      </w:r>
      <w:r>
        <w:t>dekhiye, yeh kaha jata hai ke art do mind mein nahi ban sakta. aik aik aala darje ka art sirf aik hi mind mein banta hai.</w:t>
      </w:r>
    </w:p>
    <w:p>
      <w:pPr>
        <w:jc w:val="right"/>
      </w:pPr>
      <w:r>
        <w:t>دیکھیے، یہ کہا جاتا ہے کہ آرٹ دو مائنڈ میں نہیں بن سکتا۔ ایک ایک اعلیٰ درجے کا آرٹ صرف ایک ہی مائنڈ میں بنتا ہے۔</w:t>
      </w:r>
    </w:p>
    <w:p>
      <w:r>
        <w:rPr>
          <w:b/>
        </w:rPr>
        <w:t xml:space="preserve">[1:05:45] </w:t>
      </w:r>
      <w:r>
        <w:t>aisa duniya mein koi example nahi hai ke koi bohat acha art kahin ho, uski museum mein usko do mind mein banaya ho. koi acha art, ooncha art hamesha aik mind mein banta hai.</w:t>
      </w:r>
    </w:p>
    <w:p>
      <w:pPr>
        <w:jc w:val="right"/>
      </w:pPr>
      <w:r>
        <w:t>ایسا دنیا میں کوئی ایگزامپل نہیں ہے کہ کوئی بہت اچھا آرٹ کہیں ہو، اس کی میوزیم میں اس کو دو مائنڈ میں بنایا ہو۔ کوئی اچھا آرٹ، اونچا آرٹ ہمیشہ ایک مائنڈ میں بنتا ہے۔</w:t>
      </w:r>
    </w:p>
    <w:p>
      <w:r>
        <w:rPr>
          <w:b/>
        </w:rPr>
        <w:t xml:space="preserve">[1:05:56] </w:t>
      </w:r>
      <w:r>
        <w:t>aik mind to jis tarah se artist aik hota hai, aisa guru bhi aik hota hai.</w:t>
      </w:r>
    </w:p>
    <w:p>
      <w:pPr>
        <w:jc w:val="right"/>
      </w:pPr>
      <w:r>
        <w:t>ایک مائنڈ تو جس طرح سے آرٹسٹ ایک ہوتا ہے، ایسا گرو بھی ایک ہوتا ہے۔</w:t>
      </w:r>
    </w:p>
    <w:p>
      <w:r>
        <w:rPr>
          <w:b/>
        </w:rPr>
        <w:t xml:space="preserve">[1:06:03] </w:t>
      </w:r>
      <w:r>
        <w:t>do guru ka concept ya multiple kai guru ka concept bhi bilkul main samajhta hoon ke bilkul impossible baat hai. yeh mazaaq khair hai, isko isko na samajhna hai.</w:t>
      </w:r>
    </w:p>
    <w:p>
      <w:pPr>
        <w:jc w:val="right"/>
      </w:pPr>
      <w:r>
        <w:t>دو گرو کا کانسیپٹ یا ملٹیپل کئی گرو کا کانسیپٹ بھی بالکل میں سمجھتا ہوں کہ بالکل امپاسیبل بات ہے۔ یہ مذاق خیر ہے، اس کو اس کو نہ سمجھنا ہے۔</w:t>
      </w:r>
    </w:p>
    <w:p>
      <w:r>
        <w:rPr>
          <w:b/>
        </w:rPr>
        <w:t xml:space="preserve">[1:06:13] </w:t>
      </w:r>
      <w:r>
        <w:t>is baat ko na samajhna hai. yeh importance of guru ko na samajhna hai. jo sincere hoga, jo serious hoga, woh aisi baat nahi kahega ke sahib, main to kai guru banaunga.</w:t>
      </w:r>
    </w:p>
    <w:p>
      <w:pPr>
        <w:jc w:val="right"/>
      </w:pPr>
      <w:r>
        <w:t>اس بات کو نہ سمجھنا ہے۔ یہ امپورٹنس آف گرو کو نہ سمجھنا ہے۔ جو سینسیئر ہوگا، جو سیریس ہوگا، وہ ایسی بات نہیں کہے گا کہ صاحب، میں تو کئی گرو بناؤں گا۔</w:t>
      </w:r>
    </w:p>
    <w:p>
      <w:r>
        <w:rPr>
          <w:b/>
        </w:rPr>
        <w:t xml:space="preserve">[1:06:25] </w:t>
      </w:r>
      <w:r>
        <w:t>yeh bilkul hi. ab main aik hadith sunata hoon aap ko. log samajhte nahi baat</w:t>
      </w:r>
    </w:p>
    <w:p>
      <w:pPr>
        <w:jc w:val="right"/>
      </w:pPr>
      <w:r>
        <w:t>یہ بالکل ہی۔ اب میں ایک حدیث سناتا ہوں آپ کو۔ لوگ سمجھتے نہیں بات</w:t>
      </w:r>
    </w:p>
    <w:p>
      <w:r>
        <w:rPr>
          <w:b/>
        </w:rPr>
        <w:t xml:space="preserve">[1:06:30] </w:t>
      </w:r>
      <w:r>
        <w:t>on ko. is liye Rasool Allah ne farmaya ke lo kaana Musa haen ma wasa al tawae ke Musa agar zinda hotay to un ko bhi meri pairvi karni parti.</w:t>
      </w:r>
    </w:p>
    <w:p>
      <w:pPr>
        <w:jc w:val="right"/>
      </w:pPr>
      <w:r>
        <w:t>وں کو۔ اس لیے رسول اللہ نے فرمایا کہ لو کان موسی حین ما وسع التوائی کہ موسی اگر زندہ ہوتے تو ان کو بھی میری پیروی کرنی پڑتی۔</w:t>
      </w:r>
    </w:p>
    <w:p>
      <w:r>
        <w:rPr>
          <w:b/>
        </w:rPr>
        <w:t xml:space="preserve">[1:06:41] </w:t>
      </w:r>
      <w:r>
        <w:t>to log samajhte hain afzal Rasool Allah ka afzal hona. afzal hona nahi hai. aik time mein do property ho sakta. aik insaan ke do guru nahi ho sakta.</w:t>
      </w:r>
    </w:p>
    <w:p>
      <w:pPr>
        <w:jc w:val="right"/>
      </w:pPr>
      <w:r>
        <w:t>تو لوگ سمجھتے ہیں افضل رسول اللہ کا افضل ہونا۔ افضل ہونا نہیں ہے۔ ایک ٹائم میں دو پراپرٹی ہو سکتا۔ ایک انسان کے دو گرو نہیں ہو سکتا۔</w:t>
      </w:r>
    </w:p>
    <w:p>
      <w:r>
        <w:rPr>
          <w:b/>
        </w:rPr>
        <w:t xml:space="preserve">[1:06:51] </w:t>
      </w:r>
      <w:r>
        <w:t>yeh matlab hai is ka. yeh matlab yeh nahi ke aik afzal hai, aik ghair afzal hai.</w:t>
      </w:r>
    </w:p>
    <w:p>
      <w:pPr>
        <w:jc w:val="right"/>
      </w:pPr>
      <w:r>
        <w:t>یہ مطلب ہے اس کا۔ یہ مطلب یہ نہیں کہ ایک افضل ہے، ایک غیر افضل ہے۔</w:t>
      </w:r>
    </w:p>
    <w:p>
      <w:r>
        <w:rPr>
          <w:b/>
        </w:rPr>
        <w:t xml:space="preserve">[1:06:57] </w:t>
      </w:r>
      <w:r>
        <w:t>yeh hadith log jo is tarah bayan karte hain, jaise ke is mein Rasool Allah ko afzal bataya gaya hai, bilkul yeh matlab is ka nahi hai. jis tarah se aik acha art sirf aik mind mein banta hai.</w:t>
      </w:r>
    </w:p>
    <w:p>
      <w:pPr>
        <w:jc w:val="right"/>
      </w:pPr>
      <w:r>
        <w:t>یہ حدیث لوگ جو اس طرح بیان کرتے ہیں، جیسے کہ اس میں رسول اللہ کو افضل بتایا گیا ہے، بالکل یہ مطلب اس کا نہیں ہے۔ جس طرح سے ایک اچھا آرٹ صرف ایک مائنڈ میں بنتا ہے۔</w:t>
      </w:r>
    </w:p>
    <w:p>
      <w:r>
        <w:rPr>
          <w:b/>
        </w:rPr>
        <w:t xml:space="preserve">[1:07:12] </w:t>
      </w:r>
      <w:r>
        <w:t>aik achi kitaab jo hai, koi creative book jo hai, aik insaan banata hai.</w:t>
      </w:r>
    </w:p>
    <w:p>
      <w:pPr>
        <w:jc w:val="right"/>
      </w:pPr>
      <w:r>
        <w:t>ایک اچھی کتاب جو ہے، کوئی کریٹیو بک جو ہے، ایک انسان بناتا ہے۔</w:t>
      </w:r>
    </w:p>
    <w:p>
      <w:r>
        <w:rPr>
          <w:b/>
        </w:rPr>
        <w:t xml:space="preserve">[1:07:19] </w:t>
      </w:r>
      <w:r>
        <w:t>ab dekhte hain, Russia mein Lenin ke baad aik nazariya chala tha, collective leadership. Lenin ke baad woh chala nahi, woh khatam ho gaya.</w:t>
      </w:r>
    </w:p>
    <w:p>
      <w:pPr>
        <w:jc w:val="right"/>
      </w:pPr>
      <w:r>
        <w:t>اب دیکھتے ہیں، رشیا میں لینن کے بعد ایک نظریہ چلا تھا، کلیکٹیو لیڈرشپ۔ لینن کے بعد وہ چلا نہیں، وہ ختم ہو گیا۔</w:t>
      </w:r>
    </w:p>
    <w:p>
      <w:r>
        <w:rPr>
          <w:b/>
        </w:rPr>
        <w:t xml:space="preserve">[1:07:30] </w:t>
      </w:r>
      <w:r>
        <w:t>leadership jo hai, woh collective nahi ho sakti. woh aik insaan hi lead karta hai. jab logon ne dekha ke Lenin mar gaya aur hamare paas is stature ka aadmi nahi hai, to unhon ne nikala yeh collective leadership.</w:t>
      </w:r>
    </w:p>
    <w:p>
      <w:pPr>
        <w:jc w:val="right"/>
      </w:pPr>
      <w:r>
        <w:t>لیڈرشپ جو ہے، وہ کلیکٹیو نہیں ہو سکتی۔ وہ ایک انسان ہی لیڈ کرتا ہے۔ جب لوگوں نے دیکھا کہ لینن مر گیا اور ہمارے پاس اس اسٹیچر کا آدمی نہیں ہے، تو انہوں نے نکالا یہ کلیکٹیو لیڈرشپ۔</w:t>
      </w:r>
    </w:p>
    <w:p>
      <w:r>
        <w:rPr>
          <w:b/>
        </w:rPr>
        <w:t xml:space="preserve">[1:07:43] </w:t>
      </w:r>
      <w:r>
        <w:t>woh chala nahi, woh khatam ho gaya. Stalin ne bana leadership</w:t>
      </w:r>
    </w:p>
    <w:p>
      <w:pPr>
        <w:jc w:val="right"/>
      </w:pPr>
      <w:r>
        <w:t>وہ چلا نہیں، وہ ختم ہو گیا۔ اسٹائل نے بنا لیڈر</w:t>
      </w:r>
    </w:p>
    <w:p>
      <w:r>
        <w:rPr>
          <w:b/>
        </w:rPr>
        <w:t xml:space="preserve">[1:07:46] </w:t>
      </w:r>
      <w:r>
        <w:t>ship. dobara main is ko impossible samajhta hoon. das question is from Mr. Sirajuddin. he is quoting an incident where God had commanded angels to bow down in front of him, and Iblis, the Satan, did not obey.</w:t>
      </w:r>
    </w:p>
    <w:p>
      <w:pPr>
        <w:jc w:val="right"/>
      </w:pPr>
      <w:r>
        <w:t>شپ۔ دوبارہ میں اس کو امپاسیبل سمجھتا ہوں۔ دس کوئسچن از فرام مسٹر سراج الدین۔ ہی از کوٹنگ این انسیڈنٹ ویئر گاڈ ہیڈ کمانڈڈ اینجلز ٹو باؤ ڈاؤن ان فرنٹ آف ہم، اینڈ ابلیس، دی سیٹن، ڈیڈ ناٹ اوبے۔</w:t>
      </w:r>
    </w:p>
    <w:p>
      <w:r>
        <w:rPr>
          <w:b/>
        </w:rPr>
        <w:t xml:space="preserve">[1:08:07] </w:t>
      </w:r>
      <w:r>
        <w:t>his point is: did Iblis have the power to disobey? dekhiye, power ki baat nahi hai,</w:t>
      </w:r>
    </w:p>
    <w:p>
      <w:pPr>
        <w:jc w:val="right"/>
      </w:pPr>
      <w:r>
        <w:t>ہز پوائنٹ از: ڈیڈ ابلیس ہیو دی پاور ٹو ڈس اوبے؟ دیکھیے، پاور کی بات نہیں ہے،</w:t>
      </w:r>
    </w:p>
    <w:p>
      <w:r>
        <w:rPr>
          <w:b/>
        </w:rPr>
        <w:t xml:space="preserve">[1:08:15] </w:t>
      </w:r>
      <w:r>
        <w:t>yeh Khuda ki apni scheme ki baat hai. insaan jo hai, kehta hai ke Khuda nahi hai, Khuda ko mannay se inkaar karta hai.</w:t>
      </w:r>
    </w:p>
    <w:p>
      <w:pPr>
        <w:jc w:val="right"/>
      </w:pPr>
      <w:r>
        <w:t>یہ خدا کی اپنی اسکیم کی بات ہے۔ انسان جو ہے، کہتا ہے کہ خدا نہیں ہے، خدا کو ماننے سے انکار کرتا ہے۔</w:t>
      </w:r>
    </w:p>
    <w:p>
      <w:r>
        <w:rPr>
          <w:b/>
        </w:rPr>
        <w:t xml:space="preserve">[1:08:27] </w:t>
      </w:r>
      <w:r>
        <w:t>to yeh power ki baat nahi hai. Khuda ne yeh duniya ko banaya hai test ke liye. yeh test hai to freedom rahegi. to</w:t>
      </w:r>
    </w:p>
    <w:p>
      <w:pPr>
        <w:jc w:val="right"/>
      </w:pPr>
      <w:r>
        <w:t>تو یہ پاور کی بات نہیں ہے۔ خدا نے یہ دنیا کو بنایا ہے ٹیسٹ کے لیے۔ یہ ٹیسٹ ہے تو فریڈم رہے گی۔ تو</w:t>
      </w:r>
    </w:p>
    <w:p>
      <w:r>
        <w:rPr>
          <w:b/>
        </w:rPr>
        <w:t xml:space="preserve">[1:08:39] </w:t>
      </w:r>
      <w:r>
        <w:t>Iblis jo tha, woh jinn tha, kaana umm al jinn.</w:t>
      </w:r>
    </w:p>
    <w:p>
      <w:pPr>
        <w:jc w:val="right"/>
      </w:pPr>
      <w:r>
        <w:t>ابلیس جو تھا، وہ جن تھا، کان عمر الجن۔</w:t>
      </w:r>
    </w:p>
    <w:p>
      <w:r>
        <w:rPr>
          <w:b/>
        </w:rPr>
        <w:t xml:space="preserve">[1:08:43] </w:t>
      </w:r>
      <w:r>
        <w:t>khuda ne is dunya mein sab se pehle jin banaye the, jinat. yeh dunya jab banai to us ko khuda ne jinat ke charge mein diya.</w:t>
      </w:r>
    </w:p>
    <w:p>
      <w:pPr>
        <w:jc w:val="right"/>
      </w:pPr>
      <w:r>
        <w:t>خدا نے اس دنیا میں سب سے پہلے جن بنائے تھے، جنات۔ یہ دنیا جب بنائی تو اس کو خدا نے جنات کے چارج میں دیا۔</w:t>
      </w:r>
    </w:p>
    <w:p>
      <w:r>
        <w:rPr>
          <w:b/>
        </w:rPr>
        <w:t xml:space="preserve">[1:08:51] </w:t>
      </w:r>
      <w:r>
        <w:t>sab se pehle to woh fail ho gaye. wahan unhon ne bohat corruption kiya, bohat gadbad machaya.</w:t>
      </w:r>
    </w:p>
    <w:p>
      <w:pPr>
        <w:jc w:val="right"/>
      </w:pPr>
      <w:r>
        <w:t>سب سے پہلے تو وہ فیل ہو گئے۔ وہاں انہوں نے بہت کرپشن کیا، بہت گڑبڑ مچایا۔</w:t>
      </w:r>
    </w:p>
    <w:p>
      <w:r>
        <w:rPr>
          <w:b/>
        </w:rPr>
        <w:t xml:space="preserve">[1:09:00] </w:t>
      </w:r>
      <w:r>
        <w:t>to khuda ne un ko hata diya. phir insan ko yahan rakha. ab insan bhi depose kiya jaane wala hai. yeh do din jo aa raha hai, to is ka matlab hai insan bhi ab is ka bhi period khatam.</w:t>
      </w:r>
    </w:p>
    <w:p>
      <w:pPr>
        <w:jc w:val="right"/>
      </w:pPr>
      <w:r>
        <w:t>تو خدا نے ان کو ہٹا دیا۔ پھر انسان کو یہاں رکھا۔ اب انسان بھی ڈیپوز کیا جانے والا ہے۔ یہ دو دن جو آ رہا ہے، تو اس کا مطلب ہے انسان بھی اب اس کا بھی پیریڈ ختم۔</w:t>
      </w:r>
    </w:p>
    <w:p>
      <w:r>
        <w:rPr>
          <w:b/>
        </w:rPr>
        <w:t xml:space="preserve">[1:09:13] </w:t>
      </w:r>
      <w:r>
        <w:t>to woh azadi ki jo mili hai, us ki wajah se aadmi aisa karta hai, power ki wajah se nahin. jab na jinat ko power hai, na insan ko power.</w:t>
      </w:r>
    </w:p>
    <w:p>
      <w:pPr>
        <w:jc w:val="right"/>
      </w:pPr>
      <w:r>
        <w:t>تو وہ آزادی کی جو ملی ہے، اس کی وجہ سے آدمی ایسا کرتا ہے، پاور کی وجہ سے نہیں۔ جب نہ جنات کو پاور ہے، نہ انسان کو پاور۔</w:t>
      </w:r>
    </w:p>
    <w:p>
      <w:r>
        <w:rPr>
          <w:b/>
        </w:rPr>
        <w:t xml:space="preserve">[1:09:23] </w:t>
      </w:r>
      <w:r>
        <w:t>lekin test ke liye freedom di gayi hai, to is freedom ko misuse karta hai aadmi. to woh case misuse of freedom ka case hai, na ke power ka case hai.</w:t>
      </w:r>
    </w:p>
    <w:p>
      <w:pPr>
        <w:jc w:val="right"/>
      </w:pPr>
      <w:r>
        <w:t>لیکن ٹیسٹ کے لیے فریڈم دی گئی ہے، تو اس فریڈم کو مس یوز کرتا ہے آدمی۔ تو وہ کیس مس یوز آف فریڈم کا کیس ہے، نہ کہ پاور کا کیس ہے۔</w:t>
      </w:r>
    </w:p>
    <w:p>
      <w:r>
        <w:rPr>
          <w:b/>
        </w:rPr>
        <w:t xml:space="preserve">[1:09:34] </w:t>
      </w:r>
      <w:r>
        <w:t>molana, there is a general belief amongst muslims that iblis is one of the angels.</w:t>
      </w:r>
    </w:p>
    <w:p>
      <w:pPr>
        <w:jc w:val="right"/>
      </w:pPr>
      <w:r>
        <w:t>مولانا، دیر از ا جنرل بیلیف امنگسٹ مسلمز دیٹ ابلیس از ون آف دی اینجلز۔</w:t>
      </w:r>
    </w:p>
    <w:p>
      <w:r>
        <w:rPr>
          <w:b/>
        </w:rPr>
        <w:t xml:space="preserve">[1:09:42] </w:t>
      </w:r>
      <w:r>
        <w:t>is it true? nahin, bilkul galat hai, bilkul batil hai. yeh false hai. iblis quran mein saaf saaf likha hua hai, kaana min al-jinn.</w:t>
      </w:r>
    </w:p>
    <w:p>
      <w:pPr>
        <w:jc w:val="right"/>
      </w:pPr>
      <w:r>
        <w:t>از اٹ ٹرو؟ نہیں، بالکل غلط ہے، بالکل باطل ہے۔ یہ فالس ہے۔ ابلیس قرآن میں صاف صاف لکھا ہوا ہے، کان عمر الجن۔</w:t>
      </w:r>
    </w:p>
    <w:p>
      <w:r>
        <w:rPr>
          <w:b/>
        </w:rPr>
        <w:t xml:space="preserve">[1:09:52] </w:t>
      </w:r>
      <w:r>
        <w:t>kaana min al-malāikah nahin hai. quran mein kahin, quran mein kahin bhi nahin. kaana min al-malāikah, yani farishton mein se tha. woh ek kaana min al-jinn.</w:t>
      </w:r>
    </w:p>
    <w:p>
      <w:pPr>
        <w:jc w:val="right"/>
      </w:pPr>
      <w:r>
        <w:t>کان عمر ملائکہ نہیں ہے۔ قرآن میں کہیں، قرآن میں کہیں بھی نہیں۔ کان عمر ملائکہ، یعنی فرشتوں میں سے تھا۔ وہ ایک کان عمر الجن۔</w:t>
      </w:r>
    </w:p>
    <w:p>
      <w:r>
        <w:rPr>
          <w:b/>
        </w:rPr>
        <w:t xml:space="preserve">[1:10:02] </w:t>
      </w:r>
      <w:r>
        <w:t>yeh jinat ki jo community hai, is ka ek tha, woh is ka leader tha. jo bhi maan le, to jinn tha, na ke na ke naik angel.</w:t>
      </w:r>
    </w:p>
    <w:p>
      <w:pPr>
        <w:jc w:val="right"/>
      </w:pPr>
      <w:r>
        <w:t>یہ جنات کی جو کمیونٹی ہے، اس کا ایک تھا، وہ اس کا لیڈر تھا۔ جو بھی مان لے، تو جن تھا، نہ کہ نہ کہ نیک اینجل۔</w:t>
      </w:r>
    </w:p>
    <w:p>
      <w:r>
        <w:rPr>
          <w:b/>
        </w:rPr>
        <w:t xml:space="preserve">[1:10:14] </w:t>
      </w:r>
      <w:r>
        <w:t>this question is from dr. farida khanum. the concept of transmigration was based on the supposition that the world is eternal.</w:t>
      </w:r>
    </w:p>
    <w:p>
      <w:pPr>
        <w:jc w:val="right"/>
      </w:pPr>
      <w:r>
        <w:t>دس کوئسچن از فرام ڈاکٹر فریدہ خانم۔ دی کانسیپٹ آف ٹرانس مائیگریشن واز بیسڈ ان دی سپوزیشن دیٹ دا ورلڈ از ایٹرنل۔</w:t>
      </w:r>
    </w:p>
    <w:p>
      <w:r>
        <w:rPr>
          <w:b/>
        </w:rPr>
        <w:t xml:space="preserve">[1:10:26] </w:t>
      </w:r>
      <w:r>
        <w:t>don't you think that this concept stands disproved in view of the scientific discovery that the world is going to be uninhabitable very soon?</w:t>
      </w:r>
    </w:p>
    <w:p>
      <w:pPr>
        <w:jc w:val="right"/>
      </w:pPr>
      <w:r>
        <w:t>ڈونٹ یو تھنک دیٹ دس کانسیپٹ سٹینڈ ڈسپرووڈ ان ویو آف دی سائنٹیفک ڈسکوری دیٹ دا ورلڈ از گون بی ان ہیبیٹیبل ویری سون؟</w:t>
      </w:r>
    </w:p>
    <w:p>
      <w:r>
        <w:rPr>
          <w:b/>
        </w:rPr>
        <w:t xml:space="preserve">[1:10:37] </w:t>
      </w:r>
      <w:r>
        <w:t>bilkul sahi baat hai, bohat acha point hai yeh.</w:t>
      </w:r>
    </w:p>
    <w:p>
      <w:pPr>
        <w:jc w:val="right"/>
      </w:pPr>
      <w:r>
        <w:t>بالکل صحیح بات ہے، بہت اچھا پوائنٹ ہے یہ۔</w:t>
      </w:r>
    </w:p>
    <w:p>
      <w:r>
        <w:rPr>
          <w:b/>
        </w:rPr>
        <w:t xml:space="preserve">[1:10:40] </w:t>
      </w:r>
      <w:r>
        <w:t>yeh jo karma theory jo hai, ya poora karma theory, woh isi zameen ko le kar ke bani hai. yeh jo planet earth hamara hai, yeh log aate hain, jaate hain, aate hain, jaate hain.</w:t>
      </w:r>
    </w:p>
    <w:p>
      <w:pPr>
        <w:jc w:val="right"/>
      </w:pPr>
      <w:r>
        <w:t>یہ جویا کرما تھیوری جو ہے، یا پورا جرمن کرما تھیوری، وہ اسی زمین کو لے کر کے بنی ہے۔ یہ جو پلینٹ ارتھ ہمارا ہے، یہ لوگ آتے ہیں، جاتے ہیں، آتے ہیں، جاتے ہیں۔</w:t>
      </w:r>
    </w:p>
    <w:p>
      <w:r>
        <w:rPr>
          <w:b/>
        </w:rPr>
        <w:t xml:space="preserve">[1:10:53] </w:t>
      </w:r>
      <w:r>
        <w:t>lekin ab to sab destroy ho raha hai, bohat jald destroy hone wala hai. aur is ka destroy hone ka ke beginning ho chuki hai.</w:t>
      </w:r>
    </w:p>
    <w:p>
      <w:pPr>
        <w:jc w:val="right"/>
      </w:pPr>
      <w:r>
        <w:t>لیکن اب تو سب ڈسٹرا ہو رہا ہے، بہت جلد ڈسٹرا ہونے والا ہے۔ اور اس کا ڈسٹرا ہونے کا کہ بگننگ ہو چکی ہے۔</w:t>
      </w:r>
    </w:p>
    <w:p>
      <w:r>
        <w:rPr>
          <w:b/>
        </w:rPr>
        <w:t xml:space="preserve">[1:11:06] </w:t>
      </w:r>
      <w:r>
        <w:t>to yeh karma theory jo hai, ek unscientific theory ban jati hai. ab sirf ek imaginary theory, imaginary, koi scientific base is ki nahin hai.</w:t>
      </w:r>
    </w:p>
    <w:p>
      <w:pPr>
        <w:jc w:val="right"/>
      </w:pPr>
      <w:r>
        <w:t>تو یہ کرما تھیوری جو ہے، ایک ان سائنٹیفک تھیوری بن جاتی ہے۔ اب صرف ایک امیجنری تھیوری، امیجنری، کوئی سائنٹیفک بیس اس کی نہیں ہے۔</w:t>
      </w:r>
    </w:p>
    <w:p>
      <w:r>
        <w:rPr>
          <w:b/>
        </w:rPr>
        <w:t xml:space="preserve">[1:11:15] </w:t>
      </w:r>
      <w:r>
        <w:t>kyunki yahi isi dunya mein paida hote hain, isi mein laut te hain, paida hote hain, laut te hain. to kaha yeh dunya abode hai karma theory ke. abode, woh abode hi khatam, to karma theory bhi khatam.</w:t>
      </w:r>
    </w:p>
    <w:p>
      <w:pPr>
        <w:jc w:val="right"/>
      </w:pPr>
      <w:r>
        <w:t>کیونکہ یہی اسی دنیا میں پیدا ہوتے ہیں، اسی میں لوٹتے ہیں، پیدا ہوتے ہیں، لوٹتے ہیں۔ تو کہا یہ دنیا ابورڈ ہے کرما تھیوری کے۔ ابورڈ، وہ ابورڈ ہی ختم، تو کرما تھیوری بھی ختم۔</w:t>
      </w:r>
    </w:p>
    <w:p>
      <w:r>
        <w:rPr>
          <w:b/>
        </w:rPr>
        <w:t xml:space="preserve">[1:11:26] </w:t>
      </w:r>
      <w:r>
        <w:t>to yeh ek false theory hai, ek imaginary concept hai, is ka science se koi ta'alluq nahin, aur reason se koi ta'alluq nahin.</w:t>
      </w:r>
    </w:p>
    <w:p>
      <w:pPr>
        <w:jc w:val="right"/>
      </w:pPr>
      <w:r>
        <w:t>تو یہ ایک فالس تھیوری ہے، ایک امیجنری کانسیپٹ ہے، اس کا سائنس سے کوئی تعلق نہیں، اور ریزن سے کوئی تعلق نہیں۔</w:t>
      </w:r>
    </w:p>
    <w:p>
      <w:r>
        <w:rPr>
          <w:b/>
        </w:rPr>
        <w:t xml:space="preserve">[1:11:35] </w:t>
      </w:r>
      <w:r>
        <w:t>muhammad yunus would like to know the difference between iman and aqeedah. iman aur aqeedah dono ek hi cheez hain, koi farq nahin hai.</w:t>
      </w:r>
    </w:p>
    <w:p>
      <w:pPr>
        <w:jc w:val="right"/>
      </w:pPr>
      <w:r>
        <w:t>محمد یونس وڈ لائک ٹو نو دا ڈیفرنس بٹوین ایمان اینڈ عقیدہ۔ ایمان اور عقیدہ دونوں ایک ہی چیز ہیں، کوئی فرق نہیں ہے۔</w:t>
      </w:r>
    </w:p>
    <w:p>
      <w:r>
        <w:rPr>
          <w:b/>
        </w:rPr>
        <w:t xml:space="preserve">[1:11:49] </w:t>
      </w:r>
      <w:r>
        <w:t>dono ek hi cheez hai.</w:t>
      </w:r>
    </w:p>
    <w:p>
      <w:pPr>
        <w:jc w:val="right"/>
      </w:pPr>
      <w:r>
        <w:t>دونوں ایک ہی چیز ہے۔</w:t>
      </w:r>
    </w:p>
    <w:p>
      <w:r>
        <w:rPr>
          <w:b/>
        </w:rPr>
        <w:t xml:space="preserve">[1:11:50] </w:t>
      </w:r>
      <w:r>
        <w:t>isi aqeedah ko jab hum apni zuban se bolte hain, maan kar ke, to isi ko iman kaha jata hai. to jo belief hai ya aqeedah hai, isi ko manne ka naam iman hai.</w:t>
      </w:r>
    </w:p>
    <w:p>
      <w:pPr>
        <w:jc w:val="right"/>
      </w:pPr>
      <w:r>
        <w:t>اسی عقیدے کو جب ہم اپنی زبان سے بولتے ہیں، مان کر کے، تو اسی کو ایمان کہا جاتا ہے۔ تو جو بیلیف ہے یا عقیدہ ہے، اسی کو ماننے کا نام ایمان ہے۔</w:t>
      </w:r>
    </w:p>
    <w:p>
      <w:r>
        <w:rPr>
          <w:b/>
        </w:rPr>
        <w:t xml:space="preserve">[1:12:04] </w:t>
      </w:r>
      <w:r>
        <w:t>dono mein koi difference nahin hai. this point is from and rather, it's a question from raziya.</w:t>
      </w:r>
    </w:p>
    <w:p>
      <w:pPr>
        <w:jc w:val="right"/>
      </w:pPr>
      <w:r>
        <w:t>دونوں میں کوئی ڈیفرنس نہیں ہے۔ دس پوائنٹ از فرام اینڈ رادر، اٹس ا کوئسچن فرام راضیہ۔</w:t>
      </w:r>
    </w:p>
    <w:p>
      <w:r>
        <w:rPr>
          <w:b/>
        </w:rPr>
        <w:t xml:space="preserve">[1:12:12] </w:t>
      </w:r>
      <w:r>
        <w:t>most of the people have become very passive about the reports on global warming and other possible catastrophes which are going to come because of the global changes or environmental changes.</w:t>
      </w:r>
    </w:p>
    <w:p>
      <w:pPr>
        <w:jc w:val="right"/>
      </w:pPr>
      <w:r>
        <w:t>موسٹ اف دی پیپل ہیو بیکم ویری پیسو اباؤٹ دی رپورٹس ان گلوبل وارمنگ اینڈ ادر پوسیبل کیٹاسٹرافیز وچ ار گون کم بیکاز اف دی گلوبل چینجز اور انوائرمنٹل چینجز۔</w:t>
      </w:r>
    </w:p>
    <w:p>
      <w:r>
        <w:rPr>
          <w:b/>
        </w:rPr>
        <w:t xml:space="preserve">[1:12:29] </w:t>
      </w:r>
      <w:r>
        <w:t>how can such people be sensitized under dawah effort?</w:t>
      </w:r>
    </w:p>
    <w:p>
      <w:pPr>
        <w:jc w:val="right"/>
      </w:pPr>
      <w:r>
        <w:t>ہاؤ کین سچ پیپل بی سینسٹائزڈ انڈر دعوی ایفرٹ؟</w:t>
      </w:r>
    </w:p>
    <w:p>
      <w:r>
        <w:rPr>
          <w:b/>
        </w:rPr>
        <w:t xml:space="preserve">[1:12:36] </w:t>
      </w:r>
      <w:r>
        <w:t>un ko samjhana hoga. is mein to koi main samajhta hoon ke sab kuch woh samjhate hain, hum un ko bhi samjhainge. aur samjhane ka tareeqa hai ke sab se zaroori cheez hai creation plan jo hai khuda ka, us ko batana.</w:t>
      </w:r>
    </w:p>
    <w:p>
      <w:pPr>
        <w:jc w:val="right"/>
      </w:pPr>
      <w:r>
        <w:t>ان کو سمجھانا ہوگا۔ اس میں تو کوئی میں سمجھتا ہوں کہ سب کچھ وہ سمجھاتے ہیں، ہم ان کو بھی سمجھائیں گے۔ اور سمجھانے کا طریقہ ہے کہ سب سے ضروری چیز ہے کریشن پلان جو ہے خدا کا، اس کو بتانا۔</w:t>
      </w:r>
    </w:p>
    <w:p>
      <w:r>
        <w:rPr>
          <w:b/>
        </w:rPr>
        <w:t xml:space="preserve">[1:12:49] </w:t>
      </w:r>
      <w:r>
        <w:t>yani insan is se is ko le kar nahin sochta. creation plan of god jo hai, us ko le kar nahin sochta.</w:t>
      </w:r>
    </w:p>
    <w:p>
      <w:pPr>
        <w:jc w:val="right"/>
      </w:pPr>
      <w:r>
        <w:t>یعنی انسان اس سے اس کو لے کر نہیں سوچتا۔ کریشن پلان آف گاڈ جو ہے، اس کو لے کر نہیں سوچتا۔</w:t>
      </w:r>
    </w:p>
    <w:p>
      <w:r>
        <w:rPr>
          <w:b/>
        </w:rPr>
        <w:t xml:space="preserve">[1:12:57] </w:t>
      </w:r>
      <w:r>
        <w:t>tab yeh sab baatein, yeh sab problem aate hain.</w:t>
      </w:r>
    </w:p>
    <w:p>
      <w:pPr>
        <w:jc w:val="right"/>
      </w:pPr>
      <w:r>
        <w:t>تب یہ سب باتیں، یہ سب پرابلم آتے ہیں۔</w:t>
      </w:r>
    </w:p>
    <w:p>
      <w:r>
        <w:rPr>
          <w:b/>
        </w:rPr>
        <w:t xml:space="preserve">[1:13:00] </w:t>
      </w:r>
      <w:r>
        <w:t>to saare in ko ya doosre sab logon ko, hatta ke khud musalmanon ko bhi, musalman bhi is ko bhule hue hain. Musalman samajhte hain ke jannat hamari banai gayi hai, hum to sab jannat mein chale jayenge.</w:t>
      </w:r>
    </w:p>
    <w:p>
      <w:pPr>
        <w:jc w:val="right"/>
      </w:pPr>
      <w:r>
        <w:t>تو سارے ان کو یا دوسرے سب لوگوں کو، حتیٰ کہ خود مسلمانوں کو بھی، مسلمان بھی اس کو بھولے ہوئے ہیں۔ مسلمان سمجھتے ہیں کہ جنت ہماری بنائی گئی ہے، ہم تو سب جنت میں چلے جائیں گے۔</w:t>
      </w:r>
    </w:p>
    <w:p>
      <w:r>
        <w:rPr>
          <w:b/>
        </w:rPr>
        <w:t xml:space="preserve">[1:13:12] </w:t>
      </w:r>
      <w:r>
        <w:t>yeh bhi bilkul hi stepped baat hai.</w:t>
      </w:r>
    </w:p>
    <w:p>
      <w:pPr>
        <w:jc w:val="right"/>
      </w:pPr>
      <w:r>
        <w:t>یہ بھی بالکل ہی سٹیپڈ بات ہے۔</w:t>
      </w:r>
    </w:p>
    <w:p>
      <w:r>
        <w:rPr>
          <w:b/>
        </w:rPr>
        <w:t xml:space="preserve">[1:13:16] </w:t>
      </w:r>
      <w:r>
        <w:t>yeh yani aisa nahi hai ke doosre logon ka problem hai, musalmanon ka hi problem hai.</w:t>
      </w:r>
    </w:p>
    <w:p>
      <w:pPr>
        <w:jc w:val="right"/>
      </w:pPr>
      <w:r>
        <w:t>یہ یعنی ایسا نہیں ہے کہ دوسرے لوگوں کا پرابلم ہے، مسلمانوں کا ہی پرابلم ہے۔</w:t>
      </w:r>
    </w:p>
    <w:p>
      <w:r>
        <w:rPr>
          <w:b/>
        </w:rPr>
        <w:t xml:space="preserve">[1:13:24] </w:t>
      </w:r>
      <w:r>
        <w:t>Yahudi samajhte hain ke hum to chosen people hain, jannat hamare liye hai. Christian samajhte hain ke hum to Khuda ka beta jo hai, hamare liye sacrifice kar chuka hai, jannat hamare liye ban chuki hai.</w:t>
      </w:r>
    </w:p>
    <w:p>
      <w:pPr>
        <w:jc w:val="right"/>
      </w:pPr>
      <w:r>
        <w:t>یہودی سمجھتے ہیں کہ ہم تو چوزن پیپل ہیں، جنت ہمارے لیے ہے۔ کرسچن سمجھتے ہیں کہ ہم تو خدا کا بیٹا جو ہے، ہمارے لیے سیکریفائس کر چکا ہے، جنت ہمارے لیے بن چکی ہے۔</w:t>
      </w:r>
    </w:p>
    <w:p>
      <w:r>
        <w:rPr>
          <w:b/>
        </w:rPr>
        <w:t xml:space="preserve">[1:13:35] </w:t>
      </w:r>
      <w:r>
        <w:t>Hum musalman samajhte hain ke hamare paighambar jo the, wahi sab se afzal paighambar hain, aur bas jis ko chahenge, jannat mein dakhil kar denge.</w:t>
      </w:r>
    </w:p>
    <w:p>
      <w:pPr>
        <w:jc w:val="right"/>
      </w:pPr>
      <w:r>
        <w:t>ہم مسلمان سمجھتے ہیں کہ ہمارے پیغمبر جو تھے، وہی سب سے افضل پیغمبر ہیں، اور بس جس کو چاہیں گے، جنت میں داخل کر دیں گے۔</w:t>
      </w:r>
    </w:p>
    <w:p>
      <w:r>
        <w:rPr>
          <w:b/>
        </w:rPr>
        <w:t xml:space="preserve">[1:13:47] </w:t>
      </w:r>
      <w:r>
        <w:t>yeh sab bilkul absurd baatein hain. Kisi ko jannat is tarah milne wali nahi</w:t>
      </w:r>
    </w:p>
    <w:p>
      <w:pPr>
        <w:jc w:val="right"/>
      </w:pPr>
      <w:r>
        <w:t>یہ سب بالکل ایبسورڈ باتیں ہیں۔ کسی کو جنت اس طرح ملنے والی نہیں</w:t>
      </w:r>
    </w:p>
    <w:p>
      <w:r>
        <w:rPr>
          <w:b/>
        </w:rPr>
        <w:t xml:space="preserve">[1:13:52] </w:t>
      </w:r>
      <w:r>
        <w:t>hai. To sab ko samjhana hai humein, including Muslims. Sab ko creation plan jo hai Khuda ka, us ko batana hai.</w:t>
      </w:r>
    </w:p>
    <w:p>
      <w:pPr>
        <w:jc w:val="right"/>
      </w:pPr>
      <w:r>
        <w:t>ہے۔ تو سب کو سمجھانا ہے ہمیں، انکلوڈنگ مسلمز۔ سب کو کریشن پلان جو ہے خدا کا، اس کو بتانا ہے۔</w:t>
      </w:r>
    </w:p>
    <w:p>
      <w:r>
        <w:rPr>
          <w:b/>
        </w:rPr>
        <w:t xml:space="preserve">[1:14:02] </w:t>
      </w:r>
      <w:r>
        <w:t>Basic baat mein samajhta hoon ke yahi jo log bhule hue hain ke creation plan of God jo hai, is se log aware nahi hain.</w:t>
      </w:r>
    </w:p>
    <w:p>
      <w:pPr>
        <w:jc w:val="right"/>
      </w:pPr>
      <w:r>
        <w:t>بیسک بات میں سمجھتا ہوں کہ یہی جو لوگ بھولے ہوئے ہیں کہ کریشن پلان آف گاڈ جو ہے، اس سے لوگ اویر نہیں ہیں۔</w:t>
      </w:r>
    </w:p>
    <w:p>
      <w:r>
        <w:rPr>
          <w:b/>
        </w:rPr>
        <w:t xml:space="preserve">[1:14:10] </w:t>
      </w:r>
      <w:r>
        <w:t>Maulana, the ah the recent release of the report on climatic changes under United Nations, it says that the way this world is coming to end would be like a fiction movie,</w:t>
      </w:r>
    </w:p>
    <w:p>
      <w:pPr>
        <w:jc w:val="right"/>
      </w:pPr>
      <w:r>
        <w:t>مولانا، دی اہ دی ریسنٹ ریلیز آف دی رپورٹ ان کلائمیٹک چینجز انڈر یونائٹڈ نیشنز، اٹ سیز دیٹ دا وے دس ورلڈ از کمنگ ٹو اینڈ وڈ بی لائک ا فکشن مووی،</w:t>
      </w:r>
    </w:p>
    <w:p>
      <w:r>
        <w:rPr>
          <w:b/>
        </w:rPr>
        <w:t xml:space="preserve">[1:14:26] </w:t>
      </w:r>
      <w:r>
        <w:t>science fiction movie. Like we see that ah glaciers are melting away and mountains are ripping apart, and there would be a total catastrophe on the surface of the earth.</w:t>
      </w:r>
    </w:p>
    <w:p>
      <w:pPr>
        <w:jc w:val="right"/>
      </w:pPr>
      <w:r>
        <w:t>سائنس فکشن مووی۔ لائک وی سی دیٹ اہ گلیشیئرز ار میلٹنگ اوے اینڈ ماؤنٹینز ار ریپنگ اپارٹ، اینڈ دیر وڈ بی ا ٹوٹل کیٹاسٹرافی ان دی سرفس آف دی ارتھ۔</w:t>
      </w:r>
    </w:p>
    <w:p>
      <w:r>
        <w:rPr>
          <w:b/>
        </w:rPr>
        <w:t xml:space="preserve">[1:14:38] </w:t>
      </w:r>
      <w:r>
        <w:t>This is a scene which has been imagined or probably supposed is supposed to going to take place. Now, in the revealed knowledge which is Quran, has this particular incident been mentioned in an elaborate way?</w:t>
      </w:r>
    </w:p>
    <w:p>
      <w:pPr>
        <w:jc w:val="right"/>
      </w:pPr>
      <w:r>
        <w:t>دس از ا سین وچ ہیز بین امیجنڈ اور پراببلی سپوز از سپوز ٹو گوئنگ ٹو ٹیک پلیس۔ ناؤ، ان دی ریویلڈ نالج وچ از قرآن، ہیز دس پرٹیکولر انسیڈنٹ بین مینشنڈ ان این ایلیبریٹ وے؟</w:t>
      </w:r>
    </w:p>
    <w:p>
      <w:r>
        <w:rPr>
          <w:b/>
        </w:rPr>
        <w:t xml:space="preserve">[1:14:53] </w:t>
      </w:r>
      <w:r>
        <w:t>That when this world would come to end and, what kind of situation will happen and how things will get destroyed?</w:t>
      </w:r>
    </w:p>
    <w:p>
      <w:pPr>
        <w:jc w:val="right"/>
      </w:pPr>
      <w:r>
        <w:t>دیٹ وین دس ورلڈ وڈ کم ٹو اینڈ اینڈ، واٹ کائنڈ آف سچویشن ول ہیپن اینڈ ہاؤ تھنگز ول گیٹ ڈسٹروئے؟</w:t>
      </w:r>
    </w:p>
    <w:p>
      <w:r>
        <w:rPr>
          <w:b/>
        </w:rPr>
        <w:t xml:space="preserve">[1:15:02] </w:t>
      </w:r>
      <w:r>
        <w:t>Yeh to bohat aayatein hain is ki, bohat saari aayatein hain is ki ke zameen jo hai, toot phoot jayegi, paar toot phoot jayenge, pani jo hai, samandar ka woh nahi rahega.</w:t>
      </w:r>
    </w:p>
    <w:p>
      <w:pPr>
        <w:jc w:val="right"/>
      </w:pPr>
      <w:r>
        <w:t>یہ تو بہت آیتیں ہیں اس کی، بہت ساری آیتیں ہیں اس کی کہ زمین جو ہے، ٹوٹ پھوٹ جائے گی، پار ٹوٹ پھوٹ جائیں گے، پانی جو ہے، سمندر کا وہ نہیں رہے گا۔</w:t>
      </w:r>
    </w:p>
    <w:p>
      <w:r>
        <w:rPr>
          <w:b/>
        </w:rPr>
        <w:t xml:space="preserve">[1:15:16] </w:t>
      </w:r>
      <w:r>
        <w:t>Is tarah se yani bohat zyada aayatein is par hain, kitabein chapi hain is ke upar, qayamat ki nishaniyan, kitabein chapi hain, qayamat ki nishaniyan, aayatein bhi, hadithien bhi hain.</w:t>
      </w:r>
    </w:p>
    <w:p>
      <w:pPr>
        <w:jc w:val="right"/>
      </w:pPr>
      <w:r>
        <w:t>اس طریقے سے یعنی بہت زیادہ آیتیں اس پر ہیں، کتابیں چھپی ہیں اس کے اوپر، قیامت کی نشانیاں، کتابیں چھپی ہیں، قیامت کی نشانیاں، آیتیں بھی، حدیثیں بھی ہیں۔</w:t>
      </w:r>
    </w:p>
    <w:p>
      <w:r>
        <w:rPr>
          <w:b/>
        </w:rPr>
        <w:t xml:space="preserve">[1:15:28] </w:t>
      </w:r>
      <w:r>
        <w:t>To is se pehle logon ki samajh mein nahi aati thin aayatein ya hadithien, ab woh is ki science, un ki woh us ko woh kar rahi hai, explain kar rahi hai.</w:t>
      </w:r>
    </w:p>
    <w:p>
      <w:pPr>
        <w:jc w:val="right"/>
      </w:pPr>
      <w:r>
        <w:t>تو اس سے پہلے لوگوں کی سمجھ میں نہیں آتی تھیں آیتیں یا حدیثیں، اب وہ اس کی سائنس، ان کی وہ اس کو وہ کر رہی ہے، ایکسپلین کر رہی ہے۔</w:t>
      </w:r>
    </w:p>
    <w:p>
      <w:r>
        <w:rPr>
          <w:b/>
        </w:rPr>
        <w:t xml:space="preserve">[1:15:37] </w:t>
      </w:r>
      <w:r>
        <w:t>Theek hai? Ya this question is from Sadia. Some people hold that since Islam believes in the concept of paradise and hell, which is not scientific.</w:t>
      </w:r>
    </w:p>
    <w:p>
      <w:pPr>
        <w:jc w:val="right"/>
      </w:pPr>
      <w:r>
        <w:t>ٹھیک ہے؟ یا دس کوئسچن از فرام سعدیہ۔ سم پیپل ہولڈ دیٹ سنس اسلام بیلیوز ان دی کانسیپٹ آف پیراڈائز اینڈ ہیل، وچ از ناٹ سائنٹیفک۔</w:t>
      </w:r>
    </w:p>
    <w:p>
      <w:r>
        <w:rPr>
          <w:b/>
        </w:rPr>
        <w:t xml:space="preserve">[1:15:52] </w:t>
      </w:r>
      <w:r>
        <w:t>Therefore, Islam is unscientific. Please explain.</w:t>
      </w:r>
    </w:p>
    <w:p>
      <w:pPr>
        <w:jc w:val="right"/>
      </w:pPr>
      <w:r>
        <w:t>دیر فور، اسلام از ان سائنٹیفک۔ پلیز ایکسپلین۔</w:t>
      </w:r>
    </w:p>
    <w:p>
      <w:r>
        <w:rPr>
          <w:b/>
        </w:rPr>
        <w:t xml:space="preserve">[1:15:58] </w:t>
      </w:r>
      <w:r>
        <w:t>I think what she means to say is that the concept of paradise and hell doesn't seem to be scientific to some people. So they feel that Islam is also not scientific.</w:t>
      </w:r>
    </w:p>
    <w:p>
      <w:pPr>
        <w:jc w:val="right"/>
      </w:pPr>
      <w:r>
        <w:t>ائی تھنک واٹ شی مینز ٹو سے از دیٹ دی کانسیپٹ آف پیراڈائز اینڈ ہیل ڈزنٹ سیم ٹو بی سائنٹیفک ٹو سم پیپل۔ سو دے فیل دیٹ اسلام از السو ناٹ سائنٹیفک۔</w:t>
      </w:r>
    </w:p>
    <w:p>
      <w:r>
        <w:rPr>
          <w:b/>
        </w:rPr>
        <w:t xml:space="preserve">[1:16:12] </w:t>
      </w:r>
      <w:r>
        <w:t>Bhai, yeh to theek nahi hai ke aap yeh kehna ke hell aur paradise jo hai, unscientific hai.</w:t>
      </w:r>
    </w:p>
    <w:p>
      <w:pPr>
        <w:jc w:val="right"/>
      </w:pPr>
      <w:r>
        <w:t>بھئی، یہ تو ٹھیک نہیں ہے کہ آپ یہ کہنا کہ ہیل اور پیراڈائز جو ہے، ان سائنٹیفک ہے۔</w:t>
      </w:r>
    </w:p>
    <w:p>
      <w:r>
        <w:rPr>
          <w:b/>
        </w:rPr>
        <w:t xml:space="preserve">[1:16:21] </w:t>
      </w:r>
      <w:r>
        <w:t>Dekhein, Sir James Jeans ne likha hai ke kitab jo hai, Mysterious Universe, ke ek aisi duniya ka</w:t>
      </w:r>
    </w:p>
    <w:p>
      <w:pPr>
        <w:jc w:val="right"/>
      </w:pPr>
      <w:r>
        <w:t>دیکھیں، سر جیمز جیز نے لکھا ہے کہ کتاب جو ہے، مسٹیریس یونیورس، کہ ایک ایسی دنیا کا</w:t>
      </w:r>
    </w:p>
    <w:p>
      <w:r>
        <w:rPr>
          <w:b/>
        </w:rPr>
        <w:t xml:space="preserve">[1:16:32] </w:t>
      </w:r>
      <w:r>
        <w:t>hona jo ke hum dekh rahe hain, apne aap mein proof hai ke aisi doosri duniya bhi ho sakti hai. Apne aap mein proof hai is ka. Aek duniya jo hum dekh rahe hain, is mein saari cheezein hain.</w:t>
      </w:r>
    </w:p>
    <w:p>
      <w:pPr>
        <w:jc w:val="right"/>
      </w:pPr>
      <w:r>
        <w:t>ہونا جو کہ ہم دیکھ رہے ہیں، اپنے آپ میں پروف ہے کہ ایسی دوسری دنیا بھی ہو سکتی ہے۔ اپنے آپ میں پروف ہے اس کا۔ اے ایک دنیا جو ہم دیکھ رہے ہیں، اس میں ساری چیزیں ہیں۔</w:t>
      </w:r>
    </w:p>
    <w:p>
      <w:r>
        <w:rPr>
          <w:b/>
        </w:rPr>
        <w:t xml:space="preserve">[1:16:43] </w:t>
      </w:r>
      <w:r>
        <w:t>Isi ka to ek ek ek form hai, paradise zyada superior form.</w:t>
      </w:r>
    </w:p>
    <w:p>
      <w:pPr>
        <w:jc w:val="right"/>
      </w:pPr>
      <w:r>
        <w:t>اسی کا تو ایک ایک ایک فارم ہے، پیراڈائز زیادہ سپیریئر فارم۔</w:t>
      </w:r>
    </w:p>
    <w:p>
      <w:r>
        <w:rPr>
          <w:b/>
        </w:rPr>
        <w:t xml:space="preserve">[1:16:52] </w:t>
      </w:r>
      <w:r>
        <w:t>Kyunke Quran mein hai ke woh wotubhi bitashabuh ke jannat mein jab jayenge log to wahan cheezein dekhenge to yeh to wahi hai jo hum ne duniya mein dekha tha.</w:t>
      </w:r>
    </w:p>
    <w:p>
      <w:pPr>
        <w:jc w:val="right"/>
      </w:pPr>
      <w:r>
        <w:t>کیونکہ قرآن میں ہے کہ وہ ووتوبہی بتشابہ کہ جنت میں جب جائیں گے لوگ تو وہاں چیزیں دیکھیں گے تو یہ تو وہی ہے جو ہم نے دنیا میں دیکھا تھا۔</w:t>
      </w:r>
    </w:p>
    <w:p>
      <w:r>
        <w:rPr>
          <w:b/>
        </w:rPr>
        <w:t xml:space="preserve">[1:17:05] </w:t>
      </w:r>
      <w:r>
        <w:t>Hum ne sirf yeh hai ke zyada refined hoga, zyada wahan ke phall zyada tasty honge, wahan eternity hogi. To</w:t>
      </w:r>
    </w:p>
    <w:p>
      <w:pPr>
        <w:jc w:val="right"/>
      </w:pPr>
      <w:r>
        <w:t>ہم نے صرف یہ ہے کہ زیادہ ریفائنڈ ہوگا، زیادہ وہاں کے پھل زیادہ ٹیسٹی ہوں گے، وہاں ایٹرنیٹی ہوگی۔ تو</w:t>
      </w:r>
    </w:p>
    <w:p>
      <w:r>
        <w:rPr>
          <w:b/>
        </w:rPr>
        <w:t xml:space="preserve">[1:17:14] </w:t>
      </w:r>
      <w:r>
        <w:t>us ne jo likha tha, sar jims jiz ne 1930 mein kitaab chhapi thi, us ki 1930 mein ke ek aisi dunya ka maujood hona apne aap mein is baat ka proof hai ke doosri dunya bhi aisi ban sakti hai.</w:t>
      </w:r>
    </w:p>
    <w:p>
      <w:pPr>
        <w:jc w:val="right"/>
      </w:pPr>
      <w:r>
        <w:t>اس نے جو لکھا تھا، سر جیمز جیز نے 1930 میں کتاب چھپی تھی، اس کی 1930 میں کہ ایک ایسی دنیا کا موجود ہونا اپنے آپ میں اس بات کا پروف ہے کہ دوسری دنیا بھی ایسی بن سکتی ہے۔</w:t>
      </w:r>
    </w:p>
    <w:p>
      <w:r>
        <w:rPr>
          <w:b/>
        </w:rPr>
        <w:t xml:space="preserve">[1:17:27] </w:t>
      </w:r>
      <w:r>
        <w:t>ab to latest jo science ki theory hai, woh yeh hai ke duality har cheez mein hai, dual world. hamari dunya bhi dual world hai. yaani yaani yeh hamari jo dunya hai, yeh positive world hai, ek negative world maujood hai, already exist kar rahi</w:t>
      </w:r>
    </w:p>
    <w:p>
      <w:pPr>
        <w:jc w:val="right"/>
      </w:pPr>
      <w:r>
        <w:t>اب تو لیٹسٹ جو سائنس کی تھیوری ہے، وہ یہ ہے کہ ڈولٹی ہر چیز میں ہے، ڈول ورلڈ۔ ہماری دنیا بھی ڈول ورلڈ ہے۔ یعنی یعنی یہ ہماری جو دنیا ہے، یہ پازیٹیو ورلڈ ہے، ایک نیگیٹیو ورلڈ موجود ہے، الریڈی ایگزسٹ کر رہی</w:t>
      </w:r>
    </w:p>
    <w:p>
      <w:r>
        <w:rPr>
          <w:b/>
        </w:rPr>
        <w:t xml:space="preserve">[1:17:43] </w:t>
      </w:r>
      <w:r>
        <w:t>hai. agar negative world na hotay, positive world bhi na rahay. jaise is mein atom mein negative aur positive particle hotay hain, dono hona zaroori hai.</w:t>
      </w:r>
    </w:p>
    <w:p>
      <w:pPr>
        <w:jc w:val="right"/>
      </w:pPr>
      <w:r>
        <w:t>ہے۔ اگر نیگیٹیو ورلڈ نہ ہوتے، پازیٹیو ورلڈ بھی نہ رہے۔ جیسے اس میں ایٹم میں نیگیٹیو اور پازیٹیو پارٹیکل ہوتے ہیں، دونوں ہونا ضروری ہے۔</w:t>
      </w:r>
    </w:p>
    <w:p>
      <w:r>
        <w:rPr>
          <w:b/>
        </w:rPr>
        <w:t xml:space="preserve">[1:17:54] </w:t>
      </w:r>
      <w:r>
        <w:t>negative negative hona bhi zaroori hai, positive. agar ek na ho to atom hi nahi, atom nahi banay ga. to poori dunya ke baray mein yeh theory hai, latest theory ke yeh hamari dunya positive world hai, ek negative world ek hai, maujood.</w:t>
      </w:r>
    </w:p>
    <w:p>
      <w:pPr>
        <w:jc w:val="right"/>
      </w:pPr>
      <w:r>
        <w:t>نیگیٹیو نیگیٹیو ہونا بھی ضروری ہے، پازیٹیو۔ اگر ایک نہ ہو تو ایٹم ہی نہیں، ایٹم نہیں بنے گا۔ تو پوری دنیا کے بارے میں یہ تھیوری ہے، لیٹسٹ تھیوری کہ یہ ہماری دنیا پازیٹیو ورلڈ ہے، ایک نیگیٹیو ورلڈ ایک ہے، موجود۔</w:t>
      </w:r>
    </w:p>
    <w:p>
      <w:r>
        <w:rPr>
          <w:b/>
        </w:rPr>
        <w:t xml:space="preserve">[1:18:08] </w:t>
      </w:r>
      <w:r>
        <w:t>woh agar na hoti, yeh bhi na rahay.</w:t>
      </w:r>
    </w:p>
    <w:p>
      <w:pPr>
        <w:jc w:val="right"/>
      </w:pPr>
      <w:r>
        <w:t>وہ اگر نہ ہوتی، یہ بھی نہ رہے۔</w:t>
      </w:r>
    </w:p>
    <w:p>
      <w:r>
        <w:rPr>
          <w:b/>
        </w:rPr>
        <w:t xml:space="preserve">[1:18:10] </w:t>
      </w:r>
      <w:r>
        <w:t>to yeh to unscientific hai, yeh to ghalat baat hai. mere nazdeek yeh unscientific hai ke hamari is dunya ke sath ek aur dunya hai, woh dunya is se.</w:t>
      </w:r>
    </w:p>
    <w:p>
      <w:pPr>
        <w:jc w:val="right"/>
      </w:pPr>
      <w:r>
        <w:t>تو یہ تو سائنٹیفک نہیں ہے، یہ تو غلط بات ہے۔ میرے نزدیک یہ ائن سائنٹیفک ہے کہ ہماری اس دنیا کے ساتھ ایک اور دنیا ہے، وہ دنیا اس سے۔</w:t>
      </w:r>
    </w:p>
    <w:p>
      <w:r>
        <w:rPr>
          <w:b/>
        </w:rPr>
        <w:t xml:space="preserve">[1:18:21] </w:t>
      </w:r>
      <w:r>
        <w:t>yaani yeh sari cheezein hain lekin ziyada superior tor par hain, ziyada aala tor par hain, ziyada yaani achi halat mein hain.</w:t>
      </w:r>
    </w:p>
    <w:p>
      <w:pPr>
        <w:jc w:val="right"/>
      </w:pPr>
      <w:r>
        <w:t>یعنی یہ ساری چیزیں ہیں لیکن زیادہ سپیریئر طور پر ہیں، زیادہ اعلیٰ طور پر ہیں، زیادہ یعنی اچھی حالت میں ہیں۔</w:t>
      </w:r>
    </w:p>
    <w:p>
      <w:r>
        <w:rPr>
          <w:b/>
        </w:rPr>
        <w:t xml:space="preserve">[1:18:31] </w:t>
      </w:r>
      <w:r>
        <w:t>yaani woh woh perfect hai, yeh yeh imperfect hai, woh ideal hai, yeh less than ideal hai.</w:t>
      </w:r>
    </w:p>
    <w:p>
      <w:pPr>
        <w:jc w:val="right"/>
      </w:pPr>
      <w:r>
        <w:t>یعنی وہ وہ پرفیکٹ ہے، یہ یہ امپرفیکٹ ہے، وہ ائیڈیل ہے، یہ لیس دین ائیڈیل ہے۔</w:t>
      </w:r>
    </w:p>
    <w:p>
      <w:r>
        <w:rPr>
          <w:b/>
        </w:rPr>
        <w:t xml:space="preserve">[1:18:38] </w:t>
      </w:r>
      <w:r>
        <w:t>yeh to unscientific theory hai. doctor farida khanum has sent this note and she says that in this scenario of doomsday approaching, ah is it essential to perform da'wah work for all of us.</w:t>
      </w:r>
    </w:p>
    <w:p>
      <w:pPr>
        <w:jc w:val="right"/>
      </w:pPr>
      <w:r>
        <w:t>یہ تو ائن سائنٹیفک تھیوری ہے۔ ڈاکٹر فریدہ خانم ہیز سینڈ دس نوٹ اینڈ شی سیز دیٹ ان دس سنیریو آف ڈومز ڈے اپروچنگ، اہ از اٹ ایسینشل ٹو پرفارم دعوی ورک فار ال اف اس۔</w:t>
      </w:r>
    </w:p>
    <w:p>
      <w:r>
        <w:rPr>
          <w:b/>
        </w:rPr>
        <w:t xml:space="preserve">[1:18:58] </w:t>
      </w:r>
      <w:r>
        <w:t>otherwise, we will not be qualified for an entry into paradise. main to samajhta hoon ke bilkul yahi baat hai.</w:t>
      </w:r>
    </w:p>
    <w:p>
      <w:pPr>
        <w:jc w:val="right"/>
      </w:pPr>
      <w:r>
        <w:t>ادروائز، وی ول ناٹ بی کوالیفائیڈ فار این انٹری انٹو پیراڈائز۔ میں تو سمجھتا ہوں کہ بالکل یہی بات ہے۔</w:t>
      </w:r>
    </w:p>
    <w:p>
      <w:r>
        <w:rPr>
          <w:b/>
        </w:rPr>
        <w:t xml:space="preserve">[1:19:07] </w:t>
      </w:r>
      <w:r>
        <w:t>koi bhi doosra amal accept hi nahi hoga jab tak aadmi yeh kaam na kar raha ho. accept nahi hoga. aap raat din namazein parhein aur da'wah work na karein to kuch kuch bhi accept nahi hoga, kuch bhi nahi.</w:t>
      </w:r>
    </w:p>
    <w:p>
      <w:pPr>
        <w:jc w:val="right"/>
      </w:pPr>
      <w:r>
        <w:t>کوئی بھی دوسرا عمل ایکسیپٹ ہی نہیں ہوگا جب تک آدمی یہ کام نہ کر رہا ہو۔ ایکسیپٹ نہیں ہوگا۔ آپ رات دن نمازیں پڑھیں اور دعوی ورک نہ کریں تو کچھ کچھ بھی ایکسیپٹ نہیں ہوگا، کچھ بھی نہیں۔</w:t>
      </w:r>
    </w:p>
    <w:p>
      <w:r>
        <w:rPr>
          <w:b/>
        </w:rPr>
        <w:t xml:space="preserve">[1:19:20] </w:t>
      </w:r>
      <w:r>
        <w:t>bilkul ek ek baseless aqeedah yeh hai ke aap aur hadith mein dekhiye, sabit hai ke ek basti ke baray mein Khuda ne hukum diya ke us ko ulat palt do.</w:t>
      </w:r>
    </w:p>
    <w:p>
      <w:pPr>
        <w:jc w:val="right"/>
      </w:pPr>
      <w:r>
        <w:t>بالکل ایک ایک بیسلیس عقیدہ یہ ہے کہ آپ اور حدیث میں دیکھیے، ثابت ہے کہ ایک بستی کے بارے میں خدا نے حکم دیا کہ اس کو الٹ پلٹ دو۔</w:t>
      </w:r>
    </w:p>
    <w:p>
      <w:r>
        <w:rPr>
          <w:b/>
        </w:rPr>
        <w:t xml:space="preserve">[1:19:32] </w:t>
      </w:r>
      <w:r>
        <w:t>to farishton ne kaha ke wahan to ek bohat baray buzurg hain, raat din ibadat karte rehte hain, raat din arar karte rehte hain. to Khuda ne kaha, kaha us ke siwa ulat do kyunke us ne da'wah work nahi kiya.</w:t>
      </w:r>
    </w:p>
    <w:p>
      <w:pPr>
        <w:jc w:val="right"/>
      </w:pPr>
      <w:r>
        <w:t>تو فرشتوں نے کہا کہ وہاں تو ایک بہت بڑے بزرگ ہیں، رات دن عبادت کرتے رہتے ہیں، رات دن ارر کرتے رہتے ہیں۔ تو خدا نے کہا، کہا اس کے سوا الٹ دو کیونکہ اس نے دعوی ورک نہیں کیا۔</w:t>
      </w:r>
    </w:p>
    <w:p>
      <w:r>
        <w:rPr>
          <w:b/>
        </w:rPr>
        <w:t xml:space="preserve">[1:19:46] </w:t>
      </w:r>
      <w:r>
        <w:t>yeh to hadith maujood hai ke agar aap da'wah work ko chhod kar ke ibadat karte hain aur aur doosra jo bhi kaam hai, social work karte hain aur milli work karte hain, woh woh woh accept nahi kiya jayega.</w:t>
      </w:r>
    </w:p>
    <w:p>
      <w:pPr>
        <w:jc w:val="right"/>
      </w:pPr>
      <w:r>
        <w:t>یہ تو حدیث موجود ہے کہ اگر آپ دعوی ورک کو چھوڑ کر کے عبادت کرتے ہیں اور اور دوسرا جو بھی کام ہے، سوشل ورک کرتے ہیں اور ملی ورک کرتے ہیں، وہ وہ وہ ایکسیپٹ نہیں کیا جائے گا۔</w:t>
      </w:r>
    </w:p>
    <w:p>
      <w:r>
        <w:rPr>
          <w:b/>
        </w:rPr>
        <w:t xml:space="preserve">[1:20:01] </w:t>
      </w:r>
      <w:r>
        <w:t>yeh da'wah work kar ke sab kuch accept hoga, da'wah work chhod ke kuch bhi accept nahi hoga. ab to woh aakhri time aa gaya hai ke aap sab se ziyada importance isi ko dein, sab se importance.</w:t>
      </w:r>
    </w:p>
    <w:p>
      <w:pPr>
        <w:jc w:val="right"/>
      </w:pPr>
      <w:r>
        <w:t>یہ دعوی ورک کر کے سب کچھ ایکسیپٹ ہوگا، دعوی ورک چھوڑ کے کچھ بھی ایکسیپٹ نہیں ہوگا۔ اب تو وہ آخری ٹائم آ گیا ہے کہ آپ سب سے زیادہ امپورٹنس اسی کو دیں، سب سے امپورٹنس۔</w:t>
      </w:r>
    </w:p>
    <w:p>
      <w:r>
        <w:rPr>
          <w:b/>
        </w:rPr>
        <w:t xml:space="preserve">[1:20:17] </w:t>
      </w:r>
      <w:r>
        <w:t>kyunke Quran mein dekhein, saaf saaf hai sallam mubashireen Allah Allah ba'd al-rusul yaani Khuda chahta hai ke Khuda ke upar hujjat na rahay.</w:t>
      </w:r>
    </w:p>
    <w:p>
      <w:pPr>
        <w:jc w:val="right"/>
      </w:pPr>
      <w:r>
        <w:t>کیونکہ قرآن میں دیکھیں، صاف صاف ہے وسلم مبشرین اللہ اللہ بعد الرسل یعنی خدا چاہتا ہے کہ خدا کے اوپر حجت نہ رہے۔</w:t>
      </w:r>
    </w:p>
    <w:p>
      <w:r>
        <w:rPr>
          <w:b/>
        </w:rPr>
        <w:t xml:space="preserve">[1:20:28] </w:t>
      </w:r>
      <w:r>
        <w:t>yaani wahan log yeh na kar sakein ke hum ko to kuch khabar nahi thi, aap un ko pakar rahe hain, hum ko kuch pata nahi tha. to Khuda ke upar yeh hujjat na rahay, us ke liye da'wah work ko lazim kar diya gaya.</w:t>
      </w:r>
    </w:p>
    <w:p>
      <w:pPr>
        <w:jc w:val="right"/>
      </w:pPr>
      <w:r>
        <w:t>یعنی وہاں لوگ یہ نہ کر سکیں کہ ہم کو تو کچھ خبر نہیں تھی، آپ ان کو پکڑ رہے ہیں، ہم کو کچھ پتہ نہیں تھا۔ تو خدا کے اوپر یہ حجت نہ رہے، اس کے لیے دعوی ورک کو لازم کر دیا گیا۔</w:t>
      </w:r>
    </w:p>
    <w:p>
      <w:r>
        <w:rPr>
          <w:b/>
        </w:rPr>
        <w:t xml:space="preserve">[1:20:44] </w:t>
      </w:r>
      <w:r>
        <w:t>hum Khuda ke ke upar se yeh yeh hujjat utar rahe hain, goya ke to koi insaan yeh na kar sake ke hum to jantay nahi thay, hum to unaware thay. to is se ziyada zaroori aur kaun kaun sa kaam ho sakta hai?</w:t>
      </w:r>
    </w:p>
    <w:p>
      <w:pPr>
        <w:jc w:val="right"/>
      </w:pPr>
      <w:r>
        <w:t>ہم خدا کے کے اوپر سے یہ یہ حجت اتار رہے ہیں، گویا کہ تو کوئی انسان یہ نہ کر سکے کہ ہم تو جانتے نہیں تھے، ہم تو ان اویئر تھے۔ تو اس سے زیادہ ضروری اور کون کون سا کام ہو سکتا ہے؟</w:t>
      </w:r>
    </w:p>
    <w:p>
      <w:r>
        <w:rPr>
          <w:b/>
        </w:rPr>
        <w:t xml:space="preserve">[1:20:56] </w:t>
      </w:r>
      <w:r>
        <w:t>main samajhta hoon ke doosray kamon mein kuch agar aadmi kam kar paye to woh Khuda us ko yaani ignore karega.</w:t>
      </w:r>
    </w:p>
    <w:p>
      <w:pPr>
        <w:jc w:val="right"/>
      </w:pPr>
      <w:r>
        <w:t>میں سمجھتا ہوں کہ دوسرے کاموں میں کچھ اگر آدمی کم کر پائے تو وہ خدا اس کو یعنی اگنور کرے گا۔</w:t>
      </w:r>
    </w:p>
    <w:p>
      <w:r>
        <w:rPr>
          <w:b/>
        </w:rPr>
        <w:t xml:space="preserve">[1:21:05] </w:t>
      </w:r>
      <w:r>
        <w:t>kyunke da'wah work ko ignore kabhi bhi nahi karega,</w:t>
      </w:r>
    </w:p>
    <w:p>
      <w:pPr>
        <w:jc w:val="right"/>
      </w:pPr>
      <w:r>
        <w:t>کیونکہ دعوی ورک کو اگنور کبھی بھی نہیں کرے گا،</w:t>
      </w:r>
    </w:p>
    <w:p>
      <w:r>
        <w:rPr>
          <w:b/>
        </w:rPr>
        <w:t xml:space="preserve">[1:21:08] </w:t>
      </w:r>
      <w:r>
        <w:t>woh to karna hi karna hai, must hai aur har musalman ko karna hai, kisi ek ko nahi. ya Maulana, in this regard, i would like to share a small incident which took place yesterday.</w:t>
      </w:r>
    </w:p>
    <w:p>
      <w:pPr>
        <w:jc w:val="right"/>
      </w:pPr>
      <w:r>
        <w:t>وہ تو کرنا ہی کرنا ہے، مست ہے اور ہر مسلمان کو کرنا ہے، کسی ایک کو نہیں۔ یا مولانا، ان دس ریگارڈ، ائی وڈ لائک ٹو شیئر ا سمال انسیڈنٹ وچ ٹوک پلیس یسٹرڈے۔</w:t>
      </w:r>
    </w:p>
    <w:p>
      <w:r>
        <w:rPr>
          <w:b/>
        </w:rPr>
        <w:t xml:space="preserve">[1:21:24] </w:t>
      </w:r>
      <w:r>
        <w:t>i had gone to meet a german scholar visiting India,</w:t>
      </w:r>
    </w:p>
    <w:p>
      <w:pPr>
        <w:jc w:val="right"/>
      </w:pPr>
      <w:r>
        <w:t>ائی ہیڈ گون ٹو میٹ ا جرمن اسکالر وزٹنگ انڈیا،</w:t>
      </w:r>
    </w:p>
    <w:p>
      <w:r>
        <w:rPr>
          <w:b/>
        </w:rPr>
        <w:t xml:space="preserve">[1:21:30] </w:t>
      </w:r>
      <w:r>
        <w:t>and during my conversation, in the end, she said that the information explosion in today time has become so accessible to even a common man that a person can not afford to say that i did not know what God's creation plan is.</w:t>
      </w:r>
    </w:p>
    <w:p>
      <w:pPr>
        <w:jc w:val="right"/>
      </w:pPr>
      <w:r>
        <w:t>اینڈ ڈیورنگ مائی کانورسیشن، ان دی اینڈ، شی سیڈ دیٹ دی انفارمیشن ایکسپلوژن ان ٹوڈے ٹائم ہیز بیکم سو ایکسیسیبل ٹو ایون ا کامن مین کہ ا پرسن کین ناٹ افورڈ ٹو سے دیٹ ائی ڈیڈنٹ نو واٹ گاڈز کریشن پلان از۔</w:t>
      </w:r>
    </w:p>
    <w:p>
      <w:r>
        <w:rPr>
          <w:b/>
        </w:rPr>
        <w:t xml:space="preserve">[1:21:52] </w:t>
      </w:r>
      <w:r>
        <w:t>and if someone says that i remain ignorant, it is because either the person is not sensible enough or is completely blind.</w:t>
      </w:r>
    </w:p>
    <w:p>
      <w:pPr>
        <w:jc w:val="right"/>
      </w:pPr>
      <w:r>
        <w:t>اینڈ اف سون سیز دیٹ ائی ریمین اگنورنٹ، اٹ از بیکاز ایتھر دا پرسن از ناٹ سینسیبل انف اور از کمپلیٹلی بلائنڈ۔</w:t>
      </w:r>
    </w:p>
    <w:p>
      <w:r>
        <w:rPr>
          <w:b/>
        </w:rPr>
        <w:t xml:space="preserve">[1:22:01] </w:t>
      </w:r>
      <w:r>
        <w:t>otherwise, the kind of facilities, the kind of avenues, the kind of interactive platforms today are available. i mean, nobody can have this excuse of saying that i could not come to know what creation plan</w:t>
      </w:r>
    </w:p>
    <w:p>
      <w:pPr>
        <w:jc w:val="right"/>
      </w:pPr>
      <w:r>
        <w:t>ادروائز، دی کائنڈ اف فیسلیٹیز، دی کائنڈ اف ایونیوز، دی کائنڈ اف انٹریکٹو پلیٹ فارمز ٹوڈے ار اویلیبل۔ ائی مین، نو بڈی کین ہیو دس ایکسکیوز اف سینگ دیٹ ائی کڈ ناٹ کم ٹو نو واٹ کریشن پلان</w:t>
      </w:r>
    </w:p>
    <w:p>
      <w:r>
        <w:rPr>
          <w:b/>
        </w:rPr>
        <w:t xml:space="preserve">[1:22:17] </w:t>
      </w:r>
      <w:r>
        <w:t>az. so it further strengthens, i mean, your belief, your talk which says that God's message will reach everywhere in every house, so that the person will not say that i mean, i didn't know what what your creation plan was.</w:t>
      </w:r>
    </w:p>
    <w:p>
      <w:pPr>
        <w:jc w:val="right"/>
      </w:pPr>
      <w:r>
        <w:t>از۔ سو اٹ فردر سٹرینتھنز، ائی مین، یور بیلیف، یور ٹاک وچ سیز دیٹ گاڈز میسج ول ریچ ایوری ویر ان ایوری ہاؤس، سو دیٹ دا پرسن ول ناٹ سے دیٹ ائی مین، ائی ڈیڈنٹ نو واٹ واٹ یور کریشن پلان واز۔</w:t>
      </w:r>
    </w:p>
    <w:p>
      <w:r>
        <w:rPr>
          <w:b/>
        </w:rPr>
        <w:t xml:space="preserve">[1:22:35] </w:t>
      </w:r>
      <w:r>
        <w:t>nahi, dekhen, jahan tak main samajh paya hoon, woh 50 percent hai, woh information 50 percent hai. is ke sath creation plan jo hai, woh to bataya nahi gaya.</w:t>
      </w:r>
    </w:p>
    <w:p>
      <w:pPr>
        <w:jc w:val="right"/>
      </w:pPr>
      <w:r>
        <w:t>نہیں، دیکھیں، جہاں تک میں سمجھ پایا ہوں، وہ 50 پرسنٹ ہے، وہ انفارمیشن 50 پرسنٹ ہے۔ اس کے ساتھ کریشن پلان جو ہے، وہ تو بتایا نہیں گیا۔</w:t>
      </w:r>
    </w:p>
    <w:p>
      <w:r>
        <w:rPr>
          <w:b/>
        </w:rPr>
        <w:t xml:space="preserve">[1:22:45] </w:t>
      </w:r>
      <w:r>
        <w:t>koi bhi information yeh nahi bata rahi ke what is creation plan of God, woh to bata rahi hai ek aspect is ka, lekin is ka doosra jo aspect hai, in sab cheezon ko creation plan of God ke framework mein le ke dekhen, yeh to abhi baqi hai,</w:t>
      </w:r>
    </w:p>
    <w:p>
      <w:pPr>
        <w:jc w:val="right"/>
      </w:pPr>
      <w:r>
        <w:t>کوئی بھی انفارمیشن یہ نہیں بتا رہی کہ واٹ از کریشن پلان اف گاڈ، وہ تو بتا رہی ہے ایک اسپیکٹ اس کا، لیکن اس کا دوسرا جو اسپیکٹ ہے، ان سب چیزوں کو کریشن پلان اف گاڈ کے فریم ورک میں لے کے دیکھیں، یہ تو ابھی باقی ہے،</w:t>
      </w:r>
    </w:p>
    <w:p>
      <w:r>
        <w:rPr>
          <w:b/>
        </w:rPr>
        <w:t xml:space="preserve">[1:23:03] </w:t>
      </w:r>
      <w:r>
        <w:t>yeh to abhi baqi hai. to hum ko aap ko is poori information ko le kar ke is ko creation plan of God ke framework mein la kar ke dikhana hai in</w:t>
      </w:r>
    </w:p>
    <w:p>
      <w:pPr>
        <w:jc w:val="right"/>
      </w:pPr>
      <w:r>
        <w:t>یہ تو ابھی باقی ہے۔ تو ہم کو آپ کو اس پوری انفارمیشن کو لے کر کے اس کو کریشن پلان اف گاڈ کے فریم ورک میں لا کر کے دکھانا ہے ان</w:t>
      </w:r>
    </w:p>
    <w:p>
      <w:r>
        <w:rPr>
          <w:b/>
        </w:rPr>
        <w:t xml:space="preserve">[1:23:14] </w:t>
      </w:r>
      <w:r>
        <w:t>saan ko, warna woh adhoori jankari rehti hai. woh woh main nahi samajhta ke is se daawa work hum par yani hamein nahi karna hai, hamein phir bhi karna hai, balkay aur zyada karna hai ke ab adha kaam science ne kar diya hai, baqi adha hum kar kar daalen.</w:t>
      </w:r>
    </w:p>
    <w:p>
      <w:pPr>
        <w:jc w:val="right"/>
      </w:pPr>
      <w:r>
        <w:t>سان کو، ورنہ وہ ادھوری جانکاری رہتی ہے۔ وہ وہ میں نہیں سمجھتا کہ اس سے دعوی ورک ہم پر یعنی ہمیں نہیں کرنا ہے، ہمیں پھر بھی کرنا ہے، بلکہ اور زیادہ کرنا ہے کہ اب ادھا کام سائنس نے کر دیا ہے، باقی ادھا ہم کر کر ڈالیں۔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