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Return to Religion June 13, 2009</w:t>
      </w:r>
    </w:p>
    <w:p>
      <w:r>
        <w:t>https://youtu.be/qx7LpCmXMQk</w:t>
      </w:r>
    </w:p>
    <w:p>
      <w:r>
        <w:rPr>
          <w:b/>
        </w:rPr>
        <w:t xml:space="preserve">[00:14] </w:t>
      </w:r>
      <w:r>
        <w:t>bismillah hir rahman nir rahim. wa salla Allahu ala an-nabiyyi al-karim.</w:t>
      </w:r>
    </w:p>
    <w:p>
      <w:pPr>
        <w:jc w:val="right"/>
      </w:pPr>
      <w:r>
        <w:t>بسم اللہ الرحمن الرحیم۔ وصلی اللہ علی النبی الکریم۔</w:t>
      </w:r>
    </w:p>
    <w:p>
      <w:r>
        <w:rPr>
          <w:b/>
        </w:rPr>
        <w:t xml:space="preserve">[00:31] </w:t>
      </w:r>
      <w:r>
        <w:t>no, no seat is vacant. all though vacant seats are occupied by angels.</w:t>
      </w:r>
    </w:p>
    <w:p>
      <w:pPr>
        <w:jc w:val="right"/>
      </w:pPr>
      <w:r>
        <w:t>نو، نو سیٹ از ویکنٹ۔ آل دو ویکنٹ سیٹس آر اکوپائیڈ بائی اینجلز۔</w:t>
      </w:r>
    </w:p>
    <w:p>
      <w:r>
        <w:rPr>
          <w:b/>
        </w:rPr>
        <w:t xml:space="preserve">[00:42] </w:t>
      </w:r>
      <w:r>
        <w:t>now,</w:t>
      </w:r>
    </w:p>
    <w:p>
      <w:pPr>
        <w:jc w:val="right"/>
      </w:pPr>
      <w:r>
        <w:t>ناو،</w:t>
      </w:r>
    </w:p>
    <w:p>
      <w:r>
        <w:rPr>
          <w:b/>
        </w:rPr>
        <w:t xml:space="preserve">[00:46] </w:t>
      </w:r>
      <w:r>
        <w:t>recently i was asked a question by some media person.</w:t>
      </w:r>
    </w:p>
    <w:p>
      <w:pPr>
        <w:jc w:val="right"/>
      </w:pPr>
      <w:r>
        <w:t>ریسنٹلی آئی واز اسکڈ ا کوئسچن بائی سم میڈیا پرسن۔</w:t>
      </w:r>
    </w:p>
    <w:p>
      <w:r>
        <w:rPr>
          <w:b/>
        </w:rPr>
        <w:t xml:space="preserve">[01:00] </w:t>
      </w:r>
      <w:r>
        <w:t>the question was about</w:t>
      </w:r>
    </w:p>
    <w:p>
      <w:pPr>
        <w:jc w:val="right"/>
      </w:pPr>
      <w:r>
        <w:t>دا کوئسچن واز اباؤٹ</w:t>
      </w:r>
    </w:p>
    <w:p>
      <w:r>
        <w:rPr>
          <w:b/>
        </w:rPr>
        <w:t xml:space="preserve">[01:07] </w:t>
      </w:r>
      <w:r>
        <w:t>that phenomena which is known as return to religion.</w:t>
      </w:r>
    </w:p>
    <w:p>
      <w:pPr>
        <w:jc w:val="right"/>
      </w:pPr>
      <w:r>
        <w:t>دیٹ فیناومینا وچ از نون ایز ریٹرن ٹو ریلیجن۔</w:t>
      </w:r>
    </w:p>
    <w:p>
      <w:r>
        <w:rPr>
          <w:b/>
        </w:rPr>
        <w:t xml:space="preserve">[01:15] </w:t>
      </w:r>
      <w:r>
        <w:t>this title to this phenomena was given by an american magazine.</w:t>
      </w:r>
    </w:p>
    <w:p>
      <w:pPr>
        <w:jc w:val="right"/>
      </w:pPr>
      <w:r>
        <w:t>دس ٹائٹل ٹو دس فیناومینا واز گیون بائی این امریکن میگزین۔</w:t>
      </w:r>
    </w:p>
    <w:p>
      <w:r>
        <w:rPr>
          <w:b/>
        </w:rPr>
        <w:t xml:space="preserve">[01:26] </w:t>
      </w:r>
      <w:r>
        <w:t>you know, these times</w:t>
      </w:r>
    </w:p>
    <w:p>
      <w:pPr>
        <w:jc w:val="right"/>
      </w:pPr>
      <w:r>
        <w:t>یو نو، دیز ٹائمز</w:t>
      </w:r>
    </w:p>
    <w:p>
      <w:r>
        <w:rPr>
          <w:b/>
        </w:rPr>
        <w:t xml:space="preserve">[01:31] </w:t>
      </w:r>
      <w:r>
        <w:t>it is a common scene that everywhere the religious places are crowded with devotees.</w:t>
      </w:r>
    </w:p>
    <w:p>
      <w:pPr>
        <w:jc w:val="right"/>
      </w:pPr>
      <w:r>
        <w:t>اٹ از ا کامن سین دیٹ ایوری ویر دا ریلجیس پلیسز آر کراؤڈڈ ود ڈیوٹیز۔</w:t>
      </w:r>
    </w:p>
    <w:p>
      <w:r>
        <w:rPr>
          <w:b/>
        </w:rPr>
        <w:t xml:space="preserve">[01:44] </w:t>
      </w:r>
      <w:r>
        <w:t>masjid and mandir and gurdawara and church. all though religious places.</w:t>
      </w:r>
    </w:p>
    <w:p>
      <w:pPr>
        <w:jc w:val="right"/>
      </w:pPr>
      <w:r>
        <w:t>مسجد اینڈ مندر اینڈ گوردوارہ آر چرچ۔ آل دو ریلجیس پلیسز۔</w:t>
      </w:r>
    </w:p>
    <w:p>
      <w:r>
        <w:rPr>
          <w:b/>
        </w:rPr>
        <w:t xml:space="preserve">[01:56] </w:t>
      </w:r>
      <w:r>
        <w:t>deen</w:t>
      </w:r>
    </w:p>
    <w:p>
      <w:pPr>
        <w:jc w:val="right"/>
      </w:pPr>
      <w:r>
        <w:t>دین</w:t>
      </w:r>
    </w:p>
    <w:p>
      <w:r>
        <w:rPr>
          <w:b/>
        </w:rPr>
        <w:t xml:space="preserve">[02:00] </w:t>
      </w:r>
      <w:r>
        <w:t>you can see those people who are religiously dressed at railway stations and airports everywhere.</w:t>
      </w:r>
    </w:p>
    <w:p>
      <w:pPr>
        <w:jc w:val="right"/>
      </w:pPr>
      <w:r>
        <w:t>یو کین سی دو پیپل ہو آر ریلیجیسلی ڈریسڈ ایٹ ریلوے اسٹیشنز اینڈ ایئرپورٹس ایوری ویر۔</w:t>
      </w:r>
    </w:p>
    <w:p>
      <w:r>
        <w:rPr>
          <w:b/>
        </w:rPr>
        <w:t xml:space="preserve">[02:17] </w:t>
      </w:r>
      <w:r>
        <w:t>then there are conferences, religious conferences, religious seminars, religious institutions.</w:t>
      </w:r>
    </w:p>
    <w:p>
      <w:pPr>
        <w:jc w:val="right"/>
      </w:pPr>
      <w:r>
        <w:t>دین دیر آر کانفرنس، ریلیجیس کانفرنسز، ریلیجیس سیمینارز، ریلیجیس انسٹیٹیوشنز۔</w:t>
      </w:r>
    </w:p>
    <w:p>
      <w:r>
        <w:rPr>
          <w:b/>
        </w:rPr>
        <w:t xml:space="preserve">[02:26] </w:t>
      </w:r>
      <w:r>
        <w:t>so by seeing these phenomena, people</w:t>
      </w:r>
    </w:p>
    <w:p>
      <w:pPr>
        <w:jc w:val="right"/>
      </w:pPr>
      <w:r>
        <w:t>سو بائی سینگ دیز فیناومینا، پیپل</w:t>
      </w:r>
    </w:p>
    <w:p>
      <w:r>
        <w:rPr>
          <w:b/>
        </w:rPr>
        <w:t xml:space="preserve">[02:37] </w:t>
      </w:r>
      <w:r>
        <w:t>have gathered that religion is coming back.</w:t>
      </w:r>
    </w:p>
    <w:p>
      <w:pPr>
        <w:jc w:val="right"/>
      </w:pPr>
      <w:r>
        <w:t>ہیو گیدرڈ دیٹ ریلیجن از کمنگ بیک۔</w:t>
      </w:r>
    </w:p>
    <w:p>
      <w:r>
        <w:rPr>
          <w:b/>
        </w:rPr>
        <w:t xml:space="preserve">[02:49] </w:t>
      </w:r>
      <w:r>
        <w:t>i said that no. i don't subscribe with this notion. why?</w:t>
      </w:r>
    </w:p>
    <w:p>
      <w:pPr>
        <w:jc w:val="right"/>
      </w:pPr>
      <w:r>
        <w:t>آئی سیڈ دیٹ نو۔ آئی ڈونٹ سبسکرائب ود دس نوشن۔ وائی؟</w:t>
      </w:r>
    </w:p>
    <w:p>
      <w:r>
        <w:rPr>
          <w:b/>
        </w:rPr>
        <w:t xml:space="preserve">[02:57] </w:t>
      </w:r>
      <w:r>
        <w:t>because if you see that it is return of religious form, then it is okay. but religion per se is not returning.</w:t>
      </w:r>
    </w:p>
    <w:p>
      <w:pPr>
        <w:jc w:val="right"/>
      </w:pPr>
      <w:r>
        <w:t>بیکاز اف یو سی دیٹ اٹ از ریٹرن اف ریلیجیس فارم، دین اٹ از اوکے۔ بٹ ریلیجن پرسے از ناٹ ریٹرننگ۔</w:t>
      </w:r>
    </w:p>
    <w:p>
      <w:r>
        <w:rPr>
          <w:b/>
        </w:rPr>
        <w:t xml:space="preserve">[03:14] </w:t>
      </w:r>
      <w:r>
        <w:t>what is religion? there are two aspects of religion: form and spirit.</w:t>
      </w:r>
    </w:p>
    <w:p>
      <w:pPr>
        <w:jc w:val="right"/>
      </w:pPr>
      <w:r>
        <w:t>واٹ از ریلیجن؟ دیر آر ٹو اسپیکٹ آف ریلیجن: فارم اینڈ اسپیریٹ۔</w:t>
      </w:r>
    </w:p>
    <w:p>
      <w:r>
        <w:rPr>
          <w:b/>
        </w:rPr>
        <w:t xml:space="preserve">[03:23] </w:t>
      </w:r>
      <w:r>
        <w:t>form is its relative part, and spirit is its real part.</w:t>
      </w:r>
    </w:p>
    <w:p>
      <w:pPr>
        <w:jc w:val="right"/>
      </w:pPr>
      <w:r>
        <w:t>فارم از اٹس ریلیٹیو پارٹ، اینڈ اسپیریٹ از اٹس ریل پارٹ۔</w:t>
      </w:r>
    </w:p>
    <w:p>
      <w:r>
        <w:rPr>
          <w:b/>
        </w:rPr>
        <w:t xml:space="preserve">[03:35] </w:t>
      </w:r>
      <w:r>
        <w:t>so it is a fact that in terms of form, religion is coming back. but in terms of spirit, it is not.</w:t>
      </w:r>
    </w:p>
    <w:p>
      <w:pPr>
        <w:jc w:val="right"/>
      </w:pPr>
      <w:r>
        <w:t>سو اٹ از ا فیکٹ دیٹ ان ٹرم آف فارم، ریلیجن از کمنگ بیک۔ بٹ ان ٹرم آف اسپیریٹ، اٹ از ناٹ۔</w:t>
      </w:r>
    </w:p>
    <w:p>
      <w:r>
        <w:rPr>
          <w:b/>
        </w:rPr>
        <w:t xml:space="preserve">[03:51] </w:t>
      </w:r>
      <w:r>
        <w:t>because of religion is returning, it is coming back in its true sense of the word, then we have to see everywhere</w:t>
      </w:r>
    </w:p>
    <w:p>
      <w:pPr>
        <w:jc w:val="right"/>
      </w:pPr>
      <w:r>
        <w:t>بیکاز اف ریلیجن از ریٹرننگ، اٹ از کمنگ بیک ان اٹس ٹرو سینس آف دا ورڈ، دین وی ہیو ٹو سی ایوری ویر</w:t>
      </w:r>
    </w:p>
    <w:p>
      <w:r>
        <w:rPr>
          <w:b/>
        </w:rPr>
        <w:t xml:space="preserve">[04:11] </w:t>
      </w:r>
      <w:r>
        <w:t>spiritual awakening.</w:t>
      </w:r>
    </w:p>
    <w:p>
      <w:pPr>
        <w:jc w:val="right"/>
      </w:pPr>
      <w:r>
        <w:t>اسپیریچول اویکننگ۔</w:t>
      </w:r>
    </w:p>
    <w:p>
      <w:r>
        <w:rPr>
          <w:b/>
        </w:rPr>
        <w:t xml:space="preserve">[04:15] </w:t>
      </w:r>
      <w:r>
        <w:t>religion in two concept is spiritualization of people.</w:t>
      </w:r>
    </w:p>
    <w:p>
      <w:pPr>
        <w:jc w:val="right"/>
      </w:pPr>
      <w:r>
        <w:t>ریلیجن ان ٹو کانسیپٹ از اسپیریچولائزیشن آف پیپل۔</w:t>
      </w:r>
    </w:p>
    <w:p>
      <w:r>
        <w:rPr>
          <w:b/>
        </w:rPr>
        <w:t xml:space="preserve">[04:23] </w:t>
      </w:r>
      <w:r>
        <w:t>simply, dress is not</w:t>
      </w:r>
    </w:p>
    <w:p>
      <w:pPr>
        <w:jc w:val="right"/>
      </w:pPr>
      <w:r>
        <w:t>سمپلی، ڈریس از ناٹ</w:t>
      </w:r>
    </w:p>
    <w:p>
      <w:r>
        <w:rPr>
          <w:b/>
        </w:rPr>
        <w:t xml:space="preserve">[04:29] </w:t>
      </w:r>
      <w:r>
        <w:t>religion. basic purpose of religion is to spiritualize people</w:t>
      </w:r>
    </w:p>
    <w:p>
      <w:pPr>
        <w:jc w:val="right"/>
      </w:pPr>
      <w:r>
        <w:t>ریلیجن۔ بیسک پرپس آف ریلیجن از ٹو اسپیریچولائز پیپل</w:t>
      </w:r>
    </w:p>
    <w:p>
      <w:r>
        <w:rPr>
          <w:b/>
        </w:rPr>
        <w:t xml:space="preserve">[04:37] </w:t>
      </w:r>
      <w:r>
        <w:t>. it means that to inculcate the spirit of love, tolerance, compassion, and peace, and all those human values, human spiritual values,</w:t>
      </w:r>
    </w:p>
    <w:p>
      <w:pPr>
        <w:jc w:val="right"/>
      </w:pPr>
      <w:r>
        <w:t>۔ اٹ مینز دیٹ ٹو انکلکیٹ دے اسپیریٹ آف لو، ٹالرنس، کمپیشن، اینڈ پیس، اینڈ آل دو ہیومن ویلیوز، ہیومن اسپیریچول ویلیوز،</w:t>
      </w:r>
    </w:p>
    <w:p>
      <w:r>
        <w:rPr>
          <w:b/>
        </w:rPr>
        <w:t xml:space="preserve">[05:00] </w:t>
      </w:r>
      <w:r>
        <w:t>or ethical values. but it is absent. it is absent.</w:t>
      </w:r>
    </w:p>
    <w:p>
      <w:pPr>
        <w:jc w:val="right"/>
      </w:pPr>
      <w:r>
        <w:t>اور ایتھیکل ویلیوز۔ بٹ اٹ از ایبسنٹ۔ اٹ از ایبسنٹ۔</w:t>
      </w:r>
    </w:p>
    <w:p>
      <w:r>
        <w:rPr>
          <w:b/>
        </w:rPr>
        <w:t xml:space="preserve">[05:07] </w:t>
      </w:r>
      <w:r>
        <w:t>there is no change in our society in those terms, in the term of human values, or ethical values.</w:t>
      </w:r>
    </w:p>
    <w:p>
      <w:pPr>
        <w:jc w:val="right"/>
      </w:pPr>
      <w:r>
        <w:t>دیر از نو چینج ان اور سوسائٹی ان دو ٹرمز، ان دا ٹرم آف ہیومن ویلیوز، اور ایتھیکل ویلیوز۔</w:t>
      </w:r>
    </w:p>
    <w:p>
      <w:r>
        <w:rPr>
          <w:b/>
        </w:rPr>
        <w:t xml:space="preserve">[05:22] </w:t>
      </w:r>
      <w:r>
        <w:t>so I would like to see that this is not</w:t>
      </w:r>
    </w:p>
    <w:p>
      <w:pPr>
        <w:jc w:val="right"/>
      </w:pPr>
      <w:r>
        <w:t>سو آئی وڈ لائک ٹو سی دیٹ دس از ناٹ</w:t>
      </w:r>
    </w:p>
    <w:p>
      <w:r>
        <w:rPr>
          <w:b/>
        </w:rPr>
        <w:t xml:space="preserve">[05:30] </w:t>
      </w:r>
      <w:r>
        <w:t>return to religion, but return to the form of religion. now, why this return</w:t>
      </w:r>
    </w:p>
    <w:p>
      <w:pPr>
        <w:jc w:val="right"/>
      </w:pPr>
      <w:r>
        <w:t>ریٹرن ٹو ریلیجن، بٹ ریٹرن ٹو دے فارم آف ریلیجن۔ ناو، وائی دس ریٹرن</w:t>
      </w:r>
    </w:p>
    <w:p>
      <w:r>
        <w:rPr>
          <w:b/>
        </w:rPr>
        <w:t xml:space="preserve">[05:38] </w:t>
      </w:r>
      <w:r>
        <w:t>? it is a negative return rather than positive return.</w:t>
      </w:r>
    </w:p>
    <w:p>
      <w:pPr>
        <w:jc w:val="right"/>
      </w:pPr>
      <w:r>
        <w:t>؟ اٹ از ا نیگیٹیو ریٹرن رادر دین پازیٹیو ریٹرن۔</w:t>
      </w:r>
    </w:p>
    <w:p>
      <w:r>
        <w:rPr>
          <w:b/>
        </w:rPr>
        <w:t xml:space="preserve">[05:47] </w:t>
      </w:r>
      <w:r>
        <w:t>I would like to see that it is negative return and not positive return. why? because our age is age of tension, frustration, stress.</w:t>
      </w:r>
    </w:p>
    <w:p>
      <w:pPr>
        <w:jc w:val="right"/>
      </w:pPr>
      <w:r>
        <w:t>آئی وڈ لائک ٹو سی دیٹ اٹ از نیگیٹیو ریٹرن اینڈ ناٹ پازیٹیو ریٹرن۔ وائی؟ بیکاز اور ایج از ایج آف ٹینشن، فرسٹریشن، اسٹریس۔</w:t>
      </w:r>
    </w:p>
    <w:p>
      <w:r>
        <w:rPr>
          <w:b/>
        </w:rPr>
        <w:t xml:space="preserve">[06:02] </w:t>
      </w:r>
      <w:r>
        <w:t>during my childhood, there was no such tensions,</w:t>
      </w:r>
    </w:p>
    <w:p>
      <w:pPr>
        <w:jc w:val="right"/>
      </w:pPr>
      <w:r>
        <w:t>ڈیورنگ مائی چائلڈہڈ، دیر واز نو سچ ٹینشنز،</w:t>
      </w:r>
    </w:p>
    <w:p>
      <w:r>
        <w:rPr>
          <w:b/>
        </w:rPr>
        <w:t xml:space="preserve">[06:07] </w:t>
      </w:r>
      <w:r>
        <w:t>no such frustrations. our modern age, our industrialization, our all these things have given a very sad kind of gift that is tension, frustration, uncertainty.</w:t>
      </w:r>
    </w:p>
    <w:p>
      <w:pPr>
        <w:jc w:val="right"/>
      </w:pPr>
      <w:r>
        <w:t>نو سچ فرسٹریشنز۔ اور ماڈرن ایج، اور انڈسٹریلیسن، اور آل دیز تھنگز ہیو گیون ا ویری سیٹ کائنڈ آف گفٹ دیٹ از ٹینشن، فرسٹریشن، انسرٹینٹی۔</w:t>
      </w:r>
    </w:p>
    <w:p>
      <w:r>
        <w:rPr>
          <w:b/>
        </w:rPr>
        <w:t xml:space="preserve">[06:29] </w:t>
      </w:r>
      <w:r>
        <w:t>uncertainty. everywhere, in job, in business, everywhere.</w:t>
      </w:r>
    </w:p>
    <w:p>
      <w:pPr>
        <w:jc w:val="right"/>
      </w:pPr>
      <w:r>
        <w:t>انسرٹینٹی۔ ایوری ویر، ان جاب، ان بزنس، ایوری ویر۔</w:t>
      </w:r>
    </w:p>
    <w:p>
      <w:r>
        <w:rPr>
          <w:b/>
        </w:rPr>
        <w:t xml:space="preserve">[06:36] </w:t>
      </w:r>
      <w:r>
        <w:t>so people try to seek blessing, or ashirwad.</w:t>
      </w:r>
    </w:p>
    <w:p>
      <w:pPr>
        <w:jc w:val="right"/>
      </w:pPr>
      <w:r>
        <w:t>سو پیپل ٹرائی ٹو سیک بلیسنگ، اور اشیرواد۔</w:t>
      </w:r>
    </w:p>
    <w:p>
      <w:r>
        <w:rPr>
          <w:b/>
        </w:rPr>
        <w:t xml:space="preserve">[06:47] </w:t>
      </w:r>
      <w:r>
        <w:t>so they are crowded in religious places only to seek this kind of religion.</w:t>
      </w:r>
    </w:p>
    <w:p>
      <w:pPr>
        <w:jc w:val="right"/>
      </w:pPr>
      <w:r>
        <w:t>سو دے آر کراؤڈڈ ان ریلیجیس پلیسز اونلی ٹو سیک دس کائنڈ آف ریلیجن۔</w:t>
      </w:r>
    </w:p>
    <w:p>
      <w:r>
        <w:rPr>
          <w:b/>
        </w:rPr>
        <w:t xml:space="preserve">[06:56] </w:t>
      </w:r>
      <w:r>
        <w:t>that is ashirwad, or blessing, or barkat, barkah.</w:t>
      </w:r>
    </w:p>
    <w:p>
      <w:pPr>
        <w:jc w:val="right"/>
      </w:pPr>
      <w:r>
        <w:t>دیٹ از اشیرواد، اور بلیسنگ، اور برکت، برکہ۔</w:t>
      </w:r>
    </w:p>
    <w:p>
      <w:r>
        <w:rPr>
          <w:b/>
        </w:rPr>
        <w:t xml:space="preserve">[07:04] </w:t>
      </w:r>
      <w:r>
        <w:t>so this kind of religion is only negative aspect of religion, is not positive aspect of religion.</w:t>
      </w:r>
    </w:p>
    <w:p>
      <w:pPr>
        <w:jc w:val="right"/>
      </w:pPr>
      <w:r>
        <w:t>سو دس کائنڈ آف ریلیجن از اونلی نیگیٹیو اسپیکٹ آف ریلیجن، از ناٹ پازیٹیو اسپیکٹ آف ریلیجن۔</w:t>
      </w:r>
    </w:p>
    <w:p>
      <w:r>
        <w:rPr>
          <w:b/>
        </w:rPr>
        <w:t xml:space="preserve">[07:15] </w:t>
      </w:r>
      <w:r>
        <w:t>I account to my experience, I can see that religion begins from mind, not from tension and stress.</w:t>
      </w:r>
    </w:p>
    <w:p>
      <w:pPr>
        <w:jc w:val="right"/>
      </w:pPr>
      <w:r>
        <w:t>آئی اکاؤنٹ ٹو مائی ایکسپیرینس، آئی کین سی دیٹ ریلیجن بگنز فرام مائنڈ، ناٹ فرام ٹینشن اینڈ اسٹریس۔</w:t>
      </w:r>
    </w:p>
    <w:p>
      <w:r>
        <w:rPr>
          <w:b/>
        </w:rPr>
        <w:t xml:space="preserve">[07:28] </w:t>
      </w:r>
      <w:r>
        <w:t>religion begins from mind. so mind is the starting part of religion.</w:t>
      </w:r>
    </w:p>
    <w:p>
      <w:pPr>
        <w:jc w:val="right"/>
      </w:pPr>
      <w:r>
        <w:t>ریلیجن بگنز فرام مائنڈ۔ سو مائنڈ از دا سٹارٹنگ پارٹ آف ریلیجن۔</w:t>
      </w:r>
    </w:p>
    <w:p>
      <w:r>
        <w:rPr>
          <w:b/>
        </w:rPr>
        <w:t xml:space="preserve">[07:38] </w:t>
      </w:r>
      <w:r>
        <w:t>so if you want to. religious revival in society, you have to begin from this point.</w:t>
      </w:r>
    </w:p>
    <w:p>
      <w:pPr>
        <w:jc w:val="right"/>
      </w:pPr>
      <w:r>
        <w:t>سو اف یو وانٹ ٹو۔ ریلیجیس ریوائیول ان سوسائٹی، یو ہیو ٹو بگن فرام دس پوائنٹ۔</w:t>
      </w:r>
    </w:p>
    <w:p>
      <w:r>
        <w:rPr>
          <w:b/>
        </w:rPr>
        <w:t xml:space="preserve">[07:47] </w:t>
      </w:r>
      <w:r>
        <w:t>you have to re engineer the mind of people. you have to try to.</w:t>
      </w:r>
    </w:p>
    <w:p>
      <w:pPr>
        <w:jc w:val="right"/>
      </w:pPr>
      <w:r>
        <w:t>یو ہیو ٹو ری انجینئر دا مائنڈ آف پیپل۔ یو ہیو ٹو ٹرائی ٹو۔</w:t>
      </w:r>
    </w:p>
    <w:p>
      <w:r>
        <w:rPr>
          <w:b/>
        </w:rPr>
        <w:t xml:space="preserve">[07:57] </w:t>
      </w:r>
      <w:r>
        <w:t>to intellectual awakening. this is the starting point of religion.</w:t>
      </w:r>
    </w:p>
    <w:p>
      <w:pPr>
        <w:jc w:val="right"/>
      </w:pPr>
      <w:r>
        <w:t>ٹو انٹلیکچول اویکننگ۔ دس از دا سٹارٹنگ پوائنٹ آف ریلیجن۔</w:t>
      </w:r>
    </w:p>
    <w:p>
      <w:r>
        <w:rPr>
          <w:b/>
        </w:rPr>
        <w:t xml:space="preserve">[08:09] </w:t>
      </w:r>
      <w:r>
        <w:t>present type of religion is not religion in true sense of the word.</w:t>
      </w:r>
    </w:p>
    <w:p>
      <w:pPr>
        <w:jc w:val="right"/>
      </w:pPr>
      <w:r>
        <w:t>پریزنٹ ٹائپ آف ریلیجن از ناٹ ریلیجن ان ٹرو سینس آف دا ورڈ۔</w:t>
      </w:r>
    </w:p>
    <w:p>
      <w:r>
        <w:rPr>
          <w:b/>
        </w:rPr>
        <w:t xml:space="preserve">[08:16] </w:t>
      </w:r>
      <w:r>
        <w:t>I will give an example. There are so many monuments everywhere in the world, including India.</w:t>
      </w:r>
    </w:p>
    <w:p>
      <w:pPr>
        <w:jc w:val="right"/>
      </w:pPr>
      <w:r>
        <w:t>آئی ویل گیو این ایگزامپل۔ دیر آر سو مینی موومنٹس ایوری ویر ان دا ورلڈ، انکلوڈنگ انڈیا۔</w:t>
      </w:r>
    </w:p>
    <w:p>
      <w:r>
        <w:rPr>
          <w:b/>
        </w:rPr>
        <w:t xml:space="preserve">[08:26] </w:t>
      </w:r>
      <w:r>
        <w:t>but all the moments are based on. right. every one talks about human rights, human rights.</w:t>
      </w:r>
    </w:p>
    <w:p>
      <w:pPr>
        <w:jc w:val="right"/>
      </w:pPr>
      <w:r>
        <w:t>بٹ آل دیز موومنٹس آر بیسڈ آن۔ رائٹ۔ ایوری ون ٹاکس اباؤٹ ہیومن رائٹس، ہیومن رائٹس۔</w:t>
      </w:r>
    </w:p>
    <w:p>
      <w:r>
        <w:rPr>
          <w:b/>
        </w:rPr>
        <w:t xml:space="preserve">[08:37] </w:t>
      </w:r>
      <w:r>
        <w:t>So they are making people right conscious. The whole society is now right conscious society. This is anti, it is completely anti religion.</w:t>
      </w:r>
    </w:p>
    <w:p>
      <w:pPr>
        <w:jc w:val="right"/>
      </w:pPr>
      <w:r>
        <w:t>سو دے آر میکنگ پیپل رائٹ کانشیس۔ دا ہوول سوسائٹی از ناؤ رائٹ کانشیس سوسائٹی۔ دس از اینٹی، اٹ از کمپلیٹلی اینٹی ریلیجن۔</w:t>
      </w:r>
    </w:p>
    <w:p>
      <w:r>
        <w:rPr>
          <w:b/>
        </w:rPr>
        <w:t xml:space="preserve">[08:53] </w:t>
      </w:r>
      <w:r>
        <w:t>Religion wants to make people duty-conscious, and not right-conscious. Jesus Christ was a prophet</w:t>
      </w:r>
    </w:p>
    <w:p>
      <w:pPr>
        <w:jc w:val="right"/>
      </w:pPr>
      <w:r>
        <w:t>ریلیجن وانٹس ٹو میک پیپل ڈیوٹی کانشیس، اینڈ ناٹ رائٹ کانشیس۔ جیس کرائسٹ واز ا پرافٹ</w:t>
      </w:r>
    </w:p>
    <w:p>
      <w:r>
        <w:rPr>
          <w:b/>
        </w:rPr>
        <w:t xml:space="preserve">[09:07] </w:t>
      </w:r>
      <w:r>
        <w:t>, he was not son of God, but he was a prophet of God. So he had said</w:t>
      </w:r>
    </w:p>
    <w:p>
      <w:pPr>
        <w:jc w:val="right"/>
      </w:pPr>
      <w:r>
        <w:t>، ہی واز ناٹ سن آف گاڈ، بٹ ہی واز ا پرافٹ آف گاڈ۔ سو ہی ہیڈ سیڈ</w:t>
      </w:r>
    </w:p>
    <w:p>
      <w:r>
        <w:rPr>
          <w:b/>
        </w:rPr>
        <w:t xml:space="preserve">[09:16] </w:t>
      </w:r>
      <w:r>
        <w:t>that you can find this saying in New Testament, that give to Caesar what is due to Caesar, and give to God what is due to God.</w:t>
      </w:r>
    </w:p>
    <w:p>
      <w:pPr>
        <w:jc w:val="right"/>
      </w:pPr>
      <w:r>
        <w:t>دیٹ یو کین فائنڈ دس سینگ ان نیو ٹیسٹمنٹ، دیٹ گیو ٹو سیزر واٹ از ڈیو ٹو سیزر، اینڈ گیو ٹو گاڈ واٹ از ڈیو ٹو گاڈ۔</w:t>
      </w:r>
    </w:p>
    <w:p>
      <w:r>
        <w:rPr>
          <w:b/>
        </w:rPr>
        <w:t xml:space="preserve">[09:35] </w:t>
      </w:r>
      <w:r>
        <w:t>This is what I am saying: duty-conscious.</w:t>
      </w:r>
    </w:p>
    <w:p>
      <w:pPr>
        <w:jc w:val="right"/>
      </w:pPr>
      <w:r>
        <w:t>دس از واٹ آئی ایم سینگ: ڈیوٹی کانشیس۔</w:t>
      </w:r>
    </w:p>
    <w:p>
      <w:r>
        <w:rPr>
          <w:b/>
        </w:rPr>
        <w:t xml:space="preserve">[09:42] </w:t>
      </w:r>
      <w:r>
        <w:t>The same, the Prophet Abraham had also said like this: "Adu aleyhim haqqahum va salu allaha haqqakum."</w:t>
      </w:r>
    </w:p>
    <w:p>
      <w:pPr>
        <w:jc w:val="right"/>
      </w:pPr>
      <w:r>
        <w:t>دا سیم، دا پرافٹ ابراہم ہیڈ آلسو سیڈ لائک دس: "ادو الیہم حقہم و صلو اللہ حقکم۔"</w:t>
      </w:r>
    </w:p>
    <w:p>
      <w:r>
        <w:rPr>
          <w:b/>
        </w:rPr>
        <w:t xml:space="preserve">[09:56] </w:t>
      </w:r>
      <w:r>
        <w:t>bot sengz aar</w:t>
      </w:r>
    </w:p>
    <w:p>
      <w:pPr>
        <w:jc w:val="right"/>
      </w:pPr>
      <w:r>
        <w:t>بوتھ سینگز آر</w:t>
      </w:r>
    </w:p>
    <w:p>
      <w:r>
        <w:rPr>
          <w:b/>
        </w:rPr>
        <w:t xml:space="preserve">[10:00] </w:t>
      </w:r>
      <w:r>
        <w:t>van and da sem.</w:t>
      </w:r>
    </w:p>
    <w:p>
      <w:pPr>
        <w:jc w:val="right"/>
      </w:pPr>
      <w:r>
        <w:t>ون اینڈ دا سیم۔</w:t>
      </w:r>
    </w:p>
    <w:p>
      <w:r>
        <w:rPr>
          <w:b/>
        </w:rPr>
        <w:t xml:space="preserve">[10:02] </w:t>
      </w:r>
      <w:r>
        <w:t>So this is the true spirit of religion. If there is religious revival, then we have.</w:t>
      </w:r>
    </w:p>
    <w:p>
      <w:pPr>
        <w:jc w:val="right"/>
      </w:pPr>
      <w:r>
        <w:t>سو دس از دا ٹرو اسپیریٹ آف ریلیجن۔ اف دیر از ریلیجیس ریوائیول، دین وی ہیو۔</w:t>
      </w:r>
    </w:p>
    <w:p>
      <w:r>
        <w:rPr>
          <w:b/>
        </w:rPr>
        <w:t xml:space="preserve">[10:12] </w:t>
      </w:r>
      <w:r>
        <w:t>We must see the people who are duty-conscious. But we see everywhere people that they are right-conscious.</w:t>
      </w:r>
    </w:p>
    <w:p>
      <w:pPr>
        <w:jc w:val="right"/>
      </w:pPr>
      <w:r>
        <w:t>وی مسٹ سی دو پیپل ہو آر ڈیوٹی کانشیس۔ بٹ وی سی ایوری ویر پیپل دیٹ دے آر رائٹ کانشیس۔</w:t>
      </w:r>
    </w:p>
    <w:p>
      <w:r>
        <w:rPr>
          <w:b/>
        </w:rPr>
        <w:t xml:space="preserve">[10:25] </w:t>
      </w:r>
      <w:r>
        <w:t>so it iz nat rivaival af rilijan.</w:t>
      </w:r>
    </w:p>
    <w:p>
      <w:pPr>
        <w:jc w:val="right"/>
      </w:pPr>
      <w:r>
        <w:t>سو اٹ از ناٹ ریوائیول آف ریلیجن۔</w:t>
      </w:r>
    </w:p>
    <w:p>
      <w:r>
        <w:rPr>
          <w:b/>
        </w:rPr>
        <w:t xml:space="preserve">[10:30] </w:t>
      </w:r>
      <w:r>
        <w:t>Now, people and people are living in their material.</w:t>
      </w:r>
    </w:p>
    <w:p>
      <w:pPr>
        <w:jc w:val="right"/>
      </w:pPr>
      <w:r>
        <w:t>نو۔ پیپل اینی پیپل آر لیونگ ان دیر مٹیریل۔</w:t>
      </w:r>
    </w:p>
    <w:p>
      <w:r>
        <w:rPr>
          <w:b/>
        </w:rPr>
        <w:t xml:space="preserve">[10:42] </w:t>
      </w:r>
      <w:r>
        <w:t>Their mind is business-oriented mind, job-oriented mind. Their sole concern is worldly gain</w:t>
      </w:r>
    </w:p>
    <w:p>
      <w:pPr>
        <w:jc w:val="right"/>
      </w:pPr>
      <w:r>
        <w:t>دیر مائنڈ از بزنس اورینٹڈ مائنڈ، جاب اورینٹڈ مائنڈ۔ دیر سول کنسرن از ورلڈلی گین</w:t>
      </w:r>
    </w:p>
    <w:p>
      <w:r>
        <w:rPr>
          <w:b/>
        </w:rPr>
        <w:t xml:space="preserve">[10:54] </w:t>
      </w:r>
      <w:r>
        <w:t>. There is no change in their test, in their speech, in their behavior, in their lifestyle. No change at all.</w:t>
      </w:r>
    </w:p>
    <w:p>
      <w:pPr>
        <w:jc w:val="right"/>
      </w:pPr>
      <w:r>
        <w:t>۔ دیر از نو چینج ان دیر ٹیسٹ، ان دیر اسپیچ، ان دیر بیہیویئر، ان دیر لائف اسٹائل۔ نو چینج ایٹ آل۔</w:t>
      </w:r>
    </w:p>
    <w:p>
      <w:r>
        <w:rPr>
          <w:b/>
        </w:rPr>
        <w:t xml:space="preserve">[11:03] </w:t>
      </w:r>
      <w:r>
        <w:t>simply, they are going to place the worship. For what? For</w:t>
      </w:r>
    </w:p>
    <w:p>
      <w:pPr>
        <w:jc w:val="right"/>
      </w:pPr>
      <w:r>
        <w:t>سمپلی، دے آر گوئنگ ٹو پلیس دا ورشپ۔ فار واٹ؟ فار</w:t>
      </w:r>
    </w:p>
    <w:p>
      <w:r>
        <w:rPr>
          <w:b/>
        </w:rPr>
        <w:t xml:space="preserve">[11:11] </w:t>
      </w:r>
      <w:r>
        <w:t>English blessings, or barkah, or ashirvad.</w:t>
      </w:r>
    </w:p>
    <w:p>
      <w:pPr>
        <w:jc w:val="right"/>
      </w:pPr>
      <w:r>
        <w:t>سیکنگ بلیسنگز، اور برکہ، اور اشیرواد۔</w:t>
      </w:r>
    </w:p>
    <w:p>
      <w:r>
        <w:rPr>
          <w:b/>
        </w:rPr>
        <w:t xml:space="preserve">[11:19] </w:t>
      </w:r>
      <w:r>
        <w:t>So we have to remove this fallacy, this misunderstanding. It is also a part of our mission.</w:t>
      </w:r>
    </w:p>
    <w:p>
      <w:pPr>
        <w:jc w:val="right"/>
      </w:pPr>
      <w:r>
        <w:t>سو وی ہیو ٹو ریموو دس فالیسی، دس مس انڈرسٹینڈنگ۔ اٹ از آلسو ا پارٹ آف اور مشن۔</w:t>
      </w:r>
    </w:p>
    <w:p>
      <w:r>
        <w:rPr>
          <w:b/>
        </w:rPr>
        <w:t xml:space="preserve">[11:32] </w:t>
      </w:r>
      <w:r>
        <w:t>It is also a part of our mission, because people falsely believe they are going to religion.</w:t>
      </w:r>
    </w:p>
    <w:p>
      <w:pPr>
        <w:jc w:val="right"/>
      </w:pPr>
      <w:r>
        <w:t>اٹ از آلسو ا پارٹ آف اور مشن۔ بیکاز پیپل فالسلی بیلیو دے آر گوئنگ ٹو ریلیجن۔</w:t>
      </w:r>
    </w:p>
    <w:p>
      <w:r>
        <w:rPr>
          <w:b/>
        </w:rPr>
        <w:t xml:space="preserve">[11:40] </w:t>
      </w:r>
      <w:r>
        <w:t>So we have to make people know that this is</w:t>
      </w:r>
    </w:p>
    <w:p>
      <w:pPr>
        <w:jc w:val="right"/>
      </w:pPr>
      <w:r>
        <w:t>سو وی ہیو ٹو میک پیپل نو دیٹ دس از</w:t>
      </w:r>
    </w:p>
    <w:p>
      <w:r>
        <w:rPr>
          <w:b/>
        </w:rPr>
        <w:t xml:space="preserve">[11:47] </w:t>
      </w:r>
      <w:r>
        <w:t>fallacy, this is misunderstanding. You are living with your own</w:t>
      </w:r>
    </w:p>
    <w:p>
      <w:pPr>
        <w:jc w:val="right"/>
      </w:pPr>
      <w:r>
        <w:t>فالیسی، دس از مس انڈرسٹینڈنگ۔ یو آر لیونگ ود یور اون</w:t>
      </w:r>
    </w:p>
    <w:p>
      <w:r>
        <w:rPr>
          <w:b/>
        </w:rPr>
        <w:t xml:space="preserve">[12:00] </w:t>
      </w:r>
      <w:r>
        <w:t>account to your interest. There is no change in your life, in your thinking, in your heart and mind.</w:t>
      </w:r>
    </w:p>
    <w:p>
      <w:pPr>
        <w:jc w:val="right"/>
      </w:pPr>
      <w:r>
        <w:t>اکاؤنٹ ٹو یور انٹرسٹ۔ دیر از نو چینج ان یور لائف، ان یور تھنکنگ، ان یور ہارٹ اینڈ مائنڈ۔</w:t>
      </w:r>
    </w:p>
    <w:p>
      <w:r>
        <w:rPr>
          <w:b/>
        </w:rPr>
        <w:t xml:space="preserve">[12:09] </w:t>
      </w:r>
      <w:r>
        <w:t>So it is not return to religion. It is trying to</w:t>
      </w:r>
    </w:p>
    <w:p>
      <w:pPr>
        <w:jc w:val="right"/>
      </w:pPr>
      <w:r>
        <w:t>سو اٹ از ناٹ ریٹرن ٹو ریلیجن۔ اٹ از ٹرائینگ ٹو</w:t>
      </w:r>
    </w:p>
    <w:p>
      <w:r>
        <w:rPr>
          <w:b/>
        </w:rPr>
        <w:t xml:space="preserve">[12:20] </w:t>
      </w:r>
      <w:r>
        <w:t>sing blessings for religion for their worldly purposes. Their goal is the same. There is no change in the goal.</w:t>
      </w:r>
    </w:p>
    <w:p>
      <w:pPr>
        <w:jc w:val="right"/>
      </w:pPr>
      <w:r>
        <w:t>سیک بلیسنگز فرام ریلیجن فار دیر ورلڈلی پرپسز۔ دیر گول از دا سیم۔ دیر از نو چینج ان دا گول۔</w:t>
      </w:r>
    </w:p>
    <w:p>
      <w:r>
        <w:rPr>
          <w:b/>
        </w:rPr>
        <w:t xml:space="preserve">[12:31] </w:t>
      </w:r>
      <w:r>
        <w:t>der gol of life is da same.</w:t>
      </w:r>
    </w:p>
    <w:p>
      <w:pPr>
        <w:jc w:val="right"/>
      </w:pPr>
      <w:r>
        <w:t>دیر گول آف لائف از دا سیم۔</w:t>
      </w:r>
    </w:p>
    <w:p>
      <w:r>
        <w:rPr>
          <w:b/>
        </w:rPr>
        <w:t xml:space="preserve">[12:36] </w:t>
      </w:r>
      <w:r>
        <w:t>only de want to</w:t>
      </w:r>
    </w:p>
    <w:p>
      <w:pPr>
        <w:jc w:val="right"/>
      </w:pPr>
      <w:r>
        <w:t>اونلی دے وانٹ ٹو</w:t>
      </w:r>
    </w:p>
    <w:p>
      <w:r>
        <w:rPr>
          <w:b/>
        </w:rPr>
        <w:t xml:space="preserve">[12:40] </w:t>
      </w:r>
      <w:r>
        <w:t>heav religion for ashirwad. so it is also a part of our mission to</w:t>
      </w:r>
    </w:p>
    <w:p>
      <w:pPr>
        <w:jc w:val="right"/>
      </w:pPr>
      <w:r>
        <w:t>ہیو ریلیجن فار اشیرواد۔ سو اٹ از آلسو ا پارٹ آف اور مشن ٹو</w:t>
      </w:r>
    </w:p>
    <w:p>
      <w:r>
        <w:rPr>
          <w:b/>
        </w:rPr>
        <w:t xml:space="preserve">[12:53] </w:t>
      </w:r>
      <w:r>
        <w:t>remove this kind of misunderstanding. and inshallah, we are doing this job.</w:t>
      </w:r>
    </w:p>
    <w:p>
      <w:pPr>
        <w:jc w:val="right"/>
      </w:pPr>
      <w:r>
        <w:t>ریموو دس کائنڈ آف مس انڈرسٹینڈنگ۔ اینڈ انشاءاللہ، وی آر ڈوئنگ دس جاب۔</w:t>
      </w:r>
    </w:p>
    <w:p>
      <w:r>
        <w:rPr>
          <w:b/>
        </w:rPr>
        <w:t xml:space="preserve">[13:04] </w:t>
      </w:r>
      <w:r>
        <w:t>but we have to be more cautious. And we have to add in our program this kind of, this</w:t>
      </w:r>
    </w:p>
    <w:p>
      <w:pPr>
        <w:jc w:val="right"/>
      </w:pPr>
      <w:r>
        <w:t>بٹ وی ہیو ٹو مور کاشیس۔ اینڈ وی ہیو ٹو ایڈ ان اور پروگرام دس کائنڈ آف، دس</w:t>
      </w:r>
    </w:p>
    <w:p>
      <w:r>
        <w:rPr>
          <w:b/>
        </w:rPr>
        <w:t xml:space="preserve">[13:20] </w:t>
      </w:r>
      <w:r>
        <w:t>point also.</w:t>
      </w:r>
    </w:p>
    <w:p>
      <w:pPr>
        <w:jc w:val="right"/>
      </w:pPr>
      <w:r>
        <w:t>پوائنٹ آلسو۔</w:t>
      </w:r>
    </w:p>
    <w:p>
      <w:r>
        <w:rPr>
          <w:b/>
        </w:rPr>
        <w:t xml:space="preserve">[13:23] </w:t>
      </w:r>
      <w:r>
        <w:t>so this is my today's thought. Now, you can add anything according to your</w:t>
      </w:r>
    </w:p>
    <w:p>
      <w:pPr>
        <w:jc w:val="right"/>
      </w:pPr>
      <w:r>
        <w:t>سو دس از مائی ٹوڈے تھوٹ۔ ناو، یو کین ایڈ اینی تھنگ اکاؤنٹ ٹو یور</w:t>
      </w:r>
    </w:p>
    <w:p>
      <w:r>
        <w:rPr>
          <w:b/>
        </w:rPr>
        <w:t xml:space="preserve">[13:36] </w:t>
      </w:r>
      <w:r>
        <w:t>mind.</w:t>
      </w:r>
    </w:p>
    <w:p>
      <w:pPr>
        <w:jc w:val="right"/>
      </w:pPr>
      <w:r>
        <w:t>مائنڈ۔</w:t>
      </w:r>
    </w:p>
    <w:p>
      <w:r>
        <w:rPr>
          <w:b/>
        </w:rPr>
        <w:t xml:space="preserve">[13:52] </w:t>
      </w:r>
      <w:r>
        <w:t>Maulana, is there hadith which points out to the time of today that there will be return of religion, but only in the sense of the form and not in the sense of the spirit?</w:t>
      </w:r>
    </w:p>
    <w:p>
      <w:pPr>
        <w:jc w:val="right"/>
      </w:pPr>
      <w:r>
        <w:t>مولانا، از دیر حدیث وچ پوائنٹس آؤٹ ٹو دا ٹائم آف ٹوڈے دیٹ دیر ویل بی ریٹرن آف ریلیجن، بٹ اونلی ان دی سینس آف دی فارم اینڈ ناٹ ان دی سینس آف دا سپرٹ؟</w:t>
      </w:r>
    </w:p>
    <w:p>
      <w:r>
        <w:rPr>
          <w:b/>
        </w:rPr>
        <w:t xml:space="preserve">[14:07] </w:t>
      </w:r>
      <w:r>
        <w:t>as</w:t>
      </w:r>
    </w:p>
    <w:p>
      <w:pPr>
        <w:jc w:val="right"/>
      </w:pPr>
      <w:r>
        <w:t>ایس</w:t>
      </w:r>
    </w:p>
    <w:p>
      <w:r>
        <w:rPr>
          <w:b/>
        </w:rPr>
        <w:t xml:space="preserve">[14:08] </w:t>
      </w:r>
      <w:r>
        <w:t>very clear hadith, very clear hadith. that people, that in the latter period of history, people will</w:t>
      </w:r>
    </w:p>
    <w:p>
      <w:pPr>
        <w:jc w:val="right"/>
      </w:pPr>
      <w:r>
        <w:t>ویری کلیئر حدیث، ویری کلیئر حدیث۔ دیٹ پیپ، دیٹ ان دا لیٹر پیریڈ آف ہسٹری، پیپل ویل</w:t>
      </w:r>
    </w:p>
    <w:p>
      <w:r>
        <w:rPr>
          <w:b/>
        </w:rPr>
        <w:t xml:space="preserve">[14:25] </w:t>
      </w:r>
      <w:r>
        <w:t>go to hajj, they will visit masjid and all that only for worldly purposes.</w:t>
      </w:r>
    </w:p>
    <w:p>
      <w:pPr>
        <w:jc w:val="right"/>
      </w:pPr>
      <w:r>
        <w:t>گو ٹو حج، دے ویل وزٹ مسجد اینڈ آل دیٹ اونلی فار ورلڈلی پرپسز۔</w:t>
      </w:r>
    </w:p>
    <w:p>
      <w:r>
        <w:rPr>
          <w:b/>
        </w:rPr>
        <w:t xml:space="preserve">[14:34] </w:t>
      </w:r>
      <w:r>
        <w:t>I don't remember the exact wording, but there is hadith in this</w:t>
      </w:r>
    </w:p>
    <w:p>
      <w:pPr>
        <w:jc w:val="right"/>
      </w:pPr>
      <w:r>
        <w:t>آئی ڈونٹ ریممبر دا ایگزیکٹ ورڈنگ، بٹ دیر از حدیث ان دس</w:t>
      </w:r>
    </w:p>
    <w:p>
      <w:r>
        <w:rPr>
          <w:b/>
        </w:rPr>
        <w:t xml:space="preserve">[14:45] </w:t>
      </w:r>
      <w:r>
        <w:t>to this effect, exactly the same meaning.</w:t>
      </w:r>
    </w:p>
    <w:p>
      <w:pPr>
        <w:jc w:val="right"/>
      </w:pPr>
      <w:r>
        <w:t>ٹو دس ایفیکٹ، ایگزیکٹلی دا سیم میننگ۔</w:t>
      </w:r>
    </w:p>
    <w:p>
      <w:r>
        <w:rPr>
          <w:b/>
        </w:rPr>
        <w:t xml:space="preserve">[14:56] </w:t>
      </w:r>
      <w:r>
        <w:t>If you need, I can give you this hadith by consulting the book.</w:t>
      </w:r>
    </w:p>
    <w:p>
      <w:pPr>
        <w:jc w:val="right"/>
      </w:pPr>
      <w:r>
        <w:t>اف یو نیڈ، آئی کین گیو یو دس حدیث بائی کنسلٹنگ دا بک۔</w:t>
      </w:r>
    </w:p>
    <w:p>
      <w:r>
        <w:rPr>
          <w:b/>
        </w:rPr>
        <w:t xml:space="preserve">[15:04] </w:t>
      </w:r>
      <w:r>
        <w:t>Maulana, should a Momin in the hereafter desire to see his creator, that is God Almighty, or should he desire to enter paradise and live there eternally?</w:t>
      </w:r>
    </w:p>
    <w:p>
      <w:pPr>
        <w:jc w:val="right"/>
      </w:pPr>
      <w:r>
        <w:t>مولانا، شوڈ مومن ان دی ہیر آفٹر ڈیزائر ٹو سی ہز کریٹر، دیٹ از گاڈ المائٹی، اور شوڈ ہی ڈیزائر ٹو انٹر پیراڈائز اینڈ لیو دیر ایٹرنلی؟</w:t>
      </w:r>
    </w:p>
    <w:p>
      <w:r>
        <w:rPr>
          <w:b/>
        </w:rPr>
        <w:t xml:space="preserve">[15:24] </w:t>
      </w:r>
      <w:r>
        <w:t>There is a hadith that when people find entry into paradise, they will be very happy, very happy, very happy.</w:t>
      </w:r>
    </w:p>
    <w:p>
      <w:pPr>
        <w:jc w:val="right"/>
      </w:pPr>
      <w:r>
        <w:t>دیر از ا حدیث دیٹ وین پیپل فائنڈ انٹری انٹو پیراڈائز، دے بی ویری ہیپی، ویری ہیپی، ویری ہیپی۔</w:t>
      </w:r>
    </w:p>
    <w:p>
      <w:r>
        <w:rPr>
          <w:b/>
        </w:rPr>
        <w:t xml:space="preserve">[15:36] </w:t>
      </w:r>
      <w:r>
        <w:t>Then there is announcement by angels that God will give you a glimpse of His personality, simply a glimpse.</w:t>
      </w:r>
    </w:p>
    <w:p>
      <w:pPr>
        <w:jc w:val="right"/>
      </w:pPr>
      <w:r>
        <w:t>دین دیر از اناؤنسمنٹ بائی اینجلز دیٹ گاڈ ویل گیو یو ا گلمس آف ہز پرسنیلٹی، سمپلی ا گلمس۔</w:t>
      </w:r>
    </w:p>
    <w:p>
      <w:r>
        <w:rPr>
          <w:b/>
        </w:rPr>
        <w:t xml:space="preserve">[15:50] </w:t>
      </w:r>
      <w:r>
        <w:t>so people any gather in some place to find that glimpse, and they will feel that this is the greatest of happiness.</w:t>
      </w:r>
    </w:p>
    <w:p>
      <w:pPr>
        <w:jc w:val="right"/>
      </w:pPr>
      <w:r>
        <w:t>سو پیپل اینی گیدر ان سم پلیس ٹو فائنڈ دیٹ گلمس، اینڈ دے ویل فیل دیٹ دس از دا گریٹسٹ آف ہیپینس۔</w:t>
      </w:r>
    </w:p>
    <w:p>
      <w:r>
        <w:rPr>
          <w:b/>
        </w:rPr>
        <w:t xml:space="preserve">[16:07] </w:t>
      </w:r>
      <w:r>
        <w:t>all do happiness, all do many tasty things they have experience in paradise, yani became very, very little when they see the face of God.</w:t>
      </w:r>
    </w:p>
    <w:p>
      <w:pPr>
        <w:jc w:val="right"/>
      </w:pPr>
      <w:r>
        <w:t>آل دو ہیپینس، آل دو مینی ٹیسٹی تھنگز دے ہیو ایکسپیرینس ان پیراڈائز، یعنی بیکم ویری، ویری لٹل وین دے سی دا فیس آف گاڈ۔</w:t>
      </w:r>
    </w:p>
    <w:p>
      <w:r>
        <w:rPr>
          <w:b/>
        </w:rPr>
        <w:t xml:space="preserve">[16:27] </w:t>
      </w:r>
      <w:r>
        <w:t>and this kind of glimpses will remain for ever, because God is limitless.</w:t>
      </w:r>
    </w:p>
    <w:p>
      <w:pPr>
        <w:jc w:val="right"/>
      </w:pPr>
      <w:r>
        <w:t>اینڈ دس کائنڈ آف گلمسز ویل ریمین فار ایور، بیکاز گاڈ از لمیٹ لیس۔</w:t>
      </w:r>
    </w:p>
    <w:p>
      <w:r>
        <w:rPr>
          <w:b/>
        </w:rPr>
        <w:t xml:space="preserve">[16:35] </w:t>
      </w:r>
      <w:r>
        <w:t>so after any, after some interval, this experience will be given them, this kind of divine experience.</w:t>
      </w:r>
    </w:p>
    <w:p>
      <w:pPr>
        <w:jc w:val="right"/>
      </w:pPr>
      <w:r>
        <w:t>سو آفٹر اینی، آفٹر سم انٹرول، دس ایکسپیرینس ویل بی گیون دیم، دس کائنڈ آف ڈیوائن ایکسپیرینس۔</w:t>
      </w:r>
    </w:p>
    <w:p>
      <w:r>
        <w:rPr>
          <w:b/>
        </w:rPr>
        <w:t xml:space="preserve">[16:47] </w:t>
      </w:r>
      <w:r>
        <w:t>and there no, there will be no end. this experience will continue up to eternity,</w:t>
      </w:r>
    </w:p>
    <w:p>
      <w:pPr>
        <w:jc w:val="right"/>
      </w:pPr>
      <w:r>
        <w:t>اینڈ دیر نو، دیر ویل بی نو اینڈ۔ دس ایکسپیرینس ویل کنٹینیو اپ ٹو ایٹرنٹی،</w:t>
      </w:r>
    </w:p>
    <w:p>
      <w:r>
        <w:rPr>
          <w:b/>
        </w:rPr>
        <w:t xml:space="preserve">[16:59] </w:t>
      </w:r>
      <w:r>
        <w:t>and that, that will be the most, most pleasant moment for the people of paradise.</w:t>
      </w:r>
    </w:p>
    <w:p>
      <w:pPr>
        <w:jc w:val="right"/>
      </w:pPr>
      <w:r>
        <w:t>اینڈ دیٹ، دیٹ ویل بی دا موسٹ، موسٹ پلیزنٹ مومنٹ فار دا پیپل آف پیراڈائز۔</w:t>
      </w:r>
    </w:p>
    <w:p>
      <w:r>
        <w:rPr>
          <w:b/>
        </w:rPr>
        <w:t xml:space="preserve">[17:12] </w:t>
      </w:r>
      <w:r>
        <w:t>Maulana, during our visit to Gujarat, you gave a very important formula to all of us, which was that in order to do effective dawah work, we should do first ta'leef and then do dawah work.</w:t>
      </w:r>
    </w:p>
    <w:p>
      <w:pPr>
        <w:jc w:val="right"/>
      </w:pPr>
      <w:r>
        <w:t>مولانا، ڈیورنگ اور وزٹ ٹو گجرات، یو گیو ا ویری امپورٹنٹ فارمولا ٹو ٹو ال اف اس، وچ واز دیٹ ان آرڈر ٹو ڈو ایفیکٹیو دعویٰ ورک، وی شوڈ ڈو فرسٹ تالیف اینڈ دین ڈو دعویٰ ورک۔</w:t>
      </w:r>
    </w:p>
    <w:p>
      <w:r>
        <w:rPr>
          <w:b/>
        </w:rPr>
        <w:t xml:space="preserve">[17:29] </w:t>
      </w:r>
      <w:r>
        <w:t>and you mention about being part of the culture. Maulana, it will be better for everybody if you can explain that right now. hmm,</w:t>
      </w:r>
    </w:p>
    <w:p>
      <w:pPr>
        <w:jc w:val="right"/>
      </w:pPr>
      <w:r>
        <w:t>اینڈ یو مینشن اباؤٹ بینگ پارٹ آف دی کلچر۔ مولانا، اٹ ویل بی بیٹر فار ایوری بڈی اف یو کین ایکسپلین دیٹ رائٹ ناو۔ ہمم،</w:t>
      </w:r>
    </w:p>
    <w:p>
      <w:r>
        <w:rPr>
          <w:b/>
        </w:rPr>
        <w:t xml:space="preserve">[17:41] </w:t>
      </w:r>
      <w:r>
        <w:t>I said that da'wah is two point formula, or two two tier formula.</w:t>
      </w:r>
    </w:p>
    <w:p>
      <w:pPr>
        <w:jc w:val="right"/>
      </w:pPr>
      <w:r>
        <w:t>آئی سیڈ دیٹ دعویٰ از ٹو پوائنٹ فارمولا، اور ٹو ٹو ٹیئر فارمولا۔</w:t>
      </w:r>
    </w:p>
    <w:p>
      <w:r>
        <w:rPr>
          <w:b/>
        </w:rPr>
        <w:t xml:space="preserve">[17:52] </w:t>
      </w:r>
      <w:r>
        <w:t>first talif-e-qalb, then da'wah. what is talif-e-qalb? there is a verse in the quran: "kalimah bayna kalimah" means common ground.</w:t>
      </w:r>
    </w:p>
    <w:p>
      <w:pPr>
        <w:jc w:val="right"/>
      </w:pPr>
      <w:r>
        <w:t>فرسٹ تالیف قلب، دین دعویٰ۔ واٹ از تالیف قلب؟ دیر از ا ورس ان دا قرآن: "کلمۃ بین کلمہ" مینز کامن گراؤنڈ۔</w:t>
      </w:r>
    </w:p>
    <w:p>
      <w:r>
        <w:rPr>
          <w:b/>
        </w:rPr>
        <w:t xml:space="preserve">[18:10] </w:t>
      </w:r>
      <w:r>
        <w:t>so first of all, we have to try to establish contact on common ground.</w:t>
      </w:r>
    </w:p>
    <w:p>
      <w:pPr>
        <w:jc w:val="right"/>
      </w:pPr>
      <w:r>
        <w:t>سو فرسٹ آف آل، وی ہیو ٹو ٹرائی ٹو اسٹیبلش کنٹیکٹ ان کامن گراؤنڈ۔</w:t>
      </w:r>
    </w:p>
    <w:p>
      <w:r>
        <w:rPr>
          <w:b/>
        </w:rPr>
        <w:t xml:space="preserve">[18:19] </w:t>
      </w:r>
      <w:r>
        <w:t>for example, when prophet was given prophethood, and he was given to the responsibility of da'wah,</w:t>
      </w:r>
    </w:p>
    <w:p>
      <w:pPr>
        <w:jc w:val="right"/>
      </w:pPr>
      <w:r>
        <w:t>فار ایگزامپل، وین پرافٹ واز گیون پرافٹ ہڈ، اینڈ ہی واز گیون ٹو دا ریسپانسبیلٹی آف دعویٰ،</w:t>
      </w:r>
    </w:p>
    <w:p>
      <w:r>
        <w:rPr>
          <w:b/>
        </w:rPr>
        <w:t xml:space="preserve">[18:30] </w:t>
      </w:r>
      <w:r>
        <w:t>so he arrange a arrange a arrange lunch.</w:t>
      </w:r>
    </w:p>
    <w:p>
      <w:pPr>
        <w:jc w:val="right"/>
      </w:pPr>
      <w:r>
        <w:t>سو ہی ارینج ا ارینج ا ارینج لنچ۔</w:t>
      </w:r>
    </w:p>
    <w:p>
      <w:r>
        <w:rPr>
          <w:b/>
        </w:rPr>
        <w:t xml:space="preserve">[18:43] </w:t>
      </w:r>
      <w:r>
        <w:t>this lunch was very, we either lunch or dinner. so very simple, only milk, simply milk.</w:t>
      </w:r>
    </w:p>
    <w:p>
      <w:pPr>
        <w:jc w:val="right"/>
      </w:pPr>
      <w:r>
        <w:t>دس لنچ واز ویری، وی ایدر لنچ اور ڈنر۔ سو ویری سمپل، اونلی ملک، سمپلی ملک۔</w:t>
      </w:r>
    </w:p>
    <w:p>
      <w:r>
        <w:rPr>
          <w:b/>
        </w:rPr>
        <w:t xml:space="preserve">[18:54] </w:t>
      </w:r>
      <w:r>
        <w:t>perhaps this milk was milk of camel, nothing else. so people were,</w:t>
      </w:r>
    </w:p>
    <w:p>
      <w:pPr>
        <w:jc w:val="right"/>
      </w:pPr>
      <w:r>
        <w:t>پرہیپس دس ملک واز ملک آف کیمل، نتھنگ ایلس۔ سو پیپل ویر،</w:t>
      </w:r>
    </w:p>
    <w:p>
      <w:r>
        <w:rPr>
          <w:b/>
        </w:rPr>
        <w:t xml:space="preserve">[19:06] </w:t>
      </w:r>
      <w:r>
        <w:t>were hosted with a cup of milk. so this was common ground. everyone knows that milk is a good.</w:t>
      </w:r>
    </w:p>
    <w:p>
      <w:pPr>
        <w:jc w:val="right"/>
      </w:pPr>
      <w:r>
        <w:t>ویر ہوسٹڈ ود ا کپ آف ملک۔ سو دس واز کامن گراؤنڈ۔ ایوری ون نوز دیٹ ملک از ا گڈ۔</w:t>
      </w:r>
    </w:p>
    <w:p>
      <w:r>
        <w:rPr>
          <w:b/>
        </w:rPr>
        <w:t xml:space="preserve">[19:18] </w:t>
      </w:r>
      <w:r>
        <w:t>our lunch or dinner is very good. to common ground</w:t>
      </w:r>
    </w:p>
    <w:p>
      <w:pPr>
        <w:jc w:val="right"/>
      </w:pPr>
      <w:r>
        <w:t>اور لنچ اور ڈنر از ویری گڈ۔ تو کامن گراؤنڈ</w:t>
      </w:r>
    </w:p>
    <w:p>
      <w:r>
        <w:rPr>
          <w:b/>
        </w:rPr>
        <w:t xml:space="preserve">[19:21] </w:t>
      </w:r>
      <w:r>
        <w:t>to first of all, prophet establish rapport between them and us through this kind of lunch or dinner.</w:t>
      </w:r>
    </w:p>
    <w:p>
      <w:pPr>
        <w:jc w:val="right"/>
      </w:pPr>
      <w:r>
        <w:t>تو فرسٹ آف آل، پرافٹ اسٹیبلش رائپو بٹوین دای اور مدھو تھرو دس کائنڈ آف لنچ اور ڈنر۔</w:t>
      </w:r>
    </w:p>
    <w:p>
      <w:r>
        <w:rPr>
          <w:b/>
        </w:rPr>
        <w:t xml:space="preserve">[19:32] </w:t>
      </w:r>
      <w:r>
        <w:t>then he, then he any addressed them that god had abend me as a prophet, and i have this message to you.</w:t>
      </w:r>
    </w:p>
    <w:p>
      <w:pPr>
        <w:jc w:val="right"/>
      </w:pPr>
      <w:r>
        <w:t>دین ہی، دین ہی اینی ایڈریس دیم دیٹ گاڈ ہیڈ ابینڈ می ایز ا پرافٹ، اینڈ آئی ہیو دس میسج ٹو یو۔</w:t>
      </w:r>
    </w:p>
    <w:p>
      <w:r>
        <w:rPr>
          <w:b/>
        </w:rPr>
        <w:t xml:space="preserve">[19:47] </w:t>
      </w:r>
      <w:r>
        <w:t>so this, this talif-e-qalb, there is no, there is no specific form of this talif-e-qalb.</w:t>
      </w:r>
    </w:p>
    <w:p>
      <w:pPr>
        <w:jc w:val="right"/>
      </w:pPr>
      <w:r>
        <w:t>سو دس، دس تالیف قلب، دیر از نو، دیر از نو سپیسیفک فارم آف دس تالیف قلب۔</w:t>
      </w:r>
    </w:p>
    <w:p>
      <w:r>
        <w:rPr>
          <w:b/>
        </w:rPr>
        <w:t xml:space="preserve">[19:59] </w:t>
      </w:r>
      <w:r>
        <w:t>at the time of hunayn, prophet gave some goats and sheep to those people who are mulaf al-qulub.</w:t>
      </w:r>
    </w:p>
    <w:p>
      <w:pPr>
        <w:jc w:val="right"/>
      </w:pPr>
      <w:r>
        <w:t>ایٹ دا ٹائم آف حنین، پرافٹ گیو سم گوٹس اینڈ شیپس ٹو دو پیپل ہو آر مولف القلوب۔</w:t>
      </w:r>
    </w:p>
    <w:p>
      <w:r>
        <w:rPr>
          <w:b/>
        </w:rPr>
        <w:t xml:space="preserve">[20:09] </w:t>
      </w:r>
      <w:r>
        <w:t>but now, I said to Mr. Hujjat: "if we, if we come here with goat and sheep, to they they said, yani excuse me,</w:t>
      </w:r>
    </w:p>
    <w:p>
      <w:pPr>
        <w:jc w:val="right"/>
      </w:pPr>
      <w:r>
        <w:t>بٹ ناو، آئی سیڈ ٹو مسٹر حجت: "اف وی، اف وی کم ہیر ود گوٹ اینڈ شیپ، تو دے دے سیڈ، یعنی ایکسکیوز می،</w:t>
      </w:r>
    </w:p>
    <w:p>
      <w:r>
        <w:rPr>
          <w:b/>
        </w:rPr>
        <w:t xml:space="preserve">[20:24] </w:t>
      </w:r>
      <w:r>
        <w:t>this kind of good is not wanted for us.</w:t>
      </w:r>
    </w:p>
    <w:p>
      <w:pPr>
        <w:jc w:val="right"/>
      </w:pPr>
      <w:r>
        <w:t>دس کائنڈ آف گڈ از ناٹ وانٹڈ فار اس۔</w:t>
      </w:r>
    </w:p>
    <w:p>
      <w:r>
        <w:rPr>
          <w:b/>
        </w:rPr>
        <w:t xml:space="preserve">[20:28] </w:t>
      </w:r>
      <w:r>
        <w:t>" so we have to discover every time what is the most appropriate item of talif-e-qalb.</w:t>
      </w:r>
    </w:p>
    <w:p>
      <w:pPr>
        <w:jc w:val="right"/>
      </w:pPr>
      <w:r>
        <w:t>" سو وی ہیو ٹو ڈسکور ایوری ٹائم واٹ از دا موسٹ ایپروپریٹ آئٹم آف تالیف قلب۔</w:t>
      </w:r>
    </w:p>
    <w:p>
      <w:r>
        <w:rPr>
          <w:b/>
        </w:rPr>
        <w:t xml:space="preserve">[20:42] </w:t>
      </w:r>
      <w:r>
        <w:t>for example, when i visited Israel, i, i also, yani i applied this formula by referring a verse from the quran</w:t>
      </w:r>
    </w:p>
    <w:p>
      <w:pPr>
        <w:jc w:val="right"/>
      </w:pPr>
      <w:r>
        <w:t>فار ایگزامپل، وین آئی وزٹڈ اسرائیل، آئی، آئی السو، یعنی آئی اپلائیڈ دس فارمولا بائی ریفرنگ ا ورس فرام دا قرآن</w:t>
      </w:r>
    </w:p>
    <w:p>
      <w:r>
        <w:rPr>
          <w:b/>
        </w:rPr>
        <w:t xml:space="preserve">[20:58] </w:t>
      </w:r>
      <w:r>
        <w:t>that was talif-e-qalb.</w:t>
      </w:r>
    </w:p>
    <w:p>
      <w:pPr>
        <w:jc w:val="right"/>
      </w:pPr>
      <w:r>
        <w:t>دیٹ واز تالیف قلب۔</w:t>
      </w:r>
    </w:p>
    <w:p>
      <w:r>
        <w:rPr>
          <w:b/>
        </w:rPr>
        <w:t xml:space="preserve">[21:02] </w:t>
      </w:r>
      <w:r>
        <w:t>i said that Palestine is mentioned in your scripture as promised land. this same formula is given in the quran as assigned land.</w:t>
      </w:r>
    </w:p>
    <w:p>
      <w:pPr>
        <w:jc w:val="right"/>
      </w:pPr>
      <w:r>
        <w:t>آئی سیڈ دیٹ پیلسٹائن از مینشن ان یور سکرپچر ایز پرومسڈ لینڈ۔ دس سیم فارمولا از گیون ان دا قرآن ایز اسائنڈ لینڈ۔</w:t>
      </w:r>
    </w:p>
    <w:p>
      <w:r>
        <w:rPr>
          <w:b/>
        </w:rPr>
        <w:t xml:space="preserve">[21:16] </w:t>
      </w:r>
      <w:r>
        <w:t>so Palestine is promised land for Israel, and account to the bible, and account to the quran, it is assigned land to Israel.</w:t>
      </w:r>
    </w:p>
    <w:p>
      <w:pPr>
        <w:jc w:val="right"/>
      </w:pPr>
      <w:r>
        <w:t>سو پیلسٹائن از پرومسڈ لینڈ فار اسرائیل، اینڈ اکاؤنٹ ٹو دا بائبل، اینڈ اکاؤنٹ ٹو دا قرآن، اٹ از اسائنڈ لینڈ ٹو اسرائیل۔</w:t>
      </w:r>
    </w:p>
    <w:p>
      <w:r>
        <w:rPr>
          <w:b/>
        </w:rPr>
        <w:t xml:space="preserve">[21:26] </w:t>
      </w:r>
      <w:r>
        <w:t>so this was talif-e-qalb.</w:t>
      </w:r>
    </w:p>
    <w:p>
      <w:pPr>
        <w:jc w:val="right"/>
      </w:pPr>
      <w:r>
        <w:t>سو دس واز تالیف قلب۔</w:t>
      </w:r>
    </w:p>
    <w:p>
      <w:r>
        <w:rPr>
          <w:b/>
        </w:rPr>
        <w:t xml:space="preserve">[21:30] </w:t>
      </w:r>
      <w:r>
        <w:t>so</w:t>
      </w:r>
    </w:p>
    <w:p>
      <w:pPr>
        <w:jc w:val="right"/>
      </w:pPr>
      <w:r>
        <w:t>سو</w:t>
      </w:r>
    </w:p>
    <w:p>
      <w:r>
        <w:rPr>
          <w:b/>
        </w:rPr>
        <w:t xml:space="preserve">[21:34] </w:t>
      </w:r>
      <w:r>
        <w:t>there is no hard and fast principle and no specific form. you have to to discover what is the kalimah sawa or common ground between them and us to any given situation.</w:t>
      </w:r>
    </w:p>
    <w:p>
      <w:pPr>
        <w:jc w:val="right"/>
      </w:pPr>
      <w:r>
        <w:t>دیر از نو ہارڈ اینڈ فاسٹ پرنسپل اینڈ نو سپیسیفک فارم۔ یو ہیو ٹو ٹو ڈسکور واٹ از دا کلمہ سوا اور کامن گراؤنڈ بٹوین دای اور مدھو ٹو اینی گیون سچویشن۔</w:t>
      </w:r>
    </w:p>
    <w:p>
      <w:r>
        <w:rPr>
          <w:b/>
        </w:rPr>
        <w:t xml:space="preserve">[21:56] </w:t>
      </w:r>
      <w:r>
        <w:t>there may be hundred form of kalimah sawa or talif-e-qalb. so after, after winning their heart, it is, it is like winning their heart.</w:t>
      </w:r>
    </w:p>
    <w:p>
      <w:pPr>
        <w:jc w:val="right"/>
      </w:pPr>
      <w:r>
        <w:t>دیر می بی ہنڈرڈ فارم آف کلمہ سوا اور تالیف قلب۔ سو آفٹر، آفٹر وننگ دیر ہارٹ، اٹ از، اٹ از لائک وننگ دیر ہارٹ۔</w:t>
      </w:r>
    </w:p>
    <w:p>
      <w:r>
        <w:rPr>
          <w:b/>
        </w:rPr>
        <w:t xml:space="preserve">[22:11] </w:t>
      </w:r>
      <w:r>
        <w:t>talif qalb mainz try to win their heart. so when you have their heart, then you can address them.</w:t>
      </w:r>
    </w:p>
    <w:p>
      <w:pPr>
        <w:jc w:val="right"/>
      </w:pPr>
      <w:r>
        <w:t>تالیف قلب مینز ٹرائی ٹو ون دیر ہارٹ۔ سو وین یو ہیو ون دیر ہارٹ، دین یو کین ایڈریس دیم۔</w:t>
      </w:r>
    </w:p>
    <w:p>
      <w:r>
        <w:rPr>
          <w:b/>
        </w:rPr>
        <w:t xml:space="preserve">[22:22] </w:t>
      </w:r>
      <w:r>
        <w:t>so this is a two point formula.</w:t>
      </w:r>
    </w:p>
    <w:p>
      <w:pPr>
        <w:jc w:val="right"/>
      </w:pPr>
      <w:r>
        <w:t>سو دس از ا ٹو پوائنٹ فارمولا۔</w:t>
      </w:r>
    </w:p>
    <w:p>
      <w:r>
        <w:rPr>
          <w:b/>
        </w:rPr>
        <w:t xml:space="preserve">[22:26] </w:t>
      </w:r>
      <w:r>
        <w:t>you, you, if you have something, you can explain more. Maulana, you mentioned that in today time, like you said that we cannot give them goats or sheep or anything of that sort, because people already have today money and all the important things that they required for what is important is or how you can do talif is by doing something which is part of their culture.</w:t>
      </w:r>
    </w:p>
    <w:p>
      <w:pPr>
        <w:jc w:val="right"/>
      </w:pPr>
      <w:r>
        <w:t>یو، یو، اف یو ہیو سمتھنگ، یو کین ایکسپلین مور۔ مولانا، یو مینشن دیٹ ان ٹوڈے ٹائم، لائک یو سیڈ دیٹ وی کین ناٹ گیو دیم گوٹس اور شیپ اور اینی تھنگ آف دیٹ سورٹ، بیکاز پیپل الریڈی ہیو ٹوڈے منی اینڈ آل دی امپورٹنٹ تھنگز دیٹ دے ریکوائرڈ فار واٹ از امپورٹنٹ از اور ہاؤ یو کین ڈو تالیف از بائی ڈوئنگ سمتھنگ وچ از پارٹ آف دیر کلچر۔</w:t>
      </w:r>
    </w:p>
    <w:p>
      <w:r>
        <w:rPr>
          <w:b/>
        </w:rPr>
        <w:t xml:space="preserve">[22:51] </w:t>
      </w:r>
      <w:r>
        <w:t>for example, in the case of Gujarat, when we visited the group, Maulana said that it will not be wrong if you do a proper namaskar to them, because that is a part of their culture.</w:t>
      </w:r>
    </w:p>
    <w:p>
      <w:pPr>
        <w:jc w:val="right"/>
      </w:pPr>
      <w:r>
        <w:t>فار ایگزامپل، ان دی کیس آف گجرات، وین وی وزٹڈ دی گروپ، مولانا سیڈ دیٹ اٹ ول ناٹ بی رونگ اف یو ڈو ا پراپر نمسکار ٹو دیم، بیکاز دیٹ از ا پارٹ آف دیر کلچر۔</w:t>
      </w:r>
    </w:p>
    <w:p>
      <w:r>
        <w:rPr>
          <w:b/>
        </w:rPr>
        <w:t xml:space="preserve">[23:09] </w:t>
      </w:r>
      <w:r>
        <w:t>so even if you know, you can touch the feet as way of respect, that is also talif, talif qalb.</w:t>
      </w:r>
    </w:p>
    <w:p>
      <w:pPr>
        <w:jc w:val="right"/>
      </w:pPr>
      <w:r>
        <w:t>سو ایون اف یو نو، یو کین ٹچ دی فیٹ ایز وے آف ریسپیکٹ، دیٹ از السو تالیف، تالیف قلب۔</w:t>
      </w:r>
    </w:p>
    <w:p>
      <w:r>
        <w:rPr>
          <w:b/>
        </w:rPr>
        <w:t xml:space="preserve">[23:22] </w:t>
      </w:r>
      <w:r>
        <w:t>really, SI, I, I, I can said that all these things are part of talif qalb.</w:t>
      </w:r>
    </w:p>
    <w:p>
      <w:pPr>
        <w:jc w:val="right"/>
      </w:pPr>
      <w:r>
        <w:t>ریلی، ایس آئی، آئی، آئی کین سیڈ دیٹ آل دیز تھنگز آر پارٹ آف تالیف قلب۔</w:t>
      </w:r>
    </w:p>
    <w:p>
      <w:r>
        <w:rPr>
          <w:b/>
        </w:rPr>
        <w:t xml:space="preserve">[23:35] </w:t>
      </w:r>
      <w:r>
        <w:t>when we do these things as a respect, not as a shirk. if someone does this as a shirk, he believe that this guru is God and we are trying to seek his blessing as a God, then it is shirk.</w:t>
      </w:r>
    </w:p>
    <w:p>
      <w:pPr>
        <w:jc w:val="right"/>
      </w:pPr>
      <w:r>
        <w:t>وین وی ڈو دیز تھنگز ایز ا ریسپیکٹ، ناٹ ایز ا شرک۔ اف سم ون ڈز دس ایز ا شرک، ہی بیلیو دیٹ دس گرو از گاڈ اینڈ وی آر ٹرائنگ ٹو سیک ہز بلیسنگ ایز ا گاڈ، دین اٹ از شرک۔</w:t>
      </w:r>
    </w:p>
    <w:p>
      <w:r>
        <w:rPr>
          <w:b/>
        </w:rPr>
        <w:t xml:space="preserve">[23:55] </w:t>
      </w:r>
      <w:r>
        <w:t>but we are, we do as a, as a token of respect, then it is right.</w:t>
      </w:r>
    </w:p>
    <w:p>
      <w:pPr>
        <w:jc w:val="right"/>
      </w:pPr>
      <w:r>
        <w:t>بٹ وی آر، وی ڈو ایز ا، ایز ا ٹوکن آف ریسپیکٹ، دین اٹ از رائٹ۔</w:t>
      </w:r>
    </w:p>
    <w:p>
      <w:r>
        <w:rPr>
          <w:b/>
        </w:rPr>
        <w:t xml:space="preserve">[24:06] </w:t>
      </w:r>
      <w:r>
        <w:t>I will give you an example: let us take salam. Assalamualaikum. so previously in Arab, there was not Assalamualaikum, there was an anim sabah, anim masaa.</w:t>
      </w:r>
    </w:p>
    <w:p>
      <w:pPr>
        <w:jc w:val="right"/>
      </w:pPr>
      <w:r>
        <w:t>آئی ویل گیو یو این ایگزامپل: لیٹ اس ٹیک سلام۔ السلام علیکم۔ سو پریویسلی ان عرب، دیر واز ناٹ السلام علیکم، دیر واز این انیم صباح، انیم مساء۔</w:t>
      </w:r>
    </w:p>
    <w:p>
      <w:r>
        <w:rPr>
          <w:b/>
        </w:rPr>
        <w:t xml:space="preserve">[24:22] </w:t>
      </w:r>
      <w:r>
        <w:t>there is like saying: "good morning, good evening."</w:t>
      </w:r>
    </w:p>
    <w:p>
      <w:pPr>
        <w:jc w:val="right"/>
      </w:pPr>
      <w:r>
        <w:t>دیر از لائک سینگ: "گڈ مارننگ، گڈ ایوننگ۔"</w:t>
      </w:r>
    </w:p>
    <w:p>
      <w:r>
        <w:rPr>
          <w:b/>
        </w:rPr>
        <w:t xml:space="preserve">[24:27] </w:t>
      </w:r>
      <w:r>
        <w:t>then Islam introduced: "Assalamualaikum." but at that time, there was, yani, yani raising hand, this kind of no, only by, by the word of mouth.</w:t>
      </w:r>
    </w:p>
    <w:p>
      <w:pPr>
        <w:jc w:val="right"/>
      </w:pPr>
      <w:r>
        <w:t>دین اسلام انٹروڈیوس: "السلام علیکم۔" بٹ ایٹ دیٹ ٹائم، دیر واز، یعنی، یعنی ریزنگ ہینڈ، دس کائنڈ آف نو، اونلی بائی، بائی دا ورڈ آف ماؤتھ۔</w:t>
      </w:r>
    </w:p>
    <w:p>
      <w:r>
        <w:rPr>
          <w:b/>
        </w:rPr>
        <w:t xml:space="preserve">[24:41] </w:t>
      </w:r>
      <w:r>
        <w:t>then these Muslims, when, yani, when they entered into Iran, so their, they, they, they use to raise their hand when they say adab: "Assalamualaikum." so they adopted this practice, although this was not in Arabia.</w:t>
      </w:r>
    </w:p>
    <w:p>
      <w:pPr>
        <w:jc w:val="right"/>
      </w:pPr>
      <w:r>
        <w:t>دین دیز مسلمز، وین، یعنی، وین دے انٹرڈ انٹو ایران، سو دیر، دے، دے، دے یوز ٹو ریز دیر ہینڈ وین دے سے اداب: "السلام علیکم۔" سو دے اڈاپٹڈ دس پریکٹس، الدو دس واز ناٹ ان عربیہ۔</w:t>
      </w:r>
    </w:p>
    <w:p>
      <w:r>
        <w:rPr>
          <w:b/>
        </w:rPr>
        <w:t xml:space="preserve">[25:05] </w:t>
      </w:r>
      <w:r>
        <w:t>so I would like to say, to say that if in India, people raise to, both the, both the hand. so it is right, it is okay.</w:t>
      </w:r>
    </w:p>
    <w:p>
      <w:pPr>
        <w:jc w:val="right"/>
      </w:pPr>
      <w:r>
        <w:t>سو آئی وڈ لائک ٹو سی، ٹو سی دیٹ اف ان انڈیا، پیپل ریز ٹو، بوتھ دا، بوتھ دا ہینڈ۔ سو اٹ از رائٹ، اٹ از اوکے۔</w:t>
      </w:r>
    </w:p>
    <w:p>
      <w:r>
        <w:rPr>
          <w:b/>
        </w:rPr>
        <w:t xml:space="preserve">[25:17] </w:t>
      </w:r>
      <w:r>
        <w:t>if raising one hand was not against Islamic teaching, then it is absurd to say that raising two hand will be against Islam.</w:t>
      </w:r>
    </w:p>
    <w:p>
      <w:pPr>
        <w:jc w:val="right"/>
      </w:pPr>
      <w:r>
        <w:t>اف ریزنگ ون ہینڈ واز ناٹ اگینسٹ اسلامک ٹیچنگ، دین اٹ از ایبسرٹ ٹو سی دیٹ ریزنگ ٹو ہینڈ ویل بی اگینسٹ اسلام۔</w:t>
      </w:r>
    </w:p>
    <w:p>
      <w:r>
        <w:rPr>
          <w:b/>
        </w:rPr>
        <w:t xml:space="preserve">[25:28] </w:t>
      </w:r>
      <w:r>
        <w:t>so I, I, I, I can say that this is also a item of talif q</w:t>
      </w:r>
    </w:p>
    <w:p>
      <w:pPr>
        <w:jc w:val="right"/>
      </w:pPr>
      <w:r>
        <w:t>سو آئی، آئی، آئی، آئی کین سی دیٹ دس از السو ا آئٹم آف تالیف ق</w:t>
      </w:r>
    </w:p>
    <w:p>
      <w:r>
        <w:rPr>
          <w:b/>
        </w:rPr>
        <w:t xml:space="preserve">[25:34] </w:t>
      </w:r>
      <w:r>
        <w:t>alb. clear? ya Maulana, here I would also like you to clarify one more point, like in the time of companions, some of the Muslims said the incident of Umar,</w:t>
      </w:r>
    </w:p>
    <w:p>
      <w:pPr>
        <w:jc w:val="right"/>
      </w:pPr>
      <w:r>
        <w:t>لب۔ کلیئر؟ یا مولانا، ہیر آئی وڈ السو لائک یو ٹو کلیریفائی ون مور پوائنٹ، لائک ان دی ٹائم آف کمپینینز، سم آف دی مسلمز سائیڈ دی انسیڈنٹ آف عمر،</w:t>
      </w:r>
    </w:p>
    <w:p>
      <w:r>
        <w:rPr>
          <w:b/>
        </w:rPr>
        <w:t xml:space="preserve">[25:49] </w:t>
      </w:r>
      <w:r>
        <w:t>saying that talif is not required any more. so how would you add</w:t>
      </w:r>
    </w:p>
    <w:p>
      <w:pPr>
        <w:jc w:val="right"/>
      </w:pPr>
      <w:r>
        <w:t>سینگ دیٹ تالیف از ناٹ ریکوائرڈ اینی مور۔ سو ہاؤ وڈ یو ایڈ</w:t>
      </w:r>
    </w:p>
    <w:p>
      <w:r>
        <w:rPr>
          <w:b/>
        </w:rPr>
        <w:t xml:space="preserve">[25:54] </w:t>
      </w:r>
      <w:r>
        <w:t>address that? when haan, it is very difficult question, because all the ulama, except myself, have abrogated this teaching.</w:t>
      </w:r>
    </w:p>
    <w:p>
      <w:pPr>
        <w:jc w:val="right"/>
      </w:pPr>
      <w:r>
        <w:t>ریس دیٹ؟ وین ہاں، اٹ از ویری ڈیفیکلٹ کوئسچن، بیکاز آل دا علماء، ایکسیپٹ مائی سیلف، ہیو ایبروگیٹڈ دس ٹیچنگ۔</w:t>
      </w:r>
    </w:p>
    <w:p>
      <w:r>
        <w:rPr>
          <w:b/>
        </w:rPr>
        <w:t xml:space="preserve">[26:06] </w:t>
      </w:r>
      <w:r>
        <w:t>it is very, yani, sad to know, all the ulama, perhaps there is no exception. you can see the commentary of the Quran,</w:t>
      </w:r>
    </w:p>
    <w:p>
      <w:pPr>
        <w:jc w:val="right"/>
      </w:pPr>
      <w:r>
        <w:t>اٹ از ویری، یعنی، سیڈ ٹو نو، آل دا علماء، پرہیپس دیر از نو ایکسیپشن۔ یو کین سی دا کمنٹری آف دا قرآن،</w:t>
      </w:r>
    </w:p>
    <w:p>
      <w:r>
        <w:rPr>
          <w:b/>
        </w:rPr>
        <w:t xml:space="preserve">[26:19] </w:t>
      </w:r>
      <w:r>
        <w:t>they say, they said one instance that happened at the khilafat of Umar. but it is wrong.</w:t>
      </w:r>
    </w:p>
    <w:p>
      <w:pPr>
        <w:jc w:val="right"/>
      </w:pPr>
      <w:r>
        <w:t>دے سی، دے سائیڈ ون انسٹنس دیٹ ہیپن ایٹ دا خلافت آف عمر۔ بٹ اٹ از رونگ۔</w:t>
      </w:r>
    </w:p>
    <w:p>
      <w:r>
        <w:rPr>
          <w:b/>
        </w:rPr>
        <w:t xml:space="preserve">[26:32] </w:t>
      </w:r>
      <w:r>
        <w:t>if you, if you want, I can give you the detail, but only citing a practice of Umar, Khalifa Umar, is not correct.</w:t>
      </w:r>
    </w:p>
    <w:p>
      <w:pPr>
        <w:jc w:val="right"/>
      </w:pPr>
      <w:r>
        <w:t>اف یو، اف یو وانٹ، آئی کین گیو یو دا ڈیٹیل، بٹ اونلی سائٹنگ ا پریکٹس آف عمر، خلیفہ عمر، از ناٹ کریکٹ۔</w:t>
      </w:r>
    </w:p>
    <w:p>
      <w:r>
        <w:rPr>
          <w:b/>
        </w:rPr>
        <w:t xml:space="preserve">[26:42] </w:t>
      </w:r>
      <w:r>
        <w:t>talif qalb is a eternal teaching.</w:t>
      </w:r>
    </w:p>
    <w:p>
      <w:pPr>
        <w:jc w:val="right"/>
      </w:pPr>
      <w:r>
        <w:t>تالیف قلب از ا ایٹرنل ٹیچنگ۔</w:t>
      </w:r>
    </w:p>
    <w:p>
      <w:r>
        <w:rPr>
          <w:b/>
        </w:rPr>
        <w:t xml:space="preserve">[26:45] </w:t>
      </w:r>
      <w:r>
        <w:t>no one has right to abrogate this teaching, because when dawah is eternal, then talif qalb is also eternal. it is talif qalb, is part of, part of talif qalb, part of dawah.</w:t>
      </w:r>
    </w:p>
    <w:p>
      <w:pPr>
        <w:jc w:val="right"/>
      </w:pPr>
      <w:r>
        <w:t>نو ون ہیز رائٹ ٹو ایبروکیٹ دس ٹیچنگ، بیکاز وین دعویٰ از ایٹرنل، دین تالیف قلب از السو ایٹرنل۔ اٹ از تالیف قلب، از پارٹ آف، پارٹ آف تالیف قلب، پارٹ آف دعویٰ۔</w:t>
      </w:r>
    </w:p>
    <w:p>
      <w:r>
        <w:rPr>
          <w:b/>
        </w:rPr>
        <w:t xml:space="preserve">[27:00] </w:t>
      </w:r>
      <w:r>
        <w:t>unless you abrogate dawah, how you can abrogate talif qalb?</w:t>
      </w:r>
    </w:p>
    <w:p>
      <w:pPr>
        <w:jc w:val="right"/>
      </w:pPr>
      <w:r>
        <w:t>انلیس یو ابروگیٹ دعویٰ، ہاؤ یو کین ابروگیٹ تالیف قلب؟</w:t>
      </w:r>
    </w:p>
    <w:p>
      <w:r>
        <w:rPr>
          <w:b/>
        </w:rPr>
        <w:t xml:space="preserve">[27:09] </w:t>
      </w:r>
      <w:r>
        <w:t>so I, I, I, I can say that all the scholars are wrong when they say that talif qalb is abrogated ayat.</w:t>
      </w:r>
    </w:p>
    <w:p>
      <w:pPr>
        <w:jc w:val="right"/>
      </w:pPr>
      <w:r>
        <w:t>سو آئی، آئی، آئی کین سی دیٹ آل دی سکالرز آر رونگ وین دے سی دیٹ تالیف قلب از ایبروگیٹڈ آیت۔</w:t>
      </w:r>
    </w:p>
    <w:p>
      <w:r>
        <w:rPr>
          <w:b/>
        </w:rPr>
        <w:t xml:space="preserve">[27:18] </w:t>
      </w:r>
      <w:r>
        <w:t>no, not at all.</w:t>
      </w:r>
    </w:p>
    <w:p>
      <w:pPr>
        <w:jc w:val="right"/>
      </w:pPr>
      <w:r>
        <w:t>نو، ناٹ ایٹ آل۔</w:t>
      </w:r>
    </w:p>
    <w:p>
      <w:r>
        <w:rPr>
          <w:b/>
        </w:rPr>
        <w:t xml:space="preserve">[27:24] </w:t>
      </w:r>
      <w:r>
        <w:t>maulana, we know this family, and they do course for this particular mazaar, and they are responsible for this particular thing.</w:t>
      </w:r>
    </w:p>
    <w:p>
      <w:pPr>
        <w:jc w:val="right"/>
      </w:pPr>
      <w:r>
        <w:t>مولانا، وی نو دس فیملی، اینڈ دے ڈو کورس فار دس پرٹیکولر مزار، اینڈ دے آر ریسپانسبل فار دس پرٹیکولر تھنگ۔</w:t>
      </w:r>
    </w:p>
    <w:p>
      <w:r>
        <w:rPr>
          <w:b/>
        </w:rPr>
        <w:t xml:space="preserve">[27:38] </w:t>
      </w:r>
      <w:r>
        <w:t>and</w:t>
      </w:r>
    </w:p>
    <w:p>
      <w:pPr>
        <w:jc w:val="right"/>
      </w:pPr>
      <w:r>
        <w:t>اینڈ</w:t>
      </w:r>
    </w:p>
    <w:p>
      <w:r>
        <w:rPr>
          <w:b/>
        </w:rPr>
        <w:t xml:space="preserve">[27:41] </w:t>
      </w:r>
      <w:r>
        <w:t>today, i received a phone call from this girl, and she asked me to come for her house. and i said, i very politely told her that whenever i came, i actually did not come for that particular reason, i came just to meet you.</w:t>
      </w:r>
    </w:p>
    <w:p>
      <w:pPr>
        <w:jc w:val="right"/>
      </w:pPr>
      <w:r>
        <w:t>ٹوڈے، آئی ریسیوڈ ا فون کال فرام دس گرل، اینڈ شی اسکڈ می ٹو کم فار ہر ہاؤس۔ اینڈ آئی سیڈ، آئی ویری پولائٹلی ٹولڈ ہر دیٹ وین ایور آئی کیم، آئی ایکچولی ڈیڈ ناٹ کم فار دیٹ پرٹیکولر ریزن، آئی کیم جسٹ ٹو میٹ یو۔</w:t>
      </w:r>
    </w:p>
    <w:p>
      <w:r>
        <w:rPr>
          <w:b/>
        </w:rPr>
        <w:t xml:space="preserve">[28:01] </w:t>
      </w:r>
      <w:r>
        <w:t>and then, because there are so many wrong practices which are involve there. and so she said, ya but we do not believe in this and this and this.</w:t>
      </w:r>
    </w:p>
    <w:p>
      <w:pPr>
        <w:jc w:val="right"/>
      </w:pPr>
      <w:r>
        <w:t>اینڈ دین، بیکاز دیر آر سو مینی رونگ پریکٹسز وچ آر انوالو دیر۔ اینڈ سو شی سیڈ، یا بٹ وی ڈو ناٹ بیلیو ان دس اینڈ دس اینڈ دس۔</w:t>
      </w:r>
    </w:p>
    <w:p>
      <w:r>
        <w:rPr>
          <w:b/>
        </w:rPr>
        <w:t xml:space="preserve">[28:14] </w:t>
      </w:r>
      <w:r>
        <w:t>so i then, i told her about you, and she said, okay.</w:t>
      </w:r>
    </w:p>
    <w:p>
      <w:pPr>
        <w:jc w:val="right"/>
      </w:pPr>
      <w:r>
        <w:t>سو آئی دین، آئی ٹولڈ ہر اباؤٹ یو، اینڈ شی سیڈ، اوکے۔</w:t>
      </w:r>
    </w:p>
    <w:p>
      <w:r>
        <w:rPr>
          <w:b/>
        </w:rPr>
        <w:t xml:space="preserve">[28:20] </w:t>
      </w:r>
      <w:r>
        <w:t>i said, i gave you some material to read and all that, because the kind of practices which are going on. i said, business is apart, because its also a part of your business.</w:t>
      </w:r>
    </w:p>
    <w:p>
      <w:pPr>
        <w:jc w:val="right"/>
      </w:pPr>
      <w:r>
        <w:t>آئی سیڈ، آئی گیو یو سم مٹیریل ٹو ریڈ اینڈ آل دیٹ، بیکاز دا کائنڈ آف پریکٹسز وچ آر گوئنگ ان۔ آئی سیڈ، بزنس از اپارٹ، بیکاز اٹس السو ا پارٹ آف یور بزنس۔</w:t>
      </w:r>
    </w:p>
    <w:p>
      <w:r>
        <w:rPr>
          <w:b/>
        </w:rPr>
        <w:t xml:space="preserve">[28:32] </w:t>
      </w:r>
      <w:r>
        <w:t>but actually, so she said, okay, surely give me, and i will also try to come and attend his classes. so how should i handle it?</w:t>
      </w:r>
    </w:p>
    <w:p>
      <w:pPr>
        <w:jc w:val="right"/>
      </w:pPr>
      <w:r>
        <w:t>بٹ ایکچولی، سو شی سیڈ، اوکے، شورلی گیو می، اینڈ آئی ویل السو ٹرائی ٹو کم اینڈ اٹینڈ ہز کلاسز۔ سو ہاؤ شوڈ آئی ہینڈل اٹ؟</w:t>
      </w:r>
    </w:p>
    <w:p>
      <w:r>
        <w:rPr>
          <w:b/>
        </w:rPr>
        <w:t xml:space="preserve">[28:42] </w:t>
      </w:r>
      <w:r>
        <w:t>what kind of material should i give her? because today, i am going to meet her,</w:t>
      </w:r>
    </w:p>
    <w:p>
      <w:pPr>
        <w:jc w:val="right"/>
      </w:pPr>
      <w:r>
        <w:t>واٹ کائنڈ آف مٹیریل شوڈ آئی گیو ہر؟ بیکاز ٹوڈے، آئی ایم گوئنگ ٹو میٹ ہر،</w:t>
      </w:r>
    </w:p>
    <w:p>
      <w:r>
        <w:rPr>
          <w:b/>
        </w:rPr>
        <w:t xml:space="preserve">[28:48] </w:t>
      </w:r>
      <w:r>
        <w:t>and especially, i am going for this purpose that, because her husband died when he was very young, and her son when he was like five years.</w:t>
      </w:r>
    </w:p>
    <w:p>
      <w:pPr>
        <w:jc w:val="right"/>
      </w:pPr>
      <w:r>
        <w:t>اینڈ اسپیشلی، آئی ایم گوئنگ فار دس پرپس دیٹ، بیکاز ہر ہسبینڈ ڈائیڈ وین ہی واز ویریینگ، اینڈ ہر سن وین ہی واز لائک فائیو ایئرز۔</w:t>
      </w:r>
    </w:p>
    <w:p>
      <w:r>
        <w:rPr>
          <w:b/>
        </w:rPr>
        <w:t xml:space="preserve">[29:00] </w:t>
      </w:r>
      <w:r>
        <w:t>or so he used to sit in the gully, and now he is in college or started working, and he is hardly any religious person, but he performs all those things.</w:t>
      </w:r>
    </w:p>
    <w:p>
      <w:pPr>
        <w:jc w:val="right"/>
      </w:pPr>
      <w:r>
        <w:t>اور سو ہی یوز ٹو سٹ ان دا گلی، اینڈ ناو ہی از ان کالج اور سٹارٹڈ ورکنگ، اینڈ ہی از ہارڈلی اینی ریلیجس پرسن، بٹ ہی پرفارمز آل دو تھنگز۔</w:t>
      </w:r>
    </w:p>
    <w:p>
      <w:r>
        <w:rPr>
          <w:b/>
        </w:rPr>
        <w:t xml:space="preserve">[29:19] </w:t>
      </w:r>
      <w:r>
        <w:t>according to, according to my history of islam, i can see, everything is lawful. what unlawful?</w:t>
      </w:r>
    </w:p>
    <w:p>
      <w:pPr>
        <w:jc w:val="right"/>
      </w:pPr>
      <w:r>
        <w:t>اکارڈنگ ٹو، اکارڈنگ ٹو مائی ہسٹری آف اسلام، آئی کین سی، ایوری تھنگ از لافل۔ واٹ ان لافل؟</w:t>
      </w:r>
    </w:p>
    <w:p>
      <w:r>
        <w:rPr>
          <w:b/>
        </w:rPr>
        <w:t xml:space="preserve">[29:28] </w:t>
      </w:r>
      <w:r>
        <w:t>there is intention. if your intention good, then everything is lawful. lot of people say that our intention is not that, that we do this, and we only believe in god.</w:t>
      </w:r>
    </w:p>
    <w:p>
      <w:pPr>
        <w:jc w:val="right"/>
      </w:pPr>
      <w:r>
        <w:t>دیر از انٹینشن۔ اف یور انٹینشن گڈ، دین ایوری تھنگ از لافل۔ لوٹ آف پیپل سی دیٹ اور انٹینشن از ناٹ دیٹ، دیٹ وی ڈو دس، اینڈ وی اونلی بیلیو ان گاڈ۔</w:t>
      </w:r>
    </w:p>
    <w:p>
      <w:r>
        <w:rPr>
          <w:b/>
        </w:rPr>
        <w:t xml:space="preserve">[29:40] </w:t>
      </w:r>
      <w:r>
        <w:t>but, but lot of wrong practices are there. no, i am saying that your intention, your for you, your going for you.</w:t>
      </w:r>
    </w:p>
    <w:p>
      <w:pPr>
        <w:jc w:val="right"/>
      </w:pPr>
      <w:r>
        <w:t>بٹ، بٹ لاٹ آف رونگ پریکٹسز آر دیر۔ نو، آئی ایم سینگ دیٹ یور انٹینشن، یور فار یو، یور گوئنگ فار یو۔</w:t>
      </w:r>
    </w:p>
    <w:p>
      <w:r>
        <w:rPr>
          <w:b/>
        </w:rPr>
        <w:t xml:space="preserve">[29:49] </w:t>
      </w:r>
      <w:r>
        <w:t>i am not saying for her, for them, for you. they are doing is. i understand the way i go, and what is my inten</w:t>
      </w:r>
    </w:p>
    <w:p>
      <w:pPr>
        <w:jc w:val="right"/>
      </w:pPr>
      <w:r>
        <w:t>آئی ایم ناٹ سینگ فار ہر، فار دیم، فار یو۔ دے آر ڈوئنگ از۔ آئی انڈرسٹینڈ دا وے آئی گو، اینڈ واٹ از مائی انٹین</w:t>
      </w:r>
    </w:p>
    <w:p>
      <w:r>
        <w:rPr>
          <w:b/>
        </w:rPr>
        <w:t xml:space="preserve">[29:58] </w:t>
      </w:r>
      <w:r>
        <w:t>tion. her question is, what should she give to them? and how should i? what is her point? how should i do dawah to them, such people?</w:t>
      </w:r>
    </w:p>
    <w:p>
      <w:pPr>
        <w:jc w:val="right"/>
      </w:pPr>
      <w:r>
        <w:t>شن۔ ہر کوئسچن از، واٹ شوڈ شی گیو ٹو دیم؟ اینڈ ہاؤ شوڈ آئی؟ واٹ از ہر پوائنٹ؟ ہاؤ شوڈ آئی ڈو دعویٰ ٹو دیم، سچ پیپل؟</w:t>
      </w:r>
    </w:p>
    <w:p>
      <w:r>
        <w:rPr>
          <w:b/>
        </w:rPr>
        <w:t xml:space="preserve">[30:08] </w:t>
      </w:r>
      <w:r>
        <w:t>and what literature should i give them? so that they understand that what ever this is, this is wrong, and and we should not be doing all those things. no, no, this is not a starting point.</w:t>
      </w:r>
    </w:p>
    <w:p>
      <w:pPr>
        <w:jc w:val="right"/>
      </w:pPr>
      <w:r>
        <w:t>اینڈ واٹ لٹریچر شوڈ آئی گیو دیم؟ سو دیٹ دے انڈرسٹینڈ دیٹ واٹ ایور دس از، دس از رونگ، اینڈ اینڈ وی شوڈ ناٹ بی ڈوئنگ آل دو تھنگز۔ نو، نو، دس از ناٹ ا سٹارٹنگ پوائنٹ۔</w:t>
      </w:r>
    </w:p>
    <w:p>
      <w:r>
        <w:rPr>
          <w:b/>
        </w:rPr>
        <w:t xml:space="preserve">[30:18] </w:t>
      </w:r>
      <w:r>
        <w:t>dont criticize for these practices. no, you have to avoid in the first instance. okay, first of all, you have to say what is understandable to them</w:t>
      </w:r>
    </w:p>
    <w:p>
      <w:pPr>
        <w:jc w:val="right"/>
      </w:pPr>
      <w:r>
        <w:t>ڈونٹ کریٹیسائز فار دس پریکٹسز۔ نو، یو ہیو ٹو اوائڈ ان دا فرسٹ انسٹنس۔ اوکے، فرسٹ آف آل، یو ہیو ٹو سے واٹ از انڈرسٹینڈیبل ٹو دیم</w:t>
      </w:r>
    </w:p>
    <w:p>
      <w:r>
        <w:rPr>
          <w:b/>
        </w:rPr>
        <w:t xml:space="preserve">[30:28] </w:t>
      </w:r>
      <w:r>
        <w:t>. dont start from this point. yeh not correct.</w:t>
      </w:r>
    </w:p>
    <w:p>
      <w:pPr>
        <w:jc w:val="right"/>
      </w:pPr>
      <w:r>
        <w:t>۔ ڈونٹ سٹارٹ فرام دس پوائنٹ۔ یہ ناٹ کریکٹ۔</w:t>
      </w:r>
    </w:p>
    <w:p>
      <w:r>
        <w:rPr>
          <w:b/>
        </w:rPr>
        <w:t xml:space="preserve">[30:36] </w:t>
      </w:r>
      <w:r>
        <w:t>prophet used to visit kaaba. at the time, there were three, at sixty idols. he never objected that why there are idols are here.</w:t>
      </w:r>
    </w:p>
    <w:p>
      <w:pPr>
        <w:jc w:val="right"/>
      </w:pPr>
      <w:r>
        <w:t>پرافٹ یوز ٹو وزٹ کعبہ۔ ایٹ دا ٹائم، دیر وار تھری، ایٹ سکسٹی آئیڈلز۔ ہی نیور ابجیکٹڈ دیٹ وائی دیر آر آئیڈلز آر ہیر۔</w:t>
      </w:r>
    </w:p>
    <w:p>
      <w:r>
        <w:rPr>
          <w:b/>
        </w:rPr>
        <w:t xml:space="preserve">[30:46] </w:t>
      </w:r>
      <w:r>
        <w:t>he only used to say, eha nas, polo, la ilaha illallah, tafloo. thats all.</w:t>
      </w:r>
    </w:p>
    <w:p>
      <w:pPr>
        <w:jc w:val="right"/>
      </w:pPr>
      <w:r>
        <w:t>ہی اونلی یوز ٹو سے، ایہا الناس، پولو، لا الہ الا اللہ، طفلو۔ دیٹس آل۔</w:t>
      </w:r>
    </w:p>
    <w:p>
      <w:r>
        <w:rPr>
          <w:b/>
        </w:rPr>
        <w:t xml:space="preserve">[30:55] </w:t>
      </w:r>
      <w:r>
        <w:t>so is it not correct approach that you begin from, from, yani, from criticism?</w:t>
      </w:r>
    </w:p>
    <w:p>
      <w:pPr>
        <w:jc w:val="right"/>
      </w:pPr>
      <w:r>
        <w:t>سو از اٹ ناٹ کریکٹ اپروچ دیٹ یو بگن فرام، فرام، یعنی، فرام کریٹیسزم؟</w:t>
      </w:r>
    </w:p>
    <w:p>
      <w:r>
        <w:rPr>
          <w:b/>
        </w:rPr>
        <w:t xml:space="preserve">[31:07] </w:t>
      </w:r>
      <w:r>
        <w:t>avoid, avoid. first</w:t>
      </w:r>
    </w:p>
    <w:p>
      <w:pPr>
        <w:jc w:val="right"/>
      </w:pPr>
      <w:r>
        <w:t>اوائڈ، اوائڈ۔ فرسٹ</w:t>
      </w:r>
    </w:p>
    <w:p>
      <w:r>
        <w:rPr>
          <w:b/>
        </w:rPr>
        <w:t xml:space="preserve">[31:08] </w:t>
      </w:r>
      <w:r>
        <w:t>of all, this is not the first. it is the, it is the, yani, dawah is a continuous process. the first instance, you have to do, to have to something about tawheed, about any human values.</w:t>
      </w:r>
    </w:p>
    <w:p>
      <w:pPr>
        <w:jc w:val="right"/>
      </w:pPr>
      <w:r>
        <w:t>آف آل، دس از ناٹ دا فرسٹ۔ اٹ از دا، اٹ از دا، یعنی، دعویٰ از ا کنٹینیوس پروسیس۔ دا فرسٹ انسٹنس، یو ہیو ٹو ڈو، ٹو ہیو ٹو سمتھنگ اباؤٹ توحید، اباؤٹ اینی ہیومن ویلیوز۔</w:t>
      </w:r>
    </w:p>
    <w:p>
      <w:r>
        <w:rPr>
          <w:b/>
        </w:rPr>
        <w:t xml:space="preserve">[31:24] </w:t>
      </w:r>
      <w:r>
        <w:t>then in the la, in the, in the other stages, you can see, it is right or wrong. maulana, there is a report in times magazine about atindwa din qasab</w:t>
      </w:r>
    </w:p>
    <w:p>
      <w:pPr>
        <w:jc w:val="right"/>
      </w:pPr>
      <w:r>
        <w:t>دین ان دا لا، ان دا، ان دا ادر اسٹیجز، یو کین سی، اٹ از رائٹ اور رونگ۔ مولانا، دیر از ا رپورٹ ان ٹائمز میگزین اباؤٹ اتندوا دین قصاب</w:t>
      </w:r>
    </w:p>
    <w:p>
      <w:r>
        <w:rPr>
          <w:b/>
        </w:rPr>
        <w:t xml:space="preserve">[31:38] </w:t>
      </w:r>
      <w:r>
        <w:t>. it says that this is promoted by</w:t>
      </w:r>
    </w:p>
    <w:p>
      <w:pPr>
        <w:jc w:val="right"/>
      </w:pPr>
      <w:r>
        <w:t>۔ اٹ سیز دیٹ دس از پروموٹڈ بائے</w:t>
      </w:r>
    </w:p>
    <w:p>
      <w:r>
        <w:rPr>
          <w:b/>
        </w:rPr>
        <w:t xml:space="preserve">[31:44] </w:t>
      </w:r>
      <w:r>
        <w:t>hardliner group in islam called wahabi.</w:t>
      </w:r>
    </w:p>
    <w:p>
      <w:pPr>
        <w:jc w:val="right"/>
      </w:pPr>
      <w:r>
        <w:t>ہارڈ لائنر گروپ ان اسلام کالڈ وہابی۔</w:t>
      </w:r>
    </w:p>
    <w:p>
      <w:r>
        <w:rPr>
          <w:b/>
        </w:rPr>
        <w:t xml:space="preserve">[31:50] </w:t>
      </w:r>
      <w:r>
        <w:t>and they mention that the counter part of that wahabi group in india and pakistan is deoband. so i want to know your opinion about this.</w:t>
      </w:r>
    </w:p>
    <w:p>
      <w:pPr>
        <w:jc w:val="right"/>
      </w:pPr>
      <w:r>
        <w:t>اینڈ دے مینشن دیٹ دا کاؤنٹر پارٹ آف دیٹ وہابی گروپ ان انڈیا اینڈ پاکستان از دیوبند. سو آئی وانٹ ٹو نو یور اوپینین اباؤٹ دس۔</w:t>
      </w:r>
    </w:p>
    <w:p>
      <w:r>
        <w:rPr>
          <w:b/>
        </w:rPr>
        <w:t xml:space="preserve">[32:01] </w:t>
      </w:r>
      <w:r>
        <w:t>this report has come in magazine times.</w:t>
      </w:r>
    </w:p>
    <w:p>
      <w:pPr>
        <w:jc w:val="right"/>
      </w:pPr>
      <w:r>
        <w:t>دس رپورٹ ہیز کم ان میگزین ٹائمز۔</w:t>
      </w:r>
    </w:p>
    <w:p>
      <w:r>
        <w:rPr>
          <w:b/>
        </w:rPr>
        <w:t xml:space="preserve">[32:08] </w:t>
      </w:r>
      <w:r>
        <w:t>not, not exactly the counter part. yani deoband is not exactly the counter part, but there are some similarities.</w:t>
      </w:r>
    </w:p>
    <w:p>
      <w:pPr>
        <w:jc w:val="right"/>
      </w:pPr>
      <w:r>
        <w:t>ناٹ، ناٹ ایگزیکٹلی دا کاؤنٹر پارٹ۔ یعنی دیوبند از ناٹ ایگزیکٹلی دا کاؤنٹر پارٹ، بٹ دیر آر سم سمیلرٹیز۔</w:t>
      </w:r>
    </w:p>
    <w:p>
      <w:r>
        <w:rPr>
          <w:b/>
        </w:rPr>
        <w:t xml:space="preserve">[32:19] </w:t>
      </w:r>
      <w:r>
        <w:t>yani what is wahabi? they are extremist people. deobandi is not so extremist. and deobandis are only, yani,</w:t>
      </w:r>
    </w:p>
    <w:p>
      <w:pPr>
        <w:jc w:val="right"/>
      </w:pPr>
      <w:r>
        <w:t>یعنی واٹ از وہابی؟ دی آر ایکسٹریمسٹ پیپل۔ دیوبندی از ناٹ سو ایکسٹریمسٹ۔ اینڈ دیوبندیز آر اونلی، یعنی،</w:t>
      </w:r>
    </w:p>
    <w:p>
      <w:r>
        <w:rPr>
          <w:b/>
        </w:rPr>
        <w:t xml:space="preserve">[32:34] </w:t>
      </w:r>
      <w:r>
        <w:t>less and allight, and enlightened</w:t>
      </w:r>
    </w:p>
    <w:p>
      <w:pPr>
        <w:jc w:val="right"/>
      </w:pPr>
      <w:r>
        <w:t>لیس اینڈ الٹائٹ، اینڈ انلائٹنڈ</w:t>
      </w:r>
    </w:p>
    <w:p>
      <w:r>
        <w:rPr>
          <w:b/>
        </w:rPr>
        <w:t xml:space="preserve">[32:38] </w:t>
      </w:r>
      <w:r>
        <w:t>. you can see they are less enlightened, but they are not extremist. but wahabi are extremist. they are against anything that recently,</w:t>
      </w:r>
    </w:p>
    <w:p>
      <w:pPr>
        <w:jc w:val="right"/>
      </w:pPr>
      <w:r>
        <w:t>۔ یو کین سی دے آر لیس انلائٹنڈ، بٹ دے آر ناٹ ایکسٹریمسٹ۔ بٹ وہابی آر ایکسٹریمسٹ۔ دے آر اگینسٹ اینی تھنگ دیٹ ریسنٹلی،</w:t>
      </w:r>
    </w:p>
    <w:p>
      <w:r>
        <w:rPr>
          <w:b/>
        </w:rPr>
        <w:t xml:space="preserve">[32:51] </w:t>
      </w:r>
      <w:r>
        <w:t>yani perhaps today, there was a news, there is a news item in the, in the, in some magazine that in mecca there is a graveyard.</w:t>
      </w:r>
    </w:p>
    <w:p>
      <w:pPr>
        <w:jc w:val="right"/>
      </w:pPr>
      <w:r>
        <w:t>یعنی پرہیپس ٹوڈے، دیر واز ا نیوز، دیر از ا نیوز آئٹم ان دی، ان دی، ان سم میگزین دیٹ ان مکہ دیر از ا گریو یارڈ۔</w:t>
      </w:r>
    </w:p>
    <w:p>
      <w:r>
        <w:rPr>
          <w:b/>
        </w:rPr>
        <w:t xml:space="preserve">[33:04] </w:t>
      </w:r>
      <w:r>
        <w:t>there is called jannat ul baqi.</w:t>
      </w:r>
    </w:p>
    <w:p>
      <w:pPr>
        <w:jc w:val="right"/>
      </w:pPr>
      <w:r>
        <w:t>دیر از کالڈ جنت البقی۔</w:t>
      </w:r>
    </w:p>
    <w:p>
      <w:r>
        <w:rPr>
          <w:b/>
        </w:rPr>
        <w:t xml:space="preserve">[33:10] </w:t>
      </w:r>
      <w:r>
        <w:t>in mecca there is a graveyard, jannat ul baqi. so in this graveyard, there is a grave fatima also.</w:t>
      </w:r>
    </w:p>
    <w:p>
      <w:pPr>
        <w:jc w:val="right"/>
      </w:pPr>
      <w:r>
        <w:t>ان مکہ دیر از ا گریو یارڈ، جنت البقی۔ سو ان دس گریو یارڈ، دیر از ا گریو فاطمہ السو۔</w:t>
      </w:r>
    </w:p>
    <w:p>
      <w:r>
        <w:rPr>
          <w:b/>
        </w:rPr>
        <w:t xml:space="preserve">[33:19] </w:t>
      </w:r>
      <w:r>
        <w:t>and you know, shia people have special reverence to fatima. so sub shia people, yani, when to that graveyard, they become boring.</w:t>
      </w:r>
    </w:p>
    <w:p>
      <w:pPr>
        <w:jc w:val="right"/>
      </w:pPr>
      <w:r>
        <w:t>اینڈ یو نو، شیعہ پیپل ہیو ایسپیشل ریورنس ٹو فاطمہ۔ سو سب شیعہ پیپل، یعنی، وین ٹو دیٹ گریو یارڈ، دے بیکم بورنگ۔</w:t>
      </w:r>
    </w:p>
    <w:p>
      <w:r>
        <w:rPr>
          <w:b/>
        </w:rPr>
        <w:t xml:space="preserve">[33:31] </w:t>
      </w:r>
      <w:r>
        <w:t>so they were shorted ek</w:t>
      </w:r>
    </w:p>
    <w:p>
      <w:pPr>
        <w:jc w:val="right"/>
      </w:pPr>
      <w:r>
        <w:t>سو دے وار شارٹڈ ایک</w:t>
      </w:r>
    </w:p>
    <w:p>
      <w:r>
        <w:rPr>
          <w:b/>
        </w:rPr>
        <w:t xml:space="preserve">[33:34] </w:t>
      </w:r>
      <w:r>
        <w:t>extremist. and they, they objected, but they, they, they refused to follow their instructions.</w:t>
      </w:r>
    </w:p>
    <w:p>
      <w:pPr>
        <w:jc w:val="right"/>
      </w:pPr>
      <w:r>
        <w:t>سٹریمسٹ۔ اینڈ دے، دے ابجیکٹڈ، بٹ دے، دے، دے ریفیوز ٹو فالو دیر انسٹرکشنز۔</w:t>
      </w:r>
    </w:p>
    <w:p>
      <w:r>
        <w:rPr>
          <w:b/>
        </w:rPr>
        <w:t xml:space="preserve">[33:51] </w:t>
      </w:r>
      <w:r>
        <w:t>to they were shorted. so this extremist. so i can see that deobandi people are not wahabi in this sense.</w:t>
      </w:r>
    </w:p>
    <w:p>
      <w:pPr>
        <w:jc w:val="right"/>
      </w:pPr>
      <w:r>
        <w:t>تو دے وار شارٹڈ۔ سو دس ایکسٹریمسٹ۔ تو آئی کین سی دیٹ دیوبندی پیپل آر ناٹ وہابی ان دس سینس۔</w:t>
      </w:r>
    </w:p>
    <w:p>
      <w:r>
        <w:rPr>
          <w:b/>
        </w:rPr>
        <w:t xml:space="preserve">[34:04] </w:t>
      </w:r>
      <w:r>
        <w:t>wahabi are very very extremist people. what is wahabi? actually, wahabi means followers of abdul wahab najdi.</w:t>
      </w:r>
    </w:p>
    <w:p>
      <w:pPr>
        <w:jc w:val="right"/>
      </w:pPr>
      <w:r>
        <w:t>وہابی آر ویری ویری ایکسٹریمسٹ پیپل۔ واٹ از وہابی؟ ایکچولی، وہابی مینز فالوورز آف عبدالوہاب نجدی۔</w:t>
      </w:r>
    </w:p>
    <w:p>
      <w:r>
        <w:rPr>
          <w:b/>
        </w:rPr>
        <w:t xml:space="preserve">[34:15] </w:t>
      </w:r>
      <w:r>
        <w:t>followers of abdul wahab najdi. abdul wahab najdi was also extremist type of leader. he was a leader, but he was an extremist leader.</w:t>
      </w:r>
    </w:p>
    <w:p>
      <w:pPr>
        <w:jc w:val="right"/>
      </w:pPr>
      <w:r>
        <w:t>فالوورز آف عبدالوہاب نجدی۔ عبدالوہاب نجدی واز السو ایکسٹریمسٹ ٹائپ آف لیڈر۔ ہی واز ا لیڈر، بٹ ہی واز این ایکسٹریمسٹ لیڈر۔</w:t>
      </w:r>
    </w:p>
    <w:p>
      <w:r>
        <w:rPr>
          <w:b/>
        </w:rPr>
        <w:t xml:space="preserve">[34:30] </w:t>
      </w:r>
      <w:r>
        <w:t>abdul wahab najdi. haan, abdul wahab najdi.</w:t>
      </w:r>
    </w:p>
    <w:p>
      <w:pPr>
        <w:jc w:val="right"/>
      </w:pPr>
      <w:r>
        <w:t>عبدالوہاب نجدی۔ ہاں، عبدالوہاب نجدی۔</w:t>
      </w:r>
    </w:p>
    <w:p>
      <w:r>
        <w:rPr>
          <w:b/>
        </w:rPr>
        <w:t xml:space="preserve">[34:35] </w:t>
      </w:r>
      <w:r>
        <w:t>maulana, you said about wahabi. they are, they are, they are the militant groups. or from where did they get the ideology to become extremist or militants?</w:t>
      </w:r>
    </w:p>
    <w:p>
      <w:pPr>
        <w:jc w:val="right"/>
      </w:pPr>
      <w:r>
        <w:t>مولانا، یو سیڈ اباؤٹ وہابی۔ دے آر، دے آر، دے آر دا ملیٹنٹ گروپس۔ اور فرام ویر ڈیڈ دے گیٹ دی آئیڈیالوجی ٹو بیکم ایکسٹریمسٹ اور ملیٹنٹس؟</w:t>
      </w:r>
    </w:p>
    <w:p>
      <w:r>
        <w:rPr>
          <w:b/>
        </w:rPr>
        <w:t xml:space="preserve">[34:47] </w:t>
      </w:r>
      <w:r>
        <w:t>no, it is not barelvi phenomena. maybe some people from barelvi, you can find among militants. deobandi people also. wahabi?</w:t>
      </w:r>
    </w:p>
    <w:p>
      <w:pPr>
        <w:jc w:val="right"/>
      </w:pPr>
      <w:r>
        <w:t>نو، اٹ از ناٹ بریلوی فیناومینا۔ می بی سم پیپل فرام بریلوی، یو کین فائنڈ امنگ ملیٹنٹس۔ دیوبندی پیپل السو۔ وہابی؟</w:t>
      </w:r>
    </w:p>
    <w:p>
      <w:r>
        <w:rPr>
          <w:b/>
        </w:rPr>
        <w:t xml:space="preserve">[34:56] </w:t>
      </w:r>
      <w:r>
        <w:t>no, wahabi. wahabi pe</w:t>
      </w:r>
    </w:p>
    <w:p>
      <w:pPr>
        <w:jc w:val="right"/>
      </w:pPr>
      <w:r>
        <w:t>نو، وہابی۔ وہابی پی</w:t>
      </w:r>
    </w:p>
    <w:p>
      <w:r>
        <w:rPr>
          <w:b/>
        </w:rPr>
        <w:t xml:space="preserve">[34:58] </w:t>
      </w:r>
      <w:r>
        <w:t>ople, wahabi people are not militant people. the extremist people, extremist. ya militant group is some, some. that is other phenomena.</w:t>
      </w:r>
    </w:p>
    <w:p>
      <w:pPr>
        <w:jc w:val="right"/>
      </w:pPr>
      <w:r>
        <w:t>پل، وہابی پیپل آر ناٹ ملیٹنٹ پیپل۔ دا ایکسٹریمسٹ پیپل، ایکسٹریمسٹ۔ یا ملیٹنٹ گروپ از سم، سم۔ دیٹ از ادر فیناومینا۔</w:t>
      </w:r>
    </w:p>
    <w:p>
      <w:r>
        <w:rPr>
          <w:b/>
        </w:rPr>
        <w:t xml:space="preserve">[35:10] </w:t>
      </w:r>
      <w:r>
        <w:t>they are jahadi people. jahadi people become militant people. as fries, wahabi people are concerned. they are not militant.</w:t>
      </w:r>
    </w:p>
    <w:p>
      <w:pPr>
        <w:jc w:val="right"/>
      </w:pPr>
      <w:r>
        <w:t>دے آر جہادی پیپل۔ جہادی پیپل بیکم ملیٹنٹ پیپل۔ ایز فرائیز، وہابی پیپل آر کنسرن۔ دے آر ناٹ ملیٹنٹ۔</w:t>
      </w:r>
    </w:p>
    <w:p>
      <w:r>
        <w:rPr>
          <w:b/>
        </w:rPr>
        <w:t xml:space="preserve">[35:19] </w:t>
      </w:r>
      <w:r>
        <w:t>they are extremist.</w:t>
      </w:r>
    </w:p>
    <w:p>
      <w:pPr>
        <w:jc w:val="right"/>
      </w:pPr>
      <w:r>
        <w:t>دے آر ایکسٹریمسٹ۔</w:t>
      </w:r>
    </w:p>
    <w:p>
      <w:r>
        <w:rPr>
          <w:b/>
        </w:rPr>
        <w:t xml:space="preserve">[35:21] </w:t>
      </w:r>
      <w:r>
        <w:t>militant groups is other phenomena, like jaise lashkar taiba, jaise muhammad. they are not wahabi. they are mujahideen.</w:t>
      </w:r>
    </w:p>
    <w:p>
      <w:pPr>
        <w:jc w:val="right"/>
      </w:pPr>
      <w:r>
        <w:t>ملیٹنٹ گروپس از ادر فیناومینا، لائک جیسے لشکر طیبہ، جیسے محمد۔ دے آر ناٹ وہابی۔ دے آر مجاہدین۔</w:t>
      </w:r>
    </w:p>
    <w:p>
      <w:r>
        <w:rPr>
          <w:b/>
        </w:rPr>
        <w:t xml:space="preserve">[35:34] </w:t>
      </w:r>
      <w:r>
        <w:t>militant mujahideen. Maulana, wahabis are correct. They follow correct Islam. Who wahabis?</w:t>
      </w:r>
    </w:p>
    <w:p>
      <w:pPr>
        <w:jc w:val="right"/>
      </w:pPr>
      <w:r>
        <w:t>ملیٹنٹ مجاہدین۔ مولانا، وہابیز آر کریکٹ۔ دے فالو کریکٹ اسلام۔ ہو وہابیز؟</w:t>
      </w:r>
    </w:p>
    <w:p>
      <w:r>
        <w:rPr>
          <w:b/>
        </w:rPr>
        <w:t xml:space="preserve">[35:45] </w:t>
      </w:r>
      <w:r>
        <w:t>do wahabi? do they? do they follow correct Islam? Yes, they follow correct Islam. But</w:t>
      </w:r>
    </w:p>
    <w:p>
      <w:pPr>
        <w:jc w:val="right"/>
      </w:pPr>
      <w:r>
        <w:t>ڈو وہابی؟ ڈو دے؟ ڈو دے فالو کریکٹ اسلام؟ یس، دے فالو کریکٹ اسلام۔ بٹ</w:t>
      </w:r>
    </w:p>
    <w:p>
      <w:r>
        <w:rPr>
          <w:b/>
        </w:rPr>
        <w:t xml:space="preserve">[35:51] </w:t>
      </w:r>
      <w:r>
        <w:t>they become to extreme. But, but they are extremist.</w:t>
      </w:r>
    </w:p>
    <w:p>
      <w:pPr>
        <w:jc w:val="right"/>
      </w:pPr>
      <w:r>
        <w:t>دے بیکم ٹو ایکسٹریم۔ بٹ، بٹ دے آر ایکسٹریمسٹ۔</w:t>
      </w:r>
    </w:p>
    <w:p>
      <w:r>
        <w:rPr>
          <w:b/>
        </w:rPr>
        <w:t xml:space="preserve">[35:57] </w:t>
      </w:r>
      <w:r>
        <w:t>what is extremism? For example, someone visits grave of the prophet of Islam, and he is standing over there.</w:t>
      </w:r>
    </w:p>
    <w:p>
      <w:pPr>
        <w:jc w:val="right"/>
      </w:pPr>
      <w:r>
        <w:t>واٹ از ایکسٹریمزم؟ فار ایگزامپل، سم ون وزٹس گریو آف دا پرافٹ آف اسلام، اینڈ ہی از سٹینڈنگ اوور دیر۔</w:t>
      </w:r>
    </w:p>
    <w:p>
      <w:r>
        <w:rPr>
          <w:b/>
        </w:rPr>
        <w:t xml:space="preserve">[36:08] </w:t>
      </w:r>
      <w:r>
        <w:t>they will, they will flock. Kya kahenge? Kore marenge is ko. To wahan par, yani, yani yeh extremist.</w:t>
      </w:r>
    </w:p>
    <w:p>
      <w:pPr>
        <w:jc w:val="right"/>
      </w:pPr>
      <w:r>
        <w:t>دے ول، دے ول فلاک۔ کیا کہیں گے؟ کوڑے ماریں گے اس کو۔ تو وہاں پر، یعنی، یعنی یہ ایکسٹریمسٹ۔</w:t>
      </w:r>
    </w:p>
    <w:p>
      <w:r>
        <w:rPr>
          <w:b/>
        </w:rPr>
        <w:t xml:space="preserve">[36:18] </w:t>
      </w:r>
      <w:r>
        <w:t>bhai,</w:t>
      </w:r>
    </w:p>
    <w:p>
      <w:pPr>
        <w:jc w:val="right"/>
      </w:pPr>
      <w:r>
        <w:t>بھائی،</w:t>
      </w:r>
    </w:p>
    <w:p>
      <w:r>
        <w:rPr>
          <w:b/>
        </w:rPr>
        <w:t xml:space="preserve">[36:20] </w:t>
      </w:r>
      <w:r>
        <w:t>aap narmi se kahen ke bhai, yahan par prophet ke ke grave ke paas tum agar dua mangte ho, yeh theek nahi hai. That is, yani, that is, yani,</w:t>
      </w:r>
    </w:p>
    <w:p>
      <w:pPr>
        <w:jc w:val="right"/>
      </w:pPr>
      <w:r>
        <w:t>آپ نرمی سے کہیں کہ بھائی، یہاں پر پرافٹ کے کے گریو کے پاس تم اگر دعا مانگتے ہو، یہ ٹھیک نہیں ہے۔ دیٹ از، یعنی، دیٹ از، یعنی،</w:t>
      </w:r>
    </w:p>
    <w:p>
      <w:r>
        <w:rPr>
          <w:b/>
        </w:rPr>
        <w:t xml:space="preserve">[36:34] </w:t>
      </w:r>
      <w:r>
        <w:t>true, true, true tabligh. Bhai, aap kore mare to extremism. So basically, they are following the same, yani Quran aur Hadees</w:t>
      </w:r>
    </w:p>
    <w:p>
      <w:pPr>
        <w:jc w:val="right"/>
      </w:pPr>
      <w:r>
        <w:t>ٹرو، ٹرو، ٹرو تبلیغ۔ بھئی، آپ کوڑے مارے تو ایکسٹریمزم۔ سو بیسیکلی، دے آر فالونگ دا سیم، یعنی قرآن اور حدیث</w:t>
      </w:r>
    </w:p>
    <w:p>
      <w:r>
        <w:rPr>
          <w:b/>
        </w:rPr>
        <w:t xml:space="preserve">[36:47] </w:t>
      </w:r>
      <w:r>
        <w:t>. They are not deviated from the past Quran Hadees. But they, they become extremist. We are not extremist.</w:t>
      </w:r>
    </w:p>
    <w:p>
      <w:pPr>
        <w:jc w:val="right"/>
      </w:pPr>
      <w:r>
        <w:t>۔ دے آر ناٹ ڈیویٹڈ فرام دی پاسٹ قرآن حدیث۔ بٹ دے، دے بیکم ایکسٹریمسٹ۔ وی آر ناٹ ایکسٹریمسٹ۔</w:t>
      </w:r>
    </w:p>
    <w:p>
      <w:r>
        <w:rPr>
          <w:b/>
        </w:rPr>
        <w:t xml:space="preserve">[36:57] </w:t>
      </w:r>
      <w:r>
        <w:t>we, we tolerate. They are not ready to tolerate. Basically, intolerance people are called extremist people.</w:t>
      </w:r>
    </w:p>
    <w:p>
      <w:pPr>
        <w:jc w:val="right"/>
      </w:pPr>
      <w:r>
        <w:t>وی، وی ٹولریٹ۔ دے آر ناٹ ریڈی ٹو ٹولریٹ۔ بیسیکلی، انٹولرنس پیپل آر کالڈ ایکسٹریمسٹ پیپل۔</w:t>
      </w:r>
    </w:p>
    <w:p>
      <w:r>
        <w:rPr>
          <w:b/>
        </w:rPr>
        <w:t xml:space="preserve">[37:11] </w:t>
      </w:r>
      <w:r>
        <w:t>both the word are one and the same.</w:t>
      </w:r>
    </w:p>
    <w:p>
      <w:pPr>
        <w:jc w:val="right"/>
      </w:pPr>
      <w:r>
        <w:t>بوتھ دا ورڈ آر ون اینڈ دا سیم۔</w:t>
      </w:r>
    </w:p>
    <w:p>
      <w:r>
        <w:rPr>
          <w:b/>
        </w:rPr>
        <w:t xml:space="preserve">[37:13] </w:t>
      </w:r>
      <w:r>
        <w:t>intolerance behaviour and extremist behaviour, both are one and the same.</w:t>
      </w:r>
    </w:p>
    <w:p>
      <w:pPr>
        <w:jc w:val="right"/>
      </w:pPr>
      <w:r>
        <w:t>انٹولرنس بیہیویئر اینڈ ایکسٹریمسٹ بیہیویئر، بوتھ آر ون اینڈ دا سیم۔</w:t>
      </w:r>
    </w:p>
    <w:p>
      <w:r>
        <w:rPr>
          <w:b/>
        </w:rPr>
        <w:t xml:space="preserve">[37:22] </w:t>
      </w:r>
      <w:r>
        <w:t>Maulana, at one time, you had explaining extremism. You had given a Hadees that do not do ghulo. Can you explain that?</w:t>
      </w:r>
    </w:p>
    <w:p>
      <w:pPr>
        <w:jc w:val="right"/>
      </w:pPr>
      <w:r>
        <w:t>مولانا، ایٹ ون ٹائم، یو ہیڈ ایکسپلیننگ ایکسٹریمزم۔ یو ہیڈ گیون ا حدیث دیٹ ڈو ناٹ ڈو غلو۔ کین یو ایکسپلین دیٹ؟</w:t>
      </w:r>
    </w:p>
    <w:p>
      <w:r>
        <w:rPr>
          <w:b/>
        </w:rPr>
        <w:t xml:space="preserve">[37:32] </w:t>
      </w:r>
      <w:r>
        <w:t>that would be, you can find this in in Quran or Hadees. Both</w:t>
      </w:r>
    </w:p>
    <w:p>
      <w:pPr>
        <w:jc w:val="right"/>
      </w:pPr>
      <w:r>
        <w:t>دیٹ وڈ بی، یو کین فائنڈ دس ان ان قرآن اور حدیث۔ بوتھ</w:t>
      </w:r>
    </w:p>
    <w:p>
      <w:r>
        <w:rPr>
          <w:b/>
        </w:rPr>
        <w:t xml:space="preserve">[37:39] </w:t>
      </w:r>
      <w:r>
        <w:t>in the Quran, there is ayat: "La taghlu fi deenikum". There is ayat Qurani verse: "La taghlu fi deenikum".</w:t>
      </w:r>
    </w:p>
    <w:p>
      <w:pPr>
        <w:jc w:val="right"/>
      </w:pPr>
      <w:r>
        <w:t>ان دی قرآن، دیر از آیت: "لا تغلو فی دینکم"۔ دیر از آیت قرآنی ورس: "لا تغلو فی دینکم"۔</w:t>
      </w:r>
    </w:p>
    <w:p>
      <w:r>
        <w:rPr>
          <w:b/>
        </w:rPr>
        <w:t xml:space="preserve">[37:50] </w:t>
      </w:r>
      <w:r>
        <w:t>it means: don't be extremist in your religion. Don't be extremist in your religion.</w:t>
      </w:r>
    </w:p>
    <w:p>
      <w:pPr>
        <w:jc w:val="right"/>
      </w:pPr>
      <w:r>
        <w:t>اٹ مینز: ڈونٹ بی ایکسٹریمسٹ ان یور ریلیجن۔ ڈونٹ بی ایکسٹریمسٹ ان یور ریلیجن۔</w:t>
      </w:r>
    </w:p>
    <w:p>
      <w:r>
        <w:rPr>
          <w:b/>
        </w:rPr>
        <w:t xml:space="preserve">[37:59] </w:t>
      </w:r>
      <w:r>
        <w:t>then there is Hadees</w:t>
      </w:r>
    </w:p>
    <w:p>
      <w:pPr>
        <w:jc w:val="right"/>
      </w:pPr>
      <w:r>
        <w:t>دین دیر از حدیث</w:t>
      </w:r>
    </w:p>
    <w:p>
      <w:r>
        <w:rPr>
          <w:b/>
        </w:rPr>
        <w:t xml:space="preserve">[38:00] </w:t>
      </w:r>
      <w:r>
        <w:t>: "Iyyakum fid deen".</w:t>
      </w:r>
    </w:p>
    <w:p>
      <w:pPr>
        <w:jc w:val="right"/>
      </w:pPr>
      <w:r>
        <w:t>: "ایاکم فی الدین"۔</w:t>
      </w:r>
    </w:p>
    <w:p>
      <w:r>
        <w:rPr>
          <w:b/>
        </w:rPr>
        <w:t xml:space="preserve">[38:06] </w:t>
      </w:r>
      <w:r>
        <w:t>the same meaning: don't be extremist in your religion.</w:t>
      </w:r>
    </w:p>
    <w:p>
      <w:pPr>
        <w:jc w:val="right"/>
      </w:pPr>
      <w:r>
        <w:t>دا سیم میننگ: ڈونٹ بی ایکسٹریمسٹ ان یور ریلیجن۔</w:t>
      </w:r>
    </w:p>
    <w:p>
      <w:r>
        <w:rPr>
          <w:b/>
        </w:rPr>
        <w:t xml:space="preserve">[38:10] </w:t>
      </w:r>
      <w:r>
        <w:t>to word, yani, the Qurani wording is: "La taghlu fi deenikum". And word, and the word use in Hadees is: "Iyyakum fid deen".</w:t>
      </w:r>
    </w:p>
    <w:p>
      <w:pPr>
        <w:jc w:val="right"/>
      </w:pPr>
      <w:r>
        <w:t>تو ورڈ، یعنی، دا قرآنی ورڈنگ از: "لا تغلو فی دینکم"۔ اینڈ ورڈ، اینڈ دی ورڈ یوز ان حدیث از: "ایاکم فی الدین"۔</w:t>
      </w:r>
    </w:p>
    <w:p>
      <w:r>
        <w:rPr>
          <w:b/>
        </w:rPr>
        <w:t xml:space="preserve">[38:25] </w:t>
      </w:r>
      <w:r>
        <w:t>so in Quran or Hadees, both, it is prohibited for Muslims to become extremist. Ghulo means extremist.</w:t>
      </w:r>
    </w:p>
    <w:p>
      <w:pPr>
        <w:jc w:val="right"/>
      </w:pPr>
      <w:r>
        <w:t>سو ان قرآن اور حدیث، بوتھ، اٹ از پروہیبیٹڈ فار مسلمز ٹو بیکم ایکسٹریمسٹ۔ غلو مینز ایکسٹریمسٹ۔</w:t>
      </w:r>
    </w:p>
    <w:p>
      <w:r>
        <w:rPr>
          <w:b/>
        </w:rPr>
        <w:t xml:space="preserve">[38:36] </w:t>
      </w:r>
      <w:r>
        <w:t>ghulo means extremist.</w:t>
      </w:r>
    </w:p>
    <w:p>
      <w:pPr>
        <w:jc w:val="right"/>
      </w:pPr>
      <w:r>
        <w:t>غلو مینز ایکسٹریمسٹ۔</w:t>
      </w:r>
    </w:p>
    <w:p>
      <w:r>
        <w:rPr>
          <w:b/>
        </w:rPr>
        <w:t xml:space="preserve">[38:40] </w:t>
      </w:r>
      <w:r>
        <w:t>ab jaise main ek martaba airport par tha, wahan woh Germany ka airport ka naam hai, uska Frankfurt. Frankfurt hain, Frankfurt.</w:t>
      </w:r>
    </w:p>
    <w:p>
      <w:pPr>
        <w:jc w:val="right"/>
      </w:pPr>
      <w:r>
        <w:t>اب جیسے میں ایک مرتبہ ایئرپورٹ پر تھا، وہاں وہ جرمنی کا ایئرپورٹ کا نام ہے، اس کا فرینکفرٹ۔ فرینکفرٹ ہیں، فرینکفرٹ۔</w:t>
      </w:r>
    </w:p>
    <w:p>
      <w:r>
        <w:rPr>
          <w:b/>
        </w:rPr>
        <w:t xml:space="preserve">[38:50] </w:t>
      </w:r>
      <w:r>
        <w:t>to hamare ek Indian the, woh aa gaye to woh un ke hath mein bottle thi. To mere paas peene lage to bhai, kuch ghussa nahi hua.</w:t>
      </w:r>
    </w:p>
    <w:p>
      <w:pPr>
        <w:jc w:val="right"/>
      </w:pPr>
      <w:r>
        <w:t>تو ہمارے ایک انڈین تھے، وہ آگئے تو وہ ان کے ہاتھ میں بوتل تھی۔ تو میرے پاس پینے لگے تو بھائی، کچھ غصہ نہیں ہوا۔</w:t>
      </w:r>
    </w:p>
    <w:p>
      <w:r>
        <w:rPr>
          <w:b/>
        </w:rPr>
        <w:t xml:space="preserve">[39:00] </w:t>
      </w:r>
      <w:r>
        <w:t>main ne kaha: "kis liye peete hain? Is mein kya hai?" Koi aa gaya tha, bottle le ke marta hai un ke sar par. That was extremist.</w:t>
      </w:r>
    </w:p>
    <w:p>
      <w:pPr>
        <w:jc w:val="right"/>
      </w:pPr>
      <w:r>
        <w:t>میں نے کہا: "کس لیے پیتے ہیں؟ اس میں کیا ہے؟" کوئی آیا ہوا تھا، بوتل لے کے مارتا ہے ان کے سر پر۔ دیٹ واز ایکسٹریمسٹ۔</w:t>
      </w:r>
    </w:p>
    <w:p>
      <w:r>
        <w:rPr>
          <w:b/>
        </w:rPr>
        <w:t xml:space="preserve">[39:15] </w:t>
      </w:r>
      <w:r>
        <w:t>Maulana, if you see that Wahabi people are following the right Islam, then that is a big problem for our mission. In principle, in principle, I am saying in principle, not in practice.</w:t>
      </w:r>
    </w:p>
    <w:p>
      <w:pPr>
        <w:jc w:val="right"/>
      </w:pPr>
      <w:r>
        <w:t>مولانا، اف یو سی دیٹ وہابی پیپل آر فالونگ دا رائٹ اسلام، دین دیٹ از ا بگ پرابلم فار اور مشن۔ ان پرنسپل، ان پرنسپل، آئی ایم سینگ ان پرنسپل، ناٹ ان پریکٹس۔</w:t>
      </w:r>
    </w:p>
    <w:p>
      <w:r>
        <w:rPr>
          <w:b/>
        </w:rPr>
        <w:t xml:space="preserve">[39:27] </w:t>
      </w:r>
      <w:r>
        <w:t>accept patience, they not, they don't have patience. they don't have in practice, they are not right. but in principle, they are right. see, they are not doing any, they are not deviating from the main thing, but they are doing it in extremist.</w:t>
      </w:r>
    </w:p>
    <w:p>
      <w:pPr>
        <w:jc w:val="right"/>
      </w:pPr>
      <w:r>
        <w:t>ایکسیپٹ پیشنس، دے ناٹ، دے ڈونٹ ہیو پیشنس۔ دے ڈونٹ ہیو ان پریکٹس، دے آر ناٹ رائٹ۔ بٹ ان پرنسپل، دے آر رائٹ۔ سی، دے آر ناٹ ڈوئنگ اینی، دے آر ناٹ ڈیویٹنگ فرام دا مین تھنگ، بٹ دے آر ڈوئنگ اٹ ان ایکسٹریمسٹ۔</w:t>
      </w:r>
    </w:p>
    <w:p>
      <w:r>
        <w:rPr>
          <w:b/>
        </w:rPr>
        <w:t xml:space="preserve">[39:42] </w:t>
      </w:r>
      <w:r>
        <w:t>ab jaise ab mein ek example deta hoon,</w:t>
      </w:r>
    </w:p>
    <w:p>
      <w:pPr>
        <w:jc w:val="right"/>
      </w:pPr>
      <w:r>
        <w:t>اب جیسے اب میں ایک ایگزامپل دیتا ہوں،</w:t>
      </w:r>
    </w:p>
    <w:p>
      <w:r>
        <w:rPr>
          <w:b/>
        </w:rPr>
        <w:t xml:space="preserve">[39:45] </w:t>
      </w:r>
      <w:r>
        <w:t>makka mein ek bohat bari cheez thi, yaani ek bohat bara historical monument. agar to aaj hota to hum log.</w:t>
      </w:r>
    </w:p>
    <w:p>
      <w:pPr>
        <w:jc w:val="right"/>
      </w:pPr>
      <w:r>
        <w:t>مکہ میں ایک بہت بڑی چیز تھی، یعنی ایک بہت بڑا ہسٹوریکل مونومنٹ۔ اگر تو آج ہوتا تو ہم لوگ۔</w:t>
      </w:r>
    </w:p>
    <w:p>
      <w:r>
        <w:rPr>
          <w:b/>
        </w:rPr>
        <w:t xml:space="preserve">[39:56] </w:t>
      </w:r>
      <w:r>
        <w:t>woh hazrat khadija ghar, jahan rasool allah rahe, jahan rasool allah ke din aur raat guzre, wahi ka wahi ghar makka mein tha.</w:t>
      </w:r>
    </w:p>
    <w:p>
      <w:pPr>
        <w:jc w:val="right"/>
      </w:pPr>
      <w:r>
        <w:t>وہ حضرت خدیجہ گھر، جہاں رسول اللہ رہے، جہاں رسول اللہ کے دن اور رات گزرے، وہی کا وہی گھر مکہ میں تھا۔</w:t>
      </w:r>
    </w:p>
    <w:p>
      <w:r>
        <w:rPr>
          <w:b/>
        </w:rPr>
        <w:t xml:space="preserve">[40:09] </w:t>
      </w:r>
      <w:r>
        <w:t>to ab kuch bewakoof log ja kar ke wahan lage duaen karne. to aap mana karte hain un ko ke duaen mat karo, dekh lo khali.</w:t>
      </w:r>
    </w:p>
    <w:p>
      <w:pPr>
        <w:jc w:val="right"/>
      </w:pPr>
      <w:r>
        <w:t>تو اب کچھ بیوقوف لوگ جا کر کے وہاں لگے دعائیں کرنے۔ تو آپ منع کرتے ہیں ان کو کہ دعاؤں مت کرو، دیکھ لو خالی۔</w:t>
      </w:r>
    </w:p>
    <w:p>
      <w:r>
        <w:rPr>
          <w:b/>
        </w:rPr>
        <w:t xml:space="preserve">[40:18] </w:t>
      </w:r>
      <w:r>
        <w:t>hum to zyada dekhte hain is ko ke yeh rasool allah yahan rahe hain is ghar mein. to kaisa ajeeb! is lekin woh us ko, us ko, us ko bulldozer chala diya.</w:t>
      </w:r>
    </w:p>
    <w:p>
      <w:pPr>
        <w:jc w:val="right"/>
      </w:pPr>
      <w:r>
        <w:t>ہم تو زیادہ دیکھتے ہیں اس کو کہ یہ رسول اللہ یہاں رہے ہیں اس گھر میں۔ تو کیسا عجیب! اس لیکن وہ اس کو، اس کو، اس کو بلڈوزر چلا دیا۔</w:t>
      </w:r>
    </w:p>
    <w:p>
      <w:r>
        <w:rPr>
          <w:b/>
        </w:rPr>
        <w:t xml:space="preserve">[40:29] </w:t>
      </w:r>
      <w:r>
        <w:t>that is extremism, bohat hi sahib! itni bari cheez ke yeh, yeh kitni bari baat hai!</w:t>
      </w:r>
    </w:p>
    <w:p>
      <w:pPr>
        <w:jc w:val="right"/>
      </w:pPr>
      <w:r>
        <w:t>دیٹ از ایکسٹریمزم، بہت ہی صاحب! اتنی بڑی چیز کہ یہ، یہ کتنی بڑی بات ہے!</w:t>
      </w:r>
    </w:p>
    <w:p>
      <w:r>
        <w:rPr>
          <w:b/>
        </w:rPr>
        <w:t xml:space="preserve">[40:38] </w:t>
      </w:r>
      <w:r>
        <w:t>yeh europe, america mein dekhen, aap jante hain, preserve karte hain. preserve dekhen, islam ke term mein woh shiaar tha. ek shiaar, ek word hai arabic mein, woh shiaar tha.</w:t>
      </w:r>
    </w:p>
    <w:p>
      <w:pPr>
        <w:jc w:val="right"/>
      </w:pPr>
      <w:r>
        <w:t>یہ یورپ، امریکہ میں دیکھیں، آپ جانتے ہیں، پریزرو کرتے ہیں۔ پریزرو دیکھیں، اسلام کے ٹرم میں وہ شعار تھا۔ ایک شعار، ایک ورڈ ہے عربک میں، وہ شعار تھا۔</w:t>
      </w:r>
    </w:p>
    <w:p>
      <w:r>
        <w:rPr>
          <w:b/>
        </w:rPr>
        <w:t xml:space="preserve">[40:50] </w:t>
      </w:r>
      <w:r>
        <w:t>shiaar means symbol, symbol of it. was symbolic value is mein thi ke prophet yahan rahen hain.</w:t>
      </w:r>
    </w:p>
    <w:p>
      <w:pPr>
        <w:jc w:val="right"/>
      </w:pPr>
      <w:r>
        <w:t>شعار مینز سمبل، سمبل آف اٹ۔ واز سمبلک ویلیو اس میں تھی کہ پرافٹ یہاں رہے ہیں۔</w:t>
      </w:r>
    </w:p>
    <w:p>
      <w:r>
        <w:rPr>
          <w:b/>
        </w:rPr>
        <w:t xml:space="preserve">[41:00] </w:t>
      </w:r>
      <w:r>
        <w:t>to woh koi secret nahi tha. there is difference between secret</w:t>
      </w:r>
    </w:p>
    <w:p>
      <w:pPr>
        <w:jc w:val="right"/>
      </w:pPr>
      <w:r>
        <w:t>تو وہ کوئی سیکرٹ نہیں تھا۔ دیر از ڈفرنس بٹوین سیکرٹ</w:t>
      </w:r>
    </w:p>
    <w:p>
      <w:r>
        <w:rPr>
          <w:b/>
        </w:rPr>
        <w:t xml:space="preserve">[41:04] </w:t>
      </w:r>
      <w:r>
        <w:t>and symbol. to woh symbol tha, yaani shiaar tha. woh koi secret cheez nahi thi. to woh log jo bechare seedhe saade hote hain, lage wahan par ja ke chho, jaise jo hote hain, jo willing war par chhoote hain, wahan pe ja ke chho ke rote hain, is se rote hain.</w:t>
      </w:r>
    </w:p>
    <w:p>
      <w:pPr>
        <w:jc w:val="right"/>
      </w:pPr>
      <w:r>
        <w:t>اینڈ سمبل۔ تو وہ سمبل تھا، یعنی شعار تھا۔ وہ کوئی سیکرٹ چیز نہیں تھی۔ تو وہ لوگ جو بیچارے سیدھے سادھے ہوتے ہیں، لگے وہاں پر جا کے چھو، جیسے جو ہوتے ہیں، جو ویلنگ وار پر چھوتے ہیں، وہاں پہ جا کے چھو کے روتے ہیں، اس سے روتے ہیں۔</w:t>
      </w:r>
    </w:p>
    <w:p>
      <w:r>
        <w:rPr>
          <w:b/>
        </w:rPr>
        <w:t xml:space="preserve">[41:20] </w:t>
      </w:r>
      <w:r>
        <w:t>woh karne lage kuch mazhab. to aap mana kijiye un ko! yeh kya, is ko bulldozer kar dein? kitni historical cheez thi, itni bari historical</w:t>
      </w:r>
    </w:p>
    <w:p>
      <w:pPr>
        <w:jc w:val="right"/>
      </w:pPr>
      <w:r>
        <w:t>وہ کرنے لگے کچھ مذہب۔ تو آپ منع کیجئے ان کو! یہ کیا، اس کو بلڈوز کر دیں؟ کتنی ہسٹوریکل چیز تھی، اتنی بڑی ہسٹوریکل</w:t>
      </w:r>
    </w:p>
    <w:p>
      <w:r>
        <w:rPr>
          <w:b/>
        </w:rPr>
        <w:t xml:space="preserve">[41:29] </w:t>
      </w:r>
      <w:r>
        <w:t>cheez! no, there are so many people when they go there, and the people who are responsible to let them, just to say not to do it.</w:t>
      </w:r>
    </w:p>
    <w:p>
      <w:pPr>
        <w:jc w:val="right"/>
      </w:pPr>
      <w:r>
        <w:t>چیز! نو، دیر آر سو مینی پیپل وین دے گو دیر، اینڈ دا پیپل ہو آر ریسپانسبل ٹو لیٹ دیم، جسٹ ٹو سے ناٹ ٹو ڈو اٹ۔</w:t>
      </w:r>
    </w:p>
    <w:p>
      <w:r>
        <w:rPr>
          <w:b/>
        </w:rPr>
        <w:t xml:space="preserve">[41:40] </w:t>
      </w:r>
      <w:r>
        <w:t>they say, its easy to remove things. i think they have removed many, many, many monuments, small places like that.</w:t>
      </w:r>
    </w:p>
    <w:p>
      <w:pPr>
        <w:jc w:val="right"/>
      </w:pPr>
      <w:r>
        <w:t>دے سے، اٹس ایزی ٹو ریموو تھنگز۔ آئی تھنک دے ہیو ریمووڈ مینی، مینی، مینی مونومنٹس، سمال پلیسز لائک دیٹ۔</w:t>
      </w:r>
    </w:p>
    <w:p>
      <w:r>
        <w:rPr>
          <w:b/>
        </w:rPr>
        <w:t xml:space="preserve">[41:49] </w:t>
      </w:r>
      <w:r>
        <w:t>dekhen, ab jo hai, yeh bhi jaan lijiye,</w:t>
      </w:r>
    </w:p>
    <w:p>
      <w:pPr>
        <w:jc w:val="right"/>
      </w:pPr>
      <w:r>
        <w:t>دیکھیں، اب جو ہے، یہ بھی جان لیجئے،</w:t>
      </w:r>
    </w:p>
    <w:p>
      <w:r>
        <w:rPr>
          <w:b/>
        </w:rPr>
        <w:t xml:space="preserve">[41:54] </w:t>
      </w:r>
      <w:r>
        <w:t>do period hain. do period!</w:t>
      </w:r>
    </w:p>
    <w:p>
      <w:pPr>
        <w:jc w:val="right"/>
      </w:pPr>
      <w:r>
        <w:t>دو پیریڈ ہیں۔ دو پیریڈ!</w:t>
      </w:r>
    </w:p>
    <w:p>
      <w:r>
        <w:rPr>
          <w:b/>
        </w:rPr>
        <w:t xml:space="preserve">[41:57] </w:t>
      </w:r>
      <w:r>
        <w:t>first period mein woh chhaaye hue the, wahabi sab bilkul chhaaye hue the. at the time, there are no interaction, there are no such communication.</w:t>
      </w:r>
    </w:p>
    <w:p>
      <w:pPr>
        <w:jc w:val="right"/>
      </w:pPr>
      <w:r>
        <w:t>فرسٹ پیریڈ میں وہ چھائے ہوئے تھے، وہابی سب بالکل چھائے ہوئے تھے۔ ایٹ دا ٹائم، دیر آر نو انٹریکشن، دیر آر نو سچ کمیونیکیشن۔</w:t>
      </w:r>
    </w:p>
    <w:p>
      <w:r>
        <w:rPr>
          <w:b/>
        </w:rPr>
        <w:t xml:space="preserve">[42:07] </w:t>
      </w:r>
      <w:r>
        <w:t>woh zamana hai jabke hawai, hawai aviation ka daur nahi tha. tab to wohi oont par chalte the log, is mein wohi chhaaye hue the.</w:t>
      </w:r>
    </w:p>
    <w:p>
      <w:pPr>
        <w:jc w:val="right"/>
      </w:pPr>
      <w:r>
        <w:t>وہ زمانہ ہے جبکہ ہوائی، ہوائی ایوی ایشن کا دور نہیں تھا۔ تب تو وہی اونٹ پر چلتے تھے لوگ، اس میں وہی چھائے ہوئے تھے۔</w:t>
      </w:r>
    </w:p>
    <w:p>
      <w:r>
        <w:rPr>
          <w:b/>
        </w:rPr>
        <w:t xml:space="preserve">[42:16] </w:t>
      </w:r>
      <w:r>
        <w:t>wahabi sab tod phod daala, ab, ab nahi tod sakte woh, kyunke ab interaction hota hai. ab log aa rahe hain, ja rahe hain, duniya bhar ke log ja rahe hain. tab aisa nahi tha,</w:t>
      </w:r>
    </w:p>
    <w:p>
      <w:pPr>
        <w:jc w:val="right"/>
      </w:pPr>
      <w:r>
        <w:t>وہابی سب توڑ پھوڑ ڈالا، اب، اب نہیں توڑ سکتے وہ، کیونکہ اب انٹریکشن ہوتا ہے۔ اب لوگ آ رہے ہیں، جا رہے ہیں، دنیا بھر کے لوگ جا رہے ہیں۔ تب ایسا نہیں تھا،</w:t>
      </w:r>
    </w:p>
    <w:p>
      <w:r>
        <w:rPr>
          <w:b/>
        </w:rPr>
        <w:t xml:space="preserve">[42:25] </w:t>
      </w:r>
      <w:r>
        <w:t>aaj agar hota na, tab tod nahi sakte the woh. no, no, deobandiz, wahabi hain, aur deobandiz, wahabi.</w:t>
      </w:r>
    </w:p>
    <w:p>
      <w:pPr>
        <w:jc w:val="right"/>
      </w:pPr>
      <w:r>
        <w:t>آج اگر ہوتا نا، تب توڑ نہیں سکتے تھے وہ۔ نو، نو، دیوبندیز، وہابی ہیں، اور دیوبندیز، وہابی۔</w:t>
      </w:r>
    </w:p>
    <w:p>
      <w:r>
        <w:rPr>
          <w:b/>
        </w:rPr>
        <w:t xml:space="preserve">[42:37] </w:t>
      </w:r>
      <w:r>
        <w:t>according to my knowledge, there is no basic difference between deobandi and wahabi in term of principles, in term of theory.</w:t>
      </w:r>
    </w:p>
    <w:p>
      <w:pPr>
        <w:jc w:val="right"/>
      </w:pPr>
      <w:r>
        <w:t>اکارڈنگ ٹو مائی نالج، دیر از نو بیسک ڈیفرنس بٹوین دیوبندی اینڈ وہابی ان ٹرم آف پرنسپلز، ان ٹرم آف تھیوری۔</w:t>
      </w:r>
    </w:p>
    <w:p>
      <w:r>
        <w:rPr>
          <w:b/>
        </w:rPr>
        <w:t xml:space="preserve">[42:46] </w:t>
      </w:r>
      <w:r>
        <w:t>there is no basic difference, but deobandi is not extremist of that kind, but wahabis are extremist.</w:t>
      </w:r>
    </w:p>
    <w:p>
      <w:pPr>
        <w:jc w:val="right"/>
      </w:pPr>
      <w:r>
        <w:t>دیر از نو بیسک ڈیفرنس، بٹ دیوبندی از ناٹ ایکسٹریمسٹ آف دیٹ کائنڈ، بٹ وہابیز آر ایکسٹریمسٹ۔</w:t>
      </w:r>
    </w:p>
    <w:p>
      <w:r>
        <w:rPr>
          <w:b/>
        </w:rPr>
        <w:t xml:space="preserve">[42:57] </w:t>
      </w:r>
      <w:r>
        <w:t>basic difference is here.</w:t>
      </w:r>
    </w:p>
    <w:p>
      <w:pPr>
        <w:jc w:val="right"/>
      </w:pPr>
      <w:r>
        <w:t>بیسک ڈیفرنس از ہیر۔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