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Collective Repentance 24th February 2013</w:t>
      </w:r>
    </w:p>
    <w:p>
      <w:r>
        <w:t>https://youtu.be/TNw6muKhfpU</w:t>
      </w:r>
    </w:p>
    <w:p>
      <w:r>
        <w:rPr>
          <w:b/>
        </w:rPr>
        <w:t xml:space="preserve">[00:14] </w:t>
      </w:r>
      <w:r>
        <w:t>Bismillah hir rehman nir rahim, wa salli Allahu ala nabi il kareem. Rabb ishrah li sadri, wa yassir li amri,</w:t>
      </w:r>
    </w:p>
    <w:p>
      <w:pPr>
        <w:jc w:val="right"/>
      </w:pPr>
      <w:r>
        <w:t>بسم اللہ الرحمن الرحیم، وصلیاللہ علی النبی الکریم ۔ رباشرحلی صدری، و یسرلی امری،</w:t>
      </w:r>
    </w:p>
    <w:p>
      <w:r>
        <w:rPr>
          <w:b/>
        </w:rPr>
        <w:t xml:space="preserve">[00:29] </w:t>
      </w:r>
      <w:r>
        <w:t>wa'hlul uqdatan min lisani, yafqahu qawli.</w:t>
      </w:r>
    </w:p>
    <w:p>
      <w:pPr>
        <w:jc w:val="right"/>
      </w:pPr>
      <w:r>
        <w:t>واحلالعقدۃ منلسانی، یفقہ قولی۔</w:t>
      </w:r>
    </w:p>
    <w:p>
      <w:r>
        <w:rPr>
          <w:b/>
        </w:rPr>
        <w:t xml:space="preserve">[00:38] </w:t>
      </w:r>
      <w:r>
        <w:t>aaj ka topic hai</w:t>
      </w:r>
    </w:p>
    <w:p>
      <w:pPr>
        <w:jc w:val="right"/>
      </w:pPr>
      <w:r>
        <w:t>آجکا ٹاپکہے</w:t>
      </w:r>
    </w:p>
    <w:p>
      <w:r>
        <w:rPr>
          <w:b/>
        </w:rPr>
        <w:t xml:space="preserve">[00:44] </w:t>
      </w:r>
      <w:r>
        <w:t>: Ijtima'i tauba, yani collective repentance.</w:t>
      </w:r>
    </w:p>
    <w:p>
      <w:pPr>
        <w:jc w:val="right"/>
      </w:pPr>
      <w:r>
        <w:t>:اجتماعی توبہ ،یعنی کلیکٹیو ریپنٹنس ۔</w:t>
      </w:r>
    </w:p>
    <w:p>
      <w:r>
        <w:rPr>
          <w:b/>
        </w:rPr>
        <w:t xml:space="preserve">[00:53] </w:t>
      </w:r>
      <w:r>
        <w:t>dekhein, tauba jo hai woh Islam ki bohat aik ahem taleem hai.</w:t>
      </w:r>
    </w:p>
    <w:p>
      <w:pPr>
        <w:jc w:val="right"/>
      </w:pPr>
      <w:r>
        <w:t>دیکھیں،توبہجوہے وہ اسلام کی بہت ایک اہم تعلیم ہے۔</w:t>
      </w:r>
    </w:p>
    <w:p>
      <w:r>
        <w:rPr>
          <w:b/>
        </w:rPr>
        <w:t xml:space="preserve">[01:00] </w:t>
      </w:r>
      <w:r>
        <w:t>literal matlab tauba ka hai lautna. yani aadmi right path chal raha hai, phir woh bhatak gaya, deviate kar gaya,</w:t>
      </w:r>
    </w:p>
    <w:p>
      <w:pPr>
        <w:jc w:val="right"/>
      </w:pPr>
      <w:r>
        <w:t>لٹرل مطلب توبہکاہے لو ٹنا۔ یعنیآدمی رائٹ پاتھچلرہاہے، پھروہبھٹکگیا، ڈیویٹکرگیا،</w:t>
      </w:r>
    </w:p>
    <w:p>
      <w:r>
        <w:rPr>
          <w:b/>
        </w:rPr>
        <w:t xml:space="preserve">[01:16] </w:t>
      </w:r>
      <w:r>
        <w:t>to phir woh right path ki taraf laute. yeh hai tauba.</w:t>
      </w:r>
    </w:p>
    <w:p>
      <w:pPr>
        <w:jc w:val="right"/>
      </w:pPr>
      <w:r>
        <w:t>توپھروہ رائٹ پاتھکیطرف لوٹے۔ یہہےتوبہ۔</w:t>
      </w:r>
    </w:p>
    <w:p>
      <w:r>
        <w:rPr>
          <w:b/>
        </w:rPr>
        <w:t xml:space="preserve">[01:23] </w:t>
      </w:r>
      <w:r>
        <w:t>yeh term aap jante hain ke traffic mein bhi istemal hota hai. isko kehte hain traffic mein U-turn, U-turn lena.</w:t>
      </w:r>
    </w:p>
    <w:p>
      <w:pPr>
        <w:jc w:val="right"/>
      </w:pPr>
      <w:r>
        <w:t>یہ ٹرمآپجانتےہیں کہ ٹریفکمیںبھیاستعمالہوتاہے۔ اسکوکہتےہیںٹ ریفکٹرممیںی وٹرن ، یوٹرنلینا۔</w:t>
      </w:r>
    </w:p>
    <w:p>
      <w:r>
        <w:rPr>
          <w:b/>
        </w:rPr>
        <w:t xml:space="preserve">[01:37] </w:t>
      </w:r>
      <w:r>
        <w:t>aap apni gaadi chala rahe hain aik road par, phir aap ne notice kiya ke aap nayi road le li aapne, naye raste par chal gaye aap.</w:t>
      </w:r>
    </w:p>
    <w:p>
      <w:pPr>
        <w:jc w:val="right"/>
      </w:pPr>
      <w:r>
        <w:t>آپ اپنیگاڑیچلارہےہیں ایک روڈپر، پھرآپ نےنوٹسکیاکہآپ نئی روڈلےلیآپنے،نئےراستےپرچلےگئےآپ ۔</w:t>
      </w:r>
    </w:p>
    <w:p>
      <w:r>
        <w:rPr>
          <w:b/>
        </w:rPr>
        <w:t xml:space="preserve">[01:50] </w:t>
      </w:r>
      <w:r>
        <w:t>asal raste ko chhod diya aapne.</w:t>
      </w:r>
    </w:p>
    <w:p>
      <w:pPr>
        <w:jc w:val="right"/>
      </w:pPr>
      <w:r>
        <w:t>اصلراستےکوچھوڑدیا آپنے۔</w:t>
      </w:r>
    </w:p>
    <w:p>
      <w:r>
        <w:rPr>
          <w:b/>
        </w:rPr>
        <w:t xml:space="preserve">[01:52] </w:t>
      </w:r>
      <w:r>
        <w:t>to aap laut te hain, U-turn lete hain. isi tarah insaan ki zindagi mein pesh aata hai ke aadmi ko U-turn lena padta hai.</w:t>
      </w:r>
    </w:p>
    <w:p>
      <w:pPr>
        <w:jc w:val="right"/>
      </w:pPr>
      <w:r>
        <w:t>توآپلوٹتےہیں، یوٹرنلیتےہیں۔ اسیطرح انسان کیزندگی میںپیشآتاہےکہآدمیکو یوٹرنلیناپڑتاہے۔</w:t>
      </w:r>
    </w:p>
    <w:p>
      <w:r>
        <w:rPr>
          <w:b/>
        </w:rPr>
        <w:t xml:space="preserve">[02:03] </w:t>
      </w:r>
      <w:r>
        <w:t>iseko kehte hain tauba.</w:t>
      </w:r>
    </w:p>
    <w:p>
      <w:pPr>
        <w:jc w:val="right"/>
      </w:pPr>
      <w:r>
        <w:t>اسیکوکہتےہیںتوبہ۔</w:t>
      </w:r>
    </w:p>
    <w:p>
      <w:r>
        <w:rPr>
          <w:b/>
        </w:rPr>
        <w:t xml:space="preserve">[02:09] </w:t>
      </w:r>
      <w:r>
        <w:t>tauba ki teen conditions hain.</w:t>
      </w:r>
    </w:p>
    <w:p>
      <w:pPr>
        <w:jc w:val="right"/>
      </w:pPr>
      <w:r>
        <w:t>توبہ کی تین کنڈیشنہیں۔</w:t>
      </w:r>
    </w:p>
    <w:p>
      <w:r>
        <w:rPr>
          <w:b/>
        </w:rPr>
        <w:t xml:space="preserve">[02:14] </w:t>
      </w:r>
      <w:r>
        <w:t>aik hai nadamat. Hadees mein aata hai ke "At taubatu nadam". tauba nadamat ka naam hai.</w:t>
      </w:r>
    </w:p>
    <w:p>
      <w:pPr>
        <w:jc w:val="right"/>
      </w:pPr>
      <w:r>
        <w:t>ایکہے ندام ت ۔حدیثمیںآتاہےکہ"التوبۃ الندم"۔ توبہ ندامتکانامہے۔</w:t>
      </w:r>
    </w:p>
    <w:p>
      <w:r>
        <w:rPr>
          <w:b/>
        </w:rPr>
        <w:t xml:space="preserve">[02:26] </w:t>
      </w:r>
      <w:r>
        <w:t>nadamat ka matlab hai repentance. to tauba ki asal jo hai wohi hai: nadamat ya sharmindagi, repentance, yeh asal hai iski.</w:t>
      </w:r>
    </w:p>
    <w:p>
      <w:pPr>
        <w:jc w:val="right"/>
      </w:pPr>
      <w:r>
        <w:t>ندامتکامطلبہے ریپنٹنس ۔ تو توبہکیجواصلہے وہیہیہے: ندام ت یا شرمندگی، ریپنٹنس،یہاصلہےاسکی۔</w:t>
      </w:r>
    </w:p>
    <w:p>
      <w:r>
        <w:rPr>
          <w:b/>
        </w:rPr>
        <w:t xml:space="preserve">[02:39] </w:t>
      </w:r>
      <w:r>
        <w:t>iseke saath do aur ismein conditions jud jati hain.</w:t>
      </w:r>
    </w:p>
    <w:p>
      <w:pPr>
        <w:jc w:val="right"/>
      </w:pPr>
      <w:r>
        <w:t>اسیکےساتھ دواور اسمیں کنڈیشنجڑجاتیہیں۔</w:t>
      </w:r>
    </w:p>
    <w:p>
      <w:r>
        <w:rPr>
          <w:b/>
        </w:rPr>
        <w:t xml:space="preserve">[02:43] </w:t>
      </w:r>
      <w:r>
        <w:t>aikyah keh— yehpehlatuyehai keh aadmi apne kiaypar sharmindah ho.</w:t>
      </w:r>
    </w:p>
    <w:p>
      <w:pPr>
        <w:jc w:val="right"/>
      </w:pPr>
      <w:r>
        <w:t>ایکیہ کہ— یہپہلاتویہہےکہآدمی اپنے کیےپرشرمندہہو۔</w:t>
      </w:r>
    </w:p>
    <w:p>
      <w:r>
        <w:rPr>
          <w:b/>
        </w:rPr>
        <w:t xml:space="preserve">[02:54] </w:t>
      </w:r>
      <w:r>
        <w:t>dus rayehai keh woh yeh decide karay keh ab usko aesanaheen karna hai kabhi.</w:t>
      </w:r>
    </w:p>
    <w:p>
      <w:pPr>
        <w:jc w:val="right"/>
      </w:pPr>
      <w:r>
        <w:t>دوس رایہہےکہوہ یہ ڈیسائیڈکرے کہاب اسکو ایسانہیں کرناہےکبھی۔</w:t>
      </w:r>
    </w:p>
    <w:p>
      <w:r>
        <w:rPr>
          <w:b/>
        </w:rPr>
        <w:t xml:space="preserve">[03:03] </w:t>
      </w:r>
      <w:r>
        <w:t>aesakabheenheen karna hai, usko repeat naheen karna hai.</w:t>
      </w:r>
    </w:p>
    <w:p>
      <w:pPr>
        <w:jc w:val="right"/>
      </w:pPr>
      <w:r>
        <w:t>ایساکبھینہیںکرناہے، اسکوریپیٹنہیںکرناہے۔</w:t>
      </w:r>
    </w:p>
    <w:p>
      <w:r>
        <w:rPr>
          <w:b/>
        </w:rPr>
        <w:t xml:space="preserve">[03:08] </w:t>
      </w:r>
      <w:r>
        <w:t>aur teesrishartiyahai keh agar insaan kaymaamlaymein ghalti ki hai aapnay, insaan ko aapnay koie nuqsan pohanchaya hai, to usko aap ko compensate karna hoga, uski talafi karni hogi.</w:t>
      </w:r>
    </w:p>
    <w:p>
      <w:pPr>
        <w:jc w:val="right"/>
      </w:pPr>
      <w:r>
        <w:t>اور تیسریشرطیہہے کہاگر انسان کےمعاملےمیں غلطیکیہےآپنے، انسانکوآپنےکوئینقصانپہنچایاہے، تو اسکو آپ کو کمپنسیٹکرناہوگا، اسکی تلافیکرنیہوگی۔</w:t>
      </w:r>
    </w:p>
    <w:p>
      <w:r>
        <w:rPr>
          <w:b/>
        </w:rPr>
        <w:t xml:space="preserve">[03:25] </w:t>
      </w:r>
      <w:r>
        <w:t>yeh teen shartein hain toba ki.</w:t>
      </w:r>
    </w:p>
    <w:p>
      <w:pPr>
        <w:jc w:val="right"/>
      </w:pPr>
      <w:r>
        <w:t>یہ تین شرطیںہیںتوبہکی۔</w:t>
      </w:r>
    </w:p>
    <w:p>
      <w:r>
        <w:rPr>
          <w:b/>
        </w:rPr>
        <w:t xml:space="preserve">[03:30] </w:t>
      </w:r>
      <w:r>
        <w:t>to toba bohat ziyada aham hai isliye keh is dunya mein aadmi bar bar ghalti karta hai. koi bhi aadmi ghalti se bach naheen sakta.</w:t>
      </w:r>
    </w:p>
    <w:p>
      <w:pPr>
        <w:jc w:val="right"/>
      </w:pPr>
      <w:r>
        <w:t>تو توبہ بہت زیادہ اہمہےاسلیےکہاسدنیا میںآدمی بار بارغلطیکرتاہے۔ کوئیبھیآدمیغلطیسےبچنہیںسکتا۔</w:t>
      </w:r>
    </w:p>
    <w:p>
      <w:r>
        <w:rPr>
          <w:b/>
        </w:rPr>
        <w:t xml:space="preserve">[03:42] </w:t>
      </w:r>
      <w:r>
        <w:t>jo kaha jata hai keh "to human".</w:t>
      </w:r>
    </w:p>
    <w:p>
      <w:pPr>
        <w:jc w:val="right"/>
      </w:pPr>
      <w:r>
        <w:t>جوکہاجاتاہےکہ "ٹورازہیومن"۔</w:t>
      </w:r>
    </w:p>
    <w:p>
      <w:r>
        <w:rPr>
          <w:b/>
        </w:rPr>
        <w:t xml:space="preserve">[03:47] </w:t>
      </w:r>
      <w:r>
        <w:t>yehi baat hadees mein bhi kahi gayi hai: "kul bani adam khatta'un". khair ul khatta'een "tawwaboon".</w:t>
      </w:r>
    </w:p>
    <w:p>
      <w:pPr>
        <w:jc w:val="right"/>
      </w:pPr>
      <w:r>
        <w:t>یہیبات حدیثمیںبھیکہیگئیہے: "کل بنی آدم خط اون"۔ خ یر الخطائینے"تواب ون"۔</w:t>
      </w:r>
    </w:p>
    <w:p>
      <w:r>
        <w:rPr>
          <w:b/>
        </w:rPr>
        <w:t xml:space="preserve">[03:59] </w:t>
      </w:r>
      <w:r>
        <w:t>saaray insaan ghalti karte hain, aur sab se acha ghalti karne wala woh hai jo toba kare, jo laute. to toba ki do sooratein hain: aik hai infiradi toba, doosri hai ijtima'i toba.</w:t>
      </w:r>
    </w:p>
    <w:p>
      <w:pPr>
        <w:jc w:val="right"/>
      </w:pPr>
      <w:r>
        <w:t>سارے انسان غلطیکرتے ہیں، اور سبسےاچھاغلطیکرنے والاوہہے جو توبہکرے،جو لو ٹے۔ تو توبہکی دو صورت یںہیں: ایک ہے انفرادیتوبہ، دوسریہے اجتماعیتوبہ۔</w:t>
      </w:r>
    </w:p>
    <w:p>
      <w:r>
        <w:rPr>
          <w:b/>
        </w:rPr>
        <w:t xml:space="preserve">[04:18] </w:t>
      </w:r>
      <w:r>
        <w:t>yani individual repentance aur collective repentance.</w:t>
      </w:r>
    </w:p>
    <w:p>
      <w:pPr>
        <w:jc w:val="right"/>
      </w:pPr>
      <w:r>
        <w:t>یعنی انڈیویجولریپنٹنس اور کلیکٹیوریپنٹنس۔</w:t>
      </w:r>
    </w:p>
    <w:p>
      <w:r>
        <w:rPr>
          <w:b/>
        </w:rPr>
        <w:t xml:space="preserve">[04:25] </w:t>
      </w:r>
      <w:r>
        <w:t>aik soorat yeh hai keh aap ko apne personal maamlay mein, apne zaati maamlay mein koi ghalti kardi aapnay.</w:t>
      </w:r>
    </w:p>
    <w:p>
      <w:pPr>
        <w:jc w:val="right"/>
      </w:pPr>
      <w:r>
        <w:t>ایکصورت یہہےکہآپکو اپنے پرسنلمعاملےمیں، اپنے ذاتیمعاملےمیں کوئیغلطیکردیآپنے۔</w:t>
      </w:r>
    </w:p>
    <w:p>
      <w:r>
        <w:rPr>
          <w:b/>
        </w:rPr>
        <w:t xml:space="preserve">[04:36] </w:t>
      </w:r>
      <w:r>
        <w:t>yani aik aisi ghalti jiska ta'alluq khud aap ki apni zaat se tha.</w:t>
      </w:r>
    </w:p>
    <w:p>
      <w:pPr>
        <w:jc w:val="right"/>
      </w:pPr>
      <w:r>
        <w:t>یعنیایکایسیغلطیجسکا تعلقخود آپکی اپنی ذاتسےتھا۔</w:t>
      </w:r>
    </w:p>
    <w:p>
      <w:r>
        <w:rPr>
          <w:b/>
        </w:rPr>
        <w:t xml:space="preserve">[04:42] </w:t>
      </w:r>
      <w:r>
        <w:t>to ismein jo aap toba kareinge usko kaha jayega infiradi toba, ya individual repentance.</w:t>
      </w:r>
    </w:p>
    <w:p>
      <w:pPr>
        <w:jc w:val="right"/>
      </w:pPr>
      <w:r>
        <w:t>تو اسمیںجو آپ توبہکریںگےاسکوکہاجائےگاانفرادیتوبہ ،یا انڈیویج ول ریپنٹنس۔</w:t>
      </w:r>
    </w:p>
    <w:p>
      <w:r>
        <w:rPr>
          <w:b/>
        </w:rPr>
        <w:t xml:space="preserve">[04:51] </w:t>
      </w:r>
      <w:r>
        <w:t>to Quran mein bar bar iska zikr aaya hai, yani individual repentance ka zikr Quran mein bar bar aaya hai. lekin ijtima'i toba ka zikr Quran mein aik hi baar aaya hai,</w:t>
      </w:r>
    </w:p>
    <w:p>
      <w:pPr>
        <w:jc w:val="right"/>
      </w:pPr>
      <w:r>
        <w:t>تو قرآنمیں باربار اسکاذکرآیاہے، یعنیانڈیویجول ریپنٹنسکاذکر قرآنمیںباربارآیاہے۔ لیکن اجتماعیتوبہ کا ذکر قرآنمیںایکہیبارآیاہے،</w:t>
      </w:r>
    </w:p>
    <w:p>
      <w:r>
        <w:rPr>
          <w:b/>
        </w:rPr>
        <w:t xml:space="preserve">[05:05] </w:t>
      </w:r>
      <w:r>
        <w:t>woh hai Surah An-Noor mein. Surah An-Noor Quran ki chapter number 24 hai.</w:t>
      </w:r>
    </w:p>
    <w:p>
      <w:pPr>
        <w:jc w:val="right"/>
      </w:pPr>
      <w:r>
        <w:t>وہہےسورہالنورمیں۔سورہالنور قرآن کی چیپٹرنمبر2 4 ہے۔</w:t>
      </w:r>
    </w:p>
    <w:p>
      <w:r>
        <w:rPr>
          <w:b/>
        </w:rPr>
        <w:t xml:space="preserve">[05:13] </w:t>
      </w:r>
      <w:r>
        <w:t>ismein yeh ayat hai keh :"Ae imaan walo! tum sab mil kar toba karo taake tum falah ko pao".</w:t>
      </w:r>
    </w:p>
    <w:p>
      <w:pPr>
        <w:jc w:val="right"/>
      </w:pPr>
      <w:r>
        <w:t>اسمیں یہآیتہے کہ :"اےایمانوالو!تم سب مل کرتوبہکرو تاکہتم فلاحکوپاؤ"۔</w:t>
      </w:r>
    </w:p>
    <w:p>
      <w:r>
        <w:rPr>
          <w:b/>
        </w:rPr>
        <w:t xml:space="preserve">[05:23] </w:t>
      </w:r>
      <w:r>
        <w:t>yani Allah ki blessing ko pao, success ko pao, kamyabi ko pao.</w:t>
      </w:r>
    </w:p>
    <w:p>
      <w:pPr>
        <w:jc w:val="right"/>
      </w:pPr>
      <w:r>
        <w:t>یعنیاللہ کیبلیسنگکوپاؤ،سکسیسکوپاؤ، کامیابیکوپاؤ۔</w:t>
      </w:r>
    </w:p>
    <w:p>
      <w:r>
        <w:rPr>
          <w:b/>
        </w:rPr>
        <w:t xml:space="preserve">[05:31] </w:t>
      </w:r>
      <w:r>
        <w:t>to yeh ijtima'i toba kiya hai? yeh khud Quran mein aap Surah An-Noor ka muta'ala karein, us se aap samajh sakte hain.</w:t>
      </w:r>
    </w:p>
    <w:p>
      <w:pPr>
        <w:jc w:val="right"/>
      </w:pPr>
      <w:r>
        <w:t>تو یہ اجتماعی توبہکیاہے؟ یہ خود قرآنمیںآپ سورہالنورکامطالعہکریں، اسسےآپسمجھسکتےہیں۔</w:t>
      </w:r>
    </w:p>
    <w:p>
      <w:r>
        <w:rPr>
          <w:b/>
        </w:rPr>
        <w:t xml:space="preserve">[05:42] </w:t>
      </w:r>
      <w:r>
        <w:t>Surah An-Noor aayi thi hijrat ke panchwein saal.</w:t>
      </w:r>
    </w:p>
    <w:p>
      <w:pPr>
        <w:jc w:val="right"/>
      </w:pPr>
      <w:r>
        <w:t>سورہ النوراتریتھی ہجرتکے پانچویںسال ۔</w:t>
      </w:r>
    </w:p>
    <w:p>
      <w:r>
        <w:rPr>
          <w:b/>
        </w:rPr>
        <w:t xml:space="preserve">[05:50] </w:t>
      </w:r>
      <w:r>
        <w:t>ismein aik waqea hua tha keh Rasool Allah aik safar pe gaye, bohat se sahaba aap ke saath thay, aur aap ki ahliya Hazrat Aisha bhi aap ke saath gayeen.</w:t>
      </w:r>
    </w:p>
    <w:p>
      <w:pPr>
        <w:jc w:val="right"/>
      </w:pPr>
      <w:r>
        <w:t>اسمیں ایک واقع ہہواتھا کہرسولاللہ ایکسفرپہگئے، بہتسےصحابہآپکےساتھ تھے، اور آپ کی اہلیہ حضرتعائشہبھیآپکےساتھ گئیں۔</w:t>
      </w:r>
    </w:p>
    <w:p>
      <w:r>
        <w:rPr>
          <w:b/>
        </w:rPr>
        <w:t xml:space="preserve">[06:06] </w:t>
      </w:r>
      <w:r>
        <w:t>to wapsi mein jab keh aik maqam par raat ko padao dala gaya tha, phir subah pehle, subah se pehle wahan se log rawana huey,</w:t>
      </w:r>
    </w:p>
    <w:p>
      <w:pPr>
        <w:jc w:val="right"/>
      </w:pPr>
      <w:r>
        <w:t>تو واپسیمیں جب کہ ایک مقام پرراتکوپڑاؤڈالاگیاتھا، پھر صبح پہلے ،صبحسےپہلے وہاںسے لوگ روانہہوئے ،</w:t>
      </w:r>
    </w:p>
    <w:p>
      <w:r>
        <w:rPr>
          <w:b/>
        </w:rPr>
        <w:t xml:space="preserve">[06:21] </w:t>
      </w:r>
      <w:r>
        <w:t>to rawangi mein aik maamla pesh aa gaya, iski wajah se Hazrat Aisha pichhar gayeen, reh gayeen qafle mein.</w:t>
      </w:r>
    </w:p>
    <w:p>
      <w:pPr>
        <w:jc w:val="right"/>
      </w:pPr>
      <w:r>
        <w:t>تو روانگیمیں ایکمعاملہ پیشآگیا، اسکی وجہسے حضرتعائشہ پچھڑگئیں، رہگئیںقافلےمیں۔</w:t>
      </w:r>
    </w:p>
    <w:p>
      <w:r>
        <w:rPr>
          <w:b/>
        </w:rPr>
        <w:t xml:space="preserve">[06:32] </w:t>
      </w:r>
      <w:r>
        <w:t>iska qissa aap janna chahein to aap Surah An-Noor ki tafseer mein dekh sakte hain. har tafseer mein aap ko yeh qissa mil jayega.</w:t>
      </w:r>
    </w:p>
    <w:p>
      <w:pPr>
        <w:jc w:val="right"/>
      </w:pPr>
      <w:r>
        <w:t>اسکا قصہآپجانناچاہیںتوآپ سورہ النورکیتفسیرمیں دیکھسکتےہیں۔ ہرتفسیرمیںآپکو یہقصہ ملجائےگا۔</w:t>
      </w:r>
    </w:p>
    <w:p>
      <w:r>
        <w:rPr>
          <w:b/>
        </w:rPr>
        <w:t xml:space="preserve">[06:43] </w:t>
      </w:r>
      <w:r>
        <w:t>to phir kiya hua keh Hazrat Aisha</w:t>
      </w:r>
    </w:p>
    <w:p>
      <w:pPr>
        <w:jc w:val="right"/>
      </w:pPr>
      <w:r>
        <w:t>تو پھرکیا ہوا کہ حضرتعائشہ</w:t>
      </w:r>
    </w:p>
    <w:p>
      <w:r>
        <w:rPr>
          <w:b/>
        </w:rPr>
        <w:t xml:space="preserve">[06:49] </w:t>
      </w:r>
      <w:r>
        <w:t>ne jab dekha keh mein akeli hoon, jahan par padao dala tha logon ne, jab woh log nikal ke chale gaye, raat ka waqt tha, kisi ne dekha naheen,</w:t>
      </w:r>
    </w:p>
    <w:p>
      <w:pPr>
        <w:jc w:val="right"/>
      </w:pPr>
      <w:r>
        <w:t>نےجبدیکھاکہمیں اکیلیہوں، جہاںپر پڑاؤڈالاتھالوگوںنے،جب وہ لوگنکلکےچلےگئے، راتکاوقتتھا،کسینےدیکھانہیں ،</w:t>
      </w:r>
    </w:p>
    <w:p>
      <w:r>
        <w:rPr>
          <w:b/>
        </w:rPr>
        <w:t xml:space="preserve">[07:00] </w:t>
      </w:r>
      <w:r>
        <w:t>to hazrat aisha ko mehsoos hua ke mein to akeli hoon, log chalay gaye, to chaadar orrh kar wahan par woh lait gaeen.</w:t>
      </w:r>
    </w:p>
    <w:p>
      <w:pPr>
        <w:jc w:val="right"/>
      </w:pPr>
      <w:r>
        <w:t>تو حضرت عائشہکومحسوسہواکہمیںتواکیلیہوں، لوگچلےگئے، تو چ ادر اوڑھکروہاںپروہ لیٹگئیں۔</w:t>
      </w:r>
    </w:p>
    <w:p>
      <w:r>
        <w:rPr>
          <w:b/>
        </w:rPr>
        <w:t xml:space="preserve">[07:10] </w:t>
      </w:r>
      <w:r>
        <w:t>to pehle zamanay mein yeh aqaaid hotay thay ke is tarah ke safaron mein aik aadmi muqarrar hota tha ke tum ko peechay, sab say peechay aana hai.</w:t>
      </w:r>
    </w:p>
    <w:p>
      <w:pPr>
        <w:jc w:val="right"/>
      </w:pPr>
      <w:r>
        <w:t>تو پہلے زمان ےمیںیہعقائدہہوتاتھاکہ اسطرح کےسف روںمیں ایکآدمی مقررہوتاتھاکہتم کو پیچھے،سبسےپیچھےآناہے۔</w:t>
      </w:r>
    </w:p>
    <w:p>
      <w:r>
        <w:rPr>
          <w:b/>
        </w:rPr>
        <w:t xml:space="preserve">[07:21] </w:t>
      </w:r>
      <w:r>
        <w:t>yani sab log jab ja chukay hain to baad ko tumhain chalna hai. taa ke koi cheez choot gayi hai, koi insaan choot gaya hai, koi baat reh gayi hai, to woh tum jaan lo us ko aur us ko theek thaak karo.</w:t>
      </w:r>
    </w:p>
    <w:p>
      <w:pPr>
        <w:jc w:val="right"/>
      </w:pPr>
      <w:r>
        <w:t>یعنیسبلوگ جب جاچکےہیں تو بعد کوتمہیںچلناہے۔ تاکہ کوئی کوئیچیزچھوٹگئیہے،کوئیانسان چھوٹگیاہے،کوئیباتہوگئیہے،تووہ تم جانواسکو اوراسکو ٹھیکٹھاککرو۔</w:t>
      </w:r>
    </w:p>
    <w:p>
      <w:r>
        <w:rPr>
          <w:b/>
        </w:rPr>
        <w:t xml:space="preserve">[07:37] </w:t>
      </w:r>
      <w:r>
        <w:t>to is mauqa par aik thay, hassan ka naam tha, aik naujawan sahabi, woh is kaam ke liye muqarrar thay. to woh baad ko rawana hue.</w:t>
      </w:r>
    </w:p>
    <w:p>
      <w:pPr>
        <w:jc w:val="right"/>
      </w:pPr>
      <w:r>
        <w:t>تو اس موقعپر ایک تھے ،حس ن کانامتھا،ایکنوجوانصحابی، وہ اسکامکےلیےمقررتھے۔ تووہبعد کو روانہہوئے۔</w:t>
      </w:r>
    </w:p>
    <w:p>
      <w:r>
        <w:rPr>
          <w:b/>
        </w:rPr>
        <w:t xml:space="preserve">[07:49] </w:t>
      </w:r>
      <w:r>
        <w:t>to baad ko jab so kar uthay rawangi ke liye to unhon ne dekha ke koi soya hua hai wahan par.</w:t>
      </w:r>
    </w:p>
    <w:p>
      <w:pPr>
        <w:jc w:val="right"/>
      </w:pPr>
      <w:r>
        <w:t>توبعدکو جب سوکراٹھے روانگیکےلیے توانہوںنےدیکھاکہ کوئی سویاہواہےوہاںپر۔</w:t>
      </w:r>
    </w:p>
    <w:p>
      <w:r>
        <w:rPr>
          <w:b/>
        </w:rPr>
        <w:t xml:space="preserve">[07:59] </w:t>
      </w:r>
      <w:r>
        <w:t>to qareeb gaye to maloom hua ke yeh to hazrat aisha hain. to koi baat cheet nahi hui dono mein. to hassan ne yeh kiya ke apna oont wahan laaye aur oont ko wahan bitha diya.</w:t>
      </w:r>
    </w:p>
    <w:p>
      <w:pPr>
        <w:jc w:val="right"/>
      </w:pPr>
      <w:r>
        <w:t>تو قریبگئے تومعلومہواکہیہتوحضرتعائشہہیں۔ توکوئیباتچیتنہیں ہوئیدونوںمیں۔ توحس ننےیہکیاکہاپنا اونٹوہاںلائے اوراونٹکووہاںبٹھادیا۔</w:t>
      </w:r>
    </w:p>
    <w:p>
      <w:r>
        <w:rPr>
          <w:b/>
        </w:rPr>
        <w:t xml:space="preserve">[08:14] </w:t>
      </w:r>
      <w:r>
        <w:t>yeh ishaara tha ke aap is par sawaar ho jain.</w:t>
      </w:r>
    </w:p>
    <w:p>
      <w:pPr>
        <w:jc w:val="right"/>
      </w:pPr>
      <w:r>
        <w:t>یہاشار ہتھاکہ آپ اسپر سوارہوجائیں۔</w:t>
      </w:r>
    </w:p>
    <w:p>
      <w:r>
        <w:rPr>
          <w:b/>
        </w:rPr>
        <w:t xml:space="preserve">[08:18] </w:t>
      </w:r>
      <w:r>
        <w:t>koi baat cheet nahi hui. oont ko bitha diya. to hazrat aisha is oont par baith gaeen. aur phir hassan aagay aagay oont ki jo na'al hoti hai us ko pakar kar chalay.</w:t>
      </w:r>
    </w:p>
    <w:p>
      <w:pPr>
        <w:jc w:val="right"/>
      </w:pPr>
      <w:r>
        <w:t>کوئیباتچیتنہیں ہوئی ۔ اونٹکوبٹھادیا۔ تو حضرتعائشہاساونٹپربیٹھگئیں۔ اورپھر حسن آگےآگے اونٹکی جو نکیلہوتیہےاسکوپکڑکر چ لے۔</w:t>
      </w:r>
    </w:p>
    <w:p>
      <w:r>
        <w:rPr>
          <w:b/>
        </w:rPr>
        <w:t xml:space="preserve">[08:33] </w:t>
      </w:r>
      <w:r>
        <w:t>to jab madinay mein dakhil hue</w:t>
      </w:r>
    </w:p>
    <w:p>
      <w:pPr>
        <w:jc w:val="right"/>
      </w:pPr>
      <w:r>
        <w:t>توجب مدینےمیںداخل ہوئے</w:t>
      </w:r>
    </w:p>
    <w:p>
      <w:r>
        <w:rPr>
          <w:b/>
        </w:rPr>
        <w:t xml:space="preserve">[08:38] </w:t>
      </w:r>
      <w:r>
        <w:t>to logon ne dekha ke hazrat aisha akeli chali aa rahi hain, aik naujawan sahabi ke saath</w:t>
      </w:r>
    </w:p>
    <w:p>
      <w:pPr>
        <w:jc w:val="right"/>
      </w:pPr>
      <w:r>
        <w:t>تو لوگوںنےدیکھاکہ حضرتعائشہ اکیلیچلیآرہیہیں، ایک نوجوانصحابیکےساتھ</w:t>
      </w:r>
    </w:p>
    <w:p>
      <w:r>
        <w:rPr>
          <w:b/>
        </w:rPr>
        <w:t xml:space="preserve">[08:48] </w:t>
      </w:r>
      <w:r>
        <w:t>. to wahan to kuch log thay aisay mukhalif, woh kuch shoshay ki talaash mein rehtay thay. to aik shosha mila un ko.</w:t>
      </w:r>
    </w:p>
    <w:p>
      <w:pPr>
        <w:jc w:val="right"/>
      </w:pPr>
      <w:r>
        <w:t>۔تو وہاں تو کچھلوگ تھے ایسے مخالف ،وہ کچھشوشےکیتلاشمیںرہتےتھے۔ توایکشوشہملاانکو ۔</w:t>
      </w:r>
    </w:p>
    <w:p>
      <w:r>
        <w:rPr>
          <w:b/>
        </w:rPr>
        <w:t xml:space="preserve">[09:01] </w:t>
      </w:r>
      <w:r>
        <w:t>to aisay logon ka sardaar tha abdullah ibn abi. jab abdullah ibn abi ko yeh maloom hua ke is tarah aayi hain aisha to us ne aik shosha chhor diya.</w:t>
      </w:r>
    </w:p>
    <w:p>
      <w:pPr>
        <w:jc w:val="right"/>
      </w:pPr>
      <w:r>
        <w:t>تو ای سےلوگوںکاسردارتھا عبداللہابن ابی۔ جب عبداللہ ابنابیکو یہمعلومہواکہاسطرحآئیہیںعائشہ تواسنےایکشوشہچھوڑدیا۔</w:t>
      </w:r>
    </w:p>
    <w:p>
      <w:r>
        <w:rPr>
          <w:b/>
        </w:rPr>
        <w:t xml:space="preserve">[09:15] </w:t>
      </w:r>
      <w:r>
        <w:t>aik jumla us ne kaha ke: "wallah ma najtumanha wa ma najtumanha". bas yeh bohat hi zehreeela jumla tha, zehreeela.</w:t>
      </w:r>
    </w:p>
    <w:p>
      <w:pPr>
        <w:jc w:val="right"/>
      </w:pPr>
      <w:r>
        <w:t>ایک جملہ اسنےکہا کہ:"واللہ مانجتمنہ ومانجامنہا"۔ بس یہ بہتہی زہریلاجملہتھا،زہریلا۔</w:t>
      </w:r>
    </w:p>
    <w:p>
      <w:r>
        <w:rPr>
          <w:b/>
        </w:rPr>
        <w:t xml:space="preserve">[09:30] </w:t>
      </w:r>
      <w:r>
        <w:t>"wallah ma najtumanha wa ma najtumanha". aur yeh saaray madinay mein phail gaya, aik afwah ke roop mein. riwayat batati hain ke saara madina jo tha us se mutasir ho gaya.</w:t>
      </w:r>
    </w:p>
    <w:p>
      <w:pPr>
        <w:jc w:val="right"/>
      </w:pPr>
      <w:r>
        <w:t>"واللہ مانجتمنہ ومانجامنہا"۔ اوریہسارے مدینےمیںپھیلگیا، ایک افواہکےروپمیں۔ روایت بت اتیہیںکہ سارا مدینہجوتھا اسسےمتاثرہوگیا۔</w:t>
      </w:r>
    </w:p>
    <w:p>
      <w:r>
        <w:rPr>
          <w:b/>
        </w:rPr>
        <w:t xml:space="preserve">[09:46] </w:t>
      </w:r>
      <w:r>
        <w:t>aam o parwar logon negative ho gaye is khabar ko le kar. yahan tak ke khud hazrat rasool, khud hazrat aisha ki jo family thi, family,</w:t>
      </w:r>
    </w:p>
    <w:p>
      <w:pPr>
        <w:jc w:val="right"/>
      </w:pPr>
      <w:r>
        <w:t>عم ومی طورپرلوگ نیگیٹیوہوگئے اسخبرکولےکر ۔ یہاںتککہخود حضرت رسول ،خود حضرتعائشہکیجوفیملیتھی،فیملی،</w:t>
      </w:r>
    </w:p>
    <w:p>
      <w:r>
        <w:rPr>
          <w:b/>
        </w:rPr>
        <w:t xml:space="preserve">[09:59] </w:t>
      </w:r>
      <w:r>
        <w:t>aur rasoolullah ki jo family thi woh khud mutasir ho gayi. us ki tafseel aap riwayat mein dekh saktay hain.</w:t>
      </w:r>
    </w:p>
    <w:p>
      <w:pPr>
        <w:jc w:val="right"/>
      </w:pPr>
      <w:r>
        <w:t>اور رسولاللہکیجوفیملیتھی وہ خود متاثرہوگئی۔ اسکیتفصیل آپروایتمیںدیکھسکتےہیں۔</w:t>
      </w:r>
    </w:p>
    <w:p>
      <w:r>
        <w:rPr>
          <w:b/>
        </w:rPr>
        <w:t xml:space="preserve">[10:08] </w:t>
      </w:r>
      <w:r>
        <w:t>us waqt yeh ayat utri ke: "tum ne bohat bari ghalati ki hai.</w:t>
      </w:r>
    </w:p>
    <w:p>
      <w:pPr>
        <w:jc w:val="right"/>
      </w:pPr>
      <w:r>
        <w:t>اسوقت یہآیتاتری کہ:"تمنےبہت بڑیغلطیکیہے۔</w:t>
      </w:r>
    </w:p>
    <w:p>
      <w:r>
        <w:rPr>
          <w:b/>
        </w:rPr>
        <w:t xml:space="preserve">[10:14] </w:t>
      </w:r>
      <w:r>
        <w:t>saaray madinay walon ne aisi ghalat baat kyun maan li? itni negative thinking kaise tumharay andar aa gayi? suntay hi tum ko kehna chahiye tha ke yeh to ghalat hai, yeh to jhoot hai".</w:t>
      </w:r>
    </w:p>
    <w:p>
      <w:pPr>
        <w:jc w:val="right"/>
      </w:pPr>
      <w:r>
        <w:t>سارے مدینےوالوںنے ایسیغلطباتکیوںمانلی؟ اتنی نیگیٹیوتھنکنگکیسےتمہارےاندرآگئی ؟ سن تےہیتم کو کہناچاہیےتھاکہیہتوغلطہے، یہتوجھوٹہے"۔</w:t>
      </w:r>
    </w:p>
    <w:p>
      <w:r>
        <w:rPr>
          <w:b/>
        </w:rPr>
        <w:t xml:space="preserve">[10:29] </w:t>
      </w:r>
      <w:r>
        <w:t>to us waqt yeh ayat utarti thi: "ae musalmanon! sab mil kar toba karo". "la allakum taghfaroon". isi toba se tum ko falah milay gi.</w:t>
      </w:r>
    </w:p>
    <w:p>
      <w:pPr>
        <w:jc w:val="right"/>
      </w:pPr>
      <w:r>
        <w:t>تو اس وقت یہآیتاتریتھی:"اےمس لمانوں!سبملکرتوبہکرو"۔ "ل َلْكُمْتَغْرُونَ" ۔اسیتوبہسےتم کو فلاحملےگی۔</w:t>
      </w:r>
    </w:p>
    <w:p>
      <w:r>
        <w:rPr>
          <w:b/>
        </w:rPr>
        <w:t xml:space="preserve">[10:43] </w:t>
      </w:r>
      <w:r>
        <w:t>ab us ko samjhiye aap ke ijtima'i toba ya collective repentance kiya hai?</w:t>
      </w:r>
    </w:p>
    <w:p>
      <w:pPr>
        <w:jc w:val="right"/>
      </w:pPr>
      <w:r>
        <w:t>اب اسکوسمجھیےآپ کہ اجتماعیتوبہ یا کلیکٹیوریپنٹنسکیاہے؟</w:t>
      </w:r>
    </w:p>
    <w:p>
      <w:r>
        <w:rPr>
          <w:b/>
        </w:rPr>
        <w:t xml:space="preserve">[10:55] </w:t>
      </w:r>
      <w:r>
        <w:t>jab koi cheez aik aam par waisi evil ke taur par phail jaye logon ke andar, yeh sab log us se mutasir ho jayen.</w:t>
      </w:r>
    </w:p>
    <w:p>
      <w:pPr>
        <w:jc w:val="right"/>
      </w:pPr>
      <w:r>
        <w:t>جب کوئی چیز ایک آل پرو یسی ایولکےطور پر پھیلجائےلوگوںکےاندر، یہسبلوگ اسسےمتاثرہوجائیں۔</w:t>
      </w:r>
    </w:p>
    <w:p>
      <w:r>
        <w:rPr>
          <w:b/>
        </w:rPr>
        <w:t xml:space="preserve">[11:10] </w:t>
      </w:r>
      <w:r>
        <w:t>aik aam par waisi mentality ban jaye logon ki. us waqt us ki zaroorat paish aati hai ke log ijtima'i toba karen.</w:t>
      </w:r>
    </w:p>
    <w:p>
      <w:pPr>
        <w:jc w:val="right"/>
      </w:pPr>
      <w:r>
        <w:t>ایک آل پرویسی مینٹیلٹیبنجائےلوگوںکی۔ اسوقت اسکیضرورت پیشآتیہےکہلوگ اجتماعیتوبہکریں۔</w:t>
      </w:r>
    </w:p>
    <w:p>
      <w:r>
        <w:rPr>
          <w:b/>
        </w:rPr>
        <w:t xml:space="preserve">[11:20] </w:t>
      </w:r>
      <w:r>
        <w:t>to ijtima'i toba jo hai us ka matlab kiya hai? us ka matlab yeh nahi ke aik buzurg stage par aayein, loudspeaker par woh alfaaz bolen aur sab log aameen aameen karen, aik bhirh jama ho wahan par.</w:t>
      </w:r>
    </w:p>
    <w:p>
      <w:pPr>
        <w:jc w:val="right"/>
      </w:pPr>
      <w:r>
        <w:t>تواجتماعیتوبہجوہے کامطلبکیا ہے؟ اسکامطلب یہنہیںکہایکبزرگ اسٹیجپہآئیں، لاؤڈاسپیکرپروہ الفاظبول یںاور سبلوگ آمینآمینکریں،ایکبھیڑاکٹھاہووہاںپر ۔</w:t>
      </w:r>
    </w:p>
    <w:p>
      <w:r>
        <w:rPr>
          <w:b/>
        </w:rPr>
        <w:t xml:space="preserve">[11:36] </w:t>
      </w:r>
      <w:r>
        <w:t>harghiz harghiz yeh ijtima'i toba nahi hai.</w:t>
      </w:r>
    </w:p>
    <w:p>
      <w:pPr>
        <w:jc w:val="right"/>
      </w:pPr>
      <w:r>
        <w:t>ہرگزہرگزیہاجتماعیتوبہنہیںہے۔</w:t>
      </w:r>
    </w:p>
    <w:p>
      <w:r>
        <w:rPr>
          <w:b/>
        </w:rPr>
        <w:t xml:space="preserve">[11:43] </w:t>
      </w:r>
      <w:r>
        <w:t>yeh to aik aur, aik aur hai koi qissa hai jis ko jo jo chahen naam de dijiye. yeh harghiz ijtima'i toba nahi hai.</w:t>
      </w:r>
    </w:p>
    <w:p>
      <w:pPr>
        <w:jc w:val="right"/>
      </w:pPr>
      <w:r>
        <w:t>یہتوایکاور ،ایکاورہیکوئیقصہہے جسکو جو جوچاہیںآپنامدیجیے۔ یہ ہرگزاجتماعیتوبہنہیںہے۔</w:t>
      </w:r>
    </w:p>
    <w:p>
      <w:r>
        <w:rPr>
          <w:b/>
        </w:rPr>
        <w:t xml:space="preserve">[11:53] </w:t>
      </w:r>
      <w:r>
        <w:t>aur nah wohan aesa bhi hua. madine mein aesa nahin hua ke sab madine wale jama hon aur rasool Allah kuch alfaaz bolen, sab kahen aameen aameen.</w:t>
      </w:r>
    </w:p>
    <w:p>
      <w:pPr>
        <w:jc w:val="right"/>
      </w:pPr>
      <w:r>
        <w:t>اورنہوہاںایساکبھیہوا۔ مدینےمیںایسانہیںہوا کہسب مدینےوالےجمع ہوں اور رسولاللہکچھالفاظبولیں،سبکہیںآمین آمین۔</w:t>
      </w:r>
    </w:p>
    <w:p>
      <w:r>
        <w:rPr>
          <w:b/>
        </w:rPr>
        <w:t xml:space="preserve">[12:02] </w:t>
      </w:r>
      <w:r>
        <w:t>yeh to wahan hua nah. aesa nahin hua wahan par.</w:t>
      </w:r>
    </w:p>
    <w:p>
      <w:pPr>
        <w:jc w:val="right"/>
      </w:pPr>
      <w:r>
        <w:t>یہتو وہاںہوانہیں۔ ایسانہیںہواوہاںپر ۔</w:t>
      </w:r>
    </w:p>
    <w:p>
      <w:r>
        <w:rPr>
          <w:b/>
        </w:rPr>
        <w:t xml:space="preserve">[12:09] </w:t>
      </w:r>
      <w:r>
        <w:t>to ab agar aap aesa karen to aap aik bid'at karenge, aap ijtimai tauba nahin karenge. to ismein dekhiye jo baat samajh mein aati hai wohi yeh hai ke is yeh jo quran mein ijtimai tauba ki baat kahi gayi hai woh kahi gayi hai negative thinking ke muamle mein.</w:t>
      </w:r>
    </w:p>
    <w:p>
      <w:pPr>
        <w:jc w:val="right"/>
      </w:pPr>
      <w:r>
        <w:t>تو اباگر آپ ایساکریںتو آپ ایک بدعتکریںگے، آپ اجتماعیتوبہنہیںکریںگے۔ تواسمیںدیکھیے جو باتسمجھمیںآتیہےوہیہہےکہ اسیہجو قرآنمیں اجتماعیتوبہکیباتکہیگئیہے وہ کہیگئیہے نیگیٹیوتھنکنگکےمعاملےمیں۔</w:t>
      </w:r>
    </w:p>
    <w:p>
      <w:r>
        <w:rPr>
          <w:b/>
        </w:rPr>
        <w:t xml:space="preserve">[12:31] </w:t>
      </w:r>
      <w:r>
        <w:t>ke saare madine ke log negative mentality mein mubtala ho gaye Hazrat Aisha ke bare mein.</w:t>
      </w:r>
    </w:p>
    <w:p>
      <w:pPr>
        <w:jc w:val="right"/>
      </w:pPr>
      <w:r>
        <w:t>کہ سارے مدینہ کےلوگ نیگیٹیومینٹیلٹیمیںمبتلاہوگئے حضرتعائشہکےبارےمیں۔</w:t>
      </w:r>
    </w:p>
    <w:p>
      <w:r>
        <w:rPr>
          <w:b/>
        </w:rPr>
        <w:t xml:space="preserve">[12:39] </w:t>
      </w:r>
      <w:r>
        <w:t>to barah e raast taur par is ayat ka talluq jis cheez se hai woh isi soorat e haal se hai ke jab aam o me'yar par aal parwaisi andaz mein log negative mentality mein pad jayen us waqt zaroorat hoti hai ke ijtimai tauba kiya jaye.</w:t>
      </w:r>
    </w:p>
    <w:p>
      <w:pPr>
        <w:jc w:val="right"/>
      </w:pPr>
      <w:r>
        <w:t>تو براہراست طورپر اسآیتکا تعلق جسچیزسےہے وہ اسیصورت حالسےہے کہجب عم ومیطورپر آل پرویسیاندازمیں لوگ نیگیٹیومینٹیلٹیمیںپڑجائیں اسوقت ضرورتہوتیہےکہ اجتماعیتوبہکیاجائے۔</w:t>
      </w:r>
    </w:p>
    <w:p>
      <w:r>
        <w:rPr>
          <w:b/>
        </w:rPr>
        <w:t xml:space="preserve">[12:57] </w:t>
      </w:r>
      <w:r>
        <w:t>achha ab dekhiye ke ijtimai tauba kiya hai?</w:t>
      </w:r>
    </w:p>
    <w:p>
      <w:pPr>
        <w:jc w:val="right"/>
      </w:pPr>
      <w:r>
        <w:t>اچھا ابدیکھیےکہاجتماعیتوبہکیاہے؟</w:t>
      </w:r>
    </w:p>
    <w:p>
      <w:r>
        <w:rPr>
          <w:b/>
        </w:rPr>
        <w:t xml:space="preserve">[13:01] </w:t>
      </w:r>
      <w:r>
        <w:t>ijtimai tauba yeh hai ke har har ijtimai tauba jo hai woh bhi fard fard se mutalliq hoti hai. yani fard hi mil kar ijtimai banta hai.</w:t>
      </w:r>
    </w:p>
    <w:p>
      <w:pPr>
        <w:jc w:val="right"/>
      </w:pPr>
      <w:r>
        <w:t>اجتماعیتوبہ یہہےکہ ہر ہر اجتماعیتوبہ جوہےوہبھی فردفرد سے متعلقہوتیہے۔ یعنیفردہیملکراجتماع بنتاہے۔</w:t>
      </w:r>
    </w:p>
    <w:p>
      <w:r>
        <w:rPr>
          <w:b/>
        </w:rPr>
        <w:t xml:space="preserve">[13:15] </w:t>
      </w:r>
      <w:r>
        <w:t>bahut se individual mil kar hi society banti hai. iske ma'ne kiya honge?</w:t>
      </w:r>
    </w:p>
    <w:p>
      <w:pPr>
        <w:jc w:val="right"/>
      </w:pPr>
      <w:r>
        <w:t>بہت سےانڈیویجولملکرہی سوسائٹیبنتیہے۔ اسکےمعنیکیاہوںگے؟</w:t>
      </w:r>
    </w:p>
    <w:p>
      <w:r>
        <w:rPr>
          <w:b/>
        </w:rPr>
        <w:t xml:space="preserve">[13:23] </w:t>
      </w:r>
      <w:r>
        <w:t>logon ki zehniyat ko badalna, logon ke soch ko badalna. yani soch ke muamle mein sab ke sab u-turn len, apni soch ko badlen.</w:t>
      </w:r>
    </w:p>
    <w:p>
      <w:pPr>
        <w:jc w:val="right"/>
      </w:pPr>
      <w:r>
        <w:t>لوگوں کی ذہنیتکو بدلنا ،لوگوںکےسوچکوبدلنا۔ یعنیسوچکے معاملےمیں سب کےسب یوٹرنلیں، اپنی سوچکوبد لیں۔</w:t>
      </w:r>
    </w:p>
    <w:p>
      <w:r>
        <w:rPr>
          <w:b/>
        </w:rPr>
        <w:t xml:space="preserve">[13:37] </w:t>
      </w:r>
      <w:r>
        <w:t>yani negative thinking jo hai usko badal kar positive thinking layen. yeh matlab hoga. iske liye aik campaign chalegi.</w:t>
      </w:r>
    </w:p>
    <w:p>
      <w:pPr>
        <w:jc w:val="right"/>
      </w:pPr>
      <w:r>
        <w:t>یعنی نیگیٹیوتھنکنگجوہے اسکوبدلکر پازیٹیوتھنکنگلائیں۔ یہمطلبہوگا۔ اسکےلیےایک کمپینچلےگی۔</w:t>
      </w:r>
    </w:p>
    <w:p>
      <w:r>
        <w:rPr>
          <w:b/>
        </w:rPr>
        <w:t xml:space="preserve">[13:49] </w:t>
      </w:r>
      <w:r>
        <w:t>iske liye logon ke zehnon ko durust kiya jayega.</w:t>
      </w:r>
    </w:p>
    <w:p>
      <w:pPr>
        <w:jc w:val="right"/>
      </w:pPr>
      <w:r>
        <w:t>اسکےلیے لوگوںکےذہنوںکودرستکیاجائےگا۔</w:t>
      </w:r>
    </w:p>
    <w:p>
      <w:r>
        <w:rPr>
          <w:b/>
        </w:rPr>
        <w:t xml:space="preserve">[13:53] </w:t>
      </w:r>
      <w:r>
        <w:t>har jagah masjid mein, madrasa mein, idara mein, har jagah logon ko samjhaya jayega. yeh koi loud speaker drama nahin hai, yeh nah aesa kiya gaya wahan par madine mein.</w:t>
      </w:r>
    </w:p>
    <w:p>
      <w:pPr>
        <w:jc w:val="right"/>
      </w:pPr>
      <w:r>
        <w:t>ہرجگہ مسجدمیں،مدرس ےمیں،ادارےمیں،ہرجگہلوگوںکوسمجھایاجائےگا۔ یہکوئی لاؤڈاسپیکرڈرامہنہیںہے، یہ نہایساکیاگیا وہاںپر مدینہمیں ۔</w:t>
      </w:r>
    </w:p>
    <w:p>
      <w:r>
        <w:rPr>
          <w:b/>
        </w:rPr>
        <w:t xml:space="preserve">[14:09] </w:t>
      </w:r>
      <w:r>
        <w:t>ab is cheez ko le kar sochiye</w:t>
      </w:r>
    </w:p>
    <w:p>
      <w:pPr>
        <w:jc w:val="right"/>
      </w:pPr>
      <w:r>
        <w:t>اب اسچیزکولےکرسوچیے</w:t>
      </w:r>
    </w:p>
    <w:p>
      <w:r>
        <w:rPr>
          <w:b/>
        </w:rPr>
        <w:t xml:space="preserve">[14:13] </w:t>
      </w:r>
      <w:r>
        <w:t>to maujooda zamane mein maujooda zamane ke musalman jo hain bahut bade peimane par isi tarah ki soorat e haal mein mubtala hain.</w:t>
      </w:r>
    </w:p>
    <w:p>
      <w:pPr>
        <w:jc w:val="right"/>
      </w:pPr>
      <w:r>
        <w:t>تو موجود ہزمان ےمیں موجود ہزمان ےکےمس لمان جوہیں بہت بڑے پیمانےپر اسیطرح کی صورت حالمیں مبتلاہیں۔</w:t>
      </w:r>
    </w:p>
    <w:p>
      <w:r>
        <w:rPr>
          <w:b/>
        </w:rPr>
        <w:t xml:space="preserve">[14:25] </w:t>
      </w:r>
      <w:r>
        <w:t>yani saare musalman aik taraf se negative thinking mein mubtala ho gaye hain. kis ke khilaf? west ke khilaf, maghrib ke khilaf</w:t>
      </w:r>
    </w:p>
    <w:p>
      <w:pPr>
        <w:jc w:val="right"/>
      </w:pPr>
      <w:r>
        <w:t>یعنیسارے مس لمان ایکطرفسے نیگیٹیوتھنکنگمیںمبتلاہوگئےہیں۔ کسکےخلاف ؟ ویسٹکےخلاف ،مغربکےخلاف</w:t>
      </w:r>
    </w:p>
    <w:p>
      <w:r>
        <w:rPr>
          <w:b/>
        </w:rPr>
        <w:t xml:space="preserve">[14:35] </w:t>
      </w:r>
      <w:r>
        <w:t>. jisse baat kijiye arab se ajam tak, india se le kar america tak, jisse baat kijiye, jisko kitab padhiye, jisko taqreer suniye, aapko kahin jaane ki zaroorat nahin hai.</w:t>
      </w:r>
    </w:p>
    <w:p>
      <w:pPr>
        <w:jc w:val="right"/>
      </w:pPr>
      <w:r>
        <w:t>۔ جسسے باتکیجیے عرب سےعجمتک، انڈیاسےلےکرامریکہتک،جسسےباتکیجیے، جسکیکتاب پڑھیے، جسکیتقریرسنیے، آپکو کہیںجانےکیضرورتنہیںہے۔</w:t>
      </w:r>
    </w:p>
    <w:p>
      <w:r>
        <w:rPr>
          <w:b/>
        </w:rPr>
        <w:t xml:space="preserve">[14:49] </w:t>
      </w:r>
      <w:r>
        <w:t>aap baith jayen computer ke samne aur internet par logon ki website kholiye. har aadmi ne apni website dollar khata hai. jitni jama'atein hain, jitne idare hain, sab ki website maujood hai.</w:t>
      </w:r>
    </w:p>
    <w:p>
      <w:pPr>
        <w:jc w:val="right"/>
      </w:pPr>
      <w:r>
        <w:t>آپ بیٹھجائیں کمپیوٹرکےسامنے اور انٹرنیٹپرلوگوںکیویبسائٹکھولیے۔ ہرآدمینےاپناویبسائٹ ڈالرکھاہے۔ جتنیجماعت یںہیں،جتنےادارےہیں، سب کیویبسائٹموجود ہے۔</w:t>
      </w:r>
    </w:p>
    <w:p>
      <w:r>
        <w:rPr>
          <w:b/>
        </w:rPr>
        <w:t xml:space="preserve">[15:03] </w:t>
      </w:r>
      <w:r>
        <w:t>aap usko kholiye.</w:t>
      </w:r>
    </w:p>
    <w:p>
      <w:pPr>
        <w:jc w:val="right"/>
      </w:pPr>
      <w:r>
        <w:t>آپاسکوکھولیے۔</w:t>
      </w:r>
    </w:p>
    <w:p>
      <w:r>
        <w:rPr>
          <w:b/>
        </w:rPr>
        <w:t xml:space="preserve">[15:06] </w:t>
      </w:r>
      <w:r>
        <w:t>jaise maine khola. yani kal parson maine aesa kiya ke maine internet par kuch logon ki taqreerein nikali, kuch top ke leaderon, muslim leaderon ki jo abhi zinda hain,</w:t>
      </w:r>
    </w:p>
    <w:p>
      <w:pPr>
        <w:jc w:val="right"/>
      </w:pPr>
      <w:r>
        <w:t>جیسےمیںنےکھولا۔ یعنی کل پرسوںمیںنےایساکیاکہ میںنے انٹرنیٹپرکچھلوگوںکی تقریریںنکالی، کچھ ٹاپ کے لیڈروں،مسلملیڈروںکی جوابھیزندہہیں،</w:t>
      </w:r>
    </w:p>
    <w:p>
      <w:r>
        <w:rPr>
          <w:b/>
        </w:rPr>
        <w:t xml:space="preserve">[15:22] </w:t>
      </w:r>
      <w:r>
        <w:t>to sab ke sab anti west bol rahe the. sab ke sab. main do misaal deta hoon aapko.</w:t>
      </w:r>
    </w:p>
    <w:p>
      <w:pPr>
        <w:jc w:val="right"/>
      </w:pPr>
      <w:r>
        <w:t>تو سب کےسب اینٹیویسٹبولیبولرہےتھے۔ سب کےسب ۔ میں دو مثالدیتاہوںآپکو ۔</w:t>
      </w:r>
    </w:p>
    <w:p>
      <w:r>
        <w:rPr>
          <w:b/>
        </w:rPr>
        <w:t xml:space="preserve">[15:33] </w:t>
      </w:r>
      <w:r>
        <w:t>aap tajurba kar sakte hain. yani aap aaj ki duniya mein communication ki wajah se aesa ho gaya hai ke aap ko kahin jaane ki zaroorat nahin hai.</w:t>
      </w:r>
    </w:p>
    <w:p>
      <w:pPr>
        <w:jc w:val="right"/>
      </w:pPr>
      <w:r>
        <w:t>آپ تجربہکرسکتےہیں۔ یعنیآپ آجکیدنیا میں کمیونیکیشنکیوجہ سےایساہوگیاہےکہآپ کوکہیںجانےکیضرورتنہیں ہے۔</w:t>
      </w:r>
    </w:p>
    <w:p>
      <w:r>
        <w:rPr>
          <w:b/>
        </w:rPr>
        <w:t xml:space="preserve">[15:43] </w:t>
      </w:r>
      <w:r>
        <w:t>hata ke aap ko library bhi nahin jaana hai. apne kamre mein aap baith jayen, apne computer ke samne, apne laptop ke samne. ab to sab kuch aa gaya hai sab is mein, mobile mein aa gaya hai.</w:t>
      </w:r>
    </w:p>
    <w:p>
      <w:pPr>
        <w:jc w:val="right"/>
      </w:pPr>
      <w:r>
        <w:t>حتیٰکہآپکو لائبریریبھینہیںجاناہے۔ اپنے کمرےمیںآپ بیٹھجائیے،اپنے کمپیوٹرکےسامنے ،اپنے لیپ لیپٹاپ کےسامنے۔ابتو کبآگیا ہےسبکچھ اسمیں،موبائلمیںآگیاہے۔</w:t>
      </w:r>
    </w:p>
    <w:p>
      <w:r>
        <w:rPr>
          <w:b/>
        </w:rPr>
        <w:t xml:space="preserve">[15:56] </w:t>
      </w:r>
      <w:r>
        <w:t>mobile mein check kar lijiye. to bahar haal maine laptop par check kiya.</w:t>
      </w:r>
    </w:p>
    <w:p>
      <w:pPr>
        <w:jc w:val="right"/>
      </w:pPr>
      <w:r>
        <w:t>موبائلمیںچیککرلیجیے۔ تو بہرحالمیںنے لیپٹاپپرچیککیا۔</w:t>
      </w:r>
    </w:p>
    <w:p>
      <w:r>
        <w:rPr>
          <w:b/>
        </w:rPr>
        <w:t xml:space="preserve">[16:03] </w:t>
      </w:r>
      <w:r>
        <w:t>to main do misaal deta hoon aapko. aik misaal yeh hai ke aik mashhoor muslim aalim, jo ke baqayda aalim hain aur mashhoor hain,</w:t>
      </w:r>
    </w:p>
    <w:p>
      <w:pPr>
        <w:jc w:val="right"/>
      </w:pPr>
      <w:r>
        <w:t>تومیں دو مثالدیتاہوںآپکو ۔ ایک مثالیہہے کہ ایک مشہور مسلم عالم ،جو کہ باقاعدہعالمہیں اورمشہورہیں،</w:t>
      </w:r>
    </w:p>
    <w:p>
      <w:r>
        <w:rPr>
          <w:b/>
        </w:rPr>
        <w:t xml:space="preserve">[16:19] </w:t>
      </w:r>
      <w:r>
        <w:t>woh gaye bahar ke aik mulk mein. wahan unhone taqreer ki. yeh taqreer urdu mein thi. woh aap sun sakte hain, internet par maujood hai.</w:t>
      </w:r>
    </w:p>
    <w:p>
      <w:pPr>
        <w:jc w:val="right"/>
      </w:pPr>
      <w:r>
        <w:t>وہ گئے باہرکےایک ملکمیں۔ وہاں انہوںنےتقریرکی۔ یہتقریراردومیںتھی۔ وہ آپ سنسکتےہیں،انٹرنیٹپرموجود ہے۔</w:t>
      </w:r>
    </w:p>
    <w:p>
      <w:r>
        <w:rPr>
          <w:b/>
        </w:rPr>
        <w:t xml:space="preserve">[16:30] </w:t>
      </w:r>
      <w:r>
        <w:t>mainne suna,</w:t>
      </w:r>
    </w:p>
    <w:p>
      <w:pPr>
        <w:jc w:val="right"/>
      </w:pPr>
      <w:r>
        <w:t>میںنےسنا،</w:t>
      </w:r>
    </w:p>
    <w:p>
      <w:r>
        <w:rPr>
          <w:b/>
        </w:rPr>
        <w:t xml:space="preserve">[16:31] </w:t>
      </w:r>
      <w:r>
        <w:t>taqreeban poori taqreer suna. mainne</w:t>
      </w:r>
    </w:p>
    <w:p>
      <w:pPr>
        <w:jc w:val="right"/>
      </w:pPr>
      <w:r>
        <w:t>تقریباً پوریتقریرسنا۔میںنے</w:t>
      </w:r>
    </w:p>
    <w:p>
      <w:r>
        <w:rPr>
          <w:b/>
        </w:rPr>
        <w:t xml:space="preserve">[16:36] </w:t>
      </w:r>
      <w:r>
        <w:t>poori taqreer anti west thi, bas maghrib ke khilaf, maghrib ke khilaf. woh lafz maghrib bol rahe the. unhonne kaha ke maujooda zamaney mein tamam muslim mulkon mein islami tehreekein chal rahi hain, islam ka ehya, islam ki iqamat,</w:t>
      </w:r>
    </w:p>
    <w:p>
      <w:pPr>
        <w:jc w:val="right"/>
      </w:pPr>
      <w:r>
        <w:t>پوری تقریر اینٹی ویسٹ تھی،بس مغربکےخلاف ،مغربکےخلاف ۔وہ لفظمغرببولرہےتھے۔ انہوںنےکہاکہ موجود ہزمان ےمیں تمام مسلمملکوںمیں اسلامی تحریکیںچلرہیہیں،اسلام کااحیاء ،اسلام کیاقامت،</w:t>
      </w:r>
    </w:p>
    <w:p>
      <w:r>
        <w:rPr>
          <w:b/>
        </w:rPr>
        <w:t xml:space="preserve">[16:54] </w:t>
      </w:r>
      <w:r>
        <w:t>iski tehreekein chal rahi hain.</w:t>
      </w:r>
    </w:p>
    <w:p>
      <w:pPr>
        <w:jc w:val="right"/>
      </w:pPr>
      <w:r>
        <w:t>اسکی تحریکیںچلرہیہیں۔</w:t>
      </w:r>
    </w:p>
    <w:p>
      <w:r>
        <w:rPr>
          <w:b/>
        </w:rPr>
        <w:t xml:space="preserve">[17:01] </w:t>
      </w:r>
      <w:r>
        <w:t>lekin west jo hai, jo dushman hai hamara, jo dushman lafz nahin bole, woh hareef bole, hareef yaani rival hai hamara. west jo hamara hareef hai, woh in tehreekon ko chahta hai ke isko kamyab na hone de</w:t>
      </w:r>
    </w:p>
    <w:p>
      <w:pPr>
        <w:jc w:val="right"/>
      </w:pPr>
      <w:r>
        <w:t>لیکن ویسٹجوہے،جو دشمنہے ہمارا، جو دشمن لفظنہیںبولے،وہحریفبولے،حریف یعنیرائیولہےہمارا۔ ویسٹجوہماراحریفہے، وہ انتحریکوںکوچاہتاہےکہ اسکو کامیاب نہہونے دے</w:t>
      </w:r>
    </w:p>
    <w:p>
      <w:r>
        <w:rPr>
          <w:b/>
        </w:rPr>
        <w:t xml:space="preserve">[17:19] </w:t>
      </w:r>
      <w:r>
        <w:t>har jagah. yaani saari muslim duniya mein jo islami tehreekein hain, west chahta hai jo hamara rival hai ke yeh tehreekein kamyab na hon.</w:t>
      </w:r>
    </w:p>
    <w:p>
      <w:pPr>
        <w:jc w:val="right"/>
      </w:pPr>
      <w:r>
        <w:t>ہرجگہ۔ یعنیساری مسلمدنیا میں جواسلامی تحریکیںہیں، ویسٹچاہتاہے جوہمارارائیولہے کہ یہتحریکیںکامیابنہہوں۔</w:t>
      </w:r>
    </w:p>
    <w:p>
      <w:r>
        <w:rPr>
          <w:b/>
        </w:rPr>
        <w:t xml:space="preserve">[17:29] </w:t>
      </w:r>
      <w:r>
        <w:t>iske khilaf woh sazishain karta hai, isko isko rukawatein dalta hai. to hamein west ka muqabla karna hai. west ka muqabla karke inki design ko nakam banana hai.</w:t>
      </w:r>
    </w:p>
    <w:p>
      <w:pPr>
        <w:jc w:val="right"/>
      </w:pPr>
      <w:r>
        <w:t>اسکےخلاف وہسازشیںکرتاہے،اسکو اسکو رکاوٹیںڈالتاہے۔ تو ہمیں ویسٹکا مقابلہکرناہے۔ ویسٹکامقابلہکرکے انکی ڈیزائنکو ناکامبناناہے۔</w:t>
      </w:r>
    </w:p>
    <w:p>
      <w:r>
        <w:rPr>
          <w:b/>
        </w:rPr>
        <w:t xml:space="preserve">[17:43] </w:t>
      </w:r>
      <w:r>
        <w:t>yeh ek taqreer thi. doosri taqreer jo thi woh english mein thi.</w:t>
      </w:r>
    </w:p>
    <w:p>
      <w:pPr>
        <w:jc w:val="right"/>
      </w:pPr>
      <w:r>
        <w:t>یہایک تقریرتھی۔ دوسریتقریرجوتھیوہ انگلشمیںتھی۔</w:t>
      </w:r>
    </w:p>
    <w:p>
      <w:r>
        <w:rPr>
          <w:b/>
        </w:rPr>
        <w:t xml:space="preserve">[17:50] </w:t>
      </w:r>
      <w:r>
        <w:t>woh bhi ek sahib bahar ke mulk mein gaye. wahan par ek woh turkey gaye. wahan par ek seminar tha, international seminar.</w:t>
      </w:r>
    </w:p>
    <w:p>
      <w:pPr>
        <w:jc w:val="right"/>
      </w:pPr>
      <w:r>
        <w:t>وہبھیایک صاحب باہرکےملکمیںگئے۔ وہاںپرایک وہ ترکیگئے۔ وہاںپرایک سیمینارتھا، انٹرنیشنلسیمینار۔</w:t>
      </w:r>
    </w:p>
    <w:p>
      <w:r>
        <w:rPr>
          <w:b/>
        </w:rPr>
        <w:t xml:space="preserve">[18:00] </w:t>
      </w:r>
      <w:r>
        <w:t>wahan par bole woh. to wahan par media bhi</w:t>
      </w:r>
    </w:p>
    <w:p>
      <w:pPr>
        <w:jc w:val="right"/>
      </w:pPr>
      <w:r>
        <w:t>وہاںپربول ےوہ۔ تو وہاںپر میڈیابھی</w:t>
      </w:r>
    </w:p>
    <w:p>
      <w:r>
        <w:rPr>
          <w:b/>
        </w:rPr>
        <w:t xml:space="preserve">[18:06] </w:t>
      </w:r>
      <w:r>
        <w:t>tha. media ne in se sawal kiya. to woh phir jawab dete hue unhonne kaha ke jo inka wording thi wohi yeh thi: "it is very good that turkey has started looking east instead of west.</w:t>
      </w:r>
    </w:p>
    <w:p>
      <w:pPr>
        <w:jc w:val="right"/>
      </w:pPr>
      <w:r>
        <w:t>تھا۔ میڈیانےانسے سوال کیا۔ تو وہپھرجوابدیتےہوئےانہوںنےکہاکہ جو انکا ور ڈنگتھیوہیہتھی: "اٹازویریگڈ دیٹ ٹرکیہیز سٹارٹڈ لوکنگ ایسٹ انسٹیڈآفویسٹ۔</w:t>
      </w:r>
    </w:p>
    <w:p>
      <w:r>
        <w:rPr>
          <w:b/>
        </w:rPr>
        <w:t xml:space="preserve">[18:28] </w:t>
      </w:r>
      <w:r>
        <w:t>"yeh bahut achha hai ke turkey ne mashriq ki taraf dekhna shuru kar diya hai bajaye iske ke maghrib ki taraf dekhe.</w:t>
      </w:r>
    </w:p>
    <w:p>
      <w:pPr>
        <w:jc w:val="right"/>
      </w:pPr>
      <w:r>
        <w:t>"یہبہت اچھاہے کہ ترکی نے مشرقکیطرفدیکھناشروع کردیاہے بجائےاسکےکہمغرب کیطرفدیکھے۔</w:t>
      </w:r>
    </w:p>
    <w:p>
      <w:r>
        <w:rPr>
          <w:b/>
        </w:rPr>
        <w:t xml:space="preserve">[18:40] </w:t>
      </w:r>
      <w:r>
        <w:t>to yeh ek bar accepted hai ke maghrib ko bura cheese hai. maghrib hamara rival hai, hamara dushman hai, hamara mukhalif hai.</w:t>
      </w:r>
    </w:p>
    <w:p>
      <w:pPr>
        <w:jc w:val="right"/>
      </w:pPr>
      <w:r>
        <w:t>تویہ ایک بارایکسیپٹڈہےکہ مغربکو بریچیزہے۔ مغرب ہماراحریفہے،ہمارادشمنہے، ہمارا مخالفہے۔</w:t>
      </w:r>
    </w:p>
    <w:p>
      <w:r>
        <w:rPr>
          <w:b/>
        </w:rPr>
        <w:t xml:space="preserve">[18:49] </w:t>
      </w:r>
      <w:r>
        <w:t>aur eastern muslim mumalik jo hain woh hamare dost hain. yeh poori muslim duniya mein agenda chhaya hua hai.</w:t>
      </w:r>
    </w:p>
    <w:p>
      <w:pPr>
        <w:jc w:val="right"/>
      </w:pPr>
      <w:r>
        <w:t>اور ایسٹیعنیمسلمممالکجوہیںوہہمارےدوست ہیں۔ یہ پوری مسلمدنیا میںایجنڈاچھایاہواہے۔</w:t>
      </w:r>
    </w:p>
    <w:p>
      <w:r>
        <w:rPr>
          <w:b/>
        </w:rPr>
        <w:t xml:space="preserve">[19:01] </w:t>
      </w:r>
      <w:r>
        <w:t>to yehi hai woh cheez jis ko mein kahunga ke ijtima'i toobah ka waqt aa gaya hai.</w:t>
      </w:r>
    </w:p>
    <w:p>
      <w:pPr>
        <w:jc w:val="right"/>
      </w:pPr>
      <w:r>
        <w:t>تویہیہے وہ چیز جسکومیںکہوںگاکہاجتماعیتوبہکاوقت آگیاہے۔</w:t>
      </w:r>
    </w:p>
    <w:p>
      <w:r>
        <w:rPr>
          <w:b/>
        </w:rPr>
        <w:t xml:space="preserve">[19:09] </w:t>
      </w:r>
      <w:r>
        <w:t>aur iska saboot dekhiye isiki ayat se milta hai: "لَلَّكُمْتَفْلُحُونَ".</w:t>
      </w:r>
    </w:p>
    <w:p>
      <w:pPr>
        <w:jc w:val="right"/>
      </w:pPr>
      <w:r>
        <w:t>اور اسکا ثبوتدیکھیے اسیکیآیتسےملتاہے: "لَلَّكُمْتَفْلُحُونَ"۔</w:t>
      </w:r>
    </w:p>
    <w:p>
      <w:r>
        <w:rPr>
          <w:b/>
        </w:rPr>
        <w:t xml:space="preserve">[19:16] </w:t>
      </w:r>
      <w:r>
        <w:t>jab aap ki tehreekein, aap ki woh movement, aap ki sargharmiyan, aap ki activities, aap ke idare apne nishane ko achieve karne mein fail ho jayein to samajh lijiye ke woh "لَلَّكُمْتَفْلُحُونَ " ki nusrat unko nahin mili.</w:t>
      </w:r>
    </w:p>
    <w:p>
      <w:pPr>
        <w:jc w:val="right"/>
      </w:pPr>
      <w:r>
        <w:t>جب آپ کی تحریکیں ،آپ کی وہموومنٹ ،آپ کی سرگرمیاں ،آپ کی ایکٹیویٹیز،آپکےادارے اپنے نش انےکو اچیوکرنے میں فیل ہوجائیں توسمجھلیجئےکہوہ "لَلَّكُمْتَفْلُحُونَ "کینصرتانکونہیںملی ۔</w:t>
      </w:r>
    </w:p>
    <w:p>
      <w:r>
        <w:rPr>
          <w:b/>
        </w:rPr>
        <w:t xml:space="preserve">[19:36] </w:t>
      </w:r>
      <w:r>
        <w:t>to do sau saal se yeh sab tehreekein chal rahi hain</w:t>
      </w:r>
    </w:p>
    <w:p>
      <w:pPr>
        <w:jc w:val="right"/>
      </w:pPr>
      <w:r>
        <w:t>تو دو سوسالسے یہ سبتحریکیںچلرہیہیں</w:t>
      </w:r>
    </w:p>
    <w:p>
      <w:r>
        <w:rPr>
          <w:b/>
        </w:rPr>
        <w:t xml:space="preserve">[19:39] </w:t>
      </w:r>
      <w:r>
        <w:t>islam ke ehya ke naam par, islam ki iqamat ke naam par, islam ke nafiz ke naam par.</w:t>
      </w:r>
    </w:p>
    <w:p>
      <w:pPr>
        <w:jc w:val="right"/>
      </w:pPr>
      <w:r>
        <w:t>اسلام کے احیاءکےنامپر ،اسلام کی اقامتکےنامپر ،اسلام کے نفاذکےنامپر ۔</w:t>
      </w:r>
    </w:p>
    <w:p>
      <w:r>
        <w:rPr>
          <w:b/>
        </w:rPr>
        <w:t xml:space="preserve">[19:50] </w:t>
      </w:r>
      <w:r>
        <w:t>jab se yeh daur aaya hai, press ka daur, communication ka daur, tab se yeh sab chal rahi hain. activities ki bharmar hai. lekin jo inke nishane the woh nishane poore nahin hue.</w:t>
      </w:r>
    </w:p>
    <w:p>
      <w:pPr>
        <w:jc w:val="right"/>
      </w:pPr>
      <w:r>
        <w:t>جب سےیہدور آیاہے، پریسکادور،کمیونیکیشنکادور، تبسےیہسبچلرہیہیں۔ ایکٹیویٹیزکیبھرمارہے۔ لیکن جوانکےنش انےتھے وہنشانےپورےنہیںہوئے۔</w:t>
      </w:r>
    </w:p>
    <w:p>
      <w:r>
        <w:rPr>
          <w:b/>
        </w:rPr>
        <w:t xml:space="preserve">[20:02] </w:t>
      </w:r>
      <w:r>
        <w:t>ulta hua, balkeh musalman maare ja rahe hain, musalman zaleel ho rahe hain.</w:t>
      </w:r>
    </w:p>
    <w:p>
      <w:pPr>
        <w:jc w:val="right"/>
      </w:pPr>
      <w:r>
        <w:t>الٹاہوا،بلکہ مسلمان مارےجارہےہیں، مسلمان ذلیلہورہےہیں۔</w:t>
      </w:r>
    </w:p>
    <w:p>
      <w:r>
        <w:rPr>
          <w:b/>
        </w:rPr>
        <w:t xml:space="preserve">[20:09] </w:t>
      </w:r>
      <w:r>
        <w:t>jo kuch tha woh bhi unse chhin raha hai.</w:t>
      </w:r>
    </w:p>
    <w:p>
      <w:pPr>
        <w:jc w:val="right"/>
      </w:pPr>
      <w:r>
        <w:t>جوکچھتھاوہبھیانسےچھنرہاہے۔</w:t>
      </w:r>
    </w:p>
    <w:p>
      <w:r>
        <w:rPr>
          <w:b/>
        </w:rPr>
        <w:t xml:space="preserve">[20:14] </w:t>
      </w:r>
      <w:r>
        <w:t>iski ek misaal jo hai falasteen ke 1948 mein falasteen ke khilaf, falasteen mein israel ke khilaf saari muslim duniya ki himayat se ek tehreek chali.</w:t>
      </w:r>
    </w:p>
    <w:p>
      <w:pPr>
        <w:jc w:val="right"/>
      </w:pPr>
      <w:r>
        <w:t>اسکیایک مثالجوہے فلسطین کہ 1 9 4 8 میں فلسطینکےخلاف ،فلسطینمیںاسرائیلکےخلاف ساری مسلمدنیا کیحمایتسےایکتحریکچلی۔</w:t>
      </w:r>
    </w:p>
    <w:p>
      <w:r>
        <w:rPr>
          <w:b/>
        </w:rPr>
        <w:t xml:space="preserve">[20:27] </w:t>
      </w:r>
      <w:r>
        <w:t>lekin aap jante hain ke</w:t>
      </w:r>
    </w:p>
    <w:p>
      <w:pPr>
        <w:jc w:val="right"/>
      </w:pPr>
      <w:r>
        <w:t>لیکن آپجانتےہیںکہ</w:t>
      </w:r>
    </w:p>
    <w:p>
      <w:r>
        <w:rPr>
          <w:b/>
        </w:rPr>
        <w:t xml:space="preserve">[20:32] </w:t>
      </w:r>
      <w:r>
        <w:t>iska nateeja kya hua? counter productive. yaani jo kuch tha arbon ke paas woh bhi chhin gaya.</w:t>
      </w:r>
    </w:p>
    <w:p>
      <w:pPr>
        <w:jc w:val="right"/>
      </w:pPr>
      <w:r>
        <w:t>اسکانتیجہکیا ہوا ؟کاؤنٹر پروڈکٹو۔ یعنیجوکچھتھا عربوںکےپاسوہبھیچھنگیا۔</w:t>
      </w:r>
    </w:p>
    <w:p>
      <w:r>
        <w:rPr>
          <w:b/>
        </w:rPr>
        <w:t xml:space="preserve">[20:39] </w:t>
      </w:r>
      <w:r>
        <w:t>isi ek misaal hai salman rushdi ke khilaaf. saari duniya mein, saari duniya ne kaha ke log maaro, maaro, maaro, qatl kar do usko. lekin jo fatwe diye gaye woh sab mar gaye aur rushdi zinda hai.</w:t>
      </w:r>
    </w:p>
    <w:p>
      <w:pPr>
        <w:jc w:val="right"/>
      </w:pPr>
      <w:r>
        <w:t>اسیایکمثالہے سلمہرشدی کےخلاف ۔ ساریدنیا میں،ساریدنیا آئےکہلوگ مارو،مارو،مارو،قتلکرواسکو ۔ لیکن جو فتوےدیےگئےوہ سبمرگئے اوررشدی زندہہے۔</w:t>
      </w:r>
    </w:p>
    <w:p>
      <w:r>
        <w:rPr>
          <w:b/>
        </w:rPr>
        <w:t xml:space="preserve">[20:52] </w:t>
      </w:r>
      <w:r>
        <w:t>iski kitaab itni popular hui ke isne karoron dollar kamaye. isne toh kaun jeeta, kaun haara?</w:t>
      </w:r>
    </w:p>
    <w:p>
      <w:pPr>
        <w:jc w:val="right"/>
      </w:pPr>
      <w:r>
        <w:t>اسکی کتاب اتنیپاپولرہوئیکہاسنے کروڑوںڈالرکم ائے۔اسنے توکونجیتا،کونہارا؟</w:t>
      </w:r>
    </w:p>
    <w:p>
      <w:r>
        <w:rPr>
          <w:b/>
        </w:rPr>
        <w:t xml:space="preserve">[21:02] </w:t>
      </w:r>
      <w:r>
        <w:t>yeh waqea batata hai ke musalman ki jo activities hain, jo unki sar-garmiaan hain, jo unki unki jo movement hain, unki tehreekain hain, woh falaah nahi pa rahi hain.</w:t>
      </w:r>
    </w:p>
    <w:p>
      <w:pPr>
        <w:jc w:val="right"/>
      </w:pPr>
      <w:r>
        <w:t>یہ واقع ہبتاتاہے کہ مسلمان کیجو ایکٹیویٹیزہیں،جوانکی سرگرمیاںہیں،جوانکی انکیجو موومنٹہیں،انکی تحریکیںہیں، وہ فلاح نہیںپارہیہیں۔</w:t>
      </w:r>
    </w:p>
    <w:p>
      <w:r>
        <w:rPr>
          <w:b/>
        </w:rPr>
        <w:t xml:space="preserve">[21:16] </w:t>
      </w:r>
      <w:r>
        <w:t>yaani Allah ki nusrat se mehroom hain. toh kya karna hai? ijtimai toba, collective repentance.</w:t>
      </w:r>
    </w:p>
    <w:p>
      <w:pPr>
        <w:jc w:val="right"/>
      </w:pPr>
      <w:r>
        <w:t>یعنی اللہ کینصرتسےمحرومہیں۔ تو کیا کرناہے؟ اجتماعیتوبہ، کلیکٹیوریپنٹنس ۔</w:t>
      </w:r>
    </w:p>
    <w:p>
      <w:r>
        <w:rPr>
          <w:b/>
        </w:rPr>
        <w:t xml:space="preserve">[21:28] </w:t>
      </w:r>
      <w:r>
        <w:t>ab main yahan par ek aur baat aur arz karunga.</w:t>
      </w:r>
    </w:p>
    <w:p>
      <w:pPr>
        <w:jc w:val="right"/>
      </w:pPr>
      <w:r>
        <w:t>ابمیںیہاںپر ایک اور باتاور عرضکروںگا۔</w:t>
      </w:r>
    </w:p>
    <w:p>
      <w:r>
        <w:rPr>
          <w:b/>
        </w:rPr>
        <w:t xml:space="preserve">[21:31] </w:t>
      </w:r>
      <w:r>
        <w:t>dekhiye,yeh sadabatenhihen. ispar maine ghaur kiya keh yeh bohat hi zyada seeri baat hai. yeh hai yeh wadiyat, yeh wadiyon ki taqleed.</w:t>
      </w:r>
    </w:p>
    <w:p>
      <w:pPr>
        <w:jc w:val="right"/>
      </w:pPr>
      <w:r>
        <w:t>دیکھیے،یہ سادہباتنہیںہے۔ اسپر میںنےغورکیا کہیہبہت ہی زیادہ سیریسبات ہے۔ یہہے یہ ودیت ،یہ ودیوں کی کیتقلید۔</w:t>
      </w:r>
    </w:p>
    <w:p>
      <w:r>
        <w:rPr>
          <w:b/>
        </w:rPr>
        <w:t xml:space="preserve">[21:46] </w:t>
      </w:r>
      <w:r>
        <w:t>jo hadith mein aata hai keh "latataba'u sunana man qablakum" keh tum zaroor follow karoge Yahudiyon ko</w:t>
      </w:r>
    </w:p>
    <w:p>
      <w:pPr>
        <w:jc w:val="right"/>
      </w:pPr>
      <w:r>
        <w:t>جو حدیث میںآتاہےکہ"لت َتَبَعُونَّسُنَنَمَنْكَانْقَبْلُكُمْ" کہتم ضرور فالوکروگے یہودیوںکو</w:t>
      </w:r>
    </w:p>
    <w:p>
      <w:r>
        <w:rPr>
          <w:b/>
        </w:rPr>
        <w:t xml:space="preserve">[21:57] </w:t>
      </w:r>
      <w:r>
        <w:t>har har aitbaar se, qadam ba qadam follow karoge. to yeh yeh wadiyat ka itteba hai.</w:t>
      </w:r>
    </w:p>
    <w:p>
      <w:pPr>
        <w:jc w:val="right"/>
      </w:pPr>
      <w:r>
        <w:t>ہر ہر اعتبارسے، قدم بقدم فالوکروگے۔ تو یہ یہ ودیتکااتباعہے۔</w:t>
      </w:r>
    </w:p>
    <w:p>
      <w:r>
        <w:rPr>
          <w:b/>
        </w:rPr>
        <w:t xml:space="preserve">[22:07] </w:t>
      </w:r>
      <w:r>
        <w:t>woh kaise? aap Surah Al-Baqarah yahan se wapas jaane ke baad mein kehta hoon aapse keh Surah Al-Baqarah ki ayat number 89 ka mutala kijiye, uske shaan-e-nuzool ko le kar ke.</w:t>
      </w:r>
    </w:p>
    <w:p>
      <w:pPr>
        <w:jc w:val="right"/>
      </w:pPr>
      <w:r>
        <w:t>وہ کیسے؟ آپ سورہ البقرہ یہاںسےواپسجانےکےبعد میںکہتاہوںآپسے کہسورہ البقرہ کی آیتنمبر 8 9 کامط العہکیجئے،اسکےشاننزول کولےکرکے۔</w:t>
      </w:r>
    </w:p>
    <w:p>
      <w:r>
        <w:rPr>
          <w:b/>
        </w:rPr>
        <w:t xml:space="preserve">[22:23] </w:t>
      </w:r>
      <w:r>
        <w:t>Surah Al-Baqarah ayat number 89.</w:t>
      </w:r>
    </w:p>
    <w:p>
      <w:pPr>
        <w:jc w:val="right"/>
      </w:pPr>
      <w:r>
        <w:t>سورہ البقرہ آیتنمبر 8 9۔</w:t>
      </w:r>
    </w:p>
    <w:p>
      <w:r>
        <w:rPr>
          <w:b/>
        </w:rPr>
        <w:t xml:space="preserve">[22:28] </w:t>
      </w:r>
      <w:r>
        <w:t>yeh ek ayat hai,</w:t>
      </w:r>
    </w:p>
    <w:p>
      <w:pPr>
        <w:jc w:val="right"/>
      </w:pPr>
      <w:r>
        <w:t>یہ ایکآیتہے،</w:t>
      </w:r>
    </w:p>
    <w:p>
      <w:r>
        <w:rPr>
          <w:b/>
        </w:rPr>
        <w:t xml:space="preserve">[22:32] </w:t>
      </w:r>
      <w:r>
        <w:t>bohat hi zyada eye-opener. ismein yeh bataya gaya hai keh Bible ki prediction ke mutabiq yeh Yahud jo the woh aakhri Nabi ka intezar kar rahe the.</w:t>
      </w:r>
    </w:p>
    <w:p>
      <w:pPr>
        <w:jc w:val="right"/>
      </w:pPr>
      <w:r>
        <w:t>بہت ہیزیادہ آئیاوپنر۔ اسمیںیہبتایاگیاہے کہ بائبل کی پریڈکشنکےمطابق یہ ودیجوتھے وہ آخرینبیکاانتظارکررہےتھے۔</w:t>
      </w:r>
    </w:p>
    <w:p>
      <w:r>
        <w:rPr>
          <w:b/>
        </w:rPr>
        <w:t xml:space="preserve">[22:48] </w:t>
      </w:r>
      <w:r>
        <w:t>woh aakhri Nabi ka intezar kar rahe the.</w:t>
      </w:r>
    </w:p>
    <w:p>
      <w:pPr>
        <w:jc w:val="right"/>
      </w:pPr>
      <w:r>
        <w:t>وہآخرینبیکاانتظارکررہےتھے۔</w:t>
      </w:r>
    </w:p>
    <w:p>
      <w:r>
        <w:rPr>
          <w:b/>
        </w:rPr>
        <w:t xml:space="preserve">[22:54] </w:t>
      </w:r>
      <w:r>
        <w:t>lekin jab aakhri Nabi aaya,</w:t>
      </w:r>
    </w:p>
    <w:p>
      <w:pPr>
        <w:jc w:val="right"/>
      </w:pPr>
      <w:r>
        <w:t>لیکن جب آخرینبیآیا،</w:t>
      </w:r>
    </w:p>
    <w:p>
      <w:r>
        <w:rPr>
          <w:b/>
        </w:rPr>
        <w:t xml:space="preserve">[22:58] </w:t>
      </w:r>
      <w:r>
        <w:t>usne Madine mein kaam shuru kiya. usne phir woh Makah mein kaam shuru kiya. usne phir woh Madina aaya to wahan par kaafi Yahud the.</w:t>
      </w:r>
    </w:p>
    <w:p>
      <w:pPr>
        <w:jc w:val="right"/>
      </w:pPr>
      <w:r>
        <w:t>وہمدینےمیں کام شروع کیا۔ اسنے پھر وہ مکہمیںکامشروع کیا۔اسنےپھروہمدینہآیا تو وہاںپر کافی یہودیتھے۔</w:t>
      </w:r>
    </w:p>
    <w:p>
      <w:r>
        <w:rPr>
          <w:b/>
        </w:rPr>
        <w:t xml:space="preserve">[23:09] </w:t>
      </w:r>
      <w:r>
        <w:t>kaha jata hai keh taqreeban 50% Yahud the wahan par us waqt Madine mein. to yeh log munkir ban gaye isi Nabi ke jiska woh intezar kar rahe the.</w:t>
      </w:r>
    </w:p>
    <w:p>
      <w:pPr>
        <w:jc w:val="right"/>
      </w:pPr>
      <w:r>
        <w:t>کہاجاتاہےکہ تقریباً 50فیصد یہودیتھےوہاںپر اسوقت مدینےمیں۔ تویہلوگ منکربنگئےاسی نبیکاجسکاوہانتظارکررہےتھے۔</w:t>
      </w:r>
    </w:p>
    <w:p>
      <w:r>
        <w:rPr>
          <w:b/>
        </w:rPr>
        <w:t xml:space="preserve">[23:22] </w:t>
      </w:r>
      <w:r>
        <w:t>munkir</w:t>
      </w:r>
    </w:p>
    <w:p>
      <w:pPr>
        <w:jc w:val="right"/>
      </w:pPr>
      <w:r>
        <w:t>منکر</w:t>
      </w:r>
    </w:p>
    <w:p>
      <w:r>
        <w:rPr>
          <w:b/>
        </w:rPr>
        <w:t xml:space="preserve">[23:23] </w:t>
      </w:r>
      <w:r>
        <w:t>ka matlab kya? dushman ban gaye, mukhalifat karne lage, usko uske mission ko khatm karne ki tarkeeben karne lage.</w:t>
      </w:r>
    </w:p>
    <w:p>
      <w:pPr>
        <w:jc w:val="right"/>
      </w:pPr>
      <w:r>
        <w:t>کامعنیکیا؟دشمنبنگئے، مخالفتکرنے لگے، اسکو اسکےمشنکو ختمکرنے کیترک یبیںکرنےلگے۔</w:t>
      </w:r>
    </w:p>
    <w:p>
      <w:r>
        <w:rPr>
          <w:b/>
        </w:rPr>
        <w:t xml:space="preserve">[23:35] </w:t>
      </w:r>
      <w:r>
        <w:t>to yeh kya hai? yeh wadiyat kya cheez hai? yeh wadiyat naam hai kisi qaum ke zawal aafata hone ke baad jo uske andar cheezen paida hoti hain, usi ka naam yeh wadiyat hai.</w:t>
      </w:r>
    </w:p>
    <w:p>
      <w:pPr>
        <w:jc w:val="right"/>
      </w:pPr>
      <w:r>
        <w:t>تویہکیاہے؟یہ ودیتبھیکیاچیزہے؟ یہ ودیت نام ہے کسی قوم کے زوالآفتہہونےکےبعد جو اسکےاندر چیزیں پیدا ہوتیہیں،اسیکانام یہ ودیتہے۔</w:t>
      </w:r>
    </w:p>
    <w:p>
      <w:r>
        <w:rPr>
          <w:b/>
        </w:rPr>
        <w:t xml:space="preserve">[23:48] </w:t>
      </w:r>
      <w:r>
        <w:t>Yahudiyat koi purasrar cheez nahin hai. jab</w:t>
      </w:r>
    </w:p>
    <w:p>
      <w:pPr>
        <w:jc w:val="right"/>
      </w:pPr>
      <w:r>
        <w:t>یہودیتکوئی پراسرارچیزنہیںہے۔ جب</w:t>
      </w:r>
    </w:p>
    <w:p>
      <w:r>
        <w:rPr>
          <w:b/>
        </w:rPr>
        <w:t xml:space="preserve">[23:52] </w:t>
      </w:r>
      <w:r>
        <w:t>kisi ummat par lambi muddat guzar jaye, jaise Quran mein hai keh "qalat alayhim al-awatu faqasath qulubuhum" to tul-e-umr se jo cheez paida hoti hai, usi ka naam yeh wadiyat hai.</w:t>
      </w:r>
    </w:p>
    <w:p>
      <w:pPr>
        <w:jc w:val="right"/>
      </w:pPr>
      <w:r>
        <w:t>کسی امتپر لمبی مدتگزرجائے، جیسےقرآنمیںہےکہ "قال علیہمالعوۃفقستقلوبہم" تو طول عمدسےجو چیزپیدا ہوتیہے،اسیکانامیہ ودیتہے۔</w:t>
      </w:r>
    </w:p>
    <w:p>
      <w:r>
        <w:rPr>
          <w:b/>
        </w:rPr>
        <w:t xml:space="preserve">[24:08] </w:t>
      </w:r>
      <w:r>
        <w:t>yani generation after generation girawat aati hai. har nai nasl mein girawat aati hai, girawat aati hai, yahan tak keh hote hote bilkul zawal ka daur aa jata hai.</w:t>
      </w:r>
    </w:p>
    <w:p>
      <w:pPr>
        <w:jc w:val="right"/>
      </w:pPr>
      <w:r>
        <w:t>یعنیجنریشنآف جنریشن گراوٹآتیہے۔ ہر نئینسلمیںگراوٹآتیہے،گراوٹآتیہے،یہاںتککہہوتےہوتےبالکل زوال کادور آجاتاہے۔</w:t>
      </w:r>
    </w:p>
    <w:p>
      <w:r>
        <w:rPr>
          <w:b/>
        </w:rPr>
        <w:t xml:space="preserve">[24:18] </w:t>
      </w:r>
      <w:r>
        <w:t>to daur-e-zawal mein jo cheezen paida hoti hain, usi ka naam hai Yahudiyat. aur khud hadithon mein iski peshangoi ki gayi hai keh yahi waqe' khud ummat-e-muslima ke saath hoga baad ki naslon mein.</w:t>
      </w:r>
    </w:p>
    <w:p>
      <w:pPr>
        <w:jc w:val="right"/>
      </w:pPr>
      <w:r>
        <w:t>تو دور زوال میں جو چیز یں پیدا ہوتیہیں،اسیکانامہےیہودیت۔ اور خود حدیثوںمیںاسکیپیش نگوئیکیگئیہے کہیہی واقع ہخود امت مسلمہکےساتھہوگا بعد کینسلوںمیں۔</w:t>
      </w:r>
    </w:p>
    <w:p>
      <w:r>
        <w:rPr>
          <w:b/>
        </w:rPr>
        <w:t xml:space="preserve">[24:37] </w:t>
      </w:r>
      <w:r>
        <w:t>yani nasl dar nasl muslima mein buraiyan aati jayengi, aati jayengi, aati jayengi, yahan tak keh woh wahi sab karenge jo Yahudiyon ne kiya.</w:t>
      </w:r>
    </w:p>
    <w:p>
      <w:pPr>
        <w:jc w:val="right"/>
      </w:pPr>
      <w:r>
        <w:t>یعنینسل درنسلامت مسلمہ میں میںگوبرائیاںآتیجائیںگی،آتیجائیںگی،آتیجائیںگی، یہاںتککہوہ وہی سب کریںگےجویہودیوںنےکیا۔</w:t>
      </w:r>
    </w:p>
    <w:p>
      <w:r>
        <w:rPr>
          <w:b/>
        </w:rPr>
        <w:t xml:space="preserve">[24:48] </w:t>
      </w:r>
      <w:r>
        <w:t>to dekhiye, yahan mein aapko ek baat ki taraf tawajjuh dilana chahta hoon jo maine sochte hue mujhe daryaft hui Allah ke fazl se. dekhiye, ek hai religious Yahudiyat aur ek hai secular Yahudiyat.</w:t>
      </w:r>
    </w:p>
    <w:p>
      <w:pPr>
        <w:jc w:val="right"/>
      </w:pPr>
      <w:r>
        <w:t>تودیکھیے،یہاںمیںآپکو ایک باتکیطرف توجہدل اناچاہتاہوںجومیںنے سوچتےہوئے مجھے دریا فتہوئی اللہ کےفضلسے ۔دیکھیے،ایک ہے ریلیجسیہودیت اورایک ہے سیکولریہودیت۔</w:t>
      </w:r>
    </w:p>
    <w:p>
      <w:r>
        <w:rPr>
          <w:b/>
        </w:rPr>
        <w:t xml:space="preserve">[25:04] </w:t>
      </w:r>
      <w:r>
        <w:t>yani yahudiyon ka ek hai religious ittaba, ek hai yahudiyon ka secular ittaba.</w:t>
      </w:r>
    </w:p>
    <w:p>
      <w:pPr>
        <w:jc w:val="right"/>
      </w:pPr>
      <w:r>
        <w:t>یعنییہودیوںکاایک ہے ریلیجس اتباع، ایکہےیہودیوںکا سیکولراتباع۔</w:t>
      </w:r>
    </w:p>
    <w:p>
      <w:r>
        <w:rPr>
          <w:b/>
        </w:rPr>
        <w:t xml:space="preserve">[25:13] </w:t>
      </w:r>
      <w:r>
        <w:t>to quran mein jis cheez ka zikr hai, woh yahudiyon ka mazhabi ittaba tha. yeh mazhabi ittaba ki baat thi. yani rasool allah sallallahu alaihi wasallam aaye bible ki peshangoee ke mutabiq, magar unhone iska inkar kar diya, yani dushman ban gaye. iske yeh thi religious yahudiyat, mazhabi yahudiyat.</w:t>
      </w:r>
    </w:p>
    <w:p>
      <w:pPr>
        <w:jc w:val="right"/>
      </w:pPr>
      <w:r>
        <w:t>تو قرآنمیں جسچیزکاذکرہے،وہ یہ ودیوںکا مذہبیاتباعتھا۔ یہ مذہبیاتباعکیباتتھی۔ یعنیرسولاللہصلیاللہعلیہوسلمآئے بائبلکیپیش نگوئیکےمطابق ،مگر انہوںنے اسکاانکارکردیا،یعنیدشمنبنگئے۔اسکے یہ تھی ر یلیجس یہ ودیت ،مذہبییہودیت۔</w:t>
      </w:r>
    </w:p>
    <w:p>
      <w:r>
        <w:rPr>
          <w:b/>
        </w:rPr>
        <w:t xml:space="preserve">[25:36] </w:t>
      </w:r>
      <w:r>
        <w:t>ab jo surat haal pesh aa rahi hai, woh secular yahudiyat hai.</w:t>
      </w:r>
    </w:p>
    <w:p>
      <w:pPr>
        <w:jc w:val="right"/>
      </w:pPr>
      <w:r>
        <w:t>ابجوصورت حالپیشآرہیہے، وہ سیکولریہودیتہے۔</w:t>
      </w:r>
    </w:p>
    <w:p>
      <w:r>
        <w:rPr>
          <w:b/>
        </w:rPr>
        <w:t xml:space="preserve">[25:42] </w:t>
      </w:r>
      <w:r>
        <w:t>kyun secular yahudiyat hai? dekhiye, quran mein hai ke sahaba karam ne yeh dua ki thi ke "rabbana wala tahmil alaina isran kama hamaltahu allazeena min qablina,</w:t>
      </w:r>
    </w:p>
    <w:p>
      <w:pPr>
        <w:jc w:val="right"/>
      </w:pPr>
      <w:r>
        <w:t>کیوں سیکولریہودیتہے؟ دیکھیے، قرآنمیں ہےکہ صحابہکرامنے یہ دعاکیتھی کہ"ربنا ولا تحمل علینااسرا کمااحولتالذ ینمنقبل نا،</w:t>
      </w:r>
    </w:p>
    <w:p>
      <w:r>
        <w:rPr>
          <w:b/>
        </w:rPr>
        <w:t xml:space="preserve">[25:58] </w:t>
      </w:r>
      <w:r>
        <w:t>rabbana wala tuhammilna malataqat lana bi". surah baqarah ke aakhir mein aap padh lijiye. yeh sahaba karam ne poori ummat ki taraf se dua ki, poori ummat ko represent karte hue dua ki.</w:t>
      </w:r>
    </w:p>
    <w:p>
      <w:pPr>
        <w:jc w:val="right"/>
      </w:pPr>
      <w:r>
        <w:t>ربناولا تح ملناملاطاقت اللہبھی" ۔سورہبقرہکےآخرمیںآپپڑھلیجئے۔ یہ صحابہکرامنے پوریامتکیطرفسےدعاکی، پوریامتکے ریپریزنٹکرتےہوئے دعاکی۔</w:t>
      </w:r>
    </w:p>
    <w:p>
      <w:r>
        <w:rPr>
          <w:b/>
        </w:rPr>
        <w:t xml:space="preserve">[26:12] </w:t>
      </w:r>
      <w:r>
        <w:t>woh kya thi? "ae allah! humko woh museebatein na daal jo peechli ummaton par rahi nahin, peechli ummaton ko pesh aayi thin,</w:t>
      </w:r>
    </w:p>
    <w:p>
      <w:pPr>
        <w:jc w:val="right"/>
      </w:pPr>
      <w:r>
        <w:t>وہکیا تھی؟ "اےاللہ!ہمکو وہ مصیبتیں نہ ڈالجوپچھلیامتوںپر رہیہیں، پچھلیامتوںکوپیش آئیتھیں،</w:t>
      </w:r>
    </w:p>
    <w:p>
      <w:r>
        <w:rPr>
          <w:b/>
        </w:rPr>
        <w:t xml:space="preserve">[26:27] </w:t>
      </w:r>
      <w:r>
        <w:t>aur hum par aasaani farma". peechli ummaton ko kya museebatein aati thin? woh tha mazhabi jabr, religious persecution.</w:t>
      </w:r>
    </w:p>
    <w:p>
      <w:pPr>
        <w:jc w:val="right"/>
      </w:pPr>
      <w:r>
        <w:t>اورہمپر آس انیفرما۔" پچھلیامتوںکوکیامصیبتیںآتیتھیں؟ وہ تھا مذہبی جبر ،ریلیجسپرسیکیوشن۔</w:t>
      </w:r>
    </w:p>
    <w:p>
      <w:r>
        <w:rPr>
          <w:b/>
        </w:rPr>
        <w:t xml:space="preserve">[26:39] </w:t>
      </w:r>
      <w:r>
        <w:t>peechli ummaton mein jab bhi kisi ne kaha ke allah ek hai, ek allah ki ibadat karo, to bas log usko manne lagte the. yeh daur tha, yahan tak ke hadees mein hai ke araz cheer diye jayenge.</w:t>
      </w:r>
    </w:p>
    <w:p>
      <w:pPr>
        <w:jc w:val="right"/>
      </w:pPr>
      <w:r>
        <w:t>پچھلیامتوںمیںجببھیکسی نےکہاکہاللہ ایکہے، ایک اللہ کیعبادتکرو،تو بس لوگ اسکوماننےلگتےتھے۔ یہ دور تھا، یہاںتککہحدیثمیںہےکہعارضچیردیےگئے۔</w:t>
      </w:r>
    </w:p>
    <w:p>
      <w:r>
        <w:rPr>
          <w:b/>
        </w:rPr>
        <w:t xml:space="preserve">[26:52] </w:t>
      </w:r>
      <w:r>
        <w:t>aariz cheer gaye aur ashab e kahf ko basti chhod kar khoon mein jaana pada. khud rasool allah ke zamane mein tha ke "ara'aita allazi yunha abdan idaa allaha".</w:t>
      </w:r>
    </w:p>
    <w:p>
      <w:pPr>
        <w:jc w:val="right"/>
      </w:pPr>
      <w:r>
        <w:t>عارضچیرگئے اور اصحاب کہفکو بستیچھوڑکر کھومیںجاناپڑا۔ خود رسولاللہکےزمانےمیںتھا کہ" أرأيت الذی ینہاعبداًأداس اللہ"۔</w:t>
      </w:r>
    </w:p>
    <w:p>
      <w:r>
        <w:rPr>
          <w:b/>
        </w:rPr>
        <w:t xml:space="preserve">[27:05] </w:t>
      </w:r>
      <w:r>
        <w:t>to qadeem zamanon mein mazhab e tauheed ko ikhtiyar karne mein rukawatein pesh aati thin, bahut zyada rukawatein.</w:t>
      </w:r>
    </w:p>
    <w:p>
      <w:pPr>
        <w:jc w:val="right"/>
      </w:pPr>
      <w:r>
        <w:t>تو قدیم زمان ےمیں مذہب توحیدکواختیارکرنے میںرکاوٹیںپیشآتیتھیں، بہت زیادہ رکاوٹیں۔</w:t>
      </w:r>
    </w:p>
    <w:p>
      <w:r>
        <w:rPr>
          <w:b/>
        </w:rPr>
        <w:t xml:space="preserve">[27:15] </w:t>
      </w:r>
      <w:r>
        <w:t>to sahaba karam ne ki yeh dua naqal hui quran majeed mein. poori ummat ki taraf se unhone nayaab takrarti hui yeh kaha ke "khudaya!</w:t>
      </w:r>
    </w:p>
    <w:p>
      <w:pPr>
        <w:jc w:val="right"/>
      </w:pPr>
      <w:r>
        <w:t>تو صحابہکرامنے کییہدعا نقلہوئی قرآنمجیدمیں۔ پوریامتکیطرف سے انہوںنے نی ابتکرتیہوئی یہکہاکہ"خدایا!</w:t>
      </w:r>
    </w:p>
    <w:p>
      <w:r>
        <w:rPr>
          <w:b/>
        </w:rPr>
        <w:t xml:space="preserve">[27:26] </w:t>
      </w:r>
      <w:r>
        <w:t>yeh daur ab khatam ho jaye aur aindah jo daur aane wala hai, usmein humko tauheed ka mazhab ikhtiyar karna aasan ho jaye aur khuda parasti aasan ho jaye".</w:t>
      </w:r>
    </w:p>
    <w:p>
      <w:pPr>
        <w:jc w:val="right"/>
      </w:pPr>
      <w:r>
        <w:t>یہ دور ابختمہوجائے اور آئندہجودور آنےوالاہے،اسمیںہمکو توحیدکامذہباختیارکرنا آسانہوجائے اور خدا پر ستیآسانہوجائے"۔</w:t>
      </w:r>
    </w:p>
    <w:p>
      <w:r>
        <w:rPr>
          <w:b/>
        </w:rPr>
        <w:t xml:space="preserve">[27:40] </w:t>
      </w:r>
      <w:r>
        <w:t>iski dua ki unhone. aaj woh waqea pesh aa chuka hai.</w:t>
      </w:r>
    </w:p>
    <w:p>
      <w:pPr>
        <w:jc w:val="right"/>
      </w:pPr>
      <w:r>
        <w:t>اسکیدعاکیانہوںنے۔ آج وہ واقعہپیشآچکاہے۔</w:t>
      </w:r>
    </w:p>
    <w:p>
      <w:r>
        <w:rPr>
          <w:b/>
        </w:rPr>
        <w:t xml:space="preserve">[27:46] </w:t>
      </w:r>
      <w:r>
        <w:t>misal ke taur par dekhiye, abhi jo log maghrib ke khilaf bolte hain, stage pe aakar ke, woh isi liye bol paate hain ke maghrib ne yeh naya daur paida kiya hai.</w:t>
      </w:r>
    </w:p>
    <w:p>
      <w:pPr>
        <w:jc w:val="right"/>
      </w:pPr>
      <w:r>
        <w:t>مثلاًدیکھیے، ابھیجولوگ مغربکےخلاف بولتےہیں،اسٹیجپہآکرکے، وہ اسیلیےبول پاتےہیںکہمغ ربنے یہ نیادور پیدا کیاہے۔</w:t>
      </w:r>
    </w:p>
    <w:p>
      <w:r>
        <w:rPr>
          <w:b/>
        </w:rPr>
        <w:t xml:space="preserve">[27:57] </w:t>
      </w:r>
      <w:r>
        <w:t>yeh bolna kya hai? yeh hai anti authority bolna. kyunki aap jante hain ke maghrib ko dhamka jagah hai.</w:t>
      </w:r>
    </w:p>
    <w:p>
      <w:pPr>
        <w:jc w:val="right"/>
      </w:pPr>
      <w:r>
        <w:t>یہ بولناکیاہے؟ یہہے این ٹی اتھارٹیبول نا۔ کیونکہآپجانتےہیںکہمغربکودھدمارجگہہے۔</w:t>
      </w:r>
    </w:p>
    <w:p>
      <w:r>
        <w:rPr>
          <w:b/>
        </w:rPr>
        <w:t xml:space="preserve">[28:07] </w:t>
      </w:r>
      <w:r>
        <w:t>yeh isko aap is tarah se gaur kijiye ke yeh maghrib ke khilaf jo log itne dhoom dham se taqreer karte hain, woh anti authority bolna hota hai.</w:t>
      </w:r>
    </w:p>
    <w:p>
      <w:pPr>
        <w:jc w:val="right"/>
      </w:pPr>
      <w:r>
        <w:t>یہ اسکوآپ اسطرحسےغورکیجئےکہیہ مغربکےخلاف جولوگاتنےدھومدھامتقریرکرتےہیں، وہ اینٹیاتھارٹیبولناہوتاہے۔</w:t>
      </w:r>
    </w:p>
    <w:p>
      <w:r>
        <w:rPr>
          <w:b/>
        </w:rPr>
        <w:t xml:space="preserve">[28:18] </w:t>
      </w:r>
      <w:r>
        <w:t>pehlay zamanon mein anti authority bolne ki qeemat kya aati thi? sar kaat diya jata tha, haath paon tod diya jata tha, aag mein daal diya jata tha.</w:t>
      </w:r>
    </w:p>
    <w:p>
      <w:pPr>
        <w:jc w:val="right"/>
      </w:pPr>
      <w:r>
        <w:t>پہلے زمان ےمیں اینٹیاتھارٹیبولنےکیقیمتکیاآتیتھی؟ سر کاٹدیاجاتاتھا، ہاتھپاؤںتوڑدیاجاتاتھا، آگمیںڈالدیاجاتا تھا۔</w:t>
      </w:r>
    </w:p>
    <w:p>
      <w:r>
        <w:rPr>
          <w:b/>
        </w:rPr>
        <w:t xml:space="preserve">[28:28] </w:t>
      </w:r>
      <w:r>
        <w:t>to anti authority bolne ka jo aaj raawaj hua hai ke aap bolein aur koi rokne wala nahin, yeh kisne paida kiya?</w:t>
      </w:r>
    </w:p>
    <w:p>
      <w:pPr>
        <w:jc w:val="right"/>
      </w:pPr>
      <w:r>
        <w:t>تو این ٹیاتھارٹی بول نےکاجو آج رواجہواہےکہآپبول یں اورکوئیروکنےوالانہیں،یہکسنےپیدا کیا ؟</w:t>
      </w:r>
    </w:p>
    <w:p>
      <w:r>
        <w:rPr>
          <w:b/>
        </w:rPr>
        <w:t xml:space="preserve">[28:36] </w:t>
      </w:r>
      <w:r>
        <w:t>yeh khud maghrib ne paida kiya. maghrib jo daur aaya, secularism ka, democracy ka, freedom ka, uski wajah se yeh mumkin hua hai ke aap authority ke khilaf bolte hain aur koi aapko pakadne wala nahin.</w:t>
      </w:r>
    </w:p>
    <w:p>
      <w:pPr>
        <w:jc w:val="right"/>
      </w:pPr>
      <w:r>
        <w:t>یہخود مغربنےپیدا کیا۔ مغربجودور آیا،سیکولرزمکا، ڈیموکریسیکا، فریڈمکا،اسکیوجہسےیہممکنہواہےکہآپ اتھارٹیکےخلاف بولتےہیںاورکوئیآپکوپکڑنےوالانہیں ۔</w:t>
      </w:r>
    </w:p>
    <w:p>
      <w:r>
        <w:rPr>
          <w:b/>
        </w:rPr>
        <w:t xml:space="preserve">[28:53] </w:t>
      </w:r>
      <w:r>
        <w:t>yahi baat nahin hai. dekhiye, aaj kya hai?</w:t>
      </w:r>
    </w:p>
    <w:p>
      <w:pPr>
        <w:jc w:val="right"/>
      </w:pPr>
      <w:r>
        <w:t>یہیباتنہیںہے۔ دیکھیے، آجکیاہے؟</w:t>
      </w:r>
    </w:p>
    <w:p>
      <w:r>
        <w:rPr>
          <w:b/>
        </w:rPr>
        <w:t xml:space="preserve">[29:00] </w:t>
      </w:r>
      <w:r>
        <w:t>pehlay zamanon mein, aaj main subah ek baat soch raha tha ke qadeem zamanon mein dunya ki cheezon ko teen taqseem ki jati thin: jamadat, nabatat, haiwanat.</w:t>
      </w:r>
    </w:p>
    <w:p>
      <w:pPr>
        <w:jc w:val="right"/>
      </w:pPr>
      <w:r>
        <w:t>پہلے زمانےمیں،آجمیںص بحایکباتسوچرہاتھا کہ قدیم زمانےمیں دنیا کیچیزوںکو تینتقسیمکیجاتیتھی: جم ادات ،نبات ات ، حیوانات ۔</w:t>
      </w:r>
    </w:p>
    <w:p>
      <w:r>
        <w:rPr>
          <w:b/>
        </w:rPr>
        <w:t xml:space="preserve">[29:13] </w:t>
      </w:r>
      <w:r>
        <w:t>jamadat, nabatat, haiwanat. haiwanat ka matlab hai animal, nabatat ka matlab hai plant kingdom, jamadat ka matlab hai woh cheezein jo mutharrik na hon, ghair mutharrik.</w:t>
      </w:r>
    </w:p>
    <w:p>
      <w:pPr>
        <w:jc w:val="right"/>
      </w:pPr>
      <w:r>
        <w:t>جم ادات ، نباتات،حیوانات ۔ حیواناتکامطلبہے این یمل، نبات اتکامطلبہے پلانٹکنگڈم، جماداتکامطلبہےوہچیزیںجو متحرکنہہوں،غیر متحرک ۔</w:t>
      </w:r>
    </w:p>
    <w:p>
      <w:r>
        <w:rPr>
          <w:b/>
        </w:rPr>
        <w:t xml:space="preserve">[29:30] </w:t>
      </w:r>
      <w:r>
        <w:t>aaj kya hai? aaj jamadat jo the, woh mutharrik hain. yani meter move kar raha hai. meter aapko rokkr sadkon pe daudta hai, meter aapko rokkr samundaron mein aapko lekar ke teerta hai,</w:t>
      </w:r>
    </w:p>
    <w:p>
      <w:pPr>
        <w:jc w:val="right"/>
      </w:pPr>
      <w:r>
        <w:t>آجکیاہے؟ آج جماداتجوتھیں، وہ متحرکہیں۔ یعنیمیٹر مووکررہاہے۔ میٹرآپکوروککرسڑکوںپردوڑتاہے، میٹرآپکوروککر سمندروںمیں آپ کولےکر کے تیررہاہے،</w:t>
      </w:r>
    </w:p>
    <w:p>
      <w:r>
        <w:rPr>
          <w:b/>
        </w:rPr>
        <w:t xml:space="preserve">[29:48] </w:t>
      </w:r>
      <w:r>
        <w:t>meter aapko rokkr hawai jahaz ke sar pe hawa mein ud raha hai. hum bhi abhi yeh bol rahe hain yahan par ke battery toh hai ke hamari awaaz kahan kahan pahunch rahi hai dunya bhar mein.</w:t>
      </w:r>
    </w:p>
    <w:p>
      <w:pPr>
        <w:jc w:val="right"/>
      </w:pPr>
      <w:r>
        <w:t>میٹرآپکوروککرہوا جہازکےسر پرہوا میں اڑرہاہے۔ ہمبھیابھییہجوبولرہےہیںیہاںپر کہبیٹریتوہےکہہماریآوازکہاںکہاںپہنچرہیہے دنیا بھرمیں۔</w:t>
      </w:r>
    </w:p>
    <w:p>
      <w:r>
        <w:rPr>
          <w:b/>
        </w:rPr>
        <w:t xml:space="preserve">[30:00] </w:t>
      </w:r>
      <w:r>
        <w:t>to Hazrat Musa ke zamane mein ek asaa jo hai, usne move kiya tha, yani saanp ban gaya tha. ek waqea hua tha aur jab poore poore poori universe jo hai, move kar rahi hai aapke liye,</w:t>
      </w:r>
    </w:p>
    <w:p>
      <w:pPr>
        <w:jc w:val="right"/>
      </w:pPr>
      <w:r>
        <w:t>تو حضرتموسیٰکےزمان ےمیں ایک عصاجوہے، اسنےمووکیاتھا، یعنیسانپبنگیاتھا۔ ایک واقعہہواتھا اورجب پورے پورے پورییونیورس جوہے،مووکررہیہےآپکےلیے،</w:t>
      </w:r>
    </w:p>
    <w:p>
      <w:r>
        <w:rPr>
          <w:b/>
        </w:rPr>
        <w:t xml:space="preserve">[30:14] </w:t>
      </w:r>
      <w:r>
        <w:t>yeh saara communication, nayisawariyan, yeh is jitnabhi hai, jab meter move kar raha hai,</w:t>
      </w:r>
    </w:p>
    <w:p>
      <w:pPr>
        <w:jc w:val="right"/>
      </w:pPr>
      <w:r>
        <w:t>یہ ساراکمیونیکیشن، نئیسواریاں، یہ اس جتنابھیہے، جبمیٹرمووکررہاہے،</w:t>
      </w:r>
    </w:p>
    <w:p>
      <w:r>
        <w:rPr>
          <w:b/>
        </w:rPr>
        <w:t xml:space="preserve">[30:24] </w:t>
      </w:r>
      <w:r>
        <w:t>meter andamoo. jisko unhon ne jamadat keh kar keh diya tha ke yeh to ghair mutharrik cheezein hain, ghair mutharrik cheezein hain, woh aaj kya hai? woh meter andamoo woh hai.</w:t>
      </w:r>
    </w:p>
    <w:p>
      <w:pPr>
        <w:jc w:val="right"/>
      </w:pPr>
      <w:r>
        <w:t>میٹرازانداموو۔ جسکوانہوںنے جماداتکہہکر کہہدیاتھاکہ یہتوغیر متحرکچیزیںہیں، غیر متحرکچیزیںہیں، وہآجکیاہے؟وہمیٹراندامووہے۔</w:t>
      </w:r>
    </w:p>
    <w:p>
      <w:r>
        <w:rPr>
          <w:b/>
        </w:rPr>
        <w:t xml:space="preserve">[30:40] </w:t>
      </w:r>
      <w:r>
        <w:t>yeh jo aap sawariyan istemal karte hain, woh kya hai? woh meter hi woh hai jo ke daud raha hai aap ko le kar ke.</w:t>
      </w:r>
    </w:p>
    <w:p>
      <w:pPr>
        <w:jc w:val="right"/>
      </w:pPr>
      <w:r>
        <w:t>یہ جو آپ سواریاںاستعمال کرتےہیں،وہکیاہے؟ وہمیٹرہیتوہےجوکہدوڑرہاہےآپکولےکرکے۔</w:t>
      </w:r>
    </w:p>
    <w:p>
      <w:r>
        <w:rPr>
          <w:b/>
        </w:rPr>
        <w:t xml:space="preserve">[30:47] </w:t>
      </w:r>
      <w:r>
        <w:t>to kaisi ajeeb baat hai ke aaj meter aap ko le kar ke yahan se wahan pouncha raha hai, samundaron mein, hawa mein, har jagah aap chal phir rahe hain, meter ke upar sawar ho kar ke.</w:t>
      </w:r>
    </w:p>
    <w:p>
      <w:pPr>
        <w:jc w:val="right"/>
      </w:pPr>
      <w:r>
        <w:t>توکیسیعجیبباتہے کہ آج میٹرآپکو لےکر کے یہاںسےوہاںپہنچارہاہے، سمندروںمیں ،ہوا میں، ہرجگہآپچلپھررہےہیں، میٹرکے اوپر سوارہوکرکے۔</w:t>
      </w:r>
    </w:p>
    <w:p>
      <w:r>
        <w:rPr>
          <w:b/>
        </w:rPr>
        <w:t xml:space="preserve">[31:02] </w:t>
      </w:r>
      <w:r>
        <w:t>aap ki awaz dekhiye, kis tarah se yeh jo camera hai, yeh jo yeh jo yeh jo system hai communication ka, yeh sab kya hai? meter hi woh hai yeh.</w:t>
      </w:r>
    </w:p>
    <w:p>
      <w:pPr>
        <w:jc w:val="right"/>
      </w:pPr>
      <w:r>
        <w:t>آپ کیآواز دیکھیے، کسطرحسے یہجو کیمرہہے، یہجو یہجو یہجو سسٹمہے کمیونیکیشنکا،یہسبکیاہے؟میٹرہیتوہےیہ۔</w:t>
      </w:r>
    </w:p>
    <w:p>
      <w:r>
        <w:rPr>
          <w:b/>
        </w:rPr>
        <w:t xml:space="preserve">[31:14] </w:t>
      </w:r>
      <w:r>
        <w:t>yani meter aap ki tasweer le raha hai, meter aap ki awaz ko record kar raha hai aur saari duniya mein pouncha raha hai. achha, ab suniye, ab sochiye ke yeh kis ne kiya? yeh sab aik aik kaam, yeh kis ne kiya hai?</w:t>
      </w:r>
    </w:p>
    <w:p>
      <w:pPr>
        <w:jc w:val="right"/>
      </w:pPr>
      <w:r>
        <w:t>یعنیمیٹرآپکیتصویرلےرہاہے،میٹرآپکیآوازکوریکارڈکررہاہے اور ساریدنیا میںپہنچارہاہے۔ اچھا،ابسنیے، اب سوچیےکہیہکسنےکیا؟یہسب ایک ایککام، یہکسنےکیاہے؟</w:t>
      </w:r>
    </w:p>
    <w:p>
      <w:r>
        <w:rPr>
          <w:b/>
        </w:rPr>
        <w:t xml:space="preserve">[31:29] </w:t>
      </w:r>
      <w:r>
        <w:t>yeh kis ne kiya hai? is mein kuch bhi hissa east ka nahi hai jisko ke kahin unhon ne kahin ke east sab west ka hissa hai. yeh western nations ne sab kuch kiya,</w:t>
      </w:r>
    </w:p>
    <w:p>
      <w:pPr>
        <w:jc w:val="right"/>
      </w:pPr>
      <w:r>
        <w:t>یہ کسنےکیاہے؟ اس میں کچھبھی حص ہ ایسٹکانہیںہےجسکوکہاکہ انہوںنےکہاکہایسٹ سب ویسٹکاحصہہے۔یہ ویسٹرننیشنزنےسبکچھکیا ،</w:t>
      </w:r>
    </w:p>
    <w:p>
      <w:r>
        <w:rPr>
          <w:b/>
        </w:rPr>
        <w:t xml:space="preserve">[31:42] </w:t>
      </w:r>
      <w:r>
        <w:t>yani Allah taala ne in ko tofeeq di ke woh karein. main yeh manta hoon ke west ne jo kuch kiya, woh ittefaq se nahi hua, Allah taala ki madad se hua.</w:t>
      </w:r>
    </w:p>
    <w:p>
      <w:pPr>
        <w:jc w:val="right"/>
      </w:pPr>
      <w:r>
        <w:t>یعنیاللہ تعالیٰنےانکوتوفیقدیکہوہکریں۔ میںیہمانتاہوںکہ ویسٹنےجوکچھکیا، وہ اتفاقسےنہیںہوا، اللہ تعالیٰ کی مددسےہوا ۔</w:t>
      </w:r>
    </w:p>
    <w:p>
      <w:r>
        <w:rPr>
          <w:b/>
        </w:rPr>
        <w:t xml:space="preserve">[31:54] </w:t>
      </w:r>
      <w:r>
        <w:t>lekin behar haal zahiri tor par unhon ne nahi kiya.</w:t>
      </w:r>
    </w:p>
    <w:p>
      <w:pPr>
        <w:jc w:val="right"/>
      </w:pPr>
      <w:r>
        <w:t>لیکن بہرحال ظاہریطورپرانہوںنےنہیںکیا۔</w:t>
      </w:r>
    </w:p>
    <w:p>
      <w:r>
        <w:rPr>
          <w:b/>
        </w:rPr>
        <w:t xml:space="preserve">[31:57] </w:t>
      </w:r>
      <w:r>
        <w:t>to film aaj ahem kufar bhi ho gaya. yeh ke jo dua ki thi sahaba ne, is dua par tehqeeq kiya.</w:t>
      </w:r>
    </w:p>
    <w:p>
      <w:pPr>
        <w:jc w:val="right"/>
      </w:pPr>
      <w:r>
        <w:t>تو فلم ا جاہم معرف کفربھیہوگیا۔ یہ کہجو دعاکیتھی صحابہنے، اس دعاپر تحقیقکیا۔</w:t>
      </w:r>
    </w:p>
    <w:p>
      <w:r>
        <w:rPr>
          <w:b/>
        </w:rPr>
        <w:t xml:space="preserve">[32:10] </w:t>
      </w:r>
      <w:r>
        <w:t>yani western nation ne tehqeeq karte karte meter ko, yani itni sari blessing jo Khuda ki chupi hui thi, us ko zahir kar diya.</w:t>
      </w:r>
    </w:p>
    <w:p>
      <w:pPr>
        <w:jc w:val="right"/>
      </w:pPr>
      <w:r>
        <w:t>یعنی ویسٹرننیشننے تحقیقکرتے کرتے میٹرکو ،یعنی اتنیساری بلیسنگجوخداکیچھپیہوئیتھی، اسکوظاہرکردی۔</w:t>
      </w:r>
    </w:p>
    <w:p>
      <w:r>
        <w:rPr>
          <w:b/>
        </w:rPr>
        <w:t xml:space="preserve">[32:25] </w:t>
      </w:r>
      <w:r>
        <w:t>to kya</w:t>
      </w:r>
    </w:p>
    <w:p>
      <w:pPr>
        <w:jc w:val="right"/>
      </w:pPr>
      <w:r>
        <w:t>توکیا</w:t>
      </w:r>
    </w:p>
    <w:p>
      <w:r>
        <w:rPr>
          <w:b/>
        </w:rPr>
        <w:t xml:space="preserve">[32:26] </w:t>
      </w:r>
      <w:r>
        <w:t>hua? aap munkir ban gaye ya any bhi ban gaye? isi cheez ke any bhi ban gaye jo sahaba karam ki duaon ke zariye duniya mein hamein hasil hua tha.</w:t>
      </w:r>
    </w:p>
    <w:p>
      <w:pPr>
        <w:jc w:val="right"/>
      </w:pPr>
      <w:r>
        <w:t>ہوا؟آپ منکربنگئےیا اینیبھیبنگئے؟ اسیچیز کےاینیبھیبنگئے جو صحابہکرامکیدعاؤںکےذریعے دنیا میں ہمیں حاصل ہواتھا۔</w:t>
      </w:r>
    </w:p>
    <w:p>
      <w:r>
        <w:rPr>
          <w:b/>
        </w:rPr>
        <w:t xml:space="preserve">[32:40] </w:t>
      </w:r>
      <w:r>
        <w:t>aaj har aadmi ke jeb mein mobile hota hai. yeh mobile kis ne ijad kiya hai? kis ne daryaft kiya hai?</w:t>
      </w:r>
    </w:p>
    <w:p>
      <w:pPr>
        <w:jc w:val="right"/>
      </w:pPr>
      <w:r>
        <w:t>آجہرآدمی کے جیبمیںموبائلہوتاہے۔ یہموبائلکسنے ایجادکیاہے؟ کسنےدریافتکیاہے؟</w:t>
      </w:r>
    </w:p>
    <w:p>
      <w:r>
        <w:rPr>
          <w:b/>
        </w:rPr>
        <w:t xml:space="preserve">[32:49] </w:t>
      </w:r>
      <w:r>
        <w:t>west ne kiya hai? har aadmi apni jeb mein camera liye hue hai. yeh camera kis ne daryaft kiya hai?</w:t>
      </w:r>
    </w:p>
    <w:p>
      <w:pPr>
        <w:jc w:val="right"/>
      </w:pPr>
      <w:r>
        <w:t>ویسٹنےکیاہے؟ ہرآدمی اپنیجیبمیںکیمرہلیاہواہے۔ یہکیمرہکسنےدریافتکیاہے؟</w:t>
      </w:r>
    </w:p>
    <w:p>
      <w:r>
        <w:rPr>
          <w:b/>
        </w:rPr>
        <w:t xml:space="preserve">[32:55] </w:t>
      </w:r>
      <w:r>
        <w:t>west ne kiya hai? har aadmi website par apna baatein daali hui hain. jisko dekhiye, website us ko apna khola hua hai. is ne yeh website ki technique kis ne daryaft ki?</w:t>
      </w:r>
    </w:p>
    <w:p>
      <w:pPr>
        <w:jc w:val="right"/>
      </w:pPr>
      <w:r>
        <w:t>ویسٹنےکیاہے؟ ہرآدمی ویبسائٹپر اپنا باتیںڈالیہوئیہیں۔ جسکودیکھیے،ویبسائٹ اسکواپناکھولرکھاہے۔اسنے یہ ویبسائٹکیٹیکنیککسنےدریافتکی ؟</w:t>
      </w:r>
    </w:p>
    <w:p>
      <w:r>
        <w:rPr>
          <w:b/>
        </w:rPr>
        <w:t xml:space="preserve">[33:08] </w:t>
      </w:r>
      <w:r>
        <w:t>kis ne develop kiya? woh sab west ne kiya. yani jitni bhi kisi ghar mein aap chale jaiye, us ke ghar mein jo furniture hoga aur jo saman hoga, woh sab west ka, westernized hoga. woh sab</w:t>
      </w:r>
    </w:p>
    <w:p>
      <w:pPr>
        <w:jc w:val="right"/>
      </w:pPr>
      <w:r>
        <w:t>کسنےڈیولپکیا ؟ وہسبویسٹنےکیا۔ یعنیجتنیبھی کسی گھرمیںآپچلےجائیے، اسکےگھرمیںجوفرنیچرہوگااورجوسامانہوگا، وہسب ویسٹکا ،ویسٹرنائزڈہوگا۔وہسب</w:t>
      </w:r>
    </w:p>
    <w:p>
      <w:r>
        <w:rPr>
          <w:b/>
        </w:rPr>
        <w:t xml:space="preserve">[33:25] </w:t>
      </w:r>
      <w:r>
        <w:t>to is ke maani hain ke sahaba karam ne dua ki thi ke Khuda ya! hamare liye aik sahulat ka daur paida farma. yeh jo daur tha pehle ke hum Allah ko aik nahi keh sakte the,</w:t>
      </w:r>
    </w:p>
    <w:p>
      <w:pPr>
        <w:jc w:val="right"/>
      </w:pPr>
      <w:r>
        <w:t>تواسکےمعنیہیں کہ صحابہکرامنےدعاکیتھی کہخدایا! ہمارےلیے ایک سہولتکادور پیدا فرما۔ یہجو دور تھا پہلے کہہم اللہ کوایکنہیںکہہسکتےتھے،</w:t>
      </w:r>
    </w:p>
    <w:p>
      <w:r>
        <w:rPr>
          <w:b/>
        </w:rPr>
        <w:t xml:space="preserve">[33:40] </w:t>
      </w:r>
      <w:r>
        <w:t>Allah ki parastish nahi kar sakte the, Allah ki ibadat nahi kar sakte the, har jagah maar peet hoti thi, yani mushrik banne ki aazadi thi, muahhid banne ki aazadi nahi thi.</w:t>
      </w:r>
    </w:p>
    <w:p>
      <w:pPr>
        <w:jc w:val="right"/>
      </w:pPr>
      <w:r>
        <w:t>اللہ کی پرستشنہیںکرسکتےتھے، اللہ کی عبادتنہیںکرسکتےتھے، ہرجگہمارپیٹہوتیتھی، یعنی مشرکبننےکیآزادیتھی، معاہدبننےکیآزادینہیںتھی۔</w:t>
      </w:r>
    </w:p>
    <w:p>
      <w:r>
        <w:rPr>
          <w:b/>
        </w:rPr>
        <w:t xml:space="preserve">[33:54] </w:t>
      </w:r>
      <w:r>
        <w:t>kaisa ajeeb daur tha pehle zamaney mein! Quran mein hai ke "wa ma naqam min hum illa ayub billah al-aziz al-hamid".</w:t>
      </w:r>
    </w:p>
    <w:p>
      <w:pPr>
        <w:jc w:val="right"/>
      </w:pPr>
      <w:r>
        <w:t>کیساعجیبدور تھاپہلے زمان ےمیں! قرآنمیںہےکہ"ومانقم من ہم الا ایوب باللہ العزیز الحمید"۔</w:t>
      </w:r>
    </w:p>
    <w:p>
      <w:r>
        <w:rPr>
          <w:b/>
        </w:rPr>
        <w:t xml:space="preserve">[34:03] </w:t>
      </w:r>
      <w:r>
        <w:t>is ka matlab tha qadeem zamaney mein hazaron saal tak yeh duniya mein culture tha ke mushrik bane to aap aazad hain, muahhid bane to aap ko mara jayega.</w:t>
      </w:r>
    </w:p>
    <w:p>
      <w:pPr>
        <w:jc w:val="right"/>
      </w:pPr>
      <w:r>
        <w:t>اسکامطلبتھاقدیم زمانےمیںہزاروںسالتک یہ دنیا میںکلچرتھا کہ مشرکبنےتوآپآزادہیں، معاہدبنےتوآپکوماراجائےگا۔</w:t>
      </w:r>
    </w:p>
    <w:p>
      <w:r>
        <w:rPr>
          <w:b/>
        </w:rPr>
        <w:t xml:space="preserve">[34:15] </w:t>
      </w:r>
      <w:r>
        <w:t>is daur ko khatam sahaba ne dua ki ke yeh daur khatam ho. Khuda ya!</w:t>
      </w:r>
    </w:p>
    <w:p>
      <w:pPr>
        <w:jc w:val="right"/>
      </w:pPr>
      <w:r>
        <w:t>اس دور کوختم صحابہنے دعاکیکہیہدورختم ہو۔خدایا!</w:t>
      </w:r>
    </w:p>
    <w:p>
      <w:r>
        <w:rPr>
          <w:b/>
        </w:rPr>
        <w:t xml:space="preserve">[34:20] </w:t>
      </w:r>
      <w:r>
        <w:t>yeh kaisi museebat hai ke Khuda ki duniya mein aadmi Khuda parasti ka tareeqa nahi ikhtiyar kar sakta. to Allah taala ne tofeeq diya ahl-e-maghrib ko aur unhon ne sari cheezein badal din.</w:t>
      </w:r>
    </w:p>
    <w:p>
      <w:pPr>
        <w:jc w:val="right"/>
      </w:pPr>
      <w:r>
        <w:t>یہکیسیمصیبتہےکہخداکیدنیا میں آدمیخدا پر ستی کاطریقہنہیںاختیارکرسکتا۔ تو اللہ تعالیٰنےتوفیقدیاہلمغربکو اورانہوںنے ساریچیزیں بد لیں۔</w:t>
      </w:r>
    </w:p>
    <w:p>
      <w:r>
        <w:rPr>
          <w:b/>
        </w:rPr>
        <w:t xml:space="preserve">[34:35] </w:t>
      </w:r>
      <w:r>
        <w:t>aik taraf unhon ne scientific technology paida ki, is technology se yeh sara nayi nayi cheezein samne aayin.</w:t>
      </w:r>
    </w:p>
    <w:p>
      <w:pPr>
        <w:jc w:val="right"/>
      </w:pPr>
      <w:r>
        <w:t>ایک طرف انہوںنےسائنٹیفک ٹیکنالوجی پیدا کی، اسٹیکنالوجیسے یہسارا نئینئیچیزیںسامنےآئیں۔</w:t>
      </w:r>
    </w:p>
    <w:p>
      <w:r>
        <w:rPr>
          <w:b/>
        </w:rPr>
        <w:t xml:space="preserve">[34:44] </w:t>
      </w:r>
      <w:r>
        <w:t>doosre unhon ne, yani woh bhi badla, yani phaat bhi badla, culture bhi badla. yeh jitni cheezein aayin hain, chahe aazadi ho, jo democracy ho, secularism ho, yeh sab kaun laya hai? wohi to laye hain, wohi log.</w:t>
      </w:r>
    </w:p>
    <w:p>
      <w:pPr>
        <w:jc w:val="right"/>
      </w:pPr>
      <w:r>
        <w:t>دوسرےانہوںنے، یعنی وہبھیبدلا، یعنی پھاٹبھیبدلا،کلچربھیبد لا۔ یہ جتنیچیزیںآئیںہیں، چاہےآزادیہو،جو ڈیموکریسیہو،سیکولرزمہو،یہسبکونلایاہے؟وہیتولائےہیں،وہیلوگ ۔</w:t>
      </w:r>
    </w:p>
    <w:p>
      <w:r>
        <w:rPr>
          <w:b/>
        </w:rPr>
        <w:t xml:space="preserve">[35:02] </w:t>
      </w:r>
      <w:r>
        <w:t>iski waja se aap ke liye mumkin hai ke aap anti-authority bolte hain aur koi aap ko pakadta nahin hai. aap apne mazhab ki tableegh karte hain aur koi pakadta nahin hai.</w:t>
      </w:r>
    </w:p>
    <w:p>
      <w:pPr>
        <w:jc w:val="right"/>
      </w:pPr>
      <w:r>
        <w:t>اسکیوجہسےآپکےلیےممکنہےکہآپ این ٹیاتھارٹیبولتےہیںاورکوئیآپکوپکڑتانہیں۔ آپ اپنے مذہبکیتبلیغکرتےہیںاورکوئیپکڑتانہیں۔</w:t>
      </w:r>
    </w:p>
    <w:p>
      <w:r>
        <w:rPr>
          <w:b/>
        </w:rPr>
        <w:t xml:space="preserve">[35:15] </w:t>
      </w:r>
      <w:r>
        <w:t>yeh sari, yaani haqeeqat ke aitbaar se, sab Allah ki blessings hain. yeh sab kis ki Allah ki blessings hain. lekin Allah ne kis ko zariya banaya is is blessing ko saamne laane ka?</w:t>
      </w:r>
    </w:p>
    <w:p>
      <w:pPr>
        <w:jc w:val="right"/>
      </w:pPr>
      <w:r>
        <w:t>یہساری ،یعنیحقیقت کےاعتبارسے،سباللہکیبلیسنگہے۔ یہسبکیسباللہ کیبلیسنگہے۔ لیکن اللہ نےکسکوذریعہبنایا اس اس بلیسنگکو سامنے لانےکا ؟</w:t>
      </w:r>
    </w:p>
    <w:p>
      <w:r>
        <w:rPr>
          <w:b/>
        </w:rPr>
        <w:t xml:space="preserve">[35:27] </w:t>
      </w:r>
      <w:r>
        <w:t>inhin ko banaya phir us zariya. achha, jab woh bana chuke to aap unka enemy, dushman bane. yaani jeeb mein mobile rakhe hue hain aur dushman wohi hai jo jis ne mobile ko, yaani tayyar kiya hai.</w:t>
      </w:r>
    </w:p>
    <w:p>
      <w:pPr>
        <w:jc w:val="right"/>
      </w:pPr>
      <w:r>
        <w:t>انہیکوبنایاپھراس ذریعہ۔ اچھا،جب وہ بناچکے تو آپانکااینیمی، دشمنبنگئے۔ یعنیجیبمیں موبائل رکھےہوئےہیں اوردشمن وہیکہےجوجسنےموبائلکو ،یعنی تیار کیا ہے۔</w:t>
      </w:r>
    </w:p>
    <w:p>
      <w:r>
        <w:rPr>
          <w:b/>
        </w:rPr>
        <w:t xml:space="preserve">[35:44] </w:t>
      </w:r>
      <w:r>
        <w:t>woh industries jin se mobile bana, camera bana, computer bana, car bana, hawai jahaz bana, yeh sari industries kis ne paida ki?</w:t>
      </w:r>
    </w:p>
    <w:p>
      <w:pPr>
        <w:jc w:val="right"/>
      </w:pPr>
      <w:r>
        <w:t>وہ انڈ سٹریجسسےموبائلبنا، کیمرہبنا، کمپیوٹربنا، کار بنا، ہوا جہازبنا، یہساریانڈ سٹری کسنےپیدا کی ؟</w:t>
      </w:r>
    </w:p>
    <w:p>
      <w:r>
        <w:rPr>
          <w:b/>
        </w:rPr>
        <w:t xml:space="preserve">[35:55] </w:t>
      </w:r>
      <w:r>
        <w:t>yeh industries kis ne laya?</w:t>
      </w:r>
    </w:p>
    <w:p>
      <w:pPr>
        <w:jc w:val="right"/>
      </w:pPr>
      <w:r>
        <w:t>یہانڈ سٹریلیجکونلایا ؟</w:t>
      </w:r>
    </w:p>
    <w:p>
      <w:r>
        <w:rPr>
          <w:b/>
        </w:rPr>
        <w:t xml:space="preserve">[36:00] </w:t>
      </w:r>
      <w:r>
        <w:t>yeh printing press aur sari cheezein jo yeh ek jo modern industries ko kehte hain, kaun laya?</w:t>
      </w:r>
    </w:p>
    <w:p>
      <w:pPr>
        <w:jc w:val="right"/>
      </w:pPr>
      <w:r>
        <w:t>یہ پرنٹنگپریس اورساریچیزیںجو یہایک جو ماڈرنانڈسٹریزکوکہتےہیں،کونلایا؟</w:t>
      </w:r>
    </w:p>
    <w:p>
      <w:r>
        <w:rPr>
          <w:b/>
        </w:rPr>
        <w:t xml:space="preserve">[36:09] </w:t>
      </w:r>
      <w:r>
        <w:t>yeh maghrib ke log laaye.</w:t>
      </w:r>
    </w:p>
    <w:p>
      <w:pPr>
        <w:jc w:val="right"/>
      </w:pPr>
      <w:r>
        <w:t>یہمغربکے لوگ لائے۔</w:t>
      </w:r>
    </w:p>
    <w:p>
      <w:r>
        <w:rPr>
          <w:b/>
        </w:rPr>
        <w:t xml:space="preserve">[36:13] </w:t>
      </w:r>
      <w:r>
        <w:t>to main yeh kehta hoon ke khud Sahaba kiram ki dua se aisa hua. Allah taala ki rehmat mutawajjah hui, Allah taala ne ahle maghrib ko tofeeq di aur yeh sab cheezein paida keen, unhone daryaft keen.</w:t>
      </w:r>
    </w:p>
    <w:p>
      <w:pPr>
        <w:jc w:val="right"/>
      </w:pPr>
      <w:r>
        <w:t>تو میںیہکہتاہوںکہ خود صحابہکرامی کیدعاسےایساہوا۔ اللہ تعالیٰکیرحمت مت وجہہوئی، اللہ تعالیٰنے اہلمغربکوتوفیقدی اوریہسبچیزیں پیدا کیں،انہوںنے دریا فت کیں۔</w:t>
      </w:r>
    </w:p>
    <w:p>
      <w:r>
        <w:rPr>
          <w:b/>
        </w:rPr>
        <w:t xml:space="preserve">[36:29] </w:t>
      </w:r>
      <w:r>
        <w:t>ab jab saamne aaya to wohi hua gaya ke "falamma jahum ma'aruf kafar". jab woh sab cheezein saamne aa gayeen to aap uske enemy bhi bane.</w:t>
      </w:r>
    </w:p>
    <w:p>
      <w:pPr>
        <w:jc w:val="right"/>
      </w:pPr>
      <w:r>
        <w:t>ابجب سامنےآیا تووہیہوا گیاکہ "فلما جاہممعرف کفر "۔ جب وہسبچیزسامنےآگئیتوآپاسکےاینیبھیبنگئے۔</w:t>
      </w:r>
    </w:p>
    <w:p>
      <w:r>
        <w:rPr>
          <w:b/>
        </w:rPr>
        <w:t xml:space="preserve">[36:41] </w:t>
      </w:r>
      <w:r>
        <w:t>to zaati nafa ke liye, zaati interest ke liye to khoob istemaal karte hain log, hatta ke apne beta, beti ko, apne pota, beti ko, apne nawasa, nawasi ko isi west mein bhejte hain,</w:t>
      </w:r>
    </w:p>
    <w:p>
      <w:pPr>
        <w:jc w:val="right"/>
      </w:pPr>
      <w:r>
        <w:t>تو ذاتی نفعکےلیے،ذاتیانٹرسٹکےلیےتوخوباستعمالکرتےہیں لوگ، حتیٰکہاپنے بیٹا، بیٹی کو ،اپنے پوتا،بیٹیکو،اپنے نواسہ،نو اسیکو اسی ویسٹمیںبھیجتےہیں،</w:t>
      </w:r>
    </w:p>
    <w:p>
      <w:r>
        <w:rPr>
          <w:b/>
        </w:rPr>
        <w:t xml:space="preserve">[36:54] </w:t>
      </w:r>
      <w:r>
        <w:t>yahan tak karte hain. lekin west ke dushman hain. yeh kya hai? yeh secular Yahudiyat hai.</w:t>
      </w:r>
    </w:p>
    <w:p>
      <w:pPr>
        <w:jc w:val="right"/>
      </w:pPr>
      <w:r>
        <w:t>یہاںتککرتے ہیں۔ لیکن ویسٹکےدشمنہیں۔ یہکیاہے ؟ یہ سیکولریہودیتہے۔</w:t>
      </w:r>
    </w:p>
    <w:p>
      <w:r>
        <w:rPr>
          <w:b/>
        </w:rPr>
        <w:t xml:space="preserve">[37:05] </w:t>
      </w:r>
      <w:r>
        <w:t>yeh Yahudiyat ka secular imitation hai. yeh</w:t>
      </w:r>
    </w:p>
    <w:p>
      <w:pPr>
        <w:jc w:val="right"/>
      </w:pPr>
      <w:r>
        <w:t>یہ ودیتکا سیکولر ایمیٹیشنہے۔ یہ</w:t>
      </w:r>
    </w:p>
    <w:p>
      <w:r>
        <w:rPr>
          <w:b/>
        </w:rPr>
        <w:t xml:space="preserve">[37:09] </w:t>
      </w:r>
      <w:r>
        <w:t>yeh Yahudiyon ki secular naqal hai ke apne apne Muslim ko ka dushman ban jaana.</w:t>
      </w:r>
    </w:p>
    <w:p>
      <w:pPr>
        <w:jc w:val="right"/>
      </w:pPr>
      <w:r>
        <w:t>یہ ودیوں کی سیکولرنق الیہےکہ اپنے اپنے مسلمکو کادشمنبنجانا۔</w:t>
      </w:r>
    </w:p>
    <w:p>
      <w:r>
        <w:rPr>
          <w:b/>
        </w:rPr>
        <w:t xml:space="preserve">[37:21] </w:t>
      </w:r>
      <w:r>
        <w:t>yeh saada baat nahin hai. aur yeh itna phaila, itna phaila, itna phaila ke dekhiye, yeh phailne ki waja kya hai?</w:t>
      </w:r>
    </w:p>
    <w:p>
      <w:pPr>
        <w:jc w:val="right"/>
      </w:pPr>
      <w:r>
        <w:t>یہ سادہباتنہیںہے۔ اور یہ اتنا پھیلا،اتناپھیلا،اتناپھیلا کہدیکھیے، یہپھیلنےکیوجہکیاہے؟</w:t>
      </w:r>
    </w:p>
    <w:p>
      <w:r>
        <w:rPr>
          <w:b/>
        </w:rPr>
        <w:t xml:space="preserve">[37:33] </w:t>
      </w:r>
      <w:r>
        <w:t>Allah taala ne maujooda zaman mein ek nayi cheez paida ki jisko hum kehte hain print media, electronic media, communication.</w:t>
      </w:r>
    </w:p>
    <w:p>
      <w:pPr>
        <w:jc w:val="right"/>
      </w:pPr>
      <w:r>
        <w:t>اللہ تعالیٰنے موجود ہزمان ےمیںایکنئیچیزپیدا کی جسکوہمکہتےہیں پرنٹ میڈیا، الیکٹرانکمیڈیا، کمیونیکیشن۔</w:t>
      </w:r>
    </w:p>
    <w:p>
      <w:r>
        <w:rPr>
          <w:b/>
        </w:rPr>
        <w:t xml:space="preserve">[37:42] </w:t>
      </w:r>
      <w:r>
        <w:t>yeh kehte hain yeh kis liye aaya tha? is liye aaya tha ke aap sachai ki tableegh karein, Allah ke paigham ko duniya tak pahunchayein.</w:t>
      </w:r>
    </w:p>
    <w:p>
      <w:pPr>
        <w:jc w:val="right"/>
      </w:pPr>
      <w:r>
        <w:t>یہکہتےہیں یہ کسلیےآیاتھا؟ اسلیےآیاتھاکہآپ سچائیکیتبلیغکریں، اللہ کےپیغامکودنیا تکپہنچائیں۔</w:t>
      </w:r>
    </w:p>
    <w:p>
      <w:r>
        <w:rPr>
          <w:b/>
        </w:rPr>
        <w:t xml:space="preserve">[37:52] </w:t>
      </w:r>
      <w:r>
        <w:t>yeh age of communication is liye aaya tha. lekin Musalmanon ne kya</w:t>
      </w:r>
    </w:p>
    <w:p>
      <w:pPr>
        <w:jc w:val="right"/>
      </w:pPr>
      <w:r>
        <w:t>یہ ایجآفکمیونیکیشناسلیےآیاتھا۔ لیکن مسلمانوںنےکیا</w:t>
      </w:r>
    </w:p>
    <w:p>
      <w:r>
        <w:rPr>
          <w:b/>
        </w:rPr>
        <w:t xml:space="preserve">[37:57] </w:t>
      </w:r>
      <w:r>
        <w:t>kya? is poore zarea zarea ko istemaal kiya manfi baatein phailane ke liye. Musalmanon ke akhbarat, Musalmanon ke magazines, Musalmanon ki kitabein, Musalmanon ke stage sab kahan is kaam mein mashgool hain?</w:t>
      </w:r>
    </w:p>
    <w:p>
      <w:pPr>
        <w:jc w:val="right"/>
      </w:pPr>
      <w:r>
        <w:t>کیا؟ اس پورے ذرائعذرائعکو استعمال کیا منفیباتیںپھیلانےکےلیے۔ مسلمانوںکےاخبارات ،مس لمانوںکےمیگزین، مس لمانوںکیکتاب یں، مسلمانوںکےاسٹیجسب کہاں اسکاممیںمشغولہیں؟</w:t>
      </w:r>
    </w:p>
    <w:p>
      <w:r>
        <w:rPr>
          <w:b/>
        </w:rPr>
        <w:t xml:space="preserve">[38:14] </w:t>
      </w:r>
      <w:r>
        <w:t>bas nafrat ki baatein phailane mein.</w:t>
      </w:r>
    </w:p>
    <w:p>
      <w:pPr>
        <w:jc w:val="right"/>
      </w:pPr>
      <w:r>
        <w:t>بس نفرتکیباتیںپھیلانےمیں۔</w:t>
      </w:r>
    </w:p>
    <w:p>
      <w:r>
        <w:rPr>
          <w:b/>
        </w:rPr>
        <w:t xml:space="preserve">[38:19] </w:t>
      </w:r>
      <w:r>
        <w:t>mujhe mein soch raha tha is par to mujhe yaad aaya ke ek ek English shayar tha, ek British shayar tha, ek uska naam tha Rudyard Kipling.</w:t>
      </w:r>
    </w:p>
    <w:p>
      <w:pPr>
        <w:jc w:val="right"/>
      </w:pPr>
      <w:r>
        <w:t>مجھے میںسوچرہاتھااسپرتومجھےیادآیا کہ ایک ایکانگل ششاعرتھا، ایکبرٹششاعرتھا،ایکاسکانامتھا روڈیارڈ کپ لنگ۔</w:t>
      </w:r>
    </w:p>
    <w:p>
      <w:r>
        <w:rPr>
          <w:b/>
        </w:rPr>
        <w:t xml:space="preserve">[38:31] </w:t>
      </w:r>
      <w:r>
        <w:t>Rudyard Kipling yeh British daur mein Bombay mein paida hua tha. uske maa baap Bombay mein rehte the, wahan paida hua woh</w:t>
      </w:r>
    </w:p>
    <w:p>
      <w:pPr>
        <w:jc w:val="right"/>
      </w:pPr>
      <w:r>
        <w:t>روڈیارڈکپ لنگ یہ برٹشدورمیں بمبےمیںپیدا ہواتھا۔ اسکے ماںباپبمبےمیںرہتےتھے، وہاںپیدا ہوا وہ</w:t>
      </w:r>
    </w:p>
    <w:p>
      <w:r>
        <w:rPr>
          <w:b/>
        </w:rPr>
        <w:t xml:space="preserve">[38:45] </w:t>
      </w:r>
      <w:r>
        <w:t>. phir jab woh paanch saal ka tha to uske maa baap le ke chale gaye usko Britain. uska inteqal hua 1936 mein.</w:t>
      </w:r>
    </w:p>
    <w:p>
      <w:pPr>
        <w:jc w:val="right"/>
      </w:pPr>
      <w:r>
        <w:t>۔پھرجبوہپانچسالکاتھاتواسکےماںباپلےکےچلےگئےاسکو برطانیہ۔ اسکا انتقال ہوا 1 9 3 6 میں۔</w:t>
      </w:r>
    </w:p>
    <w:p>
      <w:r>
        <w:rPr>
          <w:b/>
        </w:rPr>
        <w:t xml:space="preserve">[38:55] </w:t>
      </w:r>
      <w:r>
        <w:t>Rudyard Kipling jo tha, bahut zyada shayad arrogant aadmi tha, west ki spirit ko believe karta tha. woh to baharhal uska ek mashhoor couplet hai ke "West as West and East as East</w:t>
      </w:r>
    </w:p>
    <w:p>
      <w:pPr>
        <w:jc w:val="right"/>
      </w:pPr>
      <w:r>
        <w:t>رو ڈیارڈکپلنگجوتھا،بہتزیادہ شاید ارگنڈآدمیتھا، ویسٹکیسپیریٹیکو پربیلیوکرتاتھا۔وہ تو بہرحالاسکاایک مشہور کپ لٹہے کہ "ویسٹاز ویسٹ اینڈ ایسٹ ازایسٹ</w:t>
      </w:r>
    </w:p>
    <w:p>
      <w:r>
        <w:rPr>
          <w:b/>
        </w:rPr>
        <w:t xml:space="preserve">[39:15] </w:t>
      </w:r>
      <w:r>
        <w:t>and the twain shall never meet. West as West and East as East and and twain shall never meet" ke maghrib maghrib hai aur mashriq mashriq hai, dono kabhi mil nahin sakte.</w:t>
      </w:r>
    </w:p>
    <w:p>
      <w:pPr>
        <w:jc w:val="right"/>
      </w:pPr>
      <w:r>
        <w:t>اینڈ دا ڈوین دا ٹوین شیلناٹ شیلنیورمیٹ۔ ویسٹاز ویسٹ اینڈایسٹ از ایسٹ اینڈ اینڈٹوین شیلناٹ شیلنیورمیٹ" کہمغربمغربہے اور مشرقمشرق ہے، دونوںکبھیملنہیںسکتے۔</w:t>
      </w:r>
    </w:p>
    <w:p>
      <w:r>
        <w:rPr>
          <w:b/>
        </w:rPr>
        <w:t xml:space="preserve">[39:37] </w:t>
      </w:r>
      <w:r>
        <w:t>maghrib maghrib hai, mashriq mashriq hai, dono kabhi mil nahin sakte.</w:t>
      </w:r>
    </w:p>
    <w:p>
      <w:pPr>
        <w:jc w:val="right"/>
      </w:pPr>
      <w:r>
        <w:t>مغربمغربہے، مشرق مشرقہے،دونوںکبھیملنہیںسکتے۔</w:t>
      </w:r>
    </w:p>
    <w:p>
      <w:r>
        <w:rPr>
          <w:b/>
        </w:rPr>
        <w:t xml:space="preserve">[39:42] </w:t>
      </w:r>
      <w:r>
        <w:t>to rudyard kipling ke saath yeh tasawwur to wahan khatam ho gaya. maghrib dunya mein tasawwur maujood nahin hai. musalmanon ne isko khoob qabool kar liya.</w:t>
      </w:r>
    </w:p>
    <w:p>
      <w:pPr>
        <w:jc w:val="right"/>
      </w:pPr>
      <w:r>
        <w:t>تو روڈیارڈکپلنگکےساتھ یہ تص ورتووہاںختمہوگیا۔ مغرب دنیا میں تصورموجود نہیں ہے۔ مس لمانوںنےاسکو خوب قبولکرلیا۔</w:t>
      </w:r>
    </w:p>
    <w:p>
      <w:r>
        <w:rPr>
          <w:b/>
        </w:rPr>
        <w:t xml:space="preserve">[39:53] </w:t>
      </w:r>
      <w:r>
        <w:t>musalmanon mein kya hai? agarche woh lafzi taur par ailaan nahin kiya, unhon ne amalan dekha, amalan ke muslim muslim hai, ghair muslim ghair muslim hai, dono mil nahin sakte kabhi.</w:t>
      </w:r>
    </w:p>
    <w:p>
      <w:pPr>
        <w:jc w:val="right"/>
      </w:pPr>
      <w:r>
        <w:t>مس لمانوںمیںکیاہے؟ اگر چہ وہ لفظیطورپراعلاننہیںکیا،انہوںنے عملاًدیکھا،عملاً کہ مسلم مسلم ہے، غیر مسلمغیر مسلمہے، دونوںملنہیںسکتےکبھی۔</w:t>
      </w:r>
    </w:p>
    <w:p>
      <w:r>
        <w:rPr>
          <w:b/>
        </w:rPr>
        <w:t xml:space="preserve">[40:07] </w:t>
      </w:r>
      <w:r>
        <w:t>yeh momin hai, woh kafir hai. yeh dar-ul-islam hai, woh dar-ul-harb hai.</w:t>
      </w:r>
    </w:p>
    <w:p>
      <w:pPr>
        <w:jc w:val="right"/>
      </w:pPr>
      <w:r>
        <w:t>یہ مومنہے،وہکافرہے۔ یہدارالاسلامہے،وہدارالحربہے۔</w:t>
      </w:r>
    </w:p>
    <w:p>
      <w:r>
        <w:rPr>
          <w:b/>
        </w:rPr>
        <w:t xml:space="preserve">[40:13] </w:t>
      </w:r>
      <w:r>
        <w:t>yeh hamari, yeh hamari ideology banai hai is baat ka. logon ne</w:t>
      </w:r>
    </w:p>
    <w:p>
      <w:pPr>
        <w:jc w:val="right"/>
      </w:pPr>
      <w:r>
        <w:t>یہ ہماری، یہہماریآئیڈالوجیبنائیہےاسباتکا۔لوگوںنے</w:t>
      </w:r>
    </w:p>
    <w:p>
      <w:r>
        <w:rPr>
          <w:b/>
        </w:rPr>
        <w:t xml:space="preserve">[40:20] </w:t>
      </w:r>
      <w:r>
        <w:t>kitni khatarnak ideology yeh hai.</w:t>
      </w:r>
    </w:p>
    <w:p>
      <w:pPr>
        <w:jc w:val="right"/>
      </w:pPr>
      <w:r>
        <w:t>کتنیخطرناکآئیڈالوجییہہے۔</w:t>
      </w:r>
    </w:p>
    <w:p>
      <w:r>
        <w:rPr>
          <w:b/>
        </w:rPr>
        <w:t xml:space="preserve">[40:26] </w:t>
      </w:r>
      <w:r>
        <w:t>we and they concept bohat hi bari shakal mein musalmanon mein aa chuka hai, jo ke anti-islam hai. is liye dekhiye, islam jo hai, ek mazhab dawat-i-mazhab hai,</w:t>
      </w:r>
    </w:p>
    <w:p>
      <w:pPr>
        <w:jc w:val="right"/>
      </w:pPr>
      <w:r>
        <w:t>وی اینڈدےکانسیپٹبہتہی بڑی شکلمیںمسلمانوںمیںآچکاہے، جو کہ این ٹیاسلام ہے۔ اسلیےدیکھیے، اسلام جوہے، ایک مذہب دعوتیمذہبہے،</w:t>
      </w:r>
    </w:p>
    <w:p>
      <w:r>
        <w:rPr>
          <w:b/>
        </w:rPr>
        <w:t xml:space="preserve">[40:40] </w:t>
      </w:r>
      <w:r>
        <w:t>dawat-i-mission hai.</w:t>
      </w:r>
    </w:p>
    <w:p>
      <w:pPr>
        <w:jc w:val="right"/>
      </w:pPr>
      <w:r>
        <w:t>دعوتیمشنہے۔</w:t>
      </w:r>
    </w:p>
    <w:p>
      <w:r>
        <w:rPr>
          <w:b/>
        </w:rPr>
        <w:t xml:space="preserve">[40:42] </w:t>
      </w:r>
      <w:r>
        <w:t>tamam paighambaron ne kaha tha ke " inni lakum nasihoon". inni lakum nasihoon, naseeh ke maani hote hain khair khwah, walwishar.</w:t>
      </w:r>
    </w:p>
    <w:p>
      <w:pPr>
        <w:jc w:val="right"/>
      </w:pPr>
      <w:r>
        <w:t>تمام پیغمبروںنے کہاتھاکہ " انیلکمناصح"۔انیلکمناصح، ناصحکےمعنیہوتےہیںخیرخواہ، ولویشر ۔</w:t>
      </w:r>
    </w:p>
    <w:p>
      <w:r>
        <w:rPr>
          <w:b/>
        </w:rPr>
        <w:t xml:space="preserve">[40:52] </w:t>
      </w:r>
      <w:r>
        <w:t>main tumhara walwishar hoon, main tumhara walwishar hoon. yaani woh log jo maroof istilaah ke mutabiq kafir the, mushrik the,</w:t>
      </w:r>
    </w:p>
    <w:p>
      <w:pPr>
        <w:jc w:val="right"/>
      </w:pPr>
      <w:r>
        <w:t>میں تمہاراول ویشرہوں، میںتمہاراول ویشرہوں۔ یعنی وہلوگ جو معروف اصطلاحکےمطابقکافرتھے،مشرکتھے،</w:t>
      </w:r>
    </w:p>
    <w:p>
      <w:r>
        <w:rPr>
          <w:b/>
        </w:rPr>
        <w:t xml:space="preserve">[41:07] </w:t>
      </w:r>
      <w:r>
        <w:t>un ko kaha ke main tumhara walwishar hoon.</w:t>
      </w:r>
    </w:p>
    <w:p>
      <w:pPr>
        <w:jc w:val="right"/>
      </w:pPr>
      <w:r>
        <w:t>انکو کہاکہمیںتمہاراولویشرہوں۔</w:t>
      </w:r>
    </w:p>
    <w:p>
      <w:r>
        <w:rPr>
          <w:b/>
        </w:rPr>
        <w:t xml:space="preserve">[41:11] </w:t>
      </w:r>
      <w:r>
        <w:t>is maani ke yeh concept ke ke muslim muslim hai aur ghair muslim ghair muslim hai, dono mil nahin sakte the, bilkul yeh false, false nazariya hai.</w:t>
      </w:r>
    </w:p>
    <w:p>
      <w:pPr>
        <w:jc w:val="right"/>
      </w:pPr>
      <w:r>
        <w:t>اس معنیکہیہ کانسیپٹکہ کہ مسلم مسلم ہےاورغیر مسلمغیر مسلمہے، دونوںملنہیںسکتےتھے، بالکل یہ فالس، فالس نظ ریہہے۔</w:t>
      </w:r>
    </w:p>
    <w:p>
      <w:r>
        <w:rPr>
          <w:b/>
        </w:rPr>
        <w:t xml:space="preserve">[41:22] </w:t>
      </w:r>
      <w:r>
        <w:t>yeh islami nazariya nahin hai. islami nazariya to dekhiye, yahan tak hai, yahan tak hai ke quran mein hai ke agar koi tum ko bazahir dushman dikhai de, tab bhi tum kya karo?</w:t>
      </w:r>
    </w:p>
    <w:p>
      <w:pPr>
        <w:jc w:val="right"/>
      </w:pPr>
      <w:r>
        <w:t>یہاسلامی نظریہنہیںہے۔ اسلامی نظریہتودیکھیے،یہاںتک ہے، یہاںتکہے کہقرآنمیںہےکہ اگر کوئی تم کوبظاہردشمندکھائیدے، تب بھی تم کیاکرو ؟</w:t>
      </w:r>
    </w:p>
    <w:p>
      <w:r>
        <w:rPr>
          <w:b/>
        </w:rPr>
        <w:t xml:space="preserve">[41:35] </w:t>
      </w:r>
      <w:r>
        <w:t>achha sulook karke us ko dost banao.</w:t>
      </w:r>
    </w:p>
    <w:p>
      <w:pPr>
        <w:jc w:val="right"/>
      </w:pPr>
      <w:r>
        <w:t>اچھا سلوککرکے اسکو دوستبناؤ۔</w:t>
      </w:r>
    </w:p>
    <w:p>
      <w:r>
        <w:rPr>
          <w:b/>
        </w:rPr>
        <w:t xml:space="preserve">[41:40] </w:t>
      </w:r>
      <w:r>
        <w:t>tab bhi surah hami was-sajdah mein ayat hai</w:t>
      </w:r>
    </w:p>
    <w:p>
      <w:pPr>
        <w:jc w:val="right"/>
      </w:pPr>
      <w:r>
        <w:t>تب بھی سورہحامی وس جدہمیںآیتہے</w:t>
      </w:r>
    </w:p>
    <w:p>
      <w:r>
        <w:rPr>
          <w:b/>
        </w:rPr>
        <w:t xml:space="preserve">[41:50] </w:t>
      </w:r>
      <w:r>
        <w:t>ke us ke saath achha sulook karo. faiz-ul-ladhi baina kum kaudaa wa kaana waliyan hameem. is ka matlab kya hai?</w:t>
      </w:r>
    </w:p>
    <w:p>
      <w:pPr>
        <w:jc w:val="right"/>
      </w:pPr>
      <w:r>
        <w:t>کہاسکےساتھ اچھا سلوککرو۔ فیض الذیبین ک و داو ہکان ولی حمیم ۔ اسکامطلبکیاہے ؟</w:t>
      </w:r>
    </w:p>
    <w:p>
      <w:r>
        <w:rPr>
          <w:b/>
        </w:rPr>
        <w:t xml:space="preserve">[41:59] </w:t>
      </w:r>
      <w:r>
        <w:t>ek bari revolutionary baat hai, bohat hi inqilabi baat hai</w:t>
      </w:r>
    </w:p>
    <w:p>
      <w:pPr>
        <w:jc w:val="right"/>
      </w:pPr>
      <w:r>
        <w:t>ایک بڑی ریولیوشنریباتہے، بہتہی انقلابیباتہے</w:t>
      </w:r>
    </w:p>
    <w:p>
      <w:r>
        <w:rPr>
          <w:b/>
        </w:rPr>
        <w:t xml:space="preserve">[42:04] </w:t>
      </w:r>
      <w:r>
        <w:t>ke musalman ko yeh soch di gayi ke tum apne enemy ko bhi potential friend maano. apna kya ajeeb baat hai yeh!</w:t>
      </w:r>
    </w:p>
    <w:p>
      <w:pPr>
        <w:jc w:val="right"/>
      </w:pPr>
      <w:r>
        <w:t>کہ مس لمانکو یہ سوچدیگئی کہتم اپنے اینمیکوبھی پوٹینشلفرینڈمانو۔اپنا کیسیعجیبباتہےیہ!</w:t>
      </w:r>
    </w:p>
    <w:p>
      <w:r>
        <w:rPr>
          <w:b/>
        </w:rPr>
        <w:t xml:space="preserve">[42:14] </w:t>
      </w:r>
      <w:r>
        <w:t>tum apne enemy ko bhi apne potential friend ke roop mein dekho. your enemy is your potential friend.</w:t>
      </w:r>
    </w:p>
    <w:p>
      <w:pPr>
        <w:jc w:val="right"/>
      </w:pPr>
      <w:r>
        <w:t>تم اپنے این می کو بھیاپنے پوٹینشل فرینڈکےروپمیںدیکھو۔ یوراینمیازیور پوٹینشلفر ینڈ۔</w:t>
      </w:r>
    </w:p>
    <w:p>
      <w:r>
        <w:rPr>
          <w:b/>
        </w:rPr>
        <w:t xml:space="preserve">[42:25] </w:t>
      </w:r>
      <w:r>
        <w:t>ab bataiye ke yeh west ke khilaaf jo zehan bana rakha hai musalmanon mein, yeh kis qadar ghair islami zehan hai? kitna zyada door hai islam se yeh baat?</w:t>
      </w:r>
    </w:p>
    <w:p>
      <w:pPr>
        <w:jc w:val="right"/>
      </w:pPr>
      <w:r>
        <w:t>اببتائیےکہ یہویسٹکےخلاف جو ذہنبنارکھاہےمسلمانوںمیں،یہکسقدر غیر اسلامی ذہنہے؟ کتنازیادہ دورہےاسلام سےیہبات؟</w:t>
      </w:r>
    </w:p>
    <w:p>
      <w:r>
        <w:rPr>
          <w:b/>
        </w:rPr>
        <w:t xml:space="preserve">[42:35] </w:t>
      </w:r>
      <w:r>
        <w:t>ba-farz, main nahin manta ke maghrib hamara dushman hai. main is ko bilkul hi absurd manta hoon, baseless. lekin ba-farz, for the sake of argument, main kahunga ke agar maghrib dushman ho, tab bhi aap ko quran ki taleem ke mutabiq maghrib ko apne potential friend ke roop mein dekhna chahiye.</w:t>
      </w:r>
    </w:p>
    <w:p>
      <w:pPr>
        <w:jc w:val="right"/>
      </w:pPr>
      <w:r>
        <w:t>بال فرض ،میںنہیںمانتاکہمغربہمارادشمنہے۔ میںاسکوبالکل ہی ایبسرٹمانتاہوں، بیسلیس۔ لیکن بال فرض، فارداسیکآفارگیومنٹ، میںکہوںگا کہ اگر مغرب دشمن ہو ،تب بھیآپکو قرآنکیاستعلیم کےمطابق مغربکو اپنے پوٹینشلفرینڈکےروپمیںدیکھناچاہیے۔</w:t>
      </w:r>
    </w:p>
    <w:p>
      <w:r>
        <w:rPr>
          <w:b/>
        </w:rPr>
        <w:t xml:space="preserve">[43:00] </w:t>
      </w:r>
      <w:r>
        <w:t>phir main repeat karunga ke main zaati taur par hargiz yeh nahin manta ke maghrib hamara dushman hai. main is ko bohat hi zyada baseless samajhta hoon, absurd samajhta hoon.</w:t>
      </w:r>
    </w:p>
    <w:p>
      <w:pPr>
        <w:jc w:val="right"/>
      </w:pPr>
      <w:r>
        <w:t>پھرمیںریپیٹکروںگا کہ میں ذاتی طورپر ہرگز یہنہیںمانتاکہمغربہمارادشمنہے۔ میںاسکو بہت ہیزیادہ بیسلیسسمجھتاہوں، ایبسرٹسمجھتاہوں۔</w:t>
      </w:r>
    </w:p>
    <w:p>
      <w:r>
        <w:rPr>
          <w:b/>
        </w:rPr>
        <w:t xml:space="preserve">[43:14] </w:t>
      </w:r>
      <w:r>
        <w:t>ismein kuch bhi sachai nahin hai ke maghrib hamara dushman hai.</w:t>
      </w:r>
    </w:p>
    <w:p>
      <w:pPr>
        <w:jc w:val="right"/>
      </w:pPr>
      <w:r>
        <w:t>اسمیںکچھبھی سچائینہیںہےکہمغربہمارادشمنہے۔</w:t>
      </w:r>
    </w:p>
    <w:p>
      <w:r>
        <w:rPr>
          <w:b/>
        </w:rPr>
        <w:t xml:space="preserve">[43:18] </w:t>
      </w:r>
      <w:r>
        <w:t>lekin chunke musalman saari dunya mein yeh samajh baithe hain, to main kahunga ke for the sake of argument, ba-farz agar maghrib dushman ho, tab bhi quran ki taleem kya hai?</w:t>
      </w:r>
    </w:p>
    <w:p>
      <w:pPr>
        <w:jc w:val="right"/>
      </w:pPr>
      <w:r>
        <w:t>لیکن چونکہ مس لمان ساریدنیا میںیہیسمجھبیٹھےہیں، تومیں کہوںگاکہ فار داسیکآفارگیومنٹ، بال فرضاگر مغربدشمنہو ، تببھیقرآنکیتعلیم کیاہے؟</w:t>
      </w:r>
    </w:p>
    <w:p>
      <w:r>
        <w:rPr>
          <w:b/>
        </w:rPr>
        <w:t xml:space="preserve">[43:35] </w:t>
      </w:r>
      <w:r>
        <w:t>ke tum maghrib ko apna potential friend maano aur us ko achha sulook karke is potential ko actual banao. is potential ko actual banao.</w:t>
      </w:r>
    </w:p>
    <w:p>
      <w:pPr>
        <w:jc w:val="right"/>
      </w:pPr>
      <w:r>
        <w:t>کہتم مغربکو اپنا پوٹینشلفر ینڈمانو اوراسکواچھاسلوککرکے اس پوٹینشلکوایکچولبناؤ۔ اسپوٹینشلکوایکچولبناؤ۔</w:t>
      </w:r>
    </w:p>
    <w:p>
      <w:r>
        <w:rPr>
          <w:b/>
        </w:rPr>
        <w:t xml:space="preserve">[43:49] </w:t>
      </w:r>
      <w:r>
        <w:t>to yeh hai surah taha jismein aaj saari ummat-e-muslima mubtala hai. saari ummat-e-muslima yeh all-pervading mentality hai musalmanon mein ke maghrib hamara dushman hai, maghrib hamare khilaaf conspiracy karta hai,</w:t>
      </w:r>
    </w:p>
    <w:p>
      <w:pPr>
        <w:jc w:val="right"/>
      </w:pPr>
      <w:r>
        <w:t>تو یہہے سورہطہجسمیںآجساریامت مسلمہمبتلاہے۔ ساریامت مسلم ہ یہ ال پرو یسومینٹیلٹیہےمسلمانوںمیں کہمغربہمارادشمن ہے، مغرب ہمارےخلاف کانسپریسیکرتاہے،</w:t>
      </w:r>
    </w:p>
    <w:p>
      <w:r>
        <w:rPr>
          <w:b/>
        </w:rPr>
        <w:t xml:space="preserve">[44:06] </w:t>
      </w:r>
      <w:r>
        <w:t>maghrib hamara raiyoolah hai.</w:t>
      </w:r>
    </w:p>
    <w:p>
      <w:pPr>
        <w:jc w:val="right"/>
      </w:pPr>
      <w:r>
        <w:t>مغربہمارارائیولہے۔</w:t>
      </w:r>
    </w:p>
    <w:p>
      <w:r>
        <w:rPr>
          <w:b/>
        </w:rPr>
        <w:t xml:space="preserve">[44:10] </w:t>
      </w:r>
      <w:r>
        <w:t>to wahi surat haal jo madine mein sirf ek town ke satah par hui thi, town</w:t>
      </w:r>
    </w:p>
    <w:p>
      <w:pPr>
        <w:jc w:val="right"/>
      </w:pPr>
      <w:r>
        <w:t>تو وہیصورت حال جو مدینےمیں صرف ایک ٹاؤنکےسطح پرہوئیتھی،ٹاؤن</w:t>
      </w:r>
    </w:p>
    <w:p>
      <w:r>
        <w:rPr>
          <w:b/>
        </w:rPr>
        <w:t xml:space="preserve">[44:17] </w:t>
      </w:r>
      <w:r>
        <w:t>madina ek town tha, aaj global level pe pahunch gayi hai. Yani jo burai, jo negative mentality madine mein aayi thi ek town ki satah par,</w:t>
      </w:r>
    </w:p>
    <w:p>
      <w:pPr>
        <w:jc w:val="right"/>
      </w:pPr>
      <w:r>
        <w:t>مدینہایکٹاؤنتھا، آج گلوبللیولپہپہنچگئیہے۔ یعنیجو بر ائی، جو نیگیٹیو مینٹیلٹی مدینےمیں آئیتھی ایکٹاؤنکیسطح پر،</w:t>
      </w:r>
    </w:p>
    <w:p>
      <w:r>
        <w:rPr>
          <w:b/>
        </w:rPr>
        <w:t xml:space="preserve">[44:35] </w:t>
      </w:r>
      <w:r>
        <w:t>wahi negative mentality aaj musalmanon mein aa gayi hai global level par. To yeh bilashuba waqt aa gaya hai ke jab ke musalman ijtima'i toba karein.</w:t>
      </w:r>
    </w:p>
    <w:p>
      <w:pPr>
        <w:jc w:val="right"/>
      </w:pPr>
      <w:r>
        <w:t>وہی نیگیٹیومینٹیلٹیآجمس لمانوںمیںآگئی ہےگلوبللیولپر ۔ تو یہ بلاشبہوقتآگیاہےکہجب کہمسلمان اجتماعیتوبہکریں۔</w:t>
      </w:r>
    </w:p>
    <w:p>
      <w:r>
        <w:rPr>
          <w:b/>
        </w:rPr>
        <w:t xml:space="preserve">[44:46] </w:t>
      </w:r>
      <w:r>
        <w:t>character repentance ka waqt aa gaya hai.</w:t>
      </w:r>
    </w:p>
    <w:p>
      <w:pPr>
        <w:jc w:val="right"/>
      </w:pPr>
      <w:r>
        <w:t>کریکٹرریپیٹنسکاوقتآگیاہے۔</w:t>
      </w:r>
    </w:p>
    <w:p>
      <w:r>
        <w:rPr>
          <w:b/>
        </w:rPr>
        <w:t xml:space="preserve">[44:50] </w:t>
      </w:r>
      <w:r>
        <w:t>u-turn lein, u-turn lein, u-turn lein, warna Quran ke alfaaz mein woh kabhi bhi falan nahin paayenge, qayamat tak falan nahin paayenge.</w:t>
      </w:r>
    </w:p>
    <w:p>
      <w:pPr>
        <w:jc w:val="right"/>
      </w:pPr>
      <w:r>
        <w:t>یوٹرنلیں،یوٹرنلیں،یوٹرنلیں، ورنہ قرآنکےالفاظمیں وہ کبھیبھی فلاںنہیںپائیںگے،قیامتتکفلاںنہیںپائیںگے۔</w:t>
      </w:r>
    </w:p>
    <w:p>
      <w:r>
        <w:rPr>
          <w:b/>
        </w:rPr>
        <w:t xml:space="preserve">[45:00] </w:t>
      </w:r>
      <w:r>
        <w:t>unki saari activities fail ho jayengi, unke saare tareeqe fail ho jayengi, unke saare qurbaniyan bekar chali jayengi.</w:t>
      </w:r>
    </w:p>
    <w:p>
      <w:pPr>
        <w:jc w:val="right"/>
      </w:pPr>
      <w:r>
        <w:t>انکی ساری ایکٹیویٹیزفیل ہوجائیںگی، انکےسارےطریقےفیل ہوجائیںگی، انکے سارے قربانیاں بیکارچلیجائیںگی۔</w:t>
      </w:r>
    </w:p>
    <w:p>
      <w:r>
        <w:rPr>
          <w:b/>
        </w:rPr>
        <w:t xml:space="preserve">[45:13] </w:t>
      </w:r>
      <w:r>
        <w:t>bible mein ek tamseel hai ke mazdoor apni mazdoori suraakhdaar theli mein jama karta hai. Dekhiye, farz kijiye yeh theli hai, iske andar yahan par suraakh hai.</w:t>
      </w:r>
    </w:p>
    <w:p>
      <w:pPr>
        <w:jc w:val="right"/>
      </w:pPr>
      <w:r>
        <w:t>بائبل میںایکتمثیلہے کہ مزدور اپنی مزدوری سوراخدار تھیلیمیںجمعکرتاہے۔ دیکھیے، فرضکیجئےیہتھ یلیہے، اسکےاندریہاںپر سوراخہے۔</w:t>
      </w:r>
    </w:p>
    <w:p>
      <w:r>
        <w:rPr>
          <w:b/>
        </w:rPr>
        <w:t xml:space="preserve">[45:28] </w:t>
      </w:r>
      <w:r>
        <w:t>aap ne kaam kiya kai din bhar aur aap ko mazdoori di gayi, ismein bhar diya gaya. Aap le ke chale to suraakh ki wajah se woh to girta jayega, girta jayega, girta jayega.</w:t>
      </w:r>
    </w:p>
    <w:p>
      <w:pPr>
        <w:jc w:val="right"/>
      </w:pPr>
      <w:r>
        <w:t>آپ نے کام کیا کئی دن بھر اور آپ کو مزدوریدیگئی، اسمیںبھردیاگیا۔ آپلےکےچلے تو سوراخکیوجہسےوہتوگرتاجائےگا،گرتاجائےگا،گرتاجائےگا۔</w:t>
      </w:r>
    </w:p>
    <w:p>
      <w:r>
        <w:rPr>
          <w:b/>
        </w:rPr>
        <w:t xml:space="preserve">[45:41] </w:t>
      </w:r>
      <w:r>
        <w:t>aap ghar pahunchenge to aap ki theli khaali ho jayegi.</w:t>
      </w:r>
    </w:p>
    <w:p>
      <w:pPr>
        <w:jc w:val="right"/>
      </w:pPr>
      <w:r>
        <w:t>آپگھرپہنچیںگے توآپ کیتھیلیخالیہوجائےگی۔</w:t>
      </w:r>
    </w:p>
    <w:p>
      <w:r>
        <w:rPr>
          <w:b/>
        </w:rPr>
        <w:t xml:space="preserve">[45:49] </w:t>
      </w:r>
      <w:r>
        <w:t>yeh matlab hai is tamseel ka ke mazdoor apni theli, ab mazdoor apni mazdoori suraakhdaar theli mein jama karta hai. Wohi musalmanon ka haal hai.</w:t>
      </w:r>
    </w:p>
    <w:p>
      <w:pPr>
        <w:jc w:val="right"/>
      </w:pPr>
      <w:r>
        <w:t>یہمطلبہےاستمثیلکا کہ مزدور اپنی تھیل، ابمزدوراپنی مزدوری سوراخدار تھیلیمیںجمعکرتاہے۔ وہیمسلمانوںکاحالہے۔</w:t>
      </w:r>
    </w:p>
    <w:p>
      <w:r>
        <w:rPr>
          <w:b/>
        </w:rPr>
        <w:t xml:space="preserve">[46:01] </w:t>
      </w:r>
      <w:r>
        <w:t>khud musalman apni jo subah shaam jo boli bol rahe hain, woh kya hai?</w:t>
      </w:r>
    </w:p>
    <w:p>
      <w:pPr>
        <w:jc w:val="right"/>
      </w:pPr>
      <w:r>
        <w:t>خود مس لمان اپنی جو صبح شامجوبول یبولرہےہیں،وہکیاہے؟</w:t>
      </w:r>
    </w:p>
    <w:p>
      <w:r>
        <w:rPr>
          <w:b/>
        </w:rPr>
        <w:t xml:space="preserve">[46:06] </w:t>
      </w:r>
      <w:r>
        <w:t>yeh hi woh hai ke ke har jo yeh karte hain, sab woh log jibrtaize kar dete hain. Inko aap kitni jatan kitaben padhiye jo tareekh ke bare mein, sab mein yeh likha rahega ke maghrib ne saazish karke isko naqab bana diya.</w:t>
      </w:r>
    </w:p>
    <w:p>
      <w:pPr>
        <w:jc w:val="right"/>
      </w:pPr>
      <w:r>
        <w:t>یہیتوہے کہ کہہر جو یہکرتےہیں،سب وہ لوگ جبرٹائزکردیتےہیں۔انکو آپ کتنی جتنیکتاب یںپڑھیے جو تاریخ وںکےبارےمیں ، سب میںیہلکھارہےگا کہ مغربنےسازشکرکےاسکونقاببنادیا۔</w:t>
      </w:r>
    </w:p>
    <w:p>
      <w:r>
        <w:rPr>
          <w:b/>
        </w:rPr>
        <w:t xml:space="preserve">[46:26] </w:t>
      </w:r>
      <w:r>
        <w:t>sab mein yeh likha rahega, koi na koi saazish yahan mil jayega inko jo inki koshishon ko qurbaniyon ko naqab bana deta hai.</w:t>
      </w:r>
    </w:p>
    <w:p>
      <w:pPr>
        <w:jc w:val="right"/>
      </w:pPr>
      <w:r>
        <w:t>سبمیںیہلکھارہےگا، کوئینہکوئی ساز شیوہاںملجائےگاانکو جو انکیکوششوںکو قربانیوںکونقاببنادیتاہے۔</w:t>
      </w:r>
    </w:p>
    <w:p>
      <w:r>
        <w:rPr>
          <w:b/>
        </w:rPr>
        <w:t xml:space="preserve">[46:36] </w:t>
      </w:r>
      <w:r>
        <w:t>sab mein yeh likha hua hai. To yeh to hua ke mazdoor apni mazdoori suraakhdaar theli mein jama karta hai aur falan nahin mil rahi hai, falan se mehroom ho rahe hain.</w:t>
      </w:r>
    </w:p>
    <w:p>
      <w:pPr>
        <w:jc w:val="right"/>
      </w:pPr>
      <w:r>
        <w:t>سب میںیہلکھاہواہے۔ تویہتوہواکہ مزدوراپنیمزدوریسوراخدارتھیلیمیںجمع کرتاہے اورفلاںنہیںملرہیہے، فلاںسےمحرومہورہےہیں۔</w:t>
      </w:r>
    </w:p>
    <w:p>
      <w:r>
        <w:rPr>
          <w:b/>
        </w:rPr>
        <w:t xml:space="preserve">[46:51] </w:t>
      </w:r>
      <w:r>
        <w:t>yeh ek khula hua indication hai ke waqt aa gaya hai ijtima'i toba ka, character repentance ka. Ab character repentance kaise hoga?</w:t>
      </w:r>
    </w:p>
    <w:p>
      <w:pPr>
        <w:jc w:val="right"/>
      </w:pPr>
      <w:r>
        <w:t>یہ ایککھلا ہوا انڈ یکیشنہے کہ وقت آگیاہے اجتماعیتوبہکا ، کریکٹرریپیٹنسکا۔ اب کریکٹرریپیٹنسکیسےہوگا؟</w:t>
      </w:r>
    </w:p>
    <w:p>
      <w:r>
        <w:rPr>
          <w:b/>
        </w:rPr>
        <w:t xml:space="preserve">[47:03] </w:t>
      </w:r>
      <w:r>
        <w:t>yeh kisi stage activism se nahin hoga. Yeh</w:t>
      </w:r>
    </w:p>
    <w:p>
      <w:pPr>
        <w:jc w:val="right"/>
      </w:pPr>
      <w:r>
        <w:t>یہکسی اسٹیجایکٹیویزمسےنہیںہوگا۔یہ</w:t>
      </w:r>
    </w:p>
    <w:p>
      <w:r>
        <w:rPr>
          <w:b/>
        </w:rPr>
        <w:t xml:space="preserve">[47:08] </w:t>
      </w:r>
      <w:r>
        <w:t>nahin, ek poora, yani ek ek ek poora ek ek campaign chalana padega</w:t>
      </w:r>
    </w:p>
    <w:p>
      <w:pPr>
        <w:jc w:val="right"/>
      </w:pPr>
      <w:r>
        <w:t>نہیں، ایکپورا، یعنی ایک ایک ایکپوراایک ایک کیمپینچلاناپڑےگا</w:t>
      </w:r>
    </w:p>
    <w:p>
      <w:r>
        <w:rPr>
          <w:b/>
        </w:rPr>
        <w:t xml:space="preserve">[47:22] </w:t>
      </w:r>
      <w:r>
        <w:t>soch ke correction ka. Campaign masjid mein, madarse mein, idare mein, kitabon mein, magazine mein, akhbar mein, har jagah aisa yeh karna padega.</w:t>
      </w:r>
    </w:p>
    <w:p>
      <w:pPr>
        <w:jc w:val="right"/>
      </w:pPr>
      <w:r>
        <w:t>سوچکےکریکشنکا۔کمپین مسجدمیں،مدرس ےمیں،ادارےمیں، کتاب وںمیں، میگزینمیں، اخبارمیں،ہرجگہ ایسا یہ کرناپڑےگا۔</w:t>
      </w:r>
    </w:p>
    <w:p>
      <w:r>
        <w:rPr>
          <w:b/>
        </w:rPr>
        <w:t xml:space="preserve">[47:37] </w:t>
      </w:r>
      <w:r>
        <w:t>sab se pehle yeh ailaan karna padega ke hamari soch galat thi. Hum ne west ko jo dushman samajh liya, yeh bilkul galat, baseless tha. Yeh</w:t>
      </w:r>
    </w:p>
    <w:p>
      <w:pPr>
        <w:jc w:val="right"/>
      </w:pPr>
      <w:r>
        <w:t>سبسے پہلے یہاعلانکرناپڑےگاکہہماریسوچغلطتھی۔ ہمنے ویسٹکو جو دشمنسمجھلیا،یہبالکل غلط،بیسلیستھا۔یہ</w:t>
      </w:r>
    </w:p>
    <w:p>
      <w:r>
        <w:rPr>
          <w:b/>
        </w:rPr>
        <w:t xml:space="preserve">[47:49] </w:t>
      </w:r>
      <w:r>
        <w:t>kyunki dekhiye, pehle la ilaha hota hai, phir la ilaha illallah hota hai. Agar aap yeh ailaan na karein ke ab tak hamari soch galat thi to kuch bhi kijiye, woh toba ijtima'i nahin banegi. Woh kuch bhi kijiye,</w:t>
      </w:r>
    </w:p>
    <w:p>
      <w:pPr>
        <w:jc w:val="right"/>
      </w:pPr>
      <w:r>
        <w:t>کیونکہدیکھیے،پہلے لاالہہوتاہے،پھرالا اللہہوتاہے۔ اگرآپ یہاعلاننہکریں کہابتکہماری سوچغلطتھی تو کچھبھی کیجیے، وہتوبہ اجتماعینہیںبنےگی۔وہ کچھبھیکیجیے،</w:t>
      </w:r>
    </w:p>
    <w:p>
      <w:r>
        <w:rPr>
          <w:b/>
        </w:rPr>
        <w:t xml:space="preserve">[48:04] </w:t>
      </w:r>
      <w:r>
        <w:t>ijtima'i toba sab se pehle ijtima'i iqraar ka naam hai. Sab se pehle aap ko ijtima'i satah par, matlab saare musalmanon ke zehn mein yeh baat paida karni padegi ke dekho, yeh soch hamari galat thi.</w:t>
      </w:r>
    </w:p>
    <w:p>
      <w:pPr>
        <w:jc w:val="right"/>
      </w:pPr>
      <w:r>
        <w:t>اجتماعی توبہ سبسے پہلے اجتماعی اعترافکانامہے۔ سبسے پہلے آپ کو اجتماعی سطح پر ،مطلب سارے مسلمانوںکےذہنمیں یہبات پیدا کرنیپڑےگیکہ دیکھو،یہسوچہماریغلطتھی۔</w:t>
      </w:r>
    </w:p>
    <w:p>
      <w:r>
        <w:rPr>
          <w:b/>
        </w:rPr>
        <w:t xml:space="preserve">[48:23] </w:t>
      </w:r>
      <w:r>
        <w:t>hum galat soch par khade hue the, yeh manna padega, yeh iqraar karna padega. We were wrong, we were wrong, we were</w:t>
      </w:r>
    </w:p>
    <w:p>
      <w:pPr>
        <w:jc w:val="right"/>
      </w:pPr>
      <w:r>
        <w:t>ہمغلطسوچپرکھڑےہوئےتھے، یہ مانناپڑےگا، یہ اعترافکرناپڑےگا۔ وی ویررونگ،ویویررونگ،ویو</w:t>
      </w:r>
    </w:p>
    <w:p>
      <w:r>
        <w:rPr>
          <w:b/>
        </w:rPr>
        <w:t xml:space="preserve">[48:33] </w:t>
      </w:r>
      <w:r>
        <w:t>wrong, yeh kehna padega aap ko. Tab nayi thinking aayegi, tab nayi soch aayegi, tab negative thinking ki jagah positive thinking aayegi.</w:t>
      </w:r>
    </w:p>
    <w:p>
      <w:pPr>
        <w:jc w:val="right"/>
      </w:pPr>
      <w:r>
        <w:t>یررونگ،یہکہناپڑےگاآپکو۔ تب نئیتھنکنگآئےگی، تب نئیسوچآئےگی، تب نیگیٹیوتھنکنگکیجگہپازیٹیوتھنکنگآئےگی۔</w:t>
      </w:r>
    </w:p>
    <w:p>
      <w:r>
        <w:rPr>
          <w:b/>
        </w:rPr>
        <w:t xml:space="preserve">[48:44] </w:t>
      </w:r>
      <w:r>
        <w:t>aur phir kya hoga? Look mutafalun hoga, yani hamari koshishen jo hain, woh barabar hongi. Hamari koshishen ka result nikalna shuru hoga.</w:t>
      </w:r>
    </w:p>
    <w:p>
      <w:pPr>
        <w:jc w:val="right"/>
      </w:pPr>
      <w:r>
        <w:t>اورپھرکیاہوگا؟ لک متف لونہوگا،یعنیہماریکوششیںجوہیں، وہ بر ابرہوںگی۔ ہماریکوششیں کارزلٹنکلناشروعہوگا۔</w:t>
      </w:r>
    </w:p>
    <w:p>
      <w:r>
        <w:rPr>
          <w:b/>
        </w:rPr>
        <w:t xml:space="preserve">[48:57] </w:t>
      </w:r>
      <w:r>
        <w:t>to teen teen stage hain, iske teen stage.</w:t>
      </w:r>
    </w:p>
    <w:p>
      <w:pPr>
        <w:jc w:val="right"/>
      </w:pPr>
      <w:r>
        <w:t>تو تین تین اسٹیجہیں،اسکےتیناسٹیج۔</w:t>
      </w:r>
    </w:p>
    <w:p>
      <w:r>
        <w:rPr>
          <w:b/>
        </w:rPr>
        <w:t xml:space="preserve">[49:03] </w:t>
      </w:r>
      <w:r>
        <w:t>pehla stage hai yeh kehna ke we are wrong, we are wrong, west hamara dushman nahi hai. Dosra stage yeh hai</w:t>
      </w:r>
    </w:p>
    <w:p>
      <w:pPr>
        <w:jc w:val="right"/>
      </w:pPr>
      <w:r>
        <w:t>پہلااسٹیجہے یہ کہناکہ ویویررونگ،ویویررونگ، ویسٹہمارادشمننہیںہے۔ دوس را اسٹیجیہہے</w:t>
      </w:r>
    </w:p>
    <w:p>
      <w:r>
        <w:rPr>
          <w:b/>
        </w:rPr>
        <w:t xml:space="preserve">[49:14] </w:t>
      </w:r>
      <w:r>
        <w:t>ke saare logon ke andar negative thinking ki jagah positive thinking layi jaye. Phir teesri baat hogi ke falan ka daur aayega, lakum tufliun, duniya mein bhi aur akhirat mein bhi.</w:t>
      </w:r>
    </w:p>
    <w:p>
      <w:pPr>
        <w:jc w:val="right"/>
      </w:pPr>
      <w:r>
        <w:t>کہ سارےلوگوںکےاندر نیگیٹیوتھنکنگکیجگہپازیٹیوتھنکلائیجائے۔ پھر تیسریباتہوگیکہ فلاں کادور آئےگا، ل کمتفلون، دنیا میںبھیاورآخرتمیںبھی۔</w:t>
      </w:r>
    </w:p>
    <w:p>
      <w:r>
        <w:rPr>
          <w:b/>
        </w:rPr>
        <w:t xml:space="preserve">[49:31] </w:t>
      </w:r>
      <w:r>
        <w:t>yeh hai ijtimai tauba,</w:t>
      </w:r>
    </w:p>
    <w:p>
      <w:pPr>
        <w:jc w:val="right"/>
      </w:pPr>
      <w:r>
        <w:t>یہہے اجتماعیتوبہ،</w:t>
      </w:r>
    </w:p>
    <w:p>
      <w:r>
        <w:rPr>
          <w:b/>
        </w:rPr>
        <w:t xml:space="preserve">[49:33] </w:t>
      </w:r>
      <w:r>
        <w:t>yeh hai character repentance. To musalman aam taur par jante hain nahi ijtimai tauba. Yeh lafz nahi bola gaya, mein mein to pata nahi, maine kabhi suna nahi yeh lafz jabke maujood hai ayat e Qur'an majeed mein.</w:t>
      </w:r>
    </w:p>
    <w:p>
      <w:pPr>
        <w:jc w:val="right"/>
      </w:pPr>
      <w:r>
        <w:t>یہہے کریکٹرریپیٹنس۔تو مس لمان عام طورپر جانتےہینہیں اجتماعیتوبہ۔یہ لفظہینہیں بولا گیا،میں میںتوپتہنہیں، میںنےکبھیسنانہیںیہلفظ جبکہ موجود ہےآیتقرآنمجیدمیں۔</w:t>
      </w:r>
    </w:p>
    <w:p>
      <w:r>
        <w:rPr>
          <w:b/>
        </w:rPr>
        <w:t xml:space="preserve">[49:52] </w:t>
      </w:r>
      <w:r>
        <w:t>infiradi tauba ko sab log jante hain, har aadmi infiradi tauba ko janta hai, matlab lafz ko janta hai.</w:t>
      </w:r>
    </w:p>
    <w:p>
      <w:pPr>
        <w:jc w:val="right"/>
      </w:pPr>
      <w:r>
        <w:t>انفرادی توبہ کو سبلوگجانتےہیں، ہرآدمی انفرادیتوبہکوجانتاہے، مطلب لفظکوجانتاہے۔</w:t>
      </w:r>
    </w:p>
    <w:p>
      <w:r>
        <w:rPr>
          <w:b/>
        </w:rPr>
        <w:t xml:space="preserve">[50:02] </w:t>
      </w:r>
      <w:r>
        <w:t>lekin ijtimai tauba, character repentance, yeh shoori taur par musalman jante nahi hain. To humein yeh sochna padega, yeh shoor lana padega, yeh thinking lana padegi,</w:t>
      </w:r>
    </w:p>
    <w:p>
      <w:pPr>
        <w:jc w:val="right"/>
      </w:pPr>
      <w:r>
        <w:t>لیکن اجتماعیتوبہ، کریکٹرریپیٹنس، یہ شعوریطورپر مسلمان جانتےہینہیں۔ توہمیںیہسوچلانیپڑےگی،یہشعورلاناپڑےگا، یہتھنکنگلانیپڑےگی،</w:t>
      </w:r>
    </w:p>
    <w:p>
      <w:r>
        <w:rPr>
          <w:b/>
        </w:rPr>
        <w:t xml:space="preserve">[50:20] </w:t>
      </w:r>
      <w:r>
        <w:t>aur woh process chalana padega. Woh process</w:t>
      </w:r>
    </w:p>
    <w:p>
      <w:pPr>
        <w:jc w:val="right"/>
      </w:pPr>
      <w:r>
        <w:t>اوروہ پروسیسچلاناپڑےگا۔وہپروسیس</w:t>
      </w:r>
    </w:p>
    <w:p>
      <w:r>
        <w:rPr>
          <w:b/>
        </w:rPr>
        <w:t xml:space="preserve">[50:26] </w:t>
      </w:r>
      <w:r>
        <w:t>jo required process hai, woh chalana padega.</w:t>
      </w:r>
    </w:p>
    <w:p>
      <w:pPr>
        <w:jc w:val="right"/>
      </w:pPr>
      <w:r>
        <w:t>جو ریکوائرڈپروسیسہے،وہ چلاناپڑےگا۔</w:t>
      </w:r>
    </w:p>
    <w:p>
      <w:r>
        <w:rPr>
          <w:b/>
        </w:rPr>
        <w:t xml:space="preserve">[50:30] </w:t>
      </w:r>
      <w:r>
        <w:t>tab ja kar aisa hoga ke hamari tauba Allah ko qabool ho, aur tab ja kar aisa ho ke lakum tufliun, hamare haq mein poora ho, warna nahi, warna hone wala nahi hai.</w:t>
      </w:r>
    </w:p>
    <w:p>
      <w:pPr>
        <w:jc w:val="right"/>
      </w:pPr>
      <w:r>
        <w:t>تب جاکرایسا ہوگاکہہماریتوبہاللہکوقبولہو، اور تب جاکرایساہوکہ ل کمتفلون، ہمارےحق میںپوراہو، ورنہنہیں، ورنہہونےوالانہیںہے۔</w:t>
      </w:r>
    </w:p>
    <w:p>
      <w:r>
        <w:rPr>
          <w:b/>
        </w:rPr>
        <w:t xml:space="preserve">[50:40] </w:t>
      </w:r>
      <w:r>
        <w:t>aakhir do sau saal beet gaye, ab kab waqt aayega? Dekhein, Qur'an mein bohat kai aayatein aisi hain jin mein is tarah ki baat kahi gayi ke kaana haqq alaihim nasr ul momineen.</w:t>
      </w:r>
    </w:p>
    <w:p>
      <w:pPr>
        <w:jc w:val="right"/>
      </w:pPr>
      <w:r>
        <w:t>آخردو سوسالبیتگئے، ابکبوقتآئےگا؟ دیکھیں،قرآنمیں بہت کئی آیتیںایسیہیں جسمیںاسطرحکیباتکہیگئی کہ کان حق ع لینانصر المومنین۔</w:t>
      </w:r>
    </w:p>
    <w:p>
      <w:r>
        <w:rPr>
          <w:b/>
        </w:rPr>
        <w:t xml:space="preserve">[50:58] </w:t>
      </w:r>
      <w:r>
        <w:t>is tarah ki aayatein kai hain Qur'an majeed mein,</w:t>
      </w:r>
    </w:p>
    <w:p>
      <w:pPr>
        <w:jc w:val="right"/>
      </w:pPr>
      <w:r>
        <w:t>اسطرح کیآیتیںکئیہیںقرآنمجیدمیں،</w:t>
      </w:r>
    </w:p>
    <w:p>
      <w:r>
        <w:rPr>
          <w:b/>
        </w:rPr>
        <w:t xml:space="preserve">[51:00] </w:t>
      </w:r>
      <w:r>
        <w:t>kaana haqq alaihim nasr ul momineen, yani hamare upar haq hai, Allah ke upar haq hai ke woh al imaan ki madad kare, madad karke unhein kamyab kare.</w:t>
      </w:r>
    </w:p>
    <w:p>
      <w:pPr>
        <w:jc w:val="right"/>
      </w:pPr>
      <w:r>
        <w:t>کان حق علینانصر المومنین، یعنیہمارےاوپر حق ہے، اللہ کےاوپرحقہےکہوہ ال ایمانکیمددکرے، مددکرکےانہیں کامیابکرے۔</w:t>
      </w:r>
    </w:p>
    <w:p>
      <w:r>
        <w:rPr>
          <w:b/>
        </w:rPr>
        <w:t xml:space="preserve">[51:14] </w:t>
      </w:r>
      <w:r>
        <w:t>kaana haqq alaihim nasr ul momineen. To do saal se kai naslein beet gayi, kai generation khatam ho gayi, badi badi tehrikein uthi hongi, aur badi badi sacrifices kiye unhone, aur kuch nikla nahi, queen</w:t>
      </w:r>
    </w:p>
    <w:p>
      <w:pPr>
        <w:jc w:val="right"/>
      </w:pPr>
      <w:r>
        <w:t>کان حق علینانصر المومنین۔ تو دو سالسے کئی نسلیںبیتگئیں، کئی جنریشنختمہوگئیں، بڑیبڑیتحریکیںاٹھیہوں، اور بڑیبڑی سیکریفائسزکیےانہوںنے، اورکچھنکلانہیں، کوئین</w:t>
      </w:r>
    </w:p>
    <w:p>
      <w:r>
        <w:rPr>
          <w:b/>
        </w:rPr>
        <w:t xml:space="preserve">[51:30] </w:t>
      </w:r>
      <w:r>
        <w:t>tijah. To kya yeh yeh aayi, yeh aayi uplar banne ke liye kafi nahi? Yeh baat ke Allah ki nusrat hamein nahi mil rahi hai, Allah ka wada hamare upar poora nahi ho raha hai.</w:t>
      </w:r>
    </w:p>
    <w:p>
      <w:pPr>
        <w:jc w:val="right"/>
      </w:pPr>
      <w:r>
        <w:t>تیجہ۔توکیا یہیہ آئی، یہ آئیاوپلربننےکےلیےکافینہیں؟یہبات کہاللہ کینصرتہمیںنہیںملرہیہے، اللہ کاوعدہہمارےاوپرپورانہیںہورہاہے۔</w:t>
      </w:r>
    </w:p>
    <w:p>
      <w:r>
        <w:rPr>
          <w:b/>
        </w:rPr>
        <w:t xml:space="preserve">[51:48] </w:t>
      </w:r>
      <w:r>
        <w:t>is tarah ki aayatein Qur'an mein kai hain ke Allah par yeh haq hai ke al imaan ki nusrat kare, lekin nusrat kab hogi?</w:t>
      </w:r>
    </w:p>
    <w:p>
      <w:pPr>
        <w:jc w:val="right"/>
      </w:pPr>
      <w:r>
        <w:t>اسطرح کیآیتیںقرآنمیںکئیہیں کہ اللہ پر یہ حق ہےکہ الایمانکی نصرتکرے، لیکن نصرتکبکبہوگی؟</w:t>
      </w:r>
    </w:p>
    <w:p>
      <w:r>
        <w:rPr>
          <w:b/>
        </w:rPr>
        <w:t xml:space="preserve">[52:00] </w:t>
      </w:r>
      <w:r>
        <w:t>jab musalman iski shartein poori karenge, iski shartein poori karenge. Is aur is maamle mein jo maine arz kiya, is maamle mein jo shartein hain, wohi yeh teen hain.</w:t>
      </w:r>
    </w:p>
    <w:p>
      <w:pPr>
        <w:jc w:val="right"/>
      </w:pPr>
      <w:r>
        <w:t>جب مس لمان اسکیشرطیںپوریکریںگے، اسکیشرطیںپوریکریںگے۔ اس اوراسمعاملےمیںجومیںنےعرضکیا، اسمعاملےمیںجوشرطیںہیں،وہیہ تینہیں۔</w:t>
      </w:r>
    </w:p>
    <w:p>
      <w:r>
        <w:rPr>
          <w:b/>
        </w:rPr>
        <w:t xml:space="preserve">[52:13] </w:t>
      </w:r>
      <w:r>
        <w:t>sabse pehli baat yeh hai ke yeh yeh khule taur par ailan karna padega ke we are wrong, maghrib hamara dushman nahi tha.</w:t>
      </w:r>
    </w:p>
    <w:p>
      <w:pPr>
        <w:jc w:val="right"/>
      </w:pPr>
      <w:r>
        <w:t>سبسے پہلیبات یہہےکہ یہ یہ کھ لےطورپراعلانکرنا پڑےگا کہ ویویررونگ، مغربہمارادشمننہیںتھا۔</w:t>
      </w:r>
    </w:p>
    <w:p>
      <w:r>
        <w:rPr>
          <w:b/>
        </w:rPr>
        <w:t xml:space="preserve">[52:24] </w:t>
      </w:r>
      <w:r>
        <w:t>yeh saari zindagi aap isi par chala rahe hain.</w:t>
      </w:r>
    </w:p>
    <w:p>
      <w:pPr>
        <w:jc w:val="right"/>
      </w:pPr>
      <w:r>
        <w:t>یہساریزندگی آپاسیپرچلارہےہیں۔</w:t>
      </w:r>
    </w:p>
    <w:p>
      <w:r>
        <w:rPr>
          <w:b/>
        </w:rPr>
        <w:t xml:space="preserve">[52:27] </w:t>
      </w:r>
      <w:r>
        <w:t>aap ghor kijiye, kaun musalman hai jo maghrib se faida nahi utha raha hai?</w:t>
      </w:r>
    </w:p>
    <w:p>
      <w:pPr>
        <w:jc w:val="right"/>
      </w:pPr>
      <w:r>
        <w:t>آپ غورکیجئے،کون مس لمانہےجو مغربسےفائدہنہیںاٹھارہاہے؟</w:t>
      </w:r>
    </w:p>
    <w:p>
      <w:r>
        <w:rPr>
          <w:b/>
        </w:rPr>
        <w:t xml:space="preserve">[52:36] </w:t>
      </w:r>
      <w:r>
        <w:t>kaun musalman hai jo maghrib se faida nahi nahi utha raha hai? Yani mein hi ek aadmi hoon jo jiski jeb mein mobile nahi hota hai, warna har aadmi hai, sab sabzi bechne wala bhi uski jeb mein mobile hota hai.</w:t>
      </w:r>
    </w:p>
    <w:p>
      <w:pPr>
        <w:jc w:val="right"/>
      </w:pPr>
      <w:r>
        <w:t>کون مسلمانہےجومغربسےفائدہنہیں نہیںاٹھارہاہے؟ یعنیمیںہیایکآدمیہوںجو جسکی جیبمیں موبائلنہیںہوتاہے، ورنہہرآدمیہے،سب زی بیچنےوالابھیاسکیجیبمیںموبائلہوتاہے۔</w:t>
      </w:r>
    </w:p>
    <w:p>
      <w:r>
        <w:rPr>
          <w:b/>
        </w:rPr>
        <w:t xml:space="preserve">[52:53] </w:t>
      </w:r>
      <w:r>
        <w:t>meri jeb mein mobile nahi hai. Jisko dekhiye, rickshaw kheenchne wala, sabzi farosh, molvi, master, jo bhi, ek ek aalim hamare milne aaye, hamare paas bohat hi safed kapde pehne hue, baal safed, aur bohat hi. Yani unka bhi ek well dress hota hai, unka bhi dress hota hai ulama ka.</w:t>
      </w:r>
    </w:p>
    <w:p>
      <w:pPr>
        <w:jc w:val="right"/>
      </w:pPr>
      <w:r>
        <w:t>میریجیبمیںموبائلنہیںہے۔ جسکو دیکھیے، رکشہکھینچنےوالا، سب زی فروش، مول وی،مس ٹر،جوبھی، ایک ایک عالمہمارےملنےآئے،ہمارےپاس بہت ہی سفیدکپڑاپہنےہوئے،بالکلسف ید، اوربہتہی ۔یعنی انکابھیایک ویلڈریسہوتاہے، انکابھیڈریسہوتاہے علم اءکا ۔</w:t>
      </w:r>
    </w:p>
    <w:p>
      <w:r>
        <w:rPr>
          <w:b/>
        </w:rPr>
        <w:t xml:space="preserve">[53:18] </w:t>
      </w:r>
      <w:r>
        <w:t>to ulama wala jo jo dress hai, uska aitbaar se woh well dress the, bilkul</w:t>
      </w:r>
    </w:p>
    <w:p>
      <w:pPr>
        <w:jc w:val="right"/>
      </w:pPr>
      <w:r>
        <w:t>تو علم اءوالاجو جو ڈریسہے،اسکا اعتبارسےوہویلڈریستھے،بالکل</w:t>
      </w:r>
    </w:p>
    <w:p>
      <w:r>
        <w:rPr>
          <w:b/>
        </w:rPr>
        <w:t xml:space="preserve">[53:24] </w:t>
      </w:r>
      <w:r>
        <w:t>isi ke bare kamre mein aaye, aur baithte hi sab lag gaye baatein kar rahe hain west ke khilaf</w:t>
      </w:r>
    </w:p>
    <w:p>
      <w:pPr>
        <w:jc w:val="right"/>
      </w:pPr>
      <w:r>
        <w:t>اسیکےبرے کمرےمیںآئے، اور بیٹھتےہیسبلگے باتیںکررہےہیں ویسٹکےخلاف</w:t>
      </w:r>
    </w:p>
    <w:p>
      <w:r>
        <w:rPr>
          <w:b/>
        </w:rPr>
        <w:t xml:space="preserve">[53:34] </w:t>
      </w:r>
      <w:r>
        <w:t>ke maghrib hamara dushman hai, maghrib sazishien karta hai. Dekhiye, maghrib yeh kar raha hai, dekhiye, maghrib woh kar raha hai.</w:t>
      </w:r>
    </w:p>
    <w:p>
      <w:pPr>
        <w:jc w:val="right"/>
      </w:pPr>
      <w:r>
        <w:t>کہمغربہمارادشمنہے،مغربسازشیںکرتاہے۔دیکھیے،مغرب یہکررہاہے،دیکھیے،مغربوہکررہاہے۔</w:t>
      </w:r>
    </w:p>
    <w:p>
      <w:r>
        <w:rPr>
          <w:b/>
        </w:rPr>
        <w:t xml:space="preserve">[53:47] </w:t>
      </w:r>
      <w:r>
        <w:t>achha, itne mein kya hua ke</w:t>
      </w:r>
    </w:p>
    <w:p>
      <w:pPr>
        <w:jc w:val="right"/>
      </w:pPr>
      <w:r>
        <w:t>اچھا،اتنےمیںکیاہواکہ</w:t>
      </w:r>
    </w:p>
    <w:p>
      <w:r>
        <w:rPr>
          <w:b/>
        </w:rPr>
        <w:t xml:space="preserve">[53:49] </w:t>
      </w:r>
      <w:r>
        <w:t>unki jeb mein mobile tha, uski ghanti baji to ismein nikala unhon ne aur lage baat karne .</w:t>
      </w:r>
    </w:p>
    <w:p>
      <w:pPr>
        <w:jc w:val="right"/>
      </w:pPr>
      <w:r>
        <w:t>انکی جیبمیں موبائل تھا،اسکی گھنٹیبجی تو اسمیںنکالاانہوںنے اور لگےباتکرنے ۔</w:t>
      </w:r>
    </w:p>
    <w:p>
      <w:r>
        <w:rPr>
          <w:b/>
        </w:rPr>
        <w:t xml:space="preserve">[54:01] </w:t>
      </w:r>
      <w:r>
        <w:t>main ne poocha, kahiye yeh bataiye ke yeh mobile jo hai, yeh kis ne banaya hai? yeh technology kis ne develop ki hai?</w:t>
      </w:r>
    </w:p>
    <w:p>
      <w:pPr>
        <w:jc w:val="right"/>
      </w:pPr>
      <w:r>
        <w:t>میںنےپوچھاکہیہبتائیےکہیہموبائلجوہے، یہکسنےبنایاہے؟ یہ ٹیکنالوجیکسنےڈیولپکیہے؟</w:t>
      </w:r>
    </w:p>
    <w:p>
      <w:r>
        <w:rPr>
          <w:b/>
        </w:rPr>
        <w:t xml:space="preserve">[54:12] </w:t>
      </w:r>
      <w:r>
        <w:t>to zahir hai ke unhein manna pada ke yeh saari technology develop ki hai west ne.</w:t>
      </w:r>
    </w:p>
    <w:p>
      <w:pPr>
        <w:jc w:val="right"/>
      </w:pPr>
      <w:r>
        <w:t>تو ظاہرہےکہانہیںمانناپڑاکہیہ ساری ٹیکنالوجیڈیولپکیے ویسٹنے۔</w:t>
      </w:r>
    </w:p>
    <w:p>
      <w:r>
        <w:rPr>
          <w:b/>
        </w:rPr>
        <w:t xml:space="preserve">[54:19] </w:t>
      </w:r>
      <w:r>
        <w:t>to main ne kaha, itni badi nemat jis west ne di hai aap ko, ke aap kahin bhi hon aur apne doston se, apne ghar walon se, apne mutalliqeen se contact kar sakte hain, kitni badi nemat hai.</w:t>
      </w:r>
    </w:p>
    <w:p>
      <w:pPr>
        <w:jc w:val="right"/>
      </w:pPr>
      <w:r>
        <w:t>تو میںنےکہا،اتنیبڑینعمت جس ویسٹنےدیہےآپکو ،کہ آپکہیںبھیہوں اور اپنےدوستوںسے،اپنے گھروالوںسے ،اپنے متعلقینسےکنٹیکٹکرسکتےہیں، کتنیبڑینعمتہے۔</w:t>
      </w:r>
    </w:p>
    <w:p>
      <w:r>
        <w:rPr>
          <w:b/>
        </w:rPr>
        <w:t xml:space="preserve">[54:34] </w:t>
      </w:r>
      <w:r>
        <w:t>jab se mobile aaya hai, tab se business sau guna ke hazar guna badh gaya. to isi ke isi is ko aap kehte hain saaz shi dushman bante hain, woh to aap ka dost hai.</w:t>
      </w:r>
    </w:p>
    <w:p>
      <w:pPr>
        <w:jc w:val="right"/>
      </w:pPr>
      <w:r>
        <w:t>جب سےموبائل آیاہے،تبسے بزنس سو گناکےہزارگنابڑھگیا۔ تواسیکےاسی اسیکوآپ کہتےہیںساز شی دشمنبت اتےہیں، وہتوآپکادوست ہے۔</w:t>
      </w:r>
    </w:p>
    <w:p>
      <w:r>
        <w:rPr>
          <w:b/>
        </w:rPr>
        <w:t xml:space="preserve">[54:47] </w:t>
      </w:r>
      <w:r>
        <w:t>yeh itni badi nemat to saari tareekh mein koi nahin de sakta tha aap ko.</w:t>
      </w:r>
    </w:p>
    <w:p>
      <w:pPr>
        <w:jc w:val="right"/>
      </w:pPr>
      <w:r>
        <w:t>یہاتنیبڑینعمتتوساریتاریخ میںکوئینہیںدےسکاتھاآپکو۔</w:t>
      </w:r>
    </w:p>
    <w:p>
      <w:r>
        <w:rPr>
          <w:b/>
        </w:rPr>
        <w:t xml:space="preserve">[54:54] </w:t>
      </w:r>
      <w:r>
        <w:t>na Mughal daur tha India mein to kya Mughal daur mein aap ko yeh yeh nemat mili? aap ko kabhi nahin mili.</w:t>
      </w:r>
    </w:p>
    <w:p>
      <w:pPr>
        <w:jc w:val="right"/>
      </w:pPr>
      <w:r>
        <w:t>نہ مغل دور تھا انڈیامیں توکیامغلدور میںآپکو یہیہنعمتملی؟آپکو کبھینہیںملی ۔</w:t>
      </w:r>
    </w:p>
    <w:p>
      <w:r>
        <w:rPr>
          <w:b/>
        </w:rPr>
        <w:t xml:space="preserve">[55:10] </w:t>
      </w:r>
      <w:r>
        <w:t>yani haqeeqat yeh hai ke musalman itna pichhde hue the ke main aap ko ek qissa arz karoon Turkey ka.</w:t>
      </w:r>
    </w:p>
    <w:p>
      <w:pPr>
        <w:jc w:val="right"/>
      </w:pPr>
      <w:r>
        <w:t>یعنیحقیقتیہہےکہ مسلمان اتنا پچھڑےہوئےتھے کہمیںآپکوایکقصہعرضکروں ترک یکا ۔</w:t>
      </w:r>
    </w:p>
    <w:p>
      <w:r>
        <w:rPr>
          <w:b/>
        </w:rPr>
        <w:t xml:space="preserve">[55:21] </w:t>
      </w:r>
      <w:r>
        <w:t>Turkey mein jinhon ne kaha ke ke Turkey jo hai, west ki taraf na dekhe, east ki taraf dekhe, yeh bilkul hi be asal baat hai.</w:t>
      </w:r>
    </w:p>
    <w:p>
      <w:pPr>
        <w:jc w:val="right"/>
      </w:pPr>
      <w:r>
        <w:t>ترکیمیںجوانہوںنےکہاکہ کہ ترکیجوہے، ویسٹکیطرف نہدیکھے، ایسٹکیطرفدیکھے، یہ بالکل ہی بےاصلباتہے۔</w:t>
      </w:r>
    </w:p>
    <w:p>
      <w:r>
        <w:rPr>
          <w:b/>
        </w:rPr>
        <w:t xml:space="preserve">[55:32] </w:t>
      </w:r>
      <w:r>
        <w:t>west ki taraf dekhne ki wajah se Turkey ne taraqqi ki hai, warna Turkey to bohat peechhe ja chuka tha.</w:t>
      </w:r>
    </w:p>
    <w:p>
      <w:pPr>
        <w:jc w:val="right"/>
      </w:pPr>
      <w:r>
        <w:t>ویسٹکیطرف دیکھنےکی وجہسےترکینےترقیکیہے، ورنہترکیتوبہتپیچھےجاچکاتھا۔</w:t>
      </w:r>
    </w:p>
    <w:p>
      <w:r>
        <w:rPr>
          <w:b/>
        </w:rPr>
        <w:t xml:space="preserve">[55:38] </w:t>
      </w:r>
      <w:r>
        <w:t>aap ek kitab padhiye, Tareekh al-Hadara al-Arabiya kaha Ottoman Empire ne arbon mein koi taraqqi nahin hone di.</w:t>
      </w:r>
    </w:p>
    <w:p>
      <w:pPr>
        <w:jc w:val="right"/>
      </w:pPr>
      <w:r>
        <w:t>آپ ایککتاب پڑھیے،تاریخ الحضارہع ربیہ کہاٹھمان ایمپائرنے عرب وں میںکوئیترقینہیںہونے دی۔</w:t>
      </w:r>
    </w:p>
    <w:p>
      <w:r>
        <w:rPr>
          <w:b/>
        </w:rPr>
        <w:t xml:space="preserve">[55:52] </w:t>
      </w:r>
      <w:r>
        <w:t>beesveen beesveen sadi ke aaghaz mein ek Turk sultan ne yeh kiya ke bahri beera banaya. Turkey ka bahri beera bohat mashhoor hua karta tha, lekin woh tha,</w:t>
      </w:r>
    </w:p>
    <w:p>
      <w:pPr>
        <w:jc w:val="right"/>
      </w:pPr>
      <w:r>
        <w:t>بیسویں بیسویںصدی کےآغاز میں ایک ترک یسلطاننے یہ کیا کہ بحریبیڑابنایا۔ ترکیکا بحریبیڑا بہت مشہورہواکرتاتھا،لیکن وہتھا،</w:t>
      </w:r>
    </w:p>
    <w:p>
      <w:r>
        <w:rPr>
          <w:b/>
        </w:rPr>
        <w:t xml:space="preserve">[56:05] </w:t>
      </w:r>
      <w:r>
        <w:t>woh rawayati qism ka tha.</w:t>
      </w:r>
    </w:p>
    <w:p>
      <w:pPr>
        <w:jc w:val="right"/>
      </w:pPr>
      <w:r>
        <w:t>وہ روایتیقسم کاتھا۔</w:t>
      </w:r>
    </w:p>
    <w:p>
      <w:r>
        <w:rPr>
          <w:b/>
        </w:rPr>
        <w:t xml:space="preserve">[56:10] </w:t>
      </w:r>
      <w:r>
        <w:t>yani is mein jo jisko chapu kehte hain, oar oar, aur chapu chalta tha, aur is mein woh mustahwa hota tha, mast,</w:t>
      </w:r>
    </w:p>
    <w:p>
      <w:pPr>
        <w:jc w:val="right"/>
      </w:pPr>
      <w:r>
        <w:t>یعنی اسمیں جو جسکو چپوکہتےہیں، اوور او اےار،اور چپوچلتاتھا، اوراسمیں وہمستورہواکرتاتھا، ماسٹ،</w:t>
      </w:r>
    </w:p>
    <w:p>
      <w:r>
        <w:rPr>
          <w:b/>
        </w:rPr>
        <w:t xml:space="preserve">[56:24] </w:t>
      </w:r>
      <w:r>
        <w:t>woh is qism ka hota tha in ke paas. phir jab steamship aaya aur steam power daryaft hui to Europe aage badh gaya aur Turkey peechhe reh gaya.</w:t>
      </w:r>
    </w:p>
    <w:p>
      <w:pPr>
        <w:jc w:val="right"/>
      </w:pPr>
      <w:r>
        <w:t>وہاسقسم کاہوتاتھاانکےپاس ۔ پھرجب اسٹیمشپآیا اور اسٹیمپاوردریا فتہوئی تو یورپآگےبڑھگیا اور ترکیپیچھےرہگیا۔</w:t>
      </w:r>
    </w:p>
    <w:p>
      <w:r>
        <w:rPr>
          <w:b/>
        </w:rPr>
        <w:t xml:space="preserve">[56:36] </w:t>
      </w:r>
      <w:r>
        <w:t>to is ne nikala, woh wahan wahan se mangwaya steamship. to ulama ne fatwa diya ke jab tak bukhar khatam bukhar na kiya jaye, jahazon ko samandar mein dalna khatarnak hai.</w:t>
      </w:r>
    </w:p>
    <w:p>
      <w:pPr>
        <w:jc w:val="right"/>
      </w:pPr>
      <w:r>
        <w:t>تو اسنے نکالا،وہ وہاںوہاںسےمنگوایا اسٹیمشپ۔ تو علم اءنےفتویٰدیا کہ جب تک بخ اری ختم بخارینہکیاجائے، انجہازوںکو سمندرمیںڈالناخطرناکہے۔</w:t>
      </w:r>
    </w:p>
    <w:p>
      <w:r>
        <w:rPr>
          <w:b/>
        </w:rPr>
        <w:t xml:space="preserve">[56:52] </w:t>
      </w:r>
      <w:r>
        <w:t>ek masla khada kar diya ke pehle khatam bukhar karo, yani ulama jama hon, is par Bukhari padhkar khatam karen. is ko to ek saath Mr. Saadi, un ki taleem Europe mein hui thi, unhon ne kaha tha us zamane mein</w:t>
      </w:r>
    </w:p>
    <w:p>
      <w:pPr>
        <w:jc w:val="right"/>
      </w:pPr>
      <w:r>
        <w:t>ایک مسئلہکھڑاکردیا کہ پہلے ختمبخاریکرو، یعنیعلماءجمع ہوں،اسپر بخاریپڑھکر ختمکریں۔اسکو توایکتھےمسٹرصدقی، انکیتعلیم یورپمیںہوئیتھی،انہوںنےکہاتھااسزمانےمیں</w:t>
      </w:r>
    </w:p>
    <w:p>
      <w:r>
        <w:rPr>
          <w:b/>
        </w:rPr>
        <w:t xml:space="preserve">[57:06] </w:t>
      </w:r>
      <w:r>
        <w:t>. in al-astil fi hadha al-asr tasweer bil bukhar la bil Bukhari. us zamane mein kashtiyan jo hain, woh bukhar se nahin chalti, woh steam power se chalti hain.</w:t>
      </w:r>
    </w:p>
    <w:p>
      <w:pPr>
        <w:jc w:val="right"/>
      </w:pPr>
      <w:r>
        <w:t>۔ان الاساتیل فیهذا العصر تصویر بال بخار لابالبخاری۔ اسزمانےمیںکشتیاںجوہیں، وہ بخ اریسےنہیںچلتی، وہ اسٹیمپاورسےچلتیہیں۔</w:t>
      </w:r>
    </w:p>
    <w:p>
      <w:r>
        <w:rPr>
          <w:b/>
        </w:rPr>
        <w:t xml:space="preserve">[57:22] </w:t>
      </w:r>
      <w:r>
        <w:t>is stagnation ko toda Kamal Atta Turk ne. tab Turkey mein taraqqi hui, west ki wajah se taraqqi hui. Turkey mein</w:t>
      </w:r>
    </w:p>
    <w:p>
      <w:pPr>
        <w:jc w:val="right"/>
      </w:pPr>
      <w:r>
        <w:t>اس اسٹیگنیشنکوتوڑاکمال تھاترک نے۔ تب ترکیمیں ترقیہوئی ، وسطیکیوجہسےترقیہوئی۔ترکیمیں</w:t>
      </w:r>
    </w:p>
    <w:p>
      <w:r>
        <w:rPr>
          <w:b/>
        </w:rPr>
        <w:t xml:space="preserve">[57:33] </w:t>
      </w:r>
      <w:r>
        <w:t>kitne bekhabar hain woh log jo kehte hain ke west ki taraf mat dekho, east ki taraf dekho. to ba-haal us waqt jo main arz karna chahta tha, woh yeh baat ke us waqt waqt aa gaya hai saari ummat Muslima ke liye ijtimai tauba ka, character repetition ka,</w:t>
      </w:r>
    </w:p>
    <w:p>
      <w:pPr>
        <w:jc w:val="right"/>
      </w:pPr>
      <w:r>
        <w:t>کتنے بےخبرہیںوہلوگجوکہتےہیںکہ ویسٹکیطرف متدیکھو، ایسٹکیطرفدیکھو۔ توبحالاسوقتجومیں عرضکرناچاہاتھا، وہ یہبات کہاسوقت وقت آگیاہےساریامتمسلمہکےلیے اجتماعیتوبہکا ، کریکٹرریپیٹنسکا،</w:t>
      </w:r>
    </w:p>
    <w:p>
      <w:r>
        <w:rPr>
          <w:b/>
        </w:rPr>
        <w:t xml:space="preserve">[57:52] </w:t>
      </w:r>
      <w:r>
        <w:t>maghrib se dushmani khatam karne ka. is ki wajah se kitni badi nemat se maloom hai ke dawat jazba khatam. jab kisi ko aap dushman samajh len to dawat ka jazba khatam ho jayega, kyun ke dawat ka jazba paida hota hai khair khwahi ki buniyad par.</w:t>
      </w:r>
    </w:p>
    <w:p>
      <w:pPr>
        <w:jc w:val="right"/>
      </w:pPr>
      <w:r>
        <w:t>مغربسےدشمنیختمکرنے کا۔ اسیکیوجہسےکتنیبڑینعمتسےمعلومہے کہ دعوت جذبہختم۔ جب کسیکوآپدشمنسمجھلیںتو دعوتیجذبہختمہوجائےگا، کیونکہ دعوتکا جذبہپیدا ہوتاہےخیرخواہیکیبنی ادپہ۔</w:t>
      </w:r>
    </w:p>
    <w:p>
      <w:r>
        <w:rPr>
          <w:b/>
        </w:rPr>
        <w:t xml:space="preserve">[58:06] </w:t>
      </w:r>
      <w:r>
        <w:t>khair khwah nahin to dawat bhi nahin.</w:t>
      </w:r>
    </w:p>
    <w:p>
      <w:pPr>
        <w:jc w:val="right"/>
      </w:pPr>
      <w:r>
        <w:t>خیرخواہینہیںتودعوتبھینہیں۔</w:t>
      </w:r>
    </w:p>
    <w:p>
      <w:r>
        <w:rPr>
          <w:b/>
        </w:rPr>
        <w:t xml:space="preserve">[58:12] </w:t>
      </w:r>
      <w:r>
        <w:t>to waqt aakhri waqt aa gaya hai ke poori poori ummat Muslima jo hai, poori poori ummat ijtimai tauba kare. main dua karta hoon ke Allah ta'ala mujh ko aur aap ko tofeeq de</w:t>
      </w:r>
    </w:p>
    <w:p>
      <w:pPr>
        <w:jc w:val="right"/>
      </w:pPr>
      <w:r>
        <w:t>تو وقت آخریوقت آگیاہےکہ پوریپوریامت مسلمہجوہے، پوری پوریامت اجتماعیتوبہکرے۔ میں دعاکرتاہوںکہاللہتعالی مجھکواورآپکوتوفیقدے</w:t>
      </w:r>
    </w:p>
    <w:p>
      <w:r>
        <w:rPr>
          <w:b/>
        </w:rPr>
        <w:t xml:space="preserve">[58:27] </w:t>
      </w:r>
      <w:r>
        <w:t>saheeh raste ki. aqool qawli hadha wa astaghfirullaha li wa lakum ajmaeen.</w:t>
      </w:r>
    </w:p>
    <w:p>
      <w:pPr>
        <w:jc w:val="right"/>
      </w:pPr>
      <w:r>
        <w:t>صحیحراستےکی۔ اقول قولیو استغفراللہ لیل کماجمعین۔</w:t>
      </w:r>
    </w:p>
    <w:p>
      <w:r>
        <w:rPr>
          <w:b/>
        </w:rPr>
        <w:t xml:space="preserve">[58:47] </w:t>
      </w:r>
      <w:r>
        <w:t>Maulana, yeh sawal Kashmir se aaya hai Aamir Jan Muri sahib ka. unhone likha hai: "I have today a query about activities, we often talk of giving Quran to non-Muslims, so that they can understand the creation plan of God and discover the right path.</w:t>
      </w:r>
    </w:p>
    <w:p>
      <w:pPr>
        <w:jc w:val="right"/>
      </w:pPr>
      <w:r>
        <w:t>مولانا،یہسوال کشمیرسےآیاہے عامر جن موریصاحبکا ۔انہوںنےلکھاہے: "اناڈےٹوڈے دعویایک ٹیویٹیز، وی افن ٹاک اف گیونگقرآنٹونانمس لمز ،سودیٹدےکڈانڈ رسٹینڈ دا کری شنپلانافگاڈ اینڈڈسکور دا رائٹ پاتھ ۔</w:t>
      </w:r>
    </w:p>
    <w:p>
      <w:r>
        <w:rPr>
          <w:b/>
        </w:rPr>
        <w:t xml:space="preserve">[59:08] </w:t>
      </w:r>
      <w:r>
        <w:t>In contrast to that, Muslims despite of knowing the creation plan of God and essence of Quran, are leading their life in the wrong path.</w:t>
      </w:r>
    </w:p>
    <w:p>
      <w:pPr>
        <w:jc w:val="right"/>
      </w:pPr>
      <w:r>
        <w:t>ان کنٹراسٹٹواٹ، مسلمز ڈسپائٹاف نوئنگداکریشنپلانافگاڈ اینڈ ایسنساف قرآن، ارلیڈنگدیرلائف ان دارونگپاتھ ۔</w:t>
      </w:r>
    </w:p>
    <w:p>
      <w:r>
        <w:rPr>
          <w:b/>
        </w:rPr>
        <w:t xml:space="preserve">[59:19] </w:t>
      </w:r>
      <w:r>
        <w:t>Maulana sahib, my question is: what is the reason for this unawareness and how can we address it?" Dekhiye, yeh islaah ka kaam bohat lambi koshish ke baad hota hai.</w:t>
      </w:r>
    </w:p>
    <w:p>
      <w:pPr>
        <w:jc w:val="right"/>
      </w:pPr>
      <w:r>
        <w:t>مول اناصاحب،مائیکوئسچناز:واٹازداریزنفار دس اناویرنس اینڈہاؤکینوی ایڈریساٹ؟" دیکھیے،یہ اصلاح کاکام بہت لم بی کوششکےبعد ہوتاہے۔</w:t>
      </w:r>
    </w:p>
    <w:p>
      <w:r>
        <w:rPr>
          <w:b/>
        </w:rPr>
        <w:t xml:space="preserve">[59:36] </w:t>
      </w:r>
      <w:r>
        <w:t>Musalmanon ki islaah jo nahin hui, iski wajah yeh hai keh saare musalmanon ke jo likhne aur bolne wale the, ek taraf to kya kar rahe hain?</w:t>
      </w:r>
    </w:p>
    <w:p>
      <w:pPr>
        <w:jc w:val="right"/>
      </w:pPr>
      <w:r>
        <w:t>مس لمانوںکیاصلاحجو نہیں ہوئی ،اسکیوجہ یہہے کہ سارے مس لمانوںکےجولکھنےاوربولنےوالے تھے، ایک طرف توکیاکررہےہیں؟</w:t>
      </w:r>
    </w:p>
    <w:p>
      <w:r>
        <w:rPr>
          <w:b/>
        </w:rPr>
        <w:t xml:space="preserve">[59:46] </w:t>
      </w:r>
      <w:r>
        <w:t>nafrat phaila rahe hain</w:t>
      </w:r>
    </w:p>
    <w:p>
      <w:pPr>
        <w:jc w:val="right"/>
      </w:pPr>
      <w:r>
        <w:t>نفرتپھیلارہےہیں</w:t>
      </w:r>
    </w:p>
    <w:p>
      <w:r>
        <w:rPr>
          <w:b/>
        </w:rPr>
        <w:t xml:space="preserve">[59:51] </w:t>
      </w:r>
      <w:r>
        <w:t>ghair muslim ke khilaaf, kafir ke khilaaf, west ke khilaaf. to nafrat ka jo zehan hai, woh rok ban jaata hai islaah ke liye.</w:t>
      </w:r>
    </w:p>
    <w:p>
      <w:pPr>
        <w:jc w:val="right"/>
      </w:pPr>
      <w:r>
        <w:t>غیر مسلمکےخلاف ،کافرکےخلاف ، ویسٹکےخلاف ۔ تو نفرت کا جو ذہن ہے، وہ روکبنجاتاہے اصلاحکےلیے۔</w:t>
      </w:r>
    </w:p>
    <w:p>
      <w:r>
        <w:rPr>
          <w:b/>
        </w:rPr>
        <w:t xml:space="preserve">[1:00:04] </w:t>
      </w:r>
      <w:r>
        <w:t>sab se bari rukawat jo hai musalmanon ke islam mein yeh hai ke un ki jo negative thinking hai, jab tak aap negative thinking ko khatam na karein, tab tak koi islaah nahi ho sakti, kuch bhi islaah nahi ho sakti.</w:t>
      </w:r>
    </w:p>
    <w:p>
      <w:pPr>
        <w:jc w:val="right"/>
      </w:pPr>
      <w:r>
        <w:t>سبسے بڑی رکاوٹجوہے مسلمانوںکےاسلام میںیہہےکہانکیجو نیگیٹیوتھنکنگہے، جب تک آپ نیگیٹیوتھنکنگکوختمنہکریں، تبتککوئی اصلاحنہیںہوسکتی، کچھبھی اصلاحنہیںہوسکتی۔</w:t>
      </w:r>
    </w:p>
    <w:p>
      <w:r>
        <w:rPr>
          <w:b/>
        </w:rPr>
        <w:t xml:space="preserve">[1:00:17] </w:t>
      </w:r>
      <w:r>
        <w:t>har jagah negative thinking, aap ke kashmiri negative thinking hain, saare kashmiri jo hain, negative thinking mein mubtala hain. saari arab dunya, koi ne koi dushman daryaft kar rakha hai, har ek ne.</w:t>
      </w:r>
    </w:p>
    <w:p>
      <w:pPr>
        <w:jc w:val="right"/>
      </w:pPr>
      <w:r>
        <w:t>ہرجگہنیگیٹیوتھنکنگ،آپکےکشمیرینیگیٹیوتھنکنگہیں، سارےکشمیریجوہیں، نیگیٹیوتھنکنگمیں مبتلاہیں۔ سارےعرب دنیا، کوئی نےکوئیدشمن دریا فتکررکھاہے،ہرایکنے۔</w:t>
      </w:r>
    </w:p>
    <w:p>
      <w:r>
        <w:rPr>
          <w:b/>
        </w:rPr>
        <w:t xml:space="preserve">[1:00:32] </w:t>
      </w:r>
      <w:r>
        <w:t>har jagah ke logon ne ek kuch dushman daryaft kar rakha hai, is ko le kar ke negative bane hue hain. dekhein, jab tak musalmanon ke andar se negative thinking khatam na ki jaaye, tab tak koi islaah nahi ho sakti.</w:t>
      </w:r>
    </w:p>
    <w:p>
      <w:pPr>
        <w:jc w:val="right"/>
      </w:pPr>
      <w:r>
        <w:t>ہرجگہ کےلوگوںنےایک کچھدشمندریا فتکررکھاہے،اسکولےکرکےنیگیٹیوبنےہوئےہیں۔ دیکھیں،جب تک مس لمانوںکےاندرسےنیگیٹیوتھنکنگختمنہکیجائے، تب تککوئی اصلاحنہیںہوسکتی۔</w:t>
      </w:r>
    </w:p>
    <w:p>
      <w:r>
        <w:rPr>
          <w:b/>
        </w:rPr>
        <w:t xml:space="preserve">[1:00:48] </w:t>
      </w:r>
      <w:r>
        <w:t>yeh raaz de starting point.</w:t>
      </w:r>
    </w:p>
    <w:p>
      <w:pPr>
        <w:jc w:val="right"/>
      </w:pPr>
      <w:r>
        <w:t>ہیرازدےسٹارٹنگپوائنٹ۔</w:t>
      </w:r>
    </w:p>
    <w:p>
      <w:r>
        <w:rPr>
          <w:b/>
        </w:rPr>
        <w:t xml:space="preserve">[1:00:53] </w:t>
      </w:r>
      <w:r>
        <w:t>maulana, yeh sawal tamil nadu se aaya hai maulana iqbal ahmad umri ka. unhon ne likha hai:</w:t>
      </w:r>
    </w:p>
    <w:p>
      <w:pPr>
        <w:jc w:val="right"/>
      </w:pPr>
      <w:r>
        <w:t>مولانا،یہسوال تملناڈوسےآیاہے مول انااقبال احمد عمریکا ۔انہوںنےلکھاہے:</w:t>
      </w:r>
    </w:p>
    <w:p>
      <w:r>
        <w:rPr>
          <w:b/>
        </w:rPr>
        <w:t xml:space="preserve">[1:01:00] </w:t>
      </w:r>
      <w:r>
        <w:t>"maulana, ek sahib ne kaha nuclear power ka daur hai, is mein peace ka mahaul kaise barqarar ho sakta hai? har mulk apni taqat ka muzahira karta hai, aise waqt mein peace ki zimmedari kis par hai?"</w:t>
      </w:r>
    </w:p>
    <w:p>
      <w:pPr>
        <w:jc w:val="right"/>
      </w:pPr>
      <w:r>
        <w:t>"مول انا،ایک صاحبنےکہا نی وکلیئر پاورکا دورہے، اسمیں پیسکاماحول کیسے بر قرارہوسکتاہے ؟ ہر ملک اپنی طاقتکا مظاہرہکرتاہے، ایسےوقت میں پیسکیذمہداری کسپرہے ؟"</w:t>
      </w:r>
    </w:p>
    <w:p>
      <w:r>
        <w:rPr>
          <w:b/>
        </w:rPr>
        <w:t xml:space="preserve">[1:01:20] </w:t>
      </w:r>
      <w:r>
        <w:t>dekhiye, yeh koi mein nahi ke koi sawal nahi hai. yeh to aise hai ke koi kahe ke bhai shaitan ka daur hai to hum kaise islaah karein?</w:t>
      </w:r>
    </w:p>
    <w:p>
      <w:pPr>
        <w:jc w:val="right"/>
      </w:pPr>
      <w:r>
        <w:t>دیکھیے،یہ کوئی میں نہیںکہکوئیسوال نہیںہے۔ یہتوایسےہےکہ کوئی کہےکہبھئی شیطانکا دور ہےتوہمکیسےاصلاحکریں؟</w:t>
      </w:r>
    </w:p>
    <w:p>
      <w:r>
        <w:rPr>
          <w:b/>
        </w:rPr>
        <w:t xml:space="preserve">[1:01:31] </w:t>
      </w:r>
      <w:r>
        <w:t>to nuclear nuclear power se pehle shaitan dunya mein aa chuka hai. jab adam aaye to shaitan bhi aaya. aap jaante hain, shaitan ne kaha tha ke "la tak la tan kun zurriat billahi qila".</w:t>
      </w:r>
    </w:p>
    <w:p>
      <w:pPr>
        <w:jc w:val="right"/>
      </w:pPr>
      <w:r>
        <w:t>تو نی وکلیئر نیوکلیئر پاورسےپہلے شیطان دنیا میںآچکاہے۔ جب آدمآیاتوشیطانبھیآیا۔ آپجانتےہیں،شیطاننےکہاتھاکہ" لا تک لا تن کن ذریت باللہقیلا"۔</w:t>
      </w:r>
    </w:p>
    <w:p>
      <w:r>
        <w:rPr>
          <w:b/>
        </w:rPr>
        <w:t xml:space="preserve">[1:01:45] </w:t>
      </w:r>
      <w:r>
        <w:t>main majority ko nikal jaunga, salo kar lunga. to yeh to challenge ki dunya hai, yeh to rahega. nuclear power se billion time bada challenge hai shaitan ka.</w:t>
      </w:r>
    </w:p>
    <w:p>
      <w:pPr>
        <w:jc w:val="right"/>
      </w:pPr>
      <w:r>
        <w:t>میں میجورٹیکونگلجاؤںگا، سالوکرلوںگا۔ تویہتو توچیلنجکیدنیا ہے،یہتورہےگا۔ نیوکلیئرپاورسے بل ینٹائم بڑاچیلنج ہے شیطانکا ۔</w:t>
      </w:r>
    </w:p>
    <w:p>
      <w:r>
        <w:rPr>
          <w:b/>
        </w:rPr>
        <w:t xml:space="preserve">[1:01:59] </w:t>
      </w:r>
      <w:r>
        <w:t>yeh koi excuse nahi hai, yeh sab hota rahega. aap apna koshish jaari rakhiye. shaitanon ki maujoodgi ki wajah se aisa nahi hua ke anbiya nahi aaye, musalmanon ne kaam nahi kiya.</w:t>
      </w:r>
    </w:p>
    <w:p>
      <w:pPr>
        <w:jc w:val="right"/>
      </w:pPr>
      <w:r>
        <w:t>یہ کوئیایکسکیوزنہیںہے، یہسب ہوتارہےگا۔آپ اپنیکوششجاریرکھیے۔ شیطانوںکیموجود گی کیوجہسےایسانہیںہواکہانبیاءنہیںآئے، مسلمیننےکامنہیںکیا۔</w:t>
      </w:r>
    </w:p>
    <w:p>
      <w:r>
        <w:rPr>
          <w:b/>
        </w:rPr>
        <w:t xml:space="preserve">[1:02:12] </w:t>
      </w:r>
      <w:r>
        <w:t>is tarike se yeh sab jo dunya mein ho raha hai, is ki maujoodgi ke bawajood aap ko kaam karna hai. aur jisko Allah taala tofeeq dega, us ki islaah ho jayegi.</w:t>
      </w:r>
    </w:p>
    <w:p>
      <w:pPr>
        <w:jc w:val="right"/>
      </w:pPr>
      <w:r>
        <w:t>اس طریقےسے یہسبجو دنیا میںہورہاہے، اسکیموجود گیکےباوجود آپکوکامکرناہے۔ اورجسکو اللہ تعالیتوفیقدےگا،اسکیاصلاحہوجائےگی۔</w:t>
      </w:r>
    </w:p>
    <w:p>
      <w:r>
        <w:rPr>
          <w:b/>
        </w:rPr>
        <w:t xml:space="preserve">[1:02:24] </w:t>
      </w:r>
      <w:r>
        <w:t>to yeh yeh yeh ek ek ek ek ek intellectual shosha hai. bas aise hi log shoshe chhodte rehte hain. jab dunya Allah taala ne is liye banayi hai ke shaitan khuli azaadi de di, olad unse.</w:t>
      </w:r>
    </w:p>
    <w:p>
      <w:pPr>
        <w:jc w:val="right"/>
      </w:pPr>
      <w:r>
        <w:t>تو یہ یہ یہ ایک ایک ایک ایک ایک انٹلیکچولشوشہہے۔بسایسےہیلوگشوشےچھوڑتےرہتےہیں۔ جب دنیا اللہتعالینےاسلیےبنائیہےکہشیطان کھلیآزادی دےدی،اول دنسے۔</w:t>
      </w:r>
    </w:p>
    <w:p>
      <w:r>
        <w:rPr>
          <w:b/>
        </w:rPr>
        <w:t xml:space="preserve">[1:02:39] </w:t>
      </w:r>
      <w:r>
        <w:t>to aap ghaur kijiye ke shaitan ke jo koshishein hain, is ke muqable mein kya haqeeqat hai un koshishon ki jinka aap hawala de rahe hain.</w:t>
      </w:r>
    </w:p>
    <w:p>
      <w:pPr>
        <w:jc w:val="right"/>
      </w:pPr>
      <w:r>
        <w:t>توآپغورکیجئےکہشیطان کےجو کوششیںہیں، اسکے مقابلےمیں کیا حقیقتہے انکوششوںکی جنکاآپحوالہ دےرہےہیں۔</w:t>
      </w:r>
    </w:p>
    <w:p>
      <w:r>
        <w:rPr>
          <w:b/>
        </w:rPr>
        <w:t xml:space="preserve">[1:02:48] </w:t>
      </w:r>
      <w:r>
        <w:t>shaitan ki koshishein to billion times zyada khatarnak hain, woh har garg mein ghusa hua hai.</w:t>
      </w:r>
    </w:p>
    <w:p>
      <w:pPr>
        <w:jc w:val="right"/>
      </w:pPr>
      <w:r>
        <w:t>شیطان کیکوششیںتوبل ینٹائمزیادہ خطرناکہیں، وہرگرگمیںگھساہواہے۔</w:t>
      </w:r>
    </w:p>
    <w:p>
      <w:r>
        <w:rPr>
          <w:b/>
        </w:rPr>
        <w:t xml:space="preserve">[1:02:54] </w:t>
      </w:r>
      <w:r>
        <w:t>phir bhi Allah ne farishte bheje, phir bhi Allah taala ne anbiya bheje, phir bhi Allah taala ne musalmanon ko khade kiye. to aap koshish karte rahiye, koshish karte rahiye, koshish karte rahiye.</w:t>
      </w:r>
    </w:p>
    <w:p>
      <w:pPr>
        <w:jc w:val="right"/>
      </w:pPr>
      <w:r>
        <w:t>پھربھیاللہ نے فرشتےبھیجے، پھربھیاللہتعالینےانبیاءبھیجے، پھربھیاللہ تعالینے مسلمینکھڑےکیے۔ توآپکوششکرتے رہیے،کوششکرتے رہیے،کوششکرتے رہیے۔</w:t>
      </w:r>
    </w:p>
    <w:p>
      <w:r>
        <w:rPr>
          <w:b/>
        </w:rPr>
        <w:t xml:space="preserve">[1:03:06] </w:t>
      </w:r>
      <w:r>
        <w:t>maulana, ab agla sawal mumbai se aaya hai farhan naseem khan sahab</w:t>
      </w:r>
    </w:p>
    <w:p>
      <w:pPr>
        <w:jc w:val="right"/>
      </w:pPr>
      <w:r>
        <w:t>مولانا،اباگلاسوال ممبئیسےآیاہے فرحاننس یم خان صاحب</w:t>
      </w:r>
    </w:p>
    <w:p>
      <w:r>
        <w:rPr>
          <w:b/>
        </w:rPr>
        <w:t xml:space="preserve">[1:03:11] </w:t>
      </w:r>
      <w:r>
        <w:t>ka. unhon ne likha hai: "maulana, how can one implement in today time the verse number 94 of al hijr ?</w:t>
      </w:r>
    </w:p>
    <w:p>
      <w:pPr>
        <w:jc w:val="right"/>
      </w:pPr>
      <w:r>
        <w:t>کا۔ انہوںنےلکھاہے: "مولانا، ہاؤکین ون امپلیمنٹ ان ٹوڈےٹ ائم دا ورسنمبر 9 4 اف الحجر ؟</w:t>
      </w:r>
    </w:p>
    <w:p>
      <w:r>
        <w:rPr>
          <w:b/>
        </w:rPr>
        <w:t xml:space="preserve">[1:03:22] </w:t>
      </w:r>
      <w:r>
        <w:t>which says: "hence proclaim openly all that you have been bidden and leave all one and leave all those who ascribe divinity to anyone besides the God." kind like implement.</w:t>
      </w:r>
    </w:p>
    <w:p>
      <w:pPr>
        <w:jc w:val="right"/>
      </w:pPr>
      <w:r>
        <w:t>"وچسیز: "ہینس پروکلیم اوپنلی ال دیٹیوہیوبین بڈن اینڈلیو ال ون اینڈلیوالون ال دوز ہو اسکرائب ڈیوینیٹیٹواینیون بیسائیڈزدیگاڈ۔" کائنڈلیکمنٹ۔</w:t>
      </w:r>
    </w:p>
    <w:p>
      <w:r>
        <w:rPr>
          <w:b/>
        </w:rPr>
        <w:t xml:space="preserve">[1:03:38] </w:t>
      </w:r>
      <w:r>
        <w:t>farda be baat umar</w:t>
      </w:r>
    </w:p>
    <w:p>
      <w:pPr>
        <w:jc w:val="right"/>
      </w:pPr>
      <w:r>
        <w:t>فردابےباتعمر</w:t>
      </w:r>
    </w:p>
    <w:p>
      <w:r>
        <w:rPr>
          <w:b/>
        </w:rPr>
        <w:t xml:space="preserve">[1:03:39] </w:t>
      </w:r>
      <w:r>
        <w:t>, aaj to azaadi azaadi hai, aaj to sab se zyada dunya mein yeh kaam ho sakta hai.</w:t>
      </w:r>
    </w:p>
    <w:p>
      <w:pPr>
        <w:jc w:val="right"/>
      </w:pPr>
      <w:r>
        <w:t>، آجتو آزادیآز ادیہے، آجتو سبسےزیادہدنیا میں یہکامہوسکتاہے۔</w:t>
      </w:r>
    </w:p>
    <w:p>
      <w:r>
        <w:rPr>
          <w:b/>
        </w:rPr>
        <w:t xml:space="preserve">[1:03:48] </w:t>
      </w:r>
      <w:r>
        <w:t>farda be baat umar ke maani hain khule taur par kaho. to pehle zamane mein to yani khule taur par kehne ke liye pathar yani ke maar padti thi.</w:t>
      </w:r>
    </w:p>
    <w:p>
      <w:pPr>
        <w:jc w:val="right"/>
      </w:pPr>
      <w:r>
        <w:t>فردابےباتعمر کےمعنیہیںکھلےطورپرکہو۔ تو پہلے زمانےمیںتو یعنی کھلےطورپرکہنےکےلیےپتھر یعنی کہمار پڑتیتھی۔</w:t>
      </w:r>
    </w:p>
    <w:p>
      <w:r>
        <w:rPr>
          <w:b/>
        </w:rPr>
        <w:t xml:space="preserve">[1:03:59] </w:t>
      </w:r>
      <w:r>
        <w:t>ab kya hai? ab to freedom hai, ab koi rukawat nahi hai,</w:t>
      </w:r>
    </w:p>
    <w:p>
      <w:pPr>
        <w:jc w:val="right"/>
      </w:pPr>
      <w:r>
        <w:t>ابکیاہے؟ابتوفریڈمہے، ابکوئیرکاوٹہینہیںہے،</w:t>
      </w:r>
    </w:p>
    <w:p>
      <w:r>
        <w:rPr>
          <w:b/>
        </w:rPr>
        <w:t xml:space="preserve">[1:04:05] </w:t>
      </w:r>
      <w:r>
        <w:t>ab to kuch bhi rukawat nahi hai. ab rukawat jo hai aswaqt hai jabke aap hamakat karein, aap pehle mujhe maar ke policy chalaein. musalmanon ne saari dunya mein aap pehle mujhe maar ke policy chala rakhi hai.</w:t>
      </w:r>
    </w:p>
    <w:p>
      <w:pPr>
        <w:jc w:val="right"/>
      </w:pPr>
      <w:r>
        <w:t>ابتوکچھبھیرکاوٹنہیںہے۔ابرکاوٹجوہےاسوقت ہے جبکہآپ حماقتکریں، آپ پہلے مجھےمارکےپالیسیچلائیں۔ مس لمان وںنے ساریدنیا میں آپپہلےمجھےمار کےپالیسیچلارکھیہے۔</w:t>
      </w:r>
    </w:p>
    <w:p>
      <w:r>
        <w:rPr>
          <w:b/>
        </w:rPr>
        <w:t xml:space="preserve">[1:04:17] </w:t>
      </w:r>
      <w:r>
        <w:t>is ki wajah se masail paida hote hain. to kehte hain ke dawat ka kaam kaise karein? apni aap pehle mujhe maar ki policy band karo, phir dawat ke saare mauqe khulenge tumhare liye.</w:t>
      </w:r>
    </w:p>
    <w:p>
      <w:pPr>
        <w:jc w:val="right"/>
      </w:pPr>
      <w:r>
        <w:t>اسکیوجہسےمسائلپیدا ہوتےہیں۔ تو کہتےہیںکہدعوتکاکامکیسےکریں؟ اپنی آپ پہلے مجھے مار کیپالیسیبندکرو، پھردعوتکےسارےموقعکھلیںگےتمہارےلیے۔</w:t>
      </w:r>
    </w:p>
    <w:p>
      <w:r>
        <w:rPr>
          <w:b/>
        </w:rPr>
        <w:t xml:space="preserve">[1:04:31] </w:t>
      </w:r>
      <w:r>
        <w:t>aap pehle mujhe maar ki, mujhe naen. aap samajhte nahin samajhte isko ke ek bail khada hua hai, seengh wala. to humne gaon mein dekha hai, apna bail khada hua, isko koi matlab nahin kisi cheez se.</w:t>
      </w:r>
    </w:p>
    <w:p>
      <w:pPr>
        <w:jc w:val="right"/>
      </w:pPr>
      <w:r>
        <w:t>آپ پہلے مجھےمار کی،مجھےنہیں۔آپ سمجھتےنہیںسمجھتےاسکو کہایکبیلکھڑاہواہے، سینگوالا۔ توہمنےگاؤںمیںدیکھاہے، اپنابیلکھڑاہوا، اسکو کوئیمطلبنہیںکسیچیزسے۔</w:t>
      </w:r>
    </w:p>
    <w:p>
      <w:r>
        <w:rPr>
          <w:b/>
        </w:rPr>
        <w:t xml:space="preserve">[1:04:43] </w:t>
      </w:r>
      <w:r>
        <w:t>ab bachche kya hain? ek pathar marte hain isko to isko seengh marta hai. woh agar aap pathar na maren to seengh bhi nahin marega, woh khwah makhwah nahin marta. seengh kabhi bail to musalman saari duniya mein chalate hain. aap pehle mujhe maar ki siyasat</w:t>
      </w:r>
    </w:p>
    <w:p>
      <w:pPr>
        <w:jc w:val="right"/>
      </w:pPr>
      <w:r>
        <w:t>اببچےکیاہیں؟ ایکپتھرمارتےہیںاسکو تواسکوسینگمارتاہے۔وہ اگر آپ پتھرنہماریںتوسینگبھینہیںمارےگا،وہ خوامخواہنہیںمارتا۔سینگکبھی بیل تو مس لمان ساریدنیا میں چلاتےہیں۔آپ پہلے مجھےمار کی کیسیاست</w:t>
      </w:r>
    </w:p>
    <w:p>
      <w:r>
        <w:rPr>
          <w:b/>
        </w:rPr>
        <w:t xml:space="preserve">[1:05:01] </w:t>
      </w:r>
      <w:r>
        <w:t>, aur phir jab masail paida hote hain to kehte hain hum dawat-e-haq ka kaise karen? to mera jawab yeh hai ke pehle khatm karo, aap pehle mujhe maar ki siyasat , aur uske baad dawat ke mauqe sab khule hue hain, unko fraa'il kar sakte ho, koi rukawat nahin hai is zamane mein.</w:t>
      </w:r>
    </w:p>
    <w:p>
      <w:pPr>
        <w:jc w:val="right"/>
      </w:pPr>
      <w:r>
        <w:t>، اورپھرجبمسائلپیداہوتےہیںتوکہتےہیںہمدعوتیکامکیسےکریں؟ تو میراجوابیہہےکہ پہلے ختم کرو، آپپہلے مجھےمار کی سیاست ، اوراسکےبعد دعوتکےموقع سب کھلےہوئےہیں،انکوفراویلکرسکتےہو، کوئیرکاوٹ ہینہیںہےاسزمانےمیں۔</w:t>
      </w:r>
    </w:p>
    <w:p>
      <w:r>
        <w:rPr>
          <w:b/>
        </w:rPr>
        <w:t xml:space="preserve">[1:05:24] </w:t>
      </w:r>
      <w:r>
        <w:t>maulana, agla sawal dilli se hai mus naghma sadiqi ka.</w:t>
      </w:r>
    </w:p>
    <w:p>
      <w:pPr>
        <w:jc w:val="right"/>
      </w:pPr>
      <w:r>
        <w:t>مولانا،اگلاسوال دلیسےہے مس نغمہصدی قیکا۔</w:t>
      </w:r>
    </w:p>
    <w:p>
      <w:r>
        <w:rPr>
          <w:b/>
        </w:rPr>
        <w:t xml:space="preserve">[1:05:28] </w:t>
      </w:r>
      <w:r>
        <w:t>unhone likha hai: "The 'we-we' concept has the base in Islam, but Muslims are propagating 'we-they' concept.</w:t>
      </w:r>
    </w:p>
    <w:p>
      <w:pPr>
        <w:jc w:val="right"/>
      </w:pPr>
      <w:r>
        <w:t>انہوںنےلکھاہے: "دا وی وی کانسیپٹہیزدا بیس ان اسلام، بٹ مسلمز ار پروپیگیٹنگ وی دےکانسیپٹ۔</w:t>
      </w:r>
    </w:p>
    <w:p>
      <w:r>
        <w:rPr>
          <w:b/>
        </w:rPr>
        <w:t xml:space="preserve">[1:05:39] </w:t>
      </w:r>
      <w:r>
        <w:t>how can we is dai is propagating the wi wi concept? " iske bare mein bataen. ab yeh samajhana hai. galat taur par musalmanon ne farz kar liya hai ke sab hamare dushman hain.</w:t>
      </w:r>
    </w:p>
    <w:p>
      <w:pPr>
        <w:jc w:val="right"/>
      </w:pPr>
      <w:r>
        <w:t>ہاؤکینوی ایزدائیزپروپیگیٹداوی وی کانسیپٹ ؟ "اسکےبارےمیںبت ائیں۔ ابیہیسمجھاناہے۔ غلططور پرمسلمانوںنےفرضکرلیاہےکہسبہمارےدشمنہیں۔</w:t>
      </w:r>
    </w:p>
    <w:p>
      <w:r>
        <w:rPr>
          <w:b/>
        </w:rPr>
        <w:t xml:space="preserve">[1:05:50] </w:t>
      </w:r>
      <w:r>
        <w:t>galat taur par samajh rakha hai.</w:t>
      </w:r>
    </w:p>
    <w:p>
      <w:pPr>
        <w:jc w:val="right"/>
      </w:pPr>
      <w:r>
        <w:t>غلططورپر سمجھرکھاہے۔</w:t>
      </w:r>
    </w:p>
    <w:p>
      <w:r>
        <w:rPr>
          <w:b/>
        </w:rPr>
        <w:t xml:space="preserve">[1:05:54] </w:t>
      </w:r>
      <w:r>
        <w:t>to zahir hai ke unki soch ko badalna padega.</w:t>
      </w:r>
    </w:p>
    <w:p>
      <w:pPr>
        <w:jc w:val="right"/>
      </w:pPr>
      <w:r>
        <w:t>تو ظاہرہےکہ انکی سوچکوبدلناپڑےگا۔</w:t>
      </w:r>
    </w:p>
    <w:p>
      <w:r>
        <w:rPr>
          <w:b/>
        </w:rPr>
        <w:t xml:space="preserve">[1:06:03] </w:t>
      </w:r>
      <w:r>
        <w:t>beginning jo hai woh soch ko badalne se hoti hai, yani jisko mein kahunga re-engineering of minds, yani ke zehn ki nai tashkeel.</w:t>
      </w:r>
    </w:p>
    <w:p>
      <w:pPr>
        <w:jc w:val="right"/>
      </w:pPr>
      <w:r>
        <w:t>بگننگجوہےوہسوچ کوبدلنےسےہوتیہے، یعنیجسکومیں کہوںگا ری انجینئرنگاف مائنڈز، یعنیکہذہنکی نئی تشکیل۔</w:t>
      </w:r>
    </w:p>
    <w:p>
      <w:r>
        <w:rPr>
          <w:b/>
        </w:rPr>
        <w:t xml:space="preserve">[1:06:17] </w:t>
      </w:r>
      <w:r>
        <w:t>to yeh woh kaam hai jis par jannaton ke waade hain. to jannat free mein to milegi nahin,</w:t>
      </w:r>
    </w:p>
    <w:p>
      <w:pPr>
        <w:jc w:val="right"/>
      </w:pPr>
      <w:r>
        <w:t>تو یہ وہ کامہےجسپر جنتوںکےوعدےہیں۔ تو جنتفریمیںتوملےگینہیں،</w:t>
      </w:r>
    </w:p>
    <w:p>
      <w:r>
        <w:rPr>
          <w:b/>
        </w:rPr>
        <w:t xml:space="preserve">[1:06:25] </w:t>
      </w:r>
      <w:r>
        <w:t>ek mushkil kaam hai, tabhi to jannat hai iske liye. to is kaam ka aaghaz hoga re-engineering of minds se, yani zehn ki tashkeel-e-nau se.</w:t>
      </w:r>
    </w:p>
    <w:p>
      <w:pPr>
        <w:jc w:val="right"/>
      </w:pPr>
      <w:r>
        <w:t>ایک مشکل کام ہے، تبھیتوجنتہےاسکےلیے۔ تواسکام کاآغاز ہوگا ریانجینئرنگافمائنڈسے،یعنی ذہنکیتشکیل نوسے۔</w:t>
      </w:r>
    </w:p>
    <w:p>
      <w:r>
        <w:rPr>
          <w:b/>
        </w:rPr>
        <w:t xml:space="preserve">[1:06:37] </w:t>
      </w:r>
      <w:r>
        <w:t>jab zehn badlega to phir sab cheezen aasan ho jayengi apne aap .</w:t>
      </w:r>
    </w:p>
    <w:p>
      <w:pPr>
        <w:jc w:val="right"/>
      </w:pPr>
      <w:r>
        <w:t>جب ذہنبدلےگاتوپھر سب چیزیں آسانہوجائیںگیاپنےآپ ۔</w:t>
      </w:r>
    </w:p>
    <w:p>
      <w:r>
        <w:rPr>
          <w:b/>
        </w:rPr>
        <w:t xml:space="preserve">[1:06:47] </w:t>
      </w:r>
      <w:r>
        <w:t>maulana, agla sawal molana iqbal umar ka aaya hai tamil nadu se. unhon</w:t>
      </w:r>
    </w:p>
    <w:p>
      <w:pPr>
        <w:jc w:val="right"/>
      </w:pPr>
      <w:r>
        <w:t>مولانا،اگلاسوال مول انااقبالعمریکاآیاہے تملناڈوسے۔انہوں</w:t>
      </w:r>
    </w:p>
    <w:p>
      <w:r>
        <w:rPr>
          <w:b/>
        </w:rPr>
        <w:t xml:space="preserve">[1:06:52] </w:t>
      </w:r>
      <w:r>
        <w:t>ne likha hai: "Maulana, ek hadith mein aaya hai ke yeh wi 71, nasari 72 sects aur musalman 73 sects ho jayenge, yani musalman yeh wi aur nasari plus ho jayenge.</w:t>
      </w:r>
    </w:p>
    <w:p>
      <w:pPr>
        <w:jc w:val="right"/>
      </w:pPr>
      <w:r>
        <w:t>نےلکھاہے: "مولانا،ایکحدیثمیں آیاہےکہ یہ ود 7 1 ،نصاری 7 2 سیکٹس اور مس لمان 7 3 سیکٹس ہوجائیںگے، یعنی مسلمان یہ وداور نصاری پلسہوجائیںگے۔</w:t>
      </w:r>
    </w:p>
    <w:p>
      <w:r>
        <w:rPr>
          <w:b/>
        </w:rPr>
        <w:t xml:space="preserve">[1:07:09] </w:t>
      </w:r>
      <w:r>
        <w:t>iska kya matlab hai?"</w:t>
      </w:r>
    </w:p>
    <w:p>
      <w:pPr>
        <w:jc w:val="right"/>
      </w:pPr>
      <w:r>
        <w:t>اسکاکیا مطلبہے ؟"</w:t>
      </w:r>
    </w:p>
    <w:p>
      <w:r>
        <w:rPr>
          <w:b/>
        </w:rPr>
        <w:t xml:space="preserve">[1:07:14] </w:t>
      </w:r>
      <w:r>
        <w:t>dekhen, yeh ginti ka mamla nahin hai. 71, 72, 73 jo hain, yeh</w:t>
      </w:r>
    </w:p>
    <w:p>
      <w:pPr>
        <w:jc w:val="right"/>
      </w:pPr>
      <w:r>
        <w:t>دیکھیں،یہ گنتیکامعاملہنہیںہے۔ 71،7 2،73جوہے،یہ</w:t>
      </w:r>
    </w:p>
    <w:p>
      <w:r>
        <w:rPr>
          <w:b/>
        </w:rPr>
        <w:t xml:space="preserve">[1:07:20] </w:t>
      </w:r>
      <w:r>
        <w:t>yeh to ek ilamati ginti'an hain. matlab ke musalmanon mein jo bigad aayega, woh yahud-o-nasari se bhi zyada aayega.</w:t>
      </w:r>
    </w:p>
    <w:p>
      <w:pPr>
        <w:jc w:val="right"/>
      </w:pPr>
      <w:r>
        <w:t>یہتو ایک علام تی گنت یاںہیں۔ مطلب کہ مس لمانوںمیں جو بگاڑآئےگا،وہ یہودونصاریسےبھیزیادہ آئےگا۔</w:t>
      </w:r>
    </w:p>
    <w:p>
      <w:r>
        <w:rPr>
          <w:b/>
        </w:rPr>
        <w:t xml:space="preserve">[1:07:36] </w:t>
      </w:r>
      <w:r>
        <w:t>aur yeh aap dekhte se waqi yeh waqi aaj ban chuka hai. iski wajah hai ke yahud-o-nasari ka jo mazhab aaya, us waqt mauqe bahut kam hote the.</w:t>
      </w:r>
    </w:p>
    <w:p>
      <w:pPr>
        <w:jc w:val="right"/>
      </w:pPr>
      <w:r>
        <w:t>اور یہآپدیکھتے سے واقعہیہواقعہآج بنچکاہے۔ اسکیوجہ ہےکہیہودونصاری کاجومذہبآیا، اس وقت مواقعبہتکمہوتےتھے۔</w:t>
      </w:r>
    </w:p>
    <w:p>
      <w:r>
        <w:rPr>
          <w:b/>
        </w:rPr>
        <w:t xml:space="preserve">[1:07:47] </w:t>
      </w:r>
      <w:r>
        <w:t>ab mauqe bahut badh gaye.</w:t>
      </w:r>
    </w:p>
    <w:p>
      <w:pPr>
        <w:jc w:val="right"/>
      </w:pPr>
      <w:r>
        <w:t>ابمواقعبہتبڑھگئے۔</w:t>
      </w:r>
    </w:p>
    <w:p>
      <w:r>
        <w:rPr>
          <w:b/>
        </w:rPr>
        <w:t xml:space="preserve">[1:07:49] </w:t>
      </w:r>
      <w:r>
        <w:t>ab logon ke paas paisa bhi hai, power bhi hai, communication bhi hai, har cheez bahut zyada, bahut zyada ho gayi. to jab mauqe badhenge to zahir hai ke bigad bhi badhega, azadi ko mehsoos karna bhi badhega.</w:t>
      </w:r>
    </w:p>
    <w:p>
      <w:pPr>
        <w:jc w:val="right"/>
      </w:pPr>
      <w:r>
        <w:t>ابلوگوںکےپاس پیسہ بھیہے، پاوربھیہے، کمیونیکیشنبھیہے،ہرچیز بہت زیادہ ،بہت زیادہ ہوگئی۔ توجب مواقعبڑھیںگےتوظاہرہےکہ بگاڑبھیبڑھےگا، آز ادیکو محسوسکرنابھیبڑھےگا۔</w:t>
      </w:r>
    </w:p>
    <w:p>
      <w:r>
        <w:rPr>
          <w:b/>
        </w:rPr>
        <w:t xml:space="preserve">[1:08:04] </w:t>
      </w:r>
      <w:r>
        <w:t>yeh ummat ek aise daur mein pahunchne wali thi jab ke mauqe ki ifraat ho jayegi. to mauqe ki jab ifraat hogi to bigad bhi bahut zyada badh jayega.</w:t>
      </w:r>
    </w:p>
    <w:p>
      <w:pPr>
        <w:jc w:val="right"/>
      </w:pPr>
      <w:r>
        <w:t>یہ امتایک ایسےدور میںپہنچنےوالی تھی جب کہ مواقع کیفراوانیہوجائےگی۔ تو مواقعکیجبفراوانیہوگی تو بگاڑبھیبہتزیادہبڑھجائےگا۔</w:t>
      </w:r>
    </w:p>
    <w:p>
      <w:r>
        <w:rPr>
          <w:b/>
        </w:rPr>
        <w:t xml:space="preserve">[1:08:17] </w:t>
      </w:r>
      <w:r>
        <w:t>it's a bit natural,</w:t>
      </w:r>
    </w:p>
    <w:p>
      <w:pPr>
        <w:jc w:val="right"/>
      </w:pPr>
      <w:r>
        <w:t>اٹازبٹنیچرل،</w:t>
      </w:r>
    </w:p>
    <w:p>
      <w:r>
        <w:rPr>
          <w:b/>
        </w:rPr>
        <w:t xml:space="preserve">[1:08:19] </w:t>
      </w:r>
      <w:r>
        <w:t>yeh koi purasrar cheez nahin hai. maulana, yeh sawal aaya hai doha qatar se mister rahul bhatia ka.</w:t>
      </w:r>
    </w:p>
    <w:p>
      <w:pPr>
        <w:jc w:val="right"/>
      </w:pPr>
      <w:r>
        <w:t>یہکوئی پراسرارچیزنہیںہے۔ مولانا،یہسوال آیاہے دوحہقطرسے مسٹرراہل بھاٹیاکا۔</w:t>
      </w:r>
    </w:p>
    <w:p>
      <w:r>
        <w:rPr>
          <w:b/>
        </w:rPr>
        <w:t xml:space="preserve">[1:08:30] </w:t>
      </w:r>
      <w:r>
        <w:t>unhone likha hai: "maulana, when i was a child, i had attended some of your classes. i had a question. my question is: i had bought a flat in gaon on an installment plan from builder.</w:t>
      </w:r>
    </w:p>
    <w:p>
      <w:pPr>
        <w:jc w:val="right"/>
      </w:pPr>
      <w:r>
        <w:t>انہوںنےلکھاہے: "مولانا،وینآئیوازانڈلی،آئیہیڈاٹینڈڈ سمافیورکلاسز۔ آئیہیواکوئسچنٹواسک ۔مائیکوئسچناز: آئیہیو باٹ ا فلیٹ انگڑگاؤںان انسٹالمنٹپلانفرامبل ڈر۔</w:t>
      </w:r>
    </w:p>
    <w:p>
      <w:r>
        <w:rPr>
          <w:b/>
        </w:rPr>
        <w:t xml:space="preserve">[1:08:45] </w:t>
      </w:r>
      <w:r>
        <w:t>i could not pay the third installment on time, as my money got stuck due to somebody cheating me and bye. due to the delayed payment, the builder has put a lien on me amounting to rupees 20 thousand.</w:t>
      </w:r>
    </w:p>
    <w:p>
      <w:pPr>
        <w:jc w:val="right"/>
      </w:pPr>
      <w:r>
        <w:t>آئیکڈناٹپےدی تھرڈانسٹالمنٹان ٹائم ،ایزمائیمنیگاٹ سٹک ڈیوٹوسمبڈی چیٹنگمی اندبئی۔ ڈیوٹوداڈیلیڈپیمنٹ ،دا بلڈرہیزپٹاینان ٹرسٹان می اماؤنٹنگٹوروپیز 20تھا ؤزنڈ۔</w:t>
      </w:r>
    </w:p>
    <w:p>
      <w:r>
        <w:rPr>
          <w:b/>
        </w:rPr>
        <w:t xml:space="preserve">[1:09:01] </w:t>
      </w:r>
      <w:r>
        <w:t>i requested them to cancel the interest, but they refused. in the other hand, the bank where i hold my account have paid me an interest of rupees 13 thousand.</w:t>
      </w:r>
    </w:p>
    <w:p>
      <w:pPr>
        <w:jc w:val="right"/>
      </w:pPr>
      <w:r>
        <w:t>آئیریکویسٹڈدیمٹوکینسلداانٹرسٹ،بٹدےریفیوزڈ۔ ان دیادرہینڈ،دا بینک ویرآئیہولڈمائیاکاؤنٹ ہیو پیڈمیاینانٹرسٹ افروپیز 13 تھاؤزنڈ۔</w:t>
      </w:r>
    </w:p>
    <w:p>
      <w:r>
        <w:rPr>
          <w:b/>
        </w:rPr>
        <w:t xml:space="preserve">[1:09:13] </w:t>
      </w:r>
      <w:r>
        <w:t>the biller's admit to collect the interest from me. would that be permissible to use the interest earned from a bank to pay the interest penalty to the biller?</w:t>
      </w:r>
    </w:p>
    <w:p>
      <w:pPr>
        <w:jc w:val="right"/>
      </w:pPr>
      <w:r>
        <w:t>دا بلڈراز ایڈمنٹٹوکلیکٹداانٹرسٹفراممی ۔ وڈاٹبی پرمسیبل ٹویوزدا انٹرسٹ ارنڈفرامدابینک ٹوپےدا انٹرسٹ پینلٹیٹودابل ڈر؟</w:t>
      </w:r>
    </w:p>
    <w:p>
      <w:r>
        <w:rPr>
          <w:b/>
        </w:rPr>
        <w:t xml:space="preserve">[1:09:25] </w:t>
      </w:r>
      <w:r>
        <w:t>or should i must use my fresh salary money to pay the interest to the biller? i understand that interest is haram, paying as well as receiving, but because i am a traitor, please let me know what to do the right way in the light of islam.</w:t>
      </w:r>
    </w:p>
    <w:p>
      <w:pPr>
        <w:jc w:val="right"/>
      </w:pPr>
      <w:r>
        <w:t>اور شوڈآئیمسٹیوزمائیفریش سیلریمنی ٹوپےدا انٹرسٹٹودابلڈر؟ آئیانڈرسٹینڈدیٹانٹرسٹاز حرام ، پینگ ایزویلایز ریسیونگ، بٹبیکاز آئیایماناٹریپ، پلیزلیٹمینو واٹوڈبیدارائٹوےاندا لائٹافاسلام ۔</w:t>
      </w:r>
    </w:p>
    <w:p>
      <w:r>
        <w:rPr>
          <w:b/>
        </w:rPr>
        <w:t xml:space="preserve">[1:09:43] </w:t>
      </w:r>
      <w:r>
        <w:t>dekhen, yeh islam ka masla nahi hai,</w:t>
      </w:r>
    </w:p>
    <w:p>
      <w:pPr>
        <w:jc w:val="right"/>
      </w:pPr>
      <w:r>
        <w:t>دیکھیں،یہاسلام کامسئلہنہیںہے،</w:t>
      </w:r>
    </w:p>
    <w:p>
      <w:r>
        <w:rPr>
          <w:b/>
        </w:rPr>
        <w:t xml:space="preserve">[1:09:49] </w:t>
      </w:r>
      <w:r>
        <w:t>yeh aap apni hi ghalti ki price de rahe hain. yeh jo aap ne bataya, yeh ghalti saari aap ki hai.</w:t>
      </w:r>
    </w:p>
    <w:p>
      <w:pPr>
        <w:jc w:val="right"/>
      </w:pPr>
      <w:r>
        <w:t>یہ آپ اپنی ہی غلطیکی پرائسدےرہےہیں۔ یہجوآپنےبتایا، یہغلطیساریآپکیہے۔</w:t>
      </w:r>
    </w:p>
    <w:p>
      <w:r>
        <w:rPr>
          <w:b/>
        </w:rPr>
        <w:t xml:space="preserve">[1:09:58] </w:t>
      </w:r>
      <w:r>
        <w:t>yeh zamaney dekhiye, bohat hi zyada yani mukhtalif zamaney hain. aap ne bohat zyada law ke mutabiq kaam nahi kiya,</w:t>
      </w:r>
    </w:p>
    <w:p>
      <w:pPr>
        <w:jc w:val="right"/>
      </w:pPr>
      <w:r>
        <w:t>یہ زمان ہدیکھیے، بہت ہیزیادہ یعنی مختلف زمان ہہے۔ آپ نے بہت زیادہ لاکےمطابقکامنہیںکیا،</w:t>
      </w:r>
    </w:p>
    <w:p>
      <w:r>
        <w:rPr>
          <w:b/>
        </w:rPr>
        <w:t xml:space="preserve">[1:10:12] </w:t>
      </w:r>
      <w:r>
        <w:t>leg framework ke mutabiq kaam nahi kiya. aap ke is mein loopholes thay, is ki wajah se yeh sab gadbad hua. to you have to discover your own wrong policies.</w:t>
      </w:r>
    </w:p>
    <w:p>
      <w:pPr>
        <w:jc w:val="right"/>
      </w:pPr>
      <w:r>
        <w:t>لیگ لفریمورککےمطابق کامنہیںکیا۔ آپ کےاسمیں لوپہولزتھے، اسکیوجہسےیہسب گڑبڑہوا۔ تویوہیوٹوڈسکوریوراون رونگپالیسیز۔</w:t>
      </w:r>
    </w:p>
    <w:p>
      <w:r>
        <w:rPr>
          <w:b/>
        </w:rPr>
        <w:t xml:space="preserve">[1:10:24] </w:t>
      </w:r>
      <w:r>
        <w:t>yeh sab mat sochiye aap ke yeh yeh sab sochna hi galat hai. aap ki dobara aap ek nayi ghalti kar rahe hain, dobara aap ek nayi ghalti kar rahe hain.</w:t>
      </w:r>
    </w:p>
    <w:p>
      <w:pPr>
        <w:jc w:val="right"/>
      </w:pPr>
      <w:r>
        <w:t>یہسب مت سوچیےآپ کہ یہیہسبسوچناہیغلطہے۔آپکادوبارہآپ ایکنئیغلطیکررہےہیں، دوبارہآپایکنئیغلطیکررہےہیں۔</w:t>
      </w:r>
    </w:p>
    <w:p>
      <w:r>
        <w:rPr>
          <w:b/>
        </w:rPr>
        <w:t xml:space="preserve">[1:10:34] </w:t>
      </w:r>
      <w:r>
        <w:t>aap sirf yeh sochiye ke maine kahan kahan ghalti ki, jis ki wajah se woh is ki price deni pad rahi hai. mujhe</w:t>
      </w:r>
    </w:p>
    <w:p>
      <w:pPr>
        <w:jc w:val="right"/>
      </w:pPr>
      <w:r>
        <w:t>آپ صرفیہسوچیےکہمیںنےکہاںکہاںغلطیکی،جسکیوجہسےوہاسکیپرائسدینیپڑرہیہے۔مجھے</w:t>
      </w:r>
    </w:p>
    <w:p>
      <w:r>
        <w:rPr>
          <w:b/>
        </w:rPr>
        <w:t xml:space="preserve">[1:10:40] </w:t>
      </w:r>
      <w:r>
        <w:t>where i was wrong, where i was wrong, is ko daryaft kijiye. aap mat yeh sab sochiye, sirf yeh sochiye, ek hi baat sochiye aur object ke taur par sochiye.</w:t>
      </w:r>
    </w:p>
    <w:p>
      <w:pPr>
        <w:jc w:val="right"/>
      </w:pPr>
      <w:r>
        <w:t>ویئرآئیوازرونگ،ویئر آئیوازرونگ،اسکو دریافتکیجئے۔ آپ متیہسبسوچیے، صرفیہسوچیے،ایکہیباتسوچیےاور ابجیکٹوطورپرسوچیے۔</w:t>
      </w:r>
    </w:p>
    <w:p>
      <w:r>
        <w:rPr>
          <w:b/>
        </w:rPr>
        <w:t xml:space="preserve">[1:10:51] </w:t>
      </w:r>
      <w:r>
        <w:t>kisi ko blame mat dijiye ke falan ne cheat kiya, yeh mat kahiye. falan ne aap ki weakness se faida uthaya, kisi ne cheat nahi kiya aap ko.</w:t>
      </w:r>
    </w:p>
    <w:p>
      <w:pPr>
        <w:jc w:val="right"/>
      </w:pPr>
      <w:r>
        <w:t>کسی کوبلیممتدیجئے کہ فلاںنےچیٹکیا،یہمتکہیے۔ فلاںنے آپ کی ویکنسسےفائدہاٹھایا، کسینےچیٹنہیںکیاآپکو ۔</w:t>
      </w:r>
    </w:p>
    <w:p>
      <w:r>
        <w:rPr>
          <w:b/>
        </w:rPr>
        <w:t xml:space="preserve">[1:11:04] </w:t>
      </w:r>
      <w:r>
        <w:t>to apni is is soch ko badliye aur is is ko rab ke term mein mat sochiye. aap sirf yeh sochiye ke where i was wrong, kahan maine ghalti ki ke doosron ko mauqa mila ke mujhe aisi pareshani mein daal dein.</w:t>
      </w:r>
    </w:p>
    <w:p>
      <w:pPr>
        <w:jc w:val="right"/>
      </w:pPr>
      <w:r>
        <w:t>تو اپنی اس اسسوچکوبد لیے اور اس اسکو رباکےٹرممیںمتسوچیے۔آپ صرفیہسوچیےکہ ویئرآئیوازرونگ، کہاںمیںنےغلطیکی کہ دوسروںکوموقعملاکہمجھے ایسیپریشانیمیںڈالدیں۔</w:t>
      </w:r>
    </w:p>
    <w:p>
      <w:r>
        <w:rPr>
          <w:b/>
        </w:rPr>
        <w:t xml:space="preserve">[1:11:21] </w:t>
      </w:r>
      <w:r>
        <w:t>bas ek hi point hai aap ke liye, where i was wrong, is ko daryaft kijiye aur kuch nahi.</w:t>
      </w:r>
    </w:p>
    <w:p>
      <w:pPr>
        <w:jc w:val="right"/>
      </w:pPr>
      <w:r>
        <w:t>بس ایکہی پوائنٹہے آپکےلیے، ویئرآئیوازرونگ،اسکو دریافتکیجئےاورکچھنہیں ۔</w:t>
      </w:r>
    </w:p>
    <w:p>
      <w:r>
        <w:rPr>
          <w:b/>
        </w:rPr>
        <w:t xml:space="preserve">[1:11:30] </w:t>
      </w:r>
      <w:r>
        <w:t>dekhen, yeh duniya competition ki duniya hai.</w:t>
      </w:r>
    </w:p>
    <w:p>
      <w:pPr>
        <w:jc w:val="right"/>
      </w:pPr>
      <w:r>
        <w:t>دیکھیں،یہدنیا کمپیٹیشنکیدنیا ہے۔</w:t>
      </w:r>
    </w:p>
    <w:p>
      <w:r>
        <w:rPr>
          <w:b/>
        </w:rPr>
        <w:t xml:space="preserve">[1:11:33] </w:t>
      </w:r>
      <w:r>
        <w:t>yaad rakhiye, har aadmi doosre ki weakness se faida uthata hai. achi tarah samajh lijiye, yeh duniya koi ideal duniya nahi hai, koi perfect duniya nahi hai.</w:t>
      </w:r>
    </w:p>
    <w:p>
      <w:pPr>
        <w:jc w:val="right"/>
      </w:pPr>
      <w:r>
        <w:t>یادرکھیے، ہرآدمی دوسرےکیویکنسسےفائدہاٹھاتاہے۔ اچھیطرحسمجھلیجئے، یہ دنیا کوئیآئیڈیلدنیا نہیںہے،کوئیپرفیکٹدنیا نہیںہے۔</w:t>
      </w:r>
    </w:p>
    <w:p>
      <w:r>
        <w:rPr>
          <w:b/>
        </w:rPr>
        <w:t xml:space="preserve">[1:11:47] </w:t>
      </w:r>
      <w:r>
        <w:t>is poorani duniya ka jo jo culture hai, woh that is based on competition. jab aap ghalti karenge, doosra is ka exploit karega.</w:t>
      </w:r>
    </w:p>
    <w:p>
      <w:pPr>
        <w:jc w:val="right"/>
      </w:pPr>
      <w:r>
        <w:t>اسپوریدنیا کا جو جو کلچرہے،وہ دیٹازبیسڈانکمپیٹیشن۔ جب آپ غلطیکریںگے،دوسرا اسکا ایکسپلائٹکرےگا۔</w:t>
      </w:r>
    </w:p>
    <w:p>
      <w:r>
        <w:rPr>
          <w:b/>
        </w:rPr>
        <w:t xml:space="preserve">[1:12:01] </w:t>
      </w:r>
      <w:r>
        <w:t>bas to yeh ghalti dobara mat kijiye ke aap ne ghalti ki wajah se jo paida hui situation, dobara is ko kahiye ke is ne cheat kiya. mujhe koi cheat nahi karta, aap ki weakness ko woh exploit karta hai.</w:t>
      </w:r>
    </w:p>
    <w:p>
      <w:pPr>
        <w:jc w:val="right"/>
      </w:pPr>
      <w:r>
        <w:t>بس تویہغلطیدوبارہمتکیجئےکہآپنے غلطی کیوجہ سےجو پیدا ہوئی سچوئیشن، دوبارہاسکوکہیںکہاسنےچیٹکیا۔مجھے کوئیچیٹنہیںکرتا، آپ کی ویکنسکووہایکسپلائٹکرتاہے۔</w:t>
      </w:r>
    </w:p>
    <w:p>
      <w:r>
        <w:rPr>
          <w:b/>
        </w:rPr>
        <w:t xml:space="preserve">[1:12:15] </w:t>
      </w:r>
      <w:r>
        <w:t>to mera mashwara sirf yahi hai ke you have to discover your own mistake, bas aur kuch nahi.</w:t>
      </w:r>
    </w:p>
    <w:p>
      <w:pPr>
        <w:jc w:val="right"/>
      </w:pPr>
      <w:r>
        <w:t>تو میرامشورہصرفیہیایکہےکہ یوہیوٹوڈسکوریوراون مسٹیک، بساورکچھنہیں ۔</w:t>
      </w:r>
    </w:p>
    <w:p>
      <w:r>
        <w:rPr>
          <w:b/>
        </w:rPr>
        <w:t xml:space="preserve">[1:12:26] </w:t>
      </w:r>
      <w:r>
        <w:t>maulana, agla sawal delhi se hai miss tuti malhotra ka.</w:t>
      </w:r>
    </w:p>
    <w:p>
      <w:pPr>
        <w:jc w:val="right"/>
      </w:pPr>
      <w:r>
        <w:t>مولانا،اگلاسوال دلیسےہے مس طوطیملہوتراکا۔</w:t>
      </w:r>
    </w:p>
    <w:p>
      <w:r>
        <w:rPr>
          <w:b/>
        </w:rPr>
        <w:t xml:space="preserve">[1:12:30] </w:t>
      </w:r>
      <w:r>
        <w:t>unhone likha hai: "can we say that political power given to muslims was a part of their test?" what is your comment?</w:t>
      </w:r>
    </w:p>
    <w:p>
      <w:pPr>
        <w:jc w:val="right"/>
      </w:pPr>
      <w:r>
        <w:t>انہوںنےلکھاہے: "کینوی سے دیٹپولیٹیکلپاورگیون ٹومسلم ز وازاپارٹاف دیرٹیسٹ ؟ "واٹازیورکمنٹ؟</w:t>
      </w:r>
    </w:p>
    <w:p>
      <w:r>
        <w:rPr>
          <w:b/>
        </w:rPr>
        <w:t xml:space="preserve">[1:12:39] </w:t>
      </w:r>
      <w:r>
        <w:t>political power test hai yeh sab ke liye, hatta ke paighambar ke liye bhi. aap quran mein padh lijiye, hazrat dawood ne yeh baat kahi ke hum ko jo political power mila hai, yeh test ke liye, aazmaish ke liye mila hai.</w:t>
      </w:r>
    </w:p>
    <w:p>
      <w:pPr>
        <w:jc w:val="right"/>
      </w:pPr>
      <w:r>
        <w:t>پولیٹیکلپاورٹیسٹ ہےیہسبکےلیے، حتیکہ پیغمبرکےلیےبھی ۔ آپ قرآنمیںپڑھلیجئے، حضرتداؤدنے یہباتکہی کہہمکوجوپولیٹیکلپاورملاہے،یہ ٹیسٹ کےلیے،ابتلاکےلیےملاہے۔</w:t>
      </w:r>
    </w:p>
    <w:p>
      <w:r>
        <w:rPr>
          <w:b/>
        </w:rPr>
        <w:t xml:space="preserve">[1:12:53] </w:t>
      </w:r>
      <w:r>
        <w:t>woh koi blessing nahi hua karti</w:t>
      </w:r>
    </w:p>
    <w:p>
      <w:pPr>
        <w:jc w:val="right"/>
      </w:pPr>
      <w:r>
        <w:t>وہ کوئیبلیسنگنہیںہوا کرتی</w:t>
      </w:r>
    </w:p>
    <w:p>
      <w:r>
        <w:rPr>
          <w:b/>
        </w:rPr>
        <w:t xml:space="preserve">[1:12:55] </w:t>
      </w:r>
      <w:r>
        <w:t>. jo musalman target bana kar ke political power ke liye daud rahe hain, yeh that is against their Muslim plan of God.</w:t>
      </w:r>
    </w:p>
    <w:p>
      <w:pPr>
        <w:jc w:val="right"/>
      </w:pPr>
      <w:r>
        <w:t>۔ جو مسلمان ٹارگٹبناکرکے پولیٹیکلپاورکےلیےدوڑرہےہیں، یہ دیٹازاگینسٹدیکرسمسپلانافگاڈ۔</w:t>
      </w:r>
    </w:p>
    <w:p>
      <w:r>
        <w:rPr>
          <w:b/>
        </w:rPr>
        <w:t xml:space="preserve">[1:13:05] </w:t>
      </w:r>
      <w:r>
        <w:t>yeh sab bilkul jis tarah se yani money test paper hai, usi tarah se political power bhi test paper hai, hatta ke aulad bhi test paper hai.</w:t>
      </w:r>
    </w:p>
    <w:p>
      <w:pPr>
        <w:jc w:val="right"/>
      </w:pPr>
      <w:r>
        <w:t>یہسببالکل جس طرحسے یعنی منی ٹیسٹ پیپرہے، اسیطرح سےپولیٹیکلپاوربھیٹیسٹ پیپرہے، حتیکہاولادبھیٹیسٹ پیپرہے۔</w:t>
      </w:r>
    </w:p>
    <w:p>
      <w:r>
        <w:rPr>
          <w:b/>
        </w:rPr>
        <w:t xml:space="preserve">[1:13:18] </w:t>
      </w:r>
      <w:r>
        <w:t>har cheez duniya mein test paper hi hai.</w:t>
      </w:r>
    </w:p>
    <w:p>
      <w:pPr>
        <w:jc w:val="right"/>
      </w:pPr>
      <w:r>
        <w:t>ہرچیزدنیا میںٹیسٹ پیپرہیہے۔</w:t>
      </w:r>
    </w:p>
    <w:p>
      <w:r>
        <w:rPr>
          <w:b/>
        </w:rPr>
        <w:t xml:space="preserve">[1:13:25] </w:t>
      </w:r>
      <w:r>
        <w:t>yeh to quran se bohat clear tor par sabit hai.</w:t>
      </w:r>
    </w:p>
    <w:p>
      <w:pPr>
        <w:jc w:val="right"/>
      </w:pPr>
      <w:r>
        <w:t>یہتو قرآنسےبہت کلیئرطورپرثابتہے۔</w:t>
      </w:r>
    </w:p>
    <w:p>
      <w:r>
        <w:rPr>
          <w:b/>
        </w:rPr>
        <w:t xml:space="preserve">[1:13:32] </w:t>
      </w:r>
      <w:r>
        <w:t>molana, agla sawal rohtak se hai sajid anwar sahab ka. unhon ne aapse poocha hai: "molana, please guide us to how we can get rid of negativity thinking."</w:t>
      </w:r>
    </w:p>
    <w:p>
      <w:pPr>
        <w:jc w:val="right"/>
      </w:pPr>
      <w:r>
        <w:t>مولانا،اگلاسوال روڑکیسےہے ساجدانور صاحبکا ۔ انہوںنےآپسےپوچھاہے: "مولانا،پلیز گائیڈ ایزٹوہاؤویکینسیو اور سیلففر امنیگیٹیوتھنکنگ۔"</w:t>
      </w:r>
    </w:p>
    <w:p>
      <w:r>
        <w:rPr>
          <w:b/>
        </w:rPr>
        <w:t xml:space="preserve">[1:13:47] </w:t>
      </w:r>
      <w:r>
        <w:t>bhai, main jo tareeqa batata hoon aap ko ke negative thought to hamesha aate hi aate hain,</w:t>
      </w:r>
    </w:p>
    <w:p>
      <w:pPr>
        <w:jc w:val="right"/>
      </w:pPr>
      <w:r>
        <w:t>بھائی، میںجوطریقہمیرا بتاتاہوںآپکو کہ نیگیٹیو تھا ٹتوہمیشہآتےہیآتےہیں،</w:t>
      </w:r>
    </w:p>
    <w:p>
      <w:r>
        <w:rPr>
          <w:b/>
        </w:rPr>
        <w:t xml:space="preserve">[1:13:55] </w:t>
      </w:r>
      <w:r>
        <w:t>lekin jaise mujhe mehsoos hua to ke mere andar koi negative thought aaya to jaldi se parhta hoon main: "allahumma inni aoozu bika min hamd-ish shaytan" aur woh foran nikal jata hai.</w:t>
      </w:r>
    </w:p>
    <w:p>
      <w:pPr>
        <w:jc w:val="right"/>
      </w:pPr>
      <w:r>
        <w:t>لیکن جیسےمجھےمحسوسہواتوکہمیرےاندرکوئینیگیٹیو تھاٹآیا تو جلدیسےپڑھتاہوںمیں: "اللہم انیاعوذ اعوذبکمنحمدالش یطان" اوروہفوراًنکلجاتا ہے۔</w:t>
      </w:r>
    </w:p>
    <w:p>
      <w:r>
        <w:rPr>
          <w:b/>
        </w:rPr>
        <w:t xml:space="preserve">[1:14:10] </w:t>
      </w:r>
      <w:r>
        <w:t>"allahumma inni aoozu bika min hamd-ish shaytan" parhta hoon, woh nikal jata hai. to yeh mumkin nahi, yaad rakhiye, dunya mein ke kisi aadmi ke negative thought sary se na aayein.</w:t>
      </w:r>
    </w:p>
    <w:p>
      <w:pPr>
        <w:jc w:val="right"/>
      </w:pPr>
      <w:r>
        <w:t>"اللہم انیاعوذبکمنحمد الشیطان"پڑھتاہوں،وہنکلجاتا ہے۔ تو یہ ممکننہیں،یادرکھیے،دنیا میں کہکسی آدمی کے نیگیٹیوتھاٹ سرےسےنہآئیں۔</w:t>
      </w:r>
    </w:p>
    <w:p>
      <w:r>
        <w:rPr>
          <w:b/>
        </w:rPr>
        <w:t xml:space="preserve">[1:14:22] </w:t>
      </w:r>
      <w:r>
        <w:t>yeh to mumkin nahi hai.</w:t>
      </w:r>
    </w:p>
    <w:p>
      <w:pPr>
        <w:jc w:val="right"/>
      </w:pPr>
      <w:r>
        <w:t>یہتوممکننہیںہے۔</w:t>
      </w:r>
    </w:p>
    <w:p>
      <w:r>
        <w:rPr>
          <w:b/>
        </w:rPr>
        <w:t xml:space="preserve">[1:14:23] </w:t>
      </w:r>
      <w:r>
        <w:t>negative thought aayenge, bas jaldi se woh nikaaliye, jaldi se nikaaliye is ko,</w:t>
      </w:r>
    </w:p>
    <w:p>
      <w:pPr>
        <w:jc w:val="right"/>
      </w:pPr>
      <w:r>
        <w:t>نیگیٹیوتھاٹآئیںگے، بسجلدی سےوہنکالیے،جلدیسےنکالیےاسکو،</w:t>
      </w:r>
    </w:p>
    <w:p>
      <w:r>
        <w:rPr>
          <w:b/>
        </w:rPr>
        <w:t xml:space="preserve">[1:14:31] </w:t>
      </w:r>
      <w:r>
        <w:t>aur koi doosra formulize nahi hai.</w:t>
      </w:r>
    </w:p>
    <w:p>
      <w:pPr>
        <w:jc w:val="right"/>
      </w:pPr>
      <w:r>
        <w:t>اورکوئیدوسرافارمولائز کرنیہے۔</w:t>
      </w:r>
    </w:p>
    <w:p>
      <w:r>
        <w:rPr>
          <w:b/>
        </w:rPr>
        <w:t xml:space="preserve">[1:14:40] </w:t>
      </w:r>
      <w:r>
        <w:t>molana, is ko quran mein kaha gaya: "bas shaitani". woh lazman hoga. shaitan azaad hai to aap ko bus back karega, touch back karega. but then there, aap bilkul aap hoshiyar ho jaiye</w:t>
      </w:r>
    </w:p>
    <w:p>
      <w:pPr>
        <w:jc w:val="right"/>
      </w:pPr>
      <w:r>
        <w:t>مولانا،اسکوقرآنمیںکہاگیا:"بست شیطانی"۔ وہ لازماًہوگا۔ شیطان آزادہےتو آپکو بسبھیکرےگا،ٹچبھیکرےگا۔ بٹدین دیر،آپ بالکل آپ ہوشیارہوجائیے</w:t>
      </w:r>
    </w:p>
    <w:p>
      <w:r>
        <w:rPr>
          <w:b/>
        </w:rPr>
        <w:t xml:space="preserve">[1:14:52] </w:t>
      </w:r>
      <w:r>
        <w:t>aur is ko khatam kijiye apne andar. aur mera tareeqa to yahi hai. mera tajurba hai ke jaise hi main parhta hoon: "allahumma inni aoozu bika min hamd-ish shaytan", woh sab khatam ho jata hai,</w:t>
      </w:r>
    </w:p>
    <w:p>
      <w:pPr>
        <w:jc w:val="right"/>
      </w:pPr>
      <w:r>
        <w:t>اوراسکوختمکیجئےاپنےاندرسے۔ اورمیراطریقہتویہیہے۔ میراتجربہہےکہجیسےہیمیںپڑھتاہوں: "اللہ مانیاعوذبکمنحمد الشیطان"، وہ سب ختمہوجاتا ہے،</w:t>
      </w:r>
    </w:p>
    <w:p>
      <w:r>
        <w:rPr>
          <w:b/>
        </w:rPr>
        <w:t xml:space="preserve">[1:15:07] </w:t>
      </w:r>
      <w:r>
        <w:t>woh dans second khatam ho jata hai.</w:t>
      </w:r>
    </w:p>
    <w:p>
      <w:pPr>
        <w:jc w:val="right"/>
      </w:pPr>
      <w:r>
        <w:t>ودانسیکنڈختمہوجاتا ہے۔</w:t>
      </w:r>
    </w:p>
    <w:p>
      <w:r>
        <w:rPr>
          <w:b/>
        </w:rPr>
        <w:t xml:space="preserve">[1:15:12] </w:t>
      </w:r>
      <w:r>
        <w:t>molana, agla sawal dhampur se hai mehtab ahmed sahab ka. unhon ne likha hai: "molana sahib, woh konsi taleem hai jis se khauf-e-khuda paida hota hai ?</w:t>
      </w:r>
    </w:p>
    <w:p>
      <w:pPr>
        <w:jc w:val="right"/>
      </w:pPr>
      <w:r>
        <w:t>مولانا،اگلاسوال دھامپورسےہے مہتاب احمد صاحبکا ۔ انہوںنےلکھاہے: "مول اناصاحب،وہکونسی تعلیم ہے جسسے خوف خ دا پیدا ہوتاہے ؟</w:t>
      </w:r>
    </w:p>
    <w:p>
      <w:r>
        <w:rPr>
          <w:b/>
        </w:rPr>
        <w:t xml:space="preserve">[1:15:25] </w:t>
      </w:r>
      <w:r>
        <w:t>madrasay ki taleem se khauf-e-khuda to paida hota nahi." is ka ta'alluq taleem se nahi hai, aap khud aadmi ki apni soch se hai.</w:t>
      </w:r>
    </w:p>
    <w:p>
      <w:pPr>
        <w:jc w:val="right"/>
      </w:pPr>
      <w:r>
        <w:t>مدرس ےکیتعلیم سے خوف خداتوپیدا ہوتانہیں ۔" اسکاتعلق تعلیم سےنہیںہے، آپخود آدمیکیاپنیسوچسےہے۔</w:t>
      </w:r>
    </w:p>
    <w:p>
      <w:r>
        <w:rPr>
          <w:b/>
        </w:rPr>
        <w:t xml:space="preserve">[1:15:38] </w:t>
      </w:r>
      <w:r>
        <w:t>apni soch ko train karna parta hai,</w:t>
      </w:r>
    </w:p>
    <w:p>
      <w:pPr>
        <w:jc w:val="right"/>
      </w:pPr>
      <w:r>
        <w:t>اپنی سوچکوٹرینکرناپڑتاہے،</w:t>
      </w:r>
    </w:p>
    <w:p>
      <w:r>
        <w:rPr>
          <w:b/>
        </w:rPr>
        <w:t xml:space="preserve">[1:15:41] </w:t>
      </w:r>
      <w:r>
        <w:t>yani way of thinking ko train karna parta hai, tab khauf paida hota hai. aisa nahi ke koi professional taleem ya madrasay ki taleem se khauf paida aa jaye, yeh bilkul naam mumkin hai, bilkul naam mumkin.</w:t>
      </w:r>
    </w:p>
    <w:p>
      <w:pPr>
        <w:jc w:val="right"/>
      </w:pPr>
      <w:r>
        <w:t>یعنیوےآفتھنکنگکوٹرینکرناپڑتاہے،تب خوفپیدا ہوتاہے۔ ایسانہیں کہکوئی پروفیشنلتعلیم یا مدرس ےکیتعلیم سےخوف پیداآجائے، یہبالکل نام مکنہے، بال کل نامم کن۔</w:t>
      </w:r>
    </w:p>
    <w:p>
      <w:r>
        <w:rPr>
          <w:b/>
        </w:rPr>
        <w:t xml:space="preserve">[1:15:55] </w:t>
      </w:r>
      <w:r>
        <w:t>yani sab se aham cheez is maamle mein hai woh art of thinking. art of</w:t>
      </w:r>
    </w:p>
    <w:p>
      <w:pPr>
        <w:jc w:val="right"/>
      </w:pPr>
      <w:r>
        <w:t>یعنی سبسےاہمچیز اسمعاملےمیںہےوہآرٹآفتھنکنگ۔ آرٹآف</w:t>
      </w:r>
    </w:p>
    <w:p>
      <w:r>
        <w:rPr>
          <w:b/>
        </w:rPr>
        <w:t xml:space="preserve">[1:16:01] </w:t>
      </w:r>
      <w:r>
        <w:t>thinking apne mind ko is tarah train karna ke cheezon ko aap is tarah dekhein, aise right angle se dekhein ke woh aap ko allah ki mohabbat, allah ka khauf paida kare aap ke andar.</w:t>
      </w:r>
    </w:p>
    <w:p>
      <w:pPr>
        <w:jc w:val="right"/>
      </w:pPr>
      <w:r>
        <w:t>تھنکنگ اپنے مائنڈکواسطرحٹرینکرنا کہچیزوںکوآپاسطرحدیکھیں، ایسےرائٹاینگلسےدیکھیںکہوہ آپکو اللہ کیمحبت،اللہ کاخوفپیدا کرےآپکےاندر۔</w:t>
      </w:r>
    </w:p>
    <w:p>
      <w:r>
        <w:rPr>
          <w:b/>
        </w:rPr>
        <w:t xml:space="preserve">[1:16:14] </w:t>
      </w:r>
      <w:r>
        <w:t>to aap abhi way of thinking ko train karna hai, woh maamla yeh hai. yeh madrasay ki taleem se is ka koi ta'alluq nahi hai.</w:t>
      </w:r>
    </w:p>
    <w:p>
      <w:pPr>
        <w:jc w:val="right"/>
      </w:pPr>
      <w:r>
        <w:t>توآپابھیوےآفتھنکنگکو ٹرینکرناہے، وہمعاملہیہہے۔ یہ مدرس ےکیتعلیم سےاسکاکوئیتعلقنہیںہے۔</w:t>
      </w:r>
    </w:p>
    <w:p>
      <w:r>
        <w:rPr>
          <w:b/>
        </w:rPr>
        <w:t xml:space="preserve">[1:16:26] </w:t>
      </w:r>
      <w:r>
        <w:t>molana, agla sawal kashmir se hai aamir jhan mori sahab ka.</w:t>
      </w:r>
    </w:p>
    <w:p>
      <w:pPr>
        <w:jc w:val="right"/>
      </w:pPr>
      <w:r>
        <w:t>مولانا،اگلاسوال کشمیرسےہے عامر جن موریصاحبکا ۔</w:t>
      </w:r>
    </w:p>
    <w:p>
      <w:r>
        <w:rPr>
          <w:b/>
        </w:rPr>
        <w:t xml:space="preserve">[1:16:30] </w:t>
      </w:r>
      <w:r>
        <w:t>unhon ne likha hai: "sometimes we do not understand the quran and its background. kindly guide us what is the best possible way to understand quran so that we can benefit from it to the fullest." bhai, aap is ko tafaseer parhiye, ghaur kijiye, literature islam ko parhiye, aur is ko koi tareeqa hai na is mein.</w:t>
      </w:r>
    </w:p>
    <w:p>
      <w:pPr>
        <w:jc w:val="right"/>
      </w:pPr>
      <w:r>
        <w:t>انہوںنےلکھاہے: "سمٹائمزویڈوناٹانڈ رسٹینڈ دیقرآن اینڈاٹسبیکگراؤنڈ۔ کائنڈلیگائیڈاس واٹازدابیسٹ پوسیبل وےٹوانڈرسٹینڈ قرآن سودیٹویکینبینیفٹفراماٹ ٹوداف ولسٹ ۔" بھئی،آپ اسکو تفسیریںپڑھیے،غورکیجئے،لٹریچر اسلام کوپڑھیے، اور اسکوکوئیطریقہہےنہیں۔</w:t>
      </w:r>
    </w:p>
    <w:p>
      <w:r>
        <w:rPr>
          <w:b/>
        </w:rPr>
        <w:t xml:space="preserve">[1:16:54] </w:t>
      </w:r>
      <w:r>
        <w:t>bhai, jahan aap atakte hain to wahan par aur mazeed aap tadabbur kijiye, tafaseer parhiye, islami kitabein parhiye, kisi se consult kijiye, mujh se aap telephone kijiye.</w:t>
      </w:r>
    </w:p>
    <w:p>
      <w:pPr>
        <w:jc w:val="right"/>
      </w:pPr>
      <w:r>
        <w:t>بھئی،جہاںآپ اٹکتےہیں تو وہاںپر اور مزید آپ تد برکیجئے،تفسیریںپڑھیے، اسلامی کتاب یںپڑھیے، کسیسےکنسلٹکیجئے، مجھسےآپٹیلیفونکیجئے۔</w:t>
      </w:r>
    </w:p>
    <w:p>
      <w:r>
        <w:rPr>
          <w:b/>
        </w:rPr>
        <w:t xml:space="preserve">[1:17:07] </w:t>
      </w:r>
      <w:r>
        <w:t>jahan aap atke hain, aap ka zehn is se telephone kijiye, kisi aur aalim se mil kar is ko discuss kijiye, aur to koi shakal hai na is mein.</w:t>
      </w:r>
    </w:p>
    <w:p>
      <w:pPr>
        <w:jc w:val="right"/>
      </w:pPr>
      <w:r>
        <w:t>جہاںآپ اٹکےہیں،آپکاذہن اسسے ٹ یلیفونکیجئے،کسی اورعالمسے ملکر اسکو ڈسکسکیجئے، اور توکوئیشکلہےنہیں۔</w:t>
      </w:r>
    </w:p>
    <w:p>
      <w:r>
        <w:rPr>
          <w:b/>
        </w:rPr>
        <w:t xml:space="preserve">[1:17:19] </w:t>
      </w:r>
      <w:r>
        <w:t>molana, agla sawal dilli se hai danish siddiqui sahab</w:t>
      </w:r>
    </w:p>
    <w:p>
      <w:pPr>
        <w:jc w:val="right"/>
      </w:pPr>
      <w:r>
        <w:t>مولانا،اگلاسوال دلیسےہے دانش صدی قیصاح</w:t>
      </w:r>
    </w:p>
    <w:p>
      <w:r>
        <w:rPr>
          <w:b/>
        </w:rPr>
        <w:t xml:space="preserve">[1:17:23] </w:t>
      </w:r>
      <w:r>
        <w:t>ka. unhon ne likha hai: "it was a nice talk, mashallah, and i agree that muslims are involved in negative mentality, but as newton suggests, for every action, there is a reaction.</w:t>
      </w:r>
    </w:p>
    <w:p>
      <w:pPr>
        <w:jc w:val="right"/>
      </w:pPr>
      <w:r>
        <w:t>بکا ۔انہوںنےلکھاہے: "اٹواز انائس ٹاک، ماشاءاللہ، اینڈآئیایگری دیٹمسلمزآر انوال وڈان نیگیٹیو مینٹیلیٹی، بٹ ایز نی وٹنلاءسجیسٹ، فار ایوری ایک شن، دیرازاریایکشن۔</w:t>
      </w:r>
    </w:p>
    <w:p>
      <w:r>
        <w:rPr>
          <w:b/>
        </w:rPr>
        <w:t xml:space="preserve">[1:17:38] </w:t>
      </w:r>
      <w:r>
        <w:t>the wrong foreign policy of the west, especially in last hundred years, is also adding fuel to the fire.</w:t>
      </w:r>
    </w:p>
    <w:p>
      <w:pPr>
        <w:jc w:val="right"/>
      </w:pPr>
      <w:r>
        <w:t>دارونگفار نپالیسیافدا ویسٹ ،اسپیشلیان لاسٹ ہنڈرڈایئرز، از الس و ایڈنگ فیولٹودافائر۔</w:t>
      </w:r>
    </w:p>
    <w:p>
      <w:r>
        <w:rPr>
          <w:b/>
        </w:rPr>
        <w:t xml:space="preserve">[1:17:47] </w:t>
      </w:r>
      <w:r>
        <w:t>bayal means, in my view, of engaging normal citizens of the Western in traffic da'wa'iwerk. "dekhiye, yeh boht bari fallacy hai is question mein.</w:t>
      </w:r>
    </w:p>
    <w:p>
      <w:pPr>
        <w:jc w:val="right"/>
      </w:pPr>
      <w:r>
        <w:t>بائےال مینز، آئیایمانفی ور اف انگیجنگودنارمل سٹیزنز اف دا ویسٹرنکن ٹریفار دعویٰورک۔" دیکھیے،یہبہتبڑی فلیسیہے اس کوئسچنمیں۔</w:t>
      </w:r>
    </w:p>
    <w:p>
      <w:r>
        <w:rPr>
          <w:b/>
        </w:rPr>
        <w:t xml:space="preserve">[1:18:00] </w:t>
      </w:r>
      <w:r>
        <w:t>fallacy yeh hai ke newton ka jo law hai, woh matter ke liye hai, insaan ke liye nahi hai. kaisa ajeeb sawal kar dala aap ne! agar aap educated aadmi hain to kaisi education aap ki hui hai?</w:t>
      </w:r>
    </w:p>
    <w:p>
      <w:pPr>
        <w:jc w:val="right"/>
      </w:pPr>
      <w:r>
        <w:t>فلیسییہہے کہ نی وٹنکاجو لاءہے،وہمیٹرکےلیےہے،انسانکےلیےنہیںہے۔ کیساعجیب سوال کرڈالاآپنے! اگرآپ ایجوکیٹڈآدمیہیںتوکیسیایجوکیشنآپکیہوئیہے؟</w:t>
      </w:r>
    </w:p>
    <w:p>
      <w:r>
        <w:rPr>
          <w:b/>
        </w:rPr>
        <w:t xml:space="preserve">[1:18:12] </w:t>
      </w:r>
      <w:r>
        <w:t>kya aap jante hain ke ke newton ka law matter ke liye hai, insaan ke liye nahi hai?</w:t>
      </w:r>
    </w:p>
    <w:p>
      <w:pPr>
        <w:jc w:val="right"/>
      </w:pPr>
      <w:r>
        <w:t>کیاآپجانتےہیں کہ کہنی وٹنکالاء میٹرکےلیےہے،انسانکےلیےنہیںہے؟</w:t>
      </w:r>
    </w:p>
    <w:p>
      <w:r>
        <w:rPr>
          <w:b/>
        </w:rPr>
        <w:t xml:space="preserve">[1:18:18] </w:t>
      </w:r>
      <w:r>
        <w:t>newton ka subject psychology nahi tha. to yeh yeh matter mein aisa hota hai. is qism ki baat insaan to azaad makhlooq hai, woh soch soch kar ke apne zehan banata hai.</w:t>
      </w:r>
    </w:p>
    <w:p>
      <w:pPr>
        <w:jc w:val="right"/>
      </w:pPr>
      <w:r>
        <w:t>نیوٹنکا سبجیکٹ سائیکالوجینہیںتھا۔ تویہ یہ میٹرمیںایساہوتاہے۔ اسقسم کی بات انسان تو آزاد مخلوقہے،وہسوچسوچکرکے اپنےذہنبناتاہے۔</w:t>
      </w:r>
    </w:p>
    <w:p>
      <w:r>
        <w:rPr>
          <w:b/>
        </w:rPr>
        <w:t xml:space="preserve">[1:18:33] </w:t>
      </w:r>
      <w:r>
        <w:t>woh negative ko positive mein convert kar sakta hai. hum to roz karte hain. aap newton ka law ko insaan par apply karna chahte hain? kaisi ajeeb kaam kar rahe hain aap !</w:t>
      </w:r>
    </w:p>
    <w:p>
      <w:pPr>
        <w:jc w:val="right"/>
      </w:pPr>
      <w:r>
        <w:t>وہ نیگیٹیوٹیکوپازیٹیوٹیمیںکنورٹکرسکتاہے۔ ہمتوروزکرتے ہیں۔ آپنیوٹنکالاءکوانسانپراپلائیکرناچاہتےہیں؟ کیسیعجیب کامکررہےہیںآپ !</w:t>
      </w:r>
    </w:p>
    <w:p>
      <w:r>
        <w:rPr>
          <w:b/>
        </w:rPr>
        <w:t xml:space="preserve">[1:18:47] </w:t>
      </w:r>
      <w:r>
        <w:t>yani har amal ka rad-e-amal hota hai. yeh matter, yeh matter ki duniya mein yeh yeh law chalta hai, insaan ki duniya mein nahi. insaan ki duniya mein nahi chalta hai. yeh insaan ki duniya ke law quran mein dekhiye hai:</w:t>
      </w:r>
    </w:p>
    <w:p>
      <w:pPr>
        <w:jc w:val="right"/>
      </w:pPr>
      <w:r>
        <w:t>یعنیہر عمل کا ردعمل ہوتاہے۔یہ میٹر، یہ میٹرکیدنیا میں یہیہ لاءچلتاہے، انسانکیدنیا میںنہیں۔ انسان کیدنیا میںنہیںچلتاہے۔یہ انسان کیدنیا کے لاء قرآنمیںدیکھیےہے:</w:t>
      </w:r>
    </w:p>
    <w:p>
      <w:r>
        <w:rPr>
          <w:b/>
        </w:rPr>
        <w:t xml:space="preserve">[1:19:05] </w:t>
      </w:r>
      <w:r>
        <w:t>"wa izama ghabu hum yaghfiroon". yeh quran ki ayat hai: "wa izama ghabu hum yaghfiroon"</w:t>
      </w:r>
    </w:p>
    <w:p>
      <w:pPr>
        <w:jc w:val="right"/>
      </w:pPr>
      <w:r>
        <w:t>"وَإِذَامَاغَضَبُوهُمْيَغْفِرُونَ" ۔یہقرآنکیآیتہے: "وَإِذَامَاغَضَبُوهُمْيَغْفِرُونَ"</w:t>
      </w:r>
    </w:p>
    <w:p>
      <w:r>
        <w:rPr>
          <w:b/>
        </w:rPr>
        <w:t xml:space="preserve">[1:19:14] </w:t>
      </w:r>
      <w:r>
        <w:t>. jab unhein ghussa aata hai to woh maaf kar dete hain. is ka matlab kya hai? ke momin ke andar ek mechanism hota hai. mechanism ko art of conversion janta hai. woh matter ke andar yeh mechanism nahi hota.</w:t>
      </w:r>
    </w:p>
    <w:p>
      <w:pPr>
        <w:jc w:val="right"/>
      </w:pPr>
      <w:r>
        <w:t>۔جب انہیں غصہآتاہےتووہ معافکردیتےہیں۔ اسکامعنیکیاہے؟ کہ مومنکےاندرایک میکن زمہوتاہے۔میکنزم کوآرٹآفکنورژنجانتاہے۔وہ میٹرکےاندریہمیکنزمنہیںہوتا۔</w:t>
      </w:r>
    </w:p>
    <w:p>
      <w:r>
        <w:rPr>
          <w:b/>
        </w:rPr>
        <w:t xml:space="preserve">[1:19:33] </w:t>
      </w:r>
      <w:r>
        <w:t>to art of conversion ek momin apne zehan ko is tarah develop karta hai ke us ke andar art of conversion ki salahiyat paida hoti hai.</w:t>
      </w:r>
    </w:p>
    <w:p>
      <w:pPr>
        <w:jc w:val="right"/>
      </w:pPr>
      <w:r>
        <w:t>تو آرٹآفکنورژن ایک مومناپنے ذہنکواسطرحڈیولپکرتاہے کہاسکےاندر آرٹآفکنورژنکیصلاحیتپیدا ہوتیہے۔</w:t>
      </w:r>
    </w:p>
    <w:p>
      <w:r>
        <w:rPr>
          <w:b/>
        </w:rPr>
        <w:t xml:space="preserve">[1:19:43] </w:t>
      </w:r>
      <w:r>
        <w:t>woh is qabil ho jata hai ke woh ghussa ko forgive se badle, negative thought ko positive thought mein badle. yeh to insaan ki khusoosiyat hai.</w:t>
      </w:r>
    </w:p>
    <w:p>
      <w:pPr>
        <w:jc w:val="right"/>
      </w:pPr>
      <w:r>
        <w:t>وہاسقابلہوجاتاہےکہوہ غضبکو فار گیٹسےبدلے، نیگیٹیوتھاٹکوپازیٹیوتھاٹمیںبدلے۔ یہیتوانسان کیخصوصیت ہے۔</w:t>
      </w:r>
    </w:p>
    <w:p>
      <w:r>
        <w:rPr>
          <w:b/>
        </w:rPr>
        <w:t xml:space="preserve">[1:19:52] </w:t>
      </w:r>
      <w:r>
        <w:t>isi liye to hai: "karamna bani adam". yani aap ne to insaan ko bohat chota kar diya, us ko matter ke level pe laya. aap insaan to matter se bohat buland hai. matter to uska matter to insaan ka subject hai.</w:t>
      </w:r>
    </w:p>
    <w:p>
      <w:pPr>
        <w:jc w:val="right"/>
      </w:pPr>
      <w:r>
        <w:t>اسیلیےتوہے:"کرمنابنی آدم"۔ یعنیآپتوانسانکوبہتچھوٹاکردیا،اسکو میٹرکےلیولپہلایا۔ آپانسان تو میٹرسےبہت بلندہے۔میٹرتواسکا میٹر توانسانکا سبجیکٹہے۔</w:t>
      </w:r>
    </w:p>
    <w:p>
      <w:r>
        <w:rPr>
          <w:b/>
        </w:rPr>
        <w:t xml:space="preserve">[1:20:07] </w:t>
      </w:r>
      <w:r>
        <w:t>matter se insaan ko kamal inha hai.</w:t>
      </w:r>
    </w:p>
    <w:p>
      <w:pPr>
        <w:jc w:val="right"/>
      </w:pPr>
      <w:r>
        <w:t>میٹرسےانسانکوکاملیناہے۔</w:t>
      </w:r>
    </w:p>
    <w:p>
      <w:r>
        <w:rPr>
          <w:b/>
        </w:rPr>
        <w:t xml:space="preserve">[1:20:12] </w:t>
      </w:r>
      <w:r>
        <w:t>insaan kisi matter ka mamool nahi hai. apne zehan ko develop kijiye aur main samajhta hoon sab se bara joke ka woh lamha hota hai. joke ka lamha jab aap ek negative thought ko positive thought convert karein.</w:t>
      </w:r>
    </w:p>
    <w:p>
      <w:pPr>
        <w:jc w:val="right"/>
      </w:pPr>
      <w:r>
        <w:t>انسان کسی میٹرکامعمول نہیںہے۔ اپنے ذہنکوڈیولپکیجئے اور میںسمجھتاہوںسبسےبڑا جوئےکاوہلمحہہوتاہے۔جوئےکالمحہ جب آپ ایک نیگیٹیو تھاٹکو پازیٹیوتھاٹکنورٹکریں۔</w:t>
      </w:r>
    </w:p>
    <w:p>
      <w:r>
        <w:rPr>
          <w:b/>
        </w:rPr>
        <w:t xml:space="preserve">[1:20:31] </w:t>
      </w:r>
      <w:r>
        <w:t>woh kaise? aap dekhiye, yani west ki baaz policy ko le kar aap ghussa ho rahe hain.</w:t>
      </w:r>
    </w:p>
    <w:p>
      <w:pPr>
        <w:jc w:val="right"/>
      </w:pPr>
      <w:r>
        <w:t>وہکیسے؟آپ دیکھیے، یعنی ویسٹکی بعض پالیسیکولےکرآپ غصہہورہےہیں۔</w:t>
      </w:r>
    </w:p>
    <w:p>
      <w:r>
        <w:rPr>
          <w:b/>
        </w:rPr>
        <w:t xml:space="preserve">[1:20:37] </w:t>
      </w:r>
      <w:r>
        <w:t>yani more than one percent, more than 90 percent west se aap ko blessing mili hai. more than 90 percent, less than one percent aap ko koi cheez mil gayi, woh bhi main is ko fast shikayat samajhta hoon. jaise israel ke baray mein america ki policy, is ko le kar musalman ghussa ho rahe hain.</w:t>
      </w:r>
    </w:p>
    <w:p>
      <w:pPr>
        <w:jc w:val="right"/>
      </w:pPr>
      <w:r>
        <w:t>یعنی موردین ون پرسنٹ، موردین90 پرسنٹ ویسٹسےآپکوبلیسنگملیہے۔ موردین90پرسنٹ، لیسدینونپرسنٹآپکوکوئیچیزملگئی، وہ بھی میںاسکو فاسٹشکایت سمجھتاہوں۔جیسے اسرائیلکےبارےمیں امریک ہکیپالیسی،اسکولےکر مسلمانغصہہورہےہیں۔</w:t>
      </w:r>
    </w:p>
    <w:p>
      <w:r>
        <w:rPr>
          <w:b/>
        </w:rPr>
        <w:t xml:space="preserve">[1:21:00] </w:t>
      </w:r>
      <w:r>
        <w:t>aur wohi musalman bharpoor tor pe faida uthate hain america se</w:t>
      </w:r>
    </w:p>
    <w:p>
      <w:pPr>
        <w:jc w:val="right"/>
      </w:pPr>
      <w:r>
        <w:t>اور وہی مس لمان بھرپورطورپرفائدہاٹھاتےہیں امریک ہسے</w:t>
      </w:r>
    </w:p>
    <w:p>
      <w:r>
        <w:rPr>
          <w:b/>
        </w:rPr>
        <w:t xml:space="preserve">[1:21:06] </w:t>
      </w:r>
      <w:r>
        <w:t>. wohi musalman wahan settle hote hain, apne beton ko wahan bhejte hain, apne bachon, apne apne family ko wahan par settle karte hain. wohi musalman, same musalman .</w:t>
      </w:r>
    </w:p>
    <w:p>
      <w:pPr>
        <w:jc w:val="right"/>
      </w:pPr>
      <w:r>
        <w:t>۔ وہیمس لمان وہاںسیٹلہوتےہیں، اپنے بیٹوںکووہاںبھیجتےہیں،اپنے بچوں، اپنے اپنے فیملیکووہاںپر سیٹلکرتے ہیں۔وہی مس لمان،سیممسلمان ۔</w:t>
      </w:r>
    </w:p>
    <w:p>
      <w:r>
        <w:rPr>
          <w:b/>
        </w:rPr>
        <w:t xml:space="preserve">[1:21:18] </w:t>
      </w:r>
      <w:r>
        <w:t>dekhiye, ek baat bohat khatarnak baat aap ko kehta hoon: yeh thinking jante hain, yeh munafiqat tak pohnch aati hai.</w:t>
      </w:r>
    </w:p>
    <w:p>
      <w:pPr>
        <w:jc w:val="right"/>
      </w:pPr>
      <w:r>
        <w:t>دیکھیے، ایکبات بہتخطرناکباتآپکوکہتاہوں: یہ تھنکنگ جانتےہیں، یہ منافقت تکپہنچ اتیہے۔</w:t>
      </w:r>
    </w:p>
    <w:p>
      <w:r>
        <w:rPr>
          <w:b/>
        </w:rPr>
        <w:t xml:space="preserve">[1:21:28] </w:t>
      </w:r>
      <w:r>
        <w:t>this kind of thinking leads to munafiqat. aur saare musalman munafiq bane hue hain</w:t>
      </w:r>
    </w:p>
    <w:p>
      <w:pPr>
        <w:jc w:val="right"/>
      </w:pPr>
      <w:r>
        <w:t>دسکائنڈآفتھنکنگلیڈزٹومنافقت۔ اور سارےمسلمانمنافقبنےہوئےہیں</w:t>
      </w:r>
    </w:p>
    <w:p>
      <w:r>
        <w:rPr>
          <w:b/>
        </w:rPr>
        <w:t xml:space="preserve">[1:21:34] </w:t>
      </w:r>
      <w:r>
        <w:t>ke jis west ki baikrat karte hain, usi west se saare faide uthate hain. aap ko maloom hai ke fuqaha ka maslak kya hai?</w:t>
      </w:r>
    </w:p>
    <w:p>
      <w:pPr>
        <w:jc w:val="right"/>
      </w:pPr>
      <w:r>
        <w:t>کہ جس ویسٹکیبرائیکرتے ہیں، اسیویسٹکو سے سارےفائدےاٹھاتےہیں۔ آپکومعلومہےکہفقہاءکامسلککیاہے؟</w:t>
      </w:r>
    </w:p>
    <w:p>
      <w:r>
        <w:rPr>
          <w:b/>
        </w:rPr>
        <w:t xml:space="preserve">[1:21:45] </w:t>
      </w:r>
      <w:r>
        <w:t>bohat khatarnak hai yeh maslak musalmanon ka. jo hai fuqaha ka maslak yeh hai ke agar aap yeh samjhein ke falan country dushman islam hai to aap par hijrat lazim ho jati hai.</w:t>
      </w:r>
    </w:p>
    <w:p>
      <w:pPr>
        <w:jc w:val="right"/>
      </w:pPr>
      <w:r>
        <w:t>بہت خطرناکہےیہ مسلکمسلمانوںکا۔جوہے فقہاءکامسلکیہہےکہاگرآپ یہسمجھیں کہ فلاںکنٹریدشمن اسلام ہے تو آپ پرہجرتلازمہوجاتیہے۔</w:t>
      </w:r>
    </w:p>
    <w:p>
      <w:r>
        <w:rPr>
          <w:b/>
        </w:rPr>
        <w:t xml:space="preserve">[1:21:58] </w:t>
      </w:r>
      <w:r>
        <w:t>kitna khatarnak hai musalmanon ki yeh soch ke woh west ka america, europe mein rehte hain, yeh kehte hain ke dushman hai.</w:t>
      </w:r>
    </w:p>
    <w:p>
      <w:pPr>
        <w:jc w:val="right"/>
      </w:pPr>
      <w:r>
        <w:t>کتناخطرناکہےمسلمانوںکییہسوچ کہوہ ویسٹکا امریک ہمیں،یورپمیںرہتےہیں، یہکہتےہیںکہدشمنہے۔</w:t>
      </w:r>
    </w:p>
    <w:p>
      <w:r>
        <w:rPr>
          <w:b/>
        </w:rPr>
        <w:t xml:space="preserve">[1:22:06] </w:t>
      </w:r>
      <w:r>
        <w:t>to pehla kaam hai ke tum hijrat karo wahan se, chodo us mulk ko. tumhari woh tumhara rehna hi haram ban jata hai. wahan</w:t>
      </w:r>
    </w:p>
    <w:p>
      <w:pPr>
        <w:jc w:val="right"/>
      </w:pPr>
      <w:r>
        <w:t>تو پہلاکامہےکہتمہجرتکرووہاںسے،چھوڑواسکوملککو۔ تمہاری وہ تمہارارہناہی حرامبنجاتا ہے۔وہاں</w:t>
      </w:r>
    </w:p>
    <w:p>
      <w:r>
        <w:rPr>
          <w:b/>
        </w:rPr>
        <w:t xml:space="preserve">[1:22:15] </w:t>
      </w:r>
      <w:r>
        <w:t>jo log aap jante hain ke jitne bhi europe, america mulk the, sab ke sab yehi boli bolte hain aur un ke liye wahan rehna jaiz nahi hai.</w:t>
      </w:r>
    </w:p>
    <w:p>
      <w:pPr>
        <w:jc w:val="right"/>
      </w:pPr>
      <w:r>
        <w:t>جولوگ آپ جانتےہیںکہجتنےبھی یورپ،امریک ہملوکتھے، سب کےسبیہیبولیبولتےہیں اورانکےلیےوہاںرہناجائزنہیںہے۔</w:t>
      </w:r>
    </w:p>
    <w:p>
      <w:r>
        <w:rPr>
          <w:b/>
        </w:rPr>
        <w:t xml:space="preserve">[1:22:25] </w:t>
      </w:r>
      <w:r>
        <w:t>inka farz hai ke woh chodein us ko, warna haram maut marne ka andesha hai. kaisi ajeeb masla hai yeh! yani fuqaha ka masla hai. yeh aap padh lijiye, fuqaha ka masla hai ke jis mulk ke baray mein yeh pata chal jaye ke woh islam ka dushman hai to aap ko wahan se hijrat karni pare gi.</w:t>
      </w:r>
    </w:p>
    <w:p>
      <w:pPr>
        <w:jc w:val="right"/>
      </w:pPr>
      <w:r>
        <w:t>انکا فرضہےکہوہچھوڑیںاسکو ،ورنہحرامموت مرنےکااندیشہہے۔ کیسیعجیب مسئلہہےیہ! یعنیفقہاءکامسئلہہے۔یہآپپڑھلیجئے،فقہاءکامسئلہہے کہجس ملککےبارےمیں یہپتہچلجائے کہ وہ اسمسلمانکادشمنہے تو آپ کووہاںسےہجرتکرنیپڑےگی۔</w:t>
      </w:r>
    </w:p>
    <w:p>
      <w:r>
        <w:rPr>
          <w:b/>
        </w:rPr>
        <w:t xml:space="preserve">[1:22:46] </w:t>
      </w:r>
      <w:r>
        <w:t>yani yeh boli aap bahar aake bol sakte hain, wahan rehke nahin bol sakte. yeh boli amrikaa hiss aray musalman kya karte hain?</w:t>
      </w:r>
    </w:p>
    <w:p>
      <w:pPr>
        <w:jc w:val="right"/>
      </w:pPr>
      <w:r>
        <w:t>یعنییہبولیآپ باہرآکےبولسکتےہیں،وہاںرہکےنہیںبولسکتے۔یہبولی امریک ہس ارےمس لمانکیا کرتےہیں؟</w:t>
      </w:r>
    </w:p>
    <w:p>
      <w:r>
        <w:rPr>
          <w:b/>
        </w:rPr>
        <w:t xml:space="preserve">[1:22:55] </w:t>
      </w:r>
      <w:r>
        <w:t>America has a number of Islam. Arab kehte hain ke America adu-e-islam raqam wahid. yeh baat aap America mein rehke nahin kar sakte, aapko bahar aana padega.</w:t>
      </w:r>
    </w:p>
    <w:p>
      <w:pPr>
        <w:jc w:val="right"/>
      </w:pPr>
      <w:r>
        <w:t>امریک ہاز اینمینمبرون آفاسلام ۔ عرب کہتےہیںکہ امریک ہ عدو الاسلامرقمواحد ۔ یہ بات آپامریک ہمیںرہکے نہیںکرسکتے، آپکو باہرآناپڑےگا۔</w:t>
      </w:r>
    </w:p>
    <w:p>
      <w:r>
        <w:rPr>
          <w:b/>
        </w:rPr>
        <w:t xml:space="preserve">[1:23:07] </w:t>
      </w:r>
      <w:r>
        <w:t>to bataiye ke yeh soch kya kar rahi hai? aapko munafiq bana rahi hai. aapko yeh yeh soch musalmanon ko munafiq munafiq bana rahi hai.</w:t>
      </w:r>
    </w:p>
    <w:p>
      <w:pPr>
        <w:jc w:val="right"/>
      </w:pPr>
      <w:r>
        <w:t>توبتائیےکہیہ سوچ کیا کررہیہے؟آپکومنافقبنارہیہے۔آپکو یہ یہسوچ مسلمانوںکومنافقمنافقبنارہیہے۔</w:t>
      </w:r>
    </w:p>
    <w:p>
      <w:r>
        <w:rPr>
          <w:b/>
        </w:rPr>
        <w:t xml:space="preserve">[1:23:15] </w:t>
      </w:r>
      <w:r>
        <w:t>kitni khatarnak baat hai yeh! kis qadar khatarnak baat hai! yani doosron ko aap dushman bata rahe hain aur khud apne ko munafiq declare kar rahe hain.</w:t>
      </w:r>
    </w:p>
    <w:p>
      <w:pPr>
        <w:jc w:val="right"/>
      </w:pPr>
      <w:r>
        <w:t>کتنیخطرناکباتہےیہ! کسقدر خطرناکباتہے! یعنیدوسروںکوآپدشمنبتارہےہیںاورخود اپنےکومنافقڈیکلیئرکررہےہیں۔</w:t>
      </w:r>
    </w:p>
    <w:p>
      <w:r>
        <w:rPr>
          <w:b/>
        </w:rPr>
        <w:t xml:space="preserve">[1:23:25] </w:t>
      </w:r>
      <w:r>
        <w:t>ghor kijiye ke aap doosre ko munafiq, doosre ko dushman bata rahe hain, ain usi waqt apne ko munafiq declare kar rahe hain.</w:t>
      </w:r>
    </w:p>
    <w:p>
      <w:pPr>
        <w:jc w:val="right"/>
      </w:pPr>
      <w:r>
        <w:t>غورکیجئے کہآپ دوسرےکومنافق، دوسرےکو دشمن بتارہےہیں، عیناسیوقتاپنےکومنافقڈیکلیئرکررہےہیں۔</w:t>
      </w:r>
    </w:p>
    <w:p>
      <w:r>
        <w:rPr>
          <w:b/>
        </w:rPr>
        <w:t xml:space="preserve">[1:23:35] </w:t>
      </w:r>
      <w:r>
        <w:t>yeh saada baat nahin. yaad rakhiye, bahut hi seerious baat hai, bahut zyada seerious baat hai.</w:t>
      </w:r>
    </w:p>
    <w:p>
      <w:pPr>
        <w:jc w:val="right"/>
      </w:pPr>
      <w:r>
        <w:t>یہسادہباتنہیں۔یادرکھیے، بہت ہی سیریسباتہے، بہت زیادہسیریسباتہے۔</w:t>
      </w:r>
    </w:p>
    <w:p>
      <w:r>
        <w:rPr>
          <w:b/>
        </w:rPr>
        <w:t xml:space="preserve">[1:23:46] </w:t>
      </w:r>
      <w:r>
        <w:t>aur hadith quran mein yeh hai ke "in munafeeqeen fi darakil asfal min an-nar" ke munafiq jo hain, jahannam ke sabse barhe tabqe mein honge.</w:t>
      </w:r>
    </w:p>
    <w:p>
      <w:pPr>
        <w:jc w:val="right"/>
      </w:pPr>
      <w:r>
        <w:t>اورحدیث قرآنمیںیہہےکہ"ان من افقین فیالدرکالاسفلمن النار" کہمنافقجوہے، جہنمکےسبسے برےطبقےمیںہوںگے۔</w:t>
      </w:r>
    </w:p>
    <w:p>
      <w:r>
        <w:rPr>
          <w:b/>
        </w:rPr>
        <w:t xml:space="preserve">[1:23:56] </w:t>
      </w:r>
      <w:r>
        <w:t>kaisi ajeeb choice le rakha hai musalmanon ne! isi west mein rehte hain aur kehte hain ke islam dushman hai aur apne ko isko dushman kehkar apne ko munafiq declare kar rahe hain. aap yeh kaisa bura choice le rakha hai musalmanon ne!</w:t>
      </w:r>
    </w:p>
    <w:p>
      <w:pPr>
        <w:jc w:val="right"/>
      </w:pPr>
      <w:r>
        <w:t>کیسیعجیب چوائسلےرکھاہےمسلمانوںنے! اسی ویسٹ میںرہتےہیں اورکہتےہیںکہاسلام دشمنہے اور اپنے کو اسکودشمن کہہکر اپنے کومنافقڈیکلیئرکررہےہیں۔آپ یہکیسا براچوائس لےرکھاہےمسلمانوںنے!</w:t>
      </w:r>
    </w:p>
    <w:p>
      <w:r>
        <w:rPr>
          <w:b/>
        </w:rPr>
        <w:t xml:space="preserve">[1:24:17] </w:t>
      </w:r>
      <w:r>
        <w:t>iski seeriousness ko nahin jaante woh. iski seeriousness ko agar jaanen to tauba karein, tauba karein, tauba karein! woh</w:t>
      </w:r>
    </w:p>
    <w:p>
      <w:pPr>
        <w:jc w:val="right"/>
      </w:pPr>
      <w:r>
        <w:t>اسکی سیریسنسکونہیںجانتےوہ۔ اسکیسیریس نس کواگر جانیںتو توبہکریں،توبہکریں،توبہکریں!وہ</w:t>
      </w:r>
    </w:p>
    <w:p>
      <w:r>
        <w:rPr>
          <w:b/>
        </w:rPr>
        <w:t xml:space="preserve">[1:24:27] </w:t>
      </w:r>
      <w:r>
        <w:t>maulana, agla sawal aa pakistan se aaya hai miss saira ka. unhon ne likha hai: "quran mein hai ke yeh yahood o nasara ko dost na banaiye, lehaza aaj musalmanon ka maghrib ko dushman samajhna quran ke mutabiq maloom hota hai."</w:t>
      </w:r>
    </w:p>
    <w:p>
      <w:pPr>
        <w:jc w:val="right"/>
      </w:pPr>
      <w:r>
        <w:t>مولانا،اگلاسوال آ پاکستانسےآیاہے مس سائرہکا۔ انہوںنےلکھاہے: "قرآنمیںہے کہ یہ وداور نصاریکو دوست نہ بنائیے، لہذا آج مسلمان وںکا مغربکو دشمن سمجھنا قرآنکے مط ابق معلومہوتاہے۔"</w:t>
      </w:r>
    </w:p>
    <w:p>
      <w:r>
        <w:rPr>
          <w:b/>
        </w:rPr>
        <w:t xml:space="preserve">[1:24:47] </w:t>
      </w:r>
      <w:r>
        <w:t>iske baare mein bilkul galat hai. yeh un logon ke baare mein hai jo atwar the, atwar the.</w:t>
      </w:r>
    </w:p>
    <w:p>
      <w:pPr>
        <w:jc w:val="right"/>
      </w:pPr>
      <w:r>
        <w:t>اسکےبارےمیں بالکلغلطہے۔ یہ انلوگوںکےبارےمیںہےجو ایٹوارتھے، ایٹوارتھے۔</w:t>
      </w:r>
    </w:p>
    <w:p>
      <w:r>
        <w:rPr>
          <w:b/>
        </w:rPr>
        <w:t xml:space="preserve">[1:24:56] </w:t>
      </w:r>
      <w:r>
        <w:t>jab jang ho rahi ho, us waqt kya hukm hai? yeh isko aap generalize nahin kar sakte.</w:t>
      </w:r>
    </w:p>
    <w:p>
      <w:pPr>
        <w:jc w:val="right"/>
      </w:pPr>
      <w:r>
        <w:t>جب جنگ ہورہیہو،اسوقت کیاحکمہے؟یہ اسکوآپ جرنلائزنہیںکرسکتے۔</w:t>
      </w:r>
    </w:p>
    <w:p>
      <w:r>
        <w:rPr>
          <w:b/>
        </w:rPr>
        <w:t xml:space="preserve">[1:25:05] </w:t>
      </w:r>
      <w:r>
        <w:t>yeh ayat aayat thi madine mein, makke mein nahin aayat thi. to jab kisi qaum se aap atwar ho jayen to masla hota hai seeriousness ka, razdari ka ke</w:t>
      </w:r>
    </w:p>
    <w:p>
      <w:pPr>
        <w:jc w:val="right"/>
      </w:pPr>
      <w:r>
        <w:t>یہآیتآئیتھیمدینےمیں،مکےمیںنہیںآئیتھی۔ توجب کسی قومسےآپ ایٹوارہوجائیں تو مسئلہہوتاہےسیکریسیکا، رازداریکا کہ</w:t>
      </w:r>
    </w:p>
    <w:p>
      <w:r>
        <w:rPr>
          <w:b/>
        </w:rPr>
        <w:t xml:space="preserve">[1:25:18] </w:t>
      </w:r>
      <w:r>
        <w:t>agar aap is tareeqe se nahin nahin karein to raaz idhar se udhar muntaqil ho jayega. to achhi tarah samajh lijiye ke is tarah ki aayaten jo quran majeed mein hain, woh us waqt kahin jab musalman aur doosre log atwar hon.</w:t>
      </w:r>
    </w:p>
    <w:p>
      <w:pPr>
        <w:jc w:val="right"/>
      </w:pPr>
      <w:r>
        <w:t>اگرآپ اسطریقےسے نہنہکریںتو رازادھرسےادھرمنتقلہوجائےگا۔ تو اچھیطرحسمجھلیجئےکہ اسطرح کی آیتیںجوقرآنمجیدمیںہیں، وہ اسوقت کہیںجب مسلمان اوردوسرےلوگ ایٹوارہوں۔</w:t>
      </w:r>
    </w:p>
    <w:p>
      <w:r>
        <w:rPr>
          <w:b/>
        </w:rPr>
        <w:t xml:space="preserve">[1:25:35] </w:t>
      </w:r>
      <w:r>
        <w:t>ab aaj ab ab iske mahaul mein isko apply karna bahut badi jissarat hai, bahut badi yeh gunah hai, gunah ke in aayaton ko aaj apply karke aaj aap kahein ke aaj hum inko aisa karenge.</w:t>
      </w:r>
    </w:p>
    <w:p>
      <w:pPr>
        <w:jc w:val="right"/>
      </w:pPr>
      <w:r>
        <w:t>اب آج اب ابپیسکےماحولمیں اسکو اپلائیکرنابہت بڑی جس ارتہے، بہتبڑی یہگناہہے،گناہ کہانآیتوںکوآجاپلائیکرکےآجآپکہیںکہآجہم انکو ایساکریںگے۔</w:t>
      </w:r>
    </w:p>
    <w:p>
      <w:r>
        <w:rPr>
          <w:b/>
        </w:rPr>
        <w:t xml:space="preserve">[1:25:48] </w:t>
      </w:r>
      <w:r>
        <w:t>hargiz nahin hai aisa! is tarah ki jo bhi aayaten quran majeed mein hain, woh us waqt kahin jabke musalman aur doosre log atwar the. bas woh jang khatam to woh hukm bhi khatam, woh apne qabool nahin rahe</w:t>
      </w:r>
    </w:p>
    <w:p>
      <w:pPr>
        <w:jc w:val="right"/>
      </w:pPr>
      <w:r>
        <w:t>ہرگزنہیںہےایسا! اسطرح کیجوبھیآیتیںقرآنمجیدمیںہیں، وہ اسوقت کہیںجبکہمس لماناور دوسرےلوگ ایٹوارتھے۔ بس وہ جنگختمتووہحکمبھیختم ،وہ اپنے قبولنہیںرہ</w:t>
      </w:r>
    </w:p>
    <w:p>
      <w:r>
        <w:rPr>
          <w:b/>
        </w:rPr>
        <w:t xml:space="preserve">[1:26:02] </w:t>
      </w:r>
      <w:r>
        <w:t>ta. aisa hukm us waqt apne qabool nahin rehta jab jang khatam ho chuki ho. ab to koi jang nahin.</w:t>
      </w:r>
    </w:p>
    <w:p>
      <w:pPr>
        <w:jc w:val="right"/>
      </w:pPr>
      <w:r>
        <w:t>تا۔ ایساحکم اسوقت اپنےقبولنہیںرہتاجبجنگختمہوچکیہو۔ ابتوکوئیجنگنہیں۔</w:t>
      </w:r>
    </w:p>
    <w:p>
      <w:r>
        <w:rPr>
          <w:b/>
        </w:rPr>
        <w:t xml:space="preserve">[1:26:12] </w:t>
      </w:r>
      <w:r>
        <w:t>maulana, agla sawal, agla sawal raipur se hai adrees sahib ka. unhon ne likha hai: "at the time of prophet, there was a conflict between madina and makka. " maulana, my question is: "was there any practice of hate speeches and negative mentality towards makka ?</w:t>
      </w:r>
    </w:p>
    <w:p>
      <w:pPr>
        <w:jc w:val="right"/>
      </w:pPr>
      <w:r>
        <w:t>مولانا،اگلاسوال،اگلاسوال رائےپورسےہے اد ریسصاحبکا ۔انہوںنےلکھاہے: "ایٹدیٹائمآف پرافٹ، دیروازا کانفلکٹ بٹوین مدینہاینڈمکہ۔" مولانا،مائیکوئسچناز:"واز دیراینی پریکٹسآف ہیٹسپیچز اینڈنیگیٹیومینٹیلیٹیٹورڈزمکہ ؟</w:t>
      </w:r>
    </w:p>
    <w:p>
      <w:r>
        <w:rPr>
          <w:b/>
        </w:rPr>
        <w:t xml:space="preserve">[1:26:32] </w:t>
      </w:r>
      <w:r>
        <w:t>"nahin, kabhi nahin! koi quran o hadith mein aisa kuchh bhi nahin. yeh to aajab musalman nikal rakha hai. aisi baaten</w:t>
      </w:r>
    </w:p>
    <w:p>
      <w:pPr>
        <w:jc w:val="right"/>
      </w:pPr>
      <w:r>
        <w:t>"نہیں،کبھینہیں!کوئیقرآنوحدیثمیںایساکچھبھینہیں ۔ یہتوآجابمس لمان نکالرکھاہے۔ایسیباتیں</w:t>
      </w:r>
    </w:p>
    <w:p>
      <w:r>
        <w:rPr>
          <w:b/>
        </w:rPr>
        <w:t xml:space="preserve">[1:26:42] </w:t>
      </w:r>
      <w:r>
        <w:t>yaad rakhiye, ab mad'u se nafrat karna hi haram hai, apne aap haram hai. har yeh saare log mad'u hain, aapke mad'u mad'u se nafrat nahin kar sakte. aap is masle ko nahin jaante, aap musalman ke mad'u se nafrat karna haram hai.</w:t>
      </w:r>
    </w:p>
    <w:p>
      <w:pPr>
        <w:jc w:val="right"/>
      </w:pPr>
      <w:r>
        <w:t>یادرکھیے،ابمدعوسےنفرتکرنا ہیحرامہے،اپنےآپحرامہے۔ ہریہسارےلوگ مدعوہیں،آپکےمدعو مدعوسےنفرتنہیںکرسکتے۔آپ اس مسئلےکونہیںجانتے،آپمسلمانکےمدعوسےنفرتکرناحرامہے۔</w:t>
      </w:r>
    </w:p>
    <w:p>
      <w:r>
        <w:rPr>
          <w:b/>
        </w:rPr>
        <w:t xml:space="preserve">[1:26:57] </w:t>
      </w:r>
      <w:r>
        <w:t>jis tarah sharab haram hai, khinzir haram hai, usi tarah se aap mad'u qaumon se nafrat nahin kar sakte. agar nafrat karenge to aap haram ka irtikab karenge, ismein koi shubah nahin.</w:t>
      </w:r>
    </w:p>
    <w:p>
      <w:pPr>
        <w:jc w:val="right"/>
      </w:pPr>
      <w:r>
        <w:t>جسطرح شرابحرامہے، خنزیرحرامہے، اسیطریقےسےآپ مدعوقوموںسے نفرتنہیںکرسکتے۔ اگر نفرتکریںگےتوآپحرامکا ارتکابکریںگے، اسمیںکوئیشکنہیں۔</w:t>
      </w:r>
    </w:p>
    <w:p>
      <w:r>
        <w:rPr>
          <w:b/>
        </w:rPr>
        <w:t xml:space="preserve">[1:27:12] </w:t>
      </w:r>
      <w:r>
        <w:t>dekhiye, hadith mein ek waqea aata hai ke ek paighambar, rasool Allah ne farmaya ke ek paighambar ko, unke jisko dawat dene ke liye gaye the, woh</w:t>
      </w:r>
    </w:p>
    <w:p>
      <w:pPr>
        <w:jc w:val="right"/>
      </w:pPr>
      <w:r>
        <w:t>دیکھیے، حدیثمیںایک واقعہآتاہے کہایکپیغمبر ،رسولاللہنےفرمایاکہایکپیغمبرکو ،انکے جسکو دعوتدینےکےلیےگئےتھے،وہ</w:t>
      </w:r>
    </w:p>
    <w:p>
      <w:r>
        <w:rPr>
          <w:b/>
        </w:rPr>
        <w:t xml:space="preserve">[1:27:25] </w:t>
      </w:r>
      <w:r>
        <w:t>unhon ne inko pathar mara unki baat par aur khoon behne laga, khoon behne laga. lekin paighambar isko bad dua nahin kiya, baghair zuban se kya nikla lafz: "rab ihdi qawmi fa-innahum la ya'lamoon". aye Allah! meri qaum ko hidayat de, woh jaante nahin hain.</w:t>
      </w:r>
    </w:p>
    <w:p>
      <w:pPr>
        <w:jc w:val="right"/>
      </w:pPr>
      <w:r>
        <w:t>انہوںنے انکوپتھرماراانکیباتپر اور خون بہنےلگا، خون بہنےلگا۔ لیکن پیغمبر اسکو بددعانہیںکیا، بغیر زبان سےکیا نکلا لفظ: " رب ہق ومیفہم لاعلم ون"۔اےاللہ!میریقومکوہدایتدے،وہجانتےنہیں۔</w:t>
      </w:r>
    </w:p>
    <w:p>
      <w:r>
        <w:rPr>
          <w:b/>
        </w:rPr>
        <w:t xml:space="preserve">[1:27:46] </w:t>
      </w:r>
      <w:r>
        <w:t>yani aapko us waqt hi dua karni hai, bad dua nahin karna hai.</w:t>
      </w:r>
    </w:p>
    <w:p>
      <w:pPr>
        <w:jc w:val="right"/>
      </w:pPr>
      <w:r>
        <w:t>یعنیآپکو اسوقت ہیدعاکرناہے، بددعانہیںکرناہے۔</w:t>
      </w:r>
    </w:p>
    <w:p>
      <w:r>
        <w:rPr>
          <w:b/>
        </w:rPr>
        <w:t xml:space="preserve">[1:27:51] </w:t>
      </w:r>
      <w:r>
        <w:t>yeh dushman declare karke unke khilaf taqreer karna, yeh to bilkul fa'al haram hai. bilkul inko unke liye duayein kijiye, unki islaah ke, unke liye khair khwah baniye, unke liye kitabein chhapiye, unko pahunchaiye.</w:t>
      </w:r>
    </w:p>
    <w:p>
      <w:pPr>
        <w:jc w:val="right"/>
      </w:pPr>
      <w:r>
        <w:t>یہ دشمن ڈیکلیئرکرکےانکےخلاف تقریرکرنا،یہتوبالکل فعلحرامہے۔بالکل انکو انکےلیےدعائیںکیجئے، انکی اصلاح کے ،انکےلیےخیرخواہبنی ے، انکےلیے کتاب یںچھاپیے،انکوپہنچائیے۔</w:t>
      </w:r>
    </w:p>
    <w:p>
      <w:r>
        <w:rPr>
          <w:b/>
        </w:rPr>
        <w:t xml:space="preserve">[1:28:06] </w:t>
      </w:r>
      <w:r>
        <w:t>aur apna bad dua karne ka haq apko hai, nafrat karne ka haq hai. yeh sab bilashuba islam mein haram, haram hai. yeh sab isliye koi jawab nahi, iska islam mein iska koi jawab nahi.</w:t>
      </w:r>
    </w:p>
    <w:p>
      <w:pPr>
        <w:jc w:val="right"/>
      </w:pPr>
      <w:r>
        <w:t>اوراپنابددعاکرنے کا حق آپکوہے، نہنفرتکرنےکاحقہے۔ یہسب بلاشبہاسلاممیںحرام ،حرامہے۔یہسب اسلیےکوئیجوابنہیں،اسکا اسلام میںاسکاکوئیجوابنہیں۔</w:t>
      </w:r>
    </w:p>
    <w:p>
      <w:r>
        <w:rPr>
          <w:b/>
        </w:rPr>
        <w:t xml:space="preserve">[1:28:19] </w:t>
      </w:r>
      <w:r>
        <w:t>maulana, agla sawal dilli se hai rashid sahab ka. unhone likha hai: "aam taur par log apne bap dada ki glory mein jeete hain, baat karte hue woh foran apne bap dada ki glory batane lagte hain." maulana sahab, is tarah ka zehan theek hai ya iska koi nuksan hai ?</w:t>
      </w:r>
    </w:p>
    <w:p>
      <w:pPr>
        <w:jc w:val="right"/>
      </w:pPr>
      <w:r>
        <w:t>مولانا،اگلاسوال دلیسےہے رشیدصاحبکا۔انہوںنےلکھاہے: "عامطورپر لوگ اپنے باپداداکی گلوریمیںجیتےہیں، باتکرتے ہوئے وہ فوراً اپنے باپ داداکی گل وری بت انےلگتےہیں۔" مول اناصاحب،اسطرح کا ذہنٹھیکہے یا اسکاکوئی نقصانہے ؟</w:t>
      </w:r>
    </w:p>
    <w:p>
      <w:r>
        <w:rPr>
          <w:b/>
        </w:rPr>
        <w:t xml:space="preserve">[1:28:40] </w:t>
      </w:r>
      <w:r>
        <w:t>nuksan ki tarah tabahi hai, yeh toh tabahi hai.</w:t>
      </w:r>
    </w:p>
    <w:p>
      <w:pPr>
        <w:jc w:val="right"/>
      </w:pPr>
      <w:r>
        <w:t>نقصان کیطرح تباہیہے، یہتوتباہیہے۔</w:t>
      </w:r>
    </w:p>
    <w:p>
      <w:r>
        <w:rPr>
          <w:b/>
        </w:rPr>
        <w:t xml:space="preserve">[1:28:45] </w:t>
      </w:r>
      <w:r>
        <w:t>isi liye toh yani aise log kabhi tarraqi nahi kar sakte, kabhi nahi tarraqi kar sakte. aise log</w:t>
      </w:r>
    </w:p>
    <w:p>
      <w:pPr>
        <w:jc w:val="right"/>
      </w:pPr>
      <w:r>
        <w:t>اسیلیے تو یعنی ایسےلوگ کبھیترقینہیںکرسکتے، کبھینہیںترقیکرسکتے۔ایسےلوگ</w:t>
      </w:r>
    </w:p>
    <w:p>
      <w:r>
        <w:rPr>
          <w:b/>
        </w:rPr>
        <w:t xml:space="preserve">[1:28:57] </w:t>
      </w:r>
      <w:r>
        <w:t>is par toh humne bohat likha, aap padh lijiye apni kitabon mein. isko kehte hain abaparasti, yeh toh jahiliyat hai aur yeh ek</w:t>
      </w:r>
    </w:p>
    <w:p>
      <w:pPr>
        <w:jc w:val="right"/>
      </w:pPr>
      <w:r>
        <w:t>اسپرتوہمنےبہت لکھا،آپپڑھلیجئےاپنی کتابوںمیں۔ اسکوکہتےہیںاباپرستی، یہتو جاہلیتہے اور یہ ایک</w:t>
      </w:r>
    </w:p>
    <w:p>
      <w:r>
        <w:rPr>
          <w:b/>
        </w:rPr>
        <w:t xml:space="preserve">[1:29:11] </w:t>
      </w:r>
      <w:r>
        <w:t>yani tarraqi ke rastay mein rukawat hai.</w:t>
      </w:r>
    </w:p>
    <w:p>
      <w:pPr>
        <w:jc w:val="right"/>
      </w:pPr>
      <w:r>
        <w:t>یعنی تر قی کےراستےمیںرکاوٹ ہے۔</w:t>
      </w:r>
    </w:p>
    <w:p>
      <w:r>
        <w:rPr>
          <w:b/>
        </w:rPr>
        <w:t xml:space="preserve">[1:29:17] </w:t>
      </w:r>
      <w:r>
        <w:t>maulana, agla sawal dilli se hai muhammad ansas sahab ka. unhone likha hai: "surah al araf mein hazrat musa ko nabuwat pahad par milne ke bare mein hai.</w:t>
      </w:r>
    </w:p>
    <w:p>
      <w:pPr>
        <w:jc w:val="right"/>
      </w:pPr>
      <w:r>
        <w:t>مولانا،اگلاسوال دلیسےہے محمد انسصاحبکا۔ انہوںنےلکھاہے: "سورہ الاعراف میں حضرت موسیٰکو نبوت پہاڑپرملنےکےبارےمیں ہے۔</w:t>
      </w:r>
    </w:p>
    <w:p>
      <w:r>
        <w:rPr>
          <w:b/>
        </w:rPr>
        <w:t xml:space="preserve">[1:29:29] </w:t>
      </w:r>
      <w:r>
        <w:t>tazkir ul quran mein hai ke khuda se judne ka behtareen mahaul fitrat ka mahaul hai. wahan insan apne ko khuda ke qareeb mehsoos karne lagta hai." maulana sahab, aaj ke daur mein apni zimmedariyon ko poora karte hue kis tarah khuda ke qareeb jayen, iske bare mein bataein.</w:t>
      </w:r>
    </w:p>
    <w:p>
      <w:pPr>
        <w:jc w:val="right"/>
      </w:pPr>
      <w:r>
        <w:t>تذکر القرآنمیںہےکہ خداسے جڑنےکا بہ ترین ماحول فطرتکاماحولہے۔ وہاں انسان اپنے کو خداکے قریب محسوس کرنے لگتاہے۔" مول اناصاحب،آجکے بزیدور میں اپنی ذمہداریوںکو پوراکرتے ہوئے کسطرح خداکے قریب جایاجائے ، اسکےبارےمیںبت ائیں۔</w:t>
      </w:r>
    </w:p>
    <w:p>
      <w:r>
        <w:rPr>
          <w:b/>
        </w:rPr>
        <w:t xml:space="preserve">[1:29:50] </w:t>
      </w:r>
      <w:r>
        <w:t>khuda ke qareeb jaane ke liye aapko koi safar nahi karna, har jagah khuda qareeb hai.</w:t>
      </w:r>
    </w:p>
    <w:p>
      <w:pPr>
        <w:jc w:val="right"/>
      </w:pPr>
      <w:r>
        <w:t>خ دا کےقریبجانےکےلیے آپکو کوئیسفرنہیںکرنا،ہرجگہ خداقریب ہے۔</w:t>
      </w:r>
    </w:p>
    <w:p>
      <w:r>
        <w:rPr>
          <w:b/>
        </w:rPr>
        <w:t xml:space="preserve">[1:29:56] </w:t>
      </w:r>
      <w:r>
        <w:t>abul tahi ek shayar the, unhone kaha tha ke: "wafikulli shay in la ayatin tadullu 'ala annahu al wahidun". har cheez mein nishani nishani hai jo allah ko batati hui.</w:t>
      </w:r>
    </w:p>
    <w:p>
      <w:pPr>
        <w:jc w:val="right"/>
      </w:pPr>
      <w:r>
        <w:t>ابوالط اہیہ ایکشاعرتھے،انہوںنےکہاتھاکہ: "وفیکل شی ءلہ آیت تد ل علی انہ الواحدون"۔ ہرچیز میںنشانی نشانیہے جواللہ کوبت اتیہوئی۔</w:t>
      </w:r>
    </w:p>
    <w:p>
      <w:r>
        <w:rPr>
          <w:b/>
        </w:rPr>
        <w:t xml:space="preserve">[1:30:10] </w:t>
      </w:r>
      <w:r>
        <w:t>main toh har lamha khuda ko discover karta hoon, woh kaise ? jaise maine is se pehle bataya aapko ke waqt kuch na kuch galat hi ho jati hai.</w:t>
      </w:r>
    </w:p>
    <w:p>
      <w:pPr>
        <w:jc w:val="right"/>
      </w:pPr>
      <w:r>
        <w:t>میںتوہرلمحہخداکو ڈسکورکرتاہوں، وہ کیسے ؟جیسےمیںنےاسسےپہلےبتایا آپکو کہہروقت کچھنہکچھ غلطیہوجاتیہے۔</w:t>
      </w:r>
    </w:p>
    <w:p>
      <w:r>
        <w:rPr>
          <w:b/>
        </w:rPr>
        <w:t xml:space="preserve">[1:30:22] </w:t>
      </w:r>
      <w:r>
        <w:t>maslan, glass uthaya, woh gir gaya; pani uthaya, woh gir gaya; kuch na kuch gadbad hoti rehti hai. jaise abhi ka ek waqea hamare sath wale ne bataya ke unke office ke ek sahab gaye thailand,</w:t>
      </w:r>
    </w:p>
    <w:p>
      <w:pPr>
        <w:jc w:val="right"/>
      </w:pPr>
      <w:r>
        <w:t>مثلاً ،گلاساٹھایا،وہگرگیا؛ پانیاٹھایا،وہگرگیا؛ کچھنہکچھگڑبڑہوتارہتاہے۔ جیسےابھی کاایکواقعہہمارےساتھینےبتایاکہانکے افسکےایکصاحب گئے تھائیلینڈ،</w:t>
      </w:r>
    </w:p>
    <w:p>
      <w:r>
        <w:rPr>
          <w:b/>
        </w:rPr>
        <w:t xml:space="preserve">[1:30:38] </w:t>
      </w:r>
      <w:r>
        <w:t>wahan woh beach par sair kar rahe the, ek ke official ke gir pade, woh fracture ho gaya. toh is tarah ka waqea har shakhs har lamha hota rehta hai.</w:t>
      </w:r>
    </w:p>
    <w:p>
      <w:pPr>
        <w:jc w:val="right"/>
      </w:pPr>
      <w:r>
        <w:t>وہاںوہ بیچپر سیرکررہےتھے، ایک کےافیشلکے گرپڑے،وہفریکچرہوگیا۔ تو اسطرح کاواقعہہرشخص ہرلمحہہوتارہتاہے۔</w:t>
      </w:r>
    </w:p>
    <w:p>
      <w:r>
        <w:rPr>
          <w:b/>
        </w:rPr>
        <w:t xml:space="preserve">[1:30:50] </w:t>
      </w:r>
      <w:r>
        <w:t>toh hazrat ali ne kaha tha ke: "arraftu rabbi bi fasadil ra'yi". yani jab aapka koi kaam bigde, chhota ho ya bada, toh usko yaad kijiye ke khuda kitna bada hai, kitni badi kainat ko chala raha hai. woh hai aur kahin koi kaam bigadte nahi pata,</w:t>
      </w:r>
    </w:p>
    <w:p>
      <w:pPr>
        <w:jc w:val="right"/>
      </w:pPr>
      <w:r>
        <w:t>تو حضرتعلینےکہاتھاکہ:"عرفتوربی بفصلغذائم" ۔یعنیجبآپکا کوئیکام بگڑے، چھوٹاہویابڑا، تواسکویادکیجئےکہخداکتنابڑاہے، ک تنیبڑیکائناتکوچلارہاہے۔وہہے اور کہیں کوئیکامبگڑتےنہیںپاتا،</w:t>
      </w:r>
    </w:p>
    <w:p>
      <w:r>
        <w:rPr>
          <w:b/>
        </w:rPr>
        <w:t xml:space="preserve">[1:31:08] </w:t>
      </w:r>
      <w:r>
        <w:t>kahin sitare aapas mein takrate nahi, kahin sayare aapas mein takrate nahi.</w:t>
      </w:r>
    </w:p>
    <w:p>
      <w:pPr>
        <w:jc w:val="right"/>
      </w:pPr>
      <w:r>
        <w:t>کہیں ستارےآپسمیںٹکراتےنہیں ، کہیں سیارےآپسمیںٹکراتےنہیں ۔</w:t>
      </w:r>
    </w:p>
    <w:p>
      <w:r>
        <w:rPr>
          <w:b/>
        </w:rPr>
        <w:t xml:space="preserve">[1:31:16] </w:t>
      </w:r>
      <w:r>
        <w:t>toh itni badi kainat ko khuda kin</w:t>
      </w:r>
    </w:p>
    <w:p>
      <w:pPr>
        <w:jc w:val="right"/>
      </w:pPr>
      <w:r>
        <w:t>تو ات نیبھیکائناتکوخداکن</w:t>
      </w:r>
    </w:p>
    <w:p>
      <w:r>
        <w:rPr>
          <w:b/>
        </w:rPr>
        <w:t xml:space="preserve">[1:31:18] </w:t>
      </w:r>
      <w:r>
        <w:t>control kiya hua hai. main choti si baat control nahi kar pata. toh har lamha khuda ki daryaft thi, uske liye nature mein jaana zaroori nahi hai, woh bhi ek tareeqa hai. lekin apne izzat ka tajurba jab bhi ho, bas wahin par khuda ki daryaft maujood hoti hai.</w:t>
      </w:r>
    </w:p>
    <w:p>
      <w:pPr>
        <w:jc w:val="right"/>
      </w:pPr>
      <w:r>
        <w:t>ٹرولکیا ہواہے۔ میںچھوٹیسیباتکنٹرولنہیںکرپاتا۔ تو ہرلمحہخداکیدریا فتتھی،اسکےلیےنیچرمیںجاناضرورینہیںہے، وہبھیایکطریقہہے۔ لیکن اپنے عزتکاتجربہجببھیہو ،بسوہیںپرخدا کیدریا فتموجود ہوتیہے۔</w:t>
      </w:r>
    </w:p>
    <w:p>
      <w:r>
        <w:rPr>
          <w:b/>
        </w:rPr>
        <w:t xml:space="preserve">[1:31:37] </w:t>
      </w:r>
      <w:r>
        <w:t>main phir repeat karunga ke jab bhi aap ko izzat ka tajurba ho, apne helplessness ka, toh wahin khuda ki daryaft maujood hoti hai.</w:t>
      </w:r>
    </w:p>
    <w:p>
      <w:pPr>
        <w:jc w:val="right"/>
      </w:pPr>
      <w:r>
        <w:t>میں پھرریپیٹکروںگاکہ جب بھیآپ کو عزتکاتجربہہو ، اپنےہیلپلیسنسکا،تو وہیںخداکیدریا فتموجود ہوتیہے۔</w:t>
      </w:r>
    </w:p>
    <w:p>
      <w:r>
        <w:rPr>
          <w:b/>
        </w:rPr>
        <w:t xml:space="preserve">[1:31:47] </w:t>
      </w:r>
      <w:r>
        <w:t>kahin door jaakar nahi daryaft hoti hai, har har lamha daryaft hoti rehti hai.</w:t>
      </w:r>
    </w:p>
    <w:p>
      <w:pPr>
        <w:jc w:val="right"/>
      </w:pPr>
      <w:r>
        <w:t>کہیںدورجاکرنہیں دریافتہوتیہے،ہر ہرلمحہدریا فتہوتیرہتیہے۔</w:t>
      </w:r>
    </w:p>
    <w:p>
      <w:r>
        <w:rPr>
          <w:b/>
        </w:rPr>
        <w:t xml:space="preserve">[1:31:54] </w:t>
      </w:r>
      <w:r>
        <w:t>maulana, dilli se agla sawal hai muhammad shahbaz alam sahab ka. unhone aapse poocha hai: "is there any difference between sorry and tauba?" sorry toh bohat hi ek mamooli lafz hai,</w:t>
      </w:r>
    </w:p>
    <w:p>
      <w:pPr>
        <w:jc w:val="right"/>
      </w:pPr>
      <w:r>
        <w:t>مولانا،دلیسے اگلاسوالہے محمد شہ باز عالمصاحبکا۔ انہوںنےآپسےپوچھاہے:"ازدیراینی ڈیفرنس بٹوین سوریاینڈتوبہ؟" سوری توبہتہی ایک معمولیسالفظہے،</w:t>
      </w:r>
    </w:p>
    <w:p>
      <w:r>
        <w:rPr>
          <w:b/>
        </w:rPr>
        <w:t xml:space="preserve">[1:32:09] </w:t>
      </w:r>
      <w:r>
        <w:t>zaban se bolte hain sorry. tauba toh ek gehrai, ek gehre change ka naam hai. tauba</w:t>
      </w:r>
    </w:p>
    <w:p>
      <w:pPr>
        <w:jc w:val="right"/>
      </w:pPr>
      <w:r>
        <w:t>زبان سےبولتےہیںس وری۔ توبہتوایک گہرائی ،ایک گہرےچینجکانام ہے۔توبہ</w:t>
      </w:r>
    </w:p>
    <w:p>
      <w:r>
        <w:rPr>
          <w:b/>
        </w:rPr>
        <w:t xml:space="preserve">[1:32:16] </w:t>
      </w:r>
      <w:r>
        <w:t>view turn lene ka hai. tauba mein toh samajhta hoon ke sorry ek bas ek ek ek cultural norm hai,</w:t>
      </w:r>
    </w:p>
    <w:p>
      <w:pPr>
        <w:jc w:val="right"/>
      </w:pPr>
      <w:r>
        <w:t>ویوٹرنلینےکاہے۔توبہمیں توسمجھتاہوںکہسوریایکبسایک ایک ایک کلچرلنارمہے،</w:t>
      </w:r>
    </w:p>
    <w:p>
      <w:r>
        <w:rPr>
          <w:b/>
        </w:rPr>
        <w:t xml:space="preserve">[1:32:27] </w:t>
      </w:r>
      <w:r>
        <w:t>woh munder nahi, ek cultural woh hai. kya kehte hain isko? manners, ek manners ki baat hai. manners jo sari aajkal chala hua hai, woh woh manners ki baat hai.</w:t>
      </w:r>
    </w:p>
    <w:p>
      <w:pPr>
        <w:jc w:val="right"/>
      </w:pPr>
      <w:r>
        <w:t>وہ منڈارنہیں، ایک کلچرل وہہے۔ کیا کہتےہیںاسکو؟ مائنرز، ایکمائنرزکیباتہے۔مائنرز جو ساریآجکل چلاہواہے،وہ وہ مائنرزکیباتہے۔</w:t>
      </w:r>
    </w:p>
    <w:p>
      <w:r>
        <w:rPr>
          <w:b/>
        </w:rPr>
        <w:t xml:space="preserve">[1:32:41] </w:t>
      </w:r>
      <w:r>
        <w:t>lekin tauba toh ek bohat hi gehri ch</w:t>
      </w:r>
    </w:p>
    <w:p>
      <w:pPr>
        <w:jc w:val="right"/>
      </w:pPr>
      <w:r>
        <w:t>لیکن توبہتوایکبہت ہیگہریچ</w:t>
      </w:r>
    </w:p>
    <w:p>
      <w:r>
        <w:rPr>
          <w:b/>
        </w:rPr>
        <w:t xml:space="preserve">[1:32:43] </w:t>
      </w:r>
      <w:r>
        <w:t>angez ka naam hai. aap ke mind mein badlao hota hai, aap ke dil mein badlao hota hai, aap ke behavior mein badlao hota hai, aap ki poori shakhsiyat mein badlao hua hota hai.</w:t>
      </w:r>
    </w:p>
    <w:p>
      <w:pPr>
        <w:jc w:val="right"/>
      </w:pPr>
      <w:r>
        <w:t>یزکانامہے۔ آپ کے مائنڈ میںبدلاہوتاہے،آپکےدلمیںبدلاہوتاہے، آپکےبیہیویئرمیںبدلاہوتاہے، آپکیپوریشخص یت میںبد لاہواہوتاہے۔</w:t>
      </w:r>
    </w:p>
    <w:p>
      <w:r>
        <w:rPr>
          <w:b/>
        </w:rPr>
        <w:t xml:space="preserve">[1:32:51] </w:t>
      </w:r>
      <w:r>
        <w:t>iska naam toba. Maulana, inka ek aur sawal hai. unhon ne likha hai ke: "kya koi aisi ghalti hai jiski toba nahi ki ja sakti hai aur jise Allah maaf nahi karenge?</w:t>
      </w:r>
    </w:p>
    <w:p>
      <w:pPr>
        <w:jc w:val="right"/>
      </w:pPr>
      <w:r>
        <w:t>اسکانام توبہ۔ مولانا،انکاایکاور سوال ہے۔انہوںنےلکھاہےکہ: "کیا کوئی ایسیغلطیہے جسکی توبہنہیں کیجاسکتیہے اور جسے اللہ معافنہیںکریںگے؟</w:t>
      </w:r>
    </w:p>
    <w:p>
      <w:r>
        <w:rPr>
          <w:b/>
        </w:rPr>
        <w:t xml:space="preserve">[1:33:06] </w:t>
      </w:r>
      <w:r>
        <w:t>"iske bare mein bataein. nahi, nahi, aisi Quran o Hadees mein aisi koi ghalti nahi bataye ga</w:t>
      </w:r>
    </w:p>
    <w:p>
      <w:pPr>
        <w:jc w:val="right"/>
      </w:pPr>
      <w:r>
        <w:t>"اسکےبارےمیںبت ائیں۔ نہیں،نہیں،ایسیقرآنوحدیثمیںایسیکوئیغلطینہیںبتائےگا</w:t>
      </w:r>
    </w:p>
    <w:p>
      <w:r>
        <w:rPr>
          <w:b/>
        </w:rPr>
        <w:t xml:space="preserve">[1:33:12] </w:t>
      </w:r>
      <w:r>
        <w:t>ke koi aisi cheez hai ke toba na ho. iski ye ye to Christian concept hai, ye Islami concept nahi hai. ye sachchi toba, bashart ke sachchi toba ho.</w:t>
      </w:r>
    </w:p>
    <w:p>
      <w:pPr>
        <w:jc w:val="right"/>
      </w:pPr>
      <w:r>
        <w:t>کہکوئیایسیچیزہےکہتوبہنہہو۔اسکی یہ یہتو کرسچنکانسیپٹہے، یہ اسلامی کانسیپٹنہیںہے۔یہ س چی توبہ،بشرطکہسچیتوبہہو۔</w:t>
      </w:r>
    </w:p>
    <w:p>
      <w:r>
        <w:rPr>
          <w:b/>
        </w:rPr>
        <w:t xml:space="preserve">[1:33:27] </w:t>
      </w:r>
      <w:r>
        <w:t>Quran Majeed mein hai ke: "Ya ibad alladhina asrafu ala anfusihim la taqnatu birahmatillah, fa innallaha yaghfirud dhunuba jami'a".</w:t>
      </w:r>
    </w:p>
    <w:p>
      <w:pPr>
        <w:jc w:val="right"/>
      </w:pPr>
      <w:r>
        <w:t>قرآنمجیدمیںہےکہ: "یا عب اد الذین اصرف علی انفس ہم لا تق نطوابرحمت اللہ ، فاناللہ یخرجدونوںج میعا"۔</w:t>
      </w:r>
    </w:p>
    <w:p>
      <w:r>
        <w:rPr>
          <w:b/>
        </w:rPr>
        <w:t xml:space="preserve">[1:33:38] </w:t>
      </w:r>
      <w:r>
        <w:t>to Quran ke mutabiq aisi koi ghalti ya gunah nahi jiski toba haqeeqi toba, agar ho sachchi toba, qabool na ho.</w:t>
      </w:r>
    </w:p>
    <w:p>
      <w:pPr>
        <w:jc w:val="right"/>
      </w:pPr>
      <w:r>
        <w:t>تو قرآنکےمطابق ایسی کوئی غلطییاگناہنہیں جسکیتوبہ حقیقیتوبہ،اگرہوسچیتوبہ، قبول نہہو۔</w:t>
      </w:r>
    </w:p>
    <w:p>
      <w:r>
        <w:rPr>
          <w:b/>
        </w:rPr>
        <w:t xml:space="preserve">[1:33:49] </w:t>
      </w:r>
      <w:r>
        <w:t>ye Christian concept hai ke Adam se ghalti ho gayi to wo qabool hi nahi ki ja sakti thi, toba nahi, usmein mumkin nahi thi. to Allah Ta'ala ne apne bete ko bheja, to wo to Christian concept hai, Islam mein aisa nahi hai.</w:t>
      </w:r>
    </w:p>
    <w:p>
      <w:pPr>
        <w:jc w:val="right"/>
      </w:pPr>
      <w:r>
        <w:t>یہ کرسچنکانسیپٹہےکہ آدمسےغلطیہوگئیتو وہقبولہی نہیںہوسکتیتھی،توبہہینہیں،اسممکننہیںتھی۔تو اللہ تعالیٰنے اپنےبیٹےکوبھیجا، تووہتوکرسچنکانسیپٹہے، اسلام میںایسانہیںہے۔</w:t>
      </w:r>
    </w:p>
    <w:p>
      <w:r>
        <w:rPr>
          <w:b/>
        </w:rPr>
        <w:t xml:space="preserve">[1:34:04] </w:t>
      </w:r>
      <w:r>
        <w:t>Maulana, agla sawal Kashmir se hai Fazil</w:t>
      </w:r>
    </w:p>
    <w:p>
      <w:pPr>
        <w:jc w:val="right"/>
      </w:pPr>
      <w:r>
        <w:t>مولانا،اگلاسوال کشمیرسےہے فاضل</w:t>
      </w:r>
    </w:p>
    <w:p>
      <w:r>
        <w:rPr>
          <w:b/>
        </w:rPr>
        <w:t xml:space="preserve">[1:34:07] </w:t>
      </w:r>
      <w:r>
        <w:t>Sahib ka. unhon ne likha hai: "Maulana Sahib, aap ko kis tarah ka masla Shaitan pesh aata hai? iska koi waqea bataiye." Har waqt hota hai, har aadmi ke sath hota hai.</w:t>
      </w:r>
    </w:p>
    <w:p>
      <w:pPr>
        <w:jc w:val="right"/>
      </w:pPr>
      <w:r>
        <w:t>صاحبکا ۔انہوںنےلکھاہے: "مول اناصاحب،آپکو کسطرح کا مس شیطان پیش آتاہے؟ اسکاکوئی واقع ہ بت ائیے۔" ہروقت ہوتاہے، ہرآدمیکےساتھ ہوتاہے۔</w:t>
      </w:r>
    </w:p>
    <w:p>
      <w:r>
        <w:rPr>
          <w:b/>
        </w:rPr>
        <w:t xml:space="preserve">[1:34:19] </w:t>
      </w:r>
      <w:r>
        <w:t>mere sath kyun nahi hoga? Rasool Allah ke bare mein 70 bar aap istighfar karte the.</w:t>
      </w:r>
    </w:p>
    <w:p>
      <w:pPr>
        <w:jc w:val="right"/>
      </w:pPr>
      <w:r>
        <w:t>میرےساتھکیوںنہیںہوگا؟ رسولاللہکےبارےمیں 70بار آپ استغفارکرتے تھے۔</w:t>
      </w:r>
    </w:p>
    <w:p>
      <w:r>
        <w:rPr>
          <w:b/>
        </w:rPr>
        <w:t xml:space="preserve">[1:34:28] </w:t>
      </w:r>
      <w:r>
        <w:t>waqea ki koi zaroorat nahi hai. ye dunya naam hai differences ke darmiyan jeene ka</w:t>
      </w:r>
    </w:p>
    <w:p>
      <w:pPr>
        <w:jc w:val="right"/>
      </w:pPr>
      <w:r>
        <w:t>واقع ےکیکوئیضرورتنہیںہے۔ یہدنیا نام ہے ڈیفر نسزکےدرمیانجینےکا</w:t>
      </w:r>
    </w:p>
    <w:p>
      <w:r>
        <w:rPr>
          <w:b/>
        </w:rPr>
        <w:t xml:space="preserve">[1:34:35] </w:t>
      </w:r>
      <w:r>
        <w:t>. Aap ko kisi bhi shakhs se baat cheet kar rahe hain, koi mamla hoga, usmein koi ye ikhtilaf ho jayega.</w:t>
      </w:r>
    </w:p>
    <w:p>
      <w:pPr>
        <w:jc w:val="right"/>
      </w:pPr>
      <w:r>
        <w:t>۔ آپکو کسی بھی شخص سے باتچیتکررہےہیں، کوئی معاملہ ہوگا،اسمیںکوئی یہ اخت لافہوجائےگا۔</w:t>
      </w:r>
    </w:p>
    <w:p>
      <w:r>
        <w:rPr>
          <w:b/>
        </w:rPr>
        <w:t xml:space="preserve">[1:34:47] </w:t>
      </w:r>
      <w:r>
        <w:t>is ikhtilaf mein uski ek rai hogi, ek aap ki rai hogi. wo insist karega, usmein aap ke andar ek ek jazba ubhar aayega ke dekho, baat sunn nahi raha hai ye.</w:t>
      </w:r>
    </w:p>
    <w:p>
      <w:pPr>
        <w:jc w:val="right"/>
      </w:pPr>
      <w:r>
        <w:t>اس اختلافمیں اسکیایکرائےہوگی،ایکآپکیرائےہوگی۔وہ انسسٹکرےگا، اسمیںآپ کےاندرایک ایک جذبہ ابھرآئےگاکہدیکھو،بات سننہیںرہایہ۔</w:t>
      </w:r>
    </w:p>
    <w:p>
      <w:r>
        <w:rPr>
          <w:b/>
        </w:rPr>
        <w:t xml:space="preserve">[1:34:59] </w:t>
      </w:r>
      <w:r>
        <w:t>to ye to koi poochne ki baat nahi hai,</w:t>
      </w:r>
    </w:p>
    <w:p>
      <w:pPr>
        <w:jc w:val="right"/>
      </w:pPr>
      <w:r>
        <w:t>تویہتوکوئی پوچھنےکیباتنہیںہے،</w:t>
      </w:r>
    </w:p>
    <w:p>
      <w:r>
        <w:rPr>
          <w:b/>
        </w:rPr>
        <w:t xml:space="preserve">[1:35:02] </w:t>
      </w:r>
      <w:r>
        <w:t>ye to har waqt insan ke sath pesh aata rehta hai. har waqt isi ka naam zindagi hai. Maulana, agla sawal Delhi se hai Naeem Bilal Sahib ka. unhon ne likha hai:</w:t>
      </w:r>
    </w:p>
    <w:p>
      <w:pPr>
        <w:jc w:val="right"/>
      </w:pPr>
      <w:r>
        <w:t>یہتوہروقت انسانکےساتھ پیشآتارہتاہے۔ ہروقت اسیکانام زندگی ہے۔ مولانا،اگلاسوال دلیسےہے نعیم بلال صاحبکا ۔انہوںنےلکھاہے:</w:t>
      </w:r>
    </w:p>
    <w:p>
      <w:r>
        <w:rPr>
          <w:b/>
        </w:rPr>
        <w:t xml:space="preserve">[1:35:16] </w:t>
      </w:r>
      <w:r>
        <w:t>"Masjid ki ahmiyat namaz ke ilawa aap ki nigah mein kya hai? kya Musalman masjid mein mili aur samajhi issue par baat kar sakte hain?"</w:t>
      </w:r>
    </w:p>
    <w:p>
      <w:pPr>
        <w:jc w:val="right"/>
      </w:pPr>
      <w:r>
        <w:t>"مسجدکی اہمیت نمازکےعلاوہ آپ کی نگاہمیںکیا ہے ؟ کیا مس لمان مسجد میں ملی اور سماجی ایشوپرباتکرسکتےہیں ؟"</w:t>
      </w:r>
    </w:p>
    <w:p>
      <w:r>
        <w:rPr>
          <w:b/>
        </w:rPr>
        <w:t xml:space="preserve">[1:35:28] </w:t>
      </w:r>
      <w:r>
        <w:t>Dekhiye, Hadees mein aata hai ke: "Al masajidu buyut ul muttaqin". Masjidein taqwa ka markaz hain.</w:t>
      </w:r>
    </w:p>
    <w:p>
      <w:pPr>
        <w:jc w:val="right"/>
      </w:pPr>
      <w:r>
        <w:t>دیکھیے، حدیث میںآتاہے کہ:" المساجد بیوت المت قین"۔ مسجدیں تقویٰکا مرک زہیں۔</w:t>
      </w:r>
    </w:p>
    <w:p>
      <w:r>
        <w:rPr>
          <w:b/>
        </w:rPr>
        <w:t xml:space="preserve">[1:35:39] </w:t>
      </w:r>
      <w:r>
        <w:t>to har sirf wo sargermi jis ka taluq taqwa se ho, wahi isi ke liye masjid hoti hai. baqi jo sargarmian unke taqwa se nahi hain, wo mili interest waghera se hain, uska iska taluq masjid se nahi hai.</w:t>
      </w:r>
    </w:p>
    <w:p>
      <w:pPr>
        <w:jc w:val="right"/>
      </w:pPr>
      <w:r>
        <w:t>تو ہر صرفوہ سرگرمی جسکاتعلق تقویٰسےہو ، وہی اسیکےلیے مسجدہوتیہے۔ باقی جو سرگرمیاںانکےتقویٰسےنہیںہیں، وہ ملی انٹرسٹوغیرہسےہیں،اسکا اسکاتعلق مسجدسےنہیںہے۔</w:t>
      </w:r>
    </w:p>
    <w:p>
      <w:r>
        <w:rPr>
          <w:b/>
        </w:rPr>
        <w:t xml:space="preserve">[1:35:54] </w:t>
      </w:r>
      <w:r>
        <w:t>mere mere nazdeek</w:t>
      </w:r>
    </w:p>
    <w:p>
      <w:pPr>
        <w:jc w:val="right"/>
      </w:pPr>
      <w:r>
        <w:t>میرےمیرےنزدیک</w:t>
      </w:r>
    </w:p>
    <w:p>
      <w:r>
        <w:rPr>
          <w:b/>
        </w:rPr>
        <w:t xml:space="preserve">[1:35:57] </w:t>
      </w:r>
      <w:r>
        <w:t>:"Al masajidu buyut ul muttaqin" taqwa ka criteria hai. har wo issue jis ka taluq taqwa se ho, wo aap masjid mein discuss kar sakte hain,</w:t>
      </w:r>
    </w:p>
    <w:p>
      <w:pPr>
        <w:jc w:val="right"/>
      </w:pPr>
      <w:r>
        <w:t>:"المشاج د بیوت المتقین"تق ویٰ کا کرائٹیرینہے۔ ہروہایشوجسکاتعلق تقویٰسےہو، وہ آپمسجدمیںڈسکسکرسکتےہیں،</w:t>
      </w:r>
    </w:p>
    <w:p>
      <w:r>
        <w:rPr>
          <w:b/>
        </w:rPr>
        <w:t xml:space="preserve">[1:36:10] </w:t>
      </w:r>
      <w:r>
        <w:t>aur doosre masail jiska taluq taqwa se na ho, wo aap bahar kijiye. masjid mein aap ko kya zaroorat hai isko chhedne ki?</w:t>
      </w:r>
    </w:p>
    <w:p>
      <w:pPr>
        <w:jc w:val="right"/>
      </w:pPr>
      <w:r>
        <w:t>اور دوسرے مسائلجسکاتعلق تقویٰسےنہہو، وہ آپباہرکیجئے۔ مسجد میںآپکو کیاضرورتہےاسکو چھیڑنےکی؟</w:t>
      </w:r>
    </w:p>
    <w:p>
      <w:r>
        <w:rPr>
          <w:b/>
        </w:rPr>
        <w:t xml:space="preserve">[1:36:21] </w:t>
      </w:r>
      <w:r>
        <w:t>Maulana, ye sawal Mumbai se aaya hai Fauzan Naseem Khan Sahib ka.</w:t>
      </w:r>
    </w:p>
    <w:p>
      <w:pPr>
        <w:jc w:val="right"/>
      </w:pPr>
      <w:r>
        <w:t>مولانا،یہسوال ممبئیسےآیاہے فوزالن سیم خان صاحبکا۔</w:t>
      </w:r>
    </w:p>
    <w:p>
      <w:r>
        <w:rPr>
          <w:b/>
        </w:rPr>
        <w:t xml:space="preserve">[1:36:26] </w:t>
      </w:r>
      <w:r>
        <w:t>unhon ne likha hai: "Maulana, please explain the difference between nafs-e-lawwamah and nafs-e-mutmainnah". Nafs-e-lawwamah se matlab hai conscience.</w:t>
      </w:r>
    </w:p>
    <w:p>
      <w:pPr>
        <w:jc w:val="right"/>
      </w:pPr>
      <w:r>
        <w:t>انہوںنےلکھاہے: "مولانا،پلیز ایکسپلیندا ڈیفرنس بٹوین نفس لوامہاینڈنفس مطمئنہ" ۔ نفس لو امہسے مطلبہے کان شیس۔</w:t>
      </w:r>
    </w:p>
    <w:p>
      <w:r>
        <w:rPr>
          <w:b/>
        </w:rPr>
        <w:t xml:space="preserve">[1:36:37] </w:t>
      </w:r>
      <w:r>
        <w:t>andar aadmi ke ek faculty hai ke jab aadmi koi ghalt baat bol de, koi ghalt kaam kar de, to andar se ek ek usko pashimani aati hai.</w:t>
      </w:r>
    </w:p>
    <w:p>
      <w:pPr>
        <w:jc w:val="right"/>
      </w:pPr>
      <w:r>
        <w:t>اندرآدمیکے ایکفیکلٹیہے کہجب آدمی کوئی غلطباتبول دے،کوئیغلطکامکردے،تواندرسے ایک ایک اسکو پشیمانیآتیہے۔</w:t>
      </w:r>
    </w:p>
    <w:p>
      <w:r>
        <w:rPr>
          <w:b/>
        </w:rPr>
        <w:t xml:space="preserve">[1:36:50] </w:t>
      </w:r>
      <w:r>
        <w:t>conscience wo hai, bolne lagta hai. to wo har aadmi ke andar hota hai, har aurat mard ke andar. to nafs-e-lawwamah ka matlab hai conscience.</w:t>
      </w:r>
    </w:p>
    <w:p>
      <w:pPr>
        <w:jc w:val="right"/>
      </w:pPr>
      <w:r>
        <w:t>کان شیسجوہے، بولنےلگتاہے۔ تو وہ ہرآدمیکےاندرہوتاہے،ہرعورت مرد کےاندر۔ تو نفس لو امہکامطلبہےکان شیس۔</w:t>
      </w:r>
    </w:p>
    <w:p>
      <w:r>
        <w:rPr>
          <w:b/>
        </w:rPr>
        <w:t xml:space="preserve">[1:37:01] </w:t>
      </w:r>
      <w:r>
        <w:t>Nafs-e-mutmainnah ka matlab ye</w:t>
      </w:r>
    </w:p>
    <w:p>
      <w:pPr>
        <w:jc w:val="right"/>
      </w:pPr>
      <w:r>
        <w:t>نفس مطمئنہکامطلبیہ</w:t>
      </w:r>
    </w:p>
    <w:p>
      <w:r>
        <w:rPr>
          <w:b/>
        </w:rPr>
        <w:t xml:space="preserve">[1:37:03] </w:t>
      </w:r>
      <w:r>
        <w:t>hai, iske bare mein mein kai bar wazeh kar chuka hoon ke Allah ke qareeb Quran par razi ho kar iske mutabiq apni zindagi ko dhal lena.</w:t>
      </w:r>
    </w:p>
    <w:p>
      <w:pPr>
        <w:jc w:val="right"/>
      </w:pPr>
      <w:r>
        <w:t>ہے، اسکےبارےمیںمیں کئیبار واضحکرچکاہوں کہ اللہ کے کیشن قرآنپرراضیہوکر اسکے مطابق اپنی زندگیکوڈھاللینا۔</w:t>
      </w:r>
    </w:p>
    <w:p>
      <w:r>
        <w:rPr>
          <w:b/>
        </w:rPr>
        <w:t xml:space="preserve">[1:37:13] </w:t>
      </w:r>
      <w:r>
        <w:t>jo aisa kare, wahi nafs mutmainnah ka woh hai, misdaq hai. Is bare mein aap meri tafsir mein Surah Al-Fajr ko padh lijiye.</w:t>
      </w:r>
    </w:p>
    <w:p>
      <w:pPr>
        <w:jc w:val="right"/>
      </w:pPr>
      <w:r>
        <w:t>جو ایساکرے، وہی نفس مطمئنہکا وہہے، مصداقہے۔ اسبارےمیںآپ میری تفسیرمیں سورہ الفجرکوپڑھلیجئے۔</w:t>
      </w:r>
    </w:p>
    <w:p>
      <w:r>
        <w:rPr>
          <w:b/>
        </w:rPr>
        <w:t xml:space="preserve">[1:37:26] </w:t>
      </w:r>
      <w:r>
        <w:t>meri jo Tazkir al-Quran jo tafsir meri hai, ismein aap Surah Al-Fajr ko padh lijiye, ismein aap ko mil jayega.</w:t>
      </w:r>
    </w:p>
    <w:p>
      <w:pPr>
        <w:jc w:val="right"/>
      </w:pPr>
      <w:r>
        <w:t>میریجوتذکر القرآنجوتفسیرمیریہے، اسمیںآپسورہالفجرکوپڑھلیجئے،اسمیںآپکوملجائےگا۔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