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Naskh in Quran July 18, 2007</w:t>
      </w:r>
    </w:p>
    <w:p>
      <w:r>
        <w:t>https://youtu.be/fXpiwXIo2As</w:t>
      </w:r>
    </w:p>
    <w:p>
      <w:r>
        <w:rPr>
          <w:b/>
        </w:rPr>
        <w:t xml:space="preserve">[00:29] </w:t>
      </w:r>
      <w:r>
        <w:t>yeh dars quran ka</w:t>
      </w:r>
    </w:p>
    <w:p>
      <w:pPr>
        <w:jc w:val="right"/>
      </w:pPr>
      <w:r>
        <w:t>یہ درس قرآن کا</w:t>
      </w:r>
    </w:p>
    <w:p>
      <w:r>
        <w:rPr>
          <w:b/>
        </w:rPr>
        <w:t xml:space="preserve">[00:35] </w:t>
      </w:r>
      <w:r>
        <w:t>silsila hai. aaj mein</w:t>
      </w:r>
    </w:p>
    <w:p>
      <w:pPr>
        <w:jc w:val="right"/>
      </w:pPr>
      <w:r>
        <w:t>سلسلہ ہے۔ آج میں</w:t>
      </w:r>
    </w:p>
    <w:p>
      <w:r>
        <w:rPr>
          <w:b/>
        </w:rPr>
        <w:t xml:space="preserve">[00:43] </w:t>
      </w:r>
      <w:r>
        <w:t>kuch baatein</w:t>
      </w:r>
    </w:p>
    <w:p>
      <w:pPr>
        <w:jc w:val="right"/>
      </w:pPr>
      <w:r>
        <w:t>کچھ باتیں</w:t>
      </w:r>
    </w:p>
    <w:p>
      <w:r>
        <w:rPr>
          <w:b/>
        </w:rPr>
        <w:t xml:space="preserve">[00:47] </w:t>
      </w:r>
      <w:r>
        <w:t>kehna chahta hoon ke quran ko samajhne ke liye</w:t>
      </w:r>
    </w:p>
    <w:p>
      <w:pPr>
        <w:jc w:val="right"/>
      </w:pPr>
      <w:r>
        <w:t>کہنا چاہتا ہوں کہ قرآن کو سمجھنے کے لیے</w:t>
      </w:r>
    </w:p>
    <w:p>
      <w:r>
        <w:rPr>
          <w:b/>
        </w:rPr>
        <w:t xml:space="preserve">[00:56] </w:t>
      </w:r>
      <w:r>
        <w:t>jo cheezein zaroori hain, un mein se ek khaas baat yeh hai ke</w:t>
      </w:r>
    </w:p>
    <w:p>
      <w:pPr>
        <w:jc w:val="right"/>
      </w:pPr>
      <w:r>
        <w:t>جو چیزیں ضروری ہیں، ان میں سے ایک خاص بات یہ ہے کہ</w:t>
      </w:r>
    </w:p>
    <w:p>
      <w:r>
        <w:rPr>
          <w:b/>
        </w:rPr>
        <w:t xml:space="preserve">[01:08] </w:t>
      </w:r>
      <w:r>
        <w:t>quran ke naskh ke usool ko samajhna.</w:t>
      </w:r>
    </w:p>
    <w:p>
      <w:pPr>
        <w:jc w:val="right"/>
      </w:pPr>
      <w:r>
        <w:t>قرآن کے نسخ کے اصول کو سمجھنا۔</w:t>
      </w:r>
    </w:p>
    <w:p>
      <w:r>
        <w:rPr>
          <w:b/>
        </w:rPr>
        <w:t xml:space="preserve">[01:14] </w:t>
      </w:r>
      <w:r>
        <w:t>naskh ka matlab hota hai replacement, change, yaani ek baat ko hata kar doosri baat laana.</w:t>
      </w:r>
    </w:p>
    <w:p>
      <w:pPr>
        <w:jc w:val="right"/>
      </w:pPr>
      <w:r>
        <w:t>نسخ کا مطلب ہوتا ہے ریپلیسمنٹ، چینج، یعنی ایک بات کو ہٹا کر دوسری بات لانا۔</w:t>
      </w:r>
    </w:p>
    <w:p>
      <w:r>
        <w:rPr>
          <w:b/>
        </w:rPr>
        <w:t xml:space="preserve">[01:26] </w:t>
      </w:r>
      <w:r>
        <w:t>is ko kehte hain naskh. to quran mein</w:t>
      </w:r>
    </w:p>
    <w:p>
      <w:pPr>
        <w:jc w:val="right"/>
      </w:pPr>
      <w:r>
        <w:t>اس کو کہتے ہیں نسخ۔ تو قرآن میں</w:t>
      </w:r>
    </w:p>
    <w:p>
      <w:r>
        <w:rPr>
          <w:b/>
        </w:rPr>
        <w:t xml:space="preserve">[01:34] </w:t>
      </w:r>
      <w:r>
        <w:t>kuch quran ka kuch hissa woh hai jo wahi ka wahi eternally rehta hai,</w:t>
      </w:r>
    </w:p>
    <w:p>
      <w:pPr>
        <w:jc w:val="right"/>
      </w:pPr>
      <w:r>
        <w:t>کچھ قرآن کا کچھ حصہ وہ ہے جو وحی کا وحی ایٹرنلی رہتا ہے،</w:t>
      </w:r>
    </w:p>
    <w:p>
      <w:r>
        <w:rPr>
          <w:b/>
        </w:rPr>
        <w:t xml:space="preserve">[01:41] </w:t>
      </w:r>
      <w:r>
        <w:t>kuch hissa woh hai jis mein naskh pesh aata hai, yaani replacement, change. to farq kya hai?</w:t>
      </w:r>
    </w:p>
    <w:p>
      <w:pPr>
        <w:jc w:val="right"/>
      </w:pPr>
      <w:r>
        <w:t>کچھ حصہ وہ ہے جس میں نسخ پیش آتا ہے، یعنی ریپلیسمنٹ، چینج۔ تو فرق کیا ہے؟</w:t>
      </w:r>
    </w:p>
    <w:p>
      <w:r>
        <w:rPr>
          <w:b/>
        </w:rPr>
        <w:t xml:space="preserve">[01:54] </w:t>
      </w:r>
      <w:r>
        <w:t>jo quran ka eternal hissa hai, woh woh hai jo is ki ideology se talluq rakhta hai. ideology, basic principles, fundamentals.</w:t>
      </w:r>
    </w:p>
    <w:p>
      <w:pPr>
        <w:jc w:val="right"/>
      </w:pPr>
      <w:r>
        <w:t>جو قرآن کا ایٹرنل حصہ ہے، وہ وہ ہے جو اس کی آئیڈیالوجی سے تعلق رکھتا ہے۔ آئیڈیالوجی، بیسک پرنسپلز، فنڈامینٹلز۔</w:t>
      </w:r>
    </w:p>
    <w:p>
      <w:r>
        <w:rPr>
          <w:b/>
        </w:rPr>
        <w:t xml:space="preserve">[02:06] </w:t>
      </w:r>
      <w:r>
        <w:t>is mein kisi tabdeeli ka koi sawal nahi hota.</w:t>
      </w:r>
    </w:p>
    <w:p>
      <w:pPr>
        <w:jc w:val="right"/>
      </w:pPr>
      <w:r>
        <w:t>اس میں کسی تبدیلی کا کوئی سوال نہیں ہوتا۔</w:t>
      </w:r>
    </w:p>
    <w:p>
      <w:r>
        <w:rPr>
          <w:b/>
        </w:rPr>
        <w:t xml:space="preserve">[02:10] </w:t>
      </w:r>
      <w:r>
        <w:t>jaise khuda ek hai, is mein kya badla jaye ga? muhammad khuda ke rasool hain, is mein kya badla jaye ga?</w:t>
      </w:r>
    </w:p>
    <w:p>
      <w:pPr>
        <w:jc w:val="right"/>
      </w:pPr>
      <w:r>
        <w:t>جیسے خدا ایک ہے، اس میں کیا بدلا جائے گا؟ محمد خدا کے رسول ہیں، اس میں کیا بدلا جائے گا؟</w:t>
      </w:r>
    </w:p>
    <w:p>
      <w:r>
        <w:rPr>
          <w:b/>
        </w:rPr>
        <w:t xml:space="preserve">[02:23] </w:t>
      </w:r>
      <w:r>
        <w:t>aakhirat aanay wali hai, is mein kya badla jaye ga? angel hain yahan par, is mein kya badlao aye ga?</w:t>
      </w:r>
    </w:p>
    <w:p>
      <w:pPr>
        <w:jc w:val="right"/>
      </w:pPr>
      <w:r>
        <w:t>آخرت آنے والی ہے، اس میں کیا بدلا جائے گا؟ اینجل ہیں یہاں پر، اس میں کیا بدلاؤ آئے گا؟</w:t>
      </w:r>
    </w:p>
    <w:p>
      <w:r>
        <w:rPr>
          <w:b/>
        </w:rPr>
        <w:t xml:space="preserve">[02:33] </w:t>
      </w:r>
      <w:r>
        <w:t>to quran ka, quran ki jo teachings hain, un ka ek hissa woh hai jo wahi ka wahi eternally rehta hai.</w:t>
      </w:r>
    </w:p>
    <w:p>
      <w:pPr>
        <w:jc w:val="right"/>
      </w:pPr>
      <w:r>
        <w:t>تو قرآن کا، قرآن کی جو ٹیچنگز ہیں، ان کا ایک حصہ وہ ہے جو وحی کا وحی ایٹرنلی رہتا ہے۔</w:t>
      </w:r>
    </w:p>
    <w:p>
      <w:r>
        <w:rPr>
          <w:b/>
        </w:rPr>
        <w:t xml:space="preserve">[02:45] </w:t>
      </w:r>
      <w:r>
        <w:t>ek hissa woh hai jis mein naskh waqe hota hai. ma'an naskh min ayat nun sahha na'at bakhair minna wa muslahah to aam taur par is ko log jod dete hain yahood se.</w:t>
      </w:r>
    </w:p>
    <w:p>
      <w:pPr>
        <w:jc w:val="right"/>
      </w:pPr>
      <w:r>
        <w:t>ایک حصہ وہ ہے جس میں نسخ واقع ہوتا ہے۔ معن نسخ من آیت نون صحا نعت بخیر منا ومصلحہ تو عام طور پر اس کو لوگ جوڑ دیتے ہیں یہود سے۔</w:t>
      </w:r>
    </w:p>
    <w:p>
      <w:r>
        <w:rPr>
          <w:b/>
        </w:rPr>
        <w:t xml:space="preserve">[02:59] </w:t>
      </w:r>
      <w:r>
        <w:t>yahood ki kitaab jo hai, woh mansookh ho gayi.</w:t>
      </w:r>
    </w:p>
    <w:p>
      <w:pPr>
        <w:jc w:val="right"/>
      </w:pPr>
      <w:r>
        <w:t>یہود کی کتاب جو ہے، وہ منسوخ ہو گئی۔</w:t>
      </w:r>
    </w:p>
    <w:p>
      <w:r>
        <w:rPr>
          <w:b/>
        </w:rPr>
        <w:t xml:space="preserve">[03:02] </w:t>
      </w:r>
      <w:r>
        <w:t>yahood ki shariat mansookh ho gayi. yeh mein samajhta hoon ke sahi nahi hai. yahood ka maamla partially is se talluq rakh sakta hai,</w:t>
      </w:r>
    </w:p>
    <w:p>
      <w:pPr>
        <w:jc w:val="right"/>
      </w:pPr>
      <w:r>
        <w:t>یہود کی شریعت منسوخ ہو گئی۔ یہ میں سمجھتا ہوں کہ صحیح نہیں ہے۔ یہود کا معاملہ پارشلی اس سے تعلق رکھ سکتا ہے،</w:t>
      </w:r>
    </w:p>
    <w:p>
      <w:r>
        <w:rPr>
          <w:b/>
        </w:rPr>
        <w:t xml:space="preserve">[03:17] </w:t>
      </w:r>
      <w:r>
        <w:t>lekin yeh ek usool hai, ek principle hai jo hamesha rahe ga.</w:t>
      </w:r>
    </w:p>
    <w:p>
      <w:pPr>
        <w:jc w:val="right"/>
      </w:pPr>
      <w:r>
        <w:t>لیکن یہ ایک اصول ہے، ایک پرنسپل ہے جو ہمیشہ رہے گا۔</w:t>
      </w:r>
    </w:p>
    <w:p>
      <w:r>
        <w:rPr>
          <w:b/>
        </w:rPr>
        <w:t xml:space="preserve">[03:23] </w:t>
      </w:r>
      <w:r>
        <w:t>woh hai replacement, yaani ek khaas zamanay mein, yaani yeh is ka talluq situation se hai.</w:t>
      </w:r>
    </w:p>
    <w:p>
      <w:pPr>
        <w:jc w:val="right"/>
      </w:pPr>
      <w:r>
        <w:t>وہ ہے ریپلیسمنٹ، یعنی ایک خاص زمانے میں، یعنی یہ اس کا تعلق سچویشن سے ہے۔</w:t>
      </w:r>
    </w:p>
    <w:p>
      <w:r>
        <w:rPr>
          <w:b/>
        </w:rPr>
        <w:t xml:space="preserve">[03:34] </w:t>
      </w:r>
      <w:r>
        <w:t>yaani pehla hissa jo quran ka hai, woh woh hai eternal, jo eternal realities hain, un se hai.</w:t>
      </w:r>
    </w:p>
    <w:p>
      <w:pPr>
        <w:jc w:val="right"/>
      </w:pPr>
      <w:r>
        <w:t>یعنی پہلا حصہ جو قرآن کا ہے، وہ وہ ہے ایٹرنل، جو ایٹرنل ریلیٹیز ہیں، ان سے ہے۔</w:t>
      </w:r>
    </w:p>
    <w:p>
      <w:r>
        <w:rPr>
          <w:b/>
        </w:rPr>
        <w:t xml:space="preserve">[03:46] </w:t>
      </w:r>
      <w:r>
        <w:t>eternal realities mein koi badlao nahi aata, lekin kuch cheezein woh hain jin ka talluq situation se hota hai. woh</w:t>
      </w:r>
    </w:p>
    <w:p>
      <w:pPr>
        <w:jc w:val="right"/>
      </w:pPr>
      <w:r>
        <w:t>ایٹرنل ریلیٹیز میں کوئی بدلاؤ نہیں آتا، لیکن کچھ چیزیں وہ ہیں جن کا تعلق سچویشن سے ہوتا ہے۔ وہ</w:t>
      </w:r>
    </w:p>
    <w:p>
      <w:r>
        <w:rPr>
          <w:b/>
        </w:rPr>
        <w:t xml:space="preserve">[03:53] </w:t>
      </w:r>
      <w:r>
        <w:t>un par</w:t>
      </w:r>
    </w:p>
    <w:p>
      <w:pPr>
        <w:jc w:val="right"/>
      </w:pPr>
      <w:r>
        <w:t>اں پر</w:t>
      </w:r>
    </w:p>
    <w:p>
      <w:r>
        <w:rPr>
          <w:b/>
        </w:rPr>
        <w:t xml:space="preserve">[03:56] </w:t>
      </w:r>
      <w:r>
        <w:t>age factor kaam karta hai. unhi mein naskh hota hai, unhi mein replacement hota hai, unhi mein change aata hai.</w:t>
      </w:r>
    </w:p>
    <w:p>
      <w:pPr>
        <w:jc w:val="right"/>
      </w:pPr>
      <w:r>
        <w:t>ایج فیکٹر کام کرتا ہے۔ انہی میں نسخ ہوتا ہے، انہی میں ریپلیسمنٹ ہوتا ہے، انہی میں چینج آتا ہے۔</w:t>
      </w:r>
    </w:p>
    <w:p>
      <w:r>
        <w:rPr>
          <w:b/>
        </w:rPr>
        <w:t xml:space="preserve">[04:07] </w:t>
      </w:r>
      <w:r>
        <w:t>to is ka talluq yahood se nahi hai, is ka talluq law of nature se hai. yahood ka maamla is ka ek hissa hai, na ke wohi asal hai.</w:t>
      </w:r>
    </w:p>
    <w:p>
      <w:pPr>
        <w:jc w:val="right"/>
      </w:pPr>
      <w:r>
        <w:t>تو اس کا تعلق یہود سے نہیں ہے، اس کا تعلق لاء آف نیچر سے ہے۔ یہود کا معاملہ اس کا ایک حصہ ہے، نہ کہ وہی اصل ہے۔</w:t>
      </w:r>
    </w:p>
    <w:p>
      <w:r>
        <w:rPr>
          <w:b/>
        </w:rPr>
        <w:t xml:space="preserve">[04:21] </w:t>
      </w:r>
      <w:r>
        <w:t>yeh bohat bari fallacy hai ke is ayat mein ek bohat bari baat kahi gayi thi, lekin is ko yahood se jodne ki wajah se woh ek sirf ek reduced meaning is ki logon ke ma'ani mein baqi rahi.</w:t>
      </w:r>
    </w:p>
    <w:p>
      <w:pPr>
        <w:jc w:val="right"/>
      </w:pPr>
      <w:r>
        <w:t>یہ بہت بڑی فیلسی ہے کہ اس آیت میں ایک بہت بڑی بات کہی گئی تھی، لیکن اس کو یہود سے جوڑنے کی وجہ سے وہ ایک صرف ایک ایک ریڈیوسڈ میننگ اس کی لوگوں کے معنی میں باقی رہی۔</w:t>
      </w:r>
    </w:p>
    <w:p>
      <w:r>
        <w:rPr>
          <w:b/>
        </w:rPr>
        <w:t xml:space="preserve">[04:35] </w:t>
      </w:r>
      <w:r>
        <w:t>iz a law of nature, iz a principle, log is ko nahi pakar paye. dekhen, main aap ko misaal deta hoon.</w:t>
      </w:r>
    </w:p>
    <w:p>
      <w:pPr>
        <w:jc w:val="right"/>
      </w:pPr>
      <w:r>
        <w:t>ایز اے لاء آف نیچر، ایز اے پرنسپل، لوگ اس کو نہیں پکڑ پائے۔ دیکھیں، میں آپ کو مثال دیتا ہوں۔</w:t>
      </w:r>
    </w:p>
    <w:p>
      <w:r>
        <w:rPr>
          <w:b/>
        </w:rPr>
        <w:t xml:space="preserve">[04:49] </w:t>
      </w:r>
      <w:r>
        <w:t>hazrat ibrahim ne hazar, hazrat ibrahim ne chaar hazar saal pehle kaaba banaya tha, jo ke hajj ka center hai.</w:t>
      </w:r>
    </w:p>
    <w:p>
      <w:pPr>
        <w:jc w:val="right"/>
      </w:pPr>
      <w:r>
        <w:t>حضرت ابراہیم نے ہزار، حضرت ابراہیم نے چار ہزار سال پہلے کعبہ بنایا تھا، جو کہ حج کا سینٹر ہے۔</w:t>
      </w:r>
    </w:p>
    <w:p>
      <w:r>
        <w:rPr>
          <w:b/>
        </w:rPr>
        <w:t xml:space="preserve">[05:04] </w:t>
      </w:r>
      <w:r>
        <w:t>to is waqt quran majeed mein hai ke ke logon mein ailaan kar do taake woh oonton par charh kar wahan pohnchen.</w:t>
      </w:r>
    </w:p>
    <w:p>
      <w:pPr>
        <w:jc w:val="right"/>
      </w:pPr>
      <w:r>
        <w:t>تو اس وقت قرآن مجید میں ہے کہ کہ وہ کہ لوگوں میں اعلان کر دو تاکہ وہ اونٹوں پر چڑھ کر وہاں پہنچیں۔</w:t>
      </w:r>
    </w:p>
    <w:p>
      <w:r>
        <w:rPr>
          <w:b/>
        </w:rPr>
        <w:t xml:space="preserve">[05:18] </w:t>
      </w:r>
      <w:r>
        <w:t>ali kull zaamirn</w:t>
      </w:r>
    </w:p>
    <w:p>
      <w:pPr>
        <w:jc w:val="right"/>
      </w:pPr>
      <w:r>
        <w:t>علی کل زامرن</w:t>
      </w:r>
    </w:p>
    <w:p>
      <w:r>
        <w:rPr>
          <w:b/>
        </w:rPr>
        <w:t xml:space="preserve">[05:22] </w:t>
      </w:r>
      <w:r>
        <w:t>hazrat ibrahim ko allah taala ne farmaya ke logon ke darmiyan ailaan kar do, matlab makkah ke bahir, ke log oonton par sawar ho kar wahan aayen aur wahan par aa kar ke khuda ka zikr karen.</w:t>
      </w:r>
    </w:p>
    <w:p>
      <w:pPr>
        <w:jc w:val="right"/>
      </w:pPr>
      <w:r>
        <w:t>حضرت ابراہیم کو اللہ تعالی نے فرمایا کہ لوگوں کے درمیان اعلان کر دو، مطلب مکہ کے باہر، کہ لوگ اونٹوں پر سوار ہو کر وہاں آئیں اور وہاں پر آ کر کے خدا کا ذکر کریں۔</w:t>
      </w:r>
    </w:p>
    <w:p>
      <w:r>
        <w:rPr>
          <w:b/>
        </w:rPr>
        <w:t xml:space="preserve">[05:36] </w:t>
      </w:r>
      <w:r>
        <w:t>to aap bataiye ke kya aaj bhi log oonton par safar kar ke jayen ge hajj karne ke liye?</w:t>
      </w:r>
    </w:p>
    <w:p>
      <w:pPr>
        <w:jc w:val="right"/>
      </w:pPr>
      <w:r>
        <w:t>تو آپ بتائیے کہ کیا آج بھی لوگ اونٹوں پر سفر کر کے جائیں گے حج کرنے کے لیے؟</w:t>
      </w:r>
    </w:p>
    <w:p>
      <w:r>
        <w:rPr>
          <w:b/>
        </w:rPr>
        <w:t xml:space="preserve">[05:45] </w:t>
      </w:r>
      <w:r>
        <w:t>yani quran mein saaf saaf hai ke dabli oontniyon par charh kar log aayen ge, yeh door door ke maqam se aayen ge.</w:t>
      </w:r>
    </w:p>
    <w:p>
      <w:pPr>
        <w:jc w:val="right"/>
      </w:pPr>
      <w:r>
        <w:t>یعنی قرآن میں صاف صاف ہے کہ دبلی اونٹنیوں پر چڑھ کر لوگ آئیں گے، یہ دور دور کے مقام سے آئیں گے۔</w:t>
      </w:r>
    </w:p>
    <w:p>
      <w:r>
        <w:rPr>
          <w:b/>
        </w:rPr>
        <w:t xml:space="preserve">[05:56] </w:t>
      </w:r>
      <w:r>
        <w:t>is ka matlab hai to ab koi bhi oont par ya oontni par safar kar ke nahi jata wahan, kyun ke is ko jora hai unhon ne situation se, age factor se.</w:t>
      </w:r>
    </w:p>
    <w:p>
      <w:pPr>
        <w:jc w:val="right"/>
      </w:pPr>
      <w:r>
        <w:t>اس کا مطلب ہے تو اب کوئی بھی اونٹ پر یا اونٹنی پر سفر کر کے نہیں جاتا وہاں، کیوں کہ اس کو جوڑا ہے انہوں نے سچویشن سے، ایج فیکٹر سے۔</w:t>
      </w:r>
    </w:p>
    <w:p>
      <w:r>
        <w:rPr>
          <w:b/>
        </w:rPr>
        <w:t xml:space="preserve">[06:12] </w:t>
      </w:r>
      <w:r>
        <w:t>to yeh ab goya ke yeh mun</w:t>
      </w:r>
    </w:p>
    <w:p>
      <w:pPr>
        <w:jc w:val="right"/>
      </w:pPr>
      <w:r>
        <w:t>تو یہ اب گویا کہ یہ من</w:t>
      </w:r>
    </w:p>
    <w:p>
      <w:r>
        <w:rPr>
          <w:b/>
        </w:rPr>
        <w:t xml:space="preserve">[06:14] </w:t>
      </w:r>
      <w:r>
        <w:t>sookh ho gaya, mansookh maani ab replace ho gaya. ab ab jo hai hawai jahaz replace ho kar ke is ne oont ki jagah le li.</w:t>
      </w:r>
    </w:p>
    <w:p>
      <w:pPr>
        <w:jc w:val="right"/>
      </w:pPr>
      <w:r>
        <w:t>سوخ ہو گیا، منسوخ معنی اب ریپلیس ہو گیا۔ اب اب جو ہے ہوائی جہاز ریپلیس ہو کر کے اس نے اونٹ کی جگہ لے لی۔</w:t>
      </w:r>
    </w:p>
    <w:p>
      <w:r>
        <w:rPr>
          <w:b/>
        </w:rPr>
        <w:t xml:space="preserve">[06:26] </w:t>
      </w:r>
      <w:r>
        <w:t>pehle ship hua karte the, ab ship bhi, ab ship, ab ship se bhi log nahi jate, yani samandri safar bhi ab nahi karte.</w:t>
      </w:r>
    </w:p>
    <w:p>
      <w:pPr>
        <w:jc w:val="right"/>
      </w:pPr>
      <w:r>
        <w:t>پہلے شپ ہوا کرتے تھے، اب شپ بھی، اب شپ، اب شپ سے بھی لوگ نہیں جاتے، یعنی سمندری سفر بھی اب نہیں کرتے۔</w:t>
      </w:r>
    </w:p>
    <w:p>
      <w:r>
        <w:rPr>
          <w:b/>
        </w:rPr>
        <w:t xml:space="preserve">[06:36] </w:t>
      </w:r>
      <w:r>
        <w:t>ab to hawai jahaz se jate hain.</w:t>
      </w:r>
    </w:p>
    <w:p>
      <w:pPr>
        <w:jc w:val="right"/>
      </w:pPr>
      <w:r>
        <w:t>اب تو ہوائی جہاز سے جاتے ہیں۔</w:t>
      </w:r>
    </w:p>
    <w:p>
      <w:r>
        <w:rPr>
          <w:b/>
        </w:rPr>
        <w:t xml:space="preserve">[06:39] </w:t>
      </w:r>
      <w:r>
        <w:t>to is tarah se oont wahan par literal maani mein nahi liya jayega, is ka sense liya jayega, yani vehicle, sawari.</w:t>
      </w:r>
    </w:p>
    <w:p>
      <w:pPr>
        <w:jc w:val="right"/>
      </w:pPr>
      <w:r>
        <w:t>تو اس طرح سے اونٹ وہاں پر لٹرل معنی میں نہیں لیا جائے گا، اس کا سینس لیا جائے گا، یعنی وہیکل، سواری۔</w:t>
      </w:r>
    </w:p>
    <w:p>
      <w:r>
        <w:rPr>
          <w:b/>
        </w:rPr>
        <w:t xml:space="preserve">[06:50] </w:t>
      </w:r>
      <w:r>
        <w:t>to pehle sawari thi oont, phir sawari hui aur badli. pani ke jahaz chalne lage to log us se jate the.</w:t>
      </w:r>
    </w:p>
    <w:p>
      <w:pPr>
        <w:jc w:val="right"/>
      </w:pPr>
      <w:r>
        <w:t>تو پہلے سواری تھی اونٹ، پھر سواری ہوئی اور بدلی۔ پانی کے جہاز چلنے لگے تو لوگ اس سے جاتے تھے۔</w:t>
      </w:r>
    </w:p>
    <w:p>
      <w:r>
        <w:rPr>
          <w:b/>
        </w:rPr>
        <w:t xml:space="preserve">[07:03] </w:t>
      </w:r>
      <w:r>
        <w:t>ab hawai jahaz jate hain jo bohat hi jald pohncha dete hain, to log hawai jahaz se jate hain.</w:t>
      </w:r>
    </w:p>
    <w:p>
      <w:pPr>
        <w:jc w:val="right"/>
      </w:pPr>
      <w:r>
        <w:t>اب ہوائی جہاز جاتے ہیں جو بہت ہی جلد پہنچاتے ہیں، تو لوگ ہوائی جہاز سے جاتے ہیں۔</w:t>
      </w:r>
    </w:p>
    <w:p>
      <w:r>
        <w:rPr>
          <w:b/>
        </w:rPr>
        <w:t xml:space="preserve">[07:10] </w:t>
      </w:r>
      <w:r>
        <w:t>to yeh hai according to the situation. to naskh ka matlab yeh hai ke tabdeeli ahkam, tabdeeli zaman ke waqt, jab halaat badlen,</w:t>
      </w:r>
    </w:p>
    <w:p>
      <w:pPr>
        <w:jc w:val="right"/>
      </w:pPr>
      <w:r>
        <w:t>تو یہ ہے اکارڈنگ ٹو دا سچویشن۔ تو نسخ کا مطلب یہ ہے کہ تبدیلی احکام، تبدیلی زمانہ کے وقت، جب حالات بدلیں،</w:t>
      </w:r>
    </w:p>
    <w:p>
      <w:r>
        <w:rPr>
          <w:b/>
        </w:rPr>
        <w:t xml:space="preserve">[07:27] </w:t>
      </w:r>
      <w:r>
        <w:t>yani tabdeeli ahkam bamutabiq tabdeeli halaat. jab situation badle to usi ke sath sath ahkam badal jayen.</w:t>
      </w:r>
    </w:p>
    <w:p>
      <w:pPr>
        <w:jc w:val="right"/>
      </w:pPr>
      <w:r>
        <w:t>یعنی تبدیلی احکام بمطابق تبدیلی حالات۔ جب سچویشن بدلے تو اسی کے ساتھ ساتھ احکام بدل جائیں۔</w:t>
      </w:r>
    </w:p>
    <w:p>
      <w:r>
        <w:rPr>
          <w:b/>
        </w:rPr>
        <w:t xml:space="preserve">[07:38] </w:t>
      </w:r>
      <w:r>
        <w:t>yeh hai naskh.</w:t>
      </w:r>
    </w:p>
    <w:p>
      <w:pPr>
        <w:jc w:val="right"/>
      </w:pPr>
      <w:r>
        <w:t>یہ ہے نسخ۔</w:t>
      </w:r>
    </w:p>
    <w:p>
      <w:r>
        <w:rPr>
          <w:b/>
        </w:rPr>
        <w:t xml:space="preserve">[07:41] </w:t>
      </w:r>
      <w:r>
        <w:t>to ab is maamle mein dekhen to aaj jab haji jata hai hawai jahaz par baith kar to goya ke woh keh raha hota hai ke ab oont ka safar mansookh ho gaya, is ki jagah par ab hawai jahaz aa gaya, yani aik replacement hua.</w:t>
      </w:r>
    </w:p>
    <w:p>
      <w:pPr>
        <w:jc w:val="right"/>
      </w:pPr>
      <w:r>
        <w:t>تو اب اس معاملے میں دیکھیں تو آج جب حاجی جاتا ہے ہوائی جہاز پر بیٹھ کر تو گویا کہ وہ کہہ رہا ہوتا ہے کہ اب اونٹ کا سفر منسوخ ہو گیا، اس کی جگہ پر اب ہوائی جہاز آ گیا، یعنی ایک ریپلیسمنٹ ہوا۔</w:t>
      </w:r>
    </w:p>
    <w:p>
      <w:r>
        <w:rPr>
          <w:b/>
        </w:rPr>
        <w:t xml:space="preserve">[08:00] </w:t>
      </w:r>
      <w:r>
        <w:t>to naskh ka matlab hai replacement. naskh ka matlab yeh nahi ke bas yahood ko ki shariat mansookh kar di gayi, bas yahi matlab hai is ka.</w:t>
      </w:r>
    </w:p>
    <w:p>
      <w:pPr>
        <w:jc w:val="right"/>
      </w:pPr>
      <w:r>
        <w:t>تو نسخ کا مطلب ہے ریپلیسمنٹ۔ نسخ کا مطلب یہ نہیں کہ بس یہود کو کی شریعت منسوخ کر دی گئی، بس یہی مطلب ہے اس کا۔</w:t>
      </w:r>
    </w:p>
    <w:p>
      <w:r>
        <w:rPr>
          <w:b/>
        </w:rPr>
        <w:t xml:space="preserve">[08:12] </w:t>
      </w:r>
      <w:r>
        <w:t>is tarah se aap dekhiye, defensive war ka zikr hai quran majeed mein ke defensive war ke muqable mein tum ko tayari karna chahiye, apne aap ko prepare karna chahiye.</w:t>
      </w:r>
    </w:p>
    <w:p>
      <w:pPr>
        <w:jc w:val="right"/>
      </w:pPr>
      <w:r>
        <w:t>اس طرح سے آپ دیکھیے، ڈیفنسو وار کا ذکر ہے قرآن مجید میں کہ ڈیفنسو وار کے مقابلے میں تم کو تیاری کرنا چاہیے، اپنے آپ کو پریپیئر کرنا چاہیے۔</w:t>
      </w:r>
    </w:p>
    <w:p>
      <w:r>
        <w:rPr>
          <w:b/>
        </w:rPr>
        <w:t xml:space="preserve">[08:26] </w:t>
      </w:r>
      <w:r>
        <w:t>to wahan par hai ke ghore tayar karo adu lahum mustata'atun min ribat al-khail yani janghi ghore tayar karo.</w:t>
      </w:r>
    </w:p>
    <w:p>
      <w:pPr>
        <w:jc w:val="right"/>
      </w:pPr>
      <w:r>
        <w:t>تو وہاں پر ہے کہ گھوڑے تیار کرو اعدوا لہم مستطاعۃ من رباط الخیل یعنی جنگی گھوڑے تیار کرو۔</w:t>
      </w:r>
    </w:p>
    <w:p>
      <w:r>
        <w:rPr>
          <w:b/>
        </w:rPr>
        <w:t xml:space="preserve">[08:39] </w:t>
      </w:r>
      <w:r>
        <w:t>khail ke maani ghore ke hote hain.</w:t>
      </w:r>
    </w:p>
    <w:p>
      <w:pPr>
        <w:jc w:val="right"/>
      </w:pPr>
      <w:r>
        <w:t>خیل کے معنی گھوڑے کے ہوتے ہیں۔</w:t>
      </w:r>
    </w:p>
    <w:p>
      <w:r>
        <w:rPr>
          <w:b/>
        </w:rPr>
        <w:t xml:space="preserve">[08:43] </w:t>
      </w:r>
      <w:r>
        <w:t>to kya aaj bhi defensive war jo hai ghore se ladi jayegi? zahir hai ke aisa nahi ho sakta. ab jo hai yahan bhi replacement ho gaya, ghore ki jagah par modern weaponry aa gayi.</w:t>
      </w:r>
    </w:p>
    <w:p>
      <w:pPr>
        <w:jc w:val="right"/>
      </w:pPr>
      <w:r>
        <w:t>تو کیا آج بھی ڈیفنسو وار جو ہے گھوڑے سے لڑی جائے گی؟ ظاہر ہے کہ ایسا نہیں ہو سکتا۔ اب جو ہے یہاں بھی ریپلیسمنٹ ہو گیا، گھوڑے کی جگہ پر ماڈرن ویپنری آ گئی۔</w:t>
      </w:r>
    </w:p>
    <w:p>
      <w:r>
        <w:rPr>
          <w:b/>
        </w:rPr>
        <w:t xml:space="preserve">[09:02] </w:t>
      </w:r>
      <w:r>
        <w:t>yeh hai naskh mansookh ka maamla, yani ab ghoda mansookh ho gaya, ab mansookh ho kar is ki jagah par aa gaya modern weapons.</w:t>
      </w:r>
    </w:p>
    <w:p>
      <w:pPr>
        <w:jc w:val="right"/>
      </w:pPr>
      <w:r>
        <w:t>یہ ہے ناسخ منسوخ کا معاملہ، یعنی اب گھوڑا منسوخ ہو گیا، اب منسوخ ہو کر اس کی جگہ پر آ گیا ماڈرن ویپنز۔</w:t>
      </w:r>
    </w:p>
    <w:p>
      <w:r>
        <w:rPr>
          <w:b/>
        </w:rPr>
        <w:t xml:space="preserve">[09:12] </w:t>
      </w:r>
      <w:r>
        <w:t>aa gaye,</w:t>
      </w:r>
    </w:p>
    <w:p>
      <w:pPr>
        <w:jc w:val="right"/>
      </w:pPr>
      <w:r>
        <w:t>آ گئے،</w:t>
      </w:r>
    </w:p>
    <w:p>
      <w:r>
        <w:rPr>
          <w:b/>
        </w:rPr>
        <w:t xml:space="preserve">[09:13] </w:t>
      </w:r>
      <w:r>
        <w:t>is ko main keh raha hoon ke replacement. to naskh ka matlab hai replacement according to the situation.</w:t>
      </w:r>
    </w:p>
    <w:p>
      <w:pPr>
        <w:jc w:val="right"/>
      </w:pPr>
      <w:r>
        <w:t>اس کو میں کہہ رہا ہوں کہ ریپلیسمنٹ۔ تو نسخ کا مطلب ہے ریپلیسمنٹ اکارڈنگ ٹو دا سچویشن۔</w:t>
      </w:r>
    </w:p>
    <w:p>
      <w:r>
        <w:rPr>
          <w:b/>
        </w:rPr>
        <w:t xml:space="preserve">[09:25] </w:t>
      </w:r>
      <w:r>
        <w:t>isi tarah se main ek aur bohat hi zyada aham baat hai isi zail mein, woh hai qital, larai. larai ka bhi replacement ho chuka hai, ab larai ki koi zaroorat nahi hai.</w:t>
      </w:r>
    </w:p>
    <w:p>
      <w:pPr>
        <w:jc w:val="right"/>
      </w:pPr>
      <w:r>
        <w:t>اسی طریقے سے میں ایک اور بہت ہی زیادہ اہم بات ہے اسی ذیل میں، وہ ہے قتال، لڑائی۔ لڑائی کا بھی ریپلیسمنٹ ہو چکا ہے، اب لڑائی کی کوئی ضرورت نہیں ہے۔</w:t>
      </w:r>
    </w:p>
    <w:p>
      <w:r>
        <w:rPr>
          <w:b/>
        </w:rPr>
        <w:t xml:space="preserve">[09:41] </w:t>
      </w:r>
      <w:r>
        <w:t>aaj kal jo log jihad ka larai kar rahe hain, woh ek mansookh cheez ko lota rahe hain dobara.</w:t>
      </w:r>
    </w:p>
    <w:p>
      <w:pPr>
        <w:jc w:val="right"/>
      </w:pPr>
      <w:r>
        <w:t>آج کل جو لوگ جہاد کا لڑائی کر رہے ہیں، وہ ایک منسوخ چیز کو لوٹا رہے ہیں دوبارہ۔</w:t>
      </w:r>
    </w:p>
    <w:p>
      <w:r>
        <w:rPr>
          <w:b/>
        </w:rPr>
        <w:t xml:space="preserve">[09:51] </w:t>
      </w:r>
      <w:r>
        <w:t>kaise main e</w:t>
      </w:r>
    </w:p>
    <w:p>
      <w:pPr>
        <w:jc w:val="right"/>
      </w:pPr>
      <w:r>
        <w:t>کیسے میں ای</w:t>
      </w:r>
    </w:p>
    <w:p>
      <w:r>
        <w:rPr>
          <w:b/>
        </w:rPr>
        <w:t xml:space="preserve">[09:52] </w:t>
      </w:r>
      <w:r>
        <w:t>sa keh raha hoon? dekhiye, quran mein hai ke wa qatiluhum hatta la takuna fitnatun wa yakuna ad deenu kulluhu lillah aur un se jang karo yahan tak ke fitna na rahe aur deen sab Allah ke liye ho jaye.</w:t>
      </w:r>
    </w:p>
    <w:p>
      <w:pPr>
        <w:jc w:val="right"/>
      </w:pPr>
      <w:r>
        <w:t>سا کہہ رہا ہوں؟ دیکھیے، قرآن میں ہے کہ وقاتلهم حتی لا تكون فتنہ ویکون الدین کله للہ اور ان سے جنگ کرو یہاں تک کہ فتنہ نہ رہے اور دین سب اللہ کے لیے ہو جائے۔</w:t>
      </w:r>
    </w:p>
    <w:p>
      <w:r>
        <w:rPr>
          <w:b/>
        </w:rPr>
        <w:t xml:space="preserve">[10:15] </w:t>
      </w:r>
      <w:r>
        <w:t>to fitna ke maani yahan hain mazhabi jabr, religious persecution.</w:t>
      </w:r>
    </w:p>
    <w:p>
      <w:pPr>
        <w:jc w:val="right"/>
      </w:pPr>
      <w:r>
        <w:t>تو فتنہ کے معنی یہاں ہیں مذہبی جبر، ڈیلجس پرسیکیوشن۔</w:t>
      </w:r>
    </w:p>
    <w:p>
      <w:r>
        <w:rPr>
          <w:b/>
        </w:rPr>
        <w:t xml:space="preserve">[10:24] </w:t>
      </w:r>
      <w:r>
        <w:t>is zamane mein kya hai? rasool Allah ki ba'sat hui seven century ke first quarter mein, seven century AD ke first quarter mein.</w:t>
      </w:r>
    </w:p>
    <w:p>
      <w:pPr>
        <w:jc w:val="right"/>
      </w:pPr>
      <w:r>
        <w:t>اس زمانے میں کیا ہے؟ رسول اللہ کی بعثت ہوئی سیون سینچری کے فرسٹ کوارٹر میں، سیون سینچری اے ڈی کے فرسٹ کوارٹر میں۔</w:t>
      </w:r>
    </w:p>
    <w:p>
      <w:r>
        <w:rPr>
          <w:b/>
        </w:rPr>
        <w:t xml:space="preserve">[10:36] </w:t>
      </w:r>
      <w:r>
        <w:t>us waqt sari duniya mein thi kingship. kingship jo thi, uska apna political interest is mein tha ke jo state ka mazhab ho, wahi sab ka mazhab ho.</w:t>
      </w:r>
    </w:p>
    <w:p>
      <w:pPr>
        <w:jc w:val="right"/>
      </w:pPr>
      <w:r>
        <w:t>اس وقت ساری دنیا میں تھی کنگ شپ۔ کنگ شپ جو تھی، اس کا اپنا پولیٹیکل انٹرسٹ اس میں تھا کہ جو اسٹیٹ کا مذہب ہو، وہی سب کا مذہب ہو۔</w:t>
      </w:r>
    </w:p>
    <w:p>
      <w:r>
        <w:rPr>
          <w:b/>
        </w:rPr>
        <w:t xml:space="preserve">[10:49] </w:t>
      </w:r>
      <w:r>
        <w:t>isi par woh loyalty ko base kiye hue thay.</w:t>
      </w:r>
    </w:p>
    <w:p>
      <w:pPr>
        <w:jc w:val="right"/>
      </w:pPr>
      <w:r>
        <w:t>اسی پر وہ لائلٹی کو بیس کیے ہوئے تھے۔</w:t>
      </w:r>
    </w:p>
    <w:p>
      <w:r>
        <w:rPr>
          <w:b/>
        </w:rPr>
        <w:t xml:space="preserve">[10:54] </w:t>
      </w:r>
      <w:r>
        <w:t>woh samajhte thay ke jab sab ka mazhab wahi hoga jo state ka mazhab hai, to hamare haan baghavat nahi hogi. log loyal ban kar rahenge.</w:t>
      </w:r>
    </w:p>
    <w:p>
      <w:pPr>
        <w:jc w:val="right"/>
      </w:pPr>
      <w:r>
        <w:t>وہ سمجھتے تھے کہ جب سب کا مذہب وہی ہوگا جو اسٹیٹ کا مذہب ہے، تو ہمارے ہاں بغاوت نہیں ہوگی۔ لوگ لائل بن کر رہیں گے۔</w:t>
      </w:r>
    </w:p>
    <w:p>
      <w:r>
        <w:rPr>
          <w:b/>
        </w:rPr>
        <w:t xml:space="preserve">[11:05] </w:t>
      </w:r>
      <w:r>
        <w:t>koi sochega bhi nahi ke baghavat karna, kyunke jo badshah tha, woh sirf political head nahi tha, woh religious head bhi ban jata tha.</w:t>
      </w:r>
    </w:p>
    <w:p>
      <w:pPr>
        <w:jc w:val="right"/>
      </w:pPr>
      <w:r>
        <w:t>کوئی سوچے گا بھی نہیں کہ بغاوت کرنا، کیونکہ جو بادشاہ تھا، وہ صرف پولیٹیکل ہیڈ نہیں تھا، وہ ریلیجس ہیڈ بھی بن جاتا تھا۔</w:t>
      </w:r>
    </w:p>
    <w:p>
      <w:r>
        <w:rPr>
          <w:b/>
        </w:rPr>
        <w:t xml:space="preserve">[11:15] </w:t>
      </w:r>
      <w:r>
        <w:t>to jab king jo hai, political head bhi ho, religious head bhi ho aur spiritual head bhi ho, to us ke khilaf kaun sa ho jayega?</w:t>
      </w:r>
    </w:p>
    <w:p>
      <w:pPr>
        <w:jc w:val="right"/>
      </w:pPr>
      <w:r>
        <w:t>تو جب کنگ جو ہے، پولیٹیکل ہیڈ بھی ہو، ریلیجس ہیڈ بھی ہو اور اسپریچول ہیڈ بھی ہو، تو اس کے خلاف کون سا ہو جائے گا؟</w:t>
      </w:r>
    </w:p>
    <w:p>
      <w:r>
        <w:rPr>
          <w:b/>
        </w:rPr>
        <w:t xml:space="preserve">[11:25] </w:t>
      </w:r>
      <w:r>
        <w:t>baghavat. is tarah se king log jo thay, unhone apne aap ko, unhone apne deshon mein, apne mulkon mein mazhabi jabr ka nizam bana rakha tha.</w:t>
      </w:r>
    </w:p>
    <w:p>
      <w:pPr>
        <w:jc w:val="right"/>
      </w:pPr>
      <w:r>
        <w:t>بغاوت۔ اس طرح سے کنگ لوگ جو تھے، انہوں نے اپنے آپ کو، انہوں نے اپنے دیشوں میں، اپنے ملکوں میں مذہبی جبر کا نظام بنا رکھا تھا۔</w:t>
      </w:r>
    </w:p>
    <w:p>
      <w:r>
        <w:rPr>
          <w:b/>
        </w:rPr>
        <w:t xml:space="preserve">[11:43] </w:t>
      </w:r>
      <w:r>
        <w:t>yani al nas 'ala deeni mulukihi jo mazhab badshah ka, wahi mazhab sab ka yeh tha. to jab koi aadmi nikalta tha, uthta tha kisi aur mazhab ke baad, to us ko marte peette thay.</w:t>
      </w:r>
    </w:p>
    <w:p>
      <w:pPr>
        <w:jc w:val="right"/>
      </w:pPr>
      <w:r>
        <w:t>یعنی الناس علی دین ملوکہم جو مذہب بادشاہ کا، وہی مذہب سب کا یہ تھا۔ تو جب کوئی آدمی نکلتا تھا، اٹھتا تھا کسی اور مذہب کے بعد، تو اس کو مارتے پیٹتے تھے۔</w:t>
      </w:r>
    </w:p>
    <w:p>
      <w:r>
        <w:rPr>
          <w:b/>
        </w:rPr>
        <w:t xml:space="preserve">[12:00] </w:t>
      </w:r>
      <w:r>
        <w:t>chunanche is se pehle rasool Allah ki ba'sat se pehle yahood ke khilaf bohat zyada jo zulm kiya gaya, woh isi liye hua ke doosre log jo kisi aur mazhab ko mante thay aur yahood kisi aur mazhab ko manna chahte thay, to bas un ko marna shuru kar diya.</w:t>
      </w:r>
    </w:p>
    <w:p>
      <w:pPr>
        <w:jc w:val="right"/>
      </w:pPr>
      <w:r>
        <w:t>چنانچہ اس سے پہلے رسول اللہ کی بعثت سے پہلے یہود کے خلاف بہت زیادہ جو ظلم کیا گیا، وہ اسی لیے ہوا کہ دوسرے لوگ جو کسی اور مذہب کو مانتے تھے اور یہود کسی اور مذہب کو ماننا چاہتے تھے، تو بس ان کو مارنا شروع کر دیا۔</w:t>
      </w:r>
    </w:p>
    <w:p>
      <w:r>
        <w:rPr>
          <w:b/>
        </w:rPr>
        <w:t xml:space="preserve">[12:20] </w:t>
      </w:r>
      <w:r>
        <w:t>christian ke sath bhi aise hi hua, to rasool Allah ke sath bhi aise hi hua.</w:t>
      </w:r>
    </w:p>
    <w:p>
      <w:pPr>
        <w:jc w:val="right"/>
      </w:pPr>
      <w:r>
        <w:t>کرسچن کے ساتھ بھی ایسے ہی ہوا، تو رسول اللہ کے ساتھ بھی ایسے ہی ہوا۔</w:t>
      </w:r>
    </w:p>
    <w:p>
      <w:r>
        <w:rPr>
          <w:b/>
        </w:rPr>
        <w:t xml:space="preserve">[12:26] </w:t>
      </w:r>
      <w:r>
        <w:t>us waqt dekhiye, yeh jo Arabia hai, jahan aap aaye thay, arab ka mulk, to us ke ek taraf Iranian empire thi, doosri taraf Roman empire thi.</w:t>
      </w:r>
    </w:p>
    <w:p>
      <w:pPr>
        <w:jc w:val="right"/>
      </w:pPr>
      <w:r>
        <w:t>اس وقت دیکھیے، یہ جو عربیہ ہے، جہاں آپ آئے تھے، عرب کا ملک، تو اس کے ایک طرف ایرانی ایمپائر تھی، دوسری طرف رومن ایمپائر تھی۔</w:t>
      </w:r>
    </w:p>
    <w:p>
      <w:r>
        <w:rPr>
          <w:b/>
        </w:rPr>
        <w:t xml:space="preserve">[12:43] </w:t>
      </w:r>
      <w:r>
        <w:t>Iranian empire aur Roman empire ke beech mein tha Arabia.</w:t>
      </w:r>
    </w:p>
    <w:p>
      <w:pPr>
        <w:jc w:val="right"/>
      </w:pPr>
      <w:r>
        <w:t>ایرانی ایمپائر اور رومن ایمپائر کے بیچ میں تھا عربیہ۔</w:t>
      </w:r>
    </w:p>
    <w:p>
      <w:r>
        <w:rPr>
          <w:b/>
        </w:rPr>
        <w:t xml:space="preserve">[12:51] </w:t>
      </w:r>
      <w:r>
        <w:t>to yeh dono ke dono ko jab pata chala ke arab mein ek prophet nikle hain jo tauheed ka ailan kar rahe hain,</w:t>
      </w:r>
    </w:p>
    <w:p>
      <w:pPr>
        <w:jc w:val="right"/>
      </w:pPr>
      <w:r>
        <w:t>تو یہ دونوں کے دونوں کو جب پتہ چلا کہ عرب میں ایک پرافٹ نکلے ہیں جو توحید کا اعلان کر رہے ہیں،</w:t>
      </w:r>
    </w:p>
    <w:p>
      <w:r>
        <w:rPr>
          <w:b/>
        </w:rPr>
        <w:t xml:space="preserve">[13:07] </w:t>
      </w:r>
      <w:r>
        <w:t>to woh un ko apne mazhab ke khilaf lagaiye. kyunke Roman empire jo thi, woh woh Christian church ko manti thi aur Iranian empire jo thi, woh majusi log thay.</w:t>
      </w:r>
    </w:p>
    <w:p>
      <w:pPr>
        <w:jc w:val="right"/>
      </w:pPr>
      <w:r>
        <w:t>تو وہ ان کو اپنے مذہب کے خلاف لگائیے۔ کیونکہ رومن ایمپائر جو تھی، وہ وہ کرسچن چرچ کو مانتی تھی اور ایرانی ایمپائر جو تھی، وہ مجوسی لوگ تھے۔</w:t>
      </w:r>
    </w:p>
    <w:p>
      <w:r>
        <w:rPr>
          <w:b/>
        </w:rPr>
        <w:t xml:space="preserve">[13:22] </w:t>
      </w:r>
      <w:r>
        <w:t>woh aap ko poochte thay. rasool Allah ne kaha ke nahi, Khuda ek hai. aap oneness of God ki baat karne lagay.</w:t>
      </w:r>
    </w:p>
    <w:p>
      <w:pPr>
        <w:jc w:val="right"/>
      </w:pPr>
      <w:r>
        <w:t>وہ آپ کو پوچھتے تھے۔ رسول اللہ نے کہا کہ نہیں، خدا ایک ہے۔ آپ وننس آف گاڈ کی بات کرنے لگے۔</w:t>
      </w:r>
    </w:p>
    <w:p>
      <w:r>
        <w:rPr>
          <w:b/>
        </w:rPr>
        <w:t xml:space="preserve">[13:32] </w:t>
      </w:r>
      <w:r>
        <w:t>to unhone dekha ke yeh hamare paros mein ek naya mazhab jo ubhar raha hai, yeh hamare liye danger ban sakta hai, yeh hamare liye challenge ban sakta hai.</w:t>
      </w:r>
    </w:p>
    <w:p>
      <w:pPr>
        <w:jc w:val="right"/>
      </w:pPr>
      <w:r>
        <w:t>تو انہوں نے دیکھا کہ یہ ہمارے پڑوس میں ایک نیا مذہب جو ابھر رہا ہے، یہ ہمارے لیے ڈینجر بن سکتا ہے، یہ ہمارے لیے چیلنج بن سکتا ہے۔</w:t>
      </w:r>
    </w:p>
    <w:p>
      <w:r>
        <w:rPr>
          <w:b/>
        </w:rPr>
        <w:t xml:space="preserve">[13:45] </w:t>
      </w:r>
      <w:r>
        <w:t>to woh khud hi aap ke khilaf, aap ke mukhalif ho gaye.</w:t>
      </w:r>
    </w:p>
    <w:p>
      <w:pPr>
        <w:jc w:val="right"/>
      </w:pPr>
      <w:r>
        <w:t>تو وہ خود ہی آپ کے خلاف، آپ کے مخالف ہو گئے۔</w:t>
      </w:r>
    </w:p>
    <w:p>
      <w:r>
        <w:rPr>
          <w:b/>
        </w:rPr>
        <w:t xml:space="preserve">[13:52] </w:t>
      </w:r>
      <w:r>
        <w:t>halanke aap ne to kuch un ke khilaf nahi kiya tha. haan, aap ne letter bheje thay. aap ne Iranian empire, Iranian king ko letter bheje thay aur Roman king ko bhi letter bheje thay.</w:t>
      </w:r>
    </w:p>
    <w:p>
      <w:pPr>
        <w:jc w:val="right"/>
      </w:pPr>
      <w:r>
        <w:t>حالانکہ آپ نے تو کچھ ان کے خلاف نہیں کیا تھا۔ ہاں، آپ نے لیٹر بھیجے تھے۔ آپ نے ایرانی ایمپائر، ایرانی کنگ کو لیٹر بھیجے تھے اور رومن کنگ کو بھی لیٹر بھیجے تھے۔</w:t>
      </w:r>
    </w:p>
    <w:p>
      <w:r>
        <w:rPr>
          <w:b/>
        </w:rPr>
        <w:t xml:space="preserve">[14:09] </w:t>
      </w:r>
      <w:r>
        <w:t>is mein simple baat thi ke khuda ek hai, ek khuda ki ibadat karo, bas. aur kuch is mein baat nahi thi.</w:t>
      </w:r>
    </w:p>
    <w:p>
      <w:pPr>
        <w:jc w:val="right"/>
      </w:pPr>
      <w:r>
        <w:t>اس میں سمپل بات تھی کہ خدا ایک ہے، ایک خدا کی عبادت کرو، بس۔ اور کچھ اس میں بات نہیں تھی۔</w:t>
      </w:r>
    </w:p>
    <w:p>
      <w:r>
        <w:rPr>
          <w:b/>
        </w:rPr>
        <w:t xml:space="preserve">[14:18] </w:t>
      </w:r>
      <w:r>
        <w:t>to yeh use is se, is se bohat zyada woh woh ho gaye, alert ho gaye. woh log ke yeh to hamare paros mein ek naya mazhab ubhar raha hai, ek naya prophet ubhar raha hai, hamare mazhab ke ilawa ek aur mazhab ko le kar woh khara hua hai.</w:t>
      </w:r>
    </w:p>
    <w:p>
      <w:pPr>
        <w:jc w:val="right"/>
      </w:pPr>
      <w:r>
        <w:t>تو یہ اسے اس سے، اس سے بہت زیادہ وہ وہ ہو گئے، الرٹ ہو گئے۔ وہ لوگ کہ یہ تو ہمارے پڑوس میں ایک نیا مذہب ابھر رہا ہے، ایک نیا پرافٹ ابھر رہا ہے، ہمارے مذہب کے علاوہ ایک اور مذہب کو لے کر وہ کھڑا ہوا ہے۔</w:t>
      </w:r>
    </w:p>
    <w:p>
      <w:r>
        <w:rPr>
          <w:b/>
        </w:rPr>
        <w:t xml:space="preserve">[14:37] </w:t>
      </w:r>
      <w:r>
        <w:t>to unhon ne kya kiya? aap ke khilaf karwai shuru kardi.</w:t>
      </w:r>
    </w:p>
    <w:p>
      <w:pPr>
        <w:jc w:val="right"/>
      </w:pPr>
      <w:r>
        <w:t>تو انہوں نے کیا کیا؟ آپ کے خلاف کارروائی شروع کر دی۔</w:t>
      </w:r>
    </w:p>
    <w:p>
      <w:r>
        <w:rPr>
          <w:b/>
        </w:rPr>
        <w:t xml:space="preserve">[14:44] </w:t>
      </w:r>
      <w:r>
        <w:t>inhi ne shuru kiya tha wahm badu'akum wala marah yeh baat yahan bhi hui. to goya ke rasool Allah ke zamane mein bhi shuru hui thi, shuru ho chuka tha.</w:t>
      </w:r>
    </w:p>
    <w:p>
      <w:pPr>
        <w:jc w:val="right"/>
      </w:pPr>
      <w:r>
        <w:t>انہی نے شروع کیا تھا وھم بدعوکم ولا مرہ یہ بات یہاں بھی ہوئی۔ تو گویا کہ رسول اللہ کے زمانے میں بھی شروع ہوئی تھی، شروع ہو چکا تھا۔</w:t>
      </w:r>
    </w:p>
    <w:p>
      <w:r>
        <w:rPr>
          <w:b/>
        </w:rPr>
        <w:t xml:space="preserve">[14:56] </w:t>
      </w:r>
      <w:r>
        <w:t>manbir jo ghazwa mout thi, ghazwa mout jo rasool Allah ke zamane mein hui thi, woh aap, woh isi tarah ka ek muamla tha</w:t>
      </w:r>
    </w:p>
    <w:p>
      <w:pPr>
        <w:jc w:val="right"/>
      </w:pPr>
      <w:r>
        <w:t>منبیر جو غزوہ موت تھی، غزوہ موت جو رسول اللہ کے زمانے میں ہوئی تھی، وہ آپ، وہ اسی طرح کا ایک معاملہ تھا</w:t>
      </w:r>
    </w:p>
    <w:p>
      <w:r>
        <w:rPr>
          <w:b/>
        </w:rPr>
        <w:t xml:space="preserve">[15:05] </w:t>
      </w:r>
      <w:r>
        <w:t>jo roman empire ne apne matahat ab</w:t>
      </w:r>
    </w:p>
    <w:p>
      <w:pPr>
        <w:jc w:val="right"/>
      </w:pPr>
      <w:r>
        <w:t>جو رومن ایمپائر نے اپنے ماتحت اب</w:t>
      </w:r>
    </w:p>
    <w:p>
      <w:r>
        <w:rPr>
          <w:b/>
        </w:rPr>
        <w:t xml:space="preserve">[15:12] </w:t>
      </w:r>
      <w:r>
        <w:t>hakimon ke zariye se woh kuch woh ladai karwai thi. roman empire, woh indirect way mein roman empire ka attack tha.</w:t>
      </w:r>
    </w:p>
    <w:p>
      <w:pPr>
        <w:jc w:val="right"/>
      </w:pPr>
      <w:r>
        <w:t>حاکموں کے ذریعے سے وہ کچھ وہ لڑائی کروائی تھی۔ رومن ایمپائر، وہ ان ڈائریکٹ وے میں رومن ایمپائر کا اٹیک تھا۔</w:t>
      </w:r>
    </w:p>
    <w:p>
      <w:r>
        <w:rPr>
          <w:b/>
        </w:rPr>
        <w:t xml:space="preserve">[15:21] </w:t>
      </w:r>
      <w:r>
        <w:t>woh</w:t>
      </w:r>
    </w:p>
    <w:p>
      <w:pPr>
        <w:jc w:val="right"/>
      </w:pPr>
      <w:r>
        <w:t>وہ</w:t>
      </w:r>
    </w:p>
    <w:p>
      <w:r>
        <w:rPr>
          <w:b/>
        </w:rPr>
        <w:t xml:space="preserve">[15:24] </w:t>
      </w:r>
      <w:r>
        <w:t>to is tarah se unhon ne shuru kardi.</w:t>
      </w:r>
    </w:p>
    <w:p>
      <w:pPr>
        <w:jc w:val="right"/>
      </w:pPr>
      <w:r>
        <w:t>تو اس طرح سے انہوں نے شروع کر دی۔</w:t>
      </w:r>
    </w:p>
    <w:p>
      <w:r>
        <w:rPr>
          <w:b/>
        </w:rPr>
        <w:t xml:space="preserve">[15:29] </w:t>
      </w:r>
      <w:r>
        <w:t>phir rasool Allah ki fawwat hui aur aap ke companion jo the, un ke hath mein aaya sara muamla.</w:t>
      </w:r>
    </w:p>
    <w:p>
      <w:pPr>
        <w:jc w:val="right"/>
      </w:pPr>
      <w:r>
        <w:t>پھر رسول اللہ کی وفات ہوئی اور آپ کے کمپینین جو تھے، ان کے ہاتھ میں آیا سارا معاملہ۔</w:t>
      </w:r>
    </w:p>
    <w:p>
      <w:r>
        <w:rPr>
          <w:b/>
        </w:rPr>
        <w:t xml:space="preserve">[15:37] </w:t>
      </w:r>
      <w:r>
        <w:t>hazrat abubakar khalifa hue, is ke baad hazrat umar khalifa hue. to is zamane mein baqayda in dono se ladai hui. yeh ladai bhi apni haqeeqat ke aitbar se defensive war thi.</w:t>
      </w:r>
    </w:p>
    <w:p>
      <w:pPr>
        <w:jc w:val="right"/>
      </w:pPr>
      <w:r>
        <w:t>حضرت ابوبکر خلیفہ ہوئے، اس کے بعد حضرت عمر خلیفہ ہوئے۔ تو اس زمانے میں باقاعدہ ان دونوں سے لڑائی ہوئی۔ یہ لڑائی بھی اپنی حقیقت کے اعتبار سے ڈیفنسو وار تھی۔</w:t>
      </w:r>
    </w:p>
    <w:p>
      <w:r>
        <w:rPr>
          <w:b/>
        </w:rPr>
        <w:t xml:space="preserve">[15:51] </w:t>
      </w:r>
      <w:r>
        <w:t>is ladai mein bohat hi kam period mein dono empire toot gaein.</w:t>
      </w:r>
    </w:p>
    <w:p>
      <w:pPr>
        <w:jc w:val="right"/>
      </w:pPr>
      <w:r>
        <w:t>اس لڑائی میں بہت ہی کم پیریڈ میں دونوں ایمپائر ٹوٹ گئیں۔</w:t>
      </w:r>
    </w:p>
    <w:p>
      <w:r>
        <w:rPr>
          <w:b/>
        </w:rPr>
        <w:t xml:space="preserve">[15:57] </w:t>
      </w:r>
      <w:r>
        <w:t>roman empire bhi toot gayi aur irani empire bhi toot gayi. to yeh jo hukumatain theen, inhi ki waja se wahan par mazhabi jabr tha.</w:t>
      </w:r>
    </w:p>
    <w:p>
      <w:pPr>
        <w:jc w:val="right"/>
      </w:pPr>
      <w:r>
        <w:t>رومن ایمپائر بھی ٹوٹ گئی اور ایرانی ایمپائر بھی ٹوٹ گئی۔ تو یہ جو حکومتیں تھیں، انہی کی وجہ سے وہاں پر مذہبی جبر تھا۔</w:t>
      </w:r>
    </w:p>
    <w:p>
      <w:r>
        <w:rPr>
          <w:b/>
        </w:rPr>
        <w:t xml:space="preserve">[16:09] </w:t>
      </w:r>
      <w:r>
        <w:t>mazhabi jabr ke mani kya hain? ke state religion ke siwa kisi aur religion ko tolerant na karna, yeh tha. yeh hai religious persecution.</w:t>
      </w:r>
    </w:p>
    <w:p>
      <w:pPr>
        <w:jc w:val="right"/>
      </w:pPr>
      <w:r>
        <w:t>مذہبی جبر کے معنی کیا ہیں؟ کہ اسٹیٹ ریلیجن کے سوا کسی اور ریلیجن کو ٹالریٹ نہ کرنا، یہ تھا۔ یہ ہے ریلیجس پرسیکیوشن۔</w:t>
      </w:r>
    </w:p>
    <w:p>
      <w:r>
        <w:rPr>
          <w:b/>
        </w:rPr>
        <w:t xml:space="preserve">[16:22] </w:t>
      </w:r>
      <w:r>
        <w:t>to yani is waqt kaha gaya ke qatalu mat la takunu fitna in se lado yahan tak ke fitna khatam ho, yani religious persecution khatam ho.</w:t>
      </w:r>
    </w:p>
    <w:p>
      <w:pPr>
        <w:jc w:val="right"/>
      </w:pPr>
      <w:r>
        <w:t>تو یعنی اس وقت کہا گیا کہ قاتلو مت لا تكون فتنہ ان سے لڑو یہاں تک کہ فتنہ ختم ہو، یعنی ریلیجس پرسیکیوشن ختم ہو۔</w:t>
      </w:r>
    </w:p>
    <w:p>
      <w:r>
        <w:rPr>
          <w:b/>
        </w:rPr>
        <w:t xml:space="preserve">[16:37] </w:t>
      </w:r>
      <w:r>
        <w:t>to jab religious persecution, jab religious persecution tha, yeh mazhabi jabr tha, is ki waja se yeh jang pesh aai.</w:t>
      </w:r>
    </w:p>
    <w:p>
      <w:pPr>
        <w:jc w:val="right"/>
      </w:pPr>
      <w:r>
        <w:t>تو جب ریلیجس پرسیکیوشن، جب ریلیجس پرسیکیوشن تھا، یہ مذہبی جبر تھا، اس کی وجہ سے یہ جنگ پیش آئی۔</w:t>
      </w:r>
    </w:p>
    <w:p>
      <w:r>
        <w:rPr>
          <w:b/>
        </w:rPr>
        <w:t xml:space="preserve">[16:49] </w:t>
      </w:r>
      <w:r>
        <w:t>is ki waja se yeh jang pesh aai.</w:t>
      </w:r>
    </w:p>
    <w:p>
      <w:pPr>
        <w:jc w:val="right"/>
      </w:pPr>
      <w:r>
        <w:t>اس کی وجہ سے یہ جنگ پیش آئی۔</w:t>
      </w:r>
    </w:p>
    <w:p>
      <w:r>
        <w:rPr>
          <w:b/>
        </w:rPr>
        <w:t xml:space="preserve">[16:52] </w:t>
      </w:r>
      <w:r>
        <w:t>yani yeh jang according to the situation thi? jaise namaz parho, is mein situation ki baat nahi hai.</w:t>
      </w:r>
    </w:p>
    <w:p>
      <w:pPr>
        <w:jc w:val="right"/>
      </w:pPr>
      <w:r>
        <w:t>یعنی یہ جنگ اکارڈنگ ٹو دا سچویشن تھی۔ جیسے نماز پڑھو، اس میں سچویشن کی بات نہیں ہے۔</w:t>
      </w:r>
    </w:p>
    <w:p>
      <w:r>
        <w:rPr>
          <w:b/>
        </w:rPr>
        <w:t xml:space="preserve">[17:01] </w:t>
      </w:r>
      <w:r>
        <w:t>roza rakho, is mein koi situation ki baat nahi hai. lekin jo yeh farmaya ke jang karo, is mein poori tarike se yeh according to the situation thi.</w:t>
      </w:r>
    </w:p>
    <w:p>
      <w:pPr>
        <w:jc w:val="right"/>
      </w:pPr>
      <w:r>
        <w:t>روزہ رکھو، اس میں کوئی سچویشن کی بات نہیں ہے۔ لیکن جو یہ فرمایا کہ جنگ کرو، اس میں پوری طریقے سے یہ اکارڈنگ ٹو دا سچویشن تھی۔</w:t>
      </w:r>
    </w:p>
    <w:p>
      <w:r>
        <w:rPr>
          <w:b/>
        </w:rPr>
        <w:t xml:space="preserve">[17:14] </w:t>
      </w:r>
      <w:r>
        <w:t>ek situation badlegi to phir woh cheez mansookh ho jayegi.</w:t>
      </w:r>
    </w:p>
    <w:p>
      <w:pPr>
        <w:jc w:val="right"/>
      </w:pPr>
      <w:r>
        <w:t>ایک سچویشن بدلے گی تو پھر وہ چیز منسوخ ہو جائے گی۔</w:t>
      </w:r>
    </w:p>
    <w:p>
      <w:r>
        <w:rPr>
          <w:b/>
        </w:rPr>
        <w:t xml:space="preserve">[17:18] </w:t>
      </w:r>
      <w:r>
        <w:t>situation badlegi to woh kaam khatam, woh woh baat bhi khatam ho jayegi. chunancha kya hua ke ashab e rasool ke zariye jab yeh roman empire aur sasani empire tooti,</w:t>
      </w:r>
    </w:p>
    <w:p>
      <w:pPr>
        <w:jc w:val="right"/>
      </w:pPr>
      <w:r>
        <w:t>سچویشن بدلے گی تو وہ کام ختم، وہ وہ بات بھی ختم ہو جائے گی۔ چنانچہ کیا ہوا کہ اصحاب رسول کے ذریعے جب یہ رومن ایمپائر اور ساسانی ایمپائر ٹوٹی،</w:t>
      </w:r>
    </w:p>
    <w:p>
      <w:r>
        <w:rPr>
          <w:b/>
        </w:rPr>
        <w:t xml:space="preserve">[17:34] </w:t>
      </w:r>
      <w:r>
        <w:t>is zamane mein jo irani hukumat thi, us ko kaha jata tha sasani empire aur jo roman hukumat thi, us ko kaha jata tha byzantine empire.</w:t>
      </w:r>
    </w:p>
    <w:p>
      <w:pPr>
        <w:jc w:val="right"/>
      </w:pPr>
      <w:r>
        <w:t>اس زمانے میں جو ایرانی حکومت تھی، اس کو کہا جاتا تھا ساسانی ایمپائر اور جو رومن حکومت تھی، اس کو کہا جاتا تھا بازنتینی ایمپائر۔</w:t>
      </w:r>
    </w:p>
    <w:p>
      <w:r>
        <w:rPr>
          <w:b/>
        </w:rPr>
        <w:t xml:space="preserve">[17:45] </w:t>
      </w:r>
      <w:r>
        <w:t>to yeh dono hukumatain toot gaein. to yeh ek history mein ek bohat bara change aaya.</w:t>
      </w:r>
    </w:p>
    <w:p>
      <w:pPr>
        <w:jc w:val="right"/>
      </w:pPr>
      <w:r>
        <w:t>تو یہ دونوں حکومتیں ٹوٹ گئیں۔ تو یہ ایک ہسٹری میں ایک بہت بڑا چینج آیا۔</w:t>
      </w:r>
    </w:p>
    <w:p>
      <w:r>
        <w:rPr>
          <w:b/>
        </w:rPr>
        <w:t xml:space="preserve">[17:56] </w:t>
      </w:r>
      <w:r>
        <w:t>change yeh aaya ke ek naya process shuru hua. naya process yani mazhabi jabr ki jagah mazhabi azadi ka daur, religious persecution ki jagah religious freedom ka daur.</w:t>
      </w:r>
    </w:p>
    <w:p>
      <w:pPr>
        <w:jc w:val="right"/>
      </w:pPr>
      <w:r>
        <w:t>چینج یہ آیا کہ ایک نیا پروسیس شروع ہوا۔ نیا پروسیس یعنی مذہبی جبر کی جگہ مذہبی آزادی کا دور، ریلیجس پرسیکیوشن کی جگہ ریلیجس فریڈم کا دور۔</w:t>
      </w:r>
    </w:p>
    <w:p>
      <w:r>
        <w:rPr>
          <w:b/>
        </w:rPr>
        <w:t xml:space="preserve">[18:11] </w:t>
      </w:r>
      <w:r>
        <w:t>dekhiye, history mein is tarah ki jo tabdeeli aati hai, woh achanak nahi aati. woh ek process ke through aati hai. kabhi aisa nahi hota jaise hawai jahaz achanak to ban nahi gaya,</w:t>
      </w:r>
    </w:p>
    <w:p>
      <w:pPr>
        <w:jc w:val="right"/>
      </w:pPr>
      <w:r>
        <w:t>دیکھیے، ہسٹری میں اس طرح کی جو تبدیلی آتی ہے، وہ اچانک نہیں آتی۔ وہ ایک پروسیس کے تھرو آتی ہے۔ کبھی ایسا نہیں ہوتا جیسے ہوا جہاز اچانک تو بن نہیں گیا،</w:t>
      </w:r>
    </w:p>
    <w:p>
      <w:r>
        <w:rPr>
          <w:b/>
        </w:rPr>
        <w:t xml:space="preserve">[18:25] </w:t>
      </w:r>
      <w:r>
        <w:t>motor car hawa jahaz achank nahi ban gae. ek lambe process ke baad woh waqt aata hai ke is ki yeh cheez ban kar tayyar hoti hai.</w:t>
      </w:r>
    </w:p>
    <w:p>
      <w:pPr>
        <w:jc w:val="right"/>
      </w:pPr>
      <w:r>
        <w:t>موٹر کار ہوا جہاز اچانک نہیں بن گئی۔ ایک لمبے پروسیس کے بعد وہ وقت آتا ہے کہ اس کی یہ چیز بن کر تیار ہوتی ہے۔</w:t>
      </w:r>
    </w:p>
    <w:p>
      <w:r>
        <w:rPr>
          <w:b/>
        </w:rPr>
        <w:t xml:space="preserve">[18:37] </w:t>
      </w:r>
      <w:r>
        <w:t>to history of thought ka mamla bhi yahi hai.</w:t>
      </w:r>
    </w:p>
    <w:p>
      <w:pPr>
        <w:jc w:val="right"/>
      </w:pPr>
      <w:r>
        <w:t>تو ہسٹری آف تھاٹ کا معاملہ بھی یہی ہے۔</w:t>
      </w:r>
    </w:p>
    <w:p>
      <w:r>
        <w:rPr>
          <w:b/>
        </w:rPr>
        <w:t xml:space="preserve">[18:41] </w:t>
      </w:r>
      <w:r>
        <w:t>yani machine jis tarah banti hain, bohat dinon ke baad ek process se guzarte hue. to history of thought ka mamla bhi yahi hai. yani yani afkar ki duniya mein bhi jo change aata hai, woh through process aata hai.</w:t>
      </w:r>
    </w:p>
    <w:p>
      <w:pPr>
        <w:jc w:val="right"/>
      </w:pPr>
      <w:r>
        <w:t>یعنی مشینیں جس طرح بنتی ہیں، بہت دنوں کے بعد ایک پروسیس سے گزرتے ہوئے۔ تو ہسٹری آف تھاٹ کا معاملہ بھی یہی ہے۔ یعنی یعنی افکار کی دنیا میں بھی جو چینج آتا ہے، وہ تھرو پروسیس آتا ہے۔</w:t>
      </w:r>
    </w:p>
    <w:p>
      <w:r>
        <w:rPr>
          <w:b/>
        </w:rPr>
        <w:t xml:space="preserve">[18:57] </w:t>
      </w:r>
      <w:r>
        <w:t>to jab aisa hua ke yeh kingship toot gayi, yeh empire toot gayi, jo ke religious persecution qaim ki hui thi duniya mein,</w:t>
      </w:r>
    </w:p>
    <w:p>
      <w:pPr>
        <w:jc w:val="right"/>
      </w:pPr>
      <w:r>
        <w:t>تو جب ایسا ہوا کہ یہ کنگ شپ ٹوٹ گئی، یہ ایمپائر ٹوٹ گئی، جو کہ ریلیجس پرسیکیوشن قائم کی ہوئی تھی دنیا میں،</w:t>
      </w:r>
    </w:p>
    <w:p>
      <w:r>
        <w:rPr>
          <w:b/>
        </w:rPr>
        <w:t xml:space="preserve">[19:13] </w:t>
      </w:r>
      <w:r>
        <w:t>to phir ek naya process chala. ek naya inqilab shuru hua. isi liye Henry Piren ne, France ka ek historian hai, Henry Piren,</w:t>
      </w:r>
    </w:p>
    <w:p>
      <w:pPr>
        <w:jc w:val="right"/>
      </w:pPr>
      <w:r>
        <w:t>تو پھر ایک نیا پروسیس چلا۔ ایک نیا انقلاب شروع ہوا۔ اسی لیے ہنری پرین نے، فرانس کا ایک ہسٹورین ہے، ہنری پرین،</w:t>
      </w:r>
    </w:p>
    <w:p>
      <w:r>
        <w:rPr>
          <w:b/>
        </w:rPr>
        <w:t xml:space="preserve">[19:27] </w:t>
      </w:r>
      <w:r>
        <w:t>us ne likha hai ke agar Muhammad ke followers ne yeh empire jo thi, in ko toda na hota to aaj bhi duniya mein jabr hi ka zamana hota,</w:t>
      </w:r>
    </w:p>
    <w:p>
      <w:pPr>
        <w:jc w:val="right"/>
      </w:pPr>
      <w:r>
        <w:t>اس نے لکھا ہے کہ اگر محمد کے فالوورز نے یہ ایمپائر جو تھی، ان کو توڑا نہ ہوتا تو آج بھی دنیا میں جبر ہی کا زمانہ ہوتا،</w:t>
      </w:r>
    </w:p>
    <w:p>
      <w:r>
        <w:rPr>
          <w:b/>
        </w:rPr>
        <w:t xml:space="preserve">[19:42] </w:t>
      </w:r>
      <w:r>
        <w:t>ghulami ka zamana hota, religious persecution ka zamana hota.</w:t>
      </w:r>
    </w:p>
    <w:p>
      <w:pPr>
        <w:jc w:val="right"/>
      </w:pPr>
      <w:r>
        <w:t>غلامی کا زمانہ ہوتا، ریلیجس پرسیکیوشن کا زمانہ ہوتا۔</w:t>
      </w:r>
    </w:p>
    <w:p>
      <w:r>
        <w:rPr>
          <w:b/>
        </w:rPr>
        <w:t xml:space="preserve">[19:48] </w:t>
      </w:r>
      <w:r>
        <w:t>to us ne likha hai ke Muhammad ke followers ne jab in ko toda, in chatanon ko, to history mein unhon ne naya ek naya process jari kar diya.</w:t>
      </w:r>
    </w:p>
    <w:p>
      <w:pPr>
        <w:jc w:val="right"/>
      </w:pPr>
      <w:r>
        <w:t>تو اس نے لکھا ہے کہ محمد کے فالوورز نے جب ان کو توڑا، ان چٹانوں کو، تو ہسٹری میں انہوں نے نیا ایک نیا پروسیس جاری کر دیا۔</w:t>
      </w:r>
    </w:p>
    <w:p>
      <w:r>
        <w:rPr>
          <w:b/>
        </w:rPr>
        <w:t xml:space="preserve">[20:00] </w:t>
      </w:r>
      <w:r>
        <w:t>chunanche woh likhta hai ke is ka acknowledge karte hue, is ko acknowledge karte hue ke Islam change the face of the globe,</w:t>
      </w:r>
    </w:p>
    <w:p>
      <w:pPr>
        <w:jc w:val="right"/>
      </w:pPr>
      <w:r>
        <w:t>چنانچہ وہ لکھتا ہے کہ اس کا اکنالج کرتے ہوئے، اس کو اکنالج کرتے ہوئے کہ اسلام چینج دا فیس آف دا گلوب،</w:t>
      </w:r>
    </w:p>
    <w:p>
      <w:r>
        <w:rPr>
          <w:b/>
        </w:rPr>
        <w:t xml:space="preserve">[20:14] </w:t>
      </w:r>
      <w:r>
        <w:t>the traditional order of history was overthrown.</w:t>
      </w:r>
    </w:p>
    <w:p>
      <w:pPr>
        <w:jc w:val="right"/>
      </w:pPr>
      <w:r>
        <w:t>دا ٹریڈیشنل آرڈر آف ہسٹری واز اوور تھرونڈ۔</w:t>
      </w:r>
    </w:p>
    <w:p>
      <w:r>
        <w:rPr>
          <w:b/>
        </w:rPr>
        <w:t xml:space="preserve">[20:20] </w:t>
      </w:r>
      <w:r>
        <w:t>to yeh hua aur yeh main yeh manta hoon ke is process ka culmination jo tha, woh Europe mein hua. yeh process shuru to hua Makkah Madinah se, yani companion ke zamane mein,</w:t>
      </w:r>
    </w:p>
    <w:p>
      <w:pPr>
        <w:jc w:val="right"/>
      </w:pPr>
      <w:r>
        <w:t>تو یہ ہوا اور یہ میں یہ مانتا ہوں کہ اس پروسیس کا کلمیشن جو تھا، وہ یورپ میں ہوا۔ یہ پروسیس شروع تو ہوا مکہ مدینے سے، یعنی کمپینین کے زمانے میں،</w:t>
      </w:r>
    </w:p>
    <w:p>
      <w:r>
        <w:rPr>
          <w:b/>
        </w:rPr>
        <w:t xml:space="preserve">[20:36] </w:t>
      </w:r>
      <w:r>
        <w:t>lekin process yeh bohat hi lamba process tha. yani hazaron saal ki tradition ko todna tha, hazaron saal ki condition ko todna tha,</w:t>
      </w:r>
    </w:p>
    <w:p>
      <w:pPr>
        <w:jc w:val="right"/>
      </w:pPr>
      <w:r>
        <w:t>لیکن پروسیس یہ بہت ہی لمبا پروسیس تھا۔ یعنی ہزاروں سال کی ٹریڈیشن کو توڑنا تھا، ہزاروں سال کی کنڈیشن کو توڑنا تھا،</w:t>
      </w:r>
    </w:p>
    <w:p>
      <w:r>
        <w:rPr>
          <w:b/>
        </w:rPr>
        <w:t xml:space="preserve">[20:46] </w:t>
      </w:r>
      <w:r>
        <w:t>hazaron saal ke bane hue samajhi naqshe ko todna tha. yeh kaam achank nahi hota. to pura pura samaj, pura pura culture jo base karta tha religious persecution par,</w:t>
      </w:r>
    </w:p>
    <w:p>
      <w:pPr>
        <w:jc w:val="right"/>
      </w:pPr>
      <w:r>
        <w:t>ہزاروں سال کے بنے ہوئے سماجی نقشے کو توڑنا تھا۔ یہ کام اچانک نہیں ہوتا۔ تو پورا پورا سماج، پورا پورا کلچر جو بیس کرتا تھا ریلیجس پرسیکیوشن پر،</w:t>
      </w:r>
    </w:p>
    <w:p>
      <w:r>
        <w:rPr>
          <w:b/>
        </w:rPr>
        <w:t xml:space="preserve">[21:02] </w:t>
      </w:r>
      <w:r>
        <w:t>ab is ki jo hai replacement hona tha, woh religious freedom ka.</w:t>
      </w:r>
    </w:p>
    <w:p>
      <w:pPr>
        <w:jc w:val="right"/>
      </w:pPr>
      <w:r>
        <w:t>اب اس کی جو ہے ریپلیسمنٹ ہونا تھا، وہ ریلیجس فریڈم کا۔</w:t>
      </w:r>
    </w:p>
    <w:p>
      <w:r>
        <w:rPr>
          <w:b/>
        </w:rPr>
        <w:t xml:space="preserve">[21:07] </w:t>
      </w:r>
      <w:r>
        <w:t>to process ke roop mein yeh chala aur is tarah ke tabdiliyan, is tarah ke changes history mein process hi ke roop mein aate hain.</w:t>
      </w:r>
    </w:p>
    <w:p>
      <w:pPr>
        <w:jc w:val="right"/>
      </w:pPr>
      <w:r>
        <w:t>تو پروسیس کے روپ میں یہ چلا اور اس طرح کے تبدیلیاں، اس طرح کے چینجز ہسٹری میں پروسیس ہی کے روپ میں آتے ہیں۔</w:t>
      </w:r>
    </w:p>
    <w:p>
      <w:r>
        <w:rPr>
          <w:b/>
        </w:rPr>
        <w:t xml:space="preserve">[21:19] </w:t>
      </w:r>
      <w:r>
        <w:t>sudden change naam ki koi cheez nahi hai history mein. to yeh jo process chala, is ka culmination hua Europe mein aa kar ke</w:t>
      </w:r>
    </w:p>
    <w:p>
      <w:pPr>
        <w:jc w:val="right"/>
      </w:pPr>
      <w:r>
        <w:t>سڈن چینج نام کی کوئی چیز نہیں ہے ہسٹری میں۔ تو یہ جو پروسیس چلا، اس کا کلمیشن ہوا یورپ میں آ کر کے</w:t>
      </w:r>
    </w:p>
    <w:p>
      <w:r>
        <w:rPr>
          <w:b/>
        </w:rPr>
        <w:t xml:space="preserve">[21:32] </w:t>
      </w:r>
      <w:r>
        <w:t>. aap jante hain ke Europe mein jo inqilabat hue, us ke baad mukammal maanon mein, 100 percent maanon mein insaan ke liye freedom ko tasleem kar liya gaya.</w:t>
      </w:r>
    </w:p>
    <w:p>
      <w:pPr>
        <w:jc w:val="right"/>
      </w:pPr>
      <w:r>
        <w:t>۔ آپ جانتے ہیں کہ یورپ میں جو انقلابات ہوئے، اس کے بعد مکمل معنوں میں، سیٹ 100 فیصد معنوں میں انسان کے لیے فریڈم کو تسلیم کر لیا گیا۔</w:t>
      </w:r>
    </w:p>
    <w:p>
      <w:r>
        <w:rPr>
          <w:b/>
        </w:rPr>
        <w:t xml:space="preserve">[21:47] </w:t>
      </w:r>
      <w:r>
        <w:t>ab jo United Nations bani hai, jis mein taqreeban 200 countries, yani saare hi countries ne is par sign kiye hain, to is mein jo charter of human rights hai, jo sab ka mana hua hai,</w:t>
      </w:r>
    </w:p>
    <w:p>
      <w:pPr>
        <w:jc w:val="right"/>
      </w:pPr>
      <w:r>
        <w:t>اب جو یونائٹڈ نیشنز بنی ہے، جس میں تقریباً 200 کنٹریز، یعنی سارے ہی کنٹریز نے اس پر سائن کیے ہیں، تو اس میں جو چارٹر آف ہیومن رائٹس ہے، جو سب کا مانا ہوا ہے،</w:t>
      </w:r>
    </w:p>
    <w:p>
      <w:r>
        <w:rPr>
          <w:b/>
        </w:rPr>
        <w:t xml:space="preserve">[22:02] </w:t>
      </w:r>
      <w:r>
        <w:t>is mein yeh likha hua hai ke har insaan ko poori poori freedom mile gi. in terms of religion, in terms of thought, in terms of ideology, in terms of practice, poori poori, except violence.</w:t>
      </w:r>
    </w:p>
    <w:p>
      <w:pPr>
        <w:jc w:val="right"/>
      </w:pPr>
      <w:r>
        <w:t>اس میں یہ لکھا ہوا ہے کہ ہر انسان کو پوری پوری فریڈم ملے گی۔ ان ٹرم آف ریلیجن، ان ٹرم آف تھاٹ، ان ٹرم آف آئیڈیالوجی، ان ٹرم آف پریکٹس، پوری پوری، ایکسیپٹ وائلنس۔</w:t>
      </w:r>
    </w:p>
    <w:p>
      <w:r>
        <w:rPr>
          <w:b/>
        </w:rPr>
        <w:t xml:space="preserve">[22:19] </w:t>
      </w:r>
      <w:r>
        <w:t>yani insaan ko violence ki freedom to nahi rahe gi, lekin violence ko chhod kar ke peaceful way mein woh jo chahe kare, poori poori freedom us ko hasil rahe gi.</w:t>
      </w:r>
    </w:p>
    <w:p>
      <w:pPr>
        <w:jc w:val="right"/>
      </w:pPr>
      <w:r>
        <w:t>یعنی انسان کو وائلنس کی فریڈم تو نہیں رہے گی، لیکن وائلنس کو چھوڑ کر کے پیس فل وے میں وہ جو چاہے کرے، پوری پوری فریڈم اس کو حاصل رہے گی۔</w:t>
      </w:r>
    </w:p>
    <w:p>
      <w:r>
        <w:rPr>
          <w:b/>
        </w:rPr>
        <w:t xml:space="preserve">[22:34] </w:t>
      </w:r>
      <w:r>
        <w:t>to yeh phir saari duniya mein hua.</w:t>
      </w:r>
    </w:p>
    <w:p>
      <w:pPr>
        <w:jc w:val="right"/>
      </w:pPr>
      <w:r>
        <w:t>تو یہ پھر ساری دنیا میں ہوا۔</w:t>
      </w:r>
    </w:p>
    <w:p>
      <w:r>
        <w:rPr>
          <w:b/>
        </w:rPr>
        <w:t xml:space="preserve">[22:37] </w:t>
      </w:r>
      <w:r>
        <w:t>aap dekhiye, jitni bhi countries hain, har har countries ke constitution mein yeh likha gaya hai ke un ke, yani har citizen ko poori poori freedom mili rahe gi.</w:t>
      </w:r>
    </w:p>
    <w:p>
      <w:pPr>
        <w:jc w:val="right"/>
      </w:pPr>
      <w:r>
        <w:t>آپ دیکھیے، جتنی بھی کنٹریز ہیں، ہر ہر کنٹریز کے کانسٹیٹیوشن میں یہ لکھا گیا ہے کہ ان کے، یعنی ہر سٹیزن کو پوری پوری فریڈم ملی رہے گی۔</w:t>
      </w:r>
    </w:p>
    <w:p>
      <w:r>
        <w:rPr>
          <w:b/>
        </w:rPr>
        <w:t xml:space="preserve">[22:54] </w:t>
      </w:r>
      <w:r>
        <w:t>India mein jo constitution hai, is mein bhi ek clause maujood hai ke har ek ko poori poori freedom, religion ki freedom, religion practice karne ki freedom, yahan tak ke religion ko propagate karne ki bhi freedom,</w:t>
      </w:r>
    </w:p>
    <w:p>
      <w:pPr>
        <w:jc w:val="right"/>
      </w:pPr>
      <w:r>
        <w:t>انڈیا میں جو کانسٹیٹیوشن ہے، اس میں بھی ایک کلاس موجود ہے کہ ہر ایک کو پوری پوری فریڈم، ریلیجن کی فریڈم، ریلیجن پریکٹس کرنے کی فریڈم، یہاں تک کہ ریلیجن کو پروپیگیٹ کرنے کی بھی فریڈم،</w:t>
      </w:r>
    </w:p>
    <w:p>
      <w:r>
        <w:rPr>
          <w:b/>
        </w:rPr>
        <w:t xml:space="preserve">[23:11] </w:t>
      </w:r>
      <w:r>
        <w:t>yeh sab hamare constitution mein likha hua hai.</w:t>
      </w:r>
    </w:p>
    <w:p>
      <w:pPr>
        <w:jc w:val="right"/>
      </w:pPr>
      <w:r>
        <w:t>یہ سب ہمارے کانسٹیٹیوشن میں لکھا ہوا ہے۔</w:t>
      </w:r>
    </w:p>
    <w:p>
      <w:r>
        <w:rPr>
          <w:b/>
        </w:rPr>
        <w:t xml:space="preserve">[23:15] </w:t>
      </w:r>
      <w:r>
        <w:t>ab dekhiye, main yeh kehta hoon ke jab oont ko replace kiya gaya hawa jahaz se, to oont chhoot gaya.</w:t>
      </w:r>
    </w:p>
    <w:p>
      <w:pPr>
        <w:jc w:val="right"/>
      </w:pPr>
      <w:r>
        <w:t>اب دیکھیے، میں یہ کہتا ہوں کہ جب اونٹ کو ریپلیس کیا گیا ہوا جہاز سے، تو اونٹ چھوٹ گیا۔</w:t>
      </w:r>
    </w:p>
    <w:p>
      <w:r>
        <w:rPr>
          <w:b/>
        </w:rPr>
        <w:t xml:space="preserve">[23:25] </w:t>
      </w:r>
      <w:r>
        <w:t>ab hawa jahaz pe safar hone laga.</w:t>
      </w:r>
    </w:p>
    <w:p>
      <w:pPr>
        <w:jc w:val="right"/>
      </w:pPr>
      <w:r>
        <w:t>اب ہوا جہاز پہ سفر ہونے لگا۔</w:t>
      </w:r>
    </w:p>
    <w:p>
      <w:r>
        <w:rPr>
          <w:b/>
        </w:rPr>
        <w:t xml:space="preserve">[23:28] </w:t>
      </w:r>
      <w:r>
        <w:t>aise hi jab defence war ke mamle mein ghore ko replace kiya gaya aur aa gaya, uske baad yani modern weapons aa gaye, to ghore ko chhod diya gaya aur modern weapons ko le liya gaya.</w:t>
      </w:r>
    </w:p>
    <w:p>
      <w:pPr>
        <w:jc w:val="right"/>
      </w:pPr>
      <w:r>
        <w:t>ایسے ہی جب ڈیفنسو وار کے معاملے میں گھوڑے کو ریپلیس کیا گیا اور آ گیا، اس کے بعد یعنی ماڈرن ویپنز آ گئے، تو گھوڑے کو چھوڑ دیا گیا اور ماڈرن ویپنز کو لے لیا گیا۔</w:t>
      </w:r>
    </w:p>
    <w:p>
      <w:r>
        <w:rPr>
          <w:b/>
        </w:rPr>
        <w:t xml:space="preserve">[23:46] </w:t>
      </w:r>
      <w:r>
        <w:t>theek isi tarike se jab religious persecution ka zamana khatm ho gaya aur aa gaya uski jagah par religious freedom, to yahan qatal bhi khatm ho jayega,</w:t>
      </w:r>
    </w:p>
    <w:p>
      <w:pPr>
        <w:jc w:val="right"/>
      </w:pPr>
      <w:r>
        <w:t>ٹھیک اسی طریقے سے جب ریلیجس پرسیکیوشن کا زمانہ ختم ہو گیا اور آ گیا اس کی جگہ پر ریلیجس فریڈم، تو یہاں قتال بھی ختم ہو جائے گا،</w:t>
      </w:r>
    </w:p>
    <w:p>
      <w:r>
        <w:rPr>
          <w:b/>
        </w:rPr>
        <w:t xml:space="preserve">[24:00] </w:t>
      </w:r>
      <w:r>
        <w:t>war bhi khatm ho jayegi. War hoti thi is liye ke duniya mein religious freedom tha, nahi tha.</w:t>
      </w:r>
    </w:p>
    <w:p>
      <w:pPr>
        <w:jc w:val="right"/>
      </w:pPr>
      <w:r>
        <w:t>وار بھی ختم ہو جائے گی۔ وار ہوتی تھی اس لیے کہ دنیا میں ریلیجس فریڈم تھا، نہیں تھا۔</w:t>
      </w:r>
    </w:p>
    <w:p>
      <w:r>
        <w:rPr>
          <w:b/>
        </w:rPr>
        <w:t xml:space="preserve">[24:09] </w:t>
      </w:r>
      <w:r>
        <w:t>yani war jo hoti thi, takrao jo hota tha, is liye ke duniya mein religious persecution tha, mazhabi jabr tha. Jab mazhabi jabr khatm to ladai bhi khatm, religious persecution khatm to war bhi khatm.</w:t>
      </w:r>
    </w:p>
    <w:p>
      <w:pPr>
        <w:jc w:val="right"/>
      </w:pPr>
      <w:r>
        <w:t>یعنی وار جو ہوتی تھی، ٹکراؤ جو ہوتا تھا، اس لیے کہ دنیا میں ریلیجس پرسیکیوشن تھا، مذہبی جبر تھا۔ جب مذہبی جبر ختم تو لڑائی بھی ختم، ریلیجس پرسیکیوشن ختم تو وار بھی ختم۔</w:t>
      </w:r>
    </w:p>
    <w:p>
      <w:r>
        <w:rPr>
          <w:b/>
        </w:rPr>
        <w:t xml:space="preserve">[24:25] </w:t>
      </w:r>
      <w:r>
        <w:t>to ab yahan bhi replacement ho chuka hai. Ab kya karna hai?</w:t>
      </w:r>
    </w:p>
    <w:p>
      <w:pPr>
        <w:jc w:val="right"/>
      </w:pPr>
      <w:r>
        <w:t>تو اب یہاں بھی ریپلیسمنٹ ہو چکا ہے۔ اب کیا کرنا ہے؟</w:t>
      </w:r>
    </w:p>
    <w:p>
      <w:r>
        <w:rPr>
          <w:b/>
        </w:rPr>
        <w:t xml:space="preserve">[24:30] </w:t>
      </w:r>
      <w:r>
        <w:t>Ab yeh karna hai ke</w:t>
      </w:r>
    </w:p>
    <w:p>
      <w:pPr>
        <w:jc w:val="right"/>
      </w:pPr>
      <w:r>
        <w:t>اب یہ کرنا ہے کہ</w:t>
      </w:r>
    </w:p>
    <w:p>
      <w:r>
        <w:rPr>
          <w:b/>
        </w:rPr>
        <w:t xml:space="preserve">[24:34] </w:t>
      </w:r>
      <w:r>
        <w:t>peaceful dawah work, bas yani peaceful tarike par apne mazhab ko practice karna.</w:t>
      </w:r>
    </w:p>
    <w:p>
      <w:pPr>
        <w:jc w:val="right"/>
      </w:pPr>
      <w:r>
        <w:t>پیس فل دعویٰ ورک، بس یعنی پیس فل طریقے پر اپنے مذہب کو پریکٹس کرنا۔</w:t>
      </w:r>
    </w:p>
    <w:p>
      <w:r>
        <w:rPr>
          <w:b/>
        </w:rPr>
        <w:t xml:space="preserve">[24:45] </w:t>
      </w:r>
      <w:r>
        <w:t>yani peaceful way mein, religious is peaceful way mein aap education ke system banaiye, peaceful way mein aap religious institutions banaiye,</w:t>
      </w:r>
    </w:p>
    <w:p>
      <w:pPr>
        <w:jc w:val="right"/>
      </w:pPr>
      <w:r>
        <w:t>یعنی پیس فل وے میں، ریلیجس اس پیس فل وے میں آپ ایجوکیشن کے سسٹم بنائیے، پیس فل وے میں آپ ریلیجس انسٹیٹیوشنز بنائیے،</w:t>
      </w:r>
    </w:p>
    <w:p>
      <w:r>
        <w:rPr>
          <w:b/>
        </w:rPr>
        <w:t xml:space="preserve">[24:56] </w:t>
      </w:r>
      <w:r>
        <w:t>peaceful tarike se aap apne mazhab ko duniya mein phailaiye, peaceful tarike se aap dawah work kijiye.</w:t>
      </w:r>
    </w:p>
    <w:p>
      <w:pPr>
        <w:jc w:val="right"/>
      </w:pPr>
      <w:r>
        <w:t>پیس فل طریقے سے آپ اپنے مذہب کو دنیا میں پھیلائیے، پیس فل طریقے سے آپ دعویٰ ورک کیجئے۔</w:t>
      </w:r>
    </w:p>
    <w:p>
      <w:r>
        <w:rPr>
          <w:b/>
        </w:rPr>
        <w:t xml:space="preserve">[25:06] </w:t>
      </w:r>
      <w:r>
        <w:t>to peaceful tarike se namaz roza karna hai, peaceful tarike se hajj karna hai, peaceful tarike se dawah work karna hai. Ab koi jab ladne wala nahi to ab kyun ladenge khwamkhwah kisi se?</w:t>
      </w:r>
    </w:p>
    <w:p>
      <w:pPr>
        <w:jc w:val="right"/>
      </w:pPr>
      <w:r>
        <w:t>تو پیس فل طریقے سے نماز روزہ کرنا ہے، پیس فل طریقے سے حج کرنا ہے، پیس فل طریقے سے دعویٰ ورک کرنا ہے۔ اب کوئی جب لڑنے والا نہیں تو اب کیوں لڑیں گے خوامخواہ کسی سے؟</w:t>
      </w:r>
    </w:p>
    <w:p>
      <w:r>
        <w:rPr>
          <w:b/>
        </w:rPr>
        <w:t xml:space="preserve">[25:19] </w:t>
      </w:r>
      <w:r>
        <w:t>Koi ladne wala hi nahi hai.</w:t>
      </w:r>
    </w:p>
    <w:p>
      <w:pPr>
        <w:jc w:val="right"/>
      </w:pPr>
      <w:r>
        <w:t>کوئی لڑنے والا ہی نہیں ہے۔</w:t>
      </w:r>
    </w:p>
    <w:p>
      <w:r>
        <w:rPr>
          <w:b/>
        </w:rPr>
        <w:t xml:space="preserve">[25:23] </w:t>
      </w:r>
      <w:r>
        <w:t>Ab to ladai hogi is is waqt jab ke aap khud khwamkhwah ladai chhedein. Jaise ek bell hai, woh khada hua hai raste ke kinare, woh khada hua hai.</w:t>
      </w:r>
    </w:p>
    <w:p>
      <w:pPr>
        <w:jc w:val="right"/>
      </w:pPr>
      <w:r>
        <w:t>اب تو لڑائی ہوگی اس اس وقت جب کہ آپ خود خوامخواہ لڑائی چھیڑیں۔ جیسے ایک بیل ہے، وہ کھڑا ہوا ہے راستے کے کنارے، وہ کھڑا ہوا ہے۔</w:t>
      </w:r>
    </w:p>
    <w:p>
      <w:r>
        <w:rPr>
          <w:b/>
        </w:rPr>
        <w:t xml:space="preserve">[25:38] </w:t>
      </w:r>
      <w:r>
        <w:t>Bas is is ki nature hi keh rahi hai ke wahan chup chap khade raho. Ab aap usko patthar maarein to zahir hai ke aap ko seeng maarega.</w:t>
      </w:r>
    </w:p>
    <w:p>
      <w:pPr>
        <w:jc w:val="right"/>
      </w:pPr>
      <w:r>
        <w:t>بس اس اس کی نیچر ہی کہہ رہی ہے کہ وہاں چپ چاپ کھڑے رہو۔ اب آپ اس کو پتھر ماریں تو ظاہر ہے کہ آپ کو سینگ مارے گا۔</w:t>
      </w:r>
    </w:p>
    <w:p>
      <w:r>
        <w:rPr>
          <w:b/>
        </w:rPr>
        <w:t xml:space="preserve">[25:50] </w:t>
      </w:r>
      <w:r>
        <w:t>woh</w:t>
      </w:r>
    </w:p>
    <w:p>
      <w:pPr>
        <w:jc w:val="right"/>
      </w:pPr>
      <w:r>
        <w:t>وہ</w:t>
      </w:r>
    </w:p>
    <w:p>
      <w:r>
        <w:rPr>
          <w:b/>
        </w:rPr>
        <w:t xml:space="preserve">[25:51] </w:t>
      </w:r>
      <w:r>
        <w:t>isi ko kehte hain, "ab bell mujhe maar, ab bell mujhe maar." Jab bell khada hua hai kal alag raste se jhaadi mein to aap ko khada rehne dijiye.</w:t>
      </w:r>
    </w:p>
    <w:p>
      <w:pPr>
        <w:jc w:val="right"/>
      </w:pPr>
      <w:r>
        <w:t>اسی کو کہتے ہیں، "اب بیل مجھے مار، اب بیل مجھے مار۔" جب بیل کھڑا ہوا ہے کل الگ راستے سے جھاڑی میں تو آپ کو کھڑا رہنے دیجئے۔</w:t>
      </w:r>
    </w:p>
    <w:p>
      <w:r>
        <w:rPr>
          <w:b/>
        </w:rPr>
        <w:t xml:space="preserve">[26:06] </w:t>
      </w:r>
      <w:r>
        <w:t>Aap patthar kyun maarte hain? Patthar maarenge to phir woh bhi aap ko seeng maarega. To yeh sara mamla jo aaj kal hai, woh sab "ab bell mujhe maar" hai.</w:t>
      </w:r>
    </w:p>
    <w:p>
      <w:pPr>
        <w:jc w:val="right"/>
      </w:pPr>
      <w:r>
        <w:t>آپ پتھر کیوں مارتے ہیں؟ پتھر ماریں گے تو پھر وہ بھی آپ کو سینگ مارے گا۔ تو یہ سارا معاملہ جو آج کل ہے، وہ سب "اب بیل مجھے مار" ہے۔</w:t>
      </w:r>
    </w:p>
    <w:p>
      <w:r>
        <w:rPr>
          <w:b/>
        </w:rPr>
        <w:t xml:space="preserve">[26:17] </w:t>
      </w:r>
      <w:r>
        <w:t>yani duniya ne keh diya ke tum ko azadi hai</w:t>
      </w:r>
    </w:p>
    <w:p>
      <w:pPr>
        <w:jc w:val="right"/>
      </w:pPr>
      <w:r>
        <w:t>یعنی دنیا نے کہہ دیا کہ تم کو آزادی ہے</w:t>
      </w:r>
    </w:p>
    <w:p>
      <w:r>
        <w:rPr>
          <w:b/>
        </w:rPr>
        <w:t xml:space="preserve">[26:23] </w:t>
      </w:r>
      <w:r>
        <w:t>to azadi ko avail kijiye. Jab duniya ne sari qaumon ne, United Nations ne, sab ne yeh keh diya ke aap ko poori poori freedom hai to aap us ko avail kijiye.</w:t>
      </w:r>
    </w:p>
    <w:p>
      <w:pPr>
        <w:jc w:val="right"/>
      </w:pPr>
      <w:r>
        <w:t>تو آزادی کو اویل کیجئے۔ جب دنیا نے ساری قوموں نے، یونائٹڈ نیشنز نے، سب نے یہ کہہ دیا کہ آپ کو پوری پوری فریڈم ہے تو آپ اس کو اویل کیجئے۔</w:t>
      </w:r>
    </w:p>
    <w:p>
      <w:r>
        <w:rPr>
          <w:b/>
        </w:rPr>
        <w:t xml:space="preserve">[26:39] </w:t>
      </w:r>
      <w:r>
        <w:t>phir ladne ka matlab kya hai?</w:t>
      </w:r>
    </w:p>
    <w:p>
      <w:pPr>
        <w:jc w:val="right"/>
      </w:pPr>
      <w:r>
        <w:t>پھر لڑنے کا مطلب کیا ہے؟</w:t>
      </w:r>
    </w:p>
    <w:p>
      <w:r>
        <w:rPr>
          <w:b/>
        </w:rPr>
        <w:t xml:space="preserve">[26:43] </w:t>
      </w:r>
      <w:r>
        <w:t>Ab aap yeh kahenge ke jab doosron ki taraf se problem create kiya jaye to hum kya karein?</w:t>
      </w:r>
    </w:p>
    <w:p>
      <w:pPr>
        <w:jc w:val="right"/>
      </w:pPr>
      <w:r>
        <w:t>اب آپ یہ کہیں گے کہ جب دوسروں کی طرف سے پرابلم کریٹ کیا جائے تو ہم کیا کریں؟</w:t>
      </w:r>
    </w:p>
    <w:p>
      <w:r>
        <w:rPr>
          <w:b/>
        </w:rPr>
        <w:t xml:space="preserve">[26:54] </w:t>
      </w:r>
      <w:r>
        <w:t>To aap yeh karein ke yahan bhi aap peaceful way pe apni struggle chalaiye. Jaise Mahatma Gandhi ne India mein chalaya, Mahatma Gandhi ne ek bahut badi movement chalai,</w:t>
      </w:r>
    </w:p>
    <w:p>
      <w:pPr>
        <w:jc w:val="right"/>
      </w:pPr>
      <w:r>
        <w:t>تو آپ یہ کریں کہ یہاں بھی آپ پیس فل وے پہ اپنی سٹرگل چلائیے۔ جیسے مہاتما گاندھی نے انڈیا میں چلایا، مہاتما گاندھی نے ایک بہت بڑی موومنٹ چلائی،</w:t>
      </w:r>
    </w:p>
    <w:p>
      <w:r>
        <w:rPr>
          <w:b/>
        </w:rPr>
        <w:t xml:space="preserve">[27:12] </w:t>
      </w:r>
      <w:r>
        <w:t>freedom struggle ki movement, aur poori ki poori woh peaceful method se chalai gayi.</w:t>
      </w:r>
    </w:p>
    <w:p>
      <w:pPr>
        <w:jc w:val="right"/>
      </w:pPr>
      <w:r>
        <w:t>فریڈم سٹرگل کی موومنٹ، اور پوری کی پوری وہ پیس فل میتھڈ سے چلائی گئی۔</w:t>
      </w:r>
    </w:p>
    <w:p>
      <w:r>
        <w:rPr>
          <w:b/>
        </w:rPr>
        <w:t xml:space="preserve">[27:18] </w:t>
      </w:r>
      <w:r>
        <w:t>To agar koi problem aata hai kisi ki taraf se, tab bhi aap ko peaceful method hi par chalna hai, violent method nahi lena hai. Aur kitni badi misaal hai Mahatma Gandhi ke zariye Khuda ne qaim kar di hai ke bhai agar koi India mein dekhein, Angrez aaye, Angrezon ne hamare har desh par qabza kar liya to Mahatma Gandhi ne kaha ke "talwar ki kya zaroorat hai?"</w:t>
      </w:r>
    </w:p>
    <w:p>
      <w:pPr>
        <w:jc w:val="right"/>
      </w:pPr>
      <w:r>
        <w:t>تو اگر کوئی پرابلم آتا ہے کسی کی طرف سے، تب بھی آپ کو پیس فل میتھڈ ہی پر چلنا ہے، وائلنٹ میتھڈ نہیں لینا ہے۔ اور کتنی بڑی مثال ہے مہاتما گاندھی کے ذریعے خدا نے قائم کر دی ہے کہ بھئی اگر کوئی انڈیا میں دیکھیں، انگریز آئے، انگریزوں نے ہمارے ہر دیش پر قبضہ کر لیا تو مہاتما گاندھی نے کہا کہ "تلوار کی کیا ضرورت ہے؟"</w:t>
      </w:r>
    </w:p>
    <w:p>
      <w:r>
        <w:rPr>
          <w:b/>
        </w:rPr>
        <w:t xml:space="preserve">[27:48] </w:t>
      </w:r>
      <w:r>
        <w:t>Ab freedom ke zariye sab kuch hum kar sakte hain to hum talwar kyun istemal karein?</w:t>
      </w:r>
    </w:p>
    <w:p>
      <w:pPr>
        <w:jc w:val="right"/>
      </w:pPr>
      <w:r>
        <w:t>اب فریڈم کے ذریعے سب کچھ ہم کر سکتے ہیں تو ہم تلوار کیوں استعمال کریں؟</w:t>
      </w:r>
    </w:p>
    <w:p>
      <w:r>
        <w:rPr>
          <w:b/>
        </w:rPr>
        <w:t xml:space="preserve">[27:57] </w:t>
      </w:r>
      <w:r>
        <w:t>jab freedom dunya hum ko freedom de rahi hai to hum kyun gun aur talwar istemal karein?</w:t>
      </w:r>
    </w:p>
    <w:p>
      <w:pPr>
        <w:jc w:val="right"/>
      </w:pPr>
      <w:r>
        <w:t>جب فریڈم دنیا ہم کو فریڈم دے رہی ہے تو ہم کیوں گن اور تلوار استعمال کریں؟</w:t>
      </w:r>
    </w:p>
    <w:p>
      <w:r>
        <w:rPr>
          <w:b/>
        </w:rPr>
        <w:t xml:space="preserve">[28:06] </w:t>
      </w:r>
      <w:r>
        <w:t>to mahatma gandhi ne freedom movement ko, jo britishers ke problem ki wajah se paish aayi thi, us ko 100 fisad peaceful tareeqay se chalaya aur us ko success tak pohanchaya.</w:t>
      </w:r>
    </w:p>
    <w:p>
      <w:pPr>
        <w:jc w:val="right"/>
      </w:pPr>
      <w:r>
        <w:t>تو مہاتما گاندھی نے فریڈم موومنٹ کو، جو برٹشرز کے پرابلم کی وجہ سے پیش آئی تھی، اس کو 100 فیصد پیس فل طریقے سے چلایا اور اس کو سکسیس تک پہنچایا۔</w:t>
      </w:r>
    </w:p>
    <w:p>
      <w:r>
        <w:rPr>
          <w:b/>
        </w:rPr>
        <w:t xml:space="preserve">[28:25] </w:t>
      </w:r>
      <w:r>
        <w:t>to aap ko bhi agar kahin koi problem aata hai, jaise falasteen mein problem farz kijiye hai aur kahin bhi hai, to aap peaceful method ko apnatay hue kaam kijiye.</w:t>
      </w:r>
    </w:p>
    <w:p>
      <w:pPr>
        <w:jc w:val="right"/>
      </w:pPr>
      <w:r>
        <w:t>تو آپ کو بھی اگر کہیں کوئی پرابلم آتا ہے، جیسے فلسطین میں پرابلم فرض کیجئے ہے اور کہیں بھی ہے، تو آپ پیس فل میتھڈ کو اپناتے ہوئے کام کیجئے۔</w:t>
      </w:r>
    </w:p>
    <w:p>
      <w:r>
        <w:rPr>
          <w:b/>
        </w:rPr>
        <w:t xml:space="preserve">[28:40] </w:t>
      </w:r>
      <w:r>
        <w:t>ek hadith hai, dekhiye, hazrat aisha batati hain ke prophet of islam ki general policy kya thi?</w:t>
      </w:r>
    </w:p>
    <w:p>
      <w:pPr>
        <w:jc w:val="right"/>
      </w:pPr>
      <w:r>
        <w:t>ایک حدیث ہے، دیکھیے، حضرت عائشہ بتاتی ہیں کہ پرافٹ آف اسلام کی جنرل پالیسی کیا تھی؟</w:t>
      </w:r>
    </w:p>
    <w:p>
      <w:r>
        <w:rPr>
          <w:b/>
        </w:rPr>
        <w:t xml:space="preserve">[28:52] </w:t>
      </w:r>
      <w:r>
        <w:t>general policy</w:t>
      </w:r>
    </w:p>
    <w:p>
      <w:pPr>
        <w:jc w:val="right"/>
      </w:pPr>
      <w:r>
        <w:t>جنرل پالیسی</w:t>
      </w:r>
    </w:p>
    <w:p>
      <w:r>
        <w:rPr>
          <w:b/>
        </w:rPr>
        <w:t xml:space="preserve">[28:54] </w:t>
      </w:r>
      <w:r>
        <w:t>to woh kehti hain ke "ma khair rasool Allah sallallahu alaihi wasallam bayna amrain ila ikhtar aisa rahma".</w:t>
      </w:r>
    </w:p>
    <w:p>
      <w:pPr>
        <w:jc w:val="right"/>
      </w:pPr>
      <w:r>
        <w:t>تو وہ کہتی ہیں کہ "ما خیر رسول اللہ صلی اللہ علیہ وسلم بین امرین الاختار ایسا رحما"۔</w:t>
      </w:r>
    </w:p>
    <w:p>
      <w:r>
        <w:rPr>
          <w:b/>
        </w:rPr>
        <w:t xml:space="preserve">[29:08] </w:t>
      </w:r>
      <w:r>
        <w:t>yani is ka matlab yeh hai ke "whenever the prophet had to choose between the two, he always opted for easier option rather than harder option".</w:t>
      </w:r>
    </w:p>
    <w:p>
      <w:pPr>
        <w:jc w:val="right"/>
      </w:pPr>
      <w:r>
        <w:t>یعنی اس کا مطلب یہ ہے کہ "وین ایور دا پرافٹ ہیڈ ٹو چوز بٹوین دا ٹو، ہی الویز اپٹڈ فار ایزر آپشن رادر دین ہارڈر آپشن"۔</w:t>
      </w:r>
    </w:p>
    <w:p>
      <w:r>
        <w:rPr>
          <w:b/>
        </w:rPr>
        <w:t xml:space="preserve">[29:25] </w:t>
      </w:r>
      <w:r>
        <w:t>yeh hai hadith ka tarjuma. yani jab bhi rasool Allah sallallahu alaihi wasallam ko do mein se ek ko lena hota tha to aap kya karte thay?</w:t>
      </w:r>
    </w:p>
    <w:p>
      <w:pPr>
        <w:jc w:val="right"/>
      </w:pPr>
      <w:r>
        <w:t>یہ ہے حدیث کا ترجمہ۔ یعنی جب بھی رسول اللہ صلی اللہ علیہ وسلم کو دو میں سے ایک کو لینا ہوتا تھا تو آپ کیا کرتے تھے؟</w:t>
      </w:r>
    </w:p>
    <w:p>
      <w:r>
        <w:rPr>
          <w:b/>
        </w:rPr>
        <w:t xml:space="preserve">[29:35] </w:t>
      </w:r>
      <w:r>
        <w:t>hamesha aasan tareeqay ka intekhab karte thay, mushkil tareeqay ko chhod dete thay. ab dekhiye, yahan aap ke liye kya hai?</w:t>
      </w:r>
    </w:p>
    <w:p>
      <w:pPr>
        <w:jc w:val="right"/>
      </w:pPr>
      <w:r>
        <w:t>ہمیشہ آسان طریقے کا انتخاب کرتے تھے، مشکل طریقے کو چھوڑ دیتے تھے۔ اب دیکھیے، یہاں آپ کے لیے کیا ہے؟</w:t>
      </w:r>
    </w:p>
    <w:p>
      <w:r>
        <w:rPr>
          <w:b/>
        </w:rPr>
        <w:t xml:space="preserve">[29:46] </w:t>
      </w:r>
      <w:r>
        <w:t>ek yeh hai ke aap gun culture chalayein, ek yeh hai ke peaceful method se aap apna kaam karein.</w:t>
      </w:r>
    </w:p>
    <w:p>
      <w:pPr>
        <w:jc w:val="right"/>
      </w:pPr>
      <w:r>
        <w:t>ایک یہ ہے کہ آپ گن کلچر چلائیں، ایک یہ ہے کہ پیس فل میتھڈ سے آپ اپنا کام کریں۔</w:t>
      </w:r>
    </w:p>
    <w:p>
      <w:r>
        <w:rPr>
          <w:b/>
        </w:rPr>
        <w:t xml:space="preserve">[29:56] </w:t>
      </w:r>
      <w:r>
        <w:t>to dono ka option aap ke liye hai. to aap par farz hai rasool Allah ke is policy ke mutabiq ke aap peaceful method hi ko apnayein aur aur violent method ko bilkul na apnayein.</w:t>
      </w:r>
    </w:p>
    <w:p>
      <w:pPr>
        <w:jc w:val="right"/>
      </w:pPr>
      <w:r>
        <w:t>تو دونوں کا آپشن آپ کے لیے ہے۔ تو آپ پر فرض ہے رسول اللہ کے اس پالیسی کے مطابق کہ آپ پیس فل میتھڈ ہی کو اپنائیں اور اور وائلنٹ میتھڈ کو بالکل نہ اپنائیں۔</w:t>
      </w:r>
    </w:p>
    <w:p>
      <w:r>
        <w:rPr>
          <w:b/>
        </w:rPr>
        <w:t xml:space="preserve">[30:16] </w:t>
      </w:r>
      <w:r>
        <w:t>ab jaise ke dekhiye, abhi jullai mein jo waqea hua pakistan mein ke pakistan mein bohat bari ek masjid hai, us ka naam hai lal masjid islamabad mein.</w:t>
      </w:r>
    </w:p>
    <w:p>
      <w:pPr>
        <w:jc w:val="right"/>
      </w:pPr>
      <w:r>
        <w:t>اب جیسے کہ دیکھیے، ابھی جولائی میں جو واقعہ ہوا پاکستان میں کہ پاکستان میں بہت بڑی ایک مسجد ہے، اس کا نام ہے لال مسجد اسلام آباد میں۔</w:t>
      </w:r>
    </w:p>
    <w:p>
      <w:r>
        <w:rPr>
          <w:b/>
        </w:rPr>
        <w:t xml:space="preserve">[30:35] </w:t>
      </w:r>
      <w:r>
        <w:t>to kuch logon ko ehsas tha ke pakistan mein burai aa gayi hai, evil aa gayi</w:t>
      </w:r>
    </w:p>
    <w:p>
      <w:pPr>
        <w:jc w:val="right"/>
      </w:pPr>
      <w:r>
        <w:t>تو کچھ لوگوں کو احساس تھا کہ پاکستان میں برائی آ گئی ہے، ایول آ گئی</w:t>
      </w:r>
    </w:p>
    <w:p>
      <w:r>
        <w:rPr>
          <w:b/>
        </w:rPr>
        <w:t xml:space="preserve">[30:41] </w:t>
      </w:r>
      <w:r>
        <w:t>hai. mislan beauty parlor, beauty parlor chalaya jata hai aur be pardagi hai aur is tarah ki jis cheezon ko unhon ne samjha ke social evil hai.</w:t>
      </w:r>
    </w:p>
    <w:p>
      <w:pPr>
        <w:jc w:val="right"/>
      </w:pPr>
      <w:r>
        <w:t>ہے۔ مثلاً بیوٹی پارلٹ، بیوٹی پارلٹ چلایا جاتا ہے اور بے پردگی ہے اور اس طرح کی جس چیزوں کو انہوں نے سمجھا کہ سوشل ایول ہے۔</w:t>
      </w:r>
    </w:p>
    <w:p>
      <w:r>
        <w:rPr>
          <w:b/>
        </w:rPr>
        <w:t xml:space="preserve">[30:53] </w:t>
      </w:r>
      <w:r>
        <w:t>to wahan masjid mein woh gun aur bomb le ke pahunch gaye. sawal yeh hai ke agar social evil ko aap ko door karna hai to aap peaceful tareeqay se kijiye kaam, logon ko persuade kijiye, logon ko samjhaiye</w:t>
      </w:r>
    </w:p>
    <w:p>
      <w:pPr>
        <w:jc w:val="right"/>
      </w:pPr>
      <w:r>
        <w:t>تو وہاں مسجد میں وہ گن اور بم لے کے پہنچ گئے۔ سوال یہ ہے کہ اگر سوشل ایول کو آپ کو دور کرنا ہے تو آپ پیس فل طریقے سے کیجئے کام، لوگوں کو پرسویٹ کیجئے، لوگوں کو سمجھائیے</w:t>
      </w:r>
    </w:p>
    <w:p>
      <w:r>
        <w:rPr>
          <w:b/>
        </w:rPr>
        <w:t xml:space="preserve">[31:08] </w:t>
      </w:r>
      <w:r>
        <w:t>literature ke zariye se, stage se taqreer kar ke, internet ke zariye se, TV ke zariye se, radio ke zariye se. yani peaceful persuasion.</w:t>
      </w:r>
    </w:p>
    <w:p>
      <w:pPr>
        <w:jc w:val="right"/>
      </w:pPr>
      <w:r>
        <w:t>لٹریچر کے ذریعے سے، اسٹیج سے تقریر کر کے، انٹرنیٹ کے ذریعے سے، ٹی وی کے ذریعے سے، ریڈیو کے ذریعے سے۔ یعنی پیس فل پرسویشن۔</w:t>
      </w:r>
    </w:p>
    <w:p>
      <w:r>
        <w:rPr>
          <w:b/>
        </w:rPr>
        <w:t xml:space="preserve">[31:21] </w:t>
      </w:r>
      <w:r>
        <w:t>to ab wahan gun aur bomb ki kya zaroorat hai? to dono ka choice un ke liye tha. ek tha ke gun aur bomb, doosri yeh tha ke peaceful tareeqay se un logon ko samjhana.</w:t>
      </w:r>
    </w:p>
    <w:p>
      <w:pPr>
        <w:jc w:val="right"/>
      </w:pPr>
      <w:r>
        <w:t>تو اب وہاں گن اور بم کی کیا ضرورت ہے؟ تو دونوں کا چوائس ان کے لیے تھا۔ ایک تھا کہ گن اور بم، دوسری یہ تھا کہ پیس فل طریقے سے ان لوگوں کو سمجھانا۔</w:t>
      </w:r>
    </w:p>
    <w:p>
      <w:r>
        <w:rPr>
          <w:b/>
        </w:rPr>
        <w:t xml:space="preserve">[31:34] </w:t>
      </w:r>
      <w:r>
        <w:t>to woh tareeqa chhod kar unhon ne gun aur bomb ka tareeqa ikhtiyar kar liya.</w:t>
      </w:r>
    </w:p>
    <w:p>
      <w:pPr>
        <w:jc w:val="right"/>
      </w:pPr>
      <w:r>
        <w:t>تو وہ طریقہ چھوڑ کر انہوں نے گن اور بم کا طریقہ اختیار کر لیا۔</w:t>
      </w:r>
    </w:p>
    <w:p>
      <w:r>
        <w:rPr>
          <w:b/>
        </w:rPr>
        <w:t xml:space="preserve">[31:39] </w:t>
      </w:r>
      <w:r>
        <w:t>yeh bilkul islam ke khilaf tha. aise hi falasteen mein bhi hai, wahan bhi poori freedom thi un logon ko ke peaceful tareeqay se kaam karein, jaise ke mahatma gandhi ne kiya.</w:t>
      </w:r>
    </w:p>
    <w:p>
      <w:pPr>
        <w:jc w:val="right"/>
      </w:pPr>
      <w:r>
        <w:t>یہ بالکل اسلام کے خلاف تھا۔ ایسے ہی فلسطین میں بھی ہے، وہاں بھی پوری فریڈم تھی ان لوگوں کو کہ پیس فل طریقے سے کام کریں، جیسے کہ مہاتما گاندھی نے کیا۔</w:t>
      </w:r>
    </w:p>
    <w:p>
      <w:r>
        <w:rPr>
          <w:b/>
        </w:rPr>
        <w:t xml:space="preserve">[31:53] </w:t>
      </w:r>
      <w:r>
        <w:t>lekin unhon ne kya kiya? ke gun utha liya, bomb utha liya, aur jab is se kuch un ko success nahi mili to lage suicide bombing karne.</w:t>
      </w:r>
    </w:p>
    <w:p>
      <w:pPr>
        <w:jc w:val="right"/>
      </w:pPr>
      <w:r>
        <w:t>لیکن انہوں نے کیا کیا؟ کہ گن اٹھا لیا، بم اٹھا لیا، اور جب اس سے کچھ ان کو سکسیس نہیں ملی تو لگے سوسائیڈ بمنگ کرنے۔</w:t>
      </w:r>
    </w:p>
    <w:p>
      <w:r>
        <w:rPr>
          <w:b/>
        </w:rPr>
        <w:t xml:space="preserve">[32:04] </w:t>
      </w:r>
      <w:r>
        <w:t>yani innocent logon ko marne lage, kahin club mein bomb phat raha hai, kahin bus mein bomb phat raha hai, kahin kisi market mein bomb phat raha hai.</w:t>
      </w:r>
    </w:p>
    <w:p>
      <w:pPr>
        <w:jc w:val="right"/>
      </w:pPr>
      <w:r>
        <w:t>یعنی انوسنٹ لوگوں کو مارنے لگے، کہیں کلب میں بم پھٹ رہا ہے، کہیں بس میں بم پھٹ رہا ہے، کہیں کسی مارکیٹ میں بم پھٹ رہا ہے۔</w:t>
      </w:r>
    </w:p>
    <w:p>
      <w:r>
        <w:rPr>
          <w:b/>
        </w:rPr>
        <w:t xml:space="preserve">[32:13] </w:t>
      </w:r>
      <w:r>
        <w:t>yeh to haram se bhi barh kar buri cheez hai. is liye ke dekhiye, islam mein yeh bohat hi khula hua hukum hai ke ek genuine war ho rahi ho, yani defensive war.</w:t>
      </w:r>
    </w:p>
    <w:p>
      <w:pPr>
        <w:jc w:val="right"/>
      </w:pPr>
      <w:r>
        <w:t>یہ تو حرام سے بھی بڑھ کر بری چیز ہے۔ اس لیے کہ دیکھیے، اسلام میں یہ بہت ہی کھلا ہوا حکم ہے کہ ایک جینون وار ہو رہی ہو، یعنی ڈیفنسو وار۔</w:t>
      </w:r>
    </w:p>
    <w:p>
      <w:r>
        <w:rPr>
          <w:b/>
        </w:rPr>
        <w:t xml:space="preserve">[32:27] </w:t>
      </w:r>
      <w:r>
        <w:t>kisi ne attack kar diya aur state jo hai defense mein ladai karti hai, jis ko kehte hain defensive war.</w:t>
      </w:r>
    </w:p>
    <w:p>
      <w:pPr>
        <w:jc w:val="right"/>
      </w:pPr>
      <w:r>
        <w:t>کسی نے اٹیک کر دیا اور اسٹیٹ جو ہے ڈیفنس میں لڑائی کرتی ہے، جس کو کہتے ہیں ڈیفنسو وار۔</w:t>
      </w:r>
    </w:p>
    <w:p>
      <w:r>
        <w:rPr>
          <w:b/>
        </w:rPr>
        <w:t xml:space="preserve">[32:39] </w:t>
      </w:r>
      <w:r>
        <w:t>defensive war mein bhi yeh hukum hai ke aap sirf muqatil ko maar sakte hain, ghair muqatil ko nahi maar sakte.</w:t>
      </w:r>
    </w:p>
    <w:p>
      <w:pPr>
        <w:jc w:val="right"/>
      </w:pPr>
      <w:r>
        <w:t>ڈیفنسو وار میں بھی یہ حکم ہے کہ آپ صرف مقاتل کو مار سکتے ہیں، غیر مقاتل کو نہیں مار سکتے۔</w:t>
      </w:r>
    </w:p>
    <w:p>
      <w:r>
        <w:rPr>
          <w:b/>
        </w:rPr>
        <w:t xml:space="preserve">[32:48] </w:t>
      </w:r>
      <w:r>
        <w:t>yani combatant ko maar sakte hain, non-combatant ko nahi maar sakte.</w:t>
      </w:r>
    </w:p>
    <w:p>
      <w:pPr>
        <w:jc w:val="right"/>
      </w:pPr>
      <w:r>
        <w:t>یعنی کمبیٹنٹ کو مار سکتے ہیں، نان کمبیٹنٹ کو نہیں مار سکتے۔</w:t>
      </w:r>
    </w:p>
    <w:p>
      <w:r>
        <w:rPr>
          <w:b/>
        </w:rPr>
        <w:t xml:space="preserve">[32:55] </w:t>
      </w:r>
      <w:r>
        <w:t>to ek jeenoon waar mein bhi yeh haalat hai. to aap bataiye ke wahan par jo falasteen mein aur doosri jagahon par idhar udhar kahin rail mein bomb rakh diya, kahin bus mein bomb rakh diya, phat raha hai aur sankaron log mar rahe hain.</w:t>
      </w:r>
    </w:p>
    <w:p>
      <w:pPr>
        <w:jc w:val="right"/>
      </w:pPr>
      <w:r>
        <w:t>تو ایک جینون وار میں بھی یہ حالت ہے۔ تو آپ بتائیے کہ وہاں پر جو فلسطین میں اور دوسری جگہوں پر ادھر ادھر کہیں ریل میں بم رکھ دیا، کہیں بس میں بم رکھ دیا، پھٹ رہا ہے اور سینکڑوں لوگ مر رہے ہیں۔</w:t>
      </w:r>
    </w:p>
    <w:p>
      <w:r>
        <w:rPr>
          <w:b/>
        </w:rPr>
        <w:t xml:space="preserve">[33:11] </w:t>
      </w:r>
      <w:r>
        <w:t>kahin club mein, kahin market mein bomb rakh diya, bomb phata aur sankaron log mar rahe hain, mar gaye hain. apne body par bomb bandh kar ke ghus gaye, kahin wahan bomb phata aur khud bhi mare aur sab ko mar.</w:t>
      </w:r>
    </w:p>
    <w:p>
      <w:pPr>
        <w:jc w:val="right"/>
      </w:pPr>
      <w:r>
        <w:t>کہیں کلب میں، کہیں مارکیٹ میں بم رکھ دیا، بم پھٹا اور سینکڑوں لوگ مر رہے ہیں، مر گئے ہیں۔ اپنے باڈی پر بم باندھ کر کے گھس گئے، کہیں وہاں بم پھٹا اور خود بھی مرے اور سب کو مارا۔</w:t>
      </w:r>
    </w:p>
    <w:p>
      <w:r>
        <w:rPr>
          <w:b/>
        </w:rPr>
        <w:t xml:space="preserve">[33:23] </w:t>
      </w:r>
      <w:r>
        <w:t>yeh saare ke saare log innocent log hote hain.</w:t>
      </w:r>
    </w:p>
    <w:p>
      <w:pPr>
        <w:jc w:val="right"/>
      </w:pPr>
      <w:r>
        <w:t>یہ سارے کے سارے لوگ انوسنٹ لوگ ہوتے ہیں۔</w:t>
      </w:r>
    </w:p>
    <w:p>
      <w:r>
        <w:rPr>
          <w:b/>
        </w:rPr>
        <w:t xml:space="preserve">[33:29] </w:t>
      </w:r>
      <w:r>
        <w:t>ab bataiye ke yeh to bilkul haraam hi haraam hai ek dam se.</w:t>
      </w:r>
    </w:p>
    <w:p>
      <w:pPr>
        <w:jc w:val="right"/>
      </w:pPr>
      <w:r>
        <w:t>اب بتائیے کہ یہ تو بالکل حرام ہی حرام ہے ایک دم سے۔</w:t>
      </w:r>
    </w:p>
    <w:p>
      <w:r>
        <w:rPr>
          <w:b/>
        </w:rPr>
        <w:t xml:space="preserve">[33:35] </w:t>
      </w:r>
      <w:r>
        <w:t>to main yeh kahunga ke islam mein jo qitaal paish aayi thi, qitaal maani jang ladaai, woh thi according to the situation.</w:t>
      </w:r>
    </w:p>
    <w:p>
      <w:pPr>
        <w:jc w:val="right"/>
      </w:pPr>
      <w:r>
        <w:t>تو میں یہ کہوں گا کہ اسلام میں جو قتال پیش آئی تھی، قتال معنی جنگ لڑائی، وہ تھی اکارڈنگ ٹو دا سچویشن۔</w:t>
      </w:r>
    </w:p>
    <w:p>
      <w:r>
        <w:rPr>
          <w:b/>
        </w:rPr>
        <w:t xml:space="preserve">[33:52] </w:t>
      </w:r>
      <w:r>
        <w:t>woh kaise? us zamane mein duniya mein kingship thi. kingship jo thi, us ne apne political interest ke liye,</w:t>
      </w:r>
    </w:p>
    <w:p>
      <w:pPr>
        <w:jc w:val="right"/>
      </w:pPr>
      <w:r>
        <w:t>وہ کیسے؟ اس زمانے میں دنیا میں کنگ شپ تھی۔ کنگ شپ جو تھی، اس نے اپنے پولیٹیکل انٹرسٹ کے لیے،</w:t>
      </w:r>
    </w:p>
    <w:p>
      <w:r>
        <w:rPr>
          <w:b/>
        </w:rPr>
        <w:t xml:space="preserve">[34:05] </w:t>
      </w:r>
      <w:r>
        <w:t>apni stability ke liye, apne aap ko logon ke upar masallat rakhne ke liye logon ko yeh bata rakha tha ke hum khuda ke numainde hain aur jo hamara mazhab hai, wahi sachha mazhab hai.</w:t>
      </w:r>
    </w:p>
    <w:p>
      <w:pPr>
        <w:jc w:val="right"/>
      </w:pPr>
      <w:r>
        <w:t>اپنی اسٹیبلٹی کے لیے، اپنے آپ کو لوگوں کے اوپر مسلط رکھنے کے لیے لوگوں کو یہ بتا رکھا تھا کہ ہم خدا کے نمائندے ہیں اور جو ہمارا مذہب ہے، وہی سچا مذہب ہے۔</w:t>
      </w:r>
    </w:p>
    <w:p>
      <w:r>
        <w:rPr>
          <w:b/>
        </w:rPr>
        <w:t xml:space="preserve">[34:20] </w:t>
      </w:r>
      <w:r>
        <w:t>tum ko hamara mazhab maanna parega.</w:t>
      </w:r>
    </w:p>
    <w:p>
      <w:pPr>
        <w:jc w:val="right"/>
      </w:pPr>
      <w:r>
        <w:t>تم کو ہمارا مذہب ماننا پڑے گا۔</w:t>
      </w:r>
    </w:p>
    <w:p>
      <w:r>
        <w:rPr>
          <w:b/>
        </w:rPr>
        <w:t xml:space="preserve">[34:25] </w:t>
      </w:r>
      <w:r>
        <w:t>to ab jo bhi kisi aur mazhab ko apnata tha, us ko talwar se qatl karte the. use kehte hain religious persecution ya mazhabi jabar.</w:t>
      </w:r>
    </w:p>
    <w:p>
      <w:pPr>
        <w:jc w:val="right"/>
      </w:pPr>
      <w:r>
        <w:t>تو اب جو بھی کسی اور مذہب کو اپناتا تھا، اس کو تلوار سے قتل کرتے تھے۔ اسے کہتے ہیں ریلیجس پرسیکیوشن یا مذہبی جبر۔</w:t>
      </w:r>
    </w:p>
    <w:p>
      <w:r>
        <w:rPr>
          <w:b/>
        </w:rPr>
        <w:t xml:space="preserve">[34:38] </w:t>
      </w:r>
      <w:r>
        <w:t>to yeh situation thi jis mein woh ladaai paish aayi.</w:t>
      </w:r>
    </w:p>
    <w:p>
      <w:pPr>
        <w:jc w:val="right"/>
      </w:pPr>
      <w:r>
        <w:t>تو یہ سچویشن تھی جس میں وہ لڑائی پیش آئی۔</w:t>
      </w:r>
    </w:p>
    <w:p>
      <w:r>
        <w:rPr>
          <w:b/>
        </w:rPr>
        <w:t xml:space="preserve">[34:42] </w:t>
      </w:r>
      <w:r>
        <w:t>to quran ki taqreeban quran mein dekhiye, quran mein chhe hazar aur kuch so aayatein hain.</w:t>
      </w:r>
    </w:p>
    <w:p>
      <w:pPr>
        <w:jc w:val="right"/>
      </w:pPr>
      <w:r>
        <w:t>تو قرآن کی تقریباً قرآن میں دیکھیے، قرآن میں چھ ہزار اور کچھ سو آیتیں ہیں۔</w:t>
      </w:r>
    </w:p>
    <w:p>
      <w:r>
        <w:rPr>
          <w:b/>
        </w:rPr>
        <w:t xml:space="preserve">[34:53] </w:t>
      </w:r>
      <w:r>
        <w:t>mote tor par samajh lijiye ke chhe hazar paanch so aayatein hain taqreeban. is mein sirf do darjan aayatein hain jin mein qitaal ki baat hai, jang ki baat hai.</w:t>
      </w:r>
    </w:p>
    <w:p>
      <w:pPr>
        <w:jc w:val="right"/>
      </w:pPr>
      <w:r>
        <w:t>موٹے طور پر سمجھ لیجئے کہ چھ ہزار پانچ سو آیتیں ہیں تقریباً۔ اس میں صرف دو درجن آیتیں ہیں جن میں قتال کی بات ہے، جنگ کی بات ہے۔</w:t>
      </w:r>
    </w:p>
    <w:p>
      <w:r>
        <w:rPr>
          <w:b/>
        </w:rPr>
        <w:t xml:space="preserve">[35:06] </w:t>
      </w:r>
      <w:r>
        <w:t>yaani less than one percent, less than one percent</w:t>
      </w:r>
    </w:p>
    <w:p>
      <w:pPr>
        <w:jc w:val="right"/>
      </w:pPr>
      <w:r>
        <w:t>یعنی لیس دین ون پرسنٹ، لیس دین ون پرسنٹ</w:t>
      </w:r>
    </w:p>
    <w:p>
      <w:r>
        <w:rPr>
          <w:b/>
        </w:rPr>
        <w:t xml:space="preserve">[35:12] </w:t>
      </w:r>
      <w:r>
        <w:t>. yeh kab ki hain? yeh us waqt ki hain jab ke in logon ki taraf se jo us waqt yaani power haasil kiye hue the,</w:t>
      </w:r>
    </w:p>
    <w:p>
      <w:pPr>
        <w:jc w:val="right"/>
      </w:pPr>
      <w:r>
        <w:t>۔ یہ کب کی ہیں؟ یہ اس وقت کی ہیں جب کہ ان لوگوں کی طرف سے جو اس وقت یعنی پاور حاصل کیے ہوئے تھے،</w:t>
      </w:r>
    </w:p>
    <w:p>
      <w:r>
        <w:rPr>
          <w:b/>
        </w:rPr>
        <w:t xml:space="preserve">[35:25] </w:t>
      </w:r>
      <w:r>
        <w:t>unki taraf se jang chhedi gayi ke tum doosra mazhab nahi ikhtiyar kar sakte, namaz mazhab lena parega tum ko.</w:t>
      </w:r>
    </w:p>
    <w:p>
      <w:pPr>
        <w:jc w:val="right"/>
      </w:pPr>
      <w:r>
        <w:t>ان کی طرف سے جنگ چھیڑی گئی کہ تم دوسرا مذہب نہیں اختیار کر سکتے، نماز مذہب لینا پڑے گا تم کو۔</w:t>
      </w:r>
    </w:p>
    <w:p>
      <w:r>
        <w:rPr>
          <w:b/>
        </w:rPr>
        <w:t xml:space="preserve">[35:35] </w:t>
      </w:r>
      <w:r>
        <w:t>arab mein bhi yahi hua ke arab ke log jo the, woh woh but parast</w:t>
      </w:r>
    </w:p>
    <w:p>
      <w:pPr>
        <w:jc w:val="right"/>
      </w:pPr>
      <w:r>
        <w:t>عرب میں بھی یہی ہوا کہ عرب کے لوگ جو تھے، وہ وہ بت پرست</w:t>
      </w:r>
    </w:p>
    <w:p>
      <w:r>
        <w:rPr>
          <w:b/>
        </w:rPr>
        <w:t xml:space="preserve">[35:41] </w:t>
      </w:r>
      <w:r>
        <w:t>the, shirk ko maante the. to unhon ne kaha ke tum ko bhi shirk ko maanna parega, tum toheed ko nahi maan sakte. ab unhon ne jang chhed di.</w:t>
      </w:r>
    </w:p>
    <w:p>
      <w:pPr>
        <w:jc w:val="right"/>
      </w:pPr>
      <w:r>
        <w:t>تھے، شرک کو مانتے تھے۔ تو انہوں نے کہا کہ تم کو بھی شرک کو ماننا پڑے گا، تم توحید کو نہیں مان سکتے۔ اب انہوں نے جنگ چھیڑ دی۔</w:t>
      </w:r>
    </w:p>
    <w:p>
      <w:r>
        <w:rPr>
          <w:b/>
        </w:rPr>
        <w:t xml:space="preserve">[35:50] </w:t>
      </w:r>
      <w:r>
        <w:t>aise hi iraniyon ne aur aur roomiyon ne kiya. to woh jang jo paish aayi thi, woh jang thi religious persecution ki jang thi ke tum kisi aur mazhab ko nahi maan sakte, hamare mazhab ko hi tum ko maanna parega.</w:t>
      </w:r>
    </w:p>
    <w:p>
      <w:pPr>
        <w:jc w:val="right"/>
      </w:pPr>
      <w:r>
        <w:t>ایسے ہی ایرانیوں نے اور اور رومیوں نے کیا۔ تو وہ جنگ جو پیش آئی تھی، وہ جنگ تھی ریلیجس پرسیکیوشن کی جنگ تھی کہ تم کسی اور مذہب کو نہیں مان سکتے، ہمارے مذہب کو ہی تم کو ماننا پڑے گا۔</w:t>
      </w:r>
    </w:p>
    <w:p>
      <w:r>
        <w:rPr>
          <w:b/>
        </w:rPr>
        <w:t xml:space="preserve">[36:07] </w:t>
      </w:r>
      <w:r>
        <w:t>is liye woh paish aayi.</w:t>
      </w:r>
    </w:p>
    <w:p>
      <w:pPr>
        <w:jc w:val="right"/>
      </w:pPr>
      <w:r>
        <w:t>اس لیے وہ پیش آئی۔</w:t>
      </w:r>
    </w:p>
    <w:p>
      <w:r>
        <w:rPr>
          <w:b/>
        </w:rPr>
        <w:t xml:space="preserve">[36:09] </w:t>
      </w:r>
      <w:r>
        <w:t>ab jab ke duniya mein woh woh zamana hi khatam ho gaya, ab freedom ka zamana aa gaya. saare aaj ki duniya mein jo hai, woh maana jaata hai ke aaj zamane ke freedom jo hai, woh summun bonum hai.</w:t>
      </w:r>
    </w:p>
    <w:p>
      <w:pPr>
        <w:jc w:val="right"/>
      </w:pPr>
      <w:r>
        <w:t>اب جب کہ دنیا میں وہ وہ زمانہ ہی ختم ہو گیا، اب فریڈم کا زمانہ آ گیا۔ سارے آج کی دنیا میں جو ہے، وہ مانا جاتا ہے کہ آج زمانے کے فریڈم جو ہے، وہ سمم بونم ہے۔</w:t>
      </w:r>
    </w:p>
    <w:p>
      <w:r>
        <w:rPr>
          <w:b/>
        </w:rPr>
        <w:t xml:space="preserve">[36:28] </w:t>
      </w:r>
      <w:r>
        <w:t>saare duniya mein freedom ko summun bonum maante hain aur freedom ko sab ka haq maante hain, without any condition.</w:t>
      </w:r>
    </w:p>
    <w:p>
      <w:pPr>
        <w:jc w:val="right"/>
      </w:pPr>
      <w:r>
        <w:t>سارے دنیا میں فریڈم کو سمم بونم مانتے ہیں اور فریڈم کو سب کا حق مانتے ہیں، ودا آؤٹ اینی کنڈیشن۔</w:t>
      </w:r>
    </w:p>
    <w:p>
      <w:r>
        <w:rPr>
          <w:b/>
        </w:rPr>
        <w:t xml:space="preserve">[36:41] </w:t>
      </w:r>
      <w:r>
        <w:t>is maani ke woh zamana hi khatam ho gaya, woh situation khatam ho gayi. to ab replacement hoga, jaisa ke main ne arz kiya ke naskh ka matlab hai replacement, yaani ek hukum badal kar doosra hukum aana.</w:t>
      </w:r>
    </w:p>
    <w:p>
      <w:pPr>
        <w:jc w:val="right"/>
      </w:pPr>
      <w:r>
        <w:t>اس معنی کہ وہ زمانہ ہی ختم ہو گیا، وہ سچویشن ختم ہو گئی۔ تو اب ریپلیسمنٹ ہوگا، جیسا کہ میں نے عرض کیا کہ نسخ کا مطلب ہے ریپلیسمنٹ، یعنی ایک حکم بدل کر دوسرا حکم آنا۔</w:t>
      </w:r>
    </w:p>
    <w:p>
      <w:r>
        <w:rPr>
          <w:b/>
        </w:rPr>
        <w:t xml:space="preserve">[36:55] </w:t>
      </w:r>
      <w:r>
        <w:t>to yeh jo yeh tabdeeli jo hoti hai, jo replacement hota hai, yeh is liye hota hai ke jab situation badli to pichhle hukum ka application khatam ho gaya, ab naya hukum aayega jo applicable ho wahan par.</w:t>
      </w:r>
    </w:p>
    <w:p>
      <w:pPr>
        <w:jc w:val="right"/>
      </w:pPr>
      <w:r>
        <w:t>تو یہ جو یہ تبدیلی جو ہوتی ہے، جو ریپلیسمنٹ ہوتا ہے، یہ اس لیے ہوتا ہے کہ جب سچویشن بدلی تو پچھلے حکم کا ایپلیکیشن ختم ہو گیا، اب نیا حکم آئے گا جو ایپلیکیبل ہو وہاں پر۔</w:t>
      </w:r>
    </w:p>
    <w:p>
      <w:r>
        <w:rPr>
          <w:b/>
        </w:rPr>
        <w:t xml:space="preserve">[37:13] </w:t>
      </w:r>
      <w:r>
        <w:t>to aap sochiye ke jab duniya mein mazhabi jabar khatam, religious persecution khatam, to ladaai kis baat ki?</w:t>
      </w:r>
    </w:p>
    <w:p>
      <w:pPr>
        <w:jc w:val="right"/>
      </w:pPr>
      <w:r>
        <w:t>تو آپ سوچیے کہ جب دنیا میں مذہبی جبر ختم، ریلیجس پرسیکیوشن ختم، تو لڑائی کس بات کی؟</w:t>
      </w:r>
    </w:p>
    <w:p>
      <w:r>
        <w:rPr>
          <w:b/>
        </w:rPr>
        <w:t xml:space="preserve">[37:23] </w:t>
      </w:r>
      <w:r>
        <w:t>ladaai ki koi baat hi nahi hai.</w:t>
      </w:r>
    </w:p>
    <w:p>
      <w:pPr>
        <w:jc w:val="right"/>
      </w:pPr>
      <w:r>
        <w:t>لڑائی کی کوئی بات ہی نہیں ہے۔</w:t>
      </w:r>
    </w:p>
    <w:p>
      <w:r>
        <w:rPr>
          <w:b/>
        </w:rPr>
        <w:t xml:space="preserve">[37:26] </w:t>
      </w:r>
      <w:r>
        <w:t>larai ka aik hi tha, aik hi woh tha mazhabi jabar, yani reason to aik hi thi: waqatuloo mat la takoon fitna, yani fitna hai, is liye lado.</w:t>
      </w:r>
    </w:p>
    <w:p>
      <w:pPr>
        <w:jc w:val="right"/>
      </w:pPr>
      <w:r>
        <w:t>لڑائی کا ایک ہی تھا، ایک ہی وہ تھا مذہبی جبر، یعنی ریزن تو ایک ہی تھی: وقاتلو مت لا تکون فتنہ، یعنی فتنہ ہے، اس لیے لڑو۔</w:t>
      </w:r>
    </w:p>
    <w:p>
      <w:r>
        <w:rPr>
          <w:b/>
        </w:rPr>
        <w:t xml:space="preserve">[37:38] </w:t>
      </w:r>
      <w:r>
        <w:t>fitna mani religious prosecution. to yahan fitna khatam hi ho gaya, azadi aa gayi.</w:t>
      </w:r>
    </w:p>
    <w:p>
      <w:pPr>
        <w:jc w:val="right"/>
      </w:pPr>
      <w:r>
        <w:t>فتنہ معنی ریلیجس پرسیکیوشن۔ تو یہاں فتنہ ختم ہی ہو گیا، آزادی آ گئی۔</w:t>
      </w:r>
    </w:p>
    <w:p>
      <w:r>
        <w:rPr>
          <w:b/>
        </w:rPr>
        <w:t xml:space="preserve">[37:48] </w:t>
      </w:r>
      <w:r>
        <w:t>azadi aa gayi to azadi ko to avail karna hai, ladna kis liye?</w:t>
      </w:r>
    </w:p>
    <w:p>
      <w:pPr>
        <w:jc w:val="right"/>
      </w:pPr>
      <w:r>
        <w:t>آزادی آ گئی تو آزادی کو تو اویل کرنا ہے، لڑنا کس لیے؟</w:t>
      </w:r>
    </w:p>
    <w:p>
      <w:r>
        <w:rPr>
          <w:b/>
        </w:rPr>
        <w:t xml:space="preserve">[37:53] </w:t>
      </w:r>
      <w:r>
        <w:t>jab azadi aa jaye to avail karna hai, ladna nahi hai.</w:t>
      </w:r>
    </w:p>
    <w:p>
      <w:pPr>
        <w:jc w:val="right"/>
      </w:pPr>
      <w:r>
        <w:t>جب آزادی آ جائے تو اویل کرنا ہے، لڑنا نہیں ہے۔</w:t>
      </w:r>
    </w:p>
    <w:p>
      <w:r>
        <w:rPr>
          <w:b/>
        </w:rPr>
        <w:t xml:space="preserve">[37:59] </w:t>
      </w:r>
      <w:r>
        <w:t>ab sawal yeh hai ke jo jhagray khare karein log, to jhagray karein karein to aap peaceful method se aap is ka muqabla kijiye.</w:t>
      </w:r>
    </w:p>
    <w:p>
      <w:pPr>
        <w:jc w:val="right"/>
      </w:pPr>
      <w:r>
        <w:t>اب سوال یہ ہے کہ جو جھگڑے کھڑے کریں لوگ، تو جھگڑے کریں کریں تو آپ پیس فل میتھڈ سے آپ اس کا مقابلہ کیجئے۔</w:t>
      </w:r>
    </w:p>
    <w:p>
      <w:r>
        <w:rPr>
          <w:b/>
        </w:rPr>
        <w:t xml:space="preserve">[38:10] </w:t>
      </w:r>
      <w:r>
        <w:t>yani aik taraf ka two point formula hai: aik to yeh ke religious freedom ko avail kijiye,</w:t>
      </w:r>
    </w:p>
    <w:p>
      <w:pPr>
        <w:jc w:val="right"/>
      </w:pPr>
      <w:r>
        <w:t>یعنی ایک طرف کا دو ٹو پوائنٹ فارمولا ہے: ایک تو یہ کہ ریلیجس فریڈم کو اویل کیجئے،</w:t>
      </w:r>
    </w:p>
    <w:p>
      <w:r>
        <w:rPr>
          <w:b/>
        </w:rPr>
        <w:t xml:space="preserve">[38:22] </w:t>
      </w:r>
      <w:r>
        <w:t>religious freedom ko avail kijiye. aap namaz qaim kijiye, hajj ka nizam banaiye, aap mazhabi literature chhapiye, aap apne mazhab ko dunya ko bataiye,</w:t>
      </w:r>
    </w:p>
    <w:p>
      <w:pPr>
        <w:jc w:val="right"/>
      </w:pPr>
      <w:r>
        <w:t>ریلیجس فریڈم کو اویل کیجئے۔ آپ نماز قائم کیجئے، حج کا نظام بنائیے، آپ مذہبی لٹریچر چھاپیے، آپ اپنے مذہب کو دنیا کو بتائیے،</w:t>
      </w:r>
    </w:p>
    <w:p>
      <w:r>
        <w:rPr>
          <w:b/>
        </w:rPr>
        <w:t xml:space="preserve">[38:40] </w:t>
      </w:r>
      <w:r>
        <w:t>isko phailaiye literature ke zariye, radio ke zariye, TV ke zariye, internet ke zariye, website ke zariye.</w:t>
      </w:r>
    </w:p>
    <w:p>
      <w:pPr>
        <w:jc w:val="right"/>
      </w:pPr>
      <w:r>
        <w:t>اس کو پھیلائیے لٹریچر کے ذریعے، ریڈیو کے ذریعے، ٹی وی کے ذریعے، انٹرنیٹ کے ذریعے، ویب سائٹ کے ذریعے۔</w:t>
      </w:r>
    </w:p>
    <w:p>
      <w:r>
        <w:rPr>
          <w:b/>
        </w:rPr>
        <w:t xml:space="preserve">[38:51] </w:t>
      </w:r>
      <w:r>
        <w:t>jo aaj ka jo multimedia hai, us ko aap istemal kijiye, aaj ka jo communication hai, us ko istemal kijiye. to religious freedom ka zamana poore poore taur par aa chuka hai,</w:t>
      </w:r>
    </w:p>
    <w:p>
      <w:pPr>
        <w:jc w:val="right"/>
      </w:pPr>
      <w:r>
        <w:t>جو آج کا جو ملٹی میڈیا ہے، اس کو آپ استعمال کیجئے، آج کا جو کمیونیکیشن ہے، اس کو استعمال کیجئے۔ تو ریلیجس فریڈم کا زمانہ پورے پورے طور پر آ چکا ہے،</w:t>
      </w:r>
    </w:p>
    <w:p>
      <w:r>
        <w:rPr>
          <w:b/>
        </w:rPr>
        <w:t xml:space="preserve">[39:05] </w:t>
      </w:r>
      <w:r>
        <w:t>humein is ko avail karna hai. yeh aik aik point hua. doosra point kya hai?</w:t>
      </w:r>
    </w:p>
    <w:p>
      <w:pPr>
        <w:jc w:val="right"/>
      </w:pPr>
      <w:r>
        <w:t>ہمیں اس کو اویل کرنا ہے۔ یہ ایک ایک پوائنٹ ہوا۔ دوسرا پوائنٹ کیا ہے؟</w:t>
      </w:r>
    </w:p>
    <w:p>
      <w:r>
        <w:rPr>
          <w:b/>
        </w:rPr>
        <w:t xml:space="preserve">[39:11] </w:t>
      </w:r>
      <w:r>
        <w:t>jo differences ate hain, chahe woh family life mein hon ya national life mein hon ya international life mein hon, to us ke liye aap ke paas phir dobara rasta khula hua hai, dobara peaceful activism ka.</w:t>
      </w:r>
    </w:p>
    <w:p>
      <w:pPr>
        <w:jc w:val="right"/>
      </w:pPr>
      <w:r>
        <w:t>جو ڈیفرنسز آتے ہیں، چاہے وہ فیملی لائف میں ہوں یا نیشنل لائف میں ہوں یا انٹرنیشنل لائف میں ہوں، تو اس کے لیے آپ کے پاس پھر دوبارہ راستہ کھلا ہوا ہے، دوبارہ پیس فل ایکٹیوزم کا۔</w:t>
      </w:r>
    </w:p>
    <w:p>
      <w:r>
        <w:rPr>
          <w:b/>
        </w:rPr>
        <w:t xml:space="preserve">[39:27] </w:t>
      </w:r>
      <w:r>
        <w:t>peaceful activism yani political activism, woh violent activism khatam.</w:t>
      </w:r>
    </w:p>
    <w:p>
      <w:pPr>
        <w:jc w:val="right"/>
      </w:pPr>
      <w:r>
        <w:t>پیس فل ایکٹیوزم یعنی پولیٹیکل ایکٹیوزم، وہ وائلنٹ ایکٹیوزم ختم۔</w:t>
      </w:r>
    </w:p>
    <w:p>
      <w:r>
        <w:rPr>
          <w:b/>
        </w:rPr>
        <w:t xml:space="preserve">[39:37] </w:t>
      </w:r>
      <w:r>
        <w:t>violent activism khatam,</w:t>
      </w:r>
    </w:p>
    <w:p>
      <w:pPr>
        <w:jc w:val="right"/>
      </w:pPr>
      <w:r>
        <w:t>وائلنٹ ایکٹیوزم ختم،</w:t>
      </w:r>
    </w:p>
    <w:p>
      <w:r>
        <w:rPr>
          <w:b/>
        </w:rPr>
        <w:t xml:space="preserve">[39:40] </w:t>
      </w:r>
      <w:r>
        <w:t>ab sirf peaceful activism dunya mein reh gaya hai. aur is ka jo hai feasibility, yani peaceful activism ki yeh jo feasibility hai, yeh kitna zyada yeh applicable hai?</w:t>
      </w:r>
    </w:p>
    <w:p>
      <w:pPr>
        <w:jc w:val="right"/>
      </w:pPr>
      <w:r>
        <w:t>اب صرف پیس فل ایکٹیوزم دنیا میں رہ گیا ہے۔ اور اس کا جو ہے فیزیبلٹی، یعنی پیس فل ایکٹیوزم کی یہ جو فیزیبلٹی ہے، یہ کتنا زیادہ یہ ایپلیکیبل ہے؟</w:t>
      </w:r>
    </w:p>
    <w:p>
      <w:r>
        <w:rPr>
          <w:b/>
        </w:rPr>
        <w:t xml:space="preserve">[39:55] </w:t>
      </w:r>
      <w:r>
        <w:t>us ko Mahatma Gandhi ne demonstration de diya. main samajhta hoon ke Mahatma Gandhi Khuda ki taraf se demonstrate karne ke liye aaye the</w:t>
      </w:r>
    </w:p>
    <w:p>
      <w:pPr>
        <w:jc w:val="right"/>
      </w:pPr>
      <w:r>
        <w:t>اس کو مہاتما گاندھی نے ڈیمونسٹریشن دے دیا۔ میں سمجھتا ہوں کہ مہاتما گاندھی خدا کی طرف سے ڈیمونسٹریٹ کرنے کے لیے آئے تھے</w:t>
      </w:r>
    </w:p>
    <w:p>
      <w:r>
        <w:rPr>
          <w:b/>
        </w:rPr>
        <w:t xml:space="preserve">[40:06] </w:t>
      </w:r>
      <w:r>
        <w:t>is baat ka. Mahatma Gandhi ke zariye se Khuda ne is ka aik demonstration diya hai ke is zamane mein peaceful method ke zariye tum sab kuch hasil kar sakte ho.</w:t>
      </w:r>
    </w:p>
    <w:p>
      <w:pPr>
        <w:jc w:val="right"/>
      </w:pPr>
      <w:r>
        <w:t>اس بات کا۔ مہاتما گاندھی کے ذریعے سے خدا نے اس کا ایک ڈیمونسٹریشن دیا ہے کہ اس زمانے میں پیس فل میتھڈ کے ذریعے تم سب کچھ حاصل کر سکتے ہو۔</w:t>
      </w:r>
    </w:p>
    <w:p>
      <w:r>
        <w:rPr>
          <w:b/>
        </w:rPr>
        <w:t xml:space="preserve">[40:24] </w:t>
      </w:r>
      <w:r>
        <w:t>peaceful method itna zyada comprehensive hai ke aap peaceful method ke zariye sab kuch hasil kar sakte hain.</w:t>
      </w:r>
    </w:p>
    <w:p>
      <w:pPr>
        <w:jc w:val="right"/>
      </w:pPr>
      <w:r>
        <w:t>پیس فل میتھڈ اتنا زیادہ کمپرہینسو ہے کہ آپ پیس فل میتھڈ کے ذریعے سب کچھ حاصل کر سکتے ہیں۔</w:t>
      </w:r>
    </w:p>
    <w:p>
      <w:r>
        <w:rPr>
          <w:b/>
        </w:rPr>
        <w:t xml:space="preserve">[40:33] </w:t>
      </w:r>
      <w:r>
        <w:t>ab violence ki zaroorat nahi hai, ab hathiyar ki zaroorat nahi hai. yeh hai two point formula, yeh hai nikalta hai, yeh baat nikalti hai nuskh ke mamle mein ghor karne se.</w:t>
      </w:r>
    </w:p>
    <w:p>
      <w:pPr>
        <w:jc w:val="right"/>
      </w:pPr>
      <w:r>
        <w:t>اب وائلنس کی ضرورت نہیں ہے، اب ہتھیار کی ضرورت نہیں ہے۔ یہ ہے ٹو پوائنٹ فارمولا، یہ ہے نکلتا ہے، یہ بات نکلتی ہے نسخ کے معاملے میں غور کرنے سے۔</w:t>
      </w:r>
    </w:p>
    <w:p>
      <w:r>
        <w:rPr>
          <w:b/>
        </w:rPr>
        <w:t xml:space="preserve">[40:46] </w:t>
      </w:r>
      <w:r>
        <w:t>to jaisa ke maine arz kiya, jab sawari ke mamle mein replacement hua aur dunya mein jahaz aa gaye, oont ki sawari nahi reh</w:t>
      </w:r>
    </w:p>
    <w:p>
      <w:pPr>
        <w:jc w:val="right"/>
      </w:pPr>
      <w:r>
        <w:t>تو جیسا کہ میں نے عرض کیا، جب سواری کے معاملے میں ریپلیسمنٹ ہوا اور دنیا میں ہوا جہاز آ گئے، اونٹ کی سواری نہیں رہ</w:t>
      </w:r>
    </w:p>
    <w:p>
      <w:r>
        <w:rPr>
          <w:b/>
        </w:rPr>
        <w:t xml:space="preserve">[40:58] </w:t>
      </w:r>
      <w:r>
        <w:t>gayi, to koi aisi nadani nahi karega ke oont par baith kar yahan se chalein Makkah safar kare hajj karne ke liye.</w:t>
      </w:r>
    </w:p>
    <w:p>
      <w:pPr>
        <w:jc w:val="right"/>
      </w:pPr>
      <w:r>
        <w:t>ی، تو کوئی ایسی نادانی نہیں کرے گا کہ اونٹ پر بیٹھ کر یہاں سے چلے مکہ سفر کرے حج کرنے کے لیے۔</w:t>
      </w:r>
    </w:p>
    <w:p>
      <w:r>
        <w:rPr>
          <w:b/>
        </w:rPr>
        <w:t xml:space="preserve">[41:08] </w:t>
      </w:r>
      <w:r>
        <w:t>koi nahi karega, halanke likha hua hai Quran mein. Quran mein likha hua hai</w:t>
      </w:r>
    </w:p>
    <w:p>
      <w:pPr>
        <w:jc w:val="right"/>
      </w:pPr>
      <w:r>
        <w:t>کوئی نہیں کرے گا، حالانکہ لکھا ہوا ہے قرآن میں۔ قرآن میں لکھا ہوا ہے</w:t>
      </w:r>
    </w:p>
    <w:p>
      <w:r>
        <w:rPr>
          <w:b/>
        </w:rPr>
        <w:t xml:space="preserve">[41:16] </w:t>
      </w:r>
      <w:r>
        <w:t>Surah Hajj mein, aap padh lijiye</w:t>
      </w:r>
    </w:p>
    <w:p>
      <w:pPr>
        <w:jc w:val="right"/>
      </w:pPr>
      <w:r>
        <w:t>سورہ حج میں، آپ پڑھ لیجئے</w:t>
      </w:r>
    </w:p>
    <w:p>
      <w:r>
        <w:rPr>
          <w:b/>
        </w:rPr>
        <w:t xml:space="preserve">[41:22] </w:t>
      </w:r>
      <w:r>
        <w:t>ke jab Hazrat Ibrahim (AS) ne char hazar saal pehle Kaaba banaya to us mein zikr hai ke ailan karo taake log aayenge, phir oonton par chadh kar dubli oontniyon par baith baith kar aayenge door door se.</w:t>
      </w:r>
    </w:p>
    <w:p>
      <w:pPr>
        <w:jc w:val="right"/>
      </w:pPr>
      <w:r>
        <w:t>کہ جب حضرت ابراہیم علیہ السلام نے چار ہزار سال پہلے کعبہ بنایا تو اس میں ذکر ہے کہ اعلان کرو تاکہ لوگ آئیں گے، پھر اونٹوں پر چڑھ کر دبلی اونٹیوں پر بیٹھ بیٹھ کر آئیں گے دور دور سے۔</w:t>
      </w:r>
    </w:p>
    <w:p>
      <w:r>
        <w:rPr>
          <w:b/>
        </w:rPr>
        <w:t xml:space="preserve">[41:35] </w:t>
      </w:r>
      <w:r>
        <w:t>to aap isi ko le kar ke yeh karein ke hum to kitni hi doori ho, hum jayenge oont par baith kar ke</w:t>
      </w:r>
    </w:p>
    <w:p>
      <w:pPr>
        <w:jc w:val="right"/>
      </w:pPr>
      <w:r>
        <w:t>تو آپ اسی کو لے کر کے یہ کریں کہ ہم تو کتنی ہی دوری ہو، ہم جائیں گے اونٹ پر بیٹھ کر کے</w:t>
      </w:r>
    </w:p>
    <w:p>
      <w:r>
        <w:rPr>
          <w:b/>
        </w:rPr>
        <w:t xml:space="preserve">[41:44] </w:t>
      </w:r>
      <w:r>
        <w:t>kyun ke replacement ho chuka hai. replacement ke baad jo hai, jaise ke mere bachpan ke zamane mein lakri ke pyale mein pani peete the log.</w:t>
      </w:r>
    </w:p>
    <w:p>
      <w:pPr>
        <w:jc w:val="right"/>
      </w:pPr>
      <w:r>
        <w:t>کیونکہ ریپلیسمنٹ ہو چکا ہے۔ ریپلیسمنٹ کے بعد جو ہے، جیسے کہ میرے بچپن کے زمانے میں لکڑی کے پیالے میں پانی پیتے تھے لوگ۔</w:t>
      </w:r>
    </w:p>
    <w:p>
      <w:r>
        <w:rPr>
          <w:b/>
        </w:rPr>
        <w:t xml:space="preserve">[41:57] </w:t>
      </w:r>
      <w:r>
        <w:t>gaon mein bachpan mein mein gaon mein tha to lakri ka pyala hota tha, us mein log pani peete thay. ab shishe ka glass ban gaya to replacement ho gaya.</w:t>
      </w:r>
    </w:p>
    <w:p>
      <w:pPr>
        <w:jc w:val="right"/>
      </w:pPr>
      <w:r>
        <w:t>گاؤں میں بچپن میں میں گاؤں میں تھا تو لکڑی کا پیالہ ہوتا تھا، اس میں لوگ پانی پیتے تھے۔ اب شیشے کا گلاس بن گیا تو ریپلیسمنٹ ہو گیا۔</w:t>
      </w:r>
    </w:p>
    <w:p>
      <w:r>
        <w:rPr>
          <w:b/>
        </w:rPr>
        <w:t xml:space="preserve">[42:11] </w:t>
      </w:r>
      <w:r>
        <w:t>ab kon hai jo lakri ka doray dhonde ke sath lao bhai lakri ka pyala lao, isi mein pani peena hai. ab koi nahi dhonde ga, sab log glass len ge.</w:t>
      </w:r>
    </w:p>
    <w:p>
      <w:pPr>
        <w:jc w:val="right"/>
      </w:pPr>
      <w:r>
        <w:t>اب کون ہے جو لکڑی کا دوڑے ڈھونڈے کے ساتھ لاؤ بھئی لکڑی کا پیالہ لاؤ، اسی میں پانی پینا ہے۔ اب کوئی نہیں ڈھونڈے گا، سب لوگ گلاس لیں گے۔</w:t>
      </w:r>
    </w:p>
    <w:p>
      <w:r>
        <w:rPr>
          <w:b/>
        </w:rPr>
        <w:t xml:space="preserve">[42:21] </w:t>
      </w:r>
      <w:r>
        <w:t>yeh bhi ek replacement ka moamla hai. jab replacement ho jata hai to aadmi pichle ko chhod kar doosre ko le leta hai.</w:t>
      </w:r>
    </w:p>
    <w:p>
      <w:pPr>
        <w:jc w:val="right"/>
      </w:pPr>
      <w:r>
        <w:t>یہ بھی ایک ریپلیسمنٹ کا معاملہ ہے۔ جب ریپلیسمنٹ ہو جاتا ہے تو آدمی پچھلے کو چھوڑ کر دوسرے کو لے لیتا ہے۔</w:t>
      </w:r>
    </w:p>
    <w:p>
      <w:r>
        <w:rPr>
          <w:b/>
        </w:rPr>
        <w:t xml:space="preserve">[42:31] </w:t>
      </w:r>
      <w:r>
        <w:t>to wahi to sawari mein replacement hua. ab log yahi kar rahe hain ke hawa jahaz par baith ke jate hain haj karne ke liye,</w:t>
      </w:r>
    </w:p>
    <w:p>
      <w:pPr>
        <w:jc w:val="right"/>
      </w:pPr>
      <w:r>
        <w:t>تو وہی تو سواری میں ریپلیسمنٹ ہوا۔ اب لوگ یہی کر رہے ہیں کہ ہوا جہاز پر بیٹھ کے جاتے ہیں حج کرنے کے لیے،</w:t>
      </w:r>
    </w:p>
    <w:p>
      <w:r>
        <w:rPr>
          <w:b/>
        </w:rPr>
        <w:t xml:space="preserve">[42:40] </w:t>
      </w:r>
      <w:r>
        <w:t>unt par baith kar koi bhi nahi aata. aisi weaponry mein replacement hua ke pehle ghore ke tayar kiye jate thay, jangi ghore jo cavalry kehte thay har badshah ke haan.</w:t>
      </w:r>
    </w:p>
    <w:p>
      <w:pPr>
        <w:jc w:val="right"/>
      </w:pPr>
      <w:r>
        <w:t>اونٹ پر بیٹھ کر کوئی بھی نہیں آتا۔ ایسی ویپنری میں ریپلیسمنٹ ہوا کہ پہلے گھوڑے کے تیار کیے جاتے تھے، جنگی گھوڑے جو کیورلی کہتے تھے ہر بادشاہ کے ہاں۔</w:t>
      </w:r>
    </w:p>
    <w:p>
      <w:r>
        <w:rPr>
          <w:b/>
        </w:rPr>
        <w:t xml:space="preserve">[42:57] </w:t>
      </w:r>
      <w:r>
        <w:t>bohat bari, bohat bara ek ek department tha ghoron ka kyunke ghoron se larai hua karti thi.</w:t>
      </w:r>
    </w:p>
    <w:p>
      <w:pPr>
        <w:jc w:val="right"/>
      </w:pPr>
      <w:r>
        <w:t>بہت بڑی، بہت بڑا ایک ایک ڈیپارٹمنٹ تھا گھوڑوں کا کیونکہ گھوڑوں سے لڑائی ہوا کرتی تھی۔</w:t>
      </w:r>
    </w:p>
    <w:p>
      <w:r>
        <w:rPr>
          <w:b/>
        </w:rPr>
        <w:t xml:space="preserve">[43:08] </w:t>
      </w:r>
      <w:r>
        <w:t>ab kisi hakoomat ke haan ghoron ka department nahi hai, muslim countries mein kabhi kahin nahi hai kyunke replacement ho gaya. ab ghoda gaya aur modern weapons aa gaye.</w:t>
      </w:r>
    </w:p>
    <w:p>
      <w:pPr>
        <w:jc w:val="right"/>
      </w:pPr>
      <w:r>
        <w:t>اب کسی حکومت کے ہاں گھوڑوں کا ڈیپارٹمنٹ نہیں ہے، مسلم کنٹریز میں کبھی کہیں نہیں ہے کیونکہ ریپلیسمنٹ ہو گیا۔ اب گھوڑا گیا اور ماڈرن ویپنز آ گئے۔</w:t>
      </w:r>
    </w:p>
    <w:p>
      <w:r>
        <w:rPr>
          <w:b/>
        </w:rPr>
        <w:t xml:space="preserve">[43:23] </w:t>
      </w:r>
      <w:r>
        <w:t>isi tareeqe se mazhabi jabr gaya, mazhabi azadi aa gayi. is tareeqe se qatal gaya aur peaceful method aa gaya</w:t>
      </w:r>
    </w:p>
    <w:p>
      <w:pPr>
        <w:jc w:val="right"/>
      </w:pPr>
      <w:r>
        <w:t>اسی طریقے سے مذہبی جبر گیا، مذہبی آزادی آ گئی۔ اس طریقے سے قتال گیا اور پیس فل میتھڈ آ گیا</w:t>
      </w:r>
    </w:p>
    <w:p>
      <w:r>
        <w:rPr>
          <w:b/>
        </w:rPr>
        <w:t xml:space="preserve">[43:37] </w:t>
      </w:r>
      <w:r>
        <w:t>to replacement yahan bhi ho gaya. is baat ko samajhna bohat hi zaroori hai warna quran ki kai ayaten aap ki samajh mein nahi ayen gi.</w:t>
      </w:r>
    </w:p>
    <w:p>
      <w:pPr>
        <w:jc w:val="right"/>
      </w:pPr>
      <w:r>
        <w:t>تو ریپلیسمنٹ یہاں بھی ہو گیا۔ اس بات کو سمجھنا بہت ہی ضروری ہے ورنہ قرآن کی کئی آیتیں آپ کی سمجھ میں نہیں آئیں گی۔</w:t>
      </w:r>
    </w:p>
    <w:p>
      <w:r>
        <w:rPr>
          <w:b/>
        </w:rPr>
        <w:t xml:space="preserve">[43:49] </w:t>
      </w:r>
      <w:r>
        <w:t>quran ki kai ayaten bilkul samajh mein nahi ayen gi.</w:t>
      </w:r>
    </w:p>
    <w:p>
      <w:pPr>
        <w:jc w:val="right"/>
      </w:pPr>
      <w:r>
        <w:t>قرآن کی کئی آیتیں بالکل سمجھ میں نہیں آئیں گی۔</w:t>
      </w:r>
    </w:p>
    <w:p>
      <w:r>
        <w:rPr>
          <w:b/>
        </w:rPr>
        <w:t xml:space="preserve">[43:54] </w:t>
      </w:r>
      <w:r>
        <w:t>is wajah se is ko janna zaroori hai ke quran mein ek taleemat woh hain jo eternal, jo eternity par base karti hain, woh fundamentals hain, woh eternal principles hain,</w:t>
      </w:r>
    </w:p>
    <w:p>
      <w:pPr>
        <w:jc w:val="right"/>
      </w:pPr>
      <w:r>
        <w:t>اس وجہ سے اس کو جاننا ضروری ہے کہ قرآن میں ایک تعلیمات وہ ہیں جو ایٹرنل، جو ایٹرنیٹی پر بیس کرتی ہیں، وہ فنڈامینٹلز ہیں، وہ ایٹرنل پرنسپلز ہیں،</w:t>
      </w:r>
    </w:p>
    <w:p>
      <w:r>
        <w:rPr>
          <w:b/>
        </w:rPr>
        <w:t xml:space="preserve">[44:10] </w:t>
      </w:r>
      <w:r>
        <w:t>woh eternity par base karti hain. doosri taleemat woh hain jo situation par base karti hain. situation par yani situation badli to us ko sense ke mani mein liya jaye ga,</w:t>
      </w:r>
    </w:p>
    <w:p>
      <w:pPr>
        <w:jc w:val="right"/>
      </w:pPr>
      <w:r>
        <w:t>وہ ایٹرنیٹی پر بیس کرتی ہیں۔ دوسری تعلیمات وہ ہیں جو سچویشن پر بیس کرتی ہیں۔ سچویشن پر یعنی سچویشن بدلی تو اس کو سینس کے معنی میں لیا جائے گا،</w:t>
      </w:r>
    </w:p>
    <w:p>
      <w:r>
        <w:rPr>
          <w:b/>
        </w:rPr>
        <w:t xml:space="preserve">[44:24] </w:t>
      </w:r>
      <w:r>
        <w:t>matlab literal mani mein nahi liya jaye ga balkeh us ko uska sense liya jaye ga. jaise unt jo hai, uska sense kya tha? sawari. to ab unt ko hum len ge sawari ke mani mein, aaj ki sawari jo hogi, us ko ikhtiyar karen ge.</w:t>
      </w:r>
    </w:p>
    <w:p>
      <w:pPr>
        <w:jc w:val="right"/>
      </w:pPr>
      <w:r>
        <w:t>مطلب لیٹرل معنی میں نہیں لیا جائے گا بلکہ اس کو اس کا سینس لیا جائے گا۔ جیسے اونٹ جو ہے، اس کا سینس کیا تھا؟ سواری۔ تو اب اونٹ کو ہم لیں گے سواری کے معنی میں، آج کی سواری جو ہوگی، اس کو اختیار کریں گے۔</w:t>
      </w:r>
    </w:p>
    <w:p>
      <w:r>
        <w:rPr>
          <w:b/>
        </w:rPr>
        <w:t xml:space="preserve">[44:41] </w:t>
      </w:r>
      <w:r>
        <w:t>aise hi ghore ko len ge tayari ke mani mein, na ke literal tor par sirf ghore ke moamle mein. to aaj ke lehaz se tayari ki jaye gi.</w:t>
      </w:r>
    </w:p>
    <w:p>
      <w:pPr>
        <w:jc w:val="right"/>
      </w:pPr>
      <w:r>
        <w:t>ایسے ہی گھوڑے کو لیں گے تیاری کے معنی میں، نہ کہ لیٹرل طور پر صرف گھوڑے کے معاملے میں۔ تو آج کے لحاظ سے تیاری کی جائے گی۔</w:t>
      </w:r>
    </w:p>
    <w:p>
      <w:r>
        <w:rPr>
          <w:b/>
        </w:rPr>
        <w:t xml:space="preserve">[44:53] </w:t>
      </w:r>
      <w:r>
        <w:t>theek isi tareeqe se yahan bhi moamla hai ke qatal wali ayaton ko bhi sense ke mani mein lena pare ga, na ke lafzi mani mein. qatal ki jo ayaten hain, woh bhi literal mani mein nahi hain li jayen gi, balkeh sense ke aitbar se liya jaye ga ke qatal kyun tha?</w:t>
      </w:r>
    </w:p>
    <w:p>
      <w:pPr>
        <w:jc w:val="right"/>
      </w:pPr>
      <w:r>
        <w:t>ٹھیک اسی طریقے سے یہاں بھی معاملہ ہے کہ قتال والی آیتوں کو بھی سینس کے معنی میں لینا پڑے گا، نہ کہ لفظی معنی میں۔ قتال کی جو آیتیں ہیں، وہ بھی لیٹرل معنی میں نہیں ہیں لی جائیں گی، بلکہ سینس کے اعتبار سے لیا جائے گا کہ قتال کیوں تھا؟</w:t>
      </w:r>
    </w:p>
    <w:p>
      <w:r>
        <w:rPr>
          <w:b/>
        </w:rPr>
        <w:t xml:space="preserve">[45:12] </w:t>
      </w:r>
      <w:r>
        <w:t>religious free, religious persecution ko khatam karne ke liye tha. mazhabi jabr ki wajah se larai paish aati thi.</w:t>
      </w:r>
    </w:p>
    <w:p>
      <w:pPr>
        <w:jc w:val="right"/>
      </w:pPr>
      <w:r>
        <w:t>ریلیجس فری، ریلیجس پرسیکیوشن کو ختم کرنے کے لیے تھا۔ مذہبی جبر کی وجہ سے لڑائی پیش آتی تھی۔</w:t>
      </w:r>
    </w:p>
    <w:p>
      <w:r>
        <w:rPr>
          <w:b/>
        </w:rPr>
        <w:t xml:space="preserve">[45:22] </w:t>
      </w:r>
      <w:r>
        <w:t>ab mazhabi jabr khatam, kahin mazhabi jabr nahi hai. mein america gaya to wahan par ek group tha, us ke kuch log mujh se bhi mile thay.</w:t>
      </w:r>
    </w:p>
    <w:p>
      <w:pPr>
        <w:jc w:val="right"/>
      </w:pPr>
      <w:r>
        <w:t>اب مذہبی جبر ختم، کہیں مذہبی جبر نہیں ہے۔ میں امریکہ گیا تو وہاں پر ایک گروپ تھا، اس کے کچھ لوگ مجھ سے بھی ملے تھے۔</w:t>
      </w:r>
    </w:p>
    <w:p>
      <w:r>
        <w:rPr>
          <w:b/>
        </w:rPr>
        <w:t xml:space="preserve">[45:34] </w:t>
      </w:r>
      <w:r>
        <w:t>to mein ne kaha ke aap logon ka kya maqsad hai? woh muslim naujawan thay, woh woh kehte hain hum america mein khilafat qaim karna, america mein khilafat qaim karna.</w:t>
      </w:r>
    </w:p>
    <w:p>
      <w:pPr>
        <w:jc w:val="right"/>
      </w:pPr>
      <w:r>
        <w:t>تو میں نے کہا کہ آپ لوگوں کا کیا مقصد ہے؟ وہ مسلم نوجوان تھے، وہ وہ کہتے ہیں ہم امریکہ میں خلافت قائم کرنا، امریکہ میں خلافت قائم کرنا۔</w:t>
      </w:r>
    </w:p>
    <w:p>
      <w:r>
        <w:rPr>
          <w:b/>
        </w:rPr>
        <w:t xml:space="preserve">[45:45] </w:t>
      </w:r>
      <w:r>
        <w:t>to unhon ne kaha ke dekhiye, yahan par jo california hai, america ka ek area hai jo california kehte hain, to california asal mein khaliffornia hai.</w:t>
      </w:r>
    </w:p>
    <w:p>
      <w:pPr>
        <w:jc w:val="right"/>
      </w:pPr>
      <w:r>
        <w:t>تو انہوں نے کہا کہ دیکھیے، یہاں پر جو کیلیفورنیا ہے، امریکہ کا ایک ایریا ہے جو کیلیفورنیا کہتے ہیں، تو کیلیفورنیا اصل میں خلیفورنیا ہے۔</w:t>
      </w:r>
    </w:p>
    <w:p>
      <w:r>
        <w:rPr>
          <w:b/>
        </w:rPr>
        <w:t xml:space="preserve">[45:59] </w:t>
      </w:r>
      <w:r>
        <w:t>california jo hai, woh khaliffornia hai yani khilafat thi kabhi yahan par, to hum isi ko lotana chahte hain. ab wahan koi pakar dhakad ki nahi, koi pakar dhakad nahi, itni zyada azadi hai aaj ki duniya mein.</w:t>
      </w:r>
    </w:p>
    <w:p>
      <w:pPr>
        <w:jc w:val="right"/>
      </w:pPr>
      <w:r>
        <w:t>کیلیفورنیا جو ہے، وہ خلیفورنیا ہے یعنی خلافت تھی کبھی یہاں پر، تو ہم اسی کو لوٹانا چاہتے ہیں۔ اب وہاں کوئی پکڑ دھکڑ کی نہیں، کوئی پکڑ دھکڑ نہیں، اتنی زیادہ آزادی ہے آج کی دنیا میں۔</w:t>
      </w:r>
    </w:p>
    <w:p>
      <w:r>
        <w:rPr>
          <w:b/>
        </w:rPr>
        <w:t xml:space="preserve">[46:15] </w:t>
      </w:r>
      <w:r>
        <w:t>han, agar woh violence karein to foran pakar liye jayen ge, woh pakar ke band kar diye jayen ge. is zamane mein ek hi cheez reh gayi hai yani crime, woh hai violence.</w:t>
      </w:r>
    </w:p>
    <w:p>
      <w:pPr>
        <w:jc w:val="right"/>
      </w:pPr>
      <w:r>
        <w:t>ہاں، اگر وہ وائلنس کریں تو فوراً پکڑ لیے جائیں گے، وہ پکڑ کے بند کر دیے جائیں گے۔ اس زمانے میں ایک ہی چیز رہ گئی ہے یعنی کرائم، وہ ہے وائلنس۔</w:t>
      </w:r>
    </w:p>
    <w:p>
      <w:r>
        <w:rPr>
          <w:b/>
        </w:rPr>
        <w:t xml:space="preserve">[46:35] </w:t>
      </w:r>
      <w:r>
        <w:t>aap violence na kijiye to sari freedom ko avail kar sakte hain, aap koi aap ko pakarne wala nahi hai.</w:t>
      </w:r>
    </w:p>
    <w:p>
      <w:pPr>
        <w:jc w:val="right"/>
      </w:pPr>
      <w:r>
        <w:t>آپ وائلنس نہ کیجئے تو ساری فریڈم کو اویل کر سکتے ہیں، آپ کوئی آپ کو پکڑنے والا نہیں ہے۔</w:t>
      </w:r>
    </w:p>
    <w:p>
      <w:r>
        <w:rPr>
          <w:b/>
        </w:rPr>
        <w:t xml:space="preserve">[46:44] </w:t>
      </w:r>
      <w:r>
        <w:t>to aap qatal ka replacement ho kar ke ab jo hai, peaceful method aa gaya hai duniya mein, to is ko khoob khoob istemal kijiye. hum hum khud yahi kar rahe hain, hum aaj se nahi, 40-50 saal se apna mission chala rahe hain.</w:t>
      </w:r>
    </w:p>
    <w:p>
      <w:pPr>
        <w:jc w:val="right"/>
      </w:pPr>
      <w:r>
        <w:t>تو آپ قتال کا ریپلیسمنٹ ہو کر کے اب جو ہے، پیس فل میتھڈ آ گیا ہے دنیا میں، تو اس کو خوب خوب استعمال کیجئے۔ ہم ہم خود یہی کر رہے ہیں، ہم آج سے نہیں، 40-50 سال سے اپنا مشن چلا رہے ہیں۔</w:t>
      </w:r>
    </w:p>
    <w:p>
      <w:r>
        <w:rPr>
          <w:b/>
        </w:rPr>
        <w:t xml:space="preserve">[47:02] </w:t>
      </w:r>
      <w:r>
        <w:t>50 saal se mein apna mission chala raha hoon, 50 saal se aur peaceful tareeqe par. koi mujhe pakarne wala nahi, koi kuch bhi nahi.</w:t>
      </w:r>
    </w:p>
    <w:p>
      <w:pPr>
        <w:jc w:val="right"/>
      </w:pPr>
      <w:r>
        <w:t>50 سال سے میں اپنا مشن چلا رہا ہوں، 50 سال سے اور پیس فل طریقے پر۔ کوئی مجھے پکڑنے والا نہیں، کوئی کچھ بھی نہیں۔</w:t>
      </w:r>
    </w:p>
    <w:p>
      <w:r>
        <w:rPr>
          <w:b/>
        </w:rPr>
        <w:t xml:space="preserve">[47:14] </w:t>
      </w:r>
      <w:r>
        <w:t>mein jab adampur mein apne watan mein tha, tab se mein ne shuru kiya, tab se shuru kiya mein ne. to literally 50 baras ho gaye yani 1955 mein mein ne wahan par ek idara banaya tha, uska naam tha idara ishaat e islam.</w:t>
      </w:r>
    </w:p>
    <w:p>
      <w:pPr>
        <w:jc w:val="right"/>
      </w:pPr>
      <w:r>
        <w:t>میں جب آدم میں اپنے وطن میں تھا، تب سے میں نے شروع کیا، تب سے شروع کیا میں نے۔ تو لٹرلی 50 برس ہو گئے یعنی 1955 میں میں نے وہاں پر ایک ادارہ بنایا تھا، اس کا نام تھا ادارہ اشاعت اسلام۔</w:t>
      </w:r>
    </w:p>
    <w:p>
      <w:r>
        <w:rPr>
          <w:b/>
        </w:rPr>
        <w:t xml:space="preserve">[47:36] </w:t>
      </w:r>
      <w:r>
        <w:t>ghor keejye, 1955 mein idara ishaat-e-islam to koi hum ko pakadne to nahin aaya.</w:t>
      </w:r>
    </w:p>
    <w:p>
      <w:pPr>
        <w:jc w:val="right"/>
      </w:pPr>
      <w:r>
        <w:t>غور کیجئے، 1955 میں ادارہ اشاعت اسلام تو کوئی ہم کو پکڑنے تو نہیں آیا۔</w:t>
      </w:r>
    </w:p>
    <w:p>
      <w:r>
        <w:rPr>
          <w:b/>
        </w:rPr>
        <w:t xml:space="preserve">[47:46] </w:t>
      </w:r>
      <w:r>
        <w:t>wahan par exhibition lagi, exhibition mein hum ne bohat bara book stall lagaya islami kitabon ka aur us par bohat bara board lagaya tha.</w:t>
      </w:r>
    </w:p>
    <w:p>
      <w:pPr>
        <w:jc w:val="right"/>
      </w:pPr>
      <w:r>
        <w:t>وہاں پر ایگزیبیشن لگی، ایگزیبیشن میں ہم نے بہت بڑا بک اسٹال لگایا اسلامی کتابوں کا اور اس پر بہت بڑا بورڈ لگایا تھا۔</w:t>
      </w:r>
    </w:p>
    <w:p>
      <w:r>
        <w:rPr>
          <w:b/>
        </w:rPr>
        <w:t xml:space="preserve">[47:57] </w:t>
      </w:r>
      <w:r>
        <w:t>us ke samne quran ki jo ayat hai, woh "wallahiyad'u ila daris-salam" to hamare saathi thay, ab un ka intiqal ho gaya, un ka naam tha yusuf sahib ke woh artist thay.</w:t>
      </w:r>
    </w:p>
    <w:p>
      <w:pPr>
        <w:jc w:val="right"/>
      </w:pPr>
      <w:r>
        <w:t>اس کے سامنے قرآن کی جو آیت ہے، وہ "واللہیدعو الی دار السلام" تو ہمارے ساتھی تھے، اب ان کا انتقال ہو گیا، ان کا نام تھا یوسف صاحب کہ وہ آرٹسٹ تھے۔</w:t>
      </w:r>
    </w:p>
    <w:p>
      <w:r>
        <w:rPr>
          <w:b/>
        </w:rPr>
        <w:t xml:space="preserve">[48:13] </w:t>
      </w:r>
      <w:r>
        <w:t>wo to ek bohat bara board banaya unhon ne,</w:t>
      </w:r>
    </w:p>
    <w:p>
      <w:pPr>
        <w:jc w:val="right"/>
      </w:pPr>
      <w:r>
        <w:t>وہ تو ایک بہت بڑا بورڈ بنایا انہوں نے،</w:t>
      </w:r>
    </w:p>
    <w:p>
      <w:r>
        <w:rPr>
          <w:b/>
        </w:rPr>
        <w:t xml:space="preserve">[48:17] </w:t>
      </w:r>
      <w:r>
        <w:t>to us board par likha hua tha "and god calls to the home of peace".</w:t>
      </w:r>
    </w:p>
    <w:p>
      <w:pPr>
        <w:jc w:val="right"/>
      </w:pPr>
      <w:r>
        <w:t>تو اس بورڈ پر لکھا ہوا تھا "این گاڈ کالز ٹو دا ہوم آف پیس"۔</w:t>
      </w:r>
    </w:p>
    <w:p>
      <w:r>
        <w:rPr>
          <w:b/>
        </w:rPr>
        <w:t xml:space="preserve">[48:26] </w:t>
      </w:r>
      <w:r>
        <w:t>khuda peace ki taraf bulata hai, khuda ki scheme jo hai, peace pe chalti hai. khuda ka jo creation plan hai, woh peace par qaim hai.</w:t>
      </w:r>
    </w:p>
    <w:p>
      <w:pPr>
        <w:jc w:val="right"/>
      </w:pPr>
      <w:r>
        <w:t>خدا پیس کی طرف بلاتا ہے، خدا کی سکیم جو ہے، پیس پہ چلتی ہے۔ خدا کا جو کریشن پلان ہے، وہ پیس پر قائم ہے۔</w:t>
      </w:r>
    </w:p>
    <w:p>
      <w:r>
        <w:rPr>
          <w:b/>
        </w:rPr>
        <w:t xml:space="preserve">[48:39] </w:t>
      </w:r>
      <w:r>
        <w:t>to door se jab aadmi gate par dakhil hota tha, wahan exhibition ke wahin se dikhai padta tha. woh</w:t>
      </w:r>
    </w:p>
    <w:p>
      <w:pPr>
        <w:jc w:val="right"/>
      </w:pPr>
      <w:r>
        <w:t>تو دور سے جب آدمی گیٹ پر داخل ہوتا تھا، وہاں ایگزیبیشن کے وہیں سے دکھائی پڑتا تھا۔ وہ</w:t>
      </w:r>
    </w:p>
    <w:p>
      <w:r>
        <w:rPr>
          <w:b/>
        </w:rPr>
        <w:t xml:space="preserve">[48:47] </w:t>
      </w:r>
      <w:r>
        <w:t>yeh is ayat ka tarjuma tha ke "wallahiyad'u ila daris-salam". "and god calls to the home of peace".</w:t>
      </w:r>
    </w:p>
    <w:p>
      <w:pPr>
        <w:jc w:val="right"/>
      </w:pPr>
      <w:r>
        <w:t>یہ اس آیت کا ترجمہ تھا کہ "واللہیدعو الی دار السلام"۔ "این گاڈ کالز ٹو دا ہوم آف پیس"۔</w:t>
      </w:r>
    </w:p>
    <w:p>
      <w:r>
        <w:rPr>
          <w:b/>
        </w:rPr>
        <w:t xml:space="preserve">[48:56] </w:t>
      </w:r>
      <w:r>
        <w:t>khoob mota mota likha hua tha, sunhari rang ka, golden color ka board door se dikhai padta tha.</w:t>
      </w:r>
    </w:p>
    <w:p>
      <w:pPr>
        <w:jc w:val="right"/>
      </w:pPr>
      <w:r>
        <w:t>خوب موٹا موٹا لکھا ہوا تھا، سنہری رنگ کا، گولڈن کلر کا بورڈ دور سے دکھائی پڑتا تھا۔</w:t>
      </w:r>
    </w:p>
    <w:p>
      <w:r>
        <w:rPr>
          <w:b/>
        </w:rPr>
        <w:t xml:space="preserve">[49:04] </w:t>
      </w:r>
      <w:r>
        <w:t>bohat log aate thay to humein koi nahin pakra, kisi ne. to 1955 mein yeh yeh kiya tha maine, ab 50 baras se bhi zyada ho chuke hain.</w:t>
      </w:r>
    </w:p>
    <w:p>
      <w:pPr>
        <w:jc w:val="right"/>
      </w:pPr>
      <w:r>
        <w:t>بہت لوگ آتے تھے تو ہمیں کوئی نہیں پکڑا، کسی نے۔ تو 1955 میں یہ یہ کیا تھا میں نے، اب 50 برس سے بھی زیادہ ہو چکے ہیں۔</w:t>
      </w:r>
    </w:p>
    <w:p>
      <w:r>
        <w:rPr>
          <w:b/>
        </w:rPr>
        <w:t xml:space="preserve">[49:17] </w:t>
      </w:r>
      <w:r>
        <w:t>to us mission mein main poori zindagi maine laga rakhi hai, to koi to nahin pakadta mujhe kyunke ek freedom hai.</w:t>
      </w:r>
    </w:p>
    <w:p>
      <w:pPr>
        <w:jc w:val="right"/>
      </w:pPr>
      <w:r>
        <w:t>تو اس مشن میں میں پوری زندگی میں نے لگا رکھی ہے، تو کوئی تو نہیں پکڑتا مجھے کیونکہ ایک فریڈم ہے۔</w:t>
      </w:r>
    </w:p>
    <w:p>
      <w:r>
        <w:rPr>
          <w:b/>
        </w:rPr>
        <w:t xml:space="preserve">[49:25] </w:t>
      </w:r>
      <w:r>
        <w:t>freedom mein violence nahin karta, dil mein bhi mere violence nahin hai, na to ab main violence karta hoon, tashaddud karta hoon, dil mein bhi mere violence nahin.</w:t>
      </w:r>
    </w:p>
    <w:p>
      <w:pPr>
        <w:jc w:val="right"/>
      </w:pPr>
      <w:r>
        <w:t>فریڈم میں وائلنس نہیں کرتا، دل میں بھی میرے وائلنس نہیں ہے، نہ تو اب میں وائلنس کرتا ہوں، تشدد کرتا ہوں، دل میں بھی میرے وائلنس نہیں۔</w:t>
      </w:r>
    </w:p>
    <w:p>
      <w:r>
        <w:rPr>
          <w:b/>
        </w:rPr>
        <w:t xml:space="preserve">[49:41] </w:t>
      </w:r>
      <w:r>
        <w:t>violence ka hate bhi nahin,</w:t>
      </w:r>
    </w:p>
    <w:p>
      <w:pPr>
        <w:jc w:val="right"/>
      </w:pPr>
      <w:r>
        <w:t>وائلنس کا ہیٹ بھی نہیں،</w:t>
      </w:r>
    </w:p>
    <w:p>
      <w:r>
        <w:rPr>
          <w:b/>
        </w:rPr>
        <w:t xml:space="preserve">[49:44] </w:t>
      </w:r>
      <w:r>
        <w:t>mere dil mein na to hate hai, na violence hai, na nafrat hai. mere dil mein protest bhi nahin, kuch bhi nahin, bilkul positive thinking hai mere andar har ek ke liye.</w:t>
      </w:r>
    </w:p>
    <w:p>
      <w:pPr>
        <w:jc w:val="right"/>
      </w:pPr>
      <w:r>
        <w:t>میرے دل میں نہ تو ہیٹ ہے، نہ وائلنس ہے، نہ نفرت ہے۔ میرے دل میں پروٹیسٹ بھی نہیں، کچھ بھی نہیں، بالکل پازیٹیو تھنکنگ ہے میرے اندر ہر ایک کے لیے۔</w:t>
      </w:r>
    </w:p>
    <w:p>
      <w:r>
        <w:rPr>
          <w:b/>
        </w:rPr>
        <w:t xml:space="preserve">[49:57] </w:t>
      </w:r>
      <w:r>
        <w:t>to mujhe koi nahin pakadta yaani 50 baras se main khud isi kaam mein laga hua hoon, isi isi desh mein jiske bare mein log ulti seedhi baatein karte hain.</w:t>
      </w:r>
    </w:p>
    <w:p>
      <w:pPr>
        <w:jc w:val="right"/>
      </w:pPr>
      <w:r>
        <w:t>تو مجھے کوئی نہیں پکڑتا یعنی 50 برس سے میں خود اسی کام میں لگا ہوا ہوں، اسی اسی دیش میں جس کے بارے میں لوگ الٹی سیدھی باتیں کرتے ہیں۔</w:t>
      </w:r>
    </w:p>
    <w:p>
      <w:r>
        <w:rPr>
          <w:b/>
        </w:rPr>
        <w:t xml:space="preserve">[50:13] </w:t>
      </w:r>
      <w:r>
        <w:t>ek sahib bahar gaye arab, wahan ke parche mein un ka ek statement chapa india ke bare mein, to us mein tha ke "musalmano al-hind bayn fiqh al-rah" ke india ke musalman do chukay ke beech mein pas rahe hain.</w:t>
      </w:r>
    </w:p>
    <w:p>
      <w:pPr>
        <w:jc w:val="right"/>
      </w:pPr>
      <w:r>
        <w:t>ایک صاحب باہر گئے عرب، وہاں کے پرچے میں ان کا ایک سٹیٹمنٹ چھپا انڈیا کے بارے میں، تو اس میں تھا کہ "مسلمو الہند بین فقہ الرحا" کہ انڈیا کے مسلمان دو چکے کے بیچ میں پس رہے ہیں۔</w:t>
      </w:r>
    </w:p>
    <w:p>
      <w:r>
        <w:rPr>
          <w:b/>
        </w:rPr>
        <w:t xml:space="preserve">[50:33] </w:t>
      </w:r>
      <w:r>
        <w:t>maine kaha yeh ridiculous baat hai, ridiculous, bilkul ridiculous baat hai, mazhab khez baat hai.</w:t>
      </w:r>
    </w:p>
    <w:p>
      <w:pPr>
        <w:jc w:val="right"/>
      </w:pPr>
      <w:r>
        <w:t>میں نے کہا یہ ریڈیکولس بات ہے، ریڈیکولس، بالکل ریڈیکولس بات ہے، مذہب خیز بات ہے۔</w:t>
      </w:r>
    </w:p>
    <w:p>
      <w:r>
        <w:rPr>
          <w:b/>
        </w:rPr>
        <w:t xml:space="preserve">[50:40] </w:t>
      </w:r>
      <w:r>
        <w:t>hum yahan azadi hai, hum ko poori azadi hai, main khud is ka saboot hoon ke mukammal poori azadi hum ko hasil hai. kaisi chaki, kaisi hai, kuch bhi nahin, sab jhoot hai.</w:t>
      </w:r>
    </w:p>
    <w:p>
      <w:pPr>
        <w:jc w:val="right"/>
      </w:pPr>
      <w:r>
        <w:t>ہم یہاں آزادی ہے، ہم کو پوری آزادی ہے، میں خود اس کا ثبوت ہوں کہ مکم پوری آزادی ہم کو حاصل ہے۔ کیسی چکی، کیسی ہے، کچھ بھی نہیں، سب جھوٹ ہے۔</w:t>
      </w:r>
    </w:p>
    <w:p>
      <w:r>
        <w:rPr>
          <w:b/>
        </w:rPr>
        <w:t xml:space="preserve">[50:52] </w:t>
      </w:r>
      <w:r>
        <w:t>yeh bilkul jhooti baat hai ke india ke musalman do chukay ke beech mein pas rahe hain, 100 fisad jhoot hai, bilkul. haan, aap bomb maarein, gun maarein to pakda jayega aap ko, tab aap ko pakda jayega.</w:t>
      </w:r>
    </w:p>
    <w:p>
      <w:pPr>
        <w:jc w:val="right"/>
      </w:pPr>
      <w:r>
        <w:t>یہ بالکل جھوٹی بات ہے کہ انڈیا کے مسلمان دو چکے کے بیچ میں پس رہے ہیں، 100 فیصد جھوٹ ہے، بالکل۔ ہاں، آپ بم ماریں، گن ماریں تو پکڑا جائے گا آپ کو، تب آپ کو پکڑا جائے گا۔</w:t>
      </w:r>
    </w:p>
    <w:p>
      <w:r>
        <w:rPr>
          <w:b/>
        </w:rPr>
        <w:t xml:space="preserve">[51:07] </w:t>
      </w:r>
      <w:r>
        <w:t>to agar kisi ko pakda jaye is liye ke us ne patthar mara, us ne bomb mara, us ne goli mari to to yeh to kar, yeh to allah ke khilaf hai, aap pakde jayenge.</w:t>
      </w:r>
    </w:p>
    <w:p>
      <w:pPr>
        <w:jc w:val="right"/>
      </w:pPr>
      <w:r>
        <w:t>تو اگر کسی کو پکڑا جائے اس لیے کہ اس نے پتھر مارا، اس نے بم مارا، اس نے گولی ماری تو تو یہ تو کر، یہ تو اللہ کے خلاف ہے، آپ پکڑے جائیں گے۔</w:t>
      </w:r>
    </w:p>
    <w:p>
      <w:r>
        <w:rPr>
          <w:b/>
        </w:rPr>
        <w:t xml:space="preserve">[51:19] </w:t>
      </w:r>
      <w:r>
        <w:t>main chunke na to gun marta, na bomb marta, na hate karta, na kisi se protest mujhe karta, kuch bhi nahin. to 50 baras se kaam kar raha hoon main aur mujhe koi pakadne wala nahin,</w:t>
      </w:r>
    </w:p>
    <w:p>
      <w:pPr>
        <w:jc w:val="right"/>
      </w:pPr>
      <w:r>
        <w:t>میں چونکہ نہ تو گن مارتا، نہ بم مارتا، نہ ہیٹ کرتا، نہ کسی سے پروٹیسٹ مجھے کرتا، کچھ بھی نہیں۔ تو 50 برس سے کام کر رہا ہوں میں اور مجھے کوئی پکڑنے والا نہیں،</w:t>
      </w:r>
    </w:p>
    <w:p>
      <w:r>
        <w:rPr>
          <w:b/>
        </w:rPr>
        <w:t xml:space="preserve">[51:35] </w:t>
      </w:r>
      <w:r>
        <w:t>koi pakadne wala nahin. to yeh is baat ko samajhne ki zaroorat hai ke naskh ka matlab kya hai. quran majeed mein naskh ka matlab hai replace</w:t>
      </w:r>
    </w:p>
    <w:p>
      <w:pPr>
        <w:jc w:val="right"/>
      </w:pPr>
      <w:r>
        <w:t>کوئی پکڑنے والا نہیں۔ تو یہ اس بات کو سمجھنے کی ضرورت ہے کہ نسخ کا مطلب کیا ہے۔ قرآن مجید میں نسخ کا مطلب ہے ریپلی</w:t>
      </w:r>
    </w:p>
    <w:p>
      <w:r>
        <w:rPr>
          <w:b/>
        </w:rPr>
        <w:t xml:space="preserve">[51:47] </w:t>
      </w:r>
      <w:r>
        <w:t>ment. ma nansakh min ayatin nansakh nah khayrin minha aw mithliha.</w:t>
      </w:r>
    </w:p>
    <w:p>
      <w:pPr>
        <w:jc w:val="right"/>
      </w:pPr>
      <w:r>
        <w:t>سمنٹ۔ ما ننسخ من آیت نہ ننسخ نہ بخیر منہا مثل۔</w:t>
      </w:r>
    </w:p>
    <w:p>
      <w:r>
        <w:rPr>
          <w:b/>
        </w:rPr>
        <w:t xml:space="preserve">[51:57] </w:t>
      </w:r>
      <w:r>
        <w:t>to yeh jo quran mein zikr hai naskh ka, to naskh ka matlab hai mere nazdeek replacement.</w:t>
      </w:r>
    </w:p>
    <w:p>
      <w:pPr>
        <w:jc w:val="right"/>
      </w:pPr>
      <w:r>
        <w:t>تو یہ جو قرآن میں ذکر ہے نسخ کا، تو نسخ کا مطلب ہے میرے نزدیک ریپلیسمنٹ۔</w:t>
      </w:r>
    </w:p>
    <w:p>
      <w:r>
        <w:rPr>
          <w:b/>
        </w:rPr>
        <w:t xml:space="preserve">[52:06] </w:t>
      </w:r>
      <w:r>
        <w:t>mere nazdeek matlab yeh hai ke maine is ki tehqeeq ki, maine tafseeron ko padha, maine dictionaries ko dekha.</w:t>
      </w:r>
    </w:p>
    <w:p>
      <w:pPr>
        <w:jc w:val="right"/>
      </w:pPr>
      <w:r>
        <w:t>میرے نزدیک مطلب یہ ہے کہ میں نے اس کی تحقیق کی، میں نے تفسیروں کو پڑھا، میں نے ڈکشنریز کو دیکھا۔</w:t>
      </w:r>
    </w:p>
    <w:p>
      <w:r>
        <w:rPr>
          <w:b/>
        </w:rPr>
        <w:t xml:space="preserve">[52:13] </w:t>
      </w:r>
      <w:r>
        <w:t>aaj bhi subah ko jab ke mujhe bolna tha is par, to aaj bhi is se pehle bhi dekh chuka hoon bar bar. aaj bhi subah ko main ne dobara tafsirain nikali, dobara main ne dictionary nikali ke kya kya mani is ke hain.</w:t>
      </w:r>
    </w:p>
    <w:p>
      <w:pPr>
        <w:jc w:val="right"/>
      </w:pPr>
      <w:r>
        <w:t>آج بھی صبح کو جب کہ مجھے بولنا تھا اس پر، تو آج بھی اس سے پہلے بھی دیکھ چکا ہوں بار بار۔ آج بھی صبح کو میں نے دوبارہ تفسیریں نکالی، دوبارہ میں نے ڈکشنری نکالی کہ کیا کیا معنی اس کے ہیں۔</w:t>
      </w:r>
    </w:p>
    <w:p>
      <w:r>
        <w:rPr>
          <w:b/>
        </w:rPr>
        <w:t xml:space="preserve">[52:27] </w:t>
      </w:r>
      <w:r>
        <w:t>aisa nahi ke main aisi bator shairi ki baatein keh raha hoon, poori tehqeeq ke baad main keh raha hoon aisa ke naskh ka matlab hai replacement.</w:t>
      </w:r>
    </w:p>
    <w:p>
      <w:pPr>
        <w:jc w:val="right"/>
      </w:pPr>
      <w:r>
        <w:t>ایسا نہیں کہ میں ایسی بطور شاعری کی باتیں کہہ رہا ہوں، پوری تحقیق کے بعد میں کہہ رہا ہوں ایسا کہ نسخ کا مطلب ہے ریپلیسمنٹ۔</w:t>
      </w:r>
    </w:p>
    <w:p>
      <w:r>
        <w:rPr>
          <w:b/>
        </w:rPr>
        <w:t xml:space="preserve">[52:40] </w:t>
      </w:r>
      <w:r>
        <w:t>aur it is but nature</w:t>
      </w:r>
    </w:p>
    <w:p>
      <w:pPr>
        <w:jc w:val="right"/>
      </w:pPr>
      <w:r>
        <w:t>اور اٹ از بٹ نیچر</w:t>
      </w:r>
    </w:p>
    <w:p>
      <w:r>
        <w:rPr>
          <w:b/>
        </w:rPr>
        <w:t xml:space="preserve">[52:42] </w:t>
      </w:r>
      <w:r>
        <w:t>l, replacement to hota hi hota hai, replacement hamesha hota rahe ga. yeh aik aik law of nature hai.</w:t>
      </w:r>
    </w:p>
    <w:p>
      <w:pPr>
        <w:jc w:val="right"/>
      </w:pPr>
      <w:r>
        <w:t>ل، ریپلیسمنٹ تو ہوتا ہی ہوتا ہے، ریپلیسمنٹ ہمیشہ ہوتا رہے گا۔ یہ ایک ایک لاء آف نیچر ہے۔</w:t>
      </w:r>
    </w:p>
    <w:p>
      <w:r>
        <w:rPr>
          <w:b/>
        </w:rPr>
        <w:t xml:space="preserve">[52:53] </w:t>
      </w:r>
      <w:r>
        <w:t>replacement ka matlab yeh nahi ke koi pichlay jo woh yeh replacement ka matlab hai reapply karna, reapplication.</w:t>
      </w:r>
    </w:p>
    <w:p>
      <w:pPr>
        <w:jc w:val="right"/>
      </w:pPr>
      <w:r>
        <w:t>ریپلیسمنٹ کا مطلب یہ نہیں کہ کوئی پچھلے جو وہ یہ ریپلیسمنٹ کا مطلب ہے ری اپلائی کرنا، ری ایپلیکیشن۔</w:t>
      </w:r>
    </w:p>
    <w:p>
      <w:r>
        <w:rPr>
          <w:b/>
        </w:rPr>
        <w:t xml:space="preserve">[53:09] </w:t>
      </w:r>
      <w:r>
        <w:t>reapplication yani jab aap parhte sawar, jab aap hawa jahaz par aap baith kar ja rahe hain hajj karne ke liye, to yeh reapplication hai.</w:t>
      </w:r>
    </w:p>
    <w:p>
      <w:pPr>
        <w:jc w:val="right"/>
      </w:pPr>
      <w:r>
        <w:t>ری ایپلیکیشن یعنی جب آپ پڑھتے سوار، جب آپ ہوا جہاز پر آپ بیٹھ کر جا رہے ہیں حج کرنے کے لیے، تو یہ ری ایپلیکیشن ہے۔</w:t>
      </w:r>
    </w:p>
    <w:p>
      <w:r>
        <w:rPr>
          <w:b/>
        </w:rPr>
        <w:t xml:space="preserve">[53:18] </w:t>
      </w:r>
      <w:r>
        <w:t>yani sawari ka reapplication.</w:t>
      </w:r>
    </w:p>
    <w:p>
      <w:pPr>
        <w:jc w:val="right"/>
      </w:pPr>
      <w:r>
        <w:t>یعنی سواری کا ری ایپلیکیشن۔</w:t>
      </w:r>
    </w:p>
    <w:p>
      <w:r>
        <w:rPr>
          <w:b/>
        </w:rPr>
        <w:t xml:space="preserve">[53:22] </w:t>
      </w:r>
      <w:r>
        <w:t>pehlay sawari ka matlab hota tha oont, ab sawari ka matlab ho gaya jahaz. to yeh sawari ka reapplication hai, redefinition hai.</w:t>
      </w:r>
    </w:p>
    <w:p>
      <w:pPr>
        <w:jc w:val="right"/>
      </w:pPr>
      <w:r>
        <w:t>پہلے سواری کا مطلب ہوتا تھا اونٹ، اب سواری کا مطلب ہو گیا جہاز۔ تو یہ سواری کا ری ایپلیکیشن ہے، ری ڈیفینیشن ہے۔</w:t>
      </w:r>
    </w:p>
    <w:p>
      <w:r>
        <w:rPr>
          <w:b/>
        </w:rPr>
        <w:t xml:space="preserve">[53:35] </w:t>
      </w:r>
      <w:r>
        <w:t>yani sawari ko aap redefine kiya, sawari ko aap ne redefine kiya, sawari ko aap ne reapply kiya.</w:t>
      </w:r>
    </w:p>
    <w:p>
      <w:pPr>
        <w:jc w:val="right"/>
      </w:pPr>
      <w:r>
        <w:t>یعنی سواری کو آپ ری ڈیفائن کیا، سواری کو آپ نے ری ڈیفائن کیا، سواری کو آپ نے ری اپلائی کیا۔</w:t>
      </w:r>
    </w:p>
    <w:p>
      <w:r>
        <w:rPr>
          <w:b/>
        </w:rPr>
        <w:t xml:space="preserve">[53:43] </w:t>
      </w:r>
      <w:r>
        <w:t>isi tareeqay se aap jab defense war mein aap ne ghore ka silsila khatam kar diya aur aap ne modern weapon ko liya, to aap ne yahan bhi reapply kiya.</w:t>
      </w:r>
    </w:p>
    <w:p>
      <w:pPr>
        <w:jc w:val="right"/>
      </w:pPr>
      <w:r>
        <w:t>اسی طریقے سے آپ جب ڈیفنسو وار میں آپ نے گھوڑے کا سلسلہ ختم کر دیا اور آپ نے ماڈرن ویپن کو لیا، تو آپ نے یہاں بھی ری اپلائی کیا۔</w:t>
      </w:r>
    </w:p>
    <w:p>
      <w:r>
        <w:rPr>
          <w:b/>
        </w:rPr>
        <w:t xml:space="preserve">[53:57] </w:t>
      </w:r>
      <w:r>
        <w:t>yani defense ka principle jo tha, us ko aap ne reapply kiya. to replacement ka matlab hai reapplication ke asal cheez jo hai, yani asal sense to wahan phir bhi maujood rehta hai.</w:t>
      </w:r>
    </w:p>
    <w:p>
      <w:pPr>
        <w:jc w:val="right"/>
      </w:pPr>
      <w:r>
        <w:t>یعنی ڈیفنس کا پرنسپل جو تھا، اس کو آپ نے ری اپلائی کیا۔ تو ریپلیسمنٹ کا مطلب ہے ری ایپلیکیشن کہ اصل چیز جو ہے، یعنی اصل سینس تو وہاں پھر بھی موجود رہتا ہے۔</w:t>
      </w:r>
    </w:p>
    <w:p>
      <w:r>
        <w:rPr>
          <w:b/>
        </w:rPr>
        <w:t xml:space="preserve">[54:12] </w:t>
      </w:r>
      <w:r>
        <w:t>aisa nahi ke woh asal sense hi khatam ho jaye. yani sawari ka sense maujood hai, sirf vehicle badal gaya. aise hi defense ka sense maujood hai, sirf is ka mode badal gaya.</w:t>
      </w:r>
    </w:p>
    <w:p>
      <w:pPr>
        <w:jc w:val="right"/>
      </w:pPr>
      <w:r>
        <w:t>ایسا نہیں کہ وہ اصل سینس ہی ختم ہو جائے۔ یعنی سواری کا سینس موجود ہے، صرف وہیکل بدل گیا۔ ایسے ہی ڈیفنس کا سینس موجود ہے، صرف اس کا موڈ بدل گیا۔</w:t>
      </w:r>
    </w:p>
    <w:p>
      <w:r>
        <w:rPr>
          <w:b/>
        </w:rPr>
        <w:t xml:space="preserve">[54:28] </w:t>
      </w:r>
      <w:r>
        <w:t>to yeh hai naskh ka matlab.</w:t>
      </w:r>
    </w:p>
    <w:p>
      <w:pPr>
        <w:jc w:val="right"/>
      </w:pPr>
      <w:r>
        <w:t>تو یہ ہے نسخ کا مطلب۔</w:t>
      </w:r>
    </w:p>
    <w:p>
      <w:r>
        <w:rPr>
          <w:b/>
        </w:rPr>
        <w:t xml:space="preserve">[54:33] </w:t>
      </w:r>
      <w:r>
        <w:t>to main samajhta hoon ke is zamane mein jo sab se bara waqia pesh aaya hai, sab se bara event woh yeh hai ke dunya mein azadi ko universally aik aik accepted right maan liya gaya.</w:t>
      </w:r>
    </w:p>
    <w:p>
      <w:pPr>
        <w:jc w:val="right"/>
      </w:pPr>
      <w:r>
        <w:t>تو میں سمجھتا ہوں کہ اس زمانے میں جو سب سے بڑا واقعہ پیش آیا ہے، سب سے بڑا ایونٹ وہ یہ ہے کہ دنیا میں آزادی کو یونیورسلی ایک ایکسیپٹڈ رائٹ مان لیا گیا۔</w:t>
      </w:r>
    </w:p>
    <w:p>
      <w:r>
        <w:rPr>
          <w:b/>
        </w:rPr>
        <w:t xml:space="preserve">[54:55] </w:t>
      </w:r>
      <w:r>
        <w:t>accepted right. sari aap jante hain ke 1948 mein United Nations bani, yani</w:t>
      </w:r>
    </w:p>
    <w:p>
      <w:pPr>
        <w:jc w:val="right"/>
      </w:pPr>
      <w:r>
        <w:t>ایکسیپٹڈ رائٹ۔ ساری آپ جانتے ہیں کہ 1948 میں یونائٹڈ نیشنز بنی، یعنی</w:t>
      </w:r>
    </w:p>
    <w:p>
      <w:r>
        <w:rPr>
          <w:b/>
        </w:rPr>
        <w:t xml:space="preserve">[55:09] </w:t>
      </w:r>
      <w:r>
        <w:t>jis ko hum kehte hain UNO.</w:t>
      </w:r>
    </w:p>
    <w:p>
      <w:pPr>
        <w:jc w:val="right"/>
      </w:pPr>
      <w:r>
        <w:t>جس کو ہم کہتے ہیں یو این او۔</w:t>
      </w:r>
    </w:p>
    <w:p>
      <w:r>
        <w:rPr>
          <w:b/>
        </w:rPr>
        <w:t xml:space="preserve">[55:13] </w:t>
      </w:r>
      <w:r>
        <w:t>UNO. is mein sare hi nations dakhil hain.</w:t>
      </w:r>
    </w:p>
    <w:p>
      <w:pPr>
        <w:jc w:val="right"/>
      </w:pPr>
      <w:r>
        <w:t>یو این او۔ اس میں سارے ہی نیشنز داخل ہیں۔</w:t>
      </w:r>
    </w:p>
    <w:p>
      <w:r>
        <w:rPr>
          <w:b/>
        </w:rPr>
        <w:t xml:space="preserve">[55:21] </w:t>
      </w:r>
      <w:r>
        <w:t>UNO is ka headquarter America mein hai.</w:t>
      </w:r>
    </w:p>
    <w:p>
      <w:pPr>
        <w:jc w:val="right"/>
      </w:pPr>
      <w:r>
        <w:t>یو این او اس کا ہیڈ کوارٹر امریکہ میں ہے۔</w:t>
      </w:r>
    </w:p>
    <w:p>
      <w:r>
        <w:rPr>
          <w:b/>
        </w:rPr>
        <w:t xml:space="preserve">[55:25] </w:t>
      </w:r>
      <w:r>
        <w:t>UNO ka headquarter America mein hai. aap jante hain, main wahan gaya hoon aik bar us ki building mein, agay dekha hai us ko main ne.</w:t>
      </w:r>
    </w:p>
    <w:p>
      <w:pPr>
        <w:jc w:val="right"/>
      </w:pPr>
      <w:r>
        <w:t>یو این او کا ہیڈ کوارٹر امریکہ میں ہے۔ آپ جانتے ہیں، میں وہاں گیا ہوں ایک بار اس کی بلڈنگ میں، آگے دیکھا ہے اس کو میں نے۔</w:t>
      </w:r>
    </w:p>
    <w:p>
      <w:r>
        <w:rPr>
          <w:b/>
        </w:rPr>
        <w:t xml:space="preserve">[55:35] </w:t>
      </w:r>
      <w:r>
        <w:t>to bohat bari building hai, bilkul naye dhang ki building hai. is mein main ne neechay bhi dekha, oopar bhi dekha. to</w:t>
      </w:r>
    </w:p>
    <w:p>
      <w:pPr>
        <w:jc w:val="right"/>
      </w:pPr>
      <w:r>
        <w:t>تو بہت بڑی بلڈنگ ہے، بالکل نئے ڈھنگ کی بلڈنگ ہے۔ اس میں میں نے نیچے بھی دیکھا، اوپر بھی دیکھا۔ تو</w:t>
      </w:r>
    </w:p>
    <w:p>
      <w:r>
        <w:rPr>
          <w:b/>
        </w:rPr>
        <w:t xml:space="preserve">[55:48] </w:t>
      </w:r>
      <w:r>
        <w:t>is sare dunya ke jo nations hain, woh is ki member hain.</w:t>
      </w:r>
    </w:p>
    <w:p>
      <w:pPr>
        <w:jc w:val="right"/>
      </w:pPr>
      <w:r>
        <w:t>اس سارے دنیا کے جو نیشنز ہیں، وہ اس کی ممبر ہیں۔</w:t>
      </w:r>
    </w:p>
    <w:p>
      <w:r>
        <w:rPr>
          <w:b/>
        </w:rPr>
        <w:t xml:space="preserve">[55:54] </w:t>
      </w:r>
      <w:r>
        <w:t>to United Nations ke tehat woh banaya gaya Human Rights ka charter, jis ko kehte hain Charter of Human Rights.</w:t>
      </w:r>
    </w:p>
    <w:p>
      <w:pPr>
        <w:jc w:val="right"/>
      </w:pPr>
      <w:r>
        <w:t>تو یونائٹڈ نیشنز کے تحت وہ بنایا گیا ہیومن رائٹس کا چارٹر، جس کو کہتے ہیں چارٹر آف ہیومن رائٹس۔</w:t>
      </w:r>
    </w:p>
    <w:p>
      <w:r>
        <w:rPr>
          <w:b/>
        </w:rPr>
        <w:t xml:space="preserve">[56:06] </w:t>
      </w:r>
      <w:r>
        <w:t>is mein yeh likha gaya ke azadi, freedom har insan ka pedaishi haq hai. kisi ki azadi ko abalish nahi keh sakta.</w:t>
      </w:r>
    </w:p>
    <w:p>
      <w:pPr>
        <w:jc w:val="right"/>
      </w:pPr>
      <w:r>
        <w:t>اس میں یہ لکھا گیا کہ آزادی، فریڈم ہر انسان کا پیدائشی حق ہے۔ کسی کی آزادی کو ابالش نہیں کہہ سکتا۔</w:t>
      </w:r>
    </w:p>
    <w:p>
      <w:r>
        <w:rPr>
          <w:b/>
        </w:rPr>
        <w:t xml:space="preserve">[56:17] </w:t>
      </w:r>
      <w:r>
        <w:t>har aadmi ko poori poori azadi hasil hai, except violence.</w:t>
      </w:r>
    </w:p>
    <w:p>
      <w:pPr>
        <w:jc w:val="right"/>
      </w:pPr>
      <w:r>
        <w:t>ہر آدمی کو پوری پوری آزادی حاصل ہے، ایکسیپٹ وائلنس۔</w:t>
      </w:r>
    </w:p>
    <w:p>
      <w:r>
        <w:rPr>
          <w:b/>
        </w:rPr>
        <w:t xml:space="preserve">[56:25] </w:t>
      </w:r>
      <w:r>
        <w:t>phir sare qomon ne, sare nations ne apne mulkon mein jo constitution banaye, us mein bhi is ko likha unhon ne. to ab isi isi zamane mein hum jee rahe hain.</w:t>
      </w:r>
    </w:p>
    <w:p>
      <w:pPr>
        <w:jc w:val="right"/>
      </w:pPr>
      <w:r>
        <w:t>پھر سارے قوموں نے، سارے نیشنز نے اپنے ملکوں میں جو کانسٹیٹیوشن بنائے، اس میں بھی اس کو لکھا انہوں نے۔ تو اب اسی اسی زمانے میں ہم جی رہے ہیں۔</w:t>
      </w:r>
    </w:p>
    <w:p>
      <w:r>
        <w:rPr>
          <w:b/>
        </w:rPr>
        <w:t xml:space="preserve">[56:38] </w:t>
      </w:r>
      <w:r>
        <w:t>yeh jab freedom hai, yeh</w:t>
      </w:r>
    </w:p>
    <w:p>
      <w:pPr>
        <w:jc w:val="right"/>
      </w:pPr>
      <w:r>
        <w:t>یہ جب فریڈم ہے، یہ</w:t>
      </w:r>
    </w:p>
    <w:p>
      <w:r>
        <w:rPr>
          <w:b/>
        </w:rPr>
        <w:t xml:space="preserve">[56:43] </w:t>
      </w:r>
      <w:r>
        <w:t>to ab woh replacement ho chuka hai. Yani larai jo hai, mazhabi jarb jab jo tha, jis ki wajah se qital paish aata tha, is ka replacement ho chuka hai.</w:t>
      </w:r>
    </w:p>
    <w:p>
      <w:pPr>
        <w:jc w:val="right"/>
      </w:pPr>
      <w:r>
        <w:t>تو اب وہ ریپلیسمنٹ ہو چکا ہے۔ یعنی لڑائی جو ہے، مذہبی جرب جب جو تھا، جس کی وجہ سے قتال پیش آتا تھا، اس کا ریپلیسمنٹ ہو چکا ہے۔</w:t>
      </w:r>
    </w:p>
    <w:p>
      <w:r>
        <w:rPr>
          <w:b/>
        </w:rPr>
        <w:t xml:space="preserve">[56:55] </w:t>
      </w:r>
      <w:r>
        <w:t>Ab jo zamana aa gaya hai, woh azadi ka zamana hai. Is azadi ko aawail kijiye, Khuda ka shukar ada kijiye.</w:t>
      </w:r>
    </w:p>
    <w:p>
      <w:pPr>
        <w:jc w:val="right"/>
      </w:pPr>
      <w:r>
        <w:t>اب جو زمانہ آ گیا ہے، وہ آزادی کا زمانہ ہے۔ اس آزادی کو اویل کیجئے، خدا کا شکر ادا کیجئے۔</w:t>
      </w:r>
    </w:p>
    <w:p>
      <w:r>
        <w:rPr>
          <w:b/>
        </w:rPr>
        <w:t xml:space="preserve">[57:06] </w:t>
      </w:r>
      <w:r>
        <w:t>Yani Khuda ka shukar ada kijiye. Yahan Quran majeed mein Sahaba ki zuban se yeh dua aai hai ke "Rabana wala tahmil alaina isran kama hamaltahu alal lazeena min qablina".</w:t>
      </w:r>
    </w:p>
    <w:p>
      <w:pPr>
        <w:jc w:val="right"/>
      </w:pPr>
      <w:r>
        <w:t>یعنی خدا کا شکر ادا کیجئے۔ یہاں قرآن مجید میں صحابہ کی زبان سے یہ دعا آئی ہے کہ "ربنا ولا تحمل علینا اسرا کما حملتہ علی الذین من قبلنا"۔</w:t>
      </w:r>
    </w:p>
    <w:p>
      <w:r>
        <w:rPr>
          <w:b/>
        </w:rPr>
        <w:t xml:space="preserve">[57:20] </w:t>
      </w:r>
      <w:r>
        <w:t>Ae hamare Rab, hamare upar woh mushaqqat na daal jo tu ne pichlon par daali thi. Main samajhta hoon ke isi dua ka tufaíl hai jis mein hum aaj jee rahe hain.</w:t>
      </w:r>
    </w:p>
    <w:p>
      <w:pPr>
        <w:jc w:val="right"/>
      </w:pPr>
      <w:r>
        <w:t>اے ہمارے رب، ہمارے اوپر وہ مشقت نہ ڈال جو تو نے پچھلوں پر ڈالی تھی۔ میں سمجھتا ہوں کہ اسی دعا کا طفیل ہے جس میں ہم آج جی رہے ہیں۔</w:t>
      </w:r>
    </w:p>
    <w:p>
      <w:r>
        <w:rPr>
          <w:b/>
        </w:rPr>
        <w:t xml:space="preserve">[57:35] </w:t>
      </w:r>
      <w:r>
        <w:t>Yeh dua ka matlab yeh hai ke pichle logon ko mazhabi jabr ke halaat mein kaam karna padta tha, to</w:t>
      </w:r>
    </w:p>
    <w:p>
      <w:pPr>
        <w:jc w:val="right"/>
      </w:pPr>
      <w:r>
        <w:t>یہ دعا کا مطلب یہ ہے کہ پچھلے لوگوں کو مذہبی جبر کے حالات میں کام کرنا پڑتا تھا، تو</w:t>
      </w:r>
    </w:p>
    <w:p>
      <w:r>
        <w:rPr>
          <w:b/>
        </w:rPr>
        <w:t xml:space="preserve">[57:45] </w:t>
      </w:r>
      <w:r>
        <w:t>ab hamein is se bacha le aur hamein mazhabi azadi ke zamane mein kaam karne ka mauqa de. Woh ho gaya. Yeh dua jo hai, yeh poori ho chuki.</w:t>
      </w:r>
    </w:p>
    <w:p>
      <w:pPr>
        <w:jc w:val="right"/>
      </w:pPr>
      <w:r>
        <w:t>اب ہمیں اس سے بچا لے اور ہمیں مذہبی آزادی کے زمانے میں کام کرنے کا موقع دے۔ وہ ہو گیا۔ یہ دعا جو ہے، یہ پوری ہو چکی۔</w:t>
      </w:r>
    </w:p>
    <w:p>
      <w:r>
        <w:rPr>
          <w:b/>
        </w:rPr>
        <w:t xml:space="preserve">[57:57] </w:t>
      </w:r>
      <w:r>
        <w:t>"Rabana wala tahmil alaina isran kama hamaltahu alal lazeena min qablina". Woh bojh hamare upar na daal. Ishq ke mani bojh hote hain, to woh bojh khatam ho gaya.</w:t>
      </w:r>
    </w:p>
    <w:p>
      <w:pPr>
        <w:jc w:val="right"/>
      </w:pPr>
      <w:r>
        <w:t>"ربنا ولا تحمل علینا اسرا کما حملتہ علی الذین من قبلنا"۔ وہ بوجھ ہمارے اوپر نہ ڈال۔ عشق کے معنی بوجھ ہوتے ہیں، تو وہ بوجھ ختم ہو گیا۔</w:t>
      </w:r>
    </w:p>
    <w:p>
      <w:r>
        <w:rPr>
          <w:b/>
        </w:rPr>
        <w:t xml:space="preserve">[58:11] </w:t>
      </w:r>
      <w:r>
        <w:t>Mazhabi jabr ek bojh tha.</w:t>
      </w:r>
    </w:p>
    <w:p>
      <w:pPr>
        <w:jc w:val="right"/>
      </w:pPr>
      <w:r>
        <w:t>مذہبی جبر ایک بوجھ تھا۔</w:t>
      </w:r>
    </w:p>
    <w:p>
      <w:r>
        <w:rPr>
          <w:b/>
        </w:rPr>
        <w:t xml:space="preserve">[58:14] </w:t>
      </w:r>
      <w:r>
        <w:t>Mazhabi jabr ke bojh ke tale aadmi ko mazhab pe chalna padta tha. Ab woh woh bojh khatam ho gaya, ab mazhabi azadi aa gayi.</w:t>
      </w:r>
    </w:p>
    <w:p>
      <w:pPr>
        <w:jc w:val="right"/>
      </w:pPr>
      <w:r>
        <w:t>مذہبی جبر کے بوجھ کے تلے آدمی کو مذہب پہ چلنا پڑتا تھا۔ اب وہ وہ بوجھ ختم ہو گیا، اب مذہبی آزادی آ گئی۔</w:t>
      </w:r>
    </w:p>
    <w:p>
      <w:r>
        <w:rPr>
          <w:b/>
        </w:rPr>
        <w:t xml:space="preserve">[58:25] </w:t>
      </w:r>
      <w:r>
        <w:t>To ab is ka shukar ada kijiye Allah taala ka ke Allah taala ne is dua ko kis tarah se qabool farmaya aur mazhabi jabr ka mahol khatam ho gaya aur mazhabi azadi ka mahol aa gaya.</w:t>
      </w:r>
    </w:p>
    <w:p>
      <w:pPr>
        <w:jc w:val="right"/>
      </w:pPr>
      <w:r>
        <w:t>تو اب اس کا شکر ادا کیجئے اللہ تعالی کا کہ اللہ تعالی نے اس دعا کو کس طرح سے قبول فرمایا اور مذہبی جبر کا ماحول ختم ہو گیا اور مذہبی آزادی کا ماحول آ گیا۔</w:t>
      </w:r>
    </w:p>
    <w:p>
      <w:r>
        <w:rPr>
          <w:b/>
        </w:rPr>
        <w:t xml:space="preserve">[58:38] </w:t>
      </w:r>
      <w:r>
        <w:t>To shukar kijiye aur is ko aawail kijiye.</w:t>
      </w:r>
    </w:p>
    <w:p>
      <w:pPr>
        <w:jc w:val="right"/>
      </w:pPr>
      <w:r>
        <w:t>تو شکر کیجئے اور اس کو اویل کیجئے۔</w:t>
      </w:r>
    </w:p>
    <w:p>
      <w:r>
        <w:rPr>
          <w:b/>
        </w:rPr>
        <w:t xml:space="preserve">[58:42] </w:t>
      </w:r>
      <w:r>
        <w:t>Ab woh waqt aa gaya hai ke hum is waqe par Khuda ka shukar karein aur jo nai opportunities khuli hain, us ko aawail karein.</w:t>
      </w:r>
    </w:p>
    <w:p>
      <w:pPr>
        <w:jc w:val="right"/>
      </w:pPr>
      <w:r>
        <w:t>اب وہ وقت آ گیا ہے کہ ہم اس واقعے پر خدا کا شکر کریں اور جو نئی اپرچونیٹیز کھلی ہیں، اس کو اویل کریں۔</w:t>
      </w:r>
    </w:p>
    <w:p>
      <w:r>
        <w:rPr>
          <w:b/>
        </w:rPr>
        <w:t xml:space="preserve">[58:54] </w:t>
      </w:r>
      <w:r>
        <w:t>Bas aqool qawli haza wastaghfirullaha li walakum ajmaeen.</w:t>
      </w:r>
    </w:p>
    <w:p>
      <w:pPr>
        <w:jc w:val="right"/>
      </w:pPr>
      <w:r>
        <w:t>بس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