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Purpose of Creation September 28, 2014</w:t>
      </w:r>
    </w:p>
    <w:p>
      <w:r>
        <w:t>https://youtu.be/7M-rzLZzCYw</w:t>
      </w:r>
    </w:p>
    <w:p>
      <w:r>
        <w:rPr>
          <w:b/>
        </w:rPr>
        <w:t xml:space="preserve">[00:14] </w:t>
      </w:r>
      <w:r>
        <w:t>Bismillah hir rehman nir raheem, wasallallahu ala nabiyyil kareem.</w:t>
      </w:r>
    </w:p>
    <w:p>
      <w:pPr>
        <w:jc w:val="right"/>
      </w:pPr>
      <w:r>
        <w:t>بسم اللہ الرحمن الرحیم، وصلی اللہ علی نبی الکریم۔</w:t>
      </w:r>
    </w:p>
    <w:p>
      <w:r>
        <w:rPr>
          <w:b/>
        </w:rPr>
        <w:t xml:space="preserve">[00:24] </w:t>
      </w:r>
      <w:r>
        <w:t>Rabishrah li sadri, wayassir li amri, wahal uqdatan min lisani, yafqahu qawli.</w:t>
      </w:r>
    </w:p>
    <w:p>
      <w:pPr>
        <w:jc w:val="right"/>
      </w:pPr>
      <w:r>
        <w:t>رب اشرح لی صدری، ویسر لی امری، واحل العقدۃ من لسانی، یفقہ قولی۔</w:t>
      </w:r>
    </w:p>
    <w:p>
      <w:r>
        <w:rPr>
          <w:b/>
        </w:rPr>
        <w:t xml:space="preserve">[00:44] </w:t>
      </w:r>
      <w:r>
        <w:t>Aaj ka topic hai:</w:t>
      </w:r>
    </w:p>
    <w:p>
      <w:pPr>
        <w:jc w:val="right"/>
      </w:pPr>
      <w:r>
        <w:t>آج کا ٹاپک ہے:</w:t>
      </w:r>
    </w:p>
    <w:p>
      <w:r>
        <w:rPr>
          <w:b/>
        </w:rPr>
        <w:t xml:space="preserve">[00:50] </w:t>
      </w:r>
      <w:r>
        <w:t>"Purpose of Creation".</w:t>
      </w:r>
    </w:p>
    <w:p>
      <w:pPr>
        <w:jc w:val="right"/>
      </w:pPr>
      <w:r>
        <w:t>"Purpose of Creation"۔</w:t>
      </w:r>
    </w:p>
    <w:p>
      <w:r>
        <w:rPr>
          <w:b/>
        </w:rPr>
        <w:t xml:space="preserve">[00:56] </w:t>
      </w:r>
      <w:r>
        <w:t>Maqsad takhleeq.</w:t>
      </w:r>
    </w:p>
    <w:p>
      <w:pPr>
        <w:jc w:val="right"/>
      </w:pPr>
      <w:r>
        <w:t>مقصد تخلیق۔</w:t>
      </w:r>
    </w:p>
    <w:p>
      <w:r>
        <w:rPr>
          <w:b/>
        </w:rPr>
        <w:t xml:space="preserve">[01:03] </w:t>
      </w:r>
      <w:r>
        <w:t>Quran ki mukhtalif aayaton se maloom hota hai ke takhleeq ka maqsad kya tha.</w:t>
      </w:r>
    </w:p>
    <w:p>
      <w:pPr>
        <w:jc w:val="right"/>
      </w:pPr>
      <w:r>
        <w:t>قرآن کی مختلف آیتوں سے معلوم ہوتا ہے کہ تخلیق کا مقصد کیا تھا۔</w:t>
      </w:r>
    </w:p>
    <w:p>
      <w:r>
        <w:rPr>
          <w:b/>
        </w:rPr>
        <w:t xml:space="preserve">[01:16] </w:t>
      </w:r>
      <w:r>
        <w:t>Misal ke taur par dekhiye,</w:t>
      </w:r>
    </w:p>
    <w:p>
      <w:pPr>
        <w:jc w:val="right"/>
      </w:pPr>
      <w:r>
        <w:t>مثلاً دیکھیے،</w:t>
      </w:r>
    </w:p>
    <w:p>
      <w:r>
        <w:rPr>
          <w:b/>
        </w:rPr>
        <w:t xml:space="preserve">[01:22] </w:t>
      </w:r>
      <w:r>
        <w:t>Quran ki ek aayat hai Az-Zariyat mein: "Wa ma khalaqtul jinna wal insa illa li ya'budoon". Is mein Abdullah ibn Abbas ne kaha hai ke "li ya'budoon" ka matlab hai "li ya'rifoon".</w:t>
      </w:r>
    </w:p>
    <w:p>
      <w:pPr>
        <w:jc w:val="right"/>
      </w:pPr>
      <w:r>
        <w:t>قرآن کی ایک آیت ہے الذاریات میں: "وما خلقت الجن والإنس إلا ليعبدون"۔ اس میں عبداللہ ابن عباس نے کہا ہے کہ "لعبدون" کا مطلب ہے "لیعرفون"۔</w:t>
      </w:r>
    </w:p>
    <w:p>
      <w:r>
        <w:rPr>
          <w:b/>
        </w:rPr>
        <w:t xml:space="preserve">[01:38] </w:t>
      </w:r>
      <w:r>
        <w:t>Yani Allah taala ne jo takhleeq kiya insaan ko, to is ka maqsad yeh tha ke insaan</w:t>
      </w:r>
    </w:p>
    <w:p>
      <w:pPr>
        <w:jc w:val="right"/>
      </w:pPr>
      <w:r>
        <w:t>یعنی اللہ تعالیٰ نے جو تخلیق کیا انسان کو، تو اس کا مقصد یہ تھا کہ انسان</w:t>
      </w:r>
    </w:p>
    <w:p>
      <w:r>
        <w:rPr>
          <w:b/>
        </w:rPr>
        <w:t xml:space="preserve">[01:49] </w:t>
      </w:r>
      <w:r>
        <w:t>marifat hasil kare, aur marifat ka nateeja hai ke woh Allah ka aabid ban jaye.</w:t>
      </w:r>
    </w:p>
    <w:p>
      <w:pPr>
        <w:jc w:val="right"/>
      </w:pPr>
      <w:r>
        <w:t>معرفت حاصل کرے، اور معرفت کا نتیجہ ہے کہ وہ اللہ کا عابد بن جائے۔</w:t>
      </w:r>
    </w:p>
    <w:p>
      <w:r>
        <w:rPr>
          <w:b/>
        </w:rPr>
        <w:t xml:space="preserve">[01:57] </w:t>
      </w:r>
      <w:r>
        <w:t>Yani is ka matlab yeh tha ke apne khalíq ko discovery ke darje mein daryaft karna.</w:t>
      </w:r>
    </w:p>
    <w:p>
      <w:pPr>
        <w:jc w:val="right"/>
      </w:pPr>
      <w:r>
        <w:t>یعنی اس کا مطلب یہ تھا کہ اپنے خالق کو ڈسکوری کے درجے میں دریافت کرنا۔</w:t>
      </w:r>
    </w:p>
    <w:p>
      <w:r>
        <w:rPr>
          <w:b/>
        </w:rPr>
        <w:t xml:space="preserve">[02:11] </w:t>
      </w:r>
      <w:r>
        <w:t>phir dekhiye, jo surah al-baqarah mein jo bataya gaya hai ke insaan ko paida kiya jab Allah taala ne, us waqt ka jo qissa bataya gaya woh yeh hai ke Allah ne Adam ko paida kiya aur yeh elaan kiya ke yeh zameen mein khalifa hoga.</w:t>
      </w:r>
    </w:p>
    <w:p>
      <w:pPr>
        <w:jc w:val="right"/>
      </w:pPr>
      <w:r>
        <w:t>پھر دیکھیے، جو سورہ البقرہ میں جو بتایا گیا ہے کہ انسان کو پیدا کیا جب اللہ تعالیٰ نے، اس وقت کا جو قصہ بتایا گیا وہ یہ ہے کہ اللہ نے آدم کو پیدا کیا اور یہ اعلان کیا کہ یہ زمین میں خلیفہ ہوگا۔</w:t>
      </w:r>
    </w:p>
    <w:p>
      <w:r>
        <w:rPr>
          <w:b/>
        </w:rPr>
        <w:t xml:space="preserve">[02:40] </w:t>
      </w:r>
      <w:r>
        <w:t>khalifa ka matlab koi hukoomat ki baat nahi hai, iska koi political connotation nahi hai. iska matlab yeh hai ke zameen iske incharge mein ho, woh zameen ka incharge hoga.</w:t>
      </w:r>
    </w:p>
    <w:p>
      <w:pPr>
        <w:jc w:val="right"/>
      </w:pPr>
      <w:r>
        <w:t>خلیفہ کا مطلب کوئی حکومت کی بات نہیں ہے، اس کا کوئی پولیٹیکل کنوٹیشن نہیں ہے۔ اس کا مطلب یہ ہے کہ زمین اس کے انچارج میں ہو، وہ زمین کا انچارج ہوگا۔</w:t>
      </w:r>
    </w:p>
    <w:p>
      <w:r>
        <w:rPr>
          <w:b/>
        </w:rPr>
        <w:t xml:space="preserve">[02:54] </w:t>
      </w:r>
      <w:r>
        <w:t>muslim ya ghair muslim hone ki baat nahi hai yeh, aur poori zameen iske charge mein hogi. phir zamini ki jab baat nahi hai balkeh poori kainat ki baat hai.</w:t>
      </w:r>
    </w:p>
    <w:p>
      <w:pPr>
        <w:jc w:val="right"/>
      </w:pPr>
      <w:r>
        <w:t>مسلم یا غیر مسلم ہونے کی بات نہیں ہے یہ، اور پوری زمین اس کے چارج میں ہوگی۔ پھر زمینی کی جب بات نہیں ہے بلکہ پوری کائنات کی بات ہے۔</w:t>
      </w:r>
    </w:p>
    <w:p>
      <w:r>
        <w:rPr>
          <w:b/>
        </w:rPr>
        <w:t xml:space="preserve">[03:11] </w:t>
      </w:r>
      <w:r>
        <w:t>kyunke dekhiye, Quran mein hai ke: "sakharkum sakhara lakum fis-samawati wama fil-ard". saare zameen o aasman ko, yaani saari kainat ko,</w:t>
      </w:r>
    </w:p>
    <w:p>
      <w:pPr>
        <w:jc w:val="right"/>
      </w:pPr>
      <w:r>
        <w:t>کیونکہ دیکھیے، قرآن میں ہے کہ: "سخرکم سخر لکم فی السماوات وما فی الارض"۔ سارے زمین و آسمان کو، یعنی ساری کائنات کو،</w:t>
      </w:r>
    </w:p>
    <w:p>
      <w:r>
        <w:rPr>
          <w:b/>
        </w:rPr>
        <w:t xml:space="preserve">[03:29] </w:t>
      </w:r>
      <w:r>
        <w:t>insaan ke charge mein de diya.</w:t>
      </w:r>
    </w:p>
    <w:p>
      <w:pPr>
        <w:jc w:val="right"/>
      </w:pPr>
      <w:r>
        <w:t>انسان کے چارج میں دے دیا۔</w:t>
      </w:r>
    </w:p>
    <w:p>
      <w:r>
        <w:rPr>
          <w:b/>
        </w:rPr>
        <w:t xml:space="preserve">[03:33] </w:t>
      </w:r>
      <w:r>
        <w:t>yaani insaan ko aisi salahiyatein dein ke woh poori kainat ko istemaal kar sake marifat ke husool ke liye.</w:t>
      </w:r>
    </w:p>
    <w:p>
      <w:pPr>
        <w:jc w:val="right"/>
      </w:pPr>
      <w:r>
        <w:t>یعنی انسان کو ایسی صلاحیتیں دیں کہ وہ پوری کائنات کو استعمال کر سکے معرفت کے حصول کے لیے۔</w:t>
      </w:r>
    </w:p>
    <w:p>
      <w:r>
        <w:rPr>
          <w:b/>
        </w:rPr>
        <w:t xml:space="preserve">[03:49] </w:t>
      </w:r>
      <w:r>
        <w:t>to Quran mein aap padhiye, woh iblis ka qissa hai aur farishton ka qissa hai. ismein yeh juz padhiye, is par ghaur kijiye ke</w:t>
      </w:r>
    </w:p>
    <w:p>
      <w:pPr>
        <w:jc w:val="right"/>
      </w:pPr>
      <w:r>
        <w:t>تو قرآن میں آپ پڑھیے، وہ ابلیس کا قصہ ہے اور فرشتوں کا قصہ ہے۔ اس میں یہ جز پڑھیے، اس پر غور کیجیے کہ</w:t>
      </w:r>
    </w:p>
    <w:p>
      <w:r>
        <w:rPr>
          <w:b/>
        </w:rPr>
        <w:t xml:space="preserve">[04:02] </w:t>
      </w:r>
      <w:r>
        <w:t>: "allama Adam al-asmaa'a kullaha". Allah taala ne Adam ko saare hi naam bata diye.</w:t>
      </w:r>
    </w:p>
    <w:p>
      <w:pPr>
        <w:jc w:val="right"/>
      </w:pPr>
      <w:r>
        <w:t>: "علم آدم الأسماء كلها"۔ اللہ تعالیٰ نے آدم کو سارے ہی نام بتا دیے۔</w:t>
      </w:r>
    </w:p>
    <w:p>
      <w:r>
        <w:rPr>
          <w:b/>
        </w:rPr>
        <w:t xml:space="preserve">[04:15] </w:t>
      </w:r>
      <w:r>
        <w:t>saare hi naam. yeh kya cheez hai? naam kya cheez hai?</w:t>
      </w:r>
    </w:p>
    <w:p>
      <w:pPr>
        <w:jc w:val="right"/>
      </w:pPr>
      <w:r>
        <w:t>سارے ہی نام۔ یہ کیا چیز ہے؟ نام کیا چیز ہے؟</w:t>
      </w:r>
    </w:p>
    <w:p>
      <w:r>
        <w:rPr>
          <w:b/>
        </w:rPr>
        <w:t xml:space="preserve">[04:22] </w:t>
      </w:r>
      <w:r>
        <w:t>is par ghaur karne ke baad mere saamne baat aati hai ke har cheez ka moral, chahe ek boat banana ho ya ek hawai jahaz banana ho,</w:t>
      </w:r>
    </w:p>
    <w:p>
      <w:pPr>
        <w:jc w:val="right"/>
      </w:pPr>
      <w:r>
        <w:t>اس پر غور کرنے کے بعد میرے سامنے بات آتی ہے کہ ہر چیز کا مورل، چاہے ایک بوٹ بنانا ہو یا ایک ہوا جہاز بنانا ہو،</w:t>
      </w:r>
    </w:p>
    <w:p>
      <w:r>
        <w:rPr>
          <w:b/>
        </w:rPr>
        <w:t xml:space="preserve">[04:41] </w:t>
      </w:r>
      <w:r>
        <w:t>isi tarah se jo theory daryaft ki insaan ne, maslan quantum mechanics, theory of relativity, uska bhi moral.</w:t>
      </w:r>
    </w:p>
    <w:p>
      <w:pPr>
        <w:jc w:val="right"/>
      </w:pPr>
      <w:r>
        <w:t>اسی طرح سے جو تھیوری دریافت کی انسان نے، مثلاً کوانٹم مکینکس، تھیوری آف ریلیٹیوٹی، اس کا بھی مورل۔</w:t>
      </w:r>
    </w:p>
    <w:p>
      <w:r>
        <w:rPr>
          <w:b/>
        </w:rPr>
        <w:t xml:space="preserve">[04:54] </w:t>
      </w:r>
      <w:r>
        <w:t>insaan ke mind mein peshgi taur par har cheez ka moral maujood hai. jab aadmi explore karta hai, jab woh experiment karta hai, jab woh observe karta hai cheezon ko,</w:t>
      </w:r>
    </w:p>
    <w:p>
      <w:pPr>
        <w:jc w:val="right"/>
      </w:pPr>
      <w:r>
        <w:t>انسان کے مائنڈ میں پیشگی طور پر ہر چیز کا مورل موجود ہے۔ جب آدمی ایکسپلور کرتا ہے، جب وہ ایکسپیریمنٹ کرتا ہے، جب وہ آبزرو کرتا ہے چیزوں کو،</w:t>
      </w:r>
    </w:p>
    <w:p>
      <w:r>
        <w:rPr>
          <w:b/>
        </w:rPr>
        <w:t xml:space="preserve">[05:09] </w:t>
      </w:r>
      <w:r>
        <w:t>to jab koi cheez uske saamne aati hai during observation, to uske mind mein jo already moral maujood hai, use tele karta jaata hai.</w:t>
      </w:r>
    </w:p>
    <w:p>
      <w:pPr>
        <w:jc w:val="right"/>
      </w:pPr>
      <w:r>
        <w:t>تو جب کوئی چیز اس کے سامنے آتی ہے ڈیورنگ آبزرویشن، تو اس کے مائنڈ میں جو آلریڈی مورل موجود ہے، اسے ٹیلی کرتا جاتا ہے۔</w:t>
      </w:r>
    </w:p>
    <w:p>
      <w:r>
        <w:rPr>
          <w:b/>
        </w:rPr>
        <w:t xml:space="preserve">[05:18] </w:t>
      </w:r>
      <w:r>
        <w:t>isi ka naam hai discovery.</w:t>
      </w:r>
    </w:p>
    <w:p>
      <w:pPr>
        <w:jc w:val="right"/>
      </w:pPr>
      <w:r>
        <w:t>اسی کا نام ہے ڈسکوری۔</w:t>
      </w:r>
    </w:p>
    <w:p>
      <w:r>
        <w:rPr>
          <w:b/>
        </w:rPr>
        <w:t xml:space="preserve">[05:22] </w:t>
      </w:r>
      <w:r>
        <w:t>yeh baat maine samjhi hai is aayat se ke Hazrat Nuh ne jo kashti banayi thi, to shayad woh pehli kashti thi insani history ki.</w:t>
      </w:r>
    </w:p>
    <w:p>
      <w:pPr>
        <w:jc w:val="right"/>
      </w:pPr>
      <w:r>
        <w:t>یہ بات میں نے سمجھی ہے اس آیت سے کہ حضرت نوح نے جو کشتی بنائی تھی، تو شاید وہ پہلی کشتی تھی انسانی ہسٹری کی۔</w:t>
      </w:r>
    </w:p>
    <w:p>
      <w:r>
        <w:rPr>
          <w:b/>
        </w:rPr>
        <w:t xml:space="preserve">[05:37] </w:t>
      </w:r>
      <w:r>
        <w:t>to iske bare mein aayat aayi hai ke: "fa'staa'al fulka bi a'yunina wa wahiyna".</w:t>
      </w:r>
    </w:p>
    <w:p>
      <w:pPr>
        <w:jc w:val="right"/>
      </w:pPr>
      <w:r>
        <w:t>تو اس کے بارے میں آیت آئی ہے کہ: "فَاسْتَعِلْ فُلْكَ بِأَعْلَ وَهِيْنَ"۔</w:t>
      </w:r>
    </w:p>
    <w:p>
      <w:r>
        <w:rPr>
          <w:b/>
        </w:rPr>
        <w:t xml:space="preserve">[05:46] </w:t>
      </w:r>
      <w:r>
        <w:t>yaani kashti banao hamari wahi ki roshni mein.</w:t>
      </w:r>
    </w:p>
    <w:p>
      <w:pPr>
        <w:jc w:val="right"/>
      </w:pPr>
      <w:r>
        <w:t>یعنی کشتی بناؤ ہماری وحی کی روشنی میں۔</w:t>
      </w:r>
    </w:p>
    <w:p>
      <w:r>
        <w:rPr>
          <w:b/>
        </w:rPr>
        <w:t xml:space="preserve">[05:53] </w:t>
      </w:r>
      <w:r>
        <w:t>to wahi ka matlab mere khayal se yeh nahi hai ke wahan par koi farishta tha jo batata tha. wahi ka matlab wohi hai, yaani insaan ke mind mein jo moral hai, kashti ka moral,</w:t>
      </w:r>
    </w:p>
    <w:p>
      <w:pPr>
        <w:jc w:val="right"/>
      </w:pPr>
      <w:r>
        <w:t>تو وحی کا مطلب میرے خیال سے یہ نہیں ہے کہ وہاں پر کوئی فرشتہ تھا جو بتاتا تھا۔ وحی کا مطلب وہی ہے، یعنی انسان کے مائنڈ میں جو مورل ہے، کشتی کا مورل،</w:t>
      </w:r>
    </w:p>
    <w:p>
      <w:r>
        <w:rPr>
          <w:b/>
        </w:rPr>
        <w:t xml:space="preserve">[06:07] </w:t>
      </w:r>
      <w:r>
        <w:t>iske mutabiq. agar aadmi ke mind mein moral na ho cheezon ke to aadmi kuch nahi kar sakta.</w:t>
      </w:r>
    </w:p>
    <w:p>
      <w:pPr>
        <w:jc w:val="right"/>
      </w:pPr>
      <w:r>
        <w:t>اس کے مطابق۔ اگر آدمی کے مائنڈ میں مورل نہ ہو چیزوں کے تو آدمی کچھ نہیں کر سکتا۔</w:t>
      </w:r>
    </w:p>
    <w:p>
      <w:r>
        <w:rPr>
          <w:b/>
        </w:rPr>
        <w:t xml:space="preserve">[06:14] </w:t>
      </w:r>
      <w:r>
        <w:t>jaise aap dekhiye, haiwanat ke mind mein koi moral nahi hai, isliye woh koi cheez takhleeq nahi kar sake. maslan hathi ke bare mein kaha jata hai ke bohat hi intelligent hota hai,</w:t>
      </w:r>
    </w:p>
    <w:p>
      <w:pPr>
        <w:jc w:val="right"/>
      </w:pPr>
      <w:r>
        <w:t>جیسے آپ دیکھیے، حیوانات کے مائنڈ میں کوئی مورل نہیں ہے، اس لیے وہ کوئی چیز تخلیق نہیں کر سکے۔ مثلاً ہاتھی کے بارے میں کہا جاتا ہے کہ بہت ہی انٹیلیجنٹ ہوتا ہے،</w:t>
      </w:r>
    </w:p>
    <w:p>
      <w:r>
        <w:rPr>
          <w:b/>
        </w:rPr>
        <w:t xml:space="preserve">[06:28] </w:t>
      </w:r>
      <w:r>
        <w:t>bohat zyada intelligent. lekin hathi kuch koi cheez create nahi kar saka kyunke uske mind mein cheezon ka moral nahi hai.</w:t>
      </w:r>
    </w:p>
    <w:p>
      <w:pPr>
        <w:jc w:val="right"/>
      </w:pPr>
      <w:r>
        <w:t>بہت زیادہ انٹیلیجنٹ۔ لیکن ہاتھی کچھ کوئی چیز کریئیٹ نہیں کر سکا کیونکہ اس کے مائنڈ میں چیزوں کا مورل نہیں ہے۔</w:t>
      </w:r>
    </w:p>
    <w:p>
      <w:r>
        <w:rPr>
          <w:b/>
        </w:rPr>
        <w:t xml:space="preserve">[06:39] </w:t>
      </w:r>
      <w:r>
        <w:t>to insaan ke mind mein har cheez ka moral, har cheez ka moral, chahe woh theory hai to theoretical moral, factual baat hai to practical moral.</w:t>
      </w:r>
    </w:p>
    <w:p>
      <w:pPr>
        <w:jc w:val="right"/>
      </w:pPr>
      <w:r>
        <w:t>تو انسان کے مائنڈ میں ہر چیز کا مورل، ہر چیز کا مورل، چاہے وہ تھیوری ہے تو تھیوریکل مورل، فیکٹیکل بات ہے تو پریکٹیکل مورل۔</w:t>
      </w:r>
    </w:p>
    <w:p>
      <w:r>
        <w:rPr>
          <w:b/>
        </w:rPr>
        <w:t xml:space="preserve">[06:52] </w:t>
      </w:r>
      <w:r>
        <w:t>to aadmi jab observe karta hai, research karta hai, tehqeeq karta hai to tehqeeq ke dauran aisa hota hai ke cheezein flash karti hain, cheezein saamne aati rehti hain.</w:t>
      </w:r>
    </w:p>
    <w:p>
      <w:pPr>
        <w:jc w:val="right"/>
      </w:pPr>
      <w:r>
        <w:t>تو آدمی جب آبزرو کرتا ہے، ریسرچ کرتا ہے، تحقیق کرتا ہے تو تحقیق کے دوران ایسا ہوتا ہے کہ چیزیں فلیش کرتی ہیں، چیزیں سامنے آتی رہتی ہیں۔</w:t>
      </w:r>
    </w:p>
    <w:p>
      <w:r>
        <w:rPr>
          <w:b/>
        </w:rPr>
        <w:t xml:space="preserve">[07:09] </w:t>
      </w:r>
      <w:r>
        <w:t>to jahan aisa hota hai ke woh uske mind ka jo moral hai, use tele kiya jata hai, to bas wahan se aadmi ki discovery shuru hoti hai.</w:t>
      </w:r>
    </w:p>
    <w:p>
      <w:pPr>
        <w:jc w:val="right"/>
      </w:pPr>
      <w:r>
        <w:t>تو جہاں ایسا ہوتا ہے کہ وہ اس کے مائنڈ کا جو مورل ہے، اسے ٹیلی کیا جاتا ہے، تو بس وہاں سے آدمی کی ڈسکوری شروع ہوتی ہے۔</w:t>
      </w:r>
    </w:p>
    <w:p>
      <w:r>
        <w:rPr>
          <w:b/>
        </w:rPr>
        <w:t xml:space="preserve">[07:22] </w:t>
      </w:r>
      <w:r>
        <w:t>to jitni bhi discoveries hain mere nazdeek woh sab isi tareeqe se wajood mein aayi hain. to Allah taala ne insaan ko paida kiya tha is liye ke woh marifat hasil kar</w:t>
      </w:r>
    </w:p>
    <w:p>
      <w:pPr>
        <w:jc w:val="right"/>
      </w:pPr>
      <w:r>
        <w:t>تو جتنی بھی ڈسکوریز ہیں میرے نزدیک وہ سب اسی طریقے سے وجود میں آئی ہیں۔ تو اللہ تعالیٰ نے انسان کو پیدا کیا تھا اس لیے کہ وہ معرفت حاصل کر</w:t>
      </w:r>
    </w:p>
    <w:p>
      <w:r>
        <w:rPr>
          <w:b/>
        </w:rPr>
        <w:t xml:space="preserve">[07:37] </w:t>
      </w:r>
      <w:r>
        <w:t>e, Allah ka abid bane. Yani</w:t>
      </w:r>
    </w:p>
    <w:p>
      <w:pPr>
        <w:jc w:val="right"/>
      </w:pPr>
      <w:r>
        <w:t>ے، اللہ کا عابد بنے۔ یعنی</w:t>
      </w:r>
    </w:p>
    <w:p>
      <w:r>
        <w:rPr>
          <w:b/>
        </w:rPr>
        <w:t xml:space="preserve">[07:42] </w:t>
      </w:r>
      <w:r>
        <w:t>self discord marifat mein qaim ho. Self discord</w:t>
      </w:r>
    </w:p>
    <w:p>
      <w:pPr>
        <w:jc w:val="right"/>
      </w:pPr>
      <w:r>
        <w:t>سیلف ڈسکورڈ معرفت میں قائم ہو۔ سیلف ڈسکورڈ</w:t>
      </w:r>
    </w:p>
    <w:p>
      <w:r>
        <w:rPr>
          <w:b/>
        </w:rPr>
        <w:t xml:space="preserve">[07:52] </w:t>
      </w:r>
      <w:r>
        <w:t>khud se discord kare. Allah taala ko self discord marifat bohat hi zyada mehboob hai. To sare halaat diye.</w:t>
      </w:r>
    </w:p>
    <w:p>
      <w:pPr>
        <w:jc w:val="right"/>
      </w:pPr>
      <w:r>
        <w:t>خود سے ڈسکور کرے۔ اللہ تعالیٰ کو سیلف ڈسکورڈ معرفت بہت ہی زیادہ محبوب ہے۔ تو سارے حالات دیے۔</w:t>
      </w:r>
    </w:p>
    <w:p>
      <w:r>
        <w:rPr>
          <w:b/>
        </w:rPr>
        <w:t xml:space="preserve">[08:03] </w:t>
      </w:r>
      <w:r>
        <w:t>aadmi ko mind diya, bohat aisa mind jo kisi ko nahi diya. Phir mind mein har cheez ka moral rakh diya.</w:t>
      </w:r>
    </w:p>
    <w:p>
      <w:pPr>
        <w:jc w:val="right"/>
      </w:pPr>
      <w:r>
        <w:t>آدمی کو مائنڈ دیا، بہت ایسا مائنڈ جو کسی کو نہیں دیا۔ پھر مائنڈ میں ہر چیز کا مورل رکھ دیا۔</w:t>
      </w:r>
    </w:p>
    <w:p>
      <w:r>
        <w:rPr>
          <w:b/>
        </w:rPr>
        <w:t xml:space="preserve">[08:13] </w:t>
      </w:r>
      <w:r>
        <w:t>Aur kainat ko is tarah banaya ke wo sab us ke charge mein ho gayi. Jisko Quran mein "sakhkhar" ka lafz mein bataya gaya hai, maskhar kar diya.</w:t>
      </w:r>
    </w:p>
    <w:p>
      <w:pPr>
        <w:jc w:val="right"/>
      </w:pPr>
      <w:r>
        <w:t>اور کائنات کو اس طرح بنایا کہ وہ سب اس کے چارج میں ہو گئی۔ جس کو قرآن میں "سخر" کا لفظ میں بتایا گیا ہے، مسخر کر دیا۔</w:t>
      </w:r>
    </w:p>
    <w:p>
      <w:r>
        <w:rPr>
          <w:b/>
        </w:rPr>
        <w:t xml:space="preserve">[08:25] </w:t>
      </w:r>
      <w:r>
        <w:t>Maskhar ka mani yeh hai ke wo har cheez us ke liye discoverable hai.</w:t>
      </w:r>
    </w:p>
    <w:p>
      <w:pPr>
        <w:jc w:val="right"/>
      </w:pPr>
      <w:r>
        <w:t>مسخر کا معنی یہ ہے کہ وہ ہر چیز اس کے لیے ڈسکوریبل ہے۔</w:t>
      </w:r>
    </w:p>
    <w:p>
      <w:r>
        <w:rPr>
          <w:b/>
        </w:rPr>
        <w:t xml:space="preserve">[08:33] </w:t>
      </w:r>
      <w:r>
        <w:t>Har cheez ko wo istemal kar sakta hai. To insan ne apne is zehan mein jo moral tha usi ko le le kar ke cheezein banayin.</w:t>
      </w:r>
    </w:p>
    <w:p>
      <w:pPr>
        <w:jc w:val="right"/>
      </w:pPr>
      <w:r>
        <w:t>ہر چیز کو وہ استعمال کر سکتا ہے۔ تو انسان نے اپنے اس ذہن میں جو مورل تھا اسی کو لے لے کر کے چیزیں بنائیں۔</w:t>
      </w:r>
    </w:p>
    <w:p>
      <w:r>
        <w:rPr>
          <w:b/>
        </w:rPr>
        <w:t xml:space="preserve">[08:44] </w:t>
      </w:r>
      <w:r>
        <w:t>Misal ke taur par dekhiye, microscope hai ya telescope hai, mein samajhta hoon ke is sab ka moral maujood tha pehle se.</w:t>
      </w:r>
    </w:p>
    <w:p>
      <w:pPr>
        <w:jc w:val="right"/>
      </w:pPr>
      <w:r>
        <w:t>مثلاً دیکھیے، مائیکروسکوپ ہے یا ٹیلیسکوپ ہے، میں سمجھتا ہوں کہ اس سب کا مورل موجود تھا پہلے سے۔</w:t>
      </w:r>
    </w:p>
    <w:p>
      <w:r>
        <w:rPr>
          <w:b/>
        </w:rPr>
        <w:t xml:space="preserve">[08:55] </w:t>
      </w:r>
      <w:r>
        <w:t>Is ko aadmi ne jab actualize kiya to telescope aur microscope ban gayi.</w:t>
      </w:r>
    </w:p>
    <w:p>
      <w:pPr>
        <w:jc w:val="right"/>
      </w:pPr>
      <w:r>
        <w:t>اس کو آدمی نے جب ایکچولائز کیا تو ٹیلیسکوپ اور مائیکروسکوپ بن گئی۔</w:t>
      </w:r>
    </w:p>
    <w:p>
      <w:r>
        <w:rPr>
          <w:b/>
        </w:rPr>
        <w:t xml:space="preserve">[09:03] </w:t>
      </w:r>
      <w:r>
        <w:t>Microscope. Taa ke insan micro world ko bhi dekhe aur macro world ko bhi dekhe. Aur phir explore kare cheezon ko.</w:t>
      </w:r>
    </w:p>
    <w:p>
      <w:pPr>
        <w:jc w:val="right"/>
      </w:pPr>
      <w:r>
        <w:t>مائیکروسکوپ۔ تاکہ انسان مائیکرو ورلڈ کو بھی دیکھے اور مائیکرو ورلڈ کو بھی دیکھے۔ اور پھر ایکسپلور کرے چیزوں کو۔</w:t>
      </w:r>
    </w:p>
    <w:p>
      <w:r>
        <w:rPr>
          <w:b/>
        </w:rPr>
        <w:t xml:space="preserve">[09:16] </w:t>
      </w:r>
      <w:r>
        <w:t>To dekhiye hua kya ke Iblees jo tha wo insan ka rival ban gaya.</w:t>
      </w:r>
    </w:p>
    <w:p>
      <w:pPr>
        <w:jc w:val="right"/>
      </w:pPr>
      <w:r>
        <w:t>تو دیکھیے ہوا کیا کہ ابلیس جو تھا وہ انسان کا رائیول بن گیا۔</w:t>
      </w:r>
    </w:p>
    <w:p>
      <w:r>
        <w:rPr>
          <w:b/>
        </w:rPr>
        <w:t xml:space="preserve">[09:29] </w:t>
      </w:r>
      <w:r>
        <w:t>Aur insan ke aage nahi jhuka.</w:t>
      </w:r>
    </w:p>
    <w:p>
      <w:pPr>
        <w:jc w:val="right"/>
      </w:pPr>
      <w:r>
        <w:t>اور انسان کے آگے نہیں جھکا۔</w:t>
      </w:r>
    </w:p>
    <w:p>
      <w:r>
        <w:rPr>
          <w:b/>
        </w:rPr>
        <w:t xml:space="preserve">[09:31] </w:t>
      </w:r>
      <w:r>
        <w:t>Allah ke hukum ke khilaf kiya us ne. Aur us ne kaha ke: "La hatta nakrun thum illa qaleelan".</w:t>
      </w:r>
    </w:p>
    <w:p>
      <w:pPr>
        <w:jc w:val="right"/>
      </w:pPr>
      <w:r>
        <w:t>اللہ کے حکم کے خلاف کیا اس نے۔ اور اس نے کہا کہ: "لا حتیٰ نکرن الذریتھم إلا قليلاً"۔</w:t>
      </w:r>
    </w:p>
    <w:p>
      <w:r>
        <w:rPr>
          <w:b/>
        </w:rPr>
        <w:t xml:space="preserve">[09:40] </w:t>
      </w:r>
      <w:r>
        <w:t>Mein insan ko chalne nahi doonga. Aur poori history mein aap dekhiye shaitan insan ki dushmani mein laga hua hai.</w:t>
      </w:r>
    </w:p>
    <w:p>
      <w:pPr>
        <w:jc w:val="right"/>
      </w:pPr>
      <w:r>
        <w:t>میں انسان کو چلنے نہیں دوں گا۔ اور پوری ہسٹری میں آپ دیکھیے شیطان انسان کی دشمنی میں لگا ہوا ہے۔</w:t>
      </w:r>
    </w:p>
    <w:p>
      <w:r>
        <w:rPr>
          <w:b/>
        </w:rPr>
        <w:t xml:space="preserve">[09:52] </w:t>
      </w:r>
      <w:r>
        <w:t>Lekin Allah taala ka matlab tha ke yeh tareekh banaye jo jis ke liye insan ko paida kiya gaya hai.</w:t>
      </w:r>
    </w:p>
    <w:p>
      <w:pPr>
        <w:jc w:val="right"/>
      </w:pPr>
      <w:r>
        <w:t>لیکن اللہ تعالیٰ کا مطلوب تھا کہ یہ تاریخ بنائے جو جس کے لیے انسان کو پیدا کیا گیا ہے۔</w:t>
      </w:r>
    </w:p>
    <w:p>
      <w:r>
        <w:rPr>
          <w:b/>
        </w:rPr>
        <w:t xml:space="preserve">[10:01] </w:t>
      </w:r>
      <w:r>
        <w:t>Lekin yeh tareekh is tarah nahi banani thi ke farishte aayein aur sab kuch karte chale jayein. Nahi. Insan ko khud apni azadi ko istemal karte hue, apne mind ko unfold karte hue yeh kaam karna tha.</w:t>
      </w:r>
    </w:p>
    <w:p>
      <w:pPr>
        <w:jc w:val="right"/>
      </w:pPr>
      <w:r>
        <w:t>لیکن یہ تاریخ اس طرح نہیں بنانی تھی کہ فرشتے آئیں اور سب کچھ کرتے چلے جائیں۔ نہیں۔ انسان کو خود اپنی آزادی کو استعمال کرتے ہوئے، اپنے مائنڈ کو انفولڈ کرتے ہوئے یہ کام کرنا تھا۔</w:t>
      </w:r>
    </w:p>
    <w:p>
      <w:r>
        <w:rPr>
          <w:b/>
        </w:rPr>
        <w:t xml:space="preserve">[10:21] </w:t>
      </w:r>
      <w:r>
        <w:t>Is ke liye Allah taala ne mind bhi diya aur sath sath total freedom de di. Total freedom.</w:t>
      </w:r>
    </w:p>
    <w:p>
      <w:pPr>
        <w:jc w:val="right"/>
      </w:pPr>
      <w:r>
        <w:t>اس کے لیے اللہ تعالیٰ نے مائنڈ بھی دیا اور ساتھ ساتھ ٹوٹل فریڈم دے دیا۔ ٹوٹل فریڈم۔</w:t>
      </w:r>
    </w:p>
    <w:p>
      <w:r>
        <w:rPr>
          <w:b/>
        </w:rPr>
        <w:t xml:space="preserve">[10:33] </w:t>
      </w:r>
      <w:r>
        <w:t>Koi restriction nahi freedom ke upar. Kyun ke jo kaam karna tha wo itna bara kaam tha ke wo baghair mukammal azadi ke ho nahi sakta tha.</w:t>
      </w:r>
    </w:p>
    <w:p>
      <w:pPr>
        <w:jc w:val="right"/>
      </w:pPr>
      <w:r>
        <w:t>کوئی ریسٹرکشن نہیں فریڈم کے اوپر۔ کیونکہ جو کام کرنا تھا وہ اتنا بڑا کام تھا کہ وہ بغیر مکمل آزادی کے ہو نہیں سکتا تھا۔</w:t>
      </w:r>
    </w:p>
    <w:p>
      <w:r>
        <w:rPr>
          <w:b/>
        </w:rPr>
        <w:t xml:space="preserve">[10:48] </w:t>
      </w:r>
      <w:r>
        <w:t>To goya ibtidai kaam to sach poochhein to Hazrat Nuh ke daur mein shuru ho gaya ke jab ke Hazrat Nuh ne kashti banayi. Kashti ka first invention tha.</w:t>
      </w:r>
    </w:p>
    <w:p>
      <w:pPr>
        <w:jc w:val="right"/>
      </w:pPr>
      <w:r>
        <w:t>تو گویا ابتدائی کام تو سچ پوچھیں تو حضرت نوح کے دور میں شروع ہو گیا کہ جب کہ حضرت نوح نے کشتی بنائی۔ کشتی کا فرسٹ انوینشن تھا۔</w:t>
      </w:r>
    </w:p>
    <w:p>
      <w:r>
        <w:rPr>
          <w:b/>
        </w:rPr>
        <w:t xml:space="preserve">[11:03] </w:t>
      </w:r>
      <w:r>
        <w:t>Wo is baat ka ek demonstration tha ke isi tarah sari cheezein banao, sari cheezein banao, sari cheezein banao.</w:t>
      </w:r>
    </w:p>
    <w:p>
      <w:pPr>
        <w:jc w:val="right"/>
      </w:pPr>
      <w:r>
        <w:t>وہ اس بات کا ایک ڈیمونسٹریشن تھا کہ اسی طرح ساری چیزیں بناؤ، ساری چیزیں بناؤ، ساری چیزیں بناؤ۔</w:t>
      </w:r>
    </w:p>
    <w:p>
      <w:r>
        <w:rPr>
          <w:b/>
        </w:rPr>
        <w:t xml:space="preserve">[11:12] </w:t>
      </w:r>
      <w:r>
        <w:t>Apne mind ko unfold karo. Lekin hua kya? Insan ne chunke Allah taala ne insan ko azadi di thi, azadi ko abalish karna nahi tha Allah taala ko,</w:t>
      </w:r>
    </w:p>
    <w:p>
      <w:pPr>
        <w:jc w:val="right"/>
      </w:pPr>
      <w:r>
        <w:t>اپنے مائنڈ کو انفولڈ کرو۔ لیکن ہوا کیا؟ انسان نے چونکہ اللہ تعالیٰ نے انسان کو آزادی دی تھی، آزادی کو ابالش کرنا نہیں تھا اللہ تعالیٰ کو،</w:t>
      </w:r>
    </w:p>
    <w:p>
      <w:r>
        <w:rPr>
          <w:b/>
        </w:rPr>
        <w:t xml:space="preserve">[11:27] </w:t>
      </w:r>
      <w:r>
        <w:t>Qayamat tak insan ki azadi baqi rahegi.</w:t>
      </w:r>
    </w:p>
    <w:p>
      <w:pPr>
        <w:jc w:val="right"/>
      </w:pPr>
      <w:r>
        <w:t>قیامت تک انسان کی آزادی باقی رہے گی۔</w:t>
      </w:r>
    </w:p>
    <w:p>
      <w:r>
        <w:rPr>
          <w:b/>
        </w:rPr>
        <w:t xml:space="preserve">[11:31] </w:t>
      </w:r>
      <w:r>
        <w:t>To dunya mein jo history chali hai wo insan ki azadi ko maintain karte hue chali hai, us ko manage karte hue chali hai.</w:t>
      </w:r>
    </w:p>
    <w:p>
      <w:pPr>
        <w:jc w:val="right"/>
      </w:pPr>
      <w:r>
        <w:t>تو دنیا میں جو ہسٹری چلی ہے وہ انسان کی آزادی کو مینٹین کرتے ہوئے چلی ہے، اس کو مینج کرتے ہوئے چلی ہے۔</w:t>
      </w:r>
    </w:p>
    <w:p>
      <w:r>
        <w:rPr>
          <w:b/>
        </w:rPr>
        <w:t xml:space="preserve">[11:44] </w:t>
      </w:r>
      <w:r>
        <w:t>Insan ki azadi ko baqi rakhte hue Allah taala ne is ko maintain kiya, is ko manage kiya. To Iblees mein tarah tarah ke waqiyat pesh aate gaye is azadi ki wajah se.</w:t>
      </w:r>
    </w:p>
    <w:p>
      <w:pPr>
        <w:jc w:val="right"/>
      </w:pPr>
      <w:r>
        <w:t>انسان کی آزادی کو باقی رکھتے ہوئے اللہ تعالیٰ نے اس کو مینٹین کیا، اس کو مینج کیا۔ تو ابلیس میں طرح طرح کے واقعات پیش آتے گئے اس آزادی کی وجہ سے۔</w:t>
      </w:r>
    </w:p>
    <w:p>
      <w:r>
        <w:rPr>
          <w:b/>
        </w:rPr>
        <w:t xml:space="preserve">[11:56] </w:t>
      </w:r>
      <w:r>
        <w:t>To sab se jo bara problem create hua wo create hua political. Yani insan ne mauqa pa kar ke</w:t>
      </w:r>
    </w:p>
    <w:p>
      <w:pPr>
        <w:jc w:val="right"/>
      </w:pPr>
      <w:r>
        <w:t>تو سب سے جو بڑا پرابلم کریئیٹ ہوا وہ کریئیٹ ہوا پولیٹیکل۔ یعنی انسان نے موقع پا کر کے</w:t>
      </w:r>
    </w:p>
    <w:p>
      <w:r>
        <w:rPr>
          <w:b/>
        </w:rPr>
        <w:t xml:space="preserve">[12:10] </w:t>
      </w:r>
      <w:r>
        <w:t>hukoomaten banana shuru kar diya. dunya mein ruler bne lagay. yaani kuch log ban gay ruler aur kuch log ban gay un ke subject.</w:t>
      </w:r>
    </w:p>
    <w:p>
      <w:pPr>
        <w:jc w:val="right"/>
      </w:pPr>
      <w:r>
        <w:t>حکومتیں بنانا شروع کر دیا۔ دنیا میں رولر بننے لگے۔ یعنی کچھ لوگ بن گئے رولر اور کچھ لوگ بن گئے ان کے سبجیکٹ۔</w:t>
      </w:r>
    </w:p>
    <w:p>
      <w:r>
        <w:rPr>
          <w:b/>
        </w:rPr>
        <w:t xml:space="preserve">[12:22] </w:t>
      </w:r>
      <w:r>
        <w:t>pehlay to yeh bana tha tribal level par, tribal chief hua karte thay. phir baqayda king hone lagay. king aur emperor.</w:t>
      </w:r>
    </w:p>
    <w:p>
      <w:pPr>
        <w:jc w:val="right"/>
      </w:pPr>
      <w:r>
        <w:t>پہلے تو یہ بنا تھا ٹرائبل لیول پر، ٹرائبل چیف ہوا کرتے تھے۔ پھر باقاعدہ کنگ ہونے لگے۔ کنگ اور ایمپرر۔</w:t>
      </w:r>
    </w:p>
    <w:p>
      <w:r>
        <w:rPr>
          <w:b/>
        </w:rPr>
        <w:t xml:space="preserve">[12:31] </w:t>
      </w:r>
      <w:r>
        <w:t>to hazaron saal tak insaan jo hai, insani tareekh is tarah guzri hai ke koi dynasty woh ruler ban gayi aur sab ko apna subject bana liya.</w:t>
      </w:r>
    </w:p>
    <w:p>
      <w:pPr>
        <w:jc w:val="right"/>
      </w:pPr>
      <w:r>
        <w:t>تو ہزاروں سال تک انسان جو ہے، انسانی تاریخ اس طرح گزری ہے کہ کوئی ڈائنسٹی وہ رولر بن گئی اور سب کو اپنا سبجیکٹ بنا لیا۔</w:t>
      </w:r>
    </w:p>
    <w:p>
      <w:r>
        <w:rPr>
          <w:b/>
        </w:rPr>
        <w:t xml:space="preserve">[12:43] </w:t>
      </w:r>
      <w:r>
        <w:t>to freedom ko khatam kar diya.</w:t>
      </w:r>
    </w:p>
    <w:p>
      <w:pPr>
        <w:jc w:val="right"/>
      </w:pPr>
      <w:r>
        <w:t>تو فریڈم کو ختم کر دیا۔</w:t>
      </w:r>
    </w:p>
    <w:p>
      <w:r>
        <w:rPr>
          <w:b/>
        </w:rPr>
        <w:t xml:space="preserve">[12:47] </w:t>
      </w:r>
      <w:r>
        <w:t>jitna yeh zamana hai kingship ka is mein freedom khatam kar di gayi thi. freedom maujood nahi thi.</w:t>
      </w:r>
    </w:p>
    <w:p>
      <w:pPr>
        <w:jc w:val="right"/>
      </w:pPr>
      <w:r>
        <w:t>جتنا یہ زمانہ ہے کنگ شپ کا اس میں فریڈم ختم کر دی گئی تھی۔ فریڈم موجود نہیں تھی۔</w:t>
      </w:r>
    </w:p>
    <w:p>
      <w:r>
        <w:rPr>
          <w:b/>
        </w:rPr>
        <w:t xml:space="preserve">[12:59] </w:t>
      </w:r>
      <w:r>
        <w:t>is wajah se jo yaani jo purpose of creation tha ke insaan unfold kare marifat ke item ko woh nahi ho saka.</w:t>
      </w:r>
    </w:p>
    <w:p>
      <w:pPr>
        <w:jc w:val="right"/>
      </w:pPr>
      <w:r>
        <w:t>اس وجہ سے جو یعنی جو پرپس آف کریئیشن تھا کہ انسان انفولڈ کرے معرفت کے آئٹم کو وہ نہیں ہو سکا۔</w:t>
      </w:r>
    </w:p>
    <w:p>
      <w:r>
        <w:rPr>
          <w:b/>
        </w:rPr>
        <w:t xml:space="preserve">[13:15] </w:t>
      </w:r>
      <w:r>
        <w:t>kyun ke is ki azaadi chahiye.</w:t>
      </w:r>
    </w:p>
    <w:p>
      <w:pPr>
        <w:jc w:val="right"/>
      </w:pPr>
      <w:r>
        <w:t>کیونکہ اس کی آزادی چاہیے۔</w:t>
      </w:r>
    </w:p>
    <w:p>
      <w:r>
        <w:rPr>
          <w:b/>
        </w:rPr>
        <w:t xml:space="preserve">[13:18] </w:t>
      </w:r>
      <w:r>
        <w:t>badshahon ka yeh haal tha ke kisi qism ki naya pan ko bardasht nahi karte thay. woh un ke haan jallad hua karte thay.</w:t>
      </w:r>
    </w:p>
    <w:p>
      <w:pPr>
        <w:jc w:val="right"/>
      </w:pPr>
      <w:r>
        <w:t>بادشاہوں کا یہ حال تھا کہ کسی قسم کی نیا پن کو برداشت نہیں کرتے تھے تھے۔ وہ ان کے ہاں جلاد ہوا کرتے تھے۔</w:t>
      </w:r>
    </w:p>
    <w:p>
      <w:r>
        <w:rPr>
          <w:b/>
        </w:rPr>
        <w:t xml:space="preserve">[13:27] </w:t>
      </w:r>
      <w:r>
        <w:t>kisi ne koi nai baat kahi to us ko sar qalam kar dete thay.</w:t>
      </w:r>
    </w:p>
    <w:p>
      <w:pPr>
        <w:jc w:val="right"/>
      </w:pPr>
      <w:r>
        <w:t>کسی نے کوئی نئی بات کہی تو اس کو سر قلم کر دیتے تھے۔</w:t>
      </w:r>
    </w:p>
    <w:p>
      <w:r>
        <w:rPr>
          <w:b/>
        </w:rPr>
        <w:t xml:space="preserve">[13:33] </w:t>
      </w:r>
      <w:r>
        <w:t>is tarah history jo hai, history mein kingship ka daur chal pada.</w:t>
      </w:r>
    </w:p>
    <w:p>
      <w:pPr>
        <w:jc w:val="right"/>
      </w:pPr>
      <w:r>
        <w:t>اس طرح ہسٹری جو ہے، ہسٹری میں کنگ شپ کا دور چل پڑا۔</w:t>
      </w:r>
    </w:p>
    <w:p>
      <w:r>
        <w:rPr>
          <w:b/>
        </w:rPr>
        <w:t xml:space="preserve">[13:41] </w:t>
      </w:r>
      <w:r>
        <w:t>jo ke mustaqil record ban gaya us maqsad ke liye jis ke liye Allah taala ne dunya ko paida kiya tha. to phir kya hua ke saatvi sadi eesvi mein rasool aur ashaab e rasool ke zariye ek operation jaari hua, operation.</w:t>
      </w:r>
    </w:p>
    <w:p>
      <w:pPr>
        <w:jc w:val="right"/>
      </w:pPr>
      <w:r>
        <w:t>جو کہ مستقل ریکارڈ بن گیا اس مقصد کے لیے جس کے لیے اللہ تعالیٰ نے دنیا کو پیدا کیا تھا۔ تو پھر کیا ہوا کہ ساتویں صدی عیسوی میں رسول اور اصحاب رسول کے ذریعے ایک آپریشن جاری ہوا، آپریشن۔</w:t>
      </w:r>
    </w:p>
    <w:p>
      <w:r>
        <w:rPr>
          <w:b/>
        </w:rPr>
        <w:t xml:space="preserve">[14:00] </w:t>
      </w:r>
      <w:r>
        <w:t>aur kingship tod diya gaya.</w:t>
      </w:r>
    </w:p>
    <w:p>
      <w:pPr>
        <w:jc w:val="right"/>
      </w:pPr>
      <w:r>
        <w:t>اور کنگ شپ توڑ دیا گیا۔</w:t>
      </w:r>
    </w:p>
    <w:p>
      <w:r>
        <w:rPr>
          <w:b/>
        </w:rPr>
        <w:t xml:space="preserve">[14:05] </w:t>
      </w:r>
      <w:r>
        <w:t>yaani tribal chief ka khatma kiya gaya. Sasanian empire ka khatma kiya gaya. Roman empire ka khatma kiya gaya.</w:t>
      </w:r>
    </w:p>
    <w:p>
      <w:pPr>
        <w:jc w:val="right"/>
      </w:pPr>
      <w:r>
        <w:t>یعنی ٹرائبل چیف کا خاتمہ کیا گیا۔ سائنسانی ایمپائر کا خاتمہ کیا گیا۔ رومن ایمپائر کا خاتمہ کیا کیا گیا۔</w:t>
      </w:r>
    </w:p>
    <w:p>
      <w:r>
        <w:rPr>
          <w:b/>
        </w:rPr>
        <w:t xml:space="preserve">[14:15] </w:t>
      </w:r>
      <w:r>
        <w:t>aur sari dunya mein jo kingship thi us ka khatma kiya gaya. is tarah se ek nai tareekh shuru hui.</w:t>
      </w:r>
    </w:p>
    <w:p>
      <w:pPr>
        <w:jc w:val="right"/>
      </w:pPr>
      <w:r>
        <w:t>اور ساری دنیا میں جو کنگ شپ تھی اس کا خاتمہ کیا گیا۔ اس طرح سے ایک نئی تاریخ شروع ہوئی۔</w:t>
      </w:r>
    </w:p>
    <w:p>
      <w:r>
        <w:rPr>
          <w:b/>
        </w:rPr>
        <w:t xml:space="preserve">[14:24] </w:t>
      </w:r>
      <w:r>
        <w:t>jab ke dunya mein azaadi aayi.</w:t>
      </w:r>
    </w:p>
    <w:p>
      <w:pPr>
        <w:jc w:val="right"/>
      </w:pPr>
      <w:r>
        <w:t>جب کہ دنیا میں آزادی آئی۔</w:t>
      </w:r>
    </w:p>
    <w:p>
      <w:r>
        <w:rPr>
          <w:b/>
        </w:rPr>
        <w:t xml:space="preserve">[14:27] </w:t>
      </w:r>
      <w:r>
        <w:t>agarche musalman is bhi is ko sahi shakal mein nahi kar sake kyun ke un mein bhi khilafat ke naam par dynasty aa gayi.</w:t>
      </w:r>
    </w:p>
    <w:p>
      <w:pPr>
        <w:jc w:val="right"/>
      </w:pPr>
      <w:r>
        <w:t>اگرچہ مسلمان اس بھی اس کو صحیح شکل میں نہیں کر سکے کیونکہ ان میں بھی خلافت کے نام پر ڈائنسٹی آ گئی۔</w:t>
      </w:r>
    </w:p>
    <w:p>
      <w:r>
        <w:rPr>
          <w:b/>
        </w:rPr>
        <w:t xml:space="preserve">[14:37] </w:t>
      </w:r>
      <w:r>
        <w:t>dynasty yaani khandani hukoomat. lekin phir bhi kaam yaani history ka rukh wahi raha jidhar Allah taala chahta tha ke yaani marifat ki unfolding.</w:t>
      </w:r>
    </w:p>
    <w:p>
      <w:pPr>
        <w:jc w:val="right"/>
      </w:pPr>
      <w:r>
        <w:t>ڈائنسٹی یعنی خاندانی حکومت۔ لیکن پھر بھی کام یعنی ہسٹری کا رخ وہی رہا جدھر اللہ تعالیٰ چاہتا تھا کہ یعنی معرفت کی انفولڈنگ۔</w:t>
      </w:r>
    </w:p>
    <w:p>
      <w:r>
        <w:rPr>
          <w:b/>
        </w:rPr>
        <w:t xml:space="preserve">[14:56] </w:t>
      </w:r>
      <w:r>
        <w:t>is ke baad jahan tak mein samajhta hoon ke jo crusades ka waqia hua hai yeh ek turning point tha human history mein. turning point.</w:t>
      </w:r>
    </w:p>
    <w:p>
      <w:pPr>
        <w:jc w:val="right"/>
      </w:pPr>
      <w:r>
        <w:t>اس کے بعد جہاں تک میں سمجھتا ہوں کہ جو کروسیٹ کا واقعہ ہوا ہے یہ ایک ٹرننگ پوائنٹ تھا ہیومن ہسٹری میں۔ ٹرننگ پوائنٹ۔</w:t>
      </w:r>
    </w:p>
    <w:p>
      <w:r>
        <w:rPr>
          <w:b/>
        </w:rPr>
        <w:t xml:space="preserve">[15:08] </w:t>
      </w:r>
      <w:r>
        <w:t>yaani Europe ki jo qaumein thi woh sab mil kar ke is zamane mein musalmanon ka empire qaim tha. yeh maqamat jo thay jis ko eesaai log samajhte thay muqaddas yeh sham ka falasteen ka ilaqa</w:t>
      </w:r>
    </w:p>
    <w:p>
      <w:pPr>
        <w:jc w:val="right"/>
      </w:pPr>
      <w:r>
        <w:t>یعنی یورپ کی جو قومیں تھیں وہ سب مل کر کے اس زمانے میں مسلمانوں کا ایمپائر قائم تھا۔ یہ مقامات جو تھے جس کو عیسائی لوگ سمجھتے تھے مقدس یہ شام کا فلسطین کا علاقہ</w:t>
      </w:r>
    </w:p>
    <w:p>
      <w:r>
        <w:rPr>
          <w:b/>
        </w:rPr>
        <w:t xml:space="preserve">[15:25] </w:t>
      </w:r>
      <w:r>
        <w:t>is par musalmanon ki hukoomat qaim thi. to Europe ki qaumein jo hain Europe ki hukoomatein jo hain woh aik ho kar ke mutahid ho kar ke unhon ne attack kar diya taake qabza karein woh apne muqaddas maqamat ko.</w:t>
      </w:r>
    </w:p>
    <w:p>
      <w:pPr>
        <w:jc w:val="right"/>
      </w:pPr>
      <w:r>
        <w:t>اس پر مسلمانوں کی حکومت قائم تھی۔ تو یورپ کی قومیں جو ہیں یورپ کی حکومتیں جو ہیں وہ ایک ہو کر کے متحد ہو کر کے انہوں نے اٹیک کر دیا تاکہ قبضہ کریں وہ اپنے مقدس مقامات کو۔</w:t>
      </w:r>
    </w:p>
    <w:p>
      <w:r>
        <w:rPr>
          <w:b/>
        </w:rPr>
        <w:t xml:space="preserve">[15:44] </w:t>
      </w:r>
      <w:r>
        <w:t>aur do so saal tak ladai hoti rahi is ki wapsi ke liye. lekin aap jante hain ke is mein European hukoomaton ko humiliating defeat hui.</w:t>
      </w:r>
    </w:p>
    <w:p>
      <w:pPr>
        <w:jc w:val="right"/>
      </w:pPr>
      <w:r>
        <w:t>اور دو سو سال تک لڑائی ہوتی رہی اس کی واپسی کے لیے۔ لیکن آپ جانتے ہیں کہ اس میں یورپین حکومتوں کو ہیومیلیٹنگ ڈیفیٹ ہوئی۔</w:t>
      </w:r>
    </w:p>
    <w:p>
      <w:r>
        <w:rPr>
          <w:b/>
        </w:rPr>
        <w:t xml:space="preserve">[16:00] </w:t>
      </w:r>
      <w:r>
        <w:t>humiliating defeat yaani muslim saltanatain jo thi woh kamyab huin. lekin yeh jeet aur haar ka muamla nahi tha.</w:t>
      </w:r>
    </w:p>
    <w:p>
      <w:pPr>
        <w:jc w:val="right"/>
      </w:pPr>
      <w:r>
        <w:t>ہیومیلیٹنگ ڈیفیٹ یعنی مسلم سلطنتیں جو تھیں وہ کامیاب ہوئیں۔ لیکن یہ جیت اور ہار کا معاملہ نہیں تھا۔</w:t>
      </w:r>
    </w:p>
    <w:p>
      <w:r>
        <w:rPr>
          <w:b/>
        </w:rPr>
        <w:t xml:space="preserve">[16:11] </w:t>
      </w:r>
      <w:r>
        <w:t>yeh history ko ek naye daur mein dakhil karne ka muamla tha.</w:t>
      </w:r>
    </w:p>
    <w:p>
      <w:pPr>
        <w:jc w:val="right"/>
      </w:pPr>
      <w:r>
        <w:t>یہ ہسٹری کو ایک نئے دور میں داخل کرنے کا معاملہ تھا۔</w:t>
      </w:r>
    </w:p>
    <w:p>
      <w:r>
        <w:rPr>
          <w:b/>
        </w:rPr>
        <w:t xml:space="preserve">[16:16] </w:t>
      </w:r>
      <w:r>
        <w:t>woh Allah taala ne manage kiya tha. kyun ke is ke baad kya hua ke crusades mein jab European qaumon ko haar hui</w:t>
      </w:r>
    </w:p>
    <w:p>
      <w:pPr>
        <w:jc w:val="right"/>
      </w:pPr>
      <w:r>
        <w:t>وہ اللہ تعالیٰ نے مینج کیا تھا۔ کیونکہ اس کے بعد کیا ہوا کہ کروسیٹس میں جب یورپین قوموں کو ہار ہوئی</w:t>
      </w:r>
    </w:p>
    <w:p>
      <w:r>
        <w:rPr>
          <w:b/>
        </w:rPr>
        <w:t xml:space="preserve">[16:31] </w:t>
      </w:r>
      <w:r>
        <w:t>aur mukammal haar jis ko jis ko murikhin ne likha hai ke humiliating defeat</w:t>
      </w:r>
    </w:p>
    <w:p>
      <w:pPr>
        <w:jc w:val="right"/>
      </w:pPr>
      <w:r>
        <w:t>اور مکمل ہار جس کو جس کو مورخین نے لکھا ہے کہ ہیومیلیٹنگ ڈیفیٹ</w:t>
      </w:r>
    </w:p>
    <w:p>
      <w:r>
        <w:rPr>
          <w:b/>
        </w:rPr>
        <w:t xml:space="preserve">[16:38] </w:t>
      </w:r>
      <w:r>
        <w:t>to un ke andar aik naya zehn paida hua. kyunke main ne arz kiya ke Allah taala is dunya mein insan ki azadi ko baqi rakhte hue history ko manage kar rahe hain.</w:t>
      </w:r>
    </w:p>
    <w:p>
      <w:pPr>
        <w:jc w:val="right"/>
      </w:pPr>
      <w:r>
        <w:t>تو ان کے اندر ایک نیا ذہن پیدا ہوا۔ کیونکہ میں نے عرض کیا کہ اللہ تعالیٰ اس دنیا میں انسان کی آزادی کو باقی رکھتے ہوئے ہسٹری کو مینج کر رہے ہیں۔</w:t>
      </w:r>
    </w:p>
    <w:p>
      <w:r>
        <w:rPr>
          <w:b/>
        </w:rPr>
        <w:t xml:space="preserve">[16:50] </w:t>
      </w:r>
      <w:r>
        <w:t>to wahi hua.</w:t>
      </w:r>
    </w:p>
    <w:p>
      <w:pPr>
        <w:jc w:val="right"/>
      </w:pPr>
      <w:r>
        <w:t>تو وہی ہوا۔</w:t>
      </w:r>
    </w:p>
    <w:p>
      <w:r>
        <w:rPr>
          <w:b/>
        </w:rPr>
        <w:t xml:space="preserve">[16:53] </w:t>
      </w:r>
      <w:r>
        <w:t>to European qaumon ke andar aik naya zehn aaya. yaani military crusade ki bajaye spiritual crusade kehte hain. yaani peaceful crusade.</w:t>
      </w:r>
    </w:p>
    <w:p>
      <w:pPr>
        <w:jc w:val="right"/>
      </w:pPr>
      <w:r>
        <w:t>تو یورپین قوموں کے اندر ایک نیا ذہن آیا۔ یعنی ملٹری کروسیٹ کی بجائے اسپریچول کروسیٹ کہتے ہیں۔ یعنی پیس فل کروسیٹ۔</w:t>
      </w:r>
    </w:p>
    <w:p>
      <w:r>
        <w:rPr>
          <w:b/>
        </w:rPr>
        <w:t xml:space="preserve">[17:05] </w:t>
      </w:r>
      <w:r>
        <w:t>is se pehle unhon ne kya tha violent crusade. ab aik naya zehn aaya ke spiritual crusade ya peaceful crusade.</w:t>
      </w:r>
    </w:p>
    <w:p>
      <w:pPr>
        <w:jc w:val="right"/>
      </w:pPr>
      <w:r>
        <w:t>اس سے پہلے انہوں نے کیا تھا وائلنٹ کروسیٹ۔ اب ایک نیا ذہن آیا کہ اسپریچول کروسیٹ یا پیس فل کروسیٹ۔</w:t>
      </w:r>
    </w:p>
    <w:p>
      <w:r>
        <w:rPr>
          <w:b/>
        </w:rPr>
        <w:t xml:space="preserve">[17:16] </w:t>
      </w:r>
      <w:r>
        <w:t>ab unhon ne aik kiya ke ilmi taraqqi ka daur shuru hua un ke andar jis ko kehte hain renaissance.</w:t>
      </w:r>
    </w:p>
    <w:p>
      <w:pPr>
        <w:jc w:val="right"/>
      </w:pPr>
      <w:r>
        <w:t>اب انہوں نے ایک کیا کہ علمی ترقی کا دور شروع ہوا ان کے اندر جس کو کہتے ہیں رینساں۔</w:t>
      </w:r>
    </w:p>
    <w:p>
      <w:r>
        <w:rPr>
          <w:b/>
        </w:rPr>
        <w:t xml:space="preserve">[17:24] </w:t>
      </w:r>
      <w:r>
        <w:t>crusades ke baad jo renaissance ka daur aaya hai woh aik aik nai tareekh banna shuru hui Europe mein.</w:t>
      </w:r>
    </w:p>
    <w:p>
      <w:pPr>
        <w:jc w:val="right"/>
      </w:pPr>
      <w:r>
        <w:t>کروسیٹس کے بعد جو رینساں کا دور آیا ہے وہ ایک ایک نئی تاریخ بننا شروع ہوئی یورپ میں۔</w:t>
      </w:r>
    </w:p>
    <w:p>
      <w:r>
        <w:rPr>
          <w:b/>
        </w:rPr>
        <w:t xml:space="preserve">[17:34] </w:t>
      </w:r>
      <w:r>
        <w:t>to jo cheez pehle spiritual crusades kahi gayi thi woh baad mein scientific crusade ban gayi. yaani scientific exploration nature ko daryaft karna yeh hone laga.</w:t>
      </w:r>
    </w:p>
    <w:p>
      <w:pPr>
        <w:jc w:val="right"/>
      </w:pPr>
      <w:r>
        <w:t>تو جو چیز پہلے اسپریچول کروسیٹس کہی گئی تھی وہ بعد میں سائنٹیفک کروسیٹ بن گئی۔ یعنی سائنٹیفک ایکسپلوریشن نیچر کو دریافت کرنا یہ ہونے لگا۔</w:t>
      </w:r>
    </w:p>
    <w:p>
      <w:r>
        <w:rPr>
          <w:b/>
        </w:rPr>
        <w:t xml:space="preserve">[17:50] </w:t>
      </w:r>
      <w:r>
        <w:t>to is tareeqe se secular logon ke zariye se yaani musalman musalmanon ne yeh to kiya tha ke unhon ne kingship ko khatam kar diya aur dunya mein azadi ke zamanay laye.</w:t>
      </w:r>
    </w:p>
    <w:p>
      <w:pPr>
        <w:jc w:val="right"/>
      </w:pPr>
      <w:r>
        <w:t>تو اس طریقے سے سیکولر لوگوں کے ذریعے سے یعنی مسلمان مسلمانوں نے یہ تو کیا تھا کہ انہوں نے کنگ شپ کو ختم کر دیا اور دنیا میں آزادی کے زمانے لائے۔</w:t>
      </w:r>
    </w:p>
    <w:p>
      <w:r>
        <w:rPr>
          <w:b/>
        </w:rPr>
        <w:t xml:space="preserve">[18:02] </w:t>
      </w:r>
      <w:r>
        <w:t>lekin jo agla kaam tha nature ko unfold karna woh musalmanon ne nahi kar paye. woh Europe mein hua</w:t>
      </w:r>
    </w:p>
    <w:p>
      <w:pPr>
        <w:jc w:val="right"/>
      </w:pPr>
      <w:r>
        <w:t>لیکن جو اگلا کام تھا نیچر کو انفولڈ کرنا وہ مسلمانوں نے نہیں کر پائے۔ وہ یورپ میں ہوا</w:t>
      </w:r>
    </w:p>
    <w:p>
      <w:r>
        <w:rPr>
          <w:b/>
        </w:rPr>
        <w:t xml:space="preserve">[18:11] </w:t>
      </w:r>
      <w:r>
        <w:t>. agarche secular andaaz mein hua. to modern science aayi modern technology aayi aur is ka culmination tha modern civilization.</w:t>
      </w:r>
    </w:p>
    <w:p>
      <w:pPr>
        <w:jc w:val="right"/>
      </w:pPr>
      <w:r>
        <w:t>۔ اگرچہ سیکولر انداز میں ہوا۔ تو ماڈرن سائنس آئی ماڈرن ٹیکنالوجی آئی اور اس کا کلمنیشن تھا ماڈرن سویلائزیشن۔</w:t>
      </w:r>
    </w:p>
    <w:p>
      <w:r>
        <w:rPr>
          <w:b/>
        </w:rPr>
        <w:t xml:space="preserve">[18:25] </w:t>
      </w:r>
      <w:r>
        <w:t>modern civilization kya tha? kya hai? wahi yahi to hai woh ke crusades ke baad jo naya zamana shuru hua</w:t>
      </w:r>
    </w:p>
    <w:p>
      <w:pPr>
        <w:jc w:val="right"/>
      </w:pPr>
      <w:r>
        <w:t>ماڈرن سویلائزیشن کیا تھا؟ کیا ہے؟ وہی یہی تو ہے وہ کہ کروسیٹس کے بعد جو نیا زمانہ شروع ہوا</w:t>
      </w:r>
    </w:p>
    <w:p>
      <w:r>
        <w:rPr>
          <w:b/>
        </w:rPr>
        <w:t xml:space="preserve">[18:33] </w:t>
      </w:r>
      <w:r>
        <w:t>scientific crusade ka aur cheezein nature law of nature the woh unfold hue aur nai technology aayi.</w:t>
      </w:r>
    </w:p>
    <w:p>
      <w:pPr>
        <w:jc w:val="right"/>
      </w:pPr>
      <w:r>
        <w:t>سائنٹیفک کروسیٹ کا اور چیزیں نیچر لا لاز آف نیچر تھے وہ انفولڈ ہوئے اور نئی ٹیکنالوجی آئی۔</w:t>
      </w:r>
    </w:p>
    <w:p>
      <w:r>
        <w:rPr>
          <w:b/>
        </w:rPr>
        <w:t xml:space="preserve">[18:44] </w:t>
      </w:r>
      <w:r>
        <w:t>aap jante hain ke isi ke baad sab cheezein bani. yaani steamship bani. motor car bani hawai jahaz bane.</w:t>
      </w:r>
    </w:p>
    <w:p>
      <w:pPr>
        <w:jc w:val="right"/>
      </w:pPr>
      <w:r>
        <w:t>آپ جانتے ہیں کہ اسی کے بعد سب چیزیں بنیں۔ یعنی سٹیم شپ بنے۔ موٹر کار بنی ہوا جہاز بنے۔</w:t>
      </w:r>
    </w:p>
    <w:p>
      <w:r>
        <w:rPr>
          <w:b/>
        </w:rPr>
        <w:t xml:space="preserve">[18:54] </w:t>
      </w:r>
      <w:r>
        <w:t>modern communication aaya. yeh sara jo communication hai age of communication is ke baad hi aaya. age of communication.</w:t>
      </w:r>
    </w:p>
    <w:p>
      <w:pPr>
        <w:jc w:val="right"/>
      </w:pPr>
      <w:r>
        <w:t>ماڈرن کمیونیکیشن آیا۔ یہ سارا جو کمیونیکیشن ہے ایج آف کمیونیکیشن اس کے بعد ہی آیا۔ ایج آف کمیونیکیشن۔</w:t>
      </w:r>
    </w:p>
    <w:p>
      <w:r>
        <w:rPr>
          <w:b/>
        </w:rPr>
        <w:t xml:space="preserve">[19:06] </w:t>
      </w:r>
      <w:r>
        <w:t>isi ke majmooe ko kehte hain modern civilization. lekin modern civilization ke baad kya hua</w:t>
      </w:r>
    </w:p>
    <w:p>
      <w:pPr>
        <w:jc w:val="right"/>
      </w:pPr>
      <w:r>
        <w:t>اسی کے مجموعے کو کہتے ہیں ماڈرن سویلائزیشن۔ لیکن ماڈرن سویلائزیشن کے بعد کیا ہوا</w:t>
      </w:r>
    </w:p>
    <w:p>
      <w:r>
        <w:rPr>
          <w:b/>
        </w:rPr>
        <w:t xml:space="preserve">[19:16] </w:t>
      </w:r>
      <w:r>
        <w:t>ke European qaumon ko nai taqat mili. nai taqat mili to unhon ne jagah jagah apna talib-e-ilm bhi qaim kiya.</w:t>
      </w:r>
    </w:p>
    <w:p>
      <w:pPr>
        <w:jc w:val="right"/>
      </w:pPr>
      <w:r>
        <w:t>کہ یورپین قوموں کو نئی طاقت ملی۔ نئی طاقت ملی تو انہوں نے جگہ جگہ اپنا طلبہ بھی قائم کیا۔</w:t>
      </w:r>
    </w:p>
    <w:p>
      <w:r>
        <w:rPr>
          <w:b/>
        </w:rPr>
        <w:t xml:space="preserve">[19:27] </w:t>
      </w:r>
      <w:r>
        <w:t>to musalmanon ne is ko negative sense mein liya.</w:t>
      </w:r>
    </w:p>
    <w:p>
      <w:pPr>
        <w:jc w:val="right"/>
      </w:pPr>
      <w:r>
        <w:t>تو مسلمانوں نے اس کو نیگیٹیو سینس میں لیا۔</w:t>
      </w:r>
    </w:p>
    <w:p>
      <w:r>
        <w:rPr>
          <w:b/>
        </w:rPr>
        <w:t xml:space="preserve">[19:31] </w:t>
      </w:r>
      <w:r>
        <w:t>Maulana Shibli Nomani ne ne aik sher kaha tha us zamanay mein jab ke colonial powers dunya mein chhaane lagin aur Asia Africa mein unhon ne hukoomatein qaim kien to unhon ne kaha tha ke kahan tak loge hum se inteqam fatah-e-Ayyubi dikhao ge hamein jang-e-Salibi ka samaan kab tak</w:t>
      </w:r>
    </w:p>
    <w:p>
      <w:pPr>
        <w:jc w:val="right"/>
      </w:pPr>
      <w:r>
        <w:t>مولانا شبلی نعمانی نے نے ایک شعر کہا تھا اس زمانے میں جب کہ کلوریل پاورز دنیا میں چھانے لگیں اور ایشیا افریقہ میں انہوں نے حکومتیں قائم کیں تو انہوں نے کہا تھا کہ کہاں تک لو گے ہم سے انتقام فتح ایوبی دکھاؤ گے ہمیں جنگ صلیبی کا سماں کب تک</w:t>
      </w:r>
    </w:p>
    <w:p>
      <w:r>
        <w:rPr>
          <w:b/>
        </w:rPr>
        <w:t xml:space="preserve">[20:00] </w:t>
      </w:r>
      <w:r>
        <w:t>to Shibli aur doosre tamam log is ko sirf negative sense mein le paye. jitne bhi Arab non-Arab the sab ne western civilization ko aur colonialism ko aur modern civilization ko negative sense mein liya.</w:t>
      </w:r>
    </w:p>
    <w:p>
      <w:pPr>
        <w:jc w:val="right"/>
      </w:pPr>
      <w:r>
        <w:t>تو شبلی اور دوسرے تمام لوگ اس کو صرف نیگیٹیو سینس میں لے پائے۔ جتنے بھی عرب نان عرب تھے سب نے ویسٹرن سویلائزیشن کو اور کلونیلزم کو اور ماڈرن سویلائزیشن کو نیگیٹیو سینس میں لیا۔</w:t>
      </w:r>
    </w:p>
    <w:p>
      <w:r>
        <w:rPr>
          <w:b/>
        </w:rPr>
        <w:t xml:space="preserve">[20:19] </w:t>
      </w:r>
      <w:r>
        <w:t>ke yeh log chahte hain ke hum qabza karein hum muslim mulkon par aur phir kya hua ke ladna shuru kar diya.</w:t>
      </w:r>
    </w:p>
    <w:p>
      <w:pPr>
        <w:jc w:val="right"/>
      </w:pPr>
      <w:r>
        <w:t>کہ یہ لوگ چاہتے ہیں کہ ہم قبضہ کریں ہم مسلم ملکوں پر اور پھر کیا ہوا کہ لڑنا شروع کر دیا۔</w:t>
      </w:r>
    </w:p>
    <w:p>
      <w:r>
        <w:rPr>
          <w:b/>
        </w:rPr>
        <w:t xml:space="preserve">[20:26] </w:t>
      </w:r>
      <w:r>
        <w:t>yeh ladai shuru hui yaani taqreeban do sau sal se ladai chal rahi hai. do sau sal se.</w:t>
      </w:r>
    </w:p>
    <w:p>
      <w:pPr>
        <w:jc w:val="right"/>
      </w:pPr>
      <w:r>
        <w:t>یہ لڑائی شروع ہوئی یعنی تقریباً دو سو سال سے لڑائی چل رہی ہے۔ دو سو سال سے۔</w:t>
      </w:r>
    </w:p>
    <w:p>
      <w:r>
        <w:rPr>
          <w:b/>
        </w:rPr>
        <w:t xml:space="preserve">[20:39] </w:t>
      </w:r>
      <w:r>
        <w:t>aur aaj tak kuch bhi musalman geir nahi kar sake kyunke woh woh European powers nahi lad rahe the. woh lad rahe hain Allah ki planning se lad rahe hain.</w:t>
      </w:r>
    </w:p>
    <w:p>
      <w:pPr>
        <w:jc w:val="right"/>
      </w:pPr>
      <w:r>
        <w:t>اور آج تک کچھ بھی مسلمان گیر نہیں کر سکے کیونکہ وہ وہ یورپین پاورز نہیں لڑ رہے تھے۔ وہ لڑ رہے ہیں اللہ کی پلاننگ سے لڑ رہے ہیں۔</w:t>
      </w:r>
    </w:p>
    <w:p>
      <w:r>
        <w:rPr>
          <w:b/>
        </w:rPr>
        <w:t xml:space="preserve">[20:50] </w:t>
      </w:r>
      <w:r>
        <w:t>yeh Allah ki planning thi ke nature ke laws jo hain woh unfold hon aur jo Allah taala ne is dunya mein jo marifat ke items rakhe hain us ko us ko daryaft kiya jaye aur insan taraqqi kare marifat ke rastay mein yeh</w:t>
      </w:r>
    </w:p>
    <w:p>
      <w:pPr>
        <w:jc w:val="right"/>
      </w:pPr>
      <w:r>
        <w:t>یہ اللہ کی پلاننگ تھی کہ نیچر کے لاز جو ہیں وہ انفولڈ ہوں اور جو اللہ تعالیٰ نے اس دنیا میں جو معرفت کے آئٹم رکھے ہیں اس کو اس کو دریافت کیا جائے اور انسان ترقی کرے معرفت کے راستے میں یہ</w:t>
      </w:r>
    </w:p>
    <w:p>
      <w:r>
        <w:rPr>
          <w:b/>
        </w:rPr>
        <w:t xml:space="preserve">[21:11] </w:t>
      </w:r>
      <w:r>
        <w:t>sab woh kar rahe the agarche secular andaaz mein kar rahe the to musalman sirf yeh samajh paye musalman matlab leader jo the chahe Arab leader hon chahe non-Arab leader hon ke yeh log yaani crusades ka badla lena chahte hain.</w:t>
      </w:r>
    </w:p>
    <w:p>
      <w:pPr>
        <w:jc w:val="right"/>
      </w:pPr>
      <w:r>
        <w:t>سب وہ کر رہے تھے اگرچہ سیکولر انداز میں کر رہے تھے تو مسلمان صرف یہ سمجھ پائے مسلمان مطلب لیڈر جو تھے چاہے عرب لیڈر ہوں چاہے نان عرب لیڈر ہوں کہ یہ لوگ یعنی کروسیٹس کا بدلہ لینا چاہتے ہیں۔</w:t>
      </w:r>
    </w:p>
    <w:p>
      <w:r>
        <w:rPr>
          <w:b/>
        </w:rPr>
        <w:t xml:space="preserve">[21:28] </w:t>
      </w:r>
      <w:r>
        <w:t>crusades mein hum ne shikast di thi un ko ab yeh chahte hain ke dobara un ke upar hukoomat qaim karein.</w:t>
      </w:r>
    </w:p>
    <w:p>
      <w:pPr>
        <w:jc w:val="right"/>
      </w:pPr>
      <w:r>
        <w:t>کروسیٹس میں ہم نے شکست دی تھی ان کو اب یہ چاہتے ہیں کہ دوبارہ ان کے اوپر حکومت قائم کریں۔</w:t>
      </w:r>
    </w:p>
    <w:p>
      <w:r>
        <w:rPr>
          <w:b/>
        </w:rPr>
        <w:t xml:space="preserve">[21:36] </w:t>
      </w:r>
      <w:r>
        <w:t>to political activity via military suicide bombing aur yeh aaj tak chala ja raha hai.</w:t>
      </w:r>
    </w:p>
    <w:p>
      <w:pPr>
        <w:jc w:val="right"/>
      </w:pPr>
      <w:r>
        <w:t>تو پولیٹیکل ایکٹیویز وایا ملٹریسی آئی سوسائیڈ بمبنگ آئی اور یہ آج تک چلا جا رہا ہے۔</w:t>
      </w:r>
    </w:p>
    <w:p>
      <w:r>
        <w:rPr>
          <w:b/>
        </w:rPr>
        <w:t xml:space="preserve">[21:46] </w:t>
      </w:r>
      <w:r>
        <w:t>to is mein inko mukammal</w:t>
      </w:r>
    </w:p>
    <w:p>
      <w:pPr>
        <w:jc w:val="right"/>
      </w:pPr>
      <w:r>
        <w:t>تو اس میں ان کو مکمل</w:t>
      </w:r>
    </w:p>
    <w:p>
      <w:r>
        <w:rPr>
          <w:b/>
        </w:rPr>
        <w:t xml:space="preserve">[21:50] </w:t>
      </w:r>
      <w:r>
        <w:t>yani jis tarah se humiliated defeat hui thi</w:t>
      </w:r>
    </w:p>
    <w:p>
      <w:pPr>
        <w:jc w:val="right"/>
      </w:pPr>
      <w:r>
        <w:t>یعنی جس طرح سے ہیومیلیٹڈ ڈیفیٹ ہوئی تھی</w:t>
      </w:r>
    </w:p>
    <w:p>
      <w:r>
        <w:rPr>
          <w:b/>
        </w:rPr>
        <w:t xml:space="preserve">[21:54] </w:t>
      </w:r>
      <w:r>
        <w:t>western powers ko ye to musalmanon ko mukammal defeat ho rahi hai har mahaz par aap jahan bhi</w:t>
      </w:r>
    </w:p>
    <w:p>
      <w:pPr>
        <w:jc w:val="right"/>
      </w:pPr>
      <w:r>
        <w:t>ویسٹرن پاورز کو یہ تو مسلمانوں کو مکمل ڈیفیٹ ہو رہی ہے ہر محاذ پر آپ جہاں بھی</w:t>
      </w:r>
    </w:p>
    <w:p>
      <w:r>
        <w:rPr>
          <w:b/>
        </w:rPr>
        <w:t xml:space="preserve">[22:00] </w:t>
      </w:r>
      <w:r>
        <w:t>dekh lijie western nations ke muqable mein</w:t>
      </w:r>
    </w:p>
    <w:p>
      <w:pPr>
        <w:jc w:val="right"/>
      </w:pPr>
      <w:r>
        <w:t>دیکھ لیجئے ویسٹرن نیشنز کے مقابلے میں</w:t>
      </w:r>
    </w:p>
    <w:p>
      <w:r>
        <w:rPr>
          <w:b/>
        </w:rPr>
        <w:t xml:space="preserve">[22:06] </w:t>
      </w:r>
      <w:r>
        <w:t>ye kya hai ye allah ki ta'ala ki taraf se ek</w:t>
      </w:r>
    </w:p>
    <w:p>
      <w:pPr>
        <w:jc w:val="right"/>
      </w:pPr>
      <w:r>
        <w:t>یہ کیا ہے یہ اللہ کی تعالیٰ کی طرف سے ایک</w:t>
      </w:r>
    </w:p>
    <w:p>
      <w:r>
        <w:rPr>
          <w:b/>
        </w:rPr>
        <w:t xml:space="preserve">[22:11] </w:t>
      </w:r>
      <w:r>
        <w:t>warning hai dikhaya ja raha hai ki tum</w:t>
      </w:r>
    </w:p>
    <w:p>
      <w:pPr>
        <w:jc w:val="right"/>
      </w:pPr>
      <w:r>
        <w:t>وارننگ ہے دکھایا جا رہا ہے کہ تم</w:t>
      </w:r>
    </w:p>
    <w:p>
      <w:r>
        <w:rPr>
          <w:b/>
        </w:rPr>
        <w:t xml:space="preserve">[22:15] </w:t>
      </w:r>
      <w:r>
        <w:t>galat kaam kar rahe ho</w:t>
      </w:r>
    </w:p>
    <w:p>
      <w:pPr>
        <w:jc w:val="right"/>
      </w:pPr>
      <w:r>
        <w:t>غلط کام کر رہے ہو</w:t>
      </w:r>
    </w:p>
    <w:p>
      <w:r>
        <w:rPr>
          <w:b/>
        </w:rPr>
        <w:t xml:space="preserve">[22:17] </w:t>
      </w:r>
      <w:r>
        <w:t>tum law of</w:t>
      </w:r>
    </w:p>
    <w:p>
      <w:pPr>
        <w:jc w:val="right"/>
      </w:pPr>
      <w:r>
        <w:t>تم لاء آف</w:t>
      </w:r>
    </w:p>
    <w:p>
      <w:r>
        <w:rPr>
          <w:b/>
        </w:rPr>
        <w:t xml:space="preserve">[22:20] </w:t>
      </w:r>
      <w:r>
        <w:t>khuda ki scheme se lad rahe ho</w:t>
      </w:r>
    </w:p>
    <w:p>
      <w:pPr>
        <w:jc w:val="right"/>
      </w:pPr>
      <w:r>
        <w:t>خدا کی سکیم سے لڑ رہے ہو</w:t>
      </w:r>
    </w:p>
    <w:p>
      <w:r>
        <w:rPr>
          <w:b/>
        </w:rPr>
        <w:t xml:space="preserve">[22:23] </w:t>
      </w:r>
      <w:r>
        <w:t>tum yeh to khuda ki scheme hai ke ke marifat ke jo hidden item woh khulain laws of nature daryaft hon insan science ki satah par marifat ko jaane ek naya ek naye level ki marifat insan ko hasil ho</w:t>
      </w:r>
    </w:p>
    <w:p>
      <w:pPr>
        <w:jc w:val="right"/>
      </w:pPr>
      <w:r>
        <w:t>تم یہ تو خدا کی سکیم ہے کہ کہ معرفت کے جو ہڈن آئٹم وہ کھلیں لاز آف نیچر دریافت ہوں انسان سائنس کی سطح پر معرفت کو جانے ایک نیا ایک نئے لیول کی معرفت انسان کو حاصل ہو</w:t>
      </w:r>
    </w:p>
    <w:p>
      <w:r>
        <w:rPr>
          <w:b/>
        </w:rPr>
        <w:t xml:space="preserve">[22:48] </w:t>
      </w:r>
      <w:r>
        <w:t>yeh to lekin hua yeh kya ke is mauqe par yeh hua european nations ke paas jo mazhab tha woh christianity thi yani de-chartered mazhab to in ko zaroorat thi ke yani science ke sath sath zaroorat thi in ko ek ideology ki ek sahi ideology</w:t>
      </w:r>
    </w:p>
    <w:p>
      <w:pPr>
        <w:jc w:val="right"/>
      </w:pPr>
      <w:r>
        <w:t>یہ تو لیکن ہوا یہ کیا کہ اس موقع پر یہ ہوا یورپین نیشنز کے پاس جو مذہب تھا وہ کرسچینٹی تھی یعنی ڈس چارٹرڈ مذہب تو ان کو ضرورت تھی کہ یعنی سائنس کے ساتھ ساتھ ضرورت تھی ان کو ایک ائیڈیالوجی کی ایک صحیح ائیڈیالوجی</w:t>
      </w:r>
    </w:p>
    <w:p>
      <w:r>
        <w:rPr>
          <w:b/>
        </w:rPr>
        <w:t xml:space="preserve">[23:15] </w:t>
      </w:r>
      <w:r>
        <w:t>ki to christianity inko wo ideology nahi de saki</w:t>
      </w:r>
    </w:p>
    <w:p>
      <w:pPr>
        <w:jc w:val="right"/>
      </w:pPr>
      <w:r>
        <w:t>کی تو کرسچینٹی ان کو وہ ائیڈیالوجی نہیں دے سکی</w:t>
      </w:r>
    </w:p>
    <w:p>
      <w:r>
        <w:rPr>
          <w:b/>
        </w:rPr>
        <w:t xml:space="preserve">[23:21] </w:t>
      </w:r>
      <w:r>
        <w:t>wo ideology nahi de saki isko ek maghribi scientist ne ek kitab chhapi hai iska naam</w:t>
      </w:r>
    </w:p>
    <w:p>
      <w:pPr>
        <w:jc w:val="right"/>
      </w:pPr>
      <w:r>
        <w:t>وہ ائیڈیالوجی نہیں دے سکی اس کو ایک مغربی سائنٹسٹ نے ایک کتاب چھاپی ہے اس کا نام</w:t>
      </w:r>
    </w:p>
    <w:p>
      <w:r>
        <w:rPr>
          <w:b/>
        </w:rPr>
        <w:t xml:space="preserve">[23:26] </w:t>
      </w:r>
      <w:r>
        <w:t>hai appearance of and reality</w:t>
      </w:r>
    </w:p>
    <w:p>
      <w:pPr>
        <w:jc w:val="right"/>
      </w:pPr>
      <w:r>
        <w:t>ہے اپیئرنس آف اینڈ ریلیٹی</w:t>
      </w:r>
    </w:p>
    <w:p>
      <w:r>
        <w:rPr>
          <w:b/>
        </w:rPr>
        <w:t xml:space="preserve">[23:30] </w:t>
      </w:r>
      <w:r>
        <w:t>iska ek chapter hai scientific religion</w:t>
      </w:r>
    </w:p>
    <w:p>
      <w:pPr>
        <w:jc w:val="right"/>
      </w:pPr>
      <w:r>
        <w:t>اس کا ایک چیپٹر ہے سائنٹیفک ریلیجن</w:t>
      </w:r>
    </w:p>
    <w:p>
      <w:r>
        <w:rPr>
          <w:b/>
        </w:rPr>
        <w:t xml:space="preserve">[23:34] </w:t>
      </w:r>
      <w:r>
        <w:t>to wo kehta hai ki humko ek scientific religion chahiye yani science ka jo advancement hai wo</w:t>
      </w:r>
    </w:p>
    <w:p>
      <w:pPr>
        <w:jc w:val="right"/>
      </w:pPr>
      <w:r>
        <w:t>تو وہ کہتا ہے کہ ہم کو ایک سائنٹیفک ریلیجن چاہیے یعنی سائنس کا جو ایڈوانسمنٹ ہے وہ</w:t>
      </w:r>
    </w:p>
    <w:p>
      <w:r>
        <w:rPr>
          <w:b/>
        </w:rPr>
        <w:t xml:space="preserve">[23:40] </w:t>
      </w:r>
      <w:r>
        <w:t>to apni jagah theek hai lekin hamare paas religious ideology nahi hai</w:t>
      </w:r>
    </w:p>
    <w:p>
      <w:pPr>
        <w:jc w:val="right"/>
      </w:pPr>
      <w:r>
        <w:t>تو اپنی جگہ ٹھیک ہے لیکن ہمارے پاس ریلیجیس ائیڈیالوجی نہیں ہے</w:t>
      </w:r>
    </w:p>
    <w:p>
      <w:r>
        <w:rPr>
          <w:b/>
        </w:rPr>
        <w:t xml:space="preserve">[23:45] </w:t>
      </w:r>
      <w:r>
        <w:t>woh mehsoos kar rahe hain ke hamein religious ideology ki zaroorat hai jo jo science ke guide bane science ke rehnuma bane to musalmanon ke paas thi ideology quran ki shakal mein to yahan par jo karna tha musalmanon ka kaam ke woh western nations ko apna dushman na samjhein apne rival na samjhein</w:t>
      </w:r>
    </w:p>
    <w:p>
      <w:pPr>
        <w:jc w:val="right"/>
      </w:pPr>
      <w:r>
        <w:t>وہ محسوس کر رہے ہیں کہ ہمیں ریلیجیس ائیڈیالوجی کی ضرورت ہے جو جو سائنس کے گائیڈ بنے سائنس کے رہنما بنے تو مسلمانوں کے پاس تھی ائیڈیالوجی قران کی شکل میں تو یہاں پر جو کرنا تھا مسلمانوں کا کام کہ وہ ویسٹرن نیشنز کو اپنا دشمن نہ سمجھیں اپنے رائیول نہ سمجھیں</w:t>
      </w:r>
    </w:p>
    <w:p>
      <w:r>
        <w:rPr>
          <w:b/>
        </w:rPr>
        <w:t xml:space="preserve">[24:14] </w:t>
      </w:r>
      <w:r>
        <w:t>balkeh woh samjhein ke unhone woh kaam kiya jo Allah ta'ala ko matloob tha</w:t>
      </w:r>
    </w:p>
    <w:p>
      <w:pPr>
        <w:jc w:val="right"/>
      </w:pPr>
      <w:r>
        <w:t>بلکہ وہ سمجھیں کہ انہوں نے وہ کام کیا جو اللہ تعالیٰ کو مطلوب تھا</w:t>
      </w:r>
    </w:p>
    <w:p>
      <w:r>
        <w:rPr>
          <w:b/>
        </w:rPr>
        <w:t xml:space="preserve">[24:21] </w:t>
      </w:r>
      <w:r>
        <w:t>yani nature ki unfolding aur science ko develop karna aur micro world aur macro world sab ko pata kar ke khuda ki marifat ke yani universal mawaqe kholna yeh sab kiya unhone</w:t>
      </w:r>
    </w:p>
    <w:p>
      <w:pPr>
        <w:jc w:val="right"/>
      </w:pPr>
      <w:r>
        <w:t>یعنی نیچر کی انفولڈنگ اور سائنس کو ڈیولپ کرنا اور مائیکرو ورلڈ اور مائیکرو ورلڈ سب کو پتہ کر کے خدا کی معرفت کے یعنی یونیورسل مواقع کھولنا یہ سب کیا انہوں نے</w:t>
      </w:r>
    </w:p>
    <w:p>
      <w:r>
        <w:rPr>
          <w:b/>
        </w:rPr>
        <w:t xml:space="preserve">[24:40] </w:t>
      </w:r>
      <w:r>
        <w:t>phir modern communication jis ke zariye dawat ke mawaqe jo hain khul gaye ye sab kya unhone</w:t>
      </w:r>
    </w:p>
    <w:p>
      <w:pPr>
        <w:jc w:val="right"/>
      </w:pPr>
      <w:r>
        <w:t>پھر ماڈرن کمیونیکیشن جس کے ذریعے دعوت کے مواقع جو ہیں کھل گئے یہ سب کیا انہوں نے</w:t>
      </w:r>
    </w:p>
    <w:p>
      <w:r>
        <w:rPr>
          <w:b/>
        </w:rPr>
        <w:t xml:space="preserve">[24:49] </w:t>
      </w:r>
      <w:r>
        <w:t>ab jo kaam karna tha musalmanon ko woh tha ke woh</w:t>
      </w:r>
    </w:p>
    <w:p>
      <w:pPr>
        <w:jc w:val="right"/>
      </w:pPr>
      <w:r>
        <w:t>اب جو کام کرنا تھا مسلمانوں کو وہ تھا کہ وہ</w:t>
      </w:r>
    </w:p>
    <w:p>
      <w:r>
        <w:rPr>
          <w:b/>
        </w:rPr>
        <w:t xml:space="preserve">[24:53] </w:t>
      </w:r>
      <w:r>
        <w:t>europe ko ya maghribi qaumon ko ideology faraham karen ladna nahi tha</w:t>
      </w:r>
    </w:p>
    <w:p>
      <w:pPr>
        <w:jc w:val="right"/>
      </w:pPr>
      <w:r>
        <w:t>یورپ کو یا مغربی قوموں کو ائیڈیالوجی فراہم کریں لڑنا نہیں تھا</w:t>
      </w:r>
    </w:p>
    <w:p>
      <w:r>
        <w:rPr>
          <w:b/>
        </w:rPr>
        <w:t xml:space="preserve">[24:59] </w:t>
      </w:r>
      <w:r>
        <w:t>nine eleven nahi karna tha in ko</w:t>
      </w:r>
    </w:p>
    <w:p>
      <w:pPr>
        <w:jc w:val="right"/>
      </w:pPr>
      <w:r>
        <w:t>نائن الیون نہیں کرنا تھا ان کو</w:t>
      </w:r>
    </w:p>
    <w:p>
      <w:r>
        <w:rPr>
          <w:b/>
        </w:rPr>
        <w:t xml:space="preserve">[25:03] </w:t>
      </w:r>
      <w:r>
        <w:t>suicide bombing nahi karni thi in ko</w:t>
      </w:r>
    </w:p>
    <w:p>
      <w:pPr>
        <w:jc w:val="right"/>
      </w:pPr>
      <w:r>
        <w:t>سوسائیڈ بمبنگ نہیں کرنی تھی ان کو</w:t>
      </w:r>
    </w:p>
    <w:p>
      <w:r>
        <w:rPr>
          <w:b/>
        </w:rPr>
        <w:t xml:space="preserve">[25:06] </w:t>
      </w:r>
      <w:r>
        <w:t>hawai jahaz ko hijack nahi karna tha in ko</w:t>
      </w:r>
    </w:p>
    <w:p>
      <w:pPr>
        <w:jc w:val="right"/>
      </w:pPr>
      <w:r>
        <w:t>ہوائی جہاز کو ہائی جیک نہیں کرنا تھا ان کو</w:t>
      </w:r>
    </w:p>
    <w:p>
      <w:r>
        <w:rPr>
          <w:b/>
        </w:rPr>
        <w:t xml:space="preserve">[25:13] </w:t>
      </w:r>
      <w:r>
        <w:t>balkeh un ki scientific advancement ko mante hue western civilization ko etraf karte hue unhein bilkul peaceful andaaz mein mukammal taur par peaceful andaaz mein is ideology ko un ke samne pesh karna tha jo jo Allah ne un ko di thi</w:t>
      </w:r>
    </w:p>
    <w:p>
      <w:pPr>
        <w:jc w:val="right"/>
      </w:pPr>
      <w:r>
        <w:t>بلکہ ان کی سائنٹیفک ایڈوانسمنٹ کو مانتے ہوئے ویسٹرن سویلائزیشن کو اعتراف کرتے ہوئے انہیں بالکل پیس فل انداز میں مکمل طور پر پیس فل انداز میں اس ائیڈیالوجی کو ان کے سامنے پیش کرنا تھا جو جو اللہ نے ان کو دی تھی</w:t>
      </w:r>
    </w:p>
    <w:p>
      <w:r>
        <w:rPr>
          <w:b/>
        </w:rPr>
        <w:t xml:space="preserve">[25:36] </w:t>
      </w:r>
      <w:r>
        <w:t>yani kam se kam itna karna tha in ko ke ke quran jo hai is ka translation har zaban mein har zaban mein har zaban mein chhapa kar pahunchate woh kyunke sath sath jo western civilization aayi hai is ke sath sath printed press bhi aaya printed press</w:t>
      </w:r>
    </w:p>
    <w:p>
      <w:pPr>
        <w:jc w:val="right"/>
      </w:pPr>
      <w:r>
        <w:t>یعنی کم سے کم اتنا کرنا تھا ان کو کہ کہ قران جو ہے اس کا ٹرانسیشن ہر زبان میں ہر زبان میں ہر زبان میں چھاپ کر پہنچاتے وہ کیونکہ ساتھ ساتھ جو ویسٹرن سویلائزیشن ائی ہے اس کے ساتھ ساتھ پرنٹڈ پریس بھی ایا پرنٹڈ پریس</w:t>
      </w:r>
    </w:p>
    <w:p>
      <w:r>
        <w:rPr>
          <w:b/>
        </w:rPr>
        <w:t xml:space="preserve">[25:57] </w:t>
      </w:r>
      <w:r>
        <w:t>toh kam se kam jo kaam karna tha musalmanon ko yeh tha ke quran ka translation har zaban</w:t>
      </w:r>
    </w:p>
    <w:p>
      <w:pPr>
        <w:jc w:val="right"/>
      </w:pPr>
      <w:r>
        <w:t>تو کم سے کم جو کام کرنا تھا مسلمانوں کو یہ تھا کہ قران کا ٹرانسیشن ہر زبان</w:t>
      </w:r>
    </w:p>
    <w:p>
      <w:r>
        <w:rPr>
          <w:b/>
        </w:rPr>
        <w:t xml:space="preserve">[26:03] </w:t>
      </w:r>
      <w:r>
        <w:t>mein karen aur us ko khoob phaila dein khoob phaila dein khoob phaila dein peaceful andaz mein</w:t>
      </w:r>
    </w:p>
    <w:p>
      <w:pPr>
        <w:jc w:val="right"/>
      </w:pPr>
      <w:r>
        <w:t>میں کریں اور اس کو خوب پھیلا دیں خوب پھیلا دیں خوب پھیلا دیں پیس فل انداز میں</w:t>
      </w:r>
    </w:p>
    <w:p>
      <w:r>
        <w:rPr>
          <w:b/>
        </w:rPr>
        <w:t xml:space="preserve">[26:10] </w:t>
      </w:r>
      <w:r>
        <w:t>lekin woh kar nahi sake kyunke in ko jo nafrat thi in ke dilon mein western nations ke</w:t>
      </w:r>
    </w:p>
    <w:p>
      <w:pPr>
        <w:jc w:val="right"/>
      </w:pPr>
      <w:r>
        <w:t>لیکن وہ کر نہیں سکے کیونکہ ان کو جو نفرت تھی ان کے دلوں میں ویسٹرن نیشنز کے</w:t>
      </w:r>
    </w:p>
    <w:p>
      <w:r>
        <w:rPr>
          <w:b/>
        </w:rPr>
        <w:t xml:space="preserve">[26:16] </w:t>
      </w:r>
      <w:r>
        <w:t>khilaf woh nafrat record ban gayi</w:t>
      </w:r>
    </w:p>
    <w:p>
      <w:pPr>
        <w:jc w:val="right"/>
      </w:pPr>
      <w:r>
        <w:t>خلاف وہ نفرت ریکارڈ بن گئی</w:t>
      </w:r>
    </w:p>
    <w:p>
      <w:r>
        <w:rPr>
          <w:b/>
        </w:rPr>
        <w:t xml:space="preserve">[26:20] </w:t>
      </w:r>
      <w:r>
        <w:t>lekin dawat ka kaam nafrat ke sath nahi chal sakta aap ko mozu se mohabbat karni parti hai</w:t>
      </w:r>
    </w:p>
    <w:p>
      <w:pPr>
        <w:jc w:val="right"/>
      </w:pPr>
      <w:r>
        <w:t>لیکن دعوت کا کام نفرت کے ساتھ نہیں چل سکتا اپ کو موضوع سے محبت کرنی پڑتی ہے</w:t>
      </w:r>
    </w:p>
    <w:p>
      <w:r>
        <w:rPr>
          <w:b/>
        </w:rPr>
        <w:t xml:space="preserve">[26:27] </w:t>
      </w:r>
      <w:r>
        <w:t>mauzu se ka khair khwah banna parta hai mauzu friendly behavior aap ko aap ke andar develop karna parta hai tab aap dawat ka kaam kar sakte hain to ek to yeh tha kaam ke islam ko scientific argument ke sath yani scientific level par dobara islam ko un ke samne pesh karna</w:t>
      </w:r>
    </w:p>
    <w:p>
      <w:pPr>
        <w:jc w:val="right"/>
      </w:pPr>
      <w:r>
        <w:t>موضوع سے کا خیر خواہ بننا پڑتا ہے موضوع فرینڈلی بیہیویئر اپ کو اپ کے اندر ڈیولپ کرنا پڑتا ہے تب اپ دعوت کا کام کر سکتے ہیں تو ایک تو یہ تھا کام کہ اسلام کو سائنٹیفک ارگیومنٹ کے ساتھ یعنی سائنٹیفک لیول پر دوبارہ اسلام کو ان کے سامنے پیش کرنا</w:t>
      </w:r>
    </w:p>
    <w:p>
      <w:r>
        <w:rPr>
          <w:b/>
        </w:rPr>
        <w:t xml:space="preserve">[26:54] </w:t>
      </w:r>
      <w:r>
        <w:t>yeh to yeh top ka kaam tha lekin kam se kam jo tha jo minimum requirement thi minimum woh tha quran ka translation har zaban mein kar ke aur is ko chhapwa kar ke printing press ke zariye aur sari duniya mein phailana to minimum requirement minimum requirement thi dawat ki ke quran ko phailana maximum requirement thi ke woh ke quran ki jo ideology hai quran ke jo nazariyat hain</w:t>
      </w:r>
    </w:p>
    <w:p>
      <w:pPr>
        <w:jc w:val="right"/>
      </w:pPr>
      <w:r>
        <w:t>یہ تو یہ ٹاپ کا کام تھا لیکن کم سے کم جو تھا جو منیمم ریکوائرمنٹ تھی منیمم وہ تھا قران کا ٹرانسلیشن ہر زبان میں کر کے اور اس کو چھپوا کر کے پرنٹنگ پریس کے ذریعے اور ساری دنیا میں پھیلانا تو منیمم ریکوائرمنٹ منیمم ریکوائرمنٹ تھی دعوت کی کہ قران کو پھیلانا میکسیمم ریکوائرمنٹ تھی کہ وہ کہ قران کی جو ائیڈیالوجی ہے قران کے جو نظریات ہیں</w:t>
      </w:r>
    </w:p>
    <w:p>
      <w:r>
        <w:rPr>
          <w:b/>
        </w:rPr>
        <w:t xml:space="preserve">[27:23] </w:t>
      </w:r>
      <w:r>
        <w:t>Allah ta'ala ne jo yeh mehfooz waza' hamare paas hai is ko modern scientific idiom mein murattab kar ke logon ke samne lana to ek tha sirf translation ka kaam aur ek tha modern idiom mein is ko pesh karne ka kaam lekin musalmanon mein se koi bhi nakam kar saka kaam nahi kar saka yani minimum bhi nahi kiya maximum bhi nahi kiya unhone</w:t>
      </w:r>
    </w:p>
    <w:p>
      <w:pPr>
        <w:jc w:val="right"/>
      </w:pPr>
      <w:r>
        <w:t>اللہ تعالی نے جو یہ محفوظ وضع ہمارے پاس ہے اس کو ماڈرن سائنٹیفک ایڈیم میں مرتب کر کے لوگوں کے سامنے لانا تو ایک تھا صرف ٹرانسلیشن کا کام اور ایک تھا ماڈرن ایڈیم میں اس کو پیش کرنے کا کام لیکن مسلمانوں میں سے کوئی بھی ناکام کر سکا کام نہیں کر سکا یعنی منیمم بھی نہیں کیا میکسیمم بھی نہیں کیا انہوں نے</w:t>
      </w:r>
    </w:p>
    <w:p>
      <w:r>
        <w:rPr>
          <w:b/>
        </w:rPr>
        <w:t xml:space="preserve">[27:51] </w:t>
      </w:r>
      <w:r>
        <w:t>is ki wajah se inhein har moqay par</w:t>
      </w:r>
    </w:p>
    <w:p>
      <w:pPr>
        <w:jc w:val="right"/>
      </w:pPr>
      <w:r>
        <w:t>اس کی وجہ سے انہیں ہر محاذ پر</w:t>
      </w:r>
    </w:p>
    <w:p>
      <w:r>
        <w:rPr>
          <w:b/>
        </w:rPr>
        <w:t xml:space="preserve">[27:54] </w:t>
      </w:r>
      <w:r>
        <w:t>defeat ho rahi hai aap dekhiye chahe woh kashmir ka moqa ho</w:t>
      </w:r>
    </w:p>
    <w:p>
      <w:pPr>
        <w:jc w:val="right"/>
      </w:pPr>
      <w:r>
        <w:t>ڈیفیٹ ہو رہی ہے اپ دیکھیے چاہے وہ کشمیر کا محاذ ہو</w:t>
      </w:r>
    </w:p>
    <w:p>
      <w:r>
        <w:rPr>
          <w:b/>
        </w:rPr>
        <w:t xml:space="preserve">[28:00] </w:t>
      </w:r>
      <w:r>
        <w:t>chahe woh falasteen ka moqa ho</w:t>
      </w:r>
    </w:p>
    <w:p>
      <w:pPr>
        <w:jc w:val="right"/>
      </w:pPr>
      <w:r>
        <w:t>چاہے وہ فلسطین کا محاذ ہو</w:t>
      </w:r>
    </w:p>
    <w:p>
      <w:r>
        <w:rPr>
          <w:b/>
        </w:rPr>
        <w:t xml:space="preserve">[28:04] </w:t>
      </w:r>
      <w:r>
        <w:t>jitne bhi moqay musalman ne khole hain jitne bhi front hain har jagah in ko defeat defeat defeat</w:t>
      </w:r>
    </w:p>
    <w:p>
      <w:pPr>
        <w:jc w:val="right"/>
      </w:pPr>
      <w:r>
        <w:t>جتنے بھی محاذ مسلمان نے کھولے ہیں جتنے بھی فرنٹ ہیں ہر جگہ ان کو ڈیفیٹ ڈیفیٹ ڈیفیٹ</w:t>
      </w:r>
    </w:p>
    <w:p>
      <w:r>
        <w:rPr>
          <w:b/>
        </w:rPr>
        <w:t xml:space="preserve">[28:10] </w:t>
      </w:r>
      <w:r>
        <w:t>sab har taraf tabahi tabahi tabahi egypt mein dekhiye egypt mein kitni bari tabahi barpa hui itna hungama</w:t>
      </w:r>
    </w:p>
    <w:p>
      <w:pPr>
        <w:jc w:val="right"/>
      </w:pPr>
      <w:r>
        <w:t>سب ہر طرف تباہی تباہی تباہی ایجپٹ میں دیکھیے ایجپٹ میں کتنی بڑی تباہی برپا ہوئی اتنا ہنگامہ</w:t>
      </w:r>
    </w:p>
    <w:p>
      <w:r>
        <w:rPr>
          <w:b/>
        </w:rPr>
        <w:t xml:space="preserve">[28:18] </w:t>
      </w:r>
      <w:r>
        <w:t>60 baras se hungama jari hai lekin siwaye tabahi ke aur kuch bhi nahi</w:t>
      </w:r>
    </w:p>
    <w:p>
      <w:pPr>
        <w:jc w:val="right"/>
      </w:pPr>
      <w:r>
        <w:t>60 برس سے ہنگامہ جاری ہے لیکن سوائے تباہی کے اور کچھ بھی نہیں</w:t>
      </w:r>
    </w:p>
    <w:p>
      <w:r>
        <w:rPr>
          <w:b/>
        </w:rPr>
        <w:t xml:space="preserve">[28:25] </w:t>
      </w:r>
      <w:r>
        <w:t>kyunke asal kaam jo tha woh to kar nahi rahe jhanda utha hue hain politics ka jhanda military chala rahe hain</w:t>
      </w:r>
    </w:p>
    <w:p>
      <w:pPr>
        <w:jc w:val="right"/>
      </w:pPr>
      <w:r>
        <w:t>کیونکہ اصل کام جو تھا وہ تو کر نہیں رہے جھنڈا اٹھا ہوئے ہیں پولیٹکس کا جھنڈا ملٹریسی چلا رہے ہیں</w:t>
      </w:r>
    </w:p>
    <w:p>
      <w:r>
        <w:rPr>
          <w:b/>
        </w:rPr>
        <w:t xml:space="preserve">[28:37] </w:t>
      </w:r>
      <w:r>
        <w:t>aur terrorism yani terrorist activities chala rahe hain aur ek naya term modern aaya hai ke good terrorism aur bad terrorism kaisi ajeeb o ghareeb baat hai</w:t>
      </w:r>
    </w:p>
    <w:p>
      <w:pPr>
        <w:jc w:val="right"/>
      </w:pPr>
      <w:r>
        <w:t>اور ٹیررزم یعنی ٹیررسٹ ایکٹیویٹیز چلا رہے ہیں اور ایک نیا ٹرم موجود ایا ہے کہ گڈ ٹیررزم اور بیڈ ٹیررزم کیسی عجیب و غریب بات ہے</w:t>
      </w:r>
    </w:p>
    <w:p>
      <w:r>
        <w:rPr>
          <w:b/>
        </w:rPr>
        <w:t xml:space="preserve">[28:51] </w:t>
      </w:r>
      <w:r>
        <w:t>terrorism to terrorism hai lekin is ko justify karne ke liye unhone nikala hai kya ke good terrorism aur bad terrorism is se kabhi bhi musalmanon ko Allah ki nusrat nahi mil sakti un ki sirf tabahi mein izafa hoga to musalmanon ko karne ka kaam yeh hai ke maghrib se nafrat ko khatam karein duniya ko apna dushman samajhne ka zehan is ko khatam karein</w:t>
      </w:r>
    </w:p>
    <w:p>
      <w:pPr>
        <w:jc w:val="right"/>
      </w:pPr>
      <w:r>
        <w:t>ٹیررزم تو ٹیررزم ہے لیکن اس کو جسٹیفائی کرنے کے لیے انہوں نے نکالا ہے کیا کہ گڈ ٹیررزم اور بیڈ ٹیررزم اس سے کبھی بھی مسلمانوں کو اللہ کی نصرت نہیں مل سکتی ان کی صرف تباہی میں اضافہ ہوگا تو مسلمانوں کو کرنے کا کام یہ ہے کہ مغرب سے نفرت کو ختم کریں دنیا کو اپنا دشمن سمجھنے کا ذہن اس کو ختم کریں</w:t>
      </w:r>
    </w:p>
    <w:p>
      <w:r>
        <w:rPr>
          <w:b/>
        </w:rPr>
        <w:t xml:space="preserve">[29:21] </w:t>
      </w:r>
      <w:r>
        <w:t>western civilization ke bare mein woh apna attitude badlein</w:t>
      </w:r>
    </w:p>
    <w:p>
      <w:pPr>
        <w:jc w:val="right"/>
      </w:pPr>
      <w:r>
        <w:t>ویسٹرن سویلائزیشن کے بارے میں وہ اپنا ایٹیٹیوڈ بدلیں</w:t>
      </w:r>
    </w:p>
    <w:p>
      <w:r>
        <w:rPr>
          <w:b/>
        </w:rPr>
        <w:t xml:space="preserve">[29:29] </w:t>
      </w:r>
      <w:r>
        <w:t>is ko bajaye rival samajhne ke dost samjhein yeh sab karein aur is ke baad kya karna hai unhein</w:t>
      </w:r>
    </w:p>
    <w:p>
      <w:pPr>
        <w:jc w:val="right"/>
      </w:pPr>
      <w:r>
        <w:t>اس کو بجائے رائیول سمجھنے کے دوست سمجھیں یہ سب کریں اور اس کے بعد کیا کرنا ہے انہیں</w:t>
      </w:r>
    </w:p>
    <w:p>
      <w:r>
        <w:rPr>
          <w:b/>
        </w:rPr>
        <w:t xml:space="preserve">[29:39] </w:t>
      </w:r>
      <w:r>
        <w:t>dawat ka kaam sirf dawat aur kuch nahi koi jang nahi koi takrao nahi koi suicide bombing nahi koi gun culture nahi koi bomb culture nahi kuch bhi nahi koi nafrat nahi sirf dawat aur jaisa ke main ne arz kiya dawat ke do level hain dawat ke do level hain</w:t>
      </w:r>
    </w:p>
    <w:p>
      <w:pPr>
        <w:jc w:val="right"/>
      </w:pPr>
      <w:r>
        <w:t>دعوت کا کام صرف دعوت اور کچھ نہیں کوئی جنگ نہیں کوئی ٹکراؤ نہیں کوئی سوسائیڈ بمبنگ نہیں کوئی گن کلچر نہیں کوئی بم کلچر نہیں کچھ بھی نہیں کوئی نفرت نہیں صرف دعوت اور جیسا کہ میں نے عرض کیا دعوت کے دو لیول ہیں دعوت کے دو لیول ہیں</w:t>
      </w:r>
    </w:p>
    <w:p>
      <w:r>
        <w:rPr>
          <w:b/>
        </w:rPr>
        <w:t xml:space="preserve">[30:02] </w:t>
      </w:r>
      <w:r>
        <w:t>ek yeh hai ke duniya ki jo major zabanen hain major jo languages hain un mein bohat acha translation tayyar kiya jaye quran ka bohat hi mayari qism ka aur is ko bohat hi achhe andaaz mein chhapa jaye har zaban mein aur sari duniya mein is ko phaila diya jaye yeh minimum requirement hai</w:t>
      </w:r>
    </w:p>
    <w:p>
      <w:pPr>
        <w:jc w:val="right"/>
      </w:pPr>
      <w:r>
        <w:t>ایک یہ ہے کہ دنیا کی جو میجر زبانیں ہیں میجر جو لینگویجز ہیں ان میں بہت اچھا ٹرانسلیشن تیار کیا جائے قران کا بہت ہی معیاری قسم کا اور اس کو بہت ہی اچھے انداز میں چھاپا جائے ہر زبان میں اور ساری دنیا میں اس کو پھیلا دیا جائے یہ منیمم ریکوائرمنٹ ہے</w:t>
      </w:r>
    </w:p>
    <w:p>
      <w:r>
        <w:rPr>
          <w:b/>
        </w:rPr>
        <w:t xml:space="preserve">[30:30] </w:t>
      </w:r>
      <w:r>
        <w:t>maximum requirement kya hai</w:t>
      </w:r>
    </w:p>
    <w:p>
      <w:pPr>
        <w:jc w:val="right"/>
      </w:pPr>
      <w:r>
        <w:t>میکسیمم ریکوائرمنٹ کیا ہے</w:t>
      </w:r>
    </w:p>
    <w:p>
      <w:r>
        <w:rPr>
          <w:b/>
        </w:rPr>
        <w:t xml:space="preserve">[30:32] </w:t>
      </w:r>
      <w:r>
        <w:t>ke aap science ko padhein modern mind ko samjhein is zamane mein jo rationalism hai us ko jaanein aur phir is level par islam ko pesh karein</w:t>
      </w:r>
    </w:p>
    <w:p>
      <w:pPr>
        <w:jc w:val="right"/>
      </w:pPr>
      <w:r>
        <w:t>کہ اپ سائنس کو پڑھیں ماڈرن مائنڈ کو سمجھیں اس زمانے میں جو ریشنلزم ہے اس کو جانیں اور پھر اس لیول پر اسلام کو پیش کریں</w:t>
      </w:r>
    </w:p>
    <w:p>
      <w:r>
        <w:rPr>
          <w:b/>
        </w:rPr>
        <w:t xml:space="preserve">[30:46] </w:t>
      </w:r>
      <w:r>
        <w:t>is level par yani modern jo level hai rationalism ka scientific argument ka is level pe islam ko pesh karen</w:t>
      </w:r>
    </w:p>
    <w:p>
      <w:pPr>
        <w:jc w:val="right"/>
      </w:pPr>
      <w:r>
        <w:t>اس لیول پر یعنی ماڈرن جو لیول ہے ریشنلزم کا سائنٹیفک ارگیومنٹ کا اس لیول پہ اسلام کو پیش کریں</w:t>
      </w:r>
    </w:p>
    <w:p>
      <w:r>
        <w:rPr>
          <w:b/>
        </w:rPr>
        <w:t xml:space="preserve">[30:57] </w:t>
      </w:r>
      <w:r>
        <w:t>jisko main kehta hoon ke yani</w:t>
      </w:r>
    </w:p>
    <w:p>
      <w:pPr>
        <w:jc w:val="right"/>
      </w:pPr>
      <w:r>
        <w:t>جس کو میں کہتا ہوں کہ یعنی</w:t>
      </w:r>
    </w:p>
    <w:p>
      <w:r>
        <w:rPr>
          <w:b/>
        </w:rPr>
        <w:t xml:space="preserve">[31:02] </w:t>
      </w:r>
      <w:r>
        <w:t>waqt ka fikri mustawa waqt ka fikri mustawa ka matlab yeh hai ke waqt ka jo intellectual level hai to ek hai quran ke translation har zuban mein karke phailana</w:t>
      </w:r>
    </w:p>
    <w:p>
      <w:pPr>
        <w:jc w:val="right"/>
      </w:pPr>
      <w:r>
        <w:t>وقت کا فکری مستوى وقت کا فکری مستوى کا مطلب یہ ہے کہ وقت کا جو انٹلیکچول لیول ہے تو ایک ہے قران کے ٹرانسلیشن ہر زبان میں کر کے پھیلانا</w:t>
      </w:r>
    </w:p>
    <w:p>
      <w:r>
        <w:rPr>
          <w:b/>
        </w:rPr>
        <w:t xml:space="preserve">[31:17] </w:t>
      </w:r>
      <w:r>
        <w:t>doosra jo hai ke waqt ka jo fikri mustawa hai waqt ka jo intellectual level hai is level par islam ke ideology ko murattab karke dunya dunya ke samne lana</w:t>
      </w:r>
    </w:p>
    <w:p>
      <w:pPr>
        <w:jc w:val="right"/>
      </w:pPr>
      <w:r>
        <w:t>دوسرا جو ہے کہ وقت کا جو فکری مستوى ہے وقت کا جو انٹلیکچول لیول ہے اس لیول پر اسلام کے ائیڈیالوجی کو مرتب کر کے دنیا دنیا کے سامنے لانا</w:t>
      </w:r>
    </w:p>
    <w:p>
      <w:r>
        <w:rPr>
          <w:b/>
        </w:rPr>
        <w:t xml:space="preserve">[31:33] </w:t>
      </w:r>
      <w:r>
        <w:t>to musalman na minimum kar paye na maximum kar paye aur jo kar rahe hain woh kya hai ke</w:t>
      </w:r>
    </w:p>
    <w:p>
      <w:pPr>
        <w:jc w:val="right"/>
      </w:pPr>
      <w:r>
        <w:t>تو مسلمان نہ منیمم کر پائے نہ میکسیمم کر پائے اور جو کر رہے ہیں وہ کیا ہے کہ</w:t>
      </w:r>
    </w:p>
    <w:p>
      <w:r>
        <w:rPr>
          <w:b/>
        </w:rPr>
        <w:t xml:space="preserve">[31:44] </w:t>
      </w:r>
      <w:r>
        <w:t>suicide bombing gun culture bomb culture nafrat</w:t>
      </w:r>
    </w:p>
    <w:p>
      <w:pPr>
        <w:jc w:val="right"/>
      </w:pPr>
      <w:r>
        <w:t>سوسائیڈ بمبنگ گن کلچر بم کلچر نفرت</w:t>
      </w:r>
    </w:p>
    <w:p>
      <w:r>
        <w:rPr>
          <w:b/>
        </w:rPr>
        <w:t xml:space="preserve">[31:51] </w:t>
      </w:r>
      <w:r>
        <w:t>yeh sab ab tak bhi kuch nahi ab tak bhi sirf unhone khoya hai kuch paya nahi aindah bhi sirf khoyenge kuch payenge nahi</w:t>
      </w:r>
    </w:p>
    <w:p>
      <w:pPr>
        <w:jc w:val="right"/>
      </w:pPr>
      <w:r>
        <w:t>یہ سب اب تک بھی کچھ نہیں اب تک بھی صرف انہوں نے کھویا ہے کچھ پایا نہیں ائندہ بھی صرف کھوئیں گے کچھ پائیں گے نہیں</w:t>
      </w:r>
    </w:p>
    <w:p>
      <w:r>
        <w:rPr>
          <w:b/>
        </w:rPr>
        <w:t xml:space="preserve">[32:01] </w:t>
      </w:r>
      <w:r>
        <w:t>kyunke woh unka jo yeh tareeqa hai woh against the rational plan of god hai allah taala ko matlab kuch hai aur woh kuch kar rahe hain</w:t>
      </w:r>
    </w:p>
    <w:p>
      <w:pPr>
        <w:jc w:val="right"/>
      </w:pPr>
      <w:r>
        <w:t>کیونکہ وہ ان کا جو یہ طریقہ ہے وہ اگینسٹ دی کریشنل پلان اف گاڈ ہے اللہ تعالی کو مطلوب کچھ ہے اور وہ کچھ کر رہے ہیں</w:t>
      </w:r>
    </w:p>
    <w:p>
      <w:r>
        <w:rPr>
          <w:b/>
        </w:rPr>
        <w:t xml:space="preserve">[32:16] </w:t>
      </w:r>
      <w:r>
        <w:t>to yaad rakhiye is dunya mein koi bhi kaam hai bhi 50 percent insan ki koshish hoti hai aur 50 percent allah ki madad is mein shamil hoti hai tab hota hai</w:t>
      </w:r>
    </w:p>
    <w:p>
      <w:pPr>
        <w:jc w:val="right"/>
      </w:pPr>
      <w:r>
        <w:t>تو یاد رکھیے اس دنیا میں کوئی بھی کام ہے بھی 50 پرسنٹ انسان کی کوشش ہوتی ہے اور 50 پرسنٹ اللہ کی مدد اس میں شامل ہوتی ہے تب ہوتا ہے</w:t>
      </w:r>
    </w:p>
    <w:p>
      <w:r>
        <w:rPr>
          <w:b/>
        </w:rPr>
        <w:t xml:space="preserve">[32:31] </w:t>
      </w:r>
      <w:r>
        <w:t>to allah ki madad to aap ke shamil rahegi nahi aap ki to aap kya karein kuch nahi kar sakte</w:t>
      </w:r>
    </w:p>
    <w:p>
      <w:pPr>
        <w:jc w:val="right"/>
      </w:pPr>
      <w:r>
        <w:t>تو اللہ کی مدد تو اپ کے شامل رہے گی نہیں اپ کی تو اپ کیا کریں کچھ نہیں کر سکتے</w:t>
      </w:r>
    </w:p>
    <w:p>
      <w:r>
        <w:rPr>
          <w:b/>
        </w:rPr>
        <w:t xml:space="preserve">[32:40] </w:t>
      </w:r>
      <w:r>
        <w:t>allah ki madad ke baghair naam ke rahe ke musalman koi bhi kamyabi hasil kar sakein impossible hai allah ki madad us waqt milegi jab ke woh allah ki scheme of things ko samjhein woh creation plan of god ko samjhein</w:t>
      </w:r>
    </w:p>
    <w:p>
      <w:pPr>
        <w:jc w:val="right"/>
      </w:pPr>
      <w:r>
        <w:t>اللہ کی مدد کے بغیر نام کے رہے کہ مسلمان کوئی بھی کامیابی حاصل کر سکیں امپاسیبل ہے اللہ کی مدد اس وقت ملے گی جب کہ وہ اللہ کی سکیم اف تھنگز کو سمجھیں وہ کرشن پلان اف گاڈ کو سمجھیں</w:t>
      </w:r>
    </w:p>
    <w:p>
      <w:r>
        <w:rPr>
          <w:b/>
        </w:rPr>
        <w:t xml:space="preserve">[32:59] </w:t>
      </w:r>
      <w:r>
        <w:t>woh purpose of creation ko samjhein aur uske mutabiq planning karein abhi jo unki planning hai woh sab sab ki sab galat planning hai</w:t>
      </w:r>
    </w:p>
    <w:p>
      <w:pPr>
        <w:jc w:val="right"/>
      </w:pPr>
      <w:r>
        <w:t>وہ پرپس اف کرشن کو سمجھیں اور اس کے مطابق پلاننگ کریں ابھی جو ان کی پلاننگ ہے وہ سب سب کی سب غلط پلاننگ ہے</w:t>
      </w:r>
    </w:p>
    <w:p>
      <w:r>
        <w:rPr>
          <w:b/>
        </w:rPr>
        <w:t xml:space="preserve">[33:13] </w:t>
      </w:r>
      <w:r>
        <w:t>dunya ki nazar mein woh sab terrorism hai aap khud usko jihad kehte hain lekin aap ke jihad kehne se jihad nahi ho jayega woh dunya ki nazar mein woh terrorism chalega</w:t>
      </w:r>
    </w:p>
    <w:p>
      <w:pPr>
        <w:jc w:val="right"/>
      </w:pPr>
      <w:r>
        <w:t>دنیا کی نظر میں وہ سب ٹیررزم ہے اپ خود اس کو جہاد کہتے ہیں لیکن اپ کے جہاد کہنے سے جہاد نہیں ہو جائے گا وہ دنیا کی نظر میں وہ ٹیررزم چلے گا</w:t>
      </w:r>
    </w:p>
    <w:p>
      <w:r>
        <w:rPr>
          <w:b/>
        </w:rPr>
        <w:t xml:space="preserve">[33:26] </w:t>
      </w:r>
      <w:r>
        <w:t>aaj bhi main padh raha tha akhbar aaj ki aaj hi ki ke united nations mein jo taqreerein hui hain wahan pe yeh kaha gaya ke dunya ka sab se bada masla terrorism hai isko hamein khatam karna hai to maine socha ke terrorism kaun phaila raha hai unhone muslim muslim terrorism nahi kaha unhone sirf terrorism kaha lekin kaun phaila raha hai</w:t>
      </w:r>
    </w:p>
    <w:p>
      <w:pPr>
        <w:jc w:val="right"/>
      </w:pPr>
      <w:r>
        <w:t>اج بھی میں پڑھ رہا تھا اخبار اج کی اج ہی کی کہ یونائٹڈ نیشنز میں جو تقریریں ہوئی ہیں وہاں پہ یہ کہا گیا کہ دنیا کا سب سے بڑا مسئلہ ٹیررزم ہے اس کو ہمیں ختم کرنا ہے تو میں نے سوچا کہ ٹیررزم کون پھیلا رہا ہے انہوں نے مسلم مسلم ٹیررزم نہیں کہا انہوں نے صرف ٹیررزم کہا لیکن کون پھیلا رہا ہے</w:t>
      </w:r>
    </w:p>
    <w:p>
      <w:r>
        <w:rPr>
          <w:b/>
        </w:rPr>
        <w:t xml:space="preserve">[33:54] </w:t>
      </w:r>
      <w:r>
        <w:t>sab ke mind mein yeh hai ke terrorism ka matlab muslim terrorism sab ke mind mein yeh hai jab woh kehte hain ke international terrorism to uska matlab hota hai muslim terrorism to bataiye ke dunya aap ko apna dushman samajhti hai</w:t>
      </w:r>
    </w:p>
    <w:p>
      <w:pPr>
        <w:jc w:val="right"/>
      </w:pPr>
      <w:r>
        <w:t>سب کے مائنڈ میں یہ ہے کہ ٹیررزم کا مطلب مسلم ٹیررزم سب کے مائنڈ میں یہ ہے جب وہ کہتے ہیں کہ انٹرنیشنل ٹیررزم تو اس کا مطلب ہوتا ہے مسلم ٹیررزم تو بتائیے کہ دنیا اپ کو اپنا دشمن سمجھتی ہے</w:t>
      </w:r>
    </w:p>
    <w:p>
      <w:r>
        <w:rPr>
          <w:b/>
        </w:rPr>
        <w:t xml:space="preserve">[34:17] </w:t>
      </w:r>
      <w:r>
        <w:t>to kaise aap kamyab ho gaye to humon ko apni image bad</w:t>
      </w:r>
    </w:p>
    <w:p>
      <w:pPr>
        <w:jc w:val="right"/>
      </w:pPr>
      <w:r>
        <w:t>تو کیسے اپ کامیاب ہو گئے تو ہموں کو اپنی امیج بد</w:t>
      </w:r>
    </w:p>
    <w:p>
      <w:r>
        <w:rPr>
          <w:b/>
        </w:rPr>
        <w:t xml:space="preserve">[34:23] </w:t>
      </w:r>
      <w:r>
        <w:t>lana hai hum ko yeh aisa karna hai ke dunya hum ko apna dost samjhe woh islam ko apna mazhab samjhe quran ko apni kitab samjhe uske liye zaroorat hai ke hum sare bullets khatam karein jihad ke naam par jo talwar jo gun aur bomb hai woh sab khatam karein ek unilaterally khatam hui unilaterally</w:t>
      </w:r>
    </w:p>
    <w:p>
      <w:pPr>
        <w:jc w:val="right"/>
      </w:pPr>
      <w:r>
        <w:t>لنا ہے ہم کو یہ ایسا کرنا ہے کہ دنیا ہم کو اپنا دوست سمجھے وہ اسلام کو اپنا مذہب سمجھے قران کو اپنی کتاب سمجھے اس کے لیے ضرورت ہے کہ ہم سارے بلٹس ختم کریں جہاد کے نام پر جو تلوار جو گن اور بم ہے وہ سب ختم کریں ایک یونلیٹرلی ختم ہوئی یونلیٹرلی</w:t>
      </w:r>
    </w:p>
    <w:p>
      <w:r>
        <w:rPr>
          <w:b/>
        </w:rPr>
        <w:t xml:space="preserve">[34:50] </w:t>
      </w:r>
      <w:r>
        <w:t>rasool allah sallallahu alaihi wasallam ne hudaybe ke mauqe par unilaterally khatam kar diya tha</w:t>
      </w:r>
    </w:p>
    <w:p>
      <w:pPr>
        <w:jc w:val="right"/>
      </w:pPr>
      <w:r>
        <w:t>رسول اللہ صلی اللہ علیہ وسلم نے حدیبے کے موقع پر یونلیٹرلی ختم کر دیا تھا</w:t>
      </w:r>
    </w:p>
    <w:p>
      <w:r>
        <w:rPr>
          <w:b/>
        </w:rPr>
        <w:t xml:space="preserve">[34:59] </w:t>
      </w:r>
      <w:r>
        <w:t>tab woh islam phaila</w:t>
      </w:r>
    </w:p>
    <w:p>
      <w:pPr>
        <w:jc w:val="right"/>
      </w:pPr>
      <w:r>
        <w:t>تب وہ اسلام پھیلا</w:t>
      </w:r>
    </w:p>
    <w:p>
      <w:r>
        <w:rPr>
          <w:b/>
        </w:rPr>
        <w:t xml:space="preserve">[35:03] </w:t>
      </w:r>
      <w:r>
        <w:t>to main arz karunga ke musalmanon ko u turn lena hai u turn lena hai</w:t>
      </w:r>
    </w:p>
    <w:p>
      <w:pPr>
        <w:jc w:val="right"/>
      </w:pPr>
      <w:r>
        <w:t>تو میں عرض کروں گا کہ مسلمانوں کو یو ٹرن لینا ہے یو ٹرن لینا ہے</w:t>
      </w:r>
    </w:p>
    <w:p>
      <w:r>
        <w:rPr>
          <w:b/>
        </w:rPr>
        <w:t xml:space="preserve">[35:12] </w:t>
      </w:r>
      <w:r>
        <w:t>yani violence se peace ki taraf</w:t>
      </w:r>
    </w:p>
    <w:p>
      <w:pPr>
        <w:jc w:val="right"/>
      </w:pPr>
      <w:r>
        <w:t>یعنی وائلنس سے پیس کی طرف</w:t>
      </w:r>
    </w:p>
    <w:p>
      <w:r>
        <w:rPr>
          <w:b/>
        </w:rPr>
        <w:t xml:space="preserve">[35:20] </w:t>
      </w:r>
      <w:r>
        <w:t>aur logon ko dushman samajhne se nikal kar logon ko apna dost samajhne ki taraf</w:t>
      </w:r>
    </w:p>
    <w:p>
      <w:pPr>
        <w:jc w:val="right"/>
      </w:pPr>
      <w:r>
        <w:t>اور لوگوں کو دشمن سمجھنے سے نکل کر لوگوں کو اپنا دوست سمجھنے کی طرف</w:t>
      </w:r>
    </w:p>
    <w:p>
      <w:r>
        <w:rPr>
          <w:b/>
        </w:rPr>
        <w:t xml:space="preserve">[35:30] </w:t>
      </w:r>
      <w:r>
        <w:t>political activities ko chhod kar ke dawah activities ki taraf yeh hai u turn</w:t>
      </w:r>
    </w:p>
    <w:p>
      <w:pPr>
        <w:jc w:val="right"/>
      </w:pPr>
      <w:r>
        <w:t>پولیٹیکل ایکٹیویٹیز کو چھوڑ کر کے دعوی ایکٹیویٹیز کی طرف یہ ہے یو ٹرن</w:t>
      </w:r>
    </w:p>
    <w:p>
      <w:r>
        <w:rPr>
          <w:b/>
        </w:rPr>
        <w:t xml:space="preserve">[35:41] </w:t>
      </w:r>
      <w:r>
        <w:t>aur u turn lene ke baad unki planning jo hogi uske yahi do uske pehlu hain ek yeh ke hum sari dunya mein jo jo major zubanein hain</w:t>
      </w:r>
    </w:p>
    <w:p>
      <w:pPr>
        <w:jc w:val="right"/>
      </w:pPr>
      <w:r>
        <w:t>اور یو ٹرن لینے کے بعد ان کی پلاننگ جو ہوگی اس کے یہی دو اس کے پہلو ہیں ایک یہ کہ ہم ساری دنیا میں جو جو میجر زبانیں ہیں</w:t>
      </w:r>
    </w:p>
    <w:p>
      <w:r>
        <w:rPr>
          <w:b/>
        </w:rPr>
        <w:t xml:space="preserve">[36:03] </w:t>
      </w:r>
      <w:r>
        <w:t>har zuban mein quran ka bahut hi achha tarjuma jo easily understandable ho modern idiom mein ho usko taiyar karna aur usko bahut umdah tareeqe se chhapana aur sari dunya mein usko phaila dena</w:t>
      </w:r>
    </w:p>
    <w:p>
      <w:pPr>
        <w:jc w:val="right"/>
      </w:pPr>
      <w:r>
        <w:t>ہر زبان میں قران کا بہت ہی اچھا ترجمہ جو ایزیلی انڈرسٹینڈیبل ہو ماڈرن ایڈیم میں ہو اس کو تیار کرنا اور اس کو بہت عمدہ طریقے سے چھپانا اور ساری دنیا میں اس کو پھیلا دینا</w:t>
      </w:r>
    </w:p>
    <w:p>
      <w:r>
        <w:rPr>
          <w:b/>
        </w:rPr>
        <w:t xml:space="preserve">[36:22] </w:t>
      </w:r>
      <w:r>
        <w:t>jo hadith mein aata hai ke ke zameen mein koi ghar aisa nahi bachega chhota ya bada jahan islam ka kalma dakhil na ho jaye ila atrah allah kalmatul islam to kalma kya hai quran hai quran hai</w:t>
      </w:r>
    </w:p>
    <w:p>
      <w:pPr>
        <w:jc w:val="right"/>
      </w:pPr>
      <w:r>
        <w:t>جو حدیث میں اتا ہے کہ کہ زمین میں کوئی گھر ایسا نہیں بچے گا چھوٹا یا بڑا جہاں اسلام کا کلمہ داخل نہ ہو جائے الا اطرح اللہ کلمۃ الاسلام تو کلمہ کیا ہے قران ہے قران ہے</w:t>
      </w:r>
    </w:p>
    <w:p>
      <w:r>
        <w:rPr>
          <w:b/>
        </w:rPr>
        <w:t xml:space="preserve">[36:49] </w:t>
      </w:r>
      <w:r>
        <w:t>yani allah taala ko matlab hai ke yeh quran is ka translation tayyar kar ke chhapa jaye aur har ghar mein har jeb mein har library mein pahuncha diya jaye ke koi bhi insan jo padhna chahe is se mehroom na rahe yeh hai minimum requirement</w:t>
      </w:r>
    </w:p>
    <w:p>
      <w:pPr>
        <w:jc w:val="right"/>
      </w:pPr>
      <w:r>
        <w:t>یعنی اللہ تعالی کو مطلوب ہے کہ یہ قران اس کا ٹرانسلیشن تیار کر کے چھاپا جائے اور ہر گھر میں ہر جیب میں ہر لائبریری میں پہنچا دیا جائے کہ کوئی بھی انسان جو پڑھنا چاہے اس سے محروم نہ رہے یہ ہے منیمم ریکوائرمنٹ</w:t>
      </w:r>
    </w:p>
    <w:p>
      <w:r>
        <w:rPr>
          <w:b/>
        </w:rPr>
        <w:t xml:space="preserve">[37:15] </w:t>
      </w:r>
      <w:r>
        <w:t>maximum requirement yeh hai ke hum gun culture ko chhod kar ke nafrat culture ko chhoden yeh sab jo activities hain woh khatm kar ke hum modern mind ko padhen aaj ka insan ki soch kya hai is ka rational level kya hota hai is ka argument ka tareeqa kya hai scientific analysis kya</w:t>
      </w:r>
    </w:p>
    <w:p>
      <w:pPr>
        <w:jc w:val="right"/>
      </w:pPr>
      <w:r>
        <w:t>میکسیمم ریکوائرمنٹ یہ ہے کہ ہم گن کلچر کو چھوڑ کر کے نفرت کلچر کو چھوڑیں یہ سب جو ایکٹیویٹیز ہیں وہ ختم کر کے ہم ماڈرن مائنڈ کو پڑھیں اج کا انسان کی سوچ کیا ہے اس کا ریشنل لیول کیا ہوتا ہے اس کا ارگیومنٹ کا طریقہ کیا ہے سائنٹیفک انالیسز کیا</w:t>
      </w:r>
    </w:p>
    <w:p>
      <w:r>
        <w:rPr>
          <w:b/>
        </w:rPr>
        <w:t xml:space="preserve">[37:44] </w:t>
      </w:r>
      <w:r>
        <w:t>cheez hai is ko samjhen aur phir modern scientific idiom mein hum islam ko pesh karen jo un ke liye understandable ho</w:t>
      </w:r>
    </w:p>
    <w:p>
      <w:pPr>
        <w:jc w:val="right"/>
      </w:pPr>
      <w:r>
        <w:t>چیز ہے اس کو سمجھیں اور پھر ماڈرن سائنٹیفک ایڈیم میں ہم اسلام کو پیش کریں جو ان کے لیے انڈرسٹینڈیبل ہو</w:t>
      </w:r>
    </w:p>
    <w:p>
      <w:r>
        <w:rPr>
          <w:b/>
        </w:rPr>
        <w:t xml:space="preserve">[37:57] </w:t>
      </w:r>
      <w:r>
        <w:t>yeh hai musalmanon ko karna in do kaam ke siwa musalman jo kaam bhi karen mujhe is mein zara bhi nahi shak nahi hai ke is mein hargiz woh kamyab nahi honge chahe qayamat ajaye yani qayamat tak siwaye tabahi ke in ke is se kuch nahi aayega</w:t>
      </w:r>
    </w:p>
    <w:p>
      <w:pPr>
        <w:jc w:val="right"/>
      </w:pPr>
      <w:r>
        <w:t>یہ ہے مسلمانوں کو کرنا ان دو کام کے سوا مسلمان جو کام بھی کریں مجھے اس میں ذرا بھی نہیں شک نہیں ہے کہ اس میں ہرگز وہ کامیاب نہیں ہوں گے چاہے قیامت اجائے یعنی قیامت تک سوائے تباہی کے ان کے اس سے کچھ نہیں ائے گا</w:t>
      </w:r>
    </w:p>
    <w:p>
      <w:r>
        <w:rPr>
          <w:b/>
        </w:rPr>
        <w:t xml:space="preserve">[38:17] </w:t>
      </w:r>
      <w:r>
        <w:t>do so saal se tabahi ho rahi hai aap dekhiye jis mulk mein dekhiye kashmir se le kar falasteen tak tabahi ho rahi hai</w:t>
      </w:r>
    </w:p>
    <w:p>
      <w:pPr>
        <w:jc w:val="right"/>
      </w:pPr>
      <w:r>
        <w:t>دو سو سال سے تباہی ہو رہی ہے اپ دیکھیے جس ملک میں دیکھیے کشمیر سے لے کر فلسطین تک تباہی ہو رہی ہے</w:t>
      </w:r>
    </w:p>
    <w:p>
      <w:r>
        <w:rPr>
          <w:b/>
        </w:rPr>
        <w:t xml:space="preserve">[38:30] </w:t>
      </w:r>
      <w:r>
        <w:t>to yeh qayamat tak yeh tabahi chalti rahegi chalti rahegi chalti rahegi kyunke woh allah ke khilaf hai agar</w:t>
      </w:r>
    </w:p>
    <w:p>
      <w:pPr>
        <w:jc w:val="right"/>
      </w:pPr>
      <w:r>
        <w:t>تو یہ قیامت تک یہ تباہی چلتی رہے گی چلتی رہے گی چلتی رہے گی کیونکہ وہ اللہ کے خلاف ہے اگر</w:t>
      </w:r>
    </w:p>
    <w:p>
      <w:r>
        <w:rPr>
          <w:b/>
        </w:rPr>
        <w:t xml:space="preserve">[38:41] </w:t>
      </w:r>
      <w:r>
        <w:t>aap chahte hain agar musalman chahte hain ke halaat badlen</w:t>
      </w:r>
    </w:p>
    <w:p>
      <w:pPr>
        <w:jc w:val="right"/>
      </w:pPr>
      <w:r>
        <w:t>اپ چاہتے ہیں اگر مسلمان چاہتے ہیں کہ حالات بدلیں</w:t>
      </w:r>
    </w:p>
    <w:p>
      <w:r>
        <w:rPr>
          <w:b/>
        </w:rPr>
        <w:t xml:space="preserve">[38:46] </w:t>
      </w:r>
      <w:r>
        <w:t>allah ki nusrat in ki taraf aaye</w:t>
      </w:r>
    </w:p>
    <w:p>
      <w:pPr>
        <w:jc w:val="right"/>
      </w:pPr>
      <w:r>
        <w:t>اللہ کی نصرت ان کی طرف ائے</w:t>
      </w:r>
    </w:p>
    <w:p>
      <w:r>
        <w:rPr>
          <w:b/>
        </w:rPr>
        <w:t xml:space="preserve">[38:50] </w:t>
      </w:r>
      <w:r>
        <w:t>toh in ko u turn lena parega</w:t>
      </w:r>
    </w:p>
    <w:p>
      <w:pPr>
        <w:jc w:val="right"/>
      </w:pPr>
      <w:r>
        <w:t>تو ان کو یو ٹرن لینا پڑے گا</w:t>
      </w:r>
    </w:p>
    <w:p>
      <w:r>
        <w:rPr>
          <w:b/>
        </w:rPr>
        <w:t xml:space="preserve">[38:53] </w:t>
      </w:r>
      <w:r>
        <w:t>is ki ek misaal dekhiye quran mein</w:t>
      </w:r>
    </w:p>
    <w:p>
      <w:pPr>
        <w:jc w:val="right"/>
      </w:pPr>
      <w:r>
        <w:t>اس کی ایک مثال دیکھیے قران میں</w:t>
      </w:r>
    </w:p>
    <w:p>
      <w:r>
        <w:rPr>
          <w:b/>
        </w:rPr>
        <w:t xml:space="preserve">[38:57] </w:t>
      </w:r>
      <w:r>
        <w:t>hazrat yunus alaihissalam ki hai</w:t>
      </w:r>
    </w:p>
    <w:p>
      <w:pPr>
        <w:jc w:val="right"/>
      </w:pPr>
      <w:r>
        <w:t>حضرت یونس علیہ السلام کی ہے</w:t>
      </w:r>
    </w:p>
    <w:p>
      <w:r>
        <w:rPr>
          <w:b/>
        </w:rPr>
        <w:t xml:space="preserve">[39:01] </w:t>
      </w:r>
      <w:r>
        <w:t>hazrat yunus alaihissalam athween sadi</w:t>
      </w:r>
    </w:p>
    <w:p>
      <w:pPr>
        <w:jc w:val="right"/>
      </w:pPr>
      <w:r>
        <w:t>حضرت یونس علیہ السلام اٹھویں صدی</w:t>
      </w:r>
    </w:p>
    <w:p>
      <w:r>
        <w:rPr>
          <w:b/>
        </w:rPr>
        <w:t xml:space="preserve">[39:06] </w:t>
      </w:r>
      <w:r>
        <w:t>qabl masih mein ninevah mein aaye jo iraq mein tha</w:t>
      </w:r>
    </w:p>
    <w:p>
      <w:pPr>
        <w:jc w:val="right"/>
      </w:pPr>
      <w:r>
        <w:t>قبل مسیح میں نینوا میں ائے جو عراق میں تھا</w:t>
      </w:r>
    </w:p>
    <w:p>
      <w:r>
        <w:rPr>
          <w:b/>
        </w:rPr>
        <w:t xml:space="preserve">[39:12] </w:t>
      </w:r>
      <w:r>
        <w:t>unhon ne tauheed ki dawat di lekin kuch dinon ke baad woh unhon ne samjha ke ab yeh log manne wale nahi hain in ko chhod kar nineveh se bahar chale gaye to aise halaat paida hue ke woh machhli ke pait mein jana pada un ko aur riwayat ke mutabiq taqreeban 40 din tak machhli ke pait mein rahe woh phir un ko ehsas hua ke maine galti ki</w:t>
      </w:r>
    </w:p>
    <w:p>
      <w:pPr>
        <w:jc w:val="right"/>
      </w:pPr>
      <w:r>
        <w:t>انہوں نے توحید کی دعوت دی لیکن کچھ دنوں کے بعد وہ انہوں نے سمجھا کہ اب یہ لوگ ماننے والے نہیں ہیں ان کو چھوڑ کر نینوا سے باہر چلے گئے تو ایسے حالات پیدا ہوئے کہ وہ مچھلی کے پیٹ میں جانا پڑا ان کو اور روایات کے مطابق تقریبا 40 دن تک مچھلی کے پیٹ میں رہے وہ پھر ان کو احساس ہوا کہ میں نے غلطی کی</w:t>
      </w:r>
    </w:p>
    <w:p>
      <w:r>
        <w:rPr>
          <w:b/>
        </w:rPr>
        <w:t xml:space="preserve">[39:42] </w:t>
      </w:r>
      <w:r>
        <w:t>mujhe abhi nineveh chhodna nahi chahiye tha yani you turn lene ka faisla kiya unhon ne to allah ne hukum diya woh mushrikon ke woh la kar ke khushki par un ko nikal diya phir woh dobara nineveh aaye yani unhon ne you turn liya aur phir dawat ka kaam</w:t>
      </w:r>
    </w:p>
    <w:p>
      <w:pPr>
        <w:jc w:val="right"/>
      </w:pPr>
      <w:r>
        <w:t>مجھے ابھی نینوا چھوڑنا نہیں چاہیے تھا یعنی یو ٹرن لینے کا فیصلہ کیا انہوں نے تو اللہ نے حکم دیا وہ مشرکوں کہ وہ لا کر کے خشکی پر ان کو نکال دیا پھر وہ دوبارہ نینوا ائے یعنی انہوں نے یو ٹرن لیا اور پھر دعوتی کام</w:t>
      </w:r>
    </w:p>
    <w:p>
      <w:r>
        <w:rPr>
          <w:b/>
        </w:rPr>
        <w:t xml:space="preserve">[40:09] </w:t>
      </w:r>
      <w:r>
        <w:t>kiya nateeja kya hua ke wahan par sare logon ne un ka saath diya sab un ke hath par iman laye yeh jo quran mein misaal hai yahi aaj ke musalmanon par saadiq aati hai to sari duniya ke musalmanon ko you turn lena hai aur sab kuch chhod kar ke gun aur bam aur nafrat chhod kar ke dawat ki taraf lotna hai</w:t>
      </w:r>
    </w:p>
    <w:p>
      <w:pPr>
        <w:jc w:val="right"/>
      </w:pPr>
      <w:r>
        <w:t>کیا نتیجہ کیا ہوا کہ وہاں پر سارے لوگوں نے ان کا ساتھ دیا سب ان کے ہاتھ پر ایمان لائے یہ جو قران میں مثال ہے یہی اج کے مسلمانوں پر صادق اتی ہے تو ساری دنیا کے مسلمانوں کو یو ٹرن لینا ہے اور سب کچھ چھوڑ کر کے گن اور بم اور نفرت چھوڑ کر کے دعوت کی طرف لوٹنا ہے</w:t>
      </w:r>
    </w:p>
    <w:p>
      <w:r>
        <w:rPr>
          <w:b/>
        </w:rPr>
        <w:t xml:space="preserve">[40:38] </w:t>
      </w:r>
      <w:r>
        <w:t>tab un ko allah ki nasrat milegi tab un ko kamyabi hasil hogi to main samajhta hoon ke yunus alaihissalam ko yeh misaal hai quran majeed mein woh direct taur par musalmanon ke upar apply hoti hai aaj ke musalmanon ke upar woh keh rahe hain ke you turn lo warna tum mashriq ke pait mein padh rahe hoge</w:t>
      </w:r>
    </w:p>
    <w:p>
      <w:pPr>
        <w:jc w:val="right"/>
      </w:pPr>
      <w:r>
        <w:t>تب ان کو اللہ کی نصرت ملے گی تب ان کو کامیابی حاصل ہوگی تو میں سمجھتا ہوں کہ یونس علیہ السلام کو یہ مثال ہے قران مجید میں وہ ڈائریکٹ طور پر مسلمانوں کے اوپر اپلائی ہوتی ہے اج کے مسلمانوں کے اوپر وہ کہہ رہے ہیں کہ یو ٹرن لو ورنہ تم مشرق کے پیٹ میں پڑھ رہے ہو گے</w:t>
      </w:r>
    </w:p>
    <w:p>
      <w:r>
        <w:rPr>
          <w:b/>
        </w:rPr>
        <w:t xml:space="preserve">[41:01] </w:t>
      </w:r>
      <w:r>
        <w:t>aaj kal jo musalman hain jo jo bhi main sunta hoon musalmanon ki taqreeren un ki kitab un ke magazine sab mein yahi to hota hai problem problem problem ke hum problems gire hue hain we are under siege to jo yeh kehte hain musalman ke we are under siege to wahi to hai yeh ke hum machhli ke pait mein hain</w:t>
      </w:r>
    </w:p>
    <w:p>
      <w:pPr>
        <w:jc w:val="right"/>
      </w:pPr>
      <w:r>
        <w:t>اج کل جو مسلمان ہیں جو جو بھی میں سنتا ہوں مسلمانوں کی تقریریں ان کی کتاب ان کے میگزین سب میں یہی تو ہوتا ہے پرابلم پرابلم پرابلم کہ ہم پرابلمز گرے ہوئے ہیں وی ار انڈر سیج تو جو یہ کہتے ہیں مسلمان کہ وی ار انڈر سیج تو وہی تو ہے یہ کہ ہم مچھلی کے پیٹ میں ہیں</w:t>
      </w:r>
    </w:p>
    <w:p>
      <w:r>
        <w:rPr>
          <w:b/>
        </w:rPr>
        <w:t xml:space="preserve">[41:30] </w:t>
      </w:r>
      <w:r>
        <w:t>dilli mein ek bahut top ka ek seminar hua tha jis mein musalmanon ke top ke jo jo padhe likhe ladhe log hain wahan us mein jama hue the wahan ke zaban pe english thi english mein sab log bol rahe the sab educated musalman the is ka khulasa kya tha yahi tha we are under siege</w:t>
      </w:r>
    </w:p>
    <w:p>
      <w:pPr>
        <w:jc w:val="right"/>
      </w:pPr>
      <w:r>
        <w:t>دلی میں ایک بہت ٹاپ کا ایک سیمینار ہوا تھا جس میں مسلمانوں کے ٹاپ کے جو جو پڑھے لکھے لڑے لوگ ہیں وہاں اس میں جمع ہوئے تھے وہاں کے زبان پہ انگلش تھی انگلش میں سب لوگ بول رہے تھے سب ایجوکیٹڈ مسلمان تھے اس کا خلاصہ کیا تھا یہی تھا وی ار انڈر سیج</w:t>
      </w:r>
    </w:p>
    <w:p>
      <w:r>
        <w:rPr>
          <w:b/>
        </w:rPr>
        <w:t xml:space="preserve">[41:57] </w:t>
      </w:r>
      <w:r>
        <w:t>to we are under siege we are under siege yahi to hai ke hum machhli ke pait mein hain</w:t>
      </w:r>
    </w:p>
    <w:p>
      <w:pPr>
        <w:jc w:val="right"/>
      </w:pPr>
      <w:r>
        <w:t>تو وی ار انڈر سیج وی ار انڈر سیج یہی تو ہے کہ ہم مچھلی کے پیٹ میں ہیں</w:t>
      </w:r>
    </w:p>
    <w:p>
      <w:r>
        <w:rPr>
          <w:b/>
        </w:rPr>
        <w:t xml:space="preserve">[42:06] </w:t>
      </w:r>
      <w:r>
        <w:t>wahi to hai yeh</w:t>
      </w:r>
    </w:p>
    <w:p>
      <w:pPr>
        <w:jc w:val="right"/>
      </w:pPr>
      <w:r>
        <w:t>وہی تو ہے یہ</w:t>
      </w:r>
    </w:p>
    <w:p>
      <w:r>
        <w:rPr>
          <w:b/>
        </w:rPr>
        <w:t xml:space="preserve">[42:10] </w:t>
      </w:r>
      <w:r>
        <w:t>toh siege se bahar aana</w:t>
      </w:r>
    </w:p>
    <w:p>
      <w:pPr>
        <w:jc w:val="right"/>
      </w:pPr>
      <w:r>
        <w:t>تو سیج سے باہر انا</w:t>
      </w:r>
    </w:p>
    <w:p>
      <w:r>
        <w:rPr>
          <w:b/>
        </w:rPr>
        <w:t xml:space="preserve">[42:13] </w:t>
      </w:r>
      <w:r>
        <w:t>isi waqt possible hai jab ke hum woh kahein jo hai toh yunus ne kiya</w:t>
      </w:r>
    </w:p>
    <w:p>
      <w:pPr>
        <w:jc w:val="right"/>
      </w:pPr>
      <w:r>
        <w:t>اسی وقت پاسیبل ہے جب کہ ہم وہ کہیں جو ہے تو یونس نے کیا</w:t>
      </w:r>
    </w:p>
    <w:p>
      <w:r>
        <w:rPr>
          <w:b/>
        </w:rPr>
        <w:t xml:space="preserve">[42:19] </w:t>
      </w:r>
      <w:r>
        <w:t>yani apni ghalti ko mana ke maan kar ke Allah se toba kiya to machhli se bahar aaye</w:t>
      </w:r>
    </w:p>
    <w:p>
      <w:pPr>
        <w:jc w:val="right"/>
      </w:pPr>
      <w:r>
        <w:t>یعنی اپنی غلطی کو مانا کہ مان کر کے اللہ سے توبہ کیا تو مچھلی سے باہر ائے</w:t>
      </w:r>
    </w:p>
    <w:p>
      <w:r>
        <w:rPr>
          <w:b/>
        </w:rPr>
        <w:t xml:space="preserve">[42:26] </w:t>
      </w:r>
      <w:r>
        <w:t>to Musalman bhi seij se bahar kab aayenge jab apni ghalti ko manen ke hamari bladsiti ghalat</w:t>
      </w:r>
    </w:p>
    <w:p>
      <w:pPr>
        <w:jc w:val="right"/>
      </w:pPr>
      <w:r>
        <w:t>تو مسلمان بھی سیج سے باہر کب ائیں گے جب اپنی غلطی کو مانیں کہ ہماری بلڈسٹی غلط</w:t>
      </w:r>
    </w:p>
    <w:p>
      <w:r>
        <w:rPr>
          <w:b/>
        </w:rPr>
        <w:t xml:space="preserve">[42:32] </w:t>
      </w:r>
      <w:r>
        <w:t>thi hamari political activities ghalat thi hamari ladau ladai jo hum ne chhed rakhi hai wo ghalat thi</w:t>
      </w:r>
    </w:p>
    <w:p>
      <w:pPr>
        <w:jc w:val="right"/>
      </w:pPr>
      <w:r>
        <w:t>تھی ہماری پولیٹیکل ایکٹیویٹیز غلط تھی ہماری لڑاؤ لڑائی جو ہم نے چھیڑ رکھی ہے وہ غلط تھی</w:t>
      </w:r>
    </w:p>
    <w:p>
      <w:r>
        <w:rPr>
          <w:b/>
        </w:rPr>
        <w:t xml:space="preserve">[42:41] </w:t>
      </w:r>
      <w:r>
        <w:t>humein karna chaha dawat ka kaam hum lage political ahkam karne</w:t>
      </w:r>
    </w:p>
    <w:p>
      <w:pPr>
        <w:jc w:val="right"/>
      </w:pPr>
      <w:r>
        <w:t>ہمیں کرنا چاہا دعوت کا کام ہم لگے پولیٹیکل احکام کرنے</w:t>
      </w:r>
    </w:p>
    <w:p>
      <w:r>
        <w:rPr>
          <w:b/>
        </w:rPr>
        <w:t xml:space="preserve">[42:48] </w:t>
      </w:r>
      <w:r>
        <w:t>to apni galtiyon ko man kar ke you turn len jab musalman lenge tab woh siege se bahar aayenge bade siege mein pade rahenge</w:t>
      </w:r>
    </w:p>
    <w:p>
      <w:pPr>
        <w:jc w:val="right"/>
      </w:pPr>
      <w:r>
        <w:t>تو اپنی غلطیوں کو مان کر کے یو ٹرن لیں جب مسلمان لیں گے تب وہ سیج سے باہر ائیں گے بڑے سیج میں پڑے رہیں گے</w:t>
      </w:r>
    </w:p>
    <w:p>
      <w:r>
        <w:rPr>
          <w:b/>
        </w:rPr>
        <w:t xml:space="preserve">[43:01] </w:t>
      </w:r>
      <w:r>
        <w:t>jab logon ne kaha ke we are under siege to mujhe bilkul wahi qissa yaad aaya hai hazrat nuh hazrat hazrat yunus ka ke main us waqt machhli ke pait mein hoon</w:t>
      </w:r>
    </w:p>
    <w:p>
      <w:pPr>
        <w:jc w:val="right"/>
      </w:pPr>
      <w:r>
        <w:t>جب لوگوں نے کہا کہ وی ار انڈر سیج تو مجھے بالکل وہی قصہ یاد ایا ہے حضرت نوح حضرت حضرت یونس کا کہ میں اس وقت مچھلی کے پیٹ میں ہوں</w:t>
      </w:r>
    </w:p>
    <w:p>
      <w:r>
        <w:rPr>
          <w:b/>
        </w:rPr>
        <w:t xml:space="preserve">[43:14] </w:t>
      </w:r>
      <w:r>
        <w:t>khudaya meri madad kar</w:t>
      </w:r>
    </w:p>
    <w:p>
      <w:pPr>
        <w:jc w:val="right"/>
      </w:pPr>
      <w:r>
        <w:t>خدایا میری مدد کر</w:t>
      </w:r>
    </w:p>
    <w:p>
      <w:r>
        <w:rPr>
          <w:b/>
        </w:rPr>
        <w:t xml:space="preserve">[43:21] </w:t>
      </w:r>
      <w:r>
        <w:t>to phir wahi musalman saadiq aata hai ke hazrat nuh the machhli ke pait mein aap siege mein hain apne ko khud hi keh rahe hain ke hum we are under siege siege ka matlab hota hai muhasra hum muhasre mein hon hum ghare hue hain</w:t>
      </w:r>
    </w:p>
    <w:p>
      <w:pPr>
        <w:jc w:val="right"/>
      </w:pPr>
      <w:r>
        <w:t>تو پھر وہی مسلمان صادق اتا ہے کہ حضرت نوح تھے مچھلی کے پیٹ میں اپ سیج میں ہیں اپنے کو خود ہی کہہ رہے ہیں کہ ہم وی ار انڈر سیج سیج کا مطلب ہوتا ہے محاصرہ ہم محاصرے میں ہوں ہم گھرے ہوئے ہیں</w:t>
      </w:r>
    </w:p>
    <w:p>
      <w:r>
        <w:rPr>
          <w:b/>
        </w:rPr>
        <w:t xml:space="preserve">[43:45] </w:t>
      </w:r>
      <w:r>
        <w:t>to jo log meri baaten sun rahe hain un sab par farz hai ke is mamle mein apne zehen ko saaf karen apni to ek clarity layen aur allah taala se duaen karen ke hum ko aap ko allah taala tofeeq de ke hum musalmanon ko raazi karen tayyar karen you turn lene ke liye</w:t>
      </w:r>
    </w:p>
    <w:p>
      <w:pPr>
        <w:jc w:val="right"/>
      </w:pPr>
      <w:r>
        <w:t>تو جو لوگ میری باتیں سن رہے ہیں ان سب پر فرض ہے کہ اس معاملے میں اپنے ذہن کو صاف کریں اپنی تو ایک کلیرٹی لائیں اور اللہ تعالی سے دعائیں کریں کہ ہم کو اپ کو اللہ تعالی توفیق دے کہ ہم مسلمانوں کو راضی کریں تیار کریں یو ٹرن لینے کے لیے</w:t>
      </w:r>
    </w:p>
    <w:p>
      <w:r>
        <w:rPr>
          <w:b/>
        </w:rPr>
        <w:t xml:space="preserve">[44:11] </w:t>
      </w:r>
      <w:r>
        <w:t>aur un ko yeh aqal dein yeh samajh dein ke woh do kaam mein ne arz kiya is kaam ke liye aage badhen dawat allah ka kaam jis ke bas mein dawat allah ka kaam minimum minimum level par karna hai jis ke bas woh minimum level par kare jis ke bas mein maximum level par woh maximum level par kare</w:t>
      </w:r>
    </w:p>
    <w:p>
      <w:pPr>
        <w:jc w:val="right"/>
      </w:pPr>
      <w:r>
        <w:t>اور ان کو یہ عقل دیں یہ سمجھ دیں کہ وہ جو دو کام میں نے عرض کیا اس کام کے لیے اگے بڑھیں دعوت اللہ کا کام جس کے بس میں دعوت اللہ کا کام منیمم منیمم لیول پر کرنا ہے جس کے بس وہ منیمم لیول پر کرے جس کے بس میں میکسیمم لیول پر وہ میکسیمم لیول پر کرے</w:t>
      </w:r>
    </w:p>
    <w:p>
      <w:r>
        <w:rPr>
          <w:b/>
        </w:rPr>
        <w:t xml:space="preserve">[44:39] </w:t>
      </w:r>
      <w:r>
        <w:t>yani jaisa ke maine arz kiya ke dawat ke kaam ke do level hain minimum level maximum level to jis ke bas mein minimum level hai woh is mein lag jaye ab maximum level hai to is mein lag jaye lekin is ke liye aap ko nafrat ko khatm karna hoga yeh khatm karna hoga ke duniya hamari dushman hai yeh khatm karna hoga ke hum under siege hain</w:t>
      </w:r>
    </w:p>
    <w:p>
      <w:pPr>
        <w:jc w:val="right"/>
      </w:pPr>
      <w:r>
        <w:t>یعنی جیسا کہ میں نے عرض کیا کہ دعوت کے کام کے دو لیول ہیں منیمم لیول میکسیمم لیول تو جس کے بس میں منیمم لیول ہے وہ اس میں لگ جائے اب میکسیمم لیول ہے تو اس میں لگ جائے لیکن اس کے لیے اپ کو نفرت کو ختم کرنا ہوگا یہ ختم کرنا ہوگا کہ دنیا ہماری دشمن ہے یہ ختم کرنا ہوگا کہ ہم انڈر سیج ہیں</w:t>
      </w:r>
    </w:p>
    <w:p>
      <w:r>
        <w:rPr>
          <w:b/>
        </w:rPr>
        <w:t xml:space="preserve">[45:05] </w:t>
      </w:r>
      <w:r>
        <w:t>yeh khatm karna hoga ke hamein hukoomat qaim karna hai</w:t>
      </w:r>
    </w:p>
    <w:p>
      <w:pPr>
        <w:jc w:val="right"/>
      </w:pPr>
      <w:r>
        <w:t>یہ ختم کرنا ہوگا کہ ہمیں حکومت قائم کرنا ہے</w:t>
      </w:r>
    </w:p>
    <w:p>
      <w:r>
        <w:rPr>
          <w:b/>
        </w:rPr>
        <w:t xml:space="preserve">[45:11] </w:t>
      </w:r>
      <w:r>
        <w:t>yeh sab khatm karna hoga</w:t>
      </w:r>
    </w:p>
    <w:p>
      <w:pPr>
        <w:jc w:val="right"/>
      </w:pPr>
      <w:r>
        <w:t>یہ سب ختم کرنا ہوگا</w:t>
      </w:r>
    </w:p>
    <w:p>
      <w:r>
        <w:rPr>
          <w:b/>
        </w:rPr>
        <w:t xml:space="preserve">[45:16] </w:t>
      </w:r>
      <w:r>
        <w:t>mukammal taur par peaceful banna hoga khair khwah banna parega duniya ka nafrat se tashaddud se apne aap ko door karna hoga</w:t>
      </w:r>
    </w:p>
    <w:p>
      <w:pPr>
        <w:jc w:val="right"/>
      </w:pPr>
      <w:r>
        <w:t>مکمل طور پر پیس فل بننا ہوگا خیر خواہ بننا پڑے گا دنیا کا نفرت سے تشدد سے اپنے اپ کو دور کرنا ہوگا</w:t>
      </w:r>
    </w:p>
    <w:p>
      <w:r>
        <w:rPr>
          <w:b/>
        </w:rPr>
        <w:t xml:space="preserve">[45:36] </w:t>
      </w:r>
      <w:r>
        <w:t>to yeh hai waqt ka sab se bara paigham aur yeh hai quran ki roshni mein</w:t>
      </w:r>
    </w:p>
    <w:p>
      <w:pPr>
        <w:jc w:val="right"/>
      </w:pPr>
      <w:r>
        <w:t>تو یہ ہے وقت کا سب سے بڑا پیغام اور یہ ہے قران کی روشنی میں</w:t>
      </w:r>
    </w:p>
    <w:p>
      <w:r>
        <w:rPr>
          <w:b/>
        </w:rPr>
        <w:t xml:space="preserve">[45:47] </w:t>
      </w:r>
      <w:r>
        <w:t>musalmanon ke liye laaiha amal</w:t>
      </w:r>
    </w:p>
    <w:p>
      <w:pPr>
        <w:jc w:val="right"/>
      </w:pPr>
      <w:r>
        <w:t>مسلمانوں کے لیے لائحہ عمل</w:t>
      </w:r>
    </w:p>
    <w:p>
      <w:r>
        <w:rPr>
          <w:b/>
        </w:rPr>
        <w:t xml:space="preserve">[45:54] </w:t>
      </w:r>
      <w:r>
        <w:t>aur quran mein bohat ajeeb taur par ek aisi misaal maujood hai jo poori tarah apply hoti hai yaani Hazrat Yunus alaihissalam ki misaal</w:t>
      </w:r>
    </w:p>
    <w:p>
      <w:pPr>
        <w:jc w:val="right"/>
      </w:pPr>
      <w:r>
        <w:t>اور قران میں بہت عجیب طور پر ایک ایسی مثال موجود ہے جو پوری طرح اپلائی ہوتی ہے یعنی حضرت یونس علیہ السلام کی مثال</w:t>
      </w:r>
    </w:p>
    <w:p>
      <w:r>
        <w:rPr>
          <w:b/>
        </w:rPr>
        <w:t xml:space="preserve">[46:04] </w:t>
      </w:r>
      <w:r>
        <w:t>poori tarah</w:t>
      </w:r>
    </w:p>
    <w:p>
      <w:pPr>
        <w:jc w:val="right"/>
      </w:pPr>
      <w:r>
        <w:t>پوری طرح</w:t>
      </w:r>
    </w:p>
    <w:p>
      <w:r>
        <w:rPr>
          <w:b/>
        </w:rPr>
        <w:t xml:space="preserve">[46:08] </w:t>
      </w:r>
      <w:r>
        <w:t>sirf lafz ke farq ke sath woh machhli ke pet mein thay musalman apne ko khud hi keh rahe hain ke hum safe we are in safe</w:t>
      </w:r>
    </w:p>
    <w:p>
      <w:pPr>
        <w:jc w:val="right"/>
      </w:pPr>
      <w:r>
        <w:t>صرف لفظ کے فرق کے ساتھ وہ مچھلی کے پیٹ میں تھے مسلمان اپنے کو خود ہی کہہ رہے ہیں کہ ہم سیج وی ار ان سیج</w:t>
      </w:r>
    </w:p>
    <w:p>
      <w:r>
        <w:rPr>
          <w:b/>
        </w:rPr>
        <w:t xml:space="preserve">[46:21] </w:t>
      </w:r>
      <w:r>
        <w:t>to meri dua hai ke Allah taala mujh ko aur aap ko aur sare musalmanon ko aqal de</w:t>
      </w:r>
    </w:p>
    <w:p>
      <w:pPr>
        <w:jc w:val="right"/>
      </w:pPr>
      <w:r>
        <w:t>تو میری دعا ہے کہ اللہ تعالی مجھ کو اور اپ کو اور سارے مسلمانوں کو عقل دے</w:t>
      </w:r>
    </w:p>
    <w:p>
      <w:r>
        <w:rPr>
          <w:b/>
        </w:rPr>
        <w:t xml:space="preserve">[46:31] </w:t>
      </w:r>
      <w:r>
        <w:t>hum Allah ke isharay ko samjhein</w:t>
      </w:r>
    </w:p>
    <w:p>
      <w:pPr>
        <w:jc w:val="right"/>
      </w:pPr>
      <w:r>
        <w:t>ہم اللہ کے اشارے کو سمجھیں</w:t>
      </w:r>
    </w:p>
    <w:p>
      <w:r>
        <w:rPr>
          <w:b/>
        </w:rPr>
        <w:t xml:space="preserve">[46:38] </w:t>
      </w:r>
      <w:r>
        <w:t>Allah ne quran ke zariye hamein jo rehnumai di hai us ko hum daryaft karein aur us ki roshni mein apni replanning karein replanning Allah taala mujhe aur aap ko tofeeq ata farmaye</w:t>
      </w:r>
    </w:p>
    <w:p>
      <w:pPr>
        <w:jc w:val="right"/>
      </w:pPr>
      <w:r>
        <w:t>اللہ نے قران کے ذریعے ہمیں جو رہنمائی دی ہے اس کو ہم دریافت کریں اور اس کی روشنی میں اپنی ری پلاننگ کریں ری پلاننگ اللہ تعالی مجھے اور اپ کو توفیق عطا فرمائے</w:t>
      </w:r>
    </w:p>
    <w:p>
      <w:r>
        <w:rPr>
          <w:b/>
        </w:rPr>
        <w:t xml:space="preserve">[47:03] </w:t>
      </w:r>
      <w:r>
        <w:t>hamare gunahon ko bakhshe aur hamein apni rehmaton se nawaze Assalamu Alaikum wa Rahmatullahi</w:t>
      </w:r>
    </w:p>
    <w:p>
      <w:pPr>
        <w:jc w:val="right"/>
      </w:pPr>
      <w:r>
        <w:t>ہمارے گناہوں کو بخشے اور ہمیں اپنی رحمتوں سے نوازے السلام علیکم ورحمۃ اللہ</w:t>
      </w:r>
    </w:p>
    <w:p>
      <w:r>
        <w:rPr>
          <w:b/>
        </w:rPr>
        <w:t xml:space="preserve">[47:26] </w:t>
      </w:r>
      <w:r>
        <w:t>Maulana yeh sawal kiya hai Raipur se Idrees sahib ne aur unhon ne likha hai ke a simple view of history shows what Muslims did was to replace one king with another and one empire with another dekhein ek to history hai ek to history ka voice kya unhon ne</w:t>
      </w:r>
    </w:p>
    <w:p>
      <w:pPr>
        <w:jc w:val="right"/>
      </w:pPr>
      <w:r>
        <w:t>مولانا یہ سوال کیا ہے رائے پور سے ادریس صاحب نے اور انہوں نے لکھا ہے کہ ا سمپل ویو اف ہسٹری شوز واٹ مسلمز ڈیڈ واز ٹو ریپلیس ون کنگ ود انادر اینڈ ون ایمپائر ود انادر دیکھیں ایک تو ہسٹری ہے ایک تو ہسٹری کا وائس کیا انہوں نے</w:t>
      </w:r>
    </w:p>
    <w:p>
      <w:r>
        <w:rPr>
          <w:b/>
        </w:rPr>
        <w:t xml:space="preserve">[47:52] </w:t>
      </w:r>
      <w:r>
        <w:t>Roman empire ko musalmanon ne khatm</w:t>
      </w:r>
    </w:p>
    <w:p>
      <w:pPr>
        <w:jc w:val="right"/>
      </w:pPr>
      <w:r>
        <w:t>رومن ایمپائر کو مسلمانوں نے ختم</w:t>
      </w:r>
    </w:p>
    <w:p>
      <w:r>
        <w:rPr>
          <w:b/>
        </w:rPr>
        <w:t xml:space="preserve">[47:54] </w:t>
      </w:r>
      <w:r>
        <w:t>kya shehzade empire ko musalmanon ne khatm kiya duniya unhon ne kingship ko khatm kiya lekin jaisa ke maine arz kiya ke insaan ki azadi ko Khuda khatm nahi karta to musalmanon ne is mein koi ghaltiyan bhi keen sath sath ghaltiyan bhi karte rahe lekin ek process bhi chalate rahe woh kingship ko khatm karna yeh to morkhin ne mana hai</w:t>
      </w:r>
    </w:p>
    <w:p>
      <w:pPr>
        <w:jc w:val="right"/>
      </w:pPr>
      <w:r>
        <w:t>کیا شہزادے ایمپائر کو مسلمانوں نے ختم کیا دنیا انہوں نے کنگ شپ کو ختم کیا لیکن جیسا کہ میں نے عرض کیا کہ انسان کی ازادی کو خدا ختم نہیں کرتا تو مسلمانوں نے اس میں کوئی غلطیاں بھی کیں ساتھ ساتھ غلطیاں بھی کرتے رہے لیکن ایک پراسیس بھی چلاتے رہے وہ کنگ شپ کو ختم کرنا یہ تو مورخین نے مانا ہے</w:t>
      </w:r>
    </w:p>
    <w:p>
      <w:r>
        <w:rPr>
          <w:b/>
        </w:rPr>
        <w:t xml:space="preserve">[48:19] </w:t>
      </w:r>
      <w:r>
        <w:t>misal ke taur par woh France ka jo morkh hai Henri Pirenne us ne is ko mana hai ke kingship ka jo ek duniya mein ek zamana qaim ho gaya tha us ko musalmanon ne khatm kiya to bhai yeh nahi keh raha hoon ke musalmanon ne apne aap ko bilkul ideal culture musalmanon mein tha</w:t>
      </w:r>
    </w:p>
    <w:p>
      <w:pPr>
        <w:jc w:val="right"/>
      </w:pPr>
      <w:r>
        <w:t>مثلا وہ فرانس کا جو مورخ ہے ہنری پرین اس نے اس کو مانا ہے کہ کنگ شپ کا جو ایک دنیا میں ایک زمانہ قائم ہو گیا تھا اس کو مسلمانوں نے ختم کیا تو بھئی یہ نہیں کہہ رہا ہوں کہ مسلمانوں نے اپنے اپ کو بالکل ائیڈیل کلچر مسلمانوں میں تھا</w:t>
      </w:r>
    </w:p>
    <w:p>
      <w:r>
        <w:rPr>
          <w:b/>
        </w:rPr>
        <w:t xml:space="preserve">[48:44] </w:t>
      </w:r>
      <w:r>
        <w:t>yeh main nahi keh raha hoon kyunke azadi phir bhi har ek ki baqi rehti hai jaise musalman aapas mein lad gaye aap jante hain Safi aur Jamal ki ladaiyan huin to yeh mukhtalif qism yaani azadi chunke kabhi voice nahi ki aati is liye tarah tarah ki kharabiyan bhi rehti hain lekin jo woh ek mainstream hai us ko dekhiye aap</w:t>
      </w:r>
    </w:p>
    <w:p>
      <w:pPr>
        <w:jc w:val="right"/>
      </w:pPr>
      <w:r>
        <w:t>یہ میں نہیں کہہ رہا ہوں کیونکہ ازادی پھر بھی ہر ایک کی باقی رہتی ہے جیسے مسلمان اپس میں لڑ گئے اپ جانتے ہیں صفی اور جمل کی لڑائیاں ہوئیں تو یہ مختلف قسم یعنی ازادی چونکہ کبھی وائس نہیں کی اتی اس لیے طرح طرح کی خرابیاں بھی رہتی ہیں لیکن جو وہ ایک مین اسٹریم ہے اس کو دیکھیے اپ</w:t>
      </w:r>
    </w:p>
    <w:p>
      <w:r>
        <w:rPr>
          <w:b/>
        </w:rPr>
        <w:t xml:space="preserve">[49:12] </w:t>
      </w:r>
      <w:r>
        <w:t>mainstream mainstream yahi hai ke ek process shuru hua Sahaba ke zamane se kingship ko khatm karne ka woh dheere dheere dheere dheere aakar koi culmination tha is ka French Revolution</w:t>
      </w:r>
    </w:p>
    <w:p>
      <w:pPr>
        <w:jc w:val="right"/>
      </w:pPr>
      <w:r>
        <w:t>مین اسٹریم مین اسٹریم یہی ہے کہ ایک پراسیس شروع ہوا صحابہ کے زمانے سے کنگ شپ کو ختم کرنے کا وہ دھیرے دھیرے دھیرے دھیرے ا کر کوئی کلمیشن تھا اس کا فرینچ ریولوشن</w:t>
      </w:r>
    </w:p>
    <w:p>
      <w:r>
        <w:rPr>
          <w:b/>
        </w:rPr>
        <w:t xml:space="preserve">[49:28] </w:t>
      </w:r>
      <w:r>
        <w:t>French Revolution se pehle jo yeh yeh jo jo daur musalmanon ne jari kiya tha agar woh na hota to French Revolution bhi na hota</w:t>
      </w:r>
    </w:p>
    <w:p>
      <w:pPr>
        <w:jc w:val="right"/>
      </w:pPr>
      <w:r>
        <w:t>فرینچ ریولوشن سے پہلے جو یہ یہ جو جو دور مسلمانوں نے جاری کیا تھا اگر وہ نہ ہوتا تو فرینچ ریولوشن بھی نہ ہوتا</w:t>
      </w:r>
    </w:p>
    <w:p>
      <w:r>
        <w:rPr>
          <w:b/>
        </w:rPr>
        <w:t xml:space="preserve">[49:41] </w:t>
      </w:r>
      <w:r>
        <w:t>yaani musalmanon ne agar kingship ko is se pehle is ka zor toda na hota to French Revolution bhi na aata</w:t>
      </w:r>
    </w:p>
    <w:p>
      <w:pPr>
        <w:jc w:val="right"/>
      </w:pPr>
      <w:r>
        <w:t>یعنی مسلمانوں نے اگر کنگ شپ کو اس سے پہلے اس کا زور توڑا نہ ہوتا تو فرینچ ریولوشن بھی نہ اتا</w:t>
      </w:r>
    </w:p>
    <w:p>
      <w:r>
        <w:rPr>
          <w:b/>
        </w:rPr>
        <w:t xml:space="preserve">[49:50] </w:t>
      </w:r>
      <w:r>
        <w:t>to is baat ko aap yani</w:t>
      </w:r>
    </w:p>
    <w:p>
      <w:pPr>
        <w:jc w:val="right"/>
      </w:pPr>
      <w:r>
        <w:t>تو اس بات کو اپ یعنی</w:t>
      </w:r>
    </w:p>
    <w:p>
      <w:r>
        <w:rPr>
          <w:b/>
        </w:rPr>
        <w:t xml:space="preserve">[49:54] </w:t>
      </w:r>
      <w:r>
        <w:t>mein is se pehle bhi arz kar chuka hoon ke insan ki azadi ko maintain karte hue Allah</w:t>
      </w:r>
    </w:p>
    <w:p>
      <w:pPr>
        <w:jc w:val="right"/>
      </w:pPr>
      <w:r>
        <w:t>میں اس سے پہلے بھی عرض کر چکا ہوں کہ انسان کی ازادی کو مینٹین کرتے ہوئے اللہ</w:t>
      </w:r>
    </w:p>
    <w:p>
      <w:r>
        <w:rPr>
          <w:b/>
        </w:rPr>
        <w:t xml:space="preserve">[50:01] </w:t>
      </w:r>
      <w:r>
        <w:t>taala manage karte hain history ko</w:t>
      </w:r>
    </w:p>
    <w:p>
      <w:pPr>
        <w:jc w:val="right"/>
      </w:pPr>
      <w:r>
        <w:t>تعالی مینج کرتے ہیں ہسٹری کو</w:t>
      </w:r>
    </w:p>
    <w:p>
      <w:r>
        <w:rPr>
          <w:b/>
        </w:rPr>
        <w:t xml:space="preserve">[50:04] </w:t>
      </w:r>
      <w:r>
        <w:t>Allah taala history ko manage kar rahe hain lekin insan ki azadi ko khatm kiye baghair is nuqte</w:t>
      </w:r>
    </w:p>
    <w:p>
      <w:pPr>
        <w:jc w:val="right"/>
      </w:pPr>
      <w:r>
        <w:t>اللہ تعالی ہسٹری کو مینج کر رہے ہیں لیکن انسان کی ازادی کو ختم کیے بغیر اس نقطے</w:t>
      </w:r>
    </w:p>
    <w:p>
      <w:r>
        <w:rPr>
          <w:b/>
        </w:rPr>
        <w:t xml:space="preserve">[50:10] </w:t>
      </w:r>
      <w:r>
        <w:t>ko aap samjhe rakhenge apne samne to baat wazeh ho jayegi</w:t>
      </w:r>
    </w:p>
    <w:p>
      <w:pPr>
        <w:jc w:val="right"/>
      </w:pPr>
      <w:r>
        <w:t>کو اپ سمجھے رکھیں گے اپنے سامنے تو بات واضح ہو جائے گی</w:t>
      </w:r>
    </w:p>
    <w:p>
      <w:r>
        <w:rPr>
          <w:b/>
        </w:rPr>
        <w:t xml:space="preserve">[50:21] </w:t>
      </w:r>
      <w:r>
        <w:t>Maulana agla sawal lene se pehle ek comment parhna chahenge jo Miss Fatima Sarah ne bheja hai Bangalore se unhon ne likha hai ke Maulana sahib last Sunday lecture the lessons from history was an eye opener to all of us</w:t>
      </w:r>
    </w:p>
    <w:p>
      <w:pPr>
        <w:jc w:val="right"/>
      </w:pPr>
      <w:r>
        <w:t>مولانا اگلا سوال لینے سے پہلے ایک کمنٹ پڑھنا چاہیں گے جو مس فاطمہ سارہ نے بھیجا ہے بینگلور سے انہوں نے لکھا ہے کہ مولانا صاحب لاسٹ سنڈے لیکچر دا لیسنز فرام ہسٹری واز این ائی اوپنر ٹو ال اف اس</w:t>
      </w:r>
    </w:p>
    <w:p>
      <w:r>
        <w:rPr>
          <w:b/>
        </w:rPr>
        <w:t xml:space="preserve">[50:43] </w:t>
      </w:r>
      <w:r>
        <w:t>the highlighting point was the differentiation between what is fixed and final in the matters of religion to differentiate between matters of aqeedah and matters that are subject to change according to the circumstances all those matters pertaining to society we must engage in rethinking to get the desired results</w:t>
      </w:r>
    </w:p>
    <w:p>
      <w:pPr>
        <w:jc w:val="right"/>
      </w:pPr>
      <w:r>
        <w:t>دا ہائی لائٹنگ پوائنٹ واز دا ڈیفرنسیشن بٹوین واٹ از فکسڈ اینڈ فائنل ان دا میٹرز اف ریلیجن ٹو ڈیفرنشیٹ بٹوین میٹرز اف عقیدہ اینڈ میٹرز دیٹ ار سبجیکٹ ٹو چینج اکارڈنگ ٹو دا سرکمسٹانسز ال دوز میٹرز پرٹیننگ ٹو سوسائٹی وی مسٹ انگیج ان ری تھنکنگ ٹو گیٹ دا ڈیزائرڈ رزلٹس</w:t>
      </w:r>
    </w:p>
    <w:p>
      <w:r>
        <w:rPr>
          <w:b/>
        </w:rPr>
        <w:t xml:space="preserve">[51:11] </w:t>
      </w:r>
      <w:r>
        <w:t>in fact after this explanation we should not waste a single moment in confessing or fully accepting this wisdom and incorporating it in our policies Muslims in their individual life would have done this rethinking in order to achieve their worldly goals</w:t>
      </w:r>
    </w:p>
    <w:p>
      <w:pPr>
        <w:jc w:val="right"/>
      </w:pPr>
      <w:r>
        <w:t>ان فیکٹ افٹر دس ایکسپلینیشن وی شوڈ ناٹ ویسٹ ا سنگل مومنٹ ان کنفیسنگ اور فولی ایکسیپٹنگ دس وزڈم اینڈ انکارپوریٹنگ اٹ ان اور پالیسیز مسلمز ان دیر انڈیویجول لائف وڈ ہیو ڈن دس ری تھنکنگ ان ارڈر ٹو اچیو دیر ورلڈلی گولز</w:t>
      </w:r>
    </w:p>
    <w:p>
      <w:r>
        <w:rPr>
          <w:b/>
        </w:rPr>
        <w:t xml:space="preserve">[51:34] </w:t>
      </w:r>
      <w:r>
        <w:t>All they need to do now is to apply it in their collective life as well in order</w:t>
      </w:r>
    </w:p>
    <w:p>
      <w:pPr>
        <w:jc w:val="right"/>
      </w:pPr>
      <w:r>
        <w:t>ال دے نیڈ ٹو ڈو ناو از ٹو اپلائی اٹ ان دیر کلیکٹیو لائف ایز ویل ان ارڈر</w:t>
      </w:r>
    </w:p>
    <w:p>
      <w:r>
        <w:rPr>
          <w:b/>
        </w:rPr>
        <w:t xml:space="preserve">[51:41] </w:t>
      </w:r>
      <w:r>
        <w:t>to pave the way for the da'wah work among the world community</w:t>
      </w:r>
    </w:p>
    <w:p>
      <w:pPr>
        <w:jc w:val="right"/>
      </w:pPr>
      <w:r>
        <w:t>ٹو پیو دا وے فار داوا ورک امنگز دا ورلڈ کمیونٹی</w:t>
      </w:r>
    </w:p>
    <w:p>
      <w:r>
        <w:rPr>
          <w:b/>
        </w:rPr>
        <w:t xml:space="preserve">[51:45] </w:t>
      </w:r>
      <w:r>
        <w:t>if one line of treatment is not giving results then after rethinking and reassessment another method</w:t>
      </w:r>
    </w:p>
    <w:p>
      <w:pPr>
        <w:jc w:val="right"/>
      </w:pPr>
      <w:r>
        <w:t>اف ون لائن اف ٹریٹمنٹ از ناٹ گیونگ رزلٹس دین افٹر ری تھنکنگ اینڈ ری اسیسمنٹ انادر میتھڈ</w:t>
      </w:r>
    </w:p>
    <w:p>
      <w:r>
        <w:rPr>
          <w:b/>
        </w:rPr>
        <w:t xml:space="preserve">[51:54] </w:t>
      </w:r>
      <w:r>
        <w:t>has to be adopted</w:t>
      </w:r>
    </w:p>
    <w:p>
      <w:pPr>
        <w:jc w:val="right"/>
      </w:pPr>
      <w:r>
        <w:t>ہیز ٹو بی اڈاپٹڈ</w:t>
      </w:r>
    </w:p>
    <w:p>
      <w:r>
        <w:rPr>
          <w:b/>
        </w:rPr>
        <w:t xml:space="preserve">[51:56] </w:t>
      </w:r>
      <w:r>
        <w:t>the important goal being the eradication of the disease not the consistency in using the same treatment</w:t>
      </w:r>
    </w:p>
    <w:p>
      <w:pPr>
        <w:jc w:val="right"/>
      </w:pPr>
      <w:r>
        <w:t>دا امپورٹنٹ گول بینگ دا اریڈیکیشن اف دا ڈیزیز ناٹ دا کنسسٹنسی ان یوزنگ دا سیم ٹریٹمنٹ</w:t>
      </w:r>
    </w:p>
    <w:p>
      <w:r>
        <w:rPr>
          <w:b/>
        </w:rPr>
        <w:t xml:space="preserve">[52:05] </w:t>
      </w:r>
      <w:r>
        <w:t>molana agla sawal kya hai zuber sahib ne murad abad se molana mini peoples se dat islam spread by wars first during prophet and sahaba time and then later on umiyat and abbasid dynasty the source they say for these wars and territorial expansion was quran and hadith</w:t>
      </w:r>
    </w:p>
    <w:p>
      <w:pPr>
        <w:jc w:val="right"/>
      </w:pPr>
      <w:r>
        <w:t>مولانا اگلا سوال کیا ہے زبیر صاحب نے مراد اباد سے مولانا مینی پیپلز سے دیٹ اسلام سپریڈ بائے وارز فرسٹ ڈیورنگ پرافٹ اینڈ صحابہ ٹائم اینڈ دین لیٹر ان امیت اینڈ عباسد ڈائنسٹی دا سورس دے سے فار دیز وارز اینڈ ٹیریٹوریل ایکسپینشن واز قران اینڈ حدیث</w:t>
      </w:r>
    </w:p>
    <w:p>
      <w:r>
        <w:rPr>
          <w:b/>
        </w:rPr>
        <w:t xml:space="preserve">[52:33] </w:t>
      </w:r>
      <w:r>
        <w:t>please tell us how do we address such questions especially when our non muslim brothers put this to us dekhiye islam jo hai talwar se phaila yeh toh myth khatam ho chuka hai yeh purana myth tha bohat pehle is par bohat hi yani zabardast work kiya hai inhon ne professor</w:t>
      </w:r>
    </w:p>
    <w:p>
      <w:pPr>
        <w:jc w:val="right"/>
      </w:pPr>
      <w:r>
        <w:t>پلیز ٹیل اس ہاؤ ڈو وی ایڈریس سچ کوسچنز اسپیشلی وین اور نان مسلم برادرز پٹ دس ٹو اس دیکھیے اسلام جو ہے تلوار سے پھیلا یہ تو متھ ختم ہو چکا ہے یہ پرانا متھ تھا بہت پہلے اس پر بہت ہی یعنی زبردست ورک کیا ہے انہوں نے پروفسور</w:t>
      </w:r>
    </w:p>
    <w:p>
      <w:r>
        <w:rPr>
          <w:b/>
        </w:rPr>
        <w:t xml:space="preserve">[53:01] </w:t>
      </w:r>
      <w:r>
        <w:t>t w arnold ne in ki kitab chhapi thi 1898 mein the preachership of islam toh poori history se inhon ne bataya ke kis tarah se islam peaceful tareeqe se phaila hai aur talwar se nahi phaila hai</w:t>
      </w:r>
    </w:p>
    <w:p>
      <w:pPr>
        <w:jc w:val="right"/>
      </w:pPr>
      <w:r>
        <w:t>ٹی ڈبلیو ار نل نے ان کی کتاب چھپی تھی 1898 میں دا پریزی آف اسلام تو پوری ہسٹری سے انہوں نے بتایا کہ کس طرح سے اسلام پیس فل طریقے سے پھیلا ہے اور تلوار سے نہیں پھیلا ہے</w:t>
      </w:r>
    </w:p>
    <w:p>
      <w:r>
        <w:rPr>
          <w:b/>
        </w:rPr>
        <w:t xml:space="preserve">[53:21] </w:t>
      </w:r>
      <w:r>
        <w:t>aise hi Swami Vivekanand ne apni kitab mein likha hai ke it is it is a nonsense</w:t>
      </w:r>
    </w:p>
    <w:p>
      <w:pPr>
        <w:jc w:val="right"/>
      </w:pPr>
      <w:r>
        <w:t>ایسے ہی سوامی ویکانند نے اپنی کتاب میں لکھا ہے کہ اٹ از اٹ از اے نان سینس</w:t>
      </w:r>
    </w:p>
    <w:p>
      <w:r>
        <w:rPr>
          <w:b/>
        </w:rPr>
        <w:t xml:space="preserve">[53:26] </w:t>
      </w:r>
      <w:r>
        <w:t>to say that</w:t>
      </w:r>
    </w:p>
    <w:p>
      <w:pPr>
        <w:jc w:val="right"/>
      </w:pPr>
      <w:r>
        <w:t>ٹو سے دیٹ</w:t>
      </w:r>
    </w:p>
    <w:p>
      <w:r>
        <w:rPr>
          <w:b/>
        </w:rPr>
        <w:t xml:space="preserve">[53:30] </w:t>
      </w:r>
      <w:r>
        <w:t>Hindus were converted to Islam by force</w:t>
      </w:r>
    </w:p>
    <w:p>
      <w:pPr>
        <w:jc w:val="right"/>
      </w:pPr>
      <w:r>
        <w:t>ہندو وار کنورٹڈ ٹو اسلام بائے فورس</w:t>
      </w:r>
    </w:p>
    <w:p>
      <w:r>
        <w:rPr>
          <w:b/>
        </w:rPr>
        <w:t xml:space="preserve">[53:35] </w:t>
      </w:r>
      <w:r>
        <w:t>to ye to ye ye to ek ye ek phaila hua myth hai bas ye log baghair mutale</w:t>
      </w:r>
    </w:p>
    <w:p>
      <w:pPr>
        <w:jc w:val="right"/>
      </w:pPr>
      <w:r>
        <w:t>تو یہ تو یہ یہ تو ایک یہ ایک پھیلا ہوا متھ ہے بس یہ لوگ بغیر مطالعے</w:t>
      </w:r>
    </w:p>
    <w:p>
      <w:r>
        <w:rPr>
          <w:b/>
        </w:rPr>
        <w:t xml:space="preserve">[53:41] </w:t>
      </w:r>
      <w:r>
        <w:t>ke sab kaha karte hain is par to bahut kaafi kaam kaam ho chuka hai aur is ko</w:t>
      </w:r>
    </w:p>
    <w:p>
      <w:pPr>
        <w:jc w:val="right"/>
      </w:pPr>
      <w:r>
        <w:t>کے سب کہا کرتے ہیں اس پر تو بہت کافی کام کام ہو چکا ہے اور اس کو</w:t>
      </w:r>
    </w:p>
    <w:p>
      <w:r>
        <w:rPr>
          <w:b/>
        </w:rPr>
        <w:t xml:space="preserve">[53:47] </w:t>
      </w:r>
      <w:r>
        <w:t>poori tarah se sabit ho chuka hai ke Islam</w:t>
      </w:r>
    </w:p>
    <w:p>
      <w:pPr>
        <w:jc w:val="right"/>
      </w:pPr>
      <w:r>
        <w:t>پوری طریقے سے ثابت ہو چکا ہے کہ اسلام</w:t>
      </w:r>
    </w:p>
    <w:p>
      <w:r>
        <w:rPr>
          <w:b/>
        </w:rPr>
        <w:t xml:space="preserve">[53:53] </w:t>
      </w:r>
      <w:r>
        <w:t>talwaron ke zor se nahi phaila</w:t>
      </w:r>
    </w:p>
    <w:p>
      <w:pPr>
        <w:jc w:val="right"/>
      </w:pPr>
      <w:r>
        <w:t>تلوارز کے زور سے نہیں پھیل</w:t>
      </w:r>
    </w:p>
    <w:p>
      <w:r>
        <w:rPr>
          <w:b/>
        </w:rPr>
        <w:t xml:space="preserve">[53:55] </w:t>
      </w:r>
      <w:r>
        <w:t>a khud India mein aap dekhiye India mein kis ne Islam phailaya kya Mughlon ne phailaya hai Mughlon</w:t>
      </w:r>
    </w:p>
    <w:p>
      <w:pPr>
        <w:jc w:val="right"/>
      </w:pPr>
      <w:r>
        <w:t>ا خود انڈیا میں اپ دیکھیے انڈیا میں کس نے اسلام پھیلایا کیا مغلوں نے پھیلایا ہے مغلوں</w:t>
      </w:r>
    </w:p>
    <w:p>
      <w:r>
        <w:rPr>
          <w:b/>
        </w:rPr>
        <w:t xml:space="preserve">[54:00] </w:t>
      </w:r>
      <w:r>
        <w:t>ko to koi Islam se koi matlab hi nahi tha Sufiyon ne phailaya hai</w:t>
      </w:r>
    </w:p>
    <w:p>
      <w:pPr>
        <w:jc w:val="right"/>
      </w:pPr>
      <w:r>
        <w:t>کو تو کوئی اسلام سے کوئی مطلب ہی نہیں تھا صوفیوں نے پھیلایا ہے</w:t>
      </w:r>
    </w:p>
    <w:p>
      <w:r>
        <w:rPr>
          <w:b/>
        </w:rPr>
        <w:t xml:space="preserve">[54:07] </w:t>
      </w:r>
      <w:r>
        <w:t>hum aap jo duniya mein hain wo Sufiyon ki wajah se hain kisi badshah ki talwar se nahi</w:t>
      </w:r>
    </w:p>
    <w:p>
      <w:pPr>
        <w:jc w:val="right"/>
      </w:pPr>
      <w:r>
        <w:t>ہم اپ جو دنیا میں ہیں وہ صوفیوں کی وجہ سے ہیں کسی بادشاہ کی تلوار سے نہیں</w:t>
      </w:r>
    </w:p>
    <w:p>
      <w:r>
        <w:rPr>
          <w:b/>
        </w:rPr>
        <w:t xml:space="preserve">[54:12] </w:t>
      </w:r>
      <w:r>
        <w:t>hai to ye to ye but to khatm ho chuka aap kitaben padhiye jo is mauzu par likhi</w:t>
      </w:r>
    </w:p>
    <w:p>
      <w:pPr>
        <w:jc w:val="right"/>
      </w:pPr>
      <w:r>
        <w:t>ہے تو یہ تو یہ بت تو ختم ہو چکا اپ کتابیں پڑھیے جو اس موضوع پر لکھی</w:t>
      </w:r>
    </w:p>
    <w:p>
      <w:r>
        <w:rPr>
          <w:b/>
        </w:rPr>
        <w:t xml:space="preserve">[54:19] </w:t>
      </w:r>
      <w:r>
        <w:t>gayi hain</w:t>
      </w:r>
    </w:p>
    <w:p>
      <w:pPr>
        <w:jc w:val="right"/>
      </w:pPr>
      <w:r>
        <w:t>گئی ہیں</w:t>
      </w:r>
    </w:p>
    <w:p>
      <w:r>
        <w:rPr>
          <w:b/>
        </w:rPr>
        <w:t xml:space="preserve">[54:26] </w:t>
      </w:r>
      <w:r>
        <w:t>molana dilli se agla sawal kya hai mateen tahir sahib ne aur inhon ne likha hai ke kitab marifat mein aap ne likha hai ke khuda ki marifat yani khuda ke wajood ko shaoor ki satah par daryaft karna is ko thoda wazeh kar dein bhai is ko dobara padhiye toh wazeh ho jayega aap ne shayad kitab ko ek hi baar padha hai</w:t>
      </w:r>
    </w:p>
    <w:p>
      <w:pPr>
        <w:jc w:val="right"/>
      </w:pPr>
      <w:r>
        <w:t>مولانا دلی سے اگلا سوال کیا ہے متین طاہر صاحب نے اور انہوں نے لکھا ہے کہ کتاب معرفت میں اپ نے لکھا ہے کہ خدا کی معرفت یعنی خدا کے وجود کو شعور کی سطح پر دریافت کرنا اس کو تھوڑا واضح کر دیں بھائی اس کو دوبارہ پڑھیے تو واضح ہو جائے گا اپ نے شاید کتاب کو ایک ہی بار پڑھا ہے</w:t>
      </w:r>
    </w:p>
    <w:p>
      <w:r>
        <w:rPr>
          <w:b/>
        </w:rPr>
        <w:t xml:space="preserve">[54:53] </w:t>
      </w:r>
      <w:r>
        <w:t>ek baar aur padhiye toh isi kitab hi se wazeh ho jayega aur mazeed aap ko sawal karne ki zaroorat inshallah pesh nahi aayegi molana agla jo comment hai woh khwaja kaleemuddin sahib ne bheja hai pennsylvania usa se inhon ne kuch comments ah ah reference ke taur par diye hain molana aur phir inhon ne comment kiya hai toh hum in ke pehle woh comments padhte hain</w:t>
      </w:r>
    </w:p>
    <w:p>
      <w:pPr>
        <w:jc w:val="right"/>
      </w:pPr>
      <w:r>
        <w:t>ایک بار اور پڑھیے تو اسی کتاب ہی سے واضح ہو جائے گا اور مزید اپ کو سوال کرنے کی ضرورت انشاءاللہ پیش نہیں ائے گی مولانا اگلا جو کمنٹ ہے وہ خواجہ کلیم الدین صاحب نے بھیجا ہے پینسلوینیا یو ایس اے سے انہوں نے کچھ کمنٹس اہ اہ ریفرنس کے طور پر دیے ہیں مولانا اور پھر انہوں نے کمنٹ کیا ہے تو ہم ان کے پہلے وہ کمنٹس پڑھتے ہیں</w:t>
      </w:r>
    </w:p>
    <w:p>
      <w:r>
        <w:rPr>
          <w:b/>
        </w:rPr>
        <w:t xml:space="preserve">[55:22] </w:t>
      </w:r>
      <w:r>
        <w:t>inhon ne comments likhe hain ke please see the comments by seekers of the truth hello my name is john and i am seeking knowledge in islam if there is any way shape or form that you could please help me i would greatly appreciate it john prockett california</w:t>
      </w:r>
    </w:p>
    <w:p>
      <w:pPr>
        <w:jc w:val="right"/>
      </w:pPr>
      <w:r>
        <w:t>انہوں نے کمنٹس لکھے ہیں کہ پلیز سی دی کمنٹس بائے سیکرز اف دا ٹروتھ ہیلو مائی نیم از جان اینڈ ائی ایم سیکنگ نالج ان اسلام اف دیر از اینی وے شیپ اور فارم دیٹ یو کڈ پلیز ہیلپ می ائی وڈ گریٹلی ایپریشیٹ اٹ جان پرکٹ کیلیفورنیا</w:t>
      </w:r>
    </w:p>
    <w:p>
      <w:r>
        <w:rPr>
          <w:b/>
        </w:rPr>
        <w:t xml:space="preserve">[55:48] </w:t>
      </w:r>
      <w:r>
        <w:t>dusra comment hai dear sir salam i wish to learn more about the quran by reading the translated version in the english language i am 53 years of age and in my community we have many religions i believe it is very important to educate one self in learning about other whether it be studying language or studying religion</w:t>
      </w:r>
    </w:p>
    <w:p>
      <w:pPr>
        <w:jc w:val="right"/>
      </w:pPr>
      <w:r>
        <w:t>دوسرا کمنٹ ہے ڈیئر سر سلام ائی وش ٹو لرن مور اباؤٹ دا قران بائے ریڈنگ دا ٹرانسلیٹڈ ورژن ان دا انگلش لینگویج ائی ایم 53 ایئرز اف ایج اینڈ ان مائی کمیونٹی وی ہیو مینی ریلیجنز ائی بیلیو اٹ از ویری امپورٹنٹ ٹو ایجوکیٹ ون سیلف ان لرننگ اباؤٹ ادر ویدر اٹ بی سٹڈنگ لینگویج اور سٹڈنگ ریلیجن</w:t>
      </w:r>
    </w:p>
    <w:p>
      <w:r>
        <w:rPr>
          <w:b/>
        </w:rPr>
        <w:t xml:space="preserve">[56:17] </w:t>
      </w:r>
      <w:r>
        <w:t>michael yates philadelphia molana sahib the hundreds of comments like the ones above we receive who are looking for quran online prove your point in the lecture that muslims should only be disseminating the gods message and nothing else</w:t>
      </w:r>
    </w:p>
    <w:p>
      <w:pPr>
        <w:jc w:val="right"/>
      </w:pPr>
      <w:r>
        <w:t>مائیکل ایٹس فلیڈلفیا مولانا صاحب دا ہنڈرڈز اف کمنٹس لائک دا ونز اباؤ وی ریسیو ہو ار لوکنگ فار قران ان لائن پروف یور پوائنٹ ان دا لیکچر دیٹ مسلم شوڈ اونلی بی ڈس سیمینیٹنگ دی گاڈز میسج اینڈ نتھنگ ایلس</w:t>
      </w:r>
    </w:p>
    <w:p>
      <w:r>
        <w:rPr>
          <w:b/>
        </w:rPr>
        <w:t xml:space="preserve">[56:40] </w:t>
      </w:r>
      <w:r>
        <w:t>theek</w:t>
      </w:r>
    </w:p>
    <w:p>
      <w:pPr>
        <w:jc w:val="right"/>
      </w:pPr>
      <w:r>
        <w:t>ٹھیک</w:t>
      </w:r>
    </w:p>
    <w:p>
      <w:r>
        <w:rPr>
          <w:b/>
        </w:rPr>
        <w:t xml:space="preserve">[56:43] </w:t>
      </w:r>
      <w:r>
        <w:t>molana agla sawal hyderabad se danish sahib ne kiya hai aur inhon ne likha hai ke molana sahib you often say that peace should not be clubbed with justice can you please elaborate on the same so that i can understand it better yeh club club toh sahi nahi hai</w:t>
      </w:r>
    </w:p>
    <w:p>
      <w:pPr>
        <w:jc w:val="right"/>
      </w:pPr>
      <w:r>
        <w:t>مولانا اگلا سوال حیدراباد سے دانش صاحب نے کیا ہے اور انہوں نے لکھا ہے کہ مولانا صاحب یو افن سے دیٹ پیس شوڈ ناٹ بی کلبڈ ود جسٹس کین یو پلیز الیبوریٹ ان دا سیم سو دیٹ ائی کین انڈرسٹینڈ اٹ بیٹر یہ کلب کلب تو صحیح نہیں ہے</w:t>
      </w:r>
    </w:p>
    <w:p>
      <w:r>
        <w:rPr>
          <w:b/>
        </w:rPr>
        <w:t xml:space="preserve">[57:09] </w:t>
      </w:r>
      <w:r>
        <w:t>main sirf yeh kehta hoon ke</w:t>
      </w:r>
    </w:p>
    <w:p>
      <w:pPr>
        <w:jc w:val="right"/>
      </w:pPr>
      <w:r>
        <w:t>میں صرف یہ کہتا ہوں کہ</w:t>
      </w:r>
    </w:p>
    <w:p>
      <w:r>
        <w:rPr>
          <w:b/>
        </w:rPr>
        <w:t xml:space="preserve">[57:15] </w:t>
      </w:r>
      <w:r>
        <w:t>aap yeh chahein ke peace aaye toh saath saath justice bhi jaaye aur justice ke naam par aap aap hungama karein toh is tarah aap ko kuch milne wala nahi hai</w:t>
      </w:r>
    </w:p>
    <w:p>
      <w:pPr>
        <w:jc w:val="right"/>
      </w:pPr>
      <w:r>
        <w:t>اپ یہ چاہیں کہ پیس ائے تو ساتھ ساتھ جسٹس بھی جائے اور جسٹس کے نام پر اپ اپ ہنگامہ کریں تو اس طرح اپ کو کچھ ملنے والا نہیں ہے</w:t>
      </w:r>
    </w:p>
    <w:p>
      <w:r>
        <w:rPr>
          <w:b/>
        </w:rPr>
        <w:t xml:space="preserve">[57:29] </w:t>
      </w:r>
      <w:r>
        <w:t>justice jo hai ek alag alag ek cheez hai yani aap ko peace lana chahiye opportunity ke liye justice ke nahi yani peace for the sake of opportunity ka concept hai peace for the sake of justice ka istilaah islam mein nahi hai</w:t>
      </w:r>
    </w:p>
    <w:p>
      <w:pPr>
        <w:jc w:val="right"/>
      </w:pPr>
      <w:r>
        <w:t>جسٹس جو ہے ایک الگ الگ ایک چیز ہے یعنی اپ کو پیس لانا چاہیے اپرچونیٹی کے لیے جسٹس کے نہیں یعنی پیس فار دا سیک اف اپرچونیٹی کا کانسیپٹ ہے پیس فار دا سیک اف جسٹس کا اصطلاح اسلام میں نہیں ہے</w:t>
      </w:r>
    </w:p>
    <w:p>
      <w:r>
        <w:rPr>
          <w:b/>
        </w:rPr>
        <w:t xml:space="preserve">[57:50] </w:t>
      </w:r>
      <w:r>
        <w:t>is ko aap club bhi keh sakte hain lekin main jo lafz istemal karta hoon woh yeh hai ke peace for the sake of opportunity hai peace for the sake of justice nahi hai aur yeh law of nature hai yeh law of nature hai aur rasool allah ne jo tareeqa ikhtiyar kiya tha mislan hudaybiyah ke mauqe par toh peshi toh qaboot hua justice thodi us ke saath sazayi thi</w:t>
      </w:r>
    </w:p>
    <w:p>
      <w:pPr>
        <w:jc w:val="right"/>
      </w:pPr>
      <w:r>
        <w:t>اس کو اپ کلب بھی کہہ سکتے ہیں لیکن میں جو لفظ استعمال کرتا ہوں وہ یہ ہے کہ پیس فار دا سیک اف اپرچونیٹی ہے پیس فار دا سیک اف جسٹس نہیں ہے اور یہ لاء اف نیچر ہے یہ لاء اف نیچر ہے اور رسول اللہ نے جو طریقہ اختیار کیا تھا مثلا حدیبیہ کے موقع پر تو پیشی تو قابوت ہوا جسٹس تھوڑی اس کے ساتھ سزائی تھی</w:t>
      </w:r>
    </w:p>
    <w:p>
      <w:r>
        <w:rPr>
          <w:b/>
        </w:rPr>
        <w:t xml:space="preserve">[58:18] </w:t>
      </w:r>
      <w:r>
        <w:t>lekin jab peace kaam hoga toh opportunity mili aur opportunity ko aap ne avail karna shuru kiya planning kar ke toh phir dheere dheere dheere aap ko baqi cheezein mil gayi</w:t>
      </w:r>
    </w:p>
    <w:p>
      <w:pPr>
        <w:jc w:val="right"/>
      </w:pPr>
      <w:r>
        <w:t>لیکن جب پیس کام ہوگا تو اپرچونیٹی ملی اور اپرچونیٹی کو اپ نے اویل کرنا شروع کیا پلاننگ کر کے تو پھر دھیرے دھیرے دھیرے اپ کو باقی چیزیں مل گئیں</w:t>
      </w:r>
    </w:p>
    <w:p>
      <w:r>
        <w:rPr>
          <w:b/>
        </w:rPr>
        <w:t xml:space="preserve">[58:31] </w:t>
      </w:r>
      <w:r>
        <w:t>toh aap is ko club bhi keh sakte hain lekin mera jo mere jo alfaaz hote hain woh yeh hote hain ke ke peace yeh islam mein peace for the sake of justice nahi hai hai balkeh peace for the sake of opportunity hai opportunity ko avail kar ke aap pake se hasil kar sakte hain molana agla sawal dilli se hai</w:t>
      </w:r>
    </w:p>
    <w:p>
      <w:pPr>
        <w:jc w:val="right"/>
      </w:pPr>
      <w:r>
        <w:t>تو اپ اس کو کلب بھی کہہ سکتے ہیں لیکن میرا جو میرے جو الفاظ ہوتے ہیں وہ یہ ہوتے ہیں کہ کہ پیس یہ اسلام میں پیس فار دا سیک اف جسٹس نہیں ہے ہے بلکہ پیس فار دا سیک اف اپرچونیٹی ہے اپرچونیٹی کو اویل کر کے اپ پکے سے حاصل کر سکتے ہیں مولانا اگلا سوال دلی سے ہے</w:t>
      </w:r>
    </w:p>
    <w:p>
      <w:r>
        <w:rPr>
          <w:b/>
        </w:rPr>
        <w:t xml:space="preserve">[58:56] </w:t>
      </w:r>
      <w:r>
        <w:t>shahab haider sahib ne kiya hai aur inhon ne likha hai ah yes molana i agree with you that the muslims should shun the path of terrorism hatred and live like brothers and not take them like enemies and that they should do dawa work</w:t>
      </w:r>
    </w:p>
    <w:p>
      <w:pPr>
        <w:jc w:val="right"/>
      </w:pPr>
      <w:r>
        <w:t>شہاب حیدر صاحب نے کیا ہے اور انہوں نے لکھا ہے اہ یس مولانا ائی ایگری ود یو دیٹ دا مسلمز شوڈ شن دا پاتھ اف ٹیررزم ہیٹریڈنس اینڈ لیو لائک برادرز اینڈ ناٹ ٹیک دیم لائک اینمیز اینڈ دیٹ دے شوڈ ڈو داوا ورک</w:t>
      </w:r>
    </w:p>
    <w:p>
      <w:r>
        <w:rPr>
          <w:b/>
        </w:rPr>
        <w:t xml:space="preserve">[59:19] </w:t>
      </w:r>
      <w:r>
        <w:t>my question is should muslims do social educational and economic work for others please comment dekhiye woh ek alag cheez hai aap karna chahein toh kijiye dawah se koi taalluq nahi hai social work jo hai ek alag cheez hai kisi ko shauq hai toh kare woh lekin is se yeh samajhna hai ke is se dawah hogi yeh bohat galat hai</w:t>
      </w:r>
    </w:p>
    <w:p>
      <w:pPr>
        <w:jc w:val="right"/>
      </w:pPr>
      <w:r>
        <w:t>مائی کوئسچن از شوڈ مسلمز ڈو سوشل ایجوکیشنل اینڈ اکنامک ورک فار ادر پلیز کمنٹ دیکھیے وہ ایک الگ چیز ہے اپ کرنا چاہیں تو کیجئے دعوت سے کوئی تعلق نہیں ہے سوشل ورک جو ہے ایک الگ چیز ہے کسی کو شوق ہے تو کرے وہ لیکن اس سے یہ سمجھنا ہے کہ اس سے دعوت ہوگی یہ بہت غلط ہے</w:t>
      </w:r>
    </w:p>
    <w:p>
      <w:r>
        <w:rPr>
          <w:b/>
        </w:rPr>
        <w:t xml:space="preserve">[59:48] </w:t>
      </w:r>
      <w:r>
        <w:t>social work se dawah work ho jaye yeh mumkin nahi woh alag cheez hai woh alag cheez hai kisi ko shauq ho toh kar sakta hai lekin yeh umeed karna hai ke social work se dawah phailayegi yeh main is nazariye ko nahi manta kabhi tareekh mein aisi koi misaal nahi hai ke social work kiya aur dawah ka faida hasil ho gaya is se aisi koi misaal mujhe nahi maloom sa</w:t>
      </w:r>
    </w:p>
    <w:p>
      <w:pPr>
        <w:jc w:val="right"/>
      </w:pPr>
      <w:r>
        <w:t>سوشل ورک سے دعوی ورک ہو جائے یہ ممکن نہیں وہ الگ چیز ہے وہ الگ چیز ہے کسی کو شوق ہو تو کر سکتا ہے لیکن یہ امید کرنا ہے کہ سوشل ورک سے دعوت پھیلے گی یہ میں اس نظریے کو نہیں مانتا کبھی تاریخ میں ایسی کوئی مثال نہیں ہے کہ سوشل ورک کیا اور دعوت کا فائدہ حاصل ہو گیا اس سے ایسی کوئی مثال مجھے نہیں معلوم ص</w:t>
      </w:r>
    </w:p>
    <w:p>
      <w:r>
        <w:rPr>
          <w:b/>
        </w:rPr>
        <w:t xml:space="preserve">[1:00:16] </w:t>
      </w:r>
      <w:r>
        <w:t>ufiya ko dekhiye sufia ne islam phailaaya toh social work toh kiya nahi tha unhon ne inhi ke zariye islam phailaaya india mein jo meri kitab bani woh jis ka naam liya aap ne preacher of islam is mein bhi koi aisi misaal nahi thi unhon ne ke social work kiya toh dawah aur work hone laga social work ek alag cheez hai dawah ka kaam ek alag cheez hai molana agla sawal chennai se</w:t>
      </w:r>
    </w:p>
    <w:p>
      <w:pPr>
        <w:jc w:val="right"/>
      </w:pPr>
      <w:r>
        <w:t>وفیاء کو دیکھیے صوفیاء نے اسلام پھیلایا تو سوشل ورک تو کیا نہیں تھا انہوں نے انہی کے ذریعے اسلام پھیلایا انڈیا میں جو میری کتاب بنی وہ جس کا نام لیا اپ نے پریچر اف اسلام اس میں بھی کوئی ایسی مثال نہیں تھی انہوں نے کہ سوشل ورک کیا تو دعوت اور ورک ہونے لگا سوشل ورک ایک الگ چیز ہے دعوت کا کام ایک الگ چیز ہے مولانا اگلا سوال چنئی سے</w:t>
      </w:r>
    </w:p>
    <w:p>
      <w:r>
        <w:rPr>
          <w:b/>
        </w:rPr>
        <w:t xml:space="preserve">[1:00:46] </w:t>
      </w:r>
      <w:r>
        <w:t>hai molana iqbal umri ne kiya hai aur inhon ne likha hai ke marifat ka result ibadat hai isi tarah marifat ka result dawah hai aur self discovery marifat hi khuda ko matloob hai al risala mission ke ilawa yeh alfaaz kahin nahi aur milte</w:t>
      </w:r>
    </w:p>
    <w:p>
      <w:pPr>
        <w:jc w:val="right"/>
      </w:pPr>
      <w:r>
        <w:t>ہے مولانا اقبال عمری نے کیا ہے اور انہوں نے لکھا ہے کہ معرفت کا رزلٹ عبادت ہے اسی طرح معرفت کا رزلٹ دعوت ہے اور سیلف ڈسکوری معرفت ہی خدا کو مطلوب ہے الرسالہ مشن کے علاوہ یہ الفاظ کہیں نہیں اور ملتے</w:t>
      </w:r>
    </w:p>
    <w:p>
      <w:r>
        <w:rPr>
          <w:b/>
        </w:rPr>
        <w:t xml:space="preserve">[1:01:11] </w:t>
      </w:r>
      <w:r>
        <w:t>molana deen ki siyasi taabeer ki wajah se marifat ghair matloob ban gayi hai molana duniyaparasati aur siyasi taabeer mein kya farq hai is ke bare mein bataiye dekhiye dono naam ka farq hai dono ek hi hai</w:t>
      </w:r>
    </w:p>
    <w:p>
      <w:pPr>
        <w:jc w:val="right"/>
      </w:pPr>
      <w:r>
        <w:t>مولانا دین کی سیاسی تعبیر کی وجہ سے معرفت غیر مطلوب بن گئی ہے مولانا دنیا پرستی اور سیاسی تعبیر میں کیا فرق ہے اس کے بارے میں بتائیں دیکھیے دونوں نام کا فرق ہے دونوں ایک ہی ہے</w:t>
      </w:r>
    </w:p>
    <w:p>
      <w:r>
        <w:rPr>
          <w:b/>
        </w:rPr>
        <w:t xml:space="preserve">[1:01:34] </w:t>
      </w:r>
      <w:r>
        <w:t>islam mein political activism hai hi nahi woh political activism jo hai woh kya</w:t>
      </w:r>
    </w:p>
    <w:p>
      <w:pPr>
        <w:jc w:val="right"/>
      </w:pPr>
      <w:r>
        <w:t>اسلام میں پولیٹیکل ایکٹیوزم ہے ہی نہیں وہ پولیٹیکل ایکٹیوزم جو ہے وہ کیا</w:t>
      </w:r>
    </w:p>
    <w:p>
      <w:r>
        <w:rPr>
          <w:b/>
        </w:rPr>
        <w:t xml:space="preserve">[1:01:40] </w:t>
      </w:r>
      <w:r>
        <w:t>hai material activism ka doosra naam hai</w:t>
      </w:r>
    </w:p>
    <w:p>
      <w:pPr>
        <w:jc w:val="right"/>
      </w:pPr>
      <w:r>
        <w:t>ہے مٹیریل ایکٹیوزم کا دوسرا نام ہے</w:t>
      </w:r>
    </w:p>
    <w:p>
      <w:r>
        <w:rPr>
          <w:b/>
        </w:rPr>
        <w:t xml:space="preserve">[1:01:46] </w:t>
      </w:r>
      <w:r>
        <w:t>political activism jo hai doosra naam hai material activism ka mere nazdeek dono mein koi farq nahi hai sirf naam ka farq hai Maulana agla ek comment parhna chahenge jo doctor Safeena tabassum ne bheja hai Ajmer se aur unhone likha hai ke today lecture was a thrilling experience for me</w:t>
      </w:r>
    </w:p>
    <w:p>
      <w:pPr>
        <w:jc w:val="right"/>
      </w:pPr>
      <w:r>
        <w:t>پولیٹیکل ایکٹیوزم جو ہے دوسرا نام ہے مٹیریل ایکٹیوزم کا میرے نزدیک دونوں میں کوئی فرق نہیں ہے صرف نام کا فرق ہے مولانا اگلا ایک کمنٹ پڑھنا چاہیں گے جو ڈاکٹر سفینہ تبسم نے بھیجا ہے اجمیر سے اور انہوں نے لکھا ہے کہ ٹوڈے لیکچر واز ا تھرلنگ ایکسپیرینس فار می</w:t>
      </w:r>
    </w:p>
    <w:p>
      <w:r>
        <w:rPr>
          <w:b/>
        </w:rPr>
        <w:t xml:space="preserve">[1:02:11] </w:t>
      </w:r>
      <w:r>
        <w:t>it gave a very clear message i sincerely pray that Muslims should listen to it with an open mind inshallah.</w:t>
      </w:r>
    </w:p>
    <w:p>
      <w:pPr>
        <w:jc w:val="right"/>
      </w:pPr>
      <w:r>
        <w:t>اٹ گیو ا ویری کلیئر میسج ائی سنسیرلی پری دیٹ مسلمز شوڈ لسن ٹو اٹ ود این اوپن مائنڈ انشاءاللہ.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