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and Violence June 06, 2009</w:t>
      </w:r>
    </w:p>
    <w:p>
      <w:r>
        <w:t>https://youtu.be/OUXCF-40RGY</w:t>
      </w:r>
    </w:p>
    <w:p>
      <w:r>
        <w:rPr>
          <w:b/>
        </w:rPr>
        <w:t xml:space="preserve">[00:10] </w:t>
      </w:r>
      <w:r>
        <w:t>Bismillah Rahman Rahim, wasallallahu ala Nabiyyil Kareem. Rabbi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[00:27] </w:t>
      </w:r>
      <w:r>
        <w:t>The topic for this evening is Peace and Violence.</w:t>
      </w:r>
    </w:p>
    <w:p>
      <w:pPr>
        <w:jc w:val="right"/>
      </w:pPr>
      <w:r>
        <w:t>دا ٹاپک فار دس ایوننگ از پیس اینڈ وائلنس۔</w:t>
      </w:r>
    </w:p>
    <w:p>
      <w:r>
        <w:rPr>
          <w:b/>
        </w:rPr>
        <w:t xml:space="preserve">[00:38] </w:t>
      </w:r>
      <w:r>
        <w:t>It is a very important topic, perhaps the most discussed topic all over the world.</w:t>
      </w:r>
    </w:p>
    <w:p>
      <w:pPr>
        <w:jc w:val="right"/>
      </w:pPr>
      <w:r>
        <w:t>اٹ از ا ویری امپورٹنٹ ٹاپک، پرہیپس دا موسٹ ڈسکس ٹاپک ال اوور دی ورلڈ۔</w:t>
      </w:r>
    </w:p>
    <w:p>
      <w:r>
        <w:rPr>
          <w:b/>
        </w:rPr>
        <w:t xml:space="preserve">[00:50] </w:t>
      </w:r>
      <w:r>
        <w:t>common people and superpowers both are engaged in this issue.</w:t>
      </w:r>
    </w:p>
    <w:p>
      <w:pPr>
        <w:jc w:val="right"/>
      </w:pPr>
      <w:r>
        <w:t>کامن پیپل اینڈ سپر پاورز بوتھ ار انگیجڈ ان دس ایشو۔</w:t>
      </w:r>
    </w:p>
    <w:p>
      <w:r>
        <w:rPr>
          <w:b/>
        </w:rPr>
        <w:t xml:space="preserve">[01:01] </w:t>
      </w:r>
      <w:r>
        <w:t>I would like to give some detail in the issue in the light of Islamic teachings.</w:t>
      </w:r>
    </w:p>
    <w:p>
      <w:pPr>
        <w:jc w:val="right"/>
      </w:pPr>
      <w:r>
        <w:t>ائی وڈ لائک ٹو گیو سم ڈیٹیل ان دا ایشو ان دا لائٹ اف اسلامک ٹیچنگز۔</w:t>
      </w:r>
    </w:p>
    <w:p>
      <w:r>
        <w:rPr>
          <w:b/>
        </w:rPr>
        <w:t xml:space="preserve">[01:14] </w:t>
      </w:r>
      <w:r>
        <w:t>I can say that peace is the greatest concern of Islam.</w:t>
      </w:r>
    </w:p>
    <w:p>
      <w:pPr>
        <w:jc w:val="right"/>
      </w:pPr>
      <w:r>
        <w:t>ائی کین سے دیٹ پیس از دا گریٹسٹ کنسرن اف اسلام۔</w:t>
      </w:r>
    </w:p>
    <w:p>
      <w:r>
        <w:rPr>
          <w:b/>
        </w:rPr>
        <w:t xml:space="preserve">[01:22] </w:t>
      </w:r>
      <w:r>
        <w:t>according to Islam, peace is the summum bonum. why?</w:t>
      </w:r>
    </w:p>
    <w:p>
      <w:pPr>
        <w:jc w:val="right"/>
      </w:pPr>
      <w:r>
        <w:t>اکارنٹ ٹو اسلام، پیس از دا سمم بونم۔ وائی؟</w:t>
      </w:r>
    </w:p>
    <w:p>
      <w:r>
        <w:rPr>
          <w:b/>
        </w:rPr>
        <w:t xml:space="preserve">[01:31] </w:t>
      </w:r>
      <w:r>
        <w:t>because without peace, there is no progress, no development at all. all the activities need peaceful condition.</w:t>
      </w:r>
    </w:p>
    <w:p>
      <w:pPr>
        <w:jc w:val="right"/>
      </w:pPr>
      <w:r>
        <w:t>بیکاز وداؤٹ پیس، دیر نو پروگریس، نو ڈیولپمنٹ ایٹ ال۔ ال دا ایکٹیویٹیز نیڈ پیس فل کنڈیشن۔</w:t>
      </w:r>
    </w:p>
    <w:p>
      <w:r>
        <w:rPr>
          <w:b/>
        </w:rPr>
        <w:t xml:space="preserve">[01:49] </w:t>
      </w:r>
      <w:r>
        <w:t>so it is concern of all the people throughout the world.</w:t>
      </w:r>
    </w:p>
    <w:p>
      <w:pPr>
        <w:jc w:val="right"/>
      </w:pPr>
      <w:r>
        <w:t>سو اٹ از کنسرن اف ال دا پیپل تھرو اؤٹ دی ورلڈ۔</w:t>
      </w:r>
    </w:p>
    <w:p>
      <w:r>
        <w:rPr>
          <w:b/>
        </w:rPr>
        <w:t xml:space="preserve">[01:55] </w:t>
      </w:r>
      <w:r>
        <w:t>you know, yesterday we listened a talk given by</w:t>
      </w:r>
    </w:p>
    <w:p>
      <w:pPr>
        <w:jc w:val="right"/>
      </w:pPr>
      <w:r>
        <w:t>یو نو، یسٹرڈے وی لسنڈ ا ٹاک گیون بائی</w:t>
      </w:r>
    </w:p>
    <w:p>
      <w:r>
        <w:rPr>
          <w:b/>
        </w:rPr>
        <w:t xml:space="preserve">[02:06] </w:t>
      </w:r>
      <w:r>
        <w:t>president, by the American president Obama. this was a lecture at Cairo University in June four.</w:t>
      </w:r>
    </w:p>
    <w:p>
      <w:pPr>
        <w:jc w:val="right"/>
      </w:pPr>
      <w:r>
        <w:t>پریزیڈنٹ، بائی دا امریکن پریزیڈنٹ اوباما۔ دس واز ا لیکچر ایٹ کیرو یونیورسٹی ان جون فور۔</w:t>
      </w:r>
    </w:p>
    <w:p>
      <w:r>
        <w:rPr>
          <w:b/>
        </w:rPr>
        <w:t xml:space="preserve">[02:23] </w:t>
      </w:r>
      <w:r>
        <w:t>in this lecture, president Obama addressed the Muslim world.</w:t>
      </w:r>
    </w:p>
    <w:p>
      <w:pPr>
        <w:jc w:val="right"/>
      </w:pPr>
      <w:r>
        <w:t>ان دس لیکچر، پریزیڈنٹ اوباما ایڈریسڈ دا مسلم ورلڈ۔</w:t>
      </w:r>
    </w:p>
    <w:p>
      <w:r>
        <w:rPr>
          <w:b/>
        </w:rPr>
        <w:t xml:space="preserve">[02:33] </w:t>
      </w:r>
      <w:r>
        <w:t>he</w:t>
      </w:r>
    </w:p>
    <w:p>
      <w:pPr>
        <w:jc w:val="right"/>
      </w:pPr>
      <w:r>
        <w:t>ہی</w:t>
      </w:r>
    </w:p>
    <w:p>
      <w:r>
        <w:rPr>
          <w:b/>
        </w:rPr>
        <w:t xml:space="preserve">[02:36] </w:t>
      </w:r>
      <w:r>
        <w:t>discussed seven issues.</w:t>
      </w:r>
    </w:p>
    <w:p>
      <w:pPr>
        <w:jc w:val="right"/>
      </w:pPr>
      <w:r>
        <w:t>ڈسکس سیون ایشوز۔</w:t>
      </w:r>
    </w:p>
    <w:p>
      <w:r>
        <w:rPr>
          <w:b/>
        </w:rPr>
        <w:t xml:space="preserve">[02:40] </w:t>
      </w:r>
      <w:r>
        <w:t>if you read his lecture, you will find that the basic point of his lecture was</w:t>
      </w:r>
    </w:p>
    <w:p>
      <w:pPr>
        <w:jc w:val="right"/>
      </w:pPr>
      <w:r>
        <w:t>اف یو ریڈ ہز لیکچر، یو ویل فائنڈ دیٹ دا بیسک پوائنٹ اف ہز لیکچر واز</w:t>
      </w:r>
    </w:p>
    <w:p>
      <w:r>
        <w:rPr>
          <w:b/>
        </w:rPr>
        <w:t xml:space="preserve">[02:57] </w:t>
      </w:r>
      <w:r>
        <w:t>the question of peace, the issue of peace, directly or indirectly.</w:t>
      </w:r>
    </w:p>
    <w:p>
      <w:pPr>
        <w:jc w:val="right"/>
      </w:pPr>
      <w:r>
        <w:t>دا کوئسچن اف پیس، دا ایشو اف پیس، ڈائریکٹلی اور ان ڈائریکٹلی۔</w:t>
      </w:r>
    </w:p>
    <w:p>
      <w:r>
        <w:rPr>
          <w:b/>
        </w:rPr>
        <w:t xml:space="preserve">[03:06] </w:t>
      </w:r>
      <w:r>
        <w:t>he raised seven issues, but this time I would like to say a few words about three of those issues.</w:t>
      </w:r>
    </w:p>
    <w:p>
      <w:pPr>
        <w:jc w:val="right"/>
      </w:pPr>
      <w:r>
        <w:t>ہی ریز سیون ایشوز، بٹ دس ٹائم ائی وڈ لائک ٹو سے ا فیو ورڈز اباؤٹ تھری اف دوز ایشوز۔</w:t>
      </w:r>
    </w:p>
    <w:p>
      <w:r>
        <w:rPr>
          <w:b/>
        </w:rPr>
        <w:t xml:space="preserve">[03:20] </w:t>
      </w:r>
      <w:r>
        <w:t>that is violent extremism, and Arab Israel conflict, and</w:t>
      </w:r>
    </w:p>
    <w:p>
      <w:pPr>
        <w:jc w:val="right"/>
      </w:pPr>
      <w:r>
        <w:t>دیٹ از وائلنٹ ایکسٹریمزم، اینڈ عرب اسرائیل کانفلکٹ، اینڈ</w:t>
      </w:r>
    </w:p>
    <w:p>
      <w:r>
        <w:rPr>
          <w:b/>
        </w:rPr>
        <w:t xml:space="preserve">[03:37] </w:t>
      </w:r>
      <w:r>
        <w:t>democracy. it is a fact that all these issues are</w:t>
      </w:r>
    </w:p>
    <w:p>
      <w:pPr>
        <w:jc w:val="right"/>
      </w:pPr>
      <w:r>
        <w:t>ڈیموکریسی۔ اٹ از ا فیکٹ دیٹ ال دیز ایشوز ار</w:t>
      </w:r>
    </w:p>
    <w:p>
      <w:r>
        <w:rPr>
          <w:b/>
        </w:rPr>
        <w:t xml:space="preserve">[03:47] </w:t>
      </w:r>
      <w:r>
        <w:t>very controversial among Muslims.</w:t>
      </w:r>
    </w:p>
    <w:p>
      <w:pPr>
        <w:jc w:val="right"/>
      </w:pPr>
      <w:r>
        <w:t>ویری کنٹروورشل امنگ مسلمز۔</w:t>
      </w:r>
    </w:p>
    <w:p>
      <w:r>
        <w:rPr>
          <w:b/>
        </w:rPr>
        <w:t xml:space="preserve">[03:55] </w:t>
      </w:r>
      <w:r>
        <w:t>first of all, it will take the</w:t>
      </w:r>
    </w:p>
    <w:p>
      <w:pPr>
        <w:jc w:val="right"/>
      </w:pPr>
      <w:r>
        <w:t>فرسٹ اف ال، اٹ ویل ٹیک دا</w:t>
      </w:r>
    </w:p>
    <w:p>
      <w:r>
        <w:rPr>
          <w:b/>
        </w:rPr>
        <w:t xml:space="preserve">[04:04] </w:t>
      </w:r>
      <w:r>
        <w:t>violent extremism. it is a fact that Muslims are engaged in violent extremism everywhere in the world.</w:t>
      </w:r>
    </w:p>
    <w:p>
      <w:pPr>
        <w:jc w:val="right"/>
      </w:pPr>
      <w:r>
        <w:t>وائلنٹ ایکسٹریمزم۔ اٹ از ا فیکٹ دیٹ مسلمز ار انگیجڈ ان وائلنٹ ایکسٹریمزم ایوری ویر ان دا ورلڈ۔</w:t>
      </w:r>
    </w:p>
    <w:p>
      <w:r>
        <w:rPr>
          <w:b/>
        </w:rPr>
        <w:t xml:space="preserve">[04:17] </w:t>
      </w:r>
      <w:r>
        <w:t>now, what is the genesis of this violent extremism?</w:t>
      </w:r>
    </w:p>
    <w:p>
      <w:pPr>
        <w:jc w:val="right"/>
      </w:pPr>
      <w:r>
        <w:t>ناو، واٹ از دا جینیسس اف دس وائلنٹ ایکسٹریمزم؟</w:t>
      </w:r>
    </w:p>
    <w:p>
      <w:r>
        <w:rPr>
          <w:b/>
        </w:rPr>
        <w:t xml:space="preserve">[04:24] </w:t>
      </w:r>
      <w:r>
        <w:t>why they turn violent? what is the reason? although it is against the Islamic teachings.</w:t>
      </w:r>
    </w:p>
    <w:p>
      <w:pPr>
        <w:jc w:val="right"/>
      </w:pPr>
      <w:r>
        <w:t>وائی دے ٹرن وائلنٹ؟ واٹ از دا ریزن؟ الدو اٹ از اگینسٹ دا اسلامک ٹیچنگز۔</w:t>
      </w:r>
    </w:p>
    <w:p>
      <w:r>
        <w:rPr>
          <w:b/>
        </w:rPr>
        <w:t xml:space="preserve">[04:35] </w:t>
      </w:r>
      <w:r>
        <w:t>violent extremism is against Islamic teachings. I have studied Islam in details, Quran and Hadith and life of the Prophet and all those relevant literature.</w:t>
      </w:r>
    </w:p>
    <w:p>
      <w:pPr>
        <w:jc w:val="right"/>
      </w:pPr>
      <w:r>
        <w:t>وائلنٹ ایکسٹریمزم از اگینسٹ اسلامک ٹیچنگز۔ ائی ہیو سٹڈی اسلام ان ڈیٹیلز، قران اینڈ حدیث اینڈ لائف اف دا پرافٹ اینڈ ال دوز ریلیونٹ لٹریچر۔</w:t>
      </w:r>
    </w:p>
    <w:p>
      <w:r>
        <w:rPr>
          <w:b/>
        </w:rPr>
        <w:t xml:space="preserve">[04:53] </w:t>
      </w:r>
      <w:r>
        <w:t>after thorough study, I can say that in Islam violence has no room.</w:t>
      </w:r>
    </w:p>
    <w:p>
      <w:pPr>
        <w:jc w:val="right"/>
      </w:pPr>
      <w:r>
        <w:t>افٹر تھرو اسٹڈی، ائی کین سے دیٹ ان اسلام وائلنس ہیز نو روم۔</w:t>
      </w:r>
    </w:p>
    <w:p>
      <w:r>
        <w:rPr>
          <w:b/>
        </w:rPr>
        <w:t xml:space="preserve">[05:04] </w:t>
      </w:r>
      <w:r>
        <w:t>Islam believes in peace. violence is not</w:t>
      </w:r>
    </w:p>
    <w:p>
      <w:pPr>
        <w:jc w:val="right"/>
      </w:pPr>
      <w:r>
        <w:t>اسلام بیلیوز ان پیس۔ وائلنس از ناٹ</w:t>
      </w:r>
    </w:p>
    <w:p>
      <w:r>
        <w:rPr>
          <w:b/>
        </w:rPr>
        <w:t xml:space="preserve">[05:13] </w:t>
      </w:r>
      <w:r>
        <w:t>in Islamic scheme. so why Muslims turn violent?</w:t>
      </w:r>
    </w:p>
    <w:p>
      <w:pPr>
        <w:jc w:val="right"/>
      </w:pPr>
      <w:r>
        <w:t>ان اسلامک اسکیم۔ سو وائی مسلمز ٹرن وائلنٹ؟</w:t>
      </w:r>
    </w:p>
    <w:p>
      <w:r>
        <w:rPr>
          <w:b/>
        </w:rPr>
        <w:t xml:space="preserve">[05:25] </w:t>
      </w:r>
      <w:r>
        <w:t>according to my analysis, this is due to wrong target.</w:t>
      </w:r>
    </w:p>
    <w:p>
      <w:pPr>
        <w:jc w:val="right"/>
      </w:pPr>
      <w:r>
        <w:t>اکارنٹ ٹو مائی انالیسز، دس از ڈیو ٹو رونگ ٹارگٹ۔</w:t>
      </w:r>
    </w:p>
    <w:p>
      <w:r>
        <w:rPr>
          <w:b/>
        </w:rPr>
        <w:t xml:space="preserve">[05:40] </w:t>
      </w:r>
      <w:r>
        <w:t>it is setting wrong target that leads through violence.</w:t>
      </w:r>
    </w:p>
    <w:p>
      <w:pPr>
        <w:jc w:val="right"/>
      </w:pPr>
      <w:r>
        <w:t>اٹ از سیٹنگ رونگ ٹارگٹ دیٹ لیڈز تھرو وائلنس۔</w:t>
      </w:r>
    </w:p>
    <w:p>
      <w:r>
        <w:rPr>
          <w:b/>
        </w:rPr>
        <w:t xml:space="preserve">[05:49] </w:t>
      </w:r>
      <w:r>
        <w:t>present muslims want justice, or they want to establish better system, or they want to get some rights.</w:t>
      </w:r>
    </w:p>
    <w:p>
      <w:pPr>
        <w:jc w:val="right"/>
      </w:pPr>
      <w:r>
        <w:t>پریزنٹ مسلمز وانٹ جسٹس، اور دے وانٹ ٹو اسٹیبلش بیٹر سسٹم، اور دے وانٹ ٹو گیٹ سم رائٹس۔</w:t>
      </w:r>
    </w:p>
    <w:p>
      <w:r>
        <w:rPr>
          <w:b/>
        </w:rPr>
        <w:t xml:space="preserve">[06:09] </w:t>
      </w:r>
      <w:r>
        <w:t>i have read a lot of those literatures produced by these people</w:t>
      </w:r>
    </w:p>
    <w:p>
      <w:pPr>
        <w:jc w:val="right"/>
      </w:pPr>
      <w:r>
        <w:t>ائی ہیو ریڈ ا لاٹ اف دوز لٹریچرز پروڈیوسڈ بائی دیز پیپل</w:t>
      </w:r>
    </w:p>
    <w:p>
      <w:r>
        <w:rPr>
          <w:b/>
        </w:rPr>
        <w:t xml:space="preserve">[06:16] </w:t>
      </w:r>
      <w:r>
        <w:t>. also, happen to meet a number of those violent people. if you ask why you are violent, they will say</w:t>
      </w:r>
    </w:p>
    <w:p>
      <w:pPr>
        <w:jc w:val="right"/>
      </w:pPr>
      <w:r>
        <w:t>۔ السو، ہیپن ٹو میٹ ا نمبر اف دوز وائلنٹ پیپل۔ اف یو اسک وائی یو ار وائلنٹ، دے ویل سے</w:t>
      </w:r>
    </w:p>
    <w:p>
      <w:r>
        <w:rPr>
          <w:b/>
        </w:rPr>
        <w:t xml:space="preserve">[06:34] </w:t>
      </w:r>
      <w:r>
        <w:t>that we are denied of our rights. give our rights, and we will give you peace.</w:t>
      </w:r>
    </w:p>
    <w:p>
      <w:pPr>
        <w:jc w:val="right"/>
      </w:pPr>
      <w:r>
        <w:t>دیٹ وی ار ڈینائیڈ اف اور رائٹس۔ گیو اور رائٹس، اینڈ وی ویل گیو یو پیس۔</w:t>
      </w:r>
    </w:p>
    <w:p>
      <w:r>
        <w:rPr>
          <w:b/>
        </w:rPr>
        <w:t xml:space="preserve">[06:44] </w:t>
      </w:r>
      <w:r>
        <w:t>for example, we are denied of justice. so, give us justice, and will give you peace. this kind of</w:t>
      </w:r>
    </w:p>
    <w:p>
      <w:pPr>
        <w:jc w:val="right"/>
      </w:pPr>
      <w:r>
        <w:t>فار ایگزامپل، وی ار ڈینائیڈ اف جسٹس۔ سو، گیو اس جسٹس، اینڈ ویل گیو یو پیس۔ دس کائنڈ اف</w:t>
      </w:r>
    </w:p>
    <w:p>
      <w:r>
        <w:rPr>
          <w:b/>
        </w:rPr>
        <w:t xml:space="preserve">[06:58] </w:t>
      </w:r>
      <w:r>
        <w:t>argument is completely wrong. completely wrong. because justice is not part of peace.</w:t>
      </w:r>
    </w:p>
    <w:p>
      <w:pPr>
        <w:jc w:val="right"/>
      </w:pPr>
      <w:r>
        <w:t>ارگیومنٹ از کمپلیٹلی رونگ۔ کمپلیٹلی رونگ۔ بیکاز جسٹس از ناٹ پارٹ اف پیس۔</w:t>
      </w:r>
    </w:p>
    <w:p>
      <w:r>
        <w:rPr>
          <w:b/>
        </w:rPr>
        <w:t xml:space="preserve">[07:14] </w:t>
      </w:r>
      <w:r>
        <w:t>you cannot obtain justice from peace. no, peace only gives you opportunity, and then by availing all these opportunities,</w:t>
      </w:r>
    </w:p>
    <w:p>
      <w:pPr>
        <w:jc w:val="right"/>
      </w:pPr>
      <w:r>
        <w:t>یو کین ناٹ ابٹین جسٹس فرام پیس۔ نو، پیس اونلی گیوز یو اپرچونیٹی، اینڈ دین بائی اویلنگ ال دیز اپرچونیٹیز،</w:t>
      </w:r>
    </w:p>
    <w:p>
      <w:r>
        <w:rPr>
          <w:b/>
        </w:rPr>
        <w:t xml:space="preserve">[07:29] </w:t>
      </w:r>
      <w:r>
        <w:t>you can achieve justice or any other thing in term of right or in term of system.</w:t>
      </w:r>
    </w:p>
    <w:p>
      <w:pPr>
        <w:jc w:val="right"/>
      </w:pPr>
      <w:r>
        <w:t>یو کین اچیو جسٹس اور اینی ادر تھنگ ان ٹرم اف رائٹ اور ان ٹرم اف سسٹم۔</w:t>
      </w:r>
    </w:p>
    <w:p>
      <w:r>
        <w:rPr>
          <w:b/>
        </w:rPr>
        <w:t xml:space="preserve">[07:41] </w:t>
      </w:r>
      <w:r>
        <w:t>so,</w:t>
      </w:r>
    </w:p>
    <w:p>
      <w:pPr>
        <w:jc w:val="right"/>
      </w:pPr>
      <w:r>
        <w:t>سو،</w:t>
      </w:r>
    </w:p>
    <w:p>
      <w:r>
        <w:rPr>
          <w:b/>
        </w:rPr>
        <w:t xml:space="preserve">[07:47] </w:t>
      </w:r>
      <w:r>
        <w:t>the this thing, the very thinking is wrong.</w:t>
      </w:r>
    </w:p>
    <w:p>
      <w:pPr>
        <w:jc w:val="right"/>
      </w:pPr>
      <w:r>
        <w:t>دا دس تھنگ، دا ویری تھنکنگ از رونگ۔</w:t>
      </w:r>
    </w:p>
    <w:p>
      <w:r>
        <w:rPr>
          <w:b/>
        </w:rPr>
        <w:t xml:space="preserve">[07:54] </w:t>
      </w:r>
      <w:r>
        <w:t>according to the right teachings and according to the life of the prophet of islam, first of all, you have to establish peace at any cost.</w:t>
      </w:r>
    </w:p>
    <w:p>
      <w:pPr>
        <w:jc w:val="right"/>
      </w:pPr>
      <w:r>
        <w:t>اکارنٹ ٹو دا کرائٹ ٹیچنگز اینڈ اکارنٹ ٹو دا لائف اف دا پرافٹ اف اسلام، فرسٹ اف ال، یو ہیو ٹو اسٹیبلش پیس ایٹ اینی کاسٹ۔</w:t>
      </w:r>
    </w:p>
    <w:p>
      <w:r>
        <w:rPr>
          <w:b/>
        </w:rPr>
        <w:t xml:space="preserve">[08:14] </w:t>
      </w:r>
      <w:r>
        <w:t>present strategy of muslims is like pulling the card before the horse.</w:t>
      </w:r>
    </w:p>
    <w:p>
      <w:pPr>
        <w:jc w:val="right"/>
      </w:pPr>
      <w:r>
        <w:t>پریزنٹ اسٹریٹجی اف مسلمز از لائک پولنگ دا کارڈ بیفور دی ہارس۔</w:t>
      </w:r>
    </w:p>
    <w:p>
      <w:r>
        <w:rPr>
          <w:b/>
        </w:rPr>
        <w:t xml:space="preserve">[08:21] </w:t>
      </w:r>
      <w:r>
        <w:t>prophet of islam observed this policy. he always tried to establish peace in mecca or medina both.</w:t>
      </w:r>
    </w:p>
    <w:p>
      <w:pPr>
        <w:jc w:val="right"/>
      </w:pPr>
      <w:r>
        <w:t>پرافٹ اف اسلام ابزرو دس پالیسی۔ ہی الویز ٹرائی ٹو اسٹیبلش پیس ان مکہ اور مدینہ بوتھ۔</w:t>
      </w:r>
    </w:p>
    <w:p>
      <w:r>
        <w:rPr>
          <w:b/>
        </w:rPr>
        <w:t xml:space="preserve">[08:37] </w:t>
      </w:r>
      <w:r>
        <w:t>because it is a law of nature</w:t>
      </w:r>
    </w:p>
    <w:p>
      <w:pPr>
        <w:jc w:val="right"/>
      </w:pPr>
      <w:r>
        <w:t>بیکاز اٹ از ا لا اف نیچر</w:t>
      </w:r>
    </w:p>
    <w:p>
      <w:r>
        <w:rPr>
          <w:b/>
        </w:rPr>
        <w:t xml:space="preserve">[08:40] </w:t>
      </w:r>
      <w:r>
        <w:t>, teaching of islam, that peace or any other rights can be achieved only through your effort, through your struggle.</w:t>
      </w:r>
    </w:p>
    <w:p>
      <w:pPr>
        <w:jc w:val="right"/>
      </w:pPr>
      <w:r>
        <w:t>، ٹیچنگ اف اسلام، دیٹ پیس اور اینی ادر رائٹس کین بی اچیوڈ اونلی تھرو یور ایفرٹ، تھرو یور سٹرگل۔</w:t>
      </w:r>
    </w:p>
    <w:p>
      <w:r>
        <w:rPr>
          <w:b/>
        </w:rPr>
        <w:t xml:space="preserve">[08:59] </w:t>
      </w:r>
      <w:r>
        <w:t>so, peace gives you opportunity, and where there is opportunity, you can plan, you can strive to, you can struggle, you can effort.</w:t>
      </w:r>
    </w:p>
    <w:p>
      <w:pPr>
        <w:jc w:val="right"/>
      </w:pPr>
      <w:r>
        <w:t>سو، پیس گیوز یو اپرچونیٹی، اینڈ ویر دیر از اپرچونیٹی، یو کین پلان، یو کین اسٹرائیو ٹو، یو کین سٹرگل، یو کین ایفرٹ۔</w:t>
      </w:r>
    </w:p>
    <w:p>
      <w:r>
        <w:rPr>
          <w:b/>
        </w:rPr>
        <w:t xml:space="preserve">[09:15] </w:t>
      </w:r>
      <w:r>
        <w:t>so, this is the here is the mistake.</w:t>
      </w:r>
    </w:p>
    <w:p>
      <w:pPr>
        <w:jc w:val="right"/>
      </w:pPr>
      <w:r>
        <w:t>سو، دس از دا ہیر از دا مسٹیک۔</w:t>
      </w:r>
    </w:p>
    <w:p>
      <w:r>
        <w:rPr>
          <w:b/>
        </w:rPr>
        <w:t xml:space="preserve">[09:22] </w:t>
      </w:r>
      <w:r>
        <w:t>these people failed understand that the first prerequisite is peace.</w:t>
      </w:r>
    </w:p>
    <w:p>
      <w:pPr>
        <w:jc w:val="right"/>
      </w:pPr>
      <w:r>
        <w:t>دیز پیپل فیلڈ انڈرسٹینڈ دیٹ دا فرسٹ پری ریکویزٹ از پیس۔</w:t>
      </w:r>
    </w:p>
    <w:p>
      <w:r>
        <w:rPr>
          <w:b/>
        </w:rPr>
        <w:t xml:space="preserve">[09:31] </w:t>
      </w:r>
      <w:r>
        <w:t>we have to establish peace at any cost.</w:t>
      </w:r>
    </w:p>
    <w:p>
      <w:pPr>
        <w:jc w:val="right"/>
      </w:pPr>
      <w:r>
        <w:t>وی ہیو ٹو اسٹیبلش پیس ایٹ اینی کاسٹ۔</w:t>
      </w:r>
    </w:p>
    <w:p>
      <w:r>
        <w:rPr>
          <w:b/>
        </w:rPr>
        <w:t xml:space="preserve">[09:43] </w:t>
      </w:r>
      <w:r>
        <w:t>when there is peace, there are opportunities,</w:t>
      </w:r>
    </w:p>
    <w:p>
      <w:pPr>
        <w:jc w:val="right"/>
      </w:pPr>
      <w:r>
        <w:t>وین دیر از پیس، دیر ار اپرچونیٹیز،</w:t>
      </w:r>
    </w:p>
    <w:p>
      <w:r>
        <w:rPr>
          <w:b/>
        </w:rPr>
        <w:t xml:space="preserve">[09:46] </w:t>
      </w:r>
      <w:r>
        <w:t>and where there are opportunities, you can avail those opportunities, and then you can achieve justice and all other things.</w:t>
      </w:r>
    </w:p>
    <w:p>
      <w:pPr>
        <w:jc w:val="right"/>
      </w:pPr>
      <w:r>
        <w:t>اینڈ ویر دیر ار اپرچونیٹیز، یو کین اویل دوز اپرچونیٹیز، اینڈ دین یو کین اچیو جسٹس اینڈ ال ادر تھنگز۔</w:t>
      </w:r>
    </w:p>
    <w:p>
      <w:r>
        <w:rPr>
          <w:b/>
        </w:rPr>
        <w:t xml:space="preserve">[09:59] </w:t>
      </w:r>
      <w:r>
        <w:t>so, these people, what is wrong with these people? they set a goal, for example, enforcement of islamic law or getting justice.</w:t>
      </w:r>
    </w:p>
    <w:p>
      <w:pPr>
        <w:jc w:val="right"/>
      </w:pPr>
      <w:r>
        <w:t>سو، دیز پیپل، واٹ از رونگ ود دیز پیپل؟ دے سیٹ ا گول، فار ایگزامپل، انفورسمنٹ اف اسلامک لاء اور گیٹنگ جسٹس۔</w:t>
      </w:r>
    </w:p>
    <w:p>
      <w:r>
        <w:rPr>
          <w:b/>
        </w:rPr>
        <w:t xml:space="preserve">[10:14] </w:t>
      </w:r>
      <w:r>
        <w:t>they set a rule.</w:t>
      </w:r>
    </w:p>
    <w:p>
      <w:pPr>
        <w:jc w:val="right"/>
      </w:pPr>
      <w:r>
        <w:t>دے سیٹ ا رول۔</w:t>
      </w:r>
    </w:p>
    <w:p>
      <w:r>
        <w:rPr>
          <w:b/>
        </w:rPr>
        <w:t xml:space="preserve">[10:19] </w:t>
      </w:r>
      <w:r>
        <w:t>in the beginning, they try to achieve their goal by peaceful means. then they discovered that peaceful means is not yielding result.</w:t>
      </w:r>
    </w:p>
    <w:p>
      <w:pPr>
        <w:jc w:val="right"/>
      </w:pPr>
      <w:r>
        <w:t>ان دا بگننگ، دے ٹرائی ٹو اچیو دیر گول بائی پیس فل مینز۔ دین دے ڈسکورڈ دیٹ پیس فل مین از ناٹ فیلڈنگ رزلٹ۔</w:t>
      </w:r>
    </w:p>
    <w:p>
      <w:r>
        <w:rPr>
          <w:b/>
        </w:rPr>
        <w:t xml:space="preserve">[10:34] </w:t>
      </w:r>
      <w:r>
        <w:t>so, they became violent. violent.</w:t>
      </w:r>
    </w:p>
    <w:p>
      <w:pPr>
        <w:jc w:val="right"/>
      </w:pPr>
      <w:r>
        <w:t>سو، دے بیکم وائلنٹ۔ وائلنٹ۔</w:t>
      </w:r>
    </w:p>
    <w:p>
      <w:r>
        <w:rPr>
          <w:b/>
        </w:rPr>
        <w:t xml:space="preserve">[10:39] </w:t>
      </w:r>
      <w:r>
        <w:t>but again, they discovered that violent activism is not producing the result, the required result.</w:t>
      </w:r>
    </w:p>
    <w:p>
      <w:pPr>
        <w:jc w:val="right"/>
      </w:pPr>
      <w:r>
        <w:t>بٹ اگین، دے ڈسکورڈ دیٹ وائلنٹ ایکٹیوزم از ناٹ پروڈیوسنگ دا رزلٹ، دا ریکوائرڈ رزلٹ۔</w:t>
      </w:r>
    </w:p>
    <w:p>
      <w:r>
        <w:rPr>
          <w:b/>
        </w:rPr>
        <w:t xml:space="preserve">[10:53] </w:t>
      </w:r>
      <w:r>
        <w:t>then they, then finally, they became suicide bombers. what is suicidal bombing?</w:t>
      </w:r>
    </w:p>
    <w:p>
      <w:pPr>
        <w:jc w:val="right"/>
      </w:pPr>
      <w:r>
        <w:t>دین دے، دین فائنلی، دے بیکم سوسائیڈ بمبرز۔ واٹ از سوسائیڈل بمبنگ؟</w:t>
      </w:r>
    </w:p>
    <w:p>
      <w:r>
        <w:rPr>
          <w:b/>
        </w:rPr>
        <w:t xml:space="preserve">[11:03] </w:t>
      </w:r>
      <w:r>
        <w:t>it is out of frustration.</w:t>
      </w:r>
    </w:p>
    <w:p>
      <w:pPr>
        <w:jc w:val="right"/>
      </w:pPr>
      <w:r>
        <w:t>اٹ از اؤٹ اف فرسٹریشن۔</w:t>
      </w:r>
    </w:p>
    <w:p>
      <w:r>
        <w:rPr>
          <w:b/>
        </w:rPr>
        <w:t xml:space="preserve">[11:10] </w:t>
      </w:r>
      <w:r>
        <w:t>so, the whole theory is wrong. you have to establish peace, then you have to struggle by peaceful means.</w:t>
      </w:r>
    </w:p>
    <w:p>
      <w:pPr>
        <w:jc w:val="right"/>
      </w:pPr>
      <w:r>
        <w:t>سو، دا ہول تھیوری از رونگ۔ یو ہیو ٹو اسٹیبلش پیس، دین یو ہیو ٹو سٹرگل بائی پیس فل مینز۔</w:t>
      </w:r>
    </w:p>
    <w:p>
      <w:r>
        <w:rPr>
          <w:b/>
        </w:rPr>
        <w:t xml:space="preserve">[11:24] </w:t>
      </w:r>
      <w:r>
        <w:t>then you can achieve very things. prophet of Islam was able to achieve success, great success, unparalleled success in Arabia by adopting this policy.</w:t>
      </w:r>
    </w:p>
    <w:p>
      <w:pPr>
        <w:jc w:val="right"/>
      </w:pPr>
      <w:r>
        <w:t>دین یو کین اچیو ویری تھنگز۔ پرافٹ اف اسلام واز ایبل ٹو اچیو سکسیس، گریٹ سکسیس، ان پیرلل سکسیس ان عربیہ بائے اڈاپٹنگ دس پالیسی۔</w:t>
      </w:r>
    </w:p>
    <w:p>
      <w:r>
        <w:rPr>
          <w:b/>
        </w:rPr>
        <w:t xml:space="preserve">[11:45] </w:t>
      </w:r>
      <w:r>
        <w:t>here, i would like to add that</w:t>
      </w:r>
    </w:p>
    <w:p>
      <w:pPr>
        <w:jc w:val="right"/>
      </w:pPr>
      <w:r>
        <w:t>ہیر، ائی وڈ لائک ٹو ایڈ دیٹ</w:t>
      </w:r>
    </w:p>
    <w:p>
      <w:r>
        <w:rPr>
          <w:b/>
        </w:rPr>
        <w:t xml:space="preserve">[11:50] </w:t>
      </w:r>
      <w:r>
        <w:t>muslims are victim of negative thinking, and negative thinking is a very dangerous thinking.</w:t>
      </w:r>
    </w:p>
    <w:p>
      <w:pPr>
        <w:jc w:val="right"/>
      </w:pPr>
      <w:r>
        <w:t>مسلمز ار وکٹم اف نیگیٹیو تھنکنگ، اینڈ نیگیٹیو تھنکنگ از ا ویری ڈینجرس تھنکنگ۔</w:t>
      </w:r>
    </w:p>
    <w:p>
      <w:r>
        <w:rPr>
          <w:b/>
        </w:rPr>
        <w:t xml:space="preserve">[12:05] </w:t>
      </w:r>
      <w:r>
        <w:t>negative thinking can not lead to any positive result. i will give you three examples</w:t>
      </w:r>
    </w:p>
    <w:p>
      <w:pPr>
        <w:jc w:val="right"/>
      </w:pPr>
      <w:r>
        <w:t>نیگیٹیو تھنکنگ کین ناٹ لیڈ ٹو اینی پازیٹیو رزلٹ۔ ائی ویل گیو یو تھری ایگزامپلز</w:t>
      </w:r>
    </w:p>
    <w:p>
      <w:r>
        <w:rPr>
          <w:b/>
        </w:rPr>
        <w:t xml:space="preserve">[12:16] </w:t>
      </w:r>
      <w:r>
        <w:t>: jews, and hindus, or muslims. there were some extremist leaders among jews who gave, who developed negative ideology.</w:t>
      </w:r>
    </w:p>
    <w:p>
      <w:pPr>
        <w:jc w:val="right"/>
      </w:pPr>
      <w:r>
        <w:t>: جیوز، اینڈ ہندوز، اور مسلمز۔ دیر وار سم ایکسٹریمسٹ لیڈرز امنگ جیوز ہو گیو، ہو ڈیولپ نیگیٹیو ائیڈیالوجی۔</w:t>
      </w:r>
    </w:p>
    <w:p>
      <w:r>
        <w:rPr>
          <w:b/>
        </w:rPr>
        <w:t xml:space="preserve">[12:31] </w:t>
      </w:r>
      <w:r>
        <w:t>this ideology was based on anti arab sentiments.</w:t>
      </w:r>
    </w:p>
    <w:p>
      <w:pPr>
        <w:jc w:val="right"/>
      </w:pPr>
      <w:r>
        <w:t>دس ائیڈیالوجی واز بیسڈ ان اینٹی عرب سینٹیمنٹس۔</w:t>
      </w:r>
    </w:p>
    <w:p>
      <w:r>
        <w:rPr>
          <w:b/>
        </w:rPr>
        <w:t xml:space="preserve">[12:38] </w:t>
      </w:r>
      <w:r>
        <w:t>this ideology was based on anti arab sentiments.</w:t>
      </w:r>
    </w:p>
    <w:p>
      <w:pPr>
        <w:jc w:val="right"/>
      </w:pPr>
      <w:r>
        <w:t>دس ائیڈیالوجی واز بیسڈ ان اینٹی عرب سینٹیمنٹس۔</w:t>
      </w:r>
    </w:p>
    <w:p>
      <w:r>
        <w:rPr>
          <w:b/>
        </w:rPr>
        <w:t xml:space="preserve">[12:43] </w:t>
      </w:r>
      <w:r>
        <w:t>they started their struggle, they gave so many sacrifices, but</w:t>
      </w:r>
    </w:p>
    <w:p>
      <w:pPr>
        <w:jc w:val="right"/>
      </w:pPr>
      <w:r>
        <w:t>دے اسٹارٹڈ دیر سٹرگل، دے گیو سو مینی سیکریفائسز، بٹ</w:t>
      </w:r>
    </w:p>
    <w:p>
      <w:r>
        <w:rPr>
          <w:b/>
        </w:rPr>
        <w:t xml:space="preserve">[12:56] </w:t>
      </w:r>
      <w:r>
        <w:t>they failed to achieve any substantial result.</w:t>
      </w:r>
    </w:p>
    <w:p>
      <w:pPr>
        <w:jc w:val="right"/>
      </w:pPr>
      <w:r>
        <w:t>دے فیل ٹو اچیو اینی سبسٹینشل رزلٹ۔</w:t>
      </w:r>
    </w:p>
    <w:p>
      <w:r>
        <w:rPr>
          <w:b/>
        </w:rPr>
        <w:t xml:space="preserve">[13:03] </w:t>
      </w:r>
      <w:r>
        <w:t>then lets take the example of hindus. there were some extremist hindus,</w:t>
      </w:r>
    </w:p>
    <w:p>
      <w:pPr>
        <w:jc w:val="right"/>
      </w:pPr>
      <w:r>
        <w:t>دین لیٹس ٹیک دا ایگزیمپل اف ہندوز۔ دیر وار سم ایکسٹریمسٹ ہندوز،</w:t>
      </w:r>
    </w:p>
    <w:p>
      <w:r>
        <w:rPr>
          <w:b/>
        </w:rPr>
        <w:t xml:space="preserve">[13:12] </w:t>
      </w:r>
      <w:r>
        <w:t>they developed a</w:t>
      </w:r>
    </w:p>
    <w:p>
      <w:pPr>
        <w:jc w:val="right"/>
      </w:pPr>
      <w:r>
        <w:t>دے ڈیولپ ا</w:t>
      </w:r>
    </w:p>
    <w:p>
      <w:r>
        <w:rPr>
          <w:b/>
        </w:rPr>
        <w:t xml:space="preserve">[13:17] </w:t>
      </w:r>
      <w:r>
        <w:t>negative ideology. this ideology was based on anti muslim sentiment,</w:t>
      </w:r>
    </w:p>
    <w:p>
      <w:pPr>
        <w:jc w:val="right"/>
      </w:pPr>
      <w:r>
        <w:t>نیگیٹیو ائیڈیالوجی۔ دس ائیڈیالوجی واز بیسڈ ان اینٹی مسلم سینٹیمنٹ،</w:t>
      </w:r>
    </w:p>
    <w:p>
      <w:r>
        <w:rPr>
          <w:b/>
        </w:rPr>
        <w:t xml:space="preserve">[13:27] </w:t>
      </w:r>
      <w:r>
        <w:t>and they gave so many sacrifices, so many efforts, but again, there was no substantial result.</w:t>
      </w:r>
    </w:p>
    <w:p>
      <w:pPr>
        <w:jc w:val="right"/>
      </w:pPr>
      <w:r>
        <w:t>اینڈ دے گیو سو مینی سیکریفائسز، سو مینی ایفرٹس، بٹ اگین، دیر واز نو سبسٹینشل رزلٹ۔</w:t>
      </w:r>
    </w:p>
    <w:p>
      <w:r>
        <w:rPr>
          <w:b/>
        </w:rPr>
        <w:t xml:space="preserve">[13:38] </w:t>
      </w:r>
      <w:r>
        <w:t>so, is the case of muslims.</w:t>
      </w:r>
    </w:p>
    <w:p>
      <w:pPr>
        <w:jc w:val="right"/>
      </w:pPr>
      <w:r>
        <w:t>سو، از دا کیس اف مسلمز۔</w:t>
      </w:r>
    </w:p>
    <w:p>
      <w:r>
        <w:rPr>
          <w:b/>
        </w:rPr>
        <w:t xml:space="preserve">[13:42] </w:t>
      </w:r>
      <w:r>
        <w:t>there were some extremist muslims, muslim thinkers, they developed</w:t>
      </w:r>
    </w:p>
    <w:p>
      <w:pPr>
        <w:jc w:val="right"/>
      </w:pPr>
      <w:r>
        <w:t>دیر وار سم ایکسٹریمسٹ مسلمز، مسلم تھنکرز، دے ڈیولپ</w:t>
      </w:r>
    </w:p>
    <w:p>
      <w:r>
        <w:rPr>
          <w:b/>
        </w:rPr>
        <w:t xml:space="preserve">[13:54] </w:t>
      </w:r>
      <w:r>
        <w:t>negative ideology. this ideology was based on anti kafir sentiment. this ideology was based on anti kafir concept.</w:t>
      </w:r>
    </w:p>
    <w:p>
      <w:pPr>
        <w:jc w:val="right"/>
      </w:pPr>
      <w:r>
        <w:t>نیگیٹیو ائیڈیالوجی۔ دس ائیڈیالوجی واز بیسڈ ان اینٹی کافر سینٹیمنٹ۔ دس ائیڈیالوجی واز بیسڈ ان اینٹی کافر کانسیپٹ۔</w:t>
      </w:r>
    </w:p>
    <w:p>
      <w:r>
        <w:rPr>
          <w:b/>
        </w:rPr>
        <w:t xml:space="preserve">[14:10] </w:t>
      </w:r>
      <w:r>
        <w:t>but again, we we see that although inspired of all those struggle, although efforts, and although sacrifice,</w:t>
      </w:r>
    </w:p>
    <w:p>
      <w:pPr>
        <w:jc w:val="right"/>
      </w:pPr>
      <w:r>
        <w:t>بٹ اگین، وی وی سی دیٹ الدو انسپائرڈ اف ال دوز سٹرگل، الدو ایفرٹس، اینڈ الدو سیکریفائس،</w:t>
      </w:r>
    </w:p>
    <w:p>
      <w:r>
        <w:rPr>
          <w:b/>
        </w:rPr>
        <w:t xml:space="preserve">[14:24] </w:t>
      </w:r>
      <w:r>
        <w:t>although sacrifice, muslim gained nothing.</w:t>
      </w:r>
    </w:p>
    <w:p>
      <w:pPr>
        <w:jc w:val="right"/>
      </w:pPr>
      <w:r>
        <w:t>الدو سیکریفائس، مسلم گین نتھنگ۔</w:t>
      </w:r>
    </w:p>
    <w:p>
      <w:r>
        <w:rPr>
          <w:b/>
        </w:rPr>
        <w:t xml:space="preserve">[14:32] </w:t>
      </w:r>
      <w:r>
        <w:t>so, negative thinking can not yield to any positive result.</w:t>
      </w:r>
    </w:p>
    <w:p>
      <w:pPr>
        <w:jc w:val="right"/>
      </w:pPr>
      <w:r>
        <w:t>سو، نیگیٹیو تھنکنگ کین ناٹ ایلڈ ٹو اینی پازیٹیو رزلٹ۔</w:t>
      </w:r>
    </w:p>
    <w:p>
      <w:r>
        <w:rPr>
          <w:b/>
        </w:rPr>
        <w:t xml:space="preserve">[14:38] </w:t>
      </w:r>
      <w:r>
        <w:t>heer iz da,</w:t>
      </w:r>
    </w:p>
    <w:p>
      <w:pPr>
        <w:jc w:val="right"/>
      </w:pPr>
      <w:r>
        <w:t>ہیر از دا،</w:t>
      </w:r>
    </w:p>
    <w:p>
      <w:r>
        <w:rPr>
          <w:b/>
        </w:rPr>
        <w:t xml:space="preserve">[14:42] </w:t>
      </w:r>
      <w:r>
        <w:t>heer iz da mistek.</w:t>
      </w:r>
    </w:p>
    <w:p>
      <w:pPr>
        <w:jc w:val="right"/>
      </w:pPr>
      <w:r>
        <w:t>ہیر از دا مسٹیک۔</w:t>
      </w:r>
    </w:p>
    <w:p>
      <w:r>
        <w:rPr>
          <w:b/>
        </w:rPr>
        <w:t xml:space="preserve">[14:47] </w:t>
      </w:r>
      <w:r>
        <w:t>So, extremism leads to violence, and violence leads to suicide bombing. So, I can say that violent activity, violent activism is destructive activism.</w:t>
      </w:r>
    </w:p>
    <w:p>
      <w:pPr>
        <w:jc w:val="right"/>
      </w:pPr>
      <w:r>
        <w:t>سو، ایکسٹریمزم لیڈز ٹو وائلنس، اینڈ وائلنس لیڈز ٹو سوسائیڈ بمبنگ۔ سو، ائی کین سے دیٹ وائلنٹ ایکٹیو، وائلنٹ ایکٹیوزم از ڈسٹرکٹو ایکٹیوزم۔</w:t>
      </w:r>
    </w:p>
    <w:p>
      <w:r>
        <w:rPr>
          <w:b/>
        </w:rPr>
        <w:t xml:space="preserve">[15:08] </w:t>
      </w:r>
      <w:r>
        <w:t>Violent activism is destructive activism, not only for Muslims, but for all communities.</w:t>
      </w:r>
    </w:p>
    <w:p>
      <w:pPr>
        <w:jc w:val="right"/>
      </w:pPr>
      <w:r>
        <w:t>وائلنٹ ایکٹیوزم از ڈسٹرکٹو ایکٹیوزم، ناٹ اونلی فار مسلمز، بٹ فار ال کمیونٹیز۔</w:t>
      </w:r>
    </w:p>
    <w:p>
      <w:r>
        <w:rPr>
          <w:b/>
        </w:rPr>
        <w:t xml:space="preserve">[15:19] </w:t>
      </w:r>
      <w:r>
        <w:t>Then let's take the Arab-Israel issue. Everyone knows that after sixty years' struggle and sacrifices and losses of life,</w:t>
      </w:r>
    </w:p>
    <w:p>
      <w:pPr>
        <w:jc w:val="right"/>
      </w:pPr>
      <w:r>
        <w:t>دین لیٹس ٹیک دا عرب اسرائیل ایشو۔ ایوری ون نوز دیٹ افٹر سکسٹی ایئرز سٹرگل اینڈ سیکریفائسز اینڈ لاسز اف لائف،</w:t>
      </w:r>
    </w:p>
    <w:p>
      <w:r>
        <w:rPr>
          <w:b/>
        </w:rPr>
        <w:t xml:space="preserve">[15:41] </w:t>
      </w:r>
      <w:r>
        <w:t>Nothing was gained by the both parties.</w:t>
      </w:r>
    </w:p>
    <w:p>
      <w:pPr>
        <w:jc w:val="right"/>
      </w:pPr>
      <w:r>
        <w:t>نتھنگ واز گین بائے دا بوتھ پارٹیز۔</w:t>
      </w:r>
    </w:p>
    <w:p>
      <w:r>
        <w:rPr>
          <w:b/>
        </w:rPr>
        <w:t xml:space="preserve">[15:49] </w:t>
      </w:r>
      <w:r>
        <w:t>I cannot go to the details, but I can say that according to my knowledge, there are two-point formula for both the party.</w:t>
      </w:r>
    </w:p>
    <w:p>
      <w:pPr>
        <w:jc w:val="right"/>
      </w:pPr>
      <w:r>
        <w:t>ائی کین ناٹ گو ٹو دا ڈیٹیلز، بٹ ائی کین سے دیٹ اکارڈنگ ٹو مائی نالج، دیر ار ٹو پوائنٹ فارمولا فار بوتھ دا پارٹی۔</w:t>
      </w:r>
    </w:p>
    <w:p>
      <w:r>
        <w:rPr>
          <w:b/>
        </w:rPr>
        <w:t xml:space="preserve">[16:14] </w:t>
      </w:r>
      <w:r>
        <w:t>This formula is based on realism. Arab and Israel both must accept the reality,</w:t>
      </w:r>
    </w:p>
    <w:p>
      <w:pPr>
        <w:jc w:val="right"/>
      </w:pPr>
      <w:r>
        <w:t>دس فارمولا از بیسڈ ان ریلزم۔ عرب اینڈ اسرائیل بوسٹ مسٹ ایکسیپٹ دا ریلیٹی،</w:t>
      </w:r>
    </w:p>
    <w:p>
      <w:r>
        <w:rPr>
          <w:b/>
        </w:rPr>
        <w:t xml:space="preserve">[16:29] </w:t>
      </w:r>
      <w:r>
        <w:t>drives there is no solution. And what is that reality?</w:t>
      </w:r>
    </w:p>
    <w:p>
      <w:pPr>
        <w:jc w:val="right"/>
      </w:pPr>
      <w:r>
        <w:t>ادروائز دیر از نو سولیوشن۔ اینڈ واٹ از دیٹ ریلیٹی؟</w:t>
      </w:r>
    </w:p>
    <w:p>
      <w:r>
        <w:rPr>
          <w:b/>
        </w:rPr>
        <w:t xml:space="preserve">[16:38] </w:t>
      </w:r>
      <w:r>
        <w:t>in shart, ai kan se dat</w:t>
      </w:r>
    </w:p>
    <w:p>
      <w:pPr>
        <w:jc w:val="right"/>
      </w:pPr>
      <w:r>
        <w:t>ان شارٹ، ائی کین سے دیٹ</w:t>
      </w:r>
    </w:p>
    <w:p>
      <w:r>
        <w:rPr>
          <w:b/>
        </w:rPr>
        <w:t xml:space="preserve">[16:45] </w:t>
      </w:r>
      <w:r>
        <w:t>Muslims or Arabs must abandon all kind of violence. They must disarm their violent factions.</w:t>
      </w:r>
    </w:p>
    <w:p>
      <w:pPr>
        <w:jc w:val="right"/>
      </w:pPr>
      <w:r>
        <w:t>مسلم اور عرب مسٹ ابینڈن ال کائنڈ اف وائلنس۔ دے مسٹ ڈسارم دیر بلیٹنٹ فیکشنز</w:t>
      </w:r>
    </w:p>
    <w:p>
      <w:r>
        <w:rPr>
          <w:b/>
        </w:rPr>
        <w:t xml:space="preserve">[17:01] </w:t>
      </w:r>
      <w:r>
        <w:t>baehart.</w:t>
      </w:r>
    </w:p>
    <w:p>
      <w:pPr>
        <w:jc w:val="right"/>
      </w:pPr>
      <w:r>
        <w:t>بائے ہارٹ۔</w:t>
      </w:r>
    </w:p>
    <w:p>
      <w:r>
        <w:rPr>
          <w:b/>
        </w:rPr>
        <w:t xml:space="preserve">[17:04] </w:t>
      </w:r>
      <w:r>
        <w:t>They must adopt peaceful activism in complete sense of the word, otherwise there is no solution.</w:t>
      </w:r>
    </w:p>
    <w:p>
      <w:pPr>
        <w:jc w:val="right"/>
      </w:pPr>
      <w:r>
        <w:t>دے مسٹ اڈاپٹ پیس فل ایکٹیوزم ان کمپلیٹ سینس اف دا ورڈ، ادروائز دیر از نو سولیوشن۔</w:t>
      </w:r>
    </w:p>
    <w:p>
      <w:r>
        <w:rPr>
          <w:b/>
        </w:rPr>
        <w:t xml:space="preserve">[17:17] </w:t>
      </w:r>
      <w:r>
        <w:t>at present, Muslims are creative threat to Israel every day and night by their militancy.</w:t>
      </w:r>
    </w:p>
    <w:p>
      <w:pPr>
        <w:jc w:val="right"/>
      </w:pPr>
      <w:r>
        <w:t>ایٹ پریزنٹ، مسلمز ار کریٹیو تھریٹ ٹو اسرائیل ایوری ڈے اینڈ نائٹ بائے دیر ملٹینسی۔</w:t>
      </w:r>
    </w:p>
    <w:p>
      <w:r>
        <w:rPr>
          <w:b/>
        </w:rPr>
        <w:t xml:space="preserve">[17:28] </w:t>
      </w:r>
      <w:r>
        <w:t>So, when you are creative traits to the other party, then there is no solution. So, first of all, Muslims must abide,</w:t>
      </w:r>
    </w:p>
    <w:p>
      <w:pPr>
        <w:jc w:val="right"/>
      </w:pPr>
      <w:r>
        <w:t>سو، وین یو ار کریٹیو تھریٹس ٹو دا ادر پارٹی، دین دیر از نو سولیوشن۔ سو، فرسٹ اف ال، مسلمز مسٹ ابینڈن،</w:t>
      </w:r>
    </w:p>
    <w:p>
      <w:r>
        <w:rPr>
          <w:b/>
        </w:rPr>
        <w:t xml:space="preserve">[17:42] </w:t>
      </w:r>
      <w:r>
        <w:t>Arab missed behind all those militant activities.</w:t>
      </w:r>
    </w:p>
    <w:p>
      <w:pPr>
        <w:jc w:val="right"/>
      </w:pPr>
      <w:r>
        <w:t>عرب مسٹ ابینڈن بائے ہارٹ ال دوز ملٹنٹ ایکٹیویٹیز۔</w:t>
      </w:r>
    </w:p>
    <w:p>
      <w:r>
        <w:rPr>
          <w:b/>
        </w:rPr>
        <w:t xml:space="preserve">[17:51] </w:t>
      </w:r>
      <w:r>
        <w:t>de mist disarm all doz ngos</w:t>
      </w:r>
    </w:p>
    <w:p>
      <w:pPr>
        <w:jc w:val="right"/>
      </w:pPr>
      <w:r>
        <w:t>دے مسٹ ڈسارم ال دوز این جی اوز</w:t>
      </w:r>
    </w:p>
    <w:p>
      <w:r>
        <w:rPr>
          <w:b/>
        </w:rPr>
        <w:t xml:space="preserve">[17:59] </w:t>
      </w:r>
      <w:r>
        <w:t>like Hamas and Hezbollah and other militant factions.</w:t>
      </w:r>
    </w:p>
    <w:p>
      <w:pPr>
        <w:jc w:val="right"/>
      </w:pPr>
      <w:r>
        <w:t>لائک حماس اینڈ حزب اللہ اینڈ ادر ملٹنٹ فیکشنز۔</w:t>
      </w:r>
    </w:p>
    <w:p>
      <w:r>
        <w:rPr>
          <w:b/>
        </w:rPr>
        <w:t xml:space="preserve">[18:07] </w:t>
      </w:r>
      <w:r>
        <w:t>completely disarmament is the solution.</w:t>
      </w:r>
    </w:p>
    <w:p>
      <w:pPr>
        <w:jc w:val="right"/>
      </w:pPr>
      <w:r>
        <w:t>کمپلیٹلی ڈسارمنٹ از دا سولیوشن۔</w:t>
      </w:r>
    </w:p>
    <w:p>
      <w:r>
        <w:rPr>
          <w:b/>
        </w:rPr>
        <w:t xml:space="preserve">[18:13] </w:t>
      </w:r>
      <w:r>
        <w:t>When you are giving threat every day and night to the other party, then you cannot expect that they will enter into fruitful negotiation.</w:t>
      </w:r>
    </w:p>
    <w:p>
      <w:pPr>
        <w:jc w:val="right"/>
      </w:pPr>
      <w:r>
        <w:t>وین یو ار گیونگ تھریٹ ایوری ڈے اینڈ نائٹ، دی ادر پارٹ ٹو دی ادر پارٹی، دین یو کین ناٹ ایکسپیکٹ دیٹ دے ول انٹر انٹو انٹو فریٹ فل نیگوشی ایشن۔</w:t>
      </w:r>
    </w:p>
    <w:p>
      <w:r>
        <w:rPr>
          <w:b/>
        </w:rPr>
        <w:t xml:space="preserve">[18:28] </w:t>
      </w:r>
      <w:r>
        <w:t>So, this is the first prerequisite for Arab.</w:t>
      </w:r>
    </w:p>
    <w:p>
      <w:pPr>
        <w:jc w:val="right"/>
      </w:pPr>
      <w:r>
        <w:t>سو، دس از دا فرسٹ پری ریکویزٹ فار عرب۔</w:t>
      </w:r>
    </w:p>
    <w:p>
      <w:r>
        <w:rPr>
          <w:b/>
        </w:rPr>
        <w:t xml:space="preserve">[18:35] </w:t>
      </w:r>
      <w:r>
        <w:t>then for Israel, I would like to say that</w:t>
      </w:r>
    </w:p>
    <w:p>
      <w:pPr>
        <w:jc w:val="right"/>
      </w:pPr>
      <w:r>
        <w:t>دین فار اسرائیل، ائی وڈ لائک ٹو سے دیٹ</w:t>
      </w:r>
    </w:p>
    <w:p>
      <w:r>
        <w:rPr>
          <w:b/>
        </w:rPr>
        <w:t xml:space="preserve">[18:42] </w:t>
      </w:r>
      <w:r>
        <w:t>What was Israel in 1948? That was legitimate Israel, that was legitimate border of Israel. What was given to them under the Balfour verdict in 1948?</w:t>
      </w:r>
    </w:p>
    <w:p>
      <w:pPr>
        <w:jc w:val="right"/>
      </w:pPr>
      <w:r>
        <w:t>واٹ واز اسرائیل ان 1948؟ دیٹ واز لیجیٹیمیٹ اسرائیل، دیٹ واز لیجیٹیمیٹ بارڈر اف اسرائیل۔ واٹ واز گیون ٹو دیم انڈر دی بال فور ورڈکٹ ان 1948؟</w:t>
      </w:r>
    </w:p>
    <w:p>
      <w:r>
        <w:rPr>
          <w:b/>
        </w:rPr>
        <w:t xml:space="preserve">[19:00] </w:t>
      </w:r>
      <w:r>
        <w:t>That was legitimate Israel according to the United Nations.</w:t>
      </w:r>
    </w:p>
    <w:p>
      <w:pPr>
        <w:jc w:val="right"/>
      </w:pPr>
      <w:r>
        <w:t>دیٹ واز لیجیٹیمیٹ اسرائیل اکارنٹ ٹو دی یونائٹڈ نیشنز۔</w:t>
      </w:r>
    </w:p>
    <w:p>
      <w:r>
        <w:rPr>
          <w:b/>
        </w:rPr>
        <w:t xml:space="preserve">[19:05] </w:t>
      </w:r>
      <w:r>
        <w:t>But what? But after 1948, they expanded their area.</w:t>
      </w:r>
    </w:p>
    <w:p>
      <w:pPr>
        <w:jc w:val="right"/>
      </w:pPr>
      <w:r>
        <w:t>بٹ واٹ؟ بٹ افٹر 1948، دے ایکسپینڈڈ دیر دیر ایریا۔</w:t>
      </w:r>
    </w:p>
    <w:p>
      <w:r>
        <w:rPr>
          <w:b/>
        </w:rPr>
        <w:t xml:space="preserve">[19:21] </w:t>
      </w:r>
      <w:r>
        <w:t>so, now one part of Israel is legitimate Israel, and the other part of Israel is illegitimate Israel.</w:t>
      </w:r>
    </w:p>
    <w:p>
      <w:pPr>
        <w:jc w:val="right"/>
      </w:pPr>
      <w:r>
        <w:t>سو، ناؤ ون پارٹ اف اسرائیل از لیجیٹیمیٹ اسرائیل، ان دی ادر پارٹ اف اسرائیل از الیجیٹیمیٹ اسرائیل۔</w:t>
      </w:r>
    </w:p>
    <w:p>
      <w:r>
        <w:rPr>
          <w:b/>
        </w:rPr>
        <w:t xml:space="preserve">[19:30] </w:t>
      </w:r>
      <w:r>
        <w:t>so Israel must pull out from the illegitimate part. they must return to the to the 1948 border,</w:t>
      </w:r>
    </w:p>
    <w:p>
      <w:pPr>
        <w:jc w:val="right"/>
      </w:pPr>
      <w:r>
        <w:t>تو اسرائیل مسٹ پل آؤٹ فرام دا الیجیٹیمیٹ پارٹ۔ دے مسٹ ریٹرن ٹو دا ٹو دا 1948 بارڈر،</w:t>
      </w:r>
    </w:p>
    <w:p>
      <w:r>
        <w:rPr>
          <w:b/>
        </w:rPr>
        <w:t xml:space="preserve">[19:48] </w:t>
      </w:r>
      <w:r>
        <w:t>otherwise there is no solution.</w:t>
      </w:r>
    </w:p>
    <w:p>
      <w:pPr>
        <w:jc w:val="right"/>
      </w:pPr>
      <w:r>
        <w:t>ادروائز دیر از نو سولیوشن۔</w:t>
      </w:r>
    </w:p>
    <w:p>
      <w:r>
        <w:rPr>
          <w:b/>
        </w:rPr>
        <w:t xml:space="preserve">[19:54] </w:t>
      </w:r>
      <w:r>
        <w:t>so, Arab people must disarm their militant factions, and Israel must pull out its forces from that area that was captured by them after 1948.</w:t>
      </w:r>
    </w:p>
    <w:p>
      <w:pPr>
        <w:jc w:val="right"/>
      </w:pPr>
      <w:r>
        <w:t>سو، عرب پیپل مسٹ ڈسارم دیر ملٹنٹ فیکشنز، اینڈ اسرائیل مسٹ پل آؤٹ اٹس فورسز فرام دیٹ ایریا دیٹ واز کیپچرڈ بائے دیم افٹر 1948۔</w:t>
      </w:r>
    </w:p>
    <w:p>
      <w:r>
        <w:rPr>
          <w:b/>
        </w:rPr>
        <w:t xml:space="preserve">[20:14] </w:t>
      </w:r>
      <w:r>
        <w:t>two point formula, I don't think that any other formula can yield any positive result.</w:t>
      </w:r>
    </w:p>
    <w:p>
      <w:pPr>
        <w:jc w:val="right"/>
      </w:pPr>
      <w:r>
        <w:t>ٹو پوائنٹ فارمولا، ائی ڈونٹ تھنک دیٹ اینی ادر فارمولا کین ایلڈ اینی پازیٹیو رزلٹ۔</w:t>
      </w:r>
    </w:p>
    <w:p>
      <w:r>
        <w:rPr>
          <w:b/>
        </w:rPr>
        <w:t xml:space="preserve">[20:24] </w:t>
      </w:r>
      <w:r>
        <w:t>although this formula is very difficult, but simply peace up is not enough to solve any problem.</w:t>
      </w:r>
    </w:p>
    <w:p>
      <w:pPr>
        <w:jc w:val="right"/>
      </w:pPr>
      <w:r>
        <w:t>الدو دس فارمولا از ویری ڈیفیکلٹ، بٹ سمپلی پیش اپ از ناٹ انف ٹو سالو اینی پرابلم۔</w:t>
      </w:r>
    </w:p>
    <w:p>
      <w:r>
        <w:rPr>
          <w:b/>
        </w:rPr>
        <w:t xml:space="preserve">[20:34] </w:t>
      </w:r>
      <w:r>
        <w:t>you have to be realist. if you want to establish peace, then you have to accept the reality.</w:t>
      </w:r>
    </w:p>
    <w:p>
      <w:pPr>
        <w:jc w:val="right"/>
      </w:pPr>
      <w:r>
        <w:t>یو ہیو ٹو بی ریلسٹ۔ اف یو وانٹ ٹو اسٹیبلش پیس، دین یو ہیو ٹو ایکسیپٹ دا ریلیٹی۔</w:t>
      </w:r>
    </w:p>
    <w:p>
      <w:r>
        <w:rPr>
          <w:b/>
        </w:rPr>
        <w:t xml:space="preserve">[20:54] </w:t>
      </w:r>
      <w:r>
        <w:t>it is reality that Israel must not live in fear.</w:t>
      </w:r>
    </w:p>
    <w:p>
      <w:pPr>
        <w:jc w:val="right"/>
      </w:pPr>
      <w:r>
        <w:t>اٹ از ریلیٹی دیٹ اسرائیل مسٹ ناٹ لیو ان فیئر۔</w:t>
      </w:r>
    </w:p>
    <w:p>
      <w:r>
        <w:rPr>
          <w:b/>
        </w:rPr>
        <w:t xml:space="preserve">[21:01] </w:t>
      </w:r>
      <w:r>
        <w:t>then again, it is reality that Israel must not</w:t>
      </w:r>
    </w:p>
    <w:p>
      <w:pPr>
        <w:jc w:val="right"/>
      </w:pPr>
      <w:r>
        <w:t>دین اگین، اٹ از ریلیٹی دیٹ اسرائیل مسٹ ناٹ</w:t>
      </w:r>
    </w:p>
    <w:p>
      <w:r>
        <w:rPr>
          <w:b/>
        </w:rPr>
        <w:t xml:space="preserve">[21:11] </w:t>
      </w:r>
      <w:r>
        <w:t>must not</w:t>
      </w:r>
    </w:p>
    <w:p>
      <w:pPr>
        <w:jc w:val="right"/>
      </w:pPr>
      <w:r>
        <w:t>مسٹ ناٹ</w:t>
      </w:r>
    </w:p>
    <w:p>
      <w:r>
        <w:rPr>
          <w:b/>
        </w:rPr>
        <w:t xml:space="preserve">[21:16] </w:t>
      </w:r>
      <w:r>
        <w:t>live in what is illegitimate according to the United Nations.</w:t>
      </w:r>
    </w:p>
    <w:p>
      <w:pPr>
        <w:jc w:val="right"/>
      </w:pPr>
      <w:r>
        <w:t>لیو ان واٹ از الیجیٹیمیٹ اکارنٹ ٹو دی یونائٹڈ نیشنز۔</w:t>
      </w:r>
    </w:p>
    <w:p>
      <w:r>
        <w:rPr>
          <w:b/>
        </w:rPr>
        <w:t xml:space="preserve">[21:22] </w:t>
      </w:r>
      <w:r>
        <w:t>so, both the party must</w:t>
      </w:r>
    </w:p>
    <w:p>
      <w:pPr>
        <w:jc w:val="right"/>
      </w:pPr>
      <w:r>
        <w:t>سو، بوتھ دا پارٹی مسٹ</w:t>
      </w:r>
    </w:p>
    <w:p>
      <w:r>
        <w:rPr>
          <w:b/>
        </w:rPr>
        <w:t xml:space="preserve">[21:27] </w:t>
      </w:r>
      <w:r>
        <w:t>must must accept the reality, otherwise there is no solution.</w:t>
      </w:r>
    </w:p>
    <w:p>
      <w:pPr>
        <w:jc w:val="right"/>
      </w:pPr>
      <w:r>
        <w:t>مسٹ مسٹ ایکسیپٹ دا ریلیٹی، ادروائز دیر از نو سولیوشن۔</w:t>
      </w:r>
    </w:p>
    <w:p>
      <w:r>
        <w:rPr>
          <w:b/>
        </w:rPr>
        <w:t xml:space="preserve">[21:35] </w:t>
      </w:r>
      <w:r>
        <w:t>then let's take the third issue: does it democracy?</w:t>
      </w:r>
    </w:p>
    <w:p>
      <w:pPr>
        <w:jc w:val="right"/>
      </w:pPr>
      <w:r>
        <w:t>دین لیٹس ٹیک دا تھرڈ ایشو: ڈزٹ ڈیموکریسی؟</w:t>
      </w:r>
    </w:p>
    <w:p>
      <w:r>
        <w:rPr>
          <w:b/>
        </w:rPr>
        <w:t xml:space="preserve">[21:44] </w:t>
      </w:r>
      <w:r>
        <w:t>is a very stage that many Muslim thinkers, many Islamic thinkers, claim that it's democracy and Islamic theory.</w:t>
      </w:r>
    </w:p>
    <w:p>
      <w:pPr>
        <w:jc w:val="right"/>
      </w:pPr>
      <w:r>
        <w:t>از ا ویری سٹیج دیٹ مینی مسلم تھنکرز، مینی اسلامک تھنکرز، کلیم دیٹ اٹس ڈیموکریسی اینڈ ان اسلامک تھیوری۔</w:t>
      </w:r>
    </w:p>
    <w:p>
      <w:r>
        <w:rPr>
          <w:b/>
        </w:rPr>
        <w:t xml:space="preserve">[21:59] </w:t>
      </w:r>
      <w:r>
        <w:t>it is very strange.</w:t>
      </w:r>
    </w:p>
    <w:p>
      <w:pPr>
        <w:jc w:val="right"/>
      </w:pPr>
      <w:r>
        <w:t>اٹ از ویری سٹرینج۔</w:t>
      </w:r>
    </w:p>
    <w:p>
      <w:r>
        <w:rPr>
          <w:b/>
        </w:rPr>
        <w:t xml:space="preserve">[22:03] </w:t>
      </w:r>
      <w:r>
        <w:t>I would like to say that this kind of statement that democracy, democracy in Islamic concept is neither Islamic and rational.</w:t>
      </w:r>
    </w:p>
    <w:p>
      <w:pPr>
        <w:jc w:val="right"/>
      </w:pPr>
      <w:r>
        <w:t>ائی وڈ لائک ٹو سے دیٹ دس کائنڈ اف سٹیٹمنٹ دیٹ ڈیموکریسی، ڈیموکریسی ان اسلامک کانسیپٹ از نیدر اسلامک اینڈ ریشنل۔</w:t>
      </w:r>
    </w:p>
    <w:p>
      <w:r>
        <w:rPr>
          <w:b/>
        </w:rPr>
        <w:t xml:space="preserve">[22:18] </w:t>
      </w:r>
      <w:r>
        <w:t>this kind of statement is un Islamic as well irrational. now, what is democracy?</w:t>
      </w:r>
    </w:p>
    <w:p>
      <w:pPr>
        <w:jc w:val="right"/>
      </w:pPr>
      <w:r>
        <w:t>دس کائنڈ اف سٹیٹمنٹ از ان اسلامک ایز ویل ارریشنل۔ ناؤ، واٹ از ڈیموکریسی؟</w:t>
      </w:r>
    </w:p>
    <w:p>
      <w:r>
        <w:rPr>
          <w:b/>
        </w:rPr>
        <w:t xml:space="preserve">[22:31] </w:t>
      </w:r>
      <w:r>
        <w:t>democracy is neither pro religious and not anti religious. democracy is simply a political adjustment, that's all.</w:t>
      </w:r>
    </w:p>
    <w:p>
      <w:pPr>
        <w:jc w:val="right"/>
      </w:pPr>
      <w:r>
        <w:t>ڈیموکریسی از نیدر پرو ریلیجیس اینڈ ناٹ اینٹی ریلیجیس۔ ڈیموکریسی از سمپلی ا پولیٹیکل ایڈجسٹمنٹ، دیٹس ال۔</w:t>
      </w:r>
    </w:p>
    <w:p>
      <w:r>
        <w:rPr>
          <w:b/>
        </w:rPr>
        <w:t xml:space="preserve">[22:48] </w:t>
      </w:r>
      <w:r>
        <w:t>democracy is simply a political adjustment</w:t>
      </w:r>
    </w:p>
    <w:p>
      <w:pPr>
        <w:jc w:val="right"/>
      </w:pPr>
      <w:r>
        <w:t>ڈیموکریسی از سمپلی ا پولیٹیکل ایڈجسٹمنٹ</w:t>
      </w:r>
    </w:p>
    <w:p>
      <w:r>
        <w:rPr>
          <w:b/>
        </w:rPr>
        <w:t xml:space="preserve">[22:53] </w:t>
      </w:r>
      <w:r>
        <w:t>. you know where there are many communities, many</w:t>
      </w:r>
    </w:p>
    <w:p>
      <w:pPr>
        <w:jc w:val="right"/>
      </w:pPr>
      <w:r>
        <w:t>۔ یو نو ویر دیر ار مینی کمیونٹیز، مینی</w:t>
      </w:r>
    </w:p>
    <w:p>
      <w:r>
        <w:rPr>
          <w:b/>
        </w:rPr>
        <w:t xml:space="preserve">[23:04] </w:t>
      </w:r>
      <w:r>
        <w:t>many religious groups. so, how to establish peace among them? so, democracy is the solution that is government of the people by the people for the people.</w:t>
      </w:r>
    </w:p>
    <w:p>
      <w:pPr>
        <w:jc w:val="right"/>
      </w:pPr>
      <w:r>
        <w:t>مینی ریلیجیس گروپس۔ سو، ہاؤ ٹو اسٹیبلش پیس امنگ دیم؟ سو، ڈیموکریسی از دا سولیوشن دیٹ از گورنمنٹ اف دا پیپل بائے دا پیپل فار دا پیپل۔</w:t>
      </w:r>
    </w:p>
    <w:p>
      <w:r>
        <w:rPr>
          <w:b/>
        </w:rPr>
        <w:t xml:space="preserve">[23:22] </w:t>
      </w:r>
      <w:r>
        <w:t>it means that</w:t>
      </w:r>
    </w:p>
    <w:p>
      <w:pPr>
        <w:jc w:val="right"/>
      </w:pPr>
      <w:r>
        <w:t>اٹ مینز دیٹ</w:t>
      </w:r>
    </w:p>
    <w:p>
      <w:r>
        <w:rPr>
          <w:b/>
        </w:rPr>
        <w:t xml:space="preserve">[23:26] </w:t>
      </w:r>
      <w:r>
        <w:t>we have to organize elections after four or five years periodically, and any party, and by by way of fair and and free elections.</w:t>
      </w:r>
    </w:p>
    <w:p>
      <w:pPr>
        <w:jc w:val="right"/>
      </w:pPr>
      <w:r>
        <w:t>وی ہیو ٹو ارگنائز الیکشنز افٹر فور اور فائیو ایئرز پیریڈیکلی، اینڈ اینی پارٹی، اینڈ بائے بائے وے اف فیئر اینڈ اینڈ فری الیکشنز۔</w:t>
      </w:r>
    </w:p>
    <w:p>
      <w:r>
        <w:rPr>
          <w:b/>
        </w:rPr>
        <w:t xml:space="preserve">[23:45] </w:t>
      </w:r>
      <w:r>
        <w:t>so, any party that emerges, a majority party, he will be allowed to rule.</w:t>
      </w:r>
    </w:p>
    <w:p>
      <w:pPr>
        <w:jc w:val="right"/>
      </w:pPr>
      <w:r>
        <w:t>سو، اینی پارٹی دیٹ ایمرجز، ا میجورٹی پارٹی، ہی ول بی الاؤڈ ٹو رول۔</w:t>
      </w:r>
    </w:p>
    <w:p>
      <w:r>
        <w:rPr>
          <w:b/>
        </w:rPr>
        <w:t xml:space="preserve">[23:54] </w:t>
      </w:r>
      <w:r>
        <w:t>democracy means rule of majority. democracy simply means rule of majority. so, those people who are in majority in a society, they have right to rule.</w:t>
      </w:r>
    </w:p>
    <w:p>
      <w:pPr>
        <w:jc w:val="right"/>
      </w:pPr>
      <w:r>
        <w:t>ڈیموکریسی مینز رول اف میجورٹی۔ ڈیموکریسی سمپلی مینز رول اف میجورٹی۔ سو، دوز پیپل ہو ار ان میجورٹی ان اے سوسائٹی، دے ہیو رائٹ ٹو رول۔</w:t>
      </w:r>
    </w:p>
    <w:p>
      <w:r>
        <w:rPr>
          <w:b/>
        </w:rPr>
        <w:t xml:space="preserve">[24:12] </w:t>
      </w:r>
      <w:r>
        <w:t>rule means administration. rule doesn't mean empire.</w:t>
      </w:r>
    </w:p>
    <w:p>
      <w:pPr>
        <w:jc w:val="right"/>
      </w:pPr>
      <w:r>
        <w:t>رول مینز ایڈمنسٹریشن۔ رول ڈزنٹ مین ایمپائر۔</w:t>
      </w:r>
    </w:p>
    <w:p>
      <w:r>
        <w:rPr>
          <w:b/>
        </w:rPr>
        <w:t xml:space="preserve">[24:20] </w:t>
      </w:r>
      <w:r>
        <w:t>in our present age, government is simply administration. it means that all the other fields,</w:t>
      </w:r>
    </w:p>
    <w:p>
      <w:pPr>
        <w:jc w:val="right"/>
      </w:pPr>
      <w:r>
        <w:t>ان اور پریزنٹ ایج، گورنمنٹ از سمپلی ایڈمنسٹریشن۔ اٹ مینز دیٹ ال دا ادر فیلڈز،</w:t>
      </w:r>
    </w:p>
    <w:p>
      <w:r>
        <w:rPr>
          <w:b/>
        </w:rPr>
        <w:t xml:space="preserve">[24:33] </w:t>
      </w:r>
      <w:r>
        <w:t>all the fields other than political power, are open for all.</w:t>
      </w:r>
    </w:p>
    <w:p>
      <w:pPr>
        <w:jc w:val="right"/>
      </w:pPr>
      <w:r>
        <w:t>ال دا فیلڈز ادر دین پولیٹیکل پاور، ار اوپن فار ال۔</w:t>
      </w:r>
    </w:p>
    <w:p>
      <w:r>
        <w:rPr>
          <w:b/>
        </w:rPr>
        <w:t xml:space="preserve">[24:40] </w:t>
      </w:r>
      <w:r>
        <w:t>for example, education, religious activities, dawa work, and industry, and business, and social work, and journalism, and book business, and literary activities.</w:t>
      </w:r>
    </w:p>
    <w:p>
      <w:pPr>
        <w:jc w:val="right"/>
      </w:pPr>
      <w:r>
        <w:t>فار ایگزیمپل، ایجوکیشن، ریلیجیس ایکٹیویٹیز، داوا ورک، اینڈ انڈسٹری، اینڈ بزنس، اینڈ سوشل ورک، اینڈ جرنلزم، اینڈ بک بزنس، اینڈ لٹری ایکٹیویٹیز۔</w:t>
      </w:r>
    </w:p>
    <w:p>
      <w:r>
        <w:rPr>
          <w:b/>
        </w:rPr>
        <w:t xml:space="preserve">[24:57] </w:t>
      </w:r>
      <w:r>
        <w:t>all these branches of life are open for everyone.</w:t>
      </w:r>
    </w:p>
    <w:p>
      <w:pPr>
        <w:jc w:val="right"/>
      </w:pPr>
      <w:r>
        <w:t>ال دیز برانچز اف لائف ار اوپن فار ایوری ون۔</w:t>
      </w:r>
    </w:p>
    <w:p>
      <w:r>
        <w:rPr>
          <w:b/>
        </w:rPr>
        <w:t xml:space="preserve">[25:02] </w:t>
      </w:r>
      <w:r>
        <w:t>so, democracy means simply, democracy is like a like a political adjustment</w:t>
      </w:r>
    </w:p>
    <w:p>
      <w:pPr>
        <w:jc w:val="right"/>
      </w:pPr>
      <w:r>
        <w:t>سو، ڈیموکریسی مینز سمپلی، ڈیموکریسی از لائک ا لائک ا پولیٹیکل ایڈجسٹمنٹ</w:t>
      </w:r>
    </w:p>
    <w:p>
      <w:r>
        <w:rPr>
          <w:b/>
        </w:rPr>
        <w:t xml:space="preserve">[25:15] </w:t>
      </w:r>
      <w:r>
        <w:t>by the way of consensus. so, it is it is quite islamic. it is there is no wrong, there is no un islamic in this in this concept.</w:t>
      </w:r>
    </w:p>
    <w:p>
      <w:pPr>
        <w:jc w:val="right"/>
      </w:pPr>
      <w:r>
        <w:t>بائے دا وے اف کنسنسس۔ سو، اٹ از اٹ از کوائٹ اسلامک۔ اٹ از دیر از نو رونگ، دیر از نو ان اسلامک ان دس ان دس کانسیپٹ۔</w:t>
      </w:r>
    </w:p>
    <w:p>
      <w:r>
        <w:rPr>
          <w:b/>
        </w:rPr>
        <w:t xml:space="preserve">[25:30] </w:t>
      </w:r>
      <w:r>
        <w:t>there is hadith:</w:t>
      </w:r>
    </w:p>
    <w:p>
      <w:pPr>
        <w:jc w:val="right"/>
      </w:pPr>
      <w:r>
        <w:t>دیر از حدیث:</w:t>
      </w:r>
    </w:p>
    <w:p>
      <w:r>
        <w:rPr>
          <w:b/>
        </w:rPr>
        <w:t xml:space="preserve">[25:34] </w:t>
      </w:r>
      <w:r>
        <w:t>"kama takunoon kadhalika yu'la alaikum". it means that political rule depends on society, on social will.</w:t>
      </w:r>
    </w:p>
    <w:p>
      <w:pPr>
        <w:jc w:val="right"/>
      </w:pPr>
      <w:r>
        <w:t>"کما تكونون کذالک یعلو علیکم"۔ اٹ مینز دیٹ پولیٹیکل رول ڈیپینڈز ان سوسائٹی، ان سوشل ول۔</w:t>
      </w:r>
    </w:p>
    <w:p>
      <w:r>
        <w:rPr>
          <w:b/>
        </w:rPr>
        <w:t xml:space="preserve">[25:46] </w:t>
      </w:r>
      <w:r>
        <w:t>then there is a verse in the quran: "amruhum shura baynahum". it means that political affairs must be decided according to the democracy.</w:t>
      </w:r>
    </w:p>
    <w:p>
      <w:pPr>
        <w:jc w:val="right"/>
      </w:pPr>
      <w:r>
        <w:t>دین دیر از ا ورس ان دا قران: "امرہم شراب بنہم"۔ اٹ مینز دیٹ پولیٹیکل افیئرز مسٹ بی ڈیسائیڈ اکارنٹ ٹو دا ڈیموکریسی۔</w:t>
      </w:r>
    </w:p>
    <w:p>
      <w:r>
        <w:rPr>
          <w:b/>
        </w:rPr>
        <w:t xml:space="preserve">[26:00] </w:t>
      </w:r>
      <w:r>
        <w:t>amruhum shura baynahum means democracy.</w:t>
      </w:r>
    </w:p>
    <w:p>
      <w:pPr>
        <w:jc w:val="right"/>
      </w:pPr>
      <w:r>
        <w:t>امرہم شراب بنہم مینز ڈیموکریسی۔</w:t>
      </w:r>
    </w:p>
    <w:p>
      <w:r>
        <w:rPr>
          <w:b/>
        </w:rPr>
        <w:t xml:space="preserve">[26:08] </w:t>
      </w:r>
      <w:r>
        <w:t>so, if a society has many religious groups, so if you want to implement one religion in the society,</w:t>
      </w:r>
    </w:p>
    <w:p>
      <w:pPr>
        <w:jc w:val="right"/>
      </w:pPr>
      <w:r>
        <w:t>سو، اف ا سوسائٹی ہیز مینی ریلیجیس گروپس، سو اف یو وانٹ ٹو امپلیمنٹ ون ریلیجن ان دا سوسائٹی،</w:t>
      </w:r>
    </w:p>
    <w:p>
      <w:r>
        <w:rPr>
          <w:b/>
        </w:rPr>
        <w:t xml:space="preserve">[26:24] </w:t>
      </w:r>
      <w:r>
        <w:t>it is bound to produce conflict, fighting, violence.</w:t>
      </w:r>
    </w:p>
    <w:p>
      <w:pPr>
        <w:jc w:val="right"/>
      </w:pPr>
      <w:r>
        <w:t>اٹ از باؤنڈ ٹو پروڈیوس کانفلکٹ، فائٹنگ، وائلنس۔</w:t>
      </w:r>
    </w:p>
    <w:p>
      <w:r>
        <w:rPr>
          <w:b/>
        </w:rPr>
        <w:t xml:space="preserve">[26:30] </w:t>
      </w:r>
      <w:r>
        <w:t>you can see the result in in pakistan, in afghanistan and elsewhere. so, is not islam. islam means peace.</w:t>
      </w:r>
    </w:p>
    <w:p>
      <w:pPr>
        <w:jc w:val="right"/>
      </w:pPr>
      <w:r>
        <w:t>یو کین سی دا رزلٹ ان ان پاکستان، ان افغانستان اینڈ ایلس ویئر۔ سو، از ناٹ اسلام۔ اسلام مینز پیس۔</w:t>
      </w:r>
    </w:p>
    <w:p>
      <w:r>
        <w:rPr>
          <w:b/>
        </w:rPr>
        <w:t xml:space="preserve">[26:42] </w:t>
      </w:r>
      <w:r>
        <w:t>the basic criteria is peace. peaceful settlement is the islamic principle.</w:t>
      </w:r>
    </w:p>
    <w:p>
      <w:pPr>
        <w:jc w:val="right"/>
      </w:pPr>
      <w:r>
        <w:t>دا بیسک کرائٹیریا از پیس۔ ان پیس فل سیٹلمنٹ از دا اسلامک پرنسپل۔</w:t>
      </w:r>
    </w:p>
    <w:p>
      <w:r>
        <w:rPr>
          <w:b/>
        </w:rPr>
        <w:t xml:space="preserve">[26:52] </w:t>
      </w:r>
      <w:r>
        <w:t>so, democracy is the only way to settle matters peacefully.</w:t>
      </w:r>
    </w:p>
    <w:p>
      <w:pPr>
        <w:jc w:val="right"/>
      </w:pPr>
      <w:r>
        <w:t>سو، ڈیموکریسی از دا اونلی وے ٹو سیٹل میٹرز پیس فلی۔</w:t>
      </w:r>
    </w:p>
    <w:p>
      <w:r>
        <w:rPr>
          <w:b/>
        </w:rPr>
        <w:t xml:space="preserve">[27:02] </w:t>
      </w:r>
      <w:r>
        <w:t>you know when prophet migrated from mecca and settled in medina, so at the time in medina, there were three three groups:</w:t>
      </w:r>
    </w:p>
    <w:p>
      <w:pPr>
        <w:jc w:val="right"/>
      </w:pPr>
      <w:r>
        <w:t>یو نو وین پرافٹ مائیگریٹڈ فرام مکہ اینڈ سیٹل ان مدینہ، تو ایٹ دا ٹائم ان مدینہ، دیر وار تھری تھری گروپس:</w:t>
      </w:r>
    </w:p>
    <w:p>
      <w:r>
        <w:rPr>
          <w:b/>
        </w:rPr>
        <w:t xml:space="preserve">[27:21] </w:t>
      </w:r>
      <w:r>
        <w:t>muslims and jews and some mushriks also. so, it was a multi religious society.</w:t>
      </w:r>
    </w:p>
    <w:p>
      <w:pPr>
        <w:jc w:val="right"/>
      </w:pPr>
      <w:r>
        <w:t>مسلمز اینڈ جیوز اینڈ سم مشرکس السو۔ سو، اٹ واز ا ملٹی ریلیجیس سوسائٹی۔</w:t>
      </w:r>
    </w:p>
    <w:p>
      <w:r>
        <w:rPr>
          <w:b/>
        </w:rPr>
        <w:t xml:space="preserve">[27:36] </w:t>
      </w:r>
      <w:r>
        <w:t>now, medina is a muslim society, but at that time, when prophet of islam migrated from mecca and settled in medina, so at that time, medina was a multi religious society.</w:t>
      </w:r>
    </w:p>
    <w:p>
      <w:pPr>
        <w:jc w:val="right"/>
      </w:pPr>
      <w:r>
        <w:t>ناؤ، مدینہ از ا مسلم سوسائٹی، بٹ ایٹ دیٹ ٹائم، وین پرافٹ اف اسلام مائیگریٹڈ فرام مکہ اینڈ سیٹل ان مدینہ، سو ایٹ دیٹ ٹائم، مدینہ واز ا ملٹی ریلیجیس سوسائٹی۔</w:t>
      </w:r>
    </w:p>
    <w:p>
      <w:r>
        <w:rPr>
          <w:b/>
        </w:rPr>
        <w:t xml:space="preserve">[27:51] </w:t>
      </w:r>
      <w:r>
        <w:t>so prophet issued a</w:t>
      </w:r>
    </w:p>
    <w:p>
      <w:pPr>
        <w:jc w:val="right"/>
      </w:pPr>
      <w:r>
        <w:t>تو پرافٹ ایشوڈ ا</w:t>
      </w:r>
    </w:p>
    <w:p>
      <w:r>
        <w:rPr>
          <w:b/>
        </w:rPr>
        <w:t xml:space="preserve">[27:58] </w:t>
      </w:r>
      <w:r>
        <w:t>declaration, is called "misaq al-madinah".</w:t>
      </w:r>
    </w:p>
    <w:p>
      <w:pPr>
        <w:jc w:val="right"/>
      </w:pPr>
      <w:r>
        <w:t>ڈیکلریشن، از کالڈ "میساق المدینہ"۔</w:t>
      </w:r>
    </w:p>
    <w:p>
      <w:r>
        <w:rPr>
          <w:b/>
        </w:rPr>
        <w:t xml:space="preserve">[28:04] </w:t>
      </w:r>
      <w:r>
        <w:t>in this declaration, there was a provision: "lil yahood deenahum wal muslimin deenahum". it means that for jews, their religion for muslim, their religion.</w:t>
      </w:r>
    </w:p>
    <w:p>
      <w:pPr>
        <w:jc w:val="right"/>
      </w:pPr>
      <w:r>
        <w:t>ان دس ڈیکلریشن، دیر واز ا پروویژن: "لل یہود دینہم والمسلمین دینہم"۔ اٹ مینز دیٹ فار جیوز، دیر ریلیجن فار مسلم، دیر ریلیجن۔</w:t>
      </w:r>
    </w:p>
    <w:p>
      <w:r>
        <w:rPr>
          <w:b/>
        </w:rPr>
        <w:t xml:space="preserve">[28:18] </w:t>
      </w:r>
      <w:r>
        <w:t>this is democracy.</w:t>
      </w:r>
    </w:p>
    <w:p>
      <w:pPr>
        <w:jc w:val="right"/>
      </w:pPr>
      <w:r>
        <w:t>دس از ڈیموکریسی۔</w:t>
      </w:r>
    </w:p>
    <w:p>
      <w:r>
        <w:rPr>
          <w:b/>
        </w:rPr>
        <w:t xml:space="preserve">[28:22] </w:t>
      </w:r>
      <w:r>
        <w:t>although prophet of islam was was was administrator of medina at the time.</w:t>
      </w:r>
    </w:p>
    <w:p>
      <w:pPr>
        <w:jc w:val="right"/>
      </w:pPr>
      <w:r>
        <w:t>الدو پرافٹ اف اسلام واز واز واز ایڈمنسٹریٹر اف مدینہ ایٹ دا ٹائم۔</w:t>
      </w:r>
    </w:p>
    <w:p>
      <w:r>
        <w:rPr>
          <w:b/>
        </w:rPr>
        <w:t xml:space="preserve">[28:30] </w:t>
      </w:r>
      <w:r>
        <w:t>in his far administration concern, it was in the hand of prophet of Islam.</w:t>
      </w:r>
    </w:p>
    <w:p>
      <w:pPr>
        <w:jc w:val="right"/>
      </w:pPr>
      <w:r>
        <w:t>ان ایز فار ایڈمنسٹریشن کنسرن، اٹ واز ان دا ہینڈ اف پرافٹ اف اسلام۔</w:t>
      </w:r>
    </w:p>
    <w:p>
      <w:r>
        <w:rPr>
          <w:b/>
        </w:rPr>
        <w:t xml:space="preserve">[28:40] </w:t>
      </w:r>
      <w:r>
        <w:t>prophet of Islam was in modern term, prophet of Islam was the administrator of Madina, but he issued this declaration that "lil muslimeen</w:t>
      </w:r>
    </w:p>
    <w:p>
      <w:pPr>
        <w:jc w:val="right"/>
      </w:pPr>
      <w:r>
        <w:t>پرافٹ اف اسلام واز ان ماڈرن ٹرم، پرافٹ اف اسلام واز دا ایڈمنسٹریٹر اف مدینہ، بٹ ہی ایشوڈ دس ڈیکلریشن دیٹ "لل المسلمین</w:t>
      </w:r>
    </w:p>
    <w:p>
      <w:r>
        <w:rPr>
          <w:b/>
        </w:rPr>
        <w:t xml:space="preserve">[28:59] </w:t>
      </w:r>
      <w:r>
        <w:t>deenhum" yani Muslim and Jews and other religious groups are free to practice their religion.</w:t>
      </w:r>
    </w:p>
    <w:p>
      <w:pPr>
        <w:jc w:val="right"/>
      </w:pPr>
      <w:r>
        <w:t>دینہم" یعنی مسلم اینڈ جیوز اینڈ ادر ریلیجیس گروپس ار فری ٹو پریکٹس دیر ریلیجن۔</w:t>
      </w:r>
    </w:p>
    <w:p>
      <w:r>
        <w:rPr>
          <w:b/>
        </w:rPr>
        <w:t xml:space="preserve">[29:08] </w:t>
      </w:r>
      <w:r>
        <w:t>this was democracy.</w:t>
      </w:r>
    </w:p>
    <w:p>
      <w:pPr>
        <w:jc w:val="right"/>
      </w:pPr>
      <w:r>
        <w:t>دس واز ڈیموکریسی۔</w:t>
      </w:r>
    </w:p>
    <w:p>
      <w:r>
        <w:rPr>
          <w:b/>
        </w:rPr>
        <w:t xml:space="preserve">[29:14] </w:t>
      </w:r>
      <w:r>
        <w:t>so, I think that those Muslims who say that democracy is and Islamic concept, they are wrong.</w:t>
      </w:r>
    </w:p>
    <w:p>
      <w:pPr>
        <w:jc w:val="right"/>
      </w:pPr>
      <w:r>
        <w:t>سو، ائی تھنک دیٹ دوز مسلمز ہو سے دیٹ ڈیموکریسی از اینڈ ان اسلامک کانسیپٹ، دے ار رونگ۔</w:t>
      </w:r>
    </w:p>
    <w:p>
      <w:r>
        <w:rPr>
          <w:b/>
        </w:rPr>
        <w:t xml:space="preserve">[29:26] </w:t>
      </w:r>
      <w:r>
        <w:t>they are wrong.</w:t>
      </w:r>
    </w:p>
    <w:p>
      <w:pPr>
        <w:jc w:val="right"/>
      </w:pPr>
      <w:r>
        <w:t>دے ار رونگ۔</w:t>
      </w:r>
    </w:p>
    <w:p>
      <w:r>
        <w:rPr>
          <w:b/>
        </w:rPr>
        <w:t xml:space="preserve">[29:30] </w:t>
      </w:r>
      <w:r>
        <w:t>according to my study, there are two two kind of teachings in Islam: individual and and and social or political.</w:t>
      </w:r>
    </w:p>
    <w:p>
      <w:pPr>
        <w:jc w:val="right"/>
      </w:pPr>
      <w:r>
        <w:t>اکارنٹ ٹو مائی سٹڈی، دیر ار ٹو ٹو کائنڈ اف ٹیچنگز ان اسلام: انڈیویجول اینڈ اینڈ اینڈ سوشل اور پولیٹیکل۔</w:t>
      </w:r>
    </w:p>
    <w:p>
      <w:r>
        <w:rPr>
          <w:b/>
        </w:rPr>
        <w:t xml:space="preserve">[29:50] </w:t>
      </w:r>
      <w:r>
        <w:t>so, as far the individual teaching is concern, it depends upon your personal will.</w:t>
      </w:r>
    </w:p>
    <w:p>
      <w:pPr>
        <w:jc w:val="right"/>
      </w:pPr>
      <w:r>
        <w:t>سو، ایز فار دا انڈیویجول ٹیچنگ از کنسرن، اٹ ڈیپینڈز اپون یور پرسنل ول۔</w:t>
      </w:r>
    </w:p>
    <w:p>
      <w:r>
        <w:rPr>
          <w:b/>
        </w:rPr>
        <w:t xml:space="preserve">[29:58] </w:t>
      </w:r>
      <w:r>
        <w:t>for example, lets take namaz or salat. if you accept Islam, if you are a believer and you want to perform namaz, it depends upon your own will.</w:t>
      </w:r>
    </w:p>
    <w:p>
      <w:pPr>
        <w:jc w:val="right"/>
      </w:pPr>
      <w:r>
        <w:t>فار ایگزیمپل، لیٹس ٹیک نماز اور صلاۃ۔ اف یو ایکسیپٹ اسلام، اف یو ار ا بیلیور اینڈ یو وانٹ ٹو پرفارم نماز، اٹ ڈیپینڈز اپون یور اون ول۔</w:t>
      </w:r>
    </w:p>
    <w:p>
      <w:r>
        <w:rPr>
          <w:b/>
        </w:rPr>
        <w:t xml:space="preserve">[30:20] </w:t>
      </w:r>
      <w:r>
        <w:t>you dont know, you are you are free to pray salat or not.</w:t>
      </w:r>
    </w:p>
    <w:p>
      <w:pPr>
        <w:jc w:val="right"/>
      </w:pPr>
      <w:r>
        <w:t>یو ڈونٹ نو، یو ار یو ار فری ٹو پری صلاۃ اور ناٹ۔</w:t>
      </w:r>
    </w:p>
    <w:p>
      <w:r>
        <w:rPr>
          <w:b/>
        </w:rPr>
        <w:t xml:space="preserve">[30:28] </w:t>
      </w:r>
      <w:r>
        <w:t>so, I so those teaching that are that are that pertains to individual, depends on individual will, personal will.</w:t>
      </w:r>
    </w:p>
    <w:p>
      <w:pPr>
        <w:jc w:val="right"/>
      </w:pPr>
      <w:r>
        <w:t>تو، ائی تو دوز ٹیچنگ دیٹ ار دیٹ ار دیٹ پرٹینز ٹو انڈیویجول، ڈیپینڈز ان انڈیویجول ول، پرسنل ول۔</w:t>
      </w:r>
    </w:p>
    <w:p>
      <w:r>
        <w:rPr>
          <w:b/>
        </w:rPr>
        <w:t xml:space="preserve">[30:43] </w:t>
      </w:r>
      <w:r>
        <w:t>so, here you are free, are free. but those teachings that relates to in social change or political change,</w:t>
      </w:r>
    </w:p>
    <w:p>
      <w:pPr>
        <w:jc w:val="right"/>
      </w:pPr>
      <w:r>
        <w:t>سو، ہیر یو ار فری، ار فری۔ بٹ دوز ٹیچنگز دیٹ ریلیٹس ٹو ان سوشل چینج اور پولیٹیکل چینج،</w:t>
      </w:r>
    </w:p>
    <w:p>
      <w:r>
        <w:rPr>
          <w:b/>
        </w:rPr>
        <w:t xml:space="preserve">[30:58] </w:t>
      </w:r>
      <w:r>
        <w:t>that depends upon social will or political will. so, here you are not free in</w:t>
      </w:r>
    </w:p>
    <w:p>
      <w:pPr>
        <w:jc w:val="right"/>
      </w:pPr>
      <w:r>
        <w:t>دیٹ ڈیپینڈز اپون سوشل ول اور پولیٹیکل ول۔ سو، ہیر یو ار ناٹ فری ان</w:t>
      </w:r>
    </w:p>
    <w:p>
      <w:r>
        <w:rPr>
          <w:b/>
        </w:rPr>
        <w:t xml:space="preserve">[31:07] </w:t>
      </w:r>
      <w:r>
        <w:t>such teachings. you cannot enforce your ideals. no, you can follow an individual teachings.</w:t>
      </w:r>
    </w:p>
    <w:p>
      <w:pPr>
        <w:jc w:val="right"/>
      </w:pPr>
      <w:r>
        <w:t>سچ ٹیچنگز۔ یو کین ناٹ انفورس ادر یور ائیڈیلز۔ نو، یو کین فالو ان انڈیویجول ٹیچنگز۔</w:t>
      </w:r>
    </w:p>
    <w:p>
      <w:r>
        <w:rPr>
          <w:b/>
        </w:rPr>
        <w:t xml:space="preserve">[31:23] </w:t>
      </w:r>
      <w:r>
        <w:t>and as far as the social and political</w:t>
      </w:r>
    </w:p>
    <w:p>
      <w:pPr>
        <w:jc w:val="right"/>
      </w:pPr>
      <w:r>
        <w:t>اینڈ ایز فار ایز دا سوشل اینڈ پولیٹیکل</w:t>
      </w:r>
    </w:p>
    <w:p>
      <w:r>
        <w:rPr>
          <w:b/>
        </w:rPr>
        <w:t xml:space="preserve">[31:28] </w:t>
      </w:r>
      <w:r>
        <w:t>teachings are concern, you cannot enforce your ideals upon other.</w:t>
      </w:r>
    </w:p>
    <w:p>
      <w:pPr>
        <w:jc w:val="right"/>
      </w:pPr>
      <w:r>
        <w:t>ٹیچنگز ار کنسرن، یو کین ناٹ انفورس یور ائیڈیلز اپون ادر۔</w:t>
      </w:r>
    </w:p>
    <w:p>
      <w:r>
        <w:rPr>
          <w:b/>
        </w:rPr>
        <w:t xml:space="preserve">[31:35] </w:t>
      </w:r>
      <w:r>
        <w:t>you can persuade, you can persuade.</w:t>
      </w:r>
    </w:p>
    <w:p>
      <w:pPr>
        <w:jc w:val="right"/>
      </w:pPr>
      <w:r>
        <w:t>یو کین پرسویٹ، یو کین پرسویٹ۔</w:t>
      </w:r>
    </w:p>
    <w:p>
      <w:r>
        <w:rPr>
          <w:b/>
        </w:rPr>
        <w:t xml:space="preserve">[31:42] </w:t>
      </w:r>
      <w:r>
        <w:t>only persuasion is is option in such society.</w:t>
      </w:r>
    </w:p>
    <w:p>
      <w:pPr>
        <w:jc w:val="right"/>
      </w:pPr>
      <w:r>
        <w:t>اونلی پرسویشن از از اپشن ان سچ سوسائٹی۔</w:t>
      </w:r>
    </w:p>
    <w:p>
      <w:r>
        <w:rPr>
          <w:b/>
        </w:rPr>
        <w:t xml:space="preserve">[31:51] </w:t>
      </w:r>
      <w:r>
        <w:t>persuasion means you will act, you will follow peaceful method, and you will advise people, you will convey your message to people peacefully.</w:t>
      </w:r>
    </w:p>
    <w:p>
      <w:pPr>
        <w:jc w:val="right"/>
      </w:pPr>
      <w:r>
        <w:t>پرسویشن مینز یو ول ایکٹ، یو ول فالو پیس فل میتھڈ، اینڈ یو ول ایڈوائس پیپل، یو ول کنوے یور میسج ٹو پیپل پیس فلی۔</w:t>
      </w:r>
    </w:p>
    <w:p>
      <w:r>
        <w:rPr>
          <w:b/>
        </w:rPr>
        <w:t xml:space="preserve">[32:09] </w:t>
      </w:r>
      <w:r>
        <w:t>and as far as the administration concern, it it will go to to the social social will.</w:t>
      </w:r>
    </w:p>
    <w:p>
      <w:pPr>
        <w:jc w:val="right"/>
      </w:pPr>
      <w:r>
        <w:t>اینڈ ایز فار ایز دا ایڈمنسٹریشن کنسرن، اٹ اٹ ول گو ٹو ٹو دا سوشل سوشل ول۔</w:t>
      </w:r>
    </w:p>
    <w:p>
      <w:r>
        <w:rPr>
          <w:b/>
        </w:rPr>
        <w:t xml:space="preserve">[32:21] </w:t>
      </w:r>
      <w:r>
        <w:t>according to the according to the democratic process, those people or those party who emerges majority, they will rule the country or nation.</w:t>
      </w:r>
    </w:p>
    <w:p>
      <w:pPr>
        <w:jc w:val="right"/>
      </w:pPr>
      <w:r>
        <w:t>اکارنٹ ٹو دا اکارنٹ ٹو دا ڈیموکریٹک پروسیس، دوز پیپل اور دوز پارٹی ہو ایمرجز میجورٹی، دے ول رول دا کنٹری اور نیشن۔</w:t>
      </w:r>
    </w:p>
    <w:p>
      <w:r>
        <w:rPr>
          <w:b/>
        </w:rPr>
        <w:t xml:space="preserve">[32:37] </w:t>
      </w:r>
      <w:r>
        <w:t>and you have to accept it.</w:t>
      </w:r>
    </w:p>
    <w:p>
      <w:pPr>
        <w:jc w:val="right"/>
      </w:pPr>
      <w:r>
        <w:t>اینڈ یو ہیو ٹو ایکسیپٹ اٹ۔</w:t>
      </w:r>
    </w:p>
    <w:p>
      <w:r>
        <w:rPr>
          <w:b/>
        </w:rPr>
        <w:t xml:space="preserve">[32:42] </w:t>
      </w:r>
      <w:r>
        <w:t>you have to stick to peaceful activism, and you have to accept the jab majorities majorities verdict.</w:t>
      </w:r>
    </w:p>
    <w:p>
      <w:pPr>
        <w:jc w:val="right"/>
      </w:pPr>
      <w:r>
        <w:t>یو ہیو ٹو اسٹک ٹو پیس فل ایکٹیوزم، اینڈ یو ہیو ٹو ایکسیپٹ دا جب میجورٹیز میجورٹیز ورڈکٹ۔</w:t>
      </w:r>
    </w:p>
    <w:p>
      <w:r>
        <w:rPr>
          <w:b/>
        </w:rPr>
        <w:t xml:space="preserve">[32:55] </w:t>
      </w:r>
      <w:r>
        <w:t>accept the rule of those parties who have the mandate of majority.</w:t>
      </w:r>
    </w:p>
    <w:p>
      <w:pPr>
        <w:jc w:val="right"/>
      </w:pPr>
      <w:r>
        <w:t>ایکسیپٹ دا رول اف دوز پارٹیز ہو ہیو دا مینڈیٹ اف میجورٹی۔</w:t>
      </w:r>
    </w:p>
    <w:p>
      <w:r>
        <w:rPr>
          <w:b/>
        </w:rPr>
        <w:t xml:space="preserve">[33:05] </w:t>
      </w:r>
      <w:r>
        <w:t>this the Islamic principle.</w:t>
      </w:r>
    </w:p>
    <w:p>
      <w:pPr>
        <w:jc w:val="right"/>
      </w:pPr>
      <w:r>
        <w:t>دس دا اسلامک پرنسپل۔</w:t>
      </w:r>
    </w:p>
    <w:p>
      <w:r>
        <w:rPr>
          <w:b/>
        </w:rPr>
        <w:t xml:space="preserve">[33:09] </w:t>
      </w:r>
      <w:r>
        <w:t>so, all those news you see in papers and media, that there are flagging, and there are there in some countries, they try to enforce Islamic sharia.</w:t>
      </w:r>
    </w:p>
    <w:p>
      <w:pPr>
        <w:jc w:val="right"/>
      </w:pPr>
      <w:r>
        <w:t>سو، ال دوز نیوز یو سی ان پیپرز اور میڈیا، دیٹ دیر ار فلاگنگ، اینڈ دیر ار دیر ان سم کنٹریز، دیر ٹرائی ٹو انفورس اسلامک شریعہ۔</w:t>
      </w:r>
    </w:p>
    <w:p>
      <w:r>
        <w:rPr>
          <w:b/>
        </w:rPr>
        <w:t xml:space="preserve">[33:22] </w:t>
      </w:r>
      <w:r>
        <w:t>wrong, you cannot enforce Islamic sharia. you can only persuade people until they are ready to accept it.</w:t>
      </w:r>
    </w:p>
    <w:p>
      <w:pPr>
        <w:jc w:val="right"/>
      </w:pPr>
      <w:r>
        <w:t>رونگ، یو کین ناٹ انفورس اسلامک شریعہ۔ یو کین اونلی پرسویٹ پیپل انٹل دے ار ریڈی ٹو ایکسیپٹ اٹ۔</w:t>
      </w:r>
    </w:p>
    <w:p>
      <w:r>
        <w:rPr>
          <w:b/>
        </w:rPr>
        <w:t xml:space="preserve">[33:39] </w:t>
      </w:r>
      <w:r>
        <w:t>so, social laws or political laws depend upon social acceptance.</w:t>
      </w:r>
    </w:p>
    <w:p>
      <w:pPr>
        <w:jc w:val="right"/>
      </w:pPr>
      <w:r>
        <w:t>سو، سوشل لاز اور پولیٹیکل لاز ڈیپینڈ اپون سوشل ایکسیپٹنس۔</w:t>
      </w:r>
    </w:p>
    <w:p>
      <w:r>
        <w:rPr>
          <w:b/>
        </w:rPr>
        <w:t xml:space="preserve">[33:49] </w:t>
      </w:r>
      <w:r>
        <w:t>acceptance by the majority, it is not subject of enforcement. social laws or political laws are not subject of enforcement.</w:t>
      </w:r>
    </w:p>
    <w:p>
      <w:pPr>
        <w:jc w:val="right"/>
      </w:pPr>
      <w:r>
        <w:t>ایکسیپٹنس بائے دا میجورٹی، اٹ از ناٹ سبجیکٹ اف انفورسمنٹ۔ سوشل لاز اور پولیٹیکل لاز ار ناٹ سبجیکٹ اف انفورسمنٹ۔</w:t>
      </w:r>
    </w:p>
    <w:p>
      <w:r>
        <w:rPr>
          <w:b/>
        </w:rPr>
        <w:t xml:space="preserve">[34:03] </w:t>
      </w:r>
      <w:r>
        <w:t>it is subject of following.</w:t>
      </w:r>
    </w:p>
    <w:p>
      <w:pPr>
        <w:jc w:val="right"/>
      </w:pPr>
      <w:r>
        <w:t>اٹ از سبجیکٹ اف فالونگ۔</w:t>
      </w:r>
    </w:p>
    <w:p>
      <w:r>
        <w:rPr>
          <w:b/>
        </w:rPr>
        <w:t xml:space="preserve">[34:07] </w:t>
      </w:r>
      <w:r>
        <w:t>so, here is the mistake. those laws that are subject of following, they take it as a subject of enforcement.</w:t>
      </w:r>
    </w:p>
    <w:p>
      <w:pPr>
        <w:jc w:val="right"/>
      </w:pPr>
      <w:r>
        <w:t>سو، ہیر از دا مسٹیک۔ دوز لاز دیٹ ار سبجیکٹ اف فالونگ، دے ٹیک اٹ ایز ا سبجیکٹ اف انفورسمنٹ۔</w:t>
      </w:r>
    </w:p>
    <w:p>
      <w:r>
        <w:rPr>
          <w:b/>
        </w:rPr>
        <w:t xml:space="preserve">[34:21] </w:t>
      </w:r>
      <w:r>
        <w:t>so, they want to enforce these laws by by by power. so, they want to capture political power, so that they enforce these laws.</w:t>
      </w:r>
    </w:p>
    <w:p>
      <w:pPr>
        <w:jc w:val="right"/>
      </w:pPr>
      <w:r>
        <w:t>سو، دے وانٹ ٹو انفورس دیز لاز بائے بائے بائے پاور۔ سو، دے وانٹ ٹو کیپچر پولیٹیکل پاور، سو دیٹ دے انفورس دیز لاز۔</w:t>
      </w:r>
    </w:p>
    <w:p>
      <w:r>
        <w:rPr>
          <w:b/>
        </w:rPr>
        <w:t xml:space="preserve">[34:31] </w:t>
      </w:r>
      <w:r>
        <w:t>this logic is wrong.</w:t>
      </w:r>
    </w:p>
    <w:p>
      <w:pPr>
        <w:jc w:val="right"/>
      </w:pPr>
      <w:r>
        <w:t>دس لاجک از رونگ۔</w:t>
      </w:r>
    </w:p>
    <w:p>
      <w:r>
        <w:rPr>
          <w:b/>
        </w:rPr>
        <w:t xml:space="preserve">[34:36] </w:t>
      </w:r>
      <w:r>
        <w:t>so, I can say democracy is democracy is is is nadar.</w:t>
      </w:r>
    </w:p>
    <w:p>
      <w:pPr>
        <w:jc w:val="right"/>
      </w:pPr>
      <w:r>
        <w:t>سو، ائی کین سے ڈیموکریسی از ڈیموکریسی از از از نادر۔</w:t>
      </w:r>
    </w:p>
    <w:p>
      <w:r>
        <w:rPr>
          <w:b/>
        </w:rPr>
        <w:t xml:space="preserve">[34:47] </w:t>
      </w:r>
      <w:r>
        <w:t>democracy is not against Islamic teachings. even if you take this verse, amruhum shura baynahum, you will find that democracy is democracy is Islamic street.</w:t>
      </w:r>
    </w:p>
    <w:p>
      <w:pPr>
        <w:jc w:val="right"/>
      </w:pPr>
      <w:r>
        <w:t>ڈیموکریسی از ناٹ اگینسٹ اسلامک ٹیچنگز۔ ایون اف یو ٹیک دس ورس، امرہم شراب بنہم، یو ویل فائنڈ دیٹ دیموکریسی از ڈیموکریسی از اسلامک اسٹریٹ۔</w:t>
      </w:r>
    </w:p>
    <w:p>
      <w:r>
        <w:rPr>
          <w:b/>
        </w:rPr>
        <w:t xml:space="preserve">[35:03] </w:t>
      </w:r>
      <w:r>
        <w:t>there is no contradiction between Islam and democra</w:t>
      </w:r>
    </w:p>
    <w:p>
      <w:pPr>
        <w:jc w:val="right"/>
      </w:pPr>
      <w:r>
        <w:t>دیر از نو کنٹراڈکشن بٹوین اسلام اینڈ ڈیموکری</w:t>
      </w:r>
    </w:p>
    <w:p>
      <w:r>
        <w:rPr>
          <w:b/>
        </w:rPr>
        <w:t xml:space="preserve">[35:06] </w:t>
      </w:r>
      <w:r>
        <w:t>cy. here, I would like to say that</w:t>
      </w:r>
    </w:p>
    <w:p>
      <w:pPr>
        <w:jc w:val="right"/>
      </w:pPr>
      <w:r>
        <w:t>سی۔ ہیر، ائی وڈ لائک ٹو سے دیٹ</w:t>
      </w:r>
    </w:p>
    <w:p>
      <w:r>
        <w:rPr>
          <w:b/>
        </w:rPr>
        <w:t xml:space="preserve">[35:14] </w:t>
      </w:r>
      <w:r>
        <w:t>while the most important in Islam,</w:t>
      </w:r>
    </w:p>
    <w:p>
      <w:pPr>
        <w:jc w:val="right"/>
      </w:pPr>
      <w:r>
        <w:t>وال دا موسٹ امپورٹنٹ ان اسلام،</w:t>
      </w:r>
    </w:p>
    <w:p>
      <w:r>
        <w:rPr>
          <w:b/>
        </w:rPr>
        <w:t xml:space="preserve">[35:20] </w:t>
      </w:r>
      <w:r>
        <w:t>it is not implementation or enforcement. it is to change the heart. Islam wants to bring about change in heart in in in your thinking.</w:t>
      </w:r>
    </w:p>
    <w:p>
      <w:pPr>
        <w:jc w:val="right"/>
      </w:pPr>
      <w:r>
        <w:t>اٹ از ناٹ امپلیمنٹیشن اور انفورسمنٹ۔ اٹ از ٹو چینج دا ہارٹ۔ اسلام وانٹس ٹو برنگ اباؤٹ چینج ان ہارٹ ان ان ان یور تھنکنگ۔</w:t>
      </w:r>
    </w:p>
    <w:p>
      <w:r>
        <w:rPr>
          <w:b/>
        </w:rPr>
        <w:t xml:space="preserve">[35:36] </w:t>
      </w:r>
      <w:r>
        <w:t>it is not Islam to enforce some laws by force, by political power. this is not Islam.</w:t>
      </w:r>
    </w:p>
    <w:p>
      <w:pPr>
        <w:jc w:val="right"/>
      </w:pPr>
      <w:r>
        <w:t>اٹ از ناٹ اسلام ٹو انفورس سم لاز بائے فورس، بائے پولیٹیکل پاور۔ دس از ناٹ اسلام۔</w:t>
      </w:r>
    </w:p>
    <w:p>
      <w:r>
        <w:rPr>
          <w:b/>
        </w:rPr>
        <w:t xml:space="preserve">[35:47] </w:t>
      </w:r>
      <w:r>
        <w:t>the target of hisab is individual. the target of hisab is to to bring about change in in thinking</w:t>
      </w:r>
    </w:p>
    <w:p>
      <w:pPr>
        <w:jc w:val="right"/>
      </w:pPr>
      <w:r>
        <w:t>دا ٹارگٹ اف حساب از انڈیویجول۔ دا ٹارگٹ اف حساب از ٹو ٹو برنگ اباؤٹ چینج ان ان تھنکنگ</w:t>
      </w:r>
    </w:p>
    <w:p>
      <w:r>
        <w:rPr>
          <w:b/>
        </w:rPr>
        <w:t xml:space="preserve">[36:01] </w:t>
      </w:r>
      <w:r>
        <w:t>. so, the only method of Islam is dawa method. Islam believe dawa method.</w:t>
      </w:r>
    </w:p>
    <w:p>
      <w:pPr>
        <w:jc w:val="right"/>
      </w:pPr>
      <w:r>
        <w:t>۔ سو، دا اونلی میتھڈ اف اسلام از داوا میتھڈ۔ اسلام بیلیو داوا میتھڈ۔</w:t>
      </w:r>
    </w:p>
    <w:p>
      <w:r>
        <w:rPr>
          <w:b/>
        </w:rPr>
        <w:t xml:space="preserve">[36:09] </w:t>
      </w:r>
      <w:r>
        <w:t>dawa method dawa means peaceful activism. so, Islam believe in peaceful activism and not in violent activism.</w:t>
      </w:r>
    </w:p>
    <w:p>
      <w:pPr>
        <w:jc w:val="right"/>
      </w:pPr>
      <w:r>
        <w:t>داوا میتھڈ داوا مینز پیس فل ایکٹیوزم۔ سو، اسلام بیلیو ان پیس فل ایکٹیوزم اینڈ ناٹ ان وائلنٹ ایکٹیوزم۔</w:t>
      </w:r>
    </w:p>
    <w:p>
      <w:r>
        <w:rPr>
          <w:b/>
        </w:rPr>
        <w:t xml:space="preserve">[36:23] </w:t>
      </w:r>
      <w:r>
        <w:t>violent activism is completely against Islamic street.</w:t>
      </w:r>
    </w:p>
    <w:p>
      <w:pPr>
        <w:jc w:val="right"/>
      </w:pPr>
      <w:r>
        <w:t>وائلنٹ ایکٹیوزم از کمپلیٹلی اگینسٹ اسلامک اسٹریٹ۔</w:t>
      </w:r>
    </w:p>
    <w:p>
      <w:r>
        <w:rPr>
          <w:b/>
        </w:rPr>
        <w:t xml:space="preserve">[36:30] </w:t>
      </w:r>
      <w:r>
        <w:t>is not jihad. those people who have opted</w:t>
      </w:r>
    </w:p>
    <w:p>
      <w:pPr>
        <w:jc w:val="right"/>
      </w:pPr>
      <w:r>
        <w:t>از ناٹ جہاد۔ دوز پیپل ہو ہیو اپٹڈ</w:t>
      </w:r>
    </w:p>
    <w:p>
      <w:r>
        <w:rPr>
          <w:b/>
        </w:rPr>
        <w:t xml:space="preserve">[36:38] </w:t>
      </w:r>
      <w:r>
        <w:t>opted violent activity in the new jihad, completely wrong. then some Muslims complain that violence is not Muslims monopoly.</w:t>
      </w:r>
    </w:p>
    <w:p>
      <w:pPr>
        <w:jc w:val="right"/>
      </w:pPr>
      <w:r>
        <w:t>اپٹڈ وائلنٹ ایکٹیوٹی ان دا نیو جہاد، کمپلیٹلی رونگ۔ دین سم مسلمز کمپلین دیٹ وائلنس از ناٹ مسلمز موناپولی۔</w:t>
      </w:r>
    </w:p>
    <w:p>
      <w:r>
        <w:rPr>
          <w:b/>
        </w:rPr>
        <w:t xml:space="preserve">[36:54] </w:t>
      </w:r>
      <w:r>
        <w:t>other Arab other groups, some other groups are engaged in violence. in India, in India and and also in other countries.</w:t>
      </w:r>
    </w:p>
    <w:p>
      <w:pPr>
        <w:jc w:val="right"/>
      </w:pPr>
      <w:r>
        <w:t>ادر عرب ادر گروپس، سم ادر گروپس ار انگیج ان وائلنس۔ ان انڈیا، ان انڈیا اینڈ اینڈ السو ان ادر کنٹریز۔</w:t>
      </w:r>
    </w:p>
    <w:p>
      <w:r>
        <w:rPr>
          <w:b/>
        </w:rPr>
        <w:t xml:space="preserve">[37:06] </w:t>
      </w:r>
      <w:r>
        <w:t>so, violence is not a monopoly of Muslims. you are right, but there is a difference.</w:t>
      </w:r>
    </w:p>
    <w:p>
      <w:pPr>
        <w:jc w:val="right"/>
      </w:pPr>
      <w:r>
        <w:t>سو، وائلنس از ناٹ ا موناپولی اف مسلمز۔ یو ار رائٹ، بٹ دیر از ا ڈیفرنس۔</w:t>
      </w:r>
    </w:p>
    <w:p>
      <w:r>
        <w:rPr>
          <w:b/>
        </w:rPr>
        <w:t xml:space="preserve">[37:18] </w:t>
      </w:r>
      <w:r>
        <w:t>other people</w:t>
      </w:r>
    </w:p>
    <w:p>
      <w:pPr>
        <w:jc w:val="right"/>
      </w:pPr>
      <w:r>
        <w:t>ادر پیپل</w:t>
      </w:r>
    </w:p>
    <w:p>
      <w:r>
        <w:rPr>
          <w:b/>
        </w:rPr>
        <w:t xml:space="preserve">[37:22] </w:t>
      </w:r>
      <w:r>
        <w:t>have adopted violent activities in the name of secularism, not in the name of religion. they have some secular target, like lion or any other secular target.</w:t>
      </w:r>
    </w:p>
    <w:p>
      <w:pPr>
        <w:jc w:val="right"/>
      </w:pPr>
      <w:r>
        <w:t>ہیو اڈاپٹڈ وائلنٹ ایکٹیوٹیز ان دا نیم اف سیکولرزم، ناٹ ان دا نیم اف ریلیجن۔ دے ہیو سم سیکولر ٹارگٹ، لائک لائن اور اینی ادر سیکولر ٹارگٹ۔</w:t>
      </w:r>
    </w:p>
    <w:p>
      <w:r>
        <w:rPr>
          <w:b/>
        </w:rPr>
        <w:t xml:space="preserve">[37:42] </w:t>
      </w:r>
      <w:r>
        <w:t>they are not using religion in the name of religion, but Muslims are Muslim. Muslims claim that their violent activities is jihad activities.</w:t>
      </w:r>
    </w:p>
    <w:p>
      <w:pPr>
        <w:jc w:val="right"/>
      </w:pPr>
      <w:r>
        <w:t>دے ار ناٹ یوزنگ ریلیجن دا نیم اف ریلیجن، بٹ مسلمز ار مسلم۔ بس مسلمز کلیم دیٹ دیر وائلنٹ ایکٹیوٹیز از جہاد ایکٹیوٹیز۔</w:t>
      </w:r>
    </w:p>
    <w:p>
      <w:r>
        <w:rPr>
          <w:b/>
        </w:rPr>
        <w:t xml:space="preserve">[37:57] </w:t>
      </w:r>
      <w:r>
        <w:t>Muslims called it Islami Jihad. It means that they are engaged in violence in the name of Islam.</w:t>
      </w:r>
    </w:p>
    <w:p>
      <w:pPr>
        <w:jc w:val="right"/>
      </w:pPr>
      <w:r>
        <w:t>مسلمز کالڈ اٹ اسلامی جہاد۔ اٹ مینز دیٹ دے ار انگیج ان وائلنس ان دا نیم اف اسلام۔</w:t>
      </w:r>
    </w:p>
    <w:p>
      <w:r>
        <w:rPr>
          <w:b/>
        </w:rPr>
        <w:t xml:space="preserve">[38:07] </w:t>
      </w:r>
      <w:r>
        <w:t>so, we have right to judge their activities in the Islamic teachings.</w:t>
      </w:r>
    </w:p>
    <w:p>
      <w:pPr>
        <w:jc w:val="right"/>
      </w:pPr>
      <w:r>
        <w:t>سو، وی ہیو رائٹ ٹو جج دیر ایکٹیویٹیز ان دے اسلامک ٹیچنگز۔</w:t>
      </w:r>
    </w:p>
    <w:p>
      <w:r>
        <w:rPr>
          <w:b/>
        </w:rPr>
        <w:t xml:space="preserve">[38:16] </w:t>
      </w:r>
      <w:r>
        <w:t>so, here is da difference.</w:t>
      </w:r>
    </w:p>
    <w:p>
      <w:pPr>
        <w:jc w:val="right"/>
      </w:pPr>
      <w:r>
        <w:t>سو، ہیر از دا ڈیفرنس۔</w:t>
      </w:r>
    </w:p>
    <w:p>
      <w:r>
        <w:rPr>
          <w:b/>
        </w:rPr>
        <w:t xml:space="preserve">[38:23] </w:t>
      </w:r>
      <w:r>
        <w:t>So, I can say that if you use the name of Islam, you are allowing allowing people to judge your activities in the in the teaching in the light of Islamic teachings.</w:t>
      </w:r>
    </w:p>
    <w:p>
      <w:pPr>
        <w:jc w:val="right"/>
      </w:pPr>
      <w:r>
        <w:t>سو، ائی کین سے دیٹ اف یو یوز دا نیم اف اسلام، یو ار الائنگ الاؤنگ پیپل ٹو جج یور ایکٹیویٹیز ان دا ان دا ٹیچنگ ان دا لائٹ اف اسلامک ٹیچنگز۔</w:t>
      </w:r>
    </w:p>
    <w:p>
      <w:r>
        <w:rPr>
          <w:b/>
        </w:rPr>
        <w:t xml:space="preserve">[38:39] </w:t>
      </w:r>
      <w:r>
        <w:t>and in Islam, there is no such jihad. Jihad is nothing but peaceful struggle.</w:t>
      </w:r>
    </w:p>
    <w:p>
      <w:pPr>
        <w:jc w:val="right"/>
      </w:pPr>
      <w:r>
        <w:t>اینڈ ان اسلام، دیر از نو سچ جہاد۔ جہاد از نتھنگ بٹ پیس فل سٹرگل۔</w:t>
      </w:r>
    </w:p>
    <w:p>
      <w:r>
        <w:rPr>
          <w:b/>
        </w:rPr>
        <w:t xml:space="preserve">[38:49] </w:t>
      </w:r>
      <w:r>
        <w:t>peaceful struggle.</w:t>
      </w:r>
    </w:p>
    <w:p>
      <w:pPr>
        <w:jc w:val="right"/>
      </w:pPr>
      <w:r>
        <w:t>پیس فل سٹرگل۔</w:t>
      </w:r>
    </w:p>
    <w:p>
      <w:r>
        <w:rPr>
          <w:b/>
        </w:rPr>
        <w:t xml:space="preserve">[38:52] </w:t>
      </w:r>
      <w:r>
        <w:t>wajahid jihad kabira.</w:t>
      </w:r>
    </w:p>
    <w:p>
      <w:pPr>
        <w:jc w:val="right"/>
      </w:pPr>
      <w:r>
        <w:t>وجاہد جہاد کبیرہ۔</w:t>
      </w:r>
    </w:p>
    <w:p>
      <w:r>
        <w:rPr>
          <w:b/>
        </w:rPr>
        <w:t xml:space="preserve">[38:58] </w:t>
      </w:r>
      <w:r>
        <w:t>so, da only target of islam is dawa. you know, i will give you a very simple criterion.</w:t>
      </w:r>
    </w:p>
    <w:p>
      <w:pPr>
        <w:jc w:val="right"/>
      </w:pPr>
      <w:r>
        <w:t>سو، دا اونلی ٹارگٹ اف اسلام از داوا۔ یو نو، ائی ویل گیو یو ا ویری سمپل کرائٹیرین۔</w:t>
      </w:r>
    </w:p>
    <w:p>
      <w:r>
        <w:rPr>
          <w:b/>
        </w:rPr>
        <w:t xml:space="preserve">[39:13] </w:t>
      </w:r>
      <w:r>
        <w:t>those people who are engaged in violent activism, they are full of hate against other other groups, other communities.</w:t>
      </w:r>
    </w:p>
    <w:p>
      <w:pPr>
        <w:jc w:val="right"/>
      </w:pPr>
      <w:r>
        <w:t>دوز پیپل ہو ار انگیج ان وائلنٹ ایکٹیوزم، دے ار فل اف ہیٹ اگینسٹ ادر ادر گروپس، ادر کمیونٹیز۔</w:t>
      </w:r>
    </w:p>
    <w:p>
      <w:r>
        <w:rPr>
          <w:b/>
        </w:rPr>
        <w:t xml:space="preserve">[39:23] </w:t>
      </w:r>
      <w:r>
        <w:t>full of hate. this is unislamic. you can not hate people.</w:t>
      </w:r>
    </w:p>
    <w:p>
      <w:pPr>
        <w:jc w:val="right"/>
      </w:pPr>
      <w:r>
        <w:t>فل اف ہیٹ۔ دس از ان اسلامک۔ یو کین ناٹ ہیٹ پیپل۔</w:t>
      </w:r>
    </w:p>
    <w:p>
      <w:r>
        <w:rPr>
          <w:b/>
        </w:rPr>
        <w:t xml:space="preserve">[39:32] </w:t>
      </w:r>
      <w:r>
        <w:t>it is haram in islam.</w:t>
      </w:r>
    </w:p>
    <w:p>
      <w:pPr>
        <w:jc w:val="right"/>
      </w:pPr>
      <w:r>
        <w:t>اٹ از حرام ان اسلام۔</w:t>
      </w:r>
    </w:p>
    <w:p>
      <w:r>
        <w:rPr>
          <w:b/>
        </w:rPr>
        <w:t xml:space="preserve">[39:36] </w:t>
      </w:r>
      <w:r>
        <w:t>even if you find some people who ar engage in in in enmity, according to your opinion, your enemy.</w:t>
      </w:r>
    </w:p>
    <w:p>
      <w:pPr>
        <w:jc w:val="right"/>
      </w:pPr>
      <w:r>
        <w:t>ایون اف یو فائنڈ سم پیپل ہو ار انگیج ان ان انیمٹی، اکارنٹ ٹو یور اوپینین، یور اینمی۔</w:t>
      </w:r>
    </w:p>
    <w:p>
      <w:r>
        <w:rPr>
          <w:b/>
        </w:rPr>
        <w:t xml:space="preserve">[39:47] </w:t>
      </w:r>
      <w:r>
        <w:t>even then, you ar not allowed to declare that enmity. so, you have to be well wisher to da to to mankind.</w:t>
      </w:r>
    </w:p>
    <w:p>
      <w:pPr>
        <w:jc w:val="right"/>
      </w:pPr>
      <w:r>
        <w:t>ایون دین، یو ار ناٹ الاؤڈ ٹو ڈیکلیئر دیٹ انیمنی۔ سو، یو ہیو ٹو بی ویل وشر ٹو دا ٹو ٹو مین کائنڈ۔</w:t>
      </w:r>
    </w:p>
    <w:p>
      <w:r>
        <w:rPr>
          <w:b/>
        </w:rPr>
        <w:t xml:space="preserve">[40:01] </w:t>
      </w:r>
      <w:r>
        <w:t>to mankind,</w:t>
      </w:r>
    </w:p>
    <w:p>
      <w:pPr>
        <w:jc w:val="right"/>
      </w:pPr>
      <w:r>
        <w:t>ٹو مین کائنڈ،</w:t>
      </w:r>
    </w:p>
    <w:p>
      <w:r>
        <w:rPr>
          <w:b/>
        </w:rPr>
        <w:t xml:space="preserve">[40:03] </w:t>
      </w:r>
      <w:r>
        <w:t>you ar not allowed to develop hate in your heart.</w:t>
      </w:r>
    </w:p>
    <w:p>
      <w:pPr>
        <w:jc w:val="right"/>
      </w:pPr>
      <w:r>
        <w:t>یو ار ناٹ الاؤڈ ٹو ڈیولپ ہیٹ ان یور ہارٹ۔</w:t>
      </w:r>
    </w:p>
    <w:p>
      <w:r>
        <w:rPr>
          <w:b/>
        </w:rPr>
        <w:t xml:space="preserve">[40:13] </w:t>
      </w:r>
      <w:r>
        <w:t>here, i would like to narrate</w:t>
      </w:r>
    </w:p>
    <w:p>
      <w:pPr>
        <w:jc w:val="right"/>
      </w:pPr>
      <w:r>
        <w:t>ہیر، ائی وڈ لائک ٹو نریٹ</w:t>
      </w:r>
    </w:p>
    <w:p>
      <w:r>
        <w:rPr>
          <w:b/>
        </w:rPr>
        <w:t xml:space="preserve">[40:20] </w:t>
      </w:r>
      <w:r>
        <w:t>a story from the life of the prophet of Islam. You know, prophet of Islam was born in Makkah.</w:t>
      </w:r>
    </w:p>
    <w:p>
      <w:pPr>
        <w:jc w:val="right"/>
      </w:pPr>
      <w:r>
        <w:t>ا سٹوری فرام دا لائف اف دا پرافٹ اف اسلام۔ یو نو، پرافٹ اف اسلام واز born ان مکہ۔</w:t>
      </w:r>
    </w:p>
    <w:p>
      <w:r>
        <w:rPr>
          <w:b/>
        </w:rPr>
        <w:t xml:space="preserve">[40:29] </w:t>
      </w:r>
      <w:r>
        <w:t>he started mission in 610 ad.</w:t>
      </w:r>
    </w:p>
    <w:p>
      <w:pPr>
        <w:jc w:val="right"/>
      </w:pPr>
      <w:r>
        <w:t>ہی سٹارٹڈ مشن ان 610 اے ڈی۔</w:t>
      </w:r>
    </w:p>
    <w:p>
      <w:r>
        <w:rPr>
          <w:b/>
        </w:rPr>
        <w:t xml:space="preserve">[40:34] </w:t>
      </w:r>
      <w:r>
        <w:t>then, he migrated to madinah.</w:t>
      </w:r>
    </w:p>
    <w:p>
      <w:pPr>
        <w:jc w:val="right"/>
      </w:pPr>
      <w:r>
        <w:t>دین، ہی مائیگریٹڈ ٹو مدینہ۔</w:t>
      </w:r>
    </w:p>
    <w:p>
      <w:r>
        <w:rPr>
          <w:b/>
        </w:rPr>
        <w:t xml:space="preserve">[40:39] </w:t>
      </w:r>
      <w:r>
        <w:t>at da time, there were some jewish tribes in madinah in da first quarter of seven century.</w:t>
      </w:r>
    </w:p>
    <w:p>
      <w:pPr>
        <w:jc w:val="right"/>
      </w:pPr>
      <w:r>
        <w:t>ایٹ دا ٹائم، دیر وار سم جیش ٹرائبس ان مدینہ ان دا فرسٹ کوارٹر اف سیون سینچری۔</w:t>
      </w:r>
    </w:p>
    <w:p>
      <w:r>
        <w:rPr>
          <w:b/>
        </w:rPr>
        <w:t xml:space="preserve">[40:49] </w:t>
      </w:r>
      <w:r>
        <w:t>so, what happened? one day, the prophet of Islam saw a funeral procession passing through a street in Madinah.</w:t>
      </w:r>
    </w:p>
    <w:p>
      <w:pPr>
        <w:jc w:val="right"/>
      </w:pPr>
      <w:r>
        <w:t>سو، واٹ ہیپنڈ؟ ون ڈے، دا پرافٹ اف اسلام سا ا فیورل پروسیشن پاسنگ تھرو ا سٹیٹ ان مدینہ۔</w:t>
      </w:r>
    </w:p>
    <w:p>
      <w:r>
        <w:rPr>
          <w:b/>
        </w:rPr>
        <w:t xml:space="preserve">[41:03] </w:t>
      </w:r>
      <w:r>
        <w:t>he was seated at da time. so, prophet stood up in respect.</w:t>
      </w:r>
    </w:p>
    <w:p>
      <w:pPr>
        <w:jc w:val="right"/>
      </w:pPr>
      <w:r>
        <w:t>ہی واز سیٹڈ ایٹ دا ٹائم۔ سو، پرافٹ اسٹو اپ ان ریسپیکٹ۔</w:t>
      </w:r>
    </w:p>
    <w:p>
      <w:r>
        <w:rPr>
          <w:b/>
        </w:rPr>
        <w:t xml:space="preserve">[41:12] </w:t>
      </w:r>
      <w:r>
        <w:t>prophet stood in respect.</w:t>
      </w:r>
    </w:p>
    <w:p>
      <w:pPr>
        <w:jc w:val="right"/>
      </w:pPr>
      <w:r>
        <w:t>پرافٹ اسٹوڈ ان ریسپیکٹ۔</w:t>
      </w:r>
    </w:p>
    <w:p>
      <w:r>
        <w:rPr>
          <w:b/>
        </w:rPr>
        <w:t xml:space="preserve">[41:16] </w:t>
      </w:r>
      <w:r>
        <w:t>one of his companions said, "o prophet, it was funeral of a jew, funeral of a non muslim, and you are giving respect to him"</w:t>
      </w:r>
    </w:p>
    <w:p>
      <w:pPr>
        <w:jc w:val="right"/>
      </w:pPr>
      <w:r>
        <w:t>ون اف ہز کمپینینٹس سیڈ، "او پرافٹ، اٹ واز فیورل اف اے جیو، فیورل اف اے نان مسلم، اینڈ یو ار گیونگ ریسپیکٹ ٹو ہم</w:t>
      </w:r>
    </w:p>
    <w:p>
      <w:r>
        <w:rPr>
          <w:b/>
        </w:rPr>
        <w:t xml:space="preserve">[41:31] </w:t>
      </w:r>
      <w:r>
        <w:t>۔" prophet said, "was he not a human being." this hadith you can find in sahih al-bukhari.</w:t>
      </w:r>
    </w:p>
    <w:p>
      <w:pPr>
        <w:jc w:val="right"/>
      </w:pPr>
      <w:r>
        <w:t>۔" پرافٹ سیڈ، "علی نفس واز ہی ناٹ ا ہیومن بینگ۔" دس حدیث یو کین فائنڈ ان صحیح البخاری۔</w:t>
      </w:r>
    </w:p>
    <w:p>
      <w:r>
        <w:rPr>
          <w:b/>
        </w:rPr>
        <w:t xml:space="preserve">[41:43] </w:t>
      </w:r>
      <w:r>
        <w:t>so, he said, "was he not a human being." here, you can see that prophet discovered a community between himself and that jew.</w:t>
      </w:r>
    </w:p>
    <w:p>
      <w:pPr>
        <w:jc w:val="right"/>
      </w:pPr>
      <w:r>
        <w:t>سو، ہی سیڈ، "واز ہی ناٹ ا ہیومن بینگ۔" ہیر، یو کین سی دیٹ پرافٹ ڈسکورڈ ا کمیونلٹی بٹوین ہم سیلف اینڈ دیٹ جیو۔</w:t>
      </w:r>
    </w:p>
    <w:p>
      <w:r>
        <w:rPr>
          <w:b/>
        </w:rPr>
        <w:t xml:space="preserve">[41:57] </w:t>
      </w:r>
      <w:r>
        <w:t>i am a human being, he is also human being.</w:t>
      </w:r>
    </w:p>
    <w:p>
      <w:pPr>
        <w:jc w:val="right"/>
      </w:pPr>
      <w:r>
        <w:t>ائی ایم ا ہیومن بینگ، ہی از السو ہیومن بینگ۔</w:t>
      </w:r>
    </w:p>
    <w:p>
      <w:r>
        <w:rPr>
          <w:b/>
        </w:rPr>
        <w:t xml:space="preserve">[42:00] </w:t>
      </w:r>
      <w:r>
        <w:t>both were created by god. this is true spirit of islam.</w:t>
      </w:r>
    </w:p>
    <w:p>
      <w:pPr>
        <w:jc w:val="right"/>
      </w:pPr>
      <w:r>
        <w:t>بوتھ ویر کریٹڈ بائے گاڈ۔ دس از ٹرو سپرٹ اف اسلام۔</w:t>
      </w:r>
    </w:p>
    <w:p>
      <w:r>
        <w:rPr>
          <w:b/>
        </w:rPr>
        <w:t xml:space="preserve">[42:10] </w:t>
      </w:r>
      <w:r>
        <w:t>so, enmity and intolerance and hate and anger, all these things are quite alien in islam.</w:t>
      </w:r>
    </w:p>
    <w:p>
      <w:pPr>
        <w:jc w:val="right"/>
      </w:pPr>
      <w:r>
        <w:t>سو، اینیمیٹی اینڈ انٹولرنس اینڈ ہیٹ اینڈ اینگر، ال دیز تھنگز ار کوائٹ ایلین ان اسلام۔</w:t>
      </w:r>
    </w:p>
    <w:p>
      <w:r>
        <w:rPr>
          <w:b/>
        </w:rPr>
        <w:t xml:space="preserve">[42:22] </w:t>
      </w:r>
      <w:r>
        <w:t>so, that kind of jihad, that creates enmity, is quite islamic.</w:t>
      </w:r>
    </w:p>
    <w:p>
      <w:pPr>
        <w:jc w:val="right"/>
      </w:pPr>
      <w:r>
        <w:t>سو، دیٹ کائنڈ اف جہاد، دیٹ کریٹس اینیمیٹی، از کوائٹ ان اسلامک۔</w:t>
      </w:r>
    </w:p>
    <w:p>
      <w:r>
        <w:rPr>
          <w:b/>
        </w:rPr>
        <w:t xml:space="preserve">[42:32] </w:t>
      </w:r>
      <w:r>
        <w:t>if a jihad creates enmity, hate, anger, intolerance, that is not jihad.</w:t>
      </w:r>
    </w:p>
    <w:p>
      <w:pPr>
        <w:jc w:val="right"/>
      </w:pPr>
      <w:r>
        <w:t>اف ا جہاد کریٹس اینیمیٹی، ہیٹ، اینگر، انٹولرنس، دیٹ از ناٹ جہاد۔</w:t>
      </w:r>
    </w:p>
    <w:p>
      <w:r>
        <w:rPr>
          <w:b/>
        </w:rPr>
        <w:t xml:space="preserve">[42:47] </w:t>
      </w:r>
      <w:r>
        <w:t>that is not jihad.</w:t>
      </w:r>
    </w:p>
    <w:p>
      <w:pPr>
        <w:jc w:val="right"/>
      </w:pPr>
      <w:r>
        <w:t>دیٹ از ناٹ جہاد۔</w:t>
      </w:r>
    </w:p>
    <w:p>
      <w:r>
        <w:rPr>
          <w:b/>
        </w:rPr>
        <w:t xml:space="preserve">[42:51] </w:t>
      </w:r>
      <w:r>
        <w:t>So, Muslims are da'i, all other people are mad'u.</w:t>
      </w:r>
    </w:p>
    <w:p>
      <w:pPr>
        <w:jc w:val="right"/>
      </w:pPr>
      <w:r>
        <w:t>سو، مسلمز ار دائی، ال ادر پیپل ار مدو۔</w:t>
      </w:r>
    </w:p>
    <w:p>
      <w:r>
        <w:rPr>
          <w:b/>
        </w:rPr>
        <w:t xml:space="preserve">[43:01] </w:t>
      </w:r>
      <w:r>
        <w:t>So, the relationship between Muslims and non-Muslims is dai or madu. This is the equation.</w:t>
      </w:r>
    </w:p>
    <w:p>
      <w:pPr>
        <w:jc w:val="right"/>
      </w:pPr>
      <w:r>
        <w:t>سو، دا ریلیشن شپ بٹوین مسلمز اینڈ نان مسلم از دائی اور مدو۔ دس از دا ایکویشن۔</w:t>
      </w:r>
    </w:p>
    <w:p>
      <w:r>
        <w:rPr>
          <w:b/>
        </w:rPr>
        <w:t xml:space="preserve">[43:13] </w:t>
      </w:r>
      <w:r>
        <w:t>muslims are dai and all other people are madu. you can not say that this community is our enemy.</w:t>
      </w:r>
    </w:p>
    <w:p>
      <w:pPr>
        <w:jc w:val="right"/>
      </w:pPr>
      <w:r>
        <w:t>مسلمز ار دائی اینڈ ال ادر پیپل ار مدو۔ یو کین ناٹ سے دیٹ دس کمیونٹی از اور اینمی۔</w:t>
      </w:r>
    </w:p>
    <w:p>
      <w:r>
        <w:rPr>
          <w:b/>
        </w:rPr>
        <w:t xml:space="preserve">[43:24] </w:t>
      </w:r>
      <w:r>
        <w:t>we hate this community. we will take revenge to this from this comm</w:t>
      </w:r>
    </w:p>
    <w:p>
      <w:pPr>
        <w:jc w:val="right"/>
      </w:pPr>
      <w:r>
        <w:t>وی ہیٹ دس کمیونٹی۔ وی ویل ٹیک ریونج ٹو دس فرام دس کمی</w:t>
      </w:r>
    </w:p>
    <w:p>
      <w:r>
        <w:rPr>
          <w:b/>
        </w:rPr>
        <w:t xml:space="preserve">[43:30] </w:t>
      </w:r>
      <w:r>
        <w:t>unity. all these talks are completely islamic. so, if you want to know what is islam, don't see the muslim practices.</w:t>
      </w:r>
    </w:p>
    <w:p>
      <w:pPr>
        <w:jc w:val="right"/>
      </w:pPr>
      <w:r>
        <w:t>ونٹی۔ ال دیز ٹاکس ار کمپلیٹلی ان اسلامک۔ سو، اف یو وانٹ ٹو نو واٹ از اسلام، ڈونٹ سی دا مسلم پریکٹسز۔</w:t>
      </w:r>
    </w:p>
    <w:p>
      <w:r>
        <w:rPr>
          <w:b/>
        </w:rPr>
        <w:t xml:space="preserve">[43:44] </w:t>
      </w:r>
      <w:r>
        <w:t>is very good that president obama has referred quran at least two times, and also he has referred islam several times in his address,</w:t>
      </w:r>
    </w:p>
    <w:p>
      <w:pPr>
        <w:jc w:val="right"/>
      </w:pPr>
      <w:r>
        <w:t>از ویری گڈ دیٹ پریزیڈنٹ اوباما ہیز ریفرڈ قران ایٹ لیسٹ ٹو ٹائمز، اینڈ السو ہیز ریفرڈ اسلام سیورل ٹائمز ان ہز ایڈریس،</w:t>
      </w:r>
    </w:p>
    <w:p>
      <w:r>
        <w:rPr>
          <w:b/>
        </w:rPr>
        <w:t xml:space="preserve">[43:59] </w:t>
      </w:r>
      <w:r>
        <w:t>in his lecture that comprises 5800 words.</w:t>
      </w:r>
    </w:p>
    <w:p>
      <w:pPr>
        <w:jc w:val="right"/>
      </w:pPr>
      <w:r>
        <w:t>ان ہز لیکچر دیٹ کمپرائز 5800 ورڈز۔</w:t>
      </w:r>
    </w:p>
    <w:p>
      <w:r>
        <w:rPr>
          <w:b/>
        </w:rPr>
        <w:t xml:space="preserve">[44:08] </w:t>
      </w:r>
      <w:r>
        <w:t>so, he says, he admits that quran is a book of peace. book of peace, he has referred this verse from chapter al-maidah.</w:t>
      </w:r>
    </w:p>
    <w:p>
      <w:pPr>
        <w:jc w:val="right"/>
      </w:pPr>
      <w:r>
        <w:t>سو، ہی سیز، ہی ایڈمٹس دیٹ قران از ا بک اف پیس۔ بک اف پیس، ہی ہیز ریفرڈ دس ورس فرام چیپٹر المائدہ۔</w:t>
      </w:r>
    </w:p>
    <w:p>
      <w:r>
        <w:rPr>
          <w:b/>
        </w:rPr>
        <w:t xml:space="preserve">[44:23] </w:t>
      </w:r>
      <w:r>
        <w:t>من قتل نفس بغیر نفس فقدنا قتل الناس جمیع۔ ومن احیاء فقدنا احیاء الناس جمیع۔</w:t>
      </w:r>
    </w:p>
    <w:p>
      <w:pPr>
        <w:jc w:val="right"/>
      </w:pPr>
      <w:r>
        <w:t>من قتل نفس بغیر نفس فقدنا قتل الناس جمیع۔ ومن احیاء فقدنا احیاء الناس جمیع۔</w:t>
      </w:r>
    </w:p>
    <w:p>
      <w:r>
        <w:rPr>
          <w:b/>
        </w:rPr>
        <w:t xml:space="preserve">[44:36] </w:t>
      </w:r>
      <w:r>
        <w:t>it means that killing and innocent person is like killing all mankind, and saving a person is like saving all mankind.</w:t>
      </w:r>
    </w:p>
    <w:p>
      <w:pPr>
        <w:jc w:val="right"/>
      </w:pPr>
      <w:r>
        <w:t>اٹ مینز دیٹ کلنگ اینڈ انوسنٹ پرسن از لائک کلنگ ال مین کائنڈ، اینڈ سیونگ ا پرسن از لائک سیونگ ال مین کائنڈ۔</w:t>
      </w:r>
    </w:p>
    <w:p>
      <w:r>
        <w:rPr>
          <w:b/>
        </w:rPr>
        <w:t xml:space="preserve">[44:49] </w:t>
      </w:r>
      <w:r>
        <w:t>so, president obama has referred this verse in his lecture. here, i would like to to to tell you what is the background of this verse.</w:t>
      </w:r>
    </w:p>
    <w:p>
      <w:pPr>
        <w:jc w:val="right"/>
      </w:pPr>
      <w:r>
        <w:t>سو، پریزیڈنٹ اوباما ہیز ریفرڈ دس ورس ان ہز لیکچر۔ ہیر، ائی وڈ لائک ٹو ٹو ٹو ٹیل یو واٹ از دا بیک گراؤنڈ اف دس ورس۔</w:t>
      </w:r>
    </w:p>
    <w:p>
      <w:r>
        <w:rPr>
          <w:b/>
        </w:rPr>
        <w:t xml:space="preserve">[45:03] </w:t>
      </w:r>
      <w:r>
        <w:t>you know, the first man that is adam,</w:t>
      </w:r>
    </w:p>
    <w:p>
      <w:pPr>
        <w:jc w:val="right"/>
      </w:pPr>
      <w:r>
        <w:t>یو نو، دا فرسٹ مین دیٹ از ادم،</w:t>
      </w:r>
    </w:p>
    <w:p>
      <w:r>
        <w:rPr>
          <w:b/>
        </w:rPr>
        <w:t xml:space="preserve">[45:13] </w:t>
      </w:r>
      <w:r>
        <w:t>there were two sons of adam, habel and qabil.</w:t>
      </w:r>
    </w:p>
    <w:p>
      <w:pPr>
        <w:jc w:val="right"/>
      </w:pPr>
      <w:r>
        <w:t>دیر واز ٹو سنز اف ادم، ہابیل اینڈ قابیل۔</w:t>
      </w:r>
    </w:p>
    <w:p>
      <w:r>
        <w:rPr>
          <w:b/>
        </w:rPr>
        <w:t xml:space="preserve">[45:19] </w:t>
      </w:r>
      <w:r>
        <w:t>both were brothers. so, there was some some controversy between the two brothers.</w:t>
      </w:r>
    </w:p>
    <w:p>
      <w:pPr>
        <w:jc w:val="right"/>
      </w:pPr>
      <w:r>
        <w:t>بوتھ وار برادرز۔ سو، دیر واز سم سم کنٹروورسی بٹوین دا ٹو برادرز۔</w:t>
      </w:r>
    </w:p>
    <w:p>
      <w:r>
        <w:rPr>
          <w:b/>
        </w:rPr>
        <w:t xml:space="preserve">[45:30] </w:t>
      </w:r>
      <w:r>
        <w:t>so, elder brother said that, "i will kill you, i will kill you.</w:t>
      </w:r>
    </w:p>
    <w:p>
      <w:pPr>
        <w:jc w:val="right"/>
      </w:pPr>
      <w:r>
        <w:t>سو، ایلڈر برادر سیڈ دیٹ، "ائی ویل کل یو، ائی ویل کل یو۔</w:t>
      </w:r>
    </w:p>
    <w:p>
      <w:r>
        <w:rPr>
          <w:b/>
        </w:rPr>
        <w:t xml:space="preserve">[45:38] </w:t>
      </w:r>
      <w:r>
        <w:t>" so, anger brother said,</w:t>
      </w:r>
    </w:p>
    <w:p>
      <w:pPr>
        <w:jc w:val="right"/>
      </w:pPr>
      <w:r>
        <w:t>" سو، اینگر برادر سیڈ،</w:t>
      </w:r>
    </w:p>
    <w:p>
      <w:r>
        <w:rPr>
          <w:b/>
        </w:rPr>
        <w:t xml:space="preserve">[45:43] </w:t>
      </w:r>
      <w:r>
        <w:t>"ma be</w:t>
      </w:r>
    </w:p>
    <w:p>
      <w:pPr>
        <w:jc w:val="right"/>
      </w:pPr>
      <w:r>
        <w:t>"ما بے</w:t>
      </w:r>
    </w:p>
    <w:p>
      <w:r>
        <w:rPr>
          <w:b/>
        </w:rPr>
        <w:t xml:space="preserve">[45:51] </w:t>
      </w:r>
      <w:r>
        <w:t>Younger brother said to elder, to elder brother that, if you try to kill me, I am not going to kill you, I have fear of God."</w:t>
      </w:r>
    </w:p>
    <w:p>
      <w:pPr>
        <w:jc w:val="right"/>
      </w:pPr>
      <w:r>
        <w:t>اینگر برادر سیڈ ٹو ایلڈر، ٹو ایلڈر برادر دیٹ، اف یو ٹرائی ٹو کل می، ائی ایم ناٹ گوئنگ ٹو کل یو، ائی ہیو فیئر اف گاڈ۔"</w:t>
      </w:r>
    </w:p>
    <w:p>
      <w:r>
        <w:rPr>
          <w:b/>
        </w:rPr>
        <w:t xml:space="preserve">[46:08] </w:t>
      </w:r>
      <w:r>
        <w:t>In this background, this verse was revealed in the Quran. So, what it means? It means that Muslims are Muslims have to establish peace in inter-religious basis.</w:t>
      </w:r>
    </w:p>
    <w:p>
      <w:pPr>
        <w:jc w:val="right"/>
      </w:pPr>
      <w:r>
        <w:t>ان دس بیک گراؤنڈ، دس ورس واز ریویلڈ ان دا قران۔ سو، واٹ اٹ مینز؟ اٹ مینز دیٹ مسلمز ار مسلمز ہیو ٹو اسٹیبلش پیس ان انٹرلیٹرل بیسز۔</w:t>
      </w:r>
    </w:p>
    <w:p>
      <w:r>
        <w:rPr>
          <w:b/>
        </w:rPr>
        <w:t xml:space="preserve">[46:32] </w:t>
      </w:r>
      <w:r>
        <w:t>in intrltirl bisis,</w:t>
      </w:r>
    </w:p>
    <w:p>
      <w:pPr>
        <w:jc w:val="right"/>
      </w:pPr>
      <w:r>
        <w:t>ان انٹرلیٹرل بیسز،</w:t>
      </w:r>
    </w:p>
    <w:p>
      <w:r>
        <w:rPr>
          <w:b/>
        </w:rPr>
        <w:t xml:space="preserve">[46:35] </w:t>
      </w:r>
      <w:r>
        <w:t>even if someone wants to to kill them, they have to give patience.</w:t>
      </w:r>
    </w:p>
    <w:p>
      <w:pPr>
        <w:jc w:val="right"/>
      </w:pPr>
      <w:r>
        <w:t>ایون اف سم ون وانٹس ٹو ٹو کل دیم، دے ہیو ٹو گیو پیشنس۔</w:t>
      </w:r>
    </w:p>
    <w:p>
      <w:r>
        <w:rPr>
          <w:b/>
        </w:rPr>
        <w:t xml:space="preserve">[46:48] </w:t>
      </w:r>
      <w:r>
        <w:t>da aingr bradr said, "ma b</w:t>
      </w:r>
    </w:p>
    <w:p>
      <w:pPr>
        <w:jc w:val="right"/>
      </w:pPr>
      <w:r>
        <w:t>دا اینگر برادر سیڈ، "ما بے</w:t>
      </w:r>
    </w:p>
    <w:p>
      <w:r>
        <w:rPr>
          <w:b/>
        </w:rPr>
        <w:t xml:space="preserve">[46:55] </w:t>
      </w:r>
      <w:r>
        <w:t>allah</w:t>
      </w:r>
    </w:p>
    <w:p>
      <w:pPr>
        <w:jc w:val="right"/>
      </w:pPr>
      <w:r>
        <w:t>اللہ</w:t>
      </w:r>
    </w:p>
    <w:p>
      <w:r>
        <w:rPr>
          <w:b/>
        </w:rPr>
        <w:t xml:space="preserve">[46:56] </w:t>
      </w:r>
      <w:r>
        <w:t>". so, if u tk da hol stori,</w:t>
      </w:r>
    </w:p>
    <w:p>
      <w:pPr>
        <w:jc w:val="right"/>
      </w:pPr>
      <w:r>
        <w:t>۔" سو، اف یو ٹیک دا ہول سٹوری،</w:t>
      </w:r>
    </w:p>
    <w:p>
      <w:r>
        <w:rPr>
          <w:b/>
        </w:rPr>
        <w:t xml:space="preserve">[47:02] </w:t>
      </w:r>
      <w:r>
        <w:t>You will discover that peace is so important in Islam, that you have to keep it.</w:t>
      </w:r>
    </w:p>
    <w:p>
      <w:pPr>
        <w:jc w:val="right"/>
      </w:pPr>
      <w:r>
        <w:t>یو ویل ڈسکور دیٹ پیس از سو امپورٹنٹ ان اسلام، دیٹ یو ہیو ٹو کیپ اٹ۔</w:t>
      </w:r>
    </w:p>
    <w:p>
      <w:r>
        <w:rPr>
          <w:b/>
        </w:rPr>
        <w:t xml:space="preserve">[47:11] </w:t>
      </w:r>
      <w:r>
        <w:t>u hv to establsh it</w:t>
      </w:r>
    </w:p>
    <w:p>
      <w:pPr>
        <w:jc w:val="right"/>
      </w:pPr>
      <w:r>
        <w:t>یو ہیو ٹو اسٹیبلش اٹ</w:t>
      </w:r>
    </w:p>
    <w:p>
      <w:r>
        <w:rPr>
          <w:b/>
        </w:rPr>
        <w:t xml:space="preserve">[47:17] </w:t>
      </w:r>
      <w:r>
        <w:t>in intellectual basis. in intellectual basis,</w:t>
      </w:r>
    </w:p>
    <w:p>
      <w:pPr>
        <w:jc w:val="right"/>
      </w:pPr>
      <w:r>
        <w:t>ان انٹرلیٹرل بیسز۔ ان انٹرلیٹرل بیسز،</w:t>
      </w:r>
    </w:p>
    <w:p>
      <w:r>
        <w:rPr>
          <w:b/>
        </w:rPr>
        <w:t xml:space="preserve">[47:24] </w:t>
      </w:r>
      <w:r>
        <w:t>Why? Because without peace, there is no constructive work in your society. All kind of constructive work, all kind of Dawah work, all kind of positive activities depend on peace.</w:t>
      </w:r>
    </w:p>
    <w:p>
      <w:pPr>
        <w:jc w:val="right"/>
      </w:pPr>
      <w:r>
        <w:t>وائی؟ بیکاز وداؤٹ پیس، دیر از نو کنسٹرکٹو ورک ان یور سوسائٹی۔ ال کائنڈ اف کنسٹرکٹو ورک، ال کائنڈ اف داوا ورک، ال کائنڈ اف پوزیٹیو ایکٹیویٹیز ڈیپینڈ ان پیس۔</w:t>
      </w:r>
    </w:p>
    <w:p>
      <w:r>
        <w:rPr>
          <w:b/>
        </w:rPr>
        <w:t xml:space="preserve">[47:46] </w:t>
      </w:r>
      <w:r>
        <w:t>Modern man believe that freedom is some boon, but according to Islam, peace is some boon. Because you know, in limited freedom</w:t>
      </w:r>
    </w:p>
    <w:p>
      <w:pPr>
        <w:jc w:val="right"/>
      </w:pPr>
      <w:r>
        <w:t>ماڈرن مین بیلیو دیٹ فریڈم از سم بونم، بٹ اکارنٹ ٹو اسلام، پیس از سم بونم۔ بیکاز یو نو، ان لمیٹڈ فریڈم</w:t>
      </w:r>
    </w:p>
    <w:p>
      <w:r>
        <w:rPr>
          <w:b/>
        </w:rPr>
        <w:t xml:space="preserve">[48:02] </w:t>
      </w:r>
      <w:r>
        <w:t>becomes anarchy, but in limited freedom, in limited freedom becomes anarchy, but in limited peace has no negative aspect.</w:t>
      </w:r>
    </w:p>
    <w:p>
      <w:pPr>
        <w:jc w:val="right"/>
      </w:pPr>
      <w:r>
        <w:t>بیکمز انارکی، بٹ ان لمیٹڈ فریڈم، ان لمیٹڈ فریڈم بیکمز انارکی، بٹ ان لمیٹڈ پیس ہیز نو نیگیٹیو اسپیکٹ۔</w:t>
      </w:r>
    </w:p>
    <w:p>
      <w:r>
        <w:rPr>
          <w:b/>
        </w:rPr>
        <w:t xml:space="preserve">[48:18] </w:t>
      </w:r>
      <w:r>
        <w:t>pis iz gd</w:t>
      </w:r>
    </w:p>
    <w:p>
      <w:pPr>
        <w:jc w:val="right"/>
      </w:pPr>
      <w:r>
        <w:t>پیس از گڈ</w:t>
      </w:r>
    </w:p>
    <w:p>
      <w:r>
        <w:rPr>
          <w:b/>
        </w:rPr>
        <w:t xml:space="preserve">[48:26] </w:t>
      </w:r>
      <w:r>
        <w:t>at any every such situation. So, according to the Islam, peace is some bonum.</w:t>
      </w:r>
    </w:p>
    <w:p>
      <w:pPr>
        <w:jc w:val="right"/>
      </w:pPr>
      <w:r>
        <w:t>ایٹ اینی ایوری سچویشن۔ سو، اکارنٹ ٹو دا اسلام، پیس از سم بونم۔</w:t>
      </w:r>
    </w:p>
    <w:p>
      <w:r>
        <w:rPr>
          <w:b/>
        </w:rPr>
        <w:t xml:space="preserve">[48:37] </w:t>
      </w:r>
      <w:r>
        <w:t>There is a verse in the Quran: "alsolh khr." Alsolh khr means peace is the best.</w:t>
      </w:r>
    </w:p>
    <w:p>
      <w:pPr>
        <w:jc w:val="right"/>
      </w:pPr>
      <w:r>
        <w:t>دیر از ا ورس ان دا قران: "الصلح خیر۔" الصلح خیر مینز پیس از دا بیسٹ۔</w:t>
      </w:r>
    </w:p>
    <w:p>
      <w:r>
        <w:rPr>
          <w:b/>
        </w:rPr>
        <w:t xml:space="preserve">[48:46] </w:t>
      </w:r>
      <w:r>
        <w:t>This is the best. That is peace activity is the best activity.</w:t>
      </w:r>
    </w:p>
    <w:p>
      <w:pPr>
        <w:jc w:val="right"/>
      </w:pPr>
      <w:r>
        <w:t>پیس از دا بیسٹ۔ دیٹ از پیس ایکٹیوٹی از دا بیسٹ ایکٹیوٹی۔</w:t>
      </w:r>
    </w:p>
    <w:p>
      <w:r>
        <w:rPr>
          <w:b/>
        </w:rPr>
        <w:t xml:space="preserve">[48:57] </w:t>
      </w:r>
      <w:r>
        <w:t>Sufi people adopted their formula from this verse.</w:t>
      </w:r>
    </w:p>
    <w:p>
      <w:pPr>
        <w:jc w:val="right"/>
      </w:pPr>
      <w:r>
        <w:t>صوفی پیپل اڈاپٹڈ دیر فارمولا فرام دس ورس۔</w:t>
      </w:r>
    </w:p>
    <w:p>
      <w:r>
        <w:rPr>
          <w:b/>
        </w:rPr>
        <w:t xml:space="preserve">[49:03] </w:t>
      </w:r>
      <w:r>
        <w:t>dr formla vaz:</w:t>
      </w:r>
    </w:p>
    <w:p>
      <w:pPr>
        <w:jc w:val="right"/>
      </w:pPr>
      <w:r>
        <w:t>دیر فارمولا واز:</w:t>
      </w:r>
    </w:p>
    <w:p>
      <w:r>
        <w:rPr>
          <w:b/>
        </w:rPr>
        <w:t xml:space="preserve">[49:10] </w:t>
      </w:r>
      <w:r>
        <w:t>"Solh-e-kul." Solh-e-kul means peace with all, peace with friends and enemies, both.</w:t>
      </w:r>
    </w:p>
    <w:p>
      <w:pPr>
        <w:jc w:val="right"/>
      </w:pPr>
      <w:r>
        <w:t>"صلح کل۔" صلح کل مینز پیس ود ال، پیس ود فرینڈز اینڈ اینمیز، بوتھ۔</w:t>
      </w:r>
    </w:p>
    <w:p>
      <w:r>
        <w:rPr>
          <w:b/>
        </w:rPr>
        <w:t xml:space="preserve">[49:20] </w:t>
      </w:r>
      <w:r>
        <w:t>peace with all means peace with friends, peace with enemies, peace with all. This was the formula, and this formula was derived from this Quran</w:t>
      </w:r>
    </w:p>
    <w:p>
      <w:pPr>
        <w:jc w:val="right"/>
      </w:pPr>
      <w:r>
        <w:t>پیس ود ال مینز پیس ود فرینڈز، پیس ود اینمیز، پیس ود ال۔ دس واز دا فارمولا، اینڈ دس فارمولا واز ڈرائیو فرام دس قران</w:t>
      </w:r>
    </w:p>
    <w:p>
      <w:r>
        <w:rPr>
          <w:b/>
        </w:rPr>
        <w:t xml:space="preserve">[49:31] </w:t>
      </w:r>
      <w:r>
        <w:t>k vrs.</w:t>
      </w:r>
    </w:p>
    <w:p>
      <w:pPr>
        <w:jc w:val="right"/>
      </w:pPr>
      <w:r>
        <w:t>ک ورس۔</w:t>
      </w:r>
    </w:p>
    <w:p>
      <w:r>
        <w:rPr>
          <w:b/>
        </w:rPr>
        <w:t xml:space="preserve">[49:36] </w:t>
      </w:r>
      <w:r>
        <w:t>din, dr iz a hadis:</w:t>
      </w:r>
    </w:p>
    <w:p>
      <w:pPr>
        <w:jc w:val="right"/>
      </w:pPr>
      <w:r>
        <w:t>دین، دیر از ا حدیث:</w:t>
      </w:r>
    </w:p>
    <w:p>
      <w:r>
        <w:rPr>
          <w:b/>
        </w:rPr>
        <w:t xml:space="preserve">[49:41] </w:t>
      </w:r>
      <w:r>
        <w:t>"in allah uti mal uti alghnf."</w:t>
      </w:r>
    </w:p>
    <w:p>
      <w:pPr>
        <w:jc w:val="right"/>
      </w:pPr>
      <w:r>
        <w:t>"ان اللہ یوتی مال یوتی الغنف۔"</w:t>
      </w:r>
    </w:p>
    <w:p>
      <w:r>
        <w:rPr>
          <w:b/>
        </w:rPr>
        <w:t xml:space="preserve">[49:52] </w:t>
      </w:r>
      <w:r>
        <w:t>This hadith you can find in Sahih Muslim.</w:t>
      </w:r>
    </w:p>
    <w:p>
      <w:pPr>
        <w:jc w:val="right"/>
      </w:pPr>
      <w:r>
        <w:t>دس دس حدیث یو کین فائنڈ ان صحیح مسلم۔</w:t>
      </w:r>
    </w:p>
    <w:p>
      <w:r>
        <w:rPr>
          <w:b/>
        </w:rPr>
        <w:t xml:space="preserve">[49:59] </w:t>
      </w:r>
      <w:r>
        <w:t>it means that god grants to non violence what he does not grant to violence. it is very clear.</w:t>
      </w:r>
    </w:p>
    <w:p>
      <w:pPr>
        <w:jc w:val="right"/>
      </w:pPr>
      <w:r>
        <w:t>اٹ مینز دیٹ گاڈ گرانٹس ٹو نان وائلنس واٹ ہی ڈز ناٹ گرانٹ ٹو وائلنس۔ اٹ از ویری کلیئر۔</w:t>
      </w:r>
    </w:p>
    <w:p>
      <w:r>
        <w:rPr>
          <w:b/>
        </w:rPr>
        <w:t xml:space="preserve">[50:10] </w:t>
      </w:r>
      <w:r>
        <w:t>it means that non violent activism, non violent activism is better than the violent activism. if</w:t>
      </w:r>
    </w:p>
    <w:p>
      <w:pPr>
        <w:jc w:val="right"/>
      </w:pPr>
      <w:r>
        <w:t>اٹ مینز دیٹ نان وائلنٹ ایکٹیوزم، نان وائلنٹ ایکٹیوزم از بیٹر دین دی وائلنٹ ایکٹیوزم۔ اف</w:t>
      </w:r>
    </w:p>
    <w:p>
      <w:r>
        <w:rPr>
          <w:b/>
        </w:rPr>
        <w:t xml:space="preserve">[50:20] </w:t>
      </w:r>
      <w:r>
        <w:t>you want to, if you want to achieve some some good result, result some positive result, then you have to adopt non violent activism or peaceful activism.</w:t>
      </w:r>
    </w:p>
    <w:p>
      <w:pPr>
        <w:jc w:val="right"/>
      </w:pPr>
      <w:r>
        <w:t>یو وانٹ ٹو، اف یو وانٹ ٹو اچیو سم سم گڈ رزلٹ، رزلٹ سم پوزیٹیو رزلٹ، دین یو ہیو ٹو اڈاپٹ نان وائلنٹ ایکٹیوزم اور پیس فل ایکٹیوزم۔</w:t>
      </w:r>
    </w:p>
    <w:p>
      <w:r>
        <w:rPr>
          <w:b/>
        </w:rPr>
        <w:t xml:space="preserve">[50:36] </w:t>
      </w:r>
      <w:r>
        <w:t>because violent activism is destructive activism. you can not achieve anything through violent activism.</w:t>
      </w:r>
    </w:p>
    <w:p>
      <w:pPr>
        <w:jc w:val="right"/>
      </w:pPr>
      <w:r>
        <w:t>بیکاز وائلنٹ ایکٹیوزم از ڈسٹرکٹو ایکٹیوزم۔ یو کین ناٹ اچیو اینی تھنگ تھرو وائلنٹ ایکٹیوزم۔</w:t>
      </w:r>
    </w:p>
    <w:p>
      <w:r>
        <w:rPr>
          <w:b/>
        </w:rPr>
        <w:t xml:space="preserve">[50:45] </w:t>
      </w:r>
      <w:r>
        <w:t>this law of nature,</w:t>
      </w:r>
    </w:p>
    <w:p>
      <w:pPr>
        <w:jc w:val="right"/>
      </w:pPr>
      <w:r>
        <w:t>دس لاء اف نیچر،</w:t>
      </w:r>
    </w:p>
    <w:p>
      <w:r>
        <w:rPr>
          <w:b/>
        </w:rPr>
        <w:t xml:space="preserve">[50:50] </w:t>
      </w:r>
      <w:r>
        <w:t>this law of nature, the whole universe is based on peace. you know, our universe is full of numerous stars, countless stars.</w:t>
      </w:r>
    </w:p>
    <w:p>
      <w:pPr>
        <w:jc w:val="right"/>
      </w:pPr>
      <w:r>
        <w:t>دس لاء اف نیچر، دا ہول یونیورس از بیسڈ ان پیس۔ یو نو، اور یونیورس از فل اف نیومرس سٹارز، کاؤنٹلیس سٹارز۔</w:t>
      </w:r>
    </w:p>
    <w:p>
      <w:r>
        <w:rPr>
          <w:b/>
        </w:rPr>
        <w:t xml:space="preserve">[51:04] </w:t>
      </w:r>
      <w:r>
        <w:t>there are constant activities among stars, but there is no clash, no fighting, no conflict.</w:t>
      </w:r>
    </w:p>
    <w:p>
      <w:pPr>
        <w:jc w:val="right"/>
      </w:pPr>
      <w:r>
        <w:t>دیر ار کانسٹنٹ ایکٹیوٹیز امنگ سٹارز، بٹ دیر از نو کلیش، نو فائٹنگ، نو کانفلکٹ۔</w:t>
      </w:r>
    </w:p>
    <w:p>
      <w:r>
        <w:rPr>
          <w:b/>
        </w:rPr>
        <w:t xml:space="preserve">[51:15] </w:t>
      </w:r>
      <w:r>
        <w:t>the whole universe is peaceful universe.</w:t>
      </w:r>
    </w:p>
    <w:p>
      <w:pPr>
        <w:jc w:val="right"/>
      </w:pPr>
      <w:r>
        <w:t>دا ہول یونیورس از پیس فل یونیورس۔</w:t>
      </w:r>
    </w:p>
    <w:p>
      <w:r>
        <w:rPr>
          <w:b/>
        </w:rPr>
        <w:t xml:space="preserve">[51:21] </w:t>
      </w:r>
      <w:r>
        <w:t>so, peace is the law of nature, and you can not go against the law of nature.</w:t>
      </w:r>
    </w:p>
    <w:p>
      <w:pPr>
        <w:jc w:val="right"/>
      </w:pPr>
      <w:r>
        <w:t>سو، پیس از دا لاء اف نیچر، اینڈ یو کین ناٹ گو اگینسٹ دی لاء اف نیچر۔</w:t>
      </w:r>
    </w:p>
    <w:p>
      <w:r>
        <w:rPr>
          <w:b/>
        </w:rPr>
        <w:t xml:space="preserve">[51:32] </w:t>
      </w:r>
      <w:r>
        <w:t>if you want success, you have to follow the law of nature.</w:t>
      </w:r>
    </w:p>
    <w:p>
      <w:pPr>
        <w:jc w:val="right"/>
      </w:pPr>
      <w:r>
        <w:t>اف یو وانٹ سکسیس، یو ہیو ٹو فالو دا لاء اف نیچر۔</w:t>
      </w:r>
    </w:p>
    <w:p>
      <w:r>
        <w:rPr>
          <w:b/>
        </w:rPr>
        <w:t xml:space="preserve">[51:40] </w:t>
      </w:r>
      <w:r>
        <w:t>otherwise, you can not achieve success in this world.</w:t>
      </w:r>
    </w:p>
    <w:p>
      <w:pPr>
        <w:jc w:val="right"/>
      </w:pPr>
      <w:r>
        <w:t>ادروائز، یو کین ناٹ اچیو سکسیس ان دس ورلڈ۔</w:t>
      </w:r>
    </w:p>
    <w:p>
      <w:r>
        <w:rPr>
          <w:b/>
        </w:rPr>
        <w:t xml:space="preserve">[51:47] </w:t>
      </w:r>
      <w:r>
        <w:t>i always say that if you want to live according to your own wishes, according to your whim.</w:t>
      </w:r>
    </w:p>
    <w:p>
      <w:pPr>
        <w:jc w:val="right"/>
      </w:pPr>
      <w:r>
        <w:t>ائی الویز سی دیٹ اف یو وانٹ ٹو لیو اکارنٹ ٹو یور اون وشز، اکارنٹ ٹو یور وم۔</w:t>
      </w:r>
    </w:p>
    <w:p>
      <w:r>
        <w:rPr>
          <w:b/>
        </w:rPr>
        <w:t xml:space="preserve">[51:57] </w:t>
      </w:r>
      <w:r>
        <w:t>if you want to live against the law of nature, then you have to create another world.</w:t>
      </w:r>
    </w:p>
    <w:p>
      <w:pPr>
        <w:jc w:val="right"/>
      </w:pPr>
      <w:r>
        <w:t>اف یو وانٹ ٹو لیو اگینسٹ دی لاء اف نیچر، دین یو ہیو ٹو کریٹ انادر ورلڈ۔</w:t>
      </w:r>
    </w:p>
    <w:p>
      <w:r>
        <w:rPr>
          <w:b/>
        </w:rPr>
        <w:t xml:space="preserve">[52:08] </w:t>
      </w:r>
      <w:r>
        <w:t>this world was created by god. he said some laws, and you have to follow those laws.</w:t>
      </w:r>
    </w:p>
    <w:p>
      <w:pPr>
        <w:jc w:val="right"/>
      </w:pPr>
      <w:r>
        <w:t>دس ورلڈ واز کریٹڈ بائے گاڈ۔ ہی سیڈ سم لاز، اینڈ یو ہیو ٹو فالو دوز لاز۔</w:t>
      </w:r>
    </w:p>
    <w:p>
      <w:r>
        <w:rPr>
          <w:b/>
        </w:rPr>
        <w:t xml:space="preserve">[52:19] </w:t>
      </w:r>
      <w:r>
        <w:t>and one aspect of those laws is peace. peace, peace is the only option for us in this world.</w:t>
      </w:r>
    </w:p>
    <w:p>
      <w:pPr>
        <w:jc w:val="right"/>
      </w:pPr>
      <w:r>
        <w:t>اینڈ ون اسپیکٹ اف دوز لاز از پیس۔ پیس، پیس از دا اونلی اپشن فاس ان دس ورلڈ۔</w:t>
      </w:r>
    </w:p>
    <w:p>
      <w:r>
        <w:rPr>
          <w:b/>
        </w:rPr>
        <w:t xml:space="preserve">[52:30] </w:t>
      </w:r>
      <w:r>
        <w:t>violence is simply not an option.</w:t>
      </w:r>
    </w:p>
    <w:p>
      <w:pPr>
        <w:jc w:val="right"/>
      </w:pPr>
      <w:r>
        <w:t>وائلنس از سمپلی ناٹ ان اپشن۔</w:t>
      </w:r>
    </w:p>
    <w:p>
      <w:r>
        <w:rPr>
          <w:b/>
        </w:rPr>
        <w:t xml:space="preserve">[52:38] </w:t>
      </w:r>
      <w:r>
        <w:t>violence is not an option. peace is the only option for us. either, either peace or patience.</w:t>
      </w:r>
    </w:p>
    <w:p>
      <w:pPr>
        <w:jc w:val="right"/>
      </w:pPr>
      <w:r>
        <w:t>وائلنس از ناٹ ان اپشن۔ پیس از دا اونلی اپشن فاس۔ ایدر، ایدر پیس اور پیشنس۔</w:t>
      </w:r>
    </w:p>
    <w:p>
      <w:r>
        <w:rPr>
          <w:b/>
        </w:rPr>
        <w:t xml:space="preserve">[52:52] </w:t>
      </w:r>
      <w:r>
        <w:t>if you are not ready to follow the peaceful method, then you have to keep silence. you have to keep patience.</w:t>
      </w:r>
    </w:p>
    <w:p>
      <w:pPr>
        <w:jc w:val="right"/>
      </w:pPr>
      <w:r>
        <w:t>اف یو ار ناٹ ریڈی ٹو فالو دا پیس فل میتھڈ، دین یو ہیو ٹو کیپ سائلنس۔ یو ہیو ٹو کیپ پیشنس۔</w:t>
      </w:r>
    </w:p>
    <w:p>
      <w:r>
        <w:rPr>
          <w:b/>
        </w:rPr>
        <w:t xml:space="preserve">[53:03] </w:t>
      </w:r>
      <w:r>
        <w:t>but violence is not allowed according to the law of nature.</w:t>
      </w:r>
    </w:p>
    <w:p>
      <w:pPr>
        <w:jc w:val="right"/>
      </w:pPr>
      <w:r>
        <w:t>بٹ وائلنس از ناٹ الاؤڈ اکارنٹ ٹو دا لاء اف نیچر۔</w:t>
      </w:r>
    </w:p>
    <w:p>
      <w:r>
        <w:rPr>
          <w:b/>
        </w:rPr>
        <w:t xml:space="preserve">[53:15] </w:t>
      </w:r>
      <w:r>
        <w:t>i think that non muslim world is confused between islam and muslims. so,</w:t>
      </w:r>
    </w:p>
    <w:p>
      <w:pPr>
        <w:jc w:val="right"/>
      </w:pPr>
      <w:r>
        <w:t>ائی تھنک دیٹ نان مسلم ورلڈ از کنفیوزڈ بٹوین اسلام اینڈ مسلمز۔ سو،</w:t>
      </w:r>
    </w:p>
    <w:p>
      <w:r>
        <w:rPr>
          <w:b/>
        </w:rPr>
        <w:t xml:space="preserve">[53:27] </w:t>
      </w:r>
      <w:r>
        <w:t>the most important</w:t>
      </w:r>
    </w:p>
    <w:p>
      <w:pPr>
        <w:jc w:val="right"/>
      </w:pPr>
      <w:r>
        <w:t>دا موسٹ امپورٹنٹ</w:t>
      </w:r>
    </w:p>
    <w:p>
      <w:r>
        <w:rPr>
          <w:b/>
        </w:rPr>
        <w:t xml:space="preserve">[53:33] </w:t>
      </w:r>
      <w:r>
        <w:t>task</w:t>
      </w:r>
    </w:p>
    <w:p>
      <w:pPr>
        <w:jc w:val="right"/>
      </w:pPr>
      <w:r>
        <w:t>ٹاسک</w:t>
      </w:r>
    </w:p>
    <w:p>
      <w:r>
        <w:rPr>
          <w:b/>
        </w:rPr>
        <w:t xml:space="preserve">[53:37] </w:t>
      </w:r>
      <w:r>
        <w:t>before us is to to make people know that islam and muslims are not one and the same</w:t>
      </w:r>
    </w:p>
    <w:p>
      <w:pPr>
        <w:jc w:val="right"/>
      </w:pPr>
      <w:r>
        <w:t>بیفور اس از ٹو ٹو میک پیپل نو دیٹ اسلام اینڈ مسلمز ار ناٹ ون اینڈ دا سیم</w:t>
      </w:r>
    </w:p>
    <w:p>
      <w:r>
        <w:rPr>
          <w:b/>
        </w:rPr>
        <w:t xml:space="preserve">[53:50] </w:t>
      </w:r>
      <w:r>
        <w:t>. if you want to know what is islam, you have to see the teachings of islam. you have to differentiate between islam and muslims.</w:t>
      </w:r>
    </w:p>
    <w:p>
      <w:pPr>
        <w:jc w:val="right"/>
      </w:pPr>
      <w:r>
        <w:t>۔ اف یو وانٹ ٹو نو واٹ از اسلام، یو ہیو ٹو سی دا ٹیچنگز اف اسلام۔ یو ہیو ٹو ڈیفرنشیٹ بٹوین اسلام اینڈ مسلمز۔</w:t>
      </w:r>
    </w:p>
    <w:p>
      <w:r>
        <w:rPr>
          <w:b/>
        </w:rPr>
        <w:t xml:space="preserve">[54:01] </w:t>
      </w:r>
      <w:r>
        <w:t>so, we have to point formula in this regard. one to make people aware that islam is based on the quran and not on the muslim practices.</w:t>
      </w:r>
    </w:p>
    <w:p>
      <w:pPr>
        <w:jc w:val="right"/>
      </w:pPr>
      <w:r>
        <w:t>سو، وی ہیو ٹو پوائنٹ فارمولا ان دس ریگارڈ۔ ون ٹو میک پیپل اویئر دیٹ اسلام از بیسڈ ان دا قران اینڈ ناٹ ان دا مسلم پریکٹسز۔</w:t>
      </w:r>
    </w:p>
    <w:p>
      <w:r>
        <w:rPr>
          <w:b/>
        </w:rPr>
        <w:t xml:space="preserve">[54:17] </w:t>
      </w:r>
      <w:r>
        <w:t>if you want to know what is islam, you have to see the quran, the life of the prophet of islam. simply by saying muslim practices is not enough.</w:t>
      </w:r>
    </w:p>
    <w:p>
      <w:pPr>
        <w:jc w:val="right"/>
      </w:pPr>
      <w:r>
        <w:t>اف یو وانٹ ٹو نو واٹ از اسلام، یو ہیو ٹو سی دا قران، دی لائف اف دا پرافٹ اف اسلام۔ سمپلی بائے سیئنگ مسلم پریکٹسز از ناٹ انف۔</w:t>
      </w:r>
    </w:p>
    <w:p>
      <w:r>
        <w:rPr>
          <w:b/>
        </w:rPr>
        <w:t xml:space="preserve">[54:30] </w:t>
      </w:r>
      <w:r>
        <w:t>then we have to address muslims.</w:t>
      </w:r>
    </w:p>
    <w:p>
      <w:pPr>
        <w:jc w:val="right"/>
      </w:pPr>
      <w:r>
        <w:t>دین وی ہیو ٹو ایڈریس مسلمز۔</w:t>
      </w:r>
    </w:p>
    <w:p>
      <w:r>
        <w:rPr>
          <w:b/>
        </w:rPr>
        <w:t xml:space="preserve">[54:37] </w:t>
      </w:r>
      <w:r>
        <w:t>we have to</w:t>
      </w:r>
    </w:p>
    <w:p>
      <w:pPr>
        <w:jc w:val="right"/>
      </w:pPr>
      <w:r>
        <w:t>وی ہیو ٹو</w:t>
      </w:r>
    </w:p>
    <w:p>
      <w:r>
        <w:rPr>
          <w:b/>
        </w:rPr>
        <w:t xml:space="preserve">[54:41] </w:t>
      </w:r>
      <w:r>
        <w:t>convince muslims that</w:t>
      </w:r>
    </w:p>
    <w:p>
      <w:pPr>
        <w:jc w:val="right"/>
      </w:pPr>
      <w:r>
        <w:t>کنونس مسلمز دیٹ</w:t>
      </w:r>
    </w:p>
    <w:p>
      <w:r>
        <w:rPr>
          <w:b/>
        </w:rPr>
        <w:t xml:space="preserve">[54:45] </w:t>
      </w:r>
      <w:r>
        <w:t>you are not free to do anything. if you, if you, if you, if you see that i am a muslim, you are muslim ummah,</w:t>
      </w:r>
    </w:p>
    <w:p>
      <w:pPr>
        <w:jc w:val="right"/>
      </w:pPr>
      <w:r>
        <w:t>یو ار ناٹ فری ٹو ڈو اینی تھنگ۔ اف یو، اف یو، اف یو، اف یو سی دیٹ ائی ایم ا مسلم، یو ار مسلم امہ،</w:t>
      </w:r>
    </w:p>
    <w:p>
      <w:r>
        <w:rPr>
          <w:b/>
        </w:rPr>
        <w:t xml:space="preserve">[54:59] </w:t>
      </w:r>
      <w:r>
        <w:t>then you have to adopt the principles of islam, principles of given by the quran.</w:t>
      </w:r>
    </w:p>
    <w:p>
      <w:pPr>
        <w:jc w:val="right"/>
      </w:pPr>
      <w:r>
        <w:t>دین یو ہیو ٹو اڈاپٹ دا پرنسپلز اف اسلام، پرنسپلز اف گیون بائے دا قران۔</w:t>
      </w:r>
    </w:p>
    <w:p>
      <w:r>
        <w:rPr>
          <w:b/>
        </w:rPr>
        <w:t xml:space="preserve">[55:09] </w:t>
      </w:r>
      <w:r>
        <w:t>so, we have a two fold task:</w:t>
      </w:r>
    </w:p>
    <w:p>
      <w:pPr>
        <w:jc w:val="right"/>
      </w:pPr>
      <w:r>
        <w:t>سو، وی ہیو ا ٹو فولڈ ٹاسک:</w:t>
      </w:r>
    </w:p>
    <w:p>
      <w:r>
        <w:rPr>
          <w:b/>
        </w:rPr>
        <w:t xml:space="preserve">[55:14] </w:t>
      </w:r>
      <w:r>
        <w:t>one for general people and one for muslims.</w:t>
      </w:r>
    </w:p>
    <w:p>
      <w:pPr>
        <w:jc w:val="right"/>
      </w:pPr>
      <w:r>
        <w:t>ون فار جنرل پیپل اینڈ ون فار مسلمز۔</w:t>
      </w:r>
    </w:p>
    <w:p>
      <w:r>
        <w:rPr>
          <w:b/>
        </w:rPr>
        <w:t xml:space="preserve">[55:26] </w:t>
      </w:r>
      <w:r>
        <w:t>this is the more, the most important task before us.</w:t>
      </w:r>
    </w:p>
    <w:p>
      <w:pPr>
        <w:jc w:val="right"/>
      </w:pPr>
      <w:r>
        <w:t>دس از دا مور، دا موسٹ امپورٹنٹ ٹاسک بیفور اس۔</w:t>
      </w:r>
    </w:p>
    <w:p>
      <w:r>
        <w:rPr>
          <w:b/>
        </w:rPr>
        <w:t xml:space="preserve">[55:36] </w:t>
      </w:r>
      <w:r>
        <w:t>some people say that islam is the misunderstood religion. i would say no, islam is the mis represented religion.</w:t>
      </w:r>
    </w:p>
    <w:p>
      <w:pPr>
        <w:jc w:val="right"/>
      </w:pPr>
      <w:r>
        <w:t>سم پیپل سی دیٹ اسلام از دا مس انڈرسٹڈ ریلیجن۔ ائی وڈ سی نو، اسلام از دا مس ریپریزنٹڈ ریلیجن۔</w:t>
      </w:r>
    </w:p>
    <w:p>
      <w:r>
        <w:rPr>
          <w:b/>
        </w:rPr>
        <w:t xml:space="preserve">[55:49] </w:t>
      </w:r>
      <w:r>
        <w:t>and muslims are giving mis representation.</w:t>
      </w:r>
    </w:p>
    <w:p>
      <w:pPr>
        <w:jc w:val="right"/>
      </w:pPr>
      <w:r>
        <w:t>اینڈ مسلمز ار گیونگ مس ریپریزنٹیشن۔</w:t>
      </w:r>
    </w:p>
    <w:p>
      <w:r>
        <w:rPr>
          <w:b/>
        </w:rPr>
        <w:t xml:space="preserve">[55:59] </w:t>
      </w:r>
      <w:r>
        <w:t>so, people are in misunderstanding. so muslims have to responsibilities: one to follow the islamic teachings and also not to distort the image of islam.</w:t>
      </w:r>
    </w:p>
    <w:p>
      <w:pPr>
        <w:jc w:val="right"/>
      </w:pPr>
      <w:r>
        <w:t>سو، پیپل ار ان مس انڈرسٹینڈنگ۔ تو مسلمز ہیو ٹو ریسپانسبیلٹیز: ون ٹو فالو دی اسلامک ٹیچنگز اینڈ السو ناٹ ٹو ڈسٹورٹ دا امیج اف اسلام۔</w:t>
      </w:r>
    </w:p>
    <w:p>
      <w:r>
        <w:rPr>
          <w:b/>
        </w:rPr>
        <w:t xml:space="preserve">[56:24] </w:t>
      </w:r>
      <w:r>
        <w:t>muslims are to fold responsibility:</w:t>
      </w:r>
    </w:p>
    <w:p>
      <w:pPr>
        <w:jc w:val="right"/>
      </w:pPr>
      <w:r>
        <w:t>مسلمز ار ٹو فولڈ ریسپانسبیلٹی:</w:t>
      </w:r>
    </w:p>
    <w:p>
      <w:r>
        <w:rPr>
          <w:b/>
        </w:rPr>
        <w:t xml:space="preserve">[56:28] </w:t>
      </w:r>
      <w:r>
        <w:t>one to follow the islamic teachings as a believer, and the second not to distort.</w:t>
      </w:r>
    </w:p>
    <w:p>
      <w:pPr>
        <w:jc w:val="right"/>
      </w:pPr>
      <w:r>
        <w:t>ون ٹو فالو دا اسلامک ٹیچنگز ایز ا بیلیور، اینڈ دا سیکنڈ ناٹ ٹو ڈسٹورٹ۔</w:t>
      </w:r>
    </w:p>
    <w:p>
      <w:r>
        <w:rPr>
          <w:b/>
        </w:rPr>
        <w:t xml:space="preserve">[56:39] </w:t>
      </w:r>
      <w:r>
        <w:t>not to distort the image of islam.</w:t>
      </w:r>
    </w:p>
    <w:p>
      <w:pPr>
        <w:jc w:val="right"/>
      </w:pPr>
      <w:r>
        <w:t>ناٹ ٹو ڈسٹورٹ دا امیج اف اسلام۔</w:t>
      </w:r>
    </w:p>
    <w:p>
      <w:r>
        <w:rPr>
          <w:b/>
        </w:rPr>
        <w:t xml:space="preserve">[56:49] </w:t>
      </w:r>
      <w:r>
        <w:t>this are the responsibility.</w:t>
      </w:r>
    </w:p>
    <w:p>
      <w:pPr>
        <w:jc w:val="right"/>
      </w:pPr>
      <w:r>
        <w:t>دس ار دا ریسپانسبیلٹی۔</w:t>
      </w:r>
    </w:p>
    <w:p>
      <w:r>
        <w:rPr>
          <w:b/>
        </w:rPr>
        <w:t xml:space="preserve">[56:54] </w:t>
      </w:r>
      <w:r>
        <w:t>so, we must know that peace is the only option in islam. violence is not an option.</w:t>
      </w:r>
    </w:p>
    <w:p>
      <w:pPr>
        <w:jc w:val="right"/>
      </w:pPr>
      <w:r>
        <w:t>سو، وی مسٹ نو دیٹ پیس از دا اونلی اپشن ان اسلام۔ وائلنس از ناٹ ان اپشن۔</w:t>
      </w:r>
    </w:p>
    <w:p>
      <w:r>
        <w:rPr>
          <w:b/>
        </w:rPr>
        <w:t xml:space="preserve">[57:06] </w:t>
      </w:r>
      <w:r>
        <w:t>aqool qooli: astaghfirullah, ajmaeen.</w:t>
      </w:r>
    </w:p>
    <w:p>
      <w:pPr>
        <w:jc w:val="right"/>
      </w:pPr>
      <w:r>
        <w:t>اقول قولی: استغفراللہ، اجمعین۔</w:t>
      </w:r>
    </w:p>
    <w:p>
      <w:r>
        <w:rPr>
          <w:b/>
        </w:rPr>
        <w:t xml:space="preserve">[57:24] </w:t>
      </w:r>
      <w:r>
        <w:t>this question is from mr. ramesh from delhi: maulana, what does fighting for truth means? what does fighting for truth mean?</w:t>
      </w:r>
    </w:p>
    <w:p>
      <w:pPr>
        <w:jc w:val="right"/>
      </w:pPr>
      <w:r>
        <w:t>دس کوئسچن از فرام مسٹر رامش فرام دہلی: مولانا، واٹ ڈز فائٹنگ فار ٹروتھ مینز؟ واٹ ڈز فائٹنگ فار ٹروتھ مین؟</w:t>
      </w:r>
    </w:p>
    <w:p>
      <w:r>
        <w:rPr>
          <w:b/>
        </w:rPr>
        <w:t xml:space="preserve">[57:39] </w:t>
      </w:r>
      <w:r>
        <w:t>i don't know that there is any verse in the quran that say that fight for truth.</w:t>
      </w:r>
    </w:p>
    <w:p>
      <w:pPr>
        <w:jc w:val="right"/>
      </w:pPr>
      <w:r>
        <w:t>ائی ڈونٹ نو دیٹ دیر از اینی ورس ان دا قران دیٹ سی دیٹ فائٹ فار ٹروتھ۔</w:t>
      </w:r>
    </w:p>
    <w:p>
      <w:r>
        <w:rPr>
          <w:b/>
        </w:rPr>
        <w:t xml:space="preserve">[57:49] </w:t>
      </w:r>
      <w:r>
        <w:t>no, it is muslims innovation</w:t>
      </w:r>
    </w:p>
    <w:p>
      <w:pPr>
        <w:jc w:val="right"/>
      </w:pPr>
      <w:r>
        <w:t>نو، اٹ از مسلمز انویشن</w:t>
      </w:r>
    </w:p>
    <w:p>
      <w:r>
        <w:rPr>
          <w:b/>
        </w:rPr>
        <w:t xml:space="preserve">[57:54] </w:t>
      </w:r>
      <w:r>
        <w:t>. fighting, there is only one kind of fighting in islam, that is diffensive fighting. fighting for truth is nothing.</w:t>
      </w:r>
    </w:p>
    <w:p>
      <w:pPr>
        <w:jc w:val="right"/>
      </w:pPr>
      <w:r>
        <w:t>۔ فائٹنگ، دیر از اونلی ون کائنڈ اف فائٹنگ ان اسلام، دیٹ از ڈیفرنسو فائٹنگ۔ فائٹنگ فار ٹروتھ از نتھنگ۔</w:t>
      </w:r>
    </w:p>
    <w:p>
      <w:r>
        <w:rPr>
          <w:b/>
        </w:rPr>
        <w:t xml:space="preserve">[58:05] </w:t>
      </w:r>
      <w:r>
        <w:t>you can't convey the message of truth, but you can not fight for truth.</w:t>
      </w:r>
    </w:p>
    <w:p>
      <w:pPr>
        <w:jc w:val="right"/>
      </w:pPr>
      <w:r>
        <w:t>یو کینٹ کنوے دا میسج اف ٹروتھ، بٹ یو کین ناٹ فائٹ فار ٹروتھ۔</w:t>
      </w:r>
    </w:p>
    <w:p>
      <w:r>
        <w:rPr>
          <w:b/>
        </w:rPr>
        <w:t xml:space="preserve">[58:14] </w:t>
      </w:r>
      <w:r>
        <w:t>it is quite unislamic. it was invented by some muslims</w:t>
      </w:r>
    </w:p>
    <w:p>
      <w:pPr>
        <w:jc w:val="right"/>
      </w:pPr>
      <w:r>
        <w:t>اٹ از کوائٹ ان اسلامک۔ اٹ واز انویٹڈ بائے سم مسلمز</w:t>
      </w:r>
    </w:p>
    <w:p>
      <w:r>
        <w:rPr>
          <w:b/>
        </w:rPr>
        <w:t xml:space="preserve">[58:20] </w:t>
      </w:r>
      <w:r>
        <w:t>. i don't know any verse in the quran that say that you have to fight for truth, not at all.</w:t>
      </w:r>
    </w:p>
    <w:p>
      <w:pPr>
        <w:jc w:val="right"/>
      </w:pPr>
      <w:r>
        <w:t>۔ ائی ڈونٹ نو اینی ورس ان دا قران دیٹ سی دیٹ یو ہیو ٹو فائٹ فار ٹروتھ، ناٹ ایٹ ال۔</w:t>
      </w:r>
    </w:p>
    <w:p>
      <w:r>
        <w:rPr>
          <w:b/>
        </w:rPr>
        <w:t xml:space="preserve">[58:31] </w:t>
      </w:r>
      <w:r>
        <w:t>so, as far truth is concerned, we have to convey the message.</w:t>
      </w:r>
    </w:p>
    <w:p>
      <w:pPr>
        <w:jc w:val="right"/>
      </w:pPr>
      <w:r>
        <w:t>سو، ایز فار ٹروتھ از کنسرن، وی ہیو ٹو کنوے دا میسج۔</w:t>
      </w:r>
    </w:p>
    <w:p>
      <w:r>
        <w:rPr>
          <w:b/>
        </w:rPr>
        <w:t xml:space="preserve">[58:40] </w:t>
      </w:r>
      <w:r>
        <w:t>we have to persuade people to adopt the truth peacefully</w:t>
      </w:r>
    </w:p>
    <w:p>
      <w:pPr>
        <w:jc w:val="right"/>
      </w:pPr>
      <w:r>
        <w:t>وی ہیو ٹو پرسویٹ پیپل ٹو اڈاپٹ دا ٹروتھ پیس فلی</w:t>
      </w:r>
    </w:p>
    <w:p>
      <w:r>
        <w:rPr>
          <w:b/>
        </w:rPr>
        <w:t xml:space="preserve">[58:47] </w:t>
      </w:r>
      <w:r>
        <w:t>. but as far the fighting or qital is concerned, that is allowed only when there is attack, there is aggression. and all, and again, this kind of fighting is allowed for states and not for ngos.</w:t>
      </w:r>
    </w:p>
    <w:p>
      <w:pPr>
        <w:jc w:val="right"/>
      </w:pPr>
      <w:r>
        <w:t>۔ بٹ ایز فار دا فائٹنگ اور قتال از کنسرن، دیٹ از الاؤڈ اونلی وین دیر از اٹیک، دیر از ایگریشن۔ اینڈ ال، اینڈ اگین، دس کائنڈ اف فائٹنگ از الاؤڈ فار اسٹیٹس اینڈ ناٹ فار این جی اوز۔</w:t>
      </w:r>
    </w:p>
    <w:p>
      <w:r>
        <w:rPr>
          <w:b/>
        </w:rPr>
        <w:t xml:space="preserve">[59:04] </w:t>
      </w:r>
      <w:r>
        <w:t>very important to know that no individual, no non-governmental organizations are allowed to go to fighting, not at all.</w:t>
      </w:r>
    </w:p>
    <w:p>
      <w:pPr>
        <w:jc w:val="right"/>
      </w:pPr>
      <w:r>
        <w:t>ویری امپورٹنٹ ٹو نو دیٹ نو انڈیویجول، نو نان گورنمنٹل ارگنائزیشنز ار الاؤڈ ٹو گو ٹو فائٹنگ، ناٹ ایٹ ال۔</w:t>
      </w:r>
    </w:p>
    <w:p>
      <w:r>
        <w:rPr>
          <w:b/>
        </w:rPr>
        <w:t xml:space="preserve">[59:16] </w:t>
      </w:r>
      <w:r>
        <w:t>only state is allowed to go to fighting when there is aggression, when there is, there is attack from some neighboring countries.</w:t>
      </w:r>
    </w:p>
    <w:p>
      <w:pPr>
        <w:jc w:val="right"/>
      </w:pPr>
      <w:r>
        <w:t>اونلی اسٹیٹ از الاؤڈ ٹو گو ٹو فائٹنگ وین دیر از ایگریشن، وین دیر از، دیر از اٹیک فرام سم نیبرنگ کنٹریز۔</w:t>
      </w:r>
    </w:p>
    <w:p>
      <w:r>
        <w:rPr>
          <w:b/>
        </w:rPr>
        <w:t xml:space="preserve">[59:28] </w:t>
      </w:r>
      <w:r>
        <w:t>so, it is to my knowledge, it is very clear in the quran and hadith.</w:t>
      </w:r>
    </w:p>
    <w:p>
      <w:pPr>
        <w:jc w:val="right"/>
      </w:pPr>
      <w:r>
        <w:t>سو، اٹ از ٹو مائی نالج، اٹ از ویری کلیئر ان دا قران اینڈ حدیث۔</w:t>
      </w:r>
    </w:p>
    <w:p>
      <w:r>
        <w:rPr>
          <w:b/>
        </w:rPr>
        <w:t xml:space="preserve">[59:34] </w:t>
      </w:r>
      <w:r>
        <w:t>his other question is: why muslims do not want to adopt peace when it is clearly visible from the life of prophet muhammad?</w:t>
      </w:r>
    </w:p>
    <w:p>
      <w:pPr>
        <w:jc w:val="right"/>
      </w:pPr>
      <w:r>
        <w:t>ہز ادر کوئسچن از: وائی مسلمز ڈو ناٹ وانٹ ٹو اڈاپٹ پیس وین اٹ از کلیئرلی ویزیبل فرام دی لائف اف پرافٹ محمد؟</w:t>
      </w:r>
    </w:p>
    <w:p>
      <w:r>
        <w:rPr>
          <w:b/>
        </w:rPr>
        <w:t xml:space="preserve">[59:44] </w:t>
      </w:r>
      <w:r>
        <w:t>that peace is the only option. i think that present muslims are living in negativity.</w:t>
      </w:r>
    </w:p>
    <w:p>
      <w:pPr>
        <w:jc w:val="right"/>
      </w:pPr>
      <w:r>
        <w:t>دیٹ پیس از دی اونلی اپشن۔ ائی تھنک دیٹ پریزنٹ مسلمز ار لیونگ ان نیگیٹیوٹی۔</w:t>
      </w:r>
    </w:p>
    <w:p>
      <w:r>
        <w:rPr>
          <w:b/>
        </w:rPr>
        <w:t xml:space="preserve">[59:57] </w:t>
      </w:r>
      <w:r>
        <w:t>any, any person who lives negativity, who lives anger, who lives in</w:t>
      </w:r>
    </w:p>
    <w:p>
      <w:pPr>
        <w:jc w:val="right"/>
      </w:pPr>
      <w:r>
        <w:t>اینی، اینی پرسن ہو لیوز نیگیٹیوٹی، ہو لیوز اینگر، ہو لیوز ان</w:t>
      </w:r>
    </w:p>
    <w:p>
      <w:r>
        <w:rPr>
          <w:b/>
        </w:rPr>
        <w:t xml:space="preserve">[1:00:08] </w:t>
      </w:r>
      <w:r>
        <w:t>intolerance. he is not able to understand anything. there is saying in arabic:</w:t>
      </w:r>
    </w:p>
    <w:p>
      <w:pPr>
        <w:jc w:val="right"/>
      </w:pPr>
      <w:r>
        <w:t>انٹولرنس۔ ہی از ناٹ ایبل ٹو انڈرسٹینڈ اینی تھنگ۔ دیر از سیئنگ ان عربک:</w:t>
      </w:r>
    </w:p>
    <w:p>
      <w:r>
        <w:rPr>
          <w:b/>
        </w:rPr>
        <w:t xml:space="preserve">[1:00:20] </w:t>
      </w:r>
      <w:r>
        <w:t>"when you are in anger, then you become blind.</w:t>
      </w:r>
    </w:p>
    <w:p>
      <w:pPr>
        <w:jc w:val="right"/>
      </w:pPr>
      <w:r>
        <w:t>"وین یو ار ان اینگر، دین یو بیکم بلائنڈ۔</w:t>
      </w:r>
    </w:p>
    <w:p>
      <w:r>
        <w:rPr>
          <w:b/>
        </w:rPr>
        <w:t xml:space="preserve">[1:00:27] </w:t>
      </w:r>
      <w:r>
        <w:t>" so, muslims have wrongly put other nations enemy. so, they have develop anger towards other people.</w:t>
      </w:r>
    </w:p>
    <w:p>
      <w:pPr>
        <w:jc w:val="right"/>
      </w:pPr>
      <w:r>
        <w:t>" سو، مسلمز ہیو رونگلی پٹ ادر نیشنز انمی۔ سو، دے ہیو ڈیولپ اینگر ٹورڈز ادر پیپل۔</w:t>
      </w:r>
    </w:p>
    <w:p>
      <w:r>
        <w:rPr>
          <w:b/>
        </w:rPr>
        <w:t xml:space="preserve">[1:00:39] </w:t>
      </w:r>
      <w:r>
        <w:t>so, our</w:t>
      </w:r>
    </w:p>
    <w:p>
      <w:pPr>
        <w:jc w:val="right"/>
      </w:pPr>
      <w:r>
        <w:t>سو، اور</w:t>
      </w:r>
    </w:p>
    <w:p>
      <w:r>
        <w:rPr>
          <w:b/>
        </w:rPr>
        <w:t xml:space="preserve">[1:00:43] </w:t>
      </w:r>
      <w:r>
        <w:t>mission begins from, from, from changing mind of muslims. we have to re engineer muslim mind.</w:t>
      </w:r>
    </w:p>
    <w:p>
      <w:pPr>
        <w:jc w:val="right"/>
      </w:pPr>
      <w:r>
        <w:t>مشن بگنز فرام، فرام، فرام چینجنگ مائنڈ اف مسلمز۔ وی ہیو ٹو ری انجینئر مسلم مائنڈ۔</w:t>
      </w:r>
    </w:p>
    <w:p>
      <w:r>
        <w:rPr>
          <w:b/>
        </w:rPr>
        <w:t xml:space="preserve">[1:00:53] </w:t>
      </w:r>
      <w:r>
        <w:t>we have to, we have to persuade muslims to study quran objectively. presently, they are living in hate,</w:t>
      </w:r>
    </w:p>
    <w:p>
      <w:pPr>
        <w:jc w:val="right"/>
      </w:pPr>
      <w:r>
        <w:t>وی ہیو ٹو، وی ہیو ٹو پرسویٹ مسلمز ٹو اسٹڈی قران ابجیکٹولی۔ پریزنٹلی، دے ار لیونگ ان ہیٹ،</w:t>
      </w:r>
    </w:p>
    <w:p>
      <w:r>
        <w:rPr>
          <w:b/>
        </w:rPr>
        <w:t xml:space="preserve">[1:01:06] </w:t>
      </w:r>
      <w:r>
        <w:t>in negativity. so, they are fighting unless they, they abandon this kind of negativity.</w:t>
      </w:r>
    </w:p>
    <w:p>
      <w:pPr>
        <w:jc w:val="right"/>
      </w:pPr>
      <w:r>
        <w:t>ان نیگیٹیوٹی۔ سو، دے ار فائٹنگ انلیس دے، دے ابینڈن دس کائنڈ اف نیگیٹیوٹی۔</w:t>
      </w:r>
    </w:p>
    <w:p>
      <w:r>
        <w:rPr>
          <w:b/>
        </w:rPr>
        <w:t xml:space="preserve">[1:01:16] </w:t>
      </w:r>
      <w:r>
        <w:t>that, that not able to understand the value of peace. this is the problem.</w:t>
      </w:r>
    </w:p>
    <w:p>
      <w:pPr>
        <w:jc w:val="right"/>
      </w:pPr>
      <w:r>
        <w:t>دیٹ، دیٹ ناٹ ایبل ٹو انڈرسٹینڈ دا ویلیو اف پیس۔ دس از دا پرابلم۔</w:t>
      </w:r>
    </w:p>
    <w:p>
      <w:r>
        <w:rPr>
          <w:b/>
        </w:rPr>
        <w:t xml:space="preserve">[1:01:28] </w:t>
      </w:r>
      <w:r>
        <w:t>this question is from miss naghma from delhi: "in spite of no substantiated gains, why are muslims extremists not realizing that they have to change strategy?"</w:t>
      </w:r>
    </w:p>
    <w:p>
      <w:pPr>
        <w:jc w:val="right"/>
      </w:pPr>
      <w:r>
        <w:t>دس کوئسچن از فرام مس نغمہ فرام دہلی: "ان سپائٹ اف نو سبسٹینشیٹڈ گینز، وائی ار مسلمز ایکسٹریمسٹ ناٹ ریلائزنگ دیٹ دے ہیو ٹو چینج سٹریٹجی؟"</w:t>
      </w:r>
    </w:p>
    <w:p>
      <w:r>
        <w:rPr>
          <w:b/>
        </w:rPr>
        <w:t xml:space="preserve">[1:01:46] </w:t>
      </w:r>
      <w:r>
        <w:t>it required positive mind. without positive mind, you can not re assess your activities.</w:t>
      </w:r>
    </w:p>
    <w:p>
      <w:pPr>
        <w:jc w:val="right"/>
      </w:pPr>
      <w:r>
        <w:t>اٹ ریکوائرڈ پازیٹیو مائنڈ۔ وداؤٹ پازیٹیو مائنڈ، یو کین ناٹ ری اسس یور ایکٹیویٹیز۔</w:t>
      </w:r>
    </w:p>
    <w:p>
      <w:r>
        <w:rPr>
          <w:b/>
        </w:rPr>
        <w:t xml:space="preserve">[1:01:56] </w:t>
      </w:r>
      <w:r>
        <w:t>when you are living in negativity, when you are declare that people are enemy, then you are not in normal mind.</w:t>
      </w:r>
    </w:p>
    <w:p>
      <w:pPr>
        <w:jc w:val="right"/>
      </w:pPr>
      <w:r>
        <w:t>وین یو ار لیونگ ان نیگیٹیوٹی، وین یو ار ڈیکلیئر دیٹ پیپل ار اینمی، دین یو ار ناٹ ان نارمل مائنڈ۔</w:t>
      </w:r>
    </w:p>
    <w:p>
      <w:r>
        <w:rPr>
          <w:b/>
        </w:rPr>
        <w:t xml:space="preserve">[1:02:09] </w:t>
      </w:r>
      <w:r>
        <w:t>only normal mind can re assess their activities, can revise their activities.</w:t>
      </w:r>
    </w:p>
    <w:p>
      <w:pPr>
        <w:jc w:val="right"/>
      </w:pPr>
      <w:r>
        <w:t>اونلی نارمل مائنڈ کین ری اسس دیر ایکٹیویٹیز، کین ریوائز دیر ایکٹیویٹیز۔</w:t>
      </w:r>
    </w:p>
    <w:p>
      <w:r>
        <w:rPr>
          <w:b/>
        </w:rPr>
        <w:t xml:space="preserve">[1:02:17] </w:t>
      </w:r>
      <w:r>
        <w:t>when you are obsess with enmity concept, with conspiracy concept, then you are not in a position to think normally.</w:t>
      </w:r>
    </w:p>
    <w:p>
      <w:pPr>
        <w:jc w:val="right"/>
      </w:pPr>
      <w:r>
        <w:t>وین یو ار ابسس ود اینمیٹی کانسپٹ، ود کانسپریسی کانسپٹ، دین یو ار ناٹ ان ا پوزیشن ٹو تھنک نارملی۔</w:t>
      </w:r>
    </w:p>
    <w:p>
      <w:r>
        <w:rPr>
          <w:b/>
        </w:rPr>
        <w:t xml:space="preserve">[1:02:31] </w:t>
      </w:r>
      <w:r>
        <w:t>so, our mission is to make them think with normal mind. otherwise, they can not, can not understand reality</w:t>
      </w:r>
    </w:p>
    <w:p>
      <w:pPr>
        <w:jc w:val="right"/>
      </w:pPr>
      <w:r>
        <w:t>سو، اور مشن از ٹو میک دیم تھنک ود نارمل مائنڈ۔ ادروائز، دے کین ناٹ، کین ناٹ انڈرسٹینڈ ریلیٹی</w:t>
      </w:r>
    </w:p>
    <w:p>
      <w:r>
        <w:rPr>
          <w:b/>
        </w:rPr>
        <w:t xml:space="preserve">[1:02:44] </w:t>
      </w:r>
      <w:r>
        <w:t>. they can not re assess their activities. this question is from mr. khwaja kaleemuddin from pennsylvania: "maulana sahib, when muslim country declares that it is going to enforce sharia law on people, the whole world opposes it</w:t>
      </w:r>
    </w:p>
    <w:p>
      <w:pPr>
        <w:jc w:val="right"/>
      </w:pPr>
      <w:r>
        <w:t>۔ دے کین ناٹ ری اسس دیر ایکٹیویٹیز۔ دس کوئسچن از فرام مسٹر خواجہ کلیم الدین فرام پینسلوینیا: "مولانا صاحب، وین مسلم کنٹری ڈیکلیئرز دیٹ اٹ از گوئنگ ٹو انفورس شریعہ لاء ان پیپل، دا ہول ورلڈ اپوزز اٹ</w:t>
      </w:r>
    </w:p>
    <w:p>
      <w:r>
        <w:rPr>
          <w:b/>
        </w:rPr>
        <w:t xml:space="preserve">[1:03:07] </w:t>
      </w:r>
      <w:r>
        <w:t>. my question to you is: why the very word sharia has become so dreadful to the rest of the world?" because this kind of policy against the, against the spirit of the age,</w:t>
      </w:r>
    </w:p>
    <w:p>
      <w:pPr>
        <w:jc w:val="right"/>
      </w:pPr>
      <w:r>
        <w:t>۔ مائی کوئسچن ٹو یو از: وائی دا ویری ورڈ شریعہ ہیز بیکم سو ڈریڈ فل ٹو دا ریسٹ اف دا ورلڈ؟" بیکاز دس کائنڈ اف پالیسی اگینسٹ دا، اگینسٹ دا اسپرٹ اف دا ایج،</w:t>
      </w:r>
    </w:p>
    <w:p>
      <w:r>
        <w:rPr>
          <w:b/>
        </w:rPr>
        <w:t xml:space="preserve">[1:03:26] </w:t>
      </w:r>
      <w:r>
        <w:t>and also against Islam. Is not, it is not according to Islamic teachings that you declare that we enforce Sharia by flogging</w:t>
      </w:r>
    </w:p>
    <w:p>
      <w:pPr>
        <w:jc w:val="right"/>
      </w:pPr>
      <w:r>
        <w:t>اینڈ السو اگینسٹ اسلام۔ از ناٹ، اٹ از ناٹ اکارنٹ ٹو اسلامک ٹیچنگز دیٹ یو ڈیکلیئر دیٹ وی انفورس شریعہ بائی فلاگنگ</w:t>
      </w:r>
    </w:p>
    <w:p>
      <w:r>
        <w:rPr>
          <w:b/>
        </w:rPr>
        <w:t xml:space="preserve">[1:03:38] </w:t>
      </w:r>
      <w:r>
        <w:t>. No, it is not Islam. You have first of all, you have to prepare the society. First of all, you have to prepare individuals.</w:t>
      </w:r>
    </w:p>
    <w:p>
      <w:pPr>
        <w:jc w:val="right"/>
      </w:pPr>
      <w:r>
        <w:t>۔ نو، اٹ از ناٹ اسلام۔ یو ہیو فرسٹ اف ال، یو ہیو ٹو پریپیر دا سوسائٹی۔ فرسٹ اف ال، یو ہیو ٹو پریپیر انڈیویجولز۔</w:t>
      </w:r>
    </w:p>
    <w:p>
      <w:r>
        <w:rPr>
          <w:b/>
        </w:rPr>
        <w:t xml:space="preserve">[1:03:47] </w:t>
      </w:r>
      <w:r>
        <w:t>You have to prepare the society. You have to inculcate acceptance among people, so that they may adopt Islamic commandments.</w:t>
      </w:r>
    </w:p>
    <w:p>
      <w:pPr>
        <w:jc w:val="right"/>
      </w:pPr>
      <w:r>
        <w:t>یو ہیو ٹو پریپیر دا سوسائٹی۔ یو ہیو ٹو انکلکیٹ ایکسیپٹنس امنگ پیپل، سو دیٹ دے می اڈاپٹ اسلامک کمانڈمنٹس۔</w:t>
      </w:r>
    </w:p>
    <w:p>
      <w:r>
        <w:rPr>
          <w:b/>
        </w:rPr>
        <w:t xml:space="preserve">[1:04:04] </w:t>
      </w:r>
      <w:r>
        <w:t>Otherwise, enforcement is not, it is quite alien in Islam. And people are justified to, to, to, to become angry.</w:t>
      </w:r>
    </w:p>
    <w:p>
      <w:pPr>
        <w:jc w:val="right"/>
      </w:pPr>
      <w:r>
        <w:t>ادروائز، انفورسمنٹ از ناٹ، اٹ از کوائٹ ایلین ان اسلام۔ اینڈ پیپل ار جسٹیفائیڈ ٹو، ٹو، ٹو، ٹو بیکم اینگری۔</w:t>
      </w:r>
    </w:p>
    <w:p>
      <w:r>
        <w:rPr>
          <w:b/>
        </w:rPr>
        <w:t xml:space="preserve">[1:04:21] </w:t>
      </w:r>
      <w:r>
        <w:t>That justified because no community can go against the age of the spirit. We are living in new age</w:t>
      </w:r>
    </w:p>
    <w:p>
      <w:pPr>
        <w:jc w:val="right"/>
      </w:pPr>
      <w:r>
        <w:t>دیٹ جسٹیفائیڈ بیکاز نو کمیونٹی کین گو اگینسٹ دا ایج اف دا اسپرٹ۔ وی ار لیونگ ان نیو ایج</w:t>
      </w:r>
    </w:p>
    <w:p>
      <w:r>
        <w:rPr>
          <w:b/>
        </w:rPr>
        <w:t xml:space="preserve">[1:04:31] </w:t>
      </w:r>
      <w:r>
        <w:t>. In this age, freedom is most important thing. They</w:t>
      </w:r>
    </w:p>
    <w:p>
      <w:pPr>
        <w:jc w:val="right"/>
      </w:pPr>
      <w:r>
        <w:t>۔ ان دس ایج، فریڈم از موسٹ امپورٹنٹ تھنگ۔ دے</w:t>
      </w:r>
    </w:p>
    <w:p>
      <w:r>
        <w:rPr>
          <w:b/>
        </w:rPr>
        <w:t xml:space="preserve">[1:04:41] </w:t>
      </w:r>
      <w:r>
        <w:t>according to their norms, freedom and democracy is very important. So, this kind of policy goes against freedom, against democracy.</w:t>
      </w:r>
    </w:p>
    <w:p>
      <w:pPr>
        <w:jc w:val="right"/>
      </w:pPr>
      <w:r>
        <w:t>اکارنٹ ٹو دیر نارمز، فریڈم اینڈ ڈیموکریسی از ویری امپورٹنٹ۔ سو، دس کائنڈ اف پالیسی گوز اگینسٹ فریڈم، اگینسٹ ڈیموکریسی۔</w:t>
      </w:r>
    </w:p>
    <w:p>
      <w:r>
        <w:rPr>
          <w:b/>
        </w:rPr>
        <w:t xml:space="preserve">[1:04:51] </w:t>
      </w:r>
      <w:r>
        <w:t>So, world is not ready to tolerate this kind of policy. And I think world is justified</w:t>
      </w:r>
    </w:p>
    <w:p>
      <w:pPr>
        <w:jc w:val="right"/>
      </w:pPr>
      <w:r>
        <w:t>سو، ورلڈ از ناٹ ریڈی ٹو ٹولریٹ دس کائنڈ اف پالیسی۔ اینڈ ائی تھنک ورلڈ از جسٹیفائیڈ</w:t>
      </w:r>
    </w:p>
    <w:p>
      <w:r>
        <w:rPr>
          <w:b/>
        </w:rPr>
        <w:t xml:space="preserve">[1:04:57] </w:t>
      </w:r>
      <w:r>
        <w:t>. Those Muslims are liable to blame who want to implement Islam by force.</w:t>
      </w:r>
    </w:p>
    <w:p>
      <w:pPr>
        <w:jc w:val="right"/>
      </w:pPr>
      <w:r>
        <w:t>۔ دوز مسلمز ار لائبل ٹو بلیم ہو وانٹ ٹو امپلیمنٹ اسلام بائی فورس۔</w:t>
      </w:r>
    </w:p>
    <w:p>
      <w:r>
        <w:rPr>
          <w:b/>
        </w:rPr>
        <w:t xml:space="preserve">[1:05:08] </w:t>
      </w:r>
      <w:r>
        <w:t>No, Islam is subject of following and not subject of enforcement. So, Muslims are to be blamed and not the other people.</w:t>
      </w:r>
    </w:p>
    <w:p>
      <w:pPr>
        <w:jc w:val="right"/>
      </w:pPr>
      <w:r>
        <w:t>نو، اسلام از سبجیکٹ اف فالونگ اینڈ ناٹ سبجیکٹ اف انفورسمنٹ۔ سو، مسلمز ار ٹو بی بلیم اینڈ ناٹ دا ادر پیپل۔</w:t>
      </w:r>
    </w:p>
    <w:p>
      <w:r>
        <w:rPr>
          <w:b/>
        </w:rPr>
        <w:t xml:space="preserve">[1:05:22] </w:t>
      </w:r>
      <w:r>
        <w:t>His other question is: What is the difference in the enforcement of Sharia law by the pious caliph like Abu Bakr and Umar, and the recent Muslim rulers like Hassan Turabi of Sudan, or General Zia-ul-Haq of Pakistan, and the NGOs that are operating today in various Muslim countries?</w:t>
      </w:r>
    </w:p>
    <w:p>
      <w:pPr>
        <w:jc w:val="right"/>
      </w:pPr>
      <w:r>
        <w:t>ہز ادر کوئسچن از: واٹ از دا ڈیفرنس ان دی انفورسمنٹ اف شریعہ لاء بائی دا پائس کیلف لائک ابوبکر اینڈ عمر، اینڈ دی ریسنٹ مسلم رولرز لائک حسن ترابی اف سوڈان، اور جنرل ضیاء الحق اف پاکستان، اینڈ دی این جی اوز دیٹ ار اپریٹنگ ٹوڈے ان ویریس مسلم کنٹریز؟</w:t>
      </w:r>
    </w:p>
    <w:p>
      <w:r>
        <w:rPr>
          <w:b/>
        </w:rPr>
        <w:t xml:space="preserve">[1:05:46] </w:t>
      </w:r>
      <w:r>
        <w:t>According to my knowledge, this equation is wrong.</w:t>
      </w:r>
    </w:p>
    <w:p>
      <w:pPr>
        <w:jc w:val="right"/>
      </w:pPr>
      <w:r>
        <w:t>اکارنٹ ٹو مائی نالج، دس ایکویشن از رونگ۔</w:t>
      </w:r>
    </w:p>
    <w:p>
      <w:r>
        <w:rPr>
          <w:b/>
        </w:rPr>
        <w:t xml:space="preserve">[1:05:53] </w:t>
      </w:r>
      <w:r>
        <w:t>Abu Bakr and Umar never tried to enforce by power. No, first of all, they prepared society.</w:t>
      </w:r>
    </w:p>
    <w:p>
      <w:pPr>
        <w:jc w:val="right"/>
      </w:pPr>
      <w:r>
        <w:t>ابوبکر اور عمر نیور ٹرائی ٹو انفورس بائی پاور۔ نو، فرسٹ اف ال، دے پریپیر سوسائٹی۔</w:t>
      </w:r>
    </w:p>
    <w:p>
      <w:r>
        <w:rPr>
          <w:b/>
        </w:rPr>
        <w:t xml:space="preserve">[1:06:05] </w:t>
      </w:r>
      <w:r>
        <w:t>Very clear in the, if you read, if want to know the exact</w:t>
      </w:r>
    </w:p>
    <w:p>
      <w:pPr>
        <w:jc w:val="right"/>
      </w:pPr>
      <w:r>
        <w:t>ویری کلیئر ان دا، اف یو ریڈ، اف وانٹ ٹو نو دا ایگزیکٹ</w:t>
      </w:r>
    </w:p>
    <w:p>
      <w:r>
        <w:rPr>
          <w:b/>
        </w:rPr>
        <w:t xml:space="preserve">[1:06:14] </w:t>
      </w:r>
      <w:r>
        <w:t>teaching of Islam, you can read Bab Taliq al-Quran in Sahih Bukhari.</w:t>
      </w:r>
    </w:p>
    <w:p>
      <w:pPr>
        <w:jc w:val="right"/>
      </w:pPr>
      <w:r>
        <w:t>ٹیچنگ اف اسلام، یو کین ریڈ باب تالیف القران ان صحیح البخاری۔</w:t>
      </w:r>
    </w:p>
    <w:p>
      <w:r>
        <w:rPr>
          <w:b/>
        </w:rPr>
        <w:t xml:space="preserve">[1:06:21] </w:t>
      </w:r>
      <w:r>
        <w:t>In this bab, it is very clear that enforcement is not the beginning, is not starting point.</w:t>
      </w:r>
    </w:p>
    <w:p>
      <w:pPr>
        <w:jc w:val="right"/>
      </w:pPr>
      <w:r>
        <w:t>ان دس باب، اٹ از ویری کلیئر دیٹ انفورسمنٹ از ناٹ دا بگننگ، از ناٹ سٹارٹنگ پوائنٹ۔</w:t>
      </w:r>
    </w:p>
    <w:p>
      <w:r>
        <w:rPr>
          <w:b/>
        </w:rPr>
        <w:t xml:space="preserve">[1:06:33] </w:t>
      </w:r>
      <w:r>
        <w:t>Prepare the society is the beginning. Very important to know, Hassan Turabi and other people wanted to enforce Islam by enforce Sharia by power, without preparing the society.</w:t>
      </w:r>
    </w:p>
    <w:p>
      <w:pPr>
        <w:jc w:val="right"/>
      </w:pPr>
      <w:r>
        <w:t>پریپیر دا سوسائٹی از دا بگننگ۔ ویری امپورٹنٹ ٹو نو، حسن ترابی اینڈ ادر پیپل وانٹڈ ٹو انفورس اسلام بائی انفورس شریعہ بائی پاور، وداؤٹ پریپیرنگ دا سوسائٹی۔</w:t>
      </w:r>
    </w:p>
    <w:p>
      <w:r>
        <w:rPr>
          <w:b/>
        </w:rPr>
        <w:t xml:space="preserve">[1:06:52] </w:t>
      </w:r>
      <w:r>
        <w:t>Prophet of Islam first of all tried to prepare individuals to prepare society, that is to establish acceptance.</w:t>
      </w:r>
    </w:p>
    <w:p>
      <w:pPr>
        <w:jc w:val="right"/>
      </w:pPr>
      <w:r>
        <w:t>پرافٹ اف اسلام فرسٹ اف ال ٹرائی ٹو پریپیر انڈیویجولز ٹو پریپیر سوسائٹی، دیٹ از ٹو اسٹیبلش ایکسیپٹنس۔</w:t>
      </w:r>
    </w:p>
    <w:p>
      <w:r>
        <w:rPr>
          <w:b/>
        </w:rPr>
        <w:t xml:space="preserve">[1:07:04] </w:t>
      </w:r>
      <w:r>
        <w:t>When acceptance, then he implemented Sharia. He never implemented Sharia without preparing the society.</w:t>
      </w:r>
    </w:p>
    <w:p>
      <w:pPr>
        <w:jc w:val="right"/>
      </w:pPr>
      <w:r>
        <w:t>وین ایکسیپٹنس، دین ہی امپلیمنٹڈ شریعہ۔ ہی نیور امپلیمنٹڈ شریعہ وداؤٹ پریپیرنگ دا سوسائٹی۔</w:t>
      </w:r>
    </w:p>
    <w:p>
      <w:r>
        <w:rPr>
          <w:b/>
        </w:rPr>
        <w:t xml:space="preserve">[1:07:16] </w:t>
      </w:r>
      <w:r>
        <w:t>So, you know that when Prophet Mecca up to 13 years, he never wanted to implement Sharia law.</w:t>
      </w:r>
    </w:p>
    <w:p>
      <w:pPr>
        <w:jc w:val="right"/>
      </w:pPr>
      <w:r>
        <w:t>سو، یو نو دیٹ وین پرافٹ مکہ اپ ٹو 13 ایئرز، ہی نیور وانٹڈ ٹو امپلیمنٹ شریعہ لاء۔</w:t>
      </w:r>
    </w:p>
    <w:p>
      <w:r>
        <w:rPr>
          <w:b/>
        </w:rPr>
        <w:t xml:space="preserve">[1:07:27] </w:t>
      </w:r>
      <w:r>
        <w:t>Sharia law was not only implemented in Medina.</w:t>
      </w:r>
    </w:p>
    <w:p>
      <w:pPr>
        <w:jc w:val="right"/>
      </w:pPr>
      <w:r>
        <w:t>شریعہ لاء واز ناٹ اونلی امپلیمنٹڈ ان مدینہ۔</w:t>
      </w:r>
    </w:p>
    <w:p>
      <w:r>
        <w:rPr>
          <w:b/>
        </w:rPr>
        <w:t xml:space="preserve">[1:07:34] </w:t>
      </w:r>
      <w:r>
        <w:t>After, after he prepared individuals, after he prepared society. Now, Hassan Turabi and other people want to, want to implement Sharia by force, by flogging.</w:t>
      </w:r>
    </w:p>
    <w:p>
      <w:pPr>
        <w:jc w:val="right"/>
      </w:pPr>
      <w:r>
        <w:t>افٹر، افٹر ہی پریپیرڈ انڈیویجولز، افٹر ہی پریپیرڈ سوسائٹی۔ ناو، حسن ترابی اینڈ ادر پیپل وانٹ ٹو، وانٹ ٹو امپلیمنٹ شریعہ بائی فورس، بائی فلاگنگ۔</w:t>
      </w:r>
    </w:p>
    <w:p>
      <w:r>
        <w:rPr>
          <w:b/>
        </w:rPr>
        <w:t xml:space="preserve">[1:07:50] </w:t>
      </w:r>
      <w:r>
        <w:t>This kind of policy is not Islamic policy. So, they fail, they completely fail.</w:t>
      </w:r>
    </w:p>
    <w:p>
      <w:pPr>
        <w:jc w:val="right"/>
      </w:pPr>
      <w:r>
        <w:t>دس کائنڈ اف پالیسی از ناٹ اسلامک پالیسی۔ سو، دے فیل، دے کمپلیٹلی فیل۔</w:t>
      </w:r>
    </w:p>
    <w:p>
      <w:r>
        <w:rPr>
          <w:b/>
        </w:rPr>
        <w:t xml:space="preserve">[1:08:00] </w:t>
      </w:r>
      <w:r>
        <w:t>I can say conviction that this kind of policy based flogging is not Islamic policy. Islam wants to change the mind, change the heart, to change the individuals, to change the personality.</w:t>
      </w:r>
    </w:p>
    <w:p>
      <w:pPr>
        <w:jc w:val="right"/>
      </w:pPr>
      <w:r>
        <w:t>ائی کین سے کنوکشن دیٹ دس کائنڈ اف پالیسی بیس فلاگنگ از ناٹ اسلامک پالیسی۔ اسلام وانٹس ٹو چینج دا مائنڈ، چینج دا ہارٹ، ٹو چینج دا انڈیویجولز، ٹو چینج دا پرسنیلٹی۔</w:t>
      </w:r>
    </w:p>
    <w:p>
      <w:r>
        <w:rPr>
          <w:b/>
        </w:rPr>
        <w:t xml:space="preserve">[1:08:18] </w:t>
      </w:r>
      <w:r>
        <w:t>Then he want to prepare the society. Then by their acceptance, he tried to implement Sharia.</w:t>
      </w:r>
    </w:p>
    <w:p>
      <w:pPr>
        <w:jc w:val="right"/>
      </w:pPr>
      <w:r>
        <w:t>دین ہی وانٹ ٹو پریپیر دا سوسائٹی۔ دین بائی دیر ایکسیپٹنس، ہی ٹرائی ٹو امپلیمنٹ شریعہ۔</w:t>
      </w:r>
    </w:p>
    <w:p>
      <w:r>
        <w:rPr>
          <w:b/>
        </w:rPr>
        <w:t xml:space="preserve">[1:08:28] </w:t>
      </w:r>
      <w:r>
        <w:t>by the way acceptance,</w:t>
      </w:r>
    </w:p>
    <w:p>
      <w:pPr>
        <w:jc w:val="right"/>
      </w:pPr>
      <w:r>
        <w:t>بائی دیر ایکسیپٹنس،</w:t>
      </w:r>
    </w:p>
    <w:p>
      <w:r>
        <w:rPr>
          <w:b/>
        </w:rPr>
        <w:t xml:space="preserve">[1:08:33] </w:t>
      </w:r>
      <w:r>
        <w:t>this very clear. i have publish some books on this subject. for example, "do no shariat".</w:t>
      </w:r>
    </w:p>
    <w:p>
      <w:pPr>
        <w:jc w:val="right"/>
      </w:pPr>
      <w:r>
        <w:t>دس ویری کلیئر۔ ائی ہیو پبلش سم بکس ان دس سبجیکٹ۔ فار ایگزیمپل، "ڈیو نو شریعت"۔</w:t>
      </w:r>
    </w:p>
    <w:p>
      <w:r>
        <w:rPr>
          <w:b/>
        </w:rPr>
        <w:t xml:space="preserve">[1:08:41] </w:t>
      </w:r>
      <w:r>
        <w:t>it present is in urdu. "do no shariat". in this book, i have detail, i have discuss this in detail that what is the requirement of deen or what is the requirement of sharia.</w:t>
      </w:r>
    </w:p>
    <w:p>
      <w:pPr>
        <w:jc w:val="right"/>
      </w:pPr>
      <w:r>
        <w:t>اٹ پریزنٹ از ان اردو۔ "ڈیو نو شریعت"۔ ان دس بک، ائی ہیو ڈیٹیل، ائی ہیو ڈسکس دس ان ڈیٹیل دیٹ واٹ از دا ریکوائرمنٹ اف دین اور واٹ از دا ریکوائرمنٹ اف شریعہ۔</w:t>
      </w:r>
    </w:p>
    <w:p>
      <w:r>
        <w:rPr>
          <w:b/>
        </w:rPr>
        <w:t xml:space="preserve">[1:08:58] </w:t>
      </w:r>
      <w:r>
        <w:t>this question is from miss gul zeeba ahmed from us: "maulana, as a mother and a woman, what should be the role in spreading peace and stopping violence?" i think that</w:t>
      </w:r>
    </w:p>
    <w:p>
      <w:pPr>
        <w:jc w:val="right"/>
      </w:pPr>
      <w:r>
        <w:t>دس کوئسچن از فرام مس گل زیبہ احمد فرام یو ایس: "مولانا، ایز ا مدر اینڈ ا وومن، واٹ شوڈ بی دا رول ان سپریڈنگ پیس اینڈ سٹاپنگ وائلنس؟" ائی تھنک دیٹ</w:t>
      </w:r>
    </w:p>
    <w:p>
      <w:r>
        <w:rPr>
          <w:b/>
        </w:rPr>
        <w:t xml:space="preserve">[1:09:16] </w:t>
      </w:r>
      <w:r>
        <w:t>you, you can begin your work from your, your, your children. make your children a peaceful citizen.</w:t>
      </w:r>
    </w:p>
    <w:p>
      <w:pPr>
        <w:jc w:val="right"/>
      </w:pPr>
      <w:r>
        <w:t>یو، یو کین بگن یور ورک فرام یور، یور، یور چلڈرن۔ میک یور چلڈرن ا پیس فل سٹیزن۔</w:t>
      </w:r>
    </w:p>
    <w:p>
      <w:r>
        <w:rPr>
          <w:b/>
        </w:rPr>
        <w:t xml:space="preserve">[1:09:30] </w:t>
      </w:r>
      <w:r>
        <w:t>mothers, mothers have the opportunity to, to mold their, their, their children and prepare them as a peaceful citizen.</w:t>
      </w:r>
    </w:p>
    <w:p>
      <w:pPr>
        <w:jc w:val="right"/>
      </w:pPr>
      <w:r>
        <w:t>مدرز، مدرز ہیو دا اپرچونیٹی ٹو، ٹو مولڈ دیر، دیر، دیر چلڈرن اینڈ پریپیر دیم ایز ا پیس فل سٹیزن۔</w:t>
      </w:r>
    </w:p>
    <w:p>
      <w:r>
        <w:rPr>
          <w:b/>
        </w:rPr>
        <w:t xml:space="preserve">[1:09:45] </w:t>
      </w:r>
      <w:r>
        <w:t>this is a great, this is a great contribution of any mother. if</w:t>
      </w:r>
    </w:p>
    <w:p>
      <w:pPr>
        <w:jc w:val="right"/>
      </w:pPr>
      <w:r>
        <w:t>دس از ا گریٹ، دس از ا گریٹ کنٹریبیوشن اف اینی مدر۔ اف</w:t>
      </w:r>
    </w:p>
    <w:p>
      <w:r>
        <w:rPr>
          <w:b/>
        </w:rPr>
        <w:t xml:space="preserve">[1:09:54] </w:t>
      </w:r>
      <w:r>
        <w:t>, if,</w:t>
      </w:r>
    </w:p>
    <w:p>
      <w:pPr>
        <w:jc w:val="right"/>
      </w:pPr>
      <w:r>
        <w:t>، اف،</w:t>
      </w:r>
    </w:p>
    <w:p>
      <w:r>
        <w:rPr>
          <w:b/>
        </w:rPr>
        <w:t xml:space="preserve">[1:09:57] </w:t>
      </w:r>
      <w:r>
        <w:t>if, you are, if you can change your, your children, then you can change the whole world.</w:t>
      </w:r>
    </w:p>
    <w:p>
      <w:pPr>
        <w:jc w:val="right"/>
      </w:pPr>
      <w:r>
        <w:t>اف، یو ار، اف یو کین چینج یور، یور چلڈرن، دین یو کین چینج دا ہول ورلڈ۔</w:t>
      </w:r>
    </w:p>
    <w:p>
      <w:r>
        <w:rPr>
          <w:b/>
        </w:rPr>
        <w:t xml:space="preserve">[1:10:07] </w:t>
      </w:r>
      <w:r>
        <w:t>because whole comprises comprises of some children. so, if you can change your children, then you have that you can change the whole world</w:t>
      </w:r>
    </w:p>
    <w:p>
      <w:pPr>
        <w:jc w:val="right"/>
      </w:pPr>
      <w:r>
        <w:t>بیکاز ہول کمپریز کمپریز اف سم چلڈرن۔ سو، اف یو کین چینج یور چلڈرن، دین یو ہیو دیٹ یو کین چینج دا ہول ورلڈ</w:t>
      </w:r>
    </w:p>
    <w:p>
      <w:r>
        <w:rPr>
          <w:b/>
        </w:rPr>
        <w:t xml:space="preserve">[1:10:22] </w:t>
      </w:r>
      <w:r>
        <w:t>. this is the right beginning. i think that preparing a peaceful society begins from, from home.</w:t>
      </w:r>
    </w:p>
    <w:p>
      <w:pPr>
        <w:jc w:val="right"/>
      </w:pPr>
      <w:r>
        <w:t>۔ دس از دا رائٹ بگننگ۔ ائی تھنک دیٹ پریپیرنگ ا پیس فل سوسائٹی بگنز فرام، فرام ہوم۔</w:t>
      </w:r>
    </w:p>
    <w:p>
      <w:r>
        <w:rPr>
          <w:b/>
        </w:rPr>
        <w:t xml:space="preserve">[1:10:33] </w:t>
      </w:r>
      <w:r>
        <w:t>charity begins from home. it is, it is, it is well known saying that charity begins from home. so, peaceful activity begins from home.</w:t>
      </w:r>
    </w:p>
    <w:p>
      <w:pPr>
        <w:jc w:val="right"/>
      </w:pPr>
      <w:r>
        <w:t>چیرٹی بگنز فرام ہوم۔ اٹ از، اٹ از، اٹ از ویل نون سیئنگ دیٹ چیرٹی بگنز فرام ہوم۔ سو، پیس فل ایکٹیویٹی بگنز فرام ہوم۔</w:t>
      </w:r>
    </w:p>
    <w:p>
      <w:r>
        <w:rPr>
          <w:b/>
        </w:rPr>
        <w:t xml:space="preserve">[1:10:46] </w:t>
      </w:r>
      <w:r>
        <w:t>so, every mother has a good chance to prepare peaceful citizen. and it is a great task given by god to every, every woman.</w:t>
      </w:r>
    </w:p>
    <w:p>
      <w:pPr>
        <w:jc w:val="right"/>
      </w:pPr>
      <w:r>
        <w:t>سو، ایوری مدر ہیز ا گڈ چانس ٹو پریپیر پیس فل سٹیزن۔ اینڈ اٹ از ا گریٹ ٹاسک گیون بائی گاڈ ٹو ایوری، ایوری وومن۔</w:t>
      </w:r>
    </w:p>
    <w:p>
      <w:r>
        <w:rPr>
          <w:b/>
        </w:rPr>
        <w:t xml:space="preserve">[1:11:00] </w:t>
      </w:r>
      <w:r>
        <w:t>and it is, it is a very rewardable task. rewardable. this question is from doctor farida khanam: "please explain what jihad bil quran means?"</w:t>
      </w:r>
    </w:p>
    <w:p>
      <w:pPr>
        <w:jc w:val="right"/>
      </w:pPr>
      <w:r>
        <w:t>اینڈ اٹ از، اٹ از ا ویری ریوارڈیبل ٹاسک۔ ریوارڈیبل۔ دس کوئسچن از فرام ڈاکٹر فریدہ خانم: "پلیز ایکسپلین واٹ جہاد بالقران مینز؟"</w:t>
      </w:r>
    </w:p>
    <w:p>
      <w:r>
        <w:rPr>
          <w:b/>
        </w:rPr>
        <w:t xml:space="preserve">[1:11:17] </w:t>
      </w:r>
      <w:r>
        <w:t>verse in the quran: "wajahid jahad kabira." it means do great jihad with the help of the quran.</w:t>
      </w:r>
    </w:p>
    <w:p>
      <w:pPr>
        <w:jc w:val="right"/>
      </w:pPr>
      <w:r>
        <w:t>ورس ان دا قران: "وجاہد جہاد کبیرہ۔" اٹ مینز ڈو گریٹ جہاد ودا ہیلپ اف دا قران۔</w:t>
      </w:r>
    </w:p>
    <w:p>
      <w:r>
        <w:rPr>
          <w:b/>
        </w:rPr>
        <w:t xml:space="preserve">[1:11:29] </w:t>
      </w:r>
      <w:r>
        <w:t>this is translation: "do great jihad with the help of the quran." you know, quran is not gun, not a bomb.</w:t>
      </w:r>
    </w:p>
    <w:p>
      <w:pPr>
        <w:jc w:val="right"/>
      </w:pPr>
      <w:r>
        <w:t>دس از ٹرانسلیشن: "ڈو گریٹ جہاد ودا ہیلپ اف دا قران۔" یو نو، قران از ناٹ گن، ناٹ ا بوم۔</w:t>
      </w:r>
    </w:p>
    <w:p>
      <w:r>
        <w:rPr>
          <w:b/>
        </w:rPr>
        <w:t xml:space="preserve">[1:11:43] </w:t>
      </w:r>
      <w:r>
        <w:t>then how you can do jihad with the help of the quran?</w:t>
      </w:r>
    </w:p>
    <w:p>
      <w:pPr>
        <w:jc w:val="right"/>
      </w:pPr>
      <w:r>
        <w:t>دین ہاؤ یو کین ڈو جہاد ودا ہیلپ اف دا قران؟</w:t>
      </w:r>
    </w:p>
    <w:p>
      <w:r>
        <w:rPr>
          <w:b/>
        </w:rPr>
        <w:t xml:space="preserve">[1:11:48] </w:t>
      </w:r>
      <w:r>
        <w:t>very clear that it is ideological jihad. jihad bil quran means ideological jihad, peaceful ideological jihad.</w:t>
      </w:r>
    </w:p>
    <w:p>
      <w:pPr>
        <w:jc w:val="right"/>
      </w:pPr>
      <w:r>
        <w:t>ویری کلیئر دیٹ اٹ از ایڈلوجیکل جہاد۔ جہاد بالقران مینز ایڈلوجیکل جہاد، پیس فل ایڈلوجیکل جہاد۔</w:t>
      </w:r>
    </w:p>
    <w:p>
      <w:r>
        <w:rPr>
          <w:b/>
        </w:rPr>
        <w:t xml:space="preserve">[1:12:02] </w:t>
      </w:r>
      <w:r>
        <w:t>quran is a book, book of ideology. so, jihad bil quran means ideological jihad, peaceful ideologic</w:t>
      </w:r>
    </w:p>
    <w:p>
      <w:pPr>
        <w:jc w:val="right"/>
      </w:pPr>
      <w:r>
        <w:t>قران از ا بک، بک اف ایڈیالوجی۔ سو، جہاد بالقران مینز ایڈلوجیکل جہاد، پیس فل ایڈلوجیک</w:t>
      </w:r>
    </w:p>
    <w:p>
      <w:r>
        <w:rPr>
          <w:b/>
        </w:rPr>
        <w:t xml:space="preserve">[1:12:12] </w:t>
      </w:r>
      <w:r>
        <w:t>al jihad. it is, it is quranic verse. and it is, it is very clear that in, in, in, in the quran jihad is a peaceful strict.</w:t>
      </w:r>
    </w:p>
    <w:p>
      <w:pPr>
        <w:jc w:val="right"/>
      </w:pPr>
      <w:r>
        <w:t>ل جہاد۔ اٹ از، اٹ از قرانک ورس۔ اینڈ اٹ از، اٹ از ویری کلیئر دیٹ ان، ان، ان، ان دی قران جہاد از ا پیس فل سٹرکٹ۔</w:t>
      </w:r>
    </w:p>
    <w:p>
      <w:r>
        <w:rPr>
          <w:b/>
        </w:rPr>
        <w:t xml:space="preserve">[1:12:23] </w:t>
      </w:r>
      <w:r>
        <w:t>jihad do with the violence. this question is from mr. khwaja kaleemuddin from pennsylvania:</w:t>
      </w:r>
    </w:p>
    <w:p>
      <w:pPr>
        <w:jc w:val="right"/>
      </w:pPr>
      <w:r>
        <w:t>جہاد ڈو ودا وائلنس۔ دس کوئسچن از فرام مسٹر خواجہ کلیم الدین فرام پینسلوینیا:</w:t>
      </w:r>
    </w:p>
    <w:p>
      <w:r>
        <w:rPr>
          <w:b/>
        </w:rPr>
        <w:t xml:space="preserve">[1:12:33] </w:t>
      </w:r>
      <w:r>
        <w:t>"maulana, it is also a fact that muslims are failing to have a consensus on a common sharia that is compatible with modernity.</w:t>
      </w:r>
    </w:p>
    <w:p>
      <w:pPr>
        <w:jc w:val="right"/>
      </w:pPr>
      <w:r>
        <w:t>"مولانا، اٹ از السو ا فیکٹ دیٹ مسلمز ار فیلنگ ٹو ہیو ا کنسنسز ان ا کامن شریعہ دیٹ از کمپیٹیبل ودا ماڈرنٹی۔</w:t>
      </w:r>
    </w:p>
    <w:p>
      <w:r>
        <w:rPr>
          <w:b/>
        </w:rPr>
        <w:t xml:space="preserve">[1:12:43] </w:t>
      </w:r>
      <w:r>
        <w:t>what is the way out? should muslims come up with a common system of governance, or should this be left to the governments of the respective muslim countries?"</w:t>
      </w:r>
    </w:p>
    <w:p>
      <w:pPr>
        <w:jc w:val="right"/>
      </w:pPr>
      <w:r>
        <w:t>واٹ از دا وے اؤٹ؟ شوڈ مسلمز کم اپ ودا کامن سسٹم اف گورننس، اور شوڈ دس بی لیفٹ ٹو دا گورنمنٹس اف دا ریسپیکٹو مسلم کنٹریز؟"</w:t>
      </w:r>
    </w:p>
    <w:p>
      <w:r>
        <w:rPr>
          <w:b/>
        </w:rPr>
        <w:t xml:space="preserve">[1:12:54] </w:t>
      </w:r>
      <w:r>
        <w:t>according to my knowledge, muslims must follow the international norm.</w:t>
      </w:r>
    </w:p>
    <w:p>
      <w:pPr>
        <w:jc w:val="right"/>
      </w:pPr>
      <w:r>
        <w:t>اکارنٹ ٹو مائی نالج، مسلمز مسٹ فالو دا انٹرنیشنل نارم۔</w:t>
      </w:r>
    </w:p>
    <w:p>
      <w:r>
        <w:rPr>
          <w:b/>
        </w:rPr>
        <w:t xml:space="preserve">[1:13:04] </w:t>
      </w:r>
      <w:r>
        <w:t>international norm, they have to avoid with confrontation, with violence. anything, anything that disturb the peace is evil.</w:t>
      </w:r>
    </w:p>
    <w:p>
      <w:pPr>
        <w:jc w:val="right"/>
      </w:pPr>
      <w:r>
        <w:t>انٹرنیشنل نارم، دے ہیو ٹو اوائڈ ود کنفrontiشن، ود وائلنس۔ اینی تھنگ، اینی تھنگ دیٹ ڈسٹرب دا پیس از ایول۔</w:t>
      </w:r>
    </w:p>
    <w:p>
      <w:r>
        <w:rPr>
          <w:b/>
        </w:rPr>
        <w:t xml:space="preserve">[1:13:20] </w:t>
      </w:r>
      <w:r>
        <w:t>so, muslims have found some adjustment between modern, modern laws and sharia laws.</w:t>
      </w:r>
    </w:p>
    <w:p>
      <w:pPr>
        <w:jc w:val="right"/>
      </w:pPr>
      <w:r>
        <w:t>سو، مسلمز ہیو فائنڈ سم ایڈجسٹمنٹ بٹوین ماڈرن، ماڈرن لاز اینڈ شریعہ لاز۔</w:t>
      </w:r>
    </w:p>
    <w:p>
      <w:r>
        <w:rPr>
          <w:b/>
        </w:rPr>
        <w:t xml:space="preserve">[1:13:31] </w:t>
      </w:r>
      <w:r>
        <w:t>they have to find, they have to find some adjustment. it is, it is just according to this quran. prophet also</w:t>
      </w:r>
    </w:p>
    <w:p>
      <w:pPr>
        <w:jc w:val="right"/>
      </w:pPr>
      <w:r>
        <w:t>دے ہیو ٹو فائنڈ، دے ہیو ٹو فائنڈ سم ایڈجسٹمنٹ۔ اٹ از، اٹ از جسٹ اکارنٹ ٹو دس قران۔ پرافٹ اسوہ</w:t>
      </w:r>
    </w:p>
    <w:p>
      <w:r>
        <w:rPr>
          <w:b/>
        </w:rPr>
        <w:t xml:space="preserve">[1:13:43] </w:t>
      </w:r>
      <w:r>
        <w:t>in such a situation which, which we are, in which we are living, we have to avoid all kind of confrontation, all kind of war and fighting.</w:t>
      </w:r>
    </w:p>
    <w:p>
      <w:pPr>
        <w:jc w:val="right"/>
      </w:pPr>
      <w:r>
        <w:t>ان سچ ا سچویشن وچ، وچ وی ار، ان وچ وی ار لیونگ، وی ہیو ٹو اوائڈ ال کائنڈ اف کنفرنٹیشن، ال کائنڈ اف وار اینڈ فائٹنگ۔</w:t>
      </w:r>
    </w:p>
    <w:p>
      <w:r>
        <w:rPr>
          <w:b/>
        </w:rPr>
        <w:t xml:space="preserve">[1:13:59] </w:t>
      </w:r>
      <w:r>
        <w:t>and we have to find some kind of adjustment. and then</w:t>
      </w:r>
    </w:p>
    <w:p>
      <w:pPr>
        <w:jc w:val="right"/>
      </w:pPr>
      <w:r>
        <w:t>اینڈ وی ہیو ٹو فائنڈ سم کائنڈ اف ایڈجسٹمنٹ۔ اینڈ دین</w:t>
      </w:r>
    </w:p>
    <w:p>
      <w:r>
        <w:rPr>
          <w:b/>
        </w:rPr>
        <w:t xml:space="preserve">[1:14:07] </w:t>
      </w:r>
      <w:r>
        <w:t>we have to engage ourselves in peaceful persuasion.</w:t>
      </w:r>
    </w:p>
    <w:p>
      <w:pPr>
        <w:jc w:val="right"/>
      </w:pPr>
      <w:r>
        <w:t>وی ہیو ٹو انگیج اور سیلف ان پیس فل پرسیویشن۔</w:t>
      </w:r>
    </w:p>
    <w:p>
      <w:r>
        <w:rPr>
          <w:b/>
        </w:rPr>
        <w:t xml:space="preserve">[1:14:12] </w:t>
      </w:r>
      <w:r>
        <w:t>we are free to, to, to convey our peacefully. we are free, but in tactical term, i would like to say that we have to seek some adjustment.</w:t>
      </w:r>
    </w:p>
    <w:p>
      <w:pPr>
        <w:jc w:val="right"/>
      </w:pPr>
      <w:r>
        <w:t>وی ار فری ٹو، ٹو، ٹو کنوے اور پیس فلی۔ وی ار فری، بٹ ان ٹیکٹیکل ٹرم، ائی وڈ لائک ٹو سے دیٹ وی ہیو ٹو سیک سم ایڈجسٹمنٹ۔</w:t>
      </w:r>
    </w:p>
    <w:p>
      <w:r>
        <w:rPr>
          <w:b/>
        </w:rPr>
        <w:t xml:space="preserve">[1:14:25] </w:t>
      </w:r>
      <w:r>
        <w:t>so, two point formula is</w:t>
      </w:r>
    </w:p>
    <w:p>
      <w:pPr>
        <w:jc w:val="right"/>
      </w:pPr>
      <w:r>
        <w:t>سو، ٹو پوائنٹ فارمولا ای</w:t>
      </w:r>
    </w:p>
    <w:p>
      <w:r>
        <w:rPr>
          <w:b/>
        </w:rPr>
        <w:t xml:space="preserve">[1:14:28] </w:t>
      </w:r>
      <w:r>
        <w:t>as far as the practical problem, matter is concerned. we have to seek some adjustment. and at the same time, we have to convey the message of islam by peaceful method.</w:t>
      </w:r>
    </w:p>
    <w:p>
      <w:pPr>
        <w:jc w:val="right"/>
      </w:pPr>
      <w:r>
        <w:t>ز فار ایز دا پریکٹیکل پرابلم، میٹر از کنسرن۔ وی ہیو ٹو سیک سم ایڈجسٹمنٹ۔ اینڈ ایٹ دا سیم ٹائم، وی ہیو ٹو کنوے دا میسج اف اسلام بائی پیس فل میتھڈ۔</w:t>
      </w:r>
    </w:p>
    <w:p>
      <w:r>
        <w:rPr>
          <w:b/>
        </w:rPr>
        <w:t xml:space="preserve">[1:14:45] </w:t>
      </w:r>
      <w:r>
        <w:t>this, this, this is the just according to the prophet also, prophet example</w:t>
      </w:r>
    </w:p>
    <w:p>
      <w:pPr>
        <w:jc w:val="right"/>
      </w:pPr>
      <w:r>
        <w:t>دس، دس، دس از دا جسٹ اکارنٹ ٹو دا پرافٹ اسوہ، پرافٹ ایکزیمپ</w:t>
      </w:r>
    </w:p>
    <w:p>
      <w:r>
        <w:rPr>
          <w:b/>
        </w:rPr>
        <w:t xml:space="preserve">[1:14:54] </w:t>
      </w:r>
      <w:r>
        <w:t>able. this question is from doctor farida khanum: "why is it that the muslims do not understand that the times have changed?" for instance, the education of girls is regarded as important as that of boys.</w:t>
      </w:r>
    </w:p>
    <w:p>
      <w:pPr>
        <w:jc w:val="right"/>
      </w:pPr>
      <w:r>
        <w:t>ل۔ دس کوئسچن از فرام ڈاکٹر فریدہ خانم: "وائی از اٹ دیٹ دا مسلمز ڈو ناٹ انڈرسٹینڈ دیٹ دا ٹائمز ہیو چینجڈ؟" فار انسٹنس، دا ایجوکیشن اف گرلز از ریگارڈڈ ایز امپورٹنٹ ایز دیٹ اف بوائز۔</w:t>
      </w:r>
    </w:p>
    <w:p>
      <w:r>
        <w:rPr>
          <w:b/>
        </w:rPr>
        <w:t xml:space="preserve">[1:15:12] </w:t>
      </w:r>
      <w:r>
        <w:t>but when taliban came to power, the first thing they did was demolish schools. this provoked great outrage from the international community.</w:t>
      </w:r>
    </w:p>
    <w:p>
      <w:pPr>
        <w:jc w:val="right"/>
      </w:pPr>
      <w:r>
        <w:t>بٹ وین طالبان کیم ٹو پاور، دا فرسٹ تھنگ دے ڈیڈ واز ڈیمولش سکولز۔ دس پرووک گریٹ اؤٹ ریج فرام دی انٹرنیشنل کمیونٹی۔</w:t>
      </w:r>
    </w:p>
    <w:p>
      <w:r>
        <w:rPr>
          <w:b/>
        </w:rPr>
        <w:t xml:space="preserve">[1:15:24] </w:t>
      </w:r>
      <w:r>
        <w:t>taliban did it in the name of sharia. that turned people against sharia. kindly comment. it is very important question.</w:t>
      </w:r>
    </w:p>
    <w:p>
      <w:pPr>
        <w:jc w:val="right"/>
      </w:pPr>
      <w:r>
        <w:t>طالبان ڈیڈ اٹ ان دا نیم اف شریعہ۔ دیٹ ٹرن پیپل اگینسٹ شریعہ۔ کائنڈلی کمنٹ۔ اٹ از ویری امپورٹنٹ کوئسچن۔</w:t>
      </w:r>
    </w:p>
    <w:p>
      <w:r>
        <w:rPr>
          <w:b/>
        </w:rPr>
        <w:t xml:space="preserve">[1:15:36] </w:t>
      </w:r>
      <w:r>
        <w:t>according to my knowledge, the reason is that muslims, muslims don't know the value of modern education.</w:t>
      </w:r>
    </w:p>
    <w:p>
      <w:pPr>
        <w:jc w:val="right"/>
      </w:pPr>
      <w:r>
        <w:t>اکارنٹ ٹو مائی نالج، دی ریزن از دیٹ مسلمز، مسلمز ڈونٹ نو دا ویلیو اف ماڈرن ایجوکیشن۔</w:t>
      </w:r>
    </w:p>
    <w:p>
      <w:r>
        <w:rPr>
          <w:b/>
        </w:rPr>
        <w:t xml:space="preserve">[1:15:49] </w:t>
      </w:r>
      <w:r>
        <w:t>even educated muslims don't know the value of modern education.</w:t>
      </w:r>
    </w:p>
    <w:p>
      <w:pPr>
        <w:jc w:val="right"/>
      </w:pPr>
      <w:r>
        <w:t>ایون ایجوکیٹڈ مسلمز ڈونٹ نو دا ویلیو اف ماڈرن ایجوکیشن۔</w:t>
      </w:r>
    </w:p>
    <w:p>
      <w:r>
        <w:rPr>
          <w:b/>
        </w:rPr>
        <w:t xml:space="preserve">[1:15:54] </w:t>
      </w:r>
      <w:r>
        <w:t>it is very sad, very sad that even those muslims who, are living in western countries, they don't know the real value of modern education.</w:t>
      </w:r>
    </w:p>
    <w:p>
      <w:pPr>
        <w:jc w:val="right"/>
      </w:pPr>
      <w:r>
        <w:t>اٹ از ویری سیڈ، ویری سیڈ دیٹ ایون دوز مسلمز ہو، ار لیونگ ان ویسٹرن کنٹریز، دے ڈونٹ نو دا ریل ویلیو اف ماڈرن ایجوکیشن۔</w:t>
      </w:r>
    </w:p>
    <w:p>
      <w:r>
        <w:rPr>
          <w:b/>
        </w:rPr>
        <w:t xml:space="preserve">[1:16:08] </w:t>
      </w:r>
      <w:r>
        <w:t>they are money in those countries, but they don't know the real value of modern education.</w:t>
      </w:r>
    </w:p>
    <w:p>
      <w:pPr>
        <w:jc w:val="right"/>
      </w:pPr>
      <w:r>
        <w:t>دے ار منی ان دوز کنٹریز، بٹ دے ڈونٹ نو دا ریل ویلیو اف ماڈرن ایجوکیشن۔</w:t>
      </w:r>
    </w:p>
    <w:p>
      <w:r>
        <w:rPr>
          <w:b/>
        </w:rPr>
        <w:t xml:space="preserve">[1:16:20] </w:t>
      </w:r>
      <w:r>
        <w:t>so, here rises the reason.</w:t>
      </w:r>
    </w:p>
    <w:p>
      <w:pPr>
        <w:jc w:val="right"/>
      </w:pPr>
      <w:r>
        <w:t>سو، ہیر رائز دا ریزن۔</w:t>
      </w:r>
    </w:p>
    <w:p>
      <w:r>
        <w:rPr>
          <w:b/>
        </w:rPr>
        <w:t xml:space="preserve">[1:16:23] </w:t>
      </w:r>
      <w:r>
        <w:t>i always say that most the greatest problem of muslim is that they are backward in education, especially in modern education.</w:t>
      </w:r>
    </w:p>
    <w:p>
      <w:pPr>
        <w:jc w:val="right"/>
      </w:pPr>
      <w:r>
        <w:t>ائی الویز سی دیٹ موسٹ دا گریٹسٹ پرابلم اف مسلم از دیٹ دے ار بیکورڈ ان ایجوکیشن، اسپیشلی ان ماڈرن ایجوکیشن۔</w:t>
      </w:r>
    </w:p>
    <w:p>
      <w:r>
        <w:rPr>
          <w:b/>
        </w:rPr>
        <w:t xml:space="preserve">[1:16:36] </w:t>
      </w:r>
      <w:r>
        <w:t>so, we have to educate people. they are living in blindness. they don't know except to earn money.</w:t>
      </w:r>
    </w:p>
    <w:p>
      <w:pPr>
        <w:jc w:val="right"/>
      </w:pPr>
      <w:r>
        <w:t>سو، وی ہیو ٹو ایجوکیٹ پیپل۔ دے ار لیونگ ان بلائنڈنس۔ دے ڈونٹ نو ایکسیپٹ ٹو ارن منی۔</w:t>
      </w:r>
    </w:p>
    <w:p>
      <w:r>
        <w:rPr>
          <w:b/>
        </w:rPr>
        <w:t xml:space="preserve">[1:16:47] </w:t>
      </w:r>
      <w:r>
        <w:t>every muslim is, is, is like an earning animal, haywan kasib.</w:t>
      </w:r>
    </w:p>
    <w:p>
      <w:pPr>
        <w:jc w:val="right"/>
      </w:pPr>
      <w:r>
        <w:t>ایوری مسلم از، از، از لائک ا ارننگ اینیمل، حیوان کاسب۔</w:t>
      </w:r>
    </w:p>
    <w:p>
      <w:r>
        <w:rPr>
          <w:b/>
        </w:rPr>
        <w:t xml:space="preserve">[1:16:58] </w:t>
      </w:r>
      <w:r>
        <w:t>they don't know the value of science, the value of education, value of modern knowledge, value of modern thinking.</w:t>
      </w:r>
    </w:p>
    <w:p>
      <w:pPr>
        <w:jc w:val="right"/>
      </w:pPr>
      <w:r>
        <w:t>دے ڈونٹ نو دا ویلیو اف سائنس، دا ویلیو اف ایجوکیشن، ویلیو اف ماڈرن نالج، ویلیو اف ماڈرن تھنکنگ۔</w:t>
      </w:r>
    </w:p>
    <w:p>
      <w:r>
        <w:rPr>
          <w:b/>
        </w:rPr>
        <w:t xml:space="preserve">[1:17:08] </w:t>
      </w:r>
      <w:r>
        <w:t>they don't know because they are engaged in, in, in money, money, money.</w:t>
      </w:r>
    </w:p>
    <w:p>
      <w:pPr>
        <w:jc w:val="right"/>
      </w:pPr>
      <w:r>
        <w:t>دے ڈونٹ نو بیکاز دے ار انگیج ان، ان، ان منی، منی، منی۔</w:t>
      </w:r>
    </w:p>
    <w:p>
      <w:r>
        <w:rPr>
          <w:b/>
        </w:rPr>
        <w:t xml:space="preserve">[1:17:16] </w:t>
      </w:r>
      <w:r>
        <w:t>even educated muslims are unaware of the, of the real value of the science, real value of the modern knowledge. so, here rises the reason.</w:t>
      </w:r>
    </w:p>
    <w:p>
      <w:pPr>
        <w:jc w:val="right"/>
      </w:pPr>
      <w:r>
        <w:t>ایون ایجوکیٹڈ مسلمز ار ان اویر اف دا، اف دا ریل ویلیو اف دا سائنس، ریل ویلیو اف دا ماڈرن نالج۔ سو، ہیر رائز دا ریزن۔</w:t>
      </w:r>
    </w:p>
    <w:p>
      <w:r>
        <w:rPr>
          <w:b/>
        </w:rPr>
        <w:t xml:space="preserve">[1:17:27] </w:t>
      </w:r>
      <w:r>
        <w:t>we have to educate people</w:t>
      </w:r>
    </w:p>
    <w:p>
      <w:pPr>
        <w:jc w:val="right"/>
      </w:pPr>
      <w:r>
        <w:t>وی ہیو ٹو ایجوکیٹ پیپل</w:t>
      </w:r>
    </w:p>
    <w:p>
      <w:r>
        <w:rPr>
          <w:b/>
        </w:rPr>
        <w:t xml:space="preserve">[1:17:32] </w:t>
      </w:r>
      <w:r>
        <w:t>on large scale. at present, muslims have very little literacies.</w:t>
      </w:r>
    </w:p>
    <w:p>
      <w:pPr>
        <w:jc w:val="right"/>
      </w:pPr>
      <w:r>
        <w:t>ان لارج سکیل۔ ایٹ پریزنٹ، مسلم ہیو ویری لٹل لٹریسیز۔</w:t>
      </w:r>
    </w:p>
    <w:p>
      <w:r>
        <w:rPr>
          <w:b/>
        </w:rPr>
        <w:t xml:space="preserve">[1:17:41] </w:t>
      </w:r>
      <w:r>
        <w:t>So, unless we educate Muslims in modern terms, this problem will persist.</w:t>
      </w:r>
    </w:p>
    <w:p>
      <w:pPr>
        <w:jc w:val="right"/>
      </w:pPr>
      <w:r>
        <w:t>سو، انلیس وی ایجوکیٹ مسلمز ان ماڈرن ٹرم، دس پرابلم ول پرسسٹ۔</w:t>
      </w:r>
    </w:p>
    <w:p>
      <w:r>
        <w:rPr>
          <w:b/>
        </w:rPr>
        <w:t xml:space="preserve">[1:17:51] </w:t>
      </w:r>
      <w:r>
        <w:t>there no way out.</w:t>
      </w:r>
    </w:p>
    <w:p>
      <w:pPr>
        <w:jc w:val="right"/>
      </w:pPr>
      <w:r>
        <w:t>دیر نو وے اؤٹ۔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