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For The Sake of God July 27, 2014</w:t>
      </w:r>
    </w:p>
    <w:p>
      <w:r>
        <w:t>https://youtu.be/3lPfny7j2NE</w:t>
      </w:r>
    </w:p>
    <w:p>
      <w:r>
        <w:rPr>
          <w:b/>
        </w:rPr>
        <w:t xml:space="preserve">[00:28] </w:t>
      </w:r>
      <w:r>
        <w:t>Wahdil uqdata min lisani, yafqahu qawli.</w:t>
      </w:r>
    </w:p>
    <w:p>
      <w:pPr>
        <w:jc w:val="right"/>
      </w:pPr>
      <w:r>
        <w:t>واحل العقدۃ من لسانی، یفقہ قولی۔</w:t>
      </w:r>
    </w:p>
    <w:p>
      <w:r>
        <w:rPr>
          <w:b/>
        </w:rPr>
        <w:t xml:space="preserve">[00:36] </w:t>
      </w:r>
      <w:r>
        <w:t>Aaj Ramzan 1435 Hijri ki 28 tareekh hai.</w:t>
      </w:r>
    </w:p>
    <w:p>
      <w:pPr>
        <w:jc w:val="right"/>
      </w:pPr>
      <w:r>
        <w:t>آج رمضان 1435 ہجری کی 28 تاریخ ہے۔</w:t>
      </w:r>
    </w:p>
    <w:p>
      <w:r>
        <w:rPr>
          <w:b/>
        </w:rPr>
        <w:t xml:space="preserve">[00:50] </w:t>
      </w:r>
      <w:r>
        <w:t>Ramzan ke baray mein Quran ki Surah Al-Baqarah mein paanch aayatein aayi hain, aur jo Ramzan ka jo basic teaching hai woh in paanch aayaton mein maujood hai.</w:t>
      </w:r>
    </w:p>
    <w:p>
      <w:pPr>
        <w:jc w:val="right"/>
      </w:pPr>
      <w:r>
        <w:t>رمضان کے بارے میں قرآن کی سورہ البقرہ میں پانچ آیتیں آئیں ہیں، اور جو رمضان کا جو بیسک ٹیچنگ ہے وہ ان پانچ آیتوں میں موجود ہے۔</w:t>
      </w:r>
    </w:p>
    <w:p>
      <w:r>
        <w:rPr>
          <w:b/>
        </w:rPr>
        <w:t xml:space="preserve">[01:07] </w:t>
      </w:r>
      <w:r>
        <w:t>Is ke ilawa</w:t>
      </w:r>
    </w:p>
    <w:p>
      <w:pPr>
        <w:jc w:val="right"/>
      </w:pPr>
      <w:r>
        <w:t>اس کے علاوہ</w:t>
      </w:r>
    </w:p>
    <w:p>
      <w:r>
        <w:rPr>
          <w:b/>
        </w:rPr>
        <w:t xml:space="preserve">[01:11] </w:t>
      </w:r>
      <w:r>
        <w:t>Ramzan ki tafseelat ke baray mein hadeesein hain jo aap hadeesi kitabon mein pa sakte hain.</w:t>
      </w:r>
    </w:p>
    <w:p>
      <w:pPr>
        <w:jc w:val="right"/>
      </w:pPr>
      <w:r>
        <w:t>رمضان کی تفصیلات کے بارے میں حدیثیں ہیں جو آپ حدیثی کتابوں میں پا سکتے ہیں۔</w:t>
      </w:r>
    </w:p>
    <w:p>
      <w:r>
        <w:rPr>
          <w:b/>
        </w:rPr>
        <w:t xml:space="preserve">[01:22] </w:t>
      </w:r>
      <w:r>
        <w:t>Mishkat al-Masabih mein kul 152 hadeesein hain. In tamam hadeeson ko main bar bar parhta raha hoon.</w:t>
      </w:r>
    </w:p>
    <w:p>
      <w:pPr>
        <w:jc w:val="right"/>
      </w:pPr>
      <w:r>
        <w:t>مشکات المصابیح میں کل 152 حدیثیں ہیں۔ ان تمام حدیثوں کو میں بار بار پڑھتا رہا ہوں۔</w:t>
      </w:r>
    </w:p>
    <w:p>
      <w:r>
        <w:rPr>
          <w:b/>
        </w:rPr>
        <w:t xml:space="preserve">[01:34] </w:t>
      </w:r>
      <w:r>
        <w:t>Aik bohat anokhi cheez hai jo sirf Ramzan ke baray mein aayi hai, aur log samajhte hain ke bas woh roze ke baray mein hai, haalankeh bilkul sahi nahin hai.</w:t>
      </w:r>
    </w:p>
    <w:p>
      <w:pPr>
        <w:jc w:val="right"/>
      </w:pPr>
      <w:r>
        <w:t>ایک بہت انوکھی چیز ہے جو صرف رمضان کے بارے میں آئی ہے، اور لوگ سمجھتے ہیں کہ بس وہ روزہ کے بارے میں ہے، حالانکہ بالکل صحیح نہیں ہے۔</w:t>
      </w:r>
    </w:p>
    <w:p>
      <w:r>
        <w:rPr>
          <w:b/>
        </w:rPr>
        <w:t xml:space="preserve">[01:50] </w:t>
      </w:r>
      <w:r>
        <w:t>Woh aik Islam ki aik general teaching hai.</w:t>
      </w:r>
    </w:p>
    <w:p>
      <w:pPr>
        <w:jc w:val="right"/>
      </w:pPr>
      <w:r>
        <w:t>وہ ایک اسلام کی ایک جنرل ٹیچنگ ہے۔</w:t>
      </w:r>
    </w:p>
    <w:p>
      <w:r>
        <w:rPr>
          <w:b/>
        </w:rPr>
        <w:t xml:space="preserve">[01:57] </w:t>
      </w:r>
      <w:r>
        <w:t>Woh yeh hai ke hadees mein aik riwayat Ramzan ke roze ke baray mein aayi hai, is mein yeh baat hai ke Allah Ta'ala amal ka badla das guna se saat sau guna tak deta hai.</w:t>
      </w:r>
    </w:p>
    <w:p>
      <w:pPr>
        <w:jc w:val="right"/>
      </w:pPr>
      <w:r>
        <w:t>وہ یہ ہے کہ حدیث میں ایک روایت رمضان کے روزے کے بارے میں آئی ہے، اس میں یہ بات ہے کہ اللہ تعالیٰ عمل کا بدلہ دس گنا سے سات سو گنا تک دیتا ہے۔</w:t>
      </w:r>
    </w:p>
    <w:p>
      <w:r>
        <w:rPr>
          <w:b/>
        </w:rPr>
        <w:t xml:space="preserve">[02:20] </w:t>
      </w:r>
      <w:r>
        <w:t>Is ke baad hai ke "illa sawmi li wa ana ajzi"</w:t>
      </w:r>
    </w:p>
    <w:p>
      <w:pPr>
        <w:jc w:val="right"/>
      </w:pPr>
      <w:r>
        <w:t>اس کے بعد ہے کہ "الا صوم لی وانا جیبی"</w:t>
      </w:r>
    </w:p>
    <w:p>
      <w:r>
        <w:rPr>
          <w:b/>
        </w:rPr>
        <w:t xml:space="preserve">[02:25] </w:t>
      </w:r>
      <w:r>
        <w:t>, lekin roza mere liye hai aur main hi is ka badla doonga, matlab saat sau guna se bhi ziyada doonga.</w:t>
      </w:r>
    </w:p>
    <w:p>
      <w:pPr>
        <w:jc w:val="right"/>
      </w:pPr>
      <w:r>
        <w:t>، لیکن روزہ میرے لیے ہے اور میں ہی اس کا بدلہ دوں گا، مطلب سات سو گنا سے بھی زیادہ دوں گا۔</w:t>
      </w:r>
    </w:p>
    <w:p>
      <w:r>
        <w:rPr>
          <w:b/>
        </w:rPr>
        <w:t xml:space="preserve">[02:36] </w:t>
      </w:r>
      <w:r>
        <w:t>Is ke baad hadees mein alfaaz hain "yada'u ta'ama wa shahwata li" , kyunke roze mein aadmi chhodta hai khane aur aur apni khwahish ko sirf Allah ke liye.</w:t>
      </w:r>
    </w:p>
    <w:p>
      <w:pPr>
        <w:jc w:val="right"/>
      </w:pPr>
      <w:r>
        <w:t>اس کے بعد حدیث میں الفاظ ہیں "یدہ طعام وشہوت لاجلی"، کیونکہ روزے میں آدمی چھوڑتا ہے کھانے اور اور اپنی خواہش کو صرف اللہ کے لیے۔</w:t>
      </w:r>
    </w:p>
    <w:p>
      <w:r>
        <w:rPr>
          <w:b/>
        </w:rPr>
        <w:t xml:space="preserve">[02:59] </w:t>
      </w:r>
      <w:r>
        <w:t>Toh dekhiye, logon ne is ko sirf roze se mutalliq kar liya, haalankeh asal jo crucial word is mein hai woh hai "li" , yani "lillahi".</w:t>
      </w:r>
    </w:p>
    <w:p>
      <w:pPr>
        <w:jc w:val="right"/>
      </w:pPr>
      <w:r>
        <w:t>تو دیکھیے، لوگوں نے اس کو صرف روزے سے متعلق کر لیا، حالانکہ اصل جو کروشل ورڈ اس میں ہے وہ ہے "لیلی"، یعنی "لیلی اللہ"۔</w:t>
      </w:r>
    </w:p>
    <w:p>
      <w:r>
        <w:rPr>
          <w:b/>
        </w:rPr>
        <w:t xml:space="preserve">[03:10] </w:t>
      </w:r>
      <w:r>
        <w:t>to mein bohat dinon tak yeh sochta raha, aur mein dekhta tha ke roza jo us waqt musalmanon mein hai, us ka to koi important dar nahi aata.</w:t>
      </w:r>
    </w:p>
    <w:p>
      <w:pPr>
        <w:jc w:val="right"/>
      </w:pPr>
      <w:r>
        <w:t>تو میں بہت دنوں تک یہ سوچتا رہا، اور میں دیکھتا تھا کہ روزہ جو اس وقت مسلمانوں میں ہے، اس کا تو کوئی امپورٹنٹ ڈر نہیں آتا۔</w:t>
      </w:r>
    </w:p>
    <w:p>
      <w:r>
        <w:rPr>
          <w:b/>
        </w:rPr>
        <w:t xml:space="preserve">[03:22] </w:t>
      </w:r>
      <w:r>
        <w:t>masajid mein ne dekha bar bar, aap jante hain ke masjidon mein taraveh hoti hai, aur</w:t>
      </w:r>
    </w:p>
    <w:p>
      <w:pPr>
        <w:jc w:val="right"/>
      </w:pPr>
      <w:r>
        <w:t>مسجدوں میں نے دیکھا بار بار، آپ جانتے ہیں کہ مسجدوں میں تراویح ہوتی ہے، اور</w:t>
      </w:r>
    </w:p>
    <w:p>
      <w:r>
        <w:rPr>
          <w:b/>
        </w:rPr>
        <w:t xml:space="preserve">[03:32] </w:t>
      </w:r>
      <w:r>
        <w:t>ijtimai iftar hota hai.</w:t>
      </w:r>
    </w:p>
    <w:p>
      <w:pPr>
        <w:jc w:val="right"/>
      </w:pPr>
      <w:r>
        <w:t>اجتماعی افطار ہوتا ہے۔</w:t>
      </w:r>
    </w:p>
    <w:p>
      <w:r>
        <w:rPr>
          <w:b/>
        </w:rPr>
        <w:t xml:space="preserve">[03:36] </w:t>
      </w:r>
      <w:r>
        <w:t>ramzan par taqreeren hoti hain, lekin is mein koi jaan nahi, koi rooh nahi, bas khane peene ki dhoom.</w:t>
      </w:r>
    </w:p>
    <w:p>
      <w:pPr>
        <w:jc w:val="right"/>
      </w:pPr>
      <w:r>
        <w:t>رمضان پر تقریریں ہوتی ہیں، لیکن اس میں کوئی جان نہیں، کوئی روح نہیں، بس کھانے پینے کی دھوم۔</w:t>
      </w:r>
    </w:p>
    <w:p>
      <w:r>
        <w:rPr>
          <w:b/>
        </w:rPr>
        <w:t xml:space="preserve">[03:46] </w:t>
      </w:r>
      <w:r>
        <w:t>ek baar mein america mein tha ramzan ke mahine mein, to log mujhe le gaye ek masjid mein. wahan par ijtamai iftar tha america ke musalmanon ka.</w:t>
      </w:r>
    </w:p>
    <w:p>
      <w:pPr>
        <w:jc w:val="right"/>
      </w:pPr>
      <w:r>
        <w:t>ایک بار میں امریکہ میں تھا رمضان کے مہینے میں، تو لوگ مجھے لے گئے ایک مسجد میں۔ وہاں پر اجتماعی افطار تھا امریکہ کے مسلمانوں کا۔</w:t>
      </w:r>
    </w:p>
    <w:p>
      <w:r>
        <w:rPr>
          <w:b/>
        </w:rPr>
        <w:t xml:space="preserve">[04:00] </w:t>
      </w:r>
      <w:r>
        <w:t>wahan bachche hue the, boorhe the, jawan bhi the, aurtein bhi theen. ek dhoom machi hui thi, jaise shadi mein mele mein dhoom machati hai, bas khane peene ki baatein, idhar udhar ki baatein.</w:t>
      </w:r>
    </w:p>
    <w:p>
      <w:pPr>
        <w:jc w:val="right"/>
      </w:pPr>
      <w:r>
        <w:t>وہاں بچے ہوئے تھے، بوڑھے تھے، جوان بھی تھے، عورتیں بھی تھیں۔ ایک دھوم مچی ہوئی تھی، جیسے شادی میں میلے میں دھوم مچتی ہے، بس کھانے پینے کی باتیں، ادھر ادھر کی باتیں۔</w:t>
      </w:r>
    </w:p>
    <w:p>
      <w:r>
        <w:rPr>
          <w:b/>
        </w:rPr>
        <w:t xml:space="preserve">[04:14] </w:t>
      </w:r>
      <w:r>
        <w:t>kam az kam mere kaanon ne wahan Khuda par baat nahi suni, jannat dozakh ki baat nahi suni, akhirat ki baat nahi suni, taqwa ki baat nahi suni.</w:t>
      </w:r>
    </w:p>
    <w:p>
      <w:pPr>
        <w:jc w:val="right"/>
      </w:pPr>
      <w:r>
        <w:t>کم از کم میرے کانوں نے وہاں خدا پر بات نہیں سنی، جنت دوزخ کی بات نہیں سنی، آخرت کی بات نہیں سنی، تقویٰ کی بات نہیں سنی۔</w:t>
      </w:r>
    </w:p>
    <w:p>
      <w:r>
        <w:rPr>
          <w:b/>
        </w:rPr>
        <w:t xml:space="preserve">[04:25] </w:t>
      </w:r>
      <w:r>
        <w:t>to mein sochta raha ke kya isi roze ke liye itna bada sawab hai, isi roze ke liye? to mujhe Allah ke rehmat ka aur Allah ke reward ka yeh underestimation laga,</w:t>
      </w:r>
    </w:p>
    <w:p>
      <w:pPr>
        <w:jc w:val="right"/>
      </w:pPr>
      <w:r>
        <w:t>تو میں سوچتا رہا کہ کیا اسی روزے کے لیے اتنا بڑا ثواب ہے، اسی روزے کے لیے؟ تو مجھے اللہ کے رحمت کا اور اللہ کے ریوارڈ کا یہ انڈر ایسٹیمیشن لگا،</w:t>
      </w:r>
    </w:p>
    <w:p>
      <w:r>
        <w:rPr>
          <w:b/>
        </w:rPr>
        <w:t xml:space="preserve">[04:42] </w:t>
      </w:r>
      <w:r>
        <w:t>underestimation.</w:t>
      </w:r>
    </w:p>
    <w:p>
      <w:pPr>
        <w:jc w:val="right"/>
      </w:pPr>
      <w:r>
        <w:t>انڈر ایسٹیمیشن۔</w:t>
      </w:r>
    </w:p>
    <w:p>
      <w:r>
        <w:rPr>
          <w:b/>
        </w:rPr>
        <w:t xml:space="preserve">[04:45] </w:t>
      </w:r>
      <w:r>
        <w:t>to phir sochte sochte, yaani commentary jo aap padhenge, is mein is ka koi jawab nahi hai.</w:t>
      </w:r>
    </w:p>
    <w:p>
      <w:pPr>
        <w:jc w:val="right"/>
      </w:pPr>
      <w:r>
        <w:t>تو پھر سوچتے سوچتے، یعنی کمنٹری جو آپ پڑھیں گے، اس میں اس کا کوئی جواب نہیں ہے۔</w:t>
      </w:r>
    </w:p>
    <w:p>
      <w:r>
        <w:rPr>
          <w:b/>
        </w:rPr>
        <w:t xml:space="preserve">[04:54] </w:t>
      </w:r>
      <w:r>
        <w:t>sab log jante hain ke roza is zamane mein, yaani baad ke zamane mein, ek khane peene ka ek hangama ban kar reh gaya hai.</w:t>
      </w:r>
    </w:p>
    <w:p>
      <w:pPr>
        <w:jc w:val="right"/>
      </w:pPr>
      <w:r>
        <w:t>سب لوگ جانتے ہیں کہ روزہ اس زمانے میں، یعنی بعد کے زمانے میں، ایک کھانے پینے کا ایک ہنگامہ بن کر رہ گیا ہے۔</w:t>
      </w:r>
    </w:p>
    <w:p>
      <w:r>
        <w:rPr>
          <w:b/>
        </w:rPr>
        <w:t xml:space="preserve">[05:05] </w:t>
      </w:r>
      <w:r>
        <w:t>farsi ke ek shayar ne ek sher kaha tha</w:t>
      </w:r>
    </w:p>
    <w:p>
      <w:pPr>
        <w:jc w:val="right"/>
      </w:pPr>
      <w:r>
        <w:t>فارسی کے ایک شاعر نے ایک شعر کہا تھا</w:t>
      </w:r>
    </w:p>
    <w:p>
      <w:r>
        <w:rPr>
          <w:b/>
        </w:rPr>
        <w:t xml:space="preserve">[05:09] </w:t>
      </w:r>
      <w:r>
        <w:t>kai sau saal pehle:</w:t>
      </w:r>
    </w:p>
    <w:p>
      <w:pPr>
        <w:jc w:val="right"/>
      </w:pPr>
      <w:r>
        <w:t>کئی سو سال پہلے:</w:t>
      </w:r>
    </w:p>
    <w:p>
      <w:r>
        <w:rPr>
          <w:b/>
        </w:rPr>
        <w:t xml:space="preserve">[05:15] </w:t>
      </w:r>
      <w:r>
        <w:t>"tan parwari khalq fazoos zarra ijazat jis garmi iftar nadarat ramzan hai". lekin matlab yeh hai ke ummat ki jo tan parwari thi, yaani khane peene ka jo shauq tha, woh aur badh gaya ramzan ke mahine mein.</w:t>
      </w:r>
    </w:p>
    <w:p>
      <w:pPr>
        <w:jc w:val="right"/>
      </w:pPr>
      <w:r>
        <w:t>"تن پروری خلق فضوس ذرہ اجازت جس گرمی افطار ندارت رمضان ہے"۔ لیکن مطلب یہ ہے کہ امت کی جو تن پروری تھی، یعنی کھانے پینے کا جو شوق تھا، وہ اور بڑھ گیا رمضان کے مہینے میں۔</w:t>
      </w:r>
    </w:p>
    <w:p>
      <w:r>
        <w:rPr>
          <w:b/>
        </w:rPr>
        <w:t xml:space="preserve">[05:37] </w:t>
      </w:r>
      <w:r>
        <w:t>to kehta hai ke "jis garmi iftar nadarat ramzan hai". ramzan kya hai? iftar ki dhoom. to aaj to aur bhi badh gayi yeh baat.</w:t>
      </w:r>
    </w:p>
    <w:p>
      <w:pPr>
        <w:jc w:val="right"/>
      </w:pPr>
      <w:r>
        <w:t>تو کہتا ہے کہ "جس گرمی افطار ندارت رمضان ہے"۔ رمضان کیا ہے؟ افطار کی دھوم۔ تو آج تو اور بھی بڑھ گئی یہ بات۔</w:t>
      </w:r>
    </w:p>
    <w:p>
      <w:r>
        <w:rPr>
          <w:b/>
        </w:rPr>
        <w:t xml:space="preserve">[05:50] </w:t>
      </w:r>
      <w:r>
        <w:t>aap kisi ghar mein jaiye jahan roze rakhte hon, kisi masjid mein jaiye, india mein jaiye, aap bahar ke mulkon mein jaiye, har had tak haram mein jaiye, dhoom rehti hai khane peene ki.</w:t>
      </w:r>
    </w:p>
    <w:p>
      <w:pPr>
        <w:jc w:val="right"/>
      </w:pPr>
      <w:r>
        <w:t>آپ کسی گھر میں جائیے جہاں روزے رکھتے ہوں، کسی مسجد میں جائیے، انڈیا میں جائیے، آپ باہر کے ملکوں میں جائیے، ہر حد تک حرم میں جائیے، دھوم رہتی ہے کھانے پینے کی۔</w:t>
      </w:r>
    </w:p>
    <w:p>
      <w:r>
        <w:rPr>
          <w:b/>
        </w:rPr>
        <w:t xml:space="preserve">[06:03] </w:t>
      </w:r>
      <w:r>
        <w:t>lekin koi khauf akhirat ki baatein hon, yeh dhoom nahi hoti.</w:t>
      </w:r>
    </w:p>
    <w:p>
      <w:pPr>
        <w:jc w:val="right"/>
      </w:pPr>
      <w:r>
        <w:t>لیکن کوئی خوف آخرت کی باتیں ہوں، یہ دھوم نہیں ہوتی۔</w:t>
      </w:r>
    </w:p>
    <w:p>
      <w:r>
        <w:rPr>
          <w:b/>
        </w:rPr>
        <w:t xml:space="preserve">[06:11] </w:t>
      </w:r>
      <w:r>
        <w:t>to dekhiye, yeh jo ajar hai, yeh jo lafz "laiyly" hai, ke woh chhodta hai mere liye apni shahwat ko, yaani "laiyly Allah", yaani "for the sake of God".</w:t>
      </w:r>
    </w:p>
    <w:p>
      <w:pPr>
        <w:jc w:val="right"/>
      </w:pPr>
      <w:r>
        <w:t>تو دیکھیے، یہ جو اجر ہے، یہ جو لفظ ہے "لیلی"، کہ وہ چھوڑتا ہے میرے لیے اپنی شہوت کو، یعنی "لیلی اللہ"، یعنی "فار دا سیک آف گاڈ"۔</w:t>
      </w:r>
    </w:p>
    <w:p>
      <w:r>
        <w:rPr>
          <w:b/>
        </w:rPr>
        <w:t xml:space="preserve">[06:29] </w:t>
      </w:r>
      <w:r>
        <w:t>"laiyly Allah" ka matlab hai "for the sake of God", yaani Allah ke liye chhodta hai. to Allah ke liye chhodna yeh to ek koi form ki baat nahi, yeh to value ki baat hai.</w:t>
      </w:r>
    </w:p>
    <w:p>
      <w:pPr>
        <w:jc w:val="right"/>
      </w:pPr>
      <w:r>
        <w:t>"لیلی اللہ" کا مطلب ہے "فار دا سیک آف گاڈ"، یعنی اللہ کے لیے چھوڑتا ہے۔ تو اللہ کے لیے چھوڑنا یہ تو ایک کوئی فارم کی بات نہیں، یہ تو ویلیو کی بات ہے۔</w:t>
      </w:r>
    </w:p>
    <w:p>
      <w:r>
        <w:rPr>
          <w:b/>
        </w:rPr>
        <w:t xml:space="preserve">[06:40] </w:t>
      </w:r>
      <w:r>
        <w:t>form kisi ek ibadat ke liye ho sakta hai, lekin value to universal cheez hai, value universal hai. tab mujhe samajh aaye ke yeh universal value jahan pai jaye,</w:t>
      </w:r>
    </w:p>
    <w:p>
      <w:pPr>
        <w:jc w:val="right"/>
      </w:pPr>
      <w:r>
        <w:t>فارم کسی ایک عبادت کے لیے ہو سکتا ہے، لیکن ویلیو تو یونیورسل چیز ہے، ویلیو یونیورسل ہے۔ تب مجھے سمجھ آئے کہ یہ یونیورسل ویلیو جہاں پائی جائے،</w:t>
      </w:r>
    </w:p>
    <w:p>
      <w:r>
        <w:rPr>
          <w:b/>
        </w:rPr>
        <w:t xml:space="preserve">[06:55] </w:t>
      </w:r>
      <w:r>
        <w:t>apni pure shakal mein, apni complete shakal mein, to wahan aisa hoga ke Allah be hisab reward dega aadmi ko.</w:t>
      </w:r>
    </w:p>
    <w:p>
      <w:pPr>
        <w:jc w:val="right"/>
      </w:pPr>
      <w:r>
        <w:t>اپنی پیور شکل میں، اپنی کمپلیٹ شکل میں، تو وہاں ایسا ہوگا کہ اللہ بے حساب ریوارڈ دے گا آدمی کو۔</w:t>
      </w:r>
    </w:p>
    <w:p>
      <w:r>
        <w:rPr>
          <w:b/>
        </w:rPr>
        <w:t xml:space="preserve">[07:10] </w:t>
      </w:r>
      <w:r>
        <w:t>dekhiye, jo hum amal karte hain, koi bhi amal, to hum jis duniya mein hain, is duniya mein hamare saath bohat si cheezein lagi hui hain.</w:t>
      </w:r>
    </w:p>
    <w:p>
      <w:pPr>
        <w:jc w:val="right"/>
      </w:pPr>
      <w:r>
        <w:t>دیکھیے، جو ہم عمل کرتے ہیں، کوئی بھی عمل، تو ہم جس دنیا میں ہیں، اس دنیا میں ہمارے ساتھ بہت سی چیزیں لگی ہوئی ہیں۔</w:t>
      </w:r>
    </w:p>
    <w:p>
      <w:r>
        <w:rPr>
          <w:b/>
        </w:rPr>
        <w:t xml:space="preserve">[07:22] </w:t>
      </w:r>
      <w:r>
        <w:t>is bana par hamare har amal ke saath kuch aur cheez jud jati hai, maslan koi interest, paise ki baat, koi fame ki baat, status ki baat, kuch na kuch material aspect jud jata hai is mein.</w:t>
      </w:r>
    </w:p>
    <w:p>
      <w:pPr>
        <w:jc w:val="right"/>
      </w:pPr>
      <w:r>
        <w:t>اس بنا پر ہمارے ہر عمل کے ساتھ کچھ اور چیز جڑ جاتی ہے، مثلاً کوئی انٹرسٹ، پیسے کی بات، کوئی فیم کی بات، اسٹیٹس کی بات، کچھ نہ کچھ مٹیریل اسپیکٹ جڑ جاتا ہے اس میں۔</w:t>
      </w:r>
    </w:p>
    <w:p>
      <w:r>
        <w:rPr>
          <w:b/>
        </w:rPr>
        <w:t xml:space="preserve">[07:41] </w:t>
      </w:r>
      <w:r>
        <w:t>to hadith ka matlab yeh hai, "for the sake of God" ka matlab yeh hai ke woh amal, woh amal, woh amal jo banda kare, jahan har cheez eliminate ho gayi ho,</w:t>
      </w:r>
    </w:p>
    <w:p>
      <w:pPr>
        <w:jc w:val="right"/>
      </w:pPr>
      <w:r>
        <w:t>تو حدیث کا مطلب یہ ہے، "فار دا سیک آف گاڈ" کا مطلب یہ ہے کہ وہ عمل، وہ عمل، وہ عمل جو بندہ کرے، جہاں ہر چیز ایلیمینیٹ ہو گئی ہو،</w:t>
      </w:r>
    </w:p>
    <w:p>
      <w:r>
        <w:rPr>
          <w:b/>
        </w:rPr>
        <w:t xml:space="preserve">[07:55] </w:t>
      </w:r>
      <w:r>
        <w:t>koi bhi interest nahi, koi interest nahi, sirf Allah ki raza, sirf "for the sake of God", real se samjhein.</w:t>
      </w:r>
    </w:p>
    <w:p>
      <w:pPr>
        <w:jc w:val="right"/>
      </w:pPr>
      <w:r>
        <w:t>کوئی بھی انٹرسٹ نہیں، کوئی انٹرسٹ نہیں، صرف اللہ کی رضا، صرف "فار دا سیک آف گاڈ"، ریل سے سمجھیں۔</w:t>
      </w:r>
    </w:p>
    <w:p>
      <w:r>
        <w:rPr>
          <w:b/>
        </w:rPr>
        <w:t xml:space="preserve">[08:07] </w:t>
      </w:r>
      <w:r>
        <w:t>to woh aisi cheez hoti hai, itni anokhi is zameen o aasman ke andar ke Allah farishton se kehta hai ke is ke liye be hisab ajr likh do.</w:t>
      </w:r>
    </w:p>
    <w:p>
      <w:pPr>
        <w:jc w:val="right"/>
      </w:pPr>
      <w:r>
        <w:t>تو وہ ایسی چیز ہوتی ہے، اتنی انوکھی اس زمین و آسمان کے اندر کہ اللہ فرشتوں سے کہتا ہے کہ اس کے لیے بے حساب اجر لکھ دو۔</w:t>
      </w:r>
    </w:p>
    <w:p>
      <w:r>
        <w:rPr>
          <w:b/>
        </w:rPr>
        <w:t xml:space="preserve">[08:23] </w:t>
      </w:r>
      <w:r>
        <w:t>koi is ne woh amal kiya jo sari kainat mein koi nahi kar sakta.</w:t>
      </w:r>
    </w:p>
    <w:p>
      <w:pPr>
        <w:jc w:val="right"/>
      </w:pPr>
      <w:r>
        <w:t>کوئی اس نے وہ عمل کیا جو ساری کائنات میں کوئی نہیں کر سکتا۔</w:t>
      </w:r>
    </w:p>
    <w:p>
      <w:r>
        <w:rPr>
          <w:b/>
        </w:rPr>
        <w:t xml:space="preserve">[08:30] </w:t>
      </w:r>
      <w:r>
        <w:t>ab mein aap ko aik misaal deta hoon.</w:t>
      </w:r>
    </w:p>
    <w:p>
      <w:pPr>
        <w:jc w:val="right"/>
      </w:pPr>
      <w:r>
        <w:t>اب میں آپ کو ایک مثال دیتا ہوں۔</w:t>
      </w:r>
    </w:p>
    <w:p>
      <w:r>
        <w:rPr>
          <w:b/>
        </w:rPr>
        <w:t xml:space="preserve">[08:34] </w:t>
      </w:r>
      <w:r>
        <w:t>dekhiye,</w:t>
      </w:r>
    </w:p>
    <w:p>
      <w:pPr>
        <w:jc w:val="right"/>
      </w:pPr>
      <w:r>
        <w:t>دیکھیے،</w:t>
      </w:r>
    </w:p>
    <w:p>
      <w:r>
        <w:rPr>
          <w:b/>
        </w:rPr>
        <w:t xml:space="preserve">[08:38] </w:t>
      </w:r>
      <w:r>
        <w:t>abhi hamare sathiyon ne aik bohat hi anokha kaam kiya hai, woh hai street da'wa, yaani sarkon par ja kar book star lagan</w:t>
      </w:r>
    </w:p>
    <w:p>
      <w:pPr>
        <w:jc w:val="right"/>
      </w:pPr>
      <w:r>
        <w:t>ابھی ہمارے ساتھیوں نے ایک بہت ہی انوکھا کام کیا ہے، وہ ہے اسٹریٹ دعویٰ، یعنی سڑکوں پر جا کر بک اسٹار لگان</w:t>
      </w:r>
    </w:p>
    <w:p>
      <w:r>
        <w:rPr>
          <w:b/>
        </w:rPr>
        <w:t xml:space="preserve">[08:52] </w:t>
      </w:r>
      <w:r>
        <w:t>a, wahan quran ka tarjuma, aur jis ko mein kaha karta hoon, supportive literature ko rakhna, logon ko milna, baatein karna, un se pohanchana.</w:t>
      </w:r>
    </w:p>
    <w:p>
      <w:pPr>
        <w:jc w:val="right"/>
      </w:pPr>
      <w:r>
        <w:t>ا، وہاں قرآن کا ترجمہ، اور جس کو میں کہا کرتا ہوں، سپورٹیو لیٹریچر کو رکھنا، لوگوں کو ملنا، باتیں کرنا، ان سے پہنچانا۔</w:t>
      </w:r>
    </w:p>
    <w:p>
      <w:r>
        <w:rPr>
          <w:b/>
        </w:rPr>
        <w:t xml:space="preserve">[09:03] </w:t>
      </w:r>
      <w:r>
        <w:t>dekhiye, mein ne socha nahi tha street da'wa ka concept, mein ne kisi se kaha bhi nahi tha. without, yaani central direction, in logon ne khud se socha aur khud se is ko implement kiya.</w:t>
      </w:r>
    </w:p>
    <w:p>
      <w:pPr>
        <w:jc w:val="right"/>
      </w:pPr>
      <w:r>
        <w:t>دیکھیے، میں نے سوچا نہیں تھا اسٹریٹ دعویٰ کا کانسیپٹ، میں نے کسی سے کہا بھی نہیں تھا۔ ودا آؤٹ، یعنی سینٹرل ڈائریکشن، ان لوگوں نے خود سے سوچا اور خود سے اس کو امپلیمنٹ کیا۔</w:t>
      </w:r>
    </w:p>
    <w:p>
      <w:r>
        <w:rPr>
          <w:b/>
        </w:rPr>
        <w:t xml:space="preserve">[09:20] </w:t>
      </w:r>
      <w:r>
        <w:t>ab mein is par sochta raha, sochta raha.</w:t>
      </w:r>
    </w:p>
    <w:p>
      <w:pPr>
        <w:jc w:val="right"/>
      </w:pPr>
      <w:r>
        <w:t>اب میں اس پر سوچتا رہا، سوچتا رہا۔</w:t>
      </w:r>
    </w:p>
    <w:p>
      <w:r>
        <w:rPr>
          <w:b/>
        </w:rPr>
        <w:t xml:space="preserve">[09:25] </w:t>
      </w:r>
      <w:r>
        <w:t>to dekhiye, agar aap ke andar da'wa ki spirit hai to aap ki da'wa ki spirit ko taskeen nahi mile gi jo traditional shakalon mein.</w:t>
      </w:r>
    </w:p>
    <w:p>
      <w:pPr>
        <w:jc w:val="right"/>
      </w:pPr>
      <w:r>
        <w:t>تو دیکھیے، اگر آپ کے اندر دعوت کی سپرٹ ہے تو آپ کی دعوت کی سپرٹ کو تسکین نہیں ملے گی جو ٹریڈیشنل شکلوں میں۔</w:t>
      </w:r>
    </w:p>
    <w:p>
      <w:r>
        <w:rPr>
          <w:b/>
        </w:rPr>
        <w:t xml:space="preserve">[09:40] </w:t>
      </w:r>
      <w:r>
        <w:t>ke aap maslan farz kijiye ke juma ke din gaye, juma ke din logon mein aap ne literature de diya, to woh to weekly aik da'wa hua.</w:t>
      </w:r>
    </w:p>
    <w:p>
      <w:pPr>
        <w:jc w:val="right"/>
      </w:pPr>
      <w:r>
        <w:t>کہ آپ مثلاً فرض کیجئے کہ جمعہ کے دن گئے، جمعہ کے دن لوگوں میں آپ نے لیٹریچر دے دیا، تو وہ تو ویکلی ایک دعویٰ ہوا۔</w:t>
      </w:r>
    </w:p>
    <w:p>
      <w:r>
        <w:rPr>
          <w:b/>
        </w:rPr>
        <w:t xml:space="preserve">[09:52] </w:t>
      </w:r>
      <w:r>
        <w:t>aise hi aap gaye jalson mein, seminar mein, conference mein, wahan aap ne quran logon mein distribute kar diya, to woh bhi to occasional hua, critical hua.</w:t>
      </w:r>
    </w:p>
    <w:p>
      <w:pPr>
        <w:jc w:val="right"/>
      </w:pPr>
      <w:r>
        <w:t>ایسے ہی آپ گئے جلسوں میں، سیمینار میں، کانفرنس میں، وہاں آپ نے قرآن لوگوں میں ڈسٹریبیوٹ کر دیا، تو وہ بھی تو اکائیزنل ہوا، کریٹیکل ہوا۔</w:t>
      </w:r>
    </w:p>
    <w:p>
      <w:r>
        <w:rPr>
          <w:b/>
        </w:rPr>
        <w:t xml:space="preserve">[10:04] </w:t>
      </w:r>
      <w:r>
        <w:t>to aap ka jo is da'wa ki spirit hai, us ko taskeen nahi mile gi. to aap chahenge ke aisa koi shakal nikle jo ke hum aik permanent da'wa work kar saken,</w:t>
      </w:r>
    </w:p>
    <w:p>
      <w:pPr>
        <w:jc w:val="right"/>
      </w:pPr>
      <w:r>
        <w:t>تو آپ کا جو اس دعوت کی سپرٹ ہے، اس کو تسکین نہیں ملے گی۔ تو آپ چاہیں گے کہ ایسا کوئی شکل نکلے جو کہ ہم ایک پرماننٹ دعویٰ ورک کر سکیں،</w:t>
      </w:r>
    </w:p>
    <w:p>
      <w:r>
        <w:rPr>
          <w:b/>
        </w:rPr>
        <w:t xml:space="preserve">[10:17] </w:t>
      </w:r>
      <w:r>
        <w:t>har din da'wa work jari rahe.</w:t>
      </w:r>
    </w:p>
    <w:p>
      <w:pPr>
        <w:jc w:val="right"/>
      </w:pPr>
      <w:r>
        <w:t>ہر دن دعویٰ ورک جاری رہے۔</w:t>
      </w:r>
    </w:p>
    <w:p>
      <w:r>
        <w:rPr>
          <w:b/>
        </w:rPr>
        <w:t xml:space="preserve">[10:21] </w:t>
      </w:r>
      <w:r>
        <w:t>to yeh log jo hain, in mein yeh yeh soch jaagi, mere kahe kuch baghair, mein ne kuch bhi nahi kaha, mein ne socha bhi nahi tha.</w:t>
      </w:r>
    </w:p>
    <w:p>
      <w:pPr>
        <w:jc w:val="right"/>
      </w:pPr>
      <w:r>
        <w:t>تو یہ لوگ جو ہیں، ان میں یہ یہ سوچ جاگی، میرے کہے کچھ بغیر، میں نے کچھ بھی نہیں کہا، میں نے سوچا بھی نہیں تھا۔</w:t>
      </w:r>
    </w:p>
    <w:p>
      <w:r>
        <w:rPr>
          <w:b/>
        </w:rPr>
        <w:t xml:space="preserve">[10:32] </w:t>
      </w:r>
      <w:r>
        <w:t>to unhone socha ke woh jagah street ho sakti hai, road.</w:t>
      </w:r>
    </w:p>
    <w:p>
      <w:pPr>
        <w:jc w:val="right"/>
      </w:pPr>
      <w:r>
        <w:t>تو انہوں نے سوچا کہ وہ جگہ اسٹریٹ ہو سکتی ہے، روڈ۔</w:t>
      </w:r>
    </w:p>
    <w:p>
      <w:r>
        <w:rPr>
          <w:b/>
        </w:rPr>
        <w:t xml:space="preserve">[10:39] </w:t>
      </w:r>
      <w:r>
        <w:t>is zamane mein aap jante hain ke sari duniya mein, har mulk mein, sarkein jo hain, bohat hoti hain, sarkon ka jaal hota hai, aur sarkon par raat din traffic hota hai, raat din woh chalte rehte hain,</w:t>
      </w:r>
    </w:p>
    <w:p>
      <w:pPr>
        <w:jc w:val="right"/>
      </w:pPr>
      <w:r>
        <w:t>اس زمانے میں آپ جانتے ہیں کہ ساری دنیا میں، ہر ملک میں، سڑکیں جو ہیں، بہت ہوتی ہیں، سڑکوں کا جال ہوتا ہے، اور سڑکوں پر رات دن ٹریفک ہوتا ہے، رات دن وہ چلتے رہتے ہیں،</w:t>
      </w:r>
    </w:p>
    <w:p>
      <w:r>
        <w:rPr>
          <w:b/>
        </w:rPr>
        <w:t xml:space="preserve">[10:54] </w:t>
      </w:r>
      <w:r>
        <w:t>raat din chalte hain. goya ke ab mein yeh keh sakta hoon ke sarkein jo hain, us ko mein keh sakta hoon ke humanity in the move hoti hai.</w:t>
      </w:r>
    </w:p>
    <w:p>
      <w:pPr>
        <w:jc w:val="right"/>
      </w:pPr>
      <w:r>
        <w:t>رات دن چلتے ہیں۔ گویا کہ اب میں یہ کہہ سکتا ہوں کہ سڑکیں جو ہیں، اس کو میں کہہ سکتا ہوں کہ ہیومینٹی ان دا موو ہوتی ہے۔</w:t>
      </w:r>
    </w:p>
    <w:p>
      <w:r>
        <w:rPr>
          <w:b/>
        </w:rPr>
        <w:t xml:space="preserve">[11:05] </w:t>
      </w:r>
      <w:r>
        <w:t>wahan</w:t>
      </w:r>
    </w:p>
    <w:p>
      <w:pPr>
        <w:jc w:val="right"/>
      </w:pPr>
      <w:r>
        <w:t>وہاں</w:t>
      </w:r>
    </w:p>
    <w:p>
      <w:r>
        <w:rPr>
          <w:b/>
        </w:rPr>
        <w:t xml:space="preserve">[11:07] </w:t>
      </w:r>
      <w:r>
        <w:t>sarkon par aik naya phenomenon hai, naya phenomenon, jis ko mein keh sakta hoon humanity in the move. to is tarah se sochte sochte muddatain guzar gayeen.</w:t>
      </w:r>
    </w:p>
    <w:p>
      <w:pPr>
        <w:jc w:val="right"/>
      </w:pPr>
      <w:r>
        <w:t>سڑکوں پر ایک نیا فیناومینا ہے، نیا فیناومینا، جس کو میں کہہ سکتا ہوں ہیومینٹی ان دا موو۔ تو اس طرح سے سوچتے سوچتے مدتیں گزر گئیں۔</w:t>
      </w:r>
    </w:p>
    <w:p>
      <w:r>
        <w:rPr>
          <w:b/>
        </w:rPr>
        <w:t xml:space="preserve">[11:21] </w:t>
      </w:r>
      <w:r>
        <w:t>tab aap ke zehen mein aaya ke bhai, sarrak par agar hum star lagayen to wahan to raat din log chalte hain, har har lamha hum utilize kar sakte hain.</w:t>
      </w:r>
    </w:p>
    <w:p>
      <w:pPr>
        <w:jc w:val="right"/>
      </w:pPr>
      <w:r>
        <w:t>تب آپ کے ذہن میں آیا کہ بھئی، سڑک پر اگر ہم اسٹار لگائیں تو وہاں تو رات دن لوگ چلتے ہیں، ہر ہر لمحہ ہم یوٹیلائز کر سکتے ہیں۔</w:t>
      </w:r>
    </w:p>
    <w:p>
      <w:r>
        <w:rPr>
          <w:b/>
        </w:rPr>
        <w:t xml:space="preserve">[11:34] </w:t>
      </w:r>
      <w:r>
        <w:t>is tarah se da'wa, is tarah se street da'wa ka concept develop hua. ab kuch log wahan par khare ho gaye, book laga ke, book star laga kar.</w:t>
      </w:r>
    </w:p>
    <w:p>
      <w:pPr>
        <w:jc w:val="right"/>
      </w:pPr>
      <w:r>
        <w:t>اس طرح سے دعویٰ، اس طرح سے اسٹریٹ دعویٰ کا کانسیپٹ ڈیولپ ہوا۔ اب کچھ لوگ وہاں پر کھڑے ہوگئے، بک لگا کے، بک اسٹار لگا کر۔</w:t>
      </w:r>
    </w:p>
    <w:p>
      <w:r>
        <w:rPr>
          <w:b/>
        </w:rPr>
        <w:t xml:space="preserve">[11:47] </w:t>
      </w:r>
      <w:r>
        <w:t>dekhiye, sarrak par book star lagana, yeh yeh koi oonche status ki baat nahi hai.</w:t>
      </w:r>
    </w:p>
    <w:p>
      <w:pPr>
        <w:jc w:val="right"/>
      </w:pPr>
      <w:r>
        <w:t>دیکھیے، سڑک پر بک اسٹار لگانا، یہ یہ کوئی اونچے اسٹیٹس کی بات نہیں ہے۔</w:t>
      </w:r>
    </w:p>
    <w:p>
      <w:r>
        <w:rPr>
          <w:b/>
        </w:rPr>
        <w:t xml:space="preserve">[11:56] </w:t>
      </w:r>
      <w:r>
        <w:t>aap kisi professor se kahiye to kahe ke yeh kon sa kaam hai? yeh to sabzi bechne wale karte hain yeh kaam.</w:t>
      </w:r>
    </w:p>
    <w:p>
      <w:pPr>
        <w:jc w:val="right"/>
      </w:pPr>
      <w:r>
        <w:t>آپ کسی پروفیسر سے کہیے تو کہے کہ یہ کون سا کام ہے؟ یہ تو سبزی بیچنے والے کرتے ہیں یہ کام۔</w:t>
      </w:r>
    </w:p>
    <w:p>
      <w:r>
        <w:rPr>
          <w:b/>
        </w:rPr>
        <w:t xml:space="preserve">[12:04] </w:t>
      </w:r>
      <w:r>
        <w:t>apne status se kam lage ga us ko.</w:t>
      </w:r>
    </w:p>
    <w:p>
      <w:pPr>
        <w:jc w:val="right"/>
      </w:pPr>
      <w:r>
        <w:t>اپنے اسٹیٹس سے کم لگے گا اس کو۔</w:t>
      </w:r>
    </w:p>
    <w:p>
      <w:r>
        <w:rPr>
          <w:b/>
        </w:rPr>
        <w:t xml:space="preserve">[12:10] </w:t>
      </w:r>
      <w:r>
        <w:t>bohat zyada aap ko apne mission mein, bohat zyada aap apne mission se involve ho gaye hon, mission aap ka soul person ban ban gaya ho, yaani bilkul lajil Allah wali baat aa gayi ho, "for the sake of God".</w:t>
      </w:r>
    </w:p>
    <w:p>
      <w:pPr>
        <w:jc w:val="right"/>
      </w:pPr>
      <w:r>
        <w:t>بہت زیادہ آپ کو اپنے مشن میں، بہت زیادہ آپ اپنے مشن سے انوالو ہو گئے ہوں، مشن آپ کا سول پرسن بن بن گیا ہو، یعنی بالکل لاجل اللہ والی بات آ گئی ہو، "فار دا سیک آف گاڈ"۔</w:t>
      </w:r>
    </w:p>
    <w:p>
      <w:r>
        <w:rPr>
          <w:b/>
        </w:rPr>
        <w:t xml:space="preserve">[12:25] </w:t>
      </w:r>
      <w:r>
        <w:t>tab aap aisa kar sakte hain, woh nahi kar nahi sakte.</w:t>
      </w:r>
    </w:p>
    <w:p>
      <w:pPr>
        <w:jc w:val="right"/>
      </w:pPr>
      <w:r>
        <w:t>تب آپ ایسا کر سکتے ہیں، وہ نہیں کر نہیں سکتے۔</w:t>
      </w:r>
    </w:p>
    <w:p>
      <w:r>
        <w:rPr>
          <w:b/>
        </w:rPr>
        <w:t xml:space="preserve">[12:30] </w:t>
      </w:r>
      <w:r>
        <w:t>mujhe yaad hai ke adam garh mein jab mein rehta tha, bohat pehle ki baat hai, tab communism ka kaafi charcha tha, ab to nahi hai.</w:t>
      </w:r>
    </w:p>
    <w:p>
      <w:pPr>
        <w:jc w:val="right"/>
      </w:pPr>
      <w:r>
        <w:t>مجھے یاد ہے کہ آدم گڑھ میں جب میں رہتا تھا، بہت پہلے کی بات ہے، تب کمیونزم کا کافی چرچا تھا، اب تو نہیں ہے۔</w:t>
      </w:r>
    </w:p>
    <w:p>
      <w:r>
        <w:rPr>
          <w:b/>
        </w:rPr>
        <w:t xml:space="preserve">[12:41] </w:t>
      </w:r>
      <w:r>
        <w:t>to wahan par english ke aik aik ustaad thay jo college mein parhate thay. to woh wahan ke chowk par khare ho kar aik communist akhbar bechte thay, jaise hawker bechta hai.</w:t>
      </w:r>
    </w:p>
    <w:p>
      <w:pPr>
        <w:jc w:val="right"/>
      </w:pPr>
      <w:r>
        <w:t>تو وہاں پر انگلش کے ایک ایک استاد تھے جو کالج میں پڑھاتے تھے۔ تو وہ وہاں کے چوک پر کھڑے ہو کر ایک کمیونسٹ اخبار بیچتے تھے، جیسے ہاکر بیچتا ہے۔</w:t>
      </w:r>
    </w:p>
    <w:p>
      <w:r>
        <w:rPr>
          <w:b/>
        </w:rPr>
        <w:t xml:space="preserve">[12:57] </w:t>
      </w:r>
      <w:r>
        <w:t>to woh logon ko akhbar dete thay, woh kehte thay ke dekho, aisi party ya aisa mission kaise successful nahi hoga jiska haal yeh ho ke aik aik professor road par khara ho kar ke uska akhbar bech raha hai.</w:t>
      </w:r>
    </w:p>
    <w:p>
      <w:pPr>
        <w:jc w:val="right"/>
      </w:pPr>
      <w:r>
        <w:t>تو وہ لوگوں کو اخبار دیتے تھے، وہ کہتے تھے کہ دیکھو، ایسی پارٹی یا ایسا مشن کیسے سکسیس فل نہیں ہوگا جس کا حال یہ ہو کہ ایک ایک پروفیسر روڈ پر کھڑا ہو کر کے اس کا اخبار بیچ رہا ہے۔</w:t>
      </w:r>
    </w:p>
    <w:p>
      <w:r>
        <w:rPr>
          <w:b/>
        </w:rPr>
        <w:t xml:space="preserve">[13:16] </w:t>
      </w:r>
      <w:r>
        <w:t>yeh josh tha inka.</w:t>
      </w:r>
    </w:p>
    <w:p>
      <w:pPr>
        <w:jc w:val="right"/>
      </w:pPr>
      <w:r>
        <w:t>یہ جوش تھا ان کا۔</w:t>
      </w:r>
    </w:p>
    <w:p>
      <w:r>
        <w:rPr>
          <w:b/>
        </w:rPr>
        <w:t xml:space="preserve">[13:21] </w:t>
      </w:r>
      <w:r>
        <w:t>to wahan to party ke liye th</w:t>
      </w:r>
    </w:p>
    <w:p>
      <w:pPr>
        <w:jc w:val="right"/>
      </w:pPr>
      <w:r>
        <w:t>تو وہاں تو پارٹی کے لیے تھ</w:t>
      </w:r>
    </w:p>
    <w:p>
      <w:r>
        <w:rPr>
          <w:b/>
        </w:rPr>
        <w:t xml:space="preserve">[13:23] </w:t>
      </w:r>
      <w:r>
        <w:t>i, "for the sake of party", "for the sake of party" ki baat thi. lekin jo dawat hai, quran ka distribution hai, supportive detail logon tak pahunchana hai, allah ke paigham ko logon ko mutarif karana, yeh to "for the sake", "for the sake of god" hai.</w:t>
      </w:r>
    </w:p>
    <w:p>
      <w:pPr>
        <w:jc w:val="right"/>
      </w:pPr>
      <w:r>
        <w:t>ی، "فار دا سیک آف پارٹی"، "فار دا سیک آف پارٹی" کی بات تھی۔ لیکن جو دعوت ہے، قرآن کا ڈسٹریبیوشن ہے، سپورٹیو ڈیٹیل لوگوں تک پہنچانا ہے، اللہ کے پیغام کو لوگوں کو متعارف کرانا، یہ تو "فار دا سیک"، "فار دا سیک آف گاڈ" ہے۔</w:t>
      </w:r>
    </w:p>
    <w:p>
      <w:r>
        <w:rPr>
          <w:b/>
        </w:rPr>
        <w:t xml:space="preserve">[13:43] </w:t>
      </w:r>
      <w:r>
        <w:t>yani allah ke siwa koi bhi is mein koi aur baat shamil nahi hai.</w:t>
      </w:r>
    </w:p>
    <w:p>
      <w:pPr>
        <w:jc w:val="right"/>
      </w:pPr>
      <w:r>
        <w:t>یعنی اللہ کے سوا کوئی بھی اس میں کوئی اور بات شامل نہیں ہے۔</w:t>
      </w:r>
    </w:p>
    <w:p>
      <w:r>
        <w:rPr>
          <w:b/>
        </w:rPr>
        <w:t xml:space="preserve">[13:52] </w:t>
      </w:r>
      <w:r>
        <w:t>aap road par koi book star laga kar ke khara ho jaye, yeh mamooli baat nahi hai. bohat zyada aap ko attachment hoga dawat se, bohat zyada aap allah ka concern ban chuka hoga, bohat zyada aap jannat ko apna goal bana chuke honge.</w:t>
      </w:r>
    </w:p>
    <w:p>
      <w:pPr>
        <w:jc w:val="right"/>
      </w:pPr>
      <w:r>
        <w:t>آپ روڈ پر کوئی بک اسٹار لگا کر کے کھڑا ہو جائے، یہ معمولی بات نہیں ہے۔ بہت زیادہ آپ کو اٹیچمنٹ ہوگا دعوت سے، بہت زیادہ آپ اللہ کا کنسرن بن چکا ہوگا، بہت زیادہ آپ جنت کو اپنا گول بنا چکے ہوں گے۔</w:t>
      </w:r>
    </w:p>
    <w:p>
      <w:r>
        <w:rPr>
          <w:b/>
        </w:rPr>
        <w:t xml:space="preserve">[14:14] </w:t>
      </w:r>
      <w:r>
        <w:t>tab aisa hoga.</w:t>
      </w:r>
    </w:p>
    <w:p>
      <w:pPr>
        <w:jc w:val="right"/>
      </w:pPr>
      <w:r>
        <w:t>تب ایسا ہوگا۔</w:t>
      </w:r>
    </w:p>
    <w:p>
      <w:r>
        <w:rPr>
          <w:b/>
        </w:rPr>
        <w:t xml:space="preserve">[14:17] </w:t>
      </w:r>
      <w:r>
        <w:t>to bas wajah to ho ke jo log street dawah kar rahe hain, woh "lillah" ke fehrist mein aata hai.</w:t>
      </w:r>
    </w:p>
    <w:p>
      <w:pPr>
        <w:jc w:val="right"/>
      </w:pPr>
      <w:r>
        <w:t>تو بس وجہ تو ہو کہ جو لوگ اسٹریٹ دعویٰ کر رہے ہیں، وہ "لیلی اللہ" کے فہرست میں آتا ہے۔</w:t>
      </w:r>
    </w:p>
    <w:p>
      <w:r>
        <w:rPr>
          <w:b/>
        </w:rPr>
        <w:t xml:space="preserve">[14:29] </w:t>
      </w:r>
      <w:r>
        <w:t>aap ka kaam "lillah" ki jo list hai, us list mein aik hai sacha roza, waqai roza, spirit se bhara hua roza.</w:t>
      </w:r>
    </w:p>
    <w:p>
      <w:pPr>
        <w:jc w:val="right"/>
      </w:pPr>
      <w:r>
        <w:t>آپ کا کام "لیلی اللہ" کی جو لسٹ ہے، اس لسٹ میں ایک ہے سچا روزہ، واقعی روزہ، اسپیریٹ سے بھرا ہوا روزہ۔</w:t>
      </w:r>
    </w:p>
    <w:p>
      <w:r>
        <w:rPr>
          <w:b/>
        </w:rPr>
        <w:t xml:space="preserve">[14:44] </w:t>
      </w:r>
      <w:r>
        <w:t>to uski list bohat bari ho sakti hai. koi bhi kaam jo sach much "for the sake of god" ho, sach much "lillah" ho, to uski list mein aa jayega.</w:t>
      </w:r>
    </w:p>
    <w:p>
      <w:pPr>
        <w:jc w:val="right"/>
      </w:pPr>
      <w:r>
        <w:t>تو اس کی لسٹ بہت بڑی ہو سکتی ہے۔ کوئی بھی کام جو سچ مچ "فار دا سیک آف گاڈ" ہو، سچ مچ "لیلی اللہ" ہو، تو اس کی لسٹ میں آ جائے گا۔</w:t>
      </w:r>
    </w:p>
    <w:p>
      <w:r>
        <w:rPr>
          <w:b/>
        </w:rPr>
        <w:t xml:space="preserve">[14:59] </w:t>
      </w:r>
      <w:r>
        <w:t>to jab maine dekha</w:t>
      </w:r>
    </w:p>
    <w:p>
      <w:pPr>
        <w:jc w:val="right"/>
      </w:pPr>
      <w:r>
        <w:t>تو جب میں نے دیکھا</w:t>
      </w:r>
    </w:p>
    <w:p>
      <w:r>
        <w:rPr>
          <w:b/>
        </w:rPr>
        <w:t xml:space="preserve">[15:03] </w:t>
      </w:r>
      <w:r>
        <w:t>mobile par uska photo ke kuch log book star laga ke wahan khare hue hain, log aa rahe hain, ja rahe hain,</w:t>
      </w:r>
    </w:p>
    <w:p>
      <w:pPr>
        <w:jc w:val="right"/>
      </w:pPr>
      <w:r>
        <w:t>موبائل پر اس کا فوٹو کہ کچھ لوگ بک اسٹار لگا کے وہاں کھڑے ہوئے ہیں، لوگ آ رہے ہیں، جا رہے ہیں،</w:t>
      </w:r>
    </w:p>
    <w:p>
      <w:r>
        <w:rPr>
          <w:b/>
        </w:rPr>
        <w:t xml:space="preserve">[15:14] </w:t>
      </w:r>
      <w:r>
        <w:t>to maine socha ke yeh bilashuba wahi kaam hai jisko hadith mein "lillah" kaha gaya, "for the sake of god", "for the sake of god".</w:t>
      </w:r>
    </w:p>
    <w:p>
      <w:pPr>
        <w:jc w:val="right"/>
      </w:pPr>
      <w:r>
        <w:t>تو میں نے سوچا کہ یہ بلاشبہ وہی کام ہے جس کو حدیث میں "لیلی اللہ" کہا گیا، "فار دا سیک آف گاڈ"، "فار دا سیک آف گاڈ"۔</w:t>
      </w:r>
    </w:p>
    <w:p>
      <w:r>
        <w:rPr>
          <w:b/>
        </w:rPr>
        <w:t xml:space="preserve">[15:29] </w:t>
      </w:r>
      <w:r>
        <w:t>phir aur isko sochein, yeh saada baat nahi hai, yeh saada baat nahi hai.</w:t>
      </w:r>
    </w:p>
    <w:p>
      <w:pPr>
        <w:jc w:val="right"/>
      </w:pPr>
      <w:r>
        <w:t>پھر اور اس کو سوچیں، یہ سادہ بات نہیں ہے، یہ سادہ بات نہیں ہے۔</w:t>
      </w:r>
    </w:p>
    <w:p>
      <w:r>
        <w:rPr>
          <w:b/>
        </w:rPr>
        <w:t xml:space="preserve">[15:38] </w:t>
      </w:r>
      <w:r>
        <w:t>yani quran ko jo aap phaila rahe hain, quran ko jo distribute kar rahe hain, woh saada baat nahi hai.</w:t>
      </w:r>
    </w:p>
    <w:p>
      <w:pPr>
        <w:jc w:val="right"/>
      </w:pPr>
      <w:r>
        <w:t>یعنی قرآن کو جو آپ پھیلا رہے ہیں، قرآن کو جو ڈسٹریبیوٹ کر رہے ہیں، وہ سادہ بات نہیں ہے۔</w:t>
      </w:r>
    </w:p>
    <w:p>
      <w:r>
        <w:rPr>
          <w:b/>
        </w:rPr>
        <w:t xml:space="preserve">[15:48] </w:t>
      </w:r>
      <w:r>
        <w:t>dekhiye, quran mein hai ke "nazzalna zikra wa inna ilaihi hafizoon" ke allah ne utara hai is kitab ko, wahi iski hifazat karega.</w:t>
      </w:r>
    </w:p>
    <w:p>
      <w:pPr>
        <w:jc w:val="right"/>
      </w:pPr>
      <w:r>
        <w:t>دیکھیے، قرآن میں ہے کہ "ننزلنا ذکرا وانا الیہ حافظون" کہ اللہ نے اتارا ہے اس کتاب کو، وہی اس کی حفاظت کرے گا۔</w:t>
      </w:r>
    </w:p>
    <w:p>
      <w:r>
        <w:rPr>
          <w:b/>
        </w:rPr>
        <w:t xml:space="preserve">[16:02] </w:t>
      </w:r>
      <w:r>
        <w:t>dekhiye, hifazat ka matlab kya hai?</w:t>
      </w:r>
    </w:p>
    <w:p>
      <w:pPr>
        <w:jc w:val="right"/>
      </w:pPr>
      <w:r>
        <w:t>دیکھیے، حفاظت کا مطلب کیا ہے؟</w:t>
      </w:r>
    </w:p>
    <w:p>
      <w:r>
        <w:rPr>
          <w:b/>
        </w:rPr>
        <w:t xml:space="preserve">[16:07] </w:t>
      </w:r>
      <w:r>
        <w:t>hifazat ka aik matlab ho sakta hai ke isko aik kamre mein band kar ke taal laga diya jaye, to yeh hifazat ho gayi.</w:t>
      </w:r>
    </w:p>
    <w:p>
      <w:pPr>
        <w:jc w:val="right"/>
      </w:pPr>
      <w:r>
        <w:t>حفاظت کا ایک مطلب ہو سکتا ہے کہ اس کو ایک کمرے میں بند کر کے تال لگا دیا جائے، تو یہ حفاظت ہو گئی۔</w:t>
      </w:r>
    </w:p>
    <w:p>
      <w:r>
        <w:rPr>
          <w:b/>
        </w:rPr>
        <w:t xml:space="preserve">[16:15] </w:t>
      </w:r>
      <w:r>
        <w:t>jiske greek philosophy ki kitabein hain, us zamane mein badshah ne alexandria ke library mein rakh, kamron mein rakh kar ke isko lock kar diya tha, woh bhi hifazat thi.</w:t>
      </w:r>
    </w:p>
    <w:p>
      <w:pPr>
        <w:jc w:val="right"/>
      </w:pPr>
      <w:r>
        <w:t>جس کے گریک فلاسفی کی کتابیں ہیں، اس زمانے میں بادشاہ نے اسکندریہ کے لائبریری میں رکھ، کمروں میں رکھ کر کے اس کو لاک کر دیا تھا، وہ بھی حفاظت تھی۔</w:t>
      </w:r>
    </w:p>
    <w:p>
      <w:r>
        <w:rPr>
          <w:b/>
        </w:rPr>
        <w:t xml:space="preserve">[16:33] </w:t>
      </w:r>
      <w:r>
        <w:t>ab bahri daur mein isko nikala gaya.</w:t>
      </w:r>
    </w:p>
    <w:p>
      <w:pPr>
        <w:jc w:val="right"/>
      </w:pPr>
      <w:r>
        <w:t>اب باہری دور میں اس کو نکالا گیا۔</w:t>
      </w:r>
    </w:p>
    <w:p>
      <w:r>
        <w:rPr>
          <w:b/>
        </w:rPr>
        <w:t xml:space="preserve">[16:35] </w:t>
      </w:r>
      <w:r>
        <w:t>to hifazat ka matlab agar yeh ho ke kisi kamre mein band kar diya jaye, to hifazat to hui magar tabligh nahi hui,</w:t>
      </w:r>
    </w:p>
    <w:p>
      <w:pPr>
        <w:jc w:val="right"/>
      </w:pPr>
      <w:r>
        <w:t>تو حفاظت کا مطلب اگر یہ ہو کہ کسی کمرے میں بند کر دیا جائے، تو حفاظت تو ہوئی مگر تبلیغ نہیں ہوئی،</w:t>
      </w:r>
    </w:p>
    <w:p>
      <w:r>
        <w:rPr>
          <w:b/>
        </w:rPr>
        <w:t xml:space="preserve">[16:50] </w:t>
      </w:r>
      <w:r>
        <w:t>inzar o tafsir nahi hua. to quran ki hifazat baraye tabligh hai, "for the sake of dawah" hai. quran ki hifazat "for the sake of" hifazat nahi hai.</w:t>
      </w:r>
    </w:p>
    <w:p>
      <w:pPr>
        <w:jc w:val="right"/>
      </w:pPr>
      <w:r>
        <w:t>انظار و تفسیر نہیں ہوا۔ تو قرآن کی حفاظت برائے تبلیغ ہے، "فار دا سیک آف دعویٰ" ہے۔ قرآن کی حفاظت "فار دا سیک آف" حفاظت نہیں ہے۔</w:t>
      </w:r>
    </w:p>
    <w:p>
      <w:r>
        <w:rPr>
          <w:b/>
        </w:rPr>
        <w:t xml:space="preserve">[17:05] </w:t>
      </w:r>
      <w:r>
        <w:t>quran ki hifazat, hifazat baraye hifazat, baraye hifazat nahi hai. woh hai "for the sake of dawah", "for the sake of inzar o tafsir".</w:t>
      </w:r>
    </w:p>
    <w:p>
      <w:pPr>
        <w:jc w:val="right"/>
      </w:pPr>
      <w:r>
        <w:t>قرآن کی حفاظت، حفاظت برائے حفاظت، برائے حفاظت نہیں ہے۔ وہ ہے "فار دا سیک آف دعویٰ"، "فار دا سیک آف انظار و تفسیر"۔</w:t>
      </w:r>
    </w:p>
    <w:p>
      <w:r>
        <w:rPr>
          <w:b/>
        </w:rPr>
        <w:t xml:space="preserve">[17:18] </w:t>
      </w:r>
      <w:r>
        <w:t>to aap dekhiye ke hisse mein kya hua. yeh kaam allah ke farishte nahi karenge, yeh kaam insan hi karega.</w:t>
      </w:r>
    </w:p>
    <w:p>
      <w:pPr>
        <w:jc w:val="right"/>
      </w:pPr>
      <w:r>
        <w:t>تو آپ دیکھیے کہ حصے میں کیا ہوا۔ یہ کام اللہ کے فرشتے نہیں کریں گے، یہ کام انسان ہی کرے گا۔</w:t>
      </w:r>
    </w:p>
    <w:p>
      <w:r>
        <w:rPr>
          <w:b/>
        </w:rPr>
        <w:t xml:space="preserve">[17:27] </w:t>
      </w:r>
      <w:r>
        <w:t>chunaancha dekhiye, rasool allah salallaho alaihi wasallam par jab quran utarta tha to aap sahaba ko sunate the.</w:t>
      </w:r>
    </w:p>
    <w:p>
      <w:pPr>
        <w:jc w:val="right"/>
      </w:pPr>
      <w:r>
        <w:t>چنانچہ دیکھیے، رسول اللہ صلی اللہ علیہ وسلم پر جب قرآن اترتا تھا تو آپ صحابہ کو سناتے تھے۔</w:t>
      </w:r>
    </w:p>
    <w:p>
      <w:r>
        <w:rPr>
          <w:b/>
        </w:rPr>
        <w:t xml:space="preserve">[17:36] </w:t>
      </w:r>
      <w:r>
        <w:t>aap jante hain ke is zamane mein printing press nahi tha, sab memory pe chalta tha, sab kuch memory par. to rasool allah ne suna jibril se, phir aap ne sunaya sahaba ko, sahaba ne yaad kar liya.</w:t>
      </w:r>
    </w:p>
    <w:p>
      <w:pPr>
        <w:jc w:val="right"/>
      </w:pPr>
      <w:r>
        <w:t>آپ جانتے ہیں کہ اس زمانے میں پرنٹنگ پریس نہیں تھا، سب مموری پہ چلتا تھا، سب کچھ مموری پر۔ تو رسول اللہ نے سنا جبرائیل سے، پھر آپ نے سنایا صحابہ کو، صحابہ نے یاد کر لیا۔</w:t>
      </w:r>
    </w:p>
    <w:p>
      <w:r>
        <w:rPr>
          <w:b/>
        </w:rPr>
        <w:t xml:space="preserve">[17:55] </w:t>
      </w:r>
      <w:r>
        <w:t>ab sahaba jo hain, muqri ban gaye. muqri mani hote hain parh kar sunane wala. ab jagah jagah woh suna rahe hain.</w:t>
      </w:r>
    </w:p>
    <w:p>
      <w:pPr>
        <w:jc w:val="right"/>
      </w:pPr>
      <w:r>
        <w:t>اب صحابہ جو ہیں، مقری بن گئے۔ مقری معنی ہوتے ہیں پڑھ کر سنانے والا۔ اب جگہ جگہ وہ سنا رہے ہیں۔</w:t>
      </w:r>
    </w:p>
    <w:p>
      <w:r>
        <w:rPr>
          <w:b/>
        </w:rPr>
        <w:t xml:space="preserve">[18:07] </w:t>
      </w:r>
      <w:r>
        <w:t>that was first phase of dawah, yani quran ko le kar ke apni memory mein us ko mehfooz kar ke jahan insan mile, un ko sunana, jahan insan mile, us ko sunana.</w:t>
      </w:r>
    </w:p>
    <w:p>
      <w:pPr>
        <w:jc w:val="right"/>
      </w:pPr>
      <w:r>
        <w:t>دیٹ واز فرسٹ فیز آف دعویٰ، یعنی قرآن کو لے کر کے اپنی مموری میں اس کو محفوظ کر کے جہاں انسان ملے، ان کو سنانا، جہاں انسان ملے، اس کو سنانا۔</w:t>
      </w:r>
    </w:p>
    <w:p>
      <w:r>
        <w:rPr>
          <w:b/>
        </w:rPr>
        <w:t xml:space="preserve">[18:21] </w:t>
      </w:r>
      <w:r>
        <w:t>yeh tha.</w:t>
      </w:r>
    </w:p>
    <w:p>
      <w:pPr>
        <w:jc w:val="right"/>
      </w:pPr>
      <w:r>
        <w:t>یہ تھا۔</w:t>
      </w:r>
    </w:p>
    <w:p>
      <w:r>
        <w:rPr>
          <w:b/>
        </w:rPr>
        <w:t xml:space="preserve">[18:24] </w:t>
      </w:r>
      <w:r>
        <w:t>phir agle agla jo phase hai, woh yeh ke logon ne likha, us ko haath se likha. tab haath hi se likha jata tha, haath se likh likh kar ke kuch mushaf tayyar kiye.</w:t>
      </w:r>
    </w:p>
    <w:p>
      <w:pPr>
        <w:jc w:val="right"/>
      </w:pPr>
      <w:r>
        <w:t>پھر اگلے اگلا جو فیز ہے، وہ یہ کہ لوگوں نے لکھا، اس کو ہاتھ سے لکھا۔ تب ہاتھ ہی سے لکھا جاتا تھا، ہاتھ سے لکھ لکھ کر کے کچھ مصحف تیار کیے۔</w:t>
      </w:r>
    </w:p>
    <w:p>
      <w:r>
        <w:rPr>
          <w:b/>
        </w:rPr>
        <w:t xml:space="preserve">[18:38] </w:t>
      </w:r>
      <w:r>
        <w:t>kabhi qita likhenge aap haath se, haath se qita likhenge aap, zyada nahi likh sakte aap. to kuch copy likhe hue quran ki tayyar ho gayi.</w:t>
      </w:r>
    </w:p>
    <w:p>
      <w:pPr>
        <w:jc w:val="right"/>
      </w:pPr>
      <w:r>
        <w:t>کبھی قطعہ لکھیں گے آپ ہاتھ سے، ہاتھ سے قطعہ لکھیں گے آپ، زیادہ نہیں لکھ سکتے آپ۔ تو کچھ کاپی لکھے ہوئے قرآن کی تیار ہو گئی۔</w:t>
      </w:r>
    </w:p>
    <w:p>
      <w:r>
        <w:rPr>
          <w:b/>
        </w:rPr>
        <w:t xml:space="preserve">[18:51] </w:t>
      </w:r>
      <w:r>
        <w:t>is tarah chalta raha.</w:t>
      </w:r>
    </w:p>
    <w:p>
      <w:pPr>
        <w:jc w:val="right"/>
      </w:pPr>
      <w:r>
        <w:t>اس طرح چلتا رہا۔</w:t>
      </w:r>
    </w:p>
    <w:p>
      <w:r>
        <w:rPr>
          <w:b/>
        </w:rPr>
        <w:t xml:space="preserve">[18:54] </w:t>
      </w:r>
      <w:r>
        <w:t>phir aap jante hain ke</w:t>
      </w:r>
    </w:p>
    <w:p>
      <w:pPr>
        <w:jc w:val="right"/>
      </w:pPr>
      <w:r>
        <w:t>پھر آپ جانتے ہیں کہ</w:t>
      </w:r>
    </w:p>
    <w:p>
      <w:r>
        <w:rPr>
          <w:b/>
        </w:rPr>
        <w:t xml:space="preserve">[18:58] </w:t>
      </w:r>
      <w:r>
        <w:t>masjido mein, madarso mein, jagah jagah parhaya jata raha, suna jata raha. lekin kya arabic text hai? is ka jo charchah tha, woh arabic text ka charchah tha.</w:t>
      </w:r>
    </w:p>
    <w:p>
      <w:pPr>
        <w:jc w:val="right"/>
      </w:pPr>
      <w:r>
        <w:t>مسجدوں میں، مدرسوں میں، جگہ جگہ پڑھایا جاتا رہا، سنا جاتا رہا۔ لیکن کیا عربک ٹیکسٹ ہے؟ اس کا جو چرچہ تھا، وہ عربک ٹیکسٹ کا چرچہ تھا۔</w:t>
      </w:r>
    </w:p>
    <w:p>
      <w:r>
        <w:rPr>
          <w:b/>
        </w:rPr>
        <w:t xml:space="preserve">[19:12] </w:t>
      </w:r>
      <w:r>
        <w:t>arabic text. is ke baad jab printing press aaya atharveen sadi mein to musalmano ne us ko chhapa, yani printing yeh paper bana, printing press bana to chhapa, chhap chhap kar ke har ghar mein, har madrase mein, har masjid mein pahunchaya.</w:t>
      </w:r>
    </w:p>
    <w:p>
      <w:pPr>
        <w:jc w:val="right"/>
      </w:pPr>
      <w:r>
        <w:t>عربک ٹیکسٹ۔ اس کے بعد جب پرنٹنگ پریس آیا اٹھارویں صدی میں تو مسلمانوں نے اس کو چھاپا، یعنی پرنٹنگ یہ پیپر بنا، پرنٹنگ پریس بنا تو چھاپا، چھاپ چھاپ کر کے ہر گھر میں، ہر مدرسے میں، ہر مسجد میں پہنچایا۔</w:t>
      </w:r>
    </w:p>
    <w:p>
      <w:r>
        <w:rPr>
          <w:b/>
        </w:rPr>
        <w:t xml:space="preserve">[19:37] </w:t>
      </w:r>
      <w:r>
        <w:t>tab bhi kya tha? arabic text.</w:t>
      </w:r>
    </w:p>
    <w:p>
      <w:pPr>
        <w:jc w:val="right"/>
      </w:pPr>
      <w:r>
        <w:t>تب بھی کیا تھا؟ عربک ٹیکسٹ۔</w:t>
      </w:r>
    </w:p>
    <w:p>
      <w:r>
        <w:rPr>
          <w:b/>
        </w:rPr>
        <w:t xml:space="preserve">[19:42] </w:t>
      </w:r>
      <w:r>
        <w:t>goya hazar saal tak quran jo hai, arabic text ki surat mein logon tak pahunchta raha. aap ghor kijiye ke quran mein tha ke "likon lil alameen nazeera",</w:t>
      </w:r>
    </w:p>
    <w:p>
      <w:pPr>
        <w:jc w:val="right"/>
      </w:pPr>
      <w:r>
        <w:t>گویا ہزار سال تک قرآن جو ہے، عربک ٹیکسٹ کی صورت میں لوگوں تک پہنچتا رہا۔ آپ غور کیجئے کہ قرآن میں تھا کہ "لیکون للعالمین نظیرا"،</w:t>
      </w:r>
    </w:p>
    <w:p>
      <w:r>
        <w:rPr>
          <w:b/>
        </w:rPr>
        <w:t xml:space="preserve">[19:58] </w:t>
      </w:r>
      <w:r>
        <w:t>yani sare alam ke liye nazeer bane, sare alam ke liye warner bane. warner to sara alam tak kahan pahuncha?</w:t>
      </w:r>
    </w:p>
    <w:p>
      <w:pPr>
        <w:jc w:val="right"/>
      </w:pPr>
      <w:r>
        <w:t>یعنی سارے عالم کے لیے نظیر بنے، سارے عالم کے لیے وارنر بنے۔ وارنر تو سارا عالم تک کہاں پہنچا؟</w:t>
      </w:r>
    </w:p>
    <w:p>
      <w:r>
        <w:rPr>
          <w:b/>
        </w:rPr>
        <w:t xml:space="preserve">[20:08] </w:t>
      </w:r>
      <w:r>
        <w:t>duniya mein to ek hazar language hain, sirf arabi to nahi hai. to hazar saal tak quran sirf un logon ki cheez bana raha jo arabic language jante hon, yani un un un other words musalman ke liye quran musalman ki kitab bana raha hai.</w:t>
      </w:r>
    </w:p>
    <w:p>
      <w:pPr>
        <w:jc w:val="right"/>
      </w:pPr>
      <w:r>
        <w:t>دنیا میں تو ایک ہزار لینگویج ہیں، صرف عربی تو نہیں ہے۔ تو ہزار سال تک قرآن صرف ان لوگوں کی چیز بنا رہا جو عربک لینگویج جانتے ہوں، یعنی ان ان ان ادر ورڈز مسلمان کے لیے قرآن مسلمان کی کتاب بنا رہا ہے۔</w:t>
      </w:r>
    </w:p>
    <w:p>
      <w:r>
        <w:rPr>
          <w:b/>
        </w:rPr>
        <w:t xml:space="preserve">[20:29] </w:t>
      </w:r>
      <w:r>
        <w:t>logon tak pahunchane ke liye zaroori tha ke is ka translation kiya jaye.</w:t>
      </w:r>
    </w:p>
    <w:p>
      <w:pPr>
        <w:jc w:val="right"/>
      </w:pPr>
      <w:r>
        <w:t>لوگوں تک پہنچانے کے لیے ضروری تھا کہ اس کا ٹرانسلیشن کیا جائے۔</w:t>
      </w:r>
    </w:p>
    <w:p>
      <w:r>
        <w:rPr>
          <w:b/>
        </w:rPr>
        <w:t xml:space="preserve">[20:34] </w:t>
      </w:r>
      <w:r>
        <w:t>dekhiye, yahan par yeh baat samajh lijiye ke quran mein chuki yeh likha hua nahi hai ke aye musalmano, quran ka translation karo taake log samjhein.</w:t>
      </w:r>
    </w:p>
    <w:p>
      <w:pPr>
        <w:jc w:val="right"/>
      </w:pPr>
      <w:r>
        <w:t>دیکھیے، یہاں پر یہ بات سمجھ لیجئے کہ قرآن میں چونکہ یہ لکھا ہوا نہیں ہے کہ اے مسلمانوں، قرآن کا ٹرانسلیشن کرو تاکہ لوگ سمجھیں۔</w:t>
      </w:r>
    </w:p>
    <w:p>
      <w:r>
        <w:rPr>
          <w:b/>
        </w:rPr>
        <w:t xml:space="preserve">[20:47] </w:t>
      </w:r>
      <w:r>
        <w:t>is liye hamare ulama translation hi ko najayaz samajhte rahe. isi dilli mein bohat hi ajib baat hai,</w:t>
      </w:r>
    </w:p>
    <w:p>
      <w:pPr>
        <w:jc w:val="right"/>
      </w:pPr>
      <w:r>
        <w:t>اس لیے ہمارے علماء ٹرانسلیشن ہی کو ناجائز سمجھتے رہے۔ اسی دلی میں بہت ہی عجیب بات ہے،</w:t>
      </w:r>
    </w:p>
    <w:p>
      <w:r>
        <w:rPr>
          <w:b/>
        </w:rPr>
        <w:t xml:space="preserve">[20:57] </w:t>
      </w:r>
      <w:r>
        <w:t>yahi dilli mein ek tha bohat bara alam, shabir allah dihlevi, un ko kaha jata hai. pehli baar unhone persian mein tarjuma kiya, persian mein tarjuma kiya to logon ko marne ke liye daude, marne ke liye isi dilli mein ghar mein chhup gaye woh</w:t>
      </w:r>
    </w:p>
    <w:p>
      <w:pPr>
        <w:jc w:val="right"/>
      </w:pPr>
      <w:r>
        <w:t>یہی دلی میں ایک تھا بہت بڑا عالم، شابری اللہ دہلوی، ان کو کہا جاتا ہے۔ پہلی بار انہوں نے پرشین میں ترجمہ کیا، پرشین میں ترجمہ کیا تو لوگوں کو مارنے کے لیے دوڑے، مارنے کے لیے اسی دلی میں گھر میں چھپ گئے وہ</w:t>
      </w:r>
    </w:p>
    <w:p>
      <w:r>
        <w:rPr>
          <w:b/>
        </w:rPr>
        <w:t xml:space="preserve">[21:17] </w:t>
      </w:r>
      <w:r>
        <w:t>kyunki samajhte the ke quran ka tarjuma nahi hona chahiye. aur ek bana liya tha, ek ek sakhta aqeedah ke translation jo hai, woh sahi ho nahi sakta, kuch na kuch galti hogi to sirf arabi rahe, arabi rahe.</w:t>
      </w:r>
    </w:p>
    <w:p>
      <w:pPr>
        <w:jc w:val="right"/>
      </w:pPr>
      <w:r>
        <w:t>کیونکہ سمجھتے تھے کہ قرآن کا ترجمہ نہیں ہونا چاہیے۔ اور ایک بنا لیا تھا، ایک ایک ساختہ عقیدہ کہ ٹرانسلیشن جو ہے، وہ صحیح ہو نہیں سکتا، کچھ نہ کچھ غلطی ہوگی تو صرف عربی رہے، عربی رہے۔</w:t>
      </w:r>
    </w:p>
    <w:p>
      <w:r>
        <w:rPr>
          <w:b/>
        </w:rPr>
        <w:t xml:space="preserve">[21:31] </w:t>
      </w:r>
      <w:r>
        <w:t>to printing press aane ke baad bhi quran ko sirf arabi mein phailaya jata raha. printing press aaya aur modern technology aayi,</w:t>
      </w:r>
    </w:p>
    <w:p>
      <w:pPr>
        <w:jc w:val="right"/>
      </w:pPr>
      <w:r>
        <w:t>تو پرنٹنگ پریس آنے کے بعد بھی قرآن کو صرف عربی میں پھیلایا جاتا رہا۔ پرنٹنگ پریس آیا اور ماڈرن ٹیکنالوجی آئی،</w:t>
      </w:r>
    </w:p>
    <w:p>
      <w:r>
        <w:rPr>
          <w:b/>
        </w:rPr>
        <w:t xml:space="preserve">[21:45] </w:t>
      </w:r>
      <w:r>
        <w:t>safar hone lage, aana jana aasan ho gaya, sab kuch ho gaya. lekin phir bhi quran sirf arabi mein phailta raha. goya duniya be khabar hai.</w:t>
      </w:r>
    </w:p>
    <w:p>
      <w:pPr>
        <w:jc w:val="right"/>
      </w:pPr>
      <w:r>
        <w:t>سفر ہونے لگے، آنا جانا آسان ہو گیا، سب کچھ ہو گیا۔ لیکن پھر بھی قرآن صرف عربی میں پھیلتا رہا۔ گویا دنیا بے خبر ہے۔</w:t>
      </w:r>
    </w:p>
    <w:p>
      <w:r>
        <w:rPr>
          <w:b/>
        </w:rPr>
        <w:t xml:space="preserve">[21:55] </w:t>
      </w:r>
      <w:r>
        <w:t>abhi hamare ek sathi bombay ke, unhone ka telephone aaya ke bombay mein woh ek aadmi se mile jo foreign mission ke tehat woh saudi arab mein tha,</w:t>
      </w:r>
    </w:p>
    <w:p>
      <w:pPr>
        <w:jc w:val="right"/>
      </w:pPr>
      <w:r>
        <w:t>ابھی ہمارے ایک ساتھی بمبئی کے، انہوں نے کا ٹیلی فون آیا کہ بمبئی میں وہ ایک آدمی سے ملے جو فارن مشن کے تحت وہ سعودی عرب میں تھا،</w:t>
      </w:r>
    </w:p>
    <w:p>
      <w:r>
        <w:rPr>
          <w:b/>
        </w:rPr>
        <w:t xml:space="preserve">[22:09] </w:t>
      </w:r>
      <w:r>
        <w:t>das saal, 71 saal wahan raha hua. to is ne kaha ke shuyookh aate thay hamare paas to quran hum ko bator gift dete thay, gift bohat acha chhupa hua, sone ka kaam bana hua.</w:t>
      </w:r>
    </w:p>
    <w:p>
      <w:pPr>
        <w:jc w:val="right"/>
      </w:pPr>
      <w:r>
        <w:t>دس سال، 71 سال وہاں رہا ہوا۔ تو اس نے کہا کہ شیوخ آتے تھے ہمارے پاس تو قرآن ہم کو بطور گفٹ دیتے تھے، گفٹ بہت اچھا چھپا ہوا، سونے کا کام بنا ہوا۔</w:t>
      </w:r>
    </w:p>
    <w:p>
      <w:r>
        <w:rPr>
          <w:b/>
        </w:rPr>
        <w:t xml:space="preserve">[22:21] </w:t>
      </w:r>
      <w:r>
        <w:t>lekin kya hota tha? arabic, arabic, arabic. to wo jab kholta tha arabic to wo shelf mein rakh deta tha. yaani saudi arab mein kisi ne is ko quran ka translation nahi diya</w:t>
      </w:r>
    </w:p>
    <w:p>
      <w:pPr>
        <w:jc w:val="right"/>
      </w:pPr>
      <w:r>
        <w:t>لیکن کیا ہوتا تھا؟ عربک، عربک، عربک۔ تو وہ جب کھولتا تھا عربک تو وہ شیلف میں رکھ دیتا تھا۔ یعنی سعودی عرب میں کسی نے اس کو قرآن کا ٹرانسلیشن نہیں دیا</w:t>
      </w:r>
    </w:p>
    <w:p>
      <w:r>
        <w:rPr>
          <w:b/>
        </w:rPr>
        <w:t xml:space="preserve">[22:36] </w:t>
      </w:r>
      <w:r>
        <w:t>kyun ke musalman jante nahi thay ke quran ka tarjuma kar ke logon tak pahunchana hai.</w:t>
      </w:r>
    </w:p>
    <w:p>
      <w:pPr>
        <w:jc w:val="right"/>
      </w:pPr>
      <w:r>
        <w:t>کیونکہ مسلمان جانتے نہیں تھے کہ قرآن کا ترجمہ کر کے لوگوں تک پہنچانا ہے۔</w:t>
      </w:r>
    </w:p>
    <w:p>
      <w:r>
        <w:rPr>
          <w:b/>
        </w:rPr>
        <w:t xml:space="preserve">[22:43] </w:t>
      </w:r>
      <w:r>
        <w:t>phir jab dilli mein, phir hamare jo saathi hain, jab is se mile bombay mein aur is ko tarjuma diya to wo kehte hain ke unhon ne laga is ke zikr ko ke main quran ko samajh sakta hoon.</w:t>
      </w:r>
    </w:p>
    <w:p>
      <w:pPr>
        <w:jc w:val="right"/>
      </w:pPr>
      <w:r>
        <w:t>پھر جب دلی میں، پھر ہمارے جو ساتھی ہیں، جب اس سے ملے بمبئی میں اور اس کو ترجمہ دیا تو وہ کہتے ہیں کہ انہوں نے لگا اس کے ذکر کو کہ میں قرآن کو سمجھ سکتا ہوں۔</w:t>
      </w:r>
    </w:p>
    <w:p>
      <w:r>
        <w:rPr>
          <w:b/>
        </w:rPr>
        <w:t xml:space="preserve">[22:56] </w:t>
      </w:r>
      <w:r>
        <w:t>abhi tak to main samajhta tha ke main quran ko samajh nahi sakta, baghair samjhe mar jaunga.</w:t>
      </w:r>
    </w:p>
    <w:p>
      <w:pPr>
        <w:jc w:val="right"/>
      </w:pPr>
      <w:r>
        <w:t>ابھی تک تو میں سمجھتا تھا کہ میں قرآن کو سمجھ نہیں سکتا، بغیر سمجھے مر جاؤں گا۔</w:t>
      </w:r>
    </w:p>
    <w:p>
      <w:r>
        <w:rPr>
          <w:b/>
        </w:rPr>
        <w:t xml:space="preserve">[23:05] </w:t>
      </w:r>
      <w:r>
        <w:t>to hamare jo saathi hain, yeh mat samjhiye ke wo saada kaam kar rahe hain.</w:t>
      </w:r>
    </w:p>
    <w:p>
      <w:pPr>
        <w:jc w:val="right"/>
      </w:pPr>
      <w:r>
        <w:t>تو ہمارے جو ساتھی ہیں، یہ مت سمجھئے کہ وہ سادہ کام کر رہے ہیں۔</w:t>
      </w:r>
    </w:p>
    <w:p>
      <w:r>
        <w:rPr>
          <w:b/>
        </w:rPr>
        <w:t xml:space="preserve">[23:10] </w:t>
      </w:r>
      <w:r>
        <w:t>wo quran ke dissemination ka final phase hai.</w:t>
      </w:r>
    </w:p>
    <w:p>
      <w:pPr>
        <w:jc w:val="right"/>
      </w:pPr>
      <w:r>
        <w:t>وہ قرآن کے ڈسیمینیشن کا فائنل فیز ہے۔</w:t>
      </w:r>
    </w:p>
    <w:p>
      <w:r>
        <w:rPr>
          <w:b/>
        </w:rPr>
        <w:t xml:space="preserve">[23:17] </w:t>
      </w:r>
      <w:r>
        <w:t>quran utra to ek tha ke is ko mehfooz kiya jaye, doosra tha ke disseminate kiya jaye, is ko phailaya jaye. to mehfooz to ho gaya lekin dissemination ka kaam sari duniya tak abhi baqi tha kyun ke baghair translation ka nahi ho sakta tha.</w:t>
      </w:r>
    </w:p>
    <w:p>
      <w:pPr>
        <w:jc w:val="right"/>
      </w:pPr>
      <w:r>
        <w:t>قرآن اترا تو ایک تھا کہ اس کو محفوظ کیا جائے، دوسرا تھا کہ ڈسیمینیٹ کیا جائے، اس کو پھیلایا جائے۔ تو محفوظ تو ہو گیا لیکن ڈسیمینیشن کا کام ساری دنیا تک ابھی باقی تھا کیونکہ بغیر ٹرانسلیشن کا نہیں ہو سکتا تھا۔</w:t>
      </w:r>
    </w:p>
    <w:p>
      <w:r>
        <w:rPr>
          <w:b/>
        </w:rPr>
        <w:t xml:space="preserve">[23:38] </w:t>
      </w:r>
      <w:r>
        <w:t>logon ne translation jo bhi kiya, wo bhi is mein arabic text shamil kar diya aur phir bhi wo appreciable nahi raha ghair muslimon ke liye. hamare mission mein allah ke fazl se logon ne is raat ko jana aur mukhtalif zabanon mein quran ke tarjume chhapne lage.</w:t>
      </w:r>
    </w:p>
    <w:p>
      <w:pPr>
        <w:jc w:val="right"/>
      </w:pPr>
      <w:r>
        <w:t>لوگوں نے ٹرانسلیشن جو بھی کیا، وہ بھی اس میں عربک ٹیکسٹ شامل کر دیا اور پھر بھی وہ اپریچیبل نہیں رہا غیر مسلموں کے لیے۔ ہمارے مشن میں اللہ کے فضل سے لوگوں نے اس رات کو جانا اور مختلف زبانوں میں قرآن کے ترجمے چھاپنے لگے۔</w:t>
      </w:r>
    </w:p>
    <w:p>
      <w:r>
        <w:rPr>
          <w:b/>
        </w:rPr>
        <w:t xml:space="preserve">[23:56] </w:t>
      </w:r>
      <w:r>
        <w:t>wo urdu mein, hindi mein, angrezi mein, parshian mein, french mein, german mein.</w:t>
      </w:r>
    </w:p>
    <w:p>
      <w:pPr>
        <w:jc w:val="right"/>
      </w:pPr>
      <w:r>
        <w:t>وہ اردو میں، ہندی میں، انگریزی میں، پرشین میں، فرنچ میں، جرمن میں۔</w:t>
      </w:r>
    </w:p>
    <w:p>
      <w:r>
        <w:rPr>
          <w:b/>
        </w:rPr>
        <w:t xml:space="preserve">[24:05] </w:t>
      </w:r>
      <w:r>
        <w:t>to allah ke fazl se hamare saathiyon ko yeh tofeeq mili ke wo ek kaam ko kar rahe hain, har jagah kar rahe hain, safar mein hain, tab bhi logon ko de rahe hain, conference aur jalson mein log aate hain to wahan pe ja kar de rahe hain.</w:t>
      </w:r>
    </w:p>
    <w:p>
      <w:pPr>
        <w:jc w:val="right"/>
      </w:pPr>
      <w:r>
        <w:t>تو اللہ کے فضل سے ہمارے ساتھیوں کو یہ توفیق ملی کہ وہ ایک کام کو کر رہے ہیں، ہر جگہ کر رہے ہیں، سفر میں ہیں، تب بھی لوگوں کو دے رہے ہیں، کانفرنس اور جلسوں میں لوگ آتے ہیں تو وہاں پہ جا کر دے رہے ہیں۔</w:t>
      </w:r>
    </w:p>
    <w:p>
      <w:r>
        <w:rPr>
          <w:b/>
        </w:rPr>
        <w:t xml:space="preserve">[24:22] </w:t>
      </w:r>
      <w:r>
        <w:t>abhi kal ki baat hai, yahan ek seminar tha</w:t>
      </w:r>
    </w:p>
    <w:p>
      <w:pPr>
        <w:jc w:val="right"/>
      </w:pPr>
      <w:r>
        <w:t>ابھی کل کی بات ہے، یہاں ایک سیمینار تھا</w:t>
      </w:r>
    </w:p>
    <w:p>
      <w:r>
        <w:rPr>
          <w:b/>
        </w:rPr>
        <w:t xml:space="preserve">[24:29] </w:t>
      </w:r>
      <w:r>
        <w:t>to hamare saathi quran ka ek bundle to le ke gaye thay wahan dene ke logon ko lekin bohat top ke log thay wo, yeh abhi kal ki baat hai, american sab thay.</w:t>
      </w:r>
    </w:p>
    <w:p>
      <w:pPr>
        <w:jc w:val="right"/>
      </w:pPr>
      <w:r>
        <w:t>تو ہمارے ساتھی قرآن کا ایک بنڈل تو لے کے گئے تھے وہاں دینے کے لوگوں کو لیکن بہت ٹاپ کے لوگ تھے وہ، یہ ابھی کل کی بات ہے، امریکن سب تھے۔</w:t>
      </w:r>
    </w:p>
    <w:p>
      <w:r>
        <w:rPr>
          <w:b/>
        </w:rPr>
        <w:t xml:space="preserve">[24:43] </w:t>
      </w:r>
      <w:r>
        <w:t>to wahan logon ki himmatein ho rahi thayn ke kaise wahan ja kar quran baantein logon ko.</w:t>
      </w:r>
    </w:p>
    <w:p>
      <w:pPr>
        <w:jc w:val="right"/>
      </w:pPr>
      <w:r>
        <w:t>تو وہاں لوگوں کی ہمتیں ہو رہی تھیں کہ کیسے وہاں جا کر قرآن بانٹیں لوگوں کو۔</w:t>
      </w:r>
    </w:p>
    <w:p>
      <w:r>
        <w:rPr>
          <w:b/>
        </w:rPr>
        <w:t xml:space="preserve">[24:49] </w:t>
      </w:r>
      <w:r>
        <w:t>tu</w:t>
      </w:r>
    </w:p>
    <w:p>
      <w:pPr>
        <w:jc w:val="right"/>
      </w:pPr>
      <w:r>
        <w:t>تو</w:t>
      </w:r>
    </w:p>
    <w:p>
      <w:r>
        <w:rPr>
          <w:b/>
        </w:rPr>
        <w:t xml:space="preserve">[24:58] </w:t>
      </w:r>
      <w:r>
        <w:t>to allah taala ne mariya ke dil mein dala, hamari jo grand daughter mariya hai, us ke dil mein allah taala ne dala, wo ja kar organize assembly jo jis ne organize kiya tha,</w:t>
      </w:r>
    </w:p>
    <w:p>
      <w:pPr>
        <w:jc w:val="right"/>
      </w:pPr>
      <w:r>
        <w:t>اللہ تعالی نے ماریہ کے دل میں ڈالا، ہماری جو گرینڈ ڈاٹر ماریہ ہے، اس کے دل میں اللہ تعالی نے ڈالا، وہ جا کر ارگنائز اسمبلی جو جس نے ارگنائز کیا تھا،</w:t>
      </w:r>
    </w:p>
    <w:p>
      <w:r>
        <w:rPr>
          <w:b/>
        </w:rPr>
        <w:t xml:space="preserve">[25:13] </w:t>
      </w:r>
      <w:r>
        <w:t>to us ko baat kiya, baat kiya, baat kiya aur wo raazi ho gaya.</w:t>
      </w:r>
    </w:p>
    <w:p>
      <w:pPr>
        <w:jc w:val="right"/>
      </w:pPr>
      <w:r>
        <w:t>تو اس کو بات کیا، بات کیا، بات کیا اور وہ راضی ہو گیا۔</w:t>
      </w:r>
    </w:p>
    <w:p>
      <w:r>
        <w:rPr>
          <w:b/>
        </w:rPr>
        <w:t xml:space="preserve">[25:18] </w:t>
      </w:r>
      <w:r>
        <w:t>phir sare americans par aur jo aur jo log thay wahan par sab ko ja kar quran diya gaya.</w:t>
      </w:r>
    </w:p>
    <w:p>
      <w:pPr>
        <w:jc w:val="right"/>
      </w:pPr>
      <w:r>
        <w:t>پھر سارے امریکنز پر اور جو اور جو لوگ تھے وہاں پر سب کو جا کر قرآن دیا گیا۔</w:t>
      </w:r>
    </w:p>
    <w:p>
      <w:r>
        <w:rPr>
          <w:b/>
        </w:rPr>
        <w:t xml:space="preserve">[25:26] </w:t>
      </w:r>
      <w:r>
        <w:t>to dekhiye, quran ka translation different languages mein jo aap duniya mein phaila rahe hain, yeh saada baat nahi hai, yeh quran ke irshad ka final phase hai.</w:t>
      </w:r>
    </w:p>
    <w:p>
      <w:pPr>
        <w:jc w:val="right"/>
      </w:pPr>
      <w:r>
        <w:t>تو دیکھیے، قرآن کا ٹرانسلیشن ڈفرنٹ لینگویجز میں جو آپ دنیا میں پھیلا رہے ہیں، یہ سادہ بات نہیں ہے، یہ قرآن کے ارشاد کا فائنل فیز ہے۔</w:t>
      </w:r>
    </w:p>
    <w:p>
      <w:r>
        <w:rPr>
          <w:b/>
        </w:rPr>
        <w:t xml:space="preserve">[25:46] </w:t>
      </w:r>
      <w:r>
        <w:t>quran ko phailane ka yeh final phase hai, is ke baad to koi phase nahi. to pehle marhale mein allah taala ne jibril ke zariye se quran ko utara,</w:t>
      </w:r>
    </w:p>
    <w:p>
      <w:pPr>
        <w:jc w:val="right"/>
      </w:pPr>
      <w:r>
        <w:t>قرآن کو پھیلانے کا یہ فائنل فیز ہے، اس کے بعد تو کوئی فیز نہیں۔ تو پہلے مرحلے میں اللہ تعالی نے جبرائیل کے ذریعے سے قرآن کو اتارا،</w:t>
      </w:r>
    </w:p>
    <w:p>
      <w:r>
        <w:rPr>
          <w:b/>
        </w:rPr>
        <w:t xml:space="preserve">[26:01] </w:t>
      </w:r>
      <w:r>
        <w:t>doosre marhale mein sahaba ne, tabeen ne, doosre musalmanon ne is ko mehfooz kiya, mehfooz kiya, mehfooz kiya, yaani yaad kar ke, likh kar ke, chhap kar ke mehfooz kiya.</w:t>
      </w:r>
    </w:p>
    <w:p>
      <w:pPr>
        <w:jc w:val="right"/>
      </w:pPr>
      <w:r>
        <w:t>دوسرے مرحلے میں صحابہ نے، تابعین نے، دوسرے مسلمانوں نے اس کو محفوظ کیا، محفوظ کیا، محفوظ کیا، یعنی یاد کر کے، لکھ کر کے، چھاپ کر کے محفوظ کیا۔</w:t>
      </w:r>
    </w:p>
    <w:p>
      <w:r>
        <w:rPr>
          <w:b/>
        </w:rPr>
        <w:t xml:space="preserve">[26:13] </w:t>
      </w:r>
      <w:r>
        <w:t>preserve kiya.</w:t>
      </w:r>
    </w:p>
    <w:p>
      <w:pPr>
        <w:jc w:val="right"/>
      </w:pPr>
      <w:r>
        <w:t>پریزرو کیا۔</w:t>
      </w:r>
    </w:p>
    <w:p>
      <w:r>
        <w:rPr>
          <w:b/>
        </w:rPr>
        <w:t xml:space="preserve">[26:15] </w:t>
      </w:r>
      <w:r>
        <w:t>ab agla marhala hai ke quran ko logon ki understandable zabanon mein tarjuma kar ke logon tak pahunchaya jaye.</w:t>
      </w:r>
    </w:p>
    <w:p>
      <w:pPr>
        <w:jc w:val="right"/>
      </w:pPr>
      <w:r>
        <w:t>اب اگلا مرحلہ ہے کہ قرآن کو لوگوں کی انڈرسٹینڈیبل زبانوں میں ترجمہ کر کے لوگوں تک پہنچایا جائے۔</w:t>
      </w:r>
    </w:p>
    <w:p>
      <w:r>
        <w:rPr>
          <w:b/>
        </w:rPr>
        <w:t xml:space="preserve">[26:24] </w:t>
      </w:r>
      <w:r>
        <w:t>yeh hai final phase,</w:t>
      </w:r>
    </w:p>
    <w:p>
      <w:pPr>
        <w:jc w:val="right"/>
      </w:pPr>
      <w:r>
        <w:t>یہ ہے فائنل فیز،</w:t>
      </w:r>
    </w:p>
    <w:p>
      <w:r>
        <w:rPr>
          <w:b/>
        </w:rPr>
        <w:t xml:space="preserve">[26:29] </w:t>
      </w:r>
      <w:r>
        <w:t>ek bohat hi bara kaam hai. dekhiye, mani is ka matlab kya hai?</w:t>
      </w:r>
    </w:p>
    <w:p>
      <w:pPr>
        <w:jc w:val="right"/>
      </w:pPr>
      <w:r>
        <w:t>ایک بہت ہی بڑا کام ہے۔ دیکھیے، معنی اس کا مطلب کیا ہے؟</w:t>
      </w:r>
    </w:p>
    <w:p>
      <w:r>
        <w:rPr>
          <w:b/>
        </w:rPr>
        <w:t xml:space="preserve">[26:37] </w:t>
      </w:r>
      <w:r>
        <w:t>allah ta'ala ne ek history mein ek process chalaya,</w:t>
      </w:r>
    </w:p>
    <w:p>
      <w:pPr>
        <w:jc w:val="right"/>
      </w:pPr>
      <w:r>
        <w:t>اللہ تعالی نے ایک ہسٹری میں ایک پروسیس چلایا،</w:t>
      </w:r>
    </w:p>
    <w:p>
      <w:r>
        <w:rPr>
          <w:b/>
        </w:rPr>
        <w:t xml:space="preserve">[26:42] </w:t>
      </w:r>
      <w:r>
        <w:t>yeh sara kaam allah ke management mein ho raha hai. history mein ek process chalaya</w:t>
      </w:r>
    </w:p>
    <w:p>
      <w:pPr>
        <w:jc w:val="right"/>
      </w:pPr>
      <w:r>
        <w:t>یہ سارا کام اللہ کے مینجمنٹ میں ہو رہا ہے۔ ہسٹری میں ایک پروسیس چلایا</w:t>
      </w:r>
    </w:p>
    <w:p>
      <w:r>
        <w:rPr>
          <w:b/>
        </w:rPr>
        <w:t xml:space="preserve">[26:51] </w:t>
      </w:r>
      <w:r>
        <w:t>ke khatam un nabiyyin paida hue, sahaba aap par iman laye, tabieen ne islam ko ikhtiyar kiya, in sab logon ne yeh kaam shuru kiya, quran ko yaad karna, quran ko likhna,</w:t>
      </w:r>
    </w:p>
    <w:p>
      <w:pPr>
        <w:jc w:val="right"/>
      </w:pPr>
      <w:r>
        <w:t>کہ خاتم النبیین پیدا ہوئے، صحابہ آپ پر ایمان لائے، تابعین نے اسلام کو اختیار کیا، ان سب لوگوں نے یہ کام شروع کیا، قرآن کو یاد کرنا، قرآن کو لکھنا،</w:t>
      </w:r>
    </w:p>
    <w:p>
      <w:r>
        <w:rPr>
          <w:b/>
        </w:rPr>
        <w:t xml:space="preserve">[27:08] </w:t>
      </w:r>
      <w:r>
        <w:t>arabic zaban mein is ko mehfooz karna</w:t>
      </w:r>
    </w:p>
    <w:p>
      <w:pPr>
        <w:jc w:val="right"/>
      </w:pPr>
      <w:r>
        <w:t>عربک زبان میں اس کو محفوظ کرنا</w:t>
      </w:r>
    </w:p>
    <w:p>
      <w:r>
        <w:rPr>
          <w:b/>
        </w:rPr>
        <w:t xml:space="preserve">[27:10] </w:t>
      </w:r>
      <w:r>
        <w:t>. yeh ek process chala history mein, yahan tak ke allah ta'ala ne kuch logon ko tofeeq di ke woh kaghaz banayein, kuch logon ko tofeeq di ke woh printing machine banayein.</w:t>
      </w:r>
    </w:p>
    <w:p>
      <w:pPr>
        <w:jc w:val="right"/>
      </w:pPr>
      <w:r>
        <w:t>۔ یہ ایک پروسیس چلا ہسٹری میں، یہاں تک کہ اللہ تعالی نے کچھ لوگوں کو توفیق دی کہ وہ کاغذ بنائیں، کچھ لوگوں کو توفیق دی کہ وہ پرنٹنگ مشین بنائیں۔</w:t>
      </w:r>
    </w:p>
    <w:p>
      <w:r>
        <w:rPr>
          <w:b/>
        </w:rPr>
        <w:t xml:space="preserve">[27:23] </w:t>
      </w:r>
      <w:r>
        <w:t>yeh yeh sab history mein ek process chal raha hai, allah ki guidance ke zariye. to yeh process chalte chalte wahan pahancha ke quran to mehfooz ho gaya lekin woh hai arabic language mein.</w:t>
      </w:r>
    </w:p>
    <w:p>
      <w:pPr>
        <w:jc w:val="right"/>
      </w:pPr>
      <w:r>
        <w:t>یہ یہ سب ہسٹری میں ایک پروسیس چل رہا ہے، اللہ کی گارڈنس کے ذریعے۔ تو یہ پروسیس چلتے چلتے وہاں پہنچا کہ قرآن تو محفوظ ہو گیا لیکن وہ ہے عربک لینگویج میں۔</w:t>
      </w:r>
    </w:p>
    <w:p>
      <w:r>
        <w:rPr>
          <w:b/>
        </w:rPr>
        <w:t xml:space="preserve">[27:38] </w:t>
      </w:r>
      <w:r>
        <w:t>ab kya kiya jaye?</w:t>
      </w:r>
    </w:p>
    <w:p>
      <w:pPr>
        <w:jc w:val="right"/>
      </w:pPr>
      <w:r>
        <w:t>اب کیا کیا جائے؟</w:t>
      </w:r>
    </w:p>
    <w:p>
      <w:r>
        <w:rPr>
          <w:b/>
        </w:rPr>
        <w:t xml:space="preserve">[27:40] </w:t>
      </w:r>
      <w:r>
        <w:t>zaban hai yaar, turki woh turki nahi bhi darta. sheikh saadi ne ek qissa likha hai ke woh kisi safar mein thay, ek aadmi mil gaya un ko rastay mein jo jo turki ka tha, woh aur turki zaban janta tha, to aapas mein exchange nahi ho sakta tha,</w:t>
      </w:r>
    </w:p>
    <w:p>
      <w:pPr>
        <w:jc w:val="right"/>
      </w:pPr>
      <w:r>
        <w:t>زبان ہے یار، ترکی وہ ترکی نہیں بھی دارا۔ شیخ سعدی نے ایک قصہ لکھا ہے کہ وہ کسی سفر میں تھے، ایک آدمی مل گیا ان کو راستے میں جو جو ترکی کا تھا، وہ اور ترکی زبان جانتا تھا، تو آپس میں ایکسچینج نہیں ہو سکتا تھا،</w:t>
      </w:r>
    </w:p>
    <w:p>
      <w:r>
        <w:rPr>
          <w:b/>
        </w:rPr>
        <w:t xml:space="preserve">[28:01] </w:t>
      </w:r>
      <w:r>
        <w:t>language gap tha. is par unhon ne kaha ke zaban hai yaar, turki woh turki nahi bhi darta.</w:t>
      </w:r>
    </w:p>
    <w:p>
      <w:pPr>
        <w:jc w:val="right"/>
      </w:pPr>
      <w:r>
        <w:t>لینگویج گیپ تھا۔ اس پر انہوں نے کہا کہ زبان ہے یار، ترکی وہ ترکی نہیں بھی دارا۔</w:t>
      </w:r>
    </w:p>
    <w:p>
      <w:r>
        <w:rPr>
          <w:b/>
        </w:rPr>
        <w:t xml:space="preserve">[28:11] </w:t>
      </w:r>
      <w:r>
        <w:t>a language of my friend is turkish, i don't know turkish.</w:t>
      </w:r>
    </w:p>
    <w:p>
      <w:pPr>
        <w:jc w:val="right"/>
      </w:pPr>
      <w:r>
        <w:t>اے لینگویج آف مائی فرینڈ از ٹرکش، آئی ڈونٹ نو ٹرکش۔</w:t>
      </w:r>
    </w:p>
    <w:p>
      <w:r>
        <w:rPr>
          <w:b/>
        </w:rPr>
        <w:t xml:space="preserve">[28:18] </w:t>
      </w:r>
      <w:r>
        <w:t>to sari jo insaniyat hai,</w:t>
      </w:r>
    </w:p>
    <w:p>
      <w:pPr>
        <w:jc w:val="right"/>
      </w:pPr>
      <w:r>
        <w:t>تو ساری جو انسانیت ہے،</w:t>
      </w:r>
    </w:p>
    <w:p>
      <w:r>
        <w:rPr>
          <w:b/>
        </w:rPr>
        <w:t xml:space="preserve">[28:23] </w:t>
      </w:r>
      <w:r>
        <w:t>silent language mein ek baat bol rahi thi ke mere khuda ki zaban arabic hai aur main arabic janta nahi, ab kya karungi? allah ne jin insanon ko banaya hai, har ek ke andar sachai ki ta</w:t>
      </w:r>
    </w:p>
    <w:p>
      <w:pPr>
        <w:jc w:val="right"/>
      </w:pPr>
      <w:r>
        <w:t>سائلنٹ لینگویج میں ایک بات بول رہی تھی کہ میرے خدا کی زبان عربی ہے اور میں عربی جانتا نہیں، اب کیا کروں گی؟ اللہ نے جن انسانوں کو بنایا ہے، ہر ایک کے اندر سچائی کی ط</w:t>
      </w:r>
    </w:p>
    <w:p>
      <w:r>
        <w:rPr>
          <w:b/>
        </w:rPr>
        <w:t xml:space="preserve">[28:40] </w:t>
      </w:r>
      <w:r>
        <w:t>lab rakhi hai, har aadmi seeker hai, everyone is born seeker. jo chahe munh se na bole, us ki nature, us ki fitrat keh rahi hoti hai ke mujhe sachai ko janna hai,</w:t>
      </w:r>
    </w:p>
    <w:p>
      <w:pPr>
        <w:jc w:val="right"/>
      </w:pPr>
      <w:r>
        <w:t>لب رکھی ہے، ہر آدمی سیکھر ہے، ایوری ون از بونڈ سیکھر۔ جو چاہے منہ سے نہ بولے، اس کی نیچر، اس کی فطرت کہہ رہی ہوتی ہے کہ مجھے سچائی کو جاننا ہے،</w:t>
      </w:r>
    </w:p>
    <w:p>
      <w:r>
        <w:rPr>
          <w:b/>
        </w:rPr>
        <w:t xml:space="preserve">[28:56] </w:t>
      </w:r>
      <w:r>
        <w:t>mujhe sachai ko janna hai.</w:t>
      </w:r>
    </w:p>
    <w:p>
      <w:pPr>
        <w:jc w:val="right"/>
      </w:pPr>
      <w:r>
        <w:t>مجھے سچائی کو جاننا ہے۔</w:t>
      </w:r>
    </w:p>
    <w:p>
      <w:r>
        <w:rPr>
          <w:b/>
        </w:rPr>
        <w:t xml:space="preserve">[29:00] </w:t>
      </w:r>
      <w:r>
        <w:t>to yani is ko agarche is ka consciously woh nahi janta, shu'oori taur par nahi janta,</w:t>
      </w:r>
    </w:p>
    <w:p>
      <w:pPr>
        <w:jc w:val="right"/>
      </w:pPr>
      <w:r>
        <w:t>تو یعنی اس کو اگرچہ اس کا کانشیسلی وہ نہیں جانتا، شعوری طور پر نہیں جانتا،</w:t>
      </w:r>
    </w:p>
    <w:p>
      <w:r>
        <w:rPr>
          <w:b/>
        </w:rPr>
        <w:t xml:space="preserve">[29:09] </w:t>
      </w:r>
      <w:r>
        <w:t>lekin ghair shu'oori taur par yaqeenan har aadmi yeh keh raha hai ke zaban hai yaar, turki woh turki nahi bhi darta. mere rab ki zaban to arabic hai aur main arabic janta nahi.</w:t>
      </w:r>
    </w:p>
    <w:p>
      <w:pPr>
        <w:jc w:val="right"/>
      </w:pPr>
      <w:r>
        <w:t>لیکن غیر شعوری طور پر یقینا ہر آدمی یہ کہہ رہا ہے کہ زبان ہے یار، ترکی وہ ترکی نہیں بھی دارا۔ میرے رب کی زبان تو عربک ہے اور میں عربک جانتا نہیں۔</w:t>
      </w:r>
    </w:p>
    <w:p>
      <w:r>
        <w:rPr>
          <w:b/>
        </w:rPr>
        <w:t xml:space="preserve">[29:25] </w:t>
      </w:r>
      <w:r>
        <w:t>kitna bara language gap hai, woh kitna bara language gap hai.</w:t>
      </w:r>
    </w:p>
    <w:p>
      <w:pPr>
        <w:jc w:val="right"/>
      </w:pPr>
      <w:r>
        <w:t>کتنا بڑا لینگویج گیپ ہے، وہ کتنا بڑا لینگویج گیپ ہے۔</w:t>
      </w:r>
    </w:p>
    <w:p>
      <w:r>
        <w:rPr>
          <w:b/>
        </w:rPr>
        <w:t xml:space="preserve">[29:32] </w:t>
      </w:r>
      <w:r>
        <w:t>ab jo log yeh kar rahe hain ke quran ka zaban, koi quran ka translation different language mein, bohat hi achhe andaaz mein, un ki understandable zaban mein tarjuma kar rahe hain aur logon ke paas aa rahe hain, pahuncha rahe hain, pahuncha rahe hain,</w:t>
      </w:r>
    </w:p>
    <w:p>
      <w:pPr>
        <w:jc w:val="right"/>
      </w:pPr>
      <w:r>
        <w:t>اب جو لوگ یہ کر رہے ہیں کہ قرآن کا زبان، کوئی قرآن کا ٹرانسلیشن ڈفرنٹ لینگویج میں، بہت ہی اچھے انداز میں، ان کی انڈرسٹینڈیبل زبان میں ترجمہ کر رہے ہیں اور لوگوں کے پاس آ رہے ہیں، پہنچا رہے ہیں، پہنچا رہے ہیں،</w:t>
      </w:r>
    </w:p>
    <w:p>
      <w:r>
        <w:rPr>
          <w:b/>
        </w:rPr>
        <w:t xml:space="preserve">[29:51] </w:t>
      </w:r>
      <w:r>
        <w:t>yeh bilashuba legly ka waqia hai, fads ka of god ka waqia hai,</w:t>
      </w:r>
    </w:p>
    <w:p>
      <w:pPr>
        <w:jc w:val="right"/>
      </w:pPr>
      <w:r>
        <w:t>یہ بلاشبہ لیجلی کا واقعہ ہے، فادس کا اف گاڈ کا واقعہ ہے،</w:t>
      </w:r>
    </w:p>
    <w:p>
      <w:r>
        <w:rPr>
          <w:b/>
        </w:rPr>
        <w:t xml:space="preserve">[29:58] </w:t>
      </w:r>
      <w:r>
        <w:t>fads fads. aur bilashuba is ke upar wahi reward hai jo quran mein jo hadith mein aaya hai, fan ali wa ana arz bi ke yeh yeh log yeh kaam mere mere mere liye kar rahe hain.</w:t>
      </w:r>
    </w:p>
    <w:p>
      <w:pPr>
        <w:jc w:val="right"/>
      </w:pPr>
      <w:r>
        <w:t>فادس فادس۔ اور بلاشبہ اس کے اوپر وہی ریوارڈ ہے جو قرآن میں جو حدیث میں آیا ہے، فین علی وانا عرضی بھی کہ یہ یہ لوگ یہ کام میرے میرے میرے لیے کر رہے ہیں۔</w:t>
      </w:r>
    </w:p>
    <w:p>
      <w:r>
        <w:rPr>
          <w:b/>
        </w:rPr>
        <w:t xml:space="preserve">[30:15] </w:t>
      </w:r>
      <w:r>
        <w:t>jo log quran ka tarjuma sari dunya tak pahuncha rahe hain, woh mere liye kar rahe hain aur main un ka bahshat ajar dunga, bahshat.</w:t>
      </w:r>
    </w:p>
    <w:p>
      <w:pPr>
        <w:jc w:val="right"/>
      </w:pPr>
      <w:r>
        <w:t>جو لوگ قرآن کا ترجمہ ساری دنیا تک پہنچا رہے ہیں، وہ میرے لیے کر رہے ہیں اور میں ان کا بہشتاب آجر دوں گا، بہشتاب۔</w:t>
      </w:r>
    </w:p>
    <w:p>
      <w:r>
        <w:rPr>
          <w:b/>
        </w:rPr>
        <w:t xml:space="preserve">[30:29] </w:t>
      </w:r>
      <w:r>
        <w:t>to yeh saada baat nahi yaad rakhi, bohat hi gehri baat hai. yeh wahi baat hai ke zaban hai yaar, turki woh turki nahi bhi darta.</w:t>
      </w:r>
    </w:p>
    <w:p>
      <w:pPr>
        <w:jc w:val="right"/>
      </w:pPr>
      <w:r>
        <w:t>تو یہ سادہ بات نہیں یاد رکھی، بہت ہی گہری بات ہے۔ یہ وہی بات ہے کہ زبان ہے یار، ترکی وہ ترکی نہیں بھی دارا۔</w:t>
      </w:r>
    </w:p>
    <w:p>
      <w:r>
        <w:rPr>
          <w:b/>
        </w:rPr>
        <w:t xml:space="preserve">[30:41] </w:t>
      </w:r>
      <w:r>
        <w:t>the language of my friend is turkish, i don't know turkish. to khamosh zaban mein, un conscious yani la-shu'oor ki zaban mein, nature ki zaban mein, in speaker language mein</w:t>
      </w:r>
    </w:p>
    <w:p>
      <w:pPr>
        <w:jc w:val="right"/>
      </w:pPr>
      <w:r>
        <w:t>دا لینگویج آف مائی فرینڈ از ٹرکش، آئی ڈونٹ نو ٹرکش۔ تو خاموش زبان میں، انکاشس یعنی لاشعور کی زبان میں، نیچر کی زبان میں، ان اسپیکر لینگویج میں</w:t>
      </w:r>
    </w:p>
    <w:p>
      <w:r>
        <w:rPr>
          <w:b/>
        </w:rPr>
        <w:t xml:space="preserve">[30:56] </w:t>
      </w:r>
      <w:r>
        <w:t>, sare insan yahi keh rahe hain ke mere khaliq ki zaban to arabic hai aur main arabic janta nahi.</w:t>
      </w:r>
    </w:p>
    <w:p>
      <w:pPr>
        <w:jc w:val="right"/>
      </w:pPr>
      <w:r>
        <w:t>، سارے انسان یہی کہہ رہے ہیں کہ میرے خالق کی زبان تو عربک ہے اور میں عربک جانتا نہیں۔</w:t>
      </w:r>
    </w:p>
    <w:p>
      <w:r>
        <w:rPr>
          <w:b/>
        </w:rPr>
        <w:t xml:space="preserve">[31:07] </w:t>
      </w:r>
      <w:r>
        <w:t>aur isi ko liye hue kitne log mar gaye, jaise wahan par hum padhte hain kitabon mein ke rasool allah ki ba'as se pehle arab mein kuch log hotay thay jin ko hanifa kaha jata tha.</w:t>
      </w:r>
    </w:p>
    <w:p>
      <w:pPr>
        <w:jc w:val="right"/>
      </w:pPr>
      <w:r>
        <w:t>اور اسی کو لیے ہوئے کتنے لوگ مر گئے، جیسے وہاں پر ہم پڑھتے ہیں کتابوں میں کہ رسول اللہ کی بحث سے پہلے عرب میں کچھ لوگ ہوتے تھے جن کو حنفہ کہا جاتا تھا۔</w:t>
      </w:r>
    </w:p>
    <w:p>
      <w:r>
        <w:rPr>
          <w:b/>
        </w:rPr>
        <w:t xml:space="preserve">[31:21] </w:t>
      </w:r>
      <w:r>
        <w:t>hanfa, hanfa ka matlab hota hai seekhar,</w:t>
      </w:r>
    </w:p>
    <w:p>
      <w:pPr>
        <w:jc w:val="right"/>
      </w:pPr>
      <w:r>
        <w:t>حنفہ، حنفہ کا مطلب ہوتا ہے سیکھر،</w:t>
      </w:r>
    </w:p>
    <w:p>
      <w:r>
        <w:rPr>
          <w:b/>
        </w:rPr>
        <w:t xml:space="preserve">[31:26] </w:t>
      </w:r>
      <w:r>
        <w:t>seekhar. to rasool Allah ki bahas nahi hui thi, abhi quran nahi utra tha. to us waqt woh seekhar thay, sachay seekhar.</w:t>
      </w:r>
    </w:p>
    <w:p>
      <w:pPr>
        <w:jc w:val="right"/>
      </w:pPr>
      <w:r>
        <w:t>سیکھر۔ تو رسول اللہ کی بحث نہیں ہوئی تھی، ابھی قرآن نہیں اترا تھا۔ تو اس وقت وہ سیکھر تھے، سچے سیکھر۔</w:t>
      </w:r>
    </w:p>
    <w:p>
      <w:r>
        <w:rPr>
          <w:b/>
        </w:rPr>
        <w:t xml:space="preserve">[31:41] </w:t>
      </w:r>
      <w:r>
        <w:t>to un mein se kai logon ke baray mein aata hai ke woh kehtay hue mar gaye</w:t>
      </w:r>
    </w:p>
    <w:p>
      <w:pPr>
        <w:jc w:val="right"/>
      </w:pPr>
      <w:r>
        <w:t>تو ان میں سے کئی لوگوں کے بارے میں آتا ہے کہ وہ کہتے ہوئے مر گئے</w:t>
      </w:r>
    </w:p>
    <w:p>
      <w:r>
        <w:rPr>
          <w:b/>
        </w:rPr>
        <w:t xml:space="preserve">[31:51] </w:t>
      </w:r>
      <w:r>
        <w:t>ke khuda ya, main nahi janta ke main teri worship kaise karoon. agar main janta to main isi tarah teri worship karta hoon.</w:t>
      </w:r>
    </w:p>
    <w:p>
      <w:pPr>
        <w:jc w:val="right"/>
      </w:pPr>
      <w:r>
        <w:t>کہ خدایا، میں نہیں جانتا کہ میں تیری ورشپ کیسے کروں۔ اگر میں جانتا تو میں اسی طرح تیری ورشپ کرتا ہوں۔</w:t>
      </w:r>
    </w:p>
    <w:p>
      <w:r>
        <w:rPr>
          <w:b/>
        </w:rPr>
        <w:t xml:space="preserve">[32:09] </w:t>
      </w:r>
      <w:r>
        <w:t>un ko aise logon ko hamari tareekh mein hanfa kaha jata hai.</w:t>
      </w:r>
    </w:p>
    <w:p>
      <w:pPr>
        <w:jc w:val="right"/>
      </w:pPr>
      <w:r>
        <w:t>ان کو ایسے لوگوں کو ہماری تاریخ میں حنفہ کہا جاتا ہے۔</w:t>
      </w:r>
    </w:p>
    <w:p>
      <w:r>
        <w:rPr>
          <w:b/>
        </w:rPr>
        <w:t xml:space="preserve">[32:20] </w:t>
      </w:r>
      <w:r>
        <w:t>iska matlab hai lafzi tarjuma to nahi hai, lekin iska matlab hai seekhar, seekhar. to woh ek kehtay hain ke mar gaye ke khuda ya, main nahi janta ke teri</w:t>
      </w:r>
    </w:p>
    <w:p>
      <w:pPr>
        <w:jc w:val="right"/>
      </w:pPr>
      <w:r>
        <w:t>اس کا مطلب ہے لفظی ترجمہ تو نہیں ہے، لیکن اس کا مطلب ہے سیکھر، سیکھر۔ تو وہ ایک کہتے ہیں کہ مر گئے کہ خدایا، میں نہیں جانتا کہ تیری</w:t>
      </w:r>
    </w:p>
    <w:p>
      <w:r>
        <w:rPr>
          <w:b/>
        </w:rPr>
        <w:t xml:space="preserve">[32:38] </w:t>
      </w:r>
      <w:r>
        <w:t>teri ibadat mein kaise karoon.</w:t>
      </w:r>
    </w:p>
    <w:p>
      <w:pPr>
        <w:jc w:val="right"/>
      </w:pPr>
      <w:r>
        <w:t>تیری عبادت میں کیسے کروں۔</w:t>
      </w:r>
    </w:p>
    <w:p>
      <w:r>
        <w:rPr>
          <w:b/>
        </w:rPr>
        <w:t xml:space="preserve">[32:43] </w:t>
      </w:r>
      <w:r>
        <w:t>agar main jata to teri isi tarah to ibadat karta. aise saaray insan</w:t>
      </w:r>
    </w:p>
    <w:p>
      <w:pPr>
        <w:jc w:val="right"/>
      </w:pPr>
      <w:r>
        <w:t>اگر میں جاتا تو تیری اسی طرح تو عبادت کرتا۔ ایسے سارے انسان</w:t>
      </w:r>
    </w:p>
    <w:p>
      <w:r>
        <w:rPr>
          <w:b/>
        </w:rPr>
        <w:t xml:space="preserve">[32:55] </w:t>
      </w:r>
      <w:r>
        <w:t>un speaker language mein keh rahay hain, khuda ya, main nahi maloom ke teri kitab mein kya likha hai. agar hum jantay hain ke teri kitab mein kya hai to hum isi ko follow karte hain.</w:t>
      </w:r>
    </w:p>
    <w:p>
      <w:pPr>
        <w:jc w:val="right"/>
      </w:pPr>
      <w:r>
        <w:t>ان اسپیکر لینگویج میں کہہ رہے ہیں، خدایا، میں نہیں معلوم کہ تیری کتاب میں کیا لکھا ہے۔ اگر ہم جانتے ہیں کہ تیری کتاب میں کیا ہے تو ہم اسی کو فالو کرتے ہیں۔</w:t>
      </w:r>
    </w:p>
    <w:p>
      <w:r>
        <w:rPr>
          <w:b/>
        </w:rPr>
        <w:t xml:space="preserve">[33:17] </w:t>
      </w:r>
      <w:r>
        <w:t>un ki nature, un ki fitrat pukaar rahi hai, fitrat un speaker language mein.</w:t>
      </w:r>
    </w:p>
    <w:p>
      <w:pPr>
        <w:jc w:val="right"/>
      </w:pPr>
      <w:r>
        <w:t>ان کی نیچر، ان کی فطرت پکار رہی ہے، فطرت ان اسپیکر لینگویج میں۔</w:t>
      </w:r>
    </w:p>
    <w:p>
      <w:r>
        <w:rPr>
          <w:b/>
        </w:rPr>
        <w:t xml:space="preserve">[33:25] </w:t>
      </w:r>
      <w:r>
        <w:t>abhi mister Hazrat ne mujhe bataya ke ek lady ka telephone aaya, ek Hindu lady ka. abhi bataya, aaj subah unhon ne ke us ne kaha ke main ek sanstha jori hui hoon, parhi likhi, learned lady, educated lady.</w:t>
      </w:r>
    </w:p>
    <w:p>
      <w:pPr>
        <w:jc w:val="right"/>
      </w:pPr>
      <w:r>
        <w:t>ابھی مسٹر حضرت نے مجھے بتایا کہ ایک لیڈی کا ٹیلی فون آیا، ایک ہندو لیڈی کا۔ ابھی بتایا، آج صبح انہوں نے کہ اس نے کہا کہ میں ایک संस्था جڑی ہوئی ہوں، پڑھی لکھی، لرنڈ ڈیڈی، ایجوکیٹڈ ڈیڈی۔</w:t>
      </w:r>
    </w:p>
    <w:p>
      <w:r>
        <w:rPr>
          <w:b/>
        </w:rPr>
        <w:t xml:space="preserve">[33:40] </w:t>
      </w:r>
      <w:r>
        <w:t>educated lady ka telephone aaya mister Hazrat ke paas ke main ek sanstha jori hui hoon aur kisi kaam kar rahi hoon, lekin mujhe itminan hasil nahi, contentment mujhe hasil nahi.</w:t>
      </w:r>
    </w:p>
    <w:p>
      <w:pPr>
        <w:jc w:val="right"/>
      </w:pPr>
      <w:r>
        <w:t>ایجوکیٹڈ لیڈی کا ٹیلی فون آیا مسٹر حضرت کے پاس کہ میں ایک संस्था جڑی ہوئی ہوں اور کسی کام کر رہی ہوں، لیکن مجھے اطمینان حاصل نہیں، کنٹینٹمنٹ مجھے حاصل نہیں۔</w:t>
      </w:r>
    </w:p>
    <w:p>
      <w:r>
        <w:rPr>
          <w:b/>
        </w:rPr>
        <w:t xml:space="preserve">[33:57] </w:t>
      </w:r>
      <w:r>
        <w:t>yani dil mein kaha, abhi bhi be taabi hai ke sachai kya hai. yahi to hai saaray insanon ka case, chahe woh munh se bolain ya na bolain.</w:t>
      </w:r>
    </w:p>
    <w:p>
      <w:pPr>
        <w:jc w:val="right"/>
      </w:pPr>
      <w:r>
        <w:t>یعنی دل میں کہا، ابھی بھی بے تابی ہے کہ سچائی کیا ہے۔ یہی تو ہے سارے انسانوں کا کیس، چاہے وہ منہ سے بولیں یا نہ بولیں۔</w:t>
      </w:r>
    </w:p>
    <w:p>
      <w:r>
        <w:rPr>
          <w:b/>
        </w:rPr>
        <w:t xml:space="preserve">[34:12] </w:t>
      </w:r>
      <w:r>
        <w:t>to saaray insan, saari dunya ke insan,</w:t>
      </w:r>
    </w:p>
    <w:p>
      <w:pPr>
        <w:jc w:val="right"/>
      </w:pPr>
      <w:r>
        <w:t>تو سارے انسان، ساری دنیا کے انسان،</w:t>
      </w:r>
    </w:p>
    <w:p>
      <w:r>
        <w:rPr>
          <w:b/>
        </w:rPr>
        <w:t xml:space="preserve">[34:18] </w:t>
      </w:r>
      <w:r>
        <w:t>koi speaker language mein, koi un speaker language mein keh raha hai ke khuda ya, hum nahi jantay ke teri kitab mein kya likha hai.</w:t>
      </w:r>
    </w:p>
    <w:p>
      <w:pPr>
        <w:jc w:val="right"/>
      </w:pPr>
      <w:r>
        <w:t>کوئی اسپیکر لینگویج میں، کوئی ان اسپیکر لینگویج میں کہہ رہا ہے کہ خدایا، ہم نہیں جانتے کہ تیری کتاب میں کیا لکھا ہے۔</w:t>
      </w:r>
    </w:p>
    <w:p>
      <w:r>
        <w:rPr>
          <w:b/>
        </w:rPr>
        <w:t xml:space="preserve">[34:29] </w:t>
      </w:r>
      <w:r>
        <w:t>agar hum jantay to hum isi ko follow karte hain.</w:t>
      </w:r>
    </w:p>
    <w:p>
      <w:pPr>
        <w:jc w:val="right"/>
      </w:pPr>
      <w:r>
        <w:t>اگر ہم جانتے تو ہم اسی کو فالو کرتے ہیں۔</w:t>
      </w:r>
    </w:p>
    <w:p>
      <w:r>
        <w:rPr>
          <w:b/>
        </w:rPr>
        <w:t xml:space="preserve">[34:37] </w:t>
      </w:r>
      <w:r>
        <w:t>to jo log quran ka tarjuma tayyar karein, is ke achay andaaz mein chhapain, is ko saari dunya mein distribute karein, is ke liye safar karein, is ke liye paisa kharch karein,</w:t>
      </w:r>
    </w:p>
    <w:p>
      <w:pPr>
        <w:jc w:val="right"/>
      </w:pPr>
      <w:r>
        <w:t>تو جو لوگ قرآن کا ترجمہ تیار کریں، اس کے اچھے انداز میں چھاپیں، اس کو ساری دنیا میں ڈسٹریبیوٹ کریں، اس کے لیے سفر کریں، اس کے لیے پیسہ خرچ کریں،</w:t>
      </w:r>
    </w:p>
    <w:p>
      <w:r>
        <w:rPr>
          <w:b/>
        </w:rPr>
        <w:t xml:space="preserve">[35:00] </w:t>
      </w:r>
      <w:r>
        <w:t>is ke liye planning karein,</w:t>
      </w:r>
    </w:p>
    <w:p>
      <w:pPr>
        <w:jc w:val="right"/>
      </w:pPr>
      <w:r>
        <w:t>اس کے لیے پلاننگ کریں،</w:t>
      </w:r>
    </w:p>
    <w:p>
      <w:r>
        <w:rPr>
          <w:b/>
        </w:rPr>
        <w:t xml:space="preserve">[35:05] </w:t>
      </w:r>
      <w:r>
        <w:t>is ke liye team banayein,</w:t>
      </w:r>
    </w:p>
    <w:p>
      <w:pPr>
        <w:jc w:val="right"/>
      </w:pPr>
      <w:r>
        <w:t>اس کے لیے ٹیم بنائیں،</w:t>
      </w:r>
    </w:p>
    <w:p>
      <w:r>
        <w:rPr>
          <w:b/>
        </w:rPr>
        <w:t xml:space="preserve">[35:10] </w:t>
      </w:r>
      <w:r>
        <w:t>apni saari energy ko is ke usay jhonk dein. to bilashuba yeh un ka case legally ka, legally law ka case hai, fads of God ka case hai,</w:t>
      </w:r>
    </w:p>
    <w:p>
      <w:pPr>
        <w:jc w:val="right"/>
      </w:pPr>
      <w:r>
        <w:t>اپنی ساری انرجی کو اس کے اسے جھونک دیں۔ تو بلاشبہ یہ ان کا کیس لیجلی کا، لیجلی لاء کا کیس ہے، فادس اف گاڈ کا کیس ہے،</w:t>
      </w:r>
    </w:p>
    <w:p>
      <w:r>
        <w:rPr>
          <w:b/>
        </w:rPr>
        <w:t xml:space="preserve">[35:24] </w:t>
      </w:r>
      <w:r>
        <w:t>jis ke baray mein kaha gaya hai ke finally one arzi bhi</w:t>
      </w:r>
    </w:p>
    <w:p>
      <w:pPr>
        <w:jc w:val="right"/>
      </w:pPr>
      <w:r>
        <w:t>جس کے بارے میں کہا گیا ہے کہ فائنلی وان عرضی بھی</w:t>
      </w:r>
    </w:p>
    <w:p>
      <w:r>
        <w:rPr>
          <w:b/>
        </w:rPr>
        <w:t xml:space="preserve">[35:30] </w:t>
      </w:r>
      <w:r>
        <w:t>ke is ke liye, woh mere liye, yeh kaam mere liye,</w:t>
      </w:r>
    </w:p>
    <w:p>
      <w:pPr>
        <w:jc w:val="right"/>
      </w:pPr>
      <w:r>
        <w:t>کہ اس کے لیے، وہ میرے لیے، یہ کام میرے لیے،</w:t>
      </w:r>
    </w:p>
    <w:p>
      <w:r>
        <w:rPr>
          <w:b/>
        </w:rPr>
        <w:t xml:space="preserve">[35:37] </w:t>
      </w:r>
      <w:r>
        <w:t>iska woh be hisab Hazrat hoga.</w:t>
      </w:r>
    </w:p>
    <w:p>
      <w:pPr>
        <w:jc w:val="right"/>
      </w:pPr>
      <w:r>
        <w:t>اس کا وہ بے حساب حضرت ہوگا۔</w:t>
      </w:r>
    </w:p>
    <w:p>
      <w:r>
        <w:rPr>
          <w:b/>
        </w:rPr>
        <w:t xml:space="preserve">[35:43] </w:t>
      </w:r>
      <w:r>
        <w:t>jaisa ke maine bataya ke hadees mein yeh hai ke ek amal ka sawab das gunay se saat sau guna tak hota hai,</w:t>
      </w:r>
    </w:p>
    <w:p>
      <w:pPr>
        <w:jc w:val="right"/>
      </w:pPr>
      <w:r>
        <w:t>جیسا کہ میں نے بتایا کہ حدیث میں یہ ہے کہ ایک عمل کا ثواب دس گنے سے سات سو گنا تک ہوتا ہے،</w:t>
      </w:r>
    </w:p>
    <w:p>
      <w:r>
        <w:rPr>
          <w:b/>
        </w:rPr>
        <w:t xml:space="preserve">[35:50] </w:t>
      </w:r>
      <w:r>
        <w:t>lekin jo kaam le lillah ho, yani purely for the sake of God ho, to billion trillion se bhi zyada is ka sawab milega, yani billion trillion gunah se bhi zyada sawab.</w:t>
      </w:r>
    </w:p>
    <w:p>
      <w:pPr>
        <w:jc w:val="right"/>
      </w:pPr>
      <w:r>
        <w:t>لیکن جو کام لے للہ ہو، یعنی پیورلی فدس کا اف گاڈ ہو، تو بلین ٹریلین سے بھی زیادہ اس کا ثواب ملے گا، یعنی بلین ٹریلین گناہ سے بھی زیادہ ثواب۔</w:t>
      </w:r>
    </w:p>
    <w:p>
      <w:r>
        <w:rPr>
          <w:b/>
        </w:rPr>
        <w:t xml:space="preserve">[36:13] </w:t>
      </w:r>
      <w:r>
        <w:t>to isi ke liye quran mein hai ke lams lihaza faryab al-a'milun.</w:t>
      </w:r>
    </w:p>
    <w:p>
      <w:pPr>
        <w:jc w:val="right"/>
      </w:pPr>
      <w:r>
        <w:t>تو اسی کے لیے قرآن میں ہے کہ لمس لہذا فریاب العاملون۔</w:t>
      </w:r>
    </w:p>
    <w:p>
      <w:r>
        <w:rPr>
          <w:b/>
        </w:rPr>
        <w:t xml:space="preserve">[36:22] </w:t>
      </w:r>
      <w:r>
        <w:t>yeh hai woh kaam jis ke liye woh daude, jis ke liye woh apni raat ki neend hai, un ki uth jaye, jis ke liye un ke jeeb ke paise, apni jeeb ko khaali kar de, jis ke liye woh apni energy ko, energy ko istemaal karein,</w:t>
      </w:r>
    </w:p>
    <w:p>
      <w:pPr>
        <w:jc w:val="right"/>
      </w:pPr>
      <w:r>
        <w:t>یہ ہے وہ کام جس کے لیے وہ دوڑے، جس کے لیے وہ اپنی رات کی نیند ہے، ان کی اٹھ جائے، جس کے لیے ان کے جیب کے پیسے، اپنی جیب کو خالی کر دے، جس کے لیے وہ اپنی انرجی کو، انرجی کو استعمال کریں،</w:t>
      </w:r>
    </w:p>
    <w:p>
      <w:r>
        <w:rPr>
          <w:b/>
        </w:rPr>
        <w:t xml:space="preserve">[36:39] </w:t>
      </w:r>
      <w:r>
        <w:t>jis ke liye aap apni kamaai ko, apne waqt ko, har cheez ko laga dein. lams lihaza fali a'mal al-a'milun.</w:t>
      </w:r>
    </w:p>
    <w:p>
      <w:pPr>
        <w:jc w:val="right"/>
      </w:pPr>
      <w:r>
        <w:t>جس کے لیے آپ اپنی کمائی کو، اپنے وقت کو، ہر چیز کو لگا دیں۔ لمس لہذا فلی عمل العاملون۔</w:t>
      </w:r>
    </w:p>
    <w:p>
      <w:r>
        <w:rPr>
          <w:b/>
        </w:rPr>
        <w:t xml:space="preserve">[36:55] </w:t>
      </w:r>
      <w:r>
        <w:t>to main aap se yahi kahunga ke ab tak jitne tareeqe aap istemaal kar rahe hain Allah ke paigham ko phailane ke liye, us mein aur jo jo tareeqe aap soch kar shaamil kar sakte hain, shaamil kijiye.</w:t>
      </w:r>
    </w:p>
    <w:p>
      <w:pPr>
        <w:jc w:val="right"/>
      </w:pPr>
      <w:r>
        <w:t>تو میں آپ سے یہی کہوں گا کہ اب تک جتنے طریقے آپ استعمال کر رہے ہیں اللہ کے پیغام کو پھیلانے کے لیے، اس میں اور جو جو طریقے آپ سوچ کر شامل کر سکتے ہیں، شامل کیجئے۔</w:t>
      </w:r>
    </w:p>
    <w:p>
      <w:r>
        <w:rPr>
          <w:b/>
        </w:rPr>
        <w:t xml:space="preserve">[37:11] </w:t>
      </w:r>
      <w:r>
        <w:t>hum aap ko koi tareeqa nahi batayenge. agar yeh mumkin hota ke hum koi list bata dete tareeqon ki, itne method hain, is tareeqe se aap phaila sakte hain,</w:t>
      </w:r>
    </w:p>
    <w:p>
      <w:pPr>
        <w:jc w:val="right"/>
      </w:pPr>
      <w:r>
        <w:t>ہم آپ کو کوئی طریقہ نہیں بتائیں گے۔ اگر یہ ممکن ہوتا کہ ہم کوئی لسٹ بتا دیتے طریقوں کی، اتنے میتھڈ ہیں، اس طریقے سے آپ پھیلا سکتے ہیں،</w:t>
      </w:r>
    </w:p>
    <w:p>
      <w:r>
        <w:rPr>
          <w:b/>
        </w:rPr>
        <w:t xml:space="preserve">[37:24] </w:t>
      </w:r>
      <w:r>
        <w:t>to achhi baat to na hoti, kyunke is se matlab tha ke aap ke reward ghat jaye, ghat gaya, aap ka inaam ghat gaya.</w:t>
      </w:r>
    </w:p>
    <w:p>
      <w:pPr>
        <w:jc w:val="right"/>
      </w:pPr>
      <w:r>
        <w:t>تو اچھی بات تو نہ ہوتی، کیونکہ اس سے مطلب تھا کہ آپ کے ریوارڈ گھٹ جائے، گھٹ گیا، آپ کا انعام گھٹ گیا۔</w:t>
      </w:r>
    </w:p>
    <w:p>
      <w:r>
        <w:rPr>
          <w:b/>
        </w:rPr>
        <w:t xml:space="preserve">[37:35] </w:t>
      </w:r>
      <w:r>
        <w:t>main nahi samajhta ke yahan par koi aise central direction ho, yahan se koi list chhapi jaye, saara bata diya jaye ke yeh tareeqa hai, woh tareeqa hai, woh tareeqa hai, is tarah se aap kaam kijiye.</w:t>
      </w:r>
    </w:p>
    <w:p>
      <w:pPr>
        <w:jc w:val="right"/>
      </w:pPr>
      <w:r>
        <w:t>میں نہیں سمجھتا کہ یہاں پر کوئی ایسے سینٹرل ڈائریکشن ہو، یہاں سے کوئی لسٹ چھاپی جائے، سارا بتا دیا جائے کہ یہ طریقہ ہے، وہ طریقہ ہے، وہ طریقہ ہے، اس طرح سے آپ کام کیجئے۔</w:t>
      </w:r>
    </w:p>
    <w:p>
      <w:r>
        <w:rPr>
          <w:b/>
        </w:rPr>
        <w:t xml:space="preserve">[37:49] </w:t>
      </w:r>
      <w:r>
        <w:t>kuch nahi, self planning</w:t>
      </w:r>
    </w:p>
    <w:p>
      <w:pPr>
        <w:jc w:val="right"/>
      </w:pPr>
      <w:r>
        <w:t>کچھ نہیں، سیلف پلاننگ</w:t>
      </w:r>
    </w:p>
    <w:p>
      <w:r>
        <w:rPr>
          <w:b/>
        </w:rPr>
        <w:t xml:space="preserve">[37:55] </w:t>
      </w:r>
      <w:r>
        <w:t>yaad rakhiye. Self-planning jab se jo kaam aap karenge, wahi lijli Allah hoga.</w:t>
      </w:r>
    </w:p>
    <w:p>
      <w:pPr>
        <w:jc w:val="right"/>
      </w:pPr>
      <w:r>
        <w:t>یاد رکھیے۔ سیلف پلاننگ جب سے جو کام آپ کریں گے، وہی لیجلی اللہ ہوگا۔</w:t>
      </w:r>
    </w:p>
    <w:p>
      <w:r>
        <w:rPr>
          <w:b/>
        </w:rPr>
        <w:t xml:space="preserve">[38:04] </w:t>
      </w:r>
      <w:r>
        <w:t>khud sochna, khud plan karna, khud us ko implement karna, khud us ke liye daudna, khud us ke saathi talaash karna, yeh jo hai, isi ko kaha gaya hai lijli Allah, yaani fads of God.</w:t>
      </w:r>
    </w:p>
    <w:p>
      <w:pPr>
        <w:jc w:val="right"/>
      </w:pPr>
      <w:r>
        <w:t>خود سوچنا، خود پلان کرنا، خود اس کو امپلیمنٹ کرنا، خود اس کے لیے دوڑنا، خود اس کے ساتھی تلاش کرنا، یہ جو ہے، اسی کو کہا گیا ہے لیجلی اللہ، یعنی فدس اف گاڈ۔</w:t>
      </w:r>
    </w:p>
    <w:p>
      <w:r>
        <w:rPr>
          <w:b/>
        </w:rPr>
        <w:t xml:space="preserve">[38:24] </w:t>
      </w:r>
      <w:r>
        <w:t>to mujh ko yeh pasand nahi hai ke hamare paas koi lambi list ho, mujhe yeh pasand nahi, koi koi guide book ho, mujhe yeh pasand nahi hai,</w:t>
      </w:r>
    </w:p>
    <w:p>
      <w:pPr>
        <w:jc w:val="right"/>
      </w:pPr>
      <w:r>
        <w:t>تو مجھ کو یہ پسند نہیں ہے کہ ہمارے پاس کوئی لمبی لسٹ ہو، مجھے یہ پسند نہیں، کوئی کوئی گائیڈ بک ہو، مجھے یہ پسند نہیں ہے،</w:t>
      </w:r>
    </w:p>
    <w:p>
      <w:r>
        <w:rPr>
          <w:b/>
        </w:rPr>
        <w:t xml:space="preserve">[38:40] </w:t>
      </w:r>
      <w:r>
        <w:t>kyunke phir aap ka kaam lijli Allah nahi rahega.</w:t>
      </w:r>
    </w:p>
    <w:p>
      <w:pPr>
        <w:jc w:val="right"/>
      </w:pPr>
      <w:r>
        <w:t>کیونکہ پھر آپ کا کام لیجلی اللہ نہیں رہے گا۔</w:t>
      </w:r>
    </w:p>
    <w:p>
      <w:r>
        <w:rPr>
          <w:b/>
        </w:rPr>
        <w:t xml:space="preserve">[38:46] </w:t>
      </w:r>
      <w:r>
        <w:t>bure maanon mein</w:t>
      </w:r>
    </w:p>
    <w:p>
      <w:pPr>
        <w:jc w:val="right"/>
      </w:pPr>
      <w:r>
        <w:t>برے معنوں میں</w:t>
      </w:r>
    </w:p>
    <w:p>
      <w:r>
        <w:rPr>
          <w:b/>
        </w:rPr>
        <w:t xml:space="preserve">[38:53] </w:t>
      </w:r>
      <w:r>
        <w:t>aap ke kaam ko literally Allah ya fads, fads ka, fads ka aap guard banane ke liye zaroori hai ke aap sab kuch khud apne mind ko activate karein,</w:t>
      </w:r>
    </w:p>
    <w:p>
      <w:pPr>
        <w:jc w:val="right"/>
      </w:pPr>
      <w:r>
        <w:t>آپ کے کام کو لیجلی اللہ یا فدس، فدس کا، فدس کا آپ گارڈ بنانے کے لیے ضروری ہے کہ آپ سب کچھ خود اپنے مائنڈ کو ایکٹیویٹ کریں،</w:t>
      </w:r>
    </w:p>
    <w:p>
      <w:r>
        <w:rPr>
          <w:b/>
        </w:rPr>
        <w:t xml:space="preserve">[39:08] </w:t>
      </w:r>
      <w:r>
        <w:t>apne mind ko active karein, khud sochein, khud plan karein,</w:t>
      </w:r>
    </w:p>
    <w:p>
      <w:pPr>
        <w:jc w:val="right"/>
      </w:pPr>
      <w:r>
        <w:t>اپنے مائنڈ کو ایکٹیو کریں، خود سوچیں، خود پلان کریں،</w:t>
      </w:r>
    </w:p>
    <w:p>
      <w:r>
        <w:rPr>
          <w:b/>
        </w:rPr>
        <w:t xml:space="preserve">[39:14] </w:t>
      </w:r>
      <w:r>
        <w:t>khud us ke asbaab jama karein, khud saathi banayein, khud team banayein. aur us mein ek baat main yeh shaamil karna chahta hoon ke ijtimaai kaam mein sab se bada jo fitna hai, woh woh kya hai?</w:t>
      </w:r>
    </w:p>
    <w:p>
      <w:pPr>
        <w:jc w:val="right"/>
      </w:pPr>
      <w:r>
        <w:t>خود اس کے اسباب جمع کریں، خود ساتھی بنائیں، خود ٹیم بنائیں۔ اور اس میں ایک بات میں یہ شامل کرنا چاہتا ہوں کہ اجتماعی کام میں سب سے بڑا جو فتنہ ہے، وہ وہ کیا ہے؟</w:t>
      </w:r>
    </w:p>
    <w:p>
      <w:r>
        <w:rPr>
          <w:b/>
        </w:rPr>
        <w:t xml:space="preserve">[39:33] </w:t>
      </w:r>
      <w:r>
        <w:t>yeh jo is yeh jo kaam hai dawat ka, is mein lazman ijtimaai karna padega. akela aap karenge to bada kaam nahi hoga,</w:t>
      </w:r>
    </w:p>
    <w:p>
      <w:pPr>
        <w:jc w:val="right"/>
      </w:pPr>
      <w:r>
        <w:t>یہ جو اس یہ جو کام ہے دعوت کا، اس میں لازماً اجتماعی کرنا پڑے گا۔ اکیلا آپ کریں گے تو بڑا کام نہیں ہوگا،</w:t>
      </w:r>
    </w:p>
    <w:p>
      <w:r>
        <w:rPr>
          <w:b/>
        </w:rPr>
        <w:t xml:space="preserve">[39:43] </w:t>
      </w:r>
      <w:r>
        <w:t>mil kar karenge, karenge tabhi bada kaam hoga.</w:t>
      </w:r>
    </w:p>
    <w:p>
      <w:pPr>
        <w:jc w:val="right"/>
      </w:pPr>
      <w:r>
        <w:t>مل کر کریں گے، کریں گے تبھی بڑا کام ہوگا۔</w:t>
      </w:r>
    </w:p>
    <w:p>
      <w:r>
        <w:rPr>
          <w:b/>
        </w:rPr>
        <w:t xml:space="preserve">[39:48] </w:t>
      </w:r>
      <w:r>
        <w:t>purana masla hai ke akela chala kya, bhaad phodega. to ek shakhs tanha bada kaam nahi kar sakta. dawat ka kaam bada kaam banane ke liye zaroori hai ke us ko ijtimaai taur par kiya jaye,</w:t>
      </w:r>
    </w:p>
    <w:p>
      <w:pPr>
        <w:jc w:val="right"/>
      </w:pPr>
      <w:r>
        <w:t>پرانا مسئلہ ہے کہ اکیلا چلا کیا، بھاڑ پھوڑے گا۔ تو ایک شخص تنہا بڑا کام نہیں کر سکتا۔ دعوت کا کام بڑا کام بنانے کے لیے ضروری ہے کہ اس کو اجتماعی طور پر کیا جائے،</w:t>
      </w:r>
    </w:p>
    <w:p>
      <w:r>
        <w:rPr>
          <w:b/>
        </w:rPr>
        <w:t xml:space="preserve">[40:03] </w:t>
      </w:r>
      <w:r>
        <w:t>team ki shakal mein kiya jaye, team work ke taur par kiya</w:t>
      </w:r>
    </w:p>
    <w:p>
      <w:pPr>
        <w:jc w:val="right"/>
      </w:pPr>
      <w:r>
        <w:t>ٹیم کی شکل میں کیا جائے، ٹیم ورک کے طور پر کیا</w:t>
      </w:r>
    </w:p>
    <w:p>
      <w:r>
        <w:rPr>
          <w:b/>
        </w:rPr>
        <w:t xml:space="preserve">[40:07] </w:t>
      </w:r>
      <w:r>
        <w:t>jaye. lekin main aap ko batana chahta hoon ke team work ka safar aur dushman kya cheez hai? woh kaun si cheez hai jo team work ke sab se badi dushman hai?</w:t>
      </w:r>
    </w:p>
    <w:p>
      <w:pPr>
        <w:jc w:val="right"/>
      </w:pPr>
      <w:r>
        <w:t>جائے۔ لیکن میں آپ کو بتانا چاہتا ہوں کہ ٹیم ورک کا سفر اور دشمن کیا چیز ہے؟ وہ کون سی چیز ہے جو ٹیم ورک کے سب سے بڑی دشمن ہے؟</w:t>
      </w:r>
    </w:p>
    <w:p>
      <w:r>
        <w:rPr>
          <w:b/>
        </w:rPr>
        <w:t xml:space="preserve">[40:19] </w:t>
      </w:r>
      <w:r>
        <w:t>jis tarah lakri ka sab se bada dushman deemak hota hai,</w:t>
      </w:r>
    </w:p>
    <w:p>
      <w:pPr>
        <w:jc w:val="right"/>
      </w:pPr>
      <w:r>
        <w:t>جس طرح لکڑی کا سب سے بڑا دشمن دیمک ہوتا ہے،</w:t>
      </w:r>
    </w:p>
    <w:p>
      <w:r>
        <w:rPr>
          <w:b/>
        </w:rPr>
        <w:t xml:space="preserve">[40:26] </w:t>
      </w:r>
      <w:r>
        <w:t>lakri ka sab se bada dushman deemak hota hai, deemak ka sakht kha jata hai lakri ko ke aap koi bachao nahi kar sakte is ka.</w:t>
      </w:r>
    </w:p>
    <w:p>
      <w:pPr>
        <w:jc w:val="right"/>
      </w:pPr>
      <w:r>
        <w:t>لکڑی کا سب سے بڑا دشمن دیمک ہوتا ہے، دیمک کا سخت کھا جاتا ہے لکڑی کو کہ آپ کوئی بچاؤ نہیں کر سکتے اس کا۔</w:t>
      </w:r>
    </w:p>
    <w:p>
      <w:r>
        <w:rPr>
          <w:b/>
        </w:rPr>
        <w:t xml:space="preserve">[40:36] </w:t>
      </w:r>
      <w:r>
        <w:t>to ijtimaai kaam ka jo deemak hai, woh hai shikayati nafsiyat, shikayat, complaint, sab se buri cheez hai.</w:t>
      </w:r>
    </w:p>
    <w:p>
      <w:pPr>
        <w:jc w:val="right"/>
      </w:pPr>
      <w:r>
        <w:t>تو اجتماعی کام کا جو دیمک ہے، وہ ہے شکایتی نفسیات، شکایت، کمپلینٹ، سب سے بری چیز ہے۔</w:t>
      </w:r>
    </w:p>
    <w:p>
      <w:r>
        <w:rPr>
          <w:b/>
        </w:rPr>
        <w:t xml:space="preserve">[40:45] </w:t>
      </w:r>
      <w:r>
        <w:t>yeh kyunke ijtimaai kaam mein hamesha aapas mein differences aate hain, ek ki baat doosre ko achhi nahi lagti, kai lagta hai kisi ko ke mera to darja ghat gaya,</w:t>
      </w:r>
    </w:p>
    <w:p>
      <w:pPr>
        <w:jc w:val="right"/>
      </w:pPr>
      <w:r>
        <w:t>یہ کیونکہ اجتماعی کام میں ہمیشہ آپس میں ڈیفرنسز آتے ہیں، ایک کی بات دوسرے کو اچھی نہیں لگتی، کئی لگتا ہے کسی کو کہ میرا تو درجہ گھٹ گیا،</w:t>
      </w:r>
    </w:p>
    <w:p>
      <w:r>
        <w:rPr>
          <w:b/>
        </w:rPr>
        <w:t xml:space="preserve">[40:59] </w:t>
      </w:r>
      <w:r>
        <w:t>kisi ko lagta hai ke kisi ko darja barh gaya, koi kehta hai ke falan ko zyada ahmiyat de di gayi, mujhe ahmiyat de di gayi.</w:t>
      </w:r>
    </w:p>
    <w:p>
      <w:pPr>
        <w:jc w:val="right"/>
      </w:pPr>
      <w:r>
        <w:t>کسی کو لگتا ہے کہ کسی کو درجہ بڑھ گیا، کوئی کہتا ہے کہ فلاں کو زیادہ اہمیت دے دی گئی، مجھے اہمیت دے دی گئی۔</w:t>
      </w:r>
    </w:p>
    <w:p>
      <w:r>
        <w:rPr>
          <w:b/>
        </w:rPr>
        <w:t xml:space="preserve">[41:06] </w:t>
      </w:r>
      <w:r>
        <w:t>is tarah se sankron shakalon mein, sankron shakalon mein aisi baatein paida hoti hain jo develop ho kar shikayat banti hain, complaint banti hain.</w:t>
      </w:r>
    </w:p>
    <w:p>
      <w:pPr>
        <w:jc w:val="right"/>
      </w:pPr>
      <w:r>
        <w:t>اس طرح سے سینکڑوں شکلوں میں، سینکڑوں شکلوں میں ایسی باتیں پیدا ہوتی ہیں جو ڈیولپ ہو کر شکایت بنتی ہیں، کمپلینٹ بنتی ہیں۔</w:t>
      </w:r>
    </w:p>
    <w:p>
      <w:r>
        <w:rPr>
          <w:b/>
        </w:rPr>
        <w:t xml:space="preserve">[41:16] </w:t>
      </w:r>
      <w:r>
        <w:t>isi se ijtimaeeyat tootti hai. to main aap ko jo formula dena chahta hoon, formula ke shikayat paida ho to wahin ka wahin is ko kill kar dijiye, is ki pooch gachh mat kijiye.</w:t>
      </w:r>
    </w:p>
    <w:p>
      <w:pPr>
        <w:jc w:val="right"/>
      </w:pPr>
      <w:r>
        <w:t>اسی سے اجتماعیت ٹوٹتی ہے۔ تو میں آپ کو جو فارمولا دینا چاہتا ہوں، فارمولا کہ شکایت پیدا ہو تو وہیں کا وہیں اس کو کل کر دیجئے، اس کی پوچھ گچھ مت کیجئے۔</w:t>
      </w:r>
    </w:p>
    <w:p>
      <w:r>
        <w:rPr>
          <w:b/>
        </w:rPr>
        <w:t xml:space="preserve">[41:31] </w:t>
      </w:r>
      <w:r>
        <w:t>sahaba ka tareeqa yahi tha,</w:t>
      </w:r>
    </w:p>
    <w:p>
      <w:pPr>
        <w:jc w:val="right"/>
      </w:pPr>
      <w:r>
        <w:t>صحابہ کا طریقہ یہی تھا،</w:t>
      </w:r>
    </w:p>
    <w:p>
      <w:r>
        <w:rPr>
          <w:b/>
        </w:rPr>
        <w:t xml:space="preserve">[41:34] </w:t>
      </w:r>
      <w:r>
        <w:t>sahaba ke haan shikayatein paida hoti hain. sab se bura kaam yeh hai ke shikayat ki aap pooch gachh karein, pooch gachh kar ke kabhi khatm nahi hoga.</w:t>
      </w:r>
    </w:p>
    <w:p>
      <w:pPr>
        <w:jc w:val="right"/>
      </w:pPr>
      <w:r>
        <w:t>صحابہ کے ہاں شکایتیں پیدا ہوتی ہیں۔ سب سے برا کام یہ ہے کہ شکایت کی آپ پوچھ گچھ کریں، پوچھ گچھ کر کے کبھی ختم نہیں ہوگا۔</w:t>
      </w:r>
    </w:p>
    <w:p>
      <w:r>
        <w:rPr>
          <w:b/>
        </w:rPr>
        <w:t xml:space="preserve">[41:46] </w:t>
      </w:r>
      <w:r>
        <w:t>koi aap ko shikayat paida hui to ja ke poochhein aap, to yeh bas wajah hai ke khatm ho jayegi, kabhi khatm nahi hogi. mera tajurba hai aur yeh psychology batati hai ke shikayat agar paida ho gayi to woh kabhi khatm nahi hoti, woh kabhi khatm nahi hoti.</w:t>
      </w:r>
    </w:p>
    <w:p>
      <w:pPr>
        <w:jc w:val="right"/>
      </w:pPr>
      <w:r>
        <w:t>کوئی آپ کو شکایت پیدا ہوئی تو جا کے پوچھیں آپ، تو یہ بس وجہ ہے کہ ختم ہو جائے گی، کبھی ختم نہیں ہوگی۔ میرا تجربہ ہے اور یہ سائیکالوجی بتاتی ہے کہ شکایت اگر پیدا ہوگئی تو وہ کبھی ختم نہیں ہوتی، وہ کبھی ختم نہیں ہوتی۔</w:t>
      </w:r>
    </w:p>
    <w:p>
      <w:r>
        <w:rPr>
          <w:b/>
        </w:rPr>
        <w:t xml:space="preserve">[42:04] </w:t>
      </w:r>
      <w:r>
        <w:t>to shikayat ko jo kehte hain, leapin in the butt ka formula pakad liya, leapin in the butt ke wahin dil mein paida ho, wahin kuchal dijiye.</w:t>
      </w:r>
    </w:p>
    <w:p>
      <w:pPr>
        <w:jc w:val="right"/>
      </w:pPr>
      <w:r>
        <w:t>تو شکایت کو جو کہتے ہیں، لیپنگ ان دا بٹ کا فارمولا پکڑ لیا، لیپنگ ان دا بٹ کہ وہیں دل میں پیدا ہو، وہیں کچل دیجئے۔</w:t>
      </w:r>
    </w:p>
    <w:p>
      <w:r>
        <w:rPr>
          <w:b/>
        </w:rPr>
        <w:t xml:space="preserve">[42:16] </w:t>
      </w:r>
      <w:r>
        <w:t>is ko humein pooch gachh nahi karni, humein is ko kuch pata nahi karna hai,</w:t>
      </w:r>
    </w:p>
    <w:p>
      <w:pPr>
        <w:jc w:val="right"/>
      </w:pPr>
      <w:r>
        <w:t>اس کو ہمیں پوچھ گچھ نہیں کرنی، ہمیں اس کو کچھ پتہ نہیں کرنا ہے،</w:t>
      </w:r>
    </w:p>
    <w:p>
      <w:r>
        <w:rPr>
          <w:b/>
        </w:rPr>
        <w:t xml:space="preserve">[42:26] </w:t>
      </w:r>
      <w:r>
        <w:t>wahin kami khatm.</w:t>
      </w:r>
    </w:p>
    <w:p>
      <w:pPr>
        <w:jc w:val="right"/>
      </w:pPr>
      <w:r>
        <w:t>وہیں کمی ختم۔</w:t>
      </w:r>
    </w:p>
    <w:p>
      <w:r>
        <w:rPr>
          <w:b/>
        </w:rPr>
        <w:t xml:space="preserve">[42:33] </w:t>
      </w:r>
      <w:r>
        <w:t>tab shikayat free banenge aap, tab aap complaint free banenge. agar aap ka mizaj ho ke is ko yaad rakhein, is ko aap diary mein likhein, is ko pooch gachh karein, is ko logon logon se charcha karein, to yaad rakhiye, yaad rakhiye, yaad rakhiye, aap shikayaton mein jiyenge, shikayaton mein marenge,</w:t>
      </w:r>
    </w:p>
    <w:p>
      <w:pPr>
        <w:jc w:val="right"/>
      </w:pPr>
      <w:r>
        <w:t>تب شکایت فری بنیں گے آپ، تب آپ کمپلینٹ فری بنیں گے۔ اگر آپ کا مزاج ہو کہ اس کو یاد رکھیں، اس کو آپ ڈائری میں لکھیں، اس کو پوچھ گچھ کریں، اس کو لوگوں لوگوں سے چرچا کریں، تو یاد رکھیے، یاد رکھیے، یاد رکھیے، آپ شکایتوں میں جئیں گے، شکایتوں میں مریں گے،</w:t>
      </w:r>
    </w:p>
    <w:p>
      <w:r>
        <w:rPr>
          <w:b/>
        </w:rPr>
        <w:t xml:space="preserve">[42:54] </w:t>
      </w:r>
      <w:r>
        <w:t>aur phir ijtimae taqaze aap poora nahi kar sakenge. team work ka hissa nahi ban sakenge aap,</w:t>
      </w:r>
    </w:p>
    <w:p>
      <w:pPr>
        <w:jc w:val="right"/>
      </w:pPr>
      <w:r>
        <w:t>اور پھر اجتماعی تقاضے آپ پورا نہیں کر سکیں گے۔ ٹیم ورک کا حصہ نہیں بن سکیں گے آپ،</w:t>
      </w:r>
    </w:p>
    <w:p>
      <w:r>
        <w:rPr>
          <w:b/>
        </w:rPr>
        <w:t xml:space="preserve">[43:03] </w:t>
      </w:r>
      <w:r>
        <w:t>team work ka aap hissa nahi ban sakenge. hadees mein aata hai yado Allah ala al jama, Allah ka hath jamaat par hota hai.</w:t>
      </w:r>
    </w:p>
    <w:p>
      <w:pPr>
        <w:jc w:val="right"/>
      </w:pPr>
      <w:r>
        <w:t>ٹیم ورک کا آپ حصہ نہیں بن سکیں گے۔ حدیث میں آتا ہے کہید اللہ علی الجماع، اللہ کا ہاتھ جماعت پر ہوتا ہے۔</w:t>
      </w:r>
    </w:p>
    <w:p>
      <w:r>
        <w:rPr>
          <w:b/>
        </w:rPr>
        <w:t xml:space="preserve">[43:17] </w:t>
      </w:r>
      <w:r>
        <w:t>is ka matlab kya hai? is ka matlab hai ke team work mein zyada se zyada bara kaam hota hai.</w:t>
      </w:r>
    </w:p>
    <w:p>
      <w:pPr>
        <w:jc w:val="right"/>
      </w:pPr>
      <w:r>
        <w:t>اس کا مطلب کیا ہے؟ اس کا مطلب ہے کہ ٹیم ورک میں زیادہ سے زیادہ بڑا کام ہوتا ہے۔</w:t>
      </w:r>
    </w:p>
    <w:p>
      <w:r>
        <w:rPr>
          <w:b/>
        </w:rPr>
        <w:t xml:space="preserve">[43:24] </w:t>
      </w:r>
      <w:r>
        <w:t>is ka matlab hai ke jo kaam team work ke taur par kiya jaye, tab bara kaam hota hai. aur team work ka jo sab se jar ki baat hai ke log apne aap ko complaint free banayein,</w:t>
      </w:r>
    </w:p>
    <w:p>
      <w:pPr>
        <w:jc w:val="right"/>
      </w:pPr>
      <w:r>
        <w:t>اس کا مطلب ہے کہ جو کام ٹیم ورک کے طور پر کیا جائے، تب بڑا کام ہوتا ہے۔ اور ٹیم ورک کا جو سب سے جڑ کی بات ہے کہ لوگ اپنے آپ کو کمپلینٹ فری بنائیں،</w:t>
      </w:r>
    </w:p>
    <w:p>
      <w:r>
        <w:rPr>
          <w:b/>
        </w:rPr>
        <w:t xml:space="preserve">[43:37] </w:t>
      </w:r>
      <w:r>
        <w:t>koi shikayat nahi, koi shikayat Allah ke hawale, Khuda jaane. main to, main mujhe to shikayat is ka matlab nahi, yahi hai lajli Allah, fads of God.</w:t>
      </w:r>
    </w:p>
    <w:p>
      <w:pPr>
        <w:jc w:val="right"/>
      </w:pPr>
      <w:r>
        <w:t>کوئی شکایت نہیں، کوئی شکایت اللہ کے حوالے، خدا جانے۔ میں تو، میں مجھے تو شکایت اس کا مطلب نہیں، یہی ہے لیجلی اللہ، فدس اف گاڈ۔</w:t>
      </w:r>
    </w:p>
    <w:p>
      <w:r>
        <w:rPr>
          <w:b/>
        </w:rPr>
        <w:t xml:space="preserve">[43:51] </w:t>
      </w:r>
      <w:r>
        <w:t>koi bhi shikayat, koi bhi ikhtilaf, kuch bhi ho, Allah ke hawale, Allah ke hawale. yeh sochna ke mujhe to bhai deen ka kaam karna hai, baqi baatein Allah jaane.</w:t>
      </w:r>
    </w:p>
    <w:p>
      <w:pPr>
        <w:jc w:val="right"/>
      </w:pPr>
      <w:r>
        <w:t>کوئی بھی شکایت، کوئی بھی اختلاف، کچھ بھی ہو، اللہ کے حوالے، اللہ کے حوالے۔ یہ سوچنا کہ مجھے تو بھئی دین کا کام کرنا ہے، باقی باتیں اللہ جانے۔</w:t>
      </w:r>
    </w:p>
    <w:p>
      <w:r>
        <w:rPr>
          <w:b/>
        </w:rPr>
        <w:t xml:space="preserve">[44:03] </w:t>
      </w:r>
      <w:r>
        <w:t>to is waqt jo hai, aap ek aise 21 century mein aise maqam par pahunche hain ke aap jo historical process Allah ne chalaya tha Quran ka, is ka final faiz aap ada kar sakte hain.</w:t>
      </w:r>
    </w:p>
    <w:p>
      <w:pPr>
        <w:jc w:val="right"/>
      </w:pPr>
      <w:r>
        <w:t>تو اس وقت جو ہے، آپ ایک ایسے 21 سینچری میں ایسے مقام پر پہنچے ہیں کہ آپ جو ہسٹوریکل پروسیس اللہ نے چلایا تھا قرآن کا، اس کا فائنل فیض آپ ادا کر سکتے ہیں۔</w:t>
      </w:r>
    </w:p>
    <w:p>
      <w:r>
        <w:rPr>
          <w:b/>
        </w:rPr>
        <w:t xml:space="preserve">[44:21] </w:t>
      </w:r>
      <w:r>
        <w:t>final faiz ke sari duniya tak Allah ka paigham pahunchaye, is ki apni understandable language mein, Allah ka paigham is ki apni understandable language mein pahunchaye, har har aadmi tak.</w:t>
      </w:r>
    </w:p>
    <w:p>
      <w:pPr>
        <w:jc w:val="right"/>
      </w:pPr>
      <w:r>
        <w:t>فائنل فیض کہ ساری دنیا تک اللہ کا پیغام پہنچائے، اس کی اپنی انڈرسٹیبل لینگویج میں، اللہ کا پیغام اس کی اپنی انڈرسٹینڈیبل لینگویج میں پہنچائے، ہر ہر آدمی تک۔</w:t>
      </w:r>
    </w:p>
    <w:p>
      <w:r>
        <w:rPr>
          <w:b/>
        </w:rPr>
        <w:t xml:space="preserve">[44:34] </w:t>
      </w:r>
      <w:r>
        <w:t>yeh hai final faiz. to yeh final faiz jo hai, team work ke zariye pakad nahi hoga, aur team work ke liye zaroori hai ke aap, aap mein se har shakhs, har shakhs, har shakhs complaint free ban jaye.</w:t>
      </w:r>
    </w:p>
    <w:p>
      <w:pPr>
        <w:jc w:val="right"/>
      </w:pPr>
      <w:r>
        <w:t>یہ ہے فائنل فیض۔ تو یہ فائنل فیض جو ہے، ٹیم ورک کے ذریعے پکڑ نہیں ہوگا، اور ٹیم ورک کے لیے ضروری ہے کہ آپ، آپ میں سے ہر شخص، ہر شخص، ہر شخص کمپلینٹ فری بن جائے۔</w:t>
      </w:r>
    </w:p>
    <w:p>
      <w:r>
        <w:rPr>
          <w:b/>
        </w:rPr>
        <w:t xml:space="preserve">[44:48] </w:t>
      </w:r>
      <w:r>
        <w:t>yani kam shikayat ko soft bachchon ki tarah samjhein. aap</w:t>
      </w:r>
    </w:p>
    <w:p>
      <w:pPr>
        <w:jc w:val="right"/>
      </w:pPr>
      <w:r>
        <w:t>یعنی کم شکایت کو سافٹ بچوں کی طرح سمجھیں۔ آپ</w:t>
      </w:r>
    </w:p>
    <w:p>
      <w:r>
        <w:rPr>
          <w:b/>
        </w:rPr>
        <w:t xml:space="preserve">[44:55] </w:t>
      </w:r>
      <w:r>
        <w:t>ke pocket mein agar kahin bichhoo aa jaye to aap jaldi se us ko phenk kar phenkna chahenge, jaldi se phenkna chahenge.</w:t>
      </w:r>
    </w:p>
    <w:p>
      <w:pPr>
        <w:jc w:val="right"/>
      </w:pPr>
      <w:r>
        <w:t>کے پاکٹ میں اگر کہیں بچھو آ جائے تو آپ جلدی سے اس کو پھینک کر پھینکنا چاہیں گے، جلدی سے پھینکنا چاہیں گے۔</w:t>
      </w:r>
    </w:p>
    <w:p>
      <w:r>
        <w:rPr>
          <w:b/>
        </w:rPr>
        <w:t xml:space="preserve">[45:05] </w:t>
      </w:r>
      <w:r>
        <w:t>is ko aap</w:t>
      </w:r>
    </w:p>
    <w:p>
      <w:pPr>
        <w:jc w:val="right"/>
      </w:pPr>
      <w:r>
        <w:t>اس کو آپ</w:t>
      </w:r>
    </w:p>
    <w:p>
      <w:r>
        <w:rPr>
          <w:b/>
        </w:rPr>
        <w:t xml:space="preserve">[45:09] </w:t>
      </w:r>
      <w:r>
        <w:t>ek martaba main ne dekha ke ek aadmi ko pata chala ke is ka ghus gaya kahin bichhoo. jaldi se sara kapda utar ke phenk diya us ne, halanke subah tha,</w:t>
      </w:r>
    </w:p>
    <w:p>
      <w:pPr>
        <w:jc w:val="right"/>
      </w:pPr>
      <w:r>
        <w:t>ایک مرتبہ میں نے دیکھا کہ ایک آدمی کو پتہ چلا کہ اس کا گھس گیا کہیں بچھو۔ جلدی سے سارا کپڑا اتار کے پھینک دیا اس نے، حالانکہ صبح تھا،</w:t>
      </w:r>
    </w:p>
    <w:p>
      <w:r>
        <w:rPr>
          <w:b/>
        </w:rPr>
        <w:t xml:space="preserve">[45:18] </w:t>
      </w:r>
      <w:r>
        <w:t>saanp koi bichhoo nahi tha, woh subah ho gaya tha. sara kapda jaldi utara, phat bhi kapda phat bhi gaya.</w:t>
      </w:r>
    </w:p>
    <w:p>
      <w:pPr>
        <w:jc w:val="right"/>
      </w:pPr>
      <w:r>
        <w:t>سانپ کوئی بچھو نہیں تھا، وہ صبح ہو گیا تھا۔ سارا کپڑا جلدی اتارا، پھٹ بھی کپڑا پھٹ بھی گیا۔</w:t>
      </w:r>
    </w:p>
    <w:p>
      <w:r>
        <w:rPr>
          <w:b/>
        </w:rPr>
        <w:t xml:space="preserve">[45:27] </w:t>
      </w:r>
      <w:r>
        <w:t>to aap ke dil mein koi shikayat aati hai aapas mein ek doosre ki to us ko saanp bichhoo samjhiye, phenkiye is ko, phenkiye. koi tehqeeq nahi, koi pooch gachh nahi, kuch nahi.</w:t>
      </w:r>
    </w:p>
    <w:p>
      <w:pPr>
        <w:jc w:val="right"/>
      </w:pPr>
      <w:r>
        <w:t>تو آپ کے دل میں کوئی شکایت آتی ہے آپس میں ایک دوسرے کی تو اس کو سانپ بچھو سمجھیے، پھینکیے اس کو، پھینکیے۔ کوئی تحقیق نہیں، کوئی پوچھ گچھ نہیں، کچھ نہیں۔</w:t>
      </w:r>
    </w:p>
    <w:p>
      <w:r>
        <w:rPr>
          <w:b/>
        </w:rPr>
        <w:t xml:space="preserve">[45:40] </w:t>
      </w:r>
      <w:r>
        <w:t>shikayat jeenon hai, ghair jeenon hai, kuch koi tehqeeq nahi.</w:t>
      </w:r>
    </w:p>
    <w:p>
      <w:pPr>
        <w:jc w:val="right"/>
      </w:pPr>
      <w:r>
        <w:t>شکایت جینون ہے، غیر جینون ہے، کچھ کوئی تحقیق نہیں۔</w:t>
      </w:r>
    </w:p>
    <w:p>
      <w:r>
        <w:rPr>
          <w:b/>
        </w:rPr>
        <w:t xml:space="preserve">[45:46] </w:t>
      </w:r>
      <w:r>
        <w:t>tab ja kar aap team work bana payenge, aur tab ja kar aap sahi maano mein jo maine kaha ke ek historical historical process chalaya tha, choda sau saal se chal raha tha, woh iska final phase hai 21 century mein.</w:t>
      </w:r>
    </w:p>
    <w:p>
      <w:pPr>
        <w:jc w:val="right"/>
      </w:pPr>
      <w:r>
        <w:t>تب جا کر آپ ٹیم ورک بنا پائیں گے، اور تب جا کر آپ صحیح معنوں میں جو میں نے کہا کہ ایک ہسٹوریکل ہسٹوریکل پروسیس چلایا تھا، چودہ سو سال سے چل رہا تھا، وہ اس کا فائنل فیز ہے 21 سینچری میں۔</w:t>
      </w:r>
    </w:p>
    <w:p>
      <w:r>
        <w:rPr>
          <w:b/>
        </w:rPr>
        <w:t xml:space="preserve">[46:04] </w:t>
      </w:r>
      <w:r>
        <w:t>aap iska hissa ban ban payenge, aur phir aap ko woh reward milega, woh jo billion trillion se bhi zyada hoga.</w:t>
      </w:r>
    </w:p>
    <w:p>
      <w:pPr>
        <w:jc w:val="right"/>
      </w:pPr>
      <w:r>
        <w:t>آپ اس کا حصہ بن بن پائیں گے، اور پھر آپ کو وہ ریوارڈ ملے گا، وہ جو بلین ٹریلین سے بھی زیادہ ہوگا۔</w:t>
      </w:r>
    </w:p>
    <w:p>
      <w:r>
        <w:rPr>
          <w:b/>
        </w:rPr>
        <w:t xml:space="preserve">[46:15] </w:t>
      </w:r>
      <w:r>
        <w:t>toh meri dua hai ke Allah taala mujh ko aur aap ko is historical process ka hissa banaye, aur hum ko yeh tofeeq de ke hum in sharton par poore utren,</w:t>
      </w:r>
    </w:p>
    <w:p>
      <w:pPr>
        <w:jc w:val="right"/>
      </w:pPr>
      <w:r>
        <w:t>تو میری دعا ہے کہ اللہ تعالی مجھ کو اور آپ کو اس ہسٹوریکل پروسیس کا حصہ بنائے، اور ہم کو یہ توفیق دے کہ ہم ان شرطوں پر پورے اتریں،</w:t>
      </w:r>
    </w:p>
    <w:p>
      <w:r>
        <w:rPr>
          <w:b/>
        </w:rPr>
        <w:t xml:space="preserve">[46:28] </w:t>
      </w:r>
      <w:r>
        <w:t>in is condition par poore utren jis ke baad hamara kaam lejjli Allah banta hai, fardus of God banta hai, aur phir unlimited reward likh diya jata hai hamare liye.</w:t>
      </w:r>
    </w:p>
    <w:p>
      <w:pPr>
        <w:jc w:val="right"/>
      </w:pPr>
      <w:r>
        <w:t>ان اس کنڈیشن پر پورے اتریں جس کے بعد ہمارا کام لیجلی اللہ بنتا ہے، فدس اف گاڈ بنتا ہے، اور پھر ان لمیٹڈ ریوارڈ لکھ دیا جاتا ہے ہمارے لیے۔</w:t>
      </w:r>
    </w:p>
    <w:p>
      <w:r>
        <w:rPr>
          <w:b/>
        </w:rPr>
        <w:t xml:space="preserve">[46:42] </w:t>
      </w:r>
      <w:r>
        <w:t>isi ke liye main dua karta hoon apne liye aur aap ke liye. Allah taala meri dua ko apne liye aur aap ke liye qabool farmaye, hamari kamzoriyon ko maaf farmaye,</w:t>
      </w:r>
    </w:p>
    <w:p>
      <w:pPr>
        <w:jc w:val="right"/>
      </w:pPr>
      <w:r>
        <w:t>اسی کے لیے میں دعا کرتا ہوں اپنے لیے اور آپ کے لیے۔ اللہ تعالی میری دعا کو اپنے لیے اور آپ کے لیے قبول فرمائے، ہماری کمزوریوں کو معاف فرمائے،</w:t>
      </w:r>
    </w:p>
    <w:p>
      <w:r>
        <w:rPr>
          <w:b/>
        </w:rPr>
        <w:t xml:space="preserve">[46:59] </w:t>
      </w:r>
      <w:r>
        <w:t>humein toba ki tofeeq de, humein in hamare andar humein woh woh sab ki cheezein paida kar de ke jis ke baad hamara kaam lejjli Allah banta hai,</w:t>
      </w:r>
    </w:p>
    <w:p>
      <w:pPr>
        <w:jc w:val="right"/>
      </w:pPr>
      <w:r>
        <w:t>ہمیں توبہ کی توفیق دے، ہمیں ان ہمارے اندر ہمیں وہ وہ سب کی چیزیں پیدا کر دے کہ جس کے بعد ہمارا کام لیجلی اللہ بنتا ہے،</w:t>
      </w:r>
    </w:p>
    <w:p>
      <w:r>
        <w:rPr>
          <w:b/>
        </w:rPr>
        <w:t xml:space="preserve">[47:16] </w:t>
      </w:r>
      <w:r>
        <w:t>fardus of God banta hai. Aqool qooli haza wastaghfirullaha lakum ajmaeen.</w:t>
      </w:r>
    </w:p>
    <w:p>
      <w:pPr>
        <w:jc w:val="right"/>
      </w:pPr>
      <w:r>
        <w:t>فدس اف گاڈ بنتا ہے۔ حقول قولیھذا واستغفراللہ لیلکم اجمعین۔</w:t>
      </w:r>
    </w:p>
    <w:p>
      <w:r>
        <w:rPr>
          <w:b/>
        </w:rPr>
        <w:t xml:space="preserve">[47:37] </w:t>
      </w:r>
      <w:r>
        <w:t>Maulana, aaj ke talk ko le ke abhi ek comment aaya hai, aur yeh comment bheja hai Mr Kamal Kothari ji ne, jo Pune mein is waqt dekh rahe hain yeh talk.</w:t>
      </w:r>
    </w:p>
    <w:p>
      <w:pPr>
        <w:jc w:val="right"/>
      </w:pPr>
      <w:r>
        <w:t>مولانا، آج کے ٹاک کو لے کے ابھی ایک کمنٹ آیا ہے، اور یہ کمنٹ بھیجا ہے مسٹر کمل کوٹھاری جی نے، جو پونے میں اس وقت دیکھ رہے ہیں یہ ٹاک۔</w:t>
      </w:r>
    </w:p>
    <w:p>
      <w:r>
        <w:rPr>
          <w:b/>
        </w:rPr>
        <w:t xml:space="preserve">[47:50] </w:t>
      </w:r>
      <w:r>
        <w:t>toh unhone likha hai ke "in the first day of holy month of Shravana, lucky I could log log in for the lecture.</w:t>
      </w:r>
    </w:p>
    <w:p>
      <w:pPr>
        <w:jc w:val="right"/>
      </w:pPr>
      <w:r>
        <w:t>تو انہوں نے لکھا ہے کہ "ان دا فرسٹ ڈے اف ہولی منتھ اف شرومنا، لکی آئی کڈ لاگ لاگ ان فار دا لیکچر۔</w:t>
      </w:r>
    </w:p>
    <w:p>
      <w:r>
        <w:rPr>
          <w:b/>
        </w:rPr>
        <w:t xml:space="preserve">[48:01] </w:t>
      </w:r>
      <w:r>
        <w:t>what a highly emotional but very powerful message!</w:t>
      </w:r>
    </w:p>
    <w:p>
      <w:pPr>
        <w:jc w:val="right"/>
      </w:pPr>
      <w:r>
        <w:t>واٹ ا ہائیلی ایموشنل بٹ ویری پاورفل میسج!</w:t>
      </w:r>
    </w:p>
    <w:p>
      <w:r>
        <w:rPr>
          <w:b/>
        </w:rPr>
        <w:t xml:space="preserve">[48:07] </w:t>
      </w:r>
      <w:r>
        <w:t>selfless service to the lord without expectations. do not complain and whine. exactly what I strive to do during this month.</w:t>
      </w:r>
    </w:p>
    <w:p>
      <w:pPr>
        <w:jc w:val="right"/>
      </w:pPr>
      <w:r>
        <w:t>سیلف لیس سروس ٹو دا لارڈ وداؤٹ ایکسپیکٹیشنز۔ ڈو ناٹ کمپلین اینڈ وائن۔ ایگزیکٹلی واٹ آئی سٹرائیو ٹو ڈو ڈیورنگ دس منتھ۔</w:t>
      </w:r>
    </w:p>
    <w:p>
      <w:r>
        <w:rPr>
          <w:b/>
        </w:rPr>
        <w:t xml:space="preserve">[48:18] </w:t>
      </w:r>
      <w:r>
        <w:t>mere Maulana ji keep guiding us all and humanity at large for many many more years to come. may God grant him a long life.</w:t>
      </w:r>
    </w:p>
    <w:p>
      <w:pPr>
        <w:jc w:val="right"/>
      </w:pPr>
      <w:r>
        <w:t>میرے مولانا جی کیپ گائیڈنگ اس ال اینڈ ہیومینٹی ایٹ لارج فار مینی مینی مور ایئرز ٹو کم۔ می گاڈ گرانٹ ہم ا لانگ لائف۔</w:t>
      </w:r>
    </w:p>
    <w:p>
      <w:r>
        <w:rPr>
          <w:b/>
        </w:rPr>
        <w:t xml:space="preserve">[48:28] </w:t>
      </w:r>
      <w:r>
        <w:t>Eid Mubarak to him and all at CPS. Jazakum Allah.</w:t>
      </w:r>
    </w:p>
    <w:p>
      <w:pPr>
        <w:jc w:val="right"/>
      </w:pPr>
      <w:r>
        <w:t>عید مبارک ٹو ہم اینڈ ال ایٹ سی پی ایس۔ جزاکم اللہ۔</w:t>
      </w:r>
    </w:p>
    <w:p>
      <w:r>
        <w:rPr>
          <w:b/>
        </w:rPr>
        <w:t xml:space="preserve">[48:35] </w:t>
      </w:r>
      <w:r>
        <w:t>Maulana, ek Kaleem sahib ka comment aaya tha, woh padhna chahenge. aur jaise Maulana Maria ke dil mein aap ne bataya, Allah taala ne dala, aur Maria ne himmat kar ke baat ki, aur Quran distribute hua.</w:t>
      </w:r>
    </w:p>
    <w:p>
      <w:pPr>
        <w:jc w:val="right"/>
      </w:pPr>
      <w:r>
        <w:t>مولانا، ایک کلیم صاحب کا کمنٹ آیا تھا، وہ پڑھنا چاہیں گے۔ اور جیسے مولانا ماریہ کے دل میں آپ نے بتایا، اللہ تعالی نے ڈالا، اور ماریہ نے ہمت کر کے بات کی، اور قرآن ڈسٹریبیوٹ ہوا۔</w:t>
      </w:r>
    </w:p>
    <w:p>
      <w:r>
        <w:rPr>
          <w:b/>
        </w:rPr>
        <w:t xml:space="preserve">[48:50] </w:t>
      </w:r>
      <w:r>
        <w:t>toh Kaleem sahib ka bhi ek experience hai, Maul</w:t>
      </w:r>
    </w:p>
    <w:p>
      <w:pPr>
        <w:jc w:val="right"/>
      </w:pPr>
      <w:r>
        <w:t>تو کلیم صاحب کا بھی ایک ایکسپیرینس ہے، مول</w:t>
      </w:r>
    </w:p>
    <w:p>
      <w:r>
        <w:rPr>
          <w:b/>
        </w:rPr>
        <w:t xml:space="preserve">[48:53] </w:t>
      </w:r>
      <w:r>
        <w:t>ana, similar experience. unhone likha hai: "at the end of her week long professional development course at last Cell University Philadelphia, give we gave out, I gave out copies of Quran translation to my class of 12 fellow teachers from different schools and to professors who facilitated the program.</w:t>
      </w:r>
    </w:p>
    <w:p>
      <w:pPr>
        <w:jc w:val="right"/>
      </w:pPr>
      <w:r>
        <w:t>انا، سمیلر ایکسپیرینس۔ انہوں نے لکھا ہے: "ایٹ دی اینڈ اف ہر ویک لانگ پروفیشنل ڈیویلپمنٹ کورس ایٹ لاسٹ سیل یونیورسٹی فلیڈلفیا، گیو وی گیو آؤٹ، آئی گیو آؤٹ کاپیز اف قرآن ٹرانسلیشن ٹو مائی کلاس اف 12 فیلو ٹیچرز فرام ڈفرنٹ سکولز اینڈ ٹو پروفیسرز ہو فیسلیٹیٹڈ دا پروگرام۔</w:t>
      </w:r>
    </w:p>
    <w:p>
      <w:r>
        <w:rPr>
          <w:b/>
        </w:rPr>
        <w:t xml:space="preserve">[49:17] </w:t>
      </w:r>
      <w:r>
        <w:t>I was little hesitant at first to give out the copies of Quran, as it is customary here that no one talks about religion and politics inside classrooms.</w:t>
      </w:r>
    </w:p>
    <w:p>
      <w:pPr>
        <w:jc w:val="right"/>
      </w:pPr>
      <w:r>
        <w:t>آئی واز لٹل ہیسیٹنٹ ایٹ فرسٹ ٹو گیو آؤٹ دا کاپیز اف قرآن، ایز اٹ از کسٹمری ہیر دیٹ نو ون ٹاکس اباؤٹ ریلیجن اینڈ پولیٹکس انسائیڈ کلاس رومز۔</w:t>
      </w:r>
    </w:p>
    <w:p>
      <w:r>
        <w:rPr>
          <w:b/>
        </w:rPr>
        <w:t xml:space="preserve">[49:29] </w:t>
      </w:r>
      <w:r>
        <w:t>but to my surprise, everyone was happy and appreciative and said very thoughtful Kaleem.</w:t>
      </w:r>
    </w:p>
    <w:p>
      <w:pPr>
        <w:jc w:val="right"/>
      </w:pPr>
      <w:r>
        <w:t>بٹ ٹو مائی سرپرائز، ایوری ون واز ہیپی اینڈ ایپریشیٹیو اینڈ سیڈ ویری تھاٹ فل کلیم۔</w:t>
      </w:r>
    </w:p>
    <w:p>
      <w:r>
        <w:rPr>
          <w:b/>
        </w:rPr>
        <w:t xml:space="preserve">[49:37] </w:t>
      </w:r>
      <w:r>
        <w:t>lessons learned from this experience shed hesitation and distribute Quran any where and every where. and God will help you, and God will help mankind.</w:t>
      </w:r>
    </w:p>
    <w:p>
      <w:pPr>
        <w:jc w:val="right"/>
      </w:pPr>
      <w:r>
        <w:t>لیسنز لرن فرام دس ایکسپیرینس شیڈ ہیسیٹیشن اینڈ ڈسٹریبیوٹ قرآن اینی ویئر اینڈ ایوری ویئر۔ اینڈ گاڈ ویل ہیلپ یو، اینڈ گاڈ ویل ہیلپ مین کائنڈ۔</w:t>
      </w:r>
    </w:p>
    <w:p>
      <w:r>
        <w:rPr>
          <w:b/>
        </w:rPr>
        <w:t xml:space="preserve">[49:51] </w:t>
      </w:r>
      <w:r>
        <w:t>Masha Allah, Masha Allah. Maulana sahib, agar hamare andar spirit kam ho rahi ho, humein mehsoos ho raha ho ke spirit kam ho rahi hai pehle ke comparison mein, toh is ko kaise redevelop</w:t>
      </w:r>
    </w:p>
    <w:p>
      <w:pPr>
        <w:jc w:val="right"/>
      </w:pPr>
      <w:r>
        <w:t>ماشاءاللہ، ماشاءاللہ۔ مولانا صاحب، اگر ہمارے اندر اسپرٹ کم ہو رہی ہو، ہمیں محسوس ہو رہا ہو کہ اسپرٹ کم ہو رہی ہے پہلے کے کمپیریزن میں، تو اس کو کیسے ری ڈیویلپ</w:t>
      </w:r>
    </w:p>
    <w:p>
      <w:r>
        <w:rPr>
          <w:b/>
        </w:rPr>
        <w:t xml:space="preserve">[50:02] </w:t>
      </w:r>
      <w:r>
        <w:t>kya jaye? bas yahi baat hai jo maine aaj kahi. is ko khoob sochiye ke is mein reward unlimited reward hai. unlimited reward wali baat khoob sochiye is ko, toh phir spirit community kabhi kab nahi hogi.</w:t>
      </w:r>
    </w:p>
    <w:p>
      <w:pPr>
        <w:jc w:val="right"/>
      </w:pPr>
      <w:r>
        <w:t>کیا جائے؟ بس یہی بات ہے جو میں نے آج کہی۔ اس کو خوب سوچیے کہ اس میں ریوارڈ ان لمیٹڈ ریوارڈ ہے۔ ان لمیٹڈ ریوارڈ والی بات خوب سوچیے اس کو، تو پھر اسپرٹ کمیونٹی کبھی کب نہیں ہوگی۔</w:t>
      </w:r>
    </w:p>
    <w:p>
      <w:r>
        <w:rPr>
          <w:b/>
        </w:rPr>
        <w:t xml:space="preserve">[50:20] </w:t>
      </w:r>
      <w:r>
        <w:t>is point ko khoob sochiye ke yeh jo lejjli Allah wala kaam hota hai, fardus ke yani purely fardus of God, toh woh is ka unlimited reward hota hai.</w:t>
      </w:r>
    </w:p>
    <w:p>
      <w:pPr>
        <w:jc w:val="right"/>
      </w:pPr>
      <w:r>
        <w:t>اس پوائنٹ کو خوب سوچیے کہ یہ جو لیجلی اللہ والا کام ہوتا ہے، فدس کے یعنی پیورلی فدس اف گاڈ، تو وہ اس کا ان لمیٹڈ ریوارڈ ہوتا ہے۔</w:t>
      </w:r>
    </w:p>
    <w:p>
      <w:r>
        <w:rPr>
          <w:b/>
        </w:rPr>
        <w:t xml:space="preserve">[50:37] </w:t>
      </w:r>
      <w:r>
        <w:t>bas isi ko sochte rahiye, khoob bas revive hota rahega.</w:t>
      </w:r>
    </w:p>
    <w:p>
      <w:pPr>
        <w:jc w:val="right"/>
      </w:pPr>
      <w:r>
        <w:t>بس اسی کو سوچتے رہیے، خوب بس ریوائیو ہوتا رہے گا۔</w:t>
      </w:r>
    </w:p>
    <w:p>
      <w:r>
        <w:rPr>
          <w:b/>
        </w:rPr>
        <w:t xml:space="preserve">[50:48] </w:t>
      </w:r>
      <w:r>
        <w:t>Maulana, Dr Safina Tabassum ne Ajmer se ek apna comment bheja hai, aur unhone likha hai aaj ke talk ko le ke ke Maulana sahib, you have very well said that every man is thinking that his language and the language of God is different, and so he feels helpless.</w:t>
      </w:r>
    </w:p>
    <w:p>
      <w:pPr>
        <w:jc w:val="right"/>
      </w:pPr>
      <w:r>
        <w:t>مولانا، ڈاکٹر صفینہ تبسم نے اجمیر سے ایک اپنا کمنٹ بھیجا ہے، اور انہوں نے لکھا ہے آج کے ٹاک کو لے کے کہ مولانا صاحب، یو ہیو ویری ویل سیڈ دیٹ ایوری مین از تھنکنگ دیٹ ہز لینگویج اینڈ دا لینگویج اف گاڈ از ڈفرنٹ، اینڈ سو ہی فیلز ہیلپ لیس۔</w:t>
      </w:r>
    </w:p>
    <w:p>
      <w:r>
        <w:rPr>
          <w:b/>
        </w:rPr>
        <w:t xml:space="preserve">[51:11] </w:t>
      </w:r>
      <w:r>
        <w:t>I thought the same before I read the translation.</w:t>
      </w:r>
    </w:p>
    <w:p>
      <w:pPr>
        <w:jc w:val="right"/>
      </w:pPr>
      <w:r>
        <w:t>ایون آئی تھاٹ دا سیم بیفور آئی ریڈ دی ٹرانسلیشن۔</w:t>
      </w:r>
    </w:p>
    <w:p>
      <w:r>
        <w:rPr>
          <w:b/>
        </w:rPr>
        <w:t xml:space="preserve">[51:15] </w:t>
      </w:r>
      <w:r>
        <w:t>mashallah, mashallah, mashallah. aik qissa maine parha tha, mujhe nahi maloom ke wo real hai ke nahi riy</w:t>
      </w:r>
    </w:p>
    <w:p>
      <w:pPr>
        <w:jc w:val="right"/>
      </w:pPr>
      <w:r>
        <w:t>ماشاءاللہ، ماشاءاللہ، ماشاءاللہ۔ ایک قصہ میں نے پڑھا تھا، مجھے نہیں معلوم کہ وہ ریئل ہے کہ نہیں ریئ</w:t>
      </w:r>
    </w:p>
    <w:p>
      <w:r>
        <w:rPr>
          <w:b/>
        </w:rPr>
        <w:t xml:space="preserve">[51:24] </w:t>
      </w:r>
      <w:r>
        <w:t>l hai. mungo jis ko urdu mein kehte hain neola, to neola aur saanp dono aik doosre ke dushman hotay hain, yeh to maloom hai.</w:t>
      </w:r>
    </w:p>
    <w:p>
      <w:pPr>
        <w:jc w:val="right"/>
      </w:pPr>
      <w:r>
        <w:t>ل ہے۔ منگو جس کو اردو میں کہتے ہیں نیولا، تو نیولا اور سانپ دونوں ایک دوسرے کے دشمن ہوتے ہیں، یہ تو معلوم ہے۔</w:t>
      </w:r>
    </w:p>
    <w:p>
      <w:r>
        <w:rPr>
          <w:b/>
        </w:rPr>
        <w:t xml:space="preserve">[51:34] </w:t>
      </w:r>
      <w:r>
        <w:t>wo un ko chahta hai marna, kaata, un ko chahta hai marna, kaata.</w:t>
      </w:r>
    </w:p>
    <w:p>
      <w:pPr>
        <w:jc w:val="right"/>
      </w:pPr>
      <w:r>
        <w:t>وہ ان کو چاہتا ہے مارنا، کاٹا، ان کو چاہتا ہے مارنا، کاٹا۔</w:t>
      </w:r>
    </w:p>
    <w:p>
      <w:r>
        <w:rPr>
          <w:b/>
        </w:rPr>
        <w:t xml:space="preserve">[51:43] </w:t>
      </w:r>
      <w:r>
        <w:t>to maine parha tha ke neola mein aur jab saanp pe larai hoti hai, to</w:t>
      </w:r>
    </w:p>
    <w:p>
      <w:pPr>
        <w:jc w:val="right"/>
      </w:pPr>
      <w:r>
        <w:t>تو میں نے پڑھا تھا کہ نیولا میں اور جب سانپ پہ لڑائی ہوتی ہے، تو</w:t>
      </w:r>
    </w:p>
    <w:p>
      <w:r>
        <w:rPr>
          <w:b/>
        </w:rPr>
        <w:t xml:space="preserve">[51:54] </w:t>
      </w:r>
      <w:r>
        <w:t>neola jo hai, yani khoon khoon ho jata hai larai karte karte, saanp kaata hai is ko.</w:t>
      </w:r>
    </w:p>
    <w:p>
      <w:pPr>
        <w:jc w:val="right"/>
      </w:pPr>
      <w:r>
        <w:t>نیولا جو ہے، یعنی خون خون ہو جاتا ہے لڑائی کرتے کرتے، سانپ کاٹتا ہے اس کو۔</w:t>
      </w:r>
    </w:p>
    <w:p>
      <w:r>
        <w:rPr>
          <w:b/>
        </w:rPr>
        <w:t xml:space="preserve">[52:05] </w:t>
      </w:r>
      <w:r>
        <w:t>to neola bhag kar jhari mein jata hai,</w:t>
      </w:r>
    </w:p>
    <w:p>
      <w:pPr>
        <w:jc w:val="right"/>
      </w:pPr>
      <w:r>
        <w:t>تو نیولا بھاگ کر جھاڑی میں جاتا ہے،</w:t>
      </w:r>
    </w:p>
    <w:p>
      <w:r>
        <w:rPr>
          <w:b/>
        </w:rPr>
        <w:t xml:space="preserve">[52:11] </w:t>
      </w:r>
      <w:r>
        <w:t>to jhari mein koi jari booti hoti hai, wo janta hai, wo is ko wo leta hai. to phir is ko yani phir taqat aa jati hai, yani goya re energize karta hai apne ko.</w:t>
      </w:r>
    </w:p>
    <w:p>
      <w:pPr>
        <w:jc w:val="right"/>
      </w:pPr>
      <w:r>
        <w:t>تو جھاڑی میں کوئی جڑی بوٹی ہوتی ہے، وہ جانتا ہے، وہ اس کو وہ لیتا ہے۔ تو پھر اس کو یعنی پھر طاقت آ جاتی ہے، یعنی گویا ری انرجائز کرتا ہے اپنے کو۔</w:t>
      </w:r>
    </w:p>
    <w:p>
      <w:r>
        <w:rPr>
          <w:b/>
        </w:rPr>
        <w:t xml:space="preserve">[52:26] </w:t>
      </w:r>
      <w:r>
        <w:t>phir aata hai larne ke liye, phir saanp se larta hai, phir saanp kaata hai is ko, to phir jata hai wo.</w:t>
      </w:r>
    </w:p>
    <w:p>
      <w:pPr>
        <w:jc w:val="right"/>
      </w:pPr>
      <w:r>
        <w:t>پھر آتا ہے لڑنے کے لیے، پھر سانپ سے لڑتا ہے، پھر سانپ کاٹتا ہے اس کو، تو پھر جاتا ہے وہ۔</w:t>
      </w:r>
    </w:p>
    <w:p>
      <w:r>
        <w:rPr>
          <w:b/>
        </w:rPr>
        <w:t xml:space="preserve">[52:35] </w:t>
      </w:r>
      <w:r>
        <w:t>to bar bar apne ko re energize karta hai.</w:t>
      </w:r>
    </w:p>
    <w:p>
      <w:pPr>
        <w:jc w:val="right"/>
      </w:pPr>
      <w:r>
        <w:t>تو بار بار اپنے کو ری انرجائز کرتا ہے۔</w:t>
      </w:r>
    </w:p>
    <w:p>
      <w:r>
        <w:rPr>
          <w:b/>
        </w:rPr>
        <w:t xml:space="preserve">[52:41] </w:t>
      </w:r>
      <w:r>
        <w:t>to yeh story jo hai, mujhe nahi maloom ke bilkul real hai ke nahi real hai. hamare aap ke liye is mein aik sabak hai ke jab bhi spirit kam hoti hai, to hum loot source ki taraf lotte hain.</w:t>
      </w:r>
    </w:p>
    <w:p>
      <w:pPr>
        <w:jc w:val="right"/>
      </w:pPr>
      <w:r>
        <w:t>تو یہ سٹوری جو ہے، مجھے نہیں معلوم کہ بالکل ریئل ہے کہ نہیں ریئل ہے۔ ہمارے آپ کے لیے اس میں ایک سبق ہے کہ جب بھی اسپرٹ کم ہوتی ہے، تو ہم لوٹ سورس کی طرف لوٹتے ہیں۔</w:t>
      </w:r>
    </w:p>
    <w:p>
      <w:r>
        <w:rPr>
          <w:b/>
        </w:rPr>
        <w:t xml:space="preserve">[52:55] </w:t>
      </w:r>
      <w:r>
        <w:t>source aur source kya hai? quran hai, rasool allah ki surat hai, sahaba ke waqiat hain. to in cheezon ko jab hum parhengay, to wo spirit jo hai, revive hoti rahegi.</w:t>
      </w:r>
    </w:p>
    <w:p>
      <w:pPr>
        <w:jc w:val="right"/>
      </w:pPr>
      <w:r>
        <w:t>سورس اور سورس کیا ہے؟ قرآن ہے، رسول اللہ کی سورت ہے، صحابہ کے واقعات ہیں۔ تو ان چیزوں کو جب ہم پڑھیں گے، تو وہ اسپرٹ جو ہے، ریوائیو ہوتی رہے گی۔</w:t>
      </w:r>
    </w:p>
    <w:p>
      <w:r>
        <w:rPr>
          <w:b/>
        </w:rPr>
        <w:t xml:space="preserve">[53:11] </w:t>
      </w:r>
      <w:r>
        <w:t>sahaba yahi karte thay, aur koi doosra tareeqa is ke liye nahi hai. yahi cheez aap sochiye ke kitni bari thrilling baat hai ke allah ne ailan kiya hai ke jo kaam legally allah ho,</w:t>
      </w:r>
    </w:p>
    <w:p>
      <w:pPr>
        <w:jc w:val="right"/>
      </w:pPr>
      <w:r>
        <w:t>صحابہ یہی کرتے تھے، اور کوئی دوسرا طریقہ اس کے لیے نہیں ہے۔ یہی چیز آپ سوچیے کہ کتنی بڑی تھرلنگ بات ہے کہ اللہ نے اعلان کیا ہے کہ جو کام لیجلی اللہ ہو،</w:t>
      </w:r>
    </w:p>
    <w:p>
      <w:r>
        <w:rPr>
          <w:b/>
        </w:rPr>
        <w:t xml:space="preserve">[53:24] </w:t>
      </w:r>
      <w:r>
        <w:t>yani purely fides of god ho, to is ka unlimited reward hai. yeh kitna thrilling concept hai yeh.</w:t>
      </w:r>
    </w:p>
    <w:p>
      <w:pPr>
        <w:jc w:val="right"/>
      </w:pPr>
      <w:r>
        <w:t>یعنی پیورلی فدس اف گاڈ ہو، تو اس کا ان لمیٹڈ ریوارڈ ہے۔ یہ کتنا تھرلنگ کانسیپٹ ہے یہ۔</w:t>
      </w:r>
    </w:p>
    <w:p>
      <w:r>
        <w:rPr>
          <w:b/>
        </w:rPr>
        <w:t xml:space="preserve">[53:35] </w:t>
      </w:r>
      <w:r>
        <w:t>to jab is ko aap sochengay, aur is ko sochengay ke ke quran aaya tha sari duniya ke liye, lekin reh gaya arbon tak, reh gaya arabi janne walon tak, reh gaya logon tak pohancha hi nahi.</w:t>
      </w:r>
    </w:p>
    <w:p>
      <w:pPr>
        <w:jc w:val="right"/>
      </w:pPr>
      <w:r>
        <w:t>تو جب اس کو آپ سوچیں گے، اور اس کو سوچیں گے کہ کہ قرآن آیا تھا ساری دنیا کے لیے، لیکن رہ گیا عربوں تک، رہ گیا عربی جاننے والوں تک، رہ گیا لوگوں تک پہنچا ہی نہیں۔</w:t>
      </w:r>
    </w:p>
    <w:p>
      <w:r>
        <w:rPr>
          <w:b/>
        </w:rPr>
        <w:t xml:space="preserve">[53:50] </w:t>
      </w:r>
      <w:r>
        <w:t>to quran ka quran ka goal hi poora</w:t>
      </w:r>
    </w:p>
    <w:p>
      <w:pPr>
        <w:jc w:val="right"/>
      </w:pPr>
      <w:r>
        <w:t>تو قرآن کا قرآن کا گول ہی پورا</w:t>
      </w:r>
    </w:p>
    <w:p>
      <w:r>
        <w:rPr>
          <w:b/>
        </w:rPr>
        <w:t xml:space="preserve">[53:53] </w:t>
      </w:r>
      <w:r>
        <w:t>nahi hua. nazal furqan aulad likun lil alam nazeera, yani allah ne utara quran apne bande par, rasool par, taake wo sare alam ke liye warner bane.</w:t>
      </w:r>
    </w:p>
    <w:p>
      <w:pPr>
        <w:jc w:val="right"/>
      </w:pPr>
      <w:r>
        <w:t>نہیں ہوا۔ نزل الفرقان اولاد لیکون للعالم نذیرہ، یعنی اللہ نے اتارا قرآن اپنے بندے پر، رسول پر، تاکہ وہ سارے عالم کے لیے وارنر بنے۔</w:t>
      </w:r>
    </w:p>
    <w:p>
      <w:r>
        <w:rPr>
          <w:b/>
        </w:rPr>
        <w:t xml:space="preserve">[54:06] </w:t>
      </w:r>
      <w:r>
        <w:t>to warner kahan bana? jab log is ki language hi nahi jante, to warner kaise banega? wo</w:t>
      </w:r>
    </w:p>
    <w:p>
      <w:pPr>
        <w:jc w:val="right"/>
      </w:pPr>
      <w:r>
        <w:t>تو وارنر کہاں بنا؟ جب لوگ اس کی لینگویج ہی نہیں جانتے، تو وارنر کیسے بنے گا؟ وہ</w:t>
      </w:r>
    </w:p>
    <w:p>
      <w:r>
        <w:rPr>
          <w:b/>
        </w:rPr>
        <w:t xml:space="preserve">[54:17] </w:t>
      </w:r>
      <w:r>
        <w:t>to is ka matlab hai ke yeh cheez itni bari hai ke sochen aap to aap bilkul hero ban jayengay. hero ke allah ka paigham logon tak pohancha hi nahi, halankay pehle shuru hi mein allah ne kaha tha ke is ko pohanchana hai sab tak.</w:t>
      </w:r>
    </w:p>
    <w:p>
      <w:pPr>
        <w:jc w:val="right"/>
      </w:pPr>
      <w:r>
        <w:t>تو اس کا معنی ہے کہ یہ چیز اتنی بڑی ہے کہ سوچیں آپ تو آپ بالکل ہیرو بن جائیں گے۔ ہیرو کہ اللہ کا پیغام لوگوں تک پہنچا ہی نہیں، حالانکہ پہلے شروع ہی میں اللہ نے کہا تھا کہ اس کو پہنچانا ہے سب تک۔</w:t>
      </w:r>
    </w:p>
    <w:p>
      <w:r>
        <w:rPr>
          <w:b/>
        </w:rPr>
        <w:t xml:space="preserve">[54:32] </w:t>
      </w:r>
      <w:r>
        <w:t>likun lil alam nazeera to aik thrill aaya aap ke andar aa jayega ke allah ka paigham pohancha nahi hai, main pohanchaoonga is ko.</w:t>
      </w:r>
    </w:p>
    <w:p>
      <w:pPr>
        <w:jc w:val="right"/>
      </w:pPr>
      <w:r>
        <w:t>لیکون للعالم نذیرہ تو ایک تھرل آیا آپ کے اندر آ جائے گا کہ اللہ کا پیغام پہنچا نہیں ہے، میں پہنچاؤں گا اس کو۔</w:t>
      </w:r>
    </w:p>
    <w:p>
      <w:r>
        <w:rPr>
          <w:b/>
        </w:rPr>
        <w:t xml:space="preserve">[54:41] </w:t>
      </w:r>
      <w:r>
        <w:t>i will do it, i will do it,</w:t>
      </w:r>
    </w:p>
    <w:p>
      <w:pPr>
        <w:jc w:val="right"/>
      </w:pPr>
      <w:r>
        <w:t>آئی ویل ڈو اٹ، آئی ویل ڈو اٹ،</w:t>
      </w:r>
    </w:p>
    <w:p>
      <w:r>
        <w:rPr>
          <w:b/>
        </w:rPr>
        <w:t xml:space="preserve">[54:46] </w:t>
      </w:r>
      <w:r>
        <w:t>i will do it.</w:t>
      </w:r>
    </w:p>
    <w:p>
      <w:pPr>
        <w:jc w:val="right"/>
      </w:pPr>
      <w:r>
        <w:t>آئی ویل ڈو اٹ۔</w:t>
      </w:r>
    </w:p>
    <w:p>
      <w:r>
        <w:rPr>
          <w:b/>
        </w:rPr>
        <w:t xml:space="preserve">[54:53] </w:t>
      </w:r>
      <w:r>
        <w:t>to is tarah se revive karte rahiye, revive karte rahiye, revive karte rahiye.</w:t>
      </w:r>
    </w:p>
    <w:p>
      <w:pPr>
        <w:jc w:val="right"/>
      </w:pPr>
      <w:r>
        <w:t>تو اس طرح سے ریوائیو کرتے رہیے، ریوائیو کرتے رہیے، ریوائیو کرتے رہیے۔</w:t>
      </w:r>
    </w:p>
    <w:p>
      <w:r>
        <w:rPr>
          <w:b/>
        </w:rPr>
        <w:t xml:space="preserve">[55:04] </w:t>
      </w:r>
      <w:r>
        <w:t>maulana idrees sahib aur ah shabana ne raipur se apna comment bheja hai. unhon ne likha hai ke after today lecture, we have no questions and we have no complaints.</w:t>
      </w:r>
    </w:p>
    <w:p>
      <w:pPr>
        <w:jc w:val="right"/>
      </w:pPr>
      <w:r>
        <w:t>مولانا ادریس صاحب اور اہ شبانہ نے رائے پور سے اپنا کمنٹ بھیجا ہے۔ انہوں نے لکھا ہے کہ افٹر ٹوڈے لیکچر، وی ہیو نو کوئسچنز اینڈ وی ہیو نو کمپلینٹس۔</w:t>
      </w:r>
    </w:p>
    <w:p>
      <w:r>
        <w:rPr>
          <w:b/>
        </w:rPr>
        <w:t xml:space="preserve">[55:23] </w:t>
      </w:r>
      <w:r>
        <w:t>mashallah. maulana, yeh jism dawat ka jo hum kaam kar rahe hain, to hum hum kaise maloom kar sakain ke yeh waqai mein allah hi ke liye hum log kar rahe hain aur is mein koi milawat nahi hai?</w:t>
      </w:r>
    </w:p>
    <w:p>
      <w:pPr>
        <w:jc w:val="right"/>
      </w:pPr>
      <w:r>
        <w:t>ماشاءاللہ۔ مولانا، یہ جسم دعوت کا جو ہم کام کر رہے ہیں، تو ہم ہم کیسے معلوم کر سکیں کہ یہ واقعی میں اللہ ہی کے لیے ہم لوگ کر رہے ہیں اور اس میں کوئی ملاوٹ نہیں ہے؟</w:t>
      </w:r>
    </w:p>
    <w:p>
      <w:r>
        <w:rPr>
          <w:b/>
        </w:rPr>
        <w:t xml:space="preserve">[55:38] </w:t>
      </w:r>
      <w:r>
        <w:t>riyakaari se kaise bachein?</w:t>
      </w:r>
    </w:p>
    <w:p>
      <w:pPr>
        <w:jc w:val="right"/>
      </w:pPr>
      <w:r>
        <w:t>ریاکاری سے کیسے بچیں؟</w:t>
      </w:r>
    </w:p>
    <w:p>
      <w:r>
        <w:rPr>
          <w:b/>
        </w:rPr>
        <w:t xml:space="preserve">[55:42] </w:t>
      </w:r>
      <w:r>
        <w:t>kya karein yeh ke Maulana, jo jo hum log daawa work karte hain, to yeh kaise pata chale ke yeh daawa ka jo effort hai, woh Allah ke liye hi hai, is mein koi milawat nahi hai?</w:t>
      </w:r>
    </w:p>
    <w:p>
      <w:pPr>
        <w:jc w:val="right"/>
      </w:pPr>
      <w:r>
        <w:t>کیا کریں یہ کہ مولانا، جو جو ہم لوگ دعویٰ ورک کرتے ہیں، تو یہ کیسے پتہ چلے کہ یہ دعویٰ کا جو ایفرٹ ہے، وہ اللہ کے لیے ہی ہے، اس میں کوئی ملاوٹ نہیں ہے؟</w:t>
      </w:r>
    </w:p>
    <w:p>
      <w:r>
        <w:rPr>
          <w:b/>
        </w:rPr>
        <w:t xml:space="preserve">[55:57] </w:t>
      </w:r>
      <w:r>
        <w:t>haan, dekhiye, yeh bohat aham question hai.</w:t>
      </w:r>
    </w:p>
    <w:p>
      <w:pPr>
        <w:jc w:val="right"/>
      </w:pPr>
      <w:r>
        <w:t>ہاں، دیکھیے، یہ بہت اہم کوئسچن ہے۔</w:t>
      </w:r>
    </w:p>
    <w:p>
      <w:r>
        <w:rPr>
          <w:b/>
        </w:rPr>
        <w:t xml:space="preserve">[56:04] </w:t>
      </w:r>
      <w:r>
        <w:t>to sirf dawat ka namaz, koi bhi cheez ke فعال jagment Allah ke haath mein hai, hamare haath mein nahi hai.</w:t>
      </w:r>
    </w:p>
    <w:p>
      <w:pPr>
        <w:jc w:val="right"/>
      </w:pPr>
      <w:r>
        <w:t>تو صرف دعوت کا نماز، کوئی بھی چیز کہ فعال ججمنٹ اللہ کے ہاتھ میں ہے، ہمارے ہاتھ میں نہیں ہے۔</w:t>
      </w:r>
    </w:p>
    <w:p>
      <w:r>
        <w:rPr>
          <w:b/>
        </w:rPr>
        <w:t xml:space="preserve">[56:16] </w:t>
      </w:r>
      <w:r>
        <w:t>hum peshgi tor par yeh jaan lein ke mera hajj hajj mabroor hai. hajj mabroor kehte hain jo hajj Allah ka qabool ho gaya ho. meri sirat sirat khushoo hai.</w:t>
      </w:r>
    </w:p>
    <w:p>
      <w:pPr>
        <w:jc w:val="right"/>
      </w:pPr>
      <w:r>
        <w:t>ہم پیشگی طور پر یہ جان لیں کہ میرا حج حج مبرور ہے۔ حج مبرور کہتے ہیں جو حج اللہ کا قبول ہو گیا ہو۔ میری صراط صراط خشوع ہے۔</w:t>
      </w:r>
    </w:p>
    <w:p>
      <w:r>
        <w:rPr>
          <w:b/>
        </w:rPr>
        <w:t xml:space="preserve">[56:28] </w:t>
      </w:r>
      <w:r>
        <w:t>yeh bilkul jo aisa kahe, woh bohat galat kehta hai kyunke kisi ko pata nahi.</w:t>
      </w:r>
    </w:p>
    <w:p>
      <w:pPr>
        <w:jc w:val="right"/>
      </w:pPr>
      <w:r>
        <w:t>یہ بالکل جو ایسا کہے، وہ بہت غلط کہتا ہے کیونکہ کسی کو پتہ نہیں۔</w:t>
      </w:r>
    </w:p>
    <w:p>
      <w:r>
        <w:rPr>
          <w:b/>
        </w:rPr>
        <w:t xml:space="preserve">[56:34] </w:t>
      </w:r>
      <w:r>
        <w:t>to isi duniya mein koi apne amal ke baare mein jaan le ke woh amal jo hai, amal maqbool hai, yeh bilkul mumkin nahi hai. to dawat ke liye kaisa ho jayega?</w:t>
      </w:r>
    </w:p>
    <w:p>
      <w:pPr>
        <w:jc w:val="right"/>
      </w:pPr>
      <w:r>
        <w:t>تو اسی دنیا میں کوئی اپنے عمل کے بارے میں جان لے کہ وہ عمل جو ہے، عمل مقبول ہے، یہ بالکل ممکن نہیں ہے۔ تو دعوت کے لیے کیسا ہو جائے گا؟</w:t>
      </w:r>
    </w:p>
    <w:p>
      <w:r>
        <w:rPr>
          <w:b/>
        </w:rPr>
        <w:t xml:space="preserve">[56:45] </w:t>
      </w:r>
      <w:r>
        <w:t>jo cheez possible hai, woh yeh hai ke hum kisi baais ke baghair, kisi self interest ke baghair, kisi complex ke baghair sochein.</w:t>
      </w:r>
    </w:p>
    <w:p>
      <w:pPr>
        <w:jc w:val="right"/>
      </w:pPr>
      <w:r>
        <w:t>جو چیز پاسیبل ہے، وہ یہ ہے کہ ہم کسی باعث کے بغیر، کسی سیلف انٹرسٹ کے بغیر، کسی کمپلیکس کے بغیر سوچیں۔</w:t>
      </w:r>
    </w:p>
    <w:p>
      <w:r>
        <w:rPr>
          <w:b/>
        </w:rPr>
        <w:t xml:space="preserve">[56:58] </w:t>
      </w:r>
      <w:r>
        <w:t>dekhein, hum mein, hum hum mein saare sahib, koi bhi insaan complex mein hota hai, baais mein hota hai, self interest mein hota hai.</w:t>
      </w:r>
    </w:p>
    <w:p>
      <w:pPr>
        <w:jc w:val="right"/>
      </w:pPr>
      <w:r>
        <w:t>دیکھیں، ہم میں، ہم ہم میں سارے صاحب، کوئی بھی انسان کمپلیکس میں ہوتا ہے، باعث میں ہوتا ہے، سیلف انٹرسٹ میں ہوتا ہے۔</w:t>
      </w:r>
    </w:p>
    <w:p>
      <w:r>
        <w:rPr>
          <w:b/>
        </w:rPr>
        <w:t xml:space="preserve">[57:08] </w:t>
      </w:r>
      <w:r>
        <w:t>tarah tarah ke yaani cheezein is ko chhaayi rehti hain, obsession hota hai tarah tarah ka. to apne saari koshish lagayein ke woh in sab se bahar aa kar soche.</w:t>
      </w:r>
    </w:p>
    <w:p>
      <w:pPr>
        <w:jc w:val="right"/>
      </w:pPr>
      <w:r>
        <w:t>طرح طرح کے یعنی چیزیں اس کو چھائی رہتی ہیں، ابسیشن ہوتا ہے طرح طرح کا۔ تو اپنے ساری کوشش لگائیں کہ وہ ان سب سے باہر آ کر سوچے۔</w:t>
      </w:r>
    </w:p>
    <w:p>
      <w:r>
        <w:rPr>
          <w:b/>
        </w:rPr>
        <w:t xml:space="preserve">[57:22] </w:t>
      </w:r>
      <w:r>
        <w:t>no obsession, no prediction, no interest, no complex. sochein to jab woh yaani aadmi apne had tak satisfied ho jayega ke main legally Allah kar raha hoon,</w:t>
      </w:r>
    </w:p>
    <w:p>
      <w:pPr>
        <w:jc w:val="right"/>
      </w:pPr>
      <w:r>
        <w:t>نو ابسیشن، نو پریڈکٹس، نو انٹرسٹ، نو کمپلیکس۔ سوچیں تو جب وہ یعنی آپ جب آدمی اپنے حد تک سیٹسفائیڈ ہو جائے گا کہ میں لیجلی اللہ کر رہا ہوں،</w:t>
      </w:r>
    </w:p>
    <w:p>
      <w:r>
        <w:rPr>
          <w:b/>
        </w:rPr>
        <w:t xml:space="preserve">[57:43] </w:t>
      </w:r>
      <w:r>
        <w:t>to hum yeh umeed kar sakte hain ke woh Allah taala ka bhi legally Allah qarar payega.</w:t>
      </w:r>
    </w:p>
    <w:p>
      <w:pPr>
        <w:jc w:val="right"/>
      </w:pPr>
      <w:r>
        <w:t>تو ہم یہ امید کر سکتے ہیں کہ وہ اللہ تعالی کا بھی لیجلی اللہ قرار پائے گا۔</w:t>
      </w:r>
    </w:p>
    <w:p>
      <w:r>
        <w:rPr>
          <w:b/>
        </w:rPr>
        <w:t xml:space="preserve">[57:50] </w:t>
      </w:r>
      <w:r>
        <w:t>final final faisla to Allah hi karega, lekin duniya mein hamari jo tareeqa hai, woh yahi hai ke hum poore maano mein complex free ho kar ke sochein ke woh kaam konsa hai jo jo mein bilkul fardis of God mere liye hai, aur phir us pe lag jayein.</w:t>
      </w:r>
    </w:p>
    <w:p>
      <w:pPr>
        <w:jc w:val="right"/>
      </w:pPr>
      <w:r>
        <w:t>فائنل فائنل فیصلہ تو اللہ ہی کرے گا، لیکن دنیا میں ہماری جو طریقہ ہے، وہ یہی ہے کہ ہم پورے معنوں میں کمپلیکس فری ہو کر کے سوچیں کہ وہ کام کونسا ہے جو جو میں بالکل فدس اف گاڈ میرے لیے ہے، اور پھر اس پہ لگ جائیں۔</w:t>
      </w:r>
    </w:p>
    <w:p>
      <w:r>
        <w:rPr>
          <w:b/>
        </w:rPr>
        <w:t xml:space="preserve">[58:12] </w:t>
      </w:r>
      <w:r>
        <w:t>bas yahi yahi mumkin hai.</w:t>
      </w:r>
    </w:p>
    <w:p>
      <w:pPr>
        <w:jc w:val="right"/>
      </w:pPr>
      <w:r>
        <w:t>بس یہی یہی ممکن ہے۔</w:t>
      </w:r>
    </w:p>
    <w:p>
      <w:r>
        <w:rPr>
          <w:b/>
        </w:rPr>
        <w:t xml:space="preserve">[58:22] </w:t>
      </w:r>
      <w:r>
        <w:t>final word hamara ban jaye, yeh to kabhi nahi ho sakta. final word hamesha Allah ka rahega, lekin final thinking to hamari barh sakti hai.</w:t>
      </w:r>
    </w:p>
    <w:p>
      <w:pPr>
        <w:jc w:val="right"/>
      </w:pPr>
      <w:r>
        <w:t>فائنل ورڈ ہمارا بن جائے، یہ تو کبھی نہیں ہو سکتا۔ فائنل ورڈ ہمیشہ اللہ کا رہے گا، لیکن فائنل تھنکنگ تو ہماری بڑھ سکتی ہے۔</w:t>
      </w:r>
    </w:p>
    <w:p>
      <w:r>
        <w:rPr>
          <w:b/>
        </w:rPr>
        <w:t xml:space="preserve">[58:32] </w:t>
      </w:r>
      <w:r>
        <w:t>ek hai final word, woh bilashuba Allah ka rahega, lekin final soch to meri barh sakti hai. main yeh to kar sakta hoon ke main apne aap ko complex free bana kar ke sochein.</w:t>
      </w:r>
    </w:p>
    <w:p>
      <w:pPr>
        <w:jc w:val="right"/>
      </w:pPr>
      <w:r>
        <w:t>ایک ہے فائنل ورڈ، وہ بلاشبہ اللہ کا رہے گا، لیکن فائنل سوچ تو میری بڑھ سکتی ہے۔ میں یہ تو کر سکتا ہوں کہ میں اپنے آپ کو کمپلیکس فری بنا کر کے سوچوں۔</w:t>
      </w:r>
    </w:p>
    <w:p>
      <w:r>
        <w:rPr>
          <w:b/>
        </w:rPr>
        <w:t xml:space="preserve">[58:44] </w:t>
      </w:r>
      <w:r>
        <w:t>yeh to yeh to possible hai.</w:t>
      </w:r>
    </w:p>
    <w:p>
      <w:pPr>
        <w:jc w:val="right"/>
      </w:pPr>
      <w:r>
        <w:t>یہ تو یہ تو پاسیبل ہے۔</w:t>
      </w:r>
    </w:p>
    <w:p>
      <w:r>
        <w:rPr>
          <w:b/>
        </w:rPr>
        <w:t xml:space="preserve">[58:59] </w:t>
      </w:r>
      <w:r>
        <w:t>Maulana, Rai Choor se Zaheeruddin Khwaja sahib ne comment bheja hai, aur unhone likha hai ke Maulana, day before yesterday, there was an iftar party at a bank in Rai Choor.</w:t>
      </w:r>
    </w:p>
    <w:p>
      <w:pPr>
        <w:jc w:val="right"/>
      </w:pPr>
      <w:r>
        <w:t>مولانا، رائے چور سے ظہیر الدین خواجہ صاحب نے کمنٹ بھیجا ہے، اور انہوں نے لکھا ہے کہ مولانا، ڈے بیفور یسٹرڈے، دیر واز ا افطار پارٹی ایٹ ا بینک ان رائے چور۔</w:t>
      </w:r>
    </w:p>
    <w:p>
      <w:r>
        <w:rPr>
          <w:b/>
        </w:rPr>
        <w:t xml:space="preserve">[59:14] </w:t>
      </w:r>
      <w:r>
        <w:t>we went there and distributed Quran and literature to all the bank employees, and they were all very happy to receive the Quran.</w:t>
      </w:r>
    </w:p>
    <w:p>
      <w:pPr>
        <w:jc w:val="right"/>
      </w:pPr>
      <w:r>
        <w:t>وی وینٹ دیر اینڈ ڈسٹریبیوٹڈ قرآن اینڈ لٹریچر ٹو ال دی بینک ایمپلائیز، اینڈ دے وار ال ویری ہیپی ٹو ریسیو دا قرآن۔</w:t>
      </w:r>
    </w:p>
    <w:p>
      <w:r>
        <w:rPr>
          <w:b/>
        </w:rPr>
        <w:t xml:space="preserve">[59:26] </w:t>
      </w:r>
      <w:r>
        <w:t>Masha Allah.</w:t>
      </w:r>
    </w:p>
    <w:p>
      <w:pPr>
        <w:jc w:val="right"/>
      </w:pPr>
      <w:r>
        <w:t>ماشاءاللہ۔</w:t>
      </w:r>
    </w:p>
    <w:p>
      <w:r>
        <w:rPr>
          <w:b/>
        </w:rPr>
        <w:t xml:space="preserve">[59:34] </w:t>
      </w:r>
      <w:r>
        <w:t>Maulana, Naghma Apa ne ek sawal bheja hai, unhone likha hai ke when there are differences between us and other, it is due to Satan's influence.</w:t>
      </w:r>
    </w:p>
    <w:p>
      <w:pPr>
        <w:jc w:val="right"/>
      </w:pPr>
      <w:r>
        <w:t>مولانا، نغمہ آپا نے ایک سوال بھیجا ہے، انہوں نے لکھا ہے کہ وین دیر آر ڈیفرنسز بٹوین اس اینڈ ادر، اٹ از ڈیو ٹو سیٹنز انفلوئنس۔</w:t>
      </w:r>
    </w:p>
    <w:p>
      <w:r>
        <w:rPr>
          <w:b/>
        </w:rPr>
        <w:t xml:space="preserve">[59:48] </w:t>
      </w:r>
      <w:r>
        <w:t>how can we save ourselves from Satan? what is your advice to us? dekhein, Satan se to koi nahi bacha sakta.</w:t>
      </w:r>
    </w:p>
    <w:p>
      <w:pPr>
        <w:jc w:val="right"/>
      </w:pPr>
      <w:r>
        <w:t>ہاؤ کین وی سیو اور سیلف فرام سیٹن؟ واٹ از یور ایڈوائس ٹو اس؟ دیکھیں، سیٹن سے تو کوئی نہیں بچا سکتا۔</w:t>
      </w:r>
    </w:p>
    <w:p>
      <w:r>
        <w:rPr>
          <w:b/>
        </w:rPr>
        <w:t xml:space="preserve">[59:58] </w:t>
      </w:r>
      <w:r>
        <w:t>woh to Rasool Paighambar ke saath bhi hota hai.</w:t>
      </w:r>
    </w:p>
    <w:p>
      <w:pPr>
        <w:jc w:val="right"/>
      </w:pPr>
      <w:r>
        <w:t>وہ تو رسول پیغمبر کے ساتھ بھی ہوتا ہے۔</w:t>
      </w:r>
    </w:p>
    <w:p>
      <w:r>
        <w:rPr>
          <w:b/>
        </w:rPr>
        <w:t xml:space="preserve">[1:00:02] </w:t>
      </w:r>
      <w:r>
        <w:t>isi liye maine jo formula bataya ke is ko, is ko, is ki scrutiny mat kijiye, is ko jaanchiye hi mat ke shikayat sahi hai ya galat, genuine hai ya genuine nahi, kuch nahi, bas ise bari kar dijiye.</w:t>
      </w:r>
    </w:p>
    <w:p>
      <w:pPr>
        <w:jc w:val="right"/>
      </w:pPr>
      <w:r>
        <w:t>اسی لیے میں نے جو فارمولا بتایا کہ اس کو، اس کو، اس کی اسکوٹنی مت کیجئے، اس کو جانچئے ہی مت کہ شکایت صحیح ہے یا غلط، جینون ہے یا جینون نہیں، کچھ نہیں، بس اسے بری کر دیجئے۔</w:t>
      </w:r>
    </w:p>
    <w:p>
      <w:r>
        <w:rPr>
          <w:b/>
        </w:rPr>
        <w:t xml:space="preserve">[1:00:19] </w:t>
      </w:r>
      <w:r>
        <w:t>jaise main ek martaba, pehle zamane ki baat hai, main ek ek gaon mein gaya woh gaon mein ek school tha, woh school mein ek sahib padhate the,</w:t>
      </w:r>
    </w:p>
    <w:p>
      <w:pPr>
        <w:jc w:val="right"/>
      </w:pPr>
      <w:r>
        <w:t>جیسے میں ایک مرتبہ، پہلے زمانے کی بات ہے، میں ایک ایک گاؤں میں گیا۔ وہ گاؤں میں ایک سکول تھا، وہ سکول میں ایک صاحب پڑھاتے تھے،</w:t>
      </w:r>
    </w:p>
    <w:p>
      <w:r>
        <w:rPr>
          <w:b/>
        </w:rPr>
        <w:t xml:space="preserve">[1:00:34] </w:t>
      </w:r>
      <w:r>
        <w:t>to wahan un par ilzaam lagaya gaya tha ke woh gaon ki aik aik larki se unhon ne love affair chala rahe hain, aur is ka sab is mein record hai.</w:t>
      </w:r>
    </w:p>
    <w:p>
      <w:pPr>
        <w:jc w:val="right"/>
      </w:pPr>
      <w:r>
        <w:t>تو وہاں ان پر الزام لگایا گیا تھا کہ وہ گاؤں کی ایک ایک لڑکی سے انہوں نے لو افیئر چلا رہے ہیں، اور اس کا سب اس میں ریکارڈ ہے۔</w:t>
      </w:r>
    </w:p>
    <w:p>
      <w:r>
        <w:rPr>
          <w:b/>
        </w:rPr>
        <w:t xml:space="preserve">[1:00:44] </w:t>
      </w:r>
      <w:r>
        <w:t>is ki book</w:t>
      </w:r>
    </w:p>
    <w:p>
      <w:pPr>
        <w:jc w:val="right"/>
      </w:pPr>
      <w:r>
        <w:t>اس کی بک</w:t>
      </w:r>
    </w:p>
    <w:p>
      <w:r>
        <w:rPr>
          <w:b/>
        </w:rPr>
        <w:t xml:space="preserve">[1:00:45] </w:t>
      </w:r>
      <w:r>
        <w:t>mein mujhe book di gayi, is ko parhiye. yeh sacha sacha qissa hai, bilkul sacha qissa hai. aur is ke baad in ko pakdaya tha, mara tha, kya kya tha?</w:t>
      </w:r>
    </w:p>
    <w:p>
      <w:pPr>
        <w:jc w:val="right"/>
      </w:pPr>
      <w:r>
        <w:t>میں مجھے بک دی گئی، اس کو پڑھیے۔ یہ سچا سچا قصہ ہے، بالکل سچا قصہ ہے۔ اور اس کے بعد ان کو پکڑایا تھا، مارا تھا، کیا کیا تھا؟</w:t>
      </w:r>
    </w:p>
    <w:p>
      <w:r>
        <w:rPr>
          <w:b/>
        </w:rPr>
        <w:t xml:space="preserve">[1:00:56] </w:t>
      </w:r>
      <w:r>
        <w:t>mein ne kya kiya? diya salai mangwai, usi ko jala ke phenk diya, khatam kar diya. mein ne parha hi nahi, is ko khola bhi nahi.</w:t>
      </w:r>
    </w:p>
    <w:p>
      <w:pPr>
        <w:jc w:val="right"/>
      </w:pPr>
      <w:r>
        <w:t>میں نے کیا کیا؟ دیا سلائی منگوائی، اسی کو جلا کے پھینک دیا، ختم کر دیا۔ میں نے پڑھا ہی نہیں، اس کو کھولا بھی نہیں۔</w:t>
      </w:r>
    </w:p>
    <w:p>
      <w:r>
        <w:rPr>
          <w:b/>
        </w:rPr>
        <w:t xml:space="preserve">[1:01:05] </w:t>
      </w:r>
      <w:r>
        <w:t>yeh sacha qissa bata raha hoon aap ko ke is is school master ka, woh school master thay, woh to is par yeh ilzaam tha ke falan larki se love affair chala rahe hain.</w:t>
      </w:r>
    </w:p>
    <w:p>
      <w:pPr>
        <w:jc w:val="right"/>
      </w:pPr>
      <w:r>
        <w:t>یہ سچا قصہ بتا رہا ہوں آپ کو کہ اس اسکول ماسٹر کا، وہ اسکول ماسٹر تھے، وہ تو اس پر یہ الزام تھا کہ فلاں لڑکی سے لو افیئر چلا رہے ہیں۔</w:t>
      </w:r>
    </w:p>
    <w:p>
      <w:r>
        <w:rPr>
          <w:b/>
        </w:rPr>
        <w:t xml:space="preserve">[1:01:17] </w:t>
      </w:r>
      <w:r>
        <w:t>to gaon mein bohat buri cheez hoti hai yeh, aur is ki koi note book pa gaye log, un ko is mein likhte bhi hain. woh</w:t>
      </w:r>
    </w:p>
    <w:p>
      <w:pPr>
        <w:jc w:val="right"/>
      </w:pPr>
      <w:r>
        <w:t>تو گاؤں میں بہت بری چیز ہوتی ہے یہ، اور اس کی کوئی نوٹ بک پا گئے لوگ، ان کو اس میں لکھتے بھی ہیں۔ وہ</w:t>
      </w:r>
    </w:p>
    <w:p>
      <w:r>
        <w:rPr>
          <w:b/>
        </w:rPr>
        <w:t xml:space="preserve">[1:01:29] </w:t>
      </w:r>
      <w:r>
        <w:t>to mein ne kuch is ko jaanch partaal nahi ki. mein ne kaha, diya side lai,</w:t>
      </w:r>
    </w:p>
    <w:p>
      <w:pPr>
        <w:jc w:val="right"/>
      </w:pPr>
      <w:r>
        <w:t>تو میں نے کچھ اس کو جانچ پڑتال نہیں کی۔ میں نے کہا، دیا سائیڈ لائی،</w:t>
      </w:r>
    </w:p>
    <w:p>
      <w:r>
        <w:rPr>
          <w:b/>
        </w:rPr>
        <w:t xml:space="preserve">[1:01:36] </w:t>
      </w:r>
      <w:r>
        <w:t>diya side lai, usi waqt foran ke foran mein jala ke khatam kar diya is ko. to aap complaint ki koi jaanch partaal na kijiye ke genuine hai ke genuine nahi hai, kuch nahi, bas khatam.</w:t>
      </w:r>
    </w:p>
    <w:p>
      <w:pPr>
        <w:jc w:val="right"/>
      </w:pPr>
      <w:r>
        <w:t>دیا سائیڈ لائی، اسی وقت فوراً کے فوراً میں جلا کے ختم کر دیا اس کو۔ تو آپ کمپلینٹ کی کوئی جانچ پڑتال نہ کیجئے کہ جینون ہے کہ جینون نہیں ہے، کچھ نہیں، بس ختم۔</w:t>
      </w:r>
    </w:p>
    <w:p>
      <w:r>
        <w:rPr>
          <w:b/>
        </w:rPr>
        <w:t xml:space="preserve">[1:01:48] </w:t>
      </w:r>
      <w:r>
        <w:t>yehi aik hi hal hai, warna Satan to lazman daalega aap ke dil mein negative baatein, zaroor daalega. yeh impossible hai ke negative baatein na daale.</w:t>
      </w:r>
    </w:p>
    <w:p>
      <w:pPr>
        <w:jc w:val="right"/>
      </w:pPr>
      <w:r>
        <w:t>یہی ایک ہی حل ہے، ورنہ سیٹن تو لازماً ڈالے گا آپ کے دل میں نیگیٹیو باتیں، ضرور ڈالے گا۔ یہ امپاسیبل ہے کہ نیگیٹیو باتیں نہ ڈالے۔</w:t>
      </w:r>
    </w:p>
    <w:p>
      <w:r>
        <w:rPr>
          <w:b/>
        </w:rPr>
        <w:t xml:space="preserve">[1:02:00] </w:t>
      </w:r>
      <w:r>
        <w:t>paighambar ke sath bhi Shaitan laga</w:t>
      </w:r>
    </w:p>
    <w:p>
      <w:pPr>
        <w:jc w:val="right"/>
      </w:pPr>
      <w:r>
        <w:t>پیغمبر کے ساتھ بھی شیطان لگا</w:t>
      </w:r>
    </w:p>
    <w:p>
      <w:r>
        <w:rPr>
          <w:b/>
        </w:rPr>
        <w:t xml:space="preserve">[1:02:02] </w:t>
      </w:r>
      <w:r>
        <w:t>rehta hai. naqeed Shaitan fa'il qareen, paighambar ke liye lafz hai. naqeed Shaitan fa'il qareen. to behrhaal, yeh bohat dinon ke tajrube ke baad mein yeh baat keh raha hoon ke complaint ki kabhi jaanch partaal mat kijiye.</w:t>
      </w:r>
    </w:p>
    <w:p>
      <w:pPr>
        <w:jc w:val="right"/>
      </w:pPr>
      <w:r>
        <w:t>رہتا ہے۔ نقید شیطان فاعل قرین، پیغمبر کے لیے لفظ ہے۔ نقید شیطان فاعل قرین۔ تو بہرحال، یہ بہت دنوں کے تجربے کے بعد میں یہ بات کہہ رہا ہوں کہ کمپلینٹ کی کبھی جانچ پڑتال مت کیجئے۔</w:t>
      </w:r>
    </w:p>
    <w:p>
      <w:r>
        <w:rPr>
          <w:b/>
        </w:rPr>
        <w:t xml:space="preserve">[1:02:20] </w:t>
      </w:r>
      <w:r>
        <w:t>yeh genuine hai ke genuine nahi, us waqt is ko sochiye, kuch bhi nahi, koi scrutiny nahi.</w:t>
      </w:r>
    </w:p>
    <w:p>
      <w:pPr>
        <w:jc w:val="right"/>
      </w:pPr>
      <w:r>
        <w:t>یہ جینون ہے کہ جینون نہیں، اس وقت اس کو سوچیے، کچھ بھی نہیں، کوئی اسکوٹنی نہیں۔</w:t>
      </w:r>
    </w:p>
    <w:p>
      <w:r>
        <w:rPr>
          <w:b/>
        </w:rPr>
        <w:t xml:space="preserve">[1:02:28] </w:t>
      </w:r>
      <w:r>
        <w:t>jin ko hamare gaon mein kehte hain, poochh puchhaar, yaani poochh gachh mat kijiye. bas usi waqt din andar is ko kal kal ke khatam kar dijiye, matlab is ko bhula dijiye.</w:t>
      </w:r>
    </w:p>
    <w:p>
      <w:pPr>
        <w:jc w:val="right"/>
      </w:pPr>
      <w:r>
        <w:t>جن کو ہمارے گاؤں میں کہتے ہیں، پوچھ پچھار، یعنی پوچھ گچھ مت کیجئے۔ بس اسی وقت دن اندر اس کو کل کل کے ختم کر دیجئے، مطلب اس کو بھلا دیجئے۔</w:t>
      </w:r>
    </w:p>
    <w:p>
      <w:r>
        <w:rPr>
          <w:b/>
        </w:rPr>
        <w:t xml:space="preserve">[1:02:42] </w:t>
      </w:r>
      <w:r>
        <w:t>bas koi hal is ko, is ke sath koi hal nahi, matlab kaho Allah ke hawale kar dijiye. bas Allah, Allah jaane. ki sahib, yeh theek hai yeh baat?</w:t>
      </w:r>
    </w:p>
    <w:p>
      <w:pPr>
        <w:jc w:val="right"/>
      </w:pPr>
      <w:r>
        <w:t>بس کوئی حل اس کو، اس کے ساتھ کوئی حل نہیں، مطلب کہو اللہ کے حوالے کر دیجئے۔ بس اللہ، اللہ جانے۔ کی صاحب، یہ ٹھیک ہے یہ بات؟</w:t>
      </w:r>
    </w:p>
    <w:p>
      <w:r>
        <w:rPr>
          <w:b/>
        </w:rPr>
        <w:t xml:space="preserve">[1:02:53] </w:t>
      </w:r>
      <w:r>
        <w:t>ji, kaha repeat kijiye aap.</w:t>
      </w:r>
    </w:p>
    <w:p>
      <w:pPr>
        <w:jc w:val="right"/>
      </w:pPr>
      <w:r>
        <w:t>جی، کہا ریپیٹ کیجئے آپ۔</w:t>
      </w:r>
    </w:p>
    <w:p>
      <w:r>
        <w:rPr>
          <w:b/>
        </w:rPr>
        <w:t xml:space="preserve">[1:02:57] </w:t>
      </w:r>
      <w:r>
        <w:t>maulana, yours you the formula that you have given to all of us is that, do not investigate the complaint, bury it immediately without any investigation.</w:t>
      </w:r>
    </w:p>
    <w:p>
      <w:pPr>
        <w:jc w:val="right"/>
      </w:pPr>
      <w:r>
        <w:t>اہ مولانا، یورز یو دا فارمولا دیٹ یو ہیو گیون ٹو ال اف اس از دیٹ، ڈو ناٹ انویسٹیگیٹ دا کمپلینٹ، بری اٹ امیڈیٹلی ودا آؤٹ اینی انویسٹیگیشن۔</w:t>
      </w:r>
    </w:p>
    <w:p>
      <w:r>
        <w:rPr>
          <w:b/>
        </w:rPr>
        <w:t xml:space="preserve">[1:03:09] </w:t>
      </w:r>
      <w:r>
        <w:t>haan, investigation ka lafz bohat sahi hai. investigation kiya hi mat kijiye, yeh genuine hai ke genuine nahi hai, kuch investigate mat kijiye, bas is ko bury kar dijiye bila bila investigation ke.</w:t>
      </w:r>
    </w:p>
    <w:p>
      <w:pPr>
        <w:jc w:val="right"/>
      </w:pPr>
      <w:r>
        <w:t>ہاں، انویسٹیگیشن کا لفظ بہت صحیح ہے۔ انویسٹیگیشن کیا ہی مت کیجئے، یہ جینون ہے کہ جینون نہیں ہے، کچھ انویسٹیگیٹ مت کیجئے، بس اس کو بری کر دیجئے بلا بلا انویسٹیگیشن کے۔</w:t>
      </w:r>
    </w:p>
    <w:p>
      <w:r>
        <w:rPr>
          <w:b/>
        </w:rPr>
        <w:t xml:space="preserve">[1:03:25] </w:t>
      </w:r>
      <w:r>
        <w:t>bas aur koi is ka hal hi nahi. mein bohat is par, bohat barson tak mein ne socha hai is pe, kyunke mera tajruba hai ke kabhi khatam nahi hoti.</w:t>
      </w:r>
    </w:p>
    <w:p>
      <w:pPr>
        <w:jc w:val="right"/>
      </w:pPr>
      <w:r>
        <w:t>بس اور کوئی اس کا حل ہی نہیں۔ میں بہت اس پر، بہت برسوں تک میں نے سوچا ہے اس پہ، کیونکہ میرا تجربہ ہے کہ کبھی ختم نہیں ہوتی۔</w:t>
      </w:r>
    </w:p>
    <w:p>
      <w:r>
        <w:rPr>
          <w:b/>
        </w:rPr>
        <w:t xml:space="preserve">[1:03:33] </w:t>
      </w:r>
      <w:r>
        <w:t>agar aap poochh gachh karein ge, poochh gachh, woh kuch kahega, aap kuch kahein ge, woh kuch kahega, aap kuch kahein ge, bas chalti rahe gi. bas to lajil Allah banane ke liye is ko bury kar dijiye.</w:t>
      </w:r>
    </w:p>
    <w:p>
      <w:pPr>
        <w:jc w:val="right"/>
      </w:pPr>
      <w:r>
        <w:t>اگر آپ پوچھ گچھ کریں گے، پوچھ گچھ، وہ کچھ کہے گا، آپ کچھ کہیں گے، وہ کچھ کہے گا، آپ کچھ کہیں گے، بس چلتی رہے گی۔ بس تو لاجل اللہ بنانے کے لیے اس کو بری کر دیجئے۔</w:t>
      </w:r>
    </w:p>
    <w:p>
      <w:r>
        <w:rPr>
          <w:b/>
        </w:rPr>
        <w:t xml:space="preserve">[1:03:52] </w:t>
      </w:r>
      <w:r>
        <w:t>ah</w:t>
      </w:r>
    </w:p>
    <w:p>
      <w:pPr>
        <w:jc w:val="right"/>
      </w:pPr>
      <w:r>
        <w:t>اہ</w:t>
      </w:r>
    </w:p>
    <w:p>
      <w:r>
        <w:rPr>
          <w:b/>
        </w:rPr>
        <w:t xml:space="preserve">[1:03:53] </w:t>
      </w:r>
      <w:r>
        <w:t>maulana, agla comment Maulana Iqbal Umri ne bheja hai Chennai se, aur unhon ne likha hai ke Maulana, saare Ramzan mein electronic media par sirf Al Risala Mission hi dua aur dawat kar raha hai,</w:t>
      </w:r>
    </w:p>
    <w:p>
      <w:pPr>
        <w:jc w:val="right"/>
      </w:pPr>
      <w:r>
        <w:t>مولانا، اگلا کمنٹ مولانا اقبال عمری نے بھیجا ہے چنئی سے، اور انہوں نے لکھا ہے کہ مولانا، سارے رمضان میں الیکٹرانک میڈیا پر صرف الرسالہ مشن ہی دعا اور دعوت کر رہا ہے،</w:t>
      </w:r>
    </w:p>
    <w:p>
      <w:r>
        <w:rPr>
          <w:b/>
        </w:rPr>
        <w:t xml:space="preserve">[1:04:10] </w:t>
      </w:r>
      <w:r>
        <w:t>baqi saare log masjidon mein bad duaen aur WhatsApp aur media mein dawat ki baatein kar rahe hain. yeh Allah ka bohat bara fazal hai.</w:t>
      </w:r>
    </w:p>
    <w:p>
      <w:pPr>
        <w:jc w:val="right"/>
      </w:pPr>
      <w:r>
        <w:t>باقی سارے لوگ مسجدوں میں بد دعائیں اور واٹس ایپ اور میڈیا میں ادعوت کی باتیں کر رہے ہیں۔ یہ اللہ کا بہت بڑا فضل ہے۔</w:t>
      </w:r>
    </w:p>
    <w:p>
      <w:r>
        <w:rPr>
          <w:b/>
        </w:rPr>
        <w:t xml:space="preserve">[1:04:22] </w:t>
      </w:r>
      <w:r>
        <w:t>haan, dekhein aik baat mein arz karoon, Delhi ke Urdu akhbar mein abhi chand din pehle aik bara sa elaan chhaapa,</w:t>
      </w:r>
    </w:p>
    <w:p>
      <w:pPr>
        <w:jc w:val="right"/>
      </w:pPr>
      <w:r>
        <w:t>ہاں، دیکھیں ایک بات میں عرض کروں، دلی کے اردو اخبار میں ابھی چند دن پہلے ایک بڑا سا اعلان چھپا،</w:t>
      </w:r>
    </w:p>
    <w:p>
      <w:r>
        <w:rPr>
          <w:b/>
        </w:rPr>
        <w:t xml:space="preserve">[1:04:37] </w:t>
      </w:r>
      <w:r>
        <w:t>aur is mein elaan tha ke falan falan ulama ne yeh in ka fatwa diya hai ke mutawall masjidon mein qurb dua Qunoot-e-Nazila padhein.</w:t>
      </w:r>
    </w:p>
    <w:p>
      <w:pPr>
        <w:jc w:val="right"/>
      </w:pPr>
      <w:r>
        <w:t>اور اس میں اعلان تھا کہ فلاں فلاں علماء نے یہ ان کا فتوی دیا ہے کہ متوال مسجدوں میں قرب دعا قنوت نازلہ پڑھیں۔</w:t>
      </w:r>
    </w:p>
    <w:p>
      <w:r>
        <w:rPr>
          <w:b/>
        </w:rPr>
        <w:t xml:space="preserve">[1:04:49] </w:t>
      </w:r>
      <w:r>
        <w:t>qurb Nazila ka matlab hota hai bad dua,</w:t>
      </w:r>
    </w:p>
    <w:p>
      <w:pPr>
        <w:jc w:val="right"/>
      </w:pPr>
      <w:r>
        <w:t>قرب تنازلہ کا مطلب ہوتا ہے بد دعا،</w:t>
      </w:r>
    </w:p>
    <w:p>
      <w:r>
        <w:rPr>
          <w:b/>
        </w:rPr>
        <w:t xml:space="preserve">[1:04:53] </w:t>
      </w:r>
      <w:r>
        <w:t>yeh un ki israel ke khilaf. achha, is mein likha tha unhon ne ke rasool Allah se bad dua sabit hai, aur likha tha ke madine mein ek waqea hua tha, beer ma'unah is kehte hain is ko, is mein logon ne kai sahaba ko qatl kar diya tha.</w:t>
      </w:r>
    </w:p>
    <w:p>
      <w:pPr>
        <w:jc w:val="right"/>
      </w:pPr>
      <w:r>
        <w:t>یہ ان کی اسرائیل کے خلاف۔ اچھا، اس میں لکھا تھا انہوں نے کہ رسول اللہ سے بد دعا ثابت ہے، اور لکھا تھا کہ مدینے میں ایک واقعہ ہوا تھا، بیر معونہ اس کہتے ہیں اس کو، اس میں لوگوں نے کئی صحابہ کو قتل کر دیا تھا۔</w:t>
      </w:r>
    </w:p>
    <w:p>
      <w:r>
        <w:rPr>
          <w:b/>
        </w:rPr>
        <w:t xml:space="preserve">[1:05:14] </w:t>
      </w:r>
      <w:r>
        <w:t>to yeh yeh kitab mein aata hai ke rasool Allah ne bad dua ki un ke liye, yeh yeh yeh naqal kar diya</w:t>
      </w:r>
    </w:p>
    <w:p>
      <w:pPr>
        <w:jc w:val="right"/>
      </w:pPr>
      <w:r>
        <w:t>تو یہ یہ کتاب میں آتا ہے کہ رسول اللہ نے بد دعا کی ان کے لیے، یہ یہ یہ نقل کر دیا</w:t>
      </w:r>
    </w:p>
    <w:p>
      <w:r>
        <w:rPr>
          <w:b/>
        </w:rPr>
        <w:t xml:space="preserve">[1:05:22] </w:t>
      </w:r>
      <w:r>
        <w:t>unhon ne, lekin yeh adha adha adha tha. woh yeh ulma kya kya karte hain, is ko batata hoon aap ko. ulma ulma ne fatwa diya hai ke rasool Allah ne bad dua ki thi beer ma'unah ke baad,</w:t>
      </w:r>
    </w:p>
    <w:p>
      <w:pPr>
        <w:jc w:val="right"/>
      </w:pPr>
      <w:r>
        <w:t>انہوں نے، لیکن یہ ادھا ادھا ادھا تھا۔ وہ یہ علماء کیا کیا کرتے ہیں، اس کو بتاتا ہوں آپ کو۔ علماء علماء نے فتوی دیا ہے کہ رسول اللہ نے بد دعا کی تھی بیر معونہ کے بعد،</w:t>
      </w:r>
    </w:p>
    <w:p>
      <w:r>
        <w:rPr>
          <w:b/>
        </w:rPr>
        <w:t xml:space="preserve">[1:05:35] </w:t>
      </w:r>
      <w:r>
        <w:t>to woh sawar bad dua karen. yeh akhbar mein paas rakha hua hai, lekin yeh bilkul galat baat hai. yahan tak to sahi hai ke beer ma'unah ke waqeye mein</w:t>
      </w:r>
    </w:p>
    <w:p>
      <w:pPr>
        <w:jc w:val="right"/>
      </w:pPr>
      <w:r>
        <w:t>تو وہ سوار بد دعا کریں۔ یہ اخبار میں پاس رکھا ہوا ہے، لیکن یہ بالکل غلط بات ہے۔ یہاں تک تو صحیح ہے کہ بیر معونہ کے واقعے میں</w:t>
      </w:r>
    </w:p>
    <w:p>
      <w:r>
        <w:rPr>
          <w:b/>
        </w:rPr>
        <w:t xml:space="preserve">[1:05:49] </w:t>
      </w:r>
      <w:r>
        <w:t>beer kehte hain kunwan, well to ek kunwan tha madine mein jis ka naam tha beer ma'unah. to wahan par koi jhagda hua tha, aur unhon ne kuch sahaba ko shaheed kar diya tha.</w:t>
      </w:r>
    </w:p>
    <w:p>
      <w:pPr>
        <w:jc w:val="right"/>
      </w:pPr>
      <w:r>
        <w:t>بیر کہتے ہیں کنواں، ویل تو ایک کنواں تھا مدینے میں جس کا نام تھا بیر معونہ۔ تو وہاں پر کوئی جھگڑا ہوا تھا، اور انہوں نے کچھ صحابہ کو شہید کر دیا تھا۔</w:t>
      </w:r>
    </w:p>
    <w:p>
      <w:r>
        <w:rPr>
          <w:b/>
        </w:rPr>
        <w:t xml:space="preserve">[1:06:02] </w:t>
      </w:r>
      <w:r>
        <w:t>to rasool Allah ki zuban se bad dua nikal gayi, lekin isi hi riwayat mein, isi hadith mein maujood hai ke jibril aaye foran,</w:t>
      </w:r>
    </w:p>
    <w:p>
      <w:pPr>
        <w:jc w:val="right"/>
      </w:pPr>
      <w:r>
        <w:t>تو رسول اللہ کی زبان سے بد دعا نکل گئی، لیکن اسی ہی روایت میں، اسی حدیث میں موجود ہے کہ جبرائیل آئے فوراً،</w:t>
      </w:r>
    </w:p>
    <w:p>
      <w:r>
        <w:rPr>
          <w:b/>
        </w:rPr>
        <w:t xml:space="preserve">[1:06:15] </w:t>
      </w:r>
      <w:r>
        <w:t>aur unhon ne kaha ke aap ko bad dua ka haq nahi hai.</w:t>
      </w:r>
    </w:p>
    <w:p>
      <w:pPr>
        <w:jc w:val="right"/>
      </w:pPr>
      <w:r>
        <w:t>اور انہوں نے کہا کہ آپ کو بد دعا کا حق نہیں ہے۔</w:t>
      </w:r>
    </w:p>
    <w:p>
      <w:r>
        <w:rPr>
          <w:b/>
        </w:rPr>
        <w:t xml:space="preserve">[1:06:19] </w:t>
      </w:r>
      <w:r>
        <w:t>laisa min rami say,</w:t>
      </w:r>
    </w:p>
    <w:p>
      <w:pPr>
        <w:jc w:val="right"/>
      </w:pPr>
      <w:r>
        <w:t>لیس من رمی سے،</w:t>
      </w:r>
    </w:p>
    <w:p>
      <w:r>
        <w:rPr>
          <w:b/>
        </w:rPr>
        <w:t xml:space="preserve">[1:06:24] </w:t>
      </w:r>
      <w:r>
        <w:t>is ke baad kitne zulm hue, kitne zulm hue, kitne zulm hue. is waqeye ke baad rasool Allah ne kai bad dua nahi ki,</w:t>
      </w:r>
    </w:p>
    <w:p>
      <w:pPr>
        <w:jc w:val="right"/>
      </w:pPr>
      <w:r>
        <w:t>اس کے بعد کتنے ظلم ہوئے، کتنے ظلم ہوئے، کتنے ظلم ہوئے۔ اس واقعے کے بعد رسول اللہ نے کئی بد دعا نہیں کی،</w:t>
      </w:r>
    </w:p>
    <w:p>
      <w:r>
        <w:rPr>
          <w:b/>
        </w:rPr>
        <w:t xml:space="preserve">[1:06:34] </w:t>
      </w:r>
      <w:r>
        <w:t>yani is se zyada waqea hua tha uhud mein ke 70 sahaba ko unhon ne mar dala, shaheed kar diya, khud rasool Allah ke daant toot gaye. rasool Allah ne bad dua nahi ki,</w:t>
      </w:r>
    </w:p>
    <w:p>
      <w:pPr>
        <w:jc w:val="right"/>
      </w:pPr>
      <w:r>
        <w:t>یعنی اس سے زیادہ واقعہ ہوا تھا احد میں کہ 70 صحابہ کو انہوں نے مار ڈالا، شہید کر دیا، خود رسول اللہ کے دانت ٹوٹ گئے۔ رسول اللہ نے بد دعا نہیں کی،</w:t>
      </w:r>
    </w:p>
    <w:p>
      <w:r>
        <w:rPr>
          <w:b/>
        </w:rPr>
        <w:t xml:space="preserve">[1:06:44] </w:t>
      </w:r>
      <w:r>
        <w:t>yani beer ma'unah se sainkaron guna zyada bada waqea hua uhud ki shakal mein, jabke unhon ne 70 sahaba ko shaheed kiya.</w:t>
      </w:r>
    </w:p>
    <w:p>
      <w:pPr>
        <w:jc w:val="right"/>
      </w:pPr>
      <w:r>
        <w:t>یعنی بیر معونہ سے سینکڑوں گنا زیادہ بڑا واقعہ ہوا احد کی شکل میں، جبکہ انہوں نے 70 صحابہ کو شہید کیا۔</w:t>
      </w:r>
    </w:p>
    <w:p>
      <w:r>
        <w:rPr>
          <w:b/>
        </w:rPr>
        <w:t xml:space="preserve">[1:06:55] </w:t>
      </w:r>
      <w:r>
        <w:t>aur aap jante hain ke uhud ki ladai kahan hui thi? woh madine ki sarhad par hui thi,</w:t>
      </w:r>
    </w:p>
    <w:p>
      <w:pPr>
        <w:jc w:val="right"/>
      </w:pPr>
      <w:r>
        <w:t>اور آپ جانتے ہیں کہ احد کی لڑائی کہاں ہوئی تھی؟ وہ مدینے کی سرحد پر ہوئی تھی،</w:t>
      </w:r>
    </w:p>
    <w:p>
      <w:r>
        <w:rPr>
          <w:b/>
        </w:rPr>
        <w:t xml:space="preserve">[1:07:02] </w:t>
      </w:r>
      <w:r>
        <w:t>makkah ki sarhad par nahi. yani musalman yahan se march kar ke nahi gaye the madine se makkah, wahan lade the. nahi, woh log aaye madine ki sarhad par ladai ladi unhon ne, lekin rasool Allah ne bad dua nahi ki, kyunke chhod chuke the aap.</w:t>
      </w:r>
    </w:p>
    <w:p>
      <w:pPr>
        <w:jc w:val="right"/>
      </w:pPr>
      <w:r>
        <w:t>مکہ کی سرحد پر نہیں۔ یعنی مسلمان یہاں سے مارچ کر کے نہیں گئے تھے مدینہ سے مکہ، وہاں لڑے تھے۔ نہیں، وہ لوگ آئے مدینے کی سرحد پر لڑائی لڑی انہوں نے، لیکن رسول اللہ نے بد دعا نہیں کی، کیونکہ چھوڑ چکے تھے آپ۔</w:t>
      </w:r>
    </w:p>
    <w:p>
      <w:r>
        <w:rPr>
          <w:b/>
        </w:rPr>
        <w:t xml:space="preserve">[1:07:19] </w:t>
      </w:r>
      <w:r>
        <w:t>to kitni zyada galat baat hai ke rasool ka hawale se aisi baat kahi jaye jo rasool Allah ne nahi ki. mere paas akhbar maujood hai, koi kisi ko shak ho to aa kar dekh lein, mere paas</w:t>
      </w:r>
    </w:p>
    <w:p>
      <w:pPr>
        <w:jc w:val="right"/>
      </w:pPr>
      <w:r>
        <w:t>تو کتنی زیادہ غلط بات ہے کہ رسول کا حوالہ سے ایسی بات کہی جائے جو رسول اللہ نے نہیں کی۔ میرے پاس اخبار موجود ہے، کوئی کسی کو شک ہو تو آ کر دیکھ لیں، میرے پاس</w:t>
      </w:r>
    </w:p>
    <w:p>
      <w:r>
        <w:rPr>
          <w:b/>
        </w:rPr>
        <w:t xml:space="preserve">[1:07:31] </w:t>
      </w:r>
      <w:r>
        <w:t>mein aap se maujood hai, yeh akhbar mere paas hai. itni galat rehnumai karte the, mis lead karte hain yeh log, mis lead karte hain.</w:t>
      </w:r>
    </w:p>
    <w:p>
      <w:pPr>
        <w:jc w:val="right"/>
      </w:pPr>
      <w:r>
        <w:t>میں آپ سے موجود ہے، یہ اخبار میرے پاس ہے۔ اتنی غلط رہنمائی کرتے تھے، مس لیڈ کرتے ہیں یہ لوگ، مس لیڈ کرتے ہیں۔</w:t>
      </w:r>
    </w:p>
    <w:p>
      <w:r>
        <w:rPr>
          <w:b/>
        </w:rPr>
        <w:t xml:space="preserve">[1:07:42] </w:t>
      </w:r>
      <w:r>
        <w:t>ab yahi baat clear hui. jis bataye us ko, jis kiya</w:t>
      </w:r>
    </w:p>
    <w:p>
      <w:pPr>
        <w:jc w:val="right"/>
      </w:pPr>
      <w:r>
        <w:t>اب یہی بات کلیئر ہوئی۔ جس بتائے اس کو، جس کیا</w:t>
      </w:r>
    </w:p>
    <w:p>
      <w:r>
        <w:rPr>
          <w:b/>
        </w:rPr>
        <w:t xml:space="preserve">[1:07:51] </w:t>
      </w:r>
      <w:r>
        <w:t>maulana. ah, you mentioned about an advertisement recently in one of the urdu paper, where the advertisement said that because of the atrocities that is being done in israel, so they called upon every muslim to do bad dua for them, and they cited bad dua, bad dua</w:t>
      </w:r>
    </w:p>
    <w:p>
      <w:pPr>
        <w:jc w:val="right"/>
      </w:pPr>
      <w:r>
        <w:t>مولانا۔ اہ، یو مینشنڈ اباؤٹ این ایڈورٹائزمنٹ ریسنٹلی ان ون اف دا اردو پیپر، ویئر دی ایڈورٹائزمنٹ سیڈ دیٹ بیکاز اف دی ایٹروسٹیز دیٹ از بینگ ڈن ان اسرائیل، سو دے کالڈ اپون ایوری مسلم ٹو ڈو بد دعا فار دیم، اینڈ دے سائیٹڈ بد دعا، بد دع</w:t>
      </w:r>
    </w:p>
    <w:p>
      <w:r>
        <w:rPr>
          <w:b/>
        </w:rPr>
        <w:t xml:space="preserve">[1:08:14] </w:t>
      </w:r>
      <w:r>
        <w:t>a, and they cited the ah incident from prophet's life, that ah once there was a companion who was ah killed.</w:t>
      </w:r>
    </w:p>
    <w:p>
      <w:pPr>
        <w:jc w:val="right"/>
      </w:pPr>
      <w:r>
        <w:t>ا، اینڈ دے سائیٹڈ دی اہ انسیڈنٹ فرام پرافٹس لائف، دیٹ اہ ونس دیر واز ا کمپینین ہو واز اہ کلڈ۔</w:t>
      </w:r>
    </w:p>
    <w:p>
      <w:r>
        <w:rPr>
          <w:b/>
        </w:rPr>
        <w:t xml:space="preserve">[1:08:26] </w:t>
      </w:r>
      <w:r>
        <w:t>some companion, some companions were killed, and so prophet did bad dua for ah for jews.</w:t>
      </w:r>
    </w:p>
    <w:p>
      <w:pPr>
        <w:jc w:val="right"/>
      </w:pPr>
      <w:r>
        <w:t>سم کمپینین، سم کمپینینز وار کلڈ، اینڈ سو پرافٹ ڈیڈ بد دعا فار اہ فار جیوس۔</w:t>
      </w:r>
    </w:p>
    <w:p>
      <w:r>
        <w:rPr>
          <w:b/>
        </w:rPr>
        <w:t xml:space="preserve">[1:08:35] </w:t>
      </w:r>
      <w:r>
        <w:t>ah, but you said that this is half story which the ulama are conveying to pe</w:t>
      </w:r>
    </w:p>
    <w:p>
      <w:pPr>
        <w:jc w:val="right"/>
      </w:pPr>
      <w:r>
        <w:t>اہ، بٹ یو سیڈ دیٹ دس از ہاف سٹوری وچ دی علماء ار کنوینگ ٹو پی</w:t>
      </w:r>
    </w:p>
    <w:p>
      <w:r>
        <w:rPr>
          <w:b/>
        </w:rPr>
        <w:t xml:space="preserve">[1:08:42] </w:t>
      </w:r>
      <w:r>
        <w:t>ple. the real story is that at that point of time, ah gabriel came down, and he told prophet of islam that he is not allowed to do bad dua.</w:t>
      </w:r>
    </w:p>
    <w:p>
      <w:pPr>
        <w:jc w:val="right"/>
      </w:pPr>
      <w:r>
        <w:t>پل۔ دی ریل سٹوری از دیٹ ایٹ دیٹ پوائنٹ اف ٹائم، اہ گیبریل کیم ڈاؤن، اینڈ ہی ٹولڈ پرافٹ اف اسلام دیٹ ہی از ناٹ الاؤڈ ٹو ڈو بد دعا۔</w:t>
      </w:r>
    </w:p>
    <w:p>
      <w:r>
        <w:rPr>
          <w:b/>
        </w:rPr>
        <w:t xml:space="preserve">[1:08:53] </w:t>
      </w:r>
      <w:r>
        <w:t>so ah, so you you are saying that ulama do not convey the full thing, and doing bad dua is not right, as we can see from prophet.</w:t>
      </w:r>
    </w:p>
    <w:p>
      <w:pPr>
        <w:jc w:val="right"/>
      </w:pPr>
      <w:r>
        <w:t>سو اہ، سو یو یو ار سینگ دیٹ علماء ڈو ناٹ کنوے دا فل تھنگ، اینڈ ڈوئنگ بد دعا از ناٹ رائٹ، ایز وی کین سی فرام پرافٹ۔</w:t>
      </w:r>
    </w:p>
    <w:p>
      <w:r>
        <w:rPr>
          <w:b/>
        </w:rPr>
        <w:t xml:space="preserve">[1:09:06] </w:t>
      </w:r>
      <w:r>
        <w:t>jo rasool Allah ne chhod diya tha us ko qata karne ke liye, aur yeh sari dunya mein ho raha hai.</w:t>
      </w:r>
    </w:p>
    <w:p>
      <w:pPr>
        <w:jc w:val="right"/>
      </w:pPr>
      <w:r>
        <w:t>جو رسول اللہ نے چھوڑ دیا تھا اس کو قطع کرنے کے لیے، اور یہ ساری دنیا میں ہو رہا ہے۔</w:t>
      </w:r>
    </w:p>
    <w:p>
      <w:r>
        <w:rPr>
          <w:b/>
        </w:rPr>
        <w:t xml:space="preserve">[1:09:11] </w:t>
      </w:r>
      <w:r>
        <w:t>america mein jayein to wahan bhi masjidon mein qunoot-e-nazla padhi ja rahi hai. qunoot-e-nazla ka tareeqa hai ke fajar ki namaz ke baad imam jo hai padhta hai, wohi: Allah malakum, Allah mudabbir diyarahem, Allah mushatt shammarahem.</w:t>
      </w:r>
    </w:p>
    <w:p>
      <w:pPr>
        <w:jc w:val="right"/>
      </w:pPr>
      <w:r>
        <w:t>امریکہ میں جائیں تو وہاں بھی مسجدوں میں قنوت نازلہ پڑھی جا رہی ہے۔ قنوت نازلہ کا طریقہ ہے کہ فجر کی نماز کے بعد امام جو ہے پڑھتا ہے، وہی: اللہ مالکم، اللہ مدبر دیارہم، اللہ مشط شمرہم۔</w:t>
      </w:r>
    </w:p>
    <w:p>
      <w:r>
        <w:rPr>
          <w:b/>
        </w:rPr>
        <w:t xml:space="preserve">[1:09:27] </w:t>
      </w:r>
      <w:r>
        <w:t>kis qadar yeh nahi galat baat hai ke jo kaam rasool Allah ne nahi kiya, woh us ko musalman kar rahe hain. yahan se le kar america tak, har jagah, arab jaiye, arab mein,</w:t>
      </w:r>
    </w:p>
    <w:p>
      <w:pPr>
        <w:jc w:val="right"/>
      </w:pPr>
      <w:r>
        <w:t>کس قدر یہ نہیں غلط بات ہے کہ جو کام رسول اللہ نے نہیں کیا، وہ اس کو مسلمان کر رہے ہیں۔ یہاں سے لے کر امریکہ تک، ہر جگہ، عرب جائیے، عرب میں،</w:t>
      </w:r>
    </w:p>
    <w:p>
      <w:r>
        <w:rPr>
          <w:b/>
        </w:rPr>
        <w:t xml:space="preserve">[1:09:39] </w:t>
      </w:r>
      <w:r>
        <w:t>india mein, pakistan mein, arab mein, europe mein, america mein, har jagah musalman fajar ki namaz ke baad qunoot-e-nazila parhte hain, yani bad dua.</w:t>
      </w:r>
    </w:p>
    <w:p>
      <w:pPr>
        <w:jc w:val="right"/>
      </w:pPr>
      <w:r>
        <w:t>انڈیا میں، پاکستان میں، عرب میں، یورپ میں، امریکہ میں، ہر جگہ مسلمان فجر کی نماز کے بعد قنوت نازلہ پڑھتے ہیں، یعنی بد دعا۔</w:t>
      </w:r>
    </w:p>
    <w:p>
      <w:r>
        <w:rPr>
          <w:b/>
        </w:rPr>
        <w:t xml:space="preserve">[1:09:48] </w:t>
      </w:r>
      <w:r>
        <w:t>yeh bilkul galat hai. yeh toh keh</w:t>
      </w:r>
    </w:p>
    <w:p>
      <w:pPr>
        <w:jc w:val="right"/>
      </w:pPr>
      <w:r>
        <w:t>یہ بالکل غلط ہے۔ یہ تو کہ</w:t>
      </w:r>
    </w:p>
    <w:p>
      <w:r>
        <w:rPr>
          <w:b/>
        </w:rPr>
        <w:t xml:space="preserve">[1:09:51] </w:t>
      </w:r>
      <w:r>
        <w:t>a Maulana, woh apa ah bata rahi hain ke kal jab woh jahan pe participate karne gayi theen, aur apa spoke about Islam, ah toh wahan pe ek question put up kiya gaya tha apa ko: that you are saying that what Muslims are doing is misinterpretation, the political interpretation that they are doing, and you are giving a different interpretation.</w:t>
      </w:r>
    </w:p>
    <w:p>
      <w:pPr>
        <w:jc w:val="right"/>
      </w:pPr>
      <w:r>
        <w:t>ا مولانا، وہ آپا اہ بتا رہی ہیں کہ کل جب وہ جہاں پہ پارٹیسپیٹ کرنے گئی تھیں، اور آپا سپوک اباؤٹ اسلام، اہ تو وہاں پہ ایک کوئسچن پٹ اپ کیا گیا تھا آپا کو: دیٹ یو آر سینگ دیٹ واٹ مسلمز آر ڈوئنگ از مس انٹرپریٹیشن، دا پولیٹیکل انٹرپریٹیشن دیٹ دے آر ڈوئنگ، اینڈ یو آر گیونگ ا ڈفرنٹ انٹرپریٹیشن۔</w:t>
      </w:r>
    </w:p>
    <w:p>
      <w:r>
        <w:rPr>
          <w:b/>
        </w:rPr>
        <w:t xml:space="preserve">[1:10:15] </w:t>
      </w:r>
      <w:r>
        <w:t>so the question that was asked to her is: how do we know which one is correct?</w:t>
      </w:r>
    </w:p>
    <w:p>
      <w:pPr>
        <w:jc w:val="right"/>
      </w:pPr>
      <w:r>
        <w:t>سو دا کوئسچن دیٹ واز اسکڈ ٹو ہر از: ہاؤ ڈو وی نو وچ ون از کریکٹ؟</w:t>
      </w:r>
    </w:p>
    <w:p>
      <w:r>
        <w:rPr>
          <w:b/>
        </w:rPr>
        <w:t xml:space="preserve">[1:10:20] </w:t>
      </w:r>
      <w:r>
        <w:t>bahut aasan hai, aap compare kijiye. misaal ke taur par maine hawala diya aap ko ke saare ulama kehte hain ke bad dua karo, bad dua karo, bad dua karo, aur amal ki ja rahi hai, lekin jis hadith ko le kar bad dua kar rahe hain, usi mein mana hai.</w:t>
      </w:r>
    </w:p>
    <w:p>
      <w:pPr>
        <w:jc w:val="right"/>
      </w:pPr>
      <w:r>
        <w:t>بہت آسان ہے، آپ کمپیئر کیجئے۔ مثلاً میں نے حوالہ دیا آپ کو کہ سارے علماء کہتے ہیں کہ بد دعا کرو، بد دعا کرو، بد دعا کرو، اور عمل کی جا رہی ہے، لیکن جس حدیث کو لے کر بد دعا کر رہے ہیں، اسی میں منع ہے۔</w:t>
      </w:r>
    </w:p>
    <w:p>
      <w:r>
        <w:rPr>
          <w:b/>
        </w:rPr>
        <w:t xml:space="preserve">[1:10:38] </w:t>
      </w:r>
      <w:r>
        <w:t>aap is ko dekh lijiye ke sahib kis kis kitab mein hai, Bukhari mein hai, Bukhari mein hai, aap dekh lijiye. jis ko shakk ho, Bukhari dekh lein toh</w:t>
      </w:r>
    </w:p>
    <w:p>
      <w:pPr>
        <w:jc w:val="right"/>
      </w:pPr>
      <w:r>
        <w:t>آپ اس کو دیکھ لیجئے کہ صاحب کس کس کتاب میں ہے، بخاری میں ہے، بخاری میں ہے، آپ دیکھ لیجئے۔ جس کو شک ہو، بخاری دیکھ لیں تو</w:t>
      </w:r>
    </w:p>
    <w:p>
      <w:r>
        <w:rPr>
          <w:b/>
        </w:rPr>
        <w:t xml:space="preserve">[1:10:49] </w:t>
      </w:r>
      <w:r>
        <w:t>is ko hum hum jo baat kehte hain, woh reference ke saath kehte hain. jo baat aap dekhein ke main reference ke saath kehta hoon, toh aap dekh lijiye.</w:t>
      </w:r>
    </w:p>
    <w:p>
      <w:pPr>
        <w:jc w:val="right"/>
      </w:pPr>
      <w:r>
        <w:t>اس کو ہم ہم جو بات کہتے ہیں، وہ ریفرنس کے ساتھ کہتے ہیں۔ جو بات آپ دیکھیں کہ میں ریفرنس کے ساتھ کہتا ہوں، تو آپ دیکھ لیجئے۔</w:t>
      </w:r>
    </w:p>
    <w:p>
      <w:r>
        <w:rPr>
          <w:b/>
        </w:rPr>
        <w:t xml:space="preserve">[1:10:59] </w:t>
      </w:r>
      <w:r>
        <w:t>yani aadha, yani story ka first half liya, second half chhod diya. toh ab ab aap ko shakk ho toh aap Bukhari ko dekh lijiye.</w:t>
      </w:r>
    </w:p>
    <w:p>
      <w:pPr>
        <w:jc w:val="right"/>
      </w:pPr>
      <w:r>
        <w:t>یعنی ادھا، یعنی اسٹوری کا فرسٹ ہاف لیا، سیکنڈ ہاف چھوڑ دیا۔ تو اب اب آپ کو شک ہو تو آپ بخاری کو دیکھ لیجئے۔</w:t>
      </w:r>
    </w:p>
    <w:p>
      <w:r>
        <w:rPr>
          <w:b/>
        </w:rPr>
        <w:t xml:space="preserve">[1:11:16] </w:t>
      </w:r>
      <w:r>
        <w:t>aise hi jo kuch maine likha hai political interpretation ke khilaaf, sab mein reference diye hain. maine woh reference ko le kar aap likhiye, check kijiye, check kar ke aap maloom kar lenge.</w:t>
      </w:r>
    </w:p>
    <w:p>
      <w:pPr>
        <w:jc w:val="right"/>
      </w:pPr>
      <w:r>
        <w:t>ایسے ہی جو کچھ میں نے لکھا ہے پولیٹیکل انٹرپریٹیشن کے خلاف، سب میں ریفرنس دیے ہیں۔ میں نے وہ ریفرنس کو لے کر آپ لکھیے، چیک کیجئے، چیک کر کے آپ معلوم کر لیں گے۔</w:t>
      </w:r>
    </w:p>
    <w:p>
      <w:r>
        <w:rPr>
          <w:b/>
        </w:rPr>
        <w:t xml:space="preserve">[1:11:39] </w:t>
      </w:r>
      <w:r>
        <w:t>Maulana, agla ek comment aur ek question hai jo Miss Umme Al-Muwais Bushra ne Dammam se bheja hai, aur unhone likha hai ke: "I want to share that the small Urdu translation of Maulana Wahiduddin Khan sahib helped me in understanding the word of God during Ramadan.</w:t>
      </w:r>
    </w:p>
    <w:p>
      <w:pPr>
        <w:jc w:val="right"/>
      </w:pPr>
      <w:r>
        <w:t>مولانا، اگلا ایک کمنٹ اور ایک کوئسچن ہے جو مس امت المویس بشرا نے دمام سے بھیجا ہے، اور انہوں نے لکھا ہے کہ: "آئی وانٹ ٹو شیئر دیٹ دی سمال اردو ٹرانسلیشن اف مولانا وحید الدین خان صاحب ہیلپ می اینڈ انڈرسٹینڈنگ دی ورڈ اف گاڈ ڈیورنگ رمضان۔</w:t>
      </w:r>
    </w:p>
    <w:p>
      <w:r>
        <w:rPr>
          <w:b/>
        </w:rPr>
        <w:t xml:space="preserve">[1:12:05] </w:t>
      </w:r>
      <w:r>
        <w:t>I could see and understand the translation during salah when Imam was reciting verses from the Quran. It was really a new and thrilling experience for me, as if Allah is talking to me directly.</w:t>
      </w:r>
    </w:p>
    <w:p>
      <w:pPr>
        <w:jc w:val="right"/>
      </w:pPr>
      <w:r>
        <w:t>آئی کڈ سی اینڈ انڈرسٹینڈ دی ٹرانسلیشن ڈیورنگ صلاۃ وین امام واز ریسائٹنگ ورسز فرام دا قرآن۔ اٹ واز ریلی ا نیو اینڈ تھرلنگ ایکسپیرینس فار می، ایز اف اللہ از ٹاکنگ ٹو می ڈائریکٹلی۔</w:t>
      </w:r>
    </w:p>
    <w:p>
      <w:r>
        <w:rPr>
          <w:b/>
        </w:rPr>
        <w:t xml:space="preserve">[1:12:21] </w:t>
      </w:r>
      <w:r>
        <w:t>May Allah reward Jannah to Maulana as he made it easier to carry this small translation in Urdu, as earlier it was not possible to carry a big Quran while offering namaz."</w:t>
      </w:r>
    </w:p>
    <w:p>
      <w:pPr>
        <w:jc w:val="right"/>
      </w:pPr>
      <w:r>
        <w:t>میں اللہ ریوارڈ جنت ٹو مولانا ایز ہی میڈ اٹ ایزیر ٹو کیری دس سمال ٹرانسلیشن ان اردو، ایز ارلیئر اٹ واز ناٹ پوسیبل ٹو کیری ا بگ قرآن وائل افرنگ نماز۔"</w:t>
      </w:r>
    </w:p>
    <w:p>
      <w:r>
        <w:rPr>
          <w:b/>
        </w:rPr>
        <w:t xml:space="preserve">[1:12:37] </w:t>
      </w:r>
      <w:r>
        <w:t>aur unhone ek sawal kiya hai, Maulana, unhone sawal bheja hai ke: "Somebody told me that reading Quran while salah comes under amal-e-kaseer, and it is not permissible.</w:t>
      </w:r>
    </w:p>
    <w:p>
      <w:pPr>
        <w:jc w:val="right"/>
      </w:pPr>
      <w:r>
        <w:t>اور انہوں نے ایک سوال کیا ہے، مولانا، انہوں نے سوال بھیجا ہے کہ: "سمبڈی ٹولڈ می دیٹ ریڈنگ قرآن وائل صلاۃ کمز انڈر عمل کثیر، اینڈ اٹ از ناٹ پرمیٹیبل۔</w:t>
      </w:r>
    </w:p>
    <w:p>
      <w:r>
        <w:rPr>
          <w:b/>
        </w:rPr>
        <w:t xml:space="preserve">[1:12:51] </w:t>
      </w:r>
      <w:r>
        <w:t>is it true?" kya matlab? haan, kya matlab? reading se matlab hai doctor sahib keh rahe hain ke shayad ke saamne dekh ke rakh ke parhna.</w:t>
      </w:r>
    </w:p>
    <w:p>
      <w:pPr>
        <w:jc w:val="right"/>
      </w:pPr>
      <w:r>
        <w:t>از اٹ ٹرو؟" کیا مطلب؟ ہاں، کیا مطلب؟ ریڈنگ سے مطلب ہے ڈاکٹر صاحب کہہ رہے ہیں کہ شاید کہ سامنے دیکھ کے رکھ کے پڑھنا۔</w:t>
      </w:r>
    </w:p>
    <w:p>
      <w:r>
        <w:rPr>
          <w:b/>
        </w:rPr>
        <w:t xml:space="preserve">[1:13:02] </w:t>
      </w:r>
      <w:r>
        <w:t>beh-haal, yeh kahin kahin aisa hai riwaj ke tarawih mein koi hafiz maujood nahi hai, toh woh Quran saamne rakh ke parhte hain.</w:t>
      </w:r>
    </w:p>
    <w:p>
      <w:pPr>
        <w:jc w:val="right"/>
      </w:pPr>
      <w:r>
        <w:t>بہرحال، یہ کہیں کہیں ایسا ہے رواج کہ تراویح میں کوئی حافظ موجود نہیں ہے، تو وہ قرآن سامنے رکھ کے پڑھتے ہیں۔</w:t>
      </w:r>
    </w:p>
    <w:p>
      <w:r>
        <w:rPr>
          <w:b/>
        </w:rPr>
        <w:t xml:space="preserve">[1:13:12] </w:t>
      </w:r>
      <w:r>
        <w:t>main is ko sahi nahi samajhta. agar hafiz nahi hai toh aap ilm-e-tarqib ki tarawih padhiye.</w:t>
      </w:r>
    </w:p>
    <w:p>
      <w:pPr>
        <w:jc w:val="right"/>
      </w:pPr>
      <w:r>
        <w:t>میں اس کو صحیح نہیں سمجھتا۔ اگر حافظ نہیں ہے تو آپ علم ترقب کی تراویح پڑھیے۔</w:t>
      </w:r>
    </w:p>
    <w:p>
      <w:r>
        <w:rPr>
          <w:b/>
        </w:rPr>
        <w:t xml:space="preserve">[1:13:20] </w:t>
      </w:r>
      <w:r>
        <w:t>ek tarawih hoti hai jo ilm-e-tarqib ki tarawih kahi jaati hai, yani chhoti suratein jo hain, us ko parhte hain. toh main is ko sahi nahi samajhta ke saamne Quran rakh ke parhein.</w:t>
      </w:r>
    </w:p>
    <w:p>
      <w:pPr>
        <w:jc w:val="right"/>
      </w:pPr>
      <w:r>
        <w:t>ایک تراویح ہوتی ہے جو علم ترقب کی تراویح کہی جاتی ہے، یعنی چھوٹی سورتیں جو ہیں، اس کو پڑھتے ہیں۔ تو میں اس کو صحیح نہیں سمجھتا کہ سامنے قرآن رکھ کے پڑھیں۔</w:t>
      </w:r>
    </w:p>
    <w:p>
      <w:r>
        <w:rPr>
          <w:b/>
        </w:rPr>
        <w:t xml:space="preserve">[1:13:28] </w:t>
      </w:r>
      <w:r>
        <w:t>aap agar hafiz available nahi hai toh aap ilm-e-tarqib wali tarawih padh lijiye. Maulana, mujhe lagta hai yeh jaan na cha rahe hain ke jo tarawih ke time pe jab translation log aksar saamne rakh ke na translation parhte hain, toh kya translation parhna munasib hai jab Imam tarawih parh raha hai?</w:t>
      </w:r>
    </w:p>
    <w:p>
      <w:pPr>
        <w:jc w:val="right"/>
      </w:pPr>
      <w:r>
        <w:t>آپ اگر حافظ اویلیبل نہیں ہے تو آپ علم ترقب والی تراویح پڑھ لیجئے۔ مولانا، مجھے لگتا ہے یہ جاننا چاہ رہے ہیں کہ جو تراویح کے ٹائم پہ جب ٹرانسلیشن لوگ اکثر سامنے رکھ کے نا ٹرانسلیشن پڑھتے ہیں، تو کیا ٹرانسلیشن پڑھنا مناسب ہے جب امام تراویح پڑھ رہا ہے؟</w:t>
      </w:r>
    </w:p>
    <w:p>
      <w:r>
        <w:rPr>
          <w:b/>
        </w:rPr>
        <w:t xml:space="preserve">[1:13:48] </w:t>
      </w:r>
      <w:r>
        <w:t>toh kya karein? Maulana, aksar log na jab tarawih padhi jaati hai toh translation saamne rakh ke parhte hain ke samajhne ke liye ke kya bola ja raha hai tarawih ke time par.</w:t>
      </w:r>
    </w:p>
    <w:p>
      <w:pPr>
        <w:jc w:val="right"/>
      </w:pPr>
      <w:r>
        <w:t>تو کیا کریں؟ مولانا، اکثر لوگ نا جب تراویح پڑھی جاتی ہے تو ٹرانسلیشن سامنے رکھ کے پڑھتے ہیں کہ سمجھنے کے لیے کہ کیا بولا جا رہا ہے تراویح کے ٹائم پر۔</w:t>
      </w:r>
    </w:p>
    <w:p>
      <w:r>
        <w:rPr>
          <w:b/>
        </w:rPr>
        <w:t xml:space="preserve">[1:14:00] </w:t>
      </w:r>
      <w:r>
        <w:t>nahi, nahi, bilkul. main yeh keh raha hoon ke kya yeh munasib hai? bhai, woh tarjuma ho ya baghair tarjuma, mere nazdeek galat hai. yeh alag se padhiye aap tarjuma. tarawih mein tarjuma padhne ki kya zaroorat hai?</w:t>
      </w:r>
    </w:p>
    <w:p>
      <w:pPr>
        <w:jc w:val="right"/>
      </w:pPr>
      <w:r>
        <w:t>نہیں، نہیں، بالکل۔ میں یہ کہہ رہا ہوں کہ کیا یہ مناسب ہے؟ بھائی، وہ ترجمہ ہو یا بغیر ترجمہ، میرے نزدیک غلط ہے۔ یہ الگ سے پڑھیے آپ ترجمہ۔ تراویح میں ترجمہ پڑھنے کی کیا ضرورت ہے؟</w:t>
      </w:r>
    </w:p>
    <w:p>
      <w:r>
        <w:rPr>
          <w:b/>
        </w:rPr>
        <w:t xml:space="preserve">[1:14:10] </w:t>
      </w:r>
      <w:r>
        <w:t>tarawih mein tarjuma shamil karna, main is ko galat samajhta hoon. aap alag se tarjuma padhiye, hazar baar padhiye,</w:t>
      </w:r>
    </w:p>
    <w:p>
      <w:pPr>
        <w:jc w:val="right"/>
      </w:pPr>
      <w:r>
        <w:t>تراویح میں ترجمہ شامل کرنا، میں اس کو غلط سمجھتا ہوں۔ آپ الگ سے ترجمہ پڑھیے، ہزار بار پڑھیے،</w:t>
      </w:r>
    </w:p>
    <w:p>
      <w:r>
        <w:rPr>
          <w:b/>
        </w:rPr>
        <w:t xml:space="preserve">[1:14:19] </w:t>
      </w:r>
      <w:r>
        <w:t>aur dekh kar Quran tarawih parhna, main is ko sahi nahi samajhta kyunke na Sahaba ne parha na Tabi'een ne parha. yeh koi baat, koi aisa nahi hai ke is zamane ke log saamne rakh kar ke tarawih parhte hon.</w:t>
      </w:r>
    </w:p>
    <w:p>
      <w:pPr>
        <w:jc w:val="right"/>
      </w:pPr>
      <w:r>
        <w:t>اور دیکھ کر قرآن تراویح پڑھنا، میں اس کو صحیح نہیں سمجھتا کیونکہ نہ صحابہ نے پڑھا نہ تراویح نے پڑھا۔ یہ کوئی بات، کوئی ایسا نہیں ہے کہ اس زمانے کے لوگ سامنے رکھ کر کے تراویح پڑھتے ہوں۔</w:t>
      </w:r>
    </w:p>
    <w:p>
      <w:r>
        <w:rPr>
          <w:b/>
        </w:rPr>
        <w:t xml:space="preserve">[1:14:35] </w:t>
      </w:r>
      <w:r>
        <w:t>yeh toh ek bid'at hai mere nazdeek. toh agar aap ke paas hafiz nahi hai toh aap ilm rakh kar wali tarawih padhiye.</w:t>
      </w:r>
    </w:p>
    <w:p>
      <w:pPr>
        <w:jc w:val="right"/>
      </w:pPr>
      <w:r>
        <w:t>یہ تو ایک بدعت ہے میرے نزدیک۔ تو اگر آپ کے پاس حافظ نہیں ہے تو آپ علم رکھ کر والی تراویح پڑھیے۔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