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Political Interpretation of Islam January 3, 2011</w:t>
      </w:r>
    </w:p>
    <w:p>
      <w:r>
        <w:t>https://youtu.be/TUkU35oO640</w:t>
      </w:r>
    </w:p>
    <w:p>
      <w:r>
        <w:rPr>
          <w:b/>
        </w:rPr>
        <w:t xml:space="preserve">[00:10] </w:t>
      </w:r>
      <w:r>
        <w:t>Bismillah hir rahman nir rahim, wa sallallahu ala nabiyyil karim.</w:t>
      </w:r>
    </w:p>
    <w:p>
      <w:pPr>
        <w:jc w:val="right"/>
      </w:pPr>
      <w:r>
        <w:t>بسم اللہ الرحمن الرحیم، وصلی اللہ علی النبی الکریم۔</w:t>
      </w:r>
    </w:p>
    <w:p>
      <w:r>
        <w:rPr>
          <w:b/>
        </w:rPr>
        <w:t xml:space="preserve">[00:18] </w:t>
      </w:r>
      <w:r>
        <w:t>Rabbi ishrah li sadri, wa yassir li amri, wah-lul uqdatan min lisani yafqahu qawli.</w:t>
      </w:r>
    </w:p>
    <w:p>
      <w:pPr>
        <w:jc w:val="right"/>
      </w:pPr>
      <w:r>
        <w:t>رب اشرح لی صدری، ویسر لی امری، واحل العقدۃ من لسانی یفقہ قولی۔</w:t>
      </w:r>
    </w:p>
    <w:p>
      <w:r>
        <w:rPr>
          <w:b/>
        </w:rPr>
        <w:t xml:space="preserve">[00:31] </w:t>
      </w:r>
      <w:r>
        <w:t>da subject for di present talk is political interpretation of Islam.</w:t>
      </w:r>
    </w:p>
    <w:p>
      <w:pPr>
        <w:jc w:val="right"/>
      </w:pPr>
      <w:r>
        <w:t>دا سبجیکٹ فار دی پریزنٹ ٹاک از پولیٹیکل انٹرپریٹیشن آف اسلام۔</w:t>
      </w:r>
    </w:p>
    <w:p>
      <w:r>
        <w:rPr>
          <w:b/>
        </w:rPr>
        <w:t xml:space="preserve">[00:44] </w:t>
      </w:r>
      <w:r>
        <w:t>What is political interpretation? It is politicization of Islam.</w:t>
      </w:r>
    </w:p>
    <w:p>
      <w:pPr>
        <w:jc w:val="right"/>
      </w:pPr>
      <w:r>
        <w:t>واٹ از پولیٹیکل انٹرپریٹیشن؟ اٹ از پولیٹیسائزیشن آف اسلام۔</w:t>
      </w:r>
    </w:p>
    <w:p>
      <w:r>
        <w:rPr>
          <w:b/>
        </w:rPr>
        <w:t xml:space="preserve">[00:56] </w:t>
      </w:r>
      <w:r>
        <w:t>It means that you try to give a description of Islam in which all the teaching of Islam are interpreted in terms of politics, of political power.</w:t>
      </w:r>
    </w:p>
    <w:p>
      <w:pPr>
        <w:jc w:val="right"/>
      </w:pPr>
      <w:r>
        <w:t>اٹ مینز دیٹ یو ٹرائی ٹو گیو ا ڈسکرپشن آف اسلام ان وچ آل دا ٹیچنگ آف اسلام آر انٹرپریٹڈ ان ٹرمز آف پولیٹکس، آف پولیٹیکل پاور۔</w:t>
      </w:r>
    </w:p>
    <w:p>
      <w:r>
        <w:rPr>
          <w:b/>
        </w:rPr>
        <w:t xml:space="preserve">[01:21] </w:t>
      </w:r>
      <w:r>
        <w:t>This kind of interpretation is quite alien in Islamic scheme.</w:t>
      </w:r>
    </w:p>
    <w:p>
      <w:pPr>
        <w:jc w:val="right"/>
      </w:pPr>
      <w:r>
        <w:t>دس کائنڈ آف انٹرپریٹیشن از کوائٹ ایلین ان اسلامک اسکیم۔</w:t>
      </w:r>
    </w:p>
    <w:p>
      <w:r>
        <w:rPr>
          <w:b/>
        </w:rPr>
        <w:t xml:space="preserve">[01:30] </w:t>
      </w:r>
      <w:r>
        <w:t>You can not find a single reference in the Quran and Hadith or Sirah in favor of this interpretation.</w:t>
      </w:r>
    </w:p>
    <w:p>
      <w:pPr>
        <w:jc w:val="right"/>
      </w:pPr>
      <w:r>
        <w:t>یو کین ناٹ فائنڈ ا سنگل ریفرنس ان دی قرآن اینڈ حدیث اور سیرہ ان فیور آف دس انٹرپریٹیشن۔</w:t>
      </w:r>
    </w:p>
    <w:p>
      <w:r>
        <w:rPr>
          <w:b/>
        </w:rPr>
        <w:t xml:space="preserve">[01:46] </w:t>
      </w:r>
      <w:r>
        <w:t>Even you can not find a single book with the title "Political System of Islam" in previous centuries.</w:t>
      </w:r>
    </w:p>
    <w:p>
      <w:pPr>
        <w:jc w:val="right"/>
      </w:pPr>
      <w:r>
        <w:t>ایون یو کین ناٹ فائنڈ ا سنگل بک ود دی ٹائٹل "پولیٹیکل سسٹم آف اسلام" ان پریویس سینچریز۔</w:t>
      </w:r>
    </w:p>
    <w:p>
      <w:r>
        <w:rPr>
          <w:b/>
        </w:rPr>
        <w:t xml:space="preserve">[02:03] </w:t>
      </w:r>
      <w:r>
        <w:t>It is a phenomena of 20th century.</w:t>
      </w:r>
    </w:p>
    <w:p>
      <w:pPr>
        <w:jc w:val="right"/>
      </w:pPr>
      <w:r>
        <w:t>اٹ از ا فیناومینا آف ٹوئنٹی سنچری۔</w:t>
      </w:r>
    </w:p>
    <w:p>
      <w:r>
        <w:rPr>
          <w:b/>
        </w:rPr>
        <w:t xml:space="preserve">[02:10] </w:t>
      </w:r>
      <w:r>
        <w:t>It is in the terms of Quran, it is mushaahat.</w:t>
      </w:r>
    </w:p>
    <w:p>
      <w:pPr>
        <w:jc w:val="right"/>
      </w:pPr>
      <w:r>
        <w:t>اٹ از ان دی ٹرمز آف قرآن، اٹ از مضاحت۔</w:t>
      </w:r>
    </w:p>
    <w:p>
      <w:r>
        <w:rPr>
          <w:b/>
        </w:rPr>
        <w:t xml:space="preserve">[02:16] </w:t>
      </w:r>
      <w:r>
        <w:t>Mushaahat means imitation. Some thinkers, some Muslim thinkers, wanted to imitate</w:t>
      </w:r>
    </w:p>
    <w:p>
      <w:pPr>
        <w:jc w:val="right"/>
      </w:pPr>
      <w:r>
        <w:t>مضاحت مینز ایمیٹیشن۔ سم تھنکرز، سم مسلم تھنکرز، وانٹڈ ٹو ایمیٹیٹ</w:t>
      </w:r>
    </w:p>
    <w:p>
      <w:r>
        <w:rPr>
          <w:b/>
        </w:rPr>
        <w:t xml:space="preserve">[02:28] </w:t>
      </w:r>
      <w:r>
        <w:t>the concept of some secular</w:t>
      </w:r>
    </w:p>
    <w:p>
      <w:pPr>
        <w:jc w:val="right"/>
      </w:pPr>
      <w:r>
        <w:t>دی کانسیپٹ آف سم سیکولر</w:t>
      </w:r>
    </w:p>
    <w:p>
      <w:r>
        <w:rPr>
          <w:b/>
        </w:rPr>
        <w:t xml:space="preserve">[02:38] </w:t>
      </w:r>
      <w:r>
        <w:t>thinkers, mainly communist thinkers.</w:t>
      </w:r>
    </w:p>
    <w:p>
      <w:pPr>
        <w:jc w:val="right"/>
      </w:pPr>
      <w:r>
        <w:t>تھنکرز، مینلی کمیونسٹ تھنکرز۔</w:t>
      </w:r>
    </w:p>
    <w:p>
      <w:r>
        <w:rPr>
          <w:b/>
        </w:rPr>
        <w:t xml:space="preserve">[02:46] </w:t>
      </w:r>
      <w:r>
        <w:t>You know, communist ideology is a complete ideology. They wanted to give a holistic interpretation of life in terms of economics.</w:t>
      </w:r>
    </w:p>
    <w:p>
      <w:pPr>
        <w:jc w:val="right"/>
      </w:pPr>
      <w:r>
        <w:t>یو نو، کمیونسٹ آئیڈیالوجی از ا کمپلیٹ آئیڈیالوجی۔ دے وانٹڈ ٹو گیو ا ہولسٹک انٹرپریشن آف لائف ان ٹرمز آف اکنامکس۔</w:t>
      </w:r>
    </w:p>
    <w:p>
      <w:r>
        <w:rPr>
          <w:b/>
        </w:rPr>
        <w:t xml:space="preserve">[03:06] </w:t>
      </w:r>
      <w:r>
        <w:t>This kind of so called holistic interpretation of life was absent in the whole history of thought</w:t>
      </w:r>
    </w:p>
    <w:p>
      <w:pPr>
        <w:jc w:val="right"/>
      </w:pPr>
      <w:r>
        <w:t>دس کائنڈ آف سو کالڈ ہولسٹک انٹرپریشن آف لائف واز ایبسنٹ ان دا ہول ہسٹری آف تھاٹ</w:t>
      </w:r>
    </w:p>
    <w:p>
      <w:r>
        <w:rPr>
          <w:b/>
        </w:rPr>
        <w:t xml:space="preserve">[03:19] </w:t>
      </w:r>
      <w:r>
        <w:t>. It was. It was communist thinkers like Karl Marx who wanted to give such interpretation.</w:t>
      </w:r>
    </w:p>
    <w:p>
      <w:pPr>
        <w:jc w:val="right"/>
      </w:pPr>
      <w:r>
        <w:t>۔ اٹ واز۔ اٹ واز کمیونسٹ تھنکرز لائک کارل مارکس ہو وانٹڈ ٹو گیو سچ انٹرپریشن۔</w:t>
      </w:r>
    </w:p>
    <w:p>
      <w:r>
        <w:rPr>
          <w:b/>
        </w:rPr>
        <w:t xml:space="preserve">[03:32] </w:t>
      </w:r>
      <w:r>
        <w:t>It was a new interpretation. So, very soon it became popular throughout the world</w:t>
      </w:r>
    </w:p>
    <w:p>
      <w:pPr>
        <w:jc w:val="right"/>
      </w:pPr>
      <w:r>
        <w:t>اٹ واز ا نیو انٹرپریشن۔ سو، ویری سون اٹ بیکم پاپولر تھرو آؤٹ دی ورلڈ</w:t>
      </w:r>
    </w:p>
    <w:p>
      <w:r>
        <w:rPr>
          <w:b/>
        </w:rPr>
        <w:t xml:space="preserve">[03:46] </w:t>
      </w:r>
      <w:r>
        <w:t>. Almost all the educated mind was influenced with this concept.</w:t>
      </w:r>
    </w:p>
    <w:p>
      <w:pPr>
        <w:jc w:val="right"/>
      </w:pPr>
      <w:r>
        <w:t>۔ الموسٹ آل دا ایجوکیٹڈ مائنڈ واز انفلوئنسڈ ود دس کانسیپٹ۔</w:t>
      </w:r>
    </w:p>
    <w:p>
      <w:r>
        <w:rPr>
          <w:b/>
        </w:rPr>
        <w:t xml:space="preserve">[03:57] </w:t>
      </w:r>
      <w:r>
        <w:t>And I think Muslim thinkers were not an exception.</w:t>
      </w:r>
    </w:p>
    <w:p>
      <w:pPr>
        <w:jc w:val="right"/>
      </w:pPr>
      <w:r>
        <w:t>اینڈ آئی تھنک مسلم تھنکرز ویر ناٹ این ایکسیپشن۔</w:t>
      </w:r>
    </w:p>
    <w:p>
      <w:r>
        <w:rPr>
          <w:b/>
        </w:rPr>
        <w:t xml:space="preserve">[04:03] </w:t>
      </w:r>
      <w:r>
        <w:t>So, some thinkers like Abu Al-Ala Maududi in Indian subcontinent and in the Arab world, Sheikh Qutb, they wanted to give Islam a political interpretation.</w:t>
      </w:r>
    </w:p>
    <w:p>
      <w:pPr>
        <w:jc w:val="right"/>
      </w:pPr>
      <w:r>
        <w:t>سو، سم تھنکرز لائک ابو العلی مودودی ان انڈین سب کانٹیننٹ اینڈ ان دا عرب ورلڈ، شیخ قطب، دے وانٹڈ ٹو گیو اسلام ا پولیٹیکل انٹرپریشن۔</w:t>
      </w:r>
    </w:p>
    <w:p>
      <w:r>
        <w:rPr>
          <w:b/>
        </w:rPr>
        <w:t xml:space="preserve">[04:24] </w:t>
      </w:r>
      <w:r>
        <w:t>But if you try to find any reference in favor of this in the Quran and Hadith, you will see there is no, there is not a single reference in favor of this kind of interpretation.</w:t>
      </w:r>
    </w:p>
    <w:p>
      <w:pPr>
        <w:jc w:val="right"/>
      </w:pPr>
      <w:r>
        <w:t>بٹ اف یو ٹرائی ٹو فائنڈ اینی ریفرنس ان فیور آف دس ان دا قرآن اینڈ حدیث، یو ویل سی دیر از نو، دیر از ناٹ ا سنگل ریفرنس ان فیور آف دس کائنڈ آف انٹرپریشن۔</w:t>
      </w:r>
    </w:p>
    <w:p>
      <w:r>
        <w:rPr>
          <w:b/>
        </w:rPr>
        <w:t xml:space="preserve">[04:46] </w:t>
      </w:r>
      <w:r>
        <w:t>Here I would like go to give you some references</w:t>
      </w:r>
    </w:p>
    <w:p>
      <w:pPr>
        <w:jc w:val="right"/>
      </w:pPr>
      <w:r>
        <w:t>ہیر آئی وڈ لائک گو ٹو گیو یو سم ریفرنسز</w:t>
      </w:r>
    </w:p>
    <w:p>
      <w:r>
        <w:rPr>
          <w:b/>
        </w:rPr>
        <w:t xml:space="preserve">[04:51] </w:t>
      </w:r>
      <w:r>
        <w:t>. First of all, when the Prophet of Islam was revealed</w:t>
      </w:r>
    </w:p>
    <w:p>
      <w:pPr>
        <w:jc w:val="right"/>
      </w:pPr>
      <w:r>
        <w:t>۔ فرسٹ آف آل، وین دا پرافٹ آف اسلام واز ریویلڈ</w:t>
      </w:r>
    </w:p>
    <w:p>
      <w:r>
        <w:rPr>
          <w:b/>
        </w:rPr>
        <w:t xml:space="preserve">[05:00] </w:t>
      </w:r>
      <w:r>
        <w:t>some early chapters like Al-Muddathir,</w:t>
      </w:r>
    </w:p>
    <w:p>
      <w:pPr>
        <w:jc w:val="right"/>
      </w:pPr>
      <w:r>
        <w:t>سم ارلی چیپٹرز لائک المدثر،</w:t>
      </w:r>
    </w:p>
    <w:p>
      <w:r>
        <w:rPr>
          <w:b/>
        </w:rPr>
        <w:t xml:space="preserve">[05:06] </w:t>
      </w:r>
      <w:r>
        <w:t>so there was no mention of such kind of interpretation. For example, if this was the mission of the Prophet of Islam, there must be some verses like this: "Iqam-e-Dolat-ul-Islam"</w:t>
      </w:r>
    </w:p>
    <w:p>
      <w:pPr>
        <w:jc w:val="right"/>
      </w:pPr>
      <w:r>
        <w:t>تو دیر واز نو مینشن آف سچ کائنڈ آف انٹرپریشن۔ فار ایگزامپل، اف دس واز دا مشن آف دا پرافٹ آف اسلام، دیر مسٹ بی سم ورسز لائک دس: "اقم دولت الاسلام"</w:t>
      </w:r>
    </w:p>
    <w:p>
      <w:r>
        <w:rPr>
          <w:b/>
        </w:rPr>
        <w:t xml:space="preserve">[05:26] </w:t>
      </w:r>
      <w:r>
        <w:t>, "O Prophet, you have to establish the rule of Islam, this is your mission", "Or Nafiz Shariat Muhammad, implement the laws of Islamic Shariat, this is your mission".</w:t>
      </w:r>
    </w:p>
    <w:p>
      <w:pPr>
        <w:jc w:val="right"/>
      </w:pPr>
      <w:r>
        <w:t>، "او پرافٹ، یو ہیو ٹو اسٹیبلش دا رول آف اسلام، دس از یور مشن"، "اور نفذ شریعت محمد، امپلیمنٹ دا لاز آف اسلامک شریعت، دس از یور مشن"۔</w:t>
      </w:r>
    </w:p>
    <w:p>
      <w:r>
        <w:rPr>
          <w:b/>
        </w:rPr>
        <w:t xml:space="preserve">[05:48] </w:t>
      </w:r>
      <w:r>
        <w:t>But you can not find any reference of this connotation.</w:t>
      </w:r>
    </w:p>
    <w:p>
      <w:pPr>
        <w:jc w:val="right"/>
      </w:pPr>
      <w:r>
        <w:t>بٹ یو کین ناٹ فائنڈ اینی ریفرنس آف دس کونٹیشن۔</w:t>
      </w:r>
    </w:p>
    <w:p>
      <w:r>
        <w:rPr>
          <w:b/>
        </w:rPr>
        <w:t xml:space="preserve">[05:58] </w:t>
      </w:r>
      <w:r>
        <w:t>You know, Prophet of Islam started mission in 610 AD in Makkah. At the time, Quraish were dominating the Arab land.</w:t>
      </w:r>
    </w:p>
    <w:p>
      <w:pPr>
        <w:jc w:val="right"/>
      </w:pPr>
      <w:r>
        <w:t>یو نو، پرافٹ آف اسلام سٹارٹڈ مشن ان 610 اے ڈی ان مکہ۔ ایٹ دا ٹائم، قریش ویر ڈومینیٹنگ دا عرب لینڈ۔</w:t>
      </w:r>
    </w:p>
    <w:p>
      <w:r>
        <w:rPr>
          <w:b/>
        </w:rPr>
        <w:t xml:space="preserve">[06:14] </w:t>
      </w:r>
      <w:r>
        <w:t>so, they wanted to, they offered the prophet of islam.</w:t>
      </w:r>
    </w:p>
    <w:p>
      <w:pPr>
        <w:jc w:val="right"/>
      </w:pPr>
      <w:r>
        <w:t>سو، دے وانٹڈ ٹو، دے آفرڈ دا پرافٹ آف اسلام۔</w:t>
      </w:r>
    </w:p>
    <w:p>
      <w:r>
        <w:rPr>
          <w:b/>
        </w:rPr>
        <w:t xml:space="preserve">[06:27] </w:t>
      </w:r>
      <w:r>
        <w:t>they said that: "in turidu bilakin mulkana ka alaina, if you want political power, you are ready to give political power".</w:t>
      </w:r>
    </w:p>
    <w:p>
      <w:pPr>
        <w:jc w:val="right"/>
      </w:pPr>
      <w:r>
        <w:t>دے سیڈ دیٹ: "ان تریدو بلکن ملکنا کا علینا، اف یو وانٹ پولیٹیکل پاور، یو آر ریڈی ٹو گیو پولیٹیکل پاور"۔</w:t>
      </w:r>
    </w:p>
    <w:p>
      <w:r>
        <w:rPr>
          <w:b/>
        </w:rPr>
        <w:t xml:space="preserve">[06:42] </w:t>
      </w:r>
      <w:r>
        <w:t>but the prophet of islam refused.</w:t>
      </w:r>
    </w:p>
    <w:p>
      <w:pPr>
        <w:jc w:val="right"/>
      </w:pPr>
      <w:r>
        <w:t>بٹ دا پرافٹ آف اسلام ریفیوزڈ۔</w:t>
      </w:r>
    </w:p>
    <w:p>
      <w:r>
        <w:rPr>
          <w:b/>
        </w:rPr>
        <w:t xml:space="preserve">[06:47] </w:t>
      </w:r>
      <w:r>
        <w:t>he said: "malahadha bu'ithtu ilaikum, i was not sent for this purpose to you".</w:t>
      </w:r>
    </w:p>
    <w:p>
      <w:pPr>
        <w:jc w:val="right"/>
      </w:pPr>
      <w:r>
        <w:t>ہی سیڈ: "ما لہذا بعثت الیکم، آئی واز ناٹ سینڈ فار دس پرپس ٹو یو"۔</w:t>
      </w:r>
    </w:p>
    <w:p>
      <w:r>
        <w:rPr>
          <w:b/>
        </w:rPr>
        <w:t xml:space="preserve">[06:59] </w:t>
      </w:r>
      <w:r>
        <w:t>so, what was the purpose? that was "qum fanzur rabbaka fakbir", "ya al-muddaththir qum fa-anzir". this was the mission of the prophet of islam.</w:t>
      </w:r>
    </w:p>
    <w:p>
      <w:pPr>
        <w:jc w:val="right"/>
      </w:pPr>
      <w:r>
        <w:t>سو، واٹ واز دا پرپس؟ دیٹ واز "قم فانز ربک فکبر"، "یا المدثر قم فانزر"۔ دس واز دا مشن آف دا پرافٹ آف اسلام۔</w:t>
      </w:r>
    </w:p>
    <w:p>
      <w:r>
        <w:rPr>
          <w:b/>
        </w:rPr>
        <w:t xml:space="preserve">[07:14] </w:t>
      </w:r>
      <w:r>
        <w:t>so, the mission of the islam is mentioned in the quran in these two verses anzar and tafsir. mubashir wa nazir.</w:t>
      </w:r>
    </w:p>
    <w:p>
      <w:pPr>
        <w:jc w:val="right"/>
      </w:pPr>
      <w:r>
        <w:t>سو، دا مشن آف دا اسلام از مینشن ان دا قرآن ان دس ٹو ورس انزار اینڈ تفسیر۔ مبشر ونظیرہ۔</w:t>
      </w:r>
    </w:p>
    <w:p>
      <w:r>
        <w:rPr>
          <w:b/>
        </w:rPr>
        <w:t xml:space="preserve">[07:26] </w:t>
      </w:r>
      <w:r>
        <w:t>it means that to give good tidings and also to give warning, any good tidings for paradise, warning for hell.</w:t>
      </w:r>
    </w:p>
    <w:p>
      <w:pPr>
        <w:jc w:val="right"/>
      </w:pPr>
      <w:r>
        <w:t>اٹ مینز دیٹ ٹو گیو گڈ ٹائیڈنگ اینڈ السو ٹو گیو وارننگ، اینی گڈ ٹائیڈنگ فار پیراڈائز، وارننگ فار ہیل۔</w:t>
      </w:r>
    </w:p>
    <w:p>
      <w:r>
        <w:rPr>
          <w:b/>
        </w:rPr>
        <w:t xml:space="preserve">[07:41] </w:t>
      </w:r>
      <w:r>
        <w:t>so, if you read the quran that was revealed to the prophet of islam, you will find the main theme of the quran is</w:t>
      </w:r>
    </w:p>
    <w:p>
      <w:pPr>
        <w:jc w:val="right"/>
      </w:pPr>
      <w:r>
        <w:t>سو، اف یو ریڈ دا قرآن دیٹ واز ریویلڈ ٹو دا پرافٹ آف اسلام، یو ویل فائنڈ دا مین تھیم آف دا قرآن از</w:t>
      </w:r>
    </w:p>
    <w:p>
      <w:r>
        <w:rPr>
          <w:b/>
        </w:rPr>
        <w:t xml:space="preserve">[07:55] </w:t>
      </w:r>
      <w:r>
        <w:t>creation plan of god. god almighty sent the prophet only for one purpose, that is to make people aware of the creation plan of god.</w:t>
      </w:r>
    </w:p>
    <w:p>
      <w:pPr>
        <w:jc w:val="right"/>
      </w:pPr>
      <w:r>
        <w:t>کریشن پلان آف گاڈ۔ گاڈ المائٹی سینڈ دا پرافٹ اونلی فار ون پرپس، دیٹ از ٹو میک پیپل اویئر آف دا کریشن پلان آف گاڈ۔</w:t>
      </w:r>
    </w:p>
    <w:p>
      <w:r>
        <w:rPr>
          <w:b/>
        </w:rPr>
        <w:t xml:space="preserve">[08:12] </w:t>
      </w:r>
      <w:r>
        <w:t>this was the mission. and this mission is very clear in the whole, in the whole book of the islam, that is quran.</w:t>
      </w:r>
    </w:p>
    <w:p>
      <w:pPr>
        <w:jc w:val="right"/>
      </w:pPr>
      <w:r>
        <w:t>دس واز دا مشن۔ اینڈ دس مشن از ویری کلیئر ان دا ہول، ان دا ہول بک آف دا اسلام، دیٹ از قرآن۔</w:t>
      </w:r>
    </w:p>
    <w:p>
      <w:r>
        <w:rPr>
          <w:b/>
        </w:rPr>
        <w:t xml:space="preserve">[08:28] </w:t>
      </w:r>
      <w:r>
        <w:t>so, this was the mission of the prophet to establish rule. was not mission of this prophet of islam.</w:t>
      </w:r>
    </w:p>
    <w:p>
      <w:pPr>
        <w:jc w:val="right"/>
      </w:pPr>
      <w:r>
        <w:t>سو، دس واز دا مشن آف دا پرافٹ ٹو اسٹیبلش رول۔ واز ناٹ مشن آف دس پرافٹ آف اسلام۔</w:t>
      </w:r>
    </w:p>
    <w:p>
      <w:r>
        <w:rPr>
          <w:b/>
        </w:rPr>
        <w:t xml:space="preserve">[08:40] </w:t>
      </w:r>
      <w:r>
        <w:t>fact that in later period, there was muslim rule, but there was no islamic interpretation.</w:t>
      </w:r>
    </w:p>
    <w:p>
      <w:pPr>
        <w:jc w:val="right"/>
      </w:pPr>
      <w:r>
        <w:t>فیکٹ دیٹ ان لیٹر پیریڈ، دیر واز مسلم رول، بٹ دیر واز نو اسلامک انٹرپریشن۔</w:t>
      </w:r>
    </w:p>
    <w:p>
      <w:r>
        <w:rPr>
          <w:b/>
        </w:rPr>
        <w:t xml:space="preserve">[08:50] </w:t>
      </w:r>
      <w:r>
        <w:t>when muslim became majority in several countries, they established muslim rule, but there was no such islamic interpretation, political interpretation.</w:t>
      </w:r>
    </w:p>
    <w:p>
      <w:pPr>
        <w:jc w:val="right"/>
      </w:pPr>
      <w:r>
        <w:t>وین مسلم بیکم میجورٹی ان سیورل کنٹریز، دے اسٹیبلش مسلم رول، بٹ دیر واز نو سچ اسلامک انٹرپریشن، پولیٹیکل انٹرپریشن۔</w:t>
      </w:r>
    </w:p>
    <w:p>
      <w:r>
        <w:rPr>
          <w:b/>
        </w:rPr>
        <w:t xml:space="preserve">[09:04] </w:t>
      </w:r>
      <w:r>
        <w:t>so, you have to differentiate between the two.</w:t>
      </w:r>
    </w:p>
    <w:p>
      <w:pPr>
        <w:jc w:val="right"/>
      </w:pPr>
      <w:r>
        <w:t>سو، یو ہیو ٹو ڈیفرنشیٹ بٹوین دا ٹو۔</w:t>
      </w:r>
    </w:p>
    <w:p>
      <w:r>
        <w:rPr>
          <w:b/>
        </w:rPr>
        <w:t xml:space="preserve">[09:08] </w:t>
      </w:r>
      <w:r>
        <w:t>there are many christian states in the world, but there is no political interpretation of christianity. there is hind rule, but there is no political interpretation of hinduism.</w:t>
      </w:r>
    </w:p>
    <w:p>
      <w:pPr>
        <w:jc w:val="right"/>
      </w:pPr>
      <w:r>
        <w:t>دیر آر مینی کرسچن سٹیٹس ان دا ورلڈ، بٹ دیر از نو پولیٹیکل انٹرپریشن آف کرسچینٹی۔ دیر از ہند رول، بٹ دیر از نو پولیٹیکل انٹرپریشن آف ہندوازم۔</w:t>
      </w:r>
    </w:p>
    <w:p>
      <w:r>
        <w:rPr>
          <w:b/>
        </w:rPr>
        <w:t xml:space="preserve">[09:26] </w:t>
      </w:r>
      <w:r>
        <w:t>so, don't be confused in these two. muslim rule is quite different thing, and political interpretation is quite different thing.</w:t>
      </w:r>
    </w:p>
    <w:p>
      <w:pPr>
        <w:jc w:val="right"/>
      </w:pPr>
      <w:r>
        <w:t>سو، ڈونٹ بی کنفیوز ان دس ٹو۔ مسلم رول از کوائٹ ڈفرنٹ تھنگ، اینڈ پولیٹیکل انٹرپریشن از کوائٹ ڈفرنٹ تھنگ۔</w:t>
      </w:r>
    </w:p>
    <w:p>
      <w:r>
        <w:rPr>
          <w:b/>
        </w:rPr>
        <w:t xml:space="preserve">[09:40] </w:t>
      </w:r>
      <w:r>
        <w:t>muslim rule means where muslim majority. it is but natural that they will establish their rule.</w:t>
      </w:r>
    </w:p>
    <w:p>
      <w:pPr>
        <w:jc w:val="right"/>
      </w:pPr>
      <w:r>
        <w:t>مسلم رول مینز ویر مسلم میجورٹی۔ اٹ از بٹ نیچرل دیٹ دے ویل اسٹیبلش دیر رول۔</w:t>
      </w:r>
    </w:p>
    <w:p>
      <w:r>
        <w:rPr>
          <w:b/>
        </w:rPr>
        <w:t xml:space="preserve">[09:51] </w:t>
      </w:r>
      <w:r>
        <w:t>but political interpretation means this is the mission, this is the target, this is the goal of every believer. and it is not.</w:t>
      </w:r>
    </w:p>
    <w:p>
      <w:pPr>
        <w:jc w:val="right"/>
      </w:pPr>
      <w:r>
        <w:t>بٹ پولیٹیکل انٹرپریشن مینز دس از دا مشن، دس از دا ٹارگٹ، دس از دا گول آف ایوری بیلیور۔ اینڈ اٹ از ناٹ۔</w:t>
      </w:r>
    </w:p>
    <w:p>
      <w:r>
        <w:rPr>
          <w:b/>
        </w:rPr>
        <w:t xml:space="preserve">[10:03] </w:t>
      </w:r>
      <w:r>
        <w:t>it is very strange that not a single book was authored by any muslim scholar during previous centuries.</w:t>
      </w:r>
    </w:p>
    <w:p>
      <w:pPr>
        <w:jc w:val="right"/>
      </w:pPr>
      <w:r>
        <w:t>اٹ از ویری سٹرینج دیٹ ناٹ ا سنگل بک واز آتھڈ بائی اینی مسلم اسکالر ڈیورنگ پریویس سینچریز۔</w:t>
      </w:r>
    </w:p>
    <w:p>
      <w:r>
        <w:rPr>
          <w:b/>
        </w:rPr>
        <w:t xml:space="preserve">[10:16] </w:t>
      </w:r>
      <w:r>
        <w:t>so, it is a recent phenomena.</w:t>
      </w:r>
    </w:p>
    <w:p>
      <w:pPr>
        <w:jc w:val="right"/>
      </w:pPr>
      <w:r>
        <w:t>سو، اٹ از ا ریسنٹ فیناومینا۔</w:t>
      </w:r>
    </w:p>
    <w:p>
      <w:r>
        <w:rPr>
          <w:b/>
        </w:rPr>
        <w:t xml:space="preserve">[10:20] </w:t>
      </w:r>
      <w:r>
        <w:t>any in, I mean that in the second half of 19th century and first half of 20th century, in this period, communist interpretation spread everywhere in the world.</w:t>
      </w:r>
    </w:p>
    <w:p>
      <w:pPr>
        <w:jc w:val="right"/>
      </w:pPr>
      <w:r>
        <w:t>اینی ان، آئی مین دیٹ ان دا سیکنڈ ہاف آف نائنٹی سینچری اینڈ فرسٹ ہاف آف ٹوئنٹی سینچری، ان دس پیریڈ، کمیونسٹ انٹرپریشن فریش ایوری ویر ان دا ورلڈ۔</w:t>
      </w:r>
    </w:p>
    <w:p>
      <w:r>
        <w:rPr>
          <w:b/>
        </w:rPr>
        <w:t xml:space="preserve">[10:38] </w:t>
      </w:r>
      <w:r>
        <w:t>so, they wanted to imitate it, and they gave political interpretation of islam. it is very dangerous</w:t>
      </w:r>
    </w:p>
    <w:p>
      <w:pPr>
        <w:jc w:val="right"/>
      </w:pPr>
      <w:r>
        <w:t>سو، دے وانٹڈ ٹو ایمیٹیٹ اٹ، اینڈ دے گیو پولیٹیکل انٹرپریشن آف اسلام۔ اٹ از ویری ڈینجرس</w:t>
      </w:r>
    </w:p>
    <w:p>
      <w:r>
        <w:rPr>
          <w:b/>
        </w:rPr>
        <w:t xml:space="preserve">[10:50] </w:t>
      </w:r>
      <w:r>
        <w:t>. it deep dives all the whole scheme of the religion of islam. the main purpose of the religion of islam is to give a spiritual scheme to spiritualize man.</w:t>
      </w:r>
    </w:p>
    <w:p>
      <w:pPr>
        <w:jc w:val="right"/>
      </w:pPr>
      <w:r>
        <w:t>۔ اٹ ڈیپڈائزز آل دا ہول اسکیم آف دا ریلیجن آف اسلام۔ دا مین پرپس آف دا ریلیجن آف اسلام از ٹو گیو ا سپریچول اسکیم ٹو سپریچولائز مین۔</w:t>
      </w:r>
    </w:p>
    <w:p>
      <w:r>
        <w:rPr>
          <w:b/>
        </w:rPr>
        <w:t xml:space="preserve">[11:13] </w:t>
      </w:r>
      <w:r>
        <w:t>so,</w:t>
      </w:r>
    </w:p>
    <w:p>
      <w:pPr>
        <w:jc w:val="right"/>
      </w:pPr>
      <w:r>
        <w:t>سو،</w:t>
      </w:r>
    </w:p>
    <w:p>
      <w:r>
        <w:rPr>
          <w:b/>
        </w:rPr>
        <w:t xml:space="preserve">[11:15] </w:t>
      </w:r>
      <w:r>
        <w:t>Why? Because God Almighty created this world for test. It is selecting ground.</w:t>
      </w:r>
    </w:p>
    <w:p>
      <w:pPr>
        <w:jc w:val="right"/>
      </w:pPr>
      <w:r>
        <w:t>وائی؟ بیکاز گاڈ المائٹی کریٹڈ دس ورلڈ فار ٹیسٹ۔ اٹ از سلیکٹنگ گراؤنڈ۔</w:t>
      </w:r>
    </w:p>
    <w:p>
      <w:r>
        <w:rPr>
          <w:b/>
        </w:rPr>
        <w:t xml:space="preserve">[11:25] </w:t>
      </w:r>
      <w:r>
        <w:t>God Almighty created paradise, then he created this world, and he settled man in this planet Earth for only, for just one purpose, that is to select those men and women who are deserving candidates for paradise.</w:t>
      </w:r>
    </w:p>
    <w:p>
      <w:pPr>
        <w:jc w:val="right"/>
      </w:pPr>
      <w:r>
        <w:t>گاڈ المائٹی کریٹڈ پیراڈائز، دین ہی کریٹڈ دس ورلڈ، اینڈ ہی سیٹل مین ان دس پلینٹ ارتھ فار اونلی، فار جسٹ ون پرپس، دیٹ از ٹو سلیکٹ دوز مین اینڈ وومن ہو آر ڈیزرونگ کینڈیڈیٹ فار پیراڈائز۔</w:t>
      </w:r>
    </w:p>
    <w:p>
      <w:r>
        <w:rPr>
          <w:b/>
        </w:rPr>
        <w:t xml:space="preserve">[11:47] </w:t>
      </w:r>
      <w:r>
        <w:t>paradise is an ideal world. paradise is a perfect world. paradise is a place where man will find fulfillment.</w:t>
      </w:r>
    </w:p>
    <w:p>
      <w:pPr>
        <w:jc w:val="right"/>
      </w:pPr>
      <w:r>
        <w:t>پیراڈائز از این آئیڈیل ورلڈ۔ پیراڈائز از ا پرفیکٹ ورلڈ۔ پیراڈائز از ا پلیس ویر مین ویل فائنڈ فلفلمنٹ۔</w:t>
      </w:r>
    </w:p>
    <w:p>
      <w:r>
        <w:rPr>
          <w:b/>
        </w:rPr>
        <w:t xml:space="preserve">[12:00] </w:t>
      </w:r>
      <w:r>
        <w:t>so, this is the goal of every man and women.</w:t>
      </w:r>
    </w:p>
    <w:p>
      <w:pPr>
        <w:jc w:val="right"/>
      </w:pPr>
      <w:r>
        <w:t>سو، دس از دا گول آف ایوری مین اینڈ وومن۔</w:t>
      </w:r>
    </w:p>
    <w:p>
      <w:r>
        <w:rPr>
          <w:b/>
        </w:rPr>
        <w:t xml:space="preserve">[12:05] </w:t>
      </w:r>
      <w:r>
        <w:t>to, gaad almaighty wanted to select those man and women who are qualified for that ideal place.</w:t>
      </w:r>
    </w:p>
    <w:p>
      <w:pPr>
        <w:jc w:val="right"/>
      </w:pPr>
      <w:r>
        <w:t>تو، گاڈ المائٹی وانٹڈ ٹو سلیکٹ دوز مین اینڈ وومن ہو آر کوالیفائیڈ فار دیٹ آئیڈیل پلیس۔</w:t>
      </w:r>
    </w:p>
    <w:p>
      <w:r>
        <w:rPr>
          <w:b/>
        </w:rPr>
        <w:t xml:space="preserve">[12:19] </w:t>
      </w:r>
      <w:r>
        <w:t>so, this is the purpse of life. and all the prophets, all the prophets wanted to make people aware of this fact.</w:t>
      </w:r>
    </w:p>
    <w:p>
      <w:pPr>
        <w:jc w:val="right"/>
      </w:pPr>
      <w:r>
        <w:t>سو، دس از دا پرپس آف لائف۔ اینڈ آل دا پرافٹس، آل دا پرافٹس وانٹڈ ٹو میک پیپل اویئر آف دس فیکٹ۔</w:t>
      </w:r>
    </w:p>
    <w:p>
      <w:r>
        <w:rPr>
          <w:b/>
        </w:rPr>
        <w:t xml:space="preserve">[12:32] </w:t>
      </w:r>
      <w:r>
        <w:t>There is a verse in the Quran: "a number of verses in the Quran we'll find in which this goal is mentioned".</w:t>
      </w:r>
    </w:p>
    <w:p>
      <w:pPr>
        <w:jc w:val="right"/>
      </w:pPr>
      <w:r>
        <w:t>دیر از ا ورس ان دا قرآن: "ا نمبر آف ورسز ان دا قرآن ویل فائنڈ ان وچ دس گول از مینشن"۔</w:t>
      </w:r>
    </w:p>
    <w:p>
      <w:r>
        <w:rPr>
          <w:b/>
        </w:rPr>
        <w:t xml:space="preserve">[12:47] </w:t>
      </w:r>
      <w:r>
        <w:t>so, if you, if you</w:t>
      </w:r>
    </w:p>
    <w:p>
      <w:pPr>
        <w:jc w:val="right"/>
      </w:pPr>
      <w:r>
        <w:t>سو، اف یو، اف یو</w:t>
      </w:r>
    </w:p>
    <w:p>
      <w:r>
        <w:rPr>
          <w:b/>
        </w:rPr>
        <w:t xml:space="preserve">[12:54] </w:t>
      </w:r>
      <w:r>
        <w:t>interpret islam in political terms and give them political</w:t>
      </w:r>
    </w:p>
    <w:p>
      <w:pPr>
        <w:jc w:val="right"/>
      </w:pPr>
      <w:r>
        <w:t>انٹرپریٹ اسلام ان پولیٹیکل ٹرمز اینڈ گیو دیم پولیٹیکل</w:t>
      </w:r>
    </w:p>
    <w:p>
      <w:r>
        <w:rPr>
          <w:b/>
        </w:rPr>
        <w:t xml:space="preserve">[13:01] </w:t>
      </w:r>
      <w:r>
        <w:t>target, then hol thing well be jeopardized.</w:t>
      </w:r>
    </w:p>
    <w:p>
      <w:pPr>
        <w:jc w:val="right"/>
      </w:pPr>
      <w:r>
        <w:t>ٹارگٹ، دین ہول تھنگ ویل بی جیپرڈائز۔</w:t>
      </w:r>
    </w:p>
    <w:p>
      <w:r>
        <w:rPr>
          <w:b/>
        </w:rPr>
        <w:t xml:space="preserve">[13:08] </w:t>
      </w:r>
      <w:r>
        <w:t>for example, according to the real concept of Islam, the equation between man and women is die and mado.</w:t>
      </w:r>
    </w:p>
    <w:p>
      <w:pPr>
        <w:jc w:val="right"/>
      </w:pPr>
      <w:r>
        <w:t>فار ایگزامپل، اکارڈنگ ٹو دا ریئل کانسیپٹ آف اسلام، دا ایکویشن بٹوین مین اینڈ وومن از دائی اینڈ مدو۔</w:t>
      </w:r>
    </w:p>
    <w:p>
      <w:r>
        <w:rPr>
          <w:b/>
        </w:rPr>
        <w:t xml:space="preserve">[13:18] </w:t>
      </w:r>
      <w:r>
        <w:t>Believers are they and non-believers are madu. This is the Islamic equation. But according to political interpretation, the equation is changed.</w:t>
      </w:r>
    </w:p>
    <w:p>
      <w:pPr>
        <w:jc w:val="right"/>
      </w:pPr>
      <w:r>
        <w:t>بیلیورز آر دائی اینڈ نان بیلیورز آر مدو۔ دس از دا اسلامک ایکویشن۔ بٹ اکارڈنگ ٹو پولیٹیکل انٹرپریشن، دا ایکویشن از چینج۔</w:t>
      </w:r>
    </w:p>
    <w:p>
      <w:r>
        <w:rPr>
          <w:b/>
        </w:rPr>
        <w:t xml:space="preserve">[13:36] </w:t>
      </w:r>
      <w:r>
        <w:t>then the equation becomes ruler and ruled, ruler and ruled. This is not an Islamic scheme.</w:t>
      </w:r>
    </w:p>
    <w:p>
      <w:pPr>
        <w:jc w:val="right"/>
      </w:pPr>
      <w:r>
        <w:t>دین دا ایکویشن بیکمز رولر اینڈ رولڈ، رولر اینڈ رولڈ۔ دیر از ناٹ اسلامک اسکیم۔</w:t>
      </w:r>
    </w:p>
    <w:p>
      <w:r>
        <w:rPr>
          <w:b/>
        </w:rPr>
        <w:t xml:space="preserve">[13:46] </w:t>
      </w:r>
      <w:r>
        <w:t>according to Islamic scheme, the equation between man and women is dai and mado. to, dai mado equation inculcates spirit of well wishing.</w:t>
      </w:r>
    </w:p>
    <w:p>
      <w:pPr>
        <w:jc w:val="right"/>
      </w:pPr>
      <w:r>
        <w:t>اکارڈنگ ٹو اسلامک اسکیم، دا ایکویشن بٹوین مین اینڈ وومن از دائی اینڈ مدو۔ تو، دائی مدو ایکویشن انکلکیٹس سپرٹ آف ویل وشنگ۔</w:t>
      </w:r>
    </w:p>
    <w:p>
      <w:r>
        <w:rPr>
          <w:b/>
        </w:rPr>
        <w:t xml:space="preserve">[14:01] </w:t>
      </w:r>
      <w:r>
        <w:t>you become human friendly, human friendly. Believers become human friendly. Because without friendship, you cannot, you cannot address people.</w:t>
      </w:r>
    </w:p>
    <w:p>
      <w:pPr>
        <w:jc w:val="right"/>
      </w:pPr>
      <w:r>
        <w:t>یو بیکم ہیومن فرینڈلی، ہیومن فرینڈلی۔ بیلیورز بیکم ہیومن فرینڈلی۔ بیکاز وداؤٹ فرینڈشپ، یو کین ناٹ، یو کین ناٹ ایڈریس پیپل۔</w:t>
      </w:r>
    </w:p>
    <w:p>
      <w:r>
        <w:rPr>
          <w:b/>
        </w:rPr>
        <w:t xml:space="preserve">[14:20] </w:t>
      </w:r>
      <w:r>
        <w:t>you have to normalize the situation. you have to adopt friendly behavior. then you are able to address people.</w:t>
      </w:r>
    </w:p>
    <w:p>
      <w:pPr>
        <w:jc w:val="right"/>
      </w:pPr>
      <w:r>
        <w:t>یو ہیو ٹو نارملائز دا سچویشن۔ یو ہیو ٹو اڈاپٹ فرینڈلی بیہیویئر۔ دین یو آر ایبل ٹو ایڈریس پیپل۔</w:t>
      </w:r>
    </w:p>
    <w:p>
      <w:r>
        <w:rPr>
          <w:b/>
        </w:rPr>
        <w:t xml:space="preserve">[14:33] </w:t>
      </w:r>
      <w:r>
        <w:t>but when you adopt political interpretation, when you adopt political power as your goal, the equation becomes ruler and ruled.</w:t>
      </w:r>
    </w:p>
    <w:p>
      <w:pPr>
        <w:jc w:val="right"/>
      </w:pPr>
      <w:r>
        <w:t>بٹ وین یو اڈاپٹ پولیٹیکل انٹرپریٹیشن، وین یو اڈاپٹ پولیٹیکل پاور ایز یور گول، دا ایکویشن بیکمز رولر اینڈ رولڈ۔</w:t>
      </w:r>
    </w:p>
    <w:p>
      <w:r>
        <w:rPr>
          <w:b/>
        </w:rPr>
        <w:t xml:space="preserve">[14:48] </w:t>
      </w:r>
      <w:r>
        <w:t>then you become, you are not friendly, your behavior is not friendly behavior.</w:t>
      </w:r>
    </w:p>
    <w:p>
      <w:pPr>
        <w:jc w:val="right"/>
      </w:pPr>
      <w:r>
        <w:t>دین یو بیکم، یو آر ناٹ فرینڈلی، یور بیہیویئر از ناٹ فرینڈلی بیہیویئر۔</w:t>
      </w:r>
    </w:p>
    <w:p>
      <w:r>
        <w:rPr>
          <w:b/>
        </w:rPr>
        <w:t xml:space="preserve">[15:00] </w:t>
      </w:r>
      <w:r>
        <w:t>then the, then you see people as your, as a rival, rivalry breeds hate, revenge, violence.</w:t>
      </w:r>
    </w:p>
    <w:p>
      <w:pPr>
        <w:jc w:val="right"/>
      </w:pPr>
      <w:r>
        <w:t>دین دا، دین یو سی پیپل ایز یور، ایز ا رائیول، رائیول، رائیولی بریڈز ہیٹ، ریونج، وائلنس۔</w:t>
      </w:r>
    </w:p>
    <w:p>
      <w:r>
        <w:rPr>
          <w:b/>
        </w:rPr>
        <w:t xml:space="preserve">[15:20] </w:t>
      </w:r>
      <w:r>
        <w:t>so, these people who wanted to, to establish Islamic rule.</w:t>
      </w:r>
    </w:p>
    <w:p>
      <w:pPr>
        <w:jc w:val="right"/>
      </w:pPr>
      <w:r>
        <w:t>سو، دس پیپل ہو وانٹڈ ٹو، ٹو اسٹیبلش اسلامک رول۔</w:t>
      </w:r>
    </w:p>
    <w:p>
      <w:r>
        <w:rPr>
          <w:b/>
        </w:rPr>
        <w:t xml:space="preserve">[15:29] </w:t>
      </w:r>
      <w:r>
        <w:t>first, they wanted to persuade people for this ideology.</w:t>
      </w:r>
    </w:p>
    <w:p>
      <w:pPr>
        <w:jc w:val="right"/>
      </w:pPr>
      <w:r>
        <w:t>فرسٹ، دے وانٹڈ ٹو پرسویٹ پیپل فار دس ائیڈیالوجی۔</w:t>
      </w:r>
    </w:p>
    <w:p>
      <w:r>
        <w:rPr>
          <w:b/>
        </w:rPr>
        <w:t xml:space="preserve">[15:39] </w:t>
      </w:r>
      <w:r>
        <w:t>Initially, they were peaceful. But when they saw that peaceful method is not working, they started demonstration.</w:t>
      </w:r>
    </w:p>
    <w:p>
      <w:pPr>
        <w:jc w:val="right"/>
      </w:pPr>
      <w:r>
        <w:t>انیشلی، دے وار پیس فل۔ بٹ وین دے سا دیٹ پیس فل میتھڈ از ناٹ ورکنگ، دے سٹارٹڈ ڈیمونسٹریشن۔</w:t>
      </w:r>
    </w:p>
    <w:p>
      <w:r>
        <w:rPr>
          <w:b/>
        </w:rPr>
        <w:t xml:space="preserve">[15:56] </w:t>
      </w:r>
      <w:r>
        <w:t>heavens are the heaven cry. Then again, they saw that arts of demonstration is not working.</w:t>
      </w:r>
    </w:p>
    <w:p>
      <w:pPr>
        <w:jc w:val="right"/>
      </w:pPr>
      <w:r>
        <w:t>ہیون آرٹس آف ہیون کرائی۔ دین اگین، دے سا دیٹ آرٹس آف ڈیمونسٹریشن از ناٹ ورکنگ۔</w:t>
      </w:r>
    </w:p>
    <w:p>
      <w:r>
        <w:rPr>
          <w:b/>
        </w:rPr>
        <w:t xml:space="preserve">[16:06] </w:t>
      </w:r>
      <w:r>
        <w:t>they participated in election</w:t>
      </w:r>
    </w:p>
    <w:p>
      <w:pPr>
        <w:jc w:val="right"/>
      </w:pPr>
      <w:r>
        <w:t>دے پارٹیسپیٹڈ ان الیکشن</w:t>
      </w:r>
    </w:p>
    <w:p>
      <w:r>
        <w:rPr>
          <w:b/>
        </w:rPr>
        <w:t xml:space="preserve">[16:09] </w:t>
      </w:r>
      <w:r>
        <w:t>. but again, they fail, they were not able to establish their rule through electric process.</w:t>
      </w:r>
    </w:p>
    <w:p>
      <w:pPr>
        <w:jc w:val="right"/>
      </w:pPr>
      <w:r>
        <w:t>۔ بٹ اگین، دے فیل، دے وار ناٹ ایبل ٹو اسٹیبلش دیر رول تھرو الیکٹرک پروسیس۔</w:t>
      </w:r>
    </w:p>
    <w:p>
      <w:r>
        <w:rPr>
          <w:b/>
        </w:rPr>
        <w:t xml:space="preserve">[16:23] </w:t>
      </w:r>
      <w:r>
        <w:t>deen de violent. Even violent fail to work. To now, they are,</w:t>
      </w:r>
    </w:p>
    <w:p>
      <w:pPr>
        <w:jc w:val="right"/>
      </w:pPr>
      <w:r>
        <w:t>دین دے بیکم وائلنٹ۔ ایون وائلنٹ فیل ٹو ورک۔ تو ناو، دے آر،</w:t>
      </w:r>
    </w:p>
    <w:p>
      <w:r>
        <w:rPr>
          <w:b/>
        </w:rPr>
        <w:t xml:space="preserve">[16:34] </w:t>
      </w:r>
      <w:r>
        <w:t>they have adopted suicide bombing.</w:t>
      </w:r>
    </w:p>
    <w:p>
      <w:pPr>
        <w:jc w:val="right"/>
      </w:pPr>
      <w:r>
        <w:t>دے ہیو اڈاپٹڈ سوسائیڈ بمبنگ۔</w:t>
      </w:r>
    </w:p>
    <w:p>
      <w:r>
        <w:rPr>
          <w:b/>
        </w:rPr>
        <w:t xml:space="preserve">[16:37] </w:t>
      </w:r>
      <w:r>
        <w:t>If you want, why you are, why you are adopt for suicide bombing? They will say, we want to destabilize the system.</w:t>
      </w:r>
    </w:p>
    <w:p>
      <w:pPr>
        <w:jc w:val="right"/>
      </w:pPr>
      <w:r>
        <w:t>اف یو وانٹ، وائی یو آر، وائی یو آر اڈاپٹ فار سوسائیڈ بمبنگ؟ دے ویل سے، وی وانٹ ٹو ڈی اسٹیبلائز دا سسٹم۔</w:t>
      </w:r>
    </w:p>
    <w:p>
      <w:r>
        <w:rPr>
          <w:b/>
        </w:rPr>
        <w:t xml:space="preserve">[16:50] </w:t>
      </w:r>
      <w:r>
        <w:t>this is the first step towards capturing the political power. so, you see, all this logic is completely false.</w:t>
      </w:r>
    </w:p>
    <w:p>
      <w:pPr>
        <w:jc w:val="right"/>
      </w:pPr>
      <w:r>
        <w:t>دس از دا فرسٹ سٹیپ ٹورڈز کیپچرنگ دا پولیٹیکل پاور۔ سو، یو سی، آل دس لاجک از کمپلیٹلی فالس۔</w:t>
      </w:r>
    </w:p>
    <w:p>
      <w:r>
        <w:rPr>
          <w:b/>
        </w:rPr>
        <w:t xml:space="preserve">[17:02] </w:t>
      </w:r>
      <w:r>
        <w:t>This is not logic, it is word play.</w:t>
      </w:r>
    </w:p>
    <w:p>
      <w:pPr>
        <w:jc w:val="right"/>
      </w:pPr>
      <w:r>
        <w:t>دس از ناٹ لاجک، از ورڈ پلے۔</w:t>
      </w:r>
    </w:p>
    <w:p>
      <w:r>
        <w:rPr>
          <w:b/>
        </w:rPr>
        <w:t xml:space="preserve">[17:08] </w:t>
      </w:r>
      <w:r>
        <w:t>so, political interpretation started as a new theory. but in the end, it became suicide bombing, suicidal.</w:t>
      </w:r>
    </w:p>
    <w:p>
      <w:pPr>
        <w:jc w:val="right"/>
      </w:pPr>
      <w:r>
        <w:t>سو، پولیٹیکل انٹرپریشن اسٹارٹڈ ایز ا نئی تھیوری۔ بٹ ان دا اینڈ، اٹ بیکم سوسائیڈ بمبنگ، سوسائیڈل۔</w:t>
      </w:r>
    </w:p>
    <w:p>
      <w:r>
        <w:rPr>
          <w:b/>
        </w:rPr>
        <w:t xml:space="preserve">[17:22] </w:t>
      </w:r>
      <w:r>
        <w:t>but when you adopt dawah work, dawah lillah, then it is good from a to z.</w:t>
      </w:r>
    </w:p>
    <w:p>
      <w:pPr>
        <w:jc w:val="right"/>
      </w:pPr>
      <w:r>
        <w:t>بٹ وین یو اڈاپٹ دعویٰ ورک، دعوت للہ، دین اٹ از گڈ فرام اے ٹو زیڈ۔</w:t>
      </w:r>
    </w:p>
    <w:p>
      <w:r>
        <w:rPr>
          <w:b/>
        </w:rPr>
        <w:t xml:space="preserve">[17:36] </w:t>
      </w:r>
      <w:r>
        <w:t>you start with peaceful means. you try to convince people for the,</w:t>
      </w:r>
    </w:p>
    <w:p>
      <w:pPr>
        <w:jc w:val="right"/>
      </w:pPr>
      <w:r>
        <w:t>یو سٹارٹ ود پیس فل مینز۔ یو ٹرائی ٹو کنونس پیپل فار دی،</w:t>
      </w:r>
    </w:p>
    <w:p>
      <w:r>
        <w:rPr>
          <w:b/>
        </w:rPr>
        <w:t xml:space="preserve">[17:47] </w:t>
      </w:r>
      <w:r>
        <w:t>for the religion of Islam, religion of God. then you make dua, then you show friendly behavior.</w:t>
      </w:r>
    </w:p>
    <w:p>
      <w:pPr>
        <w:jc w:val="right"/>
      </w:pPr>
      <w:r>
        <w:t>فار دی ریلیجن آف اسلام، ریلیجن آف گاڈ۔ دین یو میک دعا، دین یو شو فرینڈلی بیہیویئر۔</w:t>
      </w:r>
    </w:p>
    <w:p>
      <w:r>
        <w:rPr>
          <w:b/>
        </w:rPr>
        <w:t xml:space="preserve">[18:03] </w:t>
      </w:r>
      <w:r>
        <w:t>because you are, you want to, you want to persuade them, you want to change their mind. and this kind of mission require friendly behavior,</w:t>
      </w:r>
    </w:p>
    <w:p>
      <w:pPr>
        <w:jc w:val="right"/>
      </w:pPr>
      <w:r>
        <w:t>بیکاز یو آر، یو وانٹ ٹو، یو وانٹ ٹو پرسویٹ دیم، یو وانٹ ٹو چینج دیر مائنڈ۔ اینڈ دس کائنڈ آف مشن ریکوائر فرینڈلی بیہیویئر،</w:t>
      </w:r>
    </w:p>
    <w:p>
      <w:r>
        <w:rPr>
          <w:b/>
        </w:rPr>
        <w:t xml:space="preserve">[18:19] </w:t>
      </w:r>
      <w:r>
        <w:t>friendly behavior, well wishing. so, dawah work is a peaceful mission, mission that is based on compassion, well wishing,</w:t>
      </w:r>
    </w:p>
    <w:p>
      <w:pPr>
        <w:jc w:val="right"/>
      </w:pPr>
      <w:r>
        <w:t>فرینڈلی بیہیویئر، ویل وشنگ۔ سو، دعویٰ ورک از ا پیس فل مشن، مشن دیٹ از بیسڈ ان کمپیشن، ویل وشنگ،</w:t>
      </w:r>
    </w:p>
    <w:p>
      <w:r>
        <w:rPr>
          <w:b/>
        </w:rPr>
        <w:t xml:space="preserve">[18:34] </w:t>
      </w:r>
      <w:r>
        <w:t>rahmat. Then if you see that your maddah is not convinced with your persuasion, with your, with your dawah work,</w:t>
      </w:r>
    </w:p>
    <w:p>
      <w:pPr>
        <w:jc w:val="right"/>
      </w:pPr>
      <w:r>
        <w:t>رحمت۔ دین اف یو سی دیٹ یور مدو از ناٹ کنونسڈ ود یور پرسیویشن، ود یور، ود یور دعویٰ ورک،</w:t>
      </w:r>
    </w:p>
    <w:p>
      <w:r>
        <w:rPr>
          <w:b/>
        </w:rPr>
        <w:t xml:space="preserve">[18:50] </w:t>
      </w:r>
      <w:r>
        <w:t>then you go to dua.</w:t>
      </w:r>
    </w:p>
    <w:p>
      <w:pPr>
        <w:jc w:val="right"/>
      </w:pPr>
      <w:r>
        <w:t>دین یو گو ٹو دعا۔</w:t>
      </w:r>
    </w:p>
    <w:p>
      <w:r>
        <w:rPr>
          <w:b/>
        </w:rPr>
        <w:t xml:space="preserve">[18:54] </w:t>
      </w:r>
      <w:r>
        <w:t>Dawah work is two point formula.</w:t>
      </w:r>
    </w:p>
    <w:p>
      <w:pPr>
        <w:jc w:val="right"/>
      </w:pPr>
      <w:r>
        <w:t>دعویٰ ورک از ٹو پوائنٹ فارمولا۔</w:t>
      </w:r>
    </w:p>
    <w:p>
      <w:r>
        <w:rPr>
          <w:b/>
        </w:rPr>
        <w:t xml:space="preserve">[18:59] </w:t>
      </w:r>
      <w:r>
        <w:t>if possible, then dawah work. if not possible, then dua work. it is from a to z.</w:t>
      </w:r>
    </w:p>
    <w:p>
      <w:pPr>
        <w:jc w:val="right"/>
      </w:pPr>
      <w:r>
        <w:t>اف پاسیبل، دین دعویٰ ورک۔ اف ناٹ پاسیبل، دین دعا ورک۔ اٹ از فرام اے ٹو زیڈ۔</w:t>
      </w:r>
    </w:p>
    <w:p>
      <w:r>
        <w:rPr>
          <w:b/>
        </w:rPr>
        <w:t xml:space="preserve">[19:09] </w:t>
      </w:r>
      <w:r>
        <w:t>it is a peaceful concept, peaceful movement. there is no violence, there is no hate, there is no complaint, there is no protest.</w:t>
      </w:r>
    </w:p>
    <w:p>
      <w:pPr>
        <w:jc w:val="right"/>
      </w:pPr>
      <w:r>
        <w:t>اٹ از ا پیس فل کانسیپٹ، پیس فل موومنٹ۔ دیر از نو وائلنس، دیر از نو ہیٹ، دیر از نو کمپلینٹ، دیر از نو پروٹیسٹ۔</w:t>
      </w:r>
    </w:p>
    <w:p>
      <w:r>
        <w:rPr>
          <w:b/>
        </w:rPr>
        <w:t xml:space="preserve">[19:27] </w:t>
      </w:r>
      <w:r>
        <w:t>here you can see the comparison in political movement. there are rivalry.</w:t>
      </w:r>
    </w:p>
    <w:p>
      <w:pPr>
        <w:jc w:val="right"/>
      </w:pPr>
      <w:r>
        <w:t>ہیر یو کین سی دا کمپیریزن ان پولیٹیکل موومنٹ۔ دیر آر رائیولی۔</w:t>
      </w:r>
    </w:p>
    <w:p>
      <w:r>
        <w:rPr>
          <w:b/>
        </w:rPr>
        <w:t xml:space="preserve">[19:39] </w:t>
      </w:r>
      <w:r>
        <w:t>when you want to incite those people who enjoy political power, they will try to retaliate</w:t>
      </w:r>
    </w:p>
    <w:p>
      <w:pPr>
        <w:jc w:val="right"/>
      </w:pPr>
      <w:r>
        <w:t>وین یو وانٹ ٹو انسیٹ دوز پیپل ہو انجوائے پولیٹیکل پاور، دے ویل ٹرائی ٹو ریٹیلیٹ</w:t>
      </w:r>
    </w:p>
    <w:p>
      <w:r>
        <w:rPr>
          <w:b/>
        </w:rPr>
        <w:t xml:space="preserve">[19:50] </w:t>
      </w:r>
      <w:r>
        <w:t>, they will try to regain their power. and there is a confrontation, blood shed, war.</w:t>
      </w:r>
    </w:p>
    <w:p>
      <w:pPr>
        <w:jc w:val="right"/>
      </w:pPr>
      <w:r>
        <w:t>، دے ویل ٹرائی ٹو ریگین دیر پاور۔ اینڈ دیر از ا کنفrontiشن، بلڈ شیڈ، وار۔</w:t>
      </w:r>
    </w:p>
    <w:p>
      <w:r>
        <w:rPr>
          <w:b/>
        </w:rPr>
        <w:t xml:space="preserve">[20:01] </w:t>
      </w:r>
      <w:r>
        <w:t>so, war is inherently a part of political interpretation.</w:t>
      </w:r>
    </w:p>
    <w:p>
      <w:pPr>
        <w:jc w:val="right"/>
      </w:pPr>
      <w:r>
        <w:t>سو، وار از انہیرنٹلی ا پارٹ آف پولیٹیکل انٹرپریشن۔</w:t>
      </w:r>
    </w:p>
    <w:p>
      <w:r>
        <w:rPr>
          <w:b/>
        </w:rPr>
        <w:t xml:space="preserve">[20:12] </w:t>
      </w:r>
      <w:r>
        <w:t>hate and violence and war, all these things, all these negative things, are inherently part of political interpretation.</w:t>
      </w:r>
    </w:p>
    <w:p>
      <w:pPr>
        <w:jc w:val="right"/>
      </w:pPr>
      <w:r>
        <w:t>ہیٹ اینڈ وائلنس اینڈ وار، آل دس تھنگز، آل دس نیگیٹیو تھنگز، آر انہیرنٹلی پارٹ آف پولیٹیکل انٹرپریشن۔</w:t>
      </w:r>
    </w:p>
    <w:p>
      <w:r>
        <w:rPr>
          <w:b/>
        </w:rPr>
        <w:t xml:space="preserve">[20:23] </w:t>
      </w:r>
      <w:r>
        <w:t>where there is political interpretation, there is hate, there is violence, there is rivalry, there is confrontation.</w:t>
      </w:r>
    </w:p>
    <w:p>
      <w:pPr>
        <w:jc w:val="right"/>
      </w:pPr>
      <w:r>
        <w:t>ویر دیر از پولیٹیکل انٹرپریشن، دیر از ہیٹ، دیر از وائلنس، دیر از رائیولی، دیر از کنفرنٹیشن۔</w:t>
      </w:r>
    </w:p>
    <w:p>
      <w:r>
        <w:rPr>
          <w:b/>
        </w:rPr>
        <w:t xml:space="preserve">[20:36] </w:t>
      </w:r>
      <w:r>
        <w:t>but dawah work is quite different.</w:t>
      </w:r>
    </w:p>
    <w:p>
      <w:pPr>
        <w:jc w:val="right"/>
      </w:pPr>
      <w:r>
        <w:t>بٹ دعا ورک از کوائٹ ڈفرنٹ۔</w:t>
      </w:r>
    </w:p>
    <w:p>
      <w:r>
        <w:rPr>
          <w:b/>
        </w:rPr>
        <w:t xml:space="preserve">[20:41] </w:t>
      </w:r>
      <w:r>
        <w:t>where there is dawah work, there is love, there is compassion, there is friendly behavior, there is dua.</w:t>
      </w:r>
    </w:p>
    <w:p>
      <w:pPr>
        <w:jc w:val="right"/>
      </w:pPr>
      <w:r>
        <w:t>ویر دیر از دعا ورک، دیر از لو، دیر از کمپیشن، دیر از فرینڈلی بیہیویئر، دیر از دعا۔</w:t>
      </w:r>
    </w:p>
    <w:p>
      <w:r>
        <w:rPr>
          <w:b/>
        </w:rPr>
        <w:t xml:space="preserve">[20:54] </w:t>
      </w:r>
      <w:r>
        <w:t>so, this is the requirement of Islamic system</w:t>
      </w:r>
    </w:p>
    <w:p>
      <w:pPr>
        <w:jc w:val="right"/>
      </w:pPr>
      <w:r>
        <w:t>سو، دس از دا ریکوائرمنٹ آف اسلامک سسٹم</w:t>
      </w:r>
    </w:p>
    <w:p>
      <w:r>
        <w:rPr>
          <w:b/>
        </w:rPr>
        <w:t xml:space="preserve">[21:03] </w:t>
      </w:r>
      <w:r>
        <w:t>۔ اسلام وانٹس ٹو میک یو</w:t>
      </w:r>
    </w:p>
    <w:p>
      <w:pPr>
        <w:jc w:val="right"/>
      </w:pPr>
      <w:r>
        <w:t>۔ اسلام وانٹس ٹو میک یو</w:t>
      </w:r>
    </w:p>
    <w:p>
      <w:r>
        <w:rPr>
          <w:b/>
        </w:rPr>
        <w:t xml:space="preserve">[21:08] </w:t>
      </w:r>
      <w:r>
        <w:t>True believer, true believer. Islam wants to make you man of dua, man of ibadat, man of modesty,</w:t>
      </w:r>
    </w:p>
    <w:p>
      <w:pPr>
        <w:jc w:val="right"/>
      </w:pPr>
      <w:r>
        <w:t>ٹرو بیلیور، ٹرو بیلیور۔ اسلام وانٹ ٹو میک یو مین آف دعا، مین آف عبادت، مین آف ماڈیسٹی،</w:t>
      </w:r>
    </w:p>
    <w:p>
      <w:r>
        <w:rPr>
          <w:b/>
        </w:rPr>
        <w:t xml:space="preserve">[21:27] </w:t>
      </w:r>
      <w:r>
        <w:t>man of spirituality. All these things are integral part of Dawah work. So, this is the real scheme of Islam.</w:t>
      </w:r>
    </w:p>
    <w:p>
      <w:pPr>
        <w:jc w:val="right"/>
      </w:pPr>
      <w:r>
        <w:t>مین آف سپریچولیٹی۔ آل دس تھنگز آر انٹیگرل پارٹ آف دعویٰ ورک۔ سو، دس از دا ریئل اسکیم آف اسلام۔</w:t>
      </w:r>
    </w:p>
    <w:p>
      <w:r>
        <w:rPr>
          <w:b/>
        </w:rPr>
        <w:t xml:space="preserve">[21:43] </w:t>
      </w:r>
      <w:r>
        <w:t>Property of Islam was thy. Property Islam is mentioned in the Quran in this verse: "دائی الا اللہ بے منیرہ".</w:t>
      </w:r>
    </w:p>
    <w:p>
      <w:pPr>
        <w:jc w:val="right"/>
      </w:pPr>
      <w:r>
        <w:t>پراپرٹی آف اسلام واز دائی۔ پراپرٹی اسلام از مینشن ان دا قرآن ان دس ورس: "دائی الا اللہ بے منیرہ"۔</w:t>
      </w:r>
    </w:p>
    <w:p>
      <w:r>
        <w:rPr>
          <w:b/>
        </w:rPr>
        <w:t xml:space="preserve">[21:56] </w:t>
      </w:r>
      <w:r>
        <w:t>You cannot find a single verse in the Quran that says that prophet of Islam was a political leader. No, not at all.</w:t>
      </w:r>
    </w:p>
    <w:p>
      <w:pPr>
        <w:jc w:val="right"/>
      </w:pPr>
      <w:r>
        <w:t>یو کین ناٹ فائنڈ ا سنگل ورس ان دا قرآن دیٹ سیز دیٹ پرافٹ آف اسلام واز ا پولیٹیکل لیڈر۔ نو، ناٹ ایٹ آل۔</w:t>
      </w:r>
    </w:p>
    <w:p>
      <w:r>
        <w:rPr>
          <w:b/>
        </w:rPr>
        <w:t xml:space="preserve">[22:07] </w:t>
      </w:r>
      <w:r>
        <w:t>The Prophet of Islam was not a political leader. He was dai.</w:t>
      </w:r>
    </w:p>
    <w:p>
      <w:pPr>
        <w:jc w:val="right"/>
      </w:pPr>
      <w:r>
        <w:t>پرافٹ آف اسلام واز ناٹ ا پولیٹیکل لیڈر۔ ہی واز دائی۔</w:t>
      </w:r>
    </w:p>
    <w:p>
      <w:r>
        <w:rPr>
          <w:b/>
        </w:rPr>
        <w:t xml:space="preserve">[22:13] </w:t>
      </w:r>
      <w:r>
        <w:t>ہی الویز وانٹڈ ٹو اسٹیبلش پیس۔ وائی؟ بیکاز پیس از ویری، ویری فیوریبل ٹو دعویٰ ورک۔</w:t>
      </w:r>
    </w:p>
    <w:p>
      <w:pPr>
        <w:jc w:val="right"/>
      </w:pPr>
      <w:r>
        <w:t>ہی الویز وانٹڈ ٹو اسٹیبلش پیس۔ وائی؟ بیکاز پیس از ویری، ویری فیوریبل ٹو دعویٰ ورک۔</w:t>
      </w:r>
    </w:p>
    <w:p>
      <w:r>
        <w:rPr>
          <w:b/>
        </w:rPr>
        <w:t xml:space="preserve">[22:23] </w:t>
      </w:r>
      <w:r>
        <w:t>ویر دیر از پیس، دیر ار اپرچونیٹیز فار دعویٰ۔ اینڈ ویر دیر از وائلنس، دیر از نو اپرچونیٹی فار دعویٰ۔</w:t>
      </w:r>
    </w:p>
    <w:p>
      <w:pPr>
        <w:jc w:val="right"/>
      </w:pPr>
      <w:r>
        <w:t>ویر دیر از پیس، دیر ار اپرچونیٹیز فار دعویٰ۔ اینڈ ویر دیر از وائلنس، دیر از نو اپرچونیٹی فار دعویٰ۔</w:t>
      </w:r>
    </w:p>
    <w:p>
      <w:r>
        <w:rPr>
          <w:b/>
        </w:rPr>
        <w:t xml:space="preserve">[22:36] </w:t>
      </w:r>
      <w:r>
        <w:t>وائلنس اور رائیولی آر کوائٹ اگینسٹ دا اسلامک دعویٰ۔</w:t>
      </w:r>
    </w:p>
    <w:p>
      <w:pPr>
        <w:jc w:val="right"/>
      </w:pPr>
      <w:r>
        <w:t>وائلنس اور رائیولی آر کوائٹ اگینسٹ دا اسلامک دعویٰ۔</w:t>
      </w:r>
    </w:p>
    <w:p>
      <w:r>
        <w:rPr>
          <w:b/>
        </w:rPr>
        <w:t xml:space="preserve">[22:44] </w:t>
      </w:r>
      <w:r>
        <w:t>دے جیپرڈائز آل دا اپرچونیٹیز آف دعویٰ ورک۔</w:t>
      </w:r>
    </w:p>
    <w:p>
      <w:pPr>
        <w:jc w:val="right"/>
      </w:pPr>
      <w:r>
        <w:t>دے جیپرڈائز آل دا اپرچونیٹیز آف دعویٰ ورک۔</w:t>
      </w:r>
    </w:p>
    <w:p>
      <w:r>
        <w:rPr>
          <w:b/>
        </w:rPr>
        <w:t xml:space="preserve">[22:51] </w:t>
      </w:r>
      <w:r>
        <w:t>سو، یو ہیو ٹو سی، یو ہیو ٹو سی واٹ از دا ماڈل آف اسلام۔ ماڈل آف اسلام۔</w:t>
      </w:r>
    </w:p>
    <w:p>
      <w:pPr>
        <w:jc w:val="right"/>
      </w:pPr>
      <w:r>
        <w:t>سو، یو ہیو ٹو سی، یو ہیو ٹو سی واٹ از دا ماڈل آف اسلام۔ ماڈل آف اسلام۔</w:t>
      </w:r>
    </w:p>
    <w:p>
      <w:r>
        <w:rPr>
          <w:b/>
        </w:rPr>
        <w:t xml:space="preserve">[23:04] </w:t>
      </w:r>
      <w:r>
        <w:t>پرافٹ اسلام از دا ماڈل آف اسلام۔</w:t>
      </w:r>
    </w:p>
    <w:p>
      <w:pPr>
        <w:jc w:val="right"/>
      </w:pPr>
      <w:r>
        <w:t>پرافٹ اسلام از دا ماڈل آف اسلام۔</w:t>
      </w:r>
    </w:p>
    <w:p>
      <w:r>
        <w:rPr>
          <w:b/>
        </w:rPr>
        <w:t xml:space="preserve">[23:09] </w:t>
      </w:r>
      <w:r>
        <w:t>دین دا سیکنڈ ماڈل آر صحابہ۔</w:t>
      </w:r>
    </w:p>
    <w:p>
      <w:pPr>
        <w:jc w:val="right"/>
      </w:pPr>
      <w:r>
        <w:t>دین دا سیکنڈ ماڈل آر صحابہ۔</w:t>
      </w:r>
    </w:p>
    <w:p>
      <w:r>
        <w:rPr>
          <w:b/>
        </w:rPr>
        <w:t xml:space="preserve">[23:16] </w:t>
      </w:r>
      <w:r>
        <w:t>سو، دا بک آف آئیڈیالوجی ان اسلام از دا قرآن۔ قرآن از دا بک آف آئیڈیالوجی۔ اف یو وانٹ ٹو نو واٹ از اسلام، یو ہیو ٹو سی قرآن۔</w:t>
      </w:r>
    </w:p>
    <w:p>
      <w:pPr>
        <w:jc w:val="right"/>
      </w:pPr>
      <w:r>
        <w:t>سو، دا بک آف آئیڈیالوجی ان اسلام از دا قرآن۔ قرآن از دا بک آف آئیڈیالوجی۔ اف یو وانٹ ٹو نو واٹ از اسلام، یو ہیو ٹو سی قرآن۔</w:t>
      </w:r>
    </w:p>
    <w:p>
      <w:r>
        <w:rPr>
          <w:b/>
        </w:rPr>
        <w:t xml:space="preserve">[23:29] </w:t>
      </w:r>
      <w:r>
        <w:t>اینڈ یو وانٹ ٹو نو دا ماڈل آف اسلام، یو ہیو ٹو سی دا پرافٹ اینڈ دی صحابہ۔</w:t>
      </w:r>
    </w:p>
    <w:p>
      <w:pPr>
        <w:jc w:val="right"/>
      </w:pPr>
      <w:r>
        <w:t>اینڈ یو وانٹ ٹو نو دا ماڈل آف اسلام، یو ہیو ٹو سی دا پرافٹ اینڈ دی صحابہ۔</w:t>
      </w:r>
    </w:p>
    <w:p>
      <w:r>
        <w:rPr>
          <w:b/>
        </w:rPr>
        <w:t xml:space="preserve">[23:38] </w:t>
      </w:r>
      <w:r>
        <w:t>So, I would, here I would like to give some example that this people have misinterpreted some verses.</w:t>
      </w:r>
    </w:p>
    <w:p>
      <w:pPr>
        <w:jc w:val="right"/>
      </w:pPr>
      <w:r>
        <w:t>سو، آئی وڈ، ہیر آئی وڈ لائک ٹو گیو سم ایگزامپل دیٹ دس پیپل ہیو مس انٹرپریٹ سم ورسز۔</w:t>
      </w:r>
    </w:p>
    <w:p>
      <w:r>
        <w:rPr>
          <w:b/>
        </w:rPr>
        <w:t xml:space="preserve">[23:50] </w:t>
      </w:r>
      <w:r>
        <w:t>They fail to find a single verse in the Quran that says directly in clear language that to establish political power is the mission of the prophet or mission of the believers.</w:t>
      </w:r>
    </w:p>
    <w:p>
      <w:pPr>
        <w:jc w:val="right"/>
      </w:pPr>
      <w:r>
        <w:t>دے فیل ٹو فائنڈ ا سنگل ورس ان دا قرآن دیٹ سیز ڈائریکٹلی ان کلیئر لینگویج دیٹ ٹو اسٹیبلش پولیٹیکل پاور از دا مشن آف دا پرافٹ اور مشن آف دا بیلیورز۔</w:t>
      </w:r>
    </w:p>
    <w:p>
      <w:r>
        <w:rPr>
          <w:b/>
        </w:rPr>
        <w:t xml:space="preserve">[24:11] </w:t>
      </w:r>
      <w:r>
        <w:t>فار ایگزامپل، دیر از دا ورس: "عقیم الدین</w:t>
      </w:r>
    </w:p>
    <w:p>
      <w:pPr>
        <w:jc w:val="right"/>
      </w:pPr>
      <w:r>
        <w:t>فار ایگزامپل، دیر از دا ورس: "عقیم الدین</w:t>
      </w:r>
    </w:p>
    <w:p>
      <w:r>
        <w:rPr>
          <w:b/>
        </w:rPr>
        <w:t xml:space="preserve">[24:17] </w:t>
      </w:r>
      <w:r>
        <w:t>اسٹیبلش دین"۔</w:t>
      </w:r>
    </w:p>
    <w:p>
      <w:pPr>
        <w:jc w:val="right"/>
      </w:pPr>
      <w:r>
        <w:t>اسٹیبلش دین"۔</w:t>
      </w:r>
    </w:p>
    <w:p>
      <w:r>
        <w:rPr>
          <w:b/>
        </w:rPr>
        <w:t xml:space="preserve">[24:22] </w:t>
      </w:r>
      <w:r>
        <w:t>But here aqimu means follow. They say that establish the system of deen, the political system of deen.</w:t>
      </w:r>
    </w:p>
    <w:p>
      <w:pPr>
        <w:jc w:val="right"/>
      </w:pPr>
      <w:r>
        <w:t>بٹ ہیر عقیمو مینز فالو۔ دے سی دیٹ اسٹیبلش دا سسٹم آف دین، دا پولیٹیکل سسٹم آف دین۔</w:t>
      </w:r>
    </w:p>
    <w:p>
      <w:r>
        <w:rPr>
          <w:b/>
        </w:rPr>
        <w:t xml:space="preserve">[24:37] </w:t>
      </w:r>
      <w:r>
        <w:t>They interpret this verse: "Aqimuddin" that O Muslims, you have to establish the system of Deen, the political system of Islam.</w:t>
      </w:r>
    </w:p>
    <w:p>
      <w:pPr>
        <w:jc w:val="right"/>
      </w:pPr>
      <w:r>
        <w:t>دے انٹرپریٹ دس ورس: "عقیم الدین" دیٹ او مسلمز، یو ہیو ٹو اسٹیبلش دا سسٹم آف دین، دا پولیٹیکل سسٹم آف اسلام۔</w:t>
      </w:r>
    </w:p>
    <w:p>
      <w:r>
        <w:rPr>
          <w:b/>
        </w:rPr>
        <w:t xml:space="preserve">[24:51] </w:t>
      </w:r>
      <w:r>
        <w:t>But is not. Aqimuddin simply means follow the religion of Islam. Here deen means religion and not system.</w:t>
      </w:r>
    </w:p>
    <w:p>
      <w:pPr>
        <w:jc w:val="right"/>
      </w:pPr>
      <w:r>
        <w:t>بٹ از ناٹ۔ عقیم الدین سمپلی مینز فالو دا ریلیجن آف اسلام۔ ہیر دین مینز ریلیجن اینڈ ناٹ سسٹم۔</w:t>
      </w:r>
    </w:p>
    <w:p>
      <w:r>
        <w:rPr>
          <w:b/>
        </w:rPr>
        <w:t xml:space="preserve">[25:02] </w:t>
      </w:r>
      <w:r>
        <w:t>Here word 'deen' is not in the sense of system. Simply religion. Religion means belief, ibadat, worship, dua,</w:t>
      </w:r>
    </w:p>
    <w:p>
      <w:pPr>
        <w:jc w:val="right"/>
      </w:pPr>
      <w:r>
        <w:t>ہیر ورڈ دین از ناٹ ان دی سینس آف سسٹم۔ سمپلی ریلیجن۔ ریلیجن مینز بیلیف، عبادت، ورشپ، دعا،</w:t>
      </w:r>
    </w:p>
    <w:p>
      <w:r>
        <w:rPr>
          <w:b/>
        </w:rPr>
        <w:t xml:space="preserve">[25:18] </w:t>
      </w:r>
      <w:r>
        <w:t>مال ویلیوز۔ آل دس تھنگز آر پارٹ آف ریلیجن۔</w:t>
      </w:r>
    </w:p>
    <w:p>
      <w:pPr>
        <w:jc w:val="right"/>
      </w:pPr>
      <w:r>
        <w:t>مال ویلیوز۔ آل دس تھنگز آر پارٹ آف ریلیجن۔</w:t>
      </w:r>
    </w:p>
    <w:p>
      <w:r>
        <w:rPr>
          <w:b/>
        </w:rPr>
        <w:t xml:space="preserve">[25:23] </w:t>
      </w:r>
      <w:r>
        <w:t>تو here aqimuddin means follow those set of teachings that are described in the Quran.</w:t>
      </w:r>
    </w:p>
    <w:p>
      <w:pPr>
        <w:jc w:val="right"/>
      </w:pPr>
      <w:r>
        <w:t>تو ہیر عقیم الدین مینز فالو دوز سیٹ آف ٹیچنگز دیٹ آر ڈسکرائب ان دا قرآن۔</w:t>
      </w:r>
    </w:p>
    <w:p>
      <w:r>
        <w:rPr>
          <w:b/>
        </w:rPr>
        <w:t xml:space="preserve">[25:32] </w:t>
      </w:r>
      <w:r>
        <w:t>and you have to believe in the oneness of God. You have to worship for God.</w:t>
      </w:r>
    </w:p>
    <w:p>
      <w:pPr>
        <w:jc w:val="right"/>
      </w:pPr>
      <w:r>
        <w:t>اینڈ یو ہیو ٹو بیلیو ان دا وننس آف گاڈ۔ یو ہیو ٹو ورشپ فار گاڈ۔</w:t>
      </w:r>
    </w:p>
    <w:p>
      <w:r>
        <w:rPr>
          <w:b/>
        </w:rPr>
        <w:t xml:space="preserve">[25:41] </w:t>
      </w:r>
      <w:r>
        <w:t>You have to make dua. You have to adopt the moral system of Islam, ethical system of Islam. You have to adopt spiritual life.</w:t>
      </w:r>
    </w:p>
    <w:p>
      <w:pPr>
        <w:jc w:val="right"/>
      </w:pPr>
      <w:r>
        <w:t>یو ہیو ٹو میک دعا۔ یو ہیو ٹو اڈاپٹ دا مورل سسٹم آف اسلام، ایتھیکل سسٹم آف اسلام۔ یو ہیو ٹو اڈاپٹ سپریچول لائف۔</w:t>
      </w:r>
    </w:p>
    <w:p>
      <w:r>
        <w:rPr>
          <w:b/>
        </w:rPr>
        <w:t xml:space="preserve">[25:54] </w:t>
      </w:r>
      <w:r>
        <w:t>You have to make paradise your goal</w:t>
      </w:r>
    </w:p>
    <w:p>
      <w:pPr>
        <w:jc w:val="right"/>
      </w:pPr>
      <w:r>
        <w:t>یو ہیو ٹو میک پیراڈائز یور گول</w:t>
      </w:r>
    </w:p>
    <w:p>
      <w:r>
        <w:rPr>
          <w:b/>
        </w:rPr>
        <w:t xml:space="preserve">[26:00] </w:t>
      </w:r>
      <w:r>
        <w:t>. All these things are part of deen. And this verse only says that O human, O man, you have to adopt the religion of Islam in this sense.</w:t>
      </w:r>
    </w:p>
    <w:p>
      <w:pPr>
        <w:jc w:val="right"/>
      </w:pPr>
      <w:r>
        <w:t>۔ آل دس تھنگز آر پارٹ آف دین۔ اینڈ دس ورس اونلی سیز دیٹ او انسان، او مین، یو ہیو ٹو اڈاپٹ دا ریلیجن آف اسلام ان دس سینس۔</w:t>
      </w:r>
    </w:p>
    <w:p>
      <w:r>
        <w:rPr>
          <w:b/>
        </w:rPr>
        <w:t xml:space="preserve">[26:19] </w:t>
      </w:r>
      <w:r>
        <w:t>So, they have misinterpreted all those verses of the Quran. And falsely, falsely they wanted to prove that Islam gives this injunction.</w:t>
      </w:r>
    </w:p>
    <w:p>
      <w:pPr>
        <w:jc w:val="right"/>
      </w:pPr>
      <w:r>
        <w:t>سو، دے ہیو مس انٹرپریٹ آل دوز ورسز آف دا قرآن۔ اینڈ فالسی، فالسلی دے وانٹڈ ٹو پروف دیٹ اسلام گیوز دس انجکشن۔</w:t>
      </w:r>
    </w:p>
    <w:p>
      <w:r>
        <w:rPr>
          <w:b/>
        </w:rPr>
        <w:t xml:space="preserve">[26:31] </w:t>
      </w:r>
      <w:r>
        <w:t>Quran this gives this injunction, although not.</w:t>
      </w:r>
    </w:p>
    <w:p>
      <w:pPr>
        <w:jc w:val="right"/>
      </w:pPr>
      <w:r>
        <w:t>قرآن دس گیوز دس انجکشن، الدو ناٹ۔</w:t>
      </w:r>
    </w:p>
    <w:p>
      <w:r>
        <w:rPr>
          <w:b/>
        </w:rPr>
        <w:t xml:space="preserve">[26:40] </w:t>
      </w:r>
      <w:r>
        <w:t>I have studied the Quran and Hadith in this original language that is Arabic several times to find out whether there is any verse in the Quran, any Hadith that says that O believers, you have to establish political rule.</w:t>
      </w:r>
    </w:p>
    <w:p>
      <w:pPr>
        <w:jc w:val="right"/>
      </w:pPr>
      <w:r>
        <w:t>آئی ہیو سٹڈی دا قرآن اینڈ حدیث ان دس اوریجنل لینگویج دیٹ از عربک سوریل ٹائمز ٹو فائنڈ آؤٹ ویدر دیر از اینی ورس ان دا قرآن، اینی حدیث دیٹ سیز دیٹ او بیلیورز، یو ہیو ٹو اسٹیبلش پولیٹیکل رول۔</w:t>
      </w:r>
    </w:p>
    <w:p>
      <w:r>
        <w:rPr>
          <w:b/>
        </w:rPr>
        <w:t xml:space="preserve">[27:06] </w:t>
      </w:r>
      <w:r>
        <w:t>What I fail to find.</w:t>
      </w:r>
    </w:p>
    <w:p>
      <w:pPr>
        <w:jc w:val="right"/>
      </w:pPr>
      <w:r>
        <w:t>واٹ آئی فیل ٹو فائنڈ۔</w:t>
      </w:r>
    </w:p>
    <w:p>
      <w:r>
        <w:rPr>
          <w:b/>
        </w:rPr>
        <w:t xml:space="preserve">[27:10] </w:t>
      </w:r>
      <w:r>
        <w:t>So, I published several books on this subject. For example, Ta'beer Ki Ghalati in Urdu, Deen Islam, Deen Deen and Shariah,</w:t>
      </w:r>
    </w:p>
    <w:p>
      <w:pPr>
        <w:jc w:val="right"/>
      </w:pPr>
      <w:r>
        <w:t>سو، آئی پبلش سوریل بکس آن دس سبجیکٹ۔ فار ایگزامپل، تعبیر کی غلطی ان اردو، دین الاسلام، دین دین اینڈ شریعہ،</w:t>
      </w:r>
    </w:p>
    <w:p>
      <w:r>
        <w:rPr>
          <w:b/>
        </w:rPr>
        <w:t xml:space="preserve">[27:27] </w:t>
      </w:r>
      <w:r>
        <w:t>and some other books. In these books, I have established that political interpretation is completely false interpretation.</w:t>
      </w:r>
    </w:p>
    <w:p>
      <w:pPr>
        <w:jc w:val="right"/>
      </w:pPr>
      <w:r>
        <w:t>اینڈ سم ادر بکس۔ ان دس بکس، آئی ہیو اسٹیبلش دیٹ پولیٹیکل انٹرپریشن از کمپلیٹلی فالس انٹرپریشن۔</w:t>
      </w:r>
    </w:p>
    <w:p>
      <w:r>
        <w:rPr>
          <w:b/>
        </w:rPr>
        <w:t xml:space="preserve">[27:37] </w:t>
      </w:r>
      <w:r>
        <w:t>False.</w:t>
      </w:r>
    </w:p>
    <w:p>
      <w:pPr>
        <w:jc w:val="right"/>
      </w:pPr>
      <w:r>
        <w:t>فالس۔</w:t>
      </w:r>
    </w:p>
    <w:p>
      <w:r>
        <w:rPr>
          <w:b/>
        </w:rPr>
        <w:t xml:space="preserve">[27:41] </w:t>
      </w:r>
      <w:r>
        <w:t>It is not correct interpretation.</w:t>
      </w:r>
    </w:p>
    <w:p>
      <w:pPr>
        <w:jc w:val="right"/>
      </w:pPr>
      <w:r>
        <w:t>اٹ از ناٹ کریکٹ انٹرپریشن۔</w:t>
      </w:r>
    </w:p>
    <w:p>
      <w:r>
        <w:rPr>
          <w:b/>
        </w:rPr>
        <w:t xml:space="preserve">[27:47] </w:t>
      </w:r>
      <w:r>
        <w:t>So, this interpretation</w:t>
      </w:r>
    </w:p>
    <w:p>
      <w:pPr>
        <w:jc w:val="right"/>
      </w:pPr>
      <w:r>
        <w:t>سو، دس انٹرپریشن</w:t>
      </w:r>
    </w:p>
    <w:p>
      <w:r>
        <w:rPr>
          <w:b/>
        </w:rPr>
        <w:t xml:space="preserve">[27:53] </w:t>
      </w:r>
      <w:r>
        <w:t>is very, very risky interpretation, very dangerous. Because those who are, who are impressed with the interpretation, they are, they always think in political terms.</w:t>
      </w:r>
    </w:p>
    <w:p>
      <w:pPr>
        <w:jc w:val="right"/>
      </w:pPr>
      <w:r>
        <w:t>از ویری، ویری رسکی انٹرپریشن، ویری ڈینجرس۔ بیکاز دوز ہو آر، ہو آر امپریسڈ ود دا انٹرپریشن، دے آر، دے الویز تھنک ان پولیٹیکل ٹرمز۔</w:t>
      </w:r>
    </w:p>
    <w:p>
      <w:r>
        <w:rPr>
          <w:b/>
        </w:rPr>
        <w:t xml:space="preserve">[28:09] </w:t>
      </w:r>
      <w:r>
        <w:t>In political, in terms of political power.</w:t>
      </w:r>
    </w:p>
    <w:p>
      <w:pPr>
        <w:jc w:val="right"/>
      </w:pPr>
      <w:r>
        <w:t>ان پولیٹیکل، ان ٹرمز آف پولیٹیکل پاور۔</w:t>
      </w:r>
    </w:p>
    <w:p>
      <w:r>
        <w:rPr>
          <w:b/>
        </w:rPr>
        <w:t xml:space="preserve">[28:14] </w:t>
      </w:r>
      <w:r>
        <w:t>Well, if you read, if you study the life of the Sahaba, their thinking was quite different. They are, they are was thinking in terms of God Almighty, in terms of fear of God, in terms of love of God,</w:t>
      </w:r>
    </w:p>
    <w:p>
      <w:pPr>
        <w:jc w:val="right"/>
      </w:pPr>
      <w:r>
        <w:t>ویل، اف یو ریڈ، اف یو سٹڈی دا لائف آف دا صحابہ، دیر تھنکنگ واز کوائٹ ڈفرنٹ۔ دے آر، دے آر واز تھنکنگ ان ٹرمز آف گاڈ المائٹی، ان ٹرمز آف فیئر آف گاڈ، ان ٹرمز آف لو آف گاڈ،</w:t>
      </w:r>
    </w:p>
    <w:p>
      <w:r>
        <w:rPr>
          <w:b/>
        </w:rPr>
        <w:t xml:space="preserve">[28:32] </w:t>
      </w:r>
      <w:r>
        <w:t>in terms of paradise, in terms of Aakhirat, in terms of accountability.</w:t>
      </w:r>
    </w:p>
    <w:p>
      <w:pPr>
        <w:jc w:val="right"/>
      </w:pPr>
      <w:r>
        <w:t>ان ٹرمز آف پیراڈائز، ان ٹرمز آف آخرت، ان ٹرمز آف اکاؤنٹیبلٹی۔</w:t>
      </w:r>
    </w:p>
    <w:p>
      <w:r>
        <w:rPr>
          <w:b/>
        </w:rPr>
        <w:t xml:space="preserve">[28:41] </w:t>
      </w:r>
      <w:r>
        <w:t>yani you see, political interpretation changes the whole fabric of Islam.</w:t>
      </w:r>
    </w:p>
    <w:p>
      <w:pPr>
        <w:jc w:val="right"/>
      </w:pPr>
      <w:r>
        <w:t>یعنی یو سی، پولیٹیکل انٹرپریشن چینجز دا ہول فیبرک آف اسلام۔</w:t>
      </w:r>
    </w:p>
    <w:p>
      <w:r>
        <w:rPr>
          <w:b/>
        </w:rPr>
        <w:t xml:space="preserve">[28:53] </w:t>
      </w:r>
      <w:r>
        <w:t>Those who are, those who are impressed with this interpretation, they always want, want to, to, to target others the system, not themselves.</w:t>
      </w:r>
    </w:p>
    <w:p>
      <w:pPr>
        <w:jc w:val="right"/>
      </w:pPr>
      <w:r>
        <w:t>دوز ہو آر، دوز ہو آر امپریسڈ ود دس انٹرپریشن، دے الویز وانٹ، وانٹ ٹو، ٹو، ٹو ٹارگٹ ادرز دا سسٹم، ناٹ دیم سیلف۔</w:t>
      </w:r>
    </w:p>
    <w:p>
      <w:r>
        <w:rPr>
          <w:b/>
        </w:rPr>
        <w:t xml:space="preserve">[29:12] </w:t>
      </w:r>
      <w:r>
        <w:t>Again to Islam, individual is the target and not the system. Islam want to, to change an individual, every individual.</w:t>
      </w:r>
    </w:p>
    <w:p>
      <w:pPr>
        <w:jc w:val="right"/>
      </w:pPr>
      <w:r>
        <w:t>اگائن ٹو اسلام، انڈیویجول از دا ٹارگٹ اینڈ ناٹ دا سسٹم۔ اسلام وانٹ ٹو، ٹو چینج اینڈ انڈیویجول، ایوری انڈیویجول۔</w:t>
      </w:r>
    </w:p>
    <w:p>
      <w:r>
        <w:rPr>
          <w:b/>
        </w:rPr>
        <w:t xml:space="preserve">[29:26] </w:t>
      </w:r>
      <w:r>
        <w:t>Islam want to engineer mind. System is not the target of Islam</w:t>
      </w:r>
    </w:p>
    <w:p>
      <w:pPr>
        <w:jc w:val="right"/>
      </w:pPr>
      <w:r>
        <w:t>اسلام وانٹ ٹو انجینئر مائنڈ۔ سسٹم از ناٹ دا ٹارگٹ آف اسلام</w:t>
      </w:r>
    </w:p>
    <w:p>
      <w:r>
        <w:rPr>
          <w:b/>
        </w:rPr>
        <w:t xml:space="preserve">[29:37] </w:t>
      </w:r>
      <w:r>
        <w:t>. It is very important to know that Islam, the target of Islam is and individual and not the system.</w:t>
      </w:r>
    </w:p>
    <w:p>
      <w:pPr>
        <w:jc w:val="right"/>
      </w:pPr>
      <w:r>
        <w:t>۔ اٹ از ویری امپورٹنٹ ٹو نو دیٹ اسلام، دا ٹارگٹ آف اسلام از اینڈ انڈیویجول اینڈ ناٹ دا سسٹم۔</w:t>
      </w:r>
    </w:p>
    <w:p>
      <w:r>
        <w:rPr>
          <w:b/>
        </w:rPr>
        <w:t xml:space="preserve">[29:47] </w:t>
      </w:r>
      <w:r>
        <w:t>When you make system your target, then you, you inculcate the spirit of</w:t>
      </w:r>
    </w:p>
    <w:p>
      <w:pPr>
        <w:jc w:val="right"/>
      </w:pPr>
      <w:r>
        <w:t>وین یو میک سسٹم یور ٹارگٹ، دین یو، یو انکلکیٹ دا اسپیٹ آف</w:t>
      </w:r>
    </w:p>
    <w:p>
      <w:r>
        <w:rPr>
          <w:b/>
        </w:rPr>
        <w:t xml:space="preserve">[30:00] </w:t>
      </w:r>
      <w:r>
        <w:t>other worldly behavior, other worldly thinking,</w:t>
      </w:r>
    </w:p>
    <w:p>
      <w:pPr>
        <w:jc w:val="right"/>
      </w:pPr>
      <w:r>
        <w:t>ادر ورلڈلی بیہیویئر، ادر ورلڈلی تھنکنگ،</w:t>
      </w:r>
    </w:p>
    <w:p>
      <w:r>
        <w:rPr>
          <w:b/>
        </w:rPr>
        <w:t xml:space="preserve">[30:07] </w:t>
      </w:r>
      <w:r>
        <w:t>extrovert thinking. You always think about others, the political powers, the political rulers, the political leaders.</w:t>
      </w:r>
    </w:p>
    <w:p>
      <w:pPr>
        <w:jc w:val="right"/>
      </w:pPr>
      <w:r>
        <w:t>ایکسٹروورٹ تھنکنگ۔ یو الویز تھنک اباؤٹ ادرز، دا پولیٹیکل پاورز، دا پولیٹیکل رولرز، دا پولیٹیکل لیڈرز۔</w:t>
      </w:r>
    </w:p>
    <w:p>
      <w:r>
        <w:rPr>
          <w:b/>
        </w:rPr>
        <w:t xml:space="preserve">[30:21] </w:t>
      </w:r>
      <w:r>
        <w:t>you head to, you always try to, to overthrow their power. you always try to incite these political leaders.</w:t>
      </w:r>
    </w:p>
    <w:p>
      <w:pPr>
        <w:jc w:val="right"/>
      </w:pPr>
      <w:r>
        <w:t>یو ہیڈ ٹو، یو الویز ٹرائی ٹو، ٹو اوور تھرو دیر پاور۔ یو الویز ٹرائی ٹو انسیٹ دس پولیٹیکل لیڈرز۔</w:t>
      </w:r>
    </w:p>
    <w:p>
      <w:r>
        <w:rPr>
          <w:b/>
        </w:rPr>
        <w:t xml:space="preserve">[30:34] </w:t>
      </w:r>
      <w:r>
        <w:t>but in true Islam, man himself is the target.</w:t>
      </w:r>
    </w:p>
    <w:p>
      <w:pPr>
        <w:jc w:val="right"/>
      </w:pPr>
      <w:r>
        <w:t>بٹ ان ٹرو اسلام، مین ہم سیلف از دا ٹارگٹ۔</w:t>
      </w:r>
    </w:p>
    <w:p>
      <w:r>
        <w:rPr>
          <w:b/>
        </w:rPr>
        <w:t xml:space="preserve">[30:42] </w:t>
      </w:r>
      <w:r>
        <w:t>so, if you read the quran and hadith, it will inculcate in you the spirit of introspection, introspection,</w:t>
      </w:r>
    </w:p>
    <w:p>
      <w:pPr>
        <w:jc w:val="right"/>
      </w:pPr>
      <w:r>
        <w:t>سو، اف یو ریڈ دا قرآن اینڈ حدیث، اٹ ول انکلکیٹ ان یو دا اسپیٹ آف انٹروسپیکشن، انٹروسپیکشن،</w:t>
      </w:r>
    </w:p>
    <w:p>
      <w:r>
        <w:rPr>
          <w:b/>
        </w:rPr>
        <w:t xml:space="preserve">[30:56] </w:t>
      </w:r>
      <w:r>
        <w:t>the spirit of accountability, the spirit of modesty,</w:t>
      </w:r>
    </w:p>
    <w:p>
      <w:pPr>
        <w:jc w:val="right"/>
      </w:pPr>
      <w:r>
        <w:t>دا اسپیٹ آف اکاؤنٹیبلٹی، دا اسپیٹ آف ماڈیسٹی،</w:t>
      </w:r>
    </w:p>
    <w:p>
      <w:r>
        <w:rPr>
          <w:b/>
        </w:rPr>
        <w:t xml:space="preserve">[31:05] </w:t>
      </w:r>
      <w:r>
        <w:t>the spirit of self correction.</w:t>
      </w:r>
    </w:p>
    <w:p>
      <w:pPr>
        <w:jc w:val="right"/>
      </w:pPr>
      <w:r>
        <w:t>دا اسپیٹ آف سیلف کریکشن۔</w:t>
      </w:r>
    </w:p>
    <w:p>
      <w:r>
        <w:rPr>
          <w:b/>
        </w:rPr>
        <w:t xml:space="preserve">[31:11] </w:t>
      </w:r>
      <w:r>
        <w:t>then about others, you will inculcate the spirit of friendship. you inculcate, you inculcate friendly behaviour.</w:t>
      </w:r>
    </w:p>
    <w:p>
      <w:pPr>
        <w:jc w:val="right"/>
      </w:pPr>
      <w:r>
        <w:t>دین اباؤٹ ادرز، یو ول انکلکیٹ دا اسپیٹ آف فرینڈشپ۔ یو انکلکیٹ، یو انکلکیٹ فرینڈلی بیہیویئر۔</w:t>
      </w:r>
    </w:p>
    <w:p>
      <w:r>
        <w:rPr>
          <w:b/>
        </w:rPr>
        <w:t xml:space="preserve">[31:26] </w:t>
      </w:r>
      <w:r>
        <w:t>into yours, i would say that political interpretation inculcates in friendly behaviour to others, while true interpretation of islam inculcates friendly behaviour to others.</w:t>
      </w:r>
    </w:p>
    <w:p>
      <w:pPr>
        <w:jc w:val="right"/>
      </w:pPr>
      <w:r>
        <w:t>ان ٹو ورس، آئی وڈ سی دیٹ پولیٹیکل انٹرپریشن انکلکیٹس ان فرینڈلی بیہیویئر ٹو ادرز، وائل ٹرو انٹرپریشن آف اسلام انکلکیٹس فرینڈلی بیہیویئر ٹو ادرز۔</w:t>
      </w:r>
    </w:p>
    <w:p>
      <w:r>
        <w:rPr>
          <w:b/>
        </w:rPr>
        <w:t xml:space="preserve">[31:44] </w:t>
      </w:r>
      <w:r>
        <w:t>it is very strange.</w:t>
      </w:r>
    </w:p>
    <w:p>
      <w:pPr>
        <w:jc w:val="right"/>
      </w:pPr>
      <w:r>
        <w:t>اٹ از ویری سٹرینج۔</w:t>
      </w:r>
    </w:p>
    <w:p>
      <w:r>
        <w:rPr>
          <w:b/>
        </w:rPr>
        <w:t xml:space="preserve">[31:49] </w:t>
      </w:r>
      <w:r>
        <w:t>true islam that was revealed to the prophet of islam makes you inculcate in you friendly behaviour to others, while political description of islam inculcates in you an unfriendly behaviour to others.</w:t>
      </w:r>
    </w:p>
    <w:p>
      <w:pPr>
        <w:jc w:val="right"/>
      </w:pPr>
      <w:r>
        <w:t>ٹرو اسلام دیٹ واز ریویلڈ ٹو دا پرافٹ آف اسلام میکس یو انکلکیٹ ان یو فرینڈلی بیہیویئر ٹو ادرز، وائل پولیٹیکل ڈسکرپشن آف اسلام انکلکیٹس ان یو ان فرینڈلی بیہیویئر ٹو ادرز۔</w:t>
      </w:r>
    </w:p>
    <w:p>
      <w:r>
        <w:rPr>
          <w:b/>
        </w:rPr>
        <w:t xml:space="preserve">[32:10] </w:t>
      </w:r>
      <w:r>
        <w:t>it is a great loss. it is a great loss.</w:t>
      </w:r>
    </w:p>
    <w:p>
      <w:pPr>
        <w:jc w:val="right"/>
      </w:pPr>
      <w:r>
        <w:t>اٹ از ا گریٹ لاس۔ اٹ از ا گریٹ لاس۔</w:t>
      </w:r>
    </w:p>
    <w:p>
      <w:r>
        <w:rPr>
          <w:b/>
        </w:rPr>
        <w:t xml:space="preserve">[32:17] </w:t>
      </w:r>
      <w:r>
        <w:t>why i am saying that is a great loss? because our goal is to, to, to achieve a seat in paradise.</w:t>
      </w:r>
    </w:p>
    <w:p>
      <w:pPr>
        <w:jc w:val="right"/>
      </w:pPr>
      <w:r>
        <w:t>وائی آئی ایم سیم دیٹ از ا گریٹ لاس؟ بیکاز اور گول از ٹو، ٹو، ٹو اچیو ا سیٹ ان پیراڈائز۔</w:t>
      </w:r>
    </w:p>
    <w:p>
      <w:r>
        <w:rPr>
          <w:b/>
        </w:rPr>
        <w:t xml:space="preserve">[32:29] </w:t>
      </w:r>
      <w:r>
        <w:t>this is our goal.</w:t>
      </w:r>
    </w:p>
    <w:p>
      <w:pPr>
        <w:jc w:val="right"/>
      </w:pPr>
      <w:r>
        <w:t>دس از اور گول۔</w:t>
      </w:r>
    </w:p>
    <w:p>
      <w:r>
        <w:rPr>
          <w:b/>
        </w:rPr>
        <w:t xml:space="preserve">[32:34] </w:t>
      </w:r>
      <w:r>
        <w:t>again to the quran, again to the hadith, again to sirah, the only goal is to have a seat in the paradise.</w:t>
      </w:r>
    </w:p>
    <w:p>
      <w:pPr>
        <w:jc w:val="right"/>
      </w:pPr>
      <w:r>
        <w:t>اگائن ٹو دا قرآن، اگائن ٹو دا حدیث، اگائن ٹو سیرہ، دا اونلی گول از ٹو ہیو ا سیٹ ان دی پیراڈائز۔</w:t>
      </w:r>
    </w:p>
    <w:p>
      <w:r>
        <w:rPr>
          <w:b/>
        </w:rPr>
        <w:t xml:space="preserve">[32:46] </w:t>
      </w:r>
      <w:r>
        <w:t>but who will be, who, who will find entry into paradise?</w:t>
      </w:r>
    </w:p>
    <w:p>
      <w:pPr>
        <w:jc w:val="right"/>
      </w:pPr>
      <w:r>
        <w:t>بٹ ہو ول بی، ہو، ہو ول فائنڈ انٹری انٹو پیراڈائز؟</w:t>
      </w:r>
    </w:p>
    <w:p>
      <w:r>
        <w:rPr>
          <w:b/>
        </w:rPr>
        <w:t xml:space="preserve">[32:52] </w:t>
      </w:r>
      <w:r>
        <w:t>those who are modest person, those who are spiritual person, those who are, those who are fearfull person, those who are</w:t>
      </w:r>
    </w:p>
    <w:p>
      <w:pPr>
        <w:jc w:val="right"/>
      </w:pPr>
      <w:r>
        <w:t>دوز ہو آر ماڈیس پرسن، دوز ہو آر سپریچول پرسن، دوز ہو آر، دوز ہو آر فیئر فل پرسن، دوز ہو آر</w:t>
      </w:r>
    </w:p>
    <w:p>
      <w:r>
        <w:rPr>
          <w:b/>
        </w:rPr>
        <w:t xml:space="preserve">[33:12] </w:t>
      </w:r>
      <w:r>
        <w:t>god conscious person. so, all these things disappear in political interpretation.</w:t>
      </w:r>
    </w:p>
    <w:p>
      <w:pPr>
        <w:jc w:val="right"/>
      </w:pPr>
      <w:r>
        <w:t>گاڈ کانشیس پرسن۔ سو، آل دس تھنگز ڈس اپیئر ان پولیٹیکل انٹرپریشن۔</w:t>
      </w:r>
    </w:p>
    <w:p>
      <w:r>
        <w:rPr>
          <w:b/>
        </w:rPr>
        <w:t xml:space="preserve">[33:22] </w:t>
      </w:r>
      <w:r>
        <w:t>you become unable to find entry into, into paradise. what a great loss.</w:t>
      </w:r>
    </w:p>
    <w:p>
      <w:pPr>
        <w:jc w:val="right"/>
      </w:pPr>
      <w:r>
        <w:t>یو بیکم ان ایبل ٹو فائنڈ انٹری انٹو، انٹو پیراڈائز۔ واٹ ا گریٹ لاس۔</w:t>
      </w:r>
    </w:p>
    <w:p>
      <w:r>
        <w:rPr>
          <w:b/>
        </w:rPr>
        <w:t xml:space="preserve">[33:32] </w:t>
      </w:r>
      <w:r>
        <w:t>so, i would say that it is political interpretation is nothing but islamization of non islam.</w:t>
      </w:r>
    </w:p>
    <w:p>
      <w:pPr>
        <w:jc w:val="right"/>
      </w:pPr>
      <w:r>
        <w:t>سو، آئی وڈ سی دیٹ اٹ از پولیٹیکل انٹرپریشن از نتھنگ بٹ اسلامائزیشن آف نان اسلام۔</w:t>
      </w:r>
    </w:p>
    <w:p>
      <w:r>
        <w:rPr>
          <w:b/>
        </w:rPr>
        <w:t xml:space="preserve">[33:42] </w:t>
      </w:r>
      <w:r>
        <w:t>islamization of non islam. what is, what is, what is non islam?</w:t>
      </w:r>
    </w:p>
    <w:p>
      <w:pPr>
        <w:jc w:val="right"/>
      </w:pPr>
      <w:r>
        <w:t>اسلامائزیشن آف نان اسلام۔ واٹ از، واٹ از، واٹ از نان اسلام؟</w:t>
      </w:r>
    </w:p>
    <w:p>
      <w:r>
        <w:rPr>
          <w:b/>
        </w:rPr>
        <w:t xml:space="preserve">[33:49] </w:t>
      </w:r>
      <w:r>
        <w:t>they try to islamize it and give the impression that this is the true islam.</w:t>
      </w:r>
    </w:p>
    <w:p>
      <w:pPr>
        <w:jc w:val="right"/>
      </w:pPr>
      <w:r>
        <w:t>دے ٹرائی ٹو اسلامائز اٹ اینڈ گیو دا امپریشن دیٹ دس از دا ٹرو اسلام۔</w:t>
      </w:r>
    </w:p>
    <w:p>
      <w:r>
        <w:rPr>
          <w:b/>
        </w:rPr>
        <w:t xml:space="preserve">[33:59] </w:t>
      </w:r>
      <w:r>
        <w:t>so, i would say that anyone want to face god almighty, because everyone is one day, everyone is doom to die, and after death, we have to face god almighty.</w:t>
      </w:r>
    </w:p>
    <w:p>
      <w:pPr>
        <w:jc w:val="right"/>
      </w:pPr>
      <w:r>
        <w:t>سو، آئی وڈ سی دیٹ اینی ون وانٹ ٹو فیس گاڈ المائٹی، بیکاز ایوری ون از ون ڈے، ایوری ون از ڈوم ٹو ڈائی، اینڈ افٹر ڈیتھ، وی ہیو ٹو فیس گاڈ المائٹی۔</w:t>
      </w:r>
    </w:p>
    <w:p>
      <w:r>
        <w:rPr>
          <w:b/>
        </w:rPr>
        <w:t xml:space="preserve">[34:21] </w:t>
      </w:r>
      <w:r>
        <w:t>so, you have to be very sincere in this, in this matter. very, very sincere, very, very serious.</w:t>
      </w:r>
    </w:p>
    <w:p>
      <w:pPr>
        <w:jc w:val="right"/>
      </w:pPr>
      <w:r>
        <w:t>سو، یو ہیو ٹو بی ویری سنسیر ان دس، ان دس میٹر۔ ویری، ویری سنسیر، ویری، ویری سیریس۔</w:t>
      </w:r>
    </w:p>
    <w:p>
      <w:r>
        <w:rPr>
          <w:b/>
        </w:rPr>
        <w:t xml:space="preserve">[34:34] </w:t>
      </w:r>
      <w:r>
        <w:t>so, don't see what these people are saying or writing. before reading their books, you have to see, you have to study the quran.</w:t>
      </w:r>
    </w:p>
    <w:p>
      <w:pPr>
        <w:jc w:val="right"/>
      </w:pPr>
      <w:r>
        <w:t>سو، ڈونٹ سی واٹ دس پیپل آر سینگ آر رائٹنگ۔ بیفور ریڈنگ دیر بکس، یو ہیو ٹو سی، یو ہیو ٹو اسٹڈی دا قرآن۔</w:t>
      </w:r>
    </w:p>
    <w:p>
      <w:r>
        <w:rPr>
          <w:b/>
        </w:rPr>
        <w:t xml:space="preserve">[34:49] </w:t>
      </w:r>
      <w:r>
        <w:t>first of all, you have to study the quran and find out whether quran gives the same picture of islam, that islam is political power, and believers must establish it as a political power.</w:t>
      </w:r>
    </w:p>
    <w:p>
      <w:pPr>
        <w:jc w:val="right"/>
      </w:pPr>
      <w:r>
        <w:t>فرسٹ آف آل، یو ہیو ٹو اسٹڈی دا قرآن اینڈ فائنڈ آؤٹ ویدر قرآن گیوز دا سیم پکچر آف اسلام، دیٹ اسلام از پولیٹیکل پاور، اینڈ بیلیورز مسٹ اسٹیبلش اٹ ایز ا پولیٹیکل پاور۔</w:t>
      </w:r>
    </w:p>
    <w:p>
      <w:r>
        <w:rPr>
          <w:b/>
        </w:rPr>
        <w:t xml:space="preserve">[35:08] </w:t>
      </w:r>
      <w:r>
        <w:t>no. the first verse that is just of the quran is alhamdulillah rabbil alameen.</w:t>
      </w:r>
    </w:p>
    <w:p>
      <w:pPr>
        <w:jc w:val="right"/>
      </w:pPr>
      <w:r>
        <w:t>نو۔ دا فرسٹ ورس دیٹ از جسٹ آف دا قرآن از الحمدللہ رب العالمین۔</w:t>
      </w:r>
    </w:p>
    <w:p>
      <w:r>
        <w:rPr>
          <w:b/>
        </w:rPr>
        <w:t xml:space="preserve">[35:18] </w:t>
      </w:r>
      <w:r>
        <w:t>This is the first verse, and this is just of the Quran. It means that you have to inculcate the concept of shukr in your heart, gratefulness towards God.</w:t>
      </w:r>
    </w:p>
    <w:p>
      <w:pPr>
        <w:jc w:val="right"/>
      </w:pPr>
      <w:r>
        <w:t>دس از دا فرسٹ ورس، اینڈ دس از جسٹ آف دا قرآن۔ اٹ مینز دیٹ یو ہیو ٹو انکلکیٹ دا کانسیپٹ آف شکر ان یور ہارٹ، گریٹ فلنس ٹورڈز گاڈ۔</w:t>
      </w:r>
    </w:p>
    <w:p>
      <w:r>
        <w:rPr>
          <w:b/>
        </w:rPr>
        <w:t xml:space="preserve">[35:34] </w:t>
      </w:r>
      <w:r>
        <w:t>It means that you think about God Almighty, you contemplate in the truth.</w:t>
      </w:r>
    </w:p>
    <w:p>
      <w:pPr>
        <w:jc w:val="right"/>
      </w:pPr>
      <w:r>
        <w:t>اٹ مینز دیٹ یو تھنک اباؤٹ گاڈ المائٹی، یو کنٹمپلیٹ ان دا ٹروتھ۔</w:t>
      </w:r>
    </w:p>
    <w:p>
      <w:r>
        <w:rPr>
          <w:b/>
        </w:rPr>
        <w:t xml:space="preserve">[35:47] </w:t>
      </w:r>
      <w:r>
        <w:t>that you discover there is a God, He is the creator, He is the Lord of the universe, He is rab alamin. After this finding, you say alhamdulliah rab alamin.</w:t>
      </w:r>
    </w:p>
    <w:p>
      <w:pPr>
        <w:jc w:val="right"/>
      </w:pPr>
      <w:r>
        <w:t>دیٹ یو ڈسکور دیر از ا گاڈ، ہی از دا کریٹر، ہی از دا لارڈ آف دا یونیورس، ہی از رب العالمین۔ افٹر دس فائنڈنگ، یو سے الحمدللہ رب العالمین۔</w:t>
      </w:r>
    </w:p>
    <w:p>
      <w:r>
        <w:rPr>
          <w:b/>
        </w:rPr>
        <w:t xml:space="preserve">[36:03] </w:t>
      </w:r>
      <w:r>
        <w:t>O God, you are God. O God, you are Rabb al-Alamin. O God, I am surrender before you.</w:t>
      </w:r>
    </w:p>
    <w:p>
      <w:pPr>
        <w:jc w:val="right"/>
      </w:pPr>
      <w:r>
        <w:t>او گاڈ، یو آر گاڈ۔ او گاڈ، یو آر رب العالمین۔ او گاڈ، آئی ایم سرینڈر بیفور یو۔</w:t>
      </w:r>
    </w:p>
    <w:p>
      <w:r>
        <w:rPr>
          <w:b/>
        </w:rPr>
        <w:t xml:space="preserve">[36:16] </w:t>
      </w:r>
      <w:r>
        <w:t>So, that is Islam. Islam means surrender. If you consult an Arabic dictionary, you will find that Islam means surrender.</w:t>
      </w:r>
    </w:p>
    <w:p>
      <w:pPr>
        <w:jc w:val="right"/>
      </w:pPr>
      <w:r>
        <w:t>سو، دس از اسلام۔ اسلام مینز سرینڈر۔ اف یو کنسلٹ اینڈ عربک ڈسٹری، یو ویل فائنڈ دیٹ اسلام مینز سرینڈر۔</w:t>
      </w:r>
    </w:p>
    <w:p>
      <w:r>
        <w:rPr>
          <w:b/>
        </w:rPr>
        <w:t xml:space="preserve">[36:28] </w:t>
      </w:r>
      <w:r>
        <w:t>So, you have to surrender before God.</w:t>
      </w:r>
    </w:p>
    <w:p>
      <w:pPr>
        <w:jc w:val="right"/>
      </w:pPr>
      <w:r>
        <w:t>سو، یو ہیو ٹو سرینڈر بیفور گاڈ۔</w:t>
      </w:r>
    </w:p>
    <w:p>
      <w:r>
        <w:rPr>
          <w:b/>
        </w:rPr>
        <w:t xml:space="preserve">[36:33] </w:t>
      </w:r>
      <w:r>
        <w:t>Islam does not make that establish political role. Islam means surrender, self surrender.</w:t>
      </w:r>
    </w:p>
    <w:p>
      <w:pPr>
        <w:jc w:val="right"/>
      </w:pPr>
      <w:r>
        <w:t>اسلام ڈز ناٹ میک دیٹ اسٹیبلش پولیٹیکل رول۔ اسلام مینز سرینڈر، سیلف سرینڈر۔</w:t>
      </w:r>
    </w:p>
    <w:p>
      <w:r>
        <w:rPr>
          <w:b/>
        </w:rPr>
        <w:t xml:space="preserve">[36:43] </w:t>
      </w:r>
      <w:r>
        <w:t>Islam means submission. Islam means surrender.</w:t>
      </w:r>
    </w:p>
    <w:p>
      <w:pPr>
        <w:jc w:val="right"/>
      </w:pPr>
      <w:r>
        <w:t>اسلام مینز سبمیشن۔ اسلام مینز سرینڈر۔</w:t>
      </w:r>
    </w:p>
    <w:p>
      <w:r>
        <w:rPr>
          <w:b/>
        </w:rPr>
        <w:t xml:space="preserve">[36:50] </w:t>
      </w:r>
      <w:r>
        <w:t>islam mins modesti</w:t>
      </w:r>
    </w:p>
    <w:p>
      <w:pPr>
        <w:jc w:val="right"/>
      </w:pPr>
      <w:r>
        <w:t>اسلام مینز ماڈیسٹی</w:t>
      </w:r>
    </w:p>
    <w:p>
      <w:r>
        <w:rPr>
          <w:b/>
        </w:rPr>
        <w:t xml:space="preserve">[36:54] </w:t>
      </w:r>
      <w:r>
        <w:t>. This is the main integral part of the religion of Islam.</w:t>
      </w:r>
    </w:p>
    <w:p>
      <w:pPr>
        <w:jc w:val="right"/>
      </w:pPr>
      <w:r>
        <w:t>۔ دس از دا مین انٹیگریٹ پارٹ آف دا ریلیجن آف دا اسلام۔</w:t>
      </w:r>
    </w:p>
    <w:p>
      <w:r>
        <w:rPr>
          <w:b/>
        </w:rPr>
        <w:t xml:space="preserve">[37:05] </w:t>
      </w:r>
      <w:r>
        <w:t>so, political interpretation is nothing but an imitation of secular thinkers like Marx, like socialist thinkers.</w:t>
      </w:r>
    </w:p>
    <w:p>
      <w:pPr>
        <w:jc w:val="right"/>
      </w:pPr>
      <w:r>
        <w:t>سو، پولیٹیکل انٹرپریشن از نتھنگ بٹ اینڈ ایمیٹیشن آف سیکولر تھنکرز لائک مارکس، لائک سوشلسٹ تھنکرز۔</w:t>
      </w:r>
    </w:p>
    <w:p>
      <w:r>
        <w:rPr>
          <w:b/>
        </w:rPr>
        <w:t xml:space="preserve">[37:19] </w:t>
      </w:r>
      <w:r>
        <w:t>it iz nat draivd fram da quran or hadis.</w:t>
      </w:r>
    </w:p>
    <w:p>
      <w:pPr>
        <w:jc w:val="right"/>
      </w:pPr>
      <w:r>
        <w:t>اٹ از ناٹ ڈرائیوڈ فرام دا قرآن اور حدیث۔</w:t>
      </w:r>
    </w:p>
    <w:p>
      <w:r>
        <w:rPr>
          <w:b/>
        </w:rPr>
        <w:t xml:space="preserve">[37:25] </w:t>
      </w:r>
      <w:r>
        <w:t>Political interpretation is not derived from the Quran or Hadith. Thus people are simply imitating the secular thinkers, mainly communist thinkers.</w:t>
      </w:r>
    </w:p>
    <w:p>
      <w:pPr>
        <w:jc w:val="right"/>
      </w:pPr>
      <w:r>
        <w:t>پولیٹیکل انٹرپریشن از ناٹ ڈرائیوڈ فرام دا قرآن اور حدیث۔ دس پیپل آر سمپلی ایمیٹیٹنگ دا سیکولر تھنکرز، مینلی کمیونسٹ تھنکرز۔</w:t>
      </w:r>
    </w:p>
    <w:p>
      <w:r>
        <w:rPr>
          <w:b/>
        </w:rPr>
        <w:t xml:space="preserve">[37:39] </w:t>
      </w:r>
      <w:r>
        <w:t>and then you see what is happening in the Muslim countries. In every Muslim country, there is dictatorship.</w:t>
      </w:r>
    </w:p>
    <w:p>
      <w:pPr>
        <w:jc w:val="right"/>
      </w:pPr>
      <w:r>
        <w:t>اینڈ دین یو سی واٹ از ہیپننگ ان دی مسلم کنٹریز۔ ان ایوری مسلم کنٹریز، دیر از ڈکٹیٹرشپ۔</w:t>
      </w:r>
    </w:p>
    <w:p>
      <w:r>
        <w:rPr>
          <w:b/>
        </w:rPr>
        <w:t xml:space="preserve">[37:49] </w:t>
      </w:r>
      <w:r>
        <w:t>wai</w:t>
      </w:r>
    </w:p>
    <w:p>
      <w:pPr>
        <w:jc w:val="right"/>
      </w:pPr>
      <w:r>
        <w:t>وائی</w:t>
      </w:r>
    </w:p>
    <w:p>
      <w:r>
        <w:rPr>
          <w:b/>
        </w:rPr>
        <w:t xml:space="preserve">[37:50] </w:t>
      </w:r>
      <w:r>
        <w:t>Because in every Muslim country, there is some group want to establish Islamic rule. And when they find that the present rulers are not following Islam, again to their own concept, they are not implementing the rule of Islam, again to their own concept.</w:t>
      </w:r>
    </w:p>
    <w:p>
      <w:pPr>
        <w:jc w:val="right"/>
      </w:pPr>
      <w:r>
        <w:t>؟ بیکاز ان ایوری مسلم کنٹری، دیر از سم گروپ وانٹ ٹو اسٹیبلش اسلامک رول۔ اینڈ وین دے فائنڈ دیٹ دا پریزنٹ رولرز آر ناٹ فالونگ اسلام، اگائن ٹو دیر اون کانسیپٹ، دے آر ناٹ امپلیمنٹنگ دا رول آف اسلام، اگائن ٹو دیر اون کانسیپٹ</w:t>
      </w:r>
    </w:p>
    <w:p>
      <w:r>
        <w:rPr>
          <w:b/>
        </w:rPr>
        <w:t xml:space="preserve">[38:18] </w:t>
      </w:r>
      <w:r>
        <w:t>. So, they say that you have to leave the political seat.</w:t>
      </w:r>
    </w:p>
    <w:p>
      <w:pPr>
        <w:jc w:val="right"/>
      </w:pPr>
      <w:r>
        <w:t>۔ سو، دے سے دیٹ یو ہیو ٹو لیو دا پولیٹیکل سیٹ۔</w:t>
      </w:r>
    </w:p>
    <w:p>
      <w:r>
        <w:rPr>
          <w:b/>
        </w:rPr>
        <w:t xml:space="preserve">[38:26] </w:t>
      </w:r>
      <w:r>
        <w:t>and you know who will leave the political seat? They, they, they want to kill those people.</w:t>
      </w:r>
    </w:p>
    <w:p>
      <w:pPr>
        <w:jc w:val="right"/>
      </w:pPr>
      <w:r>
        <w:t>اینڈ یو نو ہو ول لیو دا پولیٹیکل سیٹ؟ دے، دے، دے وانٹ ٹو کل دوز پیپل۔</w:t>
      </w:r>
    </w:p>
    <w:p>
      <w:r>
        <w:rPr>
          <w:b/>
        </w:rPr>
        <w:t xml:space="preserve">[38:36] </w:t>
      </w:r>
      <w:r>
        <w:t>So, in every Muslim countries, there is confrontation between Muslims and rulers.</w:t>
      </w:r>
    </w:p>
    <w:p>
      <w:pPr>
        <w:jc w:val="right"/>
      </w:pPr>
      <w:r>
        <w:t>سو، ان ایوری مسلم کنٹریز، دیر از کنٹراپرنٹیشن بٹوین مسلمز اینڈ رولرز۔</w:t>
      </w:r>
    </w:p>
    <w:p>
      <w:r>
        <w:rPr>
          <w:b/>
        </w:rPr>
        <w:t xml:space="preserve">[38:43] </w:t>
      </w:r>
      <w:r>
        <w:t>Those Muslims who want to, want to establish Islamic rule, they are fighting with their rulers, because again to their concept, those rulers are secular leaders.</w:t>
      </w:r>
    </w:p>
    <w:p>
      <w:pPr>
        <w:jc w:val="right"/>
      </w:pPr>
      <w:r>
        <w:t>دوز مسلمز ہو وانٹ ٹو، وانٹ ٹو اسٹیبلش اسلامک رول، دے آر فائٹنگ ود دیر رولرز، بیکاز اگائن ٹو دیر کانسیپٹ، دس رولرز آر سیکولر لیڈرز۔</w:t>
      </w:r>
    </w:p>
    <w:p>
      <w:r>
        <w:rPr>
          <w:b/>
        </w:rPr>
        <w:t xml:space="preserve">[38:58] </w:t>
      </w:r>
      <w:r>
        <w:t>de fil tu impliment islamik rol in doz kuntriz. hir, ai vad laik tu menishn van veri impurtant point.</w:t>
      </w:r>
    </w:p>
    <w:p>
      <w:pPr>
        <w:jc w:val="right"/>
      </w:pPr>
      <w:r>
        <w:t>دے فیل ٹو امپلیمنٹ اسلامک رول ان دوز کنٹریز۔ ہیر، آئی وڈ لائک ٹو مینشن ون ویری امپورٹنٹ پوائنٹ۔</w:t>
      </w:r>
    </w:p>
    <w:p>
      <w:r>
        <w:rPr>
          <w:b/>
        </w:rPr>
        <w:t xml:space="preserve">[39:08] </w:t>
      </w:r>
      <w:r>
        <w:t>Prophet of Islam has repeatedly said that don't confront rulers. There are ample of Ahadith in the books that refrain with this confrontation.</w:t>
      </w:r>
    </w:p>
    <w:p>
      <w:pPr>
        <w:jc w:val="right"/>
      </w:pPr>
      <w:r>
        <w:t>پرافٹ آف اسلام ہیز ریپیٹڈلی سیڈ دیٹ ڈونٹ کنفرنٹ رولرز۔ دیر ایمپل آف احادیث ان دا بکس دیٹ ریفرنٹ ود دس کنفرنٹیشن۔</w:t>
      </w:r>
    </w:p>
    <w:p>
      <w:r>
        <w:rPr>
          <w:b/>
        </w:rPr>
        <w:t xml:space="preserve">[39:31] </w:t>
      </w:r>
      <w:r>
        <w:t>So, scholars are agreed upon this that going to confrontation with Muslim rulers is haram in Islam.</w:t>
      </w:r>
    </w:p>
    <w:p>
      <w:pPr>
        <w:jc w:val="right"/>
      </w:pPr>
      <w:r>
        <w:t>سو، اسکالرز آر ایگریڈ اپون دس دیٹ گوئنگ ٹو کنفرنٹیشن ود مسلم رولرز از حرام ان اسلام۔</w:t>
      </w:r>
    </w:p>
    <w:p>
      <w:r>
        <w:rPr>
          <w:b/>
        </w:rPr>
        <w:t xml:space="preserve">[39:49] </w:t>
      </w:r>
      <w:r>
        <w:t>haram. yani muslams mist obay der rularz.</w:t>
      </w:r>
    </w:p>
    <w:p>
      <w:pPr>
        <w:jc w:val="right"/>
      </w:pPr>
      <w:r>
        <w:t>حرام۔ یعنی مسلمز مسٹ اوبے دیر رولرز۔</w:t>
      </w:r>
    </w:p>
    <w:p>
      <w:r>
        <w:rPr>
          <w:b/>
        </w:rPr>
        <w:t xml:space="preserve">[39:55] </w:t>
      </w:r>
      <w:r>
        <w:t>Confrontation and fighting and trying to incite the Muslim rulers is haram in Islam. Why?</w:t>
      </w:r>
    </w:p>
    <w:p>
      <w:pPr>
        <w:jc w:val="right"/>
      </w:pPr>
      <w:r>
        <w:t>کنفرنٹیشن اینڈ فائٹنگ اینڈ ٹرائنگ ٹو انسیٹ دس مسلم رولرز از حرام ان اسلام۔ وائی؟</w:t>
      </w:r>
    </w:p>
    <w:p>
      <w:r>
        <w:rPr>
          <w:b/>
        </w:rPr>
        <w:t xml:space="preserve">[40:06] </w:t>
      </w:r>
      <w:r>
        <w:t>because</w:t>
      </w:r>
    </w:p>
    <w:p>
      <w:pPr>
        <w:jc w:val="right"/>
      </w:pPr>
      <w:r>
        <w:t>بیکاز</w:t>
      </w:r>
    </w:p>
    <w:p>
      <w:r>
        <w:rPr>
          <w:b/>
        </w:rPr>
        <w:t xml:space="preserve">[40:10] </w:t>
      </w:r>
      <w:r>
        <w:t>this kind of politics, this kind of movement, jeopardizes all opportunities</w:t>
      </w:r>
    </w:p>
    <w:p>
      <w:pPr>
        <w:jc w:val="right"/>
      </w:pPr>
      <w:r>
        <w:t>دس کائنڈ آف پولیٹکس، دس کائنڈ آف موومنٹ، جیپرٹائزز آل اپرچونیٹیز</w:t>
      </w:r>
    </w:p>
    <w:p>
      <w:r>
        <w:rPr>
          <w:b/>
        </w:rPr>
        <w:t xml:space="preserve">[40:21] </w:t>
      </w:r>
      <w:r>
        <w:t>If you accept Muslim rulers as it is, then there are ample opportunities. There are many many opportunities, and you can avail these opportunities for the work, for educational work, for constructive work.</w:t>
      </w:r>
    </w:p>
    <w:p>
      <w:pPr>
        <w:jc w:val="right"/>
      </w:pPr>
      <w:r>
        <w:t>۔ اف یو ایکسیپٹ مسلم رولرز ایز اٹ از، دین دیر ایمپل اپرچونیٹیز۔ دیر آر مینی مینی اپرچونیٹیز، اینڈ یو کین اویل دس اپرچونیٹیز فار دا ورک، فار ایجوکیشنل ورک، فار کنسٹرکٹو ورک۔</w:t>
      </w:r>
    </w:p>
    <w:p>
      <w:r>
        <w:rPr>
          <w:b/>
        </w:rPr>
        <w:t xml:space="preserve">[40:38] </w:t>
      </w:r>
      <w:r>
        <w:t>So, Islamic teaching is that</w:t>
      </w:r>
    </w:p>
    <w:p>
      <w:pPr>
        <w:jc w:val="right"/>
      </w:pPr>
      <w:r>
        <w:t>سو، اسلامک ٹیچنگ از دیٹ</w:t>
      </w:r>
    </w:p>
    <w:p>
      <w:r>
        <w:rPr>
          <w:b/>
        </w:rPr>
        <w:t xml:space="preserve">[40:43] </w:t>
      </w:r>
      <w:r>
        <w:t>ignore the political problems and avail the opportunities.</w:t>
      </w:r>
    </w:p>
    <w:p>
      <w:pPr>
        <w:jc w:val="right"/>
      </w:pPr>
      <w:r>
        <w:t>اگنور دا پولیٹیکل پرابلمز اینڈ اویل دا اپرچونیٹیز۔</w:t>
      </w:r>
    </w:p>
    <w:p>
      <w:r>
        <w:rPr>
          <w:b/>
        </w:rPr>
        <w:t xml:space="preserve">[40:48] </w:t>
      </w:r>
      <w:r>
        <w:t>This is Islamic rule, Islamic concept, Islamic teachings.</w:t>
      </w:r>
    </w:p>
    <w:p>
      <w:pPr>
        <w:jc w:val="right"/>
      </w:pPr>
      <w:r>
        <w:t>دس از اسلامک رول، اسلامک کانسیپٹ، اسلامک ٹیچنگز۔</w:t>
      </w:r>
    </w:p>
    <w:p>
      <w:r>
        <w:rPr>
          <w:b/>
        </w:rPr>
        <w:t xml:space="preserve">[40:56] </w:t>
      </w:r>
      <w:r>
        <w:t>I can see that in Islam, there is political status quo. When you accept the political status quo, then you can, then will find so many opportunities.</w:t>
      </w:r>
    </w:p>
    <w:p>
      <w:pPr>
        <w:jc w:val="right"/>
      </w:pPr>
      <w:r>
        <w:t>آئی کین سی دیٹ ان اسلام، دیر از پولیٹیکل سٹیٹس کو۔ وین یو ایکسیپٹ دا پولیٹیکل سٹیٹس کو، دین یو کین، دین ویل فائنڈ سو مینی اپرچونیٹیز۔</w:t>
      </w:r>
    </w:p>
    <w:p>
      <w:r>
        <w:rPr>
          <w:b/>
        </w:rPr>
        <w:t xml:space="preserve">[41:11] </w:t>
      </w:r>
      <w:r>
        <w:t>And by availing these opportunities, you can do the work, constructive work, everything.</w:t>
      </w:r>
    </w:p>
    <w:p>
      <w:pPr>
        <w:jc w:val="right"/>
      </w:pPr>
      <w:r>
        <w:t>اینڈ بائے اویلنگ دی اپرچونیٹیز، یو کین ڈو دا ورک، کنسٹرکٹو ورک، ایوری تھنگ۔</w:t>
      </w:r>
    </w:p>
    <w:p>
      <w:r>
        <w:rPr>
          <w:b/>
        </w:rPr>
        <w:t xml:space="preserve">[41:19] </w:t>
      </w:r>
      <w:r>
        <w:t>But when you try to incite those Muslim rulers or secular rulers, they will try to annihilate you, and then there is confrontation, there is bloodshed,</w:t>
      </w:r>
    </w:p>
    <w:p>
      <w:pPr>
        <w:jc w:val="right"/>
      </w:pPr>
      <w:r>
        <w:t>بٹ وین یو ٹرائی ٹو انسیٹ دوز مسلم رولرز اور سیکولر رولرز، دے ویل ٹرائی ٹو انیلیٹ یو، اینڈ دین دیر از کنفرنٹیشن، دیر از بلڈ شیڈ،</w:t>
      </w:r>
    </w:p>
    <w:p>
      <w:r>
        <w:rPr>
          <w:b/>
        </w:rPr>
        <w:t xml:space="preserve">[41:34] </w:t>
      </w:r>
      <w:r>
        <w:t>and you will not be able to avail those opportunities.</w:t>
      </w:r>
    </w:p>
    <w:p>
      <w:pPr>
        <w:jc w:val="right"/>
      </w:pPr>
      <w:r>
        <w:t>اینڈ یو ویل ناٹ بی ایبل ٹو اویل دوز اپرچونیٹیز۔</w:t>
      </w:r>
    </w:p>
    <w:p>
      <w:r>
        <w:rPr>
          <w:b/>
        </w:rPr>
        <w:t xml:space="preserve">[41:42] </w:t>
      </w:r>
      <w:r>
        <w:t>So, the work is best work in Islam.</w:t>
      </w:r>
    </w:p>
    <w:p>
      <w:pPr>
        <w:jc w:val="right"/>
      </w:pPr>
      <w:r>
        <w:t>سو، دا ورک از بیسٹ ورک ان اسلام۔</w:t>
      </w:r>
    </w:p>
    <w:p>
      <w:r>
        <w:rPr>
          <w:b/>
        </w:rPr>
        <w:t xml:space="preserve">[41:48] </w:t>
      </w:r>
      <w:r>
        <w:t>The work is very safe work in Islam. The work means peaceful trying, trying to persuade people with the peaceful method.</w:t>
      </w:r>
    </w:p>
    <w:p>
      <w:pPr>
        <w:jc w:val="right"/>
      </w:pPr>
      <w:r>
        <w:t>دا ورک از ویری سیف ورک ان اسلام۔ دا ورک مینز پیس فل ٹرائنگ، ٹرائنگ ٹو پرسویڈ پیپلز ود دی پیس فل میتھڈ۔</w:t>
      </w:r>
    </w:p>
    <w:p>
      <w:r>
        <w:rPr>
          <w:b/>
        </w:rPr>
        <w:t xml:space="preserve">[42:03] </w:t>
      </w:r>
      <w:r>
        <w:t>So, the work is based on peaceful method. The work is made, the work is, the work is based on peaceful method</w:t>
      </w:r>
    </w:p>
    <w:p>
      <w:pPr>
        <w:jc w:val="right"/>
      </w:pPr>
      <w:r>
        <w:t>سو، دا ورک از بیسڈ ان پیس فل میتھڈ۔ دا ورک از میڈ، دا ورک از، دا ورک از بیسڈ ان پیس فل میتھڈ</w:t>
      </w:r>
    </w:p>
    <w:p>
      <w:r>
        <w:rPr>
          <w:b/>
        </w:rPr>
        <w:t xml:space="preserve">[42:15] </w:t>
      </w:r>
      <w:r>
        <w:t>The work is based on, on avoidance, principle of avoidance. The work is based on principle of friendship.</w:t>
      </w:r>
    </w:p>
    <w:p>
      <w:pPr>
        <w:jc w:val="right"/>
      </w:pPr>
      <w:r>
        <w:t>۔ دا ورک از بیسڈ ان، ان اوائیڈنس، پرنسپل آف اوائیڈنس۔ دا ورک از بیسڈ ان پرنسپل آف فرینڈشپ۔</w:t>
      </w:r>
    </w:p>
    <w:p>
      <w:r>
        <w:rPr>
          <w:b/>
        </w:rPr>
        <w:t xml:space="preserve">[42:26] </w:t>
      </w:r>
      <w:r>
        <w:t>The work is based on, on non-confrontational approach. There is a verse in the Quran: "Al-sulhu khayr".</w:t>
      </w:r>
    </w:p>
    <w:p>
      <w:pPr>
        <w:jc w:val="right"/>
      </w:pPr>
      <w:r>
        <w:t>دا ورک از بیسڈ ان، ان نان کنفرنٹیشنل اپروچ۔ دیر از ا ورس ان دا قرآن: "الصلح خیر"۔</w:t>
      </w:r>
    </w:p>
    <w:p>
      <w:r>
        <w:rPr>
          <w:b/>
        </w:rPr>
        <w:t xml:space="preserve">[42:36] </w:t>
      </w:r>
      <w:r>
        <w:t>That is non-confrontational approach is the best. It is very important verse in the Quran:</w:t>
      </w:r>
    </w:p>
    <w:p>
      <w:pPr>
        <w:jc w:val="right"/>
      </w:pPr>
      <w:r>
        <w:t>دیٹ از نان کنفرنٹیشنل اپروچ از دا بیسٹ۔ اٹ از ویری امپورٹنٹ ورس ان دا قرآن:</w:t>
      </w:r>
    </w:p>
    <w:p>
      <w:r>
        <w:rPr>
          <w:b/>
        </w:rPr>
        <w:t xml:space="preserve">[42:45] </w:t>
      </w:r>
      <w:r>
        <w:t>"Al-sulhu khayr". Sulh is the best. Sulh means non-confrontational approach.</w:t>
      </w:r>
    </w:p>
    <w:p>
      <w:pPr>
        <w:jc w:val="right"/>
      </w:pPr>
      <w:r>
        <w:t>"الصلح خیر"۔ صلح از دا بیسٹ۔ صلح مینز نان کنفرنٹیشنل اپروچ۔</w:t>
      </w:r>
    </w:p>
    <w:p>
      <w:r>
        <w:rPr>
          <w:b/>
        </w:rPr>
        <w:t xml:space="preserve">[42:56] </w:t>
      </w:r>
      <w:r>
        <w:t>So, non-confrontational approach is the best. Why? Because when you adopt non-confrontational approach, then you find enough time to work in constructive fields.</w:t>
      </w:r>
    </w:p>
    <w:p>
      <w:pPr>
        <w:jc w:val="right"/>
      </w:pPr>
      <w:r>
        <w:t>سو، نان کنفرنٹیشنل اپروچ از دا بیسٹ۔ وائی؟ بیکاز وین یو اڈاپٹ نان کنفرنٹیشنل اپروچ، دین یو فائنڈ انف ٹائم ٹو ورک ان کنسٹرکٹو فیلڈز۔</w:t>
      </w:r>
    </w:p>
    <w:p>
      <w:r>
        <w:rPr>
          <w:b/>
        </w:rPr>
        <w:t xml:space="preserve">[43:15] </w:t>
      </w:r>
      <w:r>
        <w:t>Confrontation means wasting your time, wasting your money. But when you avoid confrontation, then there is enough time.</w:t>
      </w:r>
    </w:p>
    <w:p>
      <w:pPr>
        <w:jc w:val="right"/>
      </w:pPr>
      <w:r>
        <w:t>کنفرنٹیشن مینز ویسٹنگ یور ٹائم، ویسٹنگ یور منی۔ بٹ وین یو اوائیڈ کنفرنٹیشن، دین دیر از انف ٹائم۔</w:t>
      </w:r>
    </w:p>
    <w:p>
      <w:r>
        <w:rPr>
          <w:b/>
        </w:rPr>
        <w:t xml:space="preserve">[43:29] </w:t>
      </w:r>
      <w:r>
        <w:t>You can save your money, you can save your energy, and you can divert your energy and money towards the peace, towards the the work, educational work.</w:t>
      </w:r>
    </w:p>
    <w:p>
      <w:pPr>
        <w:jc w:val="right"/>
      </w:pPr>
      <w:r>
        <w:t>یو کین سیو یور منی، یو کین سیو یور انرجی، اینڈ یو کین ڈائیورٹ یور انرجی اینڈ منی ٹورڈز دی پیس، ٹورڈز دی دا ورک، ایجوکیشنل ورک۔</w:t>
      </w:r>
    </w:p>
    <w:p>
      <w:r>
        <w:rPr>
          <w:b/>
        </w:rPr>
        <w:t xml:space="preserve">[43:46] </w:t>
      </w:r>
      <w:r>
        <w:t>So, political interpretation has ruined all the opportunities. In every country, Muslims are living in hate, in revenge,</w:t>
      </w:r>
    </w:p>
    <w:p>
      <w:pPr>
        <w:jc w:val="right"/>
      </w:pPr>
      <w:r>
        <w:t>سو، پولیٹیکل انٹرپریشن ہیز روئن آل دا اپرچونیٹیز۔ ان ایوری کنٹری، مسلمز آر لیونگ ان ہیٹ، ان ریونج،</w:t>
      </w:r>
    </w:p>
    <w:p>
      <w:r>
        <w:rPr>
          <w:b/>
        </w:rPr>
        <w:t xml:space="preserve">[44:00] </w:t>
      </w:r>
      <w:r>
        <w:t>in violence, because of this political interpretation.</w:t>
      </w:r>
    </w:p>
    <w:p>
      <w:pPr>
        <w:jc w:val="right"/>
      </w:pPr>
      <w:r>
        <w:t>ان وائلنس، بیکاز آف دس پولیٹیکل انٹرپریشن۔</w:t>
      </w:r>
    </w:p>
    <w:p>
      <w:r>
        <w:rPr>
          <w:b/>
        </w:rPr>
        <w:t xml:space="preserve">[44:09] </w:t>
      </w:r>
      <w:r>
        <w:t>So, political interpretation is ideologically, ideologically wrong interpretation.</w:t>
      </w:r>
    </w:p>
    <w:p>
      <w:pPr>
        <w:jc w:val="right"/>
      </w:pPr>
      <w:r>
        <w:t>سو، پولیٹیکل انٹرپریشن از ائیڈالوجیکلی، ائیڈالوجیکلی رونگ انٹرپریشن۔</w:t>
      </w:r>
    </w:p>
    <w:p>
      <w:r>
        <w:rPr>
          <w:b/>
        </w:rPr>
        <w:t xml:space="preserve">[44:19] </w:t>
      </w:r>
      <w:r>
        <w:t>Then, if you see its, its result, it is complete failure ideology.</w:t>
      </w:r>
    </w:p>
    <w:p>
      <w:pPr>
        <w:jc w:val="right"/>
      </w:pPr>
      <w:r>
        <w:t>دین، اف یو سی اٹس، اٹس رزلٹ، اٹ از کمپلیٹ فیلیر ائیڈیالوجی۔</w:t>
      </w:r>
    </w:p>
    <w:p>
      <w:r>
        <w:rPr>
          <w:b/>
        </w:rPr>
        <w:t xml:space="preserve">[44:30] </w:t>
      </w:r>
      <w:r>
        <w:t>So, many people were engaged in, in this ideology.</w:t>
      </w:r>
    </w:p>
    <w:p>
      <w:pPr>
        <w:jc w:val="right"/>
      </w:pPr>
      <w:r>
        <w:t>سو، مینی پیپل وار انگیجڈ ان، ان دس ائیڈیالوجی۔</w:t>
      </w:r>
    </w:p>
    <w:p>
      <w:r>
        <w:rPr>
          <w:b/>
        </w:rPr>
        <w:t xml:space="preserve">[44:34] </w:t>
      </w:r>
      <w:r>
        <w:t>They wanted to establish political rule in different countries. But everywhere, they are failed. The result was negative.</w:t>
      </w:r>
    </w:p>
    <w:p>
      <w:pPr>
        <w:jc w:val="right"/>
      </w:pPr>
      <w:r>
        <w:t>دے وانٹڈ ٹو اسٹیبلش پولیٹیکل رول ان ڈفرنٹ کنٹریز۔ بٹ ایوری ویر، دے آر فیلڈ۔ دا رزلٹ واز نیگیٹیو۔</w:t>
      </w:r>
    </w:p>
    <w:p>
      <w:r>
        <w:rPr>
          <w:b/>
        </w:rPr>
        <w:t xml:space="preserve">[44:46] </w:t>
      </w:r>
      <w:r>
        <w:t>they wanted to establish Islamic rule, but result was that there was rule of anarchy, rule of bloodshed, rule of hate.</w:t>
      </w:r>
    </w:p>
    <w:p>
      <w:pPr>
        <w:jc w:val="right"/>
      </w:pPr>
      <w:r>
        <w:t>دے وانٹڈ ٹو اسٹیبلش اسلامک رول، بٹ رزلٹ واز دیٹ دیر واز رول آف انارکی، رول آف بلڈ شیڈ، رول آف ہیٹ۔</w:t>
      </w:r>
    </w:p>
    <w:p>
      <w:r>
        <w:rPr>
          <w:b/>
        </w:rPr>
        <w:t xml:space="preserve">[44:59] </w:t>
      </w:r>
      <w:r>
        <w:t>what a loss</w:t>
      </w:r>
    </w:p>
    <w:p>
      <w:pPr>
        <w:jc w:val="right"/>
      </w:pPr>
      <w:r>
        <w:t>واٹ ا لاس</w:t>
      </w:r>
    </w:p>
    <w:p>
      <w:r>
        <w:rPr>
          <w:b/>
        </w:rPr>
        <w:t xml:space="preserve">[45:02] </w:t>
      </w:r>
      <w:r>
        <w:t>! so, there, there movement, there efforts turn to be counter productive.</w:t>
      </w:r>
    </w:p>
    <w:p>
      <w:pPr>
        <w:jc w:val="right"/>
      </w:pPr>
      <w:r>
        <w:t>! سو، دیر، دیر موومنٹ، دیر ایفرٹس ٹرن ٹو بی کاؤنٹر پروٹیکٹیو۔</w:t>
      </w:r>
    </w:p>
    <w:p>
      <w:r>
        <w:rPr>
          <w:b/>
        </w:rPr>
        <w:t xml:space="preserve">[45:16] </w:t>
      </w:r>
      <w:r>
        <w:t>in every country, in those country where this muslims are active, this, those who believe in political interpretation, those who want to establish islamic role.</w:t>
      </w:r>
    </w:p>
    <w:p>
      <w:pPr>
        <w:jc w:val="right"/>
      </w:pPr>
      <w:r>
        <w:t>ان ایوری کنٹری، ان دوز کنٹری ویر دس مسلمز آر ایکٹیو، دس، دوز ہو بیلیو ان پولیٹیکل انٹرپریشن، دوز ہو وانٹ ٹو اسٹیبلش اسلامک رول۔</w:t>
      </w:r>
    </w:p>
    <w:p>
      <w:r>
        <w:rPr>
          <w:b/>
        </w:rPr>
        <w:t xml:space="preserve">[45:32] </w:t>
      </w:r>
      <w:r>
        <w:t>so, in, in, in such countries, you can see the result, negative result.</w:t>
      </w:r>
    </w:p>
    <w:p>
      <w:pPr>
        <w:jc w:val="right"/>
      </w:pPr>
      <w:r>
        <w:t>سو، ان، ان، ان سچ کنٹریز، یو کین سی دا رزلٹ، نیگیٹیو رزلٹ۔</w:t>
      </w:r>
    </w:p>
    <w:p>
      <w:r>
        <w:rPr>
          <w:b/>
        </w:rPr>
        <w:t xml:space="preserve">[45:41] </w:t>
      </w:r>
      <w:r>
        <w:t>They wanted to establish Islamic rule, but what happened?</w:t>
      </w:r>
    </w:p>
    <w:p>
      <w:pPr>
        <w:jc w:val="right"/>
      </w:pPr>
      <w:r>
        <w:t>دے وانٹڈ ٹو اسٹیبلش اسلامک رول، بٹ واٹ ہیپن؟</w:t>
      </w:r>
    </w:p>
    <w:p>
      <w:r>
        <w:rPr>
          <w:b/>
        </w:rPr>
        <w:t xml:space="preserve">[45:49] </w:t>
      </w:r>
      <w:r>
        <w:t>the only establish role of anarchy, role of hate, role of blood shed, role of fighting, role of confrontation.</w:t>
      </w:r>
    </w:p>
    <w:p>
      <w:pPr>
        <w:jc w:val="right"/>
      </w:pPr>
      <w:r>
        <w:t>دے اونلی اسٹیبلش رول آف انارکی، رول آف ہیٹ، رول آف بلڈ شیڈ، رول آف فائٹنگ، رول آف کنفرنٹیشن۔</w:t>
      </w:r>
    </w:p>
    <w:p>
      <w:r>
        <w:rPr>
          <w:b/>
        </w:rPr>
        <w:t xml:space="preserve">[46:04] </w:t>
      </w:r>
      <w:r>
        <w:t>and the price was that all those opportunities were ruined</w:t>
      </w:r>
    </w:p>
    <w:p>
      <w:pPr>
        <w:jc w:val="right"/>
      </w:pPr>
      <w:r>
        <w:t>اینڈ دا پرائس واز دیٹ آل دوز اپرچونیٹیز ویر روئنڈ</w:t>
      </w:r>
    </w:p>
    <w:p>
      <w:r>
        <w:rPr>
          <w:b/>
        </w:rPr>
        <w:t xml:space="preserve">[46:11] </w:t>
      </w:r>
      <w:r>
        <w:t>. the work disappear. there, there fifty seven muslim countries, but all this muslim countries are backward countries in terms of education, in terms of the work, in terms of constructive work, in terms of modern industry, in terms of modern knowledge.</w:t>
      </w:r>
    </w:p>
    <w:p>
      <w:pPr>
        <w:jc w:val="right"/>
      </w:pPr>
      <w:r>
        <w:t>۔ دا ورک ڈس اپیئر۔ دیر، دیر ففٹی سیون مسلم کنٹریز، بٹ آل دس مسلم کنٹریز آر بیکورڈ کنٹریز ان ٹرمز آف ایجوکیشن، ان ٹرمز آف دا ورک، ان ٹرمز آف کنسٹرکٹو ورک، ان ٹرمز آف ماڈرن انڈسٹری، ان ٹرمز آف ماڈرن نالج۔</w:t>
      </w:r>
    </w:p>
    <w:p>
      <w:r>
        <w:rPr>
          <w:b/>
        </w:rPr>
        <w:t xml:space="preserve">[46:32] </w:t>
      </w:r>
      <w:r>
        <w:t>de are backward</w:t>
      </w:r>
    </w:p>
    <w:p>
      <w:pPr>
        <w:jc w:val="right"/>
      </w:pPr>
      <w:r>
        <w:t>دے آر بیکورڈ</w:t>
      </w:r>
    </w:p>
    <w:p>
      <w:r>
        <w:rPr>
          <w:b/>
        </w:rPr>
        <w:t xml:space="preserve">[46:35] </w:t>
      </w:r>
      <w:r>
        <w:t>. its very, very sad, very, very sad that all the muslim countries are backward countries.</w:t>
      </w:r>
    </w:p>
    <w:p>
      <w:pPr>
        <w:jc w:val="right"/>
      </w:pPr>
      <w:r>
        <w:t>۔ اٹس ویری، ویری سیڈ، ویری، ویری سیڈ دیٹ آل دا مسلم کنٹریز آر بیکورڈ کنٹریز۔</w:t>
      </w:r>
    </w:p>
    <w:p>
      <w:r>
        <w:rPr>
          <w:b/>
        </w:rPr>
        <w:t xml:space="preserve">[46:45] </w:t>
      </w:r>
      <w:r>
        <w:t>and main reason was that</w:t>
      </w:r>
    </w:p>
    <w:p>
      <w:pPr>
        <w:jc w:val="right"/>
      </w:pPr>
      <w:r>
        <w:t>اینڈ مین ریزن واز دیٹ</w:t>
      </w:r>
    </w:p>
    <w:p>
      <w:r>
        <w:rPr>
          <w:b/>
        </w:rPr>
        <w:t xml:space="preserve">[46:50] </w:t>
      </w:r>
      <w:r>
        <w:t>some muslim leaders and some muslim groups wanted to establish islamic role. and there was resistance from them, from those muslim rulers.</w:t>
      </w:r>
    </w:p>
    <w:p>
      <w:pPr>
        <w:jc w:val="right"/>
      </w:pPr>
      <w:r>
        <w:t>سم مسلم لیڈرز اینڈ سم مسلم گروپس وانٹڈ ٹو اسٹیبلش اسلامک رول۔ اینڈ دیر واز ریزسٹنس فرام دی، فرام دوز مسلم رولرز۔</w:t>
      </w:r>
    </w:p>
    <w:p>
      <w:r>
        <w:rPr>
          <w:b/>
        </w:rPr>
        <w:t xml:space="preserve">[47:03] </w:t>
      </w:r>
      <w:r>
        <w:t>and there was, then there was confrontation, then there was blood shed. and they then tried to establish dictatorship.</w:t>
      </w:r>
    </w:p>
    <w:p>
      <w:pPr>
        <w:jc w:val="right"/>
      </w:pPr>
      <w:r>
        <w:t>اینڈ دیر واز، دین دیر واز کنفرنٹیشن، دین دیر واز بلڈ شیڈ۔ اینڈ دے دین ٹرائیڈ ٹو اسٹیبلش ڈکٹیٹرشپ۔</w:t>
      </w:r>
    </w:p>
    <w:p>
      <w:r>
        <w:rPr>
          <w:b/>
        </w:rPr>
        <w:t xml:space="preserve">[47:20] </w:t>
      </w:r>
      <w:r>
        <w:t>so, if you see in terms of ideology, they are wrong ideology.</w:t>
      </w:r>
    </w:p>
    <w:p>
      <w:pPr>
        <w:jc w:val="right"/>
      </w:pPr>
      <w:r>
        <w:t>سو، اف یو سی ان ٹرمز آف ائیڈیالوجی، دے آر رونگ ائیڈیالوجی۔</w:t>
      </w:r>
    </w:p>
    <w:p>
      <w:r>
        <w:rPr>
          <w:b/>
        </w:rPr>
        <w:t xml:space="preserve">[47:27] </w:t>
      </w:r>
      <w:r>
        <w:t>they are following wrong ideology. and if you see in terms of practice, you will find that it was completely failed ideology.</w:t>
      </w:r>
    </w:p>
    <w:p>
      <w:pPr>
        <w:jc w:val="right"/>
      </w:pPr>
      <w:r>
        <w:t>دے آر فالونگ رونگ ائیڈیالوجی۔ اینڈ اف یو سی ان ٹرمز آف پریکٹس، یو ویل فائنڈ دیٹ اٹ واز کمپلیٹلی فیلڈ ائیڈیالوجی۔</w:t>
      </w:r>
    </w:p>
    <w:p>
      <w:r>
        <w:rPr>
          <w:b/>
        </w:rPr>
        <w:t xml:space="preserve">[47:40] </w:t>
      </w:r>
      <w:r>
        <w:t>no positive result at all.</w:t>
      </w:r>
    </w:p>
    <w:p>
      <w:pPr>
        <w:jc w:val="right"/>
      </w:pPr>
      <w:r>
        <w:t>نو پازیٹیو رزلٹ ایٹ آل۔</w:t>
      </w:r>
    </w:p>
    <w:p>
      <w:r>
        <w:rPr>
          <w:b/>
        </w:rPr>
        <w:t xml:space="preserve">[47:49] </w:t>
      </w:r>
      <w:r>
        <w:t>so, i would appeal those muslims to reassess the whole matter.</w:t>
      </w:r>
    </w:p>
    <w:p>
      <w:pPr>
        <w:jc w:val="right"/>
      </w:pPr>
      <w:r>
        <w:t>سو، آئی وڈ اپیل دوز مسلمز ٹو ری اسس دا ہول میٹر۔</w:t>
      </w:r>
    </w:p>
    <w:p>
      <w:r>
        <w:rPr>
          <w:b/>
        </w:rPr>
        <w:t xml:space="preserve">[47:58] </w:t>
      </w:r>
      <w:r>
        <w:t>those muslims who are engaged in this politics directly or indirectly. you know, some muslims are engaged directly, that is their fighting for this purpose to establish islamic role.</w:t>
      </w:r>
    </w:p>
    <w:p>
      <w:pPr>
        <w:jc w:val="right"/>
      </w:pPr>
      <w:r>
        <w:t>دوز مسلمز ہو آر انگیجڈ ان دس پولیٹکس ڈائریکٹلی اور ان ڈائریکٹلی۔ یو نو، سم مسلمز آر انگیجڈ ڈائریکٹلی، دیٹ از دیر فائٹنگ فار دس پرپس ٹو اسٹیبلش اسلامک رول۔</w:t>
      </w:r>
    </w:p>
    <w:p>
      <w:r>
        <w:rPr>
          <w:b/>
        </w:rPr>
        <w:t xml:space="preserve">[48:14] </w:t>
      </w:r>
      <w:r>
        <w:t>and other muslims are engaged indirectly. i mean they are not fighting, but their, the thinking is based, they are thinking like this.</w:t>
      </w:r>
    </w:p>
    <w:p>
      <w:pPr>
        <w:jc w:val="right"/>
      </w:pPr>
      <w:r>
        <w:t>اینڈ ادر مسلمز آر انگیجڈ ان ڈائریکٹلی۔ آئی مین دے آر ناٹ فائٹنگ، بٹ دیر، دا تھنکنگ از بیسڈ، دے آر تھنکنگ لائک دس۔</w:t>
      </w:r>
    </w:p>
    <w:p>
      <w:r>
        <w:rPr>
          <w:b/>
        </w:rPr>
        <w:t xml:space="preserve">[48:29] </w:t>
      </w:r>
      <w:r>
        <w:t>so, majority of muslims are engaged in this, in this wrong, in this false interpretation.</w:t>
      </w:r>
    </w:p>
    <w:p>
      <w:pPr>
        <w:jc w:val="right"/>
      </w:pPr>
      <w:r>
        <w:t>سو، میجورٹی آف مسلمز آر انگیجڈ ان دس، ان دس رونگ، ان دس فالس انٹرپریشن۔</w:t>
      </w:r>
    </w:p>
    <w:p>
      <w:r>
        <w:rPr>
          <w:b/>
        </w:rPr>
        <w:t xml:space="preserve">[48:38] </w:t>
      </w:r>
      <w:r>
        <w:t>some directly, some indirectly. so, time has come that they must go to introspection, to revise, to reassess, to rethink</w:t>
      </w:r>
    </w:p>
    <w:p>
      <w:pPr>
        <w:jc w:val="right"/>
      </w:pPr>
      <w:r>
        <w:t>سم ڈائریکٹلی، سم ان ڈائریکٹلی۔ سو، ٹائم ہیز کم دیٹ دے مسٹ گو ٹو انٹروسپیکشن، ٹو ریوائز، ٹو ری اسس، ٹو ری تھنک</w:t>
      </w:r>
    </w:p>
    <w:p>
      <w:r>
        <w:rPr>
          <w:b/>
        </w:rPr>
        <w:t xml:space="preserve">[48:55] </w:t>
      </w:r>
      <w:r>
        <w:t>. and after admitting their fault, they must replan. now, the time is to replan their, their effort, their struggle.</w:t>
      </w:r>
    </w:p>
    <w:p>
      <w:pPr>
        <w:jc w:val="right"/>
      </w:pPr>
      <w:r>
        <w:t>۔ اینڈ آفٹر ایڈمیٹنگ دیر فالٹ، دے مسٹ ری پلان۔ ناو، دا ٹائم از ٹو ری پلان دیر، دیر ایفرٹ، دیر سٹرگل۔</w:t>
      </w:r>
    </w:p>
    <w:p>
      <w:r>
        <w:rPr>
          <w:b/>
        </w:rPr>
        <w:t xml:space="preserve">[49:12] </w:t>
      </w:r>
      <w:r>
        <w:t>so, i would say, i would like to say that if this people are sincere, if they want to do anything good in their life, they must reassess the whole matter.</w:t>
      </w:r>
    </w:p>
    <w:p>
      <w:pPr>
        <w:jc w:val="right"/>
      </w:pPr>
      <w:r>
        <w:t>سو، آئی وڈ سی، آئی وڈ لائک ٹو سی دیٹ اف دس پیپل آر سنسیر، اف دے وانٹ ٹو ڈو اینی تھنگ گڈ ان دیر لائف، دے مسٹ ری اسس دا ہول میٹر۔</w:t>
      </w:r>
    </w:p>
    <w:p>
      <w:r>
        <w:rPr>
          <w:b/>
        </w:rPr>
        <w:t xml:space="preserve">[49:33] </w:t>
      </w:r>
      <w:r>
        <w:t>weather there ideology is wrong, weather there strategy is wrong</w:t>
      </w:r>
    </w:p>
    <w:p>
      <w:pPr>
        <w:jc w:val="right"/>
      </w:pPr>
      <w:r>
        <w:t>ویدر دیر ائیڈیالوجی از رونگ، ویدر دیر اسٹریٹجی از رونگ</w:t>
      </w:r>
    </w:p>
    <w:p>
      <w:r>
        <w:rPr>
          <w:b/>
        </w:rPr>
        <w:t xml:space="preserve">[49:41] </w:t>
      </w:r>
      <w:r>
        <w:t>. so, if they ponder over this question, if they contemplate over this question, they will find that the very ideology was wrong.</w:t>
      </w:r>
    </w:p>
    <w:p>
      <w:pPr>
        <w:jc w:val="right"/>
      </w:pPr>
      <w:r>
        <w:t>۔ سو، اف دے پاؤنڈر اوور دس کوئسچن، اف دے کنٹیمپلیٹ اوور دس کوئسچن، دے ویل فائنڈ دیٹ دا ویری ائیڈیالوجی واز رونگ۔</w:t>
      </w:r>
    </w:p>
    <w:p>
      <w:r>
        <w:rPr>
          <w:b/>
        </w:rPr>
        <w:t xml:space="preserve">[49:58] </w:t>
      </w:r>
      <w:r>
        <w:t>and when the ideology is wrong, then the result is all so wrong.</w:t>
      </w:r>
    </w:p>
    <w:p>
      <w:pPr>
        <w:jc w:val="right"/>
      </w:pPr>
      <w:r>
        <w:t>اینڈ وین دا ائیڈیالوجی از رونگ، دین دا رزلٹ از آل سو رونگ۔</w:t>
      </w:r>
    </w:p>
    <w:p>
      <w:r>
        <w:rPr>
          <w:b/>
        </w:rPr>
        <w:t xml:space="preserve">[50:04] </w:t>
      </w:r>
      <w:r>
        <w:t>if you follow a wrong ideology, so this ideology is bound to lead to a disastrous end.</w:t>
      </w:r>
    </w:p>
    <w:p>
      <w:pPr>
        <w:jc w:val="right"/>
      </w:pPr>
      <w:r>
        <w:t>اف یو فالو ا رونگ ائیڈیالوجی، سو دس ائیڈیالوجی از باؤنڈ ٹو لیڈ ٹو ا ڈزاسٹرس اینڈ۔</w:t>
      </w:r>
    </w:p>
    <w:p>
      <w:r>
        <w:rPr>
          <w:b/>
        </w:rPr>
        <w:t xml:space="preserve">[50:21] </w:t>
      </w:r>
      <w:r>
        <w:t>its a very, very serious matter. very, very serious matter. in this world as well in the here after.</w:t>
      </w:r>
    </w:p>
    <w:p>
      <w:pPr>
        <w:jc w:val="right"/>
      </w:pPr>
      <w:r>
        <w:t>اٹس ا ویری، ویری سیریس میٹر۔ ویری، ویری سیریس میٹر۔ ان دس ورلڈ ایز ویل ان دا ہیر آفٹر۔</w:t>
      </w:r>
    </w:p>
    <w:p>
      <w:r>
        <w:rPr>
          <w:b/>
        </w:rPr>
        <w:t xml:space="preserve">[50:34] </w:t>
      </w:r>
      <w:r>
        <w:t>in this world, you are</w:t>
      </w:r>
    </w:p>
    <w:p>
      <w:pPr>
        <w:jc w:val="right"/>
      </w:pPr>
      <w:r>
        <w:t>ان دس ورلڈ، یو آر</w:t>
      </w:r>
    </w:p>
    <w:p>
      <w:r>
        <w:rPr>
          <w:b/>
        </w:rPr>
        <w:t xml:space="preserve">[50:39] </w:t>
      </w:r>
      <w:r>
        <w:t>jeopardizing all the opportunities in muslim countries.</w:t>
      </w:r>
    </w:p>
    <w:p>
      <w:pPr>
        <w:jc w:val="right"/>
      </w:pPr>
      <w:r>
        <w:t>جیپرٹائزنگ آل دا اپرچونیٹیز ان مسلم کنٹریز۔</w:t>
      </w:r>
    </w:p>
    <w:p>
      <w:r>
        <w:rPr>
          <w:b/>
        </w:rPr>
        <w:t xml:space="preserve">[50:51] </w:t>
      </w:r>
      <w:r>
        <w:t>you know, there are more than one billion muslims throughout the world. in every, almost in every country, there are some muslim groups.</w:t>
      </w:r>
    </w:p>
    <w:p>
      <w:pPr>
        <w:jc w:val="right"/>
      </w:pPr>
      <w:r>
        <w:t>یو نو، دیر آر مور دین ون بلین مسلمز تھرو آؤٹ دی ورلڈ۔ ان ایوری، الموسٹ ان ایوری کنٹری، دیر آر سم مسلم گروپس۔</w:t>
      </w:r>
    </w:p>
    <w:p>
      <w:r>
        <w:rPr>
          <w:b/>
        </w:rPr>
        <w:t xml:space="preserve">[51:05] </w:t>
      </w:r>
      <w:r>
        <w:t>but they are engaged in this politics. they are in a position to discipline the islamic teachings.</w:t>
      </w:r>
    </w:p>
    <w:p>
      <w:pPr>
        <w:jc w:val="right"/>
      </w:pPr>
      <w:r>
        <w:t>بٹ دے آر انگیجڈ ان دس پولیٹکس۔ دے آر ان ا پوزیشن ٹو ڈسپلنٹ دے اسلامک ٹیچنگز۔</w:t>
      </w:r>
    </w:p>
    <w:p>
      <w:r>
        <w:rPr>
          <w:b/>
        </w:rPr>
        <w:t xml:space="preserve">[51:16] </w:t>
      </w:r>
      <w:r>
        <w:t>they are in a position to do the work. now, we are living in a different age.</w:t>
      </w:r>
    </w:p>
    <w:p>
      <w:pPr>
        <w:jc w:val="right"/>
      </w:pPr>
      <w:r>
        <w:t>دے آر ان ا پوزیشن ٹو ڈو دا ورک۔ ناو، وی آر لیونگ ان ا ڈفرنٹ ایج۔</w:t>
      </w:r>
    </w:p>
    <w:p>
      <w:r>
        <w:rPr>
          <w:b/>
        </w:rPr>
        <w:t xml:space="preserve">[51:27] </w:t>
      </w:r>
      <w:r>
        <w:t>now, we enjoy religious freedom</w:t>
      </w:r>
    </w:p>
    <w:p>
      <w:pPr>
        <w:jc w:val="right"/>
      </w:pPr>
      <w:r>
        <w:t>ناو، وی انجوائے ریلیجس فریڈم</w:t>
      </w:r>
    </w:p>
    <w:p>
      <w:r>
        <w:rPr>
          <w:b/>
        </w:rPr>
        <w:t xml:space="preserve">[51:33] </w:t>
      </w:r>
      <w:r>
        <w:t>. now, we enjoy modern communication. now, we enjoy printing press.</w:t>
      </w:r>
    </w:p>
    <w:p>
      <w:pPr>
        <w:jc w:val="right"/>
      </w:pPr>
      <w:r>
        <w:t>۔ ناو، وی انجوائے ماڈرن کمیونیکیشن۔ ناو، وی انجوائے پرنٹنگ پریس۔</w:t>
      </w:r>
    </w:p>
    <w:p>
      <w:r>
        <w:rPr>
          <w:b/>
        </w:rPr>
        <w:t xml:space="preserve">[51:42] </w:t>
      </w:r>
      <w:r>
        <w:t>now, we enjoy multimedia. all those things are very, very favorable to the work.</w:t>
      </w:r>
    </w:p>
    <w:p>
      <w:pPr>
        <w:jc w:val="right"/>
      </w:pPr>
      <w:r>
        <w:t>ناو، وی انجوائے ملٹی میڈیا۔ آل دوز تھنگز آر ویری، ویری فیوریبل ٹو دا ورک۔</w:t>
      </w:r>
    </w:p>
    <w:p>
      <w:r>
        <w:rPr>
          <w:b/>
        </w:rPr>
        <w:t xml:space="preserve">[51:52] </w:t>
      </w:r>
      <w:r>
        <w:t>so, we have to do the work.</w:t>
      </w:r>
    </w:p>
    <w:p>
      <w:pPr>
        <w:jc w:val="right"/>
      </w:pPr>
      <w:r>
        <w:t>سو، وی ہیو ٹو ڈو دا ورک۔</w:t>
      </w:r>
    </w:p>
    <w:p>
      <w:r>
        <w:rPr>
          <w:b/>
        </w:rPr>
        <w:t xml:space="preserve">[51:55] </w:t>
      </w:r>
      <w:r>
        <w:t>all those muslims who are living in different countries, they must adopt a single point formula: the work, the work, the work.</w:t>
      </w:r>
    </w:p>
    <w:p>
      <w:pPr>
        <w:jc w:val="right"/>
      </w:pPr>
      <w:r>
        <w:t>آل دوز مسلمز ہو آر لیونگ ان ڈفرنٹ کنٹریز، دے مسٹ اڈاپٹ ا سنگل پوائنٹ فارمولا: دا ورک، دا ورک، دا ورک۔</w:t>
      </w:r>
    </w:p>
    <w:p>
      <w:r>
        <w:rPr>
          <w:b/>
        </w:rPr>
        <w:t xml:space="preserve">[52:05] </w:t>
      </w:r>
      <w:r>
        <w:t>in peaceful manner.</w:t>
      </w:r>
    </w:p>
    <w:p>
      <w:pPr>
        <w:jc w:val="right"/>
      </w:pPr>
      <w:r>
        <w:t>ان پیس فل مینر۔</w:t>
      </w:r>
    </w:p>
    <w:p>
      <w:r>
        <w:rPr>
          <w:b/>
        </w:rPr>
        <w:t xml:space="preserve">[52:09] </w:t>
      </w:r>
      <w:r>
        <w:t>the work does not need any kind of violence, any kind of confrontation, any kind of fighting. it is completely a peaceful work.</w:t>
      </w:r>
    </w:p>
    <w:p>
      <w:pPr>
        <w:jc w:val="right"/>
      </w:pPr>
      <w:r>
        <w:t>دا ورک ڈز ناٹ نیڈ اینی کائنڈ آف وائلنس، اینی کائنڈ آف کنفرنٹیشن، اینی کائنڈ آف فائٹنگ۔ اٹ از کمپلیٹلی ا پیس فل ورک۔</w:t>
      </w:r>
    </w:p>
    <w:p>
      <w:r>
        <w:rPr>
          <w:b/>
        </w:rPr>
        <w:t xml:space="preserve">[52:24] </w:t>
      </w:r>
      <w:r>
        <w:t>so, you have to avoid all those confrontation, and you have to avail all those opportunities. there is the formula of islam.</w:t>
      </w:r>
    </w:p>
    <w:p>
      <w:pPr>
        <w:jc w:val="right"/>
      </w:pPr>
      <w:r>
        <w:t>سو، یو ہیو ٹو اوائیڈ آل دوز کنفرنٹیشن، اینڈ یو ہیو ٹو اویل آل دوز اپرچونیٹیز۔ دے از دا فارمولا آف اسلام۔</w:t>
      </w:r>
    </w:p>
    <w:p>
      <w:r>
        <w:rPr>
          <w:b/>
        </w:rPr>
        <w:t xml:space="preserve">[52:37] </w:t>
      </w:r>
      <w:r>
        <w:t>so, it is obligatory for muslims to spread the message of islam. to convey the message of islam to all mankind, it is obligatory.</w:t>
      </w:r>
    </w:p>
    <w:p>
      <w:pPr>
        <w:jc w:val="right"/>
      </w:pPr>
      <w:r>
        <w:t>سو، اٹ از ابلیگیٹری فار مسلمز ٹو سپریڈ دا میسج آف اسلام۔ ٹو کنوے دا میسج آف اسلام ٹو آل مین کائنڈ، اٹ از ابلیگیٹری۔</w:t>
      </w:r>
    </w:p>
    <w:p>
      <w:r>
        <w:rPr>
          <w:b/>
        </w:rPr>
        <w:t xml:space="preserve">[52:55] </w:t>
      </w:r>
      <w:r>
        <w:t>and they are in a position to do this work, because they are living in every country. they are living in the age of religious freedom.</w:t>
      </w:r>
    </w:p>
    <w:p>
      <w:pPr>
        <w:jc w:val="right"/>
      </w:pPr>
      <w:r>
        <w:t>اینڈ دے آر ان ا پوزیشن ٹو ڈو دس ورک، بیکاز دے آر لیونگ ان ایوری کنٹری۔ دے آر لیونگ ان دا ایج آف ریلیجس فریڈم۔</w:t>
      </w:r>
    </w:p>
    <w:p>
      <w:r>
        <w:rPr>
          <w:b/>
        </w:rPr>
        <w:t xml:space="preserve">[53:08] </w:t>
      </w:r>
      <w:r>
        <w:t>they enjoy modern communication. so, it is very easy, very easy, very easy to do the work. so, why you are engaged in politics?</w:t>
      </w:r>
    </w:p>
    <w:p>
      <w:pPr>
        <w:jc w:val="right"/>
      </w:pPr>
      <w:r>
        <w:t>دے انجوائے ماڈرن کمیونیکیشن۔ سو، اٹ از ویری ایزی، ویری ایزی، ویری ایزی ٹو ڈو دا ورک۔ سو، وائی یو آر انگیجڈ ان پولیٹکس؟</w:t>
      </w:r>
    </w:p>
    <w:p>
      <w:r>
        <w:rPr>
          <w:b/>
        </w:rPr>
        <w:t xml:space="preserve">[53:21] </w:t>
      </w:r>
      <w:r>
        <w:t>that is not difficult, but it is impossible, perhaps.</w:t>
      </w:r>
    </w:p>
    <w:p>
      <w:pPr>
        <w:jc w:val="right"/>
      </w:pPr>
      <w:r>
        <w:t>دیٹ از ناٹ ڈیفیکلٹ، بٹ اٹ از امپاسیبل، پرہیپس۔</w:t>
      </w:r>
    </w:p>
    <w:p>
      <w:r>
        <w:rPr>
          <w:b/>
        </w:rPr>
        <w:t xml:space="preserve">[53:27] </w:t>
      </w:r>
      <w:r>
        <w:t>it is impossible to establish so called islamic rule throughout the world. it is impossible.</w:t>
      </w:r>
    </w:p>
    <w:p>
      <w:pPr>
        <w:jc w:val="right"/>
      </w:pPr>
      <w:r>
        <w:t>اٹ از امپاسیبل ٹو اسٹیبلش سو کالڈ اسلامک رول تھرو آؤٹ دی ورلڈ۔ اٹ از امپاسیبل۔</w:t>
      </w:r>
    </w:p>
    <w:p>
      <w:r>
        <w:rPr>
          <w:b/>
        </w:rPr>
        <w:t xml:space="preserve">[53:41] </w:t>
      </w:r>
      <w:r>
        <w:t>there is a saying that politics is out of the possible. so, why you are running after impossible?</w:t>
      </w:r>
    </w:p>
    <w:p>
      <w:pPr>
        <w:jc w:val="right"/>
      </w:pPr>
      <w:r>
        <w:t>دیر از ا سینگ دیٹ پولیٹکس از آؤٹ آف دا پاسیبل۔ سو، وائی یو آر رننگ آفٹر امپاسیبل؟</w:t>
      </w:r>
    </w:p>
    <w:p>
      <w:r>
        <w:rPr>
          <w:b/>
        </w:rPr>
        <w:t xml:space="preserve">[53:48] </w:t>
      </w:r>
      <w:r>
        <w:t>any, any wise person would agree that to establish islamic rule throughout the world, it is impossible goal.</w:t>
      </w:r>
    </w:p>
    <w:p>
      <w:pPr>
        <w:jc w:val="right"/>
      </w:pPr>
      <w:r>
        <w:t>اینی، اینی وائس پرسن وڈ ایگری دیٹ ٹو اسٹیبلش اسلامک رول تھرو آؤٹ دی ورلڈ، اٹ از امپاسیبل گول۔</w:t>
      </w:r>
    </w:p>
    <w:p>
      <w:r>
        <w:rPr>
          <w:b/>
        </w:rPr>
        <w:t xml:space="preserve">[54:02] </w:t>
      </w:r>
      <w:r>
        <w:t>while the work is quite possible. you can do the work in any country, in any land, in any continent</w:t>
      </w:r>
    </w:p>
    <w:p>
      <w:pPr>
        <w:jc w:val="right"/>
      </w:pPr>
      <w:r>
        <w:t>وائل دا ورک از کوائٹ پاسیبل۔ یو کین ڈو دا ورک ان اینی کنٹری، ان اینی لینڈ، ان اینی کانٹیننٹ</w:t>
      </w:r>
    </w:p>
    <w:p>
      <w:r>
        <w:rPr>
          <w:b/>
        </w:rPr>
        <w:t xml:space="preserve">[54:17] </w:t>
      </w:r>
      <w:r>
        <w:t>. Everywhere you are, you can do the work. Through books, through literature, through computer, through interaction.</w:t>
      </w:r>
    </w:p>
    <w:p>
      <w:pPr>
        <w:jc w:val="right"/>
      </w:pPr>
      <w:r>
        <w:t>۔ ایوری ویر یو آر، یو کین ڈو دا ورک۔ تھرو بکس، تھرو لٹریچر، تھرو کمپیوٹر، تھرو انٹریکشن۔</w:t>
      </w:r>
    </w:p>
    <w:p>
      <w:r>
        <w:rPr>
          <w:b/>
        </w:rPr>
        <w:t xml:space="preserve">[54:30] </w:t>
      </w:r>
      <w:r>
        <w:t>There is no obstacle, no obstacle at all.</w:t>
      </w:r>
    </w:p>
    <w:p>
      <w:pPr>
        <w:jc w:val="right"/>
      </w:pPr>
      <w:r>
        <w:t>دیر از نو ابسٹیکل، نو ابسٹیکل ایٹ آل۔</w:t>
      </w:r>
    </w:p>
    <w:p>
      <w:r>
        <w:rPr>
          <w:b/>
        </w:rPr>
        <w:t xml:space="preserve">[54:38] </w:t>
      </w:r>
      <w:r>
        <w:t>der is a hadis dat rasul allah salallahu alaihi wasallam</w:t>
      </w:r>
    </w:p>
    <w:p>
      <w:pPr>
        <w:jc w:val="right"/>
      </w:pPr>
      <w:r>
        <w:t>دیر از ا حدیث دیٹ رسول اللہ صلی اللہ علیہ وسلم</w:t>
      </w:r>
    </w:p>
    <w:p>
      <w:r>
        <w:rPr>
          <w:b/>
        </w:rPr>
        <w:t xml:space="preserve">[54:47] </w:t>
      </w:r>
      <w:r>
        <w:t>When ever the prophet had to choose between the two, he always opted for easier course of action rather than harder course of action.</w:t>
      </w:r>
    </w:p>
    <w:p>
      <w:pPr>
        <w:jc w:val="right"/>
      </w:pPr>
      <w:r>
        <w:t>وین ایور دا پرافٹ ہیڈ ٹو چوز بٹوین دا ٹو، ہی الویز اپٹڈ فار ایزر کورس آف ایکشن رادر دین ہارڈر کورس آف ایکشن۔</w:t>
      </w:r>
    </w:p>
    <w:p>
      <w:r>
        <w:rPr>
          <w:b/>
        </w:rPr>
        <w:t xml:space="preserve">[55:00] </w:t>
      </w:r>
      <w:r>
        <w:t>so, politikal,</w:t>
      </w:r>
    </w:p>
    <w:p>
      <w:pPr>
        <w:jc w:val="right"/>
      </w:pPr>
      <w:r>
        <w:t>سو، پولیٹیکل،</w:t>
      </w:r>
    </w:p>
    <w:p>
      <w:r>
        <w:rPr>
          <w:b/>
        </w:rPr>
        <w:t xml:space="preserve">[55:04] </w:t>
      </w:r>
      <w:r>
        <w:t>political establishing political role is harder option. Why you opted for this option? There is against the prophetic Sunnah.</w:t>
      </w:r>
    </w:p>
    <w:p>
      <w:pPr>
        <w:jc w:val="right"/>
      </w:pPr>
      <w:r>
        <w:t>پولیٹیکل اسٹیبلشنگ پولیٹیکل رول از ہارڈر اپشن۔ وائی یو اپٹڈ فار دس اپشن؟ دیر از اگینسٹ دا پرافیٹک سنہ۔</w:t>
      </w:r>
    </w:p>
    <w:p>
      <w:r>
        <w:rPr>
          <w:b/>
        </w:rPr>
        <w:t xml:space="preserve">[55:16] </w:t>
      </w:r>
      <w:r>
        <w:t>while doing the work is either option, opt for this either option, there is prophetic Sunnah.</w:t>
      </w:r>
    </w:p>
    <w:p>
      <w:pPr>
        <w:jc w:val="right"/>
      </w:pPr>
      <w:r>
        <w:t>وائل ڈوئنگ دا ورک از ایزر اپشن، اپٹ فار دس ایزر اپشن، دیر از پرافیٹک سنہ۔</w:t>
      </w:r>
    </w:p>
    <w:p>
      <w:r>
        <w:rPr>
          <w:b/>
        </w:rPr>
        <w:t xml:space="preserve">[55:29] </w:t>
      </w:r>
      <w:r>
        <w:t>It is very clear, very clear that political trying to, trying to establish political rule throughout the world is very, very hard option.</w:t>
      </w:r>
    </w:p>
    <w:p>
      <w:pPr>
        <w:jc w:val="right"/>
      </w:pPr>
      <w:r>
        <w:t>اٹ از ویری کلیئر، ویری کلیئر دیٹ پولیٹیکل ٹرائنگ ٹو، ٹرائنگ ٹو اسٹیبلش پولیٹیکل رول تھرو آؤٹ دی ورلڈ از ویری، ویری ہارڈ اپشن۔</w:t>
      </w:r>
    </w:p>
    <w:p>
      <w:r>
        <w:rPr>
          <w:b/>
        </w:rPr>
        <w:t xml:space="preserve">[55:45] </w:t>
      </w:r>
      <w:r>
        <w:t>very, very hard option. I would say it is impossible option. While the work is quite either option,</w:t>
      </w:r>
    </w:p>
    <w:p>
      <w:pPr>
        <w:jc w:val="right"/>
      </w:pPr>
      <w:r>
        <w:t>ویری، ویری ہارڈ اپشن۔ آئی وڈ سی اٹ از امپاسیبل اپشن۔ وائل دا ورک از کوائٹ ایزر اپشن،</w:t>
      </w:r>
    </w:p>
    <w:p>
      <w:r>
        <w:rPr>
          <w:b/>
        </w:rPr>
        <w:t xml:space="preserve">[55:59] </w:t>
      </w:r>
      <w:r>
        <w:t>All the doors are open, all the opportunities are open.</w:t>
      </w:r>
    </w:p>
    <w:p>
      <w:pPr>
        <w:jc w:val="right"/>
      </w:pPr>
      <w:r>
        <w:t>آل دا ڈورز آر اوپن، آل دا اپرچونیٹیز آر اوپن۔</w:t>
      </w:r>
    </w:p>
    <w:p>
      <w:r>
        <w:rPr>
          <w:b/>
        </w:rPr>
        <w:t xml:space="preserve">[56:06] </w:t>
      </w:r>
      <w:r>
        <w:t>simply decide and start the work.</w:t>
      </w:r>
    </w:p>
    <w:p>
      <w:pPr>
        <w:jc w:val="right"/>
      </w:pPr>
      <w:r>
        <w:t>سمپلی ڈیسائیڈ اینڈ اسٹارٹ دا ورک۔</w:t>
      </w:r>
    </w:p>
    <w:p>
      <w:r>
        <w:rPr>
          <w:b/>
        </w:rPr>
        <w:t xml:space="preserve">[56:14] </w:t>
      </w:r>
      <w:r>
        <w:t>simply decide for this goal and start the work. no obstacle, no problem, no confrontation, no fighting, no bloodshed.</w:t>
      </w:r>
    </w:p>
    <w:p>
      <w:pPr>
        <w:jc w:val="right"/>
      </w:pPr>
      <w:r>
        <w:t>سمپلی ڈیسائیڈ فار دس گول اینڈ اسٹارٹ دا ورک۔ نو ابسٹیکل، نو پرابلم، نو کنفرنٹیشن، نو فائٹنگ، نو بلڈ شیڈ۔</w:t>
      </w:r>
    </w:p>
    <w:p>
      <w:r>
        <w:rPr>
          <w:b/>
        </w:rPr>
        <w:t xml:space="preserve">[56:30] </w:t>
      </w:r>
      <w:r>
        <w:t>So, I would appeal all the Muslims to reassess the whole matter.</w:t>
      </w:r>
    </w:p>
    <w:p>
      <w:pPr>
        <w:jc w:val="right"/>
      </w:pPr>
      <w:r>
        <w:t>سو، آئی وڈ لائک ٹو اپیل آل دا مسلمز ٹو ری اسس دا ہول میٹر۔</w:t>
      </w:r>
    </w:p>
    <w:p>
      <w:r>
        <w:rPr>
          <w:b/>
        </w:rPr>
        <w:t xml:space="preserve">[56:41] </w:t>
      </w:r>
      <w:r>
        <w:t>to revise their policies, to ponder over their output.</w:t>
      </w:r>
    </w:p>
    <w:p>
      <w:pPr>
        <w:jc w:val="right"/>
      </w:pPr>
      <w:r>
        <w:t>ٹو ریوائز دیر پالیسیز۔ ٹو پاؤنڈر اوور دیر آؤٹ پٹ۔</w:t>
      </w:r>
    </w:p>
    <w:p>
      <w:r>
        <w:rPr>
          <w:b/>
        </w:rPr>
        <w:t xml:space="preserve">[56:55] </w:t>
      </w:r>
      <w:r>
        <w:t>nau, da taim is raning fastli.</w:t>
      </w:r>
    </w:p>
    <w:p>
      <w:pPr>
        <w:jc w:val="right"/>
      </w:pPr>
      <w:r>
        <w:t>ناو، دا ٹائم از رننگ فاسٹلی۔</w:t>
      </w:r>
    </w:p>
    <w:p>
      <w:r>
        <w:rPr>
          <w:b/>
        </w:rPr>
        <w:t xml:space="preserve">[57:03] </w:t>
      </w:r>
      <w:r>
        <w:t>we have no, we have not enough time to waste. Every one is heading towards death.</w:t>
      </w:r>
    </w:p>
    <w:p>
      <w:pPr>
        <w:jc w:val="right"/>
      </w:pPr>
      <w:r>
        <w:t>وی ہیو نو، وی ہیو ناٹ انف ٹائم ٹو ویسٹ۔ ایوری ون از ہیڈنگ ٹوورڈز ڈیتھ۔</w:t>
      </w:r>
    </w:p>
    <w:p>
      <w:r>
        <w:rPr>
          <w:b/>
        </w:rPr>
        <w:t xml:space="preserve">[57:17] </w:t>
      </w:r>
      <w:r>
        <w:t>every one would die may be this evening or may be the morning of tomorrow.</w:t>
      </w:r>
    </w:p>
    <w:p>
      <w:pPr>
        <w:jc w:val="right"/>
      </w:pPr>
      <w:r>
        <w:t>ایوری ون وڈ ڈائی می بی دس ایوننگ اور می بی دا وارننگ آف ٹومارو۔</w:t>
      </w:r>
    </w:p>
    <w:p>
      <w:r>
        <w:rPr>
          <w:b/>
        </w:rPr>
        <w:t xml:space="preserve">[57:29] </w:t>
      </w:r>
      <w:r>
        <w:t>So, we have to do something positive in our life.</w:t>
      </w:r>
    </w:p>
    <w:p>
      <w:pPr>
        <w:jc w:val="right"/>
      </w:pPr>
      <w:r>
        <w:t>سو، وی ہیو ٹو ڈو سم تھنگ پازیٹیو ان اور لائف۔</w:t>
      </w:r>
    </w:p>
    <w:p>
      <w:r>
        <w:rPr>
          <w:b/>
        </w:rPr>
        <w:t xml:space="preserve">[57:37] </w:t>
      </w:r>
      <w:r>
        <w:t>Otherwise, God Almighty would reject us. He would not accept us.</w:t>
      </w:r>
    </w:p>
    <w:p>
      <w:pPr>
        <w:jc w:val="right"/>
      </w:pPr>
      <w:r>
        <w:t>ادر وائز، گاڈ المیٹو وڈ ریجیکٹ اس۔ ہی وڈ ناٹ ایکسیپٹ اس۔</w:t>
      </w:r>
    </w:p>
    <w:p>
      <w:r>
        <w:rPr>
          <w:b/>
        </w:rPr>
        <w:t xml:space="preserve">[57:50] </w:t>
      </w:r>
      <w:r>
        <w:t>So, I would appeal to you to go through those literature that are published on this subject.</w:t>
      </w:r>
    </w:p>
    <w:p>
      <w:pPr>
        <w:jc w:val="right"/>
      </w:pPr>
      <w:r>
        <w:t>سو، آئی وڈ اپیل ٹو یو ٹو گو تھرو دوز لٹریچر دیٹ آر پبلش آن دس سبجیکٹ۔</w:t>
      </w:r>
    </w:p>
    <w:p>
      <w:r>
        <w:rPr>
          <w:b/>
        </w:rPr>
        <w:t xml:space="preserve">[58:03] </w:t>
      </w:r>
      <w:r>
        <w:t>go through the Quran, go through the Hadith, go through the Sunnah of the prophet. sincerely and seriously.</w:t>
      </w:r>
    </w:p>
    <w:p>
      <w:pPr>
        <w:jc w:val="right"/>
      </w:pPr>
      <w:r>
        <w:t>گو تھرو دی قرآن، گو تھرو دی حدیث، گو تھرو دی سنہ آف دا پرافٹ۔ سنسیرلی اینڈ سیریسلی۔</w:t>
      </w:r>
    </w:p>
    <w:p>
      <w:r>
        <w:rPr>
          <w:b/>
        </w:rPr>
        <w:t xml:space="preserve">[58:18] </w:t>
      </w:r>
      <w:r>
        <w:t>and find out what was the, what is the purpose of the</w:t>
      </w:r>
    </w:p>
    <w:p>
      <w:pPr>
        <w:jc w:val="right"/>
      </w:pPr>
      <w:r>
        <w:t>اینڈ فائنڈ آؤٹ واٹ واز دا، واٹ از دا پرپس آف دا</w:t>
      </w:r>
    </w:p>
    <w:p>
      <w:r>
        <w:rPr>
          <w:b/>
        </w:rPr>
        <w:t xml:space="preserve">[58:27] </w:t>
      </w:r>
      <w:r>
        <w:t>Quran? What is the purpose of the prophet? What was the life of the companions of the prophets?</w:t>
      </w:r>
    </w:p>
    <w:p>
      <w:pPr>
        <w:jc w:val="right"/>
      </w:pPr>
      <w:r>
        <w:t>قرآن؟ واٹ از دا پرپس آف دی پرافٹ؟ واٹ واز دا لائف آف دا کمپین آف دا پرافٹس؟</w:t>
      </w:r>
    </w:p>
    <w:p>
      <w:r>
        <w:rPr>
          <w:b/>
        </w:rPr>
        <w:t xml:space="preserve">[58:39] </w:t>
      </w:r>
      <w:r>
        <w:t>I would appeal to go through all those literature. Again and again, again and again.</w:t>
      </w:r>
    </w:p>
    <w:p>
      <w:pPr>
        <w:jc w:val="right"/>
      </w:pPr>
      <w:r>
        <w:t>آئی وڈ اپیل ٹو گو تھرو آل دز لٹریچر۔ اگین اینڈ اگین، اگین اینڈ اگین۔</w:t>
      </w:r>
    </w:p>
    <w:p>
      <w:r>
        <w:rPr>
          <w:b/>
        </w:rPr>
        <w:t xml:space="preserve">[58:50] </w:t>
      </w:r>
      <w:r>
        <w:t>may god bless you, may god help you.</w:t>
      </w:r>
    </w:p>
    <w:p>
      <w:pPr>
        <w:jc w:val="right"/>
      </w:pPr>
      <w:r>
        <w:t>می گاڈ بلیس یو، می گاڈ ہیلپ یو۔</w:t>
      </w:r>
    </w:p>
    <w:p>
      <w:r>
        <w:rPr>
          <w:b/>
        </w:rPr>
        <w:t xml:space="preserve">[58:59] </w:t>
      </w:r>
      <w:r>
        <w:t>forever. shukra.</w:t>
      </w:r>
    </w:p>
    <w:p>
      <w:pPr>
        <w:jc w:val="right"/>
      </w:pPr>
      <w:r>
        <w:t>فار ایور۔ شکرا۔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