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Discovery of Paradise March 22, 2015</w:t>
      </w:r>
    </w:p>
    <w:p>
      <w:r>
        <w:t>https://youtu.be/2axrfd7sZkE</w:t>
      </w:r>
    </w:p>
    <w:p>
      <w:r>
        <w:rPr>
          <w:b/>
        </w:rPr>
        <w:t xml:space="preserve">[00:14] </w:t>
      </w:r>
      <w:r>
        <w:t>bismillah-ir-rahman-ir-rahim, wa salla Allahu ala an-nabiyyil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wah-lul uqdatan min lisani yafqahu qawli. 22 march 2015.</w:t>
      </w:r>
    </w:p>
    <w:p>
      <w:pPr>
        <w:jc w:val="right"/>
      </w:pPr>
      <w:r>
        <w:t>واحل العقدۃ من لسانی یفقہ قولی۔ 22 مارچ 2015۔</w:t>
      </w:r>
    </w:p>
    <w:p>
      <w:r>
        <w:rPr>
          <w:b/>
        </w:rPr>
        <w:t xml:space="preserve">[00:41] </w:t>
      </w:r>
      <w:r>
        <w:t>aaj ki baat mein apne ek experience se shuru karna chahta hoon.</w:t>
      </w:r>
    </w:p>
    <w:p>
      <w:pPr>
        <w:jc w:val="right"/>
      </w:pPr>
      <w:r>
        <w:t>آج کی بات میں اپنے ایک ایکسپیرینس سے شروع کرنا چاہتا ہوں۔</w:t>
      </w:r>
    </w:p>
    <w:p>
      <w:r>
        <w:rPr>
          <w:b/>
        </w:rPr>
        <w:t xml:space="preserve">[00:51] </w:t>
      </w:r>
      <w:r>
        <w:t>mere saath ek accident hua, 12 december 2014 ko, bombay mein.</w:t>
      </w:r>
    </w:p>
    <w:p>
      <w:pPr>
        <w:jc w:val="right"/>
      </w:pPr>
      <w:r>
        <w:t>میرے ساتھ ایک ایکسیڈنٹ ہوا، 12 دسمبر 2014 کو، بامبے میں۔</w:t>
      </w:r>
    </w:p>
    <w:p>
      <w:r>
        <w:rPr>
          <w:b/>
        </w:rPr>
        <w:t xml:space="preserve">[01:04] </w:t>
      </w:r>
      <w:r>
        <w:t>uske baad taqreeban 3 mahine tak meri zindagi bilkul do taraf se jhuk gayi.</w:t>
      </w:r>
    </w:p>
    <w:p>
      <w:pPr>
        <w:jc w:val="right"/>
      </w:pPr>
      <w:r>
        <w:t>اس کے بعد تقریباً 3 مہینے تک میری زندگی بالکل دو طرف سے جھک گئی۔</w:t>
      </w:r>
    </w:p>
    <w:p>
      <w:r>
        <w:rPr>
          <w:b/>
        </w:rPr>
        <w:t xml:space="preserve">[01:13] </w:t>
      </w:r>
      <w:r>
        <w:t>dekhen, main rehta hoon juhu deen west mein, c 29 mein. to</w:t>
      </w:r>
    </w:p>
    <w:p>
      <w:pPr>
        <w:jc w:val="right"/>
      </w:pPr>
      <w:r>
        <w:t>دیکھیں، میں رہتا ہوں جامع الدین ویسٹ میں، سی 29 میں۔ تو</w:t>
      </w:r>
    </w:p>
    <w:p>
      <w:r>
        <w:rPr>
          <w:b/>
        </w:rPr>
        <w:t xml:space="preserve">[01:22] </w:t>
      </w:r>
      <w:r>
        <w:t>uske saath yahan park hai, park ke saamne hamare ghar mein ek jagah hai jisko main spiritual corner kehta hoon.</w:t>
      </w:r>
    </w:p>
    <w:p>
      <w:pPr>
        <w:jc w:val="right"/>
      </w:pPr>
      <w:r>
        <w:t>اس کے ساتھ یہاں پارک ہے، پارک کے سامنے ہمارے گھر میں ایک جگہ ہے جس کو میں اسپیچول کارنر کہتا ہوں۔</w:t>
      </w:r>
    </w:p>
    <w:p>
      <w:r>
        <w:rPr>
          <w:b/>
        </w:rPr>
        <w:t xml:space="preserve">[01:36] </w:t>
      </w:r>
      <w:r>
        <w:t>wahan baith kar main poore park ko dekhta hoon. to mere saamne hare bhare darakht hote hain, us mein chidiya udti hain, suraj ki kirnein phaili hui hoti hain, hawaein chalti hain.</w:t>
      </w:r>
    </w:p>
    <w:p>
      <w:pPr>
        <w:jc w:val="right"/>
      </w:pPr>
      <w:r>
        <w:t>وہاں بیٹھ کر میں پورے پارک کو دیکھتا ہوں۔ تو میرے سامنے ہرے بھرے درخت ہوتے ہیں، اس میں چڑیاں اڑتی ہیں، سورج کی کرنیں پھیلی ہوئی ہوتی ہیں، ہوائیں چلتی ہیں۔</w:t>
      </w:r>
    </w:p>
    <w:p>
      <w:r>
        <w:rPr>
          <w:b/>
        </w:rPr>
        <w:t xml:space="preserve">[01:51] </w:t>
      </w:r>
      <w:r>
        <w:t>yeh poora nature ka mahaul hota hai.</w:t>
      </w:r>
    </w:p>
    <w:p>
      <w:pPr>
        <w:jc w:val="right"/>
      </w:pPr>
      <w:r>
        <w:t>یہ پورا نیچر کا ماحول ہوتا ہے۔</w:t>
      </w:r>
    </w:p>
    <w:p>
      <w:r>
        <w:rPr>
          <w:b/>
        </w:rPr>
        <w:t xml:space="preserve">[01:58] </w:t>
      </w:r>
      <w:r>
        <w:t>to main daily aisa karta tha ke is spiritual corner mein baithta tha, rozana.</w:t>
      </w:r>
    </w:p>
    <w:p>
      <w:pPr>
        <w:jc w:val="right"/>
      </w:pPr>
      <w:r>
        <w:t>تو میں ڈیلی ایسا کرتا تھا کہ اس اسپیچول کارنر میں بیٹھتا تھا، روزانہ۔</w:t>
      </w:r>
    </w:p>
    <w:p>
      <w:r>
        <w:rPr>
          <w:b/>
        </w:rPr>
        <w:t xml:space="preserve">[02:08] </w:t>
      </w:r>
      <w:r>
        <w:t>aur is mein mujhe expression milta tha. is mein mujhe god</w:t>
      </w:r>
    </w:p>
    <w:p>
      <w:pPr>
        <w:jc w:val="right"/>
      </w:pPr>
      <w:r>
        <w:t>اور اس میں مجھے ایکسپریشن ملتا تھا۔ اس میں مجھے خدا</w:t>
      </w:r>
    </w:p>
    <w:p>
      <w:r>
        <w:rPr>
          <w:b/>
        </w:rPr>
        <w:t xml:space="preserve">[02:18] </w:t>
      </w:r>
      <w:r>
        <w:t>ka taaruf milta tha, jannati jhalak dikhai deti thi.</w:t>
      </w:r>
    </w:p>
    <w:p>
      <w:pPr>
        <w:jc w:val="right"/>
      </w:pPr>
      <w:r>
        <w:t>کا تعارف ملتا تھا، جنتی جھلک دکھائی دیتی تھی۔</w:t>
      </w:r>
    </w:p>
    <w:p>
      <w:r>
        <w:rPr>
          <w:b/>
        </w:rPr>
        <w:t xml:space="preserve">[02:25] </w:t>
      </w:r>
      <w:r>
        <w:t>kyunki nature jo hai woh kya hai?</w:t>
      </w:r>
    </w:p>
    <w:p>
      <w:pPr>
        <w:jc w:val="right"/>
      </w:pPr>
      <w:r>
        <w:t>کیونکہ نیچر جو ہے وہ کیا ہے؟</w:t>
      </w:r>
    </w:p>
    <w:p>
      <w:r>
        <w:rPr>
          <w:b/>
        </w:rPr>
        <w:t xml:space="preserve">[02:27] </w:t>
      </w:r>
      <w:r>
        <w:t>god ki takhleeq hai. aur takhleeq mein khaliq ko dekhna yahi marifat hai. to yeh main karta tha.</w:t>
      </w:r>
    </w:p>
    <w:p>
      <w:pPr>
        <w:jc w:val="right"/>
      </w:pPr>
      <w:r>
        <w:t>خدا کی تخلیق ہے۔ اور تخلیق میں خالق کو دیکھنا یہی معرفت ہے۔ تو یہ میں کرتا تھا۔</w:t>
      </w:r>
    </w:p>
    <w:p>
      <w:r>
        <w:rPr>
          <w:b/>
        </w:rPr>
        <w:t xml:space="preserve">[02:38] </w:t>
      </w:r>
      <w:r>
        <w:t>lekin 12 december ke baad yeh sab chhoot gaya mujh se.</w:t>
      </w:r>
    </w:p>
    <w:p>
      <w:pPr>
        <w:jc w:val="right"/>
      </w:pPr>
      <w:r>
        <w:t>لیکن 12 دسمبر کے بعد یہ سب چھوٹ گیا مجھ سے۔</w:t>
      </w:r>
    </w:p>
    <w:p>
      <w:r>
        <w:rPr>
          <w:b/>
        </w:rPr>
        <w:t xml:space="preserve">[02:45] </w:t>
      </w:r>
      <w:r>
        <w:t>main hospital mein raha, phir ek kamre mein rehna pada mujhe. to un dino mein samajhta tha ke ab mera woh waqt jo hai ab kabhi wapas nahi aayega.</w:t>
      </w:r>
    </w:p>
    <w:p>
      <w:pPr>
        <w:jc w:val="right"/>
      </w:pPr>
      <w:r>
        <w:t>میں ہاسپٹل میں رہا، پھر ایک کمرے میں رہنا پڑا مجھے۔ تو ان دنوں میں سمجھتا تھا کہ اب میرا وہ وقت جو ہے اب کبھی واپس نہیں آئے گا۔</w:t>
      </w:r>
    </w:p>
    <w:p>
      <w:r>
        <w:rPr>
          <w:b/>
        </w:rPr>
        <w:t xml:space="preserve">[03:02] </w:t>
      </w:r>
      <w:r>
        <w:t>aksar apni tanhaiyon mein yeh sher padhta tha: "aata yaad mujh ko guzra hua zamana, woh daaliyan chaman ki, woh mera aashiyana."</w:t>
      </w:r>
    </w:p>
    <w:p>
      <w:pPr>
        <w:jc w:val="right"/>
      </w:pPr>
      <w:r>
        <w:t>اکثر اپنی تنہائیوں میں یہ شعر پڑھتا تھا: "آتا یاد مجھ کو گزرا ہوا زمانہ، وہ ڈالیاں چمن کی، وہ میرا آشیانہ۔"</w:t>
      </w:r>
    </w:p>
    <w:p>
      <w:r>
        <w:rPr>
          <w:b/>
        </w:rPr>
        <w:t xml:space="preserve">[03:17] </w:t>
      </w:r>
      <w:r>
        <w:t>raat din yeh isi ehsaas mein jeeta tha. aur yeh sher padhta tha: "aata yaad mujh ko guzra hua zamana, woh daaliyan chaman ki, woh mera aashiyana." to ek ajeeb ehsaas hota tha ke kya mera woh spiritual corner mujh se chhoot gaya?</w:t>
      </w:r>
    </w:p>
    <w:p>
      <w:pPr>
        <w:jc w:val="right"/>
      </w:pPr>
      <w:r>
        <w:t>رات دن یہ اسی احساس میں جیتا تھا۔ اور یہ شعر پڑھتا تھا: "آتا یاد مجھ کو گزرا ہوا زمانہ، وہ ڈالیاں چمن کی، وہ میرا آشیانہ۔" تو ایک عجیب احساس ہوتا تھا کہ کیا میرا وہ اسپیچول کارنر مجھ سے چھوٹ گیا؟</w:t>
      </w:r>
    </w:p>
    <w:p>
      <w:r>
        <w:rPr>
          <w:b/>
        </w:rPr>
        <w:t xml:space="preserve">[03:39] </w:t>
      </w:r>
      <w:r>
        <w:t>kya woh jagah mujh se chhoot gayi jahan se main jannat ki jhalak dekhta tha? jahan main god ka taaruf haasil karta tha?</w:t>
      </w:r>
    </w:p>
    <w:p>
      <w:pPr>
        <w:jc w:val="right"/>
      </w:pPr>
      <w:r>
        <w:t>کیا وہ جگہ مجھ سے چھوٹ گئی جہاں سے میں جنت کی جھلک دیکھتا تھا؟ جہاں میں گاڈ کا تعارف حاصل کرتا تھا؟</w:t>
      </w:r>
    </w:p>
    <w:p>
      <w:r>
        <w:rPr>
          <w:b/>
        </w:rPr>
        <w:t xml:space="preserve">[03:51] </w:t>
      </w:r>
      <w:r>
        <w:t>jahan se mujhe spiritual rizq milta tha? ab lekin ab god ke fazl se woh poora daur wapas aa gaya hai.</w:t>
      </w:r>
    </w:p>
    <w:p>
      <w:pPr>
        <w:jc w:val="right"/>
      </w:pPr>
      <w:r>
        <w:t>جہاں سے مجھے اسپیچول رزق ملتا تھا؟ اب لیکن اب خدا کے فضل سے وہ پورا دور واپس آ گیا ہے۔</w:t>
      </w:r>
    </w:p>
    <w:p>
      <w:r>
        <w:rPr>
          <w:b/>
        </w:rPr>
        <w:t xml:space="preserve">[04:03] </w:t>
      </w:r>
      <w:r>
        <w:t>ab main phir wahan baithta hoon.</w:t>
      </w:r>
    </w:p>
    <w:p>
      <w:pPr>
        <w:jc w:val="right"/>
      </w:pPr>
      <w:r>
        <w:t>اب میں پھر وہاں بیٹھتا ہوں۔</w:t>
      </w:r>
    </w:p>
    <w:p>
      <w:r>
        <w:rPr>
          <w:b/>
        </w:rPr>
        <w:t xml:space="preserve">[04:06] </w:t>
      </w:r>
      <w:r>
        <w:t>ab phir apne spiritual corner ko main istemal karta hoon. isi tarah se mujhe inspiration mil raha hai.</w:t>
      </w:r>
    </w:p>
    <w:p>
      <w:pPr>
        <w:jc w:val="right"/>
      </w:pPr>
      <w:r>
        <w:t>اب پھر اپنے اسپیچول کارنر کو میں استعمال کرتا ہوں۔ اسی طرح سے مجھے انسپیریشن مل رہا ہے۔</w:t>
      </w:r>
    </w:p>
    <w:p>
      <w:r>
        <w:rPr>
          <w:b/>
        </w:rPr>
        <w:t xml:space="preserve">[04:15] </w:t>
      </w:r>
      <w:r>
        <w:t>to yeh mere liye ek bahut bada tajurba ban gaya.</w:t>
      </w:r>
    </w:p>
    <w:p>
      <w:pPr>
        <w:jc w:val="right"/>
      </w:pPr>
      <w:r>
        <w:t>تو یہ میرے لیے ایک بہت بڑا تجربہ بن گیا۔</w:t>
      </w:r>
    </w:p>
    <w:p>
      <w:r>
        <w:rPr>
          <w:b/>
        </w:rPr>
        <w:t xml:space="preserve">[04:22] </w:t>
      </w:r>
      <w:r>
        <w:t>tajruba is baat ka ke Allah taala ne jis tarah mujhe mere spiritual corner ko dobara lotaya hai, aise hi mujhe dobara jannat lotaye ga.</w:t>
      </w:r>
    </w:p>
    <w:p>
      <w:pPr>
        <w:jc w:val="right"/>
      </w:pPr>
      <w:r>
        <w:t>تجربہ اس بات کا کہ اللہ تعالیٰ نے جس طرح مجھے میرے اسپیچول کارنر کو دوبارہ لوٹایا ہے، ایسے ہی مجھے دوبارہ جنت لوٹائے گا۔</w:t>
      </w:r>
    </w:p>
    <w:p>
      <w:r>
        <w:rPr>
          <w:b/>
        </w:rPr>
        <w:t xml:space="preserve">[04:38] </w:t>
      </w:r>
      <w:r>
        <w:t>dekhen, hum sab ka case kya hai? Allah ne paida kiya hamare jo jo insatr the, Adam aur Hawa, un ko Allah ne paida kar ke jannat mein rakha.</w:t>
      </w:r>
    </w:p>
    <w:p>
      <w:pPr>
        <w:jc w:val="right"/>
      </w:pPr>
      <w:r>
        <w:t>دیکھیں، ہم سب کا کیس کیا ہے؟ اللہ نے پیدا کیا ہمارے جو جو انسٹر تھے، آدم اور حوا، ان کو اللہ نے پیدا کر کے جنت میں رکھا۔</w:t>
      </w:r>
    </w:p>
    <w:p>
      <w:r>
        <w:rPr>
          <w:b/>
        </w:rPr>
        <w:t xml:space="preserve">[04:56] </w:t>
      </w:r>
      <w:r>
        <w:t>yeh aap jante hain. phir kisi wajah se un ko jannat se nikal diya gaya.</w:t>
      </w:r>
    </w:p>
    <w:p>
      <w:pPr>
        <w:jc w:val="right"/>
      </w:pPr>
      <w:r>
        <w:t>یہ آپ جانتے ہیں۔ پھر کسی وجہ سے ان کو جنت سے نکال دیا گیا۔</w:t>
      </w:r>
    </w:p>
    <w:p>
      <w:r>
        <w:rPr>
          <w:b/>
        </w:rPr>
        <w:t xml:space="preserve">[05:03] </w:t>
      </w:r>
      <w:r>
        <w:t>ab masla yeh hai jannat mein lotne ka. jannat mein lotne ka. jis jannat se nikal diya gaya tha, us mein phir lotne ka.</w:t>
      </w:r>
    </w:p>
    <w:p>
      <w:pPr>
        <w:jc w:val="right"/>
      </w:pPr>
      <w:r>
        <w:t>اب مسئلہ یہ ہے جنت میں لوٹنے کا۔ جنت میں لوٹنے کا۔ جس جنت سے نکال دیا گیا تھا، اس میں پھر لوٹنے کا۔</w:t>
      </w:r>
    </w:p>
    <w:p>
      <w:r>
        <w:rPr>
          <w:b/>
        </w:rPr>
        <w:t xml:space="preserve">[05:15] </w:t>
      </w:r>
      <w:r>
        <w:t>isi ko le kar ke English poet Milton ne do bohat bari kitab likhi jo bohat mashhoor hai.</w:t>
      </w:r>
    </w:p>
    <w:p>
      <w:pPr>
        <w:jc w:val="right"/>
      </w:pPr>
      <w:r>
        <w:t>اسی کو لے کر کے انگلش پوئٹ ملٹن نے دو بہت بڑی کتاب لکھی جو بہت مشہور ہے۔</w:t>
      </w:r>
    </w:p>
    <w:p>
      <w:r>
        <w:rPr>
          <w:b/>
        </w:rPr>
        <w:t xml:space="preserve">[05:33] </w:t>
      </w:r>
      <w:r>
        <w:t>pehlay is ki kitab chhapi thi, is ka naam tha "Paradise Lost" yani "Gumshuda Paradise".</w:t>
      </w:r>
    </w:p>
    <w:p>
      <w:pPr>
        <w:jc w:val="right"/>
      </w:pPr>
      <w:r>
        <w:t>پہلے اس کی کتاب چھپی تھی، اس کا نام تھا "پیرڈائز لاسٹ" یعنی "گمشدہ پیرڈائز"۔</w:t>
      </w:r>
    </w:p>
    <w:p>
      <w:r>
        <w:rPr>
          <w:b/>
        </w:rPr>
        <w:t xml:space="preserve">[05:42] </w:t>
      </w:r>
      <w:r>
        <w:t>firdous gumgashta.</w:t>
      </w:r>
    </w:p>
    <w:p>
      <w:pPr>
        <w:jc w:val="right"/>
      </w:pPr>
      <w:r>
        <w:t>فردوس گمگشتہ۔</w:t>
      </w:r>
    </w:p>
    <w:p>
      <w:r>
        <w:rPr>
          <w:b/>
        </w:rPr>
        <w:t xml:space="preserve">[05:46] </w:t>
      </w:r>
      <w:r>
        <w:t>is mein wahi kahani hai ke Adam kis tarah se paida kar ke jannat mein rakhe gaye, phir jannat is se khoi gayi.</w:t>
      </w:r>
    </w:p>
    <w:p>
      <w:pPr>
        <w:jc w:val="right"/>
      </w:pPr>
      <w:r>
        <w:t>اس میں وہی کہانی ہے کہ آدم کس طرح سے پیدا کر کے جنت میں رکھے گئے، پھر جنت اس سے کھوئی گئی۔</w:t>
      </w:r>
    </w:p>
    <w:p>
      <w:r>
        <w:rPr>
          <w:b/>
        </w:rPr>
        <w:t xml:space="preserve">[05:57] </w:t>
      </w:r>
      <w:r>
        <w:t>to hum sab ka case wahi hai jannat ke hum ne jannat kho rakhi hai.</w:t>
      </w:r>
    </w:p>
    <w:p>
      <w:pPr>
        <w:jc w:val="right"/>
      </w:pPr>
      <w:r>
        <w:t>تو ہم سب کا کیس وہی ہے جنت کہ ہم نے جنت کھو رکھی ہے۔</w:t>
      </w:r>
    </w:p>
    <w:p>
      <w:r>
        <w:rPr>
          <w:b/>
        </w:rPr>
        <w:t xml:space="preserve">[06:05] </w:t>
      </w:r>
      <w:r>
        <w:t>to phir is ne kitab likhi doosri baat ko "Paradise Regained". jannat yani jannat ki bazyaft.</w:t>
      </w:r>
    </w:p>
    <w:p>
      <w:pPr>
        <w:jc w:val="right"/>
      </w:pPr>
      <w:r>
        <w:t>تو پھر اس نے کتاب لکھی دوسری بات کو "پیرڈائز ریگین"۔ جنت یعنی جنت کی بازیافت۔</w:t>
      </w:r>
    </w:p>
    <w:p>
      <w:r>
        <w:rPr>
          <w:b/>
        </w:rPr>
        <w:t xml:space="preserve">[06:18] </w:t>
      </w:r>
      <w:r>
        <w:t>"Paradise Regained" ke khoi hui jannat phir insan ko mil gayi. to woh to shayari hai, koi haqeeqat nahi hai.</w:t>
      </w:r>
    </w:p>
    <w:p>
      <w:pPr>
        <w:jc w:val="right"/>
      </w:pPr>
      <w:r>
        <w:t>"پیرڈائز ریگین" کہ کھوئی ہوئی جنت پھر انسان کو مل گئی۔ تو وہ تو شاعری ہے، کوئی حقیقت نہیں ہے۔</w:t>
      </w:r>
    </w:p>
    <w:p>
      <w:r>
        <w:rPr>
          <w:b/>
        </w:rPr>
        <w:t xml:space="preserve">[06:29] </w:t>
      </w:r>
      <w:r>
        <w:t>lekin mere liye jo yeh tajruba hua, woh mere liye aik dua ban gaya ke Khuda, jis tarah tune meri khoi hui jannat ko wapas kiya dunya mein,</w:t>
      </w:r>
    </w:p>
    <w:p>
      <w:pPr>
        <w:jc w:val="right"/>
      </w:pPr>
      <w:r>
        <w:t>لیکن میرے لیے جو یہ تجربہ ہوا، وہ میرے لیے ایک دعا بن گیا کہ خدا، جس طرح تو نے میری کھوئی ہوئی جنت کو واپس کیا دنیا میں،</w:t>
      </w:r>
    </w:p>
    <w:p>
      <w:r>
        <w:rPr>
          <w:b/>
        </w:rPr>
        <w:t xml:space="preserve">[06:43] </w:t>
      </w:r>
      <w:r>
        <w:t>aise hi akhirat mein to mujhe jannat ko wapas kar de.</w:t>
      </w:r>
    </w:p>
    <w:p>
      <w:pPr>
        <w:jc w:val="right"/>
      </w:pPr>
      <w:r>
        <w:t>ایسے ہی آخرت میں تو مجھے جنت کو واپس کر دے۔</w:t>
      </w:r>
    </w:p>
    <w:p>
      <w:r>
        <w:rPr>
          <w:b/>
        </w:rPr>
        <w:t xml:space="preserve">[06:48] </w:t>
      </w:r>
      <w:r>
        <w:t>dobara mujhe paradise de de. to yeh mere liye aik bohat bara tajruba tha. aur is mein dekhen, mein aap ko aik Quran ki aik ayat yaad dilana chahta hoon.</w:t>
      </w:r>
    </w:p>
    <w:p>
      <w:pPr>
        <w:jc w:val="right"/>
      </w:pPr>
      <w:r>
        <w:t>دوبارہ مجھے پیرڈائز دے دے۔ تو یہ میرے لیے ایک بہت بڑا تجربہ تھا۔ اور اس میں دیکھیں، میں آپ کو ایک قرآن کی ایک آیت یاد دلانا چاہتا ہوں۔</w:t>
      </w:r>
    </w:p>
    <w:p>
      <w:r>
        <w:rPr>
          <w:b/>
        </w:rPr>
        <w:t xml:space="preserve">[07:04] </w:t>
      </w:r>
      <w:r>
        <w:t>woh bohat hi ahem ayat hai. is mein yeh kaha gaya hai ke agar tum mile hue ko mile hue par shukr ada karo to jo cheez nahi mili hui hai, woh tum ko di jayegi.</w:t>
      </w:r>
    </w:p>
    <w:p>
      <w:pPr>
        <w:jc w:val="right"/>
      </w:pPr>
      <w:r>
        <w:t>وہ بہت ہی اہم آیت ہے۔ اس میں یہ کہا گیا ہے کہ اگر تم ملے ہوئے کو ملے ہوئے پر شکر ادا کرو تو جو چیز نہیں ملی ہوئی ہے، وہ تم کو دی جائے گی۔</w:t>
      </w:r>
    </w:p>
    <w:p>
      <w:r>
        <w:rPr>
          <w:b/>
        </w:rPr>
        <w:t xml:space="preserve">[07:18] </w:t>
      </w:r>
      <w:r>
        <w:t>yeh bohat bari ayat hai.</w:t>
      </w:r>
    </w:p>
    <w:p>
      <w:pPr>
        <w:jc w:val="right"/>
      </w:pPr>
      <w:r>
        <w:t>یہ بہت بڑی آیت ہے۔</w:t>
      </w:r>
    </w:p>
    <w:p>
      <w:r>
        <w:rPr>
          <w:b/>
        </w:rPr>
        <w:t xml:space="preserve">[07:23] </w:t>
      </w:r>
      <w:r>
        <w:t>bohat bari baat is mein hai ke kyunke Allah ki taraf se insan ko kuch na kuch to milta hi hai. is mile hue par agar woh shukr kare to jo abhi nahi mila hua hai, woh bhi is ke liye likh diya jayega.</w:t>
      </w:r>
    </w:p>
    <w:p>
      <w:pPr>
        <w:jc w:val="right"/>
      </w:pPr>
      <w:r>
        <w:t>بہت بڑی بات اس میں ہے کہ کیونکہ اللہ کی طرف سے انسان کو کچھ نہ کچھ تو ملتا ہی ہے۔ اس ملے ہوئے پر اگر وہ شکر کرے تو جو ابھی نہیں ملا ہوا ہے، وہ بھی اس کے لیے لکھ دیا جائے گا۔</w:t>
      </w:r>
    </w:p>
    <w:p>
      <w:r>
        <w:rPr>
          <w:b/>
        </w:rPr>
        <w:t xml:space="preserve">[07:41] </w:t>
      </w:r>
      <w:r>
        <w:t>yeh bohat bari baat hai.</w:t>
      </w:r>
    </w:p>
    <w:p>
      <w:pPr>
        <w:jc w:val="right"/>
      </w:pPr>
      <w:r>
        <w:t>یہ بہت بڑی بات ہے۔</w:t>
      </w:r>
    </w:p>
    <w:p>
      <w:r>
        <w:rPr>
          <w:b/>
        </w:rPr>
        <w:t xml:space="preserve">[07:48] </w:t>
      </w:r>
      <w:r>
        <w:t>to mein samajhta hoon. aur phir aik aik aik hadees hai ke "Ana inda zanni abd".</w:t>
      </w:r>
    </w:p>
    <w:p>
      <w:pPr>
        <w:jc w:val="right"/>
      </w:pPr>
      <w:r>
        <w:t>تو میں سمجھتا ہوں۔ اور پھر ایک ایک ایک حدیث ہے کہ "انا انبی خیرا"۔</w:t>
      </w:r>
    </w:p>
    <w:p>
      <w:r>
        <w:rPr>
          <w:b/>
        </w:rPr>
        <w:t xml:space="preserve">[08:02] </w:t>
      </w:r>
      <w:r>
        <w:t>mein bande ke guman ke sath hoon to mere baray mein acha guman kare.</w:t>
      </w:r>
    </w:p>
    <w:p>
      <w:pPr>
        <w:jc w:val="right"/>
      </w:pPr>
      <w:r>
        <w:t>میں بندے کے گمان کے ساتھ ہوں تو میرے بارے میں اچھا گمان کرے۔</w:t>
      </w:r>
    </w:p>
    <w:p>
      <w:r>
        <w:rPr>
          <w:b/>
        </w:rPr>
        <w:t xml:space="preserve">[08:12] </w:t>
      </w:r>
      <w:r>
        <w:t>mein bande ke guman ke sath hoon to banda mere baray mein acha guman kare.</w:t>
      </w:r>
    </w:p>
    <w:p>
      <w:pPr>
        <w:jc w:val="right"/>
      </w:pPr>
      <w:r>
        <w:t>میں بندے کے گمان کے ساتھ ہوں تو بندہ میرے بارے میں اچھا گمان کرے۔</w:t>
      </w:r>
    </w:p>
    <w:p>
      <w:r>
        <w:rPr>
          <w:b/>
        </w:rPr>
        <w:t xml:space="preserve">[08:21] </w:t>
      </w:r>
      <w:r>
        <w:t>"Ana inda zanni abd".</w:t>
      </w:r>
    </w:p>
    <w:p>
      <w:pPr>
        <w:jc w:val="right"/>
      </w:pPr>
      <w:r>
        <w:t>"انا انبی خیرا"۔</w:t>
      </w:r>
    </w:p>
    <w:p>
      <w:r>
        <w:rPr>
          <w:b/>
        </w:rPr>
        <w:t xml:space="preserve">[08:31] </w:t>
      </w:r>
      <w:r>
        <w:t>to yeh</w:t>
      </w:r>
    </w:p>
    <w:p>
      <w:pPr>
        <w:jc w:val="right"/>
      </w:pPr>
      <w:r>
        <w:t>تو یہ</w:t>
      </w:r>
    </w:p>
    <w:p>
      <w:r>
        <w:rPr>
          <w:b/>
        </w:rPr>
        <w:t xml:space="preserve">[08:34] </w:t>
      </w:r>
      <w:r>
        <w:t>yeh ayat jo hai, bohat bari umeed hamare liye hai ke dunya mein Allah taala hamein aik cheez de aur is ka hum shukr karen.</w:t>
      </w:r>
    </w:p>
    <w:p>
      <w:pPr>
        <w:jc w:val="right"/>
      </w:pPr>
      <w:r>
        <w:t>یہ آیت جو ہے، بہت بڑی امید ہمارے لیے ہے کہ دنیا میں اللہ تعالیٰ ہمیں ایک چیز دے اور اس کا ہم شکر کریں۔</w:t>
      </w:r>
    </w:p>
    <w:p>
      <w:r>
        <w:rPr>
          <w:b/>
        </w:rPr>
        <w:t xml:space="preserve">[08:46] </w:t>
      </w:r>
      <w:r>
        <w:t>to hamein yeh yeh umeed rakhne ka haq hai ke Allah ki taraf aur ziyada mujhe dega, aur ziyada dega, aur ziyada dega.</w:t>
      </w:r>
    </w:p>
    <w:p>
      <w:pPr>
        <w:jc w:val="right"/>
      </w:pPr>
      <w:r>
        <w:t>تو ہمیں یہ یہ امید رکھنے کا حق ہے کہ اللہ کی طرف اور زیادہ مجھے دے گا، اور زیادہ دے گا، اور زیادہ دے گا۔</w:t>
      </w:r>
    </w:p>
    <w:p>
      <w:r>
        <w:rPr>
          <w:b/>
        </w:rPr>
        <w:t xml:space="preserve">[08:55] </w:t>
      </w:r>
      <w:r>
        <w:t>yani dunya mein diya hai aaj to aakhirat mein hum ko dega jannat.</w:t>
      </w:r>
    </w:p>
    <w:p>
      <w:pPr>
        <w:jc w:val="right"/>
      </w:pPr>
      <w:r>
        <w:t>یعنی دنیا میں دیا ہے آج تو آخرت میں ہم کو دے گا جنت۔</w:t>
      </w:r>
    </w:p>
    <w:p>
      <w:r>
        <w:rPr>
          <w:b/>
        </w:rPr>
        <w:t xml:space="preserve">[09:05] </w:t>
      </w:r>
      <w:r>
        <w:t>ab mein aap se kuch baatein karna chahta hoon jannat ke baray mein. jannat kya cheez hai? dekhen, insaan paida hua hai</w:t>
      </w:r>
    </w:p>
    <w:p>
      <w:pPr>
        <w:jc w:val="right"/>
      </w:pPr>
      <w:r>
        <w:t>اب میں آپ سے کچھ باتیں کرنا چاہتا ہوں جنت کے بارے میں۔ جنت کیا چیز ہے؟ دیکھیں، انسان پیدا ہوا ہے</w:t>
      </w:r>
    </w:p>
    <w:p>
      <w:r>
        <w:rPr>
          <w:b/>
        </w:rPr>
        <w:t xml:space="preserve">[09:21] </w:t>
      </w:r>
      <w:r>
        <w:t>desire ke sath. har insaan ke andar beshumar desire hain. yani kehna sahi hoga ke "man is a desire seeking animal".</w:t>
      </w:r>
    </w:p>
    <w:p>
      <w:pPr>
        <w:jc w:val="right"/>
      </w:pPr>
      <w:r>
        <w:t>ڈیزائر کے ساتھ۔ ہر انسان کے اندر بے شمار ڈیزائر ہیں۔ یعنی کہنا صحیح ہوگا کہ "مین از ا ڈیزائر سیکنگ اینیمل"۔</w:t>
      </w:r>
    </w:p>
    <w:p>
      <w:r>
        <w:rPr>
          <w:b/>
        </w:rPr>
        <w:t xml:space="preserve">[09:34] </w:t>
      </w:r>
      <w:r>
        <w:t>har aadmi ke andar desire bhari hui hain. woh chahta hai ke woh desire us ko mile, us ko fulfillment mile.</w:t>
      </w:r>
    </w:p>
    <w:p>
      <w:pPr>
        <w:jc w:val="right"/>
      </w:pPr>
      <w:r>
        <w:t>ہر آدمی کے اندر ڈیزائر بھری ہوئی ہیں۔ وہ چاہتا ہے کہ وہ ڈیزائر اس کو ملے، اس کو فلفلمنٹ ملے۔</w:t>
      </w:r>
    </w:p>
    <w:p>
      <w:r>
        <w:rPr>
          <w:b/>
        </w:rPr>
        <w:t xml:space="preserve">[09:46] </w:t>
      </w:r>
      <w:r>
        <w:t>lekin yeh saari tareekh ka yeh tajurba hai ke is dunya mein kisi ko woh desired world world nahi milta.</w:t>
      </w:r>
    </w:p>
    <w:p>
      <w:pPr>
        <w:jc w:val="right"/>
      </w:pPr>
      <w:r>
        <w:t>لیکن یہ ساری تاریخ کا یہ تجربہ ہے کہ اس دنیا میں کسی کو وہ ڈیزائرڈ ورلڈ ورلڈ نہیں ملتا۔</w:t>
      </w:r>
    </w:p>
    <w:p>
      <w:r>
        <w:rPr>
          <w:b/>
        </w:rPr>
        <w:t xml:space="preserve">[10:00] </w:t>
      </w:r>
      <w:r>
        <w:t>nahi milta us ko.</w:t>
      </w:r>
    </w:p>
    <w:p>
      <w:pPr>
        <w:jc w:val="right"/>
      </w:pPr>
      <w:r>
        <w:t>نہیں ملتا اس کو۔</w:t>
      </w:r>
    </w:p>
    <w:p>
      <w:r>
        <w:rPr>
          <w:b/>
        </w:rPr>
        <w:t xml:space="preserve">[10:04] </w:t>
      </w:r>
      <w:r>
        <w:t>to logon ne yeh nazariya banaya ke isi dunya mein hamein paana hai. aaj kal aam taur par yeh yeh nazariya chala hua hai ke "right here right now".</w:t>
      </w:r>
    </w:p>
    <w:p>
      <w:pPr>
        <w:jc w:val="right"/>
      </w:pPr>
      <w:r>
        <w:t>تو لوگوں نے یہ نظریہ بنایا کہ اسی دنیا میں ہمیں پانا ہے۔ آج کل عام طور پر یہ یہ نظریہ چلا ہوا ہے کہ "رائٹ ہیر رائٹ ناو"۔</w:t>
      </w:r>
    </w:p>
    <w:p>
      <w:r>
        <w:rPr>
          <w:b/>
        </w:rPr>
        <w:t xml:space="preserve">[10:21] </w:t>
      </w:r>
      <w:r>
        <w:t>yehi yehi hamein paana hai, yehi hamein chahiye, isi dunya mein chahiye. to har aadmi aaj ke peeche, yani today ke peeche daud raha hai.</w:t>
      </w:r>
    </w:p>
    <w:p>
      <w:pPr>
        <w:jc w:val="right"/>
      </w:pPr>
      <w:r>
        <w:t>یہی یہی ہمیں پانا ہے، یہی ہمیں چاہیے، اسی دنیا میں چاہیے۔ تو ہر آدمی آج کے پیچھے، یعنی ٹوڈے کے پیچھے دوڑ رہا ہے۔</w:t>
      </w:r>
    </w:p>
    <w:p>
      <w:r>
        <w:rPr>
          <w:b/>
        </w:rPr>
        <w:t xml:space="preserve">[10:32] </w:t>
      </w:r>
      <w:r>
        <w:t>today.</w:t>
      </w:r>
    </w:p>
    <w:p>
      <w:pPr>
        <w:jc w:val="right"/>
      </w:pPr>
      <w:r>
        <w:t>ٹوڈے۔</w:t>
      </w:r>
    </w:p>
    <w:p>
      <w:r>
        <w:rPr>
          <w:b/>
        </w:rPr>
        <w:t xml:space="preserve">[10:35] </w:t>
      </w:r>
      <w:r>
        <w:t>lekin koi paata nahi. masla yeh hai ke today kya milta hai kisi ko? daud raha hai, daud raha hai, daud raha hai, lekin jab milta hai to maloom hota hai ke is se kam tha yeh jo mein mein ne chaha tha.</w:t>
      </w:r>
    </w:p>
    <w:p>
      <w:pPr>
        <w:jc w:val="right"/>
      </w:pPr>
      <w:r>
        <w:t>لیکن کوئی پاتا نہیں۔ مسئلہ یہ ہے کہ ٹوڈے کیا ملتا ہے کسی کو؟ دوڑ رہا ہے، دوڑ رہا ہے، دوڑ رہا ہے، لیکن جب ملتا ہے تو معلوم ہوتا ہے کہ اس سے کم تھا یہ جو میں میں نے چاہا تھا۔</w:t>
      </w:r>
    </w:p>
    <w:p>
      <w:r>
        <w:rPr>
          <w:b/>
        </w:rPr>
        <w:t xml:space="preserve">[10:54] </w:t>
      </w:r>
      <w:r>
        <w:t>to "right here right now" ka sab se bara minus point yeh hai ke woh workable nahi hai.</w:t>
      </w:r>
    </w:p>
    <w:p>
      <w:pPr>
        <w:jc w:val="right"/>
      </w:pPr>
      <w:r>
        <w:t>تو "رائٹ ہیر رائٹ ناو" کا سب سے بڑا مائنس پوائنٹ یہ ہے کہ وہ ورک ایبل نہیں ہے۔</w:t>
      </w:r>
    </w:p>
    <w:p>
      <w:r>
        <w:rPr>
          <w:b/>
        </w:rPr>
        <w:t xml:space="preserve">[11:04] </w:t>
      </w:r>
      <w:r>
        <w:t>aap paisa kamayein, aap political position hasil karein, aap fame hasil karein, jo jo dunya mein cheezein available hain, woh sab ko hasil karein aap.</w:t>
      </w:r>
    </w:p>
    <w:p>
      <w:pPr>
        <w:jc w:val="right"/>
      </w:pPr>
      <w:r>
        <w:t>آپ پیسہ کمائیں، آپ پولیٹیکل پوزیشن حاصل کریں، آپ فیم حاصل کریں، جو جو دنیا میں چیزیں اویلیبل ہیں، وہ سب کو حاصل کریں آپ۔</w:t>
      </w:r>
    </w:p>
    <w:p>
      <w:r>
        <w:rPr>
          <w:b/>
        </w:rPr>
        <w:t xml:space="preserve">[11:16] </w:t>
      </w:r>
      <w:r>
        <w:t>lekin hasil karne se pehle to aap ko ek shauq hota hai ke yeh mil jaye to shayad mein fulfillment ho jaon.</w:t>
      </w:r>
    </w:p>
    <w:p>
      <w:pPr>
        <w:jc w:val="right"/>
      </w:pPr>
      <w:r>
        <w:t>لیکن حاصل کرنے سے پہلے تو آپ کو ایک شوق ہوتا ہے کہ یہ مل جائے تو شاید میں فلفلمنٹ ہو جاؤں۔</w:t>
      </w:r>
    </w:p>
    <w:p>
      <w:r>
        <w:rPr>
          <w:b/>
        </w:rPr>
        <w:t xml:space="preserve">[11:25] </w:t>
      </w:r>
      <w:r>
        <w:t>to</w:t>
      </w:r>
    </w:p>
    <w:p>
      <w:pPr>
        <w:jc w:val="right"/>
      </w:pPr>
      <w:r>
        <w:t>تو</w:t>
      </w:r>
    </w:p>
    <w:p>
      <w:r>
        <w:rPr>
          <w:b/>
        </w:rPr>
        <w:t xml:space="preserve">[11:27] </w:t>
      </w:r>
      <w:r>
        <w:t>paane se pehle to ek shauq hota hai, is mein aap jeete hain. ke paane ke baad maloom hota hai ke to woh cheez nahi hai jo mein chahta tha. ke to woh hai hi nahi.</w:t>
      </w:r>
    </w:p>
    <w:p>
      <w:pPr>
        <w:jc w:val="right"/>
      </w:pPr>
      <w:r>
        <w:t>پانے سے پہلے تو ایک شوق ہوتا ہے، اس میں آپ جیتے ہیں۔ کہ پانے کے بعد معلوم ہوتا ہے کہ تو وہ چیز نہیں ہے جو میں چاہتا تھا۔ کہ تو وہ ہے ہی نہیں۔</w:t>
      </w:r>
    </w:p>
    <w:p>
      <w:r>
        <w:rPr>
          <w:b/>
        </w:rPr>
        <w:t xml:space="preserve">[11:39] </w:t>
      </w:r>
      <w:r>
        <w:t>to "right here right now" ka jo formula hai, woh workable hi nahi hai.</w:t>
      </w:r>
    </w:p>
    <w:p>
      <w:pPr>
        <w:jc w:val="right"/>
      </w:pPr>
      <w:r>
        <w:t>تو "رائٹ ہیر رائٹ ناو" کا جو فارمولا ہے، وہ ورک ایبل ہی نہیں ہے۔</w:t>
      </w:r>
    </w:p>
    <w:p>
      <w:r>
        <w:rPr>
          <w:b/>
        </w:rPr>
        <w:t xml:space="preserve">[11:45] </w:t>
      </w:r>
      <w:r>
        <w:t>agar agar agar sach much dunya mil jaye aadmi ko, sab kuch yehi mil jaye, to tab yeh formula kaha jaye ke workable formula hai.</w:t>
      </w:r>
    </w:p>
    <w:p>
      <w:pPr>
        <w:jc w:val="right"/>
      </w:pPr>
      <w:r>
        <w:t>اگر اگر اگر سچ مچ دنیا مل جائے آدمی کو، سب کچھ یہی مل جائے، تو تب یہ فارمولا کہا جائے کہ ورک ایبل فارمولا ہے۔</w:t>
      </w:r>
    </w:p>
    <w:p>
      <w:r>
        <w:rPr>
          <w:b/>
        </w:rPr>
        <w:t xml:space="preserve">[11:57] </w:t>
      </w:r>
      <w:r>
        <w:t>lekin abhi to yeh workable hi nahi.</w:t>
      </w:r>
    </w:p>
    <w:p>
      <w:pPr>
        <w:jc w:val="right"/>
      </w:pPr>
      <w:r>
        <w:t>لیکن ابھی تو یہ ورک ایبل ہی نہیں۔</w:t>
      </w:r>
    </w:p>
    <w:p>
      <w:r>
        <w:rPr>
          <w:b/>
        </w:rPr>
        <w:t xml:space="preserve">[12:03] </w:t>
      </w:r>
      <w:r>
        <w:t>Jahangir jo Mughal badshah tha, woh gaya Kashmir. to Kashmir us ko bohat pasand aya.</w:t>
      </w:r>
    </w:p>
    <w:p>
      <w:pPr>
        <w:jc w:val="right"/>
      </w:pPr>
      <w:r>
        <w:t>جہانگیر جو مغل بادشاہ تھا، وہ گیا کشمیر۔ تو کشمیر اس کو بہت پسند آیا۔</w:t>
      </w:r>
    </w:p>
    <w:p>
      <w:r>
        <w:rPr>
          <w:b/>
        </w:rPr>
        <w:t xml:space="preserve">[12:14] </w:t>
      </w:r>
      <w:r>
        <w:t>to us ne kaha ke agar firdous bar rooye zameen ast, hameen ast o hameen ast o hameen ast. yani jannat agar dunya mein kahin hai to yehi yehi hai.</w:t>
      </w:r>
    </w:p>
    <w:p>
      <w:pPr>
        <w:jc w:val="right"/>
      </w:pPr>
      <w:r>
        <w:t>تو اس نے کہا کہ اگر فردوس بر روئے زمین است، ہمین است و ہمین است و ہمین است۔ یعنی جنت اگر دنیا میں کہیں ہے تو یہی یہی ہے۔</w:t>
      </w:r>
    </w:p>
    <w:p>
      <w:r>
        <w:rPr>
          <w:b/>
        </w:rPr>
        <w:t xml:space="preserve">[12:25] </w:t>
      </w:r>
      <w:r>
        <w:t>yani yani Kashmir, Kashmir, Kashmir.</w:t>
      </w:r>
    </w:p>
    <w:p>
      <w:pPr>
        <w:jc w:val="right"/>
      </w:pPr>
      <w:r>
        <w:t>یعنی یعنی کشمیر، کشمیر، کشمیر۔</w:t>
      </w:r>
    </w:p>
    <w:p>
      <w:r>
        <w:rPr>
          <w:b/>
        </w:rPr>
        <w:t xml:space="preserve">[12:34] </w:t>
      </w:r>
      <w:r>
        <w:t>mein Kashmir kai baar gaya hoon aur dekha hai Kashmir kya cheez hai. lekin mera apna tajurba yeh hai ke jis din aap pahonchte hain Kashmir, to pehle din to lagta hai ke ek bari, ek ek beautiful jagah hai.</w:t>
      </w:r>
    </w:p>
    <w:p>
      <w:pPr>
        <w:jc w:val="right"/>
      </w:pPr>
      <w:r>
        <w:t>میں کشمیر کئی بار گیا ہوں اور دیکھا ہے کشمیر کیا چیز ہے۔ لیکن میرا اپنا تجربہ یہ ہے کہ جس دن آپ پہنچتے ہیں کشمیر، تو پہلے دن تو لگتا ہے کہ ایک بڑی، ایک ایک بیوٹی فل جگہ ہے۔</w:t>
      </w:r>
    </w:p>
    <w:p>
      <w:r>
        <w:rPr>
          <w:b/>
        </w:rPr>
        <w:t xml:space="preserve">[12:49] </w:t>
      </w:r>
      <w:r>
        <w:t>us ke baad phir kuch nahi.</w:t>
      </w:r>
    </w:p>
    <w:p>
      <w:pPr>
        <w:jc w:val="right"/>
      </w:pPr>
      <w:r>
        <w:t>اس کے بعد پھر کچھ نہیں۔</w:t>
      </w:r>
    </w:p>
    <w:p>
      <w:r>
        <w:rPr>
          <w:b/>
        </w:rPr>
        <w:t xml:space="preserve">[12:54] </w:t>
      </w:r>
      <w:r>
        <w:t>mein ne apna ek tajurba is se pehle bataya tha ke Kashmir mein mein gaya, mere sath Qibullah Khan sahib thay, Professor Qibullah Khan.</w:t>
      </w:r>
    </w:p>
    <w:p>
      <w:pPr>
        <w:jc w:val="right"/>
      </w:pPr>
      <w:r>
        <w:t>میں نے اپنا ایک تجربہ اس سے پہلے بتایا تھا کہ کشمیر میں میں گیا، میرے ساتھ قیب اللہ خان صاحب تھے، پروفیسر قیب اللہ خان۔</w:t>
      </w:r>
    </w:p>
    <w:p>
      <w:r>
        <w:rPr>
          <w:b/>
        </w:rPr>
        <w:t xml:space="preserve">[13:09] </w:t>
      </w:r>
      <w:r>
        <w:t>to wahan par hum ek pahari chashme, pahari chashma, to pani aa raha tha pahar se, bohat saaf suthra, bohat hi</w:t>
      </w:r>
    </w:p>
    <w:p>
      <w:pPr>
        <w:jc w:val="right"/>
      </w:pPr>
      <w:r>
        <w:t>تو وہاں پر ہم ایک پہاڑی چشمے، پہاڑی چشمہ، تو پانی آ رہا تھا پہاڑ سے، بہت صاف ستھرا، بہت ہی</w:t>
      </w:r>
    </w:p>
    <w:p>
      <w:r>
        <w:rPr>
          <w:b/>
        </w:rPr>
        <w:t xml:space="preserve">[13:22] </w:t>
      </w:r>
      <w:r>
        <w:t>bilkul fresh water pahaar se aa raha tha.</w:t>
      </w:r>
    </w:p>
    <w:p>
      <w:pPr>
        <w:jc w:val="right"/>
      </w:pPr>
      <w:r>
        <w:t>بالکل فریش واٹر پہاڑ سے آ رہا تھا۔</w:t>
      </w:r>
    </w:p>
    <w:p>
      <w:r>
        <w:rPr>
          <w:b/>
        </w:rPr>
        <w:t xml:space="preserve">[13:28] </w:t>
      </w:r>
      <w:r>
        <w:t>to professor qibullah khan sahib jo mere saath thay, un ke saath aik glass tha. to maine un se glass lia aur woh aik glass pani le kar piya.</w:t>
      </w:r>
    </w:p>
    <w:p>
      <w:pPr>
        <w:jc w:val="right"/>
      </w:pPr>
      <w:r>
        <w:t>تو پروفیسر قیب اللہ خان صاحب جو میرے ساتھ تھے، ان کے ساتھ ایک گلاس تھا۔ تو میں نے ان سے گلاس لیا اور وہ ایک گلاس پانی لے کر پیا۔</w:t>
      </w:r>
    </w:p>
    <w:p>
      <w:r>
        <w:rPr>
          <w:b/>
        </w:rPr>
        <w:t xml:space="preserve">[13:40] </w:t>
      </w:r>
      <w:r>
        <w:t>to mujhe bohat acha laga. yani dilli mein jo pani aap peete hain, us se bohat acha, bohat acha. to phir maine do glass pi lia, teen glass pi lia.</w:t>
      </w:r>
    </w:p>
    <w:p>
      <w:pPr>
        <w:jc w:val="right"/>
      </w:pPr>
      <w:r>
        <w:t>تو مجھے بہت اچھا لگا۔ یعنی دلی میں جو پانی آپ پیتے ہیں، اس سے بہت اچھا، بہت اچھا۔ تو پھر میں نے دو گلاس پی لیا، تین گلاس پی لیا۔</w:t>
      </w:r>
    </w:p>
    <w:p>
      <w:r>
        <w:rPr>
          <w:b/>
        </w:rPr>
        <w:t xml:space="preserve">[13:51] </w:t>
      </w:r>
      <w:r>
        <w:t>yehahan tak ke jahan tak mujhe yaad hai, maine cheh glass pani pi lia. cheh glass pani.</w:t>
      </w:r>
    </w:p>
    <w:p>
      <w:pPr>
        <w:jc w:val="right"/>
      </w:pPr>
      <w:r>
        <w:t>یہاں تک کہ جہاں تک مجھے یاد ہے، میں نے چھ گلاس پانی پی لیا۔ چھ گلاس پانی۔</w:t>
      </w:r>
    </w:p>
    <w:p>
      <w:r>
        <w:rPr>
          <w:b/>
        </w:rPr>
        <w:t xml:space="preserve">[13:59] </w:t>
      </w:r>
      <w:r>
        <w:t>is ke baad kya hua ke sir mein itna dard shuru ho gaya. sir mein itna dard shuru ho gaya ke main bari museebat se lauta srinagar.</w:t>
      </w:r>
    </w:p>
    <w:p>
      <w:pPr>
        <w:jc w:val="right"/>
      </w:pPr>
      <w:r>
        <w:t>اس کے بعد کیا ہوا کہ سر میں اتنا درد شروع ہو گیا۔ سر میں اتنا درد شروع ہو گیا کہ میں بڑی مصیبت سے لوٹا سری نگر۔</w:t>
      </w:r>
    </w:p>
    <w:p>
      <w:r>
        <w:rPr>
          <w:b/>
        </w:rPr>
        <w:t xml:space="preserve">[14:15] </w:t>
      </w:r>
      <w:r>
        <w:t>wahan par sham ke khane ka intezam tha aik sahib ke ghar par. to main khane mein shake nahi ho saka.</w:t>
      </w:r>
    </w:p>
    <w:p>
      <w:pPr>
        <w:jc w:val="right"/>
      </w:pPr>
      <w:r>
        <w:t>وہاں پر شام کے کھانے کا انتظام تھا ایک صاحب کے گھر پر۔ تو میں کھانے میں شیک نہیں ہو سکا۔</w:t>
      </w:r>
    </w:p>
    <w:p>
      <w:r>
        <w:rPr>
          <w:b/>
        </w:rPr>
        <w:t xml:space="preserve">[14:23] </w:t>
      </w:r>
      <w:r>
        <w:t>jis kamre mein khane ka intezam tha, main us ke side ki side ke kamre mein let gaya aur kuch bhi nahi khaya kha saka main.</w:t>
      </w:r>
    </w:p>
    <w:p>
      <w:pPr>
        <w:jc w:val="right"/>
      </w:pPr>
      <w:r>
        <w:t>جس کمرے میں کھانے کا انتظام تھا، میں اس کے سائیڈ کی سائیڈ کے کمرے میں لیٹ گیا اور کچھ بھی نہیں کھایا کھا سکا میں۔</w:t>
      </w:r>
    </w:p>
    <w:p>
      <w:r>
        <w:rPr>
          <w:b/>
        </w:rPr>
        <w:t xml:space="preserve">[14:33] </w:t>
      </w:r>
      <w:r>
        <w:t>to kya hai kashmir?</w:t>
      </w:r>
    </w:p>
    <w:p>
      <w:pPr>
        <w:jc w:val="right"/>
      </w:pPr>
      <w:r>
        <w:t>تو کیا ہے کشمیر؟</w:t>
      </w:r>
    </w:p>
    <w:p>
      <w:r>
        <w:rPr>
          <w:b/>
        </w:rPr>
        <w:t xml:space="preserve">[14:37] </w:t>
      </w:r>
      <w:r>
        <w:t>yani pehli baar jab aap dekhte hain to lagta hai ke kashmir bari beautiful jagah hai. lekin jab aap jab us mein rehte hain, aik hi din mein aap bore ho jate hain.</w:t>
      </w:r>
    </w:p>
    <w:p>
      <w:pPr>
        <w:jc w:val="right"/>
      </w:pPr>
      <w:r>
        <w:t>یعنی پہلی بار جب آپ دیکھتے ہیں تو لگتا ہے کہ کشمیر بڑی بیوٹی فل جگہ ہے۔ لیکن جب آپ جب اس میں رہتے ہیں، ایک ہی دن میں آپ بور ہو جاتے ہیں۔</w:t>
      </w:r>
    </w:p>
    <w:p>
      <w:r>
        <w:rPr>
          <w:b/>
        </w:rPr>
        <w:t xml:space="preserve">[14:49] </w:t>
      </w:r>
      <w:r>
        <w:t>aik hi din mein bore ho jate hain kyunke aap enjoy nahi kar paate.</w:t>
      </w:r>
    </w:p>
    <w:p>
      <w:pPr>
        <w:jc w:val="right"/>
      </w:pPr>
      <w:r>
        <w:t>ایک ہی دن میں بور ہو جاتے ہیں کیونکہ آپ انجوائے نہیں کر پاتے۔</w:t>
      </w:r>
    </w:p>
    <w:p>
      <w:r>
        <w:rPr>
          <w:b/>
        </w:rPr>
        <w:t xml:space="preserve">[14:54] </w:t>
      </w:r>
      <w:r>
        <w:t>to insan ka yeh jo tajurba hai, yeh tajurba is ke liye bohat bara clue hai. clue.</w:t>
      </w:r>
    </w:p>
    <w:p>
      <w:pPr>
        <w:jc w:val="right"/>
      </w:pPr>
      <w:r>
        <w:t>تو انسان کا یہ جو تجربہ ہے، یہ تجربہ اس کے لیے بہت بڑا کلو ہے۔ سی ایل یو ای کلو۔</w:t>
      </w:r>
    </w:p>
    <w:p>
      <w:r>
        <w:rPr>
          <w:b/>
        </w:rPr>
        <w:t xml:space="preserve">[15:05] </w:t>
      </w:r>
      <w:r>
        <w:t>bohat bara clue hai. yani aap chahte hain perfect world, apne desire ka poora fulfillment, aik ideal duniya.</w:t>
      </w:r>
    </w:p>
    <w:p>
      <w:pPr>
        <w:jc w:val="right"/>
      </w:pPr>
      <w:r>
        <w:t>بہت بڑا کلو ہے۔ یعنی آپ چاہتے ہیں پرفیکٹ ورلڈ، اپنے ڈیزائر کا پورا فلفلمنٹ، ایک آئیڈیل دنیا۔</w:t>
      </w:r>
    </w:p>
    <w:p>
      <w:r>
        <w:rPr>
          <w:b/>
        </w:rPr>
        <w:t xml:space="preserve">[15:19] </w:t>
      </w:r>
      <w:r>
        <w:t>yani yeh aap ka, har insan ka, har mard ka aur har aurat ka yeh sab se bari desire hai.</w:t>
      </w:r>
    </w:p>
    <w:p>
      <w:pPr>
        <w:jc w:val="right"/>
      </w:pPr>
      <w:r>
        <w:t>یعنی یہ آپ کا، ہر انسان کا، ہر مرد کا اور ہر عورت کا یہ سب سے بڑی ڈیزائر ہے۔</w:t>
      </w:r>
    </w:p>
    <w:p>
      <w:r>
        <w:rPr>
          <w:b/>
        </w:rPr>
        <w:t xml:space="preserve">[15:26] </w:t>
      </w:r>
      <w:r>
        <w:t>wo milti nahi duniya mein.</w:t>
      </w:r>
    </w:p>
    <w:p>
      <w:pPr>
        <w:jc w:val="right"/>
      </w:pPr>
      <w:r>
        <w:t>وہ ملتی نہیں دنیا میں۔</w:t>
      </w:r>
    </w:p>
    <w:p>
      <w:r>
        <w:rPr>
          <w:b/>
        </w:rPr>
        <w:t xml:space="preserve">[15:31] </w:t>
      </w:r>
      <w:r>
        <w:t>wo duniya mein milti nahi. yeh sari tareekh ka tajurba hai ke hum insan paida hota hai bohat ziyada desire ke saath.</w:t>
      </w:r>
    </w:p>
    <w:p>
      <w:pPr>
        <w:jc w:val="right"/>
      </w:pPr>
      <w:r>
        <w:t>وہ دنیا میں ملتی نہیں۔ یہ ساری تاریخ کا تجربہ ہے کہ ہم انسان پیدا ہوتا ہے بہت زیادہ ڈیزائر کے ساتھ۔</w:t>
      </w:r>
    </w:p>
    <w:p>
      <w:r>
        <w:rPr>
          <w:b/>
        </w:rPr>
        <w:t xml:space="preserve">[15:41] </w:t>
      </w:r>
      <w:r>
        <w:t>lekin jab duniya mein wo chahta hai hasil karna to wo desire us ko milti nahi.</w:t>
      </w:r>
    </w:p>
    <w:p>
      <w:pPr>
        <w:jc w:val="right"/>
      </w:pPr>
      <w:r>
        <w:t>لیکن جب دنیا میں وہ چاہتا ہے حاصل کرنا تو وہ ڈیزائر اس کو ملتی نہیں۔</w:t>
      </w:r>
    </w:p>
    <w:p>
      <w:r>
        <w:rPr>
          <w:b/>
        </w:rPr>
        <w:t xml:space="preserve">[15:50] </w:t>
      </w:r>
      <w:r>
        <w:t>to yeh main samajhta hoon ke paighambar e islam sallallahu alaihi wasallam ne is ka ailan kiya ke haqeeqat kya hai.</w:t>
      </w:r>
    </w:p>
    <w:p>
      <w:pPr>
        <w:jc w:val="right"/>
      </w:pPr>
      <w:r>
        <w:t>تو یہ میں سمجھتا ہوں کہ پیغمبر اسلام صلی اللہ علیہ وسلم نے اس کا اعلان کیا کہ حقیقت کیا ہے۔</w:t>
      </w:r>
    </w:p>
    <w:p>
      <w:r>
        <w:rPr>
          <w:b/>
        </w:rPr>
        <w:t xml:space="preserve">[16:00] </w:t>
      </w:r>
      <w:r>
        <w:t>yani kyun contradiction hai insan ke desire mein aur jo real duniya hai jahan hamein desire ko lena hai, wo wahan hum le nahi paate.</w:t>
      </w:r>
    </w:p>
    <w:p>
      <w:pPr>
        <w:jc w:val="right"/>
      </w:pPr>
      <w:r>
        <w:t>یعنی کیوں کنٹراڈکشن ہے انسان کے ڈیزائر میں اور جو ریئل دنیا ہے جہاں ہمیں ڈیزائر کو لینا ہے، وہ وہاں ہم لے نہیں پاتے۔</w:t>
      </w:r>
    </w:p>
    <w:p>
      <w:r>
        <w:rPr>
          <w:b/>
        </w:rPr>
        <w:t xml:space="preserve">[16:13] </w:t>
      </w:r>
      <w:r>
        <w:t>it is contradiction.</w:t>
      </w:r>
    </w:p>
    <w:p>
      <w:pPr>
        <w:jc w:val="right"/>
      </w:pPr>
      <w:r>
        <w:t>اٹ از کنٹراڈکشن۔</w:t>
      </w:r>
    </w:p>
    <w:p>
      <w:r>
        <w:rPr>
          <w:b/>
        </w:rPr>
        <w:t xml:space="preserve">[16:16] </w:t>
      </w:r>
      <w:r>
        <w:t>yeh duniya mein hum hain, wo duniya hum ko imperfect duniya hai. hum chahte hain perfect duniya aur wo hai imperfect duniya.</w:t>
      </w:r>
    </w:p>
    <w:p>
      <w:pPr>
        <w:jc w:val="right"/>
      </w:pPr>
      <w:r>
        <w:t>یہ دنیا میں ہم ہیں، وہ دنیا ہم کو امپرفیکٹ دنیا ہے۔ ہم چاہتے ہیں پرفیکٹ دنیا اور وہ ہے امپرفیکٹ دنیا۔</w:t>
      </w:r>
    </w:p>
    <w:p>
      <w:r>
        <w:rPr>
          <w:b/>
        </w:rPr>
        <w:t xml:space="preserve">[16:28] </w:t>
      </w:r>
      <w:r>
        <w:t>to rasool Allah sallallahu alaihi wasallam ne kaha tha:</w:t>
      </w:r>
    </w:p>
    <w:p>
      <w:pPr>
        <w:jc w:val="right"/>
      </w:pPr>
      <w:r>
        <w:t>تو رسول اللہ صلی اللہ علیہ وسلم نے کہا تھا:</w:t>
      </w:r>
    </w:p>
    <w:p>
      <w:r>
        <w:rPr>
          <w:b/>
        </w:rPr>
        <w:t xml:space="preserve">[16:36] </w:t>
      </w:r>
      <w:r>
        <w:t>"Allah la aisha illa aish al-akhirah".</w:t>
      </w:r>
    </w:p>
    <w:p>
      <w:pPr>
        <w:jc w:val="right"/>
      </w:pPr>
      <w:r>
        <w:t>"اللہ لا عائشہ الا عائشہ الاخرہ"۔</w:t>
      </w:r>
    </w:p>
    <w:p>
      <w:r>
        <w:rPr>
          <w:b/>
        </w:rPr>
        <w:t xml:space="preserve">[16:44] </w:t>
      </w:r>
      <w:r>
        <w:t>ae Allah, aish to akhirat ka aish hai,</w:t>
      </w:r>
    </w:p>
    <w:p>
      <w:pPr>
        <w:jc w:val="right"/>
      </w:pPr>
      <w:r>
        <w:t>اے اللہ، عیش تو آخرت کا عیش ہے،</w:t>
      </w:r>
    </w:p>
    <w:p>
      <w:r>
        <w:rPr>
          <w:b/>
        </w:rPr>
        <w:t xml:space="preserve">[16:47] </w:t>
      </w:r>
      <w:r>
        <w:t>zindagi to akhirat ki zindagi hai.</w:t>
      </w:r>
    </w:p>
    <w:p>
      <w:pPr>
        <w:jc w:val="right"/>
      </w:pPr>
      <w:r>
        <w:t>زندگی تو آخرت کی زندگی ہے۔</w:t>
      </w:r>
    </w:p>
    <w:p>
      <w:r>
        <w:rPr>
          <w:b/>
        </w:rPr>
        <w:t xml:space="preserve">[16:52] </w:t>
      </w:r>
      <w:r>
        <w:t>to hamein bakhsh de. yani is is is duniya tak pohnchne ka raaz jo perfect duniya hai, jo ideal duniya hai, jo hamare yani hum jo chahte hain is ke mutabiq wo duniya hai, to is ka raaz hai maghfirat.</w:t>
      </w:r>
    </w:p>
    <w:p>
      <w:pPr>
        <w:jc w:val="right"/>
      </w:pPr>
      <w:r>
        <w:t>تو ہمیں بخش دے۔ یعنی اس اس اس دنیا تک پہنچنے کا راز جو پرفیکٹ دنیا ہے، جو آئیڈیل دنیا ہے، جو ہمارے یعنی ہم جو چاہتے ہیں اس کے مطابق وہ دنیا ہے، تو اس کا راز ہے مغفرت۔</w:t>
      </w:r>
    </w:p>
    <w:p>
      <w:r>
        <w:rPr>
          <w:b/>
        </w:rPr>
        <w:t xml:space="preserve">[17:14] </w:t>
      </w:r>
      <w:r>
        <w:t>is ka raaz hai mor and mor money nahi aur kamao aur kamao. yeh nahi.</w:t>
      </w:r>
    </w:p>
    <w:p>
      <w:pPr>
        <w:jc w:val="right"/>
      </w:pPr>
      <w:r>
        <w:t>اس کا راز ہے مور اینڈ مور منی نہیں اور کماؤ اور کماؤ۔ یہ نہیں۔</w:t>
      </w:r>
    </w:p>
    <w:p>
      <w:r>
        <w:rPr>
          <w:b/>
        </w:rPr>
        <w:t xml:space="preserve">[17:25] </w:t>
      </w:r>
      <w:r>
        <w:t>kal meri mulaqat ek sahib se hui, kal hi ki baat hai ke india ke ek tycoon hain, bohat hi paisa wale, bohat ziyada bara business in ka hai aur dunya bhar mein in ka business hai.</w:t>
      </w:r>
    </w:p>
    <w:p>
      <w:pPr>
        <w:jc w:val="right"/>
      </w:pPr>
      <w:r>
        <w:t>کل میری ملاقات ایک صاحب سے ہوئی، کل ہی کی بات ہے کہ انڈیا کے ایک ٹائیکون ہیں، بہت ہی پیسہ والے، بہت زیادہ بڑا بزنس ان کا ہے اور دنیا بھر میں ان کا بزنس ہے۔</w:t>
      </w:r>
    </w:p>
    <w:p>
      <w:r>
        <w:rPr>
          <w:b/>
        </w:rPr>
        <w:t xml:space="preserve">[17:37] </w:t>
      </w:r>
      <w:r>
        <w:t>har jagah in ke ghar hain. to unhon ne bataya ke taqreeban do ghanta un se meri baat hui.</w:t>
      </w:r>
    </w:p>
    <w:p>
      <w:pPr>
        <w:jc w:val="right"/>
      </w:pPr>
      <w:r>
        <w:t>ہر جگہ ان کے گھر ہیں۔ تو انہوں نے بتایا کہ تقریباً دو گھنٹہ ان سے میری بات ہوئی۔</w:t>
      </w:r>
    </w:p>
    <w:p>
      <w:r>
        <w:rPr>
          <w:b/>
        </w:rPr>
        <w:t xml:space="preserve">[17:49] </w:t>
      </w:r>
      <w:r>
        <w:t>to aakhri kya in ke? unhon ne bataya ke aakhri kya in ka yani plan hai? aakhri ka aakhri baat kya woh chahte hain?</w:t>
      </w:r>
    </w:p>
    <w:p>
      <w:pPr>
        <w:jc w:val="right"/>
      </w:pPr>
      <w:r>
        <w:t>تو آخری کیا ان کے؟ انہوں نے بتایا کہ آخری کیا ان کا یعنی پلان ہے؟ آخری کا آخری بات کیا وہ چاہتے ہیں؟</w:t>
      </w:r>
    </w:p>
    <w:p>
      <w:r>
        <w:rPr>
          <w:b/>
        </w:rPr>
        <w:t xml:space="preserve">[17:58] </w:t>
      </w:r>
      <w:r>
        <w:t>spirituality. ab koi spirituality wala kaam chahte hain jaise spiritual un ko yani un ki spirituality, un ki jo spiritual personality hai, us ko kuch mile, kuch taskeen mile.</w:t>
      </w:r>
    </w:p>
    <w:p>
      <w:pPr>
        <w:jc w:val="right"/>
      </w:pPr>
      <w:r>
        <w:t>اسپرچولٹی۔ اب کوئی اسپرچولٹی والا کام چاہتے ہیں جیسے اسپرچول ان کو یعنی ان کی اسپرچولٹی، ان کی جو اسپرچول پرسنیلٹی ہے، اس کو کچھ ملے، کچھ تسکین ملے۔</w:t>
      </w:r>
    </w:p>
    <w:p>
      <w:r>
        <w:rPr>
          <w:b/>
        </w:rPr>
        <w:t xml:space="preserve">[18:14] </w:t>
      </w:r>
      <w:r>
        <w:t>yani daulat ka anbaar in ke paas hai,</w:t>
      </w:r>
    </w:p>
    <w:p>
      <w:pPr>
        <w:jc w:val="right"/>
      </w:pPr>
      <w:r>
        <w:t>یعنی دولت کا انبار ان کے پاس ہے،</w:t>
      </w:r>
    </w:p>
    <w:p>
      <w:r>
        <w:rPr>
          <w:b/>
        </w:rPr>
        <w:t xml:space="preserve">[18:16] </w:t>
      </w:r>
      <w:r>
        <w:t>ab woh talash kar rahe hain spirituality. yeh kal ki baat hai.</w:t>
      </w:r>
    </w:p>
    <w:p>
      <w:pPr>
        <w:jc w:val="right"/>
      </w:pPr>
      <w:r>
        <w:t>اب وہ تلاش کر رہے ہیں اسپرچولٹی۔ یہ کل کی بات ہے۔</w:t>
      </w:r>
    </w:p>
    <w:p>
      <w:r>
        <w:rPr>
          <w:b/>
        </w:rPr>
        <w:t xml:space="preserve">[18:24] </w:t>
      </w:r>
      <w:r>
        <w:t>to rasool Allah sal Allah alaihi wasallam ne jo baat kahi ke "Allah aisha ila ila aisha akhrh",</w:t>
      </w:r>
    </w:p>
    <w:p>
      <w:pPr>
        <w:jc w:val="right"/>
      </w:pPr>
      <w:r>
        <w:t>تو رسول اللہ صلی اللہ علیہ وسلم نے جو بات کہی کہ "اللہ عائشہ الا الا عائشہ الاخرہ"،</w:t>
      </w:r>
    </w:p>
    <w:p>
      <w:r>
        <w:rPr>
          <w:b/>
        </w:rPr>
        <w:t xml:space="preserve">[18:34] </w:t>
      </w:r>
      <w:r>
        <w:t>yeh bohat bari wisdom is ke andar hai. wisdom</w:t>
      </w:r>
    </w:p>
    <w:p>
      <w:pPr>
        <w:jc w:val="right"/>
      </w:pPr>
      <w:r>
        <w:t>یہ بہت بڑی وزڈم اس کے اندر ہے۔ وزڈم</w:t>
      </w:r>
    </w:p>
    <w:p>
      <w:r>
        <w:rPr>
          <w:b/>
        </w:rPr>
        <w:t xml:space="preserve">[18:40] </w:t>
      </w:r>
      <w:r>
        <w:t>ke jis cheez ko tum chahte ho dunya mein, jo jo apni pasand ki zindagi, apni fulfillment wali zindagi, us ka raaz kya hai?</w:t>
      </w:r>
    </w:p>
    <w:p>
      <w:pPr>
        <w:jc w:val="right"/>
      </w:pPr>
      <w:r>
        <w:t>کہ جس چیز کو تم چاہتے ہو دنیا میں، جو جو اپنی پسند کی زندگی، اپنی فل فل فلفلمنٹ والی زندگی، اس کا راز کیا ہے؟</w:t>
      </w:r>
    </w:p>
    <w:p>
      <w:r>
        <w:rPr>
          <w:b/>
        </w:rPr>
        <w:t xml:space="preserve">[18:54] </w:t>
      </w:r>
      <w:r>
        <w:t>maghfirat wala kaam karo aur phir jannat mein inaam ke taur par akhirat mein tum ko jannat inaam ki shakal mein milega. yeh bohat bohat hi anokhi baat hai.</w:t>
      </w:r>
    </w:p>
    <w:p>
      <w:pPr>
        <w:jc w:val="right"/>
      </w:pPr>
      <w:r>
        <w:t>مغفرت والا کام کرو اور پھر جنت میں انعام کے طور پر آخرت میں تم کو جنت انعام کی شکل میں ملے گا۔ یہ بہت بہت ہی انوکھی بات ہے۔</w:t>
      </w:r>
    </w:p>
    <w:p>
      <w:r>
        <w:rPr>
          <w:b/>
        </w:rPr>
        <w:t xml:space="preserve">[19:06] </w:t>
      </w:r>
      <w:r>
        <w:t>yeh</w:t>
      </w:r>
    </w:p>
    <w:p>
      <w:pPr>
        <w:jc w:val="right"/>
      </w:pPr>
      <w:r>
        <w:t>یہ</w:t>
      </w:r>
    </w:p>
    <w:p>
      <w:r>
        <w:rPr>
          <w:b/>
        </w:rPr>
        <w:t xml:space="preserve">[19:09] </w:t>
      </w:r>
      <w:r>
        <w:t>"Allah la aisha ila aisha akhrh"</w:t>
      </w:r>
    </w:p>
    <w:p>
      <w:pPr>
        <w:jc w:val="right"/>
      </w:pPr>
      <w:r>
        <w:t>"اللہ لا عائشہ الا عائشہ الاخرہ"</w:t>
      </w:r>
    </w:p>
    <w:p>
      <w:r>
        <w:rPr>
          <w:b/>
        </w:rPr>
        <w:t xml:space="preserve">[19:16] </w:t>
      </w:r>
      <w:r>
        <w:t>yani dunya har insaan jo hai chahta hai. yani yani is lehaz se kaha jayega, kaha kar sakte hain aap ke "man is a paradise seeking animal"</w:t>
      </w:r>
    </w:p>
    <w:p>
      <w:pPr>
        <w:jc w:val="right"/>
      </w:pPr>
      <w:r>
        <w:t>یعنی دنیا ہر انسان جو ہے چاہتا ہے۔ یعنی یعنی اس لحاظ سے کہا جائے گا، کہا کر سکتے ہیں آپ کہ "مین از اے پارڈائز سیکنگ اینیمل"</w:t>
      </w:r>
    </w:p>
    <w:p>
      <w:r>
        <w:rPr>
          <w:b/>
        </w:rPr>
        <w:t xml:space="preserve">[19:29] </w:t>
      </w:r>
      <w:r>
        <w:t>yani ek perfect world, ek ideal world jahan mujhe fulfillment mile. fulfillment to insaan is ki talash mein hai.</w:t>
      </w:r>
    </w:p>
    <w:p>
      <w:pPr>
        <w:jc w:val="right"/>
      </w:pPr>
      <w:r>
        <w:t>یعنی ایک پرفیکٹ ورلڈ، ایک آئیڈیل ورلڈ جہاں مجھے فل فل فلفلمنٹ ملے۔ فلفلمنٹ تو انسان اس کی تلاش میں ہے۔</w:t>
      </w:r>
    </w:p>
    <w:p>
      <w:r>
        <w:rPr>
          <w:b/>
        </w:rPr>
        <w:t xml:space="preserve">[19:40] </w:t>
      </w:r>
      <w:r>
        <w:t>lekin aap ne kaha ke woh woh cheez dunya mein milne wali hai nahi. is ka rasta kya hai? woh kaam karo jis se tum ko Allah ki maghfirat mile,</w:t>
      </w:r>
    </w:p>
    <w:p>
      <w:pPr>
        <w:jc w:val="right"/>
      </w:pPr>
      <w:r>
        <w:t>لیکن آپ نے کہا کہ وہ وہ چیز دنیا میں ملنے والی ہے نہیں۔ اس کا راستہ کیا ہے؟ وہ کام کرو جس سے تم کو اللہ کی مغفرت ملے،</w:t>
      </w:r>
    </w:p>
    <w:p>
      <w:r>
        <w:rPr>
          <w:b/>
        </w:rPr>
        <w:t xml:space="preserve">[19:52] </w:t>
      </w:r>
      <w:r>
        <w:t>yani Allah ki rehmat mile, aur phir Allah bator reward tum ko akhirat ki dunya mein jannat par ajaye de de.</w:t>
      </w:r>
    </w:p>
    <w:p>
      <w:pPr>
        <w:jc w:val="right"/>
      </w:pPr>
      <w:r>
        <w:t>یعنی اللہ کی رحمت ملے، اور پھر اللہ بطور ریوارڈ تم کو آخرت کی دنیا میں جنت پر آجائے دے دے۔</w:t>
      </w:r>
    </w:p>
    <w:p>
      <w:r>
        <w:rPr>
          <w:b/>
        </w:rPr>
        <w:t xml:space="preserve">[20:03] </w:t>
      </w:r>
      <w:r>
        <w:t>yeh rasta hai.</w:t>
      </w:r>
    </w:p>
    <w:p>
      <w:pPr>
        <w:jc w:val="right"/>
      </w:pPr>
      <w:r>
        <w:t>یہ راستہ ہے۔</w:t>
      </w:r>
    </w:p>
    <w:p>
      <w:r>
        <w:rPr>
          <w:b/>
        </w:rPr>
        <w:t xml:space="preserve">[20:08] </w:t>
      </w:r>
      <w:r>
        <w:t>to yeh dunya mein jo hum ko fulfillment nahi milta, us ko hum bator clue ke dekhna chahiye.</w:t>
      </w:r>
    </w:p>
    <w:p>
      <w:pPr>
        <w:jc w:val="right"/>
      </w:pPr>
      <w:r>
        <w:t>تو یہ دنیا میں جو ہم کو فلفلمنٹ نہیں ملتا، اس کو ہم بطور کلو کے دیکھنا چاہیے۔</w:t>
      </w:r>
    </w:p>
    <w:p>
      <w:r>
        <w:rPr>
          <w:b/>
        </w:rPr>
        <w:t xml:space="preserve">[20:16] </w:t>
      </w:r>
      <w:r>
        <w:t>dunya hum ko fulfillment nahi milta. jaise ke maine arz kiya aap ko ke kal ka tajruba ke ek insaan jis ka business dunya mein phaila hua hai, india mein aur bahar bhi, ab bohat sare har mulk mein us ke ghar hain,</w:t>
      </w:r>
    </w:p>
    <w:p>
      <w:pPr>
        <w:jc w:val="right"/>
      </w:pPr>
      <w:r>
        <w:t>دنیا ہم کو فلفلمنٹ نہیں ملتا۔ جیسے کہ میں نے عرض کیا آپ کو کہ کل کا تجربہ کہ ایک انسان جس کا بزنس دنیا میں پھیلا ہوا ہے، انڈیا میں اور باہر بھی، اب بہت سارے ہر ملک میں اس کے گھر ہیں،</w:t>
      </w:r>
    </w:p>
    <w:p>
      <w:r>
        <w:rPr>
          <w:b/>
        </w:rPr>
        <w:t xml:space="preserve">[20:36] </w:t>
      </w:r>
      <w:r>
        <w:t>daulat ka is paas anbaar hai. lekin ab kya cheez talash kar raha hai? woh spirituality.</w:t>
      </w:r>
    </w:p>
    <w:p>
      <w:pPr>
        <w:jc w:val="right"/>
      </w:pPr>
      <w:r>
        <w:t>دولت کا اس پاس انبار ہے۔ لیکن اب کیا چیز تلاش کر رہا ہے؟ وہ اسپرچولٹی۔</w:t>
      </w:r>
    </w:p>
    <w:p>
      <w:r>
        <w:rPr>
          <w:b/>
        </w:rPr>
        <w:t xml:space="preserve">[20:44] </w:t>
      </w:r>
      <w:r>
        <w:t>dusre maani mein kaha hai ke paradise talash kar raha hai woh. yeh dunya mein to us ko nahi mila, woh woh baat nahi mili jo woh chahta tha. fulfillment.</w:t>
      </w:r>
    </w:p>
    <w:p>
      <w:pPr>
        <w:jc w:val="right"/>
      </w:pPr>
      <w:r>
        <w:t>دوسرے معنی میں کہا ہے کہ پارڈائز تلاش کر رہا ہے وہ۔ یہ دنیا میں تو اس کو نہیں ملا، وہ وہ بات نہیں ملی جو وہ چاہتا تھا۔ فلفلمنٹ۔</w:t>
      </w:r>
    </w:p>
    <w:p>
      <w:r>
        <w:rPr>
          <w:b/>
        </w:rPr>
        <w:t xml:space="preserve">[20:54] </w:t>
      </w:r>
      <w:r>
        <w:t>tab ek aur dunya ki talash mein hai woh. is ka naam rakha hai is mein spirituality, lekin haqeeqat mein woh paradise hai.</w:t>
      </w:r>
    </w:p>
    <w:p>
      <w:pPr>
        <w:jc w:val="right"/>
      </w:pPr>
      <w:r>
        <w:t>تب ایک اور دنیا کی تلاش میں ہے وہ۔ اس کا نام رکھا ہے اس میں اسپرچولٹی، لیکن حقیقت میں وہ پارڈائز ہے۔</w:t>
      </w:r>
    </w:p>
    <w:p>
      <w:r>
        <w:rPr>
          <w:b/>
        </w:rPr>
        <w:t xml:space="preserve">[21:04] </w:t>
      </w:r>
      <w:r>
        <w:t>jis cheez ko woh keh raha hai ke spirituality, woh haqeeqat mein paradise hai.</w:t>
      </w:r>
    </w:p>
    <w:p>
      <w:pPr>
        <w:jc w:val="right"/>
      </w:pPr>
      <w:r>
        <w:t>جس چیز کو وہ کہہ رہا ہے کہ اسپرچولٹی، وہ حقیقت میں پارڈائز ہے۔</w:t>
      </w:r>
    </w:p>
    <w:p>
      <w:r>
        <w:rPr>
          <w:b/>
        </w:rPr>
        <w:t xml:space="preserve">[21:17] </w:t>
      </w:r>
      <w:r>
        <w:t>to insaan ka yeh tajruba ke us ko fulfillment nahi milta hai dunya mein, aur sab se bari cheez jis ko woh chahta hai, woh fulfillment hai, to wohi cheez nahi paata.</w:t>
      </w:r>
    </w:p>
    <w:p>
      <w:pPr>
        <w:jc w:val="right"/>
      </w:pPr>
      <w:r>
        <w:t>تو انسان کا یہ تجربہ کہ اس کو فلفلمنٹ نہیں ملتا ہے دنیا میں، اور سب سے بڑی چیز جس کو وہ چاہتا ہے، وہ فلفلمنٹ ہے، تو وہی چیز نہیں پاتا۔</w:t>
      </w:r>
    </w:p>
    <w:p>
      <w:r>
        <w:rPr>
          <w:b/>
        </w:rPr>
        <w:t xml:space="preserve">[21:30] </w:t>
      </w:r>
      <w:r>
        <w:t>har insan ka, har aurat ka, har mard ka yeh sab se bara jo goal hai, woh yeh hai ke is ko fulfillment milay. wahi nahi milta.</w:t>
      </w:r>
    </w:p>
    <w:p>
      <w:pPr>
        <w:jc w:val="right"/>
      </w:pPr>
      <w:r>
        <w:t>ہر انسان کا، ہر عورت کا، ہر مرد کا یہ سب سے بڑا جو گول ہے، وہ یہ ہے کہ اس کو فلفلمنٹ ملے۔ وہی نہیں ملتا۔</w:t>
      </w:r>
    </w:p>
    <w:p>
      <w:r>
        <w:rPr>
          <w:b/>
        </w:rPr>
        <w:t xml:space="preserve">[21:42] </w:t>
      </w:r>
      <w:r>
        <w:t>to dekhiye, is dunya mein aur jitnay bhi insan ke siwa jo cheezein hain, woh jo chahtay hain, woh un ko mil raha hai.</w:t>
      </w:r>
    </w:p>
    <w:p>
      <w:pPr>
        <w:jc w:val="right"/>
      </w:pPr>
      <w:r>
        <w:t>تو دیکھیے، اس دنیا میں اور جتنے بھی انسان کے سوا جو چیزیں ہیں، وہ جو چاہتے ہیں، وہ ان کو مل رہا ہے۔</w:t>
      </w:r>
    </w:p>
    <w:p>
      <w:r>
        <w:rPr>
          <w:b/>
        </w:rPr>
        <w:t xml:space="preserve">[21:53] </w:t>
      </w:r>
      <w:r>
        <w:t>haiwan chahta hai ke is ko hari bhari ghaas ho, to is ko mil rahi hai. woh</w:t>
      </w:r>
    </w:p>
    <w:p>
      <w:pPr>
        <w:jc w:val="right"/>
      </w:pPr>
      <w:r>
        <w:t>حیوان چاہتا ہے کہ اس کو ہری بھری گھاس ہو، تو اس کو مل رہی ہے۔ وہ</w:t>
      </w:r>
    </w:p>
    <w:p>
      <w:r>
        <w:rPr>
          <w:b/>
        </w:rPr>
        <w:t xml:space="preserve">[22:00] </w:t>
      </w:r>
      <w:r>
        <w:t>mein aik martaba chambal ki wadi mein gaya, to chambal ki wadi mein jo hai bohat bara jangal hai. to is mein mein gaya to jangal ke darmiyan aik aik chashma tha.</w:t>
      </w:r>
    </w:p>
    <w:p>
      <w:pPr>
        <w:jc w:val="right"/>
      </w:pPr>
      <w:r>
        <w:t>میں ایک مرتبہ چمبل کی وادی میں گیا، تو چمبل کی وادی میں جو ہے بہت بڑا جنگل ہے۔ تو اس میں میں گیا تو جنگل کے درمیان ایک ایک چشمہ تھا۔</w:t>
      </w:r>
    </w:p>
    <w:p>
      <w:r>
        <w:rPr>
          <w:b/>
        </w:rPr>
        <w:t xml:space="preserve">[22:13] </w:t>
      </w:r>
      <w:r>
        <w:t>to mein ne dekha ke wahan par animal atay thay, pani peetay thay. to jangal mein patiyan hain un ke liye, jangal mein ghaas hai un ke liye, woh khaya unhon ne, wahan aa ke pani pi liya.</w:t>
      </w:r>
    </w:p>
    <w:p>
      <w:pPr>
        <w:jc w:val="right"/>
      </w:pPr>
      <w:r>
        <w:t>تو میں نے دیکھا کہ وہاں پر اینیمل آتے تھے، پانی پیتے تھے۔ تو جنگل میں پتیاں ہیں ان کے لیے، جنگل میں گھاس ہے ان کے لیے، وہ کھایا انہوں نے، وہاں آ کے پانی پی لیا۔</w:t>
      </w:r>
    </w:p>
    <w:p>
      <w:r>
        <w:rPr>
          <w:b/>
        </w:rPr>
        <w:t xml:space="preserve">[22:26] </w:t>
      </w:r>
      <w:r>
        <w:t>to bilkul un ko koi pareshani nahi. animal jo chahta hai, woh is ko mil raha hai. animal jo chahta hai, woh is ko mil raha hai.</w:t>
      </w:r>
    </w:p>
    <w:p>
      <w:pPr>
        <w:jc w:val="right"/>
      </w:pPr>
      <w:r>
        <w:t>تو بالکل ان کو کوئی پریشانی نہیں۔ اینیمل جو چاہتا ہے، وہ اس کو مل رہا ہے۔ اینیمل جو چاہتا ہے، وہ اس کو مل رہا ہے۔</w:t>
      </w:r>
    </w:p>
    <w:p>
      <w:r>
        <w:rPr>
          <w:b/>
        </w:rPr>
        <w:t xml:space="preserve">[22:36] </w:t>
      </w:r>
      <w:r>
        <w:t>insan jo chahta hai, is ko nahi milta.</w:t>
      </w:r>
    </w:p>
    <w:p>
      <w:pPr>
        <w:jc w:val="right"/>
      </w:pPr>
      <w:r>
        <w:t>انسان جو چاہتا ہے، اس کو نہیں ملتا۔</w:t>
      </w:r>
    </w:p>
    <w:p>
      <w:r>
        <w:rPr>
          <w:b/>
        </w:rPr>
        <w:t xml:space="preserve">[22:40] </w:t>
      </w:r>
      <w:r>
        <w:t>is clue ko le kar aap sochain to aap pohanchain gay is haqeeqat tak ke jo cheez is dunya mein nahi mil rahi, woh milnay wali hai akhirat mein.</w:t>
      </w:r>
    </w:p>
    <w:p>
      <w:pPr>
        <w:jc w:val="right"/>
      </w:pPr>
      <w:r>
        <w:t>اس کلو کو لے کر آپ سوچیں تو آپ پہنچیں گے اس حقیقت تک کہ جو چیز اس دنیا میں نہیں مل رہی، وہ ملنے والی ہے آخرت میں۔</w:t>
      </w:r>
    </w:p>
    <w:p>
      <w:r>
        <w:rPr>
          <w:b/>
        </w:rPr>
        <w:t xml:space="preserve">[22:49] </w:t>
      </w:r>
      <w:r>
        <w:t>yani zindagi ko aap jab lein ke do period, yani pre death period aur post death period.</w:t>
      </w:r>
    </w:p>
    <w:p>
      <w:pPr>
        <w:jc w:val="right"/>
      </w:pPr>
      <w:r>
        <w:t>یعنی زندگی کو آپ جب لیں کہ دو پیریڈ، یعنی پری ڈیتھ پیریڈ اور پوسٹ ڈیتھ پیریڈ۔</w:t>
      </w:r>
    </w:p>
    <w:p>
      <w:r>
        <w:rPr>
          <w:b/>
        </w:rPr>
        <w:t xml:space="preserve">[23:00] </w:t>
      </w:r>
      <w:r>
        <w:t>pre death period aur post post death period.</w:t>
      </w:r>
    </w:p>
    <w:p>
      <w:pPr>
        <w:jc w:val="right"/>
      </w:pPr>
      <w:r>
        <w:t>پری ڈیتھ پیریڈ اور پوسٹ پوسٹ ڈیتھ پیریڈ۔</w:t>
      </w:r>
    </w:p>
    <w:p>
      <w:r>
        <w:rPr>
          <w:b/>
        </w:rPr>
        <w:t xml:space="preserve">[23:04] </w:t>
      </w:r>
      <w:r>
        <w:t>to pre death period mein woh aap woh cheez chahain jo yahan creation plan of god ke mutabiq rakhi nahi gayi hai, to ab kabhi nahi milega aap ko.</w:t>
      </w:r>
    </w:p>
    <w:p>
      <w:pPr>
        <w:jc w:val="right"/>
      </w:pPr>
      <w:r>
        <w:t>تو پری ڈیتھ پیریڈ میں وہ آپ وہ چیز چاہیں جو یہاں کرشن پلان آف گاڈ کے مطابق رکھی نہیں گئی ہے، تو اب کبھی نہیں ملے گا آپ کو۔</w:t>
      </w:r>
    </w:p>
    <w:p>
      <w:r>
        <w:rPr>
          <w:b/>
        </w:rPr>
        <w:t xml:space="preserve">[23:14] </w:t>
      </w:r>
      <w:r>
        <w:t>to creation plan of god ke mutabiq woh cheez jis ko hum paradise kehtay hain, jahan fulfillment ho insan ko, woh post death period mein hai, woh yahan par hai hi nahi.</w:t>
      </w:r>
    </w:p>
    <w:p>
      <w:pPr>
        <w:jc w:val="right"/>
      </w:pPr>
      <w:r>
        <w:t>تو کرشن پلان آف گاڈ کے مطابق وہ چیز جس کو ہم پارڈائز کہتے ہیں، جہاں فلفلمنٹ ہو انسان کو، وہ پوسٹ ڈیتھ پیریڈ میں ہے، وہ یہاں پر ہے ہی نہیں۔</w:t>
      </w:r>
    </w:p>
    <w:p>
      <w:r>
        <w:rPr>
          <w:b/>
        </w:rPr>
        <w:t xml:space="preserve">[23:30] </w:t>
      </w:r>
      <w:r>
        <w:t>to yeh jo mujhe jo tajurba hua ke mein ne apne spiritual corner kho diya taqreeban teen mahinay tak, phir mein ne is ko paya.</w:t>
      </w:r>
    </w:p>
    <w:p>
      <w:pPr>
        <w:jc w:val="right"/>
      </w:pPr>
      <w:r>
        <w:t>تو یہ جو مجھے جو تجربہ ہوا کہ میں نے اپنے اسپرچول کارنر کھو دیا تقریباً تین مہینے تک، پھر میں نے اس کو پایا۔</w:t>
      </w:r>
    </w:p>
    <w:p>
      <w:r>
        <w:rPr>
          <w:b/>
        </w:rPr>
        <w:t xml:space="preserve">[23:43] </w:t>
      </w:r>
      <w:r>
        <w:t>to mujhe wohi yaad aaya Milton ki nazam, yani "Paradise Lost, Paradise Regained". yeh cheez mere liye dua ban gayi ke khuda ya!</w:t>
      </w:r>
    </w:p>
    <w:p>
      <w:pPr>
        <w:jc w:val="right"/>
      </w:pPr>
      <w:r>
        <w:t>تو مجھے وہی یاد آیا ملٹن کی نظم، یعنی "پارڈائز لاسٹ، پارڈائز ریگین"۔ یہ چیز میرے لیے دعا بن گئی کہ خدایا!</w:t>
      </w:r>
    </w:p>
    <w:p>
      <w:r>
        <w:rPr>
          <w:b/>
        </w:rPr>
        <w:t xml:space="preserve">[23:53] </w:t>
      </w:r>
      <w:r>
        <w:t>dunya mein to ne mujhe yeh tajurba karaya,</w:t>
      </w:r>
    </w:p>
    <w:p>
      <w:pPr>
        <w:jc w:val="right"/>
      </w:pPr>
      <w:r>
        <w:t>دنیا میں تو نے مجھے یہ تجربہ کرایا،</w:t>
      </w:r>
    </w:p>
    <w:p>
      <w:r>
        <w:rPr>
          <w:b/>
        </w:rPr>
        <w:t xml:space="preserve">[23:58] </w:t>
      </w:r>
      <w:r>
        <w:t>dunya mein to ne mujhe tajurba karaya ke meri pasand ki jagah mujh se khoi gayi thi, phir mujhe to ne de di wapas. aisay hi to muamla mere sath, mere sath farma akhirat mein.</w:t>
      </w:r>
    </w:p>
    <w:p>
      <w:pPr>
        <w:jc w:val="right"/>
      </w:pPr>
      <w:r>
        <w:t>دنیا میں تو نے مجھے تجربہ کرایا کہ میری پسند کی جگہ مجھ سے کھوئی گئی تھی، پھر مجھے تو نے دے دی واپس۔ ایسے ہی تو معاملہ میرے ساتھ، میرے ساتھ فرما آخرت میں۔</w:t>
      </w:r>
    </w:p>
    <w:p>
      <w:r>
        <w:rPr>
          <w:b/>
        </w:rPr>
        <w:t xml:space="preserve">[24:11] </w:t>
      </w:r>
      <w:r>
        <w:t>aur phir mein ne apne ko jo jora Adam ke sath, hum sab Adam ki aulad hain. to jis tarah se Adam ke liye aap ne muqaddar kiya ke aik bar rakha jannat mein, phir jannat un ke liye khoi hui cheez ban gayi, phir dobara un ko diya.</w:t>
      </w:r>
    </w:p>
    <w:p>
      <w:pPr>
        <w:jc w:val="right"/>
      </w:pPr>
      <w:r>
        <w:t>اور پھر میں نے اپنے کو جو جوڑا آدم کے ساتھ، ہم سب آدم کی اولاد ہیں۔ تو جس طرح سے آدم کے لیے آپ نے مقدر کیا کہ ایک بار رکھا جنت میں، پھر جنت ان کے لیے کھوئی ہوئی چیز بن گئی، پھر دوبارہ ان کو دیا۔</w:t>
      </w:r>
    </w:p>
    <w:p>
      <w:r>
        <w:rPr>
          <w:b/>
        </w:rPr>
        <w:t xml:space="preserve">[24:31] </w:t>
      </w:r>
      <w:r>
        <w:t>aisay hi muamla to mere sath farma.</w:t>
      </w:r>
    </w:p>
    <w:p>
      <w:pPr>
        <w:jc w:val="right"/>
      </w:pPr>
      <w:r>
        <w:t>ایسے ہی معاملہ تو میرے ساتھ فرما۔</w:t>
      </w:r>
    </w:p>
    <w:p>
      <w:r>
        <w:rPr>
          <w:b/>
        </w:rPr>
        <w:t xml:space="preserve">[24:37] </w:t>
      </w:r>
      <w:r>
        <w:t>to yeh ayat jo quran mein hai ke "lan shakkartum lazeedannakum".</w:t>
      </w:r>
    </w:p>
    <w:p>
      <w:pPr>
        <w:jc w:val="right"/>
      </w:pPr>
      <w:r>
        <w:t>تو یہ آیت جو قرآن میں ہے کہ "لن شکرتم لازیدنکم"۔</w:t>
      </w:r>
    </w:p>
    <w:p>
      <w:r>
        <w:rPr>
          <w:b/>
        </w:rPr>
        <w:t xml:space="preserve">[24:41] </w:t>
      </w:r>
      <w:r>
        <w:t>"lan shakkartum lazeedannakum". dekhein, har insan ki zindagi mein aisa hota hai ke kuch ko kuch cheez milti hai.</w:t>
      </w:r>
    </w:p>
    <w:p>
      <w:pPr>
        <w:jc w:val="right"/>
      </w:pPr>
      <w:r>
        <w:t>"لن شکرتم لازیدنکم"۔ دیکھیں، ہر انسان کی زندگی میں ایسا ہوتا ہے کہ کچھ کو کچھ چیز ملتی ہے۔</w:t>
      </w:r>
    </w:p>
    <w:p>
      <w:r>
        <w:rPr>
          <w:b/>
        </w:rPr>
        <w:t xml:space="preserve">[24:51] </w:t>
      </w:r>
      <w:r>
        <w:t>har insan ke liye kuch cheez kho jati hai, phir milti hai. business mein kabhi loss hota hai, phir faida hota hai. koi job aap se chhin jata hai, phir aik aur job milta hai.</w:t>
      </w:r>
    </w:p>
    <w:p>
      <w:pPr>
        <w:jc w:val="right"/>
      </w:pPr>
      <w:r>
        <w:t>ہر انسان کے لیے کچھ چیز کھو جاتی ہے، پھر ملتی ہے۔ بزنس میں کبھی لاس ہوتا ہے، پھر فائدہ ہوتا ہے۔ کوئی جاب آپ سے چھن جاتا ہے، پھر ایک اور جاب ملتا ہے۔</w:t>
      </w:r>
    </w:p>
    <w:p>
      <w:r>
        <w:rPr>
          <w:b/>
        </w:rPr>
        <w:t xml:space="preserve">[25:05] </w:t>
      </w:r>
      <w:r>
        <w:t>har insan ko aisa tajurba hota hai.</w:t>
      </w:r>
    </w:p>
    <w:p>
      <w:pPr>
        <w:jc w:val="right"/>
      </w:pPr>
      <w:r>
        <w:t>ہر انسان کو ایسا تجربہ ہوتا ہے۔</w:t>
      </w:r>
    </w:p>
    <w:p>
      <w:r>
        <w:rPr>
          <w:b/>
        </w:rPr>
        <w:t xml:space="preserve">[25:09] </w:t>
      </w:r>
      <w:r>
        <w:t>to "lan shakkartum lazeedannakum" jo ayat hai, woh bohat bara hope hai is mein</w:t>
      </w:r>
    </w:p>
    <w:p>
      <w:pPr>
        <w:jc w:val="right"/>
      </w:pPr>
      <w:r>
        <w:t>تو "لن شکرتم لازیدنکم" جو آیت ہے، وہ بہت بڑا ہوپ ہے اس میں</w:t>
      </w:r>
    </w:p>
    <w:p>
      <w:r>
        <w:rPr>
          <w:b/>
        </w:rPr>
        <w:t xml:space="preserve">[25:16] </w:t>
      </w:r>
      <w:r>
        <w:t>ke jo cheez tum ko dunya mein mili hai, us par tum us ko shukr karo, shukr o mab'ad acknowledge karo. to aur bhi diya jaye ga, aur diya jaye ga, aur diya jaye ga.</w:t>
      </w:r>
    </w:p>
    <w:p>
      <w:pPr>
        <w:jc w:val="right"/>
      </w:pPr>
      <w:r>
        <w:t>کہ جو چیز تم کو دنیا میں ملی ہے، اس پر تم اس کو شکر کرو، شکر و متبع ایکنالج کرو۔ تو اور بھی دیا جائے گا، اور دیا جائے گا، اور دیا جائے گا۔</w:t>
      </w:r>
    </w:p>
    <w:p>
      <w:r>
        <w:rPr>
          <w:b/>
        </w:rPr>
        <w:t xml:space="preserve">[25:31] </w:t>
      </w:r>
      <w:r>
        <w:t>isi ko hadees mein maghfirat kaha gaya hai.</w:t>
      </w:r>
    </w:p>
    <w:p>
      <w:pPr>
        <w:jc w:val="right"/>
      </w:pPr>
      <w:r>
        <w:t>اسی کو حدیث میں مغفرت کہا گیا ہے۔</w:t>
      </w:r>
    </w:p>
    <w:p>
      <w:r>
        <w:rPr>
          <w:b/>
        </w:rPr>
        <w:t xml:space="preserve">[25:35] </w:t>
      </w:r>
      <w:r>
        <w:t>maghfirat yahi hai, maghfirat koi purasrar cheez nahi hai, yahi hai maghfirat.</w:t>
      </w:r>
    </w:p>
    <w:p>
      <w:pPr>
        <w:jc w:val="right"/>
      </w:pPr>
      <w:r>
        <w:t>مغفرت یہی ہے، مغفرت کوئی پراسرار چیز نہیں ہے، یہی ہے مغفرت۔</w:t>
      </w:r>
    </w:p>
    <w:p>
      <w:r>
        <w:rPr>
          <w:b/>
        </w:rPr>
        <w:t xml:space="preserve">[25:47] </w:t>
      </w:r>
      <w:r>
        <w:t>to main samajhta hoon ke hum mein sarss ko bohat ziyada, yaani alive rehna parega,</w:t>
      </w:r>
    </w:p>
    <w:p>
      <w:pPr>
        <w:jc w:val="right"/>
      </w:pPr>
      <w:r>
        <w:t>تو میں سمجھتا ہوں کہ ہم میں سرسس کو بہت زیادہ، یعنی الائیو رہنا پڑے گا،</w:t>
      </w:r>
    </w:p>
    <w:p>
      <w:r>
        <w:rPr>
          <w:b/>
        </w:rPr>
        <w:t xml:space="preserve">[25:55] </w:t>
      </w:r>
      <w:r>
        <w:t>awaken mind ke sath rehna parega, aur sochna parega, sochna parega, sochna parega. Jo tajrubaat guzarte hain, un tajrubaat par hamein dhyan karna hoga.</w:t>
      </w:r>
    </w:p>
    <w:p>
      <w:pPr>
        <w:jc w:val="right"/>
      </w:pPr>
      <w:r>
        <w:t>اویکن مائنڈ کے ساتھ رہنا پڑے گا، اور سوچنا پڑے گا، سوچنا پڑے گا، سوچنا پڑے گا۔ جو تجربات گزرتے ہیں، ان تجربات پر ہمیں دھیان کرنا ہوگا۔</w:t>
      </w:r>
    </w:p>
    <w:p>
      <w:r>
        <w:rPr>
          <w:b/>
        </w:rPr>
        <w:t xml:space="preserve">[26:07] </w:t>
      </w:r>
      <w:r>
        <w:t>har tajruba aap ke mind ko trigger karna wala hona chahiye. Har tajrube ke baad aap mind trigger ho. Jab mind trigger hoga to aap ko bohat si baatein samajh mein aayengi.</w:t>
      </w:r>
    </w:p>
    <w:p>
      <w:pPr>
        <w:jc w:val="right"/>
      </w:pPr>
      <w:r>
        <w:t>ہر تجربہ آپ کے مائنڈ کو ٹریگر کرنا والا ہونا چاہیے۔ ہر تجربے کے بعد آپ مائنڈ ٹریگر ہو۔ جب مائنڈ ٹریگر ہوگا تو آپ کو بہت سی باتیں سمجھ میں آئیں گی۔</w:t>
      </w:r>
    </w:p>
    <w:p>
      <w:r>
        <w:rPr>
          <w:b/>
        </w:rPr>
        <w:t xml:space="preserve">[26:19] </w:t>
      </w:r>
      <w:r>
        <w:t>tab aap Allah ko discover karenge, tab aap Allah se duaein karenge, tab aap jannat ka talib banenge.</w:t>
      </w:r>
    </w:p>
    <w:p>
      <w:pPr>
        <w:jc w:val="right"/>
      </w:pPr>
      <w:r>
        <w:t>تب آپ اللہ کو ڈسکور کریں گے، تب آپ اللہ سے دعائیں کریں گے، تب آپ جنت کا طالب بنیں گے۔</w:t>
      </w:r>
    </w:p>
    <w:p>
      <w:r>
        <w:rPr>
          <w:b/>
        </w:rPr>
        <w:t xml:space="preserve">[26:30] </w:t>
      </w:r>
      <w:r>
        <w:t>to jo aadmi dunya mein bedaar zehan ke sath rahe, yaani awaken mind ke sath rahe, usi ke sath aisa pesh aayega ke uska mind trigger hoga, phir yeh sab cheezein us ko hasil hoti chali jayengi.</w:t>
      </w:r>
    </w:p>
    <w:p>
      <w:pPr>
        <w:jc w:val="right"/>
      </w:pPr>
      <w:r>
        <w:t>تو جو آدمی دنیا میں بیدار ذہن کے ساتھ رہے، یعنی اویکن مائنڈ کے ساتھ رہے، اسی کے ساتھ ایسا پیش آئے گا کہ اس کا مائنڈ ٹریگر ہوگا، پھر یہ سب چیزیں اس کو حاصل ہوتی چلی جائیں گی۔</w:t>
      </w:r>
    </w:p>
    <w:p>
      <w:r>
        <w:rPr>
          <w:b/>
        </w:rPr>
        <w:t xml:space="preserve">[26:54] </w:t>
      </w:r>
      <w:r>
        <w:t>to main samajhta hoon ke sab se bari cheez jo dunya mein paana hai, woh hai intellectual development. Sab se bari cheez intellectual development.</w:t>
      </w:r>
    </w:p>
    <w:p>
      <w:pPr>
        <w:jc w:val="right"/>
      </w:pPr>
      <w:r>
        <w:t>تو میں سمجھتا ہوں کہ سب سے بڑی چیز جو دنیا میں پانا ہے، وہ ہے انٹلیکچول ڈیویلپمنٹ۔ سب سے بڑی چیز انٹلیکچول ڈیویلپمنٹ۔</w:t>
      </w:r>
    </w:p>
    <w:p>
      <w:r>
        <w:rPr>
          <w:b/>
        </w:rPr>
        <w:t xml:space="preserve">[27:07] </w:t>
      </w:r>
      <w:r>
        <w:t>sab se bari cheez dunya mein money nahi hai, fame nahi hai, political power nahi hai, yeh sab bari cheezein nahi hain. Sab se bari cheez hai intellectual development.</w:t>
      </w:r>
    </w:p>
    <w:p>
      <w:pPr>
        <w:jc w:val="right"/>
      </w:pPr>
      <w:r>
        <w:t>سب سے بڑی چیز دنیا میں منی نہیں ہے، فیم نہیں ہے، پولیٹیکل پاور نہیں ہے، یہ سب بڑی چیزیں نہیں ہیں۔ سب سے بڑی چیز ہے انٹلیکچول ڈیویلپمنٹ۔</w:t>
      </w:r>
    </w:p>
    <w:p>
      <w:r>
        <w:rPr>
          <w:b/>
        </w:rPr>
        <w:t xml:space="preserve">[27:24] </w:t>
      </w:r>
      <w:r>
        <w:t>sab se bari cheez hai intellectual development. Aur intellectual development dekhiye, is tarah hota hai ke aap aap jo Khuda ki jo creation hai, yeh jo dunya hai, us par sochen.</w:t>
      </w:r>
    </w:p>
    <w:p>
      <w:pPr>
        <w:jc w:val="right"/>
      </w:pPr>
      <w:r>
        <w:t>سب سے بڑی چیز ہے انٹلیکچول ڈیویلپمنٹ۔ اور انٹلیکچول ڈیویلپمنٹ دیکھیے، اس طرح ہوتا ہے کہ آپ آپ جو خدا کی جو کریشن ہے، یہ جو دنیا ہے، اس پر سوچیں۔</w:t>
      </w:r>
    </w:p>
    <w:p>
      <w:r>
        <w:rPr>
          <w:b/>
        </w:rPr>
        <w:t xml:space="preserve">[27:41] </w:t>
      </w:r>
      <w:r>
        <w:t>Khuda ki jo kitaab hai, us ki study karen.</w:t>
      </w:r>
    </w:p>
    <w:p>
      <w:pPr>
        <w:jc w:val="right"/>
      </w:pPr>
      <w:r>
        <w:t>خدا کی جو کتاب ہے، اس کی سٹڈی کریں۔</w:t>
      </w:r>
    </w:p>
    <w:p>
      <w:r>
        <w:rPr>
          <w:b/>
        </w:rPr>
        <w:t xml:space="preserve">[27:46] </w:t>
      </w:r>
      <w:r>
        <w:t>logon se aap ka jo interaction ho, us mein hota hai, us mein seekhen.</w:t>
      </w:r>
    </w:p>
    <w:p>
      <w:pPr>
        <w:jc w:val="right"/>
      </w:pPr>
      <w:r>
        <w:t>لوگوں سے آپ کا جو انٹریکشن ہو، اس میں ہوتا ہے، اس میں سیکھیں۔</w:t>
      </w:r>
    </w:p>
    <w:p>
      <w:r>
        <w:rPr>
          <w:b/>
        </w:rPr>
        <w:t xml:space="preserve">[27:52] </w:t>
      </w:r>
      <w:r>
        <w:t>abhi meri mulaqat ek sahib se hui to woh woh un ka shauq hai logon se milna, bare bare logon se milna.</w:t>
      </w:r>
    </w:p>
    <w:p>
      <w:pPr>
        <w:jc w:val="right"/>
      </w:pPr>
      <w:r>
        <w:t>ابھی میری ملاقات ایک صاحب سے ہوئی تو وہ وہ ان کا شوق ہے لوگوں سے ملنا، بڑے بڑے لوگوں سے ملنا۔</w:t>
      </w:r>
    </w:p>
    <w:p>
      <w:r>
        <w:rPr>
          <w:b/>
        </w:rPr>
        <w:t xml:space="preserve">[28:01] </w:t>
      </w:r>
      <w:r>
        <w:t>to kuch qisse bataye unhon ne, main falan se mila, falan se mila, falan se mila. To main ne yeh waqt main ne kaha ke aap ko khud kya learning hui hai, bataiye mujhe.</w:t>
      </w:r>
    </w:p>
    <w:p>
      <w:pPr>
        <w:jc w:val="right"/>
      </w:pPr>
      <w:r>
        <w:t>تو کچھ قصے بتائے انہوں نے، میں فلاں سے ملا، فلاں سے ملا، فلاں سے ملا۔ تو میں نے یہ وقت میں نے کہا کہ آپ کو خود کیا لرننگ ہوئی ہے، بتائیے مجھے۔</w:t>
      </w:r>
    </w:p>
    <w:p>
      <w:r>
        <w:rPr>
          <w:b/>
        </w:rPr>
        <w:t xml:space="preserve">[28:12] </w:t>
      </w:r>
      <w:r>
        <w:t>unki achievement kon si suna aap ne? Un ka jo achievement tha, us ko suna aap ne? Aap ko apni apne liye kya learning hui?</w:t>
      </w:r>
    </w:p>
    <w:p>
      <w:pPr>
        <w:jc w:val="right"/>
      </w:pPr>
      <w:r>
        <w:t>ان کی اچیومنٹ کون سی سنا آپ نے؟ ان کا جو اچیومنٹ تھا، اس کو سنا آپ نے؟ آپ کو اپنی اپنے لیے کیا لرننگ ہوئی؟</w:t>
      </w:r>
    </w:p>
    <w:p>
      <w:r>
        <w:rPr>
          <w:b/>
        </w:rPr>
        <w:t xml:space="preserve">[28:23] </w:t>
      </w:r>
      <w:r>
        <w:t>to un ko main ne bataya ke hamara jo Hazrat Umar the, jo sakh keh lein, un ke bare mein aata hai ke "kaan yata'allamu min kulli haddin".</w:t>
      </w:r>
    </w:p>
    <w:p>
      <w:pPr>
        <w:jc w:val="right"/>
      </w:pPr>
      <w:r>
        <w:t>تو ان کو میں نے بتایا کہ ہمارا جو حضرت عمر تھے، جو سکر کہہ لیں، ان کے بارے میں آتا ہے کہ "کان یتعلم من کل حد"۔</w:t>
      </w:r>
    </w:p>
    <w:p>
      <w:r>
        <w:rPr>
          <w:b/>
        </w:rPr>
        <w:t xml:space="preserve">[28:35] </w:t>
      </w:r>
      <w:r>
        <w:t>woh har ek se koi learning karte the, har ek se kuch seekhte the. To main ne kaha aap logon se milte hain to aap khud kya seekhte hain?</w:t>
      </w:r>
    </w:p>
    <w:p>
      <w:pPr>
        <w:jc w:val="right"/>
      </w:pPr>
      <w:r>
        <w:t>وہ ہر ایک سے کوئی لرننگ کرتے تھے، ہر ایک سے کچھ سیکھتے تھے۔ تو میں نے کہا آپ لوگوں سے ملتے ہیں تو آپ خود کیا سیکھتے ہیں؟</w:t>
      </w:r>
    </w:p>
    <w:p>
      <w:r>
        <w:rPr>
          <w:b/>
        </w:rPr>
        <w:t xml:space="preserve">[28:46] </w:t>
      </w:r>
      <w:r>
        <w:t>to woh koi baat bata nahi sake. Woh</w:t>
      </w:r>
    </w:p>
    <w:p>
      <w:pPr>
        <w:jc w:val="right"/>
      </w:pPr>
      <w:r>
        <w:t>تو وہ کوئی بات بتا نہیں سکے۔ وہ</w:t>
      </w:r>
    </w:p>
    <w:p>
      <w:r>
        <w:rPr>
          <w:b/>
        </w:rPr>
        <w:t xml:space="preserve">[28:51] </w:t>
      </w:r>
      <w:r>
        <w:t>to dekhiye, study se aadmi seekhta hai, experience se seekhta hai, aur interaction se seekhta hai.</w:t>
      </w:r>
    </w:p>
    <w:p>
      <w:pPr>
        <w:jc w:val="right"/>
      </w:pPr>
      <w:r>
        <w:t>تو دیکھیے، اسٹڈی سے آدمی سیکھتا ہے، ایکسپیرینس سے سیکھتا ہے، اور انٹریکشن سے سیکھتا ہے۔</w:t>
      </w:r>
    </w:p>
    <w:p>
      <w:r>
        <w:rPr>
          <w:b/>
        </w:rPr>
        <w:t xml:space="preserve">[29:01] </w:t>
      </w:r>
      <w:r>
        <w:t>yeh saare jo tajrubaat daily guzarte hain aap ke, yeh sab aap ke liye learning ka course hain.</w:t>
      </w:r>
    </w:p>
    <w:p>
      <w:pPr>
        <w:jc w:val="right"/>
      </w:pPr>
      <w:r>
        <w:t>یہ سارے جو تجربات ڈیلی گزرتے ہیں آپ کے، یہ سب آپ کے لیے لرننگ کا کورس ہیں۔</w:t>
      </w:r>
    </w:p>
    <w:p>
      <w:r>
        <w:rPr>
          <w:b/>
        </w:rPr>
        <w:t xml:space="preserve">[29:11] </w:t>
      </w:r>
      <w:r>
        <w:t>isi yeh sab jab aap karenge tab aap ke andar awaken mind banega, creative mind banega, aap ka intellectual development hoga.</w:t>
      </w:r>
    </w:p>
    <w:p>
      <w:pPr>
        <w:jc w:val="right"/>
      </w:pPr>
      <w:r>
        <w:t>اسی یہ سب جب آپ کریں گے تب آپ کے اندر اویکن مائنڈ بنے گا، کریٹیو مائنڈ بنے گا، آپ کا انٹلیکچول ڈیویلپمنٹ ہوگا۔</w:t>
      </w:r>
    </w:p>
    <w:p>
      <w:r>
        <w:rPr>
          <w:b/>
        </w:rPr>
        <w:t xml:space="preserve">[29:25] </w:t>
      </w:r>
      <w:r>
        <w:t>phir aap ko discoveries hongi.</w:t>
      </w:r>
    </w:p>
    <w:p>
      <w:pPr>
        <w:jc w:val="right"/>
      </w:pPr>
      <w:r>
        <w:t>پھر آپ کو ڈسکوریز ہوں گی۔</w:t>
      </w:r>
    </w:p>
    <w:p>
      <w:r>
        <w:rPr>
          <w:b/>
        </w:rPr>
        <w:t xml:space="preserve">[29:30] </w:t>
      </w:r>
      <w:r>
        <w:t>aaj main subah soch raha tha kyunke aaj ke akhbar mein, aaj ka jo akhbar hai, us mein ek ek interview hai ek western scholar ka, shayad novelist hai, woh</w:t>
      </w:r>
    </w:p>
    <w:p>
      <w:pPr>
        <w:jc w:val="right"/>
      </w:pPr>
      <w:r>
        <w:t>آج میں صبح سوچ رہا تھا کیونکہ آج کے اخبار میں، آج کا جو اخبار ہے، اس میں ایک ایک انٹرویو ہے ایک ویسٹرن اسکالر کا، شاید ناولسٹ ہے، وہ</w:t>
      </w:r>
    </w:p>
    <w:p>
      <w:r>
        <w:rPr>
          <w:b/>
        </w:rPr>
        <w:t xml:space="preserve">[29:47] </w:t>
      </w:r>
      <w:r>
        <w:t>aaj hi ke akhbar mein. Us ne kaha ke "I don't believe in God".</w:t>
      </w:r>
    </w:p>
    <w:p>
      <w:pPr>
        <w:jc w:val="right"/>
      </w:pPr>
      <w:r>
        <w:t>آج ہی کے اخبار میں۔ اس نے کہا کہ "آئی ڈونٹ بیلیو ان گاڈ"۔</w:t>
      </w:r>
    </w:p>
    <w:p>
      <w:r>
        <w:rPr>
          <w:b/>
        </w:rPr>
        <w:t xml:space="preserve">[29:54] </w:t>
      </w:r>
      <w:r>
        <w:t>"I don't believe in God".</w:t>
      </w:r>
    </w:p>
    <w:p>
      <w:pPr>
        <w:jc w:val="right"/>
      </w:pPr>
      <w:r>
        <w:t>"آئی ڈونٹ بیلیو ان گاڈ"۔</w:t>
      </w:r>
    </w:p>
    <w:p>
      <w:r>
        <w:rPr>
          <w:b/>
        </w:rPr>
        <w:t xml:space="preserve">[29:59] </w:t>
      </w:r>
      <w:r>
        <w:t>to main ne socha ke yeh kyun hai? Aadmi kehta hai ke "I don't believe God". Kya yeh kahega ke main apne apne upar believe nahi karta ke main hoon?</w:t>
      </w:r>
    </w:p>
    <w:p>
      <w:pPr>
        <w:jc w:val="right"/>
      </w:pPr>
      <w:r>
        <w:t>تو میں نے سوچا کہ یہ کیوں ہے؟ آدمی کہتا ہے کہ "آئی ڈونٹ بیلیو گاڈ"۔ کیا یہ کہے گا کہ میں اپنے اپنے اوپر بیلیو نہیں کرتا کہ میں ہوں؟</w:t>
      </w:r>
    </w:p>
    <w:p>
      <w:r>
        <w:rPr>
          <w:b/>
        </w:rPr>
        <w:t xml:space="preserve">[30:08] </w:t>
      </w:r>
      <w:r>
        <w:t>aisa keh sakta hai woh? mein aik aik aisa insaan hoon jo bol raha hai, jo dekh raha hai, jo interview de raha hai. aisa kahega woh apne bare mein nahi kahega?</w:t>
      </w:r>
    </w:p>
    <w:p>
      <w:pPr>
        <w:jc w:val="right"/>
      </w:pPr>
      <w:r>
        <w:t>ایسا کہہ سکتا ہے وہ؟ میں ایک ایک ایسا انسان ہوں جو بول رہا ہے، جو دیکھ رہا ہے، جو انٹرویو دے رہا ہے۔ ایسا کہے گا وہ اپنے بارے میں نہیں کہے گا؟</w:t>
      </w:r>
    </w:p>
    <w:p>
      <w:r>
        <w:rPr>
          <w:b/>
        </w:rPr>
        <w:t xml:space="preserve">[30:19] </w:t>
      </w:r>
      <w:r>
        <w:t>woh toh kaise woh keh raha hai ke "i don't believe in god"?</w:t>
      </w:r>
    </w:p>
    <w:p>
      <w:pPr>
        <w:jc w:val="right"/>
      </w:pPr>
      <w:r>
        <w:t>وہ تو کیسے وہ کہہ رہا ہے کہ "آئی ڈونٹ بیلیو ان گاڈ"؟</w:t>
      </w:r>
    </w:p>
    <w:p>
      <w:r>
        <w:rPr>
          <w:b/>
        </w:rPr>
        <w:t xml:space="preserve">[30:28] </w:t>
      </w:r>
      <w:r>
        <w:t>toh phir maine socha ke god ne apne aap ko akhirat tak evident bana diya. sirf yeh ke physically woh hamare samne nahi hai.</w:t>
      </w:r>
    </w:p>
    <w:p>
      <w:pPr>
        <w:jc w:val="right"/>
      </w:pPr>
      <w:r>
        <w:t>تو پھر میں نے سوچا کہ گاڈ نے اپنے آپ کو آخرت تک ایویڈنٹ بنا دیا۔ صرف یہ کہ فزیکلی وہ ہمارے سامنے نہیں ہے۔</w:t>
      </w:r>
    </w:p>
    <w:p>
      <w:r>
        <w:rPr>
          <w:b/>
        </w:rPr>
        <w:t xml:space="preserve">[30:41] </w:t>
      </w:r>
      <w:r>
        <w:t>khuda physically hamare samne nahi hai, lekin uska creation, uska act, uske marvels hamare samne hain.</w:t>
      </w:r>
    </w:p>
    <w:p>
      <w:pPr>
        <w:jc w:val="right"/>
      </w:pPr>
      <w:r>
        <w:t>خدا فزیکلی ہمارے سامنے نہیں ہے، لیکن اس کا کریشن، اس کا ایکٹ، اس کے مارولز ہمارے سامنے ہیں۔</w:t>
      </w:r>
    </w:p>
    <w:p>
      <w:r>
        <w:rPr>
          <w:b/>
        </w:rPr>
        <w:t xml:space="preserve">[30:54] </w:t>
      </w:r>
      <w:r>
        <w:t>yeh galaxy, yeh solar system, yeh planet earth, yeh sari duniya itni badi jo hai, woh kya hai?</w:t>
      </w:r>
    </w:p>
    <w:p>
      <w:pPr>
        <w:jc w:val="right"/>
      </w:pPr>
      <w:r>
        <w:t>یہ گلیکسی، یہ سولر سسٹم، یہ پلینٹ ارتھ، یہ ساری دنیا اتنی بڑی جو ہے، وہ کیا ہے؟</w:t>
      </w:r>
    </w:p>
    <w:p>
      <w:r>
        <w:rPr>
          <w:b/>
        </w:rPr>
        <w:t xml:space="preserve">[31:04] </w:t>
      </w:r>
      <w:r>
        <w:t>woh khuda ka manifestation hai. hum ko yaad dilati hai ke yahan koi creator hai.</w:t>
      </w:r>
    </w:p>
    <w:p>
      <w:pPr>
        <w:jc w:val="right"/>
      </w:pPr>
      <w:r>
        <w:t>وہ خدا کا مینیفیسٹیشن ہے۔ ہم کو یاد دلاتی ہے کہ یہاں کوئی کریٹر ہے۔</w:t>
      </w:r>
    </w:p>
    <w:p>
      <w:r>
        <w:rPr>
          <w:b/>
        </w:rPr>
        <w:t xml:space="preserve">[31:11] </w:t>
      </w:r>
      <w:r>
        <w:t>toh khuda agarche unseen hai bazahir, lekin uske jo uske jo uski jo signs hain, uski takhleeq ke jo signs hain, woh toh hamare samne hain.</w:t>
      </w:r>
    </w:p>
    <w:p>
      <w:pPr>
        <w:jc w:val="right"/>
      </w:pPr>
      <w:r>
        <w:t>تو خدا اگرچہ ان سین ہے بظاہر، لیکن اس کے جو اس کے جو اس کی جو سائنز ہیں، اس کی تخلیق کے جو سائنز ہیں، وہ تو ہمارے سامنے ہیں۔</w:t>
      </w:r>
    </w:p>
    <w:p>
      <w:r>
        <w:rPr>
          <w:b/>
        </w:rPr>
        <w:t xml:space="preserve">[31:27] </w:t>
      </w:r>
      <w:r>
        <w:t>toh agar aadmi yeh kehna, aadmi yeh nahi keh sakta ke mein apne bare mein, mein ne yaqeen nahi karta ke mein hoon apne bare mein,</w:t>
      </w:r>
    </w:p>
    <w:p>
      <w:pPr>
        <w:jc w:val="right"/>
      </w:pPr>
      <w:r>
        <w:t>تو اگر آدمی یہ کہنا، آدمی یہ نہیں کہہ سکتا کہ میں اپنے بارے میں، میں نے یقین نہیں کرتا کہ میں ہوں اپنے بارے میں،</w:t>
      </w:r>
    </w:p>
    <w:p>
      <w:r>
        <w:rPr>
          <w:b/>
        </w:rPr>
        <w:t xml:space="preserve">[31:38] </w:t>
      </w:r>
      <w:r>
        <w:t>toh yeh bhi nahi keh sakta ke mujhe yaqeen nahi ke khuda hai. agar mein hoon toh usi se yeh baat bhi nikalti hai ke mera creator hai, mein hoon toh mera creator hai.</w:t>
      </w:r>
    </w:p>
    <w:p>
      <w:pPr>
        <w:jc w:val="right"/>
      </w:pPr>
      <w:r>
        <w:t>تو یہ بھی نہیں کہہ سکتا کہ مجھے یقین نہیں کہ خدا ہے۔ اگر میں ہوں تو اسی سے یہ بات بھی نکلتی ہے کہ میرا کریٹر ہے، میں ہوں تو میرا کریٹر ہے۔</w:t>
      </w:r>
    </w:p>
    <w:p>
      <w:r>
        <w:rPr>
          <w:b/>
        </w:rPr>
        <w:t xml:space="preserve">[31:51] </w:t>
      </w:r>
      <w:r>
        <w:t>kaise mumkin hai ke mein hoon aur creator na ho? toh aaj ke akhbar mein jab maine yeh parha, usne kaha ke "i don't believe in god".</w:t>
      </w:r>
    </w:p>
    <w:p>
      <w:pPr>
        <w:jc w:val="right"/>
      </w:pPr>
      <w:r>
        <w:t>کیسے ممکن ہے کہ میں ہوں اور کریٹر نہ ہو؟ تو آج کے اخبار میں جب میں نے یہ پڑھا، اس نے کہا کہ "آئی ڈونٹ بیلیو ان گاڈ"۔</w:t>
      </w:r>
    </w:p>
    <w:p>
      <w:r>
        <w:rPr>
          <w:b/>
        </w:rPr>
        <w:t xml:space="preserve">[32:02] </w:t>
      </w:r>
      <w:r>
        <w:t>toh mein, mein, mein ne kaha ke log sochte nahi, log sochte nahi.</w:t>
      </w:r>
    </w:p>
    <w:p>
      <w:pPr>
        <w:jc w:val="right"/>
      </w:pPr>
      <w:r>
        <w:t>تو میں، میں، میں نے کہا کہ لوگ سوچتے نہیں، لوگ سوچتے نہیں۔</w:t>
      </w:r>
    </w:p>
    <w:p>
      <w:r>
        <w:rPr>
          <w:b/>
        </w:rPr>
        <w:t xml:space="preserve">[32:11] </w:t>
      </w:r>
      <w:r>
        <w:t>toh sab se bada jo insaan ke liye kaam hai, woh sochna hai. intellectual</w:t>
      </w:r>
    </w:p>
    <w:p>
      <w:pPr>
        <w:jc w:val="right"/>
      </w:pPr>
      <w:r>
        <w:t>تو سب سے بڑا جو انسان کے لیے کام ہے، وہ سوچنا ہے۔ انٹلیکچول</w:t>
      </w:r>
    </w:p>
    <w:p>
      <w:r>
        <w:rPr>
          <w:b/>
        </w:rPr>
        <w:t xml:space="preserve">[32:24] </w:t>
      </w:r>
      <w:r>
        <w:t>apne apne andar in intellectual process ko jaari karna hai.</w:t>
      </w:r>
    </w:p>
    <w:p>
      <w:pPr>
        <w:jc w:val="right"/>
      </w:pPr>
      <w:r>
        <w:t>اپنے اپنے اندر ان ان انٹلیکچول پروسیس کو جاری کرنا ہے۔</w:t>
      </w:r>
    </w:p>
    <w:p>
      <w:r>
        <w:rPr>
          <w:b/>
        </w:rPr>
        <w:t xml:space="preserve">[32:30] </w:t>
      </w:r>
      <w:r>
        <w:t>isi se creativity aayegi, isi se discovery hogi, isi se aap ka aap ka andar personality development hoga.</w:t>
      </w:r>
    </w:p>
    <w:p>
      <w:pPr>
        <w:jc w:val="right"/>
      </w:pPr>
      <w:r>
        <w:t>اسی سے کریٹیوٹی آئے گی، اسی سے ڈسکوری ہوگی، اسی سے آپ کا آپ کا اندر پرسنیلٹی ڈیویلپمنٹ ہوگا۔</w:t>
      </w:r>
    </w:p>
    <w:p>
      <w:r>
        <w:rPr>
          <w:b/>
        </w:rPr>
        <w:t xml:space="preserve">[32:40] </w:t>
      </w:r>
      <w:r>
        <w:t>sab kuch ka raaz hai sochna, thinking.</w:t>
      </w:r>
    </w:p>
    <w:p>
      <w:pPr>
        <w:jc w:val="right"/>
      </w:pPr>
      <w:r>
        <w:t>سب کچھ کا راز ہے سوچنا، تھنکنگ۔</w:t>
      </w:r>
    </w:p>
    <w:p>
      <w:r>
        <w:rPr>
          <w:b/>
        </w:rPr>
        <w:t xml:space="preserve">[32:47] </w:t>
      </w:r>
      <w:r>
        <w:t>thinking.</w:t>
      </w:r>
    </w:p>
    <w:p>
      <w:pPr>
        <w:jc w:val="right"/>
      </w:pPr>
      <w:r>
        <w:t>تھنکنگ۔</w:t>
      </w:r>
    </w:p>
    <w:p>
      <w:r>
        <w:rPr>
          <w:b/>
        </w:rPr>
        <w:t xml:space="preserve">[32:51] </w:t>
      </w:r>
      <w:r>
        <w:t>kal maine aik article likha hai is par, yani spirituality par ke hazaron saal se logon ko concept bani hui spirituality, lekin spirituality ko kahan dhoondte hain?</w:t>
      </w:r>
    </w:p>
    <w:p>
      <w:pPr>
        <w:jc w:val="right"/>
      </w:pPr>
      <w:r>
        <w:t>کل میں نے ایک آرٹیکل لکھا ہے اس پر، یعنی اسپریچولیٹی پر کہ ہزاروں سال سے لوگوں کو کافیٹ بنی ہوئی اسپریچولیٹی، لیکن اسپریچولیٹی کو کہاں ڈھونڈتے ہیں؟</w:t>
      </w:r>
    </w:p>
    <w:p>
      <w:r>
        <w:rPr>
          <w:b/>
        </w:rPr>
        <w:t xml:space="preserve">[33:07] </w:t>
      </w:r>
      <w:r>
        <w:t>woh dil mein, yani heart based spirituality logon ka nishana hai. heart mein toh kuch hai nahi.</w:t>
      </w:r>
    </w:p>
    <w:p>
      <w:pPr>
        <w:jc w:val="right"/>
      </w:pPr>
      <w:r>
        <w:t>وہ دل میں، یعنی ہارٹ بیسڈ اسپریچولیٹی لوگوں کا نشانہ ہے۔ ہارٹ میں تو کچھ ہے نہیں۔</w:t>
      </w:r>
    </w:p>
    <w:p>
      <w:r>
        <w:rPr>
          <w:b/>
        </w:rPr>
        <w:t xml:space="preserve">[33:18] </w:t>
      </w:r>
      <w:r>
        <w:t>hazaron saal se insaan jo hai, meditation kar ke heart mein dhoond raha tha spirituality, meditation, lekin usko kuch mila nahi siwaye ecstasy ke, jis ko hum kehte hain wajd.</w:t>
      </w:r>
    </w:p>
    <w:p>
      <w:pPr>
        <w:jc w:val="right"/>
      </w:pPr>
      <w:r>
        <w:t>ہزاروں سال سے انسان جو ہے، میڈیٹیشن کر کے ہارٹ میں ڈھونڈ رہا تھا اسپریچولیٹی، میڈیٹیشن، لیکن اس کو کچھ ملا نہیں سوائے ایکسٹسی کے، جس کو ہم کہتے ہیں وجد۔</w:t>
      </w:r>
    </w:p>
    <w:p>
      <w:r>
        <w:rPr>
          <w:b/>
        </w:rPr>
        <w:t xml:space="preserve">[33:34] </w:t>
      </w:r>
      <w:r>
        <w:t>ecstasy ke siwa kuch aur nahi paya us ne, kyunke heart mein toh kuch tha hi nahi. woh toh circulation blood ka zariya hai bas.</w:t>
      </w:r>
    </w:p>
    <w:p>
      <w:pPr>
        <w:jc w:val="right"/>
      </w:pPr>
      <w:r>
        <w:t>ایکسٹسی کے سوا کچھ اور نہیں پایا اس نے، کیونکہ ہارٹ میں تو کچھ تھا ہی نہیں۔ وہ تو سرکولیشن بلڈ کا ذریعہ ہے بس۔</w:t>
      </w:r>
    </w:p>
    <w:p>
      <w:r>
        <w:rPr>
          <w:b/>
        </w:rPr>
        <w:t xml:space="preserve">[33:44] </w:t>
      </w:r>
      <w:r>
        <w:t>toh maine kaha ke sahi spirituality woh hai jo mind based spirituality ho, yani thinking ke zariye aap pahunchna, aap ka chahein, aap spirituality tak.</w:t>
      </w:r>
    </w:p>
    <w:p>
      <w:pPr>
        <w:jc w:val="right"/>
      </w:pPr>
      <w:r>
        <w:t>تو میں نے کہا کہ صحیح اسپریچولیٹی وہ ہے جو مائنڈ بیسڈ اسپریچولیٹی ہو، یعنی تھنکنگ کے ذریعے آپ پہنچنا، آپ کا چاہیں، آپ اسپریچولیٹی تک۔</w:t>
      </w:r>
    </w:p>
    <w:p>
      <w:r>
        <w:rPr>
          <w:b/>
        </w:rPr>
        <w:t xml:space="preserve">[33:58] </w:t>
      </w:r>
      <w:r>
        <w:t>toh meditation nahi, balkeh contemplation ke zariye aap aa sakte hain spirituality ko.</w:t>
      </w:r>
    </w:p>
    <w:p>
      <w:pPr>
        <w:jc w:val="right"/>
      </w:pPr>
      <w:r>
        <w:t>تو میڈیٹیشن نہیں، بلکہ کنٹمپریشن کے ذریعے آپ آ سکتے ہیں اسپریچولیٹی کو۔</w:t>
      </w:r>
    </w:p>
    <w:p>
      <w:r>
        <w:rPr>
          <w:b/>
        </w:rPr>
        <w:t xml:space="preserve">[34:07] </w:t>
      </w:r>
      <w:r>
        <w:t>meditation se aap pahunchenge bohat se, bohat, bohat se, bohat ecstasy tak, lekin contemplation ke zariye aap ka mind bedaar hoga, aap ke andar thinking aayegi,</w:t>
      </w:r>
    </w:p>
    <w:p>
      <w:pPr>
        <w:jc w:val="right"/>
      </w:pPr>
      <w:r>
        <w:t>میڈیٹیشن سے آپ پہنچیں گے بہت سے، بہت، بہت سے، بہت ایکسٹسی تک، لیکن کنٹمپریشن کے ذریعے آپ کا مائنڈ بیدار ہوگا، آپ کے اندر تھنکنگ آئے گی،</w:t>
      </w:r>
    </w:p>
    <w:p>
      <w:r>
        <w:rPr>
          <w:b/>
        </w:rPr>
        <w:t xml:space="preserve">[34:24] </w:t>
      </w:r>
      <w:r>
        <w:t>aap cheezon ko face value par na le kar, yani deeper sense mein lenge. yeh sab hoga.</w:t>
      </w:r>
    </w:p>
    <w:p>
      <w:pPr>
        <w:jc w:val="right"/>
      </w:pPr>
      <w:r>
        <w:t>آپ چیزوں کو فیس ویلیو پر نہ لے کر، یعنی ڈیپر سینس میں لیں گے۔ یہ سب ہوگا۔</w:t>
      </w:r>
    </w:p>
    <w:p>
      <w:r>
        <w:rPr>
          <w:b/>
        </w:rPr>
        <w:t xml:space="preserve">[34:36] </w:t>
      </w:r>
      <w:r>
        <w:t>toh meri yeh bhi aik discovery hai ke spirituality heart based discipline nahi hai, woh mind based discipline hai.</w:t>
      </w:r>
    </w:p>
    <w:p>
      <w:pPr>
        <w:jc w:val="right"/>
      </w:pPr>
      <w:r>
        <w:t>تو میری یہ بھی ایک ڈسکوری ہے کہ اسپریچولیٹی ہارٹ بیسڈ ڈسپلن نہیں ہے، وہ مائنڈ بیسڈ ڈسپلن ہے۔</w:t>
      </w:r>
    </w:p>
    <w:p>
      <w:r>
        <w:rPr>
          <w:b/>
        </w:rPr>
        <w:t xml:space="preserve">[34:48] </w:t>
      </w:r>
      <w:r>
        <w:t>spiritualty ka zariya meditation nahi hai, is ka zariya hai contemplation.</w:t>
      </w:r>
    </w:p>
    <w:p>
      <w:pPr>
        <w:jc w:val="right"/>
      </w:pPr>
      <w:r>
        <w:t>اسپریچولیٹی کا ذریعہ میڈیٹیشن نہیں ہے، اس کا ذریعہ ہے کنٹمپریشن۔</w:t>
      </w:r>
    </w:p>
    <w:p>
      <w:r>
        <w:rPr>
          <w:b/>
        </w:rPr>
        <w:t xml:space="preserve">[35:00] </w:t>
      </w:r>
      <w:r>
        <w:t>to jab aap is tareeqay se zindagi guzarenge</w:t>
      </w:r>
    </w:p>
    <w:p>
      <w:pPr>
        <w:jc w:val="right"/>
      </w:pPr>
      <w:r>
        <w:t>تو جب آپ اس طریقے سے زندگی گزاریں گے</w:t>
      </w:r>
    </w:p>
    <w:p>
      <w:r>
        <w:rPr>
          <w:b/>
        </w:rPr>
        <w:t xml:space="preserve">[35:06] </w:t>
      </w:r>
      <w:r>
        <w:t>to aap ko cheezen daryaft hongi. Quran ki Surah Aal-e-Imran mein jo aakhri aayat hai, woh jo aakhri ruku hai,</w:t>
      </w:r>
    </w:p>
    <w:p>
      <w:pPr>
        <w:jc w:val="right"/>
      </w:pPr>
      <w:r>
        <w:t>تو آپ کو چیزیں دریافت ہوں گی۔ قرآن کی سورہ آل عمران میں جو آخری آیت ہے، وہ جو آخری رکوع ہے،</w:t>
      </w:r>
    </w:p>
    <w:p>
      <w:r>
        <w:rPr>
          <w:b/>
        </w:rPr>
        <w:t xml:space="preserve">[35:16] </w:t>
      </w:r>
      <w:r>
        <w:t>aakhri ruku mein yeh kaha gaya hai ke "Inna fi khalqis samawati wal ardi wakhtilafil laili wan nahari la ayatin lil ulil albab. Allazina yazkurunallaha qiyaman wa quudan wa 'ala junubihim wa yatafakkaruna fi khalqis samawati wal ardi, Rabbana ma khalaqta hadha batila".</w:t>
      </w:r>
    </w:p>
    <w:p>
      <w:pPr>
        <w:jc w:val="right"/>
      </w:pPr>
      <w:r>
        <w:t>آخری رکوع میں یہ کہا گیا ہے کہ "إن في خلق السماوات والأرض واختلاف الليل والنهار لا آيات للباب الذین یذکرون اللہ قیام وقود ویتفکرون فی خلق السماوات ربنا ما خلق باطلا"۔</w:t>
      </w:r>
    </w:p>
    <w:p>
      <w:r>
        <w:rPr>
          <w:b/>
        </w:rPr>
        <w:t xml:space="preserve">[35:39] </w:t>
      </w:r>
      <w:r>
        <w:t>to is mein ulil albab ka lafz hai, aql walay. To aql walon ka kya bataya gaya hai? Ke woh sochte hain zameen ke baray mein, aasman ke baray mein, suraj ke baray mein, sitaray ke baray mein,</w:t>
      </w:r>
    </w:p>
    <w:p>
      <w:pPr>
        <w:jc w:val="right"/>
      </w:pPr>
      <w:r>
        <w:t>تو اس میں اول الباب کا لفظ ہے، عقل والے۔ تو عقل والوں کا کیا بتایا گیا ہے؟ کہ وہ سوچتے ہیں زمین کے بارے میں، آسمان کے بارے میں، سورج کے بارے میں، ستارے کے بارے میں،</w:t>
      </w:r>
    </w:p>
    <w:p>
      <w:r>
        <w:rPr>
          <w:b/>
        </w:rPr>
        <w:t xml:space="preserve">[35:55] </w:t>
      </w:r>
      <w:r>
        <w:t>jo yeh jo world of creation hai, is ke baray mein. To is se un ko haqeeqaten samajh mein aati hain.</w:t>
      </w:r>
    </w:p>
    <w:p>
      <w:pPr>
        <w:jc w:val="right"/>
      </w:pPr>
      <w:r>
        <w:t>جو یہ جو ورلڈ آف کریشن ہے، اس کے بارے میں۔ تو اس سے ان کو حقیقتیں سمجھ میں آتی ہیں۔</w:t>
      </w:r>
    </w:p>
    <w:p>
      <w:r>
        <w:rPr>
          <w:b/>
        </w:rPr>
        <w:t xml:space="preserve">[36:05] </w:t>
      </w:r>
      <w:r>
        <w:t>to yahan ulil albab ka lafz hai, yani aql ko istemal karna.</w:t>
      </w:r>
    </w:p>
    <w:p>
      <w:pPr>
        <w:jc w:val="right"/>
      </w:pPr>
      <w:r>
        <w:t>تو یہاں اول الباب کا لفظ ہے، یعنی عقل کو استعمال کرنا۔</w:t>
      </w:r>
    </w:p>
    <w:p>
      <w:r>
        <w:rPr>
          <w:b/>
        </w:rPr>
        <w:t xml:space="preserve">[36:10] </w:t>
      </w:r>
      <w:r>
        <w:t>apni ulil albab par aql walay to aql ko istemal kar ke jab aap sochte hain universe ke baray mein, tab aap ko haqeeqaten daryaft hui hain.</w:t>
      </w:r>
    </w:p>
    <w:p>
      <w:pPr>
        <w:jc w:val="right"/>
      </w:pPr>
      <w:r>
        <w:t>اپنی اول الباب پر عقل والے تو عقل کو استعمال کر کے جب آپ سوچتے ہیں یونیورس کے بارے میں، تب آپ کو حقیقتیں دریافت ہوئی ہیں۔</w:t>
      </w:r>
    </w:p>
    <w:p>
      <w:r>
        <w:rPr>
          <w:b/>
        </w:rPr>
        <w:t xml:space="preserve">[36:22] </w:t>
      </w:r>
      <w:r>
        <w:t>to Islam mein meditation nahi hai, contemplation hai.</w:t>
      </w:r>
    </w:p>
    <w:p>
      <w:pPr>
        <w:jc w:val="right"/>
      </w:pPr>
      <w:r>
        <w:t>تو اسلام میں میڈیٹیشن نہیں ہے، کنٹمپریشن ہے۔</w:t>
      </w:r>
    </w:p>
    <w:p>
      <w:r>
        <w:rPr>
          <w:b/>
        </w:rPr>
        <w:t xml:space="preserve">[36:29] </w:t>
      </w:r>
      <w:r>
        <w:t>meditation jo hai, jis ko murakaba kaha jata hai, dhyan, gyan. To Islam mein marifat ka zariya Surah Aal-e-Imran ki aayat ki aakhri ruku ko aap parhiye,</w:t>
      </w:r>
    </w:p>
    <w:p>
      <w:pPr>
        <w:jc w:val="right"/>
      </w:pPr>
      <w:r>
        <w:t>میڈیٹیشن جو ہے، جس کو مراقبہ کہا جاتا ہے، دھیان، گیان۔ تو اسلام میں معرفت کا ذریعہ سورہ آل عمران کی آیت کی آخری رکوع کو آپ پڑھیے،</w:t>
      </w:r>
    </w:p>
    <w:p>
      <w:r>
        <w:rPr>
          <w:b/>
        </w:rPr>
        <w:t xml:space="preserve">[36:43] </w:t>
      </w:r>
      <w:r>
        <w:t>is mein aap payenge ke Islam mein marifat ka zariya meditation nahi hai. Islam mein marifat ka zariya contemplation hai, yani tadabbur.</w:t>
      </w:r>
    </w:p>
    <w:p>
      <w:pPr>
        <w:jc w:val="right"/>
      </w:pPr>
      <w:r>
        <w:t>اس میں آپ پائیں گے کہ اسلام میں معرفت کا ذریعہ میڈیٹیشن نہیں ہے۔ اسلام میں معرفت کا ذریعہ کنٹمپریشن ہے، یعنی تدبر۔</w:t>
      </w:r>
    </w:p>
    <w:p>
      <w:r>
        <w:rPr>
          <w:b/>
        </w:rPr>
        <w:t xml:space="preserve">[36:56] </w:t>
      </w:r>
      <w:r>
        <w:t>is ko tadabbur kaha gaya.</w:t>
      </w:r>
    </w:p>
    <w:p>
      <w:pPr>
        <w:jc w:val="right"/>
      </w:pPr>
      <w:r>
        <w:t>اس کو تدبر کہا گیا۔</w:t>
      </w:r>
    </w:p>
    <w:p>
      <w:r>
        <w:rPr>
          <w:b/>
        </w:rPr>
        <w:t xml:space="preserve">[37:01] </w:t>
      </w:r>
      <w:r>
        <w:t>to sari bari bari baaten jo hain, woh insan tadabbur ke zariye janta hai. Meditation ke zariye kuch bhi jaan sakta hai, siwaye is ke ke woh ecstasy aayegi, us ko ek wajd aayega.</w:t>
      </w:r>
    </w:p>
    <w:p>
      <w:pPr>
        <w:jc w:val="right"/>
      </w:pPr>
      <w:r>
        <w:t>تو ساری بڑی بڑی باتیں جو ہیں، وہ انسان تدبر کے ذریعے جانتا ہے۔ میڈیٹیشن کے ذریعے کچھ بھی جان سکتا ہے، سوائے اس کے کہ وہ ایکسٹسی آئے گی، اس کو ایک وجد آئے گا۔</w:t>
      </w:r>
    </w:p>
    <w:p>
      <w:r>
        <w:rPr>
          <w:b/>
        </w:rPr>
        <w:t xml:space="preserve">[37:16] </w:t>
      </w:r>
      <w:r>
        <w:t>baqi jo bari bari baaten hain, jo bari bari haqeeqaten hain apne baray mein, universe ke baray mein, woh to contemplation se maloom ho gayi, tadabbur ke zarye.</w:t>
      </w:r>
    </w:p>
    <w:p>
      <w:pPr>
        <w:jc w:val="right"/>
      </w:pPr>
      <w:r>
        <w:t>باقی جو بڑی بڑی باتیں ہیں، جو بڑی بڑی حقیقتیں ہیں اپنے بارے میں، یونیورس کے بارے میں، وہ تو کنٹمپریشن سے معلوم ہو گئی، تدبر کے ذریعے۔</w:t>
      </w:r>
    </w:p>
    <w:p>
      <w:r>
        <w:rPr>
          <w:b/>
        </w:rPr>
        <w:t xml:space="preserve">[37:37] </w:t>
      </w:r>
      <w:r>
        <w:t>to main tadabbur kiya hai, is ka maine apna ek tajruba bataya aap ko. Tadabbur kiya hai? Woh baith ke tajruba bataya aap ne ke mujh se mera spiritual caller chhin gaya tha,</w:t>
      </w:r>
    </w:p>
    <w:p>
      <w:pPr>
        <w:jc w:val="right"/>
      </w:pPr>
      <w:r>
        <w:t>تو میں تدبر کیا ہے، اس کا میں نے اپنا ایک تجربہ بتایا آپ کو۔ تدبر کیا ہے؟ وہ بیٹھ کے تجربہ بتایا آپ نے کہ مجھ سے میرا اسپریچول کالر چھن گیا تھا،</w:t>
      </w:r>
    </w:p>
    <w:p>
      <w:r>
        <w:rPr>
          <w:b/>
        </w:rPr>
        <w:t xml:space="preserve">[37:51] </w:t>
      </w:r>
      <w:r>
        <w:t>phir teen mahine ke baad wapas mila. Is se mera mind trigger hua, maine socha, socha to main ek dua ban gayi.</w:t>
      </w:r>
    </w:p>
    <w:p>
      <w:pPr>
        <w:jc w:val="right"/>
      </w:pPr>
      <w:r>
        <w:t>پھر تین مہینے کے بعد واپس ملا۔ اس سے میرا مائنڈ ٹریگر ہوا، میں نے سوچا، سوچا تو میں ایک دعا بن گئی۔</w:t>
      </w:r>
    </w:p>
    <w:p>
      <w:r>
        <w:rPr>
          <w:b/>
        </w:rPr>
        <w:t xml:space="preserve">[37:59] </w:t>
      </w:r>
      <w:r>
        <w:t>woh</w:t>
      </w:r>
    </w:p>
    <w:p>
      <w:pPr>
        <w:jc w:val="right"/>
      </w:pPr>
      <w:r>
        <w:t>وہ</w:t>
      </w:r>
    </w:p>
    <w:p>
      <w:r>
        <w:rPr>
          <w:b/>
        </w:rPr>
        <w:t xml:space="preserve">[38:00] </w:t>
      </w:r>
      <w:r>
        <w:t>yeh tajruba mere liye ek dua ban gaya ke khuda ya! Jis tarah se mujhe ek cheez se main mehroom ho gaya tha, us ko dobara to ne diya mujhe.</w:t>
      </w:r>
    </w:p>
    <w:p>
      <w:pPr>
        <w:jc w:val="right"/>
      </w:pPr>
      <w:r>
        <w:t>یہ تجربہ میرے لیے ایک دعا بن گیا کہ خدایا! جس طرح سے مجھے ایک چیز سے میں محروم ہو گیا تھا، اس کو دوبارہ تو نے دیا مجھے۔</w:t>
      </w:r>
    </w:p>
    <w:p>
      <w:r>
        <w:rPr>
          <w:b/>
        </w:rPr>
        <w:t xml:space="preserve">[38:10] </w:t>
      </w:r>
      <w:r>
        <w:t>aise hi jannat se mehroom mehroom ho gaya main Adam ke zamanay se, us ko dobara mujhe de de.</w:t>
      </w:r>
    </w:p>
    <w:p>
      <w:pPr>
        <w:jc w:val="right"/>
      </w:pPr>
      <w:r>
        <w:t>ایسے ہی جنت سے محروم محروم ہو گیا میں آدم کے زمانے سے، اس کو دوبارہ مجھے دے دے۔</w:t>
      </w:r>
    </w:p>
    <w:p>
      <w:r>
        <w:rPr>
          <w:b/>
        </w:rPr>
        <w:t xml:space="preserve">[38:19] </w:t>
      </w:r>
      <w:r>
        <w:t>to is tarah se sochna, is tarah tadabbur karna, is se darwazay khulte hain.</w:t>
      </w:r>
    </w:p>
    <w:p>
      <w:pPr>
        <w:jc w:val="right"/>
      </w:pPr>
      <w:r>
        <w:t>تو اس طرح سے سوچنا، اس طرح تدبر کرنا، اس سے دروازے کھلتے ہیں۔</w:t>
      </w:r>
    </w:p>
    <w:p>
      <w:r>
        <w:rPr>
          <w:b/>
        </w:rPr>
        <w:t xml:space="preserve">[38:28] </w:t>
      </w:r>
      <w:r>
        <w:t>aur yahi maghfirat culture hai, jo hadith mein hai ke "fa ghafara al ansar wal muhajirah".</w:t>
      </w:r>
    </w:p>
    <w:p>
      <w:pPr>
        <w:jc w:val="right"/>
      </w:pPr>
      <w:r>
        <w:t>اور یہی مغفرت کلچر ہے، جو حدیث میں ہے کہ "فغفر الانصار والمہاجرہ"۔</w:t>
      </w:r>
    </w:p>
    <w:p>
      <w:r>
        <w:rPr>
          <w:b/>
        </w:rPr>
        <w:t xml:space="preserve">[38:37] </w:t>
      </w:r>
      <w:r>
        <w:t>to maghfirat culture jo hai, woh tadabbur culture hai.</w:t>
      </w:r>
    </w:p>
    <w:p>
      <w:pPr>
        <w:jc w:val="right"/>
      </w:pPr>
      <w:r>
        <w:t>تو مغفرت کلچر جو ہے، وہ تدبر کلچر ہے۔</w:t>
      </w:r>
    </w:p>
    <w:p>
      <w:r>
        <w:rPr>
          <w:b/>
        </w:rPr>
        <w:t xml:space="preserve">[38:44] </w:t>
      </w:r>
      <w:r>
        <w:t>Allahumma la 'isha illa 'isha dhakirah fa ghafara al ansar wal muhajirah. To maghfirat koi mysterious cheez nahi hai, maghfirat tadabbur culture hai, contemplation culture hai,</w:t>
      </w:r>
    </w:p>
    <w:p>
      <w:pPr>
        <w:jc w:val="right"/>
      </w:pPr>
      <w:r>
        <w:t>اللہم لا عائشہ الا عائشہ ذاکرہ فغفر الانصار والمہاجرہ۔ تو مغفرت کوئی مسٹیریس چیز نہیں ہے، مغفرت تدبر کلچر ہے، کنٹمپریشن کلچر ہے،</w:t>
      </w:r>
    </w:p>
    <w:p>
      <w:r>
        <w:rPr>
          <w:b/>
        </w:rPr>
        <w:t xml:space="preserve">[39:00] </w:t>
      </w:r>
      <w:r>
        <w:t>aql ko istemal kar ke haqeeqat tak pohnchanay, pohnchne ka culture hai.</w:t>
      </w:r>
    </w:p>
    <w:p>
      <w:pPr>
        <w:jc w:val="right"/>
      </w:pPr>
      <w:r>
        <w:t>عقل کو استعمال کر کے حقیقت تک پہنچانے، پہنچنے کا کلچر ہے۔</w:t>
      </w:r>
    </w:p>
    <w:p>
      <w:r>
        <w:rPr>
          <w:b/>
        </w:rPr>
        <w:t xml:space="preserve">[39:13] </w:t>
      </w:r>
      <w:r>
        <w:t>aaj jo maine aap ko zikr kiya, interview ka jo akhbar mein aya hai, aaj to is mein kuch cheezen is ne jo di hain, jis se woh Khuda ko nahi manta ke woh kaisa Khuda hai jo yeh bataye ke hum kya khayen, kya na khayen.</w:t>
      </w:r>
    </w:p>
    <w:p>
      <w:pPr>
        <w:jc w:val="right"/>
      </w:pPr>
      <w:r>
        <w:t>آج جو میں نے آپ کو ذکر کیا، انٹرویو کا جو اخبار میں آیا ہے، آج تو اس میں کچھ چیزیں اس نے جو دی ہیں، جس سے وہ خدا کو نہیں مانتا کہ وہ کیسا خدا ہے جو یہ بتائے کہ ہم کیا کھائیں، کیا نہ کھائیں۔</w:t>
      </w:r>
    </w:p>
    <w:p>
      <w:r>
        <w:rPr>
          <w:b/>
        </w:rPr>
        <w:t xml:space="preserve">[39:28] </w:t>
      </w:r>
      <w:r>
        <w:t>woh kaisa khuda hai jo jo bataye ke hum kya dress hamara ho, kya na ho. to mein samajhta hoon ke is ko ek confusion hai ke woh culture ko culture aur mazhab dono ko ek samajh raha hai.</w:t>
      </w:r>
    </w:p>
    <w:p>
      <w:pPr>
        <w:jc w:val="right"/>
      </w:pPr>
      <w:r>
        <w:t>وہ کیسا خدا ہے جو جو بتائے کہ ہم کیا ڈریس ہمارا ہو، کیا نہ ہو۔ تو میں سمجھتا ہوں کہ اس کو ایک کنفیوژن ہے کہ وہ کلچر کو کلچر اور مذہب دونوں کو ایک سمجھ رہا ہے۔</w:t>
      </w:r>
    </w:p>
    <w:p>
      <w:r>
        <w:rPr>
          <w:b/>
        </w:rPr>
        <w:t xml:space="preserve">[39:43] </w:t>
      </w:r>
      <w:r>
        <w:t>yeh to culture ki baat hai, asal mazhab nahi hai. yeh</w:t>
      </w:r>
    </w:p>
    <w:p>
      <w:pPr>
        <w:jc w:val="right"/>
      </w:pPr>
      <w:r>
        <w:t>یہ تو کلچر کی بات ہے، اصل مذہب نہیں ہے۔ یہ</w:t>
      </w:r>
    </w:p>
    <w:p>
      <w:r>
        <w:rPr>
          <w:b/>
        </w:rPr>
        <w:t xml:space="preserve">[39:51] </w:t>
      </w:r>
      <w:r>
        <w:t>yani divine religion hai. divine religion jo hai, woh is ko is woh culture ka naam nahi hai. woh khuda ka inkar kar raha hai, yeh keh kar ke khuda bas yeh batane ke liye hai ke mein kya kapra pehnoon, kya khana khaoon.</w:t>
      </w:r>
    </w:p>
    <w:p>
      <w:pPr>
        <w:jc w:val="right"/>
      </w:pPr>
      <w:r>
        <w:t>یعنی ڈیوائن ریلیجن ہے۔ ڈیوائن ریلیجن جو ہے، وہ اس کو اس وہ کلچر کا نام نہیں ہے۔ وہ خدا کا انکار کر رہا ہے، یہ کہہ کر کہ خدا بس یہ بتانے کے لیے ہے کہ میں کیا کپڑا پہنوں، کیا کھانا کھاؤں۔</w:t>
      </w:r>
    </w:p>
    <w:p>
      <w:r>
        <w:rPr>
          <w:b/>
        </w:rPr>
        <w:t xml:space="preserve">[40:11] </w:t>
      </w:r>
      <w:r>
        <w:t>to woh is ne yani divine religion ka ek reduce form is ke zehn mein hai, woh hai culture.</w:t>
      </w:r>
    </w:p>
    <w:p>
      <w:pPr>
        <w:jc w:val="right"/>
      </w:pPr>
      <w:r>
        <w:t>تو وہ اس نے یعنی ڈیوائن ریلیجن کا ایک ریڈیوس فارم اس کے ذہن میں ہے، وہ ہے کلچر۔</w:t>
      </w:r>
    </w:p>
    <w:p>
      <w:r>
        <w:rPr>
          <w:b/>
        </w:rPr>
        <w:t xml:space="preserve">[40:22] </w:t>
      </w:r>
      <w:r>
        <w:t>dekhein, har mazhab mein ek culture ban jata hai kuch dinon ke baad, aur khud Islam mein bhi bana. to aaj jo musalman hain, woh culture par hain, woh deen Islam par nahi hain.</w:t>
      </w:r>
    </w:p>
    <w:p>
      <w:pPr>
        <w:jc w:val="right"/>
      </w:pPr>
      <w:r>
        <w:t>دیکھیں، ہر مذہب میں ایک کلچر بن جاتا ہے کچھ دنوں کے بعد، اور خود اسلام میں بھی بن گیا۔ تو آج جو مسلمان ہیں، وہ کلچر پر ہیں، وہ دین اسلام پر نہیں ہیں۔</w:t>
      </w:r>
    </w:p>
    <w:p>
      <w:r>
        <w:rPr>
          <w:b/>
        </w:rPr>
        <w:t xml:space="preserve">[40:36] </w:t>
      </w:r>
      <w:r>
        <w:t>khas tarah ka dress, khas tarah ka ek jis ko kehte hain waza qata, is ka naam samajh lijiye ga ke dindari, dindari, dindari samajh liya hai is ko.</w:t>
      </w:r>
    </w:p>
    <w:p>
      <w:pPr>
        <w:jc w:val="right"/>
      </w:pPr>
      <w:r>
        <w:t>خاص طرح کا ڈریس، خاص طرح کا ایک جس کو کہتے ہیں وضع قطع، اس کا نام سمجھ لیجئے گا کہ دینداری، دینداری، دینداری سمجھ لیا ہے اس کو۔</w:t>
      </w:r>
    </w:p>
    <w:p>
      <w:r>
        <w:rPr>
          <w:b/>
        </w:rPr>
        <w:t xml:space="preserve">[40:52] </w:t>
      </w:r>
      <w:r>
        <w:t>to dindari zamane mein waza qata ka naam ban gayi hai, culture ka naam ban gayi hai, magar woh Islam nahi hai. Islam to ek ideology hai, ek ideology ko daryaft karna,</w:t>
      </w:r>
    </w:p>
    <w:p>
      <w:pPr>
        <w:jc w:val="right"/>
      </w:pPr>
      <w:r>
        <w:t>تو دینداری زمانے میں وضع قطع کا نام بن گئی ہے، کلچر کا نام بن گئی ہے، مگر وہ اسلام نہیں ہے۔ اسلام تو ایک آئیڈیالوجی ہے، ایک آئیڈیالوجی کو دریافت کرنا،</w:t>
      </w:r>
    </w:p>
    <w:p>
      <w:r>
        <w:rPr>
          <w:b/>
        </w:rPr>
        <w:t xml:space="preserve">[41:09] </w:t>
      </w:r>
      <w:r>
        <w:t>aur phir is ideology ke mutabiq apni zindagi ko</w:t>
      </w:r>
    </w:p>
    <w:p>
      <w:pPr>
        <w:jc w:val="right"/>
      </w:pPr>
      <w:r>
        <w:t>اور پھر اس آئیڈیالوجی کے مطابق اپنی زندگی کو</w:t>
      </w:r>
    </w:p>
    <w:p>
      <w:r>
        <w:rPr>
          <w:b/>
        </w:rPr>
        <w:t xml:space="preserve">[41:16] </w:t>
      </w:r>
      <w:r>
        <w:t>sanwarna, woh culture se buland cheez ek hai,</w:t>
      </w:r>
    </w:p>
    <w:p>
      <w:pPr>
        <w:jc w:val="right"/>
      </w:pPr>
      <w:r>
        <w:t>سنوارنا، وہ کلچر سے بلند چیز ایک ہے،</w:t>
      </w:r>
    </w:p>
    <w:p>
      <w:r>
        <w:rPr>
          <w:b/>
        </w:rPr>
        <w:t xml:space="preserve">[41:22] </w:t>
      </w:r>
      <w:r>
        <w:t>culture se buland hai. to Islam naam hai tauheed, yani ideology of tauheed ka, na ke culture ka.</w:t>
      </w:r>
    </w:p>
    <w:p>
      <w:pPr>
        <w:jc w:val="right"/>
      </w:pPr>
      <w:r>
        <w:t>کلچر سے بلند ہے۔ تو اسلام نام ہے توحید، یعنی آئیڈیالوجی آف توحید کا، نہ کہ کلچر کا۔</w:t>
      </w:r>
    </w:p>
    <w:p>
      <w:r>
        <w:rPr>
          <w:b/>
        </w:rPr>
        <w:t xml:space="preserve">[41:34] </w:t>
      </w:r>
      <w:r>
        <w:t>aap interview ko dekhein ge, aap aaj aaj hi ke parcham aaya hai, woh to woh culture ko samajh raha hai mazhab, aur is ko ridicule kar raha hai.</w:t>
      </w:r>
    </w:p>
    <w:p>
      <w:pPr>
        <w:jc w:val="right"/>
      </w:pPr>
      <w:r>
        <w:t>آپ انٹرویو کو دیکھیں گے، آپ آج آج ہی کے پرچم آیا ہے، وہ تو وہ کلچر کو سمجھ رہا ہے مذہب، اور اس کو ریڈیکیول کر رہا ہے۔</w:t>
      </w:r>
    </w:p>
    <w:p>
      <w:r>
        <w:rPr>
          <w:b/>
        </w:rPr>
        <w:t xml:space="preserve">[41:43] </w:t>
      </w:r>
      <w:r>
        <w:t>woh yehi divine religion hai.</w:t>
      </w:r>
    </w:p>
    <w:p>
      <w:pPr>
        <w:jc w:val="right"/>
      </w:pPr>
      <w:r>
        <w:t>وہ یہی ڈیوائن ریلیجن ہے۔</w:t>
      </w:r>
    </w:p>
    <w:p>
      <w:r>
        <w:rPr>
          <w:b/>
        </w:rPr>
        <w:t xml:space="preserve">[41:50] </w:t>
      </w:r>
      <w:r>
        <w:t>culture dekhiye. community ka phenomena hota hai. community kisi mulk mein rehti hai, kisi geography mein rehti hai, kuch historical halaat mein rehti hai.</w:t>
      </w:r>
    </w:p>
    <w:p>
      <w:pPr>
        <w:jc w:val="right"/>
      </w:pPr>
      <w:r>
        <w:t>کلچر دیکھیے۔ کمیونٹی کا فیناومینا ہوتا ہے۔ کمیونٹی کسی ملک میں رہتی ہے، کسی جغرافیے میں رہتی ہے، کچھ ہسٹوریکل حالات میں رہتی ہے۔</w:t>
      </w:r>
    </w:p>
    <w:p>
      <w:r>
        <w:rPr>
          <w:b/>
        </w:rPr>
        <w:t xml:space="preserve">[42:02] </w:t>
      </w:r>
      <w:r>
        <w:t>is se ek culture banta hai.</w:t>
      </w:r>
    </w:p>
    <w:p>
      <w:pPr>
        <w:jc w:val="right"/>
      </w:pPr>
      <w:r>
        <w:t>اس سے ایک کلچر بنتا ہے۔</w:t>
      </w:r>
    </w:p>
    <w:p>
      <w:r>
        <w:rPr>
          <w:b/>
        </w:rPr>
        <w:t xml:space="preserve">[42:07] </w:t>
      </w:r>
      <w:r>
        <w:t>to culture hamesha geography se banta hai, mulk ke halaat se banta hai.</w:t>
      </w:r>
    </w:p>
    <w:p>
      <w:pPr>
        <w:jc w:val="right"/>
      </w:pPr>
      <w:r>
        <w:t>تو کلچر ہمیشہ جغرافی سے بنتا ہے، ملک کے حالات سے بنتا ہے۔</w:t>
      </w:r>
    </w:p>
    <w:p>
      <w:r>
        <w:rPr>
          <w:b/>
        </w:rPr>
        <w:t xml:space="preserve">[42:14] </w:t>
      </w:r>
      <w:r>
        <w:t>lekin jo real mazhab hai, jo divine mazhab hai, woh to is se oopar ek cheez hai.</w:t>
      </w:r>
    </w:p>
    <w:p>
      <w:pPr>
        <w:jc w:val="right"/>
      </w:pPr>
      <w:r>
        <w:t>لیکن جو ریئل مذہب ہے، جو ڈیوائن مذہب ہے، وہ تو اس سے اوپر ایک چیز ہے۔</w:t>
      </w:r>
    </w:p>
    <w:p>
      <w:r>
        <w:rPr>
          <w:b/>
        </w:rPr>
        <w:t xml:space="preserve">[42:23] </w:t>
      </w:r>
      <w:r>
        <w:t>woh thinking ki level banti hai. woh apne mind ko active karte hain, aap zindagi ki haqeeqat ko daryaft karte hain, universe ko, aur ghhor kar ke is ke baray mein maloomat karte hain.</w:t>
      </w:r>
    </w:p>
    <w:p>
      <w:pPr>
        <w:jc w:val="right"/>
      </w:pPr>
      <w:r>
        <w:t>وہ تھنکنگ کی لیول بنتی ہے۔ وہ اپنے مائنڈ کو ایکٹیو کرتے ہیں، آپ زندگی کی حقیقت کو دریافت کرتے ہیں، یونیورس کو، اور غور کر کے اس کے بارے میں معلومات کرتے ہیں۔</w:t>
      </w:r>
    </w:p>
    <w:p>
      <w:r>
        <w:rPr>
          <w:b/>
        </w:rPr>
        <w:t xml:space="preserve">[42:44] </w:t>
      </w:r>
      <w:r>
        <w:t>is se aap ke andar ek intellectual awakening aati hai, jis ko marifat kaha gaya hai. woh hai mazhab. culture ka naam mazhab nahi hai.</w:t>
      </w:r>
    </w:p>
    <w:p>
      <w:pPr>
        <w:jc w:val="right"/>
      </w:pPr>
      <w:r>
        <w:t>اس سے آپ کے اندر ایک انٹلیکچول اویکننگ آتی ہے، جس کو معرفت کہا گیا ہے۔ وہ ہے مذہب۔ کلچر کا نام مذہب نہیں ہے۔</w:t>
      </w:r>
    </w:p>
    <w:p>
      <w:r>
        <w:rPr>
          <w:b/>
        </w:rPr>
        <w:t xml:space="preserve">[42:59] </w:t>
      </w:r>
      <w:r>
        <w:t>ab dekhein, agar aap India mein dekhein to yahan ke musalmanon ka ek tarz ka culture hoga. Africa jayen to wahan doosra culture hoga.</w:t>
      </w:r>
    </w:p>
    <w:p>
      <w:pPr>
        <w:jc w:val="right"/>
      </w:pPr>
      <w:r>
        <w:t>اب دیکھیں، اگر آپ انڈیا میں دیکھیں تو یہاں کے مسلمانوں کا ایک طرز کا کلچر ہوگا۔ افریقہ جائیں تو وہاں دوسرا کلچر ہوگا۔</w:t>
      </w:r>
    </w:p>
    <w:p>
      <w:r>
        <w:rPr>
          <w:b/>
        </w:rPr>
        <w:t xml:space="preserve">[43:08] </w:t>
      </w:r>
      <w:r>
        <w:t>aap Europe, America jayen to wahan ek aur culture hoga.</w:t>
      </w:r>
    </w:p>
    <w:p>
      <w:pPr>
        <w:jc w:val="right"/>
      </w:pPr>
      <w:r>
        <w:t>آپ یورپ، امریکہ جائیں تو وہاں ایک اور کلچر ہوگا۔</w:t>
      </w:r>
    </w:p>
    <w:p>
      <w:r>
        <w:rPr>
          <w:b/>
        </w:rPr>
        <w:t xml:space="preserve">[43:15] </w:t>
      </w:r>
      <w:r>
        <w:t>yeh to geography hai jo culture ki tashkeel karti hai,</w:t>
      </w:r>
    </w:p>
    <w:p>
      <w:pPr>
        <w:jc w:val="right"/>
      </w:pPr>
      <w:r>
        <w:t>یہ تو جغرافی ہے جو کلچر کی تشکیل کرتی ہے،</w:t>
      </w:r>
    </w:p>
    <w:p>
      <w:r>
        <w:rPr>
          <w:b/>
        </w:rPr>
        <w:t xml:space="preserve">[43:23] </w:t>
      </w:r>
      <w:r>
        <w:t>aur jo asal mazhab hai, woh is se buland hai.</w:t>
      </w:r>
    </w:p>
    <w:p>
      <w:pPr>
        <w:jc w:val="right"/>
      </w:pPr>
      <w:r>
        <w:t>اور جو اصل مذہب ہے، وہ اس سے بلند ہے۔</w:t>
      </w:r>
    </w:p>
    <w:p>
      <w:r>
        <w:rPr>
          <w:b/>
        </w:rPr>
        <w:t xml:space="preserve">[43:29] </w:t>
      </w:r>
      <w:r>
        <w:t>mazhab mein sab se bari cheez hai, pehli woh hai khuda ki marifat, yani creator ki marifat, creator ka ko discover karna.</w:t>
      </w:r>
    </w:p>
    <w:p>
      <w:pPr>
        <w:jc w:val="right"/>
      </w:pPr>
      <w:r>
        <w:t>مذہب میں سب سے بڑی چیز ہے، پہلی وہ ہے خدا کی معرفت، یعنی کریٹر کی معرفت، کریٹ کریٹر کا کو ڈسکور کرنا۔</w:t>
      </w:r>
    </w:p>
    <w:p>
      <w:r>
        <w:rPr>
          <w:b/>
        </w:rPr>
        <w:t xml:space="preserve">[43:43] </w:t>
      </w:r>
      <w:r>
        <w:t>yahan se beginning hoti hai. jab aap, jab aap ko shaoor milta hai, jab aap motive aati hai aap ke andar, to aap sochne shuru karte hain ke ke mein kaise paida ho gaya, yeh duniya kaise ban gayi,</w:t>
      </w:r>
    </w:p>
    <w:p>
      <w:pPr>
        <w:jc w:val="right"/>
      </w:pPr>
      <w:r>
        <w:t>یہاں سے بگننگ ہوتی ہے۔ جب آپ، جب آپ کو شعور ملتا ہے، جب آپ موٹیوٹی آتی ہے آپ کے اندر، تو آپ سوچنے شروع کرتے ہیں کہ کہ میں کیسے پیدا ہو گیا، یہ دنیا کیسے بن گئی،</w:t>
      </w:r>
    </w:p>
    <w:p>
      <w:r>
        <w:rPr>
          <w:b/>
        </w:rPr>
        <w:t xml:space="preserve">[44:02] </w:t>
      </w:r>
      <w:r>
        <w:t>kya hai zindagi, kya hai maut.</w:t>
      </w:r>
    </w:p>
    <w:p>
      <w:pPr>
        <w:jc w:val="right"/>
      </w:pPr>
      <w:r>
        <w:t>کیا ہے زندگی، کیا ہے موت۔</w:t>
      </w:r>
    </w:p>
    <w:p>
      <w:r>
        <w:rPr>
          <w:b/>
        </w:rPr>
        <w:t xml:space="preserve">[44:07] </w:t>
      </w:r>
      <w:r>
        <w:t>to is is soch se aap pohanchte hain jis cheez par, jis cheez tak, usi ko hota hai marifat. to marifat se aghaz hota hai,</w:t>
      </w:r>
    </w:p>
    <w:p>
      <w:pPr>
        <w:jc w:val="right"/>
      </w:pPr>
      <w:r>
        <w:t>تو اس اس سوچ سے آپ پہنچتے ہیں جس چیز پر، جس چیز تک، اسی کو ہوتا ہے معرفت۔ تو معرفت سے آغاز ہوتا ہے،</w:t>
      </w:r>
    </w:p>
    <w:p>
      <w:r>
        <w:rPr>
          <w:b/>
        </w:rPr>
        <w:t xml:space="preserve">[44:23] </w:t>
      </w:r>
      <w:r>
        <w:t>phir sari cheezein unfold hoti hain.</w:t>
      </w:r>
    </w:p>
    <w:p>
      <w:pPr>
        <w:jc w:val="right"/>
      </w:pPr>
      <w:r>
        <w:t>پھر ساری چیزیں ان فولڈ ہوتی ہیں۔</w:t>
      </w:r>
    </w:p>
    <w:p>
      <w:r>
        <w:rPr>
          <w:b/>
        </w:rPr>
        <w:t xml:space="preserve">[44:28] </w:t>
      </w:r>
      <w:r>
        <w:t>jo real mazhab ka aghaz jo hai, marifat hai,</w:t>
      </w:r>
    </w:p>
    <w:p>
      <w:pPr>
        <w:jc w:val="right"/>
      </w:pPr>
      <w:r>
        <w:t>جو ریئل مذہب کا آغاز جو ہے، معرفت ہے،</w:t>
      </w:r>
    </w:p>
    <w:p>
      <w:r>
        <w:rPr>
          <w:b/>
        </w:rPr>
        <w:t xml:space="preserve">[44:33] </w:t>
      </w:r>
      <w:r>
        <w:t>yani ke koi doosri cheez cheez nahi hai. aur marifat naam hai discovery ka, aur discovery kaise hoti hai?</w:t>
      </w:r>
    </w:p>
    <w:p>
      <w:pPr>
        <w:jc w:val="right"/>
      </w:pPr>
      <w:r>
        <w:t>یعنی کہ کوئی دوسری چیز چیز نہیں ہے۔ اور معرفت نام ہے ڈسکوری کا، اور ڈسکوری کیسے ہوتی ہے؟</w:t>
      </w:r>
    </w:p>
    <w:p>
      <w:r>
        <w:rPr>
          <w:b/>
        </w:rPr>
        <w:t xml:space="preserve">[44:45] </w:t>
      </w:r>
      <w:r>
        <w:t>tadabbur karne se, ghore o fikr karne se, contemplation ke zariye se hoti hai. aur jis ka ek tajruba main ne aap ko bataya,</w:t>
      </w:r>
    </w:p>
    <w:p>
      <w:pPr>
        <w:jc w:val="right"/>
      </w:pPr>
      <w:r>
        <w:t>تدبر کرنے سے، غور و فکر کرنے سے، کنٹمپریشن کے ذریعے سے ہوتی ہے۔ اور جس کا ایک تجربہ میں نے آپ کو بتایا،</w:t>
      </w:r>
    </w:p>
    <w:p>
      <w:r>
        <w:rPr>
          <w:b/>
        </w:rPr>
        <w:t xml:space="preserve">[44:57] </w:t>
      </w:r>
      <w:r>
        <w:t>to main chahta hoon ke yahi soch hum apni taraf paida karein, aur yahi soch aap doosron ke andar inculcate karein.</w:t>
      </w:r>
    </w:p>
    <w:p>
      <w:pPr>
        <w:jc w:val="right"/>
      </w:pPr>
      <w:r>
        <w:t>تو میں چاہتا ہوں کہ یہی سوچ ہم اپنی طرف پیدا کریں، اور یہی سوچ آپ دوسروں کے اندر انکلکیٹ کریں۔</w:t>
      </w:r>
    </w:p>
    <w:p>
      <w:r>
        <w:rPr>
          <w:b/>
        </w:rPr>
        <w:t xml:space="preserve">[45:09] </w:t>
      </w:r>
      <w:r>
        <w:t>isi ka naam dawat hai, isi ka naam dawat lilah hai.</w:t>
      </w:r>
    </w:p>
    <w:p>
      <w:pPr>
        <w:jc w:val="right"/>
      </w:pPr>
      <w:r>
        <w:t>اسی کا نام دعوت ہے، اسی کا نام دعوت للہ ہے۔</w:t>
      </w:r>
    </w:p>
    <w:p>
      <w:r>
        <w:rPr>
          <w:b/>
        </w:rPr>
        <w:t xml:space="preserve">[45:16] </w:t>
      </w:r>
      <w:r>
        <w:t>to main dua karta hoon ke Allah taala mujh ko aur aap ko tofeeq de ke hum is haqeeqat ko samjhein aur apni zindagi ko is par utha lein</w:t>
      </w:r>
    </w:p>
    <w:p>
      <w:pPr>
        <w:jc w:val="right"/>
      </w:pPr>
      <w:r>
        <w:t>تو میں دعا کرتا ہوں کہ اللہ تعالی مجھ کو اور آپ کو توفیق دے کہ ہم اس حقیقت کو سمجھیں اور اپنی زندگی کو اس پر اٹھا لیں</w:t>
      </w:r>
    </w:p>
    <w:p>
      <w:r>
        <w:rPr>
          <w:b/>
        </w:rPr>
        <w:t xml:space="preserve">[45:33] </w:t>
      </w:r>
      <w:r>
        <w:t>taake hamari dunya bhi kamyab ho aur hamari akhirat bhi kamyab ho.</w:t>
      </w:r>
    </w:p>
    <w:p>
      <w:pPr>
        <w:jc w:val="right"/>
      </w:pPr>
      <w:r>
        <w:t>تاکہ ہماری دنیا بھی کامیاب ہو اور ہماری آخرت بھی کامیاب ہو۔</w:t>
      </w:r>
    </w:p>
    <w:p>
      <w:r>
        <w:rPr>
          <w:b/>
        </w:rPr>
        <w:t xml:space="preserve">[45:46] </w:t>
      </w:r>
      <w:r>
        <w:t>to isi isi par main apni baat ko khatam karta hoon aur dua karta hoon ke hum sab ko Allah taala dunya o akhirat mein apni rehmat se nawaze.</w:t>
      </w:r>
    </w:p>
    <w:p>
      <w:pPr>
        <w:jc w:val="right"/>
      </w:pPr>
      <w:r>
        <w:t>تو اسی اسی پر میں اپنی بات کو ختم کرتا ہوں اور دعا کرتا ہوں کہ ہم سب کو اللہ تعالی دنیا و آخرت میں اپنی رحمت سے نوازے۔</w:t>
      </w:r>
    </w:p>
    <w:p>
      <w:r>
        <w:rPr>
          <w:b/>
        </w:rPr>
        <w:t xml:space="preserve">[45:59] </w:t>
      </w:r>
      <w:r>
        <w:t>assalam o alaikum wa rehmatullahi wa barakatuh.</w:t>
      </w:r>
    </w:p>
    <w:p>
      <w:pPr>
        <w:jc w:val="right"/>
      </w:pPr>
      <w:r>
        <w:t>السلام علیکم ورحمۃ اللہ وبرکاتہ۔</w:t>
      </w:r>
    </w:p>
    <w:p>
      <w:r>
        <w:rPr>
          <w:b/>
        </w:rPr>
        <w:t xml:space="preserve">[46:17] </w:t>
      </w:r>
      <w:r>
        <w:t>okay, all the online viewers who want to send their comments or questions to Maulana can send it info at cpsglobal.org.</w:t>
      </w:r>
    </w:p>
    <w:p>
      <w:pPr>
        <w:jc w:val="right"/>
      </w:pPr>
      <w:r>
        <w:t>اوکے، ال دی ان لائن ویوورز ہو وانٹ ٹو سینڈ دیر کمنٹس اور کوئسچنز ٹو مولانا کین سینڈ اٹ انفو ایٹ سی پی ایس گلوبل ڈاٹ او آر جی۔</w:t>
      </w:r>
    </w:p>
    <w:p>
      <w:r>
        <w:rPr>
          <w:b/>
        </w:rPr>
        <w:t xml:space="preserve">[46:30] </w:t>
      </w:r>
      <w:r>
        <w:t>Maulana, yeh sawal aaya hai Muhammad Abrar sahib ka Allahabad se, aur unhone aapse poocha hai ke Maulana, namaz mein woh Khuda par concentration nahi hasil hota jo Quran ko parhne se ya mukhtalif halaat ka jaiza lene se hasil hota hai.</w:t>
      </w:r>
    </w:p>
    <w:p>
      <w:pPr>
        <w:jc w:val="right"/>
      </w:pPr>
      <w:r>
        <w:t>مولانا، یہ سوال آیا ہے محمد ابرار صاحب کا الہ آباد سے، اور انہوں نے آپ سے پوچھا ہے کہ مولانا، نماز میں وہ خدا پر کنسنٹریشن نہیں حاصل ہوتا جو قرآن کو پڑھنے سے یا مختلف حالات کا جائزہ لینے سے حاصل ہوتا ہے۔</w:t>
      </w:r>
    </w:p>
    <w:p>
      <w:r>
        <w:rPr>
          <w:b/>
        </w:rPr>
        <w:t xml:space="preserve">[46:50] </w:t>
      </w:r>
      <w:r>
        <w:t>is ka kya karan hai?</w:t>
      </w:r>
    </w:p>
    <w:p>
      <w:pPr>
        <w:jc w:val="right"/>
      </w:pPr>
      <w:r>
        <w:t>اس کا کیا کارن ہے؟</w:t>
      </w:r>
    </w:p>
    <w:p>
      <w:r>
        <w:rPr>
          <w:b/>
        </w:rPr>
        <w:t xml:space="preserve">[46:56] </w:t>
      </w:r>
      <w:r>
        <w:t>dekhein, aaj kal jo hai namaz ko log form samajhne lage hain, form bas samajhte hain ke yani ek form hai, us ko dohra diya to namaz ho gayi.</w:t>
      </w:r>
    </w:p>
    <w:p>
      <w:pPr>
        <w:jc w:val="right"/>
      </w:pPr>
      <w:r>
        <w:t>دیکھیں، آج کل جو ہے نماز کو لوگ فارم سمجھنے لگے ہیں، فارم بس سمجھتے ہیں کہ یعنی ایک فارم ہے، اس کو دہرا دیا تو نماز ہو گئی۔</w:t>
      </w:r>
    </w:p>
    <w:p>
      <w:r>
        <w:rPr>
          <w:b/>
        </w:rPr>
        <w:t xml:space="preserve">[47:10] </w:t>
      </w:r>
      <w:r>
        <w:t>to consciously ya unconsciously aadmi ka mind isi form pe laga rehta hai, haalanke form jo hai secretary cheez hai.</w:t>
      </w:r>
    </w:p>
    <w:p>
      <w:pPr>
        <w:jc w:val="right"/>
      </w:pPr>
      <w:r>
        <w:t>تو کانشیسلی یا انکانشیسلی آدمی کا مائنڈ اسی فارم پہ لگا رہتا ہے، حالانکہ فارم جو ہے سکرٹری چیز ہے۔</w:t>
      </w:r>
    </w:p>
    <w:p>
      <w:r>
        <w:rPr>
          <w:b/>
        </w:rPr>
        <w:t xml:space="preserve">[47:19] </w:t>
      </w:r>
      <w:r>
        <w:t>asal cheez hai woh jo aap Quran mein parhte hain, woh jo woh namaz mein parhte hain.</w:t>
      </w:r>
    </w:p>
    <w:p>
      <w:pPr>
        <w:jc w:val="right"/>
      </w:pPr>
      <w:r>
        <w:t>اصل چیز ہے وہ جو آپ قرآن میں پڑھتے ہیں، وہ جو وہ نماز میں پڑھتے ہیں۔</w:t>
      </w:r>
    </w:p>
    <w:p>
      <w:r>
        <w:rPr>
          <w:b/>
        </w:rPr>
        <w:t xml:space="preserve">[47:26] </w:t>
      </w:r>
      <w:r>
        <w:t>misal ke taur par aap ne farz kare ke namaz shuru ki aur us ke baad kaha ke Allah o Akbar. to aap, aap agar aap sochein ke Allah o Akbar kitni badi cheez hai ke is universe mein sab se badi cheez Allah hai,</w:t>
      </w:r>
    </w:p>
    <w:p>
      <w:pPr>
        <w:jc w:val="right"/>
      </w:pPr>
      <w:r>
        <w:t>مثلاً آپ نے فرض کیے کہ نماز شروع کی اور اس کے بعد کہا کہ اللہ اکبر۔ تو آپ، آپ اگر آپ سوچیں کہ اللہ اکبر کتنی بڑی چیز ہے کہ اس یونیورس میں سب سے بڑی چیز اللہ ہے،</w:t>
      </w:r>
    </w:p>
    <w:p>
      <w:r>
        <w:rPr>
          <w:b/>
        </w:rPr>
        <w:t xml:space="preserve">[47:40] </w:t>
      </w:r>
      <w:r>
        <w:t>yeh sochte hi aap ko ek dam ek dil ke andar ek nayi kaifiyat paida ho jayegi.</w:t>
      </w:r>
    </w:p>
    <w:p>
      <w:pPr>
        <w:jc w:val="right"/>
      </w:pPr>
      <w:r>
        <w:t>یہ سوچتے ہی آپ کو ایک دم ایک دل کے اندر ایک نئی کیفیت پیدا ہو جائے گی۔</w:t>
      </w:r>
    </w:p>
    <w:p>
      <w:r>
        <w:rPr>
          <w:b/>
        </w:rPr>
        <w:t xml:space="preserve">[47:50] </w:t>
      </w:r>
      <w:r>
        <w:t>to yeh jo phenomena hai, yeh form based namaz ka hai, marifat based namaz ka nahi hai. to namaz mein jo aap parhte hain,</w:t>
      </w:r>
    </w:p>
    <w:p>
      <w:pPr>
        <w:jc w:val="right"/>
      </w:pPr>
      <w:r>
        <w:t>تو یہ جو فیناومینا ہے، یہ فارم بیسڈ نماز کا ہے، معرفت بیسڈ نماز کا نہیں ہے۔ تو نماز میں جو آپ پڑھتے ہیں،</w:t>
      </w:r>
    </w:p>
    <w:p>
      <w:r>
        <w:rPr>
          <w:b/>
        </w:rPr>
        <w:t xml:space="preserve">[48:04] </w:t>
      </w:r>
      <w:r>
        <w:t>Allah o Akbar ya Alhamdulillah ya aur aur jo cheezein hain, us ko jitna zyada us ke maani par jitna zyada dhyan karein ge aap, utna hi aap ke andar yani haqeeqi namaz paida</w:t>
      </w:r>
    </w:p>
    <w:p>
      <w:pPr>
        <w:jc w:val="right"/>
      </w:pPr>
      <w:r>
        <w:t>اللہ اکبر یا الحمدللہ یا اور اور جو چیزیں ہیں، اس کو جتنا زیادہ اس کے معنی پر جتنا زیادہ دھیان کریں گے آپ، اتنا ہی آپ کے اندر یعنی حقیقی نماز پیدا</w:t>
      </w:r>
    </w:p>
    <w:p>
      <w:r>
        <w:rPr>
          <w:b/>
        </w:rPr>
        <w:t xml:space="preserve">[48:16] </w:t>
      </w:r>
      <w:r>
        <w:t>hogi. agar sirf form ko aap ne yaad kar liya, usi ko dohra rahe hain to us se khushbu wali namaz nahi aa sakti.</w:t>
      </w:r>
    </w:p>
    <w:p>
      <w:pPr>
        <w:jc w:val="right"/>
      </w:pPr>
      <w:r>
        <w:t>ہوگی۔ اگر صرف فارم کو آپ نے یاد کر لیا، اسی کو دہرا رہے ہیں تو اس سے خوشبو والی نماز نہیں آ سکتی۔</w:t>
      </w:r>
    </w:p>
    <w:p>
      <w:r>
        <w:rPr>
          <w:b/>
        </w:rPr>
        <w:t xml:space="preserve">[48:28] </w:t>
      </w:r>
      <w:r>
        <w:t>Maulana, agla sawal lene se pehle ek comment parhna chahenge jo Maulana Farhad Umri ne bheja hai Delhi se, aur unhone likha hai: "Maulana, mere Facebook page par do message aate hain.</w:t>
      </w:r>
    </w:p>
    <w:p>
      <w:pPr>
        <w:jc w:val="right"/>
      </w:pPr>
      <w:r>
        <w:t>مولانا، اگلا سوال لینے سے پہلے ایک کمنٹ پڑھنا چاہیں گے جو مولانا فرہاد عمری نے بھیجا ہے دلی سے، اور انہوں نے لکھا ہے: "مولانا، میرے فیس بک پیج پر دو میسج آتے ہیں۔</w:t>
      </w:r>
    </w:p>
    <w:p>
      <w:r>
        <w:rPr>
          <w:b/>
        </w:rPr>
        <w:t xml:space="preserve">[48:44] </w:t>
      </w:r>
      <w:r>
        <w:t>ek mein musalman ka rona hota hai aur doosre page un logon ka hai jo mazhab ko nahi, jo mazhab ko nahi mante, yani atheist.</w:t>
      </w:r>
    </w:p>
    <w:p>
      <w:pPr>
        <w:jc w:val="right"/>
      </w:pPr>
      <w:r>
        <w:t>ایک میں مسلمان کا رونا ہوتا ہے اور دوسرے پیج ان لوگوں کا ہے جو مذہب کو نہیں، جو مذہب کو نہیں مانتے، یعنی ایتھیسٹ۔</w:t>
      </w:r>
    </w:p>
    <w:p>
      <w:r>
        <w:rPr>
          <w:b/>
        </w:rPr>
        <w:t xml:space="preserve">[48:54] </w:t>
      </w:r>
      <w:r>
        <w:t>pehlay pages se mujhe kuch nahi milta hai, us ke bar aks atheist logon ke messages se mujhe intellectual challenges milte hain.</w:t>
      </w:r>
    </w:p>
    <w:p>
      <w:pPr>
        <w:jc w:val="right"/>
      </w:pPr>
      <w:r>
        <w:t>پہلے پیجز سے مجھے کچھ نہیں ملتا ہے، اس کے برخلاف ایتھیسٹ لوگوں کے میسجز سے مجھے انٹلیکچول چیلنجز ملتے ہیں۔</w:t>
      </w:r>
    </w:p>
    <w:p>
      <w:r>
        <w:rPr>
          <w:b/>
        </w:rPr>
        <w:t xml:space="preserve">[49:05] </w:t>
      </w:r>
      <w:r>
        <w:t>mein samajhta hoon ke aisa CPS mission ki wajah se hai, warna mein bhi pro muslim ho kar manfi ho jata.</w:t>
      </w:r>
    </w:p>
    <w:p>
      <w:pPr>
        <w:jc w:val="right"/>
      </w:pPr>
      <w:r>
        <w:t>میں سمجھتا ہوں کہ ایسا سی پی ایس مشن کی وجہ سے ہے، ورنہ میں بھی پرو مسلم ہو کر منفی ہو جاتا۔"</w:t>
      </w:r>
    </w:p>
    <w:p>
      <w:r>
        <w:rPr>
          <w:b/>
        </w:rPr>
        <w:t xml:space="preserve">[49:17] </w:t>
      </w:r>
      <w:r>
        <w:t>to is mein koi sawal hai nahi? ji, yeh comment hai Maulana in ka. theek hai, baat hai. Maulana, agla sawal Dilli se hai Miss Naghma Siddiqui ka, aur unhon ne likha hai:</w:t>
      </w:r>
    </w:p>
    <w:p>
      <w:pPr>
        <w:jc w:val="right"/>
      </w:pPr>
      <w:r>
        <w:t>تو اس میں کوئی سوال ہے نہیں؟ جی، یہ کمنٹ ہے مولانا ان کا۔ ٹھیک ہے، بات ہے۔ مولانا، اگلا سوال دلی سے ہے مس نغمہ صدیقی کا، اور انہوں نے لکھا ہے:</w:t>
      </w:r>
    </w:p>
    <w:p>
      <w:r>
        <w:rPr>
          <w:b/>
        </w:rPr>
        <w:t xml:space="preserve">[49:32] </w:t>
      </w:r>
      <w:r>
        <w:t>wen we do not get something in this world, we often fall into frustration in spite of knowing the creation plan of God.</w:t>
      </w:r>
    </w:p>
    <w:p>
      <w:pPr>
        <w:jc w:val="right"/>
      </w:pPr>
      <w:r>
        <w:t>"وین وی ڈو ناٹ گیٹ سمتھنگ ان دس ورلڈ، وی افن فال انٹو فرسٹریشن ان سپائٹ اف نوئنگ دا کریشن پلان اف گاڈ۔</w:t>
      </w:r>
    </w:p>
    <w:p>
      <w:r>
        <w:rPr>
          <w:b/>
        </w:rPr>
        <w:t xml:space="preserve">[49:43] </w:t>
      </w:r>
      <w:r>
        <w:t>please give guidance for this.</w:t>
      </w:r>
    </w:p>
    <w:p>
      <w:pPr>
        <w:jc w:val="right"/>
      </w:pPr>
      <w:r>
        <w:t>پلیز گیو گائیڈنس فار دس۔"</w:t>
      </w:r>
    </w:p>
    <w:p>
      <w:r>
        <w:rPr>
          <w:b/>
        </w:rPr>
        <w:t xml:space="preserve">[49:46] </w:t>
      </w:r>
      <w:r>
        <w:t>mera jo tajurba hai, wo to yeh hai ke insaan ki ek kamzori hai ke uska dhyan jab jo cheez mil chuki hai, us ka us par dhyan nahi rehta.</w:t>
      </w:r>
    </w:p>
    <w:p>
      <w:pPr>
        <w:jc w:val="right"/>
      </w:pPr>
      <w:r>
        <w:t>میرا جو تجربہ ہے، وہ تو یہ ہے کہ انسان کی ایک کمزوری ہے کہ اس کا دھیان جب جو چیز مل چکی ہے، اس کا اس پر دھیان نہیں رہتا۔</w:t>
      </w:r>
    </w:p>
    <w:p>
      <w:r>
        <w:rPr>
          <w:b/>
        </w:rPr>
        <w:t xml:space="preserve">[49:59] </w:t>
      </w:r>
      <w:r>
        <w:t>is ka jo nahi mili hai, usi pe dhyan rehta hai. yaani mili hui cheez ko for granted le lena aur na mili hui cheez ko apna goal samajhna,</w:t>
      </w:r>
    </w:p>
    <w:p>
      <w:pPr>
        <w:jc w:val="right"/>
      </w:pPr>
      <w:r>
        <w:t>اس کا جو نہیں ملی ہے، اسی پہ دھیان رہتا ہے۔ یعنی ملی ہوئی چیز کو فار گانٹڈ لے لینا اور نہ ملی ہوئی چیز کو اپنا گول سمجھنا،</w:t>
      </w:r>
    </w:p>
    <w:p>
      <w:r>
        <w:rPr>
          <w:b/>
        </w:rPr>
        <w:t xml:space="preserve">[50:12] </w:t>
      </w:r>
      <w:r>
        <w:t>isi ka phenomena hai. yeh yeh aam baat hai ke har aadmi mili hui cheez ko for granted leta hai. misaal ke taur par, mein subah baitha tha, ab suraj nikla to ajeeb ehsaas hua ke suraj nikla mere liye,</w:t>
      </w:r>
    </w:p>
    <w:p>
      <w:pPr>
        <w:jc w:val="right"/>
      </w:pPr>
      <w:r>
        <w:t>اسی کا فیناومینا ہے۔ یہ یہ عام بات ہے کہ ہر آدمی ملی ہوئی چیز کو فار گانٹڈ لیتا ہے۔ مثلاً، میں صبح بیٹھا تھا، اب سورج نکلا تو عجیب احساس ہوا کہ سورج نکلا میرے لیے،</w:t>
      </w:r>
    </w:p>
    <w:p>
      <w:r>
        <w:rPr>
          <w:b/>
        </w:rPr>
        <w:t xml:space="preserve">[50:31] </w:t>
      </w:r>
      <w:r>
        <w:t>mujh se nau yaani nau crore 30 lakh meel door hai suraj, aur wahan se itni achhi roshni bhi bhej raha hai. to kaun sochta hai</w:t>
      </w:r>
    </w:p>
    <w:p>
      <w:pPr>
        <w:jc w:val="right"/>
      </w:pPr>
      <w:r>
        <w:t>مجھ سے نو یعنی نو کروڑ 30 لاکھ میل دور ہے سورج، اور وہاں سے اتنی اچھی روشنی بھیج رہا ہے۔ تو کون سوچتا ہے</w:t>
      </w:r>
    </w:p>
    <w:p>
      <w:r>
        <w:rPr>
          <w:b/>
        </w:rPr>
        <w:t xml:space="preserve">[50:41] </w:t>
      </w:r>
      <w:r>
        <w:t>suraj ke nikalne ko log for granted lete hain? mujhe aisa laga ke aaj hi suraj mere liye banaya gaya hai, aaj hi suraj mere liye roshan kiya gaya. to logon ka mizaj yeh ban gaya hai ke mili hui cheezon ko for greater khane mein daal dena aur na mili hui cheezon ko usi par dhyan lagana.</w:t>
      </w:r>
    </w:p>
    <w:p>
      <w:pPr>
        <w:jc w:val="right"/>
      </w:pPr>
      <w:r>
        <w:t>سورج کے نکلنے کو لوگ فار گانٹڈ لیتے ہیں؟ مجھے ایسا لگا کہ آج ہی سورج میرے لیے بنایا گیا ہے، آج ہی سورج میرے لیے روشن کیا گیا۔ تو لوگوں کا مزاج یہ بن گیا ہے کہ ملی ہوئی چیزوں کو فار گریٹر کھانے میں ڈال دینا اور نہ ملی ہوئی چیزوں کو اسی پر دھیان لگانا۔</w:t>
      </w:r>
    </w:p>
    <w:p>
      <w:r>
        <w:rPr>
          <w:b/>
        </w:rPr>
        <w:t xml:space="preserve">[51:02] </w:t>
      </w:r>
      <w:r>
        <w:t>lagana to apne is mizaj ka hamein durust karna padega, is mizaj ko correction karna padega, tab ja kar ke wo baat hasil hogi.</w:t>
      </w:r>
    </w:p>
    <w:p>
      <w:pPr>
        <w:jc w:val="right"/>
      </w:pPr>
      <w:r>
        <w:t>لگانا تو اپنے اس مزاج کا ہمیں درست کرنا پڑے گا، اس مزاج کو کریکشن کرنا پڑے گا، تب جا کر کے وہ بات حاصل ہوگی۔</w:t>
      </w:r>
    </w:p>
    <w:p>
      <w:r>
        <w:rPr>
          <w:b/>
        </w:rPr>
        <w:t xml:space="preserve">[51:18] </w:t>
      </w:r>
      <w:r>
        <w:t>Maulana, agla sawal Chennai se kiya hai Maulana Iqbal Umri ne, aur unhon ne likha hai: "Maulana, inner meaning ko janna hi intellectual development hai,</w:t>
      </w:r>
    </w:p>
    <w:p>
      <w:pPr>
        <w:jc w:val="right"/>
      </w:pPr>
      <w:r>
        <w:t>مولانا، اگلا سوال چنئی سے کیا ہے مولانا اقبال عمری نے، اور انہوں نے لکھا ہے: "مولانا، انر میننگ کو جاننا ہی انٹلیکچول ڈیولپمنٹ ہے،</w:t>
      </w:r>
    </w:p>
    <w:p>
      <w:r>
        <w:rPr>
          <w:b/>
        </w:rPr>
        <w:t xml:space="preserve">[51:32] </w:t>
      </w:r>
      <w:r>
        <w:t>inner reality ko janna hi spirituality hai. Maulana, is ki mazeed wazahat karein."</w:t>
      </w:r>
    </w:p>
    <w:p>
      <w:pPr>
        <w:jc w:val="right"/>
      </w:pPr>
      <w:r>
        <w:t>انر ریلیٹی کو جاننا ہی سپرچویلٹی ہے۔ مولانا، اس کی مزید وضاحت کریں۔"</w:t>
      </w:r>
    </w:p>
    <w:p>
      <w:r>
        <w:rPr>
          <w:b/>
        </w:rPr>
        <w:t xml:space="preserve">[51:42] </w:t>
      </w:r>
      <w:r>
        <w:t>mera matlab yeh hai ke log cheezon ko face value pe lete hain,</w:t>
      </w:r>
    </w:p>
    <w:p>
      <w:pPr>
        <w:jc w:val="right"/>
      </w:pPr>
      <w:r>
        <w:t>میرا مطلب یہ ہے کہ لوگ چیزوں کو فیس ویلیو پہ لیتے ہیں،</w:t>
      </w:r>
    </w:p>
    <w:p>
      <w:r>
        <w:rPr>
          <w:b/>
        </w:rPr>
        <w:t xml:space="preserve">[51:47] </w:t>
      </w:r>
      <w:r>
        <w:t>face value par is ke gehrai mein ja kar nahi sochte. misaal ke taur par, suraj nikla to bas nikal aaya, us ko bas face value pe le liya ke suraj to nikalta hi hai.</w:t>
      </w:r>
    </w:p>
    <w:p>
      <w:pPr>
        <w:jc w:val="right"/>
      </w:pPr>
      <w:r>
        <w:t>فیس ویلیو پر اس کے گہرائی میں جا کر نہیں سوچتے۔ مثلاً، سورج نکلا تو بس نکل آیا، اس کو بس فیس ویلیو پہ لے لیا کہ سورج تو نکلتا ہی ہے۔</w:t>
      </w:r>
    </w:p>
    <w:p>
      <w:r>
        <w:rPr>
          <w:b/>
        </w:rPr>
        <w:t xml:space="preserve">[51:59] </w:t>
      </w:r>
      <w:r>
        <w:t>lekin mein ne socha ke suraj itni badi cheez hai ke</w:t>
      </w:r>
    </w:p>
    <w:p>
      <w:pPr>
        <w:jc w:val="right"/>
      </w:pPr>
      <w:r>
        <w:t>لیکن میں نے سوچا کہ سورج اتنی بڑی چیز ہے کہ</w:t>
      </w:r>
    </w:p>
    <w:p>
      <w:r>
        <w:rPr>
          <w:b/>
        </w:rPr>
        <w:t xml:space="preserve">[52:06] </w:t>
      </w:r>
      <w:r>
        <w:t>billion trillion saal se kaise isi tarah se nikal raha hai, aur</w:t>
      </w:r>
    </w:p>
    <w:p>
      <w:pPr>
        <w:jc w:val="right"/>
      </w:pPr>
      <w:r>
        <w:t>بلین ٹریلین سال سے کیسے اسی طریقے سے نکل رہا ہے، اور</w:t>
      </w:r>
    </w:p>
    <w:p>
      <w:r>
        <w:rPr>
          <w:b/>
        </w:rPr>
        <w:t xml:space="preserve">[52:10] </w:t>
      </w:r>
      <w:r>
        <w:t>itne bahut hi thick distance par wo hai. is ka distance kam ho jaye, tab bhi wo mere liye wo bekar ho jayega.</w:t>
      </w:r>
    </w:p>
    <w:p>
      <w:pPr>
        <w:jc w:val="right"/>
      </w:pPr>
      <w:r>
        <w:t>اتنے بہت ہی تھک ڈسٹنس پر وہ ہے۔ اس کا ڈسٹنس کم ہو جائے، تب بھی وہ میرے لیے وہ بیکار ہو جائے گا۔</w:t>
      </w:r>
    </w:p>
    <w:p>
      <w:r>
        <w:rPr>
          <w:b/>
        </w:rPr>
        <w:t xml:space="preserve">[52:22] </w:t>
      </w:r>
      <w:r>
        <w:t>zyada ho jaye, tab bhi bekar ho jayega. to is ki, yaani is ki takhleeq ke bare mein mein sochne laga.</w:t>
      </w:r>
    </w:p>
    <w:p>
      <w:pPr>
        <w:jc w:val="right"/>
      </w:pPr>
      <w:r>
        <w:t>زیادہ ہو جائے، تب بھی بیکار ہو جائے گا۔ تو اس کی، یعنی اس کی تخلیق کے بارے میں میں سوچنے لگا۔</w:t>
      </w:r>
    </w:p>
    <w:p>
      <w:r>
        <w:rPr>
          <w:b/>
        </w:rPr>
        <w:t xml:space="preserve">[52:32] </w:t>
      </w:r>
      <w:r>
        <w:t>to agar aap cheezon ko, yaani face value par lein, to aap is ki jo real meaning hai, us se bekhabar rahenge.</w:t>
      </w:r>
    </w:p>
    <w:p>
      <w:pPr>
        <w:jc w:val="right"/>
      </w:pPr>
      <w:r>
        <w:t>تو اگر آپ چیزوں کو، یعنی فیس ویلیو پر لیں، تو آپ اس کی جو ریئل میننگ ہے، اس سے بے خبر رہیں گے۔</w:t>
      </w:r>
    </w:p>
    <w:p>
      <w:r>
        <w:rPr>
          <w:b/>
        </w:rPr>
        <w:t xml:space="preserve">[52:41] </w:t>
      </w:r>
      <w:r>
        <w:t>lekin face value ke aage jo is ki deeper sense mein jayein, aap to aap ko is ki haqeeqat maloom hogi.</w:t>
      </w:r>
    </w:p>
    <w:p>
      <w:pPr>
        <w:jc w:val="right"/>
      </w:pPr>
      <w:r>
        <w:t>لیکن فیس ویلیو کے آگے جو اس کی ڈیپر سینس میں جائیں، آپ تو آپ کو اس کی حقیقت معلوم ہوگی۔</w:t>
      </w:r>
    </w:p>
    <w:p>
      <w:r>
        <w:rPr>
          <w:b/>
        </w:rPr>
        <w:t xml:space="preserve">[52:51] </w:t>
      </w:r>
      <w:r>
        <w:t>yeh har cheez mein hota hai, har cheez mein hota hai. aisa</w:t>
      </w:r>
    </w:p>
    <w:p>
      <w:pPr>
        <w:jc w:val="right"/>
      </w:pPr>
      <w:r>
        <w:t>یہ ہر چیز میں ہوتا ہے، ہر چیز میں ہوتا ہے۔ ایسا</w:t>
      </w:r>
    </w:p>
    <w:p>
      <w:r>
        <w:rPr>
          <w:b/>
        </w:rPr>
        <w:t xml:space="preserve">[52:57] </w:t>
      </w:r>
      <w:r>
        <w:t>ek phool mein ne dekha to us mein saath makhi aayi aur use lagi is ka nectar lene. to mein ne socha, kaisi ajeeb baat hai ke ek ek ek poda hai, us ke neeche ek tana hai, phir shaakh hai, phir patti hai, wahan par ek phool hai.</w:t>
      </w:r>
    </w:p>
    <w:p>
      <w:pPr>
        <w:jc w:val="right"/>
      </w:pPr>
      <w:r>
        <w:t>ایک پھول میں نے دیکھا تو اس میں ساتھ مکھی آئی اور اسے لگی اس کا نیکٹر لینے۔ تو میں نے سوچا، کیسی عجیب بات ہے کہ ایک ایک ایک پودا ہے، اس کے نیچے ایک تنا ہے، پھر شاخ ہے، پھر پتی ہے، وہاں پر ایک پھول ہے۔</w:t>
      </w:r>
    </w:p>
    <w:p>
      <w:r>
        <w:rPr>
          <w:b/>
        </w:rPr>
        <w:t xml:space="preserve">[53:16] </w:t>
      </w:r>
      <w:r>
        <w:t>is phool ke andar nature ne wahan par ek nectar rakh diya, us ko leti hai shayad ki makhi.</w:t>
      </w:r>
    </w:p>
    <w:p>
      <w:pPr>
        <w:jc w:val="right"/>
      </w:pPr>
      <w:r>
        <w:t>اس پھول کے اندر نیچر نے وہاں پر ایک نیکٹر رکھ دیا، اس کو لیتی ہے شاید کی مکھی۔</w:t>
      </w:r>
    </w:p>
    <w:p>
      <w:r>
        <w:rPr>
          <w:b/>
        </w:rPr>
        <w:t xml:space="preserve">[53:24] </w:t>
      </w:r>
      <w:r>
        <w:t>to face value pe lein to kuch nahi dikhai dega, lekin jab aap deeper sense mein lein to us mein bahut zabardast wisdom dikhai dega aap ko.</w:t>
      </w:r>
    </w:p>
    <w:p>
      <w:pPr>
        <w:jc w:val="right"/>
      </w:pPr>
      <w:r>
        <w:t>تو فیس ویلیو پہ لیں تو کچھ نہیں دکھائی دے گا، لیکن جب آپ ڈیپر سینس میں لیں تو اس میں بہت زبردست وزڈم دکھائی دے گا آپ کو۔</w:t>
      </w:r>
    </w:p>
    <w:p>
      <w:r>
        <w:rPr>
          <w:b/>
        </w:rPr>
        <w:t xml:space="preserve">[53:34] </w:t>
      </w:r>
      <w:r>
        <w:t>yeh har cheez ka mamla hai.</w:t>
      </w:r>
    </w:p>
    <w:p>
      <w:pPr>
        <w:jc w:val="right"/>
      </w:pPr>
      <w:r>
        <w:t>یہ ہر چیز کا معاملہ ہے۔</w:t>
      </w:r>
    </w:p>
    <w:p>
      <w:r>
        <w:rPr>
          <w:b/>
        </w:rPr>
        <w:t xml:space="preserve">[53:42] </w:t>
      </w:r>
      <w:r>
        <w:t>maulana, agla sawal badli se kya hai muhammad farhan sahib ne, aur unhon ne likha hai ke: "maulana, we all have limited time in this earth</w:t>
      </w:r>
    </w:p>
    <w:p>
      <w:pPr>
        <w:jc w:val="right"/>
      </w:pPr>
      <w:r>
        <w:t>مولانا، اگلا سوال بادلی سے کیا ہے محمد فرحان صاحب نے، اور انہوں نے لکھا ہے کہ: "مولانا، وی ال ہیو لمیٹڈ ٹائم ان دس ارتھ</w:t>
      </w:r>
    </w:p>
    <w:p>
      <w:r>
        <w:rPr>
          <w:b/>
        </w:rPr>
        <w:t xml:space="preserve">[53:54] </w:t>
      </w:r>
      <w:r>
        <w:t>, so most of the people think that since time is less, so they should utilize it for material gains. the question is how to convince them that time should not be used for material gains, rather spiritual gains.</w:t>
      </w:r>
    </w:p>
    <w:p>
      <w:pPr>
        <w:jc w:val="right"/>
      </w:pPr>
      <w:r>
        <w:t>، سو موسٹ اف دا پیپل تھنک دیٹ سنس ٹائم از لیس، سو دے شوڈ یوٹیلائز اٹ فار مٹیریل گینز۔ دا کوئسچن از ہاؤ ٹو کنونس دیم دیٹ ٹائم شوڈ ناٹ بی یوزڈ فار مٹیریل گینز، رادر سپرچول گینز۔</w:t>
      </w:r>
    </w:p>
    <w:p>
      <w:r>
        <w:rPr>
          <w:b/>
        </w:rPr>
        <w:t xml:space="preserve">[54:11] </w:t>
      </w:r>
      <w:r>
        <w:t>what is your comment on this?" dekhiye, yeh yeh angle galat hai sochne ka.</w:t>
      </w:r>
    </w:p>
    <w:p>
      <w:pPr>
        <w:jc w:val="right"/>
      </w:pPr>
      <w:r>
        <w:t>واٹ از یور کمنٹ ان دس؟" دیکھیے، یہ یہ اینگل غلط ہے سوچنے کا۔</w:t>
      </w:r>
    </w:p>
    <w:p>
      <w:r>
        <w:rPr>
          <w:b/>
        </w:rPr>
        <w:t xml:space="preserve">[54:22] </w:t>
      </w:r>
      <w:r>
        <w:t>masla yeh nahi ke time hamare paas kam hai, masla yeh hai ke hum jo material gain hum chahte hain, woh hum pa nahi sakte.</w:t>
      </w:r>
    </w:p>
    <w:p>
      <w:pPr>
        <w:jc w:val="right"/>
      </w:pPr>
      <w:r>
        <w:t>مسئلہ یہ نہیں کہ ٹائم ہمارے پاس کم ہے، مسئلہ یہ ہے کہ ہم جو مٹیریل گرہ ہم چاہتے ہیں، وہ ہم پا نہیں سکتے۔</w:t>
      </w:r>
    </w:p>
    <w:p>
      <w:r>
        <w:rPr>
          <w:b/>
        </w:rPr>
        <w:t xml:space="preserve">[54:34] </w:t>
      </w:r>
      <w:r>
        <w:t>jaise ke maine misaal di abhi ke ek aadmi ne bohat ziyada paisa kamaya aur global level par uska business hai, lekin ab aakhir mein woh kya kar raha hai?</w:t>
      </w:r>
    </w:p>
    <w:p>
      <w:pPr>
        <w:jc w:val="right"/>
      </w:pPr>
      <w:r>
        <w:t>جیسے کہ میں نے مثال دی ابھی کہ ایک آدمی نے بہت زیادہ پیسہ کمایا اور گلوبل لیول پر اس کا بزنس ہے، لیکن اب آخر میں وہ کیا کر رہا ہے؟</w:t>
      </w:r>
    </w:p>
    <w:p>
      <w:r>
        <w:rPr>
          <w:b/>
        </w:rPr>
        <w:t xml:space="preserve">[54:45] </w:t>
      </w:r>
      <w:r>
        <w:t>spirituality ki talash mein hai. woh</w:t>
      </w:r>
    </w:p>
    <w:p>
      <w:pPr>
        <w:jc w:val="right"/>
      </w:pPr>
      <w:r>
        <w:t>سپرچولیٹی کی تلاش میں ہے۔ وہ</w:t>
      </w:r>
    </w:p>
    <w:p>
      <w:r>
        <w:rPr>
          <w:b/>
        </w:rPr>
        <w:t xml:space="preserve">[54:48] </w:t>
      </w:r>
      <w:r>
        <w:t>to masla yeh nahi hai ke ab time kam hai to hum material gain ki taraf daudein. masla yeh hai ke material gain jo hai, woh achievable hi nahi hai, kyunke material gain ko jo janchne ka criteria hai, woh ek mujhe fulfillable milay.</w:t>
      </w:r>
    </w:p>
    <w:p>
      <w:pPr>
        <w:jc w:val="right"/>
      </w:pPr>
      <w:r>
        <w:t>تو مسئلہ یہ نہیں ہے کہ اب ٹائم کم ہے تو ہم مٹیریل گین کی طرف دوڑیں۔ مسئلہ یہ ہے کہ مٹیریل گین جو ہے، وہ اچیبل ہی نہیں ہے، کیونکہ مٹیریل گین کو جو جانچنے کا کرائٹیریا ہے، وہ ایک مجھے فلفلیبل ملے۔</w:t>
      </w:r>
    </w:p>
    <w:p>
      <w:r>
        <w:rPr>
          <w:b/>
        </w:rPr>
        <w:t xml:space="preserve">[55:06] </w:t>
      </w:r>
      <w:r>
        <w:t>fulfillment to koi bhi material gain mujhe fulfillable nahi deta. to galat criteria se janchte hain log isko.</w:t>
      </w:r>
    </w:p>
    <w:p>
      <w:pPr>
        <w:jc w:val="right"/>
      </w:pPr>
      <w:r>
        <w:t>فلفلمنٹ تو کوئی بھی مٹیریل گین مجھے فلفلیبل نہیں دیتا۔ تو غلط کرائٹیریا سے جانچتے ہیں لوگ اس کو۔</w:t>
      </w:r>
    </w:p>
    <w:p>
      <w:r>
        <w:rPr>
          <w:b/>
        </w:rPr>
        <w:t xml:space="preserve">[55:15] </w:t>
      </w:r>
      <w:r>
        <w:t>sahi criteria yeh hai ke hum janchte hain isko ke kya mujhe fulfillment mila? agar mila to theek hai, nahi mila to phir bekar hai. to poori tareekh batati hai ke kisi ko bhi material gain se fulfillment milta nahi hai.</w:t>
      </w:r>
    </w:p>
    <w:p>
      <w:pPr>
        <w:jc w:val="right"/>
      </w:pPr>
      <w:r>
        <w:t>صحیح کرائٹیریا یہ ہے کہ ہم جانچتے ہیں اس کو کہ کیا مجھے فلفلمنٹ ملا؟ اگر ملا تو ٹھیک ہے، نہیں ملا تو پھر بیکار ہے۔ تو پوری تاریخ بتاتی ہے کہ کسی کو بھی مٹیریل گین سے فلفلمنٹ ملتا نہیں ہے۔</w:t>
      </w:r>
    </w:p>
    <w:p>
      <w:r>
        <w:rPr>
          <w:b/>
        </w:rPr>
        <w:t xml:space="preserve">[55:32] </w:t>
      </w:r>
      <w:r>
        <w:t>to yeh yeh hai right criteria jis se cheezon ko judge karna chahiye.</w:t>
      </w:r>
    </w:p>
    <w:p>
      <w:pPr>
        <w:jc w:val="right"/>
      </w:pPr>
      <w:r>
        <w:t>تو یہ یہ ہے رائٹ کرائٹیریا جس سے چیزوں کو جج کرنا چاہیے۔</w:t>
      </w:r>
    </w:p>
    <w:p>
      <w:r>
        <w:rPr>
          <w:b/>
        </w:rPr>
        <w:t xml:space="preserve">[55:40] </w:t>
      </w:r>
      <w:r>
        <w:t>maulana, agla sawal mumbai se kya hai rashid sahib ne, aur unhon ne likha hai ke: "maulana, you said in today talk that the biggest thing is intellectual development, which is so very true,</w:t>
      </w:r>
    </w:p>
    <w:p>
      <w:pPr>
        <w:jc w:val="right"/>
      </w:pPr>
      <w:r>
        <w:t>مولانا، اگلا سوال ممبئی سے کیا ہے راشد صاحب نے، اور انہوں نے لکھا ہے کہ: "مولانا، یو سیڈ ان ٹوڈے ٹاک دیٹ دا بگسٹ تھنگ از انٹلیکچول ڈیولپمنٹ، وچ از سو ویری ٹرو،</w:t>
      </w:r>
    </w:p>
    <w:p>
      <w:r>
        <w:rPr>
          <w:b/>
        </w:rPr>
        <w:t xml:space="preserve">[55:56] </w:t>
      </w:r>
      <w:r>
        <w:t>but maulana, many people have self doubt, which is a hindrance to their intellectual development. how can they come out from this negative feeling of self doubt?</w:t>
      </w:r>
    </w:p>
    <w:p>
      <w:pPr>
        <w:jc w:val="right"/>
      </w:pPr>
      <w:r>
        <w:t>بٹ مولانا، مینی پیپل ہیو سیلف ڈاؤٹ، وچ از ا ہنڈرنس ٹو دیر انٹلیکچول ڈیولپمنٹ۔ ہاؤ کین دے کم آؤٹ فرام دس نیگیٹیو فیلنگ اف سیلف ڈاؤٹ؟</w:t>
      </w:r>
    </w:p>
    <w:p>
      <w:r>
        <w:rPr>
          <w:b/>
        </w:rPr>
        <w:t xml:space="preserve">[56:07] </w:t>
      </w:r>
      <w:r>
        <w:t>please give your guidance.</w:t>
      </w:r>
    </w:p>
    <w:p>
      <w:pPr>
        <w:jc w:val="right"/>
      </w:pPr>
      <w:r>
        <w:t>پلیز گیو یور گائیڈنس۔</w:t>
      </w:r>
    </w:p>
    <w:p>
      <w:r>
        <w:rPr>
          <w:b/>
        </w:rPr>
        <w:t xml:space="preserve">[56:10] </w:t>
      </w:r>
      <w:r>
        <w:t>"dekhein, self doubt ka jo term use kiya hai unhon ne, woh mujhe bohat clear nahi lagta. shayad unka matlab yeh ho ke confidence ki kami.</w:t>
      </w:r>
    </w:p>
    <w:p>
      <w:pPr>
        <w:jc w:val="right"/>
      </w:pPr>
      <w:r>
        <w:t>" دیکھیں، سیلف ڈاؤٹ کا جو ٹرم یوز کیا ہے انہوں نے، وہ مجھے بہت کلیر نہیں لگتا۔ شاید ان کا مطلب یہ ہو کہ کانفیڈنس کی کمی۔</w:t>
      </w:r>
    </w:p>
    <w:p>
      <w:r>
        <w:rPr>
          <w:b/>
        </w:rPr>
        <w:t xml:space="preserve">[56:23] </w:t>
      </w:r>
      <w:r>
        <w:t>shayad to dekhein, confidence ki kami jo hai, woh to aap ke liye bohat achi cheez hai ke aur ziyada aap ke andar seekhne ki spirit paida hoti hai.</w:t>
      </w:r>
    </w:p>
    <w:p>
      <w:pPr>
        <w:jc w:val="right"/>
      </w:pPr>
      <w:r>
        <w:t>شاید تو دیکھیں، کانفیڈنس کی کمی جو ہے، وہ تو آپ کے لیے بہت اچھی چیز ہے کہ اور زیادہ آپ کے اندر سیکھنے کی سپرٹ پیدا ہوتی ہے۔</w:t>
      </w:r>
    </w:p>
    <w:p>
      <w:r>
        <w:rPr>
          <w:b/>
        </w:rPr>
        <w:t xml:space="preserve">[56:36] </w:t>
      </w:r>
      <w:r>
        <w:t>agar hamare andar chunache dekhein, jo log arrogant hote hain, un mein seekhne ki spirit nahi hoti. jo arrogant hote hain, woh samajhte hain hum ne to pa liya, hum ko kya paana hai?</w:t>
      </w:r>
    </w:p>
    <w:p>
      <w:pPr>
        <w:jc w:val="right"/>
      </w:pPr>
      <w:r>
        <w:t>اگر ہمارے اندر چنانچہ دیکھیں، جو لوگ ارگونٹ ہوتے ہیں، ان میں سیکھنے کی سپرٹ نہیں ہوتی۔ جو ارگونٹ ہوتے ہیں، وہ سمجھتے ہیں ہم نے تو پا لیا، ہم کو کیا پانا ہے؟</w:t>
      </w:r>
    </w:p>
    <w:p>
      <w:r>
        <w:rPr>
          <w:b/>
        </w:rPr>
        <w:t xml:space="preserve">[56:48] </w:t>
      </w:r>
      <w:r>
        <w:t>lekin jinke andar modesty hoti hai, ya jis ko yeh keh rahe hain self doubt, to un ke andar ek seekhne ki spirit paida hot</w:t>
      </w:r>
    </w:p>
    <w:p>
      <w:pPr>
        <w:jc w:val="right"/>
      </w:pPr>
      <w:r>
        <w:t>لیکن جن کے اندر ماڈرسٹی ہوتی ہے، یا جس کو یہ کہہ رہے ہیں سیلف ڈاؤٹ، تو ان کے اندر ایک سیکھنے کی سپرٹ پیدا ہوت</w:t>
      </w:r>
    </w:p>
    <w:p>
      <w:r>
        <w:rPr>
          <w:b/>
        </w:rPr>
        <w:t xml:space="preserve">[56:58] </w:t>
      </w:r>
      <w:r>
        <w:t>i hai. mujhe aur jaanna hai, jo mein abhi jaana nahi hai. maine to mein to samajhta hoon ke yeh positive sign hai. yeh theek kiya khayal hai aap ka?</w:t>
      </w:r>
    </w:p>
    <w:p>
      <w:pPr>
        <w:jc w:val="right"/>
      </w:pPr>
      <w:r>
        <w:t>ی ہے۔ مجھے اور جاننا ہے، جو میں ابھی جانا نہیں ہے۔ میں نے تو میں تو سمجھتا ہوں کہ یہ پازیٹیو سائن ہے۔ یہ ٹھیک کیا خیال ہے آپ کا؟</w:t>
      </w:r>
    </w:p>
    <w:p>
      <w:r>
        <w:rPr>
          <w:b/>
        </w:rPr>
        <w:t xml:space="preserve">[57:08] </w:t>
      </w:r>
      <w:r>
        <w:t>ji maulana, ji sahi hai. maulana, positive sign hai. ji</w:t>
      </w:r>
    </w:p>
    <w:p>
      <w:pPr>
        <w:jc w:val="right"/>
      </w:pPr>
      <w:r>
        <w:t>جی مولانا، جی صحیح ہے۔ مولانا، پازیٹیو سائن ہے۔ جی</w:t>
      </w:r>
    </w:p>
    <w:p>
      <w:r>
        <w:rPr>
          <w:b/>
        </w:rPr>
        <w:t xml:space="preserve">[57:15] </w:t>
      </w:r>
      <w:r>
        <w:t>chalein, self doubt se aap ke andar self thinking aur badhegi, ghategi nahi, ghategi nahi.</w:t>
      </w:r>
    </w:p>
    <w:p>
      <w:pPr>
        <w:jc w:val="right"/>
      </w:pPr>
      <w:r>
        <w:t>چلیں، سیلف ڈاؤٹ سے آپ کے اندر سیلف تھنکنگ اور بڑھے گی، گھٹے گی نہیں، گھٹے گی نہیں۔</w:t>
      </w:r>
    </w:p>
    <w:p>
      <w:r>
        <w:rPr>
          <w:b/>
        </w:rPr>
        <w:t xml:space="preserve">[57:25] </w:t>
      </w:r>
      <w:r>
        <w:t>jaise maine apna qissa bataya tha aap ko is se pehle ke mein bohat pehle jab mein ek seeker ke roop mein tha, to ek din achanak mere zuban se yeh nikla ke khuda wand to kab aayega?</w:t>
      </w:r>
    </w:p>
    <w:p>
      <w:pPr>
        <w:jc w:val="right"/>
      </w:pPr>
      <w:r>
        <w:t>جیسے میں نے اپنا قصہ بتایا تھا آپ کو اس سے پہلے کہ میں بہت پہلے جب میں ایک سیکھر کے روپ میں تھا، تو ایک دن اچانک میرے زبان سے یہ نکلا کہ خداوند تو کب آئے گا؟</w:t>
      </w:r>
    </w:p>
    <w:p>
      <w:r>
        <w:rPr>
          <w:b/>
        </w:rPr>
        <w:t xml:space="preserve">[57:42] </w:t>
      </w:r>
      <w:r>
        <w:t>mein kab tak tere aane ka intezar karoon? yeh cheez meri seekhne ki spirit ko badhane wali ban gayi.</w:t>
      </w:r>
    </w:p>
    <w:p>
      <w:pPr>
        <w:jc w:val="right"/>
      </w:pPr>
      <w:r>
        <w:t>میں کب تک تیرے آنے کا انتظار کروں؟ یہ چیز میری سیکھنے کی سپرٹ کو بڑھانے والی بن گئی۔</w:t>
      </w:r>
    </w:p>
    <w:p>
      <w:r>
        <w:rPr>
          <w:b/>
        </w:rPr>
        <w:t xml:space="preserve">[57:50] </w:t>
      </w:r>
      <w:r>
        <w:t>to jis cheez ko woh self doubt keh rahe hain, mein samajhta hoon ke woh goods, woh acha sign hai, woh aur woh seekhne ki spirit ko badhane wala hai. bashart ke aadmi sincere ho.</w:t>
      </w:r>
    </w:p>
    <w:p>
      <w:pPr>
        <w:jc w:val="right"/>
      </w:pPr>
      <w:r>
        <w:t>تو جس چیز کو وہ سیلف ڈاؤٹ کہہ رہے ہیں، میں سمجھتا ہوں کہ وہ گڈز، وہ اچھا سائن ہے، وہ اور وہ سیکھنے کی سپرٹ کو بڑھانے والا ہے۔ بشرط کہ آدمی سنسیئر ہو۔</w:t>
      </w:r>
    </w:p>
    <w:p>
      <w:r>
        <w:rPr>
          <w:b/>
        </w:rPr>
        <w:t xml:space="preserve">[58:06] </w:t>
      </w:r>
      <w:r>
        <w:t>maulana, agla sawal bangalore se kiya hai. maulana, agla sawal bangalore se kiya hai mr. ravi ne, aur unhon ne likha hai ke: "modern civilization was supposed to make people happy and comfortable,</w:t>
      </w:r>
    </w:p>
    <w:p>
      <w:pPr>
        <w:jc w:val="right"/>
      </w:pPr>
      <w:r>
        <w:t>مولانا، اگلا سوال بینگلور سے کیا ہے۔ مولانا، اگلا سوال بینگلور سے کیا ہے مسٹر روی نے، اور انہوں نے لکھا ہے کہ: "ماڈرن سویلائزیشن واز سپوز ٹو میک پیپل ہیپی اینڈ کمفرٹیبل،</w:t>
      </w:r>
    </w:p>
    <w:p>
      <w:r>
        <w:rPr>
          <w:b/>
        </w:rPr>
        <w:t xml:space="preserve">[58:23] </w:t>
      </w:r>
      <w:r>
        <w:t>but today we see more cases of depression, tension, suicide and murder.</w:t>
      </w:r>
    </w:p>
    <w:p>
      <w:pPr>
        <w:jc w:val="right"/>
      </w:pPr>
      <w:r>
        <w:t>بٹ ٹوڈے وی سی مور کیسز اف ڈپریشن، ٹینشن، سوئیسائیڈ اینڈ مرڈر۔</w:t>
      </w:r>
    </w:p>
    <w:p>
      <w:r>
        <w:rPr>
          <w:b/>
        </w:rPr>
        <w:t xml:space="preserve">[58:30] </w:t>
      </w:r>
      <w:r>
        <w:t>This is much much more than when civilization was not so modern in earlier periods. Why this opposite effect?</w:t>
      </w:r>
    </w:p>
    <w:p>
      <w:pPr>
        <w:jc w:val="right"/>
      </w:pPr>
      <w:r>
        <w:t>دس از مچ مچ مور دین وین سویلائزیشن واز ناٹ سو ماڈرن ان ارلیئر پیریڈز۔ وائی دس اپوزٹ ایفیکٹ؟</w:t>
      </w:r>
    </w:p>
    <w:p>
      <w:r>
        <w:rPr>
          <w:b/>
        </w:rPr>
        <w:t xml:space="preserve">[58:40] </w:t>
      </w:r>
      <w:r>
        <w:t>واٹ از دا ریزن اکارڈنگ ٹو یو مولانا؟" دیکھیں، میرے علم میں تو کوئی بھی شخص نہیں جو یہ کلیم کرے کہ ماڈرن سویلائزیشن نے لوگوں کو ہیپینس دیا ہے۔</w:t>
      </w:r>
    </w:p>
    <w:p>
      <w:pPr>
        <w:jc w:val="right"/>
      </w:pPr>
      <w:r>
        <w:t>واٹ از دا ریزن اکارڈنگ ٹو یو مولانا؟" دیکھیں، میرے علم میں تو کوئی بھی شخص نہیں جو یہ کلیم کرے کہ ماڈرن سویلائزیشن نے لوگوں کو ہیپینس دیا ہے۔</w:t>
      </w:r>
    </w:p>
    <w:p>
      <w:r>
        <w:rPr>
          <w:b/>
        </w:rPr>
        <w:t xml:space="preserve">[58:51] </w:t>
      </w:r>
      <w:r>
        <w:t>ایسا کوئی مجھے نہیں معلوم۔</w:t>
      </w:r>
    </w:p>
    <w:p>
      <w:pPr>
        <w:jc w:val="right"/>
      </w:pPr>
      <w:r>
        <w:t>ایسا کوئی مجھے نہیں معلوم۔</w:t>
      </w:r>
    </w:p>
    <w:p>
      <w:r>
        <w:rPr>
          <w:b/>
        </w:rPr>
        <w:t xml:space="preserve">[58:55] </w:t>
      </w:r>
      <w:r>
        <w:t>ماڈرن سویلائزیشن چاہتی تھی دینا ہیپینس، یعنی لیکن مل گئی ہے، وہ چیز اچیو ہو گئی ہے۔</w:t>
      </w:r>
    </w:p>
    <w:p>
      <w:pPr>
        <w:jc w:val="right"/>
      </w:pPr>
      <w:r>
        <w:t>ماڈرن سویلائزیشن چاہتی تھی دینا ہیپینس، یعنی لیکن مل گئی ہے، وہ چیز اچیو ہو گئی ہے۔</w:t>
      </w:r>
    </w:p>
    <w:p>
      <w:r>
        <w:rPr>
          <w:b/>
        </w:rPr>
        <w:t xml:space="preserve">[59:05] </w:t>
      </w:r>
      <w:r>
        <w:t>تو کوئی بھی نہیں کلیم کر</w:t>
      </w:r>
    </w:p>
    <w:p>
      <w:pPr>
        <w:jc w:val="right"/>
      </w:pPr>
      <w:r>
        <w:t>تو کوئی بھی نہیں کلیم کر</w:t>
      </w:r>
    </w:p>
    <w:p>
      <w:r>
        <w:rPr>
          <w:b/>
        </w:rPr>
        <w:t xml:space="preserve">[59:06] </w:t>
      </w:r>
      <w:r>
        <w:t>تا۔ جیسے مثال کے طور پر دیکھیں، لارڈ بارڈن رسل، جو برٹش پلاسفر ہے، کچھ کتاب ہے ہیپینس، اسی پر ہے۔</w:t>
      </w:r>
    </w:p>
    <w:p>
      <w:pPr>
        <w:jc w:val="right"/>
      </w:pPr>
      <w:r>
        <w:t>تا۔ جیسے مثال کے طور پر دیکھیں، لارڈ بارڈن رسل، جو برٹش پلاسفر ہے، کچھ کتاب ہے ہیپینس، اسی پر ہے۔</w:t>
      </w:r>
    </w:p>
    <w:p>
      <w:r>
        <w:rPr>
          <w:b/>
        </w:rPr>
        <w:t xml:space="preserve">[59:15] </w:t>
      </w:r>
      <w:r>
        <w:t>اس نے کہا کہ ہیپینس جو ہے، ہم نہیں پا سکے۔ ہیپینس شاید اچیوبلی نہیں ہے۔ تو ماڈرن سویلائزیشن نے انسان کے لیے کچھ نئی اپرچونیٹیز دی ہیں، یہ صحیح ہے۔</w:t>
      </w:r>
    </w:p>
    <w:p>
      <w:pPr>
        <w:jc w:val="right"/>
      </w:pPr>
      <w:r>
        <w:t>اس نے کہا کہ ہیپینس جو ہے، ہم نہیں پا سکے۔ ہیپینس شاید اچیوبلی نہیں ہے۔ تو ماڈرن سویلائزیشن نے انسان کے لیے کچھ نئی اپرچونیٹیز دی ہیں، یہ صحیح ہے۔</w:t>
      </w:r>
    </w:p>
    <w:p>
      <w:r>
        <w:rPr>
          <w:b/>
        </w:rPr>
        <w:t xml:space="preserve">[59:29] </w:t>
      </w:r>
      <w:r>
        <w:t>مثلاً، یہ جو ہے کمیونیکیشن پہلے نہیں تھا، لیکن یہ کہنا صحیح نہیں ہے کہ اس نے ہیپینس بھی دے دی۔</w:t>
      </w:r>
    </w:p>
    <w:p>
      <w:pPr>
        <w:jc w:val="right"/>
      </w:pPr>
      <w:r>
        <w:t>مثلاً، یہ جو ہے کمیونیکیشن پہلے نہیں تھا، لیکن یہ کہنا صحیح نہیں ہے کہ اس نے ہیپینس بھی دے دی۔</w:t>
      </w:r>
    </w:p>
    <w:p>
      <w:r>
        <w:rPr>
          <w:b/>
        </w:rPr>
        <w:t xml:space="preserve">[59:39] </w:t>
      </w:r>
      <w:r>
        <w:t>دے دی ہے، یہ تو کوئی بھی کلیم نہیں کرتا۔ میرے خیال سے چاہا تھا کہ ہیپینس دے دے سکے وہ، لیکن وہ یعنی پیکٹلی دے دیا انہوں نے۔</w:t>
      </w:r>
    </w:p>
    <w:p>
      <w:pPr>
        <w:jc w:val="right"/>
      </w:pPr>
      <w:r>
        <w:t>دے دی ہے، یہ تو کوئی بھی کلیم نہیں کرتا۔ میرے خیال سے چاہا تھا کہ ہیپینس دے دے سکے وہ، لیکن وہ یعنی پیکٹلی دے دیا انہوں نے۔</w:t>
      </w:r>
    </w:p>
    <w:p>
      <w:r>
        <w:rPr>
          <w:b/>
        </w:rPr>
        <w:t xml:space="preserve">[59:50] </w:t>
      </w:r>
      <w:r>
        <w:t>ایسا تو نہیں ہے، بلکہ اس تجربے سے پتہ چلتا ہے کہ مٹیریل سویلائزیشن کے سوا کچھ اور ہمیں چاہیے۔</w:t>
      </w:r>
    </w:p>
    <w:p>
      <w:pPr>
        <w:jc w:val="right"/>
      </w:pPr>
      <w:r>
        <w:t>ایسا تو نہیں ہے، بلکہ اس تجربے سے پتہ چلتا ہے کہ مٹیریل سویلائزیشن کے سوا کچھ اور ہمیں چاہیے۔</w:t>
      </w:r>
    </w:p>
    <w:p>
      <w:r>
        <w:rPr>
          <w:b/>
        </w:rPr>
        <w:t xml:space="preserve">[1:00:01] </w:t>
      </w:r>
      <w:r>
        <w:t>جو مٹیریل کلچر ہے، یا مٹیریل سویلائزیشن ہے، یا مٹیریل ڈیولپمنٹ ہے، اس کے سوا کچھ اور ہمیں چاہیے، تب ہمیں ریئل ہیپینس ملے گی۔</w:t>
      </w:r>
    </w:p>
    <w:p>
      <w:pPr>
        <w:jc w:val="right"/>
      </w:pPr>
      <w:r>
        <w:t>جو مٹیریل کلچر ہے، یا مٹیریل سویلائزیشن ہے، یا مٹیریل ڈیولپمنٹ ہے، اس کے سوا کچھ اور ہمیں چاہیے، تب ہمیں ریئل ہیپینس ملے گی۔</w:t>
      </w:r>
    </w:p>
    <w:p>
      <w:r>
        <w:rPr>
          <w:b/>
        </w:rPr>
        <w:t xml:space="preserve">[1:00:12] </w:t>
      </w:r>
      <w:r>
        <w:t>اس ایکسپیرینس سے تو یہ بات ثابت ہوتی ہے۔</w:t>
      </w:r>
    </w:p>
    <w:p>
      <w:pPr>
        <w:jc w:val="right"/>
      </w:pPr>
      <w:r>
        <w:t>اس ایکسپیرینس سے تو یہ بات ثابت ہوتی ہے۔</w:t>
      </w:r>
    </w:p>
    <w:p>
      <w:r>
        <w:rPr>
          <w:b/>
        </w:rPr>
        <w:t xml:space="preserve">[1:00:19] </w:t>
      </w:r>
      <w:r>
        <w:t>مولانا، اگلا سوال لینے سے پہلے ایک کمنٹ پڑھنا چاہیں گے جو ڈاکٹر صفینہ تبسم نے بھیجا ہے اجمیر سے۔</w:t>
      </w:r>
    </w:p>
    <w:p>
      <w:pPr>
        <w:jc w:val="right"/>
      </w:pPr>
      <w:r>
        <w:t>مولانا، اگلا سوال لینے سے پہلے ایک کمنٹ پڑھنا چاہیں گے جو ڈاکٹر صفینہ تبسم نے بھیجا ہے اجمیر سے۔</w:t>
      </w:r>
    </w:p>
    <w:p>
      <w:r>
        <w:rPr>
          <w:b/>
        </w:rPr>
        <w:t xml:space="preserve">[1:00:28] </w:t>
      </w:r>
      <w:r>
        <w:t>انہوں نے لکھا ہے: "ہمیں اس دنیا میں خدا نے یہ کلو دے دیا ہے کہ یہاں فلفلمنٹ کبھی نہیں مل سکتی۔</w:t>
      </w:r>
    </w:p>
    <w:p>
      <w:pPr>
        <w:jc w:val="right"/>
      </w:pPr>
      <w:r>
        <w:t>انہوں نے لکھا ہے: "ہمیں اس دنیا میں خدا نے یہ کلو دے دیا ہے کہ یہاں فلفلمنٹ کبھی نہیں مل سکتی۔</w:t>
      </w:r>
    </w:p>
    <w:p>
      <w:r>
        <w:rPr>
          <w:b/>
        </w:rPr>
        <w:t xml:space="preserve">[1:00:38] </w:t>
      </w:r>
      <w:r>
        <w:t>یہ بھی اللہ کی ایک بلیسنگ ہے ہم پر تاکہ ہم آخرت کی زندگی کو ہی طلب کریں۔" آج یہ بتا کر مولانا صاحب، آپ نے خدا کے شکر کا ایک اور آئٹم، ایک اور آئٹم دے دیا ہے۔</w:t>
      </w:r>
    </w:p>
    <w:p>
      <w:pPr>
        <w:jc w:val="right"/>
      </w:pPr>
      <w:r>
        <w:t>یہ بھی اللہ کی ایک بلیسنگ ہے ہم پر تاکہ ہم آخرت کی زندگی کو ہی طلب کریں۔" آج یہ بتا کر مولانا صاحب، آپ نے خدا کے شکر کا ایک اور آئٹم، ایک اور آئٹم دے دیا ہے۔</w:t>
      </w:r>
    </w:p>
    <w:p>
      <w:r>
        <w:rPr>
          <w:b/>
        </w:rPr>
        <w:t xml:space="preserve">[1:00:52] </w:t>
      </w:r>
      <w:r>
        <w:t>جزاک اللہ، ماشاءاللہ۔</w:t>
      </w:r>
    </w:p>
    <w:p>
      <w:pPr>
        <w:jc w:val="right"/>
      </w:pPr>
      <w:r>
        <w:t>جزاک اللہ، ماشاءاللہ۔</w:t>
      </w:r>
    </w:p>
    <w:p>
      <w:r>
        <w:rPr>
          <w:b/>
        </w:rPr>
        <w:t xml:space="preserve">[1:00:57] </w:t>
      </w:r>
      <w:r>
        <w:t>مولانا، اگلا سوال مہتاب صاحب نے کیا ہے دھامپور سے، اور انہوں نے لکھا ہے: "میں بہت تلاش کے بعد آپ کے لٹریچر تک پہنچا، تب سٹڈی اور غور و فکر سے کچھ جان پایا،</w:t>
      </w:r>
    </w:p>
    <w:p>
      <w:pPr>
        <w:jc w:val="right"/>
      </w:pPr>
      <w:r>
        <w:t>مولانا، اگلا سوال مہتاب صاحب نے کیا ہے دھامپور سے، اور انہوں نے لکھا ہے: "میں بہت تلاش کے بعد آپ کے لٹریچر تک پہنچا، تب سٹڈی اور غور و فکر سے کچھ جان پایا،</w:t>
      </w:r>
    </w:p>
    <w:p>
      <w:r>
        <w:rPr>
          <w:b/>
        </w:rPr>
        <w:t xml:space="preserve">[1:01:12] </w:t>
      </w:r>
      <w:r>
        <w:t>مگر میں یہ سمجھتا ہوں کہ یہ سب خدا کی توفیق سے ہوا۔" اس کے بارے میں آپ بتائیں۔</w:t>
      </w:r>
    </w:p>
    <w:p>
      <w:pPr>
        <w:jc w:val="right"/>
      </w:pPr>
      <w:r>
        <w:t>مگر میں یہ سمجھتا ہوں کہ یہ سب خدا کی توفیق سے ہوا۔" اس کے بارے میں آپ بتائیں۔</w:t>
      </w:r>
    </w:p>
    <w:p>
      <w:r>
        <w:rPr>
          <w:b/>
        </w:rPr>
        <w:t xml:space="preserve">[1:01:26] </w:t>
      </w:r>
      <w:r>
        <w:t>دیکھیں، قرآن کی ایک آیت ہے: "لو وجدت فہم خیر الاسماء الاسماء۔" اللہ اگر ان کے اندر خیر دیکھتا تو ان کو سنواتا۔</w:t>
      </w:r>
    </w:p>
    <w:p>
      <w:pPr>
        <w:jc w:val="right"/>
      </w:pPr>
      <w:r>
        <w:t>دیکھیں، قرآن کی ایک آیت ہے: "لو وجدت فہم خیر الاسماء الاسماء۔" اللہ اگر ان کے اندر خیر دیکھتا تو ان کو سنواتا۔</w:t>
      </w:r>
    </w:p>
    <w:p>
      <w:r>
        <w:rPr>
          <w:b/>
        </w:rPr>
        <w:t xml:space="preserve">[1:01:44] </w:t>
      </w:r>
      <w:r>
        <w:t>"یاسماعو" معنی ہوتے ہیں سنوانا۔ تو میں سمجھتا ہوں کہ جو اصل چیز ہے، وہ ہے خیر۔ خیر کے معنی کیا ہیں؟</w:t>
      </w:r>
    </w:p>
    <w:p>
      <w:pPr>
        <w:jc w:val="right"/>
      </w:pPr>
      <w:r>
        <w:t>"یاسماعو" معنی ہوتے ہیں سنوانا۔ تو میں سمجھتا ہوں کہ جو اصل چیز ہے، وہ ہے خیر۔ خیر کے معنی کیا ہیں؟</w:t>
      </w:r>
    </w:p>
    <w:p>
      <w:r>
        <w:rPr>
          <w:b/>
        </w:rPr>
        <w:t xml:space="preserve">[1:01:52] </w:t>
      </w:r>
      <w:r>
        <w:t>یہاں پر اس آیت میں</w:t>
      </w:r>
    </w:p>
    <w:p>
      <w:pPr>
        <w:jc w:val="right"/>
      </w:pPr>
      <w:r>
        <w:t>یہاں پر اس آیت میں</w:t>
      </w:r>
    </w:p>
    <w:p>
      <w:r>
        <w:rPr>
          <w:b/>
        </w:rPr>
        <w:t xml:space="preserve">[1:01:55] </w:t>
      </w:r>
      <w:r>
        <w:t>طلب، سیکھنے کی سپرٹ۔ تو جڑ کی بات جو ہے، وہ سیکھنے کی سپرٹ ہے۔ اس کو توفیق ملتی ہے۔</w:t>
      </w:r>
    </w:p>
    <w:p>
      <w:pPr>
        <w:jc w:val="right"/>
      </w:pPr>
      <w:r>
        <w:t>طلب، سیکھنے کی سپرٹ۔ تو جڑ کی بات جو ہے، وہ سیکھنے کی سپرٹ ہے۔ اس کو توفیق ملتی ہے۔</w:t>
      </w:r>
    </w:p>
    <w:p>
      <w:r>
        <w:rPr>
          <w:b/>
        </w:rPr>
        <w:t xml:space="preserve">[1:02:07] </w:t>
      </w:r>
      <w:r>
        <w:t>اس آیت میں خیر سے مراد ہے سیکھنے کی سپرٹ۔ تو جس آدمی کے اندر سیکھنے کی سپرٹ ہوگی، اس کو ضرور سچائی ملے گی۔</w:t>
      </w:r>
    </w:p>
    <w:p>
      <w:pPr>
        <w:jc w:val="right"/>
      </w:pPr>
      <w:r>
        <w:t>اس آیت میں خیر سے مراد ہے سیکھنے کی سپرٹ۔ تو جس آدمی کے اندر سیکھنے کی سپرٹ ہوگی، اس کو ضرور سچائی ملے گی۔</w:t>
      </w:r>
    </w:p>
    <w:p>
      <w:r>
        <w:rPr>
          <w:b/>
        </w:rPr>
        <w:t xml:space="preserve">[1:02:18] </w:t>
      </w:r>
      <w:r>
        <w:t>اگر سیکھنے کی سپرٹ نہ ہو، تب ڈاؤٹ فل ہے اس کا سچائی کو پانا۔</w:t>
      </w:r>
    </w:p>
    <w:p>
      <w:pPr>
        <w:jc w:val="right"/>
      </w:pPr>
      <w:r>
        <w:t>اگر سیکھنے کی سپرٹ نہ ہو، تب ڈاؤٹ فل ہے اس کا سچائی کو پانا۔</w:t>
      </w:r>
    </w:p>
    <w:p>
      <w:r>
        <w:rPr>
          <w:b/>
        </w:rPr>
        <w:t xml:space="preserve">[1:02:24] </w:t>
      </w:r>
      <w:r>
        <w:t>مولانا، اگلا سوال کیا ہے بھومنیشور سے قاضی مجیب صاحب نے، اور انہوں نے لکھا ہے کہ: "مولانا، you often teach everyone to become well-wisher for others." I want to know from you what is true well-wishing.</w:t>
      </w:r>
    </w:p>
    <w:p>
      <w:pPr>
        <w:jc w:val="right"/>
      </w:pPr>
      <w:r>
        <w:t>مولانا، اگلا سوال کیا ہے بھومنیشور سے قاضی مجیب صاحب نے، اور انہوں نے لکھا ہے کہ: "مولانا، یو افن ٹیچ ایوری ون ٹو بیکم ویل وشر فار ادرز۔" آئی وانٹ ٹو نو فرام یو واٹ از ٹرو ویل وشنگ۔</w:t>
      </w:r>
    </w:p>
    <w:p>
      <w:r>
        <w:rPr>
          <w:b/>
        </w:rPr>
        <w:t xml:space="preserve">[1:02:42] </w:t>
      </w:r>
      <w:r>
        <w:t>please comment in this. jo quran mein is ki jo lafz istemal kiya gaya hai, woh nasah no saad hai, yani khair khwahi.</w:t>
      </w:r>
    </w:p>
    <w:p>
      <w:pPr>
        <w:jc w:val="right"/>
      </w:pPr>
      <w:r>
        <w:t>پلیز کمنٹ ان دس۔ جو قرآن میں اس کی جو لفظ استعمال کیا گیا ہے، وہ نصح نو صاد ہے، یعنی خیر خواہی۔</w:t>
      </w:r>
    </w:p>
    <w:p>
      <w:r>
        <w:rPr>
          <w:b/>
        </w:rPr>
        <w:t xml:space="preserve">[1:02:53] </w:t>
      </w:r>
      <w:r>
        <w:t>mein samajhta hoon ke khair khwahi ki training insan ko apne ghar se hoti hai. har aadmi apne baap ka khair khwah hota hai, apne maa ka khair khwah hota hai, apni aulad ka khair khwah hota hai.</w:t>
      </w:r>
    </w:p>
    <w:p>
      <w:pPr>
        <w:jc w:val="right"/>
      </w:pPr>
      <w:r>
        <w:t>میں سمجھتا ہوں کہ خیر خواہی کی ٹریننگ انسان کو اپنے گھر سے ہوتی ہے۔ ہر آدمی اپنے باپ کا خیر خواہ ہوتا ہے، اپنے ماں کا خیر خواہ ہوتا ہے، اپنی اولاد کا خیر خواہ ہوتا ہے۔</w:t>
      </w:r>
    </w:p>
    <w:p>
      <w:r>
        <w:rPr>
          <w:b/>
        </w:rPr>
        <w:t xml:space="preserve">[1:03:06] </w:t>
      </w:r>
      <w:r>
        <w:t>to kya wajah hai ke woh ghar mein to khair khwah ho raha hai aur bahar jo hai, woh bata ban jaye? yeh yeh contradiction ko khatam karna.</w:t>
      </w:r>
    </w:p>
    <w:p>
      <w:pPr>
        <w:jc w:val="right"/>
      </w:pPr>
      <w:r>
        <w:t>تو کیا وجہ ہے کہ وہ گھر میں تو خیر خواہ ہو رہا ہے اور باہر جو ہے، وہ بتا بن جائے؟ یہ یہ کنٹراڈکشن کو ختم کرنا۔</w:t>
      </w:r>
    </w:p>
    <w:p>
      <w:r>
        <w:rPr>
          <w:b/>
        </w:rPr>
        <w:t xml:space="preserve">[1:03:16] </w:t>
      </w:r>
      <w:r>
        <w:t>mere shayad bane ke bane ke tum contradiction mein kyun jeete ho?</w:t>
      </w:r>
    </w:p>
    <w:p>
      <w:pPr>
        <w:jc w:val="right"/>
      </w:pPr>
      <w:r>
        <w:t>میرے شاید بنے کہ بنے کہ تم کنٹراڈکشن میں کیوں جیتے ہو؟</w:t>
      </w:r>
    </w:p>
    <w:p>
      <w:r>
        <w:rPr>
          <w:b/>
        </w:rPr>
        <w:t xml:space="preserve">[1:03:21] </w:t>
      </w:r>
      <w:r>
        <w:t>koi aadmi duniya mein aisa nahi milega aap ko jo kahe ke mein apne baap ka khair khwah nahi hoon, maa ka khair khwah nahi hoon, apni aulad ka khair khwah nahi hoon.</w:t>
      </w:r>
    </w:p>
    <w:p>
      <w:pPr>
        <w:jc w:val="right"/>
      </w:pPr>
      <w:r>
        <w:t>کوئی آدمی دنیا میں ایسا نہیں ملے گا آپ کو جو کہے کہ میں اپنے باپ کا خیر خواہ نہیں ہوں، ماں کا خیر خواہ نہیں ہوں، اپنی اولاد کا خیر خواہ نہیں ہوں۔</w:t>
      </w:r>
    </w:p>
    <w:p>
      <w:r>
        <w:rPr>
          <w:b/>
        </w:rPr>
        <w:t xml:space="preserve">[1:03:33] </w:t>
      </w:r>
      <w:r>
        <w:t>to kya wajah hai ke insan yani double mind ke sath jeeta hai? yani ghar mein to family member ke sath khair khwahi aur bahar jo insan bachta hai, us ke liye badkhwahi.</w:t>
      </w:r>
    </w:p>
    <w:p>
      <w:pPr>
        <w:jc w:val="right"/>
      </w:pPr>
      <w:r>
        <w:t>تو کیا وجہ ہے کہ انسان یعنی ڈبل مائنڈ کے ساتھ جیتا ہے؟ یعنی گھر میں تو فیملی ممبر کے ساتھ خیر خواہی اور باہر جو انسان بچتا ہے، اس کے لیے بدخواہی۔</w:t>
      </w:r>
    </w:p>
    <w:p>
      <w:r>
        <w:rPr>
          <w:b/>
        </w:rPr>
        <w:t xml:space="preserve">[1:03:48] </w:t>
      </w:r>
      <w:r>
        <w:t>to is contradiction ko khatam karna isi ka naam khair khwahi hai.</w:t>
      </w:r>
    </w:p>
    <w:p>
      <w:pPr>
        <w:jc w:val="right"/>
      </w:pPr>
      <w:r>
        <w:t>تو اس کنٹراڈکشن کو ختم کرنا اسی کا نام خیر خواہی ہے۔</w:t>
      </w:r>
    </w:p>
    <w:p>
      <w:r>
        <w:rPr>
          <w:b/>
        </w:rPr>
        <w:t xml:space="preserve">[1:03:53] </w:t>
      </w:r>
      <w:r>
        <w:t>Maulana, agla sawal kya hai Jodhpur, Rajasthan se Muhammad Waqas sahib ne, aur unhon ne likha hai: "is</w:t>
      </w:r>
    </w:p>
    <w:p>
      <w:pPr>
        <w:jc w:val="right"/>
      </w:pPr>
      <w:r>
        <w:t>مولانا، اگلا سوال کیا ہے جوधپور، راجستھان سے محمد وقاص صاحب نے، اور انہوں نے لکھا ہے: "اس</w:t>
      </w:r>
    </w:p>
    <w:p>
      <w:r>
        <w:rPr>
          <w:b/>
        </w:rPr>
        <w:t xml:space="preserve">[1:04:02] </w:t>
      </w:r>
      <w:r>
        <w:t>world mein marifat-e-Khuda ki discovery sirf sochne se ho sakti hai ya Khuda insaan ko positive thought</w:t>
      </w:r>
    </w:p>
    <w:p>
      <w:pPr>
        <w:jc w:val="right"/>
      </w:pPr>
      <w:r>
        <w:t>ورلڈ میں معرفت خدا کی ڈسکوری صرف سوچنے سے ہو سکتی ہے یا خدا انسان کو پازیٹیو تھاٹ</w:t>
      </w:r>
    </w:p>
    <w:p>
      <w:r>
        <w:rPr>
          <w:b/>
        </w:rPr>
        <w:t xml:space="preserve">[1:04:10] </w:t>
      </w:r>
      <w:r>
        <w:t>deta hai jis se insaan marifat tak pahunchta hai?" Maulana sahib, is ke baray mein is baat ko</w:t>
      </w:r>
    </w:p>
    <w:p>
      <w:pPr>
        <w:jc w:val="right"/>
      </w:pPr>
      <w:r>
        <w:t>دیتا ہے جس سے انسان معرفت تک پہنچتا ہے؟" مولانا صاحب، اس کے بارے میں اس بات کو</w:t>
      </w:r>
    </w:p>
    <w:p>
      <w:r>
        <w:rPr>
          <w:b/>
        </w:rPr>
        <w:t xml:space="preserve">[1:04:18] </w:t>
      </w:r>
      <w:r>
        <w:t>clear karen.</w:t>
      </w:r>
    </w:p>
    <w:p>
      <w:pPr>
        <w:jc w:val="right"/>
      </w:pPr>
      <w:r>
        <w:t>کلیئر کریں۔</w:t>
      </w:r>
    </w:p>
    <w:p>
      <w:r>
        <w:rPr>
          <w:b/>
        </w:rPr>
        <w:t xml:space="preserve">[1:04:24] </w:t>
      </w:r>
      <w:r>
        <w:t>dekhen, aap quran ko padhen to quran mein bar bar yahi baat kahi gayi hai ke socho to paoge, yani tadabbur karo ge, tafakkur karo ge to tum ko milega.</w:t>
      </w:r>
    </w:p>
    <w:p>
      <w:pPr>
        <w:jc w:val="right"/>
      </w:pPr>
      <w:r>
        <w:t>دیکھیں، آپ قرآن کو پڑھیں تو قرآن میں بار بار یہی بات کہی گئی ہے کہ سوچو تو پاؤ گے، یعنی تدبر کرو گے، تفکر کرو گے تو تم کو ملے گا۔</w:t>
      </w:r>
    </w:p>
    <w:p>
      <w:r>
        <w:rPr>
          <w:b/>
        </w:rPr>
        <w:t xml:space="preserve">[1:04:37] </w:t>
      </w:r>
      <w:r>
        <w:t>bahut zyada clear hai baat sare quran majeed mein.</w:t>
      </w:r>
    </w:p>
    <w:p>
      <w:pPr>
        <w:jc w:val="right"/>
      </w:pPr>
      <w:r>
        <w:t>بہت زیادہ کلیئر ہے بات سارے قرآن مجید میں۔</w:t>
      </w:r>
    </w:p>
    <w:p>
      <w:r>
        <w:rPr>
          <w:b/>
        </w:rPr>
        <w:t xml:space="preserve">[1:04:43] </w:t>
      </w:r>
      <w:r>
        <w:t>is mein to koi shakk nahi hai ke bila tadabbur ke kuch nahi milta.</w:t>
      </w:r>
    </w:p>
    <w:p>
      <w:pPr>
        <w:jc w:val="right"/>
      </w:pPr>
      <w:r>
        <w:t>اس میں تو کوئی شک نہیں ہے کہ بلا تدبر کے کچھ نہیں ملتا۔</w:t>
      </w:r>
    </w:p>
    <w:p>
      <w:r>
        <w:rPr>
          <w:b/>
        </w:rPr>
        <w:t xml:space="preserve">[1:04:53] </w:t>
      </w:r>
      <w:r>
        <w:t>marifat jo hai, insan yani mein yeh kahunga ke is mein 50-50 ka mamla hai. yani 50 percent insan ko tadabbur aur 50 percent allah ki tofeeq.</w:t>
      </w:r>
    </w:p>
    <w:p>
      <w:pPr>
        <w:jc w:val="right"/>
      </w:pPr>
      <w:r>
        <w:t>معرفت جو ہے، انسان یعنی میں یہ کہوں گا کہ اس میں 50-50 کا معاملہ ہے۔ یعنی 50 پرسنٹ انسان کو تدبر اور 50 پرسنٹ اللہ کی توفیق۔</w:t>
      </w:r>
    </w:p>
    <w:p>
      <w:r>
        <w:rPr>
          <w:b/>
        </w:rPr>
        <w:t xml:space="preserve">[1:05:09] </w:t>
      </w:r>
      <w:r>
        <w:t>50 percent insan ko tadabbur aur 50 percent allah ki tofeeq. to agar tadabbur na ho to is mani ka aadmi apna 50 percent jo us ka hissa hai, woh ada nahi kiya us ne to kaise baqi 50 percent milega us ko?</w:t>
      </w:r>
    </w:p>
    <w:p>
      <w:pPr>
        <w:jc w:val="right"/>
      </w:pPr>
      <w:r>
        <w:t>50 پرسنٹ انسان کو تدبر اور 50 پرسنٹ اللہ کی توفیق۔ تو اگر تدبر نہ ہو تو اس معنی کا آدمی اپنا 50 پرسنٹ جو اس کا حصہ ہے، وہ ادا نہیں کیا اس نے تو کیسے بقیہ 50 پرسنٹ ملے گا اس کو؟</w:t>
      </w:r>
    </w:p>
    <w:p>
      <w:r>
        <w:rPr>
          <w:b/>
        </w:rPr>
        <w:t xml:space="preserve">[1:05:28] </w:t>
      </w:r>
      <w:r>
        <w:t>to insan ko apni taraf se apna hissa 50 percent wala ada karna hoga, tab allah ki tofeeq us ko milegi.</w:t>
      </w:r>
    </w:p>
    <w:p>
      <w:pPr>
        <w:jc w:val="right"/>
      </w:pPr>
      <w:r>
        <w:t>تو انسان کو اپنی طرف سے اپنا حصہ 50 پرسنٹ والا ادا کرنا ہوگا، تب اللہ کی توفیق اس کو ملے گی۔</w:t>
      </w:r>
    </w:p>
    <w:p>
      <w:r>
        <w:rPr>
          <w:b/>
        </w:rPr>
        <w:t xml:space="preserve">[1:05:38] </w:t>
      </w:r>
      <w:r>
        <w:t>is mamle mein yahi baat mujhe samjati hai.</w:t>
      </w:r>
    </w:p>
    <w:p>
      <w:pPr>
        <w:jc w:val="right"/>
      </w:pPr>
      <w:r>
        <w:t>اس معاملے میں یہی بات مجھے سمجھاتی ہے۔</w:t>
      </w:r>
    </w:p>
    <w:p>
      <w:r>
        <w:rPr>
          <w:b/>
        </w:rPr>
        <w:t xml:space="preserve">[1:05:46] </w:t>
      </w:r>
      <w:r>
        <w:t>maulana, agla sawal pune se kya hai imran sahib ne, aur unhon ne likha hai ke: "maulana, there is an increase of communalism these days.</w:t>
      </w:r>
    </w:p>
    <w:p>
      <w:pPr>
        <w:jc w:val="right"/>
      </w:pPr>
      <w:r>
        <w:t>مولانا، اگلا سوال پونے سے کیا ہے عمران صاحب نے، اور انہوں نے لکھا ہے کہ: "مولانا، دیر از این انکریز اف کمیونلزم دیز ڈیز۔</w:t>
      </w:r>
    </w:p>
    <w:p>
      <w:r>
        <w:rPr>
          <w:b/>
        </w:rPr>
        <w:t xml:space="preserve">[1:05:58] </w:t>
      </w:r>
      <w:r>
        <w:t>what is your advice to all those who have become victims of this communalism?"</w:t>
      </w:r>
    </w:p>
    <w:p>
      <w:pPr>
        <w:jc w:val="right"/>
      </w:pPr>
      <w:r>
        <w:t>واٹ از یور ایڈوائس ٹو ال دوز ہو ہیو بیکم وکٹمز اف دس کمیونلزم؟"</w:t>
      </w:r>
    </w:p>
    <w:p>
      <w:r>
        <w:rPr>
          <w:b/>
        </w:rPr>
        <w:t xml:space="preserve">[1:06:09] </w:t>
      </w:r>
      <w:r>
        <w:t>dekhen, yeh to poori tareekh mein raha hai. mein samajhta hoon ke iblis ne jo challenge diya tha ke: "la tajzi akthar shakin", allah taala ne jo kaha tha ke tu akthar logon ko shukr karne wala hi payega.</w:t>
      </w:r>
    </w:p>
    <w:p>
      <w:pPr>
        <w:jc w:val="right"/>
      </w:pPr>
      <w:r>
        <w:t>دیکھیں، یہ تو پوری تاریخ میں رہا ہے۔ میں سمجھتا ہوں کہ ابلیس نے جو چیلنج دیا تھا کہ: "لا تجز اکثر شاکرین"، اللہ تعالی نے جو کہا تھا کہ تو اکثر لوگوں کو شکر کرنے والا ہی پائے گا۔</w:t>
      </w:r>
    </w:p>
    <w:p>
      <w:r>
        <w:rPr>
          <w:b/>
        </w:rPr>
        <w:t xml:space="preserve">[1:06:25] </w:t>
      </w:r>
      <w:r>
        <w:t>communalism kya hai? yeh nashukri hai. communalism kya hai? ek nashukri hai.</w:t>
      </w:r>
    </w:p>
    <w:p>
      <w:pPr>
        <w:jc w:val="right"/>
      </w:pPr>
      <w:r>
        <w:t>کمیونلزم کیا ہے؟ یہ ناشکری ہے۔ کمیونلزم کیا ہے؟ ایک ناشکری ہے۔</w:t>
      </w:r>
    </w:p>
    <w:p>
      <w:r>
        <w:rPr>
          <w:b/>
        </w:rPr>
        <w:t xml:space="preserve">[1:06:34] </w:t>
      </w:r>
      <w:r>
        <w:t>misalan isi jahan mein rehta hoon, norman west mein, ek sahib jo yahan par rehte hain, un ki kothi hai yahan par, woh mujh se mile aur lage yani kamre mein baaten karne lage ke musalmanon ke sath description hota hai, musalmanon par zulm hota hai, musalmanon ke khilaf conspiracy kiya aati hai?</w:t>
      </w:r>
    </w:p>
    <w:p>
      <w:pPr>
        <w:jc w:val="right"/>
      </w:pPr>
      <w:r>
        <w:t>مثلاً اسی جہاں میں رہتا ہوں، نارمن ویسٹ میں، ایک صاحب جو یہاں پر رہتے ہیں، ان کی کوٹھی ہے یہاں پر، وہ مجھ سے ملے اور لگے یعنی کمرے میں باتیں کرنے لگے کہ مسلمانوں کے ساتھ ڈسکرپشن ہوتا ہے، مسلمان ظلم ہوتا ہے، مسلمانوں کے خلاف کانسبسی کیا آتی ہے؟</w:t>
      </w:r>
    </w:p>
    <w:p>
      <w:r>
        <w:rPr>
          <w:b/>
        </w:rPr>
        <w:t xml:space="preserve">[1:06:55] </w:t>
      </w:r>
      <w:r>
        <w:t>kya kya aati hai?</w:t>
      </w:r>
    </w:p>
    <w:p>
      <w:pPr>
        <w:jc w:val="right"/>
      </w:pPr>
      <w:r>
        <w:t>کیا کیا آتی ہے؟</w:t>
      </w:r>
    </w:p>
    <w:p>
      <w:r>
        <w:rPr>
          <w:b/>
        </w:rPr>
        <w:t xml:space="preserve">[1:06:56] </w:t>
      </w:r>
      <w:r>
        <w:t>to maine kaha ke aap jahan hain, netherland west mein, yeh khud aap ki tardeed kar raha hai kyunke azadi ke baad, 1947 ke baad, jab yeh colony bani thi to ek hindu colony thi.</w:t>
      </w:r>
    </w:p>
    <w:p>
      <w:pPr>
        <w:jc w:val="right"/>
      </w:pPr>
      <w:r>
        <w:t>تو میں نے کہا کہ آپ جہاں ہیں، نیدرلینڈ ویسٹ میں، یہ خود آپ کی تردید کر رہا ہے کیونکہ آزادی کے بعد، 1947 کے بعد، جب یہ کالونی بنی تھی تو ایک ہندو کالونی تھی۔</w:t>
      </w:r>
    </w:p>
    <w:p>
      <w:r>
        <w:rPr>
          <w:b/>
        </w:rPr>
        <w:t xml:space="preserve">[1:07:11] </w:t>
      </w:r>
      <w:r>
        <w:t>sare hindu hindu the yahan par kyunke basically yeh bani thi shehriyon ke liye. aaj yahan zyada tar musalman hain, musalman hain. to with that discrimination, yeh poore poore india mein yahi baat har jagah hai.</w:t>
      </w:r>
    </w:p>
    <w:p>
      <w:pPr>
        <w:jc w:val="right"/>
      </w:pPr>
      <w:r>
        <w:t>سارے ہندو ہندو تھے یہاں پر کیونکہ بیسیکلی یہ بنی تھی شہریوں کے لیے۔ آج یہاں زیادہ تر مسلمان ہیں، مسلمان ہیں۔ تو ود دیٹ ڈسکرمنشن، یہ پورے پورے انڈیا میں یہی بات ہر جگہ ہے۔</w:t>
      </w:r>
    </w:p>
    <w:p>
      <w:r>
        <w:rPr>
          <w:b/>
        </w:rPr>
        <w:t xml:space="preserve">[1:07:27] </w:t>
      </w:r>
      <w:r>
        <w:t>kahin bhi ja kar dekhen aap. misalan jab mein gaya tha shuru mein hyderabad pehli bar to wahan maine dekha ke wahan railway train se gaya tha mein to train ke bahar jab mein nikla, is is station ke bahar mein nikla to sab rickshaw wale khade hue the.</w:t>
      </w:r>
    </w:p>
    <w:p>
      <w:pPr>
        <w:jc w:val="right"/>
      </w:pPr>
      <w:r>
        <w:t>کہیں بھی جا کر دیکھیں آپ۔ مثلاً جب میں گیا تھا شروع میں حیدرآباد پہلی بار تو وہاں میں نے دیکھا کہ وہاں ریلوے ٹرین سے گیا تھا میں تو ٹرین کے باہر جب میں نکلا، اس اس اسٹیشن کے باہر میں نکلا تو سب رکشے والے کھڑے ہوئے تھے۔</w:t>
      </w:r>
    </w:p>
    <w:p>
      <w:r>
        <w:rPr>
          <w:b/>
        </w:rPr>
        <w:t xml:space="preserve">[1:07:45] </w:t>
      </w:r>
      <w:r>
        <w:t>woh rickshaw wale sab zyada tar musalman the.</w:t>
      </w:r>
    </w:p>
    <w:p>
      <w:pPr>
        <w:jc w:val="right"/>
      </w:pPr>
      <w:r>
        <w:t>وہ رکشے والے سب زیادہ تر مسلمان تھے۔</w:t>
      </w:r>
    </w:p>
    <w:p>
      <w:r>
        <w:rPr>
          <w:b/>
        </w:rPr>
        <w:t xml:space="preserve">[1:07:48] </w:t>
      </w:r>
      <w:r>
        <w:t>ab mein jata hoon to wahan sab carain khari hui, ab caron ke dhair hain wahan par, woh sab musalman hotay hain.</w:t>
      </w:r>
    </w:p>
    <w:p>
      <w:pPr>
        <w:jc w:val="right"/>
      </w:pPr>
      <w:r>
        <w:t>اب میں جاتا ہوں تو وہاں سب کاریں کھڑی ہوئی، اب کاروں کے ڈھیر ہیں وہاں پر، وہ سب مسلمان ہوتے ہیں۔</w:t>
      </w:r>
    </w:p>
    <w:p>
      <w:r>
        <w:rPr>
          <w:b/>
        </w:rPr>
        <w:t xml:space="preserve">[1:07:58] </w:t>
      </w:r>
      <w:r>
        <w:t>to jo jo musalman 1947 ke baad wahan par rickshaw chala rahay thay, aaj woh carain chala rahay hain.</w:t>
      </w:r>
    </w:p>
    <w:p>
      <w:pPr>
        <w:jc w:val="right"/>
      </w:pPr>
      <w:r>
        <w:t>تو جو جو مسلمان 1947 کے بعد وہاں پر رکشہ چلا رہے تھے، آج وہ کاریں چلا رہے ہیں۔</w:t>
      </w:r>
    </w:p>
    <w:p>
      <w:r>
        <w:rPr>
          <w:b/>
        </w:rPr>
        <w:t xml:space="preserve">[1:08:09] </w:t>
      </w:r>
      <w:r>
        <w:t>to yeh to yani blindness ki baat hai. mere khayal se India ke jis maqam par jayen, mein khud apnay gaon mein gaya, jo hamara gaon hai UP mein, to shuru mein jo wahan gaon ka haal tha, aaj us se far better hai.</w:t>
      </w:r>
    </w:p>
    <w:p>
      <w:pPr>
        <w:jc w:val="right"/>
      </w:pPr>
      <w:r>
        <w:t>تو یہ تو یعنی بلائنڈنس کی بات ہے۔ میرے خیال سے انڈیا کے جس مقام پر جائیں، میں خود اپنے گاؤں میں گیا، جو ہمارا گاؤں ہے یو پی میں، تو شروع میں جو وہاں گاؤں کا حال تھا، آج اس سے فار بیٹر ہے۔</w:t>
      </w:r>
    </w:p>
    <w:p>
      <w:r>
        <w:rPr>
          <w:b/>
        </w:rPr>
        <w:t xml:space="preserve">[1:08:26] </w:t>
      </w:r>
      <w:r>
        <w:t>aaj wahan bijli hai, telephone hai, school hai, pul hai, aur naye tareeqay se log caste kar rahay hain.</w:t>
      </w:r>
    </w:p>
    <w:p>
      <w:pPr>
        <w:jc w:val="right"/>
      </w:pPr>
      <w:r>
        <w:t>آج وہاں بجلی ہے، ٹیلی فون ہے، اسکول ہے، پل ہے، اور نئے طریقے سے لوگ کاسٹ کر رہے ہیں۔</w:t>
      </w:r>
    </w:p>
    <w:p>
      <w:r>
        <w:rPr>
          <w:b/>
        </w:rPr>
        <w:t xml:space="preserve">[1:08:34] </w:t>
      </w:r>
      <w:r>
        <w:t>har cheez mein taraqqi hui hai. to yeh to farzi baaten hain. yeh sab to communalism jo hai, woh haqeeqat mein nashukri ki wajah se aata hai.</w:t>
      </w:r>
    </w:p>
    <w:p>
      <w:pPr>
        <w:jc w:val="right"/>
      </w:pPr>
      <w:r>
        <w:t>ہر چیز میں ترقی ہوئی ہے۔ تو یہ تو فرضی باتیں ہیں۔ یہ سب تو کمیونلزم جو ہے، وہ حقیقت میں ناشکری کی وجہ سے آتا ہے۔</w:t>
      </w:r>
    </w:p>
    <w:p>
      <w:r>
        <w:rPr>
          <w:b/>
        </w:rPr>
        <w:t xml:space="preserve">[1:08:44] </w:t>
      </w:r>
      <w:r>
        <w:t>yani shaitan ne kya kiya hai ke 99 item jo achhay hain, us ko bhulata hai. aik item agar kuch ho to us ko khoob yaad dilayega.</w:t>
      </w:r>
    </w:p>
    <w:p>
      <w:pPr>
        <w:jc w:val="right"/>
      </w:pPr>
      <w:r>
        <w:t>یعنی شیطان نے کیا کیا ہے کہ 99 آئٹم جو اچھے ہیں، اس کو بھلاتا ہے۔ ایک آئٹم اگر کچھ ہو تو اس کو خوب یاد دلائے گا۔</w:t>
      </w:r>
    </w:p>
    <w:p>
      <w:r>
        <w:rPr>
          <w:b/>
        </w:rPr>
        <w:t xml:space="preserve">[1:09:00] </w:t>
      </w:r>
      <w:r>
        <w:t>misalan jin se mujhe baat hui thi, unhon ne kaha ke aur Babri Masjid ko hum kaise bhula denge? to bas isi item ko shaitan ko dimagh mein dali hui hai.</w:t>
      </w:r>
    </w:p>
    <w:p>
      <w:pPr>
        <w:jc w:val="right"/>
      </w:pPr>
      <w:r>
        <w:t>مثلاً جن سے مجھے بات ہوئی تھی، انہوں نے کہا کہ اور بابری مسجد کو ہم کیسے بھلا دیں گے؟ تو بس اسی آئٹم کو شیطان کو دماغ میں ڈالی ہوئی ہے۔</w:t>
      </w:r>
    </w:p>
    <w:p>
      <w:r>
        <w:rPr>
          <w:b/>
        </w:rPr>
        <w:t xml:space="preserve">[1:09:10] </w:t>
      </w:r>
      <w:r>
        <w:t>yani aik item ko dale hue hain aur 99 item ko bhulaye hue hain. isi ka naam nashukri hai. to communalism jo us waqt dunya mein, India mein hai, woh haqeeqat mein nature clear hai.</w:t>
      </w:r>
    </w:p>
    <w:p>
      <w:pPr>
        <w:jc w:val="right"/>
      </w:pPr>
      <w:r>
        <w:t>یعنی ایک آئٹم کو ڈالے ہوئے ہیں اور 99 آئٹم کو بھلائے ہوئے ہیں۔ اسی کا نام ناشکری ہے۔ تو کمیونلزم جو اس وقت دنیا میں، انڈیا میں ہے، وہ حقیقت میں نیچر کلی ہے۔</w:t>
      </w:r>
    </w:p>
    <w:p>
      <w:r>
        <w:rPr>
          <w:b/>
        </w:rPr>
        <w:t xml:space="preserve">[1:09:24] </w:t>
      </w:r>
      <w:r>
        <w:t>aisay America mein kya hai?</w:t>
      </w:r>
    </w:p>
    <w:p>
      <w:pPr>
        <w:jc w:val="right"/>
      </w:pPr>
      <w:r>
        <w:t>ایسے امریکہ میں کیا ہے؟</w:t>
      </w:r>
    </w:p>
    <w:p>
      <w:r>
        <w:rPr>
          <w:b/>
        </w:rPr>
        <w:t xml:space="preserve">[1:09:26] </w:t>
      </w:r>
      <w:r>
        <w:t>America mein aik sahab lagay baaten karne ke, hamaray khilaf description bhi kiya jata hai aur excise hoti hai. to mein ne un se poocha ke aap ke aap jis mulk se aaye hain, wahan aap ke baap dada ki jo halat thi, aaj aaj aap ki kaisi hai?</w:t>
      </w:r>
    </w:p>
    <w:p>
      <w:pPr>
        <w:jc w:val="right"/>
      </w:pPr>
      <w:r>
        <w:t>امریکہ میں ایک صاحب لگے باتیں کرنے کے، ہمارے خلاف ڈسکرپشن بھی کیا جاتا ہے اور اکسائز ہوتی ہے۔ تو میں نے ان سے پوچھا کہ آپ کہ آپ جس ملک سے آئے ہیں، وہاں آپ کے باپ دادا کی جو حالت تھی، آج آج آپ کی کیسی ہے؟</w:t>
      </w:r>
    </w:p>
    <w:p>
      <w:r>
        <w:rPr>
          <w:b/>
        </w:rPr>
        <w:t xml:space="preserve">[1:09:43] </w:t>
      </w:r>
      <w:r>
        <w:t>to unhon ne kaha ke mujh se bohat behtar hai. to phir mein ne kaha ke kahan ustad is kaam kar rahi hai?</w:t>
      </w:r>
    </w:p>
    <w:p>
      <w:pPr>
        <w:jc w:val="right"/>
      </w:pPr>
      <w:r>
        <w:t>تو انہوں نے کہا کہ مجھ سے بہت بہتر ہے۔ تو پھر میں نے کہا کہ کہاں استاد اس کام کر رہی ہے؟</w:t>
      </w:r>
    </w:p>
    <w:p>
      <w:r>
        <w:rPr>
          <w:b/>
        </w:rPr>
        <w:t xml:space="preserve">[1:09:49] </w:t>
      </w:r>
      <w:r>
        <w:t>har jagah yeh qissa hai ke shaitan ne logon ko yeh kar rakha hai ke 99 percent item jo behtar hain, us ko bhula rakha hai.</w:t>
      </w:r>
    </w:p>
    <w:p>
      <w:pPr>
        <w:jc w:val="right"/>
      </w:pPr>
      <w:r>
        <w:t>ہر جگہ یہ قصہ ہے کہ شیطان نے لوگوں کو یہ کر رکھا ہے کہ 99 پرسنٹ آئٹم جو بہتر ہیں، اس کو بھلا رکھا ہے۔</w:t>
      </w:r>
    </w:p>
    <w:p>
      <w:r>
        <w:rPr>
          <w:b/>
        </w:rPr>
        <w:t xml:space="preserve">[1:09:58] </w:t>
      </w:r>
      <w:r>
        <w:t>aik item jo hai, us ko usi ko khoob yaad dilata hai.</w:t>
      </w:r>
    </w:p>
    <w:p>
      <w:pPr>
        <w:jc w:val="right"/>
      </w:pPr>
      <w:r>
        <w:t>ایک آئٹم جو ہے، اس کو اسی کو خوب یاد دلاتا ہے۔</w:t>
      </w:r>
    </w:p>
    <w:p>
      <w:r>
        <w:rPr>
          <w:b/>
        </w:rPr>
        <w:t xml:space="preserve">[1:10:05] </w:t>
      </w:r>
      <w:r>
        <w:t>to communalism haqeeqat mein naam hai nashukri ka. is ki jar mein jo hai, nashukri hai. is ki jar mein nashukri hai.</w:t>
      </w:r>
    </w:p>
    <w:p>
      <w:pPr>
        <w:jc w:val="right"/>
      </w:pPr>
      <w:r>
        <w:t>تو کمیونلزم حقیقت میں نام ہے ناشکری کا۔ اس کی جڑ میں جو ہے، ناشکری ہے۔ اس کی جڑ میں ناشکری ہے۔</w:t>
      </w:r>
    </w:p>
    <w:p>
      <w:r>
        <w:rPr>
          <w:b/>
        </w:rPr>
        <w:t xml:space="preserve">[1:10:15] </w:t>
      </w:r>
      <w:r>
        <w:t>aisay hi mein aik martaba bahar gaya, Arab wahan par aik sheikh ke ghar par dinner tha to India ke kuch log wahan par thay, mein bhi tha.</w:t>
      </w:r>
    </w:p>
    <w:p>
      <w:pPr>
        <w:jc w:val="right"/>
      </w:pPr>
      <w:r>
        <w:t>ایسے ہی میں ایک مرتبہ باہر گیا، عرب وہاں پر ایک شیخ کے گھر پر ڈنر تھا تو انڈیا کے کچھ لوگ وہاں پر تھے، میں بھی تھا۔</w:t>
      </w:r>
    </w:p>
    <w:p>
      <w:r>
        <w:rPr>
          <w:b/>
        </w:rPr>
        <w:t xml:space="preserve">[1:10:30] </w:t>
      </w:r>
      <w:r>
        <w:t>to India ke aik sahab, jo ab un ki death ho chuki hai, woh leader thay. woh to kya kehtay hain ke India mein musalmanon ko masjid mein bhi sajda karne ki ijazat nahi hai.</w:t>
      </w:r>
    </w:p>
    <w:p>
      <w:pPr>
        <w:jc w:val="right"/>
      </w:pPr>
      <w:r>
        <w:t>تو انڈیا کے ایک صاحب، جو اب ان کی ڈیتھ ہو چکی ہے، وہ لیڈر تھے۔ وہ تو کیا کہتے ہیں کہ انڈیا میں مسلمانوں کو مسجد میں بھی سجدہ کرنے کی اجازت نہیں ہے۔</w:t>
      </w:r>
    </w:p>
    <w:p>
      <w:r>
        <w:rPr>
          <w:b/>
        </w:rPr>
        <w:t xml:space="preserve">[1:10:47] </w:t>
      </w:r>
      <w:r>
        <w:t>Arab sheikh ke samnay sheikh Arab kahi ke India mein musalmanon ko masjid mein bhi sajda karne ki ijazat nahi hai.</w:t>
      </w:r>
    </w:p>
    <w:p>
      <w:pPr>
        <w:jc w:val="right"/>
      </w:pPr>
      <w:r>
        <w:t>عرب شیخ کے سامنے شیخ عرب کہی کہ انڈیا میں مسلمانوں کو مسجد میں بھی سجدہ کرنے کی اجازت نہیں ہے۔</w:t>
      </w:r>
    </w:p>
    <w:p>
      <w:r>
        <w:rPr>
          <w:b/>
        </w:rPr>
        <w:t xml:space="preserve">[1:10:58] </w:t>
      </w:r>
      <w:r>
        <w:t>mein ne kaha kon se India? hum bhi to wahin rehtay hain.</w:t>
      </w:r>
    </w:p>
    <w:p>
      <w:pPr>
        <w:jc w:val="right"/>
      </w:pPr>
      <w:r>
        <w:t>میں نے کہا کون سے انڈیا؟ ہم بھی تو وہیں رہتے ہیں۔</w:t>
      </w:r>
    </w:p>
    <w:p>
      <w:r>
        <w:rPr>
          <w:b/>
        </w:rPr>
        <w:t xml:space="preserve">[1:11:01] </w:t>
      </w:r>
      <w:r>
        <w:t>kaha dekhen Safdarjung ki Masjid. to Safdarjung ki Masjid jo hai, woh archaeology ke tehat hai. archaeology ka nizam alag hota hai.</w:t>
      </w:r>
    </w:p>
    <w:p>
      <w:pPr>
        <w:jc w:val="right"/>
      </w:pPr>
      <w:r>
        <w:t>کہا دیکھیں صفدر جیل کی مسجد۔ تو صفدر جیل کی مسجد جو ہے، وہ آرکالوجی کے تحت ہے۔ آرکالوجی کا نظام الگ ہوتا ہے۔</w:t>
      </w:r>
    </w:p>
    <w:p>
      <w:r>
        <w:rPr>
          <w:b/>
        </w:rPr>
        <w:t xml:space="preserve">[1:11:13] </w:t>
      </w:r>
      <w:r>
        <w:t>baqi India mein paanch lakh masjidain hain, har masjid mein khoob namaz ho rahi hai, azan ho rahi hai. to is mani ke paanch lakh masjidon ko bhula kar ke aik masjid ko shaitan ne sikhaya.</w:t>
      </w:r>
    </w:p>
    <w:p>
      <w:pPr>
        <w:jc w:val="right"/>
      </w:pPr>
      <w:r>
        <w:t>باقی انڈیا میں پانچ لاکھ مسجدیں ہیں، ہر مسجد میں خوب نماز ہو رہی ہے، اذان ہو رہی ہے۔ تو اس معنی کہ پانچ لاکھ مسجدوں کو بھلا کر کے ایک مسجد کو شیطان نے سکھایا۔</w:t>
      </w:r>
    </w:p>
    <w:p>
      <w:r>
        <w:rPr>
          <w:b/>
        </w:rPr>
        <w:t xml:space="preserve">[1:11:26] </w:t>
      </w:r>
      <w:r>
        <w:t>dekho bhai, wahan tala laga hua hai. to communalism mere nazdeek jo hai, is ki jar mein nashukri hai aur nashukri jahan hai, wahan shaitan hai.</w:t>
      </w:r>
    </w:p>
    <w:p>
      <w:pPr>
        <w:jc w:val="right"/>
      </w:pPr>
      <w:r>
        <w:t>دیکھو بھئی، وہاں تالا لگا ہوا ہے۔ تو کمیونلزم میرے نزدیک جو ہے، اس کی جڑ میں ناشکری ہے اور ناشکری جہاں ہے، وہاں شیطان ہے۔</w:t>
      </w:r>
    </w:p>
    <w:p>
      <w:r>
        <w:rPr>
          <w:b/>
        </w:rPr>
        <w:t xml:space="preserve">[1:11:34] </w:t>
      </w:r>
      <w:r>
        <w:t>aadmi shaitan ka influence mein aa gaya hai. mein to yahi kahunga.</w:t>
      </w:r>
    </w:p>
    <w:p>
      <w:pPr>
        <w:jc w:val="right"/>
      </w:pPr>
      <w:r>
        <w:t>آدمی شیطان کا انفلوئنس میں آ گیا ہے۔ میں تو یہی کہوں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