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Politics and Nation Building May 19, 2013</w:t>
      </w:r>
    </w:p>
    <w:p>
      <w:r>
        <w:t>https://youtu.be/kmiMGq0Ki2Q</w:t>
      </w:r>
    </w:p>
    <w:p>
      <w:r>
        <w:rPr>
          <w:b/>
        </w:rPr>
        <w:t xml:space="preserve">[00:14] </w:t>
      </w:r>
      <w:r>
        <w:t>Bismillah Rehman ur Rahim, wasallallahu ala Nabiyyil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[00:37] </w:t>
      </w:r>
      <w:r>
        <w:t>a</w:t>
      </w:r>
    </w:p>
    <w:p>
      <w:pPr>
        <w:jc w:val="right"/>
      </w:pPr>
      <w:r>
        <w:t>آ</w:t>
      </w:r>
    </w:p>
    <w:p>
      <w:r>
        <w:rPr>
          <w:b/>
        </w:rPr>
        <w:t xml:space="preserve">[00:38] </w:t>
      </w:r>
      <w:r>
        <w:t>j mai 2013 ki 19 tareekh hai.</w:t>
      </w:r>
    </w:p>
    <w:p>
      <w:pPr>
        <w:jc w:val="right"/>
      </w:pPr>
      <w:r>
        <w:t>ج مئی 2013 کی 19 تاریخ ہے۔</w:t>
      </w:r>
    </w:p>
    <w:p>
      <w:r>
        <w:rPr>
          <w:b/>
        </w:rPr>
        <w:t xml:space="preserve">[00:47] </w:t>
      </w:r>
      <w:r>
        <w:t>aaj ka topic hai:</w:t>
      </w:r>
    </w:p>
    <w:p>
      <w:pPr>
        <w:jc w:val="right"/>
      </w:pPr>
      <w:r>
        <w:t>آج کا ٹاپک ہے:</w:t>
      </w:r>
    </w:p>
    <w:p>
      <w:r>
        <w:rPr>
          <w:b/>
        </w:rPr>
        <w:t xml:space="preserve">[00:53] </w:t>
      </w:r>
      <w:r>
        <w:t>politics and nation building.</w:t>
      </w:r>
    </w:p>
    <w:p>
      <w:pPr>
        <w:jc w:val="right"/>
      </w:pPr>
      <w:r>
        <w:t>پولیٹکس اینڈ نیشن بلڈنگ۔</w:t>
      </w:r>
    </w:p>
    <w:p>
      <w:r>
        <w:rPr>
          <w:b/>
        </w:rPr>
        <w:t xml:space="preserve">[01:01] </w:t>
      </w:r>
      <w:r>
        <w:t>yeh topic pehle se mere zehn mein nahi tha.</w:t>
      </w:r>
    </w:p>
    <w:p>
      <w:pPr>
        <w:jc w:val="right"/>
      </w:pPr>
      <w:r>
        <w:t>یہ ٹاپک پہلے سے میرے ذہن میں نہیں تھا۔</w:t>
      </w:r>
    </w:p>
    <w:p>
      <w:r>
        <w:rPr>
          <w:b/>
        </w:rPr>
        <w:t xml:space="preserve">[01:06] </w:t>
      </w:r>
      <w:r>
        <w:t>aaj subah ek khabar aayi Pakistan se, to maine socha ke yahi aaj ke liye behtar topic hoga.</w:t>
      </w:r>
    </w:p>
    <w:p>
      <w:pPr>
        <w:jc w:val="right"/>
      </w:pPr>
      <w:r>
        <w:t>آج صبح ایک خبر آئی پاکستان سے، تو میں نے سوچا کہ یہی آج کے لیے بہتر ٹاپک ہوگا۔</w:t>
      </w:r>
    </w:p>
    <w:p>
      <w:r>
        <w:rPr>
          <w:b/>
        </w:rPr>
        <w:t xml:space="preserve">[01:20] </w:t>
      </w:r>
      <w:r>
        <w:t>woh khabar yeh hai</w:t>
      </w:r>
    </w:p>
    <w:p>
      <w:pPr>
        <w:jc w:val="right"/>
      </w:pPr>
      <w:r>
        <w:t>وہ خبر یہ ہے</w:t>
      </w:r>
    </w:p>
    <w:p>
      <w:r>
        <w:rPr>
          <w:b/>
        </w:rPr>
        <w:t xml:space="preserve">[01:24] </w:t>
      </w:r>
      <w:r>
        <w:t>ke Karachi mein ek khatoon leader, jo wahan ki insaaf party se talluq rakhti theen,</w:t>
      </w:r>
    </w:p>
    <w:p>
      <w:pPr>
        <w:jc w:val="right"/>
      </w:pPr>
      <w:r>
        <w:t>کہ کراچی میں ایک خاتون لیڈر، جو وہاں کی انصاف پارٹی سے تعلق رکھتی تھیں،</w:t>
      </w:r>
    </w:p>
    <w:p>
      <w:r>
        <w:rPr>
          <w:b/>
        </w:rPr>
        <w:t xml:space="preserve">[01:38] </w:t>
      </w:r>
      <w:r>
        <w:t>un ka naam tha Zahra Shahid Hussain.</w:t>
      </w:r>
    </w:p>
    <w:p>
      <w:pPr>
        <w:jc w:val="right"/>
      </w:pPr>
      <w:r>
        <w:t>ان کا نام تھا زہرا شاہد حسین۔</w:t>
      </w:r>
    </w:p>
    <w:p>
      <w:r>
        <w:rPr>
          <w:b/>
        </w:rPr>
        <w:t xml:space="preserve">[01:44] </w:t>
      </w:r>
      <w:r>
        <w:t>un ko un ke ghar ke samne goli maar kar halak kar diya gaya. yeh aaj subah ki khabar hai.</w:t>
      </w:r>
    </w:p>
    <w:p>
      <w:pPr>
        <w:jc w:val="right"/>
      </w:pPr>
      <w:r>
        <w:t>ان کو ان کے گھر کے سامنے گولی مار کر ہلاک کر دیا گیا۔ یہ آج صبح کی خبر ہے۔</w:t>
      </w:r>
    </w:p>
    <w:p>
      <w:r>
        <w:rPr>
          <w:b/>
        </w:rPr>
        <w:t xml:space="preserve">[01:57] </w:t>
      </w:r>
      <w:r>
        <w:t>to is khabar ko le kar mere zehn mein yeh baat aayi ke aaj ke liye behtar topic hoga: politics and nation building.</w:t>
      </w:r>
    </w:p>
    <w:p>
      <w:pPr>
        <w:jc w:val="right"/>
      </w:pPr>
      <w:r>
        <w:t>تو اس خبر کو لے کر میرے ذہن میں یہ بات آئی کہ آج کے لیے بہتر ٹاپک ہوگا: پولیٹکس اینڈ نیشن بلڈنگ۔</w:t>
      </w:r>
    </w:p>
    <w:p>
      <w:r>
        <w:rPr>
          <w:b/>
        </w:rPr>
        <w:t xml:space="preserve">[02:12] </w:t>
      </w:r>
      <w:r>
        <w:t>dekhiye,</w:t>
      </w:r>
    </w:p>
    <w:p>
      <w:pPr>
        <w:jc w:val="right"/>
      </w:pPr>
      <w:r>
        <w:t>دیکھیے،</w:t>
      </w:r>
    </w:p>
    <w:p>
      <w:r>
        <w:rPr>
          <w:b/>
        </w:rPr>
        <w:t xml:space="preserve">[02:16] </w:t>
      </w:r>
      <w:r>
        <w:t>is zamane mein tamam musalmanon ke zehn mein ek hi tarah ki soch hai. woh yeh hai ke millat ki taameer ka sab se zyada effective tareeqa politics hai.</w:t>
      </w:r>
    </w:p>
    <w:p>
      <w:pPr>
        <w:jc w:val="right"/>
      </w:pPr>
      <w:r>
        <w:t>اس زمانے میں تمام مسلمانوں کے ذہن میں ایک ہی طرح کی سوچ ہے۔ وہ یہ ہے کہ ملت کی تعمیر کا سب سے زیادہ ایفیکٹیو طریقہ پولیٹکس ہے۔</w:t>
      </w:r>
    </w:p>
    <w:p>
      <w:r>
        <w:rPr>
          <w:b/>
        </w:rPr>
        <w:t xml:space="preserve">[02:34] </w:t>
      </w:r>
      <w:r>
        <w:t>jitne baray baray leader hain, jo jitne baray baray mind hain musalmanon ke, woh sab isi mein lage hue hain. lekin aap dekhiye ke sari qurbaniyan dene ke bawajood,</w:t>
      </w:r>
    </w:p>
    <w:p>
      <w:pPr>
        <w:jc w:val="right"/>
      </w:pPr>
      <w:r>
        <w:t>جتنے بڑے بڑے لیڈر ہیں، جو جتنے بڑے بڑے مائنڈ ہیں مسلمانوں کے، وہ سب اسی میں لگے ہوئے ہیں۔ لیکن آپ دیکھیے کہ ساری قربانیاں دینے کے باوجود،</w:t>
      </w:r>
    </w:p>
    <w:p>
      <w:r>
        <w:rPr>
          <w:b/>
        </w:rPr>
        <w:t xml:space="preserve">[02:51] </w:t>
      </w:r>
      <w:r>
        <w:t>tamam baray baray muslim mind ki shirkat ke bawajood, result kya hai? zero hai.</w:t>
      </w:r>
    </w:p>
    <w:p>
      <w:pPr>
        <w:jc w:val="right"/>
      </w:pPr>
      <w:r>
        <w:t>تمام بڑے بڑے مسلم مائنڈ کی شرکت کے باوجود، رزلٹ کیا ہے؟ زیرو ہے۔</w:t>
      </w:r>
    </w:p>
    <w:p>
      <w:r>
        <w:rPr>
          <w:b/>
        </w:rPr>
        <w:t xml:space="preserve">[03:00] </w:t>
      </w:r>
      <w:r>
        <w:t>result kuch bhi nahi.</w:t>
      </w:r>
    </w:p>
    <w:p>
      <w:pPr>
        <w:jc w:val="right"/>
      </w:pPr>
      <w:r>
        <w:t>رزلٹ کچھ بھی نہیں۔</w:t>
      </w:r>
    </w:p>
    <w:p>
      <w:r>
        <w:rPr>
          <w:b/>
        </w:rPr>
        <w:t xml:space="preserve">[03:04] </w:t>
      </w:r>
      <w:r>
        <w:t>to yeh tareeqa hi galat hai ke politics se nation building hoti hai. abhi dekhiye, Pakistan mein election hua hai 11 May ko, isi mahine mein.</w:t>
      </w:r>
    </w:p>
    <w:p>
      <w:pPr>
        <w:jc w:val="right"/>
      </w:pPr>
      <w:r>
        <w:t>تو یہ طریقہ ہی غلط ہے کہ پولیٹکس سے نیشن بلڈنگ ہوتی ہے۔ ابھی دیکھیے، پاکستان میں الیکشن ہوا ہے 11 مئی کو، اسی مہینے میں۔</w:t>
      </w:r>
    </w:p>
    <w:p>
      <w:r>
        <w:rPr>
          <w:b/>
        </w:rPr>
        <w:t xml:space="preserve">[03:19] </w:t>
      </w:r>
      <w:r>
        <w:t>wahan do bari parties aamne samne theen: Muslim League aur Insaaf Party.</w:t>
      </w:r>
    </w:p>
    <w:p>
      <w:pPr>
        <w:jc w:val="right"/>
      </w:pPr>
      <w:r>
        <w:t>وہاں دو بڑی پارٹیاں آمنے سامنے تھیں: مسلم لیگ اور انصاف پارٹی۔</w:t>
      </w:r>
    </w:p>
    <w:p>
      <w:r>
        <w:rPr>
          <w:b/>
        </w:rPr>
        <w:t xml:space="preserve">[03:31] </w:t>
      </w:r>
      <w:r>
        <w:t>is mein Insaaf Party ke jo leader hain,</w:t>
      </w:r>
    </w:p>
    <w:p>
      <w:pPr>
        <w:jc w:val="right"/>
      </w:pPr>
      <w:r>
        <w:t>اس میں انصاف پارٹی کے جو لیڈر ہیں،</w:t>
      </w:r>
    </w:p>
    <w:p>
      <w:r>
        <w:rPr>
          <w:b/>
        </w:rPr>
        <w:t xml:space="preserve">[03:37] </w:t>
      </w:r>
      <w:r>
        <w:t>unhon ne kaha tha election se pehle ke "there is no other way to bring change in Pakistan but politics".</w:t>
      </w:r>
    </w:p>
    <w:p>
      <w:pPr>
        <w:jc w:val="right"/>
      </w:pPr>
      <w:r>
        <w:t>انہوں نے کہا تھا الیکشن سے پہلے کہ "دیر از نو ادر وے ٹو برنگ چینج ان پاکستان بٹ پولیٹکس"۔</w:t>
      </w:r>
    </w:p>
    <w:p>
      <w:r>
        <w:rPr>
          <w:b/>
        </w:rPr>
        <w:t xml:space="preserve">[03:57] </w:t>
      </w:r>
      <w:r>
        <w:t>Pakistan mein koi change lane ka wahid tareeqa hai politics ke zariye.</w:t>
      </w:r>
    </w:p>
    <w:p>
      <w:pPr>
        <w:jc w:val="right"/>
      </w:pPr>
      <w:r>
        <w:t>پاکستان میں کوئی چینج لانے کا واحد طریقہ ہے پولیٹکس کے ذریعے۔</w:t>
      </w:r>
    </w:p>
    <w:p>
      <w:r>
        <w:rPr>
          <w:b/>
        </w:rPr>
        <w:t xml:space="preserve">[04:08] </w:t>
      </w:r>
      <w:r>
        <w:t>donon taraf ke leader yeh kehte rahe hain ke Pakistan mein tabdeeli ki zaroorat hai. tabdeeli ka matlab yeh hai ke koi rasta nikalna taraqqi ka.</w:t>
      </w:r>
    </w:p>
    <w:p>
      <w:pPr>
        <w:jc w:val="right"/>
      </w:pPr>
      <w:r>
        <w:t>دونوں طرف کے لیڈر یہ کہتے رہے ہیں کہ پاکستان میں تبدیلی کی ضرورت ہے۔ تبدیلی کا مطلب یہ ہے کہ کوئی راستہ نکالنا ترقی کا۔</w:t>
      </w:r>
    </w:p>
    <w:p>
      <w:r>
        <w:rPr>
          <w:b/>
        </w:rPr>
        <w:t xml:space="preserve">[04:19] </w:t>
      </w:r>
      <w:r>
        <w:t>kyun ke dekhiye, sab log yeh mante hain ke Pakistan is a failed state.</w:t>
      </w:r>
    </w:p>
    <w:p>
      <w:pPr>
        <w:jc w:val="right"/>
      </w:pPr>
      <w:r>
        <w:t>کیونکہ دیکھیے، سب لوگ یہ مانتے ہیں کہ پاکستان از اے فیلڈ اسٹیٹ۔</w:t>
      </w:r>
    </w:p>
    <w:p>
      <w:r>
        <w:rPr>
          <w:b/>
        </w:rPr>
        <w:t xml:space="preserve">[04:25] </w:t>
      </w:r>
      <w:r>
        <w:t>60 saal se zyada muddat guzar gayi, aur aakhri nateeja kya hai? ke Pakistan ek failed state hai.</w:t>
      </w:r>
    </w:p>
    <w:p>
      <w:pPr>
        <w:jc w:val="right"/>
      </w:pPr>
      <w:r>
        <w:t>60 سال سے زیادہ مدت گزر گئی، اور آخری نتیجہ کیا ہے؟ کہ پاکستان ایک فیلڈ اسٹیٹ ہے۔</w:t>
      </w:r>
    </w:p>
    <w:p>
      <w:r>
        <w:rPr>
          <w:b/>
        </w:rPr>
        <w:t xml:space="preserve">[04:36] </w:t>
      </w:r>
      <w:r>
        <w:t>Pakistan mein ajeeb o ghareeb soorat-e-haal hai ke wahan ek state hai aur sath sath ek pillar state bhi hai, jin ko kehte hain non-state actors.</w:t>
      </w:r>
    </w:p>
    <w:p>
      <w:pPr>
        <w:jc w:val="right"/>
      </w:pPr>
      <w:r>
        <w:t>پاکستان میں عجیب و غریب صورتحال ہے کہ وہاں ایک اسٹیٹ ہے اور ساتھ ساتھ ایک پائلر اسٹیٹ بھی ہے، جن کو کہتے ہیں نان اسٹیٹ ایکٹرز۔</w:t>
      </w:r>
    </w:p>
    <w:p>
      <w:r>
        <w:rPr>
          <w:b/>
        </w:rPr>
        <w:t xml:space="preserve">[04:53] </w:t>
      </w:r>
      <w:r>
        <w:t>to isi wajah se aap rozana wahan suntay hain</w:t>
      </w:r>
    </w:p>
    <w:p>
      <w:pPr>
        <w:jc w:val="right"/>
      </w:pPr>
      <w:r>
        <w:t>تو اسی وجہ سے آپ روزانہ وہاں سنتے ہیں</w:t>
      </w:r>
    </w:p>
    <w:p>
      <w:r>
        <w:rPr>
          <w:b/>
        </w:rPr>
        <w:t xml:space="preserve">[04:58] </w:t>
      </w:r>
      <w:r>
        <w:t>maar kaat, aapas mein log maarte hain ek doosre ko.</w:t>
      </w:r>
    </w:p>
    <w:p>
      <w:pPr>
        <w:jc w:val="right"/>
      </w:pPr>
      <w:r>
        <w:t>مار کاٹ، آپس میں لوگ مارتے ہیں ایک دوسرے کو۔</w:t>
      </w:r>
    </w:p>
    <w:p>
      <w:r>
        <w:rPr>
          <w:b/>
        </w:rPr>
        <w:t xml:space="preserve">[05:05] </w:t>
      </w:r>
      <w:r>
        <w:t>abhi aaj ki jo khabar hai, is mein yeh bataya gaya hai ke abhi jo election hua hai 11 may ko, to election campaign ke zamane mein wahan goliyan chali aur bomb phate.</w:t>
      </w:r>
    </w:p>
    <w:p>
      <w:pPr>
        <w:jc w:val="right"/>
      </w:pPr>
      <w:r>
        <w:t>ابھی آج کی جو خبر ہے، اس میں یہ بتایا گیا ہے کہ ابھی جو الیکشن ہوا ہے 11 مئی کو، تو الیکشن کیمپین کے زمانے میں وہاں گولیاں چلیں اور بم پھٹے۔</w:t>
      </w:r>
    </w:p>
    <w:p>
      <w:r>
        <w:rPr>
          <w:b/>
        </w:rPr>
        <w:t xml:space="preserve">[05:20] </w:t>
      </w:r>
      <w:r>
        <w:t>is mein 150 se zyada aadmi mar gaye, abhi ki baat hai.</w:t>
      </w:r>
    </w:p>
    <w:p>
      <w:pPr>
        <w:jc w:val="right"/>
      </w:pPr>
      <w:r>
        <w:t>اس میں 150 سے زیادہ آدمی مر گئے، ابھی کی بات ہے۔</w:t>
      </w:r>
    </w:p>
    <w:p>
      <w:r>
        <w:rPr>
          <w:b/>
        </w:rPr>
        <w:t xml:space="preserve">[05:29] </w:t>
      </w:r>
      <w:r>
        <w:t>yeh ek bohat bari soch ka maamla hai.</w:t>
      </w:r>
    </w:p>
    <w:p>
      <w:pPr>
        <w:jc w:val="right"/>
      </w:pPr>
      <w:r>
        <w:t>یہ ایک بہت بڑی سوچ کا معاملہ ہے۔</w:t>
      </w:r>
    </w:p>
    <w:p>
      <w:r>
        <w:rPr>
          <w:b/>
        </w:rPr>
        <w:t xml:space="preserve">[05:34] </w:t>
      </w:r>
      <w:r>
        <w:t>is ka khulasa yeh hai ke jab tak dekhiye, society tayyar na ho, koi kamyab hukoomat wahan ban nahi sakti hai.</w:t>
      </w:r>
    </w:p>
    <w:p>
      <w:pPr>
        <w:jc w:val="right"/>
      </w:pPr>
      <w:r>
        <w:t>اس کا خلاصہ یہ ہے کہ جب تک دیکھیے، سوسائٹی تیار نہ ہو، کوئی کامیاب حکومت وہاں بن نہیں سکتی ہے۔</w:t>
      </w:r>
    </w:p>
    <w:p>
      <w:r>
        <w:rPr>
          <w:b/>
        </w:rPr>
        <w:t xml:space="preserve">[05:44] </w:t>
      </w:r>
      <w:r>
        <w:t>to Pakistan ka masla asal yeh hai ke wahan society tayyar nahi hai. to kaise aap hukoomat banayenge?</w:t>
      </w:r>
    </w:p>
    <w:p>
      <w:pPr>
        <w:jc w:val="right"/>
      </w:pPr>
      <w:r>
        <w:t>تو پاکستان کا مسئلہ اصل یہ ہے کہ وہاں سوسائٹی تیار نہیں ہے۔ تو کیسے آپ حکومت بنائیں گے؟</w:t>
      </w:r>
    </w:p>
    <w:p>
      <w:r>
        <w:rPr>
          <w:b/>
        </w:rPr>
        <w:t xml:space="preserve">[05:57] </w:t>
      </w:r>
      <w:r>
        <w:t>ek bohat bari sunnat Rasool Allah Salallaho Alaihi Wasallam ke baray mein har aadmi baray baray taqreerain karta hai ke aap is waqt kamilah hain, is waqt kamilah hain.</w:t>
      </w:r>
    </w:p>
    <w:p>
      <w:pPr>
        <w:jc w:val="right"/>
      </w:pPr>
      <w:r>
        <w:t>ایک بہت بڑی سنت رسول اللہ صلی اللہ علیہ وسلم کے بارے میں ہر آدمی بڑے بڑے تقریریں کرتا ہے کہ آپ اس وقت کاملہ ہیں، اس وقت کاملہ ہیں۔</w:t>
      </w:r>
    </w:p>
    <w:p>
      <w:r>
        <w:rPr>
          <w:b/>
        </w:rPr>
        <w:t xml:space="preserve">[06:05] </w:t>
      </w:r>
      <w:r>
        <w:t>lekin koi bhi mujhe naye walon se jo shendizi se aitraaz karta ho ke ab mein apni zindagi ke liye is waqt aitraaz karoon.</w:t>
      </w:r>
    </w:p>
    <w:p>
      <w:pPr>
        <w:jc w:val="right"/>
      </w:pPr>
      <w:r>
        <w:t>لیکن کوئی بھی مجھے نئے والوں سے جو شیندیزی سے اعتراض کرتا ہو کہ اب میں اپنی زندگی کے لیے اس وقت اعتراض کروں۔</w:t>
      </w:r>
    </w:p>
    <w:p>
      <w:r>
        <w:rPr>
          <w:b/>
        </w:rPr>
        <w:t xml:space="preserve">[06:18] </w:t>
      </w:r>
      <w:r>
        <w:t>dekhiye, Rasool Allah Salallaho Alaihi Wasallam jab Makah mein, aap jante hain ke 610 isvi mein aap ne Makah mein apna mission shuru kiya. is waqt wahan par Quraish ki qiyadat thi,</w:t>
      </w:r>
    </w:p>
    <w:p>
      <w:pPr>
        <w:jc w:val="right"/>
      </w:pPr>
      <w:r>
        <w:t>دیکھیے، رسول اللہ صلی اللہ علیہ وسلم جب مکہ میں، آپ جانتے ہیں کہ 610 عیسوی میں آپ نے مکہ میں اپنا مشن شروع کیا۔ اس وقت وہاں پر قریش کی قیادت تھی،</w:t>
      </w:r>
    </w:p>
    <w:p>
      <w:r>
        <w:rPr>
          <w:b/>
        </w:rPr>
        <w:t xml:space="preserve">[06:32] </w:t>
      </w:r>
      <w:r>
        <w:t>jo ke mushrik thay. to Rasool Allah Salallaho Alaihi Wasallam ko unhon ne peshkash ki</w:t>
      </w:r>
    </w:p>
    <w:p>
      <w:pPr>
        <w:jc w:val="right"/>
      </w:pPr>
      <w:r>
        <w:t>جو کہ مشرک تھے۔ تو رسول اللہ صلی اللہ علیہ وسلم کو انہوں نے پیشکش کی</w:t>
      </w:r>
    </w:p>
    <w:p>
      <w:r>
        <w:rPr>
          <w:b/>
        </w:rPr>
        <w:t xml:space="preserve">[06:42] </w:t>
      </w:r>
      <w:r>
        <w:t>"in turido mulkan falakna".</w:t>
      </w:r>
    </w:p>
    <w:p>
      <w:pPr>
        <w:jc w:val="right"/>
      </w:pPr>
      <w:r>
        <w:t>کہ "إن تريدوا ملكا من لكنا فعلينا"۔</w:t>
      </w:r>
    </w:p>
    <w:p>
      <w:r>
        <w:rPr>
          <w:b/>
        </w:rPr>
        <w:t xml:space="preserve">[06:48] </w:t>
      </w:r>
      <w:r>
        <w:t>agar aap hukoomat chahte hain to hum aap ko hukoomat dene ke liye tayyar hain.</w:t>
      </w:r>
    </w:p>
    <w:p>
      <w:pPr>
        <w:jc w:val="right"/>
      </w:pPr>
      <w:r>
        <w:t>اگر آپ حکومت چاہتے ہیں تو ہم آپ کو حکومت دینے کے لیے تیار ہیں۔</w:t>
      </w:r>
    </w:p>
    <w:p>
      <w:r>
        <w:rPr>
          <w:b/>
        </w:rPr>
        <w:t xml:space="preserve">[06:54] </w:t>
      </w:r>
      <w:r>
        <w:t>Rasool Allah ne kya jawab diya? "ma atlub alaykum alaykum". mein tum se hukoomat nahi chahta. mera kaam hai zehnon ko badalna.</w:t>
      </w:r>
    </w:p>
    <w:p>
      <w:pPr>
        <w:jc w:val="right"/>
      </w:pPr>
      <w:r>
        <w:t>رسول اللہ نے کیا جواب دیا؟ "ما أطلب الأبلك عليكم"۔ میں تم سے حکومت نہیں چاہتا۔ میرا کام ہے ذہنوں کو بدلنا۔</w:t>
      </w:r>
    </w:p>
    <w:p>
      <w:r>
        <w:rPr>
          <w:b/>
        </w:rPr>
        <w:t xml:space="preserve">[07:07] </w:t>
      </w:r>
      <w:r>
        <w:t>insan ko khudaai aajal dena.</w:t>
      </w:r>
    </w:p>
    <w:p>
      <w:pPr>
        <w:jc w:val="right"/>
      </w:pPr>
      <w:r>
        <w:t>انسان کو خدائی آجال دینا۔</w:t>
      </w:r>
    </w:p>
    <w:p>
      <w:r>
        <w:rPr>
          <w:b/>
        </w:rPr>
        <w:t xml:space="preserve">[07:12] </w:t>
      </w:r>
      <w:r>
        <w:t>insan ki sehat aur kirdaar mein change lana. dekhiye, yeh saada baat nahi hai. yeh saada baat nahi hai.</w:t>
      </w:r>
    </w:p>
    <w:p>
      <w:pPr>
        <w:jc w:val="right"/>
      </w:pPr>
      <w:r>
        <w:t>انسان کی صحت اور کردار میں چینج لانا۔ دیکھیے، یہ سادہ بات نہیں ہے۔ یہ سادہ بات نہیں ہے۔</w:t>
      </w:r>
    </w:p>
    <w:p>
      <w:r>
        <w:rPr>
          <w:b/>
        </w:rPr>
        <w:t xml:space="preserve">[07:24] </w:t>
      </w:r>
      <w:r>
        <w:t>is ka matlab yeh hai ke Makah mein is waqt society tayyar nahi thi. aap hakim ban kar kya karte?</w:t>
      </w:r>
    </w:p>
    <w:p>
      <w:pPr>
        <w:jc w:val="right"/>
      </w:pPr>
      <w:r>
        <w:t>اس کا مطلب یہ ہے کہ مکہ میں اس وقت سوسائٹی تیار نہیں تھی۔ آپ حاکم بن کر کیا کرتے؟</w:t>
      </w:r>
    </w:p>
    <w:p>
      <w:r>
        <w:rPr>
          <w:b/>
        </w:rPr>
        <w:t xml:space="preserve">[07:34] </w:t>
      </w:r>
      <w:r>
        <w:t>is waqt agar aap hukoomat ke kursi par baith jatay to kuch hone wala nahi tha. kyunke society tayyar nahi thi.</w:t>
      </w:r>
    </w:p>
    <w:p>
      <w:pPr>
        <w:jc w:val="right"/>
      </w:pPr>
      <w:r>
        <w:t>اس وقت اگر آپ حکومت کے کرسی پر بیٹھ جاتے تو کچھ ہونے والا نہیں تھا۔ کیونکہ سوسائٹی تیار نہیں تھی۔</w:t>
      </w:r>
    </w:p>
    <w:p>
      <w:r>
        <w:rPr>
          <w:b/>
        </w:rPr>
        <w:t xml:space="preserve">[07:46] </w:t>
      </w:r>
      <w:r>
        <w:t>to pehla kaam hai society banana, is ke baad hukoomat aati hai. lekin saaray Muslim leader kya kar rahay hain? ke jis ko kehte hain "putting the cart before the horse".</w:t>
      </w:r>
    </w:p>
    <w:p>
      <w:pPr>
        <w:jc w:val="right"/>
      </w:pPr>
      <w:r>
        <w:t>تو پہلا کام ہے سوسائٹی بنانا، اس کے بعد حکومت آتی ہے۔ لیکن سارے مسلم لیڈر کیا کر رہے ہیں؟ کہ جس کو کہتے ہیں "پوٹنگ دا کارٹ بیفور دی ہارس"۔</w:t>
      </w:r>
    </w:p>
    <w:p>
      <w:r>
        <w:rPr>
          <w:b/>
        </w:rPr>
        <w:t xml:space="preserve">[08:00] </w:t>
      </w:r>
      <w:r>
        <w:t>isi mein mashghool hain. isi liye nateeja zero hai.</w:t>
      </w:r>
    </w:p>
    <w:p>
      <w:pPr>
        <w:jc w:val="right"/>
      </w:pPr>
      <w:r>
        <w:t>اسی میں مشغول ہیں۔ اسی لیے نتیجہ صفر ہے۔</w:t>
      </w:r>
    </w:p>
    <w:p>
      <w:r>
        <w:rPr>
          <w:b/>
        </w:rPr>
        <w:t xml:space="preserve">[08:06] </w:t>
      </w:r>
      <w:r>
        <w:t>Arab world mein bhi aur Muslim world mein bhi. abhi aap pichlay dinon Arab mein bara dhoom machi hui thi, jis ko kaha jata tha Arab Spring,</w:t>
      </w:r>
    </w:p>
    <w:p>
      <w:pPr>
        <w:jc w:val="right"/>
      </w:pPr>
      <w:r>
        <w:t>عرب ورلڈ میں بھی اور مسلم ورلڈ میں بھی۔ ابھی آپ پچھلے دنوں عرب میں بڑا دھوم مچی ہوئی تھی، جس کو کہا جاتا تھا عرب اسپرنگ،</w:t>
      </w:r>
    </w:p>
    <w:p>
      <w:r>
        <w:rPr>
          <w:b/>
        </w:rPr>
        <w:t xml:space="preserve">[08:20] </w:t>
      </w:r>
      <w:r>
        <w:t>Arab ki bahaar. log yeh samajhte thay ke Arab mein ek bahaar aa rahi hai, yaani democracy aa rahi hai.</w:t>
      </w:r>
    </w:p>
    <w:p>
      <w:pPr>
        <w:jc w:val="right"/>
      </w:pPr>
      <w:r>
        <w:t>عرب کی بہار۔ لوگ یہ سمجھتے تھے کہ عرب میں ایک بہار آ رہی ہے، یعنی ڈیموکریسی آ رہی ہے۔</w:t>
      </w:r>
    </w:p>
    <w:p>
      <w:r>
        <w:rPr>
          <w:b/>
        </w:rPr>
        <w:t xml:space="preserve">[08:29] </w:t>
      </w:r>
      <w:r>
        <w:t>aur hua kuch bhi nahi. mein ne shuru mein kaha tha ke hoga kuch bhi nahi. bas Arab Spring nahi aayegi, Arab anarchy aayegi. kyunke ab society tayyar hi nahi hai.</w:t>
      </w:r>
    </w:p>
    <w:p>
      <w:pPr>
        <w:jc w:val="right"/>
      </w:pPr>
      <w:r>
        <w:t>اور ہوا کچھ بھی نہیں۔ میں نے شروع میں کہا تھا کہ ہوگا کچھ بھی نہیں۔ بس عرب اسپرنگ نہیں آئے گی، عرب انارکی آئے گی۔ کیونکہ اب سوسائٹی تیار ہی نہیں ہے۔</w:t>
      </w:r>
    </w:p>
    <w:p>
      <w:r>
        <w:rPr>
          <w:b/>
        </w:rPr>
        <w:t xml:space="preserve">[08:43] </w:t>
      </w:r>
      <w:r>
        <w:t>education mein yeh log bohat peechay hain. dekhiye, education ka matlab kya hota hai? madrasay ki taleem nahi.</w:t>
      </w:r>
    </w:p>
    <w:p>
      <w:pPr>
        <w:jc w:val="right"/>
      </w:pPr>
      <w:r>
        <w:t>ایجوکیشن میں یہ لوگ بہت پیچھے ہیں۔ دیکھیے، ایجوکیشن کا مطلب کیا ہوتا ہے؟ مدرسے کی تعلیم نہیں۔</w:t>
      </w:r>
    </w:p>
    <w:p>
      <w:r>
        <w:rPr>
          <w:b/>
        </w:rPr>
        <w:t xml:space="preserve">[08:52] </w:t>
      </w:r>
      <w:r>
        <w:t>madrasay ki taleem nahi. jab mein bolta hoon ke education ka lafz to meri murad hoti hai secular education. secular education ka matlab kya hai?</w:t>
      </w:r>
    </w:p>
    <w:p>
      <w:pPr>
        <w:jc w:val="right"/>
      </w:pPr>
      <w:r>
        <w:t>مدرسے کی تعلیم نہیں۔ جب میں بولتا ہوں کہ ایجوکیشن کا لفظ تو میری مراد ہوتی ہے سیکولر ایجوکیشن۔ سیکولر ایجوکیشن کا مطلب کیا ہے؟</w:t>
      </w:r>
    </w:p>
    <w:p>
      <w:r>
        <w:rPr>
          <w:b/>
        </w:rPr>
        <w:t xml:space="preserve">[09:03] </w:t>
      </w:r>
      <w:r>
        <w:t>aap janiye ke history kis cheez ka naam hai? historical forces kya hoti hain? modern mind kya hai?</w:t>
      </w:r>
    </w:p>
    <w:p>
      <w:pPr>
        <w:jc w:val="right"/>
      </w:pPr>
      <w:r>
        <w:t>آپ جانیں کہ ہسٹری کس چیز کا نام ہے؟ ہسٹاریکل فورسز کیا ہوتی ہیں؟ ماڈرن مائنڈ کیا ہے؟</w:t>
      </w:r>
    </w:p>
    <w:p>
      <w:r>
        <w:rPr>
          <w:b/>
        </w:rPr>
        <w:t xml:space="preserve">[09:15] </w:t>
      </w:r>
      <w:r>
        <w:t>aaj ki view of thinking kya hai?</w:t>
      </w:r>
    </w:p>
    <w:p>
      <w:pPr>
        <w:jc w:val="right"/>
      </w:pPr>
      <w:r>
        <w:t>آج کی ویو آف تھنکنگ کیا ہے؟</w:t>
      </w:r>
    </w:p>
    <w:p>
      <w:r>
        <w:rPr>
          <w:b/>
        </w:rPr>
        <w:t xml:space="preserve">[09:19] </w:t>
      </w:r>
      <w:r>
        <w:t>aaj ka insaan ki soch kis rukh par chal rahi hai? in sab baaton ko janne ka naam hai education.</w:t>
      </w:r>
    </w:p>
    <w:p>
      <w:pPr>
        <w:jc w:val="right"/>
      </w:pPr>
      <w:r>
        <w:t>آج کا انسان کی سوچ کس رخ پر چل رہی ہے؟ ان سب باتوں کو جاننے کا نام ہے ایجوکیشن۔</w:t>
      </w:r>
    </w:p>
    <w:p>
      <w:r>
        <w:rPr>
          <w:b/>
        </w:rPr>
        <w:t xml:space="preserve">[09:32] </w:t>
      </w:r>
      <w:r>
        <w:t>madrasay mein to aap jante hain ke maslay maslay bataye jatay hain. woh zaroori hai, woh bhi. mein is ko zaroori samajhta hoon. lekin woh kafi nahi hai hukoomat ke liye.</w:t>
      </w:r>
    </w:p>
    <w:p>
      <w:pPr>
        <w:jc w:val="right"/>
      </w:pPr>
      <w:r>
        <w:t>مدرسے میں تو آپ جانتے ہیں کہ مسئلے مسئلے بتائے جاتے ہیں۔ وہ ضروری ہے، وہ بھی۔ میں اس کو ضروری سمجھتا ہوں۔ لیکن وہ کافی نہیں ہے حکومت کے لیے۔</w:t>
      </w:r>
    </w:p>
    <w:p>
      <w:r>
        <w:rPr>
          <w:b/>
        </w:rPr>
        <w:t xml:space="preserve">[09:46] </w:t>
      </w:r>
      <w:r>
        <w:t>pakistan mein beshumar madrasay hain. lekin aaj tak wahan saleh hukoomat nahi ban saki. kyunke madrason se nahi hukoomat ban sakti saleh.</w:t>
      </w:r>
    </w:p>
    <w:p>
      <w:pPr>
        <w:jc w:val="right"/>
      </w:pPr>
      <w:r>
        <w:t>پاکستان میں بے شمار مدرسے ہیں۔ لیکن آج تک وہاں صالح حکومت نہیں بن سکی۔ کیونکہ مدرسوں سے نہیں حکومت بن سکتی صالح۔</w:t>
      </w:r>
    </w:p>
    <w:p>
      <w:r>
        <w:rPr>
          <w:b/>
        </w:rPr>
        <w:t xml:space="preserve">[09:58] </w:t>
      </w:r>
      <w:r>
        <w:t>is ke liye to woh jo hadees mein aata hai ke "an yakuna baseeran bizamanih". zamanay ko janne wala, zamanay se ba-khabar, aisay afraad hon.</w:t>
      </w:r>
    </w:p>
    <w:p>
      <w:pPr>
        <w:jc w:val="right"/>
      </w:pPr>
      <w:r>
        <w:t>اس کے لیے تو وہ جو حدیث میں آتا ہے کہ "أن يكون بصيرًا بزمانه"۔ زمانے کو جاننے والا، زمانے سے باخبر، ایسے افراد ہوں۔</w:t>
      </w:r>
    </w:p>
    <w:p>
      <w:r>
        <w:rPr>
          <w:b/>
        </w:rPr>
        <w:t xml:space="preserve">[10:10] </w:t>
      </w:r>
      <w:r>
        <w:t>tab hukoomat banay gi.</w:t>
      </w:r>
    </w:p>
    <w:p>
      <w:pPr>
        <w:jc w:val="right"/>
      </w:pPr>
      <w:r>
        <w:t>تب حکومت بنے گی۔</w:t>
      </w:r>
    </w:p>
    <w:p>
      <w:r>
        <w:rPr>
          <w:b/>
        </w:rPr>
        <w:t xml:space="preserve">[10:14] </w:t>
      </w:r>
      <w:r>
        <w:t>to wahan jinho ne kaha tha ke pakistan mein change lanay ke liye waahid tareeqa yeh hai ke hukoomat par qabza kiya jaye.</w:t>
      </w:r>
    </w:p>
    <w:p>
      <w:pPr>
        <w:jc w:val="right"/>
      </w:pPr>
      <w:r>
        <w:t>تو وہاں جنہوں نے کہا تھا کہ پاکستان میں چینج لانے کے لیے واحد طریقہ یہ ہے کہ حکومت پر قبضہ کیا جائے۔</w:t>
      </w:r>
    </w:p>
    <w:p>
      <w:r>
        <w:rPr>
          <w:b/>
        </w:rPr>
        <w:t xml:space="preserve">[10:25] </w:t>
      </w:r>
      <w:r>
        <w:t>to election hua. ab dekhiye ke election ke baad kya hua? election jo hai democracy ka phenomenon hai. jab se democracy aayi hai tab se election aaya hai.</w:t>
      </w:r>
    </w:p>
    <w:p>
      <w:pPr>
        <w:jc w:val="right"/>
      </w:pPr>
      <w:r>
        <w:t>تو الیکشن ہوا۔ اب دیکھیے کہ الیکشن کے بعد کیا ہوا؟ الیکشن جو ہے ڈیموکریسی کا فینامینا ہے۔ جب سے ڈیموکریسی آئی ہے تب سے الیکشن آیا ہے۔</w:t>
      </w:r>
    </w:p>
    <w:p>
      <w:r>
        <w:rPr>
          <w:b/>
        </w:rPr>
        <w:t xml:space="preserve">[10:37] </w:t>
      </w:r>
      <w:r>
        <w:t>acha, election mein kya hota hai?</w:t>
      </w:r>
    </w:p>
    <w:p>
      <w:pPr>
        <w:jc w:val="right"/>
      </w:pPr>
      <w:r>
        <w:t>اچھا، الیکشن میں کیا ہوتا ہے؟</w:t>
      </w:r>
    </w:p>
    <w:p>
      <w:r>
        <w:rPr>
          <w:b/>
        </w:rPr>
        <w:t xml:space="preserve">[10:42] </w:t>
      </w:r>
      <w:r>
        <w:t>kam se kam do partiyan aik doosray ke muqablay mein hoti hain. jab do partiyan maidan mein hon to kya hoga?</w:t>
      </w:r>
    </w:p>
    <w:p>
      <w:pPr>
        <w:jc w:val="right"/>
      </w:pPr>
      <w:r>
        <w:t>کم سے کم دو پارٹیاں ایک دوسرے کے مقابلے میں ہوتی ہیں۔ جب دو پارٹیاں میدان میں ہوں تو کیا ہوگا؟</w:t>
      </w:r>
    </w:p>
    <w:p>
      <w:r>
        <w:rPr>
          <w:b/>
        </w:rPr>
        <w:t xml:space="preserve">[10:51] </w:t>
      </w:r>
      <w:r>
        <w:t>aik party jeetay gi, aik party haray gi. haarne ka matlab yeh hai ke is ko kam vote milenge, aik ko ziyada vote milenge. hamesha yahi hota hai.</w:t>
      </w:r>
    </w:p>
    <w:p>
      <w:pPr>
        <w:jc w:val="right"/>
      </w:pPr>
      <w:r>
        <w:t>ایک پارٹی جیتے گی، ایک پارٹی ہارے گی۔ ہارنے کا مطلب یہ ہے کہ اس کو کم ووٹ ملیں گے، ایک کو زیادہ ووٹ ملیں گے۔ ہمیشہ یہی ہوتا ہے۔</w:t>
      </w:r>
    </w:p>
    <w:p>
      <w:r>
        <w:rPr>
          <w:b/>
        </w:rPr>
        <w:t xml:space="preserve">[11:04] </w:t>
      </w:r>
      <w:r>
        <w:t>to ab kya hona chahiye</w:t>
      </w:r>
    </w:p>
    <w:p>
      <w:pPr>
        <w:jc w:val="right"/>
      </w:pPr>
      <w:r>
        <w:t>تو اب کیا ہونا چاہیے</w:t>
      </w:r>
    </w:p>
    <w:p>
      <w:r>
        <w:rPr>
          <w:b/>
        </w:rPr>
        <w:t xml:space="preserve">[11:06] </w:t>
      </w:r>
      <w:r>
        <w:t>? dekhiye, democracy ki shart lazim hai ke apni haar ko manna, apni defeat ko accept karna.</w:t>
      </w:r>
    </w:p>
    <w:p>
      <w:pPr>
        <w:jc w:val="right"/>
      </w:pPr>
      <w:r>
        <w:t>؟ دیکھیے، ڈیموکریسی کی شرط لازم ہے کہ اپنی ہار کو ماننا، اپنی ڈیفیٹ کو ایکسیپٹ کرنا۔</w:t>
      </w:r>
    </w:p>
    <w:p>
      <w:r>
        <w:rPr>
          <w:b/>
        </w:rPr>
        <w:t xml:space="preserve">[11:22] </w:t>
      </w:r>
      <w:r>
        <w:t>yeh hai nahi. jahan jo haarta hai woh kya karta hai? woh jhanda utha kar khara ho jata hai ke sahib rigging hui hai, rigging hui. yahi pakistan mein hua. abhi pakistan mein kya ho raha hai?</w:t>
      </w:r>
    </w:p>
    <w:p>
      <w:pPr>
        <w:jc w:val="right"/>
      </w:pPr>
      <w:r>
        <w:t>یہ ہے نہیں۔ جہاں جو ہارتا ہے وہ کیا کرتا ہے؟ وہ جھنڈا اٹھا کر کھڑا ہو جاتا ہے کہ صاحب ریگنگ ہوئی ہے، ریگنگ ہوئی۔ یہی پاکستان میں ہوا۔ ابھی پاکستان میں کیا ہو رہا ہے؟</w:t>
      </w:r>
    </w:p>
    <w:p>
      <w:r>
        <w:rPr>
          <w:b/>
        </w:rPr>
        <w:t xml:space="preserve">[11:34] </w:t>
      </w:r>
      <w:r>
        <w:t>jo party jeeti hai woh to apnay fakhr ke jhanda uthaye hue hai. aur jo party haari hai woh wahan par protest chala rahi hai ke sahib "it was a rigged election".</w:t>
      </w:r>
    </w:p>
    <w:p>
      <w:pPr>
        <w:jc w:val="right"/>
      </w:pPr>
      <w:r>
        <w:t>جو پارٹی جیتی ہے وہ تو اپنے فخر کے جھنڈا اٹھائے ہوئے ہے۔ اور جو پارٹی ہاری ہے وہ وہاں پر پروٹیسٹ چلا رہی ہے کہ صاحب "اٹ واز اے ریگڈ الیکشن"۔</w:t>
      </w:r>
    </w:p>
    <w:p>
      <w:r>
        <w:rPr>
          <w:b/>
        </w:rPr>
        <w:t xml:space="preserve">[11:48] </w:t>
      </w:r>
      <w:r>
        <w:t>is tarah democracy nahi chalti hai. quran mein do lafzon mein yahi bari baat kahi gayi hai.</w:t>
      </w:r>
    </w:p>
    <w:p>
      <w:pPr>
        <w:jc w:val="right"/>
      </w:pPr>
      <w:r>
        <w:t>اس طرح ڈیموکریسی نہیں چلتی ہے۔ قرآن میں دو لفظوں میں یہی بڑی بات کہی گئی ہے۔</w:t>
      </w:r>
    </w:p>
    <w:p>
      <w:r>
        <w:rPr>
          <w:b/>
        </w:rPr>
        <w:t xml:space="preserve">[12:09] </w:t>
      </w:r>
      <w:r>
        <w:t>is ka matlab yeh hai ke khonay wala jo hai woh frustration mein na paray. aur panay wala jo hai woh fakhr mein na paray.</w:t>
      </w:r>
    </w:p>
    <w:p>
      <w:pPr>
        <w:jc w:val="right"/>
      </w:pPr>
      <w:r>
        <w:t>اس کا مطلب یہ ہے کہ کھونے والا جو ہے وہ فرسٹریشن میں نہ پڑے۔ اور پانے والا جو ہے وہ فخر میں نہ پڑے۔</w:t>
      </w:r>
    </w:p>
    <w:p>
      <w:r>
        <w:rPr>
          <w:b/>
        </w:rPr>
        <w:t xml:space="preserve">[12:21] </w:t>
      </w:r>
      <w:r>
        <w:t>ab kya hai? jo jis ne jeeta hai election woh fakhr ke jhanda uthaye hue hai. fakhr ke jhanda.</w:t>
      </w:r>
    </w:p>
    <w:p>
      <w:pPr>
        <w:jc w:val="right"/>
      </w:pPr>
      <w:r>
        <w:t>اب کیا ہے؟ جو جس نے جیتا ہے الیکشن وہ فخر کے جھنڈا اٹھائے ہوئے ہے۔ فخر کے جھنڈا۔</w:t>
      </w:r>
    </w:p>
    <w:p>
      <w:r>
        <w:rPr>
          <w:b/>
        </w:rPr>
        <w:t xml:space="preserve">[12:32] </w:t>
      </w:r>
      <w:r>
        <w:t>aur jo hara hai woh protest kar raha hai ke sahib yeh to rigging ki wajah se jeetay hain election. to yeh dono hi ghlat hain.</w:t>
      </w:r>
    </w:p>
    <w:p>
      <w:pPr>
        <w:jc w:val="right"/>
      </w:pPr>
      <w:r>
        <w:t>اور جو ہارا ہے وہ پروٹیسٹ کر رہا ہے کہ صاحب یہ تو ریگنگ کی وجہ سے جیتے ہیں الیکشن۔ تو یہ دونوں ہی غلط ہیں۔</w:t>
      </w:r>
    </w:p>
    <w:p>
      <w:r>
        <w:rPr>
          <w:b/>
        </w:rPr>
        <w:t xml:space="preserve">[12:44] </w:t>
      </w:r>
      <w:r>
        <w:t>woh un ka fakhr bhi ghlat hai aur un ka protest bhi ghlat hai.</w:t>
      </w:r>
    </w:p>
    <w:p>
      <w:pPr>
        <w:jc w:val="right"/>
      </w:pPr>
      <w:r>
        <w:t>وہ ان کا فخر بھی غلط ہے اور ان کا پروٹیسٹ بھی غلط ہے۔</w:t>
      </w:r>
    </w:p>
    <w:p>
      <w:r>
        <w:rPr>
          <w:b/>
        </w:rPr>
        <w:t xml:space="preserve">[12:52] </w:t>
      </w:r>
      <w:r>
        <w:t>to democracy wahan aati hai jahan jeetnay wala is ko aik zimmedari ke tor par le, na ke fakhr ke tor par.</w:t>
      </w:r>
    </w:p>
    <w:p>
      <w:pPr>
        <w:jc w:val="right"/>
      </w:pPr>
      <w:r>
        <w:t>تو ڈیموکریسی وہاں آتی ہے جہاں جیتنے والا اس کو ایک ذمہ داری کے طور پر لے، نہ کہ فخر کے طور پر۔</w:t>
      </w:r>
    </w:p>
    <w:p>
      <w:r>
        <w:rPr>
          <w:b/>
        </w:rPr>
        <w:t xml:space="preserve">[13:02] </w:t>
      </w:r>
      <w:r>
        <w:t>aur jo haray woh apni haar ko manay, apni defeat ko accept karay. tab chalti hai democracy. aisay nahi chalti.</w:t>
      </w:r>
    </w:p>
    <w:p>
      <w:pPr>
        <w:jc w:val="right"/>
      </w:pPr>
      <w:r>
        <w:t>اور جو ہارے وہ اپنی ہار کو مانے، اپنی ڈیفیٹ کو ایکسیپٹ کرے۔ تب چلتی ہے ڈیموکریسی۔ ایسے نہیں چلتی۔</w:t>
      </w:r>
    </w:p>
    <w:p>
      <w:r>
        <w:rPr>
          <w:b/>
        </w:rPr>
        <w:t xml:space="preserve">[13:14] </w:t>
      </w:r>
      <w:r>
        <w:t>dekhiye, islam mein jo namaz ka institution hai woh sirf sirf woh ibadat ka institution nahi hai.</w:t>
      </w:r>
    </w:p>
    <w:p>
      <w:pPr>
        <w:jc w:val="right"/>
      </w:pPr>
      <w:r>
        <w:t>دیکھیے، اسلام میں جو نماز کا انسٹیٹیوشن ہے وہ صرف صرف وہ عبادت کا انسٹیٹیوشن نہیں ہے۔</w:t>
      </w:r>
    </w:p>
    <w:p>
      <w:r>
        <w:rPr>
          <w:b/>
        </w:rPr>
        <w:t xml:space="preserve">[13:24] </w:t>
      </w:r>
      <w:r>
        <w:t>woh poori zindagi ki training hai. woh poori zindagi ki training hai. namaz mein kya hota hai? farz kijiye ke so aadmi hain namaz parhnay walay.</w:t>
      </w:r>
    </w:p>
    <w:p>
      <w:pPr>
        <w:jc w:val="right"/>
      </w:pPr>
      <w:r>
        <w:t>وہ پوری زندگی کی ٹریننگ ہے۔ وہ پوری زندگی کی ٹریننگ ہے۔ نماز میں کیا ہوتا ہے؟ فرض کیجیے کہ سو آدمی ہیں نماز پڑھنے والے۔</w:t>
      </w:r>
    </w:p>
    <w:p>
      <w:r>
        <w:rPr>
          <w:b/>
        </w:rPr>
        <w:t xml:space="preserve">[13:37] </w:t>
      </w:r>
      <w:r>
        <w:t>to aik aadmi bator imam aagay khara kiya jaye ga.</w:t>
      </w:r>
    </w:p>
    <w:p>
      <w:pPr>
        <w:jc w:val="right"/>
      </w:pPr>
      <w:r>
        <w:t>تو ایک آدمی بطور امام آگے کھڑا کیا جائے گا۔</w:t>
      </w:r>
    </w:p>
    <w:p>
      <w:r>
        <w:rPr>
          <w:b/>
        </w:rPr>
        <w:t xml:space="preserve">[13:43] </w:t>
      </w:r>
      <w:r>
        <w:t>aur baqi 99 aadmi peeche sab baat ko khare ho jayenge. is ka matlab yeh hai ke jab sau mein ek aadmi imam banta hai aur 99 aadmi back seat par chale aate hain.</w:t>
      </w:r>
    </w:p>
    <w:p>
      <w:pPr>
        <w:jc w:val="right"/>
      </w:pPr>
      <w:r>
        <w:t>اور باقی 99 آدمی پیچھے سب بات کو کھڑے ہو جائیں گے۔ اس کا مطلب یہ ہے کہ جب سو میں ایک آدمی امام بنتا ہے اور 99 آدمی بیک سیٹ پر چلے آتے ہیں۔</w:t>
      </w:r>
    </w:p>
    <w:p>
      <w:r>
        <w:rPr>
          <w:b/>
        </w:rPr>
        <w:t xml:space="preserve">[13:57] </w:t>
      </w:r>
      <w:r>
        <w:t>tab namaz qaim hoti hai. yahi society mein hona chahiye.</w:t>
      </w:r>
    </w:p>
    <w:p>
      <w:pPr>
        <w:jc w:val="right"/>
      </w:pPr>
      <w:r>
        <w:t>تب نماز قائم ہوتی ہے۔ یہی سوسائٹی میں ہونا چاہیے۔</w:t>
      </w:r>
    </w:p>
    <w:p>
      <w:r>
        <w:rPr>
          <w:b/>
        </w:rPr>
        <w:t xml:space="preserve">[14:08] </w:t>
      </w:r>
      <w:r>
        <w:t>society mein bhi yeh hona chahiye ke ek aadmi imam bane. matlab imam, political imam. aur baqi tamam log jo hain non-political field mein active ho jayen.</w:t>
      </w:r>
    </w:p>
    <w:p>
      <w:pPr>
        <w:jc w:val="right"/>
      </w:pPr>
      <w:r>
        <w:t>سوسائٹی میں بھی یہ ہونا چاہیے کہ ایک آدمی امام بنے۔ مطلب امام، پولیٹیکل امام۔ اور باقی تمام لوگ جو ہیں نان پولیٹیکل فیلڈ میں ایکٹیو ہو جائیں۔</w:t>
      </w:r>
    </w:p>
    <w:p>
      <w:r>
        <w:rPr>
          <w:b/>
        </w:rPr>
        <w:t xml:space="preserve">[14:26] </w:t>
      </w:r>
      <w:r>
        <w:t>non-political field mein active ho jayen. back seat ke maane kya hain? non-political field mein apne aap ko laga dena.</w:t>
      </w:r>
    </w:p>
    <w:p>
      <w:pPr>
        <w:jc w:val="right"/>
      </w:pPr>
      <w:r>
        <w:t>نان پولیٹیکل فیلڈ میں ایکٹیو ہو جائیں۔ بیک سیٹ کے معنی کیا ہیں؟ نان پولیٹیکل فیلڈ میں اپنے آپ کو لگا دینا۔</w:t>
      </w:r>
    </w:p>
    <w:p>
      <w:r>
        <w:rPr>
          <w:b/>
        </w:rPr>
        <w:t xml:space="preserve">[14:35] </w:t>
      </w:r>
      <w:r>
        <w:t>non-political field kya hai?</w:t>
      </w:r>
    </w:p>
    <w:p>
      <w:pPr>
        <w:jc w:val="right"/>
      </w:pPr>
      <w:r>
        <w:t>نان پولیٹیکل فیلڈ کیا ہے؟</w:t>
      </w:r>
    </w:p>
    <w:p>
      <w:r>
        <w:rPr>
          <w:b/>
        </w:rPr>
        <w:t xml:space="preserve">[14:39] </w:t>
      </w:r>
      <w:r>
        <w:t>woh hai education, da'u work, business, millat ki taameer, aapas ke jhagde khatam karna, apni bimariyon par dhyan dena.</w:t>
      </w:r>
    </w:p>
    <w:p>
      <w:pPr>
        <w:jc w:val="right"/>
      </w:pPr>
      <w:r>
        <w:t>وہ ہے ایجوکیشن، داؤ ورک، بزنس، ملی تعمیر، آپس کے جھگڑے ختم کرنا، اپنی بیماریوں پر دھیان دینا۔</w:t>
      </w:r>
    </w:p>
    <w:p>
      <w:r>
        <w:rPr>
          <w:b/>
        </w:rPr>
        <w:t xml:space="preserve">[14:54] </w:t>
      </w:r>
      <w:r>
        <w:t>yeh saara non-political field</w:t>
      </w:r>
    </w:p>
    <w:p>
      <w:pPr>
        <w:jc w:val="right"/>
      </w:pPr>
      <w:r>
        <w:t>یہ سارا نان پولیٹیکل فیلڈ</w:t>
      </w:r>
    </w:p>
    <w:p>
      <w:r>
        <w:rPr>
          <w:b/>
        </w:rPr>
        <w:t xml:space="preserve">[14:56] </w:t>
      </w:r>
      <w:r>
        <w:t>hai. toh namaz aap ko yeh sikhati hai ke ek aadmi ko political imam banao aur baqi sab log jo hain non-political field mein kaam karne ke liye chale jayen.</w:t>
      </w:r>
    </w:p>
    <w:p>
      <w:pPr>
        <w:jc w:val="right"/>
      </w:pPr>
      <w:r>
        <w:t>ہے۔ تو نماز آپ کو یہ سکھاتی ہے کہ ایک آدمی کو پولیٹیکل امام بناؤ اور باقی سب لوگ جو ہیں نان پولیٹیکل فیلڈ میں کام کرنے کے لیے چلے جائیں۔</w:t>
      </w:r>
    </w:p>
    <w:p>
      <w:r>
        <w:rPr>
          <w:b/>
        </w:rPr>
        <w:t xml:space="preserve">[15:12] </w:t>
      </w:r>
      <w:r>
        <w:t>tab hoti hai nation building, tab hoti hai qaumi taameer.</w:t>
      </w:r>
    </w:p>
    <w:p>
      <w:pPr>
        <w:jc w:val="right"/>
      </w:pPr>
      <w:r>
        <w:t>تب ہوتی ہے نیشن بلڈنگ، تب ہوتی ہے قومی تعمیر۔</w:t>
      </w:r>
    </w:p>
    <w:p>
      <w:r>
        <w:rPr>
          <w:b/>
        </w:rPr>
        <w:t xml:space="preserve">[15:19] </w:t>
      </w:r>
      <w:r>
        <w:t>abhi kya hai? har aadmi bas political field mein chahta hai ke</w:t>
      </w:r>
    </w:p>
    <w:p>
      <w:pPr>
        <w:jc w:val="right"/>
      </w:pPr>
      <w:r>
        <w:t>ابھی کیا ہے؟ ہر آدمی بس پولیٹیکل فیلڈ میں چاہتا ہے کہ</w:t>
      </w:r>
    </w:p>
    <w:p>
      <w:r>
        <w:rPr>
          <w:b/>
        </w:rPr>
        <w:t xml:space="preserve">[15:25] </w:t>
      </w:r>
      <w:r>
        <w:t>aage ki seat us ko mil jaye. har aadmi political position ke liye daud raha hai. toh Allah ke jo scheme hai, jo nature ka nizam hai, us mein toh yeh hai ke ek hi aadmi political imam bane.</w:t>
      </w:r>
    </w:p>
    <w:p>
      <w:pPr>
        <w:jc w:val="right"/>
      </w:pPr>
      <w:r>
        <w:t>آگے کی سیٹ اس کو مل جائے۔ ہر آدمی پولیٹیکل پوزیشن کے لیے دوڑ رہا ہے۔ تو اللہ کے جو اسکیم ہے، جو نیچر کا نظام ہے، اس میں تو یہ ہے کہ ایک ہی آدمی پولیٹیکل امام بنے۔</w:t>
      </w:r>
    </w:p>
    <w:p>
      <w:r>
        <w:rPr>
          <w:b/>
        </w:rPr>
        <w:t xml:space="preserve">[15:41] </w:t>
      </w:r>
      <w:r>
        <w:t>baqi sab log back seat par chale jayen. back seat ke maane hain ke non-political field mein woh sar'garam ho jayen.</w:t>
      </w:r>
    </w:p>
    <w:p>
      <w:pPr>
        <w:jc w:val="right"/>
      </w:pPr>
      <w:r>
        <w:t>باقی سب لوگ بیک سیٹ پر چلے جائیں۔ بیک سیٹ کے معنی ہیں کہ نان پولیٹیکل فیلڈ میں وہ سرگرم ہو جائیں۔</w:t>
      </w:r>
    </w:p>
    <w:p>
      <w:r>
        <w:rPr>
          <w:b/>
        </w:rPr>
        <w:t xml:space="preserve">[15:52] </w:t>
      </w:r>
      <w:r>
        <w:t>yeh toh is ka toh shaoor hi nahi hai.</w:t>
      </w:r>
    </w:p>
    <w:p>
      <w:pPr>
        <w:jc w:val="right"/>
      </w:pPr>
      <w:r>
        <w:t>یہ تو اس کا تو شعور ہی نہیں ہے۔</w:t>
      </w:r>
    </w:p>
    <w:p>
      <w:r>
        <w:rPr>
          <w:b/>
        </w:rPr>
        <w:t xml:space="preserve">[15:54] </w:t>
      </w:r>
      <w:r>
        <w:t>na amalan kahin muslim mulk mein yeh shaoor hai ke namaz yeh sikhati hai hum ko ke ek aadmi ko political imam banao, baqi sab log non-political field mein active ho jayen.</w:t>
      </w:r>
    </w:p>
    <w:p>
      <w:pPr>
        <w:jc w:val="right"/>
      </w:pPr>
      <w:r>
        <w:t>نہ عملاً کہیں مسلم ملک میں یہ شعور ہے کہ نماز یہ سکھاتی ہے ہم کو کہ ایک آدمی کو پولیٹیکل امام بناؤ، باقی سب لوگ نان پولیٹیکل فیلڈ میں ایکٹیو ہو جائیں۔</w:t>
      </w:r>
    </w:p>
    <w:p>
      <w:r>
        <w:rPr>
          <w:b/>
        </w:rPr>
        <w:t xml:space="preserve">[16:08] </w:t>
      </w:r>
      <w:r>
        <w:t>is ka na toh shaoor hai aur na amalan aisa kahin paya jata hai. toh kya hukumat</w:t>
      </w:r>
    </w:p>
    <w:p>
      <w:pPr>
        <w:jc w:val="right"/>
      </w:pPr>
      <w:r>
        <w:t>اس کا نہ تو شعور ہے اور نہ عملاً ایسا کہیں پایا جاتا ہے۔ تو کیا حکومت</w:t>
      </w:r>
    </w:p>
    <w:p>
      <w:r>
        <w:rPr>
          <w:b/>
        </w:rPr>
        <w:t xml:space="preserve">[16:18] </w:t>
      </w:r>
      <w:r>
        <w:t>aisi halat mein Islami hukumat ka naara lagana ek bilkul ridiculous baat hai. ridiculous baat hai yeh.</w:t>
      </w:r>
    </w:p>
    <w:p>
      <w:pPr>
        <w:jc w:val="right"/>
      </w:pPr>
      <w:r>
        <w:t>ایسی حالت میں اسلامی حکومت نعرہ لگانا ایک بالکل ڈیڈیکولس بات ہے۔ ڈیڈیکولس بات ہے یہ۔</w:t>
      </w:r>
    </w:p>
    <w:p>
      <w:r>
        <w:rPr>
          <w:b/>
        </w:rPr>
        <w:t xml:space="preserve">[16:30] </w:t>
      </w:r>
      <w:r>
        <w:t>yeh aise hai jaise kisi basti mein log namaz ka naam bhi na jante hon, namaz ki misaal na jante hon, unhein Quran yaad na ho aur wahan namaz ka jhanda uthayen aap.</w:t>
      </w:r>
    </w:p>
    <w:p>
      <w:pPr>
        <w:jc w:val="right"/>
      </w:pPr>
      <w:r>
        <w:t>یہ ایسے ہے جیسے کسی بستی میں لوگ نماز کا نام بھی نہ جانتے ہوں، نماز کی مثال نہ جانتے ہوں، انہیں قرآن یاد نہ ہو اور وہاں نماز کا جھنڈا اٹھائیں آپ۔</w:t>
      </w:r>
    </w:p>
    <w:p>
      <w:r>
        <w:rPr>
          <w:b/>
        </w:rPr>
        <w:t xml:space="preserve">[16:42] </w:t>
      </w:r>
      <w:r>
        <w:t>bhai, pehle logon ko Quran aana chahiye, pehle logon ko namaz ki misaal banani chahiye,</w:t>
      </w:r>
    </w:p>
    <w:p>
      <w:pPr>
        <w:jc w:val="right"/>
      </w:pPr>
      <w:r>
        <w:t>بھئی، پہلے لوگوں کو قرآن آنا چاہیے، پہلے لوگوں کو نماز کی مثال بنانی چاہیے،</w:t>
      </w:r>
    </w:p>
    <w:p>
      <w:r>
        <w:rPr>
          <w:b/>
        </w:rPr>
        <w:t xml:space="preserve">[16:48] </w:t>
      </w:r>
      <w:r>
        <w:t>logon ko janna chahiye ke namaz kaise padhi jati hai, tab toh namaz qaim karenge wahan. jhanda uthane se kaise namaz qaim ho jayegi?</w:t>
      </w:r>
    </w:p>
    <w:p>
      <w:pPr>
        <w:jc w:val="right"/>
      </w:pPr>
      <w:r>
        <w:t>لوگوں کو جاننا چاہیے کہ نماز کیسے پڑھی جاتی ہے، تب تو نماز قائم کریں گے وہاں۔ جھنڈا اٹھانے سے کیسے نماز قائم ہو جائے گی؟</w:t>
      </w:r>
    </w:p>
    <w:p>
      <w:r>
        <w:rPr>
          <w:b/>
        </w:rPr>
        <w:t xml:space="preserve">[17:00] </w:t>
      </w:r>
      <w:r>
        <w:t>toh main samajhta hoon ke poori millat-e-muslima jo hai is ne galat option le rakha hai. bas parties ka option.</w:t>
      </w:r>
    </w:p>
    <w:p>
      <w:pPr>
        <w:jc w:val="right"/>
      </w:pPr>
      <w:r>
        <w:t>تو میں سمجھتا ہوں کہ پوری ملتِ مسلمہ جو ہے اس نے غلط آپشن لے رکھا ہے۔ بس پارٹس کا آپشن۔</w:t>
      </w:r>
    </w:p>
    <w:p>
      <w:r>
        <w:rPr>
          <w:b/>
        </w:rPr>
        <w:t xml:space="preserve">[17:10] </w:t>
      </w:r>
      <w:r>
        <w:t>bas. toh yeh jo Pakistan ke leader ne jo kaha tha ke Pakistan mein jo koi haqeeqi change aayega toh woh parties ke zariye aayega.</w:t>
      </w:r>
    </w:p>
    <w:p>
      <w:pPr>
        <w:jc w:val="right"/>
      </w:pPr>
      <w:r>
        <w:t>بس۔ تو یہ جو پاکستان کے لیڈر نے جو کہا تھا کہ پاکستان میں جو کوئی حقیقی چینج آئے گا تو وہ پارٹس کے ذریعے آئے گا۔</w:t>
      </w:r>
    </w:p>
    <w:p>
      <w:r>
        <w:rPr>
          <w:b/>
        </w:rPr>
        <w:t xml:space="preserve">[17:23] </w:t>
      </w:r>
      <w:r>
        <w:t>yahi saare musalmanon ki soch hai. har aadmi political boli bol raha hai.</w:t>
      </w:r>
    </w:p>
    <w:p>
      <w:pPr>
        <w:jc w:val="right"/>
      </w:pPr>
      <w:r>
        <w:t>یہی سارے مسلمانوں کی سوچ ہے۔ ہر آدمی پولیٹیکل بولی بول رہا ہے۔</w:t>
      </w:r>
    </w:p>
    <w:p>
      <w:r>
        <w:rPr>
          <w:b/>
        </w:rPr>
        <w:t xml:space="preserve">[17:30] </w:t>
      </w:r>
      <w:r>
        <w:t>har aadmi political bayan de raha hai, political taqreer kar raha hai, political demand mein daud raha hai.</w:t>
      </w:r>
    </w:p>
    <w:p>
      <w:pPr>
        <w:jc w:val="right"/>
      </w:pPr>
      <w:r>
        <w:t>ہر آدمی پولیٹیکل بیان دے رہا ہے، پولیٹیکل تقریر کر رہا ہے، پولیٹیکل ڈیمانڈ میں دوڑ رہا ہے۔</w:t>
      </w:r>
    </w:p>
    <w:p>
      <w:r>
        <w:rPr>
          <w:b/>
        </w:rPr>
        <w:t xml:space="preserve">[17:40] </w:t>
      </w:r>
      <w:r>
        <w:t>aur woh jo field hai, non-political field, us mein koi active nahin. us mein koi active nahin.</w:t>
      </w:r>
    </w:p>
    <w:p>
      <w:pPr>
        <w:jc w:val="right"/>
      </w:pPr>
      <w:r>
        <w:t>اور وہ جو فیلڈ ہے، نان پولیٹیکل فیلڈ، اس میں کوئی ایکٹیو نہیں۔ اس میں کوئی ایکٹیو نہیں۔</w:t>
      </w:r>
    </w:p>
    <w:p>
      <w:r>
        <w:rPr>
          <w:b/>
        </w:rPr>
        <w:t xml:space="preserve">[17:50] </w:t>
      </w:r>
      <w:r>
        <w:t>hamare paas dekhen, behtareen standard ke educational ke idare kahan hain?</w:t>
      </w:r>
    </w:p>
    <w:p>
      <w:pPr>
        <w:jc w:val="right"/>
      </w:pPr>
      <w:r>
        <w:t>ہمارے پاس دیکھیں، بہترین اسٹینڈرڈ کے ایجوکیشنل کے ادارے کہاں ہیں؟</w:t>
      </w:r>
    </w:p>
    <w:p>
      <w:r>
        <w:rPr>
          <w:b/>
        </w:rPr>
        <w:t xml:space="preserve">[17:59] </w:t>
      </w:r>
      <w:r>
        <w:t>tamam muslim mulkon mein is waqt hona chahiye tha ke bohat hi high standard ke school hain. lekin kisi aik mulk mein bhi aisa nahi hai.</w:t>
      </w:r>
    </w:p>
    <w:p>
      <w:pPr>
        <w:jc w:val="right"/>
      </w:pPr>
      <w:r>
        <w:t>تمام مسلم ملکوں میں اس وقت ہونا چاہیے تھا کہ بہت ہی ہائی اسٹینڈرڈ کے اسکول ہوں۔ لیکن کسی ایک ملک میں بھی ایسا نہیں ہے۔</w:t>
      </w:r>
    </w:p>
    <w:p>
      <w:r>
        <w:rPr>
          <w:b/>
        </w:rPr>
        <w:t xml:space="preserve">[18:13] </w:t>
      </w:r>
      <w:r>
        <w:t>logon ko yeh pata ho ke democracy aye gi jab jab ke haarne wala apni apni defeat ko accept kare.</w:t>
      </w:r>
    </w:p>
    <w:p>
      <w:pPr>
        <w:jc w:val="right"/>
      </w:pPr>
      <w:r>
        <w:t>لوگوں کو یہ پتہ ہو کہ ڈیموکریسی آئے گی جب جب کہ ہارنے والا اپنی اپنی ڈیفیٹ کو ایکسیپٹ کرے۔</w:t>
      </w:r>
    </w:p>
    <w:p>
      <w:r>
        <w:rPr>
          <w:b/>
        </w:rPr>
        <w:t xml:space="preserve">[18:25] </w:t>
      </w:r>
      <w:r>
        <w:t>nahi to anarchy aye gi. koi janta nahi is baat ko.</w:t>
      </w:r>
    </w:p>
    <w:p>
      <w:pPr>
        <w:jc w:val="right"/>
      </w:pPr>
      <w:r>
        <w:t>نہیں تو انارکی آئے گی۔ کوئی جانتا نہیں اس بات کو۔</w:t>
      </w:r>
    </w:p>
    <w:p>
      <w:r>
        <w:rPr>
          <w:b/>
        </w:rPr>
        <w:t xml:space="preserve">[18:30] </w:t>
      </w:r>
      <w:r>
        <w:t>aise hi dekhen, aapas ke ladaai jhagde jo hain, aaj kal kya hai? rozana khabrein aati hain Pakistan se, Iraq se, Afghanistan se, taqreeban har muslim mulk se ke kahin gun chal rahi hai, ke bomb phat raha hai aur kis ke aapas mein aik doosre ko maarne ke liye.</w:t>
      </w:r>
    </w:p>
    <w:p>
      <w:pPr>
        <w:jc w:val="right"/>
      </w:pPr>
      <w:r>
        <w:t>ایسے ہی دیکھیں، آپس کے لڑائی جھگڑے جو ہیں، آج کل کیا ہے؟ روزانہ خبریں آتی ہیں پاکستان سے، عراق سے، افغانستان سے، تقریباً ہر مسلم ملک سے کہ کہیں گن چل رہی ہے، کہ بم پھٹ رہا ہے اور کس کے آپس میں ایک دوسرے کو مارنے کے لیے۔</w:t>
      </w:r>
    </w:p>
    <w:p>
      <w:r>
        <w:rPr>
          <w:b/>
        </w:rPr>
        <w:t xml:space="preserve">[18:54] </w:t>
      </w:r>
      <w:r>
        <w:t>to is ke maani kya hain?</w:t>
      </w:r>
    </w:p>
    <w:p>
      <w:pPr>
        <w:jc w:val="right"/>
      </w:pPr>
      <w:r>
        <w:t>تو اس کے معنی کیا ہیں؟</w:t>
      </w:r>
    </w:p>
    <w:p>
      <w:r>
        <w:rPr>
          <w:b/>
        </w:rPr>
        <w:t xml:space="preserve">[18:56] </w:t>
      </w:r>
      <w:r>
        <w:t>logon ka shaoor itna develop nahi hua ke jaane ke yeh yeh to halakat hai dunya ke aitbaar se bhi aur aakhirat ke aitbaar se bhi.</w:t>
      </w:r>
    </w:p>
    <w:p>
      <w:pPr>
        <w:jc w:val="right"/>
      </w:pPr>
      <w:r>
        <w:t>لوگوں کا شعور اتنا ڈویلپ نہیں ہوا کہ جانے کہ یہ یہ تو ہلاکت ہے دنیا کے اعتبار سے بھی اور آخرت کے اعتبار سے بھی۔</w:t>
      </w:r>
    </w:p>
    <w:p>
      <w:r>
        <w:rPr>
          <w:b/>
        </w:rPr>
        <w:t xml:space="preserve">[19:07] </w:t>
      </w:r>
      <w:r>
        <w:t>to sab se pehla kaam hai society banana. is ke baad woh waqt aata hai ke koi hukoomat qaim ho. to dekhen, jab tak society na bane, tab tak jo political status ko is ko maan lijiyey.</w:t>
      </w:r>
    </w:p>
    <w:p>
      <w:pPr>
        <w:jc w:val="right"/>
      </w:pPr>
      <w:r>
        <w:t>تو سب سے پہلا کام ہے سوسائٹی بنانا۔ اس کے بعد وہ وقت آتا ہے کہ کوئی حکومت قائم ہو۔ تو دیکھیں، جب تک سوسائٹی نہ بنے، تب تک جو پولیٹیکل اسٹیٹس کو اس کو مان لیجیے۔</w:t>
      </w:r>
    </w:p>
    <w:p>
      <w:r>
        <w:rPr>
          <w:b/>
        </w:rPr>
        <w:t xml:space="preserve">[19:26] </w:t>
      </w:r>
      <w:r>
        <w:t>yeh bhi aik sunnat rasool hai. aap dekhen, rasool Allah sal Allah alayhi wasallam Makkah mein terah saal thay aur wahan par mushrikeen ka dabdaba tha.</w:t>
      </w:r>
    </w:p>
    <w:p>
      <w:pPr>
        <w:jc w:val="right"/>
      </w:pPr>
      <w:r>
        <w:t>یہ بھی ایک سنت رسول ہے۔ آپ دیکھیں، رسول اللہ صلی اللہ علیہ وسلم مکہ میں تیرہ سال تھے اور وہاں پر مشرکین کا دبدبہ تھا۔</w:t>
      </w:r>
    </w:p>
    <w:p>
      <w:r>
        <w:rPr>
          <w:b/>
        </w:rPr>
        <w:t xml:space="preserve">[19:38] </w:t>
      </w:r>
      <w:r>
        <w:t>mushrikeen wahan par rule kar rahe thay. to unhon ne agarchay aap ko peshkash ki ke in aap ne qabool nahi kiya.</w:t>
      </w:r>
    </w:p>
    <w:p>
      <w:pPr>
        <w:jc w:val="right"/>
      </w:pPr>
      <w:r>
        <w:t>مشرکین وہاں پر رول کر رہے تھے۔ تو انہوں نے اگرچہ آپ کو پیشکش کی کہ ان آپ نے قبول نہیں کیا۔</w:t>
      </w:r>
    </w:p>
    <w:p>
      <w:r>
        <w:rPr>
          <w:b/>
        </w:rPr>
        <w:t xml:space="preserve">[19:50] </w:t>
      </w:r>
      <w:r>
        <w:t>is ke maani kya hue?</w:t>
      </w:r>
    </w:p>
    <w:p>
      <w:pPr>
        <w:jc w:val="right"/>
      </w:pPr>
      <w:r>
        <w:t>اس کے معنی کیا ہوئے؟</w:t>
      </w:r>
    </w:p>
    <w:p>
      <w:r>
        <w:rPr>
          <w:b/>
        </w:rPr>
        <w:t xml:space="preserve">[19:52] </w:t>
      </w:r>
      <w:r>
        <w:t>ke agar society tayyar nahi hai to mushrik rule kar raha hai to usi ko accept kar lijiyey. non muslim ki hukoomat qaim ho to us ko accept kar lijiyey.</w:t>
      </w:r>
    </w:p>
    <w:p>
      <w:pPr>
        <w:jc w:val="right"/>
      </w:pPr>
      <w:r>
        <w:t>کہ اگر سوسائٹی تیار نہیں ہے تو مشرک رول کر رہا ہے تو اسی کو ایکسیپٹ کر لیجیے۔ نان مسلم کی حکومت قائم ہو تو اس کو ایکسیپٹ کر لیجیے۔</w:t>
      </w:r>
    </w:p>
    <w:p>
      <w:r>
        <w:rPr>
          <w:b/>
        </w:rPr>
        <w:t xml:space="preserve">[20:03] </w:t>
      </w:r>
      <w:r>
        <w:t>aur aap apne aap ko busy rakhiye dawat mein, education mein, zehan banane mein, shaoor ki taameer mein, yeh kaam mein.</w:t>
      </w:r>
    </w:p>
    <w:p>
      <w:pPr>
        <w:jc w:val="right"/>
      </w:pPr>
      <w:r>
        <w:t>اور آپ اپنے آپ کو بزی رکھیے دعوت میں، ایجوکیشن میں، ذہن بنانے میں، شعور کی تعمیر میں، یہ کاموں میں۔</w:t>
      </w:r>
    </w:p>
    <w:p>
      <w:r>
        <w:rPr>
          <w:b/>
        </w:rPr>
        <w:t xml:space="preserve">[20:12] </w:t>
      </w:r>
      <w:r>
        <w:t>yeh kitni bari sunnat hai. lekin har muslim ne bas jhanda uthaya hua hai hukoomat ka. is sunnat rasool ka taqaza kya hai?</w:t>
      </w:r>
    </w:p>
    <w:p>
      <w:pPr>
        <w:jc w:val="right"/>
      </w:pPr>
      <w:r>
        <w:t>یہ کتنی بڑی سنت ہے۔ لیکن ہر مسلم نے بس جھنڈا اٹھایا ہوا ہے حکومت کا۔ اس سنت رسول کا تقاضا کیا ہے؟</w:t>
      </w:r>
    </w:p>
    <w:p>
      <w:r>
        <w:rPr>
          <w:b/>
        </w:rPr>
        <w:t xml:space="preserve">[20:23] </w:t>
      </w:r>
      <w:r>
        <w:t>ke jo existing position hai, jo log bhi rule kar rahe hain, un ko maan lijiyey aap. un ko accept kar lijiyey. aur apne aap ko aap poori tarah active kar dijiye kis is mein?</w:t>
      </w:r>
    </w:p>
    <w:p>
      <w:pPr>
        <w:jc w:val="right"/>
      </w:pPr>
      <w:r>
        <w:t>کہ جو ایگزسٹنگ پوزیشن ہے، جو لوگ بھی رول کر رہے ہیں، ان کو مان لیجیے آپ۔ ان کو ایکسیپٹ کر لیجیے۔ اور اپنے آپ کو آپ پوری طرح ایکٹیو کر دیجیے کس اس میں؟</w:t>
      </w:r>
    </w:p>
    <w:p>
      <w:r>
        <w:rPr>
          <w:b/>
        </w:rPr>
        <w:t xml:space="preserve">[20:36] </w:t>
      </w:r>
      <w:r>
        <w:t>education mein, da'wah work mein, logon ka shaoor banane mein. yeh to kehta hai rasool Allah sal Allah alayhi wasallam ne.</w:t>
      </w:r>
    </w:p>
    <w:p>
      <w:pPr>
        <w:jc w:val="right"/>
      </w:pPr>
      <w:r>
        <w:t>ایجوکیشن میں، داؤ ورک میں، لوگوں کا شعور بنانے میں۔ یہ تو کہتا ہے رسول اللہ صلی اللہ علیہ وسلم نے۔</w:t>
      </w:r>
    </w:p>
    <w:p>
      <w:r>
        <w:rPr>
          <w:b/>
        </w:rPr>
        <w:t xml:space="preserve">[20:49] </w:t>
      </w:r>
      <w:r>
        <w:t>yeh baat bohat ziyada sochne ki hai ke jab unhon ne peshkash ki ke in agar aap chahte hain hakim banna to hum aap ko hakim maan lete hain.</w:t>
      </w:r>
    </w:p>
    <w:p>
      <w:pPr>
        <w:jc w:val="right"/>
      </w:pPr>
      <w:r>
        <w:t>یہ بات بہت زیادہ سوچنے کی ہے کہ جب انہوں نے پیشکش کی کہ ان اگر آپ چاہتے ہیں حاکم بننا تو ہم آپ کو حاکم مان لیتے ہیں۔</w:t>
      </w:r>
    </w:p>
    <w:p>
      <w:r>
        <w:rPr>
          <w:b/>
        </w:rPr>
        <w:t xml:space="preserve">[21:03] </w:t>
      </w:r>
      <w:r>
        <w:t>aap ne kaha ke nahi. kyun? woh waqt aisa tha jab ke society tayyar nahi thi. samajh bana hua nahi tha. insani maashra tayyar nahi tha.</w:t>
      </w:r>
    </w:p>
    <w:p>
      <w:pPr>
        <w:jc w:val="right"/>
      </w:pPr>
      <w:r>
        <w:t>آپ نے کہا کہ نہیں۔ کیوں؟ وہ وقت ایسا تھا جب کہ سوسائٹی تیار نہیں تھی۔ سماج بنا ہوا نہیں تھا۔ انسانی معاشرہ تیار نہیں تھا۔</w:t>
      </w:r>
    </w:p>
    <w:p>
      <w:r>
        <w:rPr>
          <w:b/>
        </w:rPr>
        <w:t xml:space="preserve">[21:16] </w:t>
      </w:r>
      <w:r>
        <w:t>aap ne apni sari taqat laga di insani maashra ko banane mein. insaan ko bashaoor banane mein. society ko banane mein.</w:t>
      </w:r>
    </w:p>
    <w:p>
      <w:pPr>
        <w:jc w:val="right"/>
      </w:pPr>
      <w:r>
        <w:t>آپ نے اپنی ساری طاقت لگا دی انسانی معاشرہ کو بنانے میں۔ انسان کو باشعور بنانے میں۔ سوسائٹی کو بنانے میں۔</w:t>
      </w:r>
    </w:p>
    <w:p>
      <w:r>
        <w:rPr>
          <w:b/>
        </w:rPr>
        <w:t xml:space="preserve">[21:27] </w:t>
      </w:r>
      <w:r>
        <w:t>aur jo political status ko tha us ko maan liya aap ne.</w:t>
      </w:r>
    </w:p>
    <w:p>
      <w:pPr>
        <w:jc w:val="right"/>
      </w:pPr>
      <w:r>
        <w:t>اور جو پولیٹیکل اسٹیٹس کو تھا اس کو مان لیا آپ نے۔</w:t>
      </w:r>
    </w:p>
    <w:p>
      <w:r>
        <w:rPr>
          <w:b/>
        </w:rPr>
        <w:t xml:space="preserve">[21:35] </w:t>
      </w:r>
      <w:r>
        <w:t>yeh yeh yeh khud aik sunnat rasool hai. yeh bhi aik sunnat rasool hai.</w:t>
      </w:r>
    </w:p>
    <w:p>
      <w:pPr>
        <w:jc w:val="right"/>
      </w:pPr>
      <w:r>
        <w:t>یہ یہ یہ خود ایک سنت رسول ہے۔ یہ بھی ایک سنت رسول ہے۔</w:t>
      </w:r>
    </w:p>
    <w:p>
      <w:r>
        <w:rPr>
          <w:b/>
        </w:rPr>
        <w:t xml:space="preserve">[21:41] </w:t>
      </w:r>
      <w:r>
        <w:t>lekin kisi bhi mulk mein aap nahi paayenge kisi muslim mulk mein ke musalman is raaz ko jante hon. har jagah jhanda uthayenge.</w:t>
      </w:r>
    </w:p>
    <w:p>
      <w:pPr>
        <w:jc w:val="right"/>
      </w:pPr>
      <w:r>
        <w:t>لیکن کسی بھی ملک میں آپ نہیں پائیں گے کسی مسلم ملک میں کہ مسلمان اس راز کو جانتے ہوں۔ ہر جگہ جھنڈا اٹھائیں گے۔</w:t>
      </w:r>
    </w:p>
    <w:p>
      <w:r>
        <w:rPr>
          <w:b/>
        </w:rPr>
        <w:t xml:space="preserve">[21:54] </w:t>
      </w:r>
      <w:r>
        <w:t>kisi ajeeb bekhabari hai Islam ke naam par.</w:t>
      </w:r>
    </w:p>
    <w:p>
      <w:pPr>
        <w:jc w:val="right"/>
      </w:pPr>
      <w:r>
        <w:t>کیسی عجیب بے خبری ہے اسلام کے نام پر۔</w:t>
      </w:r>
    </w:p>
    <w:p>
      <w:r>
        <w:rPr>
          <w:b/>
        </w:rPr>
        <w:t xml:space="preserve">[22:01] </w:t>
      </w:r>
      <w:r>
        <w:t>dunya mein is waqt</w:t>
      </w:r>
    </w:p>
    <w:p>
      <w:pPr>
        <w:jc w:val="right"/>
      </w:pPr>
      <w:r>
        <w:t>دنیا میں اس وقت</w:t>
      </w:r>
    </w:p>
    <w:p>
      <w:r>
        <w:rPr>
          <w:b/>
        </w:rPr>
        <w:t xml:space="preserve">[22:05] </w:t>
      </w:r>
      <w:r>
        <w:t>taqreeban do so mulk hain.</w:t>
      </w:r>
    </w:p>
    <w:p>
      <w:pPr>
        <w:jc w:val="right"/>
      </w:pPr>
      <w:r>
        <w:t>تقریباً دو سو ملک ہیں۔</w:t>
      </w:r>
    </w:p>
    <w:p>
      <w:r>
        <w:rPr>
          <w:b/>
        </w:rPr>
        <w:t xml:space="preserve">[22:08] </w:t>
      </w:r>
      <w:r>
        <w:t>in mulkon mein koi nahi ke hukoomat kar raha hai.</w:t>
      </w:r>
    </w:p>
    <w:p>
      <w:pPr>
        <w:jc w:val="right"/>
      </w:pPr>
      <w:r>
        <w:t>ان ملکوں میں کوئی نہیں کہ حکومت کر رہا ہے۔</w:t>
      </w:r>
    </w:p>
    <w:p>
      <w:r>
        <w:rPr>
          <w:b/>
        </w:rPr>
        <w:t xml:space="preserve">[22:15] </w:t>
      </w:r>
      <w:r>
        <w:t>to jo hukoomat kar raha hai us ko chhodiyey mat. us ko maan lijiyey aap.</w:t>
      </w:r>
    </w:p>
    <w:p>
      <w:pPr>
        <w:jc w:val="right"/>
      </w:pPr>
      <w:r>
        <w:t>تو جو حکومت کر رہا ہے اس کو چھوڑئے مت۔ اس کو مان لیجیے آپ۔</w:t>
      </w:r>
    </w:p>
    <w:p>
      <w:r>
        <w:rPr>
          <w:b/>
        </w:rPr>
        <w:t xml:space="preserve">[22:22] </w:t>
      </w:r>
      <w:r>
        <w:t>us ko mein kehta hoon political status quo. aur apney aap ko poori tareeqey se laga dijiye non political field mein.</w:t>
      </w:r>
    </w:p>
    <w:p>
      <w:pPr>
        <w:jc w:val="right"/>
      </w:pPr>
      <w:r>
        <w:t>اس کو میں کہتا ہوں پولیٹیکل اسٹیٹس کوئیز۔ اور اپنے آپ کو پوری طریقے سے لگا دیجیے نان پولیٹیکل فیلڈ میں۔</w:t>
      </w:r>
    </w:p>
    <w:p>
      <w:r>
        <w:rPr>
          <w:b/>
        </w:rPr>
        <w:t xml:space="preserve">[22:33] </w:t>
      </w:r>
      <w:r>
        <w:t>logon ko educate karne mein. da'wah work mein. logon ko bashaoor banane mein. logon ke intellectual development mein.</w:t>
      </w:r>
    </w:p>
    <w:p>
      <w:pPr>
        <w:jc w:val="right"/>
      </w:pPr>
      <w:r>
        <w:t>لوگوں کو ایجوکیٹ کرنے میں۔ داؤ ورک میں۔ لوگوں کو باشعور بنانے میں۔ لوگوں کے انٹلیکچوئل ڈویلپمنٹ میں۔</w:t>
      </w:r>
    </w:p>
    <w:p>
      <w:r>
        <w:rPr>
          <w:b/>
        </w:rPr>
        <w:t xml:space="preserve">[22:43] </w:t>
      </w:r>
      <w:r>
        <w:t>logon ke andar yeh salahiyat paida ho ke adjustment jaane. laaye jhagdey ki burai ko samjhein. aur gun aur bomb ko phenk de samandar mein.</w:t>
      </w:r>
    </w:p>
    <w:p>
      <w:pPr>
        <w:jc w:val="right"/>
      </w:pPr>
      <w:r>
        <w:t>لوگوں کے اندر یہ صلاحیت پیدا ہو کہ ایڈجسٹمنٹ جانے۔ لائے جھگڑے کی برائی کو سمجھیں۔ اور گن اور بم کو پھینک دے سمندر میں۔</w:t>
      </w:r>
    </w:p>
    <w:p>
      <w:r>
        <w:rPr>
          <w:b/>
        </w:rPr>
        <w:t xml:space="preserve">[22:54] </w:t>
      </w:r>
      <w:r>
        <w:t>itna samajhdaar ho jayein log. is mein apney aap ko lagaiye. is mein apney ko devote kijiyey. aur jo hakim hai us ko rehne diya ke us ko chhodiyey mat us ko.</w:t>
      </w:r>
    </w:p>
    <w:p>
      <w:pPr>
        <w:jc w:val="right"/>
      </w:pPr>
      <w:r>
        <w:t>اتنا سمجھدار ہو جائیں لوگ۔ اس میں اپنے آپ کو لگائیے۔ اس میں اپنے کو ڈیوٹ کیجیے۔ اور جو حاکم ہے اس کو رہنے دیا کہ اس کو چھوڑئے مت اس کو۔</w:t>
      </w:r>
    </w:p>
    <w:p>
      <w:r>
        <w:rPr>
          <w:b/>
        </w:rPr>
        <w:t xml:space="preserve">[23:09] </w:t>
      </w:r>
      <w:r>
        <w:t>to yeh jo political status quo hai yeh bhi ek sunnat hai. sunnat-e-rasool hai.</w:t>
      </w:r>
    </w:p>
    <w:p>
      <w:pPr>
        <w:jc w:val="right"/>
      </w:pPr>
      <w:r>
        <w:t>تو یہ جو پولیٹیکل اسٹیٹس کوئیز ہے یہ بھی ایک سنت ہے۔ سنت رسول ہے۔</w:t>
      </w:r>
    </w:p>
    <w:p>
      <w:r>
        <w:rPr>
          <w:b/>
        </w:rPr>
        <w:t xml:space="preserve">[23:17] </w:t>
      </w:r>
      <w:r>
        <w:t>kaisi ajeeb baat hai ke ke jo log kehte hain ke rasool Allah is waqt kamila is waqt kamila is waqt kamila</w:t>
      </w:r>
    </w:p>
    <w:p>
      <w:pPr>
        <w:jc w:val="right"/>
      </w:pPr>
      <w:r>
        <w:t>کیسی عجیب بات ہے کہ کہ جو لوگ کہتے ہیں کہ رسول اللہ اس وقت کاملہ اس وقت کاملہ اس وقت کاملہ</w:t>
      </w:r>
    </w:p>
    <w:p>
      <w:r>
        <w:rPr>
          <w:b/>
        </w:rPr>
        <w:t xml:space="preserve">[23:25] </w:t>
      </w:r>
      <w:r>
        <w:t>. woh bas woh bas yeh naarey ke liye hai yeh. amal ke liye nahi hai. woh saarey muslim countries mein yeh baat kyun nahi hai?</w:t>
      </w:r>
    </w:p>
    <w:p>
      <w:pPr>
        <w:jc w:val="right"/>
      </w:pPr>
      <w:r>
        <w:t>۔ وہ بس وہ بس یہ نعرے کے لیے ہے یہ۔ عمل کے لیے نہیں ہے۔ وہ سارے مسلم کنٹریز میں یہ بات کیوں نہیں ہے؟</w:t>
      </w:r>
    </w:p>
    <w:p>
      <w:r>
        <w:rPr>
          <w:b/>
        </w:rPr>
        <w:t xml:space="preserve">[23:37] </w:t>
      </w:r>
      <w:r>
        <w:t>ke political status quo ko maan kar ke apney aap ko waqf karna non political field mein. har jagah log hukoomat ko challenge kar rahe hain.</w:t>
      </w:r>
    </w:p>
    <w:p>
      <w:pPr>
        <w:jc w:val="right"/>
      </w:pPr>
      <w:r>
        <w:t>کہ پولیٹیکل اسٹیٹس کو کو مان کر کے اپنے آپ کو وقف کرنا نان پولیٹیکل فیلڈ میں۔ ہر جگہ لوگ حکومت کو چیلنج کر رہے ہیں۔</w:t>
      </w:r>
    </w:p>
    <w:p>
      <w:r>
        <w:rPr>
          <w:b/>
        </w:rPr>
        <w:t xml:space="preserve">[23:49] </w:t>
      </w:r>
      <w:r>
        <w:t>har jagah log hukoomat ke saath takra rahe hain. har jagah bas hukoomat ko badalne ke naarey ho rahe hain. jitna mumkin hai utna har jagah political activity jaari ki hui hain.</w:t>
      </w:r>
    </w:p>
    <w:p>
      <w:pPr>
        <w:jc w:val="right"/>
      </w:pPr>
      <w:r>
        <w:t>ہر جگہ لوگ حکومت کے ساتھ ٹکرا رہے ہیں۔ ہر جگہ بس حکومت کو بدلنے کے نعرے ہو رہے ہیں۔ جتنا ممکن ہے اتنا ہر جگہ پولیٹیکل ایکٹیویٹی جاری کی ہوئی ہیں۔</w:t>
      </w:r>
    </w:p>
    <w:p>
      <w:r>
        <w:rPr>
          <w:b/>
        </w:rPr>
        <w:t xml:space="preserve">[24:01] </w:t>
      </w:r>
      <w:r>
        <w:t>har mulk mein.</w:t>
      </w:r>
    </w:p>
    <w:p>
      <w:pPr>
        <w:jc w:val="right"/>
      </w:pPr>
      <w:r>
        <w:t>ہر ملک میں۔</w:t>
      </w:r>
    </w:p>
    <w:p>
      <w:r>
        <w:rPr>
          <w:b/>
        </w:rPr>
        <w:t xml:space="preserve">[24:05] </w:t>
      </w:r>
      <w:r>
        <w:t>hata ke mein America gaya to wahan mein ne dekha ke ek group hai wahan bhi khilafat ki tehreek chala raha hai. aur ajeeb o ghareeb un ke dalail hain.</w:t>
      </w:r>
    </w:p>
    <w:p>
      <w:pPr>
        <w:jc w:val="right"/>
      </w:pPr>
      <w:r>
        <w:t>حتیٰ کہ میں امریکہ گیا تو وہاں میں نے دیکھا کہ ایک گروپ ہے وہاں بھی خلافت کی تحریک چلا رہا ہے۔ اور عجیب و غریب ان کے دلائل ہیں۔</w:t>
      </w:r>
    </w:p>
    <w:p>
      <w:r>
        <w:rPr>
          <w:b/>
        </w:rPr>
        <w:t xml:space="preserve">[24:17] </w:t>
      </w:r>
      <w:r>
        <w:t>woh kehte hain ke jo California hai woh Khilafat tha. yaani dar-ul-khilafa. yaani koi is ka sar peeda nahi.</w:t>
      </w:r>
    </w:p>
    <w:p>
      <w:pPr>
        <w:jc w:val="right"/>
      </w:pPr>
      <w:r>
        <w:t>وہ کہتے ہیں کہ جو کیلیفورنیا ہے وہ خلیفورنیا تھا۔ یعنی دارالخلافہ۔ یعنی کوئی اس کا سرپید نہیں۔</w:t>
      </w:r>
    </w:p>
    <w:p>
      <w:r>
        <w:rPr>
          <w:b/>
        </w:rPr>
        <w:t xml:space="preserve">[24:27] </w:t>
      </w:r>
      <w:r>
        <w:t>koi is ki history nahi. to California jo hai woh Khilafat hai.</w:t>
      </w:r>
    </w:p>
    <w:p>
      <w:pPr>
        <w:jc w:val="right"/>
      </w:pPr>
      <w:r>
        <w:t>کوئی اس کی ہسٹری نہیں۔ تو کیلیفورنیا جو ہے وہ خلیفورنیا ہے۔</w:t>
      </w:r>
    </w:p>
    <w:p>
      <w:r>
        <w:rPr>
          <w:b/>
        </w:rPr>
        <w:t xml:space="preserve">[24:34] </w:t>
      </w:r>
      <w:r>
        <w:t>yaani kabhi woh dar-ul-khilafa tha. to hum dobara wahan khilafat qaim karenge.</w:t>
      </w:r>
    </w:p>
    <w:p>
      <w:pPr>
        <w:jc w:val="right"/>
      </w:pPr>
      <w:r>
        <w:t>یعنی کبھی وہ دارالخلافہ تھا۔ تو ہم دوبارہ وہاں خلافت قائم کریں گے۔</w:t>
      </w:r>
    </w:p>
    <w:p>
      <w:r>
        <w:rPr>
          <w:b/>
        </w:rPr>
        <w:t xml:space="preserve">[24:42] </w:t>
      </w:r>
      <w:r>
        <w:t>kisi ko bhi yeh sunnat-e-rasool ka pata nahi hai ke political status quo ko maan lo aur non political field mein kaam karo.</w:t>
      </w:r>
    </w:p>
    <w:p>
      <w:pPr>
        <w:jc w:val="right"/>
      </w:pPr>
      <w:r>
        <w:t>کسی کو بھی یہ سنت رسول کا پتہ نہیں ہے کہ پولیٹیکل اسٹیٹس کو کو مان لو اور نان پولیٹیکل فیلڈ میں کام کرو۔</w:t>
      </w:r>
    </w:p>
    <w:p>
      <w:r>
        <w:rPr>
          <w:b/>
        </w:rPr>
        <w:t xml:space="preserve">[24:52] </w:t>
      </w:r>
      <w:r>
        <w:t>kisi ko pata hi nahi hai.</w:t>
      </w:r>
    </w:p>
    <w:p>
      <w:pPr>
        <w:jc w:val="right"/>
      </w:pPr>
      <w:r>
        <w:t>کسی کو پتہ ہی نہیں ہے۔</w:t>
      </w:r>
    </w:p>
    <w:p>
      <w:r>
        <w:rPr>
          <w:b/>
        </w:rPr>
        <w:t xml:space="preserve">[24:56] </w:t>
      </w:r>
      <w:r>
        <w:t>isi liye un ki koshishein be-nateejah ho rahi hain. be-nateejah.</w:t>
      </w:r>
    </w:p>
    <w:p>
      <w:pPr>
        <w:jc w:val="right"/>
      </w:pPr>
      <w:r>
        <w:t>اسی لیے ان کی کوششیں بے نتیجہ ہو رہی ہیں۔ بے نتیجہ۔</w:t>
      </w:r>
    </w:p>
    <w:p>
      <w:r>
        <w:rPr>
          <w:b/>
        </w:rPr>
        <w:t xml:space="preserve">[25:04] </w:t>
      </w:r>
      <w:r>
        <w:t>mein aap ko ek bohat hi ibret angez ek hawala yaad dilata hoon. dekhein rasool Allah sal-lal-lahu alaihi wasallam ke baad Hazrat Abu Bakr Ameer-ul-momineen thay.</w:t>
      </w:r>
    </w:p>
    <w:p>
      <w:pPr>
        <w:jc w:val="right"/>
      </w:pPr>
      <w:r>
        <w:t>میں آپ کو ایک بہت ہی عبرت انگیز ایک حوالہ یاد دلاتا ہوں۔ دیکھیں رسول اللہ صلی اللہ علیہ وسلم کے بعد حضرت ابوبکر امیرالمومنین تھے۔</w:t>
      </w:r>
    </w:p>
    <w:p>
      <w:r>
        <w:rPr>
          <w:b/>
        </w:rPr>
        <w:t xml:space="preserve">[25:17] </w:t>
      </w:r>
      <w:r>
        <w:t>Hazrat Umar Farooq Ameer-ul-momineen thay. is zamane mein dekhein khilafat-e-rashida ki istilaah nahi istemal hoti thi. yaani Hazrat Abu Bakr ko Khalifa nahi kaha jata tha.</w:t>
      </w:r>
    </w:p>
    <w:p>
      <w:pPr>
        <w:jc w:val="right"/>
      </w:pPr>
      <w:r>
        <w:t>حضرت عمر فاروق امیرالمومنین تھے۔ اس زمانے میں دیکھیں خلافت راشدہ کی اصطلاح نہیں استعمال ہوتی تھی۔ یعنی حضرت ابوبکر کو خلیفہ نہیں کہا جاتا تھا۔</w:t>
      </w:r>
    </w:p>
    <w:p>
      <w:r>
        <w:rPr>
          <w:b/>
        </w:rPr>
        <w:t xml:space="preserve">[25:29] </w:t>
      </w:r>
      <w:r>
        <w:t>Hazrat Umar ko Khalifa nahi kaha jata tha. yeh to baat ko istilahein bani hain. yeh</w:t>
      </w:r>
    </w:p>
    <w:p>
      <w:pPr>
        <w:jc w:val="right"/>
      </w:pPr>
      <w:r>
        <w:t>حضرت عمر کو خلیفہ نہیں کہا جاتا تھا۔ یہ تو بات کو اصطلاحیں بنی ہیں۔ یہ</w:t>
      </w:r>
    </w:p>
    <w:p>
      <w:r>
        <w:rPr>
          <w:b/>
        </w:rPr>
        <w:t xml:space="preserve">[25:35] </w:t>
      </w:r>
      <w:r>
        <w:t>baat ko bani hain. to Hazrat Abu Bakr Hazrat Umar ke zamane tak mamlaat bilkul theek rahe. lekin aap jante hain ke Hazrat Usman ke zamane mein aapas ki ladai shuru ho gayi.</w:t>
      </w:r>
    </w:p>
    <w:p>
      <w:pPr>
        <w:jc w:val="right"/>
      </w:pPr>
      <w:r>
        <w:t>بات کو بنی ہیں۔ تو حضرت ابوبکر حضرت عمر کے زمانے تک معاملات بالکل ٹھیک رہے۔ لیکن آپ جانتے ہیں کہ حضرت عثمان کے زمانے میں آپس کی لڑائی شروع ہو گئی۔</w:t>
      </w:r>
    </w:p>
    <w:p>
      <w:r>
        <w:rPr>
          <w:b/>
        </w:rPr>
        <w:t xml:space="preserve">[25:50] </w:t>
      </w:r>
      <w:r>
        <w:t>is ke baad Hazrat Ali ke zamane mein bhi ladai jaari rahi.</w:t>
      </w:r>
    </w:p>
    <w:p>
      <w:pPr>
        <w:jc w:val="right"/>
      </w:pPr>
      <w:r>
        <w:t>اس کے بعد حضرت علی کے زمانے میں بھی لڑائی جاری رہی۔</w:t>
      </w:r>
    </w:p>
    <w:p>
      <w:r>
        <w:rPr>
          <w:b/>
        </w:rPr>
        <w:t xml:space="preserve">[25:55] </w:t>
      </w:r>
      <w:r>
        <w:t>to is zamane mein kuch log mile Hazrat Ali se aur unhone kaha ke Abu Bakr aur Umar ke zamane mein bohat aman tha sab mamlaat durust thay aur aap ke zamane mein aapas ki ladai ho rahi hai aapas mein jhagda fasad ho raha hai sab mamlaat bigdey hue hain aisa kyun hai</w:t>
      </w:r>
    </w:p>
    <w:p>
      <w:pPr>
        <w:jc w:val="right"/>
      </w:pPr>
      <w:r>
        <w:t>تو اس زمانے میں کچھ لوگ ملے حضرت علی سے اور انہوں نے کہا کہ ابوبکر اور عمر کے زمانے میں بہت امن تھا سب معاملات درست تھے اور آپ کے زمانے میں آپس کی لڑائی ہو رہی ہے آپس میں جھگڑا فساد ہو رہا ہے سب معاملات بگڑے ہوئے ہیں ایسا کیوں ہے</w:t>
      </w:r>
    </w:p>
    <w:p>
      <w:r>
        <w:rPr>
          <w:b/>
        </w:rPr>
        <w:t xml:space="preserve">[26:23] </w:t>
      </w:r>
      <w:r>
        <w:t>to unhone bohat hi maani khez jawab diya yeh waqia naqal kiya hai Ibn Khaldun ne apney muqaddame mein Hazrat Ali ne kaha ke ana Abu Bakr wa Umar kanu waliyain ala misli wa ana waliyain ala mislakum</w:t>
      </w:r>
    </w:p>
    <w:p>
      <w:pPr>
        <w:jc w:val="right"/>
      </w:pPr>
      <w:r>
        <w:t>تو انہوں نے بہت ہی معنی خیز جواب دیا یہ واقعہ نقل کیا ہے ابن خلدون نے اپنے مقدمے میں حضرت علی نے کہا کہ انا ابا بکر وعمر کان والیین علی مثلی وانا والین علی مثلكم</w:t>
      </w:r>
    </w:p>
    <w:p>
      <w:r>
        <w:rPr>
          <w:b/>
        </w:rPr>
        <w:t xml:space="preserve">[26:49] </w:t>
      </w:r>
      <w:r>
        <w:t>yaani Abu Bakr aur Umar ki hukumat mere jaisay logon ke upar thi</w:t>
      </w:r>
    </w:p>
    <w:p>
      <w:pPr>
        <w:jc w:val="right"/>
      </w:pPr>
      <w:r>
        <w:t>یعنی ابوبکر اور عمر کی حکومت میرے جیسے لوگوں کے اوپر تھی</w:t>
      </w:r>
    </w:p>
    <w:p>
      <w:r>
        <w:rPr>
          <w:b/>
        </w:rPr>
        <w:t xml:space="preserve">[26:54] </w:t>
      </w:r>
      <w:r>
        <w:t>aur meri hukumat tumhare jaisay logon ke upar hai</w:t>
      </w:r>
    </w:p>
    <w:p>
      <w:pPr>
        <w:jc w:val="right"/>
      </w:pPr>
      <w:r>
        <w:t>اور میری حکومت تمہارے جیسے لوگوں کے اوپر ہے</w:t>
      </w:r>
    </w:p>
    <w:p>
      <w:r>
        <w:rPr>
          <w:b/>
        </w:rPr>
        <w:t xml:space="preserve">[26:58] </w:t>
      </w:r>
      <w:r>
        <w:t>ab is par ghor kijiye ke mere jaisay ka matlab kya hai mere jaisay ke maani hain misl</w:t>
      </w:r>
    </w:p>
    <w:p>
      <w:pPr>
        <w:jc w:val="right"/>
      </w:pPr>
      <w:r>
        <w:t>اب اس پر غور کیجئے کہ میرے جیسے کا مطلب کیا ہے میرے جیسے کے معنی ہیں مثل</w:t>
      </w:r>
    </w:p>
    <w:p>
      <w:r>
        <w:rPr>
          <w:b/>
        </w:rPr>
        <w:t xml:space="preserve">[27:02] </w:t>
      </w:r>
      <w:r>
        <w:t>sahaba log misl sahaba</w:t>
      </w:r>
    </w:p>
    <w:p>
      <w:pPr>
        <w:jc w:val="right"/>
      </w:pPr>
      <w:r>
        <w:t>صحابہ لوگ مثل صحابہ</w:t>
      </w:r>
    </w:p>
    <w:p>
      <w:r>
        <w:rPr>
          <w:b/>
        </w:rPr>
        <w:t xml:space="preserve">[27:07] </w:t>
      </w:r>
      <w:r>
        <w:t>ab woh daur aaya tha ke bohat zyada mass conversion hua tha bohat se log dakhil hue the</w:t>
      </w:r>
    </w:p>
    <w:p>
      <w:pPr>
        <w:jc w:val="right"/>
      </w:pPr>
      <w:r>
        <w:t>اب وہ دور آیا تھا کہ بہت زیادہ ماسک کنورژن ہوا تھا بہت سے لوگ داخل ہوئے تھے</w:t>
      </w:r>
    </w:p>
    <w:p>
      <w:r>
        <w:rPr>
          <w:b/>
        </w:rPr>
        <w:t xml:space="preserve">[27:14] </w:t>
      </w:r>
      <w:r>
        <w:t>Islam mein ghair sahabi log samaaj mein bohat zyada ho chuke the</w:t>
      </w:r>
    </w:p>
    <w:p>
      <w:pPr>
        <w:jc w:val="right"/>
      </w:pPr>
      <w:r>
        <w:t>اسلام میں غیر صحابی لوگ سماج میں بہت زیادہ ہو چکے تھے</w:t>
      </w:r>
    </w:p>
    <w:p>
      <w:r>
        <w:rPr>
          <w:b/>
        </w:rPr>
        <w:t xml:space="preserve">[27:20] </w:t>
      </w:r>
      <w:r>
        <w:t>to is Hazrat Hazrat Ali ke is qaul ko aap</w:t>
      </w:r>
    </w:p>
    <w:p>
      <w:pPr>
        <w:jc w:val="right"/>
      </w:pPr>
      <w:r>
        <w:t>تو اس حضرت حضرت علی کے اس قول کو آپ</w:t>
      </w:r>
    </w:p>
    <w:p>
      <w:r>
        <w:rPr>
          <w:b/>
        </w:rPr>
        <w:t xml:space="preserve">[27:26] </w:t>
      </w:r>
      <w:r>
        <w:t>tashreeh kijiye</w:t>
      </w:r>
    </w:p>
    <w:p>
      <w:pPr>
        <w:jc w:val="right"/>
      </w:pPr>
      <w:r>
        <w:t>تشریح کیجئے</w:t>
      </w:r>
    </w:p>
    <w:p>
      <w:r>
        <w:rPr>
          <w:b/>
        </w:rPr>
        <w:t xml:space="preserve">[27:28] </w:t>
      </w:r>
      <w:r>
        <w:t>ke woh yeh hoga ke abubakar aur umar jaise hakim hon tab bhi sahaba jaisa society chahiye misl sahaba society ho tab abubakar aur umar jaise log achhi hukumat chala sakte hain kaisi ajib baat hai</w:t>
      </w:r>
    </w:p>
    <w:p>
      <w:pPr>
        <w:jc w:val="right"/>
      </w:pPr>
      <w:r>
        <w:t>کہ وہ یہ ہوگا کہ ابوبکر اور عمر جیسے حاکم ہوں تب بھی صحابہ جیسا سوسائٹی چاہیے مثل صحابہ سوسائٹی ہو تب ابوبکر اور عمر جیسے لوگ اچھی حکومت چلا سکتے ہیں کیسی عجیب بات ہے</w:t>
      </w:r>
    </w:p>
    <w:p>
      <w:r>
        <w:rPr>
          <w:b/>
        </w:rPr>
        <w:t xml:space="preserve">[27:50] </w:t>
      </w:r>
      <w:r>
        <w:t>yani misl sahaba muashra hona chahiye tab koi shakhs wahan par achhi hukumat chala sakta hai</w:t>
      </w:r>
    </w:p>
    <w:p>
      <w:pPr>
        <w:jc w:val="right"/>
      </w:pPr>
      <w:r>
        <w:t>یعنی مثل صحابہ معاشرہ ہونا چاہیے تب کوئی شخص وہاں پر اچھی حکومت چلا سکتا ہے</w:t>
      </w:r>
    </w:p>
    <w:p>
      <w:r>
        <w:rPr>
          <w:b/>
        </w:rPr>
        <w:t xml:space="preserve">[28:00] </w:t>
      </w:r>
      <w:r>
        <w:t>to yeh log dekhen jo aap sare muslim dunya mein ho jo log siyasat ke naam par jhanda uthaye hue hain aur islam hukumat ko nara laga rahe hain woh haqeeqat mein islam ke naam par fasad kar rahe hain nateeja fasad ki shakal mein nikal raha hai</w:t>
      </w:r>
    </w:p>
    <w:p>
      <w:pPr>
        <w:jc w:val="right"/>
      </w:pPr>
      <w:r>
        <w:t>تو یہ لوگ دیکھیں جو آپ سارے مسلم دنیا میں ہو جو لوگ سیاست کے نام پر جھنڈا اٹھائے ہوئے ہیں اور اسلام حکومت کو نعرہ لگا رہے ہیں وہ حقیقت میں اسلام کے نام پر فساد کر رہے ہیں نتیجہ فساد کی شکل میں نکل رہا ہے</w:t>
      </w:r>
    </w:p>
    <w:p>
      <w:r>
        <w:rPr>
          <w:b/>
        </w:rPr>
        <w:t xml:space="preserve">[28:21] </w:t>
      </w:r>
      <w:r>
        <w:t>aap dekh lijiye jitne bhi woh mulk hain jahan ke islami hukumat islami hukumat ke nare buland ho rahe hain so baras se wahan kya hai aapas ki bar kaat hai gun kajra bam kajra chal raha hai be shumar log jalwe band kar diye gaye hain</w:t>
      </w:r>
    </w:p>
    <w:p>
      <w:pPr>
        <w:jc w:val="right"/>
      </w:pPr>
      <w:r>
        <w:t>آپ دیکھ لیجئے جتنے بھی وہ ملک ہیں جہاں کے اسلامی حکومت اسلامی حکومت کے نعرے بلند ہو رہے ہیں سو برس سے وہاں کیا ہے آپس کی بار کاٹ ہے گن کاجرا بم کاجرا چل رہا ہے بے شمار لوگ جلوے بند کر دیئے گئے ہیں</w:t>
      </w:r>
    </w:p>
    <w:p>
      <w:r>
        <w:rPr>
          <w:b/>
        </w:rPr>
        <w:t xml:space="preserve">[28:44] </w:t>
      </w:r>
      <w:r>
        <w:t>aise hi hamare ek qeemti sathi jo sheikh muhammad sulaiman alqaid bahut hi qeemti sathi the hamare mission mein unko goli maar di gayi halanke woh bilkul hi dawat dai mizaj ke aadmi the yeh muslim mulkon ka haal hai</w:t>
      </w:r>
    </w:p>
    <w:p>
      <w:pPr>
        <w:jc w:val="right"/>
      </w:pPr>
      <w:r>
        <w:t>ایسے ہی ہمارے ایک قیمتی ساتھی جو شیخ محمد سلیمان القائد بہت ہی قیمتی ساتھی تھے ہمارے مشن میں ان کو گولی مار دی گئی حالانکہ وہ بالکل ہی دعوت دائی مزاج کے آدمی تھے یہ مسلم ملکوں کا حال ہے</w:t>
      </w:r>
    </w:p>
    <w:p>
      <w:r>
        <w:rPr>
          <w:b/>
        </w:rPr>
        <w:t xml:space="preserve">[29:06] </w:t>
      </w:r>
      <w:r>
        <w:t>to jab samaj taiyar nahi hai muashra taiyar nahi hai society taiyar nahi hai to hukumat ka nara lagana yeh bilkul hi koi iski base nahi hai bilkul dangerous baat hai dangerous baat hai</w:t>
      </w:r>
    </w:p>
    <w:p>
      <w:pPr>
        <w:jc w:val="right"/>
      </w:pPr>
      <w:r>
        <w:t>تو جب سماج تیار نہیں ہے معاشرہ تیار نہیں ہے سوسائٹی تیار نہیں ہے تو حکومت کا نعرہ لگانا یہ بالکل ہی کوئی اس کی بیس نہیں ہے بالکل ڈیڈیکولس بات ہے ڈیڈیکولس بات ہے</w:t>
      </w:r>
    </w:p>
    <w:p>
      <w:r>
        <w:rPr>
          <w:b/>
        </w:rPr>
        <w:t xml:space="preserve">[29:24] </w:t>
      </w:r>
      <w:r>
        <w:t>to dekhiye pakistan ki misal ko lekar main kahunga ke jo log jeete woh jeete aur jo haare woh haare</w:t>
      </w:r>
    </w:p>
    <w:p>
      <w:pPr>
        <w:jc w:val="right"/>
      </w:pPr>
      <w:r>
        <w:t>تو دیکھئے پاکستان کی مثال کو لے کر میں کہوں گا کہ جو لوگ جیتے وہ جیتے اور جو ہارے وہ ہارے</w:t>
      </w:r>
    </w:p>
    <w:p>
      <w:r>
        <w:rPr>
          <w:b/>
        </w:rPr>
        <w:t xml:space="preserve">[29:36] </w:t>
      </w:r>
      <w:r>
        <w:t>to jo log haare unko kya karna tha islam ki roshni mein woh kehte hain ke theek hai jo log jeete hain hum unko mauqa dete hain woh hukumat chalayen woh administration chalayen hum yeh karenge ke hum chale jayenge non political field mein</w:t>
      </w:r>
    </w:p>
    <w:p>
      <w:pPr>
        <w:jc w:val="right"/>
      </w:pPr>
      <w:r>
        <w:t>تو جو لوگ ہارے ان کو کیا کرنا تھا اسلام کی روشنی میں وہ کہتے ہیں کہ ٹھیک ہے جو لوگ جیتے ہیں ہم ان کو موقع دیتے ہیں وہ حکومت چلائیں وہ ایڈمنسٹریشن چلائیں ہم یہ کریں گے کہ ہم چلے جائیں گے نان پولیٹیکل فیلڈ میں</w:t>
      </w:r>
    </w:p>
    <w:p>
      <w:r>
        <w:rPr>
          <w:b/>
        </w:rPr>
        <w:t xml:space="preserve">[29:58] </w:t>
      </w:r>
      <w:r>
        <w:t>matlab school qaim karenge dawah work karenge musalmanon ko andar tayyari ki shaoor layenge aapas ki ladai jhagda khatam karwayenge yeh sab karenge hum yani ek ko aage ki seat par bulakar sab back seat par chale jayenge jaisa ke nawaz mein hota hai yeh karna chahiye tha lekin ab kya ho raha hai</w:t>
      </w:r>
    </w:p>
    <w:p>
      <w:pPr>
        <w:jc w:val="right"/>
      </w:pPr>
      <w:r>
        <w:t>مطلب اسکول قائم کریں گے داؤ ورک کریں گے مسلمانوں کو اندر تیاری کی شعور لائیں گے آپس کی لڑائی جھگڑا ختم کروائیں گے یہ سب کریں گے ہم یعنی ایک کو آگے کی سیٹ پر بلا کر سب بیک سیٹ پر چلے جائیں گے جیسا کہ نواز میں ہوتا ہے یہ کرنا چاہیے تھا لیکن اب کیا ہو رہا ہے</w:t>
      </w:r>
    </w:p>
    <w:p>
      <w:r>
        <w:rPr>
          <w:b/>
        </w:rPr>
        <w:t xml:space="preserve">[30:25] </w:t>
      </w:r>
      <w:r>
        <w:t>ab yeh ho raha hai ke</w:t>
      </w:r>
    </w:p>
    <w:p>
      <w:pPr>
        <w:jc w:val="right"/>
      </w:pPr>
      <w:r>
        <w:t>اب یہ ہو رہا ہے کہ</w:t>
      </w:r>
    </w:p>
    <w:p>
      <w:r>
        <w:rPr>
          <w:b/>
        </w:rPr>
        <w:t xml:space="preserve">[30:29] </w:t>
      </w:r>
      <w:r>
        <w:t>election ke dauran ek so pachas aadmi maar dale uske baad ab jo leader log hain wahan jo haare hue hain woh sab protest kar rahe hain ke sahib dhاندli hui hai aur aaj ki khabar jaisa ke aap ne bataya ke ek leader ko goli maar di gayi to yeh log naam lete hain islam ka lekin inhe islam se koi rahnumai nahi lena hai</w:t>
      </w:r>
    </w:p>
    <w:p>
      <w:pPr>
        <w:jc w:val="right"/>
      </w:pPr>
      <w:r>
        <w:t>الیکشن کے دوران ایک سو پچاس آدمی مار ڈالے اس کے بعد اب جو لیڈر لوگ ہیں وہاں جو ہارے ہوئے ہیں وہ سب پروٹیسٹ کر رہے ہیں کہ صاحب دھاندلی ہوئی ہے اور آج کی خبر جیسا کہ آپ نے بتایا کہ ایک لیڈر کو گولی مار دی گئی تو یہ لوگ نام لیتے ہیں اسلام کا لیکن انہیں اسلام سے کوئی رہنمائی نہیں لینا ہے</w:t>
      </w:r>
    </w:p>
    <w:p>
      <w:r>
        <w:rPr>
          <w:b/>
        </w:rPr>
        <w:t xml:space="preserve">[30:53] </w:t>
      </w:r>
      <w:r>
        <w:t>rasool Allah ke namune se koi sabak nahi lena hai bas apne apne dimagh se chalna hai</w:t>
      </w:r>
    </w:p>
    <w:p>
      <w:pPr>
        <w:jc w:val="right"/>
      </w:pPr>
      <w:r>
        <w:t>رسول اللہ کے نمونے سے کوئی سبق نہیں لینا ہے بس اپنے اپنے دماغ سے چلنا ہے</w:t>
      </w:r>
    </w:p>
    <w:p>
      <w:r>
        <w:rPr>
          <w:b/>
        </w:rPr>
        <w:t xml:space="preserve">[31:05] </w:t>
      </w:r>
      <w:r>
        <w:t>to yeh bahut zyada sochne ki baat hai bahut zyada sochne ki baat hai</w:t>
      </w:r>
    </w:p>
    <w:p>
      <w:pPr>
        <w:jc w:val="right"/>
      </w:pPr>
      <w:r>
        <w:t>تو یہ بہت زیادہ سوچنے کی بات ہے بہت زیادہ سوچنے کی بات ہے</w:t>
      </w:r>
    </w:p>
    <w:p>
      <w:r>
        <w:rPr>
          <w:b/>
        </w:rPr>
        <w:t xml:space="preserve">[31:16] </w:t>
      </w:r>
      <w:r>
        <w:t>main jo islam ko padha hai islam ke bare mein jo meri maloomat hain us se maine yahi samjha hai ke</w:t>
      </w:r>
    </w:p>
    <w:p>
      <w:pPr>
        <w:jc w:val="right"/>
      </w:pPr>
      <w:r>
        <w:t>میں جو اسلام کو پڑھا ہے اسلام کے بارے میں جو میری معلومات ہیں اس سے میں نے یہی سمجھا ہے کہ</w:t>
      </w:r>
    </w:p>
    <w:p>
      <w:r>
        <w:rPr>
          <w:b/>
        </w:rPr>
        <w:t xml:space="preserve">[31:29] </w:t>
      </w:r>
      <w:r>
        <w:t>political uhda jo hai usko kisi ko dekar khud aap majority jo hai woh non political field mein kaam kare</w:t>
      </w:r>
    </w:p>
    <w:p>
      <w:pPr>
        <w:jc w:val="right"/>
      </w:pPr>
      <w:r>
        <w:t>پولیٹیکل عہدہ جو ہے اس کو کسی کو دے کر خود آپ میجورٹی جو ہے وہ نان پولیٹیکل فیلڈ میں کام کرے</w:t>
      </w:r>
    </w:p>
    <w:p>
      <w:r>
        <w:rPr>
          <w:b/>
        </w:rPr>
        <w:t xml:space="preserve">[31:45] </w:t>
      </w:r>
      <w:r>
        <w:t>ek ek hadith mein aap ko yaad dilana chahta hoon rasool Allah sallallahu alaihi wasallam ne jo bayat li thi sahaba se aap jante hain ke sahaba se bayat lete the aap to ek bayat mein yeh alfaz bataye hain sahabi ne ke Allah nazil amr ahlah</w:t>
      </w:r>
    </w:p>
    <w:p>
      <w:pPr>
        <w:jc w:val="right"/>
      </w:pPr>
      <w:r>
        <w:t>ایک ایک حدیث میں آپ کو یاد دلانا چاہتا ہوں رسول اللہ صلی اللہ علیہ وسلم نے جو بیعت لی تھی صحابہ سے آپ جانتے ہیں کہ صحابہ سے بیعت لیتے تھے آپ تو ایک بیعت میں یہ الفاظ بتائے ہیں صحابی نے کہ اللہ ننازل امر اہلہ</w:t>
      </w:r>
    </w:p>
    <w:p>
      <w:r>
        <w:rPr>
          <w:b/>
        </w:rPr>
        <w:t xml:space="preserve">[32:08] </w:t>
      </w:r>
      <w:r>
        <w:t>jin baaton ki bait li aap ne jaise ek Khuda ko ek manna Allah ki ibadat karna waghera</w:t>
      </w:r>
    </w:p>
    <w:p>
      <w:pPr>
        <w:jc w:val="right"/>
      </w:pPr>
      <w:r>
        <w:t>جن باتوں کی بیعت لی آپ نے جیسے ایک خدا کو ایک ماننا اللہ کی عبادت کرنا وغیرہ</w:t>
      </w:r>
    </w:p>
    <w:p>
      <w:r>
        <w:rPr>
          <w:b/>
        </w:rPr>
        <w:t xml:space="preserve">[32:17] </w:t>
      </w:r>
      <w:r>
        <w:t>isi mein se ek yeh bhi tha ke Allah nanazal amra ahla</w:t>
      </w:r>
    </w:p>
    <w:p>
      <w:pPr>
        <w:jc w:val="right"/>
      </w:pPr>
      <w:r>
        <w:t>اسی میں سے ایک یہ بھی تھا کہ اللہ ننازل امر اہلہ</w:t>
      </w:r>
    </w:p>
    <w:p>
      <w:r>
        <w:rPr>
          <w:b/>
        </w:rPr>
        <w:t xml:space="preserve">[32:24] </w:t>
      </w:r>
      <w:r>
        <w:t>yahan amr se muraad hai iqtidaar</w:t>
      </w:r>
    </w:p>
    <w:p>
      <w:pPr>
        <w:jc w:val="right"/>
      </w:pPr>
      <w:r>
        <w:t>یہاں امر سے مراد ہے اقتدار</w:t>
      </w:r>
    </w:p>
    <w:p>
      <w:r>
        <w:rPr>
          <w:b/>
        </w:rPr>
        <w:t xml:space="preserve">[32:27] </w:t>
      </w:r>
      <w:r>
        <w:t>iqtidaar ke maamle mein is ke ahal se hum nida nahi karenge dekhiye ahal ka matlab kya</w:t>
      </w:r>
    </w:p>
    <w:p>
      <w:pPr>
        <w:jc w:val="right"/>
      </w:pPr>
      <w:r>
        <w:t>اقتدار کے معاملے میں اس کے اہل سے ہم ندا نہیں کریں گے دیکھئے اہل کا مطلب کیا</w:t>
      </w:r>
    </w:p>
    <w:p>
      <w:r>
        <w:rPr>
          <w:b/>
        </w:rPr>
        <w:t xml:space="preserve">[32:34] </w:t>
      </w:r>
      <w:r>
        <w:t>hai yahan ahal ka matlab competent nahi hai</w:t>
      </w:r>
    </w:p>
    <w:p>
      <w:pPr>
        <w:jc w:val="right"/>
      </w:pPr>
      <w:r>
        <w:t>ہے یہاں اہل کا مطلب کمپیٹنٹ نہیں ہے</w:t>
      </w:r>
    </w:p>
    <w:p>
      <w:r>
        <w:rPr>
          <w:b/>
        </w:rPr>
        <w:t xml:space="preserve">[32:39] </w:t>
      </w:r>
      <w:r>
        <w:t>kyunki competent kaun hai nahi hai iska kisi ko kya pata</w:t>
      </w:r>
    </w:p>
    <w:p>
      <w:pPr>
        <w:jc w:val="right"/>
      </w:pPr>
      <w:r>
        <w:t>کیونکہ کمپیٹنٹ کون ہے نہیں ہے اس کا کسی کو کیا پتا</w:t>
      </w:r>
    </w:p>
    <w:p>
      <w:r>
        <w:rPr>
          <w:b/>
        </w:rPr>
        <w:t xml:space="preserve">[32:45] </w:t>
      </w:r>
      <w:r>
        <w:t>yahan ahl ka matlab competent nahi hai ahl ka matlab hai ke halaat ke lehaz se jo hukumat ki kursi par pahunch jaye</w:t>
      </w:r>
    </w:p>
    <w:p>
      <w:pPr>
        <w:jc w:val="right"/>
      </w:pPr>
      <w:r>
        <w:t>یہاں اہل کا مطلب کمپیٹنٹ نہیں ہے اہل کا مطلب ہے کہ حالات کے لحاظ سے جو حکومت کی کرسی پر پہنچ جائے</w:t>
      </w:r>
    </w:p>
    <w:p>
      <w:r>
        <w:rPr>
          <w:b/>
        </w:rPr>
        <w:t xml:space="preserve">[32:57] </w:t>
      </w:r>
      <w:r>
        <w:t>yani halaat jis ke haq mein faisla kar dein ke usko hukumat ki kursi par baithna hai to bas usko aap accept kar len</w:t>
      </w:r>
    </w:p>
    <w:p>
      <w:pPr>
        <w:jc w:val="right"/>
      </w:pPr>
      <w:r>
        <w:t>یعنی حالات جس کے حق میں فیصلہ کر دیں کہ اس کو حکومت کی کرسی پر بیٹھنا ہے تو بس اس کو آپ ایکسپٹ کر لیں</w:t>
      </w:r>
    </w:p>
    <w:p>
      <w:r>
        <w:rPr>
          <w:b/>
        </w:rPr>
        <w:t xml:space="preserve">[33:08] </w:t>
      </w:r>
      <w:r>
        <w:t>kisi ke haq mein halaat hote hain aap jante hain kisi ke haq mein nahi hote jaise pakistan mein do leader uthe ek muslim league ka leader ek insaf party ka leader to halaat wahan jo the woh muslim league ke leader ke haq mein the</w:t>
      </w:r>
    </w:p>
    <w:p>
      <w:pPr>
        <w:jc w:val="right"/>
      </w:pPr>
      <w:r>
        <w:t>کسی کے حق میں حالات ہوتے ہیں آپ جانتے ہیں کسی کے حق میں نہیں ہوتے جیسے پاکستان میں دو لیڈر اٹھے ایک مسلم لیگ کا لیڈر ایک انصاف پارٹی کا لیڈر تو حالات وہاں جو تھے وہ مسلم لیگ کے لیڈر کے حق میں تھے</w:t>
      </w:r>
    </w:p>
    <w:p>
      <w:r>
        <w:rPr>
          <w:b/>
        </w:rPr>
        <w:t xml:space="preserve">[33:31] </w:t>
      </w:r>
      <w:r>
        <w:t>aur doosre jo leader sahab the unke haq mein nahi the</w:t>
      </w:r>
    </w:p>
    <w:p>
      <w:pPr>
        <w:jc w:val="right"/>
      </w:pPr>
      <w:r>
        <w:t>اور دوسرے جو لیڈر صاحب تھے ان کے حق میں نہیں تھے</w:t>
      </w:r>
    </w:p>
    <w:p>
      <w:r>
        <w:rPr>
          <w:b/>
        </w:rPr>
        <w:t xml:space="preserve">[33:36] </w:t>
      </w:r>
      <w:r>
        <w:t>to is hadith ka matlab yeh hai ke jis ke haq mein halaat hon halaat ke aitbar se jisko political seat mil rahi ho usko accept kar lijiye usko challenge mat kijiye usko takrao mat kijiye usse nida mat kijiye yeh matlab hai iska yahan ahl ka matlab competent nahi hai</w:t>
      </w:r>
    </w:p>
    <w:p>
      <w:pPr>
        <w:jc w:val="right"/>
      </w:pPr>
      <w:r>
        <w:t>تو اس حدیث کا مطلب یہ ہے کہ جس کے حق میں حالات ہوں حالات کے اعتبار سے جس کو پولیٹیکل سیٹ مل رہی ہو اس کو ایکسپٹ کر لیجئے اس کو چیلنج مت کیجئے اس کو ٹکراؤ مت کیجئے اس سے ندا مت کیجئے یہ مطلب ہے اس کا یہاں اہل کا مطلب کمپیٹنٹ نہیں ہے</w:t>
      </w:r>
    </w:p>
    <w:p>
      <w:r>
        <w:rPr>
          <w:b/>
        </w:rPr>
        <w:t xml:space="preserve">[34:01] </w:t>
      </w:r>
      <w:r>
        <w:t>balke halaat ke aitbar se</w:t>
      </w:r>
    </w:p>
    <w:p>
      <w:pPr>
        <w:jc w:val="right"/>
      </w:pPr>
      <w:r>
        <w:t>بلکہ حالات کے اعتبار سے</w:t>
      </w:r>
    </w:p>
    <w:p>
      <w:r>
        <w:rPr>
          <w:b/>
        </w:rPr>
        <w:t xml:space="preserve">[34:06] </w:t>
      </w:r>
      <w:r>
        <w:t>yani halaat kis ke haq mein faisla de rahe hain ke woh hukoomat ki kursi par baithe to jis ke haq mein halaat hon bas us ko aap accept kar liya kyunke accept karne ke baad kya hoga ke takrao khatam ho jayega khoon kharaba khatam ho jayega</w:t>
      </w:r>
    </w:p>
    <w:p>
      <w:pPr>
        <w:jc w:val="right"/>
      </w:pPr>
      <w:r>
        <w:t>یعنی حالات کس کے حق میں فیصلہ دے رہے ہیں کہ وہ حکومت کی کرسی پر بیٹھے تو جس کے حق میں حالات ہوں بس اس کو آپ ایکسپٹ کر لیا کیونکہ ایکسپٹ کرنے کے بعد کیا ہوگا کہ ٹکراؤ ختم ہو جائے گا خون خرابہ ختم ہو جائے گی</w:t>
      </w:r>
    </w:p>
    <w:p>
      <w:r>
        <w:rPr>
          <w:b/>
        </w:rPr>
        <w:t xml:space="preserve">[34:25] </w:t>
      </w:r>
      <w:r>
        <w:t>yeh gun kajra bam kajra khatam ho jayega aur accept kar ke khud kya kijiye non political field mein active ho jaiye yeh matlab hai is hadees ka</w:t>
      </w:r>
    </w:p>
    <w:p>
      <w:pPr>
        <w:jc w:val="right"/>
      </w:pPr>
      <w:r>
        <w:t>یہ گن کاجرا بم کاجرا ختم ہو جائے گا اور ایکسپٹ کر کے خود کیا کیجئے نان پولیٹیکل فیلڈ میں ایکٹیو ہو جائیے یہ مطلب ہے اس حدیث کا</w:t>
      </w:r>
    </w:p>
    <w:p>
      <w:r>
        <w:rPr>
          <w:b/>
        </w:rPr>
        <w:t xml:space="preserve">[34:40] </w:t>
      </w:r>
      <w:r>
        <w:t>yeh bilkul wahi kaam jo aap har masjid mein rozana karte hain ke ek shakhs jis ko ke mutawalli sahabaan ne imam banaya hai aur namaziyon ki aksariyat jis ke haq mein rai rakhti hai to us ki imamat par aap raazi ho jaate hain imamat kaun karta hai masjidon mein</w:t>
      </w:r>
    </w:p>
    <w:p>
      <w:pPr>
        <w:jc w:val="right"/>
      </w:pPr>
      <w:r>
        <w:t>یہ بالکل وہی کام جو آپ ہر مسجد میں روزانہ کرتے ہیں کہ ایک شخص جس کو کہ متولی صاحبان نے امام بنایا ہے اور نمازیوں کی اکثریت جس کے حق میں رائے رکھتی ہے تو اس کی امامت پر آپ راضی ہو جاتے ہیں امامت کون کرتا ہے مسجدوں میں</w:t>
      </w:r>
    </w:p>
    <w:p>
      <w:r>
        <w:rPr>
          <w:b/>
        </w:rPr>
        <w:t xml:space="preserve">[35:03] </w:t>
      </w:r>
      <w:r>
        <w:t>wohi jis ko mutawalli imam banaye jis ki imamat par musalman raazi ho to aisa shakhs jab maujood hota hai to us ki imamat par aap raazi ho jaate hain aur khud back seat par chale aate hain yahi karna hai aap ko samaj mein ke halaat jis ke haq mein hon halaat jis ke haq mein faisla kar rahe hon to maan lijiye us ki hukoomat</w:t>
      </w:r>
    </w:p>
    <w:p>
      <w:pPr>
        <w:jc w:val="right"/>
      </w:pPr>
      <w:r>
        <w:t>وہی جس کو متولی امام بنائیں جس کی امامت پر مسلمان راضی ہو تو ایسا شخص جب موجود ہوتا ہے تو اس کی امامت پر آپ راضی ہو جاتے ہیں اور خود بیک سیٹ پر چلے آتے ہیں یہی کرنا ہے آپ کو سماج میں کہ حالات جس کے حق میں ہوں حالات جس کے حق میں فیصلہ کر رہے ہوں تو مان لیجئے اس کی حکومت</w:t>
      </w:r>
    </w:p>
    <w:p>
      <w:r>
        <w:rPr>
          <w:b/>
        </w:rPr>
        <w:t xml:space="preserve">[35:31] </w:t>
      </w:r>
      <w:r>
        <w:t>aur bohat bohat sare field hain mein to kehta hoon ke sau mein nananway shobay woh hain jo non political shobay hain ek hi shoba hai jo political shoba hai yani administration intazamia law and order yahi hai hukoomat ko</w:t>
      </w:r>
    </w:p>
    <w:p>
      <w:pPr>
        <w:jc w:val="right"/>
      </w:pPr>
      <w:r>
        <w:t>اور بہت بہت سارے فیلڈ ہیں میں تو کہتا ہوں کہ سو میں ننانوے شعبے وہ ہیں جو نان پولیٹیکل شعبے ہیں ایک ہی شعبہ ہے جو پولیٹیکل شعبہ ہے یعنی ایڈمنسٹریشن انتظامیہ لا اینڈ آرڈر یہی ہے حکومت کو</w:t>
      </w:r>
    </w:p>
    <w:p>
      <w:r>
        <w:rPr>
          <w:b/>
        </w:rPr>
        <w:t xml:space="preserve">[35:49] </w:t>
      </w:r>
      <w:r>
        <w:t>shaam ki taleem</w:t>
      </w:r>
    </w:p>
    <w:p>
      <w:pPr>
        <w:jc w:val="right"/>
      </w:pPr>
      <w:r>
        <w:t>شام کی تعلیم</w:t>
      </w:r>
    </w:p>
    <w:p>
      <w:r>
        <w:rPr>
          <w:b/>
        </w:rPr>
        <w:t xml:space="preserve">[35:52] </w:t>
      </w:r>
      <w:r>
        <w:t>to Allah nanazal amra ahla ka matlab yeh hai ke haalaat jis ke haq mein faisla de rahe</w:t>
      </w:r>
    </w:p>
    <w:p>
      <w:pPr>
        <w:jc w:val="right"/>
      </w:pPr>
      <w:r>
        <w:t>تو اللہ ننازل امر اہلہ کا مطلب یہ ہے کہ حالات جس کے حق میں فیصلہ دے رہے</w:t>
      </w:r>
    </w:p>
    <w:p>
      <w:r>
        <w:rPr>
          <w:b/>
        </w:rPr>
        <w:t xml:space="preserve">[35:58] </w:t>
      </w:r>
      <w:r>
        <w:t>hon bas us par raazi ho jaiye aap us ko challenge mat kijiye us se takrao mat kijiye</w:t>
      </w:r>
    </w:p>
    <w:p>
      <w:pPr>
        <w:jc w:val="right"/>
      </w:pPr>
      <w:r>
        <w:t>ہوں بس اس پر راضی ہو جائیے آپ اس کو چیلنج مت کیجئے اس سے ٹکراؤ مت کیجئے</w:t>
      </w:r>
    </w:p>
    <w:p>
      <w:r>
        <w:rPr>
          <w:b/>
        </w:rPr>
        <w:t xml:space="preserve">[36:08] </w:t>
      </w:r>
      <w:r>
        <w:t>aur yeh be-amli nahi hai kyunke jo non-political field mein jo kaam hain bohat saare woh</w:t>
      </w:r>
    </w:p>
    <w:p>
      <w:pPr>
        <w:jc w:val="right"/>
      </w:pPr>
      <w:r>
        <w:t>اور یہ بے عملی نہیں ہے کیونکہ جو نان پولیٹیکل فیلڈ میں جو کام ہیں بہت سارے وہ</w:t>
      </w:r>
    </w:p>
    <w:p>
      <w:r>
        <w:rPr>
          <w:b/>
        </w:rPr>
        <w:t xml:space="preserve">[36:14] </w:t>
      </w:r>
      <w:r>
        <w:t>aap ko pukaar rahe hain wahan aap lag jaiye</w:t>
      </w:r>
    </w:p>
    <w:p>
      <w:pPr>
        <w:jc w:val="right"/>
      </w:pPr>
      <w:r>
        <w:t>آپ کو پکار رہے ہیں وہاں آپ لگ جائیے</w:t>
      </w:r>
    </w:p>
    <w:p>
      <w:r>
        <w:rPr>
          <w:b/>
        </w:rPr>
        <w:t xml:space="preserve">[36:20] </w:t>
      </w:r>
      <w:r>
        <w:t>to yeh hai sahi tareeqa islami siyasat ka yahi islami politics hai yahi islami siyasat hai</w:t>
      </w:r>
    </w:p>
    <w:p>
      <w:pPr>
        <w:jc w:val="right"/>
      </w:pPr>
      <w:r>
        <w:t>تو یہ ہے صحیح طریقہ اسلامی سیاست کا یہی اسلامی پولیٹکس ہے یہی اسلامی سیاست ہے</w:t>
      </w:r>
    </w:p>
    <w:p>
      <w:r>
        <w:rPr>
          <w:b/>
        </w:rPr>
        <w:t xml:space="preserve">[36:33] </w:t>
      </w:r>
      <w:r>
        <w:t>aur har aadmi apne jhanda uthaye to woh islami siyasat nahi hai woh to leadership hai</w:t>
      </w:r>
    </w:p>
    <w:p>
      <w:pPr>
        <w:jc w:val="right"/>
      </w:pPr>
      <w:r>
        <w:t>اور ہر آدمی اپنے جھنڈا اٹھائے تو وہ اسلامی سیاست نہیں ہے وہ تو لیڈری ہے</w:t>
      </w:r>
    </w:p>
    <w:p>
      <w:r>
        <w:rPr>
          <w:b/>
        </w:rPr>
        <w:t xml:space="preserve">[36:43] </w:t>
      </w:r>
      <w:r>
        <w:t>woh leadership hai</w:t>
      </w:r>
    </w:p>
    <w:p>
      <w:pPr>
        <w:jc w:val="right"/>
      </w:pPr>
      <w:r>
        <w:t>وہ لیڈری ہے</w:t>
      </w:r>
    </w:p>
    <w:p>
      <w:r>
        <w:rPr>
          <w:b/>
        </w:rPr>
        <w:t xml:space="preserve">[36:51] </w:t>
      </w:r>
      <w:r>
        <w:t>yeh bohat zyada aham baat hai ke is tarah ki soch musalmanon mein paida ho is tarah ki soch paida ho jab tak is tarah ki soch nahi paida hogi musalmanon mein jo nafrat aur shiddat aapas ki bar kaat gun kajra bam kajra woh khatam hone wala nahi hai woh khatam hone wala nahi hai</w:t>
      </w:r>
    </w:p>
    <w:p>
      <w:pPr>
        <w:jc w:val="right"/>
      </w:pPr>
      <w:r>
        <w:t>یہ بہت زیادہ اہم بات ہے کہ اس طرح کی سوچ مسلمانوں میں پیدا ہو اس طرح کی سوچ پیدا ہو جب تک اس طرح کی سوچ نہیں پیدا ہوگی مسلمانوں میں جو نفرت اور شدت آپس کی بار کاٹ گن کاجرا بم کاجرا وہ ختم ہونے والا نہیں ہے وہ ختم ہونے والا نہیں ہے</w:t>
      </w:r>
    </w:p>
    <w:p>
      <w:r>
        <w:rPr>
          <w:b/>
        </w:rPr>
        <w:t xml:space="preserve">[37:18] </w:t>
      </w:r>
      <w:r>
        <w:t>woh isi waqt khatam hoga</w:t>
      </w:r>
    </w:p>
    <w:p>
      <w:pPr>
        <w:jc w:val="right"/>
      </w:pPr>
      <w:r>
        <w:t>وہ اسی وقت ختم ہوگا</w:t>
      </w:r>
    </w:p>
    <w:p>
      <w:r>
        <w:rPr>
          <w:b/>
        </w:rPr>
        <w:t xml:space="preserve">[37:22] </w:t>
      </w:r>
      <w:r>
        <w:t>jab ke is usool ko musalman tasleem kar lein ke politics mein status quo par raazi ho jaye woh</w:t>
      </w:r>
    </w:p>
    <w:p>
      <w:pPr>
        <w:jc w:val="right"/>
      </w:pPr>
      <w:r>
        <w:t>جب کہ اس اصول کو مسلمان تسلیم کر لیں کہ پولیٹکس میں اسٹیٹس کوئزم پر راضی ہو جائے وہ</w:t>
      </w:r>
    </w:p>
    <w:p>
      <w:r>
        <w:rPr>
          <w:b/>
        </w:rPr>
        <w:t xml:space="preserve">[37:36] </w:t>
      </w:r>
      <w:r>
        <w:t>ek ga ke mein kahunga ke political status quo aur non political activism</w:t>
      </w:r>
    </w:p>
    <w:p>
      <w:pPr>
        <w:jc w:val="right"/>
      </w:pPr>
      <w:r>
        <w:t>ایک گا کہ میں کہوں گا کہ پولیٹیکل اسٹیٹس کوئزم اور نان پولیٹیکل ایکٹیوزم</w:t>
      </w:r>
    </w:p>
    <w:p>
      <w:r>
        <w:rPr>
          <w:b/>
        </w:rPr>
        <w:t xml:space="preserve">[37:46] </w:t>
      </w:r>
      <w:r>
        <w:t>political status quo aur non political activism yani political field mein us ko maan lena jo halaat ke mutabiq jis ko mauqa mil gaya hai seat par pahunchne ka aur baqi shobon mein apne aap ko laga dena</w:t>
      </w:r>
    </w:p>
    <w:p>
      <w:pPr>
        <w:jc w:val="right"/>
      </w:pPr>
      <w:r>
        <w:t>پولیٹیکل اسٹیٹس کوئزم اور نان پولیٹیکل ایکٹیوزم یعنی پولیٹیکل فیلڈ میں اس کو مان لینا جو حالات کے مطابق جس کو موقع مل گیا ہے سیٹ پر پہنچنے کا اور باقی شعبوں میں اپنے آپ کو لگا دینا</w:t>
      </w:r>
    </w:p>
    <w:p>
      <w:r>
        <w:rPr>
          <w:b/>
        </w:rPr>
        <w:t xml:space="preserve">[38:08] </w:t>
      </w:r>
      <w:r>
        <w:t>yeh behtareen adjustment hai yahi behtareen politics hai aur isi mein sari taraqqiyon ka raaz chupa hua hai</w:t>
      </w:r>
    </w:p>
    <w:p>
      <w:pPr>
        <w:jc w:val="right"/>
      </w:pPr>
      <w:r>
        <w:t>یہ بہترین ایڈجسٹمنٹ ہے یہی بہترین پولیٹکس ہے اور اسی میں ساری ترقیوں کا راز چھپا ہوا ہے</w:t>
      </w:r>
    </w:p>
    <w:p>
      <w:r>
        <w:rPr>
          <w:b/>
        </w:rPr>
        <w:t xml:space="preserve">[38:19] </w:t>
      </w:r>
      <w:r>
        <w:t>kyunke ab musalman leader jo hain yeh nahi kar paye to muslim dunya mein kya haal hai mislan education mein muslim dunya bilkul peechay hai industry mein muslim dunya bilkul peechay hai da'wah work mein muslim dunya bilkul peechay hai</w:t>
      </w:r>
    </w:p>
    <w:p>
      <w:pPr>
        <w:jc w:val="right"/>
      </w:pPr>
      <w:r>
        <w:t>کیونکہ اب مسلمان لیڈر جو ہیں یہ نہیں کر پائے تو مسلم دنیا میں کیا حال ہے مثلاً ایجوکیشن میں مسلم دنیا بالکل پیچھے ہے انڈسٹری میں مسلم دنیا بالکل پیچھے ہے داؤ ورک میں مسلم دنیا بالکل پیچھے ہے</w:t>
      </w:r>
    </w:p>
    <w:p>
      <w:r>
        <w:rPr>
          <w:b/>
        </w:rPr>
        <w:t xml:space="preserve">[38:38] </w:t>
      </w:r>
      <w:r>
        <w:t>academic activities mein muslim dunya sab peechay hai yeh kyun har aadmi bas politics jhanda uthaye hue hai</w:t>
      </w:r>
    </w:p>
    <w:p>
      <w:pPr>
        <w:jc w:val="right"/>
      </w:pPr>
      <w:r>
        <w:t>اکیڈمک ایکٹیویٹیز میں مسلم دنیا سب پیچھے ہے یہ کیوں ہر آدمی بس پولیٹکس جھنڈا اٹھائے ہوئے ہے</w:t>
      </w:r>
    </w:p>
    <w:p>
      <w:r>
        <w:rPr>
          <w:b/>
        </w:rPr>
        <w:t xml:space="preserve">[38:50] </w:t>
      </w:r>
      <w:r>
        <w:t>to politics ka jo uhda hai jab aap raazi ho jayein us ko kisi ek ko dene ke liye to bohat bara faida is ka yeh milta hai ke sare shobay mein kaam shuru ho jata hai</w:t>
      </w:r>
    </w:p>
    <w:p>
      <w:pPr>
        <w:jc w:val="right"/>
      </w:pPr>
      <w:r>
        <w:t>تو پولیٹکس کا جو عہدہ ہے جب آپ راضی ہو جائیں اس کو کسی ایک کو دینے کے لیے تو بہت بڑا فائدہ اس کا یہ ملتا ہے کہ سارے شعبے میں کام شروع ہو جاتا ہے</w:t>
      </w:r>
    </w:p>
    <w:p>
      <w:r>
        <w:rPr>
          <w:b/>
        </w:rPr>
        <w:t xml:space="preserve">[39:06] </w:t>
      </w:r>
      <w:r>
        <w:t>phir aap ka behtareen standard ki education hogi aap ka behtareen industry hogi aap ka behtareen pemanay par da'wah work hoga har cheez aala pemanay par hone lage gi</w:t>
      </w:r>
    </w:p>
    <w:p>
      <w:pPr>
        <w:jc w:val="right"/>
      </w:pPr>
      <w:r>
        <w:t>پھر آپ کا بہترین اسٹینڈرڈ کی ایجوکیشن ہوگی آپ کا بہترین انڈسٹری ہوگی آپ کا بہترین پیمانے پر داؤ ورک ہوگا ہر چیز اعلیٰ پیمانے پر ہونے لگے گی</w:t>
      </w:r>
    </w:p>
    <w:p>
      <w:r>
        <w:rPr>
          <w:b/>
        </w:rPr>
        <w:t xml:space="preserve">[39:24] </w:t>
      </w:r>
      <w:r>
        <w:t>to yeh kitni bari hikmat ki baat hai</w:t>
      </w:r>
    </w:p>
    <w:p>
      <w:pPr>
        <w:jc w:val="right"/>
      </w:pPr>
      <w:r>
        <w:t>تو یہ کتنی بڑی حکمت کی بات ہے</w:t>
      </w:r>
    </w:p>
    <w:p>
      <w:r>
        <w:rPr>
          <w:b/>
        </w:rPr>
        <w:t xml:space="preserve">[39:30] </w:t>
      </w:r>
      <w:r>
        <w:t>kitni bari hikmat ki baat hai yeh</w:t>
      </w:r>
    </w:p>
    <w:p>
      <w:pPr>
        <w:jc w:val="right"/>
      </w:pPr>
      <w:r>
        <w:t>کتنی بڑی حکمت کی بات ہے یہ</w:t>
      </w:r>
    </w:p>
    <w:p>
      <w:r>
        <w:rPr>
          <w:b/>
        </w:rPr>
        <w:t xml:space="preserve">[39:44] </w:t>
      </w:r>
      <w:r>
        <w:t>to aaj jab mein ne akhbar aaj jab mein ne yeh news suni Pakistan ke baray mein</w:t>
      </w:r>
    </w:p>
    <w:p>
      <w:pPr>
        <w:jc w:val="right"/>
      </w:pPr>
      <w:r>
        <w:t>تو آج جب میں نے اخبار آج جب میں نے یہ نیوز سنی پاکستان کے بارے میں</w:t>
      </w:r>
    </w:p>
    <w:p>
      <w:r>
        <w:rPr>
          <w:b/>
        </w:rPr>
        <w:t xml:space="preserve">[39:53] </w:t>
      </w:r>
      <w:r>
        <w:t>ke election ke zamanay mein ek so pachas aadmi maar dale gaye abhi jab election khatam ho gaya hai tab kya hai haare hue log protest kar rahe hain phir rigging hui hai aur kisi ko goli mari ja rahi hai to ga election ho gaya phir bhi mamla khatam nahi hua phir bhi jhagda khatam nahi hua</w:t>
      </w:r>
    </w:p>
    <w:p>
      <w:pPr>
        <w:jc w:val="right"/>
      </w:pPr>
      <w:r>
        <w:t>کہ الیکشن کے زمانے میں ایک سو پچاس آدمی مار ڈالے گئے ابھی جب الیکشن ختم ہو گیا ہے تب کیا ہے ہارے ہوئے لوگ پروٹیسٹ کر رہے ہیں پھر گیگ ہوئی ہے اور کسی کو گولی ماری جا رہی ہے تو گا الیکشن ہو گیا پھر بھی معاملہ ختم نہیں ہوا پھر بھی جھگڑا ختم نہیں ہوا</w:t>
      </w:r>
    </w:p>
    <w:p>
      <w:r>
        <w:rPr>
          <w:b/>
        </w:rPr>
        <w:t xml:space="preserve">[40:20] </w:t>
      </w:r>
      <w:r>
        <w:t>lekin mein rigging ke falsafay ko nahi manta yeh har muslim mulk mein mein yeh manzar mein dekh raha hoon ke democracy democracy ke naray lagayein ge acha is ke baad election jab hoga jab haarein ge to phir kahengay sab rigging hui rigging hui jo jeet gaya woh jeet gaya ab aap yeh kyun is mein nikal rahe hain socha kyun rigging hui</w:t>
      </w:r>
    </w:p>
    <w:p>
      <w:pPr>
        <w:jc w:val="right"/>
      </w:pPr>
      <w:r>
        <w:t>لیکن میں ریگنگ کے فلسفے کو نہیں مانتا یہ ہر مسلم ملک میں میں یہ منظر میں دیکھ رہا ہوں کہ ڈیموکریسی ڈیموکریسی کے نعرے لگائیں گے اچھا اس کے بعد الیکشن جب ہوگا جب ہاریں گے تو پھر کہیں گے سب ریگنگ ہوئی ریگنگ ہوئی جو جیت گیا وہ جیت گیا اب آپ یہ کیوں اس میں نکال رہے ہیں سوچا کیوں ریگنگ ہوئی</w:t>
      </w:r>
    </w:p>
    <w:p>
      <w:r>
        <w:rPr>
          <w:b/>
        </w:rPr>
        <w:t xml:space="preserve">[40:48] </w:t>
      </w:r>
      <w:r>
        <w:t>hai jo jeet gaya ballot box pe bas woh jeet gaya us ke accept kar liye us ke</w:t>
      </w:r>
    </w:p>
    <w:p>
      <w:pPr>
        <w:jc w:val="right"/>
      </w:pPr>
      <w:r>
        <w:t>ہے جو جیت گیا بیلٹ باکس پہ بس وہ جیت گیا اس کے ایکسپٹ کر لیے اس کے</w:t>
      </w:r>
    </w:p>
    <w:p>
      <w:r>
        <w:rPr>
          <w:b/>
        </w:rPr>
        <w:t xml:space="preserve">[40:56] </w:t>
      </w:r>
      <w:r>
        <w:t>yahi namaz mein bhi usool hai aap dekhiye sunan abi daood mein riwayat hai is ka khulasa yeh hai ke salo khalfa kulli birr wa fajir</w:t>
      </w:r>
    </w:p>
    <w:p>
      <w:pPr>
        <w:jc w:val="right"/>
      </w:pPr>
      <w:r>
        <w:t>یہی نماز میں بھی اصول ہے آپ دیکھیے سنن ابی داؤد میں روایت ہے اس کا خلاصہ یہ ہے کہ صلو خلف کل بر وفاجر</w:t>
      </w:r>
    </w:p>
    <w:p>
      <w:r>
        <w:rPr>
          <w:b/>
        </w:rPr>
        <w:t xml:space="preserve">[41:12] </w:t>
      </w:r>
      <w:r>
        <w:t>har naik aur bad ke peeche namaz padho</w:t>
      </w:r>
    </w:p>
    <w:p>
      <w:pPr>
        <w:jc w:val="right"/>
      </w:pPr>
      <w:r>
        <w:t>ہر نیک اور بد کے پیچھے نماز پڑھو</w:t>
      </w:r>
    </w:p>
    <w:p>
      <w:r>
        <w:rPr>
          <w:b/>
        </w:rPr>
        <w:t xml:space="preserve">[41:15] </w:t>
      </w:r>
      <w:r>
        <w:t>yeh bohat ajeeb taleem hai yeh</w:t>
      </w:r>
    </w:p>
    <w:p>
      <w:pPr>
        <w:jc w:val="right"/>
      </w:pPr>
      <w:r>
        <w:t>یہ بہت عجیب تعلیم ہے یہ</w:t>
      </w:r>
    </w:p>
    <w:p>
      <w:r>
        <w:rPr>
          <w:b/>
        </w:rPr>
        <w:t xml:space="preserve">[41:20] </w:t>
      </w:r>
      <w:r>
        <w:t>bohat ajeeb taleem hai is ka matlab yeh nahi hai ke jo bad aadmi hai woh bhi is ki namaz bhi achi hai is ka yeh matlab nahi hai is ka matlab hai ke tum jis ko samjho naik tum jis ko bad samjho to tumhare samajhne se kuch nahi hota woh to Allah taala is ko jo hai samjhega woh sahib hawa</w:t>
      </w:r>
    </w:p>
    <w:p>
      <w:pPr>
        <w:jc w:val="right"/>
      </w:pPr>
      <w:r>
        <w:t>بہت عجیب تعلیم ہے اس کا مطلب یہ نہیں ہے کہ جو بد آدمی ہے وہ بھی اس کی نماز بھی اچھی ہے اس کا یہ مطلب نہیں ہے اس کا مطلب ہے کہ تم جس کو سمجھو نیک تم جس کو بد سمجھو تو تمہارے سمجھنے سے کچھ نہیں ہوتا وہ تو اللہ تعالی اس کو جو ہے سمجھے گا وہ صاحب ہوا</w:t>
      </w:r>
    </w:p>
    <w:p>
      <w:r>
        <w:rPr>
          <w:b/>
        </w:rPr>
        <w:t xml:space="preserve">[41:43] </w:t>
      </w:r>
      <w:r>
        <w:t>to tum apni samajh ke mutabiq thappa bad lagao ke yeh naik hai yeh bad hai is ke peeche namaz padhenge is ke peeche nahi padhenge yeh sab kuch nahi hai apni soch ko apne mind mein rakho tum jo aadmi halaat ke tehat imamat ke masle par khada kar diya gaya bas us ko maan lo yeh bas bas chodo kyunke naik hikmat hai yeh tumhare apne thappe hain</w:t>
      </w:r>
    </w:p>
    <w:p>
      <w:pPr>
        <w:jc w:val="right"/>
      </w:pPr>
      <w:r>
        <w:t>تو تم اپنی سمجھ کے مطابق تھپا بد لگاؤ کہ یہ نیک ہے یہ بد ہے اس کے پیچھے نماز پڑھیں گے اس کے پیچھے نہیں پڑھیں گے یہ سب کچھ نہیں ہے اپنی سوچ کو اپنے مائنڈ میں رکھو تم جو آدمی حالات کے تحت امامت کے مسئلے پر کھڑا کر دیا گیا بس اس کو مان لو یہ بس بس چھوڑو کیونکہ نیک حکمت ہے یہ تمہارے اپنے تھپے ہیں</w:t>
      </w:r>
    </w:p>
    <w:p>
      <w:r>
        <w:rPr>
          <w:b/>
        </w:rPr>
        <w:t xml:space="preserve">[42:09] </w:t>
      </w:r>
      <w:r>
        <w:t>yeh bohat bari taleem hai yeh</w:t>
      </w:r>
    </w:p>
    <w:p>
      <w:pPr>
        <w:jc w:val="right"/>
      </w:pPr>
      <w:r>
        <w:t>یہ بہت بڑی تعلیم ہے یہ</w:t>
      </w:r>
    </w:p>
    <w:p>
      <w:r>
        <w:rPr>
          <w:b/>
        </w:rPr>
        <w:t xml:space="preserve">[42:12] </w:t>
      </w:r>
      <w:r>
        <w:t>salo khalfa kulli birr wa fajir aik yahi formula politics mein chahiye ke jo jeet gaya bas jeet gaya ab to mat ho aik aik nikalo aur socha ke sirf rigging hui hai yeh to yeh hua yeh to woh hua hai jo jeet gaya us ko maan lo hakim</w:t>
      </w:r>
    </w:p>
    <w:p>
      <w:pPr>
        <w:jc w:val="right"/>
      </w:pPr>
      <w:r>
        <w:t>صلو خلف کل بر وفاجر ایک یہی فارمولا پولیٹکس میں چاہیے کہ جو جیت گیا بس جیت گیا اب تو مت ہو ایک ایک نکالو اور سوچا کہ صرف ریگنگ ہوئی ہے یہ تو یہ ہوا یہ تو وہ ہوا ہے جو جیت گیا اس کو مان لو حاکم</w:t>
      </w:r>
    </w:p>
    <w:p>
      <w:r>
        <w:rPr>
          <w:b/>
        </w:rPr>
        <w:t xml:space="preserve">[42:38] </w:t>
      </w:r>
      <w:r>
        <w:t>mein samajhta hoon ke yeh politics ka super formula hai</w:t>
      </w:r>
    </w:p>
    <w:p>
      <w:pPr>
        <w:jc w:val="right"/>
      </w:pPr>
      <w:r>
        <w:t>میں سمجھتا ہوں کہ یہ پولیٹکس کا سپر فارمولا ہے</w:t>
      </w:r>
    </w:p>
    <w:p>
      <w:r>
        <w:rPr>
          <w:b/>
        </w:rPr>
        <w:t xml:space="preserve">[42:44] </w:t>
      </w:r>
      <w:r>
        <w:t>politics ka yeh super formula hai agar musalman is formula ko maan lein to bohat jald muslim mulkon mein taraqqi hogi aman hoga</w:t>
      </w:r>
    </w:p>
    <w:p>
      <w:pPr>
        <w:jc w:val="right"/>
      </w:pPr>
      <w:r>
        <w:t>پولیٹکس کا یہ سپر فارمولا ہے اگر مسلمان اس فارمولے کو مان لیں تو بہت جلد مسلم ملکوں میں ترقی ہوگی امن ہوگا</w:t>
      </w:r>
    </w:p>
    <w:p>
      <w:r>
        <w:rPr>
          <w:b/>
        </w:rPr>
        <w:t xml:space="preserve">[42:59] </w:t>
      </w:r>
      <w:r>
        <w:t>taameeri sargarmiyan jaari ho jayengi backwardness khatam hoga</w:t>
      </w:r>
    </w:p>
    <w:p>
      <w:pPr>
        <w:jc w:val="right"/>
      </w:pPr>
      <w:r>
        <w:t>تعمیری سرگرمیاں جاری ہو جائیں گی بیک وارڈنس ختم ہوگا</w:t>
      </w:r>
    </w:p>
    <w:p>
      <w:r>
        <w:rPr>
          <w:b/>
        </w:rPr>
        <w:t xml:space="preserve">[43:07] </w:t>
      </w:r>
      <w:r>
        <w:t>manfi soch ki bajaye musbat soch aa jayegi yeh sari jo achi baatein hain woh sab aa jayengi aur formula sirf yahi hai ke masjid mein jo hum karte hain wahi hum samaj mein karein aur aik lafz mein woh yeh hai ke political status quoism non political activism</w:t>
      </w:r>
    </w:p>
    <w:p>
      <w:pPr>
        <w:jc w:val="right"/>
      </w:pPr>
      <w:r>
        <w:t>منفی سوچ کی بجائے مثبت سوچ آ جائے گی یہ ساری جو اچھی باتیں ہیں وہ سب آ جائیں گی اور فارمولا صرف یہی ہے کہ مسجد میں جو ہم کرتے ہیں وہی ہم سماج میں کریں اور ایک لفظ میں وہ یہ ہے کہ پولیٹیکل اسٹیٹس کوئزم نان پولیٹیکل ایکٹیوزم</w:t>
      </w:r>
    </w:p>
    <w:p>
      <w:r>
        <w:rPr>
          <w:b/>
        </w:rPr>
        <w:t xml:space="preserve">[43:37] </w:t>
      </w:r>
      <w:r>
        <w:t>yahi khulasa hai mein samajhta hoon ke Islam ki taleemat ka is is moamle mein</w:t>
      </w:r>
    </w:p>
    <w:p>
      <w:pPr>
        <w:jc w:val="right"/>
      </w:pPr>
      <w:r>
        <w:t>یہی خلاصہ ہے میں سمجھتا ہوں کہ اسلام کی تعلیمات کا اس اس معاملے میں</w:t>
      </w:r>
    </w:p>
    <w:p>
      <w:r>
        <w:rPr>
          <w:b/>
        </w:rPr>
        <w:t xml:space="preserve">[43:45] </w:t>
      </w:r>
      <w:r>
        <w:t>to meri dua hai ke Allah taala musalmanon ko aur hum sab ko aqal de</w:t>
      </w:r>
    </w:p>
    <w:p>
      <w:pPr>
        <w:jc w:val="right"/>
      </w:pPr>
      <w:r>
        <w:t>تو میری دعا ہے کہ اللہ تعالی مسلمانوں کو اور ہم سب کو عقل دے</w:t>
      </w:r>
    </w:p>
    <w:p>
      <w:r>
        <w:rPr>
          <w:b/>
        </w:rPr>
        <w:t xml:space="preserve">[43:53] </w:t>
      </w:r>
      <w:r>
        <w:t>hum log jo hain apni taqat ko</w:t>
      </w:r>
    </w:p>
    <w:p>
      <w:pPr>
        <w:jc w:val="right"/>
      </w:pPr>
      <w:r>
        <w:t>ہم لوگ جو ہیں اپنی طاقت کو</w:t>
      </w:r>
    </w:p>
    <w:p>
      <w:r>
        <w:rPr>
          <w:b/>
        </w:rPr>
        <w:t xml:space="preserve">[44:00] </w:t>
      </w:r>
      <w:r>
        <w:t>ghair mutaliq cheezon mein barbaad karna chodein</w:t>
      </w:r>
    </w:p>
    <w:p>
      <w:pPr>
        <w:jc w:val="right"/>
      </w:pPr>
      <w:r>
        <w:t>غیر متعلق چیزوں میں برباد کرنا چھوڑیں</w:t>
      </w:r>
    </w:p>
    <w:p>
      <w:r>
        <w:rPr>
          <w:b/>
        </w:rPr>
        <w:t xml:space="preserve">[44:06] </w:t>
      </w:r>
      <w:r>
        <w:t>hum aisa tareeqa ikhtiyar karein jo dunya mein nateeja is ka nikle aur akhirat mein jis par hamein reward mile Allah taala hum se khush ho</w:t>
      </w:r>
    </w:p>
    <w:p>
      <w:pPr>
        <w:jc w:val="right"/>
      </w:pPr>
      <w:r>
        <w:t>ہم ایسا طریقہ اختیار کریں جو دنیا میں نتیجہ اس کا نکلے اور اخرت میں جس پر ہمیں ریوارڈ ملے اللہ تعالی ہم سے خوش ہو</w:t>
      </w:r>
    </w:p>
    <w:p>
      <w:r>
        <w:rPr>
          <w:b/>
        </w:rPr>
        <w:t xml:space="preserve">[44:26] </w:t>
      </w:r>
      <w:r>
        <w:t>to mein dua karta hoon yahi apne liye aur aap sab logon ke liye aqool qooli haza wastaghfirullaha walakum ajmaeen</w:t>
      </w:r>
    </w:p>
    <w:p>
      <w:pPr>
        <w:jc w:val="right"/>
      </w:pPr>
      <w:r>
        <w:t>تو میں دعا کرتا ہوں یہی اپنے لیے اور آپ سب لوگوں کے لیے اقول قولیھذا واستغفراللہ ولکم اجمعین</w:t>
      </w:r>
    </w:p>
    <w:p>
      <w:r>
        <w:rPr>
          <w:b/>
        </w:rPr>
        <w:t xml:space="preserve">[44:50] </w:t>
      </w:r>
      <w:r>
        <w:t>maulana yeh sawal aaya hai mumbai se</w:t>
      </w:r>
    </w:p>
    <w:p>
      <w:pPr>
        <w:jc w:val="right"/>
      </w:pPr>
      <w:r>
        <w:t>مولانا یہ سوال آیا ہے ممبئی سے</w:t>
      </w:r>
    </w:p>
    <w:p>
      <w:r>
        <w:rPr>
          <w:b/>
        </w:rPr>
        <w:t xml:space="preserve">[44:53] </w:t>
      </w:r>
      <w:r>
        <w:t>fauzan naseem khan sahab ka unhon ne aap se poocha hai</w:t>
      </w:r>
    </w:p>
    <w:p>
      <w:pPr>
        <w:jc w:val="right"/>
      </w:pPr>
      <w:r>
        <w:t>فوزان نسیم خان صاحب کا انہوں نے آپ سے پوچھا ہے</w:t>
      </w:r>
    </w:p>
    <w:p>
      <w:r>
        <w:rPr>
          <w:b/>
        </w:rPr>
        <w:t xml:space="preserve">[44:58] </w:t>
      </w:r>
      <w:r>
        <w:t>maulana please is baat ke is baat ko wazeh kar dein ke aap ki nazar mein sab se</w:t>
      </w:r>
    </w:p>
    <w:p>
      <w:pPr>
        <w:jc w:val="right"/>
      </w:pPr>
      <w:r>
        <w:t>مولانا پلیز اس بات کے اس بات کو واضح کر دیں کہ آپ کی نظر میں سب سے</w:t>
      </w:r>
    </w:p>
    <w:p>
      <w:r>
        <w:rPr>
          <w:b/>
        </w:rPr>
        <w:t xml:space="preserve">[45:04] </w:t>
      </w:r>
      <w:r>
        <w:t>bara sawab ka kaam kaun sa hai aur sab se bara gunah ka kaam kaun sa hai</w:t>
      </w:r>
    </w:p>
    <w:p>
      <w:pPr>
        <w:jc w:val="right"/>
      </w:pPr>
      <w:r>
        <w:t>بڑا ثواب کا کام کون سا ہے اور سب سے بڑا گناہ کا کام کون سا ہے</w:t>
      </w:r>
    </w:p>
    <w:p>
      <w:r>
        <w:rPr>
          <w:b/>
        </w:rPr>
        <w:t xml:space="preserve">[45:11] </w:t>
      </w:r>
      <w:r>
        <w:t>dekhiye jahan tak maine samjha hai quran se aur sunnat se</w:t>
      </w:r>
    </w:p>
    <w:p>
      <w:pPr>
        <w:jc w:val="right"/>
      </w:pPr>
      <w:r>
        <w:t>دیکھیے جہاں تک میں نے سمجھا ہے قرآن سے اور سنت سے</w:t>
      </w:r>
    </w:p>
    <w:p>
      <w:r>
        <w:rPr>
          <w:b/>
        </w:rPr>
        <w:t xml:space="preserve">[45:21] </w:t>
      </w:r>
      <w:r>
        <w:t>sab se bara sawab ka kaam hai taqwa</w:t>
      </w:r>
    </w:p>
    <w:p>
      <w:pPr>
        <w:jc w:val="right"/>
      </w:pPr>
      <w:r>
        <w:t>سب سے بڑا ثواب کا کام ہے تقویٰ</w:t>
      </w:r>
    </w:p>
    <w:p>
      <w:r>
        <w:rPr>
          <w:b/>
        </w:rPr>
        <w:t xml:space="preserve">[45:28] </w:t>
      </w:r>
      <w:r>
        <w:t>taqwa ka matlab hai Allah ko apna concern banana sab se bara sawab kaam hai ke Allah aap ka sole concern ban jaye aur sab se bara gunah ka kaam yeh hai ke aap doosre doosri cheezon ko apna concern banaye hue hon usi ka naam shirk hai</w:t>
      </w:r>
    </w:p>
    <w:p>
      <w:pPr>
        <w:jc w:val="right"/>
      </w:pPr>
      <w:r>
        <w:t>تقویٰ کا مطلب ہے اللہ کو اپنا کنسرن بنانا سب سے بڑا ثواب کام ہے کہ اللہ آپ کا سول کنسرن بن جائے اور سب سے بڑا گناہ کا کام یہ ہے کہ آپ دوسرے دوسری چیزوں کو اپنا کنسرن بنائے ہوئے ہوں اسی کا نام شرک ہے</w:t>
      </w:r>
    </w:p>
    <w:p>
      <w:r>
        <w:rPr>
          <w:b/>
        </w:rPr>
        <w:t xml:space="preserve">[45:52] </w:t>
      </w:r>
      <w:r>
        <w:t>yani agar aap ne Allah ko apna sab se bara concern banaya to usi ka naam hai tauheed aur agar aap ne Allah ke siwa kisi aur ko apna concern banaya to usi ka naam hai shirk</w:t>
      </w:r>
    </w:p>
    <w:p>
      <w:pPr>
        <w:jc w:val="right"/>
      </w:pPr>
      <w:r>
        <w:t>یعنی اگر آپ نے اللہ کو اپنا سب سے بڑا کنسرن بنایا تو اسی کا نام ہے توحید اور اگر آپ نے اللہ کے سوا کسی اور کو اپنا کنسرن بنایا تو اسی کا نام ہے شرک</w:t>
      </w:r>
    </w:p>
    <w:p>
      <w:r>
        <w:rPr>
          <w:b/>
        </w:rPr>
        <w:t xml:space="preserve">[46:14] </w:t>
      </w:r>
      <w:r>
        <w:t>to Allah ko le kar sab se bara sawab bhi bas kaam banta hai</w:t>
      </w:r>
    </w:p>
    <w:p>
      <w:pPr>
        <w:jc w:val="right"/>
      </w:pPr>
      <w:r>
        <w:t>تو اللہ کو لے کر سب سے بڑا ثواب بھی بس کام بنتا ہے</w:t>
      </w:r>
    </w:p>
    <w:p>
      <w:r>
        <w:rPr>
          <w:b/>
        </w:rPr>
        <w:t xml:space="preserve">[46:19] </w:t>
      </w:r>
      <w:r>
        <w:t>Allah ko le kar sab se bara gunah ka banta hai</w:t>
      </w:r>
    </w:p>
    <w:p>
      <w:pPr>
        <w:jc w:val="right"/>
      </w:pPr>
      <w:r>
        <w:t>اللہ کو لے کر سب سے بڑا گناہ کا بنتا ہے</w:t>
      </w:r>
    </w:p>
    <w:p>
      <w:r>
        <w:rPr>
          <w:b/>
        </w:rPr>
        <w:t xml:space="preserve">[46:27] </w:t>
      </w:r>
      <w:r>
        <w:t>yaani agar main ek doosra lafz istemal karoon to kahoon ga ke god oriented life</w:t>
      </w:r>
    </w:p>
    <w:p>
      <w:pPr>
        <w:jc w:val="right"/>
      </w:pPr>
      <w:r>
        <w:t>یعنی اگر میں ایک دوسرا لفظ استعمال کروں تو کہوں گا کہ گاڈ اورینٹڈ لائف</w:t>
      </w:r>
    </w:p>
    <w:p>
      <w:r>
        <w:rPr>
          <w:b/>
        </w:rPr>
        <w:t xml:space="preserve">[46:35] </w:t>
      </w:r>
      <w:r>
        <w:t>agar hai to woh sab bara sawab ka kaam hai</w:t>
      </w:r>
    </w:p>
    <w:p>
      <w:pPr>
        <w:jc w:val="right"/>
      </w:pPr>
      <w:r>
        <w:t>اگر ہے تو وہ سب بڑا ثواب کا کام ہے</w:t>
      </w:r>
    </w:p>
    <w:p>
      <w:r>
        <w:rPr>
          <w:b/>
        </w:rPr>
        <w:t xml:space="preserve">[46:40] </w:t>
      </w:r>
      <w:r>
        <w:t>aur allah se aap be khauf hon</w:t>
      </w:r>
    </w:p>
    <w:p>
      <w:pPr>
        <w:jc w:val="right"/>
      </w:pPr>
      <w:r>
        <w:t>اور اللہ سے آپ بے خوف ہوں</w:t>
      </w:r>
    </w:p>
    <w:p>
      <w:r>
        <w:rPr>
          <w:b/>
        </w:rPr>
        <w:t xml:space="preserve">[46:43] </w:t>
      </w:r>
      <w:r>
        <w:t>aap ko allah ka</w:t>
      </w:r>
    </w:p>
    <w:p>
      <w:pPr>
        <w:jc w:val="right"/>
      </w:pPr>
      <w:r>
        <w:t>آپ کو اللہ کا</w:t>
      </w:r>
    </w:p>
    <w:p>
      <w:r>
        <w:rPr>
          <w:b/>
        </w:rPr>
        <w:t xml:space="preserve">[46:47] </w:t>
      </w:r>
      <w:r>
        <w:t>apne kamon mein apni soch mein yeh parwah na ho</w:t>
      </w:r>
    </w:p>
    <w:p>
      <w:pPr>
        <w:jc w:val="right"/>
      </w:pPr>
      <w:r>
        <w:t>اپنے کاموں میں اپنی سوچ میں یہ پرواہ نہ ہو</w:t>
      </w:r>
    </w:p>
    <w:p>
      <w:r>
        <w:rPr>
          <w:b/>
        </w:rPr>
        <w:t xml:space="preserve">[46:52] </w:t>
      </w:r>
      <w:r>
        <w:t>ke allah ki marzi kya hai to wahi sab se bara gunah hai</w:t>
      </w:r>
    </w:p>
    <w:p>
      <w:pPr>
        <w:jc w:val="right"/>
      </w:pPr>
      <w:r>
        <w:t>کہ اللہ کی مرضی کیا ہے تو وہی سب سے بڑا گناہ ہے</w:t>
      </w:r>
    </w:p>
    <w:p>
      <w:r>
        <w:rPr>
          <w:b/>
        </w:rPr>
        <w:t xml:space="preserve">[46:59] </w:t>
      </w:r>
      <w:r>
        <w:t>to rawati zaban mein hum yeh keh sakte hain ke sab se bara sawab tauheed hai aur sab se bara gunah shirk hai</w:t>
      </w:r>
    </w:p>
    <w:p>
      <w:pPr>
        <w:jc w:val="right"/>
      </w:pPr>
      <w:r>
        <w:t>تو روایتی زبان میں ہم یہ کہہ سکتے ہیں کہ سب سے بڑا ثواب توحید ہے اور سب سے بڑا گناہ شرک ہے</w:t>
      </w:r>
    </w:p>
    <w:p>
      <w:r>
        <w:rPr>
          <w:b/>
        </w:rPr>
        <w:t xml:space="preserve">[47:10] </w:t>
      </w:r>
      <w:r>
        <w:t>agar naya lafz hum istemal karein to hum kahein ke Allah ko apna soul concern banana yeh sab se bara sawab ka hai aur Allah se bekhof ho jana yeh sab se bara gunah hai</w:t>
      </w:r>
    </w:p>
    <w:p>
      <w:pPr>
        <w:jc w:val="right"/>
      </w:pPr>
      <w:r>
        <w:t>اگر نیا لفظ ہم استعمال کریں تو ہم کہیں کہ اللہ کو اپنا سول کنسرن بنانا یہ سب سے بڑا ثواب کا ہے اور اللہ سے بے خوف ہو جانا یہ سب سے بڑا گناہ ہے</w:t>
      </w:r>
    </w:p>
    <w:p>
      <w:r>
        <w:rPr>
          <w:b/>
        </w:rPr>
        <w:t xml:space="preserve">[47:28] </w:t>
      </w:r>
      <w:r>
        <w:t>Maulana agla sawal Chennai se hai Maulana Iqbal Umri ka</w:t>
      </w:r>
    </w:p>
    <w:p>
      <w:pPr>
        <w:jc w:val="right"/>
      </w:pPr>
      <w:r>
        <w:t>مولانا اگلا سوال چنئی سے ہے مولانا اقبال عمری کا</w:t>
      </w:r>
    </w:p>
    <w:p>
      <w:r>
        <w:rPr>
          <w:b/>
        </w:rPr>
        <w:t xml:space="preserve">[47:33] </w:t>
      </w:r>
      <w:r>
        <w:t>unhone likha hai Maulana insan pareshani ke waqt Khuda ko kyun zimmedar thehrahata hai khud ko kyun nahi iski kya wajah hai main samajhta hoon ke yeh sab se mushkil kaam hai zimmedari ko apne upar lena aur sab se aasan kaam hai zimmedari ko doosre ke upar dalna yeh Khudaai ki baat nahi hai aam halaat mein bhi</w:t>
      </w:r>
    </w:p>
    <w:p>
      <w:pPr>
        <w:jc w:val="right"/>
      </w:pPr>
      <w:r>
        <w:t>انہوں نے لکھا ہے مولانا انسان پریشانی کے وقت خدا کو کیوں ذمہ دار ٹھہراتا ہے خود کو کیوں نہیں اس کی کیا وجہ ہے میں سمجھتا ہوں کہ یہ سب سے مشکل کام ہے ذمہ داری کو اپنے اوپر لینا اور سب سے آسان کام ہے ذمہ داری کو دوسرے کے اوپر ڈالنا یہ خدائی کی بات نہیں ہے عام حالات میں بھی</w:t>
      </w:r>
    </w:p>
    <w:p>
      <w:r>
        <w:rPr>
          <w:b/>
        </w:rPr>
        <w:t xml:space="preserve">[48:02] </w:t>
      </w:r>
      <w:r>
        <w:t>aam halaat mein bhi insan yahi karta hai ke foran kisi doosre ko blame de deta hai to blame by self sab se mushkil kaam hai blame others sab se aasan kaam hai to isi ka yeh phenomena hai ke Khuda par dal dena</w:t>
      </w:r>
    </w:p>
    <w:p>
      <w:pPr>
        <w:jc w:val="right"/>
      </w:pPr>
      <w:r>
        <w:t>عام حالات میں بھی انسان یہی کرتا ہے کہ فوراً کسی دوسرے کو بلیم دے دیتا ہے تو بلیم بائی سیلف سب سے مشکل کام ہے بلیم ادرس سب سے آسان کام ہے تو اسی کا یہ فیناومینا ہے کہ خدا پر ڈال دینا</w:t>
      </w:r>
    </w:p>
    <w:p>
      <w:r>
        <w:rPr>
          <w:b/>
        </w:rPr>
        <w:t xml:space="preserve">[48:24] </w:t>
      </w:r>
      <w:r>
        <w:t>iske peeche jo cheez hai woh ego</w:t>
      </w:r>
    </w:p>
    <w:p>
      <w:pPr>
        <w:jc w:val="right"/>
      </w:pPr>
      <w:r>
        <w:t>اس کے پیچھے جو چیز ہے وہ ایگو</w:t>
      </w:r>
    </w:p>
    <w:p>
      <w:r>
        <w:rPr>
          <w:b/>
        </w:rPr>
        <w:t xml:space="preserve">[48:26] </w:t>
      </w:r>
      <w:r>
        <w:t>sab se bari cheez jo insan ke andar hai woh hai ego ananiyat aadmi chahta hai ke</w:t>
      </w:r>
    </w:p>
    <w:p>
      <w:pPr>
        <w:jc w:val="right"/>
      </w:pPr>
      <w:r>
        <w:t>سب سے بڑی چیز جو انسان کے اندر ہے وہ ہے ایگو انانیت آدمی چاہتا ہے کہ</w:t>
      </w:r>
    </w:p>
    <w:p>
      <w:r>
        <w:rPr>
          <w:b/>
        </w:rPr>
        <w:t xml:space="preserve">[48:37] </w:t>
      </w:r>
      <w:r>
        <w:t>mere upar blame na jaye doosre ke upar chala jaye Khuda ke upar jaye kisi ke upar to yeh egoism hai ananiyat main samajhta hoon isi ka phenomena hai ke aadmi kai Khuda ko blame deta hai kai kisi aur ko de deta hai</w:t>
      </w:r>
    </w:p>
    <w:p>
      <w:pPr>
        <w:jc w:val="right"/>
      </w:pPr>
      <w:r>
        <w:t>میرے اوپر بلیم نہ جائے دوسرے کے اوپر چلا جائے خدا کے اوپر جائے کسی کے اوپر تو یہ ایگوئزم ہے انانیت میں سمجھتا ہوں اسی کا فیناومینا ہے کہ آدمی کئی خدا کو بلیم دیتا ہے کئی کسی اور کو دے دیتا ہے</w:t>
      </w:r>
    </w:p>
    <w:p>
      <w:r>
        <w:rPr>
          <w:b/>
        </w:rPr>
        <w:t xml:space="preserve">[48:56] </w:t>
      </w:r>
      <w:r>
        <w:t>jaise abhi maine kaha ke election ho gaya to aap kya kar rahe hain haare hue log protest kar rahe hain rigging hui hai yeh sab wahi hai ke blame doosre ke upar dalna isi ka phenomena hai isi ka zahira hai yeh sab cheezein hain Maulana agla sawal Delhi se hai N Rashid Sahab ka</w:t>
      </w:r>
    </w:p>
    <w:p>
      <w:pPr>
        <w:jc w:val="right"/>
      </w:pPr>
      <w:r>
        <w:t>جیسے ابھی میں نے کہا کہ الیکشن ہو گیا تو آپ کیا کر رہے ہیں ہارے ہوئے لوگ پروٹیسٹ کر رہے ہیں ریگنگ ہوئی ہے یہ سب وہی ہے کہ بلیم دوسرے کے اوپر ڈالنا اسی کا فیناومینا ہے اسی کا ظاہرہ ہے یہ سب چیزیں ہیں مولانا اگلا سوال دلی سے ہے این راشد صاحب کا</w:t>
      </w:r>
    </w:p>
    <w:p>
      <w:r>
        <w:rPr>
          <w:b/>
        </w:rPr>
        <w:t xml:space="preserve">[49:22] </w:t>
      </w:r>
      <w:r>
        <w:t>unhone likha hai Quran ke chapter 49 verse number 2 mein aaya hai la tarfa'u aswatakum iska matlab kya hai dekhiye yeh iska jo shan-e-nazool hai woh to yeh tha ke Madine ki yeh ayat hai to wahan par Rasool Allah ke majlis mein log baithte the</w:t>
      </w:r>
    </w:p>
    <w:p>
      <w:pPr>
        <w:jc w:val="right"/>
      </w:pPr>
      <w:r>
        <w:t>انہوں نے لکھا ہے قرآن کے چیپٹر 49 ورس نمبر ٹو میں آیا ہے لا ترفعوا اسواتکم اس کا مطلب کیا ہے دیکھیے یہ اس کا جو شان نزول ہے وہ تو یہ تھا کہ مدینے کی یہ آیت ہے تو وہاں پر رسول اللہ کے مجلس میں لوگ بیٹھتے تھے</w:t>
      </w:r>
    </w:p>
    <w:p>
      <w:r>
        <w:rPr>
          <w:b/>
        </w:rPr>
        <w:t xml:space="preserve">[49:48] </w:t>
      </w:r>
      <w:r>
        <w:t>to zahir hai koi na koi point of discussion hota tha koi baat hoti thi jo iske sath bayan karte the to kuch log lete the zor zor bolne zor zor bolne ka matlab kya hai doosre ki baat ko tahammul ke sath na sunna aur apne dimagh mein jo hai usi ko udelne lagna yeh hai zor zor se bolna</w:t>
      </w:r>
    </w:p>
    <w:p>
      <w:pPr>
        <w:jc w:val="right"/>
      </w:pPr>
      <w:r>
        <w:t>تو ظاہر ہے کوئی نہ کوئی پوائنٹ آف ڈسکشن ہوتا تھا کوئی بات ہوتی تھی جو اس کے ساتھ بیان کرتے تھے تو کچھ لوگ لیتے تھے زور زور بولنے زور زور بولنے کا مطلب کیا ہے دوسرے کی بات کو تحمل کے ساتھ نہ سننا اور اپنے دماغ میں جو ہے اسی کو اڑلنے لگنا یہ ہے زور زور سے بولنا</w:t>
      </w:r>
    </w:p>
    <w:p>
      <w:r>
        <w:rPr>
          <w:b/>
        </w:rPr>
        <w:t xml:space="preserve">[50:17] </w:t>
      </w:r>
      <w:r>
        <w:t>jab aap majlis mein baithe hain to doosre ki baat ghor se suniye tahammul ke sath aur agar aap ke paas koi waqai point hai tab boliye nahi to chup rahiye to wahan kuch logon ne aisa kiya ke bas lagte the bolne chahe dimagh mein koi baat hai ya nahi hai to yeh wahan hota tha Rasool Allah ki majlis mein</w:t>
      </w:r>
    </w:p>
    <w:p>
      <w:pPr>
        <w:jc w:val="right"/>
      </w:pPr>
      <w:r>
        <w:t>جب آپ مجلس میں بیٹھے ہیں تو دوسرے کی بات غور سے سنیے تحمل کے ساتھ اور اگر آپ کے پاس کوئی واقعی پوائنٹ ہے تب بولیے نہیں تو چپ رہیے تو وہاں کچھ لوگوں نے ایسا کیا کہ بس لگتے تھے بولنے چاہے دماغ میں کوئی بات ہے یا نہیں ہے تو یہ وہاں ہوتا تھا رسول اللہ کی مجلس میں</w:t>
      </w:r>
    </w:p>
    <w:p>
      <w:r>
        <w:rPr>
          <w:b/>
        </w:rPr>
        <w:t xml:space="preserve">[50:42] </w:t>
      </w:r>
      <w:r>
        <w:t>lekin main samajhta hoon ke iska tausee mafhoom yani extended mafhoom iska yeh hai ke aaj bhi aap kisi majlis mein baithe hon to aap ko yahi karna chahiye ke tahammul ke sath suniye patience ke sath suniye us waqt tak na boliye jab tak doosre ki baat mukammal na ho jaye aur mazeed yeh ke aap ke mind mein koi waqai nuqta ho koi point ho tab nahi to chup rahi</w:t>
      </w:r>
    </w:p>
    <w:p>
      <w:pPr>
        <w:jc w:val="right"/>
      </w:pPr>
      <w:r>
        <w:t>لیکن میں سمجھتا ہوں کہ اس کا توسیعی مفہوم یعنی ایکسٹینڈڈ مفہوم اس کا یہ ہے کہ آج بھی آپ کسی مجلس میں بیٹھے ہوں تو آپ کو یہی کرنا چاہیے کہ تحمل کے ساتھ سنیے پیشنس کے ساتھ سنیے اس وقت تک نہ بولیے جب تک دوسرے کی بات مکمل نہ ہو جائے اور مزید یہ کہ آپ کے مائنڈ میں کوئی واقعی نقطہ ہو کوئی پوائنٹ ہو تب نہیں تو چپ رہی</w:t>
      </w:r>
    </w:p>
    <w:p>
      <w:r>
        <w:rPr>
          <w:b/>
        </w:rPr>
        <w:t xml:space="preserve">[51:11] </w:t>
      </w:r>
      <w:r>
        <w:t>e koi daleel ho to boliye nahi to chup rahiye</w:t>
      </w:r>
    </w:p>
    <w:p>
      <w:pPr>
        <w:jc w:val="right"/>
      </w:pPr>
      <w:r>
        <w:t>ے کوئی دلیل ہو تو بولیے نہیں تو چپ رہیے</w:t>
      </w:r>
    </w:p>
    <w:p>
      <w:r>
        <w:rPr>
          <w:b/>
        </w:rPr>
        <w:t xml:space="preserve">[51:17] </w:t>
      </w:r>
      <w:r>
        <w:t>to yeh badh badh ke bolna aur doosre ki baat par dhyan na de kar ke apni baat</w:t>
      </w:r>
    </w:p>
    <w:p>
      <w:pPr>
        <w:jc w:val="right"/>
      </w:pPr>
      <w:r>
        <w:t>تو یہ بڑھ بڑھ کے بولنا اور دوسرے کی بات پر دھیان نہ دے کر کے اپنی بات</w:t>
      </w:r>
    </w:p>
    <w:p>
      <w:r>
        <w:rPr>
          <w:b/>
        </w:rPr>
        <w:t xml:space="preserve">[51:25] </w:t>
      </w:r>
      <w:r>
        <w:t>shuru kar dena</w:t>
      </w:r>
    </w:p>
    <w:p>
      <w:pPr>
        <w:jc w:val="right"/>
      </w:pPr>
      <w:r>
        <w:t>شروع کر دینا</w:t>
      </w:r>
    </w:p>
    <w:p>
      <w:r>
        <w:rPr>
          <w:b/>
        </w:rPr>
        <w:t xml:space="preserve">[51:28] </w:t>
      </w:r>
      <w:r>
        <w:t>jaise main kaha karta hoon ke mera tajurba yeh hai ke agar kisi se koi baat kahi jaye</w:t>
      </w:r>
    </w:p>
    <w:p>
      <w:pPr>
        <w:jc w:val="right"/>
      </w:pPr>
      <w:r>
        <w:t>جیسے میں کہا کرتا ہوں کہ میرا تجربہ یہ ہے کہ اگر کسی سے کوئی بات کہی جائے</w:t>
      </w:r>
    </w:p>
    <w:p>
      <w:r>
        <w:rPr>
          <w:b/>
        </w:rPr>
        <w:t xml:space="preserve">[51:35] </w:t>
      </w:r>
      <w:r>
        <w:t>to woh ab aap ki baat nahi sunta apne dimagh mein khayal bana raha hota hai ke mujhe</w:t>
      </w:r>
    </w:p>
    <w:p>
      <w:pPr>
        <w:jc w:val="right"/>
      </w:pPr>
      <w:r>
        <w:t>تو وہ اب آپ کی بات نہیں سنتا اپنے دماغ میں خیال بنا رہا ہوتا ہے کہ مجھے</w:t>
      </w:r>
    </w:p>
    <w:p>
      <w:r>
        <w:rPr>
          <w:b/>
        </w:rPr>
        <w:t xml:space="preserve">[51:40] </w:t>
      </w:r>
      <w:r>
        <w:t>kya bolna hai</w:t>
      </w:r>
    </w:p>
    <w:p>
      <w:pPr>
        <w:jc w:val="right"/>
      </w:pPr>
      <w:r>
        <w:t>کیا بولنا ہے</w:t>
      </w:r>
    </w:p>
    <w:p>
      <w:r>
        <w:rPr>
          <w:b/>
        </w:rPr>
        <w:t xml:space="preserve">[51:43] </w:t>
      </w:r>
      <w:r>
        <w:t>mera tajurba yeh hai ke aap jab kisi koi baat kehte hain to woh aisa nahi karta ke</w:t>
      </w:r>
    </w:p>
    <w:p>
      <w:pPr>
        <w:jc w:val="right"/>
      </w:pPr>
      <w:r>
        <w:t>میرا تجربہ یہ ہے کہ آپ جب کسی کوئی بات کہتے ہیں تو وہ ایسا نہیں کرتا کہ</w:t>
      </w:r>
    </w:p>
    <w:p>
      <w:r>
        <w:rPr>
          <w:b/>
        </w:rPr>
        <w:t xml:space="preserve">[51:48] </w:t>
      </w:r>
      <w:r>
        <w:t>impeety mind ho kar sune ke aap kya keh rahe hain balkeh apne mind mein jo hai usi</w:t>
      </w:r>
    </w:p>
    <w:p>
      <w:pPr>
        <w:jc w:val="right"/>
      </w:pPr>
      <w:r>
        <w:t>ایمپیٹی مائنڈ ہو کر سنے کہ آپ کیا کہہ رہے ہیں بلکہ اپنے مائنڈ میں جو ہے اسی</w:t>
      </w:r>
    </w:p>
    <w:p>
      <w:r>
        <w:rPr>
          <w:b/>
        </w:rPr>
        <w:t xml:space="preserve">[51:53] </w:t>
      </w:r>
      <w:r>
        <w:t>ko arrange kar raha hota hai ke jaise un ki baat khatam ho tab main apni baat areel</w:t>
      </w:r>
    </w:p>
    <w:p>
      <w:pPr>
        <w:jc w:val="right"/>
      </w:pPr>
      <w:r>
        <w:t>کو ارینج کر رہا ہوتا ہے کہ جیسے ان کی بات ختم ہو تب میں اپنی بات اڑیل</w:t>
      </w:r>
    </w:p>
    <w:p>
      <w:r>
        <w:rPr>
          <w:b/>
        </w:rPr>
        <w:t xml:space="preserve">[51:57] </w:t>
      </w:r>
      <w:r>
        <w:t>doon yahi sab baat hai is se mana kiya gaya hai aur yeh baat sirf rasool allah ki</w:t>
      </w:r>
    </w:p>
    <w:p>
      <w:pPr>
        <w:jc w:val="right"/>
      </w:pPr>
      <w:r>
        <w:t>دوں یہی سب بات ہے اس سے منع کیا گیا ہے اور یہ بات صرف رسول اللہ کی</w:t>
      </w:r>
    </w:p>
    <w:p>
      <w:r>
        <w:rPr>
          <w:b/>
        </w:rPr>
        <w:t xml:space="preserve">[52:03] </w:t>
      </w:r>
      <w:r>
        <w:t>sohbat ke liye nahi hai har sohbat ke liye har majlis ke liye yeh baat hai yeh islam</w:t>
      </w:r>
    </w:p>
    <w:p>
      <w:pPr>
        <w:jc w:val="right"/>
      </w:pPr>
      <w:r>
        <w:t>صحبت کے لیے نہیں ہے ہر صحبت کے لیے ہر مجلس کے لیے یہ بات ہے یہ اسلام</w:t>
      </w:r>
    </w:p>
    <w:p>
      <w:r>
        <w:rPr>
          <w:b/>
        </w:rPr>
        <w:t xml:space="preserve">[52:09] </w:t>
      </w:r>
      <w:r>
        <w:t>ka ke mutabiq adab kalam hai</w:t>
      </w:r>
    </w:p>
    <w:p>
      <w:pPr>
        <w:jc w:val="right"/>
      </w:pPr>
      <w:r>
        <w:t>کا کے مطابق اداب کلام ہے</w:t>
      </w:r>
    </w:p>
    <w:p>
      <w:r>
        <w:rPr>
          <w:b/>
        </w:rPr>
        <w:t xml:space="preserve">[52:15] </w:t>
      </w:r>
      <w:r>
        <w:t>Maulana agla sawal Dhampur se hai Ahmad Fawad Sahab ka unhone likha hai Maulana Sahab please tell me that in the light of Quran how to overcome our negative feelings and develop positive attitude</w:t>
      </w:r>
    </w:p>
    <w:p>
      <w:pPr>
        <w:jc w:val="right"/>
      </w:pPr>
      <w:r>
        <w:t>مولانا اگلا سوال دھامپور سے ہے احمد فواد صاحب کا انہوں نے لکھا ہے مولانا صاحب پلیز ٹیل می دیٹ ان دی لائٹ اف قرآن ہاؤ ٹو اوورکم اور نیگیٹیو فیلنگز اینڈ ڈیویلپ پوزیٹیو ایٹیٹیوڈ</w:t>
      </w:r>
    </w:p>
    <w:p>
      <w:r>
        <w:rPr>
          <w:b/>
        </w:rPr>
        <w:t xml:space="preserve">[52:33] </w:t>
      </w:r>
      <w:r>
        <w:t>dekhiye Quran ka jo maine mutala kiya hai to maine samjha hai yeh baat ke Quran jo hai woh aap ke andar result oriented thinking paida karta hai natija khez soch natija ko dekh kar bolna natija ko dekh kar amal karna natija dekh ko dekh kar sab kuch karna</w:t>
      </w:r>
    </w:p>
    <w:p>
      <w:pPr>
        <w:jc w:val="right"/>
      </w:pPr>
      <w:r>
        <w:t>دیکھیے قرآن کا جو میں نے مطالعہ کیا ہے تو میں نے سمجھا ہے یہ بات کہ قرآن جو ہے وہ آپ کے اندر رزلٹ اورینٹڈ تھنکنگ پیدا کرتا ہے نتیجہ خیز سوچ نتیجہ کو دیکھ کر بولنا نتیجہ کو دیکھ کر عمل کرنا نتیجہ دیکھ کو دیکھ کر سب کچھ کرنا</w:t>
      </w:r>
    </w:p>
    <w:p>
      <w:r>
        <w:rPr>
          <w:b/>
        </w:rPr>
        <w:t xml:space="preserve">[53:01] </w:t>
      </w:r>
      <w:r>
        <w:t>to natija yani result is the criterion jo natija hai usi se faisla hoga kaun si baat sahi thi kaun si baat galat thi to jab aap aisa karein to sochein aap ke negative thinking jo hai in terms of result kya hai baat natija kya hai to aap foran us natije pahunchenge ke negative thinking to</w:t>
      </w:r>
    </w:p>
    <w:p>
      <w:pPr>
        <w:jc w:val="right"/>
      </w:pPr>
      <w:r>
        <w:t>تو نتیجہ یعنی رزلٹ از دا کرائٹیرین جو نتیجہ ہے اسی سے فیصلہ ہوگا کون سی بات صحیح تھی کون سی بات غلط تھی تو جب آپ ایسا کریں تو سوچیں آپ کہ نیگیٹیو تھنکنگ جو ہے ان ٹرمز اف رزلٹ کیا ہے بات نتیجہ کیا ہے تو آپ فورا اس نتیجے پہنچیں گے کہ نیگیٹیو تھنکنگ تو</w:t>
      </w:r>
    </w:p>
    <w:p>
      <w:r>
        <w:rPr>
          <w:b/>
        </w:rPr>
        <w:t xml:space="preserve">[53:31] </w:t>
      </w:r>
      <w:r>
        <w:t>halakat hai woh to self killing hai to aap usko chhod denge to sara khulasa yeh hai ke aap ki soch result oriented soch ho jaye</w:t>
      </w:r>
    </w:p>
    <w:p>
      <w:pPr>
        <w:jc w:val="right"/>
      </w:pPr>
      <w:r>
        <w:t>ہلاکت ہے وہ تو سیلف کلنگ ہے تو آپ اس کو چھوڑ دیں گے تو سارا خلاصہ یہ ہے کہ آپ کی سوچ رزلٹ اورینٹڈ سوچ ہو جائے</w:t>
      </w:r>
    </w:p>
    <w:p>
      <w:r>
        <w:rPr>
          <w:b/>
        </w:rPr>
        <w:t xml:space="preserve">[53:51] </w:t>
      </w:r>
      <w:r>
        <w:t>jaise Quran mein hai ke la khaira fi kaseerin min najwah un logon ki baaton mein aksar baatein aisi hoti hain jis mein koi khair nahi hoti</w:t>
      </w:r>
    </w:p>
    <w:p>
      <w:pPr>
        <w:jc w:val="right"/>
      </w:pPr>
      <w:r>
        <w:t>جیسے قرآن میں ہے کہ لا خیر فی کثیر من نجوا ان لوگوں کی باتوں میں اکثر باتیں ایسی ہوتی ہیں جس میں کوئی خیر نہیں ہوتی</w:t>
      </w:r>
    </w:p>
    <w:p>
      <w:r>
        <w:rPr>
          <w:b/>
        </w:rPr>
        <w:t xml:space="preserve">[54:01] </w:t>
      </w:r>
      <w:r>
        <w:t>matlab iska koi natija nahi to chahe bolna ho chahe amal karna ho sab se pehle yeh socheye ke iska result kya hoga agar aap yeh sochenge to apne aap negative thought khatam ho jayenge apne aap negative soch khatam ho jayegi</w:t>
      </w:r>
    </w:p>
    <w:p>
      <w:pPr>
        <w:jc w:val="right"/>
      </w:pPr>
      <w:r>
        <w:t>مطلب اس کا کوئی نتیجہ نہیں تو چاہے بولنا ہو چاہے عمل کرنا ہو سب سے پہلے یہ سوچیے کہ اس کا رزلٹ کیا ہوگا اگر آپ یہ سوچیں گے تو اپنے آپ نیگیٹیو تھاٹ ختم ہو جائیں گے اپنے آپ نیگیٹیو سوچ ختم ہو جائے گی</w:t>
      </w:r>
    </w:p>
    <w:p>
      <w:r>
        <w:rPr>
          <w:b/>
        </w:rPr>
        <w:t xml:space="preserve">[54:24] </w:t>
      </w:r>
      <w:r>
        <w:t>yani result oriented aap ban jayein to bas sab kuch theek ho jayega Maulana agla sawal Kashmir se hai Muhammad Saleem Mir Sahab ka unhone likha hai in an interview in April 20 you have related your mission as a revival of Gandhi's mission this creates confusion in masses</w:t>
      </w:r>
    </w:p>
    <w:p>
      <w:pPr>
        <w:jc w:val="right"/>
      </w:pPr>
      <w:r>
        <w:t>یعنی رزلٹ اورینٹڈ آپ بن جائیں تو بس سب کچھ ٹھیک ہو جائے گا مولانا اگلا سوال کشمیر سے ہے محمد سلیم میر صاحب کا انہوں نے لکھا ہے ان این انٹرویو ان اپریل 20 یو ہیو ریلیٹڈ یور مشن ایز ا ریوائیول اف گاندھیز مشن دس کریٹس کنفیوژن ان ماسز</w:t>
      </w:r>
    </w:p>
    <w:p>
      <w:r>
        <w:rPr>
          <w:b/>
        </w:rPr>
        <w:t xml:space="preserve">[54:51] </w:t>
      </w:r>
      <w:r>
        <w:t>kindly elaborate your viewpoint in light of your interview nahi nahi yeh galat hai aap ne kis context mein main ne kaha hai kya baat kahi hai usko lekar aap ne socha nahi</w:t>
      </w:r>
    </w:p>
    <w:p>
      <w:pPr>
        <w:jc w:val="right"/>
      </w:pPr>
      <w:r>
        <w:t>کائنڈلی الیبوریٹ یور ویو پوائنٹ ان لائٹ اف یور انٹرویو نہیں نہیں یہ غلط ہے آپ نے کس کنٹیکسٹ میں میں نے کہا ہے کیا بات کہی ہے اس کو لے کر آپ نے سوچا نہیں</w:t>
      </w:r>
    </w:p>
    <w:p>
      <w:r>
        <w:rPr>
          <w:b/>
        </w:rPr>
        <w:t xml:space="preserve">[55:09] </w:t>
      </w:r>
      <w:r>
        <w:t>dekhiye India mein jo secular society hai India mein jo secular samaj hai India mein jo secular nizam hai uske lehaz se maine yeh baat kahi hai ke Mahatma Gandhi ka jo tareeqa tha woh tha non violent activism</w:t>
      </w:r>
    </w:p>
    <w:p>
      <w:pPr>
        <w:jc w:val="right"/>
      </w:pPr>
      <w:r>
        <w:t>دیکھیے انڈیا میں جو سیکولر سوسائٹی ہے انڈیا میں جو سیکولر سماج ہے انڈیا میں جو سیکولر نظام ہے اس کے لحاظ سے میں نے یہ بات کہی ہے کہ مہاتما گاندھی کا جو طریقہ تھا وہ تھا نان وائلنٹ ایکٹیوزم</w:t>
      </w:r>
    </w:p>
    <w:p>
      <w:r>
        <w:rPr>
          <w:b/>
        </w:rPr>
        <w:t xml:space="preserve">[55:30] </w:t>
      </w:r>
      <w:r>
        <w:t>non violent activism mein Mahatma Gandhi ka natija yeh bhi tha kisi se nafrat na karo nafrat ko bhi Gandhi violent samajhte the</w:t>
      </w:r>
    </w:p>
    <w:p>
      <w:pPr>
        <w:jc w:val="right"/>
      </w:pPr>
      <w:r>
        <w:t>نان وائلنٹ ایکٹیوزم میں مہاتما گاندھی کا نتیجہ یہ بھی تھا کسی سے نفرت نہ کرو نفرت کو بھی گاندھی وائلنٹ سمجھتے تھے</w:t>
      </w:r>
    </w:p>
    <w:p>
      <w:r>
        <w:rPr>
          <w:b/>
        </w:rPr>
        <w:t xml:space="preserve">[55:40] </w:t>
      </w:r>
      <w:r>
        <w:t>to maine yeh baat kahi thi India ke context mein Islam ke context mein nahi</w:t>
      </w:r>
    </w:p>
    <w:p>
      <w:pPr>
        <w:jc w:val="right"/>
      </w:pPr>
      <w:r>
        <w:t>تو میں نے یہ بات کہی تھی انڈیا کے کنٹیکسٹ میں اسلام کے کنٹیکسٹ میں نہیں</w:t>
      </w:r>
    </w:p>
    <w:p>
      <w:r>
        <w:rPr>
          <w:b/>
        </w:rPr>
        <w:t xml:space="preserve">[55:47] </w:t>
      </w:r>
      <w:r>
        <w:t>islam ke context mein nahi kaha tha main ne is india ke context ke india mein jo secular society hai jis ki majority hindu hai jahan secular log hukumat kar rahe hain aur jo gandhi ko mante hain to main ne kaha ke azadi se pehle jo gandhi ka usool tha usi ko aaj bhi raaij kijiye</w:t>
      </w:r>
    </w:p>
    <w:p>
      <w:pPr>
        <w:jc w:val="right"/>
      </w:pPr>
      <w:r>
        <w:t>اسلام کے کنٹیکسٹ میں نہیں کہا تھا میں نے اس انڈیا کے کنٹیکسٹ کہ انڈیا میں جو سیکولر سوسائٹی ہے جس کی میجورٹی ہندو ہے جہاں سیکولر لوگ حکومت کر رہے ہیں اور جو گاندھی کو مانتے ہیں تو میں نے کہا کہ ازادی سے پہلے جو گاندھی کا اصول تھا اسی کو اج بھی رائج کیجئے</w:t>
      </w:r>
    </w:p>
    <w:p>
      <w:r>
        <w:rPr>
          <w:b/>
        </w:rPr>
        <w:t xml:space="preserve">[56:11] </w:t>
      </w:r>
      <w:r>
        <w:t>pure maano mein aaimah nan al wailent activism yaad rakhiye mahatma gandhi ka jo nan wailent activism tha us mein sirf tashaddud hi nahi violence tha nafrat bhi violence thi heat bhi violence tha aur yeh jo tod phod karte hain log ke koi baat ho gayi to foran jalate phoonkte hain carain jala dete hain buildingen jala dete hain yeh sab gandhi ke nazariye ke khilaf tha</w:t>
      </w:r>
    </w:p>
    <w:p>
      <w:pPr>
        <w:jc w:val="right"/>
      </w:pPr>
      <w:r>
        <w:t>پورے معنوں میں ائمہ نان ال وائلنٹ ایکٹیوزم یاد رکھیے مہاتما گاندھی کا جو نان وائلنٹ ایکٹیوزم تھا اس میں صرف تشدد ہی نہیں وائلنس تھا نفرت بھی وائلنس تھی ہیٹ بھی وائلنس تھا اور یہ جو توڑ پھوڑ کرتے ہیں لوگ کہ کوئی بات ہو گئی تو فورا جلاتے پھونکتے ہیں کاریں جلا دیتے ہیں بلڈنگیں جلا دیتے ہیں یہ سب گاندھی کے نظریے کے خلاف تھا</w:t>
      </w:r>
    </w:p>
    <w:p>
      <w:r>
        <w:rPr>
          <w:b/>
        </w:rPr>
        <w:t xml:space="preserve">[56:37] </w:t>
      </w:r>
      <w:r>
        <w:t>ap ko maloom hai ke gandhi jab tehreek chala rahe the apni</w:t>
      </w:r>
    </w:p>
    <w:p>
      <w:pPr>
        <w:jc w:val="right"/>
      </w:pPr>
      <w:r>
        <w:t>اپ کو معلوم ہے کہ گاندھی جب تحریک چلا رہے تھے اپنی</w:t>
      </w:r>
    </w:p>
    <w:p>
      <w:r>
        <w:rPr>
          <w:b/>
        </w:rPr>
        <w:t xml:space="preserve">[56:41] </w:t>
      </w:r>
      <w:r>
        <w:t>to un ke kuch volunteers jo hain bardoli mein thanay mein ghus gaye mahatma gandhi ke kuch volunteers</w:t>
      </w:r>
    </w:p>
    <w:p>
      <w:pPr>
        <w:jc w:val="right"/>
      </w:pPr>
      <w:r>
        <w:t>تو ان کے کچھ والنٹیئرز جو ہیں بارڈولی میں تھانے میں گھس گئے مہاتما گاندھی کے کچھ والنٹیئرز</w:t>
      </w:r>
    </w:p>
    <w:p>
      <w:r>
        <w:rPr>
          <w:b/>
        </w:rPr>
        <w:t xml:space="preserve">[56:50] </w:t>
      </w:r>
      <w:r>
        <w:t>wahan aag aag laga di unhon ne to apni movement woh band kar di unhon ne</w:t>
      </w:r>
    </w:p>
    <w:p>
      <w:pPr>
        <w:jc w:val="right"/>
      </w:pPr>
      <w:r>
        <w:t>وہاں اگ اگ لگا دی انہوں نے تو اپنی موومنٹ وہ بند کر دی انہوں نے</w:t>
      </w:r>
    </w:p>
    <w:p>
      <w:r>
        <w:rPr>
          <w:b/>
        </w:rPr>
        <w:t xml:space="preserve">[56:58] </w:t>
      </w:r>
      <w:r>
        <w:t>بند کر دی انہوں نے کہا کہ ہمارے ساتھی ابھی جانتے نہیں ہیں کہ peaceful activism کیسے</w:t>
      </w:r>
    </w:p>
    <w:p>
      <w:pPr>
        <w:jc w:val="right"/>
      </w:pPr>
      <w:r>
        <w:t>بند کر دی انہوں نے کہا کہ ہمارے ساتھی ابھی جانتے نہیں ہیں کہ پیس فل ایکٹیوزم کیسے</w:t>
      </w:r>
    </w:p>
    <w:p>
      <w:r>
        <w:rPr>
          <w:b/>
        </w:rPr>
        <w:t xml:space="preserve">[57:04] </w:t>
      </w:r>
      <w:r>
        <w:t>hoti hai thanay mein aag laga diya</w:t>
      </w:r>
    </w:p>
    <w:p>
      <w:pPr>
        <w:jc w:val="right"/>
      </w:pPr>
      <w:r>
        <w:t>ہوتی ہے تھانے میں اگ لگا دیا</w:t>
      </w:r>
    </w:p>
    <w:p>
      <w:r>
        <w:rPr>
          <w:b/>
        </w:rPr>
        <w:t xml:space="preserve">[57:08] </w:t>
      </w:r>
      <w:r>
        <w:t>to india ke context mein maine yeh baat kahi thi ke india mein zaroorat hai ke isi</w:t>
      </w:r>
    </w:p>
    <w:p>
      <w:pPr>
        <w:jc w:val="right"/>
      </w:pPr>
      <w:r>
        <w:t>تو انڈیا کے کنٹیکسٹ میں میں نے یہ بات کہی تھی کہ انڈیا میں ضرورت ہے کہ اسی</w:t>
      </w:r>
    </w:p>
    <w:p>
      <w:r>
        <w:rPr>
          <w:b/>
        </w:rPr>
        <w:t xml:space="preserve">[57:13] </w:t>
      </w:r>
      <w:r>
        <w:t>ko revive kiya jaye phir se gandhi ke tareeqay ko uss ko ap islam ke context mein mat</w:t>
      </w:r>
    </w:p>
    <w:p>
      <w:pPr>
        <w:jc w:val="right"/>
      </w:pPr>
      <w:r>
        <w:t>کو ریوائیو کیا جائے پھر سے گاندھی کے طریقے کو اس کو اپ اسلام کے کنٹیکسٹ میں مت</w:t>
      </w:r>
    </w:p>
    <w:p>
      <w:r>
        <w:rPr>
          <w:b/>
        </w:rPr>
        <w:t xml:space="preserve">[57:19] </w:t>
      </w:r>
      <w:r>
        <w:t>leejiye maulana agla sawal dilli se hai doctor safeena ka unhon ne likha hai unhon ne ek ayat</w:t>
      </w:r>
    </w:p>
    <w:p>
      <w:pPr>
        <w:jc w:val="right"/>
      </w:pPr>
      <w:r>
        <w:t>لیجئے مولانا اگلا سوال دلی سے ہے ڈاکٹر سفینہ کا انہوں نے لکھا ہے انہوں نے ایک ایت</w:t>
      </w:r>
    </w:p>
    <w:p>
      <w:r>
        <w:rPr>
          <w:b/>
        </w:rPr>
        <w:t xml:space="preserve">[57:26] </w:t>
      </w:r>
      <w:r>
        <w:t>ka maulana reference diya hai jo is tarah hai khalaq Allah adama ala suratihi</w:t>
      </w:r>
    </w:p>
    <w:p>
      <w:pPr>
        <w:jc w:val="right"/>
      </w:pPr>
      <w:r>
        <w:t>کا مولانا ریفرنس دیا ہے جو اس طرح ہے خلق اللہ ادم علی صورتہ</w:t>
      </w:r>
    </w:p>
    <w:p>
      <w:r>
        <w:rPr>
          <w:b/>
        </w:rPr>
        <w:t xml:space="preserve">[57:33] </w:t>
      </w:r>
      <w:r>
        <w:t>woh janna chahti hain ke suratihi ka ke maani kya hain</w:t>
      </w:r>
    </w:p>
    <w:p>
      <w:pPr>
        <w:jc w:val="right"/>
      </w:pPr>
      <w:r>
        <w:t>وہ جاننا چاہتی ہیں کہ صورتہ کا کے معنی کیا ہیں</w:t>
      </w:r>
    </w:p>
    <w:p>
      <w:r>
        <w:rPr>
          <w:b/>
        </w:rPr>
        <w:t xml:space="preserve">[57:39] </w:t>
      </w:r>
      <w:r>
        <w:t>haan dekhiye yeh hadith hai yeh bukhari mein aayi hai tarjuma to is ka yeh hai ke allah ne paida kiya insan ko apni surat par to seerat ka maani yeh nahi ke haath paon jaise insan ke hain aisi allah ke bhi hain naoozubillah aisa nahi hai</w:t>
      </w:r>
    </w:p>
    <w:p>
      <w:pPr>
        <w:jc w:val="right"/>
      </w:pPr>
      <w:r>
        <w:t>ہاں دیکھیں یہ حدیث ہے یہ بخاری میں ائی ہے ترجمہ تو اس کا یہ ہے کہ اللہ نے پیدا کیا انسان کو اپنی صورت پر تو سیرت کا معنی یہ نہیں کہ ہاتھ پاؤں جیسے انسان کے ہیں ایسی اللہ کے بھی ہیں نعوذ باللہ ایسا نہیں ہے</w:t>
      </w:r>
    </w:p>
    <w:p>
      <w:r>
        <w:rPr>
          <w:b/>
        </w:rPr>
        <w:t xml:space="preserve">[58:00] </w:t>
      </w:r>
      <w:r>
        <w:t>asal yeh hai ke allah ke jo sifat hain uska ek shama allah ne insan ko de diya hai</w:t>
      </w:r>
    </w:p>
    <w:p>
      <w:pPr>
        <w:jc w:val="right"/>
      </w:pPr>
      <w:r>
        <w:t>اصل یہ ہے کہ اللہ کے جو صفات ہیں اس کا ایک شمع اللہ نے انسان کو دے دیا ہے</w:t>
      </w:r>
    </w:p>
    <w:p>
      <w:r>
        <w:rPr>
          <w:b/>
        </w:rPr>
        <w:t xml:space="preserve">[58:08] </w:t>
      </w:r>
      <w:r>
        <w:t>misal dekhna allah ki sifat hai sunna allah ki sifat hai sochna allah ki sifat hai to yeh baatein allah mein khudaWandi satah par hain kamil satah par rab ul alameen ki satah par to yeh sifat khudaWandi jo hain woh allah ne insan ko abd ki satah par de diya hai</w:t>
      </w:r>
    </w:p>
    <w:p>
      <w:pPr>
        <w:jc w:val="right"/>
      </w:pPr>
      <w:r>
        <w:t>مثلا دیکھنا اللہ کی صفت ہے سننا اللہ کی صفت ہے سوچنا اللہ کی صفت ہے تو یہ باتیں اللہ میں خداوندی سطح پر ہیں کامل سطح پر رب العالمین کی سطح پر تو یہ صفات خداوندی جو ہیں وہ اللہ نے انسان کو عبد کی سطح پر دے دیا ہے</w:t>
      </w:r>
    </w:p>
    <w:p>
      <w:r>
        <w:rPr>
          <w:b/>
        </w:rPr>
        <w:t xml:space="preserve">[58:33] </w:t>
      </w:r>
      <w:r>
        <w:t>ap jante hain ke yeh baatein pathar mein nahi hain lohe mein nahi hain hathi aur sher mein nahi hain doosri jo makhlooqat zameen par hain suraj chand mein nahi hain to woh insan mein hai to yeh jo insan mein hai woh haqeeqat mein allah ke sifat ka ek shama hai ek bohat hi mamooli sa hissa hai bas yeh matlab hai is hadith ka</w:t>
      </w:r>
    </w:p>
    <w:p>
      <w:pPr>
        <w:jc w:val="right"/>
      </w:pPr>
      <w:r>
        <w:t>اپ جانتے ہیں کہ یہ باتیں پتھر میں نہیں ہیں لوہے میں نہیں ہیں ہاتھی اور شیر میں نہیں ہیں دوسری جو مخلوقات زمین پر ہیں سورج چاند میں نہیں ہیں تو وہ انسان میں ہے تو یہ جو انسان میں ہے وہ حقیقت میں اللہ کے صفات کا ایک شمع ہے ایک بہت ہی معمولی سا حصہ ہے بس یہ مطلب ہے اس حدیث کا</w:t>
      </w:r>
    </w:p>
    <w:p>
      <w:r>
        <w:rPr>
          <w:b/>
        </w:rPr>
        <w:t xml:space="preserve">[59:01] </w:t>
      </w:r>
      <w:r>
        <w:t>maulana agla sawal roorkee se hai sajid anwar sahab ka unho ne likha hai maulana last sunday that is on 12 may while we were coming to attend the sunday class a serious accident happened on the way as a result we missed to attend the lecture as we had to return from mid way</w:t>
      </w:r>
    </w:p>
    <w:p>
      <w:pPr>
        <w:jc w:val="right"/>
      </w:pPr>
      <w:r>
        <w:t>مولانا اگلا سوال روڑکی سے ہے ساجد انور صاحب کا انہوں نے لکھا ہے مولانا لاسٹ سنڈے دیٹ از ان 12 مئی وائل وی وار کمنگ ٹو اٹینڈ دی سنڈے کلاس ا سیریس ایکسیڈنٹ ہیپنڈ ان دا وے ایز ا رزلٹ وی مسڈ ٹو اٹینڈ دا لیکچر ایز وی ہیڈ ٹو ریٹرن فرام مڈ وے</w:t>
      </w:r>
    </w:p>
    <w:p>
      <w:r>
        <w:rPr>
          <w:b/>
        </w:rPr>
        <w:t xml:space="preserve">[59:25] </w:t>
      </w:r>
      <w:r>
        <w:t>maulana why it is so that god sometimes prevents even an obvious right act from taking place what lessons should be learned from such incident please guide us nahi dekhiye yeh duniya jo hai is mein allah ne insan ko azadi di hai insan allah ki azadi ko apwais nahi kar sakta</w:t>
      </w:r>
    </w:p>
    <w:p>
      <w:pPr>
        <w:jc w:val="right"/>
      </w:pPr>
      <w:r>
        <w:t>مولانا وائی اٹ از سو دیٹ گاڈ سم ٹائمز پریوینٹس ایون این اویس رائٹ ایکٹ فرام ٹیکنگ پلیس واٹ لیسنز شوڈ بی لرن فرام سچ انسیڈنٹ پلیز گائیڈ اس نہیں دیکھیے یہ دنیا جو ہے اس میں اللہ نے انسان کو ازادی دی ہے انسان اللہ کی ازادی کو اپوائس نہیں کر سکتا</w:t>
      </w:r>
    </w:p>
    <w:p>
      <w:r>
        <w:rPr>
          <w:b/>
        </w:rPr>
        <w:t xml:space="preserve">[59:52] </w:t>
      </w:r>
      <w:r>
        <w:t>to aaj kal traffic kya hota hai ke traffic rule ka log pabandi nahi karte andha dhund dorate</w:t>
      </w:r>
    </w:p>
    <w:p>
      <w:pPr>
        <w:jc w:val="right"/>
      </w:pPr>
      <w:r>
        <w:t>تو اج کل ٹریفک کیا ہوتا ہے کہ ٹریفک رول کا لوگ پابندی نہیں کرتے اندھا دھند دوڑاتے</w:t>
      </w:r>
    </w:p>
    <w:p>
      <w:r>
        <w:rPr>
          <w:b/>
        </w:rPr>
        <w:t xml:space="preserve">[59:58] </w:t>
      </w:r>
      <w:r>
        <w:t>hain busain hain truck hain to woh apni azadi ka misuse karte hain</w:t>
      </w:r>
    </w:p>
    <w:p>
      <w:pPr>
        <w:jc w:val="right"/>
      </w:pPr>
      <w:r>
        <w:t>ہیں بسیں ہیں ٹرک ہیں تو وہ اپنی ازادی کا مس یوز کرتے ہیں</w:t>
      </w:r>
    </w:p>
    <w:p>
      <w:r>
        <w:rPr>
          <w:b/>
        </w:rPr>
        <w:t xml:space="preserve">[1:00:06] </w:t>
      </w:r>
      <w:r>
        <w:t>apni azadi ka misuse karte hain woh karte rahengay woh band nahi honge kabhi</w:t>
      </w:r>
    </w:p>
    <w:p>
      <w:pPr>
        <w:jc w:val="right"/>
      </w:pPr>
      <w:r>
        <w:t>اپنی ازادی کا مس یوز کرتے ہیں وہ کرتے رہیں گے وہ بند نہیں ہوں گے کبھی</w:t>
      </w:r>
    </w:p>
    <w:p>
      <w:r>
        <w:rPr>
          <w:b/>
        </w:rPr>
        <w:t xml:space="preserve">[1:00:12] </w:t>
      </w:r>
      <w:r>
        <w:t>to ap ko is se sirf yeh sabak lena hai ke ap ko extra precaution lena chahiye</w:t>
      </w:r>
    </w:p>
    <w:p>
      <w:pPr>
        <w:jc w:val="right"/>
      </w:pPr>
      <w:r>
        <w:t>تو اپ کو اس سے صرف یہ سبق لینا ہے کہ اپ کو ایکسٹرا پریکاشن لینا چاہیے</w:t>
      </w:r>
    </w:p>
    <w:p>
      <w:r>
        <w:rPr>
          <w:b/>
        </w:rPr>
        <w:t xml:space="preserve">[1:00:19] </w:t>
      </w:r>
      <w:r>
        <w:t>extra precaution</w:t>
      </w:r>
    </w:p>
    <w:p>
      <w:pPr>
        <w:jc w:val="right"/>
      </w:pPr>
      <w:r>
        <w:t>ایکسٹرا پریکاشن</w:t>
      </w:r>
    </w:p>
    <w:p>
      <w:r>
        <w:rPr>
          <w:b/>
        </w:rPr>
        <w:t xml:space="preserve">[1:00:22] </w:t>
      </w:r>
      <w:r>
        <w:t>ap ko khud sochna chahiye ke meri is mein kaun si kami thi jis ki wajah se yeh waqia pesh aaya</w:t>
      </w:r>
    </w:p>
    <w:p>
      <w:pPr>
        <w:jc w:val="right"/>
      </w:pPr>
      <w:r>
        <w:t>اپ کو خود سوچنا چاہیے کہ میری اس میں کون سی کمی تھی جس کی وجہ سے یہ واقعہ پیش ایا</w:t>
      </w:r>
    </w:p>
    <w:p>
      <w:r>
        <w:rPr>
          <w:b/>
        </w:rPr>
        <w:t xml:space="preserve">[1:00:32] </w:t>
      </w:r>
      <w:r>
        <w:t>jaise main apna qissa bataoon ke main ek baar to gaya dilli mein ek jagah bus bus se jab bus se utra main to mujhe road cross karna tha</w:t>
      </w:r>
    </w:p>
    <w:p>
      <w:pPr>
        <w:jc w:val="right"/>
      </w:pPr>
      <w:r>
        <w:t>جیسے میں اپنا قصہ بتاؤں کہ میں ایک بار تو گیا دلی میں ایک جگہ بس بس سے جب بس سے اترا میں تو مجھے روڈ کراس کرنا تھا</w:t>
      </w:r>
    </w:p>
    <w:p>
      <w:r>
        <w:rPr>
          <w:b/>
        </w:rPr>
        <w:t xml:space="preserve">[1:00:47] </w:t>
      </w:r>
      <w:r>
        <w:t>road cross kar raha tha to achaanak ek bicycle aa gayi aur bicycle mujh se takra gayi to meri ankle toot gayi chot bhi aayi to is ke baad main ne kaha ke ab main ja ke road ke kinare baith gaya aur sochne laga ke aisa kyun hua sochne laga ke aisa kyun hua</w:t>
      </w:r>
    </w:p>
    <w:p>
      <w:pPr>
        <w:jc w:val="right"/>
      </w:pPr>
      <w:r>
        <w:t>روڈ کراس کر رہا تھا تو اچانک ایک بائسکل ا گئی اور بائسکل مجھ سے ٹکرا گئی تو میری انک ٹوٹ گئی چوٹ بھی ائی تو اس کے بعد میں نے کہا کہ اب میں جا کے روڈ کے کنارے بیٹھ گیا اور سوچنے لگا کہ ایسا کیوں ہوا سوچنے لگا کہ ایسا کیوں ہوا</w:t>
      </w:r>
    </w:p>
    <w:p>
      <w:r>
        <w:rPr>
          <w:b/>
        </w:rPr>
        <w:t xml:space="preserve">[1:01:13] </w:t>
      </w:r>
      <w:r>
        <w:t>sochne ke baad main ne samjha ke is mein meri hi ek ghalti thi road jo cross main kar raha tha to main ne ghalat tareeqe se cross karne ki koshish ki to dekhiye doosre ko blame dene se koi faida nahi ap sirf yeh sochiye ke meri kya kotahi thi</w:t>
      </w:r>
    </w:p>
    <w:p>
      <w:pPr>
        <w:jc w:val="right"/>
      </w:pPr>
      <w:r>
        <w:t>سوچنے کے بعد میں نے سمجھا کہ اس میں میری ہی ایک غلطی تھی روڈ جو کراس میں کر رہا تھا تو میں نے غلط طریقے سے کراس کرنے کی کوشش کی تو دیکھیے دوسرے کو بلیم دینے سے کوئی فائدہ نہیں اپ صرف یہ سوچیے کہ میری کیا کوتاہی تھی</w:t>
      </w:r>
    </w:p>
    <w:p>
      <w:r>
        <w:rPr>
          <w:b/>
        </w:rPr>
        <w:t xml:space="preserve">[1:01:39] </w:t>
      </w:r>
      <w:r>
        <w:t>isko daryaft kijiye</w:t>
      </w:r>
    </w:p>
    <w:p>
      <w:pPr>
        <w:jc w:val="right"/>
      </w:pPr>
      <w:r>
        <w:t>اس کو دریافت کیجئے</w:t>
      </w:r>
    </w:p>
    <w:p>
      <w:r>
        <w:rPr>
          <w:b/>
        </w:rPr>
        <w:t xml:space="preserve">[1:01:42] </w:t>
      </w:r>
      <w:r>
        <w:t>kahin aadmi ko chahiye ke woh ruk jaye woh doosray ko aagay barhnay ka moqa de kahin chahiye</w:t>
      </w:r>
    </w:p>
    <w:p>
      <w:pPr>
        <w:jc w:val="right"/>
      </w:pPr>
      <w:r>
        <w:t>کہیں ادمی کو چاہیے کہ وہ رک جائے وہ دوسرے کو اگے بڑھنے کا موقع دے کہیں چاہیے</w:t>
      </w:r>
    </w:p>
    <w:p>
      <w:r>
        <w:rPr>
          <w:b/>
        </w:rPr>
        <w:t xml:space="preserve">[1:01:48] </w:t>
      </w:r>
      <w:r>
        <w:t>ke woh car ko chhod kar train se safar kare yeh mukhtalif shakaloon mein woh apni kotahi ko</w:t>
      </w:r>
    </w:p>
    <w:p>
      <w:pPr>
        <w:jc w:val="right"/>
      </w:pPr>
      <w:r>
        <w:t>کہ وہ کار کو چھوڑ کر ٹرین سے سفر کرے یہ مختلف شکلوں میں وہ اپنی کوتاہی کو</w:t>
      </w:r>
    </w:p>
    <w:p>
      <w:r>
        <w:rPr>
          <w:b/>
        </w:rPr>
        <w:t xml:space="preserve">[1:01:54] </w:t>
      </w:r>
      <w:r>
        <w:t>daryaft kar sakta hai to har aisay moqay par ap ko janna chahiye ke insaan apni azadi ko</w:t>
      </w:r>
    </w:p>
    <w:p>
      <w:pPr>
        <w:jc w:val="right"/>
      </w:pPr>
      <w:r>
        <w:t>دریافت کر سکتا ہے تو ہر ایسے موقع پر اپ کو جاننا چاہیے کہ انسان اپنی ازادی کو</w:t>
      </w:r>
    </w:p>
    <w:p>
      <w:r>
        <w:rPr>
          <w:b/>
        </w:rPr>
        <w:t xml:space="preserve">[1:02:00] </w:t>
      </w:r>
      <w:r>
        <w:t>misuse karega hum yeh rok nahi sakte logon ko ke woh apni azadi ko misuse</w:t>
      </w:r>
    </w:p>
    <w:p>
      <w:pPr>
        <w:jc w:val="right"/>
      </w:pPr>
      <w:r>
        <w:t>مس یوز کرے گا ہم یہ روک نہیں سکتے لوگوں کو کہ وہ اپنی ازادی کو مس یوز</w:t>
      </w:r>
    </w:p>
    <w:p>
      <w:r>
        <w:rPr>
          <w:b/>
        </w:rPr>
        <w:t xml:space="preserve">[1:02:06] </w:t>
      </w:r>
      <w:r>
        <w:t>na karein woh karengay woh to humein apne aap ko bachanay ki koshish karna hai</w:t>
      </w:r>
    </w:p>
    <w:p>
      <w:pPr>
        <w:jc w:val="right"/>
      </w:pPr>
      <w:r>
        <w:t>نہ کریں وہ کریں گے وہ تو ہمیں اپنے اپ کو بچانے کی کوشش کرنا ہے</w:t>
      </w:r>
    </w:p>
    <w:p>
      <w:r>
        <w:rPr>
          <w:b/>
        </w:rPr>
        <w:t xml:space="preserve">[1:02:13] </w:t>
      </w:r>
      <w:r>
        <w:t>to is mein lesson yahi hai ke ap yeh sochiye ke aap ke apne hisse mein kaun si kotahi thi apni taraf apni taraf kaun si kotahi thi bas is ko daryaft kijiye is ko yeh mat samjhiye ke aap achhe maqsad ke liye aaye the to to duniya mein allah taala logon ke haath baandh nahi sakta tha logon ki freedom ka abalish nahi kar sakta tha aisa nahi ho sakta tha</w:t>
      </w:r>
    </w:p>
    <w:p>
      <w:pPr>
        <w:jc w:val="right"/>
      </w:pPr>
      <w:r>
        <w:t>تو اس میں لیسن یہی ہے کہ اپ یہ سوچیے کہ اپ کے اپنے حصے میں کون سی کوتاہی تھی اپنی طرف اپنی طرف کون سی کوتاہی تھی بس اس کو دریافت کیجئے اس کو یہ مت سمجھیے کہ اپ اچھے مقصد کے لیے ائے تھے تو تو دنیا میں اللہ تعالی لوگوں کے ہاتھ باندھ نہیں سکتا تھا لوگوں کی فریڈم کا ابالش نہیں کر سکتا تھا ایسا نہیں ہو سکتا تھا</w:t>
      </w:r>
    </w:p>
    <w:p>
      <w:r>
        <w:rPr>
          <w:b/>
        </w:rPr>
        <w:t xml:space="preserve">[1:02:39] </w:t>
      </w:r>
      <w:r>
        <w:t>to chahe yeh waqia ho ya koi aur waqia ho hamesha aadmi ko chahiye ke blame daai self pe amal kare woh dhoondh kar kahin na kahin mera maslak yeh hai ke agar 99 percent doosri ghalti hai aur meri ghalti 1 percent hai to main 99 percent ko bhula deta hoon sirf 1 percent ko yaad rakhta hoon bas</w:t>
      </w:r>
    </w:p>
    <w:p>
      <w:pPr>
        <w:jc w:val="right"/>
      </w:pPr>
      <w:r>
        <w:t>تو چاہے یہ واقعہ ہو یا کوئی اور واقعہ ہو ہمیشہ ادمی کو چاہیے کہ بلیم دائی سیلف پہ عمل کرے وہ ڈھونڈ کر کہیں نہ کہیں میرا مسلک یہ ہے کہ اگر 99 پرسنٹ دوسری غلطی ہے اور میری غلطی ون پرسنٹ ہے تو میں 99 پرسنٹ کو بھلا دیتا ہوں صرف ون پرسنٹ کو یاد رکھتا ہوں بس</w:t>
      </w:r>
    </w:p>
    <w:p>
      <w:r>
        <w:rPr>
          <w:b/>
        </w:rPr>
        <w:t xml:space="preserve">[1:03:06] </w:t>
      </w:r>
      <w:r>
        <w:t>bahut se qisse bata sakta hoon main ap ko ke 99 percent ghalti doosre ki thi aur meri ghalti 1 percent thi to ab main apni 1 percent hi ko main ne bahut zyada socha isi ko le kar aur doosre ki jo 99 percent ghalti thi us ko main ek dam socha hi nahi us ko bhula diya to ek aisi duniya jahan allah ne sab ko azadi di hai aisi duniya mein rehne ka tareeqa yahi hai</w:t>
      </w:r>
    </w:p>
    <w:p>
      <w:pPr>
        <w:jc w:val="right"/>
      </w:pPr>
      <w:r>
        <w:t>بہت سے قصے بتا سکتا ہوں میں اپ کو کہ 99 پرسنٹ غلطی دوسرے کی تھی اور میری غلطی ون پرسنٹ تھی تو اب میں اپنی ون پرسنٹ ہی کو میں نے بہت زیادہ سوچا اسی کو لے کر اور دوسرے کی جو 99 پرسنٹ غلطی تھی اس کو میں ایک دم سوچا ہی نہیں اس کو بھلا دیا تو ایک ایسی دنیا جہاں اللہ نے سب کو ازادی دی ہے ایسی دنیا میں رہنے کا طریقہ یہی ہے</w:t>
      </w:r>
    </w:p>
    <w:p>
      <w:r>
        <w:rPr>
          <w:b/>
        </w:rPr>
        <w:t xml:space="preserve">[1:03:35] </w:t>
      </w:r>
      <w:r>
        <w:t>chunki hum insan ki azadi ko abwais kar nahi sakte is liye yahi hai ke hum blame daai self par amal karein</w:t>
      </w:r>
    </w:p>
    <w:p>
      <w:pPr>
        <w:jc w:val="right"/>
      </w:pPr>
      <w:r>
        <w:t>چونکہ ہم انسان کی ازادی کو ابوائس کر نہیں سکتے اس لیے یہی ہے کہ ہم بلیم دائی سیلف پر عمل کریں</w:t>
      </w:r>
    </w:p>
    <w:p>
      <w:r>
        <w:rPr>
          <w:b/>
        </w:rPr>
        <w:t xml:space="preserve">[1:03:48] </w:t>
      </w:r>
      <w:r>
        <w:t>maulana agla sawal karachi pakistan se aaya hai miss sana ka unho ne likha hai maulana sahib i am a political journalist by profession and have been following your lectures for quite some time now</w:t>
      </w:r>
    </w:p>
    <w:p>
      <w:pPr>
        <w:jc w:val="right"/>
      </w:pPr>
      <w:r>
        <w:t>مولانا اگلا سوال کراچی پاکستان سے ایا ہے مس ثناء کا انہوں نے لکھا ہے مولانا صاحب ائی ایم ا پولیٹیکل جرنلسٹ بائے پروفیشن اینڈ ہیو بین فالونگ یور لیکچرز فار کوائٹ سم ٹائم ناؤ</w:t>
      </w:r>
    </w:p>
    <w:p>
      <w:r>
        <w:rPr>
          <w:b/>
        </w:rPr>
        <w:t xml:space="preserve">[1:04:05] </w:t>
      </w:r>
      <w:r>
        <w:t>in today lecture you said that accept political status quo ism but you also mentioned name of one of your associate from libya sheikh mohammed qaid who was doing dawa peacefully but was caught and then killed by then government recently few libyans visited you and they said that since conditions in libya are better now hence they have started regrouping for dawa again</w:t>
      </w:r>
    </w:p>
    <w:p>
      <w:pPr>
        <w:jc w:val="right"/>
      </w:pPr>
      <w:r>
        <w:t>ان ٹوڈے لیکچر یو سیڈ دیٹ ایکسیپٹ پولیٹیکل سٹیٹس کوئزم بٹ یو السو مینشن نیم اف ون اف یور ایسوسیٹ فرام لبیا شیخ محمد قید ہو واز ڈوئنگ دعوی پیس فلی بٹ واز کاٹ اینڈ دین کلڈ بائے دین گورنمنٹ ریسنٹلی فیو لیبنیز وزٹڈ یو اینڈ دے سیڈ دیٹ سنس کنڈیشنز ان لبیا ار بیٹر ناؤ ہینس دے ہیو سٹارٹڈ ری گروپنگ فار دعوی اگین</w:t>
      </w:r>
    </w:p>
    <w:p>
      <w:r>
        <w:rPr>
          <w:b/>
        </w:rPr>
        <w:t xml:space="preserve">[1:04:35] </w:t>
      </w:r>
      <w:r>
        <w:t>maulana sahib my question is had the people there not raised their voices against their rulers tyranny and dethroned him how could those libyans even ever thought of regrouping for dawa again under those former conditions when their former ruler was against even their peaceful dawa peaceful work</w:t>
      </w:r>
    </w:p>
    <w:p>
      <w:pPr>
        <w:jc w:val="right"/>
      </w:pPr>
      <w:r>
        <w:t>مولانا صاحب مائی کوئسچن از ہیڈ دا پیپل دیر ناٹ ریز دیر وائسز اگینسٹ دیر رولرز ٹائرنی اینڈ ڈی تھرونڈ ہم ہاؤ کڈ دوز لیبنیز ایون ایور تھاٹ اف ری گروپنگ فار دعوی اگین انڈر دوز فارمر کنڈیشنز وین دیر فارمر رولر واز اگینسٹ ایون دیر پیس فل دعوی پیس فل ورک</w:t>
      </w:r>
    </w:p>
    <w:p>
      <w:r>
        <w:rPr>
          <w:b/>
        </w:rPr>
        <w:t xml:space="preserve">[1:04:59] </w:t>
      </w:r>
      <w:r>
        <w:t>my second question is if you will accept one person as a political imam then what is the point of elections in a democracy lastly i want to say maulana sahib may allah bless you with health and long life you are a pearl of ummah bhai question pakad liya main ap bataein pehla question pehle kya hai pehla wala maul</w:t>
      </w:r>
    </w:p>
    <w:p>
      <w:pPr>
        <w:jc w:val="right"/>
      </w:pPr>
      <w:r>
        <w:t>مائی سیکنڈ کوئسچن از اف یو ویل ایکسیپٹ ون پرسن ایز ا پولیٹیکل امام دین واٹ از دا پوائنٹ اف الیکشنز ان ا ڈیموکریسی لاسٹلی ائی وانٹ ٹو سے مولانا صاحب می اللہ بلیس یو ود ہیلتھ اینڈ لانگ لائف یو ار ا پرل اف ار امہ بھائی کوئسچن پکڑ لیا میں اپ بتائیں پہلا کوئسچن پہلے کیا ہے پہلا والا مول</w:t>
      </w:r>
    </w:p>
    <w:p>
      <w:r>
        <w:rPr>
          <w:b/>
        </w:rPr>
        <w:t xml:space="preserve">[1:05:25] </w:t>
      </w:r>
      <w:r>
        <w:t>ana woh status quizm ko le ke unhon ne sawal kiya hai ke ap ne jo aj kaha lecture mein to woh yeh keh rahe hain ke libya mein to logon ne ah violence kara ruler ke khilaf aur dethrone kar diya aur sath hi mein unhon ne yeh bhi kaha ke jo wahan ke log hain jo daawa work kar rahe hain unhon ne regrouping bhi kari aur daawa work jari rakha to is ko le ke unhon ne sawal kiya hai Maulana kya sawal kiya hai</w:t>
      </w:r>
    </w:p>
    <w:p>
      <w:pPr>
        <w:jc w:val="right"/>
      </w:pPr>
      <w:r>
        <w:t>انا وہ سٹیٹس کوئزم کو لے کے انہوں نے سوال کیا ہے کہ اپ نے جو اج کہا لیکچر میں تو وہ یہ کہہ رہے ہیں کہ لبیا میں تو لوگوں نے اہ وائلنس کرا رولر کے خلاف اور ڈی تھرون کر دیا اور ساتھ ہی میں انہوں نے یہ بھی کہا کہ جو وہاں کے لوگ ہیں جو دعوی ورک کر رہے ہیں انہوں نے ری گروپنگ بھی کری اور دعوی ورک جاری رکھا تو اس کو لے کے انہوں نے سوال کیا ہے مولانا کیا سوال کیا ہے</w:t>
      </w:r>
    </w:p>
    <w:p>
      <w:r>
        <w:rPr>
          <w:b/>
        </w:rPr>
        <w:t xml:space="preserve">[1:05:53] </w:t>
      </w:r>
      <w:r>
        <w:t>kya sawal to samjha nahi mein hmm hain Maulana woh sawal actually is se link nahi ho pa raha hai ah jo unhon ne ah mention kara hai bhai doosre log kya kar rahe hain hmm is mein sawal kya banaya hai unhon ne woh to clear nahi hua na hmm hain ji</w:t>
      </w:r>
    </w:p>
    <w:p>
      <w:pPr>
        <w:jc w:val="right"/>
      </w:pPr>
      <w:r>
        <w:t>کیا سوال تو سمجھا نہیں میں ہمم ہیں مولانا وہ سوال ایکچولی اس سے لنک نہیں ہو پا رہا ہے اہ جو انہوں نے اہ مینشن کرا ہے بھئی دوسرے لوگ کیا کر رہے ہیں ہمم اس میں سوال کیا بنایا ہے انہوں نے وہ تو کلیئر نہیں ہوا نا ہمم ہیں جی</w:t>
      </w:r>
    </w:p>
    <w:p>
      <w:r>
        <w:rPr>
          <w:b/>
        </w:rPr>
        <w:t xml:space="preserve">[1:06:13] </w:t>
      </w:r>
      <w:r>
        <w:t>Maulana jo doosra sawal hai woh ah is ke baray mein ap bata sakte hain ke ah of of you well accept one person as ar political imam hmm then what is the point of elections in a democracy yehi to hai bhai ek imam chun lo yeh to mein ne kaha hmm ke democracy mein jab ek party ya ek shakhs chun liya gaya to us ko maan lijiye ab yeh na shor machai ke rigging hui hui</w:t>
      </w:r>
    </w:p>
    <w:p>
      <w:pPr>
        <w:jc w:val="right"/>
      </w:pPr>
      <w:r>
        <w:t>مولانا جو دوسرا سوال ہے وہ اہ اس کے بارے میں اپ بتا سکتے ہیں کہ اہ اف اف یو ویل ایکسیپٹ ون پرسن ایز ار پولیٹیکل امام ہمم دین واٹ از دا پوائنٹ اف الیکشنز ان ا ڈیموکریسی یہی تو ہے بھئی ایک امام چن لو یہ تو میں نے کہا ہمم کہ ڈیموکریسی میں جب ایک پارٹی یا ایک شخص چن لیا گیا تو اس کو مان لیجئے اب یہ نا شور مچائی کہ ریگنگ ہوئی ہوئی</w:t>
      </w:r>
    </w:p>
    <w:p>
      <w:r>
        <w:rPr>
          <w:b/>
        </w:rPr>
        <w:t xml:space="preserve">[1:06:41] </w:t>
      </w:r>
      <w:r>
        <w:t>yeh to mein ne kaha hmm ap chale jaiye doosre kaam karne ke liye yani education ki field mein daawa field mein business ki field mein aur logon ke andar lal jhagda khatam karne ki field mein bohat kaam hai sab kijiye woh woh woh to wohi baat hai wahan bhi ji ke election ka result accept kar lijiye yeh mat kahiye ke result ko ap challenge karein wohi to baat hai yaar</w:t>
      </w:r>
    </w:p>
    <w:p>
      <w:pPr>
        <w:jc w:val="right"/>
      </w:pPr>
      <w:r>
        <w:t>یہ تو میں نے کہا ہمم اپ چلے جائیے دوسرے کام کرنے کے لیے یعنی ایجوکیشن کی فیلڈ میں دعوی فیلڈ میں بزنس کی فیلڈ میں اور لوگوں کے اندر لال جھگڑا ختم کرنے کی فیلڈ میں بہت کام ہے سب کیجئے وہ وہ وہ تو وہی بات ہے وہاں بھی جی کہ الیکشن کا رزلٹ ایکسیپٹ کر لیجئے یہ مت کہیے کہ رزلٹ کو اپ چیلنج کریں وہی تو بات ہے یار</w:t>
      </w:r>
    </w:p>
    <w:p>
      <w:r>
        <w:rPr>
          <w:b/>
        </w:rPr>
        <w:t xml:space="preserve">[1:07:08] </w:t>
      </w:r>
      <w:r>
        <w:t>Maulana agla sawal lete hain jo Delhi se hai miss Naghma Siddiqui ka unhon ne likha hai development of society needs positive individuals how can one understand this and develop ones personality in positive lines dekhiye khulasa yeh hai ke goal agar ap ka akhirat hai apne ap ap positive ho jayenge goal agar akhirat nahi hai tab hi negative ho jayenge log</w:t>
      </w:r>
    </w:p>
    <w:p>
      <w:pPr>
        <w:jc w:val="right"/>
      </w:pPr>
      <w:r>
        <w:t>مولانا اگلا سوال لیتے ہیں جو دلی سے ہے مس نغمہ صدیقی کا انہوں نے لکھا ہے ڈیویلپمنٹ اف سوسائٹی نیڈز پوزیٹیو انڈیویجولز ہاؤ کین ون انڈرسٹینڈ دس اینڈ ڈیویلپ ونز پرسنیلٹی ان پوزیٹیو لائنز دیکھیے خلاصہ یہ ہے کہ گول اگر اپ کا اخرت ہے اپنے اپ اپ پازیٹیو ہو جائیں گے گول اگر اخرت نہیں ہے تب ہی نیگیٹیو ہو جاتے ہیں لوگ</w:t>
      </w:r>
    </w:p>
    <w:p>
      <w:r>
        <w:rPr>
          <w:b/>
        </w:rPr>
        <w:t xml:space="preserve">[1:07:38] </w:t>
      </w:r>
      <w:r>
        <w:t>kyunke agar goal akhirat ho to baqayda secretary ban jati hai yeh ho to kya woh ho to kya yeh bhi theek hai woh bhi theek hai sara mamla hai ke logon ka goal akhirat nahi hota un ka goal duniya hota hai aur duniya mein aisa nafa nuksan ke tajurbe hote hain akhirat ko le kar koi nafa nuksan ka tajurba nahi to hamara mission jo yeh hai ke logon ko andar yeh samajh paida karna hai ke woh akhirat ko apna goal banayein</w:t>
      </w:r>
    </w:p>
    <w:p>
      <w:pPr>
        <w:jc w:val="right"/>
      </w:pPr>
      <w:r>
        <w:t>کیونکہ اگر گول اخرت ہو تو باقاعدہ سیکرٹری بن جاتی ہے یہ ہو تو کیا وہ ہو تو کیا یہ بھی ٹھیک ہے وہ بھی ٹھیک ہے سارا معاملہ ہے کہ لوگوں کا گول اخرت نہیں ہوتا ان کا گول دنیا ہوتا ہے اور دنیا میں ایسا نفع نقصان کے تجربے ہوتے ہیں اخرت کو لے کر کوئی نفع نقصان کا تجربہ نہیں تو ہمارا مشن جو یہ ہے کہ لوگوں کو اندر یہ سمجھ پیدا کرنا ہے کہ وہ اخرت کو اپنا گول بنائیں</w:t>
      </w:r>
    </w:p>
    <w:p>
      <w:r>
        <w:rPr>
          <w:b/>
        </w:rPr>
        <w:t xml:space="preserve">[1:08:07] </w:t>
      </w:r>
      <w:r>
        <w:t>baqi sab cheezon ko secretary bana dein yehi ek hi solution hai is mamle ka Maulana agla sawal Raipur se hai miss Shabana ka unhon ne likha hai i have got an assignment to teach english to madrasa girls this goes me an opportunity of interaction for about one month</w:t>
      </w:r>
    </w:p>
    <w:p>
      <w:pPr>
        <w:jc w:val="right"/>
      </w:pPr>
      <w:r>
        <w:t>باقی سب چیزوں کو سیکرٹری بنا دیں یہی ایک ہی سلویوشن ہے اس معاملے کا مولانا اگلا سوال رائے پور سے ہے مس شبانہ کا انہوں نے لکھا ہے ائی ہیو گاٹ این اسائنمنٹ ٹو ٹیچ انگلش ٹو مدرسہ گرلز دس گوز می این اپرچونیٹی اف انٹریکشن فار اباؤٹ ون منتھ</w:t>
      </w:r>
    </w:p>
    <w:p>
      <w:r>
        <w:rPr>
          <w:b/>
        </w:rPr>
        <w:t xml:space="preserve">[1:08:29] </w:t>
      </w:r>
      <w:r>
        <w:t>Maulana sahib you have mentioned many times that asal cheez hai development of mind that is positive thinking open mind its please guide me as to how i can effectively use this time of one month to start the process of the girls positive mind development</w:t>
      </w:r>
    </w:p>
    <w:p>
      <w:pPr>
        <w:jc w:val="right"/>
      </w:pPr>
      <w:r>
        <w:t>مولانا صاحب یو ہیو مینشن مینی ٹائمز دیٹ اصل چیز ہے ڈیویلپمنٹ اف مائنڈ دیٹ از پوزیٹیو تھنکنگ اوپن مائنڈ ایٹس پلیز گائیڈ می ایز ٹو ہاؤ ائی کین ایفیکٹیولی یوز دس ٹائم اف ون منتھ ٹو سٹارٹ دی پروسیس اف دی گرلز پوزیٹیو مائنڈ ڈیویلپمنٹ</w:t>
      </w:r>
    </w:p>
    <w:p>
      <w:r>
        <w:rPr>
          <w:b/>
        </w:rPr>
        <w:t xml:space="preserve">[1:08:53] </w:t>
      </w:r>
      <w:r>
        <w:t>bhai yeh to ap yeh to on the spot baat tay karne ki hai ke jahan ap parhati hain woh station kya hai wahan kaise log hain wahan ke halaat kya hain is ke lehaz se ap khud plan karengi hum yahan se nahi bata sakte ke ap kya plan karein yahan se hum koi yani do do char ki tarah koi plan yahan se nahi bata sakte ap</w:t>
      </w:r>
    </w:p>
    <w:p>
      <w:pPr>
        <w:jc w:val="right"/>
      </w:pPr>
      <w:r>
        <w:t>بھئی یہ تو اپ یہ تو ان دا سپاٹ بات طے کرنے کی ہے کہ جہاں اپ پڑھاتی ہیں وہ سٹیشن کیا ہے وہاں کیسے لوگ ہیں وہاں کے حالات کیا ہیں اس کے لحاظ سے اپ خود پلان کریں گی ہم یہاں سے نہیں بتا سکتے کہ اپ کیا پلان کریں یہاں سے ہم کوئی یعنی دو دو چار کی طرح کوئی پلان یہاں سے نہیں بتا سکتے اپ</w:t>
      </w:r>
    </w:p>
    <w:p>
      <w:r>
        <w:rPr>
          <w:b/>
        </w:rPr>
        <w:t xml:space="preserve">[1:09:19] </w:t>
      </w:r>
      <w:r>
        <w:t>ko woh ap ko khud decide karna hai wahan ke halaat ko read kar ke maulana agla sawal</w:t>
      </w:r>
    </w:p>
    <w:p>
      <w:pPr>
        <w:jc w:val="right"/>
      </w:pPr>
      <w:r>
        <w:t>کو وہ اپ کو خود ڈیسائیڈ کرنا ہے وہاں کے حالات کو ریڈ کر کے مولانا اگلا سوال</w:t>
      </w:r>
    </w:p>
    <w:p>
      <w:r>
        <w:rPr>
          <w:b/>
        </w:rPr>
        <w:t xml:space="preserve">[1:09:25] </w:t>
      </w:r>
      <w:r>
        <w:t>ah ghazi abad se hai aqeel ahmed sahab ka unhon ne likha hai ap ne abhi farmaya ke</w:t>
      </w:r>
    </w:p>
    <w:p>
      <w:pPr>
        <w:jc w:val="right"/>
      </w:pPr>
      <w:r>
        <w:t>اہ غازی اباد سے ہے عقیل احمد صاحب کا انہوں نے لکھا ہے اپ نے ابھی فرمایا کہ</w:t>
      </w:r>
    </w:p>
    <w:p>
      <w:r>
        <w:rPr>
          <w:b/>
        </w:rPr>
        <w:t xml:space="preserve">[1:09:33] </w:t>
      </w:r>
      <w:r>
        <w:t>pakistan mein tamam leader millat ke masail ka hal siyasat ko batatay hain kuch aisi tehreekein bhi hain</w:t>
      </w:r>
    </w:p>
    <w:p>
      <w:pPr>
        <w:jc w:val="right"/>
      </w:pPr>
      <w:r>
        <w:t>پاکستان میں تمام لیڈر ملت کے مسائل کا حل سیاست کو بتاتے ہیں کچھ ایسی تحریکیں بھی ہیں</w:t>
      </w:r>
    </w:p>
    <w:p>
      <w:r>
        <w:rPr>
          <w:b/>
        </w:rPr>
        <w:t xml:space="preserve">[1:09:40] </w:t>
      </w:r>
      <w:r>
        <w:t>jo taleem ke maidan mein kaam kar rahi hain ap ne un ka zikr nahi kiya is ki</w:t>
      </w:r>
    </w:p>
    <w:p>
      <w:pPr>
        <w:jc w:val="right"/>
      </w:pPr>
      <w:r>
        <w:t>جو تعلیم کے میدان میں کام کر رہی ہیں اپ نے ان کا ذکر نہیں کیا اس کی</w:t>
      </w:r>
    </w:p>
    <w:p>
      <w:r>
        <w:rPr>
          <w:b/>
        </w:rPr>
        <w:t xml:space="preserve">[1:09:46] </w:t>
      </w:r>
      <w:r>
        <w:t>wajah kya hai</w:t>
      </w:r>
    </w:p>
    <w:p>
      <w:pPr>
        <w:jc w:val="right"/>
      </w:pPr>
      <w:r>
        <w:t>وجہ کیا ہے</w:t>
      </w:r>
    </w:p>
    <w:p>
      <w:r>
        <w:rPr>
          <w:b/>
        </w:rPr>
        <w:t xml:space="preserve">[1:09:49] </w:t>
      </w:r>
      <w:r>
        <w:t>madrasa chala rahi hain madrasa woh us ko mein ne jab bhi mein lafz bolta hoon taleem to meri murad hoti hai secular education wahan madarse log madarse zaroor chala rahe hain secular education to wahan kis cheez kar rahe hain woh musalman to bohat hi musalmanon ke jo school hain woh bohat hi mamooli yani standard ke hain koi standard un ka nahi hai</w:t>
      </w:r>
    </w:p>
    <w:p>
      <w:pPr>
        <w:jc w:val="right"/>
      </w:pPr>
      <w:r>
        <w:t>مدرسہ چلا رہی ہیں مدرسہ وہ اس کو میں نے جب بھی میں لفظ بولتا ہوں تعلیم تو میری مراد ہوتی ہے سیکولر ایجوکیشن وہاں مدرسے لوگ مدرسے ضرور چلا رہے ہیں سیکولر ایجوکیشن تو وہاں کس چیز کر رہے ہیں وہ مسلمان تو بہت ہی مسلمانوں کے جو اسکول ہیں وہ بہت ہی معمولی یعنی سٹینڈرڈ کے ہیں کوئی سٹینڈرڈ ان کا نہیں ہے</w:t>
      </w:r>
    </w:p>
    <w:p>
      <w:r>
        <w:rPr>
          <w:b/>
        </w:rPr>
        <w:t xml:space="preserve">[1:10:15] </w:t>
      </w:r>
      <w:r>
        <w:t>yehi to kami hai ke azadi ke baad dekhiye India aur Pakistan dono jagah ek hi kaam karna tha ke do kamon par sara zor diya jata hai sirf do kaam bas infrastructure aur education education meri baat hai secular education lekin na India mein yeh kaam theek tarike se hua na Pakistan mein dono jagah nahi hua</w:t>
      </w:r>
    </w:p>
    <w:p>
      <w:pPr>
        <w:jc w:val="right"/>
      </w:pPr>
      <w:r>
        <w:t>یہی تو کمی ہے کہ ازادی کے بعد دیکھیے انڈیا اور پاکستان دونوں جگہ ایک ہی کام کرنا تھا کہ دو کاموں پر سارا زور دیا جاتا ہے صرف دو کام بس انفراسٹرکچر اور ایجوکیشن ایجوکیشن میری بات ہے سیکولر ایجوکیشن لیکن نہ انڈیا میں یہ کام ٹھیک طریقے سے ہوا نہ پاکستان میں دونوں جگہ نہیں ہوا</w:t>
      </w:r>
    </w:p>
    <w:p>
      <w:r>
        <w:rPr>
          <w:b/>
        </w:rPr>
        <w:t xml:space="preserve">[1:10:42] </w:t>
      </w:r>
      <w:r>
        <w:t>aj bhi dekhiye abhi mein ne dekha ke duniya ke hundred universities mein jo top ki hain un mein se ek bhi India ki university nahi hai duniya ki hundred top ki universities mein India ki ek bhi university nahi hai aur Pakistan to dollar hai to dekhiye starting point pakarne mein India ki leadership bhi fail ho gayi aur Pakistan ki leadership bhi fail ho gayi</w:t>
      </w:r>
    </w:p>
    <w:p>
      <w:pPr>
        <w:jc w:val="right"/>
      </w:pPr>
      <w:r>
        <w:t>اج بھی دیکھیے ابھی میں نے دیکھا کہ دنیا کے ہنڈرڈ یونیورسٹیز میں جو ٹاپ کی ہیں ان میں سے ایک بھی انڈیا کی یونیورسٹی نہیں ہے دنیا کی ہنڈرڈ ٹاپ کی یونیورسٹیز میں انڈیا کی ایک بھی یونیورسٹی نہیں ہے اور پاکستان تو ڈولر ہے تو دیکھیے سٹارٹنگ پوائنٹ پکڑنے میں انڈیا کی لیڈرشپ بھی فیل ہو گئی اور پاکستان کی لیڈرشپ بھی فیل ہو گئی</w:t>
      </w:r>
    </w:p>
    <w:p>
      <w:r>
        <w:rPr>
          <w:b/>
        </w:rPr>
        <w:t xml:space="preserve">[1:11:10] </w:t>
      </w:r>
      <w:r>
        <w:t>azadi ke baad jo starting point tha woh yehi tha ke do cheezon ke pas diya jaye is sab bohat umda qism ka infrastructure aur bohat umda qism ki education yehi nahi hua na yahan hua na wahan hua to mein samajhta hoon ke Pakistan to ek well disturbed ho chuka hai India bhi development yahan bhi bohat hi mamooli hua abhi bhi India develop countries mein shumar karne qabil</w:t>
      </w:r>
    </w:p>
    <w:p>
      <w:pPr>
        <w:jc w:val="right"/>
      </w:pPr>
      <w:r>
        <w:t>ازادی کے بعد جو سٹارٹنگ پوائنٹ تھا وہ یہی تھا کہ دو چیزوں کے پاس دیا جائے اس سب بہت عمدہ قسم کا انفراسٹرکچر اور بہت عمدہ قسم کی ایجوکیشن یہی نہیں ہوا نہ یہاں ہوا نہ وہاں ہوا تو میں سمجھتا ہوں کہ پاکستان تو ایک ویل ڈسٹرب ہو چکا ہے انڈیا بھی ڈیویلپمنٹ یہاں بھی بہت ہی معمولی ہوا ابھی بھی انڈیا ڈیویلپ کنٹریز میں شمار کرنے قابل</w:t>
      </w:r>
    </w:p>
    <w:p>
      <w:r>
        <w:rPr>
          <w:b/>
        </w:rPr>
        <w:t xml:space="preserve">[1:11:35] </w:t>
      </w:r>
      <w:r>
        <w:t>nahi hai Maulana woh jo Pakistan se lady ne sawal kiya tha us ka clarification aya hai Maulana woh asal mein yeh janna chah rahi theen ke sometimes political activism is necessary as in Libya if Gaddafi had not been dethroned there would have been no opportunity for such constructive activities like daawa work to us ke baray mein ap kya kehna chahenge</w:t>
      </w:r>
    </w:p>
    <w:p>
      <w:pPr>
        <w:jc w:val="right"/>
      </w:pPr>
      <w:r>
        <w:t>نہیں ہے مولانا وہ جو پاکستان سے لیڈی نے سوال کیا تھا اس کا کلیریفیکیشن ایا ہے مولانا وہ اصل میں یہ جاننا چاہ رہی تھیں کہ سم ٹائمز پولیٹیکل ایکٹیوزم از نیسیسری ایز ان لبیا اف گدافی ہیڈ ناٹ بین ڈی تھرونڈ دیر وڈ ہیو بین نو اپرچونیٹی فار سچ کنسٹرکٹیو ایکٹیویٹیز لائک دعوی ورک تو اس کے بارے میں اپ کیا کہنا چاہیں گے</w:t>
      </w:r>
    </w:p>
    <w:p>
      <w:r>
        <w:rPr>
          <w:b/>
        </w:rPr>
        <w:t xml:space="preserve">[1:12:04] </w:t>
      </w:r>
      <w:r>
        <w:t>nahi mujhe is mein ikhtilaf hai apki rai se political activism ko mein koi activity nahi manta is par mein ne bohat likha hai mein sirf daawa activism ko manta hoon daawa activism aur educational activity bas baqi cheezein isi se nikalti hain abhi bhi Libya mein kya kuch bhi koi positive baat to hui nahi abhi bhi wahan marqat hai</w:t>
      </w:r>
    </w:p>
    <w:p>
      <w:pPr>
        <w:jc w:val="right"/>
      </w:pPr>
      <w:r>
        <w:t>نہیں مجھے اس میں اختلاف ہے اپ کی رائے سے پولیٹیکل ایکٹیوزم کو میں کوئی ایکٹیویٹی نہیں مانتا اس پر میں نے بہت لکھا ہے میں صرف دعوی ایکٹیوزم کو مانتا ہوں دعوی ایکٹیوزم اور ایجوکیشنل ایکٹیویٹی بس بقیہ چیزیں اسی سے نکلتی ہیں ابھی بھی لیبیا میں کیا کچھ بھی کوئی پازیٹیو بات تو ہوئی نہیں ابھی بھی وہاں مارکاٹ ہے</w:t>
      </w:r>
    </w:p>
    <w:p>
      <w:r>
        <w:rPr>
          <w:b/>
        </w:rPr>
        <w:t xml:space="preserve">[1:12:31] </w:t>
      </w:r>
      <w:r>
        <w:t>koi wahan par discipline nahi hai koi law and order nahi hai bohat bura haal hai Libya ka to mein sirf yeh manta hoon ke is waqt masraf duniya mein do hi kaam karne ke hain educational activism aur aur yeh daawa activism yeh to kahin bhi nahi hai wahan Libya mein kuch log jo thora bohat jo mauqa us ko istemal kar rahe hain</w:t>
      </w:r>
    </w:p>
    <w:p>
      <w:pPr>
        <w:jc w:val="right"/>
      </w:pPr>
      <w:r>
        <w:t>کوئی وہاں پر ڈسپلن نہیں ہے کوئی لاء اینڈ ارڈر نہیں ہے بہت برا حال ہے لیبیا کا تو میں صرف یہی مانتا ہوں کہ اس وقت مصرف دنیا میں دو ہی کام کرنے کے ہیں ایجوکیشنل ایکٹیوزم اور اور یہ دعوی ایکٹیوزم یہ تو کہیں بھی نہیں ہے وہاں لیبیا میں کچھ لوگ جو تھوڑا بہت جو موقع اس کو استعمال کر رہے ہیں</w:t>
      </w:r>
    </w:p>
    <w:p>
      <w:r>
        <w:rPr>
          <w:b/>
        </w:rPr>
        <w:t xml:space="preserve">[1:13:01] </w:t>
      </w:r>
      <w:r>
        <w:t>on the whole mulk mein to achi halat nahi hai wahan par</w:t>
      </w:r>
    </w:p>
    <w:p>
      <w:pPr>
        <w:jc w:val="right"/>
      </w:pPr>
      <w:r>
        <w:t>ان دا ہول ملک میں تو اچھی حالت نہیں ہے وہاں پر</w:t>
      </w:r>
    </w:p>
    <w:p>
      <w:r>
        <w:rPr>
          <w:b/>
        </w:rPr>
        <w:t xml:space="preserve">[1:13:08] </w:t>
      </w:r>
      <w:r>
        <w:t>Maulana agla sawal Chennai se hai Maulana Iqbal Omri ka unhon ne likha hai ke har aadmi aj aj ki date mein insan ko razi karna chahta hai Khuda ko nahi mein samajhta hoon ke agar Khuda ko razi kar le to sare insano ko bhi razi kar lega kya yeh aisa mumkin hai</w:t>
      </w:r>
    </w:p>
    <w:p>
      <w:pPr>
        <w:jc w:val="right"/>
      </w:pPr>
      <w:r>
        <w:t>مولانا اگلا سوال چنئی سے ہے مولانا اقبال عمری کا انہوں نے لکھا ہے کہ ہر ادمی اج اج کی ڈیٹ میں انسان کو راضی کرنا چاہتا ہے خدا کو نہیں میں سمجھتا ہوں کہ اگر خدا کو راضی کر لے تو سارے انسانوں کو بھی راضی کر لے گا کیا یہ ایسا ممکن ہے</w:t>
      </w:r>
    </w:p>
    <w:p>
      <w:r>
        <w:rPr>
          <w:b/>
        </w:rPr>
        <w:t xml:space="preserve">[1:13:31] </w:t>
      </w:r>
      <w:r>
        <w:t>dekhein nahi Khuda ko razi karne se insan razi ho jayenge mein is ko nahi manta kyunke yeh to darul imtihan hai darul imtihan jab hai to wahan par sab sab kuch hota rahega jo aj ho raha hai yani Allah ko razi hone ka jo jo result hai woh akhirat mein milega duniya mein mil jaye mein is ko nahi manta</w:t>
      </w:r>
    </w:p>
    <w:p>
      <w:pPr>
        <w:jc w:val="right"/>
      </w:pPr>
      <w:r>
        <w:t>دیکھیں نہیں خدا کو راضی کرنے سے انسان راضی ہو جائیں گے میں اس کو نہیں مانتا کیونکہ یہ تو دارالامتحان ہے دارالامتحان جب ہے تو وہاں پر سب سب کچھ ہوتا رہے گا جو اج ہو رہا ہے یعنی اللہ کو راضی ہونے کا جو جو رزلٹ ہے وہ اخرت میں ملے گا دنیا میں مل جائے میں اس کو نہیں مانتا</w:t>
      </w:r>
    </w:p>
    <w:p>
      <w:r>
        <w:rPr>
          <w:b/>
        </w:rPr>
        <w:t xml:space="preserve">[1:13:55] </w:t>
      </w:r>
      <w:r>
        <w:t>kyunke tamam paighambaron ne Allah ko razi kiya lekin insan un se ladta raha un se un ka takrao karta raha to dono lazim marzub nahi hain theek hai</w:t>
      </w:r>
    </w:p>
    <w:p>
      <w:pPr>
        <w:jc w:val="right"/>
      </w:pPr>
      <w:r>
        <w:t>کیونکہ تمام پیغمبروں نے اللہ کو راضی کیا لیکن انسان ان سے لڑتا رہا ان سے ان کا ٹکراؤ کرتا رہا تو دونوں لازم مردوب نہیں ہیں ٹھیک ہے</w:t>
      </w:r>
    </w:p>
    <w:p>
      <w:r>
        <w:rPr>
          <w:b/>
        </w:rPr>
        <w:t xml:space="preserve">[1:14:17] </w:t>
      </w:r>
      <w:r>
        <w:t>Maulana agla sawal Lucknow se hai Muhammad Danish Fazal sahib ka</w:t>
      </w:r>
    </w:p>
    <w:p>
      <w:pPr>
        <w:jc w:val="right"/>
      </w:pPr>
      <w:r>
        <w:t>مولانا اگلا سوال لکھنو سے ہے محمد دانش فضل صاحب کا</w:t>
      </w:r>
    </w:p>
    <w:p>
      <w:r>
        <w:rPr>
          <w:b/>
        </w:rPr>
        <w:t xml:space="preserve">[1:14:22] </w:t>
      </w:r>
      <w:r>
        <w:t>unhon ne likha hai hamare liye sare paighambar mein iswa hai ya sirf Prophet Muhammad mein hume sare paighambaron ko follow karna hai ya sirf Prophet Muhammad ko is ko wazeh karein Quran mein bohat wazeh hai ke sab paighambar iswa hain Quran ki ek ayat hai ke kai paighambaron ko naam bana zikr kiya gaya hai</w:t>
      </w:r>
    </w:p>
    <w:p>
      <w:pPr>
        <w:jc w:val="right"/>
      </w:pPr>
      <w:r>
        <w:t>انہوں نے لکھا ہے ہمارے لیے سارے پیغمبر میں اسوہ ہے یا صرف پرافٹ محمد میں ہمیں سارے پیغمبروں کو فالو کرنا ہے یا صرف پرافٹ محمد کو اس کو واضح کریں قران میں بہت واضح ہے کہ سب پیغمبر اسوہ ہیں قران کی ایک ایت ہے کہ کئی پیغمبروں کو نام بنا ذکر کیا گیا ہے</w:t>
      </w:r>
    </w:p>
    <w:p>
      <w:r>
        <w:rPr>
          <w:b/>
        </w:rPr>
        <w:t xml:space="preserve">[1:14:47] </w:t>
      </w:r>
      <w:r>
        <w:t>ek hi jagah aur phir farmaya ke ulul azim allazina hadallah fahdohom behtada yeh hain woh log jin ko Allah ne hadayat di to un sab ki tum pervi karo yeh to bohat clear hai Quran majeed mein.</w:t>
      </w:r>
    </w:p>
    <w:p>
      <w:pPr>
        <w:jc w:val="right"/>
      </w:pPr>
      <w:r>
        <w:t>ایک ہی جگہ اور پھر فرمایا کہ اولائے الذین ہد اللہ فبہدا مقتد یہ ہیں وہ لوگ جن کو اللہ نے ہدایت دی تو ان سب کی تم پیروی کرو یہ تو بہت کلیئر ہے قران مجید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