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Realisation of God December 13, 2015</w:t>
      </w:r>
    </w:p>
    <w:p>
      <w:r>
        <w:t>https://youtu.be/88yxy1lk1GU</w:t>
      </w:r>
    </w:p>
    <w:p>
      <w:r>
        <w:rPr>
          <w:b/>
        </w:rPr>
        <w:t xml:space="preserve">[00:14] </w:t>
      </w:r>
      <w:r>
        <w:t>bismillah rahman rahim. wasallallahu ala nabiyil karim.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yafqahu qawli.</w:t>
      </w:r>
    </w:p>
    <w:p>
      <w:pPr>
        <w:jc w:val="right"/>
      </w:pPr>
      <w:r>
        <w:t>یفقہ قولی۔</w:t>
      </w:r>
    </w:p>
    <w:p>
      <w:r>
        <w:rPr>
          <w:b/>
        </w:rPr>
        <w:t xml:space="preserve">[00:33] </w:t>
      </w:r>
      <w:r>
        <w:t>13 december 2015. aaj ka topic hai: ta'alluq billah, realization of God.</w:t>
      </w:r>
    </w:p>
    <w:p>
      <w:pPr>
        <w:jc w:val="right"/>
      </w:pPr>
      <w:r>
        <w:t>13 دسمبر 2015۔ آج کا ٹاپک ہے: تعلق باللہ، Realization of God۔</w:t>
      </w:r>
    </w:p>
    <w:p>
      <w:r>
        <w:rPr>
          <w:b/>
        </w:rPr>
        <w:t xml:space="preserve">[00:51] </w:t>
      </w:r>
      <w:r>
        <w:t>is waqt mein Nizamuddin Dawaish se bol raha hoon.</w:t>
      </w:r>
    </w:p>
    <w:p>
      <w:pPr>
        <w:jc w:val="right"/>
      </w:pPr>
      <w:r>
        <w:t>اس وقت میں نظام الدین ڈویس سے بول رہا ہوں۔</w:t>
      </w:r>
    </w:p>
    <w:p>
      <w:r>
        <w:rPr>
          <w:b/>
        </w:rPr>
        <w:t xml:space="preserve">[00:57] </w:t>
      </w:r>
      <w:r>
        <w:t>kuch log yahan maujood hain jo yeh baat ko direct sun rahe hain, aur bohat se log dunya ke mukhtalif hisson mein is ko internet ke zariye sun rahe hain.</w:t>
      </w:r>
    </w:p>
    <w:p>
      <w:pPr>
        <w:jc w:val="right"/>
      </w:pPr>
      <w:r>
        <w:t>کچھ لوگ یہاں موجود ہیں جو یہ بات کو ڈائریکٹ سن رہے ہیں، اور بہت سے لوگ دنیا کے مختلف حصوں میں اس کو انٹرنیٹ کے ذریعے سن رہے ہیں۔</w:t>
      </w:r>
    </w:p>
    <w:p>
      <w:r>
        <w:rPr>
          <w:b/>
        </w:rPr>
        <w:t xml:space="preserve">[01:14] </w:t>
      </w:r>
      <w:r>
        <w:t>aur aur bhi bohat se log hain jo baat ko download kar ke meri baat ko suneinge. to aap sab logon ke liye aaj mere paas ek khushkhabri hai.</w:t>
      </w:r>
    </w:p>
    <w:p>
      <w:pPr>
        <w:jc w:val="right"/>
      </w:pPr>
      <w:r>
        <w:t>اور اور بھی بہت سے لوگ ہیں جو بات کو ڈاؤن لوڈ کر کے میری بات کو سنیں گے۔ تو آپ سب لوگوں کے لیے آج میرے پاس ایک خوشخبری ہے۔</w:t>
      </w:r>
    </w:p>
    <w:p>
      <w:r>
        <w:rPr>
          <w:b/>
        </w:rPr>
        <w:t xml:space="preserve">[01:29] </w:t>
      </w:r>
      <w:r>
        <w:t>aap sab logon ke liye mere paas ek khushkhabri hai.</w:t>
      </w:r>
    </w:p>
    <w:p>
      <w:pPr>
        <w:jc w:val="right"/>
      </w:pPr>
      <w:r>
        <w:t>آپ سب لوگوں کے لیے میرے پاس ایک خوشخبری ہے۔</w:t>
      </w:r>
    </w:p>
    <w:p>
      <w:r>
        <w:rPr>
          <w:b/>
        </w:rPr>
        <w:t xml:space="preserve">[01:35] </w:t>
      </w:r>
      <w:r>
        <w:t>dekhiye, mera soul concern sari zindagi mein yeh raah hai ke aakhirat mein kis tarah Allah ki blessing mile.</w:t>
      </w:r>
    </w:p>
    <w:p>
      <w:pPr>
        <w:jc w:val="right"/>
      </w:pPr>
      <w:r>
        <w:t>دیکھیے، میرا سول کرسن ساری زندگی میں یہ راہ ہے کہ آخرت میں کس طرح اللہ کی بلیسنگ ملے۔</w:t>
      </w:r>
    </w:p>
    <w:p>
      <w:r>
        <w:rPr>
          <w:b/>
        </w:rPr>
        <w:t xml:space="preserve">[01:48] </w:t>
      </w:r>
      <w:r>
        <w:t>kyun ke asal zindagi aakhirat ki zindagi hai.</w:t>
      </w:r>
    </w:p>
    <w:p>
      <w:pPr>
        <w:jc w:val="right"/>
      </w:pPr>
      <w:r>
        <w:t>کیونکہ اصل زندگی آخرت کی زندگی ہے۔</w:t>
      </w:r>
    </w:p>
    <w:p>
      <w:r>
        <w:rPr>
          <w:b/>
        </w:rPr>
        <w:t xml:space="preserve">[01:53] </w:t>
      </w:r>
      <w:r>
        <w:t>Rasool Allah ne farmaya ke: "Allahumma la aisha illa aisha al-akhirah, faghfir al-ansar wal-muhajirah".</w:t>
      </w:r>
    </w:p>
    <w:p>
      <w:pPr>
        <w:jc w:val="right"/>
      </w:pPr>
      <w:r>
        <w:t>رسول اللہ نے فرمایا کہ: "اللهم لا عائشہ الا عائشہ الاخرہ، فاغفر الانصار والمہاجرہ" ۔</w:t>
      </w:r>
    </w:p>
    <w:p>
      <w:r>
        <w:rPr>
          <w:b/>
        </w:rPr>
        <w:t xml:space="preserve">[02:03] </w:t>
      </w:r>
      <w:r>
        <w:t>to aakhirat mein jo zindagi shuru hogi woh eternal hogi, eternal. wahan mujhe Allah ki maghfirat, Allah ki blessing mile.</w:t>
      </w:r>
    </w:p>
    <w:p>
      <w:pPr>
        <w:jc w:val="right"/>
      </w:pPr>
      <w:r>
        <w:t>تو آخرت میں جو زندگی شروع ہوگی وہ ایٹرنل ہوگی، ایٹرنل۔ وہاں مجھے اللہ کی مغفرت، اللہ کی بلیسنگ ملے۔</w:t>
      </w:r>
    </w:p>
    <w:p>
      <w:r>
        <w:rPr>
          <w:b/>
        </w:rPr>
        <w:t xml:space="preserve">[02:18] </w:t>
      </w:r>
      <w:r>
        <w:t>yeh mera sab se zyada concern raha hai, soul concern, sari zindagi. magar ek sawal tha mere zehen mein jo sirf kal uska jawab mila mujhe.</w:t>
      </w:r>
    </w:p>
    <w:p>
      <w:pPr>
        <w:jc w:val="right"/>
      </w:pPr>
      <w:r>
        <w:t>یہ میرا سب سے زیادہ کنسرن رہا ہے، سول کنسرن، ساری زندگی۔ مگر ایک سوال تھا میرے ذہن میں جو صرف کل اس کا جواب ملا مجھے۔</w:t>
      </w:r>
    </w:p>
    <w:p>
      <w:r>
        <w:rPr>
          <w:b/>
        </w:rPr>
        <w:t xml:space="preserve">[02:38] </w:t>
      </w:r>
      <w:r>
        <w:t>woh yeh hai:</w:t>
      </w:r>
    </w:p>
    <w:p>
      <w:pPr>
        <w:jc w:val="right"/>
      </w:pPr>
      <w:r>
        <w:t>وہ یہ ہے:</w:t>
      </w:r>
    </w:p>
    <w:p>
      <w:r>
        <w:rPr>
          <w:b/>
        </w:rPr>
        <w:t xml:space="preserve">[02:43] </w:t>
      </w:r>
      <w:r>
        <w:t>kehta hai ke "al-imanu bayna ar-raja'i wal-khawfi". iman umeed aur khauf ke darmiyan hai.</w:t>
      </w:r>
    </w:p>
    <w:p>
      <w:pPr>
        <w:jc w:val="right"/>
      </w:pPr>
      <w:r>
        <w:t>کہتا ہے کہ "الایمان بان رجاء والخوف" ۔ ایمان امید اور خوف کے درمیان ہے۔</w:t>
      </w:r>
    </w:p>
    <w:p>
      <w:r>
        <w:rPr>
          <w:b/>
        </w:rPr>
        <w:t xml:space="preserve">[02:56] </w:t>
      </w:r>
      <w:r>
        <w:t>is se mein yeh samjha tha ke Allah ki maghfirat ka muamla fifty fifty ka muamla hai.</w:t>
      </w:r>
    </w:p>
    <w:p>
      <w:pPr>
        <w:jc w:val="right"/>
      </w:pPr>
      <w:r>
        <w:t>اس سے میں یہ سمجھا تھا کہ اللہ کی مغفرت کا معاملہ ففٹی ففٹی کا معاملہ ہے۔</w:t>
      </w:r>
    </w:p>
    <w:p>
      <w:r>
        <w:rPr>
          <w:b/>
        </w:rPr>
        <w:t xml:space="preserve">[03:08] </w:t>
      </w:r>
      <w:r>
        <w:t>yani pachas percent hope hai aur pachas percent</w:t>
      </w:r>
    </w:p>
    <w:p>
      <w:pPr>
        <w:jc w:val="right"/>
      </w:pPr>
      <w:r>
        <w:t>یعنی پچاس پرسنٹ ہوپ ہے اور پچاس پرسنٹ</w:t>
      </w:r>
    </w:p>
    <w:p>
      <w:r>
        <w:rPr>
          <w:b/>
        </w:rPr>
        <w:t xml:space="preserve">[03:16] </w:t>
      </w:r>
      <w:r>
        <w:t>doosra pehlu hai.</w:t>
      </w:r>
    </w:p>
    <w:p>
      <w:pPr>
        <w:jc w:val="right"/>
      </w:pPr>
      <w:r>
        <w:t>دوسرا پہلو ہے۔</w:t>
      </w:r>
    </w:p>
    <w:p>
      <w:r>
        <w:rPr>
          <w:b/>
        </w:rPr>
        <w:t xml:space="preserve">[03:21] </w:t>
      </w:r>
      <w:r>
        <w:t>to yeh bohat hi zyada serious mujhe lagta tha.</w:t>
      </w:r>
    </w:p>
    <w:p>
      <w:pPr>
        <w:jc w:val="right"/>
      </w:pPr>
      <w:r>
        <w:t>تو یہ بہت ہی زیادہ سیریس مجھے لگتا تھا۔</w:t>
      </w:r>
    </w:p>
    <w:p>
      <w:r>
        <w:rPr>
          <w:b/>
        </w:rPr>
        <w:t xml:space="preserve">[03:25] </w:t>
      </w:r>
      <w:r>
        <w:t>mein zindagi bhar yeh sochta raha ke kya koi aisi surat hai ke</w:t>
      </w:r>
    </w:p>
    <w:p>
      <w:pPr>
        <w:jc w:val="right"/>
      </w:pPr>
      <w:r>
        <w:t>میں زندگی بھر یہ سوچتا رہا کہ کیا کوئی ایسی صورت ہے کہ</w:t>
      </w:r>
    </w:p>
    <w:p>
      <w:r>
        <w:rPr>
          <w:b/>
        </w:rPr>
        <w:t xml:space="preserve">[03:33] </w:t>
      </w:r>
      <w:r>
        <w:t>raja' jo hai, hope ka pehlu fifty one ho jaye aur khauf ka pehlu forty nine ho jaye.</w:t>
      </w:r>
    </w:p>
    <w:p>
      <w:pPr>
        <w:jc w:val="right"/>
      </w:pPr>
      <w:r>
        <w:t>رجاء جو ہے، ہوپ کا پہلو ففٹی ون ہو جائے اور خوف کا پہلو فورٹی نائن ہو جائے۔</w:t>
      </w:r>
    </w:p>
    <w:p>
      <w:r>
        <w:rPr>
          <w:b/>
        </w:rPr>
        <w:t xml:space="preserve">[03:47] </w:t>
      </w:r>
      <w:r>
        <w:t>aisa koi hai?</w:t>
      </w:r>
    </w:p>
    <w:p>
      <w:pPr>
        <w:jc w:val="right"/>
      </w:pPr>
      <w:r>
        <w:t>ایسا کوئی ہے؟</w:t>
      </w:r>
    </w:p>
    <w:p>
      <w:r>
        <w:rPr>
          <w:b/>
        </w:rPr>
        <w:t xml:space="preserve">[03:51] </w:t>
      </w:r>
      <w:r>
        <w:t>mein is ko bohat sochta tha, Quran aur Hadees mein ghaur karta tha. lekin mujhe khulta nahi tha yeh muamla. kal Allah ke fazl se khula.</w:t>
      </w:r>
    </w:p>
    <w:p>
      <w:pPr>
        <w:jc w:val="right"/>
      </w:pPr>
      <w:r>
        <w:t>میں اس کو بہت سوچتا تھا، قرآن اور حدیث میں غور کرتا تھا۔ لیکن مجھے کھلتا نہیں تھا یہ معاملہ۔ کل اللہ کے فضل سے کھلا۔</w:t>
      </w:r>
    </w:p>
    <w:p>
      <w:r>
        <w:rPr>
          <w:b/>
        </w:rPr>
        <w:t xml:space="preserve">[04:02] </w:t>
      </w:r>
      <w:r>
        <w:t>woh ek Hadees ke zariye. dekhiye, Hadees ki sab se zyada oonchi kitaab maani jaati hai Sahih al-Bukhari.</w:t>
      </w:r>
    </w:p>
    <w:p>
      <w:pPr>
        <w:jc w:val="right"/>
      </w:pPr>
      <w:r>
        <w:t>وہ ایک حدیث کے ذریعے۔ دیکھیے، حدیث کی سب سے زیادہ اونچی کتاب مانی جاتی ہے صحیح البخاری۔</w:t>
      </w:r>
    </w:p>
    <w:p>
      <w:r>
        <w:rPr>
          <w:b/>
        </w:rPr>
        <w:t xml:space="preserve">[04:12] </w:t>
      </w:r>
      <w:r>
        <w:t>to Sahih al-Bukhari mein ek Hadees paanch jagah naqal hui hai. is ke ilawa doosri kitabon mein bhi maujood hai.</w:t>
      </w:r>
    </w:p>
    <w:p>
      <w:pPr>
        <w:jc w:val="right"/>
      </w:pPr>
      <w:r>
        <w:t>تو صحیح البخاری میں ایک حدیث پانچ جگہ نقل ہوئی ہے۔ اس کے علاوہ دوسری کتابوں میں بھی موجود ہے۔</w:t>
      </w:r>
    </w:p>
    <w:p>
      <w:r>
        <w:rPr>
          <w:b/>
        </w:rPr>
        <w:t xml:space="preserve">[04:21] </w:t>
      </w:r>
      <w:r>
        <w:t>Hadees ki aksar kitabon mein yeh Hadees maujood hai. aur Sahih al-Bukhari mein paanch jagah naqal ki gayi hai. is se aap samajh sakte hain ke kitni important hai woh.</w:t>
      </w:r>
    </w:p>
    <w:p>
      <w:pPr>
        <w:jc w:val="right"/>
      </w:pPr>
      <w:r>
        <w:t>حدیث کی اکثر کتابوں میں یہ حدیث موجود ہے۔ اور صحیح البخاری میں پانچ جگہ نقل کی گئی ہے۔ اس سے آپ سمجھ سکتے ہیں کہ کتنی امپورٹنٹ ہے وہ۔</w:t>
      </w:r>
    </w:p>
    <w:p>
      <w:r>
        <w:rPr>
          <w:b/>
        </w:rPr>
        <w:t xml:space="preserve">[04:35] </w:t>
      </w:r>
      <w:r>
        <w:t>is Hadees mein Rasool Allah sallallahu alaihi wasallam ne bataya. yeh Hadees Qudsi hai. Hadees Qudsi us ko kehte hain ke peghambar ki zuban se Allah ki baat.</w:t>
      </w:r>
    </w:p>
    <w:p>
      <w:pPr>
        <w:jc w:val="right"/>
      </w:pPr>
      <w:r>
        <w:t>اس حدیث میں رسول اللہ صلی اللہ علیہ وسلم نے بتایا۔ یہ حدیث قدسی ہے۔ حدیث قدسی اور اس کو کہتے ہیں کہ پیغمبر کی زبان سے اللہ کی بات۔</w:t>
      </w:r>
    </w:p>
    <w:p>
      <w:r>
        <w:rPr>
          <w:b/>
        </w:rPr>
        <w:t xml:space="preserve">[04:54] </w:t>
      </w:r>
      <w:r>
        <w:t>to is hadith mein bataya gaya hai ke Allah ne jab insan ko khalq kiya, Allah ne jab insan ko paida kiya,</w:t>
      </w:r>
    </w:p>
    <w:p>
      <w:pPr>
        <w:jc w:val="right"/>
      </w:pPr>
      <w:r>
        <w:t>تو اس حدیث میں بتایا گیا ہے کہ اللہ نے جب انسان کو خلق کیا، اللہ نے جب انسان کو پیدا کیا،</w:t>
      </w:r>
    </w:p>
    <w:p>
      <w:r>
        <w:rPr>
          <w:b/>
        </w:rPr>
        <w:t xml:space="preserve">[05:12] </w:t>
      </w:r>
      <w:r>
        <w:t>fa kataba bi hady</w:t>
      </w:r>
    </w:p>
    <w:p>
      <w:pPr>
        <w:jc w:val="right"/>
      </w:pPr>
      <w:r>
        <w:t>فكتب بهدی</w:t>
      </w:r>
    </w:p>
    <w:p>
      <w:r>
        <w:rPr>
          <w:b/>
        </w:rPr>
        <w:t xml:space="preserve">[05:19] </w:t>
      </w:r>
      <w:r>
        <w:t>apne hath se ek baat likh di.</w:t>
      </w:r>
    </w:p>
    <w:p>
      <w:pPr>
        <w:jc w:val="right"/>
      </w:pPr>
      <w:r>
        <w:t>اپنے ہاتھ سے ایک بات لکھ دی۔</w:t>
      </w:r>
    </w:p>
    <w:p>
      <w:r>
        <w:rPr>
          <w:b/>
        </w:rPr>
        <w:t xml:space="preserve">[05:27] </w:t>
      </w:r>
      <w:r>
        <w:t>fa wub indahu fawqal arsh</w:t>
      </w:r>
    </w:p>
    <w:p>
      <w:pPr>
        <w:jc w:val="right"/>
      </w:pPr>
      <w:r>
        <w:t>فوب عنده فوق العرش</w:t>
      </w:r>
    </w:p>
    <w:p>
      <w:r>
        <w:rPr>
          <w:b/>
        </w:rPr>
        <w:t xml:space="preserve">[05:33] </w:t>
      </w:r>
      <w:r>
        <w:t>yeh baat Allah ke paas hai arsh ke upar.</w:t>
      </w:r>
    </w:p>
    <w:p>
      <w:pPr>
        <w:jc w:val="right"/>
      </w:pPr>
      <w:r>
        <w:t>یہ بات اللہ کے پاس ہے عرش کے اوپر۔</w:t>
      </w:r>
    </w:p>
    <w:p>
      <w:r>
        <w:rPr>
          <w:b/>
        </w:rPr>
        <w:t xml:space="preserve">[05:41] </w:t>
      </w:r>
      <w:r>
        <w:t>ghor kijiye kitni important iski beginning hai. ke Allah ne jab insan ko paida kiya</w:t>
      </w:r>
    </w:p>
    <w:p>
      <w:pPr>
        <w:jc w:val="right"/>
      </w:pPr>
      <w:r>
        <w:t>غور کیجیے کتنی امپورٹنٹ اس کی بگننگ ہے۔ کہ اللہ نے جب انسان کو پیدا کیا</w:t>
      </w:r>
    </w:p>
    <w:p>
      <w:r>
        <w:rPr>
          <w:b/>
        </w:rPr>
        <w:t xml:space="preserve">[05:52] </w:t>
      </w:r>
      <w:r>
        <w:t>to ek baat likh di apne hath se. fa kataba bi hady aur yeh likha hua fa wub indahu fawqal arsh yeh likhi hui baat Allah ke paas hai arsh ke upar.</w:t>
      </w:r>
    </w:p>
    <w:p>
      <w:pPr>
        <w:jc w:val="right"/>
      </w:pPr>
      <w:r>
        <w:t>تو ایک بات لکھ دی اپنے ہاتھ سے۔ فكتب بهدی اور یہ لکھا ہوا فوب عنده فوق العرش یہ لکھی ہوئی بات اللہ کے پاس ہے عرش کے اوپر۔</w:t>
      </w:r>
    </w:p>
    <w:p>
      <w:r>
        <w:rPr>
          <w:b/>
        </w:rPr>
        <w:t xml:space="preserve">[06:17] </w:t>
      </w:r>
      <w:r>
        <w:t>wo baat kya hai? wo baat yeh hai ke ghalabat rahmaty ala ghzby meri rahmat mere ghazab ke upar hai.</w:t>
      </w:r>
    </w:p>
    <w:p>
      <w:pPr>
        <w:jc w:val="right"/>
      </w:pPr>
      <w:r>
        <w:t>وہ بات کیا ہے؟ وہ بات یہ ہے کہ غلبت رحمتي علی غضبی میری رحمت میرے غضب کے اوپر ہے۔</w:t>
      </w:r>
    </w:p>
    <w:p>
      <w:r>
        <w:rPr>
          <w:b/>
        </w:rPr>
        <w:t xml:space="preserve">[06:34] </w:t>
      </w:r>
      <w:r>
        <w:t>ghalabat rahmaty ala ghzby meri rahmat mere ghazab ke upar hai. iska matlab kya hua?</w:t>
      </w:r>
    </w:p>
    <w:p>
      <w:pPr>
        <w:jc w:val="right"/>
      </w:pPr>
      <w:r>
        <w:t>غلبت رحمتي علی غضبی میری رحمت میرے غضب کے اوپر ہے۔ اس کا مطلب کیا ہوا؟</w:t>
      </w:r>
    </w:p>
    <w:p>
      <w:r>
        <w:rPr>
          <w:b/>
        </w:rPr>
        <w:t xml:space="preserve">[06:44] </w:t>
      </w:r>
      <w:r>
        <w:t>iska matlab yeh hua ke rahmat ke pehlu more than fifty percent hain.</w:t>
      </w:r>
    </w:p>
    <w:p>
      <w:pPr>
        <w:jc w:val="right"/>
      </w:pPr>
      <w:r>
        <w:t>اس کا مطلب یہ ہوا کہ رحمت کے پہلو مور دین ففٹی پرسنٹ ہیں۔</w:t>
      </w:r>
    </w:p>
    <w:p>
      <w:r>
        <w:rPr>
          <w:b/>
        </w:rPr>
        <w:t xml:space="preserve">[06:55] </w:t>
      </w:r>
      <w:r>
        <w:t>ghazab ka pehlu less than fifty percent hai.</w:t>
      </w:r>
    </w:p>
    <w:p>
      <w:pPr>
        <w:jc w:val="right"/>
      </w:pPr>
      <w:r>
        <w:t>غضب کا پہلو لیس دین ففٹی پرسنٹ ہے۔</w:t>
      </w:r>
    </w:p>
    <w:p>
      <w:r>
        <w:rPr>
          <w:b/>
        </w:rPr>
        <w:t xml:space="preserve">[07:04] </w:t>
      </w:r>
      <w:r>
        <w:t>insan se mawakhza ke mamle mein Allah taala insan ka mawakhza kare ga</w:t>
      </w:r>
    </w:p>
    <w:p>
      <w:pPr>
        <w:jc w:val="right"/>
      </w:pPr>
      <w:r>
        <w:t>انسان سے مواخذہ کے معاملے میں اللہ تعالی انسان کا مواخذہ کرے گ</w:t>
      </w:r>
    </w:p>
    <w:p>
      <w:r>
        <w:rPr>
          <w:b/>
        </w:rPr>
        <w:t xml:space="preserve">[07:10] </w:t>
      </w:r>
      <w:r>
        <w:t>a. mawakhza ka matlab hisab kitab lega. aur phir har ek ke liye jannat ka aur jahannum ka faisla kare ga.</w:t>
      </w:r>
    </w:p>
    <w:p>
      <w:pPr>
        <w:jc w:val="right"/>
      </w:pPr>
      <w:r>
        <w:t>ا۔ مواخذہ کا مطلب حساب کتاب لے گا۔ اور پھر ہر ایک کے لیے جنت کا اور جہنم کا فیصلہ کرے گا۔</w:t>
      </w:r>
    </w:p>
    <w:p>
      <w:r>
        <w:rPr>
          <w:b/>
        </w:rPr>
        <w:t xml:space="preserve">[07:22] </w:t>
      </w:r>
      <w:r>
        <w:t>to aap ghor kijiye kitna zyada yeh serious mamla hai. to main is se pehle yeh samajhta tha ke yeh fifty fifty ka mamla hai. kal mujhe yeh daryaft hui ke nahi,</w:t>
      </w:r>
    </w:p>
    <w:p>
      <w:pPr>
        <w:jc w:val="right"/>
      </w:pPr>
      <w:r>
        <w:t>تو آپ غور کیجیے کتنا زیادہ یہ سیریس معاملہ ہے۔ تو میں اس سے پہلے یہ سمجھتا تھا کہ یہ ففٹی ففٹی کا معاملہ ہے۔ کل مجھے یہ دریافت ہوئی کہ نہیں،</w:t>
      </w:r>
    </w:p>
    <w:p>
      <w:r>
        <w:rPr>
          <w:b/>
        </w:rPr>
        <w:t xml:space="preserve">[07:35] </w:t>
      </w:r>
      <w:r>
        <w:t>rahmat ka pehlu more than fifty percent hai. ghazab ka pehlu less than fifty percent hai. kyunke Allah ne khud apne hath se likha aur usko mustaqil taur par arsh ke upar rakh diya.</w:t>
      </w:r>
    </w:p>
    <w:p>
      <w:pPr>
        <w:jc w:val="right"/>
      </w:pPr>
      <w:r>
        <w:t>رحمت کا پہلو مور دین ففٹی پرسنٹ ہے۔ غضب کا پہلو لیس دین ففٹی پرسنٹ ہے۔ کیونکہ اللہ نے خود اپنے ہاتھ سے لکھا اور اس کو مستقل طور پر عرش کے اوپر رکھ دیا۔</w:t>
      </w:r>
    </w:p>
    <w:p>
      <w:r>
        <w:rPr>
          <w:b/>
        </w:rPr>
        <w:t xml:space="preserve">[07:53] </w:t>
      </w:r>
      <w:r>
        <w:t>goya yeh Allah ka wada hai.</w:t>
      </w:r>
    </w:p>
    <w:p>
      <w:pPr>
        <w:jc w:val="right"/>
      </w:pPr>
      <w:r>
        <w:t>گویا یہ اللہ کا وعدہ ہے۔</w:t>
      </w:r>
    </w:p>
    <w:p>
      <w:r>
        <w:rPr>
          <w:b/>
        </w:rPr>
        <w:t xml:space="preserve">[07:57] </w:t>
      </w:r>
      <w:r>
        <w:t>ghalabat rahmaty ala ghzby</w:t>
      </w:r>
    </w:p>
    <w:p>
      <w:pPr>
        <w:jc w:val="right"/>
      </w:pPr>
      <w:r>
        <w:t>غلبت رحمتي علی غضبی</w:t>
      </w:r>
    </w:p>
    <w:p>
      <w:r>
        <w:rPr>
          <w:b/>
        </w:rPr>
        <w:t xml:space="preserve">[08:03] </w:t>
      </w:r>
      <w:r>
        <w:t>meri rahmat mere ghazab ke upar hai.</w:t>
      </w:r>
    </w:p>
    <w:p>
      <w:pPr>
        <w:jc w:val="right"/>
      </w:pPr>
      <w:r>
        <w:t>میری رحمت میرے غضب کے اوپر ہے۔</w:t>
      </w:r>
    </w:p>
    <w:p>
      <w:r>
        <w:rPr>
          <w:b/>
        </w:rPr>
        <w:t xml:space="preserve">[08:13] </w:t>
      </w:r>
      <w:r>
        <w:t>mujhe bohat se qisse maloom hain ke koi baap ab bete se ghussa ho gaya. koi malik apne server se ghussa ho gaya.</w:t>
      </w:r>
    </w:p>
    <w:p>
      <w:pPr>
        <w:jc w:val="right"/>
      </w:pPr>
      <w:r>
        <w:t>مجھے بہت سے قصے معلوم ہیں کہ کوئی باپ اب بیٹے سے غصہ ہو گیا۔ کوئی مالک اپنے سرور سے غصہ ہو گیا۔</w:t>
      </w:r>
    </w:p>
    <w:p>
      <w:r>
        <w:rPr>
          <w:b/>
        </w:rPr>
        <w:t xml:space="preserve">[08:28] </w:t>
      </w:r>
      <w:r>
        <w:t>lekin iske baad kya hua?</w:t>
      </w:r>
    </w:p>
    <w:p>
      <w:pPr>
        <w:jc w:val="right"/>
      </w:pPr>
      <w:r>
        <w:t>لیکن اس کے بعد کیا ہوا؟</w:t>
      </w:r>
    </w:p>
    <w:p>
      <w:r>
        <w:rPr>
          <w:b/>
        </w:rPr>
        <w:t xml:space="preserve">[08:33] </w:t>
      </w:r>
      <w:r>
        <w:t>wo beta ya wo server ya wo aadmi bohat zyada sharminda hua. repentance aaya uske andar.</w:t>
      </w:r>
    </w:p>
    <w:p>
      <w:pPr>
        <w:jc w:val="right"/>
      </w:pPr>
      <w:r>
        <w:t>وہ بیٹا یا وہ سرور یا وہ آدمی بہت زیادہ شرمندہ ہوا۔ ریپینٹنس آیا اس کے اندر۔</w:t>
      </w:r>
    </w:p>
    <w:p>
      <w:r>
        <w:rPr>
          <w:b/>
        </w:rPr>
        <w:t xml:space="preserve">[08:43] </w:t>
      </w:r>
      <w:r>
        <w:t>wo bohat roya. aur ja kar ke wo apne baap ke qadmon mein gir pada ke baap mujhe maaf farma.</w:t>
      </w:r>
    </w:p>
    <w:p>
      <w:pPr>
        <w:jc w:val="right"/>
      </w:pPr>
      <w:r>
        <w:t>وہ بہت رویا۔ اور جا کر کے وہ اپنے باپ کے قدموں میں گر پڑا کہ باپ مجھے معاف فرما۔</w:t>
      </w:r>
    </w:p>
    <w:p>
      <w:r>
        <w:rPr>
          <w:b/>
        </w:rPr>
        <w:t xml:space="preserve">[08:55] </w:t>
      </w:r>
      <w:r>
        <w:t>to wahi baap jisne ghar se nikaal diya tha. yeh sacha qissa hai. wahi baap jisne jo apne bete se ghussa ho kar ghar se nikaal diya tha.</w:t>
      </w:r>
    </w:p>
    <w:p>
      <w:pPr>
        <w:jc w:val="right"/>
      </w:pPr>
      <w:r>
        <w:t>تو وہی باپ جس نے گھر سے نکال دیا تھا۔ یہ سچا قصہ ہے۔ وہی باپ جس نے جو اپنے بیٹے سے غصہ ہو کر گھر سے نکال دیا تھا۔</w:t>
      </w:r>
    </w:p>
    <w:p>
      <w:r>
        <w:rPr>
          <w:b/>
        </w:rPr>
        <w:t xml:space="preserve">[09:06] </w:t>
      </w:r>
      <w:r>
        <w:t>jab beta gaya aur rote hue usne baap ke qadmon par sar rakh diya. aur kaha ke baap mujhe maaf farma.</w:t>
      </w:r>
    </w:p>
    <w:p>
      <w:pPr>
        <w:jc w:val="right"/>
      </w:pPr>
      <w:r>
        <w:t>جب بیٹا گیا اور روتے ہوئے اس نے باپ کے قدموں پر سر رکھ دیا۔ اور کہا کہ باپ مجھے معاف فرما۔</w:t>
      </w:r>
    </w:p>
    <w:p>
      <w:r>
        <w:rPr>
          <w:b/>
        </w:rPr>
        <w:t xml:space="preserve">[09:19] </w:t>
      </w:r>
      <w:r>
        <w:t>to baap ne usko utha kar sine se laga liya. yahi hai ghalabat rahmaty ala ghzby.</w:t>
      </w:r>
    </w:p>
    <w:p>
      <w:pPr>
        <w:jc w:val="right"/>
      </w:pPr>
      <w:r>
        <w:t>تو باپ نے اس کو اٹھا کر سینے سے لگا لیا۔ یہی ہے غلبت رحمتي علی غضبی۔</w:t>
      </w:r>
    </w:p>
    <w:p>
      <w:r>
        <w:rPr>
          <w:b/>
        </w:rPr>
        <w:t xml:space="preserve">[09:35] </w:t>
      </w:r>
      <w:r>
        <w:t>yahi hai ghalbat rehmeti ala ghazbi. dekhiye yeh saada baat nahi hai. bohat hi is ke andar deep meaning hai.</w:t>
      </w:r>
    </w:p>
    <w:p>
      <w:pPr>
        <w:jc w:val="right"/>
      </w:pPr>
      <w:r>
        <w:t>یہی ہے غلبت رحمتي علی غضبی۔ دیکھیے یہ سادہ بات نہیں ہے۔ بہت ہی اس کے اندر ڈیپ میننگ ہے۔</w:t>
      </w:r>
    </w:p>
    <w:p>
      <w:r>
        <w:rPr>
          <w:b/>
        </w:rPr>
        <w:t xml:space="preserve">[09:51] </w:t>
      </w:r>
      <w:r>
        <w:t>agar is ka ulta ho ke rehmat ke upar ghazab ghalib hai to kya hoga?</w:t>
      </w:r>
    </w:p>
    <w:p>
      <w:pPr>
        <w:jc w:val="right"/>
      </w:pPr>
      <w:r>
        <w:t>اگر اس کا الٹا ہو کہ رحمت کے اوپر غضب غالب ہے تو کیا ہوگا؟</w:t>
      </w:r>
    </w:p>
    <w:p>
      <w:r>
        <w:rPr>
          <w:b/>
        </w:rPr>
        <w:t xml:space="preserve">[10:01] </w:t>
      </w:r>
      <w:r>
        <w:t>Allah se aap ka taaluq mabni par mohabbat kam hoga, mabni par khauf zyada hoga.</w:t>
      </w:r>
    </w:p>
    <w:p>
      <w:pPr>
        <w:jc w:val="right"/>
      </w:pPr>
      <w:r>
        <w:t>اللہ سے آپ کا تعلق مبنی پر محبت کم ہوگا، مبنی پر خوف زیادہ ہوگا۔</w:t>
      </w:r>
    </w:p>
    <w:p>
      <w:r>
        <w:rPr>
          <w:b/>
        </w:rPr>
        <w:t xml:space="preserve">[10:12] </w:t>
      </w:r>
      <w:r>
        <w:t>yani Allah se taaluq qaim karenge aap lekin fear ki waja se, fear ki waja se.</w:t>
      </w:r>
    </w:p>
    <w:p>
      <w:pPr>
        <w:jc w:val="right"/>
      </w:pPr>
      <w:r>
        <w:t>یعنی اللہ سے تعلق قائم کریں گے آپ لیکن فیئر کی وجہ سے، فیئر کی وجہ سے۔</w:t>
      </w:r>
    </w:p>
    <w:p>
      <w:r>
        <w:rPr>
          <w:b/>
        </w:rPr>
        <w:t xml:space="preserve">[10:21] </w:t>
      </w:r>
      <w:r>
        <w:t>lekin zyada bada taaluq yeh hai ke Allah se aap ka taaluq mohabbat ki buniyad par ho.</w:t>
      </w:r>
    </w:p>
    <w:p>
      <w:pPr>
        <w:jc w:val="right"/>
      </w:pPr>
      <w:r>
        <w:t>لیکن زیادہ بڑا تعلق یہ ہے کہ اللہ سے آپ کا تعلق محبت کی بنیاد پر ہو۔</w:t>
      </w:r>
    </w:p>
    <w:p>
      <w:r>
        <w:rPr>
          <w:b/>
        </w:rPr>
        <w:t xml:space="preserve">[10:29] </w:t>
      </w:r>
      <w:r>
        <w:t>jaisa ke Quran mein aaya hai:</w:t>
      </w:r>
    </w:p>
    <w:p>
      <w:pPr>
        <w:jc w:val="right"/>
      </w:pPr>
      <w:r>
        <w:t>جیسا کہ قرآن میں آیا ہے:</w:t>
      </w:r>
    </w:p>
    <w:p>
      <w:r>
        <w:rPr>
          <w:b/>
        </w:rPr>
        <w:t xml:space="preserve">[10:35] </w:t>
      </w:r>
      <w:r>
        <w:t>wallazina amanu ashadd huban lillah yani Allah se hub shadeed. Allah se hub shadeed, Allah se bohat zyada mohabbat.</w:t>
      </w:r>
    </w:p>
    <w:p>
      <w:pPr>
        <w:jc w:val="right"/>
      </w:pPr>
      <w:r>
        <w:t>والذین آمنوا أشد حبا لله یعنی اللہ سے حب شدید۔ اللہ سے حب شدید، اللہ سے بہت زیادہ محبت۔</w:t>
      </w:r>
    </w:p>
    <w:p>
      <w:r>
        <w:rPr>
          <w:b/>
        </w:rPr>
        <w:t xml:space="preserve">[10:51] </w:t>
      </w:r>
      <w:r>
        <w:t>to agar aap par yeh chhaya hua ho ke Allah to bohat hi ghazab naak hai, bohat hi is se fear karna hai humein, to aap to fear to karenge.</w:t>
      </w:r>
    </w:p>
    <w:p>
      <w:pPr>
        <w:jc w:val="right"/>
      </w:pPr>
      <w:r>
        <w:t>تو اگر آپ پر یہ چھایا ہوا ہو کہ اللہ تو بہت ہی غضب ناک ہے، بہت ہی اس سے فیئر کرنا ہے ہمیں، تو آپ تو فیئر تو کریں گے۔</w:t>
      </w:r>
    </w:p>
    <w:p>
      <w:r>
        <w:rPr>
          <w:b/>
        </w:rPr>
        <w:t xml:space="preserve">[11:03] </w:t>
      </w:r>
      <w:r>
        <w:t>fear ke bar fear par, yani fear par base karte hue aap ko taaluq hoga Allah se.</w:t>
      </w:r>
    </w:p>
    <w:p>
      <w:pPr>
        <w:jc w:val="right"/>
      </w:pPr>
      <w:r>
        <w:t>فیئر کے بر فیئر پر، یعنی فیئر پر بیس کرتے ہوئے آپ کو تعلق ہوگا اللہ سے۔</w:t>
      </w:r>
    </w:p>
    <w:p>
      <w:r>
        <w:rPr>
          <w:b/>
        </w:rPr>
        <w:t xml:space="preserve">[11:13] </w:t>
      </w:r>
      <w:r>
        <w:t>lekin woh ek aur hi taaluq hai.</w:t>
      </w:r>
    </w:p>
    <w:p>
      <w:pPr>
        <w:jc w:val="right"/>
      </w:pPr>
      <w:r>
        <w:t>لیکن وہ ایک اور ہی تعلق ہے۔</w:t>
      </w:r>
    </w:p>
    <w:p>
      <w:r>
        <w:rPr>
          <w:b/>
        </w:rPr>
        <w:t xml:space="preserve">[11:18] </w:t>
      </w:r>
      <w:r>
        <w:t>woh ek aur hi taaluq hai</w:t>
      </w:r>
    </w:p>
    <w:p>
      <w:pPr>
        <w:jc w:val="right"/>
      </w:pPr>
      <w:r>
        <w:t>وہ ایک اور ہی تعلق ہے</w:t>
      </w:r>
    </w:p>
    <w:p>
      <w:r>
        <w:rPr>
          <w:b/>
        </w:rPr>
        <w:t xml:space="preserve">[11:21] </w:t>
      </w:r>
      <w:r>
        <w:t>jo mohabbat ki buniyad par qaim hota hai.</w:t>
      </w:r>
    </w:p>
    <w:p>
      <w:pPr>
        <w:jc w:val="right"/>
      </w:pPr>
      <w:r>
        <w:t>جو محبت کی بنیاد پر قائم ہوتا ہے۔</w:t>
      </w:r>
    </w:p>
    <w:p>
      <w:r>
        <w:rPr>
          <w:b/>
        </w:rPr>
        <w:t xml:space="preserve">[11:27] </w:t>
      </w:r>
      <w:r>
        <w:t>jaise mein ne dekha ek martaba ek maa jo chote bachhe ko liye hui thi, kisi baat par maa ko ghussa aa gaya. us ne bete ko maar diya, chota beta.</w:t>
      </w:r>
    </w:p>
    <w:p>
      <w:pPr>
        <w:jc w:val="right"/>
      </w:pPr>
      <w:r>
        <w:t>جیسے میں نے دیکھا ایک مرتبہ ایک ماں جو چھوٹے بچے کو لیے ہوئی تھی، کسی بات پر ماں کو غصہ آ گیا۔ اس نے بیٹے کو مار دیا، چھوٹا بیٹا۔</w:t>
      </w:r>
    </w:p>
    <w:p>
      <w:r>
        <w:rPr>
          <w:b/>
        </w:rPr>
        <w:t xml:space="preserve">[11:38] </w:t>
      </w:r>
      <w:r>
        <w:t>to beta daud kar maa se lipat gaya.</w:t>
      </w:r>
    </w:p>
    <w:p>
      <w:pPr>
        <w:jc w:val="right"/>
      </w:pPr>
      <w:r>
        <w:t>تو بیٹا دوڑ کر ماں سے لپٹ گیا۔</w:t>
      </w:r>
    </w:p>
    <w:p>
      <w:r>
        <w:rPr>
          <w:b/>
        </w:rPr>
        <w:t xml:space="preserve">[11:45] </w:t>
      </w:r>
      <w:r>
        <w:t>agar khauf ka maamla hota to beta bhagta, door bhagta.</w:t>
      </w:r>
    </w:p>
    <w:p>
      <w:pPr>
        <w:jc w:val="right"/>
      </w:pPr>
      <w:r>
        <w:t>اگر خوف کا معاملہ ہوتا تو بیٹا بھاگتا، دور بھاگتا۔</w:t>
      </w:r>
    </w:p>
    <w:p>
      <w:r>
        <w:rPr>
          <w:b/>
        </w:rPr>
        <w:t xml:space="preserve">[11:50] </w:t>
      </w:r>
      <w:r>
        <w:t>kyun ke mohabbat ka maamla tha, is liye beta baap se lipat gaya.</w:t>
      </w:r>
    </w:p>
    <w:p>
      <w:pPr>
        <w:jc w:val="right"/>
      </w:pPr>
      <w:r>
        <w:t>کیونکہ محبت کا معاملہ تھا، اس لیے بیٹا باپ سے لپٹ گیا۔</w:t>
      </w:r>
    </w:p>
    <w:p>
      <w:r>
        <w:rPr>
          <w:b/>
        </w:rPr>
        <w:t xml:space="preserve">[11:57] </w:t>
      </w:r>
      <w:r>
        <w:t>isi tarah jo beta jis se uska baap ghussa ho gaya tha, phir gaya us ke haan aur us ke paaon par gir pada rote hue aur kaha ke baap mujhe maaf farma.</w:t>
      </w:r>
    </w:p>
    <w:p>
      <w:pPr>
        <w:jc w:val="right"/>
      </w:pPr>
      <w:r>
        <w:t>اسی طرح جو بیٹا جس سے اس کا باپ غصہ ہو گیا تھا، پھر گیا اس کے ہاں اور اس کے پاؤں پر گر پڑا روتے ہوئے اور کہا کہ باپ مجھے معاف فرما۔</w:t>
      </w:r>
    </w:p>
    <w:p>
      <w:r>
        <w:rPr>
          <w:b/>
        </w:rPr>
        <w:t xml:space="preserve">[12:11] </w:t>
      </w:r>
      <w:r>
        <w:t>to yeh, yeh, yeh, yeh mohabbat ka izhaar tha.</w:t>
      </w:r>
    </w:p>
    <w:p>
      <w:pPr>
        <w:jc w:val="right"/>
      </w:pPr>
      <w:r>
        <w:t>تو یہ، یہ، یہ، یہ محبت کا اظہار تھا۔</w:t>
      </w:r>
    </w:p>
    <w:p>
      <w:r>
        <w:rPr>
          <w:b/>
        </w:rPr>
        <w:t xml:space="preserve">[12:20] </w:t>
      </w:r>
      <w:r>
        <w:t>agar khauf ka maamla hota to beta bhagta, door bhagta. lekin chunke bete ke upar apne baap ki mohabbat ghalib thi,</w:t>
      </w:r>
    </w:p>
    <w:p>
      <w:pPr>
        <w:jc w:val="right"/>
      </w:pPr>
      <w:r>
        <w:t>اگر خوف کا معاملہ ہوتا تو بیٹا بھاگتا، دور بھاگتا۔ لیکن چونکہ بیٹے کے اوپر اپنے باپ کی محبت غالب تھی،</w:t>
      </w:r>
    </w:p>
    <w:p>
      <w:r>
        <w:rPr>
          <w:b/>
        </w:rPr>
        <w:t xml:space="preserve">[12:35] </w:t>
      </w:r>
      <w:r>
        <w:t>to ja kar us ke qadmon par gir pada.</w:t>
      </w:r>
    </w:p>
    <w:p>
      <w:pPr>
        <w:jc w:val="right"/>
      </w:pPr>
      <w:r>
        <w:t>تو جا کر اس کے قدموں پر گر پڑا۔</w:t>
      </w:r>
    </w:p>
    <w:p>
      <w:r>
        <w:rPr>
          <w:b/>
        </w:rPr>
        <w:t xml:space="preserve">[12:42] </w:t>
      </w:r>
      <w:r>
        <w:t>to yeh baat bohat hi zyada gehri baat hai ke insaan ko Allah se taaluq ho to woh is yaqeen, is yaqeen par khada ho ke mera Khuda woh hai jis ki sifat hai ghalbat rehmeti ala ghazbi.</w:t>
      </w:r>
    </w:p>
    <w:p>
      <w:pPr>
        <w:jc w:val="right"/>
      </w:pPr>
      <w:r>
        <w:t>تو یہ بات بہت ہی زیادہ گہری بات ہے کہ انسان کو اللہ سے تعلق ہو تو وہ اس یقین، اس یقین پر کھڑا ہو کہ میرا خدا وہ ہے جس کی صفت ہے غلبت رحمتي علی غضبي۔</w:t>
      </w:r>
    </w:p>
    <w:p>
      <w:r>
        <w:rPr>
          <w:b/>
        </w:rPr>
        <w:t xml:space="preserve">[13:06] </w:t>
      </w:r>
      <w:r>
        <w:t>ab aap sochiye</w:t>
      </w:r>
    </w:p>
    <w:p>
      <w:pPr>
        <w:jc w:val="right"/>
      </w:pPr>
      <w:r>
        <w:t>اب آپ سوچیے</w:t>
      </w:r>
    </w:p>
    <w:p>
      <w:r>
        <w:rPr>
          <w:b/>
        </w:rPr>
        <w:t xml:space="preserve">[13:10] </w:t>
      </w:r>
      <w:r>
        <w:t>ke is ke aur gehrai mein jaiye. abhi aap jante hain ke South India mein tsunami jaisa toofan aaya aur bohat nuksan hua.</w:t>
      </w:r>
    </w:p>
    <w:p>
      <w:pPr>
        <w:jc w:val="right"/>
      </w:pPr>
      <w:r>
        <w:t>کہ اس کے اور گہرائی میں جائیے۔ ابھی آپ جانتے ہیں کہ ساؤتھ انڈیا میں سونامی جیسا طوفان آیا اور بہت نقصان ہوا۔</w:t>
      </w:r>
    </w:p>
    <w:p>
      <w:r>
        <w:rPr>
          <w:b/>
        </w:rPr>
        <w:t xml:space="preserve">[13:25] </w:t>
      </w:r>
      <w:r>
        <w:t>lekin ek billion trillion se bhi zyada bada aain is waqt bhi Allah ka ke blessing logon ke upar hai.</w:t>
      </w:r>
    </w:p>
    <w:p>
      <w:pPr>
        <w:jc w:val="right"/>
      </w:pPr>
      <w:r>
        <w:t>لیکن ایک بلین ٹریلین سے بھی زیادہ بڑا ائین اس وقت بھی اللہ کا کہ بلیسنگ لوگوں کے اوپر ہے۔</w:t>
      </w:r>
    </w:p>
    <w:p>
      <w:r>
        <w:rPr>
          <w:b/>
        </w:rPr>
        <w:t xml:space="preserve">[13:39] </w:t>
      </w:r>
      <w:r>
        <w:t>yeh thoda sa maamla aisa hua ke un ko</w:t>
      </w:r>
    </w:p>
    <w:p>
      <w:pPr>
        <w:jc w:val="right"/>
      </w:pPr>
      <w:r>
        <w:t>یہ تھوڑا سا معاملہ ایسا ہوا کہ ان کو</w:t>
      </w:r>
    </w:p>
    <w:p>
      <w:r>
        <w:rPr>
          <w:b/>
        </w:rPr>
        <w:t xml:space="preserve">[13:45] </w:t>
      </w:r>
      <w:r>
        <w:t>takleef pohnchi. lekin aur dekhiye, suraj isi tarah chamk raha hai, roshni de raha hai. aakhri din ki supply isi tarah jaari hai.</w:t>
      </w:r>
    </w:p>
    <w:p>
      <w:pPr>
        <w:jc w:val="right"/>
      </w:pPr>
      <w:r>
        <w:t>تکلیف پہنچی۔ لیکن اور دیکھیے، سورج اسی طرح چمک رہا ہے، روشنی دے رہا ہے۔ آخری دن کی سپلائی اسی طرح جاری ہے۔</w:t>
      </w:r>
    </w:p>
    <w:p>
      <w:r>
        <w:rPr>
          <w:b/>
        </w:rPr>
        <w:t xml:space="preserve">[13:57] </w:t>
      </w:r>
      <w:r>
        <w:t>kheton se ghalla isi tarah ug raha hai. pani ka nizam isi tarah qaaim hai.</w:t>
      </w:r>
    </w:p>
    <w:p>
      <w:pPr>
        <w:jc w:val="right"/>
      </w:pPr>
      <w:r>
        <w:t>کھیتوں سے غلہ اسی طرح اگ رہا ہے۔ پانی کا نظام اسی طرح قائم ہے۔</w:t>
      </w:r>
    </w:p>
    <w:p>
      <w:r>
        <w:rPr>
          <w:b/>
        </w:rPr>
        <w:t xml:space="preserve">[14:05] </w:t>
      </w:r>
      <w:r>
        <w:t>aur aisi billion trillion cheezen phir bhi hain.</w:t>
      </w:r>
    </w:p>
    <w:p>
      <w:pPr>
        <w:jc w:val="right"/>
      </w:pPr>
      <w:r>
        <w:t>اور ایسی بلین ٹریلین چیزیں پھر بھی ہیں۔</w:t>
      </w:r>
    </w:p>
    <w:p>
      <w:r>
        <w:rPr>
          <w:b/>
        </w:rPr>
        <w:t xml:space="preserve">[14:10] </w:t>
      </w:r>
      <w:r>
        <w:t>to aap agar sochenge south india ke tsunami ko, is se billion trillion zyada aap sochenge Allah ki blessing ko, to kya hoga?</w:t>
      </w:r>
    </w:p>
    <w:p>
      <w:pPr>
        <w:jc w:val="right"/>
      </w:pPr>
      <w:r>
        <w:t>تو آپ اگر سوچیں گے ساؤتھ انڈیا کے سونامی کو، اس سے بلین ٹریلین زیادہ آپ سوچیں گے اللہ کی بلیسنگ کو، تو کیا ہوگا؟</w:t>
      </w:r>
    </w:p>
    <w:p>
      <w:r>
        <w:rPr>
          <w:b/>
        </w:rPr>
        <w:t xml:space="preserve">[14:25] </w:t>
      </w:r>
      <w:r>
        <w:t>aap ke upar fear ke muqable mein hope ghalib rahe gi.</w:t>
      </w:r>
    </w:p>
    <w:p>
      <w:pPr>
        <w:jc w:val="right"/>
      </w:pPr>
      <w:r>
        <w:t>آپ کے اوپر فیئر کے مقابلے میں ہوپ غالب رہے گی۔</w:t>
      </w:r>
    </w:p>
    <w:p>
      <w:r>
        <w:rPr>
          <w:b/>
        </w:rPr>
        <w:t xml:space="preserve">[14:33] </w:t>
      </w:r>
      <w:r>
        <w:t>aap ke upar fear ke muqable mein hope ghalib rahe gi.</w:t>
      </w:r>
    </w:p>
    <w:p>
      <w:pPr>
        <w:jc w:val="right"/>
      </w:pPr>
      <w:r>
        <w:t>آپ کے اوپر فیئر کے مقابلے میں ہوپ غالب رہے گی۔</w:t>
      </w:r>
    </w:p>
    <w:p>
      <w:r>
        <w:rPr>
          <w:b/>
        </w:rPr>
        <w:t xml:space="preserve">[14:50] </w:t>
      </w:r>
      <w:r>
        <w:t>main ne ek martaba ek mazmoon likha tha bohat pehle ke Allah se talluq ka mamla bohat ajeeb hai. ke Allah se aadmi darta hai lekin saath saath mohabbat bhi karta hai.</w:t>
      </w:r>
    </w:p>
    <w:p>
      <w:pPr>
        <w:jc w:val="right"/>
      </w:pPr>
      <w:r>
        <w:t>میں نے ایک مرتبہ ایک مضمون لکھا تھا بہت پہلے کہ اللہ سے تعلق کا معاملہ بہت عجیب ہے۔ کہ اللہ سے آدمی ڈرتا ہے لیکن ساتھ ساتھ محبت بھی کرتا ہے۔</w:t>
      </w:r>
    </w:p>
    <w:p>
      <w:r>
        <w:rPr>
          <w:b/>
        </w:rPr>
        <w:t xml:space="preserve">[15:04] </w:t>
      </w:r>
      <w:r>
        <w:t>to is mein main ne likha tha ek jumla ke insaan jis se bhagta hai, usi usi se, usi us ki taraf daudta bhi hai.</w:t>
      </w:r>
    </w:p>
    <w:p>
      <w:pPr>
        <w:jc w:val="right"/>
      </w:pPr>
      <w:r>
        <w:t>تو اس میں میں نے لکھا تھا ایک جملہ کہ انسان جس سے بھاگتا ہے، اسی اسی سے، اسی اس کی طرف دوڑتا بھی ہے۔</w:t>
      </w:r>
    </w:p>
    <w:p>
      <w:r>
        <w:rPr>
          <w:b/>
        </w:rPr>
        <w:t xml:space="preserve">[15:15] </w:t>
      </w:r>
      <w:r>
        <w:t>jis se khauf karta hai, usi se mohabbat ke liye us ki taraf daudta bhi hai.</w:t>
      </w:r>
    </w:p>
    <w:p>
      <w:pPr>
        <w:jc w:val="right"/>
      </w:pPr>
      <w:r>
        <w:t>جس سے خوف کرتا ہے، اسی سے محبت کے لیے اس کی طرف دوڑتا بھی ہے۔</w:t>
      </w:r>
    </w:p>
    <w:p>
      <w:r>
        <w:rPr>
          <w:b/>
        </w:rPr>
        <w:t xml:space="preserve">[15:29] </w:t>
      </w:r>
      <w:r>
        <w:t>to is tarah jab aap sochenge to ek aur hi darja imaan ka aap ko hasil hoga.</w:t>
      </w:r>
    </w:p>
    <w:p>
      <w:pPr>
        <w:jc w:val="right"/>
      </w:pPr>
      <w:r>
        <w:t>تو اس طرح جب آپ سوچیں گے تو ایک اور ہی درجہ ایمان کا آپ کو حاصل ہوگا۔</w:t>
      </w:r>
    </w:p>
    <w:p>
      <w:r>
        <w:rPr>
          <w:b/>
        </w:rPr>
        <w:t xml:space="preserve">[15:36] </w:t>
      </w:r>
      <w:r>
        <w:t>ek aur hi mohabbat ilahi aap ko mile gi. aur phir aap ka yaqeen barhe ga ke Khuda ka sifat yeh hai ke rehmat ghalbat rehmeti ala ghazbi.</w:t>
      </w:r>
    </w:p>
    <w:p>
      <w:pPr>
        <w:jc w:val="right"/>
      </w:pPr>
      <w:r>
        <w:t>ایک اور ہی محبت الہی آپ کو ملے گی۔ اور پھر آپ کا یقین بڑھے گا کہ خدا کا صفت یہ ہے کہ رحمت غلبت رحمتي علی غضبی۔</w:t>
      </w:r>
    </w:p>
    <w:p>
      <w:r>
        <w:rPr>
          <w:b/>
        </w:rPr>
        <w:t xml:space="preserve">[15:53] </w:t>
      </w:r>
      <w:r>
        <w:t>to umeed, yaani fear ke upar umeed ghalib aa jay gi.</w:t>
      </w:r>
    </w:p>
    <w:p>
      <w:pPr>
        <w:jc w:val="right"/>
      </w:pPr>
      <w:r>
        <w:t>تو امید، یعنی فیئر کے اوپر امید غالب آ جائے گی۔</w:t>
      </w:r>
    </w:p>
    <w:p>
      <w:r>
        <w:rPr>
          <w:b/>
        </w:rPr>
        <w:t xml:space="preserve">[16:01] </w:t>
      </w:r>
      <w:r>
        <w:t>yahan main ek aur baat karna chahta hoon ke aksar log mujh se poochte hain ke hum dua karte hain, dua poori nahi hoti.</w:t>
      </w:r>
    </w:p>
    <w:p>
      <w:pPr>
        <w:jc w:val="right"/>
      </w:pPr>
      <w:r>
        <w:t>یہاں میں ایک اور بات کرنا چاہتا ہوں کہ اکثر لوگ مجھ سے پوچھتے ہیں کہ ہم دعا کرتے ہیں، دعا پوری نہیں ہوتی۔</w:t>
      </w:r>
    </w:p>
    <w:p>
      <w:r>
        <w:rPr>
          <w:b/>
        </w:rPr>
        <w:t xml:space="preserve">[16:12] </w:t>
      </w:r>
      <w:r>
        <w:t>to mayoosi mein pade hue the. main ne aise kai log mile mujhe ke woh mayoosi mein the ke dua karte hain, dua poori nahi hoti.</w:t>
      </w:r>
    </w:p>
    <w:p>
      <w:pPr>
        <w:jc w:val="right"/>
      </w:pPr>
      <w:r>
        <w:t>تو مایوسی میں پڑے ہوئے تھے۔ میں نے ایسے کئی لوگ ملے مجھے کہ وہ مایوسی میں تھے کہ دعا کرتے ہیں، دعا پوری نہیں ہوتی۔</w:t>
      </w:r>
    </w:p>
    <w:p>
      <w:r>
        <w:rPr>
          <w:b/>
        </w:rPr>
        <w:t xml:space="preserve">[16:23] </w:t>
      </w:r>
      <w:r>
        <w:t>dekhiye, Allah ki sunnat ko samjhiye, sunnat ilahi ko samjhiye.</w:t>
      </w:r>
    </w:p>
    <w:p>
      <w:pPr>
        <w:jc w:val="right"/>
      </w:pPr>
      <w:r>
        <w:t>دیکھیے، اللہ کی سنت کو سمجھئے، سنت الہی کو سمجھئے۔</w:t>
      </w:r>
    </w:p>
    <w:p>
      <w:r>
        <w:rPr>
          <w:b/>
        </w:rPr>
        <w:t xml:space="preserve">[16:32] </w:t>
      </w:r>
      <w:r>
        <w:t>Allah ki sunnat yeh hai ke aap Allah se dua karen. to aap ne jo cheez mangi hai, kabhi woh cheez mil jay gi.</w:t>
      </w:r>
    </w:p>
    <w:p>
      <w:pPr>
        <w:jc w:val="right"/>
      </w:pPr>
      <w:r>
        <w:t>اللہ کی سنت یہ ہے کہ آپ اللہ سے دعا کریں۔ تو آپ نے جو چیز مانگی ہے، کبھی وہ چیز مل جائے گی۔</w:t>
      </w:r>
    </w:p>
    <w:p>
      <w:r>
        <w:rPr>
          <w:b/>
        </w:rPr>
        <w:t xml:space="preserve">[16:41] </w:t>
      </w:r>
      <w:r>
        <w:t>yeh khud hadees mein aaya hai.</w:t>
      </w:r>
    </w:p>
    <w:p>
      <w:pPr>
        <w:jc w:val="right"/>
      </w:pPr>
      <w:r>
        <w:t>یہ خود حدیث میں آیا ہے۔</w:t>
      </w:r>
    </w:p>
    <w:p>
      <w:r>
        <w:rPr>
          <w:b/>
        </w:rPr>
        <w:t xml:space="preserve">[16:44] </w:t>
      </w:r>
      <w:r>
        <w:t>hadees mein aaya hai ke kabhi aisa hota hai ke bande ne jo cheez mangi, wahi cheez us ko mil gayi. aur kabhi aisa hota hai ke bande ne jo cheez mangi, jo dua ki, woh dua us us ke liye zakhira kar di gayi, store kar di gayi.</w:t>
      </w:r>
    </w:p>
    <w:p>
      <w:pPr>
        <w:jc w:val="right"/>
      </w:pPr>
      <w:r>
        <w:t>حدیث میں آیا ہے کہ کبھی ایسا ہوتا ہے کہ بندے نے جو چیز مانگی، وہی چیز اس کو مل گئی۔ اور کبھی ایسا ہوتا ہے کہ بندے نے جو چیز مانگی، جو دعا کی، وہ دعا اس اس کے لیے ذخیرہ کر دی گئی، اسٹور کر دی گئی۔</w:t>
      </w:r>
    </w:p>
    <w:p>
      <w:r>
        <w:rPr>
          <w:b/>
        </w:rPr>
        <w:t xml:space="preserve">[17:02] </w:t>
      </w:r>
      <w:r>
        <w:t>aur kisi aur shakal mein us ko di gayi.</w:t>
      </w:r>
    </w:p>
    <w:p>
      <w:pPr>
        <w:jc w:val="right"/>
      </w:pPr>
      <w:r>
        <w:t>اور کسی اور شکل میں اس کو دی گئی۔</w:t>
      </w:r>
    </w:p>
    <w:p>
      <w:r>
        <w:rPr>
          <w:b/>
        </w:rPr>
        <w:t xml:space="preserve">[17:11] </w:t>
      </w:r>
      <w:r>
        <w:t>is ki main ek misaal deta hoon.</w:t>
      </w:r>
    </w:p>
    <w:p>
      <w:pPr>
        <w:jc w:val="right"/>
      </w:pPr>
      <w:r>
        <w:t>اس کی میں ایک مثال دیتا ہوں۔</w:t>
      </w:r>
    </w:p>
    <w:p>
      <w:r>
        <w:rPr>
          <w:b/>
        </w:rPr>
        <w:t xml:space="preserve">[17:15] </w:t>
      </w:r>
      <w:r>
        <w:t>Rasool Allah ke zamane mein do ladaiyan huin. ek ko kehte hain Ghazwa e Badar, ek ko kehte hain Ghazwa e Uhud.</w:t>
      </w:r>
    </w:p>
    <w:p>
      <w:pPr>
        <w:jc w:val="right"/>
      </w:pPr>
      <w:r>
        <w:t>رسول اللہ کے زمانے میں دو لڑائیاں ہوئیں۔ ایک کو کہتے ہیں غزوہ بدر، ایک کو کہتے ہیں غزوہ احد۔</w:t>
      </w:r>
    </w:p>
    <w:p>
      <w:r>
        <w:rPr>
          <w:b/>
        </w:rPr>
        <w:t xml:space="preserve">[17:26] </w:t>
      </w:r>
      <w:r>
        <w:t>kitabon mein aata hai ke Badar ke mauqe par Rasool Allah ne bohat zyada dua ki, bohat zyada dua ki ke Khuda ya!</w:t>
      </w:r>
    </w:p>
    <w:p>
      <w:pPr>
        <w:jc w:val="right"/>
      </w:pPr>
      <w:r>
        <w:t>کتابوں میں آتا ہے کہ بدر کے موقع پر رسول اللہ نے بہت زیادہ دعا کی، بہت زیادہ دعا کی کہ خدایا!</w:t>
      </w:r>
    </w:p>
    <w:p>
      <w:r>
        <w:rPr>
          <w:b/>
        </w:rPr>
        <w:t xml:space="preserve">[17:37] </w:t>
      </w:r>
      <w:r>
        <w:t>yeh jo tere bande yahan ekhatta hue hain, un ko madad farma.</w:t>
      </w:r>
    </w:p>
    <w:p>
      <w:pPr>
        <w:jc w:val="right"/>
      </w:pPr>
      <w:r>
        <w:t>یہ جو تیرے بندے یہاں اکٹھا ہوئے ہیں، ان کو مدد فرما۔</w:t>
      </w:r>
    </w:p>
    <w:p>
      <w:r>
        <w:rPr>
          <w:b/>
        </w:rPr>
        <w:t xml:space="preserve">[17:45] </w:t>
      </w:r>
      <w:r>
        <w:t>to aap jante hain ke Ghazwa e Badar ke mauqe par Allah ki madad itni zyada aayi ke zabardast kamyabi hui. woh hatta ke farishte aa gaye Sahaba ki madad karne ke liye.</w:t>
      </w:r>
    </w:p>
    <w:p>
      <w:pPr>
        <w:jc w:val="right"/>
      </w:pPr>
      <w:r>
        <w:t>تو آپ جانتے ہیں کہ غزوہ بدر کے موقع پر اللہ کی مدد اتنی زیادہ آئی کہ زبردست کامیابی ہوئی۔ وہ حتیٰ کہ فرشتے آ گئے صحابہ کی مدد کرنے کے لیے۔</w:t>
      </w:r>
    </w:p>
    <w:p>
      <w:r>
        <w:rPr>
          <w:b/>
        </w:rPr>
        <w:t xml:space="preserve">[18:02] </w:t>
      </w:r>
      <w:r>
        <w:t>to Badar ke mauqe par Rasool Allah ko wahi cheez mili jis ke liye unhon ne dua ki thi, yaani fateh.</w:t>
      </w:r>
    </w:p>
    <w:p>
      <w:pPr>
        <w:jc w:val="right"/>
      </w:pPr>
      <w:r>
        <w:t>تو بدر کے موقع پر رسول اللہ کو وہی چیز ملی جس کے لیے انہوں نے دعا کی تھی، یعنی فتح۔</w:t>
      </w:r>
    </w:p>
    <w:p>
      <w:r>
        <w:rPr>
          <w:b/>
        </w:rPr>
        <w:t xml:space="preserve">[18:13] </w:t>
      </w:r>
      <w:r>
        <w:t>fatah!</w:t>
      </w:r>
    </w:p>
    <w:p>
      <w:pPr>
        <w:jc w:val="right"/>
      </w:pPr>
      <w:r>
        <w:t>فتح!</w:t>
      </w:r>
    </w:p>
    <w:p>
      <w:r>
        <w:rPr>
          <w:b/>
        </w:rPr>
        <w:t xml:space="preserve">[18:16] </w:t>
      </w:r>
      <w:r>
        <w:t>ab dekhiye, uhud mein kya hua? uhud ke mauqe par bhi aap ne duaen keen. uhud ke mauqe par bhi, ghazwa uhud ke mauqe par bhi aap ne duaen keen.</w:t>
      </w:r>
    </w:p>
    <w:p>
      <w:pPr>
        <w:jc w:val="right"/>
      </w:pPr>
      <w:r>
        <w:t>اب دیکھیے، احد میں کیا ہوا؟ احد کے موقع پر بھی آپ نے دعائیں کیں۔ احد کے موقع پر بھی، غزوہ احد کے موقع پر بھی آپ نے دعائیں کیں۔</w:t>
      </w:r>
    </w:p>
    <w:p>
      <w:r>
        <w:rPr>
          <w:b/>
        </w:rPr>
        <w:t xml:space="preserve">[18:27] </w:t>
      </w:r>
      <w:r>
        <w:t>lekin hua kya? aap jante hain ke taqreeban 70 sahaba is mein maare gae. aur zabardast defeat hui sahaba ko.</w:t>
      </w:r>
    </w:p>
    <w:p>
      <w:pPr>
        <w:jc w:val="right"/>
      </w:pPr>
      <w:r>
        <w:t>لیکن ہوا کیا؟ آپ جانتے ہیں کہ تقریباً 70 صحابہ اس میں مارے گئے۔ اور زبردست ڈیفیٹ ہوئی صحابہ کو۔</w:t>
      </w:r>
    </w:p>
    <w:p>
      <w:r>
        <w:rPr>
          <w:b/>
        </w:rPr>
        <w:t xml:space="preserve">[18:40] </w:t>
      </w:r>
      <w:r>
        <w:t>yani dua kya, is ke bawajood bazahir ulta ho gaya.</w:t>
      </w:r>
    </w:p>
    <w:p>
      <w:pPr>
        <w:jc w:val="right"/>
      </w:pPr>
      <w:r>
        <w:t>یعنی دعا کیا، اس کے باوجود بظاہر الٹا ہو گیا۔</w:t>
      </w:r>
    </w:p>
    <w:p>
      <w:r>
        <w:rPr>
          <w:b/>
        </w:rPr>
        <w:t xml:space="preserve">[18:50] </w:t>
      </w:r>
      <w:r>
        <w:t>aisa nahin hua. woh zakhira kar di gai, rasool Allah ki woh dua zakhira kar di gai.</w:t>
      </w:r>
    </w:p>
    <w:p>
      <w:pPr>
        <w:jc w:val="right"/>
      </w:pPr>
      <w:r>
        <w:t>ایسا نہیں ہوا۔ وہ ذخیرہ کر دی گئی، رسول اللہ کی وہ دعا ذخیرہ کر دی گئی۔</w:t>
      </w:r>
    </w:p>
    <w:p>
      <w:r>
        <w:rPr>
          <w:b/>
        </w:rPr>
        <w:t xml:space="preserve">[18:57] </w:t>
      </w:r>
      <w:r>
        <w:t>aur is ke baad woh fatah mubeen ki shakal mein zahir hui, yani hudaybiyah. yani uhud mein to fatah nahin hui.</w:t>
      </w:r>
    </w:p>
    <w:p>
      <w:pPr>
        <w:jc w:val="right"/>
      </w:pPr>
      <w:r>
        <w:t>اور اس کے بعد وہ فتح مبین کی شکل میں ظاہر ہوئی، یعنی حدیبیہ۔ یعنی احد میں تو فتح نہیں ہوئی۔</w:t>
      </w:r>
    </w:p>
    <w:p>
      <w:r>
        <w:rPr>
          <w:b/>
        </w:rPr>
        <w:t xml:space="preserve">[19:09] </w:t>
      </w:r>
      <w:r>
        <w:t>is ke baad quran ki surah number 48 mein zikr hai hudaybiyah ka. aur wahan par yeh alfaaz aate hain ke inna fatahna laka fatah mubeen</w:t>
      </w:r>
    </w:p>
    <w:p>
      <w:pPr>
        <w:jc w:val="right"/>
      </w:pPr>
      <w:r>
        <w:t>اس کے بعد قرآن کی سورہ نمبر 48 میں ذکر ہے حدیبیہ کا۔ اور وہاں پر یہ الفاظ آتے ہیں کہ إنا فتحنا لک فتح مبین</w:t>
      </w:r>
    </w:p>
    <w:p>
      <w:r>
        <w:rPr>
          <w:b/>
        </w:rPr>
        <w:t xml:space="preserve">[19:25] </w:t>
      </w:r>
      <w:r>
        <w:t>yani hum ne tum ko open victory, khuli fatah de di. khuli fatah!</w:t>
      </w:r>
    </w:p>
    <w:p>
      <w:pPr>
        <w:jc w:val="right"/>
      </w:pPr>
      <w:r>
        <w:t>یعنی ہم نے تم کو اوپن وکٹری، کھلی فتح دے دی۔ کلی فتح!</w:t>
      </w:r>
    </w:p>
    <w:p>
      <w:r>
        <w:rPr>
          <w:b/>
        </w:rPr>
        <w:t xml:space="preserve">[19:35] </w:t>
      </w:r>
      <w:r>
        <w:t>to yeh yeh wahi wahi baat hai ke dua ki uhud ke mauqe par woh zakhira ho gai aur phir woh zabardast fatah ke shakal mein mili aap ko.</w:t>
      </w:r>
    </w:p>
    <w:p>
      <w:pPr>
        <w:jc w:val="right"/>
      </w:pPr>
      <w:r>
        <w:t>تو یہ یہ وہی وہی بات ہے کہ دعا کی احد کے موقع پر وہ ذخیرہ ہو گئی اور پھر وہ زبردست فتح کے شکل میں ملی آپ کو۔</w:t>
      </w:r>
    </w:p>
    <w:p>
      <w:r>
        <w:rPr>
          <w:b/>
        </w:rPr>
        <w:t xml:space="preserve">[19:48] </w:t>
      </w:r>
      <w:r>
        <w:t>aur woh kya tha? poora arab islamize ho gaya.</w:t>
      </w:r>
    </w:p>
    <w:p>
      <w:pPr>
        <w:jc w:val="right"/>
      </w:pPr>
      <w:r>
        <w:t>اور وہ کیا تھا؟ پورا عرب اسلامائز ہو گیا۔</w:t>
      </w:r>
    </w:p>
    <w:p>
      <w:r>
        <w:rPr>
          <w:b/>
        </w:rPr>
        <w:t xml:space="preserve">[19:53] </w:t>
      </w:r>
      <w:r>
        <w:t>to hum aap duaen karte hain.</w:t>
      </w:r>
    </w:p>
    <w:p>
      <w:pPr>
        <w:jc w:val="right"/>
      </w:pPr>
      <w:r>
        <w:t>تو ہم آپ دعائیں کرتے ہیں۔</w:t>
      </w:r>
    </w:p>
    <w:p>
      <w:r>
        <w:rPr>
          <w:b/>
        </w:rPr>
        <w:t xml:space="preserve">[19:58] </w:t>
      </w:r>
      <w:r>
        <w:t>har aadmi dua karta hai.</w:t>
      </w:r>
    </w:p>
    <w:p>
      <w:pPr>
        <w:jc w:val="right"/>
      </w:pPr>
      <w:r>
        <w:t>ہر آدمی دعا کرتا ہے۔</w:t>
      </w:r>
    </w:p>
    <w:p>
      <w:r>
        <w:rPr>
          <w:b/>
        </w:rPr>
        <w:t xml:space="preserve">[20:02] </w:t>
      </w:r>
      <w:r>
        <w:t>to is ko janna chahiye ke dua to banda karega, lekin dua suni jaegi Allah ki sunnat ke mutabiq.</w:t>
      </w:r>
    </w:p>
    <w:p>
      <w:pPr>
        <w:jc w:val="right"/>
      </w:pPr>
      <w:r>
        <w:t>تو اس کو جاننا چاہیے کہ دعا تو بندہ کرے گا، لیکن دعا سنی جائے گی اللہ کی سنت کے مطابق۔</w:t>
      </w:r>
    </w:p>
    <w:p>
      <w:r>
        <w:rPr>
          <w:b/>
        </w:rPr>
        <w:t xml:space="preserve">[20:13] </w:t>
      </w:r>
      <w:r>
        <w:t>Allah ki sunnat yeh hai ke bande ki dua ko apne ilm ke mutabiq woh poora karta hai, na ke bande ke ilm ke mutabiq.</w:t>
      </w:r>
    </w:p>
    <w:p>
      <w:pPr>
        <w:jc w:val="right"/>
      </w:pPr>
      <w:r>
        <w:t>اللہ کی سنت یہ ہے کہ بندے کی دعا کو اپنے علم کے مطابق وہ پورا کرتا ہے، نہ کہ بندے کے علم کے مطابق۔</w:t>
      </w:r>
    </w:p>
    <w:p>
      <w:r>
        <w:rPr>
          <w:b/>
        </w:rPr>
        <w:t xml:space="preserve">[20:23] </w:t>
      </w:r>
      <w:r>
        <w:t>bande ka ilm jo hai, bohat mehdood hai.</w:t>
      </w:r>
    </w:p>
    <w:p>
      <w:pPr>
        <w:jc w:val="right"/>
      </w:pPr>
      <w:r>
        <w:t>بندے کا علم جو ہے، بہت محدود ہے۔</w:t>
      </w:r>
    </w:p>
    <w:p>
      <w:r>
        <w:rPr>
          <w:b/>
        </w:rPr>
        <w:t xml:space="preserve">[20:28] </w:t>
      </w:r>
      <w:r>
        <w:t>bohat kam is ki samajh hai. isi samajh ke andar woh mangta hai. Allah ke ilm bohat zyada hai.</w:t>
      </w:r>
    </w:p>
    <w:p>
      <w:pPr>
        <w:jc w:val="right"/>
      </w:pPr>
      <w:r>
        <w:t>بہت کم اس کی سمجھ ہے۔ اسی سمجھ کے اندر وہ مانگتا ہے۔ اللہ کے علم بہت زیادہ ہے۔</w:t>
      </w:r>
    </w:p>
    <w:p>
      <w:r>
        <w:rPr>
          <w:b/>
        </w:rPr>
        <w:t xml:space="preserve">[20:37] </w:t>
      </w:r>
      <w:r>
        <w:t>to agar Allah ko yeh maloom hai ke banda jo mang raha hai, is se zyada bari cheez is ko chahiye,</w:t>
      </w:r>
    </w:p>
    <w:p>
      <w:pPr>
        <w:jc w:val="right"/>
      </w:pPr>
      <w:r>
        <w:t>تو اگر اللہ کو یہ معلوم ہے کہ بندہ جو مانگ رہا ہے، اس سے زیادہ بڑی چیز اس کو چاہیے،</w:t>
      </w:r>
    </w:p>
    <w:p>
      <w:r>
        <w:rPr>
          <w:b/>
        </w:rPr>
        <w:t xml:space="preserve">[20:46] </w:t>
      </w:r>
      <w:r>
        <w:t>to Allah bande ki dua ke nateeje mein is ko woh bari cheez likh deta hai, jo usi waqt to nahin milti, lekin baad ko milti hai.</w:t>
      </w:r>
    </w:p>
    <w:p>
      <w:pPr>
        <w:jc w:val="right"/>
      </w:pPr>
      <w:r>
        <w:t>تو اللہ بندے کی دعا کے نتیجے میں اس کو وہ بڑی چیز لکھ دیتا ہے، جو اسی وقت تو نہیں ملتی، لیکن بعد کو ملتی ہے۔</w:t>
      </w:r>
    </w:p>
    <w:p>
      <w:r>
        <w:rPr>
          <w:b/>
        </w:rPr>
        <w:t xml:space="preserve">[21:02] </w:t>
      </w:r>
      <w:r>
        <w:t>to dekhiye, Allah se ta'alluq, Allah se dua, yeh jo mu'amla hai,</w:t>
      </w:r>
    </w:p>
    <w:p>
      <w:pPr>
        <w:jc w:val="right"/>
      </w:pPr>
      <w:r>
        <w:t>تو دیکھیے، اللہ سے تعلق، اللہ سے دعا، یہ جو معاملہ ہے،</w:t>
      </w:r>
    </w:p>
    <w:p>
      <w:r>
        <w:rPr>
          <w:b/>
        </w:rPr>
        <w:t xml:space="preserve">[21:11] </w:t>
      </w:r>
      <w:r>
        <w:t>is mein hamesha yaad rakhiye ke ek hai aap ki taraf se mu'amla, ek hai Allah ki taraf se mu'amla. to hum apne limited knowledge ki bina par ek rai bana lete hain ke aisa hona chahiye, waisa hona chahiye.</w:t>
      </w:r>
    </w:p>
    <w:p>
      <w:pPr>
        <w:jc w:val="right"/>
      </w:pPr>
      <w:r>
        <w:t>اس میں ہمیشہ یاد رکھیے کہ ایک ہے آپ کی طرف سے معاملہ، ایک ہے اللہ کی طرف سے معاملہ۔ تو ہم اپنے لمیٹڈ نالج کی بنا پر ایک رائے بنا لیتے ہیں کہ ایسا ہونا چاہیے، ویسا ہونا چاہیے۔</w:t>
      </w:r>
    </w:p>
    <w:p>
      <w:r>
        <w:rPr>
          <w:b/>
        </w:rPr>
        <w:t xml:space="preserve">[21:34] </w:t>
      </w:r>
      <w:r>
        <w:t>to aap duaen karte hain. agar aap ki niyat durust hai, agar aap sachche dil ke sath dua kar rahe hain, to zaroor qabool hogi.</w:t>
      </w:r>
    </w:p>
    <w:p>
      <w:pPr>
        <w:jc w:val="right"/>
      </w:pPr>
      <w:r>
        <w:t>تو آپ دعائیں کرتے ہیں۔ اگر آپ کی نیت درست ہے، اگر آپ سچے دل کے ساتھ دعا کر رہے ہیں، تو ضرور قبول ہوگی۔</w:t>
      </w:r>
    </w:p>
    <w:p>
      <w:r>
        <w:rPr>
          <w:b/>
        </w:rPr>
        <w:t xml:space="preserve">[21:42] </w:t>
      </w:r>
      <w:r>
        <w:t>woh zaroor qabool hogi. lekin qabool hone ka matlab yeh nahin hai ke isi waqt woh ho jae. kabhi is waqt ho jaegi, kabhi baad ko hogi.</w:t>
      </w:r>
    </w:p>
    <w:p>
      <w:pPr>
        <w:jc w:val="right"/>
      </w:pPr>
      <w:r>
        <w:t>وہ ضرور قبول ہوگی۔ لیکن قبول ہونے کا مطلب یہ نہیں ہے کہ اسی وقت وہ ہو جائے۔ کبھی اس وقت ہو جائے گی، کبھی بعد کو ہوگی۔</w:t>
      </w:r>
    </w:p>
    <w:p>
      <w:r>
        <w:rPr>
          <w:b/>
        </w:rPr>
        <w:t xml:space="preserve">[21:56] </w:t>
      </w:r>
      <w:r>
        <w:t>aur wahi aap ke liye zyada acha hoga. wahi aap ke liye zyada acha hoga.</w:t>
      </w:r>
    </w:p>
    <w:p>
      <w:pPr>
        <w:jc w:val="right"/>
      </w:pPr>
      <w:r>
        <w:t>اور وہی آپ کے لیے زیادہ اچھا ہوگا۔ وہی آپ کے لیے زیادہ اچھا ہوگا۔</w:t>
      </w:r>
    </w:p>
    <w:p>
      <w:r>
        <w:rPr>
          <w:b/>
        </w:rPr>
        <w:t xml:space="preserve">[22:05] </w:t>
      </w:r>
      <w:r>
        <w:t>to is dunya mein insan ko sab se bara kaam jo karna hai, woh yeh hai ke woh apne creator ko discover kare.</w:t>
      </w:r>
    </w:p>
    <w:p>
      <w:pPr>
        <w:jc w:val="right"/>
      </w:pPr>
      <w:r>
        <w:t>تو اس دنیا میں انسان کو سب سے بڑا کام جو کرنا ہے، وہ یہ ہے کہ وہ اپنے کریٹر کو ڈسکور کرے۔</w:t>
      </w:r>
    </w:p>
    <w:p>
      <w:r>
        <w:rPr>
          <w:b/>
        </w:rPr>
        <w:t xml:space="preserve">[22:19] </w:t>
      </w:r>
      <w:r>
        <w:t>apne khalique o malik ko daryaft kare.</w:t>
      </w:r>
    </w:p>
    <w:p>
      <w:pPr>
        <w:jc w:val="right"/>
      </w:pPr>
      <w:r>
        <w:t>اپنے خالق و مالک کو دریافت کرے۔</w:t>
      </w:r>
    </w:p>
    <w:p>
      <w:r>
        <w:rPr>
          <w:b/>
        </w:rPr>
        <w:t xml:space="preserve">[22:25] </w:t>
      </w:r>
      <w:r>
        <w:t>is ke baad is se woh taluq qaim kare ke jo matloob hai. yani ibadat ka taluq, mohabbat ka taluq, khauf ka</w:t>
      </w:r>
    </w:p>
    <w:p>
      <w:pPr>
        <w:jc w:val="right"/>
      </w:pPr>
      <w:r>
        <w:t>اس کے بعد اس سے وہ تعلق قائم کرے کہ جو مطلوب ہے۔ یعنی عبادت کا تعلق، محبت کا تعلق، خوف کا</w:t>
      </w:r>
    </w:p>
    <w:p>
      <w:r>
        <w:rPr>
          <w:b/>
        </w:rPr>
        <w:t xml:space="preserve">[22:34] </w:t>
      </w:r>
      <w:r>
        <w:t>taluq qaim kare.</w:t>
      </w:r>
    </w:p>
    <w:p>
      <w:pPr>
        <w:jc w:val="right"/>
      </w:pPr>
      <w:r>
        <w:t>تعلق قائم کرے۔</w:t>
      </w:r>
    </w:p>
    <w:p>
      <w:r>
        <w:rPr>
          <w:b/>
        </w:rPr>
        <w:t xml:space="preserve">[22:40] </w:t>
      </w:r>
      <w:r>
        <w:t>is ke baad aadmi duaen karega, Allah se mange ga.</w:t>
      </w:r>
    </w:p>
    <w:p>
      <w:pPr>
        <w:jc w:val="right"/>
      </w:pPr>
      <w:r>
        <w:t>اس کے بعد آدمی دعائیں کرے گا، اللہ سے مانگے گا۔</w:t>
      </w:r>
    </w:p>
    <w:p>
      <w:r>
        <w:rPr>
          <w:b/>
        </w:rPr>
        <w:t xml:space="preserve">[22:48] </w:t>
      </w:r>
      <w:r>
        <w:t>to insaan ko yeh jaanna chahiye ke aap ko agar aap ki niyat durust hai, agar aap sach much</w:t>
      </w:r>
    </w:p>
    <w:p>
      <w:pPr>
        <w:jc w:val="right"/>
      </w:pPr>
      <w:r>
        <w:t>تو انسان کو یہ جاننا چاہیے کہ آپ کو اگر آپ کی نیت درست ہے، اگر آپ سچ مچ</w:t>
      </w:r>
    </w:p>
    <w:p>
      <w:r>
        <w:rPr>
          <w:b/>
        </w:rPr>
        <w:t xml:space="preserve">[23:01] </w:t>
      </w:r>
      <w:r>
        <w:t>tamam sharton ko poora kar rahe hain, to aap ki dua zaroor qubool hogi, zaroor qubool hogi. lekin</w:t>
      </w:r>
    </w:p>
    <w:p>
      <w:pPr>
        <w:jc w:val="right"/>
      </w:pPr>
      <w:r>
        <w:t>تمام شرطوں کو پورا کر رہے ہیں، تو آپ کی دعا ضرور قبول ہوگی، ضرور قبول ہوگی۔ لیکن</w:t>
      </w:r>
    </w:p>
    <w:p>
      <w:r>
        <w:rPr>
          <w:b/>
        </w:rPr>
        <w:t xml:space="preserve">[23:11] </w:t>
      </w:r>
      <w:r>
        <w:t>Allah ke ilm ke mutabiq qubool hogi, aap ke mani ke mutabiq nahi.</w:t>
      </w:r>
    </w:p>
    <w:p>
      <w:pPr>
        <w:jc w:val="right"/>
      </w:pPr>
      <w:r>
        <w:t>اللہ کے علم کے مطابق قبول ہوگی، آپ کے معنی کے مطابق نہیں۔</w:t>
      </w:r>
    </w:p>
    <w:p>
      <w:r>
        <w:rPr>
          <w:b/>
        </w:rPr>
        <w:t xml:space="preserve">[23:16] </w:t>
      </w:r>
      <w:r>
        <w:t>jaisa ke maine arz kiya ke peghambar ka is mein exception nahi hai.</w:t>
      </w:r>
    </w:p>
    <w:p>
      <w:pPr>
        <w:jc w:val="right"/>
      </w:pPr>
      <w:r>
        <w:t>جیسا کہ میں نے عرض کیا کہ پیغمبر کا اس میں ایکسیپشن نہیں ہے۔</w:t>
      </w:r>
    </w:p>
    <w:p>
      <w:r>
        <w:rPr>
          <w:b/>
        </w:rPr>
        <w:t xml:space="preserve">[23:24] </w:t>
      </w:r>
      <w:r>
        <w:t>peghambar ka bhi is mein exception nahi hai.</w:t>
      </w:r>
    </w:p>
    <w:p>
      <w:pPr>
        <w:jc w:val="right"/>
      </w:pPr>
      <w:r>
        <w:t>پیغمبر کا بھی اس میں ایکسیپشن نہیں ہے۔</w:t>
      </w:r>
    </w:p>
    <w:p>
      <w:r>
        <w:rPr>
          <w:b/>
        </w:rPr>
        <w:t xml:space="preserve">[23:31] </w:t>
      </w:r>
      <w:r>
        <w:t>main soch raha tha ke Hazrat Yusuf jab kunwein mein rahe honge, woh kunwaan pani wala kunwaan nahi tha, sookha kunwaan tha.</w:t>
      </w:r>
    </w:p>
    <w:p>
      <w:pPr>
        <w:jc w:val="right"/>
      </w:pPr>
      <w:r>
        <w:t>میں سوچ رہا تھا کہ حضرت یوسف جب کنویں میں رہے ہوں گے، وہ کنواں پانی والا کنواں نہیں تھا، سوکھا کنواں تھا۔</w:t>
      </w:r>
    </w:p>
    <w:p>
      <w:r>
        <w:rPr>
          <w:b/>
        </w:rPr>
        <w:t xml:space="preserve">[23:42] </w:t>
      </w:r>
      <w:r>
        <w:t>jab un ke bhaiyon ne daal diya tha kunwein mein, to woh sookha kunwaan tha.</w:t>
      </w:r>
    </w:p>
    <w:p>
      <w:pPr>
        <w:jc w:val="right"/>
      </w:pPr>
      <w:r>
        <w:t>جب ان کے بھائیوں نے ڈال دیا تھا کنویں میں، تو وہ سوکھا کنواں تھا۔</w:t>
      </w:r>
    </w:p>
    <w:p>
      <w:r>
        <w:rPr>
          <w:b/>
        </w:rPr>
        <w:t xml:space="preserve">[23:47] </w:t>
      </w:r>
      <w:r>
        <w:t>us waqt kya dua karte rahenge honge? zahir hai ke woh dua karte honge ke Khuda mujhe is kunwein ki museebat se bach. yahi dua karte rahenge ke ise bata mujhe, aap family mein wapas kar de.</w:t>
      </w:r>
    </w:p>
    <w:p>
      <w:pPr>
        <w:jc w:val="right"/>
      </w:pPr>
      <w:r>
        <w:t>اس وقت کیا دعا کرتے رہے ہوں گے؟ ظاہر ہے کہ وہ دعا کرتے ہوں گے کہ خدا مجھے اس کنویں کی مصیبت سے بچا۔ یہی دعا کرتے رہیں گے کہ اسے بتا مجھے، آپ فیملی میں واپس کر دے۔</w:t>
      </w:r>
    </w:p>
    <w:p>
      <w:r>
        <w:rPr>
          <w:b/>
        </w:rPr>
        <w:t xml:space="preserve">[24:04] </w:t>
      </w:r>
      <w:r>
        <w:t>ya guess karen, aap guess karen. to kya sochenge aap? us waqt Hazrat Yusuf yeh dua kar rahe hain ke Khuda mujhe is kunwein ki museebat se nikaal, museebat se mujhe apne family mein wapas kar de.</w:t>
      </w:r>
    </w:p>
    <w:p>
      <w:pPr>
        <w:jc w:val="right"/>
      </w:pPr>
      <w:r>
        <w:t>یا گیس کریں، آپ گیس کریں۔ تو کیا سوچیں گے آپ؟ اس وقت حضرت یوسف یہ دعا کر رہے ہیں کہ خدا مجھے اس کنویں کی مصیبت سے نکال، مصیبت سے مجھے اپنے فیملی میں واپس کر دے۔</w:t>
      </w:r>
    </w:p>
    <w:p>
      <w:r>
        <w:rPr>
          <w:b/>
        </w:rPr>
        <w:t xml:space="preserve">[24:20] </w:t>
      </w:r>
      <w:r>
        <w:t>to Hazrat Yusuf ki dua qubool hui, lekin ek aur hi shakal mein. woh yeh hai ke Hazrat Yusuf ko Misr pahuncha diya gaya.</w:t>
      </w:r>
    </w:p>
    <w:p>
      <w:pPr>
        <w:jc w:val="right"/>
      </w:pPr>
      <w:r>
        <w:t>تو حضرت یوسف کی دعا قبول ہوئی، لیکن ایک اور ہی شکل میں۔ وہ یہ ہے کہ حضرت یوسف کو مصر پہنچا دیا گیا۔</w:t>
      </w:r>
    </w:p>
    <w:p>
      <w:r>
        <w:rPr>
          <w:b/>
        </w:rPr>
        <w:t xml:space="preserve">[24:31] </w:t>
      </w:r>
      <w:r>
        <w:t>aur wahan par un ko ek ek bohat bara darja mil gaya, jo badshah ke</w:t>
      </w:r>
    </w:p>
    <w:p>
      <w:pPr>
        <w:jc w:val="right"/>
      </w:pPr>
      <w:r>
        <w:t>اور وہاں پر ان کو ایک ایک بہت بڑا درجہ مل گیا، جو بادشاہ کے</w:t>
      </w:r>
    </w:p>
    <w:p>
      <w:r>
        <w:rPr>
          <w:b/>
        </w:rPr>
        <w:t xml:space="preserve">[24:41] </w:t>
      </w:r>
      <w:r>
        <w:t>ke baad number do ka darja tha.</w:t>
      </w:r>
    </w:p>
    <w:p>
      <w:pPr>
        <w:jc w:val="right"/>
      </w:pPr>
      <w:r>
        <w:t>کے بعد نمبر دو کا درجہ تھا۔</w:t>
      </w:r>
    </w:p>
    <w:p>
      <w:r>
        <w:rPr>
          <w:b/>
        </w:rPr>
        <w:t xml:space="preserve">[24:46] </w:t>
      </w:r>
      <w:r>
        <w:t>to manga, yeh is manga hoga yeh baat ke kunwein se nikaal mujhe, Allah, aur mujhe family mein pahuncha de wapas. lekin mila is se bohat bari baat, bari cheez, jo us waqt socha nahi hoga unhon ne.</w:t>
      </w:r>
    </w:p>
    <w:p>
      <w:pPr>
        <w:jc w:val="right"/>
      </w:pPr>
      <w:r>
        <w:t>تو مانگا، یہ اس مانگا ہوگا یہ بات کہ کنویں سے نکال مجھے، اللہ، اور مجھے فیملی میں پہنچا دے واپس۔ لیکن ملا اس سے بہت بڑی بات، بڑی چیز، جو اس وقت سوچا نہیں ہوگا انہوں نے۔</w:t>
      </w:r>
    </w:p>
    <w:p>
      <w:r>
        <w:rPr>
          <w:b/>
        </w:rPr>
        <w:t xml:space="preserve">[24:59] </w:t>
      </w:r>
      <w:r>
        <w:t>Hazrat Yusuf ne socha nahi hoga.</w:t>
      </w:r>
    </w:p>
    <w:p>
      <w:pPr>
        <w:jc w:val="right"/>
      </w:pPr>
      <w:r>
        <w:t>حضرت یوسف نے سوچا نہیں ہوگا۔</w:t>
      </w:r>
    </w:p>
    <w:p>
      <w:r>
        <w:rPr>
          <w:b/>
        </w:rPr>
        <w:t xml:space="preserve">[25:07] </w:t>
      </w:r>
      <w:r>
        <w:t>to yaad rakhiye, Allah ki daryaft, Allah se taluq, Allah se duaen, Allah ka shukr karna,</w:t>
      </w:r>
    </w:p>
    <w:p>
      <w:pPr>
        <w:jc w:val="right"/>
      </w:pPr>
      <w:r>
        <w:t>تو یاد رکھیے، اللہ کی دریافت، اللہ سے تعلق، اللہ سے دعائیں، اللہ کا شکر کرنا،</w:t>
      </w:r>
    </w:p>
    <w:p>
      <w:r>
        <w:rPr>
          <w:b/>
        </w:rPr>
        <w:t xml:space="preserve">[25:18] </w:t>
      </w:r>
      <w:r>
        <w:t>yeh waghera, yeh sab cheezen bilashubah matloob hain. yeh asal hai. lekin banda apne apne mindset se rai bana leta hai,</w:t>
      </w:r>
    </w:p>
    <w:p>
      <w:pPr>
        <w:jc w:val="right"/>
      </w:pPr>
      <w:r>
        <w:t>یہ وغیرہ، یہ سب چیزیں بلاشبہ مطلوب ہیں۔ یہ اصل ہے۔ لیکن بندہ اپنے اپنے مائنڈ سیٹ سے رائے بنا لیتا ہے،</w:t>
      </w:r>
    </w:p>
    <w:p>
      <w:r>
        <w:rPr>
          <w:b/>
        </w:rPr>
        <w:t xml:space="preserve">[25:32] </w:t>
      </w:r>
      <w:r>
        <w:t>yeh galat hai. kyunke apne mindset se aap rai banayenge to aap kai baar aap ko mayoosi hogi ke meri to suni nahi gayi, meri to baat to Allah ne qubool nahi ki.</w:t>
      </w:r>
    </w:p>
    <w:p>
      <w:pPr>
        <w:jc w:val="right"/>
      </w:pPr>
      <w:r>
        <w:t>یہ غلط ہے۔ کیونکہ اپنے مائنڈ سیٹ سے آپ رائے بنائیں گے تو آپ کئی بار آپ کو مایوسی ہوگی کہ میری تو سنی نہیں گئی، میری تو بات تو اللہ نے قبول نہیں کی۔</w:t>
      </w:r>
    </w:p>
    <w:p>
      <w:r>
        <w:rPr>
          <w:b/>
        </w:rPr>
        <w:t xml:space="preserve">[25:47] </w:t>
      </w:r>
      <w:r>
        <w:t>to dua kijiye apne mind se, apne mindset se. lekin qubooliyat ke maamle mein aap bharosa kijiye Allah ke mindset par.</w:t>
      </w:r>
    </w:p>
    <w:p>
      <w:pPr>
        <w:jc w:val="right"/>
      </w:pPr>
      <w:r>
        <w:t>تو دعا کیجئے اپنے مائنڈ سے، اپنے مائنڈ سیٹ سے۔ لیکن قبولیت کے معاملے میں آپ بھروسہ کیجئے اللہ کے مائنڈ سیٹ پر۔</w:t>
      </w:r>
    </w:p>
    <w:p>
      <w:r>
        <w:rPr>
          <w:b/>
        </w:rPr>
        <w:t xml:space="preserve">[25:59] </w:t>
      </w:r>
      <w:r>
        <w:t>qul kullu y'amalu 'ala shaklatihi wa Rabbukum a'lamu biman huwa ahda. ek shakla bande ka hai, ek shakla Allah ka hai.</w:t>
      </w:r>
    </w:p>
    <w:p>
      <w:pPr>
        <w:jc w:val="right"/>
      </w:pPr>
      <w:r>
        <w:t>قل کل یعمل ولا شاکتی وربکم عالم بون سروی ایک شاکلہ بندے کا ہے، ایک شاکلہ اللہ کا ہے۔</w:t>
      </w:r>
    </w:p>
    <w:p>
      <w:r>
        <w:rPr>
          <w:b/>
        </w:rPr>
        <w:t xml:space="preserve">[26:12] </w:t>
      </w:r>
      <w:r>
        <w:t>to aap dua mangiye apne shakla se</w:t>
      </w:r>
    </w:p>
    <w:p>
      <w:pPr>
        <w:jc w:val="right"/>
      </w:pPr>
      <w:r>
        <w:t>تو آپ دعا مانگیے اپنے شاکلہ سے</w:t>
      </w:r>
    </w:p>
    <w:p>
      <w:r>
        <w:rPr>
          <w:b/>
        </w:rPr>
        <w:t xml:space="preserve">[26:15] </w:t>
      </w:r>
      <w:r>
        <w:t>, lekin qubooliyat ke maamle ko aap Allah ke shakla ke hawale kijiye. tab aap apne ko mayoosi se bacha payenge, mayoosi se.</w:t>
      </w:r>
    </w:p>
    <w:p>
      <w:pPr>
        <w:jc w:val="right"/>
      </w:pPr>
      <w:r>
        <w:t>، لیکن قبولیت کے معاملے کو آپ اللہ کے شاکلہ کے حوالے کیجئے۔ تب آپ اپنے کو مایوسی سے بچا پائیں گے، مایوسی سے۔</w:t>
      </w:r>
    </w:p>
    <w:p>
      <w:r>
        <w:rPr>
          <w:b/>
        </w:rPr>
        <w:t xml:space="preserve">[26:31] </w:t>
      </w:r>
      <w:r>
        <w:t>kyunke aksar aisa hota hai ke insaan ek situation mein hota hai, us situation ke mutabiq uska ek mind banta hai.</w:t>
      </w:r>
    </w:p>
    <w:p>
      <w:pPr>
        <w:jc w:val="right"/>
      </w:pPr>
      <w:r>
        <w:t>کیونکہ اکثر ایسا ہوتا ہے کہ انسان ایک سچوئیشن میں ہوتا ہے، اس سچوئیشن کے مطابق اس کا ایک مائنڈ بنتا ہے۔</w:t>
      </w:r>
    </w:p>
    <w:p>
      <w:r>
        <w:rPr>
          <w:b/>
        </w:rPr>
        <w:t xml:space="preserve">[26:43] </w:t>
      </w:r>
      <w:r>
        <w:t>woh sochta hai ke mujhe yeh cheez mil jaye, mujhe woh cheez mil jaye.</w:t>
      </w:r>
    </w:p>
    <w:p>
      <w:pPr>
        <w:jc w:val="right"/>
      </w:pPr>
      <w:r>
        <w:t>وہ سوچتا ہے کہ مجھے یہ چیز مل جائے، مجھے وہ چیز مل جائے۔</w:t>
      </w:r>
    </w:p>
    <w:p>
      <w:r>
        <w:rPr>
          <w:b/>
        </w:rPr>
        <w:t xml:space="preserve">[26:49] </w:t>
      </w:r>
      <w:r>
        <w:t>lekin Allah ka ilm jo muheet hai, jo jo present se le kar future tak ko cover kar raha hai.</w:t>
      </w:r>
    </w:p>
    <w:p>
      <w:pPr>
        <w:jc w:val="right"/>
      </w:pPr>
      <w:r>
        <w:t>لیکن اللہ کا علم جو محیط ہے، جو جو پریزنٹ سے لے کر فیوچر تک کو کور کر رہا ہے۔</w:t>
      </w:r>
    </w:p>
    <w:p>
      <w:r>
        <w:rPr>
          <w:b/>
        </w:rPr>
        <w:t xml:space="preserve">[27:00] </w:t>
      </w:r>
      <w:r>
        <w:t>toh dekhiye, insan present ko le kar dua karta hai. Allah future ko le kar is ko qabool karta hai.</w:t>
      </w:r>
    </w:p>
    <w:p>
      <w:pPr>
        <w:jc w:val="right"/>
      </w:pPr>
      <w:r>
        <w:t>تو دیکھیے، انسان پریزنٹ کو لے کر دعا کرتا ہے۔ اللہ فیوچر کو لے کر اس کو قبول کرتا ہے۔</w:t>
      </w:r>
    </w:p>
    <w:p>
      <w:r>
        <w:rPr>
          <w:b/>
        </w:rPr>
        <w:t xml:space="preserve">[27:11] </w:t>
      </w:r>
      <w:r>
        <w:t>is ko hamesha yaad rakhiye ke insan jab bhi dua karega, jab bhi, toh woh present ko le kar dua karega.</w:t>
      </w:r>
    </w:p>
    <w:p>
      <w:pPr>
        <w:jc w:val="right"/>
      </w:pPr>
      <w:r>
        <w:t>اس کو ہمیشہ یاد رکھیے کہ انسان جب بھی دعا کرے گا، جب بھی، تو وہ پریزنٹ کو لے کر دعا کرے گا۔</w:t>
      </w:r>
    </w:p>
    <w:p>
      <w:r>
        <w:rPr>
          <w:b/>
        </w:rPr>
        <w:t xml:space="preserve">[27:21] </w:t>
      </w:r>
      <w:r>
        <w:t>lekin Allah kabhi bhi sirf present ko nahi dekhta, woh future ko dekhta hai.</w:t>
      </w:r>
    </w:p>
    <w:p>
      <w:pPr>
        <w:jc w:val="right"/>
      </w:pPr>
      <w:r>
        <w:t>لیکن اللہ کبھی بھی صرف پریزنٹ کو نہیں دیکھتا، وہ فیوچر کو دیکھتا ہے۔</w:t>
      </w:r>
    </w:p>
    <w:p>
      <w:r>
        <w:rPr>
          <w:b/>
        </w:rPr>
        <w:t xml:space="preserve">[27:29] </w:t>
      </w:r>
      <w:r>
        <w:t>toh Allah ne agar aap ki dua ko pasand kiya hai toh woh future ke lehaz se is ko qabool karega.</w:t>
      </w:r>
    </w:p>
    <w:p>
      <w:pPr>
        <w:jc w:val="right"/>
      </w:pPr>
      <w:r>
        <w:t>تو اللہ نے اگر آپ کی دعا کو پسند کیا ہے تو وہ فیوچر کے لحاظ سے اس کو قبول کرے گا۔</w:t>
      </w:r>
    </w:p>
    <w:p>
      <w:r>
        <w:rPr>
          <w:b/>
        </w:rPr>
        <w:t xml:space="preserve">[27:39] </w:t>
      </w:r>
      <w:r>
        <w:t>yani mangenge aap present ke lehaz se, milega aap ko future ke lehaz se. Yeh bohat hi important point hai.</w:t>
      </w:r>
    </w:p>
    <w:p>
      <w:pPr>
        <w:jc w:val="right"/>
      </w:pPr>
      <w:r>
        <w:t>یعنی مانگیں گے آپ پریزنٹ کے لحاظ سے، ملے گا آپ کو فیوچر کے لحاظ سے۔ یہ بہت ہی امپورٹنٹ پوائنٹ ہے۔</w:t>
      </w:r>
    </w:p>
    <w:p>
      <w:r>
        <w:rPr>
          <w:b/>
        </w:rPr>
        <w:t xml:space="preserve">[27:51] </w:t>
      </w:r>
      <w:r>
        <w:t>agar koi banda sacha banda hai, sache dil se woh mang raha hai, aur us ki dua genuine bhi hai,</w:t>
      </w:r>
    </w:p>
    <w:p>
      <w:pPr>
        <w:jc w:val="right"/>
      </w:pPr>
      <w:r>
        <w:t>اگر کوئی بندہ سچا بندہ ہے، سچے دل سے وہ مانگ رہا ہے، اور اس کی دعا جینون بھی ہے،</w:t>
      </w:r>
    </w:p>
    <w:p>
      <w:r>
        <w:rPr>
          <w:b/>
        </w:rPr>
        <w:t xml:space="preserve">[28:03] </w:t>
      </w:r>
      <w:r>
        <w:t>toh zaroor woh qabool hogi, zaroor qabool hogi.</w:t>
      </w:r>
    </w:p>
    <w:p>
      <w:pPr>
        <w:jc w:val="right"/>
      </w:pPr>
      <w:r>
        <w:t>تو ضرور وہ قبول ہوگی، ضرور قبول ہوگی۔</w:t>
      </w:r>
    </w:p>
    <w:p>
      <w:r>
        <w:rPr>
          <w:b/>
        </w:rPr>
        <w:t xml:space="preserve">[28:07] </w:t>
      </w:r>
      <w:r>
        <w:t>lekin is ko kabhi mat bhuliye ke banda mangega present ke aitbaar se, aur Khuda qabool karega future ke aitbaar se.</w:t>
      </w:r>
    </w:p>
    <w:p>
      <w:pPr>
        <w:jc w:val="right"/>
      </w:pPr>
      <w:r>
        <w:t>لیکن اس کو کبھی مت بھولیے کہ بندہ مانگے گا پریزنٹ کے اعتبار سے، اور خدا قبول کرے گا فیوچر کے اعتبار سے۔</w:t>
      </w:r>
    </w:p>
    <w:p>
      <w:r>
        <w:rPr>
          <w:b/>
        </w:rPr>
        <w:t xml:space="preserve">[28:22] </w:t>
      </w:r>
      <w:r>
        <w:t>jab aap ki soch yeh rahegi toh aap kabhi mayoos nahi honge. Aap ki positivity kabhi khatam nahi hogi.</w:t>
      </w:r>
    </w:p>
    <w:p>
      <w:pPr>
        <w:jc w:val="right"/>
      </w:pPr>
      <w:r>
        <w:t>جب آپ کی سوچ یہ رہے گی تو آپ کبھی مایوس نہیں ہوں گے۔ آپ کی پازیٹیوٹی کبھی ختم نہیں ہوگی۔</w:t>
      </w:r>
    </w:p>
    <w:p>
      <w:r>
        <w:rPr>
          <w:b/>
        </w:rPr>
        <w:t xml:space="preserve">[28:33] </w:t>
      </w:r>
      <w:r>
        <w:t>aap ke andar kabhi negative thinking nahi aayegi.</w:t>
      </w:r>
    </w:p>
    <w:p>
      <w:pPr>
        <w:jc w:val="right"/>
      </w:pPr>
      <w:r>
        <w:t>آپ کے اندر کبھی نیگیٹیو تھنکنگ نہیں آئے گی۔</w:t>
      </w:r>
    </w:p>
    <w:p>
      <w:r>
        <w:rPr>
          <w:b/>
        </w:rPr>
        <w:t xml:space="preserve">[28:38] </w:t>
      </w:r>
      <w:r>
        <w:t>sab se zyada jo insan jis mein mubtala hai, sari dunya ke log, woh negative thinking. Har aadmi kahin na kahin negative ho jata hai.</w:t>
      </w:r>
    </w:p>
    <w:p>
      <w:pPr>
        <w:jc w:val="right"/>
      </w:pPr>
      <w:r>
        <w:t>سب سے زیادہ جو انسان جس میں مبتلا ہے، ساری دنیا کے لوگ، وہ نیگیٹیو تھنکنگ۔ ہر آدمی کہیں نہ کہیں نیگیٹیو ہو جاتا ہے۔</w:t>
      </w:r>
    </w:p>
    <w:p>
      <w:r>
        <w:rPr>
          <w:b/>
        </w:rPr>
        <w:t xml:space="preserve">[28:49] </w:t>
      </w:r>
      <w:r>
        <w:t>har aadmi, chota bada, jis ko dekhiye, kahin na kahin woh negative ho jata hai.</w:t>
      </w:r>
    </w:p>
    <w:p>
      <w:pPr>
        <w:jc w:val="right"/>
      </w:pPr>
      <w:r>
        <w:t>ہر آدمی، چھوٹا بڑا، جس کو دیکھیے، کہیں نہ کہیں وہ نیگیٹیو ہو جاتا ہے۔</w:t>
      </w:r>
    </w:p>
    <w:p>
      <w:r>
        <w:rPr>
          <w:b/>
        </w:rPr>
        <w:t xml:space="preserve">[29:02] </w:t>
      </w:r>
      <w:r>
        <w:t>kal mein sahib, mere paas ek sahib aaye, kal ki baat hai.</w:t>
      </w:r>
    </w:p>
    <w:p>
      <w:pPr>
        <w:jc w:val="right"/>
      </w:pPr>
      <w:r>
        <w:t>کل میں صاحب، میرے پاس ایک صاحب آئے، کل کی بات ہے۔</w:t>
      </w:r>
    </w:p>
    <w:p>
      <w:r>
        <w:rPr>
          <w:b/>
        </w:rPr>
        <w:t xml:space="preserve">[29:09] </w:t>
      </w:r>
      <w:r>
        <w:t>toh India par kuch baat hone lagi. Toh kehne lage, "kya ke bhai theek hai, sab sab theek hai, lekin India mein toh discrimination hota hai, yahan rights hote hain, yahan musalmanon ke sath ta'assub muamla kiya jata hai."</w:t>
      </w:r>
    </w:p>
    <w:p>
      <w:pPr>
        <w:jc w:val="right"/>
      </w:pPr>
      <w:r>
        <w:t>تو انڈیا پر کچھ بات ہونے لگی۔ تو کہنے لگے، "کیا کہ بھائی ٹھیک ہے، سب سب ٹھیک ہے، لیکن انڈیا میں تو ڈسکرپشن ہوتا ہے، یہاں رائٹ ہوتے ہیں، یہاں مسلمانوں کے ساتھ تعصب معاملہ کیا جاتا ہے۔"</w:t>
      </w:r>
    </w:p>
    <w:p>
      <w:r>
        <w:rPr>
          <w:b/>
        </w:rPr>
        <w:t xml:space="preserve">[29:29] </w:t>
      </w:r>
      <w:r>
        <w:t>toh maine un se poocha ke "aap ke bachche hain?" unhone kaha, "haan." toh maine kaha, "aap bachchon ke bohat bure baap hain.</w:t>
      </w:r>
    </w:p>
    <w:p>
      <w:pPr>
        <w:jc w:val="right"/>
      </w:pPr>
      <w:r>
        <w:t>تو میں نے ان سے پوچھا کہ "آپ کے بچے ہیں؟" انہوں نے کہا، "ہاں۔" تو میں نے کہا، "آپ بچوں کے بہت برے باپ ہیں۔</w:t>
      </w:r>
    </w:p>
    <w:p>
      <w:r>
        <w:rPr>
          <w:b/>
        </w:rPr>
        <w:t xml:space="preserve">[29:41] </w:t>
      </w:r>
      <w:r>
        <w:t>aap apne bachchon ke bohat bure baap hain. Woh ghar mein yeh sab karte honge aap?" maine kaha, "jo dunya bhar mein military naujawan militancy mein phanse hue hain, woh is ke zimmedar baap hain." yeh kaha jata hai ke Muslim youth ko militant ho gaya hai.</w:t>
      </w:r>
    </w:p>
    <w:p>
      <w:pPr>
        <w:jc w:val="right"/>
      </w:pPr>
      <w:r>
        <w:t>آپ اپنے بچوں کے بہت برے باپ ہیں۔ وہ گھر میں یہ سب کرتے ہوں گے آپ؟" میں نے کہا، "جو دنیا بھر میں ملٹری نوجوان ملٹریسی میں پھنسے ہوئے ہیں، وہ اس کے ذمہ دار باپ ہیں۔" یہ کہا جاتا ہے کہ مسلم یوتھ کو ملٹنٹ ہو گیا ہے۔</w:t>
      </w:r>
    </w:p>
    <w:p>
      <w:r>
        <w:rPr>
          <w:b/>
        </w:rPr>
        <w:t xml:space="preserve">[30:04] </w:t>
      </w:r>
      <w:r>
        <w:t>toh main hamesha yeh kehta hoon ke is ke zimmedar baap hain, ghar wale hain.</w:t>
      </w:r>
    </w:p>
    <w:p>
      <w:pPr>
        <w:jc w:val="right"/>
      </w:pPr>
      <w:r>
        <w:t>تو میں ہمیشہ یہ کہتا ہوں کہ اس کے ذمہ دار باپ ہیں، گھر والے ہیں۔</w:t>
      </w:r>
    </w:p>
    <w:p>
      <w:r>
        <w:rPr>
          <w:b/>
        </w:rPr>
        <w:t xml:space="preserve">[30:10] </w:t>
      </w:r>
      <w:r>
        <w:t>toh maine kaha, "aap yeh kahenge jab toh bachcha negative ho jayega. India is ka watan hai, lekin is se mohabbat nahi hogi."</w:t>
      </w:r>
    </w:p>
    <w:p>
      <w:pPr>
        <w:jc w:val="right"/>
      </w:pPr>
      <w:r>
        <w:t>تو میں نے کہا، "آپ یہ کہیں گے جب تو بچہ نیگیٹیو ہو جائے گا۔ انڈیا اس کا وطن ہے، لیکن اس سے محبت نہیں ہوگی۔"</w:t>
      </w:r>
    </w:p>
    <w:p>
      <w:r>
        <w:rPr>
          <w:b/>
        </w:rPr>
        <w:t xml:space="preserve">[30:21] </w:t>
      </w:r>
      <w:r>
        <w:t>toh maine kaha, "aaj hi se aap toba kijiye ke aisi baat nahi bolenge aap. Aap khud bhi negative, aap ke bachche bhi negative ho jayenge.</w:t>
      </w:r>
    </w:p>
    <w:p>
      <w:pPr>
        <w:jc w:val="right"/>
      </w:pPr>
      <w:r>
        <w:t>تو میں نے کہا، "آج ہی سے آپ توبہ کیجئے کہ ایسی بات نہیں بولیں گے آپ۔ آپ خود بھی نیگیٹیو، آپ کے بچے بھی نیگیٹیو ہو جائیں گے۔</w:t>
      </w:r>
    </w:p>
    <w:p>
      <w:r>
        <w:rPr>
          <w:b/>
        </w:rPr>
        <w:t xml:space="preserve">[30:31] </w:t>
      </w:r>
      <w:r>
        <w:t>phir woh kya karenge? Wohi kar rahe hain, sari dunya mein musalman, Muslim naujawan."</w:t>
      </w:r>
    </w:p>
    <w:p>
      <w:pPr>
        <w:jc w:val="right"/>
      </w:pPr>
      <w:r>
        <w:t>پھر وہ کیا کریں گے؟ وہی کر رہے ہیں، ساری دنیا میں مسلمان، مسلم نوجوان۔"</w:t>
      </w:r>
    </w:p>
    <w:p>
      <w:r>
        <w:rPr>
          <w:b/>
        </w:rPr>
        <w:t xml:space="preserve">[30:42] </w:t>
      </w:r>
      <w:r>
        <w:t>toh yaad rakhiye, har baat tadabbur kare toh samajh aati hai. Chahay kisi mulk ke halaat hon, ya Allah ki rehmat ho, ya dua ki qabooliyat ka mamla ho.</w:t>
      </w:r>
    </w:p>
    <w:p>
      <w:pPr>
        <w:jc w:val="right"/>
      </w:pPr>
      <w:r>
        <w:t>تو یاد رکھیے، ہر بات تدبر کرے تو سمجھ آتی ہے۔ چاہے کسی ملک کے حالات ہوں، یا اللہ کی رحمت ہو، یا دعا کی قبولیت کا معاملہ ہو۔</w:t>
      </w:r>
    </w:p>
    <w:p>
      <w:r>
        <w:rPr>
          <w:b/>
        </w:rPr>
        <w:t xml:space="preserve">[30:58] </w:t>
      </w:r>
      <w:r>
        <w:t>har baat, har baat ke sath aik aik deep meaning hoti hai. Woh deep meaning hamesha tadabbur ke zareeye samajh aati hai.</w:t>
      </w:r>
    </w:p>
    <w:p>
      <w:pPr>
        <w:jc w:val="right"/>
      </w:pPr>
      <w:r>
        <w:t>ہر بات، ہر بات کے ساتھ ایک ایک ڈیپ میننگ ہوتی ہے۔ وہ ڈیپ میننگ ہمیشہ تدبر کے ذریعے سمجھ آتی ہے۔</w:t>
      </w:r>
    </w:p>
    <w:p>
      <w:r>
        <w:rPr>
          <w:b/>
        </w:rPr>
        <w:t xml:space="preserve">[31:12] </w:t>
      </w:r>
      <w:r>
        <w:t>toh jo log negative thinking mein mubtala hote hain, woh isi liye ke un ke andar negative thinking nahi hui. Yaad rakhiye, jo bhi shakhs mile aap ko, aisa jo negative baat karta ho,</w:t>
      </w:r>
    </w:p>
    <w:p>
      <w:pPr>
        <w:jc w:val="right"/>
      </w:pPr>
      <w:r>
        <w:t>تو جو لوگ نیگیٹیو تھنکنگ میں مبتلا ہوتے ہیں، وہ اسی لیے کہ ان کے اندر نیگیٹیو تھنکنگ نہیں ہوئی۔ یاد رکھیے، جو بھی شخص ملے آپ کو، ایسا جو نیگیٹیو بات کرتا ہو،</w:t>
      </w:r>
    </w:p>
    <w:p>
      <w:r>
        <w:rPr>
          <w:b/>
        </w:rPr>
        <w:t xml:space="preserve">[31:27] </w:t>
      </w:r>
      <w:r>
        <w:t>negative ka matlab hai ke heat ki baat, mayusi ki baat, shikayat ki baat karta ho, to samajh lijiye ke iske andar deep thinking nahi hai.</w:t>
      </w:r>
    </w:p>
    <w:p>
      <w:pPr>
        <w:jc w:val="right"/>
      </w:pPr>
      <w:r>
        <w:t>نیگیٹیو کا مطلب ہے کہ ہیٹ کی بات، مایوسی کی بات، شکایت کی بات کرتا ہو، تو سمجھ لیجئے کہ اس کے اندر ڈیپ تھنکنگ نہیں ہے۔</w:t>
      </w:r>
    </w:p>
    <w:p>
      <w:r>
        <w:rPr>
          <w:b/>
        </w:rPr>
        <w:t xml:space="preserve">[31:42] </w:t>
      </w:r>
      <w:r>
        <w:t>jo bhi aadmi mile, chahe woh degree yafta ho, chahe woh badi badi digriyan iske paas hon, lekin baat kar raha hai woh shikayat ki,</w:t>
      </w:r>
    </w:p>
    <w:p>
      <w:pPr>
        <w:jc w:val="right"/>
      </w:pPr>
      <w:r>
        <w:t>جو بھی آدمی ملے، چاہے وہ ڈگری یافتہ ہو، چاہے وہ بڑی بڑی ڈگریاں اس کے پاس ہوں، لیکن بات کر رہا ہے وہ شکایت کی،</w:t>
      </w:r>
    </w:p>
    <w:p>
      <w:r>
        <w:rPr>
          <w:b/>
        </w:rPr>
        <w:t xml:space="preserve">[31:58] </w:t>
      </w:r>
      <w:r>
        <w:t>ji raha hai woh plain complaint mein, to yaqeen kar lijiye ke woh iske andar deep thinking nahi hai.</w:t>
      </w:r>
    </w:p>
    <w:p>
      <w:pPr>
        <w:jc w:val="right"/>
      </w:pPr>
      <w:r>
        <w:t>جی رہا ہے وہ پلین کمپلینٹ میں، تو یقین کر لیجئے کہ وہ اس کے اندر ڈیپ تھنکنگ نہیں ہے۔</w:t>
      </w:r>
    </w:p>
    <w:p>
      <w:r>
        <w:rPr>
          <w:b/>
        </w:rPr>
        <w:t xml:space="preserve">[32:15] </w:t>
      </w:r>
      <w:r>
        <w:t>he victim of his own unawareness, apni bekhabari ka woh shikar hua hai.</w:t>
      </w:r>
    </w:p>
    <w:p>
      <w:pPr>
        <w:jc w:val="right"/>
      </w:pPr>
      <w:r>
        <w:t>ہی وکٹم آف ہز اون ان اویرنس، اپنی بے خبری کا وہ شکار ہوا ہے۔</w:t>
      </w:r>
    </w:p>
    <w:p>
      <w:r>
        <w:rPr>
          <w:b/>
        </w:rPr>
        <w:t xml:space="preserve">[32:29] </w:t>
      </w:r>
      <w:r>
        <w:t>to jaise maine arz kiya ke aaj mujhe ek khushkhabri mere paas hai aap ke liye. to bahut dinon ke tadabbur ke baad mujhe samajh mein yeh baat aayi. bahut dinon sochte sochte sochte sochte yeh baat samajh aayi.</w:t>
      </w:r>
    </w:p>
    <w:p>
      <w:pPr>
        <w:jc w:val="right"/>
      </w:pPr>
      <w:r>
        <w:t>تو جیسے میں نے عرض کیا کہ آج مجھے ایک خوشخبری میرے پاس ہے آپ کے لیے۔ تو بہت دنوں کے تدبر کے بعد مجھے سمجھ میں یہ بات آئی۔ بہت دنوں سوچتے سوچتے سوچتے سوچتے یہ بات سمجھ آئی۔</w:t>
      </w:r>
    </w:p>
    <w:p>
      <w:r>
        <w:rPr>
          <w:b/>
        </w:rPr>
        <w:t xml:space="preserve">[32:43] </w:t>
      </w:r>
      <w:r>
        <w:t>hata ke yeh jo hadith maine sunai, woh hadith bhi bahut dinon se janta hoon.</w:t>
      </w:r>
    </w:p>
    <w:p>
      <w:pPr>
        <w:jc w:val="right"/>
      </w:pPr>
      <w:r>
        <w:t>حتیٰ کہ یہ جو حدیث میں نے سنائی، وہ حدیث بھی بہت دنوں سے جانتا ہوں۔</w:t>
      </w:r>
    </w:p>
    <w:p>
      <w:r>
        <w:rPr>
          <w:b/>
        </w:rPr>
        <w:t xml:space="preserve">[32:51] </w:t>
      </w:r>
      <w:r>
        <w:t>ghalbat rahmatī 'alā ghaḍabī, yeh hadith bahut dinon se janta hoon. lekin iski deep meaning mujhe abhi kal samajh mein aayi.</w:t>
      </w:r>
    </w:p>
    <w:p>
      <w:pPr>
        <w:jc w:val="right"/>
      </w:pPr>
      <w:r>
        <w:t>غلبت رحمتی علی غضبی، یہ حدیث بہت دنوں سے جانتا ہوں۔ لیکن اس کی ڈیپ میننگ مجھے ابھی کل سمجھ میں آئی۔</w:t>
      </w:r>
    </w:p>
    <w:p>
      <w:r>
        <w:rPr>
          <w:b/>
        </w:rPr>
        <w:t xml:space="preserve">[33:02] </w:t>
      </w:r>
      <w:r>
        <w:t>to jani hui baat ko bhi aap ko sochna padta hai. jani hui baat ko bhi aap us waqt jaan paate hain jab aap so</w:t>
      </w:r>
    </w:p>
    <w:p>
      <w:pPr>
        <w:jc w:val="right"/>
      </w:pPr>
      <w:r>
        <w:t>تو جانی ہوئی بات کو بھی آپ کو سوچنا پڑتا ہے۔ جانی ہوئی بات کو بھی آپ اس وقت جان پاتے ہیں جب آپ سو</w:t>
      </w:r>
    </w:p>
    <w:p>
      <w:r>
        <w:rPr>
          <w:b/>
        </w:rPr>
        <w:t xml:space="preserve">[33:10] </w:t>
      </w:r>
      <w:r>
        <w:t>chein, sochein, sochein. agar nahi sochenge to super, aap ke andar superficial thinking aayegi. sachi baat hai jaane ka.</w:t>
      </w:r>
    </w:p>
    <w:p>
      <w:pPr>
        <w:jc w:val="right"/>
      </w:pPr>
      <w:r>
        <w:t>چیں، سوچیں، سوچیں۔ اگر نہیں سوچیں گے تو سپر، آپ کے اندر سپر فلش تھنکنگ آئے گی۔ سچی بات ہے جانے کا۔</w:t>
      </w:r>
    </w:p>
    <w:p>
      <w:r>
        <w:rPr>
          <w:b/>
        </w:rPr>
        <w:t xml:space="preserve">[33:22] </w:t>
      </w:r>
      <w:r>
        <w:t>to negative thinking, negative boli, yeh sab sachi baat hai. superficial thinking ka nateeja hai.</w:t>
      </w:r>
    </w:p>
    <w:p>
      <w:pPr>
        <w:jc w:val="right"/>
      </w:pPr>
      <w:r>
        <w:t>تو نیگیٹیو تھنکنگ، نیگیٹیو بولی، یہ سب سچی بات ہے۔ سپر فلش تھنکنگ کا نتیجہ ہے۔</w:t>
      </w:r>
    </w:p>
    <w:p>
      <w:r>
        <w:rPr>
          <w:b/>
        </w:rPr>
        <w:t xml:space="preserve">[33:37] </w:t>
      </w:r>
      <w:r>
        <w:t>jaise maine aap ko badr o uhad ki qissa bataya.</w:t>
      </w:r>
    </w:p>
    <w:p>
      <w:pPr>
        <w:jc w:val="right"/>
      </w:pPr>
      <w:r>
        <w:t>جیسے میں نے آپ کو بدر و احد کی قصہ بتایا۔</w:t>
      </w:r>
    </w:p>
    <w:p>
      <w:r>
        <w:rPr>
          <w:b/>
        </w:rPr>
        <w:t xml:space="preserve">[33:42] </w:t>
      </w:r>
      <w:r>
        <w:t>uhad ke jang mein jab shikast hui to kai log mayus ho gaye ke Allah ke liye hum aaye ya Allah ke liye lade, aur hum ko shikast ho gayi.</w:t>
      </w:r>
    </w:p>
    <w:p>
      <w:pPr>
        <w:jc w:val="right"/>
      </w:pPr>
      <w:r>
        <w:t>احد کے جنگ میں جب شکست ہوئی تو کئی لوگ مایوس ہو گئے کہ اللہ کے لیے ہم آئے یا اللہ کے لیے لڑے، اور ہم کو شکست ہو گئی۔</w:t>
      </w:r>
    </w:p>
    <w:p>
      <w:r>
        <w:rPr>
          <w:b/>
        </w:rPr>
        <w:t xml:space="preserve">[33:56] </w:t>
      </w:r>
      <w:r>
        <w:t>yeh bhi kya tha? yeh superficial thinking thi.</w:t>
      </w:r>
    </w:p>
    <w:p>
      <w:pPr>
        <w:jc w:val="right"/>
      </w:pPr>
      <w:r>
        <w:t>یہ بھی کیا تھا؟ یہ سپر فلش تھنکنگ تھی۔</w:t>
      </w:r>
    </w:p>
    <w:p>
      <w:r>
        <w:rPr>
          <w:b/>
        </w:rPr>
        <w:t xml:space="preserve">[33:59] </w:t>
      </w:r>
      <w:r>
        <w:t>wohi baat thi yeh ke unhone present ko le kar socha, aur Allah ka mamla future ko le kar hua tha.</w:t>
      </w:r>
    </w:p>
    <w:p>
      <w:pPr>
        <w:jc w:val="right"/>
      </w:pPr>
      <w:r>
        <w:t>وہی بات تھی یہ کہ انہوں نے پریزنٹ کو لے کر سوچا، اور اللہ کا معاملہ فیوچر کو لے کر ہوا تھا۔</w:t>
      </w:r>
    </w:p>
    <w:p>
      <w:r>
        <w:rPr>
          <w:b/>
        </w:rPr>
        <w:t xml:space="preserve">[34:10] </w:t>
      </w:r>
      <w:r>
        <w:t>yani ghazwa uhad ke baad jin logon ko mayusi hui,</w:t>
      </w:r>
    </w:p>
    <w:p>
      <w:pPr>
        <w:jc w:val="right"/>
      </w:pPr>
      <w:r>
        <w:t>یعنی غزوہ احد کے بعد جن لوگوں کو مایوسی ہوئی،</w:t>
      </w:r>
    </w:p>
    <w:p>
      <w:r>
        <w:rPr>
          <w:b/>
        </w:rPr>
        <w:t xml:space="preserve">[34:19] </w:t>
      </w:r>
      <w:r>
        <w:t>woh mayusi ki wajah kya thi? ke unhone present ko le kar socha,</w:t>
      </w:r>
    </w:p>
    <w:p>
      <w:pPr>
        <w:jc w:val="right"/>
      </w:pPr>
      <w:r>
        <w:t>وہ مایوسی کی وجہ کیا تھی؟ کہ انہوں نے پریزنٹ کو لے کر سوچا،</w:t>
      </w:r>
    </w:p>
    <w:p>
      <w:r>
        <w:rPr>
          <w:b/>
        </w:rPr>
        <w:t xml:space="preserve">[34:26] </w:t>
      </w:r>
      <w:r>
        <w:t>jabke Allah ka jo faisla hua tha, woh future ke le kar hua tha.</w:t>
      </w:r>
    </w:p>
    <w:p>
      <w:pPr>
        <w:jc w:val="right"/>
      </w:pPr>
      <w:r>
        <w:t>جبکہ اللہ کا جو فیصلہ ہوا تھا، وہ فیوچر کے لے کر ہوا تھا۔</w:t>
      </w:r>
    </w:p>
    <w:p>
      <w:r>
        <w:rPr>
          <w:b/>
        </w:rPr>
        <w:t xml:space="preserve">[34:33] </w:t>
      </w:r>
      <w:r>
        <w:t>chahe jab baat ko logon ko samajh mein aaya, us waqt kuch log samjhe, kuch log nahi samjhe.</w:t>
      </w:r>
    </w:p>
    <w:p>
      <w:pPr>
        <w:jc w:val="right"/>
      </w:pPr>
      <w:r>
        <w:t>چاہے جب بات کو لوگوں کو سمجھ میں آیا، اس وقت کچھ لوگ سمجھے، کچھ لوگ نہیں سمجھے۔</w:t>
      </w:r>
    </w:p>
    <w:p>
      <w:r>
        <w:rPr>
          <w:b/>
        </w:rPr>
        <w:t xml:space="preserve">[34:46] </w:t>
      </w:r>
      <w:r>
        <w:t>to yaad rakhiye, Allah par iman, yeh kalma ke talaffuz ka naam iman nahi hai.</w:t>
      </w:r>
    </w:p>
    <w:p>
      <w:pPr>
        <w:jc w:val="right"/>
      </w:pPr>
      <w:r>
        <w:t>تو یاد رکھیے، اللہ پر ایمان، یہ کلمہ کے تلفظ کا کا نام ایمان نہیں ہے۔</w:t>
      </w:r>
    </w:p>
    <w:p>
      <w:r>
        <w:rPr>
          <w:b/>
        </w:rPr>
        <w:t xml:space="preserve">[35:01] </w:t>
      </w:r>
      <w:r>
        <w:t>ke aap ne kuch alfaaz hain kalma ke, woh padh liye aap ne, bas aap ko iman hasil ho gaya. yeh iman ko address shift karna hai.</w:t>
      </w:r>
    </w:p>
    <w:p>
      <w:pPr>
        <w:jc w:val="right"/>
      </w:pPr>
      <w:r>
        <w:t>کہ آپ نے کچھ الفاظ ہیں کلمہ کے، وہ پڑھ لیے آپ نے، بس آپ کو ایمان حاصل ہو گیا۔ یہ ایمان کو ایڈریس شپٹ کرنا ہے۔</w:t>
      </w:r>
    </w:p>
    <w:p>
      <w:r>
        <w:rPr>
          <w:b/>
        </w:rPr>
        <w:t xml:space="preserve">[35:15] </w:t>
      </w:r>
      <w:r>
        <w:t>agar aap samjhein ke kalma ke jo alfaaz hain, la ilaha illallah muhammadur rasulullah, isko zaban sada kar diya to aap ko iman mil gaya.</w:t>
      </w:r>
    </w:p>
    <w:p>
      <w:pPr>
        <w:jc w:val="right"/>
      </w:pPr>
      <w:r>
        <w:t>اگر آپ سمجھیں کہ کلمہ کے جو الفاظ ہیں، لا الہ الا اللہ محمد رسول اللہ، اس کو زبان سادہ کر دیا تو آپ کو ایمان مل گیا۔</w:t>
      </w:r>
    </w:p>
    <w:p>
      <w:r>
        <w:rPr>
          <w:b/>
        </w:rPr>
        <w:t xml:space="preserve">[35:27] </w:t>
      </w:r>
      <w:r>
        <w:t>to aap iman ko address shift kar rahe hain. yeh iman ki tazgeer hai.</w:t>
      </w:r>
    </w:p>
    <w:p>
      <w:pPr>
        <w:jc w:val="right"/>
      </w:pPr>
      <w:r>
        <w:t>تو آپ ایمان کو ایڈریس شپٹ کر رہے ہیں۔ یہ ایمان کی تزغیر ہے۔</w:t>
      </w:r>
    </w:p>
    <w:p>
      <w:r>
        <w:rPr>
          <w:b/>
        </w:rPr>
        <w:t xml:space="preserve">[35:36] </w:t>
      </w:r>
      <w:r>
        <w:t>yeh kalma ek ek discovery ka kalma hai. yeh eureka eureka jaisa mamla hai.</w:t>
      </w:r>
    </w:p>
    <w:p>
      <w:pPr>
        <w:jc w:val="right"/>
      </w:pPr>
      <w:r>
        <w:t>یہ کلمہ ایک ایک ڈسکوری کا کلمہ ہے۔ یہ یوریکا یوریکا جیسا معاملہ ہے۔</w:t>
      </w:r>
    </w:p>
    <w:p>
      <w:r>
        <w:rPr>
          <w:b/>
        </w:rPr>
        <w:t xml:space="preserve">[35:47] </w:t>
      </w:r>
      <w:r>
        <w:t>aap seeker bante hain, aap ghore fikr karte hain, duaen karte hain, study karte hain.</w:t>
      </w:r>
    </w:p>
    <w:p>
      <w:pPr>
        <w:jc w:val="right"/>
      </w:pPr>
      <w:r>
        <w:t>آپ سیکھر بنتے ہیں، آپ غور و فکر کرتے ہیں، دعائیں کرتے ہیں، اسٹڈی کرتے ہیں۔</w:t>
      </w:r>
    </w:p>
    <w:p>
      <w:r>
        <w:rPr>
          <w:b/>
        </w:rPr>
        <w:t xml:space="preserve">[35:57] </w:t>
      </w:r>
      <w:r>
        <w:t>yahan tak ke aap ko ek cheez discover hoti hai. Allah, Allah aap ko discover hota hai. to aap kehte hain, kaha padhte hain ke eureka eureka, maine pa liya, maine pa liya.</w:t>
      </w:r>
    </w:p>
    <w:p>
      <w:pPr>
        <w:jc w:val="right"/>
      </w:pPr>
      <w:r>
        <w:t>یہاں تک کہ آپ کو ایک چیز ڈسکور ہوتی ہے۔ اللہ، اللہ آپ کو ڈسکور ہوتا ہے۔ تو آپ کہتے ہیں، کہا پڑھتے ہیں کہ یوریکا یوریکا، میں نے پا لیا، میں نے پا لیا۔</w:t>
      </w:r>
    </w:p>
    <w:p>
      <w:r>
        <w:rPr>
          <w:b/>
        </w:rPr>
        <w:t xml:space="preserve">[36:12] </w:t>
      </w:r>
      <w:r>
        <w:t>yahi ek, yahi kalma hai.</w:t>
      </w:r>
    </w:p>
    <w:p>
      <w:pPr>
        <w:jc w:val="right"/>
      </w:pPr>
      <w:r>
        <w:t>یہی ایک، یہی کلمہ ہے۔</w:t>
      </w:r>
    </w:p>
    <w:p>
      <w:r>
        <w:rPr>
          <w:b/>
        </w:rPr>
        <w:t xml:space="preserve">[36:18] </w:t>
      </w:r>
      <w:r>
        <w:t>kalma munh se kuch alfaaz ko ada karne ka naam nahi hai, balke dil ki pukaar ka naam hai.</w:t>
      </w:r>
    </w:p>
    <w:p>
      <w:pPr>
        <w:jc w:val="right"/>
      </w:pPr>
      <w:r>
        <w:t>کلمہ منہ سے کچھ الفاظ کو ادا کرنے کا نام نہیں ہے، بلکہ دل کی پکار کا نام ہے۔</w:t>
      </w:r>
    </w:p>
    <w:p>
      <w:r>
        <w:rPr>
          <w:b/>
        </w:rPr>
        <w:t xml:space="preserve">[36:31] </w:t>
      </w:r>
      <w:r>
        <w:t>dil ki pukaar ka naam hai.</w:t>
      </w:r>
    </w:p>
    <w:p>
      <w:pPr>
        <w:jc w:val="right"/>
      </w:pPr>
      <w:r>
        <w:t>دل کی پکار کا نام ہے۔</w:t>
      </w:r>
    </w:p>
    <w:p>
      <w:r>
        <w:rPr>
          <w:b/>
        </w:rPr>
        <w:t xml:space="preserve">[36:35] </w:t>
      </w:r>
      <w:r>
        <w:t>jab kalma dil ki pukaar ki hesiyat se aap ko milega, tab yeh saari baatein aap ko haasil hongi.</w:t>
      </w:r>
    </w:p>
    <w:p>
      <w:pPr>
        <w:jc w:val="right"/>
      </w:pPr>
      <w:r>
        <w:t>جب کلمہ دل کی پکار کی حیثیت سے آپ کو ملے گا، تب یہ ساری باتیں آپ کو حاصل ہوں گی۔</w:t>
      </w:r>
    </w:p>
    <w:p>
      <w:r>
        <w:rPr>
          <w:b/>
        </w:rPr>
        <w:t xml:space="preserve">[36:46] </w:t>
      </w:r>
      <w:r>
        <w:t>phir sacha shukr, sacha hamd,</w:t>
      </w:r>
    </w:p>
    <w:p>
      <w:pPr>
        <w:jc w:val="right"/>
      </w:pPr>
      <w:r>
        <w:t>پھر سچا شکر، سچا حمد،</w:t>
      </w:r>
    </w:p>
    <w:p>
      <w:r>
        <w:rPr>
          <w:b/>
        </w:rPr>
        <w:t xml:space="preserve">[36:53] </w:t>
      </w:r>
      <w:r>
        <w:t>aur jo deen baatein hain imaan se mutalliq, woh sab aap ko haasil hongi.</w:t>
      </w:r>
    </w:p>
    <w:p>
      <w:pPr>
        <w:jc w:val="right"/>
      </w:pPr>
      <w:r>
        <w:t>اور جو دین باتیں ہیں ایمان سے متعلق، وہ سب آپ کو حاصل ہوں گی۔</w:t>
      </w:r>
    </w:p>
    <w:p>
      <w:r>
        <w:rPr>
          <w:b/>
        </w:rPr>
        <w:t xml:space="preserve">[37:09] </w:t>
      </w:r>
      <w:r>
        <w:t>to is waqt khaas taur par main jis par zor dena chahta hoon,</w:t>
      </w:r>
    </w:p>
    <w:p>
      <w:pPr>
        <w:jc w:val="right"/>
      </w:pPr>
      <w:r>
        <w:t>تو اس وقت خاص طور پر میں جس پر زور دینا چاہتا ہوں،</w:t>
      </w:r>
    </w:p>
    <w:p>
      <w:r>
        <w:rPr>
          <w:b/>
        </w:rPr>
        <w:t xml:space="preserve">[37:14] </w:t>
      </w:r>
      <w:r>
        <w:t>jo aksar mujh se log poochte hain dua ke baare mein. Ke dua kya hai? Hum duaen karte rehte hain, qabool nahi hoti.</w:t>
      </w:r>
    </w:p>
    <w:p>
      <w:pPr>
        <w:jc w:val="right"/>
      </w:pPr>
      <w:r>
        <w:t>جو اکثر مجھ سے لوگ پوچھتے ہیں دعا کے بارے میں۔ کہ دعا کیا ہے؟ ہم دعائیں کرتے رہتے ہیں، قبول نہیں ہوتی۔</w:t>
      </w:r>
    </w:p>
    <w:p>
      <w:r>
        <w:rPr>
          <w:b/>
        </w:rPr>
        <w:t xml:space="preserve">[37:25] </w:t>
      </w:r>
      <w:r>
        <w:t>to main apne mutale'a aur apne tajrube ki buniyad par yeh kehta hoon. Ke dua ko present ke aitbaar se judge mat kijiye.</w:t>
      </w:r>
    </w:p>
    <w:p>
      <w:pPr>
        <w:jc w:val="right"/>
      </w:pPr>
      <w:r>
        <w:t>تو میں اپنے مطالعہ اور اپنے تجربے کی بنیاد پر یہ کہتا ہوں۔ کہ دعا کو پریزنٹ کے اعتبار سے جج مت کیجئے۔</w:t>
      </w:r>
    </w:p>
    <w:p>
      <w:r>
        <w:rPr>
          <w:b/>
        </w:rPr>
        <w:t xml:space="preserve">[37:35] </w:t>
      </w:r>
      <w:r>
        <w:t>future ke aitbaar se judge kijiye. Kyun ke dua karne wala ek insaan hota hai. Insaan ko sirf present ki khabar hoti hai.</w:t>
      </w:r>
    </w:p>
    <w:p>
      <w:pPr>
        <w:jc w:val="right"/>
      </w:pPr>
      <w:r>
        <w:t>فیوچر کے اعتبار سے جج کیجئے۔ کیونکہ دعا کرنے والا ایک انسان ہوتا ہے۔ انسان کو صرف پریزنٹ کی خبر ہوتی ہے۔</w:t>
      </w:r>
    </w:p>
    <w:p>
      <w:r>
        <w:rPr>
          <w:b/>
        </w:rPr>
        <w:t xml:space="preserve">[37:46] </w:t>
      </w:r>
      <w:r>
        <w:t>iska mind present ko le kar sochta hai. Lekin jo dua ko qabool karne wala hai, woh to Khuda hai.</w:t>
      </w:r>
    </w:p>
    <w:p>
      <w:pPr>
        <w:jc w:val="right"/>
      </w:pPr>
      <w:r>
        <w:t>اس کا مائنڈ پریزنٹ کو لے کر سوچتا ہے۔ لیکن جو دعا کو قبول کرنے والا ہے، وہ تو خدا ہے۔</w:t>
      </w:r>
    </w:p>
    <w:p>
      <w:r>
        <w:rPr>
          <w:b/>
        </w:rPr>
        <w:t xml:space="preserve">[37:55] </w:t>
      </w:r>
      <w:r>
        <w:t>dua ki nazar future tak phaili hui hai.</w:t>
      </w:r>
    </w:p>
    <w:p>
      <w:pPr>
        <w:jc w:val="right"/>
      </w:pPr>
      <w:r>
        <w:t>دعا کی نظر فیوچر تک پھیلی ہوئی ہے۔</w:t>
      </w:r>
    </w:p>
    <w:p>
      <w:r>
        <w:rPr>
          <w:b/>
        </w:rPr>
        <w:t xml:space="preserve">[38:01] </w:t>
      </w:r>
      <w:r>
        <w:t>to gaya ke maangne wala present ke aitbaar se maangta hai. Lekin dene wala is ko future ke aitbaar se deta hai.</w:t>
      </w:r>
    </w:p>
    <w:p>
      <w:pPr>
        <w:jc w:val="right"/>
      </w:pPr>
      <w:r>
        <w:t>تو گیا کہ مانگنے والا پریزنٹ کے اعتبار سے مانگتا ہے۔ لیکن دینے والا اس کو فیوچر کے اعتبار سے دیتا ہے۔</w:t>
      </w:r>
    </w:p>
    <w:p>
      <w:r>
        <w:rPr>
          <w:b/>
        </w:rPr>
        <w:t xml:space="preserve">[38:14] </w:t>
      </w:r>
      <w:r>
        <w:t>is tarah agar aap sochen ke kabhi aap mayoosi ka shikar na hon. Kabhi aap ko tension, kabhi aap tension mein mubtala na hon.</w:t>
      </w:r>
    </w:p>
    <w:p>
      <w:pPr>
        <w:jc w:val="right"/>
      </w:pPr>
      <w:r>
        <w:t>اس طرح اگر آپ سوچیں کہ کبھی آپ مایوسی کا شکار نہ ہوں۔ کبھی آپ کو ٹینشن، کبھی آپ ٹینشن میں مبتلا نہ ہوں۔</w:t>
      </w:r>
    </w:p>
    <w:p>
      <w:r>
        <w:rPr>
          <w:b/>
        </w:rPr>
        <w:t xml:space="preserve">[38:27] </w:t>
      </w:r>
      <w:r>
        <w:t>hamesha aap ka hausla bana rahe. Aap ka shukr ka jazba aap ke andar baqi rahe.</w:t>
      </w:r>
    </w:p>
    <w:p>
      <w:pPr>
        <w:jc w:val="right"/>
      </w:pPr>
      <w:r>
        <w:t>ہمیشہ آپ کا حوصلہ بنا رہے۔ آپ کا شکر کا جذبہ آپ کے اندر باقی رہے۔</w:t>
      </w:r>
    </w:p>
    <w:p>
      <w:r>
        <w:rPr>
          <w:b/>
        </w:rPr>
        <w:t xml:space="preserve">[38:39] </w:t>
      </w:r>
      <w:r>
        <w:t>aap ki negativity kabhi aap ki positivity kabhi khatm na ho.</w:t>
      </w:r>
    </w:p>
    <w:p>
      <w:pPr>
        <w:jc w:val="right"/>
      </w:pPr>
      <w:r>
        <w:t>آپ کی نیگیٹیوٹی کبھی آپ کی پازیٹیوٹی کبھی ختم نہ ہو۔</w:t>
      </w:r>
    </w:p>
    <w:p>
      <w:r>
        <w:rPr>
          <w:b/>
        </w:rPr>
        <w:t xml:space="preserve">[38:47] </w:t>
      </w:r>
      <w:r>
        <w:t>aur is duniya mein yaad rakhiye,</w:t>
      </w:r>
    </w:p>
    <w:p>
      <w:pPr>
        <w:jc w:val="right"/>
      </w:pPr>
      <w:r>
        <w:t>اور اس دنیا میں یاد رکھیے،</w:t>
      </w:r>
    </w:p>
    <w:p>
      <w:r>
        <w:rPr>
          <w:b/>
        </w:rPr>
        <w:t xml:space="preserve">[38:52] </w:t>
      </w:r>
      <w:r>
        <w:t>sab se zaroori cheez hai ke aap ki positivity kabhi khatm na ho. Aap poore maanon mein, poore maanon mein ek positive thinker hon.</w:t>
      </w:r>
    </w:p>
    <w:p>
      <w:pPr>
        <w:jc w:val="right"/>
      </w:pPr>
      <w:r>
        <w:t>سب سے ضروری چیز ہے کہ آپ کی پازیٹیوٹی کبھی ختم نہ ہو۔ آپ پورے معنوں میں، پورے معنوں میں ایک پازیٹیو تھنکر ہوں۔</w:t>
      </w:r>
    </w:p>
    <w:p>
      <w:r>
        <w:rPr>
          <w:b/>
        </w:rPr>
        <w:t xml:space="preserve">[39:04] </w:t>
      </w:r>
      <w:r>
        <w:t>mere tajrube ke mutabiq, positive thinking crack crack crack saare mamlaat ko.</w:t>
      </w:r>
    </w:p>
    <w:p>
      <w:pPr>
        <w:jc w:val="right"/>
      </w:pPr>
      <w:r>
        <w:t>میرے تجربے کے مطابق، پازیٹیو تھنکنگ کرک کرکس کرکس سارے معاملات کو۔</w:t>
      </w:r>
    </w:p>
    <w:p>
      <w:r>
        <w:rPr>
          <w:b/>
        </w:rPr>
        <w:t xml:space="preserve">[39:15] </w:t>
      </w:r>
      <w:r>
        <w:t>positive thinking, musbat soch krak hai saare mamlaat ko. Positive thinking hai to sab kuch hai.</w:t>
      </w:r>
    </w:p>
    <w:p>
      <w:pPr>
        <w:jc w:val="right"/>
      </w:pPr>
      <w:r>
        <w:t>پازیٹیو تھنکنگ، مثبت سوچ کرکس ہے سارے معاملات کو۔ پازیٹیو تھنکنگ ہے تو سب کچھ ہے۔</w:t>
      </w:r>
    </w:p>
    <w:p>
      <w:r>
        <w:rPr>
          <w:b/>
        </w:rPr>
        <w:t xml:space="preserve">[39:27] </w:t>
      </w:r>
      <w:r>
        <w:t>positive thinking nahi to kuch bhi nahi.</w:t>
      </w:r>
    </w:p>
    <w:p>
      <w:pPr>
        <w:jc w:val="right"/>
      </w:pPr>
      <w:r>
        <w:t>پازیٹیو تھنکنگ نہیں تو کچھ بھی نہیں۔</w:t>
      </w:r>
    </w:p>
    <w:p>
      <w:r>
        <w:rPr>
          <w:b/>
        </w:rPr>
        <w:t xml:space="preserve">[39:34] </w:t>
      </w:r>
      <w:r>
        <w:t>main yeh samjha hoon ke jannat kya hai? Jannat positive thinkers ka ek colony hai.</w:t>
      </w:r>
    </w:p>
    <w:p>
      <w:pPr>
        <w:jc w:val="right"/>
      </w:pPr>
      <w:r>
        <w:t>میں یہ سمجھا ہوں کہ جنت کیا ہے؟ جنت پازیٹیو تھنکرز کا ایک کالونی ہے۔</w:t>
      </w:r>
    </w:p>
    <w:p>
      <w:r>
        <w:rPr>
          <w:b/>
        </w:rPr>
        <w:t xml:space="preserve">[39:43] </w:t>
      </w:r>
      <w:r>
        <w:t>jannat kya hai? Positive thinkers ki ek bohat hi refined colony. Jahan woh log basaye jayenge jinhon ne duniya ki zindagi mein yeh saboot diya.</w:t>
      </w:r>
    </w:p>
    <w:p>
      <w:pPr>
        <w:jc w:val="right"/>
      </w:pPr>
      <w:r>
        <w:t>جنت کیا ہے؟ پازیٹیو تھنکرز کی ایک بہت ہی ریفائنڈ کالونی۔ جہاں وہ لوگ بسائے جائیں گے جنہوں نے دنیا کی زندگی میں یہ ثبوت دیا۔</w:t>
      </w:r>
    </w:p>
    <w:p>
      <w:r>
        <w:rPr>
          <w:b/>
        </w:rPr>
        <w:t xml:space="preserve">[39:56] </w:t>
      </w:r>
      <w:r>
        <w:t>ke woh negative halaat mein bhi positive thinker bane rahen.</w:t>
      </w:r>
    </w:p>
    <w:p>
      <w:pPr>
        <w:jc w:val="right"/>
      </w:pPr>
      <w:r>
        <w:t>کہ وہ نیگیٹیو حالات میں بھی پازیٹیو تھنکر بنے رہیں۔</w:t>
      </w:r>
    </w:p>
    <w:p>
      <w:r>
        <w:rPr>
          <w:b/>
        </w:rPr>
        <w:t xml:space="preserve">[40:05] </w:t>
      </w:r>
      <w:r>
        <w:t>kyun ke isi se aur saari cheezein paida hoti hain. Agar aap ke andar yeh yeh sifat hai ke negative halaat mein bhi aap ki positive thinking bhang na ho,</w:t>
      </w:r>
    </w:p>
    <w:p>
      <w:pPr>
        <w:jc w:val="right"/>
      </w:pPr>
      <w:r>
        <w:t>کیونکہ اسی سے اور ساری چیزیں پیدا ہوتی ہیں۔ اگر آپ کے اندر یہ یہ صفت ہے کہ نیگیٹیو حالات میں بھی آپ کی پازیٹیو تھنکنگ بھنگ نہ ہو،</w:t>
      </w:r>
    </w:p>
    <w:p>
      <w:r>
        <w:rPr>
          <w:b/>
        </w:rPr>
        <w:t xml:space="preserve">[40:21] </w:t>
      </w:r>
      <w:r>
        <w:t>khatm na ho tab doosri tamam qualities aap ke andar aayengi yahi jar ki baat hai</w:t>
      </w:r>
    </w:p>
    <w:p>
      <w:pPr>
        <w:jc w:val="right"/>
      </w:pPr>
      <w:r>
        <w:t>ختم نہ ہو۔ تب دوسری تمام کوالٹیز آپ کے اندر آئیں گی۔ یہی جڑ کی بات ہے۔</w:t>
      </w:r>
    </w:p>
    <w:p>
      <w:r>
        <w:rPr>
          <w:b/>
        </w:rPr>
        <w:t xml:space="preserve">[40:30] </w:t>
      </w:r>
      <w:r>
        <w:t>yeh nahi to doosri doosri doosri tamam qualities bhi nahi jaise quran mein hai ke wallah yado ila dar us salam dar us salam ke mani hain home of peace</w:t>
      </w:r>
    </w:p>
    <w:p>
      <w:pPr>
        <w:jc w:val="right"/>
      </w:pPr>
      <w:r>
        <w:t>یہ نہیں تو دوسری، دوسری، دوسری تمام کوالٹیز بھی نہیں۔ جیسے قرآن میں ہے کہ واللهیدعو الى دار السلام دارالسلام کے معنی ہیں ہوم آف پیس۔</w:t>
      </w:r>
    </w:p>
    <w:p>
      <w:r>
        <w:rPr>
          <w:b/>
        </w:rPr>
        <w:t xml:space="preserve">[40:42] </w:t>
      </w:r>
      <w:r>
        <w:t>yahan jannat ko home of peace kaha gaya hai</w:t>
      </w:r>
    </w:p>
    <w:p>
      <w:pPr>
        <w:jc w:val="right"/>
      </w:pPr>
      <w:r>
        <w:t>یہاں جنت کو ہوم آف پیس کہا گیا ہے۔</w:t>
      </w:r>
    </w:p>
    <w:p>
      <w:r>
        <w:rPr>
          <w:b/>
        </w:rPr>
        <w:t xml:space="preserve">[40:49] </w:t>
      </w:r>
      <w:r>
        <w:t>yani</w:t>
      </w:r>
    </w:p>
    <w:p>
      <w:pPr>
        <w:jc w:val="right"/>
      </w:pPr>
      <w:r>
        <w:t>یعنی</w:t>
      </w:r>
    </w:p>
    <w:p>
      <w:r>
        <w:rPr>
          <w:b/>
        </w:rPr>
        <w:t xml:space="preserve">[40:53] </w:t>
      </w:r>
      <w:r>
        <w:t>yun keh sakte hain ke aap</w:t>
      </w:r>
    </w:p>
    <w:p>
      <w:pPr>
        <w:jc w:val="right"/>
      </w:pPr>
      <w:r>
        <w:t>یوں کہہ سکتے ہیں کہ آپ</w:t>
      </w:r>
    </w:p>
    <w:p>
      <w:r>
        <w:rPr>
          <w:b/>
        </w:rPr>
        <w:t xml:space="preserve">[40:57] </w:t>
      </w:r>
      <w:r>
        <w:t>world of peace</w:t>
      </w:r>
    </w:p>
    <w:p>
      <w:pPr>
        <w:jc w:val="right"/>
      </w:pPr>
      <w:r>
        <w:t>ورلڈ آف پیس۔</w:t>
      </w:r>
    </w:p>
    <w:p>
      <w:r>
        <w:rPr>
          <w:b/>
        </w:rPr>
        <w:t xml:space="preserve">[41:01] </w:t>
      </w:r>
      <w:r>
        <w:t>to wahan par kis ko basaya jayega inhi ko basaya jayega jo dunya mein peaceful rahen peaceful kaise rahenge aap jab aap ke andar aap ke andar positive thinking ho</w:t>
      </w:r>
    </w:p>
    <w:p>
      <w:pPr>
        <w:jc w:val="right"/>
      </w:pPr>
      <w:r>
        <w:t>تو وہاں پر کس کو بسایا جائے گا؟ انہی کو بسایا جائے گا جو دنیا میں پیس فل رہیں۔ پیس فل کیسے رہیں گے آپ؟ جب آپ کے اندر آپ کے اندر پازیٹیو تھنکنگ ہو۔</w:t>
      </w:r>
    </w:p>
    <w:p>
      <w:r>
        <w:rPr>
          <w:b/>
        </w:rPr>
        <w:t xml:space="preserve">[41:13] </w:t>
      </w:r>
      <w:r>
        <w:t>kyun ke dunya mein to jhaad jhankad hai</w:t>
      </w:r>
    </w:p>
    <w:p>
      <w:pPr>
        <w:jc w:val="right"/>
      </w:pPr>
      <w:r>
        <w:t>کیونکہ دنیا میں تو جھاڑ جھنکاڑ ہے۔</w:t>
      </w:r>
    </w:p>
    <w:p>
      <w:r>
        <w:rPr>
          <w:b/>
        </w:rPr>
        <w:t xml:space="preserve">[41:16] </w:t>
      </w:r>
      <w:r>
        <w:t>dunya mein to bohat unwanted situation hai</w:t>
      </w:r>
    </w:p>
    <w:p>
      <w:pPr>
        <w:jc w:val="right"/>
      </w:pPr>
      <w:r>
        <w:t>دنیا میں تو بہت ان وانٹڈ سچویشن ہے۔</w:t>
      </w:r>
    </w:p>
    <w:p>
      <w:r>
        <w:rPr>
          <w:b/>
        </w:rPr>
        <w:t xml:space="preserve">[41:24] </w:t>
      </w:r>
      <w:r>
        <w:t>to meri dua hai ke Allah taala mujh ko aur aap ko tofeeq de ke hum Allah ke</w:t>
      </w:r>
    </w:p>
    <w:p>
      <w:pPr>
        <w:jc w:val="right"/>
      </w:pPr>
      <w:r>
        <w:t>تو میری دعا ہے کہ اللہ تعالیٰ مجھ کو اور آپ کو توفیق دے کہ ہم اللہ کے</w:t>
      </w:r>
    </w:p>
    <w:p>
      <w:r>
        <w:rPr>
          <w:b/>
        </w:rPr>
        <w:t xml:space="preserve">[41:34] </w:t>
      </w:r>
      <w:r>
        <w:t>sirat e mustaqeem ko daryaft karen aur is par hum poori tarah qaim ho jayen</w:t>
      </w:r>
    </w:p>
    <w:p>
      <w:pPr>
        <w:jc w:val="right"/>
      </w:pPr>
      <w:r>
        <w:t>صراط مستقیم کو دریافت کریں۔ اور اس پر ہم پوری طرح قائم ہو جائیں۔</w:t>
      </w:r>
    </w:p>
    <w:p>
      <w:r>
        <w:rPr>
          <w:b/>
        </w:rPr>
        <w:t xml:space="preserve">[41:43] </w:t>
      </w:r>
      <w:r>
        <w:t>Allah ki marzi ko daryaft karen aur Allah ki marzi ko follow karen yeh do hi dua hai meri apne liye aur aap logon ke liye</w:t>
      </w:r>
    </w:p>
    <w:p>
      <w:pPr>
        <w:jc w:val="right"/>
      </w:pPr>
      <w:r>
        <w:t>اللہ کی مرضی کو دریافت کریں۔ اور اللہ کی مرضی کو فالو کریں۔ یہ دو ہی دعا ہے میری اپنے لیے اور آپ لوگوں کے لیے۔</w:t>
      </w:r>
    </w:p>
    <w:p>
      <w:r>
        <w:rPr>
          <w:b/>
        </w:rPr>
        <w:t xml:space="preserve">[41:53] </w:t>
      </w:r>
      <w:r>
        <w:t>assalam o alaikum wa rehmatullah</w:t>
      </w:r>
    </w:p>
    <w:p>
      <w:pPr>
        <w:jc w:val="right"/>
      </w:pPr>
      <w:r>
        <w:t>السلام علیکم ورحمة الله</w:t>
      </w:r>
    </w:p>
    <w:p>
      <w:r>
        <w:rPr>
          <w:b/>
        </w:rPr>
        <w:t xml:space="preserve">[42:09] </w:t>
      </w:r>
      <w:r>
        <w:t>okay we are want to make a very important announcement today Maulana sahib would be launching the android app of spirit of Islam magazine if you all remember about four years back on 30th December 2012 Maulana had launched the first issue of spirit of Islam magazine which had replaced the spiritual message</w:t>
      </w:r>
    </w:p>
    <w:p>
      <w:pPr>
        <w:jc w:val="right"/>
      </w:pPr>
      <w:r>
        <w:t>اوکے وی آہ وانٹ ٹو میک آہ ویری امپورٹنٹ آہ اناؤنسمنٹ ٹوڈے آہ مولانا صاحب وڈ بی آہ لانچنگ دی اینڈرائیڈ ایپ آف آہ سپرٹ آف اسلام میگزین آہ اف یو آل ریممبر اباؤٹ فور ایئرز بیک آن تھرٹی دسمبر ٹو تھاؤزنڈ ٹویلو مولانا ہیڈ لانچ دی فرسٹ ایشو آف سپرٹ آف اسلام میگزین وچ ہیڈ ریپلیس دی سپرچول میسج</w:t>
      </w:r>
    </w:p>
    <w:p>
      <w:r>
        <w:rPr>
          <w:b/>
        </w:rPr>
        <w:t xml:space="preserve">[42:34] </w:t>
      </w:r>
      <w:r>
        <w:t>the magazine is being published by the Bangalore chapter headed by Fatima Sarah and Ejaz bhai and since the launch of the first issue the spirit of Islam magazine has increased has seen the increasing of subscription manifold not only in the places like Africa it is now being subscribed from as far as places like US Australia and New Zealand</w:t>
      </w:r>
    </w:p>
    <w:p>
      <w:pPr>
        <w:jc w:val="right"/>
      </w:pPr>
      <w:r>
        <w:t>دی آہ میگزین از بینگ پبلشڈ آہ بائی دی بینگلور چیپٹر ہیڈڈ بائے فاطمہ سارہ اینڈ اعجاز بھائی اینڈ آہ سنس دی آہ لانچ آف دی فرسٹ ایشو دی سپرٹ آف اسلام میگزین ہیز انکریزڈ ہیز سین دی انکریزنگ آف سبسکرپشن مینی فولڈ آہ ناٹ اونلی آہ ان دی آہ پلیسز لائک افریقہ اٹ از ناو بینگ سبسکرائب فرام ایز فار ایز پلیسز لائک یو ایس آسٹریلیا اینڈ نیوزی لینڈ</w:t>
      </w:r>
    </w:p>
    <w:p>
      <w:r>
        <w:rPr>
          <w:b/>
        </w:rPr>
        <w:t xml:space="preserve">[43:01] </w:t>
      </w:r>
      <w:r>
        <w:t>and particularly it has been liked and appreciated by many youths academicians interfaith leaders so there has been an increasing demand to make it more easily accessible and convenient to read therefore the Bangalore team has developed the android app of spirit of Islam magazine which Maulana sahib would be launching today you can all download it from the Google Play Store</w:t>
      </w:r>
    </w:p>
    <w:p>
      <w:pPr>
        <w:jc w:val="right"/>
      </w:pPr>
      <w:r>
        <w:t>اینڈ آہ پرٹیکولرلی اٹ ہیز بین لائکڈ اینڈ ایپریشیٹڈ بائے آہ مینی یوتھس اکاڈیمیشنز انٹر فیتھ لیڈرز سو دیر ہیز بین اینڈ انکریزنگ ڈیمانڈ ٹو میک اٹ مور ایزیلی ایکسیسیبل اینڈ کنوینینٹ ٹو ریڈ دیر فور دی بینگلور ٹیم ہیز ڈویلپ دی اینڈرائیڈ ایپ آف سپرٹ آف اسلام میگزین وچ آہ مولانا صاحب وڈ بی لانچنگ ٹوڈے یو کین آل ڈاؤن لوڈ اٹ فرام دی گوگل پلے سٹ</w:t>
      </w:r>
    </w:p>
    <w:p>
      <w:r>
        <w:rPr>
          <w:b/>
        </w:rPr>
        <w:t xml:space="preserve">[43:29] </w:t>
      </w:r>
      <w:r>
        <w:t>where it can also be scanned from the image of the poster that the CPS team has developed and increase and spread it as far as possible so I would now request Maulana sahib to launch the Google app of spirit of Islam magazine dekhen yeh jo spirit of Islam hai</w:t>
      </w:r>
    </w:p>
    <w:p>
      <w:pPr>
        <w:jc w:val="right"/>
      </w:pPr>
      <w:r>
        <w:t>ور اٹ کین آل سو بی سکینڈ فرام دی امیج آف دا پوسٹر دیٹ آہ دا سی پی ایس ٹیم ہیز ڈویلپڈ اینڈ آہ انکریز اینڈ سپریڈ اٹ ایز فار ایز پوسیبل سو آئی وڈ ناو ریکویسٹ مولانا صاحب ٹو لانچ دی گوگل ایپ آف سپرٹ آف اسلام میگزین دیکھیں یہ جو سپرٹ آف اسلام ہے</w:t>
      </w:r>
    </w:p>
    <w:p>
      <w:r>
        <w:rPr>
          <w:b/>
        </w:rPr>
        <w:t xml:space="preserve">[43:53] </w:t>
      </w:r>
      <w:r>
        <w:t>yeh hamare mission ka English tarjuman hai</w:t>
      </w:r>
    </w:p>
    <w:p>
      <w:pPr>
        <w:jc w:val="right"/>
      </w:pPr>
      <w:r>
        <w:t>یہ ہمارے مشن کا انگلش ترجمان ہے</w:t>
      </w:r>
    </w:p>
    <w:p>
      <w:r>
        <w:rPr>
          <w:b/>
        </w:rPr>
        <w:t xml:space="preserve">[44:01] </w:t>
      </w:r>
      <w:r>
        <w:t>spirit of Islam hamare mission ka English tarjuman hai aap sab logon ko yeh karna hai ke is ko phailayen</w:t>
      </w:r>
    </w:p>
    <w:p>
      <w:pPr>
        <w:jc w:val="right"/>
      </w:pPr>
      <w:r>
        <w:t>سپرٹ آف اسلام ہمارے مشن کا انگلش ترجمان ہے آپ سب لوگوں کو یہ کرنا ہے کہ اس کو پھیلائیں</w:t>
      </w:r>
    </w:p>
    <w:p>
      <w:r>
        <w:rPr>
          <w:b/>
        </w:rPr>
        <w:t xml:space="preserve">[44:15] </w:t>
      </w:r>
      <w:r>
        <w:t>aap sab logon ko jo meri baat sun rahe hain kyun ke dekhen yeh mission global mission hai</w:t>
      </w:r>
    </w:p>
    <w:p>
      <w:pPr>
        <w:jc w:val="right"/>
      </w:pPr>
      <w:r>
        <w:t>آپ سب لوگوں کو جو میری بات سن رہے ہیں کیونکہ دیکھیں یہ مشن گلوبل مشن ہے</w:t>
      </w:r>
    </w:p>
    <w:p>
      <w:r>
        <w:rPr>
          <w:b/>
        </w:rPr>
        <w:t xml:space="preserve">[44:22] </w:t>
      </w:r>
      <w:r>
        <w:t>is zamane mein English jo hai dunya mein sab se zyada boli aur samjhi jaane wali zaban hai</w:t>
      </w:r>
    </w:p>
    <w:p>
      <w:pPr>
        <w:jc w:val="right"/>
      </w:pPr>
      <w:r>
        <w:t>اس زمانے میں انگلش جو ہے دنیا میں سب سے زیادہ بولی اور سمجھی جانے والی زبان ہے</w:t>
      </w:r>
    </w:p>
    <w:p>
      <w:r>
        <w:rPr>
          <w:b/>
        </w:rPr>
        <w:t xml:space="preserve">[44:34] </w:t>
      </w:r>
      <w:r>
        <w:t>yeh sab log jante hain</w:t>
      </w:r>
    </w:p>
    <w:p>
      <w:pPr>
        <w:jc w:val="right"/>
      </w:pPr>
      <w:r>
        <w:t>یہ سب لوگ جانتے ہیں</w:t>
      </w:r>
    </w:p>
    <w:p>
      <w:r>
        <w:rPr>
          <w:b/>
        </w:rPr>
        <w:t xml:space="preserve">[44:38] </w:t>
      </w:r>
      <w:r>
        <w:t>to international mission ki international ishaat ke liye zaroori hai ke is ke English mein to hamare hum ne English mein bohat si kitaben chhapi hain lekin ek periodical ek monthly ke tor par yeh</w:t>
      </w:r>
    </w:p>
    <w:p>
      <w:pPr>
        <w:jc w:val="right"/>
      </w:pPr>
      <w:r>
        <w:t>تو انٹر انٹرنیشنل مشن کی انٹرنیشنل اشاعت کے لیے ضروری ہے کہ اس کے انگلش میں تو ہمارے ہم نے انگلش میں بہت سی کتابیں چھاپی ہیں لیکن ایک پیریڈیکل ایک منتھلی کے طور پر یہ</w:t>
      </w:r>
    </w:p>
    <w:p>
      <w:r>
        <w:rPr>
          <w:b/>
        </w:rPr>
        <w:t xml:space="preserve">[45:03] </w:t>
      </w:r>
      <w:r>
        <w:t>spirit of Islam nikala gaya hai</w:t>
      </w:r>
    </w:p>
    <w:p>
      <w:pPr>
        <w:jc w:val="right"/>
      </w:pPr>
      <w:r>
        <w:t>سپرٹ آف اسلام نکالا گیا ہے</w:t>
      </w:r>
    </w:p>
    <w:p>
      <w:r>
        <w:rPr>
          <w:b/>
        </w:rPr>
        <w:t xml:space="preserve">[45:05] </w:t>
      </w:r>
      <w:r>
        <w:t>is mein khaas tor par</w:t>
      </w:r>
    </w:p>
    <w:p>
      <w:pPr>
        <w:jc w:val="right"/>
      </w:pPr>
      <w:r>
        <w:t>اس میں خاص طور پر</w:t>
      </w:r>
    </w:p>
    <w:p>
      <w:r>
        <w:rPr>
          <w:b/>
        </w:rPr>
        <w:t xml:space="preserve">[45:08] </w:t>
      </w:r>
      <w:r>
        <w:t>mister ejaz aur</w:t>
      </w:r>
    </w:p>
    <w:p>
      <w:pPr>
        <w:jc w:val="right"/>
      </w:pPr>
      <w:r>
        <w:t>مسٹر اعجاز اور</w:t>
      </w:r>
    </w:p>
    <w:p>
      <w:r>
        <w:rPr>
          <w:b/>
        </w:rPr>
        <w:t xml:space="preserve">[45:12] </w:t>
      </w:r>
      <w:r>
        <w:t>mus sarah fatima ki qurbaniyon ka dakhal hai</w:t>
      </w:r>
    </w:p>
    <w:p>
      <w:pPr>
        <w:jc w:val="right"/>
      </w:pPr>
      <w:r>
        <w:t>مس سارہ فاطمہ کی قربانیوں کا دخل ہے</w:t>
      </w:r>
    </w:p>
    <w:p>
      <w:r>
        <w:rPr>
          <w:b/>
        </w:rPr>
        <w:t xml:space="preserve">[45:19] </w:t>
      </w:r>
      <w:r>
        <w:t>to hum sab log is ki kamyabi ke liye dua karte hain aur main aap sab logon ko</w:t>
      </w:r>
    </w:p>
    <w:p>
      <w:pPr>
        <w:jc w:val="right"/>
      </w:pPr>
      <w:r>
        <w:t>تو ہم سب لوگ اس کی کامیابی کے لیے دعا کرتے ہیں اور میں آپ سب لوگوں کو</w:t>
      </w:r>
    </w:p>
    <w:p>
      <w:r>
        <w:rPr>
          <w:b/>
        </w:rPr>
        <w:t xml:space="preserve">[45:24] </w:t>
      </w:r>
      <w:r>
        <w:t>yeh request karta hoon</w:t>
      </w:r>
    </w:p>
    <w:p>
      <w:pPr>
        <w:jc w:val="right"/>
      </w:pPr>
      <w:r>
        <w:t>یہ ریکویسٹ کرتا ہوں</w:t>
      </w:r>
    </w:p>
    <w:p>
      <w:r>
        <w:rPr>
          <w:b/>
        </w:rPr>
        <w:t xml:space="preserve">[45:29] </w:t>
      </w:r>
      <w:r>
        <w:t>ke spirit of islam ko phailane ke liye aap jo bhi kar sakte hain kijiye</w:t>
      </w:r>
    </w:p>
    <w:p>
      <w:pPr>
        <w:jc w:val="right"/>
      </w:pPr>
      <w:r>
        <w:t>کہ سپرٹ آف اسلام کو پھیلانے کے لیے آپ جو بھی کر سکتے ہیں کیجئے</w:t>
      </w:r>
    </w:p>
    <w:p>
      <w:r>
        <w:rPr>
          <w:b/>
        </w:rPr>
        <w:t xml:space="preserve">[45:35] </w:t>
      </w:r>
      <w:r>
        <w:t>jo waqt ki sab se zyada</w:t>
      </w:r>
    </w:p>
    <w:p>
      <w:pPr>
        <w:jc w:val="right"/>
      </w:pPr>
      <w:r>
        <w:t>جو وقت کی سب سے زیادہ</w:t>
      </w:r>
    </w:p>
    <w:p>
      <w:r>
        <w:rPr>
          <w:b/>
        </w:rPr>
        <w:t xml:space="preserve">[45:38] </w:t>
      </w:r>
      <w:r>
        <w:t>developed zaban hai</w:t>
      </w:r>
    </w:p>
    <w:p>
      <w:pPr>
        <w:jc w:val="right"/>
      </w:pPr>
      <w:r>
        <w:t>ڈیولپڈ زبان ہے</w:t>
      </w:r>
    </w:p>
    <w:p>
      <w:r>
        <w:rPr>
          <w:b/>
        </w:rPr>
        <w:t xml:space="preserve">[45:41] </w:t>
      </w:r>
      <w:r>
        <w:t>allah taala aap ko tofeeq de ke aap is mission mein apna hissa ada karen aur aap logon ke</w:t>
      </w:r>
    </w:p>
    <w:p>
      <w:pPr>
        <w:jc w:val="right"/>
      </w:pPr>
      <w:r>
        <w:t>اللہ تعالیٰ آپ کو توفیق دے کہ آپ اس مشن میں اپنا حصہ ادا کریں اور آپ لوگوں کے</w:t>
      </w:r>
    </w:p>
    <w:p>
      <w:r>
        <w:rPr>
          <w:b/>
        </w:rPr>
        <w:t xml:space="preserve">[45:53] </w:t>
      </w:r>
      <w:r>
        <w:t>role ko aap logon ki hissadari ko allah qabool kar ke is perche ko spirit of islam ko dunya bhar mein phaila de yeh meri dua hai</w:t>
      </w:r>
    </w:p>
    <w:p>
      <w:pPr>
        <w:jc w:val="right"/>
      </w:pPr>
      <w:r>
        <w:t>رول کو آپ لوگوں کی حصہ داری کو اللہ قبول کر کے اس پرچے کو سپرٹ آف اسلام کو دنیا بھر میں پھیلا دے یہ میری دعا ہے</w:t>
      </w:r>
    </w:p>
    <w:p>
      <w:r>
        <w:rPr>
          <w:b/>
        </w:rPr>
        <w:t xml:space="preserve">[46:06] </w:t>
      </w:r>
      <w:r>
        <w:t>aur aap sab log yeh dua karen aur jo aap basic jo bhi kar sakta hai woh kare is ke liye jazakum allah.</w:t>
      </w:r>
    </w:p>
    <w:p>
      <w:pPr>
        <w:jc w:val="right"/>
      </w:pPr>
      <w:r>
        <w:t>اور آپ سب لوگ یہ دعا کریں اور جو آپ بیسک جو بھی کر سکتا ہے وہ کرے اس کے لیے جزاکم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