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Spirit of Islam June 10, 2012</w:t>
      </w:r>
    </w:p>
    <w:p>
      <w:r>
        <w:t>https://youtu.be/WqEq_ba1T0M</w:t>
      </w:r>
    </w:p>
    <w:p>
      <w:r>
        <w:rPr>
          <w:b/>
        </w:rPr>
        <w:t xml:space="preserve">[00:14] </w:t>
      </w:r>
      <w:r>
        <w:t>Bismillah hir Rahman nir Rahim, wa sallallahu ala an-nabiyyil karim. Rabbi ishrah li sadri, wa yassir li amri, wah lul uqdatan min lisani yafqahu qawli.</w:t>
      </w:r>
    </w:p>
    <w:p>
      <w:pPr>
        <w:jc w:val="right"/>
      </w:pPr>
      <w:r>
        <w:t>بسم اللہ الرحمن الرحیم ، وصلیاللہ علی النبی الکریم ۔رب اشرحلیصدری، و یسرلی امری، واحلالعقدۃ منلسانی یفقہ قولی۔</w:t>
      </w:r>
    </w:p>
    <w:p>
      <w:r>
        <w:rPr>
          <w:b/>
        </w:rPr>
        <w:t xml:space="preserve">[00:34] </w:t>
      </w:r>
      <w:r>
        <w:t>aaj ka topic hai</w:t>
      </w:r>
    </w:p>
    <w:p>
      <w:pPr>
        <w:jc w:val="right"/>
      </w:pPr>
      <w:r>
        <w:t>آج کا ٹاپکہے</w:t>
      </w:r>
    </w:p>
    <w:p>
      <w:r>
        <w:rPr>
          <w:b/>
        </w:rPr>
        <w:t xml:space="preserve">[00:39] </w:t>
      </w:r>
      <w:r>
        <w:t>"the spirit of Islam", yaani rooh Islam ya rooh deen.</w:t>
      </w:r>
    </w:p>
    <w:p>
      <w:pPr>
        <w:jc w:val="right"/>
      </w:pPr>
      <w:r>
        <w:t>"دا اسپرٹآف اسلام" ،یعنی روح اسلام یا روح دین ۔</w:t>
      </w:r>
    </w:p>
    <w:p>
      <w:r>
        <w:rPr>
          <w:b/>
        </w:rPr>
        <w:t xml:space="preserve">[00:49] </w:t>
      </w:r>
      <w:r>
        <w:t>dekhiye, kisi bhi mazhab mein, wahi to Islam mein, jab bhi zawal aata hai to aisa nahi hota ke Islam ki shakal khatam ho jaye.</w:t>
      </w:r>
    </w:p>
    <w:p>
      <w:pPr>
        <w:jc w:val="right"/>
      </w:pPr>
      <w:r>
        <w:t>دیکھیے، کسی بھی مذہبمیں، وہیتواسلام میں، جب بھی زوالآتاہے تو ایسانہیںہوتا کہ اسلام کیشکلیںختمہوجائیں۔</w:t>
      </w:r>
    </w:p>
    <w:p>
      <w:r>
        <w:rPr>
          <w:b/>
        </w:rPr>
        <w:t xml:space="preserve">[01:03] </w:t>
      </w:r>
      <w:r>
        <w:t>jo</w:t>
      </w:r>
    </w:p>
    <w:p>
      <w:pPr>
        <w:jc w:val="right"/>
      </w:pPr>
      <w:r>
        <w:t>جو</w:t>
      </w:r>
    </w:p>
    <w:p>
      <w:r>
        <w:rPr>
          <w:b/>
        </w:rPr>
        <w:t xml:space="preserve">[01:04] </w:t>
      </w:r>
      <w:r>
        <w:t>cheez nahi rehti, woh sirf spirit hai, rooh deen. Spirit ka matlab kya hai?</w:t>
      </w:r>
    </w:p>
    <w:p>
      <w:pPr>
        <w:jc w:val="right"/>
      </w:pPr>
      <w:r>
        <w:t>چیز نہیں رہتی،وہصرف اسپرٹہے، روحدین۔ اسپرٹ کامطلب کیاہے؟</w:t>
      </w:r>
    </w:p>
    <w:p>
      <w:r>
        <w:rPr>
          <w:b/>
        </w:rPr>
        <w:t xml:space="preserve">[01:16] </w:t>
      </w:r>
      <w:r>
        <w:t>spirit ka matlab hai "non physical part of your personality".</w:t>
      </w:r>
    </w:p>
    <w:p>
      <w:pPr>
        <w:jc w:val="right"/>
      </w:pPr>
      <w:r>
        <w:t>اسپرٹکامطلبہے "نان فزیکل پارٹ آف یورپرسن یلٹی"۔</w:t>
      </w:r>
    </w:p>
    <w:p>
      <w:r>
        <w:rPr>
          <w:b/>
        </w:rPr>
        <w:t xml:space="preserve">[01:24] </w:t>
      </w:r>
      <w:r>
        <w:t>aap ka yeh jo wajood hai, to ek iski body hai jo aap dekh rahe hain, aur ek iske andar ki spirit hai, rooh hai, jo dikhai nahi deti. Lekin asal wahi hai.</w:t>
      </w:r>
    </w:p>
    <w:p>
      <w:pPr>
        <w:jc w:val="right"/>
      </w:pPr>
      <w:r>
        <w:t>آپ کایہجووجود ہے، توایکاسکیباڈیہےجوآپدیکھرہےہیں، اورایکاسکےاندر کیاسپرٹہے، روحہے، جودکھائینہیںدیتی ۔لیکن اصلوہیہے۔</w:t>
      </w:r>
    </w:p>
    <w:p>
      <w:r>
        <w:rPr>
          <w:b/>
        </w:rPr>
        <w:t xml:space="preserve">[01:38] </w:t>
      </w:r>
      <w:r>
        <w:t>jab woh nikal jaye to us body ko aur bana dete hain.</w:t>
      </w:r>
    </w:p>
    <w:p>
      <w:pPr>
        <w:jc w:val="right"/>
      </w:pPr>
      <w:r>
        <w:t>جبوہنکلجائےتواسباڈیکو اور بنادیتےہیں۔</w:t>
      </w:r>
    </w:p>
    <w:p>
      <w:r>
        <w:rPr>
          <w:b/>
        </w:rPr>
        <w:t xml:space="preserve">[01:44] </w:t>
      </w:r>
      <w:r>
        <w:t>to asal cheez jo hai Islam mein, spirit hai.</w:t>
      </w:r>
    </w:p>
    <w:p>
      <w:pPr>
        <w:jc w:val="right"/>
      </w:pPr>
      <w:r>
        <w:t>تو اصل چیزجوہے اسلام میں ،اسپرٹہے۔</w:t>
      </w:r>
    </w:p>
    <w:p>
      <w:r>
        <w:rPr>
          <w:b/>
        </w:rPr>
        <w:t xml:space="preserve">[01:54] </w:t>
      </w:r>
      <w:r>
        <w:t>lekin yeh ajib baat hai ke Muslim tareekh mein spirit jo hai, wahi sabse zyada gum ho gayi.</w:t>
      </w:r>
    </w:p>
    <w:p>
      <w:pPr>
        <w:jc w:val="right"/>
      </w:pPr>
      <w:r>
        <w:t>لیکن یہ عجیبباتہےکہ مسلم تاریخ میں اسپرٹجوہے، وہی سبسےزیادہ گمہوگئی۔</w:t>
      </w:r>
    </w:p>
    <w:p>
      <w:r>
        <w:rPr>
          <w:b/>
        </w:rPr>
        <w:t xml:space="preserve">[02:08] </w:t>
      </w:r>
      <w:r>
        <w:t>iska sabab yeh hai ke is spirit ki numaindagi aise logon ne ki jo iske sahi,</w:t>
      </w:r>
    </w:p>
    <w:p>
      <w:pPr>
        <w:jc w:val="right"/>
      </w:pPr>
      <w:r>
        <w:t>اسکا سببیہہے کہاس اسپرٹکینمائندگی ایسےلوگوںنےکی جو اسکے صحیح،</w:t>
      </w:r>
    </w:p>
    <w:p>
      <w:r>
        <w:rPr>
          <w:b/>
        </w:rPr>
        <w:t xml:space="preserve">[02:21] </w:t>
      </w:r>
      <w:r>
        <w:t>iske liye competent nahi the. Yeh masla dekhiye, aaj se nahi hai, bahut pehle se aata hai.</w:t>
      </w:r>
    </w:p>
    <w:p>
      <w:pPr>
        <w:jc w:val="right"/>
      </w:pPr>
      <w:r>
        <w:t>اسکےلیےکمپیٹنٹنہیںتھے۔ یہ مسئلہدیکھیے، آجسےنہیںہے، بہت پیش ےسےآتاہے۔</w:t>
      </w:r>
    </w:p>
    <w:p>
      <w:r>
        <w:rPr>
          <w:b/>
        </w:rPr>
        <w:t xml:space="preserve">[02:30] </w:t>
      </w:r>
      <w:r>
        <w:t>jab Rasool Allah (SAW) ka zamana tha, Sahaba ka zamana tha, aur Tabi'een ka zamana tha, jisko kaha jata hai "qurun mashhud laha bil khair".</w:t>
      </w:r>
    </w:p>
    <w:p>
      <w:pPr>
        <w:jc w:val="right"/>
      </w:pPr>
      <w:r>
        <w:t>جب رسولاللہصلیاللہعلیہوسلمکازمانہتھا، صحابہکازمان ہتھا، اور تابعینکازمان ہتھا، جسکو کہاجاتا ہے "قر ون مشہود لہا بالخیر"۔</w:t>
      </w:r>
    </w:p>
    <w:p>
      <w:r>
        <w:rPr>
          <w:b/>
        </w:rPr>
        <w:t xml:space="preserve">[02:42] </w:t>
      </w:r>
      <w:r>
        <w:t>is zamane mein sara zor spirit pe hota tha. Iska saboot yeh hai ke is zamane mein Quran, is zamane mein deen mabni pe Quran tha.</w:t>
      </w:r>
    </w:p>
    <w:p>
      <w:pPr>
        <w:jc w:val="right"/>
      </w:pPr>
      <w:r>
        <w:t>اسزمان ےمیںسارازور اسپرٹپہہوتاتھا۔ اسکا ثبوتیہہے کہاس زمان ےمیں قرآن، اس زمان ےمیں دین مبنیپرقرآنتھا۔</w:t>
      </w:r>
    </w:p>
    <w:p>
      <w:r>
        <w:rPr>
          <w:b/>
        </w:rPr>
        <w:t xml:space="preserve">[02:55] </w:t>
      </w:r>
      <w:r>
        <w:t>Qurani ko padhna, Quran ko sunana, Quran ke zariye dawat dena, yeh sab tha is zamane mein. Arz alaihim al Islam bi lan al Quran Sahaba Karam muqarrar kehelate the, Quran padhkar sunane wale.</w:t>
      </w:r>
    </w:p>
    <w:p>
      <w:pPr>
        <w:jc w:val="right"/>
      </w:pPr>
      <w:r>
        <w:t>قرآنیکوپڑھنا،قرآنکو سنانا، قرآنکو کےذریعےدعوتدینا، یہیسبتھااسزمانےمیں۔ عرض علیہم الاسلام بط لانالق رآن صحابہکرام مقررکہلاتےتھے، قرآن پڑھکرسنانےوالے۔</w:t>
      </w:r>
    </w:p>
    <w:p>
      <w:r>
        <w:rPr>
          <w:b/>
        </w:rPr>
        <w:t xml:space="preserve">[03:15] </w:t>
      </w:r>
      <w:r>
        <w:t>ab aap dekhiye, ek martaba poora Quran padhiye, aap pesh zadd tak</w:t>
      </w:r>
    </w:p>
    <w:p>
      <w:pPr>
        <w:jc w:val="right"/>
      </w:pPr>
      <w:r>
        <w:t>ابآپدیکھیے،ایک مرت بہ پوراقرآنپڑھیے،آپ پیش زدتک</w:t>
      </w:r>
    </w:p>
    <w:p>
      <w:r>
        <w:rPr>
          <w:b/>
        </w:rPr>
        <w:t xml:space="preserve">[03:21] </w:t>
      </w:r>
      <w:r>
        <w:t>kahin bhi aap ismein form ki baat nahi dekhenge. Spirit ka ultah kya hai? Form yani shakal. Sare Quran mein sirf spirit ki baat hai.</w:t>
      </w:r>
    </w:p>
    <w:p>
      <w:pPr>
        <w:jc w:val="right"/>
      </w:pPr>
      <w:r>
        <w:t>کہیں بھیآپ اسمیں فارمکیباتنہیںدیکھیںگے۔ اسپرٹکاالٹاکیاہے؟فار م یعنیشکل ۔ سارےقرآنمیںصرفاسپرٹکیباتہے۔</w:t>
      </w:r>
    </w:p>
    <w:p>
      <w:r>
        <w:rPr>
          <w:b/>
        </w:rPr>
        <w:t xml:space="preserve">[03:34] </w:t>
      </w:r>
      <w:r>
        <w:t>aap dekhiye, na to ibadat ki shakal batayi gayi hai, na roze ki shakal batayi gayi hai, na hajj ki. Yaani jo bhi Islam mein zaroori a'maal hain, kisi ka bhi agar jaan na chahein form to ismein nahi milega. Aap Quran mein aap ko</w:t>
      </w:r>
    </w:p>
    <w:p>
      <w:pPr>
        <w:jc w:val="right"/>
      </w:pPr>
      <w:r>
        <w:t>آپدیکھیے،نہتو عبادتکیشکلبتائیگئیہے، نہ روز ےکیشکلبتائیگئیہے، نہحجکی۔ یعنیجوبھی اسلام میںضروری اعمال ہیں، کسی کابھیاگر جانناچاہیں فار م تو اسمیںنہیںملےگا۔آپقرآنمیںآپکو</w:t>
      </w:r>
    </w:p>
    <w:p>
      <w:r>
        <w:rPr>
          <w:b/>
        </w:rPr>
        <w:t xml:space="preserve">[03:51] </w:t>
      </w:r>
      <w:r>
        <w:t>sara Quran spirit hi ko bayan karta hai. Spirit, hamd, taqwa, khashiyat, khauf, mohabbat ilahi.</w:t>
      </w:r>
    </w:p>
    <w:p>
      <w:pPr>
        <w:jc w:val="right"/>
      </w:pPr>
      <w:r>
        <w:t>ساراقرآن اسپرٹہی کو بیانکرتاہے۔ اسپرٹ ،حمد ،تقویٰ ،خشیت ، خوف ، محبت الہی۔</w:t>
      </w:r>
    </w:p>
    <w:p>
      <w:r>
        <w:rPr>
          <w:b/>
        </w:rPr>
        <w:t xml:space="preserve">[04:06] </w:t>
      </w:r>
      <w:r>
        <w:t>yaani jo spirit wali cheezein hain, wahi sare Quran mein bhari hui hain. Tadabbur, tafakkur, tabassum, yeh sab spirit ki baatein hain.</w:t>
      </w:r>
    </w:p>
    <w:p>
      <w:pPr>
        <w:jc w:val="right"/>
      </w:pPr>
      <w:r>
        <w:t>یعنی جو اسپرٹوالیچیزیںہیں،وہیسارےقرآنمیںبھریہوئی ہیں۔ تد بر،تف کر،تبسم،یہسب اسپرٹکیباتیںہیں۔</w:t>
      </w:r>
    </w:p>
    <w:p>
      <w:r>
        <w:rPr>
          <w:b/>
        </w:rPr>
        <w:t xml:space="preserve">[04:15] </w:t>
      </w:r>
      <w:r>
        <w:t>to "qurun mashhud laha bil khair" ke zamane mein yeh tha ke sara charcha hota tha spirit ko lekar ke.</w:t>
      </w:r>
    </w:p>
    <w:p>
      <w:pPr>
        <w:jc w:val="right"/>
      </w:pPr>
      <w:r>
        <w:t>تو "قرون مشہودلہابالخیر"کےزمان ےمیں یہتھا کہ سارا چرچہہوتاتھا اسپرٹکولےکرکے۔</w:t>
      </w:r>
    </w:p>
    <w:p>
      <w:r>
        <w:rPr>
          <w:b/>
        </w:rPr>
        <w:t xml:space="preserve">[04:25] </w:t>
      </w:r>
      <w:r>
        <w:t>baad ke zamanay mein yeh aik derailment hua. derailment yaani gaari patrisay utar gayi. yeh hua ab isi daur mein fuqaha kay zariye.</w:t>
      </w:r>
    </w:p>
    <w:p>
      <w:pPr>
        <w:jc w:val="right"/>
      </w:pPr>
      <w:r>
        <w:t>بعد کےزمان ےمیں یہ ایک ڈیریل منٹہوا۔ڈیریلمنٹ یعنی گاڑی پٹریسےاترگئی۔ یہہوا عب اسی دور میں فقہاء کےذریعے۔</w:t>
      </w:r>
    </w:p>
    <w:p>
      <w:r>
        <w:rPr>
          <w:b/>
        </w:rPr>
        <w:t xml:space="preserve">[04:38] </w:t>
      </w:r>
      <w:r>
        <w:t>fuqaha nay saari behas chala di form par.</w:t>
      </w:r>
    </w:p>
    <w:p>
      <w:pPr>
        <w:jc w:val="right"/>
      </w:pPr>
      <w:r>
        <w:t>فقہاءنے ساری بحثچلادی فارمپر ۔</w:t>
      </w:r>
    </w:p>
    <w:p>
      <w:r>
        <w:rPr>
          <w:b/>
        </w:rPr>
        <w:t xml:space="preserve">[04:42] </w:t>
      </w:r>
      <w:r>
        <w:t>aap dekhiye, yeh jisko kaha jaata hai "chaar fiqah". chaar fiqah kya hai? chaar spirit nahi hai. aisa nahi ke chaar ke haan taqwa ka chaar tasawwur hai, khashiyat ka tasawwur hai. aisa nahi hai.</w:t>
      </w:r>
    </w:p>
    <w:p>
      <w:pPr>
        <w:jc w:val="right"/>
      </w:pPr>
      <w:r>
        <w:t>آپدیکھیے،یہ جسکو کہاجاتاہے"چار فقہ"۔چارفقہکیاہے؟ چار اسپرٹنہیںہے۔ ایسانہیںکہچارکےہاںتقویٰکاچارتص ورہے، خشیتکاتص ورہے۔ایسانہیںہے۔</w:t>
      </w:r>
    </w:p>
    <w:p>
      <w:r>
        <w:rPr>
          <w:b/>
        </w:rPr>
        <w:t xml:space="preserve">[04:55] </w:t>
      </w:r>
      <w:r>
        <w:t>jo form hai, uska chaar tasawwur hai. mislan koi kahega ke aapnay bistar hona chahiye, koi kahega nahi, aapnay bijli hona chahiye.</w:t>
      </w:r>
    </w:p>
    <w:p>
      <w:pPr>
        <w:jc w:val="right"/>
      </w:pPr>
      <w:r>
        <w:t>جو فارمہے،اسکا چارتص ورہے۔ مثلاًکوئیکہےگاکہآپنےبسترہوناچاہیے، کوئیکہےگانہیں،آپنےبجلیہوناچاہیے۔</w:t>
      </w:r>
    </w:p>
    <w:p>
      <w:r>
        <w:rPr>
          <w:b/>
        </w:rPr>
        <w:t xml:space="preserve">[05:04] </w:t>
      </w:r>
      <w:r>
        <w:t>koi kahega haath aik haath say masafa, koi kahega do haath say masafa. yeh sab kya hai? form hai, zahiri shakal hai.</w:t>
      </w:r>
    </w:p>
    <w:p>
      <w:pPr>
        <w:jc w:val="right"/>
      </w:pPr>
      <w:r>
        <w:t>کوئیکہےگاہاتھ ایکہاتھسےمسافہ،کوئیکہےگادوہاتھسےمسافہ۔ یہسبکیاہے؟ فارمہے، ظاہریشکلہے۔</w:t>
      </w:r>
    </w:p>
    <w:p>
      <w:r>
        <w:rPr>
          <w:b/>
        </w:rPr>
        <w:t xml:space="preserve">[05:12] </w:t>
      </w:r>
      <w:r>
        <w:t>to chaar fuqaha ka matlab yeh nahi ke chaar spirit of islam, chaar form of islam. yeh tha derailment.</w:t>
      </w:r>
    </w:p>
    <w:p>
      <w:pPr>
        <w:jc w:val="right"/>
      </w:pPr>
      <w:r>
        <w:t>تو چار فقہ اءکامطلبیہنہیں کہ چار اسپرٹآف اسلام ،چار فارم آف اسلام ۔ یہتھا ڈیریلمنٹ ۔</w:t>
      </w:r>
    </w:p>
    <w:p>
      <w:r>
        <w:rPr>
          <w:b/>
        </w:rPr>
        <w:t xml:space="preserve">[05:23] </w:t>
      </w:r>
      <w:r>
        <w:t>yaani isko hum keh sakte hain, yeh bhi keh sakte hain ke shift of emphasis. saara zor hota tha pehle spirit par, ab zor honay laga form par.</w:t>
      </w:r>
    </w:p>
    <w:p>
      <w:pPr>
        <w:jc w:val="right"/>
      </w:pPr>
      <w:r>
        <w:t>یعنی اسکوہمکہہسکتےہیں،یہبھیکہہسکتےہیںکہشفٹآفایمفیزس۔ سارازورہوتاتھا پہلے اسپرٹپر ،ابزورہونےلگا فارمپر ۔</w:t>
      </w:r>
    </w:p>
    <w:p>
      <w:r>
        <w:rPr>
          <w:b/>
        </w:rPr>
        <w:t xml:space="preserve">[05:33] </w:t>
      </w:r>
      <w:r>
        <w:t>saari baatein hain, aap kitabon mein parhiye, fiqah ki kitabon mein, chaaron fuqaha ki kitabon mein parhiye, aap saari baatein chal</w:t>
      </w:r>
    </w:p>
    <w:p>
      <w:pPr>
        <w:jc w:val="right"/>
      </w:pPr>
      <w:r>
        <w:t>ساری بحثیںہیں،آپ کتاب یںپڑھیے،فقہکیکتاب یں، چاروںفقہاءکیکتابیںپڑھیے،آپ ساری بحثیںچ</w:t>
      </w:r>
    </w:p>
    <w:p>
      <w:r>
        <w:rPr>
          <w:b/>
        </w:rPr>
        <w:t xml:space="preserve">[05:40] </w:t>
      </w:r>
      <w:r>
        <w:t>len gi form par. yeh form nahi, woh form, yeh form nahi, woh form. isi par baatein hongi.</w:t>
      </w:r>
    </w:p>
    <w:p>
      <w:pPr>
        <w:jc w:val="right"/>
      </w:pPr>
      <w:r>
        <w:t>لیںگیفارمپر۔یہفارمنہیں،وہ فارم،یہفارمنہیں،وہفارم۔ اسیپربحثیںہوںگی۔</w:t>
      </w:r>
    </w:p>
    <w:p>
      <w:r>
        <w:rPr>
          <w:b/>
        </w:rPr>
        <w:t xml:space="preserve">[05:48] </w:t>
      </w:r>
      <w:r>
        <w:t>yeh agar rooh ghayab ho gayi, form baqi raha. dekhiye, iske jawab mein aik tehreek uthi sufiya ki.</w:t>
      </w:r>
    </w:p>
    <w:p>
      <w:pPr>
        <w:jc w:val="right"/>
      </w:pPr>
      <w:r>
        <w:t>یہ اگر روحغائبہوگئی، فارمباقیرہا۔ دیکھیے،اسکے جوابمیں ایک تحریکاٹھی صوفیاءکی۔</w:t>
      </w:r>
    </w:p>
    <w:p>
      <w:r>
        <w:rPr>
          <w:b/>
        </w:rPr>
        <w:t xml:space="preserve">[06:01] </w:t>
      </w:r>
      <w:r>
        <w:t>sufiya nay rooh par zor diya. lekin sufiya mere nazdeek is mission ke liye competent nahi thay jo le kar uthay thay woh.</w:t>
      </w:r>
    </w:p>
    <w:p>
      <w:pPr>
        <w:jc w:val="right"/>
      </w:pPr>
      <w:r>
        <w:t>صوفیاءنے روحپرزوردیا۔ لیکن صوفیاءمیرےنزدیک اس مشنکےلیے کمپیٹنٹنہیںتھےجولےکراٹھےتھےوہ ۔</w:t>
      </w:r>
    </w:p>
    <w:p>
      <w:r>
        <w:rPr>
          <w:b/>
        </w:rPr>
        <w:t xml:space="preserve">[06:09] </w:t>
      </w:r>
      <w:r>
        <w:t>kyun? pichlay zamanay mein jo tasawwurat thay pichlay mazhab walon ke, ussay unhon nay samjha ke rooh kaise paida ki jaye.</w:t>
      </w:r>
    </w:p>
    <w:p>
      <w:pPr>
        <w:jc w:val="right"/>
      </w:pPr>
      <w:r>
        <w:t>کیوں ؟ پچھلے زمانےمیںجو تص وراتتھےپ چھلےمذہبوالوںکے ، اسسےانہوں نے سمجھاکہروح کیسےپیدا کیجائے۔</w:t>
      </w:r>
    </w:p>
    <w:p>
      <w:r>
        <w:rPr>
          <w:b/>
        </w:rPr>
        <w:t xml:space="preserve">[06:19] </w:t>
      </w:r>
      <w:r>
        <w:t>yaani muraqba, dil mein, dil mein, mein utarna aur dil par dhiyan dena.</w:t>
      </w:r>
    </w:p>
    <w:p>
      <w:pPr>
        <w:jc w:val="right"/>
      </w:pPr>
      <w:r>
        <w:t>یعنی مراقبہ ،دل میں ،دل میں ،میں اترنا اور دل پر دھیاندینا۔</w:t>
      </w:r>
    </w:p>
    <w:p>
      <w:r>
        <w:rPr>
          <w:b/>
        </w:rPr>
        <w:t xml:space="preserve">[06:30] </w:t>
      </w:r>
      <w:r>
        <w:t>yeh aik ghalat cheez thi. kyunke dil mein to kuch bhi nahi. Quran Hadees mein jo aata hai "taqwa hona", iska matlab nahi ke is dil mein sab kuch hai.</w:t>
      </w:r>
    </w:p>
    <w:p>
      <w:pPr>
        <w:jc w:val="right"/>
      </w:pPr>
      <w:r>
        <w:t>یہ ایک غلط چیز تھی۔ کیونکہدلمیںتوکچھبھینہیں ۔ قرآن حدیثمیںجوآتاہے"التقویٰہونا "، اسکامطلبنہیںکہاسدلمیںسبکچھہے۔</w:t>
      </w:r>
    </w:p>
    <w:p>
      <w:r>
        <w:rPr>
          <w:b/>
        </w:rPr>
        <w:t xml:space="preserve">[06:41] </w:t>
      </w:r>
      <w:r>
        <w:t>wahan yaani jo Hadees mein ya jo lafz aaya hai ya Quran mein qalb ka lafz, woh ismein inner content ke ma'ani mein hai.</w:t>
      </w:r>
    </w:p>
    <w:p>
      <w:pPr>
        <w:jc w:val="right"/>
      </w:pPr>
      <w:r>
        <w:t>وہاں یعنی جو حدیث میں یا جو لفظآیاہے یاقرآنمیںقلبکالفظ، وہ اسمیںانرکنٹینٹکےمعنیمیںہے۔</w:t>
      </w:r>
    </w:p>
    <w:p>
      <w:r>
        <w:rPr>
          <w:b/>
        </w:rPr>
        <w:t xml:space="preserve">[06:50] </w:t>
      </w:r>
      <w:r>
        <w:t>inner content, andar ki personality, andar ki spirit, us ma'ani mein hai yeh.</w:t>
      </w:r>
    </w:p>
    <w:p>
      <w:pPr>
        <w:jc w:val="right"/>
      </w:pPr>
      <w:r>
        <w:t>انرکنٹینٹ، اندرکیپرسن یلٹی،اندرکی اسپرٹ، اسمعنیمیںہےیہ۔</w:t>
      </w:r>
    </w:p>
    <w:p>
      <w:r>
        <w:rPr>
          <w:b/>
        </w:rPr>
        <w:t xml:space="preserve">[06:56] </w:t>
      </w:r>
      <w:r>
        <w:t>to taqwa shaklon mein nahi hai, waza' qata' mein nahi hai, kapray mein nahi hai. balkeh jo inner content hai, andar ki spirit, usmein taqwa hai.</w:t>
      </w:r>
    </w:p>
    <w:p>
      <w:pPr>
        <w:jc w:val="right"/>
      </w:pPr>
      <w:r>
        <w:t>تو تقویٰ شکلوںمیںنہیںہے، وضعقطعمیںنہیںہے، کپڑےمیںنہیںہے۔ بل کہ جو انرکنٹینٹہے، اندر کیاسپرٹ،اسمیں تقویٰہے۔</w:t>
      </w:r>
    </w:p>
    <w:p>
      <w:r>
        <w:rPr>
          <w:b/>
        </w:rPr>
        <w:t xml:space="preserve">[07:06] </w:t>
      </w:r>
      <w:r>
        <w:t>yeh matlab hai iska. nateeja kya hua ke sankron saal ke sufiya ki koshish se rooh Islam zinda nahi ho saki.</w:t>
      </w:r>
    </w:p>
    <w:p>
      <w:pPr>
        <w:jc w:val="right"/>
      </w:pPr>
      <w:r>
        <w:t>یہمطلبہےاسکا ۔ نتیجہکیاہوا کہ سینکڑوںسال کے صوفیوںکیکوششسے روح اسلام زندہنہیںہوسکی۔</w:t>
      </w:r>
    </w:p>
    <w:p>
      <w:r>
        <w:rPr>
          <w:b/>
        </w:rPr>
        <w:t xml:space="preserve">[07:17] </w:t>
      </w:r>
      <w:r>
        <w:t>kyunke dil mein woh thi hi nahi. waza' qata' ban gayi bas. waza' qata' ka naam taqwa ban gaya.</w:t>
      </w:r>
    </w:p>
    <w:p>
      <w:pPr>
        <w:jc w:val="right"/>
      </w:pPr>
      <w:r>
        <w:t>کیونکہدلمیںوہتھیہینہیں۔ وضعقطعبنگئیبس۔ وضعقطعکانام تقویٰبنگیا۔</w:t>
      </w:r>
    </w:p>
    <w:p>
      <w:r>
        <w:rPr>
          <w:b/>
        </w:rPr>
        <w:t xml:space="preserve">[07:25] </w:t>
      </w:r>
      <w:r>
        <w:t>muttaqi'an waza' qata' muttaqi'an waza' qata' aik bilkul be ma'ani lafz hai. spirit ki koi waza' qata' nahi hoti hai. maujooda zamanay mein dekhiye, isko jis logo'n nay uthaya, woh liberal muslim thay. liberal muslim</w:t>
      </w:r>
    </w:p>
    <w:p>
      <w:pPr>
        <w:jc w:val="right"/>
      </w:pPr>
      <w:r>
        <w:t>مت قیان وضعقطع مت قیانوضعقطعایکبالکلبےمعنیلفظہے۔ اسپرٹکیکوئیوضعقطعنہیںہوتیہے۔ موجود ہزمانےمیںدیکھیے، اسکوجولوگاٹھے، وہ لبرلمسلمتھے۔لبرلمسلم</w:t>
      </w:r>
    </w:p>
    <w:p>
      <w:r>
        <w:rPr>
          <w:b/>
        </w:rPr>
        <w:t xml:space="preserve">[07:42] </w:t>
      </w:r>
      <w:r>
        <w:t>. jaise kitaab hai "spirit of Islam", jo 19 jo chhapi hai Urdu Angrezi dono'n zabaano'n mein, yeh 19 22 mein Angrezi daur mein likhi gayi thi.</w:t>
      </w:r>
    </w:p>
    <w:p>
      <w:pPr>
        <w:jc w:val="right"/>
      </w:pPr>
      <w:r>
        <w:t>۔ جیسےکتاب ہے"اسپرٹآف اسلام" ،جو 19 جو چھپیہےاردوانگریزیدونوںزبان وںمیں، یہ19 22میںانگریزیدورمیںلکھیگئیتھی۔</w:t>
      </w:r>
    </w:p>
    <w:p>
      <w:r>
        <w:rPr>
          <w:b/>
        </w:rPr>
        <w:t xml:space="preserve">[07:53] </w:t>
      </w:r>
      <w:r>
        <w:t>rooh Islam moti si kitaab hai. is tarah ki bohat si kitaabein liberal musalmano'n nay likhin.</w:t>
      </w:r>
    </w:p>
    <w:p>
      <w:pPr>
        <w:jc w:val="right"/>
      </w:pPr>
      <w:r>
        <w:t>روح اسلام موٹیسیکتاب ہے۔ اسطرحکیبہتسیکتابیں لبرلمسلمانوںنےلکھیں۔</w:t>
      </w:r>
    </w:p>
    <w:p>
      <w:r>
        <w:rPr>
          <w:b/>
        </w:rPr>
        <w:t xml:space="preserve">[07:59] </w:t>
      </w:r>
      <w:r>
        <w:t>unhon nay kya tasur diya ke rooh Islam aur yaani spirit of Islam aur form of Islam ka jo equation banaya, unhon nay kaha spirit woh hai, important hai aur form naam important hai.</w:t>
      </w:r>
    </w:p>
    <w:p>
      <w:pPr>
        <w:jc w:val="right"/>
      </w:pPr>
      <w:r>
        <w:t>انہوںنے کیا تاثردیا کہ روح اسلام اور یعنی اسپرٹآف اسلام اور فارمآفاسلام کاجو ایکویشنبتایا،انہوںنے کہ اسپرٹجوہے، امپورٹنٹہے اور فارمانامپورٹنٹہے۔</w:t>
      </w:r>
    </w:p>
    <w:p>
      <w:r>
        <w:rPr>
          <w:b/>
        </w:rPr>
        <w:t xml:space="preserve">[08:16] </w:t>
      </w:r>
      <w:r>
        <w:t>important aur unimportant ka equation yeh ghalat tha. aisa nahi ke shakal unimportant hai.</w:t>
      </w:r>
    </w:p>
    <w:p>
      <w:pPr>
        <w:jc w:val="right"/>
      </w:pPr>
      <w:r>
        <w:t>امپورٹنٹاور انامپورٹنٹکا ایک ویشن یہغلطتھا۔ ایسانہیں کہ شکل انامپورٹنٹہے۔</w:t>
      </w:r>
    </w:p>
    <w:p>
      <w:r>
        <w:rPr>
          <w:b/>
        </w:rPr>
        <w:t xml:space="preserve">[08:24] </w:t>
      </w:r>
      <w:r>
        <w:t>nahi, yeh equation woh hai, real aur relative ka hai. yaani spirit woh hai, woh Islam ka real part hai aur form woh hai, woh Islam ka relative part hai.</w:t>
      </w:r>
    </w:p>
    <w:p>
      <w:pPr>
        <w:jc w:val="right"/>
      </w:pPr>
      <w:r>
        <w:t>نہیں ، یہ ایکویشنجوہے، ریئل اور ریلیٹوکاہے۔ یعنی اسپرٹجوہے،وہ اسلام کا ریئل پارٹہے اور فارمجوہے، وہ اسلام کا ریلیٹوپارٹہے۔</w:t>
      </w:r>
    </w:p>
    <w:p>
      <w:r>
        <w:rPr>
          <w:b/>
        </w:rPr>
        <w:t xml:space="preserve">[08:38] </w:t>
      </w:r>
      <w:r>
        <w:t>to sahih equation real aur relative ka hai, nah keh important aur unimportant ka.</w:t>
      </w:r>
    </w:p>
    <w:p>
      <w:pPr>
        <w:jc w:val="right"/>
      </w:pPr>
      <w:r>
        <w:t>تو صحیحایکویشن ریئلاورریلیٹوکاہے، نہکہ امپورٹنٹاورانامپورٹنٹکا۔</w:t>
      </w:r>
    </w:p>
    <w:p>
      <w:r>
        <w:rPr>
          <w:b/>
        </w:rPr>
        <w:t xml:space="preserve">[08:44] </w:t>
      </w:r>
      <w:r>
        <w:t>is wajh se jo log uthe rooh-e-deen ko zinda karne ke liye, woh rooh-e-deen ko zinda nahi kar sake. aur tareekh ka jo derailment hua tha ke fiqh-e-islam jab padha, woh aaj tak chal raha hai.</w:t>
      </w:r>
    </w:p>
    <w:p>
      <w:pPr>
        <w:jc w:val="right"/>
      </w:pPr>
      <w:r>
        <w:t>اسوجہسے جولوگ اٹھے روحدینکوزندہکرنےکےلیے، وہ روحدینکوزندہنہیں کرسک ے۔ اور تاریخ کاجو ڈیریلمنٹہواتھا کہ فقہیاسلام جبپڑھا، وہآجتکچلاجارہاہے۔</w:t>
      </w:r>
    </w:p>
    <w:p>
      <w:r>
        <w:rPr>
          <w:b/>
        </w:rPr>
        <w:t xml:space="preserve">[08:58] </w:t>
      </w:r>
      <w:r>
        <w:t>dekhiye, fiqh-e-islam ka nuqsan kya hai? yani spirit ki islam ka matlab yeh hai ke yani spiritly islam. yani saara zor form par, spirit par nahi hai.</w:t>
      </w:r>
    </w:p>
    <w:p>
      <w:pPr>
        <w:jc w:val="right"/>
      </w:pPr>
      <w:r>
        <w:t>دیکھیے،فقہیاسلام کانقصانکیاہے؟ یعنی اسپرٹکی اسلام کامطلبیہہےکہ یعنی اسپرٹلیساسلام ۔یعنی سارازور فارمپر، اسپرٹپرنہیں۔</w:t>
      </w:r>
    </w:p>
    <w:p>
      <w:r>
        <w:rPr>
          <w:b/>
        </w:rPr>
        <w:t xml:space="preserve">[09:10] </w:t>
      </w:r>
      <w:r>
        <w:t>iska nuqsan kya</w:t>
      </w:r>
    </w:p>
    <w:p>
      <w:pPr>
        <w:jc w:val="right"/>
      </w:pPr>
      <w:r>
        <w:t>اسکانقصانکیا</w:t>
      </w:r>
    </w:p>
    <w:p>
      <w:r>
        <w:rPr>
          <w:b/>
        </w:rPr>
        <w:t xml:space="preserve">[09:11] </w:t>
      </w:r>
      <w:r>
        <w:t>hai? dekhiye, spirit woh hai, saada baat nahi hai. spirit ka isse saari andar ki cheezein paida hoti hain. yani hasiyat, sensitivity, taqwa, khashiyat, mohabbat-e-ilahi, yeh saari cheezon ka ta'alluq spirit se hai.</w:t>
      </w:r>
    </w:p>
    <w:p>
      <w:pPr>
        <w:jc w:val="right"/>
      </w:pPr>
      <w:r>
        <w:t>ہے؟ دیکھیے، اسپرٹجوہے، سادہباتنہیںہے۔ اسپرٹکااسسے ساری اندرکی چیزیںپیدا ہوتیہیں۔ یعنی حس اسیت ،سینسٹیوٹی، تقویٰ،خشیت ، محبت الہی، یہساریچیزوںکاتعلق اسپرٹسےہے۔</w:t>
      </w:r>
    </w:p>
    <w:p>
      <w:r>
        <w:rPr>
          <w:b/>
        </w:rPr>
        <w:t xml:space="preserve">[09:27] </w:t>
      </w:r>
      <w:r>
        <w:t>jab spirit ghayab ho jaye aur form baqi rahe, toh yeh sab cheezein khatam ho jayengi. yeh sab cheezein khatam ho jayengi. toh aaj main aapko ek misaal deta hoon.</w:t>
      </w:r>
    </w:p>
    <w:p>
      <w:pPr>
        <w:jc w:val="right"/>
      </w:pPr>
      <w:r>
        <w:t>جب اسپرٹ غائبہوجائےاورفارمباقیرہے،تویہسبچیزیںختمہوجائیںگی۔ یہسبچیزیںختمہوجائیںگی۔ تو آجمیں آپکوایک مثالدیتاہوں۔</w:t>
      </w:r>
    </w:p>
    <w:p>
      <w:r>
        <w:rPr>
          <w:b/>
        </w:rPr>
        <w:t xml:space="preserve">[09:38] </w:t>
      </w:r>
      <w:r>
        <w:t>yeh aaj ke akhbar mein chhapa hai.</w:t>
      </w:r>
    </w:p>
    <w:p>
      <w:pPr>
        <w:jc w:val="right"/>
      </w:pPr>
      <w:r>
        <w:t>یہآجکےاخبارمیںچھپاہے۔</w:t>
      </w:r>
    </w:p>
    <w:p>
      <w:r>
        <w:rPr>
          <w:b/>
        </w:rPr>
        <w:t xml:space="preserve">[09:40] </w:t>
      </w:r>
      <w:r>
        <w:t>dekhiye, yeh Maulana Ubaidullah Sindhi ki tasweer hai. kitna zabardast aadmi the Maulana Ubaidullah Sindhi.</w:t>
      </w:r>
    </w:p>
    <w:p>
      <w:pPr>
        <w:jc w:val="right"/>
      </w:pPr>
      <w:r>
        <w:t>دیکھیے، یہ مولا عبیداللہ سندھی کیتصویرہے۔ کتنازبردست آدمیتھےمولاعبیداللہسندھی۔</w:t>
      </w:r>
    </w:p>
    <w:p>
      <w:r>
        <w:rPr>
          <w:b/>
        </w:rPr>
        <w:t xml:space="preserve">[09:51] </w:t>
      </w:r>
      <w:r>
        <w:t>yeh Sikh family mein paida hue, phir unhone Islam qubool kiya. bahut zaheen the, bahut zabardast aadmi the. lekin yeh chale gaye Deoband.</w:t>
      </w:r>
    </w:p>
    <w:p>
      <w:pPr>
        <w:jc w:val="right"/>
      </w:pPr>
      <w:r>
        <w:t>یہ سکھفیملیمیںپیدا ہوئے، پھرانہوںنےاسلام قبولکیا۔ بہت ذہینتھے،بہت زبردستآدمیتھے۔ لیکن یہچلےگئےدی وبند۔</w:t>
      </w:r>
    </w:p>
    <w:p>
      <w:r>
        <w:rPr>
          <w:b/>
        </w:rPr>
        <w:t xml:space="preserve">[10:01] </w:t>
      </w:r>
      <w:r>
        <w:t>Deoband mein unki taleem hui. ab Deoband ke ulama us waqt bas angrez nafrat mein jeete</w:t>
      </w:r>
    </w:p>
    <w:p>
      <w:pPr>
        <w:jc w:val="right"/>
      </w:pPr>
      <w:r>
        <w:t>دی وبندمیںانکی تعلیم ہوئی ۔ اب دیوبند کےعلم اءاسوقت بسانگ ریزنفرتمیںجیتے</w:t>
      </w:r>
    </w:p>
    <w:p>
      <w:r>
        <w:rPr>
          <w:b/>
        </w:rPr>
        <w:t xml:space="preserve">[10:07] </w:t>
      </w:r>
      <w:r>
        <w:t>the. sabse bada Islam unke ma'ane mein tha ke angrez nafrat, nafrat, nafrat. toh angrez ko India se nikalna ke is mazmoon ko aap padhiye, yeh aaj ke akhbar mein hai.</w:t>
      </w:r>
    </w:p>
    <w:p>
      <w:pPr>
        <w:jc w:val="right"/>
      </w:pPr>
      <w:r>
        <w:t>تھے۔ سبسےبڑا اسلام انکےمعنیمیںتھاکہانگریز نفرت،نفرت،نفرت۔ تو انگ ریز کو انڈیاسےنکالناکہ اسمضمونکوآپپڑھیے،یہآجہیکےاخبارمیںہے۔</w:t>
      </w:r>
    </w:p>
    <w:p>
      <w:r>
        <w:rPr>
          <w:b/>
        </w:rPr>
        <w:t xml:space="preserve">[10:22] </w:t>
      </w:r>
      <w:r>
        <w:t>khud ulama ne farmaya unse ke angrez ko hum khud se nahi nikal sakte. angrez itna taqatwar hai ke hum khud se nahi nikal sakte.</w:t>
      </w:r>
    </w:p>
    <w:p>
      <w:pPr>
        <w:jc w:val="right"/>
      </w:pPr>
      <w:r>
        <w:t>خود علم اء نےفرمایا انسے کہ انگ ریزکو ہمخود سے نہیںنکالسکتے۔ انگ ریز اتناطاقتورہے کہہمخود سےنہیںنکالسکتے۔</w:t>
      </w:r>
    </w:p>
    <w:p>
      <w:r>
        <w:rPr>
          <w:b/>
        </w:rPr>
        <w:t xml:space="preserve">[10:34] </w:t>
      </w:r>
      <w:r>
        <w:t>toh hamein bahar se madad leni</w:t>
      </w:r>
    </w:p>
    <w:p>
      <w:pPr>
        <w:jc w:val="right"/>
      </w:pPr>
      <w:r>
        <w:t>توہمیںباہرسےمد دلین</w:t>
      </w:r>
    </w:p>
    <w:p>
      <w:r>
        <w:rPr>
          <w:b/>
        </w:rPr>
        <w:t xml:space="preserve">[10:36] </w:t>
      </w:r>
      <w:r>
        <w:t>hai. kis se? Afghanistan se, Turkey se, Germany se. yeh yeh khud is mein likha hua hai aur kitabon mein likha hua hai. aap kitabon ko padh lijiye.</w:t>
      </w:r>
    </w:p>
    <w:p>
      <w:pPr>
        <w:jc w:val="right"/>
      </w:pPr>
      <w:r>
        <w:t>اہے۔ کسسے ؟ افغان ستان سے ،ترک یسے ،جرمنیسے ۔ یہ یہخود اسیمیںلکھاہواہےاور کتاب وںمیں لکھاہواہے۔آپکتابوںکوپڑھلیجئے۔</w:t>
      </w:r>
    </w:p>
    <w:p>
      <w:r>
        <w:rPr>
          <w:b/>
        </w:rPr>
        <w:t xml:space="preserve">[10:47] </w:t>
      </w:r>
      <w:r>
        <w:t>in ulama ka zehniyat tha is zaman mein ke angrezon ko chunke hum khud se nahi nikal sakte, is liye hamein bahar ki madad deni padegi.</w:t>
      </w:r>
    </w:p>
    <w:p>
      <w:pPr>
        <w:jc w:val="right"/>
      </w:pPr>
      <w:r>
        <w:t>انعلماءکاذہنیہتھا اسزمان ےمیں کہ انگریزوںکو چونکہہمخودسے نہیںنکالسکتے، اسلیےہمیں باہرکیمدددینیپڑےگی۔</w:t>
      </w:r>
    </w:p>
    <w:p>
      <w:r>
        <w:rPr>
          <w:b/>
        </w:rPr>
        <w:t xml:space="preserve">[10:58] </w:t>
      </w:r>
      <w:r>
        <w:t>toh in logon ne Afghanistan mein ek exile government, government, government banayi, jiske yeh yeh Wazir-e-Dakhla the, uske yeh Maulana Ubaidullah Sindhi aur Raja Mahendra Pratap sader the waghera waghera.</w:t>
      </w:r>
    </w:p>
    <w:p>
      <w:pPr>
        <w:jc w:val="right"/>
      </w:pPr>
      <w:r>
        <w:t>تو انلوگوںنے افغان ستانمیں ایک ایگزائلگورنمنٹ،گورنمن ٹ،گورنمنٹبنائی، جسکےیہ یہ وزیر داخلہتھے،اسکےیہ مولاعبیداللہسندھی اور راجہمہندر پتہ صدرتھے وغیرہوغیرہ۔</w:t>
      </w:r>
    </w:p>
    <w:p>
      <w:r>
        <w:rPr>
          <w:b/>
        </w:rPr>
        <w:t xml:space="preserve">[11:13] </w:t>
      </w:r>
      <w:r>
        <w:t>toh in logon ka kaam yeh tha ke Turkey se, Afghanistan se, Germany se ta'alluqat qaim karke wahan se hamla karwayein India ke upar.</w:t>
      </w:r>
    </w:p>
    <w:p>
      <w:pPr>
        <w:jc w:val="right"/>
      </w:pPr>
      <w:r>
        <w:t>تو انلوگوںکاکام یہتھا کہ ترک ی سے، افغان ستان سے ،جرمنیسےتعلقاتقائمکرکے وہاںسےحملہکروائیںانڈیاکےاوپر۔</w:t>
      </w:r>
    </w:p>
    <w:p>
      <w:r>
        <w:rPr>
          <w:b/>
        </w:rPr>
        <w:t xml:space="preserve">[11:24] </w:t>
      </w:r>
      <w:r>
        <w:t>jab main isko padh raha tha toh ek bahut ajeeb o ghareeb khayal mere zehan mein aaya. bahut ajeeb khayal ke aap nazariya-e-iqtiqad mein agar aapne padha hoga, aap wahan pe ek ek term hai "missing link".</w:t>
      </w:r>
    </w:p>
    <w:p>
      <w:pPr>
        <w:jc w:val="right"/>
      </w:pPr>
      <w:r>
        <w:t>جب میںاسکوپڑھرہاتھا تو ایکبہتعجیب وغریب خیالمیرےذہنمیںآیا۔ بہت عجیبخیال کہ آپ نظریہاعتقادمیںاگر آپنےپڑھاہوگا،آپوہاںپہایک ایک ٹرمہے "مسنگلنک"۔</w:t>
      </w:r>
    </w:p>
    <w:p>
      <w:r>
        <w:rPr>
          <w:b/>
        </w:rPr>
        <w:t xml:space="preserve">[11:39] </w:t>
      </w:r>
      <w:r>
        <w:t>"missing link"</w:t>
      </w:r>
    </w:p>
    <w:p>
      <w:pPr>
        <w:jc w:val="right"/>
      </w:pPr>
      <w:r>
        <w:t>"مسنگلنک"</w:t>
      </w:r>
    </w:p>
    <w:p>
      <w:r>
        <w:rPr>
          <w:b/>
        </w:rPr>
        <w:t xml:space="preserve">[11:41] </w:t>
      </w:r>
      <w:r>
        <w:t>yani woh jo ek cheez se doosri cheez ban gayi, jo ek ek cheez se doosri cheez ban gayi, jaise jaise bill se sher ban gaya, hippopotamus se whale ban gaya waghera.</w:t>
      </w:r>
    </w:p>
    <w:p>
      <w:pPr>
        <w:jc w:val="right"/>
      </w:pPr>
      <w:r>
        <w:t>یعنیوہجو ایکچیزسےدوسریچیزبنگئی ، جو ایک ایک چیزسےدوسری چیز بنگئی،جیسے جیسے بلیسےشیربنگیا، ہپوپوٹیمسسے ویلبنگیا وغیرہ۔</w:t>
      </w:r>
    </w:p>
    <w:p>
      <w:r>
        <w:rPr>
          <w:b/>
        </w:rPr>
        <w:t xml:space="preserve">[11:54] </w:t>
      </w:r>
      <w:r>
        <w:t>toh jo yeh batate hain, toh beech mein bar bar inko mehsoos hota hai ke beech ka, ah, beech ki kadiyan nahi hain.</w:t>
      </w:r>
    </w:p>
    <w:p>
      <w:pPr>
        <w:jc w:val="right"/>
      </w:pPr>
      <w:r>
        <w:t>تو جو یہبتاتےہیں، تو بیچمیںباربار انکومحسوسہوتاہےکہ بیچکا ،اہ، بیچکڑیاںنہیںہیں۔</w:t>
      </w:r>
    </w:p>
    <w:p>
      <w:r>
        <w:rPr>
          <w:b/>
        </w:rPr>
        <w:t xml:space="preserve">[12:04] </w:t>
      </w:r>
      <w:r>
        <w:t>yani billiya aur sher ki beech ki kadi kahan hai?</w:t>
      </w:r>
    </w:p>
    <w:p>
      <w:pPr>
        <w:jc w:val="right"/>
      </w:pPr>
      <w:r>
        <w:t>یعنی بلیاورشیرکیبیچکڑیکہاںہے؟</w:t>
      </w:r>
    </w:p>
    <w:p>
      <w:r>
        <w:rPr>
          <w:b/>
        </w:rPr>
        <w:t xml:space="preserve">[12:09] </w:t>
      </w:r>
      <w:r>
        <w:t>hippopotamus aur whale ki beech ki kadiyan kahan hain? toh isko kehte hain "missing link" jo aaj tak daryaft nahi hui. toh mujhe likha ke yeh musalmanon mein jo missing link hai, woh khud Allah Ta'ala hai.</w:t>
      </w:r>
    </w:p>
    <w:p>
      <w:pPr>
        <w:jc w:val="right"/>
      </w:pPr>
      <w:r>
        <w:t>ہپوپوٹیمساورویلکیبیچکڑیاںکہاںہیں؟ تواسکوکہتےہیں " مسنگلنک"جو آجتک دریا فتنہیںہوئی ۔ تو مجھےلکھاکہ یہ مس لمانوںمیںجومس نگلنکہے،وہخود اللہ تعالیٰہے۔</w:t>
      </w:r>
    </w:p>
    <w:p>
      <w:r>
        <w:rPr>
          <w:b/>
        </w:rPr>
        <w:t xml:space="preserve">[12:24] </w:t>
      </w:r>
      <w:r>
        <w:t>Allah Ta'ala hi missing ho gaya. kaisi ajeeb cheez hai! isko padhte hue mujhe ek main rone laga. main ne kaha ke Khuda is qaum se toh hi ghayab ho gaya, teri kadi</w:t>
      </w:r>
    </w:p>
    <w:p>
      <w:pPr>
        <w:jc w:val="right"/>
      </w:pPr>
      <w:r>
        <w:t>اللہ تعالیٰہیمسہوگیا۔ کیسیعجیبچیزہے! اسکوپڑھتےہوئے مجھے ایک میں رونےلگا۔میںنےکہاکہ خدائےاسقومسے توہیغائبہوگیا، تیریکڑی</w:t>
      </w:r>
    </w:p>
    <w:p>
      <w:r>
        <w:rPr>
          <w:b/>
        </w:rPr>
        <w:t xml:space="preserve">[12:38] </w:t>
      </w:r>
      <w:r>
        <w:t>mafqood ho gayi. woh kaise? dekhiye, yeh jo ulama the, unki unhone yeh socha ke angrez ko hum khud se nahi nikal sakte, toh hamein daudna chahiye Turkey aur Afghanistan aur Germany ki taraf.</w:t>
      </w:r>
    </w:p>
    <w:p>
      <w:pPr>
        <w:jc w:val="right"/>
      </w:pPr>
      <w:r>
        <w:t>مفقودہوگئی ۔ وہ کیسے؟ دیکھیے،یہجوعلماءتھے، انکی انہوںنےیہسوچا کہانگریزکوہم خود سےنہیںنکالسکتے،توہمیں دوڑناچاہیےترکیاور افغان ستاناور جرمنیکیطرف ۔</w:t>
      </w:r>
    </w:p>
    <w:p>
      <w:r>
        <w:rPr>
          <w:b/>
        </w:rPr>
        <w:t xml:space="preserve">[12:53] </w:t>
      </w:r>
      <w:r>
        <w:t>kya yeh sooch rasool Allah ki thi? yeh sooch paighambaron ki thi?</w:t>
      </w:r>
    </w:p>
    <w:p>
      <w:pPr>
        <w:jc w:val="right"/>
      </w:pPr>
      <w:r>
        <w:t>کیا یہسوچرسولاللہکیتھی؟ یہیسوچپیغمبروںکیتھی؟</w:t>
      </w:r>
    </w:p>
    <w:p>
      <w:r>
        <w:rPr>
          <w:b/>
        </w:rPr>
        <w:t xml:space="preserve">[12:59] </w:t>
      </w:r>
      <w:r>
        <w:t>habs yusuf mein aik paighambar kehte hain innama ashku bisib hudhni Allah! inn ko jo problem hai, is problem ko Allah ko refer kar rahe hain. woh innama ashku bisib hudhni Allah! aye Allah! mein problem se dochar hoon, teri taraf mein is problem ko refer karta hoon, tu hal kar de mere problem ko.</w:t>
      </w:r>
    </w:p>
    <w:p>
      <w:pPr>
        <w:jc w:val="right"/>
      </w:pPr>
      <w:r>
        <w:t>حبس یوسفمیںایک پیغمبرکہتےہیں إنماأشكو بسيبحضنياللہ !انکوجو پرابلمہے، اس پرابلمکو اللہ کوریفرکررہےہیں۔وہ إنماأشكو بسيبحضنياللہ !اے اللہ!میں پرابلمسے دوچارہوں، تیریطرف میں اسپرابلمکوریفرکرتاہوں،توحلکردےمیرے پرابلم کو۔</w:t>
      </w:r>
    </w:p>
    <w:p>
      <w:r>
        <w:rPr>
          <w:b/>
        </w:rPr>
        <w:t xml:space="preserve">[13:21] </w:t>
      </w:r>
      <w:r>
        <w:t>aise hi dekhiye, rasool Allah (SAW) ne makkah se hijrat farmayi madine ke liye. darmiyan mein aap ghaar e thor mein thehray</w:t>
      </w:r>
    </w:p>
    <w:p>
      <w:pPr>
        <w:jc w:val="right"/>
      </w:pPr>
      <w:r>
        <w:t>ایسےہیدیکھیے، رسولاللہصلیاللہعلیہوسلمنے مکہسےہجرتفرمائی مدینےکےلیے۔ درمیانمیںآپ غور ثورمیںٹھہرے</w:t>
      </w:r>
    </w:p>
    <w:p>
      <w:r>
        <w:rPr>
          <w:b/>
        </w:rPr>
        <w:t xml:space="preserve">[13:31] </w:t>
      </w:r>
      <w:r>
        <w:t>to wahan aap ke dushman thay, wahan bhi pahunch gaye. talwarein liye hue theen, woh log qatal karna chahte thay. to sirf do aadmi wahan thay: rasool Allah aur abu bakr.</w:t>
      </w:r>
    </w:p>
    <w:p>
      <w:pPr>
        <w:jc w:val="right"/>
      </w:pPr>
      <w:r>
        <w:t>تو وہاںآپ کےدشمنتھے،وہاںبھیپہنچگئے۔ تلواریںلیہوئیتھیں،وہلوگ قتلکرناچاہتے تھے۔ تو صرفدوآدمیوہاںتھے: رسولاللہ اوراب وبکر ۔</w:t>
      </w:r>
    </w:p>
    <w:p>
      <w:r>
        <w:rPr>
          <w:b/>
        </w:rPr>
        <w:t xml:space="preserve">[13:41] </w:t>
      </w:r>
      <w:r>
        <w:t>hazrat abu bakr ne kaha ke yeh to yahan hi pahunch gaye. to aap ne quran mein surah al-taubah mein parh lijiye, aap ne farmaya la tahzan innallaha ma'ana la tahzan innallaha ma'ana</w:t>
      </w:r>
    </w:p>
    <w:p>
      <w:pPr>
        <w:jc w:val="right"/>
      </w:pPr>
      <w:r>
        <w:t>حضرتابوبکرنےکہاکہیہتویہاںہیپہنچگئے۔ توآپ نے قرآنمیں سورہالتوبہمیںپڑھلیجئے،آپنےفرمایا لا تحزنإنالله مع نا لا تح زنإنالله مع نا</w:t>
      </w:r>
    </w:p>
    <w:p>
      <w:r>
        <w:rPr>
          <w:b/>
        </w:rPr>
        <w:t xml:space="preserve">[13:59] </w:t>
      </w:r>
      <w:r>
        <w:t>gham na karo, Allah hamare saath hai. yeh kaun se ulama thay? mein poochta hoon ke inki yeh samajh mein nahi aayi ke Allah ki taraf rujoo karein, Allah se duaein karein, quran parh kar sochen ke kya karna chahiye.</w:t>
      </w:r>
    </w:p>
    <w:p>
      <w:pPr>
        <w:jc w:val="right"/>
      </w:pPr>
      <w:r>
        <w:t>غمنہکرو،اللہ ہمارےساتھ ہے۔ یہکونسےعلم اءتھے؟میںپوچھتاہوں کہ انکییہسمجھمیںنہیںآئیکہاللہ کیطرفرجوعکریں، اللہ سے دعائیںکریں، قرآنپڑھکر سوچیںکہکیاکرناچاہیے۔</w:t>
      </w:r>
    </w:p>
    <w:p>
      <w:r>
        <w:rPr>
          <w:b/>
        </w:rPr>
        <w:t xml:space="preserve">[14:14] </w:t>
      </w:r>
      <w:r>
        <w:t>yeh daud rahe hain turkey ki taraf, daud rahe hain germany ki taraf, daud rahe hain afghanistan ki taraf. nateeja kya hua? mukammal nakami hui. aik lakh ulama ko shaheed kar dala angrezon ne.</w:t>
      </w:r>
    </w:p>
    <w:p>
      <w:pPr>
        <w:jc w:val="right"/>
      </w:pPr>
      <w:r>
        <w:t>یہدوڑرہےہیںترکیکیطرف،دوڑرہےہیںجرمنیکیطرف،دوڑرہےہیںافغانستانکیطرف ۔ نتیجہکیاہوا؟مکمل ناکامیہوئی ۔ ایک لاکھعلماء کوشہیدکر مارڈالا انگریزوںنے۔</w:t>
      </w:r>
    </w:p>
    <w:p>
      <w:r>
        <w:rPr>
          <w:b/>
        </w:rPr>
        <w:t xml:space="preserve">[14:27] </w:t>
      </w:r>
      <w:r>
        <w:t>log bewatan ho gaye,</w:t>
      </w:r>
    </w:p>
    <w:p>
      <w:pPr>
        <w:jc w:val="right"/>
      </w:pPr>
      <w:r>
        <w:t>لوگ بےوطن ہوگئے،</w:t>
      </w:r>
    </w:p>
    <w:p>
      <w:r>
        <w:rPr>
          <w:b/>
        </w:rPr>
        <w:t xml:space="preserve">[14:30] </w:t>
      </w:r>
      <w:r>
        <w:t>jaidadein unki bik gayeen aur kya kya museebatein pesh aayeen. faida kuch bhi na hua. to angrezon ke aane se jo masla paida hua tha, to log daudna chahte thay Allah ki taraf. yeh daude kis ki taraf?</w:t>
      </w:r>
    </w:p>
    <w:p>
      <w:pPr>
        <w:jc w:val="right"/>
      </w:pPr>
      <w:r>
        <w:t>جائیدادیںانکی بکگئیں اورکیا کیا مصیبتیںپیش آئیں۔فائدہکچھبھینہیں۔ تو انگ ریزوںکےآنےسےجو مسئلہپیدا ہواتھا، تو لوگ دوڑناچاہتےتھےاللہ کیطرف ۔یہ دوڑےکسکیطرف ؟</w:t>
      </w:r>
    </w:p>
    <w:p>
      <w:r>
        <w:rPr>
          <w:b/>
        </w:rPr>
        <w:t xml:space="preserve">[14:46] </w:t>
      </w:r>
      <w:r>
        <w:t>insanon ki taraf, afghanistan ki taraf, turkey ki taraf, germany ki taraf. is wajah se woh un, yaani unhein kuch khabar nahi hui ke kya karna chahiye.</w:t>
      </w:r>
    </w:p>
    <w:p>
      <w:pPr>
        <w:jc w:val="right"/>
      </w:pPr>
      <w:r>
        <w:t>انسانوںکیطرف ، افغانستان کیطرف،ترکیکیطرف،جرمنیکیطرف ۔ اس وجہسےوہ اں،یعنی انہیںکچھخبرہینہیںہوئیکہکیاکرناچاہیے۔</w:t>
      </w:r>
    </w:p>
    <w:p>
      <w:r>
        <w:rPr>
          <w:b/>
        </w:rPr>
        <w:t xml:space="preserve">[14:56] </w:t>
      </w:r>
      <w:r>
        <w:t>ab dekhiye, is ko yeh saada baat nahi hai.</w:t>
      </w:r>
    </w:p>
    <w:p>
      <w:pPr>
        <w:jc w:val="right"/>
      </w:pPr>
      <w:r>
        <w:t>ابدیکھیے،اسکو یہسادہباتنہیںہے۔</w:t>
      </w:r>
    </w:p>
    <w:p>
      <w:r>
        <w:rPr>
          <w:b/>
        </w:rPr>
        <w:t xml:space="preserve">[15:00] </w:t>
      </w:r>
      <w:r>
        <w:t>agar woh daudte Allah ki taraf, yaani matlab duaein karte, quran parhte, nabiyon ke halaat ko mutala karte, to un par aik bohat bari cheez khulti.</w:t>
      </w:r>
    </w:p>
    <w:p>
      <w:pPr>
        <w:jc w:val="right"/>
      </w:pPr>
      <w:r>
        <w:t>اگر وہ دوڑتے اللہ کیطرف ،یعنیمطلبدعائیںکرتے ، قرآنپڑھتے، نبیوںکےحالاتکو مطالعہکرتے ، توان پرایکبہت بڑیچیزکھلتی۔</w:t>
      </w:r>
    </w:p>
    <w:p>
      <w:r>
        <w:rPr>
          <w:b/>
        </w:rPr>
        <w:t xml:space="preserve">[15:14] </w:t>
      </w:r>
      <w:r>
        <w:t>bohat bari cheez khulti. woh kya hai? innama al-'usri yusra innama al-'usri yusra yaani har 'usr ke saath yusr aata hai, har problem ke saath aik opportunity aati hai.</w:t>
      </w:r>
    </w:p>
    <w:p>
      <w:pPr>
        <w:jc w:val="right"/>
      </w:pPr>
      <w:r>
        <w:t>بہت بڑیچیزکھلتی۔ وہکیاہے؟إ نماالعسر يسر إنماالعسريسر یعنیہرعسر کےساتھ یسرآتاہے، ہر پرابلم کےساتھ ایکاپرچونیٹیآتیہے۔</w:t>
      </w:r>
    </w:p>
    <w:p>
      <w:r>
        <w:rPr>
          <w:b/>
        </w:rPr>
        <w:t xml:space="preserve">[15:28] </w:t>
      </w:r>
      <w:r>
        <w:t>haan, angrez bohat hi bari opportunity laye thay. bohat bari opportunity, bohat bara aik mauqa ka. woh kya?</w:t>
      </w:r>
    </w:p>
    <w:p>
      <w:pPr>
        <w:jc w:val="right"/>
      </w:pPr>
      <w:r>
        <w:t>ہاں،انگ ریز بہت ہی بڑی اپرچونیٹیلائےتھے۔ بہت بڑیاپرچونیٹی،بہت بڑا ایک موقع کار ۔ وہکیا ؟</w:t>
      </w:r>
    </w:p>
    <w:p>
      <w:r>
        <w:rPr>
          <w:b/>
        </w:rPr>
        <w:t xml:space="preserve">[15:37] </w:t>
      </w:r>
      <w:r>
        <w:t>aik to khud woh aa gaye, yaani england se india mein aaye. gaamood dood daai ke paas aa gaya. number one.</w:t>
      </w:r>
    </w:p>
    <w:p>
      <w:pPr>
        <w:jc w:val="right"/>
      </w:pPr>
      <w:r>
        <w:t>ایک توخود وہآگئے، یعنیانگل ینڈسے انڈیامیںآگئے۔ گا مودوددائیکےپاسآگیا۔ نمبرون ۔</w:t>
      </w:r>
    </w:p>
    <w:p>
      <w:r>
        <w:rPr>
          <w:b/>
        </w:rPr>
        <w:t xml:space="preserve">[15:47] </w:t>
      </w:r>
      <w:r>
        <w:t>number two, pehli baar india mein woh laye communication, jo is se pehle wujood mein nahi tha.</w:t>
      </w:r>
    </w:p>
    <w:p>
      <w:pPr>
        <w:jc w:val="right"/>
      </w:pPr>
      <w:r>
        <w:t>نمبردو ، پہلیبار انڈیامیں وہلائے کمیونیکیشن، جو اسسےپہلےوجود میںنہیںتھا۔</w:t>
      </w:r>
    </w:p>
    <w:p>
      <w:r>
        <w:rPr>
          <w:b/>
        </w:rPr>
        <w:t xml:space="preserve">[15:55] </w:t>
      </w:r>
      <w:r>
        <w:t>is ka yaani daak, telegraph, phir telephone, yeh saari cheezein wohi to laye. modern education woh laye, industry laya.</w:t>
      </w:r>
    </w:p>
    <w:p>
      <w:pPr>
        <w:jc w:val="right"/>
      </w:pPr>
      <w:r>
        <w:t>اسکا یعنی ڈاک، ٹیلیگراف، پھرٹیلیفون، یہ ساریچیزیںوہیتولائے۔ ماڈرنایجوکیشنوہلائے، انڈ سٹریلایا ۔</w:t>
      </w:r>
    </w:p>
    <w:p>
      <w:r>
        <w:rPr>
          <w:b/>
        </w:rPr>
        <w:t xml:space="preserve">[16:06] </w:t>
      </w:r>
      <w:r>
        <w:t>jis se interested aik mobility paida ki. log yahan ja rahe hain, wahan ja rahe hain, yahan ja rahe hain, wahan ja rahe hain. to saari duniya ko unhone globally bana diya.</w:t>
      </w:r>
    </w:p>
    <w:p>
      <w:pPr>
        <w:jc w:val="right"/>
      </w:pPr>
      <w:r>
        <w:t>جسسے انٹرسٹڈایک موبیلٹیپیداکی۔لوگیہاںجارہےہیں،وہاںجارہےہیں،یہاںجارہےہیں،وہاںجارہےہیں۔ توساریدنیا کوانہوںنےگلوبلولیجبنادیا۔</w:t>
      </w:r>
    </w:p>
    <w:p>
      <w:r>
        <w:rPr>
          <w:b/>
        </w:rPr>
        <w:t xml:space="preserve">[16:16] </w:t>
      </w:r>
      <w:r>
        <w:t>to dawat ke mawaqe hazaron guna zyada paida ho gaye. to agar woh quran ko parhte, duaein karte, to un par khulta kya?</w:t>
      </w:r>
    </w:p>
    <w:p>
      <w:pPr>
        <w:jc w:val="right"/>
      </w:pPr>
      <w:r>
        <w:t>تو دعوت کے مواقع ہزاروںگنازیادہ پیدا ہوگئے۔ تواگر وہ قرآنکوپڑھتے، دعائیںکرتے ، توانپرکھلتاکیا ؟</w:t>
      </w:r>
    </w:p>
    <w:p>
      <w:r>
        <w:rPr>
          <w:b/>
        </w:rPr>
        <w:t xml:space="preserve">[16:27] </w:t>
      </w:r>
      <w:r>
        <w:t>un par khulta yeh hai ke bas dawat, dawat, dawat karo, dawat ka kaam karo.</w:t>
      </w:r>
    </w:p>
    <w:p>
      <w:pPr>
        <w:jc w:val="right"/>
      </w:pPr>
      <w:r>
        <w:t>انپرکھلتایہہےکہبسدعوت،دعوت،دعوت کرو، دعوتکاکامکرو۔</w:t>
      </w:r>
    </w:p>
    <w:p>
      <w:r>
        <w:rPr>
          <w:b/>
        </w:rPr>
        <w:t xml:space="preserve">[16:33] </w:t>
      </w:r>
      <w:r>
        <w:t>yaani problem se hat kar dawat ka kaam karo. aur is zamane mein itna aasan tha dawat ka kaam karna.</w:t>
      </w:r>
    </w:p>
    <w:p>
      <w:pPr>
        <w:jc w:val="right"/>
      </w:pPr>
      <w:r>
        <w:t>یعنی پرابلم سےنہٹک راکرکے دعوتکاکامکرو۔ اوراسزمان ےمیں اتناآسانتھادعوتکاکامکرنا۔</w:t>
      </w:r>
    </w:p>
    <w:p>
      <w:r>
        <w:rPr>
          <w:b/>
        </w:rPr>
        <w:t xml:space="preserve">[16:44] </w:t>
      </w:r>
      <w:r>
        <w:t>dekhiye, yeh jo angrez chalte thay london se, to ship par chalte thay. is zamane mein steamship se aate thay aur do hafte mein pahunchte thay calcutta. woh do hafte lagte thay.</w:t>
      </w:r>
    </w:p>
    <w:p>
      <w:pPr>
        <w:jc w:val="right"/>
      </w:pPr>
      <w:r>
        <w:t>دیکھیے، یہجو انگریزچلتےتھے لندنسے ،تو شپپرچلتےتھے۔ اسزمانےمیںاسٹیمشپسے آتےتھے اور دوہفتےمیںپہنچتےتھے کلکتہ۔وہ دوہفتہ لگتاتھا۔</w:t>
      </w:r>
    </w:p>
    <w:p>
      <w:r>
        <w:rPr>
          <w:b/>
        </w:rPr>
        <w:t xml:space="preserve">[16:59] </w:t>
      </w:r>
      <w:r>
        <w:t>to wahan par intezam hota tha ke angrez jo thay, is zamane mein urdu zaban chalti thi zyada india mein. to urdu teacher hote thay. woh london se calcutta tak woh saara waqt lagate thay urdu se urdu seekhne mein.</w:t>
      </w:r>
    </w:p>
    <w:p>
      <w:pPr>
        <w:jc w:val="right"/>
      </w:pPr>
      <w:r>
        <w:t>تو وہاںپر انتظامہوتاتھا کہ انگ ریزجوتھے،اسزمانےمیںاردوزبان چلتیتھیزیادہ انڈیامیں۔ تو اردوٹیچرہوتےتھے۔وہ لندنسے کل کل کتہتک وہساراوقت لگاتےتھےاردوسےاردوسیکھنےمیں۔</w:t>
      </w:r>
    </w:p>
    <w:p>
      <w:r>
        <w:rPr>
          <w:b/>
        </w:rPr>
        <w:t xml:space="preserve">[17:14] </w:t>
      </w:r>
      <w:r>
        <w:t>jab jab calcutta utarte thay, woh to un ko, yaani aik jo kahein ke workable language seekh lete thay. yaani bol chaal ki zaban un ko aa jati thi, contact language.</w:t>
      </w:r>
    </w:p>
    <w:p>
      <w:pPr>
        <w:jc w:val="right"/>
      </w:pPr>
      <w:r>
        <w:t>جب جب کلکتہاترتےتھے،وہ تو انکو ،یعنی ایک جوکہیںکہ ورکیبل لینگویجس یکھسیکھلیتےتھے۔یعنیبول چالکیزبان انکو آجاتیتھی،کنٹیکٹلینگویج۔</w:t>
      </w:r>
    </w:p>
    <w:p>
      <w:r>
        <w:rPr>
          <w:b/>
        </w:rPr>
        <w:t xml:space="preserve">[17:30] </w:t>
      </w:r>
      <w:r>
        <w:t>to kaha is zamane mein kya tha ke ulama aur munazirron ke darmiyan language gap nahi tha. kaisi ajeeb baat hai!</w:t>
      </w:r>
    </w:p>
    <w:p>
      <w:pPr>
        <w:jc w:val="right"/>
      </w:pPr>
      <w:r>
        <w:t>تو کہااسزمانےمیںکیاتھے کہ علم اء اور من اظروںکےدرمیانلینگویجگیپ نہیںتھا۔ کیسیعجیبباتہے!</w:t>
      </w:r>
    </w:p>
    <w:p>
      <w:r>
        <w:rPr>
          <w:b/>
        </w:rPr>
        <w:t xml:space="preserve">[17:39] </w:t>
      </w:r>
      <w:r>
        <w:t>waise to unki zuban angrezi thi, ulama ki zuban urdu ya arabhi thi. to ek thi language gap beech mein. lekin madani ne khud apne intezam ke tehat yeh kiya ke urdu seekha usne.</w:t>
      </w:r>
    </w:p>
    <w:p>
      <w:pPr>
        <w:jc w:val="right"/>
      </w:pPr>
      <w:r>
        <w:t>ویسےتوانکیزبان انگریزیتھی، علم اءکیزبان ارد وتھی یاعربیتھی۔ تو ایک تھالینگویجگیپبیچمیں۔ لیکن مد ونےخود اپنے انتظامکےتحت یہکیا کہارد وسیکھااسنے ۔</w:t>
      </w:r>
    </w:p>
    <w:p>
      <w:r>
        <w:rPr>
          <w:b/>
        </w:rPr>
        <w:t xml:space="preserve">[17:52] </w:t>
      </w:r>
      <w:r>
        <w:t>kyunke woh aa raha tha yahan, to wahan hukoomat karna tha. to usko zuban seekhni thi yahan ki.</w:t>
      </w:r>
    </w:p>
    <w:p>
      <w:pPr>
        <w:jc w:val="right"/>
      </w:pPr>
      <w:r>
        <w:t>کیونکہ وہآرہاتھایہاں،تووہاں حکومت کرناتھا۔ تواسکوزبان سیکھنیتھییہاںکی۔</w:t>
      </w:r>
    </w:p>
    <w:p>
      <w:r>
        <w:rPr>
          <w:b/>
        </w:rPr>
        <w:t xml:space="preserve">[17:58] </w:t>
      </w:r>
      <w:r>
        <w:t>to language gap khud hi khatam kar diya usne. ab aap miliye unse, unse islam pesh kijiye, unse islam pesh kijiye.</w:t>
      </w:r>
    </w:p>
    <w:p>
      <w:pPr>
        <w:jc w:val="right"/>
      </w:pPr>
      <w:r>
        <w:t>تو لینگویجگیپ خود ہیختمکردیا اسنے۔ ابآپملیےانسے ،انسے اسلام پیش کیجئے، انسےاسلام پیش کیجئے۔</w:t>
      </w:r>
    </w:p>
    <w:p>
      <w:r>
        <w:rPr>
          <w:b/>
        </w:rPr>
        <w:t xml:space="preserve">[18:09] </w:t>
      </w:r>
      <w:r>
        <w:t>us zamane ka waqia hai ke Maulana Qasim Nanautvi haj ke liye gaye. haj ke liye to captain jo tha, woh angrez tha.</w:t>
      </w:r>
    </w:p>
    <w:p>
      <w:pPr>
        <w:jc w:val="right"/>
      </w:pPr>
      <w:r>
        <w:t>اسزمانےکاواقعہہے کہ مولاناقاسمنانوتی حجکےلیےگئے۔ حجکےلیے تو کیپٹنجوتھا،وہانگریزتھا۔</w:t>
      </w:r>
    </w:p>
    <w:p>
      <w:r>
        <w:rPr>
          <w:b/>
        </w:rPr>
        <w:t xml:space="preserve">[18:20] </w:t>
      </w:r>
      <w:r>
        <w:t>us zamane mein hawai jahaz se nahi jaate the, log pani ke jahaz jaate the.</w:t>
      </w:r>
    </w:p>
    <w:p>
      <w:pPr>
        <w:jc w:val="right"/>
      </w:pPr>
      <w:r>
        <w:t>اسزمانےمیںہوائیجہازسےنہیںجاتےتھے،لوگ پانیکےجہازجاتےتھے۔</w:t>
      </w:r>
    </w:p>
    <w:p>
      <w:r>
        <w:rPr>
          <w:b/>
        </w:rPr>
        <w:t xml:space="preserve">[18:24] </w:t>
      </w:r>
      <w:r>
        <w:t>captain angrez tha. is waqie ko aap parh sakte hain swan haq qasmi mein, jo manaaib-e-abbas ghulami likhi hai. to us captain ne dekha ke ek ek aalim aaya hai, lambi dadi hai, aalim ki surat hai.</w:t>
      </w:r>
    </w:p>
    <w:p>
      <w:pPr>
        <w:jc w:val="right"/>
      </w:pPr>
      <w:r>
        <w:t>کیپٹن انگ ریزتھا۔ اس واقعےکوآپپڑھسکتےہیں سوانحقاسمیمیں، جو مناعباسگل ائنلکھیہے۔ تو اس کیپٹننے دیکھا کہ ایک ایکعالمآیاہے، لمبیداڑھیہے، عالمکیصورت ہے۔</w:t>
      </w:r>
    </w:p>
    <w:p>
      <w:r>
        <w:rPr>
          <w:b/>
        </w:rPr>
        <w:t xml:space="preserve">[18:40] </w:t>
      </w:r>
      <w:r>
        <w:t>to unse aa ke mila woh, aur usne chaha ke kuch islam, islam ke bare mein bhi yeh bataein. to chunke english nahi jaante the, to translator ke zariye kuch guftagu woh hui</w:t>
      </w:r>
    </w:p>
    <w:p>
      <w:pPr>
        <w:jc w:val="right"/>
      </w:pPr>
      <w:r>
        <w:t>توانسےآکےملاوہ، اوراسنے چاہاکہ کچھ اسلام ،اسلام کےبارےمیںبھییہبت ائیں۔ تو چونکہ انگل شنہیںجانتےتھے، تو ٹرانسلیٹرکےذریعےکچھگفتگوہوئی</w:t>
      </w:r>
    </w:p>
    <w:p>
      <w:r>
        <w:rPr>
          <w:b/>
        </w:rPr>
        <w:t xml:space="preserve">[18:54] </w:t>
      </w:r>
      <w:r>
        <w:t>us us ka is captain se. to is par acha asar pada. to Maulana Qasim Nanautvi ne khud kaha ke agar main angrezi jaanta to zyada aur zyada bata sakta tha usko, aur zyada woh mutassir hota meri baaton se. woh woh islam ke qareeb aa jata.</w:t>
      </w:r>
    </w:p>
    <w:p>
      <w:pPr>
        <w:jc w:val="right"/>
      </w:pPr>
      <w:r>
        <w:t>اس اس کااس کیپٹنسے۔ تو اس پر اچھااثرپڑا۔ تو مولاناقاسمنانوتینےخودکہاکہاگر میں انگریزیجانتا تو زیادہ اورزیادہ بتاسکتاتھااسکو ،اور زیادہ وہمتاثرہوتامیریباتوںسے۔وہ وہاسلام کےقریبآجاتا ۔</w:t>
      </w:r>
    </w:p>
    <w:p>
      <w:r>
        <w:rPr>
          <w:b/>
        </w:rPr>
        <w:t xml:space="preserve">[19:10] </w:t>
      </w:r>
      <w:r>
        <w:t>yahankaa tajurba hua. is tajurbe ke maani kya hue? is tajurbe ke maani yeh hain ke angrez pure mulk mein khud hi aa gaye hain.</w:t>
      </w:r>
    </w:p>
    <w:p>
      <w:pPr>
        <w:jc w:val="right"/>
      </w:pPr>
      <w:r>
        <w:t>یہانکاتجربہہوا۔ استجربےکےمعنیکیاہوئے ؟ استجربےکےمعنییہہیںکہ انگریز پورےملکمیںخودہیآگئےہیں۔</w:t>
      </w:r>
    </w:p>
    <w:p>
      <w:r>
        <w:rPr>
          <w:b/>
        </w:rPr>
        <w:t xml:space="preserve">[19:20] </w:t>
      </w:r>
      <w:r>
        <w:t>ab khoob dhoom se inko dawat ka kaam karo.</w:t>
      </w:r>
    </w:p>
    <w:p>
      <w:pPr>
        <w:jc w:val="right"/>
      </w:pPr>
      <w:r>
        <w:t>ابخوب دھومسےانکودعوتکاکامکرو۔</w:t>
      </w:r>
    </w:p>
    <w:p>
      <w:r>
        <w:rPr>
          <w:b/>
        </w:rPr>
        <w:t xml:space="preserve">[19:22] </w:t>
      </w:r>
      <w:r>
        <w:t>ek angrez mila tha inko jahaz par, to is par jo tajurba hua, is tajurbe se Allah taala ne unhein ek sabak diya tha ke angrezon par dawat ka kaam karo.</w:t>
      </w:r>
    </w:p>
    <w:p>
      <w:pPr>
        <w:jc w:val="right"/>
      </w:pPr>
      <w:r>
        <w:t>ایک انگریزملاتھاانکو جہازپر، تواسپرجوتجربہہوا، اس تجربےسے اللہ تعالیٰنےانہیں ایکسبقدیاتھا کہ انگریزوںپردعوتیکامکرو۔</w:t>
      </w:r>
    </w:p>
    <w:p>
      <w:r>
        <w:rPr>
          <w:b/>
        </w:rPr>
        <w:t xml:space="preserve">[19:34] </w:t>
      </w:r>
      <w:r>
        <w:t>urdu tumhari zuban hai, woh khud hi urdu seekh seekh seekh ke aa rahe hain.</w:t>
      </w:r>
    </w:p>
    <w:p>
      <w:pPr>
        <w:jc w:val="right"/>
      </w:pPr>
      <w:r>
        <w:t>ارد و تمہاریزبان ہے،وہخودہیاردوسیکھسیک ھسیکھکے آرہےہیں۔</w:t>
      </w:r>
    </w:p>
    <w:p>
      <w:r>
        <w:rPr>
          <w:b/>
        </w:rPr>
        <w:t xml:space="preserve">[19:39] </w:t>
      </w:r>
      <w:r>
        <w:t>to aap ghor kijiye, kitna bada kaam hota. yani woh kaam hota jo barahwin sadi mein, terahwin sadi mein hua.</w:t>
      </w:r>
    </w:p>
    <w:p>
      <w:pPr>
        <w:jc w:val="right"/>
      </w:pPr>
      <w:r>
        <w:t>توآپ غورکیجئے،کتنابڑاکامہوتا۔ یعنیوہکامہوتاجو بارہویںصدی میں، تیرہویںصدی میں ہوا ۔</w:t>
      </w:r>
    </w:p>
    <w:p>
      <w:r>
        <w:rPr>
          <w:b/>
        </w:rPr>
        <w:t xml:space="preserve">[19:50] </w:t>
      </w:r>
      <w:r>
        <w:t>dolat-e-abbasi ko jab tatariyon ne khatam kar diya tha, tatariyon ne dolat-e-abbasi ko mita diya. yani Samarqand se Halab tak sab ko hawale kar diya.</w:t>
      </w:r>
    </w:p>
    <w:p>
      <w:pPr>
        <w:jc w:val="right"/>
      </w:pPr>
      <w:r>
        <w:t>دول ت عب اسیکوجب تاتاریوںنے ختمکردیا تھا، تاتاریوںنے دولت عباسیوںکومٹادیا۔ یعنیسمرقندسےحلبتک سب کوحوالہ کردیا۔</w:t>
      </w:r>
    </w:p>
    <w:p>
      <w:r>
        <w:rPr>
          <w:b/>
        </w:rPr>
        <w:t xml:space="preserve">[20:02] </w:t>
      </w:r>
      <w:r>
        <w:t>us waqt kis cheez ne bachaya ummat ko? woh tabligh-o-dawat ne.</w:t>
      </w:r>
    </w:p>
    <w:p>
      <w:pPr>
        <w:jc w:val="right"/>
      </w:pPr>
      <w:r>
        <w:t>اسوقت کسچیزنے بچایا امتکو ؟وہ تبلیغودعوتنے۔</w:t>
      </w:r>
    </w:p>
    <w:p>
      <w:r>
        <w:rPr>
          <w:b/>
        </w:rPr>
        <w:t xml:space="preserve">[20:09] </w:t>
      </w:r>
      <w:r>
        <w:t>yani koi us waqt taqat nahi thi musalmanon ki unke muqable mein. chunanche yani ek ek ek ek bahut hi ek parallel batata hoon main aapko. parallel yahan wahan mein us zamane mein yeh mashhoor ho gaya tha, jis tarah se maine arz kiya ke yahan par ulama ne yeh kaha ke hum angrez se nahi lad sakte.</w:t>
      </w:r>
    </w:p>
    <w:p>
      <w:pPr>
        <w:jc w:val="right"/>
      </w:pPr>
      <w:r>
        <w:t>یعنیکوئی اسوقت طاقتنہیں تھی مسلمانوںکیانکےمقابلےمیں۔ چنانچہ یعنی ایک ایک ایک ایکبہت ہیایکپیرللبتاتاہوںمیںآپکو۔پیرلل یہاں وہاں میں اسزمان ےمیںیہمشہورہوگیاتھا، جسطرحسےمیںنےعرضکیاکہیہاںپرعلم اءنے یہکہا کہہم انگ ریزسےنہیںلڑسکتے۔</w:t>
      </w:r>
    </w:p>
    <w:p>
      <w:r>
        <w:rPr>
          <w:b/>
        </w:rPr>
        <w:t xml:space="preserve">[20:29] </w:t>
      </w:r>
      <w:r>
        <w:t>humein koi aur taqat ki madad leni padegi. hum khud ab ba-taur-e-khud hi nahi lad lad sakte angrez se. iska parallel batata hoon main aapko.</w:t>
      </w:r>
    </w:p>
    <w:p>
      <w:pPr>
        <w:jc w:val="right"/>
      </w:pPr>
      <w:r>
        <w:t>ہمیں کوئیاور طاقت کیمددلینیپڑےگی۔ ہمخود اب بطورخود ہی نہیںلڑ لڑسکتےانگریزسے۔ اسکا پیرللبتاتاہوںمیںآپکو۔</w:t>
      </w:r>
    </w:p>
    <w:p>
      <w:r>
        <w:rPr>
          <w:b/>
        </w:rPr>
        <w:t xml:space="preserve">[20:40] </w:t>
      </w:r>
      <w:r>
        <w:t>jis zamane mein tatari chha gaye, abbasi hukoomat ko mita diya unhone. to unka dabdaba itna ho gaya ke wahan par yeh mashhoor ho gaya ke agar yeh kaha jaye ke tatari haar gaye to kabhi maan na maan na mat.</w:t>
      </w:r>
    </w:p>
    <w:p>
      <w:pPr>
        <w:jc w:val="right"/>
      </w:pPr>
      <w:r>
        <w:t>جس زمان ےمیں تاتاری چھاگئے، عب اسی حکومت کومٹادیاانہوںنے۔ تو انکا دبدبہاتناہوگیا کہوہاںپر یہ مشہورہوگیا کہ إذا قيل لكأنتتتر حم فلاتصدق إذاقيل لك أنتتتر ح م فلاتصدق اگر یہکہاجائے کہ تاتاریہارگئےتوکبھیمان ناماننامت۔</w:t>
      </w:r>
    </w:p>
    <w:p>
      <w:r>
        <w:rPr>
          <w:b/>
        </w:rPr>
        <w:t xml:space="preserve">[21:07] </w:t>
      </w:r>
      <w:r>
        <w:t>unki taqat itni zyada hai ke unko hara nahi sakte. ab dekhiye ke yahan par jo aaya zehan, wohi zehan wahan bhi tha. yahan yeh zehan tha ke angrez ko hum nahi hara sakte.</w:t>
      </w:r>
    </w:p>
    <w:p>
      <w:pPr>
        <w:jc w:val="right"/>
      </w:pPr>
      <w:r>
        <w:t>انکیطاقت اتنیزیادہہےکہہمانکوہرانہیںسکتے۔ ابدیکھیےکہیہاںپر جو آیا ذہن،وہیذہنوہاںبھیتھا۔ یہاں یہذہنتھاکہانگریزکوہمنہیںہراسکتے۔</w:t>
      </w:r>
    </w:p>
    <w:p>
      <w:r>
        <w:rPr>
          <w:b/>
        </w:rPr>
        <w:t xml:space="preserve">[21:20] </w:t>
      </w:r>
      <w:r>
        <w:t>wahan bhi yahi aaya ke hum tatariyon ko hara nahi sakte. lekin wahan par kuch aise asbab paida hue ke dawat shuru ho gaya. isko likha hai Arlark ki kitab hai jo wahan chhapi hai, aap padh lijiye usko.</w:t>
      </w:r>
    </w:p>
    <w:p>
      <w:pPr>
        <w:jc w:val="right"/>
      </w:pPr>
      <w:r>
        <w:t>وہاں بھییہیآیاکہہم تاتاریوںکوہرانہیںسکتے۔ لیکن وہاںپر کچھایسےاسبابپیدا ہوئے کہدعوت شروعہوگیا۔ اسکولکھاہے ارلرکیکتاب ہے جو وہاںچھپیہے،آپپڑھلیجئےاسکو۔</w:t>
      </w:r>
    </w:p>
    <w:p>
      <w:r>
        <w:rPr>
          <w:b/>
        </w:rPr>
        <w:t xml:space="preserve">[21:34] </w:t>
      </w:r>
      <w:r>
        <w:t>desperate of Islam</w:t>
      </w:r>
    </w:p>
    <w:p>
      <w:pPr>
        <w:jc w:val="right"/>
      </w:pPr>
      <w:r>
        <w:t>"دسپریٹآف اسلام"</w:t>
      </w:r>
    </w:p>
    <w:p>
      <w:r>
        <w:rPr>
          <w:b/>
        </w:rPr>
        <w:t xml:space="preserve">[21:37] </w:t>
      </w:r>
      <w:r>
        <w:t>usne likha hai ke hua yeh ke tatariyon ne bahut se auraton aur mardon ko pakda, unko le gaye, unko ghulamon bhandi bana liya, unse kaam karwane lage.</w:t>
      </w:r>
    </w:p>
    <w:p>
      <w:pPr>
        <w:jc w:val="right"/>
      </w:pPr>
      <w:r>
        <w:t>اسنےلکھاہےکہ ہوا یہ کہ تاتاریوںنے بہت سےعورتوںاورمرد وںکوپکڑا، انکولےگئے، انکو غلاموبادیبنالیا، انسےکام کروانےلگے۔</w:t>
      </w:r>
    </w:p>
    <w:p>
      <w:r>
        <w:rPr>
          <w:b/>
        </w:rPr>
        <w:t xml:space="preserve">[21:49] </w:t>
      </w:r>
      <w:r>
        <w:t>to tatariyon mein pahunch gaye yeh log. to subah shaam raat din unse milna julna hone laga. yani interaction ho gaya. yani zabri interaction, compulsory interaction.</w:t>
      </w:r>
    </w:p>
    <w:p>
      <w:pPr>
        <w:jc w:val="right"/>
      </w:pPr>
      <w:r>
        <w:t>تو تاتاریوںمیں پہنچگئےیہلوگ ۔ تو صبحشام راتدن انسےملناجلناہونےلگا۔یعنیانٹریکشنہوگیا۔ یعنیجبریانٹریکشن، کمپلسریانٹریکشن۔</w:t>
      </w:r>
    </w:p>
    <w:p>
      <w:r>
        <w:rPr>
          <w:b/>
        </w:rPr>
        <w:t xml:space="preserve">[22:02] </w:t>
      </w:r>
      <w:r>
        <w:t>yani pakad pakad le gaye ke chalo hum khidmatgar ke taur par</w:t>
      </w:r>
    </w:p>
    <w:p>
      <w:pPr>
        <w:jc w:val="right"/>
      </w:pPr>
      <w:r>
        <w:t>یعنیپکڑپکڑلےگئےکہچلوہم خدمتگارکےطورپر</w:t>
      </w:r>
    </w:p>
    <w:p>
      <w:r>
        <w:rPr>
          <w:b/>
        </w:rPr>
        <w:t xml:space="preserve">[22:08] </w:t>
      </w:r>
      <w:r>
        <w:t>to ghar ka kaam aur doosre jo kaam the, unko unse lene lage. that was a kind of compulsory interaction. to musalmanon ka interaction hone laga unke unse. to ismein bar bar tatari unse poochta ke bhai yeh kya hai, woh kya hai.</w:t>
      </w:r>
    </w:p>
    <w:p>
      <w:pPr>
        <w:jc w:val="right"/>
      </w:pPr>
      <w:r>
        <w:t>تو گھرکاکام اور دوسرےجوکامتھے،انکو انسےلینےلگے۔ دیٹوازاکائنڈآفکمپلسریانٹریکشن۔ تو مس لمانوںکاانٹریکشنہونےلگاانکےانسے ۔تو اسمیں باربار تاتاری انسے پوچھتاکہبھئییہکیاہے،وہکیاہے۔</w:t>
      </w:r>
    </w:p>
    <w:p>
      <w:r>
        <w:rPr>
          <w:b/>
        </w:rPr>
        <w:t xml:space="preserve">[22:26] </w:t>
      </w:r>
      <w:r>
        <w:t>misal ke taur par farz kiye chhe kai to unhon ne kaha ke alhamdulillah. woh poochhta tha ke yeh kya cheez hai bhai, alhamdulillah kya hai? yeh batate the alhamdulillah.</w:t>
      </w:r>
    </w:p>
    <w:p>
      <w:pPr>
        <w:jc w:val="right"/>
      </w:pPr>
      <w:r>
        <w:t>مثالکےطورپرفرضکیےچھکآئی تو انہوںنےکہاکہ الحمدللہ۔ وہپوچھتاتھاکہیہکیاچیزہےبھئی،الحمدللہکیاہے؟ یہ بتاتےتھے الحمدللہ۔</w:t>
      </w:r>
    </w:p>
    <w:p>
      <w:r>
        <w:rPr>
          <w:b/>
        </w:rPr>
        <w:t xml:space="preserve">[22:37] </w:t>
      </w:r>
      <w:r>
        <w:t>ya farz kiye ke woh namaz parhne lage, waqt aaya namaz ka to</w:t>
      </w:r>
    </w:p>
    <w:p>
      <w:pPr>
        <w:jc w:val="right"/>
      </w:pPr>
      <w:r>
        <w:t>یافرضکیےکہوہ نمازپڑھنےلگے،وقت آیانمازکا تو</w:t>
      </w:r>
    </w:p>
    <w:p>
      <w:r>
        <w:rPr>
          <w:b/>
        </w:rPr>
        <w:t xml:space="preserve">[22:41] </w:t>
      </w:r>
      <w:r>
        <w:t>woh poochhne lage ke bhai namaz kya cheez hoti hai, yeh kyon ult palat kar rahe ho? isko bataya unhon ne. is tarah mauqa mauqe se deewari interaction musalmanon se ke islam intek pahunchne laga.</w:t>
      </w:r>
    </w:p>
    <w:p>
      <w:pPr>
        <w:jc w:val="right"/>
      </w:pPr>
      <w:r>
        <w:t>وہپوچھنےلگےکہبھئینمازکیاچیزہوتیہے،یہکیوںالٹپلٹ کررہےہو؟ اسکوبتایاانہوںنے۔ اس طرح موقع موقعسے ڈیوری انٹریکشن مسلمانوں سے کہ اسلام انتک پہنچنےلگا۔</w:t>
      </w:r>
    </w:p>
    <w:p>
      <w:r>
        <w:rPr>
          <w:b/>
        </w:rPr>
        <w:t xml:space="preserve">[22:55] </w:t>
      </w:r>
      <w:r>
        <w:t>natija kya hua ke pachas saal ke andar andar tatari islam mein dakhil ho gaye aur unhon ne islam ka jhanda utha liya, jisko iqbal ne kaha hai ke haaye haan, fat ne tatar ke afsane se pasban mil gaye kaabe ko sanamkhane se.</w:t>
      </w:r>
    </w:p>
    <w:p>
      <w:pPr>
        <w:jc w:val="right"/>
      </w:pPr>
      <w:r>
        <w:t>نتیجہکیاہوا کہ پچاسسال کےاندراندر تاتاری اسلام میںداخلہوگئے اور انہوں نے اسلام کاجھنڈااٹھالیا، جسکواقبالنےکہاہےکہ ہائےہاں، فت نے تاتارکےافسانےسے پاسباںملگئےکعبہکوصنمخانےسے۔</w:t>
      </w:r>
    </w:p>
    <w:p>
      <w:r>
        <w:rPr>
          <w:b/>
        </w:rPr>
        <w:t xml:space="preserve">[23:12] </w:t>
      </w:r>
      <w:r>
        <w:t>ab aap donon ko ghaur kijiye, wahan bhi yahi zehan tha ke agar kaha jaye ke tum tatroh muflas taddeq keh hum apni taqat se inko hara nahi sakte.</w:t>
      </w:r>
    </w:p>
    <w:p>
      <w:pPr>
        <w:jc w:val="right"/>
      </w:pPr>
      <w:r>
        <w:t>ابآپدونوںکوغورکیجئے، وہاںبھییہیذہنتھاکہ إذاقيللك أنتتترح مفلاتصدق کہہماپنیطاقتسےانکوہرانہیںسکتے۔</w:t>
      </w:r>
    </w:p>
    <w:p>
      <w:r>
        <w:rPr>
          <w:b/>
        </w:rPr>
        <w:t xml:space="preserve">[23:23] </w:t>
      </w:r>
      <w:r>
        <w:t>yahi zehan paida hua yahan hum hindia ke ulama mein keh hum apni taqat se angrezon ko hara nahi sakte. to is is se is se sabak kyon nahi liya unhon ne ke hamare paas ek cheez hai aur deen hai, islam hai, quran hai,</w:t>
      </w:r>
    </w:p>
    <w:p>
      <w:pPr>
        <w:jc w:val="right"/>
      </w:pPr>
      <w:r>
        <w:t>یہیذہنپیداہوا یہاں ہمانڈیاکے علم اءمیں کہہماپنیطاقتسے انگریزوںکوہرانہیںسکتے۔ تو اس اسسےاسسےسبقکیوںنہیںلیاانہوںنے کہ ہمارےپاسایکچیزہےاور دینہے، اسلام ہے، قرآنہے،</w:t>
      </w:r>
    </w:p>
    <w:p>
      <w:r>
        <w:rPr>
          <w:b/>
        </w:rPr>
        <w:t xml:space="preserve">[23:39] </w:t>
      </w:r>
      <w:r>
        <w:t>woh zehar kar sakta hai tatariyon ko? woh yahan bhi kyon nahi istemal kiya unhon ne? kyunke lambe muddat mein yeh sab mas masanli ban chuka tha.</w:t>
      </w:r>
    </w:p>
    <w:p>
      <w:pPr>
        <w:jc w:val="right"/>
      </w:pPr>
      <w:r>
        <w:t>وہ زہرکرسکتاہےتاتاریوںکو؟ وہیہاںبھیکیوںنہیںاستعمالکیاانہوںنے؟ کیونکہلم بیمدتمیں یہسب مس مسنگلیگ بنچکاتھا۔</w:t>
      </w:r>
    </w:p>
    <w:p>
      <w:r>
        <w:rPr>
          <w:b/>
        </w:rPr>
        <w:t xml:space="preserve">[23:50] </w:t>
      </w:r>
      <w:r>
        <w:t>na lahu quran ki khabar, na allah ki khabar</w:t>
      </w:r>
    </w:p>
    <w:p>
      <w:pPr>
        <w:jc w:val="right"/>
      </w:pPr>
      <w:r>
        <w:t>نہلہوقرآنکیخبر ،نہ اللہکیخبر</w:t>
      </w:r>
    </w:p>
    <w:p>
      <w:r>
        <w:rPr>
          <w:b/>
        </w:rPr>
        <w:t xml:space="preserve">[23:53] </w:t>
      </w:r>
      <w:r>
        <w:t>. bas khabar thi kiski? koi afghanistan hai, koi turkey hai, koi germany. daud uski taraf, daud uski taraf. yeh cheezein hain sochne ki.</w:t>
      </w:r>
    </w:p>
    <w:p>
      <w:pPr>
        <w:jc w:val="right"/>
      </w:pPr>
      <w:r>
        <w:t>۔بسخبرتھیکسکی؟کوئیافغانستان ہے، کوئی ترکیہے، کوئیجرمنی۔دوڑواسکیطرف ، دوڑواسکیطرف ۔ یہچیزیںہیںسوچنےکی۔</w:t>
      </w:r>
    </w:p>
    <w:p>
      <w:r>
        <w:rPr>
          <w:b/>
        </w:rPr>
        <w:t xml:space="preserve">[24:02] </w:t>
      </w:r>
      <w:r>
        <w:t>ismein jhootha afaq ismein bataya gaya hai. yeh nahi bataya gaya ke ke is is yani na quran se sabak lia logon ne, na tatariyon ki jo tareekh hai, is se sabak lia.</w:t>
      </w:r>
    </w:p>
    <w:p>
      <w:pPr>
        <w:jc w:val="right"/>
      </w:pPr>
      <w:r>
        <w:t>اسمیں جھوٹا افاق اسمیںبتایاگیاہے۔ یہنہیںبتایاگیا کہ کہ اس اس یعنی نہقرآنسےسبقلیالوگوںنے، نہ تاتاریوںکیجوتاریخ ہے،اسسےسبقلیا۔</w:t>
      </w:r>
    </w:p>
    <w:p>
      <w:r>
        <w:rPr>
          <w:b/>
        </w:rPr>
        <w:t xml:space="preserve">[24:15] </w:t>
      </w:r>
      <w:r>
        <w:t>aur so saal yani ismein likha hai ke is istahreek so saal. to so saal mein kya mila</w:t>
      </w:r>
    </w:p>
    <w:p>
      <w:pPr>
        <w:jc w:val="right"/>
      </w:pPr>
      <w:r>
        <w:t>اور سو سال یعنی اسمیںلکھاہےکہ اس استحریک سو سال ۔توسو سالمیںکیا ملا</w:t>
      </w:r>
    </w:p>
    <w:p>
      <w:r>
        <w:rPr>
          <w:b/>
        </w:rPr>
        <w:t xml:space="preserve">[24:22] </w:t>
      </w:r>
      <w:r>
        <w:t>? kuch bhi nahi mila, sirf khoya, khoya, khoya. to dekhein, agar quran padhte to wahan milta ke la taazurna inna allaha ma'ana agar angrez aa gaye hain to gham na karo, allah hamare saath hai.</w:t>
      </w:r>
    </w:p>
    <w:p>
      <w:pPr>
        <w:jc w:val="right"/>
      </w:pPr>
      <w:r>
        <w:t>؟ کچھبھینہیںملا، صرفکھویا،کھویا،کھویا۔ تودیکھیں،اگر قرآنپڑھتے تو وہاںملتاکہلا تعذرناإنالله معنا اگر انگریزآگئےہیںتو غمنہکرو، اللہ ہمارےساتھ ہے۔</w:t>
      </w:r>
    </w:p>
    <w:p>
      <w:r>
        <w:rPr>
          <w:b/>
        </w:rPr>
        <w:t xml:space="preserve">[24:37] </w:t>
      </w:r>
      <w:r>
        <w:t>unke samne quran pesh karo, unke samne islam pesh karo, unke liye duayein karo,</w:t>
      </w:r>
    </w:p>
    <w:p>
      <w:pPr>
        <w:jc w:val="right"/>
      </w:pPr>
      <w:r>
        <w:t>انکےسامنے قرآنپیش کرو،انکےسامنےاسلام پیشکرو، انکےلیےدعائیںکرو،</w:t>
      </w:r>
    </w:p>
    <w:p>
      <w:r>
        <w:rPr>
          <w:b/>
        </w:rPr>
        <w:t xml:space="preserve">[24:42] </w:t>
      </w:r>
      <w:r>
        <w:t>bajaye nafrat karne ke aur behtar mohabbat karo. ismein yeh bhi likha unhon ne aur sab kitabon mein likha hua hai ke angrez se nafrat is zamane mein mayar banti thi islam ka.</w:t>
      </w:r>
    </w:p>
    <w:p>
      <w:pPr>
        <w:jc w:val="right"/>
      </w:pPr>
      <w:r>
        <w:t>بجانفرتکرکےاوربہتمحبتکرو۔ اسمیں یہبھیلکھاانہوں نے اورسب کتاب وںمیںلکھاہواہے کہانگ ریز سےنفرت اسزمانےمیںمعیاربنگیاتھااسلام کا ۔</w:t>
      </w:r>
    </w:p>
    <w:p>
      <w:r>
        <w:rPr>
          <w:b/>
        </w:rPr>
        <w:t xml:space="preserve">[24:53] </w:t>
      </w:r>
      <w:r>
        <w:t>ulama ke darmiyan, ulama ke darmiyan islam ka mayar banti thi ke angrez se nafrat karo, nafrat karo, nafrat karo. to agar quran padhte</w:t>
      </w:r>
    </w:p>
    <w:p>
      <w:pPr>
        <w:jc w:val="right"/>
      </w:pPr>
      <w:r>
        <w:t>علماءکےدرمیان، علماءکےدرمیاناسلام کامعیاربنگیاتھاکہانگریزسےنفرتکرو،نفرتکرو،نفرتکرو۔ تواگر قرآنپڑھتے</w:t>
      </w:r>
    </w:p>
    <w:p>
      <w:r>
        <w:rPr>
          <w:b/>
        </w:rPr>
        <w:t xml:space="preserve">[25:02] </w:t>
      </w:r>
      <w:r>
        <w:t>to quran mein hai ke inna ilaikum nasih main tumhara khair khwah hoon. quran padhte to kya hota? angrez se mohabbat karte ho, angrez ke khair khwah bante ho.</w:t>
      </w:r>
    </w:p>
    <w:p>
      <w:pPr>
        <w:jc w:val="right"/>
      </w:pPr>
      <w:r>
        <w:t>تو قرآنمیںہےکہإنيلكمناصح میںتمہاراخیرخواہہوں۔ قرآنپڑھتےتوکیاہوتا؟ انگ ریزسےمحبت کرتے ہو،انگریزکےخیرخواہبنتےہو۔</w:t>
      </w:r>
    </w:p>
    <w:p>
      <w:r>
        <w:rPr>
          <w:b/>
        </w:rPr>
        <w:t xml:space="preserve">[25:13] </w:t>
      </w:r>
      <w:r>
        <w:t>angrezon se nafrat karne ki bajaye allah ki taraf daudte ho, duayein karte.</w:t>
      </w:r>
    </w:p>
    <w:p>
      <w:pPr>
        <w:jc w:val="right"/>
      </w:pPr>
      <w:r>
        <w:t>انگ ریزوں سےنفرتکرنے کیبجائے اللہ کیطرفدوڑتےہو،دعائیںکرتے۔</w:t>
      </w:r>
    </w:p>
    <w:p>
      <w:r>
        <w:rPr>
          <w:b/>
        </w:rPr>
        <w:t xml:space="preserve">[25:18] </w:t>
      </w:r>
      <w:r>
        <w:t>phir woh dekhte ke is waqt mein yusuf hota to yahan bhi koi yusuf hona chahiye. yeh sab baatein quran se daryaft karte woh.</w:t>
      </w:r>
    </w:p>
    <w:p>
      <w:pPr>
        <w:jc w:val="right"/>
      </w:pPr>
      <w:r>
        <w:t>پھروہ دیکھتے کہ اسوقتمیںیوسفہوتاتویہاںبھی کوئی یوسفہوناچاہیے۔ یہسبباتیںقرآنسےدریا فتکرتے وہ۔</w:t>
      </w:r>
    </w:p>
    <w:p>
      <w:r>
        <w:rPr>
          <w:b/>
        </w:rPr>
        <w:t xml:space="preserve">[25:27] </w:t>
      </w:r>
      <w:r>
        <w:t>phir woh tareekh padhte to abbasid dor mein dekhte ke abbasid dor mein to yeh waqea ho chuka hai. yeh waqea ho chuka hai abbasid dor mein ke magloobiyat dobara magloob se dobara ghalib aa gaye.</w:t>
      </w:r>
    </w:p>
    <w:p>
      <w:pPr>
        <w:jc w:val="right"/>
      </w:pPr>
      <w:r>
        <w:t>پھروہ تاریخ پڑھتے تو عب اسیدورمیںدیکھتےکہعباسیدورمیںتویہواقعہہوچکاہے۔ یہواقعہہوچکاہےعباسیدورمیں کہ مغ لوبیت دوبارہ مغلوب سےدوبارہغالبآگئے۔</w:t>
      </w:r>
    </w:p>
    <w:p>
      <w:r>
        <w:rPr>
          <w:b/>
        </w:rPr>
        <w:t xml:space="preserve">[25:43] </w:t>
      </w:r>
      <w:r>
        <w:t>chunancha ek musta sharaq ne likha hai, ek orientalist ne ke The legend ofMuslimscon quered where their armshad failed</w:t>
      </w:r>
    </w:p>
    <w:p>
      <w:pPr>
        <w:jc w:val="right"/>
      </w:pPr>
      <w:r>
        <w:t>چنانچہایکمست شرقنےلکھاہے،ایکاورینٹلسٹنے کہ The legend ofMuslimscon quered where theirarmshad failed</w:t>
      </w:r>
    </w:p>
    <w:p>
      <w:r>
        <w:rPr>
          <w:b/>
        </w:rPr>
        <w:t xml:space="preserve">[25:54] </w:t>
      </w:r>
      <w:r>
        <w:t>musalmanon ke mazhab ne wahan fateh hasil kar li jahan unki talwar fail ho chuki thi. The legend of Muslims have conquered where their armshad failed teesri baat to kyon nahi khabar hui inko?</w:t>
      </w:r>
    </w:p>
    <w:p>
      <w:pPr>
        <w:jc w:val="right"/>
      </w:pPr>
      <w:r>
        <w:t>مسلمانوںکے مذہبنے وہاںفتححاصل کرلی جہاںانکیتلوار فیل ہوچکیتھی۔ ThelegendofMuslimshaveconquered where their armshad failed تیسراباتتوکیوںنہیں خبرہوئیانکو ؟</w:t>
      </w:r>
    </w:p>
    <w:p>
      <w:r>
        <w:rPr>
          <w:b/>
        </w:rPr>
        <w:t xml:space="preserve">[26:10] </w:t>
      </w:r>
      <w:r>
        <w:t>na quran se khabar, na na tareekh ki khabar. to phir nai khabar hai to ghar mein baitho, masjid mein baitho, ladne ki kya zaroorat hai?</w:t>
      </w:r>
    </w:p>
    <w:p>
      <w:pPr>
        <w:jc w:val="right"/>
      </w:pPr>
      <w:r>
        <w:t>نہقرآنسے خبر ،نہ نہتاریخ کیخبر۔ تو پھرنئیخبرہےتوگھرمیںبیٹھو، مسجدمیںبیٹھو، لڑنےکیکیاضرورتہے؟</w:t>
      </w:r>
    </w:p>
    <w:p>
      <w:r>
        <w:rPr>
          <w:b/>
        </w:rPr>
        <w:t xml:space="preserve">[26:22] </w:t>
      </w:r>
      <w:r>
        <w:t>kaise ajeeb log the ke na unhe quran ki khabar, na tareekh ki khabar, aur ladne ke liye nikal nikal pade.</w:t>
      </w:r>
    </w:p>
    <w:p>
      <w:pPr>
        <w:jc w:val="right"/>
      </w:pPr>
      <w:r>
        <w:t>کیسےعجیبلوگ تھے کہ نہانہیںقرآنکیخبر ،نہ تاریخ کیخبر، اورلڑنےکےلیےنکل نکلپڑے۔</w:t>
      </w:r>
    </w:p>
    <w:p>
      <w:r>
        <w:rPr>
          <w:b/>
        </w:rPr>
        <w:t xml:space="preserve">[26:33] </w:t>
      </w:r>
      <w:r>
        <w:t>to behal main yeh yeh kehna chahta hoon ke ummat se jo cheez, jo cheez, jo jo jo missing kahun, jo miss kar gayi hai, jo woh khud allah ta'ala ka yaqeen hai, allah ta'ala ka shaoor hai, allah ta'ala par bharosa hai, wahi miss kar gayi hai.</w:t>
      </w:r>
    </w:p>
    <w:p>
      <w:pPr>
        <w:jc w:val="right"/>
      </w:pPr>
      <w:r>
        <w:t>تو بہرحال میں یہ یہکہناچاہتاہوںکہ امتسے جو چیز، جو چیز، جو جو جو مسنگلنکہے،جو مس کرگئیہے،جو وہخود اللہ تعالیٰکا پریقینہے، اللہ تعالیٰکاشعورہے، اللہ تعالیٰپر بھروسہہے، وہی مس کرگئیہے۔</w:t>
      </w:r>
    </w:p>
    <w:p>
      <w:r>
        <w:rPr>
          <w:b/>
        </w:rPr>
        <w:t xml:space="preserve">[26:52] </w:t>
      </w:r>
      <w:r>
        <w:t>ab main ek aapko ek aur baat arz karna chahta hoon. dekhein, yeh jo maine arz kiya ke islam mein asal cheez spirit hai, form nahi hai.</w:t>
      </w:r>
    </w:p>
    <w:p>
      <w:pPr>
        <w:jc w:val="right"/>
      </w:pPr>
      <w:r>
        <w:t>ابمیںایکآپکوایکاورباتعرضکرناچاہتاہوں۔ دیکھیں،یہجو میںنےعرضکیاکہ اسلام میں اصلچیز اسپیریٹہے، فارمنہیںہے۔</w:t>
      </w:r>
    </w:p>
    <w:p>
      <w:r>
        <w:rPr>
          <w:b/>
        </w:rPr>
        <w:t xml:space="preserve">[27:05] </w:t>
      </w:r>
      <w:r>
        <w:t>to yeh saada baat nahin hai, yeh bohat bari baat hai. spirit ka matlab hai ke andar ka jo shaoor hai, andar ka jo jo andar ka jo yaqeen hai, woh sabzindah ho .</w:t>
      </w:r>
    </w:p>
    <w:p>
      <w:pPr>
        <w:jc w:val="right"/>
      </w:pPr>
      <w:r>
        <w:t>تویہ سادہ باتنہیںہے، یہبہت بڑیبات ہے۔ اسپیریٹکامطلبہےکہ اندرکاجو شعورہے،اندرکاجو جو اندرکاجو یقینہے، وہ سبزندہہو ۔</w:t>
      </w:r>
    </w:p>
    <w:p>
      <w:r>
        <w:rPr>
          <w:b/>
        </w:rPr>
        <w:t xml:space="preserve">[27:21] </w:t>
      </w:r>
      <w:r>
        <w:t>to is woh jab zindah hota hai to kya hota hai? is ko mein misaal deta hoon aap ko. kal mein quran ki mukhtalif tafaseer nikali, mein ne is mein yeh dekha ke alhamdulillah rabbul alameen ka matlab kya bataya logon ne?</w:t>
      </w:r>
    </w:p>
    <w:p>
      <w:pPr>
        <w:jc w:val="right"/>
      </w:pPr>
      <w:r>
        <w:t>تو اس وہجب زندہہوتاہےتو کیا ہوتاہے؟اسکو میںمثالدیتاہوںآپکو۔کل میں قرآنکیمختلف تفسیریںنکالی،میںنے اسمیںیہدیکھاکہ الحمدللہ ربالعالم ینکامطلبکیابتایالوگوںنے؟</w:t>
      </w:r>
    </w:p>
    <w:p>
      <w:r>
        <w:rPr>
          <w:b/>
        </w:rPr>
        <w:t xml:space="preserve">[27:33] </w:t>
      </w:r>
      <w:r>
        <w:t>jo pehli ayat hai, kuch bhi nahin nikla. ajeeb ghareeb qism ke bas hain, is ke baad matlab matlab nahin . phir mein ne socha ke dekhein, aisa kyun hai?</w:t>
      </w:r>
    </w:p>
    <w:p>
      <w:pPr>
        <w:jc w:val="right"/>
      </w:pPr>
      <w:r>
        <w:t>جو پہلی آیتہے،کچھبھینہیںنکلا۔ عجیب غریب قسم کےبسہیں، اس کےبعد معنیمطلبنہیں ۔ پھرمیںنےسوچاکہدیکھیں،ایساکیوںہے؟</w:t>
      </w:r>
    </w:p>
    <w:p>
      <w:r>
        <w:rPr>
          <w:b/>
        </w:rPr>
        <w:t xml:space="preserve">[27:44] </w:t>
      </w:r>
      <w:r>
        <w:t>chunki spirit ghayab hai, chunki shaoor ghayab hai, chunki yaani Allah se ta'alluq ghayab hai, to bari bari baatein un ke samajh mein nahin aati.</w:t>
      </w:r>
    </w:p>
    <w:p>
      <w:pPr>
        <w:jc w:val="right"/>
      </w:pPr>
      <w:r>
        <w:t>چونکہ اسپیریٹغائبہے، چونکہ شعورغائبہے، چونکہ یعنی اللہ سےتعلقغائبہے، تو بڑیبڑیباتیںانکیسمجھمیںنہیںآتی۔</w:t>
      </w:r>
    </w:p>
    <w:p>
      <w:r>
        <w:rPr>
          <w:b/>
        </w:rPr>
        <w:t xml:space="preserve">[27:57] </w:t>
      </w:r>
      <w:r>
        <w:t>misal ke taur par dekhiye, har musalman aaj kal alhamdulillah kehta hai. yahan se le kar amreeka tak chale jaiye, koi baat ho gi. alhamdulillah, mera beta pass ho gaya falan exam mein.</w:t>
      </w:r>
    </w:p>
    <w:p>
      <w:pPr>
        <w:jc w:val="right"/>
      </w:pPr>
      <w:r>
        <w:t>مثالکےطورپردیکھیے، ہر مس لمانآجکلالحمدللہکہتاہے۔ یہاںسےلےکرامریکہ تکچلےجائیے،کوئیباتہوگی۔ الحمدللہ،میرا بیٹا پاسہوگیا فلاں ایگزیممیں۔</w:t>
      </w:r>
    </w:p>
    <w:p>
      <w:r>
        <w:rPr>
          <w:b/>
        </w:rPr>
        <w:t xml:space="preserve">[28:08] </w:t>
      </w:r>
      <w:r>
        <w:t>alhamdulillah, mein ne ghar jaale liya falan jagah. alhamdulillah, mera beta acha chal raha hai. jis ko dekhein, alhamdulillah, alhamdulillah karta hai. mein is ko jhoota alhamdulillah kehta hoon. maaf kijiye ga</w:t>
      </w:r>
    </w:p>
    <w:p>
      <w:pPr>
        <w:jc w:val="right"/>
      </w:pPr>
      <w:r>
        <w:t>الحمدللہ، میںنےگھر جالےلیافلاںجگہ۔الحمدللہ،میرابیٹااچھاچلرہاہے۔ جسکو دیکھیں،الحمدللہ،الحمدللہکرتاہے۔ میںاسکو جھوٹاالحمدللہکہتاہوں۔معافکیجئےگ</w:t>
      </w:r>
    </w:p>
    <w:p>
      <w:r>
        <w:rPr>
          <w:b/>
        </w:rPr>
        <w:t xml:space="preserve">[28:19] </w:t>
      </w:r>
      <w:r>
        <w:t>a, jhoota is liye ke aap ne alhamdulillah ko alhamdulillah ke dam ka khud sakht hamal thehrrakha hai. quran mein dekhein, yeh hai alhamdulillah rabbul alameen yaani is yahan par hawala diya gaya hai rabbul alameen ka, jo saare alam ka rabb hai.</w:t>
      </w:r>
    </w:p>
    <w:p>
      <w:pPr>
        <w:jc w:val="right"/>
      </w:pPr>
      <w:r>
        <w:t>ا، جھوٹااسلیے کہآپ نے الحمدللہ کو الحمدللہ کےدم کاخود ساخت ہحمل ہرکھاہے۔قرآنمیںدیکھیں،یہہے الحمدل لہ رب العالم ین یعنیاس یہاںپر حوالہ دیاگیاہےرب العالم ینکا ،جو سارےعالمکاربہے۔</w:t>
      </w:r>
    </w:p>
    <w:p>
      <w:r>
        <w:rPr>
          <w:b/>
        </w:rPr>
        <w:t xml:space="preserve">[28:41] </w:t>
      </w:r>
      <w:r>
        <w:t>aur aap ne daryaft karta kar rakha hai alhamdulillah rabbi yaani apne zaati muamle se joR rakha hai aap ne is ko. jitne musalman bolte hain, mujhe bohat hi takleef hoti hai.</w:t>
      </w:r>
    </w:p>
    <w:p>
      <w:pPr>
        <w:jc w:val="right"/>
      </w:pPr>
      <w:r>
        <w:t>اورآپ نے دریافت کرتا کررکھاہے الحمدللہ ربي یعنی اپنے ذاتی معاملےسےجوڑرکھاہےآپنےاسکو۔ جتنے مسلمان بول تےہیں،مجھےبہتہیتکلیفہوتیہے۔</w:t>
      </w:r>
    </w:p>
    <w:p>
      <w:r>
        <w:rPr>
          <w:b/>
        </w:rPr>
        <w:t xml:space="preserve">[28:52] </w:t>
      </w:r>
      <w:r>
        <w:t>tum ko kuch mil gaya to us waqt alhamdulillah keh rahe ho. tum ko bete ko mil gaya, tumhare ghar mein kuch ho gaya, tumhare business ho gaya to kaha alhamdulillah, alhamdulillah.</w:t>
      </w:r>
    </w:p>
    <w:p>
      <w:pPr>
        <w:jc w:val="right"/>
      </w:pPr>
      <w:r>
        <w:t>تم کوکچھملگیا تواسوقت الحمدللہکہہرہےہو۔ تم کوبیٹےکوملگیا، تمہارے گھرمیںکچھہوگیا ، تمہارےبزنسہوگیاتوکہاالحمدللہ،الحمدللہ۔</w:t>
      </w:r>
    </w:p>
    <w:p>
      <w:r>
        <w:rPr>
          <w:b/>
        </w:rPr>
        <w:t xml:space="preserve">[29:02] </w:t>
      </w:r>
      <w:r>
        <w:t>nahin, aap ko alam alam ki satah par daryaft karna chahiye. haan, alam ki satah par, kyun ke rabbul alameen hai, tab ja kar aap hamd kar painge. yeh to bohat hi choti hamd hai ke zaati satah par kuch mil gaya aap ko to aap kahein alhamdulillah,</w:t>
      </w:r>
    </w:p>
    <w:p>
      <w:pPr>
        <w:jc w:val="right"/>
      </w:pPr>
      <w:r>
        <w:t>نہیں ، آپ کو عالم عالمکیسطح پردریافتکرناچاہیے۔ہاں، عالمکیسطح پر،کیونکہربالعالم ینہے، تب جاکرآپ حمدکرپائیںگے۔یہتوبہت ہی چھوٹیحمدہے کہذاتی سطح پرکچھملگیاآپکوتوآپکہیںالحمدللہ،</w:t>
      </w:r>
    </w:p>
    <w:p>
      <w:r>
        <w:rPr>
          <w:b/>
        </w:rPr>
        <w:t xml:space="preserve">[29:20] </w:t>
      </w:r>
      <w:r>
        <w:t>alhamdulillah. nahin, kyun ke quran mein jo lafz hai, is par ghaur kijiye. alhamdulillah rabbul alameen</w:t>
      </w:r>
    </w:p>
    <w:p>
      <w:pPr>
        <w:jc w:val="right"/>
      </w:pPr>
      <w:r>
        <w:t>الحمدللہ۔ نہیں ، کیونکہ قرآنمیںجولفظہے، اسپرغورکیجئے۔ الحمدللہ رب العالم ین</w:t>
      </w:r>
    </w:p>
    <w:p>
      <w:r>
        <w:rPr>
          <w:b/>
        </w:rPr>
        <w:t xml:space="preserve">[29:28] </w:t>
      </w:r>
      <w:r>
        <w:t>hamd hai is Allah ka jo saare alam ka rabb hai. ab aap is par ghaur kijiye ke saare alam ka rabb kyun kaha farmaya?</w:t>
      </w:r>
    </w:p>
    <w:p>
      <w:pPr>
        <w:jc w:val="right"/>
      </w:pPr>
      <w:r>
        <w:t>حمد ہے اس اللہ کا جو سارےعالمکاربہے۔ ابآپ اسپرغورکیجئے کہ سارےعالمکارب کیوںکہافرمایا؟</w:t>
      </w:r>
    </w:p>
    <w:p>
      <w:r>
        <w:rPr>
          <w:b/>
        </w:rPr>
        <w:t xml:space="preserve">[29:40] </w:t>
      </w:r>
      <w:r>
        <w:t>to aap jab ghaur kareinge to aap par ajeeb ghareeb baatein khuleingi. maslan dekhiye, kahkashayein jo hain, jaise bilian bilian sitare hote hain, aur saare musalsal ghoom rahe hain, lekin takrao nahin</w:t>
      </w:r>
    </w:p>
    <w:p>
      <w:pPr>
        <w:jc w:val="right"/>
      </w:pPr>
      <w:r>
        <w:t>تو آپ جب غورکریںگے تو آپ پرعجیبغریب باتیںکھلیںگی۔ مثلاًدیکھیے، کہکشائیںجوہیں،جیسےبل ینبلینستارےہوتےہیں،اور سارے مسلسلگھومرہےہیں،لیکن ٹکراؤنہیں</w:t>
      </w:r>
    </w:p>
    <w:p>
      <w:r>
        <w:rPr>
          <w:b/>
        </w:rPr>
        <w:t xml:space="preserve">[29:55] </w:t>
      </w:r>
      <w:r>
        <w:t>. aap kahein ke yaani yeh yeh rabb jo hai, yaani yeh rabbul alameen jo hai, kaisi ajeeb taqat hai is ki, kaisi ajeeb raghbat hai is ki.</w:t>
      </w:r>
    </w:p>
    <w:p>
      <w:pPr>
        <w:jc w:val="right"/>
      </w:pPr>
      <w:r>
        <w:t>۔ آپکہیںکہ یعنییہ یہ رب جوہے، یعنی یہرب العالم ینجوہے، کیسیعجیبطاقتہےاسکی ، کیسیعجیبرغبتہےاسکی۔</w:t>
      </w:r>
    </w:p>
    <w:p>
      <w:r>
        <w:rPr>
          <w:b/>
        </w:rPr>
        <w:t xml:space="preserve">[30:08] </w:t>
      </w:r>
      <w:r>
        <w:t>jitni bari kahkashayein ghoom rahi hain, un mein takrao na hon. hum to zara si baat mein baat hamari bigad jati hai, zara si baat mein accident ho jata hai, zara si baat mein kuch na kuch muamla kharab ho jata hai.</w:t>
      </w:r>
    </w:p>
    <w:p>
      <w:pPr>
        <w:jc w:val="right"/>
      </w:pPr>
      <w:r>
        <w:t>جتنیبڑیکہکشائیں گھومرہیہیں،انمیںٹکراؤنہیں۔ ہم تو ذراسیباتمیں بات ہماریبگڑجاتیہے، ذراسیباتمیںایکسیڈنٹہوجاتاہے،ذراسیباتمیں کچھنہکچھ معاملہخرابہوجاتاہے۔</w:t>
      </w:r>
    </w:p>
    <w:p>
      <w:r>
        <w:rPr>
          <w:b/>
        </w:rPr>
        <w:t xml:space="preserve">[30:24] </w:t>
      </w:r>
      <w:r>
        <w:t>to Allah ki raghbat kitni zyada hai, is ki qudrat kitni zyada hai, kitni bari bari kahkashao ko woh woh harkat mein mutharrik hai, un mein koi takrao nahin hota.</w:t>
      </w:r>
    </w:p>
    <w:p>
      <w:pPr>
        <w:jc w:val="right"/>
      </w:pPr>
      <w:r>
        <w:t>تو اللہ کی رغبت کتنیزیادہ ہے،اسکیقدرت کتنیزیادہ ہے،کتنی بڑیبڑیکہکشاؤںکووہ وہ حرکت میں متحرکہے،انمیںکوئیٹکراؤنہیںہوتا۔</w:t>
      </w:r>
    </w:p>
    <w:p>
      <w:r>
        <w:rPr>
          <w:b/>
        </w:rPr>
        <w:t xml:space="preserve">[30:38] </w:t>
      </w:r>
      <w:r>
        <w:t>phir solar system dekhiye, aap kitna bara solar system hai, is mein musalsal saare is ke jo body hain, sab ghoom rahe hain, aur wahan par koi takrao nahin hain.</w:t>
      </w:r>
    </w:p>
    <w:p>
      <w:pPr>
        <w:jc w:val="right"/>
      </w:pPr>
      <w:r>
        <w:t>پھرسولرسسٹمدیکھیے،آپکتنابڑاسولرسسٹمہے، اسمیں مسلسل سارے اسکےجو باڈریہیں،سب گھومرہےہیں، اوروہاںپہکوئیٹکراؤنہیں۔</w:t>
      </w:r>
    </w:p>
    <w:p>
      <w:r>
        <w:rPr>
          <w:b/>
        </w:rPr>
        <w:t xml:space="preserve">[30:51] </w:t>
      </w:r>
      <w:r>
        <w:t>to aap sochein ke aap rabb ki azmat ko aap kahkasha ki satah par daryaft kareinge, rabb ki azmat ko aap solar system ki satah par daryaft kareinge, rabb ki azmat ko aap samundaron ki satah par daryaft kareinge.</w:t>
      </w:r>
    </w:p>
    <w:p>
      <w:pPr>
        <w:jc w:val="right"/>
      </w:pPr>
      <w:r>
        <w:t>تو آپ سوچیںکہ آپ ربکیعظمتکوآپ کہکشاںکیسطح پردریافتکریںگے، ربکیعظمتکوآپ سولرسسٹمکیسطحپردریافتکریںگے، ربکی عظمتکوآپ سمندروںکیسطحپردریافتکریںگے۔</w:t>
      </w:r>
    </w:p>
    <w:p>
      <w:r>
        <w:rPr>
          <w:b/>
        </w:rPr>
        <w:t xml:space="preserve">[31:06] </w:t>
      </w:r>
      <w:r>
        <w:t>kaisa ajeeb qudrat wala woh rabb hai jis ne samundaron ko paida kiya, pani ke zakhire paida kiye, jis ne pahadon ko paida kiya, jis ne hawaon ko paida kiya.</w:t>
      </w:r>
    </w:p>
    <w:p>
      <w:pPr>
        <w:jc w:val="right"/>
      </w:pPr>
      <w:r>
        <w:t>کیسا عجیب قد رتوالاوہربہےجسنےسمندروںکو پیدا کیا ، پانیکےذخیرے پیدا کیے، جسنےپہاڑوںکوپیدا کیا، جسنےہواؤںکوپیدا کیا۔</w:t>
      </w:r>
    </w:p>
    <w:p>
      <w:r>
        <w:rPr>
          <w:b/>
        </w:rPr>
        <w:t xml:space="preserve">[31:20] </w:t>
      </w:r>
      <w:r>
        <w:t>to soch, is tarah sochein ke to aap to aap ko aik universal hamd daryaft kareinge. aap universal hamd, yeh saari kainat mein Allah ki jo raghbat chhayi hui hai, woh sab ko daryaft kareinge. aap us waqt jo aap nikle ga, aap ki zuban se "khuda teri hamd hai", woh kitna bara ho ga, woh kitna bara woh ho ga. woh</w:t>
      </w:r>
    </w:p>
    <w:p>
      <w:pPr>
        <w:jc w:val="right"/>
      </w:pPr>
      <w:r>
        <w:t>تو سو چ، اسطرحسوچیںکہتوآپ توآپکو ایک یونیور سل حمد دریا فتکریںگے۔آپ یونیورسلحمد ،یہساری کائناتمیں اللہ کیجورغبت چھائیہوئیہے، وہسبکودریافتکریںگے۔آپ اسوقت جوآپنکلےگا،آپکیزبان سے"خدایاتیریحمدہے"،وہ کتنابڑاہوگا،وہ کتنابڑاوہہوگا۔وہ</w:t>
      </w:r>
    </w:p>
    <w:p>
      <w:r>
        <w:rPr>
          <w:b/>
        </w:rPr>
        <w:t xml:space="preserve">[31:41] </w:t>
      </w:r>
      <w:r>
        <w:t>yaani khuda ki woh hamd jo kahkashao ki satah par, jo solar system ki satah par, jo samundaron ki satah par, jo pahadon ki satah par zahir ho rahi hai, woh sab aap ke hisse mein aajaye gi.</w:t>
      </w:r>
    </w:p>
    <w:p>
      <w:pPr>
        <w:jc w:val="right"/>
      </w:pPr>
      <w:r>
        <w:t>یعنیخداکیوہحمدجو کہکشاؤںکیسطح پر،جو سولرسسٹمکیسطح پر،جو سمندروںکیسطح پر ،جو پہاڑوںکیسطحپرظاہرہورہیہے، وہ سب آپکےحصےمیںآجائےگی۔</w:t>
      </w:r>
    </w:p>
    <w:p>
      <w:r>
        <w:rPr>
          <w:b/>
        </w:rPr>
        <w:t xml:space="preserve">[31:54] </w:t>
      </w:r>
      <w:r>
        <w:t>tab jo aap "alhamdulillah rabbul alameen" kaheinge, woh "alhamdulillah" ho ga. abhi to bohat chota "alhamdulillah" bolte hain, aap bohat chota bolte hain</w:t>
      </w:r>
    </w:p>
    <w:p>
      <w:pPr>
        <w:jc w:val="right"/>
      </w:pPr>
      <w:r>
        <w:t>تبجوآپ "الحمدللہ ربالعالمین"کہیںگے،وہ"الحمدللہ"ہوگا۔ ابھیتوبہتچھوٹا"الحمدللہ"بولتےہیں،آپ بہتچھوٹابولتےہیں</w:t>
      </w:r>
    </w:p>
    <w:p>
      <w:r>
        <w:rPr>
          <w:b/>
        </w:rPr>
        <w:t xml:space="preserve">[32:04] </w:t>
      </w:r>
      <w:r>
        <w:t>ke aap ka bacha imtehan mein pass ho ga, aap ka "alhamdulillah" mera bacha pass ho gaya, business se kuch faida ho ga, aap ka "alhamdulillah" business faida ho gaya, kisi achhe college mein aap ko ghar mil gaya, "alhamdulillah" wahan mujhe flat mil gaya.</w:t>
      </w:r>
    </w:p>
    <w:p>
      <w:pPr>
        <w:jc w:val="right"/>
      </w:pPr>
      <w:r>
        <w:t>کہآپکا بچہ امتحانمیںپاسہوگا،آپکا "الحمدللہ"میرابچہپاسہوگیا، بزنسسےکچھفائدہہوگا،آپکا"الحمدللہ"بزنسفائدہہوگیا، کسی اچھے کالجمیںآپکوگھرملگیا،"الحمدللہ"وہاںمجھےفلیٹملگیا۔</w:t>
      </w:r>
    </w:p>
    <w:p>
      <w:r>
        <w:rPr>
          <w:b/>
        </w:rPr>
        <w:t xml:space="preserve">[32:18] </w:t>
      </w:r>
      <w:r>
        <w:t>yeh to bohat chota "alhamdulillah" hai. "alhamdulillah" ko universal banayein, universal</w:t>
      </w:r>
    </w:p>
    <w:p>
      <w:pPr>
        <w:jc w:val="right"/>
      </w:pPr>
      <w:r>
        <w:t>یہتوبہتچھوٹا"الحمدللہ"ہے۔ "الحمدللہ"کو یونیور سلبنائیں،یونیورسل</w:t>
      </w:r>
    </w:p>
    <w:p>
      <w:r>
        <w:rPr>
          <w:b/>
        </w:rPr>
        <w:t xml:space="preserve">[32:24] </w:t>
      </w:r>
      <w:r>
        <w:t>saare alam mein jo Allah ki hamd chhayi hui hai, woh aap ke hisse mein aajaye. tab ja kar aap jab kaheinge "alhamdulillah rabbul alameen" to woh sacha "alhamdulillah" ho ga, woh sacha "alhamdulillah" ho ga.</w:t>
      </w:r>
    </w:p>
    <w:p>
      <w:pPr>
        <w:jc w:val="right"/>
      </w:pPr>
      <w:r>
        <w:t>سارےعالممیںجو اللہ کیحمد چھائیہوئیہے،وہآپکےحصےمیںآجائے۔ تبجاکرآپ جبکہیںگے" الحمدللہ ربالعالمین"تووہسچا "الحمدللہ"ہوگا، وہ سچا "الحمدللہ"ہوگا۔</w:t>
      </w:r>
    </w:p>
    <w:p>
      <w:r>
        <w:rPr>
          <w:b/>
        </w:rPr>
        <w:t xml:space="preserve">[32:38] </w:t>
      </w:r>
      <w:r>
        <w:t>yeh sab kiyon hai? kyunke hum Khuda ko le kar sochte nahin hain. yaani Khuda hi mas ho gaya hamare mind se.</w:t>
      </w:r>
    </w:p>
    <w:p>
      <w:pPr>
        <w:jc w:val="right"/>
      </w:pPr>
      <w:r>
        <w:t>یہسبکیوںہے؟ کیونکہہم خداکولےکرسوچتےہینہیں۔ یعنیخداہیمسہوگیا ہمارے مائنڈسے۔</w:t>
      </w:r>
    </w:p>
    <w:p>
      <w:r>
        <w:rPr>
          <w:b/>
        </w:rPr>
        <w:t xml:space="preserve">[32:47] </w:t>
      </w:r>
      <w:r>
        <w:t>hum Khuda ko le kar nahin sochte, hum apne buzurgon ko le kar sochte hain, apni family ko le kar sochte hain, apne business ko le kar sochte hain, koi apne watan ko le kar sochta hai.</w:t>
      </w:r>
    </w:p>
    <w:p>
      <w:pPr>
        <w:jc w:val="right"/>
      </w:pPr>
      <w:r>
        <w:t>ہمخداکولےکرنہیںسوچتے، ہم اپنے بزرگ وںکولےکر سوچتےہیں،اپنی فیملیکو لےکرسوچتےہیں، اپنے بزنسکولےکرسوچتےہیں، کوئیاپنے وطن کولےکرسوچتاہے۔</w:t>
      </w:r>
    </w:p>
    <w:p>
      <w:r>
        <w:rPr>
          <w:b/>
        </w:rPr>
        <w:t xml:space="preserve">[32:58] </w:t>
      </w:r>
      <w:r>
        <w:t>yaani kisi na kisi aur aur guard ko le kar sochte hain, aur sari jo cheezein hain, isi ko kisiko hawale ki hui hain. aap guard aur itar thinking ghayab hai.</w:t>
      </w:r>
    </w:p>
    <w:p>
      <w:pPr>
        <w:jc w:val="right"/>
      </w:pPr>
      <w:r>
        <w:t>یعنیکسی نہکسی ادرادرگارڈکولےکر سوچتےہیں، اور ساریجو چیزیںہیں،اسیکوکسیکو حوالےکیہوئیہیں۔آپ گارڈ اوریٹرتھنکنگ غائبہے۔</w:t>
      </w:r>
    </w:p>
    <w:p>
      <w:r>
        <w:rPr>
          <w:b/>
        </w:rPr>
        <w:t xml:space="preserve">[33:11] </w:t>
      </w:r>
      <w:r>
        <w:t>to dekhein, jab spirit ghayab ho gi to kya cheez ghayab ho jaye gi? guard aur itar thinking.</w:t>
      </w:r>
    </w:p>
    <w:p>
      <w:pPr>
        <w:jc w:val="right"/>
      </w:pPr>
      <w:r>
        <w:t>تودیکھیں،جب اسپیریٹغائبہو ہوگی تو کیا چیزغائبہوجائےگی؟ گارڈاوریٹرتھنکنگ۔</w:t>
      </w:r>
    </w:p>
    <w:p>
      <w:r>
        <w:rPr>
          <w:b/>
        </w:rPr>
        <w:t xml:space="preserve">[33:19] </w:t>
      </w:r>
      <w:r>
        <w:t>jab spirit ghayab ho gi to jo cheez ghayab ho jaye gi, woh guard aur itar thinking. to phir kya ho ga? jo yeh kaha gaya hai Quran mein ke "to tumhare andar Allah se hubb-e-shadeed hona chahiye", to kaise aye ga hubb-e-shadeed ?</w:t>
      </w:r>
    </w:p>
    <w:p>
      <w:pPr>
        <w:jc w:val="right"/>
      </w:pPr>
      <w:r>
        <w:t>جب اسپیریٹغائبہوگیتو جو چیزغائبہوجائےگی،وہ گارڈاوریٹرتھنکنگ۔ توپھرکیاہوگا؟ جو یہکہاگیاہےقرآنمیں کہ "توہمارےاندراللہ سےحبشدیدہوناچاہیے"،توکیسےآئےگاحبشدید ؟</w:t>
      </w:r>
    </w:p>
    <w:p>
      <w:r>
        <w:rPr>
          <w:b/>
        </w:rPr>
        <w:t xml:space="preserve">[33:34] </w:t>
      </w:r>
      <w:r>
        <w:t>jab Allah ko aap ne kisi bare, kisi barri satah par daryaft nahin kiya hai, to hubb-e-shadeed kahan se aye ga?</w:t>
      </w:r>
    </w:p>
    <w:p>
      <w:pPr>
        <w:jc w:val="right"/>
      </w:pPr>
      <w:r>
        <w:t>جب اللہ کوآپ نے کسی بڑے، کسی بڑیسطح پر دریا فتہینہیںکیاہے، توحبشدیدکہاںسےآئےگا؟</w:t>
      </w:r>
    </w:p>
    <w:p>
      <w:r>
        <w:rPr>
          <w:b/>
        </w:rPr>
        <w:t xml:space="preserve">[33:45] </w:t>
      </w:r>
      <w:r>
        <w:t>jab Allah ko daryaft karein, aap sari kainat ki satah par, kainat ki satah par uski jo raghbat hai, us satah par daryaft karein, tab aap ke andar aye gi hubb-e-shadeed.</w:t>
      </w:r>
    </w:p>
    <w:p>
      <w:pPr>
        <w:jc w:val="right"/>
      </w:pPr>
      <w:r>
        <w:t>جب اللہ کو دریا فتکریں،آپ ساریکائناتکیسطح پر، کائنات کیسطح پراسکیجورغبت ہے،اس سطح پردریافتکریں، تبآپکےاندرآئےگیحبشدید ۔</w:t>
      </w:r>
    </w:p>
    <w:p>
      <w:r>
        <w:rPr>
          <w:b/>
        </w:rPr>
        <w:t xml:space="preserve">[33:56] </w:t>
      </w:r>
      <w:r>
        <w:t>warna aye gi nahin. woh aisi jo hai ke "wa liman khasha-a-rabbahu jannatan" khauf shadeed, woh bhi tab paida ho gi jab aap Allah ko daryaft karein, uski uski azmat, yaani kainaati azmat ke saath.</w:t>
      </w:r>
    </w:p>
    <w:p>
      <w:pPr>
        <w:jc w:val="right"/>
      </w:pPr>
      <w:r>
        <w:t>ورنہآئےگینہیں۔وہ ایسیجو ہے کہ ولميخشَإلاالله خوف شد ید، وہبھیتب پیدا ہوگیجبآپ اللہ کو دریافتکریں،اسکی اسکی عظمت ،یعنیکائناتیعظمتکےساتھ۔</w:t>
      </w:r>
    </w:p>
    <w:p>
      <w:r>
        <w:rPr>
          <w:b/>
        </w:rPr>
        <w:t xml:space="preserve">[34:11] </w:t>
      </w:r>
      <w:r>
        <w:t>aap ne daryaft kiya to daryaft nahin kiya hai, ya daryaft kiya hai to aap ne beta beti ki satah par daryaft kiya hai. "Alhamdulillah, mere bete bare achhe hain, Alhamdulillah, meri family bari achhi hai", yeh satah par daryaft kiya hai aap ne.</w:t>
      </w:r>
    </w:p>
    <w:p>
      <w:pPr>
        <w:jc w:val="right"/>
      </w:pPr>
      <w:r>
        <w:t>آپ نے دریا فت یاتودریافتہینہیںکیاہے، یادریا فتکیاہےتوآپنے بیٹابیٹیکیسطح دریافتکیاہے۔ "الحمدللہ،میرےبیٹےبڑےاچھےہیں،الحمدللہ،میریفیملیبڑیاچھیہے"،یہسطح پردریافتکیاہےآپنے۔</w:t>
      </w:r>
    </w:p>
    <w:p>
      <w:r>
        <w:rPr>
          <w:b/>
        </w:rPr>
        <w:t xml:space="preserve">[34:25] </w:t>
      </w:r>
      <w:r>
        <w:t>woh satah jo hai kainaati satah, us par aap ne Allah ko daryaft nahin kiya hai, to kahan se aap ke andar hubb-e-shadeed aye gi? kahan se aap ke andar khauf shadeed aye ga?</w:t>
      </w:r>
    </w:p>
    <w:p>
      <w:pPr>
        <w:jc w:val="right"/>
      </w:pPr>
      <w:r>
        <w:t>وہ سطح جوہے کائناتی سطح، اسپرآپنےاللہکودریافتہینہیںکیاہے، تو کہاںسےآپکےاندر حبشدیدآئےگی؟کہاںسےآپکےاندرخوف شدیدآئےگا؟</w:t>
      </w:r>
    </w:p>
    <w:p>
      <w:r>
        <w:rPr>
          <w:b/>
        </w:rPr>
        <w:t xml:space="preserve">[34:35] </w:t>
      </w:r>
      <w:r>
        <w:t>nahin aa sakta hai.</w:t>
      </w:r>
    </w:p>
    <w:p>
      <w:pPr>
        <w:jc w:val="right"/>
      </w:pPr>
      <w:r>
        <w:t>نہیںآسکتاہے۔</w:t>
      </w:r>
    </w:p>
    <w:p>
      <w:r>
        <w:rPr>
          <w:b/>
        </w:rPr>
        <w:t xml:space="preserve">[34:39] </w:t>
      </w:r>
      <w:r>
        <w:t>to is zamane mein jo jis ko hum ummat-e-muslima keh rahe hain, woh qaum-e-muslima hai.</w:t>
      </w:r>
    </w:p>
    <w:p>
      <w:pPr>
        <w:jc w:val="right"/>
      </w:pPr>
      <w:r>
        <w:t>تو اس زمان ےمیںجو جسکوہم امت مسلمہکہہرہےہیں،وہ قوم مسلمہے۔</w:t>
      </w:r>
    </w:p>
    <w:p>
      <w:r>
        <w:rPr>
          <w:b/>
        </w:rPr>
        <w:t xml:space="preserve">[34:46] </w:t>
      </w:r>
      <w:r>
        <w:t>woh ummat-e-muslima nahin, woh qaum-e-muslima hai.</w:t>
      </w:r>
    </w:p>
    <w:p>
      <w:pPr>
        <w:jc w:val="right"/>
      </w:pPr>
      <w:r>
        <w:t>وہامتمسلمہنہیں،وہقوم مسلمہے۔</w:t>
      </w:r>
    </w:p>
    <w:p>
      <w:r>
        <w:rPr>
          <w:b/>
        </w:rPr>
        <w:t xml:space="preserve">[34:51] </w:t>
      </w:r>
      <w:r>
        <w:t>aur is ke andar jo jo cheez ghayab ho gayi hai, woh woh khud shaoor-e-khudawandi, woh woh daryaft-e-khudawandi ghayab ho gayi hai. to aap aap soch sakte hain ke jab khud shaoor-e-khudawandi ghayab ho jaye to phir kya cheez baqi rahe gi? kuch bhi nahin baqi rahe gi.</w:t>
      </w:r>
    </w:p>
    <w:p>
      <w:pPr>
        <w:jc w:val="right"/>
      </w:pPr>
      <w:r>
        <w:t>اوراسکےاندرجو جو چیزغائبہوگئیہے،وہ وہ خود شعورخداوندی، وہ وہدریا فت خداوندیغائبہوگئیہے۔ تو آپ آپ سوچسکتےہیںکہ جب خود خود شعورخداوندیغائبہوجائے تو پھرکیاچیزباقیرہےگی؟کچھبھینہیںباقیرہےگی۔</w:t>
      </w:r>
    </w:p>
    <w:p>
      <w:r>
        <w:rPr>
          <w:b/>
        </w:rPr>
        <w:t xml:space="preserve">[35:10] </w:t>
      </w:r>
      <w:r>
        <w:t>to kahan se dawat aye gi?</w:t>
      </w:r>
    </w:p>
    <w:p>
      <w:pPr>
        <w:jc w:val="right"/>
      </w:pPr>
      <w:r>
        <w:t>تو کہاںسے دعوتآئےگی؟</w:t>
      </w:r>
    </w:p>
    <w:p>
      <w:r>
        <w:rPr>
          <w:b/>
        </w:rPr>
        <w:t xml:space="preserve">[35:13] </w:t>
      </w:r>
      <w:r>
        <w:t>yaani sare insano se jab mohabbat aap karein ge, tab dawat aye gi aap ke andar. aap ki mohabbat to sirf apne beta beti se hai, apni zaat se hai.</w:t>
      </w:r>
    </w:p>
    <w:p>
      <w:pPr>
        <w:jc w:val="right"/>
      </w:pPr>
      <w:r>
        <w:t>یعنیسارےانسان وں سےجبمحبتآپکریںگے، تب دعوتابلےگیآپکےاندر۔ آپ کی محبتتوصرفاپنےبیٹا بیٹیسےہے، اپنی ذاتسےہے۔</w:t>
      </w:r>
    </w:p>
    <w:p>
      <w:r>
        <w:rPr>
          <w:b/>
        </w:rPr>
        <w:t xml:space="preserve">[35:23] </w:t>
      </w:r>
      <w:r>
        <w:t>jis musalman ko ja kar dekhiye, aap uski sari mohabbat ke jazbat jo hain, apni family ke saath, apne beta beti ke saath hain, to dawat kahan se ubhray gi?</w:t>
      </w:r>
    </w:p>
    <w:p>
      <w:pPr>
        <w:jc w:val="right"/>
      </w:pPr>
      <w:r>
        <w:t>جس مسلمانکو جاکردیکھیے،آپ اسکی ساری محبتکےجذباتجوہیں، اپنی فیملیکےساتھ ،اپنےبیٹابیٹیکےساتھ ہیں، تو دعوتکہاںسےابھرےگی؟</w:t>
      </w:r>
    </w:p>
    <w:p>
      <w:r>
        <w:rPr>
          <w:b/>
        </w:rPr>
        <w:t xml:space="preserve">[35:35] </w:t>
      </w:r>
      <w:r>
        <w:t>isi liye musalman mein dawat nahin hai. daai banne ke liye aap ko sare alam se mohabbat karna parta hai.</w:t>
      </w:r>
    </w:p>
    <w:p>
      <w:pPr>
        <w:jc w:val="right"/>
      </w:pPr>
      <w:r>
        <w:t>اسیلیے مسلمانمیںدعوتنہیںہے۔ داعی بننےکےلیےآپکو سارےعالمسےمحبتکرناپڑتاہے۔</w:t>
      </w:r>
    </w:p>
    <w:p>
      <w:r>
        <w:rPr>
          <w:b/>
        </w:rPr>
        <w:t xml:space="preserve">[35:45] </w:t>
      </w:r>
      <w:r>
        <w:t>main ek martaba Bhopal gaya to wahan ek saheb mile mujh se. unhone kaha ke aap dawat dawat ki baat karte hain. dawat to sabhi log karte hain.</w:t>
      </w:r>
    </w:p>
    <w:p>
      <w:pPr>
        <w:jc w:val="right"/>
      </w:pPr>
      <w:r>
        <w:t>میں ایک مرتبہ بھوپالگیا تو وہاںایک صاحبملےمجھسے۔ انہوںنےکہاکہآپ دعوتدعوتکیباتکرتے ہیں۔ دعوتتوسبھیلوگکرتے ہیں۔</w:t>
      </w:r>
    </w:p>
    <w:p>
      <w:r>
        <w:rPr>
          <w:b/>
        </w:rPr>
        <w:t xml:space="preserve">[35:56] </w:t>
      </w:r>
      <w:r>
        <w:t>maine kaha aap jante hain nahin dawat kya cheez hai? maine kaha insaan se mohabbat karna parta hai, tab dawat ka aghaz hota hai. to insaan se mohabbat karna insaan musalmanon ne seekha nahin hai</w:t>
      </w:r>
    </w:p>
    <w:p>
      <w:pPr>
        <w:jc w:val="right"/>
      </w:pPr>
      <w:r>
        <w:t>میںنےکہاآپجانتےہیںنہیںدعوتکیاچیزہے؟ میںنےکہاانسان سے محبتکرناپڑتاہے، تب دعوتکاآغاز ہوتاہے۔ توانسانسے محبتکرناانسان مسلمانوںنےسیکھاہینہیںکہ</w:t>
      </w:r>
    </w:p>
    <w:p>
      <w:r>
        <w:rPr>
          <w:b/>
        </w:rPr>
        <w:t xml:space="preserve">[36:11] </w:t>
      </w:r>
      <w:r>
        <w:t>seekha nahin hai. musalmanon ne insaan se mohabbat karna.</w:t>
      </w:r>
    </w:p>
    <w:p>
      <w:pPr>
        <w:jc w:val="right"/>
      </w:pPr>
      <w:r>
        <w:t>سیکھاہینہیں۔مسلمانوںنےانسانسےمحبتکرنا۔</w:t>
      </w:r>
    </w:p>
    <w:p>
      <w:r>
        <w:rPr>
          <w:b/>
        </w:rPr>
        <w:t xml:space="preserve">[36:15] </w:t>
      </w:r>
      <w:r>
        <w:t>Rasool Allah ka haal yeh tha ke Madine mein ek baar ek yehudi ka janaza ja raha tha. us ke respect mein aap khare ho gaye.</w:t>
      </w:r>
    </w:p>
    <w:p>
      <w:pPr>
        <w:jc w:val="right"/>
      </w:pPr>
      <w:r>
        <w:t>رسولاللہکاحال یہتھاکہ مدینےمیں ایک بار ایک یہ ودیکا جنازہجارہاتھا۔ اسکے ریسپیکٹمیںآپکھڑےہوگئے۔</w:t>
      </w:r>
    </w:p>
    <w:p>
      <w:r>
        <w:rPr>
          <w:b/>
        </w:rPr>
        <w:t xml:space="preserve">[36:25] </w:t>
      </w:r>
      <w:r>
        <w:t>yeh waqia Bukhari mein maujood hai. to ek saheb ne kaha ke yeh to yehudi ka janaza tha. aap khare ho gaye us ki respect mein.</w:t>
      </w:r>
    </w:p>
    <w:p>
      <w:pPr>
        <w:jc w:val="right"/>
      </w:pPr>
      <w:r>
        <w:t>یہ واقعہبخاریمیںموجود ہے۔ تو ایک صاحبنےکہاکہیہتویہودیکاجنازہتھا۔ آپکھڑےہوگئےاسکیریسپیکٹمیں۔</w:t>
      </w:r>
    </w:p>
    <w:p>
      <w:r>
        <w:rPr>
          <w:b/>
        </w:rPr>
        <w:t xml:space="preserve">[36:35] </w:t>
      </w:r>
      <w:r>
        <w:t>to aap ne farmaya "alaihin nafs" kya woh insaan nahin ?</w:t>
      </w:r>
    </w:p>
    <w:p>
      <w:pPr>
        <w:jc w:val="right"/>
      </w:pPr>
      <w:r>
        <w:t>توآپنےفرمایاعلیہالن فس کیا وہانساننہیں ؟</w:t>
      </w:r>
    </w:p>
    <w:p>
      <w:r>
        <w:rPr>
          <w:b/>
        </w:rPr>
        <w:t xml:space="preserve">[36:40] </w:t>
      </w:r>
      <w:r>
        <w:t>jis yahudi ko aap nafrat karte hain, jis yahudi ko aap yaani yaani nafrat se naam lete hain, us ko Rasool Allah ne farmaya ke woh insaan nahin.</w:t>
      </w:r>
    </w:p>
    <w:p>
      <w:pPr>
        <w:jc w:val="right"/>
      </w:pPr>
      <w:r>
        <w:t>جس یہودی کوآپنفرتکرتے ہیں، جس یہودیکوآپ یعنی یعنی نفرتسےناملیتےہیں، اسکو رسولاللہنےفرمایا کہوہانساننہیں۔</w:t>
      </w:r>
    </w:p>
    <w:p>
      <w:r>
        <w:rPr>
          <w:b/>
        </w:rPr>
        <w:t xml:space="preserve">[36:50] </w:t>
      </w:r>
      <w:r>
        <w:t>matlab mein bhi insan, woh bhi insan . main bhi insan, woh bhi insan . is satah par jab aap insan se mohabbat karna seekhenge, tab aap ke andar dawat ke jazbat ubhrenge.</w:t>
      </w:r>
    </w:p>
    <w:p>
      <w:pPr>
        <w:jc w:val="right"/>
      </w:pPr>
      <w:r>
        <w:t>مطلبمیںبھیانسان،وہبھیانسان ۔ میںبھیانسان،وہبھیانسان ۔ اس سطح پرجب آپ انسان سےمحبتکرناسیکھیںگے، تب آپ کےاندر دعوتکےجذباتابھریںگے۔</w:t>
      </w:r>
    </w:p>
    <w:p>
      <w:r>
        <w:rPr>
          <w:b/>
        </w:rPr>
        <w:t xml:space="preserve">[37:02] </w:t>
      </w:r>
      <w:r>
        <w:t>warna dawat kya hai? kuch bhi nahin .</w:t>
      </w:r>
    </w:p>
    <w:p>
      <w:pPr>
        <w:jc w:val="right"/>
      </w:pPr>
      <w:r>
        <w:t>ورنہ دعوت کیاہے؟کچھبھینہیں ۔</w:t>
      </w:r>
    </w:p>
    <w:p>
      <w:r>
        <w:rPr>
          <w:b/>
        </w:rPr>
        <w:t xml:space="preserve">[37:06] </w:t>
      </w:r>
      <w:r>
        <w:t>jis jis dawat ke peeche insan se mohabbat na ho, woh dawat nahin . woh to ek profession hai, ya kuch bhi doosri cheez ho sakti hai . woh to chuncha ab musalmanon se yani Allah ka shaoor jo hai, woh hadaf ho gaya hai, is liye tamam cheezein hadaf hain .</w:t>
      </w:r>
    </w:p>
    <w:p>
      <w:pPr>
        <w:jc w:val="right"/>
      </w:pPr>
      <w:r>
        <w:t>جس جس دعوتکےپیچھے انسان سے محبتنہہو ، وہدعوتہینہیں۔ وہتوایک پروفیشنہے، یاکچھبھی دوسریچیزہوسکتیہے۔وہ تو چونکہابمسلمانوںسے یعنی اللہ کا شعورجوہے،وہ ہدفہوگیاہے، اسلیےتمام چیزیںہدفہیں۔</w:t>
      </w:r>
    </w:p>
    <w:p>
      <w:r>
        <w:rPr>
          <w:b/>
        </w:rPr>
        <w:t xml:space="preserve">[37:27] </w:t>
      </w:r>
      <w:r>
        <w:t>ab ab aaj ek aaj ka ek tajurba main arz karta hoon .</w:t>
      </w:r>
    </w:p>
    <w:p>
      <w:pPr>
        <w:jc w:val="right"/>
      </w:pPr>
      <w:r>
        <w:t>اب ابآج ایک آجکاایکتجربہمیںعرضکرتاہوں۔</w:t>
      </w:r>
    </w:p>
    <w:p>
      <w:r>
        <w:rPr>
          <w:b/>
        </w:rPr>
        <w:t xml:space="preserve">[37:31] </w:t>
      </w:r>
      <w:r>
        <w:t>aaj ek sahib ka telephone aaya mere paas, Dilli ke bahar se .</w:t>
      </w:r>
    </w:p>
    <w:p>
      <w:pPr>
        <w:jc w:val="right"/>
      </w:pPr>
      <w:r>
        <w:t>آجایک صاحبکاٹیلیفونآیامیرےپاس ،دلیکےباہرسے۔</w:t>
      </w:r>
    </w:p>
    <w:p>
      <w:r>
        <w:rPr>
          <w:b/>
        </w:rPr>
        <w:t xml:space="preserve">[37:40] </w:t>
      </w:r>
      <w:r>
        <w:t>to unhone kaha ke balkeh India ke bahar se tha woh telephone . unhone kaha ke hamare yahan ek sahib hain jo risala bohat padhte the aur bohat unki tareefein karte the pehle ,</w:t>
      </w:r>
    </w:p>
    <w:p>
      <w:pPr>
        <w:jc w:val="right"/>
      </w:pPr>
      <w:r>
        <w:t>تو انہوںنے کہاکہ بلکہ انڈیاکےباہرسےتھاوہٹیلیفون۔ انہوںنےکہاکہہمارےہاںایکصاحبہیںجو رس الہبہت پڑھتےتھے اور بہت انکیتعریفیںکرتےتھےپہلے ،</w:t>
      </w:r>
    </w:p>
    <w:p>
      <w:r>
        <w:rPr>
          <w:b/>
        </w:rPr>
        <w:t xml:space="preserve">[37:54] </w:t>
      </w:r>
      <w:r>
        <w:t>ab woh mukhalif ban gaye hain . ab woh mukhalif ban gaye hain .</w:t>
      </w:r>
    </w:p>
    <w:p>
      <w:pPr>
        <w:jc w:val="right"/>
      </w:pPr>
      <w:r>
        <w:t>ابوہ مخالفبنگئےہیں۔ ابوہمخالفبنگئےہیں۔</w:t>
      </w:r>
    </w:p>
    <w:p>
      <w:r>
        <w:rPr>
          <w:b/>
        </w:rPr>
        <w:t xml:space="preserve">[38:00] </w:t>
      </w:r>
      <w:r>
        <w:t>to main ne poocha ke kyun mukhalif ho gaye? to unhone kaha ke is liye mukhalif ho gaye ke koi sahib ne unko bataya ke risale wale hamare aaye the .</w:t>
      </w:r>
    </w:p>
    <w:p>
      <w:pPr>
        <w:jc w:val="right"/>
      </w:pPr>
      <w:r>
        <w:t>تو میںنےپوچھاکہکیوںمخالفہوگئے؟ توانہوںنےکہاکہاسلیےمخالفہوگئےکہکوئیصاحبنےانکوبتایا کہ رس الےوالے ہمارےآئےتھے۔</w:t>
      </w:r>
    </w:p>
    <w:p>
      <w:r>
        <w:rPr>
          <w:b/>
        </w:rPr>
        <w:t xml:space="preserve">[38:12] </w:t>
      </w:r>
      <w:r>
        <w:t>main unke yahan gaya tha, unke shehar mein kisi program mein . to unhone kaha ke unko to main ne dekha ke woh wuzu kiya, unhone aur paaon dhoye nahin .</w:t>
      </w:r>
    </w:p>
    <w:p>
      <w:pPr>
        <w:jc w:val="right"/>
      </w:pPr>
      <w:r>
        <w:t>میںانکےہاںگیاتھا،انکےشہرمیںکسی پروگراممیں۔ توانہوںنےکہاکہ انکو تومیںنےدیکھاکہوہ وضوکیا،انہوںنے اورپاؤںدھوئےہینہیں۔</w:t>
      </w:r>
    </w:p>
    <w:p>
      <w:r>
        <w:rPr>
          <w:b/>
        </w:rPr>
        <w:t xml:space="preserve">[38:21] </w:t>
      </w:r>
      <w:r>
        <w:t>baghair paaon dhoye masjid chale gaye aur namaz padh liya .</w:t>
      </w:r>
    </w:p>
    <w:p>
      <w:pPr>
        <w:jc w:val="right"/>
      </w:pPr>
      <w:r>
        <w:t>بغیرپاؤںدھوئےمسجدچلےگئےاورنمازپڑھلیا۔</w:t>
      </w:r>
    </w:p>
    <w:p>
      <w:r>
        <w:rPr>
          <w:b/>
        </w:rPr>
        <w:t xml:space="preserve">[38:26] </w:t>
      </w:r>
      <w:r>
        <w:t>ab dekhein, choti baat hai ke zuban aasman kahe ke yeh jhoot hai, lekin woh maan liya is ko . unhone ek insan ke kehne se kaise maan liya? unhone kaha main ne aisa kiya .</w:t>
      </w:r>
    </w:p>
    <w:p>
      <w:pPr>
        <w:jc w:val="right"/>
      </w:pPr>
      <w:r>
        <w:t>ابدیکھیں،چھوٹیباتہے کہ زباںاسمانکہیںکہیہجھوٹہے، لیکن وہمانلیااسکو۔انہوںنے ایک انسان کےکہنےسےکیسےمانلیا؟انہوںنے کہمیںنےایساکیا۔</w:t>
      </w:r>
    </w:p>
    <w:p>
      <w:r>
        <w:rPr>
          <w:b/>
        </w:rPr>
        <w:t xml:space="preserve">[38:37] </w:t>
      </w:r>
      <w:r>
        <w:t>yeh daur hai telephone ka, yeh daur hai communication ka . unhone na to mere paas khat likha, na mujhe telephone kiya .</w:t>
      </w:r>
    </w:p>
    <w:p>
      <w:pPr>
        <w:jc w:val="right"/>
      </w:pPr>
      <w:r>
        <w:t>یہ دور ہےٹیلیفونکا ،یہدور ہےکمیونیکیشنکا۔ انہوں نےنہتومیرےپاسخطلکھا، نہ مجھےٹیلیفونکیا۔</w:t>
      </w:r>
    </w:p>
    <w:p>
      <w:r>
        <w:rPr>
          <w:b/>
        </w:rPr>
        <w:t xml:space="preserve">[38:46] </w:t>
      </w:r>
      <w:r>
        <w:t>mujhe telephone karke poochte hain ke bhai, hum ne suna hai ke aap falan jagah gaye aur aap ne wuzu kiya to paaon dhoye nahin . ab paaon dhoye baghair aap masjid mein ja ke namaz padhne lage .</w:t>
      </w:r>
    </w:p>
    <w:p>
      <w:pPr>
        <w:jc w:val="right"/>
      </w:pPr>
      <w:r>
        <w:t>مجھےٹیلیفونکرکےپوچھتےہیںکہبھائی،ہمنےسناہےکہآپفلاںجگہگئے اور آپنےوضوکیا تو پاؤںدھوئےہینہیں۔ ابپاؤںدھوئےبغیرآپمسجدمیںجاکےنمازپڑھنےلگے۔</w:t>
      </w:r>
    </w:p>
    <w:p>
      <w:r>
        <w:rPr>
          <w:b/>
        </w:rPr>
        <w:t xml:space="preserve">[38:57] </w:t>
      </w:r>
      <w:r>
        <w:t>to mujh se kyun nahin poocha unhone ke kyun Allah ka khauf nahin hai?</w:t>
      </w:r>
    </w:p>
    <w:p>
      <w:pPr>
        <w:jc w:val="right"/>
      </w:pPr>
      <w:r>
        <w:t>تو مجھسےکیوںنہیںپوچھاانہوںنے کہکیوںاللہ کاخوفنہیں ہے؟</w:t>
      </w:r>
    </w:p>
    <w:p>
      <w:r>
        <w:rPr>
          <w:b/>
        </w:rPr>
        <w:t xml:space="preserve">[39:03] </w:t>
      </w:r>
      <w:r>
        <w:t>dekhein, ek hadith hai, bohat hi darane wali . koi shakhs jab kisi par jhoota ilzaam lagaye aur woh aadmi waisa na ho to woh ilzaam usi ke toloot aaye ga .</w:t>
      </w:r>
    </w:p>
    <w:p>
      <w:pPr>
        <w:jc w:val="right"/>
      </w:pPr>
      <w:r>
        <w:t>دیکھیں،ایکحدیثہے،بہت ہی ڈرانےوالی۔کوئیشخص جب کسی پرجھوٹا الزاملگائے اور وہ آدمیویسانہہو تو وہالزاماسیکےتولوٹآئےگا۔</w:t>
      </w:r>
    </w:p>
    <w:p>
      <w:r>
        <w:rPr>
          <w:b/>
        </w:rPr>
        <w:t xml:space="preserve">[39:19] </w:t>
      </w:r>
      <w:r>
        <w:t>hadith ke alfaaz yeh hain: jo aadmi kisi ko fasiq kahe, munafiq kahe, kafir kahe aur woh waisa na ho to uska kaha hua usi ki taraf loot aaye ga . yaani woh khud kafir ban jaye ga, khud munafiq ban jaye ga, khud fasiq ban jaye ga .</w:t>
      </w:r>
    </w:p>
    <w:p>
      <w:pPr>
        <w:jc w:val="right"/>
      </w:pPr>
      <w:r>
        <w:t>حدیث کے الفاظیہہیں: جو آدمیکسی کو فاسقکہے، منافقکہے، کافر کہےاور وہویسانہہو تو اسکا کہاہوااسیکیطرفلوٹآئےگا۔یعنیوہخود کافربنجائےگا،خود منافقبنجائےگا،خود فاسقبنجائےگا۔</w:t>
      </w:r>
    </w:p>
    <w:p>
      <w:r>
        <w:rPr>
          <w:b/>
        </w:rPr>
        <w:t xml:space="preserve">[39:38] </w:t>
      </w:r>
      <w:r>
        <w:t>yeh boomerang mamla hai . ab ghore karein, koi aadmi agar Allah ki pakad se darta ho, us ke yaqeen ho ke ek zinda zinda Khuda maujood</w:t>
      </w:r>
    </w:p>
    <w:p>
      <w:pPr>
        <w:jc w:val="right"/>
      </w:pPr>
      <w:r>
        <w:t>یہ بومرینگمعاملہہے۔ ابغورکیجئے،کوئیآدمیاگر اللہ کیپکڑسےڈرتاہو، اسکےیقینہوکہایکزند ہ زند ہخداموجود</w:t>
      </w:r>
    </w:p>
    <w:p>
      <w:r>
        <w:rPr>
          <w:b/>
        </w:rPr>
        <w:t xml:space="preserve">[39:48] </w:t>
      </w:r>
      <w:r>
        <w:t>hai, Al-Hayyul-Qayyum, ek zinda Khuda maujood hai jo saare insanon ko hajj ke maidan mein ikhatta kare ga .</w:t>
      </w:r>
    </w:p>
    <w:p>
      <w:pPr>
        <w:jc w:val="right"/>
      </w:pPr>
      <w:r>
        <w:t>ہے، الحی القیوم، ایکزندہخدا موجود ہے جو سارےانسانوںکوحجکےمیدانمیںاکٹھاکرےگا۔</w:t>
      </w:r>
    </w:p>
    <w:p>
      <w:r>
        <w:rPr>
          <w:b/>
        </w:rPr>
        <w:t xml:space="preserve">[39:58] </w:t>
      </w:r>
      <w:r>
        <w:t>aur sab se hadith mein aata hai ke sab se us ki baat hogi Allah se . ab beech mein koi tarjuman nahin hoga . kaisi ajeeb hadith hai ke waqt aane wala hai jab ke har insan se Khuda ki baat cheet ho gaya aur beech mein koi tarjuman nahin hoga .</w:t>
      </w:r>
    </w:p>
    <w:p>
      <w:pPr>
        <w:jc w:val="right"/>
      </w:pPr>
      <w:r>
        <w:t>اورسبسے حدیث میںآتاہےکہ سب سےاسکیباتہوگیاللہسے۔ اببیچمیںکوئیترجماننہیںہوگا۔ کیسیعجیبحدیثہے کہ وقت آنےوالاہےجب کہہرانسانسےخداکیباتچیتہوگیاور بیچمیںکوئیترجماننہیںہوگا۔</w:t>
      </w:r>
    </w:p>
    <w:p>
      <w:r>
        <w:rPr>
          <w:b/>
        </w:rPr>
        <w:t xml:space="preserve">[40:16] </w:t>
      </w:r>
      <w:r>
        <w:t>us waqt Allah pooche ga ke tum se kisi ne agar aisa kaha, tum ne kyun nahin maan liya? tum ne kyun nahin telephone karke poocha us aadmi se ?</w:t>
      </w:r>
    </w:p>
    <w:p>
      <w:pPr>
        <w:jc w:val="right"/>
      </w:pPr>
      <w:r>
        <w:t>اسوقت اللہ پوچھےگا کہ تم سے کسی نےاگرایساکہا، تم نےمانکیوںنہیںلیا؟ تم نےکیوںنہیںٹیلیفونکرکےپوچھااسآدمیسے ؟</w:t>
      </w:r>
    </w:p>
    <w:p>
      <w:r>
        <w:rPr>
          <w:b/>
        </w:rPr>
        <w:t xml:space="preserve">[40:26] </w:t>
      </w:r>
      <w:r>
        <w:t>telephone karke kyun nahin poocha? to ab is aadmi kya jawab de ga? to straight straight na hone ka matlab kya hai</w:t>
      </w:r>
    </w:p>
    <w:p>
      <w:pPr>
        <w:jc w:val="right"/>
      </w:pPr>
      <w:r>
        <w:t>ٹیلیفونکرکےکیوںنہیںپوچھا؟ تو ابائی کوآدمیکیاجوابدےگا؟ تو اسٹریٹ اسٹریٹنہہونےکامطلبکیاہے</w:t>
      </w:r>
    </w:p>
    <w:p>
      <w:r>
        <w:rPr>
          <w:b/>
        </w:rPr>
        <w:t xml:space="preserve">[40:36] </w:t>
      </w:r>
      <w:r>
        <w:t>? Khuda ka khauf na hona, Khuda ki mohabbat na hona, Khuda ka taqwa na hona, mawakhza ka ehsaas na hona .</w:t>
      </w:r>
    </w:p>
    <w:p>
      <w:pPr>
        <w:jc w:val="right"/>
      </w:pPr>
      <w:r>
        <w:t>؟ خداکاخوفنہہونا، خداکیمحبتنہہونا، خداکاتقویٰنہہونا، مواخذہکااحساسنہہونا ۔</w:t>
      </w:r>
    </w:p>
    <w:p>
      <w:r>
        <w:rPr>
          <w:b/>
        </w:rPr>
        <w:t xml:space="preserve">[40:44] </w:t>
      </w:r>
      <w:r>
        <w:t>hajj ke maidan mein khade honge hum Allah ke samne . yeh is is zehan mein woh gum ho jana . yeh baat straight na hone ka yeh matlab hai .</w:t>
      </w:r>
    </w:p>
    <w:p>
      <w:pPr>
        <w:jc w:val="right"/>
      </w:pPr>
      <w:r>
        <w:t>حجکےمیدانمیںکھڑےہوںگےہماللہ کےسامنے ۔یہ اسیہ ذہنمیں وہ گمہوجانا۔یہبات اسٹریٹنہہونےکایہمطلبہے۔</w:t>
      </w:r>
    </w:p>
    <w:p>
      <w:r>
        <w:rPr>
          <w:b/>
        </w:rPr>
        <w:t xml:space="preserve">[40:57] </w:t>
      </w:r>
      <w:r>
        <w:t>mere khilaf itna zyada log propaganda karte hain ke shayad tareekh mein kisi ke khilaf itna propaganda nahin kiya gaya jitna mere khilaf ho raha ho .</w:t>
      </w:r>
    </w:p>
    <w:p>
      <w:pPr>
        <w:jc w:val="right"/>
      </w:pPr>
      <w:r>
        <w:t>میرےخلاف اتنازیادہ لوگ پروپیگنڈاکرتے ہیں کہ شاید تاریخ میں کسی کےخلاف اتناپروپیگنڈانہیںکیاگیا جتنامیرےخلاف ہورہاہو۔</w:t>
      </w:r>
    </w:p>
    <w:p>
      <w:r>
        <w:rPr>
          <w:b/>
        </w:rPr>
        <w:t xml:space="preserve">[41:09] </w:t>
      </w:r>
      <w:r>
        <w:t>lekin ek bhi is mein se misaal aisi nahin hai jo jo sachi baat, jhooti baat karte the . log jhoota propaganda .</w:t>
      </w:r>
    </w:p>
    <w:p>
      <w:pPr>
        <w:jc w:val="right"/>
      </w:pPr>
      <w:r>
        <w:t>لیکن ایک بھی اسمیں سے مثالایسینہیںہےجو جو سچیبات،جھوٹیباتکرتے تھے۔ لوگ جھوٹاپروپیگنڈا۔</w:t>
      </w:r>
    </w:p>
    <w:p>
      <w:r>
        <w:rPr>
          <w:b/>
        </w:rPr>
        <w:t xml:space="preserve">[41:20] </w:t>
      </w:r>
      <w:r>
        <w:t>aik sahib aaye mujh se milne ke liye jahan mein rehta hoon, C2 9 mein.</w:t>
      </w:r>
    </w:p>
    <w:p>
      <w:pPr>
        <w:jc w:val="right"/>
      </w:pPr>
      <w:r>
        <w:t>ایکصاحبآئے مجھسےملنےکےلیے جہاںمیںرہتاہوں،سی2 9 میں۔</w:t>
      </w:r>
    </w:p>
    <w:p>
      <w:r>
        <w:rPr>
          <w:b/>
        </w:rPr>
        <w:t xml:space="preserve">[41:25] </w:t>
      </w:r>
      <w:r>
        <w:t>to aaye, darwaze pe khare hue hain. Main akela tha us waqt. Maine kaha andar aaiye. To woh khare khare dekh rahe hain. Bas kaafi der ke baad woh andar aaye.</w:t>
      </w:r>
    </w:p>
    <w:p>
      <w:pPr>
        <w:jc w:val="right"/>
      </w:pPr>
      <w:r>
        <w:t>تو آئے،دروازے پہکھڑےہوئےہیں۔ میں اکیلاتھااسوقت ۔میںنےکہااندرآئیے۔ تو وہکھڑےکھڑےدیکھرہےہیں۔بس کافیدیرکےبعد وہاندرآئے۔</w:t>
      </w:r>
    </w:p>
    <w:p>
      <w:r>
        <w:rPr>
          <w:b/>
        </w:rPr>
        <w:t xml:space="preserve">[41:37] </w:t>
      </w:r>
      <w:r>
        <w:t>to Maine kaha bhai kya maamla hai? Unhone kaha humne suna tha ke aap ek kothi banate hain jo fully air conditioned hai aur is mein yeh sofa se laga hua aur is mein yeh shahana sab cheezein hain.</w:t>
      </w:r>
    </w:p>
    <w:p>
      <w:pPr>
        <w:jc w:val="right"/>
      </w:pPr>
      <w:r>
        <w:t>تو میںنےکہابھئیکیامعاملہہے؟ انہوںنےکہاہمنےسناتھا کہآپ ایک کوٹھیبناتےہیںجوفلیایئرکنڈیشنڈہے اوراسمیں یہ صوفہسےلگاہوااوراسمیں یہ شاہانہ سب چیزیںہیں۔</w:t>
      </w:r>
    </w:p>
    <w:p>
      <w:r>
        <w:rPr>
          <w:b/>
        </w:rPr>
        <w:t xml:space="preserve">[41:49] </w:t>
      </w:r>
      <w:r>
        <w:t>yeh toh yahan toh kuch bhi nahin hai. Toh bilkul saada, ek bilkul saada ghar banate hain aap yahan par.</w:t>
      </w:r>
    </w:p>
    <w:p>
      <w:pPr>
        <w:jc w:val="right"/>
      </w:pPr>
      <w:r>
        <w:t>یہتویہاںتوکچھبھینہیںہے۔توبالکلسادہ، ایکبالکلسادہگھربناتےہیںآپیہاںپر۔</w:t>
      </w:r>
    </w:p>
    <w:p>
      <w:r>
        <w:rPr>
          <w:b/>
        </w:rPr>
        <w:t xml:space="preserve">[41:55] </w:t>
      </w:r>
      <w:r>
        <w:t>is tarah ki beshumar jhooti baatein mere khayal mein phaila rakhi hain. Ek bhi sachi baat nahin. Iska matlab kya hai?</w:t>
      </w:r>
    </w:p>
    <w:p>
      <w:pPr>
        <w:jc w:val="right"/>
      </w:pPr>
      <w:r>
        <w:t>اس طرح کی بےشمار جھوٹیباتیںمیرےخیالمیں پھیلارکھیہیں۔ ایکبھیسچیباتنہیں ۔ اسکامطلبکیاہے؟</w:t>
      </w:r>
    </w:p>
    <w:p>
      <w:r>
        <w:rPr>
          <w:b/>
        </w:rPr>
        <w:t xml:space="preserve">[42:06] </w:t>
      </w:r>
      <w:r>
        <w:t>logon ke dilon se Allah ka darr nikal gaya hai, mawakhiza ka khauf nikal gaya hai. Inko yeh yaad nahin raha ke haj ke maidan mein khare honge hum aur Allah poochega ke tum ne kyun aisi aisi jhooti baatein phailai?</w:t>
      </w:r>
    </w:p>
    <w:p>
      <w:pPr>
        <w:jc w:val="right"/>
      </w:pPr>
      <w:r>
        <w:t>لوگوںکےدلوںسےاللہ کاڈرنکلگیاہے، مواخذہکاخوفنکلگیاہے۔ انکویہ یادنہیںرہاکہحجکےمیدان میںکھڑےہوںگےہم اور اللہ پوچھےگا کہتم نےکیوں ایسی ایسیجھوٹیباتپھیلائی؟</w:t>
      </w:r>
    </w:p>
    <w:p>
      <w:r>
        <w:rPr>
          <w:b/>
        </w:rPr>
        <w:t xml:space="preserve">[42:20] </w:t>
      </w:r>
      <w:r>
        <w:t>kyun phailai aisi baatein?</w:t>
      </w:r>
    </w:p>
    <w:p>
      <w:pPr>
        <w:jc w:val="right"/>
      </w:pPr>
      <w:r>
        <w:t>کیوںپھیلائیایسیبات؟</w:t>
      </w:r>
    </w:p>
    <w:p>
      <w:r>
        <w:rPr>
          <w:b/>
        </w:rPr>
        <w:t xml:space="preserve">[42:24] </w:t>
      </w:r>
      <w:r>
        <w:t>to yeh jo maamla hai ke Islam ka ek form hai, Islam ki ek spirit hai. Agar aap form dekh rahe hain kahin, maslan haj mein khoob bheed lagi hui hai, masjidon mein bheed lagi hui hai, yeh bas wajah hai ke Islam zinda hai.</w:t>
      </w:r>
    </w:p>
    <w:p>
      <w:pPr>
        <w:jc w:val="right"/>
      </w:pPr>
      <w:r>
        <w:t>تو یہجو معاملہہے کہاسلام کاایک فارمہے، اسلام کیایکاسپیریٹہے۔ اگر آپ فار مدیکھرہےہیںکہیں ،مثلاً حجمیںخوببھیڑلگیہوئیہے، مسجدوںمیںبھیڑلگیہوئیہے، یہبسوجہ ہےکہاسلام زندہہے۔</w:t>
      </w:r>
    </w:p>
    <w:p>
      <w:r>
        <w:rPr>
          <w:b/>
        </w:rPr>
        <w:t xml:space="preserve">[42:42] </w:t>
      </w:r>
      <w:r>
        <w:t>kyunki Hadees mein aata hai ke masajid ma'amuratun wa ahraabun min al-huda ek zamana aayega ke masjidien khoob bhari hongi lekin hidayat se khali hongi.</w:t>
      </w:r>
    </w:p>
    <w:p>
      <w:pPr>
        <w:jc w:val="right"/>
      </w:pPr>
      <w:r>
        <w:t>کیونکہحدیثمیںآتاہےکہ مس اجد معامرة واح راب من الہدی ایک زمانہآئےگاکہمسجدیںخوببھریہوںگی لیکن ہدایتسےخالیہوںگی۔</w:t>
      </w:r>
    </w:p>
    <w:p>
      <w:r>
        <w:rPr>
          <w:b/>
        </w:rPr>
        <w:t xml:space="preserve">[42:53] </w:t>
      </w:r>
      <w:r>
        <w:t>yeh bhi Hadees mein aayega ke ek zamana aayega ke haj haj woh hai woh sayahat ban jayega. Sayahat toh form, iska matlab kya hai?</w:t>
      </w:r>
    </w:p>
    <w:p>
      <w:pPr>
        <w:jc w:val="right"/>
      </w:pPr>
      <w:r>
        <w:t>یہبھیحدیثمیںآئےگیکہایکزمانہآئےگاکہحججوہے وہ سیاحتبنجائےگا۔سیا حت تو فارم،اسکامطلبکیاہے؟</w:t>
      </w:r>
    </w:p>
    <w:p>
      <w:r>
        <w:rPr>
          <w:b/>
        </w:rPr>
        <w:t xml:space="preserve">[43:02] </w:t>
      </w:r>
      <w:r>
        <w:t>yani form ke aitbar se toh Islam dikhai dega, spirit ke aitbar se Islam ghayab ho jayega. Yeh matlab hai. Chunancha abhi Hadees mein hai ke hatta la tarakha shua'b bheed hogi masjidon mein, bheed hogi Makkah Madinah mein lekin la tarakha shua'b</w:t>
      </w:r>
    </w:p>
    <w:p>
      <w:pPr>
        <w:jc w:val="right"/>
      </w:pPr>
      <w:r>
        <w:t>یعنی فارم کےاعتبارسے تواسلام دکھائیدےگا، اسپیریٹکےاعتبارسےاسلام غائبہوجائےگا۔ یہمطلبہے۔ چنانچہابھیحدیثمیںہےکہ حتی ٰلا تراخاشع بھیڑہوگیمسجدوںمیں، بھیڑہوگی مکہمدینہمیں لیکن لا تراخاشع</w:t>
      </w:r>
    </w:p>
    <w:p>
      <w:r>
        <w:rPr>
          <w:b/>
        </w:rPr>
        <w:t xml:space="preserve">[43:22] </w:t>
      </w:r>
      <w:r>
        <w:t>. Ek bhi tumko nahin milega is mein jo Allah se darne wala ho.</w:t>
      </w:r>
    </w:p>
    <w:p>
      <w:pPr>
        <w:jc w:val="right"/>
      </w:pPr>
      <w:r>
        <w:t>۔ایکبھیتمکونہیں مل ےگااسمیںجو اللہ سےڈرنےوالاہو۔</w:t>
      </w:r>
    </w:p>
    <w:p>
      <w:r>
        <w:rPr>
          <w:b/>
        </w:rPr>
        <w:t xml:space="preserve">[43:29] </w:t>
      </w:r>
      <w:r>
        <w:t>to yeh kya cheez hai? Spirit ka mafqood ho jana, yani form ka rehna, spirit ka na rehna. To spirit jab nahin rehti hai to to kya hota hai?</w:t>
      </w:r>
    </w:p>
    <w:p>
      <w:pPr>
        <w:jc w:val="right"/>
      </w:pPr>
      <w:r>
        <w:t>تویہکیاچیزہے؟ اسپیریٹکامفقودہوجانا، یعنی فارمکارہنا، اسپیریٹکانہرہنا۔ تو اسپیریٹجبنہیںرہتیہےتو توکیا ہوتاہے؟</w:t>
      </w:r>
    </w:p>
    <w:p>
      <w:r>
        <w:rPr>
          <w:b/>
        </w:rPr>
        <w:t xml:space="preserve">[43:43] </w:t>
      </w:r>
      <w:r>
        <w:t>bahut hi ek bada waqea pesh aata hai.</w:t>
      </w:r>
    </w:p>
    <w:p>
      <w:pPr>
        <w:jc w:val="right"/>
      </w:pPr>
      <w:r>
        <w:t>بہت ہی ایک بڑا واقعہپیش آتاہے۔</w:t>
      </w:r>
    </w:p>
    <w:p>
      <w:r>
        <w:rPr>
          <w:b/>
        </w:rPr>
        <w:t xml:space="preserve">[43:47] </w:t>
      </w:r>
      <w:r>
        <w:t>Allah se mohabbat ghayab, Allah se khauf ghayab, Allah ka taqwa ghayab, Allah se khashiyat ghayab, Allah se qurbat ghayab, jahannum ka darr ghayab, haj ke maidan ka tasawwur ghayab,</w:t>
      </w:r>
    </w:p>
    <w:p>
      <w:pPr>
        <w:jc w:val="right"/>
      </w:pPr>
      <w:r>
        <w:t>اللہ سے محبتغائب،اللہ سےخوف غائب ،اللہ کا تقویٰغائب ،اللہ سے خشیتغائب ،اللہ سے قربتغائب ، جہنمکاڈرغائب، حجکےمیدان کا تصورغائب،</w:t>
      </w:r>
    </w:p>
    <w:p>
      <w:r>
        <w:rPr>
          <w:b/>
        </w:rPr>
        <w:t xml:space="preserve">[44:04] </w:t>
      </w:r>
      <w:r>
        <w:t>hatta ke maut ka tasawwur ghayab. Aaj kal aap dekhiye, kisi majlis mein aap baithiye, koi maut ka charcha karta hua nahin milega.</w:t>
      </w:r>
    </w:p>
    <w:p>
      <w:pPr>
        <w:jc w:val="right"/>
      </w:pPr>
      <w:r>
        <w:t>حتیٰکہموت کا تصورغائب۔ آجکلآپدیکھیے، کسی مجلس میںآپبیٹھیے، کوئی موتکاچرچاکرتاہوانہیںملےگا۔</w:t>
      </w:r>
    </w:p>
    <w:p>
      <w:r>
        <w:rPr>
          <w:b/>
        </w:rPr>
        <w:t xml:space="preserve">[44:14] </w:t>
      </w:r>
      <w:r>
        <w:t>mere paas telephone aaya ek sahib ka, America se, hamare saathi hain. Woh unhone kaha ke ek aadmi ki aap maut ho gayi to main gaya unke haan milne ke liye.</w:t>
      </w:r>
    </w:p>
    <w:p>
      <w:pPr>
        <w:jc w:val="right"/>
      </w:pPr>
      <w:r>
        <w:t>میرےپاسٹیلیفونآیاایکصاحبکا ،امریک ہسے،ہمارےساتھیہیں۔وہ انہوںنےکہاکہایکآدمی کہآپموتہوگئی تو میں گیا انکےہاں ملنےکےلیے۔</w:t>
      </w:r>
    </w:p>
    <w:p>
      <w:r>
        <w:rPr>
          <w:b/>
        </w:rPr>
        <w:t xml:space="preserve">[44:26] </w:t>
      </w:r>
      <w:r>
        <w:t>to meri zuban se nikal gaya ke ek din humko bhi aapko isi tarike se marna hai. To woh gussa ho gaye. Woh ke aap yeh batane aaye hain mujhe ke mujhe marna hai?</w:t>
      </w:r>
    </w:p>
    <w:p>
      <w:pPr>
        <w:jc w:val="right"/>
      </w:pPr>
      <w:r>
        <w:t>تومیریزبان سےنکلگیا کہ ایکدنہمکوبھیآپکو اسیطریقےسے مرناہے۔ تووہغصہہوگئے۔وہ کہ آپیہ بت انےآئےہیںمجھےکہمجھےمرناہے؟</w:t>
      </w:r>
    </w:p>
    <w:p>
      <w:r>
        <w:rPr>
          <w:b/>
        </w:rPr>
        <w:t xml:space="preserve">[44:38] </w:t>
      </w:r>
      <w:r>
        <w:t>yani unke عزیز ka inteqal hua hai, unke عزیز ka abhi abhi dekha unhone ke woh عزیز unka mar gaya. Aur yeh agar keh rahe hain ke humko aapko bhi marna hai to unpe gussa hoga. Woh kyun? Apne ko exclude kiye hue hain.</w:t>
      </w:r>
    </w:p>
    <w:p>
      <w:pPr>
        <w:jc w:val="right"/>
      </w:pPr>
      <w:r>
        <w:t>یعنیانکے عزیز کا انتقال ہواہے، انکےعزیزکا ابھیابھیدیکھا انہوںنے کہوہعزیز انکامرگیا۔ اور یہاگر کہہرہےہیںکہ ہمکوآپکوبھی مرناہےتوانپہغصہہوگا۔وہ کیوں ؟اپنے کو ایکسکلوڈکیےہوئےہیں۔</w:t>
      </w:r>
    </w:p>
    <w:p>
      <w:r>
        <w:rPr>
          <w:b/>
        </w:rPr>
        <w:t xml:space="preserve">[44:54] </w:t>
      </w:r>
      <w:r>
        <w:t>har aadmi, aadmi samajhta hai ke woh doosra mar gaya, humko nahin, kuch nahin hone wala, hum humein pakka hai. Yeh sab kyun hai?</w:t>
      </w:r>
    </w:p>
    <w:p>
      <w:pPr>
        <w:jc w:val="right"/>
      </w:pPr>
      <w:r>
        <w:t>ہرآدمی، آدمیسمجھتاہےکہوہ دوسرا مرگیا،ہمکو نہیں،کچھنہیںہونےوالا، ہمہمیںپکاہے۔ یہسبکیوںہے؟</w:t>
      </w:r>
    </w:p>
    <w:p>
      <w:r>
        <w:rPr>
          <w:b/>
        </w:rPr>
        <w:t xml:space="preserve">[45:03] </w:t>
      </w:r>
      <w:r>
        <w:t>Allah ka khauf nahin, qayamat ka yaqeen nahin,</w:t>
      </w:r>
    </w:p>
    <w:p>
      <w:pPr>
        <w:jc w:val="right"/>
      </w:pPr>
      <w:r>
        <w:t>اللہ کاخوف نہیں ، قیامتکایقیننہیں،</w:t>
      </w:r>
    </w:p>
    <w:p>
      <w:r>
        <w:rPr>
          <w:b/>
        </w:rPr>
        <w:t xml:space="preserve">[45:07] </w:t>
      </w:r>
      <w:r>
        <w:t>hashr par aqeedah aqeedah nahin hai. Logon ko bas kuch form pura kar liya to form par, yani us waqt jo Islam hai, woh bas form hai.</w:t>
      </w:r>
    </w:p>
    <w:p>
      <w:pPr>
        <w:jc w:val="right"/>
      </w:pPr>
      <w:r>
        <w:t>حشر پر ع قیدہعقیدہنہیںہے۔لوگوںکو بس کچھ فارمپوراکرلیا تو فارمپر ،یعنی اسوقت جواسلام ہے، وہ ببنیفار مہے۔</w:t>
      </w:r>
    </w:p>
    <w:p>
      <w:r>
        <w:rPr>
          <w:b/>
        </w:rPr>
        <w:t xml:space="preserve">[45:18] </w:t>
      </w:r>
      <w:r>
        <w:t>ek form wala Islam pura kar liya to samajhte hain ke bas hamara maamla pakka ho gaya. Yeh bilashubah jhootha Islam hai, bilashubah jhootha Islam hai.</w:t>
      </w:r>
    </w:p>
    <w:p>
      <w:pPr>
        <w:jc w:val="right"/>
      </w:pPr>
      <w:r>
        <w:t>ایک فارموالا اسلام پوراکرلیاتوسمجھتےہیںکہبس ہمارامعاملہپکاہوگیا۔ یہ بلاشبہجھوٹااسلام ہے، بلاشبہجھوٹااسلام ہے۔</w:t>
      </w:r>
    </w:p>
    <w:p>
      <w:r>
        <w:rPr>
          <w:b/>
        </w:rPr>
        <w:t xml:space="preserve">[45:29] </w:t>
      </w:r>
      <w:r>
        <w:t>is par bahut sari cheezein main pesh kar sakta hoon aap ko</w:t>
      </w:r>
    </w:p>
    <w:p>
      <w:pPr>
        <w:jc w:val="right"/>
      </w:pPr>
      <w:r>
        <w:t>اسپربہت ساری چیزیںمیںپیشکرسکتاہوںآپکو</w:t>
      </w:r>
    </w:p>
    <w:p>
      <w:r>
        <w:rPr>
          <w:b/>
        </w:rPr>
        <w:t xml:space="preserve">[45:32] </w:t>
      </w:r>
      <w:r>
        <w:t>. Misal ke taur par dekhiye, ek shakhs aaya Masjid Nabawi mein, usne namaz padhi aur namaz padh ke Rasool Allah ke paas aata hai. Woh aadmi ke aap ke paas baithe,</w:t>
      </w:r>
    </w:p>
    <w:p>
      <w:pPr>
        <w:jc w:val="right"/>
      </w:pPr>
      <w:r>
        <w:t>۔ مثالکےطورپردیکھیے، ایک شخص آیا مسجد نبویمیں،اسنےنمازپڑھی اور نمازپڑھکےرسولاللہکےپاسآتاہے۔وہآدمی کہآپکےپاسبیٹھے،</w:t>
      </w:r>
    </w:p>
    <w:p>
      <w:r>
        <w:rPr>
          <w:b/>
        </w:rPr>
        <w:t xml:space="preserve">[45:45] </w:t>
      </w:r>
      <w:r>
        <w:t>aap farmate hain keh arja' fazal fa inkalmatصل jaao phir se namaz parho kyunke tum ne namaz nahin parhi.</w:t>
      </w:r>
    </w:p>
    <w:p>
      <w:pPr>
        <w:jc w:val="right"/>
      </w:pPr>
      <w:r>
        <w:t>آپ فرماتےہیںکہ ارجع فصل ف انكلمتصل جاؤپھرسےنمازپڑھو کیونکہتمنےنمازنہیںپڑھی۔</w:t>
      </w:r>
    </w:p>
    <w:p>
      <w:r>
        <w:rPr>
          <w:b/>
        </w:rPr>
        <w:t xml:space="preserve">[45:55] </w:t>
      </w:r>
      <w:r>
        <w:t>to farmwaale namaz to parhi thiyaasne</w:t>
      </w:r>
    </w:p>
    <w:p>
      <w:pPr>
        <w:jc w:val="right"/>
      </w:pPr>
      <w:r>
        <w:t>تو فارموالینمازتوپڑھیتھیاسنے</w:t>
      </w:r>
    </w:p>
    <w:p>
      <w:r>
        <w:rPr>
          <w:b/>
        </w:rPr>
        <w:t xml:space="preserve">[45:59] </w:t>
      </w:r>
      <w:r>
        <w:t>, lekin rasool Allah ne apne paigham f raast se samjha keh farm kara liya hai, andar kiya speed ghayebah hai.</w:t>
      </w:r>
    </w:p>
    <w:p>
      <w:pPr>
        <w:jc w:val="right"/>
      </w:pPr>
      <w:r>
        <w:t>،لیکن رسولاللہ نے اپنے پیغامف راستسے سمجھا کہ فارمکرالیاہے،اندرکیاسپیڈغائبہے۔</w:t>
      </w:r>
    </w:p>
    <w:p>
      <w:r>
        <w:rPr>
          <w:b/>
        </w:rPr>
        <w:t xml:space="preserve">[46:13] </w:t>
      </w:r>
      <w:r>
        <w:t>hadees mein aata hai keh wallah la yoom n wallah la yoom wallah la yoom al-ladhi la ya aman jaarahu bwaaq khuda ki qasam, woh momin nahin hai.</w:t>
      </w:r>
    </w:p>
    <w:p>
      <w:pPr>
        <w:jc w:val="right"/>
      </w:pPr>
      <w:r>
        <w:t>حدیثمیںآتاہےکہ واللہ لایوم نوال لہ لایومن واللہ لایومن الذی لا ی امن جارہبواق خداکیقسم ،وہ مومننہیںہے۔</w:t>
      </w:r>
    </w:p>
    <w:p>
      <w:r>
        <w:rPr>
          <w:b/>
        </w:rPr>
        <w:t xml:space="preserve">[46:25] </w:t>
      </w:r>
      <w:r>
        <w:t>khuda ki qasam, woh momin nahin hai. khuda ki qasam, woh momin nahin hai jis ke no'is ns se is ka parosi aamnam mein nahin</w:t>
      </w:r>
    </w:p>
    <w:p>
      <w:pPr>
        <w:jc w:val="right"/>
      </w:pPr>
      <w:r>
        <w:t>خداکیقسم،وہمومننہیںہے۔ خداکیقسم،وہمومننہیںہے جس کے نوئس نسسے اسکا پڑوسیامنمیںنہ</w:t>
      </w:r>
    </w:p>
    <w:p>
      <w:r>
        <w:rPr>
          <w:b/>
        </w:rPr>
        <w:t xml:space="preserve">[46:35] </w:t>
      </w:r>
      <w:r>
        <w:t>ho. aap mujhe bataiye keh kaun musalman hai jo jo jo sh'oori taur par is jiske zehn mein yeh maujood hai keh mere parosi ko mujh se koi takleef nahin pahunchni chahiye?</w:t>
      </w:r>
    </w:p>
    <w:p>
      <w:pPr>
        <w:jc w:val="right"/>
      </w:pPr>
      <w:r>
        <w:t>ہو۔ آپمجھےبتائیےکہکون مسلمانہےجو جو جو شع وریطورپر اس جسکے ذہنمیں یہموجود ہے کہمیرےپڑوسیکومجھسے کوئی تکلیفنہیںپہنچناچاہیے؟</w:t>
      </w:r>
    </w:p>
    <w:p>
      <w:r>
        <w:rPr>
          <w:b/>
        </w:rPr>
        <w:t xml:space="preserve">[46:49] </w:t>
      </w:r>
      <w:r>
        <w:t>ek hadees hai keh</w:t>
      </w:r>
    </w:p>
    <w:p>
      <w:pPr>
        <w:jc w:val="right"/>
      </w:pPr>
      <w:r>
        <w:t>ایکحدیثہےکہ</w:t>
      </w:r>
    </w:p>
    <w:p>
      <w:r>
        <w:rPr>
          <w:b/>
        </w:rPr>
        <w:t xml:space="preserve">[46:54] </w:t>
      </w:r>
      <w:r>
        <w:t>kull al-muslim al-mus lam haram damahu wa maalah ek musalman par doosre musalman ki teen cheezein haram hain.</w:t>
      </w:r>
    </w:p>
    <w:p>
      <w:pPr>
        <w:jc w:val="right"/>
      </w:pPr>
      <w:r>
        <w:t>کل المسلم المس لمحرام دمہ ومالہ ایک مسلمان پردوسرے مسلمان کیتینچیزیںحرامہیں۔</w:t>
      </w:r>
    </w:p>
    <w:p>
      <w:r>
        <w:rPr>
          <w:b/>
        </w:rPr>
        <w:t xml:space="preserve">[47:04] </w:t>
      </w:r>
      <w:r>
        <w:t>haram lafz aaya hai, is ka maal, is ka khoon aur is ki izzat.</w:t>
      </w:r>
    </w:p>
    <w:p>
      <w:pPr>
        <w:jc w:val="right"/>
      </w:pPr>
      <w:r>
        <w:t>حرام لفظآیاہے، اسکا مال ،اسکا خوناوراسکی عزت ۔</w:t>
      </w:r>
    </w:p>
    <w:p>
      <w:r>
        <w:rPr>
          <w:b/>
        </w:rPr>
        <w:t xml:space="preserve">[47:14] </w:t>
      </w:r>
      <w:r>
        <w:t>main khud is ka gawah hoon keh meri izzat par rozana log hamle kar rahe hain, kitaab mein chhaapte hain, risaale mein chhaapte hain, taqreerein karte hain, charcha karte hain. jhooti baatein, woh to izzat par hamla karna hai.</w:t>
      </w:r>
    </w:p>
    <w:p>
      <w:pPr>
        <w:jc w:val="right"/>
      </w:pPr>
      <w:r>
        <w:t>میںخود اسکاگواہہوںکہ میریعزتپر روز انہلوگحملےکررہےہیں، کتاب یںچھاپتےہیں، رسالےمیںچھاپتےہیں، تقریریںکرتے ہیں، چرچاکرتے ہیں۔جھوٹیباتیں،وہیتوعزتپرحملہکرناہے۔</w:t>
      </w:r>
    </w:p>
    <w:p>
      <w:r>
        <w:rPr>
          <w:b/>
        </w:rPr>
        <w:t xml:space="preserve">[47:30] </w:t>
      </w:r>
      <w:r>
        <w:t>keh meri izzat, koi izzat nahin hai. kuch bhi fazool baat keh do, kuch bhi keh do. abhi mere paas ek cutting aayi hai South Africa se, koi koi angrezi parcham musalmanon ka wahan par hai.</w:t>
      </w:r>
    </w:p>
    <w:p>
      <w:pPr>
        <w:jc w:val="right"/>
      </w:pPr>
      <w:r>
        <w:t>کہامیریعزت،کوئیعزتنہیںہے۔ کچھبھی فضولباتکہہدو، کچھبھی کہہدو۔ ابھیمیرےپاسایک کٹنگآئیہے ساؤتھافریقہسے، کوئیکوئیانگریزیپرچہمسلمانوںکاوہاںپرہے۔</w:t>
      </w:r>
    </w:p>
    <w:p>
      <w:r>
        <w:rPr>
          <w:b/>
        </w:rPr>
        <w:t xml:space="preserve">[47:44] </w:t>
      </w:r>
      <w:r>
        <w:t>is ki title hai "kaafir molvi". na'oozubillah mere baare mein keh main kaafir hoon, yaani molviyat woh hoon magar kaafir ho gaya hoon.</w:t>
      </w:r>
    </w:p>
    <w:p>
      <w:pPr>
        <w:jc w:val="right"/>
      </w:pPr>
      <w:r>
        <w:t>اسکیٹائٹلہے "کافر مول وی"۔ نعوذباللہمیرےبارےمیںکہمیںکافرہوں، یعنی مولویتوہوںمگرکافرہوگیاہوں۔</w:t>
      </w:r>
    </w:p>
    <w:p>
      <w:r>
        <w:rPr>
          <w:b/>
        </w:rPr>
        <w:t xml:space="preserve">[47:53] </w:t>
      </w:r>
      <w:r>
        <w:t>kaafir bol, mere paas molvi se aa kar dekh lijiye, aap</w:t>
      </w:r>
    </w:p>
    <w:p>
      <w:pPr>
        <w:jc w:val="right"/>
      </w:pPr>
      <w:r>
        <w:t>کافر بول ،میرےپاسمولویسےآکردیکھلیجئے،آپ</w:t>
      </w:r>
    </w:p>
    <w:p>
      <w:r>
        <w:rPr>
          <w:b/>
        </w:rPr>
        <w:t xml:space="preserve">[47:57] </w:t>
      </w:r>
      <w:r>
        <w:t>kuch bhi keh dete hain jo jis ki je mein aata hai. to woh meri arz par, meri izzat par hamla kar rahe hain log jo ke haram hai.</w:t>
      </w:r>
    </w:p>
    <w:p>
      <w:pPr>
        <w:jc w:val="right"/>
      </w:pPr>
      <w:r>
        <w:t>کچھبھیکہہدیتےہیںجو جسکی جیمیںآتاہے۔ تووہ میریعرضپر،میریعزتپر حمل ہکررہےہیںلوگ جو کہحرامہے۔</w:t>
      </w:r>
    </w:p>
    <w:p>
      <w:r>
        <w:rPr>
          <w:b/>
        </w:rPr>
        <w:t xml:space="preserve">[48:08] </w:t>
      </w:r>
      <w:r>
        <w:t>to fa'al haram ko mart kab ho rahe hain. kyun? Allah ke darr nahin hai in ko. to yaad rakhiye, speed jab ghayeb hoti hai to khauf e khuda ghayeb ho jata hai.</w:t>
      </w:r>
    </w:p>
    <w:p>
      <w:pPr>
        <w:jc w:val="right"/>
      </w:pPr>
      <w:r>
        <w:t>تو فعلحرامکومرت کبہورہےہیں۔ کیوں ؟اللہ کےڈرنہیںہےانکو۔ تویادرکھیے،اسپیریٹجبغائبہوتیہےتو خوفخداغائبہوجاتا ہے۔</w:t>
      </w:r>
    </w:p>
    <w:p>
      <w:r>
        <w:rPr>
          <w:b/>
        </w:rPr>
        <w:t xml:space="preserve">[48:18] </w:t>
      </w:r>
      <w:r>
        <w:t>aur khauf e khuda jab ghayeb ho jaye to aap kuch bhi karenge, kuch bhi karenge aap.</w:t>
      </w:r>
    </w:p>
    <w:p>
      <w:pPr>
        <w:jc w:val="right"/>
      </w:pPr>
      <w:r>
        <w:t>اورخوفخداجبغائبہوجائے تو آپکچھبھیکریںگے، کچھبھیکریںگےآپ ۔</w:t>
      </w:r>
    </w:p>
    <w:p>
      <w:r>
        <w:rPr>
          <w:b/>
        </w:rPr>
        <w:t xml:space="preserve">[48:29] </w:t>
      </w:r>
      <w:r>
        <w:t>to bohat hi zyada aadmi ko sochna hai, bohat zyada is ko yaani Quran ka muta'ala karna hai, hadees ka muta'ala karna hai, rasool Allah ki seerat ka muta'ala karna hai, sahaba ke halaat ka muta'ala karna hai.</w:t>
      </w:r>
    </w:p>
    <w:p>
      <w:pPr>
        <w:jc w:val="right"/>
      </w:pPr>
      <w:r>
        <w:t>تو بہت ہی زیادہ آدمیکو سوچناہے، بہتزیادہ اسکو یعنی قرآنکامطالعہکرناہے، حدیثکامطالعہکرناہے، رسولاللہ کیسیرتکامطالعہکرناہے، صحابہ کےحالاتکامطالعہکرناہے۔</w:t>
      </w:r>
    </w:p>
    <w:p>
      <w:r>
        <w:rPr>
          <w:b/>
        </w:rPr>
        <w:t xml:space="preserve">[48:47] </w:t>
      </w:r>
      <w:r>
        <w:t>aur phir apne ko asas se jaanchna hai</w:t>
      </w:r>
    </w:p>
    <w:p>
      <w:pPr>
        <w:jc w:val="right"/>
      </w:pPr>
      <w:r>
        <w:t>اورپھر اپنے کو اساسسے جانچناہے</w:t>
      </w:r>
    </w:p>
    <w:p>
      <w:r>
        <w:rPr>
          <w:b/>
        </w:rPr>
        <w:t xml:space="preserve">[48:53] </w:t>
      </w:r>
      <w:r>
        <w:t>keh main kaisa hoon, woh kaise the? woh log</w:t>
      </w:r>
    </w:p>
    <w:p>
      <w:pPr>
        <w:jc w:val="right"/>
      </w:pPr>
      <w:r>
        <w:t>کہ میں کیساہوں،وہ کیسے تھے؟وہلوگ</w:t>
      </w:r>
    </w:p>
    <w:p>
      <w:r>
        <w:rPr>
          <w:b/>
        </w:rPr>
        <w:t xml:space="preserve">[48:57] </w:t>
      </w:r>
      <w:r>
        <w:t>jaise ek sahib, taqreerein, ek sahib hain jo bohat taqreerein karte hain aur bohat un ki maqbooliyat ho rahi hai. TV pe aate hain aur bohat un ka dhoom dhaam aaj kal hai.</w:t>
      </w:r>
    </w:p>
    <w:p>
      <w:pPr>
        <w:jc w:val="right"/>
      </w:pPr>
      <w:r>
        <w:t>جیسےایکصاحب، تقریریں،ایکصاحبہیںجو بہت تقریریںکرتےہیںاور بہت انکیمقبولیتہورہیہے۔ٹیویپہآتےہیںاوربہت انکادھومدھامآجکلہے۔</w:t>
      </w:r>
    </w:p>
    <w:p>
      <w:r>
        <w:rPr>
          <w:b/>
        </w:rPr>
        <w:t xml:space="preserve">[49:08] </w:t>
      </w:r>
      <w:r>
        <w:t>to un ke ek ek sahib jo un ke jalason mein jaate the, un mein mere paas aaye aur bohat tareefein karne lage. dekhiye, woh Islam ke, Islam ke, Islam ka bohat bada kaam kar rahe hain.</w:t>
      </w:r>
    </w:p>
    <w:p>
      <w:pPr>
        <w:jc w:val="right"/>
      </w:pPr>
      <w:r>
        <w:t>تو انکے ایک ایکصاحبجوانکے جلسوںمیںجاتےتھے، انمیں میرےپاسآئےاوربڑیتعریفیںکرنےلگے۔دیکھیے،وہاسلام کے، اسلام کے ، اسلام کابہتبڑاکامکررہےہیں۔</w:t>
      </w:r>
    </w:p>
    <w:p>
      <w:r>
        <w:rPr>
          <w:b/>
        </w:rPr>
        <w:t xml:space="preserve">[49:20] </w:t>
      </w:r>
      <w:r>
        <w:t>main ne un se poocha keh jab woh taqreerein karte hain to un ke jalase mein taaliyan bajti hain. unhon ne kaha haan, taaliyan bajti hain, hum bhi bajate hain taaliyan.</w:t>
      </w:r>
    </w:p>
    <w:p>
      <w:pPr>
        <w:jc w:val="right"/>
      </w:pPr>
      <w:r>
        <w:t>میںنےانسےپوچھا کہجب وہ تقریریںکرتےہیں تو انکےجلسےمیںتالیاںبجتیہیں۔ انہوںنےکہاہاں،تالیاںبجتیہیں،ہمبھیبجاتےہیںتالیاں۔</w:t>
      </w:r>
    </w:p>
    <w:p>
      <w:r>
        <w:rPr>
          <w:b/>
        </w:rPr>
        <w:t xml:space="preserve">[49:32] </w:t>
      </w:r>
      <w:r>
        <w:t>to main ne poocha keh rasool Allah sallallahu alaihi wasallam bolte the, sahaba sunne wale hote the. to kaisa sahaba taali bajate the. keh naheen.</w:t>
      </w:r>
    </w:p>
    <w:p>
      <w:pPr>
        <w:jc w:val="right"/>
      </w:pPr>
      <w:r>
        <w:t>تومیںنےپوچھاکہ رسولاللہصلیاللہعلیہوسلمبولتےتھے، صحابہ سننےوالے ہوتےتھے۔ توکہاصحابہتالیبجاتےتھے۔ کہانہیں۔</w:t>
      </w:r>
    </w:p>
    <w:p>
      <w:r>
        <w:rPr>
          <w:b/>
        </w:rPr>
        <w:t xml:space="preserve">[49:42] </w:t>
      </w:r>
      <w:r>
        <w:t>to main ne kaha jo kaam sahaba ne nahin kiya, woh to galat, woh to galat hai.</w:t>
      </w:r>
    </w:p>
    <w:p>
      <w:pPr>
        <w:jc w:val="right"/>
      </w:pPr>
      <w:r>
        <w:t>تو میںنےکہا جوکام صحابہنےنہیںکیا، وہیتوغلط،وہیتوغلطہے۔</w:t>
      </w:r>
    </w:p>
    <w:p>
      <w:r>
        <w:rPr>
          <w:b/>
        </w:rPr>
        <w:t xml:space="preserve">[49:49] </w:t>
      </w:r>
      <w:r>
        <w:t>man at si bamar nahiz mal sab yin fard</w:t>
      </w:r>
    </w:p>
    <w:p>
      <w:pPr>
        <w:jc w:val="right"/>
      </w:pPr>
      <w:r>
        <w:t>من ات سى بامرناهذا مال سب ين فرد</w:t>
      </w:r>
    </w:p>
    <w:p>
      <w:r>
        <w:rPr>
          <w:b/>
        </w:rPr>
        <w:t xml:space="preserve">[49:56] </w:t>
      </w:r>
      <w:r>
        <w:t>to phar maine kaha ke dekhiye, saada baat nahin hai. agar aap ke andar Allah ka shaoor zinda ho, aakhirat ki fikr zinda ho, deen ki spirit zinda ho to kya hoga?</w:t>
      </w:r>
    </w:p>
    <w:p>
      <w:pPr>
        <w:jc w:val="right"/>
      </w:pPr>
      <w:r>
        <w:t>توپھرمیںنےکہاکہدیکھیے،سادہباتنہیںہے۔ اگر آپ کےاندر اللہ کا شعورزندہہو ، آخرتکافکرزندہہو ، دینکیاسپیریٹزندہہو توکیاہوگا؟</w:t>
      </w:r>
    </w:p>
    <w:p>
      <w:r>
        <w:rPr>
          <w:b/>
        </w:rPr>
        <w:t xml:space="preserve">[50:11] </w:t>
      </w:r>
      <w:r>
        <w:t>muqarrir ki aawaz jab sunenge aap to sochne lagenge, sochenge. agar zinda nahin hai to taliyan bajayenge, hawa karenge.</w:t>
      </w:r>
    </w:p>
    <w:p>
      <w:pPr>
        <w:jc w:val="right"/>
      </w:pPr>
      <w:r>
        <w:t>مقررکیآوازجبسنیںگےآپ تو سوچنےلگیںگے، سوچیںگے۔ اگر زندہنہیںہےتوتالیاںبجائیںگے،ہوا کریںگے۔</w:t>
      </w:r>
    </w:p>
    <w:p>
      <w:r>
        <w:rPr>
          <w:b/>
        </w:rPr>
        <w:t xml:space="preserve">[50:21] </w:t>
      </w:r>
      <w:r>
        <w:t>misal ke taur par dekhiye, ek hadith hai al qais man daan nafs ho wa amal lima ba'd al maut</w:t>
      </w:r>
    </w:p>
    <w:p>
      <w:pPr>
        <w:jc w:val="right"/>
      </w:pPr>
      <w:r>
        <w:t>مثالکےطورپردیکھیے،ایکحدیثہے الق یس من دان نفس ہ وع مل لمابعد الموت</w:t>
      </w:r>
    </w:p>
    <w:p>
      <w:r>
        <w:rPr>
          <w:b/>
        </w:rPr>
        <w:t xml:space="preserve">[50:33] </w:t>
      </w:r>
      <w:r>
        <w:t>farz kijiye ke jab jibr Rasool Allah sal Allah alaih wa sallam ne yeh hadith sunai hogi, yeh baat kahi hogi sahaba ke samne to main sochta hoon ke kya sahaba ne taliyan bajai hongi?</w:t>
      </w:r>
    </w:p>
    <w:p>
      <w:pPr>
        <w:jc w:val="right"/>
      </w:pPr>
      <w:r>
        <w:t>فرضکیجئےکہ جب جبرسولاللہصلیاللہعلیہوسلمنےیہحدیث سنائیہوگی، یہباتکہیہوگی صحابہکےسامنے تو میںسوچتاہوںکہ کیا صحابہنےتالیاںبجائیہوںگی؟</w:t>
      </w:r>
    </w:p>
    <w:p>
      <w:r>
        <w:rPr>
          <w:b/>
        </w:rPr>
        <w:t xml:space="preserve">[50:45] </w:t>
      </w:r>
      <w:r>
        <w:t>yeh kaise tali bajaye? koi shakhs is par al qais man daan nafs ho wa amal lima ba'd al maut</w:t>
      </w:r>
    </w:p>
    <w:p>
      <w:pPr>
        <w:jc w:val="right"/>
      </w:pPr>
      <w:r>
        <w:t>یہ کیسےتالیبجائے؟کوئیشخص اسپر الق یس من دار نفس ہ وع مل لمابعد الموت</w:t>
      </w:r>
    </w:p>
    <w:p>
      <w:r>
        <w:rPr>
          <w:b/>
        </w:rPr>
        <w:t xml:space="preserve">[50:55] </w:t>
      </w:r>
      <w:r>
        <w:t>iska matlab hai ke daan shamand woh hai jo apne nafs ko qabu mein rakhe, apni khwahishat ko qabu mein rakhe.</w:t>
      </w:r>
    </w:p>
    <w:p>
      <w:pPr>
        <w:jc w:val="right"/>
      </w:pPr>
      <w:r>
        <w:t>اسکامطلبہےکہدان شمندوہہے جو اپنےنفس کوقابومیںرکھے، اپنیخواہشاتکوقابومیںرکھے۔</w:t>
      </w:r>
    </w:p>
    <w:p>
      <w:r>
        <w:rPr>
          <w:b/>
        </w:rPr>
        <w:t xml:space="preserve">[51:07] </w:t>
      </w:r>
      <w:r>
        <w:t>aur ab maut ke baad jo aane wali dunya, aakhirat, uske aitbar se amal kare.</w:t>
      </w:r>
    </w:p>
    <w:p>
      <w:pPr>
        <w:jc w:val="right"/>
      </w:pPr>
      <w:r>
        <w:t>اور اب موت کےبعد جو آنےوالی دنیا ،آخرت،اسکےاعتبارسےعمل کرے۔</w:t>
      </w:r>
    </w:p>
    <w:p>
      <w:r>
        <w:rPr>
          <w:b/>
        </w:rPr>
        <w:t xml:space="preserve">[51:17] </w:t>
      </w:r>
      <w:r>
        <w:t>ab bataiye ke Rasool Allah sal Allah alaih wa sallam ne yeh farmaya aur wahan sahaba baithe hue hain to kya aap samajhte hain ke taliyan bajayenge? woh</w:t>
      </w:r>
    </w:p>
    <w:p>
      <w:pPr>
        <w:jc w:val="right"/>
      </w:pPr>
      <w:r>
        <w:t>اببتائیےکہرسولاللہصلیاللہعلیہوسلمنےیہفرمایا اوروہاں صحابہبیٹھےہوئےہیں توکیاآپسمجھتےہیںکہتالیاںبجائیںگے؟وہ</w:t>
      </w:r>
    </w:p>
    <w:p>
      <w:r>
        <w:rPr>
          <w:b/>
        </w:rPr>
        <w:t xml:space="preserve">[51:24] </w:t>
      </w:r>
      <w:r>
        <w:t>har aadmi sochega, sochega ke bhai kya main aisa kar raha hoon? kya main apni khwahishon par control kiya hua hoon?</w:t>
      </w:r>
    </w:p>
    <w:p>
      <w:pPr>
        <w:jc w:val="right"/>
      </w:pPr>
      <w:r>
        <w:t>ہرآدمیسوچےگا، سوچےگاکہ بھئیکیا میں ایسا کررہاہوں ؟کیا میں اپنیخواہشوںپرکنٹرولکیا ہواہوں؟</w:t>
      </w:r>
    </w:p>
    <w:p>
      <w:r>
        <w:rPr>
          <w:b/>
        </w:rPr>
        <w:t xml:space="preserve">[51:34] </w:t>
      </w:r>
      <w:r>
        <w:t>kya mere mere jo aamal, jo meri activities hain, woh aakhirat ki hain? yeh sochega woh, yani introspection aayega, muakhza aayega, apne aap ko jhanjorega.</w:t>
      </w:r>
    </w:p>
    <w:p>
      <w:pPr>
        <w:jc w:val="right"/>
      </w:pPr>
      <w:r>
        <w:t>کیا میرے میرےجواعمال ،جو میریایکٹیویٹیزہیں، وہ آخرترخی ہیں؟ یہسوچےگاوہ، یعنی انٹروسپیک شنآئےگا، مواخذہآئےگا، اپنےآپکوجھنجوڑےگا۔</w:t>
      </w:r>
    </w:p>
    <w:p>
      <w:r>
        <w:rPr>
          <w:b/>
        </w:rPr>
        <w:t xml:space="preserve">[51:51] </w:t>
      </w:r>
      <w:r>
        <w:t>kaise mumkin hai ke is tarah ki baat sune aadmi aur taliyan bajaye? kaise mumkin hai? bataiye to jis taqreer ke baad sam'een taliyan bajaye, samajh lijiye ke woh batil hai, woh taqreer batil hai,</w:t>
      </w:r>
    </w:p>
    <w:p>
      <w:pPr>
        <w:jc w:val="right"/>
      </w:pPr>
      <w:r>
        <w:t>کیسےممکنہےکہاسطرحکیباتسنےآدمی اورتالیاںبجائیں؟ کیسےممکنہے؟بتائیے تو جس تقریرکےبعد سامعینتالیاںبجائیں، سمجھلیجئےکہوہ باطلہے،وہتقریرباطلہے،</w:t>
      </w:r>
    </w:p>
    <w:p>
      <w:r>
        <w:rPr>
          <w:b/>
        </w:rPr>
        <w:t xml:space="preserve">[52:08] </w:t>
      </w:r>
      <w:r>
        <w:t>iska Islam se koi taluq nahin. jis taqreer ke baad aisa ho ke log sochne lagen, log apne andar jhankne lagen, apna muakhza karne lagen, introspection karne lagen,</w:t>
      </w:r>
    </w:p>
    <w:p>
      <w:pPr>
        <w:jc w:val="right"/>
      </w:pPr>
      <w:r>
        <w:t>اسکااسلام سےکوئیتعلقنہیں ۔ جس تقریرکےبعد ایسا ہو کہ لوگ سوچنےلگیں، لوگ اپنےاندرجھانکنےلگیں، اپنا مواخذہکرنے لگیں، انٹروسپیک شنکرنےلگیں،</w:t>
      </w:r>
    </w:p>
    <w:p>
      <w:r>
        <w:rPr>
          <w:b/>
        </w:rPr>
        <w:t xml:space="preserve">[52:22] </w:t>
      </w:r>
      <w:r>
        <w:t>yeh</w:t>
      </w:r>
    </w:p>
    <w:p>
      <w:pPr>
        <w:jc w:val="right"/>
      </w:pPr>
      <w:r>
        <w:t>یہ</w:t>
      </w:r>
    </w:p>
    <w:p>
      <w:r>
        <w:rPr>
          <w:b/>
        </w:rPr>
        <w:t xml:space="preserve">[52:23] </w:t>
      </w:r>
      <w:r>
        <w:t>jaiza lene lagen ke kya main jo kuch do tukmiya hai, aakhirat ke liye hai? to woh taqreer sahih tarikh, taqreer hai, woh Rasool Allah ki namo ke aswaqt ke mutabiq hai.</w:t>
      </w:r>
    </w:p>
    <w:p>
      <w:pPr>
        <w:jc w:val="right"/>
      </w:pPr>
      <w:r>
        <w:t>جائزہلینےلگیںکہکیا میںجوکچھ دوٹ ھوکمیریہے،آخرتکےلیےہے ؟تو وہ تقریرصحیحتاریخ ،تقریرہے،وہ رسولاللہ کی نم ونے کےاسوقتکےمطابق ہے۔</w:t>
      </w:r>
    </w:p>
    <w:p>
      <w:r>
        <w:rPr>
          <w:b/>
        </w:rPr>
        <w:t xml:space="preserve">[52:39] </w:t>
      </w:r>
      <w:r>
        <w:t>to hasiyat jab spirit nahin hai, jab spirit nahin rehti to hasiyat khatma ho jati hai. balke main kahunga ke criteria badal jata hai, criteria</w:t>
      </w:r>
    </w:p>
    <w:p>
      <w:pPr>
        <w:jc w:val="right"/>
      </w:pPr>
      <w:r>
        <w:t>تو حس اسیت جب اسپیریٹنہیںہے، جباسپیریٹنہیںرہتیتوحساسیتختمہوجاتیہے۔ بلکہ میںکہوںگاکہ کرائٹیریا بدلجاتا ہے، کرائٹیریا</w:t>
      </w:r>
    </w:p>
    <w:p>
      <w:r>
        <w:rPr>
          <w:b/>
        </w:rPr>
        <w:t xml:space="preserve">[52:51] </w:t>
      </w:r>
      <w:r>
        <w:t>yani miyar janchne ka badal jata hai. misal ke taur par dekhiye,</w:t>
      </w:r>
    </w:p>
    <w:p>
      <w:pPr>
        <w:jc w:val="right"/>
      </w:pPr>
      <w:r>
        <w:t>یعنی معیارجانچکابدلجاتا ہے۔ مثالکےطور پردیکھیے،</w:t>
      </w:r>
    </w:p>
    <w:p>
      <w:r>
        <w:rPr>
          <w:b/>
        </w:rPr>
        <w:t xml:space="preserve">[53:00] </w:t>
      </w:r>
      <w:r>
        <w:t>kai bar aisa hua ke ek shakhs mere paas aayega, kahega falan jamaat ka jalsa tha, wahan aap lakhon lakh ka thha log. ab bahut khush khush ho ke batayega ke itne hazar, itne lakh aadmi ka thha wahan.</w:t>
      </w:r>
    </w:p>
    <w:p>
      <w:pPr>
        <w:jc w:val="right"/>
      </w:pPr>
      <w:r>
        <w:t>کئیبار ایساہواکہایکشخصمیرےپاسآئےگا، کہےگافلاںجماعتکاجلسہتھا،وہاں آپ ل اکھوںلاکھاکٹھاتھےلوگ۔ اببہت خوشخوشہوکےبتائےگا کہ اتنے ہزار،اتنےلاکھآدمیاکٹھاتھےوہاں۔</w:t>
      </w:r>
    </w:p>
    <w:p>
      <w:r>
        <w:rPr>
          <w:b/>
        </w:rPr>
        <w:t xml:space="preserve">[53:14] </w:t>
      </w:r>
      <w:r>
        <w:t>ab main puchun, us se puchunga ke aap ka takao tha kya?</w:t>
      </w:r>
    </w:p>
    <w:p>
      <w:pPr>
        <w:jc w:val="right"/>
      </w:pPr>
      <w:r>
        <w:t>ابمیں پوچھوں،اسسےپوچھوںگا کہآپکا ٹیکاوےکیاتھا؟</w:t>
      </w:r>
    </w:p>
    <w:p>
      <w:r>
        <w:rPr>
          <w:b/>
        </w:rPr>
        <w:t xml:space="preserve">[53:19] </w:t>
      </w:r>
      <w:r>
        <w:t>yani wahan se kaun si ghizaye roohani le kar aaye aap? koi takao nahin. yani woh kahega main is mein shareek hua aur lakhon logon ka majma wahan tha aur waghera waghera. lekin jab us se takao pucha jaye to koi takao nahin.</w:t>
      </w:r>
    </w:p>
    <w:p>
      <w:pPr>
        <w:jc w:val="right"/>
      </w:pPr>
      <w:r>
        <w:t>یعنیوہاںسے کونسے غذائےروحانیلےکرآئےآپ؟ کوئیٹیکاوےنہیں ۔ یعنیوہکہےگامیںاسمیںشریکہوا اور لاکھوںلوگوںکا مجم عوہاںتھا اور وغیرہوغیرہ۔لیکن جب اسسےٹیکاوےپوچھاجائےتوکوئیٹیکاوےنہیں۔</w:t>
      </w:r>
    </w:p>
    <w:p>
      <w:r>
        <w:rPr>
          <w:b/>
        </w:rPr>
        <w:t xml:space="preserve">[53:36] </w:t>
      </w:r>
      <w:r>
        <w:t>takao ka matlab yeh hai ke wahan jo aap taqreerein suni, us se kya ghizaye roohani mili aap ko? kya sabak mila aap ko?</w:t>
      </w:r>
    </w:p>
    <w:p>
      <w:pPr>
        <w:jc w:val="right"/>
      </w:pPr>
      <w:r>
        <w:t>ٹیکاوےکامطلبیہہے کہ وہاںجو آپ تقریریںسنی،اسسےکیا غذائےروحانیملی آپکو ؟کیا سبقملاآپکو ؟</w:t>
      </w:r>
    </w:p>
    <w:p>
      <w:r>
        <w:rPr>
          <w:b/>
        </w:rPr>
        <w:t xml:space="preserve">[53:45] </w:t>
      </w:r>
      <w:r>
        <w:t>apne deen ke liye aap ko kya wahan se yani message mila aap ko? kuch nahin. yani bheed ka charcha aur takao kuch nahin.</w:t>
      </w:r>
    </w:p>
    <w:p>
      <w:pPr>
        <w:jc w:val="right"/>
      </w:pPr>
      <w:r>
        <w:t>اپنے دینکےلیےآپکوکیا وہاںسے یعنی میسجملاآپکو ؟ کچھ نہیں۔ یعنیبھیڑکاچرچا اور ٹیکاوےکچھنہیں ۔</w:t>
      </w:r>
    </w:p>
    <w:p>
      <w:r>
        <w:rPr>
          <w:b/>
        </w:rPr>
        <w:t xml:space="preserve">[53:58] </w:t>
      </w:r>
      <w:r>
        <w:t>to jab spirit nahin rahegi to criteria badal jayega, criteria miyar badal jayega. yani aap bheed, bheed ko samjhen ke bheed ko bhi koi kaam hai.</w:t>
      </w:r>
    </w:p>
    <w:p>
      <w:pPr>
        <w:jc w:val="right"/>
      </w:pPr>
      <w:r>
        <w:t>تو جب اسپیریٹنہیںرہےگیتو کرائٹیریابدلجائےگا، کرائٹیریا معیاربدلجائےگا۔یعنیآپ بھیڑ، بھیڑکوسمجھیںکہبھیڑکو بھیکوئیکام ہے۔</w:t>
      </w:r>
    </w:p>
    <w:p>
      <w:r>
        <w:rPr>
          <w:b/>
        </w:rPr>
        <w:t xml:space="preserve">[54:09] </w:t>
      </w:r>
      <w:r>
        <w:t>bheed ka kaam nahin hai, takao hai tab kaam hai.</w:t>
      </w:r>
    </w:p>
    <w:p>
      <w:pPr>
        <w:jc w:val="right"/>
      </w:pPr>
      <w:r>
        <w:t>بھیڑکامنہیںہے، ٹیکاوےہےتبکامہے۔</w:t>
      </w:r>
    </w:p>
    <w:p>
      <w:r>
        <w:rPr>
          <w:b/>
        </w:rPr>
        <w:t xml:space="preserve">[54:12] </w:t>
      </w:r>
      <w:r>
        <w:t>yani sabhi bheed mein jo ikattha hui hai, agar woh muqarrir ki baat sun kar ke kuch baat pai, unhon ne kuch unke shaoor mein, kuch rooh mein, kuch naya emergency hua to phir woh, phir woh deen hi tha, warna to unhon ne kuch bhin nahin tha, nothing tha.</w:t>
      </w:r>
    </w:p>
    <w:p>
      <w:pPr>
        <w:jc w:val="right"/>
      </w:pPr>
      <w:r>
        <w:t>یعنیاسبھیڑمیںجو اکٹھاہوئیہے، اگر وہ مقررکیباتسنکرکے کچھبات پائی،انہوںنے کچھانکے شعورمیں،کچھ روحمیں ،کچھ نیا ایمرجنسیہوا تو پھروہ ،پھروہ دینہیتھا،ورنہتو انہوںنےکچھبھینہیںتھا، نتھنگتھا۔</w:t>
      </w:r>
    </w:p>
    <w:p>
      <w:r>
        <w:rPr>
          <w:b/>
        </w:rPr>
        <w:t xml:space="preserve">[54:32] </w:t>
      </w:r>
      <w:r>
        <w:t>bheed bhaad ka ek tamasha tha.</w:t>
      </w:r>
    </w:p>
    <w:p>
      <w:pPr>
        <w:jc w:val="right"/>
      </w:pPr>
      <w:r>
        <w:t>بھیڑبھاڑکاایکتماشہتھا۔</w:t>
      </w:r>
    </w:p>
    <w:p>
      <w:r>
        <w:rPr>
          <w:b/>
        </w:rPr>
        <w:t xml:space="preserve">[54:37] </w:t>
      </w:r>
      <w:r>
        <w:t>to dekhiye, yeh sadah baat nahin hai, yeh sadah baat nahin hai. yeh bohat ziyadah sochne ki baat hai.</w:t>
      </w:r>
    </w:p>
    <w:p>
      <w:pPr>
        <w:jc w:val="right"/>
      </w:pPr>
      <w:r>
        <w:t>تودیکھیے،یہسادہ باتنہیںہے، یہسادہباتنہیںہے۔ یہبہت زیادہ سوچنےکیبات ہے۔</w:t>
      </w:r>
    </w:p>
    <w:p>
      <w:r>
        <w:rPr>
          <w:b/>
        </w:rPr>
        <w:t xml:space="preserve">[54:47] </w:t>
      </w:r>
      <w:r>
        <w:t>mera apna jo tajruba hai, main kahoon ga ke is waqt jo musalman nahin, woh ek degenerated laot hain. poori poori qaum ek degenerated laot hai.</w:t>
      </w:r>
    </w:p>
    <w:p>
      <w:pPr>
        <w:jc w:val="right"/>
      </w:pPr>
      <w:r>
        <w:t>میرا اپنا جو تجربہہے،میںکہوںگاکہ اسوقت جومس لمانہیں، وہ ایک ڈی جنریٹڈلاٹہیں۔ پوریپوری قوم ایک ڈی جنریٹڈلاٹہے۔</w:t>
      </w:r>
    </w:p>
    <w:p>
      <w:r>
        <w:rPr>
          <w:b/>
        </w:rPr>
        <w:t xml:space="preserve">[54:59] </w:t>
      </w:r>
      <w:r>
        <w:t>na hum ne. aur kyun main kehta hoon aisa ke main apne zahiri tajrube mein dekh raha hoon ke logon ke andar na to mohabbat Khuda hai, na mohabbat Khuda hai, na khauf Khuda hai.</w:t>
      </w:r>
    </w:p>
    <w:p>
      <w:pPr>
        <w:jc w:val="right"/>
      </w:pPr>
      <w:r>
        <w:t>نہانمیں۔ اورکیوںمیںکہتاہوںایسا کہمیں اپنے ظاہریتجربےمیںدیکھرہاہوں کہ لوگوںکےاندرنہتومحبت خداہے، نہ محبت خداہے، نہ خوفخداہے۔</w:t>
      </w:r>
    </w:p>
    <w:p>
      <w:r>
        <w:rPr>
          <w:b/>
        </w:rPr>
        <w:t xml:space="preserve">[55:11] </w:t>
      </w:r>
      <w:r>
        <w:t>na yeh hai ke bolein to soch kar bolein ke kya bol rahe hain woh. kuch bhi keh den ge, kuch bhi keh den ge. ek sahabi sirf Sulah Sahab ne kaha ke apni zuban ki hifazat karo, zuban ki.</w:t>
      </w:r>
    </w:p>
    <w:p>
      <w:pPr>
        <w:jc w:val="right"/>
      </w:pPr>
      <w:r>
        <w:t>نہ یہہے کہ بولیںتو سوچکربولیںکہکیابولرہےہیںوہ۔ کچھبھیکہہدیںگے،کچھبھیکہہدیںگے۔ ایک صحابی صرف صلحصاحبنے کہاکہاپنی زبان کیحفاظتکرو،زبان کی۔</w:t>
      </w:r>
    </w:p>
    <w:p>
      <w:r>
        <w:rPr>
          <w:b/>
        </w:rPr>
        <w:t xml:space="preserve">[55:26] </w:t>
      </w:r>
      <w:r>
        <w:t>to unhon ne kaha kya zuban ki hifazat bhi karna hai hum ko? is ki bhi humein, yaani woh bhi aisi cheez hai ke hum is ki hifazat karen.</w:t>
      </w:r>
    </w:p>
    <w:p>
      <w:pPr>
        <w:jc w:val="right"/>
      </w:pPr>
      <w:r>
        <w:t>توانہوںنےکہاکیا زبان کیحفاظت بھیکرناہےہمکو؟اسکیبھی ہمیں ،یعنیوہبھی ایسی چیزہےکہہماسکیحفاظتکریں۔</w:t>
      </w:r>
    </w:p>
    <w:p>
      <w:r>
        <w:rPr>
          <w:b/>
        </w:rPr>
        <w:t xml:space="preserve">[55:38] </w:t>
      </w:r>
      <w:r>
        <w:t>to aap ne farmaya ke zuban se jo bolte ho, wohi to woh jahannum mein le aane wali hai. zuban ki khataiyan to aadmi ko jahannum mein le jayen gi.</w:t>
      </w:r>
    </w:p>
    <w:p>
      <w:pPr>
        <w:jc w:val="right"/>
      </w:pPr>
      <w:r>
        <w:t>توآپنےفرمایاکہ زبان سے جوبول تےہو ، وہیتووہجہنممیںلےآنےوالی ہے۔ زبان کیکھیتیاںہیتوآدمیکوجہنممیںلےجائیںگی۔</w:t>
      </w:r>
    </w:p>
    <w:p>
      <w:r>
        <w:rPr>
          <w:b/>
        </w:rPr>
        <w:t xml:space="preserve">[55:50] </w:t>
      </w:r>
      <w:r>
        <w:t>wa hal yakubburun naasu 'ala wujoohim illa asaani'ul alsinati</w:t>
      </w:r>
    </w:p>
    <w:p>
      <w:pPr>
        <w:jc w:val="right"/>
      </w:pPr>
      <w:r>
        <w:t>وَهَلْيَكُبُّرُالنَّاسُعَلَىوَجُوهِمْإِلَّا أَصَاعَدُواالْسِنَةِ</w:t>
      </w:r>
    </w:p>
    <w:p>
      <w:r>
        <w:rPr>
          <w:b/>
        </w:rPr>
        <w:t xml:space="preserve">[55:56] </w:t>
      </w:r>
      <w:r>
        <w:t>ab mujhe bataiye ke kitne log hain hamari is qaum mein jo bolein to soch kar bolein ke meri yeh, main jo bol raha hoon, woh farishte record kar len ge aur aakhir mein mere saamne pesh karen ge. woh Allah ke saamne kitne log aise hain, kuch bhi bolte hain, bas kuch bhi bolte hain.</w:t>
      </w:r>
    </w:p>
    <w:p>
      <w:pPr>
        <w:jc w:val="right"/>
      </w:pPr>
      <w:r>
        <w:t>ابمجھےبتائیےکہ کتنےلوگ ہیں ہماری اسقوممیں جو بولیںتوسوچکربولیں کہمیری یہ،میںجوبولرہاہوں،وہ فرشتےریکارڈکرلیںگے اور آخرتمیںمیرےسامنے پیشکریںگے۔وہ اللہ کےسامنے کتنےلوگ ایسےہیں، کچھبھیبول تےہیں،بس کچھبھیبولتےہیں۔</w:t>
      </w:r>
    </w:p>
    <w:p>
      <w:r>
        <w:rPr>
          <w:b/>
        </w:rPr>
        <w:t xml:space="preserve">[56:17] </w:t>
      </w:r>
      <w:r>
        <w:t>yeh soche baghair ke un ka jo bola hua lafz hai, woh Allah ke haan likh gaya. ab un se poocha jayega ke tum ne aisa lafz kyun kaha tha?</w:t>
      </w:r>
    </w:p>
    <w:p>
      <w:pPr>
        <w:jc w:val="right"/>
      </w:pPr>
      <w:r>
        <w:t>یہسوچےبغیرکہ انکا جوبولاہوا لفظہے، وہ اللہ کےہاں لکھگیا۔ اب انسےپوچھاجائےگاکہتمنےایسالفظکیوںکہاتھا؟</w:t>
      </w:r>
    </w:p>
    <w:p>
      <w:r>
        <w:rPr>
          <w:b/>
        </w:rPr>
        <w:t xml:space="preserve">[56:27] </w:t>
      </w:r>
      <w:r>
        <w:t>aisa lafz kyun kaha tha?</w:t>
      </w:r>
    </w:p>
    <w:p>
      <w:pPr>
        <w:jc w:val="right"/>
      </w:pPr>
      <w:r>
        <w:t>ایسالفظکیوںکہاتھا؟</w:t>
      </w:r>
    </w:p>
    <w:p>
      <w:r>
        <w:rPr>
          <w:b/>
        </w:rPr>
        <w:t xml:space="preserve">[56:31] </w:t>
      </w:r>
      <w:r>
        <w:t>ek hi cheez ko agar aap le kar ke aap jaanchen logon ko ke kya log bolte hain to soch soch ke bolte hain. is se hi aap jaan len ge aap ke aadmi spirit ghayab hai, spirit ghayab hai. bilkul</w:t>
      </w:r>
    </w:p>
    <w:p>
      <w:pPr>
        <w:jc w:val="right"/>
      </w:pPr>
      <w:r>
        <w:t>ایکہیچیز کواگرآپ لےکرکےآپجانچیںلوگوںکو کہکیا لوگ بولتےہیںتو سوچسوچکےبولتےہیں۔ اسیسےآپجان لیںگےآپکے آدمی اسپیریٹغائبہے، اسپیریٹغائبہے۔بالکل</w:t>
      </w:r>
    </w:p>
    <w:p>
      <w:r>
        <w:rPr>
          <w:b/>
        </w:rPr>
        <w:t xml:space="preserve">[56:50] </w:t>
      </w:r>
      <w:r>
        <w:t>to yaad rakhiye, log samajhte hain ke bheed bhaad jama kar lo aur aur naare laga do aur street yaani sarkon par yaani hujoom jama kar lo aur ek sadak ke mauqe par logon se waade kar lo waghera waghera.</w:t>
      </w:r>
    </w:p>
    <w:p>
      <w:pPr>
        <w:jc w:val="right"/>
      </w:pPr>
      <w:r>
        <w:t>تو یادرکھیے، لوگ سمجھتےہیںکہبھیڑبھاڑاکٹھاکرلو اور اور نعرےلگادو اور اسٹریٹ یعنیسڑکوںپر یعنی ہجوم اکٹھاکردو اور ایک سڑککےموقعپرلوگوںسے وعدےکرلو وغیرہوغیرہ۔</w:t>
      </w:r>
    </w:p>
    <w:p>
      <w:r>
        <w:rPr>
          <w:b/>
        </w:rPr>
        <w:t xml:space="preserve">[57:10] </w:t>
      </w:r>
      <w:r>
        <w:t>is se kuch nahin hone wala hai, kuch bhi nahin hone wala hai. Islam ki spirit ko zinda</w:t>
      </w:r>
    </w:p>
    <w:p>
      <w:pPr>
        <w:jc w:val="right"/>
      </w:pPr>
      <w:r>
        <w:t>اسسےکچھنہیںہونےوالاہے، کچھبھینہیںہونےوالاہے۔ اسلام کیاسپیریٹکوزند</w:t>
      </w:r>
    </w:p>
    <w:p>
      <w:r>
        <w:rPr>
          <w:b/>
        </w:rPr>
        <w:t xml:space="preserve">[57:17] </w:t>
      </w:r>
      <w:r>
        <w:t>karna hai. Islam ki spirit zinda hogi to Allah ka shaoor zinda hoga, Allah se mohabbat aayegi, logon ke andar Allah ka khauf logon ke andar aayega.</w:t>
      </w:r>
    </w:p>
    <w:p>
      <w:pPr>
        <w:jc w:val="right"/>
      </w:pPr>
      <w:r>
        <w:t>ہکرناہے۔ اسلام کیاسپیریٹزندہہوگی تو اللہ کاشعورزندہہوگا، اللہ سےمحبتآئےگی،لوگوںکےاندر اللہ کاخوفلوگوںکےاندرآئےگا۔</w:t>
      </w:r>
    </w:p>
    <w:p>
      <w:r>
        <w:rPr>
          <w:b/>
        </w:rPr>
        <w:t xml:space="preserve">[57:29] </w:t>
      </w:r>
      <w:r>
        <w:t>hashr ka maidan mein kya pesh aane wala hai, is ko log sochen ge, sochen ge. aur phir poori thinking badlegi, poori soch badlegi, poora shakhs hi badlega.</w:t>
      </w:r>
    </w:p>
    <w:p>
      <w:pPr>
        <w:jc w:val="right"/>
      </w:pPr>
      <w:r>
        <w:t>حشر کامیدان میںکیاپیش آنےوالاہے،اسکولوگسوچیںگے،سوچیںگے۔ اورپھرپوری تھنکنگبدلےگی، پوریسوچبدلےگی، پوریشخص یتبدلےگی۔</w:t>
      </w:r>
    </w:p>
    <w:p>
      <w:r>
        <w:rPr>
          <w:b/>
        </w:rPr>
        <w:t xml:space="preserve">[57:39] </w:t>
      </w:r>
      <w:r>
        <w:t>ek naya insaan emerge karega. to yeh sab karna hai.</w:t>
      </w:r>
    </w:p>
    <w:p>
      <w:pPr>
        <w:jc w:val="right"/>
      </w:pPr>
      <w:r>
        <w:t>ایک نیاانسان ایمرجکرےگا۔ تویہسب کرناہے۔</w:t>
      </w:r>
    </w:p>
    <w:p>
      <w:r>
        <w:rPr>
          <w:b/>
        </w:rPr>
        <w:t xml:space="preserve">[57:47] </w:t>
      </w:r>
      <w:r>
        <w:t>koi koi simple formula is ka nahin hai, koi bhi simple formula nahin hai.</w:t>
      </w:r>
    </w:p>
    <w:p>
      <w:pPr>
        <w:jc w:val="right"/>
      </w:pPr>
      <w:r>
        <w:t>کوئی کوئیسمپلفار مولااسکانہیںہے، کوئیبھیسمپلفارمولانہیںہے۔</w:t>
      </w:r>
    </w:p>
    <w:p>
      <w:r>
        <w:rPr>
          <w:b/>
        </w:rPr>
        <w:t xml:space="preserve">[57:59] </w:t>
      </w:r>
      <w:r>
        <w:t>spirit ko zinda jab tak nahin kiya jayega, tab tak kuch bhi nahin hone wala hai. yeh zahiri aamal jo hain, zahiri form jo hai, is par kitni bheed bhaad ho, kuch bhi is ka hungama karen, is se kuch nahin hone wala hai.</w:t>
      </w:r>
    </w:p>
    <w:p>
      <w:pPr>
        <w:jc w:val="right"/>
      </w:pPr>
      <w:r>
        <w:t>اسپیریٹکوزند ہ جبتکنہیں کیاجائےگا، تب تک کچھبھینہیںہونے والاہے۔ یہ ظاہریاعمالجوہیں، ظاہری فارمجوہے، اسپر کتنیبھیڑبھاڑ ہو،کچھبھیاسکا ہنگامہکریں،اسسےکچھنہیںہونےوالاہے۔</w:t>
      </w:r>
    </w:p>
    <w:p>
      <w:r>
        <w:rPr>
          <w:b/>
        </w:rPr>
        <w:t xml:space="preserve">[58:14] </w:t>
      </w:r>
      <w:r>
        <w:t>jo dakhli spirit hai, is ko zinda karna hai. jo kuch hoga, usi waqt hoga jab ke dakhli spirit zinda ho chuki ho.</w:t>
      </w:r>
    </w:p>
    <w:p>
      <w:pPr>
        <w:jc w:val="right"/>
      </w:pPr>
      <w:r>
        <w:t>جو داخلیاسپیریٹہے،اسکوزندہکرناہے۔ جو کچھ ہوگا، اسیوقتہوگاجب کہ داخلیاسپیریٹ زندہہوچکیہو ۔</w:t>
      </w:r>
    </w:p>
    <w:p>
      <w:r>
        <w:rPr>
          <w:b/>
        </w:rPr>
        <w:t xml:space="preserve">[58:25] </w:t>
      </w:r>
      <w:r>
        <w:t>saara focus hum ko isi par daalna hai, saari mehnat isi par lagana hai. jo log form par mehnat kar rahe hain, un ko jaanna chahiye ke form par mehnat karna aise hai jaise pathar mein beej daalna.</w:t>
      </w:r>
    </w:p>
    <w:p>
      <w:pPr>
        <w:jc w:val="right"/>
      </w:pPr>
      <w:r>
        <w:t>سارافوکس ہمکواسیپرڈالناہے، ساری مح نت اسیپر لگاناہے۔ جولوگ فارمپرمحنتکررہےہیں، انکوجانناچاہیےکہفارمپرمحنتکرنا ایسےہےجیسے پتھرمیں بیجڈالنا۔</w:t>
      </w:r>
    </w:p>
    <w:p>
      <w:r>
        <w:rPr>
          <w:b/>
        </w:rPr>
        <w:t xml:space="preserve">[58:43] </w:t>
      </w:r>
      <w:r>
        <w:t>pathar mein beej daalte rahen ge, kabhi khetiyan nahin ugen gi. is tarah form par mehnat karte rahen ge, kabhi na insaan paida hon ge, na kuch.</w:t>
      </w:r>
    </w:p>
    <w:p>
      <w:pPr>
        <w:jc w:val="right"/>
      </w:pPr>
      <w:r>
        <w:t>پتھرمیںبیجڈالتےرہیے،کبھیکھیتینہیںاگےگی۔ اسطرحفارمپرمحنتکرتے رہیے،کبھی نہانسان پیدا ہوںگے، نہکچھ ۔</w:t>
      </w:r>
    </w:p>
    <w:p>
      <w:r>
        <w:rPr>
          <w:b/>
        </w:rPr>
        <w:t xml:space="preserve">[58:53] </w:t>
      </w:r>
      <w:r>
        <w:t>to main dua karta hoon Allah ta'ala se ke hum aap ko Allah ta'ala sahi raaste par chalaye aur hum logon ke liye sahi raaste, sahi qism ke da'i ban kar Allah ki marzi poori kar saken.</w:t>
      </w:r>
    </w:p>
    <w:p>
      <w:pPr>
        <w:jc w:val="right"/>
      </w:pPr>
      <w:r>
        <w:t>تومیںدعاکرتاہوںاللہ تعالیسے کہہمآپ کواللہتعالی صحیح راستےپرچلائے اور ہملوگوںکےلیے صح یحراست، صحیحقسم کےداعی بن کر اللہ کیمرضیپوریکرسکیں۔</w:t>
      </w:r>
    </w:p>
    <w:p>
      <w:r>
        <w:rPr>
          <w:b/>
        </w:rPr>
        <w:t xml:space="preserve">[59:07] </w:t>
      </w:r>
      <w:r>
        <w:t>aqoolu qawli hadha wa astaghfirullaha li wa lakum ajma'een</w:t>
      </w:r>
    </w:p>
    <w:p>
      <w:pPr>
        <w:jc w:val="right"/>
      </w:pPr>
      <w:r>
        <w:t>أقول قوليهذا واستغفر اللہليولكماجمعین</w:t>
      </w:r>
    </w:p>
    <w:p>
      <w:r>
        <w:rPr>
          <w:b/>
        </w:rPr>
        <w:t xml:space="preserve">[59:25] </w:t>
      </w:r>
      <w:r>
        <w:t>Maulana, yeh sawaal Abdul Latif sahab ka aaya hai Karachi Pakistan se. Unhon</w:t>
      </w:r>
    </w:p>
    <w:p>
      <w:pPr>
        <w:jc w:val="right"/>
      </w:pPr>
      <w:r>
        <w:t>مولانا،یہسوال عبداللطیف صاحبکاآیاہے کراچی پاکستانسے ۔انہوں</w:t>
      </w:r>
    </w:p>
    <w:p>
      <w:r>
        <w:rPr>
          <w:b/>
        </w:rPr>
        <w:t xml:space="preserve">[59:31] </w:t>
      </w:r>
      <w:r>
        <w:t>ne likha hai: "Al Risala aur Madbu'aat Al Risala ko padhne ke bawajood</w:t>
      </w:r>
    </w:p>
    <w:p>
      <w:pPr>
        <w:jc w:val="right"/>
      </w:pPr>
      <w:r>
        <w:t>نے لکھاہے :" ال رسالہاور مد بوعات الرسالہکو پڑھنےکےباوجود</w:t>
      </w:r>
    </w:p>
    <w:p>
      <w:r>
        <w:rPr>
          <w:b/>
        </w:rPr>
        <w:t xml:space="preserve">[59:37] </w:t>
      </w:r>
      <w:r>
        <w:t>اگر کوئی شخص میں کسی قسم کی تبدیلی نہ آئے اور اسکا lifestyle وہیہو جو الرسالہ پڑھنےسےپہلے تھا</w:t>
      </w:r>
    </w:p>
    <w:p>
      <w:pPr>
        <w:jc w:val="right"/>
      </w:pPr>
      <w:r>
        <w:t>اگر کوئی شخص میں کسی قسم کی تبدیلی نہ آئے اور اسکا لائفاسٹائل وہیہو جو الرسالہ پڑھنےسےپہلے تھا</w:t>
      </w:r>
    </w:p>
    <w:p>
      <w:r>
        <w:rPr>
          <w:b/>
        </w:rPr>
        <w:t xml:space="preserve">[59:47] </w:t>
      </w:r>
      <w:r>
        <w:t>toh hum aise shakhs ke baare mein kya rai rakhein ke woh Al Risala aur Madbu'aat Al Risala kis maqsad ke liye padh raha hai?</w:t>
      </w:r>
    </w:p>
    <w:p>
      <w:pPr>
        <w:jc w:val="right"/>
      </w:pPr>
      <w:r>
        <w:t>، توہم ایسے شخص کے بارےمیں کیا رائےرکھیں کہوہ الرسالہاور مد بوعات الرسالہ کس مقصدکےلیے پڑھرہاہے؟</w:t>
      </w:r>
    </w:p>
    <w:p>
      <w:r>
        <w:rPr>
          <w:b/>
        </w:rPr>
        <w:t xml:space="preserve">[59:58] </w:t>
      </w:r>
      <w:r>
        <w:t>is ke baray mein bataen."</w:t>
      </w:r>
    </w:p>
    <w:p>
      <w:pPr>
        <w:jc w:val="right"/>
      </w:pPr>
      <w:r>
        <w:t>اسکےبارےمیں بتائیں۔"</w:t>
      </w:r>
    </w:p>
    <w:p>
      <w:r>
        <w:rPr>
          <w:b/>
        </w:rPr>
        <w:t xml:space="preserve">[1:00:01] </w:t>
      </w:r>
      <w:r>
        <w:t>bhai,yehdekhiye,baat risale ke nahien hai, yeh to quran ke bare mein aur sari kitabon ke bare mein hai.</w:t>
      </w:r>
    </w:p>
    <w:p>
      <w:pPr>
        <w:jc w:val="right"/>
      </w:pPr>
      <w:r>
        <w:t>بھائی،یہدیکھیے،بات رسالےکینہیںہے، یہتو قرآنکےبارےمیں اور ساریکتاب وںکےبارےمیںہے۔</w:t>
      </w:r>
    </w:p>
    <w:p>
      <w:r>
        <w:rPr>
          <w:b/>
        </w:rPr>
        <w:t xml:space="preserve">[1:00:12] </w:t>
      </w:r>
      <w:r>
        <w:t>aap jante hain ke quran bahut logon ne parha rasool Allah aur sahaba ke zamaney mein, kuch asar hua, kuch asar nahin hua. yeh to alag cheez hai.</w:t>
      </w:r>
    </w:p>
    <w:p>
      <w:pPr>
        <w:jc w:val="right"/>
      </w:pPr>
      <w:r>
        <w:t>آپجانتےہیںکہ قرآن بہت لوگوںنےپڑھارسولاللہ اورصحابہکےزمان ےمیں ، کچھپہاثرہوا،کچھپہاثرنہیںہوا ۔ یہتو الگچیز ہے۔</w:t>
      </w:r>
    </w:p>
    <w:p>
      <w:r>
        <w:rPr>
          <w:b/>
        </w:rPr>
        <w:t xml:space="preserve">[1:00:24] </w:t>
      </w:r>
      <w:r>
        <w:t>aap ka kaam yeh hai ke aap apni dawat ki koshish jari rakhen.</w:t>
      </w:r>
    </w:p>
    <w:p>
      <w:pPr>
        <w:jc w:val="right"/>
      </w:pPr>
      <w:r>
        <w:t>آپ کا کام یہہےکہآپ اپنی دعوتیکوششجاریرکھ یں۔</w:t>
      </w:r>
    </w:p>
    <w:p>
      <w:r>
        <w:rPr>
          <w:b/>
        </w:rPr>
        <w:t xml:space="preserve">[1:00:31] </w:t>
      </w:r>
      <w:r>
        <w:t>innaka la tu'azziba man abhta walakin la il la ya'tazibu to aap ka kaam hai balagh pahuncha dena. baqi woh insan jo hai, usko hidayat hogi ya nahin hogi, yeh tamam tar uska apna muamla hai aur Allah ka muamla hai.</w:t>
      </w:r>
    </w:p>
    <w:p>
      <w:pPr>
        <w:jc w:val="right"/>
      </w:pPr>
      <w:r>
        <w:t>إِنَّكَ الْ تَعْذِيبَ مَنْأَبَحْتَوَلَاكَنَّلَاإِ لَّايَعْتِذِبُ توآپکا کام ہے بلاغ پہنچادینا۔ باقیوہ انسانجوہے، اسکو ہدایتہوگییانہیںہوگی، یہ تمام تراسکااپنامعاملہہےاوراللہ کامعاملہہے۔</w:t>
      </w:r>
    </w:p>
    <w:p>
      <w:r>
        <w:rPr>
          <w:b/>
        </w:rPr>
        <w:t xml:space="preserve">[1:00:48] </w:t>
      </w:r>
      <w:r>
        <w:t>yani usko soch kar ke ya usko le kar ke hum apni dawat planning nahin kar sakte.</w:t>
      </w:r>
    </w:p>
    <w:p>
      <w:pPr>
        <w:jc w:val="right"/>
      </w:pPr>
      <w:r>
        <w:t>یعنیاسکو سوچکرکے یااسکولےکرکےہماپنی دعوتیپلاننگنہیںکرسکتے۔</w:t>
      </w:r>
    </w:p>
    <w:p>
      <w:r>
        <w:rPr>
          <w:b/>
        </w:rPr>
        <w:t xml:space="preserve">[1:00:55] </w:t>
      </w:r>
      <w:r>
        <w:t>hamari dawat planning to zimmedari ke ehsas se honi chahiye ke Allah ki taraf se yeh duty hai ke hum logon tak pahunchaen.</w:t>
      </w:r>
    </w:p>
    <w:p>
      <w:pPr>
        <w:jc w:val="right"/>
      </w:pPr>
      <w:r>
        <w:t>ہماریدعوتیپلاننگتو ذمہداریکےاحساسسے ہونیچاہیے کہاللہ کیطرف سےیہڈیوٹیہےکہہم لوگوںتکپہنچائیں۔</w:t>
      </w:r>
    </w:p>
    <w:p>
      <w:r>
        <w:rPr>
          <w:b/>
        </w:rPr>
        <w:t xml:space="preserve">[1:01:05] </w:t>
      </w:r>
      <w:r>
        <w:t>bas baqi logon ka kaam hai ke waqt ka asar lete hain. yeh to hamesha hi sare paighambaron ke zamaney mein hua ke baat pahunchti hai to koi manta hai, koi nahin manta.</w:t>
      </w:r>
    </w:p>
    <w:p>
      <w:pPr>
        <w:jc w:val="right"/>
      </w:pPr>
      <w:r>
        <w:t>بس باقی لوگوںکاکامہےکہوقت کااثرلیتےہیں۔ یہتوہمیشہہیسارےپیغمبروںکےزمانےمیںہوا کہ باتپہنچتیہے توکوئیمانتاہے،کوئینہیںمانتا۔</w:t>
      </w:r>
    </w:p>
    <w:p>
      <w:r>
        <w:rPr>
          <w:b/>
        </w:rPr>
        <w:t xml:space="preserve">[1:01:18] </w:t>
      </w:r>
      <w:r>
        <w:t>to is zamaney mein ek exception kaise ho jayega? aap apna kaam jari rakhen aur dua karte rahen.</w:t>
      </w:r>
    </w:p>
    <w:p>
      <w:pPr>
        <w:jc w:val="right"/>
      </w:pPr>
      <w:r>
        <w:t>تو اسزمانےمیںایکسیسپشنکیسےہوجائےگا؟ آپ اپناکام جاریرکھیے اور دعاکرتے رہیے۔</w:t>
      </w:r>
    </w:p>
    <w:p>
      <w:r>
        <w:rPr>
          <w:b/>
        </w:rPr>
        <w:t xml:space="preserve">[1:01:26] </w:t>
      </w:r>
      <w:r>
        <w:t>yani dawat aur dua yeh two point formula hai hamare mission ka.</w:t>
      </w:r>
    </w:p>
    <w:p>
      <w:pPr>
        <w:jc w:val="right"/>
      </w:pPr>
      <w:r>
        <w:t>یعنی دعوتاوردعا یہ ٹوپوائنٹفارمولاہے ہمارےمشنکا ۔</w:t>
      </w:r>
    </w:p>
    <w:p>
      <w:r>
        <w:rPr>
          <w:b/>
        </w:rPr>
        <w:t xml:space="preserve">[1:01:34] </w:t>
      </w:r>
      <w:r>
        <w:t>maulana, agla sawal hai mukhtara ahmad sahab ka bihar se. unhon ne likha hai ke "God is one, but why plural pronouns like we are used in an English translation of Quran?"</w:t>
      </w:r>
    </w:p>
    <w:p>
      <w:pPr>
        <w:jc w:val="right"/>
      </w:pPr>
      <w:r>
        <w:t>مولانا،اگلاسوالہے مخت اراحمد صاحبکا بہارسے ۔انہوں نےلکھاہے کہ" گاڈاز ون ،بٹ وائی پلورل پروناؤنزلائک وی ار یوزڈانانگل ش ٹرانسلیشناف قرآن؟</w:t>
      </w:r>
    </w:p>
    <w:p>
      <w:r>
        <w:rPr>
          <w:b/>
        </w:rPr>
        <w:t xml:space="preserve">[1:01:48] </w:t>
      </w:r>
      <w:r>
        <w:t>example: we destroyed people, we saved them, etc. please explain why we is used.</w:t>
      </w:r>
    </w:p>
    <w:p>
      <w:pPr>
        <w:jc w:val="right"/>
      </w:pPr>
      <w:r>
        <w:t>ایگزیمپل: وی ڈسٹرائڈ پیپل، وی سیوڈدیم،ایٹسٹرہ۔ پلیز ایکسپلین وائیوی ازیوزڈ۔</w:t>
      </w:r>
    </w:p>
    <w:p>
      <w:r>
        <w:rPr>
          <w:b/>
        </w:rPr>
        <w:t xml:space="preserve">[1:01:56] </w:t>
      </w:r>
      <w:r>
        <w:t>"yeh koi sawal nahin hai, yeh to bilkul bekar ka sawal hai jo kuch log shoshe nikalte hain. per Allah ta'ala ne kahin wahid ke seghay istemal kiya hai, kahin jama ke seghay istemal kiya.</w:t>
      </w:r>
    </w:p>
    <w:p>
      <w:pPr>
        <w:jc w:val="right"/>
      </w:pPr>
      <w:r>
        <w:t>"یہ کوئیسوالنہیںہے،یہتوبالکل بیکارکاسوالہےجو کچھلوگ شوشہنکالتےہیں۔ پراللہتعالینےکہیں واحد کےصیغہاستعمالکیاہے،کہیںجمعکےصیغہاستعمالکیا۔</w:t>
      </w:r>
    </w:p>
    <w:p>
      <w:r>
        <w:rPr>
          <w:b/>
        </w:rPr>
        <w:t xml:space="preserve">[1:02:07] </w:t>
      </w:r>
      <w:r>
        <w:t>yeh to zaban ka usloob hai, hum bhi aisa karte hain, aap bhi aisa karte hain. kabhi main bolte hain, kabhi hum bolte hain. yeh to ghair zaroori shoshe hain jo chhodte hain log.</w:t>
      </w:r>
    </w:p>
    <w:p>
      <w:pPr>
        <w:jc w:val="right"/>
      </w:pPr>
      <w:r>
        <w:t>یہیہتوزبان کااسلوبہے،ہمبھیایساکرتے ہیں،آپبھیایساکرتے ہیں۔ کبھیمیںبول تےہیں،کبھیہمبولتےہیں۔ یہتوغیر ضروریشوشےہیںجو چھوڑتےہیںلوگ ۔</w:t>
      </w:r>
    </w:p>
    <w:p>
      <w:r>
        <w:rPr>
          <w:b/>
        </w:rPr>
        <w:t xml:space="preserve">[1:02:17] </w:t>
      </w:r>
      <w:r>
        <w:t>yeh har zaban mein aisa hota hai ke bolne wala aadmi kisi mauqe par "ana" kahega, kisi ko "yani main" kahega, kisi ko "hum" kahega.</w:t>
      </w:r>
    </w:p>
    <w:p>
      <w:pPr>
        <w:jc w:val="right"/>
      </w:pPr>
      <w:r>
        <w:t>یہ ہر زبان میںایساہوتاہےکہ بول نےوالاآدمیکسی موقعپر"انا"کہےگا، کسی کو" یعنی میں"کہےگا،کسیکو"ہم"کہےگا۔</w:t>
      </w:r>
    </w:p>
    <w:p>
      <w:r>
        <w:rPr>
          <w:b/>
        </w:rPr>
        <w:t xml:space="preserve">[1:02:28] </w:t>
      </w:r>
      <w:r>
        <w:t>kabhi kahin "I" kahega, kahin "we" kahega. yeh koi yeh koi shoshe hai, yeh koi masla nahin hai. jo log aise sawalat karen, unse ab unse aap bahas hi mat kijiye.</w:t>
      </w:r>
    </w:p>
    <w:p>
      <w:pPr>
        <w:jc w:val="right"/>
      </w:pPr>
      <w:r>
        <w:t>کبھیکہیں"آئی"کہےگا،کہیں"وی"کہےگا۔یہکوئی یہکوئیشوشہہے،یہکوئیمسئلہنہیںہے۔ جولوگ ایسےسوالاتکریں، انسےاب انسےآپبحثہیمتکیجئے۔</w:t>
      </w:r>
    </w:p>
    <w:p>
      <w:r>
        <w:rPr>
          <w:b/>
        </w:rPr>
        <w:t xml:space="preserve">[1:02:39] </w:t>
      </w:r>
      <w:r>
        <w:t>jo shoshe mein uljhe hue hain, unko unke liye to dua kijiye, bas aur kuch nahin.</w:t>
      </w:r>
    </w:p>
    <w:p>
      <w:pPr>
        <w:jc w:val="right"/>
      </w:pPr>
      <w:r>
        <w:t>جو شوشےمیںالجھےہوئےہیں،انکو انکےلیےتودعاکیجئے،بساورکچھنہیں۔</w:t>
      </w:r>
    </w:p>
    <w:p>
      <w:r>
        <w:rPr>
          <w:b/>
        </w:rPr>
        <w:t xml:space="preserve">[1:02:46] </w:t>
      </w:r>
      <w:r>
        <w:t>maulana, unka ek aur sawal hai. unhon ne likha hai ke "I have a son who is four years old. When some other boys beat him, I tell him not to take revenge.</w:t>
      </w:r>
    </w:p>
    <w:p>
      <w:pPr>
        <w:jc w:val="right"/>
      </w:pPr>
      <w:r>
        <w:t>مولانا،انکاایکاور سوال ہے۔ انہوںنےلکھاہےکہ "I have ason who is four years old . When some other bo ys beathim , I tellhim not totake rev enge.</w:t>
      </w:r>
    </w:p>
    <w:p>
      <w:r>
        <w:rPr>
          <w:b/>
        </w:rPr>
        <w:t xml:space="preserve">[1:02:57] </w:t>
      </w:r>
      <w:r>
        <w:t>but my younger brother forbids me to do so. he encourages to take revenge. who is right, me or my brother?" dekhiye, masla revenge lene ka nahin hai, masla result ka hai.</w:t>
      </w:r>
    </w:p>
    <w:p>
      <w:pPr>
        <w:jc w:val="right"/>
      </w:pPr>
      <w:r>
        <w:t>But my youngerbrother for bidsmetodo s o. He encourages to take rev enge. Whois right , meormybrother?" دیکھیے، مسئلہrev engeلینےکانہیںہے،مسئلہ result کاہے۔</w:t>
      </w:r>
    </w:p>
    <w:p>
      <w:r>
        <w:rPr>
          <w:b/>
        </w:rPr>
        <w:t xml:space="preserve">[1:03:14] </w:t>
      </w:r>
      <w:r>
        <w:t>jo log revenge lete hain, unki misalen maazi mein bhi hain, aaj bhi hain. revenge le kar result kya nikla? revenge le kar result kya nikla?</w:t>
      </w:r>
    </w:p>
    <w:p>
      <w:pPr>
        <w:jc w:val="right"/>
      </w:pPr>
      <w:r>
        <w:t>جو لوگ rev engeلیتےہیں، انکیمثالیںماضیمیںبھیہیں،آجبھیہیں۔ Rev engeلےکرresult کیانکلا؟ Rev engeلےکرresult کیانکلا؟</w:t>
      </w:r>
    </w:p>
    <w:p>
      <w:r>
        <w:rPr>
          <w:b/>
        </w:rPr>
        <w:t xml:space="preserve">[1:03:26] </w:t>
      </w:r>
      <w:r>
        <w:t>yeh dekhiye, mere paas ek sahab aaye, bahut gussa the ke falan aadmi ne mere sath aisa kiya, aisa kiya. main to maar dalunga aap ko, mujhe inteqam lena hai.</w:t>
      </w:r>
    </w:p>
    <w:p>
      <w:pPr>
        <w:jc w:val="right"/>
      </w:pPr>
      <w:r>
        <w:t>یہدیکھیے، میرےپاس ایکصاحبآئے، بہت غصہتھے کہفلاںآدمینےمیرےساتھایسا کیا،ایساکیا۔ میںتومارڈالوںگاآپکو، مجھےانتقاملیناہے۔</w:t>
      </w:r>
    </w:p>
    <w:p>
      <w:r>
        <w:rPr>
          <w:b/>
        </w:rPr>
        <w:t xml:space="preserve">[1:03:38] </w:t>
      </w:r>
      <w:r>
        <w:t>to main ne kaha ke dekhiye, inteqam lene se pehle soch lijiye ke inteqam ka bhi inteqam liya jayega. to jab aap inteqam lenge to kya baat khatam ho jayegi?</w:t>
      </w:r>
    </w:p>
    <w:p>
      <w:pPr>
        <w:jc w:val="right"/>
      </w:pPr>
      <w:r>
        <w:t>تو میںنےکہاکہدیکھیے، انتقام لینےسے پہلے سوچلیجئے کہانتقامکابھیانتقاملیاجائےگا۔ توجبآپ انتقاملیںگےتوکیاباتختمہوجائےگی؟</w:t>
      </w:r>
    </w:p>
    <w:p>
      <w:r>
        <w:rPr>
          <w:b/>
        </w:rPr>
        <w:t xml:space="preserve">[1:03:51] </w:t>
      </w:r>
      <w:r>
        <w:t>aap kar ke dekh lijiye, aap kar ke dekh lijiye. inteqam aap lenge to phir woh aadmi dobara aap par waar karega. har inteqam ke baad naya inteqam shuru hota hai.</w:t>
      </w:r>
    </w:p>
    <w:p>
      <w:pPr>
        <w:jc w:val="right"/>
      </w:pPr>
      <w:r>
        <w:t>آپکرکےدیکھلیجئے، آپکرکےدیکھلیجئے۔انتقامآپلیںگےتو پھر وہآدمیدوبارہآپپر وارکرےگا۔ ہر انتقامکےبعد نیاانتقامشروعہوتاہے۔</w:t>
      </w:r>
    </w:p>
    <w:p>
      <w:r>
        <w:rPr>
          <w:b/>
        </w:rPr>
        <w:t xml:space="preserve">[1:04:03] </w:t>
      </w:r>
      <w:r>
        <w:t>aap dekhiye, jo ab wahan Afghanistan mein kya ho raha hai, yeh to inteqam dar inteqam, inteqam dar inteqam ho raha hai.</w:t>
      </w:r>
    </w:p>
    <w:p>
      <w:pPr>
        <w:jc w:val="right"/>
      </w:pPr>
      <w:r>
        <w:t>آپدیکھیے، جو اب وہاںافغان ستانمیںکیاہورہاہے،یہتوانتقامدر انتقام،انتقامدر انتقامہورہاہے۔</w:t>
      </w:r>
    </w:p>
    <w:p>
      <w:r>
        <w:rPr>
          <w:b/>
        </w:rPr>
        <w:t xml:space="preserve">[1:04:13] </w:t>
      </w:r>
      <w:r>
        <w:t>to masla inteqam ka nahin hai, masla jawab hi inteqam ka. kaise kya karenge aap? kyunke zindagi bhar ladte hi rahenge, jaise Afghanistan, Afghanistan, Afghanistan wale ladte rehte hain.</w:t>
      </w:r>
    </w:p>
    <w:p>
      <w:pPr>
        <w:jc w:val="right"/>
      </w:pPr>
      <w:r>
        <w:t>تومسئلہانتقامکانہیںہے،مسئلہجوابہیانتقامکا۔کیسے کیا کریںگےآپ؟کیونکہزندگی بھر لڑتےہیرہیںگے،جیسےافغانستان،افغان ستان ،افغانستانوالےلڑتےرہتےہیں۔</w:t>
      </w:r>
    </w:p>
    <w:p>
      <w:r>
        <w:rPr>
          <w:b/>
        </w:rPr>
        <w:t xml:space="preserve">[1:04:22] </w:t>
      </w:r>
      <w:r>
        <w:t>Afghanistan mein inteqam culture hai, jo tribal culture hua karta hai. pehle idhar tribal culture hai, inteqam wala. bhai, inteqam lena hai, yeh nahin sochte ke inteqam hum lenge to kya woh chup pad jayega? woh woh phir inteqam lega,</w:t>
      </w:r>
    </w:p>
    <w:p>
      <w:pPr>
        <w:jc w:val="right"/>
      </w:pPr>
      <w:r>
        <w:t>افغان ستان میں انتقامکلچرہے، جوٹرائبلکلچرہواکرتاہے۔پہلے ادھر ٹرائبلکلچرہے، انتقام والا۔ بھئی،انتقاملیناہے، یہنہیںسوچتےکہانتقامہملیںگےتوکیاوہچپ پڑجائےگا؟وہ وہپھرانتقاملےگا،</w:t>
      </w:r>
    </w:p>
    <w:p>
      <w:r>
        <w:rPr>
          <w:b/>
        </w:rPr>
        <w:t xml:space="preserve">[1:04:39] </w:t>
      </w:r>
      <w:r>
        <w:t>phir ek vizis circuit chal padega. to masla yeh nahin keh aap inteqaam len ya na len, masla yeh hai keh result ko kya karenge aap?</w:t>
      </w:r>
    </w:p>
    <w:p>
      <w:pPr>
        <w:jc w:val="right"/>
      </w:pPr>
      <w:r>
        <w:t>پھرایک ویژسسرکٹچلپڑےگا۔ تو مسئلہیہنہیںکہآپ انتقام لیںیانہلیں،مسئلہیہہےکہ رزلٹکوکیاکریںگےآپ؟</w:t>
      </w:r>
    </w:p>
    <w:p>
      <w:r>
        <w:rPr>
          <w:b/>
        </w:rPr>
        <w:t xml:space="preserve">[1:04:50] </w:t>
      </w:r>
      <w:r>
        <w:t>aap jab inteqaam lenge, doosra aadmi bhi chain nahin padega, woh phir kuch na kuch karega. karega to kya karenge aap?</w:t>
      </w:r>
    </w:p>
    <w:p>
      <w:pPr>
        <w:jc w:val="right"/>
      </w:pPr>
      <w:r>
        <w:t>آپ جب انتقاملیںگے،دوسراآدمیکبھیچپنہیںپڑےگا،وہپھرکچھنہکچھکرےگا۔ کرےگاتوکیاکریںگےآپ؟</w:t>
      </w:r>
    </w:p>
    <w:p>
      <w:r>
        <w:rPr>
          <w:b/>
        </w:rPr>
        <w:t xml:space="preserve">[1:04:58] </w:t>
      </w:r>
      <w:r>
        <w:t>to kisi ke shar se bachne ki shart sirf yeh hai keh aap ab avoid karen, araz karen. inteqaam lena masle ka hal nahin hai, inteqaam lena masle ko aggravate karna hai.</w:t>
      </w:r>
    </w:p>
    <w:p>
      <w:pPr>
        <w:jc w:val="right"/>
      </w:pPr>
      <w:r>
        <w:t>تو کسی کے شرسےبچنےکی شرطصرفیہیہےکہآپ اب اوائڈکریں، اعراضکریں۔ انتقاملینامسئلےکاحلنہیںہے، انتقاملینامسئلےکوایگریویٹکرناہے۔</w:t>
      </w:r>
    </w:p>
    <w:p>
      <w:r>
        <w:rPr>
          <w:b/>
        </w:rPr>
        <w:t xml:space="preserve">[1:05:09] </w:t>
      </w:r>
      <w:r>
        <w:t>aap tajurba, tajurba kar lijiye keh inteqaam se masla ghat ta hai, badhta hai. kabhi bhi tajurba kar lijiye, aap</w:t>
      </w:r>
    </w:p>
    <w:p>
      <w:pPr>
        <w:jc w:val="right"/>
      </w:pPr>
      <w:r>
        <w:t>آپ تجربہ،تج ربہکرلیجئےکہانتقامسےمسئلہگھٹتاہے،بڑھتاہے۔ کبھیبھیتجربہکرلیجئے،آپ</w:t>
      </w:r>
    </w:p>
    <w:p>
      <w:r>
        <w:rPr>
          <w:b/>
        </w:rPr>
        <w:t xml:space="preserve">[1:05:16] </w:t>
      </w:r>
      <w:r>
        <w:t>inteqaam ko agar aap bhula den, araz karen to wahin kabhi baat khatam ho jati hai. aur agar inteqaam len to baat badhti hai, badhti hai, badhti hai, kabhi khatam nahin hoti.</w:t>
      </w:r>
    </w:p>
    <w:p>
      <w:pPr>
        <w:jc w:val="right"/>
      </w:pPr>
      <w:r>
        <w:t>انتقامکو اگر آپ بھلادیں،اعراضکریں تو وہیںکبھیباتختمہوجاتیہے۔ اور اگر انتقاملیںتوباتبڑھتیہے، بڑھتیہے،بڑھتیہے،کبھیختمنہیںہوتی۔</w:t>
      </w:r>
    </w:p>
    <w:p>
      <w:r>
        <w:rPr>
          <w:b/>
        </w:rPr>
        <w:t xml:space="preserve">[1:05:31] </w:t>
      </w:r>
      <w:r>
        <w:t>maulana, agla sawal dilli se hai, maulana zikwanandika. unhon ne likha hai keh hamare samaj mein do cheezen bohat zyada aam hain.</w:t>
      </w:r>
    </w:p>
    <w:p>
      <w:pPr>
        <w:jc w:val="right"/>
      </w:pPr>
      <w:r>
        <w:t>مولانا،اگلاسوال دلیسےہے، مول انا زکوانندویکا ۔ انہوںنےلکھاہےکہ ہمارے سماجمیں دوچیزیں بہت زیادہ عام ہیں۔</w:t>
      </w:r>
    </w:p>
    <w:p>
      <w:r>
        <w:rPr>
          <w:b/>
        </w:rPr>
        <w:t xml:space="preserve">[1:05:41] </w:t>
      </w:r>
      <w:r>
        <w:t>ek hai kisi ke bare mein sirf doosron se sun kar is ko maan lena, aur kisi aadmi ke bare mein negative rai lena. doosri cheez hai kisi aadmi ke mamle ka scientific analysis karne ke bajaye is ke bare mein foran ek negative remark de dena.</w:t>
      </w:r>
    </w:p>
    <w:p>
      <w:pPr>
        <w:jc w:val="right"/>
      </w:pPr>
      <w:r>
        <w:t>ایکہےکسی کےبارےمیں صرف دوسروںسے سن کر اسکو مانلینا، اور کسی آدمیکےبارےمیں نیگیٹیورائے لینا۔ دوس ریچیز ہےکسی آدمیکے معامل ےکا سائنٹیفک ان الیسز کرنے کےبجائے اسکےبارےمیں فوراًایک نیگیٹیوریمارکدےدینا۔</w:t>
      </w:r>
    </w:p>
    <w:p>
      <w:r>
        <w:rPr>
          <w:b/>
        </w:rPr>
        <w:t xml:space="preserve">[1:06:01] </w:t>
      </w:r>
      <w:r>
        <w:t>is mamle mein religious logon ka bhi koi exception dikhai nahin deta. is ka sabab aur is ka ilaaj kya hai ?</w:t>
      </w:r>
    </w:p>
    <w:p>
      <w:pPr>
        <w:jc w:val="right"/>
      </w:pPr>
      <w:r>
        <w:t>اس معاملےمیں ریلیجیسلوگوںکابھیکوئی ایکسیپشندکھائینہیںدیتا۔ اسکا سبباور اسکا علاج کیا ہے ؟</w:t>
      </w:r>
    </w:p>
    <w:p>
      <w:r>
        <w:rPr>
          <w:b/>
        </w:rPr>
        <w:t xml:space="preserve">[1:06:10] </w:t>
      </w:r>
      <w:r>
        <w:t>dekhiye, main arz kar chuka hoon yahi baat pehle keh wahid sabab hai, dono dono jo ab to farmayiye, dono ko ek hi sabab hai, woh hai Allah ke khauf nikal jana.</w:t>
      </w:r>
    </w:p>
    <w:p>
      <w:pPr>
        <w:jc w:val="right"/>
      </w:pPr>
      <w:r>
        <w:t>دیکھیے،میں عرض کرچکاہوں یہیبات پہلے کہ واحد سببہے، دونوں دونوںجو اب توفرمائیے،دونوںکوایکہیسببہے، وہ ہے اللہ کےخوف نکل جانا۔</w:t>
      </w:r>
    </w:p>
    <w:p>
      <w:r>
        <w:rPr>
          <w:b/>
        </w:rPr>
        <w:t xml:space="preserve">[1:06:26] </w:t>
      </w:r>
      <w:r>
        <w:t>aaj hamare zamane mein jo Islam hai, is mein Allah ka khauf ghayab hai. koi bhi Allah se darta nahin. yani jab degeneration hota hai, jab zawal aata hai qomon par to yahi woh hota hai.</w:t>
      </w:r>
    </w:p>
    <w:p>
      <w:pPr>
        <w:jc w:val="right"/>
      </w:pPr>
      <w:r>
        <w:t>آجہمارےزمان ےمیںجو اسلام ہے، اسمیںاللہکاخوف غائبہے۔ کوئیبھیاللہ سےڈرتانہیں ۔ یعنیجب ڈی جنریشنہوتاہے،جبزوالآتاہےقوموںپرتویہیتوہوتاہے۔</w:t>
      </w:r>
    </w:p>
    <w:p>
      <w:r>
        <w:rPr>
          <w:b/>
        </w:rPr>
        <w:t xml:space="preserve">[1:06:39] </w:t>
      </w:r>
      <w:r>
        <w:t>yeh doom mein aisa hi hua, isaiyon mein aisa hi hua, ab usman mein aisa hi hua hai keh khauf khuda nikal gaya hai. to jab khauf khuda nahin hai to jo chahe kahiye, ya pakad ka ehsas jo hai, accountability jo kehte hain, accountability jab tak hai, jab tak aap ne socha gaya keh bhai main aisa kahoon keh na kahoon,</w:t>
      </w:r>
    </w:p>
    <w:p>
      <w:pPr>
        <w:jc w:val="right"/>
      </w:pPr>
      <w:r>
        <w:t>یہ ودمیںایساہیہوا ، عیسائیوںمیںایساہیہوا،ابعثمانمیںایساہواہے کہخوف خدانکلگیاہے۔ توجبخوفخدانہیںہےتو جوچاہےکہیے، یا پکڑ کااحساسجوہے، اکاؤنٹیبل ٹی جوکہتےہیں،اکاؤنٹیبل ٹی جبتک ہے، جبتک آپنےسوچاگیاکہبھئیمیں ایساکہوںکہنہکہوں،</w:t>
      </w:r>
    </w:p>
    <w:p>
      <w:r>
        <w:rPr>
          <w:b/>
        </w:rPr>
        <w:t xml:space="preserve">[1:06:59] </w:t>
      </w:r>
      <w:r>
        <w:t>pakda jaunga main.</w:t>
      </w:r>
    </w:p>
    <w:p>
      <w:pPr>
        <w:jc w:val="right"/>
      </w:pPr>
      <w:r>
        <w:t>پکڑاجاؤںگامیں۔</w:t>
      </w:r>
    </w:p>
    <w:p>
      <w:r>
        <w:rPr>
          <w:b/>
        </w:rPr>
        <w:t xml:space="preserve">[1:07:01] </w:t>
      </w:r>
      <w:r>
        <w:t>to sara masla yeh hai keh is waqt musalman door zawal mein hain, aur door zawal mein khauf khuda nikal jata hai, aur isi ka shikar hain musalman.</w:t>
      </w:r>
    </w:p>
    <w:p>
      <w:pPr>
        <w:jc w:val="right"/>
      </w:pPr>
      <w:r>
        <w:t>تو سارامسئلہیہہےکہ اسوقت مسلمان دور زوالمیںہیں، اور دور زوالمیںخوف خدانکلجاتا ہے، اوراسیکاشکارہیں مسلمان ۔</w:t>
      </w:r>
    </w:p>
    <w:p>
      <w:r>
        <w:rPr>
          <w:b/>
        </w:rPr>
        <w:t xml:space="preserve">[1:07:12] </w:t>
      </w:r>
      <w:r>
        <w:t>kisi ko dar nahin hai keh main pakda jaunga. jhoote aqeedey bana rakhe hain keh bas main muslim ghar mein paida ho gaya to bhai jannat pakki hai meri.</w:t>
      </w:r>
    </w:p>
    <w:p>
      <w:pPr>
        <w:jc w:val="right"/>
      </w:pPr>
      <w:r>
        <w:t>کسی کو ڈرنہیںہےکہمیں میںپکڑاجاؤںگا۔ جھوٹےعقیدےبنارکھےہیںکہبس میں مسلمگھرمیںپیداہوگیا تو بھئیجنتپکیہےمیری۔</w:t>
      </w:r>
    </w:p>
    <w:p>
      <w:r>
        <w:rPr>
          <w:b/>
        </w:rPr>
        <w:t xml:space="preserve">[1:07:20] </w:t>
      </w:r>
      <w:r>
        <w:t>yeh sab jhoote aqeedey hain, yeh sab jhoote aqeedey hain. muslim ghar mein paida ho gaye to aap ka jannat pakki ho gayi, yeh bilkul jho</w:t>
      </w:r>
    </w:p>
    <w:p>
      <w:pPr>
        <w:jc w:val="right"/>
      </w:pPr>
      <w:r>
        <w:t>یہسبجھوٹےعقیدےہیں، یہسبجھوٹےعقیدےہیں۔ مسلمگھرمیں پیداہوگئے تو آپکا جنتپکیہوگئی،یہبالکلجھ</w:t>
      </w:r>
    </w:p>
    <w:p>
      <w:r>
        <w:rPr>
          <w:b/>
        </w:rPr>
        <w:t xml:space="preserve">[1:07:31] </w:t>
      </w:r>
      <w:r>
        <w:t>ota aqeedah hai. is tarah ke jhoote aqeedey hain jo logon ko theek banate hain. laysa lil insani illa ma sagha. to asli cheez yeh hai keh hamein khauf khuda wala deen zinda karna hai, tab ja kar is ki salah hogi.</w:t>
      </w:r>
    </w:p>
    <w:p>
      <w:pPr>
        <w:jc w:val="right"/>
      </w:pPr>
      <w:r>
        <w:t>وٹاعقیدہہے۔اسطرحکےجھوٹےعقیدےہیںجولوگوںکوٹھیکبناتےہیں۔ لَيْسَلِلْإِنْسَانِإِلَّامَاصَاغَ تواصلچیزیہہےکہہمیں خوف خدا والا دینزندہکرناہے، تبجاکر اسکیاصلاحہوگی۔</w:t>
      </w:r>
    </w:p>
    <w:p>
      <w:r>
        <w:rPr>
          <w:b/>
        </w:rPr>
        <w:t xml:space="preserve">[1:07:48] </w:t>
      </w:r>
      <w:r>
        <w:t>maulana, agla sawal dilli se hai, mustaqeem multani ka. unhon ne likha hai keh "Can it be said that form should be performed but with spirit?" haan, sahih</w:t>
      </w:r>
    </w:p>
    <w:p>
      <w:pPr>
        <w:jc w:val="right"/>
      </w:pPr>
      <w:r>
        <w:t>مولانا،اگلاسوال دلیسےہے، مس طوطیملحوترہکا ۔ انہوں نےلکھاہےکہ "Canitbe said that form shouldbe perform ed but with spirit?" ہاں،صح</w:t>
      </w:r>
    </w:p>
    <w:p>
      <w:r>
        <w:rPr>
          <w:b/>
        </w:rPr>
        <w:t xml:space="preserve">[1:08:00] </w:t>
      </w:r>
      <w:r>
        <w:t>hai, yeh to main ne khud bhi kaha, yeh khud bhi kaha. main ek misaal deta hoon aap ko, dekhiye, main kisi se kehta hoon keh bhai mujhe raat lag rahi hai, pani do.</w:t>
      </w:r>
    </w:p>
    <w:p>
      <w:pPr>
        <w:jc w:val="right"/>
      </w:pPr>
      <w:r>
        <w:t>یحہے، یہتومیںنےخودبھیکہا، یہخودبھیکہا۔ میں ایکمثالدیتاہوںآپکو ،دیکھیے، میں کسی سےکہتاہوںکہبھئیمجھے راتلگرہیہے، پانی دو ۔</w:t>
      </w:r>
    </w:p>
    <w:p>
      <w:r>
        <w:rPr>
          <w:b/>
        </w:rPr>
        <w:t xml:space="preserve">[1:08:12] </w:t>
      </w:r>
      <w:r>
        <w:t>to woh kya karega? glass se pani layega. to main ne pani manga tha, lekin woh glass laya. kyun? glass jo hai, woh pani ka hissa hai, lekin hissa form ke aitbar se hai.</w:t>
      </w:r>
    </w:p>
    <w:p>
      <w:pPr>
        <w:jc w:val="right"/>
      </w:pPr>
      <w:r>
        <w:t>تووہکیا کرےگا؟ گلاسسےپانیلائےگا۔ تومیں نے پانیمانگاتھا،لیکنوہگلاسپلایا۔کیوں؟ گلاسجوہے، وہ پانی کا حصہہے، لیکن حصہ فارمکےاعتبارسےہے۔</w:t>
      </w:r>
    </w:p>
    <w:p>
      <w:r>
        <w:rPr>
          <w:b/>
        </w:rPr>
        <w:t xml:space="preserve">[1:08:26] </w:t>
      </w:r>
      <w:r>
        <w:t>yani pani jo hai, real hissa hai, aur glass jo hai, is ka relative hissa hai. to glass agar nahin hai to pani ek container chahiye, container nahin to pani kahan teherega?</w:t>
      </w:r>
    </w:p>
    <w:p>
      <w:pPr>
        <w:jc w:val="right"/>
      </w:pPr>
      <w:r>
        <w:t>یعنیپانی جوہے، ریئلحصہہے، اورگلاسجوہے،اسکاریلیٹوحصہہے۔ تو گلاس اگرنہیںہوتوپانی ایککنٹینرچاہیے،کنٹینرنہیںتوپانیکہاںٹکےگا؟</w:t>
      </w:r>
    </w:p>
    <w:p>
      <w:r>
        <w:rPr>
          <w:b/>
        </w:rPr>
        <w:t xml:space="preserve">[1:08:39] </w:t>
      </w:r>
      <w:r>
        <w:t>to form zaruri hai, lekin yeh is ko achhi tarah samajhna chahiye keh form jo hai, relative part hai, spirit jo hai, real part hai. maulana, agla sawal dilli se hai, mus naghma siddiqui ka. unhon ne aapse poocha hai keh "How can we realize God at a conscious level</w:t>
      </w:r>
    </w:p>
    <w:p>
      <w:pPr>
        <w:jc w:val="right"/>
      </w:pPr>
      <w:r>
        <w:t>تو فارمضروریہے،لیکن یہ اسکواچھیطرح سمجھناچاہیےکہ فارمجوہے، ریلیٹوپارٹہے، اسپرٹجوہے،ریئلپارٹہے۔مولانا،اگلاسوال دلیسےہے، مس نغمہ صدی قیکا ۔انہوںنے آپسےپوچھاہےکہ "Howcan we realiz e God atacons ciouslevel</w:t>
      </w:r>
    </w:p>
    <w:p>
      <w:r>
        <w:rPr>
          <w:b/>
        </w:rPr>
        <w:t xml:space="preserve">[1:08:55] </w:t>
      </w:r>
      <w:r>
        <w:t>?" bhai, main to har waqt sochta rehta hoon, aaj bhi soch raha tha keh kaisa ajeeb ghareeb hoga woh woh hasti jis ne aisa insaan bana diya, jis ke andar hath hain, ungliyan hain, paon hain, sochna hai,</w:t>
      </w:r>
    </w:p>
    <w:p>
      <w:pPr>
        <w:jc w:val="right"/>
      </w:pPr>
      <w:r>
        <w:t>?"بھئی،میںتو ہروقتسوچتارہتاہوں، آجبھیسوچرہاتھا کہ کیساعجیبغریب ہوگاوہ وہ ہستی جسنےایساانسانبنادیا، جسکےاندر ہاتھ ہیں،انگل یاںہیں،پاؤںہیں،سوچنا ہے،</w:t>
      </w:r>
    </w:p>
    <w:p>
      <w:r>
        <w:rPr>
          <w:b/>
        </w:rPr>
        <w:t xml:space="preserve">[1:09:13] </w:t>
      </w:r>
      <w:r>
        <w:t>yeh sun na hai, dekhna hai. yeh sari sifatें jo hain, to kaise? main ne to paida nahin ki.</w:t>
      </w:r>
    </w:p>
    <w:p>
      <w:pPr>
        <w:jc w:val="right"/>
      </w:pPr>
      <w:r>
        <w:t>یہسن ناہے، دیکھناہے۔ یہ ساریصفتیںجوہیں، تو کیسے؟میںنےتو پیدانہیںکی۔</w:t>
      </w:r>
    </w:p>
    <w:p>
      <w:r>
        <w:rPr>
          <w:b/>
        </w:rPr>
        <w:t xml:space="preserve">[1:09:20] </w:t>
      </w:r>
      <w:r>
        <w:t>phir mujhe ek ajeeb ghareeb baat samajh aayi keh aaj main sochte sochte keh Allah ta'ala ne sirf matter nahin paida kiya, meaning bhi paida ki. meaning yani misaal ke taur par yeh hath paon hain, yeh Allah ta'ala ne paida kiya.</w:t>
      </w:r>
    </w:p>
    <w:p>
      <w:pPr>
        <w:jc w:val="right"/>
      </w:pPr>
      <w:r>
        <w:t>پھرمجھےایکعجیبغریببات سمجھآئی کہآجمیںسوچتےسوچتے کہ اللہ تعالی نے صرف میٹرنہیں پیدا کیا، میننگبھیپیدا کی۔میننگ یعنی مثالکےطورپریہہاتھپاؤںہیں،یہاللہتعالینےپیدا کیا۔</w:t>
      </w:r>
    </w:p>
    <w:p>
      <w:r>
        <w:rPr>
          <w:b/>
        </w:rPr>
        <w:t xml:space="preserve">[1:09:36] </w:t>
      </w:r>
      <w:r>
        <w:t>lekin ek aur cheez hai, meaning, think, maslan soch hai, mohabbat hai, sense of enjoy hai, vision hai, hearing hai.</w:t>
      </w:r>
    </w:p>
    <w:p>
      <w:pPr>
        <w:jc w:val="right"/>
      </w:pPr>
      <w:r>
        <w:t>لیکن ایکاورچیزہے، میننگ، تھنک،مثلاً سوچہے، محبت ہے، سینسآفانجوائے ہے، ویژنہے، ہیئرنگہے۔</w:t>
      </w:r>
    </w:p>
    <w:p>
      <w:r>
        <w:rPr>
          <w:b/>
        </w:rPr>
        <w:t xml:space="preserve">[1:09:50] </w:t>
      </w:r>
      <w:r>
        <w:t>yeh sab material cheezein nahin hain, non materi</w:t>
      </w:r>
    </w:p>
    <w:p>
      <w:pPr>
        <w:jc w:val="right"/>
      </w:pPr>
      <w:r>
        <w:t>یہسب مٹیریلچیزیںنہیںہیں، نان مٹیر</w:t>
      </w:r>
    </w:p>
    <w:p>
      <w:r>
        <w:rPr>
          <w:b/>
        </w:rPr>
        <w:t xml:space="preserve">[1:09:55] </w:t>
      </w:r>
      <w:r>
        <w:t>al cheezein hain. to Allah ta'ala ne sirf material cheezein nahin paida keen, non material cheezein paida keen. kyunke hum khud, yaani agar main pani peeta hoon, mujhe pani achha lagta hai, to woh woh achha lagna, woh bhi, woh bhi ek creation hai,</w:t>
      </w:r>
    </w:p>
    <w:p>
      <w:pPr>
        <w:jc w:val="right"/>
      </w:pPr>
      <w:r>
        <w:t>یلچیزیںہیں۔ تو اللہ تعالینےصرفمٹیریلچیزیںنہیںپیداکیں،نان مٹیریلچیزیںپیدا کیں۔ کیونکہمیںخود ،یعنی اگر میں پانیپیتاہوں،مجھےپانیاچھالگتاہے،تووہ وہاچھالگنا،وہ بھی،وہبھیایککری شنہے،</w:t>
      </w:r>
    </w:p>
    <w:p>
      <w:r>
        <w:rPr>
          <w:b/>
        </w:rPr>
        <w:t xml:space="preserve">[1:10:09] </w:t>
      </w:r>
      <w:r>
        <w:t>woh bhi creation hai. to kaisa ajeeb Khuda hai woh jisne material cheezein paida keen aur non material cheezein paida keen. yaani thinking paida ki, usne thinking mein nahin paida kar sakta.</w:t>
      </w:r>
    </w:p>
    <w:p>
      <w:pPr>
        <w:jc w:val="right"/>
      </w:pPr>
      <w:r>
        <w:t>وہبھیکریشنہے۔ تو کیساعجیبخداہےوہجسنے مٹیریلچیزیںپیدا کیں اورنان مٹیریلچیزیںپیدا کیں۔یعنیتھنکنگپیدا کی،اسنے تھنکنگمیںنہیںپیدا کرسکتا۔</w:t>
      </w:r>
    </w:p>
    <w:p>
      <w:r>
        <w:rPr>
          <w:b/>
        </w:rPr>
        <w:t xml:space="preserve">[1:10:22] </w:t>
      </w:r>
      <w:r>
        <w:t>main jahan baithta hoon, wahan aksar kawwe aate hain, to main sochta hoon, kawwon ke andar koi soch nahin hai. mere andar soch hai, to yeh soch maine banai. kya yeh soch khud nahin banai maine ya mere maa baap ne di mujhko?</w:t>
      </w:r>
    </w:p>
    <w:p>
      <w:pPr>
        <w:jc w:val="right"/>
      </w:pPr>
      <w:r>
        <w:t>میںجہاںبیٹھتاہوں،وہاںاکثرکو ےآتےہیں، تو میںسوچتاہوں،کوؤںکےاندرکوئیسوچنہیںہے۔ میرےاندرسوچہے، تویہسوچمیںنے بنائی۔کیا یہسوچ خود نہیںبنائیمیںنےیا میرےماں باپنےدیامجھکو؟</w:t>
      </w:r>
    </w:p>
    <w:p>
      <w:r>
        <w:rPr>
          <w:b/>
        </w:rPr>
        <w:t xml:space="preserve">[1:10:38] </w:t>
      </w:r>
      <w:r>
        <w:t>woh aaj, woh woh bhi creation hai</w:t>
      </w:r>
    </w:p>
    <w:p>
      <w:pPr>
        <w:jc w:val="right"/>
      </w:pPr>
      <w:r>
        <w:t>وہ آج، وہ وہبھی کری شنہے</w:t>
      </w:r>
    </w:p>
    <w:p>
      <w:r>
        <w:rPr>
          <w:b/>
        </w:rPr>
        <w:t xml:space="preserve">[1:10:42] </w:t>
      </w:r>
      <w:r>
        <w:t>jo usne thinking ko create kiya, mohabbat ko create kiya, aur sense of enjoyment create kiya.</w:t>
      </w:r>
    </w:p>
    <w:p>
      <w:pPr>
        <w:jc w:val="right"/>
      </w:pPr>
      <w:r>
        <w:t>جو اسنے تھنکنگکو کریٹکیا، محبتکوکریٹکیا، اور سینسآفانجوائے کریٹکیا۔</w:t>
      </w:r>
    </w:p>
    <w:p>
      <w:r>
        <w:rPr>
          <w:b/>
        </w:rPr>
        <w:t xml:space="preserve">[1:10:52] </w:t>
      </w:r>
      <w:r>
        <w:t>woh saari jo meaning wali cheez hai, usko create kiya. to kaisa ajeeb ghareeb hai woh Khuda!</w:t>
      </w:r>
    </w:p>
    <w:p>
      <w:pPr>
        <w:jc w:val="right"/>
      </w:pPr>
      <w:r>
        <w:t>وہساریجو میننگوالیچیزہے،اسکوکریٹکیا۔ توکیساعجیبغریبہےوہخدا!</w:t>
      </w:r>
    </w:p>
    <w:p>
      <w:r>
        <w:rPr>
          <w:b/>
        </w:rPr>
        <w:t xml:space="preserve">[1:10:57] </w:t>
      </w:r>
      <w:r>
        <w:t>yeh sab sochta hoon to ek ajeeb ehsaas hota hai Allah ki azmat ka, Allah ki barai ka. aur phir yeh ehsaas hota hai ke mujhe, yaani ek ek ta'alluq billah paida hota hai, jisko kehte hain sirat-ul-abd bi rabbih paida hota hai. yeh sab cheezein, yeh sab, yeh sab soch se aati hain.</w:t>
      </w:r>
    </w:p>
    <w:p>
      <w:pPr>
        <w:jc w:val="right"/>
      </w:pPr>
      <w:r>
        <w:t>یہسبسوچتاہوںتوایکعجیباحساسہوتاہے اللہ کیعظمتکا،اللہ کیبڑائیکا ۔ اورپھر یہاحساسہوتاہےکہمجھے ،یعنی ایک ایکتعلق باللہپیدا ہوتاہے، جسکوکہتےہیںصِرَةُالعُبْدِبِرَبِّهِپیدا ہوتاہے۔یہسبچیزیں، یہسب،یہسبسوچسےآتیہیں۔</w:t>
      </w:r>
    </w:p>
    <w:p>
      <w:r>
        <w:rPr>
          <w:b/>
        </w:rPr>
        <w:t xml:space="preserve">[1:11:16] </w:t>
      </w:r>
      <w:r>
        <w:t>yeh sab ka jo buniyad hai, woh soch soch hai.</w:t>
      </w:r>
    </w:p>
    <w:p>
      <w:pPr>
        <w:jc w:val="right"/>
      </w:pPr>
      <w:r>
        <w:t>یہسب کا جو بنی ادہے،وہ سوچسوچہے۔</w:t>
      </w:r>
    </w:p>
    <w:p>
      <w:r>
        <w:rPr>
          <w:b/>
        </w:rPr>
        <w:t xml:space="preserve">[1:11:24] </w:t>
      </w:r>
      <w:r>
        <w:t>Maulana, unka ek aur sawal hai. unhone likha hai "There is always a fear as to how do we make sure that our namazein, other a'maal, including limited dua work, are accepted by God." kind like meant. yeh toh rahega,</w:t>
      </w:r>
    </w:p>
    <w:p>
      <w:pPr>
        <w:jc w:val="right"/>
      </w:pPr>
      <w:r>
        <w:t>مولانا،انکاایکاور سوال ہے۔ انہوںنےلکھاہے "Thereisalwaysa fear asto howdowemakesure that ourنمازیں، other اعمال ،including lim ited دعویٰwork ,are accept edby God ." کائنڈلیکمنٹ۔یہتورہےگا،</w:t>
      </w:r>
    </w:p>
    <w:p>
      <w:r>
        <w:rPr>
          <w:b/>
        </w:rPr>
        <w:t xml:space="preserve">[1:11:41] </w:t>
      </w:r>
      <w:r>
        <w:t>yeh toh naam ke liye ke awaaz aasman se awaaz aa jaye ke humne accept kar liya. yeh toh kabhi nahin rahe</w:t>
      </w:r>
    </w:p>
    <w:p>
      <w:pPr>
        <w:jc w:val="right"/>
      </w:pPr>
      <w:r>
        <w:t>یہتونام کےلیےکہ آواز آسمانسےآوازآجائےکہہمنےایکسیپٹکرلیا۔ یہتو کبھینہیںرہ</w:t>
      </w:r>
    </w:p>
    <w:p>
      <w:r>
        <w:rPr>
          <w:b/>
        </w:rPr>
        <w:t xml:space="preserve">[1:11:48] </w:t>
      </w:r>
      <w:r>
        <w:t>ga, khatam. Hadees mein aaya ke "al imaan mal-ur-raja' wal-khauf". imaan umeed aur andeshe ke darmiyan hai, to woh toh matloob hai. agar woh na ho to aap aap ka mind activate kaise ho?</w:t>
      </w:r>
    </w:p>
    <w:p>
      <w:pPr>
        <w:jc w:val="right"/>
      </w:pPr>
      <w:r>
        <w:t>ےگا، ختم ۔حدیثمیںآئیکہ "الإيمان مال الرجاءوالخوف" ۔ایمان امید اور اندیشےکےدرمیانہے، تووہتومطلوبہے۔اگروہنہہوتوآپ آپ کامائنڈایکٹیویٹکیسےہو؟</w:t>
      </w:r>
    </w:p>
    <w:p>
      <w:r>
        <w:rPr>
          <w:b/>
        </w:rPr>
        <w:t xml:space="preserve">[1:12:02] </w:t>
      </w:r>
      <w:r>
        <w:t>wohi cheez toh aapke mind ko activate karti hai. phir toh aap dead ho jayein bilkul. "That will lead to intellectual stagnation."</w:t>
      </w:r>
    </w:p>
    <w:p>
      <w:pPr>
        <w:jc w:val="right"/>
      </w:pPr>
      <w:r>
        <w:t>وہیچیزتوآپکےمائنڈکو ایکٹیویٹکرتیہے۔ پھرتوآپڈلہوجائیںبالکل ۔ "Thatwill lead to intellectual stag nation."</w:t>
      </w:r>
    </w:p>
    <w:p>
      <w:r>
        <w:rPr>
          <w:b/>
        </w:rPr>
        <w:t xml:space="preserve">[1:12:13] </w:t>
      </w:r>
      <w:r>
        <w:t>woh toh bohat hi fazool baat hai, yaani bilkul aadmi dead ho jayega iske baghair.</w:t>
      </w:r>
    </w:p>
    <w:p>
      <w:pPr>
        <w:jc w:val="right"/>
      </w:pPr>
      <w:r>
        <w:t>وہ توبہت ہیپازیٹیوباتہے، یعنیبالکلآدمیڈیڈہوجائےگااسکےبغیر۔</w:t>
      </w:r>
    </w:p>
    <w:p>
      <w:r>
        <w:rPr>
          <w:b/>
        </w:rPr>
        <w:t xml:space="preserve">[1:12:24] </w:t>
      </w:r>
      <w:r>
        <w:t>Maulana, Dilli se yeh sawal aaya hai Mr. Surender Hanspal ji ka. unhone aapse poocha hai "Maulana sahib, now a days, I am regularly failing in all my jobs.</w:t>
      </w:r>
    </w:p>
    <w:p>
      <w:pPr>
        <w:jc w:val="right"/>
      </w:pPr>
      <w:r>
        <w:t>مولانا،دلیسے یہ سوال آیاہےمسٹرسورندر ہنسپالجیکا۔ انہوںنےآپسےپوچھاہے" مول اناصاحب،ناؤاےڈیز،آئیایمریگولرلی فیل نگان آل مائیجاب۔</w:t>
      </w:r>
    </w:p>
    <w:p>
      <w:r>
        <w:rPr>
          <w:b/>
        </w:rPr>
        <w:t xml:space="preserve">[1:12:36] </w:t>
      </w:r>
      <w:r>
        <w:t>Please advise on how I can handle failures."</w:t>
      </w:r>
    </w:p>
    <w:p>
      <w:pPr>
        <w:jc w:val="right"/>
      </w:pPr>
      <w:r>
        <w:t>پلیز ایڈوائز ان ہاؤآئیکینہینڈل فیل یرز۔</w:t>
      </w:r>
    </w:p>
    <w:p>
      <w:r>
        <w:rPr>
          <w:b/>
        </w:rPr>
        <w:t xml:space="preserve">[1:12:40] </w:t>
      </w:r>
      <w:r>
        <w:t>"Bhai, dekhein, jab tak specific taur par na maloom ho, hum kaise kahenge? kyunke mera manna yeh hai ke aadmi ke andar koi na koi weakness hoti hai, uski wajah se woh fail hota hai. woh external reason nahin hota.</w:t>
      </w:r>
    </w:p>
    <w:p>
      <w:pPr>
        <w:jc w:val="right"/>
      </w:pPr>
      <w:r>
        <w:t>"بھئی،دیکھیں،جب تک سپیسیفکطورپرنہمعلومہو،ہمکیسےکہیںگے؟ کیونکہمیراماننایہہے کہآدمیکےاندرکوئینہکوئیویکنسہوتیہے،اسکیوجہسےوہفیل ہوتاہے۔وہ ایکسٹرنلریزننہیںہوتا۔</w:t>
      </w:r>
    </w:p>
    <w:p>
      <w:r>
        <w:rPr>
          <w:b/>
        </w:rPr>
        <w:t xml:space="preserve">[1:12:54] </w:t>
      </w:r>
      <w:r>
        <w:t>main nahin manta isko ke aapka boss galat hai, doosre galat hain. yeh main isko nahin manta. koi na koi weakness hoti hai apne andar. to is weakness ko discover karna padta hai.</w:t>
      </w:r>
    </w:p>
    <w:p>
      <w:pPr>
        <w:jc w:val="right"/>
      </w:pPr>
      <w:r>
        <w:t>میںنہیںمانتااسکو کہآپکاعباسغلطہے، دوسرےغلطہیں۔یہمیںاسکونہیںمانتا۔ کوئینہکوئیویکنسہوتیہےاپنےاندر۔ تو اس ویکنسکو ڈسکورکرناپڑتاہے۔</w:t>
      </w:r>
    </w:p>
    <w:p>
      <w:r>
        <w:rPr>
          <w:b/>
        </w:rPr>
        <w:t xml:space="preserve">[1:13:09] </w:t>
      </w:r>
      <w:r>
        <w:t>maslan, dekhiye, ek sahib the isi qism ke, unka job jo hai badi jaldi khatam ho jata tha. to mujhse unhone kaha, maine kaha "dekhiye, aap ke mizaj mein jaanta hoon, aap jahan jaate hain, apna agenda chalate hain.</w:t>
      </w:r>
    </w:p>
    <w:p>
      <w:pPr>
        <w:jc w:val="right"/>
      </w:pPr>
      <w:r>
        <w:t>مثلاً،دیکھیے، ایکصاحب تھے اسیقسم کے،انکاجابجوہے بڑیجلدیختمہوجاتا تھا۔ تو مجھسےانہوںنے کہا، میںنےکہا"دیکھیے، آپ کے مزاج میںجانتاہوں، آپ جہاںجاتےہیں، اپناایجنڈاچلاتےہیں۔</w:t>
      </w:r>
    </w:p>
    <w:p>
      <w:r>
        <w:rPr>
          <w:b/>
        </w:rPr>
        <w:t xml:space="preserve">[1:13:25] </w:t>
      </w:r>
      <w:r>
        <w:t>jahan jaate hain, apna agenda chalate hain. to aaj aadmi unmodern ho jata hai bahut jaldi.</w:t>
      </w:r>
    </w:p>
    <w:p>
      <w:pPr>
        <w:jc w:val="right"/>
      </w:pPr>
      <w:r>
        <w:t>جہاںجاتےہیں،اپناایجنڈاچلاتےہیں۔ توآجآدمی انماڈرنہوجاتاہے بہتجلدی ۔</w:t>
      </w:r>
    </w:p>
    <w:p>
      <w:r>
        <w:rPr>
          <w:b/>
        </w:rPr>
        <w:t xml:space="preserve">[1:13:33] </w:t>
      </w:r>
      <w:r>
        <w:t>to aap jahan jahan hain, wahan aap yeh nazariya banayein ke boss is always right. aap kehte hain, 'I am always right'. to aise service nahin chal sakti.</w:t>
      </w:r>
    </w:p>
    <w:p>
      <w:pPr>
        <w:jc w:val="right"/>
      </w:pPr>
      <w:r>
        <w:t>تو آپ جہاں جہاںہیں،وہاںآپیہ نظریہبنائیںکہ باسازآلویزرائٹ۔ آپ کہتےہیں،'آئیایمآلویزرائٹ'۔ تو ایسےسروسنہیںچلسکتی۔</w:t>
      </w:r>
    </w:p>
    <w:p>
      <w:r>
        <w:rPr>
          <w:b/>
        </w:rPr>
        <w:t xml:space="preserve">[1:13:44] </w:t>
      </w:r>
      <w:r>
        <w:t>na business chalega, na service chalegi. to</w:t>
      </w:r>
    </w:p>
    <w:p>
      <w:pPr>
        <w:jc w:val="right"/>
      </w:pPr>
      <w:r>
        <w:t>نہبزنسچلےگا،نہسروسچلےگی۔ تو</w:t>
      </w:r>
    </w:p>
    <w:p>
      <w:r>
        <w:rPr>
          <w:b/>
        </w:rPr>
        <w:t xml:space="preserve">[1:13:48] </w:t>
      </w:r>
      <w:r>
        <w:t>specific taur par jab maloom ho to main bata sakta hoon kahan kahan masla hai. lekin in principle main yeh kahunga ke masla kabhi bhi, yaani external, yaani apni external world mein nahin hota, internal world mein hota hai.</w:t>
      </w:r>
    </w:p>
    <w:p>
      <w:pPr>
        <w:jc w:val="right"/>
      </w:pPr>
      <w:r>
        <w:t>سپیسیفکطورپرجبمعلومہوتومیںبتاسکتاہوں کہاں کہاںمسئلہہے۔ لیکن ان پرنسپلمیںیہکہوںگا کہ مسئلہ کبھیبھی ،یعنی ایکسٹرنل، یعنی اپنی ایکسٹرنل ورلڈمیںنہیںہوتا،انٹرنلورلڈمیںہوتاہے۔</w:t>
      </w:r>
    </w:p>
    <w:p>
      <w:r>
        <w:rPr>
          <w:b/>
        </w:rPr>
        <w:t xml:space="preserve">[1:14:07] </w:t>
      </w:r>
      <w:r>
        <w:t>yaani hamare andar hota hai, bahar nahin hota hai.</w:t>
      </w:r>
    </w:p>
    <w:p>
      <w:pPr>
        <w:jc w:val="right"/>
      </w:pPr>
      <w:r>
        <w:t>یعنیہمارےاندرہوتاہے، باہرنہیںہوتاہے۔</w:t>
      </w:r>
    </w:p>
    <w:p>
      <w:r>
        <w:rPr>
          <w:b/>
        </w:rPr>
        <w:t xml:space="preserve">[1:14:11] </w:t>
      </w:r>
      <w:r>
        <w:t>kyunke aadmi chahta hai doosron ko blame dena, apne ko accept nahin karna chahta. yeh doosron par daalne ki koshish karta rehta hai. aisa kabhi bhi nahin ho sakta.</w:t>
      </w:r>
    </w:p>
    <w:p>
      <w:pPr>
        <w:jc w:val="right"/>
      </w:pPr>
      <w:r>
        <w:t>کیونکہآدمیچاہتاہے دوسروںکوبلیمدینا، اپنےکو ایکسیپٹنہیںکرناچاہتا۔ یہدوسروںپر ڈالنےکیکوششکرتارہتاہے۔ ایساکبھیبھینہیںہوسکتا۔</w:t>
      </w:r>
    </w:p>
    <w:p>
      <w:r>
        <w:rPr>
          <w:b/>
        </w:rPr>
        <w:t xml:space="preserve">[1:14:23] </w:t>
      </w:r>
      <w:r>
        <w:t>mein isko bilkul, yaani jo aadmi aesa bolta hai, mein kahoon ke tum galat keh rahe ho. apni galat na manne ke liye to aise woh boli bolte ho.</w:t>
      </w:r>
    </w:p>
    <w:p>
      <w:pPr>
        <w:jc w:val="right"/>
      </w:pPr>
      <w:r>
        <w:t>میںاسکوبالکل ،یعنی جو آدمیایسابول تاہے، میںکہوںکہ تم غلطکہہرہےہو۔ اپنیغلطینہماننےکےلیےتوایسےوہبولیبولتےہو۔</w:t>
      </w:r>
    </w:p>
    <w:p>
      <w:r>
        <w:rPr>
          <w:b/>
        </w:rPr>
        <w:t xml:space="preserve">[1:14:34] </w:t>
      </w:r>
      <w:r>
        <w:t>mein kai aise logon ko jaanta hoon, ek do nahin, bohat se logon ko ke woh achhi salahiyat thi unke andar, unwanted ban gaye. kyunke apna agenda chala dete ho jaakar.</w:t>
      </w:r>
    </w:p>
    <w:p>
      <w:pPr>
        <w:jc w:val="right"/>
      </w:pPr>
      <w:r>
        <w:t>میں کئیایسےلوگوںکوجانتاہوں،ایکدونہیں،بہتسےلوگوںکو کہوہ اچھی صلاحیتتھیانکےاندر، انوانٹڈبنگئے۔ کیونکہ اپناایجنڈاچلادیتےہوجاکر۔</w:t>
      </w:r>
    </w:p>
    <w:p>
      <w:r>
        <w:rPr>
          <w:b/>
        </w:rPr>
        <w:t xml:space="preserve">[1:14:44] </w:t>
      </w:r>
      <w:r>
        <w:t>to kaun bardasht karega? bataiye, apna agenda chalaen.</w:t>
      </w:r>
    </w:p>
    <w:p>
      <w:pPr>
        <w:jc w:val="right"/>
      </w:pPr>
      <w:r>
        <w:t>توکونبرداشتکرےگا؟بتائیے،اپنا ایجنڈاچلائیں۔</w:t>
      </w:r>
    </w:p>
    <w:p>
      <w:r>
        <w:rPr>
          <w:b/>
        </w:rPr>
        <w:t xml:space="preserve">[1:14:51] </w:t>
      </w:r>
      <w:r>
        <w:t>apna agenda chala, apna agenda chalana hai to to kisi pahad mein chale jaaiye, kisi jangal mein chale jaaiye.</w:t>
      </w:r>
    </w:p>
    <w:p>
      <w:pPr>
        <w:jc w:val="right"/>
      </w:pPr>
      <w:r>
        <w:t>اپنا ایجنڈاچلا، اپناایجنڈاچلاناہےتو توکسی پہاڑمیںچلےجائیے،کسیجنگلمیںچلےجائیے۔</w:t>
      </w:r>
    </w:p>
    <w:p>
      <w:r>
        <w:rPr>
          <w:b/>
        </w:rPr>
        <w:t xml:space="preserve">[1:14:59] </w:t>
      </w:r>
      <w:r>
        <w:t>doosre ke saath jab chahenge aap milkar kaam karna to aap ko jaanna padega doosra kya chahta hai, doosre ki requirement kya hai. yeh, yeh yaani be-tor par principal yeh baat kar sakta hoon.</w:t>
      </w:r>
    </w:p>
    <w:p>
      <w:pPr>
        <w:jc w:val="right"/>
      </w:pPr>
      <w:r>
        <w:t>دوسرےکےساتھ جب چاہیںگےآپملکرکامکرناتو آپ کو جانناپڑےگادوس راکیا چاہتاہے، دوسرےکیریکوائرمنٹکیاہے۔ یہ،یہ یعنیبطورپرنسپلپریہیباتکرسکتاہوں۔</w:t>
      </w:r>
    </w:p>
    <w:p>
      <w:r>
        <w:rPr>
          <w:b/>
        </w:rPr>
        <w:t xml:space="preserve">[1:15:12] </w:t>
      </w:r>
      <w:r>
        <w:t>baqi specific tor par us waqt kar sakunga jab koi aap mujhe, yaani specific misaal bataen iski.</w:t>
      </w:r>
    </w:p>
    <w:p>
      <w:pPr>
        <w:jc w:val="right"/>
      </w:pPr>
      <w:r>
        <w:t>باقی سپیسیفکطورپر اسوقتکرسکوںگاجبکوئی آپ مجھے ،یعنی سپیسیفک مثالبتائیں اسکی۔</w:t>
      </w:r>
    </w:p>
    <w:p>
      <w:r>
        <w:rPr>
          <w:b/>
        </w:rPr>
        <w:t xml:space="preserve">[1:15:22] </w:t>
      </w:r>
      <w:r>
        <w:t>Maulana, yeh sawal Delhi se hai Mr. Muhammad Anas sahab ka.</w:t>
      </w:r>
    </w:p>
    <w:p>
      <w:pPr>
        <w:jc w:val="right"/>
      </w:pPr>
      <w:r>
        <w:t>مولانا،یہسوال دلیسےہے مسٹرمحمد انسصاحبکا۔</w:t>
      </w:r>
    </w:p>
    <w:p>
      <w:r>
        <w:rPr>
          <w:b/>
        </w:rPr>
        <w:t xml:space="preserve">[1:15:26] </w:t>
      </w:r>
      <w:r>
        <w:t>unhone likha hai: "Maulana, aksar hum ek hadith sunte hain ke jis aadmi ke pahunche takhnon se neeche rehte hain, use jahannam mein daal diya jayega.</w:t>
      </w:r>
    </w:p>
    <w:p>
      <w:pPr>
        <w:jc w:val="right"/>
      </w:pPr>
      <w:r>
        <w:t>انہوںنے لکھاہے: "مولانا،اکثرہمایک حدیثسن تےہیں کہ جس آدمیکے پہنچے ٹخنوںسےنیچےرہتےہیں، اسے جہنممیںڈالدیاجائےگا۔</w:t>
      </w:r>
    </w:p>
    <w:p>
      <w:r>
        <w:rPr>
          <w:b/>
        </w:rPr>
        <w:t xml:space="preserve">[1:15:36] </w:t>
      </w:r>
      <w:r>
        <w:t>to kya hum logon ka is hadith par amal karna compulsory hai, jis par aksar Musalman ghaur nahin karte?" nahin, nahin, bilkul galat hai. jo log aesi baaten karte hain, woh bohat zyada, yaani Allah Ta'ala ka unki falaan hogi, falaan kode maare jayenge unko.</w:t>
      </w:r>
    </w:p>
    <w:p>
      <w:pPr>
        <w:jc w:val="right"/>
      </w:pPr>
      <w:r>
        <w:t>توکیا ہملوگوںکااس حدیثپر عمل کرنا کمپلسریہے، جسپر اکثر مس لمان غورنہیںکرتے ؟" نہیں،نہیں،بالکلغلطہے۔جولوگایسیباتیںکرتےہیں، وہ بہت زیادہ ،یعنی اللہ تعالیکاانکیفلاںہو گی،فلاںکوڑےمارےجائیںگےانکو۔</w:t>
      </w:r>
    </w:p>
    <w:p>
      <w:r>
        <w:rPr>
          <w:b/>
        </w:rPr>
        <w:t xml:space="preserve">[1:15:53] </w:t>
      </w:r>
      <w:r>
        <w:t>bas, yaani jannat jahannam mein itni doori hai. yahan chale gaye jahannam, yahan chale gaye jannat. yaani kitni dangerous baat hai yeh. aap ghaur kijiye ke sirf chaar angul ka faasla hai jannat jahannam mein ke aap ka pajama hi yahan chala gaya to aap chale gaye jahannam mein, yahan aa gaya, chale gaye jannat mein.</w:t>
      </w:r>
    </w:p>
    <w:p>
      <w:pPr>
        <w:jc w:val="right"/>
      </w:pPr>
      <w:r>
        <w:t>بس، یعنی جنتجہنممیںاتنیدوریہے۔ یہاںچلےگئےجہنم،یہاںچلےگئےجنت۔ یعنیکتنیڈینورس باتہےیہ۔ آپغورکیجئے کہ صرف چاراگلکافاصلہہےجنتجہنممیں کہ آپکاپاجامہیہاںچلاگیاتو آپچلےگئےجہنممیں،یہاںآگیا،چلےگئےجنتمیں۔</w:t>
      </w:r>
    </w:p>
    <w:p>
      <w:r>
        <w:rPr>
          <w:b/>
        </w:rPr>
        <w:t xml:space="preserve">[1:16:10] </w:t>
      </w:r>
      <w:r>
        <w:t>yaani Islam ko ridicule karte hain yeh log. yeh sab Allah ka under-station hai. yeh sab bilkul galat baaten hain.</w:t>
      </w:r>
    </w:p>
    <w:p>
      <w:pPr>
        <w:jc w:val="right"/>
      </w:pPr>
      <w:r>
        <w:t>یعنی اساسلام کو ریڈیکولکرتےہیںیہلوگ۔ یہسب اللہ کا انڈرسٹیٹیشن ہے۔ یہسببالکللغوباتیںہیں۔</w:t>
      </w:r>
    </w:p>
    <w:p>
      <w:r>
        <w:rPr>
          <w:b/>
        </w:rPr>
        <w:t xml:space="preserve">[1:16:20] </w:t>
      </w:r>
      <w:r>
        <w:t>dekhiye, woh hadith jo hai, usko batata hoon ke haqeeqat yeh sab bilkul chhote masail bana rakhe hain logon ne. chhote masail bilkul Islam ko badnaam karte hain.</w:t>
      </w:r>
    </w:p>
    <w:p>
      <w:pPr>
        <w:jc w:val="right"/>
      </w:pPr>
      <w:r>
        <w:t>دیکھیے،وہحدیثجوہے،اسکوبتاتاہوںکہ حقیقت یہسببالکل چھوٹےمسئلےبنارکھےہیںلوگوںنے۔چھوٹےمسئلےبالکل اسلام کو بدنام کرتےہیں۔</w:t>
      </w:r>
    </w:p>
    <w:p>
      <w:r>
        <w:rPr>
          <w:b/>
        </w:rPr>
        <w:t xml:space="preserve">[1:16:31] </w:t>
      </w:r>
      <w:r>
        <w:t>sahih baat kya hai, woh batata hoon aap ko. sahih baat yeh hai ke hadith mein aata hai: "man jar azaarah khaylan". "man jar azaarah khaylan". jo apne azaar ko ghaseete, ghamand ke taur par.</w:t>
      </w:r>
    </w:p>
    <w:p>
      <w:pPr>
        <w:jc w:val="right"/>
      </w:pPr>
      <w:r>
        <w:t>صحیحباتکیاہے،وہبتاتاہوںآپکو ۔ صحیحباتیہہےکہحدیثمیںآتاہے: "من ج ر ازارہ خیلا" ۔"من جر ازار ہ خیلا" ۔جو اپنے ازارکو گھسیٹے ،گھمنڈکےطورپر ۔</w:t>
      </w:r>
    </w:p>
    <w:p>
      <w:r>
        <w:rPr>
          <w:b/>
        </w:rPr>
        <w:t xml:space="preserve">[1:16:49] </w:t>
      </w:r>
      <w:r>
        <w:t>yeh ek iska ek background hai. agar aap jaante hon ke purane zamane mein badshah aur yeh hote the to jab chalte the to lamba arqba unka hota tha aur bohat peeche latakta tha.</w:t>
      </w:r>
    </w:p>
    <w:p>
      <w:pPr>
        <w:jc w:val="right"/>
      </w:pPr>
      <w:r>
        <w:t>یہ ایک اسکاایک بیکگراؤنڈہے۔ اگر آپجانتےہوںکہپرانےزمانےمیںبادشاہاوریہہوتےتھے توجبچلتے تھےتولمبا اواقبہانکاہوتاتھا اوربہت پیچھےلٹکتاتھا۔</w:t>
      </w:r>
    </w:p>
    <w:p>
      <w:r>
        <w:rPr>
          <w:b/>
        </w:rPr>
        <w:t xml:space="preserve">[1:17:01] </w:t>
      </w:r>
      <w:r>
        <w:t>balkeh babay woh hote the, unko pakde rehte the kuch log, khadim. ke ghusta hua chalta tha. woh ghamand ke andaaz mein hote the. woh, woh to ghamand ki nishani hai.</w:t>
      </w:r>
    </w:p>
    <w:p>
      <w:pPr>
        <w:jc w:val="right"/>
      </w:pPr>
      <w:r>
        <w:t>بلکہ ببےجوہوتےتھے،انکوپکڑےرہتےتھےکچھلوگ ،خادم۔ کہ گھستا ہواچلتاتھا۔ وہ گھمنڈ کےانداز میںہوتےتھے۔وہ، وہتوگھمنڈکینشانیہے۔</w:t>
      </w:r>
    </w:p>
    <w:p>
      <w:r>
        <w:rPr>
          <w:b/>
        </w:rPr>
        <w:t xml:space="preserve">[1:17:12] </w:t>
      </w:r>
      <w:r>
        <w:t>gharoor aur arrogance. us ko farmaya Rasool Allah (SAW) ne. yeh thoda hai ke bas yahan chala gaya to jahannam, yahan chala gaya jannat.</w:t>
      </w:r>
    </w:p>
    <w:p>
      <w:pPr>
        <w:jc w:val="right"/>
      </w:pPr>
      <w:r>
        <w:t>غروراور اروگنس۔ اس کوفرمایارسولاللہصلیاللہعلیہوسلمنے۔یہتھوڑیہےکہبس یہاںچلاجائےتوجہنم،یہاںچلاجائےجنت۔</w:t>
      </w:r>
    </w:p>
    <w:p>
      <w:r>
        <w:rPr>
          <w:b/>
        </w:rPr>
        <w:t xml:space="preserve">[1:17:19] </w:t>
      </w:r>
      <w:r>
        <w:t>yeh sab bilkul jhootha masla hai, jhoote fatwe hain. iski koi haqeeqat nahin.</w:t>
      </w:r>
    </w:p>
    <w:p>
      <w:pPr>
        <w:jc w:val="right"/>
      </w:pPr>
      <w:r>
        <w:t>یہسببالکلجھوٹا مسئلہہے،جھوٹےفتوےہیں۔ اسکیکوئیحقیقتنہیں ۔</w:t>
      </w:r>
    </w:p>
    <w:p>
      <w:r>
        <w:rPr>
          <w:b/>
        </w:rPr>
        <w:t xml:space="preserve">[1:17:26] </w:t>
      </w:r>
      <w:r>
        <w:t>agar koi tafseel aap chahte hon to mere paas aaiye, mein aap ko tafseel bataunga. usooli baat mein yeh keh raha hoon ke woh is kapde ke liye hai jismein ke be-tor ghamand ke, be-tor shahd, yaani apni badaai ke log lambe lambe azaar pehnate the.</w:t>
      </w:r>
    </w:p>
    <w:p>
      <w:pPr>
        <w:jc w:val="right"/>
      </w:pPr>
      <w:r>
        <w:t>اگر کوئی تفصیل آپچاہتےہوںتومیرےپاسآئیے،میںآپکوتفصیلبتاؤںگا۔ اصولیباتمیںیہکہہرہاہوںکہ وہ اس کپڑےکےلیےہے جسمیں کہ ب طورگھمنڈکے،ب طورشاہ د، یعنیاپنیبڑائیکے لوگ لمبےلمبے اوزارپہناکرتے تھے۔</w:t>
      </w:r>
    </w:p>
    <w:p>
      <w:r>
        <w:rPr>
          <w:b/>
        </w:rPr>
        <w:t xml:space="preserve">[1:17:43] </w:t>
      </w:r>
      <w:r>
        <w:t>peeche peeche lamba ghaseetta tha. ke uske liye hai woh</w:t>
      </w:r>
    </w:p>
    <w:p>
      <w:pPr>
        <w:jc w:val="right"/>
      </w:pPr>
      <w:r>
        <w:t>پیچھےپیچھےلمبا گھ سیٹتاتھا۔ کہ اسکےلیےہےوہ</w:t>
      </w:r>
    </w:p>
    <w:p>
      <w:r>
        <w:rPr>
          <w:b/>
        </w:rPr>
        <w:t xml:space="preserve">[1:17:48] </w:t>
      </w:r>
      <w:r>
        <w:t>. warna khud hadith mein aata hai ke Hazrat Abu Bakr jo the, unka, unka, unka neeche ho jata tha. to ek galat qism ki taweel bana rakhi hai ke unka, unka kala aisa tha ke woh lad latakta hai. kyunke kala haath ko, kyunke koi rahayga.</w:t>
      </w:r>
    </w:p>
    <w:p>
      <w:pPr>
        <w:jc w:val="right"/>
      </w:pPr>
      <w:r>
        <w:t>۔ ورنہخودحدیثمیںآتاہےکہ حضرتابوبکرجوتھے، انکا،انکا ،انکا نیچےہوجاتا تھا۔ تو ایک غلط قسم کیتاویلبنارکھیہےکہانکا ،انکا کلاایساتھاکہ وہ لڑ لٹکجاتا ہے۔کیونکہکلا ہاتھکو،کیونکہکوئیرہےگا۔</w:t>
      </w:r>
    </w:p>
    <w:p>
      <w:r>
        <w:rPr>
          <w:b/>
        </w:rPr>
        <w:t xml:space="preserve">[1:18:03] </w:t>
      </w:r>
      <w:r>
        <w:t>yeh jhooti taweel hai yeh. koi kalay ki baat nahin hai.</w:t>
      </w:r>
    </w:p>
    <w:p>
      <w:pPr>
        <w:jc w:val="right"/>
      </w:pPr>
      <w:r>
        <w:t>یہجھوٹیتاویلہےیہ۔ کوئیکلےکیباتنہیںہے۔</w:t>
      </w:r>
    </w:p>
    <w:p>
      <w:r>
        <w:rPr>
          <w:b/>
        </w:rPr>
        <w:t xml:space="preserve">[1:18:08] </w:t>
      </w:r>
      <w:r>
        <w:t>koi kalay ki baat nahin. asal cheez yeh hai ke is, is, ismein logon ne form le rakha hai. form. haalanke asal cheez hai spirit.</w:t>
      </w:r>
    </w:p>
    <w:p>
      <w:pPr>
        <w:jc w:val="right"/>
      </w:pPr>
      <w:r>
        <w:t>کوئیکلےکیباتنہیں۔اصلچیزیہہے کہ اس، اس ،اسمیں لوگ وںنے فارمکولےرکھاہے۔فارم۔ حالانکہ اصلچیزہےاسپرٹ۔</w:t>
      </w:r>
    </w:p>
    <w:p>
      <w:r>
        <w:rPr>
          <w:b/>
        </w:rPr>
        <w:t xml:space="preserve">[1:18:18] </w:t>
      </w:r>
      <w:r>
        <w:t>yaani aap agar aap upar karen, ismein agar aap ne ghamand bana rakha ho to woh bhi jahannam mein le aayega aap ko. asal cheez neecha upar nahin hai. asal cheez yeh hai ke ghamand aur ghamand aur arrogance, woh cheez woh hai.</w:t>
      </w:r>
    </w:p>
    <w:p>
      <w:pPr>
        <w:jc w:val="right"/>
      </w:pPr>
      <w:r>
        <w:t>یعنیآپ اگر آپ اوپر کریں، اسمیں اگر آپنےغروربنارکھاہوتووہبھیجہنممیںلےآئےگاآپکو۔ اصلچیزنیچااوپرنہیںہے۔اصلچیزیہہےکہ غروراورگھمنڈاوراروگنس،وہچیزجوہے۔</w:t>
      </w:r>
    </w:p>
    <w:p>
      <w:r>
        <w:rPr>
          <w:b/>
        </w:rPr>
        <w:t xml:space="preserve">[1:18:32] </w:t>
      </w:r>
      <w:r>
        <w:t>hadith mein aata hai ke "man kan fi qalbi habbat khardalin min kibr". jis aadmi ke andar kibr, yaani arrogance ka ek zarra bhi ho, usko mein jahannam mein daal dunga.</w:t>
      </w:r>
    </w:p>
    <w:p>
      <w:pPr>
        <w:jc w:val="right"/>
      </w:pPr>
      <w:r>
        <w:t>حدیثمیںآتاہےکہ "من کان فی قلبی حبت خردلیمن کبر"۔ جسآدمیکےاندر کبر ،یعنیاروگنسکاایکذرہبھیہو،اسکو میںجہنممیںڈالدوںگا۔</w:t>
      </w:r>
    </w:p>
    <w:p>
      <w:r>
        <w:rPr>
          <w:b/>
        </w:rPr>
        <w:t xml:space="preserve">[1:18:44] </w:t>
      </w:r>
      <w:r>
        <w:t>to asal cheez woh hai, woh kibr hai, na ke neecha ooncha hona. jo log neecha ooncha hone ko lekar ke yeh masail batate hain, bilkul chhote masail batate hain. woh iski koi haqeeqat nahin. iska Islam se koi ta'alluq nahin hai.</w:t>
      </w:r>
    </w:p>
    <w:p>
      <w:pPr>
        <w:jc w:val="right"/>
      </w:pPr>
      <w:r>
        <w:t>تو اصلچیزجوہے،وہکبرہے،نہکہنیچااونچاہونا۔ جو لوگنیچااونچاہونے کو لےکرکےیہمسئلےبتاتےہیں،بالکلچھوٹےمسئلےبتاتےہیں۔وہ اسکی کوئیحقیقتنہیں۔اسکااسلام سےکوئیتعلقنہیں ہے۔</w:t>
      </w:r>
    </w:p>
    <w:p>
      <w:r>
        <w:rPr>
          <w:b/>
        </w:rPr>
        <w:t xml:space="preserve">[1:18:58] </w:t>
      </w:r>
      <w:r>
        <w:t>maulana,agl sawal. khud wohi an logon ke dil mein kibr bhara bhara hota</w:t>
      </w:r>
    </w:p>
    <w:p>
      <w:pPr>
        <w:jc w:val="right"/>
      </w:pPr>
      <w:r>
        <w:t>مولانا،اگلاسوال۔خود وہیانلوگوںکےدل میں کبربھرا بھراہوت</w:t>
      </w:r>
    </w:p>
    <w:p>
      <w:r>
        <w:rPr>
          <w:b/>
        </w:rPr>
        <w:t xml:space="preserve">[1:19:02] </w:t>
      </w:r>
      <w:r>
        <w:t>hey. kibr ke pahad bane rehte hain. aur masla yeh batate hain. samajhte hain ke bas aisa pyjama ho jaye to bas jannat pakki ho gayi. yeh iska islam, islam se koi talluq aiyasa nahi hai.</w:t>
      </w:r>
    </w:p>
    <w:p>
      <w:pPr>
        <w:jc w:val="right"/>
      </w:pPr>
      <w:r>
        <w:t>اہے۔ کبرکےپہاڑبنےرہتےہیں۔ اورمسئلہیہبتاتےہیں۔ سمجھتےہیںکہبس ایسا پجامہہوجائےتوبسجنتپکیہوگئی۔ یہ اسکااسلام ،اسلام سےکوئیتعلقتوایسانہیںہے۔</w:t>
      </w:r>
    </w:p>
    <w:p>
      <w:r>
        <w:rPr>
          <w:b/>
        </w:rPr>
        <w:t xml:space="preserve">[1:19:15] </w:t>
      </w:r>
      <w:r>
        <w:t>maulana, agla sawal road ke se hai sajid anwar sahib ka. unhon ne likha hai: "maulana, we live in a world of distractions.</w:t>
      </w:r>
    </w:p>
    <w:p>
      <w:pPr>
        <w:jc w:val="right"/>
      </w:pPr>
      <w:r>
        <w:t>مولانا،اگلاسوال روڑکیسےہے ساجدانورصاحبکا ۔ انہوںنےلکھاہے: "مولانا،we live in aworld of dist rac tion s.</w:t>
      </w:r>
    </w:p>
    <w:p>
      <w:r>
        <w:rPr>
          <w:b/>
        </w:rPr>
        <w:t xml:space="preserve">[1:19:25] </w:t>
      </w:r>
      <w:r>
        <w:t>how can we save ourselves from them ? please guide."</w:t>
      </w:r>
    </w:p>
    <w:p>
      <w:pPr>
        <w:jc w:val="right"/>
      </w:pPr>
      <w:r>
        <w:t>How canwe save ours elvesfrom them ? Pleaseguide."</w:t>
      </w:r>
    </w:p>
    <w:p>
      <w:r>
        <w:rPr>
          <w:b/>
        </w:rPr>
        <w:t xml:space="preserve">[1:19:30] </w:t>
      </w:r>
      <w:r>
        <w:t>dekhen, distraction wohi ho gayi. Hazrat Adam ko jannat mein rakha gaya to wahan bhi ek, ek tha.</w:t>
      </w:r>
    </w:p>
    <w:p>
      <w:pPr>
        <w:jc w:val="right"/>
      </w:pPr>
      <w:r>
        <w:t>دیکھیں،ڈسٹریکشنتوہوگئی۔ حضرتآدمکو جنتمیںرکھاگیا تووہاںبھیایک ،ایک تھا۔</w:t>
      </w:r>
    </w:p>
    <w:p>
      <w:r>
        <w:rPr>
          <w:b/>
        </w:rPr>
        <w:t xml:space="preserve">[1:19:40] </w:t>
      </w:r>
      <w:r>
        <w:t>yani forbidden entry. woh kya tha? that was source of distraction. woh Allah ta'ala ne bata diya ke distraction rahega, rahega.</w:t>
      </w:r>
    </w:p>
    <w:p>
      <w:pPr>
        <w:jc w:val="right"/>
      </w:pPr>
      <w:r>
        <w:t>یعنیفاربیڈیٹری۔ وہ کیاتھا؟ That was sourceofdistrac tion. وہ اللہتعالیٰنے بتادیا کہ ڈسٹریکشنرہےگا،رہےگا۔</w:t>
      </w:r>
    </w:p>
    <w:p>
      <w:r>
        <w:rPr>
          <w:b/>
        </w:rPr>
        <w:t xml:space="preserve">[1:19:51] </w:t>
      </w:r>
      <w:r>
        <w:t>tum ko is se apne ko bachana hai.</w:t>
      </w:r>
    </w:p>
    <w:p>
      <w:pPr>
        <w:jc w:val="right"/>
      </w:pPr>
      <w:r>
        <w:t>تم کو اسسے اپنےکوبچاناہے۔</w:t>
      </w:r>
    </w:p>
    <w:p>
      <w:r>
        <w:rPr>
          <w:b/>
        </w:rPr>
        <w:t xml:space="preserve">[1:19:56] </w:t>
      </w:r>
      <w:r>
        <w:t>yeh to, yani creation plan of God mein shamil hai ke distraction rahega. aur is se apne ko bachayenge. is se yeh, is, yeh, yeh koi manfi baat nahi hai.</w:t>
      </w:r>
    </w:p>
    <w:p>
      <w:pPr>
        <w:jc w:val="right"/>
      </w:pPr>
      <w:r>
        <w:t>یہتو ،یعنی کریشن پلانآفگاڈمیںشامل ہے کہڈسٹریکشنرہےگا۔ اوراسسےاپنےکوبچائیںگے۔ اسسے یہ،اس،یہ،یہ کوئی منفیباتنہیںہے۔</w:t>
      </w:r>
    </w:p>
    <w:p>
      <w:r>
        <w:rPr>
          <w:b/>
        </w:rPr>
        <w:t xml:space="preserve">[1:20:07] </w:t>
      </w:r>
      <w:r>
        <w:t>is se aap ka mind active rehta hai. aap, aap ka dimagh zinda rehta hai. aap bar bar sochte hain. aap ki thinking develop hoti hai. yeh behta achhi baat hai. agar, agar is tarah ke halat na hon to aadmi dull ho jaye.</w:t>
      </w:r>
    </w:p>
    <w:p>
      <w:pPr>
        <w:jc w:val="right"/>
      </w:pPr>
      <w:r>
        <w:t>اسسےآپکامائنڈایکٹیورہتاہے۔ آپ ،آپکا دماغ زندہرہتاہے۔ آپبار بارسوچتےہیں۔آپ کیتھنکنگڈیولپہوتیہے۔ یہ بہتاچھیباتہے۔اگر،اگر اسطرحکےحالاتنہہوں تو آ دمیڈلہوجائے۔</w:t>
      </w:r>
    </w:p>
    <w:p>
      <w:r>
        <w:rPr>
          <w:b/>
        </w:rPr>
        <w:t xml:space="preserve">[1:20:25] </w:t>
      </w:r>
      <w:r>
        <w:t>maulana, agla sawal delhi se hai Muhammad Asif Riaz sahib ka. unhon ne likha hai: "maulana sahib, while reading your tafsir Tazkir ul Quran we feel that we are still in Quran,</w:t>
      </w:r>
    </w:p>
    <w:p>
      <w:pPr>
        <w:jc w:val="right"/>
      </w:pPr>
      <w:r>
        <w:t>مولانا،اگلاسوال دلیسےہے محمد آصف ریاضصاحبکا ۔ انہوںنےلکھاہے: "مول اناصاحب،while readingyour ت فسیر تذکر القرآن we feelthat weare still inQuran,</w:t>
      </w:r>
    </w:p>
    <w:p>
      <w:r>
        <w:rPr>
          <w:b/>
        </w:rPr>
        <w:t xml:space="preserve">[1:20:39] </w:t>
      </w:r>
      <w:r>
        <w:t>while other tafsirs take us away from Quran. maulana sahib, please let us know how you managed to write such a great tafsir."</w:t>
      </w:r>
    </w:p>
    <w:p>
      <w:pPr>
        <w:jc w:val="right"/>
      </w:pPr>
      <w:r>
        <w:t>while other t afsirs takeus awayfrom Quran. مول اناصاحب,pleaselet usknowhow youmanagedtowrite such agreat تفسیر."</w:t>
      </w:r>
    </w:p>
    <w:p>
      <w:r>
        <w:rPr>
          <w:b/>
        </w:rPr>
        <w:t xml:space="preserve">[1:20:54] </w:t>
      </w:r>
      <w:r>
        <w:t>dekhiye, mera tareeqa yeh raha hai, abhi bhi hai. ke mein</w:t>
      </w:r>
    </w:p>
    <w:p>
      <w:pPr>
        <w:jc w:val="right"/>
      </w:pPr>
      <w:r>
        <w:t>دیکھیے، میراطریقہ یہ رہاہے، ابھیبھیہے۔ کہمیں</w:t>
      </w:r>
    </w:p>
    <w:p>
      <w:r>
        <w:rPr>
          <w:b/>
        </w:rPr>
        <w:t xml:space="preserve">[1:21:04] </w:t>
      </w:r>
      <w:r>
        <w:t>sab tafsiren parta hoon. lekin jab maine tafsir likhi to poora poora mera dhyan is par tha ke is tukde mein, is piece mein Allah ne kya farmaya hai.</w:t>
      </w:r>
    </w:p>
    <w:p>
      <w:pPr>
        <w:jc w:val="right"/>
      </w:pPr>
      <w:r>
        <w:t>سبتفسیریںپڑھتاہوں۔ لیکن جبمیں تفسیر لکھیمیںنے تو پوراپورا میرادھیاناسپرتھاکہاس ٹکڑےمیں،اس پیسجمیںاللہ نےکیافرمایاہے۔</w:t>
      </w:r>
    </w:p>
    <w:p>
      <w:r>
        <w:rPr>
          <w:b/>
        </w:rPr>
        <w:t xml:space="preserve">[1:21:16] </w:t>
      </w:r>
      <w:r>
        <w:t>alag kagaz par mein likhta tha, point. ke yeh jo char line hain ya jitna bhi ek piece hai, is mein ek ek point note karta tha mein.</w:t>
      </w:r>
    </w:p>
    <w:p>
      <w:pPr>
        <w:jc w:val="right"/>
      </w:pPr>
      <w:r>
        <w:t>الگکاغذپرمیںلکھتاتھا، پوائنٹ ۔ کہیہجو چارلائن ہیں یا جتنابھیایکپیسجہے، اسمیں ایکایکپوائنٹنوٹکرتاتھامیں۔</w:t>
      </w:r>
    </w:p>
    <w:p>
      <w:r>
        <w:rPr>
          <w:b/>
        </w:rPr>
        <w:t xml:space="preserve">[1:21:29] </w:t>
      </w:r>
      <w:r>
        <w:t>bahut zyada bar bar padhkar, bar bar padhkar, bar bar padhkar. to jo point is mein mujhe nazar aate the, us point ko lekar usko explain karta tha. is tarah tafsir logon ne nahi likhi hai.</w:t>
      </w:r>
    </w:p>
    <w:p>
      <w:pPr>
        <w:jc w:val="right"/>
      </w:pPr>
      <w:r>
        <w:t>بہت زیادہ باربار پڑھکر،باربارپڑھکر،باربارپڑھکر۔ توجو پوائنٹاسمیںمجھےنظرآتےتھے، اس پوائنٹکولےکراسکوایکسپلینکرتاتھا۔ اسطرحتفسیرلوگوںنےنہیںلکھیہے۔</w:t>
      </w:r>
    </w:p>
    <w:p>
      <w:r>
        <w:rPr>
          <w:b/>
        </w:rPr>
        <w:t xml:space="preserve">[1:21:40] </w:t>
      </w:r>
      <w:r>
        <w:t>logon ko to bas apne dimagh mein jo hai, lagte hain usi ko add karne.</w:t>
      </w:r>
    </w:p>
    <w:p>
      <w:pPr>
        <w:jc w:val="right"/>
      </w:pPr>
      <w:r>
        <w:t>لوگوںکوتوبساپنےدماغمیںجوہے، لگتےہیںاسیکواڈیلنے۔</w:t>
      </w:r>
    </w:p>
    <w:p>
      <w:r>
        <w:rPr>
          <w:b/>
        </w:rPr>
        <w:t xml:space="preserve">[1:21:45] </w:t>
      </w:r>
      <w:r>
        <w:t>jo dars e Quran hota hai, masjidon mein, uska bhi tareeqa yeh hai. ek ayat padhi, chand ayaten padhin, apne dimagh mein jo hai, usko add karne lage. yeh mera tareeqa nahi hai.</w:t>
      </w:r>
    </w:p>
    <w:p>
      <w:pPr>
        <w:jc w:val="right"/>
      </w:pPr>
      <w:r>
        <w:t>جودرس قرآنہوتاہے،مسجدوںمیں،اسکابھیطریقہیہہے۔ ایکآیتپڑھی، چند آیتیںپڑھیں،اپنےدماغمیں جوہے،اسکو اڈیلنےلگے۔ یہمیراطریقہنہیںہے۔</w:t>
      </w:r>
    </w:p>
    <w:p>
      <w:r>
        <w:rPr>
          <w:b/>
        </w:rPr>
        <w:t xml:space="preserve">[1:21:55] </w:t>
      </w:r>
      <w:r>
        <w:t>mein apne dimagh ko nahi add karta. is, is Quran ke is hisse mein kya bataya gaya, usko pehle behta achhi tarah se dhyan deta hoon. usko pehle apne mind mein bithata hoon.</w:t>
      </w:r>
    </w:p>
    <w:p>
      <w:pPr>
        <w:jc w:val="right"/>
      </w:pPr>
      <w:r>
        <w:t>میںاپنےدماغکونہیںاڈیلتا۔ اس، اس قرآنکےاسحصےمیںکیابتایاگیا، اسکو پہلے بہتاچھیطرحسےدھیاندیتاہوں۔ اسکو پہلے اپنے مائنڈمیںبٹھاتاہوں۔</w:t>
      </w:r>
    </w:p>
    <w:p>
      <w:r>
        <w:rPr>
          <w:b/>
        </w:rPr>
        <w:t xml:space="preserve">[1:22:06] </w:t>
      </w:r>
      <w:r>
        <w:t>phir usko batake bolta hoon. yeh tareeqa logon ka hai hi nahi. na taqreer karne walon ka, na dars dene walon ka, na tafsir likhne walon ka.</w:t>
      </w:r>
    </w:p>
    <w:p>
      <w:pPr>
        <w:jc w:val="right"/>
      </w:pPr>
      <w:r>
        <w:t>پھراسکوبتاکےبولتاہوں۔ یہطریقہلوگوںکاہےہینہیں۔ نہتقریرکرنےوالوںکا، نہدرسدینےوالوںکا،نہ تفسیرلکھنےوالوںکا۔</w:t>
      </w:r>
    </w:p>
    <w:p>
      <w:r>
        <w:rPr>
          <w:b/>
        </w:rPr>
        <w:t xml:space="preserve">[1:22:14] </w:t>
      </w:r>
      <w:r>
        <w:t>woh to bas ek ayat liya aur apne mind ko add karna shuru kar diya. abhi hum kya karen? yeh logon ka tareeqa hai.</w:t>
      </w:r>
    </w:p>
    <w:p>
      <w:pPr>
        <w:jc w:val="right"/>
      </w:pPr>
      <w:r>
        <w:t>وہتوبس ایکآیت لیااوراپنےمائنڈکو اڈیلناشروعکردیا۔ ابیہیہمکیاکریں؟یہلوگوںکاطریقہہے۔</w:t>
      </w:r>
    </w:p>
    <w:p>
      <w:r>
        <w:rPr>
          <w:b/>
        </w:rPr>
        <w:t xml:space="preserve">[1:22:23] </w:t>
      </w:r>
      <w:r>
        <w:t>hamare de ghair ilmi hain. hum isko ghair ilmi samajhte hain. maulana, yeh sawal Bihar se hai Mukhtar Ahmed sahib ka. unhon ne likha hai:</w:t>
      </w:r>
    </w:p>
    <w:p>
      <w:pPr>
        <w:jc w:val="right"/>
      </w:pPr>
      <w:r>
        <w:t>ہمارےدےغیر علمیہے۔ ہماسکو غیر علمیسمجھتےہیں۔ مولانا،یہسوال بہارسے ہے مخت اراحمد صاحبکا۔انہوں نےلکھاہے:</w:t>
      </w:r>
    </w:p>
    <w:p>
      <w:r>
        <w:rPr>
          <w:b/>
        </w:rPr>
        <w:t xml:space="preserve">[1:22:37] </w:t>
      </w:r>
      <w:r>
        <w:t>"we are doing Dawa work. how can we do Dawa work on j</w:t>
      </w:r>
    </w:p>
    <w:p>
      <w:pPr>
        <w:jc w:val="right"/>
      </w:pPr>
      <w:r>
        <w:t>"Wearedoing Dawa work .How canwedo Dawawork on j</w:t>
      </w:r>
    </w:p>
    <w:p>
      <w:r>
        <w:rPr>
          <w:b/>
        </w:rPr>
        <w:t xml:space="preserve">[1:22:42] </w:t>
      </w:r>
      <w:r>
        <w:t>inn ? i mean to say, if messenger is human and if madhu is jinn, how will it be possible to do Dawa work ?" yani kisne aap ko hukum diya ke jinn karen?</w:t>
      </w:r>
    </w:p>
    <w:p>
      <w:pPr>
        <w:jc w:val="right"/>
      </w:pPr>
      <w:r>
        <w:t>inn ?Imeantosay,if mess engerishuman andif madhu is jinn, how will itbeposs ible todo Dawawork ?" یعنی کسنےآپکوحکمدیاکہجنکریں؟</w:t>
      </w:r>
    </w:p>
    <w:p>
      <w:r>
        <w:rPr>
          <w:b/>
        </w:rPr>
        <w:t xml:space="preserve">[1:22:55] </w:t>
      </w:r>
      <w:r>
        <w:t>kis Khuda ne? kahan, kaun si ayat hai? yeh to aap khud saakht aap ne bana liya apni zimmedari. aap kahen ke mein pahad par kaise dua work karoon?</w:t>
      </w:r>
    </w:p>
    <w:p>
      <w:pPr>
        <w:jc w:val="right"/>
      </w:pPr>
      <w:r>
        <w:t>کسخدانے؟کہاں،کونسیآیتہے؟ یہتوآپخود ساخت ہآپ نے بنالیاپنیذمہداری۔ آپکہیںکہمیں پہاڑپرکیسے دعاورککروں؟</w:t>
      </w:r>
    </w:p>
    <w:p>
      <w:r>
        <w:rPr>
          <w:b/>
        </w:rPr>
        <w:t xml:space="preserve">[1:23:05] </w:t>
      </w:r>
      <w:r>
        <w:t>to kisne aapse kaha ke aap pahad par dua work karen? yeh ajibo ghareeb sawal aati hai.</w:t>
      </w:r>
    </w:p>
    <w:p>
      <w:pPr>
        <w:jc w:val="right"/>
      </w:pPr>
      <w:r>
        <w:t>توکسنےآپسےکہاکہآپپہاڑپردعاورککریں؟ یہعجیبوغریبسوالآتیہے۔</w:t>
      </w:r>
    </w:p>
    <w:p>
      <w:r>
        <w:rPr>
          <w:b/>
        </w:rPr>
        <w:t xml:space="preserve">[1:23:11] </w:t>
      </w:r>
      <w:r>
        <w:t xml:space="preserve">alnas,alnasjwohay,insan,asparapkodua karnay kahukmdiyagayahay. Yetoapkhudsakht hay kay jinoon pardua karnachahaty hainap. Wohapkidzmadarinahihain. </w:t>
      </w:r>
    </w:p>
    <w:p>
      <w:pPr>
        <w:jc w:val="right"/>
      </w:pPr>
      <w:r>
        <w:t>الن اس،الن اسجوہے،انسان ، اسپرآپکودعاکرنےکاحکمدیا گیاہے۔ یہتوآپ خود ساخت ہہےکہ جن وںپردعاکرناچاہتےہیںآپ ۔وہآپکیذمہدارینہیںہے۔</w:t>
      </w:r>
    </w:p>
    <w:p>
      <w:r>
        <w:rPr>
          <w:b/>
        </w:rPr>
        <w:t xml:space="preserve">[1:23:22] </w:t>
      </w:r>
      <w:r>
        <w:t xml:space="preserve">apkahain kahmalakay par kaisay duawarkkaroon? To koi apkidzmadarinahihain. Wohmainhairanhon kahkaisay ajeeboghareebkoisawal kisikay mind meinajatatahay. </w:t>
      </w:r>
    </w:p>
    <w:p>
      <w:pPr>
        <w:jc w:val="right"/>
      </w:pPr>
      <w:r>
        <w:t>آپکہیںکہملائکہپرکیسے دعاورککروں؟ تو کوئی آپکیذمہدارینہیںہے۔ وہمیںحیرانہوںکہکیسے عجیبوغریبکوئیسوال کسیکےمائنڈمیںآجاتاہے۔</w:t>
      </w:r>
    </w:p>
    <w:p>
      <w:r>
        <w:rPr>
          <w:b/>
        </w:rPr>
        <w:t xml:space="preserve">[1:23:32] </w:t>
      </w:r>
      <w:r>
        <w:t xml:space="preserve">ajeeboghareebkoisawalatatahay. Bhayi, jo Allah ta'ala nay jo hukmdia, wohaskoo, askoo, askoolaykar apni dzmadarikataeenkeejiye. </w:t>
      </w:r>
    </w:p>
    <w:p>
      <w:pPr>
        <w:jc w:val="right"/>
      </w:pPr>
      <w:r>
        <w:t>عجیبوغریبکوئیسوالآتاہے۔ بھئی،جو اللہ تعالیٰنےجوحکمدیا، وہاسکو ،اسکو ،اسکولےکر اپنی ذمہداریکاتعینکیجیے۔</w:t>
      </w:r>
    </w:p>
    <w:p>
      <w:r>
        <w:rPr>
          <w:b/>
        </w:rPr>
        <w:t xml:space="preserve">[1:23:42] </w:t>
      </w:r>
      <w:r>
        <w:t xml:space="preserve">khudsakht hatourparkaisay ap samjhlia kay apnay jinoon mein duawarkkarnahay? </w:t>
      </w:r>
    </w:p>
    <w:p>
      <w:pPr>
        <w:jc w:val="right"/>
      </w:pPr>
      <w:r>
        <w:t>خود ساخت ہطورپرکیسےآپ سمجھلیاکہآپنےجن وں میں دعاورککرناہے؟</w:t>
      </w:r>
    </w:p>
    <w:p>
      <w:r>
        <w:rPr>
          <w:b/>
        </w:rPr>
        <w:t xml:space="preserve">[1:23:48] </w:t>
      </w:r>
      <w:r>
        <w:t xml:space="preserve">rasool Allah kay baray mein atatahay, wohjo baaz hadithon mein ya quran mein, to woh rasool Allah ka, ka, ka is kamamlattha. Hamaramamlatunahihay. </w:t>
      </w:r>
    </w:p>
    <w:p>
      <w:pPr>
        <w:jc w:val="right"/>
      </w:pPr>
      <w:r>
        <w:t>رسولاللہکےبارےمیںآتاہے، وہجو بعض حدیثوںمیںیاقرآنمیں ،تووہ رسولاللہ کا ،کا، کا اس کامعاملہتھا۔ہمارامعاملہتونہیںہے۔</w:t>
      </w:r>
    </w:p>
    <w:p>
      <w:r>
        <w:rPr>
          <w:b/>
        </w:rPr>
        <w:t xml:space="preserve">[1:23:59] </w:t>
      </w:r>
      <w:r>
        <w:t xml:space="preserve">hamaintowasi insanon mein kamkarnahay. </w:t>
      </w:r>
    </w:p>
    <w:p>
      <w:pPr>
        <w:jc w:val="right"/>
      </w:pPr>
      <w:r>
        <w:t>ہمیںتواسیانسانوںمیںکامکرناہے۔</w:t>
      </w:r>
    </w:p>
    <w:p>
      <w:r>
        <w:rPr>
          <w:b/>
        </w:rPr>
        <w:t xml:space="preserve">[1:24:03] </w:t>
      </w:r>
      <w:r>
        <w:t>Molana, Dilli say Mr. Rupesh ka sawal hai. Unhon nay ap say poocha hai: "Molana sahib, will more liberal ideas develop in Islam in future? What is your comment on it?"</w:t>
      </w:r>
    </w:p>
    <w:p>
      <w:pPr>
        <w:jc w:val="right"/>
      </w:pPr>
      <w:r>
        <w:t>مولانا،دلیسے مسٹر روپیشکا سوال ہے۔ انہوں نے آپسےپوچھاہے: "مول اناصاحب،will more liber al ide as develop inIslam infuture ?Whatisyourcommentonit ?"</w:t>
      </w:r>
    </w:p>
    <w:p>
      <w:r>
        <w:rPr>
          <w:b/>
        </w:rPr>
        <w:t xml:space="preserve">[1:24:17] </w:t>
      </w:r>
      <w:r>
        <w:t xml:space="preserve">dekhiye, liberal ideas kay lafz mein galatsamajhtahoon. Islam mein koi liberalismnahihay. Yeh lafz higalathay. Islam mein yeh hay kay ap quran ko object ki taraf parhain. </w:t>
      </w:r>
    </w:p>
    <w:p>
      <w:pPr>
        <w:jc w:val="right"/>
      </w:pPr>
      <w:r>
        <w:t>دیکھیے،liber alide asکےلفظمیں غلطسمجھتاہوں۔ اسلام میںکوئیliber alismنہیںہے۔ یہلفظہیغلطہے۔ اسلام میںیہہےکہآپ قرآنکو obj ect کیطرف پڑھیں۔</w:t>
      </w:r>
    </w:p>
    <w:p>
      <w:r>
        <w:rPr>
          <w:b/>
        </w:rPr>
        <w:t xml:space="preserve">[1:24:30] </w:t>
      </w:r>
      <w:r>
        <w:t xml:space="preserve">Objective mind kay saathparhain. Aur yeh daryaftkareen kay quran kiya kahraha hay. Yeh liberal ideas kalafztomairay khayalsay aik khudsakht halafz hay. Iska Islam say koitaluqnahihay. </w:t>
      </w:r>
    </w:p>
    <w:p>
      <w:pPr>
        <w:jc w:val="right"/>
      </w:pPr>
      <w:r>
        <w:t>Ob jective mind کےساتھپڑھیں۔ اور یہدریا فتکریںکہ قرآنکیاکہہرہاہے۔ یہ liber alide asکالفظتومیرےخیالسےایک خود ساخت ہلفظہے۔اسکااسلام سےکوئیتعلقنہیںہے۔</w:t>
      </w:r>
    </w:p>
    <w:p>
      <w:r>
        <w:rPr>
          <w:b/>
        </w:rPr>
        <w:t xml:space="preserve">[1:24:42] </w:t>
      </w:r>
      <w:r>
        <w:t xml:space="preserve">log samajhtay hain kay kuch, kuch ismein pata nahikiyasmjhtay hain. Ajeeboghareeb tasawwur hay logon ka. Baharhal, liberalism jo hay, jo iska jo concept hay, woh jo, jo known concept, woh mairay khayalsay iska Islam say koitaluqnahihay. </w:t>
      </w:r>
    </w:p>
    <w:p>
      <w:pPr>
        <w:jc w:val="right"/>
      </w:pPr>
      <w:r>
        <w:t>لوگ سمجھتےہیںکہ کچھ، کچھ اسمیں پتہنہیںکیاسمجھتےہیں۔عجیبوغریب تص ورہےلوگوںکا ۔ بہرحال،liber alism جوہے، جواسکاجوconcept ہے،وہجو ،جو known con cept ، وہ میرےخیالسے اسکااسلام سےکوئیتعلقنہیںہے۔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