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Study of the Quran December 20, 2015</w:t>
      </w:r>
    </w:p>
    <w:p>
      <w:r>
        <w:t>https://youtu.be/aWG02P9l_Bk</w:t>
      </w:r>
    </w:p>
    <w:p>
      <w:r>
        <w:rPr>
          <w:b/>
        </w:rPr>
        <w:t xml:space="preserve">[00:13] </w:t>
      </w:r>
      <w:r>
        <w:t>bismillah rahman rahim, wasalli allah ala nabiyil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20 december 2015.</w:t>
      </w:r>
    </w:p>
    <w:p>
      <w:pPr>
        <w:jc w:val="right"/>
      </w:pPr>
      <w:r>
        <w:t>20 دسمبر 2015۔</w:t>
      </w:r>
    </w:p>
    <w:p>
      <w:r>
        <w:rPr>
          <w:b/>
        </w:rPr>
        <w:t xml:space="preserve">[00:39] </w:t>
      </w:r>
      <w:r>
        <w:t>aaj ka topic hai quran ka mutala. aap quran ko len aur is ko is darj tak padhen</w:t>
      </w:r>
    </w:p>
    <w:p>
      <w:pPr>
        <w:jc w:val="right"/>
      </w:pPr>
      <w:r>
        <w:t>آج کا ٹاپک ہے قرآن کا مطالعہ۔ آپ قرآن کو لیں اور اس کو اس درج تک پڑھیں</w:t>
      </w:r>
    </w:p>
    <w:p>
      <w:r>
        <w:rPr>
          <w:b/>
        </w:rPr>
        <w:t xml:space="preserve">[00:52] </w:t>
      </w:r>
      <w:r>
        <w:t>to aap dekhenge ke quran ki pehli ayat yeh hai: alhamdulillah rabbil alamin.</w:t>
      </w:r>
    </w:p>
    <w:p>
      <w:pPr>
        <w:jc w:val="right"/>
      </w:pPr>
      <w:r>
        <w:t>تو آپ دیکھیں گے کہ قرآن کی پہلی آیت یہ ہے: الحمدللہ رب العالمین۔</w:t>
      </w:r>
    </w:p>
    <w:p>
      <w:r>
        <w:rPr>
          <w:b/>
        </w:rPr>
        <w:t xml:space="preserve">[01:03] </w:t>
      </w:r>
      <w:r>
        <w:t>aur jo khatm ki ayat hai, aakhri, woh hai: min sharil waswasil khannas alladhi yuwaswisu fi sudurinnas minnal jinnati wannas.</w:t>
      </w:r>
    </w:p>
    <w:p>
      <w:pPr>
        <w:jc w:val="right"/>
      </w:pPr>
      <w:r>
        <w:t>اور جو ختم کی آیت ہے، آخری، وہ ہے: من شر الوسواس الخناس الذی یوسوس فی صدور الناس من الجنت والناس۔</w:t>
      </w:r>
    </w:p>
    <w:p>
      <w:r>
        <w:rPr>
          <w:b/>
        </w:rPr>
        <w:t xml:space="preserve">[01:16] </w:t>
      </w:r>
      <w:r>
        <w:t>main bataun ke yeh insan ki zindagi ke liye ek lifetime program diya gaya hai. har insan ko, har woh shakhs jis ko allah ne paida kiya hai,</w:t>
      </w:r>
    </w:p>
    <w:p>
      <w:pPr>
        <w:jc w:val="right"/>
      </w:pPr>
      <w:r>
        <w:t>میں بتاؤں کہ یہ انسان کی زندگی کے لیے ایک لائف ٹائم پروگرام دیا گیا ہے۔ ہر انسان کو، ہر وہ شخص جس کو اللہ نے پیدا کیا ہے،</w:t>
      </w:r>
    </w:p>
    <w:p>
      <w:r>
        <w:rPr>
          <w:b/>
        </w:rPr>
        <w:t xml:space="preserve">[01:31] </w:t>
      </w:r>
      <w:r>
        <w:t>us ko isi culture mein jeena hai.</w:t>
      </w:r>
    </w:p>
    <w:p>
      <w:pPr>
        <w:jc w:val="right"/>
      </w:pPr>
      <w:r>
        <w:t>اس کو اسی کلچر میں جینا ہے۔</w:t>
      </w:r>
    </w:p>
    <w:p>
      <w:r>
        <w:rPr>
          <w:b/>
        </w:rPr>
        <w:t xml:space="preserve">[01:37] </w:t>
      </w:r>
      <w:r>
        <w:t>is culture ka pehla</w:t>
      </w:r>
    </w:p>
    <w:p>
      <w:pPr>
        <w:jc w:val="right"/>
      </w:pPr>
      <w:r>
        <w:t>اس کلچر کا پہلا</w:t>
      </w:r>
    </w:p>
    <w:p>
      <w:r>
        <w:rPr>
          <w:b/>
        </w:rPr>
        <w:t xml:space="preserve">[01:42] </w:t>
      </w:r>
      <w:r>
        <w:t>item hamd hai. dekhen, hamd ka jo lafz hai woh bohat hi arabi mein bohat hi</w:t>
      </w:r>
    </w:p>
    <w:p>
      <w:pPr>
        <w:jc w:val="right"/>
      </w:pPr>
      <w:r>
        <w:t>آئٹم حمد ہے۔ دیکھیں، حمد کا جو لفظ ہے وہ بہت ہی عربی میں بہت ہی</w:t>
      </w:r>
    </w:p>
    <w:p>
      <w:r>
        <w:rPr>
          <w:b/>
        </w:rPr>
        <w:t xml:space="preserve">[01:53] </w:t>
      </w:r>
      <w:r>
        <w:t>meaningful word hai.</w:t>
      </w:r>
    </w:p>
    <w:p>
      <w:pPr>
        <w:jc w:val="right"/>
      </w:pPr>
      <w:r>
        <w:t>میننگ فل ورڈ ہے۔</w:t>
      </w:r>
    </w:p>
    <w:p>
      <w:r>
        <w:rPr>
          <w:b/>
        </w:rPr>
        <w:t xml:space="preserve">[01:57] </w:t>
      </w:r>
      <w:r>
        <w:t>literally, is ka lafzi matlab to yeh hai ke kisi ki tareef karna, kisi ka shukr karna.</w:t>
      </w:r>
    </w:p>
    <w:p>
      <w:pPr>
        <w:jc w:val="right"/>
      </w:pPr>
      <w:r>
        <w:t>لٹریلی، اس کا لفظی مطلب تو یہ ہے کہ کسی کی تعریف کرنا، کسی کا شور کرنا۔</w:t>
      </w:r>
    </w:p>
    <w:p>
      <w:r>
        <w:rPr>
          <w:b/>
        </w:rPr>
        <w:t xml:space="preserve">[02:08] </w:t>
      </w:r>
      <w:r>
        <w:t>yahan par chounke allah ki nisbat se yeh lafz hai, to is se murad hoga high kind of acknowledgment, high kind of shukr, high kind of praise.</w:t>
      </w:r>
    </w:p>
    <w:p>
      <w:pPr>
        <w:jc w:val="right"/>
      </w:pPr>
      <w:r>
        <w:t>یہاں پر چونکہ اللہ کی نسبت سے یہ لفظ ہے، تو اس سے مراد ہوگا ہائی کائنڈ آف اکنالجمنٹ، ہائی کائنڈ آف شکر، ہائی کائنڈ آف پریز۔</w:t>
      </w:r>
    </w:p>
    <w:p>
      <w:r>
        <w:rPr>
          <w:b/>
        </w:rPr>
        <w:t xml:space="preserve">[02:25] </w:t>
      </w:r>
      <w:r>
        <w:t>jo aakhri darja hai acknowledgment ka, woh hai hamd.</w:t>
      </w:r>
    </w:p>
    <w:p>
      <w:pPr>
        <w:jc w:val="right"/>
      </w:pPr>
      <w:r>
        <w:t>جو آخری درجہ ہے اکنالجمنٹ کا، وہ ہے حمد۔</w:t>
      </w:r>
    </w:p>
    <w:p>
      <w:r>
        <w:rPr>
          <w:b/>
        </w:rPr>
        <w:t xml:space="preserve">[02:32] </w:t>
      </w:r>
      <w:r>
        <w:t>to aap ko hamd mein jeena hai, hamd ke ehsas mein jeena hai, musalsal taur par. aur doosri cheez yeh hai ke waswasa se bachna hai.</w:t>
      </w:r>
    </w:p>
    <w:p>
      <w:pPr>
        <w:jc w:val="right"/>
      </w:pPr>
      <w:r>
        <w:t>تو آپ کو حمد میں جینا ہے، حمد کے احساس میں جینا ہے، مسلسل طور پر۔ اور دوسری چیز یہ ہے کہ وسوسہ سے بچنا ہے۔</w:t>
      </w:r>
    </w:p>
    <w:p>
      <w:r>
        <w:rPr>
          <w:b/>
        </w:rPr>
        <w:t xml:space="preserve">[02:46] </w:t>
      </w:r>
      <w:r>
        <w:t>min sharil waswasil khannas alladhi yuwaswisu fi sudurinnas minnal jinnati wannas. insan aur shaitan ke waswasa.</w:t>
      </w:r>
    </w:p>
    <w:p>
      <w:pPr>
        <w:jc w:val="right"/>
      </w:pPr>
      <w:r>
        <w:t>من شر الوسواس الخناس الذی یوسوس فی صدور الناس من الجنت والناس۔ انسان اور شیطان کے وسوسہ۔</w:t>
      </w:r>
    </w:p>
    <w:p>
      <w:r>
        <w:rPr>
          <w:b/>
        </w:rPr>
        <w:t xml:space="preserve">[02:56] </w:t>
      </w:r>
      <w:r>
        <w:t>waswasa ka maeni kya hai? wrong advice,</w:t>
      </w:r>
    </w:p>
    <w:p>
      <w:pPr>
        <w:jc w:val="right"/>
      </w:pPr>
      <w:r>
        <w:t>وسوسہ کا معنی کیا ہے؟ رانگ ایڈوائس،</w:t>
      </w:r>
    </w:p>
    <w:p>
      <w:r>
        <w:rPr>
          <w:b/>
        </w:rPr>
        <w:t xml:space="preserve">[03:00] </w:t>
      </w:r>
      <w:r>
        <w:t>ghalat rukh ki taraf morna insan ko. to yeh wrong advice woh insanon ki taraf se hoti hai, aur hamd allah ki taraf se hota hai.</w:t>
      </w:r>
    </w:p>
    <w:p>
      <w:pPr>
        <w:jc w:val="right"/>
      </w:pPr>
      <w:r>
        <w:t>غلط رخ کی طرف موڑنا انسان کو۔ تو یہ رانگ ایڈوائس وہ انسانوں کی طرف سے ہوتی ہے، اور حمد اللہ کی طرف سے ہوتا ہے۔</w:t>
      </w:r>
    </w:p>
    <w:p>
      <w:r>
        <w:rPr>
          <w:b/>
        </w:rPr>
        <w:t xml:space="preserve">[03:15] </w:t>
      </w:r>
      <w:r>
        <w:t>to zindagi ke har tajrube mein aap ko hamd ka item daryaft karna hai.</w:t>
      </w:r>
    </w:p>
    <w:p>
      <w:pPr>
        <w:jc w:val="right"/>
      </w:pPr>
      <w:r>
        <w:t>تو زندگی کے ہر تجربے میں آپ کو حمد کا آئٹم دریافت کرنا ہے۔</w:t>
      </w:r>
    </w:p>
    <w:p>
      <w:r>
        <w:rPr>
          <w:b/>
        </w:rPr>
        <w:t xml:space="preserve">[03:23] </w:t>
      </w:r>
      <w:r>
        <w:t>isi tarah insanon se muamla jo pesh aaye to aap ko is se bachna hai ke woh koi waswasa dale aur aap us ko accept kar len.</w:t>
      </w:r>
    </w:p>
    <w:p>
      <w:pPr>
        <w:jc w:val="right"/>
      </w:pPr>
      <w:r>
        <w:t>اسی طرح انسانوں سے معاملہ جو پیش آئے تو آپ کو اس سے بچنا ہے کہ وہ کوئی وسوسہ ڈالے اور آپ اس کو ایکسیپٹ کر لیں۔</w:t>
      </w:r>
    </w:p>
    <w:p>
      <w:r>
        <w:rPr>
          <w:b/>
        </w:rPr>
        <w:t xml:space="preserve">[03:34] </w:t>
      </w:r>
      <w:r>
        <w:t>woh koi wrong advice de aur us ko aap le len. in do cheezon ke darmiyan zindagi ka safar jari rehta hai.</w:t>
      </w:r>
    </w:p>
    <w:p>
      <w:pPr>
        <w:jc w:val="right"/>
      </w:pPr>
      <w:r>
        <w:t>وہ کوئی رانگ ایڈوائس دے اور اس کو آپ لے لیں۔ ان دو چیزوں کے درمیان زندگی کا سفر جاری رہتا ہے۔</w:t>
      </w:r>
    </w:p>
    <w:p>
      <w:r>
        <w:rPr>
          <w:b/>
        </w:rPr>
        <w:t xml:space="preserve">[03:42] </w:t>
      </w:r>
      <w:r>
        <w:t>main misaal deta hun. dekhen, aaj subah main utha</w:t>
      </w:r>
    </w:p>
    <w:p>
      <w:pPr>
        <w:jc w:val="right"/>
      </w:pPr>
      <w:r>
        <w:t>میں مثال دیتا ہوں۔ دیکھیں، آج صبح میں اٹھا</w:t>
      </w:r>
    </w:p>
    <w:p>
      <w:r>
        <w:rPr>
          <w:b/>
        </w:rPr>
        <w:t xml:space="preserve">[03:50] </w:t>
      </w:r>
      <w:r>
        <w:t>to ek baat samajh mein aayi ke yeh jaare ka zamana hai, lekin jab aap bistar mein chale aate hain, lihaf odh dete hain, kambal odh lete hain to aap ka bistar garam ho jata hai.</w:t>
      </w:r>
    </w:p>
    <w:p>
      <w:pPr>
        <w:jc w:val="right"/>
      </w:pPr>
      <w:r>
        <w:t>تو ایک بات سمجھ میں آئی کہ یہ جاڑے کا زمانہ ہے، لیکن جب آپ بستر میں چلے آتے ہیں، لحاف اوڑھ دیتے ہیں، کمبل اوڑھ لیتے ہیں تو آپ کا بستر گرم ہو جاتا ہے۔</w:t>
      </w:r>
    </w:p>
    <w:p>
      <w:r>
        <w:rPr>
          <w:b/>
        </w:rPr>
        <w:t xml:space="preserve">[04:07] </w:t>
      </w:r>
      <w:r>
        <w:t>yeh kyun? garmi bistar mein nahin hoti, aap ki body mein hai. yeh creation plan ka aik hissa hai ke insaan ki body heat generate karti hai.</w:t>
      </w:r>
    </w:p>
    <w:p>
      <w:pPr>
        <w:jc w:val="right"/>
      </w:pPr>
      <w:r>
        <w:t>یہ کیوں؟ گرمی بستر میں نہیں ہوتی، آپ کی باڈی میں ہے۔ یہ کریشن پلان کا ایک حصہ ہے کہ انسان کی باڈی ہیٹ جنریٹ کرتی ہے۔</w:t>
      </w:r>
    </w:p>
    <w:p>
      <w:r>
        <w:rPr>
          <w:b/>
        </w:rPr>
        <w:t xml:space="preserve">[04:23] </w:t>
      </w:r>
      <w:r>
        <w:t>yaani pathar heat generate nahin karta, lakri heat generate nahin karti. lekin insaan ka jo body hai, woh heat generate karta hai.</w:t>
      </w:r>
    </w:p>
    <w:p>
      <w:pPr>
        <w:jc w:val="right"/>
      </w:pPr>
      <w:r>
        <w:t>یعنی پتھر ہیٹ جنریٹ نہیں کرتا، لکڑی ہیٹ جنریٹ نہیں کرتی۔ لیکن انسان کا جو باڈی ہے، وہ ہیٹ جنریٹ کرتا ہے۔</w:t>
      </w:r>
    </w:p>
    <w:p>
      <w:r>
        <w:rPr>
          <w:b/>
        </w:rPr>
        <w:t xml:space="preserve">[04:35] </w:t>
      </w:r>
      <w:r>
        <w:t>to main ne socha ke insaan ka khaliq kitna zyada bara uska mind hoga ke usko pata tha ke insaan ka body aisa hona chahiye jo heat generate karay.</w:t>
      </w:r>
    </w:p>
    <w:p>
      <w:pPr>
        <w:jc w:val="right"/>
      </w:pPr>
      <w:r>
        <w:t>تو میں نے سوچا کہ انسان کا خالق کتنا زیادہ بڑا اس کا مائنڈ ہوگا کہ اس کو پتہ تھا کہ انسان کا باڈی ایسا ہونا چاہیے جو ہیٹ جنریٹ کرے۔</w:t>
      </w:r>
    </w:p>
    <w:p>
      <w:r>
        <w:rPr>
          <w:b/>
        </w:rPr>
        <w:t xml:space="preserve">[04:51] </w:t>
      </w:r>
      <w:r>
        <w:t>nahin to zindagi guzarna is ke liye mushkil ho jayega. to aap jab garam kapra pehante hain, lihaf ortay hain, har jagah aap ko jo garmi milti hai, woh garmi aap ki body ki hoti hai.</w:t>
      </w:r>
    </w:p>
    <w:p>
      <w:pPr>
        <w:jc w:val="right"/>
      </w:pPr>
      <w:r>
        <w:t>نہیں تو زندگی گزارنا اس کے لیے مشکل ہو جائے گا۔ تو آپ جب گرم کپڑا پہنتے ہیں، لحاف اوڑھتے ہیں، ہر جگہ آپ کو جو گرمی ملتی ہے، وہ گرمی آپ کی باڈی کی ہوتی ہے۔</w:t>
      </w:r>
    </w:p>
    <w:p>
      <w:r>
        <w:rPr>
          <w:b/>
        </w:rPr>
        <w:t xml:space="preserve">[05:05] </w:t>
      </w:r>
      <w:r>
        <w:t>body garmi ko kapra preserve kar leta hai. yeh kitni bari, kitni bari wisdom hai is ke andar jo khaliq ne aap ki body mein rakhi hai.</w:t>
      </w:r>
    </w:p>
    <w:p>
      <w:pPr>
        <w:jc w:val="right"/>
      </w:pPr>
      <w:r>
        <w:t>باڈی گرمی کو کپڑا پریزرو کر لیتا ہے۔ یہ کتنی بڑی، کتنی بڑی وزڈم ہے اس کے اندر جو خالق نے آپ کی باڈی میں رکھی ہے۔</w:t>
      </w:r>
    </w:p>
    <w:p>
      <w:r>
        <w:rPr>
          <w:b/>
        </w:rPr>
        <w:t xml:space="preserve">[05:19] </w:t>
      </w:r>
      <w:r>
        <w:t>ab is ko soch kar aap shukr ke ehsas se bhar jayen. hamd ka jazba aap ke mind mein bhar jaye.</w:t>
      </w:r>
    </w:p>
    <w:p>
      <w:pPr>
        <w:jc w:val="right"/>
      </w:pPr>
      <w:r>
        <w:t>اب اس کو سوچ کر آپ شکر کے احساس سے بھر جائیں۔ حمد کا جذبہ آپ کے مائنڈ میں بھر جائے۔</w:t>
      </w:r>
    </w:p>
    <w:p>
      <w:r>
        <w:rPr>
          <w:b/>
        </w:rPr>
        <w:t xml:space="preserve">[05:31] </w:t>
      </w:r>
      <w:r>
        <w:t>yeh hai.</w:t>
      </w:r>
    </w:p>
    <w:p>
      <w:pPr>
        <w:jc w:val="right"/>
      </w:pPr>
      <w:r>
        <w:t>یہ ہے۔</w:t>
      </w:r>
    </w:p>
    <w:p>
      <w:r>
        <w:rPr>
          <w:b/>
        </w:rPr>
        <w:t xml:space="preserve">[05:34] </w:t>
      </w:r>
      <w:r>
        <w:t>aise hi dekhen, main ne socha ke main yahan bol raha hoon to sirf samne ke log nahin sun rahe hain, bahar bahar door door baithe hue hain,</w:t>
      </w:r>
    </w:p>
    <w:p>
      <w:pPr>
        <w:jc w:val="right"/>
      </w:pPr>
      <w:r>
        <w:t>ایسے ہی دیکھیں، میں نے سوچا کہ میں یہاں بول رہا ہوں تو صرف سامنے کے لوگ نہیں سن رہے ہیں، باہر باہر دور دور بیٹھے ہوئے ہیں،</w:t>
      </w:r>
    </w:p>
    <w:p>
      <w:r>
        <w:rPr>
          <w:b/>
        </w:rPr>
        <w:t xml:space="preserve">[05:49] </w:t>
      </w:r>
      <w:r>
        <w:t>poore globe mein kahin koi yahan hai, koi wahan hai, woh bhi sun raha hai. to yeh mera aik, meri aik insaan ki aik kami thi ke us ki awaz zyada door tak nahin ja sakti.</w:t>
      </w:r>
    </w:p>
    <w:p>
      <w:pPr>
        <w:jc w:val="right"/>
      </w:pPr>
      <w:r>
        <w:t>پورے گلوب میں کہیں کوئی یہاں ہے، کوئی وہاں ہے، وہ بھی سن رہا ہے۔ تو یہ میرا ایک، میری ایک انسان کی ایک کمی تھی کہ اس کی آواز زیادہ دور تک نہیں جا سکتی۔</w:t>
      </w:r>
    </w:p>
    <w:p>
      <w:r>
        <w:rPr>
          <w:b/>
        </w:rPr>
        <w:t xml:space="preserve">[06:03] </w:t>
      </w:r>
      <w:r>
        <w:t>kitne hi zor se chalayen aap, lekin door tak aap ki chalahat nahin jayegi. to Allah taala ne aap ko de diya kya?</w:t>
      </w:r>
    </w:p>
    <w:p>
      <w:pPr>
        <w:jc w:val="right"/>
      </w:pPr>
      <w:r>
        <w:t>کتنے ہی زور سے چلائیں آپ، لیکن دور تک آپ کی چلاہٹ نہیں جائے گی۔ تو اللہ تعالیٰ نے آپ کو دے دیا کیا؟</w:t>
      </w:r>
    </w:p>
    <w:p>
      <w:r>
        <w:rPr>
          <w:b/>
        </w:rPr>
        <w:t xml:space="preserve">[06:12] </w:t>
      </w:r>
      <w:r>
        <w:t>technology. technology ke through aap ki awaz yahan se America tak, yahan se Europe tak, har jagah pahunch jati hai. to Allah ko pata tha ke insaan ki awaz direct nahin pahunch sakti har jagah.</w:t>
      </w:r>
    </w:p>
    <w:p>
      <w:pPr>
        <w:jc w:val="right"/>
      </w:pPr>
      <w:r>
        <w:t>ٹیکنالوجی۔ ٹیکنالوجی کے تھرو آپ کی آواز یہاں سے امریکہ تک، یہاں سے یورپ تک، ہر جگہ پہنچ جاتی ہے۔ تو اللہ کو پتہ تھا کہ انسان کی آواز ڈائریکٹ نہیں پہنچ سکتی ہر جگہ۔</w:t>
      </w:r>
    </w:p>
    <w:p>
      <w:r>
        <w:rPr>
          <w:b/>
        </w:rPr>
        <w:t xml:space="preserve">[06:27] </w:t>
      </w:r>
      <w:r>
        <w:t>to is ne aap ko technology di gayi.</w:t>
      </w:r>
    </w:p>
    <w:p>
      <w:pPr>
        <w:jc w:val="right"/>
      </w:pPr>
      <w:r>
        <w:t>تو اس نے آپ کو ٹیکنالوجی دی گئی۔</w:t>
      </w:r>
    </w:p>
    <w:p>
      <w:r>
        <w:rPr>
          <w:b/>
        </w:rPr>
        <w:t xml:space="preserve">[06:29] </w:t>
      </w:r>
      <w:r>
        <w:t>is ko jab aap istemal karen, aap mobile jab istemal karte hain to aik shukr aap ke andar aana chahiye</w:t>
      </w:r>
    </w:p>
    <w:p>
      <w:pPr>
        <w:jc w:val="right"/>
      </w:pPr>
      <w:r>
        <w:t>اس کو جب آپ استعمال کریں، آپ موبائل جب استعمال کرتے ہیں تو ایک شکر آپ کے اندر آنا چاہیے</w:t>
      </w:r>
    </w:p>
    <w:p>
      <w:r>
        <w:rPr>
          <w:b/>
        </w:rPr>
        <w:t xml:space="preserve">[06:39] </w:t>
      </w:r>
      <w:r>
        <w:t>ke jahan meri had aa gayi thi, jahan meri limitations aa gayi theen, wahan Allah taala ne foran technology de di.</w:t>
      </w:r>
    </w:p>
    <w:p>
      <w:pPr>
        <w:jc w:val="right"/>
      </w:pPr>
      <w:r>
        <w:t>کہ جہاں میری حد آ گئی تھی، جہاں میری لیمیٹیشنز آ گئی تھیں، وہاں اللہ تعالیٰ نے فوراً ٹیکنالوجی دے دی۔</w:t>
      </w:r>
    </w:p>
    <w:p>
      <w:r>
        <w:rPr>
          <w:b/>
        </w:rPr>
        <w:t xml:space="preserve">[06:49] </w:t>
      </w:r>
      <w:r>
        <w:t>is se meri had ki talafi ho gayi. yeh hai hamd. dekhen, hamd ka matlab yeh nahin ke aap Alhamdulillah, Alhamdulillah karte rahen.</w:t>
      </w:r>
    </w:p>
    <w:p>
      <w:pPr>
        <w:jc w:val="right"/>
      </w:pPr>
      <w:r>
        <w:t>اس سے میری حد کی تلافی ہو گئی۔ یہ ہے حمد۔ دیکھیں، حمد کا مطلب یہ نہیں کہ آپ الحمدللہ، الحمدللہ کرتے رہیں۔</w:t>
      </w:r>
    </w:p>
    <w:p>
      <w:r>
        <w:rPr>
          <w:b/>
        </w:rPr>
        <w:t xml:space="preserve">[06:55] </w:t>
      </w:r>
      <w:r>
        <w:t>yeh to lafz service hai. yeh hamd ka underestimation hai. hamd ka matlab yeh hai ke har experience mein aap daryaft karen hamd ka item, shukr ka item,</w:t>
      </w:r>
    </w:p>
    <w:p>
      <w:pPr>
        <w:jc w:val="right"/>
      </w:pPr>
      <w:r>
        <w:t>یہ تو لفظ سروس ہے۔ یہ حمد کا انڈر ایسٹیمیشن ہے۔ حمد کا مطلب یہ ہے کہ ہر ایکسپیرینس میں آپ دریافت کریں حمد کا آئٹم، شکر کا آئٹم،</w:t>
      </w:r>
    </w:p>
    <w:p>
      <w:r>
        <w:rPr>
          <w:b/>
        </w:rPr>
        <w:t xml:space="preserve">[07:12] </w:t>
      </w:r>
      <w:r>
        <w:t>aur phir aap ke mind mein bhar jaye Allah ka, ke mohabbat, Allah ki barhai ka ehsas, is se bhar jaye.</w:t>
      </w:r>
    </w:p>
    <w:p>
      <w:pPr>
        <w:jc w:val="right"/>
      </w:pPr>
      <w:r>
        <w:t>اور پھر آپ کے مائنڈ میں بھر جائے اللہ کا، کہ محبت، اللہ کی بڑائی کا احساس، اس سے بھر جائے۔</w:t>
      </w:r>
    </w:p>
    <w:p>
      <w:r>
        <w:rPr>
          <w:b/>
        </w:rPr>
        <w:t xml:space="preserve">[07:23] </w:t>
      </w:r>
      <w:r>
        <w:t>to yeh kab hoga? jab aap ke andar thinking power hoga. sochen ge aap. na sochen to kuch nahin. na sochen to kuch nahin.</w:t>
      </w:r>
    </w:p>
    <w:p>
      <w:pPr>
        <w:jc w:val="right"/>
      </w:pPr>
      <w:r>
        <w:t>تو یہ کب ہوگا؟ جب آپ کے اندر تھنکنگ پاور ہوگا۔ سوچیں گے آپ۔ نہ سوچیں تو کچھ نہیں۔ نہ سوچیں تو کچھ نہیں۔</w:t>
      </w:r>
    </w:p>
    <w:p>
      <w:r>
        <w:rPr>
          <w:b/>
        </w:rPr>
        <w:t xml:space="preserve">[07:37] </w:t>
      </w:r>
      <w:r>
        <w:t>jaise pehle zamanay ki baat hai, main jab Balambhar barhta tha to hamare aik saathi the, un ki maa ne bohat manti thi un ko, un ki maa bohat un ka manti thi, to un ka lihaf banaya tha unhon ne,</w:t>
      </w:r>
    </w:p>
    <w:p>
      <w:pPr>
        <w:jc w:val="right"/>
      </w:pPr>
      <w:r>
        <w:t>جیسے پہلے زمانے کی بات ہے، میں جب بالمبر بڑھتا تھا تو ہمارے ایک ساتھی تھے، ان کی ماں نے بہت مانتی تھی ان کو، ان کی ماں بہت ان کا مانتی تھی، تو ان کا لحاف بنایا تھا انہوں نے،</w:t>
      </w:r>
    </w:p>
    <w:p>
      <w:r>
        <w:rPr>
          <w:b/>
        </w:rPr>
        <w:t xml:space="preserve">[07:52] </w:t>
      </w:r>
      <w:r>
        <w:t>is ko kehte hain kam khwab. kam khwab mein kapra hota hai bohat hi naram, bohat hi aala quality ka. to kam khwab ka lihaf.</w:t>
      </w:r>
    </w:p>
    <w:p>
      <w:pPr>
        <w:jc w:val="right"/>
      </w:pPr>
      <w:r>
        <w:t>اس کو کہتے ہیں کم خواب۔ کم خواب میں کپڑا ہوتا ہے بہت ہی نرم، بہت ہی اعلیٰ کوالٹی کا۔ تو کم خواب کا لحاف۔</w:t>
      </w:r>
    </w:p>
    <w:p>
      <w:r>
        <w:rPr>
          <w:b/>
        </w:rPr>
        <w:t xml:space="preserve">[08:04] </w:t>
      </w:r>
      <w:r>
        <w:t>to mere pas to kam khwab ka lihaf nahin tha, mere pas to mahboobi lihaf tha, un ke pas kam khwab ka lihaf tha.</w:t>
      </w:r>
    </w:p>
    <w:p>
      <w:pPr>
        <w:jc w:val="right"/>
      </w:pPr>
      <w:r>
        <w:t>تو میرے پاس تو کم خواب کا لحاف نہیں تھا، میرے پاس تو محبوبی لحاف تھا، ان کے پاس کم خواب کا لحاف تھا۔</w:t>
      </w:r>
    </w:p>
    <w:p>
      <w:r>
        <w:rPr>
          <w:b/>
        </w:rPr>
        <w:t xml:space="preserve">[08:13] </w:t>
      </w:r>
      <w:r>
        <w:t>to jab woh is is mein sote the, kam khwab ke lihaf mein, to main dekhta tha ke un ke andar aik ehsas bartari ke mere pas kam khwab ka lihaf hai.</w:t>
      </w:r>
    </w:p>
    <w:p>
      <w:pPr>
        <w:jc w:val="right"/>
      </w:pPr>
      <w:r>
        <w:t>تو جب وہ اس اس میں سوتے تھے، کم خواب کے لحاف میں، تو میں دیکھتا تھا کہ ان کے اندر ایک احساس برتری کہ میرے پاس کم خواب کا لحاف ہے۔</w:t>
      </w:r>
    </w:p>
    <w:p>
      <w:r>
        <w:rPr>
          <w:b/>
        </w:rPr>
        <w:t xml:space="preserve">[08:24] </w:t>
      </w:r>
      <w:r>
        <w:t>yeh nahin sochte the ke is lihaf se mujhe garmi mil rahi hai, woh garmi kaise mil rahi hai? woh creator ne meri body mein yeh system rakha hai ke body heat generate karti hai.</w:t>
      </w:r>
    </w:p>
    <w:p>
      <w:pPr>
        <w:jc w:val="right"/>
      </w:pPr>
      <w:r>
        <w:t>یہ نہیں سوچتے تھے کہ اس لحاف سے مجھے گرمی مل رہی ہے، وہ گرمی کیسے مل رہی ہے؟ وہ کریٹر نے میری باڈی میں یہ سسٹم رکھا ہے کہ باڈی ہیٹ جنریٹ کرتی ہے۔</w:t>
      </w:r>
    </w:p>
    <w:p>
      <w:r>
        <w:rPr>
          <w:b/>
        </w:rPr>
        <w:t xml:space="preserve">[08:37] </w:t>
      </w:r>
      <w:r>
        <w:t>yeh nahin sochte the woh.</w:t>
      </w:r>
    </w:p>
    <w:p>
      <w:pPr>
        <w:jc w:val="right"/>
      </w:pPr>
      <w:r>
        <w:t>یہ نہیں سوچتے تھے وہ۔</w:t>
      </w:r>
    </w:p>
    <w:p>
      <w:r>
        <w:rPr>
          <w:b/>
        </w:rPr>
        <w:t xml:space="preserve">[08:39] </w:t>
      </w:r>
      <w:r>
        <w:t>to kaha ke</w:t>
      </w:r>
    </w:p>
    <w:p>
      <w:pPr>
        <w:jc w:val="right"/>
      </w:pPr>
      <w:r>
        <w:t>تو کہا کہ</w:t>
      </w:r>
    </w:p>
    <w:p>
      <w:r>
        <w:rPr>
          <w:b/>
        </w:rPr>
        <w:t xml:space="preserve">[08:43] </w:t>
      </w:r>
      <w:r>
        <w:t>jo shukr ka item tha, jo hamd ka item tha, us ko woh discover nahi kar sakay.</w:t>
      </w:r>
    </w:p>
    <w:p>
      <w:pPr>
        <w:jc w:val="right"/>
      </w:pPr>
      <w:r>
        <w:t>جو شکر کا آئٹم تھا، جو حمد کا آئٹم تھا، اس کو وہ ڈسکور نہیں کر سکے۔</w:t>
      </w:r>
    </w:p>
    <w:p>
      <w:r>
        <w:rPr>
          <w:b/>
        </w:rPr>
        <w:t xml:space="preserve">[08:52] </w:t>
      </w:r>
      <w:r>
        <w:t>aisay hi dekhen, doosra point hai ke insanon ke darmiyan aap rehtay hain aur jannat aur aap ke do saathi hain, jin aur insan.</w:t>
      </w:r>
    </w:p>
    <w:p>
      <w:pPr>
        <w:jc w:val="right"/>
      </w:pPr>
      <w:r>
        <w:t>ایسے ہی دیکھیں، دوسرا پوائنٹ ہے کہ انسانوں کے درمیان آپ رہتے ہیں اور جنت اور آپ کے دو ساتھی ہیں، جن اور انسان۔</w:t>
      </w:r>
    </w:p>
    <w:p>
      <w:r>
        <w:rPr>
          <w:b/>
        </w:rPr>
        <w:t xml:space="preserve">[09:07] </w:t>
      </w:r>
      <w:r>
        <w:t>jin dikhai nahi detay, insan dikhai detay hain. dekhen, dono ka kaam kya hai? waswasa dalna, wrong advice dena, wrong direction dena, aap ki soch mein koi galat baat dalna.</w:t>
      </w:r>
    </w:p>
    <w:p>
      <w:pPr>
        <w:jc w:val="right"/>
      </w:pPr>
      <w:r>
        <w:t>جن دکھائی نہیں دیتے، انسان دکھائی دیتے ہیں۔ دیکھیں، دونوں کا کام کیا ہے؟ وسوسہ ڈالنا، رانگ ایڈوائس دینا، رانگ ڈائریکشن دینا، آپ کی سوچ میں کوئی غلط بات ڈالنا۔</w:t>
      </w:r>
    </w:p>
    <w:p>
      <w:r>
        <w:rPr>
          <w:b/>
        </w:rPr>
        <w:t xml:space="preserve">[09:26] </w:t>
      </w:r>
      <w:r>
        <w:t>to is se bachna hai.</w:t>
      </w:r>
    </w:p>
    <w:p>
      <w:pPr>
        <w:jc w:val="right"/>
      </w:pPr>
      <w:r>
        <w:t>تو اس سے بچنا ہے۔</w:t>
      </w:r>
    </w:p>
    <w:p>
      <w:r>
        <w:rPr>
          <w:b/>
        </w:rPr>
        <w:t xml:space="preserve">[09:28] </w:t>
      </w:r>
      <w:r>
        <w:t>yeh hoga, yani aap nahi kar saktay ke aap jinat ko khatam kar dain ya insan ko rok dain waswasa dalnay se. aap ko khud apnay ko itna zyada awaken karna hai, itna zyada intellectual development ka level itna barhana hai ke aap foran pakar lain baat ko.</w:t>
      </w:r>
    </w:p>
    <w:p>
      <w:pPr>
        <w:jc w:val="right"/>
      </w:pPr>
      <w:r>
        <w:t>یہ ہوگا، یعنی آپ نہیں کر سکتے کہ آپ جنات کو ختم کر دیں یا انسان کو روک دیں وسوسہ ڈالنے سے۔ آپ کو خود اپنے کو اتنا زیادہ اویکن کرنا ہے، اتنا زیادہ انٹلیکچول ڈیویلپمنٹ کا لیول اتنا بڑھانا ہے کہ آپ فوراً پکڑ لیں بات کو۔</w:t>
      </w:r>
    </w:p>
    <w:p>
      <w:r>
        <w:rPr>
          <w:b/>
        </w:rPr>
        <w:t xml:space="preserve">[09:52] </w:t>
      </w:r>
      <w:r>
        <w:t>foran pakar lain baat ko.</w:t>
      </w:r>
    </w:p>
    <w:p>
      <w:pPr>
        <w:jc w:val="right"/>
      </w:pPr>
      <w:r>
        <w:t>فوراً پکڑ لیں بات کو۔</w:t>
      </w:r>
    </w:p>
    <w:p>
      <w:r>
        <w:rPr>
          <w:b/>
        </w:rPr>
        <w:t xml:space="preserve">[09:56] </w:t>
      </w:r>
      <w:r>
        <w:t>to aik taraf aap ko itna zyada intellectually itna develop hona chahiye ke hamd ka item ho to us ko pakar lain aap, aur doosri taraf koi waswasa ka oil aaye to wahan bhi us ko bohat jald pakar kar us ko diffuse kar dain.</w:t>
      </w:r>
    </w:p>
    <w:p>
      <w:pPr>
        <w:jc w:val="right"/>
      </w:pPr>
      <w:r>
        <w:t>تو ایک طرف آپ کو اتنا زیادہ انٹلیکچولی اتنا ڈیولپ ہونا چاہیے کہ حمد کا آئٹم ہو تو اس کو پکڑ لیں آپ، اور دوسری طرف کوئی وسوسہ کا آئل آئے تو وہاں بھی اس کو بہت جلد پکڑ کر اس کو ڈیفیوز کر دیں۔</w:t>
      </w:r>
    </w:p>
    <w:p>
      <w:r>
        <w:rPr>
          <w:b/>
        </w:rPr>
        <w:t xml:space="preserve">[10:15] </w:t>
      </w:r>
      <w:r>
        <w:t>jaisay bomb ko police diffuse karti hai, aisay aap us ko diffuse kar dain, khatam kar d</w:t>
      </w:r>
    </w:p>
    <w:p>
      <w:pPr>
        <w:jc w:val="right"/>
      </w:pPr>
      <w:r>
        <w:t>جیسے بم کو پولیس ڈیفیوز کرتی ہے، ایسے آپ اس کو ڈیفیوز کر دیں، ختم کر د</w:t>
      </w:r>
    </w:p>
    <w:p>
      <w:r>
        <w:rPr>
          <w:b/>
        </w:rPr>
        <w:t xml:space="preserve">[10:22] </w:t>
      </w:r>
      <w:r>
        <w:t>ain. jaisay mein aik misaal deta hoon waswasa ki. aik sahib se meri mulaqat hui abhi chand din pehlay, to unhon ne kaha ke aap, mein ne suna hai ke aap apnay ko madi samajhtay hain.</w:t>
      </w:r>
    </w:p>
    <w:p>
      <w:pPr>
        <w:jc w:val="right"/>
      </w:pPr>
      <w:r>
        <w:t>یں۔ جیسے میں ایک مثال دیتا ہوں وسوسہ کی۔ ایک صاحب سے میری ملاقات ہوئی ابھی چند دن پہلے، تو انہوں نے کہا کہ آپ، میں نے سنا ہے کہ آپ اپنے کو مادی سمجھتے ہیں۔</w:t>
      </w:r>
    </w:p>
    <w:p>
      <w:r>
        <w:rPr>
          <w:b/>
        </w:rPr>
        <w:t xml:space="preserve">[10:39] </w:t>
      </w:r>
      <w:r>
        <w:t>mein ne kaha aap ne kahin likha, parha hai? mein ne likha hua, meri kitabein hain, meray magazine nikaltay hain ke parha. unhon ne kaha nahi, suna hai.</w:t>
      </w:r>
    </w:p>
    <w:p>
      <w:pPr>
        <w:jc w:val="right"/>
      </w:pPr>
      <w:r>
        <w:t>میں نے کہا آپ نے کہیں لکھا، پڑھا ہے؟ میں نے لکھا ہوا، میری کتابیں ہیں، میرے میگزین نکلتے ہیں کہ پڑھا۔ انہوں نے کہا نہیں، سنا ہے۔</w:t>
      </w:r>
    </w:p>
    <w:p>
      <w:r>
        <w:rPr>
          <w:b/>
        </w:rPr>
        <w:t xml:space="preserve">[10:49] </w:t>
      </w:r>
      <w:r>
        <w:t>to mein ne un se kaha ke dekhen, hadith mein aata hai: kafi bilmar'i kadhban an yahdith bikul ma sami'</w:t>
      </w:r>
    </w:p>
    <w:p>
      <w:pPr>
        <w:jc w:val="right"/>
      </w:pPr>
      <w:r>
        <w:t>تو میں نے ان سے کہا کہ دیکھیں، حدیث میں آتا ہے: كفى بالمرء كذبا أن يحدث بكل ما سمع</w:t>
      </w:r>
    </w:p>
    <w:p>
      <w:r>
        <w:rPr>
          <w:b/>
        </w:rPr>
        <w:t xml:space="preserve">[11:00] </w:t>
      </w:r>
      <w:r>
        <w:t>yani woh insan jhoota insan hai jo suni hui baat ko maan le. to aap suni baat ko kaisay maan liya aap ne? kafi bilmar'i kadhban an yahdith bikul ma sami' is ka tarjuma, literal tarjuma yeh hai ke kisi insan ke liye,</w:t>
      </w:r>
    </w:p>
    <w:p>
      <w:pPr>
        <w:jc w:val="right"/>
      </w:pPr>
      <w:r>
        <w:t>یعنی وہ انسان جھوٹا انسان ہے جو سنی ہوئی بات کو مان لے۔ تو آپ سنی بات کو کیسے مان لیا آپ نے؟ كفى بالمرء كذبا أن يحدث بكل ما سمع اس کا ترجمہ، لٹرل ترجمہ یہ ہے کہ کسی انسان کے لیے،</w:t>
      </w:r>
    </w:p>
    <w:p>
      <w:r>
        <w:rPr>
          <w:b/>
        </w:rPr>
        <w:t xml:space="preserve">[11:21] </w:t>
      </w:r>
      <w:r>
        <w:t>kisi insan ke jhoota honay ke liye yeh baat kafi hai ke woh jo sune usi baat ko maan le. kahani batayein, logon se zikr is ka charcha karnay lagay.</w:t>
      </w:r>
    </w:p>
    <w:p>
      <w:pPr>
        <w:jc w:val="right"/>
      </w:pPr>
      <w:r>
        <w:t>کسی انسان کے جھوٹا ہونے کے لیے یہ بات کافی ہے کہ وہ جو سنے اسی بات کو مان لے۔ کہانی بتائیں، لوگوں سے ذکر اس کا چرچا کرنے لگے۔</w:t>
      </w:r>
    </w:p>
    <w:p>
      <w:r>
        <w:rPr>
          <w:b/>
        </w:rPr>
        <w:t xml:space="preserve">[11:34] </w:t>
      </w:r>
      <w:r>
        <w:t>is tarah diffuse kiya jata hai. yani to mein ne un se kaha ke aap ne diffuse nahi kiya, jo suni baat aap ne, us ko aap diffuse nahi kar sakay aur us ko pakar liya aap ne.</w:t>
      </w:r>
    </w:p>
    <w:p>
      <w:pPr>
        <w:jc w:val="right"/>
      </w:pPr>
      <w:r>
        <w:t>اس طرح ڈیفیوز کیا جاتا ہے۔ یعنی تو میں نے ان سے کہا کہ آپ نے ڈیفیوز نہیں کیا، جو سنی بات آپ نے، اس کو آپ ڈیفیوز نہیں کر سکے اور اس کو پکڑ لیا آپ نے۔</w:t>
      </w:r>
    </w:p>
    <w:p>
      <w:r>
        <w:rPr>
          <w:b/>
        </w:rPr>
        <w:t xml:space="preserve">[11:50] </w:t>
      </w:r>
      <w:r>
        <w:t>to har subah shaam hum ko aisi baatein milti hain jo jo waswasa ke andaaz ki hoti hain.</w:t>
      </w:r>
    </w:p>
    <w:p>
      <w:pPr>
        <w:jc w:val="right"/>
      </w:pPr>
      <w:r>
        <w:t>تو ہر صبح شام ہم کو ایسی باتیں ملتی ہیں جو جو وسوسے کے انداز کی ہوتی ہیں۔</w:t>
      </w:r>
    </w:p>
    <w:p>
      <w:r>
        <w:rPr>
          <w:b/>
        </w:rPr>
        <w:t xml:space="preserve">[11:58] </w:t>
      </w:r>
      <w:r>
        <w:t>waswasa, yani wrong advice. to aap ko usay diffuse karna hai, us ka analysis karna hai, us ko sort out karna hai.</w:t>
      </w:r>
    </w:p>
    <w:p>
      <w:pPr>
        <w:jc w:val="right"/>
      </w:pPr>
      <w:r>
        <w:t>وسوسہ، یعنی رانگ ایڈوائس۔ تو آپ کو اسے ڈیفیوز کرنا ہے، اس کا انالیسز کرنا ہے، اس کو سورٹ آؤٹ کرنا ہے۔</w:t>
      </w:r>
    </w:p>
    <w:p>
      <w:r>
        <w:rPr>
          <w:b/>
        </w:rPr>
        <w:t xml:space="preserve">[12:09] </w:t>
      </w:r>
      <w:r>
        <w:t>tab aap us se aap bachtay rahengay, bachtay rahengay, bachtay rahengay.</w:t>
      </w:r>
    </w:p>
    <w:p>
      <w:pPr>
        <w:jc w:val="right"/>
      </w:pPr>
      <w:r>
        <w:t>تب آپ اس سے آپ بچتے رہیں گے، بچتے رہیں گے، بچتے رہیں گے۔</w:t>
      </w:r>
    </w:p>
    <w:p>
      <w:r>
        <w:rPr>
          <w:b/>
        </w:rPr>
        <w:t xml:space="preserve">[12:15] </w:t>
      </w:r>
      <w:r>
        <w:t>dekhen, yeh saada baat nahi hai.</w:t>
      </w:r>
    </w:p>
    <w:p>
      <w:pPr>
        <w:jc w:val="right"/>
      </w:pPr>
      <w:r>
        <w:t>دیکھیں، یہ سادہ بات نہیں ہے۔</w:t>
      </w:r>
    </w:p>
    <w:p>
      <w:r>
        <w:rPr>
          <w:b/>
        </w:rPr>
        <w:t xml:space="preserve">[12:19] </w:t>
      </w:r>
      <w:r>
        <w:t>jo mein aksar kaha karta hoon ke dunya mein hamein is tarah rehna hai ke pooray ma'non mein hamaray andar positive thinking ho, negative thinking se hum bilkul pak hon.</w:t>
      </w:r>
    </w:p>
    <w:p>
      <w:pPr>
        <w:jc w:val="right"/>
      </w:pPr>
      <w:r>
        <w:t>جو میں اکثر کہا کرتا ہوں کہ دنیا میں ہمیں اس طرح رہنا ہے کہ پورے معنوں میں ہمارے اندر پازیٹیو تھنکنگ ہو، نیگیٹیو تھنکنگ سے ہم بالکل پاک ہوں۔</w:t>
      </w:r>
    </w:p>
    <w:p>
      <w:r>
        <w:rPr>
          <w:b/>
        </w:rPr>
        <w:t xml:space="preserve">[12:31] </w:t>
      </w:r>
      <w:r>
        <w:t>yeh hi sab se bara, sab se bara achievement hai is dunya mein. sab se bara achievement is dunya mein yahi hai ke aap is tarah rahain ke aap negative thinking aap ke andar aita ke barabar bhi na ho.</w:t>
      </w:r>
    </w:p>
    <w:p>
      <w:pPr>
        <w:jc w:val="right"/>
      </w:pPr>
      <w:r>
        <w:t>یہی سب سے بڑا، سب سے بڑا اچیومنٹ ہے اس دنیا میں۔ سب سے بڑا اچیومنٹ اس دنیا میں یہی ہے کہ آپ اس طرح رہیں کہ آپ نیگیٹیو تھنکنگ آپ کے اندر آئیٹا کے برابر بھی نہ ہو۔</w:t>
      </w:r>
    </w:p>
    <w:p>
      <w:r>
        <w:rPr>
          <w:b/>
        </w:rPr>
        <w:t xml:space="preserve">[12:49] </w:t>
      </w:r>
      <w:r>
        <w:t>aur pooray ma'non mein aap ke andar positive thinking ho. yani manfi soch nahi, musbat soch haan.</w:t>
      </w:r>
    </w:p>
    <w:p>
      <w:pPr>
        <w:jc w:val="right"/>
      </w:pPr>
      <w:r>
        <w:t>اور پورے معنوں میں آپ کے اندر پازیٹیو تھنکنگ ہو۔ یعنی منفی سوچ نہیں، مثبت سوچ ہاں۔</w:t>
      </w:r>
    </w:p>
    <w:p>
      <w:r>
        <w:rPr>
          <w:b/>
        </w:rPr>
        <w:t xml:space="preserve">[13:02] </w:t>
      </w:r>
      <w:r>
        <w:t>yeh hai woh personality jis ko quran mein muttaqah shakhsiyat kaha gaya hai. aur yahi muttaqah shakhsiyat jaye gi jannat mein.</w:t>
      </w:r>
    </w:p>
    <w:p>
      <w:pPr>
        <w:jc w:val="right"/>
      </w:pPr>
      <w:r>
        <w:t>یہ ہے وہ پرسنیلٹی جس کو قرآن میں مدقہ شخصیت کہا گیا ہے۔ اور یہی مدقہ شخصیت جائے گی جنت میں۔</w:t>
      </w:r>
    </w:p>
    <w:p>
      <w:r>
        <w:rPr>
          <w:b/>
        </w:rPr>
        <w:t xml:space="preserve">[13:16] </w:t>
      </w:r>
      <w:r>
        <w:t>to yeh process har waqt jari rehta hai, har maamlay mein jari rehta hai. ghar ke andar, society ke andar, har maamlay mein. us ko samajhnay ke liye mein aap ko aik misaal deta hoon.</w:t>
      </w:r>
    </w:p>
    <w:p>
      <w:pPr>
        <w:jc w:val="right"/>
      </w:pPr>
      <w:r>
        <w:t>تو یہ پروسیس ہر وقت جاری رہتا ہے، ہر معاملے میں جاری رہتا ہے۔ گھر کے اندر، سوسائٹی کے اندر، ہر معاملے میں۔ اس کو سمجھنے کے لیے میں آپ کو ایک مثال دیتا ہوں۔</w:t>
      </w:r>
    </w:p>
    <w:p>
      <w:r>
        <w:rPr>
          <w:b/>
        </w:rPr>
        <w:t xml:space="preserve">[13:31] </w:t>
      </w:r>
      <w:r>
        <w:t>dekhen, yeh aaj ka angrezi akhbar hai jo india ka top most daily samjha jata hai. yani 20 december ka times of india.</w:t>
      </w:r>
    </w:p>
    <w:p>
      <w:pPr>
        <w:jc w:val="right"/>
      </w:pPr>
      <w:r>
        <w:t>دیکھیں، یہ آج کا انگریزی اخبار ہے جو انڈیا کا ٹاپ موسٹ ڈیلی سمجھا جاتا ہے۔ یعنی 20 دسمبر کا ٹائمز آف انڈیا۔</w:t>
      </w:r>
    </w:p>
    <w:p>
      <w:r>
        <w:rPr>
          <w:b/>
        </w:rPr>
        <w:t xml:space="preserve">[13:45] </w:t>
      </w:r>
      <w:r>
        <w:t>us ke us ke andar kai article chhapay hain. mera article, hamari team ke kai logon ka article, us mein aaya hai aaj ke parche mein.</w:t>
      </w:r>
    </w:p>
    <w:p>
      <w:pPr>
        <w:jc w:val="right"/>
      </w:pPr>
      <w:r>
        <w:t>اس کے اس کے اندر کئی آرٹیکل چھپے ہیں۔ میرا آرٹیکل، ہماری ٹیم کے کئی لوگوں کا آرٹیکل، اس میں آیا ہے آج کے پرچے میں۔</w:t>
      </w:r>
    </w:p>
    <w:p>
      <w:r>
        <w:rPr>
          <w:b/>
        </w:rPr>
        <w:t xml:space="preserve">[14:03] </w:t>
      </w:r>
      <w:r>
        <w:t>to is ke peeche ek kahani hai, ek lambi kahani hai.</w:t>
      </w:r>
    </w:p>
    <w:p>
      <w:pPr>
        <w:jc w:val="right"/>
      </w:pPr>
      <w:r>
        <w:t>تو اس کے پیچھے ایک کہانی ہے، ایک لمبی کہانی ہے۔</w:t>
      </w:r>
    </w:p>
    <w:p>
      <w:r>
        <w:rPr>
          <w:b/>
        </w:rPr>
        <w:t xml:space="preserve">[14:10] </w:t>
      </w:r>
      <w:r>
        <w:t>jab mein dilli aaya 1967 mein to us waqt musalmanon mein kai magazine nikalte the, english magazine.</w:t>
      </w:r>
    </w:p>
    <w:p>
      <w:pPr>
        <w:jc w:val="right"/>
      </w:pPr>
      <w:r>
        <w:t>جب میں دلی آیا 1967 میں تو اس وقت مسلمانوں میں کئی میگزین نکلتے تھے، انگلش میگزین۔</w:t>
      </w:r>
    </w:p>
    <w:p>
      <w:r>
        <w:rPr>
          <w:b/>
        </w:rPr>
        <w:t xml:space="preserve">[14:21] </w:t>
      </w:r>
      <w:r>
        <w:t>yaani dilli mein bhi, dilli ke bahar bhi. to mein kehta tha ke yeh is parche se kya faida? yeh to community paper hai.</w:t>
      </w:r>
    </w:p>
    <w:p>
      <w:pPr>
        <w:jc w:val="right"/>
      </w:pPr>
      <w:r>
        <w:t>یعنی دلی میں بھی، دلی کے باہر بھی۔ تو میں کہتا تھا کہ یہ اس پرچے سے کیا فائدہ؟ یہ تو کمیونٹی پیپر ہے۔</w:t>
      </w:r>
    </w:p>
    <w:p>
      <w:r>
        <w:rPr>
          <w:b/>
        </w:rPr>
        <w:t xml:space="preserve">[14:32] </w:t>
      </w:r>
      <w:r>
        <w:t>yaani aap likhenge, musalman padh len ge. community paper.</w:t>
      </w:r>
    </w:p>
    <w:p>
      <w:pPr>
        <w:jc w:val="right"/>
      </w:pPr>
      <w:r>
        <w:t>یعنی آپ لکھیں گے، مسلمان پڑھ لیں گے۔ کمیونٹی پیپر۔</w:t>
      </w:r>
    </w:p>
    <w:p>
      <w:r>
        <w:rPr>
          <w:b/>
        </w:rPr>
        <w:t xml:space="preserve">[14:38] </w:t>
      </w:r>
      <w:r>
        <w:t>community paper se koi faida nahin. woh paise ko west karna hai. aap ko national dailies jo hain, jo national press hai, us mein aana chahiye aap.</w:t>
      </w:r>
    </w:p>
    <w:p>
      <w:pPr>
        <w:jc w:val="right"/>
      </w:pPr>
      <w:r>
        <w:t>کمیونٹی پیپر سے کوئی فائدہ نہیں۔ وہ پیسے کو ویسٹ کرنا ہے۔ آپ کو نیشنل ڈیلیز جو ہیں، جو نیشنل پریس ہے، اس میں آنا چاہیے آپ۔</w:t>
      </w:r>
    </w:p>
    <w:p>
      <w:r>
        <w:rPr>
          <w:b/>
        </w:rPr>
        <w:t xml:space="preserve">[14:50] </w:t>
      </w:r>
      <w:r>
        <w:t>to log chunke aap jeete hain ta'assub mein ke woh to anti muslim parche hain, woh hum un ko chhapen ge hamari baat.</w:t>
      </w:r>
    </w:p>
    <w:p>
      <w:pPr>
        <w:jc w:val="right"/>
      </w:pPr>
      <w:r>
        <w:t>تو لوگ چونکہ آپ جیتے ہیں تعصب میں کہ وہ تو اینٹی مسلم پرچے ہیں، وہ ہم ان کو چھاپیں گے ہماری بات۔</w:t>
      </w:r>
    </w:p>
    <w:p>
      <w:r>
        <w:rPr>
          <w:b/>
        </w:rPr>
        <w:t xml:space="preserve">[15:06] </w:t>
      </w:r>
      <w:r>
        <w:t>lekin mein chunke Allah ke fazl se hamd mein jeeta hoon, waswase se apne ko bachata hoon, ke to mere andar objective thinking hai.</w:t>
      </w:r>
    </w:p>
    <w:p>
      <w:pPr>
        <w:jc w:val="right"/>
      </w:pPr>
      <w:r>
        <w:t>لیکن میں چونکہ اللہ کے فضل سے حمد میں جیتا ہوں، وسوسے سے اپنے کو بچاتا ہوں، کہ تو میرے اندر آبجیکٹو تھنکنگ ہے۔</w:t>
      </w:r>
    </w:p>
    <w:p>
      <w:r>
        <w:rPr>
          <w:b/>
        </w:rPr>
        <w:t xml:space="preserve">[15:18] </w:t>
      </w:r>
      <w:r>
        <w:t>har cheez ko mein objectively samajhne ki koshish karta hoon. to apne study se, apne tajrube se maine yeh jaana hai ke har jagah koi entry point hota hai.</w:t>
      </w:r>
    </w:p>
    <w:p>
      <w:pPr>
        <w:jc w:val="right"/>
      </w:pPr>
      <w:r>
        <w:t>ہر چیز کو میں آبجیکٹولی سمجھنے کی کوشش کرتا ہوں۔ تو اپنے اسٹڈی سے، اپنے تجربے سے میں نے یہ جانا ہے کہ ہر جگہ کوئی انٹری پوائنٹ ہوتا ہے۔</w:t>
      </w:r>
    </w:p>
    <w:p>
      <w:r>
        <w:rPr>
          <w:b/>
        </w:rPr>
        <w:t xml:space="preserve">[15:36] </w:t>
      </w:r>
      <w:r>
        <w:t>bilkul Quran mein jo kaha gaya hai ke inna ma'al usrati yusra har mushkil ke saath aasani hai.</w:t>
      </w:r>
    </w:p>
    <w:p>
      <w:pPr>
        <w:jc w:val="right"/>
      </w:pPr>
      <w:r>
        <w:t>بالکل قرآن میں جو کہا گیا ہے کہ إِنَّ مَا لَا وَصْرَةٌ ہر مشکل کے ساتھ آسانی ہے۔</w:t>
      </w:r>
    </w:p>
    <w:p>
      <w:r>
        <w:rPr>
          <w:b/>
        </w:rPr>
        <w:t xml:space="preserve">[15:44] </w:t>
      </w:r>
      <w:r>
        <w:t>yaani har mushkil halaat mein wahan ek entry point hai, us ko daryaft karo.</w:t>
      </w:r>
    </w:p>
    <w:p>
      <w:pPr>
        <w:jc w:val="right"/>
      </w:pPr>
      <w:r>
        <w:t>یعنی ہر مشکل حالات میں وہاں ایک انٹری پوائنٹ ہے، اس کو دریافت کرو۔</w:t>
      </w:r>
    </w:p>
    <w:p>
      <w:r>
        <w:rPr>
          <w:b/>
        </w:rPr>
        <w:t xml:space="preserve">[15:52] </w:t>
      </w:r>
      <w:r>
        <w:t>yaani Quran mein yeh alfaaz jo hain ke With every hardship there is ease to us par sochiye aap. us par sochiye.</w:t>
      </w:r>
    </w:p>
    <w:p>
      <w:pPr>
        <w:jc w:val="right"/>
      </w:pPr>
      <w:r>
        <w:t>یعنی قرآن میں یہ الفاظ جو ہیں کہ With every hardship there is ease تو اس پر سوچیے آپ۔ اس پر سوچیے۔</w:t>
      </w:r>
    </w:p>
    <w:p>
      <w:r>
        <w:rPr>
          <w:b/>
        </w:rPr>
        <w:t xml:space="preserve">[16:02] </w:t>
      </w:r>
      <w:r>
        <w:t>to is ka matlab yeh niklega ke har mushkil halaat mein ek entry point hota hai. wahan se dakhil ho jaiye aap. aur phir apni is tarah planning kijiye.</w:t>
      </w:r>
    </w:p>
    <w:p>
      <w:pPr>
        <w:jc w:val="right"/>
      </w:pPr>
      <w:r>
        <w:t>تو اس کا مطلب یہ نکلے گا کہ ہر مشکل حالات میں ایک انٹری پوائنٹ ہوتا ہے۔ وہاں سے داخل ہو جائیے آپ۔ اور پھر اپنی اس طرح پلاننگ کیجیے۔</w:t>
      </w:r>
    </w:p>
    <w:p>
      <w:r>
        <w:rPr>
          <w:b/>
        </w:rPr>
        <w:t xml:space="preserve">[16:17] </w:t>
      </w:r>
      <w:r>
        <w:t>to maine socha socha, mein bohat socha, maine socha ke hamare liye entry point kahan hai? sirf India ki baat nahin kar raha hoon mein.</w:t>
      </w:r>
    </w:p>
    <w:p>
      <w:pPr>
        <w:jc w:val="right"/>
      </w:pPr>
      <w:r>
        <w:t>تو میں نے سوچتا سوچا، میں بہت سوچا، میں نے سوچا کہ ہمارے لیے انٹری پوائنٹ کہاں ہے؟ صرف انڈیا کی بات نہیں کر رہا ہوں میں۔</w:t>
      </w:r>
    </w:p>
    <w:p>
      <w:r>
        <w:rPr>
          <w:b/>
        </w:rPr>
        <w:t xml:space="preserve">[16:27] </w:t>
      </w:r>
      <w:r>
        <w:t>duniya bhar ki baat. duniya bhar mein jo media hai, jo press hai, us ke bare mein musalman aam taur par sochte hain ke woh musalmanon ke bare mein negative hai.</w:t>
      </w:r>
    </w:p>
    <w:p>
      <w:pPr>
        <w:jc w:val="right"/>
      </w:pPr>
      <w:r>
        <w:t>دنیا بھر کی بات۔ دنیا بھر میں جو میڈیا ہے، جو پریس ہے، اس کے بارے میں مسلمان عام طور پر سوچتے ہیں کہ وہ مسلمانوں کے بارے میں نیگیٹیو ہے۔</w:t>
      </w:r>
    </w:p>
    <w:p>
      <w:r>
        <w:rPr>
          <w:b/>
        </w:rPr>
        <w:t xml:space="preserve">[16:39] </w:t>
      </w:r>
      <w:r>
        <w:t>Islam ke bare mein negative hai. lekin aaj Khuda Hafiz se meri baatein chhapi hain Washington Post mein, New York Times mein, aur yahan par regular chhapati hain, Times of India mein.</w:t>
      </w:r>
    </w:p>
    <w:p>
      <w:pPr>
        <w:jc w:val="right"/>
      </w:pPr>
      <w:r>
        <w:t>اسلام کے بارے میں نیگیٹیو ہے۔ لیکن آج خدا حافظ سے میری باتیں چھپی ہیں واشنگٹن پوسٹ میں، نیویارک ٹائمز میں، اور یہاں پر ریگولر چھپتی ہیں، ٹائمز آف انڈیا میں۔</w:t>
      </w:r>
    </w:p>
    <w:p>
      <w:r>
        <w:rPr>
          <w:b/>
        </w:rPr>
        <w:t xml:space="preserve">[16:56] </w:t>
      </w:r>
      <w:r>
        <w:t>kyun?</w:t>
      </w:r>
    </w:p>
    <w:p>
      <w:pPr>
        <w:jc w:val="right"/>
      </w:pPr>
      <w:r>
        <w:t>کیوں؟</w:t>
      </w:r>
    </w:p>
    <w:p>
      <w:r>
        <w:rPr>
          <w:b/>
        </w:rPr>
        <w:t xml:space="preserve">[16:58] </w:t>
      </w:r>
      <w:r>
        <w:t>maine ek entry point daryaft kiya. woh hai opinion. opinion hamare liye entry point hai.</w:t>
      </w:r>
    </w:p>
    <w:p>
      <w:pPr>
        <w:jc w:val="right"/>
      </w:pPr>
      <w:r>
        <w:t>میں نے ایک انٹری پوائنٹ دریافت کیا۔ وہ ہے اوپننس۔ اوپننس ہمارے لیے انٹری پوائنٹ ہے۔</w:t>
      </w:r>
    </w:p>
    <w:p>
      <w:r>
        <w:rPr>
          <w:b/>
        </w:rPr>
        <w:t xml:space="preserve">[17:09] </w:t>
      </w:r>
      <w:r>
        <w:t>aaj ki duniya ka ek bohat bara, bohat bara, bohat bara aspect yeh hai ke aaj ki duniya opinion mein believe karti hai.</w:t>
      </w:r>
    </w:p>
    <w:p>
      <w:pPr>
        <w:jc w:val="right"/>
      </w:pPr>
      <w:r>
        <w:t>آج کی دنیا کا ایک بہت بڑا، بہت بڑا، بہت بڑا ایسپیکٹ یہ ہے کہ آج کی دنیا اوپننس میں بیلیو کرتی ہے۔</w:t>
      </w:r>
    </w:p>
    <w:p>
      <w:r>
        <w:rPr>
          <w:b/>
        </w:rPr>
        <w:t xml:space="preserve">[17:19] </w:t>
      </w:r>
      <w:r>
        <w:t>khula pan, khula pan, khula pan. kattar pan ke khilaf hai. aur sab se bari cheez samajhti hai khule pan ko</w:t>
      </w:r>
    </w:p>
    <w:p>
      <w:pPr>
        <w:jc w:val="right"/>
      </w:pPr>
      <w:r>
        <w:t>کھلا پن، کھلا پن، کھلا پن۔ کٹر پن کے خلاف ہے۔ اور سب سے بڑی چیز سمجھتی ہے کھلے پن کو</w:t>
      </w:r>
    </w:p>
    <w:p>
      <w:r>
        <w:rPr>
          <w:b/>
        </w:rPr>
        <w:t xml:space="preserve">[17:27] </w:t>
      </w:r>
      <w:r>
        <w:t>. yeh aaj ki duniya ka spirit of the age hai yeh. spirit of the age. to sab se pehle dekhen</w:t>
      </w:r>
    </w:p>
    <w:p>
      <w:pPr>
        <w:jc w:val="right"/>
      </w:pPr>
      <w:r>
        <w:t>۔ یہ آج کی دنیا کا اسپیٹ آف دی ایج ہے یہ۔ اسپیٹ آف دی ایج۔ تو سب سے پہلے دیکھیں</w:t>
      </w:r>
    </w:p>
    <w:p>
      <w:r>
        <w:rPr>
          <w:b/>
        </w:rPr>
        <w:t xml:space="preserve">[17:39] </w:t>
      </w:r>
      <w:r>
        <w:t>kya hua ke 1992 mein, 1992 mein</w:t>
      </w:r>
    </w:p>
    <w:p>
      <w:pPr>
        <w:jc w:val="right"/>
      </w:pPr>
      <w:r>
        <w:t>کیا ہوا کہ 1992 میں، 1992 میں</w:t>
      </w:r>
    </w:p>
    <w:p>
      <w:r>
        <w:rPr>
          <w:b/>
        </w:rPr>
        <w:t xml:space="preserve">[17:50] </w:t>
      </w:r>
      <w:r>
        <w:t>Babri Masjid dhai gayi. saare musalman negative ho gaye.</w:t>
      </w:r>
    </w:p>
    <w:p>
      <w:pPr>
        <w:jc w:val="right"/>
      </w:pPr>
      <w:r>
        <w:t>بابری مسجد ڈھائی گئی۔ سارے مسلمان نیگیٹیو ہو گئے۔</w:t>
      </w:r>
    </w:p>
    <w:p>
      <w:r>
        <w:rPr>
          <w:b/>
        </w:rPr>
        <w:t xml:space="preserve">[17:54] </w:t>
      </w:r>
      <w:r>
        <w:t>negative ho kar ke woh sochne ke qabil nahin rahe. saare hi musalman. mein kisi musalman ko nahin jaanta jo is par negative na ho gaya ho.</w:t>
      </w:r>
    </w:p>
    <w:p>
      <w:pPr>
        <w:jc w:val="right"/>
      </w:pPr>
      <w:r>
        <w:t>نیگیٹیو ہو کر کہ وہ سوچنے کے قابل نہیں رہے۔ سارے ہی مسلمان۔ میں کسی مسلمان کو نہیں جانتا جو اس پر نیگیٹیو نہ ہو گیا ہو۔</w:t>
      </w:r>
    </w:p>
    <w:p>
      <w:r>
        <w:rPr>
          <w:b/>
        </w:rPr>
        <w:t xml:space="preserve">[18:05] </w:t>
      </w:r>
      <w:r>
        <w:t>to negative jo ho jayenge aap, to is aap ke andar power chhin jayegi. aap analysis nahin kar sakenge.</w:t>
      </w:r>
    </w:p>
    <w:p>
      <w:pPr>
        <w:jc w:val="right"/>
      </w:pPr>
      <w:r>
        <w:t>تو نیگیٹیو جو ہو جائیں گے آپ، تو اس آپ کے اندر پاور چھن جائے گا۔ آپ انالیسز نہیں کر سکیں گے۔</w:t>
      </w:r>
    </w:p>
    <w:p>
      <w:r>
        <w:rPr>
          <w:b/>
        </w:rPr>
        <w:t xml:space="preserve">[18:15] </w:t>
      </w:r>
      <w:r>
        <w:t>aap aap ki to objectivity khatm ho jayegi. to log kuch samajh nahin sake, sawal kiya ke bura bhala kahein, bura bhala kahein, bura bhala kahein.</w:t>
      </w:r>
    </w:p>
    <w:p>
      <w:pPr>
        <w:jc w:val="right"/>
      </w:pPr>
      <w:r>
        <w:t>آپ آپ کی تو آبجیکٹیو ختم ہو جائے گی۔ تو لوگ کچھ سمجھ نہیں سکے، سوال کیا کہ برا بھلا کہیں، برا بھلا کہیں، برا بھلا کہیں۔</w:t>
      </w:r>
    </w:p>
    <w:p>
      <w:r>
        <w:rPr>
          <w:b/>
        </w:rPr>
        <w:t xml:space="preserve">[18:24] </w:t>
      </w:r>
      <w:r>
        <w:t>is waqt mein ne ek stand ikhtiyar kiya. woh ek stand jo tha, ek balance statement diya mein ne. balance statement.</w:t>
      </w:r>
    </w:p>
    <w:p>
      <w:pPr>
        <w:jc w:val="right"/>
      </w:pPr>
      <w:r>
        <w:t>اس وقت میں نے ایک اسٹینڈ اختیار کیا۔ وہ ایک اسٹینڈ جو تھا، ایک بیلنس اسٹیٹمنٹ دیا میں نے۔ بیلنس اسٹیٹمنٹ۔</w:t>
      </w:r>
    </w:p>
    <w:p>
      <w:r>
        <w:rPr>
          <w:b/>
        </w:rPr>
        <w:t xml:space="preserve">[18:36] </w:t>
      </w:r>
      <w:r>
        <w:t>wahan se mujhe entry point mila. entry point. kyun ke balance statement jo hai, khule zehan ko acha lagta hai.</w:t>
      </w:r>
    </w:p>
    <w:p>
      <w:pPr>
        <w:jc w:val="right"/>
      </w:pPr>
      <w:r>
        <w:t>وہاں سے مجھے انٹری پوائنٹ ملا۔ انٹری پوائنٹ۔ کیونکہ بیلنس اسٹیٹمنٹ جو ہے، کھلے ذہن کو اچھا لگتا ہے۔</w:t>
      </w:r>
    </w:p>
    <w:p>
      <w:r>
        <w:rPr>
          <w:b/>
        </w:rPr>
        <w:t xml:space="preserve">[18:45] </w:t>
      </w:r>
      <w:r>
        <w:t>theek maloom hota hai.</w:t>
      </w:r>
    </w:p>
    <w:p>
      <w:pPr>
        <w:jc w:val="right"/>
      </w:pPr>
      <w:r>
        <w:t>ٹھیک معلوم ہوتا ہے۔</w:t>
      </w:r>
    </w:p>
    <w:p>
      <w:r>
        <w:rPr>
          <w:b/>
        </w:rPr>
        <w:t xml:space="preserve">[18:47] </w:t>
      </w:r>
      <w:r>
        <w:t>to sab se pehle 1993 mein, yaani 1993 mein, mera interview chhaapa times of India mein. bombay mein mr george thay, correspondent times of India ke.</w:t>
      </w:r>
    </w:p>
    <w:p>
      <w:pPr>
        <w:jc w:val="right"/>
      </w:pPr>
      <w:r>
        <w:t>تو سب سے پہلے 1993 میں، یعنی 1993 میں، میرا انٹرویو چھپا ٹائمز آف انڈیا میں۔ بمبے میں مسٹر جارج تھے، کرسپانڈنٹ ٹائمز آف انڈیا کے۔</w:t>
      </w:r>
    </w:p>
    <w:p>
      <w:r>
        <w:rPr>
          <w:b/>
        </w:rPr>
        <w:t xml:space="preserve">[19:01] </w:t>
      </w:r>
      <w:r>
        <w:t>unhon ne mera interview liya. woh mere hotel, mere hotel mein aaye, interview liya, us ko chhapa unhon ne times of India mein. yeh meri pehli entry thi.</w:t>
      </w:r>
    </w:p>
    <w:p>
      <w:pPr>
        <w:jc w:val="right"/>
      </w:pPr>
      <w:r>
        <w:t>انہوں نے میرا انٹرویو لیا۔ وہ میرے ہوٹل، میرے ہوٹل میں آئے، انٹرویو لیا، اس کو چھاپا انہوں نے ٹائمز آف انڈیا میں۔ یہ میری پہلی انٹری تھی۔</w:t>
      </w:r>
    </w:p>
    <w:p>
      <w:r>
        <w:rPr>
          <w:b/>
        </w:rPr>
        <w:t xml:space="preserve">[19:15] </w:t>
      </w:r>
      <w:r>
        <w:t>is ke baad baqayda mera article chhaapa 15 september 1957 mein.</w:t>
      </w:r>
    </w:p>
    <w:p>
      <w:pPr>
        <w:jc w:val="right"/>
      </w:pPr>
      <w:r>
        <w:t>اس کے بعد باقاعدہ میرا آرٹیکل چھپا 15 ستمبر 1957 میں۔</w:t>
      </w:r>
    </w:p>
    <w:p>
      <w:r>
        <w:rPr>
          <w:b/>
        </w:rPr>
        <w:t xml:space="preserve">[19:25] </w:t>
      </w:r>
      <w:r>
        <w:t>woh tha Not by grievances alone yeh daryai safhe par chhapa tha unhon ne.</w:t>
      </w:r>
    </w:p>
    <w:p>
      <w:pPr>
        <w:jc w:val="right"/>
      </w:pPr>
      <w:r>
        <w:t>وہ تھا Not by grievances alone یہ دریائی صفحے پر چھاپا تھا انہوں نے۔</w:t>
      </w:r>
    </w:p>
    <w:p>
      <w:r>
        <w:rPr>
          <w:b/>
        </w:rPr>
        <w:t xml:space="preserve">[19:36] </w:t>
      </w:r>
      <w:r>
        <w:t>to woh kehta hai, woh bhi ek balance view tha us ke andar.</w:t>
      </w:r>
    </w:p>
    <w:p>
      <w:pPr>
        <w:jc w:val="right"/>
      </w:pPr>
      <w:r>
        <w:t>تو وہ کہتا ہے، وہ بھی ایک بیلنس ویو تھا اس کے اندر۔</w:t>
      </w:r>
    </w:p>
    <w:p>
      <w:r>
        <w:rPr>
          <w:b/>
        </w:rPr>
        <w:t xml:space="preserve">[19:41] </w:t>
      </w:r>
      <w:r>
        <w:t>to opinion ki jo, opinion ka jo mind hai, us ne accept kiya us ko. aur us ko chhapa unhon ne bohat numayan tor par.</w:t>
      </w:r>
    </w:p>
    <w:p>
      <w:pPr>
        <w:jc w:val="right"/>
      </w:pPr>
      <w:r>
        <w:t>تو اوپننس کی جو، اوپننس کا جو مائنڈ ہے، اس نے ایکسیپٹ کیا اس کو۔ اور اس کو چھاپا انہوں نے بہت نمایاں طور پر۔</w:t>
      </w:r>
    </w:p>
    <w:p>
      <w:r>
        <w:rPr>
          <w:b/>
        </w:rPr>
        <w:t xml:space="preserve">[19:52] </w:t>
      </w:r>
      <w:r>
        <w:t>phir baqayda mera regular chhapne laga times of India mein. aur aaj bhi chhaapa hai 20 december 2015 ko.</w:t>
      </w:r>
    </w:p>
    <w:p>
      <w:pPr>
        <w:jc w:val="right"/>
      </w:pPr>
      <w:r>
        <w:t>پھر باقاعدہ میرا ریگولر چھپنے لگا ٹائمز آف انڈیا میں۔ اور آج بھی چھپا ہے 20 دسمبر 2015 کو۔</w:t>
      </w:r>
    </w:p>
    <w:p>
      <w:r>
        <w:rPr>
          <w:b/>
        </w:rPr>
        <w:t xml:space="preserve">[20:04] </w:t>
      </w:r>
      <w:r>
        <w:t>to dekhen, mein kya keh raha hoon ke agar aap ke andar yeh mizaj ho ke aap cheezon mein hamd ka item daryaft karen,</w:t>
      </w:r>
    </w:p>
    <w:p>
      <w:pPr>
        <w:jc w:val="right"/>
      </w:pPr>
      <w:r>
        <w:t>تو دیکھیں، میں کیا کہہ رہا ہوں کہ اگر آپ کے اندر یہ مزاج ہو کہ آپ چیزوں میں حمد کا آئٹم دریافت کریں،</w:t>
      </w:r>
    </w:p>
    <w:p>
      <w:r>
        <w:rPr>
          <w:b/>
        </w:rPr>
        <w:t xml:space="preserve">[20:11] </w:t>
      </w:r>
      <w:r>
        <w:t>aap ke andar yeh mizaj ho ke logon ki baaton ko sahi analysis kar ke us ko right sense mein len, to aap ke andar ek intellectual development hoga.</w:t>
      </w:r>
    </w:p>
    <w:p>
      <w:pPr>
        <w:jc w:val="right"/>
      </w:pPr>
      <w:r>
        <w:t>آپ کے اندر یہ مزاج ہو کہ لوگوں کی باتوں کو صحیح انالیسز کر کے اس کو رائٹ سینس میں لیں، تو آپ کے اندر ایک انٹلیکچول ڈیویلپمنٹ ہوگا۔</w:t>
      </w:r>
    </w:p>
    <w:p>
      <w:r>
        <w:rPr>
          <w:b/>
        </w:rPr>
        <w:t xml:space="preserve">[20:26] </w:t>
      </w:r>
      <w:r>
        <w:t>aap ka mind objective banega, positive banega. tab aap baaton ko samajh payenge. to sari dunya ke musalmanon ke mutaliq mera jo tajurba hai,</w:t>
      </w:r>
    </w:p>
    <w:p>
      <w:pPr>
        <w:jc w:val="right"/>
      </w:pPr>
      <w:r>
        <w:t>آپ کا مائنڈ آبجیکٹیو بنے گا، پازیٹیو بنے گا۔ تب آپ باتوں کو سمجھ پائیں گے۔ تو ساری دنیا کے مسلمانوں کے متعلق میرا جو تجربہ ہے،</w:t>
      </w:r>
    </w:p>
    <w:p>
      <w:r>
        <w:rPr>
          <w:b/>
        </w:rPr>
        <w:t xml:space="preserve">[20:39] </w:t>
      </w:r>
      <w:r>
        <w:t>woh negativity mein kyun jeete hain? kyun ke woh objectivity nahi un ke andar hai. woh sab baaton ko gehrai mein samajh nahi paate.</w:t>
      </w:r>
    </w:p>
    <w:p>
      <w:pPr>
        <w:jc w:val="right"/>
      </w:pPr>
      <w:r>
        <w:t>وہ نیگیٹیوٹی میں کیوں جیتے ہیں؟ کیونکہ وہ آبجیکٹیوٹی نہیں ان کے اندر ہے۔ وہ سب باتوں کو گہرائی میں سمجھ نہیں پاتے۔</w:t>
      </w:r>
    </w:p>
    <w:p>
      <w:r>
        <w:rPr>
          <w:b/>
        </w:rPr>
        <w:t xml:space="preserve">[20:53] </w:t>
      </w:r>
      <w:r>
        <w:t>yeh jo raaz hai ke entry point ko daryaft karo,</w:t>
      </w:r>
    </w:p>
    <w:p>
      <w:pPr>
        <w:jc w:val="right"/>
      </w:pPr>
      <w:r>
        <w:t>یہ جو راز ہے کہ انٹری پوائنٹ کو دریافت کرو،</w:t>
      </w:r>
    </w:p>
    <w:p>
      <w:r>
        <w:rPr>
          <w:b/>
        </w:rPr>
        <w:t xml:space="preserve">[20:58] </w:t>
      </w:r>
      <w:r>
        <w:t>entry point ko, is se itne fail ho rahe hain woh. jaise mein rasool Allah Sal Allah Alayhi Wasallam ki sunnat, yeh mein alfaaz naye istemal karta hoon, lekin woh hoti hai sunnat rasool ki baat.</w:t>
      </w:r>
    </w:p>
    <w:p>
      <w:pPr>
        <w:jc w:val="right"/>
      </w:pPr>
      <w:r>
        <w:t>انٹری پوائنٹ کو، اس سے اتنے فیل ہو رہے ہیں وہ۔ جیسے میں رسول اللہ صلی اللہ علیہ وسلم کی سنت، یہ میں الفاظ نئے استعمال کرتا ہوں، لیکن وہ ہوتی ہے سنت رسول کی بات۔</w:t>
      </w:r>
    </w:p>
    <w:p>
      <w:r>
        <w:rPr>
          <w:b/>
        </w:rPr>
        <w:t xml:space="preserve">[21:10] </w:t>
      </w:r>
      <w:r>
        <w:t>dekhen, rasool Allah Sal Allah Alayhi Wasallam makkah mein, rasool Allah Sal Allah Alayhi Wasallam ne makkah mein apna mission shuru kiya san 10 isvi mein. is waqt kya tha?</w:t>
      </w:r>
    </w:p>
    <w:p>
      <w:pPr>
        <w:jc w:val="right"/>
      </w:pPr>
      <w:r>
        <w:t>دیکھیں، رسول اللہ صلی اللہ علیہ وسلم مکہ میں، رسول اللہ صلی اللہ علیہ وسلم نے مکہ میں اپنا مشن شروع کیا سن 10 عیسوی میں۔ اس وقت کیا تھا؟</w:t>
      </w:r>
    </w:p>
    <w:p>
      <w:r>
        <w:rPr>
          <w:b/>
        </w:rPr>
        <w:t xml:space="preserve">[21:22] </w:t>
      </w:r>
      <w:r>
        <w:t>makkah mein mushrik logon ka ghalba tha. woh dominate karte thay.</w:t>
      </w:r>
    </w:p>
    <w:p>
      <w:pPr>
        <w:jc w:val="right"/>
      </w:pPr>
      <w:r>
        <w:t>مکہ میں مشرک لوگوں کا غلبہ تھا۔ وہ ڈومینیٹ کرتے تھے۔</w:t>
      </w:r>
    </w:p>
    <w:p>
      <w:r>
        <w:rPr>
          <w:b/>
        </w:rPr>
        <w:t xml:space="preserve">[21:29] </w:t>
      </w:r>
      <w:r>
        <w:t>to itna zyada un ka ghalba tha ke unhon ne muqaddas kaba mein but rakh diye thi. 360 but muqaddas kaba mein rakh diye.</w:t>
      </w:r>
    </w:p>
    <w:p>
      <w:pPr>
        <w:jc w:val="right"/>
      </w:pPr>
      <w:r>
        <w:t>تو اتنا زیادہ ان کا غلبہ تھا کہ انہوں نے مقدس کعبہ میں بت رکھ دی تھی۔ 360 بت مقدس کعبہ میں رکھ دیے۔</w:t>
      </w:r>
    </w:p>
    <w:p>
      <w:r>
        <w:rPr>
          <w:b/>
        </w:rPr>
        <w:t xml:space="preserve">[21:40] </w:t>
      </w:r>
      <w:r>
        <w:t>koi un ko rok nahi saka. to rasool Allah Sal Allah Alayhi Wasallam ne jab mission shuru kiya apna san 10 isvi mein, is waqt yahi soorat-e-haal thi wahan par.</w:t>
      </w:r>
    </w:p>
    <w:p>
      <w:pPr>
        <w:jc w:val="right"/>
      </w:pPr>
      <w:r>
        <w:t>کوئی ان کو روک نہیں سکا۔ تو رسول اللہ صلی اللہ علیہ وسلم نے جب مشن شروع کیا اپنا سن 10 عیسوی میں، اس وقت یہی صورتحال تھی وہاں پر۔</w:t>
      </w:r>
    </w:p>
    <w:p>
      <w:r>
        <w:rPr>
          <w:b/>
        </w:rPr>
        <w:t xml:space="preserve">[21:51] </w:t>
      </w:r>
      <w:r>
        <w:t>to aap ke liye yahan entry point nahi tha ke aap phenk jayein, kaba mein pahunchayein aur buton ko nikaal phenkein.</w:t>
      </w:r>
    </w:p>
    <w:p>
      <w:pPr>
        <w:jc w:val="right"/>
      </w:pPr>
      <w:r>
        <w:t>تو آپ کے لیے یہاں انٹری پوائنٹ نہیں تھا کہ آپ پھینک جائیں، کعبہ میں پہنچائیں اور بتوں کو نکال پھینکیں۔</w:t>
      </w:r>
    </w:p>
    <w:p>
      <w:r>
        <w:rPr>
          <w:b/>
        </w:rPr>
        <w:t xml:space="preserve">[21:59] </w:t>
      </w:r>
      <w:r>
        <w:t>woh aap ke liye entry point nahi tha.</w:t>
      </w:r>
    </w:p>
    <w:p>
      <w:pPr>
        <w:jc w:val="right"/>
      </w:pPr>
      <w:r>
        <w:t>وہ آپ کے لیے انٹری پوائنٹ نہیں تھا۔</w:t>
      </w:r>
    </w:p>
    <w:p>
      <w:r>
        <w:rPr>
          <w:b/>
        </w:rPr>
        <w:t xml:space="preserve">[22:04] </w:t>
      </w:r>
      <w:r>
        <w:t>kyun ke woh itna zyada resistance hota, itni ladai chhad jati ke kuch na ho, kuch nahi ho sakta tha.</w:t>
      </w:r>
    </w:p>
    <w:p>
      <w:pPr>
        <w:jc w:val="right"/>
      </w:pPr>
      <w:r>
        <w:t>کیونکہ وہ اتنا زیادہ ریزسٹنس ہوتا، اتنی لڑائی چھڑ جاتی کہ کچھ نہ ہو، کچھ نہیں ہو سکتا تھا۔</w:t>
      </w:r>
    </w:p>
    <w:p>
      <w:r>
        <w:rPr>
          <w:b/>
        </w:rPr>
        <w:t xml:space="preserve">[22:14] </w:t>
      </w:r>
      <w:r>
        <w:t>to is waqt sara ghalba unhi ka, unhi logon ka tha.</w:t>
      </w:r>
    </w:p>
    <w:p>
      <w:pPr>
        <w:jc w:val="right"/>
      </w:pPr>
      <w:r>
        <w:t>تو اس وقت سارا غلبہ انہی کا، انہی لوگوں کا تھا۔</w:t>
      </w:r>
    </w:p>
    <w:p>
      <w:r>
        <w:rPr>
          <w:b/>
        </w:rPr>
        <w:t xml:space="preserve">[22:18] </w:t>
      </w:r>
      <w:r>
        <w:t>to aap ne dekha, kaba ke buton ko</w:t>
      </w:r>
    </w:p>
    <w:p>
      <w:pPr>
        <w:jc w:val="right"/>
      </w:pPr>
      <w:r>
        <w:t>تو آپ نے دیکھا، کعبہ کے بتوں کو</w:t>
      </w:r>
    </w:p>
    <w:p>
      <w:r>
        <w:rPr>
          <w:b/>
        </w:rPr>
        <w:t xml:space="preserve">[22:24] </w:t>
      </w:r>
      <w:r>
        <w:t>kaba se nikalne ka kaam agar shuru karun to woh meri entry point nahi hai. is se mujhe entry point makka ki society mein nahi milta.</w:t>
      </w:r>
    </w:p>
    <w:p>
      <w:pPr>
        <w:jc w:val="right"/>
      </w:pPr>
      <w:r>
        <w:t>کعبہ سے نکالنے کا کام اگر شروع کروں تو وہ میری انٹری پوائنٹ نہیں ہے۔ اس سے مجھے انٹری پوائنٹ مکہ کی سوسائٹی میں نہیں ملتا۔</w:t>
      </w:r>
    </w:p>
    <w:p>
      <w:r>
        <w:rPr>
          <w:b/>
        </w:rPr>
        <w:t xml:space="preserve">[22:36] </w:t>
      </w:r>
      <w:r>
        <w:t>to dusra point kya tha? ke bton ki waja se log sare wahan, sab mushrik hi the us waqt, bton ki ziyarat ke liye ate the.</w:t>
      </w:r>
    </w:p>
    <w:p>
      <w:pPr>
        <w:jc w:val="right"/>
      </w:pPr>
      <w:r>
        <w:t>تو دوسرا پوائنٹ کیا تھا؟ کہ بتوں کی وجہ سے لوگ سارے وہاں، سب مشرک ہی تھے اس وقت، بتوں کی زیارت کے لیے آتے تھے۔</w:t>
      </w:r>
    </w:p>
    <w:p>
      <w:r>
        <w:rPr>
          <w:b/>
        </w:rPr>
        <w:t xml:space="preserve">[22:47] </w:t>
      </w:r>
      <w:r>
        <w:t>bton ko charhao charhane ke liye ate the. taqreeban daily. is tarah kaba ke pas gathering hoti thi.</w:t>
      </w:r>
    </w:p>
    <w:p>
      <w:pPr>
        <w:jc w:val="right"/>
      </w:pPr>
      <w:r>
        <w:t>بتوں کو چڑھاؤ چڑھانے کے لیے آتے تھے۔ تقریباً ڈیلی۔ اس طرح کعبہ کے پاس گیدرنگ ہوتی تھی۔</w:t>
      </w:r>
    </w:p>
    <w:p>
      <w:r>
        <w:rPr>
          <w:b/>
        </w:rPr>
        <w:t xml:space="preserve">[22:57] </w:t>
      </w:r>
      <w:r>
        <w:t>gathering. to aap ne is gathering ko apne liye bator audience istemal kiya. audience. bator audience.</w:t>
      </w:r>
    </w:p>
    <w:p>
      <w:pPr>
        <w:jc w:val="right"/>
      </w:pPr>
      <w:r>
        <w:t>گیدرنگ۔ تو آپ نے اس گیدرنگ کو اپنے لیے بطور آڈینس استعمال کیا۔ آڈینس۔ بطور آڈینس۔</w:t>
      </w:r>
    </w:p>
    <w:p>
      <w:r>
        <w:rPr>
          <w:b/>
        </w:rPr>
        <w:t xml:space="preserve">[23:07] </w:t>
      </w:r>
      <w:r>
        <w:t>yani yahan aap ne entry point daryaft kiya.</w:t>
      </w:r>
    </w:p>
    <w:p>
      <w:pPr>
        <w:jc w:val="right"/>
      </w:pPr>
      <w:r>
        <w:t>یعنی یہاں آپ نے انٹری پوائنٹ دریافت کیا۔</w:t>
      </w:r>
    </w:p>
    <w:p>
      <w:r>
        <w:rPr>
          <w:b/>
        </w:rPr>
        <w:t xml:space="preserve">[23:10] </w:t>
      </w:r>
      <w:r>
        <w:t>aap wahan jate, peaceful tareeqe se un ko quran ki ayaten sunate. koi tanqeed nahi.</w:t>
      </w:r>
    </w:p>
    <w:p>
      <w:pPr>
        <w:jc w:val="right"/>
      </w:pPr>
      <w:r>
        <w:t>آپ وہاں جاتے، پیس فل طریقے سے ان کو قرآن کی آیتیں سناتے۔ کوئی تنقید نہیں۔</w:t>
      </w:r>
    </w:p>
    <w:p>
      <w:r>
        <w:rPr>
          <w:b/>
        </w:rPr>
        <w:t xml:space="preserve">[23:21] </w:t>
      </w:r>
      <w:r>
        <w:t>koi bura bhala nahi kehna. maslan ye nahi kehte the ke ye tum ne kiya kar rakha hai? jis building ko ibrahim ne banaya tha tawheed ke liye, ek khuda ke liye, ek khuda ki ibadat ke liye, is mein tum ne butt bhar rakhe hain?</w:t>
      </w:r>
    </w:p>
    <w:p>
      <w:pPr>
        <w:jc w:val="right"/>
      </w:pPr>
      <w:r>
        <w:t>کوئی برا بھلا نہیں کہنا۔ مثلاً یہ نہیں کہتے تھے کہ یہ تم نے کیا کر رکھا ہے؟ جس بلڈنگ کو ابراہیم نے بنایا تھا توحید کے لیے، ایک خدا کے لیے، ایک خدا کی عبادت کے لیے، اس میں تم نے بت بھر رکھے ہیں؟</w:t>
      </w:r>
    </w:p>
    <w:p>
      <w:r>
        <w:rPr>
          <w:b/>
        </w:rPr>
        <w:t xml:space="preserve">[23:39] </w:t>
      </w:r>
      <w:r>
        <w:t>kese kharab log tum log ho? ye aap agar aap aisa karte to ye aap ko entry point nahi deta.</w:t>
      </w:r>
    </w:p>
    <w:p>
      <w:pPr>
        <w:jc w:val="right"/>
      </w:pPr>
      <w:r>
        <w:t>کیسے خراب لوگ تم لوگ ہو؟ یہ آپ اگر آپ ایسا کرتے تو یہ آپ کو انٹری پوائنٹ نہیں دیتا۔</w:t>
      </w:r>
    </w:p>
    <w:p>
      <w:r>
        <w:rPr>
          <w:b/>
        </w:rPr>
        <w:t xml:space="preserve">[23:49] </w:t>
      </w:r>
      <w:r>
        <w:t>aap ne kiya kiya? ke peaceful tareeqe se wahan jate. peaceful tareeqe se.</w:t>
      </w:r>
    </w:p>
    <w:p>
      <w:pPr>
        <w:jc w:val="right"/>
      </w:pPr>
      <w:r>
        <w:t>آپ نے کیا کیا؟ کہ پیس فل طریقے سے وہاں جاتے۔ پیس فل طریقے سے۔</w:t>
      </w:r>
    </w:p>
    <w:p>
      <w:r>
        <w:rPr>
          <w:b/>
        </w:rPr>
        <w:t xml:space="preserve">[23:57] </w:t>
      </w:r>
      <w:r>
        <w:t>us waqt ka jo culture tha, us ke mutabiq aap un ko salam karte.</w:t>
      </w:r>
    </w:p>
    <w:p>
      <w:pPr>
        <w:jc w:val="right"/>
      </w:pPr>
      <w:r>
        <w:t>اس وقت کا جو کلچر تھا، اس کے مطابق آپ ان کو سلام کرتے۔</w:t>
      </w:r>
    </w:p>
    <w:p>
      <w:r>
        <w:rPr>
          <w:b/>
        </w:rPr>
        <w:t xml:space="preserve">[24:02] </w:t>
      </w:r>
      <w:r>
        <w:t>us culture ke mutabiq.</w:t>
      </w:r>
    </w:p>
    <w:p>
      <w:pPr>
        <w:jc w:val="right"/>
      </w:pPr>
      <w:r>
        <w:t>اس کلچر کے مطابق۔</w:t>
      </w:r>
    </w:p>
    <w:p>
      <w:r>
        <w:rPr>
          <w:b/>
        </w:rPr>
        <w:t xml:space="preserve">[24:06] </w:t>
      </w:r>
      <w:r>
        <w:t>us waqt culture jo tha, anaim sabahan, anaim masan is tarah kaha karte the woh. yani Good morning, good evening aur phir aap quran ki ayaten sunate, bohat achhe andaz mein.</w:t>
      </w:r>
    </w:p>
    <w:p>
      <w:pPr>
        <w:jc w:val="right"/>
      </w:pPr>
      <w:r>
        <w:t>اس وقت کلچر جو تھا، أنيم صباحاً، أنيم مساءً اس طرح کہا کرتے تھے وہ۔ یعنی Good morning, good evening اور پھر آپ قرآن کی آیتیں سناتے، بہت اچھے انداز میں۔</w:t>
      </w:r>
    </w:p>
    <w:p>
      <w:r>
        <w:rPr>
          <w:b/>
        </w:rPr>
        <w:t xml:space="preserve">[24:19] </w:t>
      </w:r>
      <w:r>
        <w:t>bas. ye tha entry point. to quran ki ayaten lage, is ko sunne lagte hain woh, bohat ghor se. to sunte sunte sunte kiya hua?</w:t>
      </w:r>
    </w:p>
    <w:p>
      <w:pPr>
        <w:jc w:val="right"/>
      </w:pPr>
      <w:r>
        <w:t>بس۔ یہ تھا انٹری پوائنٹ۔ تو قرآن کی آیتیں لگے، اس کو سننے لگتے ہیں وہ، بہت غور سے۔ تو سنتے سنتے سنتے کیا ہوا؟</w:t>
      </w:r>
    </w:p>
    <w:p>
      <w:r>
        <w:rPr>
          <w:b/>
        </w:rPr>
        <w:t xml:space="preserve">[24:31] </w:t>
      </w:r>
      <w:r>
        <w:t>ke un ke achhe log cut kar aap ki taraf aane lage. is ka ishara quran ki is ayat mein hai la yaqta'a tarfahum man raddada kafruhu ye ishara hai quran mein ke is tareeqe se un ke achhe log cut kar ke rasool Allah ki taraf aane lage.</w:t>
      </w:r>
    </w:p>
    <w:p>
      <w:pPr>
        <w:jc w:val="right"/>
      </w:pPr>
      <w:r>
        <w:t>کہ ان کے اچھے لوگ کٹ کر آپ کی طرف آنے لگے۔ اس کا اشارہ قرآن کی اس آیت میں ہے لَيَقْطَعَ طَرَفَهُمْ مَنْ رَدِّدَ كَفْرُهُ یہ اشارہ ہے قرآن میں کہ اس طریقے سے ان کے اچھے لوگ کٹ کر کے رسول اللہ کی طرف آنے لگے۔</w:t>
      </w:r>
    </w:p>
    <w:p>
      <w:r>
        <w:rPr>
          <w:b/>
        </w:rPr>
        <w:t xml:space="preserve">[24:50] </w:t>
      </w:r>
      <w:r>
        <w:t>to rasool Allah ne dekha ke kaba mein butt hain to bara kharab lagta hai aap, zahir hai. lekin wahan se aap ko entry point nahi milega. wahan to jhagda hoga.</w:t>
      </w:r>
    </w:p>
    <w:p>
      <w:pPr>
        <w:jc w:val="right"/>
      </w:pPr>
      <w:r>
        <w:t>تو رسول اللہ نے دیکھا کہ کعبہ میں بت ہیں تو بڑا خراب لگتا ہے آپ، ظاہر ہے۔ لیکن وہاں سے آپ کو انٹری پوائنٹ نہیں ملے گا۔ وہاں تو جھگڑا ہوگا۔</w:t>
      </w:r>
    </w:p>
    <w:p>
      <w:r>
        <w:rPr>
          <w:b/>
        </w:rPr>
        <w:t xml:space="preserve">[25:01] </w:t>
      </w:r>
      <w:r>
        <w:t>entry point aap ne daryaft kiya is gathering mein jo ate the in bton ko, ko charhao charhane ke liye. to ye</w:t>
      </w:r>
    </w:p>
    <w:p>
      <w:pPr>
        <w:jc w:val="right"/>
      </w:pPr>
      <w:r>
        <w:t>انٹری پوائنٹ آپ نے دریافت کیا اس گیدرنگ میں جو آتے تھے ان بتوں کو، کو چڑھاؤ چڑھانے کے لیے۔ تو یہ</w:t>
      </w:r>
    </w:p>
    <w:p>
      <w:r>
        <w:rPr>
          <w:b/>
        </w:rPr>
        <w:t xml:space="preserve">[25:15] </w:t>
      </w:r>
      <w:r>
        <w:t>ye wisdom ki baat hai. wisdom.</w:t>
      </w:r>
    </w:p>
    <w:p>
      <w:pPr>
        <w:jc w:val="right"/>
      </w:pPr>
      <w:r>
        <w:t>یہ وزڈم کی بات ہے۔ وزڈم۔</w:t>
      </w:r>
    </w:p>
    <w:p>
      <w:r>
        <w:rPr>
          <w:b/>
        </w:rPr>
        <w:t xml:space="preserve">[25:18] </w:t>
      </w:r>
      <w:r>
        <w:t>lekin ye wisdom aap ko sada tareeqe se nahi hasil hogi. is wisdom ke liye aap ko apne mind ko develop karna parega.</w:t>
      </w:r>
    </w:p>
    <w:p>
      <w:pPr>
        <w:jc w:val="right"/>
      </w:pPr>
      <w:r>
        <w:t>لیکن یہ وزڈم آپ کو سادہ طریقے سے نہیں حاصل ہوگی۔ اس وزڈم کے لیے آپ کو اپنے مائنڈ کو ڈویلپ کرنا پڑے گا۔</w:t>
      </w:r>
    </w:p>
    <w:p>
      <w:r>
        <w:rPr>
          <w:b/>
        </w:rPr>
        <w:t xml:space="preserve">[25:29] </w:t>
      </w:r>
      <w:r>
        <w:t>apne mind ko develop karna parega. aur is develop karne ke do, yani two point formula hain.</w:t>
      </w:r>
    </w:p>
    <w:p>
      <w:pPr>
        <w:jc w:val="right"/>
      </w:pPr>
      <w:r>
        <w:t>اپنے مائنڈ کو ڈویلپ کرنا پڑے گا۔ اور اس ڈویلپ کرنے کے دو، یعنی ٹو پوائنٹ فارمولا ہیں۔</w:t>
      </w:r>
    </w:p>
    <w:p>
      <w:r>
        <w:rPr>
          <w:b/>
        </w:rPr>
        <w:t xml:space="preserve">[25:40] </w:t>
      </w:r>
      <w:r>
        <w:t>ke rozmarra ke experience mein, rozmarra ke tajrubaat mein jo hamd ka pehlu hai, us ko daryaft kijiye.</w:t>
      </w:r>
    </w:p>
    <w:p>
      <w:pPr>
        <w:jc w:val="right"/>
      </w:pPr>
      <w:r>
        <w:t>کہ روزمرہ کے ایکسپیرینس میں، روزمرہ کے تجربات میں جو حمد کا پہلو ہے، اس کو دریافت کیجیے۔</w:t>
      </w:r>
    </w:p>
    <w:p>
      <w:r>
        <w:rPr>
          <w:b/>
        </w:rPr>
        <w:t xml:space="preserve">[25:48] </w:t>
      </w:r>
      <w:r>
        <w:t>Allah ka shukr ada karte rahiye. aur dusri taraf logon ki taraf se jo waswasa andazi hoti hai, wrong advice di jati hai, chahe media ki taraf se ho ya kisi ki taraf se ho,</w:t>
      </w:r>
    </w:p>
    <w:p>
      <w:pPr>
        <w:jc w:val="right"/>
      </w:pPr>
      <w:r>
        <w:t>اللہ کا شکر ادا کرتے رہیے۔ اور دوسری طرف لوگوں کی طرف سے جو وسوسہ اندازی ہوتی ہے، رانگ ایڈوائس دی جاتی ہے، چاہے میڈیا کی طرف سے ہو یا کسی کی طرف سے ہو،</w:t>
      </w:r>
    </w:p>
    <w:p>
      <w:r>
        <w:rPr>
          <w:b/>
        </w:rPr>
        <w:t xml:space="preserve">[26:03] </w:t>
      </w:r>
      <w:r>
        <w:t>is ko diffuse karna seekhiye. is ko is ka analysis karna seekhiye. is ko right angle se dekhna seekhiye.</w:t>
      </w:r>
    </w:p>
    <w:p>
      <w:pPr>
        <w:jc w:val="right"/>
      </w:pPr>
      <w:r>
        <w:t>اس کو ڈیفیوز کرنا سیکھیے۔ اس کو اس کا انالیسز کرنا سیکھیے۔ اس کو رائٹ اینگل سے دیکھنا سیکھیے۔</w:t>
      </w:r>
    </w:p>
    <w:p>
      <w:r>
        <w:rPr>
          <w:b/>
        </w:rPr>
        <w:t xml:space="preserve">[26:16] </w:t>
      </w:r>
      <w:r>
        <w:t>tab ja kar aisa hoga ke aap ke andar right thinking aayegi aur positive mind banega aur sahi personality develop karegi.</w:t>
      </w:r>
    </w:p>
    <w:p>
      <w:pPr>
        <w:jc w:val="right"/>
      </w:pPr>
      <w:r>
        <w:t>تب جا کر ایسا ہوگا کہ آپ کے اندر رائٹ تھنکنگ آئے گی اور پازیٹیو مائنڈ بنے گا اور صحیح پرسنیلٹی ڈویلپ کرے گی۔</w:t>
      </w:r>
    </w:p>
    <w:p>
      <w:r>
        <w:rPr>
          <w:b/>
        </w:rPr>
        <w:t xml:space="preserve">[26:28] </w:t>
      </w:r>
      <w:r>
        <w:t>tab ja kar aisa hoga ke aap ye sab wisdom aap ke andar aaye ke aap cheezon se dekh kar ke wahan daryaft karen ke yahan par entry point kahan hai.</w:t>
      </w:r>
    </w:p>
    <w:p>
      <w:pPr>
        <w:jc w:val="right"/>
      </w:pPr>
      <w:r>
        <w:t>تب جا کر ایسا ہوگا کہ آپ یہ سب وزڈم آپ کے اندر آئے کہ آپ چیزوں سے دیکھ کر کے وہاں دریافت کریں کہ یہاں پر انٹری پوائنٹ کہاں ہے۔</w:t>
      </w:r>
    </w:p>
    <w:p>
      <w:r>
        <w:rPr>
          <w:b/>
        </w:rPr>
        <w:t xml:space="preserve">[26:42] </w:t>
      </w:r>
      <w:r>
        <w:t>to is hawale mein dekhen, sari dunya mein western civilization ka ghalba hai. to western civilization ke bare mein sari dunya ke musalman negative hain.</w:t>
      </w:r>
    </w:p>
    <w:p>
      <w:pPr>
        <w:jc w:val="right"/>
      </w:pPr>
      <w:r>
        <w:t>تو اس حوالے میں دیکھیں، ساری دنیا میں ویسٹرن سویلائزیشن کا غلبہ ہے۔ تو ویسٹرن سویلائزیشن کے بارے میں ساری دنیا کے مسلمان نیگیٹیو ہیں۔</w:t>
      </w:r>
    </w:p>
    <w:p>
      <w:r>
        <w:rPr>
          <w:b/>
        </w:rPr>
        <w:t xml:space="preserve">[26:52] </w:t>
      </w:r>
      <w:r>
        <w:t>sabhi negative hain. samajhte hain ke yeh anti islam tehzeeb hai. woh islamophobia mein mubtala hain yeh log.</w:t>
      </w:r>
    </w:p>
    <w:p>
      <w:pPr>
        <w:jc w:val="right"/>
      </w:pPr>
      <w:r>
        <w:t>سبھی نیگیٹیو ہیں۔ سمجھتے ہیں کہ یہ اینٹی اسلام تہذیب ہے۔ وہ اسلامو فوبیا میں مبتلا ہیں یہ لوگ۔</w:t>
      </w:r>
    </w:p>
    <w:p>
      <w:r>
        <w:rPr>
          <w:b/>
        </w:rPr>
        <w:t xml:space="preserve">[27:03] </w:t>
      </w:r>
      <w:r>
        <w:t>yeh sab galat baatein hain. yeh sab baatein baatein batati hain ke aap ke andar right analysis ki salahiyat nahi hai.</w:t>
      </w:r>
    </w:p>
    <w:p>
      <w:pPr>
        <w:jc w:val="right"/>
      </w:pPr>
      <w:r>
        <w:t>یہ سب غلط باتیں ہیں۔ یہ سب باتیں باتیں بتاتی ہیں کہ آپ کے اندر رائٹ انالیسز کی صلاحیت نہیں ہے۔</w:t>
      </w:r>
    </w:p>
    <w:p>
      <w:r>
        <w:rPr>
          <w:b/>
        </w:rPr>
        <w:t xml:space="preserve">[27:12] </w:t>
      </w:r>
      <w:r>
        <w:t>aap is ko lijie. starting point banaiye aap quran ke ayat ko inna maul al-awthra yusra</w:t>
      </w:r>
    </w:p>
    <w:p>
      <w:pPr>
        <w:jc w:val="right"/>
      </w:pPr>
      <w:r>
        <w:t>آپ اس کو لیجیے۔ اسٹارٹنگ پوائنٹ بنائیے آپ قرآن کے آیت کو إِنَّ مَوْلَ الْأُوْثْرَ يُسْرَى</w:t>
      </w:r>
    </w:p>
    <w:p>
      <w:r>
        <w:rPr>
          <w:b/>
        </w:rPr>
        <w:t xml:space="preserve">[27:22] </w:t>
      </w:r>
      <w:r>
        <w:t>yani koi bhi halaat kitne hi kharab hon, kitni hi bazahir aap ke khilaf hon, lekin wahan koi na koi entry point hoga.</w:t>
      </w:r>
    </w:p>
    <w:p>
      <w:pPr>
        <w:jc w:val="right"/>
      </w:pPr>
      <w:r>
        <w:t>یعنی کوئی بھی حالات کتنے ہی خراب ہوں، کتنی ہی بظاہر آپ کے خلاف ہوں، لیکن وہاں کوئی نہ کوئی انٹری پوائنٹ ہوگا۔</w:t>
      </w:r>
    </w:p>
    <w:p>
      <w:r>
        <w:rPr>
          <w:b/>
        </w:rPr>
        <w:t xml:space="preserve">[27:32] </w:t>
      </w:r>
      <w:r>
        <w:t>is entry point se se start kijie.</w:t>
      </w:r>
    </w:p>
    <w:p>
      <w:pPr>
        <w:jc w:val="right"/>
      </w:pPr>
      <w:r>
        <w:t>اس انٹری پوائنٹ سے سے اسٹارٹ کیجیے۔</w:t>
      </w:r>
    </w:p>
    <w:p>
      <w:r>
        <w:rPr>
          <w:b/>
        </w:rPr>
        <w:t xml:space="preserve">[27:36] </w:t>
      </w:r>
      <w:r>
        <w:t>jaise qadeem makka jo tha, qadeem makka mein halaat bohat kharab the musalmanon ke liye. marte peette bhi the woh. phir bhi ek entry point tha wahan.</w:t>
      </w:r>
    </w:p>
    <w:p>
      <w:pPr>
        <w:jc w:val="right"/>
      </w:pPr>
      <w:r>
        <w:t>جیسے قدیم مکہ جو تھا، قدیم مکہ میں حالات بہت خراب تھے مسلمانوں کے لیے۔ مارتے پیٹتے بھی تھے وہ۔ پھر بھی ایک انٹری پوائنٹ تھا وہاں۔</w:t>
      </w:r>
    </w:p>
    <w:p>
      <w:r>
        <w:rPr>
          <w:b/>
        </w:rPr>
        <w:t xml:space="preserve">[27:46] </w:t>
      </w:r>
      <w:r>
        <w:t>yani qadeem makka jo tha, wahan ke halaat, poora shirk chhaya hua tha wahan.</w:t>
      </w:r>
    </w:p>
    <w:p>
      <w:pPr>
        <w:jc w:val="right"/>
      </w:pPr>
      <w:r>
        <w:t>یعنی قدیم مکہ جو تھا، وہاں کے حالات، پورا شرک چھایا ہوا تھا وہاں۔</w:t>
      </w:r>
    </w:p>
    <w:p>
      <w:r>
        <w:rPr>
          <w:b/>
        </w:rPr>
        <w:t xml:space="preserve">[27:55] </w:t>
      </w:r>
      <w:r>
        <w:t>kaba ko unhon ne shirk ka center bana diya tha. yeh phir bhi ek entry point tha. aise hi modern civilization jo hai, wahan bhi ek entry point hai.</w:t>
      </w:r>
    </w:p>
    <w:p>
      <w:pPr>
        <w:jc w:val="right"/>
      </w:pPr>
      <w:r>
        <w:t>کعبہ کو انہوں نے شرک کا سینٹر بنا دیا تھا۔ یہ پھر بھی ایک انٹری پوائنٹ تھا۔ ایسے ہی ماڈرن سویلائزیشن جو ہے، وہاں بھی ایک انٹری پوائنٹ ہے۔</w:t>
      </w:r>
    </w:p>
    <w:p>
      <w:r>
        <w:rPr>
          <w:b/>
        </w:rPr>
        <w:t xml:space="preserve">[28:05] </w:t>
      </w:r>
      <w:r>
        <w:t>is entry point ko daryaft kijie.</w:t>
      </w:r>
    </w:p>
    <w:p>
      <w:pPr>
        <w:jc w:val="right"/>
      </w:pPr>
      <w:r>
        <w:t>اس انٹری پوائنٹ کو دریافت کیجیے۔</w:t>
      </w:r>
    </w:p>
    <w:p>
      <w:r>
        <w:rPr>
          <w:b/>
        </w:rPr>
        <w:t xml:space="preserve">[28:08] </w:t>
      </w:r>
      <w:r>
        <w:t>woh hai openness. modern civilization jo hai, mein samajhta hoon ke is ka bohat bara karname hai ke is ne sari dunya mein ek naya zehn paida kiya.</w:t>
      </w:r>
    </w:p>
    <w:p>
      <w:pPr>
        <w:jc w:val="right"/>
      </w:pPr>
      <w:r>
        <w:t>وہ ہے اوپننس۔ ماڈرن سویلائزیشن جو ہے، میں سمجھتا ہوں کہ اس کا بہت بڑا کارنامہ ہے کہ اس نے ساری دنیا میں ایک نیا ذہن پیدا کیا۔</w:t>
      </w:r>
    </w:p>
    <w:p>
      <w:r>
        <w:rPr>
          <w:b/>
        </w:rPr>
        <w:t xml:space="preserve">[28:20] </w:t>
      </w:r>
      <w:r>
        <w:t>ek naya zehn. aur woh hai openness. openness ka matlab kya hai? har ek ko accept karna. with positive mind.</w:t>
      </w:r>
    </w:p>
    <w:p>
      <w:pPr>
        <w:jc w:val="right"/>
      </w:pPr>
      <w:r>
        <w:t>ایک نیا ذہن۔ اور وہ ہے اوپننس۔ اوپننس کا مطلب کیا ہے؟ ہر ایک کو ایکسیپٹ کرنا۔ ود پازیٹیو مائنڈ۔</w:t>
      </w:r>
    </w:p>
    <w:p>
      <w:r>
        <w:rPr>
          <w:b/>
        </w:rPr>
        <w:t xml:space="preserve">[28:34] </w:t>
      </w:r>
      <w:r>
        <w:t>until you are you turn violent.</w:t>
      </w:r>
    </w:p>
    <w:p>
      <w:pPr>
        <w:jc w:val="right"/>
      </w:pPr>
      <w:r>
        <w:t>انٹل یو آر یو یو ٹرن وائلنٹ۔</w:t>
      </w:r>
    </w:p>
    <w:p>
      <w:r>
        <w:rPr>
          <w:b/>
        </w:rPr>
        <w:t xml:space="preserve">[28:39] </w:t>
      </w:r>
      <w:r>
        <w:t>jab tak aap tashaddud na karen, tab tak sari dunya aap ke liye khuli hui hai.</w:t>
      </w:r>
    </w:p>
    <w:p>
      <w:pPr>
        <w:jc w:val="right"/>
      </w:pPr>
      <w:r>
        <w:t>جب تک آپ تشدد نہ کریں، تب تک ساری دنیا آپ کے لیے کھلی ہوئی ہے۔</w:t>
      </w:r>
    </w:p>
    <w:p>
      <w:r>
        <w:rPr>
          <w:b/>
        </w:rPr>
        <w:t xml:space="preserve">[28:47] </w:t>
      </w:r>
      <w:r>
        <w:t>mein ek martaba america gaya tha, bohat pehle ki baat hai. toh mein gaya dekhne ke liye white house. toh white house ke samne ek bohat bara khula hua maidan hai.</w:t>
      </w:r>
    </w:p>
    <w:p>
      <w:pPr>
        <w:jc w:val="right"/>
      </w:pPr>
      <w:r>
        <w:t>میں ایک مرتبہ امریکہ گیا تھا، بہت پہلے کی بات ہے۔ تو میں گیا دیکھنے کے لیے وائٹ ہاؤس۔ تو وائٹ ہاؤس کے سامنے ایک بہت بڑا کھلا ہوا میدان ہے۔</w:t>
      </w:r>
    </w:p>
    <w:p>
      <w:r>
        <w:rPr>
          <w:b/>
        </w:rPr>
        <w:t xml:space="preserve">[29:01] </w:t>
      </w:r>
      <w:r>
        <w:t>wahan mein ne dekha ke ek aadmi ali ghareeb qism ka dress pehne hue tha. aur wahan khara ho kar ke woh bol raha tha.</w:t>
      </w:r>
    </w:p>
    <w:p>
      <w:pPr>
        <w:jc w:val="right"/>
      </w:pPr>
      <w:r>
        <w:t>وہاں میں نے دیکھا کہ ایک آدمی علی غریب قسم کا ڈریس پہنے ہوئے تھا۔ اور وہاں کھڑا ہو کر کے وہ بول رہا تھا۔</w:t>
      </w:r>
    </w:p>
    <w:p>
      <w:r>
        <w:rPr>
          <w:b/>
        </w:rPr>
        <w:t xml:space="preserve">[29:10] </w:t>
      </w:r>
      <w:r>
        <w:t>yani speech ke andaaz mein. aur woh kya tha? government ko bura bhala keh raha tha. government ko.</w:t>
      </w:r>
    </w:p>
    <w:p>
      <w:pPr>
        <w:jc w:val="right"/>
      </w:pPr>
      <w:r>
        <w:t>یعنی اسپیچ کے انداز میں۔ اور وہ کیا تھا؟ گورنمنٹ کو برا بھلا کہہ رہا تھا۔ گورنمنٹ کو۔</w:t>
      </w:r>
    </w:p>
    <w:p>
      <w:r>
        <w:rPr>
          <w:b/>
        </w:rPr>
        <w:t xml:space="preserve">[29:19] </w:t>
      </w:r>
      <w:r>
        <w:t>yani white house mein jo log baithe hue hain, jo hakim, un ko bura keh raha tha woh. mere samne. lekin chuki woh violent nahi tha, us ke paas koi bomb nahi tha, koi gun nahi thi,</w:t>
      </w:r>
    </w:p>
    <w:p>
      <w:pPr>
        <w:jc w:val="right"/>
      </w:pPr>
      <w:r>
        <w:t>یعنی وائٹ ہاؤس میں جو لوگ بیٹھے ہوئے ہیں، جو حاکم، ان کو برا کہہ رہا تھا وہ۔ مجھ کے سامنے۔ لیکن چونکہ وہ وائلنٹ نہیں تھا، اس کے پاس کوئی بم نہیں تھا، کوئی گن نہیں تھی،</w:t>
      </w:r>
    </w:p>
    <w:p>
      <w:r>
        <w:rPr>
          <w:b/>
        </w:rPr>
        <w:t xml:space="preserve">[29:34] </w:t>
      </w:r>
      <w:r>
        <w:t>toh us ko target kiya unhon ne. us ko target kiya. toh us zamane mein sab se bara jo jo phenomena hai modern civilization ka, openness, tolerance,</w:t>
      </w:r>
    </w:p>
    <w:p>
      <w:pPr>
        <w:jc w:val="right"/>
      </w:pPr>
      <w:r>
        <w:t>تو اس کو ٹارگٹ کیا انہوں نے۔ اس کو ٹارگٹ کیا۔ تو اس زمانے میں سب سے بڑا جو جو فیناومینا ہے ماڈرن سویلائزیشن کا، اوپننس، ٹالرنس،</w:t>
      </w:r>
    </w:p>
    <w:p>
      <w:r>
        <w:rPr>
          <w:b/>
        </w:rPr>
        <w:t xml:space="preserve">[29:53] </w:t>
      </w:r>
      <w:r>
        <w:t>to accept all, sab ko accept karna.</w:t>
      </w:r>
    </w:p>
    <w:p>
      <w:pPr>
        <w:jc w:val="right"/>
      </w:pPr>
      <w:r>
        <w:t>ٹو ایکسیپٹ آل، سب کو ایکسیپٹ کرنا۔</w:t>
      </w:r>
    </w:p>
    <w:p>
      <w:r>
        <w:rPr>
          <w:b/>
        </w:rPr>
        <w:t xml:space="preserve">[29:57] </w:t>
      </w:r>
      <w:r>
        <w:t>sirf ek hi cheez woh accept nahi karte, woh hai violence. magar is raaz ko musalman jante nahi. sari dunya ke musalman jo hain, nafrat, tashaddud, extremism,</w:t>
      </w:r>
    </w:p>
    <w:p>
      <w:pPr>
        <w:jc w:val="right"/>
      </w:pPr>
      <w:r>
        <w:t>صرف ایک ہی چیز وہ ایکسیپٹ نہیں کرتے، وہ ہے وائلنس۔ مگر اس راز کو مسلمان جانتے نہیں۔ ساری دنیا کے مسلمان جو ہیں، نفرت، تشدد، ایکسٹریمزم،</w:t>
      </w:r>
    </w:p>
    <w:p>
      <w:r>
        <w:rPr>
          <w:b/>
        </w:rPr>
        <w:t xml:space="preserve">[30:12] </w:t>
      </w:r>
      <w:r>
        <w:t>radicalism, hatta ke violence of war, jo cheez un ke liye acceptable nahi hai, wahan se entry dhoondh rahe hain woh.</w:t>
      </w:r>
    </w:p>
    <w:p>
      <w:pPr>
        <w:jc w:val="right"/>
      </w:pPr>
      <w:r>
        <w:t>ریڈیکلزم، حتیٰ کہ وائلنس آف وار، جو چیز ان کے لیے ایکسیپٹیبل نہیں ہے، وہاں سے انٹری ڈھونڈ رہے ہیں وہ۔</w:t>
      </w:r>
    </w:p>
    <w:p>
      <w:r>
        <w:rPr>
          <w:b/>
        </w:rPr>
        <w:t xml:space="preserve">[30:22] </w:t>
      </w:r>
      <w:r>
        <w:t>kaisi ajib baat hai.</w:t>
      </w:r>
    </w:p>
    <w:p>
      <w:pPr>
        <w:jc w:val="right"/>
      </w:pPr>
      <w:r>
        <w:t>کیسی عجیب بات ہے۔</w:t>
      </w:r>
    </w:p>
    <w:p>
      <w:r>
        <w:rPr>
          <w:b/>
        </w:rPr>
        <w:t xml:space="preserve">[30:25] </w:t>
      </w:r>
      <w:r>
        <w:t>yani jo gate hai, woh toh khula hua hai. jo gate hai, woh toh khula hua hai. lekin woh kahan se ghusna chahte hain? jahan bare bare deewarein hain.</w:t>
      </w:r>
    </w:p>
    <w:p>
      <w:pPr>
        <w:jc w:val="right"/>
      </w:pPr>
      <w:r>
        <w:t>یعنی جو گیٹ ہے، وہ تو کھلا ہوا ہے۔ جو گیٹ ہے، وہ تو کھلا ہوا ہے۔ لیکن وہ کہاں سے گھسنا چاہتے ہیں؟ جہاں بڑے بڑے دیواریں ہیں۔</w:t>
      </w:r>
    </w:p>
    <w:p>
      <w:r>
        <w:rPr>
          <w:b/>
        </w:rPr>
        <w:t xml:space="preserve">[30:37] </w:t>
      </w:r>
      <w:r>
        <w:t>yani violence toh entry point hai hi nahi. aur wahan sar maar rahe hain woh. entry point hai peaceful.</w:t>
      </w:r>
    </w:p>
    <w:p>
      <w:pPr>
        <w:jc w:val="right"/>
      </w:pPr>
      <w:r>
        <w:t>یعنی وائلنس تو انٹری پوائنٹ ہے ہی نہیں۔ اور وہاں سر مار رہے ہیں وہ۔ انٹری پوائنٹ ہے پیس فل۔</w:t>
      </w:r>
    </w:p>
    <w:p>
      <w:r>
        <w:rPr>
          <w:b/>
        </w:rPr>
        <w:t xml:space="preserve">[30:48] </w:t>
      </w:r>
      <w:r>
        <w:t>yani peaceful andaaz mein apni baat kehna.</w:t>
      </w:r>
    </w:p>
    <w:p>
      <w:pPr>
        <w:jc w:val="right"/>
      </w:pPr>
      <w:r>
        <w:t>یعنی پیس فل انداز میں اپنی بات کہنا۔</w:t>
      </w:r>
    </w:p>
    <w:p>
      <w:r>
        <w:rPr>
          <w:b/>
        </w:rPr>
        <w:t xml:space="preserve">[30:53] </w:t>
      </w:r>
      <w:r>
        <w:t>nah nah heat ho, nah nafrat ho, nah violence ho, nah war ho, nah gun ho, nah bomb ho, kuch nahin. to aap ko total freedom mili hui hai.</w:t>
      </w:r>
    </w:p>
    <w:p>
      <w:pPr>
        <w:jc w:val="right"/>
      </w:pPr>
      <w:r>
        <w:t>نہ نہ ہیٹ ہو، نہ نفرت ہو، نہ وائلنس ہو، نہ وار ہو، نہ گن ہو، نہ بم ہو، کچھ نہیں۔ تو آپ کو ٹوٹل فریڈم ملی ہوئی ہے۔</w:t>
      </w:r>
    </w:p>
    <w:p>
      <w:r>
        <w:rPr>
          <w:b/>
        </w:rPr>
        <w:t xml:space="preserve">[31:05] </w:t>
      </w:r>
      <w:r>
        <w:t>total freedom. koi rok nahin sakta aap ko.</w:t>
      </w:r>
    </w:p>
    <w:p>
      <w:pPr>
        <w:jc w:val="right"/>
      </w:pPr>
      <w:r>
        <w:t>ٹوٹل فریڈم۔ کوئی روک نہیں سکتا آپ کو۔</w:t>
      </w:r>
    </w:p>
    <w:p>
      <w:r>
        <w:rPr>
          <w:b/>
        </w:rPr>
        <w:t xml:space="preserve">[31:11] </w:t>
      </w:r>
      <w:r>
        <w:t>nah east mein, nah west mein. kahin rok nahin sakta koi aap ko. hatta ke United Nations mein agar aap ko mauqa mile khare hone ka, wahan khare ho kar ke aap bolen, to kitne hi aap khilaf bolen kisi ke, koi roka nahin aap ko.</w:t>
      </w:r>
    </w:p>
    <w:p>
      <w:pPr>
        <w:jc w:val="right"/>
      </w:pPr>
      <w:r>
        <w:t>نہ ایسٹ میں، نہ ویسٹ میں۔ کہیں روک نہیں سکتا کوئی آپ کو۔ حتیٰ کہ United Nations میں اگر آپ کو موقع ملے کھڑے ہونے کا، وہاں کھڑے ہو کر کے آپ بولیں، تو کتنے ہی آپ خلاف بولیں کسی کے، کوئی روکا نہیں آپ کو۔</w:t>
      </w:r>
    </w:p>
    <w:p>
      <w:r>
        <w:rPr>
          <w:b/>
        </w:rPr>
        <w:t xml:space="preserve">[31:29] </w:t>
      </w:r>
      <w:r>
        <w:t>sirf rukawat kab hogi? jab aap bomb istemal karen, gun istemal karen, tashaddud istemal karen.</w:t>
      </w:r>
    </w:p>
    <w:p>
      <w:pPr>
        <w:jc w:val="right"/>
      </w:pPr>
      <w:r>
        <w:t>صرف رکاوٹ کب ہوگی؟ جب آپ بم استعمال کریں، گن استعمال کریں، تشدد استعمال کریں۔</w:t>
      </w:r>
    </w:p>
    <w:p>
      <w:r>
        <w:rPr>
          <w:b/>
        </w:rPr>
        <w:t xml:space="preserve">[31:43] </w:t>
      </w:r>
      <w:r>
        <w:t>yeh hai woh saatwan raaz jis se maujooda zamane ke musalman be khabar hain. aur be khabri ka bhi raaz kya hai?</w:t>
      </w:r>
    </w:p>
    <w:p>
      <w:pPr>
        <w:jc w:val="right"/>
      </w:pPr>
      <w:r>
        <w:t>یہ ہے وہ ساتواں راز جس سے موجودہ زمانے کے مسلمان بے خبر ہیں۔ اور بے خبری کا بھی راز کیا ہے؟</w:t>
      </w:r>
    </w:p>
    <w:p>
      <w:r>
        <w:rPr>
          <w:b/>
        </w:rPr>
        <w:t xml:space="preserve">[31:55] </w:t>
      </w:r>
      <w:r>
        <w:t>woh is culture mein nahin jeete jo culture Quran mein bataya gaya hai. two point culture. is be khabri ka ek raaz hai.</w:t>
      </w:r>
    </w:p>
    <w:p>
      <w:pPr>
        <w:jc w:val="right"/>
      </w:pPr>
      <w:r>
        <w:t>وہ اس کلچر میں نہیں جیتے جو کلچر قرآن میں بتایا گیا ہے۔ ٹو پوائنٹ کلچر۔ اس بے خبری کا ایک راز ہے۔</w:t>
      </w:r>
    </w:p>
    <w:p>
      <w:r>
        <w:rPr>
          <w:b/>
        </w:rPr>
        <w:t xml:space="preserve">[32:04] </w:t>
      </w:r>
      <w:r>
        <w:t>woh raaz hai ke musalman is two point culture ko nahin jeete.</w:t>
      </w:r>
    </w:p>
    <w:p>
      <w:pPr>
        <w:jc w:val="right"/>
      </w:pPr>
      <w:r>
        <w:t>وہ راز ہے کہ مسلمان اس ٹو پوائنٹ کلچر کو نہیں جیتے۔</w:t>
      </w:r>
    </w:p>
    <w:p>
      <w:r>
        <w:rPr>
          <w:b/>
        </w:rPr>
        <w:t xml:space="preserve">[32:10] </w:t>
      </w:r>
      <w:r>
        <w:t>jis ka ek pehlu hai hamd, doosra pehlu hai waswasa daari se bachna. yaani Allah ke liye hamd aur insanon ke baray mein yeh hai ke waswasa daari se bacho.</w:t>
      </w:r>
    </w:p>
    <w:p>
      <w:pPr>
        <w:jc w:val="right"/>
      </w:pPr>
      <w:r>
        <w:t>جس کا ایک پہلو ہے حمد، دوسرا پہلو ہے وسوسہ داری سے بچنا۔ یعنی اللہ کے لیے حمد اور انسانوں کے بارے میں یہ ہے کہ وسوسہ داری سے بچو۔</w:t>
      </w:r>
    </w:p>
    <w:p>
      <w:r>
        <w:rPr>
          <w:b/>
        </w:rPr>
        <w:t xml:space="preserve">[32:23] </w:t>
      </w:r>
      <w:r>
        <w:t>yeh hai yeh hai yaani tauheed culture keh sakte hain is ko aap. is two point culture ko aap keh sakte hain tauheed culture.</w:t>
      </w:r>
    </w:p>
    <w:p>
      <w:pPr>
        <w:jc w:val="right"/>
      </w:pPr>
      <w:r>
        <w:t>یہ ہے یہ ہے یعنی توحید کلچر کہہ سکتے ہیں اس کو آپ۔ اس ٹو پوائنٹ کلچر کو آپ کہہ سکتے ہیں توحید کلچر۔</w:t>
      </w:r>
    </w:p>
    <w:p>
      <w:r>
        <w:rPr>
          <w:b/>
        </w:rPr>
        <w:t xml:space="preserve">[32:34] </w:t>
      </w:r>
      <w:r>
        <w:t>to musalman tauheed culture mein jeete nahin hain.</w:t>
      </w:r>
    </w:p>
    <w:p>
      <w:pPr>
        <w:jc w:val="right"/>
      </w:pPr>
      <w:r>
        <w:t>تو مسلمان توحید کلچر میں جیتے نہیں ہیں۔</w:t>
      </w:r>
    </w:p>
    <w:p>
      <w:r>
        <w:rPr>
          <w:b/>
        </w:rPr>
        <w:t xml:space="preserve">[32:38] </w:t>
      </w:r>
      <w:r>
        <w:t>ise in ka to objective thinking nahin. ise in ka to wisdom nahin. ise woh jante nahin ke kab kya karna hai, kab kya karna hai.</w:t>
      </w:r>
    </w:p>
    <w:p>
      <w:pPr>
        <w:jc w:val="right"/>
      </w:pPr>
      <w:r>
        <w:t>اسے ان کا تو ابجیکٹو تھنکنگ نہیں۔ اسے ان کا تو وزڈم نہیں۔ اسے وہ جانتے نہیں کہ کب کیا کرنا ہے، کب کیا کرنا ہے۔</w:t>
      </w:r>
    </w:p>
    <w:p>
      <w:r>
        <w:rPr>
          <w:b/>
        </w:rPr>
        <w:t xml:space="preserve">[32:48] </w:t>
      </w:r>
      <w:r>
        <w:t>is liye woh is is raaz ko nahin jante jo Quran ki is ayat mein bataya gaya hai. inna mawla al othra yusra yaani har mushkil halaat, koi bhi mushkil halaat kitne hi kaise hi bure hon, wahan to wahan ek entry point hai.</w:t>
      </w:r>
    </w:p>
    <w:p>
      <w:pPr>
        <w:jc w:val="right"/>
      </w:pPr>
      <w:r>
        <w:t>اس لیے وہ اس اس راز کو نہیں جانتے جو قرآن کی اس آیت میں بتایا گیا ہے۔ إِنَّ مَوْلَ الْأُوْثْرَ يُسْرَى یعنی ہر مشکل حالات، کوئی بھی مشکل حالات کتنے ہی کیسے ہی برے ہوں، وہاں تو وہاں ایک انٹری پوائنٹ ہے۔</w:t>
      </w:r>
    </w:p>
    <w:p>
      <w:r>
        <w:rPr>
          <w:b/>
        </w:rPr>
        <w:t xml:space="preserve">[33:04] </w:t>
      </w:r>
      <w:r>
        <w:t>jaise Makkah mein Rasool Allah ke liye entry point tha.</w:t>
      </w:r>
    </w:p>
    <w:p>
      <w:pPr>
        <w:jc w:val="right"/>
      </w:pPr>
      <w:r>
        <w:t>جیسے مکہ میں رسول اللہ کے لیے انٹری پوائنٹ تھا۔</w:t>
      </w:r>
    </w:p>
    <w:p>
      <w:r>
        <w:rPr>
          <w:b/>
        </w:rPr>
        <w:t xml:space="preserve">[33:08] </w:t>
      </w:r>
      <w:r>
        <w:t>aur ghor kijiye kitna shandar entry point tha. ke woh log jo aate thay wahan buton ki pooja karne ke liye, aap un ke dilon mein ghus rahe thay.</w:t>
      </w:r>
    </w:p>
    <w:p>
      <w:pPr>
        <w:jc w:val="right"/>
      </w:pPr>
      <w:r>
        <w:t>اور غور کیجیے کتنا شاندار انٹری پوائنٹ تھا۔ کہ وہ لوگ جو آتے تھے وہاں بتوں کی پوجا کرنے کے لیے، آپ ان کے دلوں میں گھس رہے تھے۔</w:t>
      </w:r>
    </w:p>
    <w:p>
      <w:r>
        <w:rPr>
          <w:b/>
        </w:rPr>
        <w:t xml:space="preserve">[33:17] </w:t>
      </w:r>
      <w:r>
        <w:t>un ke dimaghon mein woh ghus rahe thay. un ke sath qata taraf kar rahe thay. yaani un ke behtareen hissay ko kaat kar apne sath mila rahe thay.</w:t>
      </w:r>
    </w:p>
    <w:p>
      <w:pPr>
        <w:jc w:val="right"/>
      </w:pPr>
      <w:r>
        <w:t>ان کے دماغوں میں وہ گھس رہے تھے۔ ان کے ساتھ قطع طرف کر رہے تھے۔ یعنی ان کے بہترین حصے کو کاٹ کر اپنے ساتھ ملا رہے تھے۔</w:t>
      </w:r>
    </w:p>
    <w:p>
      <w:r>
        <w:rPr>
          <w:b/>
        </w:rPr>
        <w:t xml:space="preserve">[33:28] </w:t>
      </w:r>
      <w:r>
        <w:t>li yaqta'a tarafahum yeh jo ayat hai Quran majeed mein. taake kaat le un ke behtar hissay ko. taraf kehte hain behtar hissa.</w:t>
      </w:r>
    </w:p>
    <w:p>
      <w:pPr>
        <w:jc w:val="right"/>
      </w:pPr>
      <w:r>
        <w:t>لَيَقْطَعَ طَرَفَهُمْ یہ جو آیت ہے قرآن مجید میں۔ تاکہ کاٹ لے ان کے بہتر حصے کو۔ طرف کہتے ہیں بہتر حصہ۔</w:t>
      </w:r>
    </w:p>
    <w:p>
      <w:r>
        <w:rPr>
          <w:b/>
        </w:rPr>
        <w:t xml:space="preserve">[33:37] </w:t>
      </w:r>
      <w:r>
        <w:t>li yaqta'a tarafahum man raddada kufrhu jo log inkar kar rahe hain, un ke behtar hissay ko kaat laina. behtar hissa kaun hai?</w:t>
      </w:r>
    </w:p>
    <w:p>
      <w:pPr>
        <w:jc w:val="right"/>
      </w:pPr>
      <w:r>
        <w:t>لَيَقْطَعَ طَرَفَهُمْ مَنْ رَدِّدَ كَفْرُهُ جو لوگ انکار کر رہے ہیں، ان کے بہتر حصے کو کاٹ لینا۔ بہتر حصہ کون ہے؟</w:t>
      </w:r>
    </w:p>
    <w:p>
      <w:r>
        <w:rPr>
          <w:b/>
        </w:rPr>
        <w:t xml:space="preserve">[33:48] </w:t>
      </w:r>
      <w:r>
        <w:t>behtar hissa woh hai jo seeker hai, jis ke andar positive thinking hai, jo jis ke andar sincerity hai, jo baaton ko serious andaaz mein leta hai.</w:t>
      </w:r>
    </w:p>
    <w:p>
      <w:pPr>
        <w:jc w:val="right"/>
      </w:pPr>
      <w:r>
        <w:t>بہتر حصہ وہ ہے جو سیکھر ہے، جس کے اندر پازیٹیو تھنکنگ ہے، جو جس کے اندر سنسیرٹی ہے، جو باتوں کو سیرس انداز میں لیتا ہے۔</w:t>
      </w:r>
    </w:p>
    <w:p>
      <w:r>
        <w:rPr>
          <w:b/>
        </w:rPr>
        <w:t xml:space="preserve">[33:59] </w:t>
      </w:r>
      <w:r>
        <w:t>yeh har society mein aise log hotay hain. har society mein, har group mein aise log hotay hain by nature.</w:t>
      </w:r>
    </w:p>
    <w:p>
      <w:pPr>
        <w:jc w:val="right"/>
      </w:pPr>
      <w:r>
        <w:t>یہ ہر سوسائٹی میں ایسے لوگ ہوتے ہیں۔ ہر سوسائٹی میں، ہر گروپ میں ایسے لوگ ہوتے ہیں بائی نیچر۔</w:t>
      </w:r>
    </w:p>
    <w:p>
      <w:r>
        <w:rPr>
          <w:b/>
        </w:rPr>
        <w:t xml:space="preserve">[34:06] </w:t>
      </w:r>
      <w:r>
        <w:t>un ko kaatna, un ko nikalna. is tareeqay se sare log is Makkah mein mile aap ko. yaani Abu Bakr mile, Umar mile, Usman mile, Ali mile,</w:t>
      </w:r>
    </w:p>
    <w:p>
      <w:pPr>
        <w:jc w:val="right"/>
      </w:pPr>
      <w:r>
        <w:t>ان کو کاٹنا، ان کو نکالنا۔ اس طریقے سے سارے لوگ اس مکہ میں ملے آپ کو۔ یعنی ابوبکر ملے، عمر ملے، عثمان ملے، علی ملے،</w:t>
      </w:r>
    </w:p>
    <w:p>
      <w:r>
        <w:rPr>
          <w:b/>
        </w:rPr>
        <w:t xml:space="preserve">[34:19] </w:t>
      </w:r>
      <w:r>
        <w:t>Muaz bin Jabal mile, Abdullah bin Jarrah mile. isi halaat mein. itnay mushkil halaat mein. qadeem zamane mein Makkah ke jo halaat thay, woh bohat ziyada mushkil thay.</w:t>
      </w:r>
    </w:p>
    <w:p>
      <w:pPr>
        <w:jc w:val="right"/>
      </w:pPr>
      <w:r>
        <w:t>معاذ بن جبل ملے، عبداللہ بن جراح ملے۔ اسی حالات میں۔ اتنے مشکل حالات میں۔ قدیم زمانے میں مکہ کے جو حالات تھے، وہ بہت زیادہ مشکل تھے۔</w:t>
      </w:r>
    </w:p>
    <w:p>
      <w:r>
        <w:rPr>
          <w:b/>
        </w:rPr>
        <w:t xml:space="preserve">[34:31] </w:t>
      </w:r>
      <w:r>
        <w:t>bohat mushkil. is se andaza kijiye ke Quran mein hai ke ara'ayta alladhi yanha 'abd an idha salla</w:t>
      </w:r>
    </w:p>
    <w:p>
      <w:pPr>
        <w:jc w:val="right"/>
      </w:pPr>
      <w:r>
        <w:t>بہت مشکل۔ اس سے اندازہ کیجیے کہ قرآن میں ہے کہ أَرَأَيْتَ الَّذِي جَنَهَىٰ عَبْدًا أَذَا صَلَّى</w:t>
      </w:r>
    </w:p>
    <w:p>
      <w:r>
        <w:rPr>
          <w:b/>
        </w:rPr>
        <w:t xml:space="preserve">[34:44] </w:t>
      </w:r>
      <w:r>
        <w:t>dekho un logon ko ke yeh ek bande ko is liye rok rahe hain ke woh Kaba mein namaz parh raha hai.</w:t>
      </w:r>
    </w:p>
    <w:p>
      <w:pPr>
        <w:jc w:val="right"/>
      </w:pPr>
      <w:r>
        <w:t>دیکھو ان لوگوں کو کہ یہ ایک بندے کو اس لیے روک رہے ہیں کہ وہ کعبہ میں نماز پڑھ رہا ہے۔</w:t>
      </w:r>
    </w:p>
    <w:p>
      <w:r>
        <w:rPr>
          <w:b/>
        </w:rPr>
        <w:t xml:space="preserve">[34:53] </w:t>
      </w:r>
      <w:r>
        <w:t>yaani namaz parhne se rokte thay. yeh aakhri had hai. yaani bilkul peaceful tareeqay se namaz parhna. koi kisi se jhagda nahin, kuch nahin.</w:t>
      </w:r>
    </w:p>
    <w:p>
      <w:pPr>
        <w:jc w:val="right"/>
      </w:pPr>
      <w:r>
        <w:t>یعنی نماز پڑھنے سے روکتے تھے۔ یہ آخری حد ہے۔ یعنی بالکل پیس فل طریقے سے نماز پڑھنا۔ کوئی کسی سے جھگڑا نہیں، کچھ نہیں۔</w:t>
      </w:r>
    </w:p>
    <w:p>
      <w:r>
        <w:rPr>
          <w:b/>
        </w:rPr>
        <w:t xml:space="preserve">[35:02] </w:t>
      </w:r>
      <w:r>
        <w:t>wahan ja kar hath baandh kar namaz parhne lagay. is ko dhakelte thay, is ko martay thay.</w:t>
      </w:r>
    </w:p>
    <w:p>
      <w:pPr>
        <w:jc w:val="right"/>
      </w:pPr>
      <w:r>
        <w:t>وہاں جا کر ہاتھ باندھ کر نماز پڑھنے لگے۔ اس کو دھکیلتے تھے، اس کو مارتے تھے۔</w:t>
      </w:r>
    </w:p>
    <w:p>
      <w:r>
        <w:rPr>
          <w:b/>
        </w:rPr>
        <w:t xml:space="preserve">[35:10] </w:t>
      </w:r>
      <w:r>
        <w:t>yeh aakhri had thi. lekin wahan bhi aap ne entry point darya</w:t>
      </w:r>
    </w:p>
    <w:p>
      <w:pPr>
        <w:jc w:val="right"/>
      </w:pPr>
      <w:r>
        <w:t>یہ آخری حد تھی۔ لیکن وہاں بھی آپ نے انٹری پوائنٹ دریا</w:t>
      </w:r>
    </w:p>
    <w:p>
      <w:r>
        <w:rPr>
          <w:b/>
        </w:rPr>
        <w:t xml:space="preserve">[35:16] </w:t>
      </w:r>
      <w:r>
        <w:t>fat kar liya. woh joint point itna zabardast tha ke tamam jo behtareen log hain door awwal ke, woh sab isi zamane mein hasil hue.</w:t>
      </w:r>
    </w:p>
    <w:p>
      <w:pPr>
        <w:jc w:val="right"/>
      </w:pPr>
      <w:r>
        <w:t>فت کر لیا۔ وہ جوائنٹ پوائنٹ اتنا زبردست تھا کہ تمام جو بہترین لوگ ہیں دور اول کے، وہ سب اسی زمانے میں حاصل ہوئے۔</w:t>
      </w:r>
    </w:p>
    <w:p>
      <w:r>
        <w:rPr>
          <w:b/>
        </w:rPr>
        <w:t xml:space="preserve">[35:26] </w:t>
      </w:r>
      <w:r>
        <w:t>isi zamane mein. jin ko hum kehte hain ajill us sahaba. hamara ek istilaah hai ajill us sahaba.</w:t>
      </w:r>
    </w:p>
    <w:p>
      <w:pPr>
        <w:jc w:val="right"/>
      </w:pPr>
      <w:r>
        <w:t>اسی زمانے میں۔ جن کو ہم کہتے ہیں أَجِلَّ الصَّحَابَةَ۔ ہمارا ایک اصطلاح ہے أَجِلَّ الصَّحَابَةَ۔</w:t>
      </w:r>
    </w:p>
    <w:p>
      <w:r>
        <w:rPr>
          <w:b/>
        </w:rPr>
        <w:t xml:space="preserve">[35:36] </w:t>
      </w:r>
      <w:r>
        <w:t>yani baray sahaba mein baray log. woh sab isi zamane mein milay thay.</w:t>
      </w:r>
    </w:p>
    <w:p>
      <w:pPr>
        <w:jc w:val="right"/>
      </w:pPr>
      <w:r>
        <w:t>یعنی بڑے صحابہ میں بڑے لوگ۔ وہ سب اسی زمانے میں ملے تھے۔</w:t>
      </w:r>
    </w:p>
    <w:p>
      <w:r>
        <w:rPr>
          <w:b/>
        </w:rPr>
        <w:t xml:space="preserve">[35:43] </w:t>
      </w:r>
      <w:r>
        <w:t>yeh hai shandar kamyabi is tareeqa kar ko ikhtiyar karne ki jo quran mein bataya gaya hai.</w:t>
      </w:r>
    </w:p>
    <w:p>
      <w:pPr>
        <w:jc w:val="right"/>
      </w:pPr>
      <w:r>
        <w:t>یہ ہے شاندار کامیابی اس طریقہ کار کو اختیار کرنے کی جو قرآن میں بتایا گیا ہے۔</w:t>
      </w:r>
    </w:p>
    <w:p>
      <w:r>
        <w:rPr>
          <w:b/>
        </w:rPr>
        <w:t xml:space="preserve">[35:55] </w:t>
      </w:r>
      <w:r>
        <w:t>to kaisay ajeeb log hain ke yeh nahi dekhte quran mein kya bataya gaya hai. idhar udhar ek story baat ho rahi hai. waswase mein paray hue hain. yeh waswasa andazi hai.</w:t>
      </w:r>
    </w:p>
    <w:p>
      <w:pPr>
        <w:jc w:val="right"/>
      </w:pPr>
      <w:r>
        <w:t>تو کیسے عجیب لوگ ہیں کہ یہ نہیں دیکھتے قرآن میں کیا بتایا گیا ہے۔ ادھر ادھر ایک سٹوری بات ہو رہی ہے۔ وسوسے میں پڑے ہوئے ہیں۔ یہ وسوسہ اندازی ہے۔</w:t>
      </w:r>
    </w:p>
    <w:p>
      <w:r>
        <w:rPr>
          <w:b/>
        </w:rPr>
        <w:t xml:space="preserve">[36:06] </w:t>
      </w:r>
      <w:r>
        <w:t>koi kehta hai ke America Islam ka dushman hai.</w:t>
      </w:r>
    </w:p>
    <w:p>
      <w:pPr>
        <w:jc w:val="right"/>
      </w:pPr>
      <w:r>
        <w:t>کوئی کہتا ہے کہ امریکہ اسلام کا دشمن ہے۔</w:t>
      </w:r>
    </w:p>
    <w:p>
      <w:r>
        <w:rPr>
          <w:b/>
        </w:rPr>
        <w:t xml:space="preserve">[36:11] </w:t>
      </w:r>
      <w:r>
        <w:t>America adu ul Islam raqam wahid. America adu ul Islam bakra wahid. America is the enemy number one of Islam.</w:t>
      </w:r>
    </w:p>
    <w:p>
      <w:pPr>
        <w:jc w:val="right"/>
      </w:pPr>
      <w:r>
        <w:t>أَمْرِيكَا عَدُوُّ الْإِسْلَامِ رقم واحد۔ أَمْرِيكَا عَدُوُّ الْإِسْلَامِ بکر واحد۔ America is the enemy number one of Islam.</w:t>
      </w:r>
    </w:p>
    <w:p>
      <w:r>
        <w:rPr>
          <w:b/>
        </w:rPr>
        <w:t xml:space="preserve">[36:22] </w:t>
      </w:r>
      <w:r>
        <w:t>Islamophobia. Islamophobia jo hai, yeh kya hai? yeh waswasa hai. Islamophobia waswasa hai.</w:t>
      </w:r>
    </w:p>
    <w:p>
      <w:pPr>
        <w:jc w:val="right"/>
      </w:pPr>
      <w:r>
        <w:t>اسلامو فوبیا۔ اسلامو فوبیا جو ہے، یہ کیا ہے؟ یہ وسوسہ ہے۔ اسلامو فوبیا وسوسہ ہے۔</w:t>
      </w:r>
    </w:p>
    <w:p>
      <w:r>
        <w:rPr>
          <w:b/>
        </w:rPr>
        <w:t xml:space="preserve">[36:34] </w:t>
      </w:r>
      <w:r>
        <w:t>to is waswase waswase ko musalman</w:t>
      </w:r>
    </w:p>
    <w:p>
      <w:pPr>
        <w:jc w:val="right"/>
      </w:pPr>
      <w:r>
        <w:t>تو اس وسوسے وسوسے کو مسلمان</w:t>
      </w:r>
    </w:p>
    <w:p>
      <w:r>
        <w:rPr>
          <w:b/>
        </w:rPr>
        <w:t xml:space="preserve">[36:41] </w:t>
      </w:r>
      <w:r>
        <w:t>is se apnay ko bacha nahi paatay. isi ka shikar ho jatay hain. is liye woh jaan nahi paatay ke entry point kahan hai.</w:t>
      </w:r>
    </w:p>
    <w:p>
      <w:pPr>
        <w:jc w:val="right"/>
      </w:pPr>
      <w:r>
        <w:t>اس سے اپنے کو بچا نہیں پاتے۔ اسی کا شکار ہو جاتے ہیں۔ اس لیے وہ جان نہیں پاتے کہ انٹری پوائنٹ کہاں ہے۔</w:t>
      </w:r>
    </w:p>
    <w:p>
      <w:r>
        <w:rPr>
          <w:b/>
        </w:rPr>
        <w:t xml:space="preserve">[36:50] </w:t>
      </w:r>
      <w:r>
        <w:t>maujooda zamane ki</w:t>
      </w:r>
    </w:p>
    <w:p>
      <w:pPr>
        <w:jc w:val="right"/>
      </w:pPr>
      <w:r>
        <w:t>موجودہ زمانے کی</w:t>
      </w:r>
    </w:p>
    <w:p>
      <w:r>
        <w:rPr>
          <w:b/>
        </w:rPr>
        <w:t xml:space="preserve">[36:56] </w:t>
      </w:r>
      <w:r>
        <w:t>kon sa culture chalta hai. kis cheez ko woh tolerant karte hain, kis cheez ko accept karte hain.</w:t>
      </w:r>
    </w:p>
    <w:p>
      <w:pPr>
        <w:jc w:val="right"/>
      </w:pPr>
      <w:r>
        <w:t>کون سا کلچر چلتا ہے۔ کس چیز کو وہ ٹالرٹ کرتے ہیں، کس چیز کو ایکسیپٹ کرتے ہیں۔</w:t>
      </w:r>
    </w:p>
    <w:p>
      <w:r>
        <w:rPr>
          <w:b/>
        </w:rPr>
        <w:t xml:space="preserve">[37:06] </w:t>
      </w:r>
      <w:r>
        <w:t>is se bekhabar hain. bas ek hi cheez un ke baray mein basti hui hai ke Islamophobia.</w:t>
      </w:r>
    </w:p>
    <w:p>
      <w:pPr>
        <w:jc w:val="right"/>
      </w:pPr>
      <w:r>
        <w:t>اس سے بے خبر ہیں۔ بس ایک ہی چیز ان کے بارے میں بستی ہوئی ہے کہ اسلامو فوبیا۔</w:t>
      </w:r>
    </w:p>
    <w:p>
      <w:r>
        <w:rPr>
          <w:b/>
        </w:rPr>
        <w:t xml:space="preserve">[37:15] </w:t>
      </w:r>
      <w:r>
        <w:t>Islamophobia. top ke log, mein aisay mein mila hoon ke jis ne parhi hain, bohat hi top most log, woh bhi yahi lafz boltay hain. Islamophobia. ke waqt jo hai, Islamophobia mein jeeta hai.</w:t>
      </w:r>
    </w:p>
    <w:p>
      <w:pPr>
        <w:jc w:val="right"/>
      </w:pPr>
      <w:r>
        <w:t>اسلامو فوبیا۔ ٹاپ کے لوگ، میں ایسے میں ملا ہوں کہ جس نے پڑھی ہیں، بہت ہی ٹاپ موسٹ لوگ، وہ بھی یہی لفظ بولتے ہیں۔ اسلامو فوبیا۔ کہ وسط جو ہے، اسلامو فوبیا میں جیتا ہے۔</w:t>
      </w:r>
    </w:p>
    <w:p>
      <w:r>
        <w:rPr>
          <w:b/>
        </w:rPr>
        <w:t xml:space="preserve">[37:27] </w:t>
      </w:r>
      <w:r>
        <w:t>halankay bilkul baseless baat hai. bilkul baseless hai. koi is ka, yani is ki koi buniyad nahi hai.</w:t>
      </w:r>
    </w:p>
    <w:p>
      <w:pPr>
        <w:jc w:val="right"/>
      </w:pPr>
      <w:r>
        <w:t>حالانکہ بالکل بیسلیس بات ہے۔ بالکل بیسلیس ہے۔ کوئی اس کا، یعنی اس کی کوئی بنیاد نہیں ہے۔</w:t>
      </w:r>
    </w:p>
    <w:p>
      <w:r>
        <w:rPr>
          <w:b/>
        </w:rPr>
        <w:t xml:space="preserve">[37:37] </w:t>
      </w:r>
      <w:r>
        <w:t>to jar kahan hai?</w:t>
      </w:r>
    </w:p>
    <w:p>
      <w:pPr>
        <w:jc w:val="right"/>
      </w:pPr>
      <w:r>
        <w:t>تو جڑ کہاں ہے؟</w:t>
      </w:r>
    </w:p>
    <w:p>
      <w:r>
        <w:rPr>
          <w:b/>
        </w:rPr>
        <w:t xml:space="preserve">[37:41] </w:t>
      </w:r>
      <w:r>
        <w:t>jar yahan hai ke log jo hain, is culture mein nahi jeetay jo quran mein bataya gaya hai. two point culture. ke Allah ke hamd ke item daryaft karte raho.</w:t>
      </w:r>
    </w:p>
    <w:p>
      <w:pPr>
        <w:jc w:val="right"/>
      </w:pPr>
      <w:r>
        <w:t>جڑ یہاں ہے کہ لوگ جو ہیں، اس کلچر میں نہیں جیتے جو قرآن میں بتایا گیا ہے۔ ٹو پوائنٹ کلچر۔ کہ اللہ کے حمد کے آئٹم دریافت کرتے رہو۔</w:t>
      </w:r>
    </w:p>
    <w:p>
      <w:r>
        <w:rPr>
          <w:b/>
        </w:rPr>
        <w:t xml:space="preserve">[37:55] </w:t>
      </w:r>
      <w:r>
        <w:t>aur insanon ke, aur jo waswase atay hain, un ko diffuse karta hai, seekho.</w:t>
      </w:r>
    </w:p>
    <w:p>
      <w:pPr>
        <w:jc w:val="right"/>
      </w:pPr>
      <w:r>
        <w:t>اور انسانوں کے، اور جو وسوسے آتے ہیں، ان کو ڈیفیوز کرتا ہے، سیکھو۔</w:t>
      </w:r>
    </w:p>
    <w:p>
      <w:r>
        <w:rPr>
          <w:b/>
        </w:rPr>
        <w:t xml:space="preserve">[38:02] </w:t>
      </w:r>
      <w:r>
        <w:t>is culture mein jeena paray ga aap ko. tab aap is qabil ho jayen gay ke aap woh jo hadith mein aya hai, is ka mushtaq banen aap.</w:t>
      </w:r>
    </w:p>
    <w:p>
      <w:pPr>
        <w:jc w:val="right"/>
      </w:pPr>
      <w:r>
        <w:t>اس کلچر میں جینا پڑے گا آپ کو۔ تب آپ اس قابل ہو جائیں گے کہ آپ وہ جو حدیث میں آیا ہے، اس کا مشتاق بنیں آپ۔</w:t>
      </w:r>
    </w:p>
    <w:p>
      <w:r>
        <w:rPr>
          <w:b/>
        </w:rPr>
        <w:t xml:space="preserve">[38:13] </w:t>
      </w:r>
      <w:r>
        <w:t>ek hadith hai. ittaqu firasat al momin fa innahu yanzuru bi noor Allah yeh hadith rasool hai.</w:t>
      </w:r>
    </w:p>
    <w:p>
      <w:pPr>
        <w:jc w:val="right"/>
      </w:pPr>
      <w:r>
        <w:t>ایک حدیث ہے۔ اتقوا فراست المومن فإنه ينظر بنور الله یہ حدیث رسول ہے۔</w:t>
      </w:r>
    </w:p>
    <w:p>
      <w:r>
        <w:rPr>
          <w:b/>
        </w:rPr>
        <w:t xml:space="preserve">[38:23] </w:t>
      </w:r>
      <w:r>
        <w:t>ittaqu firasat al momin</w:t>
      </w:r>
    </w:p>
    <w:p>
      <w:pPr>
        <w:jc w:val="right"/>
      </w:pPr>
      <w:r>
        <w:t>اتقوا فراست الموم</w:t>
      </w:r>
    </w:p>
    <w:p>
      <w:r>
        <w:rPr>
          <w:b/>
        </w:rPr>
        <w:t xml:space="preserve">[38:25] </w:t>
      </w:r>
      <w:r>
        <w:t>n fa innahu yanzuru bi noor Allah momin ke firasat se bacho. kyunkay woh Allah ki roshni se dekhta hai.</w:t>
      </w:r>
    </w:p>
    <w:p>
      <w:pPr>
        <w:jc w:val="right"/>
      </w:pPr>
      <w:r>
        <w:t>ن فإنه ينظر بنور الله مومن کے فراست سے بچو۔ کیونکہ وہ اللہ کی روشنی سے دیکھتا ہے۔</w:t>
      </w:r>
    </w:p>
    <w:p>
      <w:r>
        <w:rPr>
          <w:b/>
        </w:rPr>
        <w:t xml:space="preserve">[38:38] </w:t>
      </w:r>
      <w:r>
        <w:t>firasat ka matlab kya hai? wisdom. wisdom. yani momin ki wisdom se bacho. bacho kya kaam hai?</w:t>
      </w:r>
    </w:p>
    <w:p>
      <w:pPr>
        <w:jc w:val="right"/>
      </w:pPr>
      <w:r>
        <w:t>فراست کا معنی کیا ہے؟ وزڈم۔ وزڈم۔ یعنی مومن کی وزڈم سے بچو۔ بچو کیا کام ہے؟</w:t>
      </w:r>
    </w:p>
    <w:p>
      <w:r>
        <w:rPr>
          <w:b/>
        </w:rPr>
        <w:t xml:space="preserve">[38:47] </w:t>
      </w:r>
      <w:r>
        <w:t>koi momin, momin koi kaanta nahi hai momin ke paas.</w:t>
      </w:r>
    </w:p>
    <w:p>
      <w:pPr>
        <w:jc w:val="right"/>
      </w:pPr>
      <w:r>
        <w:t>کوئی مومن، مومن کوئی کانٹا نہیں ہے مومن کے پاس۔</w:t>
      </w:r>
    </w:p>
    <w:p>
      <w:r>
        <w:rPr>
          <w:b/>
        </w:rPr>
        <w:t xml:space="preserve">[38:52] </w:t>
      </w:r>
      <w:r>
        <w:t>ka matlab hai ke momin ki wisdom ya momin ki wise planning itni unchi hoti hai ke koi rok nahi sakta is ko.</w:t>
      </w:r>
    </w:p>
    <w:p>
      <w:pPr>
        <w:jc w:val="right"/>
      </w:pPr>
      <w:r>
        <w:t>کا مطلب ہے کہ مومن کی وزڈم یا مومن کی وائز پلاننگ اتنی اونچی ہوتی ہے کہ کوئی روک نہیں سکتا اس کو۔</w:t>
      </w:r>
    </w:p>
    <w:p>
      <w:r>
        <w:rPr>
          <w:b/>
        </w:rPr>
        <w:t xml:space="preserve">[39:03] </w:t>
      </w:r>
      <w:r>
        <w:t>jaise rasool Allah ki wise planning itni zabardast thi makka mein. koi rok nahi saka is ko.</w:t>
      </w:r>
    </w:p>
    <w:p>
      <w:pPr>
        <w:jc w:val="right"/>
      </w:pPr>
      <w:r>
        <w:t>جیسے رسول اللہ کی وائز پلاننگ اتنی زبردست تھی مکہ میں۔ کوئی روک نہیں سکا اس کو۔</w:t>
      </w:r>
    </w:p>
    <w:p>
      <w:r>
        <w:rPr>
          <w:b/>
        </w:rPr>
        <w:t xml:space="preserve">[39:13] </w:t>
      </w:r>
      <w:r>
        <w:t>atqu فراست al momin fa innahu yanzuru bi noor Allah ka matlab hai ke momin ki momin ki planning mein itni gehri wisdom hoti hai ke koi is ko rok nahi sakta.</w:t>
      </w:r>
    </w:p>
    <w:p>
      <w:pPr>
        <w:jc w:val="right"/>
      </w:pPr>
      <w:r>
        <w:t>اتقوا فراست المومن فإنه ينظر بنور الله کا مطلب ہے کہ مومن کی مومن کی پلاننگ میں اتنی گہری وزڈم ہوتی ہے کہ کوئی اس کو روک نہیں سکتا۔</w:t>
      </w:r>
    </w:p>
    <w:p>
      <w:r>
        <w:rPr>
          <w:b/>
        </w:rPr>
        <w:t xml:space="preserve">[39:26] </w:t>
      </w:r>
      <w:r>
        <w:t>wo is ke liye success ho, is ke liye success muqaddar.</w:t>
      </w:r>
    </w:p>
    <w:p>
      <w:pPr>
        <w:jc w:val="right"/>
      </w:pPr>
      <w:r>
        <w:t>وہ اس کے لیے سکسیس ہو، اس کے لیے سکسیس مقدر۔</w:t>
      </w:r>
    </w:p>
    <w:p>
      <w:r>
        <w:rPr>
          <w:b/>
        </w:rPr>
        <w:t xml:space="preserve">[39:36] </w:t>
      </w:r>
      <w:r>
        <w:t>to sari baat ka khulasa yeh hai ke log jo hain, is culture mein nahi jeete jo culture quran mein bataya gaya hai.</w:t>
      </w:r>
    </w:p>
    <w:p>
      <w:pPr>
        <w:jc w:val="right"/>
      </w:pPr>
      <w:r>
        <w:t>تو ساری بات کا خلاصہ یہ ہے کہ لوگ جو ہیں، اس کلچر میں نہیں جیتے جو کلچر قرآن میں بتایا گیا ہے۔</w:t>
      </w:r>
    </w:p>
    <w:p>
      <w:r>
        <w:rPr>
          <w:b/>
        </w:rPr>
        <w:t xml:space="preserve">[39:43] </w:t>
      </w:r>
      <w:r>
        <w:t>har waqt item hai hamd ka. is ko daryaft kijiye. Allah ka shukar ada kijiye. har waqt koi waswasa daal raha hai aap ke mind mein, is ko diffuse kijiye.</w:t>
      </w:r>
    </w:p>
    <w:p>
      <w:pPr>
        <w:jc w:val="right"/>
      </w:pPr>
      <w:r>
        <w:t>ہر وقت آئٹم ہے حمد کا۔ اس کو دریافت کیجیے۔ اللہ کا شکر ادا کیجیے۔ ہر وقت کوئی وسوسہ ڈال رہا ہے آپ کے مائنڈ میں، اس کو ڈیفیوز کیجیے۔</w:t>
      </w:r>
    </w:p>
    <w:p>
      <w:r>
        <w:rPr>
          <w:b/>
        </w:rPr>
        <w:t xml:space="preserve">[39:54] </w:t>
      </w:r>
      <w:r>
        <w:t>apne aap ko apna tazkiya karte rahiye. apne aap ko bachate rahiye. tab ja kar ke wo personality banegi, wo personality jis ko aap momin kehte hain.</w:t>
      </w:r>
    </w:p>
    <w:p>
      <w:pPr>
        <w:jc w:val="right"/>
      </w:pPr>
      <w:r>
        <w:t>اپنے آپ کو اپنا تزکیہ کرتے رہیے۔ اپنے آپ کو بچاتے رہیے۔ تب جا کر کے وہ پرسنیلٹی بنے گی، وہ پرسنیلٹی جس کو آپ مومن کہتے ہیں۔</w:t>
      </w:r>
    </w:p>
    <w:p>
      <w:r>
        <w:rPr>
          <w:b/>
        </w:rPr>
        <w:t xml:space="preserve">[40:11] </w:t>
      </w:r>
      <w:r>
        <w:t>iqbal musalmanon mein bohat se mashhoor shayar hain. ajeeb ghareeb shayari un ki hoti thi. mislan un ka ek sher hai: "kafir ki yeh tareef ke afaq mein gum hai, momin ki yeh tareef ke gum is mein afaq." yeh kya hai?</w:t>
      </w:r>
    </w:p>
    <w:p>
      <w:pPr>
        <w:jc w:val="right"/>
      </w:pPr>
      <w:r>
        <w:t>اقبال مسلمانوں میں بہت سے مشہور شاعر ہیں۔ عجیب غریب شاعری ان کی ہوتی تھی۔ مثلاً ان کا ایک شعر ہے: "کافر کی یہ تعریف کہ افاق میں گم ہے، مومن کی یہ تعریف کہ گم اس میں افاق۔" یہ کیا ہے؟</w:t>
      </w:r>
    </w:p>
    <w:p>
      <w:r>
        <w:rPr>
          <w:b/>
        </w:rPr>
        <w:t xml:space="preserve">[40:28] </w:t>
      </w:r>
      <w:r>
        <w:t>mein is ko meaningless samajhta hoon. meaningless. koi maani nahi, matlab is ka.</w:t>
      </w:r>
    </w:p>
    <w:p>
      <w:pPr>
        <w:jc w:val="right"/>
      </w:pPr>
      <w:r>
        <w:t>میں اس کو مینی لیس سمجھتا ہوں۔ مینی لیس۔ کوئی معنی نہیں، مطلب اس کا۔</w:t>
      </w:r>
    </w:p>
    <w:p>
      <w:r>
        <w:rPr>
          <w:b/>
        </w:rPr>
        <w:t xml:space="preserve">[40:33] </w:t>
      </w:r>
      <w:r>
        <w:t>"kafir ki yeh tareef ke afaq mein gum hai, momin ki yeh tareef ke gum is mein afaq." meaningless sher hai.</w:t>
      </w:r>
    </w:p>
    <w:p>
      <w:pPr>
        <w:jc w:val="right"/>
      </w:pPr>
      <w:r>
        <w:t>"کافر کی یہ تعریف کہ افاق میں گم ہے، مومن کی یہ تعریف کہ گم اس میں افاق۔" مینی لیس شعر ہے۔</w:t>
      </w:r>
    </w:p>
    <w:p>
      <w:r>
        <w:rPr>
          <w:b/>
        </w:rPr>
        <w:t xml:space="preserve">[40:43] </w:t>
      </w:r>
      <w:r>
        <w:t>kaha jata hai ke wo quran bohat parhte the. mein meri samajh se kya quran parh ke seekha hoga? yeh koi nahi seekha jo mein arz kar raha hoon. ke quran ki ibtida hoti hai hamd se aur is ka khatma hota hai insani waswase se bachna.</w:t>
      </w:r>
    </w:p>
    <w:p>
      <w:pPr>
        <w:jc w:val="right"/>
      </w:pPr>
      <w:r>
        <w:t>کہا جاتا ہے کہ وہ قرآن بہت پڑھتے تھے۔ میں میری سمجھ سے کیا قرآن پڑھ کے سیکھا ہوگا؟ یہ کوئی نہیں سیکھا جو میں عرض کر رہا ہوں۔ کہ قرآن کی ابتدا ہوتی ہے حمد سے اور اس کا خاتمہ ہوتا ہے انسانی وسوسے سے بچنا۔</w:t>
      </w:r>
    </w:p>
    <w:p>
      <w:r>
        <w:rPr>
          <w:b/>
        </w:rPr>
        <w:t xml:space="preserve">[40:59] </w:t>
      </w:r>
      <w:r>
        <w:t>seekho.</w:t>
      </w:r>
    </w:p>
    <w:p>
      <w:pPr>
        <w:jc w:val="right"/>
      </w:pPr>
      <w:r>
        <w:t>سیکھو۔</w:t>
      </w:r>
    </w:p>
    <w:p>
      <w:r>
        <w:rPr>
          <w:b/>
        </w:rPr>
        <w:t xml:space="preserve">[41:03] </w:t>
      </w:r>
      <w:r>
        <w:t>beh-haal mera matlab yeh nahi, mein kisi ki tanqees se koi dilchaspi nahi hai. logon ke mind ki deconditioning karna hai mujhe. ke chunaanche log phanse bhi hain, log log inhi inhi shakhsiyaton mein phanse bhi hain,</w:t>
      </w:r>
    </w:p>
    <w:p>
      <w:pPr>
        <w:jc w:val="right"/>
      </w:pPr>
      <w:r>
        <w:t>بہرحال میرا مطلب یہ نہیں، میں کسی کی تنقیص سے کوئی دلچسپی نہیں ہے۔ لوگوں کے مائنڈ کی ڈی کنڈیشننگ کرنا ہے مجھے۔ کہ چونکہ لوگ پھنسے بھی ہیں، لوگ لوگ انہی انہی شخصیتوں میں پھنسے بھی ہیں،</w:t>
      </w:r>
    </w:p>
    <w:p>
      <w:r>
        <w:rPr>
          <w:b/>
        </w:rPr>
        <w:t xml:space="preserve">[41:19] </w:t>
      </w:r>
      <w:r>
        <w:t>to un shakhsiyaton ke baray mein mujhe bolna parta hai. warna mera jo jo maqsad hai, wo kisi shakhsiat ko par tanqeed karna nahi hai.</w:t>
      </w:r>
    </w:p>
    <w:p>
      <w:pPr>
        <w:jc w:val="right"/>
      </w:pPr>
      <w:r>
        <w:t>تو ان شخصیتوں کے بارے میں مجھے بولنا پڑتا ہے۔ ورنہ میرا جو جو مقصد ہے، وہ کسی شخصیت کو پر تنقید کرنا نہیں ہے۔</w:t>
      </w:r>
    </w:p>
    <w:p>
      <w:r>
        <w:rPr>
          <w:b/>
        </w:rPr>
        <w:t xml:space="preserve">[41:31] </w:t>
      </w:r>
      <w:r>
        <w:t>mera maqsad hai yeh logon ki deconditioning, logon ka tazkiya, logon ke andar sahi soch paida karna.</w:t>
      </w:r>
    </w:p>
    <w:p>
      <w:pPr>
        <w:jc w:val="right"/>
      </w:pPr>
      <w:r>
        <w:t>میرا مقصد ہے یہ لوگوں کی ڈی کنڈیشننگ، لوگوں کا تزکیہ، لوگوں کے اندر صحیح سوچ پیدا کرنا۔</w:t>
      </w:r>
    </w:p>
    <w:p>
      <w:r>
        <w:rPr>
          <w:b/>
        </w:rPr>
        <w:t xml:space="preserve">[41:41] </w:t>
      </w:r>
      <w:r>
        <w:t>is ke liye mujhe bolna parta hai.</w:t>
      </w:r>
    </w:p>
    <w:p>
      <w:pPr>
        <w:jc w:val="right"/>
      </w:pPr>
      <w:r>
        <w:t>اس کے لیے مجھے بولنا پڑتا ہے۔</w:t>
      </w:r>
    </w:p>
    <w:p>
      <w:r>
        <w:rPr>
          <w:b/>
        </w:rPr>
        <w:t xml:space="preserve">[41:48] </w:t>
      </w:r>
      <w:r>
        <w:t>to quran ke mutaliq se mein yahi master key samjhaoon. master key. yani shah qaleed.</w:t>
      </w:r>
    </w:p>
    <w:p>
      <w:pPr>
        <w:jc w:val="right"/>
      </w:pPr>
      <w:r>
        <w:t>تو قرآن کے متعلق سے میں یہی ماسٹر کی سمجھاؤں۔ ماسٹر کی۔ یعنی شاہ کلید۔</w:t>
      </w:r>
    </w:p>
    <w:p>
      <w:r>
        <w:rPr>
          <w:b/>
        </w:rPr>
        <w:t xml:space="preserve">[41:59] </w:t>
      </w:r>
      <w:r>
        <w:t>yeh shah qaleed hai</w:t>
      </w:r>
    </w:p>
    <w:p>
      <w:pPr>
        <w:jc w:val="right"/>
      </w:pPr>
      <w:r>
        <w:t>یہ شاہ کلید ہے</w:t>
      </w:r>
    </w:p>
    <w:p>
      <w:r>
        <w:rPr>
          <w:b/>
        </w:rPr>
        <w:t xml:space="preserve">[42:03] </w:t>
      </w:r>
      <w:r>
        <w:t>art of thinking ki.</w:t>
      </w:r>
    </w:p>
    <w:p>
      <w:pPr>
        <w:jc w:val="right"/>
      </w:pPr>
      <w:r>
        <w:t>آرٹ آف تھنکنگ کی۔</w:t>
      </w:r>
    </w:p>
    <w:p>
      <w:r>
        <w:rPr>
          <w:b/>
        </w:rPr>
        <w:t xml:space="preserve">[42:07] </w:t>
      </w:r>
      <w:r>
        <w:t>ke aap do to point culture mein jeena seekhen. two point culture.</w:t>
      </w:r>
    </w:p>
    <w:p>
      <w:pPr>
        <w:jc w:val="right"/>
      </w:pPr>
      <w:r>
        <w:t>کہ آپ دو ٹو پوائنٹ کلچر میں جینا سیکھیں۔ ٹو پوائنٹ کلچر۔</w:t>
      </w:r>
    </w:p>
    <w:p>
      <w:r>
        <w:rPr>
          <w:b/>
        </w:rPr>
        <w:t xml:space="preserve">[42:17] </w:t>
      </w:r>
      <w:r>
        <w:t>har waqt suraj nikla to is mein bhi hamd ka item hai. hawa chali to is mein bhi hamd ka item hai. chidiya boli to is mein bhi hamd ka item hai.</w:t>
      </w:r>
    </w:p>
    <w:p>
      <w:pPr>
        <w:jc w:val="right"/>
      </w:pPr>
      <w:r>
        <w:t>ہر وقت سورج نکلا تو اس میں بھی حمد کا آئٹم ہے۔ ہوا چلی تو اس میں بھی حمد کا آئٹم ہے۔ چڑیا بولی تو اس میں بھی حمد کا آئٹم ہے۔</w:t>
      </w:r>
    </w:p>
    <w:p>
      <w:r>
        <w:rPr>
          <w:b/>
        </w:rPr>
        <w:t xml:space="preserve">[42:29] </w:t>
      </w:r>
      <w:r>
        <w:t>aap ne pani piya, wo peit pe gaya to wo bhi hamd ka item hai.</w:t>
      </w:r>
    </w:p>
    <w:p>
      <w:pPr>
        <w:jc w:val="right"/>
      </w:pPr>
      <w:r>
        <w:t>آپ نے پانی پیا، وہ پیٹ پہ گیا تو وہ بھی حمد کا آئٹم ہے۔</w:t>
      </w:r>
    </w:p>
    <w:p>
      <w:r>
        <w:rPr>
          <w:b/>
        </w:rPr>
        <w:t xml:space="preserve">[42:35] </w:t>
      </w:r>
      <w:r>
        <w:t>to har cheez mein aap ko hamd ka food milta hai. aur doosri baat yeh hai ke yeh log aap society mein rehte hain, aap kisi se kisi se baat suntay hain,</w:t>
      </w:r>
    </w:p>
    <w:p>
      <w:pPr>
        <w:jc w:val="right"/>
      </w:pPr>
      <w:r>
        <w:t>تو ہر چیز میں آپ کو حمد کا فوڈ ملتا ہے۔ اور دوسری بات یہ ہے کہ یہ لوگ آپ سوسائٹی میں رہتے ہیں، آپ کسی سے کسی سے بات سنتے ہیں،</w:t>
      </w:r>
    </w:p>
    <w:p>
      <w:r>
        <w:rPr>
          <w:b/>
        </w:rPr>
        <w:t xml:space="preserve">[42:48] </w:t>
      </w:r>
      <w:r>
        <w:t>akhbaron mein parhte hain, kisi ki speech suntay hain, wahan bhi ek waswase ka phal hota hai. is ko pehchaniye. is ko pehchanne ki waswasa hai.</w:t>
      </w:r>
    </w:p>
    <w:p>
      <w:pPr>
        <w:jc w:val="right"/>
      </w:pPr>
      <w:r>
        <w:t>اخباروں میں پڑھتے ہیں، کسی کی سپیچ سنتے ہیں، وہاں بھی ایک وسوسے کا پھل ہوتا ہے۔ اس کو پہچانیے۔ اس کو پہچاننے کی وسوسہ ہے۔</w:t>
      </w:r>
    </w:p>
    <w:p>
      <w:r>
        <w:rPr>
          <w:b/>
        </w:rPr>
        <w:t xml:space="preserve">[42:58] </w:t>
      </w:r>
      <w:r>
        <w:t>mujhe is ko diffuse karna hai.</w:t>
      </w:r>
    </w:p>
    <w:p>
      <w:pPr>
        <w:jc w:val="right"/>
      </w:pPr>
      <w:r>
        <w:t>مجھے اس کو ڈیفیوز کرنا ہے۔</w:t>
      </w:r>
    </w:p>
    <w:p>
      <w:r>
        <w:rPr>
          <w:b/>
        </w:rPr>
        <w:t xml:space="preserve">[43:06] </w:t>
      </w:r>
      <w:r>
        <w:t>to meri dua hai ke allah taala mujh ko aur aap ko tofeeq de ke hum quran mein zehn saazi ka jo tareeqa bataya gaya hai, us ko hum ikhtiyar karen.</w:t>
      </w:r>
    </w:p>
    <w:p>
      <w:pPr>
        <w:jc w:val="right"/>
      </w:pPr>
      <w:r>
        <w:t>تو میری دعا ہے کہ اللہ تعالیٰ مجھ کو اور آپ کو توفیق دے کہ ہم قرآن میں ذہن سازی کا جو طریقہ بتایا گیا ہے، اس کو ہم اختیار کریں۔</w:t>
      </w:r>
    </w:p>
    <w:p>
      <w:r>
        <w:rPr>
          <w:b/>
        </w:rPr>
        <w:t xml:space="preserve">[43:21] </w:t>
      </w:r>
      <w:r>
        <w:t>apne andar mazhab ka shakhsiyat banaen. apne andar is zehn ki taameer karen jo har soorat-e-haal mein entry point ko daryaft kar le.</w:t>
      </w:r>
    </w:p>
    <w:p>
      <w:pPr>
        <w:jc w:val="right"/>
      </w:pPr>
      <w:r>
        <w:t>اپنے اندر مذہب کا شخصیت بنائیں۔ اپنے اندر اس ذہن کی تعمیر کریں جو ہر صورتحال میں انٹری پوائنٹ کو دریافت کر لے۔</w:t>
      </w:r>
    </w:p>
    <w:p>
      <w:r>
        <w:rPr>
          <w:b/>
        </w:rPr>
        <w:t xml:space="preserve">[43:36] </w:t>
      </w:r>
      <w:r>
        <w:t>assalam o alaikum wa rehmatullahi wa barakatuh.</w:t>
      </w:r>
    </w:p>
    <w:p>
      <w:pPr>
        <w:jc w:val="right"/>
      </w:pPr>
      <w:r>
        <w:t>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