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Pillars of Western Thought October 6, 2013</w:t>
      </w:r>
    </w:p>
    <w:p>
      <w:r>
        <w:t>https://youtu.be/o4WfPvju5_M</w:t>
      </w:r>
    </w:p>
    <w:p>
      <w:r>
        <w:rPr>
          <w:b/>
        </w:rPr>
        <w:t xml:space="preserve">[00:14] </w:t>
      </w:r>
      <w:r>
        <w:t>bismillah hir rahman nir rahim. wa salli allah o ala al-nabi al-kareem.</w:t>
      </w:r>
    </w:p>
    <w:p>
      <w:pPr>
        <w:jc w:val="right"/>
      </w:pPr>
      <w:r>
        <w:t>بسم اللہ الرحمن الرحیم۔ وصلی اللہ علی النبی الکریم۔</w:t>
      </w:r>
    </w:p>
    <w:p>
      <w:r>
        <w:rPr>
          <w:b/>
        </w:rPr>
        <w:t xml:space="preserve">[00:23]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[00:40] </w:t>
      </w:r>
      <w:r>
        <w:t>aaj ka topic hai: pillars of western thought. maghribi fikr ke sutoon.</w:t>
      </w:r>
    </w:p>
    <w:p>
      <w:pPr>
        <w:jc w:val="right"/>
      </w:pPr>
      <w:r>
        <w:t>آج کا ٹاپک ہے: پلرز آف ویسٹرن تھاٹ۔ مغربی فکر کے ستون۔</w:t>
      </w:r>
    </w:p>
    <w:p>
      <w:r>
        <w:rPr>
          <w:b/>
        </w:rPr>
        <w:t xml:space="preserve">[00:54] </w:t>
      </w:r>
      <w:r>
        <w:t>maulid zamane mein</w:t>
      </w:r>
    </w:p>
    <w:p>
      <w:pPr>
        <w:jc w:val="right"/>
      </w:pPr>
      <w:r>
        <w:t>مولد زمانے میں</w:t>
      </w:r>
    </w:p>
    <w:p>
      <w:r>
        <w:rPr>
          <w:b/>
        </w:rPr>
        <w:t xml:space="preserve">[00:59] </w:t>
      </w:r>
      <w:r>
        <w:t>musalmanon ne beshumar kitaben chhapi hain har zaban mein, arab se le kar naan arab tak, maghrib ke bare mein.</w:t>
      </w:r>
    </w:p>
    <w:p>
      <w:pPr>
        <w:jc w:val="right"/>
      </w:pPr>
      <w:r>
        <w:t>مسلمانوں نے بے شمار کتابیں چھاپی ہیں ہر زبان میں، عرب سے لے کر نان عرب تک، مغرب کے بارے میں۔</w:t>
      </w:r>
    </w:p>
    <w:p>
      <w:r>
        <w:rPr>
          <w:b/>
        </w:rPr>
        <w:t xml:space="preserve">[01:10] </w:t>
      </w:r>
      <w:r>
        <w:t>lekin jahan tak main janta hoon, yeh sari kitaben sirf yeh batati hain ke western world ek evil world hai.</w:t>
      </w:r>
    </w:p>
    <w:p>
      <w:pPr>
        <w:jc w:val="right"/>
      </w:pPr>
      <w:r>
        <w:t>لیکن جہاں تک میں جانتا ہوں، یہ ساری کتابیں صرف یہ بتاتی ہیں کہ ویسٹرن ورلڈ ایک ایول ورلڈ ہے۔</w:t>
      </w:r>
    </w:p>
    <w:p>
      <w:r>
        <w:rPr>
          <w:b/>
        </w:rPr>
        <w:t xml:space="preserve">[01:21] </w:t>
      </w:r>
      <w:r>
        <w:t>evil world hai, wahan evil culture hai, evil character hai. sab kuch evil hai wahan.</w:t>
      </w:r>
    </w:p>
    <w:p>
      <w:pPr>
        <w:jc w:val="right"/>
      </w:pPr>
      <w:r>
        <w:t>ایول ورلڈ ہے، وہاں ایول کلچر ہے، ایول کریکٹر ہے۔ سب کچھ ایول ہے وہاں۔</w:t>
      </w:r>
    </w:p>
    <w:p>
      <w:r>
        <w:rPr>
          <w:b/>
        </w:rPr>
        <w:t xml:space="preserve">[01:30] </w:t>
      </w:r>
      <w:r>
        <w:t>main kahoon ga ke ram fishi, it stands rejected.</w:t>
      </w:r>
    </w:p>
    <w:p>
      <w:pPr>
        <w:jc w:val="right"/>
      </w:pPr>
      <w:r>
        <w:t>میں کہوں گا کہ رام فیشی، اٹ اسٹینڈز ریجیکٹڈ۔</w:t>
      </w:r>
    </w:p>
    <w:p>
      <w:r>
        <w:rPr>
          <w:b/>
        </w:rPr>
        <w:t xml:space="preserve">[01:36] </w:t>
      </w:r>
      <w:r>
        <w:t>kyun ke is duniya mein dekhiye, chahe koi evil ho, tab bhi us ko ek justification chahiye. ek justified ideology chahiye.</w:t>
      </w:r>
    </w:p>
    <w:p>
      <w:pPr>
        <w:jc w:val="right"/>
      </w:pPr>
      <w:r>
        <w:t>کیونکہ اس دنیا میں دیکھیے، چاہے کوئی ایول ہو، تب بھی اس کو ایک جسٹیفیکیشن چاہیے۔ ایک جسٹیفائیڈ آئیڈیالوجی چاہیے۔</w:t>
      </w:r>
    </w:p>
    <w:p>
      <w:r>
        <w:rPr>
          <w:b/>
        </w:rPr>
        <w:t xml:space="preserve">[01:49] </w:t>
      </w:r>
      <w:r>
        <w:t>is ke baghair woh phail nahin sakta, is ke baghair us ko duniya mein phailao nahin mil sakta.</w:t>
      </w:r>
    </w:p>
    <w:p>
      <w:pPr>
        <w:jc w:val="right"/>
      </w:pPr>
      <w:r>
        <w:t>اس کے بغیر وہ پھیل نہیں سکتا، اس کے بغیر اس کو دنیا میں پھیلاؤ نہیں مل سکتا۔</w:t>
      </w:r>
    </w:p>
    <w:p>
      <w:r>
        <w:rPr>
          <w:b/>
        </w:rPr>
        <w:t xml:space="preserve">[01:57] </w:t>
      </w:r>
      <w:r>
        <w:t>to sirf yeh kehna, ek bura bhala kehna ke woh shajar khabeesa hai aur buraiyon ka,</w:t>
      </w:r>
    </w:p>
    <w:p>
      <w:pPr>
        <w:jc w:val="right"/>
      </w:pPr>
      <w:r>
        <w:t>تو صرف یہ کہنا، ایک برا بھلا کہنا کہ وہ شجر خبیثہ ہے اور برائیوں کا،</w:t>
      </w:r>
    </w:p>
    <w:p>
      <w:r>
        <w:rPr>
          <w:b/>
        </w:rPr>
        <w:t xml:space="preserve">[02:08] </w:t>
      </w:r>
      <w:r>
        <w:t>sab buraiyon ka dher hai waghera, jo ke karte hain musalman, yeh bilkul abas hai, be faida hai, is ka koi faida nahin. is se aap us ko counter nahin kar sakte.</w:t>
      </w:r>
    </w:p>
    <w:p>
      <w:pPr>
        <w:jc w:val="right"/>
      </w:pPr>
      <w:r>
        <w:t>سب برائیوں کا ڈھیر ہے وغیرہ، جو کہ کرتے ہیں مسلمان، یہ بالکل عبث ہے، بے فائدہ ہے، اس کا کوئی فائدہ نہیں۔ اس سے آپ اس کو کاؤنٹر نہیں کر سکتے۔</w:t>
      </w:r>
    </w:p>
    <w:p>
      <w:r>
        <w:rPr>
          <w:b/>
        </w:rPr>
        <w:t xml:space="preserve">[02:21] </w:t>
      </w:r>
      <w:r>
        <w:t>aap ko janna pare ga ke is ki jar mein kya hai, is ki ideology kya hai.</w:t>
      </w:r>
    </w:p>
    <w:p>
      <w:pPr>
        <w:jc w:val="right"/>
      </w:pPr>
      <w:r>
        <w:t>آپ کو جاننا پڑے گا کہ اس کی جڑ میں کیا ہے، اس کی آئیڈیالوجی کیا ہے۔</w:t>
      </w:r>
    </w:p>
    <w:p>
      <w:r>
        <w:rPr>
          <w:b/>
        </w:rPr>
        <w:t xml:space="preserve">[02:26] </w:t>
      </w:r>
      <w:r>
        <w:t>aur is ki ideology ko aap ko face karna pare ga. ideology satah par challenge hota hai. woh ab kisi ko khabar hi nahin.</w:t>
      </w:r>
    </w:p>
    <w:p>
      <w:pPr>
        <w:jc w:val="right"/>
      </w:pPr>
      <w:r>
        <w:t>اور اس کی آئیڈیالوجی کو آپ کو فیس کرنا پڑے گا۔ آئیڈیالوجی سطح پر چیلنج ہوتا ہے۔ وہ اب کسی کو خبر ہی نہیں۔</w:t>
      </w:r>
    </w:p>
    <w:p>
      <w:r>
        <w:rPr>
          <w:b/>
        </w:rPr>
        <w:t xml:space="preserve">[02:36] </w:t>
      </w:r>
      <w:r>
        <w:t>jitni maine kitaben padhi hain, kisi ko pata hi nahin ke west ki ideology kya hai. mislan aap syed qutb ki kitab padhiye, America al-ti rai to.</w:t>
      </w:r>
    </w:p>
    <w:p>
      <w:pPr>
        <w:jc w:val="right"/>
      </w:pPr>
      <w:r>
        <w:t>جتنی میں نے کتابیں پڑھی ہیں، کسی کو پتہ ہی نہیں کہ ویسٹ کی آئیڈیالوجی کیا ہے۔ مثلاً آپ سید قطب کی کتاب پڑھیے، امریکہ التی رائے تو۔</w:t>
      </w:r>
    </w:p>
    <w:p>
      <w:r>
        <w:rPr>
          <w:b/>
        </w:rPr>
        <w:t xml:space="preserve">[02:50] </w:t>
      </w:r>
      <w:r>
        <w:t>America jis ko maine dekha, to kuch nahin is mein mile ga aap ko,</w:t>
      </w:r>
    </w:p>
    <w:p>
      <w:pPr>
        <w:jc w:val="right"/>
      </w:pPr>
      <w:r>
        <w:t>امریکہ جس کو میں نے دیکھا، تو کچھ نہیں اس میں ملے گا آپ کو،</w:t>
      </w:r>
    </w:p>
    <w:p>
      <w:r>
        <w:rPr>
          <w:b/>
        </w:rPr>
        <w:t xml:space="preserve">[02:54] </w:t>
      </w:r>
      <w:r>
        <w:t>siwaye is ke kuch buraiyan, nudity hai jis mislan barhangi, abahiyat, permissive society, aisi kuch.</w:t>
      </w:r>
    </w:p>
    <w:p>
      <w:pPr>
        <w:jc w:val="right"/>
      </w:pPr>
      <w:r>
        <w:t>سوائے اس کے کچھ برائیاں، نیوڈیٹی ہے جس مثلاً برہنگی، اباہیت، پرمسیو سوسائٹی، ایسی کچھ۔</w:t>
      </w:r>
    </w:p>
    <w:p>
      <w:r>
        <w:rPr>
          <w:b/>
        </w:rPr>
        <w:t xml:space="preserve">[03:03] </w:t>
      </w:r>
      <w:r>
        <w:t>yeh to oopri cheezen hain. asal jo hai is ki woh doosri hai.</w:t>
      </w:r>
    </w:p>
    <w:p>
      <w:pPr>
        <w:jc w:val="right"/>
      </w:pPr>
      <w:r>
        <w:t>یہ تو اوپری چیزیں ہیں۔ اصل جو ہے اس کی وہ دوسری ہے۔</w:t>
      </w:r>
    </w:p>
    <w:p>
      <w:r>
        <w:rPr>
          <w:b/>
        </w:rPr>
        <w:t xml:space="preserve">[03:10] </w:t>
      </w:r>
      <w:r>
        <w:t>to dekhiye, main apne study ke mutabiq arz karna chahta hoon ke</w:t>
      </w:r>
    </w:p>
    <w:p>
      <w:pPr>
        <w:jc w:val="right"/>
      </w:pPr>
      <w:r>
        <w:t>تو دیکھیے، میں اپنے اسٹڈی کے مطابق عرض کرنا چاہتا ہوں کہ</w:t>
      </w:r>
    </w:p>
    <w:p>
      <w:r>
        <w:rPr>
          <w:b/>
        </w:rPr>
        <w:t xml:space="preserve">[03:18] </w:t>
      </w:r>
      <w:r>
        <w:t>jo moajza jo maghrib hai, us ke char basic sutoon hain, pillars hain.</w:t>
      </w:r>
    </w:p>
    <w:p>
      <w:pPr>
        <w:jc w:val="right"/>
      </w:pPr>
      <w:r>
        <w:t>جو معجزہ جو مغرب ہے، اس کے چار بیسک ستون ہیں، پلرز ہیں۔</w:t>
      </w:r>
    </w:p>
    <w:p>
      <w:r>
        <w:rPr>
          <w:b/>
        </w:rPr>
        <w:t xml:space="preserve">[03:28] </w:t>
      </w:r>
      <w:r>
        <w:t>pillars. woh hain newton, isaac newton, charles darwin, karl marx, aur sigmund freud.</w:t>
      </w:r>
    </w:p>
    <w:p>
      <w:pPr>
        <w:jc w:val="right"/>
      </w:pPr>
      <w:r>
        <w:t>پلرز۔ وہ ہیں نیوٹن، آئزک نیوٹن، چارلز ڈارون، کارل مارکس، اور سگون فرائیڈ۔</w:t>
      </w:r>
    </w:p>
    <w:p>
      <w:r>
        <w:rPr>
          <w:b/>
        </w:rPr>
        <w:t xml:space="preserve">[03:43] </w:t>
      </w:r>
      <w:r>
        <w:t>in charon ke khayalat unniswin sadi mein phailay, nineteen century mein. jab ke trace ka zamana aa chuka tha.</w:t>
      </w:r>
    </w:p>
    <w:p>
      <w:pPr>
        <w:jc w:val="right"/>
      </w:pPr>
      <w:r>
        <w:t>ان چاروں کے خیالات انیسویں صدی میں پھیلے، نائنٹین سینچری میں۔ جبکہ ٹریس کا زمانہ آ چکا تھا۔</w:t>
      </w:r>
    </w:p>
    <w:p>
      <w:r>
        <w:rPr>
          <w:b/>
        </w:rPr>
        <w:t xml:space="preserve">[03:53] </w:t>
      </w:r>
      <w:r>
        <w:t>dekhiye, kisi bhi khayal ko phailne ke liye trace zaroori hai.</w:t>
      </w:r>
    </w:p>
    <w:p>
      <w:pPr>
        <w:jc w:val="right"/>
      </w:pPr>
      <w:r>
        <w:t>دیکھیے، کسی بھی خیال کو پھیلنے کے لیے ٹریس ضروری ہے۔</w:t>
      </w:r>
    </w:p>
    <w:p>
      <w:r>
        <w:rPr>
          <w:b/>
        </w:rPr>
        <w:t xml:space="preserve">[03:59] </w:t>
      </w:r>
      <w:r>
        <w:t>is tarah ka ek waqea hua tha dasveen sadi isvi mein ke khan al-safa iraq mein bani thi, ek khan al-safa, woh bhi isi tarah ki ek ek tanzeem thi, jo secret tanzeem thi.</w:t>
      </w:r>
    </w:p>
    <w:p>
      <w:pPr>
        <w:jc w:val="right"/>
      </w:pPr>
      <w:r>
        <w:t>اس طرح کا ایک واقعہ ہوا تھا دسویں صدی عیسوی میں کہ خان الصفا عراق میں بنی تھی، ایک خان الصفا، وہ بھی اسی طرح کی ایک ایک تنظیم تھی، جو سیکرٹ تنظیم تھی۔</w:t>
      </w:r>
    </w:p>
    <w:p>
      <w:r>
        <w:rPr>
          <w:b/>
        </w:rPr>
        <w:t xml:space="preserve">[04:19] </w:t>
      </w:r>
      <w:r>
        <w:t>to woh phaili nahi, woh kyunke woh printing press ka zamana nahi tha, woh</w:t>
      </w:r>
    </w:p>
    <w:p>
      <w:pPr>
        <w:jc w:val="right"/>
      </w:pPr>
      <w:r>
        <w:t>تو وہ پھیلی نہیں، وہ کیونکہ وہ پرنٹنگ پریس کا زمانہ نہیں تھا، وہ</w:t>
      </w:r>
    </w:p>
    <w:p>
      <w:r>
        <w:rPr>
          <w:b/>
        </w:rPr>
        <w:t xml:space="preserve">[04:23] </w:t>
      </w:r>
      <w:r>
        <w:t>mahdood daira mein rahi, aur phir woh ab woh us ki kitabein jo hain, kisi kisi kisi kutub khane mein milein gi aap ko, aur kahin nahi milein gi.</w:t>
      </w:r>
    </w:p>
    <w:p>
      <w:pPr>
        <w:jc w:val="right"/>
      </w:pPr>
      <w:r>
        <w:t>محدود دائرہ میں رہی، اور پھر وہ اب وہ اس کی کتابیں جو ہیں، کسی کسی کسی کتب خانے میں ملیں گی آپ کو، اور کہیں نہیں ملیں گی۔</w:t>
      </w:r>
    </w:p>
    <w:p>
      <w:r>
        <w:rPr>
          <w:b/>
        </w:rPr>
        <w:t xml:space="preserve">[04:35] </w:t>
      </w:r>
      <w:r>
        <w:t>rasail is khawar al-safa jo hain, woh hum ne parha tha madrasay ke zamane mein. lekin us ki hesiyat kya hai? printing press ka zamana in ko nahi mila, is liye woh khatam ho gaye.</w:t>
      </w:r>
    </w:p>
    <w:p>
      <w:pPr>
        <w:jc w:val="right"/>
      </w:pPr>
      <w:r>
        <w:t>رسائل اس خوار الصفا جو ہیں، وہ ہم نے پڑھا تھا مدرسے کے زمانے میں۔ لیکن اس کی حیثیت کیا ہے؟ پرنٹنگ پریس کا زمانہ ان کو نہیں ملا، اس لیے وہ ختم ہو گئے۔</w:t>
      </w:r>
    </w:p>
    <w:p>
      <w:r>
        <w:rPr>
          <w:b/>
        </w:rPr>
        <w:t xml:space="preserve">[04:48] </w:t>
      </w:r>
      <w:r>
        <w:t>to yeh jo chaar pillars hain, in ke baray mein arz karna chahta hoon ke unhone kuch ideology dunya ko di, aisi ideology jo attract karti thi insan ke zehn ko.</w:t>
      </w:r>
    </w:p>
    <w:p>
      <w:pPr>
        <w:jc w:val="right"/>
      </w:pPr>
      <w:r>
        <w:t>تو یہ جو چار پلرز ہیں، ان کے بارے میں عرض کرنا چاہتا ہوں کہ انہوں نے کچھ آئیڈیالوجی دنیا کو دی، ایسی آئیڈیالوجی جو اٹریکٹ کرتی تھی انسان کے ذہن کو۔</w:t>
      </w:r>
    </w:p>
    <w:p>
      <w:r>
        <w:rPr>
          <w:b/>
        </w:rPr>
        <w:t xml:space="preserve">[04:59] </w:t>
      </w:r>
      <w:r>
        <w:t>is ka matlab mein nahi keh raha hoon ke un ki ideology sahi thi. sahi nahi hai. lekin us andaaz se unhone pesh kiya ke woh logon ko attract kar rahi thi.</w:t>
      </w:r>
    </w:p>
    <w:p>
      <w:pPr>
        <w:jc w:val="right"/>
      </w:pPr>
      <w:r>
        <w:t>اس کا مطلب میں نہیں کہہ رہا ہوں کہ ان کی آئیڈیالوجی صحیح تھی۔ صحیح نہیں ہے۔ لیکن اس انداز سے انہوں نے پیش کیا کہ وہ لوگوں کو اٹریکٹ کر رہی تھی۔</w:t>
      </w:r>
    </w:p>
    <w:p>
      <w:r>
        <w:rPr>
          <w:b/>
        </w:rPr>
        <w:t xml:space="preserve">[05:11] </w:t>
      </w:r>
      <w:r>
        <w:t>dekhiye, Isaac Newton jo hai, us ne kya kiya?</w:t>
      </w:r>
    </w:p>
    <w:p>
      <w:pPr>
        <w:jc w:val="right"/>
      </w:pPr>
      <w:r>
        <w:t>دیکھیے، آئزک نیوٹن جو ہے، اس نے کیا کیا؟</w:t>
      </w:r>
    </w:p>
    <w:p>
      <w:r>
        <w:rPr>
          <w:b/>
        </w:rPr>
        <w:t xml:space="preserve">[05:18] </w:t>
      </w:r>
      <w:r>
        <w:t>us ne kainat ka ek mechanical interpretation diya dunya ko. mechanical interpretation. to insan hamesha se chahta tha explain karna.</w:t>
      </w:r>
    </w:p>
    <w:p>
      <w:pPr>
        <w:jc w:val="right"/>
      </w:pPr>
      <w:r>
        <w:t>اس نے کائنات کا ایک مکینیکل انٹرپریشن دیا دنیا کو۔ مکینیکل انٹرپریشن۔ تو انسان ہمیشہ سے چاہتا تھا ایکسپلین کرنا۔</w:t>
      </w:r>
    </w:p>
    <w:p>
      <w:r>
        <w:rPr>
          <w:b/>
        </w:rPr>
        <w:t xml:space="preserve">[05:30] </w:t>
      </w:r>
      <w:r>
        <w:t>log intezar mein thay koi explanation milay. to Newton ka jo explanation tha, ab is mein mechanical tha, aur woh bohat hi adhura tha, lekin bohat us ko qabooliyat hasil hui.</w:t>
      </w:r>
    </w:p>
    <w:p>
      <w:pPr>
        <w:jc w:val="right"/>
      </w:pPr>
      <w:r>
        <w:t>لوگ انتظار میں تھے کوئی ایکسپلینیشن ملے۔ تو نیوٹن کا جو ایکسپلینیشن تھا، اب اس میں مکینیکل تھا، اور وہ بہت ہی ادھورا تھا، لیکن بہت اس کو قبولیت حاصل ہوئی۔</w:t>
      </w:r>
    </w:p>
    <w:p>
      <w:r>
        <w:rPr>
          <w:b/>
        </w:rPr>
        <w:t xml:space="preserve">[05:45] </w:t>
      </w:r>
      <w:r>
        <w:t>aise hi jo Charles Darwin jo tha, us ne jo biological phenomena hai, yani jo living world hai, us ka explanation diya ke kaise itnay saray cheezein banti hain, itnay haiwanat, parinday, machhliyan, insan,</w:t>
      </w:r>
    </w:p>
    <w:p>
      <w:pPr>
        <w:jc w:val="right"/>
      </w:pPr>
      <w:r>
        <w:t>ایسے ہی جو چارلز ڈارون جو تھا، اس نے جو بائیولوجیکل فیناومینا ہے، یعنی جو لیونگ ورلڈ ہے، اس کا ایکسپلینیشن دیا کہ کیسے اتنے سارے چیزیں بنتی ہیں، اتنے حیوانات، پرندے، مچھلیاں، انسان،</w:t>
      </w:r>
    </w:p>
    <w:p>
      <w:r>
        <w:rPr>
          <w:b/>
        </w:rPr>
        <w:t xml:space="preserve">[06:03] </w:t>
      </w:r>
      <w:r>
        <w:t>jo jo living world jo hai, kaise bante hain. to us ne ek nazariya pesh kiya jo base karta tha natural selection par.</w:t>
      </w:r>
    </w:p>
    <w:p>
      <w:pPr>
        <w:jc w:val="right"/>
      </w:pPr>
      <w:r>
        <w:t>جو جو لیونگ ورلڈ جو ہے، کیسے بنتے ہیں۔ تو اس نے ایک نظریہ پیش کیا جو بیس کرتا تھا نیچرل سلیکشن پر۔</w:t>
      </w:r>
    </w:p>
    <w:p>
      <w:r>
        <w:rPr>
          <w:b/>
        </w:rPr>
        <w:t xml:space="preserve">[06:13] </w:t>
      </w:r>
      <w:r>
        <w:t>to logon ko attract kiya, aur bohat phail gaya us ka nazariya. isi tarike se Karl Marx tha, us ne kya kiya?</w:t>
      </w:r>
    </w:p>
    <w:p>
      <w:pPr>
        <w:jc w:val="right"/>
      </w:pPr>
      <w:r>
        <w:t>تو لوگوں کو اٹریکٹ کیا، اور بہت پھیل گیا اس کا نظریہ۔ اسی طریقے سے کارل مارکس تھا، اس نے کیا کیا؟</w:t>
      </w:r>
    </w:p>
    <w:p>
      <w:r>
        <w:rPr>
          <w:b/>
        </w:rPr>
        <w:t xml:space="preserve">[06:23] </w:t>
      </w:r>
      <w:r>
        <w:t>us ne kaha ke kaise hum exploitation free dunya bana sakte hain.</w:t>
      </w:r>
    </w:p>
    <w:p>
      <w:pPr>
        <w:jc w:val="right"/>
      </w:pPr>
      <w:r>
        <w:t>اس نے کہا کہ کیسے ہم ایکسپلائٹیشن فری دنیا بنا سکتے ہیں۔</w:t>
      </w:r>
    </w:p>
    <w:p>
      <w:r>
        <w:rPr>
          <w:b/>
        </w:rPr>
        <w:t xml:space="preserve">[06:30] </w:t>
      </w:r>
      <w:r>
        <w:t>to saray log exploitation se ghabraye hue thay. to us ne jab pesh kiya exploitation free world ka ek concept, ek ideology, to logon ko bohat attract hua, woh phail gaya, woh.</w:t>
      </w:r>
    </w:p>
    <w:p>
      <w:pPr>
        <w:jc w:val="right"/>
      </w:pPr>
      <w:r>
        <w:t>تو سارے لوگ ایکسپلائشن سے گھبرائے ہوئے تھے۔ تو اس نے جب پیش کیا ایکسپلائٹیشن فری ورلڈ کا ایک کانسیپٹ، ایک آئیڈیالوجی، تو لوگوں کو بہت اٹریکٹ ہوا، وہ پھیل گیا، وہ۔</w:t>
      </w:r>
    </w:p>
    <w:p>
      <w:r>
        <w:rPr>
          <w:b/>
        </w:rPr>
        <w:t xml:space="preserve">[06:45] </w:t>
      </w:r>
      <w:r>
        <w:t>aise hi Sigmund Freud ka mamla hai. sari dunya chahti hai, us ke dalail hain, us ki khwahishain hain, us pe chalna. to Sigmund Freud ne is ka ek justified, ek ek ideology d</w:t>
      </w:r>
    </w:p>
    <w:p>
      <w:pPr>
        <w:jc w:val="right"/>
      </w:pPr>
      <w:r>
        <w:t>ایسے ہی سگون فرائیڈ کا معاملہ ہے۔ ساری دنیا چاہتی ہے، اس کے دلائل ہیں، اس کی خواہشیں ہیں، اس پہ چلنا۔ تو سگون فرائیڈ نے اس کا ایک جسٹیفائیڈ، ایک ایک آئیڈیالوجی د</w:t>
      </w:r>
    </w:p>
    <w:p>
      <w:r>
        <w:rPr>
          <w:b/>
        </w:rPr>
        <w:t xml:space="preserve">[06:59] </w:t>
      </w:r>
      <w:r>
        <w:t>ay di. log toot paray us ke upar ke un ko apni khwahish parasti ke liye ek ideology mil gayi. to logon ke zehn mein pehle se ek ek ek cheez ki talash hoti hai.</w:t>
      </w:r>
    </w:p>
    <w:p>
      <w:pPr>
        <w:jc w:val="right"/>
      </w:pPr>
      <w:r>
        <w:t>ے دی۔ لوگ ٹوٹ پڑے اس کے اوپر کہ ان کو اپنی خواہش پرستی کے لیے ایک آئیڈیالوجی مل گئی۔ تو لوگوں کے ذہن میں پہلے سے ایک ایک ایک چیز کی تلاش ہوتی ہے۔</w:t>
      </w:r>
    </w:p>
    <w:p>
      <w:r>
        <w:rPr>
          <w:b/>
        </w:rPr>
        <w:t xml:space="preserve">[07:13] </w:t>
      </w:r>
      <w:r>
        <w:t>jab aap ek ideology pesh karte hain, aur un ka mind chahe falsely address kare, to us ke upar toot paray hain woh.</w:t>
      </w:r>
    </w:p>
    <w:p>
      <w:pPr>
        <w:jc w:val="right"/>
      </w:pPr>
      <w:r>
        <w:t>جب آپ ایک آئیڈیالوجی پیش کرتے ہیں، اور ان کا مائنڈ چاہے فالسلی ایڈریس کرے، تو اس کے اوپر ٹوٹ پڑتے ہیں وہ۔</w:t>
      </w:r>
    </w:p>
    <w:p>
      <w:r>
        <w:rPr>
          <w:b/>
        </w:rPr>
        <w:t xml:space="preserve">[07:25] </w:t>
      </w:r>
      <w:r>
        <w:t>lekin mein aap ko yahan par kahoon ga ke aap ghor kijiye ke yeh dunya kis ne banai hai?</w:t>
      </w:r>
    </w:p>
    <w:p>
      <w:pPr>
        <w:jc w:val="right"/>
      </w:pPr>
      <w:r>
        <w:t>لیکن میں آپ کو یہاں پر کہوں گا کہ آپ غور کیجیے کہ یہ دنیا کس نے بنائی ہے؟</w:t>
      </w:r>
    </w:p>
    <w:p>
      <w:r>
        <w:rPr>
          <w:b/>
        </w:rPr>
        <w:t xml:space="preserve">[07:34] </w:t>
      </w:r>
      <w:r>
        <w:t>Allah taala ne banai hai. Allah taala ke liye yeh namumkin hai kisi ko evil ke tor par paida kare, evil world paida kar de.</w:t>
      </w:r>
    </w:p>
    <w:p>
      <w:pPr>
        <w:jc w:val="right"/>
      </w:pPr>
      <w:r>
        <w:t>اللہ تعالی نے بنائی ہے۔ اللہ تعالی کے لیے یہ ناممکن ہے کسی کو ایول کے طور پر پیدا کرے، ایول ورلڈ پیدا کر دے۔</w:t>
      </w:r>
    </w:p>
    <w:p>
      <w:r>
        <w:rPr>
          <w:b/>
        </w:rPr>
        <w:t xml:space="preserve">[07:46] </w:t>
      </w:r>
      <w:r>
        <w:t>Allah taala na kisi ke dunya ko evil world ke tor par banata hai, na kisi insan ko evil person ke tor par banata hai.</w:t>
      </w:r>
    </w:p>
    <w:p>
      <w:pPr>
        <w:jc w:val="right"/>
      </w:pPr>
      <w:r>
        <w:t>اللہ تعالی نہ کسی کے دنیا کو ایول ورلڈ کے طور پر بناتا ہے، نہ کسی انسان کو ایول پرسن کے طور پر بناتا ہے۔</w:t>
      </w:r>
    </w:p>
    <w:p>
      <w:r>
        <w:rPr>
          <w:b/>
        </w:rPr>
        <w:t xml:space="preserve">[07:55] </w:t>
      </w:r>
      <w:r>
        <w:t>yeh evil creation Allah ke is mein hai nahi. to phir kaise aisa hota hai ke in logon ko, yani popularity mil jati hai?</w:t>
      </w:r>
    </w:p>
    <w:p>
      <w:pPr>
        <w:jc w:val="right"/>
      </w:pPr>
      <w:r>
        <w:t>یہ ایول کریشن اللہ کے اس میں ہے نہیں۔ تو پھر کیسے ایسا ہوتا ہے کہ ان لوگوں کو، یعنی پاپولیرٹی مل جاتی ہے؟</w:t>
      </w:r>
    </w:p>
    <w:p>
      <w:r>
        <w:rPr>
          <w:b/>
        </w:rPr>
        <w:t xml:space="preserve">[08:09] </w:t>
      </w:r>
      <w:r>
        <w:t>is tarah ke bohat se log hain jin ko popularity mili. to kaise mil gayi? evil thought un ke thay, evil ideology un ki thi, lekin popularity mil gayi un ki.</w:t>
      </w:r>
    </w:p>
    <w:p>
      <w:pPr>
        <w:jc w:val="right"/>
      </w:pPr>
      <w:r>
        <w:t>اس طرح کے بہت سے لوگ ہیں جن کو پاپولیرٹی ملی۔ تو کیسے مل گئی؟ ایول تھاٹ ان کے تھے، ایول آئیڈیالوجی ان کی تھی، لیکن پاپولیرٹی مل گئی ان کی۔</w:t>
      </w:r>
    </w:p>
    <w:p>
      <w:r>
        <w:rPr>
          <w:b/>
        </w:rPr>
        <w:t xml:space="preserve">[08:21] </w:t>
      </w:r>
      <w:r>
        <w:t>yeh kaise mil gayi?</w:t>
      </w:r>
    </w:p>
    <w:p>
      <w:pPr>
        <w:jc w:val="right"/>
      </w:pPr>
      <w:r>
        <w:t>یہ کیسے مل گئی؟</w:t>
      </w:r>
    </w:p>
    <w:p>
      <w:r>
        <w:rPr>
          <w:b/>
        </w:rPr>
        <w:t xml:space="preserve">[08:25] </w:t>
      </w:r>
      <w:r>
        <w:t>yeh sochne ki baat hai.</w:t>
      </w:r>
    </w:p>
    <w:p>
      <w:pPr>
        <w:jc w:val="right"/>
      </w:pPr>
      <w:r>
        <w:t>یہ سوچنے کی بات ہے۔</w:t>
      </w:r>
    </w:p>
    <w:p>
      <w:r>
        <w:rPr>
          <w:b/>
        </w:rPr>
        <w:t xml:space="preserve">[08:30] </w:t>
      </w:r>
      <w:r>
        <w:t>to is ko samajhne ke liye mujhe ek kilo mila, kilo, CLU e kilo. woh yeh hai ke jin logon ne bhi kuch aise ideology pesh ki hai,</w:t>
      </w:r>
    </w:p>
    <w:p>
      <w:pPr>
        <w:jc w:val="right"/>
      </w:pPr>
      <w:r>
        <w:t>تو اس کو سمجھنے کے لیے مجھے ایک کلو ملا، کلو، سی ایل یو ای کلو۔ وہ یہ ہے کہ جن لوگوں نے بھی کچھ ایسے آئیڈیالوجی پیش کی ہے،</w:t>
      </w:r>
    </w:p>
    <w:p>
      <w:r>
        <w:rPr>
          <w:b/>
        </w:rPr>
        <w:t xml:space="preserve">[08:44] </w:t>
      </w:r>
      <w:r>
        <w:t>un ko kabhi dunya mein kamyabi nahi mili. in terms of result, woh fail ho gaye.</w:t>
      </w:r>
    </w:p>
    <w:p>
      <w:pPr>
        <w:jc w:val="right"/>
      </w:pPr>
      <w:r>
        <w:t>ان کو کبھی دنیا میں کامیابی نہیں ملی۔ ان ٹرمز آف رزلٹ، وہ فیل ہو گئے۔</w:t>
      </w:r>
    </w:p>
    <w:p>
      <w:r>
        <w:rPr>
          <w:b/>
        </w:rPr>
        <w:t xml:space="preserve">[08:53] </w:t>
      </w:r>
      <w:r>
        <w:t>jitne logon ke, yani ideology bazahir popular hui, lekin result ke aitbar se fail ho gayi woh.</w:t>
      </w:r>
    </w:p>
    <w:p>
      <w:pPr>
        <w:jc w:val="right"/>
      </w:pPr>
      <w:r>
        <w:t>جتنے لوگوں کے، یعنی آئیڈیالوجی بظاہر پاپولر ہوئی، لیکن رزلٹ کے اعتبار سے فیل ہو گئی وہ۔</w:t>
      </w:r>
    </w:p>
    <w:p>
      <w:r>
        <w:rPr>
          <w:b/>
        </w:rPr>
        <w:t xml:space="preserve">[09:02] </w:t>
      </w:r>
      <w:r>
        <w:t>aur yeh secular logon ki hai, mazhabi logon ki, dono mein hai.</w:t>
      </w:r>
    </w:p>
    <w:p>
      <w:pPr>
        <w:jc w:val="right"/>
      </w:pPr>
      <w:r>
        <w:t>اور یہ سیکولر لوگوں کی ہے، مذہبی لوگوں کی، دونوں میں ہے۔</w:t>
      </w:r>
    </w:p>
    <w:p>
      <w:r>
        <w:rPr>
          <w:b/>
        </w:rPr>
        <w:t xml:space="preserve">[09:08] </w:t>
      </w:r>
      <w:r>
        <w:t>main samajhta hoon ke jo ancient greek mein jo aristotle tha, jo chauthi sadi qabl maseeh ka aadmi tha, yani fourth century BC,</w:t>
      </w:r>
    </w:p>
    <w:p>
      <w:pPr>
        <w:jc w:val="right"/>
      </w:pPr>
      <w:r>
        <w:t>میں سمجھتا ہوں کہ جو اینشین گریک میں جو ارسٹارٹل تھا، جو چوتھی صدی قبل مسیح کا آدمی تھا، یعنی فورتھ سینچری بی سی،</w:t>
      </w:r>
    </w:p>
    <w:p>
      <w:r>
        <w:rPr>
          <w:b/>
        </w:rPr>
        <w:t xml:space="preserve">[09:23] </w:t>
      </w:r>
      <w:r>
        <w:t>us waqt se le kar abhi jo Egypt ke doctor Muhammad Morsi sahib hain, un tak bohat hi, yani un ke unhon ne aise ideas diye jo bazahir popular hue, lekin totally fail ho gaye.</w:t>
      </w:r>
    </w:p>
    <w:p>
      <w:pPr>
        <w:jc w:val="right"/>
      </w:pPr>
      <w:r>
        <w:t>اس وقت سے لے کر ابھی جو ایجپٹ کے ڈاکٹر محمد برسی صاحب ہیں، ان تک بہت ہی، یعنی ان کے انہوں نے ایسے آئیڈیاز دیے جو بظاہر پاپولر ہوئے، لیکن ٹوٹلی فیل ہو گئے۔</w:t>
      </w:r>
    </w:p>
    <w:p>
      <w:r>
        <w:rPr>
          <w:b/>
        </w:rPr>
        <w:t xml:space="preserve">[09:40] </w:t>
      </w:r>
      <w:r>
        <w:t>to poori tareekh hai yahan se wahan tak ke jo jo reformer uthe, jinhon ne islah ke liye kaam kiya, jin ko popularity mili, bohat bari popularity, woh sab ke sab without any exception in terms of result fail ho gaye.</w:t>
      </w:r>
    </w:p>
    <w:p>
      <w:pPr>
        <w:jc w:val="right"/>
      </w:pPr>
      <w:r>
        <w:t>تو پوری تاریخ ہے یہاں سے وہاں تک کہ جو جو ریفارمر اٹھے، جنہوں نے اصلاح کے لیے کام کیا، جن کو پاپولیرٹی ملی، بڑی بڑی پاپولیرٹی، وہ سب کے سب ودا آؤٹ اینی ایکسیپشن ان ٹرمز آف رزلٹ فیل ہو گئے۔</w:t>
      </w:r>
    </w:p>
    <w:p>
      <w:r>
        <w:rPr>
          <w:b/>
        </w:rPr>
        <w:t xml:space="preserve">[09:58] </w:t>
      </w:r>
      <w:r>
        <w:t>is ka raaz kya hai? yeh main sochta hoon, bohat dinon se sochta raha hoon ke is ka raaz kya hai?</w:t>
      </w:r>
    </w:p>
    <w:p>
      <w:pPr>
        <w:jc w:val="right"/>
      </w:pPr>
      <w:r>
        <w:t>اس کا راز کیا ہے؟ یہ میں سوچتا ہوں، بہت دنوں سے سوچتا رہا ہوں کہ اس کا راز کیا ہے؟</w:t>
      </w:r>
    </w:p>
    <w:p>
      <w:r>
        <w:rPr>
          <w:b/>
        </w:rPr>
        <w:t xml:space="preserve">[10:06] </w:t>
      </w:r>
      <w:r>
        <w:t>to woh saare reformer, saare muslehien jin ko popularity mili hui hai, un ko har qism ke wasail mile, lekin be aitbar nataija, woh fail ho gaye.</w:t>
      </w:r>
    </w:p>
    <w:p>
      <w:pPr>
        <w:jc w:val="right"/>
      </w:pPr>
      <w:r>
        <w:t>تو وہ سارے ریفارمر، سارے مصلحین جن کو پاپولیرٹی ملی ہوئی ہے، ان کو ہر قسم کے وسائل ملے، لیکن بے اعتبار نتیجہ، وہ فیل ہو گئے۔</w:t>
      </w:r>
    </w:p>
    <w:p>
      <w:r>
        <w:rPr>
          <w:b/>
        </w:rPr>
        <w:t xml:space="preserve">[10:19] </w:t>
      </w:r>
      <w:r>
        <w:t>is ka raaz kya hai? yani popularity aur phir fail hona, yeh ek, yeh yani agar aap aristotle se shumar karein to taqreeban teen hazar saal ki yahi kahani hai.</w:t>
      </w:r>
    </w:p>
    <w:p>
      <w:pPr>
        <w:jc w:val="right"/>
      </w:pPr>
      <w:r>
        <w:t>اس کا راز کیا ہے؟ یعنی پاپولیرٹی اور پھر فیل ہونا، یہ ایک، یہ یعنی اگر آپ ارسٹارٹل سے شمار کریں تو تقریباً تین ہزار سال کی یہی کہانی ہے۔</w:t>
      </w:r>
    </w:p>
    <w:p>
      <w:r>
        <w:rPr>
          <w:b/>
        </w:rPr>
        <w:t xml:space="preserve">[10:37] </w:t>
      </w:r>
      <w:r>
        <w:t>taqreeban teen hazar saal ki yahi kahani hai. is par ghor karte hue mujhe samajh aata hai ke asal cheez yeh hai ke insaan jo paida hua hai, woh hai ideal seeking animal.</w:t>
      </w:r>
    </w:p>
    <w:p>
      <w:pPr>
        <w:jc w:val="right"/>
      </w:pPr>
      <w:r>
        <w:t>تقریباً تین ہزار سال کی یہی کہانی ہے۔ اس پر غور کرتے ہوئے مجھے سمجھ آتا ہے کہ اصل چیز یہ ہے کہ انسان جو پیدا ہوا ہے، وہ ہے آئیڈیل سیکنگ اینیمل۔</w:t>
      </w:r>
    </w:p>
    <w:p>
      <w:r>
        <w:rPr>
          <w:b/>
        </w:rPr>
        <w:t xml:space="preserve">[10:54] </w:t>
      </w:r>
      <w:r>
        <w:t>hum mein se har shakhs ideal chahta, ideal world, ideal system, ideal government, ideal dunya, hum mein se har shakhs ideal basa hua hai.</w:t>
      </w:r>
    </w:p>
    <w:p>
      <w:pPr>
        <w:jc w:val="right"/>
      </w:pPr>
      <w:r>
        <w:t>ہم میں سے ہر شخص آئیڈیل چاہتا، آئیڈیل ورلڈ، آئیڈیل سسٹم، آئیڈیل گورنمنٹ، آئیڈیل دنیا، ہم میں سے ہر شخص آئیڈیل بسا ہوا ہے۔</w:t>
      </w:r>
    </w:p>
    <w:p>
      <w:r>
        <w:rPr>
          <w:b/>
        </w:rPr>
        <w:t xml:space="preserve">[11:07] </w:t>
      </w:r>
      <w:r>
        <w:t>mazhabi aitbar se agar kahein to main kahunga ke har aadmi paradise seeking animal hai. agar secular term bolein to main kahunga ke har aadmi ideal seeking animal hai.</w:t>
      </w:r>
    </w:p>
    <w:p>
      <w:pPr>
        <w:jc w:val="right"/>
      </w:pPr>
      <w:r>
        <w:t>مذہبی اعتبار سے اگر کہیں تو میں کہوں گا کہ ہر آدمی پیڈائس سیکنگ اینیمل ہے۔ اگر سیکولر ٹرم بولیں تو میں کہوں گا کہ ہر آدمی آئیڈیل سیکنگ اینیمل ہے۔</w:t>
      </w:r>
    </w:p>
    <w:p>
      <w:r>
        <w:rPr>
          <w:b/>
        </w:rPr>
        <w:t xml:space="preserve">[11:20] </w:t>
      </w:r>
      <w:r>
        <w:t>dono baat ek hi hai. yani mazhabi term mein bolein to hum kahenge paradise seeking animal hai. har aadmi, har aadmi ke zehn mein ek paradise basi hui hai, ek ideal world, us ko chahta hai ke mujhe mil jaye,</w:t>
      </w:r>
    </w:p>
    <w:p>
      <w:pPr>
        <w:jc w:val="right"/>
      </w:pPr>
      <w:r>
        <w:t>دونوں بات ایک ہی ہے۔ یعنی مذہبی ٹرم میں بولیں تو ہم کہیں گے پیڈائس سیکنگ اینیمل ہے۔ ہر آدمی، ہر آدمی کے مان میں ایک پیرائیٹ بسی ہوئی ہے، ایک آئیڈیل ورلڈ، اس کو چاہتا ہے کہ مجھے مل جائے،</w:t>
      </w:r>
    </w:p>
    <w:p>
      <w:r>
        <w:rPr>
          <w:b/>
        </w:rPr>
        <w:t xml:space="preserve">[11:34] </w:t>
      </w:r>
      <w:r>
        <w:t>unconsciously.</w:t>
      </w:r>
    </w:p>
    <w:p>
      <w:pPr>
        <w:jc w:val="right"/>
      </w:pPr>
      <w:r>
        <w:t>انکانشیسلی۔</w:t>
      </w:r>
    </w:p>
    <w:p>
      <w:r>
        <w:rPr>
          <w:b/>
        </w:rPr>
        <w:t xml:space="preserve">[11:37] </w:t>
      </w:r>
      <w:r>
        <w:t>to mazhabi istalah ke aitbar se main kahunga ke paradise seeking aur secular istalah se kahunga ke main ideal seeking hoon. is liye jab bhi koi aadmi idealism ki baat karta hai to log daud padte hain us ki taraf.</w:t>
      </w:r>
    </w:p>
    <w:p>
      <w:pPr>
        <w:jc w:val="right"/>
      </w:pPr>
      <w:r>
        <w:t>تو مذہبی اصطلاح کے اعتبار سے میں کہوں گا کہ پیڈائس سیکنگ اور سیکولر اصطلاح سے کہوں گا کہ میں آئیڈیل سیکنگ ہوں۔ اس لیے جب بھی کوئی آدمی آئیڈیلزم کی بات کرتا ہے تو لوگ دوڑ پڑتے ہیں اس کی طرف۔</w:t>
      </w:r>
    </w:p>
    <w:p>
      <w:r>
        <w:rPr>
          <w:b/>
        </w:rPr>
        <w:t xml:space="preserve">[11:54] </w:t>
      </w:r>
      <w:r>
        <w:t>daud padte hain kyunke samajhte hain ke woh ideal yeh aadmi de dega mujhe.</w:t>
      </w:r>
    </w:p>
    <w:p>
      <w:pPr>
        <w:jc w:val="right"/>
      </w:pPr>
      <w:r>
        <w:t>دوڑ پڑتے ہیں کیونکہ سمجھتے ہیں کہ وہ آئیڈیل یہ آدمی دے دے گا مجھے۔</w:t>
      </w:r>
    </w:p>
    <w:p>
      <w:r>
        <w:rPr>
          <w:b/>
        </w:rPr>
        <w:t xml:space="preserve">[12:01] </w:t>
      </w:r>
      <w:r>
        <w:t>lekin maamla kya hai?</w:t>
      </w:r>
    </w:p>
    <w:p>
      <w:pPr>
        <w:jc w:val="right"/>
      </w:pPr>
      <w:r>
        <w:t>لیکن معاملہ کیا ہے؟</w:t>
      </w:r>
    </w:p>
    <w:p>
      <w:r>
        <w:rPr>
          <w:b/>
        </w:rPr>
        <w:t xml:space="preserve">[12:04] </w:t>
      </w:r>
      <w:r>
        <w:t>is dunya ko banane wale ne is tarah banaya hi nahi hai ke yahan kabhi ideal world bana sake aap, ideal system, ideal government.</w:t>
      </w:r>
    </w:p>
    <w:p>
      <w:pPr>
        <w:jc w:val="right"/>
      </w:pPr>
      <w:r>
        <w:t>اس دنیا کو بنانے والے نے اس طرح بنایا ہی نہیں ہے کہ یہاں کبھی آئیڈیل ورلڈ بنا سکے آپ، آئیڈیل سسٹم، آئیڈیل گورنمنٹ۔</w:t>
      </w:r>
    </w:p>
    <w:p>
      <w:r>
        <w:rPr>
          <w:b/>
        </w:rPr>
        <w:t xml:space="preserve">[12:15] </w:t>
      </w:r>
      <w:r>
        <w:t>yeh is dunya mein possible hi nahi hai. woh possible hai doosri dunya mein jahan paradise hai. yani ideal aap sirf pa sakte hain paradise mein, is dunya mein nahi hai.</w:t>
      </w:r>
    </w:p>
    <w:p>
      <w:pPr>
        <w:jc w:val="right"/>
      </w:pPr>
      <w:r>
        <w:t>یہ اس دنیا میں پاسیبل ہی نہیں ہے۔ وہ پاسیبل ہے دوسری دنیا میں جہاں پیڈائز ہے۔ یعنی آئیڈیل آپ صرف پا سکتے ہیں پیڈائز میں، اس دنیا میں نہیں ہے۔</w:t>
      </w:r>
    </w:p>
    <w:p>
      <w:r>
        <w:rPr>
          <w:b/>
        </w:rPr>
        <w:t xml:space="preserve">[12:32] </w:t>
      </w:r>
      <w:r>
        <w:t>to log is farq ko nahi jante.</w:t>
      </w:r>
    </w:p>
    <w:p>
      <w:pPr>
        <w:jc w:val="right"/>
      </w:pPr>
      <w:r>
        <w:t>تو لوگ اس کو فرق کو نہیں جانتے۔</w:t>
      </w:r>
    </w:p>
    <w:p>
      <w:r>
        <w:rPr>
          <w:b/>
        </w:rPr>
        <w:t xml:space="preserve">[12:34] </w:t>
      </w:r>
      <w:r>
        <w:t>woh samajhte hain ke mere zehn mein jo basa hua ideal, usi dunya mein pa sakta hoon main, isi liye daudte rehte hain woh. yeh nahi jante ke woh to milega agli dunya mein.</w:t>
      </w:r>
    </w:p>
    <w:p>
      <w:pPr>
        <w:jc w:val="right"/>
      </w:pPr>
      <w:r>
        <w:t>وہ سمجھتے ہیں کہ میرے ذہن میں جو بسا ہوا آئیڈیل، اسی دنیا میں پا سکتا ہوں میں، اسی لیے دوڑتے رہتے ہیں وہ۔ یہ نہیں جانتے کہ وہ تو ملے گا اگلی دنیا میں۔</w:t>
      </w:r>
    </w:p>
    <w:p>
      <w:r>
        <w:rPr>
          <w:b/>
        </w:rPr>
        <w:t xml:space="preserve">[12:44] </w:t>
      </w:r>
      <w:r>
        <w:t>to agli dunya ki soch un ke andar nahi hoti.</w:t>
      </w:r>
    </w:p>
    <w:p>
      <w:pPr>
        <w:jc w:val="right"/>
      </w:pPr>
      <w:r>
        <w:t>تو اگلی دنیا کی سوچ ان کے اندر نہیں ہوتی۔</w:t>
      </w:r>
    </w:p>
    <w:p>
      <w:r>
        <w:rPr>
          <w:b/>
        </w:rPr>
        <w:t xml:space="preserve">[12:51] </w:t>
      </w:r>
      <w:r>
        <w:t>to is ke maani kya hue? har aadmi ek aise goal ke to daud daud raha hai jo sarr se achievable nahi hai. achievable nahi hai woh.</w:t>
      </w:r>
    </w:p>
    <w:p>
      <w:pPr>
        <w:jc w:val="right"/>
      </w:pPr>
      <w:r>
        <w:t>تو اس کے معنی کیا ہوئے؟ ہر آدمی ایک ایسے گول کے تو دوڑ دوڑ رہا ہے جو سرے سے اچیوبلی نہیں ہے۔ اچیوبلی نہیں ہے وہ۔</w:t>
      </w:r>
    </w:p>
    <w:p>
      <w:r>
        <w:rPr>
          <w:b/>
        </w:rPr>
        <w:t xml:space="preserve">[13:04] </w:t>
      </w:r>
      <w:r>
        <w:t>isi liye har koshish, be be, yani be be hangamon ke bawajood kya hota hai? in terms of result bilkul fail hoti hai.</w:t>
      </w:r>
    </w:p>
    <w:p>
      <w:pPr>
        <w:jc w:val="right"/>
      </w:pPr>
      <w:r>
        <w:t>اسی لیے ہر کوشش، بے بے، یعنی بے بے ہنگاموں کے باوجود کیا ہوتا ہے؟ ان ٹرمز آف رزلٹ بالکل فیل ہوتی ہے۔</w:t>
      </w:r>
    </w:p>
    <w:p>
      <w:r>
        <w:rPr>
          <w:b/>
        </w:rPr>
        <w:t xml:space="preserve">[13:17] </w:t>
      </w:r>
      <w:r>
        <w:t>yeh hai sochne ki baat.</w:t>
      </w:r>
    </w:p>
    <w:p>
      <w:pPr>
        <w:jc w:val="right"/>
      </w:pPr>
      <w:r>
        <w:t>یہ ہے سوچنے کی بات۔</w:t>
      </w:r>
    </w:p>
    <w:p>
      <w:r>
        <w:rPr>
          <w:b/>
        </w:rPr>
        <w:t xml:space="preserve">[13:23] </w:t>
      </w:r>
      <w:r>
        <w:t>yeh hai sochne ki baat. ab mein aap ko ek aur point ki taraf le jana chahta hoon.</w:t>
      </w:r>
    </w:p>
    <w:p>
      <w:pPr>
        <w:jc w:val="right"/>
      </w:pPr>
      <w:r>
        <w:t>یہ ہے سوچنے کی بات۔ اب میں آپ کو ایک اور پوائنٹ کی طرف لے جانا چاہتا ہوں۔</w:t>
      </w:r>
    </w:p>
    <w:p>
      <w:r>
        <w:rPr>
          <w:b/>
        </w:rPr>
        <w:t xml:space="preserve">[13:32] </w:t>
      </w:r>
      <w:r>
        <w:t>pichhle hafte aap ne ek ek qissa suna hoga. isi stage se bataya gaya tha ke philippines mein ek priest</w:t>
      </w:r>
    </w:p>
    <w:p>
      <w:pPr>
        <w:jc w:val="right"/>
      </w:pPr>
      <w:r>
        <w:t>پچھلے ہفتہ آپ نے ایک ایک قصہ سنا ہوگا۔ اسی اسٹیج سے بتایا گیا تھا کہ فلپائن میں ایک پریسٹ</w:t>
      </w:r>
    </w:p>
    <w:p>
      <w:r>
        <w:rPr>
          <w:b/>
        </w:rPr>
        <w:t xml:space="preserve">[13:44] </w:t>
      </w:r>
      <w:r>
        <w:t>ko muqarrar kiya gaya ke woh quran ko padhkar uski ghaltiyan nikale.</w:t>
      </w:r>
    </w:p>
    <w:p>
      <w:pPr>
        <w:jc w:val="right"/>
      </w:pPr>
      <w:r>
        <w:t>کو مقرر کیا گیا کہ وہ قرآن کو پڑھ کر اس کی غلطیاں نکالے۔</w:t>
      </w:r>
    </w:p>
    <w:p>
      <w:r>
        <w:rPr>
          <w:b/>
        </w:rPr>
        <w:t xml:space="preserve">[13:51] </w:t>
      </w:r>
      <w:r>
        <w:t>chunaanche usne quran padhna shuru kiya, uska translation padhte padhte usko laga ke yeh toh bilkul sachi kitaab hai, ismein toh koi kharabi hai hi nahin.</w:t>
      </w:r>
    </w:p>
    <w:p>
      <w:pPr>
        <w:jc w:val="right"/>
      </w:pPr>
      <w:r>
        <w:t>چنانچہ اس نے قرآن پڑھنا شروع کیا، اس کا ٹرانسلیشن پڑھتے پڑھتے اس کو لگا کہ یہ تو بالکل سچی کتاب ہے، اس میں تو کوئی خرابی ہے ہی نہیں۔</w:t>
      </w:r>
    </w:p>
    <w:p>
      <w:r>
        <w:rPr>
          <w:b/>
        </w:rPr>
        <w:t xml:space="preserve">[14:01] </w:t>
      </w:r>
      <w:r>
        <w:t>mein ghalti kahan se nikaloon? toh kya hua? usne islam qubool kar liya. is tarah ke waqiaat bahut se hue hain.</w:t>
      </w:r>
    </w:p>
    <w:p>
      <w:pPr>
        <w:jc w:val="right"/>
      </w:pPr>
      <w:r>
        <w:t>میں غلطی کہاں سے نکالوں؟ تو کیا ہوا؟ اس نے اسلام قبول کر لیا۔ اس طرح کے واقعات بہت سے ہوئے ہیں۔</w:t>
      </w:r>
    </w:p>
    <w:p>
      <w:r>
        <w:rPr>
          <w:b/>
        </w:rPr>
        <w:t xml:space="preserve">[14:12] </w:t>
      </w:r>
      <w:r>
        <w:t>in waqiaat par sochte hue jo baat mujhe samajh mein aati hai, woh yeh hai ke asal masla hai ke har aadmi wrong choice liye hue hai.</w:t>
      </w:r>
    </w:p>
    <w:p>
      <w:pPr>
        <w:jc w:val="right"/>
      </w:pPr>
      <w:r>
        <w:t>ان واقعات پر سوچتے ہوئے جو بات مجھے سمجھ میں آتی ہے، وہ یہ ہے کہ اصل مسئلہ ہے کہ ہر آدمی رانگ چوائس لیے ہوئے ہے۔</w:t>
      </w:r>
    </w:p>
    <w:p>
      <w:r>
        <w:rPr>
          <w:b/>
        </w:rPr>
        <w:t xml:space="preserve">[14:21] </w:t>
      </w:r>
      <w:r>
        <w:t>basically har aadmi seeker hai. seeker uska idealism, uska target hai. lekin kisi aur cheez ko usne bana rakha hai ideal.</w:t>
      </w:r>
    </w:p>
    <w:p>
      <w:pPr>
        <w:jc w:val="right"/>
      </w:pPr>
      <w:r>
        <w:t>بیسیکلی ہر آدمی سیکر ہے۔ سیکر اس کا آئیڈیلزم، اس کا ٹارگٹ ہے۔ لیکن کسی اور چیز کو اس نے بنا رکھا ہے آئیڈیل۔</w:t>
      </w:r>
    </w:p>
    <w:p>
      <w:r>
        <w:rPr>
          <w:b/>
        </w:rPr>
        <w:t xml:space="preserve">[14:33] </w:t>
      </w:r>
      <w:r>
        <w:t>yaani ideal toh hona chahiye paradise, lekin usne kisi aur cheez ko bana liya, samajh liya ke yahan mujhe mil jayegi woh cheez.</w:t>
      </w:r>
    </w:p>
    <w:p>
      <w:pPr>
        <w:jc w:val="right"/>
      </w:pPr>
      <w:r>
        <w:t>یعنی آئیڈیل تو ہونا چاہیے پیڈائز، لیکن اس نے کسی اور چیز کو بنا لیا، سمجھ لیا کہ یہاں مجھے مل جائے گی وہ چیز۔</w:t>
      </w:r>
    </w:p>
    <w:p>
      <w:r>
        <w:rPr>
          <w:b/>
        </w:rPr>
        <w:t xml:space="preserve">[14:45] </w:t>
      </w:r>
      <w:r>
        <w:t>toh har aadmi wrong option liye hue hai. aur jab usko pata chalta hai ke mera option wrong option tha, toh usko chhod deta hai. isko sochte hue mujhe quran ki ek aayat yaad aayi.</w:t>
      </w:r>
    </w:p>
    <w:p>
      <w:pPr>
        <w:jc w:val="right"/>
      </w:pPr>
      <w:r>
        <w:t>تو ہر آدمی رانگ آپشن لیے ہوئے ہیں۔ اور جب اس کو پتہ چلتا ہے کہ میرا آپشن رانگ آپشن تھا، تو اس کو چھوڑ دیتا ہے۔ اس کو سوچتے ہوئے مجھے قرآن کی ایک آیت یاد آئی۔</w:t>
      </w:r>
    </w:p>
    <w:p>
      <w:r>
        <w:rPr>
          <w:b/>
        </w:rPr>
        <w:t xml:space="preserve">[14:59] </w:t>
      </w:r>
      <w:r>
        <w:t>quran mein chapter 41, verse 31 mein yeh baat aayi hai ke "la tastawi al-hasanatu wa la as-sayyi'ah, idfa' bil-lati hiya ahsan, fa-idha alladhi bainaka wa bainahu 'adawatun, ka'annahu waliyyun hamim".</w:t>
      </w:r>
    </w:p>
    <w:p>
      <w:pPr>
        <w:jc w:val="right"/>
      </w:pPr>
      <w:r>
        <w:t>قرآن میں چیپٹر 41، ورس 31 میں یہ بات آئی ہے کہ "لا تستوی الحسنۃ والسیہ، افا بلتی حسن، فیض الذی بینک بنو عداوہ، کانو ولیون حمیم"۔</w:t>
      </w:r>
    </w:p>
    <w:p>
      <w:r>
        <w:rPr>
          <w:b/>
        </w:rPr>
        <w:t xml:space="preserve">[15:16] </w:t>
      </w:r>
      <w:r>
        <w:t>iska matlab kya hai? iska matlab hai ke jis cheez, jis aadmi ko tum, yaani samajhte ho ke yeh dushman hai, dushman nazar aata hai tum ko, tumhara enemy hai,</w:t>
      </w:r>
    </w:p>
    <w:p>
      <w:pPr>
        <w:jc w:val="right"/>
      </w:pPr>
      <w:r>
        <w:t>اس کا مطلب کیا ہے؟ اس کا مطلب ہے کہ جس چیز، جس آدمی کو تم، یعنی سمجھتے ہو کہ یہ دشمن ہے، دشمن نظر آتا ہے تم کو، تمہارا اینمی ہے،</w:t>
      </w:r>
    </w:p>
    <w:p>
      <w:r>
        <w:rPr>
          <w:b/>
        </w:rPr>
        <w:t xml:space="preserve">[15:28] </w:t>
      </w:r>
      <w:r>
        <w:t>us se yaani react na karo. us se positive andaaz mein baat karo, uske saamne sachai pesh karo, uske saath friendly behaviour karo.</w:t>
      </w:r>
    </w:p>
    <w:p>
      <w:pPr>
        <w:jc w:val="right"/>
      </w:pPr>
      <w:r>
        <w:t>اس سے یعنی ری ایکٹ نہ کرو۔ اس سے پازیٹیو انداز میں بات کرو، اس کے سامنے سچائی پیش کرو، اس کے ساتھ فرینڈلی بیہیویئر کرو۔</w:t>
      </w:r>
    </w:p>
    <w:p>
      <w:r>
        <w:rPr>
          <w:b/>
        </w:rPr>
        <w:t xml:space="preserve">[15:41] </w:t>
      </w:r>
      <w:r>
        <w:t>toh kya hoga?</w:t>
      </w:r>
    </w:p>
    <w:p>
      <w:pPr>
        <w:jc w:val="right"/>
      </w:pPr>
      <w:r>
        <w:t>تو کیا ہوگا؟</w:t>
      </w:r>
    </w:p>
    <w:p>
      <w:r>
        <w:rPr>
          <w:b/>
        </w:rPr>
        <w:t xml:space="preserve">[15:46] </w:t>
      </w:r>
      <w:r>
        <w:t>woh jo bazoahir dushman tha, woh tumhara dost ban jayega.</w:t>
      </w:r>
    </w:p>
    <w:p>
      <w:pPr>
        <w:jc w:val="right"/>
      </w:pPr>
      <w:r>
        <w:t>وہ جو بظاہر دشمن تھا، وہ تمہارا دوست بن جائے گا۔</w:t>
      </w:r>
    </w:p>
    <w:p>
      <w:r>
        <w:rPr>
          <w:b/>
        </w:rPr>
        <w:t xml:space="preserve">[15:52] </w:t>
      </w:r>
      <w:r>
        <w:t>iska matlab kya hai?</w:t>
      </w:r>
    </w:p>
    <w:p>
      <w:pPr>
        <w:jc w:val="right"/>
      </w:pPr>
      <w:r>
        <w:t>اس کا مطلب کیا ہے؟</w:t>
      </w:r>
    </w:p>
    <w:p>
      <w:r>
        <w:rPr>
          <w:b/>
        </w:rPr>
        <w:t xml:space="preserve">[15:55] </w:t>
      </w:r>
      <w:r>
        <w:t>aap se jab dushmani kiye hue tha, woh toh kisi buniyad pe kiye hue tha, kisi aur system ko, kisi aur nizaam ko lekar ke aap ko mukhalif bana hua tha.</w:t>
      </w:r>
    </w:p>
    <w:p>
      <w:pPr>
        <w:jc w:val="right"/>
      </w:pPr>
      <w:r>
        <w:t>آپ سے جب دشمنی کیے ہوئے تھا، وہ تو کسی بنیاد پہ کیے ہوئے تھا، کسی اور سسٹم کو، کسی اور نظام کو لے کر کے آپ کو مخالف بنا ہوا تھا۔</w:t>
      </w:r>
    </w:p>
    <w:p>
      <w:r>
        <w:rPr>
          <w:b/>
        </w:rPr>
        <w:t xml:space="preserve">[16:10] </w:t>
      </w:r>
      <w:r>
        <w:t>lekin jab aap ne usko samjhaya achhe tarike se, toh usko pata chala ke woh toh wrong choice tha mere liye. jis cheez pe woh khada hua tha, woh mere liye wrong choice tha.</w:t>
      </w:r>
    </w:p>
    <w:p>
      <w:pPr>
        <w:jc w:val="right"/>
      </w:pPr>
      <w:r>
        <w:t>لیکن جب آپ نے اس کو سمجھایا اچھے طریقے سے، تو اس کو پتہ چلا کہ وہ تو رانگ چوائس تھا میرے لیے۔ جس چیز پہ وہ کھڑا ہوا تھا، وہ میرے لیے رانگ چوائس تھا۔</w:t>
      </w:r>
    </w:p>
    <w:p>
      <w:r>
        <w:rPr>
          <w:b/>
        </w:rPr>
        <w:t xml:space="preserve">[16:24] </w:t>
      </w:r>
      <w:r>
        <w:t>right choice toh yeh hai. toh poori tareekh mein jo jo jo maine kaha ke teen hazar saal ki tareekh mein yahi kahani dohrai ja rahi hai, log wrong choice liye hue hain aur unko koi batane wala nahin ke right choice kya hai.</w:t>
      </w:r>
    </w:p>
    <w:p>
      <w:pPr>
        <w:jc w:val="right"/>
      </w:pPr>
      <w:r>
        <w:t>رائٹ چوائس تو یہ ہے۔ تو پوری تاریخ میں جو جو جو میں نے کہا کہ تین ہزار سال کی تاریخ میں یہی کہانی دہرائی جا رہی ہے، لوگ رانگ چوائس لیے ہوئے ہیں اور ان کو کوئی بتانے والا نہیں کہ رائٹ چوائس کیا ہے۔</w:t>
      </w:r>
    </w:p>
    <w:p>
      <w:r>
        <w:rPr>
          <w:b/>
        </w:rPr>
        <w:t xml:space="preserve">[16:43] </w:t>
      </w:r>
      <w:r>
        <w:t>kyunki log log fatwe ki zabaan bolte hain, log usko dushman qarar dekar unko maarte phirte hain, ladte hain us se.</w:t>
      </w:r>
    </w:p>
    <w:p>
      <w:pPr>
        <w:jc w:val="right"/>
      </w:pPr>
      <w:r>
        <w:t>کیونکہ لوگ لوگ فتوے کے زبان بولتے ہیں، لوگ اس کو دشمن قرار دے کر ان کو مارتے پھرتے ہیں، لڑتے ہیں اس سے۔</w:t>
      </w:r>
    </w:p>
    <w:p>
      <w:r>
        <w:rPr>
          <w:b/>
        </w:rPr>
        <w:t xml:space="preserve">[16:52] </w:t>
      </w:r>
      <w:r>
        <w:t>toh woh saare insaan jo aap ko nazar aate hain, dushman ya aap ke khilaaf ya aap ke rival, woh sab haqeeqatan wrong choice liye hue hain.</w:t>
      </w:r>
    </w:p>
    <w:p>
      <w:pPr>
        <w:jc w:val="right"/>
      </w:pPr>
      <w:r>
        <w:t>تو وہ سارے انسان جو آپ کو نظر آتے ہیں، دشمن یا آپ کے خلاف یا آپ کے رائیول، وہ سب حقیقتاً رانگ چوائس لیے ہوئے ہیں۔</w:t>
      </w:r>
    </w:p>
    <w:p>
      <w:r>
        <w:rPr>
          <w:b/>
        </w:rPr>
        <w:t xml:space="preserve">[17:01] </w:t>
      </w:r>
      <w:r>
        <w:t>maslan wrong choice ka matlab yeh hai ke unhone paitl ko gold samajh rakha hai. agar aap kisi taraf se samjha sakein ke woh toh paitl hai, woh gold nahin hai, toh foran maan lega woh,</w:t>
      </w:r>
    </w:p>
    <w:p>
      <w:pPr>
        <w:jc w:val="right"/>
      </w:pPr>
      <w:r>
        <w:t>مثلاً رانگ چوائس کا مطلب یہ ہے کہ انہوں نے پیتل کو گولڈ سمجھ رکھا ہے۔ اگر آپ کسی طرف سے سمجھا سکیں کہ وہ تو پیتل ہے، وہ گولڈ نہیں ہے، تو فوراً مان لے گا وہ،</w:t>
      </w:r>
    </w:p>
    <w:p>
      <w:r>
        <w:rPr>
          <w:b/>
        </w:rPr>
        <w:t xml:space="preserve">[17:16] </w:t>
      </w:r>
      <w:r>
        <w:t>toh foran maan lega.</w:t>
      </w:r>
    </w:p>
    <w:p>
      <w:pPr>
        <w:jc w:val="right"/>
      </w:pPr>
      <w:r>
        <w:t>تو فوراً مان لے گا۔</w:t>
      </w:r>
    </w:p>
    <w:p>
      <w:r>
        <w:rPr>
          <w:b/>
        </w:rPr>
        <w:t xml:space="preserve">[17:21] </w:t>
      </w:r>
      <w:r>
        <w:t>toh yeh saare hungaame jahan se wahan tak hain, woh yeh yeh samjhe baghair hain ke koi bhi jo aadmi kisi nazariye ko, kisi mazhab ko, kisi system ko liye hue hai aur aap ko bazoahir mukhalif nazar aata hai, woh haqeeqatan mukhalif nahin hai.</w:t>
      </w:r>
    </w:p>
    <w:p>
      <w:pPr>
        <w:jc w:val="right"/>
      </w:pPr>
      <w:r>
        <w:t>تو یہ سارے ہنگامے جہاں سے وہاں تک ہیں، وہ یہ یہ سمجھے بغیر ہیں کہ کوئی بھی جو آدمی کسی نظریے کو، کسی مذہب کو، کسی سسٹم کو لیے ہوئے ہے اور آپ کو بظاہر مخالف نظر آتا ہے، وہ حقیقتاً مخالف نہیں ہے۔</w:t>
      </w:r>
    </w:p>
    <w:p>
      <w:r>
        <w:rPr>
          <w:b/>
        </w:rPr>
        <w:t xml:space="preserve">[17:40] </w:t>
      </w:r>
      <w:r>
        <w:t>kyunki haqeeqat toh woh true seeker hai, haqeeqat toh woh sachai chahta hai. kisi ghalti ki wajah se woh kisi aur cheez ko sachai samajh baitha hai,</w:t>
      </w:r>
    </w:p>
    <w:p>
      <w:pPr>
        <w:jc w:val="right"/>
      </w:pPr>
      <w:r>
        <w:t>کیونکہ حقیقت تو وہ ٹرو سیکر ہے، حقیقت تو وہ سچائی چاہتا ہے۔ کسی غلطی کی وجہ سے وہ کسی اور چیز کو سچائی سمجھ بیٹھا ہے،</w:t>
      </w:r>
    </w:p>
    <w:p>
      <w:r>
        <w:rPr>
          <w:b/>
        </w:rPr>
        <w:t xml:space="preserve">[17:50] </w:t>
      </w:r>
      <w:r>
        <w:t>aik rang choice le liya hai, aik rang choice is ne liya hai. to aap is ke is ko samjhaiye, is ke zehan ko durust kijiye.</w:t>
      </w:r>
    </w:p>
    <w:p>
      <w:pPr>
        <w:jc w:val="right"/>
      </w:pPr>
      <w:r>
        <w:t>ایک رانگ چوائس لے لیا ہے، ایک رانگ چوائس اس نے لیا ہے۔ تو آپ اس کے اس کو سمجھائیے، اس کے ذہن کو درست کیجئے۔</w:t>
      </w:r>
    </w:p>
    <w:p>
      <w:r>
        <w:rPr>
          <w:b/>
        </w:rPr>
        <w:t xml:space="preserve">[18:04] </w:t>
      </w:r>
      <w:r>
        <w:t>yeh matlab is ayat ka ke jis ko tum dushman samajh rahe ho, woh haqiqatan aik aisa insan hai jis ne wrong choice le rakha hai.</w:t>
      </w:r>
    </w:p>
    <w:p>
      <w:pPr>
        <w:jc w:val="right"/>
      </w:pPr>
      <w:r>
        <w:t>یہ مطلب اس آیت کا کہ جس کو تم دشمن سمجھ رہے ہو، وہ حقیقتاً ایک ایسا انسان ہے جس نے رانگ چوائس لے رکھا ہے۔</w:t>
      </w:r>
    </w:p>
    <w:p>
      <w:r>
        <w:rPr>
          <w:b/>
        </w:rPr>
        <w:t xml:space="preserve">[18:13] </w:t>
      </w:r>
      <w:r>
        <w:t>to dushman na samjho is ko, is ko samjhao. jis din khule ga is ke upar ke main ne wrong choice le rakha tha, to bas woh theek ho jaye ga.</w:t>
      </w:r>
    </w:p>
    <w:p>
      <w:pPr>
        <w:jc w:val="right"/>
      </w:pPr>
      <w:r>
        <w:t>تو دشمن نہ سمجھو اس کو، اس کو سمجھاؤ۔ جس دن کھلے گا اس کے اوپر کہ میں نے رانگ چوائس لے رکھا تھا، تو بس وہ ٹھیک ہو جائے گا۔</w:t>
      </w:r>
    </w:p>
    <w:p>
      <w:r>
        <w:rPr>
          <w:b/>
        </w:rPr>
        <w:t xml:space="preserve">[18:25] </w:t>
      </w:r>
      <w:r>
        <w:t>kyunke dekhiye, by nature har aadmi true seeker hai. by nature koi, yani by birth, koi evil nahi hai.</w:t>
      </w:r>
    </w:p>
    <w:p>
      <w:pPr>
        <w:jc w:val="right"/>
      </w:pPr>
      <w:r>
        <w:t>کیونکہ دیکھیے، بائی نیچر ہر آدمی ٹرو سیکر ہے۔ بائی نیچر کوئی، یعنی بائی برتھ، کوئی ایول نہیں ہے۔</w:t>
      </w:r>
    </w:p>
    <w:p>
      <w:r>
        <w:rPr>
          <w:b/>
        </w:rPr>
        <w:t xml:space="preserve">[18:35] </w:t>
      </w:r>
      <w:r>
        <w:t>kisi insan ko Allah taala ne by birth bura nahi paida kiya.</w:t>
      </w:r>
    </w:p>
    <w:p>
      <w:pPr>
        <w:jc w:val="right"/>
      </w:pPr>
      <w:r>
        <w:t>کسی انسان کو اللہ تعالی نے بائی برتھ برا نہیں پیدا کیا۔</w:t>
      </w:r>
    </w:p>
    <w:p>
      <w:r>
        <w:rPr>
          <w:b/>
        </w:rPr>
        <w:t xml:space="preserve">[18:39] </w:t>
      </w:r>
      <w:r>
        <w:t>hadith mein hai ke "kal mawludina yulad ala al fitra". har insan paida hota hai fitrat par, nature par.</w:t>
      </w:r>
    </w:p>
    <w:p>
      <w:pPr>
        <w:jc w:val="right"/>
      </w:pPr>
      <w:r>
        <w:t>حدیث میں ہے کہ "کل مولدین یولد علی الفطرہ"۔ ہر انسان پیدا ہوتا ہے فطرت پر، نیچر پر۔</w:t>
      </w:r>
    </w:p>
    <w:p>
      <w:r>
        <w:rPr>
          <w:b/>
        </w:rPr>
        <w:t xml:space="preserve">[18:50] </w:t>
      </w:r>
      <w:r>
        <w:t>har insan quran mein bhi yeh baat hai ke "fitrat Allah allati fatarat al nas alaha la tabdeela li khalq Allah".</w:t>
      </w:r>
    </w:p>
    <w:p>
      <w:pPr>
        <w:jc w:val="right"/>
      </w:pPr>
      <w:r>
        <w:t>ہر انسان قرآن میں بھی یہ بات ہے کہ "فطرت اللہ التی فطرت الناس الہا لا تبدیل لخلق اللہ"۔</w:t>
      </w:r>
    </w:p>
    <w:p>
      <w:r>
        <w:rPr>
          <w:b/>
        </w:rPr>
        <w:t xml:space="preserve">[19:03] </w:t>
      </w:r>
      <w:r>
        <w:t>insan ko paida kiya hai Allah taala ne sahi fitrat mein aur Allah ke Allah ke creation mein koi badlav nahi aata.</w:t>
      </w:r>
    </w:p>
    <w:p>
      <w:pPr>
        <w:jc w:val="right"/>
      </w:pPr>
      <w:r>
        <w:t>انسان کو پیدا کیا ہے اللہ تعالی نے صحیح فطرت میں اور اللہ کے اللہ کے کریشن میں کوئی بدلاؤ نہیں آتا۔</w:t>
      </w:r>
    </w:p>
    <w:p>
      <w:r>
        <w:rPr>
          <w:b/>
        </w:rPr>
        <w:t xml:space="preserve">[19:16] </w:t>
      </w:r>
      <w:r>
        <w:t>"la tabdeela li khalq Allah". is ka matlab hai ke Allah ke karkhane se jo insan paida ho kar aata hai, woh by birth kabhi bhi evil nahi hota.</w:t>
      </w:r>
    </w:p>
    <w:p>
      <w:pPr>
        <w:jc w:val="right"/>
      </w:pPr>
      <w:r>
        <w:t>"لا تبدیل لخلق اللہ"۔ اس کا معنی ہے کہ اللہ کے کارخانے سے جو انسان پیدا ہو کر آتا ہے، وہ بائی برتھ کبھی بھی ایول نہیں ہوتا۔</w:t>
      </w:r>
    </w:p>
    <w:p>
      <w:r>
        <w:rPr>
          <w:b/>
        </w:rPr>
        <w:t xml:space="preserve">[19:28] </w:t>
      </w:r>
      <w:r>
        <w:t>hota kya hai? ke woh hota hai true seeker.</w:t>
      </w:r>
    </w:p>
    <w:p>
      <w:pPr>
        <w:jc w:val="right"/>
      </w:pPr>
      <w:r>
        <w:t>ہوتا کیا ہے؟ کہ وہ ہوتا ہے ٹرو سیکر۔</w:t>
      </w:r>
    </w:p>
    <w:p>
      <w:r>
        <w:rPr>
          <w:b/>
        </w:rPr>
        <w:t xml:space="preserve">[19:33] </w:t>
      </w:r>
      <w:r>
        <w:t>is ke mind mein aik ideal basa hua hai, is ke mind mein aik paradise basa hua hai. yeh by by birth is ke andar hota hai. ab dhoondh raha hai, dhoondh raha hai, kisi cheez ko samajh liya ke bhai yeh hai sachai, yeh hai paradise ka rasta, to wahan woh lag jata hai.</w:t>
      </w:r>
    </w:p>
    <w:p>
      <w:pPr>
        <w:jc w:val="right"/>
      </w:pPr>
      <w:r>
        <w:t>اس کے مائنڈ میں ایک آئیڈیل بسا ہوا ہے، اس کے مائنڈ میں ایک ایک پیڈائز بسا ہوا ہے۔ یہ بائی بائی برتھ اس کے اندر ہوتا ہے۔ اب ڈھونڈ رہا ہے، ڈھونڈ رہا ہے، کسی چیز کو سمجھ لیا کہ بھئی یہ ہے سچائی، یہ ہے پیڈائز کا راستہ، تو وہاں وہ لگ جاتا ہے۔</w:t>
      </w:r>
    </w:p>
    <w:p>
      <w:r>
        <w:rPr>
          <w:b/>
        </w:rPr>
        <w:t xml:space="preserve">[19:49] </w:t>
      </w:r>
      <w:r>
        <w:t>to aap is ko yeh na samjhiye ke aap ke khilaf ho, aap ke dushman hain. yeh samjhiye ke is ne wrong choice le rakha hai.</w:t>
      </w:r>
    </w:p>
    <w:p>
      <w:pPr>
        <w:jc w:val="right"/>
      </w:pPr>
      <w:r>
        <w:t>تو آپ اس کو یہ نہ سمجھیے کہ آپ کے خلاف ہو، آپ کے دشمن ہیں۔ یہ سمجھئے کہ اس نے رانگ چوائس لے رکھا ہے۔</w:t>
      </w:r>
    </w:p>
    <w:p>
      <w:r>
        <w:rPr>
          <w:b/>
        </w:rPr>
        <w:t xml:space="preserve">[19:59] </w:t>
      </w:r>
      <w:r>
        <w:t>to ab jin logon ne west ke khilaf hangame kar rakhe hain, do sau saal se, un ko is ka pata hi nahi ke asal masla yeh yeh nahi hai ke woh log sab ke sab bure hain, unhon ne wrong choice le rakha hai.</w:t>
      </w:r>
    </w:p>
    <w:p>
      <w:pPr>
        <w:jc w:val="right"/>
      </w:pPr>
      <w:r>
        <w:t>تو اب جن لوگوں نے ویسٹ کے خلاف ہنگامے کر رکھے ہیں، دو سو سال سے، ان کو اس کا پتہ ہی نہیں کہ اصل مسئلہ یہ یہ نہیں ہے کہ وہ لوگ سب کے سب برے ہیں، انہوں نے رانگ چوائس لے رکھا ہے۔</w:t>
      </w:r>
    </w:p>
    <w:p>
      <w:r>
        <w:rPr>
          <w:b/>
        </w:rPr>
        <w:t xml:space="preserve">[20:16] </w:t>
      </w:r>
      <w:r>
        <w:t>misalan,</w:t>
      </w:r>
    </w:p>
    <w:p>
      <w:pPr>
        <w:jc w:val="right"/>
      </w:pPr>
      <w:r>
        <w:t>مثلاً،</w:t>
      </w:r>
    </w:p>
    <w:p>
      <w:r>
        <w:rPr>
          <w:b/>
        </w:rPr>
        <w:t xml:space="preserve">[20:20] </w:t>
      </w:r>
      <w:r>
        <w:t>yani Darwin ne samjha ke jo creation ka phenomenon hai, to woh base karta hai natural selection par.</w:t>
      </w:r>
    </w:p>
    <w:p>
      <w:pPr>
        <w:jc w:val="right"/>
      </w:pPr>
      <w:r>
        <w:t>یعنی ڈارون نے سمجھا کہ جو کریشن کا فیناومینا ہے، تو وہ بیس کرتا ہے نیچرل سلیکشن پر۔</w:t>
      </w:r>
    </w:p>
    <w:p>
      <w:r>
        <w:rPr>
          <w:b/>
        </w:rPr>
        <w:t xml:space="preserve">[20:30] </w:t>
      </w:r>
      <w:r>
        <w:t>ab aap is ko samjha sakein agar ke nahi, yeh yeh hai divine, yeh Khuda ka mamla hai, yeh natural selection ka mamla nahi hai, divine selection ka mamla hai.</w:t>
      </w:r>
    </w:p>
    <w:p>
      <w:pPr>
        <w:jc w:val="right"/>
      </w:pPr>
      <w:r>
        <w:t>اب آپ اس کو سمجھا سکیں اگر کہ نہیں، یہ یہ ہے ڈیوائن، یہ خدا کا معاملہ ہے، یہ نیچرل سلیکشن کا معاملہ نہیں ہے، ڈیوائن سلیکشن کا معاملہ ہے۔</w:t>
      </w:r>
    </w:p>
    <w:p>
      <w:r>
        <w:rPr>
          <w:b/>
        </w:rPr>
        <w:t xml:space="preserve">[20:46] </w:t>
      </w:r>
      <w:r>
        <w:t>to woh expression jo talash kar raha tha, to is ke liye is ne rang choice le rakha tha. lekin aap ne yahan to samjha nahi hai is ko, bas is ko kafir bana diya, dushman bana diya.</w:t>
      </w:r>
    </w:p>
    <w:p>
      <w:pPr>
        <w:jc w:val="right"/>
      </w:pPr>
      <w:r>
        <w:t>تو وہ ایکسپریشن جو تلاش کر رہا تھا، تو اس کے لیے اس نے رانگ چوائس لے رکھا تھا۔ لیکن آپ نے یہاں تو سمجھا نہیں ہے اس کو، بس اس کو کافر بنا دیا، دشمن بنا دیا۔</w:t>
      </w:r>
    </w:p>
    <w:p>
      <w:r>
        <w:rPr>
          <w:b/>
        </w:rPr>
        <w:t xml:space="preserve">[20:57] </w:t>
      </w:r>
      <w:r>
        <w:t>to is ko aap ne yeh mauqa nahi diya ke is ke andar second thought aaye, is ke andar koi rethinking paida ho.</w:t>
      </w:r>
    </w:p>
    <w:p>
      <w:pPr>
        <w:jc w:val="right"/>
      </w:pPr>
      <w:r>
        <w:t>تو اس کو آپ نے یہ موقع نہیں دیا کہ اس کے اندر سیکنڈ تھاٹ آئے، اس کے اندر کوئی ری تھنکنگ پیدا ہو۔</w:t>
      </w:r>
    </w:p>
    <w:p>
      <w:r>
        <w:rPr>
          <w:b/>
        </w:rPr>
        <w:t xml:space="preserve">[21:07] </w:t>
      </w:r>
      <w:r>
        <w:t>aise hi dekhiye, karobar jo hai, is ne jo baat kahi thi, to is ke nazdeek aik system jo tha, woh tha agar woh agar woh qaim ho jaye to dunya se expression khatam ho jayega.</w:t>
      </w:r>
    </w:p>
    <w:p>
      <w:pPr>
        <w:jc w:val="right"/>
      </w:pPr>
      <w:r>
        <w:t>ایسے ہی دیکھیے، کاروبار جو ہے، اس نے جو بات کہی تھی، تو اس کے نزدیک ایک سسٹم جو تھا، وہ تھا اگر وہ اگر وہ قائم ہو جائے تو دنیا سے ایکسپریشن ختم ہو جائے گا۔</w:t>
      </w:r>
    </w:p>
    <w:p>
      <w:r>
        <w:rPr>
          <w:b/>
        </w:rPr>
        <w:t xml:space="preserve">[21:21] </w:t>
      </w:r>
      <w:r>
        <w:t>to mere nazdeek 100 fisad rang tha, woh galat tha, woh. lekin sirf yeh kehna hai ke woh dushman hai, woh woh bura hai, woh shaitan hai, is se is ko is ke mind mein second thought nahi aa sakta, rethinking ka process jari nahi ho sakta.</w:t>
      </w:r>
    </w:p>
    <w:p>
      <w:pPr>
        <w:jc w:val="right"/>
      </w:pPr>
      <w:r>
        <w:t>تو میرے نزدیک 100 فیصد رانگ تھا، وہ غلط تھا، وہ۔ لیکن صرف یہ کہنا ہے کہ وہ دشمن ہے، وہ وہ برا ہے، وہ شیطان ہے، اس سے اس کو اس کے مائنڈ میں سیکنڈ تھاٹ نہیں آ سکتا، ری تھنکنگ کا پراسیس جاری نہیں ہو سکتا۔</w:t>
      </w:r>
    </w:p>
    <w:p>
      <w:r>
        <w:rPr>
          <w:b/>
        </w:rPr>
        <w:t xml:space="preserve">[21:41] </w:t>
      </w:r>
      <w:r>
        <w:t>is ka yeh chahna to bilkul durust hai ke expression na ho, lekin is ne jis cheez ko apna choice banaya tha, yani communist system, woh is ka rang choice tha.</w:t>
      </w:r>
    </w:p>
    <w:p>
      <w:pPr>
        <w:jc w:val="right"/>
      </w:pPr>
      <w:r>
        <w:t>اس کا یہ چاہنا تو بالکل درست ہے کہ ایکسپریشن نہ ہو، لیکن اس نے جس چیز کو اپنا چوائس بنایا تھا، یعنی کمنٹ سسٹم، وہ اس کا رانگ چوائس تھا۔</w:t>
      </w:r>
    </w:p>
    <w:p>
      <w:r>
        <w:rPr>
          <w:b/>
        </w:rPr>
        <w:t xml:space="preserve">[21:55] </w:t>
      </w:r>
      <w:r>
        <w:t>yahan pe bataiye is ko.</w:t>
      </w:r>
    </w:p>
    <w:p>
      <w:pPr>
        <w:jc w:val="right"/>
      </w:pPr>
      <w:r>
        <w:t>یہاں پہ بتائیے اس کو۔</w:t>
      </w:r>
    </w:p>
    <w:p>
      <w:r>
        <w:rPr>
          <w:b/>
        </w:rPr>
        <w:t xml:space="preserve">[22:02] </w:t>
      </w:r>
      <w:r>
        <w:t>to yeh jitne bhi maghrib ke log hain, mere nazdeek woh evil ka case nahi hai, woh shaitan ka case nahi hai, woh shajar khwisha nahi hai.</w:t>
      </w:r>
    </w:p>
    <w:p>
      <w:pPr>
        <w:jc w:val="right"/>
      </w:pPr>
      <w:r>
        <w:t>تو یہ جتنے بھی مغرب کے لوگ ہیں، میرے نزدیک وہ ایول کا کیس نہیں ہے، وہ شیطان کا کیس نہیں ہے، وہ شجر خویشہ نہیں ہے۔</w:t>
      </w:r>
    </w:p>
    <w:p>
      <w:r>
        <w:rPr>
          <w:b/>
        </w:rPr>
        <w:t xml:space="preserve">[22:15] </w:t>
      </w:r>
      <w:r>
        <w:t>unhon ne apne mind mein jo talash thi, un ke fitri taur par ideal ki, is ke liye unhon ne kuch rang choice le rakhe hain.</w:t>
      </w:r>
    </w:p>
    <w:p>
      <w:pPr>
        <w:jc w:val="right"/>
      </w:pPr>
      <w:r>
        <w:t>انہوں نے اپنے مائنڈ میں جو تلاش تھی، ان کے فطری طور پر آئیڈیل کی، اس کے لیے انہوں نے کچھ رانگ چوائس لے رکھے ہیں۔</w:t>
      </w:r>
    </w:p>
    <w:p>
      <w:r>
        <w:rPr>
          <w:b/>
        </w:rPr>
        <w:t xml:space="preserve">[22:24] </w:t>
      </w:r>
      <w:r>
        <w:t>wahan par is ko bataiye is ko.</w:t>
      </w:r>
    </w:p>
    <w:p>
      <w:pPr>
        <w:jc w:val="right"/>
      </w:pPr>
      <w:r>
        <w:t>وہاں پر اس کو بتائیے۔</w:t>
      </w:r>
    </w:p>
    <w:p>
      <w:r>
        <w:rPr>
          <w:b/>
        </w:rPr>
        <w:t xml:space="preserve">[22:28] </w:t>
      </w:r>
      <w:r>
        <w:t>misalan, dekhiye, ek baat yeh batani ki hai, bohat zaroori poori duniya ko ke paida karne wale ne is duniya ko do part mein taqseem kiya hai: pre death period aur death period.</w:t>
      </w:r>
    </w:p>
    <w:p>
      <w:pPr>
        <w:jc w:val="right"/>
      </w:pPr>
      <w:r>
        <w:t>مثلاً، دیکھیے، ایک بات یہ بتانی کی ہے، بہت ضروری پوری دنیا کو کہ پیدا کرنے والے نے اس دنیا کو دو پارٹ میں تقسیم کیا ہے: پری ڈیتھ پیریڈ اور ڈیتھ پیریڈ۔</w:t>
      </w:r>
    </w:p>
    <w:p>
      <w:r>
        <w:rPr>
          <w:b/>
        </w:rPr>
        <w:t xml:space="preserve">[22:45] </w:t>
      </w:r>
      <w:r>
        <w:t>ke insaan to eternal hai, paidaishi taur par eternal hota hai, lekin temporary taur par is duniya mein hota hai, is ke baad jata hai doosri duniya mein.</w:t>
      </w:r>
    </w:p>
    <w:p>
      <w:pPr>
        <w:jc w:val="right"/>
      </w:pPr>
      <w:r>
        <w:t>کہ انسان تو ایٹرنل ہے، پیدائشی طور پر ایٹرنل ہوتا ہے، لیکن ٹیمپریری طور پر اس دنیا میں ہوتا ہے، اس کے بعد جاتا ہے دوسری دنیا میں۔</w:t>
      </w:r>
    </w:p>
    <w:p>
      <w:r>
        <w:rPr>
          <w:b/>
        </w:rPr>
        <w:t xml:space="preserve">[22:57] </w:t>
      </w:r>
      <w:r>
        <w:t>to hum jo paida hue hain, hamare mind mein hum hum total truth ko paana chahte hain, ideal world ko paana chahte hain.</w:t>
      </w:r>
    </w:p>
    <w:p>
      <w:pPr>
        <w:jc w:val="right"/>
      </w:pPr>
      <w:r>
        <w:t>تو ہم جو پیدا ہوئے ہیں، ہمارے مائنڈ میں ہم ہم ٹوٹل ٹروتھ کو پانا چاہتے ہیں، آئیڈیل ورلڈ کو پانا چاہتے ہیں۔</w:t>
      </w:r>
    </w:p>
    <w:p>
      <w:r>
        <w:rPr>
          <w:b/>
        </w:rPr>
        <w:t xml:space="preserve">[23:11] </w:t>
      </w:r>
      <w:r>
        <w:t>lekin yeh echo echo hamare andar khwahish hai, kyunke hamara mind jo hai, wahan tak sochta hai, akhirat tak sochta hai, sirf isi tak nahi soch pata.</w:t>
      </w:r>
    </w:p>
    <w:p>
      <w:pPr>
        <w:jc w:val="right"/>
      </w:pPr>
      <w:r>
        <w:t>لیکن یہ ایکو ایکو ہمارے اندر خواہش ہے، کیونکہ ہمارا مائنڈ جو ہے، وہاں تک سوچتا ہے، آخرت تک سوچتا ہے، صرف اسی تک نہیں سوچ پاتا۔</w:t>
      </w:r>
    </w:p>
    <w:p>
      <w:r>
        <w:rPr>
          <w:b/>
        </w:rPr>
        <w:t xml:space="preserve">[23:21] </w:t>
      </w:r>
      <w:r>
        <w:t>to is ko batana parega ke is duniya mein woh cheez tum ko nahi mil sakti, milegi to wahan milegi. yeh</w:t>
      </w:r>
    </w:p>
    <w:p>
      <w:pPr>
        <w:jc w:val="right"/>
      </w:pPr>
      <w:r>
        <w:t>تو اس کو بتانا پڑے گا کہ اس دنیا میں وہ چیز تم کو نہیں مل سکتی، ملے گی تو وہاں ملے گی۔ یہ</w:t>
      </w:r>
    </w:p>
    <w:p>
      <w:r>
        <w:rPr>
          <w:b/>
        </w:rPr>
        <w:t xml:space="preserve">[23:27] </w:t>
      </w:r>
      <w:r>
        <w:t>aan to mehdood duniya hai, yahan to sirf aap ko yani apna personality development karna hai, apne jo test hai, us mein poora utarna hai, yeh sab kaam karna hai.</w:t>
      </w:r>
    </w:p>
    <w:p>
      <w:pPr>
        <w:jc w:val="right"/>
      </w:pPr>
      <w:r>
        <w:t>اں تو محدود دنیا ہے، یہاں تو صرف آپ کو یعنی اپنا پرسنیلٹی ڈیویلپمنٹ کرنا ہے، اپنے جو ٹیسٹ ہے، اس میں پورا اترنا ہے، یہ سب کام کرنا ہے۔</w:t>
      </w:r>
    </w:p>
    <w:p>
      <w:r>
        <w:rPr>
          <w:b/>
        </w:rPr>
        <w:t xml:space="preserve">[23:42] </w:t>
      </w:r>
      <w:r>
        <w:t>aur woh jo tumhare dil mein ideal hai, woh agli duniya mein hai, yahan nahi hai. yani creation plan of god jo hai, is se bekhabri ka maamla yeh hai, dushmani ka maamla nahi hai, yeh</w:t>
      </w:r>
    </w:p>
    <w:p>
      <w:pPr>
        <w:jc w:val="right"/>
      </w:pPr>
      <w:r>
        <w:t>اور وہ جو تمہارے دل میں آئیڈیل ہے، وہ اگلی دنیا میں ہے، یہاں نہیں ہے۔ یعنی کریشن پلان آف گاڈ جو ہے، اس سے بے خبری کا معاملہ یہ ہے، دشمنی کا معاملہ نہیں ہے، یہ</w:t>
      </w:r>
    </w:p>
    <w:p>
      <w:r>
        <w:rPr>
          <w:b/>
        </w:rPr>
        <w:t xml:space="preserve">[23:57] </w:t>
      </w:r>
      <w:r>
        <w:t>creation plan of god se bekhabri ka maamla hai.</w:t>
      </w:r>
    </w:p>
    <w:p>
      <w:pPr>
        <w:jc w:val="right"/>
      </w:pPr>
      <w:r>
        <w:t>کریشن پلان آف گاڈ سے بے خبری کا معاملہ ہے۔</w:t>
      </w:r>
    </w:p>
    <w:p>
      <w:r>
        <w:rPr>
          <w:b/>
        </w:rPr>
        <w:t xml:space="preserve">[24:07] </w:t>
      </w:r>
      <w:r>
        <w:t>ab kya karte hain log? ke bas is ke khilaf fatwa, is ko shajar khwishah declare karte hain ke yeh bure log hain, yeh islam ke dushman hain, yeh sachai ke dushman hain.</w:t>
      </w:r>
    </w:p>
    <w:p>
      <w:pPr>
        <w:jc w:val="right"/>
      </w:pPr>
      <w:r>
        <w:t>اب کیا کرتے ہیں لوگ؟ کہ بس اس کے خلاف فتویٰ، اس کو شجر خویشہ ڈیکلیئر کرتے ہیں کہ یہ برے لوگ ہیں، یہ اسلام کے دشمن ہیں، یہ سچائی کے دشمن ہیں۔</w:t>
      </w:r>
    </w:p>
    <w:p>
      <w:r>
        <w:rPr>
          <w:b/>
        </w:rPr>
        <w:t xml:space="preserve">[24:19] </w:t>
      </w:r>
      <w:r>
        <w:t>yeh case nahi hai in ka,</w:t>
      </w:r>
    </w:p>
    <w:p>
      <w:pPr>
        <w:jc w:val="right"/>
      </w:pPr>
      <w:r>
        <w:t>یہ کیس نہیں ہے ان کا،</w:t>
      </w:r>
    </w:p>
    <w:p>
      <w:r>
        <w:rPr>
          <w:b/>
        </w:rPr>
        <w:t xml:space="preserve">[24:21] </w:t>
      </w:r>
      <w:r>
        <w:t>in ka case hai wrong choice lene ka case. isi liye is muddat mein hazaron hazar log hain jinhone quran ko padha aur unhone islam ko accept kar liya, kyunke un ki samajh mein aaya ke woh wrong choice liye hue thay.</w:t>
      </w:r>
    </w:p>
    <w:p>
      <w:pPr>
        <w:jc w:val="right"/>
      </w:pPr>
      <w:r>
        <w:t>ان کا کیس ہے رانگ چوائس لینے کا کیس۔ اسی لیے اس مدت میں ہزاروں ہزار لوگ ہیں جنہوں نے قرآن کو پڑھا اور انہوں نے اسلام کو ایکسیپٹ کر لیا، کیونکہ ان کی سمجھ میں آیا کہ وہ رانگ چوائس لیے ہوئے تھے۔</w:t>
      </w:r>
    </w:p>
    <w:p>
      <w:r>
        <w:rPr>
          <w:b/>
        </w:rPr>
        <w:t xml:space="preserve">[24:40] </w:t>
      </w:r>
      <w:r>
        <w:t>to main samajhta hoon ke jitne bhi reformer hain, jitne bhi musaleheen hain, un ka case sirf ek case hai ke unhone yeh chaha ke isi duniya mein woh ideal world banayein.</w:t>
      </w:r>
    </w:p>
    <w:p>
      <w:pPr>
        <w:jc w:val="right"/>
      </w:pPr>
      <w:r>
        <w:t>تو میں سمجھتا ہوں کہ جتنے بھی ریفارمر ہیں، جتنے بھی مسلحین ہیں، ان کا کیس صرف ایک کیس ہے کہ انہوں نے یہ چاہا کہ اسی دنیا میں وہ آئیڈیل ورلڈ بنائیں۔</w:t>
      </w:r>
    </w:p>
    <w:p>
      <w:r>
        <w:rPr>
          <w:b/>
        </w:rPr>
        <w:t xml:space="preserve">[24:52] </w:t>
      </w:r>
      <w:r>
        <w:t>ideal world, misalan, karl marx ne kaha ke is duniya mein woh</w:t>
      </w:r>
    </w:p>
    <w:p>
      <w:pPr>
        <w:jc w:val="right"/>
      </w:pPr>
      <w:r>
        <w:t>آئیڈیل ورلڈ، مثلاً، کارل مارکس نے کہا کہ اس دنیا میں وہ</w:t>
      </w:r>
    </w:p>
    <w:p>
      <w:r>
        <w:rPr>
          <w:b/>
        </w:rPr>
        <w:t xml:space="preserve">[24:59] </w:t>
      </w:r>
      <w:r>
        <w:t>exploitation se pak system banaye jahan bilkul expression na ho. yeh to possible nahi tha, kyunke is duniya mein Allah taala ne insaan ko azadi di hai.</w:t>
      </w:r>
    </w:p>
    <w:p>
      <w:pPr>
        <w:jc w:val="right"/>
      </w:pPr>
      <w:r>
        <w:t>ایکسپلائٹیشن سے پاک سسٹم بنائے جہاں بالکل ایکسپریشن نہ ہو۔ یہ تو پاسیبل نہیں تھا، کیونکہ اس دنیا میں اللہ تعالی نے انسان کو آزادی دی ہے۔</w:t>
      </w:r>
    </w:p>
    <w:p>
      <w:r>
        <w:rPr>
          <w:b/>
        </w:rPr>
        <w:t xml:space="preserve">[25:09] </w:t>
      </w:r>
      <w:r>
        <w:t>azadi ki bina par yahan par insaan bar bar galat istemal karta hai apni azadi ka, aur phir woh system ko phang karta rehta hai.</w:t>
      </w:r>
    </w:p>
    <w:p>
      <w:pPr>
        <w:jc w:val="right"/>
      </w:pPr>
      <w:r>
        <w:t>آزادی کی بنا پر یہاں پر انسان بار بار غلط استعمال کرتا ہے اپنی آزادی کا، اور پھر وہ سسٹم کو پھنگ کرتا رہتا ہے۔</w:t>
      </w:r>
    </w:p>
    <w:p>
      <w:r>
        <w:rPr>
          <w:b/>
        </w:rPr>
        <w:t xml:space="preserve">[25:18] </w:t>
      </w:r>
      <w:r>
        <w:t>to 100 percent me'yari ma'neon mein is duniya mein exploitation free world ban hi nahi sakta hai, woh to banega akhirat mein.</w:t>
      </w:r>
    </w:p>
    <w:p>
      <w:pPr>
        <w:jc w:val="right"/>
      </w:pPr>
      <w:r>
        <w:t>تو 100 فیصد معیاری معنوں میں اس دنیا میں ایکسپلائشن فری ورلڈ بن ہی نہیں سکتا ہے، وہ تو بنے گا آخرت میں۔</w:t>
      </w:r>
    </w:p>
    <w:p>
      <w:r>
        <w:rPr>
          <w:b/>
        </w:rPr>
        <w:t xml:space="preserve">[25:30] </w:t>
      </w:r>
      <w:r>
        <w:t>to chunke mind mein basa hua hai paradise, mind mein basa hua hai ideal world, to log samajhte hain ke woh isi duniya mein hum pa sakte hain.</w:t>
      </w:r>
    </w:p>
    <w:p>
      <w:pPr>
        <w:jc w:val="right"/>
      </w:pPr>
      <w:r>
        <w:t>تو چونکہ مائنڈ میں بسا ہوا ہے پیڈائز، مائنڈ میں بسا ہوا ہے آئیڈیل ورلڈ، تو لوگ سمجھتے ہیں کہ وہ اسی دنیا میں ہم پا سکتے ہیں۔</w:t>
      </w:r>
    </w:p>
    <w:p>
      <w:r>
        <w:rPr>
          <w:b/>
        </w:rPr>
        <w:t xml:space="preserve">[25:41] </w:t>
      </w:r>
      <w:r>
        <w:t>jaise freud ka nazariya jo hai, freud ne yeh yeh nazariya banaya ke insaan ka jo desires hain, jo khwahishein hain, woh poora us ko mauqa milna chahiye, us ko fulfillment ka.</w:t>
      </w:r>
    </w:p>
    <w:p>
      <w:pPr>
        <w:jc w:val="right"/>
      </w:pPr>
      <w:r>
        <w:t>جیسے فرائیڈ کا نظریہ جو ہے، فرائیڈ نے یہ یہ نظریہ بنایا کہ انسان کا جو ڈیزائرز ہیں، جو خواہشیں ہیں، وہ پورا اس کو موقع ملنا چاہیے، اس کو فلفلمنٹ کا۔</w:t>
      </w:r>
    </w:p>
    <w:p>
      <w:r>
        <w:rPr>
          <w:b/>
        </w:rPr>
        <w:t xml:space="preserve">[25:57] </w:t>
      </w:r>
      <w:r>
        <w:t>lekin nateeja kya hua? ke sirf anarchy aayi duniya mein, anarchy aayi, abahiyat aayi. freud ko kisi ne yeh nahi bataya ke fulfillment poore ma'neon mein akhirat mein milegi, haan mil hi nahi sakta.</w:t>
      </w:r>
    </w:p>
    <w:p>
      <w:pPr>
        <w:jc w:val="right"/>
      </w:pPr>
      <w:r>
        <w:t>لیکن نتیجہ کیا ہوا؟ کہ صرف انارکی آئی دنیا میں، انارکی آئی، اباہیت آئی۔ فرائیڈ کو کسی نے یہ نہیں بتایا کہ فلفلمنٹ پورے معنوں میں آخرت میں ملے گی، ہاں مل ہی نہیں سکتا۔</w:t>
      </w:r>
    </w:p>
    <w:p>
      <w:r>
        <w:rPr>
          <w:b/>
        </w:rPr>
        <w:t xml:space="preserve">[26:10] </w:t>
      </w:r>
      <w:r>
        <w:t>yeh duniya mein aane ki koshish karoge to anarchy aayegi, kyunke yeh duniya limited duniya hai, yahan par woh possible hi nahi hai. woh bas freud ko shaitan samajh kar us ko us ke khilaf fatwa de diya.</w:t>
      </w:r>
    </w:p>
    <w:p>
      <w:pPr>
        <w:jc w:val="right"/>
      </w:pPr>
      <w:r>
        <w:t>یہ دنیا میں آنے کی کوشش کرو گے تو انارکی آئے گی، کیونکہ یہ دنیا لمیٹڈ دنیا ہے، یہاں پر وہ پاسیبل ہی نہیں ہے۔ وہ بس فرائیڈ کو شیطان سمجھ کر اس کو اس کے خلاف فتویٰ دے دیا۔</w:t>
      </w:r>
    </w:p>
    <w:p>
      <w:r>
        <w:rPr>
          <w:b/>
        </w:rPr>
        <w:t xml:space="preserve">[26:27] </w:t>
      </w:r>
      <w:r>
        <w:t>to sab ka case ban gaya kya</w:t>
      </w:r>
    </w:p>
    <w:p>
      <w:pPr>
        <w:jc w:val="right"/>
      </w:pPr>
      <w:r>
        <w:t>تو سب کا کیس بن گیا کیا</w:t>
      </w:r>
    </w:p>
    <w:p>
      <w:r>
        <w:rPr>
          <w:b/>
        </w:rPr>
        <w:t xml:space="preserve">[26:29] </w:t>
      </w:r>
      <w:r>
        <w:t>? jo cheez duniya mein achievable nahi hai, us ko achieve karne ke liye bari bari tareeqe chalate hain, aur log jo hain, kyunke afsos unhi ideal afkar se, to us ke peeche daurte hain.</w:t>
      </w:r>
    </w:p>
    <w:p>
      <w:pPr>
        <w:jc w:val="right"/>
      </w:pPr>
      <w:r>
        <w:t>؟ جو چیز دنیا میں اچیویبل نہیں ہے، اس کو اچیو کرنے کے لیے بڑی بڑی طریقے چلاتے ہیں، اور لوگ جو ہیں، چونکہ افسوس انہی آئیڈیل افکار سے، تو اس کے پیچھے دوڑتے ہیں۔</w:t>
      </w:r>
    </w:p>
    <w:p>
      <w:r>
        <w:rPr>
          <w:b/>
        </w:rPr>
        <w:t xml:space="preserve">[26:40] </w:t>
      </w:r>
      <w:r>
        <w:t>hifz billah, comment ka kuch nahi, aur jo musaleheen hain, woh un ko fatwa de dete hain ke yeh kafir hain.</w:t>
      </w:r>
    </w:p>
    <w:p>
      <w:pPr>
        <w:jc w:val="right"/>
      </w:pPr>
      <w:r>
        <w:t>حفظ باللہ، کمنٹ کا کچھ نہیں، اور جو مسلحین ہیں، وہ ان کو فتویٰ دے دیتے ہیں کہ یہ کافر ہیں۔</w:t>
      </w:r>
    </w:p>
    <w:p>
      <w:r>
        <w:rPr>
          <w:b/>
        </w:rPr>
        <w:t xml:space="preserve">[26:52] </w:t>
      </w:r>
      <w:r>
        <w:t>to main samajhta hoon ke west ke maamle mein yeh karna hai logon ko phir se</w:t>
      </w:r>
    </w:p>
    <w:p>
      <w:pPr>
        <w:jc w:val="right"/>
      </w:pPr>
      <w:r>
        <w:t>تو میں سمجھتا ہوں کہ ویسٹ کے معاملے میں یہ کرنا ہے لوگوں کو پھر سے</w:t>
      </w:r>
    </w:p>
    <w:p>
      <w:r>
        <w:rPr>
          <w:b/>
        </w:rPr>
        <w:t xml:space="preserve">[26:59] </w:t>
      </w:r>
      <w:r>
        <w:t>ghor karein, is ka case kya hai? in ka case yeh nahi hai ke unhone abahiyat ko, prosperity society ko, burhngi ko, in cheezon ko, yani in cheezon ki khatir ek culture bana liya hai.</w:t>
      </w:r>
    </w:p>
    <w:p>
      <w:pPr>
        <w:jc w:val="right"/>
      </w:pPr>
      <w:r>
        <w:t>غور کریں، اس کا کیس کیا ہے؟ ان کا کیس یہ نہیں ہے کہ انہوں نے اباہیت کو، پراپسی سوسائٹی کو، برہنگی کو، ان چیزوں کو، یعنی ان چیزوں کی خاطر ایک کلچر بنا لیا ہے۔</w:t>
      </w:r>
    </w:p>
    <w:p>
      <w:r>
        <w:rPr>
          <w:b/>
        </w:rPr>
        <w:t xml:space="preserve">[27:15] </w:t>
      </w:r>
      <w:r>
        <w:t>nahi, un ki ek ideology hai, jis ke jis ke jis ke zahiri alamat ke taur par is liye paida hui hai.</w:t>
      </w:r>
    </w:p>
    <w:p>
      <w:pPr>
        <w:jc w:val="right"/>
      </w:pPr>
      <w:r>
        <w:t>نہیں، ان کی ایک آئیڈیالوجی ہے، جس کے جس کے جس کے ظاہری علامت کے طور پر اس لیے پیدا ہوئی ہے۔</w:t>
      </w:r>
    </w:p>
    <w:p>
      <w:r>
        <w:rPr>
          <w:b/>
        </w:rPr>
        <w:t xml:space="preserve">[27:29] </w:t>
      </w:r>
      <w:r>
        <w:t>To aap un ki asal ideology ko, us ko, yani is ki ghalati bataiye, us ko kholiye.</w:t>
      </w:r>
    </w:p>
    <w:p>
      <w:pPr>
        <w:jc w:val="right"/>
      </w:pPr>
      <w:r>
        <w:t>تو آپ ان کی اصل آئیڈیالوجی کو، اس کو، یعنی اس کی غلطی بتائیے، اس کو کھولیے۔</w:t>
      </w:r>
    </w:p>
    <w:p>
      <w:r>
        <w:rPr>
          <w:b/>
        </w:rPr>
        <w:t xml:space="preserve">[27:40] </w:t>
      </w:r>
      <w:r>
        <w:t>Aur sab se bari baat jo hai, mera dekh yeh hai ke logon ko yeh batana ke is dunya mein ideal world possible nahi hai.</w:t>
      </w:r>
    </w:p>
    <w:p>
      <w:pPr>
        <w:jc w:val="right"/>
      </w:pPr>
      <w:r>
        <w:t>اور سب سے بڑی بات جو ہے، میرا دیکھ یہ ہے کہ لوگوں کو یہ بتانا کہ اس دنیا میں آئیڈیل ورلڈ پاسیبل نہیں ہے۔</w:t>
      </w:r>
    </w:p>
    <w:p>
      <w:r>
        <w:rPr>
          <w:b/>
        </w:rPr>
        <w:t xml:space="preserve">[27:52] </w:t>
      </w:r>
      <w:r>
        <w:t>Is dunya mein yeh mumkin hi nahi hai ke ideal world bane.</w:t>
      </w:r>
    </w:p>
    <w:p>
      <w:pPr>
        <w:jc w:val="right"/>
      </w:pPr>
      <w:r>
        <w:t>اس دنیا میں یہ ممکن ہی نہیں ہے کہ آئیڈیل ورلڈ بنے۔</w:t>
      </w:r>
    </w:p>
    <w:p>
      <w:r>
        <w:rPr>
          <w:b/>
        </w:rPr>
        <w:t xml:space="preserve">[27:55] </w:t>
      </w:r>
      <w:r>
        <w:t>Ideal world ke liye jo creation plan of God jo hai, us ke mutabiq ideal world sirf akhirat ban sakta hai, yani paradise wali dunya mein, yahan nahi ban sakta.</w:t>
      </w:r>
    </w:p>
    <w:p>
      <w:pPr>
        <w:jc w:val="right"/>
      </w:pPr>
      <w:r>
        <w:t>آئیڈیل ورلڈ کے لیے جو کریشن پلان آف گاڈ جو ہے، اس کے مطابق آئیڈیل ورلڈ صرف آخرت بن سکتا ہے، یعنی پیڈائز والی دنیا میں، یہاں نہیں بن سکتا۔</w:t>
      </w:r>
    </w:p>
    <w:p>
      <w:r>
        <w:rPr>
          <w:b/>
        </w:rPr>
        <w:t xml:space="preserve">[28:06] </w:t>
      </w:r>
      <w:r>
        <w:t>Is nuqte ko na samajhne ki wajah se main samajhta hoon ke Aristotle se le kar Dr. Murshi tak sab log hain, phanse hue hain isi mein, aur un ko samajh nahi aata ke kya karein.</w:t>
      </w:r>
    </w:p>
    <w:p>
      <w:pPr>
        <w:jc w:val="right"/>
      </w:pPr>
      <w:r>
        <w:t>اس نقطے کو نہ سمجھنے کی وجہ سے میں سمجھتا ہوں کہ ارسٹوٹل سے لے کر ڈاکٹر مرشی تک سب لوگ ہیں، پھنسے ہوئے ہیں اسی میں، اور ان کو سمجھ نہیں آتا کہ کیا کریں۔</w:t>
      </w:r>
    </w:p>
    <w:p>
      <w:r>
        <w:rPr>
          <w:b/>
        </w:rPr>
        <w:t xml:space="preserve">[28:18] </w:t>
      </w:r>
      <w:r>
        <w:t>Sare muslim musaleheen is zamane ke jo hain, un ka nishana kya hai? Adalana nizam.</w:t>
      </w:r>
    </w:p>
    <w:p>
      <w:pPr>
        <w:jc w:val="right"/>
      </w:pPr>
      <w:r>
        <w:t>سارے مسلم مسلحین اس زمانے کے جو ہیں، ان کا نشانہ کیا ہے؟ عادلانہ نظام۔</w:t>
      </w:r>
    </w:p>
    <w:p>
      <w:r>
        <w:rPr>
          <w:b/>
        </w:rPr>
        <w:t xml:space="preserve">[28:27] </w:t>
      </w:r>
      <w:r>
        <w:t>Kulli ma'no mein adalana nizam ban nahi sakta is dunya mein, chahe koi bhi hakim ho. Lekin jab dekhte hain ke adalana nizam nahi hai, to is se ladne ke liye tayyar hote hain.</w:t>
      </w:r>
    </w:p>
    <w:p>
      <w:pPr>
        <w:jc w:val="right"/>
      </w:pPr>
      <w:r>
        <w:t>کلی معنوں میں عادلانہ نظام بن نہیں سکتا اس دنیا میں، چاہے کوئی بھی حاکم ہو۔ لیکن جب دیکھتے ہیں کہ عادلانہ نظام نہیں ہے، تو اس سے لڑنے کے لیے تیار ہوتے ہیں۔</w:t>
      </w:r>
    </w:p>
    <w:p>
      <w:r>
        <w:rPr>
          <w:b/>
        </w:rPr>
        <w:t xml:space="preserve">[28:39] </w:t>
      </w:r>
      <w:r>
        <w:t>Agar Dr. Murshi sahib jo Misr mein hain, possible par agar unhon ne qana'at ki hoti, yani agar unhon ne jaana hota ke kulli ma'no mein adalana nizam woh bana nahi sakte, Misr mein</w:t>
      </w:r>
    </w:p>
    <w:p>
      <w:pPr>
        <w:jc w:val="right"/>
      </w:pPr>
      <w:r>
        <w:t>اگر ڈاکٹر مرشی صاحب جو مصر میں ہیں، پاسیبل پر اگر انہوں نے قناعت کی ہوتی، یعنی اگر انہوں نے جانا ہوتا کہ کلی معنوں میں عادلانہ نظام وہ بنا نہیں سکتے، مصر میں</w:t>
      </w:r>
    </w:p>
    <w:p>
      <w:r>
        <w:rPr>
          <w:b/>
        </w:rPr>
        <w:t xml:space="preserve">[28:56] </w:t>
      </w:r>
      <w:r>
        <w:t>Jid'di taur par bana sakte hain, us waqt agar qane' ho gaye hote to aaj un ki hukumat baqi rehti. Koi un ko hukumat to khatm hi kar sakta tha.</w:t>
      </w:r>
    </w:p>
    <w:p>
      <w:pPr>
        <w:jc w:val="right"/>
      </w:pPr>
      <w:r>
        <w:t>جدی طور پر بنا سکتے ہیں، اس وقت اگر قانع ہو گئے ہوتے تو آج ان کی حکومت باقی رہتی۔ کوئی ان کو حکومت تو ختم ہی کر سکتا تھا۔</w:t>
      </w:r>
    </w:p>
    <w:p>
      <w:r>
        <w:rPr>
          <w:b/>
        </w:rPr>
        <w:t xml:space="preserve">[29:07] </w:t>
      </w:r>
      <w:r>
        <w:t>To Allah ke creation plan ke mutabiq kya tareeqa hai ke society ke maamle mein, government ke maamle mein, aap status quo ko tasleem kar lein,</w:t>
      </w:r>
    </w:p>
    <w:p>
      <w:pPr>
        <w:jc w:val="right"/>
      </w:pPr>
      <w:r>
        <w:t>تو اللہ کے کریشن پلان کے مطابق کیا طریقہ ہے کہ سوسائٹی کے معاملے میں، گورنمنٹ کے معاملے میں، آپ اسٹیٹس کو کو تسلیم کر لیں،</w:t>
      </w:r>
    </w:p>
    <w:p>
      <w:r>
        <w:rPr>
          <w:b/>
        </w:rPr>
        <w:t xml:space="preserve">[29:25] </w:t>
      </w:r>
      <w:r>
        <w:t>Yani is ke maamle mein aap pragmatic ban jayein, pragmatic. Aur us ke baad aap ko kya hoga? Aap ko mauqa mil jayega spiritual development ka, intellectual development ka, personality development ka mauqa</w:t>
      </w:r>
    </w:p>
    <w:p>
      <w:pPr>
        <w:jc w:val="right"/>
      </w:pPr>
      <w:r>
        <w:t>یعنی اس کے معاملے میں آپ پریگمیٹک بن جائیں، پریگمیٹک۔ اور اس کے بعد آپ کو کیا ہوگا؟ آپ کو موقع مل جائے گا اسپیریچول ڈیویلپمنٹ کا، انٹلیکچول ڈیویلپمنٹ کا، پرسنیلٹی ڈیویلپمنٹ کا موقع</w:t>
      </w:r>
    </w:p>
    <w:p>
      <w:r>
        <w:rPr>
          <w:b/>
        </w:rPr>
        <w:t xml:space="preserve">[29:39] </w:t>
      </w:r>
      <w:r>
        <w:t>, Yani amli ma'amlaat hain, yani jis ko kehte hain socio political maamlaat. Social maamlaat, political maamlaat mein aap ko status quo ko agar maan lein aap to foran aap ko kya ho jata hai?</w:t>
      </w:r>
    </w:p>
    <w:p>
      <w:pPr>
        <w:jc w:val="right"/>
      </w:pPr>
      <w:r>
        <w:t>، یعنی عملی معاملات ہیں، یعنی جس کو کہتے ہیں سوشیو پولیٹیکل معاملات۔ سوشل معاملات، پولیٹیکل معاملات میں آپ کو اسٹیٹس کو کو اگر مان لیں آپ تو فوراً آپ کو کیا ہو جاتا ہے؟</w:t>
      </w:r>
    </w:p>
    <w:p>
      <w:r>
        <w:rPr>
          <w:b/>
        </w:rPr>
        <w:t xml:space="preserve">[29:52] </w:t>
      </w:r>
      <w:r>
        <w:t>Mauqa mil jata hai aap ko ke apna development karein, spiritual development, intellectual development, personality development.</w:t>
      </w:r>
    </w:p>
    <w:p>
      <w:pPr>
        <w:jc w:val="right"/>
      </w:pPr>
      <w:r>
        <w:t>موقع مل جاتا ہے آپ کو کہ اپنا ڈیویلپمنٹ کریں، اسپیریچول ڈیویلپمنٹ، انٹلیکچول ڈیویلپمنٹ، پرسنیلٹی ڈیویلپمنٹ۔</w:t>
      </w:r>
    </w:p>
    <w:p>
      <w:r>
        <w:rPr>
          <w:b/>
        </w:rPr>
        <w:t xml:space="preserve">[30:05] </w:t>
      </w:r>
      <w:r>
        <w:t>Lekin na manne ki wajah se kya hai? Sirf ladai bhadai, ladai bhadai, bloodshed, har jagah, har jagah bloodshed. To main jahan tak samajh paya hoon, woh yeh hai ke ghalati dono taraf chal rahi hai.</w:t>
      </w:r>
    </w:p>
    <w:p>
      <w:pPr>
        <w:jc w:val="right"/>
      </w:pPr>
      <w:r>
        <w:t>لیکن نہ ماننے کی وجہ سے کیا ہے؟ صرف لڑائی بھڑائی، لڑائی بھڑائی، بلڈ شیڈ، ہر جگہ، ہر جگہ بلڈ شیڈ۔ تو میں جہاں تک سمجھ پایا ہوں، وہ یہ ہے کہ غلطی دونوں طرف چل رہی ہے۔</w:t>
      </w:r>
    </w:p>
    <w:p>
      <w:r>
        <w:rPr>
          <w:b/>
        </w:rPr>
        <w:t xml:space="preserve">[30:19] </w:t>
      </w:r>
      <w:r>
        <w:t>Idhar ki ghalati kya hai? Ke unhon ne wrong choice le rakha hai, wrong choice. Aur idhar ki ghalati kya hai? Ke yeh samajhte hain ke adalana nizam hamein banana hai, to jo jo samajhte hain ke rukawat, is se ladne ke liye tayyar ho jate hain, jihad ke naam par.</w:t>
      </w:r>
    </w:p>
    <w:p>
      <w:pPr>
        <w:jc w:val="right"/>
      </w:pPr>
      <w:r>
        <w:t>ادھر کی غلطی کیا ہے؟ کہ انہوں نے رانگ چوائس لے رکھا ہے، رانگ چوائس۔ اور ادھر کی غلطی کیا ہے؟ کہ یہ سمجھتے ہیں کہ عادلانہ نظام ہمیں بنانا ہے، تو جو جو سمجھتے ہیں کہ رکاوٹ، اس سے لڑنے کے لیے تیار ہو جاتے ہیں، جہاد کے نام پر۔</w:t>
      </w:r>
    </w:p>
    <w:p>
      <w:r>
        <w:rPr>
          <w:b/>
        </w:rPr>
        <w:t xml:space="preserve">[30:37] </w:t>
      </w:r>
      <w:r>
        <w:t>To yeh ladai bhi galat, aur woh jo wrong choice le rakha, woh bhi galat. First of all, you have to discover the creation plan of God,</w:t>
      </w:r>
    </w:p>
    <w:p>
      <w:pPr>
        <w:jc w:val="right"/>
      </w:pPr>
      <w:r>
        <w:t>تو یہ لڑائی بھی غلط، اور وہ جو رانگ چوائس لے رکھا، وہ بھی غلط۔ فرسٹ آف آل، یو ہیو ٹو ڈسکور دا کریشن پلان آف گاڈ،</w:t>
      </w:r>
    </w:p>
    <w:p>
      <w:r>
        <w:rPr>
          <w:b/>
        </w:rPr>
        <w:t xml:space="preserve">[30:51] </w:t>
      </w:r>
      <w:r>
        <w:t>Kyun ke hum ne jo dunya banai hai, yeh dunya hum rehte hain, yeh dunya hum ne nahi banai hai, yeh kisi aur ne banai hai.</w:t>
      </w:r>
    </w:p>
    <w:p>
      <w:pPr>
        <w:jc w:val="right"/>
      </w:pPr>
      <w:r>
        <w:t>کیونکہ ہم نے جو دنیا بنائی ہے، یہ دنیا ہم رہتے ہیں، یہ دنیا ہم نے نہیں بنائی ہے، یہ کسی اور نے بنائی ہے۔</w:t>
      </w:r>
    </w:p>
    <w:p>
      <w:r>
        <w:rPr>
          <w:b/>
        </w:rPr>
        <w:t xml:space="preserve">[31:01] </w:t>
      </w:r>
      <w:r>
        <w:t>To hamein jaanna padega ke banane wale ne is ko kis plan ke tehat banaya hai,</w:t>
      </w:r>
    </w:p>
    <w:p>
      <w:pPr>
        <w:jc w:val="right"/>
      </w:pPr>
      <w:r>
        <w:t>تو ہمیں جاننا پڑے گا کہ بنانے والے نے اس کو کس پلان کے تحت بنایا ہے،</w:t>
      </w:r>
    </w:p>
    <w:p>
      <w:r>
        <w:rPr>
          <w:b/>
        </w:rPr>
        <w:t xml:space="preserve">[31:07] </w:t>
      </w:r>
      <w:r>
        <w:t>Is ka plan kya hai apna. Phir hamein is ke mutabiq apni zindagi ka naqsha is mein banana padega. To banane wale ne is dunya ko is liye nahi banaya ke yahin par aap sab kuch pa lein, apne ideal ko yahin pa lein,</w:t>
      </w:r>
    </w:p>
    <w:p>
      <w:pPr>
        <w:jc w:val="right"/>
      </w:pPr>
      <w:r>
        <w:t>اس کا پلان کیا ہے اپنا۔ پھر ہمیں اس کے مطابق اپنی زندگی کا نقشہ اس میں بنانا پڑے گا۔ تو بنانے والے نے اس دنیا کو اس لیے نہیں بنایا کہ یہیں پر آپ سب کچھ پا لیں، اپنے آئیڈیل کو یہیں پا لیں،</w:t>
      </w:r>
    </w:p>
    <w:p>
      <w:r>
        <w:rPr>
          <w:b/>
        </w:rPr>
        <w:t xml:space="preserve">[31:21] </w:t>
      </w:r>
      <w:r>
        <w:t>Jo perfect world aap ke mind mein basa hua hai, woh yahin mil mil jaye aap ko. Is liye banai nahi hai, woh yahan achievable nahi hai.</w:t>
      </w:r>
    </w:p>
    <w:p>
      <w:pPr>
        <w:jc w:val="right"/>
      </w:pPr>
      <w:r>
        <w:t>جو پرفیکٹ ورلڈ آپ کے مائنڈ میں بسا ہوا ہے، وہ یہیں مل مل جائے آپ کو۔ اس لیے بنائی نہیں ہے، وہ یہاں اچیویبل نہیں ہے۔</w:t>
      </w:r>
    </w:p>
    <w:p>
      <w:r>
        <w:rPr>
          <w:b/>
        </w:rPr>
        <w:t xml:space="preserve">[31:32] </w:t>
      </w:r>
      <w:r>
        <w:t>Is ne banaya hai is liye ke yahan par aap apni personality ko develop karein,</w:t>
      </w:r>
    </w:p>
    <w:p>
      <w:pPr>
        <w:jc w:val="right"/>
      </w:pPr>
      <w:r>
        <w:t>اس نے بنایا ہے اس لیے کہ یہاں پر آپ اپنی پرسنیلٹی کو ڈیویلپ کریں،</w:t>
      </w:r>
    </w:p>
    <w:p>
      <w:r>
        <w:rPr>
          <w:b/>
        </w:rPr>
        <w:t xml:space="preserve">[31:37] </w:t>
      </w:r>
      <w:r>
        <w:t>Apne aap ko is insaan ke taur par develop karein jo insaan agle agle daur ke perfect world mein settle ho sake. To perfect world agle daur hayat mein hai, is daur hayat mein nahi hai.</w:t>
      </w:r>
    </w:p>
    <w:p>
      <w:pPr>
        <w:jc w:val="right"/>
      </w:pPr>
      <w:r>
        <w:t>اپنے آپ کو اس انسان کے طور پر ڈیویلپ کریں جو انسان اگلے اگلے دور کے پرفیکٹ ورلڈ میں سیٹل ہو سکے۔ تو پرفیکٹ ورلڈ اگلے دور حیات میں ہے، اس دور حیات میں نہیں ہے۔</w:t>
      </w:r>
    </w:p>
    <w:p>
      <w:r>
        <w:rPr>
          <w:b/>
        </w:rPr>
        <w:t xml:space="preserve">[31:52] </w:t>
      </w:r>
      <w:r>
        <w:t>To sare log jo hain, jo jitne reformers hain, jo musaleheen hain, hatta ke khud musalman musaleheen jo hain, woh bhi isi dunya mein chahte hain ideal world banana, adalana nizam ke naam par.</w:t>
      </w:r>
    </w:p>
    <w:p>
      <w:pPr>
        <w:jc w:val="right"/>
      </w:pPr>
      <w:r>
        <w:t>تو سارے لوگ جو ہیں، جو جتنے ریفارمرز ہیں، جو مسلحین ہیں، حتیٰ کہ خود مسلمان مسلحین جو ہیں، وہ بھی اسی دنیا میں چاہتے ہیں آئیڈیل ورلڈ بنانا، عادلانہ نظام کے نام پر۔</w:t>
      </w:r>
    </w:p>
    <w:p>
      <w:r>
        <w:rPr>
          <w:b/>
        </w:rPr>
        <w:t xml:space="preserve">[32:07] </w:t>
      </w:r>
      <w:r>
        <w:t>To woh ban nahi pata, natija kya hai? Ke ladai bhadai, ladai bhadai, ladai bhadai. To mera dekh jo formula hai, woh yeh hai ke aap ko</w:t>
      </w:r>
    </w:p>
    <w:p>
      <w:pPr>
        <w:jc w:val="right"/>
      </w:pPr>
      <w:r>
        <w:t>تو وہ بن نہیں پاتا، نتیجہ کیا ہے؟ کہ لڑائی بھڑائی، لڑائی بھڑائی، لڑائی بھڑائی۔ تو میرا دیکھ جو فارمولا ہے، وہ یہ ہے کہ آپ کو</w:t>
      </w:r>
    </w:p>
    <w:p>
      <w:r>
        <w:rPr>
          <w:b/>
        </w:rPr>
        <w:t xml:space="preserve">[32:20] </w:t>
      </w:r>
      <w:r>
        <w:t>in mamlaat mein pragmatic banna paray ga,</w:t>
      </w:r>
    </w:p>
    <w:p>
      <w:pPr>
        <w:jc w:val="right"/>
      </w:pPr>
      <w:r>
        <w:t>ان معاملات میں پریگمیٹک بننا پڑے گا،</w:t>
      </w:r>
    </w:p>
    <w:p>
      <w:r>
        <w:rPr>
          <w:b/>
        </w:rPr>
        <w:t xml:space="preserve">[32:25] </w:t>
      </w:r>
      <w:r>
        <w:t>yani social reform ke mamlay mein aur political reform ke mamlay mein pragmatic banna paray ga, aur apnay islaah ke mamlay mein idealist banna paray ga.</w:t>
      </w:r>
    </w:p>
    <w:p>
      <w:pPr>
        <w:jc w:val="right"/>
      </w:pPr>
      <w:r>
        <w:t>یعنی سوشل ریفارم کے معاملے میں اور پولیٹیکل ریفارم کے معاملے میں پریگمیٹک بننا پڑے گا، اور اپنے اصلاح کے معاملے میں آئیڈیلسٹ بننا پڑے گا۔</w:t>
      </w:r>
    </w:p>
    <w:p>
      <w:r>
        <w:rPr>
          <w:b/>
        </w:rPr>
        <w:t xml:space="preserve">[32:39] </w:t>
      </w:r>
      <w:r>
        <w:t>apnay aap ko ideal sense mein</w:t>
      </w:r>
    </w:p>
    <w:p>
      <w:pPr>
        <w:jc w:val="right"/>
      </w:pPr>
      <w:r>
        <w:t>اپنے آپ کو آئیڈیل سینس میں</w:t>
      </w:r>
    </w:p>
    <w:p>
      <w:r>
        <w:rPr>
          <w:b/>
        </w:rPr>
        <w:t xml:space="preserve">[32:46] </w:t>
      </w:r>
      <w:r>
        <w:t>personality develop kijiye, apni ideal sense mein, apnay apnay. to individual level par aap idealist baniye, aur social level par aap pragmatic ban jaiye.</w:t>
      </w:r>
    </w:p>
    <w:p>
      <w:pPr>
        <w:jc w:val="right"/>
      </w:pPr>
      <w:r>
        <w:t>پرسنیلٹی ڈیویلپ کیجئے، اپنی آئیڈیل سینس میں، اپنے اپنے۔ تو انڈیویجول لیول پر آپ آئیڈیلسٹ بنیے، اور سوشل لیول پر آپ پریگمیٹک بن جائیے۔</w:t>
      </w:r>
    </w:p>
    <w:p>
      <w:r>
        <w:rPr>
          <w:b/>
        </w:rPr>
        <w:t xml:space="preserve">[32:57] </w:t>
      </w:r>
      <w:r>
        <w:t>yeh wahid formula hai, yani social pragmatism aur individual idealism.</w:t>
      </w:r>
    </w:p>
    <w:p>
      <w:pPr>
        <w:jc w:val="right"/>
      </w:pPr>
      <w:r>
        <w:t>یہ واحد فارمولا ہے، یعنی سوشل پریگمیٹزم اور انڈیویجول آئیڈیلزم۔</w:t>
      </w:r>
    </w:p>
    <w:p>
      <w:r>
        <w:rPr>
          <w:b/>
        </w:rPr>
        <w:t xml:space="preserve">[33:08] </w:t>
      </w:r>
      <w:r>
        <w:t>apni zaat ke mamlay mein aap jo aap ka ideal hai, us par chalnay ki koshish kijiye zaat ke mamlay mein. lekin</w:t>
      </w:r>
    </w:p>
    <w:p>
      <w:pPr>
        <w:jc w:val="right"/>
      </w:pPr>
      <w:r>
        <w:t>اپنی ذات کے معاملے میں آپ جو آپ کا آئیڈیل ہے، اس پر چلنے کی کوشش کیجئے ذات کے معاملے میں۔ لیکن</w:t>
      </w:r>
    </w:p>
    <w:p>
      <w:r>
        <w:rPr>
          <w:b/>
        </w:rPr>
        <w:t xml:space="preserve">[33:20] </w:t>
      </w:r>
      <w:r>
        <w:t>jahan tak society ka mamla hai, jahan tak government ka mamla hai, wahan aap pragmatic ban jaiye. to phir kya hoga? isi waqt aap, yani sara conflictation khatam, sara takrao khatam, sari larai khatam.</w:t>
      </w:r>
    </w:p>
    <w:p>
      <w:pPr>
        <w:jc w:val="right"/>
      </w:pPr>
      <w:r>
        <w:t>جہاں تک سوسائٹی کا معاملہ ہے، جہاں تک گورنمنٹ کا معاملہ ہے، وہاں آپ پریگمیٹک بن جائیے۔ تو پھر کیا ہوگا؟ اسی وقت آپ، یعنی سارا کنفلکٹیشن ختم، سارا ٹکراؤ ختم، ساری لڑائی ختم۔</w:t>
      </w:r>
    </w:p>
    <w:p>
      <w:r>
        <w:rPr>
          <w:b/>
        </w:rPr>
        <w:t xml:space="preserve">[33:35] </w:t>
      </w:r>
      <w:r>
        <w:t>kyun ke larai woh jo hoti hai, woh sirf is liye hoti hai ke aap jo status quo hai, us ko change karna chahtay hain, us ko badalna chahtay hain. status quo ko badalna chahtay hain, is liye sari larai hai.</w:t>
      </w:r>
    </w:p>
    <w:p>
      <w:pPr>
        <w:jc w:val="right"/>
      </w:pPr>
      <w:r>
        <w:t>کیونکہ لڑائی وہ جو ہوتی ہے، وہ صرف اس لیے ہوتی ہے کہ آپ جو اسٹیٹس کو ہے، اس کو چینج کرنا چاہتے ہیں، اس کو بدلنا چاہتے ہیں۔ اسٹیٹس کو کو بدلنا چاہتے ہیں، اس لیے ساری لڑائی ہے۔</w:t>
      </w:r>
    </w:p>
    <w:p>
      <w:r>
        <w:rPr>
          <w:b/>
        </w:rPr>
        <w:t xml:space="preserve">[33:49] </w:t>
      </w:r>
      <w:r>
        <w:t>status quo maan lijye, jo political status quo hai, jo social status quo hai, us ko maan lijie. to koi larai nahin. jaise mein ne maan rakha hai, to meri kisi se larai nahin.</w:t>
      </w:r>
    </w:p>
    <w:p>
      <w:pPr>
        <w:jc w:val="right"/>
      </w:pPr>
      <w:r>
        <w:t>اسٹیٹس کو مان لیجئے، جو پولیٹیکل اسٹیٹس کو ہے، جو سوشل اسٹیٹس کو ہے، اس کو مان لیجئے۔ تو کوئی لڑائی نہیں۔ جیسے میں نے مان رکھا ہے، تو میری کسی سے لڑائی نہیں۔</w:t>
      </w:r>
    </w:p>
    <w:p>
      <w:r>
        <w:rPr>
          <w:b/>
        </w:rPr>
        <w:t xml:space="preserve">[34:03] </w:t>
      </w:r>
      <w:r>
        <w:t>jo social status quo hai, jo political status quo hai, us ko mein ne maan rakha hai, to meri koi kisi se larai nahin hai. to mere paas sara time mil jata hai ab us ko ke mein study karoon, apna personality development karoon.</w:t>
      </w:r>
    </w:p>
    <w:p>
      <w:pPr>
        <w:jc w:val="right"/>
      </w:pPr>
      <w:r>
        <w:t>جو سوشل اسٹیٹس کو ہے، جو پولیٹیکل اسٹیٹس کو ہے، اس کو میں نے مان رکھا ہے، تو میری کوئی کسی سے لڑائی نہیں ہے۔ تو میرے پاس سارا ٹائم مل جاتا ہے اب اس کو کہ میں سٹڈی کروں، اپنا پرسنیلٹی ڈیویلپمنٹ کروں۔</w:t>
      </w:r>
    </w:p>
    <w:p>
      <w:r>
        <w:rPr>
          <w:b/>
        </w:rPr>
        <w:t xml:space="preserve">[34:19] </w:t>
      </w:r>
      <w:r>
        <w:t>sara time mujhe mil jata hai, na meri is kisi se larai hai, na mujhe kisi se hate karnay ki zaroorat hai.</w:t>
      </w:r>
    </w:p>
    <w:p>
      <w:pPr>
        <w:jc w:val="right"/>
      </w:pPr>
      <w:r>
        <w:t>سارا ٹائم مجھے مل جاتا ہے، نہ میری اس کسی سے لڑائی ہے، نہ مجھے کسی سے ہیٹ کرنے کی ضرورت ہے۔</w:t>
      </w:r>
    </w:p>
    <w:p>
      <w:r>
        <w:rPr>
          <w:b/>
        </w:rPr>
        <w:t xml:space="preserve">[34:31] </w:t>
      </w:r>
      <w:r>
        <w:t>to mein samajhta hoon ke yeh jo formula hai, is se bekhabri ki bina par shayad dunya mein takrao ka mahol bana hua hai.</w:t>
      </w:r>
    </w:p>
    <w:p>
      <w:pPr>
        <w:jc w:val="right"/>
      </w:pPr>
      <w:r>
        <w:t>تو میں سمجھتا ہوں کہ یہ جو فارمولا ہے، اس سے بے خبری کی بنا پر شاید دنیا میں ٹکراؤ کا ماحول بنا ہوا ہے۔</w:t>
      </w:r>
    </w:p>
    <w:p>
      <w:r>
        <w:rPr>
          <w:b/>
        </w:rPr>
        <w:t xml:space="preserve">[34:41] </w:t>
      </w:r>
      <w:r>
        <w:t>yani zaat ke baray mein idealist aur system ke mamlay mein pragmatic. meri zaat ke baray mein jo system hai, us ke baray mein pragmatic.</w:t>
      </w:r>
    </w:p>
    <w:p>
      <w:pPr>
        <w:jc w:val="right"/>
      </w:pPr>
      <w:r>
        <w:t>یعنی ذات کے بارے میں آئیڈیلسٹ اور سسٹم کے معاملے میں پریگمیٹک۔ میری ذات کے بارے میں جو سسٹم ہے، اس کے بارے میں پریگمیٹک۔</w:t>
      </w:r>
    </w:p>
    <w:p>
      <w:r>
        <w:rPr>
          <w:b/>
        </w:rPr>
        <w:t xml:space="preserve">[34:54] </w:t>
      </w:r>
      <w:r>
        <w:t>pragmatic ka matlab yeh hai ke jo hai, us ko maan laina, jo status quo hai, us ko maan laina.</w:t>
      </w:r>
    </w:p>
    <w:p>
      <w:pPr>
        <w:jc w:val="right"/>
      </w:pPr>
      <w:r>
        <w:t>پریگمیٹک کا مطلب یہ ہے کہ جو ہے، اس کو مان لینا، جو اسٹیٹس کو ہے، اس کو مان لینا۔</w:t>
      </w:r>
    </w:p>
    <w:p>
      <w:r>
        <w:rPr>
          <w:b/>
        </w:rPr>
        <w:t xml:space="preserve">[35:02] </w:t>
      </w:r>
      <w:r>
        <w:t>to poori tareekh mein log is se bekhabar hain. mere nazdeek Aristotle se le kar Dr. Murshi tak log is ko jantay nahin, yahan tak ke mera tajurba hai ke Allah ke creation plan ke mutabiq hamein jo karna hai, woh yeh karna hai ke apni zaat ke mamlay mein idealist aur system ke mamlay mein,</w:t>
      </w:r>
    </w:p>
    <w:p>
      <w:pPr>
        <w:jc w:val="right"/>
      </w:pPr>
      <w:r>
        <w:t>تو پوری تاریخ میں لوگ اس سے بے خبر ہیں۔ میرے نزدیک ارسٹوٹل سے لے کر ڈاکٹر مرشی تک لوگ اس کو جانتے نہیں، یہاں تک کہ میرا تجربہ ہے کہ اللہ کے کریشن پلان کے مطابق ہمیں جو کرنا ہے، وہ یہ کرنا ہے کہ اپنی ذات کے معاملے میں آئیڈیلسٹ اور سسٹم کے معاملے میں،</w:t>
      </w:r>
    </w:p>
    <w:p>
      <w:r>
        <w:rPr>
          <w:b/>
        </w:rPr>
        <w:t xml:space="preserve">[35:22] </w:t>
      </w:r>
      <w:r>
        <w:t>system ke mamlay mein pragmatic. bilkul simple formula hai.</w:t>
      </w:r>
    </w:p>
    <w:p>
      <w:pPr>
        <w:jc w:val="right"/>
      </w:pPr>
      <w:r>
        <w:t>سسٹم کے معاملے میں پریگمیٹک۔ بالکل سمپل فارمولا ہے۔</w:t>
      </w:r>
    </w:p>
    <w:p>
      <w:r>
        <w:rPr>
          <w:b/>
        </w:rPr>
        <w:t xml:space="preserve">[35:27] </w:t>
      </w:r>
      <w:r>
        <w:t>yeh farq na karnay ki wajah se larai, larai, larai, larai jaari hai.</w:t>
      </w:r>
    </w:p>
    <w:p>
      <w:pPr>
        <w:jc w:val="right"/>
      </w:pPr>
      <w:r>
        <w:t>یہ فرق نہ کرنے کی وجہ سے لڑائی، لڑائی، لڑائی، لڑائی جاری ہے۔</w:t>
      </w:r>
    </w:p>
    <w:p>
      <w:r>
        <w:rPr>
          <w:b/>
        </w:rPr>
        <w:t xml:space="preserve">[35:36] </w:t>
      </w:r>
      <w:r>
        <w:t>to west mein jo log uthay, jinhon ne wahan ki ideology di, jo wahan ke, yani jis ka mein ne chaar naam bataye, aisay aur bohat saray naam hain, un sab logon ka case kya tha?</w:t>
      </w:r>
    </w:p>
    <w:p>
      <w:pPr>
        <w:jc w:val="right"/>
      </w:pPr>
      <w:r>
        <w:t>تو ویسٹ میں جو لوگ اٹھے، جنہوں نے وہاں کی آئیڈیالوجی دی، جو وہاں کے، یعنی جس کا میں نے چار نام بتائے، ایسے اور بہت سارے نام ہیں، ان سب لوگوں کا کیس کیا تھا؟</w:t>
      </w:r>
    </w:p>
    <w:p>
      <w:r>
        <w:rPr>
          <w:b/>
        </w:rPr>
        <w:t xml:space="preserve">[35:53] </w:t>
      </w:r>
      <w:r>
        <w:t>aisa nahin ke woh evil thinker thay</w:t>
      </w:r>
    </w:p>
    <w:p>
      <w:pPr>
        <w:jc w:val="right"/>
      </w:pPr>
      <w:r>
        <w:t>ایسا نہیں کہ وہ ایول تھنکر تھے</w:t>
      </w:r>
    </w:p>
    <w:p>
      <w:r>
        <w:rPr>
          <w:b/>
        </w:rPr>
        <w:t xml:space="preserve">[35:55] </w:t>
      </w:r>
      <w:r>
        <w:t>, aisa nahin hai, balkay un ki jo samajh thi, us ke mutabiq unhon ne aik wrong choice le liya. us ko kholiye, us ko bataiye, un ke jo followers hain, un ko yeh bataiye.</w:t>
      </w:r>
    </w:p>
    <w:p>
      <w:pPr>
        <w:jc w:val="right"/>
      </w:pPr>
      <w:r>
        <w:t>، ایسا نہیں ہے، بلکہ ان کی جو سمجھ تھی، اس کے مطابق انہوں نے ایک رانگ چوائس لے لیا۔ اس کو کھولیے، اس کو بتائیے، ان کے جو فالوورز ہیں، ان کو یہ بتائیے۔</w:t>
      </w:r>
    </w:p>
    <w:p>
      <w:r>
        <w:rPr>
          <w:b/>
        </w:rPr>
        <w:t xml:space="preserve">[36:09] </w:t>
      </w:r>
      <w:r>
        <w:t>to hazaron misaalain hain ke jis ko aap bataya gaya, jis ko samajh mein aa gaya ke yeh to wrong choice tha, to unhon ne badal liya apnay aap ko.</w:t>
      </w:r>
    </w:p>
    <w:p>
      <w:pPr>
        <w:jc w:val="right"/>
      </w:pPr>
      <w:r>
        <w:t>تو ہزاروں مثالیں ہیں کہ جس کو آپ بتایا گیا، جس کو سمجھ میں آگیا کہ یہ تو رانگ چوائس تھا، تو انہوں نے بدل لیا اپنے آپ کو۔</w:t>
      </w:r>
    </w:p>
    <w:p>
      <w:r>
        <w:rPr>
          <w:b/>
        </w:rPr>
        <w:t xml:space="preserve">[36:23] </w:t>
      </w:r>
      <w:r>
        <w:t>to poori tareekh ko isi mein aap trace kar saktay hain. poori tareekh ko har woh insaan jo aap ko lagay ke aap ke khilaf hai, us ko samajh lijie ke us ne nasamjhi ki bina par wrong choice le rakha hai.</w:t>
      </w:r>
    </w:p>
    <w:p>
      <w:pPr>
        <w:jc w:val="right"/>
      </w:pPr>
      <w:r>
        <w:t>تو پوری تاریخ کو اسی میں آپ ٹریس کر سکتے ہیں۔ پوری تاریخ کو ہر وہ انسان جو آپ کو لگے کہ آپ کے خلاف ہے، اس کو سمجھ لیجئے کہ اس نے ناسمجھی کی بنا پر رانگ چوائس لے رکھا ہے۔</w:t>
      </w:r>
    </w:p>
    <w:p>
      <w:r>
        <w:rPr>
          <w:b/>
        </w:rPr>
        <w:t xml:space="preserve">[36:38] </w:t>
      </w:r>
      <w:r>
        <w:t>to yahan par us ko, us ke zehn ko durust kijiye.</w:t>
      </w:r>
    </w:p>
    <w:p>
      <w:pPr>
        <w:jc w:val="right"/>
      </w:pPr>
      <w:r>
        <w:t>تو یہاں پر اس کو، اس کے ذہن کو درست کیجئے۔</w:t>
      </w:r>
    </w:p>
    <w:p>
      <w:r>
        <w:rPr>
          <w:b/>
        </w:rPr>
        <w:t xml:space="preserve">[36:43] </w:t>
      </w:r>
      <w:r>
        <w:t>us ko dushman mat samjhiye, us ko shaitan mat samjhiye, us ko evil mat samjhiye,</w:t>
      </w:r>
    </w:p>
    <w:p>
      <w:pPr>
        <w:jc w:val="right"/>
      </w:pPr>
      <w:r>
        <w:t>اس کو دشمن مت سمجھیے، اس کو شیطان مت سمجھیے، اس کو ایول مت سمجھیے،</w:t>
      </w:r>
    </w:p>
    <w:p>
      <w:r>
        <w:rPr>
          <w:b/>
        </w:rPr>
        <w:t xml:space="preserve">[36:52] </w:t>
      </w:r>
      <w:r>
        <w:t>us ko galat fehmi kaise samjhiye? galat fehmi kaise?</w:t>
      </w:r>
    </w:p>
    <w:p>
      <w:pPr>
        <w:jc w:val="right"/>
      </w:pPr>
      <w:r>
        <w:t>اس کو غلط فہمی کیسے سمجھیے؟ غلط فہمی کیسے؟</w:t>
      </w:r>
    </w:p>
    <w:p>
      <w:r>
        <w:rPr>
          <w:b/>
        </w:rPr>
        <w:t xml:space="preserve">[37:06] </w:t>
      </w:r>
      <w:r>
        <w:t>yeh mera jo mein arz kar raha hoon, yeh mera zaati taj</w:t>
      </w:r>
    </w:p>
    <w:p>
      <w:pPr>
        <w:jc w:val="right"/>
      </w:pPr>
      <w:r>
        <w:t>یہ میرا جو میں عرض کر رہا ہوں، یہ میرا ذاتی تج</w:t>
      </w:r>
    </w:p>
    <w:p>
      <w:r>
        <w:rPr>
          <w:b/>
        </w:rPr>
        <w:t xml:space="preserve">[37:09] </w:t>
      </w:r>
      <w:r>
        <w:t>rubah hai. Kitne saare log jo thay, jo bazahir mukhalif banay hue thay hamare, lekin jab un ko baat kholi gayi, baat batai gayi to unhon ne maan liya, hamare saathi ban gaye.</w:t>
      </w:r>
    </w:p>
    <w:p>
      <w:pPr>
        <w:jc w:val="right"/>
      </w:pPr>
      <w:r>
        <w:t>ربہ ہے۔ کتنے سارے لوگ جو تھے، جو بظاہر مخالف بنے ہوئے تھے ہمارے، لیکن جب ان کو بات کھولی گئی، بات بتائی گئی تو انہوں نے مان لیا، ہمارے ساتھی بن گئے۔</w:t>
      </w:r>
    </w:p>
    <w:p>
      <w:r>
        <w:rPr>
          <w:b/>
        </w:rPr>
        <w:t xml:space="preserve">[37:31] </w:t>
      </w:r>
      <w:r>
        <w:t>to</w:t>
      </w:r>
    </w:p>
    <w:p>
      <w:pPr>
        <w:jc w:val="right"/>
      </w:pPr>
      <w:r>
        <w:t>تو</w:t>
      </w:r>
    </w:p>
    <w:p>
      <w:r>
        <w:rPr>
          <w:b/>
        </w:rPr>
        <w:t xml:space="preserve">[37:32] </w:t>
      </w:r>
      <w:r>
        <w:t>maghrib ke mamle mein yahi hai ke logon ne maghrib ko samajh liya ke woh shajar khabeesa hai.</w:t>
      </w:r>
    </w:p>
    <w:p>
      <w:pPr>
        <w:jc w:val="right"/>
      </w:pPr>
      <w:r>
        <w:t>مغرب کے معاملے میں یہی ہے کہ لوگوں نے مغرب کو سمجھ لیا کہ وہ شجر خبیثہ ہے۔</w:t>
      </w:r>
    </w:p>
    <w:p>
      <w:r>
        <w:rPr>
          <w:b/>
        </w:rPr>
        <w:t xml:space="preserve">[37:44] </w:t>
      </w:r>
      <w:r>
        <w:t>koi shajar khabeesa asal nahi hota hai.</w:t>
      </w:r>
    </w:p>
    <w:p>
      <w:pPr>
        <w:jc w:val="right"/>
      </w:pPr>
      <w:r>
        <w:t>کوئی شجر خبیثہ اصل نہیں ہوتا ہے۔</w:t>
      </w:r>
    </w:p>
    <w:p>
      <w:r>
        <w:rPr>
          <w:b/>
        </w:rPr>
        <w:t xml:space="preserve">[37:51] </w:t>
      </w:r>
      <w:r>
        <w:t>is shajar khabeesa ke peeche ek base hoti hai, ek ideology hoti hai.</w:t>
      </w:r>
    </w:p>
    <w:p>
      <w:pPr>
        <w:jc w:val="right"/>
      </w:pPr>
      <w:r>
        <w:t>اس شجر خبیثہ کے پیچھے ایک بیس ہوتی ہے، ایک آئیڈیالوجی ہوتی ہے۔</w:t>
      </w:r>
    </w:p>
    <w:p>
      <w:r>
        <w:rPr>
          <w:b/>
        </w:rPr>
        <w:t xml:space="preserve">[37:56] </w:t>
      </w:r>
      <w:r>
        <w:t>is ideology ko aap samjhiye aur wahan par insan ka muqabla kijiye. Wahan par us ko bataiye ke tumhari ideology durust nahi hai.</w:t>
      </w:r>
    </w:p>
    <w:p>
      <w:pPr>
        <w:jc w:val="right"/>
      </w:pPr>
      <w:r>
        <w:t>اس آئیڈیالوجی کو آپ سمجھیے اور وہاں پر انسان کا مقابلہ کیجئے۔ وہاں پر اس کو بتائیے کہ تمہاری آئیڈیالوجی درست نہیں ہے۔</w:t>
      </w:r>
    </w:p>
    <w:p>
      <w:r>
        <w:rPr>
          <w:b/>
        </w:rPr>
        <w:t xml:space="preserve">[38:07] </w:t>
      </w:r>
      <w:r>
        <w:t>phir us ke baad apna aap khatm ho jayega.</w:t>
      </w:r>
    </w:p>
    <w:p>
      <w:pPr>
        <w:jc w:val="right"/>
      </w:pPr>
      <w:r>
        <w:t>پھر اس کے بعد اپنا آپ ختم ہو جائے گا۔</w:t>
      </w:r>
    </w:p>
    <w:p>
      <w:r>
        <w:rPr>
          <w:b/>
        </w:rPr>
        <w:t xml:space="preserve">[38:21] </w:t>
      </w:r>
      <w:r>
        <w:t>mein khud bhi naujawani ki umar mein yahi samajhta tha, mein bhi ke sab shajar khabeesa hai, sab buraiyon ka dher hai. Lekin jab maine study ki, study ki to maloom hua ke shajar khabeesa kaise nahi hai, yeh buraiyon kaise nahi hai.</w:t>
      </w:r>
    </w:p>
    <w:p>
      <w:pPr>
        <w:jc w:val="right"/>
      </w:pPr>
      <w:r>
        <w:t>میں خود بھی نوجوانی کی عمر میں یہی سمجھتا تھا، میں بھی کہ سب شجر خبیثہ ہے، سب برائیوں کا ڈھیر ہے۔ لیکن جب میں نے اسٹڈی کی، اسٹڈی کی تو معلوم ہوا کہ شجر خبیثہ کیسے نہیں ہے، یہ برائیوں کیسے نہیں ہے۔</w:t>
      </w:r>
    </w:p>
    <w:p>
      <w:r>
        <w:rPr>
          <w:b/>
        </w:rPr>
        <w:t xml:space="preserve">[38:37] </w:t>
      </w:r>
      <w:r>
        <w:t>unhon ne ek ideology develop kiya, is ideology ko samajhte hain ke yeh yahi sahi explanation hai, to is pe us ko follow kar rahe hain.</w:t>
      </w:r>
    </w:p>
    <w:p>
      <w:pPr>
        <w:jc w:val="right"/>
      </w:pPr>
      <w:r>
        <w:t>انہوں نے ایک آئیڈیالوجی ڈیویلپ کیا، اس آئیڈیالوجی کو سمجھتے ہیں کہ یہ یہی صحیح ایکسپلینیشن ہے، تو اس پہ اس کو فالو کر رہے ہیں۔</w:t>
      </w:r>
    </w:p>
    <w:p>
      <w:r>
        <w:rPr>
          <w:b/>
        </w:rPr>
        <w:t xml:space="preserve">[38:48] </w:t>
      </w:r>
      <w:r>
        <w:t>woh</w:t>
      </w:r>
    </w:p>
    <w:p>
      <w:pPr>
        <w:jc w:val="right"/>
      </w:pPr>
      <w:r>
        <w:t>وہ</w:t>
      </w:r>
    </w:p>
    <w:p>
      <w:r>
        <w:rPr>
          <w:b/>
        </w:rPr>
        <w:t xml:space="preserve">[38:49] </w:t>
      </w:r>
      <w:r>
        <w:t>is ideology ko aap bataiye ke yeh to wrong ideology hai, false ideology hai. Is ke baad woh us ko chhod denge. Jaise misaal ke taur par aap lijiye communism ko.</w:t>
      </w:r>
    </w:p>
    <w:p>
      <w:pPr>
        <w:jc w:val="right"/>
      </w:pPr>
      <w:r>
        <w:t>اس آئیڈیالوجی کو آپ بتائیے کہ یہ تو رانگ آئیڈیالوجی ہے، فالس آئیڈیالوجی ہے۔ اس کے بعد وہ اس کو چھوڑ دیں گے۔ جیسے مثال کے طور پر آپ لیجئے کمیونزم کو۔</w:t>
      </w:r>
    </w:p>
    <w:p>
      <w:r>
        <w:rPr>
          <w:b/>
        </w:rPr>
        <w:t xml:space="preserve">[39:01] </w:t>
      </w:r>
      <w:r>
        <w:t>ek zamane, ek zamana tha ke communism ka ek ek saare alam mein sehra tha, sab log isi tarah par sochne lage thay.</w:t>
      </w:r>
    </w:p>
    <w:p>
      <w:pPr>
        <w:jc w:val="right"/>
      </w:pPr>
      <w:r>
        <w:t>ایک زمانے، ایک زمانہ تھا کہ کمیونزم کا ایک ایک سارے عالم میں سہترا تھا، سب لوگ اسی طرح پر سوچنے لگے تھے۔</w:t>
      </w:r>
    </w:p>
    <w:p>
      <w:r>
        <w:rPr>
          <w:b/>
        </w:rPr>
        <w:t xml:space="preserve">[39:09] </w:t>
      </w:r>
      <w:r>
        <w:t>majority is zamane mein maine ek kitaab likhi thi, Marxism tareekh to radd kar chuki hai,</w:t>
      </w:r>
    </w:p>
    <w:p>
      <w:pPr>
        <w:jc w:val="right"/>
      </w:pPr>
      <w:r>
        <w:t>میجورٹی اس زمانے میں میں نے ایک کتاب لکھی تھی، مارکسزم تاریخ تو رد کر چکی ہے،</w:t>
      </w:r>
    </w:p>
    <w:p>
      <w:r>
        <w:rPr>
          <w:b/>
        </w:rPr>
        <w:t xml:space="preserve">[39:17] </w:t>
      </w:r>
      <w:r>
        <w:t>yani abhi dabdaba tha, is ka baqi tha dabdaba, abhi woh toota nahi tha. Wahan kyunke bahut baad ko toota, woh Russia mein is ka nizam.</w:t>
      </w:r>
    </w:p>
    <w:p>
      <w:pPr>
        <w:jc w:val="right"/>
      </w:pPr>
      <w:r>
        <w:t>یعنی ابھی دبدبہ تھا، اس کا باقی تھا دبدبہ، ابھی وہ ٹوٹا نہیں تھا۔ وہاں کیونکہ بہت بعد کو ٹوٹا، وہ روس میں اس کا نظام۔</w:t>
      </w:r>
    </w:p>
    <w:p>
      <w:r>
        <w:rPr>
          <w:b/>
        </w:rPr>
        <w:t xml:space="preserve">[39:28] </w:t>
      </w:r>
      <w:r>
        <w:t>is baad maine likhi thi, maine ek kitaab Marxism jo tareekh radd kar chuki hai,</w:t>
      </w:r>
    </w:p>
    <w:p>
      <w:pPr>
        <w:jc w:val="right"/>
      </w:pPr>
      <w:r>
        <w:t>اس بعد میں نے لکھی تھی، میں نے ایک کتاب مارکسزم جو تاریخ رد کر چکی ہے،</w:t>
      </w:r>
    </w:p>
    <w:p>
      <w:r>
        <w:rPr>
          <w:b/>
        </w:rPr>
        <w:t xml:space="preserve">[39:35] </w:t>
      </w:r>
      <w:r>
        <w:t>to is mein maine bataya tha ke yeh jo nazariya hai, ek exploitation ko khatm, exploitation ko khatm karne ke liye state control, yeh to ek aur nai burai paida karega,</w:t>
      </w:r>
    </w:p>
    <w:p>
      <w:pPr>
        <w:jc w:val="right"/>
      </w:pPr>
      <w:r>
        <w:t>تو اس میں میں نے بتایا تھا کہ یہ جو نظریہ ہے، ایک ایکسپائریشن کو ختم، ایکسپائریشن کو ختم کرنے کے لیے اسٹیٹ کنٹرول، یہ تو ایک اور نئی برائی پیدا کرے گا،</w:t>
      </w:r>
    </w:p>
    <w:p>
      <w:r>
        <w:rPr>
          <w:b/>
        </w:rPr>
        <w:t xml:space="preserve">[39:52] </w:t>
      </w:r>
      <w:r>
        <w:t>kyunke compression khatm ho jayega samaj se. Compression se tarqqiyan hoti hain,</w:t>
      </w:r>
    </w:p>
    <w:p>
      <w:pPr>
        <w:jc w:val="right"/>
      </w:pPr>
      <w:r>
        <w:t>کیونکہ کمپریشن ختم ہو جائے گا سماج سے۔ کمپریشن سے ترقیاں ہوتی ہیں،</w:t>
      </w:r>
    </w:p>
    <w:p>
      <w:r>
        <w:rPr>
          <w:b/>
        </w:rPr>
        <w:t xml:space="preserve">[40:01] </w:t>
      </w:r>
      <w:r>
        <w:t>to aap jab state control qaim karenge to compression khatm ho jayega. To phir ek ek naya daur aayega, jo jo is se bhi zyada bura daur hoga.</w:t>
      </w:r>
    </w:p>
    <w:p>
      <w:pPr>
        <w:jc w:val="right"/>
      </w:pPr>
      <w:r>
        <w:t>تو آپ جب اسٹیٹ کنٹرول قائم کریں گے تو کمپریشن ختم ہو جائے گا۔ تو پھر ایک ایک نیا دور آئے گا، جو جو اس سے بھی زیادہ برا دور ہوگا۔</w:t>
      </w:r>
    </w:p>
    <w:p>
      <w:r>
        <w:rPr>
          <w:b/>
        </w:rPr>
        <w:t xml:space="preserve">[40:14] </w:t>
      </w:r>
      <w:r>
        <w:t>to beshumar logon ne is ko sahi mana aur is ko chhod diya.</w:t>
      </w:r>
    </w:p>
    <w:p>
      <w:pPr>
        <w:jc w:val="right"/>
      </w:pPr>
      <w:r>
        <w:t>تو بے شمار لوگوں نے اس کو صحیح مانا اور اس کو چھوڑ دیا۔</w:t>
      </w:r>
    </w:p>
    <w:p>
      <w:r>
        <w:rPr>
          <w:b/>
        </w:rPr>
        <w:t xml:space="preserve">[40:21] </w:t>
      </w:r>
      <w:r>
        <w:t>halanke jab woh kitaab chhapi thi to kuch logon ne is ko woh ajeeb baat samjhi thi ke abhi to is ka dabdaba qaim hai. Aap kehte hain ke Marxism ko tareekh ne radd kar diya, kahan aisa hai?</w:t>
      </w:r>
    </w:p>
    <w:p>
      <w:pPr>
        <w:jc w:val="right"/>
      </w:pPr>
      <w:r>
        <w:t>حالانکہ جب وہ کتاب چھپی تھی تو کچھ لوگوں نے اس کو وہ عجیب بات سمجھی تھی کہ ابھی تو اس کا دبدبہ قائم ہے۔ آپ کہتے ہیں کہ مارکسزم کو تاریخ نے رد کر دیا، کہاں ایسا ہے؟</w:t>
      </w:r>
    </w:p>
    <w:p>
      <w:r>
        <w:rPr>
          <w:b/>
        </w:rPr>
        <w:t xml:space="preserve">[40:35] </w:t>
      </w:r>
      <w:r>
        <w:t>lekin aaj aap jante hain ke aaj aap, yani as an ideology, woh radd ho chuki hai, radd ho chuki hai.</w:t>
      </w:r>
    </w:p>
    <w:p>
      <w:pPr>
        <w:jc w:val="right"/>
      </w:pPr>
      <w:r>
        <w:t>لیکن آج آپ جانتے ہیں کہ آج آپ، یعنی ایز این آئیڈیالوجی، وہ رد ہو چکی ہے، رد ہو چکی ہے۔</w:t>
      </w:r>
    </w:p>
    <w:p>
      <w:r>
        <w:rPr>
          <w:b/>
        </w:rPr>
        <w:t xml:space="preserve">[40:49] </w:t>
      </w:r>
      <w:r>
        <w:t>is tarah jo jo jo modern ilhad jo hai, jo atheism hai, is par maine kitaab likhi, jo chhapi hai kai zabanon mein, God Rises, English mein is ka title hai.</w:t>
      </w:r>
    </w:p>
    <w:p>
      <w:pPr>
        <w:jc w:val="right"/>
      </w:pPr>
      <w:r>
        <w:t>اس طرح جو جو جو ماڈرن الحاد جو ہے، جو اتھیزم ہے، اس پر میں نے کتاب لکھی، جو چھپی ہے کئی زبانوں میں، گاڈ رائزز، انگلش میں اس کا ٹائٹل ہے۔</w:t>
      </w:r>
    </w:p>
    <w:p>
      <w:r>
        <w:rPr>
          <w:b/>
        </w:rPr>
        <w:t xml:space="preserve">[41:04] </w:t>
      </w:r>
      <w:r>
        <w:t>to beshumar logon ne is ko padh kar ke, yani un ki apne zehan ki islaah kar li</w:t>
      </w:r>
    </w:p>
    <w:p>
      <w:pPr>
        <w:jc w:val="right"/>
      </w:pPr>
      <w:r>
        <w:t>تو بے شمار لوگوں نے اس کو پڑھ کر کے، یعنی ان کی اپنے ذہن کی اصلاح کر لی</w:t>
      </w:r>
    </w:p>
    <w:p>
      <w:r>
        <w:rPr>
          <w:b/>
        </w:rPr>
        <w:t xml:space="preserve">[41:10] </w:t>
      </w:r>
      <w:r>
        <w:t>. To mera tareeqa yeh hai ke mein ideology ke satah par insan ko,</w:t>
      </w:r>
    </w:p>
    <w:p>
      <w:pPr>
        <w:jc w:val="right"/>
      </w:pPr>
      <w:r>
        <w:t>۔ تو میرا طریقہ یہ ہے کہ میں آئیڈیالوجی کے سطح پر انسان کو،</w:t>
      </w:r>
    </w:p>
    <w:p>
      <w:r>
        <w:rPr>
          <w:b/>
        </w:rPr>
        <w:t xml:space="preserve">[41:17] </w:t>
      </w:r>
      <w:r>
        <w:t>yani ideology ke satah par, main apne is ko radd karta hoon. Is ke khilaf fatwa dena aur is ko bura bhala kehna, is ko shajar khabeesa kehna, yeh mera tareeqa nahi hai.</w:t>
      </w:r>
    </w:p>
    <w:p>
      <w:pPr>
        <w:jc w:val="right"/>
      </w:pPr>
      <w:r>
        <w:t>یعنی آئیڈیالوجی کے سطح پر، میں اپنے اس کو رد کرتا ہوں۔ اس کے خلاف فتوی دینا اور اس کو برا بھلا کہنا، اس کو شجر خبیثہ کہنا، یہ میرا طریقہ نہیں ہے۔</w:t>
      </w:r>
    </w:p>
    <w:p>
      <w:r>
        <w:rPr>
          <w:b/>
        </w:rPr>
        <w:t xml:space="preserve">[41:35] </w:t>
      </w:r>
      <w:r>
        <w:t>to behrhaal mere mutaliq ke mutabiq</w:t>
      </w:r>
    </w:p>
    <w:p>
      <w:pPr>
        <w:jc w:val="right"/>
      </w:pPr>
      <w:r>
        <w:t>تو بہرحال میرے متعلق کے مطابق</w:t>
      </w:r>
    </w:p>
    <w:p>
      <w:r>
        <w:rPr>
          <w:b/>
        </w:rPr>
        <w:t xml:space="preserve">[41:38] </w:t>
      </w:r>
      <w:r>
        <w:t>maghrib jo hai, woh burai ka case nahi hai, woh wrong choice ka case hai. Yani jo cheezein jin ko ke insaan talash kar raha hai,</w:t>
      </w:r>
    </w:p>
    <w:p>
      <w:pPr>
        <w:jc w:val="right"/>
      </w:pPr>
      <w:r>
        <w:t>مغرب جو ہے، وہ برائی کا کیس نہیں ہے، وہ رانگ چوائس کا کیس ہے۔ یعنی جو چیزیں جن کو کہ انسان تلاش کر رہا ہے،</w:t>
      </w:r>
    </w:p>
    <w:p>
      <w:r>
        <w:rPr>
          <w:b/>
        </w:rPr>
        <w:t xml:space="preserve">[41:52] </w:t>
      </w:r>
      <w:r>
        <w:t>un cheezon ke liye unhon ne ek ek ideology aisi develop ki, jo jo haqeeqatan false ideology thi.</w:t>
      </w:r>
    </w:p>
    <w:p>
      <w:pPr>
        <w:jc w:val="right"/>
      </w:pPr>
      <w:r>
        <w:t>ان چیزوں کے لیے انہوں نے ایک ایک آئیڈیالوجی ایسی ڈیویلپ کی، جو جو حقیقتاً فالس آئیڈیالوجی تھی۔</w:t>
      </w:r>
    </w:p>
    <w:p>
      <w:r>
        <w:rPr>
          <w:b/>
        </w:rPr>
        <w:t xml:space="preserve">[42:02] </w:t>
      </w:r>
      <w:r>
        <w:t>lekin is ko is tarah murattab kiya gaya, is tarah murattab kiya gaya ke logon ko laga ke yeh to</w:t>
      </w:r>
    </w:p>
    <w:p>
      <w:pPr>
        <w:jc w:val="right"/>
      </w:pPr>
      <w:r>
        <w:t>لیکن اس کو اس طرح مرتب کیا گیا، اس طرح مرتب کیا گیا کہ لوگوں کو لگا کہ یہ تو</w:t>
      </w:r>
    </w:p>
    <w:p>
      <w:r>
        <w:rPr>
          <w:b/>
        </w:rPr>
        <w:t xml:space="preserve">[42:07] </w:t>
      </w:r>
      <w:r>
        <w:t>saheeh baat hai. To us waqt main jis cheez par zor dena chahta hoon, woh yeh hai ke jo musallahin hain, woh negative reaction ya fatwa ya un ko bura bhala kehne ka tareeqa khatam karein aur yeh samjhein ke baat par haqeeqat woh kis base par khara hua hai,</w:t>
      </w:r>
    </w:p>
    <w:p>
      <w:pPr>
        <w:jc w:val="right"/>
      </w:pPr>
      <w:r>
        <w:t>صحیح بات ہے۔ تو اس وقت میں جس چیز پر زور دینا چاہتا ہوں، وہ یہ ہے کہ جو مسلحین ہیں، وہ نیگیٹیو ری ایکشن یا فتوی یا ان کو برا بھلا کہنے کا طریقہ ختم کریں اور یہ سمجھیں کہ بات پر حقیقت وہ کس بیس پر کھڑا ہوا ہے،</w:t>
      </w:r>
    </w:p>
    <w:p>
      <w:r>
        <w:rPr>
          <w:b/>
        </w:rPr>
        <w:t xml:space="preserve">[42:25] </w:t>
      </w:r>
      <w:r>
        <w:t>is ki ideology kya hai, woh kya cheez hai jo logon ko attract karti hai. Wahan par samjhein, wahan par is ko radd karein,</w:t>
      </w:r>
    </w:p>
    <w:p>
      <w:pPr>
        <w:jc w:val="right"/>
      </w:pPr>
      <w:r>
        <w:t>اس کی آئیڈیالوجی کیا ہے، وہ کیا چیز ہے جو لوگوں کو اٹریکٹ کرتی ہے۔ وہاں پر سمجھیں، وہاں پر اس کو رد کریں،</w:t>
      </w:r>
    </w:p>
    <w:p>
      <w:r>
        <w:rPr>
          <w:b/>
        </w:rPr>
        <w:t xml:space="preserve">[42:36] </w:t>
      </w:r>
      <w:r>
        <w:t>wahan par is ki ghalti batayein,</w:t>
      </w:r>
    </w:p>
    <w:p>
      <w:pPr>
        <w:jc w:val="right"/>
      </w:pPr>
      <w:r>
        <w:t>وہاں پر اس کی غلطی بتائیں،</w:t>
      </w:r>
    </w:p>
    <w:p>
      <w:r>
        <w:rPr>
          <w:b/>
        </w:rPr>
        <w:t xml:space="preserve">[42:44] </w:t>
      </w:r>
      <w:r>
        <w:t>warna koi is ko mannay ke liye tayyar nahi hoga.</w:t>
      </w:r>
    </w:p>
    <w:p>
      <w:pPr>
        <w:jc w:val="right"/>
      </w:pPr>
      <w:r>
        <w:t>ورنہ کوئی اس کو ماننے کے لیے تیار نہیں ہوگا۔</w:t>
      </w:r>
    </w:p>
    <w:p>
      <w:r>
        <w:rPr>
          <w:b/>
        </w:rPr>
        <w:t xml:space="preserve">[42:50] </w:t>
      </w:r>
      <w:r>
        <w:t>koi is ko mannay ke liye tayyar nahi hoga.</w:t>
      </w:r>
    </w:p>
    <w:p>
      <w:pPr>
        <w:jc w:val="right"/>
      </w:pPr>
      <w:r>
        <w:t>کوئی اس کو ماننے کے لیے تیار نہیں ہوگا۔</w:t>
      </w:r>
    </w:p>
    <w:p>
      <w:r>
        <w:rPr>
          <w:b/>
        </w:rPr>
        <w:t xml:space="preserve">[42:55] </w:t>
      </w:r>
      <w:r>
        <w:t>mere apne tajrube ke mutabiq jitne bhi musallahin hain, chahe koi bhi ho, woh in sab ka khatma frustration par hota hai.</w:t>
      </w:r>
    </w:p>
    <w:p>
      <w:pPr>
        <w:jc w:val="right"/>
      </w:pPr>
      <w:r>
        <w:t>میرے اپنے تجربے کے مطابق جتنے بھی مسلحین ہیں، چاہے کوئی بھی ہو، وہ ان سب کا خاتمہ فرسٹریشن پر ہوتا ہے۔</w:t>
      </w:r>
    </w:p>
    <w:p>
      <w:r>
        <w:rPr>
          <w:b/>
        </w:rPr>
        <w:t xml:space="preserve">[43:08] </w:t>
      </w:r>
      <w:r>
        <w:t>newton frustration mein mara, darwin frustration mein mara, karl marx frustration mein mara, freud frustration mein mara. Kyun?</w:t>
      </w:r>
    </w:p>
    <w:p>
      <w:pPr>
        <w:jc w:val="right"/>
      </w:pPr>
      <w:r>
        <w:t>نیوٹن فرسٹریشن میں مرا، ڈارون فرسٹریشن میں مرا، کارل مارکس فرسٹریشن میں مرا، فرائیڈ فرسٹریشن میں مرا۔ کیوں؟</w:t>
      </w:r>
    </w:p>
    <w:p>
      <w:r>
        <w:rPr>
          <w:b/>
        </w:rPr>
        <w:t xml:space="preserve">[43:18] </w:t>
      </w:r>
      <w:r>
        <w:t>shuru shuru mein to unhon ne samjha tha ke yeh main ne ek ek saheeh ideology daryaft kar</w:t>
      </w:r>
    </w:p>
    <w:p>
      <w:pPr>
        <w:jc w:val="right"/>
      </w:pPr>
      <w:r>
        <w:t>شروع شروع میں تو انہوں نے سمجھا تھا کہ یہ میں نے ایک ایک صحیح آئیڈیالوجی دریافت کر</w:t>
      </w:r>
    </w:p>
    <w:p>
      <w:r>
        <w:rPr>
          <w:b/>
        </w:rPr>
        <w:t xml:space="preserve">[43:23] </w:t>
      </w:r>
      <w:r>
        <w:t>li hai, lekin baat ko dheere dheere un ko khola gaya to saheeh nahi tha. Yeh to false ideology thi. To sab baraste hain frustration mein.</w:t>
      </w:r>
    </w:p>
    <w:p>
      <w:pPr>
        <w:jc w:val="right"/>
      </w:pPr>
      <w:r>
        <w:t>لی ہے، لیکن بات کو دھیرے دھیرے ان کو کھولا گیا تو صحیح نہیں تھا۔ یہ تو فالس آئیڈیالوجی تھی۔ تو سب برستے ہیں فرسٹریشن میں۔</w:t>
      </w:r>
    </w:p>
    <w:p>
      <w:r>
        <w:rPr>
          <w:b/>
        </w:rPr>
        <w:t xml:space="preserve">[43:34] </w:t>
      </w:r>
      <w:r>
        <w:t>is ko aap istemal kijiye, yani un ke andar jo ek ehsaas chupa hua hai ke hum ne jo ideology develop ki thi, us se cheezein explain nahi huin, us se masla hal nahi hua.</w:t>
      </w:r>
    </w:p>
    <w:p>
      <w:pPr>
        <w:jc w:val="right"/>
      </w:pPr>
      <w:r>
        <w:t>اس کو آپ استعمال کیجئے، یعنی ان کے اندر جو ایک احساس چھپا ہوا ہے کہ ہم نے جو آئیڈیالوجی ڈیویلپ کی تھی، اس سے چیزیں ایکسپلین نہیں ہوئیں، اس سے مسئلہ حل نہیں ہوا۔</w:t>
      </w:r>
    </w:p>
    <w:p>
      <w:r>
        <w:rPr>
          <w:b/>
        </w:rPr>
        <w:t xml:space="preserve">[43:46] </w:t>
      </w:r>
      <w:r>
        <w:t>to phir aisa hoga ke woh un ka jo second thought aayega, un ka rethinking aayegi.</w:t>
      </w:r>
    </w:p>
    <w:p>
      <w:pPr>
        <w:jc w:val="right"/>
      </w:pPr>
      <w:r>
        <w:t>تو پھر ایسا ہوگا کہ وہ ان کا جو سیکنڈ تھاٹ آئے گا، ان کا ری تھنکنگ آئے گی۔</w:t>
      </w:r>
    </w:p>
    <w:p>
      <w:r>
        <w:rPr>
          <w:b/>
        </w:rPr>
        <w:t xml:space="preserve">[43:57] </w:t>
      </w:r>
      <w:r>
        <w:t>to hamare mission mein jo tareeqa hai, woh yeh hai ke hum insaan ko dushman ki nazar se na dekhein, balkeh insaan ke sath friendly behaviour ka mamla karein</w:t>
      </w:r>
    </w:p>
    <w:p>
      <w:pPr>
        <w:jc w:val="right"/>
      </w:pPr>
      <w:r>
        <w:t>تو ہمارے مشن میں جو طریقہ ہے، وہ یہ ہے کہ ہم انسان کو دشمن کی نظر سے نہ دیکھیں، بلکہ انسان کے ساتھ فرینڈلی بیہیویئر کا معاملہ کریں</w:t>
      </w:r>
    </w:p>
    <w:p>
      <w:r>
        <w:rPr>
          <w:b/>
        </w:rPr>
        <w:t xml:space="preserve">[44:14] </w:t>
      </w:r>
      <w:r>
        <w:t>aur</w:t>
      </w:r>
    </w:p>
    <w:p>
      <w:pPr>
        <w:jc w:val="right"/>
      </w:pPr>
      <w:r>
        <w:t>اور</w:t>
      </w:r>
    </w:p>
    <w:p>
      <w:r>
        <w:rPr>
          <w:b/>
        </w:rPr>
        <w:t xml:space="preserve">[44:19] </w:t>
      </w:r>
      <w:r>
        <w:t>khwahishkhawana andaaz mein is se banne ki koshish karein ke is ka asal case kya hai,</w:t>
      </w:r>
    </w:p>
    <w:p>
      <w:pPr>
        <w:jc w:val="right"/>
      </w:pPr>
      <w:r>
        <w:t>خواہش خواہانہ انداز میں اس سے بننے کی کوشش کریں کہ اس کا اصل کیس کیا ہے،</w:t>
      </w:r>
    </w:p>
    <w:p>
      <w:r>
        <w:rPr>
          <w:b/>
        </w:rPr>
        <w:t xml:space="preserve">[44:25] </w:t>
      </w:r>
      <w:r>
        <w:t>kyun is ne yeh mauqaf ikhtiyar kar rakha hai. Ab wahan par is ke zehan ko address karein.</w:t>
      </w:r>
    </w:p>
    <w:p>
      <w:pPr>
        <w:jc w:val="right"/>
      </w:pPr>
      <w:r>
        <w:t>کیوں اس نے یہ موقف اختیار کر رکھا ہے۔ اب وہاں پر اس کے ذہن کو ایڈریس کریں۔</w:t>
      </w:r>
    </w:p>
    <w:p>
      <w:r>
        <w:rPr>
          <w:b/>
        </w:rPr>
        <w:t xml:space="preserve">[44:36] </w:t>
      </w:r>
      <w:r>
        <w:t>to insaan, to insaan jo hai, woh aap jante hain ke rational animal hai.</w:t>
      </w:r>
    </w:p>
    <w:p>
      <w:pPr>
        <w:jc w:val="right"/>
      </w:pPr>
      <w:r>
        <w:t>تو انسان، تو انسان جو ہے، وہ آپ جانتے ہیں کہ ریشنل اینیمل ہے۔</w:t>
      </w:r>
    </w:p>
    <w:p>
      <w:r>
        <w:rPr>
          <w:b/>
        </w:rPr>
        <w:t xml:space="preserve">[44:44] </w:t>
      </w:r>
      <w:r>
        <w:t>agar is ke reason reason ko aap address kar dein, is ki aqal ko mutmaeen kar dein, aap</w:t>
      </w:r>
    </w:p>
    <w:p>
      <w:pPr>
        <w:jc w:val="right"/>
      </w:pPr>
      <w:r>
        <w:t>اگر اس کے ریزن ریزن کو آپ ایڈریس کر دیں، اس کی عقل کو مطمئن کر دیں، آپ</w:t>
      </w:r>
    </w:p>
    <w:p>
      <w:r>
        <w:rPr>
          <w:b/>
        </w:rPr>
        <w:t xml:space="preserve">[44:51] </w:t>
      </w:r>
      <w:r>
        <w:t>to afford nahi kar sakta ke woh ghalti par qaim rahe.</w:t>
      </w:r>
    </w:p>
    <w:p>
      <w:pPr>
        <w:jc w:val="right"/>
      </w:pPr>
      <w:r>
        <w:t>تو افورڈ نہیں کر سکتا کہ وہ غلطی پر قائم رہے۔</w:t>
      </w:r>
    </w:p>
    <w:p>
      <w:r>
        <w:rPr>
          <w:b/>
        </w:rPr>
        <w:t xml:space="preserve">[44:57] </w:t>
      </w:r>
      <w:r>
        <w:t>to meri dua hai ke Allah taala mujh ko aur aap ko tofeeq de ke hum saheeh andaaz mein apna kaam karein taake logon ko hidayat hasil ho.</w:t>
      </w:r>
    </w:p>
    <w:p>
      <w:pPr>
        <w:jc w:val="right"/>
      </w:pPr>
      <w:r>
        <w:t>تو میری دعا ہے کہ اللہ تعالی مجھ کو اور آپ کو توفیق دے کہ ہم صحیح انداز میں اپنا کام کریں تاکہ لوگوں کو ہدایت حاصل ہو۔</w:t>
      </w:r>
    </w:p>
    <w:p>
      <w:r>
        <w:rPr>
          <w:b/>
        </w:rPr>
        <w:t xml:space="preserve">[45:09] </w:t>
      </w:r>
      <w:r>
        <w:t>aqool qawlihaza wastaghfirullah ala wa lakum ajmaeen.</w:t>
      </w:r>
    </w:p>
    <w:p>
      <w:pPr>
        <w:jc w:val="right"/>
      </w:pPr>
      <w:r>
        <w:t>اقول قولیھذا واستغفراللہ علی ویلکم اجمعین۔</w:t>
      </w:r>
    </w:p>
    <w:p>
      <w:r>
        <w:rPr>
          <w:b/>
        </w:rPr>
        <w:t xml:space="preserve">[45:26] </w:t>
      </w:r>
      <w:r>
        <w:t>molana, agla sawal zakir sahib ne kiya hai indore se. unhon ne likha hai: "molana sahib, you always talk about peace, but peace only delays the process, and the real result can be achieved only through protest or revolution.</w:t>
      </w:r>
    </w:p>
    <w:p>
      <w:pPr>
        <w:jc w:val="right"/>
      </w:pPr>
      <w:r>
        <w:t>مولانا، اگلا سوال ذاکر صاحب نے کیا ہے اندور سے۔ انہوں نے لکھا ہے: "مولانا صاحب، یو الویز ٹاک اباؤٹ پیس، بٹ پیس اونلی ڈیلیز دا پروسیس، اینڈ دا ریئل رزلٹ کین بی اچیوڈ اونلی تھرو پروٹیسٹ اور ریولیوشن۔</w:t>
      </w:r>
    </w:p>
    <w:p>
      <w:r>
        <w:rPr>
          <w:b/>
        </w:rPr>
        <w:t xml:space="preserve">[45:44] </w:t>
      </w:r>
      <w:r>
        <w:t>for example, French Revolution, Russian Revolution are real life examples as to how things were achieved in this world.</w:t>
      </w:r>
    </w:p>
    <w:p>
      <w:pPr>
        <w:jc w:val="right"/>
      </w:pPr>
      <w:r>
        <w:t>فار ایگزامپل، فرنچ ریولیوشن، رشین ریولیوشن ار ریئل لائف ایگزامپل ایز ٹو ہاؤ تھنگز وار اچیوڈ ان دس ورلڈ۔</w:t>
      </w:r>
    </w:p>
    <w:p>
      <w:r>
        <w:rPr>
          <w:b/>
        </w:rPr>
        <w:t xml:space="preserve">[45:53] </w:t>
      </w:r>
      <w:r>
        <w:t>why should we always take the route of peace? i don't think it is required, especially in today's scenario." main samajhta hoon ke aap ki kuch bhi study nahi hai, alfaaz aap ke paas hain,</w:t>
      </w:r>
    </w:p>
    <w:p>
      <w:pPr>
        <w:jc w:val="right"/>
      </w:pPr>
      <w:r>
        <w:t>وائی شوڈ وی الویز ٹیک دا روٹ اف پیس؟ ائی ڈونٹ تھنک اٹ از ریکوائرڈ، اسپیشلی ان ٹوڈے سنیریو۔" میں سمجھتا ہوں کہ آپ کی کچھ بھی اسٹڈی نہیں ہے، الفاظ آپ کے پاس ہیں،</w:t>
      </w:r>
    </w:p>
    <w:p>
      <w:r>
        <w:rPr>
          <w:b/>
        </w:rPr>
        <w:t xml:space="preserve">[46:07] </w:t>
      </w:r>
      <w:r>
        <w:t>alfaaz bol diye aap ne. yani protest se dunya mein kamyabi hasil hui hai? yeh kaun si tareekh parhi hai aap ne?</w:t>
      </w:r>
    </w:p>
    <w:p>
      <w:pPr>
        <w:jc w:val="right"/>
      </w:pPr>
      <w:r>
        <w:t>الفاظ بول دیے آپ نے۔ یعنی پروٹیسٹ سے دنیا میں کامیابی حاصل ہوئی ہے؟ یہ کون سی تاریخ پڑھی ہے آپ نے؟</w:t>
      </w:r>
    </w:p>
    <w:p>
      <w:r>
        <w:rPr>
          <w:b/>
        </w:rPr>
        <w:t xml:space="preserve">[46:16] </w:t>
      </w:r>
      <w:r>
        <w:t>main aisi kisi tareekh se waqif nahi hoon. agar aap ke paas aisi tareekh hai to us ka hawala de kar agle sunday mein aap batai'e ga.</w:t>
      </w:r>
    </w:p>
    <w:p>
      <w:pPr>
        <w:jc w:val="right"/>
      </w:pPr>
      <w:r>
        <w:t>میں ایسی کسی تاریخ سے واقف نہیں ہوں۔ اگر آپ کے پاس ایسی تاریخ ہے تو اس کا حوالہ دے کر اگلے سنڈے میں آپ بتائیے گا۔</w:t>
      </w:r>
    </w:p>
    <w:p>
      <w:r>
        <w:rPr>
          <w:b/>
        </w:rPr>
        <w:t xml:space="preserve">[46:25] </w:t>
      </w:r>
      <w:r>
        <w:t>aap jo abhi jo farma rahe hain, to yeh to alfaaz hain, alfaaz hain, alfaaz hain.</w:t>
      </w:r>
    </w:p>
    <w:p>
      <w:pPr>
        <w:jc w:val="right"/>
      </w:pPr>
      <w:r>
        <w:t>آپ جو ابھی جو فرما رہے ہیں، تو یہ تو الفاظ ہیں، الفاظ ہیں، الفاظ ہیں۔</w:t>
      </w:r>
    </w:p>
    <w:p>
      <w:r>
        <w:rPr>
          <w:b/>
        </w:rPr>
        <w:t xml:space="preserve">[46:33] </w:t>
      </w:r>
      <w:r>
        <w:t>quran ke mutabiq dekhiye, yeh sab jo aap farma rahe hain, yeh yeh aap ke alfaaz hain, sirf quran nahi hai. yeh</w:t>
      </w:r>
    </w:p>
    <w:p>
      <w:pPr>
        <w:jc w:val="right"/>
      </w:pPr>
      <w:r>
        <w:t>قرآن کے مطابق دیکھیے، یہ سب جو آپ فرما رہے ہیں، یہ یہ آپ کے الفاظ ہیں، صرف قرآن نہیں ہے۔ یہ</w:t>
      </w:r>
    </w:p>
    <w:p>
      <w:r>
        <w:rPr>
          <w:b/>
        </w:rPr>
        <w:t xml:space="preserve">[46:40] </w:t>
      </w:r>
      <w:r>
        <w:t>wa ma yanfa'u al-nas fi al-ard, yani jo nafeh bakhshi ka saboot deta hai, us ko dunya mein maqsad milta hai, qayam milta hai, establishment milta hai.</w:t>
      </w:r>
    </w:p>
    <w:p>
      <w:pPr>
        <w:jc w:val="right"/>
      </w:pPr>
      <w:r>
        <w:t>وما ماینفع الناس فی الارض، یعنی جو نفع بخشی کا ثبوت دیتا ہے، اس کو دنیا میں مقصد ملتا ہے، قیام ملتا ہے، اسٹیبلشمنٹ ملتا ہے۔</w:t>
      </w:r>
    </w:p>
    <w:p>
      <w:r>
        <w:rPr>
          <w:b/>
        </w:rPr>
        <w:t xml:space="preserve">[46:54] </w:t>
      </w:r>
      <w:r>
        <w:t>to quran to kehta hai ke jab apne ko nafeh bakhsh banao, yani giver banao, giver banao ge, tab dunya mein tum ko jagah mile gi.</w:t>
      </w:r>
    </w:p>
    <w:p>
      <w:pPr>
        <w:jc w:val="right"/>
      </w:pPr>
      <w:r>
        <w:t>تو قرآن تو کہتا ہے کہ جب اپنے کو نفع بخش بناؤ، یعنی گیور بناؤ، گیور بناؤ گے، تب دنیا میں تم کو جگہ ملے گی۔</w:t>
      </w:r>
    </w:p>
    <w:p>
      <w:r>
        <w:rPr>
          <w:b/>
        </w:rPr>
        <w:t xml:space="preserve">[47:03] </w:t>
      </w:r>
      <w:r>
        <w:t>aap kehte hain ke nahi, larai karne wala banao, yeh kis quran mein likha hua hai?</w:t>
      </w:r>
    </w:p>
    <w:p>
      <w:pPr>
        <w:jc w:val="right"/>
      </w:pPr>
      <w:r>
        <w:t>آپ کہتے ہیں کہ نہیں، لڑائی کرنے والا بناؤ، یہ کس قرآن میں لکھا ہوا ہے؟</w:t>
      </w:r>
    </w:p>
    <w:p>
      <w:r>
        <w:rPr>
          <w:b/>
        </w:rPr>
        <w:t xml:space="preserve">[47:10] </w:t>
      </w:r>
      <w:r>
        <w:t>yeh kis tareekh se sabit hota hai? musalmanon ki asal ghalati is zamane mein yeh hai ke woh giver community nahi rahe hain, woh sirf protest community ban gaye hain.</w:t>
      </w:r>
    </w:p>
    <w:p>
      <w:pPr>
        <w:jc w:val="right"/>
      </w:pPr>
      <w:r>
        <w:t>یہ کس تاریخ سے ثابت ہوتا ہے؟ مسلمانوں کی اصل غلطی اس زمانے میں یہ ہے کہ وہ گیور کمیونٹی نہیں رہے ہیں، وہ صرف پروٹیسٹ کمیونٹی بن گئے ہیں۔</w:t>
      </w:r>
    </w:p>
    <w:p>
      <w:r>
        <w:rPr>
          <w:b/>
        </w:rPr>
        <w:t xml:space="preserve">[47:20] </w:t>
      </w:r>
      <w:r>
        <w:t>protest, protestant community, protest, protest, complain, complain. aur giver community, giver community banne ka sab se zyada yaqini tareeqa kya hai?</w:t>
      </w:r>
    </w:p>
    <w:p>
      <w:pPr>
        <w:jc w:val="right"/>
      </w:pPr>
      <w:r>
        <w:t>پروٹیسٹ، پروٹیسٹنٹ کمیونٹی، پروٹیسٹ، پروٹیسٹ، کمپلین، کمپلین۔ اور گیور کمیونٹی، گیور کمیونٹی بننے کا سب سے زیادہ یقینی طریقہ کیا ہے؟</w:t>
      </w:r>
    </w:p>
    <w:p>
      <w:r>
        <w:rPr>
          <w:b/>
        </w:rPr>
        <w:t xml:space="preserve">[47:32] </w:t>
      </w:r>
      <w:r>
        <w:t>aap dawat ka kaam karen. da'i banne ke ma'ni hain ke aap logon ko kuch de rahe hain. da'i banne ke naam par aap kuch logon ko de rahe hain.</w:t>
      </w:r>
    </w:p>
    <w:p>
      <w:pPr>
        <w:jc w:val="right"/>
      </w:pPr>
      <w:r>
        <w:t>آپ دعوت کا کام کریں۔ داعی بننے کے معنی ہیں کہ آپ لوگوں کو کچھ دے رہے ہیں۔ داعی بننے کے نام پر آپ کچھ لوگوں کو دے رہے ہیں۔</w:t>
      </w:r>
    </w:p>
    <w:p>
      <w:r>
        <w:rPr>
          <w:b/>
        </w:rPr>
        <w:t xml:space="preserve">[47:41] </w:t>
      </w:r>
      <w:r>
        <w:t>da'i group, giver group hota hai. yani aap ghaur kijiye ke do so saal se larai lad rahe hain musalman aur bilkul hi yak tarfa taur par nuqsan utha rahe hain.</w:t>
      </w:r>
    </w:p>
    <w:p>
      <w:pPr>
        <w:jc w:val="right"/>
      </w:pPr>
      <w:r>
        <w:t>داعی گروپ، گیور گروپ ہوتا ہے۔ یعنی آپ غور کیجئے کہ دو سو سال سے لڑائی لڑ رہے ہیں مسلمان اور بالکل ہی یکطرفہ طور پر نقصان اٹھا رہے ہیں۔</w:t>
      </w:r>
    </w:p>
    <w:p>
      <w:r>
        <w:rPr>
          <w:b/>
        </w:rPr>
        <w:t xml:space="preserve">[47:53] </w:t>
      </w:r>
      <w:r>
        <w:t>to ab to re assessment ka waqt hai.</w:t>
      </w:r>
    </w:p>
    <w:p>
      <w:pPr>
        <w:jc w:val="right"/>
      </w:pPr>
      <w:r>
        <w:t>تو اب تو ری اسیسمنٹ کا وقت ہے۔</w:t>
      </w:r>
    </w:p>
    <w:p>
      <w:r>
        <w:rPr>
          <w:b/>
        </w:rPr>
        <w:t xml:space="preserve">[47:57] </w:t>
      </w:r>
      <w:r>
        <w:t>yeh to re assessment ka waqt hai. rasool Allah sal-lal-lahu alai-hi wa-sal-lam to ek din ki larai ladte the, bas aap do so saal se lad rahe hain.</w:t>
      </w:r>
    </w:p>
    <w:p>
      <w:pPr>
        <w:jc w:val="right"/>
      </w:pPr>
      <w:r>
        <w:t>یہ تو ری اسیسمنٹ کا وقت ہے۔ رسول اللہ صلی اللہ علیہ وسلم تو ایک دن کی لڑائی لڑتے تھے، بس آپ دو سو سال سے لڑ رہے ہیں۔</w:t>
      </w:r>
    </w:p>
    <w:p>
      <w:r>
        <w:rPr>
          <w:b/>
        </w:rPr>
        <w:t xml:space="preserve">[48:08] </w:t>
      </w:r>
      <w:r>
        <w:t>to ab time aa gaya hai re assessment ka ke kyun hum nakaam hain? kyun nakaam hain? is ka waqt aa gaya hai, na ke aap isi ko continue rakhne ke liye alfaaz naye naye bolen.</w:t>
      </w:r>
    </w:p>
    <w:p>
      <w:pPr>
        <w:jc w:val="right"/>
      </w:pPr>
      <w:r>
        <w:t>تو اب ٹائم آ گیا ہے ری اسیسمنٹ کا کہ کیوں ہم ناکام ہیں؟ کیوں ناکام ہیں؟ اس کا وقت آ گیا ہے، نہ کہ آپ اسی کو کنٹینیو رکھنے کے لیے الفاظ نئے نئے بولیں۔</w:t>
      </w:r>
    </w:p>
    <w:p>
      <w:r>
        <w:rPr>
          <w:b/>
        </w:rPr>
        <w:t xml:space="preserve">[48:21] </w:t>
      </w:r>
      <w:r>
        <w:t>molana, agla sawal aaya hai islamabad, pakistan se</w:t>
      </w:r>
    </w:p>
    <w:p>
      <w:pPr>
        <w:jc w:val="right"/>
      </w:pPr>
      <w:r>
        <w:t>مولانا، اگلا سوال آیا ہے اسلام آباد، پاکستان سے</w:t>
      </w:r>
    </w:p>
    <w:p>
      <w:r>
        <w:rPr>
          <w:b/>
        </w:rPr>
        <w:t xml:space="preserve">[48:25] </w:t>
      </w:r>
      <w:r>
        <w:t>muhammad faisal gujjar sahib ka. unhon ne likha hai: "molana, aap pakistan mein barhti hui dahshat gardi par kya rai rakhte hain?</w:t>
      </w:r>
    </w:p>
    <w:p>
      <w:pPr>
        <w:jc w:val="right"/>
      </w:pPr>
      <w:r>
        <w:t>محمد فیصل گجر صاحب کا۔ انہوں نے لکھا ہے: "مولانا، آپ پاکستان میں بڑھتی ہوئی دہشت گردی پر کیا رائے رکھتے ہیں؟</w:t>
      </w:r>
    </w:p>
    <w:p>
      <w:r>
        <w:rPr>
          <w:b/>
        </w:rPr>
        <w:t xml:space="preserve">[48:36] </w:t>
      </w:r>
      <w:r>
        <w:t>aur aap pakistan ke musalmanon ke liye kya suggest karte hain? woh is waqt kya karen?"</w:t>
      </w:r>
    </w:p>
    <w:p>
      <w:pPr>
        <w:jc w:val="right"/>
      </w:pPr>
      <w:r>
        <w:t>اور آپ پاکستان کے مسلمانوں کے لیے کیا سجیسٹ کرتے ہیں؟ وہ اس وقت کیا کریں؟"</w:t>
      </w:r>
    </w:p>
    <w:p>
      <w:r>
        <w:rPr>
          <w:b/>
        </w:rPr>
        <w:t xml:space="preserve">[48:44] </w:t>
      </w:r>
      <w:r>
        <w:t>dekhiye, pehla kaam to yeh hai ke aap parosi mulk se lad kar ke zinda nahi reh sakte.</w:t>
      </w:r>
    </w:p>
    <w:p>
      <w:pPr>
        <w:jc w:val="right"/>
      </w:pPr>
      <w:r>
        <w:t>دیکھیے، پہلا کام تو یہ ہے کہ آپ پڑوسی ملک سے لڑ کر کے زندہ نہیں رہ سکتے۔</w:t>
      </w:r>
    </w:p>
    <w:p>
      <w:r>
        <w:rPr>
          <w:b/>
        </w:rPr>
        <w:t xml:space="preserve">[48:53] </w:t>
      </w:r>
      <w:r>
        <w:t>pakistan ne awwal din se india se larai chhod rakhi hai,</w:t>
      </w:r>
    </w:p>
    <w:p>
      <w:pPr>
        <w:jc w:val="right"/>
      </w:pPr>
      <w:r>
        <w:t>پاکستان نے اول دن سے انڈیا سے لڑائی چھوڑ رکھی ہے،</w:t>
      </w:r>
    </w:p>
    <w:p>
      <w:r>
        <w:rPr>
          <w:b/>
        </w:rPr>
        <w:t xml:space="preserve">[48:59] </w:t>
      </w:r>
      <w:r>
        <w:t>to yak tarfa taur par pakistan ko larai ko band karna pare ga. ab kya state ke level to larai band kar diya unhon ne, lekin proxy war chala rahe hain.</w:t>
      </w:r>
    </w:p>
    <w:p>
      <w:pPr>
        <w:jc w:val="right"/>
      </w:pPr>
      <w:r>
        <w:t>تو یکطرفہ طور پر پاکستان کو لڑائی کو بند کرنا پڑے گا۔ اب کیا اسٹیٹ کے لیول تو لڑائی بند کر دیا انہوں نے، لیکن پراکسی وار چلا رہے ہیں۔</w:t>
      </w:r>
    </w:p>
    <w:p>
      <w:r>
        <w:rPr>
          <w:b/>
        </w:rPr>
        <w:t xml:space="preserve">[49:10] </w:t>
      </w:r>
      <w:r>
        <w:t>abhi aaj akhbar mein tha, to proxy war bhi chhoden aur state war bhi chhoden.</w:t>
      </w:r>
    </w:p>
    <w:p>
      <w:pPr>
        <w:jc w:val="right"/>
      </w:pPr>
      <w:r>
        <w:t>ابھی آج اخبار میں تھا، تو پراکسی وار بھی چھوڑیں اور اسٹیٹ وار بھی چھوڑیں۔</w:t>
      </w:r>
    </w:p>
    <w:p>
      <w:r>
        <w:rPr>
          <w:b/>
        </w:rPr>
        <w:t xml:space="preserve">[49:19] </w:t>
      </w:r>
      <w:r>
        <w:t>is ke baghair koi beginning nahi hai pakistan ki, koi beginning nahi. rasool Allah sal-lal-lahu alai-hi wa-sal-lam ne dekhiye, hudaybiyah ka mu'ahida kar ke larai ko khatam kar diya tha,</w:t>
      </w:r>
    </w:p>
    <w:p>
      <w:pPr>
        <w:jc w:val="right"/>
      </w:pPr>
      <w:r>
        <w:t>اس کے بغیر کوئی بگننگ نہیں ہے پاکستان کی، کوئی بگننگ نہیں۔ رسول اللہ صلی اللہ علیہ وسلم نے دیکھیے، حدیبیہ کا معاہدہ کر کے لڑائی کو ختم کر دیا تھا،</w:t>
      </w:r>
    </w:p>
    <w:p>
      <w:r>
        <w:rPr>
          <w:b/>
        </w:rPr>
        <w:t xml:space="preserve">[49:29] </w:t>
      </w:r>
      <w:r>
        <w:t>tab wahan par taraqqi hui. aur yahan par kya hai? ladai, ladai, ladai, ladai chal rahi hai. aur direct ladai dekha ke char bar Pakistan lada, har bar hara.</w:t>
      </w:r>
    </w:p>
    <w:p>
      <w:pPr>
        <w:jc w:val="right"/>
      </w:pPr>
      <w:r>
        <w:t>تب وہاں پر ترقی ہوئی۔ اور یہاں پر کیا ہے؟ لڑائی، لڑائی، لڑائی، لڑائی چل رہی ہے۔ اور ڈائریکٹ لڑائی دیکھا کہ چار بار پاکستان لڑا، ہر بار ہارا۔</w:t>
      </w:r>
    </w:p>
    <w:p>
      <w:r>
        <w:rPr>
          <w:b/>
        </w:rPr>
        <w:t xml:space="preserve">[49:39] </w:t>
      </w:r>
      <w:r>
        <w:t>ab unhon ne kya kiya? proxy war chhod chhod shuru kar diya. to jab aap baqayda ladai se nahi jeet paye, to to proxy wars ke jeetenge aap.</w:t>
      </w:r>
    </w:p>
    <w:p>
      <w:pPr>
        <w:jc w:val="right"/>
      </w:pPr>
      <w:r>
        <w:t>اب انہوں نے کیا کیا؟ پراکسی وار چھوڑ چھوڑ شروع کر دیا۔ تو جب آپ باقاعدہ لڑائی سے نہیں جیت پائے، تو تو پراکسی وارز کے جیتیں گے آپ۔</w:t>
      </w:r>
    </w:p>
    <w:p>
      <w:r>
        <w:rPr>
          <w:b/>
        </w:rPr>
        <w:t xml:space="preserve">[49:56] </w:t>
      </w:r>
      <w:r>
        <w:t>jab tak wahan par yeh nazariya khatm na ho ke ladai se kuch hasil kiya ja sakta hai, tab tak kuch hone wala nahi hai. Pakistan ka mera ek two point formula hai: ek to yeh ke wahan par state ke ilawa logon ke pas khoob hathiyar hain,</w:t>
      </w:r>
    </w:p>
    <w:p>
      <w:pPr>
        <w:jc w:val="right"/>
      </w:pPr>
      <w:r>
        <w:t>جب تک وہاں پر یہ نظریہ ختم نہ ہو کہ لڑائی سے کچھ حاصل کیا جا سکتا ہے، تب تک کچھ ہونے والا نہیں ہے۔ پاکستان کا میرا ایک ٹو پوائنٹ فارمولا ہے: ایک تو یہ کہ وہاں پر اسٹیٹ کے علاوہ لوگوں کے پاس خوب ہتھیار ہیں،</w:t>
      </w:r>
    </w:p>
    <w:p>
      <w:r>
        <w:rPr>
          <w:b/>
        </w:rPr>
        <w:t xml:space="preserve">[50:13] </w:t>
      </w:r>
      <w:r>
        <w:t>aur yeh khud government ne is ko, yani asaniyan paida keen ke logon ke pas hathiyar ho. main ne suna hai ke wahan hathiyar bikte hain sabzi ke tarike se.</w:t>
      </w:r>
    </w:p>
    <w:p>
      <w:pPr>
        <w:jc w:val="right"/>
      </w:pPr>
      <w:r>
        <w:t>اور یہ خود گورنمنٹ نے اس کو، یعنی آسانیاں پیدا کیں کہ لوگوں کے پاس ہتھیار ہو جائے۔ میں نے سنا ہے کہ وہاں ہتھیار بکتے ہیں سبزی کے طریقے سے۔</w:t>
      </w:r>
    </w:p>
    <w:p>
      <w:r>
        <w:rPr>
          <w:b/>
        </w:rPr>
        <w:t xml:space="preserve">[50:26] </w:t>
      </w:r>
      <w:r>
        <w:t>to wahan par, yani sirf state ke pas hathiyar ho, awam ke pas bilkul hathiyar na ho, bilkul mukammal taur par is ko band kar diya jaye.</w:t>
      </w:r>
    </w:p>
    <w:p>
      <w:pPr>
        <w:jc w:val="right"/>
      </w:pPr>
      <w:r>
        <w:t>تو وہاں پر، یعنی صرف اسٹیٹ کے پاس ہتھیار ہو، عوام کے پاس بالکل ہتھیار نہ ہو، بالکل مکمل طور پر اس کو بند کر دیا جائے۔</w:t>
      </w:r>
    </w:p>
    <w:p>
      <w:r>
        <w:rPr>
          <w:b/>
        </w:rPr>
        <w:t xml:space="preserve">[50:37] </w:t>
      </w:r>
      <w:r>
        <w:t>ek baat yeh ho. doosri baat yeh hai ke parosi mulk se ladai ko khatm kar diya jaye, na direct war, na proxy war.</w:t>
      </w:r>
    </w:p>
    <w:p>
      <w:pPr>
        <w:jc w:val="right"/>
      </w:pPr>
      <w:r>
        <w:t>ایک بات یہ ہو۔ دوسری بات یہ ہے کہ پڑوسی ملک سے لڑائی کو ختم کر دیا جائے، نہ ڈائریکٹ وار، نہ پراکسی وار۔</w:t>
      </w:r>
    </w:p>
    <w:p>
      <w:r>
        <w:rPr>
          <w:b/>
        </w:rPr>
        <w:t xml:space="preserve">[50:46] </w:t>
      </w:r>
      <w:r>
        <w:t>tab beginning hogi. abhi to beginning ke asar hi nahi hain, abhi to koi beginning hi nahi hai.</w:t>
      </w:r>
    </w:p>
    <w:p>
      <w:pPr>
        <w:jc w:val="right"/>
      </w:pPr>
      <w:r>
        <w:t>تب بگننگ ہوگی۔ ابھی تو بگننگ کے آثار ہی نہیں ہیں، ابھی تو کوئی بگننگ ہی نہیں ہے۔</w:t>
      </w:r>
    </w:p>
    <w:p>
      <w:r>
        <w:rPr>
          <w:b/>
        </w:rPr>
        <w:t xml:space="preserve">[50:53] </w:t>
      </w:r>
      <w:r>
        <w:t>is ke baad kya hoga? ke do kaam karna chahiye aap ko: mulk ki taameer, mulk ki taameer aur dawat.</w:t>
      </w:r>
    </w:p>
    <w:p>
      <w:pPr>
        <w:jc w:val="right"/>
      </w:pPr>
      <w:r>
        <w:t>اس کے بعد کیا ہوگا؟ کہ دو کام کرنا چاہیے آپ کو: ملک کی تعمیر، ملک کی تعمیر اور دعوت۔</w:t>
      </w:r>
    </w:p>
    <w:p>
      <w:r>
        <w:rPr>
          <w:b/>
        </w:rPr>
        <w:t xml:space="preserve">[51:04] </w:t>
      </w:r>
      <w:r>
        <w:t>mulk ki taameer aur dawat. taameer mein sab se number one par aata hai education. to education aur dawat. lekin jab tak ladai ka mahaul hai, wahan ladai ka mahaul, tab tak koi taameeri kaam nahi ho sakta hai.</w:t>
      </w:r>
    </w:p>
    <w:p>
      <w:pPr>
        <w:jc w:val="right"/>
      </w:pPr>
      <w:r>
        <w:t>ملک کی تعمیر اور دعوت۔ تعمیر میں سب سے نمبر ون پر آتا ہے ایجوکیشن۔ تو ایجوکیشن اور دعوت۔ لیکن جب تک لڑائی کا ماحول ہے، وہاں لڑائی کا ماحول، تب تک کوئی تعمیری کام نہیں ہو سکتا ہے۔</w:t>
      </w:r>
    </w:p>
    <w:p>
      <w:r>
        <w:rPr>
          <w:b/>
        </w:rPr>
        <w:t xml:space="preserve">[51:20] </w:t>
      </w:r>
      <w:r>
        <w:t>Maulana Ajmer se Dr. Safina Tabassum ne sawal kiya hai. unhon ne likha hai: "Maulana sahib, sometimes it happens that while doing dawah work with ar madhu, the madhu starts an argument.</w:t>
      </w:r>
    </w:p>
    <w:p>
      <w:pPr>
        <w:jc w:val="right"/>
      </w:pPr>
      <w:r>
        <w:t>مولانا اجمیر سے ڈاکٹر سفینہ تبسم نے سوال کیا ہے۔ انہوں نے لکھا ہے: "مولانا صاحب، سم ٹائمز اٹ ہیپنز دیٹ وائل ڈوئنگ دعویٰ ورک ود ار مدھو، دا مدھو سٹارٹس این ارگیومنٹ۔</w:t>
      </w:r>
    </w:p>
    <w:p>
      <w:r>
        <w:rPr>
          <w:b/>
        </w:rPr>
        <w:t xml:space="preserve">[51:35] </w:t>
      </w:r>
      <w:r>
        <w:t>I want to know from you what should be our response and how should be handle such a situation." i'raad</w:t>
      </w:r>
    </w:p>
    <w:p>
      <w:pPr>
        <w:jc w:val="right"/>
      </w:pPr>
      <w:r>
        <w:t>ائی وانٹ ٹو نو فرام یو واٹ شوڈ بی ار رسپانس اینڈ ہاؤ شوڈ بی ہینڈل سچ ا سچویشن۔" اعراض</w:t>
      </w:r>
    </w:p>
    <w:p>
      <w:r>
        <w:rPr>
          <w:b/>
        </w:rPr>
        <w:t xml:space="preserve">[51:45] </w:t>
      </w:r>
      <w:r>
        <w:t>jab aap dekhen ke fareeq-e-sani jo hai, woh argument ki taraf le ja raha chahta hai aap ko, to phir i'raad kijiye, is ke liye dua kijiye, use kahiye ke bhai theek hai, aap study kijiye,</w:t>
      </w:r>
    </w:p>
    <w:p>
      <w:pPr>
        <w:jc w:val="right"/>
      </w:pPr>
      <w:r>
        <w:t>جب آپ دیکھیں کہ فریق ثانی جو ہے، وہ ارگیومنٹ کی طرف لے جا رہا چاہتا ہے آپ کو، تو پھر اعراض کیجئے، اس کے لیے دعا کیجئے، اسے کہیے کہ بھئی ٹھیک ہے، آپ اسٹڈی کیجئے،</w:t>
      </w:r>
    </w:p>
    <w:p>
      <w:r>
        <w:rPr>
          <w:b/>
        </w:rPr>
        <w:t xml:space="preserve">[51:59] </w:t>
      </w:r>
      <w:r>
        <w:t>mazeed study kijiye, aur study kijiye. kabhi bhi argument mein apne ko dakhil mat kijiye.</w:t>
      </w:r>
    </w:p>
    <w:p>
      <w:pPr>
        <w:jc w:val="right"/>
      </w:pPr>
      <w:r>
        <w:t>مزید اسٹڈی کیجئے، اور اسٹڈی کیجئے۔ کبھی بھی ارگیومنٹ میں اپنے کو داخل مت کیجئے۔</w:t>
      </w:r>
    </w:p>
    <w:p>
      <w:r>
        <w:rPr>
          <w:b/>
        </w:rPr>
        <w:t xml:space="preserve">[52:06] </w:t>
      </w:r>
      <w:r>
        <w:t>jab tak aadmi, yani</w:t>
      </w:r>
    </w:p>
    <w:p>
      <w:pPr>
        <w:jc w:val="right"/>
      </w:pPr>
      <w:r>
        <w:t>جب تک آدمی، یعنی</w:t>
      </w:r>
    </w:p>
    <w:p>
      <w:r>
        <w:rPr>
          <w:b/>
        </w:rPr>
        <w:t xml:space="preserve">[52:12] </w:t>
      </w:r>
      <w:r>
        <w:t>baat kar raha hai samajhne ke andaaz mein, tab tak aap baat kijiye. ab jaise hi argument pe aa gaye mamla, to phir aap bilkul baat band kar dijiye.</w:t>
      </w:r>
    </w:p>
    <w:p>
      <w:pPr>
        <w:jc w:val="right"/>
      </w:pPr>
      <w:r>
        <w:t>بات کر رہا ہے سمجھنے کے انداز میں، تب تک آپ بات کیجئے۔ اب جیسے ہی ارگیومنٹ پہ آگئے معاملہ، تو پھر آپ بالکل بات بند کر دیجئے۔</w:t>
      </w:r>
    </w:p>
    <w:p>
      <w:r>
        <w:rPr>
          <w:b/>
        </w:rPr>
        <w:t xml:space="preserve">[52:22] </w:t>
      </w:r>
      <w:r>
        <w:t>use kahiye ke achha theek hai, ab aur mutala kijiye. to baat aap par khul jayegi. yeh sahi tareeqa hai.</w:t>
      </w:r>
    </w:p>
    <w:p>
      <w:pPr>
        <w:jc w:val="right"/>
      </w:pPr>
      <w:r>
        <w:t>اسے کہیے کہ اچھا ٹھیک ہے، اب اور مطالعہ کیجئے۔ تو بات آپ پر کھل جائے گی۔ یہ صحیح طریقہ ہے۔</w:t>
      </w:r>
    </w:p>
    <w:p>
      <w:r>
        <w:rPr>
          <w:b/>
        </w:rPr>
        <w:t xml:space="preserve">[52:33] </w:t>
      </w:r>
      <w:r>
        <w:t>Maulana, yeh sawal Hyderabad se aaya hai Sarfaraz sahib ka. unhon ne likha hai: "Maulana, today you spoke about the western world, but it is the western world which is exploiting the Muslim world and is the real enemy of Islam.</w:t>
      </w:r>
    </w:p>
    <w:p>
      <w:pPr>
        <w:jc w:val="right"/>
      </w:pPr>
      <w:r>
        <w:t>مولانا، یہ سوال حیدرآباد سے آیا ہے سرفراز صاحب کا۔ انہوں نے لکھا ہے: "مولانا، ٹوڈے یو سپوک اباؤٹ دا ویسٹرن ورلڈ، بٹ اٹ از دا ویسٹرن ورلڈ وچ از ایکسپلائٹنگ دا مسلم ورلڈ اینڈ از دا ریئل اینمی اف اسلام۔</w:t>
      </w:r>
    </w:p>
    <w:p>
      <w:r>
        <w:rPr>
          <w:b/>
        </w:rPr>
        <w:t xml:space="preserve">[52:51] </w:t>
      </w:r>
      <w:r>
        <w:t>What do you have to say about it? Should the Muslim world not unite together and wage a combined jihad against the w</w:t>
      </w:r>
    </w:p>
    <w:p>
      <w:pPr>
        <w:jc w:val="right"/>
      </w:pPr>
      <w:r>
        <w:t>واٹ ڈو یو ہیو ٹو سے اباؤٹ اٹ؟ شوڈ دا مسلم ورلڈ ناٹ یونائٹ ٹوگیدر اینڈ ویج ا کمبائنڈ جہاد اگینسٹ دا و</w:t>
      </w:r>
    </w:p>
    <w:p>
      <w:r>
        <w:rPr>
          <w:b/>
        </w:rPr>
        <w:t xml:space="preserve">[53:00] </w:t>
      </w:r>
      <w:r>
        <w:t>est?" bhai, is soch ko to main hundred percent galat samajhta hoon ke koi enemy hamara hai. yeh qaumi soch hai. qaumi soch musalmanon mein koi ek shakhs bhi nahi nahi maloom mujhe jis ne is soch ko banane se pehle Quran ko padha ho.</w:t>
      </w:r>
    </w:p>
    <w:p>
      <w:pPr>
        <w:jc w:val="right"/>
      </w:pPr>
      <w:r>
        <w:t>یسٹ؟" بھائی، اس سوچ کو تو میں ہنڈرڈ پرسنٹ غلط سمجھتا ہوں کہ کوئی اینمی ہمارا ہے۔ یہ قومی سوچ ہے۔ قومی سوچ مسلمانوں میں کوئی ایک شخص بھی نہیں نہیں معلوم مجھے جس نے اس سوچ کو بنانے سے پہلے قرآن کو پڑھا ہو۔</w:t>
      </w:r>
    </w:p>
    <w:p>
      <w:r>
        <w:rPr>
          <w:b/>
        </w:rPr>
        <w:t xml:space="preserve">[53:19] </w:t>
      </w:r>
      <w:r>
        <w:t>misal ke taur par, aap agar Quran ko padhen shuru se aakhir tak yeh samajhne ke liye to kya hoga</w:t>
      </w:r>
    </w:p>
    <w:p>
      <w:pPr>
        <w:jc w:val="right"/>
      </w:pPr>
      <w:r>
        <w:t>مثلاً، آپ اگر قرآن کو پڑھیں شروع سے آخر تک یہ سمجھنے کے لیے تو کیا ہوگا</w:t>
      </w:r>
    </w:p>
    <w:p>
      <w:r>
        <w:rPr>
          <w:b/>
        </w:rPr>
        <w:t xml:space="preserve">[53:27] </w:t>
      </w:r>
      <w:r>
        <w:t>? jagah jagah aap ko milega aap ke khilaf ayatein, misal ke taur par: "antum al-a'aloon in kuntum momineen" yani iman wali sifat tumhara darja hongi to tumhein koi kamyabi hogi.</w:t>
      </w:r>
    </w:p>
    <w:p>
      <w:pPr>
        <w:jc w:val="right"/>
      </w:pPr>
      <w:r>
        <w:t>؟ جگہ جگہ آپ کو ملے گا آپ کے خلاف آیتیں، مثلاً: "انتم العالون ان کنتم مومنین" یعنی ایمان والی صفات تمہارا در ہوں گی تو تمہیں کوئی کامیابی ہوگی۔</w:t>
      </w:r>
    </w:p>
    <w:p>
      <w:r>
        <w:rPr>
          <w:b/>
        </w:rPr>
        <w:t xml:space="preserve">[53:42] </w:t>
      </w:r>
      <w:r>
        <w:t>to musalman to do sau saal se lad rahe hain, aisa nahi ke ladai abhi shuru hi nahi hui. ladai to do sau saal jari hai, to kamyab kyun nahi hui? is ke mani ke hamara tareeqa-e-kaam par iman nahi tha ya qaumi tha.</w:t>
      </w:r>
    </w:p>
    <w:p>
      <w:pPr>
        <w:jc w:val="right"/>
      </w:pPr>
      <w:r>
        <w:t>تو مسلمان تو دو سو سال سے لڑ رہے ہیں، ایسا نہیں کہ لڑائی ابھی شروع ہی نہیں ہوئی۔ لڑائی تو دو سو سال جاری ہے، تو کامیاب کیوں نہیں ہوئی؟ اس کے معنی کہ ہمارا طریقہ معمری پر ایمان نہیں تھا یا قومی تھا۔</w:t>
      </w:r>
    </w:p>
    <w:p>
      <w:r>
        <w:rPr>
          <w:b/>
        </w:rPr>
        <w:t xml:space="preserve">[53:58] </w:t>
      </w:r>
      <w:r>
        <w:t>aise hi Quran mein aap padhenge, aap dekhiye ke: "Innallaha la yughayyiru ma bi qawmin hatta yughayyiru ma bi anfusihim" is ke mani ke islah ka aaghaz apne aap se hota hai.</w:t>
      </w:r>
    </w:p>
    <w:p>
      <w:pPr>
        <w:jc w:val="right"/>
      </w:pPr>
      <w:r>
        <w:t>ایسے ہی قرآن میں آپ پڑھیں گے، آپ دیکھیے کہ: "ان اللہ لا یغیر ما بقوم حتی یغیر ما بنفسہم" اس معنی کہ اصلاح کا آغاز اپنے آپ سے ہوتا ہے۔</w:t>
      </w:r>
    </w:p>
    <w:p>
      <w:r>
        <w:rPr>
          <w:b/>
        </w:rPr>
        <w:t xml:space="preserve">[54:12] </w:t>
      </w:r>
      <w:r>
        <w:t>to kabhi musalmanon ne bataiye, kabhi is par koi un ka jalsa hua yeh sochne ke liye ke bhai duniya mein hum ko jo problem hai, to hamari apni zaati, hamare andar kya kamiyan hain?</w:t>
      </w:r>
    </w:p>
    <w:p>
      <w:pPr>
        <w:jc w:val="right"/>
      </w:pPr>
      <w:r>
        <w:t>تو کبھی مسلمانوں نے بتائیے، کبھی اس پر کوئی ان کا جلسہ ہوا یہ سوچنے کے لیے کہ بھئی دنیا میں ہم کو جو پرابلم ہے، تو ہماری اپنی ذاتی، ہمارے اندر کیا کمیاں ہیں؟</w:t>
      </w:r>
    </w:p>
    <w:p>
      <w:r>
        <w:rPr>
          <w:b/>
        </w:rPr>
        <w:t xml:space="preserve">[54:23] </w:t>
      </w:r>
      <w:r>
        <w:t>kabhi koi jalsa mujhe bataiye sirf doosron ko bura bhala karne ke liye jalsay hote hain.</w:t>
      </w:r>
    </w:p>
    <w:p>
      <w:pPr>
        <w:jc w:val="right"/>
      </w:pPr>
      <w:r>
        <w:t>کبھی کوئی جلسہ مجھے بتائیے صرف دوسروں کو برا بھلا کرنے کے لیے جلسے ہوتے ہیں۔</w:t>
      </w:r>
    </w:p>
    <w:p>
      <w:r>
        <w:rPr>
          <w:b/>
        </w:rPr>
        <w:t xml:space="preserve">[54:29] </w:t>
      </w:r>
      <w:r>
        <w:t>to sara masla yeh hai ke musalmanon ne is zamane mein qomi nuqta nazar ikhtiyar kar rakha hai. naam lete hain Islam ka, naam lete hain Islam ka.</w:t>
      </w:r>
    </w:p>
    <w:p>
      <w:pPr>
        <w:jc w:val="right"/>
      </w:pPr>
      <w:r>
        <w:t>تو سارا مسئلہ یہ ہے کہ مسلمانوں نے اس زمانے میں قومی نقطہ نظر اختیار کر رکھا ہے۔ نام لیتے ہیں اسلام کا، نام لیتے ہیں اسلام کا۔</w:t>
      </w:r>
    </w:p>
    <w:p>
      <w:r>
        <w:rPr>
          <w:b/>
        </w:rPr>
        <w:t xml:space="preserve">[54:42] </w:t>
      </w:r>
      <w:r>
        <w:t>sab se pehla kaam yeh hai ke aap ek baar itikaf mein baithein aur Quran ko sirf is liye padhein ke Quran moajaz halaat ke liye kya hum ko hal de, hal batata hai.</w:t>
      </w:r>
    </w:p>
    <w:p>
      <w:pPr>
        <w:jc w:val="right"/>
      </w:pPr>
      <w:r>
        <w:t>سب سے پہلا کام یہ ہے کہ آپ ایک بار اعتکاف میں بیٹھیں اور قرآن کو صرف اس لیے پڑھیں کہ قرآن موجز حالات کے لیے کیا ہم کو حل دے، حل بتاتا ہے۔</w:t>
      </w:r>
    </w:p>
    <w:p>
      <w:r>
        <w:rPr>
          <w:b/>
        </w:rPr>
        <w:t xml:space="preserve">[54:58] </w:t>
      </w:r>
      <w:r>
        <w:t>misalan, ek abhi ayat maine ek padhi ke: "la tastawee al hasratain</w:t>
      </w:r>
    </w:p>
    <w:p>
      <w:pPr>
        <w:jc w:val="right"/>
      </w:pPr>
      <w:r>
        <w:t>مثلاً، ایک ابھی آیت میں نے ایک پڑھی کہ: "لا تستوی الحسرتین</w:t>
      </w:r>
    </w:p>
    <w:p>
      <w:r>
        <w:rPr>
          <w:b/>
        </w:rPr>
        <w:t xml:space="preserve">[55:11] </w:t>
      </w:r>
      <w:r>
        <w:t>ke agar tum ko koi dushman nazar aaye, tab bhi us se dosti ka amal karo to us ki dushmani khatm ho jayegi." to musalmanon ne mujhe bataiye, kabhi bhi ek baar bhi Quran ke formulay ko apnaya hai?</w:t>
      </w:r>
    </w:p>
    <w:p>
      <w:pPr>
        <w:jc w:val="right"/>
      </w:pPr>
      <w:r>
        <w:t>کہ اگر تم کو کوئی دشمن نظر آئے، تب بھی اس سے دوستی کا عملہ کرو تو اس کی دشمنی ختم ہو جائے گی۔" تو مسلمانوں نے مجھے بتائیے، کبھی بھی ایک بار بھی قرآن کے فارمولے کو اپنایا ہے؟</w:t>
      </w:r>
    </w:p>
    <w:p>
      <w:r>
        <w:rPr>
          <w:b/>
        </w:rPr>
        <w:t xml:space="preserve">[55:27] </w:t>
      </w:r>
      <w:r>
        <w:t>wo to qomi zid, qomi dushmani isi mein phanse hue hain. to is mein jab aap qomi ladai ladenge to Allah ka saath nahi milega aap ko.</w:t>
      </w:r>
    </w:p>
    <w:p>
      <w:pPr>
        <w:jc w:val="right"/>
      </w:pPr>
      <w:r>
        <w:t>وہ تو قومی ضد، قومی دشمنی اسی میں پھنسے ہوئے ہیں۔ تو اس میں جب آپ قومی لڑائی لڑیں گے تو اللہ کا ساتھ نہیں ملے گا آپ کو۔</w:t>
      </w:r>
    </w:p>
    <w:p>
      <w:r>
        <w:rPr>
          <w:b/>
        </w:rPr>
        <w:t xml:space="preserve">[55:38] </w:t>
      </w:r>
      <w:r>
        <w:t>jab aap qomi ladai ladenge to Allah ka saath aap ko nahi milega. to is mein to haar yaqeeni hai.</w:t>
      </w:r>
    </w:p>
    <w:p>
      <w:pPr>
        <w:jc w:val="right"/>
      </w:pPr>
      <w:r>
        <w:t>جب آپ قومی لڑائی لڑیں گے تو اللہ کا ساتھ آپ کو نہیں ملے گا۔ تو اس میں تو ہار یقینی ہے۔</w:t>
      </w:r>
    </w:p>
    <w:p>
      <w:r>
        <w:rPr>
          <w:b/>
        </w:rPr>
        <w:t xml:space="preserve">[55:47] </w:t>
      </w:r>
      <w:r>
        <w:t>doosri baat ek yeh hai jin ko musalmanon ne dushman declare kar rakha hai, wo aap ke madhu hain. madhu wo dushman hai hi nahi.</w:t>
      </w:r>
    </w:p>
    <w:p>
      <w:pPr>
        <w:jc w:val="right"/>
      </w:pPr>
      <w:r>
        <w:t>دوسری بات ایک یہ ہے جن کو مسلمانوں نے دشمن ڈیکلیئر کر رکھا ہے، وہ آپ کے مدھو ہیں۔ مدھو وہ دشمن ہے ہی نہیں۔</w:t>
      </w:r>
    </w:p>
    <w:p>
      <w:r>
        <w:rPr>
          <w:b/>
        </w:rPr>
        <w:t xml:space="preserve">[55:58] </w:t>
      </w:r>
      <w:r>
        <w:t>sara west aap ka madhu hai. yani aap par pehla farz hai ke hum ko dawat dein.</w:t>
      </w:r>
    </w:p>
    <w:p>
      <w:pPr>
        <w:jc w:val="right"/>
      </w:pPr>
      <w:r>
        <w:t>سارا ویسٹ آپ کا مدھو ہے۔ یعنی آپ پر پہلا فرض ہے کہ ہم کو دعوت دیں۔</w:t>
      </w:r>
    </w:p>
    <w:p>
      <w:r>
        <w:rPr>
          <w:b/>
        </w:rPr>
        <w:t xml:space="preserve">[56:07] </w:t>
      </w:r>
      <w:r>
        <w:t>Quran ke mutabiq yeh hukum milta hai. to musalmanon ne sara mamla bana rakha hai qomi aur hawala dete hain Islam ka.</w:t>
      </w:r>
    </w:p>
    <w:p>
      <w:pPr>
        <w:jc w:val="right"/>
      </w:pPr>
      <w:r>
        <w:t>قرآن کے مطابق یہ حکم ملتا ہے۔ تو مسلمانوں نے سارا معاملہ بنا رکھا ہے قومی اور حوالہ دیتے ہیں اسلام کا۔</w:t>
      </w:r>
    </w:p>
    <w:p>
      <w:r>
        <w:rPr>
          <w:b/>
        </w:rPr>
        <w:t xml:space="preserve">[56:17] </w:t>
      </w:r>
      <w:r>
        <w:t>yeh to bohat zyada jisarat ki baat hai. is ki to pakad ho gayi Allah taala ka musalmanon ki ke tum ne qomi ladai chhod rakhi thi aur is ko naam de de rahe the Islam ka.</w:t>
      </w:r>
    </w:p>
    <w:p>
      <w:pPr>
        <w:jc w:val="right"/>
      </w:pPr>
      <w:r>
        <w:t>یہ تو بہت زیادہ جسارت کی بات ہے۔ اس کی تو پکڑ ہو گئی اللہ تعالیٰ کا مسلمانوں کی کہ تم نے قومی لڑائی چھوڑ رکھی تھی اور اس کو نام دے دے رہے تھے اسلام کا۔</w:t>
      </w:r>
    </w:p>
    <w:p>
      <w:r>
        <w:rPr>
          <w:b/>
        </w:rPr>
        <w:t xml:space="preserve">[56:36] </w:t>
      </w:r>
      <w:r>
        <w:t>Maulana, agla sawal Delhi se hai. Samar Sherwani sahab ne</w:t>
      </w:r>
    </w:p>
    <w:p>
      <w:pPr>
        <w:jc w:val="right"/>
      </w:pPr>
      <w:r>
        <w:t>مولانا، اگلا سوال دلی سے ہے۔ سمر شیروانی صاحب نے</w:t>
      </w:r>
    </w:p>
    <w:p>
      <w:r>
        <w:rPr>
          <w:b/>
        </w:rPr>
        <w:t xml:space="preserve">[56:40] </w:t>
      </w:r>
      <w:r>
        <w:t>kya hai. unhon ne likha hai: "Maulana sahab, how would you differentiate between burai and wrong choice?" is ke bare mein bataein.</w:t>
      </w:r>
    </w:p>
    <w:p>
      <w:pPr>
        <w:jc w:val="right"/>
      </w:pPr>
      <w:r>
        <w:t>کیا ہے۔ انہوں نے لکھا ہے: "مولانا صاحب، ہاؤ وڈ یو ڈیفرنشیٹ بٹوین برائی اینڈ رونگ چوائس؟" اس کے بارے میں بتائیں۔</w:t>
      </w:r>
    </w:p>
    <w:p>
      <w:r>
        <w:rPr>
          <w:b/>
        </w:rPr>
        <w:t xml:space="preserve">[56:56] </w:t>
      </w:r>
      <w:r>
        <w:t>dekhiye, burai to ek sharai lafz hai. misalan, koi sharab piye to bura kaam kar raha hai, koi khazeer khaye to bura kaam kar raha hai, koi jhoot bole to bura kaam kar raha hai.</w:t>
      </w:r>
    </w:p>
    <w:p>
      <w:pPr>
        <w:jc w:val="right"/>
      </w:pPr>
      <w:r>
        <w:t>دیکھیے، برائی تو ایک شرعی لفظ ہے۔ مثلاً، کوئی شراب پیئے تو برا کام کر رہا ہے، کوئی خزیر کھائے تو برا کام کر رہا ہے، کوئی جھوٹ بولے تو برا کام کر رہا ہے۔</w:t>
      </w:r>
    </w:p>
    <w:p>
      <w:r>
        <w:rPr>
          <w:b/>
        </w:rPr>
        <w:t xml:space="preserve">[57:07] </w:t>
      </w:r>
      <w:r>
        <w:t>to burai ek sharai lafz hai.</w:t>
      </w:r>
    </w:p>
    <w:p>
      <w:pPr>
        <w:jc w:val="right"/>
      </w:pPr>
      <w:r>
        <w:t>تو برائی ایک شرعی لفظ ہے۔</w:t>
      </w:r>
    </w:p>
    <w:p>
      <w:r>
        <w:rPr>
          <w:b/>
        </w:rPr>
        <w:t xml:space="preserve">[57:10] </w:t>
      </w:r>
      <w:r>
        <w:t>wrong choice ek practical term hai, practical term hai. misalan, jahan aap ladne ke posh mein nahi hain, wahan ladai chhod dein.</w:t>
      </w:r>
    </w:p>
    <w:p>
      <w:pPr>
        <w:jc w:val="right"/>
      </w:pPr>
      <w:r>
        <w:t>رونگ چوائس ایک پریکٹیکل ٹرم ہے، پریکٹیکل ٹرم ہے۔ مثلاً، جہاں آپ لڑنے کے پوش میں نہیں ہیں، وہاں لڑائی چھوڑ دیں۔</w:t>
      </w:r>
    </w:p>
    <w:p>
      <w:r>
        <w:rPr>
          <w:b/>
        </w:rPr>
        <w:t xml:space="preserve">[57:20] </w:t>
      </w:r>
      <w:r>
        <w:t>aap wahan aap ko peaceful tareeqe se kaam karna chahiye. jahan aap ko dawat ke mawaqe hain, wahan aap jihad chhod dein.</w:t>
      </w:r>
    </w:p>
    <w:p>
      <w:pPr>
        <w:jc w:val="right"/>
      </w:pPr>
      <w:r>
        <w:t>آپ وہاں آپ کو پیس فل طریقے سے کام کرنا چاہیے۔ جہاں آپ کو دعوت کے مواقع ہیں، وہاں آپ جہاد چھوڑ دیں۔</w:t>
      </w:r>
    </w:p>
    <w:p>
      <w:r>
        <w:rPr>
          <w:b/>
        </w:rPr>
        <w:t xml:space="preserve">[57:30] </w:t>
      </w:r>
      <w:r>
        <w:t>yeh sab wrong choice hai. yani practical mamlaat mein dekhna padta hai ke what is achievable aur what is not achievable. yeh dekhna padta hai</w:t>
      </w:r>
    </w:p>
    <w:p>
      <w:pPr>
        <w:jc w:val="right"/>
      </w:pPr>
      <w:r>
        <w:t>یہ سب رونگ چوائس ہے۔ یعنی پریکٹیکل معاملات میں دیکھنا پڑتا ہے کہ واٹ از اچیبل اور واٹ از ناٹ اچیبل۔ یہ دیکھنا پڑتا ہے</w:t>
      </w:r>
    </w:p>
    <w:p>
      <w:r>
        <w:rPr>
          <w:b/>
        </w:rPr>
        <w:t xml:space="preserve">[57:39] </w:t>
      </w:r>
      <w:r>
        <w:t>jo achievable na ho halaat ke aitbar se, wo aap karne lage hain to that is wrong choice. to main dekh raha hoon ke wrong choice ka jo lafz hai, ek practical term hai aur burai ka lafz jo hai, ek sharai istilaha hai.</w:t>
      </w:r>
    </w:p>
    <w:p>
      <w:pPr>
        <w:jc w:val="right"/>
      </w:pPr>
      <w:r>
        <w:t>جو اچیبل نہ ہو حالات کے اعتبار سے، وہ آپ کرنے لگے ہیں تو دیٹ از رونگ چوائس۔ تو میں دیکھ رہا ہوں کہ رونگ چوائس کا جو لفظ ہے، ایک پریکٹیکل ٹرم ہے اور برائی کا لفظ جو ہے، ایک شرعی اصطلاح ہے۔</w:t>
      </w:r>
    </w:p>
    <w:p>
      <w:r>
        <w:rPr>
          <w:b/>
        </w:rPr>
        <w:t xml:space="preserve">[57:58] </w:t>
      </w:r>
      <w:r>
        <w:t>Maulana, agla sawal Delhi se hai. Syed Ahmed Ali sahab ka. unhon ne likha hai: "You mentioned ideal world and desires few times</w:t>
      </w:r>
    </w:p>
    <w:p>
      <w:pPr>
        <w:jc w:val="right"/>
      </w:pPr>
      <w:r>
        <w:t>مولانا، اگلا سوال دلی سے ہے۔ سید احمد علی صاحب کا۔ انہوں نے لکھا ہے: "یو مینشنڈ آئیڈیل ورلڈ اینڈ ڈیزائرز فیو ٹائمز</w:t>
      </w:r>
    </w:p>
    <w:p>
      <w:r>
        <w:rPr>
          <w:b/>
        </w:rPr>
        <w:t xml:space="preserve">[58:06] </w:t>
      </w:r>
      <w:r>
        <w:t>. by saying this is not the ideal world, do you really mean that we should not fulfill our desires?" ji haan, bilkul sahi hai.</w:t>
      </w:r>
    </w:p>
    <w:p>
      <w:pPr>
        <w:jc w:val="right"/>
      </w:pPr>
      <w:r>
        <w:t>۔ بائی سینگ دس از ناٹ دا آئیڈیل ورلڈ، ڈو یو ریلی مین دیٹ وی شوڈ ناٹ فلفل اور ڈیزائرز؟" جی ہاں، بالکل صحیح ہے۔</w:t>
      </w:r>
    </w:p>
    <w:p>
      <w:r>
        <w:rPr>
          <w:b/>
        </w:rPr>
        <w:t xml:space="preserve">[58:16] </w:t>
      </w:r>
      <w:r>
        <w:t>aap ki desire sirf akhirat mein, jannat mein poori ho sakti hai, duniya mein nahi. kisi ki bhi poori nahi ho sakti. is duniya ko Allah taala ne banaya hi nahi ke haan aap ko fulfillment hasil ho.</w:t>
      </w:r>
    </w:p>
    <w:p>
      <w:pPr>
        <w:jc w:val="right"/>
      </w:pPr>
      <w:r>
        <w:t>آپ کی ڈیزائر صرف آخرت میں، جنت میں پوری ہو سکتی ہے، دنیا میں نہیں۔ کسی کی بھی پوری نہیں ہو سکتی۔ اس دنیا کو اللہ تعالیٰ نے بنایا ہی نہیں کہ ہاں آپ کو فلفلمنٹ حاصل ہو۔</w:t>
      </w:r>
    </w:p>
    <w:p>
      <w:r>
        <w:rPr>
          <w:b/>
        </w:rPr>
        <w:t xml:space="preserve">[58:30] </w:t>
      </w:r>
      <w:r>
        <w:t>fulfillment is duniya mein aap ko nahi ho sakta.</w:t>
      </w:r>
    </w:p>
    <w:p>
      <w:pPr>
        <w:jc w:val="right"/>
      </w:pPr>
      <w:r>
        <w:t>فلفلمنٹ اس دنیا میں آپ کو نہیں ہو سکتا۔</w:t>
      </w:r>
    </w:p>
    <w:p>
      <w:r>
        <w:rPr>
          <w:b/>
        </w:rPr>
        <w:t xml:space="preserve">[58:34] </w:t>
      </w:r>
      <w:r>
        <w:t>yeh to Quran mein hai jannat ke bare mein: "wa lakum fiha ma tashtahi anfusukum".</w:t>
      </w:r>
    </w:p>
    <w:p>
      <w:pPr>
        <w:jc w:val="right"/>
      </w:pPr>
      <w:r>
        <w:t>یہ تو قرآن میں ہے جنت کے بارے میں: "ولکم فیہا ما تشتینفسکم"۔</w:t>
      </w:r>
    </w:p>
    <w:p>
      <w:r>
        <w:rPr>
          <w:b/>
        </w:rPr>
        <w:t xml:space="preserve">[58:43] </w:t>
      </w:r>
      <w:r>
        <w:t>wa lakum fiha ma tashtahi anfusukum. jo tum chahte ho, wo jannat mein milega tum ko</w:t>
      </w:r>
    </w:p>
    <w:p>
      <w:pPr>
        <w:jc w:val="right"/>
      </w:pPr>
      <w:r>
        <w:t>ولكم فیہا ما تشتینفسکم۔ جو تم چاہتے ہو، وہ جنت میں ملے گا تم کو</w:t>
      </w:r>
    </w:p>
    <w:p>
      <w:r>
        <w:rPr>
          <w:b/>
        </w:rPr>
        <w:t xml:space="preserve">[58:48] </w:t>
      </w:r>
      <w:r>
        <w:t>ya nahi.</w:t>
      </w:r>
    </w:p>
    <w:p>
      <w:pPr>
        <w:jc w:val="right"/>
      </w:pPr>
      <w:r>
        <w:t>یا نہیں۔</w:t>
      </w:r>
    </w:p>
    <w:p>
      <w:r>
        <w:rPr>
          <w:b/>
        </w:rPr>
        <w:t xml:space="preserve">[58:52] </w:t>
      </w:r>
      <w:r>
        <w:t>yeh duniya to imtehan ke liye bani hai. imtehan ke ma'ne ke ek bohat hi limited period ke liye yahan aap ko rehna hai.</w:t>
      </w:r>
    </w:p>
    <w:p>
      <w:pPr>
        <w:jc w:val="right"/>
      </w:pPr>
      <w:r>
        <w:t>یہ دنیا تو امتحان کے لیے بنی ہے۔ امتحان کے معنی کہ ایک بہت ہی لمیٹڈ پیریڈ کے لیے یہاں آپ کو رہنا ہے۔</w:t>
      </w:r>
    </w:p>
    <w:p>
      <w:r>
        <w:rPr>
          <w:b/>
        </w:rPr>
        <w:t xml:space="preserve">[59:01] </w:t>
      </w:r>
      <w:r>
        <w:t>to agar aap chahein yahin fulfillment karna apna, jaise ke freud ke maanne wale chahte hain, to woh possible hi nahin.</w:t>
      </w:r>
    </w:p>
    <w:p>
      <w:pPr>
        <w:jc w:val="right"/>
      </w:pPr>
      <w:r>
        <w:t>تو اگر آپ چاہیں یہیں فلفلمنٹ کرنا اپنا، جیسے کہ فرائیڈ کے ماننے والے چاہتے ہیں، تو وہ پاسیبل ہی نہیں۔</w:t>
      </w:r>
    </w:p>
    <w:p>
      <w:r>
        <w:rPr>
          <w:b/>
        </w:rPr>
        <w:t xml:space="preserve">[59:10] </w:t>
      </w:r>
      <w:r>
        <w:t>isi liye woh log, in ka anjam kya hota hai ke aakhir mein pressure mein marte hain. woh</w:t>
      </w:r>
    </w:p>
    <w:p>
      <w:pPr>
        <w:jc w:val="right"/>
      </w:pPr>
      <w:r>
        <w:t>اسی لیے وہ لوگ، ان کا انجام کیا ہوتا ہے کہ آخر میں پریشر میں مرتے ہیں۔ وہ</w:t>
      </w:r>
    </w:p>
    <w:p>
      <w:r>
        <w:rPr>
          <w:b/>
        </w:rPr>
        <w:t xml:space="preserve">[59:19] </w:t>
      </w:r>
      <w:r>
        <w:t>maulana, agla sawal aaya hai jammu rajouri se anwar khan sahab ka. unhon ne likha hai:</w:t>
      </w:r>
    </w:p>
    <w:p>
      <w:pPr>
        <w:jc w:val="right"/>
      </w:pPr>
      <w:r>
        <w:t>مولانا، اگلا سوال آیا ہے جموں رجوری سے انوار خان صاحب کا۔ انہوں نے لکھا ہے:</w:t>
      </w:r>
    </w:p>
    <w:p>
      <w:r>
        <w:rPr>
          <w:b/>
        </w:rPr>
        <w:t xml:space="preserve">[59:26] </w:t>
      </w:r>
      <w:r>
        <w:t>"maulana, der is a verse in the quran which says: o you who believe, take not as friends the people who incur the wrath of allah." maulana sahab, my question is that mostly muslims use this quranic reference against the non muslims.</w:t>
      </w:r>
    </w:p>
    <w:p>
      <w:pPr>
        <w:jc w:val="right"/>
      </w:pPr>
      <w:r>
        <w:t>"مولانا، دیر از ا ورس ان دا قرآن وچ سیز: او یو ہو بیلیو، ٹیک ناٹ ایز فرینڈز دا پیپل ہو انکر دا ریتھ اف اللہ۔" مولانا صاحب، مائی کوئسچن از دیٹ موسٹلی مسلمز یوز دس قرآنک ریفرنس اگینسٹ دی نان مسلمز۔</w:t>
      </w:r>
    </w:p>
    <w:p>
      <w:r>
        <w:rPr>
          <w:b/>
        </w:rPr>
        <w:t xml:space="preserve">[59:45] </w:t>
      </w:r>
      <w:r>
        <w:t>my question is: does islam really order muslims to not take jews and christians as their friends? nahin, yeh bilkul galat istemal karte hain.</w:t>
      </w:r>
    </w:p>
    <w:p>
      <w:pPr>
        <w:jc w:val="right"/>
      </w:pPr>
      <w:r>
        <w:t>مائی کوئسچن از: ڈز اسلام ریلی آرڈر مسلمز ٹو ناٹ ٹیک جیوز اینڈ کرسچنز ایز دیر فرینڈز؟ نہیں، یہ بالکل غلط استعمال کرتے ہیں۔</w:t>
      </w:r>
    </w:p>
    <w:p>
      <w:r>
        <w:rPr>
          <w:b/>
        </w:rPr>
        <w:t xml:space="preserve">[59:55] </w:t>
      </w:r>
      <w:r>
        <w:t>yeh contemporary logon ke bare mein hai. rasool allah se jo log ladai kar rahe the, un ke bare mein hai. yeh koi community wise hukm nahin hai ke jo community hai, uska hukm hamesha ke liye ho gaya.</w:t>
      </w:r>
    </w:p>
    <w:p>
      <w:pPr>
        <w:jc w:val="right"/>
      </w:pPr>
      <w:r>
        <w:t>یہ کنٹیمپریری لوگوں کے بارے میں ہے۔ رسول اللہ سے جو لوگ لڑائی کر رہے تھے، ان کے بارے میں ہے۔ یہ کوئی کمیونٹی وائز حکم نہیں ہے کہ جو کمیونٹی ہے، اس کا حکم ہمیشہ کے لیے ہو گیا۔</w:t>
      </w:r>
    </w:p>
    <w:p>
      <w:r>
        <w:rPr>
          <w:b/>
        </w:rPr>
        <w:t xml:space="preserve">[1:00:08] </w:t>
      </w:r>
      <w:r>
        <w:t>hamesha ke liye aap aisa samjhein un ko. yeh sirf woh log jo rasool allah ke zamane mein, madni daur mein aap ke contemporary the, un ke bare mein yeh aayatein hain.</w:t>
      </w:r>
    </w:p>
    <w:p>
      <w:pPr>
        <w:jc w:val="right"/>
      </w:pPr>
      <w:r>
        <w:t>ہمیشہ کے لیے آپ ایسا سمجھیں ان کو۔ یہ صرف وہ لوگ جو رسول اللہ کے زمانے میں، مدنی دور میں آپ کے کنٹیمپریری تھے، ان کے بارے میں یہ آیتیں ہیں۔</w:t>
      </w:r>
    </w:p>
    <w:p>
      <w:r>
        <w:rPr>
          <w:b/>
        </w:rPr>
        <w:t xml:space="preserve">[1:00:21] </w:t>
      </w:r>
      <w:r>
        <w:t>bas ya isi tarah ke halaat agar dobara paida hon. aaj to woh halaat hain hi nahin. aaj to musalmani sab se zyada ladai chide hue hain.</w:t>
      </w:r>
    </w:p>
    <w:p>
      <w:pPr>
        <w:jc w:val="right"/>
      </w:pPr>
      <w:r>
        <w:t>بس یا اسی طرح کے حالات اگر دوبارہ پیدا ہوں۔ آج تو وہ حالات ہیں ہی نہیں۔ آج تو مسلمانی سب سے زیادہ لڑائی چھڑے ہوئے ہیں۔</w:t>
      </w:r>
    </w:p>
    <w:p>
      <w:r>
        <w:rPr>
          <w:b/>
        </w:rPr>
        <w:t xml:space="preserve">[1:00:31] </w:t>
      </w:r>
      <w:r>
        <w:t>aaj ki jo community hai, woh is ke hukm mein nahin aati. yeh bohat hi zyada, yaani, jisarat ki baat hai.</w:t>
      </w:r>
    </w:p>
    <w:p>
      <w:pPr>
        <w:jc w:val="right"/>
      </w:pPr>
      <w:r>
        <w:t>آج کی جو کمیونٹی ہے، وہ اس کے حکم میں نہیں آتی۔ یہ بہت ہی زیادہ، یعنی جسارت کی بات ہے۔</w:t>
      </w:r>
    </w:p>
    <w:p>
      <w:r>
        <w:rPr>
          <w:b/>
        </w:rPr>
        <w:t xml:space="preserve">[1:00:43] </w:t>
      </w:r>
      <w:r>
        <w:t>agla sawal dilli se hai. jami ul qatra sahab ka. unhon ne likha hai: "hadith qudsi ki wazahat kari</w:t>
      </w:r>
    </w:p>
    <w:p>
      <w:pPr>
        <w:jc w:val="right"/>
      </w:pPr>
      <w:r>
        <w:t>اگلا سوال دلی سے ہے۔ جامع الاقتر صاحب کا۔ انہوں نے لکھا ہے: "حدیث قدسی کی وضاحت کری</w:t>
      </w:r>
    </w:p>
    <w:p>
      <w:r>
        <w:rPr>
          <w:b/>
        </w:rPr>
        <w:t xml:space="preserve">[1:00:50] </w:t>
      </w:r>
      <w:r>
        <w:t>n. kya hadith bayan karne se pehle prophet yeh farmate the ke yeh yeh qudsi hadith hai?" dekhiye, yeh usloob ki baat hai.</w:t>
      </w:r>
    </w:p>
    <w:p>
      <w:pPr>
        <w:jc w:val="right"/>
      </w:pPr>
      <w:r>
        <w:t>ں۔ کیا حدیث بیان کرنے سے پہلے پرافٹ یہ فرماتے تھے کہ یہ یہ قدسی حدیث ہے؟" دیکھیے، یہ اسلوب کی بات ہے۔</w:t>
      </w:r>
    </w:p>
    <w:p>
      <w:r>
        <w:rPr>
          <w:b/>
        </w:rPr>
        <w:t xml:space="preserve">[1:01:02] </w:t>
      </w:r>
      <w:r>
        <w:t>yeh yeh dekhein, rasool allah farmate the ke hadith qudsi hai. is ka usloob batata hai ke hadith qudsi hai. yaani jab woh hadith allah ki taraf se ho to woh hadith qudsi hai.</w:t>
      </w:r>
    </w:p>
    <w:p>
      <w:pPr>
        <w:jc w:val="right"/>
      </w:pPr>
      <w:r>
        <w:t>یہ یہ دیکھیں، رسول اللہ فرماتے تھے کہ حدیث قدسی ہے۔ اس کا اسلوب بتاتا ہے کہ حدیث قدسی ہے۔ یعنی جب وہ حدیث اللہ کی طرف سے ہو تو وہ حدیث قدسی ہے۔</w:t>
      </w:r>
    </w:p>
    <w:p>
      <w:r>
        <w:rPr>
          <w:b/>
        </w:rPr>
        <w:t xml:space="preserve">[1:01:14] </w:t>
      </w:r>
      <w:r>
        <w:t>rasool allah ki taraf se ho to aam hadith hai. woh</w:t>
      </w:r>
    </w:p>
    <w:p>
      <w:pPr>
        <w:jc w:val="right"/>
      </w:pPr>
      <w:r>
        <w:t>رسول اللہ کی طرف سے ہو تو عام حدیث ہے۔ وہ</w:t>
      </w:r>
    </w:p>
    <w:p>
      <w:r>
        <w:rPr>
          <w:b/>
        </w:rPr>
        <w:t xml:space="preserve">[1:01:19] </w:t>
      </w:r>
      <w:r>
        <w:t>yaani kai hadisein aisi aati hain kitabon mein jo rasool allah ne bayan farmayin, lekin woh allah ki taraf se hain. to woh is ko hadith qudsi kaha jata hai.</w:t>
      </w:r>
    </w:p>
    <w:p>
      <w:pPr>
        <w:jc w:val="right"/>
      </w:pPr>
      <w:r>
        <w:t>یعنی کئی حدیثیں ایسی آتی ہیں کتابوں میں جو رسول اللہ نے بیان فرمائیں، لیکن وہ اللہ کی طرف سے ہیں۔ تو وہ اس کو حدیث قدسی کہا جاتا ہے۔</w:t>
      </w:r>
    </w:p>
    <w:p>
      <w:r>
        <w:rPr>
          <w:b/>
        </w:rPr>
        <w:t xml:space="preserve">[1:01:34] </w:t>
      </w:r>
      <w:r>
        <w:t>maulana, agla sawal lete hain. agla sawal aaya hai mumbai se tabrez sahab ka. unhon ne likha hai: "maulana sahab, tolerance and patience are words which are always found in your writings and speeches.</w:t>
      </w:r>
    </w:p>
    <w:p>
      <w:pPr>
        <w:jc w:val="right"/>
      </w:pPr>
      <w:r>
        <w:t>مولانا، اگلا سوال لیتے ہیں۔ اگلا سوال آیا ہے ممبئی سے تبریز صاحب کا۔ انہوں نے لکھا ہے: "مولانا صاحب، ٹولرنس اینڈ پیشنس ار ورڈز وچ ار الویز فاؤنڈ ان یور رائٹنگز اینڈ سپیچز۔</w:t>
      </w:r>
    </w:p>
    <w:p>
      <w:r>
        <w:rPr>
          <w:b/>
        </w:rPr>
        <w:t xml:space="preserve">[1:01:49] </w:t>
      </w:r>
      <w:r>
        <w:t>i think that these are theoretical formulas and not practical at all. please give one example as to how tolerance and patience have brought positive results." rasool allah hudaybiyah kya tha?</w:t>
      </w:r>
    </w:p>
    <w:p>
      <w:pPr>
        <w:jc w:val="right"/>
      </w:pPr>
      <w:r>
        <w:t>ائی تھنک دیٹ دیز ار تھیوریٹیکل فارمولاز اینڈ ناٹ پریکٹیکل ایٹ ال۔ پلیز گیو ون ایگزیمپل ایز ٹو ہاؤ ٹولرنس اینڈ پیشنس ہیو براٹ پوزیٹیو رزلٹ۔" رسول اللہ حدیبیہ کیا تھا؟</w:t>
      </w:r>
    </w:p>
    <w:p>
      <w:r>
        <w:rPr>
          <w:b/>
        </w:rPr>
        <w:t xml:space="preserve">[1:02:03] </w:t>
      </w:r>
      <w:r>
        <w:t>woh tolerance thi tha aur kya tha? ladai ladai ko aap ne, woh log ladai pe tade hue the. aap ne un se muahida kar ke aap madina wapas aa gaye.</w:t>
      </w:r>
    </w:p>
    <w:p>
      <w:pPr>
        <w:jc w:val="right"/>
      </w:pPr>
      <w:r>
        <w:t>وہ ٹولرنس تھی تھا اور کیا تھا؟ لڑائی لڑائی کو آپ نے، وہ لوگ لڑائی پہ تڑے ہوئے تھے۔ آپ نے ان سے معاہدہ کر کے آپ مدینہ واپس آ گئے۔</w:t>
      </w:r>
    </w:p>
    <w:p>
      <w:r>
        <w:rPr>
          <w:b/>
        </w:rPr>
        <w:t xml:space="preserve">[1:02:14] </w:t>
      </w:r>
      <w:r>
        <w:t>sir rasool allah ki poori zindagi toleration par mabni hai, patience par mabni hai.</w:t>
      </w:r>
    </w:p>
    <w:p>
      <w:pPr>
        <w:jc w:val="right"/>
      </w:pPr>
      <w:r>
        <w:t>سر رسول اللہ کی پوری زندگی ٹولریشن پر مبنی ہے، پیشنس پر مبنی ہے۔</w:t>
      </w:r>
    </w:p>
    <w:p>
      <w:r>
        <w:rPr>
          <w:b/>
        </w:rPr>
        <w:t xml:space="preserve">[1:02:19] </w:t>
      </w:r>
      <w:r>
        <w:t>quran sabr se bhara hua hai. yeh is mein misaal hai. janna hai aap ko to sehat ki kitabein padhiye. rasool allah ki poori zindagi mabni par sabr, mabni par tolerance, mabni par patience hai.</w:t>
      </w:r>
    </w:p>
    <w:p>
      <w:pPr>
        <w:jc w:val="right"/>
      </w:pPr>
      <w:r>
        <w:t>قرآن صبر سے بھرا ہوا ہے۔ یہ اس میں مثال ہے۔ جاننا ہے آپ کو تو صحت کی کتابیں پڑھیے۔ رسول اللہ کی پوری زندگی مبنی پر صبر، مبنی پر ٹولرنس، مبنی پر پیشنس ہے۔</w:t>
      </w:r>
    </w:p>
    <w:p>
      <w:r>
        <w:rPr>
          <w:b/>
        </w:rPr>
        <w:t xml:space="preserve">[1:02:32] </w:t>
      </w:r>
      <w:r>
        <w:t>poori zindagi</w:t>
      </w:r>
    </w:p>
    <w:p>
      <w:pPr>
        <w:jc w:val="right"/>
      </w:pPr>
      <w:r>
        <w:t>پوری زندگی</w:t>
      </w:r>
    </w:p>
    <w:p>
      <w:r>
        <w:rPr>
          <w:b/>
        </w:rPr>
        <w:t xml:space="preserve">[1:02:36] </w:t>
      </w:r>
      <w:r>
        <w:t>umri kitabein, chaar kitabein meri seerat par hain, is ko padh li</w:t>
      </w:r>
    </w:p>
    <w:p>
      <w:pPr>
        <w:jc w:val="right"/>
      </w:pPr>
      <w:r>
        <w:t>عمری کتابیں، چار کتابیں میری سیرت پر ہیں، اس کو پڑھ لیج</w:t>
      </w:r>
    </w:p>
    <w:p>
      <w:r>
        <w:rPr>
          <w:b/>
        </w:rPr>
        <w:t xml:space="preserve">[1:02:39] </w:t>
      </w:r>
      <w:r>
        <w:t>jiye aap: "ghabr-e-islam" aur "mutala-e-seerat" aur "seerat-e-rasool".</w:t>
      </w:r>
    </w:p>
    <w:p>
      <w:pPr>
        <w:jc w:val="right"/>
      </w:pPr>
      <w:r>
        <w:t>ئے آپ: "غبر اسلام" اور "مطالعہ سیرت" اور "سیرت رسول"۔</w:t>
      </w:r>
    </w:p>
    <w:p>
      <w:r>
        <w:rPr>
          <w:b/>
        </w:rPr>
        <w:t xml:space="preserve">[1:02:50] </w:t>
      </w:r>
      <w:r>
        <w:t>"ghabr-e-islam" ji, is ko padhiye aap. mujhe nahin maloom ke aap kaun si kitab padh rakhi hain aap ne. aur angrezi mein padhna chahein aap to hamari kitab hai "Prophet of Peace".</w:t>
      </w:r>
    </w:p>
    <w:p>
      <w:pPr>
        <w:jc w:val="right"/>
      </w:pPr>
      <w:r>
        <w:t>"غبر اسلام" جی، اس کو پڑھیے آپ۔ مجھے نہیں معلوم کہ آپ کون سی کتاب پڑھ رکھی ہیں آپ نے۔ اور انگریزی میں پڑھنا چاہیں آپ تو ہماری کتاب ہے "پرافٹ آف پیس"۔</w:t>
      </w:r>
    </w:p>
    <w:p>
      <w:r>
        <w:rPr>
          <w:b/>
        </w:rPr>
        <w:t xml:space="preserve">[1:03:02] </w:t>
      </w:r>
      <w:r>
        <w:t>rasool allah ki poori zindagi peace hai.</w:t>
      </w:r>
    </w:p>
    <w:p>
      <w:pPr>
        <w:jc w:val="right"/>
      </w:pPr>
      <w:r>
        <w:t>رسول اللہ کی پوری زندگی پیس ہے۔</w:t>
      </w:r>
    </w:p>
    <w:p>
      <w:r>
        <w:rPr>
          <w:b/>
        </w:rPr>
        <w:t xml:space="preserve">[1:03:06] </w:t>
      </w:r>
      <w:r>
        <w:t>aap is ko parhiye. parhne ke baad agar aap ko sawal ho to agle sunday ko kijiye aap.</w:t>
      </w:r>
    </w:p>
    <w:p>
      <w:pPr>
        <w:jc w:val="right"/>
      </w:pPr>
      <w:r>
        <w:t>آپ اس کو پڑھیے۔ پڑھنے کے بعد اگر آپ کو سوال ہو تو اگلے سنڈے کو کیجئے آپ۔</w:t>
      </w:r>
    </w:p>
    <w:p>
      <w:r>
        <w:rPr>
          <w:b/>
        </w:rPr>
        <w:t xml:space="preserve">[1:03:14] </w:t>
      </w:r>
      <w:r>
        <w:t>maulana, agla sawal dilli se hai. mister amrit kumar sharma ne kiya hai. unhon ne likha hai: "dost sanparda ke log saath rehte hain, khana khate hain, parantu dharm ke naam aate hi woh kyon dushman ho jate hain?</w:t>
      </w:r>
    </w:p>
    <w:p>
      <w:pPr>
        <w:jc w:val="right"/>
      </w:pPr>
      <w:r>
        <w:t>مولانا، اگلا سوال دلی سے ہے۔ مسٹر امت کمار شرما نے کیا ہے۔ انہوں نے لکھا ہے: "دوست سنپردہ کے لوگ ساتھ رہتے ہیں، کھانا کھاتے ہیں، پرنتو دھرم کے نام آتے ہی وہ کیوں دشمن ہو جاتے ہیں؟</w:t>
      </w:r>
    </w:p>
    <w:p>
      <w:r>
        <w:rPr>
          <w:b/>
        </w:rPr>
        <w:t xml:space="preserve">[1:03:30] </w:t>
      </w:r>
      <w:r>
        <w:t>is ki kya wajah hai?" aisa nahi hai ke aap jo keh rahe hain yeh aisa nahi hai.</w:t>
      </w:r>
    </w:p>
    <w:p>
      <w:pPr>
        <w:jc w:val="right"/>
      </w:pPr>
      <w:r>
        <w:t>اس کی کیا وجہ ہے؟" ایسا نہیں ہے کہ آپ جو کہہ رہے ہیں یہ ایسا نہیں ہے۔</w:t>
      </w:r>
    </w:p>
    <w:p>
      <w:r>
        <w:rPr>
          <w:b/>
        </w:rPr>
        <w:t xml:space="preserve">[1:03:39] </w:t>
      </w:r>
      <w:r>
        <w:t>asal cheez yeh hai ke kisi cheez ko le kar ke log bhadak uthte hain. provocation problem hai, na ke dharm. dharm ka dharm apne aap mein koi problem nahi hai.</w:t>
      </w:r>
    </w:p>
    <w:p>
      <w:pPr>
        <w:jc w:val="right"/>
      </w:pPr>
      <w:r>
        <w:t>اصل چیز یہ ہے کہ کسی چیز کو لے کر کے لوگ بھڑک اٹھتے ہیں۔ پرووکیشن پرابلم ہے، نہ کہ دھرم۔ دھرم کا دھرم اپنے آپ میں کوئی پرابلم نہیں ہے۔</w:t>
      </w:r>
    </w:p>
    <w:p>
      <w:r>
        <w:rPr>
          <w:b/>
        </w:rPr>
        <w:t xml:space="preserve">[1:03:55] </w:t>
      </w:r>
      <w:r>
        <w:t>lekin chhoti chhoti baaton par provok ho jayen log, wahan par baat flare up ho jati hai.</w:t>
      </w:r>
    </w:p>
    <w:p>
      <w:pPr>
        <w:jc w:val="right"/>
      </w:pPr>
      <w:r>
        <w:t>لیکن چھوٹی چھوٹی باتوں پر پرووک ہو جائیں لوگ، وہاں پر بات فلیئر اپ ہو جاتی ہے۔</w:t>
      </w:r>
    </w:p>
    <w:p>
      <w:r>
        <w:rPr>
          <w:b/>
        </w:rPr>
        <w:t xml:space="preserve">[1:04:04] </w:t>
      </w:r>
      <w:r>
        <w:t>jaise misaal ke taur par dekhiye, ek jagah holi ka tehwar tha, juloos nikla, woh apne rangon ko chhod rahe the kea. to ek jagah aisa hua ke masjid ki deewar par rang pad gaya.</w:t>
      </w:r>
    </w:p>
    <w:p>
      <w:pPr>
        <w:jc w:val="right"/>
      </w:pPr>
      <w:r>
        <w:t>جیسے مثال کے طور پر دیکھیے، ایک جگہ ہولی کا تہوار تھا، جلوس نکلا، وہ اپنے رنگوں کو چھوڑ رہے تھے کہیں۔ تو ایک جگہ ایسا ہوا کہ مسجد کی دیوار پر رنگ پڑ گیا۔</w:t>
      </w:r>
    </w:p>
    <w:p>
      <w:r>
        <w:rPr>
          <w:b/>
        </w:rPr>
        <w:t xml:space="preserve">[1:04:19] </w:t>
      </w:r>
      <w:r>
        <w:t>to bhadak uthe log, masjid ko be-hurmati ho gayi, halanke use koi be-hurmati ka masla nahi hai. ek chhoti si bhadak uthna, asal cheez hai ke chhoti chhoti baaton par bhadak uthna.</w:t>
      </w:r>
    </w:p>
    <w:p>
      <w:pPr>
        <w:jc w:val="right"/>
      </w:pPr>
      <w:r>
        <w:t>تو بھڑک اٹھے لوگ، مسجد کو بے حرمتی ہو گئی، حالانکہ اسے کوئی بے حرمتی کا مسئلہ نہیں ہے۔ ایک چھوٹی سی بھڑک اٹھنا، اصل چیز ہے کہ چھوٹی چھوٹی باتوں پر بھڑک اٹھنا۔</w:t>
      </w:r>
    </w:p>
    <w:p>
      <w:r>
        <w:rPr>
          <w:b/>
        </w:rPr>
        <w:t xml:space="preserve">[1:04:31] </w:t>
      </w:r>
      <w:r>
        <w:t>to chahe hindu bhadak utha ya musalman bhadak utha, woh fasad ho jayega. na bhadka to fasad nahi hoga. to provocation is the problem, not the religion.</w:t>
      </w:r>
    </w:p>
    <w:p>
      <w:pPr>
        <w:jc w:val="right"/>
      </w:pPr>
      <w:r>
        <w:t>تو چاہے ہندو بھڑک اٹھا یا مسلمان بھڑک اٹھا، وہ فساد ہو جائے گا۔ نہ بھڑکا تو فساد نہیں ہوگا۔ تو پرووکیشن از دا پرابلم، انار دی ریلیجن۔</w:t>
      </w:r>
    </w:p>
    <w:p>
      <w:r>
        <w:rPr>
          <w:b/>
        </w:rPr>
        <w:t xml:space="preserve">[1:04:45] </w:t>
      </w:r>
      <w:r>
        <w:t>maulana, agla sawal bangalore se aaya hai. mister rakesh sharma ne kiya hai. unhon ne likha hai: "maulana, you have always advised us to adopt simple living and high thinking.</w:t>
      </w:r>
    </w:p>
    <w:p>
      <w:pPr>
        <w:jc w:val="right"/>
      </w:pPr>
      <w:r>
        <w:t>مولانا، اگلا سوال بینگلور سے آیا ہے۔ مسٹر راکیش شرما نے کیا ہے۔ انہوں نے لکھا ہے: "مولانا، یو ہیو الویز ایڈوائزڈ اس ٹو اڈاپٹ سمپل لیونگ اینڈ ہائی تھنکنگ۔</w:t>
      </w:r>
    </w:p>
    <w:p>
      <w:r>
        <w:rPr>
          <w:b/>
        </w:rPr>
        <w:t xml:space="preserve">[1:04:58] </w:t>
      </w:r>
      <w:r>
        <w:t>i want to request you today to please elaborate on it." dekhiye, simple living, high thinking dono ek doosre se interconnected hain.</w:t>
      </w:r>
    </w:p>
    <w:p>
      <w:pPr>
        <w:jc w:val="right"/>
      </w:pPr>
      <w:r>
        <w:t>ائی وانٹ ٹو ریکویسٹ یو ٹوڈے ٹو پلیز الیبوریٹ ان اٹ۔" دیکھیے، سمپل لیونگ، ہائی تھنکنگ دونوں ایک دوسرے سے انٹر کنیکٹڈ ہیں۔</w:t>
      </w:r>
    </w:p>
    <w:p>
      <w:r>
        <w:rPr>
          <w:b/>
        </w:rPr>
        <w:t xml:space="preserve">[1:05:08] </w:t>
      </w:r>
      <w:r>
        <w:t>jab simple living hogi, tab hi high thinking hogi. aur high thinking agar hogi to simple living apne aap ho jayegi. dekhiye, simple living ka matlab kya hai?</w:t>
      </w:r>
    </w:p>
    <w:p>
      <w:pPr>
        <w:jc w:val="right"/>
      </w:pPr>
      <w:r>
        <w:t>جب سمپل لیونگ ہوگی، تب ہی ہائی تھنکنگ ہوگی۔ اور ہائی تھنکنگ اگر ہوگی تو سمپل لیونگ اپنے آپ ہو جائے گی۔ دیکھیے، سمپل لیونگ کا مطلب کیا ہے؟</w:t>
      </w:r>
    </w:p>
    <w:p>
      <w:r>
        <w:rPr>
          <w:b/>
        </w:rPr>
        <w:t xml:space="preserve">[1:05:17] </w:t>
      </w:r>
      <w:r>
        <w:t>to save yourself from all kind of distraction.</w:t>
      </w:r>
    </w:p>
    <w:p>
      <w:pPr>
        <w:jc w:val="right"/>
      </w:pPr>
      <w:r>
        <w:t>ٹو سیو یور سیلف فرام ال کائنڈ اف ڈسٹریکشن۔</w:t>
      </w:r>
    </w:p>
    <w:p>
      <w:r>
        <w:rPr>
          <w:b/>
        </w:rPr>
        <w:t xml:space="preserve">[1:05:21] </w:t>
      </w:r>
      <w:r>
        <w:t>bas jab aap simple living par na hon to har waqt aap distract hote rahenge. har waqt distract hote rahenge.</w:t>
      </w:r>
    </w:p>
    <w:p>
      <w:pPr>
        <w:jc w:val="right"/>
      </w:pPr>
      <w:r>
        <w:t>بس جب آپ سمپل لیونگ پر نہ ہوں تو ہر وقت آپ ڈسٹریکٹ ہوتے رہیں گے۔ ہر وقت ڈسٹریکٹ ہوتے رہیں گے۔</w:t>
      </w:r>
    </w:p>
    <w:p>
      <w:r>
        <w:rPr>
          <w:b/>
        </w:rPr>
        <w:t xml:space="preserve">[1:05:32] </w:t>
      </w:r>
      <w:r>
        <w:t>aur simple living se kya hota hai? aap distraction se bach jate hain. jaise meri zindagi bilkul hi saada hai. aakhri had tak main saada zindagi guzarta hoon.</w:t>
      </w:r>
    </w:p>
    <w:p>
      <w:pPr>
        <w:jc w:val="right"/>
      </w:pPr>
      <w:r>
        <w:t>اور سمپل لیونگ سے کیا ہوتا ہے؟ آپ ڈسٹریشن سے بچ جاتے ہیں۔ جیسے میری زندگی بالکل ہی سادہ ہے۔ آخری حد تک میں سادہ زندگی گزارتا ہوں۔</w:t>
      </w:r>
    </w:p>
    <w:p>
      <w:r>
        <w:rPr>
          <w:b/>
        </w:rPr>
        <w:t xml:space="preserve">[1:05:43] </w:t>
      </w:r>
      <w:r>
        <w:t>to meri zindagi mein koi distraction hi nahi.</w:t>
      </w:r>
    </w:p>
    <w:p>
      <w:pPr>
        <w:jc w:val="right"/>
      </w:pPr>
      <w:r>
        <w:t>تو میری زندگی میں کوئی ڈسٹریشن ہی نہیں۔</w:t>
      </w:r>
    </w:p>
    <w:p>
      <w:r>
        <w:rPr>
          <w:b/>
        </w:rPr>
        <w:t xml:space="preserve">[1:05:46] </w:t>
      </w:r>
      <w:r>
        <w:t>to main 24 ghante, yani agar padhun, likhun, sochun to mere paas time hi time hai. jo log simple living nahi ikhtiyar karte, saada zindagi nahi ikhtiyar karte, to bar bar woh distract hote rehte hain.</w:t>
      </w:r>
    </w:p>
    <w:p>
      <w:pPr>
        <w:jc w:val="right"/>
      </w:pPr>
      <w:r>
        <w:t>تو میں 24 گھنٹے، یعنی اگر پڑھوں، لکھوں، سوچوں تو میرے پاس ٹائم ہی ٹائم ہے۔ جو لوگ سمپل لیونگ نہیں اختیار کرتے، سادہ زندگی نہیں اختیار کرتے، تو بار بار وہ ڈسٹریکٹ ہوتے رہتے ہیں۔</w:t>
      </w:r>
    </w:p>
    <w:p>
      <w:r>
        <w:rPr>
          <w:b/>
        </w:rPr>
        <w:t xml:space="preserve">[1:06:04] </w:t>
      </w:r>
      <w:r>
        <w:t>to phir un ko time nahi hota padhne likhne ka, intellectual development ka. high thinking kahan se aayegi? to main yeh nahi kehta ke simple living, jo hai, koi koi farz hai.</w:t>
      </w:r>
    </w:p>
    <w:p>
      <w:pPr>
        <w:jc w:val="right"/>
      </w:pPr>
      <w:r>
        <w:t>تو پھر ان کو ٹائم نہیں ہوتا پڑھنے لکھنے کا، انٹلیکچول ڈیویلپمنٹ کا۔ ہائی تھنکنگ کہاں سے آئے گی؟ تو میں یہ نہیں کہتا کہ سمپل لیونگ جو ہے، کوئی کوئی فرض ہے۔</w:t>
      </w:r>
    </w:p>
    <w:p>
      <w:r>
        <w:rPr>
          <w:b/>
        </w:rPr>
        <w:t xml:space="preserve">[1:06:15] </w:t>
      </w:r>
      <w:r>
        <w:t>yeh main nahi kehta.</w:t>
      </w:r>
    </w:p>
    <w:p>
      <w:pPr>
        <w:jc w:val="right"/>
      </w:pPr>
      <w:r>
        <w:t>یہ میں نہیں کہتا۔</w:t>
      </w:r>
    </w:p>
    <w:p>
      <w:r>
        <w:rPr>
          <w:b/>
        </w:rPr>
        <w:t xml:space="preserve">[1:06:16] </w:t>
      </w:r>
      <w:r>
        <w:t>main yeh kehta hoon ke agar aap chahte hain apne andar high thinking develop karna, apna personality develop, apni personality ko develop karna,</w:t>
      </w:r>
    </w:p>
    <w:p>
      <w:pPr>
        <w:jc w:val="right"/>
      </w:pPr>
      <w:r>
        <w:t>میں یہ کہتا ہوں کہ اگر آپ چاہتے ہیں اپنے اندر ہائی تھنکنگ ڈیویلپ کرنا، اپنا پرسنیلٹی ڈیویلپ، اپنی پرسنیلٹی کو ڈیویلپ کرنا،</w:t>
      </w:r>
    </w:p>
    <w:p>
      <w:r>
        <w:rPr>
          <w:b/>
        </w:rPr>
        <w:t xml:space="preserve">[1:06:30] </w:t>
      </w:r>
      <w:r>
        <w:t>intellectual development, yeh sab cheezein agar aap chahte hon to lazim hai ke aap simple living ikhtiyar karen. warna mumkin nahi hoga.</w:t>
      </w:r>
    </w:p>
    <w:p>
      <w:pPr>
        <w:jc w:val="right"/>
      </w:pPr>
      <w:r>
        <w:t>انٹلیکچول ڈیویلپمنٹ، یہ سب چیزیں اگر آپ چاہتے ہوں تو لازم ہے کہ آپ سمپل لیونگ اختیار کریں۔ ورنہ ممکن نہیں ہوگا۔</w:t>
      </w:r>
    </w:p>
    <w:p>
      <w:r>
        <w:rPr>
          <w:b/>
        </w:rPr>
        <w:t xml:space="preserve">[1:06:39] </w:t>
      </w:r>
      <w:r>
        <w:t>yeh main keh raha hoon. yani simple living ko main koi is maane mein nahi leta hoon ke jaise namaz farz hai to yeh bhi farz hai. lekin main yeh sirf keh raha hoon ke simple living ke baghair aap ko time hi nahi milega ke aap apni shakhsiyat ko develop karen.</w:t>
      </w:r>
    </w:p>
    <w:p>
      <w:pPr>
        <w:jc w:val="right"/>
      </w:pPr>
      <w:r>
        <w:t>یہ میں کہہ رہا ہوں۔ یعنی سمپل لیونگ کو میں کوئی اس معنی میں نہیں لیتا ہوں کہ جیسے نماز فرض ہے تو یہ بھی فرض ہے۔ لیکن میں یہ صرف کہہ رہا ہوں کہ سمپل لیونگ کے بغیر آپ کو ٹائم ہی نہیں ملے گا کہ آپ اپنی شخصیت کو ڈیویلپ کریں۔</w:t>
      </w:r>
    </w:p>
    <w:p>
      <w:r>
        <w:rPr>
          <w:b/>
        </w:rPr>
        <w:t xml:space="preserve">[1:06:59] </w:t>
      </w:r>
      <w:r>
        <w:t>yeh mera manna hai.</w:t>
      </w:r>
    </w:p>
    <w:p>
      <w:pPr>
        <w:jc w:val="right"/>
      </w:pPr>
      <w:r>
        <w:t>یہ میرا ماننا ہے۔</w:t>
      </w:r>
    </w:p>
    <w:p>
      <w:r>
        <w:rPr>
          <w:b/>
        </w:rPr>
        <w:t xml:space="preserve">[1:07:03] </w:t>
      </w:r>
      <w:r>
        <w:t>maulana bhopal se shakeel sahib ne sawal</w:t>
      </w:r>
    </w:p>
    <w:p>
      <w:pPr>
        <w:jc w:val="right"/>
      </w:pPr>
      <w:r>
        <w:t>مولانا بھوپال سے شکیل صاحب نے سوال</w:t>
      </w:r>
    </w:p>
    <w:p>
      <w:r>
        <w:rPr>
          <w:b/>
        </w:rPr>
        <w:t xml:space="preserve">[1:07:06] </w:t>
      </w:r>
      <w:r>
        <w:t>kiya hai. unhon ne likha hai: "maulana sahib, main aap se yeh janna chahta hoon ke main apne andar universal outlook ka zehan kaise banaun?" quran parhiye.</w:t>
      </w:r>
    </w:p>
    <w:p>
      <w:pPr>
        <w:jc w:val="right"/>
      </w:pPr>
      <w:r>
        <w:t>کیا ہے۔ انہوں نے لکھا ہے: "مولانا صاحب، میں آپ سے یہ جاننا چاہتا ہوں کہ میں اپنے اندر یونیورسل آؤٹ لک کا ذہن کیسے بناؤں؟" قرآن پڑھیے۔</w:t>
      </w:r>
    </w:p>
    <w:p>
      <w:r>
        <w:rPr>
          <w:b/>
        </w:rPr>
        <w:t xml:space="preserve">[1:07:19] </w:t>
      </w:r>
      <w:r>
        <w:t>quran mein aap dekhiye, bar bar "eha naas, eha naas, eha naas". yani saari insaniyat ko quran khitab karta hai.</w:t>
      </w:r>
    </w:p>
    <w:p>
      <w:pPr>
        <w:jc w:val="right"/>
      </w:pPr>
      <w:r>
        <w:t>قرآن میں آپ دیکھیے، بار بار "ایہا الناس، ایہا الناس، ایہا الناس"۔ یعنی سارے انسانیت کو قرآن خطاب کرتا ہے۔</w:t>
      </w:r>
    </w:p>
    <w:p>
      <w:r>
        <w:rPr>
          <w:b/>
        </w:rPr>
        <w:t xml:space="preserve">[1:07:31] </w:t>
      </w:r>
      <w:r>
        <w:t>quran ko agar aap bar bar parhein, samajh kar ke to apne aap hi aap ke andar nuqta nazar aa jayega. pehli ayat dekhiye: "alhamdulillah rabbul alameen".</w:t>
      </w:r>
    </w:p>
    <w:p>
      <w:pPr>
        <w:jc w:val="right"/>
      </w:pPr>
      <w:r>
        <w:t>قرآن کو اگر آپ بار بار پڑھیں، سمجھ کر کے تو اپنے آپ ہی آپ کے اندر نقطہ نظر آ جائے گا۔ پہلی آیت دیکھیے: "الحمدللہ رب العالمین"۔</w:t>
      </w:r>
    </w:p>
    <w:p>
      <w:r>
        <w:rPr>
          <w:b/>
        </w:rPr>
        <w:t xml:space="preserve">[1:07:43] </w:t>
      </w:r>
      <w:r>
        <w:t>yani rabb, yani allah ka jo is mein tasawwur diya gaya hai, woh sare alam ka rabb hai. pehli ayat aap ko universal bana degi.</w:t>
      </w:r>
    </w:p>
    <w:p>
      <w:pPr>
        <w:jc w:val="right"/>
      </w:pPr>
      <w:r>
        <w:t>یعنی رب، یعنی اللہ کا جو اس میں تصور دیا گیا ہے، وہ سارے عالم کا رب ہے۔ پہلی آیت آپ کو یونیورسل بنا دے گی۔</w:t>
      </w:r>
    </w:p>
    <w:p>
      <w:r>
        <w:rPr>
          <w:b/>
        </w:rPr>
        <w:t xml:space="preserve">[1:07:53] </w:t>
      </w:r>
      <w:r>
        <w:t>yani rabbul muslimeen nahi, quran mein rabbul alameen hai.</w:t>
      </w:r>
    </w:p>
    <w:p>
      <w:pPr>
        <w:jc w:val="right"/>
      </w:pPr>
      <w:r>
        <w:t>یعنی رب المسلمین نہیں، قرآن میں رب العالمین ہے۔</w:t>
      </w:r>
    </w:p>
    <w:p>
      <w:r>
        <w:rPr>
          <w:b/>
        </w:rPr>
        <w:t xml:space="preserve">[1:07:59] </w:t>
      </w:r>
      <w:r>
        <w:t>to mein samajhta hoon ke sab se acha nuskha hai universal zehan banane ka ke aap quran ko samajh kar parhein. samajh kar bas is ke baad sab masla hal ho jayega.</w:t>
      </w:r>
    </w:p>
    <w:p>
      <w:pPr>
        <w:jc w:val="right"/>
      </w:pPr>
      <w:r>
        <w:t>تو میں سمجھتا ہوں کہ سب سے اچھا نسخہ ہے یونیورسل ذہن بنانے کا کہ آپ قرآن کو سمجھ کر پڑھیں۔ سمجھ کر بس اس کے بعد سب مسئلہ حل ہو جائے گا۔</w:t>
      </w:r>
    </w:p>
    <w:p>
      <w:r>
        <w:rPr>
          <w:b/>
        </w:rPr>
        <w:t xml:space="preserve">[1:08:09] </w:t>
      </w:r>
      <w:r>
        <w:t>waise meri aik kitab bhi hai, "deen insaniyat" is ka naam hai. is ko aap parh sakte hain. aap is mein bhi is tarah ki baatein hain.</w:t>
      </w:r>
    </w:p>
    <w:p>
      <w:pPr>
        <w:jc w:val="right"/>
      </w:pPr>
      <w:r>
        <w:t>ویسے میری ایک کتاب بھی ہے، "دین انسانیت" اس کا نام ہے۔ اس کو آپ پڑھ سکتے ہیں۔ آپ اس میں بھی اس طرح کی باتیں ہیں۔</w:t>
      </w:r>
    </w:p>
    <w:p>
      <w:r>
        <w:rPr>
          <w:b/>
        </w:rPr>
        <w:t xml:space="preserve">[1:08:19] </w:t>
      </w:r>
      <w:r>
        <w:t>maulana chennai se agla sawal kiya hai. mister sameer mehta ne</w:t>
      </w:r>
    </w:p>
    <w:p>
      <w:pPr>
        <w:jc w:val="right"/>
      </w:pPr>
      <w:r>
        <w:t>مولانا چنئی سے اگلا سوال کیا ہے۔ مسٹر سمیر مہتا نے</w:t>
      </w:r>
    </w:p>
    <w:p>
      <w:r>
        <w:rPr>
          <w:b/>
        </w:rPr>
        <w:t xml:space="preserve">[1:08:24] </w:t>
      </w:r>
      <w:r>
        <w:t>. unhon ne likha hai: "maulana sahib, i am working on youths in my area, but find it extremely difficult to address their minds towards peace and spirituality, as their prime focus is money.</w:t>
      </w:r>
    </w:p>
    <w:p>
      <w:pPr>
        <w:jc w:val="right"/>
      </w:pPr>
      <w:r>
        <w:t>۔ انہوں نے لکھا ہے: "مولانا صاحب، آئی ایم ورکنگ ان یوتھس ان مائی ایریا، بٹ فائنڈ اٹ ایکسٹریملی ڈیفیکلٹ ٹو ایڈریس دیر مائنڈز ٹورڈز پیس اینڈ سپرچویلٹی، ایز دیر پرائم فوکس از منی۔</w:t>
      </w:r>
    </w:p>
    <w:p>
      <w:r>
        <w:rPr>
          <w:b/>
        </w:rPr>
        <w:t xml:space="preserve">[1:08:40] </w:t>
      </w:r>
      <w:r>
        <w:t>how can we tackle the youths of today and make them focus on spiritual and intellectual development?"</w:t>
      </w:r>
    </w:p>
    <w:p>
      <w:pPr>
        <w:jc w:val="right"/>
      </w:pPr>
      <w:r>
        <w:t>ہاؤ کین وی ٹیکل دا یوتھس اف ٹوڈے اینڈ میک دیم فوکس ان سپرچول اینڈ انٹلیکچول ڈیویلپمنٹ؟"</w:t>
      </w:r>
    </w:p>
    <w:p>
      <w:r>
        <w:rPr>
          <w:b/>
        </w:rPr>
        <w:t xml:space="preserve">[1:08:48] </w:t>
      </w:r>
      <w:r>
        <w:t>bhai, hum bhi isi duniya mein hain. humein to aisa nahi hai. hamara tajurba to aisa nahi hai. aap shayad pure majmoo'e ko, crowd ko ko address karte honge.</w:t>
      </w:r>
    </w:p>
    <w:p>
      <w:pPr>
        <w:jc w:val="right"/>
      </w:pPr>
      <w:r>
        <w:t>بھئی، ہم بھی اسی دنیا میں ہیں۔ ہمیں تو ایسا نہیں ہے۔ ہمارا تجربہ تو ایسا نہیں ہے۔ آپ شاید پورے مجموعے کو، کراؤڈ کو کو ایڈریس کرتے ہوں گے۔</w:t>
      </w:r>
    </w:p>
    <w:p>
      <w:r>
        <w:rPr>
          <w:b/>
        </w:rPr>
        <w:t xml:space="preserve">[1:09:00] </w:t>
      </w:r>
      <w:r>
        <w:t>hum individual ko address karte hain. aap aik jalsa karein, bheed bhaad jama karein aur taqreer karein to wahan aap ko result nahi milega. hum bhi aisa nahi karte.</w:t>
      </w:r>
    </w:p>
    <w:p>
      <w:pPr>
        <w:jc w:val="right"/>
      </w:pPr>
      <w:r>
        <w:t>ہم انڈیویجول کو ایڈریس کرتے ہیں۔ آپ ایک جلسہ کریں، بھیڑ بھاڑ اکٹھا کریں اور تقریر کریں تو وہاں آپ کو رزلٹ نہیں ملے گا۔ ہم بھی ایسا نہیں کرتے۔</w:t>
      </w:r>
    </w:p>
    <w:p>
      <w:r>
        <w:rPr>
          <w:b/>
        </w:rPr>
        <w:t xml:space="preserve">[1:09:11] </w:t>
      </w:r>
      <w:r>
        <w:t>aap</w:t>
      </w:r>
    </w:p>
    <w:p>
      <w:pPr>
        <w:jc w:val="right"/>
      </w:pPr>
      <w:r>
        <w:t>آپ</w:t>
      </w:r>
    </w:p>
    <w:p>
      <w:r>
        <w:rPr>
          <w:b/>
        </w:rPr>
        <w:t xml:space="preserve">[1:09:12] </w:t>
      </w:r>
      <w:r>
        <w:t>individual ko focus kijiye, fard fard ko focus kijiye to aap ko khasi shikayatein hi hongi. jo log bhi bheed ko address karte hain to woh bheed ki psychology alag hoti hai,</w:t>
      </w:r>
    </w:p>
    <w:p>
      <w:pPr>
        <w:jc w:val="right"/>
      </w:pPr>
      <w:r>
        <w:t>انڈیویجول کو فوکس کیجئے، فرد فرد کو فوکس کیجئے تو آپ کو خاصی شکایتیں ہی ہوں گی۔ جو لوگ بھی بھیڑ کو ایڈریس کرتے ہیں تو وہ بھیڑ کی سائیکالوجی الگ ہوتی ہے،</w:t>
      </w:r>
    </w:p>
    <w:p>
      <w:r>
        <w:rPr>
          <w:b/>
        </w:rPr>
        <w:t xml:space="preserve">[1:09:26] </w:t>
      </w:r>
      <w:r>
        <w:t>fard ki psychology alag hoti hai.</w:t>
      </w:r>
    </w:p>
    <w:p>
      <w:pPr>
        <w:jc w:val="right"/>
      </w:pPr>
      <w:r>
        <w:t>فرد کی سائیکالوجی الگ ہوتی ہے۔</w:t>
      </w:r>
    </w:p>
    <w:p>
      <w:r>
        <w:rPr>
          <w:b/>
        </w:rPr>
        <w:t xml:space="preserve">[1:09:30] </w:t>
      </w:r>
      <w:r>
        <w:t>bheed ki psychology ka bharkane wala koi aap ko issue ho to to bara acha hai. kisi issue par aap ko bharkana ho to bheed jama kijiye, zyada taqreer kijiye.</w:t>
      </w:r>
    </w:p>
    <w:p>
      <w:pPr>
        <w:jc w:val="right"/>
      </w:pPr>
      <w:r>
        <w:t>بھیڑ کی سائیکالوجی کا بھڑکانے والا کوئی آپ کو ایشو ہو تو تو بڑا اچھا ہے۔ کسی ایشو پر آپ کو بھڑکانا ہو تو بھیڑ اکٹھا کیجئے، زیادہ تقریر کیجئے۔</w:t>
      </w:r>
    </w:p>
    <w:p>
      <w:r>
        <w:rPr>
          <w:b/>
        </w:rPr>
        <w:t xml:space="preserve">[1:09:40] </w:t>
      </w:r>
      <w:r>
        <w:t>log bhark uthein ge aur is ke baad sarkon par aa jayenge. lekin insaan banane banane ke liye yeh tareeqa sahi nahi hai. insaan banane ka tareeqa hai ke aap individual ko, individual ko address karein.</w:t>
      </w:r>
    </w:p>
    <w:p>
      <w:pPr>
        <w:jc w:val="right"/>
      </w:pPr>
      <w:r>
        <w:t>لوگ بھڑک اٹھیں گے اور اس کے بعد سڑکوں پر آ جائیں گے۔ لیکن انسان بنانے بنانے کے لیے یہ طریقہ صحیح نہیں ہے۔ انسان بنانے کا طریقہ ہے کہ آپ انڈیویجول کو، انڈیویجول کو ایڈریس کریں۔</w:t>
      </w:r>
    </w:p>
    <w:p>
      <w:r>
        <w:rPr>
          <w:b/>
        </w:rPr>
        <w:t xml:space="preserve">[1:09:53] </w:t>
      </w:r>
      <w:r>
        <w:t>aik hum to yahi karte hain. hum hum to samajhte hain ke hamara mashal bara kamyabi ke sath chal raha hai.</w:t>
      </w:r>
    </w:p>
    <w:p>
      <w:pPr>
        <w:jc w:val="right"/>
      </w:pPr>
      <w:r>
        <w:t>ایک ہم تو یہی کرتے ہیں۔ ہم ہم تو سمجھتے ہیں کہ ہمارا مشعل بہت کامیابی کے ساتھ چل رہا ہے۔</w:t>
      </w:r>
    </w:p>
    <w:p>
      <w:r>
        <w:rPr>
          <w:b/>
        </w:rPr>
        <w:t xml:space="preserve">[1:10:03] </w:t>
      </w:r>
      <w:r>
        <w:t>maulana bhopal se shakeel sahib ne sawal kiya hai. unhon ne aap se poocha hai ke spiritual life ka aghaz kahan se hota hai? allah ki marifat se aghaz hota hai.</w:t>
      </w:r>
    </w:p>
    <w:p>
      <w:pPr>
        <w:jc w:val="right"/>
      </w:pPr>
      <w:r>
        <w:t>مولانا بھوپال سے شکیل صاحب نے سوال کیا ہے۔ انہوں نے آپ سے پوچھا ہے کہ سپرچول لائف کا آغاز کہاں سے ہوتا ہے؟ اللہ کی معرفت سے آغاز ہوتا ہے۔</w:t>
      </w:r>
    </w:p>
    <w:p>
      <w:r>
        <w:rPr>
          <w:b/>
        </w:rPr>
        <w:t xml:space="preserve">[1:10:16] </w:t>
      </w:r>
      <w:r>
        <w:t>jab aap ko allah ki marifat ho jayegi to rohaniyat ayegi. isi rohaniyat ka naam hai spirituality.</w:t>
      </w:r>
    </w:p>
    <w:p>
      <w:pPr>
        <w:jc w:val="right"/>
      </w:pPr>
      <w:r>
        <w:t>جب آپ کو اللہ کی معرفت ہو جائے گی تو روحانیت آئے گی۔ اسی روحانیت کا نام ہے اسپرچولیٹی۔</w:t>
      </w:r>
    </w:p>
    <w:p>
      <w:r>
        <w:rPr>
          <w:b/>
        </w:rPr>
        <w:t xml:space="preserve">[1:10:26] </w:t>
      </w:r>
      <w:r>
        <w:t>allah ki marifat ke liye aap quran ko parhiye, rasool allah ko parhiye, hamari kitabein isi mozu par is ko parhiye. hamari kitab hai, kai kitabein isi mozu par hain.</w:t>
      </w:r>
    </w:p>
    <w:p>
      <w:pPr>
        <w:jc w:val="right"/>
      </w:pPr>
      <w:r>
        <w:t>اللہ کی معرفت کے لیے آپ قرآن کو پڑھیے، رسول اللہ کو پڑھیے، ہماری کتابیں اسی موضوع پر اس کو پڑھیے۔ ہماری کتاب ہے، کئی کتابیں اسی موضوع پر ہیں۔</w:t>
      </w:r>
    </w:p>
    <w:p>
      <w:r>
        <w:rPr>
          <w:b/>
        </w:rPr>
        <w:t xml:space="preserve">[1:10:38] </w:t>
      </w:r>
      <w:r>
        <w:t>to sach poochhein to aap mutala aur ghor o fikr se yeh sifat paida hogi. woh aap ko karna hoga.</w:t>
      </w:r>
    </w:p>
    <w:p>
      <w:pPr>
        <w:jc w:val="right"/>
      </w:pPr>
      <w:r>
        <w:t>تو سچ پوچھیں تو آپ مطالعہ اور غور و فکر سے یہ صفت پیدا ہوگی۔ وہ آپ کو کرنا ہوگا۔</w:t>
      </w:r>
    </w:p>
    <w:p>
      <w:r>
        <w:rPr>
          <w:b/>
        </w:rPr>
        <w:t xml:space="preserve">[1:10:48] </w:t>
      </w:r>
      <w:r>
        <w:t>koi is ka, koi is ka tilasmati formula nahi hai. maulana, un ka aik aur question hai.</w:t>
      </w:r>
    </w:p>
    <w:p>
      <w:pPr>
        <w:jc w:val="right"/>
      </w:pPr>
      <w:r>
        <w:t>کوئی اس کا، کوئی اس کا تلسماتی فارمولا نہیں ہے۔ مولانا، ان کا ایک اور کوئسچن ہے۔</w:t>
      </w:r>
    </w:p>
    <w:p>
      <w:r>
        <w:rPr>
          <w:b/>
        </w:rPr>
        <w:t xml:space="preserve">[1:10:58] </w:t>
      </w:r>
      <w:r>
        <w:t>unhon ne aap se poocha hai: "maulana sahib, please tell me, how can i become wise? is there any formula for a</w:t>
      </w:r>
    </w:p>
    <w:p>
      <w:pPr>
        <w:jc w:val="right"/>
      </w:pPr>
      <w:r>
        <w:t>انہوں نے آپ سے پوچھا ہے: "مولانا صاحب، پلیز ٹیل می، ہاؤ کین آئی بیکم وائز؟ از دیر اینی فارمولا فار ا</w:t>
      </w:r>
    </w:p>
    <w:p>
      <w:r>
        <w:rPr>
          <w:b/>
        </w:rPr>
        <w:t xml:space="preserve">[1:11:06] </w:t>
      </w:r>
      <w:r>
        <w:t>t?" wise, khoob mutala kijiye. khoob aath dekhein, mutala karne ke liye aap ko yani bohat si cheezein chhodni padengi.</w:t>
      </w:r>
    </w:p>
    <w:p>
      <w:pPr>
        <w:jc w:val="right"/>
      </w:pPr>
      <w:r>
        <w:t>ٹ؟" وائز، خوب مطالعہ کیجئے۔ خوب آٹھ دیکھیں، مطالعہ کرنے کے لیے آپ کو یعنی بہت سی چیزیں چھوڑنی پڑیں گی۔</w:t>
      </w:r>
    </w:p>
    <w:p>
      <w:r>
        <w:rPr>
          <w:b/>
        </w:rPr>
        <w:t xml:space="preserve">[1:11:16] </w:t>
      </w:r>
      <w:r>
        <w:t>misal ke tor par aap yani waqt zaya karna chhod dijiye, destruction ko chhod dijiye, fazooliyat mein waqt guzarte hain log, is ko chhod dijiye. apne andar yani</w:t>
      </w:r>
    </w:p>
    <w:p>
      <w:pPr>
        <w:jc w:val="right"/>
      </w:pPr>
      <w:r>
        <w:t>مثلاً آپ یعنی وقت ضائع کرنا چھوڑ دیجئے، ڈسٹرکشن کو چھوڑ دیجئے، فضولیات میں وقت گزارتے ہیں لوگ، اس کو چھوڑ دیجئے۔ اپنے اندر یعنی</w:t>
      </w:r>
    </w:p>
    <w:p>
      <w:r>
        <w:rPr>
          <w:b/>
        </w:rPr>
        <w:t xml:space="preserve">[1:11:30] </w:t>
      </w:r>
      <w:r>
        <w:t>ba-maqsad zindagi paida kijiye aur phir mutala kijiye.</w:t>
      </w:r>
    </w:p>
    <w:p>
      <w:pPr>
        <w:jc w:val="right"/>
      </w:pPr>
      <w:r>
        <w:t>بامقصد زندگی پیدا کیجئے اور پھر مطالعہ کیجئے۔</w:t>
      </w:r>
    </w:p>
    <w:p>
      <w:r>
        <w:rPr>
          <w:b/>
        </w:rPr>
        <w:t xml:space="preserve">[1:11:34] </w:t>
      </w:r>
      <w:r>
        <w:t>log chahte hain ke apni zindagi ko badlen nahin aur phir un ko woh bhi wisdom bhi mil jae. to kaise milega? aap har aadmi galat aadaton mein phansa hua hai, har aadmi galat doston mein phansa hua hai, har aadmi in cheezon mein phansa hua hai jo har waqt distract karti hain us ko.</w:t>
      </w:r>
    </w:p>
    <w:p>
      <w:pPr>
        <w:jc w:val="right"/>
      </w:pPr>
      <w:r>
        <w:t>لوگ چاہتے ہیں کہ اپنی زندگی کو بدلیں نہیں اور پھر ان کو وہ بھی وزڈم بھی مل جائے۔ تو کیسے ملے گا؟ آپ ہر آدمی غلط عادتوں میں پھنسا ہوا ہے، ہر آدمی غلط دوستوں میں پھنسا ہوا ہے، ہر آدمی ان چیزوں میں پھنسا ہوا ہے جو ہر وقت ڈسٹرکٹ کرتی ہیں اس کو۔</w:t>
      </w:r>
    </w:p>
    <w:p>
      <w:r>
        <w:rPr>
          <w:b/>
        </w:rPr>
        <w:t xml:space="preserve">[1:11:54] </w:t>
      </w:r>
      <w:r>
        <w:t>aur phir kehta hai: "mujhe wisdom chahiye." to price har cheez deni parti hai to milti</w:t>
      </w:r>
    </w:p>
    <w:p>
      <w:pPr>
        <w:jc w:val="right"/>
      </w:pPr>
      <w:r>
        <w:t>اور پھر کہتا ہے: "مجھے وزڈم چاہیے۔" تو پرائس ہر چیز دینی پڑتی ہے تو ملتی</w:t>
      </w:r>
    </w:p>
    <w:p>
      <w:r>
        <w:rPr>
          <w:b/>
        </w:rPr>
        <w:t xml:space="preserve">[1:12:00] </w:t>
      </w:r>
      <w:r>
        <w:t>hai woh cheez. to wisdom bhi aap ko milegi jab jab us ko price den ge. aap price aise nahin milegi.</w:t>
      </w:r>
    </w:p>
    <w:p>
      <w:pPr>
        <w:jc w:val="right"/>
      </w:pPr>
      <w:r>
        <w:t>ہے وہ چیز۔ تو وزڈم بھی آپ کو ملے گی جب جب اس کو پرائس دیں گے۔ آپ پرائس ایسے نہیں ملے گی۔</w:t>
      </w:r>
    </w:p>
    <w:p>
      <w:r>
        <w:rPr>
          <w:b/>
        </w:rPr>
        <w:t xml:space="preserve">[1:12:10] </w:t>
      </w:r>
      <w:r>
        <w:t>waise hamari chaar kitaben aap parh lijie: "raaz hayat", "taabeer hayat", "kitab zindagi", "rahnuma hayat".</w:t>
      </w:r>
    </w:p>
    <w:p>
      <w:pPr>
        <w:jc w:val="right"/>
      </w:pPr>
      <w:r>
        <w:t>ویسے ہماری چار کتابیں آپ پڑھ لیجئے: "راز حیات"، "تعبیر حیات"، "کتاب زندگی"، "راہنما حیات"۔</w:t>
      </w:r>
    </w:p>
    <w:p>
      <w:r>
        <w:rPr>
          <w:b/>
        </w:rPr>
        <w:t xml:space="preserve">[1:12:19] </w:t>
      </w:r>
      <w:r>
        <w:t>is se inshallah aap ko bohat faida hoga.</w:t>
      </w:r>
    </w:p>
    <w:p>
      <w:pPr>
        <w:jc w:val="right"/>
      </w:pPr>
      <w:r>
        <w:t>اس سے انشاءاللہ آپ کو بہت فائدہ ہوگا۔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