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Existence of God October 7, 2012</w:t>
      </w:r>
    </w:p>
    <w:p>
      <w:r>
        <w:t>https://youtu.be/Hm0ybuokQ8s</w:t>
      </w:r>
    </w:p>
    <w:p>
      <w:r>
        <w:rPr>
          <w:b/>
        </w:rPr>
        <w:t xml:space="preserve">[00:14] </w:t>
      </w:r>
      <w:r>
        <w:t>bismillah rahman rahim. wa salallahu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aaj ka topic hai</w:t>
      </w:r>
    </w:p>
    <w:p>
      <w:pPr>
        <w:jc w:val="right"/>
      </w:pPr>
      <w:r>
        <w:t>آج کا ٹاپک ہے</w:t>
      </w:r>
    </w:p>
    <w:p>
      <w:r>
        <w:rPr>
          <w:b/>
        </w:rPr>
        <w:t xml:space="preserve">[00:40] </w:t>
      </w:r>
      <w:r>
        <w:t>"the existence of god". yani khuda ka wajood.</w:t>
      </w:r>
    </w:p>
    <w:p>
      <w:pPr>
        <w:jc w:val="right"/>
      </w:pPr>
      <w:r>
        <w:t>"دا ایگزسٹنس آف گاڈ"۔ یعنی خدا کا وجود۔</w:t>
      </w:r>
    </w:p>
    <w:p>
      <w:r>
        <w:rPr>
          <w:b/>
        </w:rPr>
        <w:t xml:space="preserve">[00:51] </w:t>
      </w:r>
      <w:r>
        <w:t>dekhiye, history batati hai,</w:t>
      </w:r>
    </w:p>
    <w:p>
      <w:pPr>
        <w:jc w:val="right"/>
      </w:pPr>
      <w:r>
        <w:t>دیکھیے، ہسٹری بتاتی ہے،</w:t>
      </w:r>
    </w:p>
    <w:p>
      <w:r>
        <w:rPr>
          <w:b/>
        </w:rPr>
        <w:t xml:space="preserve">[00:58] </w:t>
      </w:r>
      <w:r>
        <w:t>according to the anthropological studies,</w:t>
      </w:r>
    </w:p>
    <w:p>
      <w:pPr>
        <w:jc w:val="right"/>
      </w:pPr>
      <w:r>
        <w:t>اَکارڈنگ ٹو دی انتھروپولوجیکل سٹڈیز،</w:t>
      </w:r>
    </w:p>
    <w:p>
      <w:r>
        <w:rPr>
          <w:b/>
        </w:rPr>
        <w:t xml:space="preserve">[01:05] </w:t>
      </w:r>
      <w:r>
        <w:t>ke khuda ka tasawwur, khuda ka concept, hamesha se insan ke andar raha hai.</w:t>
      </w:r>
    </w:p>
    <w:p>
      <w:pPr>
        <w:jc w:val="right"/>
      </w:pPr>
      <w:r>
        <w:t>کہ خدا کا تصور، خدا کا کانسیپٹ، ہمیشہ سے انسان کے اندر رہا ہے۔</w:t>
      </w:r>
    </w:p>
    <w:p>
      <w:r>
        <w:rPr>
          <w:b/>
        </w:rPr>
        <w:t xml:space="preserve">[01:14] </w:t>
      </w:r>
      <w:r>
        <w:t>koi bhi aisi society abhi tak</w:t>
      </w:r>
    </w:p>
    <w:p>
      <w:pPr>
        <w:jc w:val="right"/>
      </w:pPr>
      <w:r>
        <w:t>کوئی بھی ایسی سوسائٹی ابھی تک</w:t>
      </w:r>
    </w:p>
    <w:p>
      <w:r>
        <w:rPr>
          <w:b/>
        </w:rPr>
        <w:t xml:space="preserve">[01:19] </w:t>
      </w:r>
      <w:r>
        <w:t>discover nahin hui jis mein khuda ka concept kisi na kisi taur par maujood na ho.</w:t>
      </w:r>
    </w:p>
    <w:p>
      <w:pPr>
        <w:jc w:val="right"/>
      </w:pPr>
      <w:r>
        <w:t>ڈسکور نہیں ہوئی جس میں خدا کا کانسیپٹ کسی نہ کسی طور پر موجود نہ ہو۔</w:t>
      </w:r>
    </w:p>
    <w:p>
      <w:r>
        <w:rPr>
          <w:b/>
        </w:rPr>
        <w:t xml:space="preserve">[01:29] </w:t>
      </w:r>
      <w:r>
        <w:t>main yeh nahin keh raha hoon ke khuda ka concept is sense mein jis sense mein woh quran mein hai, lekin more or less, khuda ka concept hamesha maujood raha hai.</w:t>
      </w:r>
    </w:p>
    <w:p>
      <w:pPr>
        <w:jc w:val="right"/>
      </w:pPr>
      <w:r>
        <w:t>میں یہ نہیں کہہ رہا ہوں کہ خدا کا کانسیپٹ اس سینس میں جس سینس میں وہ قرآن میں ہے، لیکن مور اور لیس، خدا کا کانسیپٹ ہمیشہ موجود رہا ہے۔</w:t>
      </w:r>
    </w:p>
    <w:p>
      <w:r>
        <w:rPr>
          <w:b/>
        </w:rPr>
        <w:t xml:space="preserve">[01:43] </w:t>
      </w:r>
      <w:r>
        <w:t>pehli baar "atheism" jo hai, agarche yeh word nahin maujood tha Yunan mein, to Greece ke kuch philosophers ne is tarah ki baaten sochi.</w:t>
      </w:r>
    </w:p>
    <w:p>
      <w:pPr>
        <w:jc w:val="right"/>
      </w:pPr>
      <w:r>
        <w:t>پہلی بار "اتھیزم" جو ہے، اگرچہ یہ ورڈ نہیں موجود تھا یونان میں، تو گریس کے کچھ فلاسفرز نے اس طرح کی باتیں سوچیں۔</w:t>
      </w:r>
    </w:p>
    <w:p>
      <w:r>
        <w:rPr>
          <w:b/>
        </w:rPr>
        <w:t xml:space="preserve">[02:02] </w:t>
      </w:r>
      <w:r>
        <w:t>lekin baqayda taur par "atheism" ka ka jo word hai woh qaim hua solacewin sadi mein, sixteen century mein, Europe mein.</w:t>
      </w:r>
    </w:p>
    <w:p>
      <w:pPr>
        <w:jc w:val="right"/>
      </w:pPr>
      <w:r>
        <w:t>لیکن باقاعدہ طور پر "اتھیزم" کا کا جو ورڈ ہے وہ قائم ہوا سولہویں صدی میں، سکسٹین سینچری میں، یورپ میں۔</w:t>
      </w:r>
    </w:p>
    <w:p>
      <w:r>
        <w:rPr>
          <w:b/>
        </w:rPr>
        <w:t xml:space="preserve">[02:14] </w:t>
      </w:r>
      <w:r>
        <w:t>solacewin sadi se pehle "atheism" ka word istemal nahin hota tha. agarche "atheism" ka word Greek se liya gaya hai, lekin baqayda term ke taur par sixteen century mein istemal shuru hua is ka.</w:t>
      </w:r>
    </w:p>
    <w:p>
      <w:pPr>
        <w:jc w:val="right"/>
      </w:pPr>
      <w:r>
        <w:t>سولہویں صدی سے پہلے "اتھیزم" کا ورڈ استعمال نہیں ہوتا تھا۔ اگرچہ "اتھیزم" کا ورڈ گریک سے لیا گیا ہے، لیکن باقاعدہ ٹرم کے طور پر سکسٹین سینچری میں استعمال شروع ہوا اس کا۔</w:t>
      </w:r>
    </w:p>
    <w:p>
      <w:r>
        <w:rPr>
          <w:b/>
        </w:rPr>
        <w:t xml:space="preserve">[02:30] </w:t>
      </w:r>
      <w:r>
        <w:t>phir solacewin sadi, satrahwin sadi mein koi log paida hote rahe,</w:t>
      </w:r>
    </w:p>
    <w:p>
      <w:pPr>
        <w:jc w:val="right"/>
      </w:pPr>
      <w:r>
        <w:t>پھر سولہویں صدی، سترہویں صدی میں کوئی لوگ پیدا ہوتے رہے،</w:t>
      </w:r>
    </w:p>
    <w:p>
      <w:r>
        <w:rPr>
          <w:b/>
        </w:rPr>
        <w:t xml:space="preserve">[02:35] </w:t>
      </w:r>
      <w:r>
        <w:t>yahan tak ke eighteen century mein "atheism" ne zyada taraqqi ki. bohat se philosophers paida hue jinhone khul kar ke "atheism" ki vakaalat ki.</w:t>
      </w:r>
    </w:p>
    <w:p>
      <w:pPr>
        <w:jc w:val="right"/>
      </w:pPr>
      <w:r>
        <w:t>یہاں تک کہ ایٹین سینچری میں "اتھیزم" نے زیادہ ترقی کی۔ بہت سے فلاسفر پیدا ہوئے جنہوں نے کھل کر کے "اتھیزم" کی وکالت کی۔</w:t>
      </w:r>
    </w:p>
    <w:p>
      <w:r>
        <w:rPr>
          <w:b/>
        </w:rPr>
        <w:t xml:space="preserve">[02:50] </w:t>
      </w:r>
      <w:r>
        <w:t>jaise David Hume, John Stuart Mill, Karl Marx, Sigmund Freud, aur isi tarah se Bertrand Russell,</w:t>
      </w:r>
    </w:p>
    <w:p>
      <w:pPr>
        <w:jc w:val="right"/>
      </w:pPr>
      <w:r>
        <w:t>جیسے ڈیوڈ ہیوم، جان سٹارٹ مل، کارل مارکس، سگون فرائیڈ، اور اسی طرح سے برٹن رسل،</w:t>
      </w:r>
    </w:p>
    <w:p>
      <w:r>
        <w:rPr>
          <w:b/>
        </w:rPr>
        <w:t xml:space="preserve">[03:05] </w:t>
      </w:r>
      <w:r>
        <w:t>Julian Huxley waghera waghera.</w:t>
      </w:r>
    </w:p>
    <w:p>
      <w:pPr>
        <w:jc w:val="right"/>
      </w:pPr>
      <w:r>
        <w:t>جولین ہکسلے وغیرہ وغیرہ۔</w:t>
      </w:r>
    </w:p>
    <w:p>
      <w:r>
        <w:rPr>
          <w:b/>
        </w:rPr>
        <w:t xml:space="preserve">[03:11] </w:t>
      </w:r>
      <w:r>
        <w:t>to yeh "atheism" chalta raha.</w:t>
      </w:r>
    </w:p>
    <w:p>
      <w:pPr>
        <w:jc w:val="right"/>
      </w:pPr>
      <w:r>
        <w:t>تو یہ "اتھیزم" چلتا رہا۔</w:t>
      </w:r>
    </w:p>
    <w:p>
      <w:r>
        <w:rPr>
          <w:b/>
        </w:rPr>
        <w:t xml:space="preserve">[03:17] </w:t>
      </w:r>
      <w:r>
        <w:t>yahan tak ke science ka daur aaya to science ka direct, direct science ki field of study direct taur par khuda nahin hai, jaisa ke philosophy mein thi.</w:t>
      </w:r>
    </w:p>
    <w:p>
      <w:pPr>
        <w:jc w:val="right"/>
      </w:pPr>
      <w:r>
        <w:t>یہاں تک کہ سائنس کا دور آیا تو سائنس کا ڈائریکٹ، ڈائریکٹ سائنس کی فیلڈ آف سٹڈی ڈائریکٹ طور پر خدا نہیں ہے، جیسا کہ فلاسفی میں تھی۔</w:t>
      </w:r>
    </w:p>
    <w:p>
      <w:r>
        <w:rPr>
          <w:b/>
        </w:rPr>
        <w:t xml:space="preserve">[03:32] </w:t>
      </w:r>
      <w:r>
        <w:t>lekin indirect taur par scientists jo hain woh bhi khuda ke baray mein kuch na kuch kehte rahe.</w:t>
      </w:r>
    </w:p>
    <w:p>
      <w:pPr>
        <w:jc w:val="right"/>
      </w:pPr>
      <w:r>
        <w:t>لیکن ان ڈائریکٹ طور پر سائنسدان جو ہیں وہ بھی خدا کے بارے میں کچھ نہ کچھ کہتے رہے۔</w:t>
      </w:r>
    </w:p>
    <w:p>
      <w:r>
        <w:rPr>
          <w:b/>
        </w:rPr>
        <w:t xml:space="preserve">[03:42] </w:t>
      </w:r>
      <w:r>
        <w:t>mere ilm ke mutabiq tamam scientists</w:t>
      </w:r>
    </w:p>
    <w:p>
      <w:pPr>
        <w:jc w:val="right"/>
      </w:pPr>
      <w:r>
        <w:t>میرے علم کے مطابق تمام سائنسدان</w:t>
      </w:r>
    </w:p>
    <w:p>
      <w:r>
        <w:rPr>
          <w:b/>
        </w:rPr>
        <w:t xml:space="preserve">[03:49] </w:t>
      </w:r>
      <w:r>
        <w:t>khuda ko kisi na kisi kisi tor par manne wale the. mera matlab yeh nahi ke khuda ka word bolte the woh, lekin kisi na kisi tor par woh mante the.</w:t>
      </w:r>
    </w:p>
    <w:p>
      <w:pPr>
        <w:jc w:val="right"/>
      </w:pPr>
      <w:r>
        <w:t>خدا کو کسی نہ کسی کسی طور پر ماننے والے تھے۔ میرا مطلب یہ نہیں کہ خدا کا ورڈ بولتے تھے وہ، لیکن کسی نہ کسی طور پر وہ مانتے تھے۔</w:t>
      </w:r>
    </w:p>
    <w:p>
      <w:r>
        <w:rPr>
          <w:b/>
        </w:rPr>
        <w:t xml:space="preserve">[04:01] </w:t>
      </w:r>
      <w:r>
        <w:t>bohat kam aise scientist hain jinho ne khuda ka inkar kiya ho. kuch scientist to aise hain jo unho ne baqayda, yani god ka naam le kar openly khuda ka iqrar kiya.</w:t>
      </w:r>
    </w:p>
    <w:p>
      <w:pPr>
        <w:jc w:val="right"/>
      </w:pPr>
      <w:r>
        <w:t>بہت کم ایسے سائنٹسٹ ہیں جنہوں نے خدا کا انکار کیا ہو۔ کچھ سائنٹسٹ تو ایسے ہیں جو انہوں نے باقاعدہ، یعنی گاڈ کا نام لے کر اوپنلی خدا کا اقرار کیا۔</w:t>
      </w:r>
    </w:p>
    <w:p>
      <w:r>
        <w:rPr>
          <w:b/>
        </w:rPr>
        <w:t xml:space="preserve">[04:18] </w:t>
      </w:r>
      <w:r>
        <w:t>jaise copernicus, newton, aur isi tarah se sir arthur eddington, sir james jeans.</w:t>
      </w:r>
    </w:p>
    <w:p>
      <w:pPr>
        <w:jc w:val="right"/>
      </w:pPr>
      <w:r>
        <w:t>جیسے کوپر نکس، نیوٹن، اور اسی طریقے سے سر ارتھر ایڈنگٹن، سر جیمز جینز۔</w:t>
      </w:r>
    </w:p>
    <w:p>
      <w:r>
        <w:rPr>
          <w:b/>
        </w:rPr>
        <w:t xml:space="preserve">[04:32] </w:t>
      </w:r>
      <w:r>
        <w:t>bohat se aise scientist hain jinho ne naam le kar baqayda khuda ka iqrar kiya. fred hoyle waghera.</w:t>
      </w:r>
    </w:p>
    <w:p>
      <w:pPr>
        <w:jc w:val="right"/>
      </w:pPr>
      <w:r>
        <w:t>بہت سے ایسے سائنسدان ہیں جنہوں نے نام لے کر باقاعدہ خدا کا اقرار کیا۔ فریڈ ہائل وغیرہ۔</w:t>
      </w:r>
    </w:p>
    <w:p>
      <w:r>
        <w:rPr>
          <w:b/>
        </w:rPr>
        <w:t xml:space="preserve">[04:44] </w:t>
      </w:r>
      <w:r>
        <w:t>to lekin khuda ka jo concept quran mein hai, us mani mein nahi bol raha hoon main, lekin in general yeh log mante rahe khuda ko.</w:t>
      </w:r>
    </w:p>
    <w:p>
      <w:pPr>
        <w:jc w:val="right"/>
      </w:pPr>
      <w:r>
        <w:t>تو لیکن خدا کا جو کانسیپٹ قرآن میں ہے، اس معنی میں نہیں بول رہا ہوں میں، لیکن ان جنرل یہ لوگ مانتے رہے خدا کو۔</w:t>
      </w:r>
    </w:p>
    <w:p>
      <w:r>
        <w:rPr>
          <w:b/>
        </w:rPr>
        <w:t xml:space="preserve">[04:59] </w:t>
      </w:r>
      <w:r>
        <w:t>ab kal ke akhbar mein ek news aayi hai jo aap logo ko maloom hogi.</w:t>
      </w:r>
    </w:p>
    <w:p>
      <w:pPr>
        <w:jc w:val="right"/>
      </w:pPr>
      <w:r>
        <w:t>اب کل کے اخبار میں ایک نیوز آئی ہے جو آپ لوگوں کو معلوم ہوگی۔</w:t>
      </w:r>
    </w:p>
    <w:p>
      <w:r>
        <w:rPr>
          <w:b/>
        </w:rPr>
        <w:t xml:space="preserve">[05:11] </w:t>
      </w:r>
      <w:r>
        <w:t>woh einstein ke bare mein.</w:t>
      </w:r>
    </w:p>
    <w:p>
      <w:pPr>
        <w:jc w:val="right"/>
      </w:pPr>
      <w:r>
        <w:t>وہ آئنسٹائن کے بارے میں۔</w:t>
      </w:r>
    </w:p>
    <w:p>
      <w:r>
        <w:rPr>
          <w:b/>
        </w:rPr>
        <w:t xml:space="preserve">[05:13] </w:t>
      </w:r>
      <w:r>
        <w:t>aap jante hain ke albert einstein jo hai, us zamane ka bohat bara scientific mind mana jata hai.</w:t>
      </w:r>
    </w:p>
    <w:p>
      <w:pPr>
        <w:jc w:val="right"/>
      </w:pPr>
      <w:r>
        <w:t>آپ جانتے ہیں کہ البرٹ آئنسٹائن جو ہے، اس زمانے کا بہت بڑا سائنٹیفک مائنڈ مانا جاتا ہے۔</w:t>
      </w:r>
    </w:p>
    <w:p>
      <w:r>
        <w:rPr>
          <w:b/>
        </w:rPr>
        <w:t xml:space="preserve">[05:23] </w:t>
      </w:r>
      <w:r>
        <w:t>is ki death hui thi 1955 mein.</w:t>
      </w:r>
    </w:p>
    <w:p>
      <w:pPr>
        <w:jc w:val="right"/>
      </w:pPr>
      <w:r>
        <w:t>اس کی ڈیتھ ہوئی تھی 1955 میں۔</w:t>
      </w:r>
    </w:p>
    <w:p>
      <w:r>
        <w:rPr>
          <w:b/>
        </w:rPr>
        <w:t xml:space="preserve">[05:30] </w:t>
      </w:r>
      <w:r>
        <w:t>to is ne apni maut se ek saal pehle, yani 1954 mein, ek israeli philosopher ko german zaban mein khat likha tha.</w:t>
      </w:r>
    </w:p>
    <w:p>
      <w:pPr>
        <w:jc w:val="right"/>
      </w:pPr>
      <w:r>
        <w:t>تو اس نے اپنی موت سے ایک سال پہلے، یعنی 1954 میں، ایک اسرائیلی فلاسفر کو جرمن زبان میں خط لکھا تھا۔</w:t>
      </w:r>
    </w:p>
    <w:p>
      <w:r>
        <w:rPr>
          <w:b/>
        </w:rPr>
        <w:t xml:space="preserve">[05:44] </w:t>
      </w:r>
      <w:r>
        <w:t>german zaban mein. yeh khat aap dekh sakte hain internet par ya media mein, akhbar mein.</w:t>
      </w:r>
    </w:p>
    <w:p>
      <w:pPr>
        <w:jc w:val="right"/>
      </w:pPr>
      <w:r>
        <w:t>جرمن زبان میں۔ یہ خط آپ دیکھ سکتے ہیں انٹرنیٹ پر یا میڈیا میں، اخبار میں۔</w:t>
      </w:r>
    </w:p>
    <w:p>
      <w:r>
        <w:rPr>
          <w:b/>
        </w:rPr>
        <w:t xml:space="preserve">[05:57] </w:t>
      </w:r>
      <w:r>
        <w:t>is khat ka thora sa brief mein is ka aaya hai akhbar mein kal.</w:t>
      </w:r>
    </w:p>
    <w:p>
      <w:pPr>
        <w:jc w:val="right"/>
      </w:pPr>
      <w:r>
        <w:t>اس خط کا تھوڑا سا بریف میں اس کا آیا ہے اخبار میں کل۔</w:t>
      </w:r>
    </w:p>
    <w:p>
      <w:r>
        <w:rPr>
          <w:b/>
        </w:rPr>
        <w:t xml:space="preserve">[06:06] </w:t>
      </w:r>
      <w:r>
        <w:t>aur poora jo is ka letter hai, poora, woh yeh hai.</w:t>
      </w:r>
    </w:p>
    <w:p>
      <w:pPr>
        <w:jc w:val="right"/>
      </w:pPr>
      <w:r>
        <w:t>اور پورا جو اس کا لیٹر ہے، پورا، وہ یہ ہے۔</w:t>
      </w:r>
    </w:p>
    <w:p>
      <w:r>
        <w:rPr>
          <w:b/>
        </w:rPr>
        <w:t xml:space="preserve">[06:14] </w:t>
      </w:r>
      <w:r>
        <w:t>poora letter german zaban mein.</w:t>
      </w:r>
    </w:p>
    <w:p>
      <w:pPr>
        <w:jc w:val="right"/>
      </w:pPr>
      <w:r>
        <w:t>پورا لیٹر جرمن زبان میں۔</w:t>
      </w:r>
    </w:p>
    <w:p>
      <w:r>
        <w:rPr>
          <w:b/>
        </w:rPr>
        <w:t xml:space="preserve">[06:19] </w:t>
      </w:r>
      <w:r>
        <w:t>apne is letter mein,</w:t>
      </w:r>
    </w:p>
    <w:p>
      <w:pPr>
        <w:jc w:val="right"/>
      </w:pPr>
      <w:r>
        <w:t>اپنے اس لیٹر میں،</w:t>
      </w:r>
    </w:p>
    <w:p>
      <w:r>
        <w:rPr>
          <w:b/>
        </w:rPr>
        <w:t xml:space="preserve">[06:22] </w:t>
      </w:r>
      <w:r>
        <w:t>yani maut se ek saal pehle,</w:t>
      </w:r>
    </w:p>
    <w:p>
      <w:pPr>
        <w:jc w:val="right"/>
      </w:pPr>
      <w:r>
        <w:t>یعنی موت سے ایک سال پہلے،</w:t>
      </w:r>
    </w:p>
    <w:p>
      <w:r>
        <w:rPr>
          <w:b/>
        </w:rPr>
        <w:t xml:space="preserve">[06:24] </w:t>
      </w:r>
      <w:r>
        <w:t>us ne yeh likha tha</w:t>
      </w:r>
    </w:p>
    <w:p>
      <w:pPr>
        <w:jc w:val="right"/>
      </w:pPr>
      <w:r>
        <w:t>اس نے یہ لکھا تھا</w:t>
      </w:r>
    </w:p>
    <w:p>
      <w:r>
        <w:rPr>
          <w:b/>
        </w:rPr>
        <w:t xml:space="preserve">[06:29] </w:t>
      </w:r>
      <w:r>
        <w:t>ke "the word god</w:t>
      </w:r>
    </w:p>
    <w:p>
      <w:pPr>
        <w:jc w:val="right"/>
      </w:pPr>
      <w:r>
        <w:t>کہ "دی ورڈ گاڈ</w:t>
      </w:r>
    </w:p>
    <w:p>
      <w:r>
        <w:rPr>
          <w:b/>
        </w:rPr>
        <w:t xml:space="preserve">[06:35] </w:t>
      </w:r>
      <w:r>
        <w:t>is for me</w:t>
      </w:r>
    </w:p>
    <w:p>
      <w:pPr>
        <w:jc w:val="right"/>
      </w:pPr>
      <w:r>
        <w:t>از فار می</w:t>
      </w:r>
    </w:p>
    <w:p>
      <w:r>
        <w:rPr>
          <w:b/>
        </w:rPr>
        <w:t xml:space="preserve">[06:38] </w:t>
      </w:r>
      <w:r>
        <w:t>nothing more than the expression</w:t>
      </w:r>
    </w:p>
    <w:p>
      <w:pPr>
        <w:jc w:val="right"/>
      </w:pPr>
      <w:r>
        <w:t>نتھنگ مور دین دی ایکسپریشن</w:t>
      </w:r>
    </w:p>
    <w:p>
      <w:r>
        <w:rPr>
          <w:b/>
        </w:rPr>
        <w:t xml:space="preserve">[06:45] </w:t>
      </w:r>
      <w:r>
        <w:t>of human weaknesses".</w:t>
      </w:r>
    </w:p>
    <w:p>
      <w:pPr>
        <w:jc w:val="right"/>
      </w:pPr>
      <w:r>
        <w:t>آف ہیومن ویکنسز"۔</w:t>
      </w:r>
    </w:p>
    <w:p>
      <w:r>
        <w:rPr>
          <w:b/>
        </w:rPr>
        <w:t xml:space="preserve">[06:52] </w:t>
      </w:r>
      <w:r>
        <w:t>yeh german zaban mein likha tha, is ka english tarjuma yeh hai. is ka matlab yeh hai ke khuda ka lafz mere nazdeek</w:t>
      </w:r>
    </w:p>
    <w:p>
      <w:pPr>
        <w:jc w:val="right"/>
      </w:pPr>
      <w:r>
        <w:t>یہ جرمن زبان میں لکھا تھا، اس کا انگلش ترجمہ یہ ہے۔ اس کا مطلب یہ ہے کہ خدا کا لفظ میرے نزدیک</w:t>
      </w:r>
    </w:p>
    <w:p>
      <w:r>
        <w:rPr>
          <w:b/>
        </w:rPr>
        <w:t xml:space="preserve">[07:05] </w:t>
      </w:r>
      <w:r>
        <w:t>koi haqeeqat nahi rakhta, woh sirf insan ki kamzoriyon ki pedawar hai.</w:t>
      </w:r>
    </w:p>
    <w:p>
      <w:pPr>
        <w:jc w:val="right"/>
      </w:pPr>
      <w:r>
        <w:t>کوئی حقیقت نہیں رکھتا، وہ صرف انسان کی کمزوریوں کی پیداوار ہے۔</w:t>
      </w:r>
    </w:p>
    <w:p>
      <w:r>
        <w:rPr>
          <w:b/>
        </w:rPr>
        <w:t xml:space="preserve">[07:14] </w:t>
      </w:r>
      <w:r>
        <w:t>yeh lafz, yeh khat is ka kal akhbar mein aaya tha ke teen million dollar mein shayad bikne wala hai.</w:t>
      </w:r>
    </w:p>
    <w:p>
      <w:pPr>
        <w:jc w:val="right"/>
      </w:pPr>
      <w:r>
        <w:t>یہ لفظ، یہ خط اس کا کل اخبار میں آیا تھا کہ تین ملین ڈالر میں شاید بکنے والا ہے۔</w:t>
      </w:r>
    </w:p>
    <w:p>
      <w:r>
        <w:rPr>
          <w:b/>
        </w:rPr>
        <w:t xml:space="preserve">[07:22] </w:t>
      </w:r>
      <w:r>
        <w:t>is ki neelami ho rahi to abhi is ka daam jo laga hai, woh teen billion dollar. khair, to isi ke bare mein mein is waqt mein kuch kehna chahta hoon.</w:t>
      </w:r>
    </w:p>
    <w:p>
      <w:pPr>
        <w:jc w:val="right"/>
      </w:pPr>
      <w:r>
        <w:t>اس کی نیلامی ہو رہی تو ابھی اس کا دام جو لگا ہے، وہ تین بلین ڈالر۔ خیر، تو اسی کے بارے میں میں اس وقت میں کچھ کہنا چاہتا ہوں۔</w:t>
      </w:r>
    </w:p>
    <w:p>
      <w:r>
        <w:rPr>
          <w:b/>
        </w:rPr>
        <w:t xml:space="preserve">[07:37] </w:t>
      </w:r>
      <w:r>
        <w:t>dekhein, yeh yeh einstein ne aisa kyun kaha?</w:t>
      </w:r>
    </w:p>
    <w:p>
      <w:pPr>
        <w:jc w:val="right"/>
      </w:pPr>
      <w:r>
        <w:t>دیکھیں، یہ یہ آئنسٹائن نے ایسا کیوں کہا؟</w:t>
      </w:r>
    </w:p>
    <w:p>
      <w:r>
        <w:rPr>
          <w:b/>
        </w:rPr>
        <w:t xml:space="preserve">[07:41] </w:t>
      </w:r>
      <w:r>
        <w:t>aur isi tarah ke alfaaz doosre log bhi bolte rahe hain ke khuda ko samajhte hain ke woh insan ki weakness ki pedawar hai.</w:t>
      </w:r>
    </w:p>
    <w:p>
      <w:pPr>
        <w:jc w:val="right"/>
      </w:pPr>
      <w:r>
        <w:t>اور اسی طرح کے الفاظ دوسرے لوگ بھی بولتے رہے ہیں کہ خدا کو سمجھتے ہیں کہ وہ انسان کی ویکنس کی پیداوار ہے۔</w:t>
      </w:r>
    </w:p>
    <w:p>
      <w:r>
        <w:rPr>
          <w:b/>
        </w:rPr>
        <w:t xml:space="preserve">[07:51] </w:t>
      </w:r>
      <w:r>
        <w:t>matlab psychological weakness. insan ki kamzor psychology ke bahir khuda koi wajood nahi hai.</w:t>
      </w:r>
    </w:p>
    <w:p>
      <w:pPr>
        <w:jc w:val="right"/>
      </w:pPr>
      <w:r>
        <w:t>مطلب سائیکلوجیکل ویکنس۔ انسان کی کمزور سائیکالوجی کے باہر خدا کوئی وجود نہیں ہے۔</w:t>
      </w:r>
    </w:p>
    <w:p>
      <w:r>
        <w:rPr>
          <w:b/>
        </w:rPr>
        <w:t xml:space="preserve">[08:04] </w:t>
      </w:r>
      <w:r>
        <w:t>magar sawal yeh hai ke poori tareekh mein kya waja hai ke kabhi bhi aisa nahi hua ke insan khuda ke bare mein na soche, khuda ko na mane?</w:t>
      </w:r>
    </w:p>
    <w:p>
      <w:pPr>
        <w:jc w:val="right"/>
      </w:pPr>
      <w:r>
        <w:t>مگر سوال یہ ہے کہ پوری تاریخ میں کیا وجہ ہے کہ کبھی بھی ایسا نہیں ہوا کہ انسان خدا کے بارے میں نہ سوچے، خدا کو نہ مانے؟</w:t>
      </w:r>
    </w:p>
    <w:p>
      <w:r>
        <w:rPr>
          <w:b/>
        </w:rPr>
        <w:t xml:space="preserve">[08:16] </w:t>
      </w:r>
      <w:r>
        <w:t>is ki waja kya hai? is ki waja hai ke insan ke samne ek poore nature hai, ek poori fitrat hai, ek poori duniya hai, aadmi chahta hai ke is ko explain kare.</w:t>
      </w:r>
    </w:p>
    <w:p>
      <w:pPr>
        <w:jc w:val="right"/>
      </w:pPr>
      <w:r>
        <w:t>اس کی وجہ کیا ہے؟ اس کی وجہ ہے کہ انسان کے سامنے ایک پورے نیچر ہے، ایک پوری فطرت ہے، ایک پوری دنیا ہے۔ آدمی چاہتا ہے کہ اس کو ایکسپلین کرے۔</w:t>
      </w:r>
    </w:p>
    <w:p>
      <w:r>
        <w:rPr>
          <w:b/>
        </w:rPr>
        <w:t xml:space="preserve">[08:31] </w:t>
      </w:r>
      <w:r>
        <w:t>man is an explanation seeking animal.</w:t>
      </w:r>
    </w:p>
    <w:p>
      <w:pPr>
        <w:jc w:val="right"/>
      </w:pPr>
      <w:r>
        <w:t>مین از این ایکسپلینیشن سیکنگ اینیمل۔</w:t>
      </w:r>
    </w:p>
    <w:p>
      <w:r>
        <w:rPr>
          <w:b/>
        </w:rPr>
        <w:t xml:space="preserve">[08:39] </w:t>
      </w:r>
      <w:r>
        <w:t>dekhen, explain karna cheezon ko, yeh kisi aur ki zaroorat nahi hai. na star ki, na planet ki, na pahaar ki, na samandar ki, na darakhton ki, na haiwanat ki.</w:t>
      </w:r>
    </w:p>
    <w:p>
      <w:pPr>
        <w:jc w:val="right"/>
      </w:pPr>
      <w:r>
        <w:t>دیکھیں، ایکسپلین کرنا چیزوں کو، یہ کسی اور کی ضرورت نہیں ہے۔ نہ ستار کی، نہ پلینٹ کی، نہ پہاڑ کی، نہ سمندر کی، نہ درختوں کی، نہ حیوانات کی۔</w:t>
      </w:r>
    </w:p>
    <w:p>
      <w:r>
        <w:rPr>
          <w:b/>
        </w:rPr>
        <w:t xml:space="preserve">[08:53] </w:t>
      </w:r>
      <w:r>
        <w:t>lekin insaan ka jo rational mind hai, woh lazman chahta hai cheezon ko explain karna. reason out karna.</w:t>
      </w:r>
    </w:p>
    <w:p>
      <w:pPr>
        <w:jc w:val="right"/>
      </w:pPr>
      <w:r>
        <w:t>لیکن انسان کا جو ریشنل مائنڈ ہے، وہ لازماً چاہتا ہے چیزوں کو ایکسپلین کرنا۔ ریزن آؤٹ کرنا۔</w:t>
      </w:r>
    </w:p>
    <w:p>
      <w:r>
        <w:rPr>
          <w:b/>
        </w:rPr>
        <w:t xml:space="preserve">[09:03] </w:t>
      </w:r>
      <w:r>
        <w:t>to jab insaan dekhta hai ke main paida ho gaya, haalankeh main khud apna creator nahi hoon, ek poori dunya maujood hai,</w:t>
      </w:r>
    </w:p>
    <w:p>
      <w:pPr>
        <w:jc w:val="right"/>
      </w:pPr>
      <w:r>
        <w:t>تو جب انسان دیکھتا ہے کہ میں پیدا ہو گیا، حالانکہ میں خود اپنا کریٹر نہیں ہوں، ایک پوری دنیا موجود ہے،</w:t>
      </w:r>
    </w:p>
    <w:p>
      <w:r>
        <w:rPr>
          <w:b/>
        </w:rPr>
        <w:t xml:space="preserve">[09:18] </w:t>
      </w:r>
      <w:r>
        <w:t>to kaise paida ho gayi? is tarah ke jo sawalat hain, woh aadmi sochne par majboor karte hain ke aakhir is ke peeche kaun hai?</w:t>
      </w:r>
    </w:p>
    <w:p>
      <w:pPr>
        <w:jc w:val="right"/>
      </w:pPr>
      <w:r>
        <w:t>تو کیسے پیدا ہو گئی؟ اس طرح کے جو سوالات ہیں، وہ آدمی سوچنے پر مجبور کرتے ہیں کہ آخر اس کے پیچھے کون ہے؟</w:t>
      </w:r>
    </w:p>
    <w:p>
      <w:r>
        <w:rPr>
          <w:b/>
        </w:rPr>
        <w:t xml:space="preserve">[09:33] </w:t>
      </w:r>
      <w:r>
        <w:t>to yeh sawal pehle bhi tha aur aaj bhi hai. khud Einstein ke samne bhi hai. dekhen, main ek baat arz karoon. kal maine Einstein ke bare mein jo Britannica mein hai,</w:t>
      </w:r>
    </w:p>
    <w:p>
      <w:pPr>
        <w:jc w:val="right"/>
      </w:pPr>
      <w:r>
        <w:t>تو یہ سوال پہلے بھی تھا اور آج بھی ہے۔ خود آئنسٹائن کے سامنے بھی ہے۔ دیکھیں، میں ایک بات عرض کروں۔ کل میں نے آئنسٹائن کے بارے میں جو بٹینیکا میں ہے،</w:t>
      </w:r>
    </w:p>
    <w:p>
      <w:r>
        <w:rPr>
          <w:b/>
        </w:rPr>
        <w:t xml:space="preserve">[09:47] </w:t>
      </w:r>
      <w:r>
        <w:t>poora article lamba, lafz ba lafz parha.</w:t>
      </w:r>
    </w:p>
    <w:p>
      <w:pPr>
        <w:jc w:val="right"/>
      </w:pPr>
      <w:r>
        <w:t>پورا آرٹیکل لمبا، لفظ بلد پڑھا۔</w:t>
      </w:r>
    </w:p>
    <w:p>
      <w:r>
        <w:rPr>
          <w:b/>
        </w:rPr>
        <w:t xml:space="preserve">[09:53] </w:t>
      </w:r>
      <w:r>
        <w:t>is se maloom hua ke Einstein apni zindagi ke aakhir tees saal, is ki umar thi seventy six.</w:t>
      </w:r>
    </w:p>
    <w:p>
      <w:pPr>
        <w:jc w:val="right"/>
      </w:pPr>
      <w:r>
        <w:t>اس سے معلوم ہوا کہ آئنسٹائن اپنی زندگی کے آخر تیس سال، اس کی عمر تھی سیونٹی سکس۔</w:t>
      </w:r>
    </w:p>
    <w:p>
      <w:r>
        <w:rPr>
          <w:b/>
        </w:rPr>
        <w:t xml:space="preserve">[10:08] </w:t>
      </w:r>
      <w:r>
        <w:t>to apni zindagi ke aakhir tees saal, woh ek sawal se dochar raha, ek masle ko hal karne ka. sari taqat laga di.</w:t>
      </w:r>
    </w:p>
    <w:p>
      <w:pPr>
        <w:jc w:val="right"/>
      </w:pPr>
      <w:r>
        <w:t>تو اپنی زندگی کے آخر تیس سال، وہ ایک سوال سے دوچار رہا، ایک مسئلے کو حل کرنے کا۔ ساری طاقت لگا دی۔</w:t>
      </w:r>
    </w:p>
    <w:p>
      <w:r>
        <w:rPr>
          <w:b/>
        </w:rPr>
        <w:t xml:space="preserve">[10:20] </w:t>
      </w:r>
      <w:r>
        <w:t>aur woh sawal ka jawab na pa saka to aakhir mein kya hua? woh frustration mein mara. aap dekh lijiye internet par ya kisi bhi kitab mein ke Einstein ke final days kaise the.</w:t>
      </w:r>
    </w:p>
    <w:p>
      <w:pPr>
        <w:jc w:val="right"/>
      </w:pPr>
      <w:r>
        <w:t>اور وہ سوال کا جواب نہ پا سکا تو آخر میں کیا ہوا؟ وہ فرسٹریشن میں مرا۔ آپ دیکھ لیجیے انٹرنیٹ پر یا کسی بھی کتاب میں کہ آئنسٹائن کے فائنل ڈیز کیسے تھے۔</w:t>
      </w:r>
    </w:p>
    <w:p>
      <w:r>
        <w:rPr>
          <w:b/>
        </w:rPr>
        <w:t xml:space="preserve">[10:38] </w:t>
      </w:r>
      <w:r>
        <w:t>tees saal ki koshish ke bawajood woh daryaft nahi kar saka, apne sawal ka jawab maloom na kar saka. to mara woh frustration mein.</w:t>
      </w:r>
    </w:p>
    <w:p>
      <w:pPr>
        <w:jc w:val="right"/>
      </w:pPr>
      <w:r>
        <w:t>تیس سال کی کوشش کے باوجود وہ دریافت نہیں کر سکا، اپنے سوال کا جواب معلوم نہ کر سکا۔ تو مرا وہ فرسٹریشن میں۔</w:t>
      </w:r>
    </w:p>
    <w:p>
      <w:r>
        <w:rPr>
          <w:b/>
        </w:rPr>
        <w:t xml:space="preserve">[10:51] </w:t>
      </w:r>
      <w:r>
        <w:t>aur zyada lambi umar bhi is ki nahi hui, kyunke seventy six to koi lambi umar nahi hoti. woh sawal kya tha?</w:t>
      </w:r>
    </w:p>
    <w:p>
      <w:pPr>
        <w:jc w:val="right"/>
      </w:pPr>
      <w:r>
        <w:t>اور زیادہ لمبی عمر بھی اس کی نہیں ہوئی، کیونکہ سیونٹی سکس تو کوئی لمبی عمر نہیں ہوتی۔ وہ سوال کیا تھا؟</w:t>
      </w:r>
    </w:p>
    <w:p>
      <w:r>
        <w:rPr>
          <w:b/>
        </w:rPr>
        <w:t xml:space="preserve">[11:01] </w:t>
      </w:r>
      <w:r>
        <w:t>is sawal ka is ke apne alfaaz mein unifying field theory kehta tha woh. unifying field theory. nature ka jo phenomena hai, is woh inginat hai.</w:t>
      </w:r>
    </w:p>
    <w:p>
      <w:pPr>
        <w:jc w:val="right"/>
      </w:pPr>
      <w:r>
        <w:t>اس سوال کا اس کے اپنے الفاظ میں یونیفائنگ فیلڈ تھیوری کہتا تھا وہ۔ یونیفائنگ فیلڈ تھیوری۔ نیچر کا جو فیناومینا ہے، اس وہ ان گنت ہے۔</w:t>
      </w:r>
    </w:p>
    <w:p>
      <w:r>
        <w:rPr>
          <w:b/>
        </w:rPr>
        <w:t xml:space="preserve">[11:17] </w:t>
      </w:r>
      <w:r>
        <w:t>to nature ka jo inginat phenomena hai, jis ko hum telescope se dekhte hain, microscope se dekhte hain, to itne sare phenomena, diverse phenomena jo hain, is ko kaise unify kiya jaye?</w:t>
      </w:r>
    </w:p>
    <w:p>
      <w:pPr>
        <w:jc w:val="right"/>
      </w:pPr>
      <w:r>
        <w:t>تو نیچر کا جو ان گنت فیناومینا ہے، جس کو ہم ٹیلیسکوپ سے دیکھتے ہیں، مائیکروسکوپ سے دیکھتے ہیں، تو اتنے سارے فیناومینا، ڈائیورس فیناومینا جو ہیں، اس کو کیسے یونیفائی کیا جائے؟</w:t>
      </w:r>
    </w:p>
    <w:p>
      <w:r>
        <w:rPr>
          <w:b/>
        </w:rPr>
        <w:t xml:space="preserve">[11:34] </w:t>
      </w:r>
      <w:r>
        <w:t>yani single explanation is ka kya hai?</w:t>
      </w:r>
    </w:p>
    <w:p>
      <w:pPr>
        <w:jc w:val="right"/>
      </w:pPr>
      <w:r>
        <w:t>یعنی سنگل ایکسپلینیشن اس کا کیا ہے؟</w:t>
      </w:r>
    </w:p>
    <w:p>
      <w:r>
        <w:rPr>
          <w:b/>
        </w:rPr>
        <w:t xml:space="preserve">[11:41] </w:t>
      </w:r>
      <w:r>
        <w:t>to is ke liye word istemal kiya tha Einstein ne, unified field theory. ab is ke liye word doosra use hota hai zyada tar.</w:t>
      </w:r>
    </w:p>
    <w:p>
      <w:pPr>
        <w:jc w:val="right"/>
      </w:pPr>
      <w:r>
        <w:t>تو اس کے لیے ورڈ استعمال کیا تھا آئنسٹائن نے، یونیفائیڈ فیلڈ تھیوری۔ اب اس کے لیے ورڈ دوسرا یوز ہوتا ہے زیادہ تر۔</w:t>
      </w:r>
    </w:p>
    <w:p>
      <w:r>
        <w:rPr>
          <w:b/>
        </w:rPr>
        <w:t xml:space="preserve">[11:52] </w:t>
      </w:r>
      <w:r>
        <w:t>yani theory of everything. ab jitne bhi scientist hain, including Stephen Hawking, sab isi mein</w:t>
      </w:r>
    </w:p>
    <w:p>
      <w:pPr>
        <w:jc w:val="right"/>
      </w:pPr>
      <w:r>
        <w:t>یعنی تھیوری آف ایوری تھنگ۔ اب جتنے بھی سائنٹسٹ ہیں، انکلوڈنگ اسٹیفن ہاکنگ، سب اسی میں</w:t>
      </w:r>
    </w:p>
    <w:p>
      <w:r>
        <w:rPr>
          <w:b/>
        </w:rPr>
        <w:t xml:space="preserve">[12:04] </w:t>
      </w:r>
      <w:r>
        <w:t>mashgool hain. abhi jo aap ne waqea jo hua tha Switzerland mein ke hundred million dollar ke kharch se ek bohat bara scientific project chalaya gaya, kai saal tak chalta raha,</w:t>
      </w:r>
    </w:p>
    <w:p>
      <w:pPr>
        <w:jc w:val="right"/>
      </w:pPr>
      <w:r>
        <w:t>مشغول ہیں۔ ابھی جو آپ نے واقعہ جو ہوا تھا سویٹزرلینڈ میں کہ ہنڈرڈ ملین ڈالر کے خرچ سے ایک بہت بڑا سائنٹیفک پروجیکٹ چلایا گیا، کئی سال تک چلتا رہا،</w:t>
      </w:r>
    </w:p>
    <w:p>
      <w:r>
        <w:rPr>
          <w:b/>
        </w:rPr>
        <w:t xml:space="preserve">[12:20] </w:t>
      </w:r>
      <w:r>
        <w:t>jo jis ko kaha jata hai ke yani Higg Boson, jis ko kaha jata hai, Higg Boson ki talash mein.</w:t>
      </w:r>
    </w:p>
    <w:p>
      <w:pPr>
        <w:jc w:val="right"/>
      </w:pPr>
      <w:r>
        <w:t>جو جس کو کہا جاتا ہے کہ یعنی ہگ بوزان، جس کو کہا جاتا ہے، ہگ بوزان کی تلاش میں۔</w:t>
      </w:r>
    </w:p>
    <w:p>
      <w:r>
        <w:rPr>
          <w:b/>
        </w:rPr>
        <w:t xml:space="preserve">[12:31] </w:t>
      </w:r>
      <w:r>
        <w:t>to woh kya hai? woh bhi yahi hai.</w:t>
      </w:r>
    </w:p>
    <w:p>
      <w:pPr>
        <w:jc w:val="right"/>
      </w:pPr>
      <w:r>
        <w:t>تو وہ کیا ہے؟ وہ بھی یہی ہے۔</w:t>
      </w:r>
    </w:p>
    <w:p>
      <w:r>
        <w:rPr>
          <w:b/>
        </w:rPr>
        <w:t xml:space="preserve">[12:36] </w:t>
      </w:r>
      <w:r>
        <w:t>theory of everything jo hai, woh is ka jawab pane ke liye, lekin woh nakaam ho gaya.</w:t>
      </w:r>
    </w:p>
    <w:p>
      <w:pPr>
        <w:jc w:val="right"/>
      </w:pPr>
      <w:r>
        <w:t>تھیوری آف ایوری تھنگ جو ہے، وہ اس کا جواب پانے کے لیے، لیکن وہ ناکام ہو گیا۔</w:t>
      </w:r>
    </w:p>
    <w:p>
      <w:r>
        <w:rPr>
          <w:b/>
        </w:rPr>
        <w:t xml:space="preserve">[12:44] </w:t>
      </w:r>
      <w:r>
        <w:t>to kya wajah hai ke sare scientist theory of everything ke liye itna bechain hain?</w:t>
      </w:r>
    </w:p>
    <w:p>
      <w:pPr>
        <w:jc w:val="right"/>
      </w:pPr>
      <w:r>
        <w:t>تو کیا وجہ ہے کہ سارے سائنٹسٹ تھیوری آف ایوری تھنگ کے لیے اتنا بے چین ہیں؟</w:t>
      </w:r>
    </w:p>
    <w:p>
      <w:r>
        <w:rPr>
          <w:b/>
        </w:rPr>
        <w:t xml:space="preserve">[12:54] </w:t>
      </w:r>
      <w:r>
        <w:t>woh yahi hai. universe ke different phenomena ko ya universe mein jo cheez discover hui hain, is ke behind kya hai?</w:t>
      </w:r>
    </w:p>
    <w:p>
      <w:pPr>
        <w:jc w:val="right"/>
      </w:pPr>
      <w:r>
        <w:t>وہ یہی ہے۔ یونیورس کے ڈفرنٹ فیناومینا کو یا یونیورس میں جو چیز ڈسکور ہوئی ہیں، اس کے بیہائنڈ کیا ہے؟</w:t>
      </w:r>
    </w:p>
    <w:p>
      <w:r>
        <w:rPr>
          <w:b/>
        </w:rPr>
        <w:t xml:space="preserve">[13:04] </w:t>
      </w:r>
      <w:r>
        <w:t>kaise explain karein hum is ko? kaise explain karein? kyunke bohat ajeeb ajeeb cheezein daryaft hui hain.</w:t>
      </w:r>
    </w:p>
    <w:p>
      <w:pPr>
        <w:jc w:val="right"/>
      </w:pPr>
      <w:r>
        <w:t>کیسے ایکسپلین کریں ہم اس کو؟ کیسے ایکسپلین کریں؟ کیونکہ بہت عجیب عجیب چیزیں دریافت ہوئی ہیں۔</w:t>
      </w:r>
    </w:p>
    <w:p>
      <w:r>
        <w:rPr>
          <w:b/>
        </w:rPr>
        <w:t xml:space="preserve">[13:13] </w:t>
      </w:r>
      <w:r>
        <w:t>hamare jo studies hain, maujooda zamaney mein, is mein bohat ajeeb ajeeb cheezein daryaft hui hain.</w:t>
      </w:r>
    </w:p>
    <w:p>
      <w:pPr>
        <w:jc w:val="right"/>
      </w:pPr>
      <w:r>
        <w:t>ہمارے جو اسٹڈیز ہیں، موجودہ زمانے میں، اس میں بہت عجیب عجیب چیزیں دریافت ہوئی ہیں۔</w:t>
      </w:r>
    </w:p>
    <w:p>
      <w:r>
        <w:rPr>
          <w:b/>
        </w:rPr>
        <w:t xml:space="preserve">[13:22] </w:t>
      </w:r>
      <w:r>
        <w:t>misal ke taur par dekhiye,</w:t>
      </w:r>
    </w:p>
    <w:p>
      <w:pPr>
        <w:jc w:val="right"/>
      </w:pPr>
      <w:r>
        <w:t>مثلاً دیکھیے،</w:t>
      </w:r>
    </w:p>
    <w:p>
      <w:r>
        <w:rPr>
          <w:b/>
        </w:rPr>
        <w:t xml:space="preserve">[13:27] </w:t>
      </w:r>
      <w:r>
        <w:t>hum jis solar system mein rehte hain, us mein ek suraj hai aur bohat se planets hain.</w:t>
      </w:r>
    </w:p>
    <w:p>
      <w:pPr>
        <w:jc w:val="right"/>
      </w:pPr>
      <w:r>
        <w:t>ہم جس سولر سسٹم میں رہتے ہیں، اس میں ایک سورج ہے اور بہت سے پلینٹس ہیں۔</w:t>
      </w:r>
    </w:p>
    <w:p>
      <w:r>
        <w:rPr>
          <w:b/>
        </w:rPr>
        <w:t xml:space="preserve">[13:36] </w:t>
      </w:r>
      <w:r>
        <w:t>ek poora system hai jo jo dewalv kar raha hai 24 ghante. aur yeh ek bohat bari galaxy ke andar hai, jis ko hum kehte hain milky way,</w:t>
      </w:r>
    </w:p>
    <w:p>
      <w:pPr>
        <w:jc w:val="right"/>
      </w:pPr>
      <w:r>
        <w:t>ایک پورا سسٹم ہے جو جو ڈیوالو کر رہا ہے 24 گھنٹے۔ اور یہ ایک بہت بڑی گلیکسی کے اندر ہے، جس کو ہم کہتے ہیں ملکی وے،</w:t>
      </w:r>
    </w:p>
    <w:p>
      <w:r>
        <w:rPr>
          <w:b/>
        </w:rPr>
        <w:t xml:space="preserve">[13:50] </w:t>
      </w:r>
      <w:r>
        <w:t>yaani kahkashan. to milky way bohat hi bari hai, bohat hi bari hai.</w:t>
      </w:r>
    </w:p>
    <w:p>
      <w:pPr>
        <w:jc w:val="right"/>
      </w:pPr>
      <w:r>
        <w:t>یعنی کہکشاں۔ تو ملکی وے بہت ہی بڑی ہے، بہت ہی بڑی ہے۔</w:t>
      </w:r>
    </w:p>
    <w:p>
      <w:r>
        <w:rPr>
          <w:b/>
        </w:rPr>
        <w:t xml:space="preserve">[13:56] </w:t>
      </w:r>
      <w:r>
        <w:t>is mein ek bohat hi choti sa spot hai, jis ke andar hamara solar system waqe hai. to yeh bohat ajeeb baat hai ke solar system jo hai, woh galaxy ke beech mein nahi hai,</w:t>
      </w:r>
    </w:p>
    <w:p>
      <w:pPr>
        <w:jc w:val="right"/>
      </w:pPr>
      <w:r>
        <w:t>اس میں ایک بہت ہی چھوٹی سا سپاٹ ہے، جس کے اندر ہمارا سولر سسٹم واقع ہے۔ تو یہ بہت عجیب بات ہے کہ سولر سسٹم جو ہے، وہ گلیکسی کے بیچ میں نہیں ہے،</w:t>
      </w:r>
    </w:p>
    <w:p>
      <w:r>
        <w:rPr>
          <w:b/>
        </w:rPr>
        <w:t xml:space="preserve">[14:11] </w:t>
      </w:r>
      <w:r>
        <w:t>balkay galaxy ke kinare hai. itna chota hai ke is ko dekhen, teer se dikhaya gaya hai. yeh poora jo aap photo dekh rahe hain, yeh milky way ka photo hai.</w:t>
      </w:r>
    </w:p>
    <w:p>
      <w:pPr>
        <w:jc w:val="right"/>
      </w:pPr>
      <w:r>
        <w:t>بلکہ گلیکسی کے کنارے ہے۔ اتنا چھوٹا ہے کہ اس کو دیکھیں، تیر سے دکھایا گیا ہے۔ یہ پورا جو آپ فوٹو دیکھ رہے ہیں، یہ ملکی وے کا فوٹو ہے۔</w:t>
      </w:r>
    </w:p>
    <w:p>
      <w:r>
        <w:rPr>
          <w:b/>
        </w:rPr>
        <w:t xml:space="preserve">[14:24] </w:t>
      </w:r>
      <w:r>
        <w:t>milky way</w:t>
      </w:r>
    </w:p>
    <w:p>
      <w:pPr>
        <w:jc w:val="right"/>
      </w:pPr>
      <w:r>
        <w:t>ملکی وے</w:t>
      </w:r>
    </w:p>
    <w:p>
      <w:r>
        <w:rPr>
          <w:b/>
        </w:rPr>
        <w:t xml:space="preserve">[14:26] </w:t>
      </w:r>
      <w:r>
        <w:t>yaani hum raat ke waqt jo sitare dekhte hain, woh sare ke sare milky way ke sath sitare hotay hain. sare space ke sitare nahi hotay.</w:t>
      </w:r>
    </w:p>
    <w:p>
      <w:pPr>
        <w:jc w:val="right"/>
      </w:pPr>
      <w:r>
        <w:t>یعنی ہم رات کے وقت جو ستارے دیکھتے ہیں، وہ سارے کے سارے ملکی وے کے ساتھ ستارے ہوتے ہیں۔ سارے سپیس کے ستارے نہیں ہوتے۔</w:t>
      </w:r>
    </w:p>
    <w:p>
      <w:r>
        <w:rPr>
          <w:b/>
        </w:rPr>
        <w:t xml:space="preserve">[14:37] </w:t>
      </w:r>
      <w:r>
        <w:t>space mein billion kahkashan hain. har kahkashan mein billion billion sitare hain. vast step se phailay gaye hain.</w:t>
      </w:r>
    </w:p>
    <w:p>
      <w:pPr>
        <w:jc w:val="right"/>
      </w:pPr>
      <w:r>
        <w:t>سپیس میں بلین کہکشائیں ہیں۔ ہر کہکشاں میں بلین بلین ستارے ہیں۔ واسٹ اسٹیپ سے پھیلے گئے ہیں۔</w:t>
      </w:r>
    </w:p>
    <w:p>
      <w:r>
        <w:rPr>
          <w:b/>
        </w:rPr>
        <w:t xml:space="preserve">[14:48] </w:t>
      </w:r>
      <w:r>
        <w:t>woh hum nahi dekhte hain.</w:t>
      </w:r>
    </w:p>
    <w:p>
      <w:pPr>
        <w:jc w:val="right"/>
      </w:pPr>
      <w:r>
        <w:t>وہ ہم نہیں دیکھتے ہیں۔</w:t>
      </w:r>
    </w:p>
    <w:p>
      <w:r>
        <w:rPr>
          <w:b/>
        </w:rPr>
        <w:t xml:space="preserve">[14:50] </w:t>
      </w:r>
      <w:r>
        <w:t>hum dekh paate hain, yaani naked eye se, jin sitaron ko, woh hamari apni qareebi kahkashan, jis ko qareebi kahkashan kehte hain, milky way, is ke sitare hotay hain.</w:t>
      </w:r>
    </w:p>
    <w:p>
      <w:pPr>
        <w:jc w:val="right"/>
      </w:pPr>
      <w:r>
        <w:t>ہم دیکھ پاتے ہیں، یعنی نیکڈ آئی سے، جن ستاروں کو، وہ ہماری اپنی قریبی کہکشاں، جس کو قریبی کہکشاں کہتے ہیں، ملکی وے، اس کے ستارے ہوتے ہیں۔</w:t>
      </w:r>
    </w:p>
    <w:p>
      <w:r>
        <w:rPr>
          <w:b/>
        </w:rPr>
        <w:t xml:space="preserve">[15:06] </w:t>
      </w:r>
      <w:r>
        <w:t>to milky way mein ek kinare waqe hai. aap dekhiye, yeh hamara solar system. ab sawal yeh hai, kinare kyun hai?</w:t>
      </w:r>
    </w:p>
    <w:p>
      <w:pPr>
        <w:jc w:val="right"/>
      </w:pPr>
      <w:r>
        <w:t>تو ملکی وے میں ایک کنارے واقع ہے۔ آپ دیکھیے، یہ ہمارا سولر سسٹم۔ اب سوال یہ ہے، کنارے کیوں ہے؟</w:t>
      </w:r>
    </w:p>
    <w:p>
      <w:r>
        <w:rPr>
          <w:b/>
        </w:rPr>
        <w:t xml:space="preserve">[15:17] </w:t>
      </w:r>
      <w:r>
        <w:t>beech mein kyun nahi hai?</w:t>
      </w:r>
    </w:p>
    <w:p>
      <w:pPr>
        <w:jc w:val="right"/>
      </w:pPr>
      <w:r>
        <w:t>بیچ میں کیوں نہیں ہے؟</w:t>
      </w:r>
    </w:p>
    <w:p>
      <w:r>
        <w:rPr>
          <w:b/>
        </w:rPr>
        <w:t xml:space="preserve">[15:19] </w:t>
      </w:r>
      <w:r>
        <w:t>to beech mein jo hai, bohat hi ziyada heat hai. bohat ziyada heat hai. itni ziyada heat hai ke agar hamara solar system beech mein hota to jal bhadak kar khaak ho jata.</w:t>
      </w:r>
    </w:p>
    <w:p>
      <w:pPr>
        <w:jc w:val="right"/>
      </w:pPr>
      <w:r>
        <w:t>تو بیچ میں جو ہے، بہت ہی زیادہ ہیٹ ہے۔ بہت زیادہ ہیٹ ہے۔ اتنی زیادہ ہیٹ ہے کہ اگر ہمارا سولر سسٹم بیچ میں ہوتا تو جل بھڑک کر خاک ہو جاتا۔</w:t>
      </w:r>
    </w:p>
    <w:p>
      <w:r>
        <w:rPr>
          <w:b/>
        </w:rPr>
        <w:t xml:space="preserve">[15:33] </w:t>
      </w:r>
      <w:r>
        <w:t>kyunkay blvi milky way mein million billions baray baray stars hain, hamare sun se bohat baray. is ki wajah se bohat ziyada heat wahan par hoti hai.</w:t>
      </w:r>
    </w:p>
    <w:p>
      <w:pPr>
        <w:jc w:val="right"/>
      </w:pPr>
      <w:r>
        <w:t>کیونکہ بلوی ملکی وے میں ملین بلینز بڑے بڑے سٹارز ہیں، ہمارے سن سے بہت بڑے۔ اس کی وجہ سے بہت زیادہ ہیٹ وہاں پر ہوتی ہے۔</w:t>
      </w:r>
    </w:p>
    <w:p>
      <w:r>
        <w:rPr>
          <w:b/>
        </w:rPr>
        <w:t xml:space="preserve">[15:47] </w:t>
      </w:r>
      <w:r>
        <w:t>to woh kon hai jis ne paida kiya? phir woh kon hai jis ne is ko ek hashiye par rakha, solar system ko? taake yaani unbearable heat mein woh jal kar khatam na ho jaye.</w:t>
      </w:r>
    </w:p>
    <w:p>
      <w:pPr>
        <w:jc w:val="right"/>
      </w:pPr>
      <w:r>
        <w:t>تو وہ کون ہے جس نے پیدا کیا؟ پھر وہ کون ہے جس نے اس کو ایک حاشیے پر رکھا، سولر سسٹم کو؟ تاکہ یعنی ان بیریبل ہیٹ میں وہ جل کر ختم نہ ہو جائے۔</w:t>
      </w:r>
    </w:p>
    <w:p>
      <w:r>
        <w:rPr>
          <w:b/>
        </w:rPr>
        <w:t xml:space="preserve">[16:05] </w:t>
      </w:r>
      <w:r>
        <w:t>yeh wisdom, yeh intelligence kahan se aayi? apne aap to nahi ho sak</w:t>
      </w:r>
    </w:p>
    <w:p>
      <w:pPr>
        <w:jc w:val="right"/>
      </w:pPr>
      <w:r>
        <w:t>یہ وزڈم، یہ انٹیلیجنس کہاں سے آئی؟ اپنے آپ تو نہیں ہو سک</w:t>
      </w:r>
    </w:p>
    <w:p>
      <w:r>
        <w:rPr>
          <w:b/>
        </w:rPr>
        <w:t xml:space="preserve">[16:12] </w:t>
      </w:r>
      <w:r>
        <w:t>ti. yaani solar system ne apne location ko khud se tay nahi kiya ke mujhe yahan rehna hai. is tarah ke billion, billion phenomena hain jin ko scientific mind chahta hai explain karna.</w:t>
      </w:r>
    </w:p>
    <w:p>
      <w:pPr>
        <w:jc w:val="right"/>
      </w:pPr>
      <w:r>
        <w:t>تی۔ یعنی سولر سسٹم نے اپنے لوکیشن کو خود سے طے نہیں کیا کہ مجھے یہاں رہنا ہے۔ اس طرح کے بلین، بلین فیناومینا ہیں جن کو سائنٹیفک مائنڈ چاہتا ہے ایکسپلین کرنا۔</w:t>
      </w:r>
    </w:p>
    <w:p>
      <w:r>
        <w:rPr>
          <w:b/>
        </w:rPr>
        <w:t xml:space="preserve">[16:30] </w:t>
      </w:r>
      <w:r>
        <w:t>to</w:t>
      </w:r>
    </w:p>
    <w:p>
      <w:pPr>
        <w:jc w:val="right"/>
      </w:pPr>
      <w:r>
        <w:t>تو</w:t>
      </w:r>
    </w:p>
    <w:p>
      <w:r>
        <w:rPr>
          <w:b/>
        </w:rPr>
        <w:t xml:space="preserve">[16:31] </w:t>
      </w:r>
      <w:r>
        <w:t>jo science ke zariye dunya daryaft hui, aap jante hain ke science se pehle insan dunya ke baray mein bohat kam janta tha.</w:t>
      </w:r>
    </w:p>
    <w:p>
      <w:pPr>
        <w:jc w:val="right"/>
      </w:pPr>
      <w:r>
        <w:t>جو سائنس کے ذریعے دنیا دریافت ہوئی، آپ جانتے ہیں کہ سائنس سے پہلے انسان دنیا کے بارے میں بہت کم جانتا تھا۔</w:t>
      </w:r>
    </w:p>
    <w:p>
      <w:r>
        <w:rPr>
          <w:b/>
        </w:rPr>
        <w:t xml:space="preserve">[16:41] </w:t>
      </w:r>
      <w:r>
        <w:t>bohat kam janta tha. mislan hamari jo body hai, bas jante thay hum ke bas gosht to haddi hai, woh khal hai, is ke ilawa body hai.</w:t>
      </w:r>
    </w:p>
    <w:p>
      <w:pPr>
        <w:jc w:val="right"/>
      </w:pPr>
      <w:r>
        <w:t>بہت کم جانتا تھا۔ مثلاً ہماری جو باڈی ہے، بس جانتے تھے ہم کہ بس گوشت تو ہڈی ہے، وہ کھال ہے، اس کے علاوہ باڈی ہے۔</w:t>
      </w:r>
    </w:p>
    <w:p>
      <w:r>
        <w:rPr>
          <w:b/>
        </w:rPr>
        <w:t xml:space="preserve">[16:52] </w:t>
      </w:r>
      <w:r>
        <w:t>ab maloom hua ke ten trillion, ten trillion cells hain, jis ko comprise karte hain, usay mil kar hamara body banta hai.</w:t>
      </w:r>
    </w:p>
    <w:p>
      <w:pPr>
        <w:jc w:val="right"/>
      </w:pPr>
      <w:r>
        <w:t>اب معلوم ہوا کہ ٹین ٹریلین، ٹین ٹریلین سیلز ہیں، جس کو کمپرائز کرتے ہیں، اسے مل کر ہمارا باڈی بنتا ہے۔</w:t>
      </w:r>
    </w:p>
    <w:p>
      <w:r>
        <w:rPr>
          <w:b/>
        </w:rPr>
        <w:t xml:space="preserve">[17:03] </w:t>
      </w:r>
      <w:r>
        <w:t>das trillion</w:t>
      </w:r>
    </w:p>
    <w:p>
      <w:pPr>
        <w:jc w:val="right"/>
      </w:pPr>
      <w:r>
        <w:t>دس ٹریلین</w:t>
      </w:r>
    </w:p>
    <w:p>
      <w:r>
        <w:rPr>
          <w:b/>
        </w:rPr>
        <w:t xml:space="preserve">[17:07] </w:t>
      </w:r>
      <w:r>
        <w:t>living cells, yeh kon janta tha pehle? kisi ko pata nahi tha.</w:t>
      </w:r>
    </w:p>
    <w:p>
      <w:pPr>
        <w:jc w:val="right"/>
      </w:pPr>
      <w:r>
        <w:t>لیونگ سیلز، یہ کون جانتا تھا پہلے؟ کسی کو پتہ نہیں تھا۔</w:t>
      </w:r>
    </w:p>
    <w:p>
      <w:r>
        <w:rPr>
          <w:b/>
        </w:rPr>
        <w:t xml:space="preserve">[17:14] </w:t>
      </w:r>
      <w:r>
        <w:t>yeh to jab microscope, microscope bana aur telescope bana aur naye naye tareeqay daryaft hue, yahan tak ke space mein ja kar ke, space mein observatory bani,</w:t>
      </w:r>
    </w:p>
    <w:p>
      <w:pPr>
        <w:jc w:val="right"/>
      </w:pPr>
      <w:r>
        <w:t>یہ تو جب مائیکروسکوپ، مائیکروسکوپ بنا اور ٹیلیسکوپ بنا اور نئے نئے طریقے دریافت ہوئے، یہاں تک کہ سپیس میں جا کر کے، سپیس میں ابزرویٹری بنی،</w:t>
      </w:r>
    </w:p>
    <w:p>
      <w:r>
        <w:rPr>
          <w:b/>
        </w:rPr>
        <w:t xml:space="preserve">[17:28] </w:t>
      </w:r>
      <w:r>
        <w:t>is se daryaft kiya gaya. ab bohat se technique nai, is se maloom hua ke beshumar ajeeb o ghareeb cheezain dunya mein hain, ingint, ingint.</w:t>
      </w:r>
    </w:p>
    <w:p>
      <w:pPr>
        <w:jc w:val="right"/>
      </w:pPr>
      <w:r>
        <w:t>اس سے دریافت کیا گیا۔ اب بہت سے ٹیکنیک نئی، اس سے معلوم ہوا کہ بے شمار عجیب و غریب چیزیں دنیا میں ہیں، ان گنت، ان گنت۔</w:t>
      </w:r>
    </w:p>
    <w:p>
      <w:r>
        <w:rPr>
          <w:b/>
        </w:rPr>
        <w:t xml:space="preserve">[17:40] </w:t>
      </w:r>
      <w:r>
        <w:t>aur is mein bohat ziyada order hai. bohat ziyada order.</w:t>
      </w:r>
    </w:p>
    <w:p>
      <w:pPr>
        <w:jc w:val="right"/>
      </w:pPr>
      <w:r>
        <w:t>اور اس میں بہت زیادہ آرڈر ہے۔ بہت زیادہ آرڈر۔</w:t>
      </w:r>
    </w:p>
    <w:p>
      <w:r>
        <w:rPr>
          <w:b/>
        </w:rPr>
        <w:t xml:space="preserve">[17:47] </w:t>
      </w:r>
      <w:r>
        <w:t>aaj mein aap ka qissa bataoon. aaj ka qissa, mein naha raha tha. balti ka pani tha mere samne.</w:t>
      </w:r>
    </w:p>
    <w:p>
      <w:pPr>
        <w:jc w:val="right"/>
      </w:pPr>
      <w:r>
        <w:t>آج میں آپ کا قصہ بتاؤں۔ آج کا قصہ، میں نہا رہا تھا۔ بالٹی کا پانی تھا میرے سامنے۔</w:t>
      </w:r>
    </w:p>
    <w:p>
      <w:r>
        <w:rPr>
          <w:b/>
        </w:rPr>
        <w:t xml:space="preserve">[17:57] </w:t>
      </w:r>
      <w:r>
        <w:t>aik hath mein mug tha, aik hath mein sabun tha. to sabun maine lagaya apne sir mein aur idhar. to sabun chhoot kar gir gaya.</w:t>
      </w:r>
    </w:p>
    <w:p>
      <w:pPr>
        <w:jc w:val="right"/>
      </w:pPr>
      <w:r>
        <w:t>ایک ہاتھ میں مگ تھا، ایک ہاتھ میں صابن تھا۔ تو صابن میں نے لگایا اپنے سر میں اور ادھر۔ تو صابن چھوٹ کر گر گیا۔</w:t>
      </w:r>
    </w:p>
    <w:p>
      <w:r>
        <w:rPr>
          <w:b/>
        </w:rPr>
        <w:t xml:space="preserve">[18:07] </w:t>
      </w:r>
      <w:r>
        <w:t>aur jante hain kahan gira? balti ke pani mein chala gaya.</w:t>
      </w:r>
    </w:p>
    <w:p>
      <w:pPr>
        <w:jc w:val="right"/>
      </w:pPr>
      <w:r>
        <w:t>اور جانتے ہیں کہاں گرا؟ بالٹی کے پانی میں چلا گیا۔</w:t>
      </w:r>
    </w:p>
    <w:p>
      <w:r>
        <w:rPr>
          <w:b/>
        </w:rPr>
        <w:t xml:space="preserve">[18:11] </w:t>
      </w:r>
      <w:r>
        <w:t>to mein rone laga ke khudaaya! kis tarah is ka mera muamla hai? aur billion trillion se ziyada sitare hain, koi sitara toot kar nahi gir parta.</w:t>
      </w:r>
    </w:p>
    <w:p>
      <w:pPr>
        <w:jc w:val="right"/>
      </w:pPr>
      <w:r>
        <w:t>تو میں رونے لگا کہ خدایا! کس طرح اس کا میرا معاملہ ہے؟ اور بلین ٹریلین سے زیادہ ستارے ہیں، کوئی ستارہ ٹوٹ کر نہیں گر پڑتا۔</w:t>
      </w:r>
    </w:p>
    <w:p>
      <w:r>
        <w:rPr>
          <w:b/>
        </w:rPr>
        <w:t xml:space="preserve">[18:24] </w:t>
      </w:r>
      <w:r>
        <w:t>maine socha ke itne ziyada stars hain, agar koi star toot kar gir pade samandar mein to kya haal hoga mera?</w:t>
      </w:r>
    </w:p>
    <w:p>
      <w:pPr>
        <w:jc w:val="right"/>
      </w:pPr>
      <w:r>
        <w:t>میں نے سوچا کہ اتنے زیادہ سٹارز ہیں، اگر کوئی سٹار ٹوٹ کر گر پڑے سمندر میں تو کیا حال ہوگا میرا؟</w:t>
      </w:r>
    </w:p>
    <w:p>
      <w:r>
        <w:rPr>
          <w:b/>
        </w:rPr>
        <w:t xml:space="preserve">[18:35] </w:t>
      </w:r>
      <w:r>
        <w:t>kya haal hamara hoga?</w:t>
      </w:r>
    </w:p>
    <w:p>
      <w:pPr>
        <w:jc w:val="right"/>
      </w:pPr>
      <w:r>
        <w:t>کیا حال ہمارا ہوگا؟</w:t>
      </w:r>
    </w:p>
    <w:p>
      <w:r>
        <w:rPr>
          <w:b/>
        </w:rPr>
        <w:t xml:space="preserve">[18:38] </w:t>
      </w:r>
      <w:r>
        <w:t>yani balti ke pani mein sabun gir gaya hai to ab mere samne se kahin pani se nahaoonga to na nahaoonga? kya karoon is ko? khair, bari mushkil se nahaya maine.</w:t>
      </w:r>
    </w:p>
    <w:p>
      <w:pPr>
        <w:jc w:val="right"/>
      </w:pPr>
      <w:r>
        <w:t>یعنی بالٹی کے پانی میں صابن گر گیا ہے تو اب میرے سامنے سے کہیں پانی سے نہاؤں گا تو نہ نہاؤں گا؟ کیا کروں اس کو؟ خیر، بڑی مشکل سے نہایا میں نے۔</w:t>
      </w:r>
    </w:p>
    <w:p>
      <w:r>
        <w:rPr>
          <w:b/>
        </w:rPr>
        <w:t xml:space="preserve">[18:47] </w:t>
      </w:r>
      <w:r>
        <w:t>to maine socha ke agar star isi tarah gir pade samandar mein to kya hoga?</w:t>
      </w:r>
    </w:p>
    <w:p>
      <w:pPr>
        <w:jc w:val="right"/>
      </w:pPr>
      <w:r>
        <w:t>تو میں نے سوچا کہ اگر اسٹار اسی طرح گر پڑے سمندر میں تو کیا ہوگا؟</w:t>
      </w:r>
    </w:p>
    <w:p>
      <w:r>
        <w:rPr>
          <w:b/>
        </w:rPr>
        <w:t xml:space="preserve">[18:55] </w:t>
      </w:r>
      <w:r>
        <w:t>koi planet gir pade samandar mein to kya hoga?</w:t>
      </w:r>
    </w:p>
    <w:p>
      <w:pPr>
        <w:jc w:val="right"/>
      </w:pPr>
      <w:r>
        <w:t>کوئی پلینٹ گر پڑے سمندر میں تو کیا ہوگا؟</w:t>
      </w:r>
    </w:p>
    <w:p>
      <w:r>
        <w:rPr>
          <w:b/>
        </w:rPr>
        <w:t xml:space="preserve">[18:59] </w:t>
      </w:r>
      <w:r>
        <w:t>is tarah se itna zabardast order hai, itna zabardast discipline hai, itna zabardast har cheez jaise koi jakre hue hain ke zara sa bhi idhar udhar na hone paye.</w:t>
      </w:r>
    </w:p>
    <w:p>
      <w:pPr>
        <w:jc w:val="right"/>
      </w:pPr>
      <w:r>
        <w:t>اس طرح سے اتنا زبردست آرڈر ہے، اتنا زبردست ڈسپلن ہے، اتنا زبردست ہر چیز جیسے کوئی جکڑے ہوئے ہیں کہ ذرا سا بھی ادھر ادھر نہ ہونے پائے۔</w:t>
      </w:r>
    </w:p>
    <w:p>
      <w:r>
        <w:rPr>
          <w:b/>
        </w:rPr>
        <w:t xml:space="preserve">[19:12] </w:t>
      </w:r>
      <w:r>
        <w:t>to hum se million times ziyada yeh sawal aata hai aik scientific scientist ke mind mein. woh sochta hai ke aisa kyun hai?</w:t>
      </w:r>
    </w:p>
    <w:p>
      <w:pPr>
        <w:jc w:val="right"/>
      </w:pPr>
      <w:r>
        <w:t>تو ہم سے ملین ٹائمز زیادہ یہ سوال آتا ہے ایک سائنٹیفک سائنٹسٹ کے مائنڈ میں۔ وہ سوچتا ہے کہ ایسا کیوں ہے؟</w:t>
      </w:r>
    </w:p>
    <w:p>
      <w:r>
        <w:rPr>
          <w:b/>
        </w:rPr>
        <w:t xml:space="preserve">[19:26] </w:t>
      </w:r>
      <w:r>
        <w:t>to maujooda zamane mein jo aakhri discovery hai science ki, woh yeh hai jo Fred Hoyle ki jo kitaab hai, Intelligent Universe.</w:t>
      </w:r>
    </w:p>
    <w:p>
      <w:pPr>
        <w:jc w:val="right"/>
      </w:pPr>
      <w:r>
        <w:t>تو موجودہ زمانے میں جو آخری ڈسکوری ہے سائنس کی، وہ یہ ہے جو فریڈ ہائل کی جو کتاب ہے، انٹیلیجنٹ یونیورس۔</w:t>
      </w:r>
    </w:p>
    <w:p>
      <w:r>
        <w:rPr>
          <w:b/>
        </w:rPr>
        <w:t xml:space="preserve">[19:40] </w:t>
      </w:r>
      <w:r>
        <w:t>Sir James Jeans ne kaha tha ke is kainat ke peeche aik aik mathematical mind hai. mathematical mind. Fred Hoyle ne kaha ke aik intelligent mind hai.</w:t>
      </w:r>
    </w:p>
    <w:p>
      <w:pPr>
        <w:jc w:val="right"/>
      </w:pPr>
      <w:r>
        <w:t>سر جیمزین نے کہا تھا کہ اس کائنات کے پیچھے ایک ایک میتھمیٹیکل مائنڈ ہے۔ میتھمیٹیکل مائنڈ۔ فریڈ ہائل نے کہا کہ ایک انٹیلیجنٹ مائنڈ ہے۔</w:t>
      </w:r>
    </w:p>
    <w:p>
      <w:r>
        <w:rPr>
          <w:b/>
        </w:rPr>
        <w:t xml:space="preserve">[19:51] </w:t>
      </w:r>
      <w:r>
        <w:t>Intelligent Universe, is ki kitaab ka naam hi yahi hai.</w:t>
      </w:r>
    </w:p>
    <w:p>
      <w:pPr>
        <w:jc w:val="right"/>
      </w:pPr>
      <w:r>
        <w:t>انٹیلیجنٹ یونیورس، اس کی کتاب کا نام ہی یہی ہے۔</w:t>
      </w:r>
    </w:p>
    <w:p>
      <w:r>
        <w:rPr>
          <w:b/>
        </w:rPr>
        <w:t xml:space="preserve">[19:55] </w:t>
      </w:r>
      <w:r>
        <w:t>to dekhiye, science jo hai, is mein aik development hai. Newton ke zamane mein samjha jata tha ke matter jo hai, universe ka building block matter hai.</w:t>
      </w:r>
    </w:p>
    <w:p>
      <w:pPr>
        <w:jc w:val="right"/>
      </w:pPr>
      <w:r>
        <w:t>تو دیکھیے، سائنس جو ہے، اس میں ایک ڈیولپمنٹ ہے۔ نیوٹن کے زمانے میں سمجھا جاتا تھا کہ میٹر جو ہے، یونیورس کا بلڈنگ بلاک میٹر ہے۔</w:t>
      </w:r>
    </w:p>
    <w:p>
      <w:r>
        <w:rPr>
          <w:b/>
        </w:rPr>
        <w:t xml:space="preserve">[20:11] </w:t>
      </w:r>
      <w:r>
        <w:t>is ke baad Einstein ke zamane mein jo nayi daryaften huin, yeh maana jane laga ke energy building block, building block hai universe ka.</w:t>
      </w:r>
    </w:p>
    <w:p>
      <w:pPr>
        <w:jc w:val="right"/>
      </w:pPr>
      <w:r>
        <w:t>اس کے بعد آئنسٹائن کے زمانے میں جو نئی دریافتیں ہوئیں، یہ مانا جانے لگا کہ انرجی بلڈنگ بلاک، بلڈنگ بلاک ہے یونیورس کا۔</w:t>
      </w:r>
    </w:p>
    <w:p>
      <w:r>
        <w:rPr>
          <w:b/>
        </w:rPr>
        <w:t xml:space="preserve">[20:24] </w:t>
      </w:r>
      <w:r>
        <w:t>ab jo Fred Hoyle ka zamana hai, ab maana jata hai ke intelligence building block hai universe ka. ab dekhiye ke dunya, river of knowledge kidhar ja raha hai?</w:t>
      </w:r>
    </w:p>
    <w:p>
      <w:pPr>
        <w:jc w:val="right"/>
      </w:pPr>
      <w:r>
        <w:t>اب جو فریڈ ہائل کا زمانہ ہے، اب مانا جاتا ہے کہ انٹیلیجنس بلڈنگ بلاک ہے یونیورس کا۔ اب دیکھیے کہ دنیا، ریور آف نالج کدھر جا رہا ہے؟</w:t>
      </w:r>
    </w:p>
    <w:p>
      <w:r>
        <w:rPr>
          <w:b/>
        </w:rPr>
        <w:t xml:space="preserve">[20:38] </w:t>
      </w:r>
      <w:r>
        <w:t>river of knowledge kidhar ja raha hai? Khuda se be Khuda ki taraf nahi ja raha hai, balkay Khuda ke concept ko aur ziyada mazboot kar raha hai.</w:t>
      </w:r>
    </w:p>
    <w:p>
      <w:pPr>
        <w:jc w:val="right"/>
      </w:pPr>
      <w:r>
        <w:t>ریور آف نالج کدھر جا رہا ہے؟ خدا سے بے خدا کی طرف نہیں جا رہا ہے، بلکہ خدا کے کانسیپٹ کو اور زیادہ مضبوط کر رہا ہے۔</w:t>
      </w:r>
    </w:p>
    <w:p>
      <w:r>
        <w:rPr>
          <w:b/>
        </w:rPr>
        <w:t xml:space="preserve">[20:47] </w:t>
      </w:r>
      <w:r>
        <w:t>idhar ja raha hai.</w:t>
      </w:r>
    </w:p>
    <w:p>
      <w:pPr>
        <w:jc w:val="right"/>
      </w:pPr>
      <w:r>
        <w:t>ادھر جا رہا ہے۔</w:t>
      </w:r>
    </w:p>
    <w:p>
      <w:r>
        <w:rPr>
          <w:b/>
        </w:rPr>
        <w:t xml:space="preserve">[20:51] </w:t>
      </w:r>
      <w:r>
        <w:t>jab science ne khud yeh daryaft kar liya ke universe mein intelligent design hai, aaj bohat se scientists yeh mante hain ke kainat mein intelligent design hai.</w:t>
      </w:r>
    </w:p>
    <w:p>
      <w:pPr>
        <w:jc w:val="right"/>
      </w:pPr>
      <w:r>
        <w:t>جب سائنس نے خود یہ دریافت کر لیا کہ یونیورس میں انٹیلیجنٹ ڈیزائن ہے، آج بہت سے سائنسدان یہ مانتے ہیں کہ کائنات میں انٹیلیجنٹ ڈیزائن ہے۔</w:t>
      </w:r>
    </w:p>
    <w:p>
      <w:r>
        <w:rPr>
          <w:b/>
        </w:rPr>
        <w:t xml:space="preserve">[21:04] </w:t>
      </w:r>
      <w:r>
        <w:t>to jab intelligent design aap ne maan liya, yani file ko maan liya to file to hona chahiye. jab intelligent design hai to intelligent designer hona chahiye.</w:t>
      </w:r>
    </w:p>
    <w:p>
      <w:pPr>
        <w:jc w:val="right"/>
      </w:pPr>
      <w:r>
        <w:t>تو جب انٹیلیجنٹ ڈیزائن آپ نے مان لیا، یعنی فیل کو مان لیا تو فائل تو ہونا چاہیے۔ جب انٹیلیجنٹ ڈیزائن ہے تو انٹیلیجنٹ ڈیزائنر ہونا چاہیے۔</w:t>
      </w:r>
    </w:p>
    <w:p>
      <w:r>
        <w:rPr>
          <w:b/>
        </w:rPr>
        <w:t xml:space="preserve">[21:20] </w:t>
      </w:r>
      <w:r>
        <w:t>jab intelligent design hai to apne aap is baat prove ho jati hai ke aik intelligent designer hona chahiye. koi file hai to file to hona chahiye.</w:t>
      </w:r>
    </w:p>
    <w:p>
      <w:pPr>
        <w:jc w:val="right"/>
      </w:pPr>
      <w:r>
        <w:t>جب انٹیلیجنٹ ڈیزائن ہے تو اپنے آپ اس بات پروف ہو جاتی ہے کہ ایک انٹیلیجنٹ ڈیزائنر ہونا چاہیے۔ کوئی فیل ہے تو فائل تو ہونا چاہیے۔</w:t>
      </w:r>
    </w:p>
    <w:p>
      <w:r>
        <w:rPr>
          <w:b/>
        </w:rPr>
        <w:t xml:space="preserve">[21:31] </w:t>
      </w:r>
      <w:r>
        <w:t>yehahan tak pahunch chuki hai yeh science. ab jo scientist, aap un ka obsession scientiston ka kya hai? cheezon ko observation mein hona chahiye, un ko measurable hona chahiye.</w:t>
      </w:r>
    </w:p>
    <w:p>
      <w:pPr>
        <w:jc w:val="right"/>
      </w:pPr>
      <w:r>
        <w:t>یہاں تک پہنچ چکی ہے یہ سائنس۔ اب جو سائنسدان، آپ ان کا ابسیشن سائنسدانوں کا کیا ہے؟ چیزوں کو ابزرویشن میں ہونا چاہیے، ان کو میزیریبل ہونا چاہیے۔</w:t>
      </w:r>
    </w:p>
    <w:p>
      <w:r>
        <w:rPr>
          <w:b/>
        </w:rPr>
        <w:t xml:space="preserve">[21:45] </w:t>
      </w:r>
      <w:r>
        <w:t>is ke is option mein jeeta hai scientist.</w:t>
      </w:r>
    </w:p>
    <w:p>
      <w:pPr>
        <w:jc w:val="right"/>
      </w:pPr>
      <w:r>
        <w:t>اس کے اس آپشن میں جیتا ہے سائنسدان۔</w:t>
      </w:r>
    </w:p>
    <w:p>
      <w:r>
        <w:rPr>
          <w:b/>
        </w:rPr>
        <w:t xml:space="preserve">[21:48] </w:t>
      </w:r>
      <w:r>
        <w:t>to wo explain nahi kar pata ke kaise is ko</w:t>
      </w:r>
    </w:p>
    <w:p>
      <w:pPr>
        <w:jc w:val="right"/>
      </w:pPr>
      <w:r>
        <w:t>تو وہ ایکسپلین نہیں کر پاتا کہ کیسے اس کو</w:t>
      </w:r>
    </w:p>
    <w:p>
      <w:r>
        <w:rPr>
          <w:b/>
        </w:rPr>
        <w:t xml:space="preserve">[21:55] </w:t>
      </w:r>
      <w:r>
        <w:t>tavjeeh kare. is ki to Einstein ne, ek biography ne naqal kiya hai ke Einstein ne kaha tha</w:t>
      </w:r>
    </w:p>
    <w:p>
      <w:pPr>
        <w:jc w:val="right"/>
      </w:pPr>
      <w:r>
        <w:t>توجیح کرے۔ اس کی تو آئنسٹین نے، ایک بائیوگرافی نے نقل کیا ہے کہ آئنسٹین نے کہا تھا</w:t>
      </w:r>
    </w:p>
    <w:p>
      <w:r>
        <w:rPr>
          <w:b/>
        </w:rPr>
        <w:t xml:space="preserve">[22:07] </w:t>
      </w:r>
      <w:r>
        <w:t>ke "the most incomprehensible fact about nature is that it is comprehensible".</w:t>
      </w:r>
    </w:p>
    <w:p>
      <w:pPr>
        <w:jc w:val="right"/>
      </w:pPr>
      <w:r>
        <w:t>کہ "دا بوسٹ ان کمپرہنسیبل فیکٹ اباؤٹ نیچر از دیٹ اٹ از کمپرہنسیبل"۔</w:t>
      </w:r>
    </w:p>
    <w:p>
      <w:r>
        <w:rPr>
          <w:b/>
        </w:rPr>
        <w:t xml:space="preserve">[22:16] </w:t>
      </w:r>
      <w:r>
        <w:t>yeh duniya jis mein hum rehte hain, is ke bare mein sab se zyada naqabil-e-fahm baat yeh hai ke woh qabil-e-fahm hai. yeh kyun kaha Einstein ne?</w:t>
      </w:r>
    </w:p>
    <w:p>
      <w:pPr>
        <w:jc w:val="right"/>
      </w:pPr>
      <w:r>
        <w:t>یہ دنیا جس میں ہم رہتے ہیں، اس کے بارے میں سب سے زیادہ ناقابل فہم بات یہ ہے کہ وہ قابل فہم ہے۔ یہ کیوں کہا آئنسٹین نے؟</w:t>
      </w:r>
    </w:p>
    <w:p>
      <w:r>
        <w:rPr>
          <w:b/>
        </w:rPr>
        <w:t xml:space="preserve">[22:28] </w:t>
      </w:r>
      <w:r>
        <w:t>yeh kyun kaha Einstein ne?</w:t>
      </w:r>
    </w:p>
    <w:p>
      <w:pPr>
        <w:jc w:val="right"/>
      </w:pPr>
      <w:r>
        <w:t>یہ کیوں کہا آئنسٹین نے؟</w:t>
      </w:r>
    </w:p>
    <w:p>
      <w:r>
        <w:rPr>
          <w:b/>
        </w:rPr>
        <w:t xml:space="preserve">[22:30] </w:t>
      </w:r>
      <w:r>
        <w:t>yeh is liye kaha is ne ke is ka jo mindset hai, is mein to yeh baat baithi hui hai ke yeh kainat jo hai, is ka koi engineer nahi, is ka koi khaliq nahi,</w:t>
      </w:r>
    </w:p>
    <w:p>
      <w:pPr>
        <w:jc w:val="right"/>
      </w:pPr>
      <w:r>
        <w:t>یہ اس لیے کہا اس نے کہ اس کا جو مائنڈ سیٹ ہے، اس میں تو یہ بات بیٹھی ہوئی ہے کہ یہ کائنات جو ہے، اس کا کوئی انجینئر نہیں، اس کا کوئی خالق نہیں،</w:t>
      </w:r>
    </w:p>
    <w:p>
      <w:r>
        <w:rPr>
          <w:b/>
        </w:rPr>
        <w:t xml:space="preserve">[22:46] </w:t>
      </w:r>
      <w:r>
        <w:t>is ka koi designer nahi. to phir is ko yeh sawal is ka haunt kar raha hai, is ko haunt kar raha hai, is ko</w:t>
      </w:r>
    </w:p>
    <w:p>
      <w:pPr>
        <w:jc w:val="right"/>
      </w:pPr>
      <w:r>
        <w:t>اس کا کوئی ڈیزائنر نہیں۔ تو پھر اس کو یہ سوال اس کا ہانٹ کر رہا ہے، اس کو ہانٹ کر رہا ہے، اس کو</w:t>
      </w:r>
    </w:p>
    <w:p>
      <w:r>
        <w:rPr>
          <w:b/>
        </w:rPr>
        <w:t xml:space="preserve">[22:55] </w:t>
      </w:r>
      <w:r>
        <w:t>kya ke kuch nahi, koi is ke peeche koi khaliq nahi, is ka koi artist nahi, is ka koi designer nahi. to kaise duniya itni qabil-e-fahm ban gayi hai?</w:t>
      </w:r>
    </w:p>
    <w:p>
      <w:pPr>
        <w:jc w:val="right"/>
      </w:pPr>
      <w:r>
        <w:t>کیا کہ کچھ نہیں، کوئی اس کے پیچھے کوئی خالق نہیں، اس کا کوئی آرٹسٹ نہیں، اس کا کوئی ڈیزائنر نہیں۔ تو کیسے دنیا اتنی قابل فہم بن گئی ہے؟</w:t>
      </w:r>
    </w:p>
    <w:p>
      <w:r>
        <w:rPr>
          <w:b/>
        </w:rPr>
        <w:t xml:space="preserve">[23:06] </w:t>
      </w:r>
      <w:r>
        <w:t>kaise? kaise predictable ban gayi? predictable ban gayi?</w:t>
      </w:r>
    </w:p>
    <w:p>
      <w:pPr>
        <w:jc w:val="right"/>
      </w:pPr>
      <w:r>
        <w:t>کیسے؟ کیسے پریڈکٹیبل بن گئی؟ پریڈکٹیبل بن گئی؟</w:t>
      </w:r>
    </w:p>
    <w:p>
      <w:r>
        <w:rPr>
          <w:b/>
        </w:rPr>
        <w:t xml:space="preserve">[23:12] </w:t>
      </w:r>
      <w:r>
        <w:t>kaise hum peshgi tor par jaan lete hain ke pani ko hum, agar hum, agar, agar hum garam karein to itne degree par pahunch kar ke wo is mein wo steam power ban jayega?</w:t>
      </w:r>
    </w:p>
    <w:p>
      <w:pPr>
        <w:jc w:val="right"/>
      </w:pPr>
      <w:r>
        <w:t>کیسے ہم پیشگی طور پر جان لیتے ہیں کہ پانی کو ہم، اگر ہم، اگر، اگر ہم گرم کریں تو اتنے ڈگری پر پہنچ کر کے وہ اس میں وہ اسٹیم پاور بن جائے گا؟</w:t>
      </w:r>
    </w:p>
    <w:p>
      <w:r>
        <w:rPr>
          <w:b/>
        </w:rPr>
        <w:t xml:space="preserve">[23:27] </w:t>
      </w:r>
      <w:r>
        <w:t>kaise hum jaan lete hain ke agar hum aur ko garam karein to lohe ko garam karein to itni degree par is ko pighal jayega?</w:t>
      </w:r>
    </w:p>
    <w:p>
      <w:pPr>
        <w:jc w:val="right"/>
      </w:pPr>
      <w:r>
        <w:t>کیسے ہم جان لیتے ہیں کہ اگر ہم اور کو گرم کریں تو لوہے کو گرم کریں تو اتنی ڈگری پر اس کو پگھل جائے گا؟</w:t>
      </w:r>
    </w:p>
    <w:p>
      <w:r>
        <w:rPr>
          <w:b/>
        </w:rPr>
        <w:t xml:space="preserve">[23:36] </w:t>
      </w:r>
      <w:r>
        <w:t>hum is ko mukhtalif qism ki machineon mein baitha sakte hain.</w:t>
      </w:r>
    </w:p>
    <w:p>
      <w:pPr>
        <w:jc w:val="right"/>
      </w:pPr>
      <w:r>
        <w:t>ہم اس کو مختلف قسم کے مشینوں میں بٹھا سکتے ہیں۔</w:t>
      </w:r>
    </w:p>
    <w:p>
      <w:r>
        <w:rPr>
          <w:b/>
        </w:rPr>
        <w:t xml:space="preserve">[23:43] </w:t>
      </w:r>
      <w:r>
        <w:t>kaise? kaise aisa mumkin hai ke hum is meter ko aisi, is ke andar qualities hain ke hum motor ko Bovi motor mein tabdeel kar paate hain?</w:t>
      </w:r>
    </w:p>
    <w:p>
      <w:pPr>
        <w:jc w:val="right"/>
      </w:pPr>
      <w:r>
        <w:t>کیسے؟ کیسے ایسا ممکن ہے کہ ہم اس میٹر کو ایسی، اس کے اندر کوالٹیز ہیں کہ ہم موٹر کو بووی موٹر میں تبدیل کر پاتے ہیں؟</w:t>
      </w:r>
    </w:p>
    <w:p>
      <w:r>
        <w:rPr>
          <w:b/>
        </w:rPr>
        <w:t xml:space="preserve">[23:58] </w:t>
      </w:r>
      <w:r>
        <w:t>yani hum car banate hain, hawa jahaz banate hain, hum mobile banate hain. yeh kaise aisa hota hai? yeh itni wisdom kaise hai?</w:t>
      </w:r>
    </w:p>
    <w:p>
      <w:pPr>
        <w:jc w:val="right"/>
      </w:pPr>
      <w:r>
        <w:t>یعنی ہم کار بناتے ہیں، ہوا جہاز بناتے ہیں، ہم موبائل بناتے ہیں۔ یہ کیسے ایسا ہوتا ہے؟ یہ اتنی وزڈم کیسے ہے؟</w:t>
      </w:r>
    </w:p>
    <w:p>
      <w:r>
        <w:rPr>
          <w:b/>
        </w:rPr>
        <w:t xml:space="preserve">[24:09] </w:t>
      </w:r>
      <w:r>
        <w:t>itni meaning ki</w:t>
      </w:r>
    </w:p>
    <w:p>
      <w:pPr>
        <w:jc w:val="right"/>
      </w:pPr>
      <w:r>
        <w:t>اتنی میننگ کی</w:t>
      </w:r>
    </w:p>
    <w:p>
      <w:r>
        <w:rPr>
          <w:b/>
        </w:rPr>
        <w:t xml:space="preserve">[24:11] </w:t>
      </w:r>
      <w:r>
        <w:t>se hai? itni ma'nawiyat kaise hai? to wo yahi keh raha hai ke Khuda is kainat ke peeche koi Khuda to hai nahi.</w:t>
      </w:r>
    </w:p>
    <w:p>
      <w:pPr>
        <w:jc w:val="right"/>
      </w:pPr>
      <w:r>
        <w:t>سے ہے؟ اتنی معنویت کیسے ہے؟ تو وہ یہی کہہ رہا ہے کہ خدا اس کائنات کے پیچھے کوئی خدا تو ہے نہیں۔</w:t>
      </w:r>
    </w:p>
    <w:p>
      <w:r>
        <w:rPr>
          <w:b/>
        </w:rPr>
        <w:t xml:space="preserve">[24:21] </w:t>
      </w:r>
      <w:r>
        <w:t>to phir is mein ma'nawiyat kyun hai? isi ko, yani ek mechanical Khuda ki daryaft mein sare scientist lage hue hain.</w:t>
      </w:r>
    </w:p>
    <w:p>
      <w:pPr>
        <w:jc w:val="right"/>
      </w:pPr>
      <w:r>
        <w:t>تو پھر اس میں معنویت کیوں ہے؟ اسی کو، یعنی ایک مکینیکل خدا کی دریافت میں سارے سائنسدان لگے ہوئے ہیں۔</w:t>
      </w:r>
    </w:p>
    <w:p>
      <w:r>
        <w:rPr>
          <w:b/>
        </w:rPr>
        <w:t xml:space="preserve">[24:31] </w:t>
      </w:r>
      <w:r>
        <w:t>jise koi kehte hain, yani theory of everything, is ko main kahunga wo hai theory of explanation.</w:t>
      </w:r>
    </w:p>
    <w:p>
      <w:pPr>
        <w:jc w:val="right"/>
      </w:pPr>
      <w:r>
        <w:t>جسے کوئی کہتے ہیں، یعنی تھیوری آف ایوری تھنگ، اس کو میں کہوں گا وہ ہے تھیوری آف ایکسپلینیشن۔</w:t>
      </w:r>
    </w:p>
    <w:p>
      <w:r>
        <w:rPr>
          <w:b/>
        </w:rPr>
        <w:t xml:space="preserve">[24:42] </w:t>
      </w:r>
      <w:r>
        <w:t>"the theory that explains everything". theory of everything ka matlab hai, mere alfaaz mein, ke theory that explains everything.</w:t>
      </w:r>
    </w:p>
    <w:p>
      <w:pPr>
        <w:jc w:val="right"/>
      </w:pPr>
      <w:r>
        <w:t>"دا تھیوری دیٹ ایکسپلینز ایوری تھنگ"۔ تھیوری آف ایوری تھنگ کا مطلب ہے، میرے الفاظ میں، کہ تھیوری دیٹ ایکسپلینز ایوری تھنگ۔</w:t>
      </w:r>
    </w:p>
    <w:p>
      <w:r>
        <w:rPr>
          <w:b/>
        </w:rPr>
        <w:t xml:space="preserve">[24:57] </w:t>
      </w:r>
      <w:r>
        <w:t>ke cheezein hum dekh rahe hain, cheezein hum jaan rahe hain, lekin hum is ko explain nahi kar paate.</w:t>
      </w:r>
    </w:p>
    <w:p>
      <w:pPr>
        <w:jc w:val="right"/>
      </w:pPr>
      <w:r>
        <w:t>کہ چیزیں ہم دیکھ رہے ہیں، چیزیں ہم جان رہے ہیں، لیکن ہم اس کو ایکسپلین نہیں کر پاتے۔</w:t>
      </w:r>
    </w:p>
    <w:p>
      <w:r>
        <w:rPr>
          <w:b/>
        </w:rPr>
        <w:t xml:space="preserve">[25:08] </w:t>
      </w:r>
      <w:r>
        <w:t>to Einstein ka yeh kehna ke Khuda insan ki weakness ki pedawar hai, is ki koi base nahi hai.</w:t>
      </w:r>
    </w:p>
    <w:p>
      <w:pPr>
        <w:jc w:val="right"/>
      </w:pPr>
      <w:r>
        <w:t>تو آئنسٹین کا یہ کہنا کہ خدا انسان کی ویکنس کی پیداوار ہے، اس کی کوئی بیس نہیں ہے۔</w:t>
      </w:r>
    </w:p>
    <w:p>
      <w:r>
        <w:rPr>
          <w:b/>
        </w:rPr>
        <w:t xml:space="preserve">[25:18] </w:t>
      </w:r>
      <w:r>
        <w:t>is ki koi base nahi hai.</w:t>
      </w:r>
    </w:p>
    <w:p>
      <w:pPr>
        <w:jc w:val="right"/>
      </w:pPr>
      <w:r>
        <w:t>اس کی کوئی بیس نہیں ہے۔</w:t>
      </w:r>
    </w:p>
    <w:p>
      <w:r>
        <w:rPr>
          <w:b/>
        </w:rPr>
        <w:t xml:space="preserve">[25:23] </w:t>
      </w:r>
      <w:r>
        <w:t>aap weakness kaise keh sakte hain? aap</w:t>
      </w:r>
    </w:p>
    <w:p>
      <w:pPr>
        <w:jc w:val="right"/>
      </w:pPr>
      <w:r>
        <w:t>آپ ویکنس کیسے کہہ سکتے ہیں؟ آپ</w:t>
      </w:r>
    </w:p>
    <w:p>
      <w:r>
        <w:rPr>
          <w:b/>
        </w:rPr>
        <w:t xml:space="preserve">[25:28] </w:t>
      </w:r>
      <w:r>
        <w:t>weakness khud jis ko aap weakness keh rahe hain, wo khud ek creation hai. insan kisi cheez ko create nahi kar sakta. maslan pyas ek weakness hai.</w:t>
      </w:r>
    </w:p>
    <w:p>
      <w:pPr>
        <w:jc w:val="right"/>
      </w:pPr>
      <w:r>
        <w:t>ویکنس خود جو جس کو آپ ویکنس کہہ رہے ہیں، وہ خود ایک کریشن ہے۔ انسان کسی چیز کو کریٹ نہیں کر سکتا۔ مثلاً پیاس ایک ویکنس ہے۔</w:t>
      </w:r>
    </w:p>
    <w:p>
      <w:r>
        <w:rPr>
          <w:b/>
        </w:rPr>
        <w:t xml:space="preserve">[25:39] </w:t>
      </w:r>
      <w:r>
        <w:t>kya aap pyas ko create kar sakte hain? pyas aap ka creation nahi hai. aap ki, aap ki jo personality hai, is ka ek hissa hai.</w:t>
      </w:r>
    </w:p>
    <w:p>
      <w:pPr>
        <w:jc w:val="right"/>
      </w:pPr>
      <w:r>
        <w:t>کیا آپ پیاس کو کریٹ کر سکتے ہیں؟ پیاس آپ کا کریشن نہیں ہے۔ آپ کی، آپ کی جو پرسنیلٹی ہے، اس کا ایک حصہ ہے۔</w:t>
      </w:r>
    </w:p>
    <w:p>
      <w:r>
        <w:rPr>
          <w:b/>
        </w:rPr>
        <w:t xml:space="preserve">[25:52] </w:t>
      </w:r>
      <w:r>
        <w:t>aur jab pyas hai to kya hai is dunya mein? pani bhi maujood hai.</w:t>
      </w:r>
    </w:p>
    <w:p>
      <w:pPr>
        <w:jc w:val="right"/>
      </w:pPr>
      <w:r>
        <w:t>اور جب پیاس ہے تو کیا ہے اس دنیا میں؟ پانی بھی موجود ہے۔</w:t>
      </w:r>
    </w:p>
    <w:p>
      <w:r>
        <w:rPr>
          <w:b/>
        </w:rPr>
        <w:t xml:space="preserve">[25:58] </w:t>
      </w:r>
      <w:r>
        <w:t>bohat ajeeb cheez hai ke pyas hai to pani bhi maujood hai. bhook hai to khana bhi maujood hai. lung hai to oxygen bhi maujood hai.</w:t>
      </w:r>
    </w:p>
    <w:p>
      <w:pPr>
        <w:jc w:val="right"/>
      </w:pPr>
      <w:r>
        <w:t>بہت عجیب چیز ہے کہ پیاس ہے تو پانی بھی موجود ہے۔ بھوک ہے تو کھانا بھی موجود ہے۔ لنگ ہے تو آکسیجن بھی موجود ہے۔</w:t>
      </w:r>
    </w:p>
    <w:p>
      <w:r>
        <w:rPr>
          <w:b/>
        </w:rPr>
        <w:t xml:space="preserve">[26:11] </w:t>
      </w:r>
      <w:r>
        <w:t>to isi tarah se agar insan kahin nature talash kar rahi hai, Khuda ko, ek paradise ko, zyada mechanical world ko, to aap isi par kyun nahi qayas karte ke wo ek reality hai?</w:t>
      </w:r>
    </w:p>
    <w:p>
      <w:pPr>
        <w:jc w:val="right"/>
      </w:pPr>
      <w:r>
        <w:t>تو اسی طریقے سے اگر انسان کہیں نیچر تلاش کر رہی ہے، خدا کو، ایک پیراڈائز کو، زیادہ مینیکل ورلڈ کو، تو آپ اسی پر کیوں نہیں قیاس کرتے کہ وہ ایک ریلیٹی ہے؟</w:t>
      </w:r>
    </w:p>
    <w:p>
      <w:r>
        <w:rPr>
          <w:b/>
        </w:rPr>
        <w:t xml:space="preserve">[26:26] </w:t>
      </w:r>
      <w:r>
        <w:t>jis tarah pyas ek reality hai, iska proof yeh hai ke iske liye pani maujood hai. pyas bhook ek reality hai, iska proof yeh hai ke khana maujood hai.</w:t>
      </w:r>
    </w:p>
    <w:p>
      <w:pPr>
        <w:jc w:val="right"/>
      </w:pPr>
      <w:r>
        <w:t>جس طرح پیاس ایک ریلیٹی ہے، اس کا پروف یہ ہے کہ اس کے لیے پانی موجود ہے۔ پیاس بھوک ایک ریلیٹی ہے، اس کا پروف یہ ہے کہ کھانا موجود ہے۔</w:t>
      </w:r>
    </w:p>
    <w:p>
      <w:r>
        <w:rPr>
          <w:b/>
        </w:rPr>
        <w:t xml:space="preserve">[26:39] </w:t>
      </w:r>
      <w:r>
        <w:t>lung ek reality hai, iska proof yeh hai ke oxygen maujood hai. isi tarah se jis cheez ko aap keh rahe hain weakness, wo weakness bhi ek reality hai.</w:t>
      </w:r>
    </w:p>
    <w:p>
      <w:pPr>
        <w:jc w:val="right"/>
      </w:pPr>
      <w:r>
        <w:t>لنگ ایک ریلیٹی ہے، اس کا پروف یہ ہے کہ آکسیجن موجود ہے۔ اسی طریقے سے جس چیز کو آپ کہہ رہے ہیں ویکنس، وہ ویکنس بھی ایک ریلیٹی ہے۔</w:t>
      </w:r>
    </w:p>
    <w:p>
      <w:r>
        <w:rPr>
          <w:b/>
        </w:rPr>
        <w:t xml:space="preserve">[26:51] </w:t>
      </w:r>
      <w:r>
        <w:t>aur iska jawab God ki shakal mein, paradise, paradise ki shakal mein maujood hai.</w:t>
      </w:r>
    </w:p>
    <w:p>
      <w:pPr>
        <w:jc w:val="right"/>
      </w:pPr>
      <w:r>
        <w:t>اور اس کا جواب گاڈ کی شکل میں، پیراڈائز، پیراڈائز کی شکل میں موجود ہے۔</w:t>
      </w:r>
    </w:p>
    <w:p>
      <w:r>
        <w:rPr>
          <w:b/>
        </w:rPr>
        <w:t xml:space="preserve">[26:58] </w:t>
      </w:r>
      <w:r>
        <w:t>yahan main yeh kahunga ke dekhiye, argument ke do tarike hote hain. ek hai direct argument, ek hai indirect argument.</w:t>
      </w:r>
    </w:p>
    <w:p>
      <w:pPr>
        <w:jc w:val="right"/>
      </w:pPr>
      <w:r>
        <w:t>یہاں میں یہ کہوں گا کہ دیکھیے، ارگیومنٹ کے دو طریقے ہوتے ہیں۔ ایک ہے ڈائریکٹ ارگیومنٹ، ایک ہے ان ڈائریکٹ ارگیومنٹ۔</w:t>
      </w:r>
    </w:p>
    <w:p>
      <w:r>
        <w:rPr>
          <w:b/>
        </w:rPr>
        <w:t xml:space="preserve">[27:12] </w:t>
      </w:r>
      <w:r>
        <w:t>direct argument aur indirect argument. to ek yahan se shuru kijiye ke Khuda hai ya Khuda nahi hai.</w:t>
      </w:r>
    </w:p>
    <w:p>
      <w:pPr>
        <w:jc w:val="right"/>
      </w:pPr>
      <w:r>
        <w:t>ڈائریکٹ ارگیومنٹ اور ان ڈائریکٹ ارگیومنٹ۔ تو ایک یہاں سے شروع کیجیے کہ خدا ہے یا خدا نہیں ہے۔</w:t>
      </w:r>
    </w:p>
    <w:p>
      <w:r>
        <w:rPr>
          <w:b/>
        </w:rPr>
        <w:t xml:space="preserve">[27:22] </w:t>
      </w:r>
      <w:r>
        <w:t>yahan se shuru kijiye sochna. to main yeh manunga ke shuru mein Khuda hai ka jo hypothesis hai, hypothesis hai, Khuda nahi hai ka jo hypothesis hai, do is aitbar se ek maqam par hain ke direct argument in mein se kisi ke haq mein nahi hai.</w:t>
      </w:r>
    </w:p>
    <w:p>
      <w:pPr>
        <w:jc w:val="right"/>
      </w:pPr>
      <w:r>
        <w:t>یہاں سے شروع کیجیے سوچنا۔ تو میں یہ مانوں گا کہ شروع میں خدا ہے کا جو ہائیپوتھیسز ہے، ہائیپوتھیسز ہے، خدا نہیں ہے کا جو ہائیپوتھیسز ہے، دو اس اعتبار سے ایک مقام پر ہیں کہ ڈائریکٹ ارگیومنٹ ان میں سے کسی کے حق میں نہیں ہے۔</w:t>
      </w:r>
    </w:p>
    <w:p>
      <w:r>
        <w:rPr>
          <w:b/>
        </w:rPr>
        <w:t xml:space="preserve">[27:44] </w:t>
      </w:r>
      <w:r>
        <w:t>Khuda nahi hai, iska koi direct argument nahi hai. Khuda hai, iska bhi koi direct argument in logon ke kehne ke mutabiq nahi hai.</w:t>
      </w:r>
    </w:p>
    <w:p>
      <w:pPr>
        <w:jc w:val="right"/>
      </w:pPr>
      <w:r>
        <w:t>خدا نہیں ہے، اس کا کوئی ڈائریکٹ ارگیومنٹ نہیں ہے۔ خدا ہے، اس کا بھی کوئی ڈائریکٹ ارگیومنٹ ان لوگوں کے کہنے کے مطابق نہیں ہے۔</w:t>
      </w:r>
    </w:p>
    <w:p>
      <w:r>
        <w:rPr>
          <w:b/>
        </w:rPr>
        <w:t xml:space="preserve">[27:54] </w:t>
      </w:r>
      <w:r>
        <w:t>yahan par ek lag raha hai. lekin iske aage badhiye aap. iske aage badhenge to aap ek supporting evidence maujood hai God ki theory ke liye.</w:t>
      </w:r>
    </w:p>
    <w:p>
      <w:pPr>
        <w:jc w:val="right"/>
      </w:pPr>
      <w:r>
        <w:t>یہاں پر ایک لگ رہا ہے۔ لیکن اس کے آگے بڑھیے آپ۔ اس کے آگے بڑھیں گے تو آپ ایک سپورٹنگ ایویڈنس موجود ہے گاڈ کی تھیوری کے لیے۔</w:t>
      </w:r>
    </w:p>
    <w:p>
      <w:r>
        <w:rPr>
          <w:b/>
        </w:rPr>
        <w:t xml:space="preserve">[28:06] </w:t>
      </w:r>
      <w:r>
        <w:t>ek bohat bari supporting evidence, indirect evidence. wo kya hai?</w:t>
      </w:r>
    </w:p>
    <w:p>
      <w:pPr>
        <w:jc w:val="right"/>
      </w:pPr>
      <w:r>
        <w:t>ایک بہت بڑی سپورٹنگ ایویڈنس، ان ڈائریکٹ ایویڈنس۔ وہ کیا ہے؟</w:t>
      </w:r>
    </w:p>
    <w:p>
      <w:r>
        <w:rPr>
          <w:b/>
        </w:rPr>
        <w:t xml:space="preserve">[28:12] </w:t>
      </w:r>
      <w:r>
        <w:t>wo hai kainat mein design, design ka hona, kainat mein harmony ka hona, kainat mein is maani, meaning ka hona, is maanoiyat ka hona, jiski wajah se Einstein pareshan hai ke daryaft karein theory of everything.</w:t>
      </w:r>
    </w:p>
    <w:p>
      <w:pPr>
        <w:jc w:val="right"/>
      </w:pPr>
      <w:r>
        <w:t>وہ ہے کائنات میں ڈیزائن، ڈیزائن کا ہونا، کائنات میں ہارمونی کا ہونا، کائنات میں اس معنی، میننگ کا ہونا، اس معنویت کا ہونا، جس کی وجہ سے آئنسٹین پریشان ہے کہ دریافت کریں تھیوری آف ایوری تھنگ۔</w:t>
      </w:r>
    </w:p>
    <w:p>
      <w:r>
        <w:rPr>
          <w:b/>
        </w:rPr>
        <w:t xml:space="preserve">[28:31] </w:t>
      </w:r>
      <w:r>
        <w:t>matlab wo theory jo har cheez ko explain kar sake.</w:t>
      </w:r>
    </w:p>
    <w:p>
      <w:pPr>
        <w:jc w:val="right"/>
      </w:pPr>
      <w:r>
        <w:t>مطلب وہ تھیوری جو ہر چیز کو ایکسپلین کر سکے۔</w:t>
      </w:r>
    </w:p>
    <w:p>
      <w:r>
        <w:rPr>
          <w:b/>
        </w:rPr>
        <w:t xml:space="preserve">[28:38] </w:t>
      </w:r>
      <w:r>
        <w:t>aur jaisa ke maine arz kiya, 30 saal ki koshish ke bawajood sawal yeh hai ke Einstein fresh scientist kyun mara? mayusi ki halat mein kyun mara?</w:t>
      </w:r>
    </w:p>
    <w:p>
      <w:pPr>
        <w:jc w:val="right"/>
      </w:pPr>
      <w:r>
        <w:t>اور جیسا کہ میں نے عرض کیا، 30 سال کی کوشش کے باوجود سوال یہ ہے کہ آئنسٹین فریش سائنٹیسٹ کیوں مرا؟ مایوسی کی حالت میں کیوں مرا؟</w:t>
      </w:r>
    </w:p>
    <w:p>
      <w:r>
        <w:rPr>
          <w:b/>
        </w:rPr>
        <w:t xml:space="preserve">[28:49] </w:t>
      </w:r>
      <w:r>
        <w:t>is liye ke uski jo andar ki jo arzoo thi, jo jo jo andar ki jo talash thi, wo ek haqeeqat thi.</w:t>
      </w:r>
    </w:p>
    <w:p>
      <w:pPr>
        <w:jc w:val="right"/>
      </w:pPr>
      <w:r>
        <w:t>اس لیے کہ اس کی جو اندر کی جو عرش تھی، جو جو جو اندر کی جو تلاش تھی، وہ ایک حقیقت تھی۔</w:t>
      </w:r>
    </w:p>
    <w:p>
      <w:r>
        <w:rPr>
          <w:b/>
        </w:rPr>
        <w:t xml:space="preserve">[28:59] </w:t>
      </w:r>
      <w:r>
        <w:t>ek haqeeqat thi. wo is haqeeqat ka jawab nahi paya is</w:t>
      </w:r>
    </w:p>
    <w:p>
      <w:pPr>
        <w:jc w:val="right"/>
      </w:pPr>
      <w:r>
        <w:t>ایک حقیقت تھی۔ وہ اس حقیقت کا جواب نہیں پایا اس</w:t>
      </w:r>
    </w:p>
    <w:p>
      <w:r>
        <w:rPr>
          <w:b/>
        </w:rPr>
        <w:t xml:space="preserve">[29:02] </w:t>
      </w:r>
      <w:r>
        <w:t>ne. wo weakness nahi thi. wo farzi cheez nahi thi. jaise pyas, pyas jo hai, farzi cheez nahi hai, haqeeqat hai. ab pani na mile to tarp tarp ke marega.</w:t>
      </w:r>
    </w:p>
    <w:p>
      <w:pPr>
        <w:jc w:val="right"/>
      </w:pPr>
      <w:r>
        <w:t>نے۔ وہ ویکنس نہیں تھی۔ وہ فرضی چیز نہیں تھی۔ جیسے پیاس، پیاس جو ہے، فرضی چیز نہیں ہے، حقیقت ہے۔ اب پانی نہ ملے تو تڑپ تڑپ کے مرے گا۔</w:t>
      </w:r>
    </w:p>
    <w:p>
      <w:r>
        <w:rPr>
          <w:b/>
        </w:rPr>
        <w:t xml:space="preserve">[29:12] </w:t>
      </w:r>
      <w:r>
        <w:t>pyase ko pani na mile to tarp tarp ke marega. kyunke pyas hi haqeeqat hai.</w:t>
      </w:r>
    </w:p>
    <w:p>
      <w:pPr>
        <w:jc w:val="right"/>
      </w:pPr>
      <w:r>
        <w:t>پیاسے کو پانی نہ ملے تو تڑپ تڑپ کے مرے گا۔ کیونکہ پیاس ہی حقیقت ہے۔</w:t>
      </w:r>
    </w:p>
    <w:p>
      <w:r>
        <w:rPr>
          <w:b/>
        </w:rPr>
        <w:t xml:space="preserve">[29:21] </w:t>
      </w:r>
      <w:r>
        <w:t>to Einstein ko apne ek haqeeqi sawal ka jawab nahi mila, is liye wo mara mayusi mein.</w:t>
      </w:r>
    </w:p>
    <w:p>
      <w:pPr>
        <w:jc w:val="right"/>
      </w:pPr>
      <w:r>
        <w:t>تو آئنسٹین کو اپنے ایک حقیقی سوال کا جواب نہیں ملا، اس لیے وہ مرا مایوسی میں۔</w:t>
      </w:r>
    </w:p>
    <w:p>
      <w:r>
        <w:rPr>
          <w:b/>
        </w:rPr>
        <w:t xml:space="preserve">[29:30] </w:t>
      </w:r>
      <w:r>
        <w:t>yahan mujhe Quran ki ek ayat yaad aati hai. Quran mein dekhiye, Surah Yunus mein aap padhiye, ayat number 32.</w:t>
      </w:r>
    </w:p>
    <w:p>
      <w:pPr>
        <w:jc w:val="right"/>
      </w:pPr>
      <w:r>
        <w:t>یہاں مجھے قرآن کی ایک آیت یاد آتی ہے۔ قرآن میں دیکھیے، سورہ یونس میں آپ پڑھیے، آیت نمبر 32۔</w:t>
      </w:r>
    </w:p>
    <w:p>
      <w:r>
        <w:rPr>
          <w:b/>
        </w:rPr>
        <w:t xml:space="preserve">[29:44] </w:t>
      </w:r>
      <w:r>
        <w:t>Surah Yunus mein isi ka zikr hai, Allah ke wajood ka zikr hai.</w:t>
      </w:r>
    </w:p>
    <w:p>
      <w:pPr>
        <w:jc w:val="right"/>
      </w:pPr>
      <w:r>
        <w:t>سورہ یونس میں اسی کا ذکر ہے، اللہ کے وجود کا ذکر ہے۔</w:t>
      </w:r>
    </w:p>
    <w:p>
      <w:r>
        <w:rPr>
          <w:b/>
        </w:rPr>
        <w:t xml:space="preserve">[29:51] </w:t>
      </w:r>
      <w:r>
        <w:t>is mein nature ke phenomena bataye gaye hain ke dekho yeh cheez, yeh cheez, yeh cheez kya hai? yeh saboot hain ke is kainat ka ek ek creator hai, ek khalq hai, inke peeche ek taqat hai.</w:t>
      </w:r>
    </w:p>
    <w:p>
      <w:pPr>
        <w:jc w:val="right"/>
      </w:pPr>
      <w:r>
        <w:t>اس میں نیچر کے فیناومینا بتائے گئے ہیں کہ دیکھو یہ چیز، یہ چیز، یہ چیز کیا ہے؟ یہ ثبوت ہیں کہ اس کائنات کا ایک ایک کریٹر ہے، ایک خالق ہے، ان کے پیچھے ایک طاقت ہے۔</w:t>
      </w:r>
    </w:p>
    <w:p>
      <w:r>
        <w:rPr>
          <w:b/>
        </w:rPr>
        <w:t xml:space="preserve">[30:03] </w:t>
      </w:r>
      <w:r>
        <w:t>to iske baad yeh lafz aata hai ke "fama ba'da al-haqqi illa dalal".</w:t>
      </w:r>
    </w:p>
    <w:p>
      <w:pPr>
        <w:jc w:val="right"/>
      </w:pPr>
      <w:r>
        <w:t>تو اس کے بعد یہ لفظ آتا ہے کہ "فماذا بعد الحق علت ذلال"۔</w:t>
      </w:r>
    </w:p>
    <w:p>
      <w:r>
        <w:rPr>
          <w:b/>
        </w:rPr>
        <w:t xml:space="preserve">[30:12] </w:t>
      </w:r>
      <w:r>
        <w:t>iska matlab mere alfaaz mein yeh hai ke agar tum Khuda ka inkar karo</w:t>
      </w:r>
    </w:p>
    <w:p>
      <w:pPr>
        <w:jc w:val="right"/>
      </w:pPr>
      <w:r>
        <w:t>اس کا مطلب میرے الفاظ میں یہ ہے کہ اگر تم خدا کا انکار کرو</w:t>
      </w:r>
    </w:p>
    <w:p>
      <w:r>
        <w:rPr>
          <w:b/>
        </w:rPr>
        <w:t xml:space="preserve">[30:19] </w:t>
      </w:r>
      <w:r>
        <w:t>to is ke baad bhatkaao ke siwa kuch nahin. zilaal ke maani intellectuaal bhatkaao. is ka matlab kya hai? is par ghor kijiye.</w:t>
      </w:r>
    </w:p>
    <w:p>
      <w:pPr>
        <w:jc w:val="right"/>
      </w:pPr>
      <w:r>
        <w:t>تو اس کے بعد بھٹکاؤ کے سوا کچھ نہیں۔ ذلال کے معنی انٹلیکچول بھٹکاؤ۔ اس کا مطلب کیا ہے؟ اس پر غور کیجیے۔</w:t>
      </w:r>
    </w:p>
    <w:p>
      <w:r>
        <w:rPr>
          <w:b/>
        </w:rPr>
        <w:t xml:space="preserve">[30:30] </w:t>
      </w:r>
      <w:r>
        <w:t>What is intellectual bhatkaao?</w:t>
      </w:r>
    </w:p>
    <w:p>
      <w:pPr>
        <w:jc w:val="right"/>
      </w:pPr>
      <w:r>
        <w:t>واٹ از انٹلیکچول بھٹکاؤ؟</w:t>
      </w:r>
    </w:p>
    <w:p>
      <w:r>
        <w:rPr>
          <w:b/>
        </w:rPr>
        <w:t xml:space="preserve">[30:34] </w:t>
      </w:r>
      <w:r>
        <w:t>dekhiye, quran yeh kehna chahta hai ke agar tum is kainat ko explain karne ke liye khuda ko na maano, khuda ka inkaar kar do, tab bhi sawaal apni jagah par baqi rehta hai.</w:t>
      </w:r>
    </w:p>
    <w:p>
      <w:pPr>
        <w:jc w:val="right"/>
      </w:pPr>
      <w:r>
        <w:t>دیکھیے، قرآن یہ کہنا چاہتا ہے کہ اگر تم اس کائنات کو ایکسپلین کرنے کے لیے خدا کو نہ مانو، خدا کا انکار کر دو، تب بھی سوال اپنی جگہ پر باقی رہتا ہے۔</w:t>
      </w:r>
    </w:p>
    <w:p>
      <w:r>
        <w:rPr>
          <w:b/>
        </w:rPr>
        <w:t xml:space="preserve">[30:50] </w:t>
      </w:r>
      <w:r>
        <w:t>yaani "how to explain the phenomena of nature". "how to explain the harmony in nature". "how to explain the design in nature".</w:t>
      </w:r>
    </w:p>
    <w:p>
      <w:pPr>
        <w:jc w:val="right"/>
      </w:pPr>
      <w:r>
        <w:t>یعنی "ہاؤ ٹو ایکسپلین دا فیناومینا آف نیچر"۔ "ہاؤ ٹو ایکسپلین دا ہارمونی ان نیچر"۔ "ہاؤ ٹو ایکسپلین دا ڈیزائن ان نیچر"۔</w:t>
      </w:r>
    </w:p>
    <w:p>
      <w:r>
        <w:rPr>
          <w:b/>
        </w:rPr>
        <w:t xml:space="preserve">[31:01] </w:t>
      </w:r>
      <w:r>
        <w:t>yeh saari cheezein, saari cheezein, saari cheezein aap jis ko dekhte hain telescope se, microscope se, to sawaal to baqi raha. lekin chunke aap asal jo is ka jawab hai, us ko maanna chahte nahin,</w:t>
      </w:r>
    </w:p>
    <w:p>
      <w:pPr>
        <w:jc w:val="right"/>
      </w:pPr>
      <w:r>
        <w:t>یہ ساری چیزیں، ساری چیزیں، ساری چیزیں آپ جس کو دیکھتے ہیں ٹیلیسکوپ سے، مائیکروسکوپ سے، تو سوال تو باقی رہا۔ لیکن چونکہ آپ اصل جو اس کا جواب ہے، اس کو ماننا چاہتے نہیں،</w:t>
      </w:r>
    </w:p>
    <w:p>
      <w:r>
        <w:rPr>
          <w:b/>
        </w:rPr>
        <w:t xml:space="preserve">[31:17] </w:t>
      </w:r>
      <w:r>
        <w:t>yaani "existence of khuda", to kya hoga? aap bhatakte rahenge, bhatakte rahe, bhatakte rahenge.</w:t>
      </w:r>
    </w:p>
    <w:p>
      <w:pPr>
        <w:jc w:val="right"/>
      </w:pPr>
      <w:r>
        <w:t>یعنی "ایگزسٹنس آف گاڈ"، تو کیا ہوگا؟ آپ بھٹکتے رہیں گے، بھٹکتے رہیں، بھٹکتے رہیں گے۔</w:t>
      </w:r>
    </w:p>
    <w:p>
      <w:r>
        <w:rPr>
          <w:b/>
        </w:rPr>
        <w:t xml:space="preserve">[31:24] </w:t>
      </w:r>
      <w:r>
        <w:t>jaise pyaas ko bujhane ke liye aap paani na lein, aap pathar chabaein, aap doctor chabaein, to kya hoga?</w:t>
      </w:r>
    </w:p>
    <w:p>
      <w:pPr>
        <w:jc w:val="right"/>
      </w:pPr>
      <w:r>
        <w:t>جیسے پیاس کو بجھانے کے لیے آپ پانی نہ لیں، آپ پتھر چبائیں، آپ ڈاکٹر چبائیں، تو کیا ہوگا؟</w:t>
      </w:r>
    </w:p>
    <w:p>
      <w:r>
        <w:rPr>
          <w:b/>
        </w:rPr>
        <w:t xml:space="preserve">[31:33] </w:t>
      </w:r>
      <w:r>
        <w:t>woh bhatak bhatkenga, aap bhatkenga, aap lekin pyaas to bujhegi nahin.</w:t>
      </w:r>
    </w:p>
    <w:p>
      <w:pPr>
        <w:jc w:val="right"/>
      </w:pPr>
      <w:r>
        <w:t>وہ بھٹک بھٹکیں گے، آپ بھٹکیں گے، آپ لیکن پیاس تو بجھے گی نہیں۔</w:t>
      </w:r>
    </w:p>
    <w:p>
      <w:r>
        <w:rPr>
          <w:b/>
        </w:rPr>
        <w:t xml:space="preserve">[31:39] </w:t>
      </w:r>
      <w:r>
        <w:t>to "famaaza baad al-haq ilat zilaal" ka matlab yeh hai ke agar tum kainat ko explain karne ke liye khuda ko na maanoge to nateeja kya hoga?</w:t>
      </w:r>
    </w:p>
    <w:p>
      <w:pPr>
        <w:jc w:val="right"/>
      </w:pPr>
      <w:r>
        <w:t>تو "فماذا بعد الحق علت ذلال" کا مطلب یہ ہے کہ اگر تم کائنات کو ایکسپلین کرنے کے لیے خدا کو نہ مانو گے تو نتیجہ کیا ہوگا؟</w:t>
      </w:r>
    </w:p>
    <w:p>
      <w:r>
        <w:rPr>
          <w:b/>
        </w:rPr>
        <w:t xml:space="preserve">[31:51] </w:t>
      </w:r>
      <w:r>
        <w:t>intellectual bhatkaao to voice se aayega. wohi haalat hoga. philosopher bhatak rahe hain, scientist bhatak rahe hain, mayoosi mar rahe hain.</w:t>
      </w:r>
    </w:p>
    <w:p>
      <w:pPr>
        <w:jc w:val="right"/>
      </w:pPr>
      <w:r>
        <w:t>انٹلیکچول بھٹکاؤ تو وائس سے آئے گا۔ وہی حالت ہوگا۔ فلاسفر بھٹک رہے ہیں، سائنٹسٹ بھٹک رہے ہیں، مایوسی مر رہے ہیں۔</w:t>
      </w:r>
    </w:p>
    <w:p>
      <w:r>
        <w:rPr>
          <w:b/>
        </w:rPr>
        <w:t xml:space="preserve">[32:03] </w:t>
      </w:r>
      <w:r>
        <w:t>kesi ajeeb baat hai ke saare scientist ka scientific mind is par laga hua hai ke theory of everything daryaft karein.</w:t>
      </w:r>
    </w:p>
    <w:p>
      <w:pPr>
        <w:jc w:val="right"/>
      </w:pPr>
      <w:r>
        <w:t>کیسی عجیب بات ہے کہ سارے سائنٹسٹ کا سائنٹیفک مائنڈ اس پر لگا ہوا ہے کہ تھیوری آف ایوری تھنگ دریافت کریں۔</w:t>
      </w:r>
    </w:p>
    <w:p>
      <w:r>
        <w:rPr>
          <w:b/>
        </w:rPr>
        <w:t xml:space="preserve">[32:13] </w:t>
      </w:r>
      <w:r>
        <w:t>woh kya cheez hai? woh hai sab khuda ka substitute daryaft karna, khuda ka badal daryaft karna.</w:t>
      </w:r>
    </w:p>
    <w:p>
      <w:pPr>
        <w:jc w:val="right"/>
      </w:pPr>
      <w:r>
        <w:t>وہ کیا چیز ہے؟ وہ ہے سب خدا کا سبسٹیٹیوٹ دریافت کرنا، خدا کا بدل دریافت کرنا۔</w:t>
      </w:r>
    </w:p>
    <w:p>
      <w:r>
        <w:rPr>
          <w:b/>
        </w:rPr>
        <w:t xml:space="preserve">[32:24] </w:t>
      </w:r>
      <w:r>
        <w:t>yaani ek paani ka inkaar kar ke paani ka badal daryaft karna. kya yeh mumkin hai?</w:t>
      </w:r>
    </w:p>
    <w:p>
      <w:pPr>
        <w:jc w:val="right"/>
      </w:pPr>
      <w:r>
        <w:t>یعنی ایک پانی کا انکار کر کے پانی کا بدل دریافت کرنا۔ کیا یہ ممکن ہے؟</w:t>
      </w:r>
    </w:p>
    <w:p>
      <w:r>
        <w:rPr>
          <w:b/>
        </w:rPr>
        <w:t xml:space="preserve">[32:32] </w:t>
      </w:r>
      <w:r>
        <w:t>yeh aadmi pyaas se tadap raha hai aur paani ka inkaar karna chahta hai ke hum paani se humein pyaas nahin bujhana hai. to doosri jo bhi cheez tum daryaft karoge, pathar, lakri, kuch bhi,</w:t>
      </w:r>
    </w:p>
    <w:p>
      <w:pPr>
        <w:jc w:val="right"/>
      </w:pPr>
      <w:r>
        <w:t>یہ آدمی پیاس سے تڑپ رہا ہے اور پانی کا انکار کرنا چاہتا ہے کہ ہم پانی سے ہمیں پیاس نہیں بجھانا ہے۔ تو دوسری جو بھی چیز تم دریافت کرو گے، پتھر، لکڑی، کچھ بھی،</w:t>
      </w:r>
    </w:p>
    <w:p>
      <w:r>
        <w:rPr>
          <w:b/>
        </w:rPr>
        <w:t xml:space="preserve">[32:46] </w:t>
      </w:r>
      <w:r>
        <w:t>woh kya hoga? bhatka hoga. woh to yeh ayat jo hai, bohat ajeeb ayat hai. is ko aap log wapas ja kar phir se padhiyega, surah yunus mein</w:t>
      </w:r>
    </w:p>
    <w:p>
      <w:pPr>
        <w:jc w:val="right"/>
      </w:pPr>
      <w:r>
        <w:t>وہ کیا ہوگا؟ بھٹکا ہوگا۔ وہ تو یہ آیت جو ہے، بہت عجیب آیت ہے۔ اس کو آپ لوگ واپس جا کر پھر سے پڑھیے گا، سورہ یونس میں</w:t>
      </w:r>
    </w:p>
    <w:p>
      <w:r>
        <w:rPr>
          <w:b/>
        </w:rPr>
        <w:t xml:space="preserve">[32:58] </w:t>
      </w:r>
      <w:r>
        <w:t>ke allah ke wajood ka zikr kiya ke yeh hai kaun tum ko rizq deta hai, kaun zameen aasman ko control kiye hue hain waghera waghera.</w:t>
      </w:r>
    </w:p>
    <w:p>
      <w:pPr>
        <w:jc w:val="right"/>
      </w:pPr>
      <w:r>
        <w:t>کہ اللہ کے وجود کا ذکر کیا کہ یہ ہے کون تم کو رزق دیتا ہے، کون زمین آسمان کو کو کنٹرول کیے ہوئے ہیں وغیرہ وغیرہ۔</w:t>
      </w:r>
    </w:p>
    <w:p>
      <w:r>
        <w:rPr>
          <w:b/>
        </w:rPr>
        <w:t xml:space="preserve">[33:09] </w:t>
      </w:r>
      <w:r>
        <w:t>to "famaaza baad al-haq ilat zilaal" yaani agar tum allah ka inkaar na karo to kya hoga?</w:t>
      </w:r>
    </w:p>
    <w:p>
      <w:pPr>
        <w:jc w:val="right"/>
      </w:pPr>
      <w:r>
        <w:t>تو "فماذا بعد الحق علت ذلال" یعنی اگر تم اللہ کا انکار نہ کرو تو کیا ہوگا؟</w:t>
      </w:r>
    </w:p>
    <w:p>
      <w:r>
        <w:rPr>
          <w:b/>
        </w:rPr>
        <w:t xml:space="preserve">[33:18] </w:t>
      </w:r>
      <w:r>
        <w:t>tum intellectuaal bhatkaao mein pad jaoge kyunke kisi aur tareeqe se tum explain kar nahin paoge nature ko.</w:t>
      </w:r>
    </w:p>
    <w:p>
      <w:pPr>
        <w:jc w:val="right"/>
      </w:pPr>
      <w:r>
        <w:t>تم انٹلیکچول بھٹکاؤ میں پڑ جاؤ گے کیونکہ کسی اور طریقے سے تم ایکسپلین کر نہیں پاؤ گے نیچر کو۔</w:t>
      </w:r>
    </w:p>
    <w:p>
      <w:r>
        <w:rPr>
          <w:b/>
        </w:rPr>
        <w:t xml:space="preserve">[33:28] </w:t>
      </w:r>
      <w:r>
        <w:t>jaise jaise koi paani ka inkaar kar de to pyaas nahin bujha payega. woh hazaar cheezein khaaye piye, hazaar cheezein munh mein daale, kisi se, hatta ke</w:t>
      </w:r>
    </w:p>
    <w:p>
      <w:pPr>
        <w:jc w:val="right"/>
      </w:pPr>
      <w:r>
        <w:t>جیسے جیسے کوئی پانی کا انکار کر دے تو پیاس نہیں بجھا پائے گا۔ وہ ہزار چیزیں کھائے پیے، ہزار چیزیں منہ میں ڈالے، کسی سے، حتی کہ</w:t>
      </w:r>
    </w:p>
    <w:p>
      <w:r>
        <w:rPr>
          <w:b/>
        </w:rPr>
        <w:t xml:space="preserve">[33:44] </w:t>
      </w:r>
      <w:r>
        <w:t>petrol bazoher paani ki shakal ka hota hai, us ko bhi aap pee lein, tab bhi pyaas nahin bujhegi. to yeh hai matlab "famaaza baad al-haq ilat zilaal" ka</w:t>
      </w:r>
    </w:p>
    <w:p>
      <w:pPr>
        <w:jc w:val="right"/>
      </w:pPr>
      <w:r>
        <w:t>پیٹرول بظاہر پانی کی شکل کا ہوتا ہے، اس کو بھی آپ پی لیں، تب بھی پیاس نہیں بجھے گی۔ تو یہ ہے مطلب "فماذا بعد الحق علت ذلال" کا</w:t>
      </w:r>
    </w:p>
    <w:p>
      <w:r>
        <w:rPr>
          <w:b/>
        </w:rPr>
        <w:t xml:space="preserve">[33:57] </w:t>
      </w:r>
      <w:r>
        <w:t>kyunke insaan kaise na soche? us ko sochna hi padega. yeh to mumkin nahin ke aap aap ka mind na soche.</w:t>
      </w:r>
    </w:p>
    <w:p>
      <w:pPr>
        <w:jc w:val="right"/>
      </w:pPr>
      <w:r>
        <w:t>کیونکہ انسان کیسے نہ سوچے؟ اس کو سوچنا ہی پڑے گا۔ یہ تو ممکن نہیں کہ آپ آپ کا مائنڈ نہ سوچے۔</w:t>
      </w:r>
    </w:p>
    <w:p>
      <w:r>
        <w:rPr>
          <w:b/>
        </w:rPr>
        <w:t xml:space="preserve">[34:15] </w:t>
      </w:r>
      <w:r>
        <w:t>is tasveer ko mein aksar dekhta rehta hoon. yeh</w:t>
      </w:r>
    </w:p>
    <w:p>
      <w:pPr>
        <w:jc w:val="right"/>
      </w:pPr>
      <w:r>
        <w:t>اس تصویر کو میں اکثر دیکھتا رہتا ہوں۔ یہ</w:t>
      </w:r>
    </w:p>
    <w:p>
      <w:r>
        <w:rPr>
          <w:b/>
        </w:rPr>
        <w:t xml:space="preserve">[34:21] </w:t>
      </w:r>
      <w:r>
        <w:t>space mein jo observatory banai gayi hai, aap jante hain ke zameen se agar hum jo observatory banai gayi, zameen mein sab se pehle ool umr observatory banai gayi thi zameen par.</w:t>
      </w:r>
    </w:p>
    <w:p>
      <w:pPr>
        <w:jc w:val="right"/>
      </w:pPr>
      <w:r>
        <w:t>اسپیس میں جو ابزرویٹی بنائی گئی ہے، آپ جانتے ہیں کہ زمین سے اگر ہم جو ابزرویٹی بنائی گئی، زمین میں سب سے پہلے اول عمر ابزرویٹی بنائی گئی تھی زمین پر۔</w:t>
      </w:r>
    </w:p>
    <w:p>
      <w:r>
        <w:rPr>
          <w:b/>
        </w:rPr>
        <w:t xml:space="preserve">[34:37] </w:t>
      </w:r>
      <w:r>
        <w:t>ab jo hai phir hubble observatory banai gayi</w:t>
      </w:r>
    </w:p>
    <w:p>
      <w:pPr>
        <w:jc w:val="right"/>
      </w:pPr>
      <w:r>
        <w:t>اب جو ہے پھر ہبل ابزرویٹی بنائی گئی</w:t>
      </w:r>
    </w:p>
    <w:p>
      <w:r>
        <w:rPr>
          <w:b/>
        </w:rPr>
        <w:t xml:space="preserve">[34:40] </w:t>
      </w:r>
      <w:r>
        <w:t>. ab space observatory hai, yaani poora ek ek masnooi sayare ki shakal mein upar space se bheja bheja jata hai.</w:t>
      </w:r>
    </w:p>
    <w:p>
      <w:pPr>
        <w:jc w:val="right"/>
      </w:pPr>
      <w:r>
        <w:t>۔ اب اسپیس ابزرویٹری ہے، یعنی پورا ایک ایک مصنوعی سیارے کی شکل میں اوپر اسپیس سے بھیجا بھیجا جاتا ہے۔</w:t>
      </w:r>
    </w:p>
    <w:p>
      <w:r>
        <w:rPr>
          <w:b/>
        </w:rPr>
        <w:t xml:space="preserve">[34:51] </w:t>
      </w:r>
      <w:r>
        <w:t>wahan par</w:t>
      </w:r>
    </w:p>
    <w:p>
      <w:pPr>
        <w:jc w:val="right"/>
      </w:pPr>
      <w:r>
        <w:t>وہاں پر</w:t>
      </w:r>
    </w:p>
    <w:p>
      <w:r>
        <w:rPr>
          <w:b/>
        </w:rPr>
        <w:t xml:space="preserve">[34:55] </w:t>
      </w:r>
      <w:r>
        <w:t>durbin nasb hoti hain, telescope nasb hota hai, wahan se woh photo leta hai. yeh iska photo hai. yeh yeh photo zameen se mumkin nahi hai, zameen ki fiza se bahar ja ke hota hai.</w:t>
      </w:r>
    </w:p>
    <w:p>
      <w:pPr>
        <w:jc w:val="right"/>
      </w:pPr>
      <w:r>
        <w:t>دوربین نصب ہوتی ہیں، ٹیلیسکوپ نصب ہوتا ہے، وہاں سے وہ فوٹو لیتا ہے۔ یہ اس کا فوٹو ہے۔ یہ یہ فوٹو زمین سے ممکن نہیں ہے، زمین کی فضا سے باہر جا کے ہوتا ہے۔</w:t>
      </w:r>
    </w:p>
    <w:p>
      <w:r>
        <w:rPr>
          <w:b/>
        </w:rPr>
        <w:t xml:space="preserve">[35:10] </w:t>
      </w:r>
      <w:r>
        <w:t>toh main is ko dekhta rehta hoon ke itni bari galaxy hai, itni bari galaxy hai, is ke ek bohat goshe mein hamara solar system hai.</w:t>
      </w:r>
    </w:p>
    <w:p>
      <w:pPr>
        <w:jc w:val="right"/>
      </w:pPr>
      <w:r>
        <w:t>تو میں اس کو دیکھتا رہتا ہوں کہ اتنی بڑی گلیکسی ہے، اتنی بڑی گلیکسی ہے، اس کے ایک بہت گوشے میں ہمارا سولر سسٹم ہے۔</w:t>
      </w:r>
    </w:p>
    <w:p>
      <w:r>
        <w:rPr>
          <w:b/>
        </w:rPr>
        <w:t xml:space="preserve">[35:22] </w:t>
      </w:r>
      <w:r>
        <w:t>kyun ke zameen par dekhiye, pani aur plant aur animal aur insan sab ko bohat hi munasib heat chahiye.</w:t>
      </w:r>
    </w:p>
    <w:p>
      <w:pPr>
        <w:jc w:val="right"/>
      </w:pPr>
      <w:r>
        <w:t>کیونکہ زمین پر دیکھیے، پانی اور پلانٹ اور اینیمل اور انسان سب کو بہت ہی مناسب ہیٹ چاہیے۔</w:t>
      </w:r>
    </w:p>
    <w:p>
      <w:r>
        <w:rPr>
          <w:b/>
        </w:rPr>
        <w:t xml:space="preserve">[35:34] </w:t>
      </w:r>
      <w:r>
        <w:t>agar ziyada heat ho, pani bhap ban jaye, sare plant mar jayen, sare animal khatam ho jayen, insan khatam ho jayen, bohat hi mutanasib heat, bohat hi tanasub ke sath, bohat hi proportionatly heat hum ko chahiye.</w:t>
      </w:r>
    </w:p>
    <w:p>
      <w:pPr>
        <w:jc w:val="right"/>
      </w:pPr>
      <w:r>
        <w:t>اگر زیادہ ہیٹ ہو، پانی بھاپ بن جائے، سارے پلانٹ مر جائیں، سارے اینیمل ختم ہو جائیں، انسان ختم ہو جائیں، بہت ہی متناسب ہیٹ، بہت ہی تناسب کے ساتھ، بہت ہی پروپورشنٹلی ہیٹ ہم کو چاہیے۔</w:t>
      </w:r>
    </w:p>
    <w:p>
      <w:r>
        <w:rPr>
          <w:b/>
        </w:rPr>
        <w:t xml:space="preserve">[35:54] </w:t>
      </w:r>
      <w:r>
        <w:t>toh kis ne, kaun tha woh jis ne yahan locate kiya solar system?</w:t>
      </w:r>
    </w:p>
    <w:p>
      <w:pPr>
        <w:jc w:val="right"/>
      </w:pPr>
      <w:r>
        <w:t>تو کس نے، کون تھا وہ جس نے یہاں لوکیٹ کیا سولر سسٹم؟</w:t>
      </w:r>
    </w:p>
    <w:p>
      <w:r>
        <w:rPr>
          <w:b/>
        </w:rPr>
        <w:t xml:space="preserve">[36:00] </w:t>
      </w:r>
      <w:r>
        <w:t>jis ne yeh jana ke agar yahan hoga toh sab kuch khatam ho jayega. phir na civilization hai, na zindagi hai, na life support system hai, na kuch hai, na kuch hai.</w:t>
      </w:r>
    </w:p>
    <w:p>
      <w:pPr>
        <w:jc w:val="right"/>
      </w:pPr>
      <w:r>
        <w:t>جس نے یہ جانا کہ اگر یہاں ہوگا تو سب کچھ ختم ہو جائے گا۔ پھر نہ سیولائزیشن ہے، نہ زندگی ہے، نہ لائف سپورٹ سسٹم ہے، نہ کچھ ہے، نہ کچھ ہے۔</w:t>
      </w:r>
    </w:p>
    <w:p>
      <w:r>
        <w:rPr>
          <w:b/>
        </w:rPr>
        <w:t xml:space="preserve">[36:12] </w:t>
      </w:r>
      <w:r>
        <w:t>bhai, ek sunsaan duniya hogi. kis ne jana? woh kaun jis ne hum ko sunsaan duniya se bacha liya ke hum yahan zinda hain, hum khate peete hain, hum chalte phirte hain?</w:t>
      </w:r>
    </w:p>
    <w:p>
      <w:pPr>
        <w:jc w:val="right"/>
      </w:pPr>
      <w:r>
        <w:t>بھئی، ایک سنسان دنیا ہوگی۔ کس نے جانا؟ وہ کون جس نے ہم کو سنسان دنیا سے بچا لیا کہ ہم یہاں زندہ ہیں، ہم کھاتے پیتے ہیں، ہم چلتے پھرتے ہیں؟</w:t>
      </w:r>
    </w:p>
    <w:p>
      <w:r>
        <w:rPr>
          <w:b/>
        </w:rPr>
        <w:t xml:space="preserve">[36:29] </w:t>
      </w:r>
      <w:r>
        <w:t>warna yeh sab kuch bhi na hota. toh kis ne jana ke ek hashiye par rakha hamare solar system ko, beech mein nahi rakha?</w:t>
      </w:r>
    </w:p>
    <w:p>
      <w:pPr>
        <w:jc w:val="right"/>
      </w:pPr>
      <w:r>
        <w:t>ورنہ یہ سب کچھ بھی نہ ہوتا۔ تو کس نے جانا کہ ایک حاشیے پر رکھا ہمارے سولر سسٹم کو، بیچ میں نہیں رکھا؟</w:t>
      </w:r>
    </w:p>
    <w:p>
      <w:r>
        <w:rPr>
          <w:b/>
        </w:rPr>
        <w:t xml:space="preserve">[36:40] </w:t>
      </w:r>
      <w:r>
        <w:t>aise million an billion phenomena hain. toh kaise insan deny kar sakta hai ke na soche is ko?</w:t>
      </w:r>
    </w:p>
    <w:p>
      <w:pPr>
        <w:jc w:val="right"/>
      </w:pPr>
      <w:r>
        <w:t>ایسے ملین ان بلین فیناومینا ہیں۔ تو کیسے انسان ڈینائی کر سکتا ہے کہ نہ سوچے اس کو؟</w:t>
      </w:r>
    </w:p>
    <w:p>
      <w:r>
        <w:rPr>
          <w:b/>
        </w:rPr>
        <w:t xml:space="preserve">[36:49] </w:t>
      </w:r>
      <w:r>
        <w:t>kaise? kaise deny kar sakta hai ke na soche is ko? sochna padega.</w:t>
      </w:r>
    </w:p>
    <w:p>
      <w:pPr>
        <w:jc w:val="right"/>
      </w:pPr>
      <w:r>
        <w:t>کیسے؟ کیسے ڈینائی کر سکتا ہے کہ نہ سوچے اس کو؟ سوچنا پڑے گا۔</w:t>
      </w:r>
    </w:p>
    <w:p>
      <w:r>
        <w:rPr>
          <w:b/>
        </w:rPr>
        <w:t xml:space="preserve">[36:58] </w:t>
      </w:r>
      <w:r>
        <w:t>chuna che dekhiye, ek khabar aayi thi, agar aap ne dekha ho media mein ke 13 billion saal pehle big bang hua tha.</w:t>
      </w:r>
    </w:p>
    <w:p>
      <w:pPr>
        <w:jc w:val="right"/>
      </w:pPr>
      <w:r>
        <w:t>چنانچہ دیکھیے، ایک خبر آئی تھی، اگر آپ نے دیکھا ہو میڈیا میں کہ 13 بلین سال پہلے بگ بینگ ہوا تھا۔</w:t>
      </w:r>
    </w:p>
    <w:p>
      <w:r>
        <w:rPr>
          <w:b/>
        </w:rPr>
        <w:t xml:space="preserve">[37:11] </w:t>
      </w:r>
      <w:r>
        <w:t>13 billion saal pehle taqreeban. toh jab woh big bang hua tha toh kuch lehrein nikli, jis ko ripples kehte hain.</w:t>
      </w:r>
    </w:p>
    <w:p>
      <w:pPr>
        <w:jc w:val="right"/>
      </w:pPr>
      <w:r>
        <w:t>13 بلین سال پہلے تقریباً۔ تو جب وہ بگ بینگ ہوا تھا تو کچھ لہریں نکلیں، جس کو ریپلز کہتے ہیں۔</w:t>
      </w:r>
    </w:p>
    <w:p>
      <w:r>
        <w:rPr>
          <w:b/>
        </w:rPr>
        <w:t xml:space="preserve">[37:21] </w:t>
      </w:r>
      <w:r>
        <w:t>ripples, R I double P L E, ripples.</w:t>
      </w:r>
    </w:p>
    <w:p>
      <w:pPr>
        <w:jc w:val="right"/>
      </w:pPr>
      <w:r>
        <w:t>ریپلز، آر آئی ڈبل پی ایل ای، ریپلز۔</w:t>
      </w:r>
    </w:p>
    <w:p>
      <w:r>
        <w:rPr>
          <w:b/>
        </w:rPr>
        <w:t xml:space="preserve">[37:25] </w:t>
      </w:r>
      <w:r>
        <w:t>is ki lehrein ab bhi space mein maujood hain. yani 13 billion saal pehle jo big bang hua, jis ke nateejay mein yeh hamari universe bani.</w:t>
      </w:r>
    </w:p>
    <w:p>
      <w:pPr>
        <w:jc w:val="right"/>
      </w:pPr>
      <w:r>
        <w:t>اس کی لہریں اب بھی اسپیس میں موجود ہیں۔ یعنی 13 بلین سال پہلے جو بگ بینگ ہوا، جس کے نتیجے میں یہ ہماری یونیورس بنی۔</w:t>
      </w:r>
    </w:p>
    <w:p>
      <w:r>
        <w:rPr>
          <w:b/>
        </w:rPr>
        <w:t xml:space="preserve">[37:43] </w:t>
      </w:r>
      <w:r>
        <w:t>toh big bang khud ek ajeeb o ghareeb waqea hai.</w:t>
      </w:r>
    </w:p>
    <w:p>
      <w:pPr>
        <w:jc w:val="right"/>
      </w:pPr>
      <w:r>
        <w:t>تو بگ بینگ خود ایک عجیب و غریب واقعہ ہے۔</w:t>
      </w:r>
    </w:p>
    <w:p>
      <w:r>
        <w:rPr>
          <w:b/>
        </w:rPr>
        <w:t xml:space="preserve">[37:47] </w:t>
      </w:r>
      <w:r>
        <w:t>dekhiye, science ka jo study hai, woh batati hai ke 13 billion saal pehle ek cosmic ball tha, bohat bara.</w:t>
      </w:r>
    </w:p>
    <w:p>
      <w:pPr>
        <w:jc w:val="right"/>
      </w:pPr>
      <w:r>
        <w:t>دیکھیے، سائنس کا جو اسٹڈی ہے، وہ بتاتی ہے کہ 13 بلین سال پہلے ایک کاسمک بال تھا، بہت بڑا۔</w:t>
      </w:r>
    </w:p>
    <w:p>
      <w:r>
        <w:rPr>
          <w:b/>
        </w:rPr>
        <w:t xml:space="preserve">[37:57] </w:t>
      </w:r>
      <w:r>
        <w:t>is cosmic ball mein woh sare particle the, jis jo aaj universe ka hissa hain. hamari universe, woh jo phaili hui universe hai, is ka jo hissa hai, woh sare particle is mein, is mein bohat hi compact halat mein the,</w:t>
      </w:r>
    </w:p>
    <w:p>
      <w:pPr>
        <w:jc w:val="right"/>
      </w:pPr>
      <w:r>
        <w:t>اس کاسمک بال میں وہ سارے پارٹیکل تھے، جس جو آج یونیورس کا حصہ ہیں۔ ہماری یونیورس، وہ جو پھیلی ہوئی یونیورس ہے، اس کا جو حصہ ہے، وہ سارے پارٹیکل اس میں، اس میں بہت ہی کمپیکٹ حالت میں تھے،</w:t>
      </w:r>
    </w:p>
    <w:p>
      <w:r>
        <w:rPr>
          <w:b/>
        </w:rPr>
        <w:t xml:space="preserve">[38:12] </w:t>
      </w:r>
      <w:r>
        <w:t>bohat compact halat mein.</w:t>
      </w:r>
    </w:p>
    <w:p>
      <w:pPr>
        <w:jc w:val="right"/>
      </w:pPr>
      <w:r>
        <w:t>بہت کمپیکٹ حالت میں۔</w:t>
      </w:r>
    </w:p>
    <w:p>
      <w:r>
        <w:rPr>
          <w:b/>
        </w:rPr>
        <w:t xml:space="preserve">[38:15] </w:t>
      </w:r>
      <w:r>
        <w:t>toh particle ko compact hone ke liye zaroori hai ke is mein mass ho, M A double S mass. agar mass na ho toh compact halat mein nahi ho sakte woh.</w:t>
      </w:r>
    </w:p>
    <w:p>
      <w:pPr>
        <w:jc w:val="right"/>
      </w:pPr>
      <w:r>
        <w:t>تو پارٹیکل کو کمپیکٹ ہونے کے لیے ضروری ہے کہ اس میں ماس ہو، ایم اے ڈبل ایس ماس۔ اگر ماس نہ ہو تو کمپیکٹ حالت میں نہیں ہو سکتے وہ۔</w:t>
      </w:r>
    </w:p>
    <w:p>
      <w:r>
        <w:rPr>
          <w:b/>
        </w:rPr>
        <w:t xml:space="preserve">[38:26] </w:t>
      </w:r>
      <w:r>
        <w:t>aur jab tak mass hai, tab tak compact hi rahenge woh.</w:t>
      </w:r>
    </w:p>
    <w:p>
      <w:pPr>
        <w:jc w:val="right"/>
      </w:pPr>
      <w:r>
        <w:t>اور جب تک ماس ہے، تب تک کمپیکٹ ہی رہیں گے وہ۔</w:t>
      </w:r>
    </w:p>
    <w:p>
      <w:r>
        <w:rPr>
          <w:b/>
        </w:rPr>
        <w:t xml:space="preserve">[38:32] </w:t>
      </w:r>
      <w:r>
        <w:t>phir yeh batati hai, yani big bang theory, ke in mein phir explosion hua.</w:t>
      </w:r>
    </w:p>
    <w:p>
      <w:pPr>
        <w:jc w:val="right"/>
      </w:pPr>
      <w:r>
        <w:t>پھر یہ بتاتی ہے، یعنی بگ بینگ تھیوری، کہ ان میں پھر ایکسپلوژن ہوا۔</w:t>
      </w:r>
    </w:p>
    <w:p>
      <w:r>
        <w:rPr>
          <w:b/>
        </w:rPr>
        <w:t xml:space="preserve">[38:40] </w:t>
      </w:r>
      <w:r>
        <w:t>woh sare, yani sare jo particle the, woh disintegrate ho gaye. lekin yeh kaise mumkin hua?</w:t>
      </w:r>
    </w:p>
    <w:p>
      <w:pPr>
        <w:jc w:val="right"/>
      </w:pPr>
      <w:r>
        <w:t>وہ سارے، یعنی سارے جو پارٹیکل تھے، وہ ڈس انٹیگریٹ ہو گئے۔ لیکن یہ کیسے ممکن ہوا؟</w:t>
      </w:r>
    </w:p>
    <w:p>
      <w:r>
        <w:rPr>
          <w:b/>
        </w:rPr>
        <w:t xml:space="preserve">[38:49] </w:t>
      </w:r>
      <w:r>
        <w:t>jab is ka mass khatam ho jaye. particle ka mass jab khatam hoga, tab woh disintegration hoga.</w:t>
      </w:r>
    </w:p>
    <w:p>
      <w:pPr>
        <w:jc w:val="right"/>
      </w:pPr>
      <w:r>
        <w:t>جب اس کا ماس ختم ہو جائے۔ پارٹیکل کا ماس جب ختم ہوگا، تب وہ ڈس انٹیگریشن ہوگا۔</w:t>
      </w:r>
    </w:p>
    <w:p>
      <w:r>
        <w:rPr>
          <w:b/>
        </w:rPr>
        <w:t xml:space="preserve">[38:57] </w:t>
      </w:r>
      <w:r>
        <w:t>warna toh aapas mein jure rahenge woh.</w:t>
      </w:r>
    </w:p>
    <w:p>
      <w:pPr>
        <w:jc w:val="right"/>
      </w:pPr>
      <w:r>
        <w:t>ورنہ تو آپس میں جڑے رہیں گے وہ۔</w:t>
      </w:r>
    </w:p>
    <w:p>
      <w:r>
        <w:rPr>
          <w:b/>
        </w:rPr>
        <w:t xml:space="preserve">[39:02] </w:t>
      </w:r>
      <w:r>
        <w:t>to ek lamhe ke liye mass khatm hua, phir dobara woh, yaani un ki jo raftaar kam hui, yeh bohat hi tezi se bhaag rahe thay, ek lakh 86 hazar meil fi second ki raftaar se bhaag rahe thay.</w:t>
      </w:r>
    </w:p>
    <w:p>
      <w:pPr>
        <w:jc w:val="right"/>
      </w:pPr>
      <w:r>
        <w:t>تو ایک لمحے کے لیے ماس ختم ہوا، پھر دوبارہ وہ، یعنی ان کی جو رفتار کم ہوئی، یہ بہت ہی تیزی سے بھاگ رہے تھے، ایک لاکھ 86 ہزار میل فی سیکنڈ کی رفتار سے بھاگ رہے تھے۔</w:t>
      </w:r>
    </w:p>
    <w:p>
      <w:r>
        <w:rPr>
          <w:b/>
        </w:rPr>
        <w:t xml:space="preserve">[39:20] </w:t>
      </w:r>
      <w:r>
        <w:t>phir un ki raftaar kam hui, kam ho kar phir woh sitare aur siyare bane. lekin yeh jo kam hui, to kab kam hui? jab ke dobara mein mass aa gaya.</w:t>
      </w:r>
    </w:p>
    <w:p>
      <w:pPr>
        <w:jc w:val="right"/>
      </w:pPr>
      <w:r>
        <w:t>پھر ان کی رفتار کم ہوئی، کم ہو کر پھر وہ ستارے اور سیارے بنے۔ لیکن یہ جو کم ہوئی، تو کب کم ہوئی؟ جب کہ دوبارہ میں ماس آ گیا۔</w:t>
      </w:r>
    </w:p>
    <w:p>
      <w:r>
        <w:rPr>
          <w:b/>
        </w:rPr>
        <w:t xml:space="preserve">[39:31] </w:t>
      </w:r>
      <w:r>
        <w:t>yeh kaun hai jis ne mass ko khatm kiya? phir kaun hai jis ne mass ko laya? maine kaha, ajeeb o ghareeb drama hai yeh. ajeeb o ghareeb drama hai.</w:t>
      </w:r>
    </w:p>
    <w:p>
      <w:pPr>
        <w:jc w:val="right"/>
      </w:pPr>
      <w:r>
        <w:t>یہ کون ہے جس نے ماس کو ختم کیا؟ پھر کون ہے جس نے ماس کو لایا؟ میں نے کہا، عجیب و غریب ڈرامہ ہے یہ۔ عجیب و غریب ڈرامہ ہے۔</w:t>
      </w:r>
    </w:p>
    <w:p>
      <w:r>
        <w:rPr>
          <w:b/>
        </w:rPr>
        <w:t xml:space="preserve">[39:43] </w:t>
      </w:r>
      <w:r>
        <w:t>is drama ki, yaani abhi bhi is ka ek record maujood hai space mein, jis ko ripples kehte hain.</w:t>
      </w:r>
    </w:p>
    <w:p>
      <w:pPr>
        <w:jc w:val="right"/>
      </w:pPr>
      <w:r>
        <w:t>اس ڈرامے کی، یعنی ابھی بھی اس کا ایک ریکارڈ موجود ہے اسپیس میں، جس کو ریپلز کہتے ہیں۔</w:t>
      </w:r>
    </w:p>
    <w:p>
      <w:r>
        <w:rPr>
          <w:b/>
        </w:rPr>
        <w:t xml:space="preserve">[39:54] </w:t>
      </w:r>
      <w:r>
        <w:t>جب سائنس دانوں نے اس ripples کو دیکھا،</w:t>
      </w:r>
    </w:p>
    <w:p>
      <w:pPr>
        <w:jc w:val="right"/>
      </w:pPr>
      <w:r>
        <w:t>جب سائنس دانوں نے اس ریپلز کو دیکھا،</w:t>
      </w:r>
    </w:p>
    <w:p>
      <w:r>
        <w:rPr>
          <w:b/>
        </w:rPr>
        <w:t xml:space="preserve">[39:58] </w:t>
      </w:r>
      <w:r>
        <w:t>یعنی اسپیس کے مشاہدے کے ذریعے سے، تو ایک سائنس دان کہہ پڑا، "It is like seeing the</w:t>
      </w:r>
    </w:p>
    <w:p>
      <w:pPr>
        <w:jc w:val="right"/>
      </w:pPr>
      <w:r>
        <w:t>یعنی اسپیس کے مشاہدے کے ذریعے سے، تو ایک سائنس دان کہہ پڑا، "اٹ از لائک سینگ دا</w:t>
      </w:r>
    </w:p>
    <w:p>
      <w:r>
        <w:rPr>
          <w:b/>
        </w:rPr>
        <w:t xml:space="preserve">[40:06] </w:t>
      </w:r>
      <w:r>
        <w:t>writing of god."</w:t>
      </w:r>
    </w:p>
    <w:p>
      <w:pPr>
        <w:jc w:val="right"/>
      </w:pPr>
      <w:r>
        <w:t>رائٹنگ اف گاڈ۔"</w:t>
      </w:r>
    </w:p>
    <w:p>
      <w:r>
        <w:rPr>
          <w:b/>
        </w:rPr>
        <w:t xml:space="preserve">[40:08] </w:t>
      </w:r>
      <w:r>
        <w:t>اس ریپلز کو جب دیکھا، اس نے تو اس نے کہا کہ "It is like seeing the writing</w:t>
      </w:r>
    </w:p>
    <w:p>
      <w:pPr>
        <w:jc w:val="right"/>
      </w:pPr>
      <w:r>
        <w:t>اس ریپلز کو جب دیکھا، اس نے تو اس نے کہا کہ "اٹ از لائک سینگ دا رائٹنگ</w:t>
      </w:r>
    </w:p>
    <w:p>
      <w:r>
        <w:rPr>
          <w:b/>
        </w:rPr>
        <w:t xml:space="preserve">[40:13] </w:t>
      </w:r>
      <w:r>
        <w:t>of god, hand writing of god."</w:t>
      </w:r>
    </w:p>
    <w:p>
      <w:pPr>
        <w:jc w:val="right"/>
      </w:pPr>
      <w:r>
        <w:t>اف گاڈ، ہینڈ رائٹنگ اف گاڈ۔"</w:t>
      </w:r>
    </w:p>
    <w:p>
      <w:r>
        <w:rPr>
          <w:b/>
        </w:rPr>
        <w:t xml:space="preserve">[40:16] </w:t>
      </w:r>
      <w:r>
        <w:t>"It is like seeing the handwriting of God."</w:t>
      </w:r>
    </w:p>
    <w:p>
      <w:pPr>
        <w:jc w:val="right"/>
      </w:pPr>
      <w:r>
        <w:t>"اٹ از لائک سینگ دا ہینڈ رائٹنگ اف گاڈ۔"</w:t>
      </w:r>
    </w:p>
    <w:p>
      <w:r>
        <w:rPr>
          <w:b/>
        </w:rPr>
        <w:t xml:space="preserve">[40:27] </w:t>
      </w:r>
      <w:r>
        <w:t>ek aur science ne kaha, "who was that God who write this science?" to yeh saari cheezein hum se zyada jaanta hai scientific mind.</w:t>
      </w:r>
    </w:p>
    <w:p>
      <w:pPr>
        <w:jc w:val="right"/>
      </w:pPr>
      <w:r>
        <w:t>ایک اور سائنس نے کہا، "ہو واز دیٹ گاڈ ہو رائٹ دی سائنس؟" تو یہ ساری چیزیں ہم سے زیادہ جانتا ہے سائنٹیفک مائنڈ۔</w:t>
      </w:r>
    </w:p>
    <w:p>
      <w:r>
        <w:rPr>
          <w:b/>
        </w:rPr>
        <w:t xml:space="preserve">[40:39] </w:t>
      </w:r>
      <w:r>
        <w:t>to subah shaam raat din bechain rehta hai ke kaise is ko explain kare, is ma'nawiyat ko, is wisdom ko, is harmony ko, is is design ko kaise explain kare.</w:t>
      </w:r>
    </w:p>
    <w:p>
      <w:pPr>
        <w:jc w:val="right"/>
      </w:pPr>
      <w:r>
        <w:t>تو صبح شام رات دن بے چین رہتا ہے کہ کیسے اس کو ایکسپلین کرے، اس معنویت کو، اس وزڈم کو، اس ہارمونی کو، اس اس ڈیزائن کو کیسے ایکسپلین کرے۔</w:t>
      </w:r>
    </w:p>
    <w:p>
      <w:r>
        <w:rPr>
          <w:b/>
        </w:rPr>
        <w:t xml:space="preserve">[40:56] </w:t>
      </w:r>
      <w:r>
        <w:t>to chounke woh Khuda ko nahi maanna chahta, is liye woh theory of everything mein pada hua hai, jis ka koi wajood nahi, jis ka koi koi wajood nahi.</w:t>
      </w:r>
    </w:p>
    <w:p>
      <w:pPr>
        <w:jc w:val="right"/>
      </w:pPr>
      <w:r>
        <w:t>تو چونکہ وہ خدا کو نہیں ماننا چاہتا، اس لیے وہ تھیوری آف ایوری تھنگ میں پڑا ہوا ہے، جس کا کوئی وجود نہیں، جس کا کوئی کوئی وجود نہیں۔</w:t>
      </w:r>
    </w:p>
    <w:p>
      <w:r>
        <w:rPr>
          <w:b/>
        </w:rPr>
        <w:t xml:space="preserve">[41:12] </w:t>
      </w:r>
      <w:r>
        <w:t>jis tarah se patharon mein pani ka wajood nahi, aap pani ko patharon mein talash karein to kahan paayenge aap?</w:t>
      </w:r>
    </w:p>
    <w:p>
      <w:pPr>
        <w:jc w:val="right"/>
      </w:pPr>
      <w:r>
        <w:t>جس طرح سے پتھروں میں پانی کا وجود نہیں، آپ پانی کو پتھروں میں تلاش کریں تو کہاں پائیں گے آپ؟</w:t>
      </w:r>
    </w:p>
    <w:p>
      <w:r>
        <w:rPr>
          <w:b/>
        </w:rPr>
        <w:t xml:space="preserve">[41:22] </w:t>
      </w:r>
      <w:r>
        <w:t>pani to darya mein milega, samandar mein milega, patharon mein to milega nahi. to piyas se bechain ho ho kar koi kankaron aur patharon mein pani talash kare, wahi haal hai in saare scientist logon ka, including Einstein.</w:t>
      </w:r>
    </w:p>
    <w:p>
      <w:pPr>
        <w:jc w:val="right"/>
      </w:pPr>
      <w:r>
        <w:t>پانی تو دریا میں ملے گا، سمندر میں ملے گا، پتھروں میں تو ملے گا نہیں۔ تو پیاس سے بے چین ہو ہو کر کوئی کنکروں اور پتھروں میں پانی تلاش کرے، وہی حال ہے ان سارے سائنٹسٹ لوگوں کا، انکلوڈنگ ائنسٹائن۔</w:t>
      </w:r>
    </w:p>
    <w:p>
      <w:r>
        <w:rPr>
          <w:b/>
        </w:rPr>
        <w:t xml:space="preserve">[41:41] </w:t>
      </w:r>
      <w:r>
        <w:t>to theory of everything ka matlab hai, theory that explains everything.</w:t>
      </w:r>
    </w:p>
    <w:p>
      <w:pPr>
        <w:jc w:val="right"/>
      </w:pPr>
      <w:r>
        <w:t>تو تھیوری آف ایوری تھنگ کا مطلب ہے، تھیوری دیٹ ایکسپلینز ایوری تھنگ۔</w:t>
      </w:r>
    </w:p>
    <w:p>
      <w:r>
        <w:rPr>
          <w:b/>
        </w:rPr>
        <w:t xml:space="preserve">[41:48] </w:t>
      </w:r>
      <w:r>
        <w:t>to kaise explain karenge aap jab woh is ka wajood nahi hai?</w:t>
      </w:r>
    </w:p>
    <w:p>
      <w:pPr>
        <w:jc w:val="right"/>
      </w:pPr>
      <w:r>
        <w:t>تو کیسے ایکسپلین کریں گے آپ جب وہ اس کا وجود نہیں ہے؟</w:t>
      </w:r>
    </w:p>
    <w:p>
      <w:r>
        <w:rPr>
          <w:b/>
        </w:rPr>
        <w:t xml:space="preserve">[41:54] </w:t>
      </w:r>
      <w:r>
        <w:t>to kaha, "ek compelling situation hai, compelling situation jo keh rahi hai ke Khuda ko maano."</w:t>
      </w:r>
    </w:p>
    <w:p>
      <w:pPr>
        <w:jc w:val="right"/>
      </w:pPr>
      <w:r>
        <w:t>تو کہا، "ایک کمپلنگ سچویشن ہے، کمپلنگ سچویشن جو کہہ رہی ہے کہ خدا کو مانو۔"</w:t>
      </w:r>
    </w:p>
    <w:p>
      <w:r>
        <w:rPr>
          <w:b/>
        </w:rPr>
        <w:t xml:space="preserve">[42:03] </w:t>
      </w:r>
      <w:r>
        <w:t>yaani river of knowledge yahan pounch chuka hai ke ek compelling situation create ho gayi hai.</w:t>
      </w:r>
    </w:p>
    <w:p>
      <w:pPr>
        <w:jc w:val="right"/>
      </w:pPr>
      <w:r>
        <w:t>یعنی ریور آف نالج یہاں پہنچ چکا ہے کہ ایک کمپلنگ سچویشن کریٹ ہو گئی ہے۔</w:t>
      </w:r>
    </w:p>
    <w:p>
      <w:r>
        <w:rPr>
          <w:b/>
        </w:rPr>
        <w:t xml:space="preserve">[42:13] </w:t>
      </w:r>
      <w:r>
        <w:t>aur Quran ke alfaaz kaise ajeeb o ghareeb hain ke "fa ma ba'da al haqqi illa dalal" yaani agar Khuda ka inkaar kar ke tum chaho ge ke duniya ko explain karo to bhatakte hi raho ge, bhatakte hi raho ge, bhatakte hi raho ge, kabhi manzil nahi milegi.</w:t>
      </w:r>
    </w:p>
    <w:p>
      <w:pPr>
        <w:jc w:val="right"/>
      </w:pPr>
      <w:r>
        <w:t>اور قرآن کے الفاظ کیسے عجیب و غریب ہیں کہ "فما بعد الحق علت ذلال" یعنی اگر خدا کا انکار کر کے تم چاہو گے کہ دنیا کو ایکسپلین کرو تو بھٹکتے ہی رہو گے، بھٹکتے ہی رہو گے، بھٹکتے ہی رہو گے، کبھی منزل نہیں ملے گی۔</w:t>
      </w:r>
    </w:p>
    <w:p>
      <w:r>
        <w:rPr>
          <w:b/>
        </w:rPr>
        <w:t xml:space="preserve">[42:35] </w:t>
      </w:r>
      <w:r>
        <w:t>wohi aaj haalat hai insaan ki.</w:t>
      </w:r>
    </w:p>
    <w:p>
      <w:pPr>
        <w:jc w:val="right"/>
      </w:pPr>
      <w:r>
        <w:t>وہی آج حالت ہے انسان کی۔</w:t>
      </w:r>
    </w:p>
    <w:p>
      <w:r>
        <w:rPr>
          <w:b/>
        </w:rPr>
        <w:t xml:space="preserve">[42:43] </w:t>
      </w:r>
      <w:r>
        <w:t>to Einstein ne jo baat kahi, main samajhta hoon ke woh koi sanjeedgi ki baat na thi, woh sincerity ki baat na thi.</w:t>
      </w:r>
    </w:p>
    <w:p>
      <w:pPr>
        <w:jc w:val="right"/>
      </w:pPr>
      <w:r>
        <w:t>تو ائنسٹائن نے جو بات کہی، میں سمجھتا ہوں کہ وہ کوئی سنجیدگی کی بات نہ تھی، وہ سنسیرٹی کی بات نہ تھی۔</w:t>
      </w:r>
    </w:p>
    <w:p>
      <w:r>
        <w:rPr>
          <w:b/>
        </w:rPr>
        <w:t xml:space="preserve">[42:55] </w:t>
      </w:r>
      <w:r>
        <w:t>aur aap jaante hain Einstein ka haal haal kya hua?</w:t>
      </w:r>
    </w:p>
    <w:p>
      <w:pPr>
        <w:jc w:val="right"/>
      </w:pPr>
      <w:r>
        <w:t>اور آپ جانتے ہیں ائنسٹائن کا حال حال کیا ہوا؟</w:t>
      </w:r>
    </w:p>
    <w:p>
      <w:r>
        <w:rPr>
          <w:b/>
        </w:rPr>
        <w:t xml:space="preserve">[42:59] </w:t>
      </w:r>
      <w:r>
        <w:t>apne aakhri zamane mein woh bohat zyada is ko ek bimari ho gayi, stomach ki bimari, meda is ka kharab ho gaya aur woh badhta raha yahan tak ke isi mein mar gaya.</w:t>
      </w:r>
    </w:p>
    <w:p>
      <w:pPr>
        <w:jc w:val="right"/>
      </w:pPr>
      <w:r>
        <w:t>اپنے آخری زمانے میں وہ بہت زیادہ اس کو ایک بیماری ہو گئی، اسٹمک کی بیماری، معدہ اس کا خراب ہو گیا اور وہ بڑھتا رہا یہاں تک کہ اسی میں مر گیا۔</w:t>
      </w:r>
    </w:p>
    <w:p>
      <w:r>
        <w:rPr>
          <w:b/>
        </w:rPr>
        <w:t xml:space="preserve">[43:13] </w:t>
      </w:r>
      <w:r>
        <w:t>woh to agarchay biographers to nahi likhte hain, lekin mera apna maanna yeh hai ke yeh tha tension, tension se related bimari.</w:t>
      </w:r>
    </w:p>
    <w:p>
      <w:pPr>
        <w:jc w:val="right"/>
      </w:pPr>
      <w:r>
        <w:t>وہ تو اگرچہ بائیوگرافرز تو نہیں لکھتے ہیں، لیکن میرا اپنا ماننا یہ ہے کہ یہ تھا ٹینسز، ٹینشن سے ریلیٹڈ بیماری۔</w:t>
      </w:r>
    </w:p>
    <w:p>
      <w:r>
        <w:rPr>
          <w:b/>
        </w:rPr>
        <w:t xml:space="preserve">[43:27] </w:t>
      </w:r>
      <w:r>
        <w:t>aap jaante hain ke agar koi tension ho jaye, saare body ka nizaam gadbad ho jata hai, saare nizaam body ka. to Einstein ki zindagi bohat natural zindagi thi, woh violin bajata tha, tafreeh karta tha.</w:t>
      </w:r>
    </w:p>
    <w:p>
      <w:pPr>
        <w:jc w:val="right"/>
      </w:pPr>
      <w:r>
        <w:t>آپ جانتے ہیں کہ اگر کوئی ٹینشن ہو جائے، سارے باڈی کا نظام گڑبڑ ہو جاتا ہے، سارے نظام باڈی کا۔ تو ائنسٹائن کی زندگی بہت نیچرل زندگی تھی، وہ والن بجاتا تھا، تفریح کرتا تھا۔</w:t>
      </w:r>
    </w:p>
    <w:p>
      <w:r>
        <w:rPr>
          <w:b/>
        </w:rPr>
        <w:t xml:space="preserve">[43:44] </w:t>
      </w:r>
      <w:r>
        <w:t>yaani aap agarchay woh scientist tha aur bohat hi khush kaam hai science, scientific yaani study ka kaam, lekin is saath saath violin bajata tha, woh boating karta tha.</w:t>
      </w:r>
    </w:p>
    <w:p>
      <w:pPr>
        <w:jc w:val="right"/>
      </w:pPr>
      <w:r>
        <w:t>یعنی آپ اگرچہ وہ سائنٹسٹ تھا اور بہت ہی خوش کام ہے سائنٹ، سائنٹیفک یعنی اسٹڈی کا کام، لیکن اس ساتھ ساتھ والن بجاتا تھا، وہ بوٹنگ کرتا تھا۔</w:t>
      </w:r>
    </w:p>
    <w:p>
      <w:r>
        <w:rPr>
          <w:b/>
        </w:rPr>
        <w:t xml:space="preserve">[43:55] </w:t>
      </w:r>
      <w:r>
        <w:t>woh</w:t>
      </w:r>
    </w:p>
    <w:p>
      <w:pPr>
        <w:jc w:val="right"/>
      </w:pPr>
      <w:r>
        <w:t>وہ</w:t>
      </w:r>
    </w:p>
    <w:p>
      <w:r>
        <w:rPr>
          <w:b/>
        </w:rPr>
        <w:t xml:space="preserve">[43:57] </w:t>
      </w:r>
      <w:r>
        <w:t>to ek aisa aadmi jo violin bajata ho, boating karta ho, bohat hi simple life ho, itna zyada woh materials se itna door tha ke ek martaba kisi ne is ko ek bara check diya,</w:t>
      </w:r>
    </w:p>
    <w:p>
      <w:pPr>
        <w:jc w:val="right"/>
      </w:pPr>
      <w:r>
        <w:t>تو ایک ایسا آدمی جو والن بجاتا ہو، بوٹنگ کرتا ہو، بہت ہی سمپل لائف ہو، اتنا زیادہ وہ مٹیریلز سے اتنا دور تھا کہ ایک مرتبہ کسی نے اس کو ایک بڑا چیک دیا،</w:t>
      </w:r>
    </w:p>
    <w:p>
      <w:r>
        <w:rPr>
          <w:b/>
        </w:rPr>
        <w:t xml:space="preserve">[44:12] </w:t>
      </w:r>
      <w:r>
        <w:t>kitne pound ka tha woh, to book bar ke tor par istemal karta raha woh aur us woh is ki is ka woh time hi khatm ho gaya, woh cash nahi ho saka.</w:t>
      </w:r>
    </w:p>
    <w:p>
      <w:pPr>
        <w:jc w:val="right"/>
      </w:pPr>
      <w:r>
        <w:t>کتنے پاؤنڈ کا تھا وہ، تو بک بار کے طور پر استعمال کرتا رہا وہ اور اس وہ اس کی اس کا وہ ٹائم ہی ختم ہو گیا، وہ کیش نہیں ہو سکا۔</w:t>
      </w:r>
    </w:p>
    <w:p>
      <w:r>
        <w:rPr>
          <w:b/>
        </w:rPr>
        <w:t xml:space="preserve">[44:24] </w:t>
      </w:r>
      <w:r>
        <w:t>is ko israel ka pehla president banaya gaya, woh is ko qabool nahi kiya. us ne us ne kaha ke nahi, mujhe to apna science, science ke yani study mein rehna hai.</w:t>
      </w:r>
    </w:p>
    <w:p>
      <w:pPr>
        <w:jc w:val="right"/>
      </w:pPr>
      <w:r>
        <w:t>اس کو اسرائیل کا پہلا پریزیڈنٹ بنایا گیا، وہ اس کو قبول نہیں کیا۔ اس نے اس نے کہا کہ نہیں، مجھے تو اپنا سائنس، سائنس کے یعنی اسٹڈی میں رہنا ہے۔</w:t>
      </w:r>
    </w:p>
    <w:p>
      <w:r>
        <w:rPr>
          <w:b/>
        </w:rPr>
        <w:t xml:space="preserve">[44:35] </w:t>
      </w:r>
      <w:r>
        <w:t>to bohat simple life thi us ki, bohat simple, koi is ka yani is tarah ke asbab nahi thay jis mein is ki is ki sehat kharab ho.</w:t>
      </w:r>
    </w:p>
    <w:p>
      <w:pPr>
        <w:jc w:val="right"/>
      </w:pPr>
      <w:r>
        <w:t>تو بہت سمپل لائف تھی اس کی، بہت سمپل، کوئی اس کا یعنی اس طرح کے اسباب نہیں تھے جس میں اس کی اس کی صحت خراب ہو۔</w:t>
      </w:r>
    </w:p>
    <w:p>
      <w:r>
        <w:rPr>
          <w:b/>
        </w:rPr>
        <w:t xml:space="preserve">[44:46] </w:t>
      </w:r>
      <w:r>
        <w:t>plus yeh hai ke woh ab violin bajata tha, tafreeh ke liye, relax hone ke liye, boating karta tha. to is ka meda koi kharab ho gaya, ab muddaton to kharab raha, yahan tak ke mar gaya.</w:t>
      </w:r>
    </w:p>
    <w:p>
      <w:pPr>
        <w:jc w:val="right"/>
      </w:pPr>
      <w:r>
        <w:t>پلس یہ ہے کہ وہ اب والن بجاتا تھا، تفریح کے لیے، ریلیکس ہونے کے لیے، بوٹنگ کرتا تھا۔ تو اس کا معدہ کوئی خراب ہو گیا، اب مدتوں تو خراب رہا، یہاں تک کہ مر گیا۔</w:t>
      </w:r>
    </w:p>
    <w:p>
      <w:r>
        <w:rPr>
          <w:b/>
        </w:rPr>
        <w:t xml:space="preserve">[44:58] </w:t>
      </w:r>
      <w:r>
        <w:t>woh kam umri mein, yani 70, 70 six, koi ziyada umar nahi hoti. to yeh kitabon mein to hai likha na, woh nahi hai,</w:t>
      </w:r>
    </w:p>
    <w:p>
      <w:pPr>
        <w:jc w:val="right"/>
      </w:pPr>
      <w:r>
        <w:t>وہ کم عمری میں، یعنی 70، 70 سکس، کوئی زیادہ عمر نہیں ہوتی۔ تو یہ کتابوں میں تو ہے لکھا نا، وہ نہیں ہے،</w:t>
      </w:r>
    </w:p>
    <w:p>
      <w:r>
        <w:rPr>
          <w:b/>
        </w:rPr>
        <w:t xml:space="preserve">[45:10] </w:t>
      </w:r>
      <w:r>
        <w:t>lekin mein samajhta hoon ke woh musalsal tension mein jeeta tha 30 saal tak</w:t>
      </w:r>
    </w:p>
    <w:p>
      <w:pPr>
        <w:jc w:val="right"/>
      </w:pPr>
      <w:r>
        <w:t>لیکن میں سمجھتا ہوں کہ وہ مسلسل ٹینشن میں جیتا تھا 30 سال تک</w:t>
      </w:r>
    </w:p>
    <w:p>
      <w:r>
        <w:rPr>
          <w:b/>
        </w:rPr>
        <w:t xml:space="preserve">[45:18] </w:t>
      </w:r>
      <w:r>
        <w:t>ke kaise mein explain karoon is phenomena ko jis ko mein ne daryaft kiya hai. is tension ke nateejay mein is ko yeh bemari ho gayi.</w:t>
      </w:r>
    </w:p>
    <w:p>
      <w:pPr>
        <w:jc w:val="right"/>
      </w:pPr>
      <w:r>
        <w:t>کہ کیسے میں ایکسپلین کروں اس فیناومینا کو جس کو میں نے دریافت کیا ہے۔ اس ٹینشن کے نتیجے میں اس کو یہ بیماری ہو گئی۔</w:t>
      </w:r>
    </w:p>
    <w:p>
      <w:r>
        <w:rPr>
          <w:b/>
        </w:rPr>
        <w:t xml:space="preserve">[45:28] </w:t>
      </w:r>
      <w:r>
        <w:t>aur yeh to khair mante hain sab log ke fresher mara, woh yeh to sab log mante hain.</w:t>
      </w:r>
    </w:p>
    <w:p>
      <w:pPr>
        <w:jc w:val="right"/>
      </w:pPr>
      <w:r>
        <w:t>اور یہ تو خیر مانتے ہیں سب لوگ کہ فریشر مرا، وہ یہ تو سب لوگ مانتے ہیں۔</w:t>
      </w:r>
    </w:p>
    <w:p>
      <w:r>
        <w:rPr>
          <w:b/>
        </w:rPr>
        <w:t xml:space="preserve">[45:39] </w:t>
      </w:r>
      <w:r>
        <w:t>to khulasa yeh hai jo mein kehna chahoonga ke river of knowledge jo hai, chalte chalte wahan pohanch gaya hai jahan aik, jahan aik compulsory situation create ho gayi hai.</w:t>
      </w:r>
    </w:p>
    <w:p>
      <w:pPr>
        <w:jc w:val="right"/>
      </w:pPr>
      <w:r>
        <w:t>تو خلاصہ یہ ہے جو میں کہنا چاہوں گا کہ ریور آف نالج جو ہے، چلتے چلتے وہاں پہنچ گیا ہے جہاں ایک، جہاں ایک کمپلسری سچویشن کریٹ ہو گئی ہے۔</w:t>
      </w:r>
    </w:p>
    <w:p>
      <w:r>
        <w:rPr>
          <w:b/>
        </w:rPr>
        <w:t xml:space="preserve">[45:55] </w:t>
      </w:r>
      <w:r>
        <w:t>compulsory situation yani ya to Khuda ko mano taake jo known facts hain, sab explain ho jayen, ya phir tension mein maro,</w:t>
      </w:r>
    </w:p>
    <w:p>
      <w:pPr>
        <w:jc w:val="right"/>
      </w:pPr>
      <w:r>
        <w:t>کمپلسری سچویشن یعنی یا تو خدا کو مانو تاکہ جو نون فیکٹس ہیں، سب ایکسپلین ہو جائیں، یا پھر ٹینشن میں مرو،</w:t>
      </w:r>
    </w:p>
    <w:p>
      <w:r>
        <w:rPr>
          <w:b/>
        </w:rPr>
        <w:t xml:space="preserve">[46:09] </w:t>
      </w:r>
      <w:r>
        <w:t>ya phir tension mein maro. kaisi ajeeb baat hai yeh,</w:t>
      </w:r>
    </w:p>
    <w:p>
      <w:pPr>
        <w:jc w:val="right"/>
      </w:pPr>
      <w:r>
        <w:t>یا پھر ٹینشن میں مرو۔ کیسی عجیب بات ہے یہ،</w:t>
      </w:r>
    </w:p>
    <w:p>
      <w:r>
        <w:rPr>
          <w:b/>
        </w:rPr>
        <w:t xml:space="preserve">[46:17] </w:t>
      </w:r>
      <w:r>
        <w:t>yeh bohat ajeeb o ghareeb soorat-e-haal hai jis mein ke insaan pohancha hai.</w:t>
      </w:r>
    </w:p>
    <w:p>
      <w:pPr>
        <w:jc w:val="right"/>
      </w:pPr>
      <w:r>
        <w:t>یہ بہت عجیب و غریب صورتحال ہے جس میں کہ انسان پہنچا ہے۔</w:t>
      </w:r>
    </w:p>
    <w:p>
      <w:r>
        <w:rPr>
          <w:b/>
        </w:rPr>
        <w:t xml:space="preserve">[46:25] </w:t>
      </w:r>
      <w:r>
        <w:t>to theory of everything ka lafz jo log bolte hain, woh Khuda ka naam to nahi lete. mujhe sawal hai ke theory of everything kyun?</w:t>
      </w:r>
    </w:p>
    <w:p>
      <w:pPr>
        <w:jc w:val="right"/>
      </w:pPr>
      <w:r>
        <w:t>تو تھیوری آف ایوری تھنگ کا لفظ جو لوگ بولتے ہیں، وہ خدا کا نام تو نہیں لیتے۔ مجھے سوال ہے کہ تھیوری آف ایوری تھنگ کیوں؟</w:t>
      </w:r>
    </w:p>
    <w:p>
      <w:r>
        <w:rPr>
          <w:b/>
        </w:rPr>
        <w:t xml:space="preserve">[46:34] </w:t>
      </w:r>
      <w:r>
        <w:t>kyun is ka obsession hai science daanon ko ke saare phenomena jo hain, woh explain karna chahte hain? woh kyun?</w:t>
      </w:r>
    </w:p>
    <w:p>
      <w:pPr>
        <w:jc w:val="right"/>
      </w:pPr>
      <w:r>
        <w:t>کیوں اس کا ابسیشن ہے سائنس دانوں کو کہ سارے فیناومینا جو ہیں، وہ ایکسپلین کرنا چاہتے ہیں؟ وہ کیوں؟</w:t>
      </w:r>
    </w:p>
    <w:p>
      <w:r>
        <w:rPr>
          <w:b/>
        </w:rPr>
        <w:t xml:space="preserve">[46:45] </w:t>
      </w:r>
      <w:r>
        <w:t>kyun ke Khuda ko mano to bohat acha explanation milta hai,</w:t>
      </w:r>
    </w:p>
    <w:p>
      <w:pPr>
        <w:jc w:val="right"/>
      </w:pPr>
      <w:r>
        <w:t>کیونکہ خدا کو مانیں تو بہت اچھا ایکسپلینیشن ملتا ہے،</w:t>
      </w:r>
    </w:p>
    <w:p>
      <w:r>
        <w:rPr>
          <w:b/>
        </w:rPr>
        <w:t xml:space="preserve">[46:51] </w:t>
      </w:r>
      <w:r>
        <w:t>lekin woh Khuda ko manna nahi chahte. to chahte hain aik aik doosra koi formula nikalna, koi aur principle daryaft karna, woh mil nahi raha hai.</w:t>
      </w:r>
    </w:p>
    <w:p>
      <w:pPr>
        <w:jc w:val="right"/>
      </w:pPr>
      <w:r>
        <w:t>لیکن وہ خدا کو ماننا نہیں چاہتے۔ تو چاہتے ہیں ایک ایک دوسرا کوئی فارمولا نکالنا، کوئی اور پرنسپل دریافت کرنا، وہ مل نہیں رہا ہے۔</w:t>
      </w:r>
    </w:p>
    <w:p>
      <w:r>
        <w:rPr>
          <w:b/>
        </w:rPr>
        <w:t xml:space="preserve">[47:02] </w:t>
      </w:r>
      <w:r>
        <w:t>to sawal yeh hai, mein soch raha tha ke Einstein jaisa mind 30 years tak phir masroof raha aur is ko nahi mila.</w:t>
      </w:r>
    </w:p>
    <w:p>
      <w:pPr>
        <w:jc w:val="right"/>
      </w:pPr>
      <w:r>
        <w:t>تو سوال یہ ہے، میں سوچ رہا تھا کہ ائنسٹائن جیسا مائنڈ 30 ایئرز تک پھر مشغول رہا اور اس کو نہیں ملا۔</w:t>
      </w:r>
    </w:p>
    <w:p>
      <w:r>
        <w:rPr>
          <w:b/>
        </w:rPr>
        <w:t xml:space="preserve">[47:12] </w:t>
      </w:r>
      <w:r>
        <w:t>doosra kaun aaye ga jo nikaal paaye ga theory of everything?</w:t>
      </w:r>
    </w:p>
    <w:p>
      <w:pPr>
        <w:jc w:val="right"/>
      </w:pPr>
      <w:r>
        <w:t>دوسرا کون آئے گا جو نکال پائے گا تھیوری آف ایوری تھنگ؟</w:t>
      </w:r>
    </w:p>
    <w:p>
      <w:r>
        <w:rPr>
          <w:b/>
        </w:rPr>
        <w:t xml:space="preserve">[47:19] </w:t>
      </w:r>
      <w:r>
        <w:t>Einstein jaisa mind 30 saal tak masroof raha, poori apni energy laga di is mein ke aik theory, theory of everything woh daryaft kare.</w:t>
      </w:r>
    </w:p>
    <w:p>
      <w:pPr>
        <w:jc w:val="right"/>
      </w:pPr>
      <w:r>
        <w:t>ائنسٹائن جیسا مائنڈ 30 سال تک مشغول رہا، پوری اپنی انرجی لگا دی اس میں کہ ایک تھیوری، تھیوری آف ایوری تھنگ وہ دریافت کرے۔</w:t>
      </w:r>
    </w:p>
    <w:p>
      <w:r>
        <w:rPr>
          <w:b/>
        </w:rPr>
        <w:t xml:space="preserve">[47:33] </w:t>
      </w:r>
      <w:r>
        <w:t>to ab kaun aaye ga jo daryaft kare ga? ab to yahi hai ke log pressure mein maren ge.</w:t>
      </w:r>
    </w:p>
    <w:p>
      <w:pPr>
        <w:jc w:val="right"/>
      </w:pPr>
      <w:r>
        <w:t>تو اب کون آئے گا جو دریافت کرے گا؟ اب تو یہی ہے کہ لوگ پریشر میں مریں گے۔</w:t>
      </w:r>
    </w:p>
    <w:p>
      <w:r>
        <w:rPr>
          <w:b/>
        </w:rPr>
        <w:t xml:space="preserve">[47:44] </w:t>
      </w:r>
      <w:r>
        <w:t>to is waqt jo hai, yeh jo log apne aap ko Quran ka haami batate hain, un ke liye aik bohat bara aik aik scope hai ke insaan ko bachayen, insaan ko bachayen.</w:t>
      </w:r>
    </w:p>
    <w:p>
      <w:pPr>
        <w:jc w:val="right"/>
      </w:pPr>
      <w:r>
        <w:t>تو اس وقت جو ہے، یہ جو لوگ اپنے آپ کو قرآن کا حامی بتاتے ہیں، ان کے لیے ایک بہت بڑا ایک ایک اسکوپ ہے کہ انسان کو بچائیں، انسان کو بچائیں۔</w:t>
      </w:r>
    </w:p>
    <w:p>
      <w:r>
        <w:rPr>
          <w:b/>
        </w:rPr>
        <w:t xml:space="preserve">[47:58] </w:t>
      </w:r>
      <w:r>
        <w:t>kyun ke insaniyat ja rahi hai intellectual society ki taraf.</w:t>
      </w:r>
    </w:p>
    <w:p>
      <w:pPr>
        <w:jc w:val="right"/>
      </w:pPr>
      <w:r>
        <w:t>کیونکہ انسانیت جا رہی ہے انٹلیکچول سوسائٹی کی طرف۔</w:t>
      </w:r>
    </w:p>
    <w:p>
      <w:r>
        <w:rPr>
          <w:b/>
        </w:rPr>
        <w:t xml:space="preserve">[48:05] </w:t>
      </w:r>
      <w:r>
        <w:t>dekhiye, mein khush khush aagidgi ki baat nahi kar raha hoon, bachane ka matlab kya hai?</w:t>
      </w:r>
    </w:p>
    <w:p>
      <w:pPr>
        <w:jc w:val="right"/>
      </w:pPr>
      <w:r>
        <w:t>دیکھیے، میں خوش خوش آگیدگی کی بات نہیں کر رہا ہوں، بچانے کا مطلب کیا ہے؟</w:t>
      </w:r>
    </w:p>
    <w:p>
      <w:r>
        <w:rPr>
          <w:b/>
        </w:rPr>
        <w:t xml:space="preserve">[48:13] </w:t>
      </w:r>
      <w:r>
        <w:t>yeh bohat hi ajeeb o ghareeb baat hai ke science ne jo dunya daryaft ki hai, ab in telescope aur microscope ke ijad ke baad to Quran mein bohat si aisi baaten hain jo peshgi tor par Quran mein batai gayi theen aur us ki tasdeeq hui hai is zamane mein.</w:t>
      </w:r>
    </w:p>
    <w:p>
      <w:pPr>
        <w:jc w:val="right"/>
      </w:pPr>
      <w:r>
        <w:t>یہ بہت ہی عجیب و غریب بات ہے کہ سائنس نے جو دنیا دریافت کی ہے، اب ان ٹیلیسکوپ اور مائیکروسکوپ کے ایجاد کے بعد تو قرآن میں بہت سی ایسی باتیں ہیں جو پیشگی طور پر قرآن میں بتائی گئی تھیں اور اس کی تصدیق ہوئی ہے اس زمانے میں۔</w:t>
      </w:r>
    </w:p>
    <w:p>
      <w:r>
        <w:rPr>
          <w:b/>
        </w:rPr>
        <w:t xml:space="preserve">[48:33] </w:t>
      </w:r>
      <w:r>
        <w:t>misal to big bang theory,</w:t>
      </w:r>
    </w:p>
    <w:p>
      <w:pPr>
        <w:jc w:val="right"/>
      </w:pPr>
      <w:r>
        <w:t>مثال تو بگ بینگ تھیوری،</w:t>
      </w:r>
    </w:p>
    <w:p>
      <w:r>
        <w:rPr>
          <w:b/>
        </w:rPr>
        <w:t xml:space="preserve">[48:36] </w:t>
      </w:r>
      <w:r>
        <w:t>yeh jo big bang theory hai, is mein yeh bohat hi ajeeb o ghareeb yeh phenomena hai ke ke kaise, yani jo mass tha particle mein, woh kaise mass khatam ho gaya taake particle disintegrate hon.</w:t>
      </w:r>
    </w:p>
    <w:p>
      <w:pPr>
        <w:jc w:val="right"/>
      </w:pPr>
      <w:r>
        <w:t>یہ جو بگ بینگ تھیوری ہے، اس میں یہ بہت ہی عجیب و غریب یہ فیناومینا ہے کہ کہ کیسے، یعنی جو ماس تھا پارٹیکل میں، وہ کیسے ماس ختم ہو گیا تاکہ پارٹیکل ڈس انٹیگریٹ ہوں۔</w:t>
      </w:r>
    </w:p>
    <w:p>
      <w:r>
        <w:rPr>
          <w:b/>
        </w:rPr>
        <w:t xml:space="preserve">[48:52] </w:t>
      </w:r>
      <w:r>
        <w:t>aur phir dobara maas kahan se aa gaya ke phir dobara woh egza ho jayen? to quran mein ajeeb o ghareeb tor par baat likhi hui hai, paishgi tor par</w:t>
      </w:r>
    </w:p>
    <w:p>
      <w:pPr>
        <w:jc w:val="right"/>
      </w:pPr>
      <w:r>
        <w:t>اور پھر دوبارہ ماس کہاں سے آ گیا کہ پھر دوبارہ وہ ایگزا ہو جائیں؟ تو قرآن میں عجیب و غریب طور پر بات لکھی ہوئی ہے، پیشگی طور پر</w:t>
      </w:r>
    </w:p>
    <w:p>
      <w:r>
        <w:rPr>
          <w:b/>
        </w:rPr>
        <w:t xml:space="preserve">[49:03] </w:t>
      </w:r>
      <w:r>
        <w:t>chaudah so saal pehle, jab koi soch bhi nahi sakta tha. an samawati wal arz ka waj-alna kull shay.</w:t>
      </w:r>
    </w:p>
    <w:p>
      <w:pPr>
        <w:jc w:val="right"/>
      </w:pPr>
      <w:r>
        <w:t>چودہ سو سال پہلے، جب کوئی سوچ بھی نہیں سکتا تھا۔ ان السماوات والارض کا وجعلنا کل شیء۔</w:t>
      </w:r>
    </w:p>
    <w:p>
      <w:r>
        <w:rPr>
          <w:b/>
        </w:rPr>
        <w:t xml:space="preserve">[49:16] </w:t>
      </w:r>
      <w:r>
        <w:t>dekhen, bohat ajeeb baat hui hai, teen marhalay ke zikr hain is mein. is ayat mein teen marhalay ke zikr hain: an samawati wal arz ka ratqan fataqnahuma</w:t>
      </w:r>
    </w:p>
    <w:p>
      <w:pPr>
        <w:jc w:val="right"/>
      </w:pPr>
      <w:r>
        <w:t>دیکھیں، بہت عجیب بات ہوئی ہے، تین مرحلے کے ذکر ہیں اس میں۔ اس آیت میں تین مرحلے کے ذکر ہیں: ان السماوات والارض کا رتقن ففتقناہما</w:t>
      </w:r>
    </w:p>
    <w:p>
      <w:r>
        <w:rPr>
          <w:b/>
        </w:rPr>
        <w:t xml:space="preserve">[49:31] </w:t>
      </w:r>
      <w:r>
        <w:t>waj-alna malbay kull shay. yani zameen o aasman pe rat ki halat thi. rat rat kehte hain yeh is ko munzamul azza, yani bilkul aik doosray se jur, yani jure hue,</w:t>
      </w:r>
    </w:p>
    <w:p>
      <w:pPr>
        <w:jc w:val="right"/>
      </w:pPr>
      <w:r>
        <w:t>وجعلنا ملبائے کل شیء۔ یعنی زمین و آسمان پہ رت کی حالت تھی۔ رت رت کہتے ہیں یہ اس کو منزمل اجزاء، یعنی بالکل ایک دوسرے سے جڑ، یعنی جڑے ہوئے،</w:t>
      </w:r>
    </w:p>
    <w:p>
      <w:r>
        <w:rPr>
          <w:b/>
        </w:rPr>
        <w:t xml:space="preserve">[49:50] </w:t>
      </w:r>
      <w:r>
        <w:t>pewast. fath kehte hain khul jana in ka. waj-alna malbay kull shay.</w:t>
      </w:r>
    </w:p>
    <w:p>
      <w:pPr>
        <w:jc w:val="right"/>
      </w:pPr>
      <w:r>
        <w:t>پیوست۔ فتح کہتے ہیں کھل جانا ان کا۔ وجعلنا ملبائے کل شیء۔</w:t>
      </w:r>
    </w:p>
    <w:p>
      <w:r>
        <w:rPr>
          <w:b/>
        </w:rPr>
        <w:t xml:space="preserve">[49:59] </w:t>
      </w:r>
      <w:r>
        <w:t>duga pehle fath hua, pehle rat tha, phir fath hua, phir dobara jor kar ke cheezen banen. kaise ajeeb o ghareeb tor par quran mein yeh teen marhalon ka zikr hai.</w:t>
      </w:r>
    </w:p>
    <w:p>
      <w:pPr>
        <w:jc w:val="right"/>
      </w:pPr>
      <w:r>
        <w:t>دوگا پہلے فتح ہوا، پہلے رتق تھا، پھر فتح ہوا، پھر دوبارہ جوڑ کر کے چیزیں بنیں۔ کیسے عجیب و غریب طور پر قرآن میں یہ تین مرحلوں کا ذکر ہے۔</w:t>
      </w:r>
    </w:p>
    <w:p>
      <w:r>
        <w:rPr>
          <w:b/>
        </w:rPr>
        <w:t xml:space="preserve">[50:11] </w:t>
      </w:r>
      <w:r>
        <w:t>ab aaj ki duniya ko aap batayen yeh baat to zahir hai insan socchega ke woh kaun mind tha jis ne paishgi to baja liya is ko.</w:t>
      </w:r>
    </w:p>
    <w:p>
      <w:pPr>
        <w:jc w:val="right"/>
      </w:pPr>
      <w:r>
        <w:t>اب آج کی دنیا کو آپ بتائیں یہ بات تو ظاہر ہے انسان سوچے گا کہ وہ کون مائنڈ تھا جس نے پیشگی تو بجا لیا اس کو۔</w:t>
      </w:r>
    </w:p>
    <w:p>
      <w:r>
        <w:rPr>
          <w:b/>
        </w:rPr>
        <w:t xml:space="preserve">[50:24] </w:t>
      </w:r>
      <w:r>
        <w:t>hum ne to itni sari studies keen, itne sare aalat istemal ke liye, durbin aur khurdbeen istemal ki, aur bohat sare mind mil kar ke is mein kaam karte rahe.</w:t>
      </w:r>
    </w:p>
    <w:p>
      <w:pPr>
        <w:jc w:val="right"/>
      </w:pPr>
      <w:r>
        <w:t>ہم نے تو اتنی ساری اسٹڈیز کیں، اتنے سارے آلات استعمال کے لیے، دوربین اور خردبین استعمال کی، اور بہت سارے مائنڈ مل کر کے اس میں کام کرتے رہے۔</w:t>
      </w:r>
    </w:p>
    <w:p>
      <w:r>
        <w:rPr>
          <w:b/>
        </w:rPr>
        <w:t xml:space="preserve">[50:35] </w:t>
      </w:r>
      <w:r>
        <w:t>tab ja kar maloom hua ke 13 billion saal pehle ek big bang hua. yahan par</w:t>
      </w:r>
    </w:p>
    <w:p>
      <w:pPr>
        <w:jc w:val="right"/>
      </w:pPr>
      <w:r>
        <w:t>تب جا کر معلوم ہوا کہ 13 بلین سال پہلے ایک بگ بینگ ہوا۔ یہاں پر</w:t>
      </w:r>
    </w:p>
    <w:p>
      <w:r>
        <w:rPr>
          <w:b/>
        </w:rPr>
        <w:t xml:space="preserve">[50:43] </w:t>
      </w:r>
      <w:r>
        <w:t>is se bohat pehle, bohat pehle, bohat pehle, yani chaudah so saal pehle, seven century eesvi ke first quarter mein ek paighambar aata hai, woh ek quran paish karta hai, us mein yeh baat likhi hui hai.</w:t>
      </w:r>
    </w:p>
    <w:p>
      <w:pPr>
        <w:jc w:val="right"/>
      </w:pPr>
      <w:r>
        <w:t>اس سے بہت پہلے، بہت پہلے، بہت پہلے، یعنی چودہ سو سال پہلے، سیون سینچری عیسوی کے فرسٹ کوارٹر میں ایک پیغمبر آتا ہے، وہ ایک قرآن پیش کرتا ہے، اس میں یہ بات لکھی ہوئی ہے۔</w:t>
      </w:r>
    </w:p>
    <w:p>
      <w:r>
        <w:rPr>
          <w:b/>
        </w:rPr>
        <w:t xml:space="preserve">[51:02] </w:t>
      </w:r>
      <w:r>
        <w:t>is tarah ki aur bohat sari cheezen hain, woh gaya ke jawab de rahi hain theory of everything ka. theory of everything ka ke jis cheez ko tum tum ek mechanical guard ki talash mein ho, woh real guard jo hai, woh yeh yeh hai,</w:t>
      </w:r>
    </w:p>
    <w:p>
      <w:pPr>
        <w:jc w:val="right"/>
      </w:pPr>
      <w:r>
        <w:t>اس طرح کی اور بہت ساری چیزیں ہیں، وہ گیا کہ جواب دے رہی ہیں تھیوری آف ایوری تھنگ کا۔ تھیوری آف ایوری تھنگ کا کہ جس چیز کو تم تم ایک مکینیکل گارڈ کی تلاش میں ہو، وہ ریئل گارڈ جو ہے، وہ یہ یہ ہے،</w:t>
      </w:r>
    </w:p>
    <w:p>
      <w:r>
        <w:rPr>
          <w:b/>
        </w:rPr>
        <w:t xml:space="preserve">[51:21] </w:t>
      </w:r>
      <w:r>
        <w:t>is par iman lao, living guard.</w:t>
      </w:r>
    </w:p>
    <w:p>
      <w:pPr>
        <w:jc w:val="right"/>
      </w:pPr>
      <w:r>
        <w:t>اس پر ایمان لاؤ، لیونگ گارڈ۔</w:t>
      </w:r>
    </w:p>
    <w:p>
      <w:r>
        <w:rPr>
          <w:b/>
        </w:rPr>
        <w:t xml:space="preserve">[51:32] </w:t>
      </w:r>
      <w:r>
        <w:t>dekhiye, is waqt jab ke quran utra, koi tasawwur nahi tha, aisa lafz bhi nahi pata tha insan ko, kuch bhi nahi janta tha insan, kuch bhi se waqif nahi tha.</w:t>
      </w:r>
    </w:p>
    <w:p>
      <w:pPr>
        <w:jc w:val="right"/>
      </w:pPr>
      <w:r>
        <w:t>دیکھیے، اس وقت جب کہ قرآن اترا، کوئی تصور نہیں تھا، ایسا لفظ بھی نہیں پتہ تھا انسان کو، کچھ بھی نہیں جانتا تھا انسان، کچھ بھی سے واقف نہیں تھا۔</w:t>
      </w:r>
    </w:p>
    <w:p>
      <w:r>
        <w:rPr>
          <w:b/>
        </w:rPr>
        <w:t xml:space="preserve">[51:43] </w:t>
      </w:r>
      <w:r>
        <w:t>hata ke sahaba ko bhi maloom nahi tha yeh baat.</w:t>
      </w:r>
    </w:p>
    <w:p>
      <w:pPr>
        <w:jc w:val="right"/>
      </w:pPr>
      <w:r>
        <w:t>حتی کہ صحابہ کو بھی معلوم نہیں تھا یہ بات۔</w:t>
      </w:r>
    </w:p>
    <w:p>
      <w:r>
        <w:rPr>
          <w:b/>
        </w:rPr>
        <w:t xml:space="preserve">[51:46] </w:t>
      </w:r>
      <w:r>
        <w:t>jin sahaba ne quran ko parha, quran ko duniya mein pohanchaya, woh bhi is se bekhabar the. aur koi taajub ki baat nahi hai, kyunke dekhiye, hadith mein aata hai: "la tanqadi ajaibuhu".</w:t>
      </w:r>
    </w:p>
    <w:p>
      <w:pPr>
        <w:jc w:val="right"/>
      </w:pPr>
      <w:r>
        <w:t>جن صحابہ نے قرآن کو پڑھا، قرآن کو دنیا میں پہنچایا، وہ بھی اس سے بے خبر تھے۔ اور کوئی تعجب کی بات نہیں ہے، کیونکہ دیکھیے، حدیث میں آتا ہے: "لا تنقضی عجائبہ"۔</w:t>
      </w:r>
    </w:p>
    <w:p>
      <w:r>
        <w:rPr>
          <w:b/>
        </w:rPr>
        <w:t xml:space="preserve">[52:01] </w:t>
      </w:r>
      <w:r>
        <w:t>quran ke ajaib kabhi khatam na honge, yani is mein nayi nayi baaten daryaft hoti rahengi.</w:t>
      </w:r>
    </w:p>
    <w:p>
      <w:pPr>
        <w:jc w:val="right"/>
      </w:pPr>
      <w:r>
        <w:t>قرآن کے عجائب کبھی ختم نہ ہوں گے، یعنی اس میں نئی نئی باتیں دریافت ہوتی رہیں گی۔</w:t>
      </w:r>
    </w:p>
    <w:p>
      <w:r>
        <w:rPr>
          <w:b/>
        </w:rPr>
        <w:t xml:space="preserve">[52:08] </w:t>
      </w:r>
      <w:r>
        <w:t>khud hadith se maloom hota hai ke quran ke baaten agar is waqt ke sahaba ko maloom na hoti hain, yeh khud hadith bata rahi hai ke aisa hi hua ke daur sahaba mein quran ke bohat se ajaib jo the, mukhafi the, baad ko woh khule.</w:t>
      </w:r>
    </w:p>
    <w:p>
      <w:pPr>
        <w:jc w:val="right"/>
      </w:pPr>
      <w:r>
        <w:t>خود حدیث سے معلوم ہوتا ہے کہ قرآن کے باتیں اگر اس وقت کے صحابہ کو معلوم نہ ہوتی ہیں، یہ خود حدیث بتا رہی ہے کہ ایسا ہی ہوا کہ دور صحابہ میں قرآن کے بہت سے عجائب جو تھے، مخفی تھے، بعد کو وہ کھلے۔</w:t>
      </w:r>
    </w:p>
    <w:p>
      <w:r>
        <w:rPr>
          <w:b/>
        </w:rPr>
        <w:t xml:space="preserve">[52:25] </w:t>
      </w:r>
      <w:r>
        <w:t>la ratqi azaibuhu.</w:t>
      </w:r>
    </w:p>
    <w:p>
      <w:pPr>
        <w:jc w:val="right"/>
      </w:pPr>
      <w:r>
        <w:t>لا رتقی عذائبہ۔</w:t>
      </w:r>
    </w:p>
    <w:p>
      <w:r>
        <w:rPr>
          <w:b/>
        </w:rPr>
        <w:t xml:space="preserve">[52:32] </w:t>
      </w:r>
      <w:r>
        <w:t>to bohat hi ajeeb baat hai ke mustaqbil ke bare mein koi bayan de sake, woh sacha nikle. dekhen, mein ek misaal deta hoon:</w:t>
      </w:r>
    </w:p>
    <w:p>
      <w:pPr>
        <w:jc w:val="right"/>
      </w:pPr>
      <w:r>
        <w:t>تو بہت ہی عجیب بات ہے کہ مستقبل کے بارے میں کوئی بیان دے سکے، وہ سچا نکلے۔ دیکھیں، میں ایک مثال دیتا ہوں:</w:t>
      </w:r>
    </w:p>
    <w:p>
      <w:r>
        <w:rPr>
          <w:b/>
        </w:rPr>
        <w:t xml:space="preserve">[52:44] </w:t>
      </w:r>
      <w:r>
        <w:t>karl marx ne likha tha ke</w:t>
      </w:r>
    </w:p>
    <w:p>
      <w:pPr>
        <w:jc w:val="right"/>
      </w:pPr>
      <w:r>
        <w:t>کارل مارکس نے لکھا تھا کہ</w:t>
      </w:r>
    </w:p>
    <w:p>
      <w:r>
        <w:rPr>
          <w:b/>
        </w:rPr>
        <w:t xml:space="preserve">[52:54] </w:t>
      </w:r>
      <w:r>
        <w:t>is ki kitaben jo hain, woh batati hain ke duniya mein industrial age jo hai, woh aaya hai. industrial age jo hai, is mein ek mazdoor paida ho raha hai, yani ek sarmayadar tabqa, ek mazdoor ka tabqa, do class ban rahe hain.</w:t>
      </w:r>
    </w:p>
    <w:p>
      <w:pPr>
        <w:jc w:val="right"/>
      </w:pPr>
      <w:r>
        <w:t>اس کی کتابیں جو ہیں، وہ بتاتی ہیں کہ دنیا میں انڈسٹریل ایج جو ہے، وہ آیا ہے۔ انڈسٹریل ایج جو ہے، اس میں ایک مزدور پیدا ہو رہا ہے، یعنی ایک سرمایہ دار طبقہ، ایک مزدور کا طبقہ، دو کلاس بن رہے ہیں۔</w:t>
      </w:r>
    </w:p>
    <w:p>
      <w:r>
        <w:rPr>
          <w:b/>
        </w:rPr>
        <w:t xml:space="preserve">[53:10] </w:t>
      </w:r>
      <w:r>
        <w:t>do class,</w:t>
      </w:r>
    </w:p>
    <w:p>
      <w:pPr>
        <w:jc w:val="right"/>
      </w:pPr>
      <w:r>
        <w:t>دو کلاس،</w:t>
      </w:r>
    </w:p>
    <w:p>
      <w:r>
        <w:rPr>
          <w:b/>
        </w:rPr>
        <w:t xml:space="preserve">[53:12] </w:t>
      </w:r>
      <w:r>
        <w:t>yani capitalist class aur labor class, dono mein takrao hoga. dono mein takrao ho kar ke ek nayi cheez niklegi, woh hai communist raj.</w:t>
      </w:r>
    </w:p>
    <w:p>
      <w:pPr>
        <w:jc w:val="right"/>
      </w:pPr>
      <w:r>
        <w:t>یعنی کیپیٹلسٹ کلاس اور لیبر کلاس، دونوں میں ٹکراؤ ہوگا۔ دونوں میں ٹکراؤ ہو کر کے ایک نئی چیز نکلے گی، وہ ہے کمیونسٹ راج۔</w:t>
      </w:r>
    </w:p>
    <w:p>
      <w:r>
        <w:rPr>
          <w:b/>
        </w:rPr>
        <w:t xml:space="preserve">[53:22] </w:t>
      </w:r>
      <w:r>
        <w:t>to kahan hua hai? chunancha marx ne kaha tha ke communist inqilab paris ke oopar se jhank raha hai.</w:t>
      </w:r>
    </w:p>
    <w:p>
      <w:pPr>
        <w:jc w:val="right"/>
      </w:pPr>
      <w:r>
        <w:t>تو کہاں ہوا ہے؟ چنانچہ مارکس نے کہا تھا کہ کمیونسٹ انقلاب پیرس کے اوپر سے جھانک رہا ہے۔</w:t>
      </w:r>
    </w:p>
    <w:p>
      <w:r>
        <w:rPr>
          <w:b/>
        </w:rPr>
        <w:t xml:space="preserve">[53:33] </w:t>
      </w:r>
      <w:r>
        <w:t>kyun? france mein us waqt industrial revolution aa gaya tha. to</w:t>
      </w:r>
    </w:p>
    <w:p>
      <w:pPr>
        <w:jc w:val="right"/>
      </w:pPr>
      <w:r>
        <w:t>کیوں؟ فرانس میں اس وقت انڈسٹریل ریولوشن آ گیا تھا۔ تو</w:t>
      </w:r>
    </w:p>
    <w:p>
      <w:r>
        <w:rPr>
          <w:b/>
        </w:rPr>
        <w:t xml:space="preserve">[53:39] </w:t>
      </w:r>
      <w:r>
        <w:t>us ne yeh gas kiya ke industrial revolution mein se lazman aik aur nikle gi, aik cheez, woh hai labours, aur un se mein takrao hoga.</w:t>
      </w:r>
    </w:p>
    <w:p>
      <w:pPr>
        <w:jc w:val="right"/>
      </w:pPr>
      <w:r>
        <w:t>اس نے یہ گیس کیا کہ انڈسٹریل ریولوشن میں سے لازماً ایک اور نکلے گی، ایک چیز، وہ ہے لیبرز، اور ان سے میں ٹکراؤ ہوگا۔</w:t>
      </w:r>
    </w:p>
    <w:p>
      <w:r>
        <w:rPr>
          <w:b/>
        </w:rPr>
        <w:t xml:space="preserve">[53:48] </w:t>
      </w:r>
      <w:r>
        <w:t>phir aik teesri cheez nikle gi, woh hai communist raaj. lekin aisa kuch bhi nahi hua.</w:t>
      </w:r>
    </w:p>
    <w:p>
      <w:pPr>
        <w:jc w:val="right"/>
      </w:pPr>
      <w:r>
        <w:t>پھر ایک تیسری چیز نکلے گی، وہ ہے کمیونسٹ راج۔ لیکن ایسا کچھ بھی نہیں ہوا۔</w:t>
      </w:r>
    </w:p>
    <w:p>
      <w:r>
        <w:rPr>
          <w:b/>
        </w:rPr>
        <w:t xml:space="preserve">[53:55] </w:t>
      </w:r>
      <w:r>
        <w:t>to future ke bare mein tareekh mein koi bhi insan nahi hai jis ne future ke bare mein kaha, woh wahi waise hi ke waise hi sabit hua hua.</w:t>
      </w:r>
    </w:p>
    <w:p>
      <w:pPr>
        <w:jc w:val="right"/>
      </w:pPr>
      <w:r>
        <w:t>تو فیوچر کے بارے میں تاریخ میں کوئی بھی انسان نہیں ہے جس نے فیوچر کے بارے میں کہا، وہ وہی ویسے ہی کے ویسے ہی ثابت ہوا ہوا۔</w:t>
      </w:r>
    </w:p>
    <w:p>
      <w:r>
        <w:rPr>
          <w:b/>
        </w:rPr>
        <w:t xml:space="preserve">[54:05] </w:t>
      </w:r>
      <w:r>
        <w:t>goya quran ki ayat goya keh rahi hai ke dekho, future mein aisa hoga ke tum daryaft karoge, tum khud daryaft karoge in ratq aur fateh ke maamle ko.</w:t>
      </w:r>
    </w:p>
    <w:p>
      <w:pPr>
        <w:jc w:val="right"/>
      </w:pPr>
      <w:r>
        <w:t>گویا قرآن کی آیت گویا کہہ رہی ہے کہ دیکھو، فیوچر میں ایسا ہوگا کہ تم دریافت کرو گے، تم خود دریافت کرو گے ان رتق اور فتح کے معاملے کو۔</w:t>
      </w:r>
    </w:p>
    <w:p>
      <w:r>
        <w:rPr>
          <w:b/>
        </w:rPr>
        <w:t xml:space="preserve">[54:16] </w:t>
      </w:r>
      <w:r>
        <w:t>is ayat ko agar aap is mani mein lein to goya ke woh ayat keh rahi hai ke baad ke zamane mein insan big bang theory ko daryaft karega.</w:t>
      </w:r>
    </w:p>
    <w:p>
      <w:pPr>
        <w:jc w:val="right"/>
      </w:pPr>
      <w:r>
        <w:t>اس آیت کو اگر آپ اس معنی میں لیں تو گویا کہ وہ آیت کہہ رہی ہے کہ بعد کے زمانے میں انسان بگ بینگ تھیوری کو دریافت کرے گا۔</w:t>
      </w:r>
    </w:p>
    <w:p>
      <w:r>
        <w:rPr>
          <w:b/>
        </w:rPr>
        <w:t xml:space="preserve">[54:28] </w:t>
      </w:r>
      <w:r>
        <w:t>yeh is baat ka saboot hoga ke quran khuda ki kitab hai.</w:t>
      </w:r>
    </w:p>
    <w:p>
      <w:pPr>
        <w:jc w:val="right"/>
      </w:pPr>
      <w:r>
        <w:t>یہ اس بات کا ثبوت ہوگا کہ قرآن خدا کی کتاب ہے۔</w:t>
      </w:r>
    </w:p>
    <w:p>
      <w:r>
        <w:rPr>
          <w:b/>
        </w:rPr>
        <w:t xml:space="preserve">[54:36] </w:t>
      </w:r>
      <w:r>
        <w:t>to aaj ka insan jo hai, woh woh aik aisi, aik aise khuda ki talash mein hai jiska tasawwur sirf quran mein hai.</w:t>
      </w:r>
    </w:p>
    <w:p>
      <w:pPr>
        <w:jc w:val="right"/>
      </w:pPr>
      <w:r>
        <w:t>تو آج کا انسان جو ہے، وہ وہ ایک ایسی، ایک ایسے خدا کی تلاش میں ہے جس کا تصور صرف قرآن میں ہے۔</w:t>
      </w:r>
    </w:p>
    <w:p>
      <w:r>
        <w:rPr>
          <w:b/>
        </w:rPr>
        <w:t xml:space="preserve">[54:48] </w:t>
      </w:r>
      <w:r>
        <w:t>kyun ke quran mehfooz kitab hai. dekhein, mein yeh nahi kehta ke quran koi, koi quran koi afzal kitab hai, yeh mein nahi kehta hoon.</w:t>
      </w:r>
    </w:p>
    <w:p>
      <w:pPr>
        <w:jc w:val="right"/>
      </w:pPr>
      <w:r>
        <w:t>کیونکہ قرآن محفوظ کتاب ہے۔ دیکھیں، میں یہ نہیں کہتا کہ قرآن کوئی، کوئی قرآن کوئی افضل کتاب ہے، یہ میں نہیں کہتا ہوں۔</w:t>
      </w:r>
    </w:p>
    <w:p>
      <w:r>
        <w:rPr>
          <w:b/>
        </w:rPr>
        <w:t xml:space="preserve">[54:58] </w:t>
      </w:r>
      <w:r>
        <w:t>quran superior kitab hai, aisa mein nahi kehta hoon.</w:t>
      </w:r>
    </w:p>
    <w:p>
      <w:pPr>
        <w:jc w:val="right"/>
      </w:pPr>
      <w:r>
        <w:t>قرآن سپیریر کتاب ہے، ایسا میں نہیں کہتا ہوں۔</w:t>
      </w:r>
    </w:p>
    <w:p>
      <w:r>
        <w:rPr>
          <w:b/>
        </w:rPr>
        <w:t xml:space="preserve">[55:01] </w:t>
      </w:r>
      <w:r>
        <w:t>allah taala ne mukhtalif nabiyon ke zariye se jo kitab bheji, woh preserve nahi ho saki, mehfooz nahi reh saki.</w:t>
      </w:r>
    </w:p>
    <w:p>
      <w:pPr>
        <w:jc w:val="right"/>
      </w:pPr>
      <w:r>
        <w:t>اللہ تعالیٰ نے مختلف نبیوں کے ذریعے سے جو کتاب بھیجی، وہ پریزرو نہیں ہو سکی، محفوظ نہیں رہ سکی۔</w:t>
      </w:r>
    </w:p>
    <w:p>
      <w:r>
        <w:rPr>
          <w:b/>
        </w:rPr>
        <w:t xml:space="preserve">[55:12] </w:t>
      </w:r>
      <w:r>
        <w:t>lekin quran jo hai, poori poori tarah se mehfooz hai. to quran ke bare mein mein sirf yeh kehta hoon ke quran is a preserved book of god.</w:t>
      </w:r>
    </w:p>
    <w:p>
      <w:pPr>
        <w:jc w:val="right"/>
      </w:pPr>
      <w:r>
        <w:t>لیکن قرآن جو ہے، پوری پوری طریقے سے محفوظ ہے۔ تو قرآن کے بارے میں میں صرف یہ کہتا ہوں کہ قرآن از اے پریزروڈ بک آف گاڈ۔</w:t>
      </w:r>
    </w:p>
    <w:p>
      <w:r>
        <w:rPr>
          <w:b/>
        </w:rPr>
        <w:t xml:space="preserve">[55:22] </w:t>
      </w:r>
      <w:r>
        <w:t>bas</w:t>
      </w:r>
    </w:p>
    <w:p>
      <w:pPr>
        <w:jc w:val="right"/>
      </w:pPr>
      <w:r>
        <w:t>بس</w:t>
      </w:r>
    </w:p>
    <w:p>
      <w:r>
        <w:rPr>
          <w:b/>
        </w:rPr>
        <w:t xml:space="preserve">[55:25] </w:t>
      </w:r>
      <w:r>
        <w:t>is tarah ki bohat si ayatein hain jo batati hain ke ke mustaqbil mein aisa aisa hoga, woh is baat ka saboot hoga ke quran khuda ki kitab hai.</w:t>
      </w:r>
    </w:p>
    <w:p>
      <w:pPr>
        <w:jc w:val="right"/>
      </w:pPr>
      <w:r>
        <w:t>اس طرح کی بہت سی آیتیں ہیں جو بتاتی ہیں کہ کہ مستقبل میں ایسا ایسا ہوگا، وہ اس بات کا ثبوت ہوگا کہ قرآن خدا کی کتاب ہے۔</w:t>
      </w:r>
    </w:p>
    <w:p>
      <w:r>
        <w:rPr>
          <w:b/>
        </w:rPr>
        <w:t xml:space="preserve">[55:34] </w:t>
      </w:r>
      <w:r>
        <w:t>kyun ke koi jaan nahi sakta tha ke future mein kya hoga. jis insan ne bhi future ke bare mein koi statement diya, woh hamesha ghalat sabit hua.</w:t>
      </w:r>
    </w:p>
    <w:p>
      <w:pPr>
        <w:jc w:val="right"/>
      </w:pPr>
      <w:r>
        <w:t>کیونکہ کوئی جان نہیں سکتا تھا کہ فیوچر میں کیا ہوگا۔ جس انسان نے بھی فیوچر کے بارے میں کوئی سٹیٹمنٹ دیا، وہ ہمیشہ غلط ثابت ہوا۔</w:t>
      </w:r>
    </w:p>
    <w:p>
      <w:r>
        <w:rPr>
          <w:b/>
        </w:rPr>
        <w:t xml:space="preserve">[55:44] </w:t>
      </w:r>
      <w:r>
        <w:t>mein bohat si aisi misalein deta hoon aap ko. mujhe bohat si aisi misalein maloom hain ke mufakireen ne, reformers ne future ke bare mein aik rai di, woh ghalat sabit hui.</w:t>
      </w:r>
    </w:p>
    <w:p>
      <w:pPr>
        <w:jc w:val="right"/>
      </w:pPr>
      <w:r>
        <w:t>میں بہت سی ایسی مثالیں دیتا ہوں آپ کو۔ مجھے بہت سی ایسی مثالیں معلوم ہیں کہ مفکرین نے، ریفارمرز نے فیوچر کے بارے میں ایک رائے دی، وہ غلط ثابت ہوئی۔</w:t>
      </w:r>
    </w:p>
    <w:p>
      <w:r>
        <w:rPr>
          <w:b/>
        </w:rPr>
        <w:t xml:space="preserve">[55:55] </w:t>
      </w:r>
      <w:r>
        <w:t>to</w:t>
      </w:r>
    </w:p>
    <w:p>
      <w:pPr>
        <w:jc w:val="right"/>
      </w:pPr>
      <w:r>
        <w:t>تو</w:t>
      </w:r>
    </w:p>
    <w:p>
      <w:r>
        <w:rPr>
          <w:b/>
        </w:rPr>
        <w:t xml:space="preserve">[55:56] </w:t>
      </w:r>
      <w:r>
        <w:t>sirf quran aik hi aisi kitab hai jis ne future ke bare mein aik baat kahi, woh wahi ke waise hi sabit hui.</w:t>
      </w:r>
    </w:p>
    <w:p>
      <w:pPr>
        <w:jc w:val="right"/>
      </w:pPr>
      <w:r>
        <w:t>صرف قرآن ایک ہی ایسی کتاب ہے جس نے فیوچر کے بارے میں ایک بات کہی، وہ وہی کے ویسے ہی ثابت ہوئی۔</w:t>
      </w:r>
    </w:p>
    <w:p>
      <w:r>
        <w:rPr>
          <w:b/>
        </w:rPr>
        <w:t xml:space="preserve">[56:06] </w:t>
      </w:r>
      <w:r>
        <w:t>to yeh hai jis ko le kar aaj kal musalman jo hain, lad rahe hain, phir rahe hain ke bekar kaam kar rahe hain.</w:t>
      </w:r>
    </w:p>
    <w:p>
      <w:pPr>
        <w:jc w:val="right"/>
      </w:pPr>
      <w:r>
        <w:t>تو یہ ہے جس کو لے کر آج کل مسلمان جو ہیں، لڑ رہے ہیں، پھر رہے ہیں کہ بیکار کام کر رہے ہیں۔</w:t>
      </w:r>
    </w:p>
    <w:p>
      <w:r>
        <w:rPr>
          <w:b/>
        </w:rPr>
        <w:t xml:space="preserve">[56:17] </w:t>
      </w:r>
      <w:r>
        <w:t>yani aik taraf insan talash mein hai theory of everything ka, ab woh theory of everything se quran mein hai, us ko pesh karo.</w:t>
      </w:r>
    </w:p>
    <w:p>
      <w:pPr>
        <w:jc w:val="right"/>
      </w:pPr>
      <w:r>
        <w:t>یعنی ایک طرف انسان تلاش میں ہے تھیوری آف ایوری تھنگ کا، اب وہ تھیوری آف ایوری تھنگ سے قرآن میں ہے، اس کو پیش کرو۔</w:t>
      </w:r>
    </w:p>
    <w:p>
      <w:r>
        <w:rPr>
          <w:b/>
        </w:rPr>
        <w:t xml:space="preserve">[56:31] </w:t>
      </w:r>
      <w:r>
        <w:t>yani theory of everything jo hai, woh sirf quran mein maujood hai, us ko pesh karo insan ke samne. ladna bhidna kya, marna marna kya hai?</w:t>
      </w:r>
    </w:p>
    <w:p>
      <w:pPr>
        <w:jc w:val="right"/>
      </w:pPr>
      <w:r>
        <w:t>یعنی تھیوری آف ایوری تھنگ جو ہے، وہ صرف قرآن میں موجود ہے، اس کو پیش کرو انسان کے سامنے۔ لڑنا بھڑنا کیا، مرنا مارنا کیا ہے؟</w:t>
      </w:r>
    </w:p>
    <w:p>
      <w:r>
        <w:rPr>
          <w:b/>
        </w:rPr>
        <w:t xml:space="preserve">[56:43] </w:t>
      </w:r>
      <w:r>
        <w:t>dekhein, sari dunya ke musalman negative ho rahe hain, lad rahe hain, mar rahe hain, apni janen gawa rahe hain, arbon kharbon rupay barbad kar rahe hain, aur is is opportunity ko avail karne ka mind un ke andar nahi hai.</w:t>
      </w:r>
    </w:p>
    <w:p>
      <w:pPr>
        <w:jc w:val="right"/>
      </w:pPr>
      <w:r>
        <w:t>دیکھیں، ساری دنیا کے مسلمان نیگیٹیو ہو رہے ہیں، لڑ رہے ہیں، مر رہے ہیں، اپنی جانیں گوا رہے ہیں، اربوں کھربوں روپے برباد کر رہے ہیں، اور اس اس اپرچونیٹی کو اویل کرنے کا مائنڈ ان کے اندر نہیں ہے۔</w:t>
      </w:r>
    </w:p>
    <w:p>
      <w:r>
        <w:rPr>
          <w:b/>
        </w:rPr>
        <w:t xml:space="preserve">[57:01] </w:t>
      </w:r>
      <w:r>
        <w:t>to beharhal, mein samajhta hoon ke aap log jo cps ke log hain, un ka farz hai ke woh is baat ko samjhein aur is kaam ko le kar uthein.</w:t>
      </w:r>
    </w:p>
    <w:p>
      <w:pPr>
        <w:jc w:val="right"/>
      </w:pPr>
      <w:r>
        <w:t>تو بہرحال، میں سمجھتا ہوں کہ آپ لوگ جو سی پی ایس کے لوگ ہیں، ان کا فرض ہے کہ وہ اس بات کو سمجھیں اور اس کام کو لے کر اٹھیں۔</w:t>
      </w:r>
    </w:p>
    <w:p>
      <w:r>
        <w:rPr>
          <w:b/>
        </w:rPr>
        <w:t xml:space="preserve">[57:14] </w:t>
      </w:r>
      <w:r>
        <w:t>meri dua hai ke allah taala aap ki madad farmaye.</w:t>
      </w:r>
    </w:p>
    <w:p>
      <w:pPr>
        <w:jc w:val="right"/>
      </w:pPr>
      <w:r>
        <w:t>میری دعا ہے کہ اللہ تعالیٰ آپ کی مدد فرمائے۔</w:t>
      </w:r>
    </w:p>
    <w:p>
      <w:r>
        <w:rPr>
          <w:b/>
        </w:rPr>
        <w:t xml:space="preserve">[57:20] </w:t>
      </w:r>
      <w:r>
        <w:t>aqool qooli wastaghfirullah walakum ajmaeen</w:t>
      </w:r>
    </w:p>
    <w:p>
      <w:pPr>
        <w:jc w:val="right"/>
      </w:pPr>
      <w:r>
        <w:t>اقول قولی واستغفراللہ ولکم اجمعین</w:t>
      </w:r>
    </w:p>
    <w:p>
      <w:r>
        <w:rPr>
          <w:b/>
        </w:rPr>
        <w:t xml:space="preserve">[57:39] </w:t>
      </w:r>
      <w:r>
        <w:t>. maulana, yeh sawal aaya hai karachi pakistan se abdul latif sahab ka. unhone likha hai: "kya ashiya mulkon mulkon ke musalmanon ki zarooraten allah taala un ke apne mulkon mein poori nahi kar raha hai ke woh bahar ke mulkon mein maash ke hasool ke liye gaye hue hain?"</w:t>
      </w:r>
    </w:p>
    <w:p>
      <w:pPr>
        <w:jc w:val="right"/>
      </w:pPr>
      <w:r>
        <w:t>۔ مولانا، یہ سوال آیا ہے کراچی پاکستان سے عبداللطیف صاحب کا۔ انہوں نے لکھا ہے: "کیا ایشیائے ملکوں ملکوں کے مسلمانوں کی ضرورتیں اللہ تعالیٰ ان کے اپنے ملکوں میں پوری نہیں کر رہا ہے کہ وہ باہر کے ملکوں میں معاش کے حصول کے لیے گئے ہوئے ہیں؟</w:t>
      </w:r>
    </w:p>
    <w:p>
      <w:r>
        <w:rPr>
          <w:b/>
        </w:rPr>
        <w:t xml:space="preserve">[58:00] </w:t>
      </w:r>
      <w:r>
        <w:t>aakhir in sab logon ko kis cheez ne majboor kiya hai ke woh apne mulkon ko chhod kar bahir ke mulkon mein maash ke liye gaye hue hain?</w:t>
      </w:r>
    </w:p>
    <w:p>
      <w:pPr>
        <w:jc w:val="right"/>
      </w:pPr>
      <w:r>
        <w:t>آخر ان سب لوگوں کو کس چیز نے مجبور کیا ہے کہ وہ اپنے ملکوں کو چھوڑ کر باہر کے ملکوں میں معاش کے لیے گئے ہوئے ہیں؟</w:t>
      </w:r>
    </w:p>
    <w:p>
      <w:r>
        <w:rPr>
          <w:b/>
        </w:rPr>
        <w:t xml:space="preserve">[58:10] </w:t>
      </w:r>
      <w:r>
        <w:t>is ki wazahat karen."</w:t>
      </w:r>
    </w:p>
    <w:p>
      <w:pPr>
        <w:jc w:val="right"/>
      </w:pPr>
      <w:r>
        <w:t>اس کی وضاحت کریں۔"</w:t>
      </w:r>
    </w:p>
    <w:p>
      <w:r>
        <w:rPr>
          <w:b/>
        </w:rPr>
        <w:t xml:space="preserve">[58:15] </w:t>
      </w:r>
      <w:r>
        <w:t>bhai, is ka sabab yeh nahin ke maash nahin mil rahi un ko apne mulkon mein.</w:t>
      </w:r>
    </w:p>
    <w:p>
      <w:pPr>
        <w:jc w:val="right"/>
      </w:pPr>
      <w:r>
        <w:t>بھئی، اس کا سبب یہ نہیں کہ معاش نہیں مل رہی ان کو اپنے ملکوں میں۔</w:t>
      </w:r>
    </w:p>
    <w:p>
      <w:r>
        <w:rPr>
          <w:b/>
        </w:rPr>
        <w:t xml:space="preserve">[58:21] </w:t>
      </w:r>
      <w:r>
        <w:t>bas ek</w:t>
      </w:r>
    </w:p>
    <w:p>
      <w:pPr>
        <w:jc w:val="right"/>
      </w:pPr>
      <w:r>
        <w:t>بس ایک</w:t>
      </w:r>
    </w:p>
    <w:p>
      <w:r>
        <w:rPr>
          <w:b/>
        </w:rPr>
        <w:t xml:space="preserve">[58:25] </w:t>
      </w:r>
      <w:r>
        <w:t>ek shauq hai dollar kamane ka, pound kamane ka taake jab bachchon ka mustaqbil zyada achha banaein. yeh saara mamla hai ke apni family, apne bachchon ko behtar mustaqbil dene ke liye woh ja rahe hain in mulkon mein.</w:t>
      </w:r>
    </w:p>
    <w:p>
      <w:pPr>
        <w:jc w:val="right"/>
      </w:pPr>
      <w:r>
        <w:t>ایک شوق ہے ڈالر کمانے کا، پاؤنڈ کمانے کا تاکہ جب بچوں کا مستقبل زیادہ اچھا بنائیں۔ یہ سارا معاملہ ہے کہ اپنی فیملی، اپنے بچوں کو بہتر مستقبل دینے کے لیے وہ جا رہے ہیں ان ملکوں میں۔</w:t>
      </w:r>
    </w:p>
    <w:p>
      <w:r>
        <w:rPr>
          <w:b/>
        </w:rPr>
        <w:t xml:space="preserve">[58:43] </w:t>
      </w:r>
      <w:r>
        <w:t>sab se ajeeb baat yeh hai ke Pakistan ke logon ne mutalba kiya tha</w:t>
      </w:r>
    </w:p>
    <w:p>
      <w:pPr>
        <w:jc w:val="right"/>
      </w:pPr>
      <w:r>
        <w:t>سب سے عجیب بات یہ ہے کہ پاکستان کے لوگوں نے مطالبہ کیا تھا</w:t>
      </w:r>
    </w:p>
    <w:p>
      <w:r>
        <w:rPr>
          <w:b/>
        </w:rPr>
        <w:t xml:space="preserve">[58:48] </w:t>
      </w:r>
      <w:r>
        <w:t>ke hamein ek alag mulk chahiye taake hum Islam ke mutabiq reh saken. sab se ajeeb mamla to Pakistani logon logon ka hai. Pakistan ki logic yahi thi ke hamein ek ek alag khitta chahiye jahan hum Islam ke mutabiq reh saken.</w:t>
      </w:r>
    </w:p>
    <w:p>
      <w:pPr>
        <w:jc w:val="right"/>
      </w:pPr>
      <w:r>
        <w:t>کہ ہمیں ایک الگ ملک چاہیے تاکہ ہم اسلام کے مطابق رہ سکیں۔ سب سے عجیب معاملہ تو پاکستانی لوگوں لوگوں کا ہے۔ پاکستان کی لاجک یہی تھی کہ ہمیں ایک ایک الگ خطہ چاہیے جہاں ہم اسلام کے مطابق رہ سکیں۔</w:t>
      </w:r>
    </w:p>
    <w:p>
      <w:r>
        <w:rPr>
          <w:b/>
        </w:rPr>
        <w:t xml:space="preserve">[59:04] </w:t>
      </w:r>
      <w:r>
        <w:t>achha, jab woh khitta mil gaya to khud Pakistan ke beshumar log chale gaye bahir, Europe, America.</w:t>
      </w:r>
    </w:p>
    <w:p>
      <w:pPr>
        <w:jc w:val="right"/>
      </w:pPr>
      <w:r>
        <w:t>اچھا، جب وہ خطہ مل گیا تو خود پاکستان کے بے شمار لوگ چلے گئے باہر، یورپ، امریکہ۔</w:t>
      </w:r>
    </w:p>
    <w:p>
      <w:r>
        <w:rPr>
          <w:b/>
        </w:rPr>
        <w:t xml:space="preserve">[59:13] </w:t>
      </w:r>
      <w:r>
        <w:t>to yeh to bohat bara jurm ka mamla hai ke Khuda ne Pakistan ko kehte hain log, mamlakat e Khudadad. mamlakat e Khudadad agar sach much ho woh to us ko chhod kar tum mamlakat e Shaitan Dad mein ja rahe ho, jis ko Shaitan kehte hain.</w:t>
      </w:r>
    </w:p>
    <w:p>
      <w:pPr>
        <w:jc w:val="right"/>
      </w:pPr>
      <w:r>
        <w:t>تو یہ تو بہت بڑا جرم کا معاملہ ہے کہ خدا نے پاکستان کو کہتے ہیں لوگ، مملکت خداداد۔ مملکت خداداد اگر سچ مچ ہو وہ تو اس کو چھوڑ کر تم مملکت شیطان داد میں جا رہے ہو، جس کو شیطان کہتے ہیں۔</w:t>
      </w:r>
    </w:p>
    <w:p>
      <w:r>
        <w:rPr>
          <w:b/>
        </w:rPr>
        <w:t xml:space="preserve">[59:30] </w:t>
      </w:r>
      <w:r>
        <w:t>woh</w:t>
      </w:r>
    </w:p>
    <w:p>
      <w:pPr>
        <w:jc w:val="right"/>
      </w:pPr>
      <w:r>
        <w:t>وہ</w:t>
      </w:r>
    </w:p>
    <w:p>
      <w:r>
        <w:rPr>
          <w:b/>
        </w:rPr>
        <w:t xml:space="preserve">[59:34] </w:t>
      </w:r>
      <w:r>
        <w:t>yeh bohat bari munafiqat hai yeh ke is is mutalbe ke ko le kar ke Pakistan banwaya gaya ke hamein Islam ke mutabiq jeene ke liye ek khitta chahiye.</w:t>
      </w:r>
    </w:p>
    <w:p>
      <w:pPr>
        <w:jc w:val="right"/>
      </w:pPr>
      <w:r>
        <w:t>یہ بہت بڑی منافقت ہے یہ کہ اس اس مطالبے کے کو لے کر کے پاکستان بنوایا گیا کہ ہمیں اسلام کے مطابق جینے کے لیے ایک خطہ چاہیے۔</w:t>
      </w:r>
    </w:p>
    <w:p>
      <w:r>
        <w:rPr>
          <w:b/>
        </w:rPr>
        <w:t xml:space="preserve">[59:47] </w:t>
      </w:r>
      <w:r>
        <w:t>aur jab woh ban gaya to inhi mulkon mein chale gaye jo in in ke nazdeek, yani jahan taghoot taghooti nizam qaim tha, usi taghooti nizam mein.</w:t>
      </w:r>
    </w:p>
    <w:p>
      <w:pPr>
        <w:jc w:val="right"/>
      </w:pPr>
      <w:r>
        <w:t>اور جب وہ بن گیا تو انہی ملکوں میں چلے گئے جو ان ان کے نزدیک، یعنی جہاں طاغوت طاغوتی نظام قائم تھا، اسی طاغوتی نظام میں۔</w:t>
      </w:r>
    </w:p>
    <w:p>
      <w:r>
        <w:rPr>
          <w:b/>
        </w:rPr>
        <w:t xml:space="preserve">[1:00:01] </w:t>
      </w:r>
      <w:r>
        <w:t>kyunke wahan par zyada achhi, yani zyada bari kamai ho sakti thi, wahan zyada achha mayar zindagi milta tha un ko.</w:t>
      </w:r>
    </w:p>
    <w:p>
      <w:pPr>
        <w:jc w:val="right"/>
      </w:pPr>
      <w:r>
        <w:t>کیونکہ وہاں پر زیادہ اچھی، یعنی زیادہ بڑی کمائی ہو سکتی تھی، وہاں زیادہ اچھا معیار زندگی ملتا تھا ان کو۔</w:t>
      </w:r>
    </w:p>
    <w:p>
      <w:r>
        <w:rPr>
          <w:b/>
        </w:rPr>
        <w:t xml:space="preserve">[1:00:15] </w:t>
      </w:r>
      <w:r>
        <w:t>to munafiqat hi munafiqat hai. ab is ko main kya keh sakta hoon? is ka to bas Allah hi in logon ka tajziya kar sakta hai, insaan ke bas mein nahin hai.</w:t>
      </w:r>
    </w:p>
    <w:p>
      <w:pPr>
        <w:jc w:val="right"/>
      </w:pPr>
      <w:r>
        <w:t>تو منافقت ہی منافقت ہے۔ اب اس کو میں کیا کہہ سکتا ہوں؟ اس کا تو بس اللہ ہی ان لوگوں کا تجزیہ کر سکتا ہے، انسان کے بس میں نہیں ہے۔</w:t>
      </w:r>
    </w:p>
    <w:p>
      <w:r>
        <w:rPr>
          <w:b/>
        </w:rPr>
        <w:t xml:space="preserve">[1:00:29] </w:t>
      </w:r>
      <w:r>
        <w:t>main ek martaba America mein ek Pakistan ke ek sahib the, wahan par baqayda daadhi waali thi un ki. to main ne kaha: "aap Pakistan ko chhod kar America kyun aa gaye?" to kya jawab diya unhon ne?</w:t>
      </w:r>
    </w:p>
    <w:p>
      <w:pPr>
        <w:jc w:val="right"/>
      </w:pPr>
      <w:r>
        <w:t>میں ایک مرتبہ امریکہ میں ایک پاکستان کے ایک صاحب تھے، وہاں پر باقاعدہ داڑھی واری تھی ان کی۔ تو میں نے کہا: "آپ پاکستان کو چھوڑ کر امریکہ کیوں آ گئے؟" تو کیا جواب دیا انہوں نے؟</w:t>
      </w:r>
    </w:p>
    <w:p>
      <w:r>
        <w:rPr>
          <w:b/>
        </w:rPr>
        <w:t xml:space="preserve">[1:00:43] </w:t>
      </w:r>
      <w:r>
        <w:t>ke jis ki rozi jahan rahe gi, woh wahan jaye ga. to main ne kaha ke mamlakat e Khudadad mein aap ki rozi nahin hai, hum mulk ke taghoot dad mein rozi hai aap ki.</w:t>
      </w:r>
    </w:p>
    <w:p>
      <w:pPr>
        <w:jc w:val="right"/>
      </w:pPr>
      <w:r>
        <w:t>کہ جس کی روزی جہاں رہے گی، وہ وہاں جائے گا۔ تو میں نے کہا کہ مملکت خداداد میں آپ کی روزی نہیں ہے، ہم ملک کے طاغوت داد میں روزی ہے آپ کی۔</w:t>
      </w:r>
    </w:p>
    <w:p>
      <w:r>
        <w:rPr>
          <w:b/>
        </w:rPr>
        <w:t xml:space="preserve">[1:00:54] </w:t>
      </w:r>
      <w:r>
        <w:t>jis ko aap log taghoot kehte hain, wahan rozi aap ki hai.</w:t>
      </w:r>
    </w:p>
    <w:p>
      <w:pPr>
        <w:jc w:val="right"/>
      </w:pPr>
      <w:r>
        <w:t>جس کو آپ لوگ طاغوت کہتے ہیں، وہاں روزی آپ کی ہے۔</w:t>
      </w:r>
    </w:p>
    <w:p>
      <w:r>
        <w:rPr>
          <w:b/>
        </w:rPr>
        <w:t xml:space="preserve">[1:01:00] </w:t>
      </w:r>
      <w:r>
        <w:t>to yeh Allah hi in logon ke sath nipat sakta hai, hamare jaisa aadmi nahin nipat sakta un se. Maulana, agla sawal bhi Karachi Pakistan se hai Miss Saira Latif ka.</w:t>
      </w:r>
    </w:p>
    <w:p>
      <w:pPr>
        <w:jc w:val="right"/>
      </w:pPr>
      <w:r>
        <w:t>تو یہ اللہ ہی ان لوگوں کے ساتھ نپٹ سکتا ہے، ہمارے جیسا آدمی نہیں نپٹ سکتا ان سے۔ مولانا، اگلا سوال بھی کراچی پاکستان سے ہے مس سائرہ لطیف کا۔</w:t>
      </w:r>
    </w:p>
    <w:p>
      <w:r>
        <w:rPr>
          <w:b/>
        </w:rPr>
        <w:t xml:space="preserve">[1:01:11] </w:t>
      </w:r>
      <w:r>
        <w:t>unhon ne likha hai: "Anbiya e Karam ne bari be sukuni aur masail wali zindagi guzari kyunke har Nabi ko us ki qaum ne bohat sataya." phir is ayat ka matlab kya hai ke Allah ke zikr se dilon ko sukoon milta hai?</w:t>
      </w:r>
    </w:p>
    <w:p>
      <w:pPr>
        <w:jc w:val="right"/>
      </w:pPr>
      <w:r>
        <w:t>انہوں نے لکھا ہے: "انبیاء کرام نے بڑی بے سکونی اور مسائل والی زندگی گزاری کیونکہ ہر نبی کو اس کی قوم نے بہت ستایا۔" پھر اس آیت کا مطلب کیا ہے کہ اللہ کے ذکر سے دلوں کو سکون ملتا ہے؟</w:t>
      </w:r>
    </w:p>
    <w:p>
      <w:r>
        <w:rPr>
          <w:b/>
        </w:rPr>
        <w:t xml:space="preserve">[1:01:30] </w:t>
      </w:r>
      <w:r>
        <w:t>Anbiya e Karam ke dilon ko sukoon aur itminan kyun hasil na ho saka? is ke baray mein bataein. nahin, yeh yeh yeh yeh yeh qaul kaha tha ke sukoon hasil nahin hua, yeh to aap ka kehna hai.</w:t>
      </w:r>
    </w:p>
    <w:p>
      <w:pPr>
        <w:jc w:val="right"/>
      </w:pPr>
      <w:r>
        <w:t>انبیاء کرام کے دلوں کو سکون اور اطمینان کیوں حاصل نہ ہو سکا؟ اس کے بارے میں بتائیں۔ نہیں، یہ یہ یہ یہ یہ قول کہا تھا کہ سکون حاصل نہیں ہوا، یہ تو آپ کا کہنا ہے۔</w:t>
      </w:r>
    </w:p>
    <w:p>
      <w:r>
        <w:rPr>
          <w:b/>
        </w:rPr>
        <w:t xml:space="preserve">[1:01:45] </w:t>
      </w:r>
      <w:r>
        <w:t>yeh galat hai baat ke Anbiya ko sukoon hasil nahin hua, yeh galat baat hai. dekhiye, Quran ki ayat mein sukoon ke mani jismani aish nahin hai,</w:t>
      </w:r>
    </w:p>
    <w:p>
      <w:pPr>
        <w:jc w:val="right"/>
      </w:pPr>
      <w:r>
        <w:t>یہ غلط ہے بات کہ انبیاء کو سکون حاصل نہیں ہوا، یہ غلط بات ہے۔ دیکھیے، قرآن کی آیت میں سکون کے معنی جسمانی عائش نہیں ہے،</w:t>
      </w:r>
    </w:p>
    <w:p>
      <w:r>
        <w:rPr>
          <w:b/>
        </w:rPr>
        <w:t xml:space="preserve">[1:01:58] </w:t>
      </w:r>
      <w:r>
        <w:t>harghiz nahin hai ke rehne ke liye aap ko achha ghar, achhi car, achha saman mil jaye. yeh matlab nahin is ayat ka. is ka ayat ka matlab hai ke aap ka mind mutmaeen ho jaye ke main sachay rastay par hoon.</w:t>
      </w:r>
    </w:p>
    <w:p>
      <w:pPr>
        <w:jc w:val="right"/>
      </w:pPr>
      <w:r>
        <w:t>ہرگز نہیں ہے کہ رہنے کے لیے آپ کو اچھا گھر، اچھی کار، اچھا سامان مل جائے۔ یہ مطلب نہیں اس آیت کا۔ اس کا آیت کا مطلب ہے کہ آپ کا مائنڈ مطمئن ہو جائے کہ میں سچے راستے پر ہوں۔</w:t>
      </w:r>
    </w:p>
    <w:p>
      <w:r>
        <w:rPr>
          <w:b/>
        </w:rPr>
        <w:t xml:space="preserve">[1:02:16] </w:t>
      </w:r>
      <w:r>
        <w:t>bas yeh mani hain. in ideological itminan murad hai is se, is se physical aaram murad nahin hai.</w:t>
      </w:r>
    </w:p>
    <w:p>
      <w:pPr>
        <w:jc w:val="right"/>
      </w:pPr>
      <w:r>
        <w:t>بس یہ معنی ہیں۔ ان آئیڈیالوجیکل اطمینان مراد ہے اس سے، اس سے فزیکل آرام مراد نہیں ہے۔</w:t>
      </w:r>
    </w:p>
    <w:p>
      <w:r>
        <w:rPr>
          <w:b/>
        </w:rPr>
        <w:t xml:space="preserve">[1:02:28] </w:t>
      </w:r>
      <w:r>
        <w:t>harghiz harghiz yeh yeh yeh galat fehmi nahin honi chahiye ke physical aaram murad hai is ka. ideological itminan ke main jis rastay par hoon, woh sacha rasta hai,</w:t>
      </w:r>
    </w:p>
    <w:p>
      <w:pPr>
        <w:jc w:val="right"/>
      </w:pPr>
      <w:r>
        <w:t>ہرگز ہرگز یہ یہ یہ غلط فہمی نہیں ہونی چاہیے کہ فزیکل آرام مراد ہے اس کا۔ آئیڈیالوجیکل اطمینان کہ میں جس راستے پر ہوں، وہ سچا راستہ ہے،</w:t>
      </w:r>
    </w:p>
    <w:p>
      <w:r>
        <w:rPr>
          <w:b/>
        </w:rPr>
        <w:t xml:space="preserve">[1:02:42] </w:t>
      </w:r>
      <w:r>
        <w:t>yeh murad hai is ka.</w:t>
      </w:r>
    </w:p>
    <w:p>
      <w:pPr>
        <w:jc w:val="right"/>
      </w:pPr>
      <w:r>
        <w:t>یہ مراد ہے اس کا۔</w:t>
      </w:r>
    </w:p>
    <w:p>
      <w:r>
        <w:rPr>
          <w:b/>
        </w:rPr>
        <w:t xml:space="preserve">[1:02:50] </w:t>
      </w:r>
      <w:r>
        <w:t>molana, agla sawal chennai se aya hai mr ramesh</w:t>
      </w:r>
    </w:p>
    <w:p>
      <w:pPr>
        <w:jc w:val="right"/>
      </w:pPr>
      <w:r>
        <w:t>مولانا، اگلا سوال چنئی سے آیا ہے مسٹر رمیش</w:t>
      </w:r>
    </w:p>
    <w:p>
      <w:r>
        <w:rPr>
          <w:b/>
        </w:rPr>
        <w:t xml:space="preserve">[1:02:53] </w:t>
      </w:r>
      <w:r>
        <w:t>ka. unhon ne likha hai: "molana sahib, it is mentioned that god has made man in his image. does this mean that god's physical appearance is like human being?</w:t>
      </w:r>
    </w:p>
    <w:p>
      <w:pPr>
        <w:jc w:val="right"/>
      </w:pPr>
      <w:r>
        <w:t>کا۔ انہوں نے لکھا ہے: "مولانا صاحب، it is mentioned that God has made man in his image. Does this mean that God's physical appearance is like human being?</w:t>
      </w:r>
    </w:p>
    <w:p>
      <w:r>
        <w:rPr>
          <w:b/>
        </w:rPr>
        <w:t xml:space="preserve">[1:03:04] </w:t>
      </w:r>
      <w:r>
        <w:t>if this is not true, then why is the word image used and not any other word?" dekhiye, yeh quran mein nahi hai, yeh hadith mein hai.</w:t>
      </w:r>
    </w:p>
    <w:p>
      <w:pPr>
        <w:jc w:val="right"/>
      </w:pPr>
      <w:r>
        <w:t>If this is not true, then why is the word image used and not any other word?" دیکھیے، یہ قرآن میں نہیں ہے، یہ حدیث میں ہے۔</w:t>
      </w:r>
    </w:p>
    <w:p>
      <w:r>
        <w:rPr>
          <w:b/>
        </w:rPr>
        <w:t xml:space="preserve">[1:03:14] </w:t>
      </w:r>
      <w:r>
        <w:t>dekhiye, image ko aap literal mani mein kyun le rahe hain? literal aap chuki literal mani mein le rahe hain, is liye aap ko pareshani ho rahi hai.</w:t>
      </w:r>
    </w:p>
    <w:p>
      <w:pPr>
        <w:jc w:val="right"/>
      </w:pPr>
      <w:r>
        <w:t>دیکھیے، امیج کو آپ لٹرل معنی میں کیوں لے رہے ہیں؟ لٹرل آپ چونکہ لٹرل معنی میں لے رہے ہیں، اس لیے آپ کو پریشانی ہو رہی ہے۔</w:t>
      </w:r>
    </w:p>
    <w:p>
      <w:r>
        <w:rPr>
          <w:b/>
        </w:rPr>
        <w:t xml:space="preserve">[1:03:23] </w:t>
      </w:r>
      <w:r>
        <w:t>is ke mani sirf yeh hain ke khuda ke jo attributes hain, woh diya insan ko allah ne, yaani sochne ki taqat, tajziya karne ki taqat, planning karne ki taqat.</w:t>
      </w:r>
    </w:p>
    <w:p>
      <w:pPr>
        <w:jc w:val="right"/>
      </w:pPr>
      <w:r>
        <w:t>اس کے معنی صرف یہ ہیں کہ خدا کے جو ایٹریبیوٹس ہیں، وہ دیا انسان کو اللہ نے، یعنی سوچنے کی طاقت، تجزیہ کرنے کی طاقت، پلاننگ کرنے کی طاقت۔</w:t>
      </w:r>
    </w:p>
    <w:p>
      <w:r>
        <w:rPr>
          <w:b/>
        </w:rPr>
        <w:t xml:space="preserve">[1:03:35] </w:t>
      </w:r>
      <w:r>
        <w:t>yeh sab kisi janwar ko nahi. misaal ke taur par, main bataoon aap ko, hamare ghar mein ek faakhta ne nest banaya, ghonsla.</w:t>
      </w:r>
    </w:p>
    <w:p>
      <w:pPr>
        <w:jc w:val="right"/>
      </w:pPr>
      <w:r>
        <w:t>یہ سب کسی جانور کو نہیں۔ مثلاً، میں بتاؤں آپ کو، ہمارے گھر میں ایک فاختہ نے نیسٹ بنایا، گھونسلہ۔</w:t>
      </w:r>
    </w:p>
    <w:p>
      <w:r>
        <w:rPr>
          <w:b/>
        </w:rPr>
        <w:t xml:space="preserve">[1:03:48] </w:t>
      </w:r>
      <w:r>
        <w:t>woh kabootar, kabootar ne, kabootar ne ghonsla banaya, nest, yaani yes ti nest. yeh log ghonsla banate hain ke ande dein, phir us ko sek sek kar ke bachche paida karein.</w:t>
      </w:r>
    </w:p>
    <w:p>
      <w:pPr>
        <w:jc w:val="right"/>
      </w:pPr>
      <w:r>
        <w:t>وہ کبوتر، کبوتر نے، کبوتر نے گھونسلہ بنایا، نیسٹ، یعنی یس ٹی نیسٹ۔ یہ لوگ گھونسلہ بناتے ہیں کہ انڈے دیں، پھر اس کو سیک سیک کر کے بچے پیدا ہوں۔</w:t>
      </w:r>
    </w:p>
    <w:p>
      <w:r>
        <w:rPr>
          <w:b/>
        </w:rPr>
        <w:t xml:space="preserve">[1:04:03] </w:t>
      </w:r>
      <w:r>
        <w:t>to tareeqa un ka by nature yeh hai ke jo female hoti hai, woh ande par baithti hai aur male jo hai, woh bahar ja ja kar us ke liye jo khati hai, woh woh samaan lata hai.</w:t>
      </w:r>
    </w:p>
    <w:p>
      <w:pPr>
        <w:jc w:val="right"/>
      </w:pPr>
      <w:r>
        <w:t>تو طریقہ ان کا بائی نیچر یہ ہے کہ جو فیمیل ہوتی ہے، وہ انڈے پر بیٹھتی ہے اور میل جو ہے، وہ باہر جا جا کر اس کے لیے جو کھاتی ہے، وہ وہ سامان لاتا ہے۔</w:t>
      </w:r>
    </w:p>
    <w:p>
      <w:r>
        <w:rPr>
          <w:b/>
        </w:rPr>
        <w:t xml:space="preserve">[1:04:20] </w:t>
      </w:r>
      <w:r>
        <w:t>to woh woh chhodti hai nahi anda, isi par baithi seeti rehti hai. us ko</w:t>
      </w:r>
    </w:p>
    <w:p>
      <w:pPr>
        <w:jc w:val="right"/>
      </w:pPr>
      <w:r>
        <w:t>تو وہ وہ چھوڑتی ہے نہیں انڈا، اسی پر بیٹھی سیتی رہتی ہے۔ اس کو</w:t>
      </w:r>
    </w:p>
    <w:p>
      <w:r>
        <w:rPr>
          <w:b/>
        </w:rPr>
        <w:t xml:space="preserve">[1:04:25] </w:t>
      </w:r>
      <w:r>
        <w:t>ab by chance kya hua ke us ka jo male jo air tha, woh hamare haan kisi ne chala diya, woh exhaust fan, woh bechara us mein us ko samjha ke us mein enter hone laga, us ke raaste se us mein phans kar woh mar gaya.</w:t>
      </w:r>
    </w:p>
    <w:p>
      <w:pPr>
        <w:jc w:val="right"/>
      </w:pPr>
      <w:r>
        <w:t>اب بائی چانس کیا ہوا کہ اس کا جو میل جو ایئر تھا، وہ ہمارے ہاں کسی نے چلا دیا، وہ ایگزاسٹ فین، وہ بیچارہ اس میں اس کو سمجھا کہ اس میں انٹر ہونے لگا، اس کے راستے سے اس میں پھنس کر وہ مر گیا۔</w:t>
      </w:r>
    </w:p>
    <w:p>
      <w:r>
        <w:rPr>
          <w:b/>
        </w:rPr>
        <w:t xml:space="preserve">[1:04:41] </w:t>
      </w:r>
      <w:r>
        <w:t>mujhe bara afsos hua. to ab is is is female ko pata nahi hai ke ab ne kya karna hai. woh phir bhi baithi hui hai isi ande par,</w:t>
      </w:r>
    </w:p>
    <w:p>
      <w:pPr>
        <w:jc w:val="right"/>
      </w:pPr>
      <w:r>
        <w:t>مجھے بڑا افسوس ہوا۔ تو اب اس اس اس فیمیل کو پتہ نہیں ہے کہ اب نے کیا کرنا ہے۔ وہ پھر بھی بیٹھی ہوئی ہے اسی انڈے پر،</w:t>
      </w:r>
    </w:p>
    <w:p>
      <w:r>
        <w:rPr>
          <w:b/>
        </w:rPr>
        <w:t xml:space="preserve">[1:04:52] </w:t>
      </w:r>
      <w:r>
        <w:t>ande ko chhod kar jati nahi ke ab mujhe khud ja kar ke bahar se kuch apne khane peene ka samaan lana chahiye. to yeh hai insan ki surat. insan ko allah ta'ala ne zehan di, aqal di, planning di, sochne ka maada diya.</w:t>
      </w:r>
    </w:p>
    <w:p>
      <w:pPr>
        <w:jc w:val="right"/>
      </w:pPr>
      <w:r>
        <w:t>انڈے کو چھوڑ کر جاتی نہیں کہ اب مجھے خود جا کر کے باہر سے کچھ اپنے کھانے پینے کا سامان لانا چاہیے۔ تو یہ ہے انسان کی صورت۔ انسان کو اللہ تعالیٰ نے ذہن دی، عقل دی، پلاننگ دی، سوچنے کا مادہ دیا۔</w:t>
      </w:r>
    </w:p>
    <w:p>
      <w:r>
        <w:rPr>
          <w:b/>
        </w:rPr>
        <w:t xml:space="preserve">[1:05:05] </w:t>
      </w:r>
      <w:r>
        <w:t>isi liye to aisa hua ke us ne meter ko hawai jahaz mein aur aur car mein tabdeel kiya. meter ko us ne mobile mein aur aur electronics mein tabdeel kiya.</w:t>
      </w:r>
    </w:p>
    <w:p>
      <w:pPr>
        <w:jc w:val="right"/>
      </w:pPr>
      <w:r>
        <w:t>اسی لیے تو ایسا ہوا کہ اس نے میٹر کو ہوا جہاز میں اور اور کار میں تبدیل کیا۔ میٹر کو اس نے موبائل میں اور اور الیکٹرانکس میں تبدیل کیا۔</w:t>
      </w:r>
    </w:p>
    <w:p>
      <w:r>
        <w:rPr>
          <w:b/>
        </w:rPr>
        <w:t xml:space="preserve">[1:05:18] </w:t>
      </w:r>
      <w:r>
        <w:t>yeh matlab hai is ka</w:t>
      </w:r>
    </w:p>
    <w:p>
      <w:pPr>
        <w:jc w:val="right"/>
      </w:pPr>
      <w:r>
        <w:t>یہ مطلب ہے اس کا</w:t>
      </w:r>
    </w:p>
    <w:p>
      <w:r>
        <w:rPr>
          <w:b/>
        </w:rPr>
        <w:t xml:space="preserve">[1:05:19] </w:t>
      </w:r>
      <w:r>
        <w:t>۔ aap literal mani mein lene ki wajah se aap aap ko yeh sawal paida hua. literal mani mein koi cheez nahi hoti hai, koi bhi cheez nahi hoti.</w:t>
      </w:r>
    </w:p>
    <w:p>
      <w:pPr>
        <w:jc w:val="right"/>
      </w:pPr>
      <w:r>
        <w:t>۔ آپ لٹرل معنی میں لینے کی وجہ سے آپ آپ کو یہ سوال پیدا ہوا۔ لٹرل معنی میں کوئی چیز نہیں ہوتی ہے، کوئی بھی چیز نہیں ہوتی۔</w:t>
      </w:r>
    </w:p>
    <w:p>
      <w:r>
        <w:rPr>
          <w:b/>
        </w:rPr>
        <w:t xml:space="preserve">[1:05:27] </w:t>
      </w:r>
      <w:r>
        <w:t>literal mani mein.</w:t>
      </w:r>
    </w:p>
    <w:p>
      <w:pPr>
        <w:jc w:val="right"/>
      </w:pPr>
      <w:r>
        <w:t>لٹرل معنی میں۔</w:t>
      </w:r>
    </w:p>
    <w:p>
      <w:r>
        <w:rPr>
          <w:b/>
        </w:rPr>
        <w:t xml:space="preserve">[1:05:31] </w:t>
      </w:r>
      <w:r>
        <w:t>agla sawal tamil nadu se hai molana iqbal umri sahib ka. unhon ne likha hai: "mazhabi kitab mein universal references honge, yeh scientist kaise maan sakte hain?</w:t>
      </w:r>
    </w:p>
    <w:p>
      <w:pPr>
        <w:jc w:val="right"/>
      </w:pPr>
      <w:r>
        <w:t>اگلا سوال تمل ناڈو سے ہے مولانا اقبال عمری صاحب کا۔ انہوں نے لکھا ہے: "مذہبی کتاب میں یونیورسل ریفرنسز ہوں گے، یہ سائنٹسٹ کیسے مان سکتے ہیں؟</w:t>
      </w:r>
    </w:p>
    <w:p>
      <w:r>
        <w:rPr>
          <w:b/>
        </w:rPr>
        <w:t xml:space="preserve">[1:05:44] </w:t>
      </w:r>
      <w:r>
        <w:t>is ke bare mein bataein."</w:t>
      </w:r>
    </w:p>
    <w:p>
      <w:pPr>
        <w:jc w:val="right"/>
      </w:pPr>
      <w:r>
        <w:t>اس کے بارے میں بتائیں۔"</w:t>
      </w:r>
    </w:p>
    <w:p>
      <w:r>
        <w:rPr>
          <w:b/>
        </w:rPr>
        <w:t xml:space="preserve">[1:05:50] </w:t>
      </w:r>
      <w:r>
        <w:t>bhai, na manne ki wajah hi nahi. sawal yeh hai ke</w:t>
      </w:r>
    </w:p>
    <w:p>
      <w:pPr>
        <w:jc w:val="right"/>
      </w:pPr>
      <w:r>
        <w:t>بھئی، نہ ماننے کی وجہ ہی نہیں۔ سوال یہ ہے کہ</w:t>
      </w:r>
    </w:p>
    <w:p>
      <w:r>
        <w:rPr>
          <w:b/>
        </w:rPr>
        <w:t xml:space="preserve">[1:05:55] </w:t>
      </w:r>
      <w:r>
        <w:t>wohi sabit hua baat ko. aap manna chahiye, na manne ki koi wajah nahi. na manne ki koi wajah nahi.</w:t>
      </w:r>
    </w:p>
    <w:p>
      <w:pPr>
        <w:jc w:val="right"/>
      </w:pPr>
      <w:r>
        <w:t>وہی ثابت ہوا بات کو۔ آپ ماننا چاہیے، نہ ماننے کی کوئی وجہ نہیں۔ نہ ماننے کی کوئی وجہ نہیں۔</w:t>
      </w:r>
    </w:p>
    <w:p>
      <w:r>
        <w:rPr>
          <w:b/>
        </w:rPr>
        <w:t xml:space="preserve">[1:06:05] </w:t>
      </w:r>
      <w:r>
        <w:t>kyunki yeh log mazhabi kitab ko padhte nahi, us ko woh samajhte hain ke yeh to ek aur duniya ki baatein us ke andar hongi.</w:t>
      </w:r>
    </w:p>
    <w:p>
      <w:pPr>
        <w:jc w:val="right"/>
      </w:pPr>
      <w:r>
        <w:t>کیونکہ یہ لوگ مذہبی کتاب کو پڑھتے نہیں، اس کو وہ سمجھتے ہیں کہ یہ تو ایک اور دنیا کی باتیں اس کے اندر ہوں گی۔</w:t>
      </w:r>
    </w:p>
    <w:p>
      <w:r>
        <w:rPr>
          <w:b/>
        </w:rPr>
        <w:t xml:space="preserve">[1:06:15] </w:t>
      </w:r>
      <w:r>
        <w:t>agar woh padhein sach much, jis se doosri cheezon ko padhte hain to mujhe yaqeen nahi ke manenge woh. jaise ke kuch logon ne mana bhi, jaise sir james jeans jo hai, baqayda bible padhta tha, woh church jata tha.</w:t>
      </w:r>
    </w:p>
    <w:p>
      <w:pPr>
        <w:jc w:val="right"/>
      </w:pPr>
      <w:r>
        <w:t>اگر وہ پڑھیں سچ مچ، جس سے دوسری چیزوں کو پڑھتے ہیں تو مجھے یقین نہیں کہ مانیں گے وہ۔ جیسے کہ کچھ لوگوں نے مانا بھی، جیسے سر جیمز جینز جو ہے، باقاعدہ بائبل پڑھتا تھا، وہ چرچ جاتا تھا۔</w:t>
      </w:r>
    </w:p>
    <w:p>
      <w:r>
        <w:rPr>
          <w:b/>
        </w:rPr>
        <w:t xml:space="preserve">[1:06:28] </w:t>
      </w:r>
      <w:r>
        <w:t>woh halanki top ka scientist tha, woh sir james jeans top ka scientist tha, woh bible padhta tha, church</w:t>
      </w:r>
    </w:p>
    <w:p>
      <w:pPr>
        <w:jc w:val="right"/>
      </w:pPr>
      <w:r>
        <w:t>وہ حالانکہ ٹاپ کا سائنٹسٹ تھا، وہ سر جیمز جینز ٹاپ کا سائنٹسٹ تھا، وہ بائبل پڑھتا تھا، چرچ</w:t>
      </w:r>
    </w:p>
    <w:p>
      <w:r>
        <w:rPr>
          <w:b/>
        </w:rPr>
        <w:t xml:space="preserve">[1:06:38] </w:t>
      </w:r>
      <w:r>
        <w:t>jata tha. us ka ek waqia aap ne likha hai arises mein ke quran ke bare mein ek sahib ne us ko bataya, ek ayat batai.</w:t>
      </w:r>
    </w:p>
    <w:p>
      <w:pPr>
        <w:jc w:val="right"/>
      </w:pPr>
      <w:r>
        <w:t>جاتا تھا۔ اس کا ایک واقعہ آپ نے لکھا ہے ارائزز میں کہ قرآن کے بارے میں ایک صاحب نے اس کو بتایا، ایک آیت بتائی۔</w:t>
      </w:r>
    </w:p>
    <w:p>
      <w:r>
        <w:rPr>
          <w:b/>
        </w:rPr>
        <w:t xml:space="preserve">[1:06:46] </w:t>
      </w:r>
      <w:r>
        <w:t>us ayat ko padh kar us ke rongte khade ho gaye. us ne kaha ke agar yeh quran mein yeh ayat hai to main gawahi deta hoon ke yeh khuda ki kitab hai. to aisa nahi hai ke saare scientiston ka mamla yahi hai,</w:t>
      </w:r>
    </w:p>
    <w:p>
      <w:pPr>
        <w:jc w:val="right"/>
      </w:pPr>
      <w:r>
        <w:t>اس آیت کو پڑھ کر اس کے رونگٹے کھڑے ہو گئے۔ اس نے کہا کہ اگر یہ قرآن میں یہ آیت ہے تو میں گواہی دیتا ہوں کہ یہ خدا کی کتاب ہے۔ تو ایسا نہیں ہے کہ سارے سائنس دانوں کا معاملہ یہی ہے،</w:t>
      </w:r>
    </w:p>
    <w:p>
      <w:r>
        <w:rPr>
          <w:b/>
        </w:rPr>
        <w:t xml:space="preserve">[1:07:01] </w:t>
      </w:r>
      <w:r>
        <w:t>donon qism ke log hain.</w:t>
      </w:r>
    </w:p>
    <w:p>
      <w:pPr>
        <w:jc w:val="right"/>
      </w:pPr>
      <w:r>
        <w:t>دونوں قسم کے لوگ ہیں۔</w:t>
      </w:r>
    </w:p>
    <w:p>
      <w:r>
        <w:rPr>
          <w:b/>
        </w:rPr>
        <w:t xml:space="preserve">[1:07:07] </w:t>
      </w:r>
      <w:r>
        <w:t>maulana, agla sawal dilli se hai miss naghma siddiqi ka</w:t>
      </w:r>
    </w:p>
    <w:p>
      <w:pPr>
        <w:jc w:val="right"/>
      </w:pPr>
      <w:r>
        <w:t>مولانا، اگلا سوال دلی سے ہے مس نغمہ صدیقی کا</w:t>
      </w:r>
    </w:p>
    <w:p>
      <w:r>
        <w:rPr>
          <w:b/>
        </w:rPr>
        <w:t xml:space="preserve">[1:07:12] </w:t>
      </w:r>
      <w:r>
        <w:t>unhon ne aap se poocha hai ke "Just as things in nature are predictable, how can man become predictable?" dekhiye, nature ki jo predictability hai, woh to woh to law of nature ke tehat hoti hai, yani wahan pe compulsion hai.</w:t>
      </w:r>
    </w:p>
    <w:p>
      <w:pPr>
        <w:jc w:val="right"/>
      </w:pPr>
      <w:r>
        <w:t>۔ انہوں نے آپ سے پوچھا ہے کہ "Just as things in nature are predictable, how can man become predictable?" دیکھیے، نیچر کی جو پریڈکٹیبلٹی ہے، وہ تو وہ تو لاء آف نیچر کے تحت ہوتی ہے، یعنی وہاں پہ کمپلشن ہے۔</w:t>
      </w:r>
    </w:p>
    <w:p>
      <w:r>
        <w:rPr>
          <w:b/>
        </w:rPr>
        <w:t xml:space="preserve">[1:07:35] </w:t>
      </w:r>
      <w:r>
        <w:t>yani loha loha rahega, pani pani rahega. lekin insan mein to, yani insan to ek shaoor ke tehat govern hota hai, khud apne faisle se govern hota hai.</w:t>
      </w:r>
    </w:p>
    <w:p>
      <w:pPr>
        <w:jc w:val="right"/>
      </w:pPr>
      <w:r>
        <w:t>یعنی لوہا لوہا رہے گا، پانی پانی رہے گا۔ لیکن انسان میں تو، یعنی انسان تو ایک شعور کے تحت گورن ہوتا ہے، خود اپنے فیصلے سے گورن ہوتا ہے۔</w:t>
      </w:r>
    </w:p>
    <w:p>
      <w:r>
        <w:rPr>
          <w:b/>
        </w:rPr>
        <w:t xml:space="preserve">[1:07:50] </w:t>
      </w:r>
      <w:r>
        <w:t>to insan predictable woh ho sakta hai jo Allah se darta ho,</w:t>
      </w:r>
    </w:p>
    <w:p>
      <w:pPr>
        <w:jc w:val="right"/>
      </w:pPr>
      <w:r>
        <w:t>تو انسان پریڈکٹیبل وہ ہو سکتا ہے جو اللہ سے ڈرتا ہو،</w:t>
      </w:r>
    </w:p>
    <w:p>
      <w:r>
        <w:rPr>
          <w:b/>
        </w:rPr>
        <w:t xml:space="preserve">[1:07:57] </w:t>
      </w:r>
      <w:r>
        <w:t>yani lohe aur pani ki tarah nahi ho sakta hai woh. lekin agar woh is ke andar Allah yeh yeh yeh ehsas jaag jaag parre ke Allah ke haan us ki pooch hogi, woh woh accountable accountable hai Allah ke samne, to yaqeenan aisa ban jayega.</w:t>
      </w:r>
    </w:p>
    <w:p>
      <w:pPr>
        <w:jc w:val="right"/>
      </w:pPr>
      <w:r>
        <w:t>یعنی لوہے اور پانی کی طرح نہیں ہو سکتا ہے وہ۔ لیکن اگر وہ اس کے اندر اللہ یہ یہ یہ احساس جاگ جاگ پڑے کہ اللہ کے ہاں اس کی پوچھ ہوگی، وہ وہ اکاؤنٹیبل اکاؤنٹیبل ہے اللہ کے سامنے، تو یقینا ایسا بن جائے گا۔</w:t>
      </w:r>
    </w:p>
    <w:p>
      <w:r>
        <w:rPr>
          <w:b/>
        </w:rPr>
        <w:t xml:space="preserve">[1:08:15] </w:t>
      </w:r>
      <w:r>
        <w:t>woh to insan apne ko banata hai predictable, aur matter to woh aisi waisi hai,</w:t>
      </w:r>
    </w:p>
    <w:p>
      <w:pPr>
        <w:jc w:val="right"/>
      </w:pPr>
      <w:r>
        <w:t>وہ تو انسان اپنے کو بناتا ہے پریڈکٹیبل، اور میٹر تو وہ ایسی ویسی ہے،</w:t>
      </w:r>
    </w:p>
    <w:p>
      <w:r>
        <w:rPr>
          <w:b/>
        </w:rPr>
        <w:t xml:space="preserve">[1:08:25] </w:t>
      </w:r>
      <w:r>
        <w:t>yani woh is ka is ka woh is ki jo creation hai, woh is ke creation hi ke andar hai maujood.</w:t>
      </w:r>
    </w:p>
    <w:p>
      <w:pPr>
        <w:jc w:val="right"/>
      </w:pPr>
      <w:r>
        <w:t>یعنی وہ اس کا اس کا وہ اس کی جو کریشن ہے، وہ اس کے کریشن ہی کے اندر ہے موجود۔</w:t>
      </w:r>
    </w:p>
    <w:p>
      <w:r>
        <w:rPr>
          <w:b/>
        </w:rPr>
        <w:t xml:space="preserve">[1:08:36] </w:t>
      </w:r>
      <w:r>
        <w:t>is is ke is ka aisa hona baqi insan to khud se apne ko banata hai, aisa na chahe to na banaye. aur isi par jannat dozakh ka faisla hota hai.</w:t>
      </w:r>
    </w:p>
    <w:p>
      <w:pPr>
        <w:jc w:val="right"/>
      </w:pPr>
      <w:r>
        <w:t>اس اس کے اس کا ایسا ہونا باقی انسان تو خود سے اپنے کو بناتا ہے، ایسا نہ چاہے تو نہ بنائے۔ اور اسی پر جنت دوزخ کا فیصلہ ہوتا ہے۔</w:t>
      </w:r>
    </w:p>
    <w:p>
      <w:r>
        <w:rPr>
          <w:b/>
        </w:rPr>
        <w:t xml:space="preserve">[1:08:49] </w:t>
      </w:r>
      <w:r>
        <w:t>yeh to bohat bari neki hai, bohat bara virtue hai ke insan apne aap ko predictable character banaye apne andar.</w:t>
      </w:r>
    </w:p>
    <w:p>
      <w:pPr>
        <w:jc w:val="right"/>
      </w:pPr>
      <w:r>
        <w:t>یہ تو بہت بڑی نیکی ہے، بہت بڑا ورچو ہے کہ انسان اپنے آپ کو پریڈکٹیبل کریکٹر بنائے اپنے اندر۔</w:t>
      </w:r>
    </w:p>
    <w:p>
      <w:r>
        <w:rPr>
          <w:b/>
        </w:rPr>
        <w:t xml:space="preserve">[1:08:58] </w:t>
      </w:r>
      <w:r>
        <w:t>maulana, agla sawal dilli se hai saadat yar sahib ka. unhon ne likha hai: "I am working in a factory in Gaziabad.</w:t>
      </w:r>
    </w:p>
    <w:p>
      <w:pPr>
        <w:jc w:val="right"/>
      </w:pPr>
      <w:r>
        <w:t>مولانا، اگلا سوال دلی سے ہے سعادت یار صاحب کا۔ انہوں نے لکھا ہے: "I am working in a factory in Gaziabad.</w:t>
      </w:r>
    </w:p>
    <w:p>
      <w:r>
        <w:rPr>
          <w:b/>
        </w:rPr>
        <w:t xml:space="preserve">[1:09:07] </w:t>
      </w:r>
      <w:r>
        <w:t>I do Dawa work in between on my non-Muslim colleagues, but they all believe that Shri Krishna Ji is God. How we can convince them that Shri Krishna Ji is not God?"</w:t>
      </w:r>
    </w:p>
    <w:p>
      <w:pPr>
        <w:jc w:val="right"/>
      </w:pPr>
      <w:r>
        <w:t>I do Dawa work in between on my non-Muslim colleagues, but they all believe that Shri Krishna Ji is God. How we can convince them that Shri Krishna Ji is not God?</w:t>
      </w:r>
    </w:p>
    <w:p>
      <w:r>
        <w:rPr>
          <w:b/>
        </w:rPr>
        <w:t xml:space="preserve">[1:09:21] </w:t>
      </w:r>
      <w:r>
        <w:t>Please give satisfactory answers so that we can convince our non-Muslim friends."</w:t>
      </w:r>
    </w:p>
    <w:p>
      <w:pPr>
        <w:jc w:val="right"/>
      </w:pPr>
      <w:r>
        <w:t>Please give satisfactory answers so that we can convince our non-Muslim friends."</w:t>
      </w:r>
    </w:p>
    <w:p>
      <w:r>
        <w:rPr>
          <w:b/>
        </w:rPr>
        <w:t xml:space="preserve">[1:09:27] </w:t>
      </w:r>
      <w:r>
        <w:t>nahi, aap kabhi bhi is ko starting part na banayein. yeh kabhi bhi aap koshish na karein, yeh dawat nahi hai, yeh to munazra hai.</w:t>
      </w:r>
    </w:p>
    <w:p>
      <w:pPr>
        <w:jc w:val="right"/>
      </w:pPr>
      <w:r>
        <w:t>نہیں، آپ کبھی بھی اس کو اسٹارٹنگ پارٹ نہ بنائیں۔ یہ کبھی بھی آپ کوشش نہ کریں، یہ دعوت نہیں ہے، یہ تو مناظرہ ہے۔</w:t>
      </w:r>
    </w:p>
    <w:p>
      <w:r>
        <w:rPr>
          <w:b/>
        </w:rPr>
        <w:t xml:space="preserve">[1:09:37] </w:t>
      </w:r>
      <w:r>
        <w:t>munazra yeh sab behas munazre ke mozuat hain, is ka naam dawat nahi hai. Quran mein dekhiye: "ta'ala ala kalimati sawai bainana bainakum Allah na'oozubillah", yani common ground se dawat shuru hoti hai,</w:t>
      </w:r>
    </w:p>
    <w:p>
      <w:pPr>
        <w:jc w:val="right"/>
      </w:pPr>
      <w:r>
        <w:t>مناظرہ یہ سب بحث مناظرے کے موضوعات ہیں، اس کا نام دعوت نہیں ہے۔ قرآن میں دیکھیے: "تعالیٰ علی کلمۃ سوائے بینا بینکم اللہ نعوذ باللہ"، یعنی کامن گراؤنڈ سے دعوت شروع ہوتی ہے،</w:t>
      </w:r>
    </w:p>
    <w:p>
      <w:r>
        <w:rPr>
          <w:b/>
        </w:rPr>
        <w:t xml:space="preserve">[1:09:54] </w:t>
      </w:r>
      <w:r>
        <w:t>controversial ground se nahi shuru hoti. dawat</w:t>
      </w:r>
    </w:p>
    <w:p>
      <w:pPr>
        <w:jc w:val="right"/>
      </w:pPr>
      <w:r>
        <w:t>کنٹروورشل گراؤنڈ سے نہیں شروع ہوتی۔ دعوت</w:t>
      </w:r>
    </w:p>
    <w:p>
      <w:r>
        <w:rPr>
          <w:b/>
        </w:rPr>
        <w:t xml:space="preserve">[1:09:57] </w:t>
      </w:r>
      <w:r>
        <w:t>to aap jo controversial point hai, us se koi shuru karna chahte hain. aap jo common ground hai, us ko le kar shuru kijiye dawat apni, aur Quran parhne ke liye dijiye, kitabein dijiye.</w:t>
      </w:r>
    </w:p>
    <w:p>
      <w:pPr>
        <w:jc w:val="right"/>
      </w:pPr>
      <w:r>
        <w:t>تو آپ جو کنٹروورشل پوائنٹ ہے، اس سے کوئی شروع کرنا چاہتے ہیں۔ آپ جو کامن گراؤنڈ ہے، اس کو لے کر شروع کیجئے دعوت اپنی، اور قرآن پڑھنے کے لیے دیجئے، کتابیں دیجئے۔</w:t>
      </w:r>
    </w:p>
    <w:p>
      <w:r>
        <w:rPr>
          <w:b/>
        </w:rPr>
        <w:t xml:space="preserve">[1:10:10] </w:t>
      </w:r>
      <w:r>
        <w:t>yeh dawat ka sahi tareeqa nahi ke aap is is mozu par un se behas karein jo ke controversial point aap ke un ke beech mein hai.</w:t>
      </w:r>
    </w:p>
    <w:p>
      <w:pPr>
        <w:jc w:val="right"/>
      </w:pPr>
      <w:r>
        <w:t>یہ دعوت کا صحیح طریقہ نہیں کہ آپ اس اس موضوع پہ ان سے بحث کریں جو کہ کنٹروورشل پوائنٹ آپ کے ان کے بیچ میں ہے۔</w:t>
      </w:r>
    </w:p>
    <w:p>
      <w:r>
        <w:rPr>
          <w:b/>
        </w:rPr>
        <w:t xml:space="preserve">[1:10:20] </w:t>
      </w:r>
      <w:r>
        <w:t>maulana, agla sawal bhagpat se hai mister b.b. vedic sahib ka.</w:t>
      </w:r>
    </w:p>
    <w:p>
      <w:pPr>
        <w:jc w:val="right"/>
      </w:pPr>
      <w:r>
        <w:t>مولانا، اگلا سوال بھاگپت سے ہے مسٹر بی بی ویدک صاحب کا۔</w:t>
      </w:r>
    </w:p>
    <w:p>
      <w:r>
        <w:rPr>
          <w:b/>
        </w:rPr>
        <w:t xml:space="preserve">[1:10:26] </w:t>
      </w:r>
      <w:r>
        <w:t>unhon ne likha hai: "yeh yadi kaha jaye ke woh Khuda, woh Allah, woh God, sar shaktiman hai, dayalu hai, ajnama hai, anant hai, sar vyapak hai, sarvarg hai,</w:t>
      </w:r>
    </w:p>
    <w:p>
      <w:pPr>
        <w:jc w:val="right"/>
      </w:pPr>
      <w:r>
        <w:t>انہوں نے لکھا ہے: "یہ یदि کہا جائے کہ وہ خدا، وہ اللہ، وہ گاڈ، سر شक्तिमान ہے، دیالو ہے، اجنما ہے، اننت ہے، سر ویاپک ہے، سرورگ ہے،</w:t>
      </w:r>
    </w:p>
    <w:p>
      <w:r>
        <w:rPr>
          <w:b/>
        </w:rPr>
        <w:t xml:space="preserve">[1:10:39] </w:t>
      </w:r>
      <w:r>
        <w:t>woh satya roop hai, chetan hai, aur anant sarvaroop hai, mein Maulana sahib se janna chahta hoon ke aprokt mein se woh kaun se gun hain jo Quran ke anusar Khuda ke nahi hain ya Quran ke viruddh hain?"</w:t>
      </w:r>
    </w:p>
    <w:p>
      <w:pPr>
        <w:jc w:val="right"/>
      </w:pPr>
      <w:r>
        <w:t>وہ سत्य روپ ہے، چیتن ہے، اور اننت سرورپ ہے، میں مولانا صاحب سے جاننا چاہتا ہوں کہ اپروک میں سے وہ کون سے گڑ ہیں جو قرآن کے अनुसार خدا کے نہیں ہیں یا قرآن کے विरुद्ध ہیں؟"</w:t>
      </w:r>
    </w:p>
    <w:p>
      <w:r>
        <w:rPr>
          <w:b/>
        </w:rPr>
        <w:t xml:space="preserve">[1:10:56] </w:t>
      </w:r>
      <w:r>
        <w:t>asal mein aap do mein confuse kar rahe hain. ek hai monism, ek hai monotheism. Hindu mazhab mein monism ka concept hai, woh aap ke zehn mein hai ghaliban.</w:t>
      </w:r>
    </w:p>
    <w:p>
      <w:pPr>
        <w:jc w:val="right"/>
      </w:pPr>
      <w:r>
        <w:t>اصل میں آپ دو میں کنفیوز کر رہے ہیں۔ ایک ہے مونزم، ایک ہے مونوتھیزم۔ ہندو مذہب میں مونزم کا کانسیپٹ ہے، وہ آپ کے ذہن میں ہے غالباً۔</w:t>
      </w:r>
    </w:p>
    <w:p>
      <w:r>
        <w:rPr>
          <w:b/>
        </w:rPr>
        <w:t xml:space="preserve">[1:11:10] </w:t>
      </w:r>
      <w:r>
        <w:t>Islam mein nahi hai monism ka concept, Islam mein monotheism ka concept hai. to do alag alag concept hain, ab aap study kijiye aur jis par aap itminan hon, woh aap ikhtiyar kijiye.</w:t>
      </w:r>
    </w:p>
    <w:p>
      <w:pPr>
        <w:jc w:val="right"/>
      </w:pPr>
      <w:r>
        <w:t>اسلام میں نہیں ہے مونزم کا کانسیپٹ، اسلام میں مونوتھیزم کا کانسیپٹ ہے۔ تو دو الگ الگ کانسیپٹ ہیں، اب آپ اسٹڈی کیجئے اور جس پر آپ اطمینان ہوں، وہ آپ اختیار کیجئے۔</w:t>
      </w:r>
    </w:p>
    <w:p>
      <w:r>
        <w:rPr>
          <w:b/>
        </w:rPr>
        <w:t xml:space="preserve">[1:11:22] </w:t>
      </w:r>
      <w:r>
        <w:t>hum koi tablig nahi karte hain,</w:t>
      </w:r>
    </w:p>
    <w:p>
      <w:pPr>
        <w:jc w:val="right"/>
      </w:pPr>
      <w:r>
        <w:t>ہم کوئی تبلیغ نہیں کرتے ہیں،</w:t>
      </w:r>
    </w:p>
    <w:p>
      <w:r>
        <w:rPr>
          <w:b/>
        </w:rPr>
        <w:t xml:space="preserve">[1:11:25] </w:t>
      </w:r>
      <w:r>
        <w:t>hamara hamara mission yeh nahi hai, hum to discussion karte hain. lekin beharhal dono mein farq hai. monism aur monotheism ko urdu mein kehte hain wahdat-e-wujood aur tauheed.</w:t>
      </w:r>
    </w:p>
    <w:p>
      <w:pPr>
        <w:jc w:val="right"/>
      </w:pPr>
      <w:r>
        <w:t>ہمارا ہمارا مشن یہ نہیں ہے، ہم تو ڈسکشن کرتے ہیں۔ لیکن بہرحال دونوں میں فرق ہے۔ مونزم اور مونوتھیزم کو اردو میں کہتے ہیں وحدت وجود اور توحید۔</w:t>
      </w:r>
    </w:p>
    <w:p>
      <w:r>
        <w:rPr>
          <w:b/>
        </w:rPr>
        <w:t xml:space="preserve">[1:11:42] </w:t>
      </w:r>
      <w:r>
        <w:t>to wahdat-e-wajood jo hai, yaani monism, yeh hindu concept hai, yeh islam mein nahi hai. Islam mein monotheism hai, yaani tauheed.</w:t>
      </w:r>
    </w:p>
    <w:p>
      <w:pPr>
        <w:jc w:val="right"/>
      </w:pPr>
      <w:r>
        <w:t>تو وحدت وجود جو ہے، یعنی مونزم، یہ ہندو کانسیپٹ ہے، یہ اسلام میں نہیں ہے۔ اسلام میں مونوتھیزم ہے، یعنی توحید۔</w:t>
      </w:r>
    </w:p>
    <w:p>
      <w:r>
        <w:rPr>
          <w:b/>
        </w:rPr>
        <w:t xml:space="preserve">[1:11:52] </w:t>
      </w:r>
      <w:r>
        <w:t>do alag alag concept hain Khuda ke.</w:t>
      </w:r>
    </w:p>
    <w:p>
      <w:pPr>
        <w:jc w:val="right"/>
      </w:pPr>
      <w:r>
        <w:t>دو الگ الگ کانسیپٹ ہیں خدا کے۔</w:t>
      </w:r>
    </w:p>
    <w:p>
      <w:r>
        <w:rPr>
          <w:b/>
        </w:rPr>
        <w:t xml:space="preserve">[1:11:55] </w:t>
      </w:r>
      <w:r>
        <w:t>is is ko aap jab clear ho jaye ga aap ke zehan mein to yeh sawal bhi hal ho jaye ga aap ka. Maulana, agla sawal Delhi se hai Nafees Sahab ka.</w:t>
      </w:r>
    </w:p>
    <w:p>
      <w:pPr>
        <w:jc w:val="right"/>
      </w:pPr>
      <w:r>
        <w:t>اس اس کو آپ جب کلیئر ہو جائے گا آپ کے ذہن میں تو یہ سوال بھی حل ہو جائے گا آپ کا۔ مولانا، اگلا سوال دلی سے ہے نفیس صاحب کا۔</w:t>
      </w:r>
    </w:p>
    <w:p>
      <w:r>
        <w:rPr>
          <w:b/>
        </w:rPr>
        <w:t xml:space="preserve">[1:12:07] </w:t>
      </w:r>
      <w:r>
        <w:t>unhon ne likha hai: "main main negative free mind ban kar rehna chahta hoon, mujhe koi aisa formula bata dijiye jis se negative thoughts aana band ho jayein." Woh kabhi nahi band honge.</w:t>
      </w:r>
    </w:p>
    <w:p>
      <w:pPr>
        <w:jc w:val="right"/>
      </w:pPr>
      <w:r>
        <w:t>انہوں نے لکھا ہے: "میں میں نیگیٹیو فری مائنڈ بن کر رہنا چاہتا ہوں، مجھے کوئی ایسا فارمولا بتا دیجئے جس سے نیگیٹیو تھاٹس آنا بند ہو جائیں۔" وہ کبھی نہیں بند ہوں گے۔</w:t>
      </w:r>
    </w:p>
    <w:p>
      <w:r>
        <w:rPr>
          <w:b/>
        </w:rPr>
        <w:t xml:space="preserve">[1:12:23] </w:t>
      </w:r>
      <w:r>
        <w:t>aap aise chahte hain ke aakhri din aap dimagh mein aana band ho jaye to kabhi band nahi hoga? Kuch nahi, negative thought to aayenge.</w:t>
      </w:r>
    </w:p>
    <w:p>
      <w:pPr>
        <w:jc w:val="right"/>
      </w:pPr>
      <w:r>
        <w:t>آپ ایسے چاہتے ہیں کہ آخری دن آپ دماغ میں آنا بند ہو جائے تو کبھی بند نہیں ہوگا؟ کچھ نہیں، نیگیٹیو تھاٹ تو آئیں گے۔</w:t>
      </w:r>
    </w:p>
    <w:p>
      <w:r>
        <w:rPr>
          <w:b/>
        </w:rPr>
        <w:t xml:space="preserve">[1:12:34] </w:t>
      </w:r>
      <w:r>
        <w:t>aap is ko manage karna seekhiye. Yeh yeh possible nahi hai ke aap ko ek aisi duniya mil jaye jahan koi negative baat hi na hoti ho.</w:t>
      </w:r>
    </w:p>
    <w:p>
      <w:pPr>
        <w:jc w:val="right"/>
      </w:pPr>
      <w:r>
        <w:t>آپ اس کو مینج کرنا سیکھیے۔ یہ یہ پوسیبل نہیں ہے کہ آپ کو ایک ایسی دنیا مل جائے جہاں کوئی نیگیٹیو بات ہی نہ ہوتی ہو۔</w:t>
      </w:r>
    </w:p>
    <w:p>
      <w:r>
        <w:rPr>
          <w:b/>
        </w:rPr>
        <w:t xml:space="preserve">[1:12:43] </w:t>
      </w:r>
      <w:r>
        <w:t>kuch nahi hai, aap ko negativity ke jhaad jhankad mein jeena hai.</w:t>
      </w:r>
    </w:p>
    <w:p>
      <w:pPr>
        <w:jc w:val="right"/>
      </w:pPr>
      <w:r>
        <w:t>کچھ نہیں ہے، آپ کو نیگیٹیوٹی کے جھاڑ جھنکاڑ میں جینا ہے۔</w:t>
      </w:r>
    </w:p>
    <w:p>
      <w:r>
        <w:rPr>
          <w:b/>
        </w:rPr>
        <w:t xml:space="preserve">[1:12:49] </w:t>
      </w:r>
      <w:r>
        <w:t>you are you are to learn the art of yaani negative negativity management. Yeh to koi unnatural baat hai jo aap cha rahe hain.</w:t>
      </w:r>
    </w:p>
    <w:p>
      <w:pPr>
        <w:jc w:val="right"/>
      </w:pPr>
      <w:r>
        <w:t>یو آر یو آر ٹو لرن دا آرٹ آف یعنی نیگیٹیو نیگیٹیوٹی مینجمنٹ۔ یہ تو کوئی ان نیچرل بات ہے جو آپ چاہ رہے ہیں۔</w:t>
      </w:r>
    </w:p>
    <w:p>
      <w:r>
        <w:rPr>
          <w:b/>
        </w:rPr>
        <w:t xml:space="preserve">[1:13:03] </w:t>
      </w:r>
      <w:r>
        <w:t>negativity ko apni khorak banaiye, negativity ko point of discussion banaiye, is ke liye aur aur sochiye, aur aur sochiye. Jaise maine aap ko qissa bataya, aap ko ke main naha raha tha aur sabun haath se chhoot kar balti mein chal gaya.</w:t>
      </w:r>
    </w:p>
    <w:p>
      <w:pPr>
        <w:jc w:val="right"/>
      </w:pPr>
      <w:r>
        <w:t>نیگیٹیوٹی کو اپنی خوراک بنائیے، نیگیٹیوٹی کو پوائنٹ آف ڈسکشن بنائیے، اس کے لیے اور اور سوچیے، اور اور سوچیے۔ جیسے میں نے آپ کو قصہ بتایا، آپ کو کہ میں نہا رہا تھا اور صابن ہاتھ سے چھوٹ کر بالٹی میں چل گیا۔</w:t>
      </w:r>
    </w:p>
    <w:p>
      <w:r>
        <w:rPr>
          <w:b/>
        </w:rPr>
        <w:t xml:space="preserve">[1:13:19] </w:t>
      </w:r>
      <w:r>
        <w:t>that was a negative event, lekin main sochne laga, sochne laga, is se mujhe ek ek positive sabaq mila. To negativity jo hai, us ko ek challenge ke roop mein lijiye.</w:t>
      </w:r>
    </w:p>
    <w:p>
      <w:pPr>
        <w:jc w:val="right"/>
      </w:pPr>
      <w:r>
        <w:t>دیٹ واز ا نیگیٹیو ایونٹ، لیکن میں سوچنے لگا، سوچنے لگا، اس سے مجھے ایک ایک پازیٹیو سبق ملا۔ تو نیگیٹیوٹی جو ہے، اس کو ایک چیلنج کے روپ میں لیجئے۔</w:t>
      </w:r>
    </w:p>
    <w:p>
      <w:r>
        <w:rPr>
          <w:b/>
        </w:rPr>
        <w:t xml:space="preserve">[1:13:29] </w:t>
      </w:r>
      <w:r>
        <w:t>aap intellectual challenge, yeh mat chahiye ke negativity khatam ho jaye, kyunke woh to possible nahi hai. Maulana, agla sawal aaya hai Muhammad Azeem Sahab ka Hyderabad se.</w:t>
      </w:r>
    </w:p>
    <w:p>
      <w:pPr>
        <w:jc w:val="right"/>
      </w:pPr>
      <w:r>
        <w:t>آپ انٹلیکچول چیلنج، یہ مت چاہیے کہ نیگیٹیوٹی ختم ہو جائے، کیونکہ وہ تو پاسیبل نہیں ہے۔ مولانا، اگلا سوال آیا ہے محمد عظیم صاحب کا حیدرآباد سے۔</w:t>
      </w:r>
    </w:p>
    <w:p>
      <w:r>
        <w:rPr>
          <w:b/>
        </w:rPr>
        <w:t xml:space="preserve">[1:13:44] </w:t>
      </w:r>
      <w:r>
        <w:t>unhon ne likha hai: "Maulana, please aap Surah Yaseen ki is ayat ko explain karein jis mein aaya hai: 'Was-samso tajri limustaqarrilaha dhalika taqdirul-azizil-haleem'."</w:t>
      </w:r>
    </w:p>
    <w:p>
      <w:pPr>
        <w:jc w:val="right"/>
      </w:pPr>
      <w:r>
        <w:t>انہوں نے لکھا ہے: "مولانا، پلیز آپ سورہ یاسین کی اس آیت کو ایکسپلین کریں جس میں آیا ہے: 'وسہمسو تجری لمستاکر اللہ ذالک تقدیر العزیز الحکیم'۔"</w:t>
      </w:r>
    </w:p>
    <w:p>
      <w:r>
        <w:rPr>
          <w:b/>
        </w:rPr>
        <w:t xml:space="preserve">[1:14:01] </w:t>
      </w:r>
      <w:r>
        <w:t>is par maine likha apni kitaab mein, is ko aap padh lijiye. Jo kitaab Urdu mein hai: "Mazhab Bawajood Challenge Angrezi mein God Rises</w:t>
      </w:r>
    </w:p>
    <w:p>
      <w:pPr>
        <w:jc w:val="right"/>
      </w:pPr>
      <w:r>
        <w:t>اس پر میں نے لکھا اپنی کتاب میں، اس کو آپ پڑھ لیجئے۔ جو کتاب اردو میں ہے: "مذہب باوجود چیلنج انگریزی میں گاڈ رائزز</w:t>
      </w:r>
    </w:p>
    <w:p>
      <w:r>
        <w:rPr>
          <w:b/>
        </w:rPr>
        <w:t xml:space="preserve">[1:14:10] </w:t>
      </w:r>
      <w:r>
        <w:t>", is ko aap padh lijiye pehle, phir aap ke sawal sawal ho to aap is ko agle Sunday ko pesh kijiye. Bataiye.</w:t>
      </w:r>
    </w:p>
    <w:p>
      <w:pPr>
        <w:jc w:val="right"/>
      </w:pPr>
      <w:r>
        <w:t>"، اس کو آپ پڑھ لیجئے پہلے، پھر آپ کے سوال سوال ہو تو آپ اس کو اگلے سنڈے کو پیش کیجئے۔ بتائیے۔</w:t>
      </w:r>
    </w:p>
    <w:p>
      <w:r>
        <w:rPr>
          <w:b/>
        </w:rPr>
        <w:t xml:space="preserve">[1:14:20] </w:t>
      </w:r>
      <w:r>
        <w:t>Maulana, agla sawal America se aaya hai Ali Sahab ka. Unhon ne likha hai: "In Surah Waqiah three groups are defined.</w:t>
      </w:r>
    </w:p>
    <w:p>
      <w:pPr>
        <w:jc w:val="right"/>
      </w:pPr>
      <w:r>
        <w:t>مولانا، اگلا سوال امریکہ سے آیا ہے علی صاحب کا۔ انہوں نے لکھا ہے: "ان سورہ الواقعہ تھری گروپس آر ڈیفائنڈ۔</w:t>
      </w:r>
    </w:p>
    <w:p>
      <w:r>
        <w:rPr>
          <w:b/>
        </w:rPr>
        <w:t xml:space="preserve">[1:14:30] </w:t>
      </w:r>
      <w:r>
        <w:t>in this one group will be near to Allah and they will be more from earlier generation and less from later generation.</w:t>
      </w:r>
    </w:p>
    <w:p>
      <w:pPr>
        <w:jc w:val="right"/>
      </w:pPr>
      <w:r>
        <w:t>ان دس ون گروپ ول بی نیئر ٹو اللہ اینڈ دے ول بی مور فرام ارلیئر جنریشن اینڈ لیس فرام لیٹر جنریشن۔</w:t>
      </w:r>
    </w:p>
    <w:p>
      <w:r>
        <w:rPr>
          <w:b/>
        </w:rPr>
        <w:t xml:space="preserve">[1:14:40] </w:t>
      </w:r>
      <w:r>
        <w:t>could you please explain who will come under this group and how can we be part of that group?" Dekhiye, koi group ke naam le kar nahi bata sakta ke naam le kar ke yeh group, woh group.</w:t>
      </w:r>
    </w:p>
    <w:p>
      <w:pPr>
        <w:jc w:val="right"/>
      </w:pPr>
      <w:r>
        <w:t>کڈ یو پلیز ایکسپلین ہو ویل کم انڈر دس گروپ اینڈ ہاؤ کین وی بی پارٹ آف دیٹ گروپ؟" دیکھیں، کوئی گروپ کے نام لے کر نہیں بتا سکتا کہ نام لے کر کہ یہ گروپ، وہ گروپ۔</w:t>
      </w:r>
    </w:p>
    <w:p>
      <w:r>
        <w:rPr>
          <w:b/>
        </w:rPr>
        <w:t xml:space="preserve">[1:14:57] </w:t>
      </w:r>
      <w:r>
        <w:t>dekhiye, yeh is is mein jo lafz hai "salah" ka lafz hai wahan par, lekin murad hai afraad, individuals.</w:t>
      </w:r>
    </w:p>
    <w:p>
      <w:pPr>
        <w:jc w:val="right"/>
      </w:pPr>
      <w:r>
        <w:t>دیکھیں، یہ اس اس میں جو لفظ ہے "صلح" کا لفظ ہے وہاں پر، لیکن مراد ہے افراد، انڈیویجولز۔</w:t>
      </w:r>
    </w:p>
    <w:p>
      <w:r>
        <w:rPr>
          <w:b/>
        </w:rPr>
        <w:t xml:space="preserve">[1:15:08] </w:t>
      </w:r>
      <w:r>
        <w:t>to is tarah ke afraad pehle, yaani aise individuals pehle zyada the, baad ke zamane mein kam ho gaye.</w:t>
      </w:r>
    </w:p>
    <w:p>
      <w:pPr>
        <w:jc w:val="right"/>
      </w:pPr>
      <w:r>
        <w:t>تو اس طرح کے افراد پہلے، یعنی ایسے انڈیویجولز پہلے زیادہ تھے، بعد کے زمانے میں کم ہو گئے۔</w:t>
      </w:r>
    </w:p>
    <w:p>
      <w:r>
        <w:rPr>
          <w:b/>
        </w:rPr>
        <w:t xml:space="preserve">[1:15:18] </w:t>
      </w:r>
      <w:r>
        <w:t>is ka bohat hi obvious reason hai, kyunke din bad din duniya mein distraction barh raha hai. Distraction mere bachpan mein, main gaon mein rehta tha, wahan koi distraction hi nahi.</w:t>
      </w:r>
    </w:p>
    <w:p>
      <w:pPr>
        <w:jc w:val="right"/>
      </w:pPr>
      <w:r>
        <w:t>اس کا بہت ہی واویس ریزن ہے، کیونکہ دن بدن دنیا میں ڈسٹریکشن بڑھ رہا ہے۔ ڈسٹریکشن میرے بچپن میں، میں گاؤں میں رہتا تھا، وہاں کوئی ڈسٹریکشن ہی نہیں۔</w:t>
      </w:r>
    </w:p>
    <w:p>
      <w:r>
        <w:rPr>
          <w:b/>
        </w:rPr>
        <w:t xml:space="preserve">[1:15:31] </w:t>
      </w:r>
      <w:r>
        <w:t>zindagi bohat mukhtasar thi,</w:t>
      </w:r>
    </w:p>
    <w:p>
      <w:pPr>
        <w:jc w:val="right"/>
      </w:pPr>
      <w:r>
        <w:t>زندگی بہت مختصر تھی،</w:t>
      </w:r>
    </w:p>
    <w:p>
      <w:r>
        <w:rPr>
          <w:b/>
        </w:rPr>
        <w:t xml:space="preserve">[1:15:34] </w:t>
      </w:r>
      <w:r>
        <w:t>bohat thode cheezon ke darmiyan apni zindagi guzarta tha, to us waqt distraction tha hi nahi. Ab hazaron distraction hain, 24 ghante.</w:t>
      </w:r>
    </w:p>
    <w:p>
      <w:pPr>
        <w:jc w:val="right"/>
      </w:pPr>
      <w:r>
        <w:t>بہت تھوڑے چیزوں کے درمیان اپنی زندگی گزارتا تھا، تو اس وقت ڈسٹریکشن تھا ہی نہیں۔ اب ہزاروں ڈسٹریکشن ہیں، 24 گھنٹے۔</w:t>
      </w:r>
    </w:p>
    <w:p>
      <w:r>
        <w:rPr>
          <w:b/>
        </w:rPr>
        <w:t xml:space="preserve">[1:15:45] </w:t>
      </w:r>
      <w:r>
        <w:t>to sab se bara jo farq hua hai, woh distraction ka farq hua. Isi liye farmaya ke baad ke zamane mein aise individual, aise afraad kam milenge jo sachai mein aage badhein.</w:t>
      </w:r>
    </w:p>
    <w:p>
      <w:pPr>
        <w:jc w:val="right"/>
      </w:pPr>
      <w:r>
        <w:t>تو سب سے بڑا جو فرق ہوا ہے، وہ ڈسٹریکشن کا فرق ہوا۔ اسی لیے فرمایا کہ بعد کے زمانے میں ایسے انڈیویجول، ایسے افراد کم ملیں گے جو سچائی میں آگے بڑھیں۔</w:t>
      </w:r>
    </w:p>
    <w:p>
      <w:r>
        <w:rPr>
          <w:b/>
        </w:rPr>
        <w:t xml:space="preserve">[1:15:57] </w:t>
      </w:r>
      <w:r>
        <w:t>yeh matlab hai is ka, koi bhi serious baat nahi hai, yeh bohat hi saada si baat hai.</w:t>
      </w:r>
    </w:p>
    <w:p>
      <w:pPr>
        <w:jc w:val="right"/>
      </w:pPr>
      <w:r>
        <w:t>یہ مطلب ہے اس کا، کوئی بھی سیریس بات نہیں ہے، یہ بہت ہی سادہ سی بات ہے۔</w:t>
      </w:r>
    </w:p>
    <w:p>
      <w:r>
        <w:rPr>
          <w:b/>
        </w:rPr>
        <w:t xml:space="preserve">[1:16:04] </w:t>
      </w:r>
      <w:r>
        <w:t>Maulana, yeh sawal aaya hai Muhammad Anas Sahab ka Delhi se. Unhon ne likha hai ke do mahine qabl train mein meri Mr. Saini se mulaqat hui thi, jo government employee the.</w:t>
      </w:r>
    </w:p>
    <w:p>
      <w:pPr>
        <w:jc w:val="right"/>
      </w:pPr>
      <w:r>
        <w:t>مولانا، یہ سوال آیا ہے محمد انس صاحب کا دلی سے۔ انہوں نے لکھا ہے کہ دو مہینے قبل ٹرین میں میری مسٹر سینی سے ملاقات ہوئی تھی، جو گورنمنٹ ایمپلائی تھے۔</w:t>
      </w:r>
    </w:p>
    <w:p>
      <w:r>
        <w:rPr>
          <w:b/>
        </w:rPr>
        <w:t xml:space="preserve">[1:16:18] </w:t>
      </w:r>
      <w:r>
        <w:t>un se main ne dawat ko le kar baat ki, woh kafi impress hue aur unhon ne khud hi mujh se quran ka hindi translation manga.</w:t>
      </w:r>
    </w:p>
    <w:p>
      <w:pPr>
        <w:jc w:val="right"/>
      </w:pPr>
      <w:r>
        <w:t>ان سے میں نے دعوت کو لے کر بات کی، وہ کافی امپریس ہوئے اور انہوں نے خود ہی مجھ سے قرآن کا ہندی ٹرانسلیشن مانگا۔</w:t>
      </w:r>
    </w:p>
    <w:p>
      <w:r>
        <w:rPr>
          <w:b/>
        </w:rPr>
        <w:t xml:space="preserve">[1:16:28] </w:t>
      </w:r>
      <w:r>
        <w:t>main ne un se wada kiya ke main aap ko quran doon ga, lekin main ne un se dobara contact karne ki koshish ki aur un se baat na ho pai.</w:t>
      </w:r>
    </w:p>
    <w:p>
      <w:pPr>
        <w:jc w:val="right"/>
      </w:pPr>
      <w:r>
        <w:t>میں نے ان سے وعدہ کیا کہ میں آپ کو قرآن دوں گا، لیکن میں نے ان سے دوبارہ کانٹیکٹ کرنے کی کوشش کی اور ان سے بات نہ ہو پائی۔</w:t>
      </w:r>
    </w:p>
    <w:p>
      <w:r>
        <w:rPr>
          <w:b/>
        </w:rPr>
        <w:t xml:space="preserve">[1:16:38] </w:t>
      </w:r>
      <w:r>
        <w:t>un ke larkay ne phone par baat ki aur us ne bataya ke un ka operation hai. phir ab dobara main ne phone kiya to phir un ke larkay se baat hui aur us ne bataya ke un ke father ki death ho gayi hai.</w:t>
      </w:r>
    </w:p>
    <w:p>
      <w:pPr>
        <w:jc w:val="right"/>
      </w:pPr>
      <w:r>
        <w:t>ان کے لڑکے نے فون پر بات کی اور اس نے بتایا کہ ان کا آپریشن ہے۔ پھر اب دوبارہ میں نے فون کیا تو پھر ان کے لڑکے سے بات ہوئی اور اس نے بتایا کہ ان کے فادر کی ڈیتھ ہو گئی ہے۔</w:t>
      </w:r>
    </w:p>
    <w:p>
      <w:r>
        <w:rPr>
          <w:b/>
        </w:rPr>
        <w:t xml:space="preserve">[1:16:54] </w:t>
      </w:r>
      <w:r>
        <w:t>to main ne mr. saini ke larkay guru se yeh kaha ke aap ke father ki yeh khwahish thi ke woh quran parhein, to aap is adhoore kaam ko kar dijiye.</w:t>
      </w:r>
    </w:p>
    <w:p>
      <w:pPr>
        <w:jc w:val="right"/>
      </w:pPr>
      <w:r>
        <w:t>تو میں نے مسٹر سینی کے لڑکے گورو سے یہ کہا کہ آپ کے فادر کی یہ خواہش تھی کہ وہ قرآن پڑھیں، تو آپ اس ادھورے کام کو کر دیجئے۔</w:t>
      </w:r>
    </w:p>
    <w:p>
      <w:r>
        <w:rPr>
          <w:b/>
        </w:rPr>
        <w:t xml:space="preserve">[1:17:06] </w:t>
      </w:r>
      <w:r>
        <w:t>lekin guru ne jawab mein kaha ke main atheist ho gaya hoon, aur woh bohat ziyada excited ho kar rone laga aur kehne laga ke abhi main atharah saal ka bhi hua hoon aur meri bari behnein hain, un ki shadi bhi nahi hui hai, to kaise yeh sab hoga?</w:t>
      </w:r>
    </w:p>
    <w:p>
      <w:pPr>
        <w:jc w:val="right"/>
      </w:pPr>
      <w:r>
        <w:t>لیکن گورو نے جواب میں کہا کہ میں ایتھسٹ ہو گیا ہوں، اور وہ بہت زیادہ ایکسائٹڈ ہو کر رونے لگا اور کہنے لگا کہ ابھی میں اٹھارہ سال کا بھی ہوا ہوں اور میری بڑی بہنیں ہیں، ان کی شادی بھی نہیں ہوئی ہے، تو کیسے یہ سب ہوگا؟</w:t>
      </w:r>
    </w:p>
    <w:p>
      <w:r>
        <w:rPr>
          <w:b/>
        </w:rPr>
        <w:t xml:space="preserve">[1:17:23] </w:t>
      </w:r>
      <w:r>
        <w:t>to</w:t>
      </w:r>
    </w:p>
    <w:p>
      <w:pPr>
        <w:jc w:val="right"/>
      </w:pPr>
      <w:r>
        <w:t>تو</w:t>
      </w:r>
    </w:p>
    <w:p>
      <w:r>
        <w:rPr>
          <w:b/>
        </w:rPr>
        <w:t xml:space="preserve">[1:17:24] </w:t>
      </w:r>
      <w:r>
        <w:t>ab woh god mein believe nahi karta. maulana, mr. saini ka larka bohat ziyada frustrated ho gaya hai, to aap mujhe yeh bataiye ke mujhe kya aur kaise karna chahiye, kya karna chahiye mujhe?</w:t>
      </w:r>
    </w:p>
    <w:p>
      <w:pPr>
        <w:jc w:val="right"/>
      </w:pPr>
      <w:r>
        <w:t>اب وہ گاڈ میں بیلیو نہیں کرتا۔ مولانا، مسٹر سینی کا لڑکا بہت زیادہ فرسٹریٹ ہو گیا ہے، تو آپ مجھے یہ بتائیے کہ مجھے کیا اور کیسے کرنا چاہیے، کیا کرنا چاہیے مجھے؟</w:t>
      </w:r>
    </w:p>
    <w:p>
      <w:r>
        <w:rPr>
          <w:b/>
        </w:rPr>
        <w:t xml:space="preserve">[1:17:47] </w:t>
      </w:r>
      <w:r>
        <w:t>un ko yahi samjhana hoga ke yeh sab cheezein to us ko challenge ke taur par lijiye, challenge ke taur par. hazaron log hain, un ke baap mar jatay hain.</w:t>
      </w:r>
    </w:p>
    <w:p>
      <w:pPr>
        <w:jc w:val="right"/>
      </w:pPr>
      <w:r>
        <w:t>ان کو یہی سمجھانا ہوگا کہ یہ سب چیزیں تو اس کو چیلنج کے طور پر لیجئے، چیلنج کے طور پر۔ ہزاروں لوگ ہیں، ان کے باپ مر جاتے ہیں۔</w:t>
      </w:r>
    </w:p>
    <w:p>
      <w:r>
        <w:rPr>
          <w:b/>
        </w:rPr>
        <w:t xml:space="preserve">[1:17:58] </w:t>
      </w:r>
      <w:r>
        <w:t>hamare hamare apne baap bachpan mein mar gaye, hum log teen bhai thay aur bachpan mein mar gaye hamare baap.</w:t>
      </w:r>
    </w:p>
    <w:p>
      <w:pPr>
        <w:jc w:val="right"/>
      </w:pPr>
      <w:r>
        <w:t>ہمارے ہمارے اپنے باپ بچپن میں مر گئے، ہم لوگ تین بھائی تھے اور بچپن میں مر گئے ہمارے باپ۔</w:t>
      </w:r>
    </w:p>
    <w:p>
      <w:r>
        <w:rPr>
          <w:b/>
        </w:rPr>
        <w:t xml:space="preserve">[1:18:07] </w:t>
      </w:r>
      <w:r>
        <w:t>to family mein hum goya yateem ban gaye, kyun ke Allah ke fazl se hamari teeno bhai jo hain, bohat baray, hum ko bohat kaam kiya unhon ne zindagi mein.</w:t>
      </w:r>
    </w:p>
    <w:p>
      <w:pPr>
        <w:jc w:val="right"/>
      </w:pPr>
      <w:r>
        <w:t>تو فیملی میں ہم گویا یتیم بن گئے، کیونکہ اللہ کے فضل سے ہماری تینوں بھائی جو ہیں، بہت بڑے، ہم کو بہت کام کیا انہوں نے زندگی میں۔</w:t>
      </w:r>
    </w:p>
    <w:p>
      <w:r>
        <w:rPr>
          <w:b/>
        </w:rPr>
        <w:t xml:space="preserve">[1:18:19] </w:t>
      </w:r>
      <w:r>
        <w:t>to yeh to aik challenge hai, aik aik aik aik zindagi mein jis ko challenge pesh aata hai, wohi to baray baray kaam karta hai. is bachay ko yeh koi samjhaye ke us ko aap negative sense mein kyun le rahe hain?</w:t>
      </w:r>
    </w:p>
    <w:p>
      <w:pPr>
        <w:jc w:val="right"/>
      </w:pPr>
      <w:r>
        <w:t>تو یہ تو ایک چیلنج ہے، ایک ایک ایک ایک زندگی میں جس کو چیلنج پیش آتا ہے، وہی تو بڑے بڑے کام کرتا ہے۔ اس بچے کو یہ کوئی سمجھائے کہ اس کو آپ نیگیٹیو سینس میں کیوں لے رہے ہیں؟</w:t>
      </w:r>
    </w:p>
    <w:p>
      <w:r>
        <w:rPr>
          <w:b/>
        </w:rPr>
        <w:t xml:space="preserve">[1:18:37] </w:t>
      </w:r>
      <w:r>
        <w:t>yeh challenge hai jo aap ko motivate karta hai, aap ko aap ka incentive paida karta hai ke aap aagay barh kar ke baray baray kaam karein.</w:t>
      </w:r>
    </w:p>
    <w:p>
      <w:pPr>
        <w:jc w:val="right"/>
      </w:pPr>
      <w:r>
        <w:t>یہ چیلنج ہے جو آپ کو موٹیویٹ کرتا ہے، آپ کو آپ کا انسینٹیو پیدا کرتا ہے کہ آپ آگے بڑھ کر کے بڑے بڑے کام کریں۔</w:t>
      </w:r>
    </w:p>
    <w:p>
      <w:r>
        <w:rPr>
          <w:b/>
        </w:rPr>
        <w:t xml:space="preserve">[1:18:48] </w:t>
      </w:r>
      <w:r>
        <w:t>to challenge ki nafsiat yeh hoti hai ke aadmi ki energy ko barha deta hai, thinking capacity barha deta hai. yani agar baap zinda rehta aur khoob un ko pampering karta to un ko koi zindagi mein challenge na pesh aata, un ko koi taraqqi bhi na hoti.</w:t>
      </w:r>
    </w:p>
    <w:p>
      <w:pPr>
        <w:jc w:val="right"/>
      </w:pPr>
      <w:r>
        <w:t>تو چیلنج کی نفسیات یہ ہوتی ہے کہ آدمی کی انرجی کو بڑھا دیتا ہے، تھنکنگ کیپیسٹی بڑھا دیتا ہے۔ یعنی اگر باپ زندہ رہتا اور خوب ان کو پیمپرنگ کرتا تو ان کو کوئی زندگی میں چیلنج نہ پیش آتا، ان کو کوئی ترقی بھی نہ ہوتی۔</w:t>
      </w:r>
    </w:p>
    <w:p>
      <w:r>
        <w:rPr>
          <w:b/>
        </w:rPr>
        <w:t xml:space="preserve">[1:19:04] </w:t>
      </w:r>
      <w:r>
        <w:t>unki</w:t>
      </w:r>
    </w:p>
    <w:p>
      <w:pPr>
        <w:jc w:val="right"/>
      </w:pPr>
      <w:r>
        <w:t>ان کی</w:t>
      </w:r>
    </w:p>
    <w:p>
      <w:r>
        <w:rPr>
          <w:b/>
        </w:rPr>
        <w:t xml:space="preserve">[1:19:06] </w:t>
      </w:r>
      <w:r>
        <w:t>baap agar zinda rehta aur un ki pampering karta rehta to koi un ka intellectual development ruk jata. ab to main samajhta hoon ke better position mein hain woh ke challenge mein jeena paray ga un ko, jis ki wajah se un ka zehni irtiqaa hoga.</w:t>
      </w:r>
    </w:p>
    <w:p>
      <w:pPr>
        <w:jc w:val="right"/>
      </w:pPr>
      <w:r>
        <w:t>باپ اگر زندہ رہتا اور ان کی پیمپرنگ کرتا رہتا تو کوئی ان کا انٹلیکچول ڈیولپمنٹ رک جاتا۔ اب تو میں سمجھتا ہوں کہ بیٹر پوزیشن میں ہیں وہ کہ چیلنج میں جینا پڑے گا ان کو، جس کی وجہ سے ان کا ذہنی ارتقاء ہوگا۔</w:t>
      </w:r>
    </w:p>
    <w:p>
      <w:r>
        <w:rPr>
          <w:b/>
        </w:rPr>
        <w:t xml:space="preserve">[1:19:25] </w:t>
      </w:r>
      <w:r>
        <w:t>barhi barhi planning kar payein ge, woh barhi barhi batein soch soch soch lein g</w:t>
      </w:r>
    </w:p>
    <w:p>
      <w:pPr>
        <w:jc w:val="right"/>
      </w:pPr>
      <w:r>
        <w:t>بڑی بڑی پلاننگ کر پائیں گے، وہ بڑی بڑی باتیں سوچ سوچ سوچ لیں گ</w:t>
      </w:r>
    </w:p>
    <w:p>
      <w:r>
        <w:rPr>
          <w:b/>
        </w:rPr>
        <w:t xml:space="preserve">[1:19:30] </w:t>
      </w:r>
      <w:r>
        <w:t>e. woh aap aisay hazaron cases hain ke ke ke bachpan mein baap mar gaya aur us ne bohat barhi barhi taraqqiyan karein, jis ke jis ka misaal mein khud hoon.</w:t>
      </w:r>
    </w:p>
    <w:p>
      <w:pPr>
        <w:jc w:val="right"/>
      </w:pPr>
      <w:r>
        <w:t>ے۔ وہ آپ ایسے ہزاروں کیسز ہیں کہ کہ کہ بچپن میں باپ مر گیا اور اس نے بہت بڑی بڑی ترقیاں کیں، جس کے جس کا مثال میں خود ہوں۔</w:t>
      </w:r>
    </w:p>
    <w:p>
      <w:r>
        <w:rPr>
          <w:b/>
        </w:rPr>
        <w:t xml:space="preserve">[1:19:40] </w:t>
      </w:r>
      <w:r>
        <w:t>mere mere teeno bhai bhai hain, to yeh koi baat nahi hai, un ko samjhanay ki zaroorat hai ke un ko samjhaya jaye ke zindagi naam hai challenge ka. main khwahish karta hoon ke un ko aap bajaye quran denay ke, pehli kitab doosri dijiye,</w:t>
      </w:r>
    </w:p>
    <w:p>
      <w:pPr>
        <w:jc w:val="right"/>
      </w:pPr>
      <w:r>
        <w:t>میرے میرے تینوں بھائی بھائی ہیں، تو یہ کوئی بات نہیں ہے، ان کو سمجھانے کی ضرورت ہے کہ ان کو سمجھایا جائے کہ زندگی نام ہے چیلنج کا۔ میں خواہش کرتا ہوں کہ ان کو آپ بجائے قرآن دینے کے، پہلی کتاب دوسری دیجئے،</w:t>
      </w:r>
    </w:p>
    <w:p>
      <w:r>
        <w:rPr>
          <w:b/>
        </w:rPr>
        <w:t xml:space="preserve">[1:19:55] </w:t>
      </w:r>
      <w:r>
        <w:t>yani moral vision dijiye. agar</w:t>
      </w:r>
    </w:p>
    <w:p>
      <w:pPr>
        <w:jc w:val="right"/>
      </w:pPr>
      <w:r>
        <w:t>یعنی مورل ویژن دیجئے۔ اگر</w:t>
      </w:r>
    </w:p>
    <w:p>
      <w:r>
        <w:rPr>
          <w:b/>
        </w:rPr>
        <w:t xml:space="preserve">[1:19:57] </w:t>
      </w:r>
      <w:r>
        <w:t>angrezi parhte hon aur hindi parhte hon to un ko un ko dijiye kamyabi ke panch adaye hindi mein hain. woh agar woh english jante hon to aap moral vision dijiye, urdu jante hon to raaz hayat dijiye, hindi jante hon to kamyabi ke panch adaye dijiye.</w:t>
      </w:r>
    </w:p>
    <w:p>
      <w:pPr>
        <w:jc w:val="right"/>
      </w:pPr>
      <w:r>
        <w:t>انگریزی پڑھتے ہوں اور ہندی پڑھتے ہوں تو ان کو ان کو دیجئے کامیابی کے پانچ ادیائے ہندی میں ہیں۔ وہ اگر وہ انگلش جانتے ہوں تو آپ مورل ویژن دیجئے، اردو جانتے ہوں تو راز حیات دیجئے، ہندی جانتے ہوں تو کامیابی کے پانچ ادیائے دیجئے۔</w:t>
      </w:r>
    </w:p>
    <w:p>
      <w:r>
        <w:rPr>
          <w:b/>
        </w:rPr>
        <w:t xml:space="preserve">[1:20:13] </w:t>
      </w:r>
      <w:r>
        <w:t>abhi quran mat dijiye, un ko baat ko dijiye ga to inshallah samajh jayenge baat ko.</w:t>
      </w:r>
    </w:p>
    <w:p>
      <w:pPr>
        <w:jc w:val="right"/>
      </w:pPr>
      <w:r>
        <w:t>ابھی قرآن مت دیجئے، ان کو بات کو دیجئے گا تو انشاءاللہ سمجھ جائیں گے بات کو۔</w:t>
      </w:r>
    </w:p>
    <w:p>
      <w:r>
        <w:rPr>
          <w:b/>
        </w:rPr>
        <w:t xml:space="preserve">[1:20:23] </w:t>
      </w:r>
      <w:r>
        <w:t>maulana, agla sawal hyderabad se hai zeeshan yusuf sahib ka. unhon ne likha hai: "maulana sahib, how to avoid negative doubts?" i can have two feelings: one is negative,</w:t>
      </w:r>
    </w:p>
    <w:p>
      <w:pPr>
        <w:jc w:val="right"/>
      </w:pPr>
      <w:r>
        <w:t>مولانا، اگلا سوال حیدرآباد سے ہے ذیشان یوسف صاحب کا۔ انہوں نے لکھا ہے: "مولانا صاحب، ہاؤ ٹو اوائڈ نیگیٹیو ڈاؤٹس؟" آئی کین ہیو ٹو فیلنگز: ون از نیگیٹیو،</w:t>
      </w:r>
    </w:p>
    <w:p>
      <w:r>
        <w:rPr>
          <w:b/>
        </w:rPr>
        <w:t xml:space="preserve">[1:20:36] </w:t>
      </w:r>
      <w:r>
        <w:t>that is what if muhammad is not a messenger. the second could be positive, what if muhammad was really a messenger?</w:t>
      </w:r>
    </w:p>
    <w:p>
      <w:pPr>
        <w:jc w:val="right"/>
      </w:pPr>
      <w:r>
        <w:t>دیٹ از واٹ اف محمد از ناٹ ا میسنجر۔ دا سیکنڈ کڈ بی پازیٹیو، واٹ اف محمد واز ریلی ا میسنجر؟</w:t>
      </w:r>
    </w:p>
    <w:p>
      <w:r>
        <w:rPr>
          <w:b/>
        </w:rPr>
        <w:t xml:space="preserve">[1:20:45] </w:t>
      </w:r>
      <w:r>
        <w:t>accordingly, i do research and clear doubts.</w:t>
      </w:r>
    </w:p>
    <w:p>
      <w:pPr>
        <w:jc w:val="right"/>
      </w:pPr>
      <w:r>
        <w:t>اکارڈنگلی، آئی ڈو ریسرچ اینڈ کلیئر ڈاؤٹس۔</w:t>
      </w:r>
    </w:p>
    <w:p>
      <w:r>
        <w:rPr>
          <w:b/>
        </w:rPr>
        <w:t xml:space="preserve">[1:20:49] </w:t>
      </w:r>
      <w:r>
        <w:t>maulana sahib, please tell me how to avoid negative doubts. dekhiye, is ka aik hi tareeqa hai: study. aap study barhaiye apni, hamari teen kitabein parh lijiye, aap phir sawal kijiye.</w:t>
      </w:r>
    </w:p>
    <w:p>
      <w:pPr>
        <w:jc w:val="right"/>
      </w:pPr>
      <w:r>
        <w:t>مولانا صاحب، پلیز ٹیل می ہاؤ ٹو اوائڈ نیگیٹیو ڈاؤٹس۔ دیکھیے، اس کا ایک ہی طریقہ ہے: اسٹڈی۔ آپ اسٹڈی بڑھائیے اپنی، ہماری تین کتابیں پڑھ لیجئے، آپ پھر سوال کیجئے۔</w:t>
      </w:r>
    </w:p>
    <w:p>
      <w:r>
        <w:rPr>
          <w:b/>
        </w:rPr>
        <w:t xml:space="preserve">[1:21:02] </w:t>
      </w:r>
      <w:r>
        <w:t>aap teen kitabein parh lijiyay, phir aap sawal kijiyay. pehli kitab hai profit of revolution, doosri kitab hai mutala-e-seerat.</w:t>
      </w:r>
    </w:p>
    <w:p>
      <w:pPr>
        <w:jc w:val="right"/>
      </w:pPr>
      <w:r>
        <w:t>آپ تین کتابیں پڑھ لیجئے، پھر آپ سوال کیجئے۔ پہلی کتاب ہے پرافٹ آف ریولوشن، دوسری کتاب ہے مطالعہ سیرت۔</w:t>
      </w:r>
    </w:p>
    <w:p>
      <w:r>
        <w:rPr>
          <w:b/>
        </w:rPr>
        <w:t xml:space="preserve">[1:21:15] </w:t>
      </w:r>
      <w:r>
        <w:t>profit of revolution urdu angrezi dono mein hai. phir mutala-e-seerat parhiya, aur ek kitab jo abhi english mein hai, woh yaani woh hai profit of peace.</w:t>
      </w:r>
    </w:p>
    <w:p>
      <w:pPr>
        <w:jc w:val="right"/>
      </w:pPr>
      <w:r>
        <w:t>پرافٹ آف ریولوشن اردو انگریزی دونوں میں ہے۔ پھر مطالعہ سیرت پڑھیا، اور ایک کتاب جو ابھی انگلش میں ہے، وہ یعنی وہ ہے پرافٹ آف پیس۔</w:t>
      </w:r>
    </w:p>
    <w:p>
      <w:r>
        <w:rPr>
          <w:b/>
        </w:rPr>
        <w:t xml:space="preserve">[1:21:28] </w:t>
      </w:r>
      <w:r>
        <w:t>abhi mujhe ek sahab ne bataya, abhi kal sham ko ke ek sahab thay jo is mani mein bohat un ka khayalat bohat alag thay.</w:t>
      </w:r>
    </w:p>
    <w:p>
      <w:pPr>
        <w:jc w:val="right"/>
      </w:pPr>
      <w:r>
        <w:t>ابھی مجھے ایک صاحب نے بتایا، ابھی کل شام کو کہ ایک صاحب تھے جو اس معنی میں بہت ان کا خیالات بہت الگ تھے۔</w:t>
      </w:r>
    </w:p>
    <w:p>
      <w:r>
        <w:rPr>
          <w:b/>
        </w:rPr>
        <w:t xml:space="preserve">[1:21:40] </w:t>
      </w:r>
      <w:r>
        <w:t>to unhon ne un ko kitab di profit of peace</w:t>
      </w:r>
    </w:p>
    <w:p>
      <w:pPr>
        <w:jc w:val="right"/>
      </w:pPr>
      <w:r>
        <w:t>تو انہوں نے ان کو کتاب دی پرافٹ آف پیس</w:t>
      </w:r>
    </w:p>
    <w:p>
      <w:r>
        <w:rPr>
          <w:b/>
        </w:rPr>
        <w:t xml:space="preserve">[1:21:43] </w:t>
      </w:r>
      <w:r>
        <w:t>. to do mahine tak unhon ne parha hi nahi, is ko itna ghair aham samajh. is ko is ke baad kisi wajah se parha unhon ne, to un ko yeh email bheja unhon ne ke is kitab mein se mera bilkul yaani woh ho gaya, part time shift ho gaya.</w:t>
      </w:r>
    </w:p>
    <w:p>
      <w:pPr>
        <w:jc w:val="right"/>
      </w:pPr>
      <w:r>
        <w:t>۔ تو دو مہینے تک انہوں نے پڑھا ہی نہیں، اس کو اتنا غیر اہم سمجھا۔ اس کو اس کے بعد کسی وجہ سے پڑھا انہوں نے، تو ان کو یہ ای میل بھیجا انہوں نے کہ اس کتاب میں سے میرا بالکل یعنی وہ ہو گیا، پارٹ ٹائم شفٹ ہو گیا۔</w:t>
      </w:r>
    </w:p>
    <w:p>
      <w:r>
        <w:rPr>
          <w:b/>
        </w:rPr>
        <w:t xml:space="preserve">[1:21:58] </w:t>
      </w:r>
      <w:r>
        <w:t>to aap parhiye, study barhaiye, is ka hal yeh study hai, baqi sawal jawab nahi hai. ab mere tareeqay se koi aur hoga aap ke is aas paas ko jo sawal jawab karein ge to is se kuch hal nahi hone wala.</w:t>
      </w:r>
    </w:p>
    <w:p>
      <w:pPr>
        <w:jc w:val="right"/>
      </w:pPr>
      <w:r>
        <w:t>تو آپ پڑھیے، اسٹڈی بڑھائیے، اس کا حل یہ اسٹڈی ہے، باقی سوال جواب نہیں ہے۔ اب میرے طریقے سے کوئی اور ہوگا آپ کے اس پاس کو جو سوال جواب کریں گے تو اس سے کچھ حل نہیں ہونے والا۔</w:t>
      </w:r>
    </w:p>
    <w:p>
      <w:r>
        <w:rPr>
          <w:b/>
        </w:rPr>
        <w:t xml:space="preserve">[1:22:10] </w:t>
      </w:r>
      <w:r>
        <w:t>aap study barhaiye apni, study.</w:t>
      </w:r>
    </w:p>
    <w:p>
      <w:pPr>
        <w:jc w:val="right"/>
      </w:pPr>
      <w:r>
        <w:t>آپ اسٹڈی بڑھائیے اپنی، اسٹڈی۔</w:t>
      </w:r>
    </w:p>
    <w:p>
      <w:r>
        <w:rPr>
          <w:b/>
        </w:rPr>
        <w:t xml:space="preserve">[1:22:12] </w:t>
      </w:r>
      <w:r>
        <w:t>is tarah ke mamlaat jo hain, woh sawal jawab se hal nahi hotay, study barhanay se hal hotay hain. to aap teen kitabein jo hain, mein batayi hain aap ko, teen kitabein is ko parhiye aap, aur phir mujhe aap sawal bhejiye apna aglay sunday ko.</w:t>
      </w:r>
    </w:p>
    <w:p>
      <w:pPr>
        <w:jc w:val="right"/>
      </w:pPr>
      <w:r>
        <w:t>اس طرح کے معاملات جو ہیں، وہ سوال جواب سے حل نہیں ہوتے، اسٹڈی بڑھانے سے حل ہوتے ہیں۔ تو آپ تین کتابیں جو ہیں، میں بتائی ہیں آپ کو، تین کتابیں اس کو پڑھیے آپ، اور پھر مجھے آپ سوال بھیجیے اپنا اگلے سنڈے کو۔</w:t>
      </w:r>
    </w:p>
    <w:p>
      <w:r>
        <w:rPr>
          <w:b/>
        </w:rPr>
        <w:t xml:space="preserve">[1:22:29] </w:t>
      </w:r>
      <w:r>
        <w:t>maulana, agla sawal dilli se hai maulana zikwan nadvi sahab ka. unhon ne likha hai: "einstein ne apne letter mein khuda ke baray mein jo kaha ke khuda ka koi wajood nahi hai,</w:t>
      </w:r>
    </w:p>
    <w:p>
      <w:pPr>
        <w:jc w:val="right"/>
      </w:pPr>
      <w:r>
        <w:t>مولانا، اگلا سوال دلی سے ہے مولانا زکوان ندوی صاحب کا۔ انہوں نے لکھا ہے: "آئنسٹین نے اپنے لیٹر میں خدا کے بارے میں جو کہا کہ خدا کا کوئی وجود نہیں ہے،</w:t>
      </w:r>
    </w:p>
    <w:p>
      <w:r>
        <w:rPr>
          <w:b/>
        </w:rPr>
        <w:t xml:space="preserve">[1:22:41] </w:t>
      </w:r>
      <w:r>
        <w:t>agar yahi baat koi shakhs prophet ke baray mein keh de to sari dunya mein protest shuru ho jaye ga. khuda aur rasool ke mamlay mein yeh farq kyun paya jata hai, is ke baray mein batayein." dekhiye, musalman phatkay hue hain.</w:t>
      </w:r>
    </w:p>
    <w:p>
      <w:pPr>
        <w:jc w:val="right"/>
      </w:pPr>
      <w:r>
        <w:t>اگر یہی بات کوئی شخص پرافٹ کے بارے میں کہہ دے تو ساری دنیا میں پروٹیسٹ شروع ہو جائے گا۔ خدا اور رسول کے معاملے میں یہ فرق کیوں پایا جاتا ہے، اس کے بارے میں بتائیں۔" دیکھیں، مسلمان پھٹکے ہوئے ہیں۔</w:t>
      </w:r>
    </w:p>
    <w:p>
      <w:r>
        <w:rPr>
          <w:b/>
        </w:rPr>
        <w:t xml:space="preserve">[1:22:58] </w:t>
      </w:r>
      <w:r>
        <w:t>aaj kal ke musalman jo hain, mein saaf kehta hoon ke yeh phatkay hue log hain. yeh yeh na khuda ko mantay hain, na muhammad ko mantay hain. apne qoumi khwahishat mein jeetay hain yeh log.</w:t>
      </w:r>
    </w:p>
    <w:p>
      <w:pPr>
        <w:jc w:val="right"/>
      </w:pPr>
      <w:r>
        <w:t>آج کل کے مسلمان جو ہیں، میں صاف کہتا ہوں کہ یہ پھٹکے ہوئے لوگ ہیں۔ یہ یہ نہ خدا کو مانتے ہیں، نہ محمد کو مانتے ہیں۔ اپنے قومی خواہشات میں جیتے ہیں یہ لوگ۔</w:t>
      </w:r>
    </w:p>
    <w:p>
      <w:r>
        <w:rPr>
          <w:b/>
        </w:rPr>
        <w:t xml:space="preserve">[1:23:09] </w:t>
      </w:r>
      <w:r>
        <w:t>yeh qoumi khwahishat ke hangamay hain. yeh mat samjhiye ke rasool Allah ke hangamay hain. harghiz harghiz yeh rasool Allah ke hangamay nahi hain.</w:t>
      </w:r>
    </w:p>
    <w:p>
      <w:pPr>
        <w:jc w:val="right"/>
      </w:pPr>
      <w:r>
        <w:t>یہ قومی خواہشات کے ہنگامے ہیں۔ یہ مت سمجھیے کہ رسول اللہ کے ہنگامے ہیں۔ ہرگز ہرگز یہ رسول اللہ کے ہنگامے نہیں ہیں۔</w:t>
      </w:r>
    </w:p>
    <w:p>
      <w:r>
        <w:rPr>
          <w:b/>
        </w:rPr>
        <w:t xml:space="preserve">[1:23:19] </w:t>
      </w:r>
      <w:r>
        <w:t>rasool Allah ke hangamay agar hotay to woh jantay hain ke rasool Allah ne kya kiya.</w:t>
      </w:r>
    </w:p>
    <w:p>
      <w:pPr>
        <w:jc w:val="right"/>
      </w:pPr>
      <w:r>
        <w:t>رسول اللہ کے ہنگامے اگر ہوتے تو وہ جانتے ہیں کہ رسول اللہ نے کیا کیا۔</w:t>
      </w:r>
    </w:p>
    <w:p>
      <w:r>
        <w:rPr>
          <w:b/>
        </w:rPr>
        <w:t xml:space="preserve">[1:23:25] </w:t>
      </w:r>
      <w:r>
        <w:t>yaani gustakhi par hangama kiya rasool Allah sallallahu alaihi wasallam ne. wahan to gustakhi khoob hoti thi rozana subah makkah madinay mein.</w:t>
      </w:r>
    </w:p>
    <w:p>
      <w:pPr>
        <w:jc w:val="right"/>
      </w:pPr>
      <w:r>
        <w:t>یعنی گستاخی پر ہنگامہ کیا رسول اللہ صلی اللہ علیہ وسلم نے۔ وہاں تو گستاخی خوب ہوتی تھی روزانہ صبح مکہ مدینے میں۔</w:t>
      </w:r>
    </w:p>
    <w:p>
      <w:r>
        <w:rPr>
          <w:b/>
        </w:rPr>
        <w:t xml:space="preserve">[1:23:33] </w:t>
      </w:r>
      <w:r>
        <w:t>yeh to qoumi hangamay hain, apni khwahishat mein peechay dorr rahay hain. yeh in ko na islam se matlab hai, na quran se, na muhammad se, na islam khuda se, kisi se matlab nahi.</w:t>
      </w:r>
    </w:p>
    <w:p>
      <w:pPr>
        <w:jc w:val="right"/>
      </w:pPr>
      <w:r>
        <w:t>یہ تو قومی ہنگامے ہیں، اپنی خواہشات میں پیچھے دوڑ رہے ہیں۔ یہ ان کو نہ اسلام سے مطلب ہے، نہ قرآن سے، نہ محمد سے، نہ اسلام خدا سے، کسی سے مطلب نہیں۔</w:t>
      </w:r>
    </w:p>
    <w:p>
      <w:r>
        <w:rPr>
          <w:b/>
        </w:rPr>
        <w:t xml:space="preserve">[1:23:43] </w:t>
      </w:r>
      <w:r>
        <w:t>in ko apni khwahishat se matlab hai. mein nahi manta ke yeh koi islami phenomena hai. mein harghiz nahi manta ke yeh koi islami phenomena hai.</w:t>
      </w:r>
    </w:p>
    <w:p>
      <w:pPr>
        <w:jc w:val="right"/>
      </w:pPr>
      <w:r>
        <w:t>ان کو اپنی خواہشات سے مطلب ہے۔ میں نہیں مانتا کہ یہ کوئی اسلامی فیناومینا ہے۔ میں ہرگز نہیں مانتا کہ یہ کوئی اسلامی فیناومینا ہے۔</w:t>
      </w:r>
    </w:p>
    <w:p>
      <w:r>
        <w:rPr>
          <w:b/>
        </w:rPr>
        <w:t xml:space="preserve">[1:23:54] </w:t>
      </w:r>
      <w:r>
        <w:t>yahan phenomena aaye to kyun nahi? in ke andar khauf khuda kyun nahi? in ke andar insaan se khair khwahi kyun nahi? in ke andar yeh jazba kyun nahi ke logon ko</w:t>
      </w:r>
    </w:p>
    <w:p>
      <w:pPr>
        <w:jc w:val="right"/>
      </w:pPr>
      <w:r>
        <w:t>یہاں فیناومینا آئے تو کیوں نہیں؟ ان کے اندر خوف خدا کیوں نہیں؟ ان کے اندر انسان سے خیر خواہی کیوں نہیں؟ ان کے اندر یہ جذبہ کیوں نہیں کہ لوگوں کو</w:t>
      </w:r>
    </w:p>
    <w:p>
      <w:r>
        <w:rPr>
          <w:b/>
        </w:rPr>
        <w:t xml:space="preserve">[1:24:05] </w:t>
      </w:r>
      <w:r>
        <w:t>quran pohanchayein? yeh sab jazba kyun nahi? khair, marna kaatna kya hai? hangama karna, protest karna, jalsay nikalna, yeh kyun hai? sab se pehla jo hona chahiye, rasool Allah: "lilk baakh an-nafs ka an-fusak allahu yaqoon al-mu'mineen".</w:t>
      </w:r>
    </w:p>
    <w:p>
      <w:pPr>
        <w:jc w:val="right"/>
      </w:pPr>
      <w:r>
        <w:t>قرآن پہنچائیں؟ یہ سب جذبہ کیوں نہیں؟ خیر، مارنا کاٹنا کیا ہے؟ ہنگامہ کرنا، پروٹیسٹ کرنا، جلسہ نکالنا، یہ کیوں ہے؟ سب سے پہلا جو ہونا چاہیے، رسول اللہ: "للک باخ النفس کا نفسک اللہ یقون مومنین"۔</w:t>
      </w:r>
    </w:p>
    <w:p>
      <w:r>
        <w:rPr>
          <w:b/>
        </w:rPr>
        <w:t xml:space="preserve">[1:24:21] </w:t>
      </w:r>
      <w:r>
        <w:t>yeh rasool Allah ki yeh seerat hai. yeh kyun nahi? in ke andar hai ke logon ki khair khwahi mein aap poochtay thay ke kaash in ko sachai mil jaye.</w:t>
      </w:r>
    </w:p>
    <w:p>
      <w:pPr>
        <w:jc w:val="right"/>
      </w:pPr>
      <w:r>
        <w:t>یہ رسول اللہ کی یہ سیرت ہے۔ یہ کیوں نہیں؟ ان کے اندر ہے کہ لوگوں کی خیر خواہی میں آپ پوچھتے تھے کہ کاش ان کو سچائی مل جائے۔</w:t>
      </w:r>
    </w:p>
    <w:p>
      <w:r>
        <w:rPr>
          <w:b/>
        </w:rPr>
        <w:t xml:space="preserve">[1:24:32] </w:t>
      </w:r>
      <w:r>
        <w:t>to agar aap baray ashiq rasool hain to yeh kyun nahi?</w:t>
      </w:r>
    </w:p>
    <w:p>
      <w:pPr>
        <w:jc w:val="right"/>
      </w:pPr>
      <w:r>
        <w:t>تو اگر آپ بڑے عاشق رسول ہیں تو یہ کیوں نہیں؟</w:t>
      </w:r>
    </w:p>
    <w:p>
      <w:r>
        <w:rPr>
          <w:b/>
        </w:rPr>
        <w:t xml:space="preserve">[1:24:37] </w:t>
      </w:r>
      <w:r>
        <w:t>yeh harghiz ishq rasool nahi hai. yeh yeh qoumi hangamay hain, is ka koi na dunya mein faida hai, na akhirat mein faida hai. maulana, agla sawal raipur se aaya hai idrees sahab ka.</w:t>
      </w:r>
    </w:p>
    <w:p>
      <w:pPr>
        <w:jc w:val="right"/>
      </w:pPr>
      <w:r>
        <w:t>یہ ہرگز عشق رسول نہیں ہے۔ یہ یہ قومی ہنگامے ہیں، اس کا کوئی نہ دنیا میں فائدہ ہے، نہ آخرت میں فائدہ ہے۔ مولانا، اگلا سوال رائے پور سے آیا ہے ادریس صاحب کا۔</w:t>
      </w:r>
    </w:p>
    <w:p>
      <w:r>
        <w:rPr>
          <w:b/>
        </w:rPr>
        <w:t xml:space="preserve">[1:24:50] </w:t>
      </w:r>
      <w:r>
        <w:t>unhon ne likha hai: "the letter of einstein is a news, but it presents only a part of einstein view about god.</w:t>
      </w:r>
    </w:p>
    <w:p>
      <w:pPr>
        <w:jc w:val="right"/>
      </w:pPr>
      <w:r>
        <w:t>انہوں نے لکھا ہے: "دا لیٹر آف آئنسٹائن از اے نیوز، بٹ اٹ پریزنٹس اونلی ا پارٹ آف آئنسٹائن ویو اباؤٹ گاڈ۔</w:t>
      </w:r>
    </w:p>
    <w:p>
      <w:r>
        <w:rPr>
          <w:b/>
        </w:rPr>
        <w:t xml:space="preserve">[1:25:00] </w:t>
      </w:r>
      <w:r>
        <w:t>there are other courts of einstein, such as science without religion is lame. religion without science is blind.</w:t>
      </w:r>
    </w:p>
    <w:p>
      <w:pPr>
        <w:jc w:val="right"/>
      </w:pPr>
      <w:r>
        <w:t>دیر آر ادر کورٹس آف آئنسٹائن، سچ ایز سائنس وداؤٹ ریلیجن از لیم۔ ریلیجن وداؤٹ سائنس از بلائنڈ۔</w:t>
      </w:r>
    </w:p>
    <w:p>
      <w:r>
        <w:rPr>
          <w:b/>
        </w:rPr>
        <w:t xml:space="preserve">[1:25:10] </w:t>
      </w:r>
      <w:r>
        <w:t>second, i want to know gods thoughts. the rest are details. third, strange is a situation here upon this earth.</w:t>
      </w:r>
    </w:p>
    <w:p>
      <w:pPr>
        <w:jc w:val="right"/>
      </w:pPr>
      <w:r>
        <w:t>سیکنڈ، آئی وانٹ ٹو نو گاڈز تھاٹس۔ دا ریسٹ آر ڈیٹیلز۔ تھرڈ، سٹرینج از ا سچویشن ہیر اپون دس ارتھ۔</w:t>
      </w:r>
    </w:p>
    <w:p>
      <w:r>
        <w:rPr>
          <w:b/>
        </w:rPr>
        <w:t xml:space="preserve">[1:25:20] </w:t>
      </w:r>
      <w:r>
        <w:t>each of us comes for a short visit, not knowing why, yet sometimes seeming to a divine purpose.</w:t>
      </w:r>
    </w:p>
    <w:p>
      <w:pPr>
        <w:jc w:val="right"/>
      </w:pPr>
      <w:r>
        <w:t>ایچ آف اس کمز فار ا شارٹ وزٹ، ناٹ نوئنگ وائی، یٹ سم ٹائمز سیمنگ ٹو ا ڈیوائن پرپس۔</w:t>
      </w:r>
    </w:p>
    <w:p>
      <w:r>
        <w:rPr>
          <w:b/>
        </w:rPr>
        <w:t xml:space="preserve">[1:25:29] </w:t>
      </w:r>
      <w:r>
        <w:t>and there are many other. It means like many other scientist, Einstein believed in God, though his realization of God may not completely match hundred percent with the concept of God described in religious books.</w:t>
      </w:r>
    </w:p>
    <w:p>
      <w:pPr>
        <w:jc w:val="right"/>
      </w:pPr>
      <w:r>
        <w:t>اینڈ دیر آر مینی ادر۔ اٹ مینز لائک مینی ادر سائنٹسٹ، آئنسٹائن بیلیوڈ ان گاڈ، دو ہز ریلائزیشن آف گاڈ می ناٹ کمپلیٹلی میچ ہنڈرڈ پرسنٹ ودا کانسیپٹ آف گاڈ ڈسکرائب ان ریلیجیس بکس۔</w:t>
      </w:r>
    </w:p>
    <w:p>
      <w:r>
        <w:rPr>
          <w:b/>
        </w:rPr>
        <w:t xml:space="preserve">[1:25:44] </w:t>
      </w:r>
      <w:r>
        <w:t>Nahi, main is ko nahi manunga. Wo us ka case confusion ka case tha. Khud apne ek aur letter mein likha tha ke mera case jo hai, agnosticism ka case hai.</w:t>
      </w:r>
    </w:p>
    <w:p>
      <w:pPr>
        <w:jc w:val="right"/>
      </w:pPr>
      <w:r>
        <w:t>واٹ از یور کمنٹ ان دس؟ نہیں، میں اس کو نہیں مانوں گا۔ وہ اس کا کیس کنفیوژن کا کیس تھا۔ خود اپنے ایک اور لیٹر میں لکھا تھا کہ میرا کیس جو ہے، اگناسٹسزم کا کیس ہے۔</w:t>
      </w:r>
    </w:p>
    <w:p>
      <w:r>
        <w:rPr>
          <w:b/>
        </w:rPr>
        <w:t xml:space="preserve">[1:25:56] </w:t>
      </w:r>
      <w:r>
        <w:t>Sahi maano mein wo agnostic tha. Wo</w:t>
      </w:r>
    </w:p>
    <w:p>
      <w:pPr>
        <w:jc w:val="right"/>
      </w:pPr>
      <w:r>
        <w:t>صحیح معنوں میں وہ اگناسٹک تھا۔ وہ</w:t>
      </w:r>
    </w:p>
    <w:p>
      <w:r>
        <w:rPr>
          <w:b/>
        </w:rPr>
        <w:t xml:space="preserve">[1:25:58] </w:t>
      </w:r>
      <w:r>
        <w:t>main nahi manta ke wo Khuda ko manta tha. Yeh toh confusion ke jumle hain. Yeh sab confusion ke jumle hain. Sahi tareen jo uska jo muqam tha, wo hai ke wo agnostic tha.</w:t>
      </w:r>
    </w:p>
    <w:p>
      <w:pPr>
        <w:jc w:val="right"/>
      </w:pPr>
      <w:r>
        <w:t>میں نہیں مانتا کہ وہ خدا کو مانتا تھا۔ یہ تو کنفیوژن کے جملے ہیں۔ یہ سب کنفیوژن کے جملے ہیں۔ صحیح ترین جو اس کا جو موقف تھا، وہ ہے کہ وہ اگناسٹک تھا۔</w:t>
      </w:r>
    </w:p>
    <w:p>
      <w:r>
        <w:rPr>
          <w:b/>
        </w:rPr>
        <w:t xml:space="preserve">[1:26:10] </w:t>
      </w:r>
      <w:r>
        <w:t>Wo bas meri apni study yehi hai.</w:t>
      </w:r>
    </w:p>
    <w:p>
      <w:pPr>
        <w:jc w:val="right"/>
      </w:pPr>
      <w:r>
        <w:t>وہ بس میری اپنی اسٹڈی یہی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