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Peaceful Activism vs Violent Activism May 23, 2009</w:t>
      </w:r>
    </w:p>
    <w:p>
      <w:r>
        <w:t>https://youtu.be/LlwiET1Kb5w</w:t>
      </w:r>
    </w:p>
    <w:p>
      <w:r>
        <w:rPr>
          <w:b/>
        </w:rPr>
        <w:t xml:space="preserve">[00:28] </w:t>
      </w:r>
      <w:r>
        <w:t>The topic for this evening is peaceful activism versus violent activism.</w:t>
      </w:r>
    </w:p>
    <w:p>
      <w:pPr>
        <w:jc w:val="right"/>
      </w:pPr>
      <w:r>
        <w:t>دا ٹاپک فار دس ایوننگ از پیس فل ایکٹیوزم ورسز وائلنٹ ایکٹیوزم۔</w:t>
      </w:r>
    </w:p>
    <w:p>
      <w:r>
        <w:rPr>
          <w:b/>
        </w:rPr>
        <w:t xml:space="preserve">[00:44] </w:t>
      </w:r>
      <w:r>
        <w:t>This is the most urgent problem</w:t>
      </w:r>
    </w:p>
    <w:p>
      <w:pPr>
        <w:jc w:val="right"/>
      </w:pPr>
      <w:r>
        <w:t>دس از دا موسٹ ارجنٹ پرابلم</w:t>
      </w:r>
    </w:p>
    <w:p>
      <w:r>
        <w:rPr>
          <w:b/>
        </w:rPr>
        <w:t xml:space="preserve">[00:49] </w:t>
      </w:r>
      <w:r>
        <w:t>. I think everyone is obsessed with this problem, because everywhere there are terrorist activities, people are victim of these activities.</w:t>
      </w:r>
    </w:p>
    <w:p>
      <w:pPr>
        <w:jc w:val="right"/>
      </w:pPr>
      <w:r>
        <w:t>۔ ائی تھنک ایوری ون از ابسسٹ ود دس پرابلم، بیکاز ایوری ویر دیر ار ٹیررسٹ ایکٹیویٹیز، پیپل ار وکٹم اف دیز ایکٹیویٹیز۔</w:t>
      </w:r>
    </w:p>
    <w:p>
      <w:r>
        <w:rPr>
          <w:b/>
        </w:rPr>
        <w:t xml:space="preserve">[01:00] </w:t>
      </w:r>
      <w:r>
        <w:t>So everyone want to know what the genesis of this problem, and how we can solve this problem.</w:t>
      </w:r>
    </w:p>
    <w:p>
      <w:pPr>
        <w:jc w:val="right"/>
      </w:pPr>
      <w:r>
        <w:t>سو ایوری ون وانٹ ٹو نو واٹ دا جینیسس اف دس پرابلم، اینڈ ہاؤ وی کین سالو دس پرابلم۔</w:t>
      </w:r>
    </w:p>
    <w:p>
      <w:r>
        <w:rPr>
          <w:b/>
        </w:rPr>
        <w:t xml:space="preserve">[01:09] </w:t>
      </w:r>
      <w:r>
        <w:t>Recently, you know, the Tiger terrorist of Lanka, that is Prabhakaran, was killed by Lankan army.</w:t>
      </w:r>
    </w:p>
    <w:p>
      <w:pPr>
        <w:jc w:val="right"/>
      </w:pPr>
      <w:r>
        <w:t>ریسنٹلی، یو نو، دا ٹائیگر ٹیررسٹ اف لنکا، دیٹ از پربھاکرن، واز کلڈ بائے لنکن ارمی۔</w:t>
      </w:r>
    </w:p>
    <w:p>
      <w:r>
        <w:rPr>
          <w:b/>
        </w:rPr>
        <w:t xml:space="preserve">[01:22] </w:t>
      </w:r>
      <w:r>
        <w:t>So apparently, it was a good news.</w:t>
      </w:r>
    </w:p>
    <w:p>
      <w:pPr>
        <w:jc w:val="right"/>
      </w:pPr>
      <w:r>
        <w:t>سو اپرینٹلی، اٹ واز ا گڈ نیوز۔</w:t>
      </w:r>
    </w:p>
    <w:p>
      <w:r>
        <w:rPr>
          <w:b/>
        </w:rPr>
        <w:t xml:space="preserve">[01:26] </w:t>
      </w:r>
      <w:r>
        <w:t>Then, you know, there is a crackdown against Taliban</w:t>
      </w:r>
    </w:p>
    <w:p>
      <w:pPr>
        <w:jc w:val="right"/>
      </w:pPr>
      <w:r>
        <w:t>دین، یو نو، دیر از ا کریک ڈاؤن اگینسٹ طالبان</w:t>
      </w:r>
    </w:p>
    <w:p>
      <w:r>
        <w:rPr>
          <w:b/>
        </w:rPr>
        <w:t xml:space="preserve">[01:40] </w:t>
      </w:r>
      <w:r>
        <w:t>by the Pakistani army. There are some other news of this kind, but according to my analysis,</w:t>
      </w:r>
    </w:p>
    <w:p>
      <w:pPr>
        <w:jc w:val="right"/>
      </w:pPr>
      <w:r>
        <w:t>بائی دا پاکستانی ارمی۔ دیر ار سم ادر نیوز اف دس کائنڈ، بٹ اکارڈنگ ٹو مائی انالیسز،</w:t>
      </w:r>
    </w:p>
    <w:p>
      <w:r>
        <w:rPr>
          <w:b/>
        </w:rPr>
        <w:t xml:space="preserve">[01:56] </w:t>
      </w:r>
      <w:r>
        <w:t>these operations, that is military operations, are not enough to eliminate the menace of terrorism.</w:t>
      </w:r>
    </w:p>
    <w:p>
      <w:pPr>
        <w:jc w:val="right"/>
      </w:pPr>
      <w:r>
        <w:t>دیز اپریشنز، دیٹ از ملٹری اپریشنز، ار ناٹ انف ٹو ایلیمینیٹ دا مینس اف ٹیررزم۔</w:t>
      </w:r>
    </w:p>
    <w:p>
      <w:r>
        <w:rPr>
          <w:b/>
        </w:rPr>
        <w:t xml:space="preserve">[02:10] </w:t>
      </w:r>
      <w:r>
        <w:t>These people, what is the wrong with these people?</w:t>
      </w:r>
    </w:p>
    <w:p>
      <w:pPr>
        <w:jc w:val="right"/>
      </w:pPr>
      <w:r>
        <w:t>دیز پیپل، واٹ از دا رونگ ود دیز پیپل؟</w:t>
      </w:r>
    </w:p>
    <w:p>
      <w:r>
        <w:rPr>
          <w:b/>
        </w:rPr>
        <w:t xml:space="preserve">[02:15] </w:t>
      </w:r>
      <w:r>
        <w:t>These people take it as gun versus gun problem. So, so they want to</w:t>
      </w:r>
    </w:p>
    <w:p>
      <w:pPr>
        <w:jc w:val="right"/>
      </w:pPr>
      <w:r>
        <w:t>دیز پیپل ٹیک اٹ ایز گن ورسز گن پرابلم۔ سو، سو دے وانٹ ٹو</w:t>
      </w:r>
    </w:p>
    <w:p>
      <w:r>
        <w:rPr>
          <w:b/>
        </w:rPr>
        <w:t xml:space="preserve">[02:28] </w:t>
      </w:r>
      <w:r>
        <w:t>crush it by gun.</w:t>
      </w:r>
    </w:p>
    <w:p>
      <w:pPr>
        <w:jc w:val="right"/>
      </w:pPr>
      <w:r>
        <w:t>کرش اٹ بائی گن۔</w:t>
      </w:r>
    </w:p>
    <w:p>
      <w:r>
        <w:rPr>
          <w:b/>
        </w:rPr>
        <w:t xml:space="preserve">[02:33] </w:t>
      </w:r>
      <w:r>
        <w:t>But I don't think that is simply a gun problem.</w:t>
      </w:r>
    </w:p>
    <w:p>
      <w:pPr>
        <w:jc w:val="right"/>
      </w:pPr>
      <w:r>
        <w:t>بٹ ائی ڈونٹ تھنک دیٹ از سمپلی ا گن پرابلم۔</w:t>
      </w:r>
    </w:p>
    <w:p>
      <w:r>
        <w:rPr>
          <w:b/>
        </w:rPr>
        <w:t xml:space="preserve">[02:40] </w:t>
      </w:r>
      <w:r>
        <w:t>If it were gun problem, then now there were no problem after so many operations.</w:t>
      </w:r>
    </w:p>
    <w:p>
      <w:pPr>
        <w:jc w:val="right"/>
      </w:pPr>
      <w:r>
        <w:t>اف اٹ ویر گن پرابلم، دین ناؤ دیر وار نو پرابلم افٹر سو مینی اپریشنز۔</w:t>
      </w:r>
    </w:p>
    <w:p>
      <w:r>
        <w:rPr>
          <w:b/>
        </w:rPr>
        <w:t xml:space="preserve">[02:51] </w:t>
      </w:r>
      <w:r>
        <w:t>So, you see the result. You have to see the result. Result is not positive. Here I</w:t>
      </w:r>
    </w:p>
    <w:p>
      <w:pPr>
        <w:jc w:val="right"/>
      </w:pPr>
      <w:r>
        <w:t>سو، یو سی دا رزلٹ۔ یو ہیو ٹو سی دا رزلٹ۔ رزلٹ از ناٹ پازیٹیو۔ ہیر ائی</w:t>
      </w:r>
    </w:p>
    <w:p>
      <w:r>
        <w:rPr>
          <w:b/>
        </w:rPr>
        <w:t xml:space="preserve">[03:03] </w:t>
      </w:r>
      <w:r>
        <w:t>recall a very well known dictum of UNESCO.</w:t>
      </w:r>
    </w:p>
    <w:p>
      <w:pPr>
        <w:jc w:val="right"/>
      </w:pPr>
      <w:r>
        <w:t>ریکال ا ویری ویل نون ڈکٹم اف یونیسکو۔</w:t>
      </w:r>
    </w:p>
    <w:p>
      <w:r>
        <w:rPr>
          <w:b/>
        </w:rPr>
        <w:t xml:space="preserve">[03:09] </w:t>
      </w:r>
      <w:r>
        <w:t>You know, UNESCO is a special branch of United Nations. The main purpose of UNESCO, that is international organization under UNO.</w:t>
      </w:r>
    </w:p>
    <w:p>
      <w:pPr>
        <w:jc w:val="right"/>
      </w:pPr>
      <w:r>
        <w:t>یو نو، یونیسکو از ا اسپیشل برانچ اف یونائٹڈ نیشنز۔ دا مین پرپس اف یونیسکو، دیٹ از انٹرنیشنل ارگنائزیشن انڈر یو این او۔</w:t>
      </w:r>
    </w:p>
    <w:p>
      <w:r>
        <w:rPr>
          <w:b/>
        </w:rPr>
        <w:t xml:space="preserve">[03:24] </w:t>
      </w:r>
      <w:r>
        <w:t>So, the main purpose of UNESCO is to establish peace and cooperation between different nations.</w:t>
      </w:r>
    </w:p>
    <w:p>
      <w:pPr>
        <w:jc w:val="right"/>
      </w:pPr>
      <w:r>
        <w:t>سو، دا مین پرپس اف یونیسکو از ٹو اسٹیبلش پیس اینڈ کواپریشن بٹوین ڈفرنٹ نیشنز۔</w:t>
      </w:r>
    </w:p>
    <w:p>
      <w:r>
        <w:rPr>
          <w:b/>
        </w:rPr>
        <w:t xml:space="preserve">[03:35] </w:t>
      </w:r>
      <w:r>
        <w:t>This is their purpose.</w:t>
      </w:r>
    </w:p>
    <w:p>
      <w:pPr>
        <w:jc w:val="right"/>
      </w:pPr>
      <w:r>
        <w:t>دس از دیر پرپس۔</w:t>
      </w:r>
    </w:p>
    <w:p>
      <w:r>
        <w:rPr>
          <w:b/>
        </w:rPr>
        <w:t xml:space="preserve">[03:38] </w:t>
      </w:r>
      <w:r>
        <w:t>So, they have opted a very well known dictum, that is violence begins from mind.</w:t>
      </w:r>
    </w:p>
    <w:p>
      <w:pPr>
        <w:jc w:val="right"/>
      </w:pPr>
      <w:r>
        <w:t>سو، دے ہیو اپٹڈ ا ویری ویل نون ڈکٹم، دیٹ از وائلنس بگنز فرام مائنڈ۔</w:t>
      </w:r>
    </w:p>
    <w:p>
      <w:r>
        <w:rPr>
          <w:b/>
        </w:rPr>
        <w:t xml:space="preserve">[03:51] </w:t>
      </w:r>
      <w:r>
        <w:t>it means that violence begins from a violent ideology. mind creates ideology.</w:t>
      </w:r>
    </w:p>
    <w:p>
      <w:pPr>
        <w:jc w:val="right"/>
      </w:pPr>
      <w:r>
        <w:t>اٹ مینز دیٹ وائلنس بگنز فرام ا وائلنٹ ائیڈیالوجی۔ مائنڈ کریٹس ائیڈیالوجی۔</w:t>
      </w:r>
    </w:p>
    <w:p>
      <w:r>
        <w:rPr>
          <w:b/>
        </w:rPr>
        <w:t xml:space="preserve">[04:03] </w:t>
      </w:r>
      <w:r>
        <w:t>so, every violent activism is brain child of an ideology.</w:t>
      </w:r>
    </w:p>
    <w:p>
      <w:pPr>
        <w:jc w:val="right"/>
      </w:pPr>
      <w:r>
        <w:t>سو، ایوری وائلنٹ ایکٹیوزم از برین چائلڈ اف این ائیڈیالوجی۔</w:t>
      </w:r>
    </w:p>
    <w:p>
      <w:r>
        <w:rPr>
          <w:b/>
        </w:rPr>
        <w:t xml:space="preserve">[04:14] </w:t>
      </w:r>
      <w:r>
        <w:t>so, without having a counter ideology, you can not eliminate all these terrorist activities.</w:t>
      </w:r>
    </w:p>
    <w:p>
      <w:pPr>
        <w:jc w:val="right"/>
      </w:pPr>
      <w:r>
        <w:t>سو، وداؤٹ ہیونگ ا کاؤنٹر ائیڈیالوجی، یو کین ناٹ ایلیمینیٹ ال دیز ٹیررسٹ ایکٹیویٹیز۔</w:t>
      </w:r>
    </w:p>
    <w:p>
      <w:r>
        <w:rPr>
          <w:b/>
        </w:rPr>
        <w:t xml:space="preserve">[04:24] </w:t>
      </w:r>
      <w:r>
        <w:t>this is the problem.</w:t>
      </w:r>
    </w:p>
    <w:p>
      <w:pPr>
        <w:jc w:val="right"/>
      </w:pPr>
      <w:r>
        <w:t>دس از دا پرابلم۔</w:t>
      </w:r>
    </w:p>
    <w:p>
      <w:r>
        <w:rPr>
          <w:b/>
        </w:rPr>
        <w:t xml:space="preserve">[04:29] </w:t>
      </w:r>
      <w:r>
        <w:t>now, what is that ideology by which we can counter these all kind of these terrorism?</w:t>
      </w:r>
    </w:p>
    <w:p>
      <w:pPr>
        <w:jc w:val="right"/>
      </w:pPr>
      <w:r>
        <w:t>ناؤ، واٹ از دیٹ ائیڈیالوجی بائی وچ وی کین کاؤنٹر دیز ال کائنڈ اف دیز ٹیررزم؟</w:t>
      </w:r>
    </w:p>
    <w:p>
      <w:r>
        <w:rPr>
          <w:b/>
        </w:rPr>
        <w:t xml:space="preserve">[04:38] </w:t>
      </w:r>
      <w:r>
        <w:t>i can refer. i have study this problem in detail.</w:t>
      </w:r>
    </w:p>
    <w:p>
      <w:pPr>
        <w:jc w:val="right"/>
      </w:pPr>
      <w:r>
        <w:t>ائی کین ریفر۔ ائی ہیو سٹڈی دس پرابلم ان ڈیٹیل۔</w:t>
      </w:r>
    </w:p>
    <w:p>
      <w:r>
        <w:rPr>
          <w:b/>
        </w:rPr>
        <w:t xml:space="preserve">[04:47] </w:t>
      </w:r>
      <w:r>
        <w:t>i found the solution in Islamic teachings.</w:t>
      </w:r>
    </w:p>
    <w:p>
      <w:pPr>
        <w:jc w:val="right"/>
      </w:pPr>
      <w:r>
        <w:t>ائی فاؤنڈ دا سولیوشن ان اسلامک ٹیچنگز۔</w:t>
      </w:r>
    </w:p>
    <w:p>
      <w:r>
        <w:rPr>
          <w:b/>
        </w:rPr>
        <w:t xml:space="preserve">[04:52] </w:t>
      </w:r>
      <w:r>
        <w:t>so, i would like to</w:t>
      </w:r>
    </w:p>
    <w:p>
      <w:pPr>
        <w:jc w:val="right"/>
      </w:pPr>
      <w:r>
        <w:t>سو، ائی وڈ لائک ٹو</w:t>
      </w:r>
    </w:p>
    <w:p>
      <w:r>
        <w:rPr>
          <w:b/>
        </w:rPr>
        <w:t xml:space="preserve">[04:56] </w:t>
      </w:r>
      <w:r>
        <w:t>give you a brief about my studies in Islam in this regard.</w:t>
      </w:r>
    </w:p>
    <w:p>
      <w:pPr>
        <w:jc w:val="right"/>
      </w:pPr>
      <w:r>
        <w:t>گیو یو ا بریف اباؤٹ مائی سٹڈیز ان اسلام ان دس ریگارڈ۔</w:t>
      </w:r>
    </w:p>
    <w:p>
      <w:r>
        <w:rPr>
          <w:b/>
        </w:rPr>
        <w:t xml:space="preserve">[05:06] </w:t>
      </w:r>
      <w:r>
        <w:t>first of all, what is the definition of terrorism?</w:t>
      </w:r>
    </w:p>
    <w:p>
      <w:pPr>
        <w:jc w:val="right"/>
      </w:pPr>
      <w:r>
        <w:t>فرسٹ اف ال، واٹ از دا ڈیفینیشن اف ٹیررزم؟</w:t>
      </w:r>
    </w:p>
    <w:p>
      <w:r>
        <w:rPr>
          <w:b/>
        </w:rPr>
        <w:t xml:space="preserve">[05:15] </w:t>
      </w:r>
      <w:r>
        <w:t>what is the definition of terrorism? i think there are a lot of confusion</w:t>
      </w:r>
    </w:p>
    <w:p>
      <w:pPr>
        <w:jc w:val="right"/>
      </w:pPr>
      <w:r>
        <w:t>واٹ از دا ڈیفینیشن اف ٹیررزم؟ ائی تھنک دیر ار ا لاٹ اف کنفیوژن</w:t>
      </w:r>
    </w:p>
    <w:p>
      <w:r>
        <w:rPr>
          <w:b/>
        </w:rPr>
        <w:t xml:space="preserve">[05:22] </w:t>
      </w:r>
      <w:r>
        <w:t>. there is no accepted definition of terrorism available in the media or among scholars.</w:t>
      </w:r>
    </w:p>
    <w:p>
      <w:pPr>
        <w:jc w:val="right"/>
      </w:pPr>
      <w:r>
        <w:t>۔ دیر از نو ایکسیپٹڈ ڈیفینیشن اف ٹیررزم اویلیبل ان دا میڈیا اور امنگ سکالرز۔</w:t>
      </w:r>
    </w:p>
    <w:p>
      <w:r>
        <w:rPr>
          <w:b/>
        </w:rPr>
        <w:t xml:space="preserve">[05:36] </w:t>
      </w:r>
      <w:r>
        <w:t>i try to define it in the light of Islamic teachings.</w:t>
      </w:r>
    </w:p>
    <w:p>
      <w:pPr>
        <w:jc w:val="right"/>
      </w:pPr>
      <w:r>
        <w:t>ائی ٹرائی ٹو ڈیفائن اٹ ان دا لائٹ اف اسلامک ٹیچنگز۔</w:t>
      </w:r>
    </w:p>
    <w:p>
      <w:r>
        <w:rPr>
          <w:b/>
        </w:rPr>
        <w:t xml:space="preserve">[05:42] </w:t>
      </w:r>
      <w:r>
        <w:t>so, according to Islam, the definition of terrorism is use of arm by agencies other than state.</w:t>
      </w:r>
    </w:p>
    <w:p>
      <w:pPr>
        <w:jc w:val="right"/>
      </w:pPr>
      <w:r>
        <w:t>سو، اکارڈنگ ٹو اسلام، دا ڈیفینیشن اف ٹیررزم از یوز اف ارم بائی ایجنسیز ادر دین اسٹیٹ۔</w:t>
      </w:r>
    </w:p>
    <w:p>
      <w:r>
        <w:rPr>
          <w:b/>
        </w:rPr>
        <w:t xml:space="preserve">[05:59] </w:t>
      </w:r>
      <w:r>
        <w:t>this is the definition of Islam.</w:t>
      </w:r>
    </w:p>
    <w:p>
      <w:pPr>
        <w:jc w:val="right"/>
      </w:pPr>
      <w:r>
        <w:t>دس از دا ڈیفینیشن اف اسلام۔</w:t>
      </w:r>
    </w:p>
    <w:p>
      <w:r>
        <w:rPr>
          <w:b/>
        </w:rPr>
        <w:t xml:space="preserve">[06:03] </w:t>
      </w:r>
      <w:r>
        <w:t>so, according to this definition, all those activities we know through out the world are not legitimate activities.</w:t>
      </w:r>
    </w:p>
    <w:p>
      <w:pPr>
        <w:jc w:val="right"/>
      </w:pPr>
      <w:r>
        <w:t>سو، اکارڈنگ ٹو دس ڈیفینیشن، ال دوز ایکٹیویٹیز وی نو تھرو اؤٹ دی ورلڈ ار ناٹ لیجیٹیمیٹ ایکٹیویٹیز۔</w:t>
      </w:r>
    </w:p>
    <w:p>
      <w:r>
        <w:rPr>
          <w:b/>
        </w:rPr>
        <w:t xml:space="preserve">[06:15] </w:t>
      </w:r>
      <w:r>
        <w:t>those leaders who are responsible of these terrorist activities, they call it freedom struggle.</w:t>
      </w:r>
    </w:p>
    <w:p>
      <w:pPr>
        <w:jc w:val="right"/>
      </w:pPr>
      <w:r>
        <w:t>دوز لیڈرز ہو ار رسپانسبل اف دیز ٹیررسٹ ایکٹیویٹیز، دے کال اٹ فریڈم سٹرگل۔</w:t>
      </w:r>
    </w:p>
    <w:p>
      <w:r>
        <w:rPr>
          <w:b/>
        </w:rPr>
        <w:t xml:space="preserve">[06:24] </w:t>
      </w:r>
      <w:r>
        <w:t>this is not freedom struggle.</w:t>
      </w:r>
    </w:p>
    <w:p>
      <w:pPr>
        <w:jc w:val="right"/>
      </w:pPr>
      <w:r>
        <w:t>دس از ناٹ فریڈم سٹرگل۔</w:t>
      </w:r>
    </w:p>
    <w:p>
      <w:r>
        <w:rPr>
          <w:b/>
        </w:rPr>
        <w:t xml:space="preserve">[06:29] </w:t>
      </w:r>
      <w:r>
        <w:t>so, according to Islam, the definition of terrorism is that use of arms by agencies other than state. so, these are people are non governmental organizations.</w:t>
      </w:r>
    </w:p>
    <w:p>
      <w:pPr>
        <w:jc w:val="right"/>
      </w:pPr>
      <w:r>
        <w:t>سو، اکارڈنگ ٹو اسلام، دا ڈیفینیشن اف ٹیررزم از دیٹ یوز اف ارمز بائی ایجنسیز ادر دین اسٹیٹ۔ سو، دیز ار پیپل ار نان گورنمنٹل ارگنائزیشنز۔</w:t>
      </w:r>
    </w:p>
    <w:p>
      <w:r>
        <w:rPr>
          <w:b/>
        </w:rPr>
        <w:t xml:space="preserve">[06:41] </w:t>
      </w:r>
      <w:r>
        <w:t>no government is involve in these activities. so, this is the first point.</w:t>
      </w:r>
    </w:p>
    <w:p>
      <w:pPr>
        <w:jc w:val="right"/>
      </w:pPr>
      <w:r>
        <w:t>نو گورنمنٹ از انوالو ان دیز ایکٹیویٹیز۔ سو، دس از دا فرسٹ پوائنٹ۔</w:t>
      </w:r>
    </w:p>
    <w:p>
      <w:r>
        <w:rPr>
          <w:b/>
        </w:rPr>
        <w:t xml:space="preserve">[06:52] </w:t>
      </w:r>
      <w:r>
        <w:t>these activities are to be condemned</w:t>
      </w:r>
    </w:p>
    <w:p>
      <w:pPr>
        <w:jc w:val="right"/>
      </w:pPr>
      <w:r>
        <w:t>دیز ایکٹیویٹیز ار ٹو بی کنڈمڈ</w:t>
      </w:r>
    </w:p>
    <w:p>
      <w:r>
        <w:rPr>
          <w:b/>
        </w:rPr>
        <w:t xml:space="preserve">[06:56] </w:t>
      </w:r>
      <w:r>
        <w:t>. we have to condemn it out right condemn, because there are not legitimate activities.</w:t>
      </w:r>
    </w:p>
    <w:p>
      <w:pPr>
        <w:jc w:val="right"/>
      </w:pPr>
      <w:r>
        <w:t>۔ وی ہیو ٹو کنڈم اٹ اؤٹ رائٹ کنڈم، بیکاز دیر ار ناٹ لیجیٹیمیٹ ایکٹیویٹیز۔</w:t>
      </w:r>
    </w:p>
    <w:p>
      <w:r>
        <w:rPr>
          <w:b/>
        </w:rPr>
        <w:t xml:space="preserve">[07:06] </w:t>
      </w:r>
      <w:r>
        <w:t>they have option for peaceful activism. they can do any thing by the peaceful method.</w:t>
      </w:r>
    </w:p>
    <w:p>
      <w:pPr>
        <w:jc w:val="right"/>
      </w:pPr>
      <w:r>
        <w:t>دے ہیو اپشن فار پیس فل ایکٹیوزم۔ دے کین ڈو اینی تھنگ بائی دا پیس فل میتھڈ۔</w:t>
      </w:r>
    </w:p>
    <w:p>
      <w:r>
        <w:rPr>
          <w:b/>
        </w:rPr>
        <w:t xml:space="preserve">[07:16] </w:t>
      </w:r>
      <w:r>
        <w:t>if</w:t>
      </w:r>
    </w:p>
    <w:p>
      <w:pPr>
        <w:jc w:val="right"/>
      </w:pPr>
      <w:r>
        <w:t>اف</w:t>
      </w:r>
    </w:p>
    <w:p>
      <w:r>
        <w:rPr>
          <w:b/>
        </w:rPr>
        <w:t xml:space="preserve">[07:17] </w:t>
      </w:r>
      <w:r>
        <w:t>they have some complaint, if they have some problem, they are allowed to solve that problem, but strictly following the peaceful means, peaceful methods.</w:t>
      </w:r>
    </w:p>
    <w:p>
      <w:pPr>
        <w:jc w:val="right"/>
      </w:pPr>
      <w:r>
        <w:t>دے ہیو سم کمپلینٹ، اف دے ہیو سم پرابلم، دے ار الاؤڈ ٹو سالو دیٹ پرابلم، بٹ سٹرکٹلی فالونگ دا پیس فل مینز، پیس فل میتھڈز۔</w:t>
      </w:r>
    </w:p>
    <w:p>
      <w:r>
        <w:rPr>
          <w:b/>
        </w:rPr>
        <w:t xml:space="preserve">[07:33] </w:t>
      </w:r>
      <w:r>
        <w:t>This is the first principle I have drawn. I have. I have learned from the Islamic teachings. Islam this zone</w:t>
      </w:r>
    </w:p>
    <w:p>
      <w:pPr>
        <w:jc w:val="right"/>
      </w:pPr>
      <w:r>
        <w:t>دس از دا فرسٹ پرنسپل ائی ہیو ڈرا۔ ائی ہیو۔ ائی ہیو لرن فرام دی اسلامک ٹیچنگز۔ اسلام دس زون</w:t>
      </w:r>
    </w:p>
    <w:p>
      <w:r>
        <w:rPr>
          <w:b/>
        </w:rPr>
        <w:t xml:space="preserve">[07:45] </w:t>
      </w:r>
      <w:r>
        <w:t>Islam condemns all these activities, because these are not legitimate activities. In all these activities, those people who are engaged in all these activities, they are not part of part of government.</w:t>
      </w:r>
    </w:p>
    <w:p>
      <w:pPr>
        <w:jc w:val="right"/>
      </w:pPr>
      <w:r>
        <w:t>اسلام کنڈمز ال دیز ایکٹیویٹیز، بیکاز دیز ار ناٹ لیجیٹیمیٹ ایکٹیویٹیز۔ ان ال دیز ایکٹیویٹیز، دوز پیپل ہو ار انگیج ان ال دیز ایکٹیویٹیز، دے ار ناٹ پارٹ اف پارٹ اف گورنمنٹ۔</w:t>
      </w:r>
    </w:p>
    <w:p>
      <w:r>
        <w:rPr>
          <w:b/>
        </w:rPr>
        <w:t xml:space="preserve">[08:03] </w:t>
      </w:r>
      <w:r>
        <w:t>de ar part of ngos, dat is non governmental organizations.</w:t>
      </w:r>
    </w:p>
    <w:p>
      <w:pPr>
        <w:jc w:val="right"/>
      </w:pPr>
      <w:r>
        <w:t>دے ار پارٹ اف این جی اوز، دیٹ از نان گورنمنٹل ارگنائزیشنز۔</w:t>
      </w:r>
    </w:p>
    <w:p>
      <w:r>
        <w:rPr>
          <w:b/>
        </w:rPr>
        <w:t xml:space="preserve">[08:09] </w:t>
      </w:r>
      <w:r>
        <w:t>so, de can launch der movement thru peaceful means or not thru violent means.</w:t>
      </w:r>
    </w:p>
    <w:p>
      <w:pPr>
        <w:jc w:val="right"/>
      </w:pPr>
      <w:r>
        <w:t>سو، دے کین لانچ دیر موومنٹ تھرو پیس فل مینز اور ناٹ تھرو وائلنٹ مینز۔</w:t>
      </w:r>
    </w:p>
    <w:p>
      <w:r>
        <w:rPr>
          <w:b/>
        </w:rPr>
        <w:t xml:space="preserve">[08:21] </w:t>
      </w:r>
      <w:r>
        <w:t>din di othr point,</w:t>
      </w:r>
    </w:p>
    <w:p>
      <w:pPr>
        <w:jc w:val="right"/>
      </w:pPr>
      <w:r>
        <w:t>دین دی ادر پوائنٹ،</w:t>
      </w:r>
    </w:p>
    <w:p>
      <w:r>
        <w:rPr>
          <w:b/>
        </w:rPr>
        <w:t xml:space="preserve">[08:27] </w:t>
      </w:r>
      <w:r>
        <w:t>all diiz people, i have meet so many peoples, i know de ar mind.</w:t>
      </w:r>
    </w:p>
    <w:p>
      <w:pPr>
        <w:jc w:val="right"/>
      </w:pPr>
      <w:r>
        <w:t>ال دیز پیپل، ائی ہیو میٹ سو مینی پیپلز، ائی نو دے ار مائنڈ۔</w:t>
      </w:r>
    </w:p>
    <w:p>
      <w:r>
        <w:rPr>
          <w:b/>
        </w:rPr>
        <w:t xml:space="preserve">[08:36] </w:t>
      </w:r>
      <w:r>
        <w:t>and all these people, perhaps without any exception, they say that we want justice. Justice is very ambiguous term, not a well defined term.</w:t>
      </w:r>
    </w:p>
    <w:p>
      <w:pPr>
        <w:jc w:val="right"/>
      </w:pPr>
      <w:r>
        <w:t>اینڈ ال دیز پیپل، پرہیپس وداؤٹ اینی ایکسیپشن، دے سے دیٹ وی وانٹ جسٹس۔ جسٹس از ویری ایمبیگوس ٹرم، اناز ویل ڈیفائن ٹرم۔</w:t>
      </w:r>
    </w:p>
    <w:p>
      <w:r>
        <w:rPr>
          <w:b/>
        </w:rPr>
        <w:t xml:space="preserve">[08:51] </w:t>
      </w:r>
      <w:r>
        <w:t>so, if you ask these people why you are engaged in violence, why you are killing people</w:t>
      </w:r>
    </w:p>
    <w:p>
      <w:pPr>
        <w:jc w:val="right"/>
      </w:pPr>
      <w:r>
        <w:t>سو، اف یو اسک دیز پیپل وائی یو ار انگیج ان وائلنس، وائی یو ار کلنگ پیپل</w:t>
      </w:r>
    </w:p>
    <w:p>
      <w:r>
        <w:rPr>
          <w:b/>
        </w:rPr>
        <w:t xml:space="preserve">[09:01] </w:t>
      </w:r>
      <w:r>
        <w:t>, do you, do you, don't you like peace? They will, they will say, yes, we are peace, why not?</w:t>
      </w:r>
    </w:p>
    <w:p>
      <w:pPr>
        <w:jc w:val="right"/>
      </w:pPr>
      <w:r>
        <w:t>، ڈو یو، ڈو یو، ڈونٹ یو لائک پیس؟ دے ویل، دے ویل سے، یس، وی ار پیس، وائی ناٹ؟</w:t>
      </w:r>
    </w:p>
    <w:p>
      <w:r>
        <w:rPr>
          <w:b/>
        </w:rPr>
        <w:t xml:space="preserve">[09:15] </w:t>
      </w:r>
      <w:r>
        <w:t>but we are denied of justice. So, give up, give us justice, or we will give you peace.</w:t>
      </w:r>
    </w:p>
    <w:p>
      <w:pPr>
        <w:jc w:val="right"/>
      </w:pPr>
      <w:r>
        <w:t>بٹ وی ار ڈینائیڈ اف جسٹس۔ سو، گیو اپ، گیو اس جسٹس، اور وی ویل گیو یو پیس۔</w:t>
      </w:r>
    </w:p>
    <w:p>
      <w:r>
        <w:rPr>
          <w:b/>
        </w:rPr>
        <w:t xml:space="preserve">[09:26] </w:t>
      </w:r>
      <w:r>
        <w:t>is a well known formula of these</w:t>
      </w:r>
    </w:p>
    <w:p>
      <w:pPr>
        <w:jc w:val="right"/>
      </w:pPr>
      <w:r>
        <w:t>از ا ویل نون فارمولا اف دیز</w:t>
      </w:r>
    </w:p>
    <w:p>
      <w:r>
        <w:rPr>
          <w:b/>
        </w:rPr>
        <w:t xml:space="preserve">[09:29] </w:t>
      </w:r>
      <w:r>
        <w:t>people, we want peace but with justice. in arab people say, assalam al-adil. assalam means peace with justice.</w:t>
      </w:r>
    </w:p>
    <w:p>
      <w:pPr>
        <w:jc w:val="right"/>
      </w:pPr>
      <w:r>
        <w:t>پیپل، وی وانٹ پیس بٹ ود جسٹس۔ ان عرب پیپل سے، السلام العادل۔ السلام مینز پیس ود جسٹس۔</w:t>
      </w:r>
    </w:p>
    <w:p>
      <w:r>
        <w:rPr>
          <w:b/>
        </w:rPr>
        <w:t xml:space="preserve">[09:41] </w:t>
      </w:r>
      <w:r>
        <w:t>bas, according to islamic teachings, it is wrong. it is very important to know this point.</w:t>
      </w:r>
    </w:p>
    <w:p>
      <w:pPr>
        <w:jc w:val="right"/>
      </w:pPr>
      <w:r>
        <w:t>بس، اکارڈنگ ٹو اسلامک ٹیچنگز، اٹ از رونگ۔ اٹ از ویری امپورٹنٹ ٹو نو دس پوائنٹ۔</w:t>
      </w:r>
    </w:p>
    <w:p>
      <w:r>
        <w:rPr>
          <w:b/>
        </w:rPr>
        <w:t xml:space="preserve">[09:52] </w:t>
      </w:r>
      <w:r>
        <w:t>according to islamic teachings, justice is not part of peace.</w:t>
      </w:r>
    </w:p>
    <w:p>
      <w:pPr>
        <w:jc w:val="right"/>
      </w:pPr>
      <w:r>
        <w:t>اکارڈنگ ٹو اسلامک ٹیچنگز، جسٹس از ناٹ پارٹ اف پیس۔</w:t>
      </w:r>
    </w:p>
    <w:p>
      <w:r>
        <w:rPr>
          <w:b/>
        </w:rPr>
        <w:t xml:space="preserve">[10:02] </w:t>
      </w:r>
      <w:r>
        <w:t>justice is not a part of peace. justice is part of ur own struggle.</w:t>
      </w:r>
    </w:p>
    <w:p>
      <w:pPr>
        <w:jc w:val="right"/>
      </w:pPr>
      <w:r>
        <w:t>جسٹس از ناٹ ا پارٹ اف پیس۔ جسٹس از پارٹ اف یور اون سٹرگل۔</w:t>
      </w:r>
    </w:p>
    <w:p>
      <w:r>
        <w:rPr>
          <w:b/>
        </w:rPr>
        <w:t xml:space="preserve">[10:13] </w:t>
      </w:r>
      <w:r>
        <w:t>according to Islamic teachings, you have to establish peace at any cost, at any cost.</w:t>
      </w:r>
    </w:p>
    <w:p>
      <w:pPr>
        <w:jc w:val="right"/>
      </w:pPr>
      <w:r>
        <w:t>اکارڈنگ ٹو اسلامک ٹیچنگز، یو ہیو ٹو اسٹیبلش پیس ایٹ اینی کاسٹ، ایٹ اینی کاسٹ۔</w:t>
      </w:r>
    </w:p>
    <w:p>
      <w:r>
        <w:rPr>
          <w:b/>
        </w:rPr>
        <w:t xml:space="preserve">[10:23] </w:t>
      </w:r>
      <w:r>
        <w:t>why? Because it is peace that opens the door of opportunities.</w:t>
      </w:r>
    </w:p>
    <w:p>
      <w:pPr>
        <w:jc w:val="right"/>
      </w:pPr>
      <w:r>
        <w:t>وائی؟ بیکاز اٹ از پیس دیٹ اوپنز دا ڈور اف اپرچونیٹیز۔</w:t>
      </w:r>
    </w:p>
    <w:p>
      <w:r>
        <w:rPr>
          <w:b/>
        </w:rPr>
        <w:t xml:space="preserve">[10:32] </w:t>
      </w:r>
      <w:r>
        <w:t>Peace is very, very important in terms of opportunities. Where there are peace, there are opportunities.</w:t>
      </w:r>
    </w:p>
    <w:p>
      <w:pPr>
        <w:jc w:val="right"/>
      </w:pPr>
      <w:r>
        <w:t>پیس از ویری، ویری امپورٹنٹ ان ٹرم اف اپرچونیٹیز۔ ویر دیر ار پیس، دیر ار اپرچونیٹیز۔</w:t>
      </w:r>
    </w:p>
    <w:p>
      <w:r>
        <w:rPr>
          <w:b/>
        </w:rPr>
        <w:t xml:space="preserve">[10:43] </w:t>
      </w:r>
      <w:r>
        <w:t>So, according to Islamic teachings, you have to follow this method.</w:t>
      </w:r>
    </w:p>
    <w:p>
      <w:pPr>
        <w:jc w:val="right"/>
      </w:pPr>
      <w:r>
        <w:t>سو، اکارڈنگ ٹو اسلامک ٹیچنگز، یو ہیو ٹو فالو دس میتھڈ۔</w:t>
      </w:r>
    </w:p>
    <w:p>
      <w:r>
        <w:rPr>
          <w:b/>
        </w:rPr>
        <w:t xml:space="preserve">[10:53] </w:t>
      </w:r>
      <w:r>
        <w:t>it is, it is that. So, there are two phases, phases, two phases.</w:t>
      </w:r>
    </w:p>
    <w:p>
      <w:pPr>
        <w:jc w:val="right"/>
      </w:pPr>
      <w:r>
        <w:t>اٹ از، اٹ از دیٹ۔ سو، دیر ار ٹو فیزز، فیزز، ٹو فیزز۔</w:t>
      </w:r>
    </w:p>
    <w:p>
      <w:r>
        <w:rPr>
          <w:b/>
        </w:rPr>
        <w:t xml:space="preserve">[11:02] </w:t>
      </w:r>
      <w:r>
        <w:t>first of all, u have to establish peace.</w:t>
      </w:r>
    </w:p>
    <w:p>
      <w:pPr>
        <w:jc w:val="right"/>
      </w:pPr>
      <w:r>
        <w:t>فرسٹ اف ال، یو ہیو ٹو اسٹیبلش پیس۔</w:t>
      </w:r>
    </w:p>
    <w:p>
      <w:r>
        <w:rPr>
          <w:b/>
        </w:rPr>
        <w:t xml:space="preserve">[11:11] </w:t>
      </w:r>
      <w:r>
        <w:t>peace at any cost, at any cost. And when there is peace, there are opportunities.</w:t>
      </w:r>
    </w:p>
    <w:p>
      <w:pPr>
        <w:jc w:val="right"/>
      </w:pPr>
      <w:r>
        <w:t>پیس ایٹ اینی کاسٹ، ایٹ اینی کاسٹ۔ اینڈ وین دیر از پیس، دیر ار اپرچونیٹیز۔</w:t>
      </w:r>
    </w:p>
    <w:p>
      <w:r>
        <w:rPr>
          <w:b/>
        </w:rPr>
        <w:t xml:space="preserve">[11:21] </w:t>
      </w:r>
      <w:r>
        <w:t>peace always opens the door of opportunities.</w:t>
      </w:r>
    </w:p>
    <w:p>
      <w:pPr>
        <w:jc w:val="right"/>
      </w:pPr>
      <w:r>
        <w:t>پیس الویز اوپنز دا ڈور اف اپرچونیٹیز۔</w:t>
      </w:r>
    </w:p>
    <w:p>
      <w:r>
        <w:rPr>
          <w:b/>
        </w:rPr>
        <w:t xml:space="preserve">[11:25] </w:t>
      </w:r>
      <w:r>
        <w:t>and then, by availing those opportunities, you can obtain justice and all other things.</w:t>
      </w:r>
    </w:p>
    <w:p>
      <w:pPr>
        <w:jc w:val="right"/>
      </w:pPr>
      <w:r>
        <w:t>اینڈ دین، بائی اویلنگ دوز اپرچونیٹیز، یو کین ابٹین جسٹس اینڈ ال ادر تھنگز۔</w:t>
      </w:r>
    </w:p>
    <w:p>
      <w:r>
        <w:rPr>
          <w:b/>
        </w:rPr>
        <w:t xml:space="preserve">[11:39] </w:t>
      </w:r>
      <w:r>
        <w:t>So, the formula of Islam is that. First of all, you have to establish peace</w:t>
      </w:r>
    </w:p>
    <w:p>
      <w:pPr>
        <w:jc w:val="right"/>
      </w:pPr>
      <w:r>
        <w:t>سو، دا فارمولا اف اسلام از دیٹ۔ فرسٹ اف ال، یو ہیو ٹو اسٹیبلش پیس</w:t>
      </w:r>
    </w:p>
    <w:p>
      <w:r>
        <w:rPr>
          <w:b/>
        </w:rPr>
        <w:t xml:space="preserve">[11:45] </w:t>
      </w:r>
      <w:r>
        <w:t>deen,</w:t>
      </w:r>
    </w:p>
    <w:p>
      <w:pPr>
        <w:jc w:val="right"/>
      </w:pPr>
      <w:r>
        <w:t>۔ دین،</w:t>
      </w:r>
    </w:p>
    <w:p>
      <w:r>
        <w:rPr>
          <w:b/>
        </w:rPr>
        <w:t xml:space="preserve">[11:50] </w:t>
      </w:r>
      <w:r>
        <w:t>by your own effort, peaceful effort, you have to struggle.</w:t>
      </w:r>
    </w:p>
    <w:p>
      <w:pPr>
        <w:jc w:val="right"/>
      </w:pPr>
      <w:r>
        <w:t>بائی یور اون ایفرٹ، پیس فل ایفرٹ، یو ہیو ٹو سٹرگل۔</w:t>
      </w:r>
    </w:p>
    <w:p>
      <w:r>
        <w:rPr>
          <w:b/>
        </w:rPr>
        <w:t xml:space="preserve">[11:59] </w:t>
      </w:r>
      <w:r>
        <w:t>through struggle, you can achieve all kind of justice and honor and everything. this is the Islamic formula.</w:t>
      </w:r>
    </w:p>
    <w:p>
      <w:pPr>
        <w:jc w:val="right"/>
      </w:pPr>
      <w:r>
        <w:t>تھرو سٹرگل، یو کین اچیو ال کائنڈ اف جسٹس اینڈ انر اینڈ ایوری تھنگ۔ دس از دا اسلامک فارمولا۔</w:t>
      </w:r>
    </w:p>
    <w:p>
      <w:r>
        <w:rPr>
          <w:b/>
        </w:rPr>
        <w:t xml:space="preserve">[12:10] </w:t>
      </w:r>
      <w:r>
        <w:t>Islam teaches peace and justice.</w:t>
      </w:r>
    </w:p>
    <w:p>
      <w:pPr>
        <w:jc w:val="right"/>
      </w:pPr>
      <w:r>
        <w:t>اسلام ڈیٹیچ پیس اینڈ جسٹس۔</w:t>
      </w:r>
    </w:p>
    <w:p>
      <w:r>
        <w:rPr>
          <w:b/>
        </w:rPr>
        <w:t xml:space="preserve">[12:17] </w:t>
      </w:r>
      <w:r>
        <w:t>it's very, very important. very teaching of Islam,</w:t>
      </w:r>
    </w:p>
    <w:p>
      <w:pPr>
        <w:jc w:val="right"/>
      </w:pPr>
      <w:r>
        <w:t>اٹس ویری، ویری امپورٹنٹ۔ ویری ٹیچنگ اف اسلام،</w:t>
      </w:r>
    </w:p>
    <w:p>
      <w:r>
        <w:rPr>
          <w:b/>
        </w:rPr>
        <w:t xml:space="preserve">[12:26] </w:t>
      </w:r>
      <w:r>
        <w:t>teaching of islam,</w:t>
      </w:r>
    </w:p>
    <w:p>
      <w:pPr>
        <w:jc w:val="right"/>
      </w:pPr>
      <w:r>
        <w:t>ٹیچنگ اف اسلام،</w:t>
      </w:r>
    </w:p>
    <w:p>
      <w:r>
        <w:rPr>
          <w:b/>
        </w:rPr>
        <w:t xml:space="preserve">[12:30] </w:t>
      </w:r>
      <w:r>
        <w:t>that justice is not a part of peace. no peace can give you justice directly.</w:t>
      </w:r>
    </w:p>
    <w:p>
      <w:pPr>
        <w:jc w:val="right"/>
      </w:pPr>
      <w:r>
        <w:t>دیٹ جسٹس از ناٹ ا پارٹ اف پیس۔ نو پیس کین گیو یو جسٹس ڈائریکٹلی۔</w:t>
      </w:r>
    </w:p>
    <w:p>
      <w:r>
        <w:rPr>
          <w:b/>
        </w:rPr>
        <w:t xml:space="preserve">[12:41] </w:t>
      </w:r>
      <w:r>
        <w:t>no, not at all. impossible.</w:t>
      </w:r>
    </w:p>
    <w:p>
      <w:pPr>
        <w:jc w:val="right"/>
      </w:pPr>
      <w:r>
        <w:t>نو، ناٹ ایٹ ال۔ امپوسیبل۔</w:t>
      </w:r>
    </w:p>
    <w:p>
      <w:r>
        <w:rPr>
          <w:b/>
        </w:rPr>
        <w:t xml:space="preserve">[12:46] </w:t>
      </w:r>
      <w:r>
        <w:t>Justice is result of our own efforts. So, first of all, you have to establish peace.</w:t>
      </w:r>
    </w:p>
    <w:p>
      <w:pPr>
        <w:jc w:val="right"/>
      </w:pPr>
      <w:r>
        <w:t>جسٹس از رزلٹ اف اور اون ایفرٹس۔ سو، فرسٹ اف ال، یو ہیو ٹو اسٹیبلش پیس۔</w:t>
      </w:r>
    </w:p>
    <w:p>
      <w:r>
        <w:rPr>
          <w:b/>
        </w:rPr>
        <w:t xml:space="preserve">[12:56] </w:t>
      </w:r>
      <w:r>
        <w:t>deen, you have to avail those opportunities and and achieve justice and and other things you require.</w:t>
      </w:r>
    </w:p>
    <w:p>
      <w:pPr>
        <w:jc w:val="right"/>
      </w:pPr>
      <w:r>
        <w:t>دین، یو ہیو ٹو اویل دوز اپرچونیٹیز اینڈ اینڈ اچیو جسٹس اینڈ اینڈ ادر تھنگز یو ریکوائر۔</w:t>
      </w:r>
    </w:p>
    <w:p>
      <w:r>
        <w:rPr>
          <w:b/>
        </w:rPr>
        <w:t xml:space="preserve">[13:12] </w:t>
      </w:r>
      <w:r>
        <w:t>deen,</w:t>
      </w:r>
    </w:p>
    <w:p>
      <w:pPr>
        <w:jc w:val="right"/>
      </w:pPr>
      <w:r>
        <w:t>دین،</w:t>
      </w:r>
    </w:p>
    <w:p>
      <w:r>
        <w:rPr>
          <w:b/>
        </w:rPr>
        <w:t xml:space="preserve">[13:16] </w:t>
      </w:r>
      <w:r>
        <w:t>if you read the quran. quran is a very important book. although quran is relatively a small book.</w:t>
      </w:r>
    </w:p>
    <w:p>
      <w:pPr>
        <w:jc w:val="right"/>
      </w:pPr>
      <w:r>
        <w:t>اف یو ریڈ دا قران۔ قران از ا ویری امپورٹنٹ بک۔ الدو قران از ریلیٹولی ا سمال بک۔</w:t>
      </w:r>
    </w:p>
    <w:p>
      <w:r>
        <w:rPr>
          <w:b/>
        </w:rPr>
        <w:t xml:space="preserve">[13:27] </w:t>
      </w:r>
      <w:r>
        <w:t>there are not details of ibadat or or or law. in quran, you can find details of law, details of ibadat.</w:t>
      </w:r>
    </w:p>
    <w:p>
      <w:pPr>
        <w:jc w:val="right"/>
      </w:pPr>
      <w:r>
        <w:t>دیر ار ناٹ ڈیٹیلز اف عبادت اور اور اور لاء۔ ان قران، یو کین فائنڈ ڈیٹیلز اف لاء، ڈیٹیلز اف عبادت۔</w:t>
      </w:r>
    </w:p>
    <w:p>
      <w:r>
        <w:rPr>
          <w:b/>
        </w:rPr>
        <w:t xml:space="preserve">[13:40] </w:t>
      </w:r>
      <w:r>
        <w:t>no,</w:t>
      </w:r>
    </w:p>
    <w:p>
      <w:pPr>
        <w:jc w:val="right"/>
      </w:pPr>
      <w:r>
        <w:t>نو،</w:t>
      </w:r>
    </w:p>
    <w:p>
      <w:r>
        <w:rPr>
          <w:b/>
        </w:rPr>
        <w:t xml:space="preserve">[13:41] </w:t>
      </w:r>
      <w:r>
        <w:t>islam goes the basic principles of life. basic principles of life. you know, god created this world.</w:t>
      </w:r>
    </w:p>
    <w:p>
      <w:pPr>
        <w:jc w:val="right"/>
      </w:pPr>
      <w:r>
        <w:t>اسلام گوز دا بیسک پرنسپلز اف لائف۔ بیسک پرنسپلز اف لائف۔ یو نو، گاڈ کریٹڈ دس ورلڈ۔</w:t>
      </w:r>
    </w:p>
    <w:p>
      <w:r>
        <w:rPr>
          <w:b/>
        </w:rPr>
        <w:t xml:space="preserve">[13:55] </w:t>
      </w:r>
      <w:r>
        <w:t>this world is control by god. god set the laws of nature.</w:t>
      </w:r>
    </w:p>
    <w:p>
      <w:pPr>
        <w:jc w:val="right"/>
      </w:pPr>
      <w:r>
        <w:t>دس ورلڈ از کنٹرول بائی گاڈ۔ گاڈ سیٹ دا لاز اف نیچر۔</w:t>
      </w:r>
    </w:p>
    <w:p>
      <w:r>
        <w:rPr>
          <w:b/>
        </w:rPr>
        <w:t xml:space="preserve">[14:03] </w:t>
      </w:r>
      <w:r>
        <w:t>so, quran is statement of these laws.</w:t>
      </w:r>
    </w:p>
    <w:p>
      <w:pPr>
        <w:jc w:val="right"/>
      </w:pPr>
      <w:r>
        <w:t>سو، قران از سٹیٹمنٹ اف دیز لاز۔</w:t>
      </w:r>
    </w:p>
    <w:p>
      <w:r>
        <w:rPr>
          <w:b/>
        </w:rPr>
        <w:t xml:space="preserve">[14:08] </w:t>
      </w:r>
      <w:r>
        <w:t>in quran, you can find what is the plan, how you can achieve your goal.</w:t>
      </w:r>
    </w:p>
    <w:p>
      <w:pPr>
        <w:jc w:val="right"/>
      </w:pPr>
      <w:r>
        <w:t>ان قران، یو کین فائنڈ واٹ از دا پلان، ہاؤ یو کین اچیو یور گول۔</w:t>
      </w:r>
    </w:p>
    <w:p>
      <w:r>
        <w:rPr>
          <w:b/>
        </w:rPr>
        <w:t xml:space="preserve">[14:18] </w:t>
      </w:r>
      <w:r>
        <w:t>because this is a fifty fifty issue. your effort are fifty percent and and nature plays it 50 percent.</w:t>
      </w:r>
    </w:p>
    <w:p>
      <w:pPr>
        <w:jc w:val="right"/>
      </w:pPr>
      <w:r>
        <w:t>بیکاز دس از ا فٹی فٹی ایشو۔ یور ایفرٹ ار فٹی پرسنٹ اینڈ اینڈ نیچر پلیز اٹ 50 پرسنٹ۔</w:t>
      </w:r>
    </w:p>
    <w:p>
      <w:r>
        <w:rPr>
          <w:b/>
        </w:rPr>
        <w:t xml:space="preserve">[14:35] </w:t>
      </w:r>
      <w:r>
        <w:t>you can not achieve anything by denying the law of nature. i always say that if anyone want to deny the law of nature, then he must create a new world, new universe.</w:t>
      </w:r>
    </w:p>
    <w:p>
      <w:pPr>
        <w:jc w:val="right"/>
      </w:pPr>
      <w:r>
        <w:t>یو کین ناٹ اچیو اینی تھنگ بائی ڈینائینگ دا لاء اف نیچر۔ ائی الویز سے دیٹ اف اینی ون وانٹ ٹو ڈینائی دا لاء اف نیچر، دین ہی مسٹ کریٹ ا نیو ورلڈ، نیو یونیورس۔</w:t>
      </w:r>
    </w:p>
    <w:p>
      <w:r>
        <w:rPr>
          <w:b/>
        </w:rPr>
        <w:t xml:space="preserve">[14:55] </w:t>
      </w:r>
      <w:r>
        <w:t>this world was created by god. and there are some very</w:t>
      </w:r>
    </w:p>
    <w:p>
      <w:pPr>
        <w:jc w:val="right"/>
      </w:pPr>
      <w:r>
        <w:t>دس ورلڈ واز کریٹڈ بائی گاڈ۔ اینڈ دیر ار سم ویری</w:t>
      </w:r>
    </w:p>
    <w:p>
      <w:r>
        <w:rPr>
          <w:b/>
        </w:rPr>
        <w:t xml:space="preserve">[15:02] </w:t>
      </w:r>
      <w:r>
        <w:t>well known laws laid down by god. so, you have to follow that, that laws. otherwise, you will suffer.</w:t>
      </w:r>
    </w:p>
    <w:p>
      <w:pPr>
        <w:jc w:val="right"/>
      </w:pPr>
      <w:r>
        <w:t>ویل نون لاز لیڈ ڈاؤن بائی گاڈ۔ سو، یو ہیو ٹو فالو دیٹ، دیٹ لاز۔ ادروائز، یو ویل سفر۔</w:t>
      </w:r>
    </w:p>
    <w:p>
      <w:r>
        <w:rPr>
          <w:b/>
        </w:rPr>
        <w:t xml:space="preserve">[15:13] </w:t>
      </w:r>
      <w:r>
        <w:t>otherwise, you will suffer. so, as we have no power to create a new world, so we have to adjust with this world.</w:t>
      </w:r>
    </w:p>
    <w:p>
      <w:pPr>
        <w:jc w:val="right"/>
      </w:pPr>
      <w:r>
        <w:t>ادروائز، یو ویل سفر۔ سو، ایز وی ہیو نو پاور ٹو کریٹ ا نیو ورلڈ، سو وی ہیو ٹو ایڈجسٹ ود دس ورلڈ۔</w:t>
      </w:r>
    </w:p>
    <w:p>
      <w:r>
        <w:rPr>
          <w:b/>
        </w:rPr>
        <w:t xml:space="preserve">[15:23] </w:t>
      </w:r>
      <w:r>
        <w:t>we have to adjust with this laws. so, one principle of these, of one aspect of this laws, given in this verse, khair.</w:t>
      </w:r>
    </w:p>
    <w:p>
      <w:pPr>
        <w:jc w:val="right"/>
      </w:pPr>
      <w:r>
        <w:t>وی ہیو ٹو ایڈجسٹ ود دس لاز۔ سو، ون پرنسپل اف دیز، اف ون اسپیکٹ اف دس لاز، گیون ان دس ورس، خیر۔</w:t>
      </w:r>
    </w:p>
    <w:p>
      <w:r>
        <w:rPr>
          <w:b/>
        </w:rPr>
        <w:t xml:space="preserve">[15:38] </w:t>
      </w:r>
      <w:r>
        <w:t>khair means peace is the best. peace is the best.</w:t>
      </w:r>
    </w:p>
    <w:p>
      <w:pPr>
        <w:jc w:val="right"/>
      </w:pPr>
      <w:r>
        <w:t>خیر مینز پیس از دا بیسٹ۔ پیس از دا بیسٹ۔</w:t>
      </w:r>
    </w:p>
    <w:p>
      <w:r>
        <w:rPr>
          <w:b/>
        </w:rPr>
        <w:t xml:space="preserve">[15:47] </w:t>
      </w:r>
      <w:r>
        <w:t>Now, what is peace is the best? What it means?</w:t>
      </w:r>
    </w:p>
    <w:p>
      <w:pPr>
        <w:jc w:val="right"/>
      </w:pPr>
      <w:r>
        <w:t>ناو، واٹ از پیس از دا بیسٹ؟ واٹ اٹ مینز؟</w:t>
      </w:r>
    </w:p>
    <w:p>
      <w:r>
        <w:rPr>
          <w:b/>
        </w:rPr>
        <w:t xml:space="preserve">[15:51] </w:t>
      </w:r>
      <w:r>
        <w:t>it means peaceful activities is the best. and violent activities is the best.</w:t>
      </w:r>
    </w:p>
    <w:p>
      <w:pPr>
        <w:jc w:val="right"/>
      </w:pPr>
      <w:r>
        <w:t>اٹ مینز پیس فل ایکٹیویٹیز از دا بیسٹ۔ اینڈ وائنٹ ایکٹیویٹیز از دا بیسٹ۔</w:t>
      </w:r>
    </w:p>
    <w:p>
      <w:r>
        <w:rPr>
          <w:b/>
        </w:rPr>
        <w:t xml:space="preserve">[16:01] </w:t>
      </w:r>
      <w:r>
        <w:t>this is the law of nature. in this world, that is created by God. you can achieve anything, anything, anything, but with peace, with peaceful activism.</w:t>
      </w:r>
    </w:p>
    <w:p>
      <w:pPr>
        <w:jc w:val="right"/>
      </w:pPr>
      <w:r>
        <w:t>دس از دا لاء اف نیچر۔ ان دس ورلڈ، دیٹ از کریٹڈ بائی گاڈ۔ یو کین اچیو اینی تھنگ، اینی تھنگ، اینی تھنگ، بٹ ود پیس، ود پیس فل ایکٹیوزم۔</w:t>
      </w:r>
    </w:p>
    <w:p>
      <w:r>
        <w:rPr>
          <w:b/>
        </w:rPr>
        <w:t xml:space="preserve">[16:15] </w:t>
      </w:r>
      <w:r>
        <w:t>if you adopt violent activities, then you can can do anything, can not achieve anything.</w:t>
      </w:r>
    </w:p>
    <w:p>
      <w:pPr>
        <w:jc w:val="right"/>
      </w:pPr>
      <w:r>
        <w:t>اف یو اڈاپٹ وائنٹ ایکٹیویٹیز، دین یو کین کین ڈو اینی تھنگ، کین ناٹ اچیو اینی تھنگ۔</w:t>
      </w:r>
    </w:p>
    <w:p>
      <w:r>
        <w:rPr>
          <w:b/>
        </w:rPr>
        <w:t xml:space="preserve">[16:24] </w:t>
      </w:r>
      <w:r>
        <w:t>according to the law of nature, peaceful activism is constructive activism, and violent activism is destructive activism.</w:t>
      </w:r>
    </w:p>
    <w:p>
      <w:pPr>
        <w:jc w:val="right"/>
      </w:pPr>
      <w:r>
        <w:t>اکارڈنگ ٹو دا لاء اف نیچر، پیس فل ایکٹیوزم از کنسٹرکٹو ایکٹیوزم، اینڈ وائنٹ ایکٹیوزم از ڈسٹرکٹو ایکٹیوزم۔</w:t>
      </w:r>
    </w:p>
    <w:p>
      <w:r>
        <w:rPr>
          <w:b/>
        </w:rPr>
        <w:t xml:space="preserve">[16:37] </w:t>
      </w:r>
      <w:r>
        <w:t>This is the difference of natural law.</w:t>
      </w:r>
    </w:p>
    <w:p>
      <w:pPr>
        <w:jc w:val="right"/>
      </w:pPr>
      <w:r>
        <w:t>دس از دا ڈیفرنس اف نیچرل لاء۔</w:t>
      </w:r>
    </w:p>
    <w:p>
      <w:r>
        <w:rPr>
          <w:b/>
        </w:rPr>
        <w:t xml:space="preserve">[16:41] </w:t>
      </w:r>
      <w:r>
        <w:t>according to the nature, according to the law of laws of nature, violent activism is destructive activism, and peaceful activism is constructive activism.</w:t>
      </w:r>
    </w:p>
    <w:p>
      <w:pPr>
        <w:jc w:val="right"/>
      </w:pPr>
      <w:r>
        <w:t>اکارڈنگ ٹو دا نیچر، اکارڈنگ ٹو دا لاء اف لاز اف نیچر، وائلنٹ ایکٹیوزم از ڈسٹرکٹو ایکٹیوزم، اینڈ پیس فل ایکٹیوزم از کنسٹرکٹو ایکٹیوزم۔</w:t>
      </w:r>
    </w:p>
    <w:p>
      <w:r>
        <w:rPr>
          <w:b/>
        </w:rPr>
        <w:t xml:space="preserve">[16:57] </w:t>
      </w:r>
      <w:r>
        <w:t>so, if you adopt violent activism, it means that you are creating destruction. Then it is possible to achieve any positive result.</w:t>
      </w:r>
    </w:p>
    <w:p>
      <w:pPr>
        <w:jc w:val="right"/>
      </w:pPr>
      <w:r>
        <w:t>سو، اف یو اڈاپٹ وائلنٹ ایکٹیوزم، اٹ مینز دیٹ یو ار کریٹنگ ڈسٹرکشن۔ دین اٹ از پوسیبل ٹو اچیو اینی پازیٹیو رزلٹ۔</w:t>
      </w:r>
    </w:p>
    <w:p>
      <w:r>
        <w:rPr>
          <w:b/>
        </w:rPr>
        <w:t xml:space="preserve">[17:09] </w:t>
      </w:r>
      <w:r>
        <w:t>so, you have no option other than to adopt, to opt for peaceful activism.</w:t>
      </w:r>
    </w:p>
    <w:p>
      <w:pPr>
        <w:jc w:val="right"/>
      </w:pPr>
      <w:r>
        <w:t>سو، یو ہیو نو اپشن ادر دین ٹو اڈاپٹ، ٹو اپٹ فار پیس فل ایکٹیوزم۔</w:t>
      </w:r>
    </w:p>
    <w:p>
      <w:r>
        <w:rPr>
          <w:b/>
        </w:rPr>
        <w:t xml:space="preserve">[17:19] </w:t>
      </w:r>
      <w:r>
        <w:t>der is a very relevant حدیث. حدیث means saying of da prophet of Islam.</w:t>
      </w:r>
    </w:p>
    <w:p>
      <w:pPr>
        <w:jc w:val="right"/>
      </w:pPr>
      <w:r>
        <w:t>دیر از ا ویری ریلیونٹ حدیث۔ حدیث مینز سینگ اف دا پرافٹ اف اسلام۔</w:t>
      </w:r>
    </w:p>
    <w:p>
      <w:r>
        <w:rPr>
          <w:b/>
        </w:rPr>
        <w:t xml:space="preserve">[17:28] </w:t>
      </w:r>
      <w:r>
        <w:t>prophet of Islam had said, "ان اللہ یوتی الرفق، مالا یوتی العنف." it means god grants to non violence wat he does not grant to violence.</w:t>
      </w:r>
    </w:p>
    <w:p>
      <w:pPr>
        <w:jc w:val="right"/>
      </w:pPr>
      <w:r>
        <w:t>پرافٹ اف اسلام ہیڈ سیڈ، "ان اللہ یوتی الرفق، مالا یوتی العنف۔" اٹ مینز گاڈ گرانٹس ٹو نان وائلنس واٹ ہی ڈز ناٹ گرانٹ ٹو وائلنس۔</w:t>
      </w:r>
    </w:p>
    <w:p>
      <w:r>
        <w:rPr>
          <w:b/>
        </w:rPr>
        <w:t xml:space="preserve">[17:51] </w:t>
      </w:r>
      <w:r>
        <w:t>this is like commentary of dat verse, dat قرانک verse.</w:t>
      </w:r>
    </w:p>
    <w:p>
      <w:pPr>
        <w:jc w:val="right"/>
      </w:pPr>
      <w:r>
        <w:t>دس از لائک کمنٹری اف دیٹ ورس، دیٹ قرانک ورس۔</w:t>
      </w:r>
    </w:p>
    <w:p>
      <w:r>
        <w:rPr>
          <w:b/>
        </w:rPr>
        <w:t xml:space="preserve">[17:57] </w:t>
      </w:r>
      <w:r>
        <w:t>it means that this world, that was created by God. If you want to achieve anything, then you have to be stick with peaceful method.</w:t>
      </w:r>
    </w:p>
    <w:p>
      <w:pPr>
        <w:jc w:val="right"/>
      </w:pPr>
      <w:r>
        <w:t>اٹ مینز دیٹ دس ورلڈ، دیٹ واز کریٹڈ بائی گاڈ۔ اف یو وانٹ ٹو اچیو اینی تھنگ، دین یو ہیو ٹو بی سٹک ود پیس فل میتھڈ۔</w:t>
      </w:r>
    </w:p>
    <w:p>
      <w:r>
        <w:rPr>
          <w:b/>
        </w:rPr>
        <w:t xml:space="preserve">[18:09] </w:t>
      </w:r>
      <w:r>
        <w:t>god grants to non violence wat he does not grant to violence.</w:t>
      </w:r>
    </w:p>
    <w:p>
      <w:pPr>
        <w:jc w:val="right"/>
      </w:pPr>
      <w:r>
        <w:t>گاڈ گرانٹس ٹو نان وائلنس واٹ ہی ڈز ناٹ گرانٹ ٹو وائلنس۔</w:t>
      </w:r>
    </w:p>
    <w:p>
      <w:r>
        <w:rPr>
          <w:b/>
        </w:rPr>
        <w:t xml:space="preserve">[18:15] </w:t>
      </w:r>
      <w:r>
        <w:t>so, if you want to to to have any positive result, if you want to achieve something, then you have to, you have to,</w:t>
      </w:r>
    </w:p>
    <w:p>
      <w:pPr>
        <w:jc w:val="right"/>
      </w:pPr>
      <w:r>
        <w:t>سو، اف یو وانٹ ٹو ٹو ٹو ہیو اینی پازیٹیو رزلٹ، اف یو وانٹ ٹو اچیو سمتھنگ، دین یو ہیو ٹو، یو ہیو ٹو،</w:t>
      </w:r>
    </w:p>
    <w:p>
      <w:r>
        <w:rPr>
          <w:b/>
        </w:rPr>
        <w:t xml:space="preserve">[18:28] </w:t>
      </w:r>
      <w:r>
        <w:t>you have to stick to peaceful method.</w:t>
      </w:r>
    </w:p>
    <w:p>
      <w:pPr>
        <w:jc w:val="right"/>
      </w:pPr>
      <w:r>
        <w:t>یو ہیو ٹو سٹک ٹو پیس فل میتھڈ۔</w:t>
      </w:r>
    </w:p>
    <w:p>
      <w:r>
        <w:rPr>
          <w:b/>
        </w:rPr>
        <w:t xml:space="preserve">[18:36] </w:t>
      </w:r>
      <w:r>
        <w:t>you have to, you have to abandon all kind of violence. otherwise, you be failure, you suffer.</w:t>
      </w:r>
    </w:p>
    <w:p>
      <w:pPr>
        <w:jc w:val="right"/>
      </w:pPr>
      <w:r>
        <w:t>یو ہیو ٹو، یو ہیو ٹو ابینڈن ال کائنڈ اف وائلنس۔ ادروائز، یو بی فیلیر، یو سفر۔</w:t>
      </w:r>
    </w:p>
    <w:p>
      <w:r>
        <w:rPr>
          <w:b/>
        </w:rPr>
        <w:t xml:space="preserve">[18:47] </w:t>
      </w:r>
      <w:r>
        <w:t>this is da clear</w:t>
      </w:r>
    </w:p>
    <w:p>
      <w:pPr>
        <w:jc w:val="right"/>
      </w:pPr>
      <w:r>
        <w:t>دس از دا کلیئر</w:t>
      </w:r>
    </w:p>
    <w:p>
      <w:r>
        <w:rPr>
          <w:b/>
        </w:rPr>
        <w:t xml:space="preserve">[18:53] </w:t>
      </w:r>
      <w:r>
        <w:t>statement of Quran, Hadith. There's no doubt about it. I know that all those people, all those Muslim jihadis, engaged in them, they recited verses,</w:t>
      </w:r>
    </w:p>
    <w:p>
      <w:pPr>
        <w:jc w:val="right"/>
      </w:pPr>
      <w:r>
        <w:t>سٹیٹمنٹ اف قران حدیث۔ دیر نو ڈاؤٹ اباؤٹ اٹ۔ ائی نو دیٹ ال دوز پیپل، ال دوز مسلم جہادیز، انگیج انم، دے ریسائیڈ ورسز،</w:t>
      </w:r>
    </w:p>
    <w:p>
      <w:r>
        <w:rPr>
          <w:b/>
        </w:rPr>
        <w:t xml:space="preserve">[19:08] </w:t>
      </w:r>
      <w:r>
        <w:t>but dey are wrong.</w:t>
      </w:r>
    </w:p>
    <w:p>
      <w:pPr>
        <w:jc w:val="right"/>
      </w:pPr>
      <w:r>
        <w:t>بٹ دے ار رونگ۔</w:t>
      </w:r>
    </w:p>
    <w:p>
      <w:r>
        <w:rPr>
          <w:b/>
        </w:rPr>
        <w:t xml:space="preserve">[19:12] </w:t>
      </w:r>
      <w:r>
        <w:t>out of context, you can refer anything.</w:t>
      </w:r>
    </w:p>
    <w:p>
      <w:pPr>
        <w:jc w:val="right"/>
      </w:pPr>
      <w:r>
        <w:t>اؤٹ اف کنٹیکسٹ، یو کین ریفر اینی تھنگ۔</w:t>
      </w:r>
    </w:p>
    <w:p>
      <w:r>
        <w:rPr>
          <w:b/>
        </w:rPr>
        <w:t xml:space="preserve">[19:18] </w:t>
      </w:r>
      <w:r>
        <w:t>if you go against the context, that is, then you can say anything. For example, there is a verse in the Quran: "لا تقرب الصلاۃ،</w:t>
      </w:r>
    </w:p>
    <w:p>
      <w:pPr>
        <w:jc w:val="right"/>
      </w:pPr>
      <w:r>
        <w:t>اف یو گو اگینسٹ دا کنٹیکسٹ، دیٹ از، دین یو کین سے اینی تھنگ۔ فار ایگزیمپل، دیر از ا ورس ان دا قران: "لا تقرب الصلاۃ،</w:t>
      </w:r>
    </w:p>
    <w:p>
      <w:r>
        <w:rPr>
          <w:b/>
        </w:rPr>
        <w:t xml:space="preserve">[19:33] </w:t>
      </w:r>
      <w:r>
        <w:t>don't read namaz. " same one can say, "this is the Quran, why we read namaz?" but is not the full verse.</w:t>
      </w:r>
    </w:p>
    <w:p>
      <w:pPr>
        <w:jc w:val="right"/>
      </w:pPr>
      <w:r>
        <w:t>ڈونٹ ریڈ نماز۔" سیم ون کین سے، "دس از دا قران، وائی وی ریڈ نماز؟" بٹ از ناٹ دا فل ورس۔</w:t>
      </w:r>
    </w:p>
    <w:p>
      <w:r>
        <w:rPr>
          <w:b/>
        </w:rPr>
        <w:t xml:space="preserve">[19:45] </w:t>
      </w:r>
      <w:r>
        <w:t>out of context,</w:t>
      </w:r>
    </w:p>
    <w:p>
      <w:pPr>
        <w:jc w:val="right"/>
      </w:pPr>
      <w:r>
        <w:t>اؤٹ اف کنٹیکسٹ،</w:t>
      </w:r>
    </w:p>
    <w:p>
      <w:r>
        <w:rPr>
          <w:b/>
        </w:rPr>
        <w:t xml:space="preserve">[19:48] </w:t>
      </w:r>
      <w:r>
        <w:t>da full verse is: "لا تقرب الصلاۃ، it means dat don't read صلاۃ when you are in state of intoxication." full verse.</w:t>
      </w:r>
    </w:p>
    <w:p>
      <w:pPr>
        <w:jc w:val="right"/>
      </w:pPr>
      <w:r>
        <w:t>دا فل ورس از: "لا تقرب الصلاۃ، اٹ مینز دیٹ ڈونٹ ریڈ صلاۃ وین یو ار ان سٹیٹ اف انٹوکسیکیشن۔" فل ورس۔</w:t>
      </w:r>
    </w:p>
    <w:p>
      <w:r>
        <w:rPr>
          <w:b/>
        </w:rPr>
        <w:t xml:space="preserve">[20:03] </w:t>
      </w:r>
      <w:r>
        <w:t>So, all those verses that referred by Muslim jihadis are out wrong, out of context.</w:t>
      </w:r>
    </w:p>
    <w:p>
      <w:pPr>
        <w:jc w:val="right"/>
      </w:pPr>
      <w:r>
        <w:t>سو، ال دوز ورسز دیٹ ریفرڈ بائی مسلم جہادیز ار اؤٹ رونگ، اؤٹ اف کنٹیکسٹ۔</w:t>
      </w:r>
    </w:p>
    <w:p>
      <w:r>
        <w:rPr>
          <w:b/>
        </w:rPr>
        <w:t xml:space="preserve">[20:17] </w:t>
      </w:r>
      <w:r>
        <w:t>out of context, the very activities by these activities are unlawful.</w:t>
      </w:r>
    </w:p>
    <w:p>
      <w:pPr>
        <w:jc w:val="right"/>
      </w:pPr>
      <w:r>
        <w:t>اؤٹ اف کنٹیکسٹ، دا ویری ایکٹیویٹیز بائی دیز ایکٹیویٹیز ار ان لافل۔</w:t>
      </w:r>
    </w:p>
    <w:p>
      <w:r>
        <w:rPr>
          <w:b/>
        </w:rPr>
        <w:t xml:space="preserve">[20:26] </w:t>
      </w:r>
      <w:r>
        <w:t>why?</w:t>
      </w:r>
    </w:p>
    <w:p>
      <w:pPr>
        <w:jc w:val="right"/>
      </w:pPr>
      <w:r>
        <w:t>وائی؟</w:t>
      </w:r>
    </w:p>
    <w:p>
      <w:r>
        <w:rPr>
          <w:b/>
        </w:rPr>
        <w:t xml:space="preserve">[20:27] </w:t>
      </w:r>
      <w:r>
        <w:t>because, you know, there is a well established principle in fiqh, that al-raihil al-imam.</w:t>
      </w:r>
    </w:p>
    <w:p>
      <w:pPr>
        <w:jc w:val="right"/>
      </w:pPr>
      <w:r>
        <w:t>بیکاز، یو نو، دیر از ا ویل اسٹیبلش پرنسپل ان فقہ، دیٹ الرحیل الامام۔</w:t>
      </w:r>
    </w:p>
    <w:p>
      <w:r>
        <w:rPr>
          <w:b/>
        </w:rPr>
        <w:t xml:space="preserve">[20:38] </w:t>
      </w:r>
      <w:r>
        <w:t>al-raihil al-imam, it means to declare a war is a prerogative of state.</w:t>
      </w:r>
    </w:p>
    <w:p>
      <w:pPr>
        <w:jc w:val="right"/>
      </w:pPr>
      <w:r>
        <w:t>الرحیل الامام، اٹ مینز ٹو ڈیکلیئر ا وار از ا پراگٹیو اف اسٹیٹ۔</w:t>
      </w:r>
    </w:p>
    <w:p>
      <w:r>
        <w:rPr>
          <w:b/>
        </w:rPr>
        <w:t xml:space="preserve">[20:49] </w:t>
      </w:r>
      <w:r>
        <w:t>to declare a war is a prerogative of state.</w:t>
      </w:r>
    </w:p>
    <w:p>
      <w:pPr>
        <w:jc w:val="right"/>
      </w:pPr>
      <w:r>
        <w:t>ٹو ڈیکلیئر ا وار از ا پراگٹیو اف اسٹیٹ۔</w:t>
      </w:r>
    </w:p>
    <w:p>
      <w:r>
        <w:rPr>
          <w:b/>
        </w:rPr>
        <w:t xml:space="preserve">[20:56] </w:t>
      </w:r>
      <w:r>
        <w:t>When you take this principle, you are compelled to say that all these jihadists are unlawful, are engaged in unlawful activities.</w:t>
      </w:r>
    </w:p>
    <w:p>
      <w:pPr>
        <w:jc w:val="right"/>
      </w:pPr>
      <w:r>
        <w:t>وین یو ٹیک دس پرنسپل، یو ار کمپل ٹو سے دیٹ ال دیز جہادیز ار ان لافل، ار انگیج ان ان لافل ایکٹیویٹیز۔</w:t>
      </w:r>
    </w:p>
    <w:p>
      <w:r>
        <w:rPr>
          <w:b/>
        </w:rPr>
        <w:t xml:space="preserve">[21:06] </w:t>
      </w:r>
      <w:r>
        <w:t>they're not government, they're not state.</w:t>
      </w:r>
    </w:p>
    <w:p>
      <w:pPr>
        <w:jc w:val="right"/>
      </w:pPr>
      <w:r>
        <w:t>دیر ناٹ گورنمنٹ، دیر ناٹ اسٹیٹ۔</w:t>
      </w:r>
    </w:p>
    <w:p>
      <w:r>
        <w:rPr>
          <w:b/>
        </w:rPr>
        <w:t xml:space="preserve">[21:13] </w:t>
      </w:r>
      <w:r>
        <w:t>so, the very existence of these Muslim jihadists unlawful. they are not allowed to use arm, not at all.</w:t>
      </w:r>
    </w:p>
    <w:p>
      <w:pPr>
        <w:jc w:val="right"/>
      </w:pPr>
      <w:r>
        <w:t>سو، دا ویری ایگزسٹنس اف دیز مسلم جہادیز ان لافل۔ دے ار ناٹ الاؤڈ ٹو یوز ارم، ناٹ ایٹ ال۔</w:t>
      </w:r>
    </w:p>
    <w:p>
      <w:r>
        <w:rPr>
          <w:b/>
        </w:rPr>
        <w:t xml:space="preserve">[21:27] </w:t>
      </w:r>
      <w:r>
        <w:t>this is the islamic teaching. then, i will give you some examples from the prophet of Islam. there is a verse in the quran: "fi rasulillah hasanah." in the prophet,</w:t>
      </w:r>
    </w:p>
    <w:p>
      <w:pPr>
        <w:jc w:val="right"/>
      </w:pPr>
      <w:r>
        <w:t>دس از دا اسلامک ٹیچنگ۔ دین، ائی ویل گیو یو سم ایگزامپلز فرام دا پرافٹ اف اسلام۔ دیر از ا ورس ان دا قران: "فی رسول اللہ حسنہ۔" ان دا پرافٹ،</w:t>
      </w:r>
    </w:p>
    <w:p>
      <w:r>
        <w:rPr>
          <w:b/>
        </w:rPr>
        <w:t xml:space="preserve">[21:48] </w:t>
      </w:r>
      <w:r>
        <w:t>there is good example for you.</w:t>
      </w:r>
    </w:p>
    <w:p>
      <w:pPr>
        <w:jc w:val="right"/>
      </w:pPr>
      <w:r>
        <w:t>دیر از گڈ ایگزیمپل فار یو۔</w:t>
      </w:r>
    </w:p>
    <w:p>
      <w:r>
        <w:rPr>
          <w:b/>
        </w:rPr>
        <w:t xml:space="preserve">[21:52] </w:t>
      </w:r>
      <w:r>
        <w:t>in this verse, quranic verse, in this verse, hasanah are good example. is not in some limited sense.</w:t>
      </w:r>
    </w:p>
    <w:p>
      <w:pPr>
        <w:jc w:val="right"/>
      </w:pPr>
      <w:r>
        <w:t>ان دس ورس، قرانک ورس، ان دس ورس، حسنہ ار گڈ ایگزیمپل۔ از ناٹ ان سم لمیٹڈ سینس۔</w:t>
      </w:r>
    </w:p>
    <w:p>
      <w:r>
        <w:rPr>
          <w:b/>
        </w:rPr>
        <w:t xml:space="preserve">[22:03] </w:t>
      </w:r>
      <w:r>
        <w:t>it doesn't mean that when you want to read namaz, then you find example in the in the prophet life.</w:t>
      </w:r>
    </w:p>
    <w:p>
      <w:pPr>
        <w:jc w:val="right"/>
      </w:pPr>
      <w:r>
        <w:t>اٹ ڈزنٹ مین دیٹ وین یو وانٹ ٹو ریڈ نماز، دین یو فائنڈ ایگزیمپل ان دا ان دا پرافٹ لائف۔</w:t>
      </w:r>
    </w:p>
    <w:p>
      <w:r>
        <w:rPr>
          <w:b/>
        </w:rPr>
        <w:t xml:space="preserve">[22:11] </w:t>
      </w:r>
      <w:r>
        <w:t>When you want to perform Hajj, then there is example in the prophet life.</w:t>
      </w:r>
    </w:p>
    <w:p>
      <w:pPr>
        <w:jc w:val="right"/>
      </w:pPr>
      <w:r>
        <w:t>وین یو وانٹ ٹو پرفارم حج، دین دیر از ایگزیمپل ان دا پرافٹ لائف۔</w:t>
      </w:r>
    </w:p>
    <w:p>
      <w:r>
        <w:rPr>
          <w:b/>
        </w:rPr>
        <w:t xml:space="preserve">[22:17] </w:t>
      </w:r>
      <w:r>
        <w:t>this is, this is, this is,</w:t>
      </w:r>
    </w:p>
    <w:p>
      <w:pPr>
        <w:jc w:val="right"/>
      </w:pPr>
      <w:r>
        <w:t>دس از، دس از، دس از،</w:t>
      </w:r>
    </w:p>
    <w:p>
      <w:r>
        <w:rPr>
          <w:b/>
        </w:rPr>
        <w:t xml:space="preserve">[22:24] </w:t>
      </w:r>
      <w:r>
        <w:t>i would like to say that namaz and hajj is also included in this, in this example. but, all other, all other affairs of life is also included in this verse.</w:t>
      </w:r>
    </w:p>
    <w:p>
      <w:pPr>
        <w:jc w:val="right"/>
      </w:pPr>
      <w:r>
        <w:t>ائی وڈ لائک ٹو سے دیٹ نماز اینڈ حج از السو انکلوڈڈ ان دس، ان دس ایگزیمپل۔ بٹ، ال ادر، ال ادر افیئرز اف لائف از السو انکلوڈڈ ان دس ورس۔</w:t>
      </w:r>
    </w:p>
    <w:p>
      <w:r>
        <w:rPr>
          <w:b/>
        </w:rPr>
        <w:t xml:space="preserve">[22:40] </w:t>
      </w:r>
      <w:r>
        <w:t>so, how to launch a movement is also included in this.</w:t>
      </w:r>
    </w:p>
    <w:p>
      <w:pPr>
        <w:jc w:val="right"/>
      </w:pPr>
      <w:r>
        <w:t>سو، ہاؤ ٹو لانچ ا موومنٹ از السو انکلوڈڈ ان دس۔</w:t>
      </w:r>
    </w:p>
    <w:p>
      <w:r>
        <w:rPr>
          <w:b/>
        </w:rPr>
        <w:t xml:space="preserve">[22:46] </w:t>
      </w:r>
      <w:r>
        <w:t>it means that when, if you are, if you want to, to, to take, if you want to, if you are a reformer, if you are a revlist,</w:t>
      </w:r>
    </w:p>
    <w:p>
      <w:pPr>
        <w:jc w:val="right"/>
      </w:pPr>
      <w:r>
        <w:t>اٹ مینز دیٹ وین، اف یو ار، اف یو وانٹ ٹو، ٹو، ٹو ٹیک، اف یو وانٹ ٹو، اف یو ار ا ریفارمر، اف یو ار ا ریولسٹ،</w:t>
      </w:r>
    </w:p>
    <w:p>
      <w:r>
        <w:rPr>
          <w:b/>
        </w:rPr>
        <w:t xml:space="preserve">[23:00] </w:t>
      </w:r>
      <w:r>
        <w:t>and you want to do something, then you have to follow the principle of the prophet of Islam.</w:t>
      </w:r>
    </w:p>
    <w:p>
      <w:pPr>
        <w:jc w:val="right"/>
      </w:pPr>
      <w:r>
        <w:t>اینڈ یو وانٹ ٹو ڈو سمتھنگ، دین یو ہیو ٹو فالو دا پرنسپل اف دا پرافٹ اف اسلام۔</w:t>
      </w:r>
    </w:p>
    <w:p>
      <w:r>
        <w:rPr>
          <w:b/>
        </w:rPr>
        <w:t xml:space="preserve">[23:08] </w:t>
      </w:r>
      <w:r>
        <w:t>now, i would like to give some examples from the life of the prophet of Islam.</w:t>
      </w:r>
    </w:p>
    <w:p>
      <w:pPr>
        <w:jc w:val="right"/>
      </w:pPr>
      <w:r>
        <w:t>ناو، ائی وڈ لائک ٹو گیو سم ایگزامپلز فرام دا لائف اف دا پرافٹ اف اسلام۔</w:t>
      </w:r>
    </w:p>
    <w:p>
      <w:r>
        <w:rPr>
          <w:b/>
        </w:rPr>
        <w:t xml:space="preserve">[23:16] </w:t>
      </w:r>
      <w:r>
        <w:t>you know, prophet of Islam, Muhammad bin Abdullah bin Abdul Muttalib sallallahu alaihi wasallam, was born in mecca.</w:t>
      </w:r>
    </w:p>
    <w:p>
      <w:pPr>
        <w:jc w:val="right"/>
      </w:pPr>
      <w:r>
        <w:t>یو نو، پرافٹ اف اسلام، محمد بن عبداللہ بن عبدالمطلب صلی اللہ علیہ وسلم، واز born in مکہ۔</w:t>
      </w:r>
    </w:p>
    <w:p>
      <w:r>
        <w:rPr>
          <w:b/>
        </w:rPr>
        <w:t xml:space="preserve">[23:25] </w:t>
      </w:r>
      <w:r>
        <w:t>he started the mission in 610 ad in mecca. he remained over there up to 13 years, then immigrate to medina.</w:t>
      </w:r>
    </w:p>
    <w:p>
      <w:pPr>
        <w:jc w:val="right"/>
      </w:pPr>
      <w:r>
        <w:t>ہی اسٹارٹڈ دی مشن ان 610 اے ڈی ان مکہ۔ ہی ریمین اوور دیر اپ ٹو 13 ایئرز، دین امیگریٹ ٹو مدینہ۔</w:t>
      </w:r>
    </w:p>
    <w:p>
      <w:r>
        <w:rPr>
          <w:b/>
        </w:rPr>
        <w:t xml:space="preserve">[23:37] </w:t>
      </w:r>
      <w:r>
        <w:t>all these period give us so many examples of peaceful method.</w:t>
      </w:r>
    </w:p>
    <w:p>
      <w:pPr>
        <w:jc w:val="right"/>
      </w:pPr>
      <w:r>
        <w:t>ال دیز پیریڈ گیو اس سو مینی ایگزیمپلز اف پیس فل میتھڈ۔</w:t>
      </w:r>
    </w:p>
    <w:p>
      <w:r>
        <w:rPr>
          <w:b/>
        </w:rPr>
        <w:t xml:space="preserve">[23:49] </w:t>
      </w:r>
      <w:r>
        <w:t>there is a hadith in the, in sahih al-bukhari, that rasulullah sallallahu alaihi wasallam,</w:t>
      </w:r>
    </w:p>
    <w:p>
      <w:pPr>
        <w:jc w:val="right"/>
      </w:pPr>
      <w:r>
        <w:t>دیر از ا حدیث ان دا، ان صحیح البخاری، دیٹ رسول اللہ صلی اللہ علیہ وسلم،</w:t>
      </w:r>
    </w:p>
    <w:p>
      <w:r>
        <w:rPr>
          <w:b/>
        </w:rPr>
        <w:t xml:space="preserve">[24:01] </w:t>
      </w:r>
      <w:r>
        <w:t>it means that whenever the prophet had to choose between the two, he always opted for easier course of action rather than harder course of action.</w:t>
      </w:r>
    </w:p>
    <w:p>
      <w:pPr>
        <w:jc w:val="right"/>
      </w:pPr>
      <w:r>
        <w:t>اٹ مینز دیٹ وین ایور دا پرافٹ ہیڈ ٹو چوز بٹوین دا ٹو، ہی الویز اپٹڈ فار ایزیر کورس اف ایکشن رادر دین ہارڈر کورس اف ایکشن۔</w:t>
      </w:r>
    </w:p>
    <w:p>
      <w:r>
        <w:rPr>
          <w:b/>
        </w:rPr>
        <w:t xml:space="preserve">[24:12] </w:t>
      </w:r>
      <w:r>
        <w:t>in other words, peaceful course of action rather than violent course of action.</w:t>
      </w:r>
    </w:p>
    <w:p>
      <w:pPr>
        <w:jc w:val="right"/>
      </w:pPr>
      <w:r>
        <w:t>ان ادر ورڈز، پیس فل کورس اف ایکشن رادر دین وائلنٹ کورس اف ایکشن۔</w:t>
      </w:r>
    </w:p>
    <w:p>
      <w:r>
        <w:rPr>
          <w:b/>
        </w:rPr>
        <w:t xml:space="preserve">[24:18] </w:t>
      </w:r>
      <w:r>
        <w:t>this was the basic, this is the basic principle of prophet of Islam. this is the was the general policy of the prophet of Islam.</w:t>
      </w:r>
    </w:p>
    <w:p>
      <w:pPr>
        <w:jc w:val="right"/>
      </w:pPr>
      <w:r>
        <w:t>دس واز دا بیسک، دس از دا بیسک پرنسپل اف پرافٹ اف اسلام۔ دس از دا واز دا جنرل پالیسی اف دا پرافٹ اف اسلام۔</w:t>
      </w:r>
    </w:p>
    <w:p>
      <w:r>
        <w:rPr>
          <w:b/>
        </w:rPr>
        <w:t xml:space="preserve">[24:29] </w:t>
      </w:r>
      <w:r>
        <w:t>this hadith give us what was the general policy of the prophet of Islam.</w:t>
      </w:r>
    </w:p>
    <w:p>
      <w:pPr>
        <w:jc w:val="right"/>
      </w:pPr>
      <w:r>
        <w:t>دس حدیث گیو اس واٹ واز دا جنرل پالیسی اف دا پرافٹ اف اسلام۔</w:t>
      </w:r>
    </w:p>
    <w:p>
      <w:r>
        <w:rPr>
          <w:b/>
        </w:rPr>
        <w:t xml:space="preserve">[24:37] </w:t>
      </w:r>
      <w:r>
        <w:t>now, let us take some examples.</w:t>
      </w:r>
    </w:p>
    <w:p>
      <w:pPr>
        <w:jc w:val="right"/>
      </w:pPr>
      <w:r>
        <w:t>ناو، لیٹ اس ٹیک سم ایگزامپلز۔</w:t>
      </w:r>
    </w:p>
    <w:p>
      <w:r>
        <w:rPr>
          <w:b/>
        </w:rPr>
        <w:t xml:space="preserve">[24:41] </w:t>
      </w:r>
      <w:r>
        <w:t>when the prophet started mission in 610 AD, time Mecca was under the mushrik peoples.</w:t>
      </w:r>
    </w:p>
    <w:p>
      <w:pPr>
        <w:jc w:val="right"/>
      </w:pPr>
      <w:r>
        <w:t>وین دا پرافٹ سٹارٹڈ مشن ان 610 اے ڈی، ٹائم مکہ واز انڈر دی مشرک پیپلز۔</w:t>
      </w:r>
    </w:p>
    <w:p>
      <w:r>
        <w:rPr>
          <w:b/>
        </w:rPr>
        <w:t xml:space="preserve">[24:52] </w:t>
      </w:r>
      <w:r>
        <w:t>kaba was under their, under their</w:t>
      </w:r>
    </w:p>
    <w:p>
      <w:pPr>
        <w:jc w:val="right"/>
      </w:pPr>
      <w:r>
        <w:t>کعبہ واز انڈر دیر، انڈر دیر</w:t>
      </w:r>
    </w:p>
    <w:p>
      <w:r>
        <w:rPr>
          <w:b/>
        </w:rPr>
        <w:t xml:space="preserve">[25:00] </w:t>
      </w:r>
      <w:r>
        <w:t>tawliyat, trusteeship</w:t>
      </w:r>
    </w:p>
    <w:p>
      <w:pPr>
        <w:jc w:val="right"/>
      </w:pPr>
      <w:r>
        <w:t>تولیت، ٹرسٹی شپ</w:t>
      </w:r>
    </w:p>
    <w:p>
      <w:r>
        <w:rPr>
          <w:b/>
        </w:rPr>
        <w:t xml:space="preserve">[25:04] </w:t>
      </w:r>
      <w:r>
        <w:t>. so, they have placed 360 idols in kaba. you know, kaba was built by Ibrahim, Hazrat Ibrahim,</w:t>
      </w:r>
    </w:p>
    <w:p>
      <w:pPr>
        <w:jc w:val="right"/>
      </w:pPr>
      <w:r>
        <w:t>۔ سو، دے ہیو پلیسڈ 360 ائڈلز ان کعبہ۔ یو نو، کعبہ واز بلٹ بائے ابراہیم، حضرت ابراہیم،</w:t>
      </w:r>
    </w:p>
    <w:p>
      <w:r>
        <w:rPr>
          <w:b/>
        </w:rPr>
        <w:t xml:space="preserve">[25:17] </w:t>
      </w:r>
      <w:r>
        <w:t>as a, as a, yani baitullah, house of God, house of tauheed, house of one God.</w:t>
      </w:r>
    </w:p>
    <w:p>
      <w:pPr>
        <w:jc w:val="right"/>
      </w:pPr>
      <w:r>
        <w:t>ایز اے، ایز اے، یعنی بیت اللہ، ہاؤس اف گاڈ، ہاؤس اف توحید، ہاؤس اف ون گاڈ۔</w:t>
      </w:r>
    </w:p>
    <w:p>
      <w:r>
        <w:rPr>
          <w:b/>
        </w:rPr>
        <w:t xml:space="preserve">[25:29] </w:t>
      </w:r>
      <w:r>
        <w:t>in later period, mushrik people placed 360 idols. that was trust passing, that was unlawful.</w:t>
      </w:r>
    </w:p>
    <w:p>
      <w:pPr>
        <w:jc w:val="right"/>
      </w:pPr>
      <w:r>
        <w:t>ان لیٹر پیریڈ، مشرک پیپل پلیسڈ 360 ائڈلز۔ دیٹ واز ٹرسٹ پاسنگ، دیٹ واز ان لافل۔</w:t>
      </w:r>
    </w:p>
    <w:p>
      <w:r>
        <w:rPr>
          <w:b/>
        </w:rPr>
        <w:t xml:space="preserve">[25:45] </w:t>
      </w:r>
      <w:r>
        <w:t>and prophet of Islam was prophet of tauheed. he all, he used to, he used to convey message in the</w:t>
      </w:r>
    </w:p>
    <w:p>
      <w:pPr>
        <w:jc w:val="right"/>
      </w:pPr>
      <w:r>
        <w:t>اینڈ پرافٹ اف اسلام واز پرافٹ اف توحید۔ ہی ال، ہی یوز ٹو، ہی یوز ٹو کنوے میسج ان دی</w:t>
      </w:r>
    </w:p>
    <w:p>
      <w:r>
        <w:rPr>
          <w:b/>
        </w:rPr>
        <w:t xml:space="preserve">[25:55] </w:t>
      </w:r>
      <w:r>
        <w:t>verse: "a, o nas, bolo la ilaha illallah, taflo."</w:t>
      </w:r>
    </w:p>
    <w:p>
      <w:pPr>
        <w:jc w:val="right"/>
      </w:pPr>
      <w:r>
        <w:t>ز ورس: "اے یور ناس، بولو لا الہ الا اللہ، تفلو۔"</w:t>
      </w:r>
    </w:p>
    <w:p>
      <w:r>
        <w:rPr>
          <w:b/>
        </w:rPr>
        <w:t xml:space="preserve">[26:02] </w:t>
      </w:r>
      <w:r>
        <w:t>o people, say that there no God but one God, and you will find success. this was mission, but he never touch those, those idols.</w:t>
      </w:r>
    </w:p>
    <w:p>
      <w:pPr>
        <w:jc w:val="right"/>
      </w:pPr>
      <w:r>
        <w:t>او پیپل، سے دیٹ دیر نو گاڈ بٹ ون گاڈ، اینڈ یو ویل فائنڈ سکسیس۔ دس واز مشن، بٹ ہی نیور ٹچ دوز، دوز ائڈلز۔</w:t>
      </w:r>
    </w:p>
    <w:p>
      <w:r>
        <w:rPr>
          <w:b/>
        </w:rPr>
        <w:t xml:space="preserve">[26:19] </w:t>
      </w:r>
      <w:r>
        <w:t>never touch those idols, he never try to destroy those idols.</w:t>
      </w:r>
    </w:p>
    <w:p>
      <w:pPr>
        <w:jc w:val="right"/>
      </w:pPr>
      <w:r>
        <w:t>نیور ٹچ دوز ائڈلز، ہی نیور ٹرائی ٹو ڈسٹرائے دوز ائڈلز۔</w:t>
      </w:r>
    </w:p>
    <w:p>
      <w:r>
        <w:rPr>
          <w:b/>
        </w:rPr>
        <w:t xml:space="preserve">[26:24] </w:t>
      </w:r>
      <w:r>
        <w:t>even he never protested against these idols. he never protested, he never demanded, he never try to destroy those idols.</w:t>
      </w:r>
    </w:p>
    <w:p>
      <w:pPr>
        <w:jc w:val="right"/>
      </w:pPr>
      <w:r>
        <w:t>ایون ہی نیور پروٹیسٹڈ اگینسٹ دیز ائڈلز۔ ہی نیور پروٹیسٹڈ، ہی نیور ڈیمانڈڈ، ہی نیور ٹرائی ٹو ڈسٹرائے دوز ائڈلز۔</w:t>
      </w:r>
    </w:p>
    <w:p>
      <w:r>
        <w:rPr>
          <w:b/>
        </w:rPr>
        <w:t xml:space="preserve">[26:40] </w:t>
      </w:r>
      <w:r>
        <w:t>he simply avoid, he simply followed the principle of avoidance. avoidance, avoidance, avoidance.</w:t>
      </w:r>
    </w:p>
    <w:p>
      <w:pPr>
        <w:jc w:val="right"/>
      </w:pPr>
      <w:r>
        <w:t>ہی سمپلی اوائڈ، ہی سمپلی فالوڈ دا پرنسپل اف اوائڈنس۔ اوائڈنس، اوائڈنس، اوائڈنس۔</w:t>
      </w:r>
    </w:p>
    <w:p>
      <w:r>
        <w:rPr>
          <w:b/>
        </w:rPr>
        <w:t xml:space="preserve">[26:49] </w:t>
      </w:r>
      <w:r>
        <w:t>so, his policy was avoid, avoid the unwanted situations, and do your work constructively.</w:t>
      </w:r>
    </w:p>
    <w:p>
      <w:pPr>
        <w:jc w:val="right"/>
      </w:pPr>
      <w:r>
        <w:t>سو، ہز پالیسی واز اوائڈ، اوائڈ دی انوانٹڈ سچویشنز، اینڈ ڈو یور ورک کنسٹرکٹولی۔</w:t>
      </w:r>
    </w:p>
    <w:p>
      <w:r>
        <w:rPr>
          <w:b/>
        </w:rPr>
        <w:t xml:space="preserve">[27:02] </w:t>
      </w:r>
      <w:r>
        <w:t>this was formula.</w:t>
      </w:r>
    </w:p>
    <w:p>
      <w:pPr>
        <w:jc w:val="right"/>
      </w:pPr>
      <w:r>
        <w:t>دس واز فارمولا۔</w:t>
      </w:r>
    </w:p>
    <w:p>
      <w:r>
        <w:rPr>
          <w:b/>
        </w:rPr>
        <w:t xml:space="preserve">[27:10] </w:t>
      </w:r>
      <w:r>
        <w:t>up to 13 years, he lived in Mecca, and he never touch those idols, and he never try to register complaint against those idols.</w:t>
      </w:r>
    </w:p>
    <w:p>
      <w:pPr>
        <w:jc w:val="right"/>
      </w:pPr>
      <w:r>
        <w:t>اپ ٹو 13 ایئرز، ہی لیوڈ ان مکہ، اینڈ ہی نیور ٹچ دوز ائڈلز، اینڈ ہی نیور ٹرائی ٹو رجسٹر کمپلینٹ اگینسٹ دوز ائڈلز۔</w:t>
      </w:r>
    </w:p>
    <w:p>
      <w:r>
        <w:rPr>
          <w:b/>
        </w:rPr>
        <w:t xml:space="preserve">[27:24] </w:t>
      </w:r>
      <w:r>
        <w:t>why? because this was bound to create controversy. you are bound to create fighting and war.</w:t>
      </w:r>
    </w:p>
    <w:p>
      <w:pPr>
        <w:jc w:val="right"/>
      </w:pPr>
      <w:r>
        <w:t>وائی؟ بیکاز دس واز باؤنڈ ٹو کریٹ کنٹروورسی۔ یو ار باؤنڈ ٹو کریٹ فائٹنگ اینڈ وار۔</w:t>
      </w:r>
    </w:p>
    <w:p>
      <w:r>
        <w:rPr>
          <w:b/>
        </w:rPr>
        <w:t xml:space="preserve">[27:38] </w:t>
      </w:r>
      <w:r>
        <w:t>those people very sensitive. then what happen? those people were mushrik people, idol worshippers.</w:t>
      </w:r>
    </w:p>
    <w:p>
      <w:pPr>
        <w:jc w:val="right"/>
      </w:pPr>
      <w:r>
        <w:t>دوز پیپل ویری سینسٹیو۔ دین واٹ ہیپن؟ دوز پیپل وار مشرک پیپل، ائڈل ورشپرز۔</w:t>
      </w:r>
    </w:p>
    <w:p>
      <w:r>
        <w:rPr>
          <w:b/>
        </w:rPr>
        <w:t xml:space="preserve">[27:50] </w:t>
      </w:r>
      <w:r>
        <w:t>They was, they were not ready to accept mission, although it was completely peaceful mission.</w:t>
      </w:r>
    </w:p>
    <w:p>
      <w:pPr>
        <w:jc w:val="right"/>
      </w:pPr>
      <w:r>
        <w:t>دے واز، دے وار ناٹ ریڈی ٹو ایکسیپٹ مشن، الدو اٹ واز کمپلیٹلی پیس فل مشن۔</w:t>
      </w:r>
    </w:p>
    <w:p>
      <w:r>
        <w:rPr>
          <w:b/>
        </w:rPr>
        <w:t xml:space="preserve">[28:01] </w:t>
      </w:r>
      <w:r>
        <w:t>mission was peaceful mission in complete sense of the word.</w:t>
      </w:r>
    </w:p>
    <w:p>
      <w:pPr>
        <w:jc w:val="right"/>
      </w:pPr>
      <w:r>
        <w:t>مشن واز پیس فل مشن ان کمپلیٹ سینس اف دا ورڈ۔</w:t>
      </w:r>
    </w:p>
    <w:p>
      <w:r>
        <w:rPr>
          <w:b/>
        </w:rPr>
        <w:t xml:space="preserve">[28:13] </w:t>
      </w:r>
      <w:r>
        <w:t>even then, they became hostile, and finally, they wanted to kill him. finally, they wanted to kill the prophet of Islam.</w:t>
      </w:r>
    </w:p>
    <w:p>
      <w:pPr>
        <w:jc w:val="right"/>
      </w:pPr>
      <w:r>
        <w:t>ایون دین، دے بیکم ہوسٹائل، اینڈ فائنلی، دے وانٹڈ ٹو کل ہم۔ فائنلی، دے وانٹڈ ٹو کل دا پرافٹ اف اسلام۔</w:t>
      </w:r>
    </w:p>
    <w:p>
      <w:r>
        <w:rPr>
          <w:b/>
        </w:rPr>
        <w:t xml:space="preserve">[28:27] </w:t>
      </w:r>
      <w:r>
        <w:t>but what happen?</w:t>
      </w:r>
    </w:p>
    <w:p>
      <w:pPr>
        <w:jc w:val="right"/>
      </w:pPr>
      <w:r>
        <w:t>بٹ واٹ ہیپن؟</w:t>
      </w:r>
    </w:p>
    <w:p>
      <w:r>
        <w:rPr>
          <w:b/>
        </w:rPr>
        <w:t xml:space="preserve">[28:29] </w:t>
      </w:r>
      <w:r>
        <w:t>prophet never try to to go to fighting,</w:t>
      </w:r>
    </w:p>
    <w:p>
      <w:pPr>
        <w:jc w:val="right"/>
      </w:pPr>
      <w:r>
        <w:t>پرافٹ نیور ٹرائی ٹو ٹو گو ٹو فائٹنگ،</w:t>
      </w:r>
    </w:p>
    <w:p>
      <w:r>
        <w:rPr>
          <w:b/>
        </w:rPr>
        <w:t xml:space="preserve">[28:38] </w:t>
      </w:r>
      <w:r>
        <w:t>but he silently, in the dark, in the darkness of light, he migrated from Makka to Madina. This was, was, this is called hijra.</w:t>
      </w:r>
    </w:p>
    <w:p>
      <w:pPr>
        <w:jc w:val="right"/>
      </w:pPr>
      <w:r>
        <w:t>بٹ ہی سائلنٹلی، ان دا ڈارک، ان دا ڈارکنس اف لائٹ، ہی مائیگریٹڈ فرام مکہ ٹو مدینہ۔ دس واز، واز، دس از کالڈ ہجرا۔</w:t>
      </w:r>
    </w:p>
    <w:p>
      <w:r>
        <w:rPr>
          <w:b/>
        </w:rPr>
        <w:t xml:space="preserve">[28:52] </w:t>
      </w:r>
      <w:r>
        <w:t>hijra literally means migration, but it was simply migration.</w:t>
      </w:r>
    </w:p>
    <w:p>
      <w:pPr>
        <w:jc w:val="right"/>
      </w:pPr>
      <w:r>
        <w:t>ہجرا لٹرلی مینز مائیگریشن، بٹ اٹ واز سمپلی مائیگریشن۔</w:t>
      </w:r>
    </w:p>
    <w:p>
      <w:r>
        <w:rPr>
          <w:b/>
        </w:rPr>
        <w:t xml:space="preserve">[28:58] </w:t>
      </w:r>
      <w:r>
        <w:t>it was, it was change in the work place. it was to change the work place.</w:t>
      </w:r>
    </w:p>
    <w:p>
      <w:pPr>
        <w:jc w:val="right"/>
      </w:pPr>
      <w:r>
        <w:t>اٹ واز، اٹ واز چینج ان دا ورک پلیس۔ اٹ واز ٹو چینج دا ورک پلیس۔</w:t>
      </w:r>
    </w:p>
    <w:p>
      <w:r>
        <w:rPr>
          <w:b/>
        </w:rPr>
        <w:t xml:space="preserve">[29:12] </w:t>
      </w:r>
      <w:r>
        <w:t>makka was work place with with confrontation, with violence.</w:t>
      </w:r>
    </w:p>
    <w:p>
      <w:pPr>
        <w:jc w:val="right"/>
      </w:pPr>
      <w:r>
        <w:t>مکہ واز ورک پلیس ود ود کنفrontiشن، ود وائلنس۔</w:t>
      </w:r>
    </w:p>
    <w:p>
      <w:r>
        <w:rPr>
          <w:b/>
        </w:rPr>
        <w:t xml:space="preserve">[29:25] </w:t>
      </w:r>
      <w:r>
        <w:t>so, he left makka, and he, he, he entered madina. at that time, madina was, madina was different from makka.</w:t>
      </w:r>
    </w:p>
    <w:p>
      <w:pPr>
        <w:jc w:val="right"/>
      </w:pPr>
      <w:r>
        <w:t>سو، ہی لیفٹ مکہ، اینڈ ہی، ہی، ہی انٹرڈ مدینہ۔ ایٹ دیٹ ٹائم، مدینہ واز، مدینہ واز ڈفرنٹ فرام مکہ۔</w:t>
      </w:r>
    </w:p>
    <w:p>
      <w:r>
        <w:rPr>
          <w:b/>
        </w:rPr>
        <w:t xml:space="preserve">[29:40] </w:t>
      </w:r>
      <w:r>
        <w:t>so, he, he, he change work place from makka to madina.</w:t>
      </w:r>
    </w:p>
    <w:p>
      <w:pPr>
        <w:jc w:val="right"/>
      </w:pPr>
      <w:r>
        <w:t>سو، ہی، ہی، ہی چینج ورک پلیس فرام مکہ ٹو مدینہ۔</w:t>
      </w:r>
    </w:p>
    <w:p>
      <w:r>
        <w:rPr>
          <w:b/>
        </w:rPr>
        <w:t xml:space="preserve">[29:50] </w:t>
      </w:r>
      <w:r>
        <w:t>this was the one application of the principle, principle of avoidance.</w:t>
      </w:r>
    </w:p>
    <w:p>
      <w:pPr>
        <w:jc w:val="right"/>
      </w:pPr>
      <w:r>
        <w:t>دس واز دا ون ایپلیکیشن اف دا پرنسپل، پرنسپل اف اوائڈنس۔</w:t>
      </w:r>
    </w:p>
    <w:p>
      <w:r>
        <w:rPr>
          <w:b/>
        </w:rPr>
        <w:t xml:space="preserve">[30:03] </w:t>
      </w:r>
      <w:r>
        <w:t>then what happen? when he migrated from makka, and he settle in madina, and wanted to spread mission from madina, then makka people become more, become angry.</w:t>
      </w:r>
    </w:p>
    <w:p>
      <w:pPr>
        <w:jc w:val="right"/>
      </w:pPr>
      <w:r>
        <w:t>دین واٹ ہیپن؟ وین ہی مائیگریٹڈ فرام مکہ، اینڈ ہی سیٹل ان مدینہ، اینڈ وانٹڈ ٹو سپریڈ مشن فرام مدینہ، دین مکہ پیپل بیکم مور، بیکم اینگری۔</w:t>
      </w:r>
    </w:p>
    <w:p>
      <w:r>
        <w:rPr>
          <w:b/>
        </w:rPr>
        <w:t xml:space="preserve">[30:29] </w:t>
      </w:r>
      <w:r>
        <w:t>then, they, then, they plan to attack them, attack madina</w:t>
      </w:r>
    </w:p>
    <w:p>
      <w:pPr>
        <w:jc w:val="right"/>
      </w:pPr>
      <w:r>
        <w:t>دین، دے، دین، دے پلان ٹو اٹیک دم، اٹیک مدینہ</w:t>
      </w:r>
    </w:p>
    <w:p>
      <w:r>
        <w:rPr>
          <w:b/>
        </w:rPr>
        <w:t xml:space="preserve">[30:39] </w:t>
      </w:r>
      <w:r>
        <w:t>through army. So, they, they did this. They so, there was some war like Badr, Battle of Badr, Badr of Hunain, and Badr of Uhud.</w:t>
      </w:r>
    </w:p>
    <w:p>
      <w:pPr>
        <w:jc w:val="right"/>
      </w:pPr>
      <w:r>
        <w:t>تھرو ارمی۔ سو، دے، دے ڈیڈ دس۔ دے سو، دیر واز سم وار لائک بدر، بیٹل اف بدر، بدر اف حنین، اینڈ بدر اف احد۔</w:t>
      </w:r>
    </w:p>
    <w:p>
      <w:r>
        <w:rPr>
          <w:b/>
        </w:rPr>
        <w:t xml:space="preserve">[30:57] </w:t>
      </w:r>
      <w:r>
        <w:t>mainly, there war three wars.</w:t>
      </w:r>
    </w:p>
    <w:p>
      <w:pPr>
        <w:jc w:val="right"/>
      </w:pPr>
      <w:r>
        <w:t>مینلی، دیر وار تھری وارز۔</w:t>
      </w:r>
    </w:p>
    <w:p>
      <w:r>
        <w:rPr>
          <w:b/>
        </w:rPr>
        <w:t xml:space="preserve">[31:02] </w:t>
      </w:r>
      <w:r>
        <w:t>then, prophet of islam</w:t>
      </w:r>
    </w:p>
    <w:p>
      <w:pPr>
        <w:jc w:val="right"/>
      </w:pPr>
      <w:r>
        <w:t>دین، پرافٹ اف اسلام</w:t>
      </w:r>
    </w:p>
    <w:p>
      <w:r>
        <w:rPr>
          <w:b/>
        </w:rPr>
        <w:t xml:space="preserve">[31:08] </w:t>
      </w:r>
      <w:r>
        <w:t>dispassionately assist situation. dispassionately, he found that these wars have disturbed all the situation.</w:t>
      </w:r>
    </w:p>
    <w:p>
      <w:pPr>
        <w:jc w:val="right"/>
      </w:pPr>
      <w:r>
        <w:t>ڈسپیشنٹلی اسسٹ سچویشن۔ ڈسپیشنٹلی، ہی فاؤنڈ دیٹ دیز وارز ہیو ڈسٹربڈ ال دا سچویشن۔</w:t>
      </w:r>
    </w:p>
    <w:p>
      <w:r>
        <w:rPr>
          <w:b/>
        </w:rPr>
        <w:t xml:space="preserve">[31:18] </w:t>
      </w:r>
      <w:r>
        <w:t>there is no normalcy. so, the work is now stopped. there is no the work.</w:t>
      </w:r>
    </w:p>
    <w:p>
      <w:pPr>
        <w:jc w:val="right"/>
      </w:pPr>
      <w:r>
        <w:t>دیر از نو نارملسی۔ سو، دا ورک از ناو سٹاپڈ۔ دیر از نو دا ورک۔</w:t>
      </w:r>
    </w:p>
    <w:p>
      <w:r>
        <w:rPr>
          <w:b/>
        </w:rPr>
        <w:t xml:space="preserve">[31:27] </w:t>
      </w:r>
      <w:r>
        <w:t>the work, the work require interaction. interaction at that time, no interaction between, between the followers of muhammad and other people.</w:t>
      </w:r>
    </w:p>
    <w:p>
      <w:pPr>
        <w:jc w:val="right"/>
      </w:pPr>
      <w:r>
        <w:t>دا ورک، دا ورک ریکوائر انٹریکشن۔ انٹریکشن ایٹ دیٹ ٹائم، نو انٹریکشن بٹوین، بٹوین دا فالوورز اف محمد اینڈ ادر پیپل۔</w:t>
      </w:r>
    </w:p>
    <w:p>
      <w:r>
        <w:rPr>
          <w:b/>
        </w:rPr>
        <w:t xml:space="preserve">[31:44] </w:t>
      </w:r>
      <w:r>
        <w:t>so, there was no the work. then, prophet of islam entered into</w:t>
      </w:r>
    </w:p>
    <w:p>
      <w:pPr>
        <w:jc w:val="right"/>
      </w:pPr>
      <w:r>
        <w:t>سو، دیر واز نو دا ورک۔ دین، پرافٹ اف اسلام انٹرڈ انٹو</w:t>
      </w:r>
    </w:p>
    <w:p>
      <w:r>
        <w:rPr>
          <w:b/>
        </w:rPr>
        <w:t xml:space="preserve">[31:52] </w:t>
      </w:r>
      <w:r>
        <w:t>a peace treaty. there is called hudaybiyyah.</w:t>
      </w:r>
    </w:p>
    <w:p>
      <w:pPr>
        <w:jc w:val="right"/>
      </w:pPr>
      <w:r>
        <w:t>ا پیس ٹریٹی۔ دیر از کالڈ حدیبیہ۔</w:t>
      </w:r>
    </w:p>
    <w:p>
      <w:r>
        <w:rPr>
          <w:b/>
        </w:rPr>
        <w:t xml:space="preserve">[31:59] </w:t>
      </w:r>
      <w:r>
        <w:t>important to know that what was hudaybiyyah agreement. hudaybiyyah agreement was between prophet of islam and, and the, and the makka people.</w:t>
      </w:r>
    </w:p>
    <w:p>
      <w:pPr>
        <w:jc w:val="right"/>
      </w:pPr>
      <w:r>
        <w:t>امپورٹنٹ ٹو نو دیٹ واٹ واز حدیبیہ ایگریمنٹ۔ حدیبیہ ایگریمنٹ واز بٹوین پرافٹ اف اسلام اینڈ، اینڈ دا، اینڈ دا مکہ پیپل۔</w:t>
      </w:r>
    </w:p>
    <w:p>
      <w:r>
        <w:rPr>
          <w:b/>
        </w:rPr>
        <w:t xml:space="preserve">[32:14] </w:t>
      </w:r>
      <w:r>
        <w:t>so, makka people, prophet of islam said, "we want peace, we want peace, we don't like war.</w:t>
      </w:r>
    </w:p>
    <w:p>
      <w:pPr>
        <w:jc w:val="right"/>
      </w:pPr>
      <w:r>
        <w:t>سو، مکہ پیپل، پرافٹ اف اسلام سیڈ، "وی وانٹ پیس، وی وانٹ پیس، وی ڈونٹ لائک وار۔</w:t>
      </w:r>
    </w:p>
    <w:p>
      <w:r>
        <w:rPr>
          <w:b/>
        </w:rPr>
        <w:t xml:space="preserve">[32:24] </w:t>
      </w:r>
      <w:r>
        <w:t>war and fighting is not kind of our mission." then, makka people said, "yes, we are ready to establish peace, but condition." they laid down their condition.</w:t>
      </w:r>
    </w:p>
    <w:p>
      <w:pPr>
        <w:jc w:val="right"/>
      </w:pPr>
      <w:r>
        <w:t>وار اینڈ فائٹنگ از ناٹ کائنڈ اف اور مشن۔" دین، مکہ پیپل سیڈ، "یس، وی ار ریڈی ٹو اسٹیبلش پیس، بٹ کنڈیشن۔" دے لیڈ ڈاؤن دیر کنڈیشن۔</w:t>
      </w:r>
    </w:p>
    <w:p>
      <w:r>
        <w:rPr>
          <w:b/>
        </w:rPr>
        <w:t xml:space="preserve">[32:43] </w:t>
      </w:r>
      <w:r>
        <w:t>very strange to know that prophet of islam accepted all those conditions. literally,</w:t>
      </w:r>
    </w:p>
    <w:p>
      <w:pPr>
        <w:jc w:val="right"/>
      </w:pPr>
      <w:r>
        <w:t>ویری اسٹرینج ٹو نو دیٹ پرافٹ اف اسلام ایکسیپٹڈ ال دوز کنڈیشنز۔ لیٹرلی،</w:t>
      </w:r>
    </w:p>
    <w:p>
      <w:r>
        <w:rPr>
          <w:b/>
        </w:rPr>
        <w:t xml:space="preserve">[32:53] </w:t>
      </w:r>
      <w:r>
        <w:t>all those condition presented by the other party.</w:t>
      </w:r>
    </w:p>
    <w:p>
      <w:pPr>
        <w:jc w:val="right"/>
      </w:pPr>
      <w:r>
        <w:t>ال دوز کنڈیشن پریزنٹڈ بائی دی ادر پارٹی۔</w:t>
      </w:r>
    </w:p>
    <w:p>
      <w:r>
        <w:rPr>
          <w:b/>
        </w:rPr>
        <w:t xml:space="preserve">[33:02] </w:t>
      </w:r>
      <w:r>
        <w:t>so, prophet of islam accepted all those conditions. uniquely, only for one purpose, that after accepting condition, there will be peace.</w:t>
      </w:r>
    </w:p>
    <w:p>
      <w:pPr>
        <w:jc w:val="right"/>
      </w:pPr>
      <w:r>
        <w:t>تو، پرافٹ اف اسلام ایکسیپٹڈ ال دوز کنڈیشنز۔ یونلی، اونلی فار ون پرپس، دیٹ افٹر ایکسیپٹنگ کنڈیشن، دیر ویل بی پیس۔</w:t>
      </w:r>
    </w:p>
    <w:p>
      <w:r>
        <w:rPr>
          <w:b/>
        </w:rPr>
        <w:t xml:space="preserve">[33:17] </w:t>
      </w:r>
      <w:r>
        <w:t>so, after accepting all the conditions laid down by makka people, he, he was able to achieve peace.</w:t>
      </w:r>
    </w:p>
    <w:p>
      <w:pPr>
        <w:jc w:val="right"/>
      </w:pPr>
      <w:r>
        <w:t>سو، افٹر ایکسیپٹنگ ال دا کنڈیشنز لیڈ ڈاؤن بائی مکہ پیپل، ہی، ہی واز ایبل ٹو اچیو پیس۔</w:t>
      </w:r>
    </w:p>
    <w:p>
      <w:r>
        <w:rPr>
          <w:b/>
        </w:rPr>
        <w:t xml:space="preserve">[33:28] </w:t>
      </w:r>
      <w:r>
        <w:t>There was agreement, called Hudaybiyyah agreement. Hudaybiyyah agreement was basically no war pact.</w:t>
      </w:r>
    </w:p>
    <w:p>
      <w:pPr>
        <w:jc w:val="right"/>
      </w:pPr>
      <w:r>
        <w:t>دیر واز ایگریمنٹ، کالڈ حدیبیہ ایگریمنٹ۔ حدیبیہ ایگریمنٹ واز بیسکلی نو وار پیکٹ۔</w:t>
      </w:r>
    </w:p>
    <w:p>
      <w:r>
        <w:rPr>
          <w:b/>
        </w:rPr>
        <w:t xml:space="preserve">[33:39] </w:t>
      </w:r>
      <w:r>
        <w:t>you can see this in books, that Hudaybiyyah agreement was basically no war pact.</w:t>
      </w:r>
    </w:p>
    <w:p>
      <w:pPr>
        <w:jc w:val="right"/>
      </w:pPr>
      <w:r>
        <w:t>یو کین سی دس ان بکس، دیٹ حدیبیہ ایگریمنٹ واز بیسکلی نو وار پیکٹ۔</w:t>
      </w:r>
    </w:p>
    <w:p>
      <w:r>
        <w:rPr>
          <w:b/>
        </w:rPr>
        <w:t xml:space="preserve">[33:47] </w:t>
      </w:r>
      <w:r>
        <w:t>from this date, no war between the two group. so, prophet of Islam was able to establish peace by accepting condition.</w:t>
      </w:r>
    </w:p>
    <w:p>
      <w:pPr>
        <w:jc w:val="right"/>
      </w:pPr>
      <w:r>
        <w:t>فرام دس ڈیٹ، نو وار بٹوین دا ٹو گروپ۔ سو، پرافٹ اف اسلام واز ایبل ٹو اسٹیبلش پیس بائی ایکسیپٹنگ کنڈیشن۔</w:t>
      </w:r>
    </w:p>
    <w:p>
      <w:r>
        <w:rPr>
          <w:b/>
        </w:rPr>
        <w:t xml:space="preserve">[34:03] </w:t>
      </w:r>
      <w:r>
        <w:t>what happen? all the door opportunity opened.</w:t>
      </w:r>
    </w:p>
    <w:p>
      <w:pPr>
        <w:jc w:val="right"/>
      </w:pPr>
      <w:r>
        <w:t>واٹ ہیپن؟ ال دا ڈور اپرچونیٹی اوپنڈ۔</w:t>
      </w:r>
    </w:p>
    <w:p>
      <w:r>
        <w:rPr>
          <w:b/>
        </w:rPr>
        <w:t xml:space="preserve">[34:10] </w:t>
      </w:r>
      <w:r>
        <w:t>just after, just after finalizing this agreement, all door opportunity open.</w:t>
      </w:r>
    </w:p>
    <w:p>
      <w:pPr>
        <w:jc w:val="right"/>
      </w:pPr>
      <w:r>
        <w:t>جسٹ افٹر، جسٹ افٹر فائنلائزنگ دس ایگریمنٹ، ال ڈور اپرچونیٹی اوپن۔</w:t>
      </w:r>
    </w:p>
    <w:p>
      <w:r>
        <w:rPr>
          <w:b/>
        </w:rPr>
        <w:t xml:space="preserve">[34:23] </w:t>
      </w:r>
      <w:r>
        <w:t>so, prophet of Islam and companion try to avail all those opportunities to spread mission peacefully.</w:t>
      </w:r>
    </w:p>
    <w:p>
      <w:pPr>
        <w:jc w:val="right"/>
      </w:pPr>
      <w:r>
        <w:t>سو، پرافٹ اف اسلام اینڈ کمپین ٹرائی ٹو اویل ال دوز اپرچونیٹیز ٹو سپریڈ مشن پیس فلی۔</w:t>
      </w:r>
    </w:p>
    <w:p>
      <w:r>
        <w:rPr>
          <w:b/>
        </w:rPr>
        <w:t xml:space="preserve">[34:34] </w:t>
      </w:r>
      <w:r>
        <w:t>There was interaction between Makka and Madina people and different tribe</w:t>
      </w:r>
    </w:p>
    <w:p>
      <w:pPr>
        <w:jc w:val="right"/>
      </w:pPr>
      <w:r>
        <w:t>دیر واز انٹریکشن بٹوین مکہ اینڈ مدینہ پیپل اینڈ ڈفرنٹ ٹرائب</w:t>
      </w:r>
    </w:p>
    <w:p>
      <w:r>
        <w:rPr>
          <w:b/>
        </w:rPr>
        <w:t xml:space="preserve">[34:39] </w:t>
      </w:r>
      <w:r>
        <w:t>So there was peaceful relationship between all the tribes. Before, it was not.</w:t>
      </w:r>
    </w:p>
    <w:p>
      <w:pPr>
        <w:jc w:val="right"/>
      </w:pPr>
      <w:r>
        <w:t>س۔ دیر وار پیس فل ریلیشن شپ بٹوین ال دا ٹرائبس۔ بیفور، اٹ واز ناٹ۔</w:t>
      </w:r>
    </w:p>
    <w:p>
      <w:r>
        <w:rPr>
          <w:b/>
        </w:rPr>
        <w:t xml:space="preserve">[34:51] </w:t>
      </w:r>
      <w:r>
        <w:t>so, prophet of Islam, Islam</w:t>
      </w:r>
    </w:p>
    <w:p>
      <w:pPr>
        <w:jc w:val="right"/>
      </w:pPr>
      <w:r>
        <w:t>سو، پرافٹ اف اسلام، اسلام</w:t>
      </w:r>
    </w:p>
    <w:p>
      <w:r>
        <w:rPr>
          <w:b/>
        </w:rPr>
        <w:t xml:space="preserve">[34:58] </w:t>
      </w:r>
      <w:r>
        <w:t>by entering this agreement, Prophet of Islam</w:t>
      </w:r>
    </w:p>
    <w:p>
      <w:pPr>
        <w:jc w:val="right"/>
      </w:pPr>
      <w:r>
        <w:t>بائی انٹرنگ دس ایگریمنٹ، پرافٹ اف اسلام</w:t>
      </w:r>
    </w:p>
    <w:p>
      <w:r>
        <w:rPr>
          <w:b/>
        </w:rPr>
        <w:t xml:space="preserve">[35:06] </w:t>
      </w:r>
      <w:r>
        <w:t>eliminated the state of war. And there was peace. And when, and when there was peace, there was opportunities.</w:t>
      </w:r>
    </w:p>
    <w:p>
      <w:pPr>
        <w:jc w:val="right"/>
      </w:pPr>
      <w:r>
        <w:t>ایلیمینیٹڈ دا اسٹیٹ اف وار۔ اینڈ دیر واز پیس۔ اینڈ وین، اینڈ وین دیر واز پیس، دیر واز اپرچونیٹیز۔</w:t>
      </w:r>
    </w:p>
    <w:p>
      <w:r>
        <w:rPr>
          <w:b/>
        </w:rPr>
        <w:t xml:space="preserve">[35:17] </w:t>
      </w:r>
      <w:r>
        <w:t>so, what happen?</w:t>
      </w:r>
    </w:p>
    <w:p>
      <w:pPr>
        <w:jc w:val="right"/>
      </w:pPr>
      <w:r>
        <w:t>سو، واٹ ہیپن؟</w:t>
      </w:r>
    </w:p>
    <w:p>
      <w:r>
        <w:rPr>
          <w:b/>
        </w:rPr>
        <w:t xml:space="preserve">[35:20] </w:t>
      </w:r>
      <w:r>
        <w:t>within two years, the followers of Islam</w:t>
      </w:r>
    </w:p>
    <w:p>
      <w:pPr>
        <w:jc w:val="right"/>
      </w:pPr>
      <w:r>
        <w:t>ود ان ٹو ایئرز، دا فالوورز اف اسلام</w:t>
      </w:r>
    </w:p>
    <w:p>
      <w:r>
        <w:rPr>
          <w:b/>
        </w:rPr>
        <w:t xml:space="preserve">[35:28] </w:t>
      </w:r>
      <w:r>
        <w:t>war so, so,</w:t>
      </w:r>
    </w:p>
    <w:p>
      <w:pPr>
        <w:jc w:val="right"/>
      </w:pPr>
      <w:r>
        <w:t>وار سو، سو،</w:t>
      </w:r>
    </w:p>
    <w:p>
      <w:r>
        <w:rPr>
          <w:b/>
        </w:rPr>
        <w:t xml:space="preserve">[35:36] </w:t>
      </w:r>
      <w:r>
        <w:t>so outnumbered from the opposite party. Even the number was able, number was enough to, to,</w:t>
      </w:r>
    </w:p>
    <w:p>
      <w:pPr>
        <w:jc w:val="right"/>
      </w:pPr>
      <w:r>
        <w:t>سو اؤٹ نمبرڈ فرام دا اپوزٹ پارٹی۔ ایون دا نمبر واز ایبل، نمبر واز انف ٹو، ٹو،</w:t>
      </w:r>
    </w:p>
    <w:p>
      <w:r>
        <w:rPr>
          <w:b/>
        </w:rPr>
        <w:t xml:space="preserve">[35:50] </w:t>
      </w:r>
      <w:r>
        <w:t>to achieve success</w:t>
      </w:r>
    </w:p>
    <w:p>
      <w:pPr>
        <w:jc w:val="right"/>
      </w:pPr>
      <w:r>
        <w:t>ٹو اچیو سکسیس</w:t>
      </w:r>
    </w:p>
    <w:p>
      <w:r>
        <w:rPr>
          <w:b/>
        </w:rPr>
        <w:t xml:space="preserve">[35:53] </w:t>
      </w:r>
      <w:r>
        <w:t>. There was no. Makka people was not able to, to, to fight because number was so much at that time.</w:t>
      </w:r>
    </w:p>
    <w:p>
      <w:pPr>
        <w:jc w:val="right"/>
      </w:pPr>
      <w:r>
        <w:t>۔ دیر واز نو۔ مکہ پیپل واز ناٹ ایبل ٹو، ٹو، ٹو فائٹ بیکاز نمبر واز سو مچ ایٹ دیٹ ٹائم۔</w:t>
      </w:r>
    </w:p>
    <w:p>
      <w:r>
        <w:rPr>
          <w:b/>
        </w:rPr>
        <w:t xml:space="preserve">[36:06] </w:t>
      </w:r>
      <w:r>
        <w:t>When the Prophet of Islam was negotiating at the negotiation, at that time, there were only near about 1000 people.</w:t>
      </w:r>
    </w:p>
    <w:p>
      <w:pPr>
        <w:jc w:val="right"/>
      </w:pPr>
      <w:r>
        <w:t>وین دا پرافٹ اف اسلام واز نیگوشی ایٹ دی نیگوشی ایشن، ایٹ دیٹ ٹائم، دیر وار اونلی نیئر اباؤٹ 1000 پیپل۔</w:t>
      </w:r>
    </w:p>
    <w:p>
      <w:r>
        <w:rPr>
          <w:b/>
        </w:rPr>
        <w:t xml:space="preserve">[36:15] </w:t>
      </w:r>
      <w:r>
        <w:t>price, i remember the ex</w:t>
      </w:r>
    </w:p>
    <w:p>
      <w:pPr>
        <w:jc w:val="right"/>
      </w:pPr>
      <w:r>
        <w:t>پرائس، ائی ریمبر دا ایگز</w:t>
      </w:r>
    </w:p>
    <w:p>
      <w:r>
        <w:rPr>
          <w:b/>
        </w:rPr>
        <w:t xml:space="preserve">[36:18] </w:t>
      </w:r>
      <w:r>
        <w:t>actual number, but after two, two years, their number became 10,000. 10,000. So,</w:t>
      </w:r>
    </w:p>
    <w:p>
      <w:pPr>
        <w:jc w:val="right"/>
      </w:pPr>
      <w:r>
        <w:t>یکٹ نمبر، بٹ افٹر ٹو، ٹو ایئرز، دیر نمبر بیکم 10000۔ 10000۔ سو،</w:t>
      </w:r>
    </w:p>
    <w:p>
      <w:r>
        <w:rPr>
          <w:b/>
        </w:rPr>
        <w:t xml:space="preserve">[36:32] </w:t>
      </w:r>
      <w:r>
        <w:t>after this, the mission of the prophet spread all over the Arabia, in every tribes, every corner of the, of the country.</w:t>
      </w:r>
    </w:p>
    <w:p>
      <w:pPr>
        <w:jc w:val="right"/>
      </w:pPr>
      <w:r>
        <w:t>افٹر دس، دا مشن اف دا پرافٹ سپریڈ ال اوور دا عربیہ، ان ایوری ٹرائبس، ایوری کارنر اف دا، اف دا کنٹری۔</w:t>
      </w:r>
    </w:p>
    <w:p>
      <w:r>
        <w:rPr>
          <w:b/>
        </w:rPr>
        <w:t xml:space="preserve">[36:43] </w:t>
      </w:r>
      <w:r>
        <w:t>so, this waz the policy of the prophet of Islam.</w:t>
      </w:r>
    </w:p>
    <w:p>
      <w:pPr>
        <w:jc w:val="right"/>
      </w:pPr>
      <w:r>
        <w:t>سو، دس واز دا پولیسی اف دا پرافٹ اف اسلام۔</w:t>
      </w:r>
    </w:p>
    <w:p>
      <w:r>
        <w:rPr>
          <w:b/>
        </w:rPr>
        <w:t xml:space="preserve">[36:48] </w:t>
      </w:r>
      <w:r>
        <w:t>It is wrong to say Prophet Islam success through sword. No, not at all.</w:t>
      </w:r>
    </w:p>
    <w:p>
      <w:pPr>
        <w:jc w:val="right"/>
      </w:pPr>
      <w:r>
        <w:t>اٹ از رونگ ٹو سے پرافٹ اسلام سکسیس تھرو سورڈ۔ نو، ناٹ ایٹ ال۔</w:t>
      </w:r>
    </w:p>
    <w:p>
      <w:r>
        <w:rPr>
          <w:b/>
        </w:rPr>
        <w:t xml:space="preserve">[36:57] </w:t>
      </w:r>
      <w:r>
        <w:t>you know, there is a well known scholar of America, that is doctor Michael Hart.</w:t>
      </w:r>
    </w:p>
    <w:p>
      <w:pPr>
        <w:jc w:val="right"/>
      </w:pPr>
      <w:r>
        <w:t>یو نو، دیر از ا ویل نون سکالر اف امریکہ، دیٹ از ڈاکٹر مائیکل ہارٹ۔</w:t>
      </w:r>
    </w:p>
    <w:p>
      <w:r>
        <w:rPr>
          <w:b/>
        </w:rPr>
        <w:t xml:space="preserve">[37:08] </w:t>
      </w:r>
      <w:r>
        <w:t>he has published a book, the hundred, the hundred by doctor Michael Hart.</w:t>
      </w:r>
    </w:p>
    <w:p>
      <w:pPr>
        <w:jc w:val="right"/>
      </w:pPr>
      <w:r>
        <w:t>ہی ہیز پبلشڈ ا بک، دا ہنڈرڈ، دا ہنڈرڈ بائے ڈاکٹر مائیکل ہارٹ۔</w:t>
      </w:r>
    </w:p>
    <w:p>
      <w:r>
        <w:rPr>
          <w:b/>
        </w:rPr>
        <w:t xml:space="preserve">[37:18] </w:t>
      </w:r>
      <w:r>
        <w:t>so, in this book, he places Prophet of Islam on the top. Again to his list, Prophet of Islam was supremely successful person.</w:t>
      </w:r>
    </w:p>
    <w:p>
      <w:pPr>
        <w:jc w:val="right"/>
      </w:pPr>
      <w:r>
        <w:t>سو، ان دس بک، ہی پلیس پرافٹ اف اسلام ان دا ٹاپ۔ ا گائن ٹو ہز لسٹ، پرافٹ اف اسلام واز سپریملی سکسیس فل پرسن۔</w:t>
      </w:r>
    </w:p>
    <w:p>
      <w:r>
        <w:rPr>
          <w:b/>
        </w:rPr>
        <w:t xml:space="preserve">[37:33] </w:t>
      </w:r>
      <w:r>
        <w:t>Prophet of Islam was a man who achieved supremely success</w:t>
      </w:r>
    </w:p>
    <w:p>
      <w:pPr>
        <w:jc w:val="right"/>
      </w:pPr>
      <w:r>
        <w:t>پرافٹ اف اسلام واز ا مین ہو اچیو سپریملی سکسیس</w:t>
      </w:r>
    </w:p>
    <w:p>
      <w:r>
        <w:rPr>
          <w:b/>
        </w:rPr>
        <w:t xml:space="preserve">[37:39] </w:t>
      </w:r>
      <w:r>
        <w:t>. So, he was supremely successful person in the whole history, in both the, in both the religious and secular levels.</w:t>
      </w:r>
    </w:p>
    <w:p>
      <w:pPr>
        <w:jc w:val="right"/>
      </w:pPr>
      <w:r>
        <w:t>۔ سو، ہی واز سپریملی سکسیس فل پرسن ان دا ہول ہسٹری، ان بوتھ دا، ان بوتھ دا ریلیجس اینڈ سیکولر لیولز۔</w:t>
      </w:r>
    </w:p>
    <w:p>
      <w:r>
        <w:rPr>
          <w:b/>
        </w:rPr>
        <w:t xml:space="preserve">[37:50] </w:t>
      </w:r>
      <w:r>
        <w:t>This is wording, but Dr. Michael Hart failed to refer the real cause of this success.</w:t>
      </w:r>
    </w:p>
    <w:p>
      <w:pPr>
        <w:jc w:val="right"/>
      </w:pPr>
      <w:r>
        <w:t>دس از ورڈنگ، بٹ ڈاکٹر مائیکل ہارٹ فیل ٹو ریفر دا ریل کاز اف دس سکسیس۔</w:t>
      </w:r>
    </w:p>
    <w:p>
      <w:r>
        <w:rPr>
          <w:b/>
        </w:rPr>
        <w:t xml:space="preserve">[38:00] </w:t>
      </w:r>
      <w:r>
        <w:t>What was the secret behind success? How Prophet of Islam became super achiever?</w:t>
      </w:r>
    </w:p>
    <w:p>
      <w:pPr>
        <w:jc w:val="right"/>
      </w:pPr>
      <w:r>
        <w:t>واٹ واز دا سیکرٹ بینڈ سکسیس؟ ہاؤ پرافٹ اف اسلام بیکم سپر اچیور؟</w:t>
      </w:r>
    </w:p>
    <w:p>
      <w:r>
        <w:rPr>
          <w:b/>
        </w:rPr>
        <w:t xml:space="preserve">[38:09] </w:t>
      </w:r>
      <w:r>
        <w:t>He mentions that Prophet of Islam was super achiever, more than any other achiever.</w:t>
      </w:r>
    </w:p>
    <w:p>
      <w:pPr>
        <w:jc w:val="right"/>
      </w:pPr>
      <w:r>
        <w:t>ہی مینشنز دیٹ پرافٹ اف اسلام واز سپر اچیور، مور دین اینی ادر اچیور۔</w:t>
      </w:r>
    </w:p>
    <w:p>
      <w:r>
        <w:rPr>
          <w:b/>
        </w:rPr>
        <w:t xml:space="preserve">[38:19] </w:t>
      </w:r>
      <w:r>
        <w:t>But in this book, I failed to find the reason why he was able to achieve this kind of super achievement.</w:t>
      </w:r>
    </w:p>
    <w:p>
      <w:pPr>
        <w:jc w:val="right"/>
      </w:pPr>
      <w:r>
        <w:t>بٹ ان دس بک، ائی فیل ٹو فائنڈ دا ریزن وائی ہی واز ایبل ٹو اچیو دس کائنڈ اف سپر اچیومنٹ۔</w:t>
      </w:r>
    </w:p>
    <w:p>
      <w:r>
        <w:rPr>
          <w:b/>
        </w:rPr>
        <w:t xml:space="preserve">[38:32] </w:t>
      </w:r>
      <w:r>
        <w:t>And this was due to this policy.</w:t>
      </w:r>
    </w:p>
    <w:p>
      <w:pPr>
        <w:jc w:val="right"/>
      </w:pPr>
      <w:r>
        <w:t>اینڈ دس واز ڈیو ٹو دس پالیسی۔</w:t>
      </w:r>
    </w:p>
    <w:p>
      <w:r>
        <w:rPr>
          <w:b/>
        </w:rPr>
        <w:t xml:space="preserve">[38:37] </w:t>
      </w:r>
      <w:r>
        <w:t>In short, the Prophet policy was, if I allow to coin a term, I would like to say that, that his policy was non political status quoism.</w:t>
      </w:r>
    </w:p>
    <w:p>
      <w:pPr>
        <w:jc w:val="right"/>
      </w:pPr>
      <w:r>
        <w:t>ان شارٹ، دا پرافٹ پالیسی واز، اف ائی الاؤ ٹو کائنڈ ا ٹرم، ائی وڈ لائک ٹو سے دیٹ، دیٹ ہز پالیسی واز نان پولیٹیکل سٹیٹس کوئزن۔</w:t>
      </w:r>
    </w:p>
    <w:p>
      <w:r>
        <w:rPr>
          <w:b/>
        </w:rPr>
        <w:t xml:space="preserve">[38:58] </w:t>
      </w:r>
      <w:r>
        <w:t>In politics, he always</w:t>
      </w:r>
    </w:p>
    <w:p>
      <w:pPr>
        <w:jc w:val="right"/>
      </w:pPr>
      <w:r>
        <w:t>ان پولیٹکس، ہی الویز</w:t>
      </w:r>
    </w:p>
    <w:p>
      <w:r>
        <w:rPr>
          <w:b/>
        </w:rPr>
        <w:t xml:space="preserve">[39:05] </w:t>
      </w:r>
      <w:r>
        <w:t>opted for avoidance.</w:t>
      </w:r>
    </w:p>
    <w:p>
      <w:pPr>
        <w:jc w:val="right"/>
      </w:pPr>
      <w:r>
        <w:t>اپٹڈ فار اوائڈنس۔</w:t>
      </w:r>
    </w:p>
    <w:p>
      <w:r>
        <w:rPr>
          <w:b/>
        </w:rPr>
        <w:t xml:space="preserve">[39:10] </w:t>
      </w:r>
      <w:r>
        <w:t>So, his policy was non political activism and political status quoism. Non political activism and political status quoism.</w:t>
      </w:r>
    </w:p>
    <w:p>
      <w:pPr>
        <w:jc w:val="right"/>
      </w:pPr>
      <w:r>
        <w:t>سو، ہز پالیسی واز نان پولیٹیکل ایکٹیوزم اینڈ پولیٹیکل سٹیٹس کوئزم۔ نان پولیٹیکل ایکٹیوزم اینڈ پولیٹیکل سٹیٹس کوئزم۔</w:t>
      </w:r>
    </w:p>
    <w:p>
      <w:r>
        <w:rPr>
          <w:b/>
        </w:rPr>
        <w:t xml:space="preserve">[39:24] </w:t>
      </w:r>
      <w:r>
        <w:t>Meaning, he accepted the political situation as it is. He never tried to change status quo.</w:t>
      </w:r>
    </w:p>
    <w:p>
      <w:pPr>
        <w:jc w:val="right"/>
      </w:pPr>
      <w:r>
        <w:t>یعنی، ہی ایکسیپٹڈ دا پولیٹیکل سچویشن ایز اٹ از۔ ہی نیور ٹرائی ٹو چینج سٹیٹس کو۔</w:t>
      </w:r>
    </w:p>
    <w:p>
      <w:r>
        <w:rPr>
          <w:b/>
        </w:rPr>
        <w:t xml:space="preserve">[39:34] </w:t>
      </w:r>
      <w:r>
        <w:t>No, in politics, he accept, accepted those people who, political masters of that time.</w:t>
      </w:r>
    </w:p>
    <w:p>
      <w:pPr>
        <w:jc w:val="right"/>
      </w:pPr>
      <w:r>
        <w:t>نو، ان پولیٹکس، ہی ایکسیپٹ، ایکسیپٹڈ دوز پیپل ہو، پولیٹیکل ماسٹرز اف دیٹ ٹائم۔</w:t>
      </w:r>
    </w:p>
    <w:p>
      <w:r>
        <w:rPr>
          <w:b/>
        </w:rPr>
        <w:t xml:space="preserve">[39:47] </w:t>
      </w:r>
      <w:r>
        <w:t>So, his policy was, his policy can be summarized in these two words: Non political activism and political status quoism.</w:t>
      </w:r>
    </w:p>
    <w:p>
      <w:pPr>
        <w:jc w:val="right"/>
      </w:pPr>
      <w:r>
        <w:t>سو، ہز پالیسی واز، ہز پالیسی کین بی سمرائز ان دس ٹو ورڈز: نان پولیٹیکل ایکٹیوزم اینڈ پولیٹیکل سٹیٹس کوئزم۔</w:t>
      </w:r>
    </w:p>
    <w:p>
      <w:r>
        <w:rPr>
          <w:b/>
        </w:rPr>
        <w:t xml:space="preserve">[40:01] </w:t>
      </w:r>
      <w:r>
        <w:t>In political matters, or in matters of political power, you have to be status quoist, accept things as it is.</w:t>
      </w:r>
    </w:p>
    <w:p>
      <w:pPr>
        <w:jc w:val="right"/>
      </w:pPr>
      <w:r>
        <w:t>ان پولیٹیکل میٹرز، اور ان میٹرز اف پولیٹیکل پاور، یو ہیو ٹو بی سٹیٹس کوئسٹ، ایکسیپٹ تھنگز ایز اٹ از۔</w:t>
      </w:r>
    </w:p>
    <w:p>
      <w:r>
        <w:rPr>
          <w:b/>
        </w:rPr>
        <w:t xml:space="preserve">[40:14] </w:t>
      </w:r>
      <w:r>
        <w:t>And then, in other fields, other than political power, you can achieve all those opportunities.</w:t>
      </w:r>
    </w:p>
    <w:p>
      <w:pPr>
        <w:jc w:val="right"/>
      </w:pPr>
      <w:r>
        <w:t>اینڈ دین، ان ادر فیلڈز، ادر دین پولیٹیکل پاور، یو کین اچیو ال دوز اپرچونیٹیز۔</w:t>
      </w:r>
    </w:p>
    <w:p>
      <w:r>
        <w:rPr>
          <w:b/>
        </w:rPr>
        <w:t xml:space="preserve">[40:24] </w:t>
      </w:r>
      <w:r>
        <w:t>So, it was the Prophet's movement, was strictly a non, non political movement.</w:t>
      </w:r>
    </w:p>
    <w:p>
      <w:pPr>
        <w:jc w:val="right"/>
      </w:pPr>
      <w:r>
        <w:t>سو، اٹ واز دا پرافٹس موومنٹ، واز سٹرکٹلی ا نان، نان پولیٹیکل موومنٹ۔</w:t>
      </w:r>
    </w:p>
    <w:p>
      <w:r>
        <w:rPr>
          <w:b/>
        </w:rPr>
        <w:t xml:space="preserve">[40:35] </w:t>
      </w:r>
      <w:r>
        <w:t>Prophet's movement was strictly a non political movement. You know, you know, when Prophet was appointed.</w:t>
      </w:r>
    </w:p>
    <w:p>
      <w:pPr>
        <w:jc w:val="right"/>
      </w:pPr>
      <w:r>
        <w:t>پرافٹس موومنٹ واز سٹرکٹلی ا نان پولیٹیکل موومنٹ۔ یو نو، یو نو، وین پرافٹ واز اپوائنٹڈ۔</w:t>
      </w:r>
    </w:p>
    <w:p>
      <w:r>
        <w:rPr>
          <w:b/>
        </w:rPr>
        <w:t xml:space="preserve">[40:47] </w:t>
      </w:r>
      <w:r>
        <w:t>Patience for the sake of God, it means that avoid all kind of confrontation.</w:t>
      </w:r>
    </w:p>
    <w:p>
      <w:pPr>
        <w:jc w:val="right"/>
      </w:pPr>
      <w:r>
        <w:t>پیشنس فار دا سیک اف گاڈ، اٹ مینز دیٹ اوائڈ ال کائنڈ اف کنفرنٹیشن۔</w:t>
      </w:r>
    </w:p>
    <w:p>
      <w:r>
        <w:rPr>
          <w:b/>
        </w:rPr>
        <w:t xml:space="preserve">[40:58] </w:t>
      </w:r>
      <w:r>
        <w:t>When there is no confrontation, you can do a kind of mission,</w:t>
      </w:r>
    </w:p>
    <w:p>
      <w:pPr>
        <w:jc w:val="right"/>
      </w:pPr>
      <w:r>
        <w:t>وین دیر از نو کنفرنٹیشن، یو کین ڈو ا کائنڈ اف مشن،</w:t>
      </w:r>
    </w:p>
    <w:p>
      <w:r>
        <w:rPr>
          <w:b/>
        </w:rPr>
        <w:t xml:space="preserve">[41:04] </w:t>
      </w:r>
      <w:r>
        <w:t>But when there is confrontation, you have to keep patience. You have to avoid going ahead. This was the policy of the Prophet of Islam.</w:t>
      </w:r>
    </w:p>
    <w:p>
      <w:pPr>
        <w:jc w:val="right"/>
      </w:pPr>
      <w:r>
        <w:t>بٹ وین دیر از کنفرنٹیشن، یو ہیو ٹو کیپ پیشنس۔ یو ہیو ٹو اوائڈ گوئنگ اہیڈ۔ دس واز دا پالیسی اف دا پرافٹ اف اسلام۔</w:t>
      </w:r>
    </w:p>
    <w:p>
      <w:r>
        <w:rPr>
          <w:b/>
        </w:rPr>
        <w:t xml:space="preserve">[41:18] </w:t>
      </w:r>
      <w:r>
        <w:t>So, in political power, he was completely status quoist, and in other fields, in non political fields, he was activist.</w:t>
      </w:r>
    </w:p>
    <w:p>
      <w:pPr>
        <w:jc w:val="right"/>
      </w:pPr>
      <w:r>
        <w:t>سو، ان پولیٹیکل پاور، ہی واز کمپلیٹلی سٹیٹس کوئسٹ، اینڈ ان ادر فیلڈز، ان نان پولیٹیکل فیلڈز، ہی واز ایکٹیوسٹ۔</w:t>
      </w:r>
    </w:p>
    <w:p>
      <w:r>
        <w:rPr>
          <w:b/>
        </w:rPr>
        <w:t xml:space="preserve">[41:32] </w:t>
      </w:r>
      <w:r>
        <w:t>He was this formula that was adopted by the Prophet of Islam, and this was the secret of his, of his miraculous success.</w:t>
      </w:r>
    </w:p>
    <w:p>
      <w:pPr>
        <w:jc w:val="right"/>
      </w:pPr>
      <w:r>
        <w:t>ہی واز دس فارمولا دیٹ واز اڈاپٹڈ بائی دا پرافٹ اف اسلام، اینڈ دس واز دا سیکرٹ اف ہز، اف ہز میریکولس سکسیس۔</w:t>
      </w:r>
    </w:p>
    <w:p>
      <w:r>
        <w:rPr>
          <w:b/>
        </w:rPr>
        <w:t xml:space="preserve">[41:48] </w:t>
      </w:r>
      <w:r>
        <w:t>One Indian writer, one Indian writer, he was from Bengal. His name was M N Roy.</w:t>
      </w:r>
    </w:p>
    <w:p>
      <w:pPr>
        <w:jc w:val="right"/>
      </w:pPr>
      <w:r>
        <w:t>ون انڈین رائٹر، ون انڈین رائٹر، ہی واز فرام بنگال۔ ہز نیم واز ایم این رائے۔</w:t>
      </w:r>
    </w:p>
    <w:p>
      <w:r>
        <w:rPr>
          <w:b/>
        </w:rPr>
        <w:t xml:space="preserve">[41:58] </w:t>
      </w:r>
      <w:r>
        <w:t>he was very intelligent person</w:t>
      </w:r>
    </w:p>
    <w:p>
      <w:pPr>
        <w:jc w:val="right"/>
      </w:pPr>
      <w:r>
        <w:t>ہی واز ویری انٹیلیجنٹ پرسن</w:t>
      </w:r>
    </w:p>
    <w:p>
      <w:r>
        <w:rPr>
          <w:b/>
        </w:rPr>
        <w:t xml:space="preserve">[42:00] </w:t>
      </w:r>
      <w:r>
        <w:t>publish book, the historical role of islam. in this book, he says that the achievement of islam was breakless of all breakless.</w:t>
      </w:r>
    </w:p>
    <w:p>
      <w:pPr>
        <w:jc w:val="right"/>
      </w:pPr>
      <w:r>
        <w:t>۔ پبلش بک، دا ہسٹوریکل رول اف اسلام۔ ان دس بک، ہی سیز دیٹ دا اچیومنٹ اف اسلام واز بریکلس اف ال بریکلز۔</w:t>
      </w:r>
    </w:p>
    <w:p>
      <w:r>
        <w:rPr>
          <w:b/>
        </w:rPr>
        <w:t xml:space="preserve">[42:15] </w:t>
      </w:r>
      <w:r>
        <w:t>it was a great break, great break, but again fail to refer the secret of break.</w:t>
      </w:r>
    </w:p>
    <w:p>
      <w:pPr>
        <w:jc w:val="right"/>
      </w:pPr>
      <w:r>
        <w:t>اٹ واز ا گریٹ بریکل، گریٹ بریکل، بٹ اگین فیل ٹو ریفر دا سیکرٹ اف بریکل۔</w:t>
      </w:r>
    </w:p>
    <w:p>
      <w:r>
        <w:rPr>
          <w:b/>
        </w:rPr>
        <w:t xml:space="preserve">[42:28] </w:t>
      </w:r>
      <w:r>
        <w:t>so, there are so many, there are so many historians who, acknowledge the achievement, the super achievement of the prophet of islam, but a kind to my knowledge, no one was able to mention real cause, secret.</w:t>
      </w:r>
    </w:p>
    <w:p>
      <w:pPr>
        <w:jc w:val="right"/>
      </w:pPr>
      <w:r>
        <w:t>سو، دیر ار سو مینی، دیر ار سو مینی ہسٹورینز ہو، ایکنالج دا اچیومنٹ، دا سپر اچیومنٹ اف دا پرافٹ اف اسلام، بٹ ا کائنڈ ٹو مائی نالج، نو ون واز ایبل ٹو مینشن ریل کاز، سیکرٹ۔</w:t>
      </w:r>
    </w:p>
    <w:p>
      <w:r>
        <w:rPr>
          <w:b/>
        </w:rPr>
        <w:t xml:space="preserve">[42:51] </w:t>
      </w:r>
      <w:r>
        <w:t>and secret this he adopted peaceful active and not violent activity, just like muslims.</w:t>
      </w:r>
    </w:p>
    <w:p>
      <w:pPr>
        <w:jc w:val="right"/>
      </w:pPr>
      <w:r>
        <w:t>اینڈ سیکرٹ دس ہی اڈاپٹڈ پیس فل ایکٹیو اینڈ ناٹ وائلنٹ ایکٹیویٹی، جسٹ لائک مسلمز۔</w:t>
      </w:r>
    </w:p>
    <w:p>
      <w:r>
        <w:rPr>
          <w:b/>
        </w:rPr>
        <w:t xml:space="preserve">[43:06] </w:t>
      </w:r>
      <w:r>
        <w:t>muslims deviated from the, from the prophetic path. muslims deviated from the prophetic path.</w:t>
      </w:r>
    </w:p>
    <w:p>
      <w:pPr>
        <w:jc w:val="right"/>
      </w:pPr>
      <w:r>
        <w:t>مسلمز ڈیویٹڈ فرام دا، فرام دا پرافٹک پاتھ۔ مسلمز ڈیویٹڈ فرام دا پرافٹک پاتھ۔</w:t>
      </w:r>
    </w:p>
    <w:p>
      <w:r>
        <w:rPr>
          <w:b/>
        </w:rPr>
        <w:t xml:space="preserve">[43:22] </w:t>
      </w:r>
      <w:r>
        <w:t>Muslims opted for violent activity, violent activism, not Islamic. It is not according to the prophet's policy.</w:t>
      </w:r>
    </w:p>
    <w:p>
      <w:pPr>
        <w:jc w:val="right"/>
      </w:pPr>
      <w:r>
        <w:t>مسلمز اپٹڈ فار۔ وائلنٹ ایکٹیویٹی، وائلنٹ ایکٹیوزم، ناٹ اسلامک۔ اٹ از ناٹ کائنڈ ٹو دا پرافٹ پالیسی۔</w:t>
      </w:r>
    </w:p>
    <w:p>
      <w:r>
        <w:rPr>
          <w:b/>
        </w:rPr>
        <w:t xml:space="preserve">[43:33] </w:t>
      </w:r>
      <w:r>
        <w:t>it is going against the prophet policy.</w:t>
      </w:r>
    </w:p>
    <w:p>
      <w:pPr>
        <w:jc w:val="right"/>
      </w:pPr>
      <w:r>
        <w:t>اٹ از گوئنگ اگینسٹ دا پرافٹ پالیسی۔</w:t>
      </w:r>
    </w:p>
    <w:p>
      <w:r>
        <w:rPr>
          <w:b/>
        </w:rPr>
        <w:t xml:space="preserve">[43:41] </w:t>
      </w:r>
      <w:r>
        <w:t>so, i would like to say that there is a book publish by a muslim writer</w:t>
      </w:r>
    </w:p>
    <w:p>
      <w:pPr>
        <w:jc w:val="right"/>
      </w:pPr>
      <w:r>
        <w:t>سو، ائی وڈ لائک ٹو سے دیٹ دیر از ا بک پبلش بائی ا مسلم رائٹر</w:t>
      </w:r>
    </w:p>
    <w:p>
      <w:r>
        <w:rPr>
          <w:b/>
        </w:rPr>
        <w:t xml:space="preserve">[43:49] </w:t>
      </w:r>
      <w:r>
        <w:t>the title is "islam the most misunderstood religion". i would like to say that the title is wrong.</w:t>
      </w:r>
    </w:p>
    <w:p>
      <w:pPr>
        <w:jc w:val="right"/>
      </w:pPr>
      <w:r>
        <w:t>، دا ٹائٹل از "اسلام دا موسٹ مس انڈرسٹڈ ریلیجن"۔ ائی وڈ لائک ٹو سے دیٹ دا ٹائٹل از رونگ۔</w:t>
      </w:r>
    </w:p>
    <w:p>
      <w:r>
        <w:rPr>
          <w:b/>
        </w:rPr>
        <w:t xml:space="preserve">[44:01] </w:t>
      </w:r>
      <w:r>
        <w:t>the better title is that "islam the most misrepresented religion". muslim are, muslims are misrepresenting islam.</w:t>
      </w:r>
    </w:p>
    <w:p>
      <w:pPr>
        <w:jc w:val="right"/>
      </w:pPr>
      <w:r>
        <w:t>دا بیٹر ٹائٹل از دیٹ "اسلام دا موسٹ مس ریپریزنٹڈ ریلیجن"۔ مسلم ار، مسلمز ار مس ریپریزنٹنگ اسلام۔</w:t>
      </w:r>
    </w:p>
    <w:p>
      <w:r>
        <w:rPr>
          <w:b/>
        </w:rPr>
        <w:t xml:space="preserve">[44:14] </w:t>
      </w:r>
      <w:r>
        <w:t>this is the problem.</w:t>
      </w:r>
    </w:p>
    <w:p>
      <w:pPr>
        <w:jc w:val="right"/>
      </w:pPr>
      <w:r>
        <w:t>دس از دا پرابلم۔</w:t>
      </w:r>
    </w:p>
    <w:p>
      <w:r>
        <w:rPr>
          <w:b/>
        </w:rPr>
        <w:t xml:space="preserve">[44:17] </w:t>
      </w:r>
      <w:r>
        <w:t>deviated from the right, from the path, from the, from the prophetic path. there case a deviated case.</w:t>
      </w:r>
    </w:p>
    <w:p>
      <w:pPr>
        <w:jc w:val="right"/>
      </w:pPr>
      <w:r>
        <w:t>ڈیویٹڈ فرام دا رائٹ، فرام دا پاتھ، فرام دا، فرام دا پرافٹک پاتھ۔ دیر کیس ا ڈیویٹڈ کیس۔</w:t>
      </w:r>
    </w:p>
    <w:p>
      <w:r>
        <w:rPr>
          <w:b/>
        </w:rPr>
        <w:t xml:space="preserve">[44:27] </w:t>
      </w:r>
      <w:r>
        <w:t>not following islam. they are going against islamic teaching, although they are doing activity in the name of islam, but it is wrong.</w:t>
      </w:r>
    </w:p>
    <w:p>
      <w:pPr>
        <w:jc w:val="right"/>
      </w:pPr>
      <w:r>
        <w:t>ناٹ فالونگ اسلام۔ دے ار گوئنگ اگینسٹ اسلامک ٹیچنگ، الدو دے ار ڈوئنگ ایکٹیویٹی ان دا نیم اف اسلام، بٹ اٹ از رونگ۔</w:t>
      </w:r>
    </w:p>
    <w:p>
      <w:r>
        <w:rPr>
          <w:b/>
        </w:rPr>
        <w:t xml:space="preserve">[44:44] </w:t>
      </w:r>
      <w:r>
        <w:t>so, this is the just of my study. i have study lot to understand</w:t>
      </w:r>
    </w:p>
    <w:p>
      <w:pPr>
        <w:jc w:val="right"/>
      </w:pPr>
      <w:r>
        <w:t>سو، دس از دا جسٹ اف مائی اسٹڈی۔ ائی ہیو سٹڈی لاٹ ٹو انڈرسٹینڈ</w:t>
      </w:r>
    </w:p>
    <w:p>
      <w:r>
        <w:rPr>
          <w:b/>
        </w:rPr>
        <w:t xml:space="preserve">[44:54] </w:t>
      </w:r>
      <w:r>
        <w:t>in secular field, islamic field, both. i have so many books to understand the secular position, and also i study so many books to stand the islamic position.</w:t>
      </w:r>
    </w:p>
    <w:p>
      <w:pPr>
        <w:jc w:val="right"/>
      </w:pPr>
      <w:r>
        <w:t>ان سیکولر فیلڈ، اسلامک فیلڈ، بوتھ۔ ائی ہیو سو مینی بکس ٹو انڈرسٹینڈ دا سیکولر پوزیشن، اینڈ السو ائی سٹڈی سو مینی بکس ٹو اسٹینڈ دا اسلامک پوزیشن۔</w:t>
      </w:r>
    </w:p>
    <w:p>
      <w:r>
        <w:rPr>
          <w:b/>
        </w:rPr>
        <w:t xml:space="preserve">[45:09] </w:t>
      </w:r>
      <w:r>
        <w:t>i can say the violence against reason, and also against islam.</w:t>
      </w:r>
    </w:p>
    <w:p>
      <w:pPr>
        <w:jc w:val="right"/>
      </w:pPr>
      <w:r>
        <w:t>ائی کین سے دا وائلنس اگینسٹ ریزن، اینڈ السو اگینسٹ اسلام۔</w:t>
      </w:r>
    </w:p>
    <w:p>
      <w:r>
        <w:rPr>
          <w:b/>
        </w:rPr>
        <w:t xml:space="preserve">[45:15] </w:t>
      </w:r>
      <w:r>
        <w:t>i would like to say that violent activism against reason, as well against islamic teachings.</w:t>
      </w:r>
    </w:p>
    <w:p>
      <w:pPr>
        <w:jc w:val="right"/>
      </w:pPr>
      <w:r>
        <w:t>ائی وڈ لائک ٹو سے دیٹ وائلنٹ ایکٹیوزم اگینسٹ ریزن، ایز ویل اگینسٹ اسلامک ٹیچنگز۔</w:t>
      </w:r>
    </w:p>
    <w:p>
      <w:r>
        <w:rPr>
          <w:b/>
        </w:rPr>
        <w:t xml:space="preserve">[45:27] </w:t>
      </w:r>
      <w:r>
        <w:t>peace is the only option fast. peace is the sum bonum.</w:t>
      </w:r>
    </w:p>
    <w:p>
      <w:pPr>
        <w:jc w:val="right"/>
      </w:pPr>
      <w:r>
        <w:t>پیس از دا اونلی اپشن فاس۔ پیس از دا سم بونم۔</w:t>
      </w:r>
    </w:p>
    <w:p>
      <w:r>
        <w:rPr>
          <w:b/>
        </w:rPr>
        <w:t xml:space="preserve">[45:36] </w:t>
      </w:r>
      <w:r>
        <w:t>peace is the only option fast.</w:t>
      </w:r>
    </w:p>
    <w:p>
      <w:pPr>
        <w:jc w:val="right"/>
      </w:pPr>
      <w:r>
        <w:t>پیس از دا اونلی اپشن فاس۔</w:t>
      </w:r>
    </w:p>
    <w:p>
      <w:r>
        <w:rPr>
          <w:b/>
        </w:rPr>
        <w:t xml:space="preserve">[45:40] </w:t>
      </w:r>
      <w:r>
        <w:t>if you abandon peace, then we cannot achieve anything. we</w:t>
      </w:r>
    </w:p>
    <w:p>
      <w:pPr>
        <w:jc w:val="right"/>
      </w:pPr>
      <w:r>
        <w:t>اف یو ابینڈ پیس، دین وی کناٹ اچیو اینی تھنگ۔ وی</w:t>
      </w:r>
    </w:p>
    <w:p>
      <w:r>
        <w:rPr>
          <w:b/>
        </w:rPr>
        <w:t xml:space="preserve">[45:46] </w:t>
      </w:r>
      <w:r>
        <w:t>will go to failure. we have to adopt peaceful activism, peaceful method, peaceful way of activities.</w:t>
      </w:r>
    </w:p>
    <w:p>
      <w:pPr>
        <w:jc w:val="right"/>
      </w:pPr>
      <w:r>
        <w:t>ویل گو ٹو فیلیر۔ وی ہیو ٹو اڈاپٹ پیس فل ایکٹیوزم، پیس فل میتھڈ، پیس فل وے اف ایکٹیویٹیز۔</w:t>
      </w:r>
    </w:p>
    <w:p>
      <w:r>
        <w:rPr>
          <w:b/>
        </w:rPr>
        <w:t xml:space="preserve">[46:01] </w:t>
      </w:r>
      <w:r>
        <w:t>this is the law of nature, this is the divine law, this is the lesson i opted from history.</w:t>
      </w:r>
    </w:p>
    <w:p>
      <w:pPr>
        <w:jc w:val="right"/>
      </w:pPr>
      <w:r>
        <w:t>دس از دا لاء اف نیچر، دس از دا ڈیوائن لاء، دس از دا لیسن ائی اپٹڈ فرام ہسٹری۔</w:t>
      </w:r>
    </w:p>
    <w:p>
      <w:r>
        <w:rPr>
          <w:b/>
        </w:rPr>
        <w:t xml:space="preserve">[46:15] </w:t>
      </w:r>
      <w:r>
        <w:t>so, we have to reassess the whole thing. we have to revise our activities. we have to replan our life.</w:t>
      </w:r>
    </w:p>
    <w:p>
      <w:pPr>
        <w:jc w:val="right"/>
      </w:pPr>
      <w:r>
        <w:t>سو، وی ہیو ٹو ریسس دا ہول تھنگ۔ وی ہیو ٹو ریوائز اور ایکٹیویٹیز۔ وی ہیو ٹو ری پلان اور لائف۔</w:t>
      </w:r>
    </w:p>
    <w:p>
      <w:r>
        <w:rPr>
          <w:b/>
        </w:rPr>
        <w:t xml:space="preserve">[46:26] </w:t>
      </w:r>
      <w:r>
        <w:t>now, the time is to replan our life. now, time is to reassess the whole thing. you have to revise our activities, otherwise no future, no hope.</w:t>
      </w:r>
    </w:p>
    <w:p>
      <w:pPr>
        <w:jc w:val="right"/>
      </w:pPr>
      <w:r>
        <w:t>ناؤ، دا ٹائم از ٹو ری پلان اور لائف۔ ناؤ، ٹائم از ٹو ریسس دا ہول تھنگ۔ یو ہیو ٹو ریوائز اور ایکٹیویٹیز، ادروائز نو فیوچر، نو ہوپ۔</w:t>
      </w:r>
    </w:p>
    <w:p>
      <w:r>
        <w:rPr>
          <w:b/>
        </w:rPr>
        <w:t xml:space="preserve">[46:44] </w:t>
      </w:r>
      <w:r>
        <w:t>All those losses that Muslims are facing is nothing but they are paying the price of their own wrong policies.</w:t>
      </w:r>
    </w:p>
    <w:p>
      <w:pPr>
        <w:jc w:val="right"/>
      </w:pPr>
      <w:r>
        <w:t>ال دوز لاسز دیٹ مسلمز ار فیسنگ از نتھنگ بٹ دے ار پینگ دا پرائس اف دیر اون رونگ پالیسیز۔</w:t>
      </w:r>
    </w:p>
    <w:p>
      <w:r>
        <w:rPr>
          <w:b/>
        </w:rPr>
        <w:t xml:space="preserve">[47:00] </w:t>
      </w:r>
      <w:r>
        <w:t>Muslims are paying the price of their own wrong policies. Muslim themselves are to be blamed.</w:t>
      </w:r>
    </w:p>
    <w:p>
      <w:pPr>
        <w:jc w:val="right"/>
      </w:pPr>
      <w:r>
        <w:t>مسلمز ار پینگ دا پرائس اف دیر اون رونگ پالیسیز۔ مسلم دیم سیلف ار ٹو بی بلیمڈ۔</w:t>
      </w:r>
    </w:p>
    <w:p>
      <w:r>
        <w:rPr>
          <w:b/>
        </w:rPr>
        <w:t xml:space="preserve">[47:10] </w:t>
      </w:r>
      <w:r>
        <w:t>by sincere, sincere opinion, after long study, unbiased study, objective study.</w:t>
      </w:r>
    </w:p>
    <w:p>
      <w:pPr>
        <w:jc w:val="right"/>
      </w:pPr>
      <w:r>
        <w:t>بائی سنسیر، سنسیر اوپینین، افٹر لانگ اسٹڈی، ان بائسڈ اسٹڈی، ان ابجیکٹو اسٹڈی۔</w:t>
      </w:r>
    </w:p>
    <w:p>
      <w:r>
        <w:rPr>
          <w:b/>
        </w:rPr>
        <w:t xml:space="preserve">[47:27] </w:t>
      </w:r>
      <w:r>
        <w:t>so, now we have no time for deals. we cannot deal.</w:t>
      </w:r>
    </w:p>
    <w:p>
      <w:pPr>
        <w:jc w:val="right"/>
      </w:pPr>
      <w:r>
        <w:t>سو، ناؤ وی ہیو نو ٹائم فار ڈیلے۔ وی کناٹ ڈیلے۔</w:t>
      </w:r>
    </w:p>
    <w:p>
      <w:r>
        <w:rPr>
          <w:b/>
        </w:rPr>
        <w:t xml:space="preserve">[47:44] </w:t>
      </w:r>
      <w:r>
        <w:t>we have to, we have to restudy Islam. you have to</w:t>
      </w:r>
    </w:p>
    <w:p>
      <w:pPr>
        <w:jc w:val="right"/>
      </w:pPr>
      <w:r>
        <w:t>وی ہیو ٹو، وی ہیو ٹو ری اسٹڈی اسلام۔ یو ہیو ٹو</w:t>
      </w:r>
    </w:p>
    <w:p>
      <w:r>
        <w:rPr>
          <w:b/>
        </w:rPr>
        <w:t xml:space="preserve">[47:57] </w:t>
      </w:r>
      <w:r>
        <w:t>reconsider the whole thing.</w:t>
      </w:r>
    </w:p>
    <w:p>
      <w:pPr>
        <w:jc w:val="right"/>
      </w:pPr>
      <w:r>
        <w:t>ریکنسیڈر دا ہول تھنگ۔</w:t>
      </w:r>
    </w:p>
    <w:p>
      <w:r>
        <w:rPr>
          <w:b/>
        </w:rPr>
        <w:t xml:space="preserve">[48:04] </w:t>
      </w:r>
      <w:r>
        <w:t>may God bless you, may God give you strength and courage to do like this. agoool qool astaghfirullah, azizaan-e-karaam.</w:t>
      </w:r>
    </w:p>
    <w:p>
      <w:pPr>
        <w:jc w:val="right"/>
      </w:pPr>
      <w:r>
        <w:t>می گاڈ بلیس یو، می گاڈ گیو یو سٹرینتھ اینڈ کریج ٹو ڈو لائک دس۔ اقول قول استغفراللہ، عزیزان کرام۔</w:t>
      </w:r>
    </w:p>
    <w:p>
      <w:r>
        <w:rPr>
          <w:b/>
        </w:rPr>
        <w:t xml:space="preserve">[48:31] </w:t>
      </w:r>
      <w:r>
        <w:t>this question is from Miss Razia. what is the definition of justice according to Islamic teachings?</w:t>
      </w:r>
    </w:p>
    <w:p>
      <w:pPr>
        <w:jc w:val="right"/>
      </w:pPr>
      <w:r>
        <w:t>دس کوئسچن از فرام مس راضیہ۔ واٹ از دا ڈیفینیشن اف جسٹس اکارڈنگ ٹو اسلامک ٹیچنگز؟</w:t>
      </w:r>
    </w:p>
    <w:p>
      <w:r>
        <w:rPr>
          <w:b/>
        </w:rPr>
        <w:t xml:space="preserve">[48:41] </w:t>
      </w:r>
      <w:r>
        <w:t>can we get justice in this world?</w:t>
      </w:r>
    </w:p>
    <w:p>
      <w:pPr>
        <w:jc w:val="right"/>
      </w:pPr>
      <w:r>
        <w:t>کین وی گیٹ جسٹس ان دس ورلڈ؟</w:t>
      </w:r>
    </w:p>
    <w:p>
      <w:r>
        <w:rPr>
          <w:b/>
        </w:rPr>
        <w:t xml:space="preserve">[48:53] </w:t>
      </w:r>
      <w:r>
        <w:t>in this world, justice to achieve justice is not possible, not at all.</w:t>
      </w:r>
    </w:p>
    <w:p>
      <w:pPr>
        <w:jc w:val="right"/>
      </w:pPr>
      <w:r>
        <w:t>ان دس ورلڈ، جسٹس ٹو اچیو جسٹس از ناٹ پاسیبل، ناٹ ایٹ ال۔</w:t>
      </w:r>
    </w:p>
    <w:p>
      <w:r>
        <w:rPr>
          <w:b/>
        </w:rPr>
        <w:t xml:space="preserve">[49:03] </w:t>
      </w:r>
      <w:r>
        <w:t>justice is achievable only in the day hereafter.</w:t>
      </w:r>
    </w:p>
    <w:p>
      <w:pPr>
        <w:jc w:val="right"/>
      </w:pPr>
      <w:r>
        <w:t>جسٹس از اچیوبل اونلی ان دا ڈے ہیر افٹر۔</w:t>
      </w:r>
    </w:p>
    <w:p>
      <w:r>
        <w:rPr>
          <w:b/>
        </w:rPr>
        <w:t xml:space="preserve">[49:12] </w:t>
      </w:r>
      <w:r>
        <w:t>you can see the result in our courts. there are million cases, but no one is punished, no punishment.</w:t>
      </w:r>
    </w:p>
    <w:p>
      <w:pPr>
        <w:jc w:val="right"/>
      </w:pPr>
      <w:r>
        <w:t>یو کین سی دا رزلٹ ان اور کورٹس۔ دیر ار ملین کیسز، بٹ نو ون از پنشڈ، نو پنشمنٹ۔</w:t>
      </w:r>
    </w:p>
    <w:p>
      <w:r>
        <w:rPr>
          <w:b/>
        </w:rPr>
        <w:t xml:space="preserve">[49:31] </w:t>
      </w:r>
      <w:r>
        <w:t>every day, there are crimes.</w:t>
      </w:r>
    </w:p>
    <w:p>
      <w:pPr>
        <w:jc w:val="right"/>
      </w:pPr>
      <w:r>
        <w:t>ایوری ڈے، دیر ار کرائمز۔</w:t>
      </w:r>
    </w:p>
    <w:p>
      <w:r>
        <w:rPr>
          <w:b/>
        </w:rPr>
        <w:t xml:space="preserve">[49:33] </w:t>
      </w:r>
      <w:r>
        <w:t>if you read the papers or you see the TV, you find every day, there are heinous crimes, every day, but no punishment.</w:t>
      </w:r>
    </w:p>
    <w:p>
      <w:pPr>
        <w:jc w:val="right"/>
      </w:pPr>
      <w:r>
        <w:t>اف یو ریڈ دا پیپرز اور یو سی دا ٹی وی، یو فائنڈ ایوری ڈے، دیر ار ہینس کرائمز، ایوری ڈے، بٹ نو پنشمنٹ۔</w:t>
      </w:r>
    </w:p>
    <w:p>
      <w:r>
        <w:rPr>
          <w:b/>
        </w:rPr>
        <w:t xml:space="preserve">[49:46] </w:t>
      </w:r>
      <w:r>
        <w:t>although there are a great administration of justice. why? because there are so many other, other factors that prevails</w:t>
      </w:r>
    </w:p>
    <w:p>
      <w:pPr>
        <w:jc w:val="right"/>
      </w:pPr>
      <w:r>
        <w:t>الدو دیر ار ا گریٹ ایڈمنسٹریشن اف جسٹس۔ وائی؟ بیکاز دیر ار سو مینی ادر، ادر فیکٹرز دیٹ پریویلز</w:t>
      </w:r>
    </w:p>
    <w:p>
      <w:r>
        <w:rPr>
          <w:b/>
        </w:rPr>
        <w:t xml:space="preserve">[50:01] </w:t>
      </w:r>
      <w:r>
        <w:t>factor of advocacy. there are so many advocates. advocates only want fee, and then they become advocate of crime, of criminal.</w:t>
      </w:r>
    </w:p>
    <w:p>
      <w:pPr>
        <w:jc w:val="right"/>
      </w:pPr>
      <w:r>
        <w:t>فیکٹر اف ایڈوکیسی۔ دیر ار سو مینی ایڈوکیٹ۔ ایڈوکیٹس اونلی وانٹ فی، اینڈ دین دے بیکم ایڈوکیٹ اف کرائم، اف کریمنل۔</w:t>
      </w:r>
    </w:p>
    <w:p>
      <w:r>
        <w:rPr>
          <w:b/>
        </w:rPr>
        <w:t xml:space="preserve">[50:12] </w:t>
      </w:r>
      <w:r>
        <w:t>so, how you can, you can control this system? any criminal, if he have enough money to pay the fee of success advocate</w:t>
      </w:r>
    </w:p>
    <w:p>
      <w:pPr>
        <w:jc w:val="right"/>
      </w:pPr>
      <w:r>
        <w:t>سو، ہاؤ یو کین، یو کین کنٹرول دس سسٹم؟ اینی کریمنل، اف ہی ہیو انف منی ٹو پے دا فیس اف سکسیس ایڈوکیٹ</w:t>
      </w:r>
    </w:p>
    <w:p>
      <w:r>
        <w:rPr>
          <w:b/>
        </w:rPr>
        <w:t xml:space="preserve">[50:31] </w:t>
      </w:r>
      <w:r>
        <w:t>, he believe that I know court will give me punishment. it happens every day.</w:t>
      </w:r>
    </w:p>
    <w:p>
      <w:pPr>
        <w:jc w:val="right"/>
      </w:pPr>
      <w:r>
        <w:t>، ہی بیلیو دیٹ ائی نو کورٹ ول گیو می پنشمنٹ۔ اٹ ہیپنز ایوری ڈے۔</w:t>
      </w:r>
    </w:p>
    <w:p>
      <w:r>
        <w:rPr>
          <w:b/>
        </w:rPr>
        <w:t xml:space="preserve">[50:43] </w:t>
      </w:r>
      <w:r>
        <w:t>so, there is a beautiful line in Urdu: "jab ke do moziyon mein ho khatpat, apne bachne ki fikr kar chhatpat."</w:t>
      </w:r>
    </w:p>
    <w:p>
      <w:pPr>
        <w:jc w:val="right"/>
      </w:pPr>
      <w:r>
        <w:t>سو، دیر از ا بیوٹی فل لائن ان اردو: "جب کہ دو موزیوں میں ہو کھٹپٹ، اپنے بچنے کی فکر کر چھٹپٹ۔"</w:t>
      </w:r>
    </w:p>
    <w:p>
      <w:r>
        <w:rPr>
          <w:b/>
        </w:rPr>
        <w:t xml:space="preserve">[50:59] </w:t>
      </w:r>
      <w:r>
        <w:t>so, justice is you cannot achieve justice from court, from administration. it is impossible. result is enough to prove my point.</w:t>
      </w:r>
    </w:p>
    <w:p>
      <w:pPr>
        <w:jc w:val="right"/>
      </w:pPr>
      <w:r>
        <w:t>سو، جسٹس از یو کناٹ اچیو جسٹس فرام کورٹ، فرام ایڈمنسٹریشن۔ اٹ از امپاسیبل۔ رزلٹ از انف ٹو پروف مائی پوائنٹ۔</w:t>
      </w:r>
    </w:p>
    <w:p>
      <w:r>
        <w:rPr>
          <w:b/>
        </w:rPr>
        <w:t xml:space="preserve">[51:13] </w:t>
      </w:r>
      <w:r>
        <w:t>so, you have to keep patience. you have to plan your life in realities. you have to save yourself.</w:t>
      </w:r>
    </w:p>
    <w:p>
      <w:pPr>
        <w:jc w:val="right"/>
      </w:pPr>
      <w:r>
        <w:t>سو، یو ہیو ٹو کیپ پیشنس۔ یو ہیو ٹو پلان یور لائف ان ریلیٹیز۔ یو ہیو ٹو سیو یور سیلف۔</w:t>
      </w:r>
    </w:p>
    <w:p>
      <w:r>
        <w:rPr>
          <w:b/>
        </w:rPr>
        <w:t xml:space="preserve">[51:24] </w:t>
      </w:r>
      <w:r>
        <w:t>no administration of justice can save you,</w:t>
      </w:r>
    </w:p>
    <w:p>
      <w:pPr>
        <w:jc w:val="right"/>
      </w:pPr>
      <w:r>
        <w:t>نو ایڈمنسٹریشن اف جسٹس کین سیو یو،</w:t>
      </w:r>
    </w:p>
    <w:p>
      <w:r>
        <w:rPr>
          <w:b/>
        </w:rPr>
        <w:t xml:space="preserve">[51:28] </w:t>
      </w:r>
      <w:r>
        <w:t>no judicial system can give you justice. you, you must, you have to achieve justice by following the principle of sabr, principle of wisdom.</w:t>
      </w:r>
    </w:p>
    <w:p>
      <w:pPr>
        <w:jc w:val="right"/>
      </w:pPr>
      <w:r>
        <w:t>نو جوڈیشل سسٹم کین گیو یو جسٹس۔ یو، یو مسٹ، یو ہیو ٹو اچیو جسٹس بائی فالونگ دا پرنسپل اف صبر، پرنسپل اف وزڈم۔</w:t>
      </w:r>
    </w:p>
    <w:p>
      <w:r>
        <w:rPr>
          <w:b/>
        </w:rPr>
        <w:t xml:space="preserve">[51:45] </w:t>
      </w:r>
      <w:r>
        <w:t>this is my study, this is my experience. this question is from Miss Sarah Fatima, Bangalore</w:t>
      </w:r>
    </w:p>
    <w:p>
      <w:pPr>
        <w:jc w:val="right"/>
      </w:pPr>
      <w:r>
        <w:t>دس از مائی اسٹڈی، دس از مائی ایکسپیرینس۔ دس کوئسچن از فرام مس سارہ فاطمہ، بینگلور</w:t>
      </w:r>
    </w:p>
    <w:p>
      <w:r>
        <w:rPr>
          <w:b/>
        </w:rPr>
        <w:t xml:space="preserve">[51:58] </w:t>
      </w:r>
      <w:r>
        <w:t>. what is the source of the false ideology of the present day Muslims?</w:t>
      </w:r>
    </w:p>
    <w:p>
      <w:pPr>
        <w:jc w:val="right"/>
      </w:pPr>
      <w:r>
        <w:t>۔ واٹ از دا سورس اف دی فالس ائیڈیالوجی اف دا پریزنٹ ڈے مسلمز؟</w:t>
      </w:r>
    </w:p>
    <w:p>
      <w:r>
        <w:rPr>
          <w:b/>
        </w:rPr>
        <w:t xml:space="preserve">[52:07] </w:t>
      </w:r>
      <w:r>
        <w:t>you can find the answer by contacting any muslim, any muslim. xyz, if you ask him any question, he will begin talking, but a kind to own mind.</w:t>
      </w:r>
    </w:p>
    <w:p>
      <w:pPr>
        <w:jc w:val="right"/>
      </w:pPr>
      <w:r>
        <w:t>یو کین فائنڈ دا انسر بائی کنٹیکٹنگ اینی مسلم، اینی مسلم۔ ایکس وائی زیڈ، اف یو اسک ہم اینی کوئسچن، ہی ول بگن ٹاکنگ، بٹ ا کائنڈ ٹو اون مائنڈ۔</w:t>
      </w:r>
    </w:p>
    <w:p>
      <w:r>
        <w:rPr>
          <w:b/>
        </w:rPr>
        <w:t xml:space="preserve">[52:27] </w:t>
      </w:r>
      <w:r>
        <w:t>no one will refer to quranic verses or hadith. so, they are doing a kind to their desires, a kind to their own mind, a kind to their emotions.</w:t>
      </w:r>
    </w:p>
    <w:p>
      <w:pPr>
        <w:jc w:val="right"/>
      </w:pPr>
      <w:r>
        <w:t>نو ون ول ریفر ٹو قرانک ورسز اور حدیث۔ سو، دے ار ڈوئنگ ا کائنڈ ٹو دیر ڈیزائرز، ا کائنڈ ٹو دیر اون مائنڈ، ا کائنڈ ٹو دیر ایموشنز۔</w:t>
      </w:r>
    </w:p>
    <w:p>
      <w:r>
        <w:rPr>
          <w:b/>
        </w:rPr>
        <w:t xml:space="preserve">[52:44] </w:t>
      </w:r>
      <w:r>
        <w:t>so, we have to, our mission is to convince muslims that this kind of thinking is wrong</w:t>
      </w:r>
    </w:p>
    <w:p>
      <w:pPr>
        <w:jc w:val="right"/>
      </w:pPr>
      <w:r>
        <w:t>سو، وی ہیو ٹو، اور مشن از ٹو کنونس مسلمز دیٹ دس کائنڈ اف تھنکنگ از رونگ</w:t>
      </w:r>
    </w:p>
    <w:p>
      <w:r>
        <w:rPr>
          <w:b/>
        </w:rPr>
        <w:t xml:space="preserve">[52:53] </w:t>
      </w:r>
      <w:r>
        <w:t>. you have to study quran, you have to study hadith, you have to study the life of the prophet of islam, and</w:t>
      </w:r>
    </w:p>
    <w:p>
      <w:pPr>
        <w:jc w:val="right"/>
      </w:pPr>
      <w:r>
        <w:t>۔ یو ہیو ٹو اسٹڈی قران، یو ہیو ٹو اسٹڈی حدیث، یو ہیو ٹو اسٹڈی دا لائف اف دا پرافٹ اف اسلام، اینڈ</w:t>
      </w:r>
    </w:p>
    <w:p>
      <w:r>
        <w:rPr>
          <w:b/>
        </w:rPr>
        <w:t xml:space="preserve">[53:03] </w:t>
      </w:r>
      <w:r>
        <w:t>and find out the true path of islam without any bias, without any emotions.</w:t>
      </w:r>
    </w:p>
    <w:p>
      <w:pPr>
        <w:jc w:val="right"/>
      </w:pPr>
      <w:r>
        <w:t>اینڈ فائنڈ اؤٹ دا ٹرو پاتھ اف اسلام وداؤٹ اینی بائس، وداؤٹ اینی ایموشنز۔</w:t>
      </w:r>
    </w:p>
    <w:p>
      <w:r>
        <w:rPr>
          <w:b/>
        </w:rPr>
        <w:t xml:space="preserve">[53:13] </w:t>
      </w:r>
      <w:r>
        <w:t>so, muslims have, in short, muslims deviated from the path of islam.</w:t>
      </w:r>
    </w:p>
    <w:p>
      <w:pPr>
        <w:jc w:val="right"/>
      </w:pPr>
      <w:r>
        <w:t>سو، مسلمز ہیو، ان شارٹ، مسلمز ڈیویٹڈ فرام دا پاتھ اف اسلام۔</w:t>
      </w:r>
    </w:p>
    <w:p>
      <w:r>
        <w:rPr>
          <w:b/>
        </w:rPr>
        <w:t xml:space="preserve">[53:20] </w:t>
      </w:r>
      <w:r>
        <w:t>it is this deviation that has created all problems, problems. this question is from mr. khwaja kaleemuddin from pennsylvania.</w:t>
      </w:r>
    </w:p>
    <w:p>
      <w:pPr>
        <w:jc w:val="right"/>
      </w:pPr>
      <w:r>
        <w:t>اٹ از دس ڈیویشن دیٹ ہیز کریٹڈ ال پرابلمز، پرابلمز۔ دس کوئسچن از فرام مسٹر خواجہ کلیم الدین فرام پینسلوینیا۔</w:t>
      </w:r>
    </w:p>
    <w:p>
      <w:r>
        <w:rPr>
          <w:b/>
        </w:rPr>
        <w:t xml:space="preserve">[53:32] </w:t>
      </w:r>
      <w:r>
        <w:t>we hear a new word today: "state terrorism". this are acts of terrorism conducted by governments. in your opinion, is there any thing called state terrorism</w:t>
      </w:r>
    </w:p>
    <w:p>
      <w:pPr>
        <w:jc w:val="right"/>
      </w:pPr>
      <w:r>
        <w:t>وی ہیئر ا نیو ورڈ ٹوڈے: "اسٹیٹ ٹیررزم"۔ دس ار ایکٹس اف ٹیررزم کنڈکٹڈ بائی گورنمنٹس۔ ان یور اوپینین، از دیر اینی تھنگ کالڈ سٹیٹ ٹیررزم</w:t>
      </w:r>
    </w:p>
    <w:p>
      <w:r>
        <w:rPr>
          <w:b/>
        </w:rPr>
        <w:t xml:space="preserve">[53:46] </w:t>
      </w:r>
      <w:r>
        <w:t>? if yes, is it allowed for the governments to conduct such acts islamically? and what should be the response from people in this situation?</w:t>
      </w:r>
    </w:p>
    <w:p>
      <w:pPr>
        <w:jc w:val="right"/>
      </w:pPr>
      <w:r>
        <w:t>؟ اف یس، از اٹ الاؤڈ فار دا گورنمنٹس ٹو کنڈکٹ سچ ایکٹس اسلامیکلی؟ اینڈ واٹ شوڈ بی دا رسپانس فرام پیپل ان دس سچویشن؟</w:t>
      </w:r>
    </w:p>
    <w:p>
      <w:r>
        <w:rPr>
          <w:b/>
        </w:rPr>
        <w:t xml:space="preserve">[53:57] </w:t>
      </w:r>
      <w:r>
        <w:t>no, i don't subscribe with this notion. state terrorism was kind by so called human right activist.</w:t>
      </w:r>
    </w:p>
    <w:p>
      <w:pPr>
        <w:jc w:val="right"/>
      </w:pPr>
      <w:r>
        <w:t>نو، ائی ڈونٹ سبسکرائب ود دس نوشن۔ اسٹیٹ ٹیررزم واز کائنڈ بائی سو کالڈ ہیومن رائٹ ایکٹیوسٹ۔</w:t>
      </w:r>
    </w:p>
    <w:p>
      <w:r>
        <w:rPr>
          <w:b/>
        </w:rPr>
        <w:t xml:space="preserve">[54:07] </w:t>
      </w:r>
      <w:r>
        <w:t>no such thing that is state terrorism. state is allowed to arm you, to use arms.</w:t>
      </w:r>
    </w:p>
    <w:p>
      <w:pPr>
        <w:jc w:val="right"/>
      </w:pPr>
      <w:r>
        <w:t>نو سچ تھنگ دیٹ از سٹیٹ ٹیررزم۔ اسٹیٹ از الاؤڈ ٹو ارم یو، ٹو یوز ارمز۔</w:t>
      </w:r>
    </w:p>
    <w:p>
      <w:r>
        <w:rPr>
          <w:b/>
        </w:rPr>
        <w:t xml:space="preserve">[54:16] </w:t>
      </w:r>
      <w:r>
        <w:t>when an state, when a state uses arms, so allowed, but other organizations are not allowed.</w:t>
      </w:r>
    </w:p>
    <w:p>
      <w:pPr>
        <w:jc w:val="right"/>
      </w:pPr>
      <w:r>
        <w:t>وین این سٹیٹ، وین ا سٹیٹ یوز ارمز، سو الاؤڈ، بٹ ادر ارگنائزیشنز ار ناٹ الاؤڈ۔</w:t>
      </w:r>
    </w:p>
    <w:p>
      <w:r>
        <w:rPr>
          <w:b/>
        </w:rPr>
        <w:t xml:space="preserve">[54:27] </w:t>
      </w:r>
      <w:r>
        <w:t>so, all those activities by ngos is basically wrong.</w:t>
      </w:r>
    </w:p>
    <w:p>
      <w:pPr>
        <w:jc w:val="right"/>
      </w:pPr>
      <w:r>
        <w:t>تو، ال دوز ایکٹیویٹیز بائی این جی اوز از بیسیکلی رونگ۔</w:t>
      </w:r>
    </w:p>
    <w:p>
      <w:r>
        <w:rPr>
          <w:b/>
        </w:rPr>
        <w:t xml:space="preserve">[54:37] </w:t>
      </w:r>
      <w:r>
        <w:t>now, it is fact that some states commit wrongs, not only present states.</w:t>
      </w:r>
    </w:p>
    <w:p>
      <w:pPr>
        <w:jc w:val="right"/>
      </w:pPr>
      <w:r>
        <w:t>ناو، اٹ از فیکٹ دیٹ سم اسٹیٹس کمٹ رونگز، ناٹ اونلی پریزنٹ اسٹیٹس۔</w:t>
      </w:r>
    </w:p>
    <w:p>
      <w:r>
        <w:rPr>
          <w:b/>
        </w:rPr>
        <w:t xml:space="preserve">[54:45] </w:t>
      </w:r>
      <w:r>
        <w:t>even muslim kings have committed so many wrongs. for example, mahmud ghaznavi came to india and he demolish the somnath mandir.</w:t>
      </w:r>
    </w:p>
    <w:p>
      <w:pPr>
        <w:jc w:val="right"/>
      </w:pPr>
      <w:r>
        <w:t>ایون مسلم کنگز ہیو کمٹڈ سو مینی رونگز۔ فار ایگزیمپل، محمود غزنوی کیم ٹو انڈیا اینڈ ہی ڈیمولش دا سوم رات مندر۔</w:t>
      </w:r>
    </w:p>
    <w:p>
      <w:r>
        <w:rPr>
          <w:b/>
        </w:rPr>
        <w:t xml:space="preserve">[54:57] </w:t>
      </w:r>
      <w:r>
        <w:t>it was wrong. so, there is other issue. you cannot say that that there is state t</w:t>
      </w:r>
    </w:p>
    <w:p>
      <w:pPr>
        <w:jc w:val="right"/>
      </w:pPr>
      <w:r>
        <w:t>اٹ واز رونگ۔ سو، دیر از ادر ایشو۔ یو کناٹ سے دیٹ دیٹ دیر از اسٹیٹ ٹ</w:t>
      </w:r>
    </w:p>
    <w:p>
      <w:r>
        <w:rPr>
          <w:b/>
        </w:rPr>
        <w:t xml:space="preserve">[55:06] </w:t>
      </w:r>
      <w:r>
        <w:t>errorism. no, you can say that some kings, some rulers</w:t>
      </w:r>
    </w:p>
    <w:p>
      <w:pPr>
        <w:jc w:val="right"/>
      </w:pPr>
      <w:r>
        <w:t>یررزم۔ نو، یو کین سے دیٹ سم کنگز، سم رولرز</w:t>
      </w:r>
    </w:p>
    <w:p>
      <w:r>
        <w:rPr>
          <w:b/>
        </w:rPr>
        <w:t xml:space="preserve">[55:13] </w:t>
      </w:r>
      <w:r>
        <w:t>fail to follow the principle of justice, and you can refer their case in nations.</w:t>
      </w:r>
    </w:p>
    <w:p>
      <w:pPr>
        <w:jc w:val="right"/>
      </w:pPr>
      <w:r>
        <w:t>فیل ٹو فالو دا پرنسپل اف جسٹس، اینڈ یو کین ریفر دیر کیس ان نیشنز۔</w:t>
      </w:r>
    </w:p>
    <w:p>
      <w:r>
        <w:rPr>
          <w:b/>
        </w:rPr>
        <w:t xml:space="preserve">[55:23] </w:t>
      </w:r>
      <w:r>
        <w:t>now, you have nations. previously, it was law.</w:t>
      </w:r>
    </w:p>
    <w:p>
      <w:pPr>
        <w:jc w:val="right"/>
      </w:pPr>
      <w:r>
        <w:t>ناو، یو ہیو نیشنز۔ پریویسلی، اٹ واز لاٹ۔</w:t>
      </w:r>
    </w:p>
    <w:p>
      <w:r>
        <w:rPr>
          <w:b/>
        </w:rPr>
        <w:t xml:space="preserve">[55:31] </w:t>
      </w:r>
      <w:r>
        <w:t>so, i can say that even what is called state terrorism is a lesson fast.</w:t>
      </w:r>
    </w:p>
    <w:p>
      <w:pPr>
        <w:jc w:val="right"/>
      </w:pPr>
      <w:r>
        <w:t>سو، ائی کین سے دیٹ ایون واٹ از کالڈ اسٹیٹ ٹیررزم از ا لیسن فاس۔</w:t>
      </w:r>
    </w:p>
    <w:p>
      <w:r>
        <w:rPr>
          <w:b/>
        </w:rPr>
        <w:t xml:space="preserve">[55:41] </w:t>
      </w:r>
      <w:r>
        <w:t>for example, let's take the iraq.</w:t>
      </w:r>
    </w:p>
    <w:p>
      <w:pPr>
        <w:jc w:val="right"/>
      </w:pPr>
      <w:r>
        <w:t>فار ایگزیمپل، لیٹس ٹیک دا عراق۔</w:t>
      </w:r>
    </w:p>
    <w:p>
      <w:r>
        <w:rPr>
          <w:b/>
        </w:rPr>
        <w:t xml:space="preserve">[55:47] </w:t>
      </w:r>
      <w:r>
        <w:t>america, americans demanded saddam to step down. he was a dictator, he was not a democratic ruler.</w:t>
      </w:r>
    </w:p>
    <w:p>
      <w:pPr>
        <w:jc w:val="right"/>
      </w:pPr>
      <w:r>
        <w:t>امریکہ، امریکنز ڈیمانڈڈ صدام ٹو سٹیپ ڈاؤن۔ ہی واز ا ڈکٹیٹر، ہی واز ناٹ ا ڈیموکریٹک رولر۔</w:t>
      </w:r>
    </w:p>
    <w:p>
      <w:r>
        <w:rPr>
          <w:b/>
        </w:rPr>
        <w:t xml:space="preserve">[55:58] </w:t>
      </w:r>
      <w:r>
        <w:t>so, i think that it was right demand. if saddam hussein</w:t>
      </w:r>
    </w:p>
    <w:p>
      <w:pPr>
        <w:jc w:val="right"/>
      </w:pPr>
      <w:r>
        <w:t>سو، ائی تھنک دیٹ اٹ واز رائٹ ڈیمانڈ۔ اف صدام حسین</w:t>
      </w:r>
    </w:p>
    <w:p>
      <w:r>
        <w:rPr>
          <w:b/>
        </w:rPr>
        <w:t xml:space="preserve">[56:08] </w:t>
      </w:r>
      <w:r>
        <w:t>was ready to step down, then no problem. so, it was not state terrorism, it was wrong policies of muslim leader that problem.</w:t>
      </w:r>
    </w:p>
    <w:p>
      <w:pPr>
        <w:jc w:val="right"/>
      </w:pPr>
      <w:r>
        <w:t>واز ریڈی ٹو سٹیپ ڈاؤن، دین نو پرابلم۔ سو، اٹ واز ناٹ اسٹیٹ ٹیررزم، اٹ واز رونگ پالیسیز اف مسلم لیڈر دیٹ پروبلم۔</w:t>
      </w:r>
    </w:p>
    <w:p>
      <w:r>
        <w:rPr>
          <w:b/>
        </w:rPr>
        <w:t xml:space="preserve">[56:24] </w:t>
      </w:r>
      <w:r>
        <w:t>this question is from mr. ramesh from new delhi.</w:t>
      </w:r>
    </w:p>
    <w:p>
      <w:pPr>
        <w:jc w:val="right"/>
      </w:pPr>
      <w:r>
        <w:t>دس کوئسچن از فرام مسٹر رامش فرام نیو دہلی۔</w:t>
      </w:r>
    </w:p>
    <w:p>
      <w:r>
        <w:rPr>
          <w:b/>
        </w:rPr>
        <w:t xml:space="preserve">[56:28] </w:t>
      </w:r>
      <w:r>
        <w:t>wai do muslims regard all non muslims as their enemies?</w:t>
      </w:r>
    </w:p>
    <w:p>
      <w:pPr>
        <w:jc w:val="right"/>
      </w:pPr>
      <w:r>
        <w:t>وائی ڈو مسلمز ریگارڈ ال نان مسلمز ایز دیر اینمیز؟</w:t>
      </w:r>
    </w:p>
    <w:p>
      <w:r>
        <w:rPr>
          <w:b/>
        </w:rPr>
        <w:t xml:space="preserve">[56:38] </w:t>
      </w:r>
      <w:r>
        <w:t>muslims, due to the, most muslims are basically emotional. all the muslims are emotional, or also are all educated people.</w:t>
      </w:r>
    </w:p>
    <w:p>
      <w:pPr>
        <w:jc w:val="right"/>
      </w:pPr>
      <w:r>
        <w:t>مسلمز، ڈیو ٹو دا، موسٹ مسلمز ار بیسیکلی ایموشنل۔ ال دا مسلمز ار ایموشنل، اور السو ار ال ایجوکیٹڈ پیپل۔</w:t>
      </w:r>
    </w:p>
    <w:p>
      <w:r>
        <w:rPr>
          <w:b/>
        </w:rPr>
        <w:t xml:space="preserve">[56:50] </w:t>
      </w:r>
      <w:r>
        <w:t>muslims are backward in education.</w:t>
      </w:r>
    </w:p>
    <w:p>
      <w:pPr>
        <w:jc w:val="right"/>
      </w:pPr>
      <w:r>
        <w:t>مسلمز ار بیکورڈ ان ایجوکیشن۔</w:t>
      </w:r>
    </w:p>
    <w:p>
      <w:r>
        <w:rPr>
          <w:b/>
        </w:rPr>
        <w:t xml:space="preserve">[56:54] </w:t>
      </w:r>
      <w:r>
        <w:t>so, they are not able to understand spirit of the age. so, they try to blame other. they cannot, they cannot understand things in a brother perspective.</w:t>
      </w:r>
    </w:p>
    <w:p>
      <w:pPr>
        <w:jc w:val="right"/>
      </w:pPr>
      <w:r>
        <w:t>سو، دے ار ناٹ ایبل ٹو انڈرسٹینڈ سپرٹ اف دا ایج۔ سو، دے ٹرائی ٹو بلیم ادر۔ دے کناٹ، دے کناٹ انڈرسٹینڈ تھنگز ان ا برادر پرسپیکٹو۔</w:t>
      </w:r>
    </w:p>
    <w:p>
      <w:r>
        <w:rPr>
          <w:b/>
        </w:rPr>
        <w:t xml:space="preserve">[57:17] </w:t>
      </w:r>
      <w:r>
        <w:t>so, it is basically, it has basically two reason.</w:t>
      </w:r>
    </w:p>
    <w:p>
      <w:pPr>
        <w:jc w:val="right"/>
      </w:pPr>
      <w:r>
        <w:t>سو، اٹ از بیسیکلی، اٹ ہیز بیسیکلی ٹو ریزن۔</w:t>
      </w:r>
    </w:p>
    <w:p>
      <w:r>
        <w:rPr>
          <w:b/>
        </w:rPr>
        <w:t xml:space="preserve">[57:22] </w:t>
      </w:r>
      <w:r>
        <w:t>they are emotional, they are emotional, and also they are all educated. so, if you want to to start a reform in muslim society, you have to stick to to one point formula.</w:t>
      </w:r>
    </w:p>
    <w:p>
      <w:pPr>
        <w:jc w:val="right"/>
      </w:pPr>
      <w:r>
        <w:t>دے ار ایموشنل، دے ار ایموشنل، اینڈ السو دے ار ال ایجوکیٹڈ۔ سو، اف یو وانٹ ٹو ٹو سٹارٹ ا ریفارم ان مسلم سوسائٹی، یو ہیو ٹو سٹک ٹو ٹو ون پوائنٹ فارمولا۔</w:t>
      </w:r>
    </w:p>
    <w:p>
      <w:r>
        <w:rPr>
          <w:b/>
        </w:rPr>
        <w:t xml:space="preserve">[57:38] </w:t>
      </w:r>
      <w:r>
        <w:t>education, by education, i means higher education. higher education.</w:t>
      </w:r>
    </w:p>
    <w:p>
      <w:pPr>
        <w:jc w:val="right"/>
      </w:pPr>
      <w:r>
        <w:t>ایجوکیشن، بائی ایجوکیشن، ائی مینز ہائیر ایجوکیشن۔ ہائیر ایجوکیشن۔</w:t>
      </w:r>
    </w:p>
    <w:p>
      <w:r>
        <w:rPr>
          <w:b/>
        </w:rPr>
        <w:t xml:space="preserve">[57:48] </w:t>
      </w:r>
      <w:r>
        <w:t>so, until, so this is the only problem, only solution. i can say that, that</w:t>
      </w:r>
    </w:p>
    <w:p>
      <w:pPr>
        <w:jc w:val="right"/>
      </w:pPr>
      <w:r>
        <w:t>سو، انٹل، سو دس از دا اونلی پرابلم، اونلی سولیوشن۔ ائی کین سے دیٹ، دیٹ</w:t>
      </w:r>
    </w:p>
    <w:p>
      <w:r>
        <w:rPr>
          <w:b/>
        </w:rPr>
        <w:t xml:space="preserve">[58:00] </w:t>
      </w:r>
      <w:r>
        <w:t>muslims need education. you have to adopt single point formula, that is you have to educate muslims.</w:t>
      </w:r>
    </w:p>
    <w:p>
      <w:pPr>
        <w:jc w:val="right"/>
      </w:pPr>
      <w:r>
        <w:t>مسلمز نیڈ ایجوکیشن۔ یو ہیو ٹو اڈاپٹ سنگل پوائنٹ فارمولا، دیٹ از یو ہیو ٹو ایجوکیٹ مسلمز۔</w:t>
      </w:r>
    </w:p>
    <w:p>
      <w:r>
        <w:rPr>
          <w:b/>
        </w:rPr>
        <w:t xml:space="preserve">[58:11] </w:t>
      </w:r>
      <w:r>
        <w:t>otherwise, no solution.</w:t>
      </w:r>
    </w:p>
    <w:p>
      <w:pPr>
        <w:jc w:val="right"/>
      </w:pPr>
      <w:r>
        <w:t>ادروائز، نو سولیوشن۔</w:t>
      </w:r>
    </w:p>
    <w:p>
      <w:r>
        <w:rPr>
          <w:b/>
        </w:rPr>
        <w:t xml:space="preserve">[58:14] </w:t>
      </w:r>
      <w:r>
        <w:t>muslims are engage in protest and demand, but protest and demand cannot pay. this by experience.</w:t>
      </w:r>
    </w:p>
    <w:p>
      <w:pPr>
        <w:jc w:val="right"/>
      </w:pPr>
      <w:r>
        <w:t>مسلمز ار انگیج ان پروٹیسٹ اینڈ ڈیمانڈ، بٹ پروٹیسٹ اینڈ ڈیمانڈ کناٹ پے۔ دس بائی ایکسپیرینس۔</w:t>
      </w:r>
    </w:p>
    <w:p>
      <w:r>
        <w:rPr>
          <w:b/>
        </w:rPr>
        <w:t xml:space="preserve">[58:25] </w:t>
      </w:r>
      <w:r>
        <w:t>maulana, i wanted to ask a question. you mentioned in your talk that people usually quote verses out of context, and you mentioned about a verse said that "do not offer namaz when you are in the state of intoxication".</w:t>
      </w:r>
    </w:p>
    <w:p>
      <w:pPr>
        <w:jc w:val="right"/>
      </w:pPr>
      <w:r>
        <w:t>مولانا، ائی وانٹڈ ٹو اسک ا کوئسچن۔ یو مینشن ان یور ٹاک دیٹ پیپل یوزلی کوٹ ورسز اؤٹ اف کنٹیکسٹ، اینڈ یو مینشن اباؤٹ ا ورس سیڈ دیٹ "ڈو ناٹ افر نماز وین یو ار ان دا سٹیٹ اف انٹوکسیکیشن"۔</w:t>
      </w:r>
    </w:p>
    <w:p>
      <w:r>
        <w:rPr>
          <w:b/>
        </w:rPr>
        <w:t xml:space="preserve">[58:40] </w:t>
      </w:r>
      <w:r>
        <w:t>does that mean that even though intoxication is not allowed if you want to offer namaz, but otherwise, it is allowed in islam?</w:t>
      </w:r>
    </w:p>
    <w:p>
      <w:pPr>
        <w:jc w:val="right"/>
      </w:pPr>
      <w:r>
        <w:t>ڈز دیٹ مین دیٹ ایون دو انٹوکسیکیشن از ناٹ الاؤڈ اف یو وانٹ ٹو افر نماز، بٹ ادروائز، اٹ از الاؤڈ ان اسلام؟</w:t>
      </w:r>
    </w:p>
    <w:p>
      <w:r>
        <w:rPr>
          <w:b/>
        </w:rPr>
        <w:t xml:space="preserve">[58:49] </w:t>
      </w:r>
      <w:r>
        <w:t>no, no. sharab was in</w:t>
      </w:r>
    </w:p>
    <w:p>
      <w:pPr>
        <w:jc w:val="right"/>
      </w:pPr>
      <w:r>
        <w:t>نو، نو۔ شراب واز ان</w:t>
      </w:r>
    </w:p>
    <w:p>
      <w:r>
        <w:rPr>
          <w:b/>
        </w:rPr>
        <w:t xml:space="preserve">[58:56] </w:t>
      </w:r>
      <w:r>
        <w:t>sharab or alcohol,</w:t>
      </w:r>
    </w:p>
    <w:p>
      <w:pPr>
        <w:jc w:val="right"/>
      </w:pPr>
      <w:r>
        <w:t>شراب اور الکوحل،</w:t>
      </w:r>
    </w:p>
    <w:p>
      <w:r>
        <w:rPr>
          <w:b/>
        </w:rPr>
        <w:t xml:space="preserve">[59:01] </w:t>
      </w:r>
      <w:r>
        <w:t>yani the</w:t>
      </w:r>
    </w:p>
    <w:p>
      <w:pPr>
        <w:jc w:val="right"/>
      </w:pPr>
      <w:r>
        <w:t>یعنی دا</w:t>
      </w:r>
    </w:p>
    <w:p>
      <w:r>
        <w:rPr>
          <w:b/>
        </w:rPr>
        <w:t xml:space="preserve">[59:07] </w:t>
      </w:r>
      <w:r>
        <w:t>commandments of islam in this regard was given by gradual process. are</w:t>
      </w:r>
    </w:p>
    <w:p>
      <w:pPr>
        <w:jc w:val="right"/>
      </w:pPr>
      <w:r>
        <w:t>کمانڈمنٹس اف اسلام ان دس ریگارڈ واز گیون بائی گریجول پروسیس۔ ار</w:t>
      </w:r>
    </w:p>
    <w:p>
      <w:r>
        <w:rPr>
          <w:b/>
        </w:rPr>
        <w:t xml:space="preserve">[59:14] </w:t>
      </w:r>
      <w:r>
        <w:t>the first instance, when when alcohol was not completely haram, they were given this choice.</w:t>
      </w:r>
    </w:p>
    <w:p>
      <w:pPr>
        <w:jc w:val="right"/>
      </w:pPr>
      <w:r>
        <w:t>دا فرسٹ انسٹنس، وین وین الکوحل واز ناٹ کمپلیٹلی حرام، دے ویر گیون دس چوائس۔</w:t>
      </w:r>
    </w:p>
    <w:p>
      <w:r>
        <w:rPr>
          <w:b/>
        </w:rPr>
        <w:t xml:space="preserve">[59:24] </w:t>
      </w:r>
      <w:r>
        <w:t>but then, then, then the other verse revealed a kind to this verse. alcohol was declared completely haram.</w:t>
      </w:r>
    </w:p>
    <w:p>
      <w:pPr>
        <w:jc w:val="right"/>
      </w:pPr>
      <w:r>
        <w:t>بٹ دین، دین، دین دی ادر ورس ریویلڈ ا کائنڈ ٹو دس ورس۔ الکوحل واز ڈیکلیئرڈ کمپلیٹلی حرام۔</w:t>
      </w:r>
    </w:p>
    <w:p>
      <w:r>
        <w:rPr>
          <w:b/>
        </w:rPr>
        <w:t xml:space="preserve">[59:36] </w:t>
      </w:r>
      <w:r>
        <w:t>so</w:t>
      </w:r>
    </w:p>
    <w:p>
      <w:pPr>
        <w:jc w:val="right"/>
      </w:pPr>
      <w:r>
        <w:t>سو</w:t>
      </w:r>
    </w:p>
    <w:p>
      <w:r>
        <w:rPr>
          <w:b/>
        </w:rPr>
        <w:t xml:space="preserve">[59:37] </w:t>
      </w:r>
      <w:r>
        <w:t>, this verse is this verse was revealed before, before the the final commandment.</w:t>
      </w:r>
    </w:p>
    <w:p>
      <w:pPr>
        <w:jc w:val="right"/>
      </w:pPr>
      <w:r>
        <w:t>، دس ورس از دس ورس واز ریویلڈ بیفور، بیفور دی دی فائنل کمانڈمنٹ۔</w:t>
      </w:r>
    </w:p>
    <w:p>
      <w:r>
        <w:rPr>
          <w:b/>
        </w:rPr>
        <w:t xml:space="preserve">[59:47] </w:t>
      </w:r>
      <w:r>
        <w:t>okay, this question is from miss naghma new delhi. muslim fundamentalist name their violent activism as jihad, but it is actually terrorism.</w:t>
      </w:r>
    </w:p>
    <w:p>
      <w:pPr>
        <w:jc w:val="right"/>
      </w:pPr>
      <w:r>
        <w:t>اوکے، دس کوئسچن از فرام مس نغمہ نیو دہلی۔ مسلم فنڈامینٹلسٹ نیم دیر وائلنٹ ایکٹیوزم ایز جہاد، بٹ اٹ از ایکچولی ٹیررزم۔</w:t>
      </w:r>
    </w:p>
    <w:p>
      <w:r>
        <w:rPr>
          <w:b/>
        </w:rPr>
        <w:t xml:space="preserve">[1:00:01] </w:t>
      </w:r>
      <w:r>
        <w:t>please tell us the difference between jihad and terrorism in the light of islamic teachings. i given definition that terrorism means,</w:t>
      </w:r>
    </w:p>
    <w:p>
      <w:pPr>
        <w:jc w:val="right"/>
      </w:pPr>
      <w:r>
        <w:t>پلیز ٹیل اس دا ڈیفرنس بٹوین جہاد اینڈ ٹیررزم ان دی لائٹ اف اسلامک ٹیچنگز۔ ائی گیون ڈیفینیشن دیٹ ٹیررزم مینز،</w:t>
      </w:r>
    </w:p>
    <w:p>
      <w:r>
        <w:rPr>
          <w:b/>
        </w:rPr>
        <w:t xml:space="preserve">[1:00:16] </w:t>
      </w:r>
      <w:r>
        <w:t>, yani the definition of terrorism is to islam use of arms by agency other than state. this terrorism</w:t>
      </w:r>
    </w:p>
    <w:p>
      <w:pPr>
        <w:jc w:val="right"/>
      </w:pPr>
      <w:r>
        <w:t>یعنی دی ڈیفینیشن اف ٹیررزم از ٹو اسلام یوز اف ارمز بائی ایجنسی ادر دین اسٹیٹ۔ دس ٹیررزم</w:t>
      </w:r>
    </w:p>
    <w:p>
      <w:r>
        <w:rPr>
          <w:b/>
        </w:rPr>
        <w:t xml:space="preserve">[1:00:24] </w:t>
      </w:r>
      <w:r>
        <w:t>, as from jihad, is concern. jihad literally means, means effort to strive to struggle, yani peaceful struggle.</w:t>
      </w:r>
    </w:p>
    <w:p>
      <w:pPr>
        <w:jc w:val="right"/>
      </w:pPr>
      <w:r>
        <w:t>، ایز فرام جہاد، از کنسرن۔ جہاد لٹرلی مینز، مینز کوشش ٹو سٹرائیو ٹو سٹرگل، یعنی پیس فل سٹرگل۔</w:t>
      </w:r>
    </w:p>
    <w:p>
      <w:r>
        <w:rPr>
          <w:b/>
        </w:rPr>
        <w:t xml:space="preserve">[1:00:37] </w:t>
      </w:r>
      <w:r>
        <w:t>jihad means peaceful struggle. there is a, there is a verse in the quran: "wajahid jahad kabira".</w:t>
      </w:r>
    </w:p>
    <w:p>
      <w:pPr>
        <w:jc w:val="right"/>
      </w:pPr>
      <w:r>
        <w:t>جہاد مینز پیس فل سٹرگل۔ دیر از ا، دیر از ا ورس ان دا قران: "وجاہد جہاد کبیرہ"۔</w:t>
      </w:r>
    </w:p>
    <w:p>
      <w:r>
        <w:rPr>
          <w:b/>
        </w:rPr>
        <w:t xml:space="preserve">[1:00:48] </w:t>
      </w:r>
      <w:r>
        <w:t>do great jihad with the help of the quran.</w:t>
      </w:r>
    </w:p>
    <w:p>
      <w:pPr>
        <w:jc w:val="right"/>
      </w:pPr>
      <w:r>
        <w:t>ڈو گریٹ جہاد ودا ہیلپ اف دا قران۔</w:t>
      </w:r>
    </w:p>
    <w:p>
      <w:r>
        <w:rPr>
          <w:b/>
        </w:rPr>
        <w:t xml:space="preserve">[1:00:52] </w:t>
      </w:r>
      <w:r>
        <w:t>"wajahid jahad kabira". do great jihad with the help of quran. you know, quran is not a sword, quran is not a gun.</w:t>
      </w:r>
    </w:p>
    <w:p>
      <w:pPr>
        <w:jc w:val="right"/>
      </w:pPr>
      <w:r>
        <w:t>"وجاہد جہاد کبیرہ"۔ ڈو گریٹ جہاد ودا ہیلپ اف قران۔ یو نو، قران از ناٹ ا سورڈ، قران از ناٹ ا گن۔</w:t>
      </w:r>
    </w:p>
    <w:p>
      <w:r>
        <w:rPr>
          <w:b/>
        </w:rPr>
        <w:t xml:space="preserve">[1:01:02] </w:t>
      </w:r>
      <w:r>
        <w:t>so, how you can do jihad by the quran? voluntary. quran is not source of violence. it means jihad means peaceful struggle,</w:t>
      </w:r>
    </w:p>
    <w:p>
      <w:pPr>
        <w:jc w:val="right"/>
      </w:pPr>
      <w:r>
        <w:t>سو، ہاؤ یو کین ڈو جہاد بائی دا قران؟ والنٹری۔ قران از ناٹ سورس اف وائلنس۔ اٹ مینز جہاد مینز پیس فل سٹرگل،</w:t>
      </w:r>
    </w:p>
    <w:p>
      <w:r>
        <w:rPr>
          <w:b/>
        </w:rPr>
        <w:t xml:space="preserve">[1:01:15] </w:t>
      </w:r>
      <w:r>
        <w:t>peaceful koshish. this verse is very clear that jihad means peaceful struggle</w:t>
      </w:r>
    </w:p>
    <w:p>
      <w:pPr>
        <w:jc w:val="right"/>
      </w:pPr>
      <w:r>
        <w:t>پیس فل کوشش۔ دس ورس از ویری کلیئر دیٹ جہاد مینز پیس فل سٹرگل</w:t>
      </w:r>
    </w:p>
    <w:p>
      <w:r>
        <w:rPr>
          <w:b/>
        </w:rPr>
        <w:t xml:space="preserve">[1:01:22] </w:t>
      </w:r>
      <w:r>
        <w:t>. jihad to do with violence. Maulana, you mention also in your talk that prophet believed in political statism, and his mission was not political.</w:t>
      </w:r>
    </w:p>
    <w:p>
      <w:pPr>
        <w:jc w:val="right"/>
      </w:pPr>
      <w:r>
        <w:t>۔ جہاد ٹو ڈو ود وائلنس۔ مولانا، یو مینشن السو ان یور ٹاک دیٹ پرافٹ بیلیوڈ ان پولیٹیکل سٹیٹس کوزم، اینڈ ہز مشن واز ناٹ پولیٹیکل۔</w:t>
      </w:r>
    </w:p>
    <w:p>
      <w:r>
        <w:rPr>
          <w:b/>
        </w:rPr>
        <w:t xml:space="preserve">[1:01:39] </w:t>
      </w:r>
      <w:r>
        <w:t>then, why is it so that when we look at the history of muslims, we find that their main mission has been to establish a political empire, a muslim political empire?</w:t>
      </w:r>
    </w:p>
    <w:p>
      <w:pPr>
        <w:jc w:val="right"/>
      </w:pPr>
      <w:r>
        <w:t>دین، وائی از اٹ سو دیٹ وین وی لوک ایٹ دی ہسٹری اف مسلمز، وی فائنڈ دیٹ دیر مین مشن ہیز بین ٹو اسٹیبلش ا پولیٹیکل ایمپائر، ا مسلم پولیٹیکل ایمپائر؟</w:t>
      </w:r>
    </w:p>
    <w:p>
      <w:r>
        <w:rPr>
          <w:b/>
        </w:rPr>
        <w:t xml:space="preserve">[1:01:49] </w:t>
      </w:r>
      <w:r>
        <w:t>why is it so if they take prophet muhammad as the role model? i don't think that muslims political empire was a phenomena of islam.</w:t>
      </w:r>
    </w:p>
    <w:p>
      <w:pPr>
        <w:jc w:val="right"/>
      </w:pPr>
      <w:r>
        <w:t>وائی از اٹ سو اف دے ٹیک پرافٹ محمد ایز دا رول ماڈل؟ ائی ڈونٹ تھنک دیٹ مسلمز پولیٹیکل ایمپائر واز ا فیناومینا اف اسلام۔</w:t>
      </w:r>
    </w:p>
    <w:p>
      <w:r>
        <w:rPr>
          <w:b/>
        </w:rPr>
        <w:t xml:space="preserve">[1:02:02] </w:t>
      </w:r>
      <w:r>
        <w:t>it was phenomena of muslim community, because they abandon the basic basic responsibility.</w:t>
      </w:r>
    </w:p>
    <w:p>
      <w:pPr>
        <w:jc w:val="right"/>
      </w:pPr>
      <w:r>
        <w:t>اٹ واز فیناومینا اف مسلم کمیونٹی، بیکاز دے ابینڈن دا بیسک بیسک ریسپانسبیلٹی۔</w:t>
      </w:r>
    </w:p>
    <w:p>
      <w:r>
        <w:rPr>
          <w:b/>
        </w:rPr>
        <w:t xml:space="preserve">[1:02:14] </w:t>
      </w:r>
      <w:r>
        <w:t>the work</w:t>
      </w:r>
    </w:p>
    <w:p>
      <w:pPr>
        <w:jc w:val="right"/>
      </w:pPr>
      <w:r>
        <w:t>دا ورک</w:t>
      </w:r>
    </w:p>
    <w:p>
      <w:r>
        <w:rPr>
          <w:b/>
        </w:rPr>
        <w:t xml:space="preserve">[1:02:17] </w:t>
      </w:r>
      <w:r>
        <w:t>all these empires, all these kings, all these political leaders abandon completely the work. they in establishing political empire.</w:t>
      </w:r>
    </w:p>
    <w:p>
      <w:pPr>
        <w:jc w:val="right"/>
      </w:pPr>
      <w:r>
        <w:t>ال دیز ایمپائرز، ال دیز کنگز، ال دیز پولیٹیکل لیڈرز ابینڈن کمپلیٹلی دا ورک۔ دے ان اسٹیبلشنگ پولیٹیکل ایمپائر۔</w:t>
      </w:r>
    </w:p>
    <w:p>
      <w:r>
        <w:rPr>
          <w:b/>
        </w:rPr>
        <w:t xml:space="preserve">[1:02:26] </w:t>
      </w:r>
      <w:r>
        <w:t>so, it was not islam.</w:t>
      </w:r>
    </w:p>
    <w:p>
      <w:pPr>
        <w:jc w:val="right"/>
      </w:pPr>
      <w:r>
        <w:t>سو، اٹ واز ناٹ اسلام۔</w:t>
      </w:r>
    </w:p>
    <w:p>
      <w:r>
        <w:rPr>
          <w:b/>
        </w:rPr>
        <w:t xml:space="preserve">[1:02:32] </w:t>
      </w:r>
      <w:r>
        <w:t>i would like to say that all these things were deviation from islam, because their duty was to spread islam, to spread dawa, to work for the work, and they abandon this duty.</w:t>
      </w:r>
    </w:p>
    <w:p>
      <w:pPr>
        <w:jc w:val="right"/>
      </w:pPr>
      <w:r>
        <w:t>ائی وڈ لائک ٹو سی دیٹ ال دیز تھنگز وار ڈیویشن فرام اسلام، بیکاز دیر ڈیوٹی واز ٹو سپریڈ اسلام، ٹو سپریڈ داوا، ٹو ورک فار دا ورک، اینڈ دے ابینڈن دس ڈیوٹی۔</w:t>
      </w:r>
    </w:p>
    <w:p>
      <w:r>
        <w:rPr>
          <w:b/>
        </w:rPr>
        <w:t xml:space="preserve">[1:02:51] </w:t>
      </w:r>
      <w:r>
        <w:t>so, they running after their political ambitions and not</w:t>
      </w:r>
    </w:p>
    <w:p>
      <w:pPr>
        <w:jc w:val="right"/>
      </w:pPr>
      <w:r>
        <w:t>سو، دے رننگ افٹر دیر پولیٹیکل ایمبیشنز اینڈ ناٹ</w:t>
      </w:r>
    </w:p>
    <w:p>
      <w:r>
        <w:rPr>
          <w:b/>
        </w:rPr>
        <w:t xml:space="preserve">[1:03:01] </w:t>
      </w:r>
      <w:r>
        <w:t>doing, not doing the work. that was basic responsibility of all muslims.</w:t>
      </w:r>
    </w:p>
    <w:p>
      <w:pPr>
        <w:jc w:val="right"/>
      </w:pPr>
      <w:r>
        <w:t>ڈوئنگ، ناٹ ڈوئنگ دا ورک۔ دیٹ واز بیسک ریسپانسبیلٹی اف ال مسلمز۔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