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on Eid Al-Adha October 27, 2012</w:t>
      </w:r>
    </w:p>
    <w:p>
      <w:r>
        <w:t>https://youtu.be/eGzAlyVEafc</w:t>
      </w:r>
    </w:p>
    <w:p>
      <w:r>
        <w:rPr>
          <w:b/>
        </w:rPr>
        <w:t xml:space="preserve">[00:06] </w:t>
      </w:r>
      <w:r>
        <w:t>bismillah rahman rahim, wa salallahu ala nabiyyil karim. rabishrah li sadri, wa yassir li amri,</w:t>
      </w:r>
    </w:p>
    <w:p>
      <w:pPr>
        <w:jc w:val="right"/>
      </w:pPr>
      <w:r>
        <w:t>بسم اللہ الرحمن الرحیم، وصلی اللہ علی النبی الکریم۔ رب اشرح لی صدری، ویسر لی امری،</w:t>
      </w:r>
    </w:p>
    <w:p>
      <w:r>
        <w:rPr>
          <w:b/>
        </w:rPr>
        <w:t xml:space="preserve">[00:20] </w:t>
      </w:r>
      <w:r>
        <w:t>wahal uqdatan min lisani, yafqahu qawli.</w:t>
      </w:r>
    </w:p>
    <w:p>
      <w:pPr>
        <w:jc w:val="right"/>
      </w:pPr>
      <w:r>
        <w:t>واحل العقدۃ من لسانی، یفقہ قولی۔</w:t>
      </w:r>
    </w:p>
    <w:p>
      <w:r>
        <w:rPr>
          <w:b/>
        </w:rPr>
        <w:t xml:space="preserve">[00:27] </w:t>
      </w:r>
      <w:r>
        <w:t>aaj october 2012 ki 27 tareekh hai, aur eid-e-ضحi ka din.</w:t>
      </w:r>
    </w:p>
    <w:p>
      <w:pPr>
        <w:jc w:val="right"/>
      </w:pPr>
      <w:r>
        <w:t>آج اکتوبر 2012 کی 27 تاریخ ہے، اور عیدِ اضحی کا دن۔</w:t>
      </w:r>
    </w:p>
    <w:p>
      <w:r>
        <w:rPr>
          <w:b/>
        </w:rPr>
        <w:t xml:space="preserve">[00:43] </w:t>
      </w:r>
      <w:r>
        <w:t>aaj mein</w:t>
      </w:r>
    </w:p>
    <w:p>
      <w:pPr>
        <w:jc w:val="right"/>
      </w:pPr>
      <w:r>
        <w:t>آج میں</w:t>
      </w:r>
    </w:p>
    <w:p>
      <w:r>
        <w:rPr>
          <w:b/>
        </w:rPr>
        <w:t xml:space="preserve">[00:47] </w:t>
      </w:r>
      <w:r>
        <w:t>delhi mein apne cps ke logon ke saath hoon.</w:t>
      </w:r>
    </w:p>
    <w:p>
      <w:pPr>
        <w:jc w:val="right"/>
      </w:pPr>
      <w:r>
        <w:t>دلی میں اپنے سی پی ایس کے لوگوں کے ساتھ ہوں۔</w:t>
      </w:r>
    </w:p>
    <w:p>
      <w:r>
        <w:rPr>
          <w:b/>
        </w:rPr>
        <w:t xml:space="preserve">[00:53] </w:t>
      </w:r>
      <w:r>
        <w:t>is waqt mein apna ek latest experience aap ko batana chahta hoon.</w:t>
      </w:r>
    </w:p>
    <w:p>
      <w:pPr>
        <w:jc w:val="right"/>
      </w:pPr>
      <w:r>
        <w:t>اس وقت میں اپنا ایک لیٹسٹ ایکسپیرینس آپ کو بتانا چاہتا ہوں۔</w:t>
      </w:r>
    </w:p>
    <w:p>
      <w:r>
        <w:rPr>
          <w:b/>
        </w:rPr>
        <w:t xml:space="preserve">[01:03] </w:t>
      </w:r>
      <w:r>
        <w:t>dekhiye, quran ki ek surah hai, at-teen, jis ka number hai 95.</w:t>
      </w:r>
    </w:p>
    <w:p>
      <w:pPr>
        <w:jc w:val="right"/>
      </w:pPr>
      <w:r>
        <w:t>دیکھیے، قرآن کی ایک سورہ ہے، التین، جس کا نمبر ہے 95۔</w:t>
      </w:r>
    </w:p>
    <w:p>
      <w:r>
        <w:rPr>
          <w:b/>
        </w:rPr>
        <w:t xml:space="preserve">[01:14] </w:t>
      </w:r>
      <w:r>
        <w:t>main arz kiya, quran ki ek mushkil suraton mein se ek surah hai, kyunke tafseeron mein iski jo</w:t>
      </w:r>
    </w:p>
    <w:p>
      <w:pPr>
        <w:jc w:val="right"/>
      </w:pPr>
      <w:r>
        <w:t>میں عرضی کیا، قرآن کی ایک مشکل سورتوں میں سے ایک سورہ ہے، کیونکہ تفسیروں میں اس کی جو</w:t>
      </w:r>
    </w:p>
    <w:p>
      <w:r>
        <w:rPr>
          <w:b/>
        </w:rPr>
        <w:t xml:space="preserve">[01:27] </w:t>
      </w:r>
      <w:r>
        <w:t>committee di gayi hai, us se iski jo yeh sabit nahi saamne aata ke koi bohat meaningful baat iske andar ho.</w:t>
      </w:r>
    </w:p>
    <w:p>
      <w:pPr>
        <w:jc w:val="right"/>
      </w:pPr>
      <w:r>
        <w:t>کمیٹی دی گئی ہے، اس سے اس کی جو یہ ثابت نہیں سامنے آتا کہ کوئی بہت میننگ فل بات اس کے اندر ہو۔</w:t>
      </w:r>
    </w:p>
    <w:p>
      <w:r>
        <w:rPr>
          <w:b/>
        </w:rPr>
        <w:t xml:space="preserve">[01:39] </w:t>
      </w:r>
      <w:r>
        <w:t>to mere zehen mein bohat dinon se yeh sawal tha ke surah at-teen ka matlab kya hai. mera mizaj yeh hai ke kisi surah ko jab tak hum jo uski deep meaning tak na pahunch jaon,</w:t>
      </w:r>
    </w:p>
    <w:p>
      <w:pPr>
        <w:jc w:val="right"/>
      </w:pPr>
      <w:r>
        <w:t>تو میرے ذہن میں بہت دنوں سے یہ سوال تھا کہ سورہ التین کا مطلب کیا ہے۔ میرا مزاج یہ ہے کہ کسی سورہ کو جب تک ہم جو اس کی ڈیپ میننگ تک نہ پہنچ جاؤں،</w:t>
      </w:r>
    </w:p>
    <w:p>
      <w:r>
        <w:rPr>
          <w:b/>
        </w:rPr>
        <w:t xml:space="preserve">[01:57] </w:t>
      </w:r>
      <w:r>
        <w:t>tab tak mujhe itminan nahi hota.</w:t>
      </w:r>
    </w:p>
    <w:p>
      <w:pPr>
        <w:jc w:val="right"/>
      </w:pPr>
      <w:r>
        <w:t>تب تک مجھے اطمینان نہیں ہوتا۔</w:t>
      </w:r>
    </w:p>
    <w:p>
      <w:r>
        <w:rPr>
          <w:b/>
        </w:rPr>
        <w:t xml:space="preserve">[02:02] </w:t>
      </w:r>
      <w:r>
        <w:t>phir abhi haal mein jab maine turki ka safar kiya to turki ke safar mein jo cheezein maine padhin, un mein se ek yeh thi ke kamal ata turk,</w:t>
      </w:r>
    </w:p>
    <w:p>
      <w:pPr>
        <w:jc w:val="right"/>
      </w:pPr>
      <w:r>
        <w:t>پھر ابھی حال میں جب میں نے ترکی کا سفر کیا تو ترکی کے سفر میں جو چیزیں میں نے پڑھیں، ان میں سے ایک یہ تھی کہ کمال عطا ترک،</w:t>
      </w:r>
    </w:p>
    <w:p>
      <w:r>
        <w:rPr>
          <w:b/>
        </w:rPr>
        <w:t xml:space="preserve">[02:19] </w:t>
      </w:r>
      <w:r>
        <w:t>jo wahan kuch dino ke liye dictator ban gaye the,</w:t>
      </w:r>
    </w:p>
    <w:p>
      <w:pPr>
        <w:jc w:val="right"/>
      </w:pPr>
      <w:r>
        <w:t>جو وہاں کچھ دنوں کے لیے ڈکٹیٹر بن گئے تھے،</w:t>
      </w:r>
    </w:p>
    <w:p>
      <w:r>
        <w:rPr>
          <w:b/>
        </w:rPr>
        <w:t xml:space="preserve">[02:25] </w:t>
      </w:r>
      <w:r>
        <w:t>unhone ek bahut hi</w:t>
      </w:r>
    </w:p>
    <w:p>
      <w:pPr>
        <w:jc w:val="right"/>
      </w:pPr>
      <w:r>
        <w:t>انہوں نے ایک بہت ہی</w:t>
      </w:r>
    </w:p>
    <w:p>
      <w:r>
        <w:rPr>
          <w:b/>
        </w:rPr>
        <w:t xml:space="preserve">[02:30] </w:t>
      </w:r>
      <w:r>
        <w:t>ghalat remark diya tha quran ke bare mein.</w:t>
      </w:r>
    </w:p>
    <w:p>
      <w:pPr>
        <w:jc w:val="right"/>
      </w:pPr>
      <w:r>
        <w:t>غلط ریمارک دیا تھا قرآن کے بارے میں۔</w:t>
      </w:r>
    </w:p>
    <w:p>
      <w:r>
        <w:rPr>
          <w:b/>
        </w:rPr>
        <w:t xml:space="preserve">[02:35] </w:t>
      </w:r>
      <w:r>
        <w:t>kamal ata turk ki death hui hai 1938 mein.</w:t>
      </w:r>
    </w:p>
    <w:p>
      <w:pPr>
        <w:jc w:val="right"/>
      </w:pPr>
      <w:r>
        <w:t>کمال عطا ترک کی ڈیتھ ہوئی ہے 1938 میں۔</w:t>
      </w:r>
    </w:p>
    <w:p>
      <w:r>
        <w:rPr>
          <w:b/>
        </w:rPr>
        <w:t xml:space="preserve">[02:44] </w:t>
      </w:r>
      <w:r>
        <w:t>wo turki mein ek bahut hi dictator jaise ruler ban gaye the, aur 18 saal tak unhone rule kiya.</w:t>
      </w:r>
    </w:p>
    <w:p>
      <w:pPr>
        <w:jc w:val="right"/>
      </w:pPr>
      <w:r>
        <w:t>وہ ترکی میں ایک بہت ہی ڈکٹیٹر جیسے رولر بن گئے تھے، اور 18 سال تک انہوں نے رول کیا۔</w:t>
      </w:r>
    </w:p>
    <w:p>
      <w:r>
        <w:rPr>
          <w:b/>
        </w:rPr>
        <w:t xml:space="preserve">[02:59] </w:t>
      </w:r>
      <w:r>
        <w:t>to</w:t>
      </w:r>
    </w:p>
    <w:p>
      <w:pPr>
        <w:jc w:val="right"/>
      </w:pPr>
      <w:r>
        <w:t>تو</w:t>
      </w:r>
    </w:p>
    <w:p>
      <w:r>
        <w:rPr>
          <w:b/>
        </w:rPr>
        <w:t xml:space="preserve">[03:00] </w:t>
      </w:r>
      <w:r>
        <w:t>unhone parliament mein ek baar taqreer karte hue kaha tha quran ke bare mein ke 20th century mein hum ko aisi kitab ki zaroorat nahi hai jis mein teen aur zaitoon ki baatein hon,</w:t>
      </w:r>
    </w:p>
    <w:p>
      <w:pPr>
        <w:jc w:val="right"/>
      </w:pPr>
      <w:r>
        <w:t>انہوں نے پارلیمنٹ میں ایک بار تقریر کرتے ہوئے کہا تھا قرآن کے بارے میں کہ 20 سینچری میں ہم کو ایسی کتاب کی ضرورت نہیں ہے جس میں تین اور زیتون کی باتیں ہوں،</w:t>
      </w:r>
    </w:p>
    <w:p>
      <w:r>
        <w:rPr>
          <w:b/>
        </w:rPr>
        <w:t xml:space="preserve">[03:21] </w:t>
      </w:r>
      <w:r>
        <w:t>yani fig aur olive ki baatein hon.</w:t>
      </w:r>
    </w:p>
    <w:p>
      <w:pPr>
        <w:jc w:val="right"/>
      </w:pPr>
      <w:r>
        <w:t>یعنی فگ اور اولیو کی باتیں ہوں۔</w:t>
      </w:r>
    </w:p>
    <w:p>
      <w:r>
        <w:rPr>
          <w:b/>
        </w:rPr>
        <w:t xml:space="preserve">[03:27] </w:t>
      </w:r>
      <w:r>
        <w:t>to</w:t>
      </w:r>
    </w:p>
    <w:p>
      <w:pPr>
        <w:jc w:val="right"/>
      </w:pPr>
      <w:r>
        <w:t>تو</w:t>
      </w:r>
    </w:p>
    <w:p>
      <w:r>
        <w:rPr>
          <w:b/>
        </w:rPr>
        <w:t xml:space="preserve">[03:28] </w:t>
      </w:r>
      <w:r>
        <w:t>yeh cheez bahut hi shocking thi mere liye, kyunke surah al-tin isi tarah se aayi hai is ke andar ke wattini wazzaitooni wattoori seeneeni wahudanil baradil ameen. laqad khalaqnal insaana fi ahsani taqweem. thumma radadnaahu asfala safileen.</w:t>
      </w:r>
    </w:p>
    <w:p>
      <w:pPr>
        <w:jc w:val="right"/>
      </w:pPr>
      <w:r>
        <w:t>یہ چیز بہت ہی شاکنگ تھی میرے لیے، کیونکہ سورہ التین اسی طریقے سے آئی ہے اس کے اندر کہ وَتِّينَ وَالزَّيْتُونِ وَتُورَ سِنِينِ وَهَدًى الْبَرَدِ الْأَمِينِ لَقَدْ خَلَقَ الْإِنْسَانَ فِي عَصْمِ تَقْوِيمٍ ثُمَّ رَدَّدْنَاهُ وَاصْفَرَ سَافِلِينَ</w:t>
      </w:r>
    </w:p>
    <w:p>
      <w:r>
        <w:rPr>
          <w:b/>
        </w:rPr>
        <w:t xml:space="preserve">[03:50] </w:t>
      </w:r>
      <w:r>
        <w:t>yani qasam hai anjeer ki aur zaitoon ki,</w:t>
      </w:r>
    </w:p>
    <w:p>
      <w:pPr>
        <w:jc w:val="right"/>
      </w:pPr>
      <w:r>
        <w:t>یعنی قسم ہے انجیر کی اور زیتون کی،</w:t>
      </w:r>
    </w:p>
    <w:p>
      <w:r>
        <w:rPr>
          <w:b/>
        </w:rPr>
        <w:t xml:space="preserve">[03:56] </w:t>
      </w:r>
      <w:r>
        <w:t>aur toor aur toor e sineen ki, aur balad e ameen ki, ke insaan ko paida kiya hum ne behtareen banawat par, phir us ko hum ne daal diya asghar safilin mein.</w:t>
      </w:r>
    </w:p>
    <w:p>
      <w:pPr>
        <w:jc w:val="right"/>
      </w:pPr>
      <w:r>
        <w:t>اور تور اور تورِ سِنِین کی، اور بلدِ امین کی، کہ انسان کو پیدا کیا ہم نے بہترین بناوٹ پر، پھر اس کو ہم نے ڈال دیا اصغر سافرین میں۔</w:t>
      </w:r>
    </w:p>
    <w:p>
      <w:r>
        <w:rPr>
          <w:b/>
        </w:rPr>
        <w:t xml:space="preserve">[04:18] </w:t>
      </w:r>
      <w:r>
        <w:t>yani We created man in the best of all, then we cast him down as the lowest of the low.</w:t>
      </w:r>
    </w:p>
    <w:p>
      <w:pPr>
        <w:jc w:val="right"/>
      </w:pPr>
      <w:r>
        <w:t>یعنی We created man in the best of all, then we cast him down as the lowest of the low.</w:t>
      </w:r>
    </w:p>
    <w:p>
      <w:r>
        <w:rPr>
          <w:b/>
        </w:rPr>
        <w:t xml:space="preserve">[04:35] </w:t>
      </w:r>
      <w:r>
        <w:t>to yeh kya matlab hai is ka?</w:t>
      </w:r>
    </w:p>
    <w:p>
      <w:pPr>
        <w:jc w:val="right"/>
      </w:pPr>
      <w:r>
        <w:t>تو یہ کیا مطلب ہے اس کا؟</w:t>
      </w:r>
    </w:p>
    <w:p>
      <w:r>
        <w:rPr>
          <w:b/>
        </w:rPr>
        <w:t xml:space="preserve">[04:39] </w:t>
      </w:r>
      <w:r>
        <w:t>teen is is context mein teen aur zaitoon ka matlab kya hai? anjeer aur zaitoon ka, ya fig aur olive ka?</w:t>
      </w:r>
    </w:p>
    <w:p>
      <w:pPr>
        <w:jc w:val="right"/>
      </w:pPr>
      <w:r>
        <w:t>تین اس اس کنٹیکسٹ میں تین اور زیتون کا مطلب کیا ہے؟ انجیر اور زیتون کا، یا فگ اور اولیو کا؟</w:t>
      </w:r>
    </w:p>
    <w:p>
      <w:r>
        <w:rPr>
          <w:b/>
        </w:rPr>
        <w:t xml:space="preserve">[04:50] </w:t>
      </w:r>
      <w:r>
        <w:t>yeh bahut dino se mere mind mein yeh sawal basa hua tha.</w:t>
      </w:r>
    </w:p>
    <w:p>
      <w:pPr>
        <w:jc w:val="right"/>
      </w:pPr>
      <w:r>
        <w:t>یہ بہت دنوں سے میرے مائنڈ میں یہ سوال بسا ہوا تھا۔</w:t>
      </w:r>
    </w:p>
    <w:p>
      <w:r>
        <w:rPr>
          <w:b/>
        </w:rPr>
        <w:t xml:space="preserve">[04:59] </w:t>
      </w:r>
      <w:r>
        <w:t>yeh mind ajeeb o ghareeb cheez hai insaan ka.</w:t>
      </w:r>
    </w:p>
    <w:p>
      <w:pPr>
        <w:jc w:val="right"/>
      </w:pPr>
      <w:r>
        <w:t>یہ مائنڈ عجیب و غریب چیز ہے انسان کا۔</w:t>
      </w:r>
    </w:p>
    <w:p>
      <w:r>
        <w:rPr>
          <w:b/>
        </w:rPr>
        <w:t xml:space="preserve">[05:02] </w:t>
      </w:r>
      <w:r>
        <w:t>is mein aap koi cheez feed karte hain, jaise computer ke tarike se, to is mein wo process karta rehta hai, process karta rehta hai. yahan tak ke waqt aata hai jab us ko process kar ke wo result de deta hai us ko.</w:t>
      </w:r>
    </w:p>
    <w:p>
      <w:pPr>
        <w:jc w:val="right"/>
      </w:pPr>
      <w:r>
        <w:t>اس میں آپ کوئی چیز فیڈ کرتے ہیں، جیسے کمپیوٹر کے طریقے سے، تو اس میں وہ پراسیس کرتا رہتا ہے، پراسیس کرتا رہتا ہے۔ یہاں تک کہ وقت آتا ہے جب اس کو پراسیس کر کے وہ رزلٹ دے دیتا ہے اس کو۔</w:t>
      </w:r>
    </w:p>
    <w:p>
      <w:r>
        <w:rPr>
          <w:b/>
        </w:rPr>
        <w:t xml:space="preserve">[05:20] </w:t>
      </w:r>
      <w:r>
        <w:t>to aise hi hua, aur aaj subah hi ko mujhe yeh baat clear hui ke kya matlab hai is ayat ka.</w:t>
      </w:r>
    </w:p>
    <w:p>
      <w:pPr>
        <w:jc w:val="right"/>
      </w:pPr>
      <w:r>
        <w:t>تو ایسے ہی ہوا، اور آج صبح ہی کو مجھے یہ بات کلیئر ہوئی کہ کیا مطلب ہے اس آیت کا۔</w:t>
      </w:r>
    </w:p>
    <w:p>
      <w:r>
        <w:rPr>
          <w:b/>
        </w:rPr>
        <w:t xml:space="preserve">[05:31] </w:t>
      </w:r>
      <w:r>
        <w:t>main apne bare mein arz karoon ke main bachpan se mera jo mind tha wo newton type ka tha.</w:t>
      </w:r>
    </w:p>
    <w:p>
      <w:pPr>
        <w:jc w:val="right"/>
      </w:pPr>
      <w:r>
        <w:t>میں اپنے بارے میں عرض کروں کہ میں بچپن سے میرا جو مائنڈ تھا وہ نیوٹن ٹائپ کا تھا۔</w:t>
      </w:r>
    </w:p>
    <w:p>
      <w:r>
        <w:rPr>
          <w:b/>
        </w:rPr>
        <w:t xml:space="preserve">[05:43] </w:t>
      </w:r>
      <w:r>
        <w:t>newton ke bare mein kaha jata hai ke wo us ko wool gatherer kaha jata hai. wool gatherer ka matlab hota hai absent mind,</w:t>
      </w:r>
    </w:p>
    <w:p>
      <w:pPr>
        <w:jc w:val="right"/>
      </w:pPr>
      <w:r>
        <w:t>نیوٹن کے بارے میں کہا جاتا ہے کہ وہ اس کو وول گیدرر کہا جاتا ہے۔ وول گیدرر کا مطلب ہوتا ہے ایبسنٹ مائنڈ،</w:t>
      </w:r>
    </w:p>
    <w:p>
      <w:r>
        <w:rPr>
          <w:b/>
        </w:rPr>
        <w:t xml:space="preserve">[05:57] </w:t>
      </w:r>
      <w:r>
        <w:t>yani khoya khoya aadmi jo hote hain, khoye khoye, un ko kehte hain wool gatherer ya absent mind. to main aisa hi tha, chup chap sochta rehta tha,</w:t>
      </w:r>
    </w:p>
    <w:p>
      <w:pPr>
        <w:jc w:val="right"/>
      </w:pPr>
      <w:r>
        <w:t>یعنی کھویا کھویا آدمی جو ہوتے ہیں، کھوئے کھوئے، ان کو کہتے ہیں وول گیدرر یا ایبسنٹ مائنڈ۔ تو میں ایسا ہی تھا، چپ چاپ سوچتا رہتا تھا،</w:t>
      </w:r>
    </w:p>
    <w:p>
      <w:r>
        <w:rPr>
          <w:b/>
        </w:rPr>
        <w:t xml:space="preserve">[06:10] </w:t>
      </w:r>
      <w:r>
        <w:t>bolta kam tha. ek baar main arab gaya to wahan par ek shakhs se baat karte hue unhone kaha ke aap bahut chup rehte hain, kya baat hai?</w:t>
      </w:r>
    </w:p>
    <w:p>
      <w:pPr>
        <w:jc w:val="right"/>
      </w:pPr>
      <w:r>
        <w:t>بولتا کم تھا۔ ایک بار میں عرب گیا تو وہاں پر ایک شخص سے بات کرتے ہوئے انہوں نے کہا کہ آپ بہت چپ رہتے ہیں، کیا بات ہے؟</w:t>
      </w:r>
    </w:p>
    <w:p>
      <w:r>
        <w:rPr>
          <w:b/>
        </w:rPr>
        <w:t xml:space="preserve">[06:24] </w:t>
      </w:r>
      <w:r>
        <w:t>kyunke conference waghera mein bhi bohat kam bolta hoon mein. to maine kaha ana rajulun uhibbu al-uzla mein ek tanhai pasand aadmi hoon.</w:t>
      </w:r>
    </w:p>
    <w:p>
      <w:pPr>
        <w:jc w:val="right"/>
      </w:pPr>
      <w:r>
        <w:t>کیونکہ کانفرنس وغیرہ میں بھی بہت کم بولتا ہوں میں۔ تو میں نے کہا أنا رجلٌ أحب العزلة میں ایک تنہائی پسند آدمی ہوں۔</w:t>
      </w:r>
    </w:p>
    <w:p>
      <w:r>
        <w:rPr>
          <w:b/>
        </w:rPr>
        <w:t xml:space="preserve">[06:39] </w:t>
      </w:r>
      <w:r>
        <w:t>ek martaba ek conference mein mein chup tha to kisi ne kaha ke aap bolte nahin. to maine kaha i am trying to be a good listener to us type ka aadmi mein hoon,</w:t>
      </w:r>
    </w:p>
    <w:p>
      <w:pPr>
        <w:jc w:val="right"/>
      </w:pPr>
      <w:r>
        <w:t>ایک مرتبہ ایک کانفرنس میں میں چپ تھا تو کسی نے کہا کہ آپ بولتے نہیں۔ تو میں نے کہا I am trying to be a good listener تو اس ٹائپ کا آدمی میں ہوں،</w:t>
      </w:r>
    </w:p>
    <w:p>
      <w:r>
        <w:rPr>
          <w:b/>
        </w:rPr>
        <w:t xml:space="preserve">[06:52] </w:t>
      </w:r>
      <w:r>
        <w:t>bolna kam, sochna zyada. to isi apne mizaj ke tehat mein is ayat ke bare mein sochta raha aur apne mind mein, mera mind isko process karta raha.</w:t>
      </w:r>
    </w:p>
    <w:p>
      <w:pPr>
        <w:jc w:val="right"/>
      </w:pPr>
      <w:r>
        <w:t>بولنا کم، سوچنا زیادہ۔ تو اسی اپنے مزاج کے تحت میں اس آیت کے بارے میں سوچتا رہا اور اپنے مائنڈ میں، میرا مائنڈ اس کو پراسیس کرتا رہا۔</w:t>
      </w:r>
    </w:p>
    <w:p>
      <w:r>
        <w:rPr>
          <w:b/>
        </w:rPr>
        <w:t xml:space="preserve">[07:08] </w:t>
      </w:r>
      <w:r>
        <w:t>mind ke bare mein dekhiye, ek scientist ne kaha hai ke mind ki capacity itni zyada hai, yaani brain ki, ke mustard ek hota hai na, aap jante hain, hum sarson,</w:t>
      </w:r>
    </w:p>
    <w:p>
      <w:pPr>
        <w:jc w:val="right"/>
      </w:pPr>
      <w:r>
        <w:t>مائنڈ کے بارے میں دیکھیے، ایک سائنٹسٹ نے کہا ہے کہ مائنڈ کی کیپیسٹی اتنی زیادہ ہے، یعنی برین کی، کہ مسٹرڈ ایک ہوتا ہے نا، آپ جانتے ہیں، ہم سرسوں،</w:t>
      </w:r>
    </w:p>
    <w:p>
      <w:r>
        <w:rPr>
          <w:b/>
        </w:rPr>
        <w:t xml:space="preserve">[07:28] </w:t>
      </w:r>
      <w:r>
        <w:t>is se bhi ek chhoti cheez hoti hai, alsi. to alsi ke ek daane ke barabar jagah mein</w:t>
      </w:r>
    </w:p>
    <w:p>
      <w:pPr>
        <w:jc w:val="right"/>
      </w:pPr>
      <w:r>
        <w:t>اس سے بھی ایک چھوٹی چیز ہوتی ہے، السی۔ تو السی کے ایک دانے کے برابر جگہ میں</w:t>
      </w:r>
    </w:p>
    <w:p>
      <w:r>
        <w:rPr>
          <w:b/>
        </w:rPr>
        <w:t xml:space="preserve">[07:38] </w:t>
      </w:r>
      <w:r>
        <w:t>brain ke andar</w:t>
      </w:r>
    </w:p>
    <w:p>
      <w:pPr>
        <w:jc w:val="right"/>
      </w:pPr>
      <w:r>
        <w:t>برین کے اندر</w:t>
      </w:r>
    </w:p>
    <w:p>
      <w:r>
        <w:rPr>
          <w:b/>
        </w:rPr>
        <w:t xml:space="preserve">[07:43] </w:t>
      </w:r>
      <w:r>
        <w:t>ek second ke andar ek crore ki tadad mein action aur interaction hota hai, itna zyada.</w:t>
      </w:r>
    </w:p>
    <w:p>
      <w:pPr>
        <w:jc w:val="right"/>
      </w:pPr>
      <w:r>
        <w:t>ایک سیکنڈ کے اندر ایک سو کروڑ کی تعداد میں ایکشن اور انٹریکشن ہوتا ہے، اتنا زیادہ۔</w:t>
      </w:r>
    </w:p>
    <w:p>
      <w:r>
        <w:rPr>
          <w:b/>
        </w:rPr>
        <w:t xml:space="preserve">[07:58] </w:t>
      </w:r>
      <w:r>
        <w:t>to is tarah se mera mind process karta raha, process karta raha. Allah ki tofeeq se aaj meri samajh mein yeh baat aayi ke kya matlab hai iska.</w:t>
      </w:r>
    </w:p>
    <w:p>
      <w:pPr>
        <w:jc w:val="right"/>
      </w:pPr>
      <w:r>
        <w:t>تو اس طرح سے میرا مائنڈ پراسیس کرتا رہا، پراسیس کرتا رہا۔ اللہ کی توفیق سے آج میری سمجھ میں یہ بات آئی کہ کیا مطلب ہے اس کا۔</w:t>
      </w:r>
    </w:p>
    <w:p>
      <w:r>
        <w:rPr>
          <w:b/>
        </w:rPr>
        <w:t xml:space="preserve">[08:11] </w:t>
      </w:r>
      <w:r>
        <w:t>dekhiye, pehli baat to yeh hai ke yeh teen aur zaitoon aur balad-e-ameen, toor-e-sineen, haqeeqat mein yeh</w:t>
      </w:r>
    </w:p>
    <w:p>
      <w:pPr>
        <w:jc w:val="right"/>
      </w:pPr>
      <w:r>
        <w:t>دیکھیے، پہلی بات تو یہ ہے کہ یہ تین اور زیتون اور بلدِ امین، تورِ سِنِین، حقیقت میں یہ</w:t>
      </w:r>
    </w:p>
    <w:p>
      <w:r>
        <w:rPr>
          <w:b/>
        </w:rPr>
        <w:t xml:space="preserve">[08:24] </w:t>
      </w:r>
      <w:r>
        <w:t>symbolic sense mein isi duniya ke bare mein hai. yeh yeh earth, yeh yeh planet earth, yeh duniya, yaani Allah taala ne is planet earth ki gawahi ke taur par pesh kiya.</w:t>
      </w:r>
    </w:p>
    <w:p>
      <w:pPr>
        <w:jc w:val="right"/>
      </w:pPr>
      <w:r>
        <w:t>سمبولک سینس میں اسی دنیا کے بارے میں ہے۔ یہ یہ ارتھ، یہ یہ پلینٹ ارتھ، یہ دنیا، یعنی اللہ تعالی نے اس پلینٹ ارتھ کی گواہی کے طور پر پیش کیا۔</w:t>
      </w:r>
    </w:p>
    <w:p>
      <w:r>
        <w:rPr>
          <w:b/>
        </w:rPr>
        <w:t xml:space="preserve">[08:38] </w:t>
      </w:r>
      <w:r>
        <w:t>asal mein baat yeh hai, woh is tareeqe se hai ke insaan ko Allah taala ne bohat hi ek unique</w:t>
      </w:r>
    </w:p>
    <w:p>
      <w:pPr>
        <w:jc w:val="right"/>
      </w:pPr>
      <w:r>
        <w:t>اصل میں بات یہ ہے، وہ اس طریقے سے ہے کہ انسان کو اللہ تعالی نے بہت ہی ایک یونیک</w:t>
      </w:r>
    </w:p>
    <w:p>
      <w:r>
        <w:rPr>
          <w:b/>
        </w:rPr>
        <w:t xml:space="preserve">[08:50] </w:t>
      </w:r>
      <w:r>
        <w:t>ek hasti diya hai aur phir ek bohat unique duniya mein isko rakha hai.</w:t>
      </w:r>
    </w:p>
    <w:p>
      <w:pPr>
        <w:jc w:val="right"/>
      </w:pPr>
      <w:r>
        <w:t>ایک ہستی دیا ہے اور پھر ایک بہت یونیک دنیا میں اس کو رکھا ہے۔</w:t>
      </w:r>
    </w:p>
    <w:p>
      <w:r>
        <w:rPr>
          <w:b/>
        </w:rPr>
        <w:t xml:space="preserve">[09:00] </w:t>
      </w:r>
      <w:r>
        <w:t>astronomers kehte hain ke pure universe mein inginat sitare hain, sayare hain, planetary systems hain, lekin zameen jaisa kurra, jaisi zameen jaisa planet, aaj tak kahin discover nahin hua.</w:t>
      </w:r>
    </w:p>
    <w:p>
      <w:pPr>
        <w:jc w:val="right"/>
      </w:pPr>
      <w:r>
        <w:t>اسٹرانورس کہتے ہیں کہ پورے یونیورس میں ان گنت ستارے ہیں، سیارے ہیں، پلینٹری سسٹمز ہیں، لیکن زمین جیسا کرہ، جیسی زمین جیسا پلینٹ، آج تک کہیں ڈسکور نہیں ہوا۔</w:t>
      </w:r>
    </w:p>
    <w:p>
      <w:r>
        <w:rPr>
          <w:b/>
        </w:rPr>
        <w:t xml:space="preserve">[09:20] </w:t>
      </w:r>
      <w:r>
        <w:t>kyunke zameen jo hai, is mein bohat hi zyada har cheez right proportion mein hai.</w:t>
      </w:r>
    </w:p>
    <w:p>
      <w:pPr>
        <w:jc w:val="right"/>
      </w:pPr>
      <w:r>
        <w:t>کیونکہ زمین جو ہے، اس میں بہت ہی زیادہ ہر چیز رائٹ پروپورشن میں ہے۔</w:t>
      </w:r>
    </w:p>
    <w:p>
      <w:r>
        <w:rPr>
          <w:b/>
        </w:rPr>
        <w:t xml:space="preserve">[09:27] </w:t>
      </w:r>
      <w:r>
        <w:t>pani hai yahan par, plant hai yahan par, yahan pe oxygen ka intezam yahan par hai, suraj se light aa rahi hai, har cheez hai lekin bohat hi zyada right proportion mein jo ke insaan ke rehne ke qabil ho.</w:t>
      </w:r>
    </w:p>
    <w:p>
      <w:pPr>
        <w:jc w:val="right"/>
      </w:pPr>
      <w:r>
        <w:t>پانی ہے یہاں پر، پلانٹ ہے یہاں پر، یہاں پہ اکسیجن کا انتظام یہاں پر ہے، سورج سے لائٹ آ رہی ہے، ہر چیز ہے لیکن بہت ہی زیادہ رائٹ پروپورشن میں جو کہ انسان کے رہنے کے قابل ہو۔</w:t>
      </w:r>
    </w:p>
    <w:p>
      <w:r>
        <w:rPr>
          <w:b/>
        </w:rPr>
        <w:t xml:space="preserve">[09:45] </w:t>
      </w:r>
      <w:r>
        <w:t>to Allah taala ne asal mein yeh bataya ke insaan ko paida kiya Allah ne ek behtareen makhlooq ke taur par, phir rakh diya isko zameen mein.</w:t>
      </w:r>
    </w:p>
    <w:p>
      <w:pPr>
        <w:jc w:val="right"/>
      </w:pPr>
      <w:r>
        <w:t>تو اللہ تعالی نے اصل میں یہ بتایا کہ انسان کو پیدا کیا اللہ نے ایک بہترین مخلوق کے طور پر، پھر رکھ دیا اس کو زمین میں۔</w:t>
      </w:r>
    </w:p>
    <w:p>
      <w:r>
        <w:rPr>
          <w:b/>
        </w:rPr>
        <w:t xml:space="preserve">[10:00] </w:t>
      </w:r>
      <w:r>
        <w:t>zameen ko kaha gaya hai asghar safreen. yeh kyun? meri samajh mein aaya ke iska matlab hai ke insaan ko paida kiya ek idealist ke taur par aur zameen aisi cheez hai ke sab kuch hote hue bhi woh less than ideal hai.</w:t>
      </w:r>
    </w:p>
    <w:p>
      <w:pPr>
        <w:jc w:val="right"/>
      </w:pPr>
      <w:r>
        <w:t>زمین کو کہا گیا ہے اصغر سافرین۔ یہ کیوں؟ میری سمجھ میں آیا کہ اس کا مطلب ہے کہ انسان کو پیدا کیا ایک آئیڈیلسٹ کے طور پر اور زمین ایسی چیز ہے کہ سب کچھ ہوتے ہوئے بھی وہ لیس دین آئیڈیل ہے۔</w:t>
      </w:r>
    </w:p>
    <w:p>
      <w:r>
        <w:rPr>
          <w:b/>
        </w:rPr>
        <w:t xml:space="preserve">[10:19] </w:t>
      </w:r>
      <w:r>
        <w:t>zameen mein agar sab kuch hai, phir bhi woh less than ideal hai. is liye insaan kabhi bhi mutmaeen nahin hota. insaan ko kuch bhi mil jaye,</w:t>
      </w:r>
    </w:p>
    <w:p>
      <w:pPr>
        <w:jc w:val="right"/>
      </w:pPr>
      <w:r>
        <w:t>زمین میں اگر سب کچھ ہے، پھر بھی وہ لیس دین آئیڈیل ہے۔ اس لیے انسان کبھی بھی مطمئن نہیں ہوتا۔ انسان کو کچھ بھی مل جائے،</w:t>
      </w:r>
    </w:p>
    <w:p>
      <w:r>
        <w:rPr>
          <w:b/>
        </w:rPr>
        <w:t xml:space="preserve">[10:29] </w:t>
      </w:r>
      <w:r>
        <w:t>aap jante hain, koi mutmaeen nahin hota. jo king the, jo babay waldi log the, koi bhi badi badi poshish wale log kabhi bhi andar se mutmaeen nahin hote.</w:t>
      </w:r>
    </w:p>
    <w:p>
      <w:pPr>
        <w:jc w:val="right"/>
      </w:pPr>
      <w:r>
        <w:t>آپ جانتے ہیں، کوئی مطمئن نہیں ہوتا۔ جو کنگ تھے، جو ببے ولدی لوگ تھے، کوئی بھی بڑی بڑی پوشش والے لوگ کبھی بھی اندر سے مطمئن نہیں ہوتے۔</w:t>
      </w:r>
    </w:p>
    <w:p>
      <w:r>
        <w:rPr>
          <w:b/>
        </w:rPr>
        <w:t xml:space="preserve">[10:44] </w:t>
      </w:r>
      <w:r>
        <w:t>kyun? woh khud to hain idealist, lekin jis duniya mein unko rehna pad raha hai, woh hai less than ideal.</w:t>
      </w:r>
    </w:p>
    <w:p>
      <w:pPr>
        <w:jc w:val="right"/>
      </w:pPr>
      <w:r>
        <w:t>کیوں؟ وہ خود تو ہیں آئیڈیلسٹ، لیکن جس دنیا میں ان کو رہنا پڑ رہا ہے، وہ ہے لیس دین آئیڈیل۔</w:t>
      </w:r>
    </w:p>
    <w:p>
      <w:r>
        <w:rPr>
          <w:b/>
        </w:rPr>
        <w:t xml:space="preserve">[10:53] </w:t>
      </w:r>
      <w:r>
        <w:t>to unko fulfillment nahin milta.</w:t>
      </w:r>
    </w:p>
    <w:p>
      <w:pPr>
        <w:jc w:val="right"/>
      </w:pPr>
      <w:r>
        <w:t>تو ان کو فلفلمنٹ نہیں ملتا۔</w:t>
      </w:r>
    </w:p>
    <w:p>
      <w:r>
        <w:rPr>
          <w:b/>
        </w:rPr>
        <w:t xml:space="preserve">[10:56] </w:t>
      </w:r>
      <w:r>
        <w:t>isi liye hadith mein aata hai ke insaan ko sari duniya ki daulat mil jaye, sab kuch mil jaye, tab bhi usko taskeen nahin hogi.</w:t>
      </w:r>
    </w:p>
    <w:p>
      <w:pPr>
        <w:jc w:val="right"/>
      </w:pPr>
      <w:r>
        <w:t>اسی لیے حدیث میں آتا ہے کہ انسان کو ساری دنیا کی دولت مل جائے، سب کچھ مل جائے، تب بھی اس کو تسکین نہیں ہوگی۔</w:t>
      </w:r>
    </w:p>
    <w:p>
      <w:r>
        <w:rPr>
          <w:b/>
        </w:rPr>
        <w:t xml:space="preserve">[11:11] </w:t>
      </w:r>
      <w:r>
        <w:t>isi haal mein woh mar jaye ga, qabr mein chala jaye ga aur dissatisfied rahe ga.</w:t>
      </w:r>
    </w:p>
    <w:p>
      <w:pPr>
        <w:jc w:val="right"/>
      </w:pPr>
      <w:r>
        <w:t>اسی حال میں وہ مر جائے گا، قبر میں چلا جائے گا اور ڈس سیٹسفائیڈ رہے گا۔</w:t>
      </w:r>
    </w:p>
    <w:p>
      <w:r>
        <w:rPr>
          <w:b/>
        </w:rPr>
        <w:t xml:space="preserve">[11:19] </w:t>
      </w:r>
      <w:r>
        <w:t>khud ataturk ka anjam yeh hua ke ataturk bohat kam umar mein mar gaye, yaani 57 mein. 1938 mein jab mare to unki umar thi sirf 57 aur aakhri zamane mein kai baras tak unki health bohat kharab thi.</w:t>
      </w:r>
    </w:p>
    <w:p>
      <w:pPr>
        <w:jc w:val="right"/>
      </w:pPr>
      <w:r>
        <w:t>خود عطا ترک کا انجام یہ ہوا کہ عطا ترک بہت کم عمر میں مر گئے، یعنی 57 میں۔ 1938 میں جب مرے تو ان کی عمر تھی صرف 57 اور آخری زمانے میں کئی برس تک ان کی ہیلتھ بہت خراب تھی۔</w:t>
      </w:r>
    </w:p>
    <w:p>
      <w:r>
        <w:rPr>
          <w:b/>
        </w:rPr>
        <w:t xml:space="preserve">[11:41] </w:t>
      </w:r>
      <w:r>
        <w:t>encyclopedia mein maine dekha to is mein likha hua tha ke poor health aakhri zamane mein aur frustration mein mare woh.</w:t>
      </w:r>
    </w:p>
    <w:p>
      <w:pPr>
        <w:jc w:val="right"/>
      </w:pPr>
      <w:r>
        <w:t>انسائیکلوپیڈیا میں میں نے دیکھا تو اس میں لکھا ہوا تھا کہ پور ہیلتھ آخری زمانے میں اور فرسٹریشن میں مرے وہ۔</w:t>
      </w:r>
    </w:p>
    <w:p>
      <w:r>
        <w:rPr>
          <w:b/>
        </w:rPr>
        <w:t xml:space="preserve">[11:53] </w:t>
      </w:r>
      <w:r>
        <w:t>kyunke agarche unhon ne wahan رولیوشن kiya, woh dictator ban gaye, 18 saal tak woh dictator bane rahe turki mein, lekin jo chahte the, woh phir bhi nahi hue.</w:t>
      </w:r>
    </w:p>
    <w:p>
      <w:pPr>
        <w:jc w:val="right"/>
      </w:pPr>
      <w:r>
        <w:t>کیونکہ اگرچہ انہوں نے وہاں رولیوشن کیا، وہ ڈکٹیٹر بن گئے، 18 سال تک وہ ڈکٹیٹر بنے رہے ترکی میں، لیکن جو چاہتے تھے، وہ پھر بھی نہیں ہوا۔</w:t>
      </w:r>
    </w:p>
    <w:p>
      <w:r>
        <w:rPr>
          <w:b/>
        </w:rPr>
        <w:t xml:space="preserve">[12:11] </w:t>
      </w:r>
      <w:r>
        <w:t>kyunke har cheez less than ideal thi un ke liye.</w:t>
      </w:r>
    </w:p>
    <w:p>
      <w:pPr>
        <w:jc w:val="right"/>
      </w:pPr>
      <w:r>
        <w:t>کیونکہ ہر چیز لیس دین آئیڈیل تھی ان کے لیے۔</w:t>
      </w:r>
    </w:p>
    <w:p>
      <w:r>
        <w:rPr>
          <w:b/>
        </w:rPr>
        <w:t xml:space="preserve">[12:16] </w:t>
      </w:r>
      <w:r>
        <w:t>jo chaha tha, jo un ke zehen mein naqsha tha, woh nahi bana paye. to nateeja kya hua? ke frustration mein mare.</w:t>
      </w:r>
    </w:p>
    <w:p>
      <w:pPr>
        <w:jc w:val="right"/>
      </w:pPr>
      <w:r>
        <w:t>جو چاہا تھا، جو ان کے ذہن میں نقشہ تھا، وہ نہیں بنا پائے۔ تو نتیجہ کیا ہوا؟ کہ فرسٹریشن میں مرے۔</w:t>
      </w:r>
    </w:p>
    <w:p>
      <w:r>
        <w:rPr>
          <w:b/>
        </w:rPr>
        <w:t xml:space="preserve">[12:24] </w:t>
      </w:r>
      <w:r>
        <w:t>is ayat mein, quran ki is ayat mein bataya gaya hai ke</w:t>
      </w:r>
    </w:p>
    <w:p>
      <w:pPr>
        <w:jc w:val="right"/>
      </w:pPr>
      <w:r>
        <w:t>اس آیت میں، قرآن کی اس آیت میں بتایا گیا ہے کہ</w:t>
      </w:r>
    </w:p>
    <w:p>
      <w:r>
        <w:rPr>
          <w:b/>
        </w:rPr>
        <w:t xml:space="preserve">[12:31] </w:t>
      </w:r>
      <w:r>
        <w:t>jo insaan is raat ko jaan le ke main aik, main ko aik contradiction mein jeena hai, is raat ko jaan le ke I am and idealist, but I have to live in a, in a world which is less than ideal.</w:t>
      </w:r>
    </w:p>
    <w:p>
      <w:pPr>
        <w:jc w:val="right"/>
      </w:pPr>
      <w:r>
        <w:t>جو انسان اس رات کو جان لے کہ میں ایک، میں کو ایک کنٹراڈکشن میں جینا ہے، اس رات کو جان لے کہ آئی ایم اینڈ آئیڈیلسٹ، بٹ آئی ہیو ٹو لیو ان اے، ان اے ورلڈ وچ از لیس دین آئیڈیل۔</w:t>
      </w:r>
    </w:p>
    <w:p>
      <w:r>
        <w:rPr>
          <w:b/>
        </w:rPr>
        <w:t xml:space="preserve">[12:53] </w:t>
      </w:r>
      <w:r>
        <w:t>jo is raat ko jaan le,</w:t>
      </w:r>
    </w:p>
    <w:p>
      <w:pPr>
        <w:jc w:val="right"/>
      </w:pPr>
      <w:r>
        <w:t>جو اس رات کو جان لے،</w:t>
      </w:r>
    </w:p>
    <w:p>
      <w:r>
        <w:rPr>
          <w:b/>
        </w:rPr>
        <w:t xml:space="preserve">[12:55] </w:t>
      </w:r>
      <w:r>
        <w:t>is ke liye jannat hai. dekhiye, is is ayat ka, is is yeh surah hai, is ka tarjuma yeh hai ke gawah hai anjeer o zaitoon aur toor-e-sineen aur balad-e-ameen ke insaan ko paida kiya Allah taala ne behtareen banawat ke sath, lekin phir is ko daal diya asghar safreen mein.</w:t>
      </w:r>
    </w:p>
    <w:p>
      <w:pPr>
        <w:jc w:val="right"/>
      </w:pPr>
      <w:r>
        <w:t>اس کے لیے جنت ہے۔ دیکھیے، اس اس آیت کا، اس اس یہ سورہ ہے، اس کا ترجمہ یہ ہے کہ گواہ ہے انجیر و زیتون اور تورِ سِنِین اور بلدِ امین کہ انسان کو پیدا کیا اللہ تعالی نے بہترین بناوٹ کے ساتھ، لیکن پھر اس کو ڈال دیا اصغر سافرین میں۔</w:t>
      </w:r>
    </w:p>
    <w:p>
      <w:r>
        <w:rPr>
          <w:b/>
        </w:rPr>
        <w:t xml:space="preserve">[13:25] </w:t>
      </w:r>
      <w:r>
        <w:t>is mein exception in logon ka hai jo imaan laye, behtar amal kiye, to un ko phir mile ga ajr ghair mamnoon, yani ideal world.</w:t>
      </w:r>
    </w:p>
    <w:p>
      <w:pPr>
        <w:jc w:val="right"/>
      </w:pPr>
      <w:r>
        <w:t>اس میں ایکسیپشن ان لوگوں کا ہے جو ایمان لائے، بہتر عمل کیے، تو ان کو پھر ملے گا اجر غیر ممنون، یعنی آئیڈیل ورلڈ۔</w:t>
      </w:r>
    </w:p>
    <w:p>
      <w:r>
        <w:rPr>
          <w:b/>
        </w:rPr>
        <w:t xml:space="preserve">[13:39] </w:t>
      </w:r>
      <w:r>
        <w:t>ideal world mile ga. to is is is quran ki surah mein darasal yeh bataya gaya ke insaan ka test kya hai, real test kya hai.</w:t>
      </w:r>
    </w:p>
    <w:p>
      <w:pPr>
        <w:jc w:val="right"/>
      </w:pPr>
      <w:r>
        <w:t>آئیڈیل ورلڈ ملے گا۔ تو اس اس اس قرآن کی سورہ میں دراصل یہ بتایا گیا کہ انسان کا ٹیسٹ کیا ہے، ریئل ٹیسٹ کیا ہے۔</w:t>
      </w:r>
    </w:p>
    <w:p>
      <w:r>
        <w:rPr>
          <w:b/>
        </w:rPr>
        <w:t xml:space="preserve">[13:51] </w:t>
      </w:r>
      <w:r>
        <w:t>real test yeh hai ke woh discover kare is baat ko.</w:t>
      </w:r>
    </w:p>
    <w:p>
      <w:pPr>
        <w:jc w:val="right"/>
      </w:pPr>
      <w:r>
        <w:t>ریئل ٹیسٹ یہ ہے کہ وہ ڈسکور کرے اس بات کو۔</w:t>
      </w:r>
    </w:p>
    <w:p>
      <w:r>
        <w:rPr>
          <w:b/>
        </w:rPr>
        <w:t xml:space="preserve">[13:55] </w:t>
      </w:r>
      <w:r>
        <w:t>imano ko mani ke yahan allazina amanu ko mani koi formable tor par la ilaha kehna nahi hai. is se murad hain woh log jo is sachai ko discover kar lein ke what is the creation plan of God.</w:t>
      </w:r>
    </w:p>
    <w:p>
      <w:pPr>
        <w:jc w:val="right"/>
      </w:pPr>
      <w:r>
        <w:t>امنو کو معنی کہ یہاں الذین آمنوا کو معنی کوئی فارمبل طور پر لا الہ کہنا نہیں ہے۔ اس سے مراد ہیں وہ لوگ جو اس سچائی کو ڈسکور کر لیں کہ واٹ از دا کریشن پلان اف گاڈ۔</w:t>
      </w:r>
    </w:p>
    <w:p>
      <w:r>
        <w:rPr>
          <w:b/>
        </w:rPr>
        <w:t xml:space="preserve">[14:13] </w:t>
      </w:r>
      <w:r>
        <w:t>is ko discover kar lein ke agarche Allah ne mujhe paida kiya idealist, mujhe jo duniya rehne ko di hai, woh hai less than ideal.</w:t>
      </w:r>
    </w:p>
    <w:p>
      <w:pPr>
        <w:jc w:val="right"/>
      </w:pPr>
      <w:r>
        <w:t>اس کو ڈسکور کر لیں کہ اگرچہ اللہ نے مجھے پیدا کیا آئیڈیلسٹ، مجھے جو دنیا رہنے کو دی ہے، وہ ہے لیس دین آئیڈیل۔</w:t>
      </w:r>
    </w:p>
    <w:p>
      <w:r>
        <w:rPr>
          <w:b/>
        </w:rPr>
        <w:t xml:space="preserve">[14:23] </w:t>
      </w:r>
      <w:r>
        <w:t>to mujhe is tarah, yani yeh jaan kar rehna hai ke mujhe fulfillment milne wala nahi hai. to contentment mein raaz hai zindagi ki kamyabi ka, more or more mein raaz nahi hai.</w:t>
      </w:r>
    </w:p>
    <w:p>
      <w:pPr>
        <w:jc w:val="right"/>
      </w:pPr>
      <w:r>
        <w:t>تو مجھے اس طرح، یعنی یہ جان کر رہنا ہے کہ مجھے فلفلمنٹ ملنے والا نہیں ہے۔ تو کنٹینمنٹ میں راز ہے زندگی کی کامیابی کا، مور اور مور میں راز نہیں ہے۔</w:t>
      </w:r>
    </w:p>
    <w:p>
      <w:r>
        <w:rPr>
          <w:b/>
        </w:rPr>
        <w:t xml:space="preserve">[14:37] </w:t>
      </w:r>
      <w:r>
        <w:t>yeh baat Allah taala ne awwal din bhi clear kar di thi. Adam ki zindagi mein</w:t>
      </w:r>
    </w:p>
    <w:p>
      <w:pPr>
        <w:jc w:val="right"/>
      </w:pPr>
      <w:r>
        <w:t>یہ بات اللہ تعالی نے اول دن بھی کلیئر کر دی تھی۔ آدم کی زندگی میں</w:t>
      </w:r>
    </w:p>
    <w:p>
      <w:r>
        <w:rPr>
          <w:b/>
        </w:rPr>
        <w:t xml:space="preserve">[14:43] </w:t>
      </w:r>
      <w:r>
        <w:t>aap jante hain ke Adam ko Allah ne paida kiya to jannat mein rakha Adam ko, lekin yeh keh diya ke aik darakht is ka tumhare liye forbidden hoga, is ka phal tum nahi kha sakte.</w:t>
      </w:r>
    </w:p>
    <w:p>
      <w:pPr>
        <w:jc w:val="right"/>
      </w:pPr>
      <w:r>
        <w:t>آپ جانتے ہیں کہ آدم کو اللہ نے پیدا کیا تو جنت میں رکھا آدم کو، لیکن یہ کہہ دیا کہ ایک درخت اس کا تمہارے لیے فائبرینٹری ہوگا، اس کا پھل تم نہیں کھا سکتے۔</w:t>
      </w:r>
    </w:p>
    <w:p>
      <w:r>
        <w:rPr>
          <w:b/>
        </w:rPr>
        <w:t xml:space="preserve">[15:00] </w:t>
      </w:r>
      <w:r>
        <w:t>bas wohi cheez Adam ke liye pareshani ka sabab ban gayi. agarche aik darakht ke siwa un ko sab kuch mila hua tha, phir bhi woh tension mein rehte pad gaye.</w:t>
      </w:r>
    </w:p>
    <w:p>
      <w:pPr>
        <w:jc w:val="right"/>
      </w:pPr>
      <w:r>
        <w:t>بس وہی چیز آدم کے لیے پریشانی کا سبب بن گئی۔ اگرچہ ایک درخت کے سوا ان کو سب کچھ ملا ہوا تھا، پھر بھی وہ ٹینشن میں رہتے پڑ گئے۔</w:t>
      </w:r>
    </w:p>
    <w:p>
      <w:r>
        <w:rPr>
          <w:b/>
        </w:rPr>
        <w:t xml:space="preserve">[15:13] </w:t>
      </w:r>
      <w:r>
        <w:t>kyun? is ko bhi unhein khana tha, is ko bhi janna tha, is ko bhi test, is ka bhi checksna tha, is kya hai woh. chunancha nateeja kya hua?</w:t>
      </w:r>
    </w:p>
    <w:p>
      <w:pPr>
        <w:jc w:val="right"/>
      </w:pPr>
      <w:r>
        <w:t>کیوں؟ اس کو بھی انہیں کھانا تھا، اس کو بھی جاننا تھا، اس کو بھی ٹیسٹ، اس کا بھی چیکسنا تھا، اس کیا ہے وہ۔ چنانچہ نتیجہ کیا ہوا؟</w:t>
      </w:r>
    </w:p>
    <w:p>
      <w:r>
        <w:rPr>
          <w:b/>
        </w:rPr>
        <w:t xml:space="preserve">[15:24] </w:t>
      </w:r>
      <w:r>
        <w:t>ke woh ja kar unhon ne is ka phal kha liya aur phir jannat se nikaal diye gaye. to poori jannat ya poori taskeen aadmi ko is duniya mein milne wali nahi hai.</w:t>
      </w:r>
    </w:p>
    <w:p>
      <w:pPr>
        <w:jc w:val="right"/>
      </w:pPr>
      <w:r>
        <w:t>کہ وہ جا کر انہوں نے اس کا پھل کھا لیا اور پھر جنت سے نکال دیے گئے۔ تو پوری جنت یا پوری تسکین آدمی کو اس دنیا میں ملنے والی نہیں ہے۔</w:t>
      </w:r>
    </w:p>
    <w:p>
      <w:r>
        <w:rPr>
          <w:b/>
        </w:rPr>
        <w:t xml:space="preserve">[15:36] </w:t>
      </w:r>
      <w:r>
        <w:t>poori jannat ya poori taskeen ya poora satisfaction ya ideal world aadmi ko mile ga sirf akhirat mein, yani jannat mein. yeh hai is message, is is surah ka.</w:t>
      </w:r>
    </w:p>
    <w:p>
      <w:pPr>
        <w:jc w:val="right"/>
      </w:pPr>
      <w:r>
        <w:t>پوری جنت یا پوری تسکین یا پورا سیٹسفیکشن یا آئیڈیل ورلڈ آدمی کو ملے گا صرف آخرت میں، یعنی جنت میں۔ یہ ہے اس میسج، اس اس سورہ کا۔</w:t>
      </w:r>
    </w:p>
    <w:p>
      <w:r>
        <w:rPr>
          <w:b/>
        </w:rPr>
        <w:t xml:space="preserve">[15:51] </w:t>
      </w:r>
      <w:r>
        <w:t>aur main samajhta hoon ke yeh bohat hi important baat hai, yani is ka khulasa yeh hai is surah ka: aey insaan!</w:t>
      </w:r>
    </w:p>
    <w:p>
      <w:pPr>
        <w:jc w:val="right"/>
      </w:pPr>
      <w:r>
        <w:t>اور میں سمجھتا ہوں کہ یہ بہت ہی امپورٹنٹ بات ہے، یعنی اس کا خلاصہ یہ ہے اس سورہ کا: اے انسان!</w:t>
      </w:r>
    </w:p>
    <w:p>
      <w:r>
        <w:rPr>
          <w:b/>
        </w:rPr>
        <w:t xml:space="preserve">[16:01] </w:t>
      </w:r>
      <w:r>
        <w:t>hum ne tujh ko paida kiya idealist ke tor par. tum</w:t>
      </w:r>
    </w:p>
    <w:p>
      <w:pPr>
        <w:jc w:val="right"/>
      </w:pPr>
      <w:r>
        <w:t>ہم نے تجھ کو پیدا کیا آئیڈیلسٹ کے طور پر۔ تم</w:t>
      </w:r>
    </w:p>
    <w:p>
      <w:r>
        <w:rPr>
          <w:b/>
        </w:rPr>
        <w:t xml:space="preserve">[16:08] </w:t>
      </w:r>
      <w:r>
        <w:t>hara sab, tumhara mind jo hai, woh ideal andaaz mein sochta hai, ideal world ka talib hai, lekin woh ideal tum ko is duniya mein nahi mile ga.</w:t>
      </w:r>
    </w:p>
    <w:p>
      <w:pPr>
        <w:jc w:val="right"/>
      </w:pPr>
      <w:r>
        <w:t>ہارا سب، تمہارا مائنڈ جو ہے، وہ آئیڈیل انداز میں سوچتا ہے، آئیڈیل ورلڈ کا طالب ہے، لیکن وہ آئیڈیل تم کو اس دنیا میں نہیں ملے گا۔</w:t>
      </w:r>
    </w:p>
    <w:p>
      <w:r>
        <w:rPr>
          <w:b/>
        </w:rPr>
        <w:t xml:space="preserve">[16:17] </w:t>
      </w:r>
      <w:r>
        <w:t>kyunke yeh to hai less than ideal. jo aadmi yeh sabit kare ke Allah ke creation plan par raazi hai, yani aik temporary period ke liye woh less than ideal mein reh sakta hai,</w:t>
      </w:r>
    </w:p>
    <w:p>
      <w:pPr>
        <w:jc w:val="right"/>
      </w:pPr>
      <w:r>
        <w:t>کیونکہ یہ تو ہے لیس دین آئیڈیل۔ جو آدمی یہ ثابت کرے کہ اللہ کے کریشن پلان پر راضی ہے، یعنی ایک ٹیمپریری پیریڈ کے لیے وہ لیس دین آئیڈیل میں رہ سکتا ہے،</w:t>
      </w:r>
    </w:p>
    <w:p>
      <w:r>
        <w:rPr>
          <w:b/>
        </w:rPr>
        <w:t xml:space="preserve">[16:34] </w:t>
      </w:r>
      <w:r>
        <w:t>poori tarah se raazi ho kar.</w:t>
      </w:r>
    </w:p>
    <w:p>
      <w:pPr>
        <w:jc w:val="right"/>
      </w:pPr>
      <w:r>
        <w:t>پوری طریقے سے راضی ہو کر۔</w:t>
      </w:r>
    </w:p>
    <w:p>
      <w:r>
        <w:rPr>
          <w:b/>
        </w:rPr>
        <w:t xml:space="preserve">[16:37] </w:t>
      </w:r>
      <w:r>
        <w:t>to isi razamandi ki bina par, isi contentment ki bina par, Allah ke is creation plan ko maan lene ki, accept kar lene ki bina par, us ko jannat mile gi.</w:t>
      </w:r>
    </w:p>
    <w:p>
      <w:pPr>
        <w:jc w:val="right"/>
      </w:pPr>
      <w:r>
        <w:t>تو اسی رضامندی کی بنا پر، اسی کنٹینمنٹ کی بنا پر، اللہ کے اس کریشن پلان کو مان لینے کی، ایکسیپٹ کر لینے کی بنا پر، اس کو جنت ملے گی۔</w:t>
      </w:r>
    </w:p>
    <w:p>
      <w:r>
        <w:rPr>
          <w:b/>
        </w:rPr>
        <w:t xml:space="preserve">[16:51] </w:t>
      </w:r>
      <w:r>
        <w:t>yeh hai is is ka khulasa. ab aap poori surah ko ghor kijiye wa tteena wa zaytoon wa toori sinina wa adala balda al ameen laqad khalaqna al nisana fi asna taqweem thumma radadnahu a</w:t>
      </w:r>
    </w:p>
    <w:p>
      <w:pPr>
        <w:jc w:val="right"/>
      </w:pPr>
      <w:r>
        <w:t>یہ ہے اس اس کا خلاصہ۔ اب آپ پوری سورہ کو غور کیجئے وَتِّينَ وَالزَّيْتُونِ وَتُورِ السِّنِينِ وَعَدَلْ بَلْدِ الْأَمِينِ لَقَدْ خَلَقْنَا الْنِسَانَ فِي أَسْنِ تَقْوِيمٍ ثُمَّ رَدَّنَاهُ أ</w:t>
      </w:r>
    </w:p>
    <w:p>
      <w:r>
        <w:rPr>
          <w:b/>
        </w:rPr>
        <w:t xml:space="preserve">[17:07] </w:t>
      </w:r>
      <w:r>
        <w:t>safala safireen illa allazeena aamano wa amiloo al salata hum ne daal diya is ko asghar safreen mein, yaani ek aisi duniya mein jo less than ideal thi, jis mein aadmi ko fulfillment milna nahi tha.</w:t>
      </w:r>
    </w:p>
    <w:p>
      <w:pPr>
        <w:jc w:val="right"/>
      </w:pPr>
      <w:r>
        <w:t>َسْفَلَ السَّافِرِينَ إِلَّا الَّذِينَ آَمَنُوا وَعَمْلُوا الصَّالَاةِ ہم نے ڈال دیا اس کو اصغر سافرین میں، یعنی ایک ایسی دنیا میں جو لیس دین آئیڈیل تھی، جس میں آدمی کو فلفلمنٹ ملنا نہیں تھا۔</w:t>
      </w:r>
    </w:p>
    <w:p>
      <w:r>
        <w:rPr>
          <w:b/>
        </w:rPr>
        <w:t xml:space="preserve">[17:21] </w:t>
      </w:r>
      <w:r>
        <w:t>dekhiye, fulfillment kab mile ga? jab woh itna ho jitna ke aap chahte hain. to aap chahte hain ideal mil raha hai, ideal se kam to fulfillment nahi mile ga.</w:t>
      </w:r>
    </w:p>
    <w:p>
      <w:pPr>
        <w:jc w:val="right"/>
      </w:pPr>
      <w:r>
        <w:t>دیکھیے، فلفلمنٹ کب ملے گا؟ جب وہ اتنا ہو جتنا کہ آپ چاہتے ہیں۔ تو آپ چاہتے ہیں آئیڈیل مل رہا ہے، آئیڈیل سے کم تو فلفلمنٹ نہیں ملے گا۔</w:t>
      </w:r>
    </w:p>
    <w:p>
      <w:r>
        <w:rPr>
          <w:b/>
        </w:rPr>
        <w:t xml:space="preserve">[17:35] </w:t>
      </w:r>
      <w:r>
        <w:t>to fulfillment na milne par raazi hona,</w:t>
      </w:r>
    </w:p>
    <w:p>
      <w:pPr>
        <w:jc w:val="right"/>
      </w:pPr>
      <w:r>
        <w:t>تو فلفلمنٹ نہ ملنے پر راضی ہونا،</w:t>
      </w:r>
    </w:p>
    <w:p>
      <w:r>
        <w:rPr>
          <w:b/>
        </w:rPr>
        <w:t xml:space="preserve">[17:42] </w:t>
      </w:r>
      <w:r>
        <w:t>yeh Quran mein yeh baat mukhtalif andaaz mein jagah jagah kahi gayi hai. mislan surah al Fajr mein dekhiye ya ayyatuh al nafsu al mutmainnah irji'i ila rabbika radhiyah marziyah fadkhuli fi abadi wa dkhuli jannati yaani aey nafs mutmain,</w:t>
      </w:r>
    </w:p>
    <w:p>
      <w:pPr>
        <w:jc w:val="right"/>
      </w:pPr>
      <w:r>
        <w:t>یہ قرآن میں یہ بات مختلف انداز میں جگہ جگہ کہی گئی ہے۔ مثلاً سورہ الفجر میں دیکھیے يَا أَيَّةُهَا الْنَفْسُ الْمُطْمَئِنَّةِ اِرْجِعِ إِلَى رَبِّكَ رَاضِيَةً مَرْضِيًّا فَادْخُلِي فِي أَبَادِي وَادْخُلِي جَنَّتِي یعنی اے نفس مطمئن،</w:t>
      </w:r>
    </w:p>
    <w:p>
      <w:r>
        <w:rPr>
          <w:b/>
        </w:rPr>
        <w:t xml:space="preserve">[18:03] </w:t>
      </w:r>
      <w:r>
        <w:t>aey satisfied soul,</w:t>
      </w:r>
    </w:p>
    <w:p>
      <w:pPr>
        <w:jc w:val="right"/>
      </w:pPr>
      <w:r>
        <w:t>اے سیٹسفائیڈ سول،</w:t>
      </w:r>
    </w:p>
    <w:p>
      <w:r>
        <w:rPr>
          <w:b/>
        </w:rPr>
        <w:t xml:space="preserve">[18:09] </w:t>
      </w:r>
      <w:r>
        <w:t>wapas ho Allah ki taraf</w:t>
      </w:r>
    </w:p>
    <w:p>
      <w:pPr>
        <w:jc w:val="right"/>
      </w:pPr>
      <w:r>
        <w:t>واپس ہو اللہ کی طرف</w:t>
      </w:r>
    </w:p>
    <w:p>
      <w:r>
        <w:rPr>
          <w:b/>
        </w:rPr>
        <w:t xml:space="preserve">[18:15] </w:t>
      </w:r>
      <w:r>
        <w:t>aur</w:t>
      </w:r>
    </w:p>
    <w:p>
      <w:pPr>
        <w:jc w:val="right"/>
      </w:pPr>
      <w:r>
        <w:t>اور</w:t>
      </w:r>
    </w:p>
    <w:p>
      <w:r>
        <w:rPr>
          <w:b/>
        </w:rPr>
        <w:t xml:space="preserve">[18:18] </w:t>
      </w:r>
      <w:r>
        <w:t>dakhila pa jannat mein. to dakhil ho ja be jannat mein. to ghair jannat par jo raazi hoga, us ke liye jannat hai.</w:t>
      </w:r>
    </w:p>
    <w:p>
      <w:pPr>
        <w:jc w:val="right"/>
      </w:pPr>
      <w:r>
        <w:t>داخلہ پا جنت میں۔ تو داخل ہو جا بے جنت میں۔ تو غیر جنت پر جو راضی ہوگا، اس کے لیے جنت ہے۔</w:t>
      </w:r>
    </w:p>
    <w:p>
      <w:r>
        <w:rPr>
          <w:b/>
        </w:rPr>
        <w:t xml:space="preserve">[18:30] </w:t>
      </w:r>
      <w:r>
        <w:t>yeh is ka khulasa hai.</w:t>
      </w:r>
    </w:p>
    <w:p>
      <w:pPr>
        <w:jc w:val="right"/>
      </w:pPr>
      <w:r>
        <w:t>یہ اس کا خلاصہ ہے۔</w:t>
      </w:r>
    </w:p>
    <w:p>
      <w:r>
        <w:rPr>
          <w:b/>
        </w:rPr>
        <w:t xml:space="preserve">[18:33] </w:t>
      </w:r>
      <w:r>
        <w:t>ghair jannat pe is liye raazi hona hai ke Allah ke creation plan ki bana par is ko Allah taala ne less than ideal banaya. kyunke yeh test test tha.</w:t>
      </w:r>
    </w:p>
    <w:p>
      <w:pPr>
        <w:jc w:val="right"/>
      </w:pPr>
      <w:r>
        <w:t>غیر جنت پہ اس لیے راضی ہونا ہے کہ اللہ کے کریشن پلان کی بنا پر اس کو اللہ تعالی نے لیس دین آئیڈیل بنایا۔ کیونکہ یہ ٹیسٹ ٹیسٹ تھا۔</w:t>
      </w:r>
    </w:p>
    <w:p>
      <w:r>
        <w:rPr>
          <w:b/>
        </w:rPr>
        <w:t xml:space="preserve">[18:44] </w:t>
      </w:r>
      <w:r>
        <w:t>to jo test period hai, test period mein Allah ne yeh muqaddar kiya hai ke insaan rahe kuch din tak, yaani 60 saal, 70 saal, 80 saal.</w:t>
      </w:r>
    </w:p>
    <w:p>
      <w:pPr>
        <w:jc w:val="right"/>
      </w:pPr>
      <w:r>
        <w:t>تو جو ٹیسٹ پیریڈ ہے، ٹیسٹ پیریڈ میں اللہ نے یہ مقدر کیا ہے کہ انسان رہے کچھ دن تک، یعنی 60 سال، 70 سال، 80 سال۔</w:t>
      </w:r>
    </w:p>
    <w:p>
      <w:r>
        <w:rPr>
          <w:b/>
        </w:rPr>
        <w:t xml:space="preserve">[18:56] </w:t>
      </w:r>
      <w:r>
        <w:t>agarche is is ki chahat to hogi ideal ki, is ka andar ki jo saari tamannayein hain, saari desires hain, woh to ideal chah rahi hongi.</w:t>
      </w:r>
    </w:p>
    <w:p>
      <w:pPr>
        <w:jc w:val="right"/>
      </w:pPr>
      <w:r>
        <w:t>اگرچہ اس اس کی چاہت تو ہوگی آئیڈیل کی، اس کا اندر کی جو ساری تمنائیں ہیں، ساری ڈیزائر ہیں، وہ تو آئیڈیل چاہ رہی ہوں گی۔</w:t>
      </w:r>
    </w:p>
    <w:p>
      <w:r>
        <w:rPr>
          <w:b/>
        </w:rPr>
        <w:t xml:space="preserve">[19:07] </w:t>
      </w:r>
      <w:r>
        <w:t>lekin aap logon ko control karna hai. aap logon ko control karte hue, apne ko discipline rakhte hue, apne par qabu rakhte hue,</w:t>
      </w:r>
    </w:p>
    <w:p>
      <w:pPr>
        <w:jc w:val="right"/>
      </w:pPr>
      <w:r>
        <w:t>لیکن آپ لوگوں کو کنٹرول کرنا ہے۔ آپ لوگوں کو کنٹرول کرتے ہوئے، اپنے کو ڈسپلن رکھتے ہوئے، اپنے پر قابو رکھتے ہوئے،</w:t>
      </w:r>
    </w:p>
    <w:p>
      <w:r>
        <w:rPr>
          <w:b/>
        </w:rPr>
        <w:t xml:space="preserve">[19:17] </w:t>
      </w:r>
      <w:r>
        <w:t>raazi ho ja is baat par ke ek temporary period ke liye is ko Allah ki duniya mein rakhna hai, jahan ke is ko fulfillment nahi mile ga, fulfillment mil nahi mile ga.</w:t>
      </w:r>
    </w:p>
    <w:p>
      <w:pPr>
        <w:jc w:val="right"/>
      </w:pPr>
      <w:r>
        <w:t>راضی ہو جا اس بات پر کہ ایک ٹیمپریری پیریڈ کے لیے اس کو اللہ کی دنیا میں رکھنا ہے، جہاں کہ اس کو فلفلمنٹ نہیں ملے گا، فلفلمنٹ مل نہیں ملے گا۔</w:t>
      </w:r>
    </w:p>
    <w:p>
      <w:r>
        <w:rPr>
          <w:b/>
        </w:rPr>
        <w:t xml:space="preserve">[19:30] </w:t>
      </w:r>
      <w:r>
        <w:t>to isi, yaani Allah ke Allah ke naqshe par raazi hona, yahi asal mein qeemat hai jo kisi ko jannat ka mustahiq banati hai.</w:t>
      </w:r>
    </w:p>
    <w:p>
      <w:pPr>
        <w:jc w:val="right"/>
      </w:pPr>
      <w:r>
        <w:t>تو اسی، یعنی اللہ کے اللہ کے نقشے پر راضی ہونا، یہی اصل میں قیمت ہے جو کسی کو جنت کا مستحق بناتی ہے۔</w:t>
      </w:r>
    </w:p>
    <w:p>
      <w:r>
        <w:rPr>
          <w:b/>
        </w:rPr>
        <w:t xml:space="preserve">[19:45] </w:t>
      </w:r>
      <w:r>
        <w:t>to is surah mein bohat bari baat kahi gayi hai, lekin mein ata turk ko akela blame nahi deta.</w:t>
      </w:r>
    </w:p>
    <w:p>
      <w:pPr>
        <w:jc w:val="right"/>
      </w:pPr>
      <w:r>
        <w:t>تو اس سورہ میں بہت بڑی بات کہی گئی ہے، لیکن میں عطا ترک کو اکیلا بلیم نہیں دیتا۔</w:t>
      </w:r>
    </w:p>
    <w:p>
      <w:r>
        <w:rPr>
          <w:b/>
        </w:rPr>
        <w:t xml:space="preserve">[19:56] </w:t>
      </w:r>
      <w:r>
        <w:t>is mein 50-50 ka maamla</w:t>
      </w:r>
    </w:p>
    <w:p>
      <w:pPr>
        <w:jc w:val="right"/>
      </w:pPr>
      <w:r>
        <w:t>اس میں 50-50 کا معامل</w:t>
      </w:r>
    </w:p>
    <w:p>
      <w:r>
        <w:rPr>
          <w:b/>
        </w:rPr>
        <w:t xml:space="preserve">[19:58] </w:t>
      </w:r>
      <w:r>
        <w:t>hai, yaani kamal ata turk ne ne is ka translation parha. to translation mein yahi tha ke qasam hai teen ki aur zaitoon ki aur toor-e-sinin ki aur balad-e-ameen ki.</w:t>
      </w:r>
    </w:p>
    <w:p>
      <w:pPr>
        <w:jc w:val="right"/>
      </w:pPr>
      <w:r>
        <w:t>ہ ہے، یعنی کمال عطا ترک نے نے اس کا ٹرانسلیشن پڑھا۔ تو ٹرانسلیشن میں یہی تھا کہ قسم ہے تین کی اور زیتون کی اور تورِ سِنِین کی اور بلدِ امین کی۔</w:t>
      </w:r>
    </w:p>
    <w:p>
      <w:r>
        <w:rPr>
          <w:b/>
        </w:rPr>
        <w:t xml:space="preserve">[20:16] </w:t>
      </w:r>
      <w:r>
        <w:t>to literal tor par is ne yeh matlab to le liya. achha, commentary jo hamari hai, kisi commentary mein yeh baat clear nahi hai. kyunke log phanse hue hain isi teen zaitoon ke maamle mein</w:t>
      </w:r>
    </w:p>
    <w:p>
      <w:pPr>
        <w:jc w:val="right"/>
      </w:pPr>
      <w:r>
        <w:t>تو لٹرل طور پر اس نے یہ معنی تو لے لیا۔ اچھا، کمنٹری جو ہماری ہے، کسی کمنٹری میں یہ بات کلیئر نہیں ہے۔ کیونکہ لوگ پھنسے ہوئے ہیں اسی تین زیتون کے معاملے میں</w:t>
      </w:r>
    </w:p>
    <w:p>
      <w:r>
        <w:rPr>
          <w:b/>
        </w:rPr>
        <w:t xml:space="preserve">[20:28] </w:t>
      </w:r>
      <w:r>
        <w:t>. mein samajhta hoon ke yeh symbolic words hain, symbolic. yeh poora jo planet Earth hai hamara, is ko symbolize kar rahe hain ke yeh planet Earth jo hai, is mein tum ko,</w:t>
      </w:r>
    </w:p>
    <w:p>
      <w:pPr>
        <w:jc w:val="right"/>
      </w:pPr>
      <w:r>
        <w:t>۔ میں سمجھتا ہوں کہ یہ سمبولک ورڈز ہیں، سمبولک۔ یہ پورا جو پلینٹ ارتھ ہے ہمارا، اس کو سمبولائز کر رہے ہیں کہ یہ پلینٹ ارتھ جو ہے، اس میں تم کو،</w:t>
      </w:r>
    </w:p>
    <w:p>
      <w:r>
        <w:rPr>
          <w:b/>
        </w:rPr>
        <w:t xml:space="preserve">[20:43] </w:t>
      </w:r>
      <w:r>
        <w:t>yaani tumhare liye, is mein pani hai, jis ki wajah se haan, plant ugte hain, darakht paida hote hain.</w:t>
      </w:r>
    </w:p>
    <w:p>
      <w:pPr>
        <w:jc w:val="right"/>
      </w:pPr>
      <w:r>
        <w:t>یعنی تمہارے لیے، اس میں پانی ہے، جس کی وجہ سے ہاں، پلانٹ اگتے ہیں، درخت پیدا ہوتے ہیں۔</w:t>
      </w:r>
    </w:p>
    <w:p>
      <w:r>
        <w:rPr>
          <w:b/>
        </w:rPr>
        <w:t xml:space="preserve">[20:52] </w:t>
      </w:r>
      <w:r>
        <w:t>p</w:t>
      </w:r>
    </w:p>
    <w:p>
      <w:pPr>
        <w:jc w:val="right"/>
      </w:pPr>
      <w:r>
        <w:t>پ</w:t>
      </w:r>
    </w:p>
    <w:p>
      <w:r>
        <w:rPr>
          <w:b/>
        </w:rPr>
        <w:t xml:space="preserve">[20:53] </w:t>
      </w:r>
      <w:r>
        <w:t>har yeh bohat hi zyada, yaani doosre aise asbab hain ke tum is mein shehar banate ho, city planning karte ho, aur yahan par pahad hain.</w:t>
      </w:r>
    </w:p>
    <w:p>
      <w:pPr>
        <w:jc w:val="right"/>
      </w:pPr>
      <w:r>
        <w:t>ھر یہ بہت ہی زیادہ، یعنی دوسرے ایسے اسباب ہیں کہ تم اس میں شہر بناتے ہو، سٹی پلاننگ کرتے ہو، اور یہاں پر پہاڑ ہیں۔</w:t>
      </w:r>
    </w:p>
    <w:p>
      <w:r>
        <w:rPr>
          <w:b/>
        </w:rPr>
        <w:t xml:space="preserve">[21:07] </w:t>
      </w:r>
      <w:r>
        <w:t>pahad ka bohat bara role hai, kyunke pahad agar na ho to zameen ka balance toot jaye,</w:t>
      </w:r>
    </w:p>
    <w:p>
      <w:pPr>
        <w:jc w:val="right"/>
      </w:pPr>
      <w:r>
        <w:t>پہاڑ کا بہت بڑا رول ہے، کیونکہ پہاڑ اگر نہ ہو تو زمین کا بیلنس ٹوٹ جائے،</w:t>
      </w:r>
    </w:p>
    <w:p>
      <w:r>
        <w:rPr>
          <w:b/>
        </w:rPr>
        <w:t xml:space="preserve">[21:13] </w:t>
      </w:r>
      <w:r>
        <w:t>jis ko kehte hain usostisi. usostisi se sabit hua hai ke pahaar par jo hai, woh balance karne ke liye ke zameen haley nahi, bohat hi, bohat hi tawazun ke sath woh harkat karti rahay.</w:t>
      </w:r>
    </w:p>
    <w:p>
      <w:pPr>
        <w:jc w:val="right"/>
      </w:pPr>
      <w:r>
        <w:t>جس کو کہتے ہیں اسوسٹیسی۔ اسوسٹیسی سے ثابت ہوا ہے کہ پہاڑ پر جو ہے، وہ بیلنس کرنے کے لیے کہ زمین ہلے نہیں، بہت ہی، بہت ہی توازن کے ساتھ وہ حرکت کرتی رہے۔</w:t>
      </w:r>
    </w:p>
    <w:p>
      <w:r>
        <w:rPr>
          <w:b/>
        </w:rPr>
        <w:t xml:space="preserve">[21:29] </w:t>
      </w:r>
      <w:r>
        <w:t>to is aayat mein ghor kiye to maloom hua ke is mein wahi baatein hain ke aye insaan! tujh ko hum ne aisi zameen di jahan pani tha, jahan plant tha, jahan yeh possible tha ke tum apne shehar banao, apni bastiyan banao.</w:t>
      </w:r>
    </w:p>
    <w:p>
      <w:pPr>
        <w:jc w:val="right"/>
      </w:pPr>
      <w:r>
        <w:t>تو اس آیت میں غور کیے تو معلوم ہوا کہ اس میں وہی باتیں ہیں کہ اے انسان! تجھ کو ہم نے ایسی زمین دی جہاں پانی تھا، جہاں پلانٹ تھا، جہاں یہ پاسیبل تھا کہ تم اپنے شہر بناؤ، اپنی بستیاں بناؤ۔</w:t>
      </w:r>
    </w:p>
    <w:p>
      <w:r>
        <w:rPr>
          <w:b/>
        </w:rPr>
        <w:t xml:space="preserve">[21:47] </w:t>
      </w:r>
      <w:r>
        <w:t>aise, aisi zameen di jo bohat hi, har cheez right proportion mein thi, jo tumhare liye rehne ke liye muwafiq thi.</w:t>
      </w:r>
    </w:p>
    <w:p>
      <w:pPr>
        <w:jc w:val="right"/>
      </w:pPr>
      <w:r>
        <w:t>ایسے، ایسی زمین دی جو بہت ہی، ہر چیز رائٹ پروپورشن میں تھی، جو تمہارے لیے رہنے کے لیے موافق تھی۔</w:t>
      </w:r>
    </w:p>
    <w:p>
      <w:r>
        <w:rPr>
          <w:b/>
        </w:rPr>
        <w:t xml:space="preserve">[21:58] </w:t>
      </w:r>
      <w:r>
        <w:t>in saare asbab wala ek planet earth tum ko diya, lekin phir bhi chounke test ke liye tha, yeh yeh yahan par insaan rakha gaya tha test ke liye, is liye yahan par Allah taala ne aadmi ke liye satisfaction ka saman nahi rakha,</w:t>
      </w:r>
    </w:p>
    <w:p>
      <w:pPr>
        <w:jc w:val="right"/>
      </w:pPr>
      <w:r>
        <w:t>ان سارے اسباب والا ایک پلینٹ ارتھ تم کو دیا، لیکن پھر بھی چونکہ ٹیسٹ کے لیے تھا، یہ یہ یہاں پر انسان رکھا گیا تھا ٹیسٹ کے لیے، اس لیے یہاں پر اللہ تعالی نے آدمی کے لیے سیٹسفیکشن کا سامان نہیں رکھا،</w:t>
      </w:r>
    </w:p>
    <w:p>
      <w:r>
        <w:rPr>
          <w:b/>
        </w:rPr>
        <w:t xml:space="preserve">[22:18] </w:t>
      </w:r>
      <w:r>
        <w:t>yani fulfillment ka saman nahi rakha. jo insaan jo chahta tha, ideal world, waisa nahi hai, balke less than ideal</w:t>
      </w:r>
    </w:p>
    <w:p>
      <w:pPr>
        <w:jc w:val="right"/>
      </w:pPr>
      <w:r>
        <w:t>یعنی فلفلمنٹ کا سامان نہیں رکھا۔ جو انسان جو چاہتا تھا، آئیڈیل ورلڈ، ویسا نہیں ہے، بلکہ لیس دین آئیڈیل</w:t>
      </w:r>
    </w:p>
    <w:p>
      <w:r>
        <w:rPr>
          <w:b/>
        </w:rPr>
        <w:t xml:space="preserve">[22:28] </w:t>
      </w:r>
      <w:r>
        <w:t>hai. yahi, yahi test hai insaan ka. dekhiye, aam taur par log samajhte hain ke bas kalma parh lo to jannat hai, aur kuch rituals hain to kar lo to jannat hai,</w:t>
      </w:r>
    </w:p>
    <w:p>
      <w:pPr>
        <w:jc w:val="right"/>
      </w:pPr>
      <w:r>
        <w:t>ہے۔ یہی، یہی ٹیسٹ ہے انسان کا۔ دیکھیے، عام طور پر لوگ سمجھتے ہیں کہ بس کلمہ پڑھ لو تو جنت ہے، اور کچھ ریچولز ہیں تو کر لو تو جنت ہے،</w:t>
      </w:r>
    </w:p>
    <w:p>
      <w:r>
        <w:rPr>
          <w:b/>
        </w:rPr>
        <w:t xml:space="preserve">[22:44] </w:t>
      </w:r>
      <w:r>
        <w:t>kuch khaas tarah ke woh hain مراسم hain, is ko ada kar lo to jannat hai.</w:t>
      </w:r>
    </w:p>
    <w:p>
      <w:pPr>
        <w:jc w:val="right"/>
      </w:pPr>
      <w:r>
        <w:t>کچھ خاص طرح کے وہ ہیں مراسم ہیں، اس کو ادا کر لو تو جنت ہے۔</w:t>
      </w:r>
    </w:p>
    <w:p>
      <w:r>
        <w:rPr>
          <w:b/>
        </w:rPr>
        <w:t xml:space="preserve">[22:54] </w:t>
      </w:r>
      <w:r>
        <w:t>yani doosre lafzon pe unhon ne jannat ko ek ek cultural life ka, ka, ke, ka qeemat samajh rakha hai.</w:t>
      </w:r>
    </w:p>
    <w:p>
      <w:pPr>
        <w:jc w:val="right"/>
      </w:pPr>
      <w:r>
        <w:t>یعنی دوسرے لفظوں پہ انہوں نے جنت کو ایک ایک کلچرل لائف کا، کا، کے، کا قیمت سمجھ رکھا ہے۔</w:t>
      </w:r>
    </w:p>
    <w:p>
      <w:r>
        <w:rPr>
          <w:b/>
        </w:rPr>
        <w:t xml:space="preserve">[23:04] </w:t>
      </w:r>
      <w:r>
        <w:t>yeh sab to cultural part hain. jannat jo hai, woh un ko mile gi jinhon ne apna jo jannati personality develop ki ho.</w:t>
      </w:r>
    </w:p>
    <w:p>
      <w:pPr>
        <w:jc w:val="right"/>
      </w:pPr>
      <w:r>
        <w:t>یہ سب تو کلچرل پارٹ ہیں۔ جنت جو ہے، وہ ان کو ملے گی جنہوں نے اپنا جو جنتی پرسنیلٹی ڈیویلپ کی ہو۔</w:t>
      </w:r>
    </w:p>
    <w:p>
      <w:r>
        <w:rPr>
          <w:b/>
        </w:rPr>
        <w:t xml:space="preserve">[23:16] </w:t>
      </w:r>
      <w:r>
        <w:t>jannati personality</w:t>
      </w:r>
    </w:p>
    <w:p>
      <w:pPr>
        <w:jc w:val="right"/>
      </w:pPr>
      <w:r>
        <w:t>جنتی پرسنیلٹی</w:t>
      </w:r>
    </w:p>
    <w:p>
      <w:r>
        <w:rPr>
          <w:b/>
        </w:rPr>
        <w:t xml:space="preserve">[23:19] </w:t>
      </w:r>
      <w:r>
        <w:t>yeh kuch kharji taur par kuch rituals ada karne se jannat nahi milne wali. kisi ko woh personality jo Allah taala ka matloob hai, yani wahi raziyah marziyah,</w:t>
      </w:r>
    </w:p>
    <w:p>
      <w:pPr>
        <w:jc w:val="right"/>
      </w:pPr>
      <w:r>
        <w:t>یہ کچھ خارجی طور پر کچھ ریچولز ادا کرنے سے جنت نہیں ملنے والی۔ کسی کو وہ پرسنیلٹی جو اللہ تعالی کا مطلوب ہے، یعنی وہی راضیۃ مرضیہ،</w:t>
      </w:r>
    </w:p>
    <w:p>
      <w:r>
        <w:rPr>
          <w:b/>
        </w:rPr>
        <w:t xml:space="preserve">[23:31] </w:t>
      </w:r>
      <w:r>
        <w:t>aisi personality jo discover kare Allah ko, jo discover kare Allah ke creation plan ko, jo discover kare Allah taala ke is, is,</w:t>
      </w:r>
    </w:p>
    <w:p>
      <w:pPr>
        <w:jc w:val="right"/>
      </w:pPr>
      <w:r>
        <w:t>ایسی پرسنیلٹی جو ڈسکور کرے اللہ کو، جو ڈسکور کرے اللہ کے کریشن پلان کو، جو ڈسکور کرے اللہ تعالی کے اس، اس،</w:t>
      </w:r>
    </w:p>
    <w:p>
      <w:r>
        <w:rPr>
          <w:b/>
        </w:rPr>
        <w:t xml:space="preserve">[23:47] </w:t>
      </w:r>
      <w:r>
        <w:t>is, is scheme ko ke dunya mein Allah taala ne rakha hai insaan ko, magar is tareeqe se hai ke insaan hai idealist.</w:t>
      </w:r>
    </w:p>
    <w:p>
      <w:pPr>
        <w:jc w:val="right"/>
      </w:pPr>
      <w:r>
        <w:t>اس، اس اسکیم کو کہ دنیا میں اللہ تعالی نے رکھا ہے انسان کو، مگر اس طریقے سے ہے کہ انسان ہے آئیڈیلسٹ۔</w:t>
      </w:r>
    </w:p>
    <w:p>
      <w:r>
        <w:rPr>
          <w:b/>
        </w:rPr>
        <w:t xml:space="preserve">[23:59] </w:t>
      </w:r>
      <w:r>
        <w:t>rehna hai is ko less than ideal</w:t>
      </w:r>
    </w:p>
    <w:p>
      <w:pPr>
        <w:jc w:val="right"/>
      </w:pPr>
      <w:r>
        <w:t>رہنا ہے اس کو لیس دین آئیڈیل</w:t>
      </w:r>
    </w:p>
    <w:p>
      <w:r>
        <w:rPr>
          <w:b/>
        </w:rPr>
        <w:t xml:space="preserve">[24:01] </w:t>
      </w:r>
      <w:r>
        <w:t>mein, tabhi to, tabhi to test hoga. agar yeh na ho to test kis baat ka? test kis baat ka hoga?</w:t>
      </w:r>
    </w:p>
    <w:p>
      <w:pPr>
        <w:jc w:val="right"/>
      </w:pPr>
      <w:r>
        <w:t>میں، تبھی تو، تبھی تو ٹیسٹ ہوگا۔ اگر یہ نہ ہو تو ٹیسٹ کس بات کا؟ ٹیسٹ کس بات کا ہوگا؟</w:t>
      </w:r>
    </w:p>
    <w:p>
      <w:r>
        <w:rPr>
          <w:b/>
        </w:rPr>
        <w:t xml:space="preserve">[24:10] </w:t>
      </w:r>
      <w:r>
        <w:t>phir to test ki maslehat ki bina par Allah taala ne aisa kiya ke insaan ko paida to kiya, idealistic, ek dam ideal mind us ko diya.</w:t>
      </w:r>
    </w:p>
    <w:p>
      <w:pPr>
        <w:jc w:val="right"/>
      </w:pPr>
      <w:r>
        <w:t>پھر تو ٹیسٹ کی مصلحت کی بنا پر اللہ تعالی نے ایسا کیا کہ انسان کو پیدا تو کیا، آئیڈیلسٹک، ایک دم آئیڈیل مائنڈ اس کو دیا۔</w:t>
      </w:r>
    </w:p>
    <w:p>
      <w:r>
        <w:rPr>
          <w:b/>
        </w:rPr>
        <w:t xml:space="preserve">[24:21] </w:t>
      </w:r>
      <w:r>
        <w:t>har cheez chahta hai insaan bilkul ideal, ideal, ideal, ziyada se ziyada bore and bore, bore and bore.</w:t>
      </w:r>
    </w:p>
    <w:p>
      <w:pPr>
        <w:jc w:val="right"/>
      </w:pPr>
      <w:r>
        <w:t>ہر چیز چاہتا ہے انسان بالکل آئیڈیل، آئیڈیل، آئیڈیل، زیادہ سے زیادہ بور اینڈ بور، بور اینڈ بور۔</w:t>
      </w:r>
    </w:p>
    <w:p>
      <w:r>
        <w:rPr>
          <w:b/>
        </w:rPr>
        <w:t xml:space="preserve">[24:31] </w:t>
      </w:r>
      <w:r>
        <w:t>isi liye mein ek baat yeh samajh paya hoon ke jannat mein aisa hoga ke usay lagay ga ke saari jannat meri hai. har aadmi wahan is tarah rahe ga jaise ke saari jannat usi ki hai.</w:t>
      </w:r>
    </w:p>
    <w:p>
      <w:pPr>
        <w:jc w:val="right"/>
      </w:pPr>
      <w:r>
        <w:t>اسی لیے میں ایک بات یہ سمجھ پایا ہوں کہ جنت میں ایسا ہوگا کہ اسے لگے گا کہ ساری جنت میری ہے۔ ہر آدمی وہاں اس طرح رہے گا جیسے کہ ساری جنت اسی کی ہے۔</w:t>
      </w:r>
    </w:p>
    <w:p>
      <w:r>
        <w:rPr>
          <w:b/>
        </w:rPr>
        <w:t xml:space="preserve">[24:43] </w:t>
      </w:r>
      <w:r>
        <w:t>tabhi to poori taskeen hogi us ko. ma yatasawwar nahi hoga ke mujhe kam mila hai to usay koi ziyada mila hai, aisa nahi hoga.</w:t>
      </w:r>
    </w:p>
    <w:p>
      <w:pPr>
        <w:jc w:val="right"/>
      </w:pPr>
      <w:r>
        <w:t>تبھی تو پوری تسکین ہوگی اس کو۔ ما یتصور نہیں ہوگا کہ مجھے کم ملا ہے تو اسے کوئی زیادہ ملا ہے، ایسا نہیں ہوگا۔</w:t>
      </w:r>
    </w:p>
    <w:p>
      <w:r>
        <w:rPr>
          <w:b/>
        </w:rPr>
        <w:t xml:space="preserve">[24:53] </w:t>
      </w:r>
      <w:r>
        <w:t>wahan Allah taala insaan ka aisa tazkiya kar dein ge,</w:t>
      </w:r>
    </w:p>
    <w:p>
      <w:pPr>
        <w:jc w:val="right"/>
      </w:pPr>
      <w:r>
        <w:t>وہاں اللہ تعالی انسان کا ایسا تزکیہ کر دیں گے،</w:t>
      </w:r>
    </w:p>
    <w:p>
      <w:r>
        <w:rPr>
          <w:b/>
        </w:rPr>
        <w:t xml:space="preserve">[24:59] </w:t>
      </w:r>
      <w:r>
        <w:t>insaan ke andar aisa mizaj bana dein ge ke saare log samjhein ke sab, sab kuch mere liye kis tarah rahen ge.</w:t>
      </w:r>
    </w:p>
    <w:p>
      <w:pPr>
        <w:jc w:val="right"/>
      </w:pPr>
      <w:r>
        <w:t>انسان کے اندر ایسا مزاج بنا دیں گے کہ سارے لوگ سمجھیں کہ سب، سب کچھ میرے لیے کس طرح رہیں گے۔</w:t>
      </w:r>
    </w:p>
    <w:p>
      <w:r>
        <w:rPr>
          <w:b/>
        </w:rPr>
        <w:t xml:space="preserve">[25:09] </w:t>
      </w:r>
      <w:r>
        <w:t>wahan par to poora un ko satisfaction mile ga.</w:t>
      </w:r>
    </w:p>
    <w:p>
      <w:pPr>
        <w:jc w:val="right"/>
      </w:pPr>
      <w:r>
        <w:t>وہاں پر تو پورا ان کو سیٹسفیکشن ملے گا۔</w:t>
      </w:r>
    </w:p>
    <w:p>
      <w:r>
        <w:rPr>
          <w:b/>
        </w:rPr>
        <w:t xml:space="preserve">[25:14] </w:t>
      </w:r>
      <w:r>
        <w:t>yeh kis? yeh is baat ki qeemat hogi jab ke is dunya mein hum reh saken Allah ke jo scheme of things hai, us par razi ho kar, ke Allah ka jo mansooba hai, us par razi ho kar, Allah ka jo creation plan hai, us par razi ho kar.</w:t>
      </w:r>
    </w:p>
    <w:p>
      <w:pPr>
        <w:jc w:val="right"/>
      </w:pPr>
      <w:r>
        <w:t>یہ کس؟ یہ اس بات کی قیمت ہوگی جب کہ اس دنیا میں ہم رہ سکیں اللہ کے کہ جو اسکیم آف تھنگز ہے، اس پر راضی ہو کر، کہ اللہ کا جو منصوبہ ہے، اس پر راضی ہو کر، اللہ کا جو کریشن پلان ہے، اس پر راضی ہو کر۔</w:t>
      </w:r>
    </w:p>
    <w:p>
      <w:r>
        <w:rPr>
          <w:b/>
        </w:rPr>
        <w:t xml:space="preserve">[25:31] </w:t>
      </w:r>
      <w:r>
        <w:t>so ahem tareen, sab se ahem cheez hai Allah ke creation plan par razi hona, Allah ke creation plan par razi hona,</w:t>
      </w:r>
    </w:p>
    <w:p>
      <w:pPr>
        <w:jc w:val="right"/>
      </w:pPr>
      <w:r>
        <w:t>سو اہم ترین، سب سے اہم چیز ہے اللہ کے کریشن پلان پر راضی ہونا، اللہ کے کریشن پلان پر راضی ہونا،</w:t>
      </w:r>
    </w:p>
    <w:p>
      <w:r>
        <w:rPr>
          <w:b/>
        </w:rPr>
        <w:t xml:space="preserve">[25:44] </w:t>
      </w:r>
      <w:r>
        <w:t>jis jaise quran mein hai ke alhakumut takathur hatta zur tumul maqabir tum bohat, bohat ke peechay daurte rahe, bore and bore ke peechay daurte rahe.</w:t>
      </w:r>
    </w:p>
    <w:p>
      <w:pPr>
        <w:jc w:val="right"/>
      </w:pPr>
      <w:r>
        <w:t>جس جیسے قرآن میں ہے کہ الْهَكُمُ التَّقَاصُرُ حَتَّىٰ ذُرْتُهُ الْمَقَابِلُ تم بہت، بہت کے پیچھے دوڑتے رہے، بور اینڈ بور کے پیچھے دوڑتے رہے۔</w:t>
      </w:r>
    </w:p>
    <w:p>
      <w:r>
        <w:rPr>
          <w:b/>
        </w:rPr>
        <w:t xml:space="preserve">[25:55] </w:t>
      </w:r>
      <w:r>
        <w:t>yahan tak tum qabr pahanch gaye ke jis insaan ka, is insaan ka zikr hai jo raazi nahi hua, bor and bor ke liye daudta raha, yaani content par nahi ruka.</w:t>
      </w:r>
    </w:p>
    <w:p>
      <w:pPr>
        <w:jc w:val="right"/>
      </w:pPr>
      <w:r>
        <w:t>یہاں تک تم قبر پہنچ گئے کہ جس انسان کا، اس انسان کا ذکر ہے جو راضی نہیں ہوا، بور اینڈ بور کے لیے دوڑتا رہا، یعنی کنٹینٹ پر نہیں رکا۔</w:t>
      </w:r>
    </w:p>
    <w:p>
      <w:r>
        <w:rPr>
          <w:b/>
        </w:rPr>
        <w:t xml:space="preserve">[26:07] </w:t>
      </w:r>
      <w:r>
        <w:t>woh ek hai, dekhiye, content culture, ek hai more and more culture.</w:t>
      </w:r>
    </w:p>
    <w:p>
      <w:pPr>
        <w:jc w:val="right"/>
      </w:pPr>
      <w:r>
        <w:t>وہ ایک ہے، دیکھیے، کنٹینٹ کلچر، ایک ہے مور اینڈ مور کلچر۔</w:t>
      </w:r>
    </w:p>
    <w:p>
      <w:r>
        <w:rPr>
          <w:b/>
        </w:rPr>
        <w:t xml:space="preserve">[26:13] </w:t>
      </w:r>
      <w:r>
        <w:t>do culture hain contentment ka aur more and more ka. to jo Allah ki scheme of things hai, woh yeh hai ke aap apne andar contentment paida karein, qanaat paida karein.</w:t>
      </w:r>
    </w:p>
    <w:p>
      <w:pPr>
        <w:jc w:val="right"/>
      </w:pPr>
      <w:r>
        <w:t>دو کلچر ہیں کنٹینٹمنٹ کا اور مور اینڈ مور کا۔ تو جو اللہ کی اسکیم آف تھنگز ہے، وہ یہ ہے کہ آپ اپنے اندر کنٹینٹمنٹ پیدا کریں، قناعت پیدا کریں۔</w:t>
      </w:r>
    </w:p>
    <w:p>
      <w:r>
        <w:rPr>
          <w:b/>
        </w:rPr>
        <w:t xml:space="preserve">[26:26] </w:t>
      </w:r>
      <w:r>
        <w:t>Allah ne jo, jo aap ko diya hai, is, is par raazi ho jayein. aap is, woh razamandi jo hai, yahi jannat ki qeemat hai.</w:t>
      </w:r>
    </w:p>
    <w:p>
      <w:pPr>
        <w:jc w:val="right"/>
      </w:pPr>
      <w:r>
        <w:t>اللہ نے جو، جو آپ کو دیا ہے، اس، اس پر راضی ہو جائیں۔ آپ اس، وہ رضامندی جو ہے، یہی جنت کی قیمت ہے۔</w:t>
      </w:r>
    </w:p>
    <w:p>
      <w:r>
        <w:rPr>
          <w:b/>
        </w:rPr>
        <w:t xml:space="preserve">[26:38] </w:t>
      </w:r>
      <w:r>
        <w:t>raziyallahu anhum waradhu dhalika yamankhasha rabbah</w:t>
      </w:r>
    </w:p>
    <w:p>
      <w:pPr>
        <w:jc w:val="right"/>
      </w:pPr>
      <w:r>
        <w:t>رَضِيَ اللّٰهُ عَنْهُ وَرَضُوْا ذَٰلِكَ يَمَنْ خَشَى رَبَّه</w:t>
      </w:r>
    </w:p>
    <w:p>
      <w:r>
        <w:rPr>
          <w:b/>
        </w:rPr>
        <w:t xml:space="preserve">[26:46] </w:t>
      </w:r>
      <w:r>
        <w:t>to yeh surah mein samajhta hoon ke bohat hi aham surah hai aur is mein bohat hi important baat kahi gayi hai. log is ko is liye samajh paye ke ke woh teen aur zaitoon kal le liya unhone, halanke yeh asal mein ek, ek taabeer hai, ek, ek symbolic andaaz hai kehne ka.</w:t>
      </w:r>
    </w:p>
    <w:p>
      <w:pPr>
        <w:jc w:val="right"/>
      </w:pPr>
      <w:r>
        <w:t>تو یہ سورہ میں سمجھتا ہوں کہ بہت ہی اہم سورہ ہے اور اس میں بہت ہی امپورٹنٹ بات کہی گئی ہے۔ لوگ اس کو اس لیے سمجھ پائے کہ کہ وہ تین اور زیتون کل لے لیا انہوں نے، حالانکہ یہ اصل میں ایک، ایک تعبیر ہے، ایک، ایک سمبولک انداز ہے کہنے کا۔</w:t>
      </w:r>
    </w:p>
    <w:p>
      <w:r>
        <w:rPr>
          <w:b/>
        </w:rPr>
        <w:t xml:space="preserve">[27:09] </w:t>
      </w:r>
      <w:r>
        <w:t>aur asal baat jo kehna maqsood hai, woh hai yeh planet Earth.</w:t>
      </w:r>
    </w:p>
    <w:p>
      <w:pPr>
        <w:jc w:val="right"/>
      </w:pPr>
      <w:r>
        <w:t>اور اصل بات جو کہنا مقصود ہے، وہ ہے یہ پلینٹ ارتھ۔</w:t>
      </w:r>
    </w:p>
    <w:p>
      <w:r>
        <w:rPr>
          <w:b/>
        </w:rPr>
        <w:t xml:space="preserve">[27:15] </w:t>
      </w:r>
      <w:r>
        <w:t>yeh planet Earth mein specially yeh, yeh Allah taala ne aisa rakha hai intezaam ke yahan par pani hai, yahan par, yahan par plant hai, yahan par hawa hai, yahan par oxygen hai, yahan par mumkin hota hai ke aap shehar banayein,</w:t>
      </w:r>
    </w:p>
    <w:p>
      <w:pPr>
        <w:jc w:val="right"/>
      </w:pPr>
      <w:r>
        <w:t>یہ پلینٹ ارتھ میں اسپیشلی یہ، یہ اللہ تعالی نے ایسا رکھا ہے انتظام کہ یہاں پر پانی ہے، یہاں پر، یہاں پر پلانٹ ہے، یہاں پر ہوا ہے، یہاں پر اکسیجن ہے، یہاں پر ممکن ہوتا ہے کہ آپ شہر بنائیں،</w:t>
      </w:r>
    </w:p>
    <w:p>
      <w:r>
        <w:rPr>
          <w:b/>
        </w:rPr>
        <w:t xml:space="preserve">[27:29] </w:t>
      </w:r>
      <w:r>
        <w:t>aap city planning karein.</w:t>
      </w:r>
    </w:p>
    <w:p>
      <w:pPr>
        <w:jc w:val="right"/>
      </w:pPr>
      <w:r>
        <w:t>آپ سٹی پلاننگ کریں۔</w:t>
      </w:r>
    </w:p>
    <w:p>
      <w:r>
        <w:rPr>
          <w:b/>
        </w:rPr>
        <w:t xml:space="preserve">[27:34] </w:t>
      </w:r>
      <w:r>
        <w:t>to yeh saari cheezein is se bhi mumkin hoti hain. to</w:t>
      </w:r>
    </w:p>
    <w:p>
      <w:pPr>
        <w:jc w:val="right"/>
      </w:pPr>
      <w:r>
        <w:t>تو یہ ساری چیزیں اس سے بھی ممکن ہوتی ہیں۔ تو</w:t>
      </w:r>
    </w:p>
    <w:p>
      <w:r>
        <w:rPr>
          <w:b/>
        </w:rPr>
        <w:t xml:space="preserve">[27:38] </w:t>
      </w:r>
      <w:r>
        <w:t>in, in, in alamati cheezon ko bata kar ke haqeeqat mein aap ko yeh kaha gaya hai ke tum ko hum ne planet Earth diya, jo saari kainat mein kisi ko haasil nahi hai.</w:t>
      </w:r>
    </w:p>
    <w:p>
      <w:pPr>
        <w:jc w:val="right"/>
      </w:pPr>
      <w:r>
        <w:t>ان، ان، ان علامتی چیزوں کو بتا کر کے حقیقت میں آپ کو یہ کہا گیا ہے کہ تم کو ہم نے پلینٹ ارتھ دیا، جو ساری کائنات میں کسی کو حاصل نہیں ہے۔</w:t>
      </w:r>
    </w:p>
    <w:p>
      <w:r>
        <w:rPr>
          <w:b/>
        </w:rPr>
        <w:t xml:space="preserve">[27:51] </w:t>
      </w:r>
      <w:r>
        <w:t>itni bari universe, itni bari universe, itni bari universe, lekin planet Earth jaisa planet shayad duniya mein kahin bhi nahi hai, yeh kaha gaya hai.</w:t>
      </w:r>
    </w:p>
    <w:p>
      <w:pPr>
        <w:jc w:val="right"/>
      </w:pPr>
      <w:r>
        <w:t>اتنی بڑی یونیورس، اتنی بڑی یونیورس، اتنی بڑی یونیورس، لیکن پلینٹ ارتھ جیسا پلینٹ شاید دنیا میں کہیں بھی نہیں ہے، یہ کہا گیا ہے۔</w:t>
      </w:r>
    </w:p>
    <w:p>
      <w:r>
        <w:rPr>
          <w:b/>
        </w:rPr>
        <w:t xml:space="preserve">[28:03] </w:t>
      </w:r>
      <w:r>
        <w:t>phir yeh bataya gaya hai ke yeh agarche tum ko hum ne ek bohat unique planet diya hai, unique planet, lekin saath saath yeh bhi hai ke is, is planet mein tumhare liye fulfillment nahi rakha hai, total ful, ful, fulfillment nahi rakha hai.</w:t>
      </w:r>
    </w:p>
    <w:p>
      <w:pPr>
        <w:jc w:val="right"/>
      </w:pPr>
      <w:r>
        <w:t>پھر یہ بتایا گیا ہے کہ یہ اگرچہ تم کو ہم نے ایک بہت یونیک پلینٹ دیا ہے، یونیک پلینٹ، لیکن ساتھ ساتھ یہ بھی ہے کہ اس، اس پلینٹ میں تمہارے لیے فلفلمنٹ نہیں رکھا ہے، ٹوٹل فل، فل، فلفلمنٹ نہیں رکھا ہے۔</w:t>
      </w:r>
    </w:p>
    <w:p>
      <w:r>
        <w:rPr>
          <w:b/>
        </w:rPr>
        <w:t xml:space="preserve">[28:22] </w:t>
      </w:r>
      <w:r>
        <w:t>to yeh bohat ajeeb o ghareeb soorat e haal hai, kyunke aadmi ko dekhiye, jo idealist banaya gaya hai, kyun?</w:t>
      </w:r>
    </w:p>
    <w:p>
      <w:pPr>
        <w:jc w:val="right"/>
      </w:pPr>
      <w:r>
        <w:t>تو یہ بہت عجیب و غریب صورتحال ہے، کیونکہ آدمی کو دیکھیے، جو آئیڈیلسٹ بنایا گیا ہے، کیوں؟</w:t>
      </w:r>
    </w:p>
    <w:p>
      <w:r>
        <w:rPr>
          <w:b/>
        </w:rPr>
        <w:t xml:space="preserve">[28:30] </w:t>
      </w:r>
      <w:r>
        <w:t>koi jannat mein rehne ke liye hum ko, jannat mein rehne ke liye hamein aisi ek, ek personality chahiye, perfect personality, ideal personality chahiye jannat mein rehne ke liye.</w:t>
      </w:r>
    </w:p>
    <w:p>
      <w:pPr>
        <w:jc w:val="right"/>
      </w:pPr>
      <w:r>
        <w:t>کوئی جنت میں رہنے کے لیے ہم کو، جنت میں رہنے کے لیے ہمیں ایسی ایک، ایک پرسنیلٹی چاہیے، پرفیکٹ پرسنیلٹی، آئیڈیل پرسنیلٹی چاہیے جنت میں رہنے کے لیے۔</w:t>
      </w:r>
    </w:p>
    <w:p>
      <w:r>
        <w:rPr>
          <w:b/>
        </w:rPr>
        <w:t xml:space="preserve">[28:43] </w:t>
      </w:r>
      <w:r>
        <w:t>to hum ko banaya gaya ek jannati makhlooq ke taur par, poore maano mein hamara test jannati test hai, hamare jo desires hain, woh jannati desires hain.</w:t>
      </w:r>
    </w:p>
    <w:p>
      <w:pPr>
        <w:jc w:val="right"/>
      </w:pPr>
      <w:r>
        <w:t>تو ہم کو بنایا گیا ایک جنتی مخلوق کے طور پر، پورے معنوں میں ہمارا ٹیسٹ جنتی ٹیسٹ ہے، ہمارے جو ڈیزائر ہیں، وہ جنتی ڈیزائر ہیں۔</w:t>
      </w:r>
    </w:p>
    <w:p>
      <w:r>
        <w:rPr>
          <w:b/>
        </w:rPr>
        <w:t xml:space="preserve">[29:01] </w:t>
      </w:r>
      <w:r>
        <w:t>jo jannat mein milne wala hai, woh, woh sab hamare mind mein, mind chahta hai in cheezon ko. lekin testing period jo hai, is, is ke liye Allah taala ne rakh diya hum ko is duniya mein.</w:t>
      </w:r>
    </w:p>
    <w:p>
      <w:pPr>
        <w:jc w:val="right"/>
      </w:pPr>
      <w:r>
        <w:t>جو جنت میں ملنے والا ہے، وہ، وہ سب ہمارے مائنڈ میں، مائنڈ چاہتا ہے ان چیزوں کو۔ لیکن ٹیسٹنگ پیریڈ جو ہے، اس، اس کے لیے اللہ تعالی نے رکھ دیا ہم کو اس دنیا میں۔</w:t>
      </w:r>
    </w:p>
    <w:p>
      <w:r>
        <w:rPr>
          <w:b/>
        </w:rPr>
        <w:t xml:space="preserve">[29:17] </w:t>
      </w:r>
      <w:r>
        <w:t>to sach poochein to yeh wahi kahani dohrai ja rahi hai jo, jo Adam ke sath pesh aayi, wahi kahani dohrai ja rahi hai.</w:t>
      </w:r>
    </w:p>
    <w:p>
      <w:pPr>
        <w:jc w:val="right"/>
      </w:pPr>
      <w:r>
        <w:t>تو سچ پوچھیں تو یہ وہی کہانی دہرائی جا رہی ہے جو، جو آدم کے ساتھ پیش آئی، وہی کہانی دہرائی جا رہی ہے۔</w:t>
      </w:r>
    </w:p>
    <w:p>
      <w:r>
        <w:rPr>
          <w:b/>
        </w:rPr>
        <w:t xml:space="preserve">[29:25] </w:t>
      </w:r>
      <w:r>
        <w:t>Adam ke sath aisa, aisa hua ke Adam ko paida kiya Allah taala ne ek, ek kamil insaan ke taur par, woh bhi ek hamare aap ki tarah idealist insaan thay.</w:t>
      </w:r>
    </w:p>
    <w:p>
      <w:pPr>
        <w:jc w:val="right"/>
      </w:pPr>
      <w:r>
        <w:t>آدم کے ساتھ ایسا، ایسا ہوا کہ آدم کو پیدا کیا اللہ تعالی نے ایک، ایک کامل انسان کے طور پر، وہ بھی ایک ہمارے آپ کی طرح آئیڈیلسٹ انسان تھے۔</w:t>
      </w:r>
    </w:p>
    <w:p>
      <w:r>
        <w:rPr>
          <w:b/>
        </w:rPr>
        <w:t xml:space="preserve">[29:38] </w:t>
      </w:r>
      <w:r>
        <w:t>lekin jannat mein, jis jannat mein rakha gaya tha un ko, wahan par un ko poori azaadi nahi thi. ek darakht ke liye tha ke tum us ko chho nahi sakte.</w:t>
      </w:r>
    </w:p>
    <w:p>
      <w:pPr>
        <w:jc w:val="right"/>
      </w:pPr>
      <w:r>
        <w:t>لیکن جنت میں، جس جنت میں رکھا گیا تھا ان کو، وہاں پر ان کو پوری آزادی نہیں تھی۔ ایک درخت کے لیے تھا کہ تم اس کو چھو نہیں سکتے۔</w:t>
      </w:r>
    </w:p>
    <w:p>
      <w:r>
        <w:rPr>
          <w:b/>
        </w:rPr>
        <w:t xml:space="preserve">[29:51] </w:t>
      </w:r>
      <w:r>
        <w:t>to yeh jo had bandi thi, yeh jo limitations thi, yeh, yeh Adam ko gawara nahi hui, kyunke Adam thay idealist, woh sab kuch chahte thay apne liye.</w:t>
      </w:r>
    </w:p>
    <w:p>
      <w:pPr>
        <w:jc w:val="right"/>
      </w:pPr>
      <w:r>
        <w:t>تو یہ جو حد بندی تھی، یہ جو لیمیٹیشنز تھیں، یہ، یہ آدم کو گوارا نہیں ہوئی، کیونکہ آدم تھے آئیڈیلسٹ، وہ سب کچھ چاہتے تھے اپنے لیے۔</w:t>
      </w:r>
    </w:p>
    <w:p>
      <w:r>
        <w:rPr>
          <w:b/>
        </w:rPr>
        <w:t xml:space="preserve">[30:05] </w:t>
      </w:r>
      <w:r>
        <w:t>to wahan par woh fail ho gaye. to</w:t>
      </w:r>
    </w:p>
    <w:p>
      <w:pPr>
        <w:jc w:val="right"/>
      </w:pPr>
      <w:r>
        <w:t>تو وہاں پر وہ فیل ہو گئے۔ تو</w:t>
      </w:r>
    </w:p>
    <w:p>
      <w:r>
        <w:rPr>
          <w:b/>
        </w:rPr>
        <w:t xml:space="preserve">[30:09] </w:t>
      </w:r>
      <w:r>
        <w:t>wohi kahani yahan dohrai ja rahi hai ke hum ko diya gaya hai ek planet jahan sab kuch tha, lekin pabandi kya hai ke hum fulfillment ki had tak cheezon ko nahi pa sakte.</w:t>
      </w:r>
    </w:p>
    <w:p>
      <w:pPr>
        <w:jc w:val="right"/>
      </w:pPr>
      <w:r>
        <w:t>وہی کہانی یہاں دہرائی جا رہی ہے کہ ہم کو دیا گیا ہے ایک پلینٹ جہاں سب کچھ تھا، لیکن پابندی کیا ہے کہ ہم فلفلمنٹ کی حد تک چیزوں کو نہیں پا سکتے۔</w:t>
      </w:r>
    </w:p>
    <w:p>
      <w:r>
        <w:rPr>
          <w:b/>
        </w:rPr>
        <w:t xml:space="preserve">[30:24] </w:t>
      </w:r>
      <w:r>
        <w:t>wahan jaise tha ke saari jannat ko aap nahi pa sakte, ek, ek, ek darakht ko aap ko chhodna padega. aise yahan bhi hai ke aap fulfillment ke darje mein cheezon ko nahi pa sakte,</w:t>
      </w:r>
    </w:p>
    <w:p>
      <w:pPr>
        <w:jc w:val="right"/>
      </w:pPr>
      <w:r>
        <w:t>وہاں جیسے تھا کہ ساری جنت کو آپ نہیں پا سکتے، ایک، ایک، ایک درخت کو آپ کو چھوڑنا پڑے گا۔ ایسے یہاں بھی ہے کہ آپ فلفلمنٹ کے درجے میں چیزوں کو نہیں پا سکتے،</w:t>
      </w:r>
    </w:p>
    <w:p>
      <w:r>
        <w:rPr>
          <w:b/>
        </w:rPr>
        <w:t xml:space="preserve">[30:36] </w:t>
      </w:r>
      <w:r>
        <w:t>aap ko fulfillment se kam par raazi hona padega. yeh bohat hi mushkil test, test, test hai, kyunke aadmi by nature to hai idealist, by nature hai perfectionist,</w:t>
      </w:r>
    </w:p>
    <w:p>
      <w:pPr>
        <w:jc w:val="right"/>
      </w:pPr>
      <w:r>
        <w:t>آپ کو فلفلمنٹ سے کم پر راضی ہونا پڑے گا۔ یہ بہت ہی مشکل ٹیسٹ، ٹیسٹ، ٹیسٹ ہے، کیونکہ آدمی بائی نیچر تو ہے آئیڈیلسٹ، بائی نیچر ہے پرفیکشنسٹ،</w:t>
      </w:r>
    </w:p>
    <w:p>
      <w:r>
        <w:rPr>
          <w:b/>
        </w:rPr>
        <w:t xml:space="preserve">[30:52] </w:t>
      </w:r>
      <w:r>
        <w:t>lekin rehna parta hai is ko imperfect world mein,</w:t>
      </w:r>
    </w:p>
    <w:p>
      <w:pPr>
        <w:jc w:val="right"/>
      </w:pPr>
      <w:r>
        <w:t>لیکن رہنا پڑتا ہے اس کو امپرفیکٹ ورلڈ میں،</w:t>
      </w:r>
    </w:p>
    <w:p>
      <w:r>
        <w:rPr>
          <w:b/>
        </w:rPr>
        <w:t xml:space="preserve">[30:57] </w:t>
      </w:r>
      <w:r>
        <w:t>aik aisay world mein jo, jo less than ideal hai. to is contradiction ko adjust karna, is contradiction ko par razi hona, yahi test hai aur yahi baat is, is surah mein batai gai.</w:t>
      </w:r>
    </w:p>
    <w:p>
      <w:pPr>
        <w:jc w:val="right"/>
      </w:pPr>
      <w:r>
        <w:t>ایک ایسے ورلڈ میں جو، جو لیس دین آئیڈیل ہے۔ تو اس کنٹراڈکشن کو ایڈجسٹ کرنا، اس کنٹراڈکشن کو پر راضی ہونا، یہی ٹیسٹ ہے اور یہی بات اس، اس سورہ میں بتائی گئی۔</w:t>
      </w:r>
    </w:p>
    <w:p>
      <w:r>
        <w:rPr>
          <w:b/>
        </w:rPr>
        <w:t xml:space="preserve">[31:14] </w:t>
      </w:r>
      <w:r>
        <w:t>yahan tak maine samjhaya to yeh poore sach poochen to yeh poora is ka khulasa hai.</w:t>
      </w:r>
    </w:p>
    <w:p>
      <w:pPr>
        <w:jc w:val="right"/>
      </w:pPr>
      <w:r>
        <w:t>یہاں تک میں نے سمجھایا تو یہ پورے سچ پوچھیں تو یہ پورا اس کا خلاصہ ہے۔</w:t>
      </w:r>
    </w:p>
    <w:p>
      <w:r>
        <w:rPr>
          <w:b/>
        </w:rPr>
        <w:t xml:space="preserve">[31:24] </w:t>
      </w:r>
      <w:r>
        <w:t>quran mein aik khaas baat yeh hai ke kisi bhi page ko aap parhen to quran ka message aap is mein pa len ge. aap aisa nahi ke sara quran shuru se akhir tak parhen, tab aap ko quran ka message mil e.</w:t>
      </w:r>
    </w:p>
    <w:p>
      <w:pPr>
        <w:jc w:val="right"/>
      </w:pPr>
      <w:r>
        <w:t>قرآن میں ایک خاص بات یہ ہے کہ کسی بھی پیج کو آپ پڑھیں تو قرآن کا میسج آپ اس میں پا لیں گے۔ آپ ایسا نہیں کہ سارا قرآن شروع سے آخر تک پڑھیں، تب آپ کو قرآن کا میسج ملے۔</w:t>
      </w:r>
    </w:p>
    <w:p>
      <w:r>
        <w:rPr>
          <w:b/>
        </w:rPr>
        <w:t xml:space="preserve">[31:39] </w:t>
      </w:r>
      <w:r>
        <w:t>aap ko jaise aik kahani hoti hai, aik novel hoti hai, aik story hoti hai, to aap ko A se Z tak parhna parta hai. jab tak aap A se Z tak na parhen, tab tak aap kuch samajh nahi paate.</w:t>
      </w:r>
    </w:p>
    <w:p>
      <w:pPr>
        <w:jc w:val="right"/>
      </w:pPr>
      <w:r>
        <w:t>آپ کو جیسے ایک کہانی ہوتی ہے، ایک ناول ہوتی ہے، ایک سٹوری ہوتی ہے، تو آپ کو اے سے زیڈ تک پڑھنا پڑتا ہے۔ جب تک آپ اے سے زیڈ تک نہ پڑھیں، تب تک آپ کچھ سمجھ نہیں پاتے۔</w:t>
      </w:r>
    </w:p>
    <w:p>
      <w:r>
        <w:rPr>
          <w:b/>
        </w:rPr>
        <w:t xml:space="preserve">[31:54] </w:t>
      </w:r>
      <w:r>
        <w:t>quran is andaaz ki kitaab nahi hai. quran mein aisa usloob hai ke koi bhi page aap kholen, aik page ko aap parhen, usi mein aap ko quran ka message mil jaye ga.</w:t>
      </w:r>
    </w:p>
    <w:p>
      <w:pPr>
        <w:jc w:val="right"/>
      </w:pPr>
      <w:r>
        <w:t>قرآن اس انداز کی کتاب نہیں ہے۔ قرآن میں ایسا اسلوب ہے کہ کوئی بھی پیج آپ کھولیں، ایک پیج کو آپ پڑھیں، اسی میں آپ کو قرآن کا میسج مل جائے گا۔</w:t>
      </w:r>
    </w:p>
    <w:p>
      <w:r>
        <w:rPr>
          <w:b/>
        </w:rPr>
        <w:t xml:space="preserve">[32:10] </w:t>
      </w:r>
      <w:r>
        <w:t>to yeh jo surah hai, choti si surah hai, bilkul yani adhe page mein hai quran ke, adhe page mein isi mein poora, poora message quran ka maujood hai.</w:t>
      </w:r>
    </w:p>
    <w:p>
      <w:pPr>
        <w:jc w:val="right"/>
      </w:pPr>
      <w:r>
        <w:t>تو یہ جو سورہ ہے، چھوٹی سی سورہ ہے، بالکل یعنی ادھے پیج میں ہے قرآن کے، ادھے پیج میں اسی میں پورا، پورا میسج قرآن کا موجود ہے۔</w:t>
      </w:r>
    </w:p>
    <w:p>
      <w:r>
        <w:rPr>
          <w:b/>
        </w:rPr>
        <w:t xml:space="preserve">[32:21] </w:t>
      </w:r>
      <w:r>
        <w:t>lekin dekhiye, quran ka jo gehra mafhoom hai, woh aap sirf translation se nahi pa sakte.</w:t>
      </w:r>
    </w:p>
    <w:p>
      <w:pPr>
        <w:jc w:val="right"/>
      </w:pPr>
      <w:r>
        <w:t>لیکن دیکھیے، قرآن کا جو گہرا مفہوم ہے، وہ آپ صرف ٹرانسلیشن سے نہیں پا سکتے۔</w:t>
      </w:r>
    </w:p>
    <w:p>
      <w:r>
        <w:rPr>
          <w:b/>
        </w:rPr>
        <w:t xml:space="preserve">[32:31] </w:t>
      </w:r>
      <w:r>
        <w:t>aap kyunke quran mein khud yeh hai ke ke quran utara hum ne is liye ke log is ki ayat on par tadabbur karen.</w:t>
      </w:r>
    </w:p>
    <w:p>
      <w:pPr>
        <w:jc w:val="right"/>
      </w:pPr>
      <w:r>
        <w:t>آپ کیونکہ قرآن میں خود یہ ہے کہ کہ قرآن اتارا ہم نے اس لیے کہ لوگ اس کی آیتوں پر تدبر کریں۔</w:t>
      </w:r>
    </w:p>
    <w:p>
      <w:r>
        <w:rPr>
          <w:b/>
        </w:rPr>
        <w:t xml:space="preserve">[32:42] </w:t>
      </w:r>
      <w:r>
        <w:t>l Yadabbaru Ayat-e</w:t>
      </w:r>
    </w:p>
    <w:p>
      <w:pPr>
        <w:jc w:val="right"/>
      </w:pPr>
      <w:r>
        <w:t>لَيَدَبَّرُوا آَيَاتَهِ</w:t>
      </w:r>
    </w:p>
    <w:p>
      <w:r>
        <w:rPr>
          <w:b/>
        </w:rPr>
        <w:t xml:space="preserve">[32:46] </w:t>
      </w:r>
      <w:r>
        <w:t>l Yadabbaru Ayat-e yani quran utara gaya is liye ke log is par tadabbur karen. to tadabbur jo hai, kis par karna parta hai? tarjuma ka.</w:t>
      </w:r>
    </w:p>
    <w:p>
      <w:pPr>
        <w:jc w:val="right"/>
      </w:pPr>
      <w:r>
        <w:t>لَيَدَبَّرُوا آَيَاتَهِ یعنی قرآن اتارا گیا اس لیے کہ لوگ اس پر تدبر کریں۔ تو تدبر جو ہے، کس پر کرنا پڑتا ہے؟ ترجمہ کا۔</w:t>
      </w:r>
    </w:p>
    <w:p>
      <w:r>
        <w:rPr>
          <w:b/>
        </w:rPr>
        <w:t xml:space="preserve">[32:55] </w:t>
      </w:r>
      <w:r>
        <w:t>tarjume mein tadabbur karne ka koi sawal hi nahi hai. translation to bas aap parh lijiy e, aise hi simple tareeqe se.</w:t>
      </w:r>
    </w:p>
    <w:p>
      <w:pPr>
        <w:jc w:val="right"/>
      </w:pPr>
      <w:r>
        <w:t>ترجمے میں تدبر کرنے کا کوئی سوال ہی نہیں ہے۔ ٹرانسلیشن تو بس آپ پڑھ لیجئے، ایسے ہی سمپل طریقے سے۔</w:t>
      </w:r>
    </w:p>
    <w:p>
      <w:r>
        <w:rPr>
          <w:b/>
        </w:rPr>
        <w:t xml:space="preserve">[33:03] </w:t>
      </w:r>
      <w:r>
        <w:t>lekin tadabbur yani</w:t>
      </w:r>
    </w:p>
    <w:p>
      <w:pPr>
        <w:jc w:val="right"/>
      </w:pPr>
      <w:r>
        <w:t>لیکن تدبر یعنی</w:t>
      </w:r>
    </w:p>
    <w:p>
      <w:r>
        <w:rPr>
          <w:b/>
        </w:rPr>
        <w:t xml:space="preserve">[33:10] </w:t>
      </w:r>
      <w:r>
        <w:t>is mein ghore o fikr jab karna parta hai, jab ke is mein translation ke bayan kuch matlab is ke is mein ho.</w:t>
      </w:r>
    </w:p>
    <w:p>
      <w:pPr>
        <w:jc w:val="right"/>
      </w:pPr>
      <w:r>
        <w:t>اس میں غور و فکر جب کرنا پڑتا ہے، جب کہ اس میں ٹرانسلیشن کے بیان کچھ مطلب اس کے اس میں ہو۔</w:t>
      </w:r>
    </w:p>
    <w:p>
      <w:r>
        <w:rPr>
          <w:b/>
        </w:rPr>
        <w:t xml:space="preserve">[33:23] </w:t>
      </w:r>
      <w:r>
        <w:t>translation se zyada is ka kuch, is ko is mein kuch matlab ho. to agarch e quran ke har safhe mein poori baat aap ko mil jati hai, lekin woh milti hai kab?</w:t>
      </w:r>
    </w:p>
    <w:p>
      <w:pPr>
        <w:jc w:val="right"/>
      </w:pPr>
      <w:r>
        <w:t>ٹرانسلیشن سے زیادہ اس کا کچھ، اس کو اس میں کچھ مطلب ہو۔ تو اگرچہ قرآن کے ہر صفحے میں پوری بات آپ کو مل جاتی ہے، لیکن وہ ملتی ہے کب؟</w:t>
      </w:r>
    </w:p>
    <w:p>
      <w:r>
        <w:rPr>
          <w:b/>
        </w:rPr>
        <w:t xml:space="preserve">[33:38] </w:t>
      </w:r>
      <w:r>
        <w:t>jab aap tadabbur karen, jab aap ghore o fikr karen.</w:t>
      </w:r>
    </w:p>
    <w:p>
      <w:pPr>
        <w:jc w:val="right"/>
      </w:pPr>
      <w:r>
        <w:t>جب آپ تدبر کریں، جب آپ غور و فکر کریں۔</w:t>
      </w:r>
    </w:p>
    <w:p>
      <w:r>
        <w:rPr>
          <w:b/>
        </w:rPr>
        <w:t xml:space="preserve">[33:42] </w:t>
      </w:r>
      <w:r>
        <w:t>sirf translation se aap nahi pa sakte is ko. to abhi jo hamare paas jo quran ki tafsir en hain, woh tafsir en likhi gai theen zyada tar shan e nuzool par base karte hue.</w:t>
      </w:r>
    </w:p>
    <w:p>
      <w:pPr>
        <w:jc w:val="right"/>
      </w:pPr>
      <w:r>
        <w:t>صرف ٹرانسلیشن سے آپ نہیں پا سکتے اس کو۔ تو ابھی جو ہمارے پاس جو قرآن کی تفسیریں ہیں، وہ تفسیریں لکھی گئی تھیں زیادہ تر شان نزول پر بیس کرتے ہوئے۔</w:t>
      </w:r>
    </w:p>
    <w:p>
      <w:r>
        <w:rPr>
          <w:b/>
        </w:rPr>
        <w:t xml:space="preserve">[34:01] </w:t>
      </w:r>
      <w:r>
        <w:t>shan e nuzool par base karte hue yani bar waqt jo wajah thi is ayat ke utarne ki, is ko kehte hain shan e nuzool ya sabab e nuzool.</w:t>
      </w:r>
    </w:p>
    <w:p>
      <w:pPr>
        <w:jc w:val="right"/>
      </w:pPr>
      <w:r>
        <w:t>شان نزول پر بیس کرتے ہوئے یعنی بروقت جو وجہ تھی اس آیت کے اترنے کی، اس کو کہتے ہیں شان نزول یا سبب نزول۔</w:t>
      </w:r>
    </w:p>
    <w:p>
      <w:r>
        <w:rPr>
          <w:b/>
        </w:rPr>
        <w:t xml:space="preserve">[34:13] </w:t>
      </w:r>
      <w:r>
        <w:t>to is ko le kar tafsir en likhi gai hain zyada tar.</w:t>
      </w:r>
    </w:p>
    <w:p>
      <w:pPr>
        <w:jc w:val="right"/>
      </w:pPr>
      <w:r>
        <w:t>تو اس کو لے کر تفسیریں لکھی گئی ہیں زیادہ تر۔</w:t>
      </w:r>
    </w:p>
    <w:p>
      <w:r>
        <w:rPr>
          <w:b/>
        </w:rPr>
        <w:t xml:space="preserve">[34:17] </w:t>
      </w:r>
      <w:r>
        <w:t>to aaj ka insaan jab parhta hai in tafsir on ko to is mein kuch is ko food nahi milta, food nahi milta.</w:t>
      </w:r>
    </w:p>
    <w:p>
      <w:pPr>
        <w:jc w:val="right"/>
      </w:pPr>
      <w:r>
        <w:t>تو آج کا انسان جب پڑھتا ہے ان تفسیروں کو تو اس میں کچھ اس کو فوڈ نہیں ملتا، فوڈ نہیں ملتا۔</w:t>
      </w:r>
    </w:p>
    <w:p>
      <w:r>
        <w:rPr>
          <w:b/>
        </w:rPr>
        <w:t xml:space="preserve">[34:25] </w:t>
      </w:r>
      <w:r>
        <w:t>isi liye main yeh, main yeh kaha karta hoon ke jo tafsir en hain quran ki, jo tafsir en likhi gai hain, jo is hadith ki sharahen likhi gai hain, woh hamare classics ka bohat zabardast hissa hain.</w:t>
      </w:r>
    </w:p>
    <w:p>
      <w:pPr>
        <w:jc w:val="right"/>
      </w:pPr>
      <w:r>
        <w:t>اسی لیے میں یہ، میں یہ کہا کرتا ہوں کہ جو تفسیریں ہیں قرآن کی، جو تفسیریں لکھی گئی ہیں، جو اس حدیث کی شرحیں لکھی گئی ہیں، وہ ہمارے کلاسکس کا بہت زبردست حصہ ہیں۔</w:t>
      </w:r>
    </w:p>
    <w:p>
      <w:r>
        <w:rPr>
          <w:b/>
        </w:rPr>
        <w:t xml:space="preserve">[34:44] </w:t>
      </w:r>
      <w:r>
        <w:t>woh haqeeqat mein classical literature hain hamare yani islam ka. islam ka classical literature woh bohat hi important hai, is mein koi shakk nahi.</w:t>
      </w:r>
    </w:p>
    <w:p>
      <w:pPr>
        <w:jc w:val="right"/>
      </w:pPr>
      <w:r>
        <w:t>وہ حقیقت میں کلاسیکل لٹریچر ہیں ہمارے یعنی اسلام کا۔ اسلام کا کلاسیکل لٹریچر وہ بہت ہی امپورٹنٹ ہے، اس میں کوئی شک نہیں۔</w:t>
      </w:r>
    </w:p>
    <w:p>
      <w:r>
        <w:rPr>
          <w:b/>
        </w:rPr>
        <w:t xml:space="preserve">[34:54] </w:t>
      </w:r>
      <w:r>
        <w:t>lekin woh kafi nahi hai, woh kafi nahi hai. classical literature bunyadi literature hota hai, lekin woh kafi nahi hota.</w:t>
      </w:r>
    </w:p>
    <w:p>
      <w:pPr>
        <w:jc w:val="right"/>
      </w:pPr>
      <w:r>
        <w:t>لیکن وہ کافی نہیں ہے، وہ کافی نہیں ہے۔ کلاسیکل لٹریچر بنیادی لٹریچر ہوتا ہے، لیکن وہ کافی نہیں ہوتا۔</w:t>
      </w:r>
    </w:p>
    <w:p>
      <w:r>
        <w:rPr>
          <w:b/>
        </w:rPr>
        <w:t xml:space="preserve">[35:04] </w:t>
      </w:r>
      <w:r>
        <w:t>aap ko phir sochna parta hai.</w:t>
      </w:r>
    </w:p>
    <w:p>
      <w:pPr>
        <w:jc w:val="right"/>
      </w:pPr>
      <w:r>
        <w:t>آپ کو پھر سوچنا پڑتا ہے۔</w:t>
      </w:r>
    </w:p>
    <w:p>
      <w:r>
        <w:rPr>
          <w:b/>
        </w:rPr>
        <w:t xml:space="preserve">[35:09] </w:t>
      </w:r>
      <w:r>
        <w:t>to yeh jo quran ka andaaz hai ke is ko sochna parta hai janne ke liye, is ka aik aur pehlu hai ke woh aap ko zariya ban jata hai intellectual development ka.</w:t>
      </w:r>
    </w:p>
    <w:p>
      <w:pPr>
        <w:jc w:val="right"/>
      </w:pPr>
      <w:r>
        <w:t>تو یہ جو قرآن کا انداز ہے کہ اس کو سوچنا پڑتا ہے جاننے کے لیے، اس کا ایک اور پہلو ہے کہ وہ آپ کو ذریعہ بن جاتا ہے انٹلیکچول ڈیولپمنٹ کا۔</w:t>
      </w:r>
    </w:p>
    <w:p>
      <w:r>
        <w:rPr>
          <w:b/>
        </w:rPr>
        <w:t xml:space="preserve">[35:22] </w:t>
      </w:r>
      <w:r>
        <w:t>agar sochna na paray to phir intellectual development bhi na ho. maslan aap dekhiye, aap ko main tajurba batata hoon.</w:t>
      </w:r>
    </w:p>
    <w:p>
      <w:pPr>
        <w:jc w:val="right"/>
      </w:pPr>
      <w:r>
        <w:t>اگر سوچنا نہ پڑے تو پھر انٹلیکچول ڈیولپمنٹ بھی نہ ہو۔ مثلاً آپ دیکھیے، آپ کو میں تجربہ بتاتا ہوں۔</w:t>
      </w:r>
    </w:p>
    <w:p>
      <w:r>
        <w:rPr>
          <w:b/>
        </w:rPr>
        <w:t xml:space="preserve">[35:33] </w:t>
      </w:r>
      <w:r>
        <w:t>jo log novel bohat parhte hain, kahaniyan bohat parhte hain, un se aap miliye.</w:t>
      </w:r>
    </w:p>
    <w:p>
      <w:pPr>
        <w:jc w:val="right"/>
      </w:pPr>
      <w:r>
        <w:t>جو لوگ ناول بہت پڑھتے ہیں، کہانیاں بہت پڑھتے ہیں، ان سے آپ ملیے۔</w:t>
      </w:r>
    </w:p>
    <w:p>
      <w:r>
        <w:rPr>
          <w:b/>
        </w:rPr>
        <w:t xml:space="preserve">[35:39] </w:t>
      </w:r>
      <w:r>
        <w:t>main bohat se logon se mila hoon jo bohat kahaniyan parhte hain, bohat novel parhte hain. main ne paya hai ke un ke andar kuch bhi intellectual development nahi hai.</w:t>
      </w:r>
    </w:p>
    <w:p>
      <w:pPr>
        <w:jc w:val="right"/>
      </w:pPr>
      <w:r>
        <w:t>میں بہت سے لوگوں سے ملا ہوں جو بہت کہانیاں پڑھتے ہیں، بہت ناول پڑھتے ہیں۔ میں نے پایا ہے کہ ان کے اندر کچھ بھی انٹلیکچول ڈیولپمنٹ نہیں ہے۔</w:t>
      </w:r>
    </w:p>
    <w:p>
      <w:r>
        <w:rPr>
          <w:b/>
        </w:rPr>
        <w:t xml:space="preserve">[35:54] </w:t>
      </w:r>
      <w:r>
        <w:t>yani so so novel, so so kahaniyan parhne walon se mila main, lekin main ne paya hai ke kuch bhi intellectual development un ke andar nahi.</w:t>
      </w:r>
    </w:p>
    <w:p>
      <w:pPr>
        <w:jc w:val="right"/>
      </w:pPr>
      <w:r>
        <w:t>یعنی سو سو ناول، سو سو کہانیاں پڑھنے والوں سے ملا میں، لیکن میں نے پایا ہے کہ کچھ بھی انٹلیکچول ڈیولپمنٹ ان کے اندر نہیں۔</w:t>
      </w:r>
    </w:p>
    <w:p>
      <w:r>
        <w:rPr>
          <w:b/>
        </w:rPr>
        <w:t xml:space="preserve">[36:04] </w:t>
      </w:r>
      <w:r>
        <w:t>kyun? novel ya kahani aap ko sochne ke liye kuch matter nahi deti. woh to ek kahani hai, parhte jaiye, parhte jaiye, parhte jaiye.</w:t>
      </w:r>
    </w:p>
    <w:p>
      <w:pPr>
        <w:jc w:val="right"/>
      </w:pPr>
      <w:r>
        <w:t>کیوں؟ ناول یا کہانی آپ کو سوچنے کے لیے کچھ میٹر نہیں دیتی۔ وہ تو ایک کہانی ہے، پڑھتے جائیے، پڑھتے جائیے، پڑھتے جائیے۔</w:t>
      </w:r>
    </w:p>
    <w:p>
      <w:r>
        <w:rPr>
          <w:b/>
        </w:rPr>
        <w:t xml:space="preserve">[36:14] </w:t>
      </w:r>
      <w:r>
        <w:t>is mein sochne ki koi baat nahi hai, tadabbur karne ki koi baat nahi hai, contemplation ki koi baat nahi hai.</w:t>
      </w:r>
    </w:p>
    <w:p>
      <w:pPr>
        <w:jc w:val="right"/>
      </w:pPr>
      <w:r>
        <w:t>اس میں سوچنے کی کوئی بات نہیں ہے، تدبر کرنے کی کوئی بات نہیں ہے، کنٹمپلیشن کی کوئی بات نہیں ہے۔</w:t>
      </w:r>
    </w:p>
    <w:p>
      <w:r>
        <w:rPr>
          <w:b/>
        </w:rPr>
        <w:t xml:space="preserve">[36:25] </w:t>
      </w:r>
      <w:r>
        <w:t>to novel aur story jo hoti hai, waqt pass karne ke liye to bohat acha hai, lekin is mein intellectual development nahi ho sakta hai.</w:t>
      </w:r>
    </w:p>
    <w:p>
      <w:pPr>
        <w:jc w:val="right"/>
      </w:pPr>
      <w:r>
        <w:t>تو ناول اور سٹوری جو ہوتی ہے، وقت پاس کرنے کے لیے تو بہت اچھا ہے، لیکن اس میں انٹلیکچول ڈیولپمنٹ نہیں ہو سکتا ہے۔</w:t>
      </w:r>
    </w:p>
    <w:p>
      <w:r>
        <w:rPr>
          <w:b/>
        </w:rPr>
        <w:t xml:space="preserve">[36:35] </w:t>
      </w:r>
      <w:r>
        <w:t>aap ka intellectual development hoga aisi kitab se jo aap ko tadabbur kare, majboor kare, ghor o fikr par majboor kare, jo jo aap se kahe ke socho, socho, socho,</w:t>
      </w:r>
    </w:p>
    <w:p>
      <w:pPr>
        <w:jc w:val="right"/>
      </w:pPr>
      <w:r>
        <w:t>آپ کا انٹلیکچول ڈیولپمنٹ ہوگا ایسی کتاب سے جو آپ کو تدبر کرے، مجبور کرے، غور و فکر پر مجبور کرے، جو جو آپ سے کہے کہ سوچو، سوچو، سوچو،</w:t>
      </w:r>
    </w:p>
    <w:p>
      <w:r>
        <w:rPr>
          <w:b/>
        </w:rPr>
        <w:t xml:space="preserve">[36:51] </w:t>
      </w:r>
      <w:r>
        <w:t>soch ke is ke mani nikalo.</w:t>
      </w:r>
    </w:p>
    <w:p>
      <w:pPr>
        <w:jc w:val="right"/>
      </w:pPr>
      <w:r>
        <w:t>سوچ کے اس کے معنی نکالو۔</w:t>
      </w:r>
    </w:p>
    <w:p>
      <w:r>
        <w:rPr>
          <w:b/>
        </w:rPr>
        <w:t xml:space="preserve">[36:54] </w:t>
      </w:r>
      <w:r>
        <w:t>to sochenge jab aap to aap ki creativity barhegi, creativity barhegi, nai nai baatein aap ki zuban mein aayengi, aur is tarah se aap ka intellectual development hoga.</w:t>
      </w:r>
    </w:p>
    <w:p>
      <w:pPr>
        <w:jc w:val="right"/>
      </w:pPr>
      <w:r>
        <w:t>تو سوچیں گے جب آپ تو آپ کی کریٹیوٹی بڑھے گی، کریٹیوٹی بڑھے گی، نئی نئی باتیں آپ کی زبان میں آئیں گی، اور اس طریقے سے آپ کا انٹلیکچول ڈیولپمنٹ ہوگا۔</w:t>
      </w:r>
    </w:p>
    <w:p>
      <w:r>
        <w:rPr>
          <w:b/>
        </w:rPr>
        <w:t xml:space="preserve">[37:10] </w:t>
      </w:r>
      <w:r>
        <w:t>to quran isi tarah ki ek kitab hai jis mein aap ko tadabbur karna parta hai is ke gehre mani ko janne ke liye, aur phir is ki wajah se aap ka musalsal intellectual development hota rehta hai.</w:t>
      </w:r>
    </w:p>
    <w:p>
      <w:pPr>
        <w:jc w:val="right"/>
      </w:pPr>
      <w:r>
        <w:t>تو قرآن اسی طرح کی ایک کتاب ہے جس میں آپ کو تدبر کرنا پڑتا ہے اس کے گہرے معنی کو جاننے کے لیے، اور پھر اس کی وجہ سے آپ کا مسلسل انٹلیکچول ڈیولپمنٹ ہوتا رہتا ہے۔</w:t>
      </w:r>
    </w:p>
    <w:p>
      <w:r>
        <w:rPr>
          <w:b/>
        </w:rPr>
        <w:t xml:space="preserve">[37:25] </w:t>
      </w:r>
      <w:r>
        <w:t>yani zehni irtaqa.</w:t>
      </w:r>
    </w:p>
    <w:p>
      <w:pPr>
        <w:jc w:val="right"/>
      </w:pPr>
      <w:r>
        <w:t>یعنی ذہنی ارتقاء۔</w:t>
      </w:r>
    </w:p>
    <w:p>
      <w:r>
        <w:rPr>
          <w:b/>
        </w:rPr>
        <w:t xml:space="preserve">[37:27] </w:t>
      </w:r>
      <w:r>
        <w:t>to yeh bohat bari hamare liye rehmat hai. agar quran farz kaise kahani ki zuban mein hota, kahani aur novel ke andaz mein hota to is mein hamare liye sochne ka kuch saman na hota,</w:t>
      </w:r>
    </w:p>
    <w:p>
      <w:pPr>
        <w:jc w:val="right"/>
      </w:pPr>
      <w:r>
        <w:t>تو یہ بہت بڑی ہمارے لیے رحمت ہے۔ اگر قرآن فرض کیسے کہانی کی زبان میں ہوتا، کہانی اور ناول کے انداز میں ہوتا تو اس میں ہمارے لیے سوچنے کا کچھ سامان نہ ہوتا،</w:t>
      </w:r>
    </w:p>
    <w:p>
      <w:r>
        <w:rPr>
          <w:b/>
        </w:rPr>
        <w:t xml:space="preserve">[37:45] </w:t>
      </w:r>
      <w:r>
        <w:t>tadabbur karne ka saman na hota, phir hamara intellectual development bhi na hota hamara.</w:t>
      </w:r>
    </w:p>
    <w:p>
      <w:pPr>
        <w:jc w:val="right"/>
      </w:pPr>
      <w:r>
        <w:t>تدبر کرنے کا سامان نہ ہوتا، پھر ہمارا انٹلیکچول ڈیولپمنٹ بھی نہ ہوتا ہمارا۔</w:t>
      </w:r>
    </w:p>
    <w:p>
      <w:r>
        <w:rPr>
          <w:b/>
        </w:rPr>
        <w:t xml:space="preserve">[37:53] </w:t>
      </w:r>
      <w:r>
        <w:t>to yeh to bohat hi bari baat hai ke hamare liye saman hai is mein rohaniyat ka bhi, aur sath sath intellectual development ka bhi.</w:t>
      </w:r>
    </w:p>
    <w:p>
      <w:pPr>
        <w:jc w:val="right"/>
      </w:pPr>
      <w:r>
        <w:t>تو یہ تو بہت ہی بڑی بات ہے کہ ہمارے لیے سامان ہے اس میں روحانیت کا بھی، اور ساتھ ساتھ انٹلیکچول ڈیولپمنٹ کا بھی۔</w:t>
      </w:r>
    </w:p>
    <w:p>
      <w:r>
        <w:rPr>
          <w:b/>
        </w:rPr>
        <w:t xml:space="preserve">[38:04] </w:t>
      </w:r>
      <w:r>
        <w:t>to jo choti choti choti surah hain, suratein hain jaise surah at teen, ek choti surah hai, lekin is mein ek poora yani yani mani ka ek poora samandar maujood hai jo ke aap soch kar ke jaan sakte hain.</w:t>
      </w:r>
    </w:p>
    <w:p>
      <w:pPr>
        <w:jc w:val="right"/>
      </w:pPr>
      <w:r>
        <w:t>تو جو چھوٹی چھوٹی چھوٹی سورہ ہیں، سورتیں ہیں جیسے سورہ التین، ایک چھوٹی سورہ ہے، لیکن اس میں ایک پورا یعنی یعنی معنی کا ایک پورا سمندر موجود ہے جو کہ آپ سوچ کر کے جان سکتے ہیں۔</w:t>
      </w:r>
    </w:p>
    <w:p>
      <w:r>
        <w:rPr>
          <w:b/>
        </w:rPr>
        <w:t xml:space="preserve">[38:28] </w:t>
      </w:r>
      <w:r>
        <w:t>to main ek ek aur waqia yahan par arz karna chahunga apni baat ko mazeed wazeh karne ke liye</w:t>
      </w:r>
    </w:p>
    <w:p>
      <w:pPr>
        <w:jc w:val="right"/>
      </w:pPr>
      <w:r>
        <w:t>تو میں ایک ایک اور واقعہ یہاں پر عرض کرنا چاہوں گا اپنی بات کو مزید واضح کرنے کے لیے</w:t>
      </w:r>
    </w:p>
    <w:p>
      <w:r>
        <w:rPr>
          <w:b/>
        </w:rPr>
        <w:t xml:space="preserve">[38:40] </w:t>
      </w:r>
      <w:r>
        <w:t>ke abhi ek waqia aaya tha media mein, aap jante honge isi mahine yani october mein ke ek naujawan jis ki umar thi 24 saal, dilli mein woh job karta tha,</w:t>
      </w:r>
    </w:p>
    <w:p>
      <w:pPr>
        <w:jc w:val="right"/>
      </w:pPr>
      <w:r>
        <w:t>کہ ابھی ایک واقعہ آیا تھا میڈیا میں، آپ جانتے ہوں گے اسی مہینے یعنی اکتوبر میں کہ ایک نوجوان جس کی عمر تھی 24 سال، دلی میں وہ جاب کرتا تھا،</w:t>
      </w:r>
    </w:p>
    <w:p>
      <w:r>
        <w:rPr>
          <w:b/>
        </w:rPr>
        <w:t xml:space="preserve">[38:56] </w:t>
      </w:r>
      <w:r>
        <w:t>woh MBA tha aur aur MBBS bhi kiya tha us ne, woh yahan job kar raha tha dilli mein. us ne apne office ki athveen manzil se chhalang laga kar suicide kar liya.</w:t>
      </w:r>
    </w:p>
    <w:p>
      <w:pPr>
        <w:jc w:val="right"/>
      </w:pPr>
      <w:r>
        <w:t>وہ ایم بی اے تھا اور اور ایم بی بی ایس بھی کیا تھا اس نے، وہ یہاں جاب کر رہا تھا دلی میں۔ اس نے اپنے آفس کی اٹھویں منزل سے چھلانگ لگا کر سوسائیڈ کر لیا۔</w:t>
      </w:r>
    </w:p>
    <w:p>
      <w:r>
        <w:rPr>
          <w:b/>
        </w:rPr>
        <w:t xml:space="preserve">[39:10] </w:t>
      </w:r>
      <w:r>
        <w:t>us ka naam tha gaurav patel, woh nasik ka rehne wala tha. gaurav patel to us jo suicide note use chhora, woh internet pe aap dekh sakte hain, main ne bhi internet pe dekha hai.</w:t>
      </w:r>
    </w:p>
    <w:p>
      <w:pPr>
        <w:jc w:val="right"/>
      </w:pPr>
      <w:r>
        <w:t>اس کا نام تھا گورو پٹیل، وہ ناسک کا رہنے والا تھا۔ گورو پٹیل تو اس جو سوسائیڈ نوٹ اسے چھوڑا، وہ انٹرنیٹ پہ آپ دیکھ سکتے ہیں، میں نے بھی انٹرنیٹ پہ دیکھا ہے۔</w:t>
      </w:r>
    </w:p>
    <w:p>
      <w:r>
        <w:rPr>
          <w:b/>
        </w:rPr>
        <w:t xml:space="preserve">[39:26] </w:t>
      </w:r>
      <w:r>
        <w:t>do pages ka ek note use chhora, is mein woh likhta hai ke mujhe sachai ki talash thi aur main frasi ki kitabein parhta raha sachai ko janne ke liye.</w:t>
      </w:r>
    </w:p>
    <w:p>
      <w:pPr>
        <w:jc w:val="right"/>
      </w:pPr>
      <w:r>
        <w:t>دو پیجز کا ایک نوٹ اسے چھوڑا، اس میں وہ لکھتا ہے کہ مجھے سچائی کی تلاش تھی اور میں فراسی کی کتابیں پڑھتا رہا سچائی کو جاننے کے لیے۔</w:t>
      </w:r>
    </w:p>
    <w:p>
      <w:r>
        <w:rPr>
          <w:b/>
        </w:rPr>
        <w:t xml:space="preserve">[39:43] </w:t>
      </w:r>
      <w:r>
        <w:t>us ka jo room mate tha, woh ek ek kamre mein rehta tha, do naujawan. to room mate ne bhi yahi baat batai ke woh frasi ki kitabein parhta rehta tha.</w:t>
      </w:r>
    </w:p>
    <w:p>
      <w:pPr>
        <w:jc w:val="right"/>
      </w:pPr>
      <w:r>
        <w:t>اس کا جو روم میٹ تھا، وہ ایک ایک کمرے میں رہتا تھا، دو نوجوان۔ تو روم میٹ نے بھی یہی بات بتائی کہ وہ فراسی کی کتابیں پڑھتا رہتا تھا۔</w:t>
      </w:r>
    </w:p>
    <w:p>
      <w:r>
        <w:rPr>
          <w:b/>
        </w:rPr>
        <w:t xml:space="preserve">[39:55] </w:t>
      </w:r>
      <w:r>
        <w:t>to</w:t>
      </w:r>
    </w:p>
    <w:p>
      <w:pPr>
        <w:jc w:val="right"/>
      </w:pPr>
      <w:r>
        <w:t>تو</w:t>
      </w:r>
    </w:p>
    <w:p>
      <w:r>
        <w:rPr>
          <w:b/>
        </w:rPr>
        <w:t xml:space="preserve">[39:56] </w:t>
      </w:r>
      <w:r>
        <w:t>suicide note mein use likha tha ke frasi ki kitabon se mujhe sachai nahi mili, ab main doosri duniya mein ja raha hoon, yani yani death ke baad jo doosri duniya hai, wahan ja raha hoon taake mujhe pata chal jaye ke sachai hai kiya.</w:t>
      </w:r>
    </w:p>
    <w:p>
      <w:pPr>
        <w:jc w:val="right"/>
      </w:pPr>
      <w:r>
        <w:t>سوسائیڈ نوٹ میں اسے لکھا تھا کہ فراسی کی کتابوں سے مجھے سچائی نہیں ملی، اب میں دوسری دنیا میں جا رہا ہوں، یعنی یعنی ڈیتھ کے بعد جو دوسری دنیا ہے، وہاں جا رہا ہوں تاکہ مجھے پتہ چل جائے کہ سچائی ہے کیا۔</w:t>
      </w:r>
    </w:p>
    <w:p>
      <w:r>
        <w:rPr>
          <w:b/>
        </w:rPr>
        <w:t xml:space="preserve">[40:15] </w:t>
      </w:r>
      <w:r>
        <w:t>us ko jab main ne parha to mujhe ek bohat bari baat samajh mein aayi,</w:t>
      </w:r>
    </w:p>
    <w:p>
      <w:pPr>
        <w:jc w:val="right"/>
      </w:pPr>
      <w:r>
        <w:t>اس کو جب میں نے پڑھا تو مجھے ایک بہت بڑی بات سمجھ میں آئی،</w:t>
      </w:r>
    </w:p>
    <w:p>
      <w:r>
        <w:rPr>
          <w:b/>
        </w:rPr>
        <w:t xml:space="preserve">[40:22] </w:t>
      </w:r>
      <w:r>
        <w:t>woh yeh ke philosophy jo hai, aap ko half truth batati hai, poori sachai nahi batati. philosophy kya hai?</w:t>
      </w:r>
    </w:p>
    <w:p>
      <w:pPr>
        <w:jc w:val="right"/>
      </w:pPr>
      <w:r>
        <w:t>وہ یہ کہ فلاسفی جو ہے، آپ کو ہاف ٹروتھ بتاتی ہے، پوری سچائی نہیں بتاتی۔ فلاسفی کیا ہے؟</w:t>
      </w:r>
    </w:p>
    <w:p>
      <w:r>
        <w:rPr>
          <w:b/>
        </w:rPr>
        <w:t xml:space="preserve">[40:32] </w:t>
      </w:r>
      <w:r>
        <w:t>philosophy sach poochen to abstract truth ki talash karti hai. philosophy abstract truth jaise misaal ke taur par dekhiye, bohat bara philosopher tha, german philosopher hegel,</w:t>
      </w:r>
    </w:p>
    <w:p>
      <w:pPr>
        <w:jc w:val="right"/>
      </w:pPr>
      <w:r>
        <w:t>فلاسفی سچ پوچھیں تو ابسٹرکٹ ٹروتھ کی تلاش کرتی ہے۔ فلاسفی ابسٹرکٹ ٹروتھ جیسے مثال کے طور پر دیکھیے، بہت بڑا فلاسفر تھا، جرمن فلاسفر ہیگل،</w:t>
      </w:r>
    </w:p>
    <w:p>
      <w:r>
        <w:rPr>
          <w:b/>
        </w:rPr>
        <w:t xml:space="preserve">[40:46] </w:t>
      </w:r>
      <w:r>
        <w:t>jis ki death hui hai 1831 mein. 1831 mein</w:t>
      </w:r>
    </w:p>
    <w:p>
      <w:pPr>
        <w:jc w:val="right"/>
      </w:pPr>
      <w:r>
        <w:t>جس کی ڈیتھ ہوئی ہے 1831 میں۔ 1831 میں</w:t>
      </w:r>
    </w:p>
    <w:p>
      <w:r>
        <w:rPr>
          <w:b/>
        </w:rPr>
        <w:t xml:space="preserve">[40:54] </w:t>
      </w:r>
      <w:r>
        <w:t>to us ne kya likha hai sachai ke bare mein? us ka word hai, yaani world spirit.</w:t>
      </w:r>
    </w:p>
    <w:p>
      <w:pPr>
        <w:jc w:val="right"/>
      </w:pPr>
      <w:r>
        <w:t>تو اس نے کیا لکھا ہے سچائی کے بارے میں؟ اس کا ورڈ ہے، یعنی ورلڈ سپرٹ۔</w:t>
      </w:r>
    </w:p>
    <w:p>
      <w:r>
        <w:rPr>
          <w:b/>
        </w:rPr>
        <w:t xml:space="preserve">[41:05] </w:t>
      </w:r>
      <w:r>
        <w:t>khuda ko ek nai, khuda ka word woh nahi bolta, yeh duniya mein ek world spirit kaam kar rahi hai. to world spirit kya cheez hai?</w:t>
      </w:r>
    </w:p>
    <w:p>
      <w:pPr>
        <w:jc w:val="right"/>
      </w:pPr>
      <w:r>
        <w:t>خدا کو ایک نئی، خدا کا ورڈ وہ نہیں بولتا، یہ دنیا میں ایک ورلڈ سپرٹ کام کر رہی ہے۔ تو ورلڈ سپرٹ کیا چیز ہے؟</w:t>
      </w:r>
    </w:p>
    <w:p>
      <w:r>
        <w:rPr>
          <w:b/>
        </w:rPr>
        <w:t xml:space="preserve">[41:14] </w:t>
      </w:r>
      <w:r>
        <w:t>ek abstract idea hai. world spirit se aap contact nahi kar sakte, world spirit se aap apni duaen nahi mang sakte,</w:t>
      </w:r>
    </w:p>
    <w:p>
      <w:pPr>
        <w:jc w:val="right"/>
      </w:pPr>
      <w:r>
        <w:t>ایک ابسٹرکٹ آئیڈیا ہے۔ ورلڈ سپرٹ سے آپ کنٹیکٹ نہیں کر سکتے، ورلڈ سپرٹ سے آپ اپنی دعائیں نہیں مانگ سکتے،</w:t>
      </w:r>
    </w:p>
    <w:p>
      <w:r>
        <w:rPr>
          <w:b/>
        </w:rPr>
        <w:t xml:space="preserve">[41:25] </w:t>
      </w:r>
      <w:r>
        <w:t>world spirit se aap ka companionship nahi ho sakti. world spirit aap ke jo andar jo arsh hai, uska jawab nahi hai.</w:t>
      </w:r>
    </w:p>
    <w:p>
      <w:pPr>
        <w:jc w:val="right"/>
      </w:pPr>
      <w:r>
        <w:t>ورلڈ سپرٹ سے آپ کا کمپیریشن شپ نہیں ہو سکتی۔ ورلڈ سپرٹ آپ کے جو اندر جو عرش ہے، اس کا جواب نہیں ہے۔</w:t>
      </w:r>
    </w:p>
    <w:p>
      <w:r>
        <w:rPr>
          <w:b/>
        </w:rPr>
        <w:t xml:space="preserve">[41:36] </w:t>
      </w:r>
      <w:r>
        <w:t>to isi tarah ki baaten hoti hain philosophy ki kitabon mein. to philosophy ki kitaben parh parh ke iska mind address nahi hua, iske nature ko woh jawab nahi mila jo woh chahta tha.</w:t>
      </w:r>
    </w:p>
    <w:p>
      <w:pPr>
        <w:jc w:val="right"/>
      </w:pPr>
      <w:r>
        <w:t>تو اسی طرح کی باتیں ہوتی ہیں فلاسفی کی کتابوں میں۔ تو فلاسفی کی کتابیں پڑھ پڑھ کے اس کا مائنڈ ایڈریس نہیں ہوا، اس کے نیچر کو وہ جواب نہیں ملا جو وہ چاہتا تھا۔</w:t>
      </w:r>
    </w:p>
    <w:p>
      <w:r>
        <w:rPr>
          <w:b/>
        </w:rPr>
        <w:t xml:space="preserve">[41:49] </w:t>
      </w:r>
      <w:r>
        <w:t>to us ne suicide kar liya.</w:t>
      </w:r>
    </w:p>
    <w:p>
      <w:pPr>
        <w:jc w:val="right"/>
      </w:pPr>
      <w:r>
        <w:t>تو اس نے سوسائیڈ کر لیا۔</w:t>
      </w:r>
    </w:p>
    <w:p>
      <w:r>
        <w:rPr>
          <w:b/>
        </w:rPr>
        <w:t xml:space="preserve">[41:51] </w:t>
      </w:r>
      <w:r>
        <w:t>to maine socha ke quran agar us ko pohncha hota to is mein is ka kam az kam jawab to mil jata us ko ke kyunke quran total truth ko batata hai, yaani what is,</w:t>
      </w:r>
    </w:p>
    <w:p>
      <w:pPr>
        <w:jc w:val="right"/>
      </w:pPr>
      <w:r>
        <w:t>تو میں نے سوچا کہ قرآن اگر اس کو پہنچا ہوتا تو اس میں اس کا کم از کم جواب تو مل جاتا اس کو کہ کیونکہ قرآن ٹوٹل ٹروتھ کو بتاتا ہے، یعنی واٹ از،</w:t>
      </w:r>
    </w:p>
    <w:p>
      <w:r>
        <w:rPr>
          <w:b/>
        </w:rPr>
        <w:t xml:space="preserve">[42:06] </w:t>
      </w:r>
      <w:r>
        <w:t>yaani what is, yaani pre-death period mein kya hai aur post-death period mein kya hai, sachai kya hai aur sachai ka end kya hai,</w:t>
      </w:r>
    </w:p>
    <w:p>
      <w:pPr>
        <w:jc w:val="right"/>
      </w:pPr>
      <w:r>
        <w:t>یعنی واٹ از، یعنی پری ڈیتھ پیریڈ میں کیا ہے اور پوسٹ ڈیتھ پیریڈ میں کیا ہے، سچائی کیا ہے اور سچائی کا اینڈ کیا ہے،</w:t>
      </w:r>
    </w:p>
    <w:p>
      <w:r>
        <w:rPr>
          <w:b/>
        </w:rPr>
        <w:t xml:space="preserve">[42:22] </w:t>
      </w:r>
      <w:r>
        <w:t>purpose of life kya hai, aur aakhir mein hamein kya pesh aane wala hai hamare saath. to poora jo poori ideology jo hai, poora jo concept hai, jo total truth jis ko main keh raha hoon, woh sab quran mein us ko mil jati hai.</w:t>
      </w:r>
    </w:p>
    <w:p>
      <w:pPr>
        <w:jc w:val="right"/>
      </w:pPr>
      <w:r>
        <w:t>پرپس آف لائف کیا ہے، اور آخر میں ہمیں کیا پیش آنے والا ہے ہمارے ساتھ۔ تو پورا جو پوری آئیڈیالوجی جو ہے، پورا جو کانسیپٹ ہے، جو ٹوٹل ٹروتھ جس کو میں کہہ رہا ہوں، وہ سب قرآن میں اس کو مل جاتی ہے۔</w:t>
      </w:r>
    </w:p>
    <w:p>
      <w:r>
        <w:rPr>
          <w:b/>
        </w:rPr>
        <w:t xml:space="preserve">[42:40] </w:t>
      </w:r>
      <w:r>
        <w:t>to jab maine us ko parha, yaani us ke us ka qissa guru patel ka, to ek nai baat mujhe samajh aai ke quran hi ek aisi kitab hai jo zindagi ki us ke bare mein batati hai,</w:t>
      </w:r>
    </w:p>
    <w:p>
      <w:pPr>
        <w:jc w:val="right"/>
      </w:pPr>
      <w:r>
        <w:t>تو جب میں نے اس کو پڑھا، یعنی اس کے اس کا قصہ گورو پٹیل کا، تو ایک نئی بات مجھے سمجھ آئی کہ قرآن ہی ایک ایسی کتاب ہے جو زندگی کی اس کے بارے میں بتاتی ہے،</w:t>
      </w:r>
    </w:p>
    <w:p>
      <w:r>
        <w:rPr>
          <w:b/>
        </w:rPr>
        <w:t xml:space="preserve">[42:56] </w:t>
      </w:r>
      <w:r>
        <w:t>poore sawal ka jawab deti hai. woh jawab philosophy ki kitabon mein nahi, woh science ki kitabon mein nahi, woh doosre mazhab ki kitabon mein nahi, woh sirf quran mein hai.</w:t>
      </w:r>
    </w:p>
    <w:p>
      <w:pPr>
        <w:jc w:val="right"/>
      </w:pPr>
      <w:r>
        <w:t>پورے سوال کا جواب دیتی ہے۔ وہ جواب فلاسفی کی کتابوں میں نہیں، وہ سائنس کی کتابوں میں نہیں، وہ دوسرے مذہب کی کتابوں میں نہیں، وہ صرف قرآن میں ہے۔</w:t>
      </w:r>
    </w:p>
    <w:p>
      <w:r>
        <w:rPr>
          <w:b/>
        </w:rPr>
        <w:t xml:space="preserve">[43:08] </w:t>
      </w:r>
      <w:r>
        <w:t>to ek to yeh hai ke quran khuda ki kitab hai, doosra yeh ke quran hi mein total truth ko bataya gaya hai, poori sachai ko.</w:t>
      </w:r>
    </w:p>
    <w:p>
      <w:pPr>
        <w:jc w:val="right"/>
      </w:pPr>
      <w:r>
        <w:t>تو ایک تو یہ ہے کہ قرآن خدا کی کتاب ہے، دوسرا یہ کہ قرآن ہی میں ٹوٹل ٹروتھ کو بتایا گیا ہے، پوری سچائی کو۔</w:t>
      </w:r>
    </w:p>
    <w:p>
      <w:r>
        <w:rPr>
          <w:b/>
        </w:rPr>
        <w:t xml:space="preserve">[43:19] </w:t>
      </w:r>
      <w:r>
        <w:t>to agar hum quran ko pohncha den insanon tak to phir hamari ek bohat bari zimmedari ada ho ho jayegi.</w:t>
      </w:r>
    </w:p>
    <w:p>
      <w:pPr>
        <w:jc w:val="right"/>
      </w:pPr>
      <w:r>
        <w:t>تو اگر ہم قرآن کو پہنچا دیں انسانوں تک تو پھر ہماری ایک بہت بڑی ذمہ داری ادا ہو ہو جائے گی۔</w:t>
      </w:r>
    </w:p>
    <w:p>
      <w:r>
        <w:rPr>
          <w:b/>
        </w:rPr>
        <w:t xml:space="preserve">[43:28] </w:t>
      </w:r>
      <w:r>
        <w:t>woh zimmedari yeh hai ke quran mein yeh hai ke lasta alaihim bimusaitir anta muzakkir lasta alaihim bimusaitir tumhara kaam hai pohncha dena,</w:t>
      </w:r>
    </w:p>
    <w:p>
      <w:pPr>
        <w:jc w:val="right"/>
      </w:pPr>
      <w:r>
        <w:t>وہ ذمہ داری یہ ہے کہ قرآن میں یہ ہے کہ لست علیہم بمسيطر انت مذکر لست علیہم بمسيطر تمہارا کام ہے پہنچا دینا،</w:t>
      </w:r>
    </w:p>
    <w:p>
      <w:r>
        <w:rPr>
          <w:b/>
        </w:rPr>
        <w:t xml:space="preserve">[43:43] </w:t>
      </w:r>
      <w:r>
        <w:t>tum logon ke upar darogha nahi ho, yeh logon ko badal dalna, badal dalna yeh tumhara kaam nahi hai. to is ka matlab kya hai</w:t>
      </w:r>
    </w:p>
    <w:p>
      <w:pPr>
        <w:jc w:val="right"/>
      </w:pPr>
      <w:r>
        <w:t>تم لوگوں کے اوپر داروغہ نہیں ہو، یہ لوگوں کو بدل ڈالنا، بدل ڈالنا یہ تمہارا کام نہیں ہے۔ تو اس کا مطلب کیا ہے</w:t>
      </w:r>
    </w:p>
    <w:p>
      <w:r>
        <w:rPr>
          <w:b/>
        </w:rPr>
        <w:t xml:space="preserve">[43:52] </w:t>
      </w:r>
      <w:r>
        <w:t>? is ka matlab hai ke logon ke in awareness ko khatam karna, logon ki bekhabri ko todna. allah taala ka yeh matlab hai ke marne se pehle aadmi jaan le ke meri meri zindagi ka purpose kya tha, mujhe kyun create kiya gaya,</w:t>
      </w:r>
    </w:p>
    <w:p>
      <w:pPr>
        <w:jc w:val="right"/>
      </w:pPr>
      <w:r>
        <w:t>؟ اس کا مطلب ہے کہ لوگوں کے ان اویرنس کو ختم کرنا، لوگوں کی بے خبری کو توڑنا۔ اللہ تعالیٰ کا یہ مطلوب ہے کہ مرنے سے پہلے آدمی جان لے کہ میری میری زندگی کا پرپس کیا تھا، مجھے کیوں کریٹ کیا گیا،</w:t>
      </w:r>
    </w:p>
    <w:p>
      <w:r>
        <w:rPr>
          <w:b/>
        </w:rPr>
        <w:t xml:space="preserve">[44:13] </w:t>
      </w:r>
      <w:r>
        <w:t>maut se pehle mera creator mujh se kya chahta hai, maut ke baad mere saath kya hone wala hai.</w:t>
      </w:r>
    </w:p>
    <w:p>
      <w:pPr>
        <w:jc w:val="right"/>
      </w:pPr>
      <w:r>
        <w:t>موت سے پہلے میرا کریٹر مجھ سے کیا چاہتا ہے، موت کے بعد میرے ساتھ کیا ہونے والا ہے۔</w:t>
      </w:r>
    </w:p>
    <w:p>
      <w:r>
        <w:rPr>
          <w:b/>
        </w:rPr>
        <w:t xml:space="preserve">[44:21] </w:t>
      </w:r>
      <w:r>
        <w:t>yeh jo ideology of life jo hai, yeh quran mein aap ko ek do dafa parhen ge, tab bhi mil jayegi. to is kitab ko hamein ek ek insan tak pohncha dena hai, us ko har zaban mein us ka translation kar ke taake insan jab duniya mein se nikal kar wahan pohnche to us ke paas yeh kehne ko na ho ke hum ko maloom nahi tha ke what is the creation plan of god,</w:t>
      </w:r>
    </w:p>
    <w:p>
      <w:pPr>
        <w:jc w:val="right"/>
      </w:pPr>
      <w:r>
        <w:t>یہ جو آئیڈیالوجی آف لائف جو ہے، یہ قرآن میں آپ کو ایک دو دفعہ پڑھیں گے، تب بھی مل جائے گی۔ تو اس کتاب کو ہمیں ایک ایک انسان تک پہنچا دینا ہے، اس کو ہر زبان میں اس کا ٹرانسلیشن کر کے تاکہ انسان جب دنیا میں سے نکل کر وہاں پہنچے تو اس کے پاس یہ کہنے کو نہ ہو کہ ہم کو معلوم نہیں تھا کہ واٹ از دا کرشن پلان آف گاڈ،</w:t>
      </w:r>
    </w:p>
    <w:p>
      <w:r>
        <w:rPr>
          <w:b/>
        </w:rPr>
        <w:t xml:space="preserve">[44:50] </w:t>
      </w:r>
      <w:r>
        <w:t>what is the scheme of things of god. yeh yeh is se yaani yeh na keh sake ke hum to is se bekhabar the, hum ko is ka pata nahi tha.</w:t>
      </w:r>
    </w:p>
    <w:p>
      <w:pPr>
        <w:jc w:val="right"/>
      </w:pPr>
      <w:r>
        <w:t>واٹ از دا اسکیم آف تھنگز آف گاڈ۔ یہ یہ اس سے یعنی یہ نہ کہہ سکے کہ ہم تو اس سے بے خبر تھے، ہم کو اس کا پتہ نہیں تھا۔</w:t>
      </w:r>
    </w:p>
    <w:p>
      <w:r>
        <w:rPr>
          <w:b/>
        </w:rPr>
        <w:t xml:space="preserve">[45:03] </w:t>
      </w:r>
      <w:r>
        <w:t>to quran mein koi safha, koi surah, koi is ka paragraph aap parhen to us mein aap ko jo jo basic message quran ka hai, woh aap ko mil jata hai.</w:t>
      </w:r>
    </w:p>
    <w:p>
      <w:pPr>
        <w:jc w:val="right"/>
      </w:pPr>
      <w:r>
        <w:t>تو قرآن میں کوئی صفحہ، کوئی سورہ، کوئی اس کا پیراگراف آپ پڑھیں تو اس میں آپ کو جو جو بیسک میسج قرآن کا ہے، وہ آپ کو مل جاتا ہے۔</w:t>
      </w:r>
    </w:p>
    <w:p>
      <w:r>
        <w:rPr>
          <w:b/>
        </w:rPr>
        <w:t xml:space="preserve">[45:18] </w:t>
      </w:r>
      <w:r>
        <w:t>jaise ke maine is surah mein arz kiya ke surah waltin hi ko agar koi samajh kar parh le, samajh kar to usi mein us ko poora poora jawab mil jayega.</w:t>
      </w:r>
    </w:p>
    <w:p>
      <w:pPr>
        <w:jc w:val="right"/>
      </w:pPr>
      <w:r>
        <w:t>جیسے کہ میں نے اس سورہ میں عرض کیا کہ سورہ والتین ہی کو اگر کوئی سمجھ کر پڑھ لے، سمجھ کر تو اسی میں اس کو پورا پورا جواب مل جائے گا۔</w:t>
      </w:r>
    </w:p>
    <w:p>
      <w:r>
        <w:rPr>
          <w:b/>
        </w:rPr>
        <w:t xml:space="preserve">[45:31] </w:t>
      </w:r>
      <w:r>
        <w:t>poora jawab ab is ke baad us ka apna muamla hai ke woh us ko yaani apna apnata hai ke nahi apnata, us ko follow karta hai ya nahi follow karta, yeh alag masla hai.</w:t>
      </w:r>
    </w:p>
    <w:p>
      <w:pPr>
        <w:jc w:val="right"/>
      </w:pPr>
      <w:r>
        <w:t>پورا جواب اب اس کے بعد اس کا اپنا معاملہ ہے کہ وہ اس کو یعنی اپنا اپناتا ہے کہ نہیں اپناتا، اس کو فالو کرتا ہے یا نہیں فالو کرتا، یہ الگ مسئلہ ہے۔</w:t>
      </w:r>
    </w:p>
    <w:p>
      <w:r>
        <w:rPr>
          <w:b/>
        </w:rPr>
        <w:t xml:space="preserve">[45:43] </w:t>
      </w:r>
      <w:r>
        <w:t>lekin woh yeh nahi keh sakta ke ke mein bekhabar tha qayamat mein.</w:t>
      </w:r>
    </w:p>
    <w:p>
      <w:pPr>
        <w:jc w:val="right"/>
      </w:pPr>
      <w:r>
        <w:t>لیکن وہ یہ نہیں کہہ سکتا کہ کہ میں بے خبر تھا قیامت میں۔</w:t>
      </w:r>
    </w:p>
    <w:p>
      <w:r>
        <w:rPr>
          <w:b/>
        </w:rPr>
        <w:t xml:space="preserve">[45:49] </w:t>
      </w:r>
      <w:r>
        <w:t>to hamara jo mission hai, woh insaan ki bekhabari ko todna hai. yaad rakhiye, insaan ko badalna nahi hai. kal mein kisi se keh raha tha ke ek hi mission hai jis mein aap ke liye kahin frustration nahi aata, kahin tension nahi aata.</w:t>
      </w:r>
    </w:p>
    <w:p>
      <w:pPr>
        <w:jc w:val="right"/>
      </w:pPr>
      <w:r>
        <w:t>تو ہمارا جو مشن ہے، وہ انسان کی بے خبری کو توڑنا ہے۔ یاد رکھیے، انسان کو بدلنا نہیں ہے۔ کل میں کسی سے کہہ رہا تھا کہ ایک ہی مشن ہے جس میں آپ کے لیے کہیں فرسٹریشن نہیں آتا، کہیں ٹینشن نہیں آتا۔</w:t>
      </w:r>
    </w:p>
    <w:p>
      <w:r>
        <w:rPr>
          <w:b/>
        </w:rPr>
        <w:t xml:space="preserve">[46:11] </w:t>
      </w:r>
      <w:r>
        <w:t>doosre jitne hain mission, sab mein tension aata hai. kahin ke</w:t>
      </w:r>
    </w:p>
    <w:p>
      <w:pPr>
        <w:jc w:val="right"/>
      </w:pPr>
      <w:r>
        <w:t>دوسرے جتنے ہیں مشن، سب میں ٹینشن آتا ہے۔ کہیں کہ</w:t>
      </w:r>
    </w:p>
    <w:p>
      <w:r>
        <w:rPr>
          <w:b/>
        </w:rPr>
        <w:t xml:space="preserve">[46:17] </w:t>
      </w:r>
      <w:r>
        <w:t>ein jaise mere paas ek telephone aaya, london se ek sahab ka, unhon ne bataya ke mein social work karta hoon aur community work karta hoon, yaani musalmanon mein milli work.</w:t>
      </w:r>
    </w:p>
    <w:p>
      <w:pPr>
        <w:jc w:val="right"/>
      </w:pPr>
      <w:r>
        <w:t>یں جیسے میرے پاس ایک ٹیلی فون آیا، لندن سے ایک صاحب کا، انہوں نے بتایا کہ میں سوشل ورک کرتا ہوں اور کمیونٹی ورک کرتا ہوں، یعنی مسلمانوں میں ملی ورک۔</w:t>
      </w:r>
    </w:p>
    <w:p>
      <w:r>
        <w:rPr>
          <w:b/>
        </w:rPr>
        <w:t xml:space="preserve">[46:30] </w:t>
      </w:r>
      <w:r>
        <w:t>lekin in ko bari shikayatein theen, bohat tension mein thay woh ke social work karein, tab bhi aap ko kuch na kuch problem doosre ki taraf se paish aate hain.</w:t>
      </w:r>
    </w:p>
    <w:p>
      <w:pPr>
        <w:jc w:val="right"/>
      </w:pPr>
      <w:r>
        <w:t>لیکن ان کو بڑی شکایتیں تھیں، بہت ٹینشن میں تھے وہ کہ سوشل ورک کریں، تب بھی آپ کو کچھ نہ کچھ پرابلم دوسرے کی طرف سے پیش آتے ہیں۔</w:t>
      </w:r>
    </w:p>
    <w:p>
      <w:r>
        <w:rPr>
          <w:b/>
        </w:rPr>
        <w:t xml:space="preserve">[46:43] </w:t>
      </w:r>
      <w:r>
        <w:t>milli work karein, tab bhi kuch na kuch paish aate hain kyunke doosre se aap kuch expectation karte hain aur woh aap se kuch expect karta hai.</w:t>
      </w:r>
    </w:p>
    <w:p>
      <w:pPr>
        <w:jc w:val="right"/>
      </w:pPr>
      <w:r>
        <w:t>ملی ورک کریں، تب بھی کچھ نہ کچھ پیش آتے ہیں کیونکہ دوسرے سے آپ کچھ ایکسپیکٹ کرتے ہیں اور وہ آپ سے کچھ ایکسپیکٹ کرتا ہے۔</w:t>
      </w:r>
    </w:p>
    <w:p>
      <w:r>
        <w:rPr>
          <w:b/>
        </w:rPr>
        <w:t xml:space="preserve">[46:54] </w:t>
      </w:r>
      <w:r>
        <w:t>to kahin na kahin dono mein takrao ho jata hai. lekin yeh jo dawah work hai, dawah work to bilkul alag dhang ka kaam hai, yaani Allah ki ek duty hai jo aap anjaam de rahe hain, is umeed mein ke Allah is ka hum ko reward de ga.</w:t>
      </w:r>
    </w:p>
    <w:p>
      <w:pPr>
        <w:jc w:val="right"/>
      </w:pPr>
      <w:r>
        <w:t>تو کہیں نہ کہیں دونوں میں ٹکراؤ ہو جاتا ہے۔ لیکن یہ جو دعویٰ ورک ہے، دعویٰ ورک تو بالکل الگ ڈھنگ کا کام ہے، یعنی اللہ کی ایک ڈیوٹی ہے جو آپ انجام دے رہے ہیں، اس امید میں کہ اللہ اس کا ہم کو ریوارڈ دے گا۔</w:t>
      </w:r>
    </w:p>
    <w:p>
      <w:r>
        <w:rPr>
          <w:b/>
        </w:rPr>
        <w:t xml:space="preserve">[47:11] </w:t>
      </w:r>
      <w:r>
        <w:t>insaan se koi lena dena nahi.</w:t>
      </w:r>
    </w:p>
    <w:p>
      <w:pPr>
        <w:jc w:val="right"/>
      </w:pPr>
      <w:r>
        <w:t>انسان سے کوئی لینا دینا نہیں۔</w:t>
      </w:r>
    </w:p>
    <w:p>
      <w:r>
        <w:rPr>
          <w:b/>
        </w:rPr>
        <w:t xml:space="preserve">[47:14] </w:t>
      </w:r>
      <w:r>
        <w:t>social work mein aur milli work mein, political work mein, har ek mein aap insaan se kuch expectations hoti hain, aap ki woh na poori hon to aap tension mein pad jaate hain.</w:t>
      </w:r>
    </w:p>
    <w:p>
      <w:pPr>
        <w:jc w:val="right"/>
      </w:pPr>
      <w:r>
        <w:t>سوشل ورک میں اور ملی ورک میں، پولیٹیکل ورک میں، ہر ایک میں آپ انسان سے کچھ ایکسپیکٹیشنز ہوتی ہیں، آپ کی وہ نہ پوری ہوں تو آپ ٹینشن میں پڑ جاتے ہیں۔</w:t>
      </w:r>
    </w:p>
    <w:p>
      <w:r>
        <w:rPr>
          <w:b/>
        </w:rPr>
        <w:t xml:space="preserve">[47:26] </w:t>
      </w:r>
      <w:r>
        <w:t>lekin dawah work mein aisa nahi. dawah work mein aap ki saari umeedain juri hui hain Allah taala se. to duniya mein aap Allah ki duty poori kar rahe hain aur umeed yeh rakhte hain ke akhirat mein Allah taala hamein is ka ajr de ga.</w:t>
      </w:r>
    </w:p>
    <w:p>
      <w:pPr>
        <w:jc w:val="right"/>
      </w:pPr>
      <w:r>
        <w:t>لیکن دعویٰ ورک میں ایسا نہیں۔ دعویٰ ورک میں آپ کی ساری امیدیں جڑی ہوئی ہیں اللہ تعالیٰ سے۔ تو دنیا میں آپ اللہ کی ڈیوٹی پوری کر رہے ہیں اور امید یہ رکھتے ہیں کہ آخرت میں اللہ تعالیٰ ہمیں اس کا اجر دے گا۔</w:t>
      </w:r>
    </w:p>
    <w:p>
      <w:r>
        <w:rPr>
          <w:b/>
        </w:rPr>
        <w:t xml:space="preserve">[47:43] </w:t>
      </w:r>
      <w:r>
        <w:t>to dawah work wahid ek aisa kaam hai jis mein tension nahi, jis mein koi complaint nahi, koi negativity nahi.</w:t>
      </w:r>
    </w:p>
    <w:p>
      <w:pPr>
        <w:jc w:val="right"/>
      </w:pPr>
      <w:r>
        <w:t>تو دعویٰ ورک واحد ایک ایسا کام ہے جس میں ٹینشن نہیں، جس میں کوئی کمپلینٹ نہیں، کوئی نیگیٹیوٹی نہیں۔</w:t>
      </w:r>
    </w:p>
    <w:p>
      <w:r>
        <w:rPr>
          <w:b/>
        </w:rPr>
        <w:t xml:space="preserve">[47:55] </w:t>
      </w:r>
      <w:r>
        <w:t>aap tajurba kar lijiye, jo log bhi social work karte hain ya community work karte hain, sab tension mein rehte hain, sab tension mein rehte hain.</w:t>
      </w:r>
    </w:p>
    <w:p>
      <w:pPr>
        <w:jc w:val="right"/>
      </w:pPr>
      <w:r>
        <w:t>آپ تجربہ کر لیجئے، جو لوگ بھی سوشل ورک کرتے ہیں یا کمیونٹی ورک کرتے ہیں، سب ٹینشن میں رہتے ہیں، سب ٹینشن میں رہتے ہیں۔</w:t>
      </w:r>
    </w:p>
    <w:p>
      <w:r>
        <w:rPr>
          <w:b/>
        </w:rPr>
        <w:t xml:space="preserve">[48:07] </w:t>
      </w:r>
      <w:r>
        <w:t>abhi mere paas wahan, wahan woh yeh maharashtra ke ek sahab aaye, woh musalmanon ke darmiyan kaam karte hain.</w:t>
      </w:r>
    </w:p>
    <w:p>
      <w:pPr>
        <w:jc w:val="right"/>
      </w:pPr>
      <w:r>
        <w:t>ابھی میرے پاس وہاں، وہاں وہ یہ مہاراشٹر کے ایک صاحب آئے، وہ مسلمانوں کے درمیان کام کرتے ہیں۔</w:t>
      </w:r>
    </w:p>
    <w:p>
      <w:r>
        <w:rPr>
          <w:b/>
        </w:rPr>
        <w:t xml:space="preserve">[48:18] </w:t>
      </w:r>
      <w:r>
        <w:t>unhon ne kaha ke mein ne musalmanon ke liye kai college banaye hain, kai college, woh musalmanon ko is mein talib dilane ke liye.</w:t>
      </w:r>
    </w:p>
    <w:p>
      <w:pPr>
        <w:jc w:val="right"/>
      </w:pPr>
      <w:r>
        <w:t>انہوں نے کہا کہ میں نے مسلمانوں کے لیے کئی کالج بنائے ہیں، کئی کالج، وہ مسلمانوں کو اس میں طالب دلانے کے لیے۔</w:t>
      </w:r>
    </w:p>
    <w:p>
      <w:r>
        <w:rPr>
          <w:b/>
        </w:rPr>
        <w:t xml:space="preserve">[48:28] </w:t>
      </w:r>
      <w:r>
        <w:t>lekin in ko unhon ne kaha ke ke bohat si shikayatein theen un ko, aur is shikayaton ko le ke woh tension mein jee rahe thay.</w:t>
      </w:r>
    </w:p>
    <w:p>
      <w:pPr>
        <w:jc w:val="right"/>
      </w:pPr>
      <w:r>
        <w:t>لیکن ان کو انہوں نے کہا کہ کہ بہت سی شکایتیں تھیں ان کو، اور اس شکایتوں کو لے کے وہ ٹینشن میں جی رہے تھے۔</w:t>
      </w:r>
    </w:p>
    <w:p>
      <w:r>
        <w:rPr>
          <w:b/>
        </w:rPr>
        <w:t xml:space="preserve">[48:40] </w:t>
      </w:r>
      <w:r>
        <w:t>to aap tajurba kijiye, to sab ka yahi haal hai. jo bhi social work karte hain, jo bhi political work karte hain, jo bhi milli work karte hain, sab complaint bhi jeete hain, tension bhi jeete hain, negativity bhi jeete hain kyunke un ka kaam insaanon ke liye hota hai, insaanon ke darmiyan hota hai.</w:t>
      </w:r>
    </w:p>
    <w:p>
      <w:pPr>
        <w:jc w:val="right"/>
      </w:pPr>
      <w:r>
        <w:t>تو آپ تجربہ کیجئے، تو سب کا یہی حال ہے۔ جو بھی سوشل ورک کرتے ہیں، جو بھی پولیٹیکل ورک کرتے ہیں، جو بھی ملی ورک کرتے ہیں، سب کمپلینٹ بھی جیتے ہیں، ٹینشن بھی جیتے ہیں، نیگیٹیوٹی بھی جیتے ہیں کیونکہ ان کا کام انسانوں کے لیے ہوتا ہے، انسانوں کے درمیان ہوتا ہے۔</w:t>
      </w:r>
    </w:p>
    <w:p>
      <w:r>
        <w:rPr>
          <w:b/>
        </w:rPr>
        <w:t xml:space="preserve">[49:01] </w:t>
      </w:r>
      <w:r>
        <w:t>insaanon se kuch un ko umeed hoti hai, kam insaan ki to samjhein yeh response mile ga.</w:t>
      </w:r>
    </w:p>
    <w:p>
      <w:pPr>
        <w:jc w:val="right"/>
      </w:pPr>
      <w:r>
        <w:t>انسانوں سے کچھ ان کو امید ہوتی ہے، کم انسان کی تو سمجھیں یہ رسپانس ملے گا۔</w:t>
      </w:r>
    </w:p>
    <w:p>
      <w:r>
        <w:rPr>
          <w:b/>
        </w:rPr>
        <w:t xml:space="preserve">[49:09] </w:t>
      </w:r>
      <w:r>
        <w:t>dawah work mein aap ko insaan se koi lena dena nahi hai, insaan ko to aap ko pahunchana hai, bas sirf pahunchana hai.</w:t>
      </w:r>
    </w:p>
    <w:p>
      <w:pPr>
        <w:jc w:val="right"/>
      </w:pPr>
      <w:r>
        <w:t>دعویٰ ورک میں آپ کو انسان سے کوئی لینا دینا نہیں ہے، انسان کو تو آپ کو پہنچانا ہے، بس صرف پہنچانا ہے۔</w:t>
      </w:r>
    </w:p>
    <w:p>
      <w:r>
        <w:rPr>
          <w:b/>
        </w:rPr>
        <w:t xml:space="preserve">[49:18] </w:t>
      </w:r>
      <w:r>
        <w:t>lena to Allah taala se hai aap ko. to dawah work ek aisa work hai jo poore maanon mein tension free banata hai aap ko,</w:t>
      </w:r>
    </w:p>
    <w:p>
      <w:pPr>
        <w:jc w:val="right"/>
      </w:pPr>
      <w:r>
        <w:t>لینا تو اللہ تعالیٰ سے ہے آپ کو۔ تو دعویٰ ورک ایک ایسا ورک ہے جو پورے معنوں میں ٹینشن فری بناتا ہے آپ کو،</w:t>
      </w:r>
    </w:p>
    <w:p>
      <w:r>
        <w:rPr>
          <w:b/>
        </w:rPr>
        <w:t xml:space="preserve">[49:32] </w:t>
      </w:r>
      <w:r>
        <w:t>negativity se paak karta hai aap ko,</w:t>
      </w:r>
    </w:p>
    <w:p>
      <w:pPr>
        <w:jc w:val="right"/>
      </w:pPr>
      <w:r>
        <w:t>نیگیٹیوٹی سے پاک کرتا ہے آپ کو،</w:t>
      </w:r>
    </w:p>
    <w:p>
      <w:r>
        <w:rPr>
          <w:b/>
        </w:rPr>
        <w:t xml:space="preserve">[49:34] </w:t>
      </w:r>
      <w:r>
        <w:t>aap ko complaint free banata hai. aur doosri baat yeh ke quran hi ek aisi kitab hai jo poore maanon mein jis ke andar sachai hai, jis ke andar total truth hai, jo is mein poore maanon mein Allah ka jo plan hai, Allah ka jo jo scheme of things hai Allah ki, woh is mein bayan hui</w:t>
      </w:r>
    </w:p>
    <w:p>
      <w:pPr>
        <w:jc w:val="right"/>
      </w:pPr>
      <w:r>
        <w:t>آپ کو کمپلینٹ فری بناتا ہے۔ اور دوسری بات یہ کہ قرآن ہی ایک ایسی کتاب ہے جو پورے معنوں میں جس کے اندر سچائی ہے، جس کے اندر ٹوٹل ٹروتھ ہے، جو اس میں پورے معنوں میں اللہ کا جو پلان ہے، اللہ کا جو جو اسکیم آف تھنگز ہے اللہ کی، وہ اس میں بیان ہوئی</w:t>
      </w:r>
    </w:p>
    <w:p>
      <w:r>
        <w:rPr>
          <w:b/>
        </w:rPr>
        <w:t xml:space="preserve">[49:56] </w:t>
      </w:r>
      <w:r>
        <w:t>hai. to ek kitab agar pahuncha do logon ko aap to aap ka dil mutmaeen ho jata hai ke mein ne jo kaam tha, mujhe jo meri duty thi, woh mein ne poora kar diya, woh mein ne pahuncha diya.</w:t>
      </w:r>
    </w:p>
    <w:p>
      <w:pPr>
        <w:jc w:val="right"/>
      </w:pPr>
      <w:r>
        <w:t>ہے۔ تو ایک کتاب اگر پہنچا دو لوگوں کو آپ تو آپ کا دل مطمئن ہو جاتا ہے کہ میں نے جو کام تھا، مجھے جو میری ڈیوٹی تھی، وہ میں نے پورا کر دیا، وہ میں نے پہنچا دیا۔</w:t>
      </w:r>
    </w:p>
    <w:p>
      <w:r>
        <w:rPr>
          <w:b/>
        </w:rPr>
        <w:t xml:space="preserve">[50:10] </w:t>
      </w:r>
      <w:r>
        <w:t>to yeh kitni bari nemat hai, yaani ek quran jo hai hamare liye kitni bari nemat hai.</w:t>
      </w:r>
    </w:p>
    <w:p>
      <w:pPr>
        <w:jc w:val="right"/>
      </w:pPr>
      <w:r>
        <w:t>تو یہ کتنی بڑی نعمت ہے، یعنی ایک قرآن جو ہے ہمارے لیے کتنی بڑی نعمت ہے۔</w:t>
      </w:r>
    </w:p>
    <w:p>
      <w:r>
        <w:rPr>
          <w:b/>
        </w:rPr>
        <w:t xml:space="preserve">[50:18] </w:t>
      </w:r>
      <w:r>
        <w:t>mein bas kahoon ke koi bhi doosra kaam, koi bhi doosri kitab aisi nahi hai jis mein aap ko is tarah ka, yaani is tarah ka rizq milta ho jo rizq aap ko quran ki shakal mein milta hai.</w:t>
      </w:r>
    </w:p>
    <w:p>
      <w:pPr>
        <w:jc w:val="right"/>
      </w:pPr>
      <w:r>
        <w:t>میں بس کہوں کہ کوئی بھی دوسرا کام، کوئی بھی دوسری کتاب ایسی نہیں ہے جس میں آپ کو اس طرح کا، یعنی اس طرح کا رزق ملتا ہو جو رزق آپ کو قرآن کی شکل میں ملتا ہے۔</w:t>
      </w:r>
    </w:p>
    <w:p>
      <w:r>
        <w:rPr>
          <w:b/>
        </w:rPr>
        <w:t xml:space="preserve">[50:36] </w:t>
      </w:r>
      <w:r>
        <w:t>to yeh sab baatein jo hain, mein chahta hoon ke hamare saathi jo ke hamare mission mein jure hue hain,</w:t>
      </w:r>
    </w:p>
    <w:p>
      <w:pPr>
        <w:jc w:val="right"/>
      </w:pPr>
      <w:r>
        <w:t>تو یہ سب باتیں جو ہیں، میں چاہتا ہوں کہ ہمارے ساتھی جو کہ ہمارے مشن میں جڑے ہوئے ہیں،</w:t>
      </w:r>
    </w:p>
    <w:p>
      <w:r>
        <w:rPr>
          <w:b/>
        </w:rPr>
        <w:t xml:space="preserve">[50:45] </w:t>
      </w:r>
      <w:r>
        <w:t>is baat ko samjhein aur doosron ko bataein.</w:t>
      </w:r>
    </w:p>
    <w:p>
      <w:pPr>
        <w:jc w:val="right"/>
      </w:pPr>
      <w:r>
        <w:t>اس بات کو سمجھیں اور دوسروں کو بتائیں۔</w:t>
      </w:r>
    </w:p>
    <w:p>
      <w:r>
        <w:rPr>
          <w:b/>
        </w:rPr>
        <w:t xml:space="preserve">[50:54] </w:t>
      </w:r>
      <w:r>
        <w:t>bohat zaroori hai ke aap khud apne aap ko prepare karein,</w:t>
      </w:r>
    </w:p>
    <w:p>
      <w:pPr>
        <w:jc w:val="right"/>
      </w:pPr>
      <w:r>
        <w:t>بہت ضروری ہے کہ آپ خود اپنے آپ کو پریپیر کریں،</w:t>
      </w:r>
    </w:p>
    <w:p>
      <w:r>
        <w:rPr>
          <w:b/>
        </w:rPr>
        <w:t xml:space="preserve">[50:58] </w:t>
      </w:r>
      <w:r>
        <w:t>apne aap ko poori tarah se. jaise kal mere paas ek saahab ka telephone aaya, unhone kaha ke main aap ka risala padhta hoon aur kitabein padhi hain waghera, aur main aap ke mission mein aap ke saath hoon.</w:t>
      </w:r>
    </w:p>
    <w:p>
      <w:pPr>
        <w:jc w:val="right"/>
      </w:pPr>
      <w:r>
        <w:t>اپنے آپ کو پوری طریقے سے۔ جیسے کل میرے پاس ایک صاحب کا ٹیلی فون آیا، انہوں نے کہا کہ میں آپ کا رسالہ پڑھتا ہوں اور کتابیں پڑھی ہیں وغیرہ، اور میں آپ کے مشن میں آپ کے ساتھ ہوں۔</w:t>
      </w:r>
    </w:p>
    <w:p>
      <w:r>
        <w:rPr>
          <w:b/>
        </w:rPr>
        <w:t xml:space="preserve">[51:15] </w:t>
      </w:r>
      <w:r>
        <w:t>lekin woh bhi, yaani mukhtalif qism ki shikayat wali baatein bolne lage. to maine kaha ke aap ne hamari kitabein ghaur se nahin padhi hain,</w:t>
      </w:r>
    </w:p>
    <w:p>
      <w:pPr>
        <w:jc w:val="right"/>
      </w:pPr>
      <w:r>
        <w:t>لیکن وہ بھی، یعنی مختلف قسم کی شکایت والی باتیں بولنے لگے۔ تو میں نے کہا کہ آپ نے ہماری کتابیں غور سے نہیں پڑھی ہیں،</w:t>
      </w:r>
    </w:p>
    <w:p>
      <w:r>
        <w:rPr>
          <w:b/>
        </w:rPr>
        <w:t xml:space="preserve">[51:28] </w:t>
      </w:r>
      <w:r>
        <w:t>aap baar baar padhiye, baar baar padhiye, aur lecture jo hamara hota hai, us ko suniye, apne ko prepare kijiye. jab aap apne ko prepare kar ke dawah field mein aayenge to aap ko koi complaint nahin hogi, koi shikayat nahin hogi.</w:t>
      </w:r>
    </w:p>
    <w:p>
      <w:pPr>
        <w:jc w:val="right"/>
      </w:pPr>
      <w:r>
        <w:t>آپ بار بار پڑھیے، بار بار پڑھیے، اور لیکچر جو ہمارا ہوتا ہے، اس کو سنیے، اپنے کو پریپیر کیجئے۔ جب آپ اپنے کو پریپیر کر کے دعویٰ فیلڈ میں آئیں گے تو آپ کو کوئی کمپلینٹ نہیں ہوگی، کوئی شکایت نہیں ہوگی۔</w:t>
      </w:r>
    </w:p>
    <w:p>
      <w:r>
        <w:rPr>
          <w:b/>
        </w:rPr>
        <w:t xml:space="preserve">[51:43] </w:t>
      </w:r>
      <w:r>
        <w:t>un prepared mind le kar ke aap agar dawah work shuru kar denge, aap to yahi sab hoga aap ke saath.</w:t>
      </w:r>
    </w:p>
    <w:p>
      <w:pPr>
        <w:jc w:val="right"/>
      </w:pPr>
      <w:r>
        <w:t>ان پریپیرڈ مائنڈ لے کر کے آپ اگر دعویٰ ورک شروع کر دیں گے، آپ تو یہی سب ہوگا آپ کے ساتھ۔</w:t>
      </w:r>
    </w:p>
    <w:p>
      <w:r>
        <w:rPr>
          <w:b/>
        </w:rPr>
        <w:t xml:space="preserve">[51:54] </w:t>
      </w:r>
      <w:r>
        <w:t>to main samajhta hoon ke hamare jo saathi hain, yeh jaanein is baat ko ke first of all, you have to prepare your your self,</w:t>
      </w:r>
    </w:p>
    <w:p>
      <w:pPr>
        <w:jc w:val="right"/>
      </w:pPr>
      <w:r>
        <w:t>تو میں سمجھتا ہوں کہ ہمارے جو ساتھی ہیں، یہ جانیں اس بات کو کہ فرسٹ آف آل، یو ہیو ٹو پریپیر یور یور سیلف،</w:t>
      </w:r>
    </w:p>
    <w:p>
      <w:r>
        <w:rPr>
          <w:b/>
        </w:rPr>
        <w:t xml:space="preserve">[52:07] </w:t>
      </w:r>
      <w:r>
        <w:t>apne aap ko banana hai. yaani agar aap apne aap ko prepare nahin kiya hai aur jump kar diya aap ne dawah dawah ke field mein to aap bhi tension ka shikaar ho jayenge, jaisa ke tajurba batata hai.</w:t>
      </w:r>
    </w:p>
    <w:p>
      <w:pPr>
        <w:jc w:val="right"/>
      </w:pPr>
      <w:r>
        <w:t>اپنے آپ کو بنانا ہے۔ یعنی اگر آپ اپنے آپ کو پریپیر نہیں کیا ہے اور جمپ کر دیا آپ نے دعوت دعوت کے فیلڈ میں تو آپ بھی ٹینشن کا شکار ہو جائیں گے، جیسا کہ تجربہ بتاتا ہے۔</w:t>
      </w:r>
    </w:p>
    <w:p>
      <w:r>
        <w:rPr>
          <w:b/>
        </w:rPr>
        <w:t xml:space="preserve">[52:23] </w:t>
      </w:r>
      <w:r>
        <w:t>to dawah work mein pehle apne ko tayyar karna hai, phir doosron ke darmiyan ja kar ke dawah ka kaam karna hai.</w:t>
      </w:r>
    </w:p>
    <w:p>
      <w:pPr>
        <w:jc w:val="right"/>
      </w:pPr>
      <w:r>
        <w:t>تو دعویٰ ورک میں پہلے اپنے کو تیار کرنا ہے، پھر دوسروں کے درمیان جا کر کے دعوت کا کام کرنا ہے۔</w:t>
      </w:r>
    </w:p>
    <w:p>
      <w:r>
        <w:rPr>
          <w:b/>
        </w:rPr>
        <w:t xml:space="preserve">[52:34] </w:t>
      </w:r>
      <w:r>
        <w:t>jitna zyada aap apne ko tayyar karenge, utni zyada aap dawah ke kaam ko zyada behtar taur par kar payenge.</w:t>
      </w:r>
    </w:p>
    <w:p>
      <w:pPr>
        <w:jc w:val="right"/>
      </w:pPr>
      <w:r>
        <w:t>جتنا زیادہ آپ اپنے کو تیار کریں گے، اتنی زیادہ آپ دعوت کے کام کو زیادہ بہتر طور پر کر پائیں گے۔</w:t>
      </w:r>
    </w:p>
    <w:p>
      <w:r>
        <w:rPr>
          <w:b/>
        </w:rPr>
        <w:t xml:space="preserve">[52:45] </w:t>
      </w:r>
      <w:r>
        <w:t>abhi hamare kuch saathi gaye the germany frankfurt mein, book fair thi wahan par, to wahan par quran ka translation german zabaan mein rakha gaya tha.</w:t>
      </w:r>
    </w:p>
    <w:p>
      <w:pPr>
        <w:jc w:val="right"/>
      </w:pPr>
      <w:r>
        <w:t>ابھی ہمارے کچھ ساتھی گئے تھے جرمنی فرینکفرٹ میں، بک فیئر تھی وہاں پر، تو وہاں پر قرآن کا ٹرانسلیشن جرمن زبان میں رکھا گیا تھا۔</w:t>
      </w:r>
    </w:p>
    <w:p>
      <w:r>
        <w:rPr>
          <w:b/>
        </w:rPr>
        <w:t xml:space="preserve">[53:00] </w:t>
      </w:r>
      <w:r>
        <w:t>logon ne bohat shauq se sun liya.</w:t>
      </w:r>
    </w:p>
    <w:p>
      <w:pPr>
        <w:jc w:val="right"/>
      </w:pPr>
      <w:r>
        <w:t>لوگوں نے بہت شوق سے سن لیا۔</w:t>
      </w:r>
    </w:p>
    <w:p>
      <w:r>
        <w:rPr>
          <w:b/>
        </w:rPr>
        <w:t xml:space="preserve">[53:04] </w:t>
      </w:r>
      <w:r>
        <w:t>log is tarah lete the jaise ke pehle se isi intezaar mein the ke hamein mile quran, mile hamein. to main socha ke aisa kyun hai, kyun insaan mein the woh?</w:t>
      </w:r>
    </w:p>
    <w:p>
      <w:pPr>
        <w:jc w:val="right"/>
      </w:pPr>
      <w:r>
        <w:t>لوگ اس طرح لیتے تھے جیسے کہ پہلے سے اسی انتظار میں تھے کہ ہمیں ملے قرآن، ملے ہمیں۔ تو میں سوچا کہ ایسا کیوں ہے، کیوں انسان میں تھے وہ؟</w:t>
      </w:r>
    </w:p>
    <w:p>
      <w:r>
        <w:rPr>
          <w:b/>
        </w:rPr>
        <w:t xml:space="preserve">[53:20] </w:t>
      </w:r>
      <w:r>
        <w:t>to mujhe samajh mein aaya ke allah taala ne quran ke liye ek ek naya maidan khol diya hai quran ki dawah ke liye.</w:t>
      </w:r>
    </w:p>
    <w:p>
      <w:pPr>
        <w:jc w:val="right"/>
      </w:pPr>
      <w:r>
        <w:t>تو مجھے سمجھ میں آیا کہ اللہ تعالیٰ نے قرآن کے لیے ایک ایک نیا میدان کھول دیا ہے قرآن کی دعوت کے لیے۔</w:t>
      </w:r>
    </w:p>
    <w:p>
      <w:r>
        <w:rPr>
          <w:b/>
        </w:rPr>
        <w:t xml:space="preserve">[53:28] </w:t>
      </w:r>
      <w:r>
        <w:t>yeh jo negative news aa rahi hain rozana media mein ke kisi ne maslan quran ko khabar, ek rumour uthi ke falane quran ko jala jala diya, ab hungama khada ho gaya, kisi ne gustakhi gustakhi kar di to juloos nikalne lage, protest hone laga.</w:t>
      </w:r>
    </w:p>
    <w:p>
      <w:pPr>
        <w:jc w:val="right"/>
      </w:pPr>
      <w:r>
        <w:t>یہ جو نیگیٹیو نیوز آ رہی ہیں روزانہ میڈیا میں کہ کسی نے مثلاً قرآن کو خبر، ایک ریومر اٹھی کہ فلانے قرآن کو جلا جلا دیا، اب ہنگامہ کھڑا ہو گیا، کسی نے گستاخی گستاخی کر دی تو جلوس نکلنے لگے، پروٹیسٹ ہونے لگا۔</w:t>
      </w:r>
    </w:p>
    <w:p>
      <w:r>
        <w:rPr>
          <w:b/>
        </w:rPr>
        <w:t xml:space="preserve">[53:48] </w:t>
      </w:r>
      <w:r>
        <w:t>in cheezon se quran news mein aa gaya, quran news mein aa gaya.</w:t>
      </w:r>
    </w:p>
    <w:p>
      <w:pPr>
        <w:jc w:val="right"/>
      </w:pPr>
      <w:r>
        <w:t>ان چیزوں سے قرآن نیوز میں آ گیا، قرآن نیوز میں آ گیا۔</w:t>
      </w:r>
    </w:p>
    <w:p>
      <w:r>
        <w:rPr>
          <w:b/>
        </w:rPr>
        <w:t xml:space="preserve">[53:55] </w:t>
      </w:r>
      <w:r>
        <w:t>agar aisa na hota to quran news mein aata, na aata. to main sochta hoon ke yeh jo hungame ho rahe hain, is ka bhi ek ek plus point hai ke is ki wajah se quran news mein aa raha hai.</w:t>
      </w:r>
    </w:p>
    <w:p>
      <w:pPr>
        <w:jc w:val="right"/>
      </w:pPr>
      <w:r>
        <w:t>اگر ایسا نہ ہوتا تو قرآن نیوز میں آتا، نہ آتا۔ تو میں سوچتا ہوں کہ یہ جو ہنگامے ہو رہے ہیں، اس کا بھی ایک ایک پلس پوائنٹ ہے کہ اس کی وجہ سے قرآن نیوز میں آ رہا ہے۔</w:t>
      </w:r>
    </w:p>
    <w:p>
      <w:r>
        <w:rPr>
          <w:b/>
        </w:rPr>
        <w:t xml:space="preserve">[54:11] </w:t>
      </w:r>
      <w:r>
        <w:t>to news mein aane ka matlab kya hua? is ke maani hain ke logon ke andar tajassus paida ho jana, curiosity paida ho jana.</w:t>
      </w:r>
    </w:p>
    <w:p>
      <w:pPr>
        <w:jc w:val="right"/>
      </w:pPr>
      <w:r>
        <w:t>تو نیوز میں آنے کا مطلب کیا ہوا؟ اس کے معنی ہیں کہ لوگوں کے اندر تجسس پیدا ہو جانا، کیوریسٹی پیدا ہو جانا۔</w:t>
      </w:r>
    </w:p>
    <w:p>
      <w:r>
        <w:rPr>
          <w:b/>
        </w:rPr>
        <w:t xml:space="preserve">[54:21] </w:t>
      </w:r>
      <w:r>
        <w:t>to allah taala ne aap ke liye bohat hi ek bohat hi muwafiq fiza bana di hai. shayad duniya mein aisa ho gaya hai ke log quran ke talib ban gaye hain, quran ki talash mein hain ke quran unhein mile aur woh padhein is ko.</w:t>
      </w:r>
    </w:p>
    <w:p>
      <w:pPr>
        <w:jc w:val="right"/>
      </w:pPr>
      <w:r>
        <w:t>تو اللہ تعالیٰ نے آپ کے لیے بہت ہی ایک بہت ہی موافق فضا بنا دی ہے۔ شاید دنیا میں ایسا ہو گیا ہے کہ لوگ قرآن کے طالب بن گئے ہیں، قرآن کی تلاش میں ہیں کہ قرآن انہیں ملے اور وہ پڑھیں اس کو۔</w:t>
      </w:r>
    </w:p>
    <w:p>
      <w:r>
        <w:rPr>
          <w:b/>
        </w:rPr>
        <w:t xml:space="preserve">[54:40] </w:t>
      </w:r>
      <w:r>
        <w:t>to aap ke kaam ke liye yeh yeh bohat allah taala ne is ko madadgaar bana diya.</w:t>
      </w:r>
    </w:p>
    <w:p>
      <w:pPr>
        <w:jc w:val="right"/>
      </w:pPr>
      <w:r>
        <w:t>تو آپ کے کام کے لیے یہ یہ بہت اللہ تعالیٰ نے اس کو مددگار بنا دیا۔</w:t>
      </w:r>
    </w:p>
    <w:p>
      <w:r>
        <w:rPr>
          <w:b/>
        </w:rPr>
        <w:t xml:space="preserve">[54:47] </w:t>
      </w:r>
      <w:r>
        <w:t>bataur ek ek negative waqea tha, yeh yaani protest aur jalse, juloos, naare aur jhande, bataur ek negative waqea tha.</w:t>
      </w:r>
    </w:p>
    <w:p>
      <w:pPr>
        <w:jc w:val="right"/>
      </w:pPr>
      <w:r>
        <w:t>بظاہر ایک ایک نیگیٹیو واقعہ تھا، یہ یعنی پروٹیسٹ اور جلسے، جلوس، نعرے اور جھنڈے، بظاہر ایک نیگیٹیو واقعہ تھا۔</w:t>
      </w:r>
    </w:p>
    <w:p>
      <w:r>
        <w:rPr>
          <w:b/>
        </w:rPr>
        <w:t xml:space="preserve">[54:56] </w:t>
      </w:r>
      <w:r>
        <w:t>lekin quran ka jo jo log kaam kar rahe hain, un ke liye allah taala ne is ko ek positive waqea bana diya, is mein ek ek plus point paida kar diya.</w:t>
      </w:r>
    </w:p>
    <w:p>
      <w:pPr>
        <w:jc w:val="right"/>
      </w:pPr>
      <w:r>
        <w:t>لیکن قرآن کا جو جو لوگ کام کر رہے ہیں، ان کے لیے اللہ تعالیٰ نے اس کو ایک پازیٹیو واقعہ بنا دیا، اس میں ایک ایک پلس پوائنٹ پیدا کر دیا۔</w:t>
      </w:r>
    </w:p>
    <w:p>
      <w:r>
        <w:rPr>
          <w:b/>
        </w:rPr>
        <w:t xml:space="preserve">[55:08] </w:t>
      </w:r>
      <w:r>
        <w:t>woh yeh ke logon ko talash ho gayi, bhai quran kya hai, quran kya hai, pata karo, padho is ko.</w:t>
      </w:r>
    </w:p>
    <w:p>
      <w:pPr>
        <w:jc w:val="right"/>
      </w:pPr>
      <w:r>
        <w:t>وہ یہ کہ لوگوں کو تلاش ہو گئی، بھئی قرآن کیا ہے، قرآن کیا ہے، پتہ کرو، پڑھو اس کو۔</w:t>
      </w:r>
    </w:p>
    <w:p>
      <w:r>
        <w:rPr>
          <w:b/>
        </w:rPr>
        <w:t xml:space="preserve">[55:17] </w:t>
      </w:r>
      <w:r>
        <w:t>to hamare liye ek, hamare liye yeh bohat hi bari news hai.</w:t>
      </w:r>
    </w:p>
    <w:p>
      <w:pPr>
        <w:jc w:val="right"/>
      </w:pPr>
      <w:r>
        <w:t>تو ہمارے لیے ایک، ہمارے لیے یہ بہت ہی بڑی نیوز ہے۔</w:t>
      </w:r>
    </w:p>
    <w:p>
      <w:r>
        <w:rPr>
          <w:b/>
        </w:rPr>
        <w:t xml:space="preserve">[55:21] </w:t>
      </w:r>
      <w:r>
        <w:t>yeh to meri dua hai ke Allah taala</w:t>
      </w:r>
    </w:p>
    <w:p>
      <w:pPr>
        <w:jc w:val="right"/>
      </w:pPr>
      <w:r>
        <w:t>یہ تو میری دعا ہے کہ اللہ تعالیٰ</w:t>
      </w:r>
    </w:p>
    <w:p>
      <w:r>
        <w:rPr>
          <w:b/>
        </w:rPr>
        <w:t xml:space="preserve">[55:27] </w:t>
      </w:r>
      <w:r>
        <w:t>mujh ko aur aap ko qabool farmaye is dawah work ke liye aur</w:t>
      </w:r>
    </w:p>
    <w:p>
      <w:pPr>
        <w:jc w:val="right"/>
      </w:pPr>
      <w:r>
        <w:t>مجھ کو اور آپ کو قبول فرمائے اس دعویٰ ورک کے لیے اور</w:t>
      </w:r>
    </w:p>
    <w:p>
      <w:r>
        <w:rPr>
          <w:b/>
        </w:rPr>
        <w:t xml:space="preserve">[55:33] </w:t>
      </w:r>
      <w:r>
        <w:t>hum ko tofeeq de ke hum</w:t>
      </w:r>
    </w:p>
    <w:p>
      <w:pPr>
        <w:jc w:val="right"/>
      </w:pPr>
      <w:r>
        <w:t>ہم کو توفیق دے کہ ہم</w:t>
      </w:r>
    </w:p>
    <w:p>
      <w:r>
        <w:rPr>
          <w:b/>
        </w:rPr>
        <w:t xml:space="preserve">[55:38] </w:t>
      </w:r>
      <w:r>
        <w:t>dawah work ka yeh kaam khas taur par quran ko distribute karne ka jo kaam hai, us ko</w:t>
      </w:r>
    </w:p>
    <w:p>
      <w:pPr>
        <w:jc w:val="right"/>
      </w:pPr>
      <w:r>
        <w:t>دعویٰ ورک کا یہ کام خاص طور پر قرآن کو ڈسٹریبیوٹ کرنے کا جو کام ہے، اس کو</w:t>
      </w:r>
    </w:p>
    <w:p>
      <w:r>
        <w:rPr>
          <w:b/>
        </w:rPr>
        <w:t xml:space="preserve">[55:43] </w:t>
      </w:r>
      <w:r>
        <w:t>bharpoor taur par anjam de saken.</w:t>
      </w:r>
    </w:p>
    <w:p>
      <w:pPr>
        <w:jc w:val="right"/>
      </w:pPr>
      <w:r>
        <w:t>بھرپور طور پر انجام دے سکیں۔</w:t>
      </w:r>
    </w:p>
    <w:p>
      <w:r>
        <w:rPr>
          <w:b/>
        </w:rPr>
        <w:t xml:space="preserve">[55:47] </w:t>
      </w:r>
      <w:r>
        <w:t>aur allah hum se raazi ho aur allah taala hamare liye duniya ki jo blessing allah ki taraf hai, duniya ki jo sa'adat hai aur aakhirat ki jo blessing hai, allah aakhirat ki jo sa'adat hai, woh sab hamare likh de.</w:t>
      </w:r>
    </w:p>
    <w:p>
      <w:pPr>
        <w:jc w:val="right"/>
      </w:pPr>
      <w:r>
        <w:t>اور اللہ ہم سے راضی ہو اور اللہ تعالیٰ ہمارے لیے دنیا کی جو بلیسنگ اللہ کی طرف ہے، دنیا کی جو سعادت ہے اور آخرت کی جو بلیسنگ ہے، اللہ آخرت کی جو سعادت ہے، وہ سب ہمارے لکھ دے۔</w:t>
      </w:r>
    </w:p>
    <w:p>
      <w:r>
        <w:rPr>
          <w:b/>
        </w:rPr>
        <w:t xml:space="preserve">[56:06] </w:t>
      </w:r>
      <w:r>
        <w:t>meri dua hai ke Allah taala mujh ko aur aap ko qabool farmaye is naik kaam ke liye dunya mein bhi, akhirat mein bhi. aaqool qawli haza wastaghfirullaha li walakum ajmaeen.</w:t>
      </w:r>
    </w:p>
    <w:p>
      <w:pPr>
        <w:jc w:val="right"/>
      </w:pPr>
      <w:r>
        <w:t>میری دعا ہے کہ اللہ تعالیٰ مجھ کو اور آپ کو قبول فرمائے اس نیک کام کے لیے دنیا میں بھی، آخرت میں بھی۔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