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My Life and Experience April 8, 2007</w:t>
      </w:r>
    </w:p>
    <w:p>
      <w:r>
        <w:t>https://youtu.be/HbJzX4PJdR8</w:t>
      </w:r>
    </w:p>
    <w:p>
      <w:r>
        <w:rPr>
          <w:b/>
        </w:rPr>
        <w:t xml:space="preserve">[00:13] </w:t>
      </w:r>
      <w:r>
        <w:t>bismillah-hir-rehman-nir-rahim, wa-sallallahu 'ala-n-nabiyyi-l-karim. rab-bish-rah-li sadri, wa-yassir-li amri, wa-hlu-l-'uqdatan-min-lisani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mein khud apni life aur apne experience ke bare mein kuch kahunga.</w:t>
      </w:r>
    </w:p>
    <w:p>
      <w:pPr>
        <w:jc w:val="right"/>
      </w:pPr>
      <w:r>
        <w:t>آج میں خود اپنی لائف اور اپنے ایکسپیرینس کے بارے میں کچھ کہوں گا۔</w:t>
      </w:r>
    </w:p>
    <w:p>
      <w:r>
        <w:rPr>
          <w:b/>
        </w:rPr>
        <w:t xml:space="preserve">[00:50] </w:t>
      </w:r>
      <w:r>
        <w:t>asal mein aisa hai ke dilli mein ek arab tv ki team aayi hai, to unhon ne do baar mera interview,</w:t>
      </w:r>
    </w:p>
    <w:p>
      <w:pPr>
        <w:jc w:val="right"/>
      </w:pPr>
      <w:r>
        <w:t>اصل میں ایسا ہے کہ دلی میں ایک عرب ٹی وی کی ٹیم آئی ہے، تو انہوں نے دو بار میرا انٹرویو،</w:t>
      </w:r>
    </w:p>
    <w:p>
      <w:r>
        <w:rPr>
          <w:b/>
        </w:rPr>
        <w:t xml:space="preserve">[01:08] </w:t>
      </w:r>
      <w:r>
        <w:t>video interview record kiya. ek to kal, kal tha, ek pehle, bahut detail ke sath.</w:t>
      </w:r>
    </w:p>
    <w:p>
      <w:pPr>
        <w:jc w:val="right"/>
      </w:pPr>
      <w:r>
        <w:t>ویڈیو انٹرویو ریکارڈ کیا۔ ایک تو کل، کل تھا، ایک پہلے، بہت ڈیٹیل کے ساتھ۔</w:t>
      </w:r>
    </w:p>
    <w:p>
      <w:r>
        <w:rPr>
          <w:b/>
        </w:rPr>
        <w:t xml:space="preserve">[01:17] </w:t>
      </w:r>
      <w:r>
        <w:t>to kal jo interview tha us mein kal 17 question the, 17, woh sab meri apni life ke bare mein the.</w:t>
      </w:r>
    </w:p>
    <w:p>
      <w:pPr>
        <w:jc w:val="right"/>
      </w:pPr>
      <w:r>
        <w:t>تو کل جو انٹرویو تھا اس میں کل 17 کوئسچن تھے، 17، وہ سب میری اپنی لائف کے بارے میں تھے۔</w:t>
      </w:r>
    </w:p>
    <w:p>
      <w:r>
        <w:rPr>
          <w:b/>
        </w:rPr>
        <w:t xml:space="preserve">[01:33] </w:t>
      </w:r>
      <w:r>
        <w:t>misalan unhon ne poocha ke meri early life kaisi thi?</w:t>
      </w:r>
    </w:p>
    <w:p>
      <w:pPr>
        <w:jc w:val="right"/>
      </w:pPr>
      <w:r>
        <w:t>مثلاً انہوں نے پوچھا کہ میری ارلی لائف کیسی تھی؟</w:t>
      </w:r>
    </w:p>
    <w:p>
      <w:r>
        <w:rPr>
          <w:b/>
        </w:rPr>
        <w:t xml:space="preserve">[01:41] </w:t>
      </w:r>
      <w:r>
        <w:t>har aadmi ki early life kya hai? us ki yadein us ke zehan mein rehti hain. to unhon ne is ke bare mein poocha.</w:t>
      </w:r>
    </w:p>
    <w:p>
      <w:pPr>
        <w:jc w:val="right"/>
      </w:pPr>
      <w:r>
        <w:t>ہر آدمی کی ارلی لائف کیا ہے؟ اس کی یادیں اس کے ذہن میں رہتی ہیں۔ تو انہوں نے اس کے بارے میں پوچھا۔</w:t>
      </w:r>
    </w:p>
    <w:p>
      <w:r>
        <w:rPr>
          <w:b/>
        </w:rPr>
        <w:t xml:space="preserve">[01:52] </w:t>
      </w:r>
      <w:r>
        <w:t>phir unhon ne poocha ke</w:t>
      </w:r>
    </w:p>
    <w:p>
      <w:pPr>
        <w:jc w:val="right"/>
      </w:pPr>
      <w:r>
        <w:t>پھر انہوں نے پوچھا کہ</w:t>
      </w:r>
    </w:p>
    <w:p>
      <w:r>
        <w:rPr>
          <w:b/>
        </w:rPr>
        <w:t xml:space="preserve">[02:00] </w:t>
      </w:r>
      <w:r>
        <w:t>un ka ek question yeh tha ke ma hi al-ahdath wa-sh-shakhsiyat allati atharat fi shakhsiyatikum al-karima?</w:t>
      </w:r>
    </w:p>
    <w:p>
      <w:pPr>
        <w:jc w:val="right"/>
      </w:pPr>
      <w:r>
        <w:t>ان کا ایک کوئسچن یہ تھا کہ ما هي الأحداث والشخصيات التي أثرت في شخصيتكم الكريمة؟</w:t>
      </w:r>
    </w:p>
    <w:p>
      <w:r>
        <w:rPr>
          <w:b/>
        </w:rPr>
        <w:t xml:space="preserve">[02:12] </w:t>
      </w:r>
      <w:r>
        <w:t>is ka matlab yeh tha ke What are those events and personalities that influenced you most?</w:t>
      </w:r>
    </w:p>
    <w:p>
      <w:pPr>
        <w:jc w:val="right"/>
      </w:pPr>
      <w:r>
        <w:t>اس کا مطلب یہ تھا کہ What are those events and personalities that influenced you most?</w:t>
      </w:r>
    </w:p>
    <w:p>
      <w:r>
        <w:rPr>
          <w:b/>
        </w:rPr>
        <w:t xml:space="preserve">[02:29] </w:t>
      </w:r>
      <w:r>
        <w:t>What are those events and personalities that influenced you most? yeh tha.</w:t>
      </w:r>
    </w:p>
    <w:p>
      <w:pPr>
        <w:jc w:val="right"/>
      </w:pPr>
      <w:r>
        <w:t>What are those events and personalities that influenced you most? یہ تھا۔</w:t>
      </w:r>
    </w:p>
    <w:p>
      <w:r>
        <w:rPr>
          <w:b/>
        </w:rPr>
        <w:t xml:space="preserve">[02:40] </w:t>
      </w:r>
      <w:r>
        <w:t>isi tarah unhon ne yeh bhi poocha ke meri jo thought hai, jo meri soch hai, us ke bare mein mein kya kehna chahunga?</w:t>
      </w:r>
    </w:p>
    <w:p>
      <w:pPr>
        <w:jc w:val="right"/>
      </w:pPr>
      <w:r>
        <w:t>اسی طرح انہوں نے یہ بھی پوچھا کہ میری جو تھاٹ ہے، جو میری سوچ ہے، اس کے بارے میں میں کیا کہنا چاہوں گا؟</w:t>
      </w:r>
    </w:p>
    <w:p>
      <w:r>
        <w:rPr>
          <w:b/>
        </w:rPr>
        <w:t xml:space="preserve">[02:52] </w:t>
      </w:r>
      <w:r>
        <w:t>to mein chahta hoon ke yeh baatein jo mein ne kahin wahan, to thoda elaboration ke sath, is ko thoda sa elaborate kar ke mein yahan par kuch baatein kahoon.</w:t>
      </w:r>
    </w:p>
    <w:p>
      <w:pPr>
        <w:jc w:val="right"/>
      </w:pPr>
      <w:r>
        <w:t>تو میں چاہتا ہوں کہ یہ باتیں جو میں نے کہیں وہاں، تو تھوڑا الیبریشن کے ساتھ، اس کو تھوڑا سا الیبریٹ کر کے میں یہاں پر کچھ باتیں کہوں۔</w:t>
      </w:r>
    </w:p>
    <w:p>
      <w:r>
        <w:rPr>
          <w:b/>
        </w:rPr>
        <w:t xml:space="preserve">[03:09] </w:t>
      </w:r>
      <w:r>
        <w:t>dekhein, ek to yeh mein ne kaha ke meri jo early life hai, woh bahut zyada similar hai prophet of Islam ki early life se.</w:t>
      </w:r>
    </w:p>
    <w:p>
      <w:pPr>
        <w:jc w:val="right"/>
      </w:pPr>
      <w:r>
        <w:t>دیکھیں، ایک تو یہ میں نے کہا کہ میری جو ارلی لائف ہے، وہ بہت زیادہ سمیلر ہے پرافٹ آف اسلام کی ارلی لائف سے۔</w:t>
      </w:r>
    </w:p>
    <w:p>
      <w:r>
        <w:rPr>
          <w:b/>
        </w:rPr>
        <w:t xml:space="preserve">[03:25] </w:t>
      </w:r>
      <w:r>
        <w:t>dekhein, is ka matlab yeh nahin ke mein apne ko alag kar ke kuch keh raha</w:t>
      </w:r>
    </w:p>
    <w:p>
      <w:pPr>
        <w:jc w:val="right"/>
      </w:pPr>
      <w:r>
        <w:t>دیکھیں، اس کا مطلب یہ نہیں کہ میں اپنے کو الگ کر کے کچھ کہہ رہا</w:t>
      </w:r>
    </w:p>
    <w:p>
      <w:r>
        <w:rPr>
          <w:b/>
        </w:rPr>
        <w:t xml:space="preserve">[03:30] </w:t>
      </w:r>
      <w:r>
        <w:t>hoon, nahin. mein yeh keh raha tha ya keh raha hoon ke prophet of Islam jo the, un ke bare mein Quran mein hai ke laqad kana lakum fi rasulillahi uswatun hasanah woh tumhare liye example hain, model hain.</w:t>
      </w:r>
    </w:p>
    <w:p>
      <w:pPr>
        <w:jc w:val="right"/>
      </w:pPr>
      <w:r>
        <w:t>ہوں، نہیں۔ میں یہ کہہ رہا تھا یا کہہ رہا ہوں کہ پرافٹ آف اسلام جو تھے، ان کے بارے میں قرآن میں ہے کہ لقد کان لکم فی رسول اللہ اسوۃ حسنہ وہ تمہارے لیے ایگزامپل ہیں، ماڈل ہیں۔</w:t>
      </w:r>
    </w:p>
    <w:p>
      <w:r>
        <w:rPr>
          <w:b/>
        </w:rPr>
        <w:t xml:space="preserve">[03:51] </w:t>
      </w:r>
      <w:r>
        <w:t>to mera manna yeh hai ke aap ka yeh example</w:t>
      </w:r>
    </w:p>
    <w:p>
      <w:pPr>
        <w:jc w:val="right"/>
      </w:pPr>
      <w:r>
        <w:t>تو میرا ماننا یہ ہے کہ آپ کا یہ ایگزامپل</w:t>
      </w:r>
    </w:p>
    <w:p>
      <w:r>
        <w:rPr>
          <w:b/>
        </w:rPr>
        <w:t xml:space="preserve">[03:59] </w:t>
      </w:r>
      <w:r>
        <w:t>sirf is waqt se shuru nahin hota jab ke aap prophet banaye gaye</w:t>
      </w:r>
    </w:p>
    <w:p>
      <w:pPr>
        <w:jc w:val="right"/>
      </w:pPr>
      <w:r>
        <w:t>صرف اس وقت سے شروع نہیں ہوتا جب کہ آپ پرافٹ بنائے گئے</w:t>
      </w:r>
    </w:p>
    <w:p>
      <w:r>
        <w:rPr>
          <w:b/>
        </w:rPr>
        <w:t xml:space="preserve">[04:02] </w:t>
      </w:r>
      <w:r>
        <w:t>, yani 610 AD se shuru nahin hota, balkeh jab aap paida hue 570 mein, tab se shuru ho jata hai.</w:t>
      </w:r>
    </w:p>
    <w:p>
      <w:pPr>
        <w:jc w:val="right"/>
      </w:pPr>
      <w:r>
        <w:t>، یعنی 610 اے ڈی سے شروع نہیں ہوتا، بلکہ جب آپ پیدا ہوئے 570 میں، تب سے شروع ہو جاتا ہے۔</w:t>
      </w:r>
    </w:p>
    <w:p>
      <w:r>
        <w:rPr>
          <w:b/>
        </w:rPr>
        <w:t xml:space="preserve">[04:13] </w:t>
      </w:r>
      <w:r>
        <w:t>aur mein samajhta hoon ke prophet ki zindagi is aitbar se bhi ek ideal course of life hai,</w:t>
      </w:r>
    </w:p>
    <w:p>
      <w:pPr>
        <w:jc w:val="right"/>
      </w:pPr>
      <w:r>
        <w:t>اور میں سمجھتا ہوں کہ پرافٹ کی زندگی اس اعتبار سے بھی ایک آئیڈیل کورس آف لائف ہے،</w:t>
      </w:r>
    </w:p>
    <w:p>
      <w:r>
        <w:rPr>
          <w:b/>
        </w:rPr>
        <w:t xml:space="preserve">[04:24] </w:t>
      </w:r>
      <w:r>
        <w:t>yani bachpan se jawani tak pahunche, phir 40 years pe pahunche, phir aap ko Khuda ne prophet banaya.</w:t>
      </w:r>
    </w:p>
    <w:p>
      <w:pPr>
        <w:jc w:val="right"/>
      </w:pPr>
      <w:r>
        <w:t>یعنی بچپن سے جوانی تک پہنچے، پھر 40 ایئرز پہ پہنچے، پھر آپ کو خدا نے پرافٹ بنایا۔</w:t>
      </w:r>
    </w:p>
    <w:p>
      <w:r>
        <w:rPr>
          <w:b/>
        </w:rPr>
        <w:t xml:space="preserve">[04:33] </w:t>
      </w:r>
      <w:r>
        <w:t>to yeh jo course of life hai aap ka, woh mein samajhta hoon ke ideal course of life hai.</w:t>
      </w:r>
    </w:p>
    <w:p>
      <w:pPr>
        <w:jc w:val="right"/>
      </w:pPr>
      <w:r>
        <w:t>تو یہ جو کورس آف لائف ہے آپ کا، وہ میں سمجھتا ہوں کہ آئیڈیل کورس آف لائف ہے۔</w:t>
      </w:r>
    </w:p>
    <w:p>
      <w:r>
        <w:rPr>
          <w:b/>
        </w:rPr>
        <w:t xml:space="preserve">[04:43] </w:t>
      </w:r>
      <w:r>
        <w:t>to mein apne ko fortunate samajhta hoon ke meri zindagi bhi isi ideal course of life se guzri.</w:t>
      </w:r>
    </w:p>
    <w:p>
      <w:pPr>
        <w:jc w:val="right"/>
      </w:pPr>
      <w:r>
        <w:t>تو میں اپنے کو فورچونیٹ سمجھتا ہوں کہ میری زندگی بھی اسی آئیڈیل کورس آف لائف سے گزری۔</w:t>
      </w:r>
    </w:p>
    <w:p>
      <w:r>
        <w:rPr>
          <w:b/>
        </w:rPr>
        <w:t xml:space="preserve">[04:53] </w:t>
      </w:r>
      <w:r>
        <w:t>agarche history mein bahut hi kam aise log hue hain, bahut hi kam, jo is course of life se guzre hon, jis ko mein ideal course of life kehta hoon.</w:t>
      </w:r>
    </w:p>
    <w:p>
      <w:pPr>
        <w:jc w:val="right"/>
      </w:pPr>
      <w:r>
        <w:t>اگرچہ ہسٹری میں بہت ہی کم ایسے لوگ ہوئے ہیں، بہت ہی کم، جو اس کورس آف لائف سے گزرے ہوں، جس کو میں آئیڈیل کورس آف لائف کہتا ہوں۔</w:t>
      </w:r>
    </w:p>
    <w:p>
      <w:r>
        <w:rPr>
          <w:b/>
        </w:rPr>
        <w:t xml:space="preserve">[05:08] </w:t>
      </w:r>
      <w:r>
        <w:t>lekin behal, prophet ki yeh zindagi, yeh bhi hamare liye ek namuna hai. aur agar koi aadmi yeh paye ke us ki zindagi ka course, us ka jo course of life hai, us dhang par chala jo prophet ka course of life tha,</w:t>
      </w:r>
    </w:p>
    <w:p>
      <w:pPr>
        <w:jc w:val="right"/>
      </w:pPr>
      <w:r>
        <w:t>لیکن بہرحال، پرافٹ کی یہ زندگی، یہ بھی ہمارے لیے ایک نمونہ ہے۔ اور اگر کوئی آدمی یہ پائے کہ اس کی زندگی کا کورس، اس کا جو کورس آف لائف ہے، اس ڈھنگ پر چلا جو پرافٹ کا کورس آف لائف تھا،</w:t>
      </w:r>
    </w:p>
    <w:p>
      <w:r>
        <w:rPr>
          <w:b/>
        </w:rPr>
        <w:t xml:space="preserve">[05:27] </w:t>
      </w:r>
      <w:r>
        <w:t>to us ko apne ko bohat ziyada fortunate samajhna chahiye.</w:t>
      </w:r>
    </w:p>
    <w:p>
      <w:pPr>
        <w:jc w:val="right"/>
      </w:pPr>
      <w:r>
        <w:t>تو اس کو اپنے کو بہت زیادہ فورچونیٹ سمجھنا چاہیے۔</w:t>
      </w:r>
    </w:p>
    <w:p>
      <w:r>
        <w:rPr>
          <w:b/>
        </w:rPr>
        <w:t xml:space="preserve">[05:33] </w:t>
      </w:r>
      <w:r>
        <w:t>to yeh bhi rasool Allah ka aik example hai, aik model hai.</w:t>
      </w:r>
    </w:p>
    <w:p>
      <w:pPr>
        <w:jc w:val="right"/>
      </w:pPr>
      <w:r>
        <w:t>تو یہ بھی رسول اللہ کا ایک ایگزامپل ہے، ایک ماڈل ہے۔</w:t>
      </w:r>
    </w:p>
    <w:p>
      <w:r>
        <w:rPr>
          <w:b/>
        </w:rPr>
        <w:t xml:space="preserve">[05:40] </w:t>
      </w:r>
      <w:r>
        <w:t>yani aap ka wahan tak pahunchna, yani 40 saal ho kar ke aap ko jo prophethood mili, to wahan tak pahunchne ka jo aap ka jo course of life hai,</w:t>
      </w:r>
    </w:p>
    <w:p>
      <w:pPr>
        <w:jc w:val="right"/>
      </w:pPr>
      <w:r>
        <w:t>یعنی آپ کا وہاں تک پہنچنا، یعنی 40 سال ہو کر کے آپ کو جو پرافٹ ہڈ ملی، تو وہاں تک پہنچنے کا جو آپ کا جو کورس آف لائف ہے،</w:t>
      </w:r>
    </w:p>
    <w:p>
      <w:r>
        <w:rPr>
          <w:b/>
        </w:rPr>
        <w:t xml:space="preserve">[05:54] </w:t>
      </w:r>
      <w:r>
        <w:t>woh bhi aik ideal course hai. main samajhta hoon ke best model hai woh.</w:t>
      </w:r>
    </w:p>
    <w:p>
      <w:pPr>
        <w:jc w:val="right"/>
      </w:pPr>
      <w:r>
        <w:t>وہ بھی ایک آئیڈیل کورس ہے۔ میں سمجھتا ہوں کہ بیسٹ ماڈل ہے وہ۔</w:t>
      </w:r>
    </w:p>
    <w:p>
      <w:r>
        <w:rPr>
          <w:b/>
        </w:rPr>
        <w:t xml:space="preserve">[06:01] </w:t>
      </w:r>
      <w:r>
        <w:t>is se acha model kisi insaan ke liye aur koi nahi ho sakta hai.</w:t>
      </w:r>
    </w:p>
    <w:p>
      <w:pPr>
        <w:jc w:val="right"/>
      </w:pPr>
      <w:r>
        <w:t>اس سے اچھا ماڈل کسی انسان کے لیے اور کوئی نہیں ہو سکتا ہے۔</w:t>
      </w:r>
    </w:p>
    <w:p>
      <w:r>
        <w:rPr>
          <w:b/>
        </w:rPr>
        <w:t xml:space="preserve">[06:08] </w:t>
      </w:r>
      <w:r>
        <w:t>ab main is ke baray mein kuch arz karunga. Quran ki do chapters, do chote chote chapters, theek isi ke baray mein hain.</w:t>
      </w:r>
    </w:p>
    <w:p>
      <w:pPr>
        <w:jc w:val="right"/>
      </w:pPr>
      <w:r>
        <w:t>اب میں اس کے بارے میں کچھ عرض کروں گا۔ قرآن کی دو چیپٹرز، دو چھوٹے چھوٹے چیپٹرز، ٹھیک اسی کے بارے میں ہیں۔</w:t>
      </w:r>
    </w:p>
    <w:p>
      <w:r>
        <w:rPr>
          <w:b/>
        </w:rPr>
        <w:t xml:space="preserve">[06:20] </w:t>
      </w:r>
      <w:r>
        <w:t>woh hai Wal-Duha aur Alam Nashrah. yeh Quran ke aakhri hissay mein hai, yeh dono chapters chote chote.</w:t>
      </w:r>
    </w:p>
    <w:p>
      <w:pPr>
        <w:jc w:val="right"/>
      </w:pPr>
      <w:r>
        <w:t>وہ ہے والضحی اور عالم نشرہ۔ یہ قرآن کے آخری حصے میں ہے، یہ دونوں چیپٹرز چھوٹے چھوٹے۔</w:t>
      </w:r>
    </w:p>
    <w:p>
      <w:r>
        <w:rPr>
          <w:b/>
        </w:rPr>
        <w:t xml:space="preserve">[06:30] </w:t>
      </w:r>
      <w:r>
        <w:t>yeh dono yahi batate hain.</w:t>
      </w:r>
    </w:p>
    <w:p>
      <w:pPr>
        <w:jc w:val="right"/>
      </w:pPr>
      <w:r>
        <w:t>یہ دونوں یہی بتاتے ہیں۔</w:t>
      </w:r>
    </w:p>
    <w:p>
      <w:r>
        <w:rPr>
          <w:b/>
        </w:rPr>
        <w:t xml:space="preserve">[06:35] </w:t>
      </w:r>
      <w:r>
        <w:t>to dekhen, Surah Wal-Duha ko lijiye. Wal-Duha wal-layli idha saja ma wadda'aka rabbuka wa ma qala wa lal-akhiratu khayrun laka minal-oola</w:t>
      </w:r>
    </w:p>
    <w:p>
      <w:pPr>
        <w:jc w:val="right"/>
      </w:pPr>
      <w:r>
        <w:t>تو دیکھیں، سورہ والضحی کو لیجئے۔ والضحی واللیل اذا سجا ما ودعاک ربک وما قلا وللاخرۃ خیر لک من الاولی</w:t>
      </w:r>
    </w:p>
    <w:p>
      <w:r>
        <w:rPr>
          <w:b/>
        </w:rPr>
        <w:t xml:space="preserve">[06:52] </w:t>
      </w:r>
      <w:r>
        <w:t>wa lasawfa yuti'ka rabbuka fatarda. ab yahan se dekhen, yeh shuru hota hai.</w:t>
      </w:r>
    </w:p>
    <w:p>
      <w:pPr>
        <w:jc w:val="right"/>
      </w:pPr>
      <w:r>
        <w:t>ولسوف یوتی ربک فترضی اب یہاں سے دیکھیں، یہ شروع ہوتا ہے۔</w:t>
      </w:r>
    </w:p>
    <w:p>
      <w:r>
        <w:rPr>
          <w:b/>
        </w:rPr>
        <w:t xml:space="preserve">[06:59] </w:t>
      </w:r>
      <w:r>
        <w:t>alam yajidka yateeman fa'awa wa wajadaka dhalan faha'da wa wajadaka 'a'ilan fa'aghna. yeh hai jis ko main course of life keh raha hoon.</w:t>
      </w:r>
    </w:p>
    <w:p>
      <w:pPr>
        <w:jc w:val="right"/>
      </w:pPr>
      <w:r>
        <w:t>الم یجدک یتیما فہاوا ووجدک ذالا فہدا ووجدک عائلا فاغنا یہ ہے جس کو میں کورس آف لائف کہہ رہا ہوں۔</w:t>
      </w:r>
    </w:p>
    <w:p>
      <w:r>
        <w:rPr>
          <w:b/>
        </w:rPr>
        <w:t xml:space="preserve">[07:13] </w:t>
      </w:r>
      <w:r>
        <w:t>yani aap paida hue to aap ke baap mar chuke the aur jaldi aap ki maan bhi mar gayi. is ka matlab hai ke aap apni early life mein orphan ban gaye,</w:t>
      </w:r>
    </w:p>
    <w:p>
      <w:pPr>
        <w:jc w:val="right"/>
      </w:pPr>
      <w:r>
        <w:t>یعنی آپ پیدا ہوئے تو آپ کے باپ مر چکے تھے اور جلدی آپ کی ماں بھی مر گئی۔ اس کا مطلب ہے کہ آپ اپنی ارلی لائف میں اورفن بن گئے،</w:t>
      </w:r>
    </w:p>
    <w:p>
      <w:r>
        <w:rPr>
          <w:b/>
        </w:rPr>
        <w:t xml:space="preserve">[07:28] </w:t>
      </w:r>
      <w:r>
        <w:t>yateem. yeh tha, yani aap ki zindagi ka jo course shuru hua, pehla yeh tajurba tha aap ke liye.</w:t>
      </w:r>
    </w:p>
    <w:p>
      <w:pPr>
        <w:jc w:val="right"/>
      </w:pPr>
      <w:r>
        <w:t>یتیم۔ یہ تھا، یعنی آپ کی زندگی کا جو کورس شروع ہوا، پہلا یہ تجربہ تھا آپ کے لیے۔</w:t>
      </w:r>
    </w:p>
    <w:p>
      <w:r>
        <w:rPr>
          <w:b/>
        </w:rPr>
        <w:t xml:space="preserve">[07:42] </w:t>
      </w:r>
      <w:r>
        <w:t>to yeh bari anokhi baat hai ke mujhe bhi aise hi pesh aaya. main jab chota tha, bachcha tha abhi, to mere baap ka intiqal ho gaya.</w:t>
      </w:r>
    </w:p>
    <w:p>
      <w:pPr>
        <w:jc w:val="right"/>
      </w:pPr>
      <w:r>
        <w:t>تو یہ بڑی انوکھی بات ہے کہ مجھے بھی ایسے ہی پیش آیا۔ میں جب چھوٹا تھا، بچہ تھا ابھی، تو میرے باپ کا انتقال ہو گیا۔</w:t>
      </w:r>
    </w:p>
    <w:p>
      <w:r>
        <w:rPr>
          <w:b/>
        </w:rPr>
        <w:t xml:space="preserve">[07:56] </w:t>
      </w:r>
      <w:r>
        <w:t>yeh intiqal hua December 1929 mein. December 1929 mein.</w:t>
      </w:r>
    </w:p>
    <w:p>
      <w:pPr>
        <w:jc w:val="right"/>
      </w:pPr>
      <w:r>
        <w:t>یہ انتقال ہوا دسمبر 1929 میں۔ دسمبر 1929 میں۔</w:t>
      </w:r>
    </w:p>
    <w:p>
      <w:r>
        <w:rPr>
          <w:b/>
        </w:rPr>
        <w:t xml:space="preserve">[08:09] </w:t>
      </w:r>
      <w:r>
        <w:t>us waqt main chota bachcha tha. to mera intiqal ho gaya.</w:t>
      </w:r>
    </w:p>
    <w:p>
      <w:pPr>
        <w:jc w:val="right"/>
      </w:pPr>
      <w:r>
        <w:t>اس وقت میں چھوٹا بچہ تھا۔ تو میرا انتقال ہو گیا۔</w:t>
      </w:r>
    </w:p>
    <w:p>
      <w:r>
        <w:rPr>
          <w:b/>
        </w:rPr>
        <w:t xml:space="preserve">[08:17] </w:t>
      </w:r>
      <w:r>
        <w:t>dekhen, yateem hona aksar log samajhte hain ke yeh koi disadvantage hai aadmi ki zindagi mein.</w:t>
      </w:r>
    </w:p>
    <w:p>
      <w:pPr>
        <w:jc w:val="right"/>
      </w:pPr>
      <w:r>
        <w:t>دیکھیں، یتیم ہونا اکثر لوگ سمجھتے ہیں کہ یہ کوئی ڈس ایڈوانٹیج ہے آدمی کی زندگی میں۔</w:t>
      </w:r>
    </w:p>
    <w:p>
      <w:r>
        <w:rPr>
          <w:b/>
        </w:rPr>
        <w:t xml:space="preserve">[08:26] </w:t>
      </w:r>
      <w:r>
        <w:t>log is ke sirf minus point ko jante hain.</w:t>
      </w:r>
    </w:p>
    <w:p>
      <w:pPr>
        <w:jc w:val="right"/>
      </w:pPr>
      <w:r>
        <w:t>لوگ اس کے صرف مائنس پوائنٹ کو جانتے ہیں۔</w:t>
      </w:r>
    </w:p>
    <w:p>
      <w:r>
        <w:rPr>
          <w:b/>
        </w:rPr>
        <w:t xml:space="preserve">[08:31] </w:t>
      </w:r>
      <w:r>
        <w:t>dekhen, mera yeh manna hai ke agar sach much yeh koi disadvantage wali baat hoti aur yeh koi minus point hota zindagi ka, to rasool Allah ko kabhi bhi aisa pesh na aata.</w:t>
      </w:r>
    </w:p>
    <w:p>
      <w:pPr>
        <w:jc w:val="right"/>
      </w:pPr>
      <w:r>
        <w:t>دیکھیں، میرا یہ ماننا ہے کہ اگر سچ مچ یہ کوئی ڈس ایڈوانٹیج والی بات ہوتی اور یہ کوئی مائنس پوائنٹ ہوتا زندگی کا، تو رسول اللہ کو کبھی بھی ایسا پیش نہ آتا۔</w:t>
      </w:r>
    </w:p>
    <w:p>
      <w:r>
        <w:rPr>
          <w:b/>
        </w:rPr>
        <w:t xml:space="preserve">[08:46] </w:t>
      </w:r>
      <w:r>
        <w:t>kabhi pesh na aata. is wajah se mera manna hai ke yateem hona bohat bari blessing hai. bohat bari blessing hai.</w:t>
      </w:r>
    </w:p>
    <w:p>
      <w:pPr>
        <w:jc w:val="right"/>
      </w:pPr>
      <w:r>
        <w:t>کبھی پیش نہ آتا۔ اس وجہ سے میرا ماننا ہے کہ یتیم ہونا بہت بڑی بلیسنگ ہے۔ بہت بڑی بلیسنگ ہے۔</w:t>
      </w:r>
    </w:p>
    <w:p>
      <w:r>
        <w:rPr>
          <w:b/>
        </w:rPr>
        <w:t xml:space="preserve">[08:57] </w:t>
      </w:r>
      <w:r>
        <w:t>woh main ne khud is ko, khud main apne aap mein is ka experience kiya. to dekhen, kaise hua mere sath.</w:t>
      </w:r>
    </w:p>
    <w:p>
      <w:pPr>
        <w:jc w:val="right"/>
      </w:pPr>
      <w:r>
        <w:t>وہ میں نے خود اس کو، خود میں اپنے آپ میں اس کا ایکسپیرینس کیا۔ تو دیکھیں، کیسے ہوا میرے ساتھ۔</w:t>
      </w:r>
    </w:p>
    <w:p>
      <w:r>
        <w:rPr>
          <w:b/>
        </w:rPr>
        <w:t xml:space="preserve">[09:07] </w:t>
      </w:r>
      <w:r>
        <w:t>jab tak mere baap the to main baap pe jeeta tha. yeh sari detail mujhe meri maan ne batayi ke baap ki dadi thi, to un ki dadi se khelna.</w:t>
      </w:r>
    </w:p>
    <w:p>
      <w:pPr>
        <w:jc w:val="right"/>
      </w:pPr>
      <w:r>
        <w:t>جب تک میرے باپ تھے تو میں باپ پہ جیتا تھا۔ یہ ساری ڈیٹیل مجھے میری ماں نے بتائی کہ باپ کی داڑھی تھی، تو ان کی داڑھی سے کھیلنا۔</w:t>
      </w:r>
    </w:p>
    <w:p>
      <w:r>
        <w:rPr>
          <w:b/>
        </w:rPr>
        <w:t xml:space="preserve">[09:21] </w:t>
      </w:r>
      <w:r>
        <w:t>aise hi kar ke un ki dadi se khelta tha main. un ki god mein baithta tha main. khoob bolta tha un se.</w:t>
      </w:r>
    </w:p>
    <w:p>
      <w:pPr>
        <w:jc w:val="right"/>
      </w:pPr>
      <w:r>
        <w:t>ایسے ہی کر کے ان کی داڑھی سے کھیلتا تھا میں۔ ان کی گود میں بیٹھتا تھا میں۔ خوب بولتا تھا ان سے۔</w:t>
      </w:r>
    </w:p>
    <w:p>
      <w:r>
        <w:rPr>
          <w:b/>
        </w:rPr>
        <w:t xml:space="preserve">[09:28] </w:t>
      </w:r>
      <w:r>
        <w:t>to mera jo jo tha, baap tak tha. aur jo rest of the world hai, us se nahi tha.</w:t>
      </w:r>
    </w:p>
    <w:p>
      <w:pPr>
        <w:jc w:val="right"/>
      </w:pPr>
      <w:r>
        <w:t>تو میرا جو جو تھا، باپ تک تھا۔ اور جو ریسٹ آف دا ورلڈ ہے، اس سے نہیں تھا۔</w:t>
      </w:r>
    </w:p>
    <w:p>
      <w:r>
        <w:rPr>
          <w:b/>
        </w:rPr>
        <w:t xml:space="preserve">[09:39] </w:t>
      </w:r>
      <w:r>
        <w:t>mere liye sari duniya bas baap thi. acha, jab baap ko hata diya gaya to kya hua?</w:t>
      </w:r>
    </w:p>
    <w:p>
      <w:pPr>
        <w:jc w:val="right"/>
      </w:pPr>
      <w:r>
        <w:t>میرے لیے ساری دنیا بس باپ تھی۔ اچھا، جب باپ کو ہٹا دیا گیا تو کیا ہوا؟</w:t>
      </w:r>
    </w:p>
    <w:p>
      <w:r>
        <w:rPr>
          <w:b/>
        </w:rPr>
        <w:t xml:space="preserve">[09:49] </w:t>
      </w:r>
      <w:r>
        <w:t>baap ko hata diya gaya to main rest of the world se jud gaya, jis se main kata hua tha.</w:t>
      </w:r>
    </w:p>
    <w:p>
      <w:pPr>
        <w:jc w:val="right"/>
      </w:pPr>
      <w:r>
        <w:t>باپ کو ہٹا دیا گیا تو میں ریسٹ آف دا ورلڈ سے جڑ گیا، جس سے میں کٹا ہوا تھا۔</w:t>
      </w:r>
    </w:p>
    <w:p>
      <w:r>
        <w:rPr>
          <w:b/>
        </w:rPr>
        <w:t xml:space="preserve">[09:56] </w:t>
      </w:r>
      <w:r>
        <w:t>goya ke baap mere liye aik buffer bana hua tha, buffer.</w:t>
      </w:r>
    </w:p>
    <w:p>
      <w:pPr>
        <w:jc w:val="right"/>
      </w:pPr>
      <w:r>
        <w:t>گویا کہ باپ میرے لیے ایک بفر بنا ہوا تھا، بفر۔</w:t>
      </w:r>
    </w:p>
    <w:p>
      <w:r>
        <w:rPr>
          <w:b/>
        </w:rPr>
        <w:t xml:space="preserve">[10:02] </w:t>
      </w:r>
      <w:r>
        <w:t>ab kya hai? sochna. suraj ko, chand ko, chidiya ko, darakht ko. aur wahan aik darya thi, kanwar nadi, wahan jata tha main.</w:t>
      </w:r>
    </w:p>
    <w:p>
      <w:pPr>
        <w:jc w:val="right"/>
      </w:pPr>
      <w:r>
        <w:t>اب کیا ہے؟ سوچنا۔ سورج کو، چاند کو، چڑیا کو، درخت کو۔ اور وہاں ایک دریا تھی، کنور ندی، وہاں جاتا تھا میں۔</w:t>
      </w:r>
    </w:p>
    <w:p>
      <w:r>
        <w:rPr>
          <w:b/>
        </w:rPr>
        <w:t xml:space="preserve">[10:12] </w:t>
      </w:r>
      <w:r>
        <w:t>yani neeche se jud gaya main. baap jab hat gaye to sari meri, mera interest jud gaya rest of the world se.</w:t>
      </w:r>
    </w:p>
    <w:p>
      <w:pPr>
        <w:jc w:val="right"/>
      </w:pPr>
      <w:r>
        <w:t>یعنی نیچے سے جڑ گیا میں۔ باپ جب ہٹ گئے تو ساری میری، میرا انٹرسٹ جڑ گیا ریسٹ آف دا ورلڈ سے۔</w:t>
      </w:r>
    </w:p>
    <w:p>
      <w:r>
        <w:rPr>
          <w:b/>
        </w:rPr>
        <w:t xml:space="preserve">[10:23] </w:t>
      </w:r>
      <w:r>
        <w:t>main gaon mein rehta tha us zamane mein. gaon mein koi na road thi, na koi traffic thi. kuch bhi nahi tha wahan.</w:t>
      </w:r>
    </w:p>
    <w:p>
      <w:pPr>
        <w:jc w:val="right"/>
      </w:pPr>
      <w:r>
        <w:t>میں گاؤں میں رہتا تھا اس زمانے میں۔ گاؤں میں کوئی نہ روڈ تھی، نہ کوئی ٹریفک تھا۔ کچھ بھی نہیں تھا وہاں۔</w:t>
      </w:r>
    </w:p>
    <w:p>
      <w:r>
        <w:rPr>
          <w:b/>
        </w:rPr>
        <w:t xml:space="preserve">[10:33] </w:t>
      </w:r>
      <w:r>
        <w:t>jalsa jaloos bhi wahan nahi hota tha. koi paper bhi wahan nahi aata tha.</w:t>
      </w:r>
    </w:p>
    <w:p>
      <w:pPr>
        <w:jc w:val="right"/>
      </w:pPr>
      <w:r>
        <w:t>جلسہ جلوس بھی وہاں نہیں ہوتا تھا۔ کوئی پیپر بھی وہاں نہیں آتا تھا۔</w:t>
      </w:r>
    </w:p>
    <w:p>
      <w:r>
        <w:rPr>
          <w:b/>
        </w:rPr>
        <w:t xml:space="preserve">[10:39] </w:t>
      </w:r>
      <w:r>
        <w:t>aik jis ko kehte hain remote village. to main jab tak baap thay to baap pe juda hua tha. baap hat gaye to main neeche se jud gaya.</w:t>
      </w:r>
    </w:p>
    <w:p>
      <w:pPr>
        <w:jc w:val="right"/>
      </w:pPr>
      <w:r>
        <w:t>ایک جس کو کہتے ہیں ریموٹ ولیج۔ تو میں جب تک باپ تھے تو باپ پہ جڑا ہوا تھا۔ باپ ہٹ گئے تو میں نیچے سے جڑ گیا۔</w:t>
      </w:r>
    </w:p>
    <w:p>
      <w:r>
        <w:rPr>
          <w:b/>
        </w:rPr>
        <w:t xml:space="preserve">[10:52] </w:t>
      </w:r>
      <w:r>
        <w:t>yeh meri zindagi ka bohat hi bara waqia hai. kyunke mujhe inspiration nature se milne laga. jo inspiration mujhe milta tha pehle sirf baap se.</w:t>
      </w:r>
    </w:p>
    <w:p>
      <w:pPr>
        <w:jc w:val="right"/>
      </w:pPr>
      <w:r>
        <w:t>یہ میری زندگی کا بہت ہی بڑا واقعہ ہے۔ کیونکہ مجھے انسپیریشن نیچر سے ملنے لگا۔ جو انسپیریشن مجھے ملتا تھا پہلے صرف باپ سے۔</w:t>
      </w:r>
    </w:p>
    <w:p>
      <w:r>
        <w:rPr>
          <w:b/>
        </w:rPr>
        <w:t xml:space="preserve">[11:03] </w:t>
      </w:r>
      <w:r>
        <w:t>baap jante hain ke pampering karta hai, har baap. mere baap bhi pampering karte thay.</w:t>
      </w:r>
    </w:p>
    <w:p>
      <w:pPr>
        <w:jc w:val="right"/>
      </w:pPr>
      <w:r>
        <w:t>باپ جانتے ہیں کہ پیمپرنگ کرتا ہے، ہر باپ۔ میرے باپ بھی پیمپرنگ کرتے تھے۔</w:t>
      </w:r>
    </w:p>
    <w:p>
      <w:r>
        <w:rPr>
          <w:b/>
        </w:rPr>
        <w:t xml:space="preserve">[11:10] </w:t>
      </w:r>
      <w:r>
        <w:t>to bachche ko jo tajurba hota hai baap ke hote hue, woh sirf aik tajurba hota hai. pampering, pampering, pampering. koi doosra tajurba nahi.</w:t>
      </w:r>
    </w:p>
    <w:p>
      <w:pPr>
        <w:jc w:val="right"/>
      </w:pPr>
      <w:r>
        <w:t>تو بچے کو جو تجربہ ہوتا ہے باپ کے ہوتے ہوئے، وہ صرف ایک تجربہ ہوتا ہے۔ پیمپرنگ، پیمپرنگ، پیمپرنگ۔ کوئی دوسرا تجربہ نہیں۔</w:t>
      </w:r>
    </w:p>
    <w:p>
      <w:r>
        <w:rPr>
          <w:b/>
        </w:rPr>
        <w:t xml:space="preserve">[11:21] </w:t>
      </w:r>
      <w:r>
        <w:t>wohi mere sath hota tha. mere baap har waqt mujh ko rakhte apne sath. bohat zyada mujh ko mante thay. main shokhi karta tha. aisi dadi pakad kheenchta tha to woh khush hotay thay, hanste thay.</w:t>
      </w:r>
    </w:p>
    <w:p>
      <w:pPr>
        <w:jc w:val="right"/>
      </w:pPr>
      <w:r>
        <w:t>وہی میرے ساتھ ہوتا تھا۔ میرے باپ ہر وقت مجھ کو رکھتے اپنے ساتھ۔ بہت زیادہ مجھ کو مانتے تھے۔ میں شوخی کرتا تھا۔ ایسی داڑھی پکڑ کھینچتا تھا تو وہ خوش ہوتے تھے، ہنستے تھے۔</w:t>
      </w:r>
    </w:p>
    <w:p>
      <w:r>
        <w:rPr>
          <w:b/>
        </w:rPr>
        <w:t xml:space="preserve">[11:36] </w:t>
      </w:r>
      <w:r>
        <w:t>to baap jab tak thay to mere liye sab kuch baap mein jeeta tha main. baap hat gaye to main nature mein jeene laga.</w:t>
      </w:r>
    </w:p>
    <w:p>
      <w:pPr>
        <w:jc w:val="right"/>
      </w:pPr>
      <w:r>
        <w:t>تو باپ جب تک تھے تو میرے لیے سب کچھ باپ میں جیتا تھا میں۔ باپ ہٹ گئے تو میں نیچر میں جینے لگا۔</w:t>
      </w:r>
    </w:p>
    <w:p>
      <w:r>
        <w:rPr>
          <w:b/>
        </w:rPr>
        <w:t xml:space="preserve">[11:48] </w:t>
      </w:r>
      <w:r>
        <w:t>ab har cheez mere liye aik question banne lagi. yeh darya kya hai? yeh aasman kya hai? yeh chand kya hai? yeh suraj kya hai? jaise mujhe yaad hai ke raat ko dilli walay aik scene ko bilkul nahi jante.</w:t>
      </w:r>
    </w:p>
    <w:p>
      <w:pPr>
        <w:jc w:val="right"/>
      </w:pPr>
      <w:r>
        <w:t>اب ہر چیز میرے لیے ایک کوئسچن بننے لگی۔ یہ دریا کیا ہے؟ یہ آسمان کیا ہے؟ یہ چاند کیا ہے؟ یہ سورج کیا ہے؟ جیسے مجھے یاد ہے کہ رات کو دلی والے ایک سین کو بالکل نہیں جانتے۔</w:t>
      </w:r>
    </w:p>
    <w:p>
      <w:r>
        <w:rPr>
          <w:b/>
        </w:rPr>
        <w:t xml:space="preserve">[12:05] </w:t>
      </w:r>
      <w:r>
        <w:t>kisi bhi shehar walay. woh kya hai? raat ko twinkle, twinkle, little star wala jo scene hota hai. jugmagate sitare.</w:t>
      </w:r>
    </w:p>
    <w:p>
      <w:pPr>
        <w:jc w:val="right"/>
      </w:pPr>
      <w:r>
        <w:t>کسی بھی شہر والے۔ وہ کیا ہے؟ رات کو ٹوئنکل، ٹوئنکل، لٹل اسٹار والا جو سین ہوتا ہے۔ جگمگاتے ستارے۔</w:t>
      </w:r>
    </w:p>
    <w:p>
      <w:r>
        <w:rPr>
          <w:b/>
        </w:rPr>
        <w:t xml:space="preserve">[12:16] </w:t>
      </w:r>
      <w:r>
        <w:t>woh nahi jante hain dilli ke log ya baray baray sheharon ke log. wahan par kya tha? wahan par koi air pollution nahi tha. kuch bhi nahi, bilkul.</w:t>
      </w:r>
    </w:p>
    <w:p>
      <w:pPr>
        <w:jc w:val="right"/>
      </w:pPr>
      <w:r>
        <w:t>وہ نہیں جانتے ہیں دلی کے لوگ یا بڑے بڑے شہروں کے لوگ۔ وہاں پر کیا تھا؟ وہاں پر کوئی ایئر پولیوشن نہیں تھا۔ کچھ بھی نہیں، بالکل۔</w:t>
      </w:r>
    </w:p>
    <w:p>
      <w:r>
        <w:rPr>
          <w:b/>
        </w:rPr>
        <w:t xml:space="preserve">[12:30] </w:t>
      </w:r>
      <w:r>
        <w:t>to raat ko jab main sota tha, bara bohat bara aangan tha charpai par. to der tak main bas aasman ko dekhta rehta tha.</w:t>
      </w:r>
    </w:p>
    <w:p>
      <w:pPr>
        <w:jc w:val="right"/>
      </w:pPr>
      <w:r>
        <w:t>تو رات کو جب میں سوتا تھا، بڑا بہت بڑا آنگن تھا چارپائی پر۔ تو دیر تک میں بس آسمان کو دیکھتا رہتا تھا۔</w:t>
      </w:r>
    </w:p>
    <w:p>
      <w:r>
        <w:rPr>
          <w:b/>
        </w:rPr>
        <w:t xml:space="preserve">[12:41] </w:t>
      </w:r>
      <w:r>
        <w:t>der tak. jugmagate hue sitare.</w:t>
      </w:r>
    </w:p>
    <w:p>
      <w:pPr>
        <w:jc w:val="right"/>
      </w:pPr>
      <w:r>
        <w:t>دیر تک۔ جگمگاتے ہوئے ستارے۔</w:t>
      </w:r>
    </w:p>
    <w:p>
      <w:r>
        <w:rPr>
          <w:b/>
        </w:rPr>
        <w:t xml:space="preserve">[12:45] </w:t>
      </w:r>
      <w:r>
        <w:t>aik ajeeb beauty hoti hai is mein. beauty, grandeur, glory, greatness. bohat sari cheezen. to zahir hai ke is zamane mein mera, yani main itna mashhoor hua nahi tha.</w:t>
      </w:r>
    </w:p>
    <w:p>
      <w:pPr>
        <w:jc w:val="right"/>
      </w:pPr>
      <w:r>
        <w:t>ایک عجیب بیوٹی ہوتی ہے اس میں۔ بیوٹی، گرینڈیر، گلوری، گریٹنس۔ بہت ساری چیزیں۔ تو ظاہر ہے کہ اس زمانے میں میرا، یعنی میں اتنا مشہور ہوا نہیں تھا۔</w:t>
      </w:r>
    </w:p>
    <w:p>
      <w:r>
        <w:rPr>
          <w:b/>
        </w:rPr>
        <w:t xml:space="preserve">[12:59] </w:t>
      </w:r>
      <w:r>
        <w:t>lekin aap achi tarah samajh lijiye ke bachpan mein bhi aadmi sab kuch unconsciously acquire karta hai. jo baat woh consciously kar duniya se leta hai woh.</w:t>
      </w:r>
    </w:p>
    <w:p>
      <w:pPr>
        <w:jc w:val="right"/>
      </w:pPr>
      <w:r>
        <w:t>لیکن آپ اچھی طرح سمجھ لیجئے کہ بچپن میں بھی آدمی سب کچھ انکانسشیسلی اکوائر کرتا ہے۔ جو بات وہ کانشیسلی کر دنیا سے لیتا ہے وہ۔</w:t>
      </w:r>
    </w:p>
    <w:p>
      <w:r>
        <w:rPr>
          <w:b/>
        </w:rPr>
        <w:t xml:space="preserve">[13:10] </w:t>
      </w:r>
      <w:r>
        <w:t>to baat ko jo cheez maine consciously duniya se liya, us zamane mein main is ko unconsciously le raha tha.</w:t>
      </w:r>
    </w:p>
    <w:p>
      <w:pPr>
        <w:jc w:val="right"/>
      </w:pPr>
      <w:r>
        <w:t>تو بات کو جو چیز میں نے کانشیسلی دنیا سے لیا، اس زمانے میں میں اس کو انکانسشیسلی لے رہا تھا۔</w:t>
      </w:r>
    </w:p>
    <w:p>
      <w:r>
        <w:rPr>
          <w:b/>
        </w:rPr>
        <w:t xml:space="preserve">[13:21] </w:t>
      </w:r>
      <w:r>
        <w:t>isi tarike se dekhen, mera wahan ghar ke bahar aik hum logon ka aik garden tha, bagh tha. to wahan par hamare haan chameli aur belay ke phool lage hue thay.</w:t>
      </w:r>
    </w:p>
    <w:p>
      <w:pPr>
        <w:jc w:val="right"/>
      </w:pPr>
      <w:r>
        <w:t>اسی طریقے سے دیکھیں، میرا وہاں گھر کے باہر ایک ہم لوگوں کا ایک گارڈن تھا، باغ تھا۔ تو وہاں پر ہمارے ہاں چمیلی اور بیلے کے پھڑ لگے ہوئے تھے۔</w:t>
      </w:r>
    </w:p>
    <w:p>
      <w:r>
        <w:rPr>
          <w:b/>
        </w:rPr>
        <w:t xml:space="preserve">[13:33] </w:t>
      </w:r>
      <w:r>
        <w:t>to main sham ko jata, wahan se kaliyan todta tha, kaliyan. belay ki kaliyan, ya chameli ki kaliyan.</w:t>
      </w:r>
    </w:p>
    <w:p>
      <w:pPr>
        <w:jc w:val="right"/>
      </w:pPr>
      <w:r>
        <w:t>تو میں شام کو جاتا، وہاں سے کلیاں توڑتا تھا، کلیاں۔ بیلے کی کلیاں، یا چمیلی کی کلیاں۔</w:t>
      </w:r>
    </w:p>
    <w:p>
      <w:r>
        <w:rPr>
          <w:b/>
        </w:rPr>
        <w:t xml:space="preserve">[13:43] </w:t>
      </w:r>
      <w:r>
        <w:t>ab lata main, main aam taur par sota tha aangan mein. ab bistar bicha kar ke jo takiya banaya hota tha, takiye kinare mein maine woh kaliyan rakh lia.</w:t>
      </w:r>
    </w:p>
    <w:p>
      <w:pPr>
        <w:jc w:val="right"/>
      </w:pPr>
      <w:r>
        <w:t>اب لاتا میں، میں عام طور پر سوتا تھا آنگن میں۔ اب بستر بچھا کر کے جو تکیہ بنایا ہوتا تھا، تکیے کنارے میں میں نے وہ کلیاں رکھ لیا۔</w:t>
      </w:r>
    </w:p>
    <w:p>
      <w:r>
        <w:rPr>
          <w:b/>
        </w:rPr>
        <w:t xml:space="preserve">[13:55] </w:t>
      </w:r>
      <w:r>
        <w:t>ab main so raha hoon, woh kaliyan khul rahi hain.</w:t>
      </w:r>
    </w:p>
    <w:p>
      <w:pPr>
        <w:jc w:val="right"/>
      </w:pPr>
      <w:r>
        <w:t>اب میں سو رہا ہوں، وہ کلیاں کھل رہی ہیں۔</w:t>
      </w:r>
    </w:p>
    <w:p>
      <w:r>
        <w:rPr>
          <w:b/>
        </w:rPr>
        <w:t xml:space="preserve">[13:58] </w:t>
      </w:r>
      <w:r>
        <w:t>jab meri neend khulti thi to main dekhta tha. to woh sari kaliyan jo sham ko kali hoti theen, subah ko phool ban chuki hoti theen.</w:t>
      </w:r>
    </w:p>
    <w:p>
      <w:pPr>
        <w:jc w:val="right"/>
      </w:pPr>
      <w:r>
        <w:t>جب میری نیند کھلتی تھی تو میں دیکھتا تھا۔ تو وہ ساری کلیاں جو شام کو کلی ہوتی تھیں، صبح کو پھول بن چکی ہوتی تھیں۔</w:t>
      </w:r>
    </w:p>
    <w:p>
      <w:r>
        <w:rPr>
          <w:b/>
        </w:rPr>
        <w:t xml:space="preserve">[14:09] </w:t>
      </w:r>
      <w:r>
        <w:t>yeh karta tha mein. ke sham ko ja kar ke apne jo bagh hamara tha, us se kaliyan nikalta tha. chameli aur beley ki kaliyan.</w:t>
      </w:r>
    </w:p>
    <w:p>
      <w:pPr>
        <w:jc w:val="right"/>
      </w:pPr>
      <w:r>
        <w:t>یہ کرتا تھا میں۔ کہ شام کو جا کر کے اپنے جو باغ ہمارا تھا، اس سے کلیاں نکالتا تھا۔ چمیلی اور بیلے کی کلیاں۔</w:t>
      </w:r>
    </w:p>
    <w:p>
      <w:r>
        <w:rPr>
          <w:b/>
        </w:rPr>
        <w:t xml:space="preserve">[14:20] </w:t>
      </w:r>
      <w:r>
        <w:t>aur apne takiye ke kinare rakhta tha.</w:t>
      </w:r>
    </w:p>
    <w:p>
      <w:pPr>
        <w:jc w:val="right"/>
      </w:pPr>
      <w:r>
        <w:t>اور اپنے تکیے کے کنارے رکھتا تھا۔</w:t>
      </w:r>
    </w:p>
    <w:p>
      <w:r>
        <w:rPr>
          <w:b/>
        </w:rPr>
        <w:t xml:space="preserve">[14:24] </w:t>
      </w:r>
      <w:r>
        <w:t>jab mein sota tha to hoti theen kaliyan. aur subah ko jab jagta tha to woh sab ho chuki theen phool. ab yeh ek experience tha, bohat bara experience. ke kali phool ban rahi hai.</w:t>
      </w:r>
    </w:p>
    <w:p>
      <w:pPr>
        <w:jc w:val="right"/>
      </w:pPr>
      <w:r>
        <w:t>جب میں سوتا تھا تو ہوتی تھیں کلیاں۔ اور صبح کو جب جاگتا تھا تو وہ سب ہو چکی تھیں پھول۔ اب یہ ایک ایکسپیرینس تھا، بہت بڑا ایکسپیرینس۔ کہ کلی پھول بن رہی ہے۔</w:t>
      </w:r>
    </w:p>
    <w:p>
      <w:r>
        <w:rPr>
          <w:b/>
        </w:rPr>
        <w:t xml:space="preserve">[14:35] </w:t>
      </w:r>
      <w:r>
        <w:t>potential actual ban raha hai. kitna bara experience hota tha jo mujhe us waqt unconsciously milta tha mujhe.</w:t>
      </w:r>
    </w:p>
    <w:p>
      <w:pPr>
        <w:jc w:val="right"/>
      </w:pPr>
      <w:r>
        <w:t>پوٹینشل ایکچول بن رہا ہے۔ کتنا بڑا ایکسپیرینس ہوتا تھا جو مجھے اس وقت انکانسشیسلی ملتا تھا مجھے۔</w:t>
      </w:r>
    </w:p>
    <w:p>
      <w:r>
        <w:rPr>
          <w:b/>
        </w:rPr>
        <w:t xml:space="preserve">[14:45] </w:t>
      </w:r>
      <w:r>
        <w:t>unconsciously. yeh hai yateemi. agar baap zinda rehte to yeh sab kuch na hota.</w:t>
      </w:r>
    </w:p>
    <w:p>
      <w:pPr>
        <w:jc w:val="right"/>
      </w:pPr>
      <w:r>
        <w:t>انکانسشیسلی۔ یہ ہے یتیمی۔ اگر باپ زندہ رہتے تو یہ سب کچھ نہ ہوتا۔</w:t>
      </w:r>
    </w:p>
    <w:p>
      <w:r>
        <w:rPr>
          <w:b/>
        </w:rPr>
        <w:t xml:space="preserve">[14:52] </w:t>
      </w:r>
      <w:r>
        <w:t>phir to mein baap ki god mein sota. bas dunya mere liye baap ki god hoti. dunya jo hoti mere liye baap ki god hoti.</w:t>
      </w:r>
    </w:p>
    <w:p>
      <w:pPr>
        <w:jc w:val="right"/>
      </w:pPr>
      <w:r>
        <w:t>پھر تو میں باپ کی گود میں سوتا۔ بس دنیا میرے لیے باپ کی گود ہوتی۔ دنیا جو ہوتی میرے لیے باپ کی گود ہوتی۔</w:t>
      </w:r>
    </w:p>
    <w:p>
      <w:r>
        <w:rPr>
          <w:b/>
        </w:rPr>
        <w:t xml:space="preserve">[15:04] </w:t>
      </w:r>
      <w:r>
        <w:t>baap ki pampering hoti. to yeh jo rasool Allah ko yateem bana diya gaya, yaad rakhiye yeh blessing thi aap ki.</w:t>
      </w:r>
    </w:p>
    <w:p>
      <w:pPr>
        <w:jc w:val="right"/>
      </w:pPr>
      <w:r>
        <w:t>باپ کی پیمپرنگ ہوتی۔ تو یہ جو رسول اللہ کو یتیم بنا دیا گیا، یاد رکھیے یہ بلیسنگ تھی آپ کی۔</w:t>
      </w:r>
    </w:p>
    <w:p>
      <w:r>
        <w:rPr>
          <w:b/>
        </w:rPr>
        <w:t xml:space="preserve">[15:16] </w:t>
      </w:r>
      <w:r>
        <w:t>aur yeh ideal course of life hai yeh. ideal, ideal, ideal.</w:t>
      </w:r>
    </w:p>
    <w:p>
      <w:pPr>
        <w:jc w:val="right"/>
      </w:pPr>
      <w:r>
        <w:t>اور یہ آئیڈیل کورس آف لائف ہے یہ۔ آئیڈیل، آئیڈیل، آئیڈیل۔</w:t>
      </w:r>
    </w:p>
    <w:p>
      <w:r>
        <w:rPr>
          <w:b/>
        </w:rPr>
        <w:t xml:space="preserve">[15:22] </w:t>
      </w:r>
      <w:r>
        <w:t>is se behtar kuch nahi hai. to meri khush naseebi hai ke mujhe zindagi ka aaghaz yahan se mila, jahan se prophet ko mila tha.</w:t>
      </w:r>
    </w:p>
    <w:p>
      <w:pPr>
        <w:jc w:val="right"/>
      </w:pPr>
      <w:r>
        <w:t>اس سے بہتر کچھ نہیں ہے۔ تو میری خوش نصیبی ہے کہ مجھے زندگی کا آغاز یہاں سے ملا، جہاں سے پرافٹ کو ملا تھا۔</w:t>
      </w:r>
    </w:p>
    <w:p>
      <w:r>
        <w:rPr>
          <w:b/>
        </w:rPr>
        <w:t xml:space="preserve">[15:33] </w:t>
      </w:r>
      <w:r>
        <w:t>to aur bhi kuch logon ko mila hoga history mein. mein sirf yeh keh raha hoon ke prophet ki har zindagi ideal hai.</w:t>
      </w:r>
    </w:p>
    <w:p>
      <w:pPr>
        <w:jc w:val="right"/>
      </w:pPr>
      <w:r>
        <w:t>تو اور بھی کچھ لوگوں کو ملا ہوگا ہسٹری میں۔ میں صرف یہ کہہ رہا ہوں کہ پرافٹ کی ہر زندگی آئیڈیل ہے۔</w:t>
      </w:r>
    </w:p>
    <w:p>
      <w:r>
        <w:rPr>
          <w:b/>
        </w:rPr>
        <w:t xml:space="preserve">[15:41] </w:t>
      </w:r>
      <w:r>
        <w:t>jab se prophet bane aap, baad ki bhi ideal hai aap ke liye. model hai. lekin bachpan se bhi aap ki jo zindagi hai, jo aap ka course of life hai, woh bhi model hai, woh bhi ideal hai.</w:t>
      </w:r>
    </w:p>
    <w:p>
      <w:pPr>
        <w:jc w:val="right"/>
      </w:pPr>
      <w:r>
        <w:t>جب سے پرافٹ بنے آپ، بعد کی بھی آئیڈیل ہے آپ کے لیے۔ ماڈل ہے۔ لیکن بچپن سے بھی آپ کی جو زندگی ہے، جو آپ کا کورس آف لائف ہے، وہ بھی ماڈل ہے، وہ بھی آئیڈیل ہے۔</w:t>
      </w:r>
    </w:p>
    <w:p>
      <w:r>
        <w:rPr>
          <w:b/>
        </w:rPr>
        <w:t xml:space="preserve">[15:54] </w:t>
      </w:r>
      <w:r>
        <w:t>jo jis ko bhi mil jaye, mein samajhta hoon ke bohat bara fortunate hai woh. to history mein bohat se logon ko mila hoga jin ko mein nahi janta.</w:t>
      </w:r>
    </w:p>
    <w:p>
      <w:pPr>
        <w:jc w:val="right"/>
      </w:pPr>
      <w:r>
        <w:t>جو جس کو بھی مل جائے، میں سمجھتا ہوں کہ بہت بڑا فورچونیٹ ہے وہ۔ تو ہسٹری میں بہت سے لوگوں کو ملا ہوگا جن کو میں نہیں جانتا۔</w:t>
      </w:r>
    </w:p>
    <w:p>
      <w:r>
        <w:rPr>
          <w:b/>
        </w:rPr>
        <w:t xml:space="preserve">[16:05] </w:t>
      </w:r>
      <w:r>
        <w:t>mein ne kitabon mein nahi parha, lekin zaroor mila hoga kuch logon ko aur bhi</w:t>
      </w:r>
    </w:p>
    <w:p>
      <w:pPr>
        <w:jc w:val="right"/>
      </w:pPr>
      <w:r>
        <w:t>میں نے کتابوں میں نہیں پڑھا، لیکن ضرور ملا ہوگا کچھ لوگوں کو اور بھی</w:t>
      </w:r>
    </w:p>
    <w:p>
      <w:r>
        <w:rPr>
          <w:b/>
        </w:rPr>
        <w:t xml:space="preserve">[16:10] </w:t>
      </w:r>
      <w:r>
        <w:t>. apne bare mein mein keh sakta hoon ke yeh jo ideal course of life hai, woh mujhe bharpoor tor par mila. ab dekhen, alam yajidka yatiman fawa wajadaka zallan fahada ab dekhen dusra kya hai?</w:t>
      </w:r>
    </w:p>
    <w:p>
      <w:pPr>
        <w:jc w:val="right"/>
      </w:pPr>
      <w:r>
        <w:t>۔ اپنے بارے میں میں کہہ سکتا ہوں کہ یہ جو آئیڈیل کورس آف لائف ہے، وہ مجھے بھرپور طور پر ملا۔ اب دیکھیں، الم یجدک یتیما فہوا ووجدک ذالا فہدا اب دیکھیں دوسرا کیا ہے؟</w:t>
      </w:r>
    </w:p>
    <w:p>
      <w:r>
        <w:rPr>
          <w:b/>
        </w:rPr>
        <w:t xml:space="preserve">[16:25] </w:t>
      </w:r>
      <w:r>
        <w:t>zall. pehle yateemi hai, orphan, is ke baad zall. zall ka matlab kya hota hai? zall ke maani hote hain builder, yani seeker.</w:t>
      </w:r>
    </w:p>
    <w:p>
      <w:pPr>
        <w:jc w:val="right"/>
      </w:pPr>
      <w:r>
        <w:t>ذال۔ پہلے یتیمی ہے، اورفنج، اس کے بعد ذال۔ ذال کا مطلب کیا ہوتا ہے؟ ذال کے معنی ہوتے ہیں ببلڈر، یعنی سیکر۔</w:t>
      </w:r>
    </w:p>
    <w:p>
      <w:r>
        <w:rPr>
          <w:b/>
        </w:rPr>
        <w:t xml:space="preserve">[16:37] </w:t>
      </w:r>
      <w:r>
        <w:t>to pehla stage tha yateemi.</w:t>
      </w:r>
    </w:p>
    <w:p>
      <w:pPr>
        <w:jc w:val="right"/>
      </w:pPr>
      <w:r>
        <w:t>تو پہلا اسٹیج تھا یتیمی۔</w:t>
      </w:r>
    </w:p>
    <w:p>
      <w:r>
        <w:rPr>
          <w:b/>
        </w:rPr>
        <w:t xml:space="preserve">[16:40] </w:t>
      </w:r>
      <w:r>
        <w:t>dusra stage kya bana?</w:t>
      </w:r>
    </w:p>
    <w:p>
      <w:pPr>
        <w:jc w:val="right"/>
      </w:pPr>
      <w:r>
        <w:t>دوسرا اسٹیج کیا بنا؟</w:t>
      </w:r>
    </w:p>
    <w:p>
      <w:r>
        <w:rPr>
          <w:b/>
        </w:rPr>
        <w:t xml:space="preserve">[16:44] </w:t>
      </w:r>
      <w:r>
        <w:t>woh seeker ho gaye aap. seeker. aur orphan se aap seeker ho gaye. to theek wahi mere sath hua.</w:t>
      </w:r>
    </w:p>
    <w:p>
      <w:pPr>
        <w:jc w:val="right"/>
      </w:pPr>
      <w:r>
        <w:t>وہ سیکر ہو گئے آپ۔ سیکر۔ اورفنش سے آپ سیکر ہو گئے۔ تو ٹھیک وہی میرے ساتھ ہوا۔</w:t>
      </w:r>
    </w:p>
    <w:p>
      <w:r>
        <w:rPr>
          <w:b/>
        </w:rPr>
        <w:t xml:space="preserve">[16:54] </w:t>
      </w:r>
      <w:r>
        <w:t>wahi hua mere sath. har cheez mein mujhe ek curiosity ka sabak milta tha. jaise mein ne arz kiya ke kali phool ban rahi hai. nadi jo thi, mai jun mein sookh jati thi, bilkul so</w:t>
      </w:r>
    </w:p>
    <w:p>
      <w:pPr>
        <w:jc w:val="right"/>
      </w:pPr>
      <w:r>
        <w:t>وہی ہوا میرے ساتھ۔ ہر چیز میں مجھے ایک کیوسٹی کا سبق ملتا تھا۔ جیسے میں نے عرض کیا کہ کلی پھول بن رہی ہے۔ ندی جو تھی، مئی جون میں سوکھ جاتی تھی، بالکل سو</w:t>
      </w:r>
    </w:p>
    <w:p>
      <w:r>
        <w:rPr>
          <w:b/>
        </w:rPr>
        <w:t xml:space="preserve">[17:08] </w:t>
      </w:r>
      <w:r>
        <w:t>okh. ab barish hui, ab khoob pani beh raha hai is ke andar. woh bhi mujhe ek curiosity banta tha. kahan se pani aa raha hai, kahan pani ja raha hai, kyun sookhta hai, kyun phir behne lagta hai.</w:t>
      </w:r>
    </w:p>
    <w:p>
      <w:pPr>
        <w:jc w:val="right"/>
      </w:pPr>
      <w:r>
        <w:t>کھ۔ اب بارش ہوئی، اب خوب پانی بہہ رہا ہے اس کے اندر۔ وہ بھی مجھے ایک کیوسٹی بنتا تھا۔ کہاں سے پانی آ رہا ہے، کہاں پانی جا رہا ہے، کیوں سوکھتا ہے، کیوں پھر بہنے لگتا ہے۔</w:t>
      </w:r>
    </w:p>
    <w:p>
      <w:r>
        <w:rPr>
          <w:b/>
        </w:rPr>
        <w:t xml:space="preserve">[17:21] </w:t>
      </w:r>
      <w:r>
        <w:t>yani ek ek cheez is zamane mein mere liye unconsciously ek curiosity jagati thi. aur aap samajh lijiye ke bohat hi bari baat hai kisi ke andar curiosity paida ho jaye.</w:t>
      </w:r>
    </w:p>
    <w:p>
      <w:pPr>
        <w:jc w:val="right"/>
      </w:pPr>
      <w:r>
        <w:t>یعنی ایک ایک چیز اس زمانے میں میرے لیے انکانسشیسلی ایک کیوسٹی جگاتی تھی۔ اور آپ سمجھ لیجئے کہ بہت ہی بڑی بات ہے کسی کے اندر کیوسٹی پیدا ہو جائے۔</w:t>
      </w:r>
    </w:p>
    <w:p>
      <w:r>
        <w:rPr>
          <w:b/>
        </w:rPr>
        <w:t xml:space="preserve">[17:37] </w:t>
      </w:r>
      <w:r>
        <w:t>jis ko kehte hain aaj kal ke science mein spirit of inquiry. spirit of inquiry. sare sciences ke peechay jo cheez hai, woh kya hai?</w:t>
      </w:r>
    </w:p>
    <w:p>
      <w:pPr>
        <w:jc w:val="right"/>
      </w:pPr>
      <w:r>
        <w:t>جس کو کہتے ہیں آج کل کے سائنس میں اسپرٹ آف انکوائری۔ اسپرٹ آف انکوائری۔ سارے سائنسز کے پیچھے جو چیز ہے، وہ کیا ہے؟</w:t>
      </w:r>
    </w:p>
    <w:p>
      <w:r>
        <w:rPr>
          <w:b/>
        </w:rPr>
        <w:t xml:space="preserve">[17:48] </w:t>
      </w:r>
      <w:r>
        <w:t>spirit of inquiry. jitni bhi discoveries hain science mein, to kahan se shuru huien? inquiry ki spirit.</w:t>
      </w:r>
    </w:p>
    <w:p>
      <w:pPr>
        <w:jc w:val="right"/>
      </w:pPr>
      <w:r>
        <w:t>اسپرٹ آف انکوائری۔ جتنی بھی ڈسکوریز ہیں سائنس میں، تو کہاں سے شروع ہوئیں؟ انکوائری کی اسپرٹ۔</w:t>
      </w:r>
    </w:p>
    <w:p>
      <w:r>
        <w:rPr>
          <w:b/>
        </w:rPr>
        <w:t xml:space="preserve">[17:58] </w:t>
      </w:r>
      <w:r>
        <w:t>investigation ki spirit. explore karne ki spirit.</w:t>
      </w:r>
    </w:p>
    <w:p>
      <w:pPr>
        <w:jc w:val="right"/>
      </w:pPr>
      <w:r>
        <w:t>انویسٹیگیشن کی اسپرٹ۔ ایکسپلور کرنے کی اسپرٹ۔</w:t>
      </w:r>
    </w:p>
    <w:p>
      <w:r>
        <w:rPr>
          <w:b/>
        </w:rPr>
        <w:t xml:space="preserve">[18:05] </w:t>
      </w:r>
      <w:r>
        <w:t>to mujhe, yani yateem ho kar ke, Khuda ne mujhe kya diya? spirit of inquiry de di. yeh mein ab baat ko jaan paya ke yeh cheez spirit of inquiry thi, lekin us waqt unconsciously yahi sab kuch ho raha tha, yahi sab kuch.</w:t>
      </w:r>
    </w:p>
    <w:p>
      <w:pPr>
        <w:jc w:val="right"/>
      </w:pPr>
      <w:r>
        <w:t>تو مجھے، یعنی یتیم ہو کر کے، خدا نے مجھے کیا دیا؟ اسپرٹ آف انکوائری دے دی۔ یہ میں اب بات کو جان پایا کہ یہ چیز اسپرٹ آف انکوائری تھی، لیکن اس وقت انکانسشیسلی یہی سب کچھ ہو رہا تھا، یہی سب کچھ۔</w:t>
      </w:r>
    </w:p>
    <w:p>
      <w:r>
        <w:rPr>
          <w:b/>
        </w:rPr>
        <w:t xml:space="preserve">[18:20] </w:t>
      </w:r>
      <w:r>
        <w:t>har cheez ko, yaani kiwsti ki nazar se dekhna. har cheez ko janne ki koshish karna.</w:t>
      </w:r>
    </w:p>
    <w:p>
      <w:pPr>
        <w:jc w:val="right"/>
      </w:pPr>
      <w:r>
        <w:t>ہر چیز کو، یعنی کیوسٹی کی نظر سے دیکھنا۔ ہر چیز کو جاننے کی کوشش کرنا۔</w:t>
      </w:r>
    </w:p>
    <w:p>
      <w:r>
        <w:rPr>
          <w:b/>
        </w:rPr>
        <w:t xml:space="preserve">[18:27] </w:t>
      </w:r>
      <w:r>
        <w:t>baap hote to mein un ka, un ka, un ka haath pakad kar ke chalta. unhi se poochta. unhi se, unhi par mein newpar karta.</w:t>
      </w:r>
    </w:p>
    <w:p>
      <w:pPr>
        <w:jc w:val="right"/>
      </w:pPr>
      <w:r>
        <w:t>باپ ہوتے تو میں ان کا، ان کا، ان کا ہاتھ پکڑ کر کے چلتا۔ انہی سے پوچھتا۔ انہی سے، انہی پر میں نیوپر کرتا۔</w:t>
      </w:r>
    </w:p>
    <w:p>
      <w:r>
        <w:rPr>
          <w:b/>
        </w:rPr>
        <w:t xml:space="preserve">[18:39] </w:t>
      </w:r>
      <w:r>
        <w:t>unhi par depend karta. ab mein khud har cheez ko janne ki koshish karne laga. to pehle mein orphan bana, is ke baad mein seeker bana.</w:t>
      </w:r>
    </w:p>
    <w:p>
      <w:pPr>
        <w:jc w:val="right"/>
      </w:pPr>
      <w:r>
        <w:t>انہی پر ڈیپینڈ کرتا۔ اب میں خود ہر چیز کو جاننے کی کوشش کرنے لگا۔ تو پہلے میں اورفن بنا، اس کے بعد میں سیکر بنا۔</w:t>
      </w:r>
    </w:p>
    <w:p>
      <w:r>
        <w:rPr>
          <w:b/>
        </w:rPr>
        <w:t xml:space="preserve">[18:52] </w:t>
      </w:r>
      <w:r>
        <w:t>seeker. bohat barson barson mein yeh, yeh period meri life mein hai jab ke mein seeker bana. aur sachai ki talash mein mein sargardan raha.</w:t>
      </w:r>
    </w:p>
    <w:p>
      <w:pPr>
        <w:jc w:val="right"/>
      </w:pPr>
      <w:r>
        <w:t>سیکر۔ بہت برسوں برسوں میں یہ، یہ پیریڈ میری لائف میں ہے جب کہ میں سیکر بنا۔ اور سچائی کی تلاش میں میں سرگرداں رہا۔</w:t>
      </w:r>
    </w:p>
    <w:p>
      <w:r>
        <w:rPr>
          <w:b/>
        </w:rPr>
        <w:t xml:space="preserve">[19:06] </w:t>
      </w:r>
      <w:r>
        <w:t>yeh doosra hua. ab teesra jo hai dekhein, wajadaka zalla fahada tum ko paya seeker to phir tum ko diya guidance.</w:t>
      </w:r>
    </w:p>
    <w:p>
      <w:pPr>
        <w:jc w:val="right"/>
      </w:pPr>
      <w:r>
        <w:t>یہ دوسرا ہوا۔ اب تیسرا جو ہے دیکھیں، ووجدک ذالا فہدا تم کو پایا سیکر تو پھر تم کو دیا گائیڈنس۔</w:t>
      </w:r>
    </w:p>
    <w:p>
      <w:r>
        <w:rPr>
          <w:b/>
        </w:rPr>
        <w:t xml:space="preserve">[19:19] </w:t>
      </w:r>
      <w:r>
        <w:t>wohi mere saath hua. ke jab mein seeker bana to goya ke mein receptive ban gaya. receptive. seeker ka matlab hai receptive hona.</w:t>
      </w:r>
    </w:p>
    <w:p>
      <w:pPr>
        <w:jc w:val="right"/>
      </w:pPr>
      <w:r>
        <w:t>وہی میرے ساتھ ہوا۔ کہ جب میں سیکر بنا تو گویا کہ میں ریسیپٹیو بن گیا۔ ریسیپٹیو۔ سیکر کا مطلب ہے ریسیپٹیو ہونا۔</w:t>
      </w:r>
    </w:p>
    <w:p>
      <w:r>
        <w:rPr>
          <w:b/>
        </w:rPr>
        <w:t xml:space="preserve">[19:33] </w:t>
      </w:r>
      <w:r>
        <w:t>jab aap receptive hon tab hi aisa hota hai ke aap baaton ko jab, jab payen baaton ko to bharpoor tor par is ko le lein. jaise sokhi zameen mein pani jab aata hai to ek dam woh is mein jazb ho jata hai.</w:t>
      </w:r>
    </w:p>
    <w:p>
      <w:pPr>
        <w:jc w:val="right"/>
      </w:pPr>
      <w:r>
        <w:t>جب آپ ریسیپٹیو ہوں تب ہی ایسا ہوتا ہے کہ آپ باتوں کو جب، جب پائیں باتوں کو تو بھرپور طور پر اس کو لے لیں۔ جیسے سوکھی زمین میں پانی جب آتا ہے تو ایک دم وہ اس میں جذب ہو جاتا ہے۔</w:t>
      </w:r>
    </w:p>
    <w:p>
      <w:r>
        <w:rPr>
          <w:b/>
        </w:rPr>
        <w:t xml:space="preserve">[19:50] </w:t>
      </w:r>
      <w:r>
        <w:t>gili zameen mein pani dalein to woh oopar oopar rahega. sokhi zameen mein dalein to isi ke andar woh jazb ho jayega. yeh muamla is baat ka hai ke aadmi seeker ho to receptive hota hai.</w:t>
      </w:r>
    </w:p>
    <w:p>
      <w:pPr>
        <w:jc w:val="right"/>
      </w:pPr>
      <w:r>
        <w:t>گلی زمین میں پانی ڈالیں تو وہ اوپر اوپر رہے گا۔ سوکھی زمین میں ڈالیں تو اسی کے اندر وہ جذب ہو جائے گا۔ یہ معاملہ اس بات کا ہے کہ آدمی سیکر ہو تو ریسیپٹیو ہوتا ہے۔</w:t>
      </w:r>
    </w:p>
    <w:p>
      <w:r>
        <w:rPr>
          <w:b/>
        </w:rPr>
        <w:t xml:space="preserve">[20:04] </w:t>
      </w:r>
      <w:r>
        <w:t>receptive ho, baat milegi to bharpoor tor par pakad lega is ko. to pehle bas yeh orphan bana, phir seeker bana, phir kya hua?</w:t>
      </w:r>
    </w:p>
    <w:p>
      <w:pPr>
        <w:jc w:val="right"/>
      </w:pPr>
      <w:r>
        <w:t>ریسیپٹیو ہو، بات ملے گی تو بھرپور طور پر پکڑ لے گا اس کو۔ تو پہلے بس یہ اورفن بنا، پھر سیکر بنا، پھر کیا ہوا؟</w:t>
      </w:r>
    </w:p>
    <w:p>
      <w:r>
        <w:rPr>
          <w:b/>
        </w:rPr>
        <w:t xml:space="preserve">[20:14] </w:t>
      </w:r>
      <w:r>
        <w:t>ke mujhe sacha rasta mila, Khuda ki hidayat mili.</w:t>
      </w:r>
    </w:p>
    <w:p>
      <w:pPr>
        <w:jc w:val="right"/>
      </w:pPr>
      <w:r>
        <w:t>کہ مجھے سچا راستہ ملا، خدا کی ہدایت ملی۔</w:t>
      </w:r>
    </w:p>
    <w:p>
      <w:r>
        <w:rPr>
          <w:b/>
        </w:rPr>
        <w:t xml:space="preserve">[20:19] </w:t>
      </w:r>
      <w:r>
        <w:t>yaani is mein bohat saare beech mein stages hain, mein woh is ko nahi le raha, matlab historical way mein nahi le raha hoon is ko.</w:t>
      </w:r>
    </w:p>
    <w:p>
      <w:pPr>
        <w:jc w:val="right"/>
      </w:pPr>
      <w:r>
        <w:t>یعنی اس میں بہت سارے بیچ میں اسٹیجز ہیں، میں وہ اس کو نہیں لے رہا، مطلب ہسٹاریکل وے میں نہیں لے رہا ہوں اس کو۔</w:t>
      </w:r>
    </w:p>
    <w:p>
      <w:r>
        <w:rPr>
          <w:b/>
        </w:rPr>
        <w:t xml:space="preserve">[20:29] </w:t>
      </w:r>
      <w:r>
        <w:t>historical way mein nahi le raha hoon, balkeh Quran ke is ayaton ko shara kar raha hoon ke kis tarah se jo ideal course of life hai woh kya hai. jo prophet ki zindagi mein ek model ke tor par hum dekhte hain.</w:t>
      </w:r>
    </w:p>
    <w:p>
      <w:pPr>
        <w:jc w:val="right"/>
      </w:pPr>
      <w:r>
        <w:t>ہسٹاریکل وے میں نہیں لے رہا ہوں، بلکہ قرآن کے اس آیتوں کو شرح کر رہا ہوں کہ کس طرح سے جو آئیڈیل کورس آف لائف ہے وہ کیا ہے۔ جو پرافٹ کی زندگی میں ایک ماڈل کے طور پر ہم دیکھتے ہیں۔</w:t>
      </w:r>
    </w:p>
    <w:p>
      <w:r>
        <w:rPr>
          <w:b/>
        </w:rPr>
        <w:t xml:space="preserve">[20:42] </w:t>
      </w:r>
      <w:r>
        <w:t>ke orphan banna, phir seeker banna, phir is ko sachai ki discovery hona.</w:t>
      </w:r>
    </w:p>
    <w:p>
      <w:pPr>
        <w:jc w:val="right"/>
      </w:pPr>
      <w:r>
        <w:t>کہ اورفن بننا، پھر سیکر بننا، پھر اس کو سچائی کی ڈسکوری ہونا۔</w:t>
      </w:r>
    </w:p>
    <w:p>
      <w:r>
        <w:rPr>
          <w:b/>
        </w:rPr>
        <w:t xml:space="preserve">[20:49] </w:t>
      </w:r>
      <w:r>
        <w:t>to mera saath aise hi hua. agarche mein, yaani although I was born in a Muslim family but in later period of my life I became a seeker then I rediscovered Islam so Islam is by discovery</w:t>
      </w:r>
    </w:p>
    <w:p>
      <w:pPr>
        <w:jc w:val="right"/>
      </w:pPr>
      <w:r>
        <w:t>تو میرا ساتھ ایسے ہی ہوا۔ اگرچہ میں، یعنی although I was born in a Muslim family but in later period of my life I became a seeker then I rediscovered Islam so Islam is by discovery</w:t>
      </w:r>
    </w:p>
    <w:p>
      <w:r>
        <w:rPr>
          <w:b/>
        </w:rPr>
        <w:t xml:space="preserve">[21:14] </w:t>
      </w:r>
      <w:r>
        <w:t>Islam is not for me, Islam is not simply a family religion, ancestral religion, Islam is by discovery.</w:t>
      </w:r>
    </w:p>
    <w:p>
      <w:pPr>
        <w:jc w:val="right"/>
      </w:pPr>
      <w:r>
        <w:t>اسلام is not for me, اسلام is not simply a family religion, ancestral religion, اسلام is by discovery۔</w:t>
      </w:r>
    </w:p>
    <w:p>
      <w:r>
        <w:rPr>
          <w:b/>
        </w:rPr>
        <w:t xml:space="preserve">[21:25] </w:t>
      </w:r>
      <w:r>
        <w:t>yeh hai Fahada. prophet ke liye Fahada jo hai yahan par tum ko seeker ke period se guzre to Khuda ne tum ko garden bhej di, sachai bhej di.</w:t>
      </w:r>
    </w:p>
    <w:p>
      <w:pPr>
        <w:jc w:val="right"/>
      </w:pPr>
      <w:r>
        <w:t>یہ ہے فہدہ۔ پرافٹ کے لیے فہدہ جو ہے یہاں پر تم کو سیکر کے پیریڈ سے گزرے تو خدا نے تم کو گارڈن بھیج دی، سچائی بھیج دی۔</w:t>
      </w:r>
    </w:p>
    <w:p>
      <w:r>
        <w:rPr>
          <w:b/>
        </w:rPr>
        <w:t xml:space="preserve">[21:39] </w:t>
      </w:r>
      <w:r>
        <w:t>yeh hai.</w:t>
      </w:r>
    </w:p>
    <w:p>
      <w:pPr>
        <w:jc w:val="right"/>
      </w:pPr>
      <w:r>
        <w:t>یہ ہے۔</w:t>
      </w:r>
    </w:p>
    <w:p>
      <w:r>
        <w:rPr>
          <w:b/>
        </w:rPr>
        <w:t xml:space="preserve">[21:42] </w:t>
      </w:r>
      <w:r>
        <w:t>ab is ke baad, ab dekhein</w:t>
      </w:r>
    </w:p>
    <w:p>
      <w:pPr>
        <w:jc w:val="right"/>
      </w:pPr>
      <w:r>
        <w:t>اب اس کے بعد، اب دیکھیں</w:t>
      </w:r>
    </w:p>
    <w:p>
      <w:r>
        <w:rPr>
          <w:b/>
        </w:rPr>
        <w:t xml:space="preserve">[21:48] </w:t>
      </w:r>
      <w:r>
        <w:t>alam yajudka yateeman fahwa wajadaka zalla fahada wajadaka aala fahada yeh bhi ek, ek woh hai. wajadaka aala fahada yaani tum ko paya muhtaj to tum ko ghani kar diya.</w:t>
      </w:r>
    </w:p>
    <w:p>
      <w:pPr>
        <w:jc w:val="right"/>
      </w:pPr>
      <w:r>
        <w:t>الم یجدک یتیما فہوا ووجدک ذالا فہدا ووجدک عالا فہدا یہ بھی ایک، ایک وہ ہے۔ ووجدک عالا فہدا یعنی تم کو پایا محتاج تو تم کو غنی کر دیا۔</w:t>
      </w:r>
    </w:p>
    <w:p>
      <w:r>
        <w:rPr>
          <w:b/>
        </w:rPr>
        <w:t xml:space="preserve">[22:03] </w:t>
      </w:r>
      <w:r>
        <w:t>yeh kya hai? yeh bohat bari baat ki taraf ishara hai ke prophet ko family ki taraf support mila.</w:t>
      </w:r>
    </w:p>
    <w:p>
      <w:pPr>
        <w:jc w:val="right"/>
      </w:pPr>
      <w:r>
        <w:t>یہ کیا ہے؟ یہ بہت بڑی بات کی طرف اشارہ ہے کہ پرافٹ کو فیملی کی طرف سپورٹ ملا۔</w:t>
      </w:r>
    </w:p>
    <w:p>
      <w:r>
        <w:rPr>
          <w:b/>
        </w:rPr>
        <w:t xml:space="preserve">[22:14] </w:t>
      </w:r>
      <w:r>
        <w:t>shuru se aakhir tak. pehle Abdul Muttalib se mila, phir Abu Talib se mila, phir Khadijah se mila.</w:t>
      </w:r>
    </w:p>
    <w:p>
      <w:pPr>
        <w:jc w:val="right"/>
      </w:pPr>
      <w:r>
        <w:t>شروع سے آخر تک۔ پہلے عبدالمطلب سے ملا، پھر ابو طالب سے ملا، پھر خدیجہ سے ملا۔</w:t>
      </w:r>
    </w:p>
    <w:p>
      <w:r>
        <w:rPr>
          <w:b/>
        </w:rPr>
        <w:t xml:space="preserve">[22:24] </w:t>
      </w:r>
      <w:r>
        <w:t>yeh poora jo period aap ka hai,</w:t>
      </w:r>
    </w:p>
    <w:p>
      <w:pPr>
        <w:jc w:val="right"/>
      </w:pPr>
      <w:r>
        <w:t>یہ پورا جو پیریڈ آپ کا ہے،</w:t>
      </w:r>
    </w:p>
    <w:p>
      <w:r>
        <w:rPr>
          <w:b/>
        </w:rPr>
        <w:t xml:space="preserve">[22:28] </w:t>
      </w:r>
      <w:r>
        <w:t>yeh poore period mein aap ko family ka support milta raha. dekhein ek baat samajh leejye ke dunya mein do qism ke log hote hain.</w:t>
      </w:r>
    </w:p>
    <w:p>
      <w:pPr>
        <w:jc w:val="right"/>
      </w:pPr>
      <w:r>
        <w:t>یہ پورے پیریڈ میں آپ کو فیملی کا سپورٹ ملتا رہا۔ دیکھیں ایک بات سمجھ لیجئے کہ دنیا میں دو قسم کے لوگ ہوتے ہیں۔</w:t>
      </w:r>
    </w:p>
    <w:p>
      <w:r>
        <w:rPr>
          <w:b/>
        </w:rPr>
        <w:t xml:space="preserve">[22:38] </w:t>
      </w:r>
      <w:r>
        <w:t>ek woh jo ke paida hue aur kuch apna seekha, is ke baad khane kamane mein lag gaye. ek yeh log hote hain. in ke liye zaroorat nahi ke koi in ka support bane, kyunke woh khud hi apna support ban jate hain.</w:t>
      </w:r>
    </w:p>
    <w:p>
      <w:pPr>
        <w:jc w:val="right"/>
      </w:pPr>
      <w:r>
        <w:t>ایک وہ جو کہ پیدا ہوئے اور کچھ اپنا سیکھا، اس کے بعد کھانے کمانے میں لگ گئے۔ ایک یہ لوگ ہوتے ہیں۔ ان کے لیے ضرورت نہیں کہ کوئی ان کا سپورٹ بنے، کیونکہ وہ خود ہی اپنا سپورٹ بن جاتے ہیں۔</w:t>
      </w:r>
    </w:p>
    <w:p>
      <w:r>
        <w:rPr>
          <w:b/>
        </w:rPr>
        <w:t xml:space="preserve">[22:55] </w:t>
      </w:r>
      <w:r>
        <w:t>in ko kisi supporter ki zaroorat nahi hai. kahin job karenge, kahin business karenge, kuch karenge to apni earning woh khud karenge.</w:t>
      </w:r>
    </w:p>
    <w:p>
      <w:pPr>
        <w:jc w:val="right"/>
      </w:pPr>
      <w:r>
        <w:t>ان کو کسی سپورٹر کی ضرورت نہیں ہے۔ کہیں جاب کریں گے، کہیں بزنس کریں گے، کچھ کریں گے تو اپنی ارننگ وہ خود کریں گے۔</w:t>
      </w:r>
    </w:p>
    <w:p>
      <w:r>
        <w:rPr>
          <w:b/>
        </w:rPr>
        <w:t xml:space="preserve">[23:04] </w:t>
      </w:r>
      <w:r>
        <w:t>woh</w:t>
      </w:r>
    </w:p>
    <w:p>
      <w:pPr>
        <w:jc w:val="right"/>
      </w:pPr>
      <w:r>
        <w:t>وہ</w:t>
      </w:r>
    </w:p>
    <w:p>
      <w:r>
        <w:rPr>
          <w:b/>
        </w:rPr>
        <w:t xml:space="preserve">[23:07] </w:t>
      </w:r>
      <w:r>
        <w:t>aik aur type ke log hotay hain jinhein, jin ke andar jaag aati hai sachai ki talash. jaisay fani thay, fani badayuni, woh kuch kar nahin sakay isi liye.</w:t>
      </w:r>
    </w:p>
    <w:p>
      <w:pPr>
        <w:jc w:val="right"/>
      </w:pPr>
      <w:r>
        <w:t>ایک اور ٹائپ کے لوگ ہوتے ہیں جنہیں، جن کے اندر جاگ آتی ہے سچائی کی تلاش۔ جیسے فانی تھے، فانی بدایونی، وہ کچھ کر نہیں سکے اسی لیے۔</w:t>
      </w:r>
    </w:p>
    <w:p>
      <w:r>
        <w:rPr>
          <w:b/>
        </w:rPr>
        <w:t xml:space="preserve">[23:20] </w:t>
      </w:r>
      <w:r>
        <w:t>agarche woh shairi kartay thay, logon ne un ko pehchana nahin. maine aik mazmoon, aik article likha tha un ke baray mein, aik paper un</w:t>
      </w:r>
    </w:p>
    <w:p>
      <w:pPr>
        <w:jc w:val="right"/>
      </w:pPr>
      <w:r>
        <w:t>اگرچہ وہ شاعری کرتے تھے، لوگوں نے ان کو پہچانا نہیں۔ میں نے ایک مضمون، ایک آرٹیکل لکھا تھا ان کے بارے میں، ایک پیپر ان</w:t>
      </w:r>
    </w:p>
    <w:p>
      <w:r>
        <w:rPr>
          <w:b/>
        </w:rPr>
        <w:t xml:space="preserve">[23:29] </w:t>
      </w:r>
      <w:r>
        <w:t>ke kalam ko le kar ke. toh us ka, us ka caption tha: "fani haqeeqat ki talash mein sargardan". toh woh becharay mar gaye, un ko sachai nahin mili.</w:t>
      </w:r>
    </w:p>
    <w:p>
      <w:pPr>
        <w:jc w:val="right"/>
      </w:pPr>
      <w:r>
        <w:t>کے کلام کو لے کر کے۔ تو اس کا، اس کا کیپشن تھا: "فانی حقیقت کی تلاش میں سرگرداں"۔ تو وہ بیچارے مر گئے، ان کو سچائی نہیں ملی۔</w:t>
      </w:r>
    </w:p>
    <w:p>
      <w:r>
        <w:rPr>
          <w:b/>
        </w:rPr>
        <w:t xml:space="preserve">[23:42] </w:t>
      </w:r>
      <w:r>
        <w:t>toh woh kuch kar nahin sakay, na business kar sakay, na job kar sakay, na kuch kar sakay, na kuch kar saka. yun hi pareshan, pareshan, pareshan ho mar gaye us ke baad. toh aik woh log hotay hain jo bohat jald zindagi ke naqshay mein apni jagah bana letay hain.</w:t>
      </w:r>
    </w:p>
    <w:p>
      <w:pPr>
        <w:jc w:val="right"/>
      </w:pPr>
      <w:r>
        <w:t>تو وہ کچھ کر نہیں سکے، نہ بزنس کر سکے، نہ جاب کر سکے، نہ کچھ کر سکے، نہ کچھ کر سکے۔ یوں ہی پریشان، پریشان، پریشان ہو مر گئے اس کے بعد۔ تو ایک وہ لوگ ہوتے ہیں جو بہت جلد زندگی کے نقشے میں اپنی جگہ بنا لیتے ہیں۔</w:t>
      </w:r>
    </w:p>
    <w:p>
      <w:r>
        <w:rPr>
          <w:b/>
        </w:rPr>
        <w:t xml:space="preserve">[23:56] </w:t>
      </w:r>
      <w:r>
        <w:t>chahe business naqsha ho, industry ka ho, job ka ho, agriculture ho, horticulture ho, us mein apni jagah bana letay hain. aur phir khane kamane lagtay hain, phir is tarah apni zindagi ka livelihood us mein pa letay hain khud hi.</w:t>
      </w:r>
    </w:p>
    <w:p>
      <w:pPr>
        <w:jc w:val="right"/>
      </w:pPr>
      <w:r>
        <w:t>چاہے بزنس نقشہ ہو، انڈسٹری کا ہو، جاب کا ہو، ایگریکلچر ہو، ہارٹ کلچر ہو، اس میں اپنی جگہ بنا لیتے ہیں۔ اور پھر کھانے کمانے لگتے ہیں، پھر اس طرح اپنی زندگی کا لائیولی ہڈ اس میں پا لیتے ہیں خود ہی۔</w:t>
      </w:r>
    </w:p>
    <w:p>
      <w:r>
        <w:rPr>
          <w:b/>
        </w:rPr>
        <w:t xml:space="preserve">[24:12] </w:t>
      </w:r>
      <w:r>
        <w:t>lekin aik aur log hotay hain jo, jo relatively bohat kam hotay hain, ke un ka sab se bara concern hota hai sachai.</w:t>
      </w:r>
    </w:p>
    <w:p>
      <w:pPr>
        <w:jc w:val="right"/>
      </w:pPr>
      <w:r>
        <w:t>لیکن ایک اور لوگ ہوتے ہیں جو، جو ریلیٹولی بہت کم ہوتے ہیں، کہ ان کا سب سے بڑا کنسرن ہوتا ہے سچائی۔</w:t>
      </w:r>
    </w:p>
    <w:p>
      <w:r>
        <w:rPr>
          <w:b/>
        </w:rPr>
        <w:t xml:space="preserve">[24:21] </w:t>
      </w:r>
      <w:r>
        <w:t>the truth. What is the truth? With a capital T.</w:t>
      </w:r>
    </w:p>
    <w:p>
      <w:pPr>
        <w:jc w:val="right"/>
      </w:pPr>
      <w:r>
        <w:t>دا ٹروتھ۔ واٹ از دا ٹروتھ؟ ود اے کیپیٹل ٹی۔</w:t>
      </w:r>
    </w:p>
    <w:p>
      <w:r>
        <w:rPr>
          <w:b/>
        </w:rPr>
        <w:t xml:space="preserve">[24:27] </w:t>
      </w:r>
      <w:r>
        <w:t>toh woh khane kamane ka kaam kar nahin paatay. un ka dil nahin lagta in cheezon mein. woh kar nahin paatay.</w:t>
      </w:r>
    </w:p>
    <w:p>
      <w:pPr>
        <w:jc w:val="right"/>
      </w:pPr>
      <w:r>
        <w:t>تو وہ کھانے کمانے کا کام کر نہیں پاتے۔ ان کا دل نہیں لگتا ان چیزوں میں۔ وہ کر نہیں پاتے۔</w:t>
      </w:r>
    </w:p>
    <w:p>
      <w:r>
        <w:rPr>
          <w:b/>
        </w:rPr>
        <w:t xml:space="preserve">[24:38] </w:t>
      </w:r>
      <w:r>
        <w:t>toh in log stand nahin kar payenge agar unhein support system na milay. kyun ke do mein se aik ka un ka result hoga. ya toh fani badayuniyon ki tarah yun tarp tarp ke mar jayenge.</w:t>
      </w:r>
    </w:p>
    <w:p>
      <w:pPr>
        <w:jc w:val="right"/>
      </w:pPr>
      <w:r>
        <w:t>تو ان لوگ سٹینڈ نہیں کر پائیں گے اگر انہیں سپورٹ سسٹم نہ ملے۔ کیونکہ دو میں سے ایک کا ان کا رزلٹ ہوگا۔ یا تو فانی بدایونیوں کی طرح یوں تڑپ تڑپ کے مر جائیں گے۔</w:t>
      </w:r>
    </w:p>
    <w:p>
      <w:r>
        <w:rPr>
          <w:b/>
        </w:rPr>
        <w:t xml:space="preserve">[24:51] </w:t>
      </w:r>
      <w:r>
        <w:t>ya phir woh compromise kar lenge, chhod denge apna woh concern.</w:t>
      </w:r>
    </w:p>
    <w:p>
      <w:pPr>
        <w:jc w:val="right"/>
      </w:pPr>
      <w:r>
        <w:t>یا پھر وہ کمپرومائز کر لیں گے، چھوڑ دیں گے اپنا وہ کنسرن۔</w:t>
      </w:r>
    </w:p>
    <w:p>
      <w:r>
        <w:rPr>
          <w:b/>
        </w:rPr>
        <w:t xml:space="preserve">[24:58] </w:t>
      </w:r>
      <w:r>
        <w:t>yaani aisa aadmi successful tor par apni zindagi ka course poora kare, sachai tak pahunche, us ke liye zaroori hai ke us ko koi support day.</w:t>
      </w:r>
    </w:p>
    <w:p>
      <w:pPr>
        <w:jc w:val="right"/>
      </w:pPr>
      <w:r>
        <w:t>یعنی ایسا آدمی سکسیس فل طور پر اپنی زندگی کا کورس پورا کرے، سچائی تک پہنچے، اس کے لیے ضروری ہے کہ اس کو کوئی سپورٹ دے۔</w:t>
      </w:r>
    </w:p>
    <w:p>
      <w:r>
        <w:rPr>
          <w:b/>
        </w:rPr>
        <w:t xml:space="preserve">[25:09] </w:t>
      </w:r>
      <w:r>
        <w:t>economic support. kyun ke woh na ghar bana payega, na woh paisa kama lega. kuch bhi nahin kar sakta aisa aadmi.</w:t>
      </w:r>
    </w:p>
    <w:p>
      <w:pPr>
        <w:jc w:val="right"/>
      </w:pPr>
      <w:r>
        <w:t>اکنامک سپورٹ۔ کیونکہ وہ نہ گھر بنا پائے گا، نہ وہ پیسہ کما لے گا۔ کچھ بھی نہیں کر سکتا ایسا آدمی۔</w:t>
      </w:r>
    </w:p>
    <w:p>
      <w:r>
        <w:rPr>
          <w:b/>
        </w:rPr>
        <w:t xml:space="preserve">[25:19] </w:t>
      </w:r>
      <w:r>
        <w:t>toh aik chahiye jo uska support banay.</w:t>
      </w:r>
    </w:p>
    <w:p>
      <w:pPr>
        <w:jc w:val="right"/>
      </w:pPr>
      <w:r>
        <w:t>تو ایک چاہیے جو اس کا سپورٹ بنے۔</w:t>
      </w:r>
    </w:p>
    <w:p>
      <w:r>
        <w:rPr>
          <w:b/>
        </w:rPr>
        <w:t xml:space="preserve">[25:23] </w:t>
      </w:r>
      <w:r>
        <w:t>toh rasool Allah aisay hi thay ke woh kuch nahin kar paatay, yaani koi, kisi ka aur kaam mein un ka jee nahin lagta tha. toh unhon ne zindagi ka jo course ikhtiyar kiya, sachai wala, aik mission tak jo pahunch raha tha,</w:t>
      </w:r>
    </w:p>
    <w:p>
      <w:pPr>
        <w:jc w:val="right"/>
      </w:pPr>
      <w:r>
        <w:t>تو رسول اللہ ایسے ہی تھے کہ وہ کچھ نہیں کر پاتے، یعنی کوئی، کسی کا اور کام میں ان کا جی نہیں لگتا تھا۔ تو انہوں نے زندگی کا جو کورس اختیار کیا، سچائی والا، ایک مشن تک جو پہنچ رہا تھا،</w:t>
      </w:r>
    </w:p>
    <w:p>
      <w:r>
        <w:rPr>
          <w:b/>
        </w:rPr>
        <w:t xml:space="preserve">[25:39] </w:t>
      </w:r>
      <w:r>
        <w:t>us mein zaroorat thi ke aap ko aik support system milay. baghair support system ke woh smoothly chal nahin sakta tha woh.</w:t>
      </w:r>
    </w:p>
    <w:p>
      <w:pPr>
        <w:jc w:val="right"/>
      </w:pPr>
      <w:r>
        <w:t>اس میں ضرورت تھی کہ آپ کو ایک سپورٹ سسٹم ملے۔ بغیر سپورٹ سسٹم کے وہ سموتھلی چل نہیں سکتا تھا وہ۔</w:t>
      </w:r>
    </w:p>
    <w:p>
      <w:r>
        <w:rPr>
          <w:b/>
        </w:rPr>
        <w:t xml:space="preserve">[25:51] </w:t>
      </w:r>
      <w:r>
        <w:t>break ho jata, toot jata.</w:t>
      </w:r>
    </w:p>
    <w:p>
      <w:pPr>
        <w:jc w:val="right"/>
      </w:pPr>
      <w:r>
        <w:t>بریک ہو جاتا، ٹوٹ جاتا۔</w:t>
      </w:r>
    </w:p>
    <w:p>
      <w:r>
        <w:rPr>
          <w:b/>
        </w:rPr>
        <w:t xml:space="preserve">[25:53] </w:t>
      </w:r>
      <w:r>
        <w:t>toh aap ka jo support system bana woh family. yaad rakhiye family hi woh institution hai jo kisi ke liye support system banta hai.</w:t>
      </w:r>
    </w:p>
    <w:p>
      <w:pPr>
        <w:jc w:val="right"/>
      </w:pPr>
      <w:r>
        <w:t>تو آپ کا جو سپورٹ سسٹم بنا وہ فیملی۔ یاد رکھیے فیملی ہی وہ انسٹیٹیوشن ہے جو کسی کے لیے سپورٹ سسٹم بنتا ہے۔</w:t>
      </w:r>
    </w:p>
    <w:p>
      <w:r>
        <w:rPr>
          <w:b/>
        </w:rPr>
        <w:t xml:space="preserve">[26:03] </w:t>
      </w:r>
      <w:r>
        <w:t>aur koi nahin banta. yeh unique Allah taala ka intezam hai ke family ko aik khaas tarah ka woh lagao hota hai.</w:t>
      </w:r>
    </w:p>
    <w:p>
      <w:pPr>
        <w:jc w:val="right"/>
      </w:pPr>
      <w:r>
        <w:t>اور کوئی نہیں بنتا۔ یہ یونیک اللہ تعالیٰ کا انتظام ہے کہ فیملی کو ایک خاص طرح کا وہ لگاؤ ہوتا ہے۔</w:t>
      </w:r>
    </w:p>
    <w:p>
      <w:r>
        <w:rPr>
          <w:b/>
        </w:rPr>
        <w:t xml:space="preserve">[26:14] </w:t>
      </w:r>
      <w:r>
        <w:t>kisi aur ko nahin hota woh lagao. koi aur lagao nahin hai. kisi aur ke andar woh lagao ho nahin sakta hai.</w:t>
      </w:r>
    </w:p>
    <w:p>
      <w:pPr>
        <w:jc w:val="right"/>
      </w:pPr>
      <w:r>
        <w:t>کسی اور کو نہیں ہوتا وہ لگاؤ۔ کوئی اور لگاؤ نہیں ہے۔ کسی اور کے اندر وہ لگاؤ ہو نہیں سکتا ہے۔</w:t>
      </w:r>
    </w:p>
    <w:p>
      <w:r>
        <w:rPr>
          <w:b/>
        </w:rPr>
        <w:t xml:space="preserve">[26:22] </w:t>
      </w:r>
      <w:r>
        <w:t>toh natural way mein sirf family hi support deti hai aadmi ko.</w:t>
      </w:r>
    </w:p>
    <w:p>
      <w:pPr>
        <w:jc w:val="right"/>
      </w:pPr>
      <w:r>
        <w:t>تو نیچرل وے میں صرف فیملی ہی سپورٹ دیتی ہے آدمی کو۔</w:t>
      </w:r>
    </w:p>
    <w:p>
      <w:r>
        <w:rPr>
          <w:b/>
        </w:rPr>
        <w:t xml:space="preserve">[26:30] </w:t>
      </w:r>
      <w:r>
        <w:t>toh yeh Allah taala ne mere saath intezam kiya jo prophet ke saath hua tha ke meri family shuru se ab tak mera supporter ban gayi.</w:t>
      </w:r>
    </w:p>
    <w:p>
      <w:pPr>
        <w:jc w:val="right"/>
      </w:pPr>
      <w:r>
        <w:t>تو یہ اللہ تعالیٰ نے میرے ساتھ انتظام کیا جو پرافٹ کے ساتھ ہوا تھا کہ میری فیملی شروع سے اب تک میرا سپورٹر بن گئی۔</w:t>
      </w:r>
    </w:p>
    <w:p>
      <w:r>
        <w:rPr>
          <w:b/>
        </w:rPr>
        <w:t xml:space="preserve">[26:43] </w:t>
      </w:r>
      <w:r>
        <w:t>main abhi tak poori family ke support pe chal raha hoon yahan se wahan tak.</w:t>
      </w:r>
    </w:p>
    <w:p>
      <w:pPr>
        <w:jc w:val="right"/>
      </w:pPr>
      <w:r>
        <w:t>میں ابھی تک پوری فیملی کے سپورٹ پہ چل رہا ہوں یہاں سے وہاں تک۔</w:t>
      </w:r>
    </w:p>
    <w:p>
      <w:r>
        <w:rPr>
          <w:b/>
        </w:rPr>
        <w:t xml:space="preserve">[26:49] </w:t>
      </w:r>
      <w:r>
        <w:t>bachpan se le kar ab tak. isi liye main apni jo journey thi meri sachai ki taraf, sachai ko discover karna, main kitni lambi umar maine bata di study mein.</w:t>
      </w:r>
    </w:p>
    <w:p>
      <w:pPr>
        <w:jc w:val="right"/>
      </w:pPr>
      <w:r>
        <w:t>بچپن سے لے کر اب تک۔ اسی لیے میں اپنی جو جرنی تھی میری سچائی کی طرف، سچائی کو ڈسکور کرنا، میں کتنی لمبی عمر میں نے بتا دی اسٹڈی میں۔</w:t>
      </w:r>
    </w:p>
    <w:p>
      <w:r>
        <w:rPr>
          <w:b/>
        </w:rPr>
        <w:t xml:space="preserve">[27:05] </w:t>
      </w:r>
      <w:r>
        <w:t>pehlay Islam ki literature parhna, us ka classical literature parhna, direct tor par Arabic language se parhna us ko, phir English seekhna, phir English mein western literature ko parhna.</w:t>
      </w:r>
    </w:p>
    <w:p>
      <w:pPr>
        <w:jc w:val="right"/>
      </w:pPr>
      <w:r>
        <w:t>پہلے اسلام کی لٹریچر پڑھنا، اس کا کلاسیکل لٹریچر پڑھنا، ڈائریکٹ طور پر عربی لینگویج سے پڑھنا اس کو، پھر انگلش سیکھنا، پھر انگلش میں ویسٹرن لٹریچر کو پڑھنا۔</w:t>
      </w:r>
    </w:p>
    <w:p>
      <w:r>
        <w:rPr>
          <w:b/>
        </w:rPr>
        <w:t xml:space="preserve">[27:19] </w:t>
      </w:r>
      <w:r>
        <w:t>yeh sari is mein to mujhe chaalis saal beet gaye. To zahir hai ke agar mein job karta, business karta to yeh mein chala nahi sakta tha yeh course.</w:t>
      </w:r>
    </w:p>
    <w:p>
      <w:pPr>
        <w:jc w:val="right"/>
      </w:pPr>
      <w:r>
        <w:t>یہ ساری اس میں تو مجھے چالیس سال بیت گئے۔ تو ظاہر ہے کہ اگر میں جاب کرتا، بزنس کرتا تو یہ میں چلا نہیں سکتا تھا یہ کورس۔</w:t>
      </w:r>
    </w:p>
    <w:p>
      <w:r>
        <w:rPr>
          <w:b/>
        </w:rPr>
        <w:t xml:space="preserve">[27:34] </w:t>
      </w:r>
      <w:r>
        <w:t>To jo Rasool Allah ko jo family se mila tha support system, Khuda ka shukar hai ke mujhe woh mila. Is liye mein chalta raha, chalta raha, chalta raha.</w:t>
      </w:r>
    </w:p>
    <w:p>
      <w:pPr>
        <w:jc w:val="right"/>
      </w:pPr>
      <w:r>
        <w:t>تو جو رسول اللہ کو جو فیملی سے ملا تھا سپورٹ سسٹم، خدا کا شکر ہے کہ مجھے وہ ملا۔ اس لیے میں چلتا رہا، چلتا رہا، چلتا رہا۔</w:t>
      </w:r>
    </w:p>
    <w:p>
      <w:r>
        <w:rPr>
          <w:b/>
        </w:rPr>
        <w:t xml:space="preserve">[27:45] </w:t>
      </w:r>
      <w:r>
        <w:t>To yeh ek aspect is ka yeh hai.</w:t>
      </w:r>
    </w:p>
    <w:p>
      <w:pPr>
        <w:jc w:val="right"/>
      </w:pPr>
      <w:r>
        <w:t>تو یہ ایک آسپیکٹ اس کا یہ ہے۔</w:t>
      </w:r>
    </w:p>
    <w:p>
      <w:r>
        <w:rPr>
          <w:b/>
        </w:rPr>
        <w:t xml:space="preserve">[27:48] </w:t>
      </w:r>
      <w:r>
        <w:t>Wajadaka aalan fahda is se yeh milta hai. Accha doosri baat jo unhon ne poochi mujh se ke ma hi al-ahdath wal-shakhsiyaat allati atharat fi shakhsiyatika al-karima ke woh kaun si personalities hain,</w:t>
      </w:r>
    </w:p>
    <w:p>
      <w:pPr>
        <w:jc w:val="right"/>
      </w:pPr>
      <w:r>
        <w:t>ووجدک عالا فہدا اس سے یہ ملتا ہے۔ اچھا دوسری بات جو انہوں نے پوچھی مجھ سے کہ ما هي الأحداث والشخصيات التي أثرت في شخصيتك الكريمة کہ وہ کون سی پرسنیلٹیز ہیں،</w:t>
      </w:r>
    </w:p>
    <w:p>
      <w:r>
        <w:rPr>
          <w:b/>
        </w:rPr>
        <w:t xml:space="preserve">[28:04] </w:t>
      </w:r>
      <w:r>
        <w:t>woh kaun se events hain ya personalities hain jo aap ki zindagi pe un ka influence bohat zyada hai. Woh janna chahte the ke koi Muslim shakhsiyat hai.</w:t>
      </w:r>
    </w:p>
    <w:p>
      <w:pPr>
        <w:jc w:val="right"/>
      </w:pPr>
      <w:r>
        <w:t>وہ کون سے ایونٹس ہیں یا پرسنیلٹیز ہیں جو آپ کی زندگی پہ ان کا انفلوئنس بہت زیادہ ہے۔ وہ جاننا چاہتے تھے کہ کوئی مسلم شخصیت ہے۔</w:t>
      </w:r>
    </w:p>
    <w:p>
      <w:r>
        <w:rPr>
          <w:b/>
        </w:rPr>
        <w:t xml:space="preserve">[28:15] </w:t>
      </w:r>
      <w:r>
        <w:t>Mein ne kaha ke bhai nahi, koi bhi Muslim shakhsiyat nahi hai jis ka mein naam le sakoon. Ek bhi nahi hai. Dekhein log jab mein logon se kehta hoon to logon ko hairani hoti hai.</w:t>
      </w:r>
    </w:p>
    <w:p>
      <w:pPr>
        <w:jc w:val="right"/>
      </w:pPr>
      <w:r>
        <w:t>میں نے کہا کہ بھئی نہیں، کوئی بھی مسلم شخصیت نہیں ہے جس کا میں نام لے سکوں۔ ایک بھی نہیں ہے۔ دیکھیں لوگ جب میں لوگوں سے کہتا ہوں تو لوگوں کو حیرانی ہوتی ہے۔</w:t>
      </w:r>
    </w:p>
    <w:p>
      <w:r>
        <w:rPr>
          <w:b/>
        </w:rPr>
        <w:t xml:space="preserve">[28:30] </w:t>
      </w:r>
      <w:r>
        <w:t>Kyunke aap jante hain ke har ek ke paas ek naam hota hai. Jitne log bhi Musalmanon mein jo baray baray banay, jo un ko ke fame mili ya kuch bhi, aap un se aap baat karein to koi na koi shakhsiyat un ka naam lete hain.</w:t>
      </w:r>
    </w:p>
    <w:p>
      <w:pPr>
        <w:jc w:val="right"/>
      </w:pPr>
      <w:r>
        <w:t>کیونکہ آپ جانتے ہیں کہ ہر ایک کے پاس ایک نام ہوتا ہے۔ جتنے لوگ بھی مسلمانوں میں جو بڑے بڑے بنے، جو ان کو کہ فیم ملی یا کچھ بھی، آپ ان سے آپ بات کریں تو کوئی نہ کوئی شخصیت ان کا نام لیتے ہیں۔</w:t>
      </w:r>
    </w:p>
    <w:p>
      <w:r>
        <w:rPr>
          <w:b/>
        </w:rPr>
        <w:t xml:space="preserve">[28:44] </w:t>
      </w:r>
      <w:r>
        <w:t>woh</w:t>
      </w:r>
    </w:p>
    <w:p>
      <w:pPr>
        <w:jc w:val="right"/>
      </w:pPr>
      <w:r>
        <w:t>وہ</w:t>
      </w:r>
    </w:p>
    <w:p>
      <w:r>
        <w:rPr>
          <w:b/>
        </w:rPr>
        <w:t xml:space="preserve">[28:46] </w:t>
      </w:r>
      <w:r>
        <w:t>mein kisi shakhs ka naam nahi le pata. To logon ko bohat ajeeb maloom hota hai yeh. Magar yeh ajeeb baat nahi hai, bilkul natural baat hai.</w:t>
      </w:r>
    </w:p>
    <w:p>
      <w:pPr>
        <w:jc w:val="right"/>
      </w:pPr>
      <w:r>
        <w:t>میں کسی شخص کا نام نہیں لے پاتا۔ تو لوگوں کو بہت عجیب معلوم ہوتا ہے یہ۔ مگر یہ عجیب بات نہیں ہے، بالکل نیچرل بات ہے۔</w:t>
      </w:r>
    </w:p>
    <w:p>
      <w:r>
        <w:rPr>
          <w:b/>
        </w:rPr>
        <w:t xml:space="preserve">[28:57] </w:t>
      </w:r>
      <w:r>
        <w:t>Dekhein qissa kya tha, mein ne un se bataya bohat detail ke sath ke madrasay ki education ke baad jab mein aaya to mere family mein English education thi.</w:t>
      </w:r>
    </w:p>
    <w:p>
      <w:pPr>
        <w:jc w:val="right"/>
      </w:pPr>
      <w:r>
        <w:t>دیکھیں قصہ کیا تھا، میں نے ان سے بتایا بہت ڈیٹیل کے ساتھ کہ مدرسے کی ایجوکیشن کے بعد جب میں آیا تو میرے فیملی میں انگلش ایجوکیشن تھی۔</w:t>
      </w:r>
    </w:p>
    <w:p>
      <w:r>
        <w:rPr>
          <w:b/>
        </w:rPr>
        <w:t xml:space="preserve">[29:17] </w:t>
      </w:r>
      <w:r>
        <w:t>Family mein hamare bohat hi qareebi dost the, Musharraf Ateeq Ahmed Ansari, unhon ne Lucknow mein Lamartier College mein parha tha.</w:t>
      </w:r>
    </w:p>
    <w:p>
      <w:pPr>
        <w:jc w:val="right"/>
      </w:pPr>
      <w:r>
        <w:t>فیملی میں ہمارے بہت ہی قریبی دوست تھے، مشرف عتیق احمد انصاری، انہوں نے لکھنو میں لاماٹیر کالج میں پڑھا تھا۔</w:t>
      </w:r>
    </w:p>
    <w:p>
      <w:r>
        <w:rPr>
          <w:b/>
        </w:rPr>
        <w:t xml:space="preserve">[29:26] </w:t>
      </w:r>
      <w:r>
        <w:t>Lamartier, Lamartier school mein un ki schooling hui. Lamartier College mein parha unhon ne, wohin se unhon ne English se MA kiya, English literature se.</w:t>
      </w:r>
    </w:p>
    <w:p>
      <w:pPr>
        <w:jc w:val="right"/>
      </w:pPr>
      <w:r>
        <w:t>لاماٹیر، لاماٹیر سکول میں ان کی سکولنگ ہوئی۔ لاماٹیر کالج میں پڑھا انہوں نے، وہیں سے انہوں نے انگلش سے ایم اے کیا، انگلش لٹریچر سے۔</w:t>
      </w:r>
    </w:p>
    <w:p>
      <w:r>
        <w:rPr>
          <w:b/>
        </w:rPr>
        <w:t xml:space="preserve">[29:36] </w:t>
      </w:r>
      <w:r>
        <w:t>Poori yahan se aate the ke education un ki English mein hui thi. Ab woh Lahore mein rehte hain to hum log har waqt sath rehte the.</w:t>
      </w:r>
    </w:p>
    <w:p>
      <w:pPr>
        <w:jc w:val="right"/>
      </w:pPr>
      <w:r>
        <w:t>پوری یہاں سے آتے تھے کہ ایجوکیشن ان کی انگلش میں ہوئی تھی۔ اب وہ لاہور میں رہتے ہیں تو ہم لوگ ہر وقت ساتھ رہتے تھے۔</w:t>
      </w:r>
    </w:p>
    <w:p>
      <w:r>
        <w:rPr>
          <w:b/>
        </w:rPr>
        <w:t xml:space="preserve">[29:45] </w:t>
      </w:r>
      <w:r>
        <w:t>To jab mein madrasay se aaya to ab mujhe laga ke mere aur un ke darmiyan ek intellectual gap hai. Mein un ke mind ko adjust nahi kar pata tha.</w:t>
      </w:r>
    </w:p>
    <w:p>
      <w:pPr>
        <w:jc w:val="right"/>
      </w:pPr>
      <w:r>
        <w:t>تو جب میں مدرسے سے آیا تو اب مجھے لگا کہ میرے اور ان کے درمیان ایک انٹلیکچول گیپ ہے۔ میں ان کے مائنڈ کو ایڈجسٹ نہیں کر پاتا تھا۔</w:t>
      </w:r>
    </w:p>
    <w:p>
      <w:r>
        <w:rPr>
          <w:b/>
        </w:rPr>
        <w:t xml:space="preserve">[29:57] </w:t>
      </w:r>
      <w:r>
        <w:t>Ke woh parhte the kitaab, English kitabein parhte the, bohat zyada parha karte the, bohat shauq tha parhne ka un ko. To mera jo, mere paas jo tha, yani jo mein ne seekha tha madrasay mein,</w:t>
      </w:r>
    </w:p>
    <w:p>
      <w:pPr>
        <w:jc w:val="right"/>
      </w:pPr>
      <w:r>
        <w:t>کہ وہ پڑھتے تھے کتاب، انگلش کتابیں پڑھتے تھے، بہت زیادہ پڑھا کرتے تھے، بہت شوق تھا پڑھنے کا ان کو۔ تو میرا جو، میرے پاس جو تھا، یعنی جو میں نے سیکھا تھا مدرسے میں،</w:t>
      </w:r>
    </w:p>
    <w:p>
      <w:r>
        <w:rPr>
          <w:b/>
        </w:rPr>
        <w:t xml:space="preserve">[30:12] </w:t>
      </w:r>
      <w:r>
        <w:t>woh sab traditional ho gaya tha un ke liye.</w:t>
      </w:r>
    </w:p>
    <w:p>
      <w:pPr>
        <w:jc w:val="right"/>
      </w:pPr>
      <w:r>
        <w:t>وہ سب ٹریڈیشنل ہو گیا تھا ان کے لیے۔</w:t>
      </w:r>
    </w:p>
    <w:p>
      <w:r>
        <w:rPr>
          <w:b/>
        </w:rPr>
        <w:t xml:space="preserve">[30:16] </w:t>
      </w:r>
      <w:r>
        <w:t>Woh chahte the modern idiom mein baat ko samjhein. Aur mere paas traditional idiom tha.</w:t>
      </w:r>
    </w:p>
    <w:p>
      <w:pPr>
        <w:jc w:val="right"/>
      </w:pPr>
      <w:r>
        <w:t>وہ چاہتے تھے ماڈرن ایڈیم میں بات کو سمجھیں۔ اور میرے پاس ٹریڈیشنل ایڈیم تھا۔</w:t>
      </w:r>
    </w:p>
    <w:p>
      <w:r>
        <w:rPr>
          <w:b/>
        </w:rPr>
        <w:t xml:space="preserve">[30:27] </w:t>
      </w:r>
      <w:r>
        <w:t>Ab is ki wajah se kya hua, yeh ek lambi kahani hai ke mein ne yeh socha ke mujhe English parhna hai, Western literature parhna hai, Western modern thought ko janna hai.</w:t>
      </w:r>
    </w:p>
    <w:p>
      <w:pPr>
        <w:jc w:val="right"/>
      </w:pPr>
      <w:r>
        <w:t>اب اس کی وجہ سے کیا ہوا، یہ ایک لمبی کہانی ہے کہ میں نے یہ سوچا کہ مجھے انگلش پڑھنا ہے، ویسٹرن لٹریچر پڑھنا ہے، ویسٹرن ماڈرن تھاٹ کو جاننا ہے۔</w:t>
      </w:r>
    </w:p>
    <w:p>
      <w:r>
        <w:rPr>
          <w:b/>
        </w:rPr>
        <w:t xml:space="preserve">[30:41] </w:t>
      </w:r>
      <w:r>
        <w:t>To is kaam ke liye yeh jo mera supreme concern bana, mein ne dekha to kisi bhi Musalman ki book mein, list mein helper nahi thi.</w:t>
      </w:r>
    </w:p>
    <w:p>
      <w:pPr>
        <w:jc w:val="right"/>
      </w:pPr>
      <w:r>
        <w:t>تو اس کام کے لیے یہ جو میرا سپریم کنسرن بنا، میں نے دیکھا تو کسی بھی مسلمان کی بک میں، لیسٹ میں ہیلپر نہیں تھی۔</w:t>
      </w:r>
    </w:p>
    <w:p>
      <w:r>
        <w:rPr>
          <w:b/>
        </w:rPr>
        <w:t xml:space="preserve">[30:52] </w:t>
      </w:r>
      <w:r>
        <w:t>Jo top ke log hain, jaise misaal ke tor pe chand ek misaal deta hoon aap ko. Ibn Taymiyyah ki bohat bari, bara darja is Ibn Taymiyyah ka hai.</w:t>
      </w:r>
    </w:p>
    <w:p>
      <w:pPr>
        <w:jc w:val="right"/>
      </w:pPr>
      <w:r>
        <w:t>جو ٹاپ کے لوگ ہیں، جیسے مثال کے طور پر چند ایک مثال دیتا ہوں آپ کو۔ ابن تیمیہ کی بہت بڑی، بڑا درجہ اس ابن تیمیہ کا ہے۔</w:t>
      </w:r>
    </w:p>
    <w:p>
      <w:r>
        <w:rPr>
          <w:b/>
        </w:rPr>
        <w:t xml:space="preserve">[31:03] </w:t>
      </w:r>
      <w:r>
        <w:t>Un ki kitaab Al-Jawāb al-Ṣaḥīḥ mimma baddala dīn al-Masīḥ misaal ke tor pe. Bohat zabardast kitaab mani jati hai.</w:t>
      </w:r>
    </w:p>
    <w:p>
      <w:pPr>
        <w:jc w:val="right"/>
      </w:pPr>
      <w:r>
        <w:t>ان کی کتاب الجواب الصحيح من بدل دين المسيح مثال کے طور پر۔ بہت زبردست کتاب مانی جاتی ہے۔</w:t>
      </w:r>
    </w:p>
    <w:p>
      <w:r>
        <w:rPr>
          <w:b/>
        </w:rPr>
        <w:t xml:space="preserve">[31:15] </w:t>
      </w:r>
      <w:r>
        <w:t>Lekin kya hai, woh to debate hai. Woh to Muslim Christian debate hai. Mujhe debate to karna nahi tha.</w:t>
      </w:r>
    </w:p>
    <w:p>
      <w:pPr>
        <w:jc w:val="right"/>
      </w:pPr>
      <w:r>
        <w:t>لیکن کیا ہے، وہ تو ڈیبیٹ ہے۔ وہ تو مسلم کرسچن ڈیبیٹ ہے۔ مجھے ڈیبیٹ تو کرنا نہیں تھا۔</w:t>
      </w:r>
    </w:p>
    <w:p>
      <w:r>
        <w:rPr>
          <w:b/>
        </w:rPr>
        <w:t xml:space="preserve">[31:25] </w:t>
      </w:r>
      <w:r>
        <w:t>Mujhe to modern mind jo hai insaan ka, us ko adjust karna tha. Mujhe debate nahi karna tha.</w:t>
      </w:r>
    </w:p>
    <w:p>
      <w:pPr>
        <w:jc w:val="right"/>
      </w:pPr>
      <w:r>
        <w:t>مجھے تو ماڈرن مائنڈ جو ہے انسان کا، اس کو ایڈجسٹ کرنا تھا۔ مجھے ڈیبیٹ نہیں کرنا تھا۔</w:t>
      </w:r>
    </w:p>
    <w:p>
      <w:r>
        <w:rPr>
          <w:b/>
        </w:rPr>
        <w:t xml:space="preserve">[31:33] </w:t>
      </w:r>
      <w:r>
        <w:t>Aise hi dekhein, Shah Wali Allah ki bohat zyada well known kitaab hai Hujjat Allah al-Balighah woh bhi moti si hai.</w:t>
      </w:r>
    </w:p>
    <w:p>
      <w:pPr>
        <w:jc w:val="right"/>
      </w:pPr>
      <w:r>
        <w:t>ایسے ہی دیکھیں، شاہ اللہ کی بہت زیادہ ویل نون کتاب ہے حجت اللہ البالغہ وہ بھی موٹی سی ہے۔</w:t>
      </w:r>
    </w:p>
    <w:p>
      <w:r>
        <w:rPr>
          <w:b/>
        </w:rPr>
        <w:t xml:space="preserve">[31:44] </w:t>
      </w:r>
      <w:r>
        <w:t>Bohat bara darja mana jata hai is ko. Is ko mein ne kam az kam teen baar parha. Woh mere liye is kaam mein helper nahi ban sakti.</w:t>
      </w:r>
    </w:p>
    <w:p>
      <w:pPr>
        <w:jc w:val="right"/>
      </w:pPr>
      <w:r>
        <w:t>بہت بڑا درجہ مانا جاتا ہے اس کو۔ اس کو میں نے کم از کم تین بار پڑھا۔ وہ میرے لیے اس کام میں ہیلپر نہیں بن سکتی۔</w:t>
      </w:r>
    </w:p>
    <w:p>
      <w:r>
        <w:rPr>
          <w:b/>
        </w:rPr>
        <w:t xml:space="preserve">[31:53] </w:t>
      </w:r>
      <w:r>
        <w:t>kyun?</w:t>
      </w:r>
    </w:p>
    <w:p>
      <w:pPr>
        <w:jc w:val="right"/>
      </w:pPr>
      <w:r>
        <w:t>کیوں؟</w:t>
      </w:r>
    </w:p>
    <w:p>
      <w:r>
        <w:rPr>
          <w:b/>
        </w:rPr>
        <w:t xml:space="preserve">[31:55] </w:t>
      </w:r>
      <w:r>
        <w:t>is mein kya hai, islam ke jo ahkam hain, fiqhi ahkam khaas taur par, aur jo ahkam hain, to is ka traditional way mein is ki unhon ne hikmat bayan ki hai.</w:t>
      </w:r>
    </w:p>
    <w:p>
      <w:pPr>
        <w:jc w:val="right"/>
      </w:pPr>
      <w:r>
        <w:t>اس میں کیا ہے، اسلام کے جو احکام ہیں، فقہی احکام خاص طور پر، اور جو احکام ہیں، تو اس کا ٹریڈیشنل وے میں اس کی انہوں نے حکمت بیان کی ہے۔</w:t>
      </w:r>
    </w:p>
    <w:p>
      <w:r>
        <w:rPr>
          <w:b/>
        </w:rPr>
        <w:t xml:space="preserve">[32:10] </w:t>
      </w:r>
      <w:r>
        <w:t>islam ki hikmaten traditional framework mein. islami jo teachings hain, un ki hikmaten traditional framework mein batai hain unhon ne.</w:t>
      </w:r>
    </w:p>
    <w:p>
      <w:pPr>
        <w:jc w:val="right"/>
      </w:pPr>
      <w:r>
        <w:t>اسلام کی حکمتیں ٹریڈیشنل فریم ورک میں۔ اسلامی جو ٹیچنگز ہیں، ان کی حکمتیں ٹریڈیشنل فریم ورک میں بتائی ہیں انہوں نے۔</w:t>
      </w:r>
    </w:p>
    <w:p>
      <w:r>
        <w:rPr>
          <w:b/>
        </w:rPr>
        <w:t xml:space="preserve">[32:22] </w:t>
      </w:r>
      <w:r>
        <w:t>misalan namaz ki, roze ki, haj ki, zakat ki, hatta ke satre ki, jehad ki waghera ki. to poori poori kitab jo hai, traditional, yani un logon ko appeal kar sakti hai jo scientific daur se pehle traditional framework mein jeete thay.</w:t>
      </w:r>
    </w:p>
    <w:p>
      <w:pPr>
        <w:jc w:val="right"/>
      </w:pPr>
      <w:r>
        <w:t>مثلاً نماز کی، روزے کی، حج کی، زکوۃ کی، حتیٰ کہ سترہ کی، جہاد کی وغیرہ کی۔ تو پوری پوری کتاب جو ہے، ٹریڈیشنل، یعنی ان لوگوں کو اپیل کر سکتی ہے جو سائنٹیفک دور سے پہلے ٹریڈیشنل فریم ورک میں جیتے تھے۔</w:t>
      </w:r>
    </w:p>
    <w:p>
      <w:r>
        <w:rPr>
          <w:b/>
        </w:rPr>
        <w:t xml:space="preserve">[32:41] </w:t>
      </w:r>
      <w:r>
        <w:t>mera, mera woh concern nahi tha. main to modern mind jo hai, modern mind, is ko address karna tha mujhe. is ke liye is mein kuch bhi nahi tha.</w:t>
      </w:r>
    </w:p>
    <w:p>
      <w:pPr>
        <w:jc w:val="right"/>
      </w:pPr>
      <w:r>
        <w:t>میرا، میرا وہ کنسرن نہیں تھا۔ میں تو ماڈرن مائنڈ جو ہے، ماڈرن مائنڈ، اس کو ایڈریس کرنا تھا مجھے۔ اس کے لیے اس میں کچھ بھی نہیں تھا۔</w:t>
      </w:r>
    </w:p>
    <w:p>
      <w:r>
        <w:rPr>
          <w:b/>
        </w:rPr>
        <w:t xml:space="preserve">[32:53] </w:t>
      </w:r>
      <w:r>
        <w:t>is tarah se Maulana Ali mein kitab bohat mashhoor hai ماذا خسر العالم بانحطاط المسلمین woh bhi mere liye kuch nahi tha.</w:t>
      </w:r>
    </w:p>
    <w:p>
      <w:pPr>
        <w:jc w:val="right"/>
      </w:pPr>
      <w:r>
        <w:t>اس طرح سے مولانا علی میں کتاب بہت مشہور ہے ماذا خسر العالم بانحطاط المسلمین وہ بھی میرے لیے کچھ نہیں تھا۔</w:t>
      </w:r>
    </w:p>
    <w:p>
      <w:r>
        <w:rPr>
          <w:b/>
        </w:rPr>
        <w:t xml:space="preserve">[33:01] </w:t>
      </w:r>
      <w:r>
        <w:t>kyun ke sara is mein kya hai, musalmanon ka inhitat, musalmanon ka decline hai. kaise hua? aur is se un ke khayal ke mutabiq dunya ko kya nuqsan pohncha?</w:t>
      </w:r>
    </w:p>
    <w:p>
      <w:pPr>
        <w:jc w:val="right"/>
      </w:pPr>
      <w:r>
        <w:t>کیونکہ سارا اس میں کیا ہے، مسلمانوں کا انحطاط، مسلمانوں کا ڈیکلائن ہے۔ کیسے ہوا؟ اور اس سے ان کے خیال کے مطابق دنیا کو کیا نقصان پہنچا؟</w:t>
      </w:r>
    </w:p>
    <w:p>
      <w:r>
        <w:rPr>
          <w:b/>
        </w:rPr>
        <w:t xml:space="preserve">[33:14] </w:t>
      </w:r>
      <w:r>
        <w:t>woh ziyada tar political aur aur musalmanon ka jo dunyaavi aitbar se dabdaba hua, us ko le kar ke woh kitab hai.</w:t>
      </w:r>
    </w:p>
    <w:p>
      <w:pPr>
        <w:jc w:val="right"/>
      </w:pPr>
      <w:r>
        <w:t>وہ زیادہ تر پولیٹیکل اور اور مسلمانوں کا جو دنیاوی اعتبار سے دبدبہ ہوا، اس کو لے کر کے وہ کتاب ہے۔</w:t>
      </w:r>
    </w:p>
    <w:p>
      <w:r>
        <w:rPr>
          <w:b/>
        </w:rPr>
        <w:t xml:space="preserve">[33:23] </w:t>
      </w:r>
      <w:r>
        <w:t>woh bhi mera concern nahi tha. is mein hi mujhe woh cheez nahi milti thi jo modern mind ko address karne wali ho. aisi un ki kitab bohat mashhoor hai Allama Iqbal ki reconstruction of religious thought in Islam</w:t>
      </w:r>
    </w:p>
    <w:p>
      <w:pPr>
        <w:jc w:val="right"/>
      </w:pPr>
      <w:r>
        <w:t>وہ بھی میرا کنسرن نہیں تھا۔ اس میں ہی مجھے وہ چیز نہیں ملتی تھی جو ماڈرن مائنڈ کو ایڈریس کرنے والی ہو۔ ایسی ان کی کتاب بہت مشہور ہے علامہ اقبال کی ریکنسٹرکشن اف ریلیجس تھاٹ ان اسلام</w:t>
      </w:r>
    </w:p>
    <w:p>
      <w:r>
        <w:rPr>
          <w:b/>
        </w:rPr>
        <w:t xml:space="preserve">[33:41] </w:t>
      </w:r>
      <w:r>
        <w:t>woh mere matlab ki kitab nahi. kyun ke woh to ijtihad par hai.</w:t>
      </w:r>
    </w:p>
    <w:p>
      <w:pPr>
        <w:jc w:val="right"/>
      </w:pPr>
      <w:r>
        <w:t>وہ میرے مطلب کی کتاب نہیں۔ کیونکہ وہ تو اجتہاد پر ہے۔</w:t>
      </w:r>
    </w:p>
    <w:p>
      <w:r>
        <w:rPr>
          <w:b/>
        </w:rPr>
        <w:t xml:space="preserve">[33:47] </w:t>
      </w:r>
      <w:r>
        <w:t>mera, mera masla ijtihad nahi tha. mera masla tha modern mind ko address karna. is mein kuch bhi mujhe, kuch bhi nahi mila is mein.</w:t>
      </w:r>
    </w:p>
    <w:p>
      <w:pPr>
        <w:jc w:val="right"/>
      </w:pPr>
      <w:r>
        <w:t>میرا، میرا مسئلہ اجتہاد نہیں تھا۔ میرا مسئلہ تھا ماڈرن مائنڈ کو ایڈریس کرنا۔ اس میں کچھ بھی مجھے، کچھ بھی نہیں ملا اس میں۔</w:t>
      </w:r>
    </w:p>
    <w:p>
      <w:r>
        <w:rPr>
          <w:b/>
        </w:rPr>
        <w:t xml:space="preserve">[33:56] </w:t>
      </w:r>
      <w:r>
        <w:t>is kitab ko main ne kam az kam do bar parha hoga. aise sari kitabon ka haal hai. to main ne un ko bataya jo bohat ta'ajjub un ko hua ke Christians ke books mein mujhe bohat ziyada faida mila.</w:t>
      </w:r>
    </w:p>
    <w:p>
      <w:pPr>
        <w:jc w:val="right"/>
      </w:pPr>
      <w:r>
        <w:t>اس کتاب کو میں نے کم از کم دو بار پڑھا ہوگا۔ ایسے ساری کتابوں کا حال ہے۔ تو میں نے ان کو بتایا جو بہت تعجب ان کو ہوا کہ کرسچنز کے بکس میں مجھے بہت زیادہ فائدہ ملا۔</w:t>
      </w:r>
    </w:p>
    <w:p>
      <w:r>
        <w:rPr>
          <w:b/>
        </w:rPr>
        <w:t xml:space="preserve">[34:11] </w:t>
      </w:r>
      <w:r>
        <w:t>misalan sab se pehle jo mujhe mili, jo cheez jis se mujhe mind ko aik bohat bari, aik line mili sochne ki, woh thi Sir James Jeans ki kitab "Mysterious Universe".</w:t>
      </w:r>
    </w:p>
    <w:p>
      <w:pPr>
        <w:jc w:val="right"/>
      </w:pPr>
      <w:r>
        <w:t>مثلاً سب سے پہلے جو مجھے ملی، جو چیز جس سے مجھے مائنڈ کو ایک بہت بڑی، ایک لائن ملی سوچنے کی، وہ تھی سر جیمز جینز کی کتاب "مسٹیریس یونیورس"۔</w:t>
      </w:r>
    </w:p>
    <w:p>
      <w:r>
        <w:rPr>
          <w:b/>
        </w:rPr>
        <w:t xml:space="preserve">[34:26] </w:t>
      </w:r>
      <w:r>
        <w:t>is mein woh is ko destroy kiya hai is ne. aaj kal jo mana jata hai ke "cause and effect". aaj kal aap logon ko suniye, logon ki baaten to woh samajhte hain ke bas sara maamla "cause and effect" hai.</w:t>
      </w:r>
    </w:p>
    <w:p>
      <w:pPr>
        <w:jc w:val="right"/>
      </w:pPr>
      <w:r>
        <w:t>اس میں وہ اس کو ڈسٹرائے کیا ہے اس نے۔ آج کل جو مانا جاتا ہے کہ "کاز اینڈ ایفیکٹ"۔ آج کل آپ لوگوں کو سنیے، لوگوں کی باتیں تو وہ سمجھتے ہیں کہ بس سارا معاملہ "کاز اینڈ ایفیکٹ" ہے۔</w:t>
      </w:r>
    </w:p>
    <w:p>
      <w:r>
        <w:rPr>
          <w:b/>
        </w:rPr>
        <w:t xml:space="preserve">[34:40] </w:t>
      </w:r>
      <w:r>
        <w:t>principle of cause association, yeh sari universe jo hai, principle of cause association mein chal rahi hai. "cause and effect" par is ko destroy kar diya is ne. aur bohat bara scientist hai woh.</w:t>
      </w:r>
    </w:p>
    <w:p>
      <w:pPr>
        <w:jc w:val="right"/>
      </w:pPr>
      <w:r>
        <w:t>پرنسپل اف کاز ایشن، یہ ساری یونیورس جو ہے، پرنسپل اف کاز ایشن میں چل رہی ہے۔ "کاز اینڈ ایفیکٹ" پر اس کو ڈسٹرائے کر دیا اس نے۔ اور بہت بڑا سائنٹسٹ ہے وہ۔</w:t>
      </w:r>
    </w:p>
    <w:p>
      <w:r>
        <w:rPr>
          <w:b/>
        </w:rPr>
        <w:t xml:space="preserve">[34:51] </w:t>
      </w:r>
      <w:r>
        <w:t>ab yahan par mujhe aik cheez mili ke jin se main milta tha, woh yahi "cause and effect" ki baaten karte thay ke Khuda ki zaroorat hi kya hai humein? hum kya karein Khuda ko le kar ke?</w:t>
      </w:r>
    </w:p>
    <w:p>
      <w:pPr>
        <w:jc w:val="right"/>
      </w:pPr>
      <w:r>
        <w:t>اب یہاں پر مجھے ایک چیز ملی کہ جن سے میں ملتا تھا، وہ یہی "کاز اینڈ ایفیکٹ" کی باتیں کرتے تھے کہ خدا کی ضرورت ہی کیا ہے ہمیں؟ ہم کیا کریں خدا کو لے کر کے؟</w:t>
      </w:r>
    </w:p>
    <w:p>
      <w:r>
        <w:rPr>
          <w:b/>
        </w:rPr>
        <w:t xml:space="preserve">[35:01] </w:t>
      </w:r>
      <w:r>
        <w:t>ab to principle of cause association jo discovery hui hai is science mein, woh kafi hai hamare liye.</w:t>
      </w:r>
    </w:p>
    <w:p>
      <w:pPr>
        <w:jc w:val="right"/>
      </w:pPr>
      <w:r>
        <w:t>اب تو پرنسپل اف کاز ایشن جو ڈسکوری ہوئی ہے اس سائنس میں، وہ کافی ہے ہمارے لیے۔</w:t>
      </w:r>
    </w:p>
    <w:p>
      <w:r>
        <w:rPr>
          <w:b/>
        </w:rPr>
        <w:t xml:space="preserve">[35:07] </w:t>
      </w:r>
      <w:r>
        <w:t>woh sari universe explain ho rahi hai is se. to bohat hi bara scientist hai Sir James Jeans, is ne is ko destroy kar diya. ab yeh baat mujhe wahin mili usi kitab mein.</w:t>
      </w:r>
    </w:p>
    <w:p>
      <w:pPr>
        <w:jc w:val="right"/>
      </w:pPr>
      <w:r>
        <w:t>وہ ساری یونیورس ایکسپلین ہو رہی ہے اس سے۔ تو بہت ہی بڑا سائنٹسٹ ہے سر جیمز جینز، اس نے اس کو ڈسٹرائے کر دیا۔ اب یہ بات مجھے وہیں ملی اسی کتاب میں۔</w:t>
      </w:r>
    </w:p>
    <w:p>
      <w:r>
        <w:rPr>
          <w:b/>
        </w:rPr>
        <w:t xml:space="preserve">[35:18] </w:t>
      </w:r>
      <w:r>
        <w:t>aur to kahin mili nahi.</w:t>
      </w:r>
    </w:p>
    <w:p>
      <w:pPr>
        <w:jc w:val="right"/>
      </w:pPr>
      <w:r>
        <w:t>اور تو کہیں ملی نہیں۔</w:t>
      </w:r>
    </w:p>
    <w:p>
      <w:r>
        <w:rPr>
          <w:b/>
        </w:rPr>
        <w:t xml:space="preserve">[35:22] </w:t>
      </w:r>
      <w:r>
        <w:t>aise hi dekhiye, Julian Huxley ki kitab hai ke "Man Stands Alone".</w:t>
      </w:r>
    </w:p>
    <w:p>
      <w:pPr>
        <w:jc w:val="right"/>
      </w:pPr>
      <w:r>
        <w:t>ایسے ہی دیکھیں، جولن ہکسری کی کتاب ہے کہ "مین سٹینڈز الون"۔</w:t>
      </w:r>
    </w:p>
    <w:p>
      <w:r>
        <w:rPr>
          <w:b/>
        </w:rPr>
        <w:t xml:space="preserve">[35:34] </w:t>
      </w:r>
      <w:r>
        <w:t>"Man Stands Alone" is mein dikhaya is ne ke yeh to pehle zamanay ki baat thi ke hum ko Khuda ko manna parta tha. ab Khuda ki zaroorat hi kya hai?</w:t>
      </w:r>
    </w:p>
    <w:p>
      <w:pPr>
        <w:jc w:val="right"/>
      </w:pPr>
      <w:r>
        <w:t>"مین سٹینڈز الون" اس میں دکھایا اس نے کہ یہ تو پہلے زمانے کی بات تھی کہ ہم کو خدا کو ماننا پڑتا تھا۔ اب خدا کی ضرورت ہی کیا ہے؟</w:t>
      </w:r>
    </w:p>
    <w:p>
      <w:r>
        <w:rPr>
          <w:b/>
        </w:rPr>
        <w:t xml:space="preserve">[35:44] </w:t>
      </w:r>
      <w:r>
        <w:t>hum scientific age mein hain aur bas hamara civilization, hamara science, hamare modern knowledge mein kafi hai humein.</w:t>
      </w:r>
    </w:p>
    <w:p>
      <w:pPr>
        <w:jc w:val="right"/>
      </w:pPr>
      <w:r>
        <w:t>ہم سائنٹیفک ایج میں ہیں اور بس ہمارا سولائزیشن، ہمارا سائنس، ہمارے ماڈرن نالج میں کافی ہے ہمیں۔</w:t>
      </w:r>
    </w:p>
    <w:p>
      <w:r>
        <w:rPr>
          <w:b/>
        </w:rPr>
        <w:t xml:space="preserve">[35:54] </w:t>
      </w:r>
      <w:r>
        <w:t>aur kuch nahi zaroorat humein. hamari democracy. is par bohat hi achi kitab likhi hai aik American scientist ne, Cressy Morrison ne.</w:t>
      </w:r>
    </w:p>
    <w:p>
      <w:pPr>
        <w:jc w:val="right"/>
      </w:pPr>
      <w:r>
        <w:t>اور کچھ نہیں ضرورت ہمیں۔ ہماری ڈیموکریسی۔ اس پر بہت ہی اچھی کتاب لکھی ہے ایک امریکن سائنٹسٹ نے، کریسی موریسن نے۔</w:t>
      </w:r>
    </w:p>
    <w:p>
      <w:r>
        <w:rPr>
          <w:b/>
        </w:rPr>
        <w:t xml:space="preserve">[36:05] </w:t>
      </w:r>
      <w:r>
        <w:t>"Man Does Not Stand Alone". bohat hi bharpoor jawab diya is mein is ka. "Man Does Not Stand Alone"</w:t>
      </w:r>
    </w:p>
    <w:p>
      <w:pPr>
        <w:jc w:val="right"/>
      </w:pPr>
      <w:r>
        <w:t>"مین ڈز ناٹ سٹینڈ الون"۔ بہت ہی بھرپور جواب دیا اس میں اس کا۔ "مین ڈز ناٹ سٹینڈ الون"</w:t>
      </w:r>
    </w:p>
    <w:p>
      <w:r>
        <w:rPr>
          <w:b/>
        </w:rPr>
        <w:t xml:space="preserve">[36:13] </w:t>
      </w:r>
      <w:r>
        <w:t>. ab yeh kitab main ne parhi to woh mujhe jo modern mind jo question karta hai, woh mujhe is kitab mein mila tha.</w:t>
      </w:r>
    </w:p>
    <w:p>
      <w:pPr>
        <w:jc w:val="right"/>
      </w:pPr>
      <w:r>
        <w:t>۔ اب یہ کتاب میں نے پڑھی تو وہ مجھے جو ماڈرن مائنڈ جو کوئسچن کرتا ہے، وہ مجھے اس کتاب میں ملا تھا۔</w:t>
      </w:r>
    </w:p>
    <w:p>
      <w:r>
        <w:rPr>
          <w:b/>
        </w:rPr>
        <w:t xml:space="preserve">[36:22] </w:t>
      </w:r>
      <w:r>
        <w:t>aur jawab mujhe kahan mila? creasy morrison ki kitab mein. to mujhe bohat hi khushi hui ke is poori kitab ko maine kai baar parha. kyunke is mein mera masla hal hota tha.</w:t>
      </w:r>
    </w:p>
    <w:p>
      <w:pPr>
        <w:jc w:val="right"/>
      </w:pPr>
      <w:r>
        <w:t>اور جواب مجھے کہاں ملا؟ کریسی موریسن کی کتاب میں۔ تو مجھے بہت ہی خوشی ہوئی کہ اس پوری کتاب کو میں نے کئی بار پڑھا۔ کیونکہ اس میں میرا مسئلہ حل ہوتا تھا۔</w:t>
      </w:r>
    </w:p>
    <w:p>
      <w:r>
        <w:rPr>
          <w:b/>
        </w:rPr>
        <w:t xml:space="preserve">[36:33] </w:t>
      </w:r>
      <w:r>
        <w:t>jis mind ko mujhe address karna tha, woh yahi sab question poochte thay. inke yahi sab doubts hote thay, yahi sab doubt.</w:t>
      </w:r>
    </w:p>
    <w:p>
      <w:pPr>
        <w:jc w:val="right"/>
      </w:pPr>
      <w:r>
        <w:t>جس مائنڈ کو مجھے ایڈریس کرنا تھا، وہ یہی سب کوئسچن پوچھتے تھے۔ ان کے یہی سب ڈاؤٹس ہوتے تھے، یہی سب ڈاؤٹ۔</w:t>
      </w:r>
    </w:p>
    <w:p>
      <w:r>
        <w:rPr>
          <w:b/>
        </w:rPr>
        <w:t xml:space="preserve">[36:41] </w:t>
      </w:r>
      <w:r>
        <w:t>is doubt ko clear kiya creasy morrison ne is kitab mein ke "man does not stand alone". bohat zabardast kitab.</w:t>
      </w:r>
    </w:p>
    <w:p>
      <w:pPr>
        <w:jc w:val="right"/>
      </w:pPr>
      <w:r>
        <w:t>اس ڈاؤٹ کو کلیئر کیا کریسی موریسن نے اس کتاب میں کہ "مین ڈز ناٹ سٹینڈ الون"۔ بہت زبردست کتاب۔</w:t>
      </w:r>
    </w:p>
    <w:p>
      <w:r>
        <w:rPr>
          <w:b/>
        </w:rPr>
        <w:t xml:space="preserve">[36:51] </w:t>
      </w:r>
      <w:r>
        <w:t>aur maine in se bataya to bohat un ko taajjub hua ke sab se bara jo faida mujhe mila is mein, woh ek atheist ki kitab se. woh khud mazhab ko nahi manta.</w:t>
      </w:r>
    </w:p>
    <w:p>
      <w:pPr>
        <w:jc w:val="right"/>
      </w:pPr>
      <w:r>
        <w:t>اور میں نے ان سے بتایا تو بہت ان کو تعجب ہوا کہ سب سے بڑا جو فائدہ مجھے ملا اس میں، وہ ایک اتھیسٹ کی کتاب سے۔ وہ خود مذہب کو نہیں مانتا۔</w:t>
      </w:r>
    </w:p>
    <w:p>
      <w:r>
        <w:rPr>
          <w:b/>
        </w:rPr>
        <w:t xml:space="preserve">[37:01] </w:t>
      </w:r>
      <w:r>
        <w:t>lekin mujhe isi mein ek aisi baat mili. woh kya? maine kaha ke is zamane mein main ek professor se mila tha, class ke professor se.</w:t>
      </w:r>
    </w:p>
    <w:p>
      <w:pPr>
        <w:jc w:val="right"/>
      </w:pPr>
      <w:r>
        <w:t>لیکن مجھے اسی میں ایک ایسی بات ملی۔ وہ کیا؟ میں نے کہا کہ اس زمانے میں میں ایک پروفیسر سے ملا تھا، کلاس کے پروفیسر سے۔</w:t>
      </w:r>
    </w:p>
    <w:p>
      <w:r>
        <w:rPr>
          <w:b/>
        </w:rPr>
        <w:t xml:space="preserve">[37:14] </w:t>
      </w:r>
      <w:r>
        <w:t>to us ne kaha ke janab aap jante hain, islam mein sirf secondary racialism hai. primary racialism islam mein nahi hai.</w:t>
      </w:r>
    </w:p>
    <w:p>
      <w:pPr>
        <w:jc w:val="right"/>
      </w:pPr>
      <w:r>
        <w:t>تو اس نے کہا کہ جناب آپ جانتے ہیں، اسلام میں صرف سیکنڈری ریشلزم ہے۔ پرائمری ریشلزم اسلام میں نہیں ہے۔</w:t>
      </w:r>
    </w:p>
    <w:p>
      <w:r>
        <w:rPr>
          <w:b/>
        </w:rPr>
        <w:t xml:space="preserve">[37:24] </w:t>
      </w:r>
      <w:r>
        <w:t>ab mujhe bohat shock laga is ko is mein. ab yeh ek ek question to ibn taimiya ko, shah allah ko, ibn taimiya ko, doctor iqbal ko, kisi ko pesh nahi aya.</w:t>
      </w:r>
    </w:p>
    <w:p>
      <w:pPr>
        <w:jc w:val="right"/>
      </w:pPr>
      <w:r>
        <w:t>اب مجھے بہت شاک لگا اس کو اس میں۔ اب یہ ایک ایک کوئسچن تو ابن تیمیہ کو، شاہ اللہ کو، ابن تیمیہ کو، ڈاکٹر اقبال کو، کسی کو پیش نہیں آیا۔</w:t>
      </w:r>
    </w:p>
    <w:p>
      <w:r>
        <w:rPr>
          <w:b/>
        </w:rPr>
        <w:t xml:space="preserve">[37:33] </w:t>
      </w:r>
      <w:r>
        <w:t>ya kam az kam unhone likha nahi is sawal par. kisi ne likha nahi is baat</w:t>
      </w:r>
    </w:p>
    <w:p>
      <w:pPr>
        <w:jc w:val="right"/>
      </w:pPr>
      <w:r>
        <w:t>یا کم از کم انہوں نے لکھا نہیں اس سوال پر۔ کسی نے لکھا نہیں اس بات</w:t>
      </w:r>
    </w:p>
    <w:p>
      <w:r>
        <w:rPr>
          <w:b/>
        </w:rPr>
        <w:t xml:space="preserve">[37:38] </w:t>
      </w:r>
      <w:r>
        <w:t>ko. ab us ne kaha ke islam mein sirf secondary racialism hai. primary racialism nahi hai. ab yeh is ke baad maine kitab parhi "burton research ki human knowledge".</w:t>
      </w:r>
    </w:p>
    <w:p>
      <w:pPr>
        <w:jc w:val="right"/>
      </w:pPr>
      <w:r>
        <w:t>کو۔ اب اس نے کہا کہ اسلام میں صرف سیکنڈری ریشلزم ہے۔ پرائمری ریشلزم نہیں ہے۔ اب یہ اس کے بعد میں نے کتاب پڑھی "برٹن ریسرچ کی ہیومن نالج"۔</w:t>
      </w:r>
    </w:p>
    <w:p>
      <w:r>
        <w:rPr>
          <w:b/>
        </w:rPr>
        <w:t xml:space="preserve">[37:51] </w:t>
      </w:r>
      <w:r>
        <w:t>wohi moti si kitab hai. is notion ko us ne destroy kar diya hai. yaani mazhab ke reference mein nahi. ek tasawwur ke reference mein</w:t>
      </w:r>
    </w:p>
    <w:p>
      <w:pPr>
        <w:jc w:val="right"/>
      </w:pPr>
      <w:r>
        <w:t>وہی موٹی سی کتاب ہے۔ اس نوشن کو اس نے ڈسٹرائے کر دیا ہے۔ یعنی مذہب کے ریفرنس میں نہیں۔ ایک تصور کے ریفرنس میں</w:t>
      </w:r>
    </w:p>
    <w:p>
      <w:r>
        <w:rPr>
          <w:b/>
        </w:rPr>
        <w:t xml:space="preserve">[38:00] </w:t>
      </w:r>
      <w:r>
        <w:t>. yeh kaha jata hai kyunke logical positivism jo tha pehle, is mein yeh mana jata tha.</w:t>
      </w:r>
    </w:p>
    <w:p>
      <w:pPr>
        <w:jc w:val="right"/>
      </w:pPr>
      <w:r>
        <w:t>۔ یہ کہا جاتا ہے کیونکہ لاجیکل پازیٹیوزم جو تھا پہلے، اس میں یہ مانا جاتا تھا۔</w:t>
      </w:r>
    </w:p>
    <w:p>
      <w:r>
        <w:rPr>
          <w:b/>
        </w:rPr>
        <w:t xml:space="preserve">[38:10] </w:t>
      </w:r>
      <w:r>
        <w:t>to us ne is ko destroy kar diya hai. agarche us ne destroy kiya hai as a, yaani scientific concept.</w:t>
      </w:r>
    </w:p>
    <w:p>
      <w:pPr>
        <w:jc w:val="right"/>
      </w:pPr>
      <w:r>
        <w:t>تو اس نے اس کو ڈسٹرائے کر دیا ہے۔ اگرچہ اس نے ڈسٹرائے کیا ہے ایز اے، یعنی سائنٹیفک کانسیپٹ۔</w:t>
      </w:r>
    </w:p>
    <w:p>
      <w:r>
        <w:rPr>
          <w:b/>
        </w:rPr>
        <w:t xml:space="preserve">[38:19] </w:t>
      </w:r>
      <w:r>
        <w:t>is mein mujhe ek bohat bari baat mil gayi. aur us ko maine likha phir "science and religion" mein. ke islam mein isi tarah se primary racialism hai jis tarah se doosre discipline mein hai.</w:t>
      </w:r>
    </w:p>
    <w:p>
      <w:pPr>
        <w:jc w:val="right"/>
      </w:pPr>
      <w:r>
        <w:t>اس میں مجھے ایک بہت بڑی بات مل گئی۔ اور اس کو میں نے لکھا پھر "سائنس اینڈ ریلیجن" میں۔ کہ اسلام میں اسی طرح سے پرائمری ریشلزم ہے جس طرح سے دوسرے ڈسپلن میں ہے۔</w:t>
      </w:r>
    </w:p>
    <w:p>
      <w:r>
        <w:rPr>
          <w:b/>
        </w:rPr>
        <w:t xml:space="preserve">[38:36] </w:t>
      </w:r>
      <w:r>
        <w:t>is ki detail aap parh sakte hain meri kitab jo hai "journal and science" mein. to is tarah se bohat sari kitabein hain jo in logon ne likhi hain jo non muslim thay, christian thay.</w:t>
      </w:r>
    </w:p>
    <w:p>
      <w:pPr>
        <w:jc w:val="right"/>
      </w:pPr>
      <w:r>
        <w:t>اس کی ڈیٹیل آپ پڑھ سکتے ہیں میری کتاب جو ہے "جرنل اینڈ سائنس" میں۔ تو اس طرح سے بہت ساری کتابیں ہیں جو ان لوگوں نے لکھی ہیں جو نان مسلم تھے، کرسچن تھے۔</w:t>
      </w:r>
    </w:p>
    <w:p>
      <w:r>
        <w:rPr>
          <w:b/>
        </w:rPr>
        <w:t xml:space="preserve">[38:49] </w:t>
      </w:r>
      <w:r>
        <w:t>lekin woh chunchke scientist thay, unhone modern education li thi. woh jante thay ke aaj ke question kya hain. is se mujhe food mila, is se mujhe clue mila.</w:t>
      </w:r>
    </w:p>
    <w:p>
      <w:pPr>
        <w:jc w:val="right"/>
      </w:pPr>
      <w:r>
        <w:t>لیکن وہ چونکہ سائنٹسٹ تھے، انہوں نے ماڈرن ایجوکیشن لی تھی۔ وہ جانتے تھے کہ آج کے کوئسچن کیا ہیں۔ اس سے مجھے فوڈ ملا، اس سے مجھے کلو ملا۔</w:t>
      </w:r>
    </w:p>
    <w:p>
      <w:r>
        <w:rPr>
          <w:b/>
        </w:rPr>
        <w:t xml:space="preserve">[39:02] </w:t>
      </w:r>
      <w:r>
        <w:t>is ko le kar ke maine apne kitabon mein is ko shamil kiya, is ko is baat ko. to yeh hai aur bhi bohat sare is mein aspect hain.</w:t>
      </w:r>
    </w:p>
    <w:p>
      <w:pPr>
        <w:jc w:val="right"/>
      </w:pPr>
      <w:r>
        <w:t>اس کو لے کر کے میں نے اپنے کتابوں میں اس کو شامل کیا، اس کو اس بات کو۔ تو یہ ہے اور بھی بہت سارے اس میں اسپیکٹ ہیں۔</w:t>
      </w:r>
    </w:p>
    <w:p>
      <w:r>
        <w:rPr>
          <w:b/>
        </w:rPr>
        <w:t xml:space="preserve">[39:16] </w:t>
      </w:r>
      <w:r>
        <w:t>lekin yeh main ek ek baat jo maine kal kahi thi in se ke yeh jo main kehta hoon ke kisi muslim writer se mujhe kuch nahi mila, to aap is ko achanak na samjhiye.</w:t>
      </w:r>
    </w:p>
    <w:p>
      <w:pPr>
        <w:jc w:val="right"/>
      </w:pPr>
      <w:r>
        <w:t>لیکن یہ میں ایک ایک بات جو میں نے کل کہی تھی ان سے کہ یہ جو میں کہتا ہوں کہ کسی مسلم رائٹر سے مجھے کچھ نہیں ملا، تو آپ اس کو اچانک نہ سمجھیے۔</w:t>
      </w:r>
    </w:p>
    <w:p>
      <w:r>
        <w:rPr>
          <w:b/>
        </w:rPr>
        <w:t xml:space="preserve">[39:28] </w:t>
      </w:r>
      <w:r>
        <w:t>kyunke mera jo mera jo question tha, wahan woh mujhe uska mil nahi milta tha, nahi milta tha. woh mila mujhe doosre logon ki kitabon mein.</w:t>
      </w:r>
    </w:p>
    <w:p>
      <w:pPr>
        <w:jc w:val="right"/>
      </w:pPr>
      <w:r>
        <w:t>کیونکہ میرا جو میرا جو کوئسچن تھا، وہاں وہ مجھے اس کا مل نہیں ملتا تھا، نہیں ملتا تھا۔ وہ ملا مجھے دوسرے لوگوں کی کتابوں میں۔</w:t>
      </w:r>
    </w:p>
    <w:p>
      <w:r>
        <w:rPr>
          <w:b/>
        </w:rPr>
        <w:t xml:space="preserve">[39:39] </w:t>
      </w:r>
      <w:r>
        <w:t>to behal yeh</w:t>
      </w:r>
    </w:p>
    <w:p>
      <w:pPr>
        <w:jc w:val="right"/>
      </w:pPr>
      <w:r>
        <w:t>تو بہرحال یہ</w:t>
      </w:r>
    </w:p>
    <w:p>
      <w:r>
        <w:rPr>
          <w:b/>
        </w:rPr>
        <w:t xml:space="preserve">[39:43] </w:t>
      </w:r>
      <w:r>
        <w:t>iska yeh ek aspect hai. main inshallah kisi aur majlis mein is ke doosre aspect bhi bataunga aap ko. jis mein abhi yeh baatein bohat sari baqi hain.</w:t>
      </w:r>
    </w:p>
    <w:p>
      <w:pPr>
        <w:jc w:val="right"/>
      </w:pPr>
      <w:r>
        <w:t>اس کا یہ ایک اسپیکٹ ہے۔ میں انشاءاللہ کسی اور مجلس میں اس کے دوسرے اسپیکٹ بھی بتاؤں گا آپ کو۔ جس میں ابھی یہ باتیں بہت ساری باقی ہیں۔</w:t>
      </w:r>
    </w:p>
    <w:p>
      <w:r>
        <w:rPr>
          <w:b/>
        </w:rPr>
        <w:t xml:space="preserve">[39:55] </w:t>
      </w:r>
      <w:r>
        <w:t>lekin main yeh kahunga ke agar aadmi seeker bane, main yeh kahunga ke ideal course of life jo hai, wohi hai jo rasool allah ke sath bhi tha.</w:t>
      </w:r>
    </w:p>
    <w:p>
      <w:pPr>
        <w:jc w:val="right"/>
      </w:pPr>
      <w:r>
        <w:t>لیکن میں یہ کہوں گا کہ اگر آدمی سیکھر بنے، میں یہ کہوں گا کہ آئیڈیل کورس آف لائف جو ہے، وہی ہے جو رسول اللہ کے ساتھ بھی تھا۔</w:t>
      </w:r>
    </w:p>
    <w:p>
      <w:r>
        <w:rPr>
          <w:b/>
        </w:rPr>
        <w:t xml:space="preserve">[40:05] </w:t>
      </w:r>
      <w:r>
        <w:t>ideal course of life.</w:t>
      </w:r>
    </w:p>
    <w:p>
      <w:pPr>
        <w:jc w:val="right"/>
      </w:pPr>
      <w:r>
        <w:t>آئیڈیل کورس آف لائف۔</w:t>
      </w:r>
    </w:p>
    <w:p>
      <w:r>
        <w:rPr>
          <w:b/>
        </w:rPr>
        <w:t xml:space="preserve">[40:10] </w:t>
      </w:r>
      <w:r>
        <w:t>jo maine arz kiya ke surah wazh mein aap parh sakte hain, surah al nasr mein parh sakte hain aap. aur tareekh mein kuch log wohi honge jinko yeh ideal course of life nahi mila hoga.</w:t>
      </w:r>
    </w:p>
    <w:p>
      <w:pPr>
        <w:jc w:val="right"/>
      </w:pPr>
      <w:r>
        <w:t>جو میں نے عرض کیا کہ سورہ وضح میں آپ پڑھ سکتے ہیں، سورہ النصر میں پڑھ سکتے ہیں آپ۔ اور تاریخ میں کچھ لوگ وہی ہوں گے جنہوں کو یہ آئیڈیل کورس آف لائف نہیں ملا ہو۔</w:t>
      </w:r>
    </w:p>
    <w:p>
      <w:r>
        <w:rPr>
          <w:b/>
        </w:rPr>
        <w:t xml:space="preserve">[40:22] </w:t>
      </w:r>
      <w:r>
        <w:t>lekin main apne bare mein keh sakta hoon ke main theek theek isi course se guzra. aur mujhe allah taala ne bohat zyada faida diya.</w:t>
      </w:r>
    </w:p>
    <w:p>
      <w:pPr>
        <w:jc w:val="right"/>
      </w:pPr>
      <w:r>
        <w:t>لیکن میں اپنے بارے میں کہہ سکتا ہوں کہ میں ٹھیک ٹھیک اسی کورس سے گزرا۔ اور مجھے اللہ تعالی نے بہت زیادہ فائدہ دیا۔</w:t>
      </w:r>
    </w:p>
    <w:p>
      <w:r>
        <w:rPr>
          <w:b/>
        </w:rPr>
        <w:t xml:space="preserve">[40:34] </w:t>
      </w:r>
      <w:r>
        <w:t>aur meri dua hai ke har ek ko yeh faida mile. yeh course of life har ek ko mile. taake woh sachai tak pohanche. aqool qawli hadha wa astaghfirullah li wa lakum ajmaeen</w:t>
      </w:r>
    </w:p>
    <w:p>
      <w:pPr>
        <w:jc w:val="right"/>
      </w:pPr>
      <w:r>
        <w:t>اور میری دعا ہے کہ ہر ایک کو یہ فائدہ ملے۔ یہ کورس آف لائف ہر ایک کو ملے۔ تاکہ وہ سچائی تک پہنچے۔ أقول قولي هذا واستغفرالله لي ولكم اجمعین</w:t>
      </w:r>
    </w:p>
    <w:p>
      <w:r>
        <w:rPr>
          <w:b/>
        </w:rPr>
        <w:t xml:space="preserve">[41:00] </w:t>
      </w:r>
      <w:r>
        <w:t>This question is from Hussain Bano. What is lauh-e-mehfooz? Could you please elaborate?</w:t>
      </w:r>
    </w:p>
    <w:p>
      <w:pPr>
        <w:jc w:val="right"/>
      </w:pPr>
      <w:r>
        <w:t>This question is from حسین بانو۔ What is لوح محفوظ؟ Could you please elaborate?</w:t>
      </w:r>
    </w:p>
    <w:p>
      <w:r>
        <w:rPr>
          <w:b/>
        </w:rPr>
        <w:t xml:space="preserve">[41:11] </w:t>
      </w:r>
      <w:r>
        <w:t>dekhen, lauh-e-mehfooz jo hai,</w:t>
      </w:r>
    </w:p>
    <w:p>
      <w:pPr>
        <w:jc w:val="right"/>
      </w:pPr>
      <w:r>
        <w:t>دیکھیں، لوح محفوظ جو ہے،</w:t>
      </w:r>
    </w:p>
    <w:p>
      <w:r>
        <w:rPr>
          <w:b/>
        </w:rPr>
        <w:t xml:space="preserve">[41:16] </w:t>
      </w:r>
      <w:r>
        <w:t>quran mein yeh lafz aaya hai. lekin iski koi ek commentary nahi hai, koi accepted commentary nahi hai.</w:t>
      </w:r>
    </w:p>
    <w:p>
      <w:pPr>
        <w:jc w:val="right"/>
      </w:pPr>
      <w:r>
        <w:t>قرآن میں یہ لفظ آیا ہے۔ لیکن اس کی کوئی ایک کمنٹری نہیں ہے، کوئی ایکسیپٹڈ کمنٹری نہیں ہے۔</w:t>
      </w:r>
    </w:p>
    <w:p>
      <w:r>
        <w:rPr>
          <w:b/>
        </w:rPr>
        <w:t xml:space="preserve">[41:29] </w:t>
      </w:r>
      <w:r>
        <w:t>to main samajhta hoon ke is tarah ki jo baaten hain, is ke baray mein bohat zyada,</w:t>
      </w:r>
    </w:p>
    <w:p>
      <w:pPr>
        <w:jc w:val="right"/>
      </w:pPr>
      <w:r>
        <w:t>تو میں سمجھتا ہوں کہ اس طرح کی جو باتیں ہیں، اس کے بارے میں بہت زیادہ،</w:t>
      </w:r>
    </w:p>
    <w:p>
      <w:r>
        <w:rPr>
          <w:b/>
        </w:rPr>
        <w:t xml:space="preserve">[41:40] </w:t>
      </w:r>
      <w:r>
        <w:t>yani is ko bohat zyada specify karne ki koshish nahi karna chahiye. specific meaning iski kya hai, yeh hum ko na quran se pata hoti hai, na hadith se.</w:t>
      </w:r>
    </w:p>
    <w:p>
      <w:pPr>
        <w:jc w:val="right"/>
      </w:pPr>
      <w:r>
        <w:t>یعنی اس کو بہت زیادہ اسپیسیفائی کرنے کی کوشش نہیں کرنا چاہیے۔ سپیسیفک میننگ اس کی کیا ہے، یہ ہم کو نہ قرآن سے پتہ ہوتی ہے، نہ حدیث سے۔</w:t>
      </w:r>
    </w:p>
    <w:p>
      <w:r>
        <w:rPr>
          <w:b/>
        </w:rPr>
        <w:t xml:space="preserve">[41:52] </w:t>
      </w:r>
      <w:r>
        <w:t>isi liye commentary jo iski ki gayi hai, us mein bohat zyada, yani kai raaye hain.</w:t>
      </w:r>
    </w:p>
    <w:p>
      <w:pPr>
        <w:jc w:val="right"/>
      </w:pPr>
      <w:r>
        <w:t>اسی لیے کمنٹری جو اس کی کی گئی ہے، اس میں بہت زیادہ، یعنی کئی رائے ہیں۔</w:t>
      </w:r>
    </w:p>
    <w:p>
      <w:r>
        <w:rPr>
          <w:b/>
        </w:rPr>
        <w:t xml:space="preserve">[42:00] </w:t>
      </w:r>
      <w:r>
        <w:t>to main is se zyada aur kuch nahi kar sakta ke aap jo kitabon mein likha hai, woh parh lijiye ke har tafsir mein aap ko mil jayega.</w:t>
      </w:r>
    </w:p>
    <w:p>
      <w:pPr>
        <w:jc w:val="right"/>
      </w:pPr>
      <w:r>
        <w:t>تو میں اس سے زیادہ اور کچھ نہیں کر سکتا کہ آپ جو کتابوں میں لکھا ہے، وہ پڑھ لیجئے کہ ہر تفسیر میں آپ کو مل جائے گا۔</w:t>
      </w:r>
    </w:p>
    <w:p>
      <w:r>
        <w:rPr>
          <w:b/>
        </w:rPr>
        <w:t xml:space="preserve">[42:09] </w:t>
      </w:r>
      <w:r>
        <w:t>fi lauh-e-mehfooz jo ayat hai, us ke tehat kisi bhi tafsir mein aap ko mil jayega. baqi is se zyada mere paas kuch kehne ke liye nahi hai.</w:t>
      </w:r>
    </w:p>
    <w:p>
      <w:pPr>
        <w:jc w:val="right"/>
      </w:pPr>
      <w:r>
        <w:t>فی لوح محفوظ جو آیت ہے، اس کے تحت کسی بھی تفسیر میں آپ کو مل جائے گا۔ باقی اس سے زیادہ میرے پاس کچھ کہنے کے لیے نہیں ہے۔</w:t>
      </w:r>
    </w:p>
    <w:p>
      <w:r>
        <w:rPr>
          <w:b/>
        </w:rPr>
        <w:t xml:space="preserve">[42:19] </w:t>
      </w:r>
      <w:r>
        <w:t>aur main khud isi par amal karta hoon ke hadith mein ek ayat hai, ek hadith hai, us mein chaar baaten hain.</w:t>
      </w:r>
    </w:p>
    <w:p>
      <w:pPr>
        <w:jc w:val="right"/>
      </w:pPr>
      <w:r>
        <w:t>اور میں خود اسی پر عمل کرتا ہوں کہ حدیث میں ایک آیت ہے، ایک حدیث ہے، اس میں چار باتیں ہیں۔</w:t>
      </w:r>
    </w:p>
    <w:p>
      <w:r>
        <w:rPr>
          <w:b/>
        </w:rPr>
        <w:t xml:space="preserve">[42:31] </w:t>
      </w:r>
      <w:r>
        <w:t>chaar baaton mein se ek baat yeh hai ke saqata nash'an min ghair nisyān fa la tabḥath 'anhā kuchh cheezon ke baray mein Khuda ne detail nahi di hai,</w:t>
      </w:r>
    </w:p>
    <w:p>
      <w:pPr>
        <w:jc w:val="right"/>
      </w:pPr>
      <w:r>
        <w:t>چار باتوں میں سے ایک بات یہ ہے کہ سقط نشیا من غیر نسیان فلا تبحث عنہا بعض چیزوں کے بارے میں خدا نے ڈیٹیل نہیں دی ہے،</w:t>
      </w:r>
    </w:p>
    <w:p>
      <w:r>
        <w:rPr>
          <w:b/>
        </w:rPr>
        <w:t xml:space="preserve">[42:45] </w:t>
      </w:r>
      <w:r>
        <w:t>baghair bhoolay hue. to tum is ke baray mein zyada bahs na karo.</w:t>
      </w:r>
    </w:p>
    <w:p>
      <w:pPr>
        <w:jc w:val="right"/>
      </w:pPr>
      <w:r>
        <w:t>بغیر بھولے ہوئے۔ تو تم اس کے بارے میں زیادہ بحث نہ کرو۔</w:t>
      </w:r>
    </w:p>
    <w:p>
      <w:r>
        <w:rPr>
          <w:b/>
        </w:rPr>
        <w:t xml:space="preserve">[42:54] </w:t>
      </w:r>
      <w:r>
        <w:t>isi liye ek aalim ne kaha hai ke ab hum ma ab huma Allah</w:t>
      </w:r>
    </w:p>
    <w:p>
      <w:pPr>
        <w:jc w:val="right"/>
      </w:pPr>
      <w:r>
        <w:t>اسی لیے ایک عالم نے کہا ہے کہ اب هم ما اب همہ اللہ</w:t>
      </w:r>
    </w:p>
    <w:p>
      <w:r>
        <w:rPr>
          <w:b/>
        </w:rPr>
        <w:t xml:space="preserve">[42:59] </w:t>
      </w:r>
      <w:r>
        <w:t>Khuda ne jis cheez ko munh par rakha hai, us ko tum bhi munh par rakho. to is tarah ki cheezon ke baray mein meri koi bhi alag raaye nahi hai.</w:t>
      </w:r>
    </w:p>
    <w:p>
      <w:pPr>
        <w:jc w:val="right"/>
      </w:pPr>
      <w:r>
        <w:t>خدا نے جس چیز کو منہ پر رکھا ہے، اس کو تم بھی منہ پر رکھو۔ تو اس طرح کی چیزیں کے بارے میں میری کوئی بھی الگ رائے نہیں ہے۔</w:t>
      </w:r>
    </w:p>
    <w:p>
      <w:r>
        <w:rPr>
          <w:b/>
        </w:rPr>
        <w:t xml:space="preserve">[43:08] </w:t>
      </w:r>
      <w:r>
        <w:t>wohi jo aap kitabon mein likha hua hai, aap parh sakte hain. koi bhi commentary aap ke paas jo ho, har commentary aap ko mil jayega.</w:t>
      </w:r>
    </w:p>
    <w:p>
      <w:pPr>
        <w:jc w:val="right"/>
      </w:pPr>
      <w:r>
        <w:t>وہی جو آپ کتابوں میں لکھا ہوا ہے، آپ پڑھ سکتے ہیں۔ کوئی بھی کمنٹری آپ کے پاس جو ہو، ہر کمنٹری آپ کو مل جائے گا۔</w:t>
      </w:r>
    </w:p>
    <w:p>
      <w:r>
        <w:rPr>
          <w:b/>
        </w:rPr>
        <w:t xml:space="preserve">[43:19] </w:t>
      </w:r>
      <w:r>
        <w:t>bas is se zyada main aap ko kuch nahi keh sakta. is ke sath sirf yeh keh sakta hoon ke yeh tendency koi healthy tendency nahi hai.</w:t>
      </w:r>
    </w:p>
    <w:p>
      <w:pPr>
        <w:jc w:val="right"/>
      </w:pPr>
      <w:r>
        <w:t>بس اس سے زیادہ میں آپ کو کچھ نہیں کہہ سکتا۔ اس کے ساتھ صرف یہ کہہ سکتا ہوں کہ یہ ٹینڈنسی کوئی ہیلتھی ٹینڈنسی نہیں ہے۔</w:t>
      </w:r>
    </w:p>
    <w:p>
      <w:r>
        <w:rPr>
          <w:b/>
        </w:rPr>
        <w:t xml:space="preserve">[43:28] </w:t>
      </w:r>
      <w:r>
        <w:t>kuchh logon ko main dekhta hoon ke woh bohat zyada isi ke chakkar mein rehte hain ke alif, bay, alif, laam, meem ka kya matlab hai? kaaf, ha, ya, ain, saad ka kya matlab hai?</w:t>
      </w:r>
    </w:p>
    <w:p>
      <w:pPr>
        <w:jc w:val="right"/>
      </w:pPr>
      <w:r>
        <w:t>کچھ لوگوں کو میں دیکھتا ہوں کہ وہ بہت زیادہ اسی کے چکر میں رہتے ہیں کہ الف، بائے، الف، لام، میم کا کیا مطلب ہے؟ کف، آیا، عین، صاد کا کیا مطلب ہے؟</w:t>
      </w:r>
    </w:p>
    <w:p>
      <w:r>
        <w:rPr>
          <w:b/>
        </w:rPr>
        <w:t xml:space="preserve">[43:37] </w:t>
      </w:r>
      <w:r>
        <w:t>lauh-e-mehfooz ka kya matlab hai? yeh koi healthy trend nahi hai. kyunke is mein aap ko aakhir mein milega confusion.</w:t>
      </w:r>
    </w:p>
    <w:p>
      <w:pPr>
        <w:jc w:val="right"/>
      </w:pPr>
      <w:r>
        <w:t>لوح محفوظ کا کیا مطلب ہے؟ یہ کوئی ہیلتھی ٹرینڈ نہیں ہے۔ کیونکہ اس میں آپ کو آخر میں ملے گا کنفیوژن۔</w:t>
      </w:r>
    </w:p>
    <w:p>
      <w:r>
        <w:rPr>
          <w:b/>
        </w:rPr>
        <w:t xml:space="preserve">[43:46] </w:t>
      </w:r>
      <w:r>
        <w:t>confusion, confusion, confusion.</w:t>
      </w:r>
    </w:p>
    <w:p>
      <w:pPr>
        <w:jc w:val="right"/>
      </w:pPr>
      <w:r>
        <w:t>کنفیوژن، کنفیوژن، کنفیوژن۔</w:t>
      </w:r>
    </w:p>
    <w:p>
      <w:r>
        <w:rPr>
          <w:b/>
        </w:rPr>
        <w:t xml:space="preserve">[43:50] </w:t>
      </w:r>
      <w:r>
        <w:t>jis cheez ke baray mein humein specific information mil na sakti ho, us ke baray mein yahi hai ke ab hum ma ab huma Allah ke jitna bataya gaya hai,</w:t>
      </w:r>
    </w:p>
    <w:p>
      <w:pPr>
        <w:jc w:val="right"/>
      </w:pPr>
      <w:r>
        <w:t>جس چیز کے بارے میں ہمیں سپیسیفک انفارمیشن مل نہ سکتی ہو، اس کے بارے میں یہی ہے کہ اب هم ما اب همہ اللہ کہ جتنا بتایا گیا ہے،</w:t>
      </w:r>
    </w:p>
    <w:p>
      <w:r>
        <w:rPr>
          <w:b/>
        </w:rPr>
        <w:t xml:space="preserve">[44:07] </w:t>
      </w:r>
      <w:r>
        <w:t>isi ko sab kuch samajh kar ke bas maan lena. aur hazaron, lakhon, karoron cheezain hain jin ke baray mein hum zyada tehqeeq kar sakte hain.</w:t>
      </w:r>
    </w:p>
    <w:p>
      <w:pPr>
        <w:jc w:val="right"/>
      </w:pPr>
      <w:r>
        <w:t>اسی کو سب کچھ سمجھ کر کے بس مان لینا۔ اور ہزاروں، لاکھوں، کروڑوں چیزیں ہیں جن کے بارے میں ہم زیادہ تحقیق کر سکتے ہیں۔</w:t>
      </w:r>
    </w:p>
    <w:p>
      <w:r>
        <w:rPr>
          <w:b/>
        </w:rPr>
        <w:t xml:space="preserve">[44:15] </w:t>
      </w:r>
      <w:r>
        <w:t>us ko samajhne ki koshish kijiye.</w:t>
      </w:r>
    </w:p>
    <w:p>
      <w:pPr>
        <w:jc w:val="right"/>
      </w:pPr>
      <w:r>
        <w:t>اس کو سمجھنے کی کوشش کیجئے۔</w:t>
      </w:r>
    </w:p>
    <w:p>
      <w:r>
        <w:rPr>
          <w:b/>
        </w:rPr>
        <w:t xml:space="preserve">[44:18] </w:t>
      </w:r>
      <w:r>
        <w:t>isi mein kya zaroorat hai ke aap zyada is ka woh karen? jaise main ne aaj hi aap ko bataya ke bohat cheezain jo thi, woh undiscovered pari hui thi.</w:t>
      </w:r>
    </w:p>
    <w:p>
      <w:pPr>
        <w:jc w:val="right"/>
      </w:pPr>
      <w:r>
        <w:t>اسی میں کیا ضرورت ہے کہ آپ زیادہ اس کا وہ کریں؟ جیسے میں نے آج ہی آپ کو بتایا کہ بہت چیزیں جو تھیں، وہ ان ڈسکورڈ پڑی ہوئی تھیں۔</w:t>
      </w:r>
    </w:p>
    <w:p>
      <w:r>
        <w:rPr>
          <w:b/>
        </w:rPr>
        <w:t xml:space="preserve">[44:29] </w:t>
      </w:r>
      <w:r>
        <w:t>misal ke tor par yahi baat jo main ne kahi ke Islam mein primary racialism nahi hai, sirf secondary racialism hai.</w:t>
      </w:r>
    </w:p>
    <w:p>
      <w:pPr>
        <w:jc w:val="right"/>
      </w:pPr>
      <w:r>
        <w:t>مثال کے طور پر یہی بات جو میں نے کہی کہ اسلام میں پرائمری ریشلزم نہیں ہے، صرف سیکنڈری ریشلزم ہے۔</w:t>
      </w:r>
    </w:p>
    <w:p>
      <w:r>
        <w:rPr>
          <w:b/>
        </w:rPr>
        <w:t xml:space="preserve">[44:38] </w:t>
      </w:r>
      <w:r>
        <w:t>hazaron, hazaron ulama paida hue, lekin kisi ne itni tehqeeq hi nahi ki. kyun? log isi mein parhe rehte hain, zyada tar. saare log isi mein parhe rehte hain inhi baaton mein</w:t>
      </w:r>
    </w:p>
    <w:p>
      <w:pPr>
        <w:jc w:val="right"/>
      </w:pPr>
      <w:r>
        <w:t>ہزاروں، ہزاروں علماء پیدا ہوئے، لیکن کسی نے اتنی تحقیق ہی نہیں کی۔ کیوں؟ لوگ اسی میں پڑھے رہتے ہیں، زیادہ تر۔ سارے لوگ اسی میں پڑھے رہتے ہیں انہی باتوں میں</w:t>
      </w:r>
    </w:p>
    <w:p>
      <w:r>
        <w:rPr>
          <w:b/>
        </w:rPr>
        <w:t xml:space="preserve">[44:47] </w:t>
      </w:r>
      <w:r>
        <w:t>. lauh-e-mehfooz kya hai? alif, laam, meem ka matlab kya hai? falan kya hai, yeh kya hai, woh kya hai? to yeh jo hadith mein kaha gaya hai ke is se zyada bahs na karo, is ka matlab kya hai?</w:t>
      </w:r>
    </w:p>
    <w:p>
      <w:pPr>
        <w:jc w:val="right"/>
      </w:pPr>
      <w:r>
        <w:t>۔ لوح محفوظ کیا ہے؟ الف، لام، میم کا مطلب کیا ہے؟ فلاں کیا ہے، یہ کیا ہے، وہ کیا ہے؟ تو یہ جو حدیث میں کہا گیا ہے کہ اس سے زیادہ بحث نہ کرو، اس کا مطلب کیا ہے؟</w:t>
      </w:r>
    </w:p>
    <w:p>
      <w:r>
        <w:rPr>
          <w:b/>
        </w:rPr>
        <w:t xml:space="preserve">[44:55] </w:t>
      </w:r>
      <w:r>
        <w:t>yeh hai priority basis par kaha gaya hai ke doosri bohat si cheezein hain jin ko to koi priority dena chahiye.</w:t>
      </w:r>
    </w:p>
    <w:p>
      <w:pPr>
        <w:jc w:val="right"/>
      </w:pPr>
      <w:r>
        <w:t>یہ ہے پرائرٹی بیسز پر کہا گیا ہے کہ دوسری بہت سی چیزیں ہیں جن کو تو کوئی پرائرٹی دینا چاہیے۔</w:t>
      </w:r>
    </w:p>
    <w:p>
      <w:r>
        <w:rPr>
          <w:b/>
        </w:rPr>
        <w:t xml:space="preserve">[45:04] </w:t>
      </w:r>
      <w:r>
        <w:t>to behrahal main yeh kahoon ga ke hum mein se har shakhs ko yeh chahiye ke agar woh chahta hai ke zindagi ka bohat hi thora sa time hamare paas hai aur hum priority basis par hamein lena chahiye cheezon ko,</w:t>
      </w:r>
    </w:p>
    <w:p>
      <w:pPr>
        <w:jc w:val="right"/>
      </w:pPr>
      <w:r>
        <w:t>تو بہرحال میں یہ کہوں گا کہ ہم میں سے ہر شخص کو یہ چاہیے کہ اگر وہ چاہتا ہے کہ زندگی کا بہت ہی تھوڑا سا ٹائم ہمارے پاس ہے اور ہم پرائرٹی بیس پر ہمیں لینا چاہیے چیزوں کو،</w:t>
      </w:r>
    </w:p>
    <w:p>
      <w:r>
        <w:rPr>
          <w:b/>
        </w:rPr>
        <w:t xml:space="preserve">[45:21] </w:t>
      </w:r>
      <w:r>
        <w:t>to un cheezon ke baray mein zyada apna dimagh lagaiye jis mein aap aur jaan sakte hon, jananay ki position mein hon.</w:t>
      </w:r>
    </w:p>
    <w:p>
      <w:pPr>
        <w:jc w:val="right"/>
      </w:pPr>
      <w:r>
        <w:t>تو ان چیزوں کے بارے میں زیادہ اپنا دماغ لگائیے جس میں آپ اور جان سکتے ہوں، جاننے کی پوزیشن میں ہوں۔</w:t>
      </w:r>
    </w:p>
    <w:p>
      <w:r>
        <w:rPr>
          <w:b/>
        </w:rPr>
        <w:t xml:space="preserve">[45:32] </w:t>
      </w:r>
      <w:r>
        <w:t>jis mein aap jananay ki position mein na hon, us mein dobara dimagh mat lagaiye. kyunke kaun bataye ga is ko? ya to Khuda bataye ya Rasool bataye. aur Khuda ne aur Rasool ne bataya hi nahi.</w:t>
      </w:r>
    </w:p>
    <w:p>
      <w:pPr>
        <w:jc w:val="right"/>
      </w:pPr>
      <w:r>
        <w:t>جس میں آپ جاننے کی پوزیشن میں نہ ہوں، اس میں دوبارہ دماغ مت لگائیے۔ کیونکہ کون بتائے گا اس کو؟ یا تو خدا بتائے یا رسول بتائے۔ اور خدا نے اور رسول نے بتایا ہی نہیں۔</w:t>
      </w:r>
    </w:p>
    <w:p>
      <w:r>
        <w:rPr>
          <w:b/>
        </w:rPr>
        <w:t xml:space="preserve">[45:43] </w:t>
      </w:r>
      <w:r>
        <w:t>to hum aap ka hath jhaank ke dekhein ge aasman mein. hamare paas kaun si durbin hai? kaun si telescope hai ke hum dekhein ke shayad aasman mein ke kaha kya hai?</w:t>
      </w:r>
    </w:p>
    <w:p>
      <w:pPr>
        <w:jc w:val="right"/>
      </w:pPr>
      <w:r>
        <w:t>تو ہم آپ کا ہاتھ جھانک کے دیکھیں گے آسمان میں۔ ہمارے پاس کون سی دوربین ہے؟ کون سی ٹیلیسکوپ ہے کہ ہم دیکھیں کہ شاید آسمان میں کہ کہا کیا ہے؟</w:t>
      </w:r>
    </w:p>
    <w:p>
      <w:r>
        <w:rPr>
          <w:b/>
        </w:rPr>
        <w:t xml:space="preserve">[45:52] </w:t>
      </w:r>
      <w:r>
        <w:t>lauh-e-mehfooz.</w:t>
      </w:r>
    </w:p>
    <w:p>
      <w:pPr>
        <w:jc w:val="right"/>
      </w:pPr>
      <w:r>
        <w:t>لوح محفوظ۔</w:t>
      </w:r>
    </w:p>
    <w:p>
      <w:r>
        <w:rPr>
          <w:b/>
        </w:rPr>
        <w:t xml:space="preserve">[45:55] </w:t>
      </w:r>
      <w:r>
        <w:t>to main kahoon ga ke yeh koi healthy trend nahi hai. un cheezon ke baray mein mujmal tor par maan lijeye.</w:t>
      </w:r>
    </w:p>
    <w:p>
      <w:pPr>
        <w:jc w:val="right"/>
      </w:pPr>
      <w:r>
        <w:t>تو میں کہوں گا کہ یہ کوئی ہیلتھی ٹرینڈ نہیں ہے۔ ان چیزوں کے بارے میں مجبل طور پر مان لیجئے۔</w:t>
      </w:r>
    </w:p>
    <w:p>
      <w:r>
        <w:rPr>
          <w:b/>
        </w:rPr>
        <w:t xml:space="preserve">[46:05] </w:t>
      </w:r>
      <w:r>
        <w:t>aur hazaron doosri cheezein jo hain, un par tehqeeq kijiye. is mein study kijiye. is mein is mein baaton ko samajhne ki koshish kijiye.</w:t>
      </w:r>
    </w:p>
    <w:p>
      <w:pPr>
        <w:jc w:val="right"/>
      </w:pPr>
      <w:r>
        <w:t>اور ہزاروں دوسری چیزیں جو ہیں، ان پر تحقیق کیجئے۔ اس میں اسٹڈی کیجئے۔ اس میں اس میں باتوں کو سمجھنے کی کوشش کیجئے۔</w:t>
      </w:r>
    </w:p>
    <w:p>
      <w:r>
        <w:rPr>
          <w:b/>
        </w:rPr>
        <w:t xml:space="preserve">[46:14] </w:t>
      </w:r>
      <w:r>
        <w:t>yeh meri rai hai. This question is from Naeem Mirza.</w:t>
      </w:r>
    </w:p>
    <w:p>
      <w:pPr>
        <w:jc w:val="right"/>
      </w:pPr>
      <w:r>
        <w:t>یہ میری رائے ہے۔ This question is from نعیم مرزا۔</w:t>
      </w:r>
    </w:p>
    <w:p>
      <w:r>
        <w:rPr>
          <w:b/>
        </w:rPr>
        <w:t xml:space="preserve">[46:21] </w:t>
      </w:r>
      <w:r>
        <w:t>Kindly give some tips for inner peace, contentment, and happiness. yeh bohat hi universal sawal hai.</w:t>
      </w:r>
    </w:p>
    <w:p>
      <w:pPr>
        <w:jc w:val="right"/>
      </w:pPr>
      <w:r>
        <w:t>Kindly give some tips for inner peace, contentment, and happiness. یہ بہت ہی یونیورسل سوال ہے۔</w:t>
      </w:r>
    </w:p>
    <w:p>
      <w:r>
        <w:rPr>
          <w:b/>
        </w:rPr>
        <w:t xml:space="preserve">[46:32] </w:t>
      </w:r>
      <w:r>
        <w:t>har aadmi yeh sawal karta hai.</w:t>
      </w:r>
    </w:p>
    <w:p>
      <w:pPr>
        <w:jc w:val="right"/>
      </w:pPr>
      <w:r>
        <w:t>ہر آدمی یہ سوال کرتا ہے۔</w:t>
      </w:r>
    </w:p>
    <w:p>
      <w:r>
        <w:rPr>
          <w:b/>
        </w:rPr>
        <w:t xml:space="preserve">[46:36] </w:t>
      </w:r>
      <w:r>
        <w:t>main samajhta hoon ke religious aadmi, secular aadmi, Muslim, non-Muslim sab.</w:t>
      </w:r>
    </w:p>
    <w:p>
      <w:pPr>
        <w:jc w:val="right"/>
      </w:pPr>
      <w:r>
        <w:t>میں سمجھتا ہوں کہ ریلیجیس آدمی، سیکولر آدمی، مسلم، نان مسلم سب۔</w:t>
      </w:r>
    </w:p>
    <w:p>
      <w:r>
        <w:rPr>
          <w:b/>
        </w:rPr>
        <w:t xml:space="preserve">[46:45] </w:t>
      </w:r>
      <w:r>
        <w:t>aur</w:t>
      </w:r>
    </w:p>
    <w:p>
      <w:pPr>
        <w:jc w:val="right"/>
      </w:pPr>
      <w:r>
        <w:t>اور</w:t>
      </w:r>
    </w:p>
    <w:p>
      <w:r>
        <w:rPr>
          <w:b/>
        </w:rPr>
        <w:t xml:space="preserve">[46:49] </w:t>
      </w:r>
      <w:r>
        <w:t>sab isi mein hain. lekin dekhiye, yahan pe aap samajh lijeye achhe tarike se ke is ka sahi jawab kya hai?</w:t>
      </w:r>
    </w:p>
    <w:p>
      <w:pPr>
        <w:jc w:val="right"/>
      </w:pPr>
      <w:r>
        <w:t>سب اسی میں ہیں۔ لیکن دیکھئے، یہاں پہ آپ سمجھ لیجئے اچھے طریقے سے کہ اس کا صحیح جواب کیا ہے؟</w:t>
      </w:r>
    </w:p>
    <w:p>
      <w:r>
        <w:rPr>
          <w:b/>
        </w:rPr>
        <w:t xml:space="preserve">[47:00] </w:t>
      </w:r>
      <w:r>
        <w:t>sahi jawab kya hai?</w:t>
      </w:r>
    </w:p>
    <w:p>
      <w:pPr>
        <w:jc w:val="right"/>
      </w:pPr>
      <w:r>
        <w:t>صحیح جواب کیا ہے؟</w:t>
      </w:r>
    </w:p>
    <w:p>
      <w:r>
        <w:rPr>
          <w:b/>
        </w:rPr>
        <w:t xml:space="preserve">[47:02] </w:t>
      </w:r>
      <w:r>
        <w:t>sahi jawab yahi hai ke aap is baat ko jano ke kuch cheezein is dunya mein hasil ki ja sakti hain, kuch hasil ki ja sakti nahi hain. yeh saare log jo hain, chahe Muslim hon, non-Muslim hon, Indian hon ya American hon.</w:t>
      </w:r>
    </w:p>
    <w:p>
      <w:pPr>
        <w:jc w:val="right"/>
      </w:pPr>
      <w:r>
        <w:t>صحیح جواب یہی ہے کہ آپ اس بات کو جانیں کہ کچھ چیزیں اس دنیا میں حاصل کی جا سکتی ہیں، کچھ حاصل کی جا سکتی نہیں ہیں۔ یہ سارے لوگ جو ہیں، چاہے مسلم ہوں، نان مسلم ہوں، انڈین ہوں یا امریکن ہوں۔</w:t>
      </w:r>
    </w:p>
    <w:p>
      <w:r>
        <w:rPr>
          <w:b/>
        </w:rPr>
        <w:t xml:space="preserve">[47:19] </w:t>
      </w:r>
      <w:r>
        <w:t>They are trying to achieve what is not achievable in this world. This leads to confusion and discontentment</w:t>
      </w:r>
    </w:p>
    <w:p>
      <w:pPr>
        <w:jc w:val="right"/>
      </w:pPr>
      <w:r>
        <w:t>They are trying to achieve what is not achievable in this world. This leads to confusion and discontentment</w:t>
      </w:r>
    </w:p>
    <w:p>
      <w:r>
        <w:rPr>
          <w:b/>
        </w:rPr>
        <w:t xml:space="preserve">[47:30] </w:t>
      </w:r>
      <w:r>
        <w:t>. saare logon ka ek hi hai ke jo cheez hasil ki ja sakti nahi hai, usi ke peeche daurte hain. sirf contentment hi mein aap ko sukoon mil sakta hai aur kai cheezon mein nahi.</w:t>
      </w:r>
    </w:p>
    <w:p>
      <w:pPr>
        <w:jc w:val="right"/>
      </w:pPr>
      <w:r>
        <w:t>. سارے لوگوں کا ایک ہی ہے کہ جو چیز حاصل کی جا سکتی نہیں ہے، اسی کے پیچھے دوڑتے ہیں۔ صرف contentment ہی میں آپ کو سکون مل سکتا ہے اور کئی چیزوں میں نہیں۔</w:t>
      </w:r>
    </w:p>
    <w:p>
      <w:r>
        <w:rPr>
          <w:b/>
        </w:rPr>
        <w:t xml:space="preserve">[47:46] </w:t>
      </w:r>
      <w:r>
        <w:t>Contentment yani jo hai, us par apne aap ko qanaat kar lena. Contentment achievement mein nahi</w:t>
      </w:r>
    </w:p>
    <w:p>
      <w:pPr>
        <w:jc w:val="right"/>
      </w:pPr>
      <w:r>
        <w:t>Contentment یعنی جو ہے، اس پر اپنے آپ کو قناعت کر لینا۔ Contentment achievement میں نہیں</w:t>
      </w:r>
    </w:p>
    <w:p>
      <w:r>
        <w:rPr>
          <w:b/>
        </w:rPr>
        <w:t xml:space="preserve">[47:57] </w:t>
      </w:r>
      <w:r>
        <w:t>hai. dekhiye, do lafz hain. ek achievement, ek contentment. isi do lafz ko samajh lijeye aap. ke ek yeh hai ke aap jo kuch aap ki khwahishat hain, jo kuch aap ki chahat hai, us ko aap hasil karna chahein.</w:t>
      </w:r>
    </w:p>
    <w:p>
      <w:pPr>
        <w:jc w:val="right"/>
      </w:pPr>
      <w:r>
        <w:t>ہے۔ دیکھئے، دو لفظ ہیں۔ ایک achievement، ایک contentment۔ اسی دو لفظ کو سمجھ لیجئے آپ۔ کہ ایک یہ ہے کہ آپ جو کچھ آپ کی خواہشات ہیں، جو کچھ آپ کی چاہت ہے، اس کو آپ حاصل کرنا چاہیں۔</w:t>
      </w:r>
    </w:p>
    <w:p>
      <w:r>
        <w:rPr>
          <w:b/>
        </w:rPr>
        <w:t xml:space="preserve">[48:12] </w:t>
      </w:r>
      <w:r>
        <w:t>yeh mumkin nahi hai. chahe aap India mein rahen, chahe America mein rahen, Europe mein rahen, kahin jayen. hasil nahi kar payen ge aap. daurte hain log yahan se wahan, wahan se wahan.</w:t>
      </w:r>
    </w:p>
    <w:p>
      <w:pPr>
        <w:jc w:val="right"/>
      </w:pPr>
      <w:r>
        <w:t>یہ ممکن نہیں ہے۔ چاہے آپ انڈیا میں رہیں، چاہے امریکہ میں رہیں، یورپ میں رہیں، کہیں جائیں۔ حاصل نہیں کر پائیں گے آپ۔ دوڑتے ہیں لوگ یہاں سے وہاں، وہاں سے وہاں۔</w:t>
      </w:r>
    </w:p>
    <w:p>
      <w:r>
        <w:rPr>
          <w:b/>
        </w:rPr>
        <w:t xml:space="preserve">[48:23] </w:t>
      </w:r>
      <w:r>
        <w:t>sirf is liye ke apni khwahish ko poora kar saken.</w:t>
      </w:r>
    </w:p>
    <w:p>
      <w:pPr>
        <w:jc w:val="right"/>
      </w:pPr>
      <w:r>
        <w:t>صرف اس لیے کہ اپنی خواہش کو پورا کر سکیں۔</w:t>
      </w:r>
    </w:p>
    <w:p>
      <w:r>
        <w:rPr>
          <w:b/>
        </w:rPr>
        <w:t xml:space="preserve">[48:26] </w:t>
      </w:r>
      <w:r>
        <w:t>woh kabhi poori nahi hoti. na yahan hoti hai, na America mein hoti hai, na Europe mein, na kahin. to pareshan ke pareshan rehte hain phir bhi.</w:t>
      </w:r>
    </w:p>
    <w:p>
      <w:pPr>
        <w:jc w:val="right"/>
      </w:pPr>
      <w:r>
        <w:t>وہ کبھی پوری نہیں ہوتی۔ نہ یہاں ہوتی ہے، نہ امریکہ میں ہوتی ہے، نہ یورپ میں، نہ کہیں۔ تو پریشان کے پریشان رہتے ہیں پھر بھی۔</w:t>
      </w:r>
    </w:p>
    <w:p>
      <w:r>
        <w:rPr>
          <w:b/>
        </w:rPr>
        <w:t xml:space="preserve">[48:36] </w:t>
      </w:r>
      <w:r>
        <w:t>hum kahin India hi mein poori tarike se hum ko sukoon mila hua hai? Peace of Mind? logon ko bar bar ja kar bhi nahi milta.</w:t>
      </w:r>
    </w:p>
    <w:p>
      <w:pPr>
        <w:jc w:val="right"/>
      </w:pPr>
      <w:r>
        <w:t>ہم کہیں انڈیا ہی میں پوری طریقے سے ہم کو سکون ملا ہوا ہے؟ Peace of Mind؟ لوگوں کو بار بار جا کر بھی نہیں ملتا۔</w:t>
      </w:r>
    </w:p>
    <w:p>
      <w:r>
        <w:rPr>
          <w:b/>
        </w:rPr>
        <w:t xml:space="preserve">[48:48] </w:t>
      </w:r>
      <w:r>
        <w:t>to dekhiye, achhi tarah samajh lijeye ke Peace of Mind us ko mile ga jo yeh jaan le ke jo kuch hum chahte hain, woh mile ga sirf jannat mein, dunya mein nahi.</w:t>
      </w:r>
    </w:p>
    <w:p>
      <w:pPr>
        <w:jc w:val="right"/>
      </w:pPr>
      <w:r>
        <w:t>تو دیکھئے، اچھی طرح سمجھ لیجئے کہ Peace of Mind اس کو ملے گا جو یہ جان لے کہ جو کچھ ہم چاہتے ہیں، وہ ملے گا صرف جنت میں، دنیا میں نہیں۔</w:t>
      </w:r>
    </w:p>
    <w:p>
      <w:r>
        <w:rPr>
          <w:b/>
        </w:rPr>
        <w:t xml:space="preserve">[49:01] </w:t>
      </w:r>
      <w:r>
        <w:t>mein ne is se pehle ek misaal di thi ke farz karen mein walk karne ka bohat shauq rakhta hoon. rozana mein walk karta hoon park mein. khoob.</w:t>
      </w:r>
    </w:p>
    <w:p>
      <w:pPr>
        <w:jc w:val="right"/>
      </w:pPr>
      <w:r>
        <w:t>میں نے اس سے پہلے ایک مثال دی تھی کہ فرض کریں میں واک کرنے کا بہت شوق رکھتا ہوں۔ روزانہ میں واک کرتا ہوں پارک میں۔ خوب۔</w:t>
      </w:r>
    </w:p>
    <w:p>
      <w:r>
        <w:rPr>
          <w:b/>
        </w:rPr>
        <w:t xml:space="preserve">[49:11] </w:t>
      </w:r>
      <w:r>
        <w:t>aur mein hawajat se safar kar raha hoon. to chahe mein first class mein hoon, tab bhi mein hawajat ke andar walk nahi kar sakta.</w:t>
      </w:r>
    </w:p>
    <w:p>
      <w:pPr>
        <w:jc w:val="right"/>
      </w:pPr>
      <w:r>
        <w:t>اور میں حواجات سے سفر کر رہا ہوں۔ تو چاہے میں فرسٹ کلاس میں ہوں، تب بھی میں حواجات کے اندر واک نہیں کر سکتا۔</w:t>
      </w:r>
    </w:p>
    <w:p>
      <w:r>
        <w:rPr>
          <w:b/>
        </w:rPr>
        <w:t xml:space="preserve">[49:18] </w:t>
      </w:r>
      <w:r>
        <w:t>wahan mujhe park nahi milega, jahan mein walk kar sakoon. to kya wahan par Peace of Mind kaise milega?</w:t>
      </w:r>
    </w:p>
    <w:p>
      <w:pPr>
        <w:jc w:val="right"/>
      </w:pPr>
      <w:r>
        <w:t>وہاں مجھے پارک نہیں ملے گا، جہاں میں واک کر سکوں۔ تو کیا وہاں پر Peace of Mind کیسے ملے گا؟</w:t>
      </w:r>
    </w:p>
    <w:p>
      <w:r>
        <w:rPr>
          <w:b/>
        </w:rPr>
        <w:t xml:space="preserve">[49:29] </w:t>
      </w:r>
      <w:r>
        <w:t>yeh maan kar milega ke hawajat ke andar park nahi ho sakta. is liye hawajat ke andar mein is tarah se walk bhi nahi kar sakta. yeh duniya jo hai, aise hi hai.</w:t>
      </w:r>
    </w:p>
    <w:p>
      <w:pPr>
        <w:jc w:val="right"/>
      </w:pPr>
      <w:r>
        <w:t>یہ مان کر ملے گا کہ حواجات کے اندر پارک نہیں ہو سکتا۔ اس لیے حواجات کے اندر میں اس طرح سے واک بھی نہیں کر سکتا۔ یہ دنیا جو ہے، ایسے ہی ہے۔</w:t>
      </w:r>
    </w:p>
    <w:p>
      <w:r>
        <w:rPr>
          <w:b/>
        </w:rPr>
        <w:t xml:space="preserve">[49:41] </w:t>
      </w:r>
      <w:r>
        <w:t>yeh duniya Khuda ne banai hai, is liye nahi ke yahan apni khwahish ko aap pura karen. yeh duniya hai testing ground.</w:t>
      </w:r>
    </w:p>
    <w:p>
      <w:pPr>
        <w:jc w:val="right"/>
      </w:pPr>
      <w:r>
        <w:t>یہ دنیا خدا نے بنائی ہے، اس لیے نہیں کہ یہاں اپنی خواہش کو آپ پورا کریں۔ یہ دنیا ہے ٹیسٹنگ گراؤنڈ۔</w:t>
      </w:r>
    </w:p>
    <w:p>
      <w:r>
        <w:rPr>
          <w:b/>
        </w:rPr>
        <w:t xml:space="preserve">[49:49] </w:t>
      </w:r>
      <w:r>
        <w:t>yahan har cheez test paper hai. aap ke paas sehat hai to bhi test paper hai. aap ke paas aap bimar hain, tab bhi test paper hai.</w:t>
      </w:r>
    </w:p>
    <w:p>
      <w:pPr>
        <w:jc w:val="right"/>
      </w:pPr>
      <w:r>
        <w:t>یہاں ہر چیز ٹیسٹ پیپر ہے۔ آپ کے پاس صحت ہے تو بھی ٹیسٹ پیپر ہے۔ آپ کے پاس آپ بیمار ہیں، تب بھی ٹیسٹ پیپر ہے۔</w:t>
      </w:r>
    </w:p>
    <w:p>
      <w:r>
        <w:rPr>
          <w:b/>
        </w:rPr>
        <w:t xml:space="preserve">[49:59] </w:t>
      </w:r>
      <w:r>
        <w:t>aap ghareeb hain, tab bhi test paper hai. ameer hain, tab bhi test paper hai. taqat hai, tab bhi test paper hai. taqat nahi hai, tab bhi test paper hai. jo kuch bhi hai, woh test paper hai.</w:t>
      </w:r>
    </w:p>
    <w:p>
      <w:pPr>
        <w:jc w:val="right"/>
      </w:pPr>
      <w:r>
        <w:t>آپ غریب ہیں، تب بھی ٹیسٹ پیپر ہے۔ امیر ہیں، تب بھی ٹیسٹ پیپر ہے۔ طاقت ہے، تب بھی ٹیسٹ پیپر ہے۔ طاقت نہیں ہے، تب بھی ٹیسٹ پیپر ہے۔ جو کچھ بھی ہے، وہ ٹیسٹ پیپر ہے۔</w:t>
      </w:r>
    </w:p>
    <w:p>
      <w:r>
        <w:rPr>
          <w:b/>
        </w:rPr>
        <w:t xml:space="preserve">[50:10] </w:t>
      </w:r>
      <w:r>
        <w:t>jaise kuch log ghar banate hain to likh dete hain "haza min fadli rabbi". bilkul galat hai yeh.</w:t>
      </w:r>
    </w:p>
    <w:p>
      <w:pPr>
        <w:jc w:val="right"/>
      </w:pPr>
      <w:r>
        <w:t>جیسے کچھ لوگ گھر بناتے ہیں تو لکھ دیتے ہیں هذا من فضل ربي ۔ بالکل غلط ہے یہ۔</w:t>
      </w:r>
    </w:p>
    <w:p>
      <w:r>
        <w:rPr>
          <w:b/>
        </w:rPr>
        <w:t xml:space="preserve">[50:16] </w:t>
      </w:r>
      <w:r>
        <w:t>ghar kisi ke liye fadl-e-rab nahi hai. woh test paper hai, woh bhi. to jab tak aadmi is baat ko na jaan le ke chain aur sukoon aur lazzat aur aaram milega sirf jannat mein,</w:t>
      </w:r>
    </w:p>
    <w:p>
      <w:pPr>
        <w:jc w:val="right"/>
      </w:pPr>
      <w:r>
        <w:t>گھر کسی کے لیے فضلِ رب نہیں ہے۔ وہ ٹیسٹ پیپر ہے، وہ بھی۔ تو جب تک آدمی اس بات کو نہ جان لے کہ چین اور سکون اور لذت اور آرام ملے گا صرف جنت میں،</w:t>
      </w:r>
    </w:p>
    <w:p>
      <w:r>
        <w:rPr>
          <w:b/>
        </w:rPr>
        <w:t xml:space="preserve">[50:31] </w:t>
      </w:r>
      <w:r>
        <w:t>tab tak woh pareshan hi rahega. billion billion dollar bhi is ko chain nahi de sakta hai. na kisi ko diya hai. hum to rozana akhbar mein parhte hain.</w:t>
      </w:r>
    </w:p>
    <w:p>
      <w:pPr>
        <w:jc w:val="right"/>
      </w:pPr>
      <w:r>
        <w:t>تب تک وہ پریشان ہی رہے گا۔ بلین بلین ڈالر بھی اس کو چین نہیں دے سکتا ہے۔ نہ کسی کو دیا ہے۔ ہم تو روزانہ اخبار میں پڑھتے ہیں۔</w:t>
      </w:r>
    </w:p>
    <w:p>
      <w:r>
        <w:rPr>
          <w:b/>
        </w:rPr>
        <w:t xml:space="preserve">[50:43] </w:t>
      </w:r>
      <w:r>
        <w:t>rozana.</w:t>
      </w:r>
    </w:p>
    <w:p>
      <w:pPr>
        <w:jc w:val="right"/>
      </w:pPr>
      <w:r>
        <w:t>روزانہ۔</w:t>
      </w:r>
    </w:p>
    <w:p>
      <w:r>
        <w:rPr>
          <w:b/>
        </w:rPr>
        <w:t xml:space="preserve">[50:47] </w:t>
      </w:r>
      <w:r>
        <w:t>jin ko shohrat mili, jin ko taqat mili, jin ko paisa mila, woh khudkushi karte rehte hain. aur woh sleeping pill kha kar sote hain.</w:t>
      </w:r>
    </w:p>
    <w:p>
      <w:pPr>
        <w:jc w:val="right"/>
      </w:pPr>
      <w:r>
        <w:t>جن کو شہرت ملی، جن کو طاقت ملی، جن کو پیسہ ملا، وہ خودکشی کرتے رہتے ہیں۔ اور وہ سلیپنگ پلٹ کھا کر سوتے ہیں۔</w:t>
      </w:r>
    </w:p>
    <w:p>
      <w:r>
        <w:rPr>
          <w:b/>
        </w:rPr>
        <w:t xml:space="preserve">[50:58] </w:t>
      </w:r>
      <w:r>
        <w:t>rozana hum akhbar mein parhte hain, aap parhte honge. to behal asal cheez yeh hai ke hamare andar khwahishat hain.</w:t>
      </w:r>
    </w:p>
    <w:p>
      <w:pPr>
        <w:jc w:val="right"/>
      </w:pPr>
      <w:r>
        <w:t>روزانہ ہم اخبار میں پڑھتے ہیں، آپ پڑھتے ہوں گے۔ تو بہرحال اصل چیز یہ ہے کہ ہمارے اندر خواہشات ہیں۔</w:t>
      </w:r>
    </w:p>
    <w:p>
      <w:r>
        <w:rPr>
          <w:b/>
        </w:rPr>
        <w:t xml:space="preserve">[51:07] </w:t>
      </w:r>
      <w:r>
        <w:t>lekin woh khwahishat ko pura karne ke liye duniya mein nahi banai gayi hai. yeh duniya to hai sirf test dene ke liye.</w:t>
      </w:r>
    </w:p>
    <w:p>
      <w:pPr>
        <w:jc w:val="right"/>
      </w:pPr>
      <w:r>
        <w:t>لیکن وہ خواہشات کو پورا کرنے کے لیے دنیا میں نہیں بنائی گئی ہے۔ یہ دنیا تو ہے صرف ٹیسٹ دینے کے لیے۔</w:t>
      </w:r>
    </w:p>
    <w:p>
      <w:r>
        <w:rPr>
          <w:b/>
        </w:rPr>
        <w:t xml:space="preserve">[51:16] </w:t>
      </w:r>
      <w:r>
        <w:t>woh khwahishat jo hain, us ki sirf aap ko ek namoona duniya mein mil sakta hai. ek namoona. jis ko Hindi mein kehte hain baangi. baqi jo hai, woh to jannat mein hai.</w:t>
      </w:r>
    </w:p>
    <w:p>
      <w:pPr>
        <w:jc w:val="right"/>
      </w:pPr>
      <w:r>
        <w:t>وہ خواہشات جو ہیں، اس کی صرف آپ کو ایک نمونہ دنیا میں مل سکتا ہے۔ ایک نمونہ۔ جس کو ہندی میں کہتے ہیں بانگی۔ باقی جو ہے، وہ تو جنت میں ہے۔</w:t>
      </w:r>
    </w:p>
    <w:p>
      <w:r>
        <w:rPr>
          <w:b/>
        </w:rPr>
        <w:t xml:space="preserve">[51:29] </w:t>
      </w:r>
      <w:r>
        <w:t>to jis tareeqe se hawajat mein ek aadmi chain ke sath safar karta hai, jabke woh us ko wahan koi park nahi mil raha walk karne ke liye.</w:t>
      </w:r>
    </w:p>
    <w:p>
      <w:pPr>
        <w:jc w:val="right"/>
      </w:pPr>
      <w:r>
        <w:t>تو جس طریقے سے حواجات میں ایک آدمی چین کے ساتھ سفر کرتا ہے، جبکہ وہ اس کو وہاں کوئی پارک نہیں مل رہا واک کرنے کے لیے۔</w:t>
      </w:r>
    </w:p>
    <w:p>
      <w:r>
        <w:rPr>
          <w:b/>
        </w:rPr>
        <w:t xml:space="preserve">[51:39] </w:t>
      </w:r>
      <w:r>
        <w:t>kyun? woh jaanta hai ke yahan park milega nahi. to us ko chain aa jata hai.</w:t>
      </w:r>
    </w:p>
    <w:p>
      <w:pPr>
        <w:jc w:val="right"/>
      </w:pPr>
      <w:r>
        <w:t>کیوں؟ وہ جانتا ہے کہ یہاں پارک ملے گا نہیں۔ تو اس کو چین آ جاتا ہے۔</w:t>
      </w:r>
    </w:p>
    <w:p>
      <w:r>
        <w:rPr>
          <w:b/>
        </w:rPr>
        <w:t xml:space="preserve">[51:46] </w:t>
      </w:r>
      <w:r>
        <w:t>isi tarah samajh lijiye ke duniya mein aap ko ya bimari bhi hogi, ya maut bhi hogi, ya hadsa bhi hoga. museebat bhi aayegi. aur sab ka sab test paper hoga.</w:t>
      </w:r>
    </w:p>
    <w:p>
      <w:pPr>
        <w:jc w:val="right"/>
      </w:pPr>
      <w:r>
        <w:t>اسی طرح سمجھ لیجئے کہ دنیا میں آپ کو یا بیماری بھی ہوگی، یا موت بھی ہوگی، یا حادثہ بھی ہوگا۔ مصیبت بھی آئے گی۔ اور سب کا سب ٹیسٹ پیپر ہوگا۔</w:t>
      </w:r>
    </w:p>
    <w:p>
      <w:r>
        <w:rPr>
          <w:b/>
        </w:rPr>
        <w:t xml:space="preserve">[51:59] </w:t>
      </w:r>
      <w:r>
        <w:t>mere paas ek sahab aaye, woh bithaye ek dabba le kar ke. to unhon ne bataya ke mein ne poocha ke bhai aap ke halaat?</w:t>
      </w:r>
    </w:p>
    <w:p>
      <w:pPr>
        <w:jc w:val="right"/>
      </w:pPr>
      <w:r>
        <w:t>میرے پاس ایک صاحب آئے، وہ بٹھائے ایک ڈبہ لے کر کے۔ تو انہوں نے بتایا کہ میں نے پوچھا کہ بھئی آپ کے حالات؟</w:t>
      </w:r>
    </w:p>
    <w:p>
      <w:r>
        <w:rPr>
          <w:b/>
        </w:rPr>
        <w:t xml:space="preserve">[52:09] </w:t>
      </w:r>
      <w:r>
        <w:t>unhon ne kaha ke sahab, bohat mere upar qarz ho gaya hai, yeh hai, woh hai. dua kijiye ke mera qarz jo hai, utar jaye.</w:t>
      </w:r>
    </w:p>
    <w:p>
      <w:pPr>
        <w:jc w:val="right"/>
      </w:pPr>
      <w:r>
        <w:t>انہوں نے کہا کہ صاحب، بہت میرے اوپر قرض ہو گیا ہے، یہ ہے، وہ ہے۔ دعا کیجئے کہ میرا قرض جو ہے، اتر جائے۔</w:t>
      </w:r>
    </w:p>
    <w:p>
      <w:r>
        <w:rPr>
          <w:b/>
        </w:rPr>
        <w:t xml:space="preserve">[52:15] </w:t>
      </w:r>
      <w:r>
        <w:t>to mein ne kaha ke qarz hai to aap yeh mithai kyun laye hain? bhai qarz hai to mithai kyun laye hain mere liye? apne paise ko aap qarz mein lagaiye.</w:t>
      </w:r>
    </w:p>
    <w:p>
      <w:pPr>
        <w:jc w:val="right"/>
      </w:pPr>
      <w:r>
        <w:t>تو میں نے کہا کہ قرض ہے تو آپ یہ مٹھائی کیوں لائے ہیں؟ بھئی قرض ہے تو مٹھائی کیوں لائے ہیں میرے لیے؟ اپنے پیسے کو آپ قرض میں لگائیے۔</w:t>
      </w:r>
    </w:p>
    <w:p>
      <w:r>
        <w:rPr>
          <w:b/>
        </w:rPr>
        <w:t xml:space="preserve">[52:27] </w:t>
      </w:r>
      <w:r>
        <w:t>to pata chala ke un ki maa bimar thi. maa bimar thi. us ke ilaj mein unhon ne pata nahi kitna sara kharch kar diya paisa.</w:t>
      </w:r>
    </w:p>
    <w:p>
      <w:pPr>
        <w:jc w:val="right"/>
      </w:pPr>
      <w:r>
        <w:t>تو پتہ کیا چلا کہ ان کی ماں بیمار تھی۔ ماں بیمار تھی۔ اس کے علاج میں انہوں نے پتہ نہیں کتنا سارا خرچ کر دیا پیسہ۔</w:t>
      </w:r>
    </w:p>
    <w:p>
      <w:r>
        <w:rPr>
          <w:b/>
        </w:rPr>
        <w:t xml:space="preserve">[52:36] </w:t>
      </w:r>
      <w:r>
        <w:t>qarz le kar, qarz le kar, qarz le kar. ab maa to mar gayi. ab qarz dene ke liye phanse hue hain isi mein.</w:t>
      </w:r>
    </w:p>
    <w:p>
      <w:pPr>
        <w:jc w:val="right"/>
      </w:pPr>
      <w:r>
        <w:t>قرض لے کر، قرض لے کر، قرض لے کر۔ اب ماں تو مر گئی۔ اب قرض دینے کے لیے پھنسے ہوئے ہیں اسی میں۔</w:t>
      </w:r>
    </w:p>
    <w:p>
      <w:r>
        <w:rPr>
          <w:b/>
        </w:rPr>
        <w:t xml:space="preserve">[52:46] </w:t>
      </w:r>
      <w:r>
        <w:t>dekhiye, mein aap ko arz karta hoon ek bohat bara tajurba ke sab se buri museebat duniya mein pampering hai. pampering. yeh maa aur baap jo hain, pampering kar ke ek masnooi mohabbat daal dete hain aap ke dil mein.</w:t>
      </w:r>
    </w:p>
    <w:p>
      <w:pPr>
        <w:jc w:val="right"/>
      </w:pPr>
      <w:r>
        <w:t>دیکھئے، میں آپ کو عرض کرتا ہوں ایک بہت بڑا تجربہ کہ سب سے بری مصیبت دنیا میں پیمپرنگ ہے۔ پیمپرنگ۔ یہ ماں اور باپ جو ہیں، پیمپرنگ کر کے ایک مصنوعی محبت ڈال دیتے ہیں آپ کے دل میں۔</w:t>
      </w:r>
    </w:p>
    <w:p>
      <w:r>
        <w:rPr>
          <w:b/>
        </w:rPr>
        <w:t xml:space="preserve">[52:58] </w:t>
      </w:r>
      <w:r>
        <w:t>bas mera baap, meri maa to kya cheez hai? diamond hai. mera baap to diamond hai. to yeh jo bana dete hain pampering ki wajah se ke sab se bari cheez to mera baap hai, sab se bari cheez to meri maa hai.</w:t>
      </w:r>
    </w:p>
    <w:p>
      <w:pPr>
        <w:jc w:val="right"/>
      </w:pPr>
      <w:r>
        <w:t>بس میرا باپ، میری ماں تو کیا چیز ہے؟ ڈائمنڈ ہے۔ میرا باپ تو ڈائمنڈ ہے۔ تو یہ جو بنا دیتے ہیں پیمپرنگ کی وجہ سے کہ سب سے بڑی چیز تو میرا باپ ہے، سب سے بڑی چیز تو میری ماں ہے۔</w:t>
      </w:r>
    </w:p>
    <w:p>
      <w:r>
        <w:rPr>
          <w:b/>
        </w:rPr>
        <w:t xml:space="preserve">[53:13] </w:t>
      </w:r>
      <w:r>
        <w:t>halankeh kuch bhi nahin.</w:t>
      </w:r>
    </w:p>
    <w:p>
      <w:pPr>
        <w:jc w:val="right"/>
      </w:pPr>
      <w:r>
        <w:t>حالانکہ کچھ بھی نہیں۔</w:t>
      </w:r>
    </w:p>
    <w:p>
      <w:r>
        <w:rPr>
          <w:b/>
        </w:rPr>
        <w:t xml:space="preserve">[53:14] </w:t>
      </w:r>
      <w:r>
        <w:t>jaisay maa, jaisay aur aurat hai, waisay hi aap ki maa. jaisay aur mard, waisay hi aap ke baap. lekin pampering ki wajah se aik jhoota mayar paida ho jata hai ke sab se bari cheez to meri maa hai, sab se bari cheez to mere baap hain.</w:t>
      </w:r>
    </w:p>
    <w:p>
      <w:pPr>
        <w:jc w:val="right"/>
      </w:pPr>
      <w:r>
        <w:t>جیسے ماں، جیسے اور عورت ہے، ویسے ہی آپ کی ماں۔ جیسے اور مرد، ویسے ہی آپ کے باپ۔ لیکن پیمپرنگ کی وجہ سے ایک جھوٹا معیار پیدا ہو جاتا ہے کہ سب سے بڑی چیز تو میری ماں ہے، سب سے بڑی چیز تو میرے باپ ہیں۔</w:t>
      </w:r>
    </w:p>
    <w:p>
      <w:r>
        <w:rPr>
          <w:b/>
        </w:rPr>
        <w:t xml:space="preserve">[53:28] </w:t>
      </w:r>
      <w:r>
        <w:t>har baap aadmi ko apna diamond dikhai parta hai. diamond baap. har maa aadmi ko diamond mother dikhai parti hai. yeh sab jhoota tasawwur hai maa banne ka.</w:t>
      </w:r>
    </w:p>
    <w:p>
      <w:pPr>
        <w:jc w:val="right"/>
      </w:pPr>
      <w:r>
        <w:t>ہر باپ آدمی کو اپنا ڈائمنڈ دکھائی پڑتا ہے۔ ڈائمنڈ باپ۔ ہر ماں آدمی کو ڈائمنڈ مدر دکھائی پڑتی ہے۔ یہ سب جھوٹا تصور ہے ماں بننے کا۔</w:t>
      </w:r>
    </w:p>
    <w:p>
      <w:r>
        <w:rPr>
          <w:b/>
        </w:rPr>
        <w:t xml:space="preserve">[53:38] </w:t>
      </w:r>
      <w:r>
        <w:t>aur baap banne ka. jhoota tasawwur.</w:t>
      </w:r>
    </w:p>
    <w:p>
      <w:pPr>
        <w:jc w:val="right"/>
      </w:pPr>
      <w:r>
        <w:t>اور باپ بننے کا۔ جھوٹا تصور۔</w:t>
      </w:r>
    </w:p>
    <w:p>
      <w:r>
        <w:rPr>
          <w:b/>
        </w:rPr>
        <w:t xml:space="preserve">[53:42] </w:t>
      </w:r>
      <w:r>
        <w:t>isi ki wajah se unhon ne itna paisa kharch kar diya maa ke liye. meri maa, meri maa, meri maa. arey bhai, meri maa ab wohi mare gi? wohi marne ke liye dunya mein paida hui hai?</w:t>
      </w:r>
    </w:p>
    <w:p>
      <w:pPr>
        <w:jc w:val="right"/>
      </w:pPr>
      <w:r>
        <w:t>اسی کی وجہ سے انہوں نے اتنا پیسہ خرچ کر دیا ماں کے لیے۔ میری ماں، میری ماں، میری ماں۔ ارے بھئی، میری ماں اب وہی مرے گی؟ وہی مرنے کے لیے دنیا میں پیدا ہوئی ہے؟</w:t>
      </w:r>
    </w:p>
    <w:p>
      <w:r>
        <w:rPr>
          <w:b/>
        </w:rPr>
        <w:t xml:space="preserve">[53:52] </w:t>
      </w:r>
      <w:r>
        <w:t>to kyun aap qarz le kar us ke liye aap ne? main ne bohat un ko daant dapt lagai ke aap ki maa kya marne wali nahin thi? itna paisa aap ne kharch kar diya, phir mard wohi ke mari ke nahin mari?</w:t>
      </w:r>
    </w:p>
    <w:p>
      <w:pPr>
        <w:jc w:val="right"/>
      </w:pPr>
      <w:r>
        <w:t>تو کیوں آپ قرض لے کر اس کے لیے آپ نے؟ میں نے بہت ان کو ڈانٹ ڈپٹ لگائی کہ آپ کی ماں کیا مرنے والی نہیں تھی؟ اتنا پیسہ آپ نے خرچ کر دیا، پھر مرد وہی کہ مری کہ نہیں مری؟</w:t>
      </w:r>
    </w:p>
    <w:p>
      <w:r>
        <w:rPr>
          <w:b/>
        </w:rPr>
        <w:t xml:space="preserve">[54:03] </w:t>
      </w:r>
      <w:r>
        <w:t>bucha liya aap ne kya us ko?</w:t>
      </w:r>
    </w:p>
    <w:p>
      <w:pPr>
        <w:jc w:val="right"/>
      </w:pPr>
      <w:r>
        <w:t>بچا لیا آپ نے کیا اس کو؟</w:t>
      </w:r>
    </w:p>
    <w:p>
      <w:r>
        <w:rPr>
          <w:b/>
        </w:rPr>
        <w:t xml:space="preserve">[54:08] </w:t>
      </w:r>
      <w:r>
        <w:t>to aadmi ko bohat hi normal tareeqay mein rehna chahiye. woh jo pampering se maa baap aap ke dil mein daal dete hain ke special hai koi.</w:t>
      </w:r>
    </w:p>
    <w:p>
      <w:pPr>
        <w:jc w:val="right"/>
      </w:pPr>
      <w:r>
        <w:t>تو آدمی کو بہت ہی نارمل طریقے میں رہنا چاہیے۔ وہ جو پیمپرنگ سے ماں باپ آپ کے دل میں ڈال دیتے ہیں کہ اسپیشل ہے کوئی۔</w:t>
      </w:r>
    </w:p>
    <w:p>
      <w:r>
        <w:rPr>
          <w:b/>
        </w:rPr>
        <w:t xml:space="preserve">[54:20] </w:t>
      </w:r>
      <w:r>
        <w:t>yaad rakhiye, mera yeh tajruba bata raha hoon aap ko. har aadmi ke andar yeh kya hota hai ke mera baap special hai, meri maa special hai. halankeh koi special nahin hai. koi special nahin hai.</w:t>
      </w:r>
    </w:p>
    <w:p>
      <w:pPr>
        <w:jc w:val="right"/>
      </w:pPr>
      <w:r>
        <w:t>یاد رکھیے، میرا یہ تجربہ بتا رہا ہوں آپ کو۔ ہر آدمی کے اندر یہ کیا ہوتا ہے کہ میرا باپ اسپیشل ہے، میری ماں اسپیشل ہے۔ حالانکہ کوئی اسپیشل نہیں ہے۔ کوئی اسپیشل نہیں ہے۔</w:t>
      </w:r>
    </w:p>
    <w:p>
      <w:r>
        <w:rPr>
          <w:b/>
        </w:rPr>
        <w:t xml:space="preserve">[54:31] </w:t>
      </w:r>
      <w:r>
        <w:t>isi liye lata deta hai apne aap ko is maa baap ke peechay woh. aur phir wahan woh mar jate hain. to main ne un ko bohat daant dapt lagai un ko. jo ayat mere paas hai.</w:t>
      </w:r>
    </w:p>
    <w:p>
      <w:pPr>
        <w:jc w:val="right"/>
      </w:pPr>
      <w:r>
        <w:t>اسی لیے لٹا دیتا ہے اپنے آپ کو اس ماں باپ کے پیچھے وہ۔ اور پھر وہاں وہ مر جاتے ہیں۔ تو میں نے ان کو بہت ڈانٹ ڈپٹ لگائی ان کو۔ جو آیت میرے پاس ہے۔</w:t>
      </w:r>
    </w:p>
    <w:p>
      <w:r>
        <w:rPr>
          <w:b/>
        </w:rPr>
        <w:t xml:space="preserve">[54:40] </w:t>
      </w:r>
      <w:r>
        <w:t>main ne kaha aik paisa aap mat kharch kijiye. eid ka, eid aanay wali. to main ne kaha eid mein aap koi naya kapra mat banayein apne liye, na apne bachon ke liye.</w:t>
      </w:r>
    </w:p>
    <w:p>
      <w:pPr>
        <w:jc w:val="right"/>
      </w:pPr>
      <w:r>
        <w:t>میں نے کہا ایک پیسہ آپ مت خرچ کیجئے۔ عید کا، عید آنے والی۔ تو میں نے کہا عید میں آپ کوئی نیا کپڑا مت بنائیں اپنے لیے، نہ اپنے بچوں کے لیے۔</w:t>
      </w:r>
    </w:p>
    <w:p>
      <w:r>
        <w:rPr>
          <w:b/>
        </w:rPr>
        <w:t xml:space="preserve">[54:50] </w:t>
      </w:r>
      <w:r>
        <w:t>saara paisa lagaiye qarz utarne mein. to main bahar haal apne tajruba ki bina par bohat ziyada khilaf hoon is baat ke jo kehte hain pampering, laad pyar</w:t>
      </w:r>
    </w:p>
    <w:p>
      <w:pPr>
        <w:jc w:val="right"/>
      </w:pPr>
      <w:r>
        <w:t>سارا پیسہ لگائیے قرض اتارنے میں۔ تو میں بہرحال اپنے تجربے کی بنا پر بہت زیادہ خلاف ہوں اس بات کے جو کہتے ہیں پیمپرنگ، لاٹ پیار</w:t>
      </w:r>
    </w:p>
    <w:p>
      <w:r>
        <w:rPr>
          <w:b/>
        </w:rPr>
        <w:t xml:space="preserve">[54:59] </w:t>
      </w:r>
      <w:r>
        <w:t>. kyunke is se masnooi qisam ka mayar banta hai. masnooi mayar. insaan ke achhe hone ka. har aadmi isi mein phansa hua hai.</w:t>
      </w:r>
    </w:p>
    <w:p>
      <w:pPr>
        <w:jc w:val="right"/>
      </w:pPr>
      <w:r>
        <w:t>۔ کیونکہ اس سے مصنوعی قسم کا معیار بنتا ہے۔ مصنوعی معیار۔ انسان کے اچھے ہونے کا۔ ہر آدمی اسی میں پھنسا ہوا ہے۔</w:t>
      </w:r>
    </w:p>
    <w:p>
      <w:r>
        <w:rPr>
          <w:b/>
        </w:rPr>
        <w:t xml:space="preserve">[55:10] </w:t>
      </w:r>
      <w:r>
        <w:t>haaye mera baap, haaye meri maa. kyun? woh pampering ki wajah se samajhta hai ke yeh meri maa to koi special cheez hai. yeh mera baap bhi koi special cheez hai yeh.</w:t>
      </w:r>
    </w:p>
    <w:p>
      <w:pPr>
        <w:jc w:val="right"/>
      </w:pPr>
      <w:r>
        <w:t>ہائے میرا باپ، ہائے میری ماں۔ کیوں؟ وہ پیمپرنگ کی وجہ سے سمجھتا ہے کہ یہ میری ماں تو کوئی اسپیشل چیز ہے۔ یہ میرا باپ بھی کوئی اسپیشل چیز ہے یہ۔</w:t>
      </w:r>
    </w:p>
    <w:p>
      <w:r>
        <w:rPr>
          <w:b/>
        </w:rPr>
        <w:t xml:space="preserve">[55:23] </w:t>
      </w:r>
      <w:r>
        <w:t>main khud khud se samajhta hoon. dekhte hain, mera baap mar gaya tha bachpan mein. aur meri maa jo thi, bohat hi woh thi yani bohat sakht thi woh.</w:t>
      </w:r>
    </w:p>
    <w:p>
      <w:pPr>
        <w:jc w:val="right"/>
      </w:pPr>
      <w:r>
        <w:t>میں خود خود سے سمجھتا ہوں۔ دیکھتے ہیں، میرا باپ مر گیا تھا بچپن میں۔ اور میری ماں جو تھی، بہت ہی وہ تھی یعنی بہت سخت تھی وہ۔</w:t>
      </w:r>
    </w:p>
    <w:p>
      <w:r>
        <w:rPr>
          <w:b/>
        </w:rPr>
        <w:t xml:space="preserve">[55:33] </w:t>
      </w:r>
      <w:r>
        <w:t>woh subah hum logon ko daant dapt karti thi. kabhi pyar se baat hi nahin karti thi woh meri maa. to main yeh bhi khush qismat hoon ke mujhe nahin maa ki taraf se baap se mili thi pampering.</w:t>
      </w:r>
    </w:p>
    <w:p>
      <w:pPr>
        <w:jc w:val="right"/>
      </w:pPr>
      <w:r>
        <w:t>وہ صبح ہم لوگوں کو ڈانٹ ڈپٹ کرتی تھی۔ کبھی پیار سے بات ہی نہیں کرتی تھی وہ میری ماں۔ تو میں یہ بھی خوش قسمت ہوں کہ مجھے نہیں ماں کی طرف سے باپ سے ملی تھی پیمپرنگ۔</w:t>
      </w:r>
    </w:p>
    <w:p>
      <w:r>
        <w:rPr>
          <w:b/>
        </w:rPr>
        <w:t xml:space="preserve">[55:43] </w:t>
      </w:r>
      <w:r>
        <w:t>lekin baap to mar gaye. aur maa ki taraf se mujhe pampering nahin mili. to main apne ko samajhta hoon ke bohat basic thay mere liye. is jhoot par nahin jiya main.</w:t>
      </w:r>
    </w:p>
    <w:p>
      <w:pPr>
        <w:jc w:val="right"/>
      </w:pPr>
      <w:r>
        <w:t>لیکن باپ تو مر گئے۔ اور ماں کی طرف سے مجھے پیمپرنگ نہیں ملی۔ تو میں اپنے کو سمجھتا ہوں کہ بہت بیسک تھے میرے لیے۔ اس جھوٹ پر نہیں جیا میں۔</w:t>
      </w:r>
    </w:p>
    <w:p>
      <w:r>
        <w:rPr>
          <w:b/>
        </w:rPr>
        <w:t xml:space="preserve">[55:53] </w:t>
      </w:r>
      <w:r>
        <w:t>ab saare novel hain jo hain dunya mein, chori likhe gaye hain, yeh sab mein kya hai? maa ko mohabbat ka prateek mana jata hai. yeh jhooti baat hai yeh. maa beta poojan ki prateek hai.</w:t>
      </w:r>
    </w:p>
    <w:p>
      <w:pPr>
        <w:jc w:val="right"/>
      </w:pPr>
      <w:r>
        <w:t>اب سارے ناول ہیں جو ہیں دنیا میں، چوری لکھے گئے ہیں، یہ سب میں کیا ہے؟ ماں کو محبت کا پرتیک مانا جاتا ہے۔ یہ جھوٹی بات ہے یہ۔ ماں بیٹا پوجن کی پرتیک ہے۔</w:t>
      </w:r>
    </w:p>
    <w:p>
      <w:r>
        <w:rPr>
          <w:b/>
        </w:rPr>
        <w:t xml:space="preserve">[56:06] </w:t>
      </w:r>
      <w:r>
        <w:t>mohabbat ki prateek nahin hai.</w:t>
      </w:r>
    </w:p>
    <w:p>
      <w:pPr>
        <w:jc w:val="right"/>
      </w:pPr>
      <w:r>
        <w:t>محبت کی پرتیک نہیں ہے۔</w:t>
      </w:r>
    </w:p>
    <w:p>
      <w:r>
        <w:rPr>
          <w:b/>
        </w:rPr>
        <w:t xml:space="preserve">[56:07] </w:t>
      </w:r>
      <w:r>
        <w:t>apne bete se is ka hota hai to kya mehle ke beton se bhi hota hai kaha is ko? ke dunya bhar ke beton se hota hai is ko? yeh kitni bari fallacy hai jis mein saare log pade hue hain.</w:t>
      </w:r>
    </w:p>
    <w:p>
      <w:pPr>
        <w:jc w:val="right"/>
      </w:pPr>
      <w:r>
        <w:t>اپنے بیٹے سے اس کا ہوتا ہے تو کیا محلے کے بیٹوں سے بھی ہوتا ہے کہا اس کو؟ کہ دنیا بھر کے بیٹوں سے ہوتا ہے اس کو؟ یہ کتنی بڑی فلیسی ہے جس میں سارے لوگ پڑے ہوئے ہیں۔</w:t>
      </w:r>
    </w:p>
    <w:p>
      <w:r>
        <w:rPr>
          <w:b/>
        </w:rPr>
        <w:t xml:space="preserve">[56:17] </w:t>
      </w:r>
      <w:r>
        <w:t>fallacy. saare novel likhne wale, saare story writer.</w:t>
      </w:r>
    </w:p>
    <w:p>
      <w:pPr>
        <w:jc w:val="right"/>
      </w:pPr>
      <w:r>
        <w:t>فلیسی۔ سارے ناول لکھنے والے، سارے سٹوری رائٹر۔</w:t>
      </w:r>
    </w:p>
    <w:p>
      <w:r>
        <w:rPr>
          <w:b/>
        </w:rPr>
        <w:t xml:space="preserve">[56:26] </w:t>
      </w:r>
      <w:r>
        <w:t>main radio par sunta hoon. meri maa, meri maa, meri maa. kya tumhari maa bhai?</w:t>
      </w:r>
    </w:p>
    <w:p>
      <w:pPr>
        <w:jc w:val="right"/>
      </w:pPr>
      <w:r>
        <w:t>میں ریڈیو پر سنتا ہوں۔ میری ماں، میری ماں، میری ماں۔ کیا تمہاری ماں بھئی؟</w:t>
      </w:r>
    </w:p>
    <w:p>
      <w:r>
        <w:rPr>
          <w:b/>
        </w:rPr>
        <w:t xml:space="preserve">[56:34] </w:t>
      </w:r>
      <w:r>
        <w:t>to maa jo hai, mohabbat ki prateek nahin hai. beta poojan ki prateek hai. yaad rakhiye achhe tarike se.</w:t>
      </w:r>
    </w:p>
    <w:p>
      <w:pPr>
        <w:jc w:val="right"/>
      </w:pPr>
      <w:r>
        <w:t>تو ماں جو ہے، محبت کی پرتیک نہیں ہے۔ بیٹا پوجن کی پرتیک ہے۔ یاد رکھیے اچھے طریقے سے۔</w:t>
      </w:r>
    </w:p>
    <w:p>
      <w:r>
        <w:rPr>
          <w:b/>
        </w:rPr>
        <w:t xml:space="preserve">[56:43] </w:t>
      </w:r>
      <w:r>
        <w:t>kyunke doosre beton ko is ko nahin aziz hain. doosre beton se kuch bhi is ko dilchaspi nahin hai. to bahar haal masnooi zindagi chodiye.</w:t>
      </w:r>
    </w:p>
    <w:p>
      <w:pPr>
        <w:jc w:val="right"/>
      </w:pPr>
      <w:r>
        <w:t>کیونکہ دوسرے بیٹے اس کو نہیں عزیز ہیں۔ دوسرے بیٹوں سے کچھ بھی اس کو دلچسپی نہیں ہے۔ تو بہرحال مصنوعی زندگی چھوڑیے۔</w:t>
      </w:r>
    </w:p>
    <w:p>
      <w:r>
        <w:rPr>
          <w:b/>
        </w:rPr>
        <w:t xml:space="preserve">[56:54] </w:t>
      </w:r>
      <w:r>
        <w:t>tabhi chain mile ga. sukoon mile ga. warna sukoon nahin mil sakta hai. haqeeqat pasand baniye. haqeeqat pasand.</w:t>
      </w:r>
    </w:p>
    <w:p>
      <w:pPr>
        <w:jc w:val="right"/>
      </w:pPr>
      <w:r>
        <w:t>تبھی چین ملے گا۔ سکون ملے گا۔ ورنہ سکون نہیں مل سکتا ہے۔ حقیقت پسند بنئیے۔ حقیقت پسند۔</w:t>
      </w:r>
    </w:p>
    <w:p>
      <w:r>
        <w:rPr>
          <w:b/>
        </w:rPr>
        <w:t xml:space="preserve">[57:02] </w:t>
      </w:r>
      <w:r>
        <w:t>jab tak aap haqeeqat pasand nahi banenge, haqeeqat pasandi ka nuqta nazar nahi aayega aap ke andar, tab tak aap ko sukoon nahi milne wala hai. chain nahi milega. yeh meri zindagi ka tajruba hai jo maine arz kiya.</w:t>
      </w:r>
    </w:p>
    <w:p>
      <w:pPr>
        <w:jc w:val="right"/>
      </w:pPr>
      <w:r>
        <w:t>جب تک آپ حقیقت پسند نہیں بنیں گے، حقیقت پسندی کا نقطہ نظر نہیں آئے گا آپ کے اندر، تب تک آپ کو سکون نہیں ملنے والا ہے۔ چین نہیں ملے گا۔ یہ میری زندگی کا تجربہ ہے جو میں نے عرض کیا۔</w:t>
      </w:r>
    </w:p>
    <w:p>
      <w:r>
        <w:rPr>
          <w:b/>
        </w:rPr>
        <w:t xml:space="preserve">[57:13] </w:t>
      </w:r>
      <w:r>
        <w:t>agar kisi ko is se takleef ho to main us ke liye maafi chahta hoon. This question is from Abru Aman. I would like to know the meaning of tazkiya and how could we eradicate all evils from our heart.</w:t>
      </w:r>
    </w:p>
    <w:p>
      <w:pPr>
        <w:jc w:val="right"/>
      </w:pPr>
      <w:r>
        <w:t>اگر کسی کو اس سے تکلیف ہو تو میں اس کے لیے معافی چاہتا ہوں۔ This question is from Abru Aman. I would like to know the meaning of تزکیہ and how could we eradicate all evils from our heart.</w:t>
      </w:r>
    </w:p>
    <w:p>
      <w:r>
        <w:rPr>
          <w:b/>
        </w:rPr>
        <w:t xml:space="preserve">[57:31] </w:t>
      </w:r>
      <w:r>
        <w:t>dekhen, tazkiya ka jo literal meaning hai woh hai purification.</w:t>
      </w:r>
    </w:p>
    <w:p>
      <w:pPr>
        <w:jc w:val="right"/>
      </w:pPr>
      <w:r>
        <w:t>دیکھیں، تزکیہ کا جو لٹرل میننگ ہے وہ ہے پیوریفیکیشن۔</w:t>
      </w:r>
    </w:p>
    <w:p>
      <w:r>
        <w:rPr>
          <w:b/>
        </w:rPr>
        <w:t xml:space="preserve">[57:38] </w:t>
      </w:r>
      <w:r>
        <w:t>tazkiya jo hai, purification. jahan tak maine samjha hai, aadmi ke andar bar bar aate hain negative thought.</w:t>
      </w:r>
    </w:p>
    <w:p>
      <w:pPr>
        <w:jc w:val="right"/>
      </w:pPr>
      <w:r>
        <w:t>تزکیہ جو ہے، پیوریفیکیشن۔ جہاں تک میں نے سمجھا ہے، آدمی کے اندر بار بار آتے ہیں نیگیٹیو تھاٹ۔</w:t>
      </w:r>
    </w:p>
    <w:p>
      <w:r>
        <w:rPr>
          <w:b/>
        </w:rPr>
        <w:t xml:space="preserve">[57:52] </w:t>
      </w:r>
      <w:r>
        <w:t>negative thought ko kaha jata hai Islam mein gharoor, lust, nafrat, aur intolerance.</w:t>
      </w:r>
    </w:p>
    <w:p>
      <w:pPr>
        <w:jc w:val="right"/>
      </w:pPr>
      <w:r>
        <w:t>نیگیٹیو تھاٹ کو کہا جاتا ہے اسلام میں غرور، لست، نفرت، اور انٹولرنس۔</w:t>
      </w:r>
    </w:p>
    <w:p>
      <w:r>
        <w:rPr>
          <w:b/>
        </w:rPr>
        <w:t xml:space="preserve">[58:06] </w:t>
      </w:r>
      <w:r>
        <w:t>anger. yeh sab saare negative thought hain. aur isi se aap logon ko pak karna hai.</w:t>
      </w:r>
    </w:p>
    <w:p>
      <w:pPr>
        <w:jc w:val="right"/>
      </w:pPr>
      <w:r>
        <w:t>اینگر۔ یہ سب سارے نیگیٹیو تھاٹ ہیں۔ اور اسی سے آپ لوگوں کو پاک کرنا ہے۔</w:t>
      </w:r>
    </w:p>
    <w:p>
      <w:r>
        <w:rPr>
          <w:b/>
        </w:rPr>
        <w:t xml:space="preserve">[58:17] </w:t>
      </w:r>
      <w:r>
        <w:t>pak karne ka matlab yeh nahi ke aap apne dil se is tarah ke ehsasat ko nikal dein. nikalna, nikalna matlab nahi hai. woh hai al kazibeen al ghayz.</w:t>
      </w:r>
    </w:p>
    <w:p>
      <w:pPr>
        <w:jc w:val="right"/>
      </w:pPr>
      <w:r>
        <w:t>پاک کرنے کا مطلب یہ نہیں کہ آپ اپنے دل سے اس طرح کے احساسات کو نکال دیں۔ نکالنا، نکالنا مطلب نہیں ہے۔ وہ ہے الْكَاذِبِينَ الْغَيْظِ ۔</w:t>
      </w:r>
    </w:p>
    <w:p>
      <w:r>
        <w:rPr>
          <w:b/>
        </w:rPr>
        <w:t xml:space="preserve">[58:29] </w:t>
      </w:r>
      <w:r>
        <w:t>ghusay ko peene wale.</w:t>
      </w:r>
    </w:p>
    <w:p>
      <w:pPr>
        <w:jc w:val="right"/>
      </w:pPr>
      <w:r>
        <w:t>غصے کو پی جانے والے۔</w:t>
      </w:r>
    </w:p>
    <w:p>
      <w:r>
        <w:rPr>
          <w:b/>
        </w:rPr>
        <w:t xml:space="preserve">[58:32] </w:t>
      </w:r>
      <w:r>
        <w:t>dekhen, yahan ghor kijiye. agar yeh hota ke ghusa na ho jinke andar to hatta al faqideen al ghayz. faqideen maani hote hain jinke andar ghusa na ho.</w:t>
      </w:r>
    </w:p>
    <w:p>
      <w:pPr>
        <w:jc w:val="right"/>
      </w:pPr>
      <w:r>
        <w:t>دیکھیں، یہاں غور کیجئے۔ اگر یہ ہوتا کہ غصہ نہ ہو جن کے اندر تو حَتٰی الْفَاقِضِينَ الْغَيْظِ ۔ فاقدین معنی ہوتے ہیں جن کے اندر غصہ نہ ہو۔</w:t>
      </w:r>
    </w:p>
    <w:p>
      <w:r>
        <w:rPr>
          <w:b/>
        </w:rPr>
        <w:t xml:space="preserve">[58:43] </w:t>
      </w:r>
      <w:r>
        <w:t>to Quran mein yeh nahi aaya ke al faqideen al ghayz. jinke andar ghusa na ho. balke kaha gaya al kazibeen al ghayz. ke ghusa to aaya lekin pi gaye us ko.</w:t>
      </w:r>
    </w:p>
    <w:p>
      <w:pPr>
        <w:jc w:val="right"/>
      </w:pPr>
      <w:r>
        <w:t>تو قرآن میں یہ نہیں آیا کہ الْفَاقِضِينَ الْغَيْظِ ۔ جن کے اندر غصہ نہ ہو۔ بلکہ کہا گیا الْكَاذِبِينَ الْغَيْظِ ۔ کہ غصہ تو آیا لیکن پی گئے اس کو۔</w:t>
      </w:r>
    </w:p>
    <w:p>
      <w:r>
        <w:rPr>
          <w:b/>
        </w:rPr>
        <w:t xml:space="preserve">[58:54] </w:t>
      </w:r>
      <w:r>
        <w:t>to yeh hai ek barabar ki ek judojahad hai, zindagi bhar ki judojahad. ke ghusa aayega, aap us ko andar andar pi jayenge.</w:t>
      </w:r>
    </w:p>
    <w:p>
      <w:pPr>
        <w:jc w:val="right"/>
      </w:pPr>
      <w:r>
        <w:t>تو یہ ہے ایک برابر کی ایک جدوجہد ہے، زندگی بھر کی جدوجہد۔ کہ غصہ آئے گا، آپ اس کو اندر اندر پی جائیں گے۔</w:t>
      </w:r>
    </w:p>
    <w:p>
      <w:r>
        <w:rPr>
          <w:b/>
        </w:rPr>
        <w:t xml:space="preserve">[59:04] </w:t>
      </w:r>
      <w:r>
        <w:t>nafrat aayegi, andar andar us ko phela denge. badla aayega, andar andar khatam karenge us ko. lust aayega, andar andar us ko aap kam karenge.</w:t>
      </w:r>
    </w:p>
    <w:p>
      <w:pPr>
        <w:jc w:val="right"/>
      </w:pPr>
      <w:r>
        <w:t>نفرت آئے گی، اندر اندر اس کو پھیلا دیں گے۔ بدلہ آئے گا، اندر اندر ختم کریں گے اس کو۔ لست آئے گا، اندر اندر اس کو آپ کم کریں گے۔</w:t>
      </w:r>
    </w:p>
    <w:p>
      <w:r>
        <w:rPr>
          <w:b/>
        </w:rPr>
        <w:t xml:space="preserve">[59:13] </w:t>
      </w:r>
      <w:r>
        <w:t>yeh ek judojahad hai, judojahad. isi ka naam tazkiya hai. isi ka naam tazkiya hai. yaani khwahishat ki management ka naam tazkiya hai.</w:t>
      </w:r>
    </w:p>
    <w:p>
      <w:pPr>
        <w:jc w:val="right"/>
      </w:pPr>
      <w:r>
        <w:t>یہ ایک جدوجہد ہے، جدوجہد۔ اسی کا نام تزکیہ ہے۔ اسی کا نام تزکیہ ہے۔ یعنی خواہشات کی مینجمنٹ کا نام تزکیہ ہے۔</w:t>
      </w:r>
    </w:p>
    <w:p>
      <w:r>
        <w:rPr>
          <w:b/>
        </w:rPr>
        <w:t xml:space="preserve">[59:25] </w:t>
      </w:r>
      <w:r>
        <w:t>isi tarah se aap pak karte hain apne dil ko.</w:t>
      </w:r>
    </w:p>
    <w:p>
      <w:pPr>
        <w:jc w:val="right"/>
      </w:pPr>
      <w:r>
        <w:t>اسی طرح سے آپ پاک کرتے ہیں اپنے دل کو۔</w:t>
      </w:r>
    </w:p>
    <w:p>
      <w:r>
        <w:rPr>
          <w:b/>
        </w:rPr>
        <w:t xml:space="preserve">[59:30] </w:t>
      </w:r>
      <w:r>
        <w:t>to hadith mein aata hai ke aadmi jab koi burai karta hai, koi burai, to dil par ek spot pad jata hai, black spot.</w:t>
      </w:r>
    </w:p>
    <w:p>
      <w:pPr>
        <w:jc w:val="right"/>
      </w:pPr>
      <w:r>
        <w:t>تو حدیث میں آتا ہے کہ آدمی جب کوئی برائی کرتا ہے، کوئی برائی، تو دل پر ایک اسپاٹ پڑ جاتا ہے، بلیک اسپاٹ۔</w:t>
      </w:r>
    </w:p>
    <w:p>
      <w:r>
        <w:rPr>
          <w:b/>
        </w:rPr>
        <w:t xml:space="preserve">[59:40] </w:t>
      </w:r>
      <w:r>
        <w:t>to agar is black spot ko us ne nahi dhoya to phir dusra padega, teesra padega, chautha padega. yahan tak ke sara dil kala ho jayega. to woh kya hai?</w:t>
      </w:r>
    </w:p>
    <w:p>
      <w:pPr>
        <w:jc w:val="right"/>
      </w:pPr>
      <w:r>
        <w:t>تو اگر اس بلیک اسپاٹ کو اس نے نہیں دھویا تو پھر دوسرا پڑے گا، تیسرا پڑے گا، چوتھا پڑے گا۔ یہاں تک کہ سارا دل کالا ہو جائے گا۔ تو وہ کیا ہے؟</w:t>
      </w:r>
    </w:p>
    <w:p>
      <w:r>
        <w:rPr>
          <w:b/>
        </w:rPr>
        <w:t xml:space="preserve">[59:50] </w:t>
      </w:r>
      <w:r>
        <w:t>ke jo negative thought aaye, un ko hum mita nahi kar paye. rehne diya us ko, dili dil mein. to kya hoga?</w:t>
      </w:r>
    </w:p>
    <w:p>
      <w:pPr>
        <w:jc w:val="right"/>
      </w:pPr>
      <w:r>
        <w:t>کہ جو نیگیٹیو تھاٹ آئے، ان کو ہم مٹا نہیں کر پائے۔ رہنے دیا اس کو، دلی دل میں۔ تو کیا ہوگا؟</w:t>
      </w:r>
    </w:p>
    <w:p>
      <w:r>
        <w:rPr>
          <w:b/>
        </w:rPr>
        <w:t xml:space="preserve">[1:00:00] </w:t>
      </w:r>
      <w:r>
        <w:t>yeh hoga ke sara jo hamara jo zehan hai, woh negative zehan ban jayega. zehan mein zakheera hota chala jayega. negative thought jo hai, zehan mein zakheera hote chale jayenge.</w:t>
      </w:r>
    </w:p>
    <w:p>
      <w:pPr>
        <w:jc w:val="right"/>
      </w:pPr>
      <w:r>
        <w:t>یہ ہوگا کہ سارا جو ہمارا جو ذہن ہے، وہ نیگیٹیو ذہن بن جائے گا۔ ذہن میں ذخیرہ ہوتا چلا جائے گا۔ نیگیٹیو تھاٹ جو ہے، ذہن میں ذخیرہ ہوتے چلے جائیں گے۔</w:t>
      </w:r>
    </w:p>
    <w:p>
      <w:r>
        <w:rPr>
          <w:b/>
        </w:rPr>
        <w:t xml:space="preserve">[1:00:13] </w:t>
      </w:r>
      <w:r>
        <w:t>to tazkiya yeh hai ke aap zehan mein zakheera na hone dein us ko. yaani negative ko misbat mein tabdeel karen. zehan mein zakheera hote hote, zehan mein zakheera hone se pehle pehle us ko aap negative ko misbat mein tabdeel karen.</w:t>
      </w:r>
    </w:p>
    <w:p>
      <w:pPr>
        <w:jc w:val="right"/>
      </w:pPr>
      <w:r>
        <w:t>تو تزکیہ یہ ہے کہ آپ ذہن میں ذخیرہ نہ ہونے دیں اس کو۔ یعنی نیگیٹیو کو مثبت میں تبدیل کریں۔ ذہن میں ذخیرہ ہوتے ہوتے، ذہن میں ذخیرہ ہونے سے پہلے پہلے اس کو آپ نیگیٹیو کو مثبت میں تبدیل کریں۔</w:t>
      </w:r>
    </w:p>
    <w:p>
      <w:r>
        <w:rPr>
          <w:b/>
        </w:rPr>
        <w:t xml:space="preserve">[1:00:30] </w:t>
      </w:r>
      <w:r>
        <w:t>jaise ghusa hai to maafi bana dein us ko.</w:t>
      </w:r>
    </w:p>
    <w:p>
      <w:pPr>
        <w:jc w:val="right"/>
      </w:pPr>
      <w:r>
        <w:t>جیسے غصہ ہے تو معافی بنا دیں اس کو۔</w:t>
      </w:r>
    </w:p>
    <w:p>
      <w:r>
        <w:rPr>
          <w:b/>
        </w:rPr>
        <w:t xml:space="preserve">[1:00:36] </w:t>
      </w:r>
      <w:r>
        <w:t>lalach, yeh hasad aaya, hasad, us ko dua mein tabdeel kar dein. ke maine dekha kisi ke paas bohat bara makan hai, bohat gadi us ke paas shandar hai.</w:t>
      </w:r>
    </w:p>
    <w:p>
      <w:pPr>
        <w:jc w:val="right"/>
      </w:pPr>
      <w:r>
        <w:t>لالچ، یہ حسد آیا، حسد، اس کو دعا میں تبدیل کر دیں۔ کہ میں نے دیکھا کسی کے پاس بہت بڑا مکان ہے، بہت گاڑی اس کے پاس شاندار ہے۔</w:t>
      </w:r>
    </w:p>
    <w:p>
      <w:r>
        <w:rPr>
          <w:b/>
        </w:rPr>
        <w:t xml:space="preserve">[1:00:45] </w:t>
      </w:r>
      <w:r>
        <w:t>to main dua karunga. us ke liye, apne liye dua karne lagun. to maine us is negative ehsas ko tabdeel kiya dua mein.</w:t>
      </w:r>
    </w:p>
    <w:p>
      <w:pPr>
        <w:jc w:val="right"/>
      </w:pPr>
      <w:r>
        <w:t>تو میں دعا کروں گا۔ اس کے لیے، اپنے لیے دعا کرنے لگوں۔ تو میں نے اس اس نیگیٹیو احساس کو تبدیل کیا دعا میں۔</w:t>
      </w:r>
    </w:p>
    <w:p>
      <w:r>
        <w:rPr>
          <w:b/>
        </w:rPr>
        <w:t xml:space="preserve">[1:00:55] </w:t>
      </w:r>
      <w:r>
        <w:t>to jo aadmi is tarah se tabdeel karta rahega, uska dil pak saaf rahega. pakiza rahega. aur jo tabdeel nahi karega, to uska dil kala hota chala jayega.</w:t>
      </w:r>
    </w:p>
    <w:p>
      <w:pPr>
        <w:jc w:val="right"/>
      </w:pPr>
      <w:r>
        <w:t>تو جو آدمی اس طرح سے تبدیل کرتا رہے گا، اس کا دل پاک صاف رہے گا۔ پاکیزہ رہے گا۔ اور جو تبدیل نہیں کرے گا، تو اس کا دل کالا ہوتا چلا جائے گا۔</w:t>
      </w:r>
    </w:p>
    <w:p>
      <w:r>
        <w:rPr>
          <w:b/>
        </w:rPr>
        <w:t xml:space="preserve">[1:01:04] </w:t>
      </w:r>
      <w:r>
        <w:t>yaani zehan mein woh bator negative item zakheera hoga. to isi se aap logon ko bachana hai.</w:t>
      </w:r>
    </w:p>
    <w:p>
      <w:pPr>
        <w:jc w:val="right"/>
      </w:pPr>
      <w:r>
        <w:t>یعنی ذہن میں وہ بطور نیگیٹیو آئٹم ذخیرہ ہوگا۔ تو اسی سے آپ لوگوں کو بچانا ہے۔</w:t>
      </w:r>
    </w:p>
    <w:p>
      <w:r>
        <w:rPr>
          <w:b/>
        </w:rPr>
        <w:t xml:space="preserve">[1:01:15] </w:t>
      </w:r>
      <w:r>
        <w:t>tazkiya ka matlab hai pakizgi. aur pakizgi ka matlab yeh hai ke har negative thought ko phela kar ke, us ko kam kar ke misbat mein tabdeel kar lena.</w:t>
      </w:r>
    </w:p>
    <w:p>
      <w:pPr>
        <w:jc w:val="right"/>
      </w:pPr>
      <w:r>
        <w:t>تزکیہ کا مطلب ہے پاکیزگی۔ اور پاکیزگی کا مطلب یہ ہے کہ ہر نیگیٹیو تھاٹ کو پھیلا کر کے، اس کو کم کر کے مثبت میں تبدیل کر لینا۔</w:t>
      </w:r>
    </w:p>
    <w:p>
      <w:r>
        <w:rPr>
          <w:b/>
        </w:rPr>
        <w:t xml:space="preserve">[1:01:27] </w:t>
      </w:r>
      <w:r>
        <w:t>mein samajhta hoon wahi tazkiya hai. yeh aik jad-o-jehad hai jo zindagi bhar jari rehti hai har aadmi ke sath. This question is from Naeem Mirza.</w:t>
      </w:r>
    </w:p>
    <w:p>
      <w:pPr>
        <w:jc w:val="right"/>
      </w:pPr>
      <w:r>
        <w:t>میں سمجھتا ہوں وہی تزکیہ ہے۔ یہ ایک جدوجہد ہے جو زندگی بھر جاری رہتی ہے ہر آدمی کے ساتھ۔ This question is from نعیم مرزا۔</w:t>
      </w:r>
    </w:p>
    <w:p>
      <w:r>
        <w:rPr>
          <w:b/>
        </w:rPr>
        <w:t xml:space="preserve">[1:01:37] </w:t>
      </w:r>
      <w:r>
        <w:t>What is the secret of your good health and memory?</w:t>
      </w:r>
    </w:p>
    <w:p>
      <w:pPr>
        <w:jc w:val="right"/>
      </w:pPr>
      <w:r>
        <w:t>What is the secret of your good health and memory?</w:t>
      </w:r>
    </w:p>
    <w:p>
      <w:r>
        <w:rPr>
          <w:b/>
        </w:rPr>
        <w:t xml:space="preserve">[1:01:44] </w:t>
      </w:r>
      <w:r>
        <w:t>jo aap nahi bardasht kar sakte. jo aap bardasht nahi kar sakte. woh hai. woh woh woh saada formula hai.</w:t>
      </w:r>
    </w:p>
    <w:p>
      <w:pPr>
        <w:jc w:val="right"/>
      </w:pPr>
      <w:r>
        <w:t>جو آپ نہیں برداشت کر سکتے۔ جو آپ برداشت نہیں کر سکتے۔ وہ ہے۔ وہ وہ وہ سادہ فارمولا ہے۔</w:t>
      </w:r>
    </w:p>
    <w:p>
      <w:r>
        <w:rPr>
          <w:b/>
        </w:rPr>
        <w:t xml:space="preserve">[1:01:55] </w:t>
      </w:r>
      <w:r>
        <w:t>Simple living high thinking. Simple living high thinking.</w:t>
      </w:r>
    </w:p>
    <w:p>
      <w:pPr>
        <w:jc w:val="right"/>
      </w:pPr>
      <w:r>
        <w:t>Simple living high thinking. Simple living high thinking.</w:t>
      </w:r>
    </w:p>
    <w:p>
      <w:r>
        <w:rPr>
          <w:b/>
        </w:rPr>
        <w:t xml:space="preserve">[1:02:03] </w:t>
      </w:r>
      <w:r>
        <w:t>mein apnay pasand ki cheez nahi khata. meri beti yahan maujood hai, un se pooch li jiye.</w:t>
      </w:r>
    </w:p>
    <w:p>
      <w:pPr>
        <w:jc w:val="right"/>
      </w:pPr>
      <w:r>
        <w:t>میں اپنے پسند کی چیز نہیں کھاتا۔ میری بیٹی یہاں موجود ہے، ان سے پوچھ لیجیے۔</w:t>
      </w:r>
    </w:p>
    <w:p>
      <w:r>
        <w:rPr>
          <w:b/>
        </w:rPr>
        <w:t xml:space="preserve">[1:02:12] </w:t>
      </w:r>
      <w:r>
        <w:t>bohat hi saada jo hogi, sab se saada jo cheez hogi, woh khaunga.</w:t>
      </w:r>
    </w:p>
    <w:p>
      <w:pPr>
        <w:jc w:val="right"/>
      </w:pPr>
      <w:r>
        <w:t>بہت ہی سادہ جو ہوگی، سب سے سادہ جو چیز ہوگی، وہ کھاؤں گا۔</w:t>
      </w:r>
    </w:p>
    <w:p>
      <w:r>
        <w:rPr>
          <w:b/>
        </w:rPr>
        <w:t xml:space="preserve">[1:02:18] </w:t>
      </w:r>
      <w:r>
        <w:t>high thinking kiya cheez hai? high thinking matlab yeh hai ke apnay aap ko har cheez se bachane se high thinking ati hai. agar aap phanse rahen in cheezon mein, jaise mein ne ab kaha.</w:t>
      </w:r>
    </w:p>
    <w:p>
      <w:pPr>
        <w:jc w:val="right"/>
      </w:pPr>
      <w:r>
        <w:t>ہائی تھنکنگ کیا چیز ہے؟ ہائی تھنکنگ مطلب یہ ہے کہ اپنے آپ کو ہر چیز سے بچانے سے ہائی تھنکنگ آتی ہے۔ اگر آپ پھنسے رہیں ان چیزوں میں، جیسے میں نے اب کہا۔</w:t>
      </w:r>
    </w:p>
    <w:p>
      <w:r>
        <w:rPr>
          <w:b/>
        </w:rPr>
        <w:t xml:space="preserve">[1:02:30] </w:t>
      </w:r>
      <w:r>
        <w:t>kya ghussa aa jaye aap ko? aap ghusse mein jee rahe hain, aap ghusse mein jee rahe hain. lalach aa jaye, aap lalach mein jee rahe hain. hasad aa jaye, hasad mein jee rahe hain.</w:t>
      </w:r>
    </w:p>
    <w:p>
      <w:pPr>
        <w:jc w:val="right"/>
      </w:pPr>
      <w:r>
        <w:t>کیا غصہ آ جائے آپ کو؟ آپ غصے میں جی رہے ہیں، آپ غصے میں جی رہے ہیں۔ لالچ آ جائے، آپ لالچ میں جی رہے ہیں۔ حسد آ جائے، حسد میں جی رہے ہیں۔</w:t>
      </w:r>
    </w:p>
    <w:p>
      <w:r>
        <w:rPr>
          <w:b/>
        </w:rPr>
        <w:t xml:space="preserve">[1:02:39] </w:t>
      </w:r>
      <w:r>
        <w:t>in sab se oopar uthana parta hai apnay aap ko. to saada zindagi jo hai, bohat saada kapra, bohat saada khana, saada bistar.</w:t>
      </w:r>
    </w:p>
    <w:p>
      <w:pPr>
        <w:jc w:val="right"/>
      </w:pPr>
      <w:r>
        <w:t>ان سب سے اوپر اٹھانا پڑتا ہے اپنے آپ کو۔ تو سادہ زندگی جو ہے، بہت سادہ کپڑا، بہت سادہ کھانا، سادہ بستر۔</w:t>
      </w:r>
    </w:p>
    <w:p>
      <w:r>
        <w:rPr>
          <w:b/>
        </w:rPr>
        <w:t xml:space="preserve">[1:02:54] </w:t>
      </w:r>
      <w:r>
        <w:t>aur is ka kya hai, mera kya tareeqa hai? mein hoon sab se bara status quoist. mein aksar kaha karta hoon ke tareekh ka sab se bara status quoist mein hoon.</w:t>
      </w:r>
    </w:p>
    <w:p>
      <w:pPr>
        <w:jc w:val="right"/>
      </w:pPr>
      <w:r>
        <w:t>اور اس کا کیا ہے، میرا کیا طریقہ ہے؟ میں ہوں سب سے بڑا اسٹیٹس کوئسٹ۔ میں اکثر کہا کرتا ہوں کہ تاریخ کا سب سے بڑا اسٹیٹس کوئسٹ میں ہوں۔</w:t>
      </w:r>
    </w:p>
    <w:p>
      <w:r>
        <w:rPr>
          <w:b/>
        </w:rPr>
        <w:t xml:space="preserve">[1:03:04] </w:t>
      </w:r>
      <w:r>
        <w:t>ke jo hai wahi theek hai, jo hai wahi theek hai.</w:t>
      </w:r>
    </w:p>
    <w:p>
      <w:pPr>
        <w:jc w:val="right"/>
      </w:pPr>
      <w:r>
        <w:t>کہ جو ہے وہی ٹھیک ہے، جو ہے وہی ٹھیک ہے۔</w:t>
      </w:r>
    </w:p>
    <w:p>
      <w:r>
        <w:rPr>
          <w:b/>
        </w:rPr>
        <w:t xml:space="preserve">[1:03:08] </w:t>
      </w:r>
      <w:r>
        <w:t>jo hai bas wahi theek hai.</w:t>
      </w:r>
    </w:p>
    <w:p>
      <w:pPr>
        <w:jc w:val="right"/>
      </w:pPr>
      <w:r>
        <w:t>جو ہے بس وہی ٹھیک ہے۔</w:t>
      </w:r>
    </w:p>
    <w:p>
      <w:r>
        <w:rPr>
          <w:b/>
        </w:rPr>
        <w:t xml:space="preserve">[1:03:13] </w:t>
      </w:r>
      <w:r>
        <w:t>aur mein aap ko aik arz bataoon, is se pehle aik baat arz ki thi ke aik qaul hai angrezi mein "Big birds of the storm" .</w:t>
      </w:r>
    </w:p>
    <w:p>
      <w:pPr>
        <w:jc w:val="right"/>
      </w:pPr>
      <w:r>
        <w:t>اور میں آپ کو ایک عرض بتاؤں، اس سے پہلے ایک بات عرض کی تھی کہ ایک قول ہے انگریزی میں "Big birds of the storm" ۔</w:t>
      </w:r>
    </w:p>
    <w:p>
      <w:r>
        <w:rPr>
          <w:b/>
        </w:rPr>
        <w:t xml:space="preserve">[1:03:24] </w:t>
      </w:r>
      <w:r>
        <w:t>jo mulk hain jahan thanda hota hai, wahan khaas tor par aisa hota hai ke toofan ate hain. sard toofan. thandi hawaein.</w:t>
      </w:r>
    </w:p>
    <w:p>
      <w:pPr>
        <w:jc w:val="right"/>
      </w:pPr>
      <w:r>
        <w:t>جو ملک ہیں جہاں ٹھنڈا ہوتا ہے، وہاں خاص طور پر ایسا ہوتا ہے کہ طوفان آتے ہیں۔ سرد طوفان۔ ٹھنڈی ہوائیں۔</w:t>
      </w:r>
    </w:p>
    <w:p>
      <w:r>
        <w:rPr>
          <w:b/>
        </w:rPr>
        <w:t xml:space="preserve">[1:03:34] </w:t>
      </w:r>
      <w:r>
        <w:t>to jo chiriyaan hain, woh is ke ati hain, is ke is mein, is ki zad mein. to kya hota hai?</w:t>
      </w:r>
    </w:p>
    <w:p>
      <w:pPr>
        <w:jc w:val="right"/>
      </w:pPr>
      <w:r>
        <w:t>تو جو چڑیاں ہیں، وہ اس کے آ جاتی ہیں، اس کے اس میں، اس کی زد میں۔ تو کیا ہوتا ہے؟</w:t>
      </w:r>
    </w:p>
    <w:p>
      <w:r>
        <w:rPr>
          <w:b/>
        </w:rPr>
        <w:t xml:space="preserve">[1:03:44] </w:t>
      </w:r>
      <w:r>
        <w:t>ab jo choti chiriyaan hain, bechari, ziyada ur nahi sakti woh, sab mar jati hain.</w:t>
      </w:r>
    </w:p>
    <w:p>
      <w:pPr>
        <w:jc w:val="right"/>
      </w:pPr>
      <w:r>
        <w:t>اب جو چھوٹی چڑیاں ہیں، بیچاری، زیادہ اڑ نہیں سکتی وہ، سب مر جاتی ہیں۔</w:t>
      </w:r>
    </w:p>
    <w:p>
      <w:r>
        <w:rPr>
          <w:b/>
        </w:rPr>
        <w:t xml:space="preserve">[1:03:49] </w:t>
      </w:r>
      <w:r>
        <w:t>aur jo bari chiriyaan hain jinke woh bohat hi mazboot hote hain, unke woh, yaani woh kya kehte hain is ko, wing, to woh urti hain oopar ki taraf.</w:t>
      </w:r>
    </w:p>
    <w:p>
      <w:pPr>
        <w:jc w:val="right"/>
      </w:pPr>
      <w:r>
        <w:t>اور جو بڑی چڑیاں ہیں جن کے وہ بہت ہی مضبوط ہوتے ہیں، ان کے وہ، یعنی وہ کیا کہتے ہیں اس کو، ونگ، تو وہ اڑتی ہیں اوپر کی طرف۔</w:t>
      </w:r>
    </w:p>
    <w:p>
      <w:r>
        <w:rPr>
          <w:b/>
        </w:rPr>
        <w:t xml:space="preserve">[1:03:59] </w:t>
      </w:r>
      <w:r>
        <w:t>urti urti wahan pohnch jati hain jahan jahan hawa, hawa aap jante hain, aik aasman tak to hoti nahi. kuch door tak rahe gi, us ke baad woh nahi rahe gi.</w:t>
      </w:r>
    </w:p>
    <w:p>
      <w:pPr>
        <w:jc w:val="right"/>
      </w:pPr>
      <w:r>
        <w:t>اڑتے اڑتے وہاں پہنچ جاتی ہیں جہاں جہاں ہوا، ہوا آپ جانتے ہیں، ایک آسمان تک تو ہوتی نہیں۔ کچھ دور تک رہے گی، اس کے بعد وہ نہیں رہے گی۔</w:t>
      </w:r>
    </w:p>
    <w:p>
      <w:r>
        <w:rPr>
          <w:b/>
        </w:rPr>
        <w:t xml:space="preserve">[1:04:10] </w:t>
      </w:r>
      <w:r>
        <w:t>is ke oopar nikal jati hain. yaani is hawa ka jo jhonka aya hai, is se oopar nikal gayeen.</w:t>
      </w:r>
    </w:p>
    <w:p>
      <w:pPr>
        <w:jc w:val="right"/>
      </w:pPr>
      <w:r>
        <w:t>اس کے اوپر نکل جاتی ہیں۔ یعنی اس ہوا کا جو جھونکا آیا ہے، اس سے اوپر نکل گئیں۔</w:t>
      </w:r>
    </w:p>
    <w:p>
      <w:r>
        <w:rPr>
          <w:b/>
        </w:rPr>
        <w:t xml:space="preserve">[1:04:17] </w:t>
      </w:r>
      <w:r>
        <w:t>is ko kehte hain "Big birds of the storm" . to zindagi mein bar bar aisa hota hai. to mein ne is se lafz banaya hai "Big bird thinking" .</w:t>
      </w:r>
    </w:p>
    <w:p>
      <w:pPr>
        <w:jc w:val="right"/>
      </w:pPr>
      <w:r>
        <w:t>اس کو کہتے ہیں "Big birds of the storm" ۔ تو زندگی میں بار بار ایسا ہوتا ہے۔ تو میں نے اس سے لفظ بنایا ہے "Big bird thinking" ۔</w:t>
      </w:r>
    </w:p>
    <w:p>
      <w:r>
        <w:rPr>
          <w:b/>
        </w:rPr>
        <w:t xml:space="preserve">[1:04:29] </w:t>
      </w:r>
      <w:r>
        <w:t>"Big bird think". yaani aadmi jo hai, sare negative jhonke, sare jo is tarah ke ishtial, har cheez, is se oopar ur jaye woh.</w:t>
      </w:r>
    </w:p>
    <w:p>
      <w:pPr>
        <w:jc w:val="right"/>
      </w:pPr>
      <w:r>
        <w:t>"Big bird think"۔ یعنی آدمی جو ہے، سارے نیگیٹیو جھونکے، سارے جو اس طرح کے اشتعال، ہر چیز، اس سے اوپر اڑ جائے وہ۔</w:t>
      </w:r>
    </w:p>
    <w:p>
      <w:r>
        <w:rPr>
          <w:b/>
        </w:rPr>
        <w:t xml:space="preserve">[1:04:41] </w:t>
      </w:r>
      <w:r>
        <w:t>har cheez oopar ur jaye.</w:t>
      </w:r>
    </w:p>
    <w:p>
      <w:pPr>
        <w:jc w:val="right"/>
      </w:pPr>
      <w:r>
        <w:t>ہر چیز اوپر اڑ جائے۔</w:t>
      </w:r>
    </w:p>
    <w:p>
      <w:r>
        <w:rPr>
          <w:b/>
        </w:rPr>
        <w:t xml:space="preserve">[1:04:43] </w:t>
      </w:r>
      <w:r>
        <w:t>jaise mein ne kal in se kaha tha, jo sahaba aye thay, ke is do sau saal mein aap dekhen, jitne muslim hain, sare muslim ki soch jo bani hai, radd-e-amal mein bani hai.</w:t>
      </w:r>
    </w:p>
    <w:p>
      <w:pPr>
        <w:jc w:val="right"/>
      </w:pPr>
      <w:r>
        <w:t>جیسے میں نے کل ان سے کہا تھا، جو صحابہ آئے تھے، کہ اس دو سو سال میں آپ دیکھیں، جتنے مسلم ہیں، سارے مسلم کی سوچ جو بنی ہے، ردعمل میں بنی ہے۔</w:t>
      </w:r>
    </w:p>
    <w:p>
      <w:r>
        <w:rPr>
          <w:b/>
        </w:rPr>
        <w:t xml:space="preserve">[1:04:55] </w:t>
      </w:r>
      <w:r>
        <w:t>sare muslim. "One to all" . matlab aasman peer toot gaya, ab log danda utha kar khare ho gaye. Jamaluddin Afghani jaise thay, mislan. ab colonial power yahan aa gayi India mein, ab khare ho gaye, ab un ka naam azad aur falan falan log.</w:t>
      </w:r>
    </w:p>
    <w:p>
      <w:pPr>
        <w:jc w:val="right"/>
      </w:pPr>
      <w:r>
        <w:t>سارے مسلم۔ "One to all" ۔ مطلب آسمان پیر ٹوٹ گیا، اب لوگ ڈنڈا اٹھا کر کھڑے ہو گئے۔ جمال الدین افغانی جیسے تھے، مثلاً۔ اب کولونیئل پاور یہاں آ گئی انڈیا میں، اب کھڑے ہو گئے، اب ان کا نام آزاد اور فلاں فلاں لوگ۔</w:t>
      </w:r>
    </w:p>
    <w:p>
      <w:r>
        <w:rPr>
          <w:b/>
        </w:rPr>
        <w:t xml:space="preserve">[1:05:11] </w:t>
      </w:r>
      <w:r>
        <w:t>ab Falasteen mein Yahoodi aa gaye to khare ho gaye, Aasif Arafat aur yeh sare log. to kisi siyasi event se radd-e-amal kar ke logon ki soch bani.</w:t>
      </w:r>
    </w:p>
    <w:p>
      <w:pPr>
        <w:jc w:val="right"/>
      </w:pPr>
      <w:r>
        <w:t>اب فلسطین میں یہودی آ گئے تو کھڑے ہو گئے، آصف عرفات اور یہ سارے لوگ۔ تو کسی سیاسی ایونٹ سے ردعمل کر کے لوگوں کی سوچ بنی۔</w:t>
      </w:r>
    </w:p>
    <w:p>
      <w:r>
        <w:rPr>
          <w:b/>
        </w:rPr>
        <w:t xml:space="preserve">[1:05:21] </w:t>
      </w:r>
      <w:r>
        <w:t>mujhe aisa nahi hua. kisi bhi, koi bhi event jo meri family mein hua ho, mere aas paas hua ho, ya qaumi zindagi mein hua ho, ya bain-ul-aqwami zindagi mein hua ho, main us se kabhi rad-e-amal nahi kar ke, main soch bana mera.</w:t>
      </w:r>
    </w:p>
    <w:p>
      <w:pPr>
        <w:jc w:val="right"/>
      </w:pPr>
      <w:r>
        <w:t>مجھے ایسا نہیں ہوا۔ کسی بھی، کوئی بھی ایونٹ جو میری فیملی میں ہوا ہو، میرے آس پاس ہوا ہو، یا قومی زندگی میں ہوا ہو، یا بین الاقوامی زندگی میں ہوا ہو، میں اس سے کبھی ردعمل نہیں کر کے، میں سوچ بنا میرا۔</w:t>
      </w:r>
    </w:p>
    <w:p>
      <w:r>
        <w:rPr>
          <w:b/>
        </w:rPr>
        <w:t xml:space="preserve">[1:05:35] </w:t>
      </w:r>
      <w:r>
        <w:t>sau fisad musbat ideology hai meri.</w:t>
      </w:r>
    </w:p>
    <w:p>
      <w:pPr>
        <w:jc w:val="right"/>
      </w:pPr>
      <w:r>
        <w:t>سو فیصد مثبت آئیڈیالوجی ہے میری۔</w:t>
      </w:r>
    </w:p>
    <w:p>
      <w:r>
        <w:rPr>
          <w:b/>
        </w:rPr>
        <w:t xml:space="preserve">[1:05:38] </w:t>
      </w:r>
      <w:r>
        <w:t>jabke "One to all" sab ki ideology jo hai, negative ideology hai. kyun? woh rad-e-amal mein bani hai woh. rad-e-amal mein bani hai woh.</w:t>
      </w:r>
    </w:p>
    <w:p>
      <w:pPr>
        <w:jc w:val="right"/>
      </w:pPr>
      <w:r>
        <w:t>جبکہ "One to all" سب کی آئیڈیالوجی جو ہے، نیگیٹیو آئیڈیالوجی ہے۔ کیوں؟ وہ ردعمل میں بنی ہے وہ۔ ردعمل میں بنی ہے وہ۔</w:t>
      </w:r>
    </w:p>
    <w:p>
      <w:r>
        <w:rPr>
          <w:b/>
        </w:rPr>
        <w:t xml:space="preserve">[1:05:47] </w:t>
      </w:r>
      <w:r>
        <w:t>jo event hote rahe is do sau saal ke andar, is se rad-e-amal kar ke un ki soch bani un ki.</w:t>
      </w:r>
    </w:p>
    <w:p>
      <w:pPr>
        <w:jc w:val="right"/>
      </w:pPr>
      <w:r>
        <w:t>جو ایونٹ ہوتے رہے اس دو سو سال کے اندر، اس سے ردعمل کر کے ان کی سوچ بنی ان کی۔</w:t>
      </w:r>
    </w:p>
    <w:p>
      <w:r>
        <w:rPr>
          <w:b/>
        </w:rPr>
        <w:t xml:space="preserve">[1:05:56] </w:t>
      </w:r>
      <w:r>
        <w:t>jaise Usmani saltanat khatam hua Turkey mein, India mein Mughal saltanat khatam hua, Misr mein Fatmi saltanat khatam hua.</w:t>
      </w:r>
    </w:p>
    <w:p>
      <w:pPr>
        <w:jc w:val="right"/>
      </w:pPr>
      <w:r>
        <w:t>جیسے عثمانی سلطنت ختم ہوا ترکی میں، انڈیا میں مغل سلطنت ختم ہوا، مصر میں فاطمی سلطنت ختم ہوا۔</w:t>
      </w:r>
    </w:p>
    <w:p>
      <w:r>
        <w:rPr>
          <w:b/>
        </w:rPr>
        <w:t xml:space="preserve">[1:06:04] </w:t>
      </w:r>
      <w:r>
        <w:t>is tareeqe se is se log ghussa ho gaye, bhadak uthe. is ke rad-e-amal mein un ki soch bani. "One to all" sab ka yeh haal hai.</w:t>
      </w:r>
    </w:p>
    <w:p>
      <w:pPr>
        <w:jc w:val="right"/>
      </w:pPr>
      <w:r>
        <w:t>اس طریقے سے اس سے لوگ غصہ ہو گئے، بھڑک اٹھے۔ اس کے ردعمل میں ان کی سوچ بنی۔ "One to all" سب کا یہ حال ہے۔</w:t>
      </w:r>
    </w:p>
    <w:p>
      <w:r>
        <w:rPr>
          <w:b/>
        </w:rPr>
        <w:t xml:space="preserve">[1:06:15] </w:t>
      </w:r>
      <w:r>
        <w:t>isi liye sab ke andar negativity hai. un ki kitabein parhiye aap, un ki kitabein parhiye aap. main Khuda ke waste, meri jo soch hai, woh kisi se rad-e-amal kar ke nahi bani hai.</w:t>
      </w:r>
    </w:p>
    <w:p>
      <w:pPr>
        <w:jc w:val="right"/>
      </w:pPr>
      <w:r>
        <w:t>اسی لیے سب کے اندر نیگیٹیوٹی ہے۔ ان کی کتابیں پڑھیے آپ، ان کی کتابیں پڑھیے آپ۔ میں خدا کے واسطے، میری جو سوچ ہے، وہ کسی سے ردعمل کر کے نہیں بنی ہے۔</w:t>
      </w:r>
    </w:p>
    <w:p>
      <w:r>
        <w:rPr>
          <w:b/>
        </w:rPr>
        <w:t xml:space="preserve">[1:06:25] </w:t>
      </w:r>
      <w:r>
        <w:t>meri soch sau fisad musbat rehti hai, hamesha. mislan India mein mujhe Hinduon se koi nafrat nahi. Hinduon se main pyar karta hoon.</w:t>
      </w:r>
    </w:p>
    <w:p>
      <w:pPr>
        <w:jc w:val="right"/>
      </w:pPr>
      <w:r>
        <w:t>میری سوچ سو فیصد مثبت رہتی ہے، ہمیشہ۔ مثلاً انڈیا میں مجھے ہندوؤں سے کوئی نفرت نہیں۔ ہندوؤں سے میں پیار کرتا ہوں۔</w:t>
      </w:r>
    </w:p>
    <w:p>
      <w:r>
        <w:rPr>
          <w:b/>
        </w:rPr>
        <w:t xml:space="preserve">[1:06:34] </w:t>
      </w:r>
      <w:r>
        <w:t>iska raaz kya hai, dekhiye. is ko samajh lijiye aap achhe tareeqe se. إِنَّ مَعَ الْأُسْرِ يُسْرَى . jab bhi koi aisi baat hoti hai jo aap ko achhi na lage, to wohin par ek aur baat maujood hoti hai jo aap ko achhi lage.</w:t>
      </w:r>
    </w:p>
    <w:p>
      <w:pPr>
        <w:jc w:val="right"/>
      </w:pPr>
      <w:r>
        <w:t>اس کا راز کیا ہے، دیکھیے۔ اس کو سمجھ لیجیے آپ اچھے طریقے سے۔ إِنَّ مَعَ الْأُسْرِ يُسْرَى ۔ جب بھی کوئی ایسی بات ہوتی ہے جو آپ کو اچھی نہ لگے، تو وہیں پر ایک اور بات موجود ہوتی ہے جو آپ کو اچھی لگے۔</w:t>
      </w:r>
    </w:p>
    <w:p>
      <w:r>
        <w:rPr>
          <w:b/>
        </w:rPr>
        <w:t xml:space="preserve">[1:06:50] </w:t>
      </w:r>
      <w:r>
        <w:t>yeh hadith mein yeh formula bataya gaya hai. وَإِنْ كَرِهَ بِهَا شَيْءٌ رَضَيَ مِنَ الْآخِرِ</w:t>
      </w:r>
    </w:p>
    <w:p>
      <w:pPr>
        <w:jc w:val="right"/>
      </w:pPr>
      <w:r>
        <w:t>یہ حدیث میں یہ فارمولا بتایا گیا ہے۔ وَإِنْ كَرِهَ بِهَا شَيْءٌ رَضَيَ مِنَ الْآخِرِ</w:t>
      </w:r>
    </w:p>
    <w:p>
      <w:r>
        <w:rPr>
          <w:b/>
        </w:rPr>
        <w:t xml:space="preserve">[1:06:56] </w:t>
      </w:r>
      <w:r>
        <w:t>. yeh bahut badi hikmat hai is mein, is hadith mein. ke agar koi cheez aisi hai jo aap ko pasand nahi aa rahi hai, to wohin par ek aur cheez hogi jo aap ko pasand aa jaye.</w:t>
      </w:r>
    </w:p>
    <w:p>
      <w:pPr>
        <w:jc w:val="right"/>
      </w:pPr>
      <w:r>
        <w:t>۔ یہ بہت بڑی حکمت ہے اس میں، اس حدیث میں۔ کہ اگر کوئی چیز ایسی ہے جو آپ کو پسند نہیں آ رہی ہے، تو وہیں پر ایک اور چیز ہوگی جو آپ کو پسند آ جائے۔</w:t>
      </w:r>
    </w:p>
    <w:p>
      <w:r>
        <w:rPr>
          <w:b/>
        </w:rPr>
        <w:t xml:space="preserve">[1:07:06] </w:t>
      </w:r>
      <w:r>
        <w:t>to main yahi karta hoon hamesha. hamesha yahi karta hoon. ke jin cheezon se log ghussa hote hain, is mein main musbat pehlu dhoond kar nikaal leta hoon.</w:t>
      </w:r>
    </w:p>
    <w:p>
      <w:pPr>
        <w:jc w:val="right"/>
      </w:pPr>
      <w:r>
        <w:t>تو میں یہی کرتا ہوں ہمیشہ۔ ہمیشہ یہی کرتا ہوں۔ کہ جن چیزوں سے لوگ غصہ ہوتے ہیں، اس میں میں مثبت پہلو ڈھونڈ کر نکال لیتا ہوں۔</w:t>
      </w:r>
    </w:p>
    <w:p>
      <w:r>
        <w:rPr>
          <w:b/>
        </w:rPr>
        <w:t xml:space="preserve">[1:07:18] </w:t>
      </w:r>
      <w:r>
        <w:t>jaise India mein saare log Angrezon se nafrat karne lage. "One to</w:t>
      </w:r>
    </w:p>
    <w:p>
      <w:pPr>
        <w:jc w:val="right"/>
      </w:pPr>
      <w:r>
        <w:t>جیسے انڈیا میں سارے لوگ انگریزوں سے نفرت کرنے لگے۔ "One to</w:t>
      </w:r>
    </w:p>
    <w:p>
      <w:r>
        <w:rPr>
          <w:b/>
        </w:rPr>
        <w:t xml:space="preserve">[1:07:22] </w:t>
      </w:r>
      <w:r>
        <w:t>all". main ne kya nikaal liya? ke Angrez aaye to yahan par woh jadeed soch laye, jadeed sanat laye, Angrezi zabaan laye.</w:t>
      </w:r>
    </w:p>
    <w:p>
      <w:pPr>
        <w:jc w:val="right"/>
      </w:pPr>
      <w:r>
        <w:t>all"۔ میں نے کیا نکال لیا؟ کہ انگریز آئے تو یہاں پر وہ جدید سوچ لائے، جدید صنعت لائے، انگریزی زبان لائے۔</w:t>
      </w:r>
    </w:p>
    <w:p>
      <w:r>
        <w:rPr>
          <w:b/>
        </w:rPr>
        <w:t xml:space="preserve">[1:07:33] </w:t>
      </w:r>
      <w:r>
        <w:t>bahut sari cheezein laye woh. bain-ul-aqwami laye. waghera. to mujhe koi ghussa nahi aata. main is ko phaila kar leta hoon.</w:t>
      </w:r>
    </w:p>
    <w:p>
      <w:pPr>
        <w:jc w:val="right"/>
      </w:pPr>
      <w:r>
        <w:t>بہت ساری چیزیں لائے وہ۔ بین الاقوامی لائے۔ وغیرہ۔ تو مجھے کوئی غصہ نہیں آتا۔ میں اس کو پھیلا کر لیتا ہوں۔</w:t>
      </w:r>
    </w:p>
    <w:p>
      <w:r>
        <w:rPr>
          <w:b/>
        </w:rPr>
        <w:t xml:space="preserve">[1:07:44] </w:t>
      </w:r>
      <w:r>
        <w:t>to jab tak aap apne aap ko, yani bas soch samajh kar zindagi na guzarein, soch samajh kar ke, tab tak aap shikaar hote rahenge.</w:t>
      </w:r>
    </w:p>
    <w:p>
      <w:pPr>
        <w:jc w:val="right"/>
      </w:pPr>
      <w:r>
        <w:t>تو جب تک آپ اپنے آپ کو، یعنی بس سوچ سمجھ کر زندگی نہ گزاریں، سوچ سمجھ کر کے، تب تک آپ شکار ہوتے رہیں گے۔</w:t>
      </w:r>
    </w:p>
    <w:p>
      <w:r>
        <w:rPr>
          <w:b/>
        </w:rPr>
        <w:t xml:space="preserve">[1:07:55] </w:t>
      </w:r>
      <w:r>
        <w:t>aur is ka aap ko "Big bird thinker" banna padega.</w:t>
      </w:r>
    </w:p>
    <w:p>
      <w:pPr>
        <w:jc w:val="right"/>
      </w:pPr>
      <w:r>
        <w:t>اور اس کا آپ کو "Big bird thinker" بننا پڑے گا۔</w:t>
      </w:r>
    </w:p>
    <w:p>
      <w:r>
        <w:rPr>
          <w:b/>
        </w:rPr>
        <w:t xml:space="preserve">[1:08:02] </w:t>
      </w:r>
      <w:r>
        <w:t>"Big bird thinker". to aap ki sehat bhi masha Allah bahut achhi rahegi. aap ki soch bhi bahut achhi rahegi. aur qudrati zindagi bitayenge, aur qudrati zindagi aap ko aakhir tak hasil rahegi.</w:t>
      </w:r>
    </w:p>
    <w:p>
      <w:pPr>
        <w:jc w:val="right"/>
      </w:pPr>
      <w:r>
        <w:t>"Big bird thinker"۔ تو آپ کی صحت بھی ماشاءاللہ بہت اچھی رہے گی۔ آپ کی سوچ بھی بہت اچھی رہے گی۔ اور قدرتی زندگی بتائیں گے، اور قدرتی زندگی آپ کو آخر تک حاصل رہے گی۔</w:t>
      </w:r>
    </w:p>
    <w:p>
      <w:r>
        <w:rPr>
          <w:b/>
        </w:rPr>
        <w:t xml:space="preserve">[1:08:16] </w:t>
      </w:r>
      <w:r>
        <w:t>yeh hai formula mera. ke "Big bird thinker" baniye. kisi cheez ka asar mat lijiye, kisi cheez ka. har cheez se upar uth jaiye aap.</w:t>
      </w:r>
    </w:p>
    <w:p>
      <w:pPr>
        <w:jc w:val="right"/>
      </w:pPr>
      <w:r>
        <w:t>یہ ہے فارمولا میرا۔ کہ "Big bird thinker" بنیے۔ کسی چیز کا اثر مت لیجیے، کسی چیز کا۔ ہر چیز سے اوپر اٹھ جائیے آپ۔</w:t>
      </w:r>
    </w:p>
    <w:p>
      <w:r>
        <w:rPr>
          <w:b/>
        </w:rPr>
        <w:t xml:space="preserve">[1:08:26] </w:t>
      </w:r>
      <w:r>
        <w:t>mujhe rozana aisi baatein mere saath hoti hain jo mujhe, yani andar se ghussa dilayein. lekin main isi second mein use phaila kar deta hoon, isi second.</w:t>
      </w:r>
    </w:p>
    <w:p>
      <w:pPr>
        <w:jc w:val="right"/>
      </w:pPr>
      <w:r>
        <w:t>مجھے روزانہ ایسی باتیں میرے ساتھ ہوتی ہیں جو مجھے، یعنی اندر سے غصہ دلائیں۔ لیکن میں اسی سیکنڈ میں اسے پھیلا کر دیتا ہوں، اسی سیکنڈ۔</w:t>
      </w:r>
    </w:p>
    <w:p>
      <w:r>
        <w:rPr>
          <w:b/>
        </w:rPr>
        <w:t xml:space="preserve">[1:08:37] </w:t>
      </w:r>
      <w:r>
        <w:t>isi second phaila kar deta hoon.</w:t>
      </w:r>
    </w:p>
    <w:p>
      <w:pPr>
        <w:jc w:val="right"/>
      </w:pPr>
      <w:r>
        <w:t>اسی سیکنڈ پھیلا کر دیتا ہوں۔</w:t>
      </w:r>
    </w:p>
    <w:p>
      <w:r>
        <w:rPr>
          <w:b/>
        </w:rPr>
        <w:t xml:space="preserve">[1:08:41] </w:t>
      </w:r>
      <w:r>
        <w:t>to bas yeh yeh art seekh lijiye. yeh art seekh lijiye aur. aur main koi istithna nahi hoon. har aadmi is art ko seekh sakta hai.</w:t>
      </w:r>
    </w:p>
    <w:p>
      <w:pPr>
        <w:jc w:val="right"/>
      </w:pPr>
      <w:r>
        <w:t>تو بس یہ یہ آرٹ سیکھ لیجیے۔ یہ آرٹ سیکھ لیجیے اور۔ اور میں کوئی استثنا نہیں ہوں۔ ہر آدمی اس آرٹ کو سیکھ سکتا ہے۔</w:t>
      </w:r>
    </w:p>
    <w:p>
      <w:r>
        <w:rPr>
          <w:b/>
        </w:rPr>
        <w:t xml:space="preserve">[1:08:52] </w:t>
      </w:r>
      <w:r>
        <w:t>har har aadmi is art ko seekh sakta hai.</w:t>
      </w:r>
    </w:p>
    <w:p>
      <w:pPr>
        <w:jc w:val="right"/>
      </w:pPr>
      <w:r>
        <w:t>ہر ہر آدمی اس آرٹ کو سیکھ سکتا ہے۔</w:t>
      </w:r>
    </w:p>
    <w:p>
      <w:r>
        <w:rPr>
          <w:b/>
        </w:rPr>
        <w:t xml:space="preserve">[1:08:58] </w:t>
      </w:r>
      <w:r>
        <w:t>Any more questions? aap Why it's so easy to react negatively kyunke we find very, very rare examples of people who react positively to any situation.</w:t>
      </w:r>
    </w:p>
    <w:p>
      <w:pPr>
        <w:jc w:val="right"/>
      </w:pPr>
      <w:r>
        <w:t>Any more questions? آپ Why it's so easy to react negatively کیونکہ we find very, very rare examples of people who react positively to any situation.</w:t>
      </w:r>
    </w:p>
    <w:p>
      <w:r>
        <w:rPr>
          <w:b/>
        </w:rPr>
        <w:t xml:space="preserve">[1:09:16] </w:t>
      </w:r>
      <w:r>
        <w:t>main mat kahunga ke baat ulti hai. yani negatively baaton ko na lena yeh aasan hai.</w:t>
      </w:r>
    </w:p>
    <w:p>
      <w:pPr>
        <w:jc w:val="right"/>
      </w:pPr>
      <w:r>
        <w:t>میں مت کہوں گا کہ بات الٹی ہے۔ یعنی negatively باتوں کو نہ لینا یہ آسان ہے۔</w:t>
      </w:r>
    </w:p>
    <w:p>
      <w:r>
        <w:rPr>
          <w:b/>
        </w:rPr>
        <w:t xml:space="preserve">[1:09:27] </w:t>
      </w:r>
      <w:r>
        <w:t>baaton ko negative tor par lena yeh mushkil hai. aur negative tor par na lena yeh aasan hai. kyun?</w:t>
      </w:r>
    </w:p>
    <w:p>
      <w:pPr>
        <w:jc w:val="right"/>
      </w:pPr>
      <w:r>
        <w:t>باتوں کو negative طور پر لینا یہ مشکل ہے۔ اور negative طور پر نہ لینا یہ آسان ہے۔ کیوں؟</w:t>
      </w:r>
    </w:p>
    <w:p>
      <w:r>
        <w:rPr>
          <w:b/>
        </w:rPr>
        <w:t xml:space="preserve">[1:09:36] </w:t>
      </w:r>
      <w:r>
        <w:t>is liye ke by nature aadmi hai positive thinker. nature mein to kuch bhi nahi hai. to already jo meri nature hai, sirf usi ko to prefer karna hai.</w:t>
      </w:r>
    </w:p>
    <w:p>
      <w:pPr>
        <w:jc w:val="right"/>
      </w:pPr>
      <w:r>
        <w:t>اس لیے کہ by nature آدمی ہے positive thinker۔ nature میں تو کچھ بھی نہیں ہے۔ تو already جو میری nature ہے، صرف اسی کو تو prefer کرنا ہے۔</w:t>
      </w:r>
    </w:p>
    <w:p>
      <w:r>
        <w:rPr>
          <w:b/>
        </w:rPr>
        <w:t xml:space="preserve">[1:09:50] </w:t>
      </w:r>
      <w:r>
        <w:t>to mein aasan samajhta hoon mein is ko.</w:t>
      </w:r>
    </w:p>
    <w:p>
      <w:pPr>
        <w:jc w:val="right"/>
      </w:pPr>
      <w:r>
        <w:t>تو میں آسان سمجھتا ہوں میں اس کو۔</w:t>
      </w:r>
    </w:p>
    <w:p>
      <w:r>
        <w:rPr>
          <w:b/>
        </w:rPr>
        <w:t xml:space="preserve">[1:09:56] </w:t>
      </w:r>
      <w:r>
        <w:t>to woh jo ab bahar se aayi hai jo cheez, woh us ko mein ignore karoon, yeh to ziyada aasan hai.</w:t>
      </w:r>
    </w:p>
    <w:p>
      <w:pPr>
        <w:jc w:val="right"/>
      </w:pPr>
      <w:r>
        <w:t>تو وہ جو اب باہر سے آئی ہے جو چیز، وہ اس کو میں ignore کروں، یہ تو زیادہ آسان ہے۔</w:t>
      </w:r>
    </w:p>
    <w:p>
      <w:r>
        <w:rPr>
          <w:b/>
        </w:rPr>
        <w:t xml:space="preserve">[1:10:07] </w:t>
      </w:r>
      <w:r>
        <w:t>aur ignore na kar ke us ko le loon, to yeh ziyada mushkil cheez hai. doosra mera tajurba yeh hai ke koi bhi jo negative attack hota hai aap ke upar, jaise ghussa aa gaya, aap ke andar laluch aa gaya, hasad aa gaya, revenge aa gaya,</w:t>
      </w:r>
    </w:p>
    <w:p>
      <w:pPr>
        <w:jc w:val="right"/>
      </w:pPr>
      <w:r>
        <w:t>اور ignore نہ کر کے اس کو لے لوں، تو یہ زیادہ مشکل چیز ہے۔ دوسرا میرا تجربہ یہ ہے کہ کوئی بھی جو negative attack ہوتا ہے آپ کے اوپر، جیسے غصہ آ گیا، آپ کے اندر لالچ آ گیا، حسد آ گیا، revenge آ گیا،</w:t>
      </w:r>
    </w:p>
    <w:p>
      <w:r>
        <w:rPr>
          <w:b/>
        </w:rPr>
        <w:t xml:space="preserve">[1:10:24] </w:t>
      </w:r>
      <w:r>
        <w:t>intolerance aa gaya,</w:t>
      </w:r>
    </w:p>
    <w:p>
      <w:pPr>
        <w:jc w:val="right"/>
      </w:pPr>
      <w:r>
        <w:t>intolerance آ گیا،</w:t>
      </w:r>
    </w:p>
    <w:p>
      <w:r>
        <w:rPr>
          <w:b/>
        </w:rPr>
        <w:t xml:space="preserve">[1:10:26] </w:t>
      </w:r>
      <w:r>
        <w:t>koi bhi negative cheez ne hamla kiya aap ke upar, to yaad rakhiye, yeh mera tajurba hai ke secondon ka maamla hota hai woh.</w:t>
      </w:r>
    </w:p>
    <w:p>
      <w:pPr>
        <w:jc w:val="right"/>
      </w:pPr>
      <w:r>
        <w:t>کوئی بھی negative چیز نے حملہ کیا آپ کے اوپر، تو یاد رکھیے، یہ میرا تجربہ ہے کہ سیکنڈوں کا معاملہ ہوتا ہے وہ۔</w:t>
      </w:r>
    </w:p>
    <w:p>
      <w:r>
        <w:rPr>
          <w:b/>
        </w:rPr>
        <w:t xml:space="preserve">[1:10:38] </w:t>
      </w:r>
      <w:r>
        <w:t>secondon ka maamla hota hai. yaani aap thori der ke liye us ko aap bardasht kar li jiye. thori der ke liye. phir nature us ko phaila kar degi.</w:t>
      </w:r>
    </w:p>
    <w:p>
      <w:pPr>
        <w:jc w:val="right"/>
      </w:pPr>
      <w:r>
        <w:t>سیکنڈوں کا معاملہ ہوتا ہے۔ یعنی آپ تھوڑی دیر کے لیے اس کو آپ برداشت کر لیجیے۔ تھوڑی دیر کے لیے۔ پھر nature اس کو پھیلا کر دے گی۔</w:t>
      </w:r>
    </w:p>
    <w:p>
      <w:r>
        <w:rPr>
          <w:b/>
        </w:rPr>
        <w:t xml:space="preserve">[1:10:50] </w:t>
      </w:r>
      <w:r>
        <w:t>nature phaila kar degi us ko. yaani nature bilkul tayyar hai, well equipped hai us ko phaila karne ke liye. ke kuch second dein us ko aap. mera tajurba hai ke aadha minute kafi hai.</w:t>
      </w:r>
    </w:p>
    <w:p>
      <w:pPr>
        <w:jc w:val="right"/>
      </w:pPr>
      <w:r>
        <w:t>nature پھیلا کر دے گی اس کو۔ یعنی nature بالکل تیار ہے، well equipped ہے اس کو پھیلا کرنے کے لیے۔ کہ کچھ سیکنڈ دیں اس کو آپ۔ میرا تجربہ ہے کہ آدھا منٹ کافی ہے۔</w:t>
      </w:r>
    </w:p>
    <w:p>
      <w:r>
        <w:rPr>
          <w:b/>
        </w:rPr>
        <w:t xml:space="preserve">[1:11:03] </w:t>
      </w:r>
      <w:r>
        <w:t>thirty second. thirty second bilkul aap rad-e-amal na karein. apne ko sambhal lein.</w:t>
      </w:r>
    </w:p>
    <w:p>
      <w:pPr>
        <w:jc w:val="right"/>
      </w:pPr>
      <w:r>
        <w:t>تھرٹی سیکنڈ۔ تھرٹی سیکنڈ بالکل آپ ردعمل نہ کریں۔ اپنے کو سنبھال لیں۔</w:t>
      </w:r>
    </w:p>
    <w:p>
      <w:r>
        <w:rPr>
          <w:b/>
        </w:rPr>
        <w:t xml:space="preserve">[1:11:12] </w:t>
      </w:r>
      <w:r>
        <w:t>to nature wahan par, dekhiye mein aap ko ek waqia arz karunga hadees ka.</w:t>
      </w:r>
    </w:p>
    <w:p>
      <w:pPr>
        <w:jc w:val="right"/>
      </w:pPr>
      <w:r>
        <w:t>تو nature وہاں پر، دیکھیے میں آپ کو ایک واقعہ عرض کروں گا حدیث کا۔</w:t>
      </w:r>
    </w:p>
    <w:p>
      <w:r>
        <w:rPr>
          <w:b/>
        </w:rPr>
        <w:t xml:space="preserve">[1:11:18] </w:t>
      </w:r>
      <w:r>
        <w:t>rasool Allah Salallaho Alaihe Wasallam ka waqia suniye. ek baar to aisa hua ke ek aadmi ne, aap ke jo saathi the Hazrat Abu Bakr, un ko bura bura kehna shuru kiya.</w:t>
      </w:r>
    </w:p>
    <w:p>
      <w:pPr>
        <w:jc w:val="right"/>
      </w:pPr>
      <w:r>
        <w:t>رسول اللہ صلی اللہ علیہ وسلم کا واقعہ سنیے۔ ایک بار تو ایسا ہوا کہ ایک آدمی نے، آپ کے جو ساتھی تھے حضرت ابوبکر، ان کو برا برا کہنا شروع کیا۔</w:t>
      </w:r>
    </w:p>
    <w:p>
      <w:r>
        <w:rPr>
          <w:b/>
        </w:rPr>
        <w:t xml:space="preserve">[1:11:29] </w:t>
      </w:r>
      <w:r>
        <w:t>to Hazrat Abu Bakr jo the woh chup chap suntay rahe. jab bohat kaha, usay bohat kaha, to unhein bhi ghussa aa gaya aur bol diye woh.</w:t>
      </w:r>
    </w:p>
    <w:p>
      <w:pPr>
        <w:jc w:val="right"/>
      </w:pPr>
      <w:r>
        <w:t>تو حضرت ابوبکر جو تھے وہ چپ چاپ سنتے رہے۔ جب بہت کہا، اسے بہت کہا، تو انہیں بھی غصہ آ گیا اور بول دیے وہ۔</w:t>
      </w:r>
    </w:p>
    <w:p>
      <w:r>
        <w:rPr>
          <w:b/>
        </w:rPr>
        <w:t xml:space="preserve">[1:11:39] </w:t>
      </w:r>
      <w:r>
        <w:t>jab bol diye woh to Rasool Allah wahan se chal diye. woh bhi khare thay lekin chal diye.</w:t>
      </w:r>
    </w:p>
    <w:p>
      <w:pPr>
        <w:jc w:val="right"/>
      </w:pPr>
      <w:r>
        <w:t>جب بول دیے وہ تو رسول اللہ وہاں سے چلے گئے۔ وہ بھی کھڑے تھے لیکن چلے گئے۔</w:t>
      </w:r>
    </w:p>
    <w:p>
      <w:r>
        <w:rPr>
          <w:b/>
        </w:rPr>
        <w:t xml:space="preserve">[1:11:47] </w:t>
      </w:r>
      <w:r>
        <w:t>to baad ko Hazrat Abu Bakr un se mile, Rasool Allah se. ke bhai aap jab tak woh bol raha tha tab khare thay aap. mein bola to aap chal diye. to aap ne kya kaha?</w:t>
      </w:r>
    </w:p>
    <w:p>
      <w:pPr>
        <w:jc w:val="right"/>
      </w:pPr>
      <w:r>
        <w:t>تو بعد کو حضرت ابوبکر ان سے ملے، رسول اللہ سے۔ کہ بھئی آپ جب تک وہ بول رہا تھا تب کھڑے تھے آپ۔ میں بولا تو آپ چلے گئے۔ تو آپ نے کیا کہا؟</w:t>
      </w:r>
    </w:p>
    <w:p>
      <w:r>
        <w:rPr>
          <w:b/>
        </w:rPr>
        <w:t xml:space="preserve">[1:11:57] </w:t>
      </w:r>
      <w:r>
        <w:t>yeh zuban jo hoti hai, yeh mazhabi zuban hai, is ko aap ko dhalna parta hai doosri zuban mein. aap ne kaha ke jab tak tum chup thay tab tak farishta wahan tha jo tumhari taraf se bol raha tha woh.</w:t>
      </w:r>
    </w:p>
    <w:p>
      <w:pPr>
        <w:jc w:val="right"/>
      </w:pPr>
      <w:r>
        <w:t>یہ زبان جو ہوتی ہے، یہ مذہبی زبان ہے، اس کو آپ کو ڈھالنا پڑتا ہے دوسری زبان میں۔ آپ نے کہا کہ جب تک تم چپ تھے تب تک فرشتہ وہاں تھا جو تمہاری طرف سے بول رہا تھا وہ۔</w:t>
      </w:r>
    </w:p>
    <w:p>
      <w:r>
        <w:rPr>
          <w:b/>
        </w:rPr>
        <w:t xml:space="preserve">[1:12:11] </w:t>
      </w:r>
      <w:r>
        <w:t>jab tum bolay to farishta chala gaya. farishta chala gaya to mein bhi chala gaya.</w:t>
      </w:r>
    </w:p>
    <w:p>
      <w:pPr>
        <w:jc w:val="right"/>
      </w:pPr>
      <w:r>
        <w:t>جب تم بولے تو فرشتہ چلا گیا۔ فرشتہ چلا گیا تو میں بھی چلا گیا۔</w:t>
      </w:r>
    </w:p>
    <w:p>
      <w:r>
        <w:rPr>
          <w:b/>
        </w:rPr>
        <w:t xml:space="preserve">[1:12:17] </w:t>
      </w:r>
      <w:r>
        <w:t>is ko dekhiye, yeh koi purasrar baat nahi hai. koi purasrar baat nahi hai yeh. bas yahi hai ke jo mein ne arz kiya ke ek mechanism hai aap ke andar.</w:t>
      </w:r>
    </w:p>
    <w:p>
      <w:pPr>
        <w:jc w:val="right"/>
      </w:pPr>
      <w:r>
        <w:t>اس کو دیکھیے، یہ کوئی پراسرار بات نہیں ہے۔ کوئی پراسرار بات نہیں ہے یہ۔ بس یہی ہے کہ جو میں نے عرض کیا کہ ایک میکانزم ہے آپ کے اندر۔</w:t>
      </w:r>
    </w:p>
    <w:p>
      <w:r>
        <w:rPr>
          <w:b/>
        </w:rPr>
        <w:t xml:space="preserve">[1:12:30] </w:t>
      </w:r>
      <w:r>
        <w:t>ek mechanism hai aap ke andar. well equipped mechanism hai woh. phaila karne ke liye.</w:t>
      </w:r>
    </w:p>
    <w:p>
      <w:pPr>
        <w:jc w:val="right"/>
      </w:pPr>
      <w:r>
        <w:t>ایک میکانزم ہے آپ کے اندر۔ well equipped میکانزم ہے وہ۔ پھیلا کرنے کے لیے۔</w:t>
      </w:r>
    </w:p>
    <w:p>
      <w:r>
        <w:rPr>
          <w:b/>
        </w:rPr>
        <w:t xml:space="preserve">[1:12:37] </w:t>
      </w:r>
      <w:r>
        <w:t>lekin aap ko thora sa is mein, thirty second aap ka role hota hai is mein. thirty second. us waqt aap kis tareeqay se apne ko rok lein?</w:t>
      </w:r>
    </w:p>
    <w:p>
      <w:pPr>
        <w:jc w:val="right"/>
      </w:pPr>
      <w:r>
        <w:t>لیکن آپ کو تھوڑا سا اس میں، تھرٹی سیکنڈ آپ کا رول ہوتا ہے اس میں۔ تھرٹی سیکنڈ۔ اس وقت آپ کس طریقے سے اپنے کو روک لیں؟</w:t>
      </w:r>
    </w:p>
    <w:p>
      <w:r>
        <w:rPr>
          <w:b/>
        </w:rPr>
        <w:t xml:space="preserve">[1:12:48] </w:t>
      </w:r>
      <w:r>
        <w:t>chup kar lein, apne ko bardasht kar lein. to foran kya hoga ke woh aa jayega woh. nature ka jo mechanism hai.</w:t>
      </w:r>
    </w:p>
    <w:p>
      <w:pPr>
        <w:jc w:val="right"/>
      </w:pPr>
      <w:r>
        <w:t>چپ کر لیں، اپنے کو برداشت کر لیں۔ تو فوراً کیا ہوگا کہ وہ آ جائے گا وہ۔ nature کا جو میکانزم ہے۔</w:t>
      </w:r>
    </w:p>
    <w:p>
      <w:r>
        <w:rPr>
          <w:b/>
        </w:rPr>
        <w:t xml:space="preserve">[1:12:57] </w:t>
      </w:r>
      <w:r>
        <w:t>is tareeqay se is case mein kya hai? ke jab tak woh aadmi bura bura keh raha tha, Hazrat Abu Bakr chup rahay thay, to us ka andar ka mechanism jo tha us ko woh kar raha tha.</w:t>
      </w:r>
    </w:p>
    <w:p>
      <w:pPr>
        <w:jc w:val="right"/>
      </w:pPr>
      <w:r>
        <w:t>اس طریقے سے اس کیس میں کیا ہے؟ کہ جب تک وہ آدمی برا برا کہہ رہا تھا، حضرت ابوبکر چپ رہے تھے، تو اس کا اندر کا میکانزم جو تھا اس کو وہ کر رہا تھا۔</w:t>
      </w:r>
    </w:p>
    <w:p>
      <w:r>
        <w:rPr>
          <w:b/>
        </w:rPr>
        <w:t xml:space="preserve">[1:13:08] </w:t>
      </w:r>
      <w:r>
        <w:t>us ka conscience jo hai bura bata raha tha. tum kaise aadmi ho? woh becharay chup chap khare hain aur tum bolay chalay ja rahay ho, bolay chalay ja rahay ho. to us ka andar ka jo mechanism hai jo hum conscience kehtay hain, woh us ko bol raha tha.</w:t>
      </w:r>
    </w:p>
    <w:p>
      <w:pPr>
        <w:jc w:val="right"/>
      </w:pPr>
      <w:r>
        <w:t>اس کا conscience جو ہے برا بتا رہا تھا۔ تم کیسے آدمی ہو؟ وہ بیچارے چپ چاپ کھڑے ہیں اور تم بولے چلے جا رہے ہو، بولے چلے جا رہے ہو۔ تو اس کا اندر کا جو میکانزم ہے جو ہم conscience کہتے ہیں، وہ اس کو بول رہا تھا۔</w:t>
      </w:r>
    </w:p>
    <w:p>
      <w:r>
        <w:rPr>
          <w:b/>
        </w:rPr>
        <w:t xml:space="preserve">[1:13:23] </w:t>
      </w:r>
      <w:r>
        <w:t>ab jab Hazrat Abu Bakr bol diye tab to phir woh mechanism jo hai khatam ho gaya. disturb ho gaya. ab to ego jaag pada, ego. yaani jab tak yeh chup thay tab tak conscience jaaga hua tha.</w:t>
      </w:r>
    </w:p>
    <w:p>
      <w:pPr>
        <w:jc w:val="right"/>
      </w:pPr>
      <w:r>
        <w:t>اب جب حضرت ابوبکر بول دیے تب تو پھر وہ میکانزم جو ہے ختم ہو گیا۔ ڈسٹرب ہو گیا۔ اب تو ego جاگ پڑا، ego۔ یعنی جب تک یہ چپ تھے تب تک conscience جاگا ہوا تھا۔</w:t>
      </w:r>
    </w:p>
    <w:p>
      <w:r>
        <w:rPr>
          <w:b/>
        </w:rPr>
        <w:t xml:space="preserve">[1:13:36] </w:t>
      </w:r>
      <w:r>
        <w:t>jab Hazrat Abu Bakr chup thay na to un ka conscience jaaga hua tha. aur jab yeh bol paray to us ka ego jaag pada. yeh hai is ka matlab.</w:t>
      </w:r>
    </w:p>
    <w:p>
      <w:pPr>
        <w:jc w:val="right"/>
      </w:pPr>
      <w:r>
        <w:t>جب حضرت ابوبکر چپ تھے نا تو ان کا conscience جاگا ہوا تھا۔ اور جب یہ بول پڑے تو اس کا ego جاگ پڑا۔ یہ ہے اس کا مطلب۔</w:t>
      </w:r>
    </w:p>
    <w:p>
      <w:r>
        <w:rPr>
          <w:b/>
        </w:rPr>
        <w:t xml:space="preserve">[1:13:48] </w:t>
      </w:r>
      <w:r>
        <w:t>to aap ka jo hakim log mante hain, tabiyat mudabbir badan ke aap ke jism ke andar khud ek mechanism hai jo aap ki sehat ki woh karta hai.</w:t>
      </w:r>
    </w:p>
    <w:p>
      <w:pPr>
        <w:jc w:val="right"/>
      </w:pPr>
      <w:r>
        <w:t>تو آپ کا جو حکیم لوگ مانتے ہیں، طبیعت مدبر بدن کہ آپ کے جسم کے اندر خود ایک میکانزم ہے جو آپ کی صحت کی وہ کرتا ہے۔</w:t>
      </w:r>
    </w:p>
    <w:p>
      <w:r>
        <w:rPr>
          <w:b/>
        </w:rPr>
        <w:t xml:space="preserve">[1:13:59] </w:t>
      </w:r>
      <w:r>
        <w:t>isi tarike se aap ke jism ke andar khuda ne mechanism rakha hai. aap ko thirty second dena parta hai. aap ki jo contribution hai thirty second ka hai, woh de dijiye aap.</w:t>
      </w:r>
    </w:p>
    <w:p>
      <w:pPr>
        <w:jc w:val="right"/>
      </w:pPr>
      <w:r>
        <w:t>اسی طریقے سے آپ کے جسم کے اندر خدا نے میکانزم رکھا ہے۔ آپ کو تھرٹی سیکنڈ دینا پڑتا ہے۔ آپ کی جو کنٹریبیوشن ہے تھرٹی سیکنڈ کا ہے، وہ دے دیجیے آپ۔</w:t>
      </w:r>
    </w:p>
    <w:p>
      <w:r>
        <w:rPr>
          <w:b/>
        </w:rPr>
        <w:t xml:space="preserve">[1:14:11] </w:t>
      </w:r>
      <w:r>
        <w:t>is ke baad aap moajze result dekhenge aap. moajza, moajza.</w:t>
      </w:r>
    </w:p>
    <w:p>
      <w:pPr>
        <w:jc w:val="right"/>
      </w:pPr>
      <w:r>
        <w:t>اس کے بعد آپ معجزے رزلٹ دیکھیں گے آپ۔ معجزہ، معجزہ۔</w:t>
      </w:r>
    </w:p>
    <w:p>
      <w:r>
        <w:rPr>
          <w:b/>
        </w:rPr>
        <w:t xml:space="preserve">[1:14:17] </w:t>
      </w:r>
      <w:r>
        <w:t>main ne khuda ke waste is ko pakad, is raaz ko pakad liya hai. is raaz ko pakad liya hai. jaise ke meri biwi thi, woh bimar chal rahi thi bahut dinon se.</w:t>
      </w:r>
    </w:p>
    <w:p>
      <w:pPr>
        <w:jc w:val="right"/>
      </w:pPr>
      <w:r>
        <w:t>میں نے خدا کے واسطے اس کو پکڑ، اس راز کو پکڑ لیا ہے۔ اس راز کو پکڑ لیا ہے۔ جیسے کہ میری بیوی تھی، وہ بیمار چل رہی تھی بہت دنوں سے۔</w:t>
      </w:r>
    </w:p>
    <w:p>
      <w:r>
        <w:rPr>
          <w:b/>
        </w:rPr>
        <w:t xml:space="preserve">[1:14:29] </w:t>
      </w:r>
      <w:r>
        <w:t>to jo aadmi bimar hota hai na to us ko kya hota hai? jhanjhanahat paida ho jati hai. jhanjhanahat. har bimar ko. ab main un ke kamre mein gaya.</w:t>
      </w:r>
    </w:p>
    <w:p>
      <w:pPr>
        <w:jc w:val="right"/>
      </w:pPr>
      <w:r>
        <w:t>تو جو آدمی بیمار ہوتا ہے نا تو اس کو کیا ہوتا ہے؟ جھنجھلاہٹ پیدا ہو جاتی ہے۔ جھنجھلاہٹ۔ ہر بیمار کو۔ اب میں ان کے کمرے میں گیا۔</w:t>
      </w:r>
    </w:p>
    <w:p>
      <w:r>
        <w:rPr>
          <w:b/>
        </w:rPr>
        <w:t xml:space="preserve">[1:14:41] </w:t>
      </w:r>
      <w:r>
        <w:t>poochha main ne ke bhai kaisi tabiyat hai? aap ko kya padi hai? aap ko kya fikr hai meri?</w:t>
      </w:r>
    </w:p>
    <w:p>
      <w:pPr>
        <w:jc w:val="right"/>
      </w:pPr>
      <w:r>
        <w:t>پوچھا میں نے کہ بھئی کیسی طبیعت ہے؟ آپ کو کیا پڑی ہے؟ آپ کو کیا فکر ہے میری؟</w:t>
      </w:r>
    </w:p>
    <w:p>
      <w:r>
        <w:rPr>
          <w:b/>
        </w:rPr>
        <w:t xml:space="preserve">[1:14:47] </w:t>
      </w:r>
      <w:r>
        <w:t>ab woh isi tarah bolti thi. main kya karta tha? main kuch bhi nahi bol kar ke chup chap se chalata tha apne idhar balcony jo meri lambi si hai, us mein main walk karne lagta tha.</w:t>
      </w:r>
    </w:p>
    <w:p>
      <w:pPr>
        <w:jc w:val="right"/>
      </w:pPr>
      <w:r>
        <w:t>اب وہ اسی طرح بولتی تھی۔ میں کیا کرتا تھا؟ میں کچھ بھی نہیں بول کر کے چپ چاپ سے چلاتا تھا اپنے ادھر بالکنی جو میری لمبی سی ہے، اس میں میں واک کرنے لگتا تھا۔</w:t>
      </w:r>
    </w:p>
    <w:p>
      <w:r>
        <w:rPr>
          <w:b/>
        </w:rPr>
        <w:t xml:space="preserve">[1:15:01] </w:t>
      </w:r>
      <w:r>
        <w:t>aur woh phaila ho gaya.</w:t>
      </w:r>
    </w:p>
    <w:p>
      <w:pPr>
        <w:jc w:val="right"/>
      </w:pPr>
      <w:r>
        <w:t>اور وہ پھیلا ہو گیا۔</w:t>
      </w:r>
    </w:p>
    <w:p>
      <w:r>
        <w:rPr>
          <w:b/>
        </w:rPr>
        <w:t xml:space="preserve">[1:15:08] </w:t>
      </w:r>
      <w:r>
        <w:t>to aap sirf, nature aap ko thirty second mangti hai aap se. woh thirty second de dijiye.</w:t>
      </w:r>
    </w:p>
    <w:p>
      <w:pPr>
        <w:jc w:val="right"/>
      </w:pPr>
      <w:r>
        <w:t>تو آپ صرف، nature آپ کو تھرٹی سیکنڈ مانگتی ہے آپ سے۔ وہ تھرٹی سیکنڈ دے دیجیے۔</w:t>
      </w:r>
    </w:p>
    <w:p>
      <w:r>
        <w:rPr>
          <w:b/>
        </w:rPr>
        <w:t xml:space="preserve">[1:15:21] </w:t>
      </w:r>
      <w:r>
        <w:t>main ne yahan ek vakil sahab rehte hain king se camp mein. ek hindu vakil jo is ke qatl ke case karte hain, woh. qatl ke case. unhon ne bataya mujhe ke main pachees baras se qatl ke case kar raha hoon.</w:t>
      </w:r>
    </w:p>
    <w:p>
      <w:pPr>
        <w:jc w:val="right"/>
      </w:pPr>
      <w:r>
        <w:t>میں نے یہاں ایک وکیل صاحب رہتے ہیں کنگ سے کیمپ میں۔ ایک ہندو وکیل جو اس کے قتل کے کیس کرتے ہیں، وہ۔ قتل کے کیس۔ انہوں نے بتایا مجھے کہ میں پچیس برس سے قتل کے کیس کر رہا ہوں۔</w:t>
      </w:r>
    </w:p>
    <w:p>
      <w:r>
        <w:rPr>
          <w:b/>
        </w:rPr>
        <w:t xml:space="preserve">[1:15:35] </w:t>
      </w:r>
      <w:r>
        <w:t>to ek to professionals hote hain, professionals un ki baat alag hai. aam taur par jo maar kaat hoti hai, to unhon ne kaha ke main ne ab tak kisi ek ko bhi nahi paya jis ke andar tauba na aayi ho.</w:t>
      </w:r>
    </w:p>
    <w:p>
      <w:pPr>
        <w:jc w:val="right"/>
      </w:pPr>
      <w:r>
        <w:t>تو ایک تو پروفیشنلز ہوتے ہیں، پروفیشنلز ان کی بات الگ ہے۔ عام طور پر جو مار کاٹ ہوتی ہے، تو انہوں نے کہا کہ میں نے اب تک کسی ایک کو بھی نہیں پایا جس کے اندر توبہ نہ آئی ہو۔</w:t>
      </w:r>
    </w:p>
    <w:p>
      <w:r>
        <w:rPr>
          <w:b/>
        </w:rPr>
        <w:t xml:space="preserve">[1:15:46] </w:t>
      </w:r>
      <w:r>
        <w:t>tauba. ke main ne galat kaam kiya. tauba.</w:t>
      </w:r>
    </w:p>
    <w:p>
      <w:pPr>
        <w:jc w:val="right"/>
      </w:pPr>
      <w:r>
        <w:t>توبہ۔ کہ میں نے غلط کام کیا۔ توبہ۔</w:t>
      </w:r>
    </w:p>
    <w:p>
      <w:r>
        <w:rPr>
          <w:b/>
        </w:rPr>
        <w:t xml:space="preserve">[1:15:51] </w:t>
      </w:r>
      <w:r>
        <w:t>to is se kya hua? yeh thirty second jo hai woh is se chup nahi raha woh. is thirty second mein us ne trigger daba diya. jhagda hua aapas mein to thirty second mein us ne trigger jaga diya.</w:t>
      </w:r>
    </w:p>
    <w:p>
      <w:pPr>
        <w:jc w:val="right"/>
      </w:pPr>
      <w:r>
        <w:t>تو اس سے کیا ہوا؟ یہ تھرٹی سیکنڈ جو ہے وہ اس سے چپ نہیں رہا وہ۔ اس تھرٹی سیکنڈ میں اس نے ٹریگر دبا دیا۔ جھگڑا ہوا آپس میں تو تھرٹی سیکنڈ میں اس نے ٹریگر جگا دیا۔</w:t>
      </w:r>
    </w:p>
    <w:p>
      <w:r>
        <w:rPr>
          <w:b/>
        </w:rPr>
        <w:t xml:space="preserve">[1:16:03] </w:t>
      </w:r>
      <w:r>
        <w:t>yeh is se dabaao hota hai, is se talaq hota hai, is se qatl hota hai, yeh sab kuch hota hai. to nature ko aap thirty second dijiye aur is ke baad inshallah aap normal zindagi bitayenge, normal zindagi.</w:t>
      </w:r>
    </w:p>
    <w:p>
      <w:pPr>
        <w:jc w:val="right"/>
      </w:pPr>
      <w:r>
        <w:t>یہ اس سے دباؤ ہوتا ہے، اس سے طلاق ہوتا ہے، اس سے قتل ہوتا ہے، یہ سب کچھ ہوتا ہے۔ تو nature کو آپ تھرٹی سیکنڈ دیجیے اور اس کے بعد انشاءاللہ آپ نارمل زندگی بتائیں گے، نارمل زندگی۔</w:t>
      </w:r>
    </w:p>
    <w:p>
      <w:r>
        <w:rPr>
          <w:b/>
        </w:rPr>
        <w:t xml:space="preserve">[1:16:17] </w:t>
      </w:r>
      <w:r>
        <w:t>koi masla nahi.</w:t>
      </w:r>
    </w:p>
    <w:p>
      <w:pPr>
        <w:jc w:val="right"/>
      </w:pPr>
      <w:r>
        <w:t>کوئی مسئلہ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