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Intellectual Awakening September 30, 2007</w:t>
      </w:r>
    </w:p>
    <w:p>
      <w:r>
        <w:t>https://youtu.be/foRHHjBDbYI</w:t>
      </w:r>
    </w:p>
    <w:p>
      <w:r>
        <w:rPr>
          <w:b/>
        </w:rPr>
        <w:t xml:space="preserve">[00:34] </w:t>
      </w:r>
      <w:r>
        <w:t>aaj ka topic hai:</w:t>
      </w:r>
    </w:p>
    <w:p>
      <w:pPr>
        <w:jc w:val="right"/>
      </w:pPr>
      <w:r>
        <w:t>آج کا ٹاپک ہے:</w:t>
      </w:r>
    </w:p>
    <w:p>
      <w:r>
        <w:rPr>
          <w:b/>
        </w:rPr>
        <w:t xml:space="preserve">[00:38] </w:t>
      </w:r>
      <w:r>
        <w:t>"the importance of intellectual awakening".</w:t>
      </w:r>
    </w:p>
    <w:p>
      <w:pPr>
        <w:jc w:val="right"/>
      </w:pPr>
      <w:r>
        <w:t>"دا امپورٹنس آف انٹلیکچول اویکننگ"۔</w:t>
      </w:r>
    </w:p>
    <w:p>
      <w:r>
        <w:rPr>
          <w:b/>
        </w:rPr>
        <w:t xml:space="preserve">[00:45] </w:t>
      </w:r>
      <w:r>
        <w:t>importance of intellectual awakening. yani zehni bedari ki ahmiyat.</w:t>
      </w:r>
    </w:p>
    <w:p>
      <w:pPr>
        <w:jc w:val="right"/>
      </w:pPr>
      <w:r>
        <w:t>امپورٹنس آف انٹلیکچول اویکننگ۔ یعنی ذہنی بیداری کی اہمیت۔</w:t>
      </w:r>
    </w:p>
    <w:p>
      <w:r>
        <w:rPr>
          <w:b/>
        </w:rPr>
        <w:t xml:space="preserve">[00:58] </w:t>
      </w:r>
      <w:r>
        <w:t>dekhiye, is duniya mein sab kuch</w:t>
      </w:r>
    </w:p>
    <w:p>
      <w:pPr>
        <w:jc w:val="right"/>
      </w:pPr>
      <w:r>
        <w:t>دیکھیے، اس دنیا میں سب کچھ</w:t>
      </w:r>
    </w:p>
    <w:p>
      <w:r>
        <w:rPr>
          <w:b/>
        </w:rPr>
        <w:t xml:space="preserve">[01:05] </w:t>
      </w:r>
      <w:r>
        <w:t>zehni bedari par depend karta hai.</w:t>
      </w:r>
    </w:p>
    <w:p>
      <w:pPr>
        <w:jc w:val="right"/>
      </w:pPr>
      <w:r>
        <w:t>ذہنی بیداری پر ڈیپینڈ کرتا ہے۔</w:t>
      </w:r>
    </w:p>
    <w:p>
      <w:r>
        <w:rPr>
          <w:b/>
        </w:rPr>
        <w:t xml:space="preserve">[01:10] </w:t>
      </w:r>
      <w:r>
        <w:t>jo log intellectually awakened hon, wahi sach much to insan hain. aur jo log intellectually awakened na hon, woh just like animal hain.</w:t>
      </w:r>
    </w:p>
    <w:p>
      <w:pPr>
        <w:jc w:val="right"/>
      </w:pPr>
      <w:r>
        <w:t>جو لوگ انٹلیکچولی اویکنڈ ہوں، وہی سچ مچ تو انسان ہیں۔ اور جو لوگ انٹلیکچولی اویکنڈ نہ ہوں، وہ جسٹ لائک اینیمل ہیں۔</w:t>
      </w:r>
    </w:p>
    <w:p>
      <w:r>
        <w:rPr>
          <w:b/>
        </w:rPr>
        <w:t xml:space="preserve">[01:28] </w:t>
      </w:r>
      <w:r>
        <w:t>dekhiye, abhi main aa raha tha to raste mein, road par, ek dog baitha hua tha.</w:t>
      </w:r>
    </w:p>
    <w:p>
      <w:pPr>
        <w:jc w:val="right"/>
      </w:pPr>
      <w:r>
        <w:t>دیکھیے، ابھی میں آ رہا تھا تو راستے میں، روڈ پر، ایک ڈاگ بیٹھا ہوا تھا۔</w:t>
      </w:r>
    </w:p>
    <w:p>
      <w:r>
        <w:rPr>
          <w:b/>
        </w:rPr>
        <w:t xml:space="preserve">[01:38] </w:t>
      </w:r>
      <w:r>
        <w:t>sun light mein.</w:t>
      </w:r>
    </w:p>
    <w:p>
      <w:pPr>
        <w:jc w:val="right"/>
      </w:pPr>
      <w:r>
        <w:t>سن لائٹ میں۔</w:t>
      </w:r>
    </w:p>
    <w:p>
      <w:r>
        <w:rPr>
          <w:b/>
        </w:rPr>
        <w:t xml:space="preserve">[01:43] </w:t>
      </w:r>
      <w:r>
        <w:t>woh sun light, yani suraj ki garmi le raha tha, bahut itminan se road ke kinare leta hua tha.</w:t>
      </w:r>
    </w:p>
    <w:p>
      <w:pPr>
        <w:jc w:val="right"/>
      </w:pPr>
      <w:r>
        <w:t>وہ سن لائٹ، یعنی سورج کی گرمی لے رہا تھا، بہت اطمینان سے روڈ کے کنارے لیٹا ہوا تھا۔</w:t>
      </w:r>
    </w:p>
    <w:p>
      <w:r>
        <w:rPr>
          <w:b/>
        </w:rPr>
        <w:t xml:space="preserve">[01:55] </w:t>
      </w:r>
      <w:r>
        <w:t>to main ne socha ke yeh sun light jo hai, suraj ki roshni, suraj ki garmi, ek dog bhi le raha hai aur ek insan bhi leta hai,</w:t>
      </w:r>
    </w:p>
    <w:p>
      <w:pPr>
        <w:jc w:val="right"/>
      </w:pPr>
      <w:r>
        <w:t>تو میں نے سوچا کہ یہ سن لائٹ جو ہے، سورج کی روشنی، سورج کی گرمی، ایک ڈاگ بھی لے رہا ہے اور ایک انسان بھی لیتا ہے،</w:t>
      </w:r>
    </w:p>
    <w:p>
      <w:r>
        <w:rPr>
          <w:b/>
        </w:rPr>
        <w:t xml:space="preserve">[02:10] </w:t>
      </w:r>
      <w:r>
        <w:t>to kiya difference hai dog mein aur insan mein?</w:t>
      </w:r>
    </w:p>
    <w:p>
      <w:pPr>
        <w:jc w:val="right"/>
      </w:pPr>
      <w:r>
        <w:t>تو کیا ڈیفرنس ہے ڈاگ میں اور انسان میں؟</w:t>
      </w:r>
    </w:p>
    <w:p>
      <w:r>
        <w:rPr>
          <w:b/>
        </w:rPr>
        <w:t xml:space="preserve">[02:16] </w:t>
      </w:r>
      <w:r>
        <w:t>difference yahi hai ke dog ko kuch bhi pata nahi.</w:t>
      </w:r>
    </w:p>
    <w:p>
      <w:pPr>
        <w:jc w:val="right"/>
      </w:pPr>
      <w:r>
        <w:t>ڈیفرنس یہی ہے کہ ڈاگ کو کچھ بھی پتہ نہیں۔</w:t>
      </w:r>
    </w:p>
    <w:p>
      <w:r>
        <w:rPr>
          <w:b/>
        </w:rPr>
        <w:t xml:space="preserve">[02:26] </w:t>
      </w:r>
      <w:r>
        <w:t>yani in term of intellectual awareness, wo kuch bhi nahi janta. lekin insan jo hai, ye janta hai ke suraj kiya hai,</w:t>
      </w:r>
    </w:p>
    <w:p>
      <w:pPr>
        <w:jc w:val="right"/>
      </w:pPr>
      <w:r>
        <w:t>یعنی ان ٹرم آف انٹلیکچول اویرنس، وہ کچھ بھی نہیں جانتا۔ لیکن انسان جو ہے، یہ جانتا ہے کہ سورج کیا ہے،</w:t>
      </w:r>
    </w:p>
    <w:p>
      <w:r>
        <w:rPr>
          <w:b/>
        </w:rPr>
        <w:t xml:space="preserve">[02:45] </w:t>
      </w:r>
      <w:r>
        <w:t>aur kis tarah iski heat aur light hamare liye bohat ziyada useful hai.</w:t>
      </w:r>
    </w:p>
    <w:p>
      <w:pPr>
        <w:jc w:val="right"/>
      </w:pPr>
      <w:r>
        <w:t>اور کس طرح اس کی ہیٹ اور لائٹ ہمارے لیے بہت زیادہ یوزفل ہے۔</w:t>
      </w:r>
    </w:p>
    <w:p>
      <w:r>
        <w:rPr>
          <w:b/>
        </w:rPr>
        <w:t xml:space="preserve">[02:53] </w:t>
      </w:r>
      <w:r>
        <w:t>saara solar system jo wo janta hai, iska matlab kiya hua?</w:t>
      </w:r>
    </w:p>
    <w:p>
      <w:pPr>
        <w:jc w:val="right"/>
      </w:pPr>
      <w:r>
        <w:t>سارا سولر سسٹم جو وہ جانتا ہے، اس کا مطلب کیا ہوا؟</w:t>
      </w:r>
    </w:p>
    <w:p>
      <w:r>
        <w:rPr>
          <w:b/>
        </w:rPr>
        <w:t xml:space="preserve">[03:04] </w:t>
      </w:r>
      <w:r>
        <w:t>ke dog ka response kuch bhi nahi hoga.</w:t>
      </w:r>
    </w:p>
    <w:p>
      <w:pPr>
        <w:jc w:val="right"/>
      </w:pPr>
      <w:r>
        <w:t>کہ ڈاگ کا رسپانس کچھ بھی نہیں ہوگا۔</w:t>
      </w:r>
    </w:p>
    <w:p>
      <w:r>
        <w:rPr>
          <w:b/>
        </w:rPr>
        <w:t xml:space="preserve">[03:08] </w:t>
      </w:r>
      <w:r>
        <w:t>jab intellectually wo is se agah nahi hai ke sun kiya hai, light kiya hai, iski heat kiya hai, to wo bas is se faida uthaye ga aur kuch dair ke baad chala jaye ga wahan se.</w:t>
      </w:r>
    </w:p>
    <w:p>
      <w:pPr>
        <w:jc w:val="right"/>
      </w:pPr>
      <w:r>
        <w:t>جب انٹلیکچولی وہ اس سے آگاہ نہیں ہے کہ سن کیا ہے، لائٹ کیا ہے، اس کی ہیٹ کیا ہے، تو وہ بس اس سے فائدہ اٹھائے گا اور کچھ دیر کے بعد چلا جائے گا وہاں سے۔</w:t>
      </w:r>
    </w:p>
    <w:p>
      <w:r>
        <w:rPr>
          <w:b/>
        </w:rPr>
        <w:t xml:space="preserve">[03:25] </w:t>
      </w:r>
      <w:r>
        <w:t>lekin insan jo hai, wo response deta hai. response kis baat ka? shukr ka response.</w:t>
      </w:r>
    </w:p>
    <w:p>
      <w:pPr>
        <w:jc w:val="right"/>
      </w:pPr>
      <w:r>
        <w:t>لیکن انسان جو ہے، وہ رسپانس دیتا ہے۔ رسپانس کس بات کا؟ شکر کا رسپانس۔</w:t>
      </w:r>
    </w:p>
    <w:p>
      <w:r>
        <w:rPr>
          <w:b/>
        </w:rPr>
        <w:t xml:space="preserve">[03:36] </w:t>
      </w:r>
      <w:r>
        <w:t>aur is discover karta hai ke koi God hai jis ne itne ziyada meaningful solar system ko banaya. lekin dog ko kuch bhi pata nahi.</w:t>
      </w:r>
    </w:p>
    <w:p>
      <w:pPr>
        <w:jc w:val="right"/>
      </w:pPr>
      <w:r>
        <w:t>اور اس ڈسکور کرتا ہے کہ کوئی گاڈ ہے جس نے اتنے زیادہ میننگ فل سولر سسٹم کو بنایا۔ لیکن ڈاگ کو کچھ بھی پتہ نہیں۔</w:t>
      </w:r>
    </w:p>
    <w:p>
      <w:r>
        <w:rPr>
          <w:b/>
        </w:rPr>
        <w:t xml:space="preserve">[03:48] </w:t>
      </w:r>
      <w:r>
        <w:t>dog koi intellectual response nahi deta. isi liye dog ke liye paradise nahi hai. paradise insan ke liye hai.</w:t>
      </w:r>
    </w:p>
    <w:p>
      <w:pPr>
        <w:jc w:val="right"/>
      </w:pPr>
      <w:r>
        <w:t>ڈاگ کوئی انٹلیکچول رسپانس نہیں دیتا۔ اسی لیے ڈاگ کے لیے پیراڈائز نہیں ہے۔ پیراڈائز انسان کے لیے ہے۔</w:t>
      </w:r>
    </w:p>
    <w:p>
      <w:r>
        <w:rPr>
          <w:b/>
        </w:rPr>
        <w:t xml:space="preserve">[04:01] </w:t>
      </w:r>
      <w:r>
        <w:t>sach poochen to isi response par paradise ka haqdar banta hai koi insan.</w:t>
      </w:r>
    </w:p>
    <w:p>
      <w:pPr>
        <w:jc w:val="right"/>
      </w:pPr>
      <w:r>
        <w:t>سچ پوچھیں تو اسی رسپانس پر پیراڈائز کا حقدار بنتا ہے کوئی انسان۔</w:t>
      </w:r>
    </w:p>
    <w:p>
      <w:r>
        <w:rPr>
          <w:b/>
        </w:rPr>
        <w:t xml:space="preserve">[04:11] </w:t>
      </w:r>
      <w:r>
        <w:t>to jo aadmi</w:t>
      </w:r>
    </w:p>
    <w:p>
      <w:pPr>
        <w:jc w:val="right"/>
      </w:pPr>
      <w:r>
        <w:t>تو جو آدمی</w:t>
      </w:r>
    </w:p>
    <w:p>
      <w:r>
        <w:rPr>
          <w:b/>
        </w:rPr>
        <w:t xml:space="preserve">[04:15] </w:t>
      </w:r>
      <w:r>
        <w:t>like an animal duniya mein jiye, wo khaye piye aur phir mar jaye. phir kehte hain aaj kal ke bhai, paisa kamao, enjoy karo, paisa kamao, enjoy karo.</w:t>
      </w:r>
    </w:p>
    <w:p>
      <w:pPr>
        <w:jc w:val="right"/>
      </w:pPr>
      <w:r>
        <w:t>لائک این اینیمل دنیا میں جیئے، وہ کھائے پیئے اور پھر مر جائے۔ پھر کہتے ہیں آج کل کے بھئی، پیسہ کماؤ، انجوائے کرو، پیسہ کماؤ، انجوائے کرو۔</w:t>
      </w:r>
    </w:p>
    <w:p>
      <w:r>
        <w:rPr>
          <w:b/>
        </w:rPr>
        <w:t xml:space="preserve">[04:30] </w:t>
      </w:r>
      <w:r>
        <w:t>ye hai living just like an animal. aise logon ke liye paradise nahi hai.</w:t>
      </w:r>
    </w:p>
    <w:p>
      <w:pPr>
        <w:jc w:val="right"/>
      </w:pPr>
      <w:r>
        <w:t>یہ ہے لیونگ جسٹ لائک این اینیمل۔ ایسے لوگوں کے لیے پیراڈائز نہیں ہے۔</w:t>
      </w:r>
    </w:p>
    <w:p>
      <w:r>
        <w:rPr>
          <w:b/>
        </w:rPr>
        <w:t xml:space="preserve">[04:39] </w:t>
      </w:r>
      <w:r>
        <w:t>paradise in logon ke liye hai jo</w:t>
      </w:r>
    </w:p>
    <w:p>
      <w:pPr>
        <w:jc w:val="right"/>
      </w:pPr>
      <w:r>
        <w:t>پیراڈائز ان لوگوں کے لیے ہے جو</w:t>
      </w:r>
    </w:p>
    <w:p>
      <w:r>
        <w:rPr>
          <w:b/>
        </w:rPr>
        <w:t xml:space="preserve">[04:44] </w:t>
      </w:r>
      <w:r>
        <w:t>spiritual response de saken.</w:t>
      </w:r>
    </w:p>
    <w:p>
      <w:pPr>
        <w:jc w:val="right"/>
      </w:pPr>
      <w:r>
        <w:t>اسپریچول رسپانس دے سکیں۔</w:t>
      </w:r>
    </w:p>
    <w:p>
      <w:r>
        <w:rPr>
          <w:b/>
        </w:rPr>
        <w:t xml:space="preserve">[04:49] </w:t>
      </w:r>
      <w:r>
        <w:t>ye ek bohat bara</w:t>
      </w:r>
    </w:p>
    <w:p>
      <w:pPr>
        <w:jc w:val="right"/>
      </w:pPr>
      <w:r>
        <w:t>یہ ایک بہت بڑا</w:t>
      </w:r>
    </w:p>
    <w:p>
      <w:r>
        <w:rPr>
          <w:b/>
        </w:rPr>
        <w:t xml:space="preserve">[04:54] </w:t>
      </w:r>
      <w:r>
        <w:t>issue hai.</w:t>
      </w:r>
    </w:p>
    <w:p>
      <w:pPr>
        <w:jc w:val="right"/>
      </w:pPr>
      <w:r>
        <w:t>ایشو ہے۔</w:t>
      </w:r>
    </w:p>
    <w:p>
      <w:r>
        <w:rPr>
          <w:b/>
        </w:rPr>
        <w:t xml:space="preserve">[04:58] </w:t>
      </w:r>
      <w:r>
        <w:t>main apni jo spiritual tree hai hamare haan, us ke neeche baitha hua tha.</w:t>
      </w:r>
    </w:p>
    <w:p>
      <w:pPr>
        <w:jc w:val="right"/>
      </w:pPr>
      <w:r>
        <w:t>میں اپنی جو اسپریچول ٹری ہے ہمارے ہاں، اس کے نیچے بیٹھا ہوا تھا۔</w:t>
      </w:r>
    </w:p>
    <w:p>
      <w:r>
        <w:rPr>
          <w:b/>
        </w:rPr>
        <w:t xml:space="preserve">[05:05] </w:t>
      </w:r>
      <w:r>
        <w:t>achanak mere dhyan mein aya ke saare teen sau saal pehle, Isaac Newton,</w:t>
      </w:r>
    </w:p>
    <w:p>
      <w:pPr>
        <w:jc w:val="right"/>
      </w:pPr>
      <w:r>
        <w:t>اچانک میرے دھیان میں آیا کہ ساڑھے تین سو سال پہلے، آئزک نیوٹن،</w:t>
      </w:r>
    </w:p>
    <w:p>
      <w:r>
        <w:rPr>
          <w:b/>
        </w:rPr>
        <w:t xml:space="preserve">[05:18] </w:t>
      </w:r>
      <w:r>
        <w:t>ek apple garden mein tha, to us ke samne</w:t>
      </w:r>
    </w:p>
    <w:p>
      <w:pPr>
        <w:jc w:val="right"/>
      </w:pPr>
      <w:r>
        <w:t>ایک ایپل گارڈن میں تھا، تو اس کے سامنے</w:t>
      </w:r>
    </w:p>
    <w:p>
      <w:r>
        <w:rPr>
          <w:b/>
        </w:rPr>
        <w:t xml:space="preserve">[05:28] </w:t>
      </w:r>
      <w:r>
        <w:t>ek apple oper se toot kar gira. girta rehta hai.</w:t>
      </w:r>
    </w:p>
    <w:p>
      <w:pPr>
        <w:jc w:val="right"/>
      </w:pPr>
      <w:r>
        <w:t>ایک ایپل اوپر سے ٹوٹ کر گرا۔ گرتا رہتا ہے۔</w:t>
      </w:r>
    </w:p>
    <w:p>
      <w:r>
        <w:rPr>
          <w:b/>
        </w:rPr>
        <w:t xml:space="preserve">[05:35] </w:t>
      </w:r>
      <w:r>
        <w:t>to us ne socha ke ye apple oper se neeche kiya aya? to sochte sochte wo yahan tak pohancha ke hamari jo zameen hai, jo earth hai, us ke andar gravity hai.</w:t>
      </w:r>
    </w:p>
    <w:p>
      <w:pPr>
        <w:jc w:val="right"/>
      </w:pPr>
      <w:r>
        <w:t>تو اس نے سوچا کہ یہ ایپل اوپر سے نیچے کیوں آیا؟ تو سوچتے سوچتے وہ یہاں تک پہنچا کہ ہماری جو زمین ہے، جو ارتھ ہے، اس کے اندر گریویٹی ہے۔</w:t>
      </w:r>
    </w:p>
    <w:p>
      <w:r>
        <w:rPr>
          <w:b/>
        </w:rPr>
        <w:t xml:space="preserve">[05:49] </w:t>
      </w:r>
      <w:r>
        <w:t>gravitational pull hai. is ki wajah se aisa hua ke apple toot kar oper nahi gaya, neeche aa gaya.</w:t>
      </w:r>
    </w:p>
    <w:p>
      <w:pPr>
        <w:jc w:val="right"/>
      </w:pPr>
      <w:r>
        <w:t>گریویٹیشنل پل ہے۔ اس کی وجہ سے ایسا ہوا کہ ایپل ٹوٹ کر اوپر نہیں گیا، نیچے آ گیا۔</w:t>
      </w:r>
    </w:p>
    <w:p>
      <w:r>
        <w:rPr>
          <w:b/>
        </w:rPr>
        <w:t xml:space="preserve">[06:02] </w:t>
      </w:r>
      <w:r>
        <w:t>lekin ye ye half truth hai jis ko Newton ne daryaft kiya. half truth. is liye ke doosra question se juda hua hai</w:t>
      </w:r>
    </w:p>
    <w:p>
      <w:pPr>
        <w:jc w:val="right"/>
      </w:pPr>
      <w:r>
        <w:t>لیکن یہ یہ ہاف ٹروتھ ہے جس کو نیوٹن نے دریافت کیا۔ ہاف ٹروتھ۔ اس لیے کہ دوسرا کوئسچن سے جڑا ہوا ہے</w:t>
      </w:r>
    </w:p>
    <w:p>
      <w:r>
        <w:rPr>
          <w:b/>
        </w:rPr>
        <w:t xml:space="preserve">[06:15] </w:t>
      </w:r>
      <w:r>
        <w:t>keh kis ne yeh sab kiya? kis ne create kiya? kis ne peR ko banaya? is tarah banaya keh is mein phal nikle?</w:t>
      </w:r>
    </w:p>
    <w:p>
      <w:pPr>
        <w:jc w:val="right"/>
      </w:pPr>
      <w:r>
        <w:t>کہ کس نے یہ سب کیا؟ کس نے کریٹ کیا؟ کس نے پیڑ کو بنایا؟ اس طرح بنایا کہ اس میں پھل نکلے؟</w:t>
      </w:r>
    </w:p>
    <w:p>
      <w:r>
        <w:rPr>
          <w:b/>
        </w:rPr>
        <w:t xml:space="preserve">[06:28] </w:t>
      </w:r>
      <w:r>
        <w:t>yeh sab kis ne kiya? to</w:t>
      </w:r>
    </w:p>
    <w:p>
      <w:pPr>
        <w:jc w:val="right"/>
      </w:pPr>
      <w:r>
        <w:t>یہ سب کس نے کیا؟ تو</w:t>
      </w:r>
    </w:p>
    <w:p>
      <w:r>
        <w:rPr>
          <w:b/>
        </w:rPr>
        <w:t xml:space="preserve">[06:32] </w:t>
      </w:r>
      <w:r>
        <w:t>yeh is soch ko, is is aspect ko alag kar ke is ne socha. to sirf woh gravity ko daryaft kar saka, bas.</w:t>
      </w:r>
    </w:p>
    <w:p>
      <w:pPr>
        <w:jc w:val="right"/>
      </w:pPr>
      <w:r>
        <w:t>یہ اس سوچ کو، اس اس اسپیکٹ کو الگ کر کے اس نے سوچا۔ تو صرف وہ گریویٹی کو دریافت کر سکا، بس۔</w:t>
      </w:r>
    </w:p>
    <w:p>
      <w:r>
        <w:rPr>
          <w:b/>
        </w:rPr>
        <w:t xml:space="preserve">[06:42] </w:t>
      </w:r>
      <w:r>
        <w:t>creator of gravity ko woh discover na kar saka. main chahta hoon keh yeh science, log, kai log samajhte hain keh science jo hai koi Khuda ke inkar par mabni hai.</w:t>
      </w:r>
    </w:p>
    <w:p>
      <w:pPr>
        <w:jc w:val="right"/>
      </w:pPr>
      <w:r>
        <w:t>کریٹر آف گریویٹی کو وہ ڈسکور نہ کر سکا۔ میں چاہتا ہوں کہ یہ سائنس، لوگ، کئی لوگ سمجھتے ہیں کہ سائنس جو ہے کوئی خدا کے انکار پر مبنی ہے۔</w:t>
      </w:r>
    </w:p>
    <w:p>
      <w:r>
        <w:rPr>
          <w:b/>
        </w:rPr>
        <w:t xml:space="preserve">[06:57] </w:t>
      </w:r>
      <w:r>
        <w:t>nahin, Khuda ka inkar science ka subject nahin hai.</w:t>
      </w:r>
    </w:p>
    <w:p>
      <w:pPr>
        <w:jc w:val="right"/>
      </w:pPr>
      <w:r>
        <w:t>نہیں، خدا کا انکار سائنس کا سبجیکٹ نہیں ہے۔</w:t>
      </w:r>
    </w:p>
    <w:p>
      <w:r>
        <w:rPr>
          <w:b/>
        </w:rPr>
        <w:t xml:space="preserve">[07:01] </w:t>
      </w:r>
      <w:r>
        <w:t>yeh samajhna galat hai keh science Khuda ka inkar karti hai. sahi baat yeh hai keh woh na haan kehti hai na nahin kehti. lekin atheism, jo modern atheism hai, uska beej bhi isi ne boya.</w:t>
      </w:r>
    </w:p>
    <w:p>
      <w:pPr>
        <w:jc w:val="right"/>
      </w:pPr>
      <w:r>
        <w:t>یہ سمجھنا غلط ہے کہ سائنس خدا کا انکار کرتی ہے۔ صحیح بات یہ ہے کہ وہ نہ ہاں کہتی ہے نہ نہیں کہتی۔ لیکن ایتھیزم، جو ماڈرن ایتھیزم ہے، اس کا بیج بھی اسی نے بویا۔</w:t>
      </w:r>
    </w:p>
    <w:p>
      <w:r>
        <w:rPr>
          <w:b/>
        </w:rPr>
        <w:t xml:space="preserve">[07:13] </w:t>
      </w:r>
      <w:r>
        <w:t>unintentionally. modern atheism ka jo zamana hai,</w:t>
      </w:r>
    </w:p>
    <w:p>
      <w:pPr>
        <w:jc w:val="right"/>
      </w:pPr>
      <w:r>
        <w:t>ان انٹینشنلی۔ ماڈرن ایتھیزم کا جو زمانہ ہے،</w:t>
      </w:r>
    </w:p>
    <w:p>
      <w:r>
        <w:rPr>
          <w:b/>
        </w:rPr>
        <w:t xml:space="preserve">[07:24] </w:t>
      </w:r>
      <w:r>
        <w:t>iska beej boya modern science ne. unintentionally.</w:t>
      </w:r>
    </w:p>
    <w:p>
      <w:pPr>
        <w:jc w:val="right"/>
      </w:pPr>
      <w:r>
        <w:t>اس کا بیج بویا ماڈرن سائنس نے۔ ان انٹینشنلی۔</w:t>
      </w:r>
    </w:p>
    <w:p>
      <w:r>
        <w:rPr>
          <w:b/>
        </w:rPr>
        <w:t xml:space="preserve">[07:31] </w:t>
      </w:r>
      <w:r>
        <w:t>woh kaise? yeh baat bohat poochhi jaati hai.</w:t>
      </w:r>
    </w:p>
    <w:p>
      <w:pPr>
        <w:jc w:val="right"/>
      </w:pPr>
      <w:r>
        <w:t>وہ کیسے؟ یہ بات بہت پوچھی جاتی ہے۔</w:t>
      </w:r>
    </w:p>
    <w:p>
      <w:r>
        <w:rPr>
          <w:b/>
        </w:rPr>
        <w:t xml:space="preserve">[07:39] </w:t>
      </w:r>
      <w:r>
        <w:t>France ka philosopher tha Descartes. jis ki death hui hai sixteen hundred fifty mein.</w:t>
      </w:r>
    </w:p>
    <w:p>
      <w:pPr>
        <w:jc w:val="right"/>
      </w:pPr>
      <w:r>
        <w:t>فرانس کا فلاسفر تھا ڈیکارٹ۔ جس کی ڈیتھ ہوئی ہے سکسٹین ہنڈرڈ ففٹی میں۔</w:t>
      </w:r>
    </w:p>
    <w:p>
      <w:r>
        <w:rPr>
          <w:b/>
        </w:rPr>
        <w:t xml:space="preserve">[07:49] </w:t>
      </w:r>
      <w:r>
        <w:t>solah so pachas mein. is ne body aur mind ko aik doosre se alag kar diya.</w:t>
      </w:r>
    </w:p>
    <w:p>
      <w:pPr>
        <w:jc w:val="right"/>
      </w:pPr>
      <w:r>
        <w:t>سولہ سو پچاس میں۔ اس نے باڈی اور مائنڈ کو ایک دوسرے سے الگ کر دیا۔</w:t>
      </w:r>
    </w:p>
    <w:p>
      <w:r>
        <w:rPr>
          <w:b/>
        </w:rPr>
        <w:t xml:space="preserve">[08:00] </w:t>
      </w:r>
      <w:r>
        <w:t>yeh separation pehle nahin tha. pehle body aur mind dono alag nahin kiye gaye the.</w:t>
      </w:r>
    </w:p>
    <w:p>
      <w:pPr>
        <w:jc w:val="right"/>
      </w:pPr>
      <w:r>
        <w:t>یہ سیپریشن پہلے نہیں تھا۔ پہلے باڈی اور مائنڈ دونوں الگ نہیں کیے گئے تھے۔</w:t>
      </w:r>
    </w:p>
    <w:p>
      <w:r>
        <w:rPr>
          <w:b/>
        </w:rPr>
        <w:t xml:space="preserve">[08:09] </w:t>
      </w:r>
      <w:r>
        <w:t>yani spiritual aspect hamari personality ka aur physical aspect hamari personality ka. pehle alag nahin kiye gaye the. yani philosopher jo the, philosophers, kai hazar saal se, woh alag kar ke nahin sochte the.</w:t>
      </w:r>
    </w:p>
    <w:p>
      <w:pPr>
        <w:jc w:val="right"/>
      </w:pPr>
      <w:r>
        <w:t>یعنی اسپریچول اسپیکٹ ہماری پرسنیلٹی کا اور فزیکل اسپیکٹ ہماری پرسنیلٹی کا۔ پہلے الگ نہیں کیے گئے تھے۔ یعنی فلاسفر جو تھے، فلاسفرز، کئی ہزار سال سے، وہ الگ کر کے نہیں سوچتے تھے۔</w:t>
      </w:r>
    </w:p>
    <w:p>
      <w:r>
        <w:rPr>
          <w:b/>
        </w:rPr>
        <w:t xml:space="preserve">[08:26] </w:t>
      </w:r>
      <w:r>
        <w:t>woh dono ko aik kar ke sochte the.</w:t>
      </w:r>
    </w:p>
    <w:p>
      <w:pPr>
        <w:jc w:val="right"/>
      </w:pPr>
      <w:r>
        <w:t>وہ دونوں کو ایک کر کے سوچتے تھے۔</w:t>
      </w:r>
    </w:p>
    <w:p>
      <w:r>
        <w:rPr>
          <w:b/>
        </w:rPr>
        <w:t xml:space="preserve">[08:29] </w:t>
      </w:r>
      <w:r>
        <w:t>lekin</w:t>
      </w:r>
    </w:p>
    <w:p>
      <w:pPr>
        <w:jc w:val="right"/>
      </w:pPr>
      <w:r>
        <w:t>لیکن</w:t>
      </w:r>
    </w:p>
    <w:p>
      <w:r>
        <w:rPr>
          <w:b/>
        </w:rPr>
        <w:t xml:space="preserve">[08:32] </w:t>
      </w:r>
      <w:r>
        <w:t>Descartes ne alag kiya. phir is mein Galileo ne is baavar izafa kiya. Galileo jo Italy ka tha, jis ki death hui sixteen hundred forty two mein.</w:t>
      </w:r>
    </w:p>
    <w:p>
      <w:pPr>
        <w:jc w:val="right"/>
      </w:pPr>
      <w:r>
        <w:t>ڈیکارٹ نے الگ کیا۔ پھر اس میں گلیلیو نے اس باور اضافہ کیا۔ گلیلیو جو اٹلی کا تھا، جس کی ڈیتھ ہوئی سکسٹین ہنڈرڈ فورٹی ٹو میں۔</w:t>
      </w:r>
    </w:p>
    <w:p>
      <w:r>
        <w:rPr>
          <w:b/>
        </w:rPr>
        <w:t xml:space="preserve">[08:48] </w:t>
      </w:r>
      <w:r>
        <w:t>solah so pachas mein.</w:t>
      </w:r>
    </w:p>
    <w:p>
      <w:pPr>
        <w:jc w:val="right"/>
      </w:pPr>
      <w:r>
        <w:t>سولہ سو پچاس میں۔</w:t>
      </w:r>
    </w:p>
    <w:p>
      <w:r>
        <w:rPr>
          <w:b/>
        </w:rPr>
        <w:t xml:space="preserve">[08:51] </w:t>
      </w:r>
      <w:r>
        <w:t>is ne yeh aik naya shuru kiya trend keh cheezein, har cheez ka aik aspect hai, measurable aspect.</w:t>
      </w:r>
    </w:p>
    <w:p>
      <w:pPr>
        <w:jc w:val="right"/>
      </w:pPr>
      <w:r>
        <w:t>اس نے یہ ایک نیا شروع کیا ٹرینڈ کہ چیزیں، ہر چیز کا ایک اسپیکٹ ہے، میژریبل اسپیکٹ۔</w:t>
      </w:r>
    </w:p>
    <w:p>
      <w:r>
        <w:rPr>
          <w:b/>
        </w:rPr>
        <w:t xml:space="preserve">[09:04] </w:t>
      </w:r>
      <w:r>
        <w:t>doosra hai unmeasurable aspect. to hum measurable aspect ko lenge, unmeasurable aspect ko chhod denge. yahan se modern science ki buniyad pari.</w:t>
      </w:r>
    </w:p>
    <w:p>
      <w:pPr>
        <w:jc w:val="right"/>
      </w:pPr>
      <w:r>
        <w:t>دوسرا ہے ان میژریبل اسپیکٹ۔ تو ہم میژریبل اسپیکٹ کو لیں گے، ان میژریبل اسپیکٹ کو چھوڑ دیں گے۔ یہاں سے ماڈرن سائنس کی بنیاد پڑی۔</w:t>
      </w:r>
    </w:p>
    <w:p>
      <w:r>
        <w:rPr>
          <w:b/>
        </w:rPr>
        <w:t xml:space="preserve">[09:19] </w:t>
      </w:r>
      <w:r>
        <w:t>yani philosophers ka zamana jab tak tha, jab tak philosophical thinking duniya mein bichhai hui thi, tab tak dono ko milakar sochte the woh.</w:t>
      </w:r>
    </w:p>
    <w:p>
      <w:pPr>
        <w:jc w:val="right"/>
      </w:pPr>
      <w:r>
        <w:t>یعنی فلاسفرز کا زمانہ جب تک تھا، جب تک فلاسفیکل تھنکنگ دنیا میں بچھائی ہوئی تھی، تب تک دونوں کو ملا کر سوچتے تھے وہ۔</w:t>
      </w:r>
    </w:p>
    <w:p>
      <w:r>
        <w:rPr>
          <w:b/>
        </w:rPr>
        <w:t xml:space="preserve">[09:28] </w:t>
      </w:r>
      <w:r>
        <w:t>agarche woh kisi end tak nahin pahunche. kyunke religion se unhon ne koi help nahin li. pure reason ko unhon ne liya.</w:t>
      </w:r>
    </w:p>
    <w:p>
      <w:pPr>
        <w:jc w:val="right"/>
      </w:pPr>
      <w:r>
        <w:t>اگرچہ وہ کسی اینڈ تک نہیں پہنچے۔ کیونکہ ریلیجن سے انہوں نے کوئی ہیلپ نہیں لی۔ پیور ریزن کو انہوں نے لیا۔</w:t>
      </w:r>
    </w:p>
    <w:p>
      <w:r>
        <w:rPr>
          <w:b/>
        </w:rPr>
        <w:t xml:space="preserve">[09:39] </w:t>
      </w:r>
      <w:r>
        <w:t>unhon ne chaha keh pure reason se woh jaan lein cheezon ke bare mein. keh cheezein kaise bani</w:t>
      </w:r>
    </w:p>
    <w:p>
      <w:pPr>
        <w:jc w:val="right"/>
      </w:pPr>
      <w:r>
        <w:t>انہوں نے چاہا کہ پیور ریزن سے وہ جان لیں چیزوں کے بارے میں۔ کہ چیزیں کیسے بنی</w:t>
      </w:r>
    </w:p>
    <w:p>
      <w:r>
        <w:rPr>
          <w:b/>
        </w:rPr>
        <w:t xml:space="preserve">[09:47] </w:t>
      </w:r>
      <w:r>
        <w:t>? mind kya hai? jo meaning hai woh kya hai? yani meaning par woh sochte the.</w:t>
      </w:r>
    </w:p>
    <w:p>
      <w:pPr>
        <w:jc w:val="right"/>
      </w:pPr>
      <w:r>
        <w:t>؟ مائنڈ کیا ہے؟ جو میننگ ہے وہ کیا ہے؟ یعنی میننگ پر وہ سوچتے تھے۔</w:t>
      </w:r>
    </w:p>
    <w:p>
      <w:r>
        <w:rPr>
          <w:b/>
        </w:rPr>
        <w:t xml:space="preserve">[09:56] </w:t>
      </w:r>
      <w:r>
        <w:t>lekin sirf pure reason se sochte the woh. to religion ki madad ke baghair aadmi pahunch nahin sakta kahin.</w:t>
      </w:r>
    </w:p>
    <w:p>
      <w:pPr>
        <w:jc w:val="right"/>
      </w:pPr>
      <w:r>
        <w:t>لیکن صرف پیور ریزن سے سوچتے تھے وہ۔ تو ریلیجن کی مدد کے بغیر آدمی پہنچ نہیں سکتا کہیں۔</w:t>
      </w:r>
    </w:p>
    <w:p>
      <w:r>
        <w:rPr>
          <w:b/>
        </w:rPr>
        <w:t xml:space="preserve">[10:07] </w:t>
      </w:r>
      <w:r>
        <w:t>kyunke Quran mein hai keh "wa ma ooteetum min ilm illa qaleelaa".</w:t>
      </w:r>
    </w:p>
    <w:p>
      <w:pPr>
        <w:jc w:val="right"/>
      </w:pPr>
      <w:r>
        <w:t>کیونکہ قرآن میں ہے کہ "وما اوتیتم من علم الا قلیلا"۔</w:t>
      </w:r>
    </w:p>
    <w:p>
      <w:r>
        <w:rPr>
          <w:b/>
        </w:rPr>
        <w:t xml:space="preserve">[10:12] </w:t>
      </w:r>
      <w:r>
        <w:t>tum ko bohat thora giyan diya gaya hai. lekin jab science ka zamana aaya to unhon ne kya kiya ke separate kar diya.</w:t>
      </w:r>
    </w:p>
    <w:p>
      <w:pPr>
        <w:jc w:val="right"/>
      </w:pPr>
      <w:r>
        <w:t>تم کو بہت تھوڑا گیان دیا گیا ہے۔ لیکن جب سائنس کا زمانہ آیا تو انہوں نے کیا کیا کہ سیپریٹ کر دیا۔</w:t>
      </w:r>
    </w:p>
    <w:p>
      <w:r>
        <w:rPr>
          <w:b/>
        </w:rPr>
        <w:t xml:space="preserve">[10:25] </w:t>
      </w:r>
      <w:r>
        <w:t>ke chhoro is cheez ko. jo measurable nahi hai us ko chhoro. jo measurable hai us ki baat karo. to science mein kya hua?</w:t>
      </w:r>
    </w:p>
    <w:p>
      <w:pPr>
        <w:jc w:val="right"/>
      </w:pPr>
      <w:r>
        <w:t>کہ چھوڑو اس چیز کو۔ جو میژریبل نہیں ہے اس کو چھوڑو۔ جو میژریبل ہے اس کی بات کرو۔ تو سائنس میں کیا ہوا؟</w:t>
      </w:r>
    </w:p>
    <w:p>
      <w:r>
        <w:rPr>
          <w:b/>
        </w:rPr>
        <w:t xml:space="preserve">[10:36] </w:t>
      </w:r>
      <w:r>
        <w:t>ya knowledge jo hai us mein kya hua? is ke do aspect ban gaye.</w:t>
      </w:r>
    </w:p>
    <w:p>
      <w:pPr>
        <w:jc w:val="right"/>
      </w:pPr>
      <w:r>
        <w:t>یا نالج جو ہے اس میں کیا ہوا؟ اس کے دو اسپیکٹ بن گئے۔</w:t>
      </w:r>
    </w:p>
    <w:p>
      <w:r>
        <w:rPr>
          <w:b/>
        </w:rPr>
        <w:t xml:space="preserve">[10:40] </w:t>
      </w:r>
      <w:r>
        <w:t>ek tha is ka, yani applied aspect. science ka applied aspect.</w:t>
      </w:r>
    </w:p>
    <w:p>
      <w:pPr>
        <w:jc w:val="right"/>
      </w:pPr>
      <w:r>
        <w:t>ایک تھا اس کا، یعنی اپلائیڈ اسپیکٹ۔ سائنس کا اپلائیڈ اسپیکٹ۔</w:t>
      </w:r>
    </w:p>
    <w:p>
      <w:r>
        <w:rPr>
          <w:b/>
        </w:rPr>
        <w:t xml:space="preserve">[10:51] </w:t>
      </w:r>
      <w:r>
        <w:t>ya is ke is ka technical aspect.</w:t>
      </w:r>
    </w:p>
    <w:p>
      <w:pPr>
        <w:jc w:val="right"/>
      </w:pPr>
      <w:r>
        <w:t>یا اس کے اس کا ٹیکنیکل اسپیکٹ۔</w:t>
      </w:r>
    </w:p>
    <w:p>
      <w:r>
        <w:rPr>
          <w:b/>
        </w:rPr>
        <w:t xml:space="preserve">[10:54] </w:t>
      </w:r>
      <w:r>
        <w:t>yani aur hai, ore aur. phir is ko hum convert karte hain steel mein.</w:t>
      </w:r>
    </w:p>
    <w:p>
      <w:pPr>
        <w:jc w:val="right"/>
      </w:pPr>
      <w:r>
        <w:t>یعنی اور ہے، او آر ای اور۔ پھر اس کو ہم کنورٹ کرتے ہیں اسٹیل میں۔</w:t>
      </w:r>
    </w:p>
    <w:p>
      <w:r>
        <w:rPr>
          <w:b/>
        </w:rPr>
        <w:t xml:space="preserve">[11:05] </w:t>
      </w:r>
      <w:r>
        <w:t>phir steel ko convert karte hain engine mein. phir engine ko convert karte hain aap ek ek aisi machine mein jo move karti hai.</w:t>
      </w:r>
    </w:p>
    <w:p>
      <w:pPr>
        <w:jc w:val="right"/>
      </w:pPr>
      <w:r>
        <w:t>پھر اسٹیل کو کنورٹ کرتے ہیں انجن میں۔ پھر انجن کو کنورٹ کرتے ہیں آپ ایک ایک ایسی مشین میں جو موو کرتی ہے۔</w:t>
      </w:r>
    </w:p>
    <w:p>
      <w:r>
        <w:rPr>
          <w:b/>
        </w:rPr>
        <w:t xml:space="preserve">[11:15] </w:t>
      </w:r>
      <w:r>
        <w:t>aur hazaron baatain. to science ne is technical aspect ko le liya. aur is ka jo doosra aspect tha, philosophical aspect.</w:t>
      </w:r>
    </w:p>
    <w:p>
      <w:pPr>
        <w:jc w:val="right"/>
      </w:pPr>
      <w:r>
        <w:t>اور ہزاروں باتیں۔ تو سائنس نے اس ٹیکنیکل اسپیکٹ کو لے لیا۔ اور اس کا جو دوسرا اسپیکٹ تھا، فلاسفیکل اسپیکٹ۔</w:t>
      </w:r>
    </w:p>
    <w:p>
      <w:r>
        <w:rPr>
          <w:b/>
        </w:rPr>
        <w:t xml:space="preserve">[11:27] </w:t>
      </w:r>
      <w:r>
        <w:t>philosophical aspect of knowledge aur technical aspect of knowledge. yeh doyi paida kar di. to yeh doyi jo hai in intentionally yahin se atheism ki buniyad pari.</w:t>
      </w:r>
    </w:p>
    <w:p>
      <w:pPr>
        <w:jc w:val="right"/>
      </w:pPr>
      <w:r>
        <w:t>فلاسفیکل اسپیکٹ آف نالج اور ٹیکنیکل اسپیکٹ آف نالج۔ یہ دوئی پیدا کر دی۔ تو یہ دوئی جو ہے ان انٹینشنلی یہیں سے ایتھیزم کی بنیاد پڑی۔</w:t>
      </w:r>
    </w:p>
    <w:p>
      <w:r>
        <w:rPr>
          <w:b/>
        </w:rPr>
        <w:t xml:space="preserve">[11:40] </w:t>
      </w:r>
      <w:r>
        <w:t>atheism. ke khuda nahi hai. to yeh silsila chal pada yahan tak ke ab hum teen sau saal se is ka nateeja bhugat rahe hain.</w:t>
      </w:r>
    </w:p>
    <w:p>
      <w:pPr>
        <w:jc w:val="right"/>
      </w:pPr>
      <w:r>
        <w:t>ایتھیزم۔ کہ خدا نہیں ہے۔ تو یہ سلسلہ چل پڑا یہاں تک کہ اب ہم تین سو سال سے اس کا نتیجہ بھگت رہے ہیں۔</w:t>
      </w:r>
    </w:p>
    <w:p>
      <w:r>
        <w:rPr>
          <w:b/>
        </w:rPr>
        <w:t xml:space="preserve">[11:52] </w:t>
      </w:r>
      <w:r>
        <w:t>agarche ab pohnchte pohnchte yahan pohncha mamla ke jis cheez ko insan samajhta tha ke woh measurable hai, woh bhi hum nahi jaan sakte. recently aap jante hain ke yeh baat aayi hai scientist ki taraf se.</w:t>
      </w:r>
    </w:p>
    <w:p>
      <w:pPr>
        <w:jc w:val="right"/>
      </w:pPr>
      <w:r>
        <w:t>اگرچہ اب پہنچتے پہنچتے یہاں پہنچا معاملہ کہ جس چیز کو انسان سمجھتا تھا کہ وہ میژریبل ہے، وہ بھی ہم نہیں جان سکتے۔ ریسنٹلی آپ جانتے ہیں کہ یہ بات آئی ہے سائنٹسٹ کی طرف سے۔</w:t>
      </w:r>
    </w:p>
    <w:p>
      <w:r>
        <w:rPr>
          <w:b/>
        </w:rPr>
        <w:t xml:space="preserve">[12:06] </w:t>
      </w:r>
      <w:r>
        <w:t>jo mass hai, emidible mass, is universe ka, is ka fifty six percent observably nahi hai.</w:t>
      </w:r>
    </w:p>
    <w:p>
      <w:pPr>
        <w:jc w:val="right"/>
      </w:pPr>
      <w:r>
        <w:t>جو ماس ہے، ایمیڈیبلس ماس، اس یونیورس کا، اس کا ففٹی سکس پرسنٹ ابزرویبلی نہیں ہے۔</w:t>
      </w:r>
    </w:p>
    <w:p>
      <w:r>
        <w:rPr>
          <w:b/>
        </w:rPr>
        <w:t xml:space="preserve">[12:16] </w:t>
      </w:r>
      <w:r>
        <w:t>aap is ko dekh hi nahi sakte. na dekh sakte hain na measure kar sakte.</w:t>
      </w:r>
    </w:p>
    <w:p>
      <w:pPr>
        <w:jc w:val="right"/>
      </w:pPr>
      <w:r>
        <w:t>آپ اس کو دیکھ ہی نہیں سکتے۔ نہ دیکھ سکتے ہیں نہ میژر کر سکتے۔</w:t>
      </w:r>
    </w:p>
    <w:p>
      <w:r>
        <w:rPr>
          <w:b/>
        </w:rPr>
        <w:t xml:space="preserve">[12:21] </w:t>
      </w:r>
      <w:r>
        <w:t>sirf four percent jo hai us ko aap dekh sakte hain, us ko measure kar sakte hain. to yahan aa kar ke phir gaadi phans gayi. science yeh samajhti thi pehle ke sari cheez jo hai,</w:t>
      </w:r>
    </w:p>
    <w:p>
      <w:pPr>
        <w:jc w:val="right"/>
      </w:pPr>
      <w:r>
        <w:t>صرف فور پرسنٹ جو ہے اس کو آپ دیکھ سکتے ہیں، اس کو میژر کر سکتے ہیں۔ تو یہاں آ کر کے پھر گاڑی پھنس گئی۔ سائنس یہ سمجھتی تھی پہلے کہ ساری چیز جو ہے،</w:t>
      </w:r>
    </w:p>
    <w:p>
      <w:r>
        <w:rPr>
          <w:b/>
        </w:rPr>
        <w:t xml:space="preserve">[12:37] </w:t>
      </w:r>
      <w:r>
        <w:t>jo material world hai, material world poora ka poora measurable hai, observable hai, to wahan hum poori jankari le sakte hain.</w:t>
      </w:r>
    </w:p>
    <w:p>
      <w:pPr>
        <w:jc w:val="right"/>
      </w:pPr>
      <w:r>
        <w:t>جو مٹیریل ورلڈ ہے، مٹیریل ورلڈ پورا کا پورا میژریبل ہے، ابزرویبل ہے، تو وہاں ہم پوری جانکاری لے سکتے ہیں۔</w:t>
      </w:r>
    </w:p>
    <w:p>
      <w:r>
        <w:rPr>
          <w:b/>
        </w:rPr>
        <w:t xml:space="preserve">[12:45] </w:t>
      </w:r>
      <w:r>
        <w:t>ab maloom hua ke wahan bhi jankari nahi le sakte aap.</w:t>
      </w:r>
    </w:p>
    <w:p>
      <w:pPr>
        <w:jc w:val="right"/>
      </w:pPr>
      <w:r>
        <w:t>اب معلوم ہوا کہ وہاں بھی جانکاری نہیں لے سکتے آپ۔</w:t>
      </w:r>
    </w:p>
    <w:p>
      <w:r>
        <w:rPr>
          <w:b/>
        </w:rPr>
        <w:t xml:space="preserve">[12:51] </w:t>
      </w:r>
      <w:r>
        <w:t>to</w:t>
      </w:r>
    </w:p>
    <w:p>
      <w:pPr>
        <w:jc w:val="right"/>
      </w:pPr>
      <w:r>
        <w:t>تو</w:t>
      </w:r>
    </w:p>
    <w:p>
      <w:r>
        <w:rPr>
          <w:b/>
        </w:rPr>
        <w:t xml:space="preserve">[12:54] </w:t>
      </w:r>
      <w:r>
        <w:t>is cheez ko hamein sochna parega. yahan mein aap ko ek baat yaad dilana chahta hoon jo bohat aaj hi subah meri samajh aayi.</w:t>
      </w:r>
    </w:p>
    <w:p>
      <w:pPr>
        <w:jc w:val="right"/>
      </w:pPr>
      <w:r>
        <w:t>اس چیز کو ہمیں سوچنا پڑے گا۔ یہاں میں آپ کو ایک بات یاد دلانا چاہتا ہوں جو بہت آج ہی صبح میری سمجھ آئی۔</w:t>
      </w:r>
    </w:p>
    <w:p>
      <w:r>
        <w:rPr>
          <w:b/>
        </w:rPr>
        <w:t xml:space="preserve">[13:04] </w:t>
      </w:r>
      <w:r>
        <w:t>aaj hi subah samajh aayi meri.</w:t>
      </w:r>
    </w:p>
    <w:p>
      <w:pPr>
        <w:jc w:val="right"/>
      </w:pPr>
      <w:r>
        <w:t>آج ہی صبح سمجھ آئی میری۔</w:t>
      </w:r>
    </w:p>
    <w:p>
      <w:r>
        <w:rPr>
          <w:b/>
        </w:rPr>
        <w:t xml:space="preserve">[13:07] </w:t>
      </w:r>
      <w:r>
        <w:t>abhi mein ne ek article parha to us mein bataya gaya hai ke jo hum khana khate hain,</w:t>
      </w:r>
    </w:p>
    <w:p>
      <w:pPr>
        <w:jc w:val="right"/>
      </w:pPr>
      <w:r>
        <w:t>ابھی میں نے ایک آرٹیکل پڑھا تو اس میں بتایا گیا ہے کہ جو ہم کھانا کھاتے ہیں،</w:t>
      </w:r>
    </w:p>
    <w:p>
      <w:r>
        <w:rPr>
          <w:b/>
        </w:rPr>
        <w:t xml:space="preserve">[13:19] </w:t>
      </w:r>
      <w:r>
        <w:t>to khana hum khate hain pait mein, lekin pait nahi janta ke bhar gaya hai ke nahi bhara. woh to mind janta hai.</w:t>
      </w:r>
    </w:p>
    <w:p>
      <w:pPr>
        <w:jc w:val="right"/>
      </w:pPr>
      <w:r>
        <w:t>تو کھانا ہم کھاتے ہیں پیٹ میں، لیکن پیٹ نہیں جانتا کہ بھر گیا ہے کہ نہیں بھرا۔ وہ تو مائنڈ جانتا ہے۔</w:t>
      </w:r>
    </w:p>
    <w:p>
      <w:r>
        <w:rPr>
          <w:b/>
        </w:rPr>
        <w:t xml:space="preserve">[13:26] </w:t>
      </w:r>
      <w:r>
        <w:t>koi bhi cheez aap samajhte hain ke agar yahan koi mujhe sui chubaye to yeh yeh yeh mera leg nahi janta janega ke sui chubh gayi hai.</w:t>
      </w:r>
    </w:p>
    <w:p>
      <w:pPr>
        <w:jc w:val="right"/>
      </w:pPr>
      <w:r>
        <w:t>کوئی بھی چیز آپ سمجھتے ہیں کہ اگر یہاں کوئی مجھے سوئی چبھائے تو یہ یہ یہ میرا لیگ نہیں جانتا جانے گا کہ سوئی چبھ گئی ہے۔</w:t>
      </w:r>
    </w:p>
    <w:p>
      <w:r>
        <w:rPr>
          <w:b/>
        </w:rPr>
        <w:t xml:space="preserve">[13:37] </w:t>
      </w:r>
      <w:r>
        <w:t>mind janega. to yeh dekhein ek difference hai. agar aap yahan sui chubayein, instantly mera mind jaan leta hai ke sui chubhayei gayi hai.</w:t>
      </w:r>
    </w:p>
    <w:p>
      <w:pPr>
        <w:jc w:val="right"/>
      </w:pPr>
      <w:r>
        <w:t>مائنڈ جانے گا۔ تو یہ دیکھیں ایک ڈیفرنس ہے۔ اگر آپ یہاں سوئی چبھائیں، انسٹنٹلی میرا مائنڈ جان لیتا ہے کہ سوئی چبھائی گئی ہے۔</w:t>
      </w:r>
    </w:p>
    <w:p>
      <w:r>
        <w:rPr>
          <w:b/>
        </w:rPr>
        <w:t xml:space="preserve">[13:49] </w:t>
      </w:r>
      <w:r>
        <w:t>yahan par ya aap yahan par mujhe aag rakh dein to mind instantly jaan lega ke yahan aag rakh di gayi hai.</w:t>
      </w:r>
    </w:p>
    <w:p>
      <w:pPr>
        <w:jc w:val="right"/>
      </w:pPr>
      <w:r>
        <w:t>یہاں پر یا آپ یہاں پر مجھے آگ رکھ دیں تو مائنڈ انسٹنٹلی جان لے گا کہ یہاں آگ رکھ دی گئی ہے۔</w:t>
      </w:r>
    </w:p>
    <w:p>
      <w:r>
        <w:rPr>
          <w:b/>
        </w:rPr>
        <w:t xml:space="preserve">[13:56] </w:t>
      </w:r>
      <w:r>
        <w:t>lekin jab aap khana khate hain to it takes your body about twenty minutes to signal the body mind that it is yani aap khana kha rahe hain, kha rahe hain, kha rahe hain.</w:t>
      </w:r>
    </w:p>
    <w:p>
      <w:pPr>
        <w:jc w:val="right"/>
      </w:pPr>
      <w:r>
        <w:t>لیکن جب آپ کھانا کھاتے ہیں تو اٹ ٹیکس یور باڈی اباؤٹ ٹونٹی منٹس ٹو سگنل دا باڈی مائنڈ دیٹ اٹ از یعنی آپ کھانا کھا رہے ہیں، کھا رہے ہیں، کھا رہے ہیں۔</w:t>
      </w:r>
    </w:p>
    <w:p>
      <w:r>
        <w:rPr>
          <w:b/>
        </w:rPr>
        <w:t xml:space="preserve">[14:17] </w:t>
      </w:r>
      <w:r>
        <w:t>pet bhar gaya aap ka. yani according to da capacity bhar gaya. lekin abhi bhi aap nahi janenge ke bhai pet bhar gaya.</w:t>
      </w:r>
    </w:p>
    <w:p>
      <w:pPr>
        <w:jc w:val="right"/>
      </w:pPr>
      <w:r>
        <w:t>پیٹ بھر گیا آپ کا۔ یعنی اکارڈنگ ٹو دا کیپیسٹی بھر گیا۔ لیکن ابھی بھی آپ نہیں جانیں گے کہ بھئی پیٹ بھر گیا۔</w:t>
      </w:r>
    </w:p>
    <w:p>
      <w:r>
        <w:rPr>
          <w:b/>
        </w:rPr>
        <w:t xml:space="preserve">[14:26] </w:t>
      </w:r>
      <w:r>
        <w:t>is liye sare log overeating karte hain. more than nine percent log overeating karte hain. kyun? mind hi to order karta hai wahan se.</w:t>
      </w:r>
    </w:p>
    <w:p>
      <w:pPr>
        <w:jc w:val="right"/>
      </w:pPr>
      <w:r>
        <w:t>اس لیے سارے لوگ اوور ایٹنگ کرتے ہیں۔ مور دین نائن پرسنٹ لوگ اوور ایٹنگ کرتے ہیں۔ کیوں؟ مائنڈ ہی تو آرڈر کرتا ہے وہاں سے۔</w:t>
      </w:r>
    </w:p>
    <w:p>
      <w:r>
        <w:rPr>
          <w:b/>
        </w:rPr>
        <w:t xml:space="preserve">[14:36] </w:t>
      </w:r>
      <w:r>
        <w:t>mind ko pata nahi. mind ko pata hone mein about twenty minute lagte hain ke pet bhar gaya.</w:t>
      </w:r>
    </w:p>
    <w:p>
      <w:pPr>
        <w:jc w:val="right"/>
      </w:pPr>
      <w:r>
        <w:t>مائنڈ کو پتہ نہیں۔ مائنڈ کو پتہ ہونے میں اباؤٹ ٹونٹی منٹ لگتے ہیں کہ پیٹ بھر گیا۔</w:t>
      </w:r>
    </w:p>
    <w:p>
      <w:r>
        <w:rPr>
          <w:b/>
        </w:rPr>
        <w:t xml:space="preserve">[14:47] </w:t>
      </w:r>
      <w:r>
        <w:t>yeh ek research hui hai ke pet bhar jaye tab bhi pet pet ke paas to samajh hai hi nahi.</w:t>
      </w:r>
    </w:p>
    <w:p>
      <w:pPr>
        <w:jc w:val="right"/>
      </w:pPr>
      <w:r>
        <w:t>یہ ایک ریسرچ ہوئی ہے کہ پیٹ بھر جائے تب بھی پیٹ پیٹ کے پاس تو سمجھ ہے ہی نہیں۔</w:t>
      </w:r>
    </w:p>
    <w:p>
      <w:r>
        <w:rPr>
          <w:b/>
        </w:rPr>
        <w:t xml:space="preserve">[14:57] </w:t>
      </w:r>
      <w:r>
        <w:t>pet khud to samajh nahi sakta ke bhar gaya woh. mind batata hai ke bhar gaya. lekin pet ki yeh news mind tak pahunchnay mein twenty minute lagte hain.</w:t>
      </w:r>
    </w:p>
    <w:p>
      <w:pPr>
        <w:jc w:val="right"/>
      </w:pPr>
      <w:r>
        <w:t>پیٹ خود تو سمجھ نہیں سکتا کہ بھر گیا وہ۔ مائنڈ بتاتا ہے کہ بھر گیا۔ لیکن پیٹ کی یہ نیوز مائنڈ تک پہنچنے میں ٹونٹی منٹ لگتے ہیں۔</w:t>
      </w:r>
    </w:p>
    <w:p>
      <w:r>
        <w:rPr>
          <w:b/>
        </w:rPr>
        <w:t xml:space="preserve">[15:08] </w:t>
      </w:r>
      <w:r>
        <w:t>about twenty minute. is ka matlab kya hua? yeh bohat hi important baat hai.</w:t>
      </w:r>
    </w:p>
    <w:p>
      <w:pPr>
        <w:jc w:val="right"/>
      </w:pPr>
      <w:r>
        <w:t>اباؤٹ ٹونٹی منٹ۔ اس کا مطلب کیا ہوا؟ یہ بہت ہی امپورٹنٹ بات ہے۔</w:t>
      </w:r>
    </w:p>
    <w:p>
      <w:r>
        <w:rPr>
          <w:b/>
        </w:rPr>
        <w:t xml:space="preserve">[15:16] </w:t>
      </w:r>
      <w:r>
        <w:t>ke is dunya mein aap ka ek bohat bara test hai.</w:t>
      </w:r>
    </w:p>
    <w:p>
      <w:pPr>
        <w:jc w:val="right"/>
      </w:pPr>
      <w:r>
        <w:t>کہ اس دنیا میں آپ کا ایک بہت بڑا ٹیسٹ ہے۔</w:t>
      </w:r>
    </w:p>
    <w:p>
      <w:r>
        <w:rPr>
          <w:b/>
        </w:rPr>
        <w:t xml:space="preserve">[15:22] </w:t>
      </w:r>
      <w:r>
        <w:t>bohat bara test hai. ke aap ko apni aql se har cheez ko peshgi janna parega.</w:t>
      </w:r>
    </w:p>
    <w:p>
      <w:pPr>
        <w:jc w:val="right"/>
      </w:pPr>
      <w:r>
        <w:t>بہت بڑا ٹیسٹ ہے۔ کہ آپ کو اپنی عقل سے ہر چیز کو پیشگی جاننا پڑے گا۔</w:t>
      </w:r>
    </w:p>
    <w:p>
      <w:r>
        <w:rPr>
          <w:b/>
        </w:rPr>
        <w:t xml:space="preserve">[15:30] </w:t>
      </w:r>
      <w:r>
        <w:t>har baat ko. hone se pehle. hone se pehle.</w:t>
      </w:r>
    </w:p>
    <w:p>
      <w:pPr>
        <w:jc w:val="right"/>
      </w:pPr>
      <w:r>
        <w:t>ہر بات کو۔ ہونے سے پہلے۔ ہونے سے پہلے۔</w:t>
      </w:r>
    </w:p>
    <w:p>
      <w:r>
        <w:rPr>
          <w:b/>
        </w:rPr>
        <w:t xml:space="preserve">[15:38] </w:t>
      </w:r>
      <w:r>
        <w:t>yeh bohat hi bari. you have to know everything beforehand.</w:t>
      </w:r>
    </w:p>
    <w:p>
      <w:pPr>
        <w:jc w:val="right"/>
      </w:pPr>
      <w:r>
        <w:t>یہ بہت ہی بڑی۔ یو ہیو ٹو نو ایوری تھنگ بیفور ہینڈ۔</w:t>
      </w:r>
    </w:p>
    <w:p>
      <w:r>
        <w:rPr>
          <w:b/>
        </w:rPr>
        <w:t xml:space="preserve">[15:48] </w:t>
      </w:r>
      <w:r>
        <w:t>hone se pehle aap ko janna parega. nahi to kya hoga? is ke result ka aap result ko bhugtna parega aap ko. yani overeating kar rahe hain, aap overeating kar rahe hain.</w:t>
      </w:r>
    </w:p>
    <w:p>
      <w:pPr>
        <w:jc w:val="right"/>
      </w:pPr>
      <w:r>
        <w:t>ہونے سے پہلے آپ کو جاننا پڑے گا۔ نہیں تو کیا ہوگا؟ اس کے رزلٹ کا آپ رزلٹ کو بھگتنا پڑے گا آپ کو۔ یعنی اوور ایٹنگ کر رہے ہیں، آپ اوور ایٹنگ کر رہے ہیں۔</w:t>
      </w:r>
    </w:p>
    <w:p>
      <w:r>
        <w:rPr>
          <w:b/>
        </w:rPr>
        <w:t xml:space="preserve">[15:59] </w:t>
      </w:r>
      <w:r>
        <w:t>to kya hoga? bimari ayegi. motapa ayega. aap diabetic ho jayenge. to aap ko goya ke bees minute pehle apni aql se janna parega.</w:t>
      </w:r>
    </w:p>
    <w:p>
      <w:pPr>
        <w:jc w:val="right"/>
      </w:pPr>
      <w:r>
        <w:t>تو کیا ہوگا؟ بیماری آئے گی۔ موٹاپہ آئے گا۔ آپ ڈائبیٹک ہو جائیں گے۔ تو آپ کو گویا کہ بیس منٹ پہلے اپنی عقل سے جاننا پڑے گا۔</w:t>
      </w:r>
    </w:p>
    <w:p>
      <w:r>
        <w:rPr>
          <w:b/>
        </w:rPr>
        <w:t xml:space="preserve">[16:14] </w:t>
      </w:r>
      <w:r>
        <w:t>jisko hadith mein aya hai. woh keh jaan janne ki kya shakal hai? hadith mein aya hai, ek waqia aya hai.</w:t>
      </w:r>
    </w:p>
    <w:p>
      <w:pPr>
        <w:jc w:val="right"/>
      </w:pPr>
      <w:r>
        <w:t>جس کو حدیث میں آیا ہے۔ وہ کہہ جان جاننے کی کیا شکل ہے؟ حدیث میں آیا ہے، ایک واقعہ آیا ہے۔</w:t>
      </w:r>
    </w:p>
    <w:p>
      <w:r>
        <w:rPr>
          <w:b/>
        </w:rPr>
        <w:t xml:space="preserve">[16:24] </w:t>
      </w:r>
      <w:r>
        <w:t>ek aadmi Syria se aya. woh us zamane ke lehaz se doctor tha.</w:t>
      </w:r>
    </w:p>
    <w:p>
      <w:pPr>
        <w:jc w:val="right"/>
      </w:pPr>
      <w:r>
        <w:t>ایک آدمی سیریا سے آیا۔ وہ اس زمانے کے لحاظ سے ڈاکٹر تھا۔</w:t>
      </w:r>
    </w:p>
    <w:p>
      <w:r>
        <w:rPr>
          <w:b/>
        </w:rPr>
        <w:t xml:space="preserve">[16:30] </w:t>
      </w:r>
      <w:r>
        <w:t>yahan par practice karne ke liye. Madina mein. to teen saal tak woh raha aur wahan us ko koi patient nahi mila. teen saal tak.</w:t>
      </w:r>
    </w:p>
    <w:p>
      <w:pPr>
        <w:jc w:val="right"/>
      </w:pPr>
      <w:r>
        <w:t>یہاں پر پریکٹس کرنے کے لیے۔ مدینہ میں۔ تو تین سال تک وہ رہا اور وہاں اس کو کوئی پیشنٹ نہیں ملا۔ تین سال تک۔</w:t>
      </w:r>
    </w:p>
    <w:p>
      <w:r>
        <w:rPr>
          <w:b/>
        </w:rPr>
        <w:t xml:space="preserve">[16:41] </w:t>
      </w:r>
      <w:r>
        <w:t>to Rasool Allah ke paas aya woh ke main teen saal se yahan hoon. mujhe koi patient nahi milta.</w:t>
      </w:r>
    </w:p>
    <w:p>
      <w:pPr>
        <w:jc w:val="right"/>
      </w:pPr>
      <w:r>
        <w:t>تو رسول اللہ کے پاس آیا وہ کہ میں تین سال سے یہاں ہوں۔ مجھے کوئی پیشنٹ نہیں ملتا۔</w:t>
      </w:r>
    </w:p>
    <w:p>
      <w:r>
        <w:rPr>
          <w:b/>
        </w:rPr>
        <w:t xml:space="preserve">[16:49] </w:t>
      </w:r>
      <w:r>
        <w:t>to ab main ja raha hoon wapas. Rasool Allah ne kaha ke hum log jab marna hota hai tab bhi bimar hote hain. is se pehle bimar hi nahi hote hum.</w:t>
      </w:r>
    </w:p>
    <w:p>
      <w:pPr>
        <w:jc w:val="right"/>
      </w:pPr>
      <w:r>
        <w:t>تو اب میں جا رہا ہوں واپس۔ رسول اللہ نے کہا کہ ہم لوگ جب مرنا ہوتا ہے تب بھی بیمار ہوتے ہیں۔ اس سے پہلے بیمار ہی نہیں ہوتے ہم۔</w:t>
      </w:r>
    </w:p>
    <w:p>
      <w:r>
        <w:rPr>
          <w:b/>
        </w:rPr>
        <w:t xml:space="preserve">[17:00] </w:t>
      </w:r>
      <w:r>
        <w:t>to us ne kaha ke woh kaise? kaha ke is liye ke hum apne pet ke teen hissay karte hain. apne pet ke teen hissay karte hain.</w:t>
      </w:r>
    </w:p>
    <w:p>
      <w:pPr>
        <w:jc w:val="right"/>
      </w:pPr>
      <w:r>
        <w:t>تو اس نے کہا کہ وہ کیسے؟ کہا کہ اس لیے کہ ہم اپنے پیٹ کے تین حصے کرتے ہیں۔ اپنے پیٹ کے تین حصے کرتے ہیں۔</w:t>
      </w:r>
    </w:p>
    <w:p>
      <w:r>
        <w:rPr>
          <w:b/>
        </w:rPr>
        <w:t xml:space="preserve">[17:12] </w:t>
      </w:r>
      <w:r>
        <w:t>ek hissay mein khana, ek hissay mein pani, teesra hissa khali. yeh yeh hadith bhi aaj hi mujhe samajh ayi jab maine yeh parha.</w:t>
      </w:r>
    </w:p>
    <w:p>
      <w:pPr>
        <w:jc w:val="right"/>
      </w:pPr>
      <w:r>
        <w:t>ایک حصے میں کھانا، ایک حصے میں پانی، تیسرا حصہ خالی۔ یہ یہ حدیث بھی آج ہی مجھے سمجھ آئی جب میں نے یہ پڑھا۔</w:t>
      </w:r>
    </w:p>
    <w:p>
      <w:r>
        <w:rPr>
          <w:b/>
        </w:rPr>
        <w:t xml:space="preserve">[17:26] </w:t>
      </w:r>
      <w:r>
        <w:t>ke hum apne pet ke teen hissay karte</w:t>
      </w:r>
    </w:p>
    <w:p>
      <w:pPr>
        <w:jc w:val="right"/>
      </w:pPr>
      <w:r>
        <w:t>کہ ہم اپنے پیٹ کے تین حصے کرتے</w:t>
      </w:r>
    </w:p>
    <w:p>
      <w:r>
        <w:rPr>
          <w:b/>
        </w:rPr>
        <w:t xml:space="preserve">[17:28] </w:t>
      </w:r>
      <w:r>
        <w:t>hain. ek hissa khana, ek hissa pani, aur teesra hissa khali. khali ka matlab kya hai? khali ka matlab yahi hai ke pet bharne se pehle hum yeh samajhte hain ke pet bhar gaya.</w:t>
      </w:r>
    </w:p>
    <w:p>
      <w:pPr>
        <w:jc w:val="right"/>
      </w:pPr>
      <w:r>
        <w:t>ہیں۔ ایک حصہ کھانا، ایک حصہ پانی، اور تیسرا حصہ خالی۔ خالی کا معنی کیا ہے؟ خالی کا معنی یہی ہے کہ پیٹ بھرنے سے پہلے ہم یہ سمجھتے ہیں کہ پیٹ بھر گیا۔</w:t>
      </w:r>
    </w:p>
    <w:p>
      <w:r>
        <w:rPr>
          <w:b/>
        </w:rPr>
        <w:t xml:space="preserve">[17:44] </w:t>
      </w:r>
      <w:r>
        <w:t>anticipate karte hain. pet bharne se pehle hum apni aql se yeh jaan lete hain ke pet bhar gaya, bas chodo khana.</w:t>
      </w:r>
    </w:p>
    <w:p>
      <w:pPr>
        <w:jc w:val="right"/>
      </w:pPr>
      <w:r>
        <w:t>اینٹیسیپیٹ کرتے ہیں۔ پیٹ بھرنے سے پہلے ہم اپنی عقل سے یہ جان لیتے ہیں کہ پیٹ بھر گیا، بس چھوڑو کھانا۔</w:t>
      </w:r>
    </w:p>
    <w:p>
      <w:r>
        <w:rPr>
          <w:b/>
        </w:rPr>
        <w:t xml:space="preserve">[17:56] </w:t>
      </w:r>
      <w:r>
        <w:t>to aap ko har maamle mein yahi karna parega. har maamle mein. jaise ke Quran mein ek misaal hai ke Adam ke do bete the, Habil aur Qabil.</w:t>
      </w:r>
    </w:p>
    <w:p>
      <w:pPr>
        <w:jc w:val="right"/>
      </w:pPr>
      <w:r>
        <w:t>تو آپ کو ہر معاملے میں یہی کرنا پڑے گا۔ ہر معاملے میں۔ جیسے کہ قرآن میں ایک مثال ہے کہ آدم کے دو بیٹے تھے، ہابیل اور قابیل۔</w:t>
      </w:r>
    </w:p>
    <w:p>
      <w:r>
        <w:rPr>
          <w:b/>
        </w:rPr>
        <w:t xml:space="preserve">[18:12] </w:t>
      </w:r>
      <w:r>
        <w:t>to Habil ko apne bhai par ghussa agaya. aur us ne us ko maar dala. maar dala.</w:t>
      </w:r>
    </w:p>
    <w:p>
      <w:pPr>
        <w:jc w:val="right"/>
      </w:pPr>
      <w:r>
        <w:t>تو ہابیل کو اپنے بھائی پر غصہ آگیا۔ اور اس نے اس کو مار ڈالا۔ مار ڈالا۔</w:t>
      </w:r>
    </w:p>
    <w:p>
      <w:r>
        <w:rPr>
          <w:b/>
        </w:rPr>
        <w:t xml:space="preserve">[18:23] </w:t>
      </w:r>
      <w:r>
        <w:t>to ghussa hua, maar dala. lekin baad ko aata hai Quran mein ke "فَاعَذْبَهَ مِنَ النَّادِمِينَ". he became repentant.</w:t>
      </w:r>
    </w:p>
    <w:p>
      <w:pPr>
        <w:jc w:val="right"/>
      </w:pPr>
      <w:r>
        <w:t>تو غصہ ہوا، مار ڈالا۔ لیکن بعد کو آتا ہے قرآن میں کہ "فَاعَذْبَهَ مِنَ النَّادِمِينَ"۔ ہی بیکم ریپنٹنٹ۔</w:t>
      </w:r>
    </w:p>
    <w:p>
      <w:r>
        <w:rPr>
          <w:b/>
        </w:rPr>
        <w:t xml:space="preserve">[18:34] </w:t>
      </w:r>
      <w:r>
        <w:t>yani pehle to ghusse mein maar dala is ko. baad ko is ke andar kya hua? repentance aa gaya.</w:t>
      </w:r>
    </w:p>
    <w:p>
      <w:pPr>
        <w:jc w:val="right"/>
      </w:pPr>
      <w:r>
        <w:t>یعنی پہلے تو غصے میں مار ڈالا اس کو۔ بعد کو اس کے اندر کیا ہوا؟ ریپنٹنس آگیا۔</w:t>
      </w:r>
    </w:p>
    <w:p>
      <w:r>
        <w:rPr>
          <w:b/>
        </w:rPr>
        <w:t xml:space="preserve">[18:44] </w:t>
      </w:r>
      <w:r>
        <w:t>is ke mani kya hue? aap ko maarne se pehle jaan na pare ga ke aakhir mein jo aaye gi woh repentance ho ga.</w:t>
      </w:r>
    </w:p>
    <w:p>
      <w:pPr>
        <w:jc w:val="right"/>
      </w:pPr>
      <w:r>
        <w:t>اس کے معنی کیا ہوئے؟ آپ کو مارنے سے پہلے جاننا پڑے گا کہ آخر میں جو آئے گی وہ ریپنٹنس ہوگا۔</w:t>
      </w:r>
    </w:p>
    <w:p>
      <w:r>
        <w:rPr>
          <w:b/>
        </w:rPr>
        <w:t xml:space="preserve">[18:53] </w:t>
      </w:r>
      <w:r>
        <w:t>shuru mein repentance nahi rahe ga aap ke andar.</w:t>
      </w:r>
    </w:p>
    <w:p>
      <w:pPr>
        <w:jc w:val="right"/>
      </w:pPr>
      <w:r>
        <w:t>شروع میں ریپنٹنس نہیں رہے گا آپ کے اندر۔</w:t>
      </w:r>
    </w:p>
    <w:p>
      <w:r>
        <w:rPr>
          <w:b/>
        </w:rPr>
        <w:t xml:space="preserve">[18:58] </w:t>
      </w:r>
      <w:r>
        <w:t>yahan dilli mein ek baar meri mulaqat hui ek wakeel se. unhon ne kaha ke main pachees saal se vakalat karta hoon aur main murder case leta hoon.</w:t>
      </w:r>
    </w:p>
    <w:p>
      <w:pPr>
        <w:jc w:val="right"/>
      </w:pPr>
      <w:r>
        <w:t>یہاں دلی میں ایک بار میری ملاقات ہوئی ایک وکیل سے۔ انہوں نے کہا کہ میں پچیس سال سے وکالت کرتا ہوں اور میں مرڈر کیس لیتا ہوں۔</w:t>
      </w:r>
    </w:p>
    <w:p>
      <w:r>
        <w:rPr>
          <w:b/>
        </w:rPr>
        <w:t xml:space="preserve">[19:08] </w:t>
      </w:r>
      <w:r>
        <w:t>murder ke case.</w:t>
      </w:r>
    </w:p>
    <w:p>
      <w:pPr>
        <w:jc w:val="right"/>
      </w:pPr>
      <w:r>
        <w:t>مرڈر کے کیس۔</w:t>
      </w:r>
    </w:p>
    <w:p>
      <w:r>
        <w:rPr>
          <w:b/>
        </w:rPr>
        <w:t xml:space="preserve">[19:12] </w:t>
      </w:r>
      <w:r>
        <w:t>to unhon ne kaha ke ab tak jitne bhi mujhe mile hain jinhon ne kisi ko qatal kiya tha, sab ko main ne paya hai ke woh repentance mein jeete thay.</w:t>
      </w:r>
    </w:p>
    <w:p>
      <w:pPr>
        <w:jc w:val="right"/>
      </w:pPr>
      <w:r>
        <w:t>تو انہوں نے کہا کہ اب تک جتنے بھی مجھے ملے ہیں جنہوں نے کسی کو قتل کیا تھا، سب کو میں نے پایا ہے کہ وہ ریپنٹنس میں جیتے تھے۔</w:t>
      </w:r>
    </w:p>
    <w:p>
      <w:r>
        <w:rPr>
          <w:b/>
        </w:rPr>
        <w:t xml:space="preserve">[19:24] </w:t>
      </w:r>
      <w:r>
        <w:t>unhon ne bara bura kaam kiya, bara bura kaam kiya. to "fa'adhbahuminan nadimeen" yeh chapter five mein hai yeh ayat.</w:t>
      </w:r>
    </w:p>
    <w:p>
      <w:pPr>
        <w:jc w:val="right"/>
      </w:pPr>
      <w:r>
        <w:t>انہوں نے بڑا برا کام کیا، بڑا برا کام کیا۔ تو "فَاعَذْبَهَ مِنَ النَّادِمِينَ" یہ چیپٹر فائیو میں ہے یہ آیت۔</w:t>
      </w:r>
    </w:p>
    <w:p>
      <w:r>
        <w:rPr>
          <w:b/>
        </w:rPr>
        <w:t xml:space="preserve">[19:33] </w:t>
      </w:r>
      <w:r>
        <w:t>woh sab par laagu hoti hai. ke ghussa aaya, maar dala.</w:t>
      </w:r>
    </w:p>
    <w:p>
      <w:pPr>
        <w:jc w:val="right"/>
      </w:pPr>
      <w:r>
        <w:t>وہ سب پر لاگو ہوتی ہے۔ کہ غصے آیا، مار ڈالا۔</w:t>
      </w:r>
    </w:p>
    <w:p>
      <w:r>
        <w:rPr>
          <w:b/>
        </w:rPr>
        <w:t xml:space="preserve">[19:37] </w:t>
      </w:r>
      <w:r>
        <w:t>ab baad ko is ke andar sharmindagi aayi, ghalti ki maine ki, repentance aaya. to jo is dunya mein yaad rakhiye jo aap jo jo anticipate kar sake ga, wohi bachaye ga apne aap ko.</w:t>
      </w:r>
    </w:p>
    <w:p>
      <w:pPr>
        <w:jc w:val="right"/>
      </w:pPr>
      <w:r>
        <w:t>اب بعد کو اس کے اندر شرمندگی آئی، غلطی کی میں نے کی، ریپنٹنس آیا۔ تو جو اس دنیا میں یاد رکھیے جو آپ جو جو اینٹیسیپیٹ کر سکے گا، وہی بچائے گا اپنے آپ کو۔</w:t>
      </w:r>
    </w:p>
    <w:p>
      <w:r>
        <w:rPr>
          <w:b/>
        </w:rPr>
        <w:t xml:space="preserve">[19:54] </w:t>
      </w:r>
      <w:r>
        <w:t>aur jo anticipate na kar sake, woh apne aap ko destroy kar le ga.</w:t>
      </w:r>
    </w:p>
    <w:p>
      <w:pPr>
        <w:jc w:val="right"/>
      </w:pPr>
      <w:r>
        <w:t>اور جو اینٹیسیپیٹ نہ کر سکے، وہ اپنے آپ کو ڈسٹروئے کر لے گا۔</w:t>
      </w:r>
    </w:p>
    <w:p>
      <w:r>
        <w:rPr>
          <w:b/>
        </w:rPr>
        <w:t xml:space="preserve">[20:01] </w:t>
      </w:r>
      <w:r>
        <w:t>so you have to be aware of things before hand.</w:t>
      </w:r>
    </w:p>
    <w:p>
      <w:pPr>
        <w:jc w:val="right"/>
      </w:pPr>
      <w:r>
        <w:t>سو یو ہیو ٹو بی اویر آف تھنگز بیفور ہینڈ۔</w:t>
      </w:r>
    </w:p>
    <w:p>
      <w:r>
        <w:rPr>
          <w:b/>
        </w:rPr>
        <w:t xml:space="preserve">[20:07] </w:t>
      </w:r>
      <w:r>
        <w:t>yeh principle banaiye. you have to be aware of before hand. you have to be aware of things before hand. to yeh khuda ne goya yeh jo</w:t>
      </w:r>
    </w:p>
    <w:p>
      <w:pPr>
        <w:jc w:val="right"/>
      </w:pPr>
      <w:r>
        <w:t>یہ پرنسپل بنائیے۔ یو ہیو ٹو بی اویر آف بیفور ہینڈ۔ یو ہیو ٹو بی اویر آف تھنگز بیفور ہینڈ۔ تو یہ خدا نے گویا یہ جو</w:t>
      </w:r>
    </w:p>
    <w:p>
      <w:r>
        <w:rPr>
          <w:b/>
        </w:rPr>
        <w:t xml:space="preserve">[20:23] </w:t>
      </w:r>
      <w:r>
        <w:t>khane ke muamle mein khuda ne jo rakha hai tareeqa ke aap khate rehte hain, khate rehte hain, ab pata nahi chalta ke aap ka pait bhar gaya. aur taqreeban bees minute baad pata chalta hai ke mera</w:t>
      </w:r>
    </w:p>
    <w:p>
      <w:pPr>
        <w:jc w:val="right"/>
      </w:pPr>
      <w:r>
        <w:t>کھانے کے معاملے میں خدا نے جو رکھا ہے طریقہ کہ آپ کھاتے رہتے ہیں، کھاتے رہتے ہیں، اب پتہ نہیں چلتا کہ آپ کا پیٹ بھر گیا۔ اور تقریباً بیس منٹ بعد پتہ چلتا ہے کہ میرا</w:t>
      </w:r>
    </w:p>
    <w:p>
      <w:r>
        <w:rPr>
          <w:b/>
        </w:rPr>
        <w:t xml:space="preserve">[20:36] </w:t>
      </w:r>
      <w:r>
        <w:t>pait bhar gaya. tab tak aap overeating kar chuke hotay hain. zyada kha chuke hotay hain. is overeating ki sari zindagi aap ko bhugtna parta hai.</w:t>
      </w:r>
    </w:p>
    <w:p>
      <w:pPr>
        <w:jc w:val="right"/>
      </w:pPr>
      <w:r>
        <w:t>پیٹ بھر گیا۔ تب تک آپ اوور ایٹنگ کر چکے ہوتے ہیں۔ زیادہ کھا چکے ہوتے ہیں۔ اس اوور ایٹنگ کی ساری زندگی آپ کو بھگتنا پڑتا ہے۔</w:t>
      </w:r>
    </w:p>
    <w:p>
      <w:r>
        <w:rPr>
          <w:b/>
        </w:rPr>
        <w:t xml:space="preserve">[20:48] </w:t>
      </w:r>
      <w:r>
        <w:t>pehla to yeh hai ke kuch dair ke baad, yani aadhe ghante ke baad lagta hai ke pait bhari ho raha hai. aap tajurba kar lijiye.</w:t>
      </w:r>
    </w:p>
    <w:p>
      <w:pPr>
        <w:jc w:val="right"/>
      </w:pPr>
      <w:r>
        <w:t>پہلا تو یہ ہے کہ کچھ دیر کے بعد، یعنی آدھے گھنٹے کے بعد لگتا ہے کہ پیٹ بھاری ہو رہا ہے۔ آپ تجربہ کر لیجیے۔</w:t>
      </w:r>
    </w:p>
    <w:p>
      <w:r>
        <w:rPr>
          <w:b/>
        </w:rPr>
        <w:t xml:space="preserve">[20:58] </w:t>
      </w:r>
      <w:r>
        <w:t>bhook rehte hue khana chhod dijiye.</w:t>
      </w:r>
    </w:p>
    <w:p>
      <w:pPr>
        <w:jc w:val="right"/>
      </w:pPr>
      <w:r>
        <w:t>بھوک رہتے ہوئے کھانا چھوڑ دیجیے۔</w:t>
      </w:r>
    </w:p>
    <w:p>
      <w:r>
        <w:rPr>
          <w:b/>
        </w:rPr>
        <w:t xml:space="preserve">[21:02] </w:t>
      </w:r>
      <w:r>
        <w:t>bhook rehte hue khana chhod dijiye. to aadhe ghante ke baad, ek ghante ke baad pait halka phulka lage ga. halka phulka. aur khate jaiye, khate jaiye yahan tak ke aap jab pata hai khoob bhar jaye, tab chhodie.</w:t>
      </w:r>
    </w:p>
    <w:p>
      <w:pPr>
        <w:jc w:val="right"/>
      </w:pPr>
      <w:r>
        <w:t>بھوک رہتے ہوئے کھانا چھوڑ دیجیے۔ تو آدھے گھنٹے کے بعد، ایک گھنٹے کے بعد پیٹ ہلکا پھلکا لگے گا۔ ہلکا پھلکا۔ اور کھاتے جائیے، کھاتے جائیے یہاں تک کہ آپ جب پتہ ہے خوب بھر جائے، تب چھوڑیئے۔</w:t>
      </w:r>
    </w:p>
    <w:p>
      <w:r>
        <w:rPr>
          <w:b/>
        </w:rPr>
        <w:t xml:space="preserve">[21:15] </w:t>
      </w:r>
      <w:r>
        <w:t>to din bhar pait bhari rahe ga. ab phir aap goli khayen ge, hazmi goli khayen ge. digestive trouble, woh woh tablet khayen ge.</w:t>
      </w:r>
    </w:p>
    <w:p>
      <w:pPr>
        <w:jc w:val="right"/>
      </w:pPr>
      <w:r>
        <w:t>تو دن بھر پیٹ بھاری رہے گا۔ اب پھر آپ گولی کھائیں گے، ہاضمی گولی کھائیں گے۔ ڈائجسٹیو ٹربل، وہ وہ ٹیبلٹ کھائیں گے۔</w:t>
      </w:r>
    </w:p>
    <w:p>
      <w:r>
        <w:rPr>
          <w:b/>
        </w:rPr>
        <w:t xml:space="preserve">[21:27] </w:t>
      </w:r>
      <w:r>
        <w:t>kisi din bhi aap tajurba kar lijiye.</w:t>
      </w:r>
    </w:p>
    <w:p>
      <w:pPr>
        <w:jc w:val="right"/>
      </w:pPr>
      <w:r>
        <w:t>کسی دن بھی آپ تجربہ کر لیجیے۔</w:t>
      </w:r>
    </w:p>
    <w:p>
      <w:r>
        <w:rPr>
          <w:b/>
        </w:rPr>
        <w:t xml:space="preserve">[21:29] </w:t>
      </w:r>
      <w:r>
        <w:t>bhook rehte hue chhodna kya hai? aur jab lage ke hum kha chuke, tab chhodna kya hai? jab lagta hai ke aap ko ke mera pait bhar gaya, to woh overeating ho chuki hoti hai.</w:t>
      </w:r>
    </w:p>
    <w:p>
      <w:pPr>
        <w:jc w:val="right"/>
      </w:pPr>
      <w:r>
        <w:t>بھوک رہتے ہوئے چھوڑنا کیا ہے؟ اور جب لگے کہ ہم کھا چکے، تب چھوڑنا کیا ہے؟ جب لگتا ہے کہ آپ کو کہ میرا پیٹ بھر گیا، تو وہ اوور ایٹنگ ہو چکی ہوتی ہے۔</w:t>
      </w:r>
    </w:p>
    <w:p>
      <w:r>
        <w:rPr>
          <w:b/>
        </w:rPr>
        <w:t xml:space="preserve">[21:43] </w:t>
      </w:r>
      <w:r>
        <w:t>to yeh ek principle hai zindagi ka ke aap ko har baat ka pehle hi andaza karna pare ga.</w:t>
      </w:r>
    </w:p>
    <w:p>
      <w:pPr>
        <w:jc w:val="right"/>
      </w:pPr>
      <w:r>
        <w:t>تو یہ ایک پرنسپل ہے زندگی کا کہ آپ کو ہر بات کا پہلے ہی اندازہ کرنا پڑے گا۔</w:t>
      </w:r>
    </w:p>
    <w:p>
      <w:r>
        <w:rPr>
          <w:b/>
        </w:rPr>
        <w:t xml:space="preserve">[21:54] </w:t>
      </w:r>
      <w:r>
        <w:t>pehley hi chahe khane ka muamla ho, chahe anger ka muamla ho, his revenge lene ka muamla ho, kuch bhi karna ho, kuch bhi karna ho, pehle andaza karna pare ga.</w:t>
      </w:r>
    </w:p>
    <w:p>
      <w:pPr>
        <w:jc w:val="right"/>
      </w:pPr>
      <w:r>
        <w:t>پہلے ہی چاہے کھانے کا معاملہ ہو، چاہے اینگر کا معاملہ ہو، ہیز ریونج لینے کا معاملہ ہو، کچھ بھی کرنا ہو، کچھ بھی کرنا ہو، پہلے اندازہ کرنا پڑے گا۔</w:t>
      </w:r>
    </w:p>
    <w:p>
      <w:r>
        <w:rPr>
          <w:b/>
        </w:rPr>
        <w:t xml:space="preserve">[22:12] </w:t>
      </w:r>
      <w:r>
        <w:t>agar aap ne pehle andaza nahi kiya to phir is ke baad kya hai? sirf bhugtna bhugtna hai. phir bhugtna hai, bhugtna hai.</w:t>
      </w:r>
    </w:p>
    <w:p>
      <w:pPr>
        <w:jc w:val="right"/>
      </w:pPr>
      <w:r>
        <w:t>اگر آپ نے پہلے اندازہ نہیں کیا تو پھر اس کے بعد کیا ہے؟ صرف بھگتنا بھگتنا ہے۔ پھر بھگتنا ہے، بھگتنا ہے۔</w:t>
      </w:r>
    </w:p>
    <w:p>
      <w:r>
        <w:rPr>
          <w:b/>
        </w:rPr>
        <w:t xml:space="preserve">[22:19] </w:t>
      </w:r>
      <w:r>
        <w:t>to ajeeb baat hai ke ek baat mujhe quran mein yeh discover hui ke shuru hi mein khuda ne har cheez ka example set kar diya tha.</w:t>
      </w:r>
    </w:p>
    <w:p>
      <w:pPr>
        <w:jc w:val="right"/>
      </w:pPr>
      <w:r>
        <w:t>تو عجیب بات ہے کہ ایک بات مجھے قرآن میں یہ ڈسکور ہوئی کہ شروع ہی میں خدا نے ہر چیز کا ایگزامپل سیٹ کر دیا تھا۔</w:t>
      </w:r>
    </w:p>
    <w:p>
      <w:r>
        <w:rPr>
          <w:b/>
        </w:rPr>
        <w:t xml:space="preserve">[22:28] </w:t>
      </w:r>
      <w:r>
        <w:t>ek dum shuru mein. yani zindagi jab shuru hui, jab insan is dunya mein basa, adam ke zamane mein, tab hi ajeeb o ghareeb tor par saare example set ho gaye.</w:t>
      </w:r>
    </w:p>
    <w:p>
      <w:pPr>
        <w:jc w:val="right"/>
      </w:pPr>
      <w:r>
        <w:t>ایک دم شروع میں۔ یعنی زندگی جب شروع ہوئی، جب انسان اس دنیا میں بسا، آدم کے زمانے میں، تب ہی عجیب و غریب طور پر سارے ایگزامپل سیٹ ہو گئے۔</w:t>
      </w:r>
    </w:p>
    <w:p>
      <w:r>
        <w:rPr>
          <w:b/>
        </w:rPr>
        <w:t xml:space="preserve">[22:44] </w:t>
      </w:r>
      <w:r>
        <w:t>jo baad ke insaanon ke liye aai opener bane rahe, reminder bane rahe.</w:t>
      </w:r>
    </w:p>
    <w:p>
      <w:pPr>
        <w:jc w:val="right"/>
      </w:pPr>
      <w:r>
        <w:t>جو بعد کے انسانوں کے لیے آئی اوپنر بنے رہے، ریمائنڈر بنے رہے۔</w:t>
      </w:r>
    </w:p>
    <w:p>
      <w:r>
        <w:rPr>
          <w:b/>
        </w:rPr>
        <w:t xml:space="preserve">[22:49] </w:t>
      </w:r>
      <w:r>
        <w:t>inhi mein se aik yeh hai</w:t>
      </w:r>
    </w:p>
    <w:p>
      <w:pPr>
        <w:jc w:val="right"/>
      </w:pPr>
      <w:r>
        <w:t>انہی میں سے ایک یہ ہے</w:t>
      </w:r>
    </w:p>
    <w:p>
      <w:r>
        <w:rPr>
          <w:b/>
        </w:rPr>
        <w:t xml:space="preserve">[22:54] </w:t>
      </w:r>
      <w:r>
        <w:t>ke bhai ne bhai ko qatal kar diya. dono sagge bhai thay. ab zara yeh sochiye, aap zara bhai ne bhai ko qatal kiya to kitne ghusse mein raha hoga?</w:t>
      </w:r>
    </w:p>
    <w:p>
      <w:pPr>
        <w:jc w:val="right"/>
      </w:pPr>
      <w:r>
        <w:t>کہ بھائی نے بھائی کو قتل کر دیا۔ دونوں سگے بھائی تھے۔ اب ذرا یہ سوچیے، آپ ذرا بھائی نے بھائی کو قتل کیا تو کتنے غصے میں رہا ہوگا؟</w:t>
      </w:r>
    </w:p>
    <w:p>
      <w:r>
        <w:rPr>
          <w:b/>
        </w:rPr>
        <w:t xml:space="preserve">[23:06] </w:t>
      </w:r>
      <w:r>
        <w:t>kitna woh bharka hua hoga? phir jab qatal kar chuka to "fa'adhibhu minan nadimeen".</w:t>
      </w:r>
    </w:p>
    <w:p>
      <w:pPr>
        <w:jc w:val="right"/>
      </w:pPr>
      <w:r>
        <w:t>کتنا وہ بھڑکا ہوا ہوگا؟ پھر جب قتل کر چکا تو "فَاعَذْبَهَ مِنَ النَّادِمِينَ"۔</w:t>
      </w:r>
    </w:p>
    <w:p>
      <w:r>
        <w:rPr>
          <w:b/>
        </w:rPr>
        <w:t xml:space="preserve">[23:16] </w:t>
      </w:r>
      <w:r>
        <w:t>he became repentant. extremely repentant. to agar is ne anticipate kiya hota, qatal se pehle jaan liya hota ke baad ko kya hone wala hai, to qatal hi na karta.</w:t>
      </w:r>
    </w:p>
    <w:p>
      <w:pPr>
        <w:jc w:val="right"/>
      </w:pPr>
      <w:r>
        <w:t>ہی بیکم ریپنٹنٹ۔ ایکسٹریملی ریپنٹنٹ۔ تو اگر اس نے اینٹیسیپیٹ کیا ہوتا، قتل سے پہلے جان لیا ہوتا کہ بعد کو کیا ہونے والا ہے، تو قتل ہی نہ کرتا۔</w:t>
      </w:r>
    </w:p>
    <w:p>
      <w:r>
        <w:rPr>
          <w:b/>
        </w:rPr>
        <w:t xml:space="preserve">[23:35] </w:t>
      </w:r>
      <w:r>
        <w:t>to jis tarah se hum khane ke muamle mein kuch pehle jaan lein to hum overeating na karein</w:t>
      </w:r>
    </w:p>
    <w:p>
      <w:pPr>
        <w:jc w:val="right"/>
      </w:pPr>
      <w:r>
        <w:t>تو جس طرح سے ہم کھانے کے معاملے میں کچھ پہلے جان لیں تو ہم اوور ایٹنگ نہ کریں</w:t>
      </w:r>
    </w:p>
    <w:p>
      <w:r>
        <w:rPr>
          <w:b/>
        </w:rPr>
        <w:t xml:space="preserve">[23:41] </w:t>
      </w:r>
      <w:r>
        <w:t>. overeating na karein to hum bohat si bimariyon se apne aap bach jayen. is tarah se anger hai, is tarah se sari cheezein hain, sari cheezon ko hamein yeh test hai hamara.</w:t>
      </w:r>
    </w:p>
    <w:p>
      <w:pPr>
        <w:jc w:val="right"/>
      </w:pPr>
      <w:r>
        <w:t>۔ اوور ایٹنگ نہ کریں تو ہم بہت سی بیماریوں سے اپنے آپ بچ جائیں۔ اس طرح سے اینگر ہے، اس طرح سے ساری چیزیں ہیں، ساری چیزوں کو ہمیں یہ ٹیسٹ ہے ہمارا۔</w:t>
      </w:r>
    </w:p>
    <w:p>
      <w:r>
        <w:rPr>
          <w:b/>
        </w:rPr>
        <w:t xml:space="preserve">[23:56] </w:t>
      </w:r>
      <w:r>
        <w:t>test hai hamara. dekhiye, animal jo hai, animal ki study ki gayi hai to animal kabhi overeating nahi karta. koi animal kabhi overeating nahi karta.</w:t>
      </w:r>
    </w:p>
    <w:p>
      <w:pPr>
        <w:jc w:val="right"/>
      </w:pPr>
      <w:r>
        <w:t>ٹیسٹ ہے ہمارا۔ دیکھیے، اینیمل جو ہے، اینیمل کی اسٹڈی کی گئی ہے تو اینیمل کبھی اوور ایٹنگ نہیں کرتا۔ کوئی اینیمل کبھی اوور ایٹنگ نہیں کرتا۔</w:t>
      </w:r>
    </w:p>
    <w:p>
      <w:r>
        <w:rPr>
          <w:b/>
        </w:rPr>
        <w:t xml:space="preserve">[24:06] </w:t>
      </w:r>
      <w:r>
        <w:t>un ka mechanism doosra hai.</w:t>
      </w:r>
    </w:p>
    <w:p>
      <w:pPr>
        <w:jc w:val="right"/>
      </w:pPr>
      <w:r>
        <w:t>ان کا میکنزم دوسرا ہے۔</w:t>
      </w:r>
    </w:p>
    <w:p>
      <w:r>
        <w:rPr>
          <w:b/>
        </w:rPr>
        <w:t xml:space="preserve">[24:10] </w:t>
      </w:r>
      <w:r>
        <w:t>woh aik aik point par chhod dete hain.</w:t>
      </w:r>
    </w:p>
    <w:p>
      <w:pPr>
        <w:jc w:val="right"/>
      </w:pPr>
      <w:r>
        <w:t>وہ ایک ایک پوائنٹ پر چھوڑ دیتے ہیں۔</w:t>
      </w:r>
    </w:p>
    <w:p>
      <w:r>
        <w:rPr>
          <w:b/>
        </w:rPr>
        <w:t xml:space="preserve">[24:15] </w:t>
      </w:r>
      <w:r>
        <w:t>by nature, woh nature se control hota hai animal. kyunke nature unhein bata deti hai aur woh chhod dete hain. lekin insaan ko dekhiye, khuda ne aqal di hai, mind diya hai, soch di hai, thinking power diya hai.</w:t>
      </w:r>
    </w:p>
    <w:p>
      <w:pPr>
        <w:jc w:val="right"/>
      </w:pPr>
      <w:r>
        <w:t>بائی نیچر، وہ نیچر سے کنٹرول ہوتا ہے اینیمل۔ کیونکہ نیچر انہیں بتا دیتی ہے اور وہ چھوڑ دیتے ہیں۔ لیکن انسان کو دیکھیے، خدا نے عقل دی ہے، مائنڈ دیا ہے، سوچ دی ہے، تھنکنگ پاور دیا ہے۔</w:t>
      </w:r>
    </w:p>
    <w:p>
      <w:r>
        <w:rPr>
          <w:b/>
        </w:rPr>
        <w:t xml:space="preserve">[24:30] </w:t>
      </w:r>
      <w:r>
        <w:t>to insaan ko to apni aqal ko istemal karna padega. karna padega. warna kya hoga?</w:t>
      </w:r>
    </w:p>
    <w:p>
      <w:pPr>
        <w:jc w:val="right"/>
      </w:pPr>
      <w:r>
        <w:t>تو انسان کو تو اپنی عقل کو استعمال کرنا پڑے گا۔ کرنا پڑے گا۔ ورنہ کیا ہوگا؟</w:t>
      </w:r>
    </w:p>
    <w:p>
      <w:r>
        <w:rPr>
          <w:b/>
        </w:rPr>
        <w:t xml:space="preserve">[24:39] </w:t>
      </w:r>
      <w:r>
        <w:t>woh apne ko tabah karega.</w:t>
      </w:r>
    </w:p>
    <w:p>
      <w:pPr>
        <w:jc w:val="right"/>
      </w:pPr>
      <w:r>
        <w:t>وہ اپنے کو تباہ کرے گا۔</w:t>
      </w:r>
    </w:p>
    <w:p>
      <w:r>
        <w:rPr>
          <w:b/>
        </w:rPr>
        <w:t xml:space="preserve">[24:46] </w:t>
      </w:r>
      <w:r>
        <w:t>in baaton par sochte hue aaj subah mein isi baaton ko soch raha tha. to mujhe aik hadith yaad aayi. aik hadith jo hai, bohat zyada aai opener hai hum sab ke liye.</w:t>
      </w:r>
    </w:p>
    <w:p>
      <w:pPr>
        <w:jc w:val="right"/>
      </w:pPr>
      <w:r>
        <w:t>ان باتوں پر سوچتے ہوئے آج صبح میں اسی باتوں کو سوچ رہا تھا۔ تو مجھے ایک حدیث یاد آئی۔ ایک حدیث جو ہے، بہت زیادہ آئی اوپنر ہے ہم سب کے لیے۔</w:t>
      </w:r>
    </w:p>
    <w:p>
      <w:r>
        <w:rPr>
          <w:b/>
        </w:rPr>
        <w:t xml:space="preserve">[25:02] </w:t>
      </w:r>
      <w:r>
        <w:t>aik hadith is tarah hai ke</w:t>
      </w:r>
    </w:p>
    <w:p>
      <w:pPr>
        <w:jc w:val="right"/>
      </w:pPr>
      <w:r>
        <w:t>ایک حدیث اس طرح ہے کہ</w:t>
      </w:r>
    </w:p>
    <w:p>
      <w:r>
        <w:rPr>
          <w:b/>
        </w:rPr>
        <w:t xml:space="preserve">[25:09] </w:t>
      </w:r>
      <w:r>
        <w:t>aik aadmi ne Rasool Allah se poocha ke dunya mein sab se achhi jagah kaun si hai? un pe is dunya mein sab se achha spot kaun hai?</w:t>
      </w:r>
    </w:p>
    <w:p>
      <w:pPr>
        <w:jc w:val="right"/>
      </w:pPr>
      <w:r>
        <w:t>ایک آدمی نے رسول اللہ سے پوچھا کہ دنیا میں سب سے اچھی جگہ کون سی ہے؟ ان پہ اس دنیا میں سب سے اچھا سپاٹ کون ہے؟</w:t>
      </w:r>
    </w:p>
    <w:p>
      <w:r>
        <w:rPr>
          <w:b/>
        </w:rPr>
        <w:t xml:space="preserve">[25:19] </w:t>
      </w:r>
      <w:r>
        <w:t>sab se bura spot kaun hai? is ke mind mein aik sawal aaya.</w:t>
      </w:r>
    </w:p>
    <w:p>
      <w:pPr>
        <w:jc w:val="right"/>
      </w:pPr>
      <w:r>
        <w:t>سب سے برا سپاٹ کون ہے؟ اس کے مائنڈ میں ایک سوال آیا۔</w:t>
      </w:r>
    </w:p>
    <w:p>
      <w:r>
        <w:rPr>
          <w:b/>
        </w:rPr>
        <w:t xml:space="preserve">[25:27] </w:t>
      </w:r>
      <w:r>
        <w:t>to us ne Rasool Allah se poocha. to Rasool Allah ne kaha ke yeh sawal jo hai, main aap jante hain ke Jibrael aap par aate rehte thay, yaani angel.</w:t>
      </w:r>
    </w:p>
    <w:p>
      <w:pPr>
        <w:jc w:val="right"/>
      </w:pPr>
      <w:r>
        <w:t>تو اس نے رسول اللہ سے پوچھا۔ تو رسول اللہ نے کہا کہ یہ سوال جو ہے، میں آپ جانتے ہیں کہ جبرائیل آپ پر آتے رہتے تھے، یعنی اینجل۔</w:t>
      </w:r>
    </w:p>
    <w:p>
      <w:r>
        <w:rPr>
          <w:b/>
        </w:rPr>
        <w:t xml:space="preserve">[25:42] </w:t>
      </w:r>
      <w:r>
        <w:t>to aap ne kaha ke main Jibrael aayenge to un se pooch kar bataunga. to Jibrael farishta jo hai, jab woh aaye to Rasool Allah ne un se poocha ke yeh sawal mujh se kisi ne kiya hai ke dunya mein sab se achha spot kaun hai?</w:t>
      </w:r>
    </w:p>
    <w:p>
      <w:pPr>
        <w:jc w:val="right"/>
      </w:pPr>
      <w:r>
        <w:t>تو آپ نے کہا کہ میں جبرائیل آئیں گے تو ان سے پوچھ کر بتاؤں گا۔ تو جبرائیل فرشتہ جو ہے، جب وہ آئے تو رسول اللہ نے ان سے پوچھا کہ یہ سوال مجھ سے کسی نے کیا ہے کہ دنیا میں سب سے اچھا سپاٹ کون ہے؟</w:t>
      </w:r>
    </w:p>
    <w:p>
      <w:r>
        <w:rPr>
          <w:b/>
        </w:rPr>
        <w:t xml:space="preserve">[25:59] </w:t>
      </w:r>
      <w:r>
        <w:t>sab se bura spot kaun hai? to Jibrael ne kaha ke main bhi nahi jaanta. main bhi nahi jaanta.</w:t>
      </w:r>
    </w:p>
    <w:p>
      <w:pPr>
        <w:jc w:val="right"/>
      </w:pPr>
      <w:r>
        <w:t>سب سے برا سپاٹ کون ہے؟ تو جبرائیل نے کہا کہ میں بھی نہیں جانتا۔ میں بھی نہیں جانتا۔</w:t>
      </w:r>
    </w:p>
    <w:p>
      <w:r>
        <w:rPr>
          <w:b/>
        </w:rPr>
        <w:t xml:space="preserve">[26:09] </w:t>
      </w:r>
      <w:r>
        <w:t>to mujhe bhi Allah taala se poochhna padega.</w:t>
      </w:r>
    </w:p>
    <w:p>
      <w:pPr>
        <w:jc w:val="right"/>
      </w:pPr>
      <w:r>
        <w:t>تو مجھے بھی اللہ تعالیٰ سے پوچھنا پڑے گا۔</w:t>
      </w:r>
    </w:p>
    <w:p>
      <w:r>
        <w:rPr>
          <w:b/>
        </w:rPr>
        <w:t xml:space="preserve">[26:13] </w:t>
      </w:r>
      <w:r>
        <w:t>to aap jante hain ke farishte ka contact Allah taala se direct hota hai. to hadith mein hai ke Jibrael oopar uthe, oopar uthe, oopar uthe.</w:t>
      </w:r>
    </w:p>
    <w:p>
      <w:pPr>
        <w:jc w:val="right"/>
      </w:pPr>
      <w:r>
        <w:t>تو آپ جانتے ہیں کہ فرشتے کا کنٹیکٹ اللہ تعالیٰ سے ڈائریکٹ ہوتا ہے۔ تو حدیث میں ہے کہ جبرائیل اوپر اٹھے، اوپر اٹھے، اوپر اٹھے۔</w:t>
      </w:r>
    </w:p>
    <w:p>
      <w:r>
        <w:rPr>
          <w:b/>
        </w:rPr>
        <w:t xml:space="preserve">[26:26] </w:t>
      </w:r>
      <w:r>
        <w:t>yahan tak ke woh itna door pahunch gaye, itna qareeb pahunch gaye jahan se aap ke aur Khuda ke beech mein, yaani Khuda ke bilkul paas to koi pahunch nahi sakta hai.</w:t>
      </w:r>
    </w:p>
    <w:p>
      <w:pPr>
        <w:jc w:val="right"/>
      </w:pPr>
      <w:r>
        <w:t>یہاں تک کہ وہ اتنا دور پہنچ گئے، اتنا قریب پہنچ گئے جہاں سے آپ کے اور خدا کے بیچ میں، یعنی خدا کے بالکل پاس تو کوئی پہنچ نہیں سکتا ہے۔</w:t>
      </w:r>
    </w:p>
    <w:p>
      <w:r>
        <w:rPr>
          <w:b/>
        </w:rPr>
        <w:t xml:space="preserve">[26:38] </w:t>
      </w:r>
      <w:r>
        <w:t>lekin is din woh sab se qareeb pahunch gaye. sab se qareeb pahunch gaye. aur phir bhi hazar, yaani noori parde ka faasla tha.</w:t>
      </w:r>
    </w:p>
    <w:p>
      <w:pPr>
        <w:jc w:val="right"/>
      </w:pPr>
      <w:r>
        <w:t>لیکن اس دن وہ سب سے قریب پہنچ گئے۔ سب سے قریب پہنچ گئے۔ اور پھر بھی ہزار، یعنی نوری پردے کا فاصلہ تھا۔</w:t>
      </w:r>
    </w:p>
    <w:p>
      <w:r>
        <w:rPr>
          <w:b/>
        </w:rPr>
        <w:t xml:space="preserve">[26:52] </w:t>
      </w:r>
      <w:r>
        <w:t>yeh phir bhi aap bohat door thay, Hazrat Jibrael. to unhon ne Allah taala se poocha. to Allah taala ne bataya ke "khairul maqami masajidu wa sharrul maqami aswaqu".</w:t>
      </w:r>
    </w:p>
    <w:p>
      <w:pPr>
        <w:jc w:val="right"/>
      </w:pPr>
      <w:r>
        <w:t>یہ پھر بھی آپ بہت دور تھے، حضرت جبرائیل۔ تو انہوں نے اللہ تعالیٰ سے پوچھا۔ تو اللہ تعالیٰ نے بتایا کہ "خیر المقام مساجدہ و شر المقام اسواقہ"۔</w:t>
      </w:r>
    </w:p>
    <w:p>
      <w:r>
        <w:rPr>
          <w:b/>
        </w:rPr>
        <w:t xml:space="preserve">[27:10] </w:t>
      </w:r>
      <w:r>
        <w:t>dosre alfaaz yeh bhi hain ke "hubbullah al-arz masajiduh wa abghadh Allah al-arz</w:t>
      </w:r>
    </w:p>
    <w:p>
      <w:pPr>
        <w:jc w:val="right"/>
      </w:pPr>
      <w:r>
        <w:t>دوسرے الفاظ یہ بھی ہیں کہ "حب اللہ الارض مساجدہ و ابغض اللہ الارض</w:t>
      </w:r>
    </w:p>
    <w:p>
      <w:r>
        <w:rPr>
          <w:b/>
        </w:rPr>
        <w:t xml:space="preserve">[27:18] </w:t>
      </w:r>
      <w:r>
        <w:t>aswaquh" . to phir Hazrat Jibrael ne aa kar Rasool Allah ko yeh bataya aur aap ne is ko dosre aadmi ko bataya. is ka matlab yeh hai ke zameen mein</w:t>
      </w:r>
    </w:p>
    <w:p>
      <w:pPr>
        <w:jc w:val="right"/>
      </w:pPr>
      <w:r>
        <w:t>اسواقہ"۔ تو پھر حضرت جبرائیل نے آ کر رسول اللہ کو یہ بتایا اور آپ نے اس کو دوسرے آدمی کو بتایا۔ اس کا مطلب یہ ہے کہ زمین میں</w:t>
      </w:r>
    </w:p>
    <w:p>
      <w:r>
        <w:rPr>
          <w:b/>
        </w:rPr>
        <w:t xml:space="preserve">[27:31] </w:t>
      </w:r>
      <w:r>
        <w:t>sab se achi jagah masjid hai aur sab se buri jagah bazaar hai. yeh bohat pehle maine hadees parhi thi.</w:t>
      </w:r>
    </w:p>
    <w:p>
      <w:pPr>
        <w:jc w:val="right"/>
      </w:pPr>
      <w:r>
        <w:t>سب سے اچھی جگہ مسجد ہے اور سب سے بری جگہ بازار ہے۔ یہ بہت پہلے میں نے حدیث پڑھی تھی۔</w:t>
      </w:r>
    </w:p>
    <w:p>
      <w:r>
        <w:rPr>
          <w:b/>
        </w:rPr>
        <w:t xml:space="preserve">[27:43] </w:t>
      </w:r>
      <w:r>
        <w:t>lekin sachhi baat hai ke aaj hi mere saamne yeh hadees aayi</w:t>
      </w:r>
    </w:p>
    <w:p>
      <w:pPr>
        <w:jc w:val="right"/>
      </w:pPr>
      <w:r>
        <w:t>لیکن سچی بات ہے کہ آج ہی میرے سامنے یہ حدیث آئی</w:t>
      </w:r>
    </w:p>
    <w:p>
      <w:r>
        <w:rPr>
          <w:b/>
        </w:rPr>
        <w:t xml:space="preserve">[27:46] </w:t>
      </w:r>
      <w:r>
        <w:t>. woh bhi yeh akhbar parh, akhbar se maloom hua. aaj ke akhbar mein aik item hai. aaj ke akhbar mein aik item hai ke aik aadmi ne, is ka naam hai Richard Geraint.</w:t>
      </w:r>
    </w:p>
    <w:p>
      <w:pPr>
        <w:jc w:val="right"/>
      </w:pPr>
      <w:r>
        <w:t>۔ وہ بھی یہ اخبار پڑھ، اخبار سے معلوم ہوا۔ آج کے اخبار میں ایک آئٹم ہے۔ آج کے اخبار میں ایک آئٹم ہے کہ ایک آدمی نے، اس کا نام ہے رچرڈ گیرینٹ۔</w:t>
      </w:r>
    </w:p>
    <w:p>
      <w:r>
        <w:rPr>
          <w:b/>
        </w:rPr>
        <w:t xml:space="preserve">[28:07] </w:t>
      </w:r>
      <w:r>
        <w:t>to aik item bhi hai is mein aaj hi ke paper mein hai ke Richard Geraint. 22, 30 million dollar space ticket.</w:t>
      </w:r>
    </w:p>
    <w:p>
      <w:pPr>
        <w:jc w:val="right"/>
      </w:pPr>
      <w:r>
        <w:t>تو ایک آئٹم بھی ہے اس میں آج ہی کے پیپر میں ہے کہ رچرڈ گیرینٹ۔ 22، 30 ملین ڈالر اسپیس ٹکٹ۔</w:t>
      </w:r>
    </w:p>
    <w:p>
      <w:r>
        <w:rPr>
          <w:b/>
        </w:rPr>
        <w:t xml:space="preserve">[28:16] </w:t>
      </w:r>
      <w:r>
        <w:t>Richard, Richard, Richard Geraint jo hai, woh is ka family Russian thi lekin woh rehta hai America mein. to bohat bara business is ka hai.</w:t>
      </w:r>
    </w:p>
    <w:p>
      <w:pPr>
        <w:jc w:val="right"/>
      </w:pPr>
      <w:r>
        <w:t>رچرڈ، رچرڈ، رچرڈ گیرینٹ جو ہے، وہ اس کا فیملی رشین تھی لیکن وہ رہتا ہے امریکہ میں۔ تو بہت بڑا بزنس اس کا ہے۔</w:t>
      </w:r>
    </w:p>
    <w:p>
      <w:r>
        <w:rPr>
          <w:b/>
        </w:rPr>
        <w:t xml:space="preserve">[28:27] </w:t>
      </w:r>
      <w:r>
        <w:t>to is ne 30, 30 million, 30 million dollar, 30 million dollar ka ticket khareeda hai ke space station jaane ke liye.</w:t>
      </w:r>
    </w:p>
    <w:p>
      <w:pPr>
        <w:jc w:val="right"/>
      </w:pPr>
      <w:r>
        <w:t>تو اس نے 30، 30 ملین، 30 ملین ڈالر، 30 ملین ڈالر کا ٹکٹ خریدا ہے کہ اسپیس اسٹیشن جانے کے لیے۔</w:t>
      </w:r>
    </w:p>
    <w:p>
      <w:r>
        <w:rPr>
          <w:b/>
        </w:rPr>
        <w:t xml:space="preserve">[28:37] </w:t>
      </w:r>
      <w:r>
        <w:t>space mein koi station, aaj kal aap jante hain ke space travel ho raha hai. to woh jaane ke liye is ne 30 million dollar ka ticket khareeda hai.</w:t>
      </w:r>
    </w:p>
    <w:p>
      <w:pPr>
        <w:jc w:val="right"/>
      </w:pPr>
      <w:r>
        <w:t>اسپیس میں کوئی اسٹیشن، آج کل آپ جانتے ہیں کہ اسپیس ٹریول ہو رہا ہے۔ تو وہ جانے کے لیے اس نے 30 ملین ڈالر کا ٹکٹ خریدا ہے۔</w:t>
      </w:r>
    </w:p>
    <w:p>
      <w:r>
        <w:rPr>
          <w:b/>
        </w:rPr>
        <w:t xml:space="preserve">[28:51] </w:t>
      </w:r>
      <w:r>
        <w:t>ab mein sochne laga ke yeh hadees mujhe jo samajh mein nahi aati thi, woh kyun nahi samajh aati thi? aur aaj samajh mein aayi.</w:t>
      </w:r>
    </w:p>
    <w:p>
      <w:pPr>
        <w:jc w:val="right"/>
      </w:pPr>
      <w:r>
        <w:t>اب میں سوچنے لگا کہ یہ حدیث مجھے جو سمجھ میں نہیں آتی تھی، وہ کیوں نہیں سمجھ آتی تھی؟ اور آج سمجھ میں آئی۔</w:t>
      </w:r>
    </w:p>
    <w:p>
      <w:r>
        <w:rPr>
          <w:b/>
        </w:rPr>
        <w:t xml:space="preserve">[28:58] </w:t>
      </w:r>
      <w:r>
        <w:t>kyunke hamare bachpan mein bazaar ki kuch thi nahi, bazaar mein kya kashish? hamare bachpan mein bazaar mein lakri ka pyala bikta tha aur lakri ka chamcha.</w:t>
      </w:r>
    </w:p>
    <w:p>
      <w:pPr>
        <w:jc w:val="right"/>
      </w:pPr>
      <w:r>
        <w:t>کیونکہ ہمارے بچپن میں بازار کی کچھ تھی نہیں، بازار میں کیا کشش؟ ہمارے بچپن میں بازار میں لکڑی کا پیالہ بکتا تھا اور لکڑی کا چمچہ۔</w:t>
      </w:r>
    </w:p>
    <w:p>
      <w:r>
        <w:rPr>
          <w:b/>
        </w:rPr>
        <w:t xml:space="preserve">[29:10] </w:t>
      </w:r>
      <w:r>
        <w:t>aisi mamooli cheezein. to itna bara, yaani meri samajh mein nahi aata tha ke itna bara woh kaise ho sakta hai bazaar?</w:t>
      </w:r>
    </w:p>
    <w:p>
      <w:pPr>
        <w:jc w:val="right"/>
      </w:pPr>
      <w:r>
        <w:t>ایسی معمولی چیزیں۔ تو اتنا بڑا، یعنی میری سمجھ میں نہیں آتا تھا کہ اتنا بڑا وہ کیسے ہو سکتا ہے بازار؟</w:t>
      </w:r>
    </w:p>
    <w:p>
      <w:r>
        <w:rPr>
          <w:b/>
        </w:rPr>
        <w:t xml:space="preserve">[29:20] </w:t>
      </w:r>
      <w:r>
        <w:t>shar muqam.</w:t>
      </w:r>
    </w:p>
    <w:p>
      <w:pPr>
        <w:jc w:val="right"/>
      </w:pPr>
      <w:r>
        <w:t>شر المقام۔</w:t>
      </w:r>
    </w:p>
    <w:p>
      <w:r>
        <w:rPr>
          <w:b/>
        </w:rPr>
        <w:t xml:space="preserve">[29:23] </w:t>
      </w:r>
      <w:r>
        <w:t>yeh kuch tha hi nahi jis ko ja kar aadmi ghod bakta tha, chawal bakta tha. aur bohat hi mamooli qism cheezein bakti theen. koi lohar haath se bana kar ke bechte thay ya baadhai haath se bana kar bechte thay, aisi cheezein hoti theen.</w:t>
      </w:r>
    </w:p>
    <w:p>
      <w:pPr>
        <w:jc w:val="right"/>
      </w:pPr>
      <w:r>
        <w:t>یہ کچھ تھا ہی نہیں جس کو جا کر آدمی گھوڑ بکتا تھا، چاول بکتا تھا۔ اور بہت ہی معمولی قسم چیزیں بکتی تھیں۔ کوئی لوہار ہاتھ سے بنا کر کے بیچتے تھے یا بڑھئی ہاتھ سے بنا کر بیچتے تھے، ایسی چیزیں ہوتی تھیں۔</w:t>
      </w:r>
    </w:p>
    <w:p>
      <w:r>
        <w:rPr>
          <w:b/>
        </w:rPr>
        <w:t xml:space="preserve">[29:40] </w:t>
      </w:r>
      <w:r>
        <w:t>to mein ne samjha hai ke yeh Rasool Allah ke paighambar hone ki daleel hai. yaani future ke reference mein aap ne yeh baat kahi.</w:t>
      </w:r>
    </w:p>
    <w:p>
      <w:pPr>
        <w:jc w:val="right"/>
      </w:pPr>
      <w:r>
        <w:t>تو میں نے سمجھا ہے کہ یہ رسول اللہ کے پیغمبر ہونے کی دلیل ہے۔ یعنی فیوچر کے ریفرنس میں آپ نے یہ بات کہی۔</w:t>
      </w:r>
    </w:p>
    <w:p>
      <w:r>
        <w:rPr>
          <w:b/>
        </w:rPr>
        <w:t xml:space="preserve">[29:52] </w:t>
      </w:r>
      <w:r>
        <w:t>future ke reference mein. yaani aik zamana aane wala hai jabke sab se buri cheez jo hai, woh shopping center ban jayegi. woh kaise?</w:t>
      </w:r>
    </w:p>
    <w:p>
      <w:pPr>
        <w:jc w:val="right"/>
      </w:pPr>
      <w:r>
        <w:t>فیوچر کے ریفرنس میں۔ یعنی ایک زمانہ آنے والا ہے جبکہ سب سے بری چیز جو ہے، وہ شاپنگ سینٹر بن جائے گی۔ وہ کیسے؟</w:t>
      </w:r>
    </w:p>
    <w:p>
      <w:r>
        <w:rPr>
          <w:b/>
        </w:rPr>
        <w:t xml:space="preserve">[30:04] </w:t>
      </w:r>
      <w:r>
        <w:t>phir mujhe is par aik waqia yaad aaya. aik saahab gaye wahan par Germany. Germany mein aik German aurat ne un se kaha, baat cheet ke darmiyan.</w:t>
      </w:r>
    </w:p>
    <w:p>
      <w:pPr>
        <w:jc w:val="right"/>
      </w:pPr>
      <w:r>
        <w:t>پھر مجھے اس پر ایک واقعہ یاد آیا۔ ایک صاحب گئے وہاں پر جرمنی۔ جرمنی میں ایک جرمن عورت نے ان سے کہا، بات چیت کے درمیان۔</w:t>
      </w:r>
    </w:p>
    <w:p>
      <w:r>
        <w:rPr>
          <w:b/>
        </w:rPr>
        <w:t xml:space="preserve">[30:18] </w:t>
      </w:r>
      <w:r>
        <w:t>us ne kaha ke "Why should I believe in God?</w:t>
      </w:r>
    </w:p>
    <w:p>
      <w:pPr>
        <w:jc w:val="right"/>
      </w:pPr>
      <w:r>
        <w:t>اس نے کہا کہ "Why should I believe in God?</w:t>
      </w:r>
    </w:p>
    <w:p>
      <w:r>
        <w:rPr>
          <w:b/>
        </w:rPr>
        <w:t xml:space="preserve">[30:24] </w:t>
      </w:r>
      <w:r>
        <w:t>" "Why should I believe in God?" "I can purchase everything in the market." mujhe Khuda se kya lena hai?</w:t>
      </w:r>
    </w:p>
    <w:p>
      <w:pPr>
        <w:jc w:val="right"/>
      </w:pPr>
      <w:r>
        <w:t>" "Why should I believe in God?" "I can purchase everything in the market." مجھے خدا سے کیا لینا ہے؟</w:t>
      </w:r>
    </w:p>
    <w:p>
      <w:r>
        <w:rPr>
          <w:b/>
        </w:rPr>
        <w:t xml:space="preserve">[30:33] </w:t>
      </w:r>
      <w:r>
        <w:t>sab cheezein to bazaar mein mil rahi hai.</w:t>
      </w:r>
    </w:p>
    <w:p>
      <w:pPr>
        <w:jc w:val="right"/>
      </w:pPr>
      <w:r>
        <w:t>سب چپچی تو بازار میں مل رہی ہے۔</w:t>
      </w:r>
    </w:p>
    <w:p>
      <w:r>
        <w:rPr>
          <w:b/>
        </w:rPr>
        <w:t xml:space="preserve">[30:38] </w:t>
      </w:r>
      <w:r>
        <w:t>"Why should I believe in God?" "Everything I can find in the market." to hamare zamane ka insaan ya aur pehle zamane ka insaan, bohat pehle zamane ka insaan, chahta tha ke samajhta hai har cheez Khuda se aa rahi hai.</w:t>
      </w:r>
    </w:p>
    <w:p>
      <w:pPr>
        <w:jc w:val="right"/>
      </w:pPr>
      <w:r>
        <w:t>"Why should I believe in God?" "Everything I can find in the market." تو ہمارے زمانے کا انسان یا اور پہلے زمانے کا انسان، بہت پہلے زمانے کا انسان، چاہتا تھا کہ سمجھتا ہے ہر چیز خدا سے آ رہی ہے۔</w:t>
      </w:r>
    </w:p>
    <w:p>
      <w:r>
        <w:rPr>
          <w:b/>
        </w:rPr>
        <w:t xml:space="preserve">[30:52] </w:t>
      </w:r>
      <w:r>
        <w:t>barish baras rahi hai to Khuda barasa raha hai. gehoon mein daal aa rahi hai to Khuda daal is mein dala raha hai.</w:t>
      </w:r>
    </w:p>
    <w:p>
      <w:pPr>
        <w:jc w:val="right"/>
      </w:pPr>
      <w:r>
        <w:t>بارش برس رہی ہے تو خدا برسا رہا ہے۔ گیہوں میں دال آ رہی ہے تو خدا دال اس میں ڈلا رہا ہے۔</w:t>
      </w:r>
    </w:p>
    <w:p>
      <w:r>
        <w:rPr>
          <w:b/>
        </w:rPr>
        <w:t xml:space="preserve">[31:01] </w:t>
      </w:r>
      <w:r>
        <w:t>gaaye ka bachha paida hua to wahi Khuda ne bachha paida kiya. to us waqt jo terminology thi, mujhe thi ke log samajhte thay sab Khuda ki taraf se mil raha hai.</w:t>
      </w:r>
    </w:p>
    <w:p>
      <w:pPr>
        <w:jc w:val="right"/>
      </w:pPr>
      <w:r>
        <w:t>گائے کا بچہ پیدا ہوا تو وہی خدا نے بچہ پیدا کیا۔ تو اس وقت جو ٹرمینالوجی تھی، مجھے تھی کہ لوگ سمجھتے تھے سب خدا کی طرف سے مل رہا ہے۔</w:t>
      </w:r>
    </w:p>
    <w:p>
      <w:r>
        <w:rPr>
          <w:b/>
        </w:rPr>
        <w:t xml:space="preserve">[31:11] </w:t>
      </w:r>
      <w:r>
        <w:t>aur cheezein itni thori si theen.</w:t>
      </w:r>
    </w:p>
    <w:p>
      <w:pPr>
        <w:jc w:val="right"/>
      </w:pPr>
      <w:r>
        <w:t>اور چیزیں اتنی تھوڑی سی تھیں۔</w:t>
      </w:r>
    </w:p>
    <w:p>
      <w:r>
        <w:rPr>
          <w:b/>
        </w:rPr>
        <w:t xml:space="preserve">[31:14] </w:t>
      </w:r>
      <w:r>
        <w:t>ab industrial revolution jo aaya hai, consumers ka jo zamana aaya hai, million billion item naye parh gaye. aur sab paise se milte hain.</w:t>
      </w:r>
    </w:p>
    <w:p>
      <w:pPr>
        <w:jc w:val="right"/>
      </w:pPr>
      <w:r>
        <w:t>اب انڈسٹریل ریولوشن جو آیا ہے، کنزیومرز کا جو زمانہ آیا ہے، ملین بلین آئٹم نئے پڑ گئے۔ اور سب پیسے سے ملتے ہیں۔</w:t>
      </w:r>
    </w:p>
    <w:p>
      <w:r>
        <w:rPr>
          <w:b/>
        </w:rPr>
        <w:t xml:space="preserve">[31:23] </w:t>
      </w:r>
      <w:r>
        <w:t>paisa ho to ab yahan tak pohncha hai paise ka taqat ke aap space travel kar sakte hain. agar 30 million dollar aap ke paas hai to aap jaiye space mein ghoom aaiye.</w:t>
      </w:r>
    </w:p>
    <w:p>
      <w:pPr>
        <w:jc w:val="right"/>
      </w:pPr>
      <w:r>
        <w:t>پیسہ ہو تو اب یہاں تک پہنچا ہے پیسے کا طاقت کہ آپ اسپیس ٹریول کر سکتے ہیں۔ اگر 30 ملین ڈالر آپ کے پاس ہے تو آپ جائیے اسپیس میں گھوم آئیے۔</w:t>
      </w:r>
    </w:p>
    <w:p>
      <w:r>
        <w:rPr>
          <w:b/>
        </w:rPr>
        <w:t xml:space="preserve">[31:36] </w:t>
      </w:r>
      <w:r>
        <w:t>space mein outing kar sakte hain aap.</w:t>
      </w:r>
    </w:p>
    <w:p>
      <w:pPr>
        <w:jc w:val="right"/>
      </w:pPr>
      <w:r>
        <w:t>اسپیس میں آؤٹنگ کر سکتے ہیں آپ۔</w:t>
      </w:r>
    </w:p>
    <w:p>
      <w:r>
        <w:rPr>
          <w:b/>
        </w:rPr>
        <w:t xml:space="preserve">[31:39] </w:t>
      </w:r>
      <w:r>
        <w:t>yani pehle to kisi apne mulk ke andar outing bhi nahi mumkin hoti thi. koi na rail thi, na sadak thi, na motor tha, na kuch tha.</w:t>
      </w:r>
    </w:p>
    <w:p>
      <w:pPr>
        <w:jc w:val="right"/>
      </w:pPr>
      <w:r>
        <w:t>یعنی پہلے تو کسی اپنے ملک کے اندر آؤٹنگ بھی نہیں ممکن ہوتی تھی۔ کوئی نہ ریل تھی، نہ سڑک تھی، نہ موٹر تھا، نہ کچھ تھا۔</w:t>
      </w:r>
    </w:p>
    <w:p>
      <w:r>
        <w:rPr>
          <w:b/>
        </w:rPr>
        <w:t xml:space="preserve">[31:50] </w:t>
      </w:r>
      <w:r>
        <w:t>to sirf bohat hi museebat utha kar kahin koi jata tha. ab kya hai? ticket lijiye aur jahan chahen wahan pohnch jaiye.</w:t>
      </w:r>
    </w:p>
    <w:p>
      <w:pPr>
        <w:jc w:val="right"/>
      </w:pPr>
      <w:r>
        <w:t>تو صرف بہت ہی مصیبت اٹھا کر کہیں کوئی جاتا تھا۔ اب کیا ہے؟ ٹکٹ لیجیے اور جہاں چاہیں وہاں پہنچ جائیے۔</w:t>
      </w:r>
    </w:p>
    <w:p>
      <w:r>
        <w:rPr>
          <w:b/>
        </w:rPr>
        <w:t xml:space="preserve">[32:01] </w:t>
      </w:r>
      <w:r>
        <w:t>to kuch din pehle tak aadmi yahi samajhta tha ke motor baitho aur dilli se lucknow pohnch jao. hoayat baitho aur dilli se bombay pohnch jao.</w:t>
      </w:r>
    </w:p>
    <w:p>
      <w:pPr>
        <w:jc w:val="right"/>
      </w:pPr>
      <w:r>
        <w:t>تو کچھ دن پہلے تک آدمی یہی سمجھتا تھا کہ موٹر بیٹھو اور دہلی سے لکھنؤ پہنچ جاؤ۔ ہوایات بیٹھو اور دہلی سے بمبئی پہنچ جاؤ۔</w:t>
      </w:r>
    </w:p>
    <w:p>
      <w:r>
        <w:rPr>
          <w:b/>
        </w:rPr>
        <w:t xml:space="preserve">[32:11] </w:t>
      </w:r>
      <w:r>
        <w:t>ab maloom yeh hua ke aap 30 million dollar aap ki jeb mein hain to aap space mein bhi ja sakte hain. to paisa, paisa, paisa, paisa.</w:t>
      </w:r>
    </w:p>
    <w:p>
      <w:pPr>
        <w:jc w:val="right"/>
      </w:pPr>
      <w:r>
        <w:t>اب معلوم یہ ہوا کہ آپ 30 ملین ڈالر آپ کی جیب میں ہیں تو آپ اسپیس میں بھی جا سکتے ہیں۔ تو پیسہ، پیسہ، پیسہ، پیسہ۔</w:t>
      </w:r>
    </w:p>
    <w:p>
      <w:r>
        <w:rPr>
          <w:b/>
        </w:rPr>
        <w:t xml:space="preserve">[32:22] </w:t>
      </w:r>
      <w:r>
        <w:t>paisa aur market, paisa aur shopping center. sab kuch ban gaya.</w:t>
      </w:r>
    </w:p>
    <w:p>
      <w:pPr>
        <w:jc w:val="right"/>
      </w:pPr>
      <w:r>
        <w:t>پیسہ اور مارکیٹ، پیسہ اور شاپنگ سینٹر۔ سب کچھ بن گیا۔</w:t>
      </w:r>
    </w:p>
    <w:p>
      <w:r>
        <w:rPr>
          <w:b/>
        </w:rPr>
        <w:t xml:space="preserve">[32:28] </w:t>
      </w:r>
      <w:r>
        <w:t>paisa kamao aur sab kuch dastiyab hai shopping center mein.</w:t>
      </w:r>
    </w:p>
    <w:p>
      <w:pPr>
        <w:jc w:val="right"/>
      </w:pPr>
      <w:r>
        <w:t>پیسہ کماؤ اور سب کچھ دستیاب ہے شاپنگ سینٹر میں۔</w:t>
      </w:r>
    </w:p>
    <w:p>
      <w:r>
        <w:rPr>
          <w:b/>
        </w:rPr>
        <w:t xml:space="preserve">[32:35] </w:t>
      </w:r>
      <w:r>
        <w:t>ab dekhen farq kya pada hai pichhle zamane mein aaj ke zamane mein. pehle insan yeh samajhta tha ke sab kuch khuda se hi milta hai.</w:t>
      </w:r>
    </w:p>
    <w:p>
      <w:pPr>
        <w:jc w:val="right"/>
      </w:pPr>
      <w:r>
        <w:t>اب دیکھیں فرق کیا پڑا ہے پچھلے زمانے میں آج کے زمانے میں۔ پہلے انسان یہ سمجھتا تھا کہ سب کچھ خدا سے ہی ملتا ہے۔</w:t>
      </w:r>
    </w:p>
    <w:p>
      <w:r>
        <w:rPr>
          <w:b/>
        </w:rPr>
        <w:t xml:space="preserve">[32:44] </w:t>
      </w:r>
      <w:r>
        <w:t>sab kuch khuda se hi milta hai. ab kya hai? sab kuch paise se milta hai.</w:t>
      </w:r>
    </w:p>
    <w:p>
      <w:pPr>
        <w:jc w:val="right"/>
      </w:pPr>
      <w:r>
        <w:t>سب کچھ خدا سے ہی ملتا ہے۔ اب کیا ہے؟ سب کچھ پیسے سے ملتا ہے۔</w:t>
      </w:r>
    </w:p>
    <w:p>
      <w:r>
        <w:rPr>
          <w:b/>
        </w:rPr>
        <w:t xml:space="preserve">[32:52] </w:t>
      </w:r>
      <w:r>
        <w:t>to jo zehn pehle khuda markooz tha, wo ab ban gaya paisa markooz.</w:t>
      </w:r>
    </w:p>
    <w:p>
      <w:pPr>
        <w:jc w:val="right"/>
      </w:pPr>
      <w:r>
        <w:t>تو جو ذہن پہلے خدا مرکوز تھا، وہ اب بن گیا پیسے مرکوز۔</w:t>
      </w:r>
    </w:p>
    <w:p>
      <w:r>
        <w:rPr>
          <w:b/>
        </w:rPr>
        <w:t xml:space="preserve">[32:57] </w:t>
      </w:r>
      <w:r>
        <w:t>yeh shift hua. to rasool Allah ka matlab yeh tha ke ek zamana aayega ke paisa jo hai, wo khuda ban jayega. paise se aadmi sab kuch paane lagega shopping center ke zariye.</w:t>
      </w:r>
    </w:p>
    <w:p>
      <w:pPr>
        <w:jc w:val="right"/>
      </w:pPr>
      <w:r>
        <w:t>یہ شفٹ ہوا۔ تو رسول اللہ کا مطلب یہ تھا کہ ایک زمانہ آئے گا کہ پیسہ جو ہے، وہ خدا بن جائے گا۔ پیسے سے آدمی سب کچھ پانے لگے گا شاپنگ سینٹر کے ذریعے۔</w:t>
      </w:r>
    </w:p>
    <w:p>
      <w:r>
        <w:rPr>
          <w:b/>
        </w:rPr>
        <w:t xml:space="preserve">[33:12] </w:t>
      </w:r>
      <w:r>
        <w:t>main samajhta hoon ke yeh ek bohat bara fitna hai ke hamari soch badal gayi. hamari soch badal gayi.</w:t>
      </w:r>
    </w:p>
    <w:p>
      <w:pPr>
        <w:jc w:val="right"/>
      </w:pPr>
      <w:r>
        <w:t>میں سمجھتا ہوں کہ یہ ایک بہت بڑا فتنہ ہے کہ ہماری سوچ بدل گئی۔ ہماری سوچ بدل گئی۔</w:t>
      </w:r>
    </w:p>
    <w:p>
      <w:r>
        <w:rPr>
          <w:b/>
        </w:rPr>
        <w:t xml:space="preserve">[33:22] </w:t>
      </w:r>
      <w:r>
        <w:t>ab yeh farz kijiye ke paper mere hath mein hai. subah ko khakr ne la kar diya aur maine khareed liya.</w:t>
      </w:r>
    </w:p>
    <w:p>
      <w:pPr>
        <w:jc w:val="right"/>
      </w:pPr>
      <w:r>
        <w:t>اب یہ فرض کیجیے کہ پیپر میرے ہاتھ میں ہے۔ صبح کو خاکر نے لا کر دیا اور میں نے خرید لیا۔</w:t>
      </w:r>
    </w:p>
    <w:p>
      <w:r>
        <w:rPr>
          <w:b/>
        </w:rPr>
        <w:t xml:space="preserve">[33:31] </w:t>
      </w:r>
      <w:r>
        <w:t>to main kya samajhta hoon? lashaoori taur par ke mere paas rupiya tha, main ne diya aur khareed liya. halanke paper ka banna, poori kainat mein ek takhleeqi sargarmiyan huin tab yeh paper bana.</w:t>
      </w:r>
    </w:p>
    <w:p>
      <w:pPr>
        <w:jc w:val="right"/>
      </w:pPr>
      <w:r>
        <w:t>تو میں کیا سمجھتا ہوں؟ لاشعوری طور پر کہ میرے پاس روپیہ تھا، میں نے دیا اور خرید لیا۔ حالانکہ پیپر کا بننا، پوری کائنات میں ایک تخلیقی سرگرمیاں ہوئیں تب یہ پیپر بنا۔</w:t>
      </w:r>
    </w:p>
    <w:p>
      <w:r>
        <w:rPr>
          <w:b/>
        </w:rPr>
        <w:t xml:space="preserve">[33:47] </w:t>
      </w:r>
      <w:r>
        <w:t>paper banna, machine banna, chhapayi ka hona. yani kitne sare amal hain is mein shamil. wo kaise bana? wo khuda ke zariye bana.</w:t>
      </w:r>
    </w:p>
    <w:p>
      <w:pPr>
        <w:jc w:val="right"/>
      </w:pPr>
      <w:r>
        <w:t>پیپر بننا، مشین بننا، چھپائی کا ہونا۔ یعنی کتنے سارے عمل ہیں اس میں شامل۔ وہ کیسے بنا؟ وہ خدا کے ذریعے بنا۔</w:t>
      </w:r>
    </w:p>
    <w:p>
      <w:r>
        <w:rPr>
          <w:b/>
        </w:rPr>
        <w:t xml:space="preserve">[34:01] </w:t>
      </w:r>
      <w:r>
        <w:t>yani khuda ne kuch potential rakhe the, hum ne us ko haqeeqi banaya.</w:t>
      </w:r>
    </w:p>
    <w:p>
      <w:pPr>
        <w:jc w:val="right"/>
      </w:pPr>
      <w:r>
        <w:t>یعنی خدا نے کچھ پوٹینشل رکھے تھے، ہم نے اس کو حقیقی بنایا۔</w:t>
      </w:r>
    </w:p>
    <w:p>
      <w:r>
        <w:rPr>
          <w:b/>
        </w:rPr>
        <w:t xml:space="preserve">[34:06] </w:t>
      </w:r>
      <w:r>
        <w:t>aap jante hain ke har cheez, chahe hawai jahaz ho, chahe rocket ho, chahe motor car ho, chahe paper ho. har cheez jo hai, potentially maujood thi isi duniya mein.</w:t>
      </w:r>
    </w:p>
    <w:p>
      <w:pPr>
        <w:jc w:val="right"/>
      </w:pPr>
      <w:r>
        <w:t>آپ جانتے ہیں کہ ہر چیز، چاہے ہوای جہاز ہو، چاہے راکٹ ہو، چاہے موٹر کار ہو، چاہے پیپر ہو۔ ہر چیز جو ہے، پوٹینشلی موجود تھی اسی دنیا میں۔</w:t>
      </w:r>
    </w:p>
    <w:p>
      <w:r>
        <w:rPr>
          <w:b/>
        </w:rPr>
        <w:t xml:space="preserve">[34:17] </w:t>
      </w:r>
      <w:r>
        <w:t>potentially. hum ne us ko tabdeel kiya. jaise aur maujood tha, hum ne tabdeel kiya to wo engine ban gaya.</w:t>
      </w:r>
    </w:p>
    <w:p>
      <w:pPr>
        <w:jc w:val="right"/>
      </w:pPr>
      <w:r>
        <w:t>پوٹینشلی۔ ہم نے اس کو تبدیل کیا۔ جیسے اور موجود تھا، ہم نے تبدیل کیا تو وہ انجن بن گیا۔</w:t>
      </w:r>
    </w:p>
    <w:p>
      <w:r>
        <w:rPr>
          <w:b/>
        </w:rPr>
        <w:t xml:space="preserve">[34:28] </w:t>
      </w:r>
      <w:r>
        <w:t>pani maujood tha, hum ne us ko tabdeel kiya to wo bhap ban gaya. har cheez ka yahi mamla hai.</w:t>
      </w:r>
    </w:p>
    <w:p>
      <w:pPr>
        <w:jc w:val="right"/>
      </w:pPr>
      <w:r>
        <w:t>پانی موجود تھا، ہم نے اس کو تبدیل کیا تو وہ بھاپ بن گیا۔ ہر چیز کا یہی معاملہ ہے۔</w:t>
      </w:r>
    </w:p>
    <w:p>
      <w:r>
        <w:rPr>
          <w:b/>
        </w:rPr>
        <w:t xml:space="preserve">[34:39] </w:t>
      </w:r>
      <w:r>
        <w:t>to sab agar aap zehni taur par bedar hon to har cheez ko jorne ke liye khuda se. ke mujhe agar khuda ne aqal na di hoti, agar khuda ne infrastructure na diya hota, agar khuda ne life support system na rakha hota yahan par.</w:t>
      </w:r>
    </w:p>
    <w:p>
      <w:pPr>
        <w:jc w:val="right"/>
      </w:pPr>
      <w:r>
        <w:t>تو سب اگر آپ ذہنی طور پر بیدار ہوں تو ہر چیز کو جوڑنے کے لیے خدا سے۔ کہ مجھے اگر خدا نے عقل نہ دی ہوتی، اگر خدا نے انفراسٹرکچر نہ دیا ہوتا، اگر خدا نے لائف سپورٹ سسٹم نہ رکھا ہوتا یہاں پر۔</w:t>
      </w:r>
    </w:p>
    <w:p>
      <w:r>
        <w:rPr>
          <w:b/>
        </w:rPr>
        <w:t xml:space="preserve">[34:55] </w:t>
      </w:r>
      <w:r>
        <w:t>yeh aur yeh aur yeh aur yeh. to main kuch bhi nahi kar sakta tha.</w:t>
      </w:r>
    </w:p>
    <w:p>
      <w:pPr>
        <w:jc w:val="right"/>
      </w:pPr>
      <w:r>
        <w:t>یہ اور یہ اور یہ اور یہ۔ تو میں کچھ بھی نہیں کر سکتا تھا۔</w:t>
      </w:r>
    </w:p>
    <w:p>
      <w:r>
        <w:rPr>
          <w:b/>
        </w:rPr>
        <w:t xml:space="preserve">[35:02] </w:t>
      </w:r>
      <w:r>
        <w:t>abhi subah mein roze par ek ek article parh raha tha imam ghazali ka.</w:t>
      </w:r>
    </w:p>
    <w:p>
      <w:pPr>
        <w:jc w:val="right"/>
      </w:pPr>
      <w:r>
        <w:t>ابھی صبح میں روزے پر ایک ایک آرٹیکل پڑھ رہا تھا امام غزالی کا۔</w:t>
      </w:r>
    </w:p>
    <w:p>
      <w:r>
        <w:rPr>
          <w:b/>
        </w:rPr>
        <w:t xml:space="preserve">[35:07] </w:t>
      </w:r>
      <w:r>
        <w:t>to mere zehn mein aaya ke roze ki jo sab se bari jo cheez hai, wo kya hai? be madad hone ka ehsas. sab se bara.</w:t>
      </w:r>
    </w:p>
    <w:p>
      <w:pPr>
        <w:jc w:val="right"/>
      </w:pPr>
      <w:r>
        <w:t>تو میرے ذہن میں آیا کہ روزے کی جو سب سے بڑی جو چیز ہے، وہ کیا ہے؟ بے مدد ہونے کا احساس۔ سب سے بڑا۔</w:t>
      </w:r>
    </w:p>
    <w:p>
      <w:r>
        <w:rPr>
          <w:b/>
        </w:rPr>
        <w:t xml:space="preserve">[35:18] </w:t>
      </w:r>
      <w:r>
        <w:t>be madad hone. jis ko arabi mein kehte hain ajz. ke khuda agar pani na de to main pani paida nahi kar sakta.</w:t>
      </w:r>
    </w:p>
    <w:p>
      <w:pPr>
        <w:jc w:val="right"/>
      </w:pPr>
      <w:r>
        <w:t>بے مدد ہونے۔ جس کو عربی میں کہتے ہیں عجز۔ کہ خدا اگر پانی نہ دے تو میں پانی پیدا نہیں کر سکتا۔</w:t>
      </w:r>
    </w:p>
    <w:p>
      <w:r>
        <w:rPr>
          <w:b/>
        </w:rPr>
        <w:t xml:space="preserve">[35:30] </w:t>
      </w:r>
      <w:r>
        <w:t>khuda khana na de to main khana paida nahi kar sakta.</w:t>
      </w:r>
    </w:p>
    <w:p>
      <w:pPr>
        <w:jc w:val="right"/>
      </w:pPr>
      <w:r>
        <w:t>خدا کھانا نہ دے تو میں کھانا پیدا نہیں کر سکتا۔</w:t>
      </w:r>
    </w:p>
    <w:p>
      <w:r>
        <w:rPr>
          <w:b/>
        </w:rPr>
        <w:t xml:space="preserve">[35:39] </w:t>
      </w:r>
      <w:r>
        <w:t>to yeh rozay mein jo aap ko aisa kiya jata hai ke khana band, pani band, barah chaudah ghantay ke liye.</w:t>
      </w:r>
    </w:p>
    <w:p>
      <w:pPr>
        <w:jc w:val="right"/>
      </w:pPr>
      <w:r>
        <w:t>تو یہ روزے میں جو آپ کو ایسا کیا جاتا ہے کہ کھانا بند، پانی بند، بارہ چودہ گھنٹے کے لیے۔</w:t>
      </w:r>
    </w:p>
    <w:p>
      <w:r>
        <w:rPr>
          <w:b/>
        </w:rPr>
        <w:t xml:space="preserve">[35:49] </w:t>
      </w:r>
      <w:r>
        <w:t>yani juzwi tor par, yani juzwi ma'ni mein aik hum ko aik yaad dehani kiya jata hai. yeh juzwi yaad dehani hai. total yaad dehani to qayamat mein hoga.</w:t>
      </w:r>
    </w:p>
    <w:p>
      <w:pPr>
        <w:jc w:val="right"/>
      </w:pPr>
      <w:r>
        <w:t>یعنی جزوی طور پر، یعنی جزوی معنی میں ایک ہم کو ایک یاد دہانی کیا جاتا ہے۔ یہ جزوی یاد دہانی ہے۔ ٹوٹل یاد دہانی تو قیامت میں ہوگا۔</w:t>
      </w:r>
    </w:p>
    <w:p>
      <w:r>
        <w:rPr>
          <w:b/>
        </w:rPr>
        <w:t xml:space="preserve">[36:01] </w:t>
      </w:r>
      <w:r>
        <w:t>juzwi yaad dehani. ke khuda na de to tum pani nahi pa sakte.</w:t>
      </w:r>
    </w:p>
    <w:p>
      <w:pPr>
        <w:jc w:val="right"/>
      </w:pPr>
      <w:r>
        <w:t>جزوی یاد دہانی۔ کہ خدا نہ دے تو تم پانی نہیں پا سکتے۔</w:t>
      </w:r>
    </w:p>
    <w:p>
      <w:r>
        <w:rPr>
          <w:b/>
        </w:rPr>
        <w:t xml:space="preserve">[36:13] </w:t>
      </w:r>
      <w:r>
        <w:t>in aap dekhiye ke pani jo hai, do gases ke milne se pani banta hai. do gases ke milne se pani banta hai.</w:t>
      </w:r>
    </w:p>
    <w:p>
      <w:pPr>
        <w:jc w:val="right"/>
      </w:pPr>
      <w:r>
        <w:t>ان آپ دیکھیے کہ پانی جو ہے، دو گیسز کے ملنے سے پانی بنتا ہے۔ دو گیسز کے ملنے سے پانی بنتا ہے۔</w:t>
      </w:r>
    </w:p>
    <w:p>
      <w:r>
        <w:rPr>
          <w:b/>
        </w:rPr>
        <w:t xml:space="preserve">[36:22] </w:t>
      </w:r>
      <w:r>
        <w:t>yeh do gases kaise aik mil jati hain? hum to milate nahi ho. khuda ne mila rakha hai. agar khuda hukum apna hata le to dono gases alag ho jayen.</w:t>
      </w:r>
    </w:p>
    <w:p>
      <w:pPr>
        <w:jc w:val="right"/>
      </w:pPr>
      <w:r>
        <w:t>یہ دو گیسز کیسے ایک مل جاتی ہیں؟ ہم تو ملاتے نہیں ہو۔ خدا نے ملا رکھا ہے۔ اگر خدا حکم اپنا ہٹا لے تو دونوں گیسز الگ ہو جائیں۔</w:t>
      </w:r>
    </w:p>
    <w:p>
      <w:r>
        <w:rPr>
          <w:b/>
        </w:rPr>
        <w:t xml:space="preserve">[36:35] </w:t>
      </w:r>
      <w:r>
        <w:t>to achaanak pani khatam.</w:t>
      </w:r>
    </w:p>
    <w:p>
      <w:pPr>
        <w:jc w:val="right"/>
      </w:pPr>
      <w:r>
        <w:t>تو اچانک پانی ختم۔</w:t>
      </w:r>
    </w:p>
    <w:p>
      <w:r>
        <w:rPr>
          <w:b/>
        </w:rPr>
        <w:t xml:space="preserve">[36:39] </w:t>
      </w:r>
      <w:r>
        <w:t>saare samundaron mein pani khatam.</w:t>
      </w:r>
    </w:p>
    <w:p>
      <w:pPr>
        <w:jc w:val="right"/>
      </w:pPr>
      <w:r>
        <w:t>سارے سمندروں میں پانی ختم۔</w:t>
      </w:r>
    </w:p>
    <w:p>
      <w:r>
        <w:rPr>
          <w:b/>
        </w:rPr>
        <w:t xml:space="preserve">[36:45] </w:t>
      </w:r>
      <w:r>
        <w:t>yani oxygen aur hydrogen jo mil kar pani banate hain, to mile kaise woh? aur mil kar ke gases jo hain, pani kaise ban gayeen?</w:t>
      </w:r>
    </w:p>
    <w:p>
      <w:pPr>
        <w:jc w:val="right"/>
      </w:pPr>
      <w:r>
        <w:t>یعنی آکسیجن اور ہائیڈروجن جو مل کر پانی بناتے ہیں، تو ملے کیسے وہ؟ اور مل کر کے گیسز جو ہیں، پانی کیسے بن گئیں؟</w:t>
      </w:r>
    </w:p>
    <w:p>
      <w:r>
        <w:rPr>
          <w:b/>
        </w:rPr>
        <w:t xml:space="preserve">[36:55] </w:t>
      </w:r>
      <w:r>
        <w:t>to khuda agar apne hukum ko wapas le le to kya hoga achaanak? hydrogen alag aur oxygen alag. pani hai hi nahi, maujood hi nahi pani.</w:t>
      </w:r>
    </w:p>
    <w:p>
      <w:pPr>
        <w:jc w:val="right"/>
      </w:pPr>
      <w:r>
        <w:t>تو خدا اگر اپنے حکم کو واپس لے لے تو کیا ہوگا اچانک؟ ہائیڈروجن الگ اور آکسیجن الگ۔ پانی ہے ہی نہیں، موجود ہی نہیں پانی۔</w:t>
      </w:r>
    </w:p>
    <w:p>
      <w:r>
        <w:rPr>
          <w:b/>
        </w:rPr>
        <w:t xml:space="preserve">[37:05] </w:t>
      </w:r>
      <w:r>
        <w:t>kya karenge aap? pani ke baghair mar jayenge.</w:t>
      </w:r>
    </w:p>
    <w:p>
      <w:pPr>
        <w:jc w:val="right"/>
      </w:pPr>
      <w:r>
        <w:t>کیا کریں گے آپ؟ پانی کے بغیر مر جائیں گے۔</w:t>
      </w:r>
    </w:p>
    <w:p>
      <w:r>
        <w:rPr>
          <w:b/>
        </w:rPr>
        <w:t xml:space="preserve">[37:11] </w:t>
      </w:r>
      <w:r>
        <w:t>to har cheez potentially khuda ne di hai. hum us ko haqeeqi banate hain. insan sochta nahi.</w:t>
      </w:r>
    </w:p>
    <w:p>
      <w:pPr>
        <w:jc w:val="right"/>
      </w:pPr>
      <w:r>
        <w:t>تو ہر چیز پوٹینشلی خدا نے دی ہے۔ ہم اس کو حقیقی بناتے ہیں۔ انسان سوچتا نہیں۔</w:t>
      </w:r>
    </w:p>
    <w:p>
      <w:r>
        <w:rPr>
          <w:b/>
        </w:rPr>
        <w:t xml:space="preserve">[37:19] </w:t>
      </w:r>
      <w:r>
        <w:t>woh samajhta hai ke bas paisa tha, main ne khareed liya. paise ka to is mein jo role hai, aik shakhs se bhi billion time kam hai.</w:t>
      </w:r>
    </w:p>
    <w:p>
      <w:pPr>
        <w:jc w:val="right"/>
      </w:pPr>
      <w:r>
        <w:t>وہ سمجھتا ہے کہ بس پیسہ تھا، میں نے خرید لیا۔ پیسے کا تو اس میں جو رول ہے، ایک شخص سے بھی بلین ٹائم کم ہے۔</w:t>
      </w:r>
    </w:p>
    <w:p>
      <w:r>
        <w:rPr>
          <w:b/>
        </w:rPr>
        <w:t xml:space="preserve">[37:32] </w:t>
      </w:r>
      <w:r>
        <w:t>paisa jo hai, woh kya hai? kya is ka role hai</w:t>
      </w:r>
    </w:p>
    <w:p>
      <w:pPr>
        <w:jc w:val="right"/>
      </w:pPr>
      <w:r>
        <w:t>پیسہ جو ہے، وہ کیا ہے؟ کیا اس کا رول ہے</w:t>
      </w:r>
    </w:p>
    <w:p>
      <w:r>
        <w:rPr>
          <w:b/>
        </w:rPr>
        <w:t xml:space="preserve">[37:35] </w:t>
      </w:r>
      <w:r>
        <w:t>? bohat hi billion time kam hai. aik shakhs se bhi paise ka role. to rozay isi ehsaas ko jagane ke liye hai.</w:t>
      </w:r>
    </w:p>
    <w:p>
      <w:pPr>
        <w:jc w:val="right"/>
      </w:pPr>
      <w:r>
        <w:t>؟ بہت ہی بلین ٹائم کم ہے۔ ایک شخص سے بھی پیسے کا رول۔ تو روزہ اسی احساس کو جگانے کے لیے ہے۔</w:t>
      </w:r>
    </w:p>
    <w:p>
      <w:r>
        <w:rPr>
          <w:b/>
        </w:rPr>
        <w:t xml:space="preserve">[37:48] </w:t>
      </w:r>
      <w:r>
        <w:t>yani juzwi yaad dehani hai woh. agar total yaad dehani agar ho to hum mar jayen. yani poori tarah hamein agar pani se mehroom kar diya jaye.</w:t>
      </w:r>
    </w:p>
    <w:p>
      <w:pPr>
        <w:jc w:val="right"/>
      </w:pPr>
      <w:r>
        <w:t>یعنی جزوی یاد دہانی ہے وہ۔ اگر ٹوٹل یاد دہانی اگر ہو تو ہم مر جائیں۔ یعنی پوری طرح ہمیں اگر پانی سے محروم کر دیا جائے۔</w:t>
      </w:r>
    </w:p>
    <w:p>
      <w:r>
        <w:rPr>
          <w:b/>
        </w:rPr>
        <w:t xml:space="preserve">[37:58] </w:t>
      </w:r>
      <w:r>
        <w:t>poori tarah hamein khane se mehroom kar diya jaye to hum mar jayenge.</w:t>
      </w:r>
    </w:p>
    <w:p>
      <w:pPr>
        <w:jc w:val="right"/>
      </w:pPr>
      <w:r>
        <w:t>پوری طرح ہمیں کھانے سے محروم کر دیا جائے تو ہم مر جائیں گے۔</w:t>
      </w:r>
    </w:p>
    <w:p>
      <w:r>
        <w:rPr>
          <w:b/>
        </w:rPr>
        <w:t xml:space="preserve">[38:04] </w:t>
      </w:r>
      <w:r>
        <w:t>main aik bar to rajasthan gaya. aik aik aadmi ko dekh kar bohat bohat ibrat hui. aap jante hain ke jain dharm mein aik tasawwur hai.</w:t>
      </w:r>
    </w:p>
    <w:p>
      <w:pPr>
        <w:jc w:val="right"/>
      </w:pPr>
      <w:r>
        <w:t>میں ایک بار تو راجستھان گیا۔ ایک ایک آدمی کو دیکھ کر بہت بہت عبرت ہوئی۔ آپ جانتے ہیں کہ جین دھرم میں ایک تصور ہے۔</w:t>
      </w:r>
    </w:p>
    <w:p>
      <w:r>
        <w:rPr>
          <w:b/>
        </w:rPr>
        <w:t xml:space="preserve">[38:16] </w:t>
      </w:r>
      <w:r>
        <w:t>ke jo log bohat ooncha maqam pana chahte hain to woh marne se pehle apne ko yani hawale kar dete hain.</w:t>
      </w:r>
    </w:p>
    <w:p>
      <w:pPr>
        <w:jc w:val="right"/>
      </w:pPr>
      <w:r>
        <w:t>کہ جو لوگ بہت اونچا مقام پانا چاہتے ہیں تو وہ مرنے سے پہلے اپنے کو یعنی حوالے کر دیتے ہیں۔</w:t>
      </w:r>
    </w:p>
    <w:p>
      <w:r>
        <w:rPr>
          <w:b/>
        </w:rPr>
        <w:t xml:space="preserve">[38:26] </w:t>
      </w:r>
      <w:r>
        <w:t>yani woh khana peena chhod dete hain. khana peena chhod dete hain.</w:t>
      </w:r>
    </w:p>
    <w:p>
      <w:pPr>
        <w:jc w:val="right"/>
      </w:pPr>
      <w:r>
        <w:t>یعنی وہ کھانا پینا چھوڑ دیتے ہیں۔ کھانا پینا چھوڑ دیتے ہیں۔</w:t>
      </w:r>
    </w:p>
    <w:p>
      <w:r>
        <w:rPr>
          <w:b/>
        </w:rPr>
        <w:t xml:space="preserve">[38:32] </w:t>
      </w:r>
      <w:r>
        <w:t>to aik aadmi main ne dekha aisa. aik jo leta hua tha woh. aur us ne khana peena chhod rakha tha. bilkul chhod diya tha us ne.</w:t>
      </w:r>
    </w:p>
    <w:p>
      <w:pPr>
        <w:jc w:val="right"/>
      </w:pPr>
      <w:r>
        <w:t>تو ایک آدمی میں نے دیکھا ایسا۔ ایک جو لیٹا ہوا تھا وہ۔ اور اس نے کھانا پینا چھوڑ رکھا تھا۔ بالکل چھوڑ دیا تھا اس نے۔</w:t>
      </w:r>
    </w:p>
    <w:p>
      <w:r>
        <w:rPr>
          <w:b/>
        </w:rPr>
        <w:t xml:space="preserve">[38:41] </w:t>
      </w:r>
      <w:r>
        <w:t>kyun ke woh. woh koi aik lafz hai, ab main sanskrit mein mujhe yaad nahi hai woh kya kehte hain us ko.</w:t>
      </w:r>
    </w:p>
    <w:p>
      <w:pPr>
        <w:jc w:val="right"/>
      </w:pPr>
      <w:r>
        <w:t>کیونکہ وہ۔ وہ کوئی ایک لفظ ہے، اب میں سنسکرت میں مجھے یاد نہیں ہے وہ کیا کہتے ہیں اس کو۔</w:t>
      </w:r>
    </w:p>
    <w:p>
      <w:r>
        <w:rPr>
          <w:b/>
        </w:rPr>
        <w:t xml:space="preserve">[38:48] </w:t>
      </w:r>
      <w:r>
        <w:t>main ne likha hai apne magazine mein. ke ji ji ji ji ji ji ji ji ji ji ke jism ko chhodna. atma jo hai, jism ko chahte hain ke hum.</w:t>
      </w:r>
    </w:p>
    <w:p>
      <w:pPr>
        <w:jc w:val="right"/>
      </w:pPr>
      <w:r>
        <w:t>میں نے لکھا ہے اپنے میگزین میں۔ کہ جی جی جی جی جی جی جی جی جی جی کہ جسم کو چھوڑنا۔ آتما جو ہے، جسم کو چاہتے ہیں کہ ہم۔</w:t>
      </w:r>
    </w:p>
    <w:p>
      <w:r>
        <w:rPr>
          <w:b/>
        </w:rPr>
        <w:t xml:space="preserve">[38:58] </w:t>
      </w:r>
      <w:r>
        <w:t>us ne kaha in ke aik aik shagird ne, aik in ke aik shagird ne ke log jo hain, yani logon ko chhudwaya jata hai, hum khud se chhod dete hain.</w:t>
      </w:r>
    </w:p>
    <w:p>
      <w:pPr>
        <w:jc w:val="right"/>
      </w:pPr>
      <w:r>
        <w:t>اس نے کہا ان کے ایک ایک شاگرد نے، ایک ان کے ایک شاگرد نے کہ لوگ جو ہیں، یعنی لوگوں کو چھڑوایا جاتا ہے، ہم خود سے چھوڑ دیتے ہیں۔</w:t>
      </w:r>
    </w:p>
    <w:p>
      <w:r>
        <w:rPr>
          <w:b/>
        </w:rPr>
        <w:t xml:space="preserve">[39:12] </w:t>
      </w:r>
      <w:r>
        <w:t>kya lafz bola tha woh? ke doosre logon ko chhudwaya jata hai tab chhodte hain is dunya</w:t>
      </w:r>
    </w:p>
    <w:p>
      <w:pPr>
        <w:jc w:val="right"/>
      </w:pPr>
      <w:r>
        <w:t>کیا لفظ بولا تھا وہ؟ کہ دوسرے لوگوں کو چھڑوایا جاتا ہے تب چھوڑتے ہیں اس دنیا</w:t>
      </w:r>
    </w:p>
    <w:p>
      <w:r>
        <w:rPr>
          <w:b/>
        </w:rPr>
        <w:t xml:space="preserve">[39:17] </w:t>
      </w:r>
      <w:r>
        <w:t>ko. hum apnay apnay aap chhod dete hain. to sahib woh aadmi pada hua tha. aur khane peene ke baghair. ek dam samajhiye ke jaise pathar ki tarah tha woh.</w:t>
      </w:r>
    </w:p>
    <w:p>
      <w:pPr>
        <w:jc w:val="right"/>
      </w:pPr>
      <w:r>
        <w:t>کو۔ ہم اپنے اپنے آپ چھوڑ دیتے ہیں۔ تو صاحب وہ آدمی پڑا ہوا تھا۔ اور کھانے پینے کے بغیر۔ ایک دم سمجھئے کہ جیسے پتھر کی طرح تھا وہ۔</w:t>
      </w:r>
    </w:p>
    <w:p>
      <w:r>
        <w:rPr>
          <w:b/>
        </w:rPr>
        <w:t xml:space="preserve">[39:28] </w:t>
      </w:r>
      <w:r>
        <w:t>zinda tha abhi woh. lekin bol nahi sakta tha woh. zinda tha abhi woh, bol nahi sakta tha woh. sookha, jaise ek sookha jism tha.</w:t>
      </w:r>
    </w:p>
    <w:p>
      <w:pPr>
        <w:jc w:val="right"/>
      </w:pPr>
      <w:r>
        <w:t>زندہ تھا ابھی وہ۔ لیکن بول نہیں سکتا تھا وہ۔ زندہ تھا ابھی وہ، بول نہیں سکتا تھا وہ۔ سوکھا، جیسے ایک سوکھا جسم تھا۔</w:t>
      </w:r>
    </w:p>
    <w:p>
      <w:r>
        <w:rPr>
          <w:b/>
        </w:rPr>
        <w:t xml:space="preserve">[39:37] </w:t>
      </w:r>
      <w:r>
        <w:t>sookha jism. ajeeb dekh kar ke mujhe rongte khade hote the.</w:t>
      </w:r>
    </w:p>
    <w:p>
      <w:pPr>
        <w:jc w:val="right"/>
      </w:pPr>
      <w:r>
        <w:t>سوکھا جسم۔ عجیب دیکھ کر کے مجھے رونگٹے کھڑے ہوتے تھے۔</w:t>
      </w:r>
    </w:p>
    <w:p>
      <w:r>
        <w:rPr>
          <w:b/>
        </w:rPr>
        <w:t xml:space="preserve">[39:43] </w:t>
      </w:r>
      <w:r>
        <w:t>ke sirf yeh itna hi hua ke us ne khana chhod diya aur pani chhod diya. abhi bhi oxygen mil raha hai us ko. saans le raha hai woh.</w:t>
      </w:r>
    </w:p>
    <w:p>
      <w:pPr>
        <w:jc w:val="right"/>
      </w:pPr>
      <w:r>
        <w:t>کہ صرف یہ اتنا ہی ہوا کہ اس نے کھانا چھوڑ دیا اور پانی چھوڑ دیا۔ ابھی بھی آکسیجن مل رہا ہے اس کو۔ سانس لے رہا ہے وہ۔</w:t>
      </w:r>
    </w:p>
    <w:p>
      <w:r>
        <w:rPr>
          <w:b/>
        </w:rPr>
        <w:t xml:space="preserve">[39:53] </w:t>
      </w:r>
      <w:r>
        <w:t>us ke charon taraf us ke shagird bohat sare hain. lekin khana peena chhodne se kya hua? ek ek bilkul ek sokhi lakri ki tarah pada hua tha.</w:t>
      </w:r>
    </w:p>
    <w:p>
      <w:pPr>
        <w:jc w:val="right"/>
      </w:pPr>
      <w:r>
        <w:t>اس کے چاروں طرف اس کے شاگرد بہت سارے ہیں۔ لیکن کھانا پینا چھوڑنے سے کیا ہوا؟ ایک ایک بالکل ایک سوکھی لکڑی کی طرح پڑا ہوا تھا۔</w:t>
      </w:r>
    </w:p>
    <w:p>
      <w:r>
        <w:rPr>
          <w:b/>
        </w:rPr>
        <w:t xml:space="preserve">[40:03] </w:t>
      </w:r>
      <w:r>
        <w:t>bol nahi sakta tha woh.</w:t>
      </w:r>
    </w:p>
    <w:p>
      <w:pPr>
        <w:jc w:val="right"/>
      </w:pPr>
      <w:r>
        <w:t>بول نہیں سکتا تھا وہ۔</w:t>
      </w:r>
    </w:p>
    <w:p>
      <w:r>
        <w:rPr>
          <w:b/>
        </w:rPr>
        <w:t xml:space="preserve">[40:06] </w:t>
      </w:r>
      <w:r>
        <w:t>hamare sath acharya shashil kumar the. to unhon ne chaha ke kuch is se baat karen. to woh bol nahi paya woh.</w:t>
      </w:r>
    </w:p>
    <w:p>
      <w:pPr>
        <w:jc w:val="right"/>
      </w:pPr>
      <w:r>
        <w:t>ہمارے ساتھ آچاریہ ششیل کمار تھے۔ تو انہوں نے چاہا کہ کچھ اس سے بات کریں۔ تو وہ بول نہیں پایا وہ۔</w:t>
      </w:r>
    </w:p>
    <w:p>
      <w:r>
        <w:rPr>
          <w:b/>
        </w:rPr>
        <w:t xml:space="preserve">[40:14] </w:t>
      </w:r>
      <w:r>
        <w:t>kuch baat nahi kar paya woh. to roza rakh kar ke hum ko ek juzwi mani mein yaad dilaya jata hai ke pani kya cheez hai aur khana kya cheez hai.</w:t>
      </w:r>
    </w:p>
    <w:p>
      <w:pPr>
        <w:jc w:val="right"/>
      </w:pPr>
      <w:r>
        <w:t>کچھ بات نہیں کر پایا وہ۔ تو روزہ رکھ کر کے ہم کو ایک جزوی معنی میں یاد دلایا جاتا ہے کہ پانی کیا چیز ہے اور کھانا کیا چیز ہے۔</w:t>
      </w:r>
    </w:p>
    <w:p>
      <w:r>
        <w:rPr>
          <w:b/>
        </w:rPr>
        <w:t xml:space="preserve">[40:26] </w:t>
      </w:r>
      <w:r>
        <w:t>phir yeh hai ke baqiya cheezen bhi kya cheez hain.</w:t>
      </w:r>
    </w:p>
    <w:p>
      <w:pPr>
        <w:jc w:val="right"/>
      </w:pPr>
      <w:r>
        <w:t>پھر یہ ہے کہ بقیہ چیزیں بھی کیا چیز ہیں۔</w:t>
      </w:r>
    </w:p>
    <w:p>
      <w:r>
        <w:rPr>
          <w:b/>
        </w:rPr>
        <w:t xml:space="preserve">[40:31] </w:t>
      </w:r>
      <w:r>
        <w:t>yani pani aur khana to ilamati mani mein chhodha gaya aap se. isi tarah aap sochiye ke zameen chhin jaye, suraj chhin jaye, hawa chhin jaye.</w:t>
      </w:r>
    </w:p>
    <w:p>
      <w:pPr>
        <w:jc w:val="right"/>
      </w:pPr>
      <w:r>
        <w:t>یعنی پانی اور کھانا تو علامتی معنی میں چھوڑا گیا آپ سے۔ اسی طرح آپ سوچیے کہ زمین چھن جائے، سورج چھن جائے، ہوا چھن جائے۔</w:t>
      </w:r>
    </w:p>
    <w:p>
      <w:r>
        <w:rPr>
          <w:b/>
        </w:rPr>
        <w:t xml:space="preserve">[40:42] </w:t>
      </w:r>
      <w:r>
        <w:t>aur oxygen chhin jaye, roshni chhin jaye. is ko badha kar ke sab par le jaiye aap. tab aap roze ki mani ko samajh sakte hain.</w:t>
      </w:r>
    </w:p>
    <w:p>
      <w:pPr>
        <w:jc w:val="right"/>
      </w:pPr>
      <w:r>
        <w:t>اور آکسیجن چھن جائے، روشنی چھن جائے۔ اس کو بڑھا کر کے سب پر لے جائیے آپ۔ تب آپ روزے کی معنی کو سمجھ سکتے ہیں۔</w:t>
      </w:r>
    </w:p>
    <w:p>
      <w:r>
        <w:rPr>
          <w:b/>
        </w:rPr>
        <w:t xml:space="preserve">[40:55] </w:t>
      </w:r>
      <w:r>
        <w:t>roze ki mani ko samajh sakte hain.</w:t>
      </w:r>
    </w:p>
    <w:p>
      <w:pPr>
        <w:jc w:val="right"/>
      </w:pPr>
      <w:r>
        <w:t>روزے کی معنی کو سمجھ سکتے ہیں۔</w:t>
      </w:r>
    </w:p>
    <w:p>
      <w:r>
        <w:rPr>
          <w:b/>
        </w:rPr>
        <w:t xml:space="preserve">[40:58] </w:t>
      </w:r>
      <w:r>
        <w:t>abhi bhi mein meri aankhon ke samne woh insan ka jism jo hai, abhi bhi bilkul jaise aankhon ke samne hai. leta hua hai, sookha jism hai is ka.</w:t>
      </w:r>
    </w:p>
    <w:p>
      <w:pPr>
        <w:jc w:val="right"/>
      </w:pPr>
      <w:r>
        <w:t>ابھی بھی میں میری آنکھوں کے سامنے وہ انسان کا جسم جو ہے، ابھی بھی بالکل جیسے آنکھوں کے سامنے ہے۔ لیٹا ہوا ہے، سوکھا جسم ہے اس کا۔</w:t>
      </w:r>
    </w:p>
    <w:p>
      <w:r>
        <w:rPr>
          <w:b/>
        </w:rPr>
        <w:t xml:space="preserve">[41:10] </w:t>
      </w:r>
      <w:r>
        <w:t>aankh khuli hui hai. lekin bol nahi sakta woh. ek dam woh dubla ho gaya tha. haddiyan dikhai deti thin.</w:t>
      </w:r>
    </w:p>
    <w:p>
      <w:pPr>
        <w:jc w:val="right"/>
      </w:pPr>
      <w:r>
        <w:t>آنکھ کھلی ہوئی ہے۔ لیکن بول نہیں سکتا وہ۔ ایک دم وہ دبلا ہو گیا تھا۔ ہڈیاں دکھائی دیتی تھیں۔</w:t>
      </w:r>
    </w:p>
    <w:p>
      <w:r>
        <w:rPr>
          <w:b/>
        </w:rPr>
        <w:t xml:space="preserve">[41:19] </w:t>
      </w:r>
      <w:r>
        <w:t>to ek achhi imarat thi wahan par. ek achha gadha tha wahan par. us ke shagird the sare wahan par.</w:t>
      </w:r>
    </w:p>
    <w:p>
      <w:pPr>
        <w:jc w:val="right"/>
      </w:pPr>
      <w:r>
        <w:t>تو ایک اچھی عمارت تھی وہاں پر۔ ایک اچھا گدھا تھا وہاں پر۔ اس کے شاگرد تھے سارے وہاں پر۔</w:t>
      </w:r>
    </w:p>
    <w:p>
      <w:r>
        <w:rPr>
          <w:b/>
        </w:rPr>
        <w:t xml:space="preserve">[41:28] </w:t>
      </w:r>
      <w:r>
        <w:t>bas sab kuch us ke liye kuch nahi tha. kyunke pani nahi pi raha hai, woh khana nahi kha raha hai. jain dharm mein aisa hota hai.</w:t>
      </w:r>
    </w:p>
    <w:p>
      <w:pPr>
        <w:jc w:val="right"/>
      </w:pPr>
      <w:r>
        <w:t>بس سب کچھ اس کے لیے کچھ نہیں تھا۔ کیونکہ پانی نہیں پی رہا ہے، وہ کھانا نہیں کھا رہا ہے۔ جین دھرم میں ایسا ہوتا ہے۔</w:t>
      </w:r>
    </w:p>
    <w:p>
      <w:r>
        <w:rPr>
          <w:b/>
        </w:rPr>
        <w:t xml:space="preserve">[41:38] </w:t>
      </w:r>
      <w:r>
        <w:t>to ek bar maine aisa dekha maine. acharya shashil kumar ke sath mein gaya tha wahan par. jo khud jain guru the.</w:t>
      </w:r>
    </w:p>
    <w:p>
      <w:pPr>
        <w:jc w:val="right"/>
      </w:pPr>
      <w:r>
        <w:t>تو ایک بار میں نے ایسا دیکھا میں نے۔ آچاریہ ششیل کمار کے ساتھ میں گیا تھا وہاں پر۔ جو خود جین گرو تھے۔</w:t>
      </w:r>
    </w:p>
    <w:p>
      <w:r>
        <w:rPr>
          <w:b/>
        </w:rPr>
        <w:t xml:space="preserve">[41:49] </w:t>
      </w:r>
      <w:r>
        <w:t>to mein samajhta hoon ke is duniya mein aadmi ko, agar aadmi ne is baat ko nahi jana to woh kuch bhi nahi jaan paya woh.</w:t>
      </w:r>
    </w:p>
    <w:p>
      <w:pPr>
        <w:jc w:val="right"/>
      </w:pPr>
      <w:r>
        <w:t>تو میں سمجھتا ہوں کہ اس دنیا میں آدمی کو، اگر آدمی نے اس بات کو نہیں جانا تو وہ کچھ بھی نہیں جان پایا وہ۔</w:t>
      </w:r>
    </w:p>
    <w:p>
      <w:r>
        <w:rPr>
          <w:b/>
        </w:rPr>
        <w:t xml:space="preserve">[42:05] </w:t>
      </w:r>
      <w:r>
        <w:t>kuch bhi nahi jaan paya. zehni bedari ka yaad rakhiye, yahi yahi aghaz hai.</w:t>
      </w:r>
    </w:p>
    <w:p>
      <w:pPr>
        <w:jc w:val="right"/>
      </w:pPr>
      <w:r>
        <w:t>کچھ بھی نہیں جان پایا۔ ذہنی بیداری کا یاد رکھیے، یہی یہی آغاز ہے۔</w:t>
      </w:r>
    </w:p>
    <w:p>
      <w:r>
        <w:rPr>
          <w:b/>
        </w:rPr>
        <w:t xml:space="preserve">[42:14] </w:t>
      </w:r>
      <w:r>
        <w:t>zehni bedari ki yahi aghaz</w:t>
      </w:r>
    </w:p>
    <w:p>
      <w:pPr>
        <w:jc w:val="right"/>
      </w:pPr>
      <w:r>
        <w:t>ذہنی بیداری کی یہی آغاز</w:t>
      </w:r>
    </w:p>
    <w:p>
      <w:r>
        <w:rPr>
          <w:b/>
        </w:rPr>
        <w:t xml:space="preserve">[42:17] </w:t>
      </w:r>
      <w:r>
        <w:t>hai. ke aap apni be madad hone ko jaanen.</w:t>
      </w:r>
    </w:p>
    <w:p>
      <w:pPr>
        <w:jc w:val="right"/>
      </w:pPr>
      <w:r>
        <w:t>ہے۔ کہ آپ اپنی بے مدد ہونے کو جانیں۔</w:t>
      </w:r>
    </w:p>
    <w:p>
      <w:r>
        <w:rPr>
          <w:b/>
        </w:rPr>
        <w:t xml:space="preserve">[42:23] </w:t>
      </w:r>
      <w:r>
        <w:t>jis cheez ko hum kehte hain zehni bedari. us ki us ki aghaz yeh hai ke aap jaanen apni be madad hone ko. isi liye roze ke bare mein mein sochta tha ke itna zyada sawab kyun rakha gaya hai hadith mein.</w:t>
      </w:r>
    </w:p>
    <w:p>
      <w:pPr>
        <w:jc w:val="right"/>
      </w:pPr>
      <w:r>
        <w:t>جس چیز کو ہم کہتے ہیں ذہنی بیداری۔ اس کی اس کی آغاز یہ ہے کہ آپ جانیں اپنی بے مدد ہونے کو۔ اسی لیے روزے کے بارے میں میں سوچتا تھا کہ اتنا زیادہ ثواب کیوں رکھا گیا ہے حدیث میں۔</w:t>
      </w:r>
    </w:p>
    <w:p>
      <w:r>
        <w:rPr>
          <w:b/>
        </w:rPr>
        <w:t xml:space="preserve">[42:36] </w:t>
      </w:r>
      <w:r>
        <w:t>hadith mein hai ke Allah taala har amal ka sawab deta hai.</w:t>
      </w:r>
    </w:p>
    <w:p>
      <w:pPr>
        <w:jc w:val="right"/>
      </w:pPr>
      <w:r>
        <w:t>حدیث میں ہے کہ اللہ تعالیٰ ہر عمل کا ثواب دیتا ہے۔</w:t>
      </w:r>
    </w:p>
    <w:p>
      <w:r>
        <w:rPr>
          <w:b/>
        </w:rPr>
        <w:t xml:space="preserve">[42:45] </w:t>
      </w:r>
      <w:r>
        <w:t>das gunay se bohat zyada gunah tak.</w:t>
      </w:r>
    </w:p>
    <w:p>
      <w:pPr>
        <w:jc w:val="right"/>
      </w:pPr>
      <w:r>
        <w:t>دس گنے سے بہت زیادہ گناہ تک۔</w:t>
      </w:r>
    </w:p>
    <w:p>
      <w:r>
        <w:rPr>
          <w:b/>
        </w:rPr>
        <w:t xml:space="preserve">[42:48] </w:t>
      </w:r>
      <w:r>
        <w:t>siwa roze ke. yani baqiya aemal ka sawab milta hai das gunay se saat sau gunay tak. jo doosre amal hain, is ka Khuda sawab deta hai.</w:t>
      </w:r>
    </w:p>
    <w:p>
      <w:pPr>
        <w:jc w:val="right"/>
      </w:pPr>
      <w:r>
        <w:t>سوا روزے کے۔ یعنی بقیہ اعمال کا ثواب ملتا ہے دس گنے سے سات سو گنے تک۔ جو دوسرے عمل ہیں، اس کا خدا ثواب دیتا ہے۔</w:t>
      </w:r>
    </w:p>
    <w:p>
      <w:r>
        <w:rPr>
          <w:b/>
        </w:rPr>
        <w:t xml:space="preserve">[43:05] </w:t>
      </w:r>
      <w:r>
        <w:t>das ginne se le kar sau saat sau ginne tak. alaa al-sawm.</w:t>
      </w:r>
    </w:p>
    <w:p>
      <w:pPr>
        <w:jc w:val="right"/>
      </w:pPr>
      <w:r>
        <w:t>دس گنے سے لے کر سو سات سو گنے تک۔ الا الصوم۔</w:t>
      </w:r>
    </w:p>
    <w:p>
      <w:r>
        <w:rPr>
          <w:b/>
        </w:rPr>
        <w:t xml:space="preserve">[43:13] </w:t>
      </w:r>
      <w:r>
        <w:t>roz</w:t>
      </w:r>
    </w:p>
    <w:p>
      <w:pPr>
        <w:jc w:val="right"/>
      </w:pPr>
      <w:r>
        <w:t>روز</w:t>
      </w:r>
    </w:p>
    <w:p>
      <w:r>
        <w:rPr>
          <w:b/>
        </w:rPr>
        <w:t xml:space="preserve">[43:16] </w:t>
      </w:r>
      <w:r>
        <w:t>h mere liye hai aur main hi is ka badla doonga. main bohat dinon se sochta raha ke roza sirf agar khane peena chhodne ka naam hai.</w:t>
      </w:r>
    </w:p>
    <w:p>
      <w:pPr>
        <w:jc w:val="right"/>
      </w:pPr>
      <w:r>
        <w:t>ہ میرے لیے ہے اور میں ہی اس کا بدلہ دوں گا۔ میں بہت دنوں سے سوچتا رہا کہ روزہ صرف اگر کھانے پینا چھوڑنے کا نام ہو۔</w:t>
      </w:r>
    </w:p>
    <w:p>
      <w:r>
        <w:rPr>
          <w:b/>
        </w:rPr>
        <w:t xml:space="preserve">[43:26] </w:t>
      </w:r>
      <w:r>
        <w:t>to itna bada sawab, itna bada sawab is ka kaise ho jayega? yeh khuda ka andaza hai. jis khuda ne itni badi duniya banai.</w:t>
      </w:r>
    </w:p>
    <w:p>
      <w:pPr>
        <w:jc w:val="right"/>
      </w:pPr>
      <w:r>
        <w:t>تو اتنا بڑا ثواب، اتنا بڑا ثواب اس کا کیسے ہو جائے گا؟ یہ خدا کا اندازہ ہے۔ جس خدا نے اتنی بڑی دنیا بنائی۔</w:t>
      </w:r>
    </w:p>
    <w:p>
      <w:r>
        <w:rPr>
          <w:b/>
        </w:rPr>
        <w:t xml:space="preserve">[43:36] </w:t>
      </w:r>
      <w:r>
        <w:t>ke is ka char feesad hai, aap dekh payen tab bhi itni badi lagti hai duniya. nawwe chhe feesad abhi tak ghayab hai hamari aankhon se.</w:t>
      </w:r>
    </w:p>
    <w:p>
      <w:pPr>
        <w:jc w:val="right"/>
      </w:pPr>
      <w:r>
        <w:t>کہ اس کا چار فیصد ہے، آپ دیکھ پائیں تب بھی اتنی بڑی لگتی ہے دنیا۔ نوے چھ فیصد ابھی تک غائب ہے ہماری آنکھوں سے۔</w:t>
      </w:r>
    </w:p>
    <w:p>
      <w:r>
        <w:rPr>
          <w:b/>
        </w:rPr>
        <w:t xml:space="preserve">[43:44] </w:t>
      </w:r>
      <w:r>
        <w:t>to itna bada khuda jo hai, sirf barah ghante, chaubees ghante aadmi ne khana chhod diya to itna bada sawab de dega is ko? yeh khuda ka andaza hai.</w:t>
      </w:r>
    </w:p>
    <w:p>
      <w:pPr>
        <w:jc w:val="right"/>
      </w:pPr>
      <w:r>
        <w:t>تو اتنا بڑا خدا جو ہے، صرف بارہ گھنٹے، چوبیس گھنٹے آدمی نے کھانا چھوڑ دیا تو اتنا بڑا ثواب دے دے گا اس کو؟ یہ خدا کا اندازہ ہے۔</w:t>
      </w:r>
    </w:p>
    <w:p>
      <w:r>
        <w:rPr>
          <w:b/>
        </w:rPr>
        <w:t xml:space="preserve">[43:56] </w:t>
      </w:r>
      <w:r>
        <w:t>nahin, yahi cheez hai ke roze ke zariye se, roze ke zariye se jo cheez aap ko batai,</w:t>
      </w:r>
    </w:p>
    <w:p>
      <w:pPr>
        <w:jc w:val="right"/>
      </w:pPr>
      <w:r>
        <w:t>نہیں، یہی چیز ہے کہ روزے کے ذریعے سے، روزے کے ذریعے سے جو چیز آپ کو بتائی،</w:t>
      </w:r>
    </w:p>
    <w:p>
      <w:r>
        <w:rPr>
          <w:b/>
        </w:rPr>
        <w:t xml:space="preserve">[44:10] </w:t>
      </w:r>
      <w:r>
        <w:t>roze ke zariye se khuda yeh cheez chahta hai ke aap janen. jis cheez ko maine bataya ke daak jo hai, woh janta nahin.</w:t>
      </w:r>
    </w:p>
    <w:p>
      <w:pPr>
        <w:jc w:val="right"/>
      </w:pPr>
      <w:r>
        <w:t>روزے کے ذریعے سے خدا یہ چیز چاہتا ہے کہ آپ جانیں۔ جس چیز کو میں نے بتایا کہ ڈاک جو ہے، وہ جانتا نہیں۔</w:t>
      </w:r>
    </w:p>
    <w:p>
      <w:r>
        <w:rPr>
          <w:b/>
        </w:rPr>
        <w:t xml:space="preserve">[44:18] </w:t>
      </w:r>
      <w:r>
        <w:t>woh dhoop le raha hai, magar us ko khabar nahin kuch. to ek hai ke janwaron ki satah par aap cheezon ko len.</w:t>
      </w:r>
    </w:p>
    <w:p>
      <w:pPr>
        <w:jc w:val="right"/>
      </w:pPr>
      <w:r>
        <w:t>وہ دھوپ لے رہا ہے، مگر اس کو خبر نہیں کچھ۔ تو ایک ہے کہ جانوروں کی سطح پر آپ چیزوں کو لیں۔</w:t>
      </w:r>
    </w:p>
    <w:p>
      <w:r>
        <w:rPr>
          <w:b/>
        </w:rPr>
        <w:t xml:space="preserve">[44:26] </w:t>
      </w:r>
      <w:r>
        <w:t>to aap jaise janwar hain. ek yeh hai ke aap apne sochne ki satah par samjhen baaton ko.</w:t>
      </w:r>
    </w:p>
    <w:p>
      <w:pPr>
        <w:jc w:val="right"/>
      </w:pPr>
      <w:r>
        <w:t>تو آپ جیسے جانور ہیں۔ ایک یہ ہے کہ آپ اپنے سوچنے کی سطح پر سمجھیں باتوں کو۔</w:t>
      </w:r>
    </w:p>
    <w:p>
      <w:r>
        <w:rPr>
          <w:b/>
        </w:rPr>
        <w:t xml:space="preserve">[44:36] </w:t>
      </w:r>
      <w:r>
        <w:t>to jab aap ko pyas aur bhook ka juzwi tajruba ho to us ke total tajrube tak apne apne zehn ko pahunchayen.</w:t>
      </w:r>
    </w:p>
    <w:p>
      <w:pPr>
        <w:jc w:val="right"/>
      </w:pPr>
      <w:r>
        <w:t>تو جب آپ کو پیاس اور بھوک کا جزوی تجربہ ہو تو اس کے ٹوٹل تجربے تک اپنے اپنے ذہن کو پہنچائیں۔</w:t>
      </w:r>
    </w:p>
    <w:p>
      <w:r>
        <w:rPr>
          <w:b/>
        </w:rPr>
        <w:t xml:space="preserve">[44:49] </w:t>
      </w:r>
      <w:r>
        <w:t>yani kutta, daak nahin aisa kar sakta.</w:t>
      </w:r>
    </w:p>
    <w:p>
      <w:pPr>
        <w:jc w:val="right"/>
      </w:pPr>
      <w:r>
        <w:t>یعنی کتا، ڈاک نہیں ایسا کر سکتا۔</w:t>
      </w:r>
    </w:p>
    <w:p>
      <w:r>
        <w:rPr>
          <w:b/>
        </w:rPr>
        <w:t xml:space="preserve">[44:53] </w:t>
      </w:r>
      <w:r>
        <w:t>daak bhi pyasa hota hai, daak bhi bhooka hota hai. lekin woh yeh nahin soch sakta. yani juzwi tajrube ko total tajruba banana insan ka kaam hai.</w:t>
      </w:r>
    </w:p>
    <w:p>
      <w:pPr>
        <w:jc w:val="right"/>
      </w:pPr>
      <w:r>
        <w:t>ڈاک بھی پیاسا ہوتا ہے، ڈاک بھی بھوکا ہوتا ہے۔ لیکن وہ یہ نہیں سو سکتا۔ یعنی جزوی تجربے کو ٹوٹل تجربہ بنانا انسان کا کام ہے۔</w:t>
      </w:r>
    </w:p>
    <w:p>
      <w:r>
        <w:rPr>
          <w:b/>
        </w:rPr>
        <w:t xml:space="preserve">[45:04] </w:t>
      </w:r>
      <w:r>
        <w:t>koi daakar, koi janwar, koi sher, koi hathi nahin kar sakta. ke juzwi tajrube ko total tajrube ke mani mein lena.</w:t>
      </w:r>
    </w:p>
    <w:p>
      <w:pPr>
        <w:jc w:val="right"/>
      </w:pPr>
      <w:r>
        <w:t>کوئی ڈاکر، کوئی جانور، کوئی شیر، کوئی ہاتھی نہیں کر سکتا۔ کہ جزوی تجربے کو ٹوٹل تجربے کے معنی میں لینا۔</w:t>
      </w:r>
    </w:p>
    <w:p>
      <w:r>
        <w:rPr>
          <w:b/>
        </w:rPr>
        <w:t xml:space="preserve">[45:14] </w:t>
      </w:r>
      <w:r>
        <w:t>yahi hai zehni bedari. aur phir us ko aur badha kar ke sari cheezon tak us ko le jana.</w:t>
      </w:r>
    </w:p>
    <w:p>
      <w:pPr>
        <w:jc w:val="right"/>
      </w:pPr>
      <w:r>
        <w:t>یہی ہے ذہنی بیداری۔ اور پھر اس کو اور بڑھا کر کے ساری چیزوں تک اس کو لے جانا۔</w:t>
      </w:r>
    </w:p>
    <w:p>
      <w:r>
        <w:rPr>
          <w:b/>
        </w:rPr>
        <w:t xml:space="preserve">[45:23] </w:t>
      </w:r>
      <w:r>
        <w:t>yani sehat aur oxygen aur roshni aur yeh sayyara zameen, life support system, infrastructure aur sari cheezain jo hain, wahan tak pahunchana.</w:t>
      </w:r>
    </w:p>
    <w:p>
      <w:pPr>
        <w:jc w:val="right"/>
      </w:pPr>
      <w:r>
        <w:t>یعنی صحت اور آکسیجن اور روشنی اور یہ سیارہ زمین، لائف سپورٹ سسٹم، انفراسٹرکچر اور ساری چیزیں جو ہیں، وہاں تک پہنچانا۔</w:t>
      </w:r>
    </w:p>
    <w:p>
      <w:r>
        <w:rPr>
          <w:b/>
        </w:rPr>
        <w:t xml:space="preserve">[45:37] </w:t>
      </w:r>
      <w:r>
        <w:t>yani roze ke arzi bhook se bohat hi thode waqt ke liye aap ko bhooka pyasa rehna pada.</w:t>
      </w:r>
    </w:p>
    <w:p>
      <w:pPr>
        <w:jc w:val="right"/>
      </w:pPr>
      <w:r>
        <w:t>یعنی روزے کے عارضی بھوک سے بہت ہی تھوڑے وقت کے لیے آپ کو بھوکا پیاسا رہنا پڑا۔</w:t>
      </w:r>
    </w:p>
    <w:p>
      <w:r>
        <w:rPr>
          <w:b/>
        </w:rPr>
        <w:t xml:space="preserve">[45:48] </w:t>
      </w:r>
      <w:r>
        <w:t>bohat hi juzwi mani mein. is ko badha kar ke aap yeh apne zehn mein layen ke ek dam bhi pani nahin mile, ek dam bhi khana nahin mile to kya mera haal hoga?</w:t>
      </w:r>
    </w:p>
    <w:p>
      <w:pPr>
        <w:jc w:val="right"/>
      </w:pPr>
      <w:r>
        <w:t>بہت ہی جزوی معنی میں۔ اس کو بڑھا کر کے آپ یہ اپنے ذہن میں لائیں کہ ایک دم بھی پانی نہیں ملے، ایک دم بھی کھانا نہیں ملے تو کیا میرا حال ہوگا؟</w:t>
      </w:r>
    </w:p>
    <w:p>
      <w:r>
        <w:rPr>
          <w:b/>
        </w:rPr>
        <w:t xml:space="preserve">[46:00] </w:t>
      </w:r>
      <w:r>
        <w:t>phir aur is ko badha kar ke le jayen. aur badhayen, aur badhayen, aur badhayen. ke suraj ki roshni na ho. zameen ki kashish-e-saqal na ho.</w:t>
      </w:r>
    </w:p>
    <w:p>
      <w:pPr>
        <w:jc w:val="right"/>
      </w:pPr>
      <w:r>
        <w:t>پھر اور اس کو بڑھا کر کے لے جائیں۔ اور بڑھائیں، اور بڑھائیں، اور بڑھائیں۔ کہ سورج کی روشنی نہ ہو۔ زمین کی کشش ثقل نہ ہو۔</w:t>
      </w:r>
    </w:p>
    <w:p>
      <w:r>
        <w:rPr>
          <w:b/>
        </w:rPr>
        <w:t xml:space="preserve">[46:09] </w:t>
      </w:r>
      <w:r>
        <w:t>oxygen na ho. aur jo life support system duniya mein hai woh na ho.</w:t>
      </w:r>
    </w:p>
    <w:p>
      <w:pPr>
        <w:jc w:val="right"/>
      </w:pPr>
      <w:r>
        <w:t>آکسیجن نہ ہو۔ اور جو لائف سپورٹ سسٹم دنیا میں ہے وہ نہ ہو۔</w:t>
      </w:r>
    </w:p>
    <w:p>
      <w:r>
        <w:rPr>
          <w:b/>
        </w:rPr>
        <w:t xml:space="preserve">[46:18] </w:t>
      </w:r>
      <w:r>
        <w:t>mere jism mein jo khoon daudta hai woh khoon daudna band ho jaye. in sari cheezon ko shamil kar ke sochen aap. to ek bohat bada aap ko adrak hoga.</w:t>
      </w:r>
    </w:p>
    <w:p>
      <w:pPr>
        <w:jc w:val="right"/>
      </w:pPr>
      <w:r>
        <w:t>میرے جسم میں جو خون دوڑتا ہے وہ خون دوڑنا بند ہو جائے۔ ان ساری چیزوں کو شامل کر کے سوچیں آپ۔ تو ایک بہت بڑا آپ کو ادراک ہوگا۔</w:t>
      </w:r>
    </w:p>
    <w:p>
      <w:r>
        <w:rPr>
          <w:b/>
        </w:rPr>
        <w:t xml:space="preserve">[46:32] </w:t>
      </w:r>
      <w:r>
        <w:t>bohat badi cheez daryaft ho jayegi. lekin yaad rakhiye roze ki ahmiyat is liye hai ke is mein is ke zariye se aap ko ek bohat badi aala daryaft ho jati hai.</w:t>
      </w:r>
    </w:p>
    <w:p>
      <w:pPr>
        <w:jc w:val="right"/>
      </w:pPr>
      <w:r>
        <w:t>بہت بڑی چیز دریافت ہو جائے گی۔ لیکن یاد رکھیے روزے کی اہمیت اس لیے ہے کہ اس میں اس کے ذریعے سے آپ کو ایک بہت بڑی اعلیٰ دریافت ہو جاتی ہے۔</w:t>
      </w:r>
    </w:p>
    <w:p>
      <w:r>
        <w:rPr>
          <w:b/>
        </w:rPr>
        <w:t xml:space="preserve">[46:45] </w:t>
      </w:r>
      <w:r>
        <w:t>is liye is ki ahmiyat hai.</w:t>
      </w:r>
    </w:p>
    <w:p>
      <w:pPr>
        <w:jc w:val="right"/>
      </w:pPr>
      <w:r>
        <w:t>اس لیے اس کی اہمیت ہے۔</w:t>
      </w:r>
    </w:p>
    <w:p>
      <w:r>
        <w:rPr>
          <w:b/>
        </w:rPr>
        <w:t xml:space="preserve">[46:50] </w:t>
      </w:r>
      <w:r>
        <w:t>ek bar to hai kerala ke ek aadmi ne islam qubool kiya. to kisi musalman ne us se poocha, kuch baaten ho rahi theen.</w:t>
      </w:r>
    </w:p>
    <w:p>
      <w:pPr>
        <w:jc w:val="right"/>
      </w:pPr>
      <w:r>
        <w:t>ایک بار تو ہے کیرلا کے ایک آدمی نے اسلام قبول کیا۔ تو کسی مسلمان نے اس سے پوچھا، کچھ باتیں ہو رہی تھیں۔</w:t>
      </w:r>
    </w:p>
    <w:p>
      <w:r>
        <w:rPr>
          <w:b/>
        </w:rPr>
        <w:t xml:space="preserve">[47:00] </w:t>
      </w:r>
      <w:r>
        <w:t>to us ne kaha ke ke you are muslim by birth. you are muslim by choice.</w:t>
      </w:r>
    </w:p>
    <w:p>
      <w:pPr>
        <w:jc w:val="right"/>
      </w:pPr>
      <w:r>
        <w:t>تو اس نے کہا کہ کہ یو آر مسلم بائی برتھ۔ یو آر مسلم بائی چوائس۔</w:t>
      </w:r>
    </w:p>
    <w:p>
      <w:r>
        <w:rPr>
          <w:b/>
        </w:rPr>
        <w:t xml:space="preserve">[47:12] </w:t>
      </w:r>
      <w:r>
        <w:t>to by birth ke maani hain ke ittifaqan mil gaya aap ko islam.</w:t>
      </w:r>
    </w:p>
    <w:p>
      <w:pPr>
        <w:jc w:val="right"/>
      </w:pPr>
      <w:r>
        <w:t>تو بائی برتھ کے معنی ہیں کہ اتفاقاً مل گیا آپ کو اسلام۔</w:t>
      </w:r>
    </w:p>
    <w:p>
      <w:r>
        <w:rPr>
          <w:b/>
        </w:rPr>
        <w:t xml:space="preserve">[47:17] </w:t>
      </w:r>
      <w:r>
        <w:t>lekin jo choice ke liye milne ke maani hain ke aap ne daryaft kiya islam ko. ke tumhara islam jo hai ittifaqan mil gaya tum ko.</w:t>
      </w:r>
    </w:p>
    <w:p>
      <w:pPr>
        <w:jc w:val="right"/>
      </w:pPr>
      <w:r>
        <w:t>لیکن جو چوائس کے لیے ملنے کے معنی ہیں کہ آپ نے دریافت کیا اسلام کو۔ کہ تمہارا اسلام جو ہے اتفاقاً مل گیا تم کو۔</w:t>
      </w:r>
    </w:p>
    <w:p>
      <w:r>
        <w:rPr>
          <w:b/>
        </w:rPr>
        <w:t xml:space="preserve">[47:26] </w:t>
      </w:r>
      <w:r>
        <w:t>hamara islam hum ko daryaft ke zariye mila hua hai. to kitna bara darja hai is ka. is daryaft ko aur phailaiye, aur phailaiye, aur phailaiye.</w:t>
      </w:r>
    </w:p>
    <w:p>
      <w:pPr>
        <w:jc w:val="right"/>
      </w:pPr>
      <w:r>
        <w:t>ہمارا اسلام ہم کو دریافت کے ذریعے ملا ہوا ہے۔ تو کتنا بڑا درجہ ہے اس کا۔ اس دریافت کو اور پھیلائیے، اور پھیلائیے، اور پھیلائیے۔</w:t>
      </w:r>
    </w:p>
    <w:p>
      <w:r>
        <w:rPr>
          <w:b/>
        </w:rPr>
        <w:t xml:space="preserve">[47:36] </w:t>
      </w:r>
      <w:r>
        <w:t>tab ja kar woh darja milega ke Khuda kahega ke main. jis ka roza mere liye hai. us ne woh roza rakh liya hai jo</w:t>
      </w:r>
    </w:p>
    <w:p>
      <w:pPr>
        <w:jc w:val="right"/>
      </w:pPr>
      <w:r>
        <w:t>تب جا کر وہ درجہ ملے گا کہ خدا کہے گا کہ میں۔ جس کا روزہ میرے لیے ہے۔ اس نے وہ روزہ رکھ لیا ہے جو</w:t>
      </w:r>
    </w:p>
    <w:p>
      <w:r>
        <w:rPr>
          <w:b/>
        </w:rPr>
        <w:t xml:space="preserve">[47:45] </w:t>
      </w:r>
      <w:r>
        <w:t>jo aala, jo jo super ibadat hai. us ko main super inaam doonga.</w:t>
      </w:r>
    </w:p>
    <w:p>
      <w:pPr>
        <w:jc w:val="right"/>
      </w:pPr>
      <w:r>
        <w:t>جو اعلیٰ، جو جو سپر عبادت ہے۔ اس کو میں سپر انعام دوں گا۔</w:t>
      </w:r>
    </w:p>
    <w:p>
      <w:r>
        <w:rPr>
          <w:b/>
        </w:rPr>
        <w:t xml:space="preserve">[47:56] </w:t>
      </w:r>
      <w:r>
        <w:t>to yeh jo hadith mein aaya hai jo hum ne arz kiya ke har amal ka badla Khuda das gune se saat sau gune tak deta hai. illa al-sawm.</w:t>
      </w:r>
    </w:p>
    <w:p>
      <w:pPr>
        <w:jc w:val="right"/>
      </w:pPr>
      <w:r>
        <w:t>تو یہ جو حدیث میں آیا ہے جو ہم نے عرض کیا کہ ہر عمل کا بدلہ خدا دس گنے سے سات سو گنے تک دیتا ہے۔ الا الصوم۔</w:t>
      </w:r>
    </w:p>
    <w:p>
      <w:r>
        <w:rPr>
          <w:b/>
        </w:rPr>
        <w:t xml:space="preserve">[48:08] </w:t>
      </w:r>
      <w:r>
        <w:t>siwa roze ke, kyunke roza mere liye hai.</w:t>
      </w:r>
    </w:p>
    <w:p>
      <w:pPr>
        <w:jc w:val="right"/>
      </w:pPr>
      <w:r>
        <w:t>سوا روزے کے، کیونکہ روزہ میرے لیے ہے۔</w:t>
      </w:r>
    </w:p>
    <w:p>
      <w:r>
        <w:rPr>
          <w:b/>
        </w:rPr>
        <w:t xml:space="preserve">[48:12] </w:t>
      </w:r>
      <w:r>
        <w:t>yaani mujh ko daryaft karta hai roza rakh ke aadmi. to khulasa yeh hai ke ek rozedar woh hai jo waqti bhook ko jaan paye.</w:t>
      </w:r>
    </w:p>
    <w:p>
      <w:pPr>
        <w:jc w:val="right"/>
      </w:pPr>
      <w:r>
        <w:t>یعنی مجھ کو دریافت کرتا ہے روزہ رکھ کے آدمی۔ تو خلاصہ یہ ہے کہ ایک روزے دار وہ ہے جو وقتی بھوک کو جان پائے۔</w:t>
      </w:r>
    </w:p>
    <w:p>
      <w:r>
        <w:rPr>
          <w:b/>
        </w:rPr>
        <w:t xml:space="preserve">[48:25] </w:t>
      </w:r>
      <w:r>
        <w:t>waqti pyaas ko jaan paye bas. is ki daryaft yahi tak rahe. ek woh hai jis mein jis mein insaan Khuda ko daryaft kar le.</w:t>
      </w:r>
    </w:p>
    <w:p>
      <w:pPr>
        <w:jc w:val="right"/>
      </w:pPr>
      <w:r>
        <w:t>وقتی پیاس کو جان پائے بس۔ اس کی دریافت یہی تک رہے۔ ایک وہ ہے جس میں جس میں انسان خدا کو دریافت کر لے۔</w:t>
      </w:r>
    </w:p>
    <w:p>
      <w:r>
        <w:rPr>
          <w:b/>
        </w:rPr>
        <w:t xml:space="preserve">[48:36] </w:t>
      </w:r>
      <w:r>
        <w:t>apne be madad hone ko daryaft kar le. aur Khuda ki azmat ko daryaft kar le.</w:t>
      </w:r>
    </w:p>
    <w:p>
      <w:pPr>
        <w:jc w:val="right"/>
      </w:pPr>
      <w:r>
        <w:t>اپنے بے مدد ہونے کو دریافت کر لے۔ اور خدا کی عظمت کو دریافت کر لے۔</w:t>
      </w:r>
    </w:p>
    <w:p>
      <w:r>
        <w:rPr>
          <w:b/>
        </w:rPr>
        <w:t xml:space="preserve">[48:41] </w:t>
      </w:r>
      <w:r>
        <w:t>woh hai woh roza jis mein Khuda us ko adeel dega, uska inaam. jis ne woh roza rakh liya hai. to yeh hai super ibadat.</w:t>
      </w:r>
    </w:p>
    <w:p>
      <w:pPr>
        <w:jc w:val="right"/>
      </w:pPr>
      <w:r>
        <w:t>وہ ہے وہ روزہ جس میں خدا اس کو اڈیل دے گا، اس کا انعام۔ جس نے وہ روزہ رکھ لیا ہے۔ تو یہ ہے سپر عبادت۔</w:t>
      </w:r>
    </w:p>
    <w:p>
      <w:r>
        <w:rPr>
          <w:b/>
        </w:rPr>
        <w:t xml:space="preserve">[48:52] </w:t>
      </w:r>
      <w:r>
        <w:t>us waqt roza super ibadat ban jata hai.</w:t>
      </w:r>
    </w:p>
    <w:p>
      <w:pPr>
        <w:jc w:val="right"/>
      </w:pPr>
      <w:r>
        <w:t>اس وقت روزہ سپر عبادت بن جاتا ہے۔</w:t>
      </w:r>
    </w:p>
    <w:p>
      <w:r>
        <w:rPr>
          <w:b/>
        </w:rPr>
        <w:t xml:space="preserve">[48:57] </w:t>
      </w:r>
      <w:r>
        <w:t>to zehni bedari mein samajhta hoon ke sab se bari cheez hai.</w:t>
      </w:r>
    </w:p>
    <w:p>
      <w:pPr>
        <w:jc w:val="right"/>
      </w:pPr>
      <w:r>
        <w:t>تو ذہنی بیداری میں سمجھتا ہوں کہ سب سے بڑی چیز ہے۔</w:t>
      </w:r>
    </w:p>
    <w:p>
      <w:r>
        <w:rPr>
          <w:b/>
        </w:rPr>
        <w:t xml:space="preserve">[49:07] </w:t>
      </w:r>
      <w:r>
        <w:t>baghair zehni bedari ke aap ko kuch bhi kuch kuch bhi nahi aap jaan sakte. jaise Quran mein hai ke waqayim min ayat fi al-samawati wal-ardi yamurrun alayha wahum anha mu'ridun.</w:t>
      </w:r>
    </w:p>
    <w:p>
      <w:pPr>
        <w:jc w:val="right"/>
      </w:pPr>
      <w:r>
        <w:t>بغیر ذہنی بیداری کے آپ کو کچھ بھی کچھ کچھ بھی نہیں آپ جان سکتے۔ جیسے قرآن میں ہے کہ وقایم من آیت فی السماوات والارض یمرون علیہا وهم عنها موردون۔</w:t>
      </w:r>
    </w:p>
    <w:p>
      <w:r>
        <w:rPr>
          <w:b/>
        </w:rPr>
        <w:t xml:space="preserve">[49:28] </w:t>
      </w:r>
      <w:r>
        <w:t>ke zameen o aasman mein science, sign, science bikhre hue hain. is se log guzarte hain. lekin bas avoid kar ke chale aate hain.</w:t>
      </w:r>
    </w:p>
    <w:p>
      <w:pPr>
        <w:jc w:val="right"/>
      </w:pPr>
      <w:r>
        <w:t>کہ زمین و آسمان میں سائنس، ایس آئی جی این، سائنس بکھرے ہوئے ہیں۔ اس سے لوگ گزرتے ہیں۔ لیکن بس اوائڈ کر کے چلے آتے ہیں۔</w:t>
      </w:r>
    </w:p>
    <w:p>
      <w:r>
        <w:rPr>
          <w:b/>
        </w:rPr>
        <w:t xml:space="preserve">[49:42] </w:t>
      </w:r>
      <w:r>
        <w:t>jaise ke maine qissa bataya ke aap ko ke daak dhoop mein baitha hua tha. woh bhi ek ek ek sign tha, ek ek nishani tha. nishani yeh hai ke woh bata raha tha ke main janwar hoon to janwaron ki satah ki</w:t>
      </w:r>
    </w:p>
    <w:p>
      <w:pPr>
        <w:jc w:val="right"/>
      </w:pPr>
      <w:r>
        <w:t>جیسے کہ میں نے قصہ بتایا کہ آپ کو کہ ڈاک دھوپ میں بیٹھا ہوا تھا۔ وہ بھی ایک ایک ایک سائن تھا، ایک ایک نشانی تھا۔ نشانی یہ ہے کہ وہ بتا رہا تھا کہ میں جانور ہوں تو جانوروں کی سطح کی</w:t>
      </w:r>
    </w:p>
    <w:p>
      <w:r>
        <w:rPr>
          <w:b/>
        </w:rPr>
        <w:t xml:space="preserve">[49:54] </w:t>
      </w:r>
      <w:r>
        <w:t>zindagi meri hai. dekho main dhoop le raha hoon magar mujhe kuch pata nahi ke dhoop kya cheez hoti hai. lekin insaan ka satah jo hai woh yeh hai ke woh dhoop mein daryaft kare, dhoop ko daryaft kare, suraj ko daryaft kare, suraj ke nizaam ko.</w:t>
      </w:r>
    </w:p>
    <w:p>
      <w:pPr>
        <w:jc w:val="right"/>
      </w:pPr>
      <w:r>
        <w:t>زندگی میری ہے۔ دیکھو میں دھوپ لے رہا ہوں مگر مجھے کچھ پتہ نہیں کہ دھوپ کیا چیز ہوتی ہے۔ لیکن انسان کا سطح جو ہے وہ یہ ہے کہ وہ دھوپ میں دریافت کرے، دھوپ کو دریافت کرے، سورج کو دریافت کرے، سورج کے نظام کو۔</w:t>
      </w:r>
    </w:p>
    <w:p>
      <w:r>
        <w:rPr>
          <w:b/>
        </w:rPr>
        <w:t xml:space="preserve">[50:11] </w:t>
      </w:r>
      <w:r>
        <w:t>yahan tak ke woh daryaft kar le khaliq ko.</w:t>
      </w:r>
    </w:p>
    <w:p>
      <w:pPr>
        <w:jc w:val="right"/>
      </w:pPr>
      <w:r>
        <w:t>یہاں تک کہ وہ دریافت کر لے خالق کو۔</w:t>
      </w:r>
    </w:p>
    <w:p>
      <w:r>
        <w:rPr>
          <w:b/>
        </w:rPr>
        <w:t xml:space="preserve">[50:17] </w:t>
      </w:r>
      <w:r>
        <w:t>to yeh hai, yaani yeh hai zehni bedari. aur yeh hai sachcha roza.</w:t>
      </w:r>
    </w:p>
    <w:p>
      <w:pPr>
        <w:jc w:val="right"/>
      </w:pPr>
      <w:r>
        <w:t>تو یہ ہے، یعنی یہ ہے ذہنی بیداری۔ اور یہ ہے سچا روزہ۔</w:t>
      </w:r>
    </w:p>
    <w:p>
      <w:r>
        <w:rPr>
          <w:b/>
        </w:rPr>
        <w:t xml:space="preserve">[50:27] </w:t>
      </w:r>
      <w:r>
        <w:t>aur isi ka naam roohaniyat hai.</w:t>
      </w:r>
    </w:p>
    <w:p>
      <w:pPr>
        <w:jc w:val="right"/>
      </w:pPr>
      <w:r>
        <w:t>اور اسی کا نام روحانیت ہے۔</w:t>
      </w:r>
    </w:p>
    <w:p>
      <w:r>
        <w:rPr>
          <w:b/>
        </w:rPr>
        <w:t xml:space="preserve">[50:33] </w:t>
      </w:r>
      <w:r>
        <w:t>abhi main ek ek article padh raha tha. to is article mein roohaniyat par tha woh. to wohi dil par mabni roohaniyat ki baatein thin is ke andar.</w:t>
      </w:r>
    </w:p>
    <w:p>
      <w:pPr>
        <w:jc w:val="right"/>
      </w:pPr>
      <w:r>
        <w:t>ابھی میں ایک ایک آرٹیکل پڑھ رہا تھا۔ تو اس آرٹیکل میں روحانیت پر تھا وہ۔ تو وہی دل پر مبنی روحانیت کی باتیں تھیں اس کے اندر۔</w:t>
      </w:r>
    </w:p>
    <w:p>
      <w:r>
        <w:rPr>
          <w:b/>
        </w:rPr>
        <w:t xml:space="preserve">[50:45] </w:t>
      </w:r>
      <w:r>
        <w:t>dil par</w:t>
      </w:r>
    </w:p>
    <w:p>
      <w:pPr>
        <w:jc w:val="right"/>
      </w:pPr>
      <w:r>
        <w:t>دل پر</w:t>
      </w:r>
    </w:p>
    <w:p>
      <w:r>
        <w:rPr>
          <w:b/>
        </w:rPr>
        <w:t xml:space="preserve">[50:47] </w:t>
      </w:r>
      <w:r>
        <w:t>mabni roohaniyat. to yeh log samajhte hain ke bas sab kuch dil mein hai. dhyan kahan lagao aur is mein se nikalte raho.</w:t>
      </w:r>
    </w:p>
    <w:p>
      <w:pPr>
        <w:jc w:val="right"/>
      </w:pPr>
      <w:r>
        <w:t>مبنی روحانیت۔ تو یہ لوگ سمجھتے ہیں کہ بس سب کچھ دل میں ہے۔ دھیان کہاں لگاؤ اور اس میں سے نکالتے رہو۔</w:t>
      </w:r>
    </w:p>
    <w:p>
      <w:r>
        <w:rPr>
          <w:b/>
        </w:rPr>
        <w:t xml:space="preserve">[51:00] </w:t>
      </w:r>
      <w:r>
        <w:t>yeh dil ko kholne ka naam hai roohaniyat. aur dil mein to kuch hai hi nahi. dil mein to kuch bhi nahi hai, dil mein to sirf gardish khoon ka ek zariya hai dil.</w:t>
      </w:r>
    </w:p>
    <w:p>
      <w:pPr>
        <w:jc w:val="right"/>
      </w:pPr>
      <w:r>
        <w:t>یہ دل کو کھولنے کا نام ہے روحانیت۔ اور دل میں تو کچھ ہے ہی نہیں۔ دل میں تو کچھ بھی نہیں ہے، دل میں تو صرف گردش خون کا ایک ذریعہ ہے دل۔</w:t>
      </w:r>
    </w:p>
    <w:p>
      <w:r>
        <w:rPr>
          <w:b/>
        </w:rPr>
        <w:t xml:space="preserve">[51:15] </w:t>
      </w:r>
      <w:r>
        <w:t>bas. to hazaron saal se log dil ko dhyan mein lagaye hue hain aur kuch un ko mila nahi. kuch bhi nahi mila.</w:t>
      </w:r>
    </w:p>
    <w:p>
      <w:pPr>
        <w:jc w:val="right"/>
      </w:pPr>
      <w:r>
        <w:t>بس۔ تو ہزاروں سال سے لوگ دل کو دھیان میں لگائے ہوئے ہیں اور کچھ ان کو ملا نہیں۔ کچھ بھی نہیں ملا۔</w:t>
      </w:r>
    </w:p>
    <w:p>
      <w:r>
        <w:rPr>
          <w:b/>
        </w:rPr>
        <w:t xml:space="preserve">[51:26] </w:t>
      </w:r>
      <w:r>
        <w:t>to mein ne yeh bhi meri daryaft hai ke rohaniyat jo hai zehn par mabni discipline hai. zehn par mabni. yaani aap ke zehn par mabni hai is rohaniyat ka mamla</w:t>
      </w:r>
    </w:p>
    <w:p>
      <w:pPr>
        <w:jc w:val="right"/>
      </w:pPr>
      <w:r>
        <w:t>تو میں نے یہ بھی میری دریافت ہے کہ روحانیت جو ہے ذہن پر مبنی ڈسپلن ہے۔ ذہن پر مبنی۔ یعنی آپ کے ذہن پر مبنی ہے اس روحانیت کا معاملہ</w:t>
      </w:r>
    </w:p>
    <w:p>
      <w:r>
        <w:rPr>
          <w:b/>
        </w:rPr>
        <w:t xml:space="preserve">[51:40] </w:t>
      </w:r>
      <w:r>
        <w:t>. yaani soch se juda hua hai, soch se. soch se juda hua hai. aur wohi wohi cheez hai jis ko ke quran mein rizq-e-rabb kaha gaya.</w:t>
      </w:r>
    </w:p>
    <w:p>
      <w:pPr>
        <w:jc w:val="right"/>
      </w:pPr>
      <w:r>
        <w:t>۔ یعنی سوچ سے جڑا ہوا ہے، سوچ سے۔ سوچ سے جڑا ہوا ہے۔ اور وہی وہی چیز ہے جس کو کہ قرآن میں رزق رب کہا گیا۔</w:t>
      </w:r>
    </w:p>
    <w:p>
      <w:r>
        <w:rPr>
          <w:b/>
        </w:rPr>
        <w:t xml:space="preserve">[51:52] </w:t>
      </w:r>
      <w:r>
        <w:t>rizq-e-rabb kya hai? woh bhi rohaniyat, rohani khurak. quran mein hai rizq-e-rabb. rabb ka rizq.</w:t>
      </w:r>
    </w:p>
    <w:p>
      <w:pPr>
        <w:jc w:val="right"/>
      </w:pPr>
      <w:r>
        <w:t>رزق رب کیا ہے؟ وہ بھی روحانیت، روحانی خوراک۔ قرآن میں ہے رزق رب۔ رب کا رزق۔</w:t>
      </w:r>
    </w:p>
    <w:p>
      <w:r>
        <w:rPr>
          <w:b/>
        </w:rPr>
        <w:t xml:space="preserve">[52:01] </w:t>
      </w:r>
      <w:r>
        <w:t>is ka matlab hai zehni khurak. jaise quran mein hazrat maryam ka zikr hai.</w:t>
      </w:r>
    </w:p>
    <w:p>
      <w:pPr>
        <w:jc w:val="right"/>
      </w:pPr>
      <w:r>
        <w:t>اس کا مطلب ہے ذہنی خوراک۔ جیسے قرآن میں حضرت مریم کا ذکر ہے۔</w:t>
      </w:r>
    </w:p>
    <w:p>
      <w:r>
        <w:rPr>
          <w:b/>
        </w:rPr>
        <w:t xml:space="preserve">[52:11] </w:t>
      </w:r>
      <w:r>
        <w:t>hazrat maryam rehti thi woh hekal ke aik kamre mein. hekal ke premises mein rehti thi woh.</w:t>
      </w:r>
    </w:p>
    <w:p>
      <w:pPr>
        <w:jc w:val="right"/>
      </w:pPr>
      <w:r>
        <w:t>حضرت مریم کے رہتی تھی وہ ہیکل کے ایک کمرے میں۔ ہیکل کے پریمیسز میں رہتی تھی وہ۔</w:t>
      </w:r>
    </w:p>
    <w:p>
      <w:r>
        <w:rPr>
          <w:b/>
        </w:rPr>
        <w:t xml:space="preserve">[52:20] </w:t>
      </w:r>
      <w:r>
        <w:t>aur ibadat karti thi woh. to un ke khandani buzurg the zakariya.</w:t>
      </w:r>
    </w:p>
    <w:p>
      <w:pPr>
        <w:jc w:val="right"/>
      </w:pPr>
      <w:r>
        <w:t>اور عبادت کرتی تھی وہ۔ تو ان کے خاندانی بزرگ تھے زکریا۔</w:t>
      </w:r>
    </w:p>
    <w:p>
      <w:r>
        <w:rPr>
          <w:b/>
        </w:rPr>
        <w:t xml:space="preserve">[52:29] </w:t>
      </w:r>
      <w:r>
        <w:t>aur woh aaye to unhone poocha ke ya mariyam wanda lakhdha? to is mein yeh hai ke jab bhi zakariya aate the un ke mihrab mein, yaani un ke hujre mein wajad intaha rizqah.</w:t>
      </w:r>
    </w:p>
    <w:p>
      <w:pPr>
        <w:jc w:val="right"/>
      </w:pPr>
      <w:r>
        <w:t>اور وہ آئے تو انہوں نے پوچھا کہ یا ماریم وانڈا لکھذا؟ تو اس میں یہ ہے کہ جب بھی زکریا آتے تھے ان کے محراب میں، یعنی ان کے حجرے میں وجد انتہا رزقہ۔</w:t>
      </w:r>
    </w:p>
    <w:p>
      <w:r>
        <w:rPr>
          <w:b/>
        </w:rPr>
        <w:t xml:space="preserve">[52:46] </w:t>
      </w:r>
      <w:r>
        <w:t>wajad intaha rizqah. to wahan rizq paate the woh. yaani hazrat maryam ke paas rizq paate the. to unhone poocha ke aye maryam yeh rizq to woh kahan se aaya?</w:t>
      </w:r>
    </w:p>
    <w:p>
      <w:pPr>
        <w:jc w:val="right"/>
      </w:pPr>
      <w:r>
        <w:t>وجد انتہا رزقہ۔ تو وہاں رزق پاتے تھے وہ۔ یعنی حضرت مریم کے پاس رزق پاتے تھے۔ تو انہوں نے پوچھا کہ اے مریم یہ رزق تو وہ کہاں سے آیا؟</w:t>
      </w:r>
    </w:p>
    <w:p>
      <w:r>
        <w:rPr>
          <w:b/>
        </w:rPr>
        <w:t xml:space="preserve">[52:58] </w:t>
      </w:r>
      <w:r>
        <w:t>rizq matlab khurak. to unhone kaha ke yeh khuda ki taraf se hai. to log yeh samajhte hain ke woh eid, seb aur kela yeh sab hota tha wahan.</w:t>
      </w:r>
    </w:p>
    <w:p>
      <w:pPr>
        <w:jc w:val="right"/>
      </w:pPr>
      <w:r>
        <w:t>رزق معنی خوراک۔ تو انہوں نے کہا کہ یہ خدا کی طرف سے ہے۔ تو لوگ یہ سمجھتے ہیں کہ وہ عید، سیب اور کیلا یہ سب ہوتا تھا وہاں۔</w:t>
      </w:r>
    </w:p>
    <w:p>
      <w:r>
        <w:rPr>
          <w:b/>
        </w:rPr>
        <w:t xml:space="preserve">[53:07] </w:t>
      </w:r>
      <w:r>
        <w:t>be mausam ke phool. aam taur par yeh samajhte hain ke be mausam ke phool. yaani garmi mein jhaare ke phool, jhaare garmi ke phool. yeh bilkul be buniyad baatein hain.</w:t>
      </w:r>
    </w:p>
    <w:p>
      <w:pPr>
        <w:jc w:val="right"/>
      </w:pPr>
      <w:r>
        <w:t>بے موسم کے پھل۔ عام طور پر یہ سمجھتے ہیں کہ بے موسم کے پھل۔ یعنی گرمی میں جھاڑے کے پھل، جھاڑے گرمی کے پھل۔ یہ بالکل بے بنیاد باتیں ہیں۔</w:t>
      </w:r>
    </w:p>
    <w:p>
      <w:r>
        <w:rPr>
          <w:b/>
        </w:rPr>
        <w:t xml:space="preserve">[53:18] </w:t>
      </w:r>
      <w:r>
        <w:t>yeh be buniyad baatein hain. is ka matlab tha rohani khurak. is ka matlab jismani khurak nahi hota tha is ka matlab</w:t>
      </w:r>
    </w:p>
    <w:p>
      <w:pPr>
        <w:jc w:val="right"/>
      </w:pPr>
      <w:r>
        <w:t>یہ بے بنیاد باتیں ہیں۔ اس کا مطلب تھا روحانی خوراک۔ اس کا مطلب جسمانی خوراک نہیں ہوتا تھا اس کا مطلب</w:t>
      </w:r>
    </w:p>
    <w:p>
      <w:r>
        <w:rPr>
          <w:b/>
        </w:rPr>
        <w:t xml:space="preserve">[53:28] </w:t>
      </w:r>
      <w:r>
        <w:t>. yaani hazrat maryam jab baat karti thi un ki baaton mein bohat si gehrai hoti thi. khuda ki marifat hoti thi.</w:t>
      </w:r>
    </w:p>
    <w:p>
      <w:pPr>
        <w:jc w:val="right"/>
      </w:pPr>
      <w:r>
        <w:t>۔ یعنی حضرت مریم جب بات کرتی تھیں ان کی باتوں میں بہت سی گہرائی ہوتی تھی۔ خدا کی معرفت ہوتی تھی۔</w:t>
      </w:r>
    </w:p>
    <w:p>
      <w:r>
        <w:rPr>
          <w:b/>
        </w:rPr>
        <w:t xml:space="preserve">[53:39] </w:t>
      </w:r>
      <w:r>
        <w:t>is mein sachai ka idrak hota tha. to yeh sab baatein thi wahan. to woh bol pade yeh sab tum kaise itni bari bari baatein tumhare zehn mein aati hain?</w:t>
      </w:r>
    </w:p>
    <w:p>
      <w:pPr>
        <w:jc w:val="right"/>
      </w:pPr>
      <w:r>
        <w:t>اس میں سچائی کا ادراک ہوتا تھا۔ تو یہ سب باتیں تھیں وہاں۔ تو وہ بول پڑے یہ سب تم کیسے اتنی بڑی بڑی باتیں تمہارے ذہن میں آتی ہیں؟</w:t>
      </w:r>
    </w:p>
    <w:p>
      <w:r>
        <w:rPr>
          <w:b/>
        </w:rPr>
        <w:t xml:space="preserve">[53:50] </w:t>
      </w:r>
      <w:r>
        <w:t>kahan se tum ne seekha yeh?</w:t>
      </w:r>
    </w:p>
    <w:p>
      <w:pPr>
        <w:jc w:val="right"/>
      </w:pPr>
      <w:r>
        <w:t>کہاں سے تم نے سیکھا یہ؟</w:t>
      </w:r>
    </w:p>
    <w:p>
      <w:r>
        <w:rPr>
          <w:b/>
        </w:rPr>
        <w:t xml:space="preserve">[53:53] </w:t>
      </w:r>
      <w:r>
        <w:t>bazaahir to tumhara koi teacher nahi hai. yeh madarse mein tum nahi parh rahi ho. to unhone kaha kya? hadha min indallah.</w:t>
      </w:r>
    </w:p>
    <w:p>
      <w:pPr>
        <w:jc w:val="right"/>
      </w:pPr>
      <w:r>
        <w:t>بظاہر تو تمہارا کوئی ٹیچر نہیں ہے۔ یہ مدرسے میں تم نہیں پڑھ رہی ہو۔ تو انہوں نے کہا کیا؟ھذا من عند اللہ۔</w:t>
      </w:r>
    </w:p>
    <w:p>
      <w:r>
        <w:rPr>
          <w:b/>
        </w:rPr>
        <w:t xml:space="preserve">[54:04] </w:t>
      </w:r>
      <w:r>
        <w:t>ke khuda ki taraf se hai. hawa min indallah. hawa min indallah. yaani khuda ke ilham se yeh cheezein mujhe mil rahi hain. khuda ke ilham se.</w:t>
      </w:r>
    </w:p>
    <w:p>
      <w:pPr>
        <w:jc w:val="right"/>
      </w:pPr>
      <w:r>
        <w:t>کہ خدا کی طرف سے ہے۔ ہوا من عند اللہ۔ ہوا من عند اللہ۔ یعنی خدا کے الہام سے یہ چیزیں مجھے مل رہی ہیں۔ خدا کے الہام سے۔</w:t>
      </w:r>
    </w:p>
    <w:p>
      <w:r>
        <w:rPr>
          <w:b/>
        </w:rPr>
        <w:t xml:space="preserve">[54:16] </w:t>
      </w:r>
      <w:r>
        <w:t>to hazrat maryam ko rohani khurak milta tha.</w:t>
      </w:r>
    </w:p>
    <w:p>
      <w:pPr>
        <w:jc w:val="right"/>
      </w:pPr>
      <w:r>
        <w:t>تو حضرت مریم کو روحانی خوراک ملتا تھا۔</w:t>
      </w:r>
    </w:p>
    <w:p>
      <w:r>
        <w:rPr>
          <w:b/>
        </w:rPr>
        <w:t xml:space="preserve">[54:21] </w:t>
      </w:r>
      <w:r>
        <w:t>yeh yeh jismani khurak nahi. woh to sabhi ko milta hai. jismani khurak to sabhi ko milta hai lekin jo un ko khaas cheez milti thi un ko woh thi rohani khurak.</w:t>
      </w:r>
    </w:p>
    <w:p>
      <w:pPr>
        <w:jc w:val="right"/>
      </w:pPr>
      <w:r>
        <w:t>یہ یہ جسمانی خوراک نہیں۔ وہ تو سبھی کو ملتا ہے۔ جسمانی خوراک تو سبھی کو ملتا ہے لیکن جو ان کو خاص چیز ملتی تھی ان کو وہ تھی روحانی خوراک۔</w:t>
      </w:r>
    </w:p>
    <w:p>
      <w:r>
        <w:rPr>
          <w:b/>
        </w:rPr>
        <w:t xml:space="preserve">[54:36] </w:t>
      </w:r>
      <w:r>
        <w:t>rohani khurak kya thi woh jo un ko milti thi? woh thi un ki soch, un ki guftagu.</w:t>
      </w:r>
    </w:p>
    <w:p>
      <w:pPr>
        <w:jc w:val="right"/>
      </w:pPr>
      <w:r>
        <w:t>روحانی خوراک کیا تھی وہ جو ان کو ملتی تھی؟ وہ تھی ان کی سوچ، ان کی گفتگو۔</w:t>
      </w:r>
    </w:p>
    <w:p>
      <w:r>
        <w:rPr>
          <w:b/>
        </w:rPr>
        <w:t xml:space="preserve">[54:45] </w:t>
      </w:r>
      <w:r>
        <w:t>cheezon ke baray mein un ki rai woh hoti thi.</w:t>
      </w:r>
    </w:p>
    <w:p>
      <w:pPr>
        <w:jc w:val="right"/>
      </w:pPr>
      <w:r>
        <w:t>چیزوں کے بارے میں ان کی رائے وہ ہوتی تھی۔</w:t>
      </w:r>
    </w:p>
    <w:p>
      <w:r>
        <w:rPr>
          <w:b/>
        </w:rPr>
        <w:t xml:space="preserve">[54:49] </w:t>
      </w:r>
      <w:r>
        <w:t>to mein samajhta hoon ke rohaniyat jo hai woh zehn par mabni discipline hai. soch se juda hua hai is ka mamla.</w:t>
      </w:r>
    </w:p>
    <w:p>
      <w:pPr>
        <w:jc w:val="right"/>
      </w:pPr>
      <w:r>
        <w:t>تو میں سمجھتا ہوں کہ روحانیت جو ہے وہ ذہن پر مبنی ڈسپلن ہے۔ سوچ سے جڑا ہوا ہے اس کا معاملہ۔</w:t>
      </w:r>
    </w:p>
    <w:p>
      <w:r>
        <w:rPr>
          <w:b/>
        </w:rPr>
        <w:t xml:space="preserve">[55:01] </w:t>
      </w:r>
      <w:r>
        <w:t>aur soch se judne ke matlab kya hain? jis ko mein kehta hoon art of conversion. yaani maadi cheez ko rohani cheez mein convert karna.</w:t>
      </w:r>
    </w:p>
    <w:p>
      <w:pPr>
        <w:jc w:val="right"/>
      </w:pPr>
      <w:r>
        <w:t>اور سوچ سے جڑنے کے معنی کیا ہیں؟ جس کو میں کہتا ہوں آرٹ آف کنورژن۔ یعنی مادی چیز کو روحانی چیز میں کنورٹ کرنا۔</w:t>
      </w:r>
    </w:p>
    <w:p>
      <w:r>
        <w:rPr>
          <w:b/>
        </w:rPr>
        <w:t xml:space="preserve">[55:14] </w:t>
      </w:r>
      <w:r>
        <w:t>yeh yeh hai rohaniyat.</w:t>
      </w:r>
    </w:p>
    <w:p>
      <w:pPr>
        <w:jc w:val="right"/>
      </w:pPr>
      <w:r>
        <w:t>یہ یہ ہے روحانیت۔</w:t>
      </w:r>
    </w:p>
    <w:p>
      <w:r>
        <w:rPr>
          <w:b/>
        </w:rPr>
        <w:t xml:space="preserve">[55:18] </w:t>
      </w:r>
      <w:r>
        <w:t>jaise ke mein ne arz kiya ke aik dog dhop mein leta hua hai. ab aap ne dekha ke dhop le raha hai dog. aik saada sa aap ka tajruba hua yeh.</w:t>
      </w:r>
    </w:p>
    <w:p>
      <w:pPr>
        <w:jc w:val="right"/>
      </w:pPr>
      <w:r>
        <w:t>جیسے کہ میں نے عرض کیا کہ ایک ڈاک دھوپ میں لیٹا ہوا ہے۔ اب آپ نے دیکھا کہ دھوپ لے رہا ہے ڈاک۔ ایک سادہ سا آپ کا تجربہ ہوا یہ۔</w:t>
      </w:r>
    </w:p>
    <w:p>
      <w:r>
        <w:rPr>
          <w:b/>
        </w:rPr>
        <w:t xml:space="preserve">[55:31] </w:t>
      </w:r>
      <w:r>
        <w:t>lekin agar aap is ko convert kar saken. convert kar ke yeh soch saken ke dekho dog jo hai us ko kuch bhi pata nahi hai siwaye is ke ke us ko hararat mil rahi hai, bas itni jaanta hai woh.</w:t>
      </w:r>
    </w:p>
    <w:p>
      <w:pPr>
        <w:jc w:val="right"/>
      </w:pPr>
      <w:r>
        <w:t>لیکن اگر آپ اس کو کنورٹ کر سکیں۔ کنورٹ کر کے یہ سوچ سکیں کہ دیکھو ڈاک جو ہے اس کو کچھ بھی پتہ نہیں ہے سوائے اس کے کہ اس کو حرارت مل رہی ہے، بس اتنی جانتا ہے وہ۔</w:t>
      </w:r>
    </w:p>
    <w:p>
      <w:r>
        <w:rPr>
          <w:b/>
        </w:rPr>
        <w:t xml:space="preserve">[55:43] </w:t>
      </w:r>
      <w:r>
        <w:t>lekin</w:t>
      </w:r>
    </w:p>
    <w:p>
      <w:pPr>
        <w:jc w:val="right"/>
      </w:pPr>
      <w:r>
        <w:t>لیکن</w:t>
      </w:r>
    </w:p>
    <w:p>
      <w:r>
        <w:rPr>
          <w:b/>
        </w:rPr>
        <w:t xml:space="preserve">[55:44] </w:t>
      </w:r>
      <w:r>
        <w:t>aik insan ka zehn jo hai soch soch kar ke poori kainat ko daryaft karega is mein. poori poori kainat is mein shamil hai. ke kaise kaise big bang hua.</w:t>
      </w:r>
    </w:p>
    <w:p>
      <w:pPr>
        <w:jc w:val="right"/>
      </w:pPr>
      <w:r>
        <w:t>ایک انسان کا ذہن جو ہے سوچ سوچ کر کے پوری کائنات کو دریافت کرے گا اس میں۔ پوری پوری کائنات اس میں شامل ہے۔ کہ کیسے کیسے بگ بینگ ہوا۔</w:t>
      </w:r>
    </w:p>
    <w:p>
      <w:r>
        <w:rPr>
          <w:b/>
        </w:rPr>
        <w:t xml:space="preserve">[55:56] </w:t>
      </w:r>
      <w:r>
        <w:t>kaise kaise sitare bane. kaise kaise kahkashayein bani. kaise kaise suraj ka nizam bana. kaise kaise yeh zameen bani.</w:t>
      </w:r>
    </w:p>
    <w:p>
      <w:pPr>
        <w:jc w:val="right"/>
      </w:pPr>
      <w:r>
        <w:t>کیسے کیسے ستارے بنے۔ کیسے کیسے کہکشائیں بنی۔ کیسے کیسے سورج کا نظام بنا۔ کیسے کیسے یہ زمین بنی۔</w:t>
      </w:r>
    </w:p>
    <w:p>
      <w:r>
        <w:rPr>
          <w:b/>
        </w:rPr>
        <w:t xml:space="preserve">[56:07] </w:t>
      </w:r>
      <w:r>
        <w:t>aur kis tarah se yeh sara jo yahan se wahan tak hua</w:t>
      </w:r>
    </w:p>
    <w:p>
      <w:pPr>
        <w:jc w:val="right"/>
      </w:pPr>
      <w:r>
        <w:t>اور کس طرح سے یہ سارا جو یہاں سے وہاں تک ہوا</w:t>
      </w:r>
    </w:p>
    <w:p>
      <w:r>
        <w:rPr>
          <w:b/>
        </w:rPr>
        <w:t xml:space="preserve">[56:10] </w:t>
      </w:r>
      <w:r>
        <w:t>. phir yeh mumkin hua ke koi aadmi yani suraj se hararat le, suraj se roshni le. yeh sab aap ke zehn mein aa jayega.</w:t>
      </w:r>
    </w:p>
    <w:p>
      <w:pPr>
        <w:jc w:val="right"/>
      </w:pPr>
      <w:r>
        <w:t>۔ پھر یہ ممکن ہوا کہ کوئی آدمی یعنی سورج سے حرارت لے، سورج سے روشنی لے۔ یہ سب آپ کے ذہن میں آ جائے گا۔</w:t>
      </w:r>
    </w:p>
    <w:p>
      <w:r>
        <w:rPr>
          <w:b/>
        </w:rPr>
        <w:t xml:space="preserve">[56:21] </w:t>
      </w:r>
      <w:r>
        <w:t>to yeh hai taus. yeh hai rohani khurak.</w:t>
      </w:r>
    </w:p>
    <w:p>
      <w:pPr>
        <w:jc w:val="right"/>
      </w:pPr>
      <w:r>
        <w:t>تو یہ ہے توسع۔ یہ ہے روحانی خوراک۔</w:t>
      </w:r>
    </w:p>
    <w:p>
      <w:r>
        <w:rPr>
          <w:b/>
        </w:rPr>
        <w:t xml:space="preserve">[56:28] </w:t>
      </w:r>
      <w:r>
        <w:t>yahi hamein apne andar paida karna hai. zehni bedari paida karna hai. mein kal radio sun raha tha, mein ghumata rehta hoon, mujhe pata nahi tha kahan lage, kahan nahi</w:t>
      </w:r>
    </w:p>
    <w:p>
      <w:pPr>
        <w:jc w:val="right"/>
      </w:pPr>
      <w:r>
        <w:t>یہی ہمیں اپنے اندر پیدا کرنا ہے۔ ذہنی بیداری پیدا کرنا ہے۔ میں کل ریڈیو سن رہا تھا، میں گھماتا رہتا ہوں، مجھے پتہ نہیں تھا کہاں لگے، کہاں نہیں</w:t>
      </w:r>
    </w:p>
    <w:p>
      <w:r>
        <w:rPr>
          <w:b/>
        </w:rPr>
        <w:t xml:space="preserve">[56:39] </w:t>
      </w:r>
      <w:r>
        <w:t>lagega. achaanak aaj nikalta hai kuch. to koi ladke ladkiyan is mein aa rahe the, ho ha kar rahe the. be matlab ki baatein, gap shup hoti hain.</w:t>
      </w:r>
    </w:p>
    <w:p>
      <w:pPr>
        <w:jc w:val="right"/>
      </w:pPr>
      <w:r>
        <w:t>لگے گا۔ اچانک آج نکلتا ہے کچھ۔ تو کوئی لڑکے لڑکیاں اس میں آ رہے تھے، ہو ہا کر رہے تھے۔ بے مطلب کی باتیں، گپ شپ ہوتی ہیں۔</w:t>
      </w:r>
    </w:p>
    <w:p>
      <w:r>
        <w:rPr>
          <w:b/>
        </w:rPr>
        <w:t xml:space="preserve">[56:49] </w:t>
      </w:r>
      <w:r>
        <w:t>to mein ro raha tha aur sun raha tha, ro raha tha aur sun raha tha. ke yeh log apne aap ko kya samajhte hain? janwaron ki satah par jee rahe hain yeh log. yeh to janwaron ki satah par jeena hai.</w:t>
      </w:r>
    </w:p>
    <w:p>
      <w:pPr>
        <w:jc w:val="right"/>
      </w:pPr>
      <w:r>
        <w:t>تو میں رو رہا تھا اور سن رہا تھا، رو رہا تھا اور سن رہا تھا۔ کہ یہ لوگ اپنے آپ کو کیا سمجھتے ہیں؟ جانوروں کی سطح پر جی رہے ہیں یہ لوگ۔ یہ تو جانوروں کی سطح پر جینا ہے۔</w:t>
      </w:r>
    </w:p>
    <w:p>
      <w:r>
        <w:rPr>
          <w:b/>
        </w:rPr>
        <w:t xml:space="preserve">[57:00] </w:t>
      </w:r>
      <w:r>
        <w:t>apne zehn ko sirf ho ha mein lagaye hue hain. ajeeb ajeeb baatein hain bilkul, be saro pair ki baatein.</w:t>
      </w:r>
    </w:p>
    <w:p>
      <w:pPr>
        <w:jc w:val="right"/>
      </w:pPr>
      <w:r>
        <w:t>اپنے ذہن کو صرف ہو ہا میں لگائے ہوئے ہیں۔ عجیب عجیب باتیں ہیں بالکل، بے سرو پیر کی باتیں۔</w:t>
      </w:r>
    </w:p>
    <w:p>
      <w:r>
        <w:rPr>
          <w:b/>
        </w:rPr>
        <w:t xml:space="preserve">[57:08] </w:t>
      </w:r>
      <w:r>
        <w:t>ke itna itna itna qeemti zehn hai aap ka. itna qeemti zehn hai. ke aik daak jo hai sirf isi jagah ko janta hai jahan woh leta hua hai.</w:t>
      </w:r>
    </w:p>
    <w:p>
      <w:pPr>
        <w:jc w:val="right"/>
      </w:pPr>
      <w:r>
        <w:t>کہ اتنا اتنا اتنا قیمتی ذہن ہے آپ کا۔ اتنا قیمتی ذہن ہے۔ کہ ایک ڈاک جو ہے صرف اسی جگہ کو جانتا ہے جہاں وہ لیٹا ہوا ہے۔</w:t>
      </w:r>
    </w:p>
    <w:p>
      <w:r>
        <w:rPr>
          <w:b/>
        </w:rPr>
        <w:t xml:space="preserve">[57:22] </w:t>
      </w:r>
      <w:r>
        <w:t>aap is zehn ke zariye poori poori kainat ko daryaft kar sakte hain. poori poori kainat ko apne liye rohani khurak bana sakte hain. kitni badi baat hai yeh.</w:t>
      </w:r>
    </w:p>
    <w:p>
      <w:pPr>
        <w:jc w:val="right"/>
      </w:pPr>
      <w:r>
        <w:t>آپ اس ذہن کے ذریعے پوری پوری کائنات کو دریافت کر سکتے ہیں۔ پوری پوری کائنات کو اپنے لیے روحانی خوراک بنا سکتے ہیں۔ کتنی بڑی بات ہے یہ۔</w:t>
      </w:r>
    </w:p>
    <w:p>
      <w:r>
        <w:rPr>
          <w:b/>
        </w:rPr>
        <w:t xml:space="preserve">[57:35] </w:t>
      </w:r>
      <w:r>
        <w:t>to apne apne waqt ko ki qadar karna seekhiye. Khuda ne jo barkat di hai aap ko.</w:t>
      </w:r>
    </w:p>
    <w:p>
      <w:pPr>
        <w:jc w:val="right"/>
      </w:pPr>
      <w:r>
        <w:t>تو اپنے اپنے وقت کو کی قدر کرنا سیکھئے۔ خدا نے جو برکت دی ہے آپ کو۔</w:t>
      </w:r>
    </w:p>
    <w:p>
      <w:r>
        <w:rPr>
          <w:b/>
        </w:rPr>
        <w:t xml:space="preserve">[57:45] </w:t>
      </w:r>
      <w:r>
        <w:t>is ko sochiye. apne andar zehni taraqqi laiye. sab kuch yaad rakhiye, inhisaar karta hai zehni taraqqi par.</w:t>
      </w:r>
    </w:p>
    <w:p>
      <w:pPr>
        <w:jc w:val="right"/>
      </w:pPr>
      <w:r>
        <w:t>اس کو سوچیے۔ اپنے اندر ذہنی ترقی لائیے۔ سب کچھ یاد رکھیے، انحصار کرتا ہے ذہنی ترقی پر۔</w:t>
      </w:r>
    </w:p>
    <w:p>
      <w:r>
        <w:rPr>
          <w:b/>
        </w:rPr>
        <w:t xml:space="preserve">[57:57] </w:t>
      </w:r>
      <w:r>
        <w:t>chahe iman ho, chahe namaz roza ho, chahe quran ho, chahe kuch bhi ho.</w:t>
      </w:r>
    </w:p>
    <w:p>
      <w:pPr>
        <w:jc w:val="right"/>
      </w:pPr>
      <w:r>
        <w:t>چاہے ایمان ہو، چاہے نماز روزہ ہو۔ چاہے قرآن ہو، چاہے کچھ بھی ہو۔</w:t>
      </w:r>
    </w:p>
    <w:p>
      <w:r>
        <w:rPr>
          <w:b/>
        </w:rPr>
        <w:t xml:space="preserve">[58:05] </w:t>
      </w:r>
      <w:r>
        <w:t>jaise yeh hadith jo hai ke sab se buri jagah bazaar hai. is mein mujhe Khuda ke rasool ki daleel mil gayi ke aap sach much Khuda ke rasool the.</w:t>
      </w:r>
    </w:p>
    <w:p>
      <w:pPr>
        <w:jc w:val="right"/>
      </w:pPr>
      <w:r>
        <w:t>جیسے یہ حدیث جو ہے کہ سب سے بری جگہ بازار ہے۔ اس میں مجھے خدا کے رسول کی دلیل مل گئی کہ آپ سچ مچ خدا کے رسول تھے۔</w:t>
      </w:r>
    </w:p>
    <w:p>
      <w:r>
        <w:rPr>
          <w:b/>
        </w:rPr>
        <w:t xml:space="preserve">[58:17] </w:t>
      </w:r>
      <w:r>
        <w:t>kaise aap ne jana ke aik zamana aayega jabke sab se buri jagah shopping center ban jayega. to behal mein yahi kahunga ke aap soch samajh kar zindagi guzariye.</w:t>
      </w:r>
    </w:p>
    <w:p>
      <w:pPr>
        <w:jc w:val="right"/>
      </w:pPr>
      <w:r>
        <w:t>کیسے آپ نے جانا کہ ایک زمانہ آئے گا جبکہ سب سے بری جگہ شاپنگ سینٹر بن جائے گا۔ تو بہرحال میں یہی کہوں گا کہ آپ سوچ سمجھ کر زندگی گزاریے۔</w:t>
      </w:r>
    </w:p>
    <w:p>
      <w:r>
        <w:rPr>
          <w:b/>
        </w:rPr>
        <w:t xml:space="preserve">[58:30] </w:t>
      </w:r>
      <w:r>
        <w:t>aur zehni taraqqi ko apna maqsad banaiye. waqul q</w:t>
      </w:r>
    </w:p>
    <w:p>
      <w:pPr>
        <w:jc w:val="right"/>
      </w:pPr>
      <w:r>
        <w:t>اور ذہنی ترقی کو اپنا مقصد بنائیے۔ وقول 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