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Message of The Quran October 20, 2007</w:t>
      </w:r>
    </w:p>
    <w:p>
      <w:r>
        <w:t>https://youtu.be/7GePL3JmwnE</w:t>
      </w:r>
    </w:p>
    <w:p>
      <w:r>
        <w:rPr>
          <w:b/>
        </w:rPr>
        <w:t xml:space="preserve">[00:28] </w:t>
      </w:r>
      <w:r>
        <w:t>way-sir-li-amri, wahl-ul-uqdat-am-min-lisani-yaf-qahu-qawli. jaisa ke aap jante hain, aaj ka topic hai "message of the Quran".</w:t>
      </w:r>
    </w:p>
    <w:p>
      <w:pPr>
        <w:jc w:val="right"/>
      </w:pPr>
      <w:r>
        <w:t>ویسر لی امری، واحل العقدۃ من لسانی یفقہ قولی۔ جیسا کہ آپ جانتے ہیں، آج کا ٹاپک ہے "میسج آف دا قرآن"۔</w:t>
      </w:r>
    </w:p>
    <w:p>
      <w:r>
        <w:rPr>
          <w:b/>
        </w:rPr>
        <w:t xml:space="preserve">[00:48] </w:t>
      </w:r>
      <w:r>
        <w:t>The topic for this evening is "message of the Quran". Quran kya hai?</w:t>
      </w:r>
    </w:p>
    <w:p>
      <w:pPr>
        <w:jc w:val="right"/>
      </w:pPr>
      <w:r>
        <w:t>دا ٹاپک فار دس ایوننگ از "میسج آف دا قرآن"۔ قرآن کیا ہے؟</w:t>
      </w:r>
    </w:p>
    <w:p>
      <w:r>
        <w:rPr>
          <w:b/>
        </w:rPr>
        <w:t xml:space="preserve">[01:00] </w:t>
      </w:r>
      <w:r>
        <w:t>quran islam ki sab se ziada authentic, authentic book hai.</w:t>
      </w:r>
    </w:p>
    <w:p>
      <w:pPr>
        <w:jc w:val="right"/>
      </w:pPr>
      <w:r>
        <w:t>قرآن اسلام کی سب سے زیادہ اتھینٹک، اتھینٹک بک ہے۔</w:t>
      </w:r>
    </w:p>
    <w:p>
      <w:r>
        <w:rPr>
          <w:b/>
        </w:rPr>
        <w:t xml:space="preserve">[01:10] </w:t>
      </w:r>
      <w:r>
        <w:t>quran is da only authentic source of islamic religion.</w:t>
      </w:r>
    </w:p>
    <w:p>
      <w:pPr>
        <w:jc w:val="right"/>
      </w:pPr>
      <w:r>
        <w:t>قرآن از دا اونلی اتھینٹک سورس آف اسلامک ریلیجن۔</w:t>
      </w:r>
    </w:p>
    <w:p>
      <w:r>
        <w:rPr>
          <w:b/>
        </w:rPr>
        <w:t xml:space="preserve">[01:20] </w:t>
      </w:r>
      <w:r>
        <w:t>quran prophet muhammad par seven century ke first quarter mein utra.</w:t>
      </w:r>
    </w:p>
    <w:p>
      <w:pPr>
        <w:jc w:val="right"/>
      </w:pPr>
      <w:r>
        <w:t>قرآن پرافٹ محمد پر سیون سینچری کے فرسٹ کوارٹر میں اترا۔</w:t>
      </w:r>
    </w:p>
    <w:p>
      <w:r>
        <w:rPr>
          <w:b/>
        </w:rPr>
        <w:t xml:space="preserve">[01:32] </w:t>
      </w:r>
      <w:r>
        <w:t>quran ke kul 114 chapters hain, aur verses jo hain wo about 6500 hain.</w:t>
      </w:r>
    </w:p>
    <w:p>
      <w:pPr>
        <w:jc w:val="right"/>
      </w:pPr>
      <w:r>
        <w:t>قرآن کے کل 114 چیپٹرز ہیں، اور ورسز جو ہیں وہ اباؤٹ 6500 ہیں۔</w:t>
      </w:r>
    </w:p>
    <w:p>
      <w:r>
        <w:rPr>
          <w:b/>
        </w:rPr>
        <w:t xml:space="preserve">[01:53] </w:t>
      </w:r>
      <w:r>
        <w:t>quran ki aik bohat hi bari</w:t>
      </w:r>
    </w:p>
    <w:p>
      <w:pPr>
        <w:jc w:val="right"/>
      </w:pPr>
      <w:r>
        <w:t>قرآن کی ایک بہت ہی بڑی</w:t>
      </w:r>
    </w:p>
    <w:p>
      <w:r>
        <w:rPr>
          <w:b/>
        </w:rPr>
        <w:t xml:space="preserve">[01:58] </w:t>
      </w:r>
      <w:r>
        <w:t>sifat yeh hai ke quran mein koi bhi change 1400 saal mein nahi hua</w:t>
      </w:r>
    </w:p>
    <w:p>
      <w:pPr>
        <w:jc w:val="right"/>
      </w:pPr>
      <w:r>
        <w:t>صفت یہ ہے کہ قرآن میں کوئی بھی چینج 1400 سال میں نہیں ہوا</w:t>
      </w:r>
    </w:p>
    <w:p>
      <w:r>
        <w:rPr>
          <w:b/>
        </w:rPr>
        <w:t xml:space="preserve">[02:05] </w:t>
      </w:r>
      <w:r>
        <w:t>. aaj bhi wahi quran hamare haath mein hai jo seven century ke first quarter mein prophet ne yeh keh kar insaan ko diya tha ke yeh khuda ki taraf se mujh par reveal kiya gaya hai.</w:t>
      </w:r>
    </w:p>
    <w:p>
      <w:pPr>
        <w:jc w:val="right"/>
      </w:pPr>
      <w:r>
        <w:t>۔ آج بھی وہی قرآن ہمارے ہاتھ میں ہے جو سیون سینچری کے فرسٹ کوارٹر میں پرافٹ نے یہ کہہ کر انسان کو دیا تھا کہ یہ خدا کی طرف سے مجھ پر ریویل کیا گیا ہے۔</w:t>
      </w:r>
    </w:p>
    <w:p>
      <w:r>
        <w:rPr>
          <w:b/>
        </w:rPr>
        <w:t xml:space="preserve">[02:31] </w:t>
      </w:r>
      <w:r>
        <w:t>more over, the language of the Quran is also intact. these are very rare exception.</w:t>
      </w:r>
    </w:p>
    <w:p>
      <w:pPr>
        <w:jc w:val="right"/>
      </w:pPr>
      <w:r>
        <w:t>مور اوور، دا لینگویج آف دا قرآن از السو انٹیکٹ۔ دیز ا ویری ریئر ایکسیپشن۔</w:t>
      </w:r>
    </w:p>
    <w:p>
      <w:r>
        <w:rPr>
          <w:b/>
        </w:rPr>
        <w:t xml:space="preserve">[02:41] </w:t>
      </w:r>
      <w:r>
        <w:t>koi bhi kitab aisi dunya mein nahi hai</w:t>
      </w:r>
    </w:p>
    <w:p>
      <w:pPr>
        <w:jc w:val="right"/>
      </w:pPr>
      <w:r>
        <w:t>کوئی بھی کتاب ایسی دنیا میں نہیں ہے</w:t>
      </w:r>
    </w:p>
    <w:p>
      <w:r>
        <w:rPr>
          <w:b/>
        </w:rPr>
        <w:t xml:space="preserve">[02:46] </w:t>
      </w:r>
      <w:r>
        <w:t>jis ki language, yani purani kitabon mein, jis ki language ab tak wahi ki wahi ho. to quran bhi preserved hai, aur is ki language bhi preserved hai.</w:t>
      </w:r>
    </w:p>
    <w:p>
      <w:pPr>
        <w:jc w:val="right"/>
      </w:pPr>
      <w:r>
        <w:t>جس کی لینگویج، یعنی پرانی کتابوں میں، جس کی لینگویج اب تک وہی کی وہی ہو۔ تو قرآن بھی پریزرو ہے، اور اس کی لینگویج بھی پریزرو ہے۔</w:t>
      </w:r>
    </w:p>
    <w:p>
      <w:r>
        <w:rPr>
          <w:b/>
        </w:rPr>
        <w:t xml:space="preserve">[03:00] </w:t>
      </w:r>
      <w:r>
        <w:t>dekhiye, kuch log aap ko shayad yeh kehte hue milenge ke quran superior kitab hai. yeh bilkul baseless baat hai.</w:t>
      </w:r>
    </w:p>
    <w:p>
      <w:pPr>
        <w:jc w:val="right"/>
      </w:pPr>
      <w:r>
        <w:t>دیکھیے، کچھ لوگ آپ کو شاید یہ کہتے ہوئے ملیں گے کہ قرآن سپیریئر کتاب ہے۔ یہ بالکل بیسلیس بات ہے۔</w:t>
      </w:r>
    </w:p>
    <w:p>
      <w:r>
        <w:rPr>
          <w:b/>
        </w:rPr>
        <w:t xml:space="preserve">[03:12] </w:t>
      </w:r>
      <w:r>
        <w:t>quran superior kitab nahi hai. quran preserved kitab hai, preserved book. yahi is ki speciality hai.</w:t>
      </w:r>
    </w:p>
    <w:p>
      <w:pPr>
        <w:jc w:val="right"/>
      </w:pPr>
      <w:r>
        <w:t>قرآن سپیریئر کتاب نہیں ہے۔ قرآن پریزروڈ کتاب ہے، پریزروڈ بک۔ یہی اس کی اسپیشلٹی ہے۔</w:t>
      </w:r>
    </w:p>
    <w:p>
      <w:r>
        <w:rPr>
          <w:b/>
        </w:rPr>
        <w:t xml:space="preserve">[03:26] </w:t>
      </w:r>
      <w:r>
        <w:t>aik sahib ne mujh se kaha ke akhbaron ko dekh kar ke</w:t>
      </w:r>
    </w:p>
    <w:p>
      <w:pPr>
        <w:jc w:val="right"/>
      </w:pPr>
      <w:r>
        <w:t>ایک صاحب نے مجھ سے کہا کہ اخباروں کو دیکھ کر کہ</w:t>
      </w:r>
    </w:p>
    <w:p>
      <w:r>
        <w:rPr>
          <w:b/>
        </w:rPr>
        <w:t xml:space="preserve">[03:35] </w:t>
      </w:r>
      <w:r>
        <w:t>islam is every day in da news, har din islam khabron mein hota hai. main ne is par socha ke khabron mein, yani media mein, jis islam ko woh sunte hain ya dekhte hain,</w:t>
      </w:r>
    </w:p>
    <w:p>
      <w:pPr>
        <w:jc w:val="right"/>
      </w:pPr>
      <w:r>
        <w:t>اسلام از ایوری ڈے ان دا نیوز، ہر دن اسلام خبروں میں ہوتا ہے۔ میں نے اس پر سوچا کہ خبروں میں، یعنی میڈیا میں، جس اسلام کو وہ سنتے ہیں یا دیکھتے ہیں،</w:t>
      </w:r>
    </w:p>
    <w:p>
      <w:r>
        <w:rPr>
          <w:b/>
        </w:rPr>
        <w:t xml:space="preserve">[03:53] </w:t>
      </w:r>
      <w:r>
        <w:t>woh kaun sa islam hai?</w:t>
      </w:r>
    </w:p>
    <w:p>
      <w:pPr>
        <w:jc w:val="right"/>
      </w:pPr>
      <w:r>
        <w:t>وہ کون سا اسلام ہے؟</w:t>
      </w:r>
    </w:p>
    <w:p>
      <w:r>
        <w:rPr>
          <w:b/>
        </w:rPr>
        <w:t xml:space="preserve">[03:56] </w:t>
      </w:r>
      <w:r>
        <w:t>woh mostly islam ka negative picture hai. jaise aaj ko dekhiye, aaj ke paper mein, taqreeban har paper mein front page par aik news hai:</w:t>
      </w:r>
    </w:p>
    <w:p>
      <w:pPr>
        <w:jc w:val="right"/>
      </w:pPr>
      <w:r>
        <w:t>وہ موسٹلی اسلام کا نیگیٹیو پکچر ہے۔ جیسے آج کو دیکھیے، آج کے پیپر میں، تقریباً ہر پیپر میں فرنٹ پیج پر ایک نیوز ہے:</w:t>
      </w:r>
    </w:p>
    <w:p>
      <w:r>
        <w:rPr>
          <w:b/>
        </w:rPr>
        <w:t xml:space="preserve">[04:14] </w:t>
      </w:r>
      <w:r>
        <w:t>pakistan mein bomb blast hua, 140 aadmi mar gaye, more than 100 is mein injury hui.</w:t>
      </w:r>
    </w:p>
    <w:p>
      <w:pPr>
        <w:jc w:val="right"/>
      </w:pPr>
      <w:r>
        <w:t>پاکستان میں بمب بلاسٹ ہوا، 140 آدمی مر گئے، مور دین 100 اس میں انجری ہوئی۔</w:t>
      </w:r>
    </w:p>
    <w:p>
      <w:r>
        <w:rPr>
          <w:b/>
        </w:rPr>
        <w:t xml:space="preserve">[04:25] </w:t>
      </w:r>
      <w:r>
        <w:t>to yeh islamic news samjhi jati hai. yeh islamic news nahi hai.</w:t>
      </w:r>
    </w:p>
    <w:p>
      <w:pPr>
        <w:jc w:val="right"/>
      </w:pPr>
      <w:r>
        <w:t>تو یہ اسلامک نیوز سمجھی جاتی ہے۔ یہ اسلامک نیوز نہیں ہے۔</w:t>
      </w:r>
    </w:p>
    <w:p>
      <w:r>
        <w:rPr>
          <w:b/>
        </w:rPr>
        <w:t xml:space="preserve">[04:32] </w:t>
      </w:r>
      <w:r>
        <w:t>yeh to kuch musalmanon ki apni practice hai. is ko le kar ke is tarah ki news jo aati hain media mein, is ko le kar ke islam ki jo image banegi, woh correct image nahi hogi.</w:t>
      </w:r>
    </w:p>
    <w:p>
      <w:pPr>
        <w:jc w:val="right"/>
      </w:pPr>
      <w:r>
        <w:t>یہ تو کچھ مسلمانوں کی اپنی پریکٹس ہے۔ اس کو لے کر کے اس طرح کی نیوز جو آتی ہیں میڈیا میں، اس کو لے کر کے اسلام کی جو امیج بنے گی، وہ کریکٹ امیج نہیں ہوگی۔</w:t>
      </w:r>
    </w:p>
    <w:p>
      <w:r>
        <w:rPr>
          <w:b/>
        </w:rPr>
        <w:t xml:space="preserve">[04:50] </w:t>
      </w:r>
      <w:r>
        <w:t>dekhiye, aap ko yeh jaanna chahiye ke media kya hai. media aik selective news ki industry hai.</w:t>
      </w:r>
    </w:p>
    <w:p>
      <w:pPr>
        <w:jc w:val="right"/>
      </w:pPr>
      <w:r>
        <w:t>دیکھیے، آپ کو یہ جاننا چاہیے کہ میڈیا کیا ہے۔ میڈیا ایک سلیکٹیو نیوز کی انڈسٹری ہے۔</w:t>
      </w:r>
    </w:p>
    <w:p>
      <w:r>
        <w:rPr>
          <w:b/>
        </w:rPr>
        <w:t xml:space="preserve">[05:00] </w:t>
      </w:r>
      <w:r>
        <w:t>media ka yeh kaam nahi hai ke woh cheezon ko as it is pesh kare, kyunke media koi mission nahi hai. media ka yeh concern nahi hai ke dunya ko islam ki ya quran ki positive baatein bataun.</w:t>
      </w:r>
    </w:p>
    <w:p>
      <w:pPr>
        <w:jc w:val="right"/>
      </w:pPr>
      <w:r>
        <w:t>میڈیا کا یہ کام نہیں ہے کہ وہ چیزوں کو ایز اٹ از پیش کرے، کیونکہ میڈیا کوئی مشن نہیں ہے۔ میڈیا کا یہ کنسرن نہیں ہے کہ دنیا کو اسلام کی یا قرآن کی پازیٹیو باتیں بتاؤں۔</w:t>
      </w:r>
    </w:p>
    <w:p>
      <w:r>
        <w:rPr>
          <w:b/>
        </w:rPr>
        <w:t xml:space="preserve">[05:16] </w:t>
      </w:r>
      <w:r>
        <w:t>insaan yeh is ka concern nahi hai.</w:t>
      </w:r>
    </w:p>
    <w:p>
      <w:pPr>
        <w:jc w:val="right"/>
      </w:pPr>
      <w:r>
        <w:t>انسان یہ اس کا کنسرن نہیں ہے۔</w:t>
      </w:r>
    </w:p>
    <w:p>
      <w:r>
        <w:rPr>
          <w:b/>
        </w:rPr>
        <w:t xml:space="preserve">[05:20] </w:t>
      </w:r>
      <w:r>
        <w:t>isi liye jo log complain karte hain media ke khilaf ke media islam ko distort karta hai, main un se sehmat nahi hoon.</w:t>
      </w:r>
    </w:p>
    <w:p>
      <w:pPr>
        <w:jc w:val="right"/>
      </w:pPr>
      <w:r>
        <w:t>اسی لیے جو لوگ کمپلین کرتے ہیں میڈیا کے خلاف کہ میڈیا اسلام کو ڈسٹورٹ کرتا ہے، میں ان سے सहمت نہیں ہوں۔</w:t>
      </w:r>
    </w:p>
    <w:p>
      <w:r>
        <w:rPr>
          <w:b/>
        </w:rPr>
        <w:t xml:space="preserve">[05:34] </w:t>
      </w:r>
      <w:r>
        <w:t>bohat se log aap ko milenge sari dunya mein aisa kehte hue ke islam jo hai, islam ki media jo hai, woh islam ki image bigadta hai, distort karta hai.</w:t>
      </w:r>
    </w:p>
    <w:p>
      <w:pPr>
        <w:jc w:val="right"/>
      </w:pPr>
      <w:r>
        <w:t>بہت سے لوگ آپ کو ملیں گے ساری دنیا میں ایسا کہتے ہوئے کہ اسلام جو ہے، اسلام کی میڈیا جو ہے، وہ اسلام کی امیج بگاڑتا ہے، ڈسٹورٹ کرتا ہے۔</w:t>
      </w:r>
    </w:p>
    <w:p>
      <w:r>
        <w:rPr>
          <w:b/>
        </w:rPr>
        <w:t xml:space="preserve">[05:46] </w:t>
      </w:r>
      <w:r>
        <w:t>mein is se bilkul hi sehmat nahi hoon. kyon?</w:t>
      </w:r>
    </w:p>
    <w:p>
      <w:pPr>
        <w:jc w:val="right"/>
      </w:pPr>
      <w:r>
        <w:t>میں اس سے بالکل ہی صحمت نہیں ہوں۔ کیوں؟</w:t>
      </w:r>
    </w:p>
    <w:p>
      <w:r>
        <w:rPr>
          <w:b/>
        </w:rPr>
        <w:t xml:space="preserve">[05:50] </w:t>
      </w:r>
      <w:r>
        <w:t>bhai, media ka yeh kaam hi nahi hai ke aap ki image banaye ya bigare. media to ek industry hai. apni industry ka jo interest hai, wohi hai ke woh hot news usay chahiye,</w:t>
      </w:r>
    </w:p>
    <w:p>
      <w:pPr>
        <w:jc w:val="right"/>
      </w:pPr>
      <w:r>
        <w:t>بھئی، میڈیا کا یہ کام ہی نہیں ہے کہ آپ کی امیج بنائے یا بگاڑے۔ میڈیا تو ایک انڈسٹری ہے۔ اپنی انڈسٹری کا جو انٹرسٹ ہے، وہ یہی ہے کہ وہ ہاٹ نیوز اسے چاہیے،</w:t>
      </w:r>
    </w:p>
    <w:p>
      <w:r>
        <w:rPr>
          <w:b/>
        </w:rPr>
        <w:t xml:space="preserve">[06:04] </w:t>
      </w:r>
      <w:r>
        <w:t>kyonke hot news hi saleable hai. media ka kaam hai news ko sale karna.</w:t>
      </w:r>
    </w:p>
    <w:p>
      <w:pPr>
        <w:jc w:val="right"/>
      </w:pPr>
      <w:r>
        <w:t>کیونکہ ہاٹ نیوز ہی سیلیبل ہے۔ میڈیا کا کام ہے نیوز کو سیل کرنا۔</w:t>
      </w:r>
    </w:p>
    <w:p>
      <w:r>
        <w:rPr>
          <w:b/>
        </w:rPr>
        <w:t xml:space="preserve">[06:13] </w:t>
      </w:r>
      <w:r>
        <w:t>to jo media jaan ko pata hai ke logon ka jo taste hai, woh kya hai?</w:t>
      </w:r>
    </w:p>
    <w:p>
      <w:pPr>
        <w:jc w:val="right"/>
      </w:pPr>
      <w:r>
        <w:t>تو جو میڈیا جان کو پتہ ہے کہ لوگوں کا جو ٹیسٹ ہے، وہ کیا ہے؟</w:t>
      </w:r>
    </w:p>
    <w:p>
      <w:r>
        <w:rPr>
          <w:b/>
        </w:rPr>
        <w:t xml:space="preserve">[06:24] </w:t>
      </w:r>
      <w:r>
        <w:t>to blame goes to the people, not to media. media ko aap koi blame dete hain,</w:t>
      </w:r>
    </w:p>
    <w:p>
      <w:pPr>
        <w:jc w:val="right"/>
      </w:pPr>
      <w:r>
        <w:t>تو بلیم گوز ٹو دا پیپل، ناٹ ٹو میڈیا۔ میڈیا کو آپ کوئی بلیم دیتے ہیں،</w:t>
      </w:r>
    </w:p>
    <w:p>
      <w:r>
        <w:rPr>
          <w:b/>
        </w:rPr>
        <w:t xml:space="preserve">[06:30] </w:t>
      </w:r>
      <w:r>
        <w:t>logon ke taste ko blame dijiye,</w:t>
      </w:r>
    </w:p>
    <w:p>
      <w:pPr>
        <w:jc w:val="right"/>
      </w:pPr>
      <w:r>
        <w:t>لوگوں کے ٹیسٹ کو بلیم دیجئے،</w:t>
      </w:r>
    </w:p>
    <w:p>
      <w:r>
        <w:rPr>
          <w:b/>
        </w:rPr>
        <w:t xml:space="preserve">[06:37] </w:t>
      </w:r>
      <w:r>
        <w:t>kyonke logon ka taste yahi hai ke unhein hot news chahiye, garma garam news chahiye. to media select karta hai inhi news ko jo log chahte hain.</w:t>
      </w:r>
    </w:p>
    <w:p>
      <w:pPr>
        <w:jc w:val="right"/>
      </w:pPr>
      <w:r>
        <w:t>کیونکہ لوگوں کا ٹیسٹ یہی ہے کہ انہیں ہاٹ نیوز چاہیے، گرما گرم نیوز چاہیے۔ تو میڈیا سلیکٹ کرتا ہے انہی نیوز کو جو لوگ چاہتے ہیں۔</w:t>
      </w:r>
    </w:p>
    <w:p>
      <w:r>
        <w:rPr>
          <w:b/>
        </w:rPr>
        <w:t xml:space="preserve">[06:51] </w:t>
      </w:r>
      <w:r>
        <w:t>is liye mere dil mein kuch bhi, one percent bhi, media se koi complaint nahi hai.</w:t>
      </w:r>
    </w:p>
    <w:p>
      <w:pPr>
        <w:jc w:val="right"/>
      </w:pPr>
      <w:r>
        <w:t>اس لیے میرے دل میں کچھ بھی، ون پرسنٹ بھی، میڈیا سے کوئی کمپلین نہیں ہے۔</w:t>
      </w:r>
    </w:p>
    <w:p>
      <w:r>
        <w:rPr>
          <w:b/>
        </w:rPr>
        <w:t xml:space="preserve">[07:00] </w:t>
      </w:r>
      <w:r>
        <w:t>kyon hum complain karein? kya media koi mission hai? kya media koi madrasay ka organ hai? media koi quran ka journal hai?</w:t>
      </w:r>
    </w:p>
    <w:p>
      <w:pPr>
        <w:jc w:val="right"/>
      </w:pPr>
      <w:r>
        <w:t>کیوں ہم کمپلین کریں؟ کیا میڈیا کوئی مشن ہے؟ کیا میڈیا کوئی مدرسے کا ارگن ہے؟ میڈیا کوئی قرآن کا جنرل ہے؟</w:t>
      </w:r>
    </w:p>
    <w:p>
      <w:r>
        <w:rPr>
          <w:b/>
        </w:rPr>
        <w:t xml:space="preserve">[07:11] </w:t>
      </w:r>
      <w:r>
        <w:t>yeh kyon aap expect karte hain aisi cheez jo hai nahi? jis tarah se Bata joota bechta hai, isi tarah se woh news bechte hain.</w:t>
      </w:r>
    </w:p>
    <w:p>
      <w:pPr>
        <w:jc w:val="right"/>
      </w:pPr>
      <w:r>
        <w:t>یہ کیوں آپ ایکسپیکٹ کرتے ہیں ایسی چیز جو ہے نہیں؟ جس طرح سے باٹا جوتا بیچتا ہے، اسی طرح سے وہ نیوز بیچتے ہیں۔</w:t>
      </w:r>
    </w:p>
    <w:p>
      <w:r>
        <w:rPr>
          <w:b/>
        </w:rPr>
        <w:t xml:space="preserve">[07:24] </w:t>
      </w:r>
      <w:r>
        <w:t>yeh hai media. to blame goes to the people.</w:t>
      </w:r>
    </w:p>
    <w:p>
      <w:pPr>
        <w:jc w:val="right"/>
      </w:pPr>
      <w:r>
        <w:t>یہ ہے میڈیا۔ تو بلیم گوز ٹو دا پیپل۔</w:t>
      </w:r>
    </w:p>
    <w:p>
      <w:r>
        <w:rPr>
          <w:b/>
        </w:rPr>
        <w:t xml:space="preserve">[07:31] </w:t>
      </w:r>
      <w:r>
        <w:t>people love hot news, so they select hot news.</w:t>
      </w:r>
    </w:p>
    <w:p>
      <w:pPr>
        <w:jc w:val="right"/>
      </w:pPr>
      <w:r>
        <w:t>پیپل لو ہاٹ نیوز، سو دے سلیکٹ ہاٹ نیوز۔</w:t>
      </w:r>
    </w:p>
    <w:p>
      <w:r>
        <w:rPr>
          <w:b/>
        </w:rPr>
        <w:t xml:space="preserve">[07:38] </w:t>
      </w:r>
      <w:r>
        <w:t>beh-haal, mein yeh kahunga ke there are two different sources of Islam.</w:t>
      </w:r>
    </w:p>
    <w:p>
      <w:pPr>
        <w:jc w:val="right"/>
      </w:pPr>
      <w:r>
        <w:t>بہرحال، میں یہ کہوں گا کہ دیر ار ٹو ڈفرنٹ سورسز آف اسلام۔</w:t>
      </w:r>
    </w:p>
    <w:p>
      <w:r>
        <w:rPr>
          <w:b/>
        </w:rPr>
        <w:t xml:space="preserve">[07:47] </w:t>
      </w:r>
      <w:r>
        <w:t>one is media, and other one is Islamic scriptures.</w:t>
      </w:r>
    </w:p>
    <w:p>
      <w:pPr>
        <w:jc w:val="right"/>
      </w:pPr>
      <w:r>
        <w:t>ون از میڈیا، اینڈ ادر ون از اسلامک سکرپچرز۔</w:t>
      </w:r>
    </w:p>
    <w:p>
      <w:r>
        <w:rPr>
          <w:b/>
        </w:rPr>
        <w:t xml:space="preserve">[07:54] </w:t>
      </w:r>
      <w:r>
        <w:t>to media ko parh kar aap yeh na samajh lein ke sari baat aap ne jaan li. agar aap ko janna hai ke what is Islam, to aap ko Islam ki apni scripture parhni hogi.</w:t>
      </w:r>
    </w:p>
    <w:p>
      <w:pPr>
        <w:jc w:val="right"/>
      </w:pPr>
      <w:r>
        <w:t>تو میڈیا کو پڑھ کر آپ یہ نہ سمجھ لیں کہ ساری بات آپ نے جان لی۔ اگر آپ کو جاننا ہے کہ واٹ از اسلام، تو آپ کو اسلام کی اپنی سکرپچر پڑھنی ہوگی۔</w:t>
      </w:r>
    </w:p>
    <w:p>
      <w:r>
        <w:rPr>
          <w:b/>
        </w:rPr>
        <w:t xml:space="preserve">[08:12] </w:t>
      </w:r>
      <w:r>
        <w:t>dekhein, aaj hi jab mein namaz parh raha tha maghrib ki, to hamare imam sahib ne namaz mein quran ke kuch verses parhein.</w:t>
      </w:r>
    </w:p>
    <w:p>
      <w:pPr>
        <w:jc w:val="right"/>
      </w:pPr>
      <w:r>
        <w:t>دیکھیں، آج ہی جب میں نماز پڑھ رہا تھا مغرب کی، تو ہمارے امام صاحب نے نماز میں قرآن کے کچھ ورسز پڑھیں۔</w:t>
      </w:r>
    </w:p>
    <w:p>
      <w:r>
        <w:rPr>
          <w:b/>
        </w:rPr>
        <w:t xml:space="preserve">[08:24] </w:t>
      </w:r>
      <w:r>
        <w:t>is mein surah al-Ma'idah ki yeh verse parhi unhone: wa la yajrimannakum shananu qawmin 'ala allaa ta'dilu, i'dilu, aqrabu at-taqwa</w:t>
      </w:r>
    </w:p>
    <w:p>
      <w:pPr>
        <w:jc w:val="right"/>
      </w:pPr>
      <w:r>
        <w:t>اس میں سورہ المائدہ کی یہ ورس پڑھی انہوں نے: ولا یجرمنکم شنان قوم علی اللہ تعادل ایدلوھو اقرب التقوی</w:t>
      </w:r>
    </w:p>
    <w:p>
      <w:r>
        <w:rPr>
          <w:b/>
        </w:rPr>
        <w:t xml:space="preserve">[08:42] </w:t>
      </w:r>
      <w:r>
        <w:t>is ka translation yeh hai ke kisi ki dushmani, kisi ki dushmani tum ko us par na ubhare ke tum</w:t>
      </w:r>
    </w:p>
    <w:p>
      <w:pPr>
        <w:jc w:val="right"/>
      </w:pPr>
      <w:r>
        <w:t>اس کا ٹرانسلیشن یہ ہے کہ کسی کی دشمنی، کسی کی دشمنی تم کو اس پر نہ ابھارے کہ تم</w:t>
      </w:r>
    </w:p>
    <w:p>
      <w:r>
        <w:rPr>
          <w:b/>
        </w:rPr>
        <w:t xml:space="preserve">[08:59] </w:t>
      </w:r>
      <w:r>
        <w:t>justice se hat jao. tum justice se hat jao. tum har haal mein justice karo. dushmani ho tab bhi.</w:t>
      </w:r>
    </w:p>
    <w:p>
      <w:pPr>
        <w:jc w:val="right"/>
      </w:pPr>
      <w:r>
        <w:t>جسٹس سے ہٹ جاؤ۔ تم جسٹس سے ہٹ جاؤ۔ تم ہر حال میں جسٹس کرو۔ دشمنی ہو تب بھی۔</w:t>
      </w:r>
    </w:p>
    <w:p>
      <w:r>
        <w:rPr>
          <w:b/>
        </w:rPr>
        <w:t xml:space="preserve">[09:09] </w:t>
      </w:r>
      <w:r>
        <w:t>kyonke yahi Islam hai.</w:t>
      </w:r>
    </w:p>
    <w:p>
      <w:pPr>
        <w:jc w:val="right"/>
      </w:pPr>
      <w:r>
        <w:t>کیونکہ یہی اسلام ہے۔</w:t>
      </w:r>
    </w:p>
    <w:p>
      <w:r>
        <w:rPr>
          <w:b/>
        </w:rPr>
        <w:t xml:space="preserve">[09:12] </w:t>
      </w:r>
      <w:r>
        <w:t>ab dekhiye ke jo log idhar udhar suicide bombing karte hain, gun culture chalate hain, un se puchiye ke tum aisa karte kyon ho?</w:t>
      </w:r>
    </w:p>
    <w:p>
      <w:pPr>
        <w:jc w:val="right"/>
      </w:pPr>
      <w:r>
        <w:t>اب دیکھیے کہ جو لوگ ادھر ادھر سوسائیڈ بمبنگ کرتے ہیں، گن کلچر چلاتے ہیں، ان سے پوچھیے کہ تم ایسا کرتے کیوں ہو؟</w:t>
      </w:r>
    </w:p>
    <w:p>
      <w:r>
        <w:rPr>
          <w:b/>
        </w:rPr>
        <w:t xml:space="preserve">[09:23] </w:t>
      </w:r>
      <w:r>
        <w:t>to woh kya kahenge? woh kahenge: "we are killing the enemies of Islam."</w:t>
      </w:r>
    </w:p>
    <w:p>
      <w:pPr>
        <w:jc w:val="right"/>
      </w:pPr>
      <w:r>
        <w:t>تو وہ کیا کہیں گے؟ وہ کہیں گے: "وی آر کلنگ دا اینمیز آف اسلام۔"</w:t>
      </w:r>
    </w:p>
    <w:p>
      <w:r>
        <w:rPr>
          <w:b/>
        </w:rPr>
        <w:t xml:space="preserve">[09:31] </w:t>
      </w:r>
      <w:r>
        <w:t>mein yahan se lekar dunya bhar mein ghuma hoon, har jagah yahi hum ko answer milta hai. "we are killing the enemies of Islam."</w:t>
      </w:r>
    </w:p>
    <w:p>
      <w:pPr>
        <w:jc w:val="right"/>
      </w:pPr>
      <w:r>
        <w:t>میں یہاں سے لے کر دنیا بھر میں گھوما ہوں، ہر جگہ یہی ہم کو انسر ملتا ہے۔ "وی آر کلنگ دا اینمیز آف اسلام۔"</w:t>
      </w:r>
    </w:p>
    <w:p>
      <w:r>
        <w:rPr>
          <w:b/>
        </w:rPr>
        <w:t xml:space="preserve">[09:41] </w:t>
      </w:r>
      <w:r>
        <w:t>there are enemies. ab bataiye ke</w:t>
      </w:r>
    </w:p>
    <w:p>
      <w:pPr>
        <w:jc w:val="right"/>
      </w:pPr>
      <w:r>
        <w:t>دیر ار اینمیز۔ اب بتائیے کہ</w:t>
      </w:r>
    </w:p>
    <w:p>
      <w:r>
        <w:rPr>
          <w:b/>
        </w:rPr>
        <w:t xml:space="preserve">[09:48] </w:t>
      </w:r>
      <w:r>
        <w:t>quran yeh kehta hai ke tum enemies se deal karte hue justice se na haato. ab aap dekhiye ke justice se kaise haat te hain log?</w:t>
      </w:r>
    </w:p>
    <w:p>
      <w:pPr>
        <w:jc w:val="right"/>
      </w:pPr>
      <w:r>
        <w:t>قرآن یہ کہتا ہے کہ تم اینمیز سے ڈیل کرتے ہوئے جسٹس سے نہ ہٹو۔ اب آپ دیکھیے کہ جسٹس سے کیسے ہٹتے ہیں لوگ؟</w:t>
      </w:r>
    </w:p>
    <w:p>
      <w:r>
        <w:rPr>
          <w:b/>
        </w:rPr>
        <w:t xml:space="preserve">[09:59] </w:t>
      </w:r>
      <w:r>
        <w:t>suicide bombing jo hoti hai, is mein kon log marte hain? hundred percent innocent log marte hain.</w:t>
      </w:r>
    </w:p>
    <w:p>
      <w:pPr>
        <w:jc w:val="right"/>
      </w:pPr>
      <w:r>
        <w:t>سوسائیڈ بمبنگ جو ہوتی ہے، اس میں کون لوگ مرتے ہیں؟ ہنڈرڈ پرسنٹ انوسنٹ لوگ مرتے ہیں۔</w:t>
      </w:r>
    </w:p>
    <w:p>
      <w:r>
        <w:rPr>
          <w:b/>
        </w:rPr>
        <w:t xml:space="preserve">[10:07] </w:t>
      </w:r>
      <w:r>
        <w:t>road par bombing hui, club mein hui, yahan tak ke masjid mein aur qabristan mein hui. har jagah kon log marte hain?</w:t>
      </w:r>
    </w:p>
    <w:p>
      <w:pPr>
        <w:jc w:val="right"/>
      </w:pPr>
      <w:r>
        <w:t>روڈ پر بمبنگ ہوئی، کلب میں ہوئی، یہاں تک کہ مسجد میں اور قبرستان میں ہوئی۔ ہر جگہ کون لوگ مرتے ہیں؟</w:t>
      </w:r>
    </w:p>
    <w:p>
      <w:r>
        <w:rPr>
          <w:b/>
        </w:rPr>
        <w:t xml:space="preserve">[10:16] </w:t>
      </w:r>
      <w:r>
        <w:t>innocent log marte hain. to ab bataiye ke justice hai? innocent logon ko marne ka ikhtiyar hai aap ko? woh to kisi ko bhi nahi hai.</w:t>
      </w:r>
    </w:p>
    <w:p>
      <w:pPr>
        <w:jc w:val="right"/>
      </w:pPr>
      <w:r>
        <w:t>انوسنٹ لوگ مرتے ہیں۔ تو اب بتائیے کہ جسٹس ہے؟ انوسنٹ لوگوں کو مارنے کا اختیار ہے آپ کو؟ وہ تو کسی کو بھی نہیں ہے۔</w:t>
      </w:r>
    </w:p>
    <w:p>
      <w:r>
        <w:rPr>
          <w:b/>
        </w:rPr>
        <w:t xml:space="preserve">[10:26] </w:t>
      </w:r>
      <w:r>
        <w:t>prophet ko bhi nahi tha ke woh innocent ko mare. to aap enemy ke naam par kya kar rahe hain?</w:t>
      </w:r>
    </w:p>
    <w:p>
      <w:pPr>
        <w:jc w:val="right"/>
      </w:pPr>
      <w:r>
        <w:t>پرافٹ کو بھی نہیں تھا کہ وہ انوسنٹ کو مارے۔ تو آپ اینمی کے نام پر کیا کر رہے ہیں؟</w:t>
      </w:r>
    </w:p>
    <w:p>
      <w:r>
        <w:rPr>
          <w:b/>
        </w:rPr>
        <w:t xml:space="preserve">[10:35] </w:t>
      </w:r>
      <w:r>
        <w:t>justice se hat rahe hain.</w:t>
      </w:r>
    </w:p>
    <w:p>
      <w:pPr>
        <w:jc w:val="right"/>
      </w:pPr>
      <w:r>
        <w:t>جسٹس سے ہٹ رہے ہیں۔</w:t>
      </w:r>
    </w:p>
    <w:p>
      <w:r>
        <w:rPr>
          <w:b/>
        </w:rPr>
        <w:t xml:space="preserve">[10:39] </w:t>
      </w:r>
      <w:r>
        <w:t>yani enemy ko nahi maar rahe hain. innocent logon ko maar rahe hain. bachcha mara, aurtein marein. bechare market mein log khareed kar rahe hain, cheez khareed rahe hain, wahan par log mar gaye.</w:t>
      </w:r>
    </w:p>
    <w:p>
      <w:pPr>
        <w:jc w:val="right"/>
      </w:pPr>
      <w:r>
        <w:t>یعنی اینمی کو نہیں مار رہے ہیں۔ انوسنٹ لوگوں کو مار رہے ہیں۔ بچہ مرا، عورتیں مریں۔ بیچارے مارکیٹ میں لوگ خرید کر رہے ہیں، چیز خرید رہے ہیں، وہاں پر لوگ مر گئے۔</w:t>
      </w:r>
    </w:p>
    <w:p>
      <w:r>
        <w:rPr>
          <w:b/>
        </w:rPr>
        <w:t xml:space="preserve">[10:54] </w:t>
      </w:r>
      <w:r>
        <w:t>yani khula hua yeh justice se hatna hai. kahin bhi aap bomb maarte hain aur wahan sab ke sab log hote hain, jahan jahan ke aurtein hain, bachche hain, aam log hain, innocent log hain.</w:t>
      </w:r>
    </w:p>
    <w:p>
      <w:pPr>
        <w:jc w:val="right"/>
      </w:pPr>
      <w:r>
        <w:t>یعنی کھلا ہوا یہ جسٹس سے ہٹنا ہے۔ کہیں بھی آپ بم مارتے ہیں اور وہاں سب کے سب لوگ ہوتے ہیں، جہاں جہاں کہ عورتیں ہیں، بچے ہیں، عام لوگ ہیں، انوسنٹ لوگ ہیں۔</w:t>
      </w:r>
    </w:p>
    <w:p>
      <w:r>
        <w:rPr>
          <w:b/>
        </w:rPr>
        <w:t xml:space="preserve">[11:10] </w:t>
      </w:r>
      <w:r>
        <w:t>yahan mein aap ko islam ka ek principle batana chahunga. islam differentiates between enemy and attacker.</w:t>
      </w:r>
    </w:p>
    <w:p>
      <w:pPr>
        <w:jc w:val="right"/>
      </w:pPr>
      <w:r>
        <w:t>یہاں میں آپ کو اسلام کا ایک پرنسپل بتانا چاہوں گا۔ اسلام ڈیفرنشییٹس بٹوین اینمی اینڈ اٹیکر۔</w:t>
      </w:r>
    </w:p>
    <w:p>
      <w:r>
        <w:rPr>
          <w:b/>
        </w:rPr>
        <w:t xml:space="preserve">[11:20] </w:t>
      </w:r>
      <w:r>
        <w:t>it's very important to know this islamic principle.</w:t>
      </w:r>
    </w:p>
    <w:p>
      <w:pPr>
        <w:jc w:val="right"/>
      </w:pPr>
      <w:r>
        <w:t>اٹس ویری امپورٹنٹ ٹو نو دس اسلامک پرنسپل۔</w:t>
      </w:r>
    </w:p>
    <w:p>
      <w:r>
        <w:rPr>
          <w:b/>
        </w:rPr>
        <w:t xml:space="preserve">[11:25] </w:t>
      </w:r>
      <w:r>
        <w:t>islam differentiates between enemy and attacker. you can fight attackers, but you can not fight enemies.</w:t>
      </w:r>
    </w:p>
    <w:p>
      <w:pPr>
        <w:jc w:val="right"/>
      </w:pPr>
      <w:r>
        <w:t>اسلام ڈیفرنشییٹس بٹوین اینمی اینڈ اٹیکر۔ یو کین فائٹ اٹیکرز، بٹ یو کین ناٹ فائٹ اینمیز۔</w:t>
      </w:r>
    </w:p>
    <w:p>
      <w:r>
        <w:rPr>
          <w:b/>
        </w:rPr>
        <w:t xml:space="preserve">[11:40] </w:t>
      </w:r>
      <w:r>
        <w:t>kaise</w:t>
      </w:r>
    </w:p>
    <w:p>
      <w:pPr>
        <w:jc w:val="right"/>
      </w:pPr>
      <w:r>
        <w:t>کیسے</w:t>
      </w:r>
    </w:p>
    <w:p>
      <w:r>
        <w:rPr>
          <w:b/>
        </w:rPr>
        <w:t xml:space="preserve">[11:42] </w:t>
      </w:r>
      <w:r>
        <w:t>? quran mein dekhiye ek ayat hai</w:t>
      </w:r>
    </w:p>
    <w:p>
      <w:pPr>
        <w:jc w:val="right"/>
      </w:pPr>
      <w:r>
        <w:t>؟ قرآن میں دیکھیے ایک آیت ہے</w:t>
      </w:r>
    </w:p>
    <w:p>
      <w:r>
        <w:rPr>
          <w:b/>
        </w:rPr>
        <w:t xml:space="preserve">[11:46] </w:t>
      </w:r>
      <w:r>
        <w:t>ke</w:t>
      </w:r>
    </w:p>
    <w:p>
      <w:pPr>
        <w:jc w:val="right"/>
      </w:pPr>
      <w:r>
        <w:t>کہ</w:t>
      </w:r>
    </w:p>
    <w:p>
      <w:r>
        <w:rPr>
          <w:b/>
        </w:rPr>
        <w:t xml:space="preserve">[11:51] </w:t>
      </w:r>
      <w:r>
        <w:t>اتقوا الله وقولوا قولا سديدا يصح لكم اعمالكم ويغفر لكم ذنوبكم ومن يطع الله ورسوله فقد فاز فوزا عظيما</w:t>
      </w:r>
    </w:p>
    <w:p>
      <w:pPr>
        <w:jc w:val="right"/>
      </w:pPr>
      <w:r>
        <w:t>اتفاء بالتیح احسن فاذا الذی بینک بین وعداو کانہ ولی حمیم</w:t>
      </w:r>
    </w:p>
    <w:p>
      <w:r>
        <w:rPr>
          <w:b/>
        </w:rPr>
        <w:t xml:space="preserve">[12:00] </w:t>
      </w:r>
      <w:r>
        <w:t>iska matlab kya hai?</w:t>
      </w:r>
    </w:p>
    <w:p>
      <w:pPr>
        <w:jc w:val="right"/>
      </w:pPr>
      <w:r>
        <w:t>اس کا مطلب کیا ہے؟</w:t>
      </w:r>
    </w:p>
    <w:p>
      <w:r>
        <w:rPr>
          <w:b/>
        </w:rPr>
        <w:t xml:space="preserve">[12:03] </w:t>
      </w:r>
      <w:r>
        <w:t>do good deeds in return for bad deeds, and you will see that your enemy has become your dearest friend.</w:t>
      </w:r>
    </w:p>
    <w:p>
      <w:pPr>
        <w:jc w:val="right"/>
      </w:pPr>
      <w:r>
        <w:t>ڈو گڈ ڈیڈ ان ریٹرن فار بائی ڈیڈ، اینڈ یو ویل سی دیٹ یور اینمی ہیز بیکم یور ڈیئرسٹ فرینڈ۔</w:t>
      </w:r>
    </w:p>
    <w:p>
      <w:r>
        <w:rPr>
          <w:b/>
        </w:rPr>
        <w:t xml:space="preserve">[12:14] </w:t>
      </w:r>
      <w:r>
        <w:t>aap is quranic verse ko lijiye. is mein kya bataya gaya ke agar koi aadmi tum ko enemy dikhai deta hai? enemy dekhiye, enemy hai ya nahi, ek alag baat hai.</w:t>
      </w:r>
    </w:p>
    <w:p>
      <w:pPr>
        <w:jc w:val="right"/>
      </w:pPr>
      <w:r>
        <w:t>آپ اس قرآنی ورس کو لیجئے۔ اس میں کیا بتایا گیا کہ اگر کوئی آدمی تم کو اینمی دکھائی دیتا ہے؟ اینمی دیکھیے، اینمی ہے یا نہیں، ایک الگ بات ہے۔</w:t>
      </w:r>
    </w:p>
    <w:p>
      <w:r>
        <w:rPr>
          <w:b/>
        </w:rPr>
        <w:t xml:space="preserve">[12:27] </w:t>
      </w:r>
      <w:r>
        <w:t>woh, woh, woh only god knows.</w:t>
      </w:r>
    </w:p>
    <w:p>
      <w:pPr>
        <w:jc w:val="right"/>
      </w:pPr>
      <w:r>
        <w:t>وہ، وہ، وہ اونلی گاڈ نوز۔</w:t>
      </w:r>
    </w:p>
    <w:p>
      <w:r>
        <w:rPr>
          <w:b/>
        </w:rPr>
        <w:t xml:space="preserve">[12:31] </w:t>
      </w:r>
      <w:r>
        <w:t>is liye mein keh raha hoon ke agar aap koi aadmi aap ko enemy dikhai deta hai to aap ko yeh right nahi hai ke us par lage maarne.</w:t>
      </w:r>
    </w:p>
    <w:p>
      <w:pPr>
        <w:jc w:val="right"/>
      </w:pPr>
      <w:r>
        <w:t>اس لیے میں کہہ رہا ہوں کہ اگر آپ کوئی آدمی آپ کو اینمی دکھائی دیتا ہے تو آپ کو یہ رائٹ نہیں ہے کہ اس پر لگے مارنے۔</w:t>
      </w:r>
    </w:p>
    <w:p>
      <w:r>
        <w:rPr>
          <w:b/>
        </w:rPr>
        <w:t xml:space="preserve">[12:42] </w:t>
      </w:r>
      <w:r>
        <w:t>us ko is verse mein kya kaha gaya hai? ke do good day, good, good, good deed, do good deed in return for bad deed.</w:t>
      </w:r>
    </w:p>
    <w:p>
      <w:pPr>
        <w:jc w:val="right"/>
      </w:pPr>
      <w:r>
        <w:t>اس کو اس ورس میں کیا کہا گیا ہے؟ کہ ڈو گڈ ڈے، گڈ، گڈ، گڈ ڈیڈ، ڈو گڈ ڈیڈ ان ریٹرن فار بائی ڈیڈ۔</w:t>
      </w:r>
    </w:p>
    <w:p>
      <w:r>
        <w:rPr>
          <w:b/>
        </w:rPr>
        <w:t xml:space="preserve">[12:54] </w:t>
      </w:r>
      <w:r>
        <w:t>yani enemy agar tumhare saath koi bura sulook kare to tum kya karo? achha sulook karo.</w:t>
      </w:r>
    </w:p>
    <w:p>
      <w:pPr>
        <w:jc w:val="right"/>
      </w:pPr>
      <w:r>
        <w:t>یعنی اینمی اگر تمہارے ساتھ کوئی برا سلوک کرے تو تم کیا کرو؟ اچھا سلوک کرو۔</w:t>
      </w:r>
    </w:p>
    <w:p>
      <w:r>
        <w:rPr>
          <w:b/>
        </w:rPr>
        <w:t xml:space="preserve">[13:01] </w:t>
      </w:r>
      <w:r>
        <w:t>aur phir kya hoga? woh enemy tumhara friend ban jayega. فاذا الذی بینک بین وعداو کانہ ولی حمیم is ka matlab kya hua?</w:t>
      </w:r>
    </w:p>
    <w:p>
      <w:pPr>
        <w:jc w:val="right"/>
      </w:pPr>
      <w:r>
        <w:t>اور پھر کیا ہوگا؟ وہ اینمی تمہارا فرینڈ بن جائے گا۔ فاذا الذی بینک بین وعداو کانہ ولی حمیم اس کا مطلب کیا ہوا؟</w:t>
      </w:r>
    </w:p>
    <w:p>
      <w:r>
        <w:rPr>
          <w:b/>
        </w:rPr>
        <w:t xml:space="preserve">[13:12] </w:t>
      </w:r>
      <w:r>
        <w:t>is ka matlab yeh hua ke every enemy is your potential friend. aap sochiye, kitni badi baat hai yeh?</w:t>
      </w:r>
    </w:p>
    <w:p>
      <w:pPr>
        <w:jc w:val="right"/>
      </w:pPr>
      <w:r>
        <w:t>اس کا مطلب یہ ہوا کہ ایوری اینمی از یور پوٹینشل فرینڈ۔ آپ سوچیں، کتنی بڑی بات ہے یہ؟</w:t>
      </w:r>
    </w:p>
    <w:p>
      <w:r>
        <w:rPr>
          <w:b/>
        </w:rPr>
        <w:t xml:space="preserve">[13:26] </w:t>
      </w:r>
      <w:r>
        <w:t>your enemy is your potential friend. so turn this potential into actual. yeh dekhiye, islam ki teaching hai.</w:t>
      </w:r>
    </w:p>
    <w:p>
      <w:pPr>
        <w:jc w:val="right"/>
      </w:pPr>
      <w:r>
        <w:t>یور اینمی از یور پوٹینشل فرینڈ۔ سو ٹرن دس پوٹینشل انٹو ایکچول۔ یہ دیکھیے، اسلام کی ٹیچنگ ہے۔</w:t>
      </w:r>
    </w:p>
    <w:p>
      <w:r>
        <w:rPr>
          <w:b/>
        </w:rPr>
        <w:t xml:space="preserve">[13:38] </w:t>
      </w:r>
      <w:r>
        <w:t>saari duniya mein jahan bhi gaya, jahan bhi gaya, jahan bhi gaya, jo log violence kar rahe hain ya woh log jo violence ko justify karte hain, yani khud to baithe hue hain apne office mein lekin bolte hain inhi ki favour mein, un ko justify karte hain.</w:t>
      </w:r>
    </w:p>
    <w:p>
      <w:pPr>
        <w:jc w:val="right"/>
      </w:pPr>
      <w:r>
        <w:t>ساری دنیا میں جہاں بھی گیا، جہاں بھی گیا، جہاں بھی گیا، جو لوگ وائیلنس کر رہے ہیں یا وہ لوگ جو وائیلنس کو جسٹیفائی کرتے ہیں، یعنی خود تو بیٹھے ہوئے ہیں اپنے آفس میں لیکن بولتے ہیں انہی کی فیور میں، ان کو جسٹیفائی کرتے ہیں۔</w:t>
      </w:r>
    </w:p>
    <w:p>
      <w:r>
        <w:rPr>
          <w:b/>
        </w:rPr>
        <w:t xml:space="preserve">[13:57] </w:t>
      </w:r>
      <w:r>
        <w:t>donon ki language kya hoti hai? donon ki language keh sahib, yeh enemy hain, inhein to maarna hi hai. we have to eliminate the enemies.</w:t>
      </w:r>
    </w:p>
    <w:p>
      <w:pPr>
        <w:jc w:val="right"/>
      </w:pPr>
      <w:r>
        <w:t>دونوں کی لینگویج کیا ہوتی ہے؟ دونوں کی لینگویج کہ صاحب، یہ اینمی ہیں، انہیں تو مارنا ہی ہے۔ وی ہیو ٹو ایلیمینیٹ دا اینمیز۔</w:t>
      </w:r>
    </w:p>
    <w:p>
      <w:r>
        <w:rPr>
          <w:b/>
        </w:rPr>
        <w:t xml:space="preserve">[14:09] </w:t>
      </w:r>
      <w:r>
        <w:t>keh yeh, yeh koi islam hai? yeh koi islam hai? quran jo, quran jo islam ki aik hi authentic book hai, woh yeh kehti hai ke agar koi tum ko dikhai de, enemy,</w:t>
      </w:r>
    </w:p>
    <w:p>
      <w:pPr>
        <w:jc w:val="right"/>
      </w:pPr>
      <w:r>
        <w:t>کہا یہ، یہ کوئی اسلام ہے؟ یہ کوئی اسلام ہے؟ قرآن جو، قرآن جو اسلام کی ایک ہی اتھینٹک بک ہے، وہ یہ کہتی ہے کہ اگر کوئی تم کو دکھائی دے، اینمی،</w:t>
      </w:r>
    </w:p>
    <w:p>
      <w:r>
        <w:rPr>
          <w:b/>
        </w:rPr>
        <w:t xml:space="preserve">[14:25] </w:t>
      </w:r>
      <w:r>
        <w:t>dushman to tumhein us ko maarna nahi hai.</w:t>
      </w:r>
    </w:p>
    <w:p>
      <w:pPr>
        <w:jc w:val="right"/>
      </w:pPr>
      <w:r>
        <w:t>دشمن تو تمہیں اس کو مارنا نہیں ہے۔</w:t>
      </w:r>
    </w:p>
    <w:p>
      <w:r>
        <w:rPr>
          <w:b/>
        </w:rPr>
        <w:t xml:space="preserve">[14:30] </w:t>
      </w:r>
      <w:r>
        <w:t>us se acha behave karna hai. us ke nature ko jagana hai. us ke nature mein aik chupa hua hai dost insan.</w:t>
      </w:r>
    </w:p>
    <w:p>
      <w:pPr>
        <w:jc w:val="right"/>
      </w:pPr>
      <w:r>
        <w:t>اس سے اچھا بیہیو کرنا ہے۔ اس کے نیچر کو جگانا ہے۔ اس کے نیچر میں ایک چھپا ہوا ہے دوست انسان۔</w:t>
      </w:r>
    </w:p>
    <w:p>
      <w:r>
        <w:rPr>
          <w:b/>
        </w:rPr>
        <w:t xml:space="preserve">[14:41] </w:t>
      </w:r>
      <w:r>
        <w:t>apparently he took like a friend but us ke andar aik, aik dost insan chupa hua hai.</w:t>
      </w:r>
    </w:p>
    <w:p>
      <w:pPr>
        <w:jc w:val="right"/>
      </w:pPr>
      <w:r>
        <w:t>Apparently he took like a friend بٹ اس کے اندر ایک، ایک دوست انسان چھپا ہوا ہے۔</w:t>
      </w:r>
    </w:p>
    <w:p>
      <w:r>
        <w:rPr>
          <w:b/>
        </w:rPr>
        <w:t xml:space="preserve">[14:49] </w:t>
      </w:r>
      <w:r>
        <w:t>to bahar wale insan ko na dekho. andar wale insan ko dekho. andar ke insan ko jagao. us ke andar jo nature hai, nature, us ko jagao.</w:t>
      </w:r>
    </w:p>
    <w:p>
      <w:pPr>
        <w:jc w:val="right"/>
      </w:pPr>
      <w:r>
        <w:t>تو باہر والے انسان کو نہ دیکھو۔ اندر والے انسان کو دیکھو۔ اندر کے انسان کو جگاؤ۔ اس کے اندر جو نیچر ہے، نیچر، اس کو جگاؤ۔</w:t>
      </w:r>
    </w:p>
    <w:p>
      <w:r>
        <w:rPr>
          <w:b/>
        </w:rPr>
        <w:t xml:space="preserve">[15:02] </w:t>
      </w:r>
      <w:r>
        <w:t>aur phir kya hoga? woh tumhara dost ban jayega. ab yahan par dekhiye, sari dunya mein log kisi ko enemy declare kar ke us ke khilaf attack kar rahe hain.</w:t>
      </w:r>
    </w:p>
    <w:p>
      <w:pPr>
        <w:jc w:val="right"/>
      </w:pPr>
      <w:r>
        <w:t>اور پھر کیا ہوگا؟ وہ تمہارا دوست بن جائے گا۔ اب یہاں پر دیکھیے، ساری دنیا میں لوگ کسی کو اینمی ڈیکلئر کر کے اس کے خلاف اٹیک کر رہے ہیں۔</w:t>
      </w:r>
    </w:p>
    <w:p>
      <w:r>
        <w:rPr>
          <w:b/>
        </w:rPr>
        <w:t xml:space="preserve">[15:13] </w:t>
      </w:r>
      <w:r>
        <w:t>aur quran kya keh raha hai?</w:t>
      </w:r>
    </w:p>
    <w:p>
      <w:pPr>
        <w:jc w:val="right"/>
      </w:pPr>
      <w:r>
        <w:t>اور قرآن کیا کہہ رہا ہے؟</w:t>
      </w:r>
    </w:p>
    <w:p>
      <w:r>
        <w:rPr>
          <w:b/>
        </w:rPr>
        <w:t xml:space="preserve">[15:16] </w:t>
      </w:r>
      <w:r>
        <w:t>jo tum ko enemy dikhai de to tum kya karo? us ke potential ko jagao. aur phir kya hai?</w:t>
      </w:r>
    </w:p>
    <w:p>
      <w:pPr>
        <w:jc w:val="right"/>
      </w:pPr>
      <w:r>
        <w:t>جو تم کو اینمی دکھائی دے تو تم کیا کرو؟ اس کے پوٹینشل کو جگاؤ۔ اور پھر کیا ہے؟</w:t>
      </w:r>
    </w:p>
    <w:p>
      <w:r>
        <w:rPr>
          <w:b/>
        </w:rPr>
        <w:t xml:space="preserve">[15:26] </w:t>
      </w:r>
      <w:r>
        <w:t>woh tum ka friend ban jayega. yani enemy ko friend banana yeh hai formula islam ka.</w:t>
      </w:r>
    </w:p>
    <w:p>
      <w:pPr>
        <w:jc w:val="right"/>
      </w:pPr>
      <w:r>
        <w:t>وہ تم کا فرینڈ بن جائے گا۔ یعنی اینمی کو فرینڈ بنانا یہ ہے فارمولا اسلام کا۔</w:t>
      </w:r>
    </w:p>
    <w:p>
      <w:r>
        <w:rPr>
          <w:b/>
        </w:rPr>
        <w:t xml:space="preserve">[15:35] </w:t>
      </w:r>
      <w:r>
        <w:t>aur in logon ka formula kya hai? enemy ko kill karo. enemy ko eliminate karo. isi liye dekhiye, in logon ko khuda ki help nahi mil rahi.</w:t>
      </w:r>
    </w:p>
    <w:p>
      <w:pPr>
        <w:jc w:val="right"/>
      </w:pPr>
      <w:r>
        <w:t>اور ان لوگوں کا فارمولا کیا ہے؟ اینمی کو کل کرو۔ اینمی کو ایلیمینیٹ کرو۔ اسی لیے دیکھیے، ان لوگوں کو خدا کی ہیلپ نہیں مل رہی۔</w:t>
      </w:r>
    </w:p>
    <w:p>
      <w:r>
        <w:rPr>
          <w:b/>
        </w:rPr>
        <w:t xml:space="preserve">[15:45] </w:t>
      </w:r>
      <w:r>
        <w:t>quran mein hai ke walayansurullahmunayansur jo log sachay rastay par chalain ge, khuda un ki madad kare ga. quran mein yeh baat bar bar kahi gayi hai.</w:t>
      </w:r>
    </w:p>
    <w:p>
      <w:pPr>
        <w:jc w:val="right"/>
      </w:pPr>
      <w:r>
        <w:t>قرآن میں ہے کہ ولینصر اللہ منینصر جو لوگ سچے راستے پر چلیں گے، خدا ان کی مدد کرے گا۔ قرآن میں یہ بات بار بار کہی گئی ہے۔</w:t>
      </w:r>
    </w:p>
    <w:p>
      <w:r>
        <w:rPr>
          <w:b/>
        </w:rPr>
        <w:t xml:space="preserve">[15:57] </w:t>
      </w:r>
      <w:r>
        <w:t>bar bar. kan haqqan alayna nasrul momineen yani jo sachai ke rastay par ho to khuda us ki zaroor help karta hai.</w:t>
      </w:r>
    </w:p>
    <w:p>
      <w:pPr>
        <w:jc w:val="right"/>
      </w:pPr>
      <w:r>
        <w:t>بار بار۔ کان حقا علینا نصر المومنین یعنی جو سچائی کے راستے پر ہو تو خدا اس کی ضرور ہیلپ کرتا ہے۔</w:t>
      </w:r>
    </w:p>
    <w:p>
      <w:r>
        <w:rPr>
          <w:b/>
        </w:rPr>
        <w:t xml:space="preserve">[16:11] </w:t>
      </w:r>
      <w:r>
        <w:t>ab dekhiye ke jo log violence kar rahe hain, violenjihad, un ka result kya hai? kahin bhi positive result nahi hai.</w:t>
      </w:r>
    </w:p>
    <w:p>
      <w:pPr>
        <w:jc w:val="right"/>
      </w:pPr>
      <w:r>
        <w:t>اب دیکھیے کہ جو لوگ وائیلنس کر رہے ہیں، وائلن جہاد، ان کا رزلٹ کیا ہے؟ کہیں بھی پازیٹیو رزلٹ نہیں ہے۔</w:t>
      </w:r>
    </w:p>
    <w:p>
      <w:r>
        <w:rPr>
          <w:b/>
        </w:rPr>
        <w:t xml:space="preserve">[16:23] </w:t>
      </w:r>
      <w:r>
        <w:t>kahin bhi. dunya mein kahin bhi aap nahi bata sakte mujhe jahan violence jihad ho raha ho aur islamic militancy chalayi ja rahi ho, wahan woh koi positive result pa rahe hon.</w:t>
      </w:r>
    </w:p>
    <w:p>
      <w:pPr>
        <w:jc w:val="right"/>
      </w:pPr>
      <w:r>
        <w:t>کہیں بھی۔ دنیا میں کہیں بھی آپ نہیں بتا سکتے مجھے جہاں وائلن جہاد ہو رہا ہو اور اسلامک ملٹینسی چلائی جا رہی ہو، وہاں وہ کوئی پازیٹیو رزلٹ پا رہے ہوں۔</w:t>
      </w:r>
    </w:p>
    <w:p>
      <w:r>
        <w:rPr>
          <w:b/>
        </w:rPr>
        <w:t xml:space="preserve">[16:39] </w:t>
      </w:r>
      <w:r>
        <w:t>kai generations beet gayi is, is violenjihad mein. aur siwaye destruction ke, siwaye loss ke, loss in term of money</w:t>
      </w:r>
    </w:p>
    <w:p>
      <w:pPr>
        <w:jc w:val="right"/>
      </w:pPr>
      <w:r>
        <w:t>کئی جنریشنز بیت گئی اس، اس وائلن جہاد میں۔ اور سوائے ڈسٹرکشن سے، سوائے لاس کے، لاس ان ٹرم آف منی</w:t>
      </w:r>
    </w:p>
    <w:p>
      <w:r>
        <w:rPr>
          <w:b/>
        </w:rPr>
        <w:t xml:space="preserve">[16:54] </w:t>
      </w:r>
      <w:r>
        <w:t>aur in term of property, in term of life, silasi loss hai. to aap bataiye ke is se kya pata chala?</w:t>
      </w:r>
    </w:p>
    <w:p>
      <w:pPr>
        <w:jc w:val="right"/>
      </w:pPr>
      <w:r>
        <w:t>اور ان ٹرم آف پراپرٹی، ان ٹرم آف لائف، سلاسی لاس ہے۔ تو آپ بتائیے کہ اس سے کیا پتہ چلا؟</w:t>
      </w:r>
    </w:p>
    <w:p>
      <w:r>
        <w:rPr>
          <w:b/>
        </w:rPr>
        <w:t xml:space="preserve">[17:05] </w:t>
      </w:r>
      <w:r>
        <w:t>ke khuda negative result de kar ke unhein bata raha hai ke tum hamare rastay par nahi ho, nahi ho, nahi ho.</w:t>
      </w:r>
    </w:p>
    <w:p>
      <w:pPr>
        <w:jc w:val="right"/>
      </w:pPr>
      <w:r>
        <w:t>کہ خدا نیگیٹیو رزلٹ دے کر کے انہیں بتا رہا ہے کہ تم ہمارے راستے پر نہیں ہو، نہیں ہو، نہیں ہو۔</w:t>
      </w:r>
    </w:p>
    <w:p>
      <w:r>
        <w:rPr>
          <w:b/>
        </w:rPr>
        <w:t xml:space="preserve">[17:17] </w:t>
      </w:r>
      <w:r>
        <w:t>hum tum ko help nahi karein ge. tum apne ko district karte ho to karte raho. aur dekhiye, suicide bombing jo hai, islam mein to haram hai yeh.</w:t>
      </w:r>
    </w:p>
    <w:p>
      <w:pPr>
        <w:jc w:val="right"/>
      </w:pPr>
      <w:r>
        <w:t>ہم تم کو ہیلپ نہیں کریں گے۔ تم اپنے کو ڈسٹرکٹ کرتے ہو تو کرتے رہو۔ اور دیکھیے، سوسائیڈ بمبنگ جو ہے، اسلام میں تو حرام ہے یہ۔</w:t>
      </w:r>
    </w:p>
    <w:p>
      <w:r>
        <w:rPr>
          <w:b/>
        </w:rPr>
        <w:t xml:space="preserve">[17:30] </w:t>
      </w:r>
      <w:r>
        <w:t>aap yeh yaad rakhiye ke islam mein aik bohat hi accepted principle hai ke khudkushi ya suicide bombing yeh haram hai.</w:t>
      </w:r>
    </w:p>
    <w:p>
      <w:pPr>
        <w:jc w:val="right"/>
      </w:pPr>
      <w:r>
        <w:t>آپ یہ یاد رکھیے کہ اسلام میں ایک بہت ہی ایکسیپٹڈ پرنسپل ہے کہ خودکشی یا سوسائیڈ بمبنگ یہ حرام ہے۔</w:t>
      </w:r>
    </w:p>
    <w:p>
      <w:r>
        <w:rPr>
          <w:b/>
        </w:rPr>
        <w:t xml:space="preserve">[17:44] </w:t>
      </w:r>
      <w:r>
        <w:t>haram hai yeh. unlawful hai islam mein. yani woh aadmi hell mein jaye ga.</w:t>
      </w:r>
    </w:p>
    <w:p>
      <w:pPr>
        <w:jc w:val="right"/>
      </w:pPr>
      <w:r>
        <w:t>حرام ہے یہ۔ ان لافل ہے اسلام میں۔ یعنی وہ آدمی ہیل میں جائے گا۔</w:t>
      </w:r>
    </w:p>
    <w:p>
      <w:r>
        <w:rPr>
          <w:b/>
        </w:rPr>
        <w:t xml:space="preserve">[17:53] </w:t>
      </w:r>
      <w:r>
        <w:t>suicide karne wala hell mein jaye ga. ab yahan par kya hai? suicide bombing kar rahe hain log</w:t>
      </w:r>
    </w:p>
    <w:p>
      <w:pPr>
        <w:jc w:val="right"/>
      </w:pPr>
      <w:r>
        <w:t>سوسائیڈ کرنے والا ہیل میں جائے گا۔ اب یہاں پر کیا ہے؟ سوسائیڈ بمبنگ کر رہے ہیں لوگ</w:t>
      </w:r>
    </w:p>
    <w:p>
      <w:r>
        <w:rPr>
          <w:b/>
        </w:rPr>
        <w:t xml:space="preserve">[18:00] </w:t>
      </w:r>
      <w:r>
        <w:t>. kis liye? ke yeh islam hai yeh, yeh jihad hai yeh. yeh, yeh, yeh kya? yeh to jihad hai nahi, islam hai. kuch nahi, yeh to hell ka rasta hai.</w:t>
      </w:r>
    </w:p>
    <w:p>
      <w:pPr>
        <w:jc w:val="right"/>
      </w:pPr>
      <w:r>
        <w:t>۔ کس لیے؟ کہ یہ اسلام ہے یہ، یہ جہاد ہے یہ۔ یہ، یہ، یہ کیا؟ یہ تو جہاد ہے نہیں، اسلام ہے۔ کچھ نہیں، یہ تو ہیل کا راستہ ہے۔</w:t>
      </w:r>
    </w:p>
    <w:p>
      <w:r>
        <w:rPr>
          <w:b/>
        </w:rPr>
        <w:t xml:space="preserve">[18:14] </w:t>
      </w:r>
      <w:r>
        <w:t>mein aap se arz karna chahta hoon ke dekhiye, kyunke aaj kal sab se zyada jo charcha hota hai islam ke ko le kar, woh hai jihad.</w:t>
      </w:r>
    </w:p>
    <w:p>
      <w:pPr>
        <w:jc w:val="right"/>
      </w:pPr>
      <w:r>
        <w:t>میں آپ سے عرض کرنا چاہتا ہوں کہ دیکھیے، کیونکہ آج کل سب سے زیادہ جو چرچا ہوتا ہے اسلام کے کو لے کر، وہ ہے جہاد۔</w:t>
      </w:r>
    </w:p>
    <w:p>
      <w:r>
        <w:rPr>
          <w:b/>
        </w:rPr>
        <w:t xml:space="preserve">[18:27] </w:t>
      </w:r>
      <w:r>
        <w:t>to what is jihad?</w:t>
      </w:r>
    </w:p>
    <w:p>
      <w:pPr>
        <w:jc w:val="right"/>
      </w:pPr>
      <w:r>
        <w:t>تو واٹ از جہاد؟</w:t>
      </w:r>
    </w:p>
    <w:p>
      <w:r>
        <w:rPr>
          <w:b/>
        </w:rPr>
        <w:t xml:space="preserve">[18:31] </w:t>
      </w:r>
      <w:r>
        <w:t>har aadmi janna chahta hai ke jihad kya hai. to what is jihad? jihad literally means to strive, to struggle.</w:t>
      </w:r>
    </w:p>
    <w:p>
      <w:pPr>
        <w:jc w:val="right"/>
      </w:pPr>
      <w:r>
        <w:t>ہر آدمی جاننا چاہتا ہے کہ جہاد کیا ہے۔ تو واٹ از جہاد؟ جہاد لٹرلی مینز ٹو سٹرائیو، ٹو سٹرگل۔</w:t>
      </w:r>
    </w:p>
    <w:p>
      <w:r>
        <w:rPr>
          <w:b/>
        </w:rPr>
        <w:t xml:space="preserve">[18:42] </w:t>
      </w:r>
      <w:r>
        <w:t>that is peaceful struggle.</w:t>
      </w:r>
    </w:p>
    <w:p>
      <w:pPr>
        <w:jc w:val="right"/>
      </w:pPr>
      <w:r>
        <w:t>دیٹ از پیس فل سٹرگل۔</w:t>
      </w:r>
    </w:p>
    <w:p>
      <w:r>
        <w:rPr>
          <w:b/>
        </w:rPr>
        <w:t xml:space="preserve">[18:48] </w:t>
      </w:r>
      <w:r>
        <w:t>jihad means peaceful struggle for a noble cause. jihad has nothing to do with war, with fighting, with violence.</w:t>
      </w:r>
    </w:p>
    <w:p>
      <w:pPr>
        <w:jc w:val="right"/>
      </w:pPr>
      <w:r>
        <w:t>جہاد مینز پیس فل سٹرگل فار اے نوبل کاز۔ جہاد ہیز نتھنگ ٹو ڈو ود وار، ود فائٹنگ، ود وائیلنس۔</w:t>
      </w:r>
    </w:p>
    <w:p>
      <w:r>
        <w:rPr>
          <w:b/>
        </w:rPr>
        <w:t xml:space="preserve">[18:58] </w:t>
      </w:r>
      <w:r>
        <w:t>it is peaceful struggle.</w:t>
      </w:r>
    </w:p>
    <w:p>
      <w:pPr>
        <w:jc w:val="right"/>
      </w:pPr>
      <w:r>
        <w:t>اٹ از پیس فل سٹرگل۔</w:t>
      </w:r>
    </w:p>
    <w:p>
      <w:r>
        <w:rPr>
          <w:b/>
        </w:rPr>
        <w:t xml:space="preserve">[19:02] </w:t>
      </w:r>
      <w:r>
        <w:t>there is a verse in the quran wajahidhum bihi jihadun kabira, wajahidhum bihi jihadun kabira.</w:t>
      </w:r>
    </w:p>
    <w:p>
      <w:pPr>
        <w:jc w:val="right"/>
      </w:pPr>
      <w:r>
        <w:t>دیر از اے ورس ان دا قرآن وجاہدہم بہ جہاد کبیرہ، وجاہدہم بہ جہاد کبیرہ۔</w:t>
      </w:r>
    </w:p>
    <w:p>
      <w:r>
        <w:rPr>
          <w:b/>
        </w:rPr>
        <w:t xml:space="preserve">[19:13] </w:t>
      </w:r>
      <w:r>
        <w:t>do great jihad with the help of the quran. yeh quraani verse hai. do great jihad with the help of the quran.</w:t>
      </w:r>
    </w:p>
    <w:p>
      <w:pPr>
        <w:jc w:val="right"/>
      </w:pPr>
      <w:r>
        <w:t>ڈو گریٹ جہاد ود دی ہیلپ آف دا قرآن۔ یہ قرآنی ورس ہے۔ ڈو گریٹ جہاد ود دی ہیلپ آف دا قرآن۔</w:t>
      </w:r>
    </w:p>
    <w:p>
      <w:r>
        <w:rPr>
          <w:b/>
        </w:rPr>
        <w:t xml:space="preserve">[19:25] </w:t>
      </w:r>
      <w:r>
        <w:t>now what is what is quran? quran is book of ideology.</w:t>
      </w:r>
    </w:p>
    <w:p>
      <w:pPr>
        <w:jc w:val="right"/>
      </w:pPr>
      <w:r>
        <w:t>ناؤ واٹ از واٹ از قرآن؟ قرآن از بک آف آئیڈیالوجی۔</w:t>
      </w:r>
    </w:p>
    <w:p>
      <w:r>
        <w:rPr>
          <w:b/>
        </w:rPr>
        <w:t xml:space="preserve">[19:30] </w:t>
      </w:r>
      <w:r>
        <w:t>quran is not a sword, quran is not a gun, quran is the bomb. so when you say that do great jihad with the help of the quran, it means that do,</w:t>
      </w:r>
    </w:p>
    <w:p>
      <w:pPr>
        <w:jc w:val="right"/>
      </w:pPr>
      <w:r>
        <w:t>قرآن از ناٹ ا سورڈ، قرآن از ناٹ ا گن، قرآن از دا بمب۔ سو وین یو سے دیٹ ڈو گریٹ جہاد ود دی ہیلپ آف دا قرآن، اٹ مینز دیٹ ڈو،</w:t>
      </w:r>
    </w:p>
    <w:p>
      <w:r>
        <w:rPr>
          <w:b/>
        </w:rPr>
        <w:t xml:space="preserve">[19:45] </w:t>
      </w:r>
      <w:r>
        <w:t>do great jihad by the peaceful method, ideological method.</w:t>
      </w:r>
    </w:p>
    <w:p>
      <w:pPr>
        <w:jc w:val="right"/>
      </w:pPr>
      <w:r>
        <w:t>ڈو گریٹ جہاد بائی دا پیس فل میتھڈ، آئیڈیالوجیکل میتھڈ۔</w:t>
      </w:r>
    </w:p>
    <w:p>
      <w:r>
        <w:rPr>
          <w:b/>
        </w:rPr>
        <w:t xml:space="preserve">[19:54] </w:t>
      </w:r>
      <w:r>
        <w:t>yani ideology ke zariye jihad karo, peaceful method ke zariye jihad karo. yani dialogue karo, logon se baat cheet karo, logon ko convince karo.</w:t>
      </w:r>
    </w:p>
    <w:p>
      <w:pPr>
        <w:jc w:val="right"/>
      </w:pPr>
      <w:r>
        <w:t>یعنی آئیڈیالوجی کے ذریعے جہاد کرو، پیس فل میتھڈ کے ذریعے جہاد کرو۔ یعنی ڈائیلاگ کرو، لوگوں سے بات چیت کرو، لوگوں کو کنونس کرو۔</w:t>
      </w:r>
    </w:p>
    <w:p>
      <w:r>
        <w:rPr>
          <w:b/>
        </w:rPr>
        <w:t xml:space="preserve">[20:07] </w:t>
      </w:r>
      <w:r>
        <w:t>wa qul lahum fi anfusihim qawlan baligha yani aisi baat karo jo jo logon ke mind ko address kare. yeh bohat hi important verse hai quran majeed mein.</w:t>
      </w:r>
    </w:p>
    <w:p>
      <w:pPr>
        <w:jc w:val="right"/>
      </w:pPr>
      <w:r>
        <w:t>وقل لہم فی انفسہم قولا بلیغا یعنی ایسی بات کرو جو جو لوگوں کے مائنڈ کو ایڈریس کرے۔ یہ بہت ہی امپورٹنٹ ورس ہے قرآن مجید میں۔</w:t>
      </w:r>
    </w:p>
    <w:p>
      <w:r>
        <w:rPr>
          <w:b/>
        </w:rPr>
        <w:t xml:space="preserve">[20:18] </w:t>
      </w:r>
      <w:r>
        <w:t>wa qul lahum fi anfusihim qawlan baligha</w:t>
      </w:r>
    </w:p>
    <w:p>
      <w:pPr>
        <w:jc w:val="right"/>
      </w:pPr>
      <w:r>
        <w:t>وقل لہم فی انفسہم قولا بلیغا</w:t>
      </w:r>
    </w:p>
    <w:p>
      <w:r>
        <w:rPr>
          <w:b/>
        </w:rPr>
        <w:t xml:space="preserve">[20:21] </w:t>
      </w:r>
      <w:r>
        <w:t>un se aisi baat kaho jo un ke mind ko address kare. yani ke jo un ki gardan, gardan ko kaate.</w:t>
      </w:r>
    </w:p>
    <w:p>
      <w:pPr>
        <w:jc w:val="right"/>
      </w:pPr>
      <w:r>
        <w:t>ان سے ایسی بات کہو جو ان کے مائنڈ کو ایڈریس کرے۔ یعنی کہ جو ان کی گردن، گردن کو کاٹے۔</w:t>
      </w:r>
    </w:p>
    <w:p>
      <w:r>
        <w:rPr>
          <w:b/>
        </w:rPr>
        <w:t xml:space="preserve">[20:30] </w:t>
      </w:r>
      <w:r>
        <w:t>gardan kaatna nahi, aisi baat kehna jo un ke mind ko address kare. is mein kya kya nikla?</w:t>
      </w:r>
    </w:p>
    <w:p>
      <w:pPr>
        <w:jc w:val="right"/>
      </w:pPr>
      <w:r>
        <w:t>گردن کاٹنا نہیں، ایسی بات کہنا جو ان کے مائنڈ کو ایڈریس کرے۔ اس میں کیا کیا نکلا؟</w:t>
      </w:r>
    </w:p>
    <w:p>
      <w:r>
        <w:rPr>
          <w:b/>
        </w:rPr>
        <w:t xml:space="preserve">[20:38] </w:t>
      </w:r>
      <w:r>
        <w:t>aap taar-e-mohabbat se baat karein, aap reason ke saath, reason ke saath baat karein, logic ke saath baat karein, thande tareeqe se baat karein.</w:t>
      </w:r>
    </w:p>
    <w:p>
      <w:pPr>
        <w:jc w:val="right"/>
      </w:pPr>
      <w:r>
        <w:t>آپ تار محبت سے بات کریں، آپ ریزن کے ساتھ، ریزن کے ساتھ بات کریں، لاجک کے ساتھ بات کریں، ٹھنڈے طریقے سے بات کریں۔</w:t>
      </w:r>
    </w:p>
    <w:p>
      <w:r>
        <w:rPr>
          <w:b/>
        </w:rPr>
        <w:t xml:space="preserve">[20:50] </w:t>
      </w:r>
      <w:r>
        <w:t>tabhi to woh dil mein utrega, tabhi to un ka mind address hoga. warna kaise ho sakta hai?</w:t>
      </w:r>
    </w:p>
    <w:p>
      <w:pPr>
        <w:jc w:val="right"/>
      </w:pPr>
      <w:r>
        <w:t>تبھی تو وہ دل میں اترے گا، تبھی تو ان کا مائنڈ ایڈریس ہوگا۔ ورنہ کیسے ہو سکتا ہے؟</w:t>
      </w:r>
    </w:p>
    <w:p>
      <w:r>
        <w:rPr>
          <w:b/>
        </w:rPr>
        <w:t xml:space="preserve">[20:59] </w:t>
      </w:r>
      <w:r>
        <w:t>dekhiye, main ek baat saaf karna chahta hoon ke islam mein, dekhiye, quran mein do word hain: jihad aur qital.</w:t>
      </w:r>
    </w:p>
    <w:p>
      <w:pPr>
        <w:jc w:val="right"/>
      </w:pPr>
      <w:r>
        <w:t>دیکھیے، میں ایک بات صاف کرنا چاہتا ہوں کہ اسلام میں، دیکھیے، قرآن میں دو ورڈ ہیں: جہاد اور قتال۔</w:t>
      </w:r>
    </w:p>
    <w:p>
      <w:r>
        <w:rPr>
          <w:b/>
        </w:rPr>
        <w:t xml:space="preserve">[21:10] </w:t>
      </w:r>
      <w:r>
        <w:t>aap ko janna chahiye ke do alag alag word hain: jihad, qital. jihad means peaceful struggle, qital means war.</w:t>
      </w:r>
    </w:p>
    <w:p>
      <w:pPr>
        <w:jc w:val="right"/>
      </w:pPr>
      <w:r>
        <w:t>آپ کو جاننا چاہیے کہ دو الگ الگ ورڈ ہیں: جہاد، قتال۔ جہاد مینز پیس فل سٹرگل، قتال مینز وار۔</w:t>
      </w:r>
    </w:p>
    <w:p>
      <w:r>
        <w:rPr>
          <w:b/>
        </w:rPr>
        <w:t xml:space="preserve">[21:23] </w:t>
      </w:r>
      <w:r>
        <w:t>to qital ki jo aayatein hain, woh near about three dozens hain. lekin aayatein to quran mein, to maine jaisa ke maine arz kiya ke 6500 hain.</w:t>
      </w:r>
    </w:p>
    <w:p>
      <w:pPr>
        <w:jc w:val="right"/>
      </w:pPr>
      <w:r>
        <w:t>تو قتال کی جو آیتیں ہیں، وہ نیئر اباؤٹ تھری ڈزنز ہیں۔ لیکن آیتیں تو قرآن میں، تو میں نے جیسا کہ میں نے عرض کیا کہ 6500 ہیں۔</w:t>
      </w:r>
    </w:p>
    <w:p>
      <w:r>
        <w:rPr>
          <w:b/>
        </w:rPr>
        <w:t xml:space="preserve">[21:35] </w:t>
      </w:r>
      <w:r>
        <w:t>to yeh jo qital ki aayatein hain, kya hain? yeh</w:t>
      </w:r>
    </w:p>
    <w:p>
      <w:pPr>
        <w:jc w:val="right"/>
      </w:pPr>
      <w:r>
        <w:t>تو یہ جو قتال کی آیتیں ہیں، کیا ہیں؟ یہ</w:t>
      </w:r>
    </w:p>
    <w:p>
      <w:r>
        <w:rPr>
          <w:b/>
        </w:rPr>
        <w:t xml:space="preserve">[21:38] </w:t>
      </w:r>
      <w:r>
        <w:t>yeh defensive situation ke liye hain. defensive situation mein maani kya hote hain? ek established state hai, us par ek aur country attack karta hai.</w:t>
      </w:r>
    </w:p>
    <w:p>
      <w:pPr>
        <w:jc w:val="right"/>
      </w:pPr>
      <w:r>
        <w:t>یہ ڈیفنسو سچوئیشن کے لیے ہیں۔ ڈیفنسو سچوئیشن میں معنی کیا ہوتے ہیں؟ ایک اسٹیبلش سٹیٹ ہے، اس پر ایک اور کنٹری اٹیک کرتا ہے۔</w:t>
      </w:r>
    </w:p>
    <w:p>
      <w:r>
        <w:rPr>
          <w:b/>
        </w:rPr>
        <w:t xml:space="preserve">[21:54] </w:t>
      </w:r>
      <w:r>
        <w:t>to us waqt jo situation create hoti hai, woh hai, us ko kehte hain defensive situation. so islam allows only defensive war.</w:t>
      </w:r>
    </w:p>
    <w:p>
      <w:pPr>
        <w:jc w:val="right"/>
      </w:pPr>
      <w:r>
        <w:t>تو اس وقت جو سچوئیشن کریٹ ہوتی ہے، وہ ہے، اس کو کہتے ہیں ڈیفنسو سچوئیشن۔ سو اسلام الاوز اونلی ڈیفنسو وار۔</w:t>
      </w:r>
    </w:p>
    <w:p>
      <w:r>
        <w:rPr>
          <w:b/>
        </w:rPr>
        <w:t xml:space="preserve">[22:09] </w:t>
      </w:r>
      <w:r>
        <w:t>there is no war in islam other than defence. all kinds of other wars, like guerrilla war, proxy war, and aggressive war, and undeclared war.</w:t>
      </w:r>
    </w:p>
    <w:p>
      <w:pPr>
        <w:jc w:val="right"/>
      </w:pPr>
      <w:r>
        <w:t>دیر از نو وار ان اسلام ادر دین ڈیفنس۔ ال کائنڈ اف ادر وارز، لائک گوریلا وار، پروکسی وار، اینڈ ایگریسو وار، اینڈ ان ڈیکلئرڈ وار۔</w:t>
      </w:r>
    </w:p>
    <w:p>
      <w:r>
        <w:rPr>
          <w:b/>
        </w:rPr>
        <w:t xml:space="preserve">[22:24] </w:t>
      </w:r>
      <w:r>
        <w:t>all these wars are haram in islam, unlawful in islam. then there are some conditions, even for defensive war.</w:t>
      </w:r>
    </w:p>
    <w:p>
      <w:pPr>
        <w:jc w:val="right"/>
      </w:pPr>
      <w:r>
        <w:t>ال دیز وارز ار حرام ان اسلام، ان لافل ان اسلام۔ دین دیر ار سم کنڈیشنز، ایون فار ڈیفنسو وار۔</w:t>
      </w:r>
    </w:p>
    <w:p>
      <w:r>
        <w:rPr>
          <w:b/>
        </w:rPr>
        <w:t xml:space="preserve">[22:37] </w:t>
      </w:r>
      <w:r>
        <w:t>there are some very crucial conditions.</w:t>
      </w:r>
    </w:p>
    <w:p>
      <w:pPr>
        <w:jc w:val="right"/>
      </w:pPr>
      <w:r>
        <w:t>دیر ار سم ویری کروشل کنڈیشنز۔</w:t>
      </w:r>
    </w:p>
    <w:p>
      <w:r>
        <w:rPr>
          <w:b/>
        </w:rPr>
        <w:t xml:space="preserve">[22:42] </w:t>
      </w:r>
      <w:r>
        <w:t>aik condition yeh hai ke only state can go to a defensive war. no individual, no organization other than state is allowed to go to war.</w:t>
      </w:r>
    </w:p>
    <w:p>
      <w:pPr>
        <w:jc w:val="right"/>
      </w:pPr>
      <w:r>
        <w:t>ایک کنڈیشن یہ ہے کہ اونلی سٹیٹ کین گو ٹو ا ڈیفنسو وار۔ نو انڈیویجول، نو ارگنائزیشن ادر دین سٹیٹ از الاؤڈ ٹو گو ٹو وار۔</w:t>
      </w:r>
    </w:p>
    <w:p>
      <w:r>
        <w:rPr>
          <w:b/>
        </w:rPr>
        <w:t xml:space="preserve">[22:58] </w:t>
      </w:r>
      <w:r>
        <w:t>aap dekhiye ke is waqt dunya mein jo jihad ho raha hai, woh kaun log kar rahe hain? koi aik jihad bhi aisa nahi hai jis ko state kar rahi ho.</w:t>
      </w:r>
    </w:p>
    <w:p>
      <w:pPr>
        <w:jc w:val="right"/>
      </w:pPr>
      <w:r>
        <w:t>آپ دیکھیے کہ اس وقت دنیا میں جو جہاد ہو رہا ہے، وہ کون لوگ کر رہے ہیں؟ کوئی ایک جہاد بھی ایسا نہیں ہے جس کو اسٹیٹ کر رہی ہو۔</w:t>
      </w:r>
    </w:p>
    <w:p>
      <w:r>
        <w:rPr>
          <w:b/>
        </w:rPr>
        <w:t xml:space="preserve">[23:09] </w:t>
      </w:r>
      <w:r>
        <w:t>sab other than state,</w:t>
      </w:r>
    </w:p>
    <w:p>
      <w:pPr>
        <w:jc w:val="right"/>
      </w:pPr>
      <w:r>
        <w:t>سب ادر دین اسٹیٹ،</w:t>
      </w:r>
    </w:p>
    <w:p>
      <w:r>
        <w:rPr>
          <w:b/>
        </w:rPr>
        <w:t xml:space="preserve">[23:11] </w:t>
      </w:r>
      <w:r>
        <w:t>yeh toh hai hi nahi Islam mein.</w:t>
      </w:r>
    </w:p>
    <w:p>
      <w:pPr>
        <w:jc w:val="right"/>
      </w:pPr>
      <w:r>
        <w:t>یہ تو ہے ہی نہیں اسلام میں۔</w:t>
      </w:r>
    </w:p>
    <w:p>
      <w:r>
        <w:rPr>
          <w:b/>
        </w:rPr>
        <w:t xml:space="preserve">[23:15] </w:t>
      </w:r>
      <w:r>
        <w:t>individual ko ya other than state jo organizations hain, un ko kya hai? un ko hai peaceful struggle, persuasion, education.</w:t>
      </w:r>
    </w:p>
    <w:p>
      <w:pPr>
        <w:jc w:val="right"/>
      </w:pPr>
      <w:r>
        <w:t>انڈیویجول کو یا ادر دین اسٹیٹ جو ارگنائزیشنز ہیں، ان کو کیا ہے؟ ان کو ہے پیس فل سٹرگل، پرسویشن، ایجوکیشن۔</w:t>
      </w:r>
    </w:p>
    <w:p>
      <w:r>
        <w:rPr>
          <w:b/>
        </w:rPr>
        <w:t xml:space="preserve">[23:28] </w:t>
      </w:r>
      <w:r>
        <w:t>bas dialogue, is se aage nahi ja sakte woh. Islam ke mutabiq dekhiye, terrorism ka definition kya hai?</w:t>
      </w:r>
    </w:p>
    <w:p>
      <w:pPr>
        <w:jc w:val="right"/>
      </w:pPr>
      <w:r>
        <w:t>بس ڈائیلاگ، اس سے آگے نہیں جا سکتے وہ۔ اسلام کے مطابق دیکھیے، ٹیررزم کا ڈیفینیشن کیا ہے؟</w:t>
      </w:r>
    </w:p>
    <w:p>
      <w:r>
        <w:rPr>
          <w:b/>
        </w:rPr>
        <w:t xml:space="preserve">[23:40] </w:t>
      </w:r>
      <w:r>
        <w:t>terrorism ka definition kya hai?</w:t>
      </w:r>
    </w:p>
    <w:p>
      <w:pPr>
        <w:jc w:val="right"/>
      </w:pPr>
      <w:r>
        <w:t>ٹیررزم کا ڈیفینیشن کیا ہے؟</w:t>
      </w:r>
    </w:p>
    <w:p>
      <w:r>
        <w:rPr>
          <w:b/>
        </w:rPr>
        <w:t xml:space="preserve">[23:46] </w:t>
      </w:r>
      <w:r>
        <w:t>use of arms other than state, yehi terrorism hai. state ke siwa koi bhi individual ya koi organization agar arms ko istemal karti hai defense ke naam par, woh terrorism hai.</w:t>
      </w:r>
    </w:p>
    <w:p>
      <w:pPr>
        <w:jc w:val="right"/>
      </w:pPr>
      <w:r>
        <w:t>یوز اف ارم ادر دین اسٹیٹ، یہی ٹیررزم ہے۔ اسٹیٹ کے سوا کوئی بھی انڈیویجول یا کوئی ارگنائزیشن اگر ارم کو استعمال کرتی ہے ڈیفنس کے نام پر، وہ ٹیررزم ہے۔</w:t>
      </w:r>
    </w:p>
    <w:p>
      <w:r>
        <w:rPr>
          <w:b/>
        </w:rPr>
        <w:t xml:space="preserve">[24:04] </w:t>
      </w:r>
      <w:r>
        <w:t>isi ka naam hai terrorism.</w:t>
      </w:r>
    </w:p>
    <w:p>
      <w:pPr>
        <w:jc w:val="right"/>
      </w:pPr>
      <w:r>
        <w:t>اسی کا نام ہے ٹیررزم۔</w:t>
      </w:r>
    </w:p>
    <w:p>
      <w:r>
        <w:rPr>
          <w:b/>
        </w:rPr>
        <w:t xml:space="preserve">[24:09] </w:t>
      </w:r>
      <w:r>
        <w:t>aur dekhiye, aik condition kya hai? even in genuine war, even in a defensive war, you can not kill non combatant.</w:t>
      </w:r>
    </w:p>
    <w:p>
      <w:pPr>
        <w:jc w:val="right"/>
      </w:pPr>
      <w:r>
        <w:t>اور دیکھیے، ایک کنڈیشن کیا ہے؟ ایون ان جینون وار، ایون ان ا ڈیفنسو وار، یو کین ناٹ کل نان کمبیٹنٹ۔</w:t>
      </w:r>
    </w:p>
    <w:p>
      <w:r>
        <w:rPr>
          <w:b/>
        </w:rPr>
        <w:t xml:space="preserve">[24:23] </w:t>
      </w:r>
      <w:r>
        <w:t>you can kill only combatant people. is ko kehte hain Arabic mein muqatil aur ghair muqatil. yani defensive war mein bhi aap sirf muqatil ko maar sakte hain.</w:t>
      </w:r>
    </w:p>
    <w:p>
      <w:pPr>
        <w:jc w:val="right"/>
      </w:pPr>
      <w:r>
        <w:t>یو کین کل اونلی کمبیٹنٹ پیپل۔ اس کو کہتے ہیں عربک میں مقاتل اور غیر مقاتل۔ یعنی ڈیفنسو وار میں بھی آپ صرف مقاتل کو مار سکتے ہیں۔</w:t>
      </w:r>
    </w:p>
    <w:p>
      <w:r>
        <w:rPr>
          <w:b/>
        </w:rPr>
        <w:t xml:space="preserve">[24:36] </w:t>
      </w:r>
      <w:r>
        <w:t>that is combatant.</w:t>
      </w:r>
    </w:p>
    <w:p>
      <w:pPr>
        <w:jc w:val="right"/>
      </w:pPr>
      <w:r>
        <w:t>دیٹ از کمبیٹنٹ۔</w:t>
      </w:r>
    </w:p>
    <w:p>
      <w:r>
        <w:rPr>
          <w:b/>
        </w:rPr>
        <w:t xml:space="preserve">[24:39] </w:t>
      </w:r>
      <w:r>
        <w:t>ghair muqatil ko nahi maar sakte. that is non combatant. ab is ko aap lijiye toh aaj kya hai?</w:t>
      </w:r>
    </w:p>
    <w:p>
      <w:pPr>
        <w:jc w:val="right"/>
      </w:pPr>
      <w:r>
        <w:t>غیر مقاتل کو نہیں مار سکتے۔ دیٹ از نان کمبیٹنٹ۔ اب اس کو آپ لیجیے تو آج کیا ہے؟</w:t>
      </w:r>
    </w:p>
    <w:p>
      <w:r>
        <w:rPr>
          <w:b/>
        </w:rPr>
        <w:t xml:space="preserve">[24:48] </w:t>
      </w:r>
      <w:r>
        <w:t>aaj dunya mein kya hai? aap jante hain ke zamana jo hai, weapons of mass destruction ka zamana hai. weapons of mass destruction.</w:t>
      </w:r>
    </w:p>
    <w:p>
      <w:pPr>
        <w:jc w:val="right"/>
      </w:pPr>
      <w:r>
        <w:t>آج دنیا میں کیا ہے؟ آپ جانتے ہیں کہ زمانہ جو ہے، ویپنز آف ماس ڈسٹرکشن کا زمانہ ہے۔ ویپنز آف ماس ڈسٹرکشن۔</w:t>
      </w:r>
    </w:p>
    <w:p>
      <w:r>
        <w:rPr>
          <w:b/>
        </w:rPr>
        <w:t xml:space="preserve">[25:01] </w:t>
      </w:r>
      <w:r>
        <w:t>achha, jab bhi aap jang mein jayenge toh aap kya karenge</w:t>
      </w:r>
    </w:p>
    <w:p>
      <w:pPr>
        <w:jc w:val="right"/>
      </w:pPr>
      <w:r>
        <w:t>اچھا، جب بھی آپ جنگ میں جائیں گے تو آپ کیا کریں گے</w:t>
      </w:r>
    </w:p>
    <w:p>
      <w:r>
        <w:rPr>
          <w:b/>
        </w:rPr>
        <w:t xml:space="preserve">[25:07] </w:t>
      </w:r>
      <w:r>
        <w:t>? aap neze se aur talwar se toh lad nahi sakte. modern weapon aap ko use karna padega. aur modern weapons jo hain, woh combatant aur non combatant ko dekhte nahi hain.</w:t>
      </w:r>
    </w:p>
    <w:p>
      <w:pPr>
        <w:jc w:val="right"/>
      </w:pPr>
      <w:r>
        <w:t>؟ آپ نیزے سے اور تلوار سے تو لڑ نہیں سکتے۔ ماڈرن ویپن آپ کو یوز کرنا پڑے گا۔ اور ماڈرن ویپنز جو ہیں، وہ کمبیٹنٹ اور نان کمبیٹنٹ کو دیکھتے نہیں ہیں۔</w:t>
      </w:r>
    </w:p>
    <w:p>
      <w:r>
        <w:rPr>
          <w:b/>
        </w:rPr>
        <w:t xml:space="preserve">[25:20] </w:t>
      </w:r>
      <w:r>
        <w:t>jis ka matlab kya hua? ab toh, ab toh war ka option se option hi nahi raha. war ka option khatam ho gaya.</w:t>
      </w:r>
    </w:p>
    <w:p>
      <w:pPr>
        <w:jc w:val="right"/>
      </w:pPr>
      <w:r>
        <w:t>جس کا مطلب کیا ہوا؟ اب تو، اب تو وار کا آپشن سے آپشن ہی نہیں رہا۔ وار کا آپشن ختم ہو گیا۔</w:t>
      </w:r>
    </w:p>
    <w:p>
      <w:r>
        <w:rPr>
          <w:b/>
        </w:rPr>
        <w:t xml:space="preserve">[25:33] </w:t>
      </w:r>
      <w:r>
        <w:t>weapons of mass destruction jab aa gaye dunya mein toh war ka option khatam. ab kya hai? ab dialogue hai, negotiation hai, peaceful struggle hai.</w:t>
      </w:r>
    </w:p>
    <w:p>
      <w:pPr>
        <w:jc w:val="right"/>
      </w:pPr>
      <w:r>
        <w:t>ویپنز آف ماس ڈسٹرکشن جب آ گئے دنیا میں تو وار کا آپشن ختم۔ اب کیا ہے؟ اب ڈائیلاگ ہے، نیگوشی ایشن ہے، پیس فل سٹرگل ہے۔</w:t>
      </w:r>
    </w:p>
    <w:p>
      <w:r>
        <w:rPr>
          <w:b/>
        </w:rPr>
        <w:t xml:space="preserve">[25:47] </w:t>
      </w:r>
      <w:r>
        <w:t>bas aap durations mein jaiye. hum aik aise zamane mein jee rahe hain jab ke hamare paas aik international body hai. pehle aisa nahi tha.</w:t>
      </w:r>
    </w:p>
    <w:p>
      <w:pPr>
        <w:jc w:val="right"/>
      </w:pPr>
      <w:r>
        <w:t>بس آپ ڈائریشنز میں جائیے۔ ہم ایک ایسے زمانے میں جی رہے ہیں جب کہ ہمارے پاس ایک انٹرنیشنل باڈی ہے۔ پہلے ایسا نہیں تھا۔</w:t>
      </w:r>
    </w:p>
    <w:p>
      <w:r>
        <w:rPr>
          <w:b/>
        </w:rPr>
        <w:t xml:space="preserve">[25:58] </w:t>
      </w:r>
      <w:r>
        <w:t>pehle koi international body dunya mein nahi hua karti thi.</w:t>
      </w:r>
    </w:p>
    <w:p>
      <w:pPr>
        <w:jc w:val="right"/>
      </w:pPr>
      <w:r>
        <w:t>پہلے کوئی انٹرنیشنل باڈی دنیا میں نہیں ہوا کرتی تھی۔</w:t>
      </w:r>
    </w:p>
    <w:p>
      <w:r>
        <w:rPr>
          <w:b/>
        </w:rPr>
        <w:t xml:space="preserve">[26:01] </w:t>
      </w:r>
      <w:r>
        <w:t>aap in ko refer kijiye. ya toh aap khud peaceful negotiation kijiye ya aap international body ko refer kijiye.</w:t>
      </w:r>
    </w:p>
    <w:p>
      <w:pPr>
        <w:jc w:val="right"/>
      </w:pPr>
      <w:r>
        <w:t>آپ ان کو ریفر کیجیے۔ یا تو آپ خود پیس فل نیگوشی ایشن کیجیے یا آپ انٹرنیشنل باڈی کو ریفر کیجیے۔</w:t>
      </w:r>
    </w:p>
    <w:p>
      <w:r>
        <w:rPr>
          <w:b/>
        </w:rPr>
        <w:t xml:space="preserve">[26:10] </w:t>
      </w:r>
      <w:r>
        <w:t>bas you are not allowed to go to war. kyun? aap woh hathiyar use karenge jo non combatant ke sath sath combatant ko marenge.</w:t>
      </w:r>
    </w:p>
    <w:p>
      <w:pPr>
        <w:jc w:val="right"/>
      </w:pPr>
      <w:r>
        <w:t>بس یو آر ناٹ الاؤڈ ٹو گو ٹو وار۔ کیوں؟ آپ وہ ہتھیار یوز کریں گے جو نان کمبیٹنٹ کے ساتھ ساتھ کمبیٹنٹ کو ماریں گے۔</w:t>
      </w:r>
    </w:p>
    <w:p>
      <w:r>
        <w:rPr>
          <w:b/>
        </w:rPr>
        <w:t xml:space="preserve">[26:25] </w:t>
      </w:r>
      <w:r>
        <w:t>that is not allowed.</w:t>
      </w:r>
    </w:p>
    <w:p>
      <w:pPr>
        <w:jc w:val="right"/>
      </w:pPr>
      <w:r>
        <w:t>دیٹ از ناٹ الاؤڈ۔</w:t>
      </w:r>
    </w:p>
    <w:p>
      <w:r>
        <w:rPr>
          <w:b/>
        </w:rPr>
        <w:t xml:space="preserve">[26:28] </w:t>
      </w:r>
      <w:r>
        <w:t>toh yeh baatein jo hain,</w:t>
      </w:r>
    </w:p>
    <w:p>
      <w:pPr>
        <w:jc w:val="right"/>
      </w:pPr>
      <w:r>
        <w:t>تو یہ باتیں جو ہیں،</w:t>
      </w:r>
    </w:p>
    <w:p>
      <w:r>
        <w:rPr>
          <w:b/>
        </w:rPr>
        <w:t xml:space="preserve">[26:36] </w:t>
      </w:r>
      <w:r>
        <w:t>bahut zyada samajhne ki hain. Quran ki aik ayat hai:اصل الخير پیس از دا بیسٹ.</w:t>
      </w:r>
    </w:p>
    <w:p>
      <w:pPr>
        <w:jc w:val="right"/>
      </w:pPr>
      <w:r>
        <w:t>بہت زیادہ سمجھنے کی ہیں۔ قرآن کی ایک آیت ہے: أصل الخير پیس از دا بیسٹ۔</w:t>
      </w:r>
    </w:p>
    <w:p>
      <w:r>
        <w:rPr>
          <w:b/>
        </w:rPr>
        <w:t xml:space="preserve">[26:49] </w:t>
      </w:r>
      <w:r>
        <w:t>chapter four, verse 128. asal khair peace is the best.</w:t>
      </w:r>
    </w:p>
    <w:p>
      <w:pPr>
        <w:jc w:val="right"/>
      </w:pPr>
      <w:r>
        <w:t>چیپٹر فور، ورس 128۔ أصل الخير پیس از دا بیسٹ۔</w:t>
      </w:r>
    </w:p>
    <w:p>
      <w:r>
        <w:rPr>
          <w:b/>
        </w:rPr>
        <w:t xml:space="preserve">[26:58] </w:t>
      </w:r>
      <w:r>
        <w:t>sufi people have adopted their formula from this verse. that is sulah kul. this sufi formula. sulah kul means peace with all.</w:t>
      </w:r>
    </w:p>
    <w:p>
      <w:pPr>
        <w:jc w:val="right"/>
      </w:pPr>
      <w:r>
        <w:t>صوفی پیپل ہیو اڈاپٹڈ دیر فارمولا فرام دس ورس۔ دیٹ از صلح کل۔ دس صوفی فارمولا۔ صلح کل مینز پیس ود آل۔</w:t>
      </w:r>
    </w:p>
    <w:p>
      <w:r>
        <w:rPr>
          <w:b/>
        </w:rPr>
        <w:t xml:space="preserve">[27:11] </w:t>
      </w:r>
      <w:r>
        <w:t>in quran it is mentioned as usool kul. and sufi people have adopted this in in a persian sentence.</w:t>
      </w:r>
    </w:p>
    <w:p>
      <w:pPr>
        <w:jc w:val="right"/>
      </w:pPr>
      <w:r>
        <w:t>ان قرآن اٹ از مینشن ایز اصول کل۔ اینڈ صوفی پیپل ہیو اڈاپٹڈ دس ان ان ا پرشین سینٹنس۔</w:t>
      </w:r>
    </w:p>
    <w:p>
      <w:r>
        <w:rPr>
          <w:b/>
        </w:rPr>
        <w:t xml:space="preserve">[27:22] </w:t>
      </w:r>
      <w:r>
        <w:t>sulah kul that is peace with all</w:t>
      </w:r>
    </w:p>
    <w:p>
      <w:pPr>
        <w:jc w:val="right"/>
      </w:pPr>
      <w:r>
        <w:t>صلح کل دیٹ از پیس ود آل</w:t>
      </w:r>
    </w:p>
    <w:p>
      <w:r>
        <w:rPr>
          <w:b/>
        </w:rPr>
        <w:t xml:space="preserve">[27:25] </w:t>
      </w:r>
      <w:r>
        <w:t>. this is the islamic formula. this is the islamic principle. this is the islamic way of living. this is the basic principle of islam.</w:t>
      </w:r>
    </w:p>
    <w:p>
      <w:pPr>
        <w:jc w:val="right"/>
      </w:pPr>
      <w:r>
        <w:t>۔ دس از دا اسلامک فارمولا۔ دس از دا اسلامک پرنسپل۔ دس از دا اسلامک وے آف لیونگ۔ دس از دا بیسک پرنسپل آف اسلام۔</w:t>
      </w:r>
    </w:p>
    <w:p>
      <w:r>
        <w:rPr>
          <w:b/>
        </w:rPr>
        <w:t xml:space="preserve">[27:39] </w:t>
      </w:r>
      <w:r>
        <w:t>peace with all.</w:t>
      </w:r>
    </w:p>
    <w:p>
      <w:pPr>
        <w:jc w:val="right"/>
      </w:pPr>
      <w:r>
        <w:t>پیس ود آل۔</w:t>
      </w:r>
    </w:p>
    <w:p>
      <w:r>
        <w:rPr>
          <w:b/>
        </w:rPr>
        <w:t xml:space="preserve">[27:44] </w:t>
      </w:r>
      <w:r>
        <w:t>aik felicity bohat bari hai. agar aap in logon se milein jo violent activities mein lage hue hain</w:t>
      </w:r>
    </w:p>
    <w:p>
      <w:pPr>
        <w:jc w:val="right"/>
      </w:pPr>
      <w:r>
        <w:t>ایک فلیسی بہت بڑی ہے۔ اگر آپ ان لوگوں سے ملیں جو وائلنٹ ایکٹیوز میں لگے ہوئے ہیں</w:t>
      </w:r>
    </w:p>
    <w:p>
      <w:r>
        <w:rPr>
          <w:b/>
        </w:rPr>
        <w:t xml:space="preserve">[27:56] </w:t>
      </w:r>
      <w:r>
        <w:t>to woh kahein ge ke theek hai, hum bhi peace chahte hain. har jagah hum bhi peace chahte hain. lekin konsi peace?</w:t>
      </w:r>
    </w:p>
    <w:p>
      <w:pPr>
        <w:jc w:val="right"/>
      </w:pPr>
      <w:r>
        <w:t>تو وہ کہیں گے کہ ٹھیک ہے، ہم بھی پیس چاہتے ہیں۔ ہر جگہ ہم بھی پیس چاہتے ہیں۔ لیکن کون سی پیس؟</w:t>
      </w:r>
    </w:p>
    <w:p>
      <w:r>
        <w:rPr>
          <w:b/>
        </w:rPr>
        <w:t xml:space="preserve">[28:08] </w:t>
      </w:r>
      <w:r>
        <w:t>arab log kehte hain: al salam mal adil</w:t>
      </w:r>
    </w:p>
    <w:p>
      <w:pPr>
        <w:jc w:val="right"/>
      </w:pPr>
      <w:r>
        <w:t>عرب لوگ کہتے ہیں: السلام مال عادل</w:t>
      </w:r>
    </w:p>
    <w:p>
      <w:r>
        <w:rPr>
          <w:b/>
        </w:rPr>
        <w:t xml:space="preserve">[28:14] </w:t>
      </w:r>
      <w:r>
        <w:t>aap arab logon se baat karein to woh kahein ge: al salam mal adil yani peace with justice. hum peace chahte hain lekin humein justice do.</w:t>
      </w:r>
    </w:p>
    <w:p>
      <w:pPr>
        <w:jc w:val="right"/>
      </w:pPr>
      <w:r>
        <w:t>آپ عرب لوگوں سے بات کریں تو وہ کہیں گے: السلام مال عادل یعنی پیس ود جسٹس۔ ہم پیس چاہتے ہیں لیکن ہمیں جسٹس دو۔</w:t>
      </w:r>
    </w:p>
    <w:p>
      <w:r>
        <w:rPr>
          <w:b/>
        </w:rPr>
        <w:t xml:space="preserve">[28:23] </w:t>
      </w:r>
      <w:r>
        <w:t>hum tum ko peace dein ge. yeh give and take ka mamla hai. tum peace, tum do hum ko justice. hamara right, hum tum ko peace de dein ge. yeh formula wrong hai.</w:t>
      </w:r>
    </w:p>
    <w:p>
      <w:pPr>
        <w:jc w:val="right"/>
      </w:pPr>
      <w:r>
        <w:t>ہم تم کو پیس دیں گے۔ یہ گیو اینڈ ٹیک کا معاملہ ہے۔ تم پیس، تم دو ہم کو جسٹس۔ ہمارا رائٹ، ہم تم کو پیس دے دیں گے۔ یہ فارمولا رونگ ہے۔</w:t>
      </w:r>
    </w:p>
    <w:p>
      <w:r>
        <w:rPr>
          <w:b/>
        </w:rPr>
        <w:t xml:space="preserve">[28:36] </w:t>
      </w:r>
      <w:r>
        <w:t>yeh bilkul galat hai. is liye why?</w:t>
      </w:r>
    </w:p>
    <w:p>
      <w:pPr>
        <w:jc w:val="right"/>
      </w:pPr>
      <w:r>
        <w:t>یہ بالکل غلط ہے۔ اس لیے وائی؟</w:t>
      </w:r>
    </w:p>
    <w:p>
      <w:r>
        <w:rPr>
          <w:b/>
        </w:rPr>
        <w:t xml:space="preserve">[28:40] </w:t>
      </w:r>
      <w:r>
        <w:t>dekhiye,</w:t>
      </w:r>
    </w:p>
    <w:p>
      <w:pPr>
        <w:jc w:val="right"/>
      </w:pPr>
      <w:r>
        <w:t>دیکھیے،</w:t>
      </w:r>
    </w:p>
    <w:p>
      <w:r>
        <w:rPr>
          <w:b/>
        </w:rPr>
        <w:t xml:space="preserve">[28:45] </w:t>
      </w:r>
      <w:r>
        <w:t>justice is not a part of peace. no.</w:t>
      </w:r>
    </w:p>
    <w:p>
      <w:pPr>
        <w:jc w:val="right"/>
      </w:pPr>
      <w:r>
        <w:t>جسٹس از ناٹ ا پارٹ آف پیس۔ نو۔</w:t>
      </w:r>
    </w:p>
    <w:p>
      <w:r>
        <w:rPr>
          <w:b/>
        </w:rPr>
        <w:t xml:space="preserve">[28:52] </w:t>
      </w:r>
      <w:r>
        <w:t>peace gives you opportunity and not justice. it is the law of nature. no peace can give you justice or your right.</w:t>
      </w:r>
    </w:p>
    <w:p>
      <w:pPr>
        <w:jc w:val="right"/>
      </w:pPr>
      <w:r>
        <w:t>پیس گوز یو اپرچونیٹی اینڈ ناٹ جسٹس۔ اٹ از دا لاء آف نیچر۔ نو پیس کین گیو یو جسٹس اور یور رائٹ۔</w:t>
      </w:r>
    </w:p>
    <w:p>
      <w:r>
        <w:rPr>
          <w:b/>
        </w:rPr>
        <w:t xml:space="preserve">[29:06] </w:t>
      </w:r>
      <w:r>
        <w:t>peace, justice or right are result of your own effort. your own effort. so peace gives you opportunity and not justice.</w:t>
      </w:r>
    </w:p>
    <w:p>
      <w:pPr>
        <w:jc w:val="right"/>
      </w:pPr>
      <w:r>
        <w:t>پیس، جسٹس اور رائٹ ار رزلٹ آف یور اون ایفرٹ۔ یور اون ایفرٹ۔ سو پیس گوز یو اپرچونیٹی اینڈ ناٹ جسٹس۔</w:t>
      </w:r>
    </w:p>
    <w:p>
      <w:r>
        <w:rPr>
          <w:b/>
        </w:rPr>
        <w:t xml:space="preserve">[29:20] </w:t>
      </w:r>
      <w:r>
        <w:t>this is law of nature. it is wrong to break it. justice with peace is against the law of nature.</w:t>
      </w:r>
    </w:p>
    <w:p>
      <w:pPr>
        <w:jc w:val="right"/>
      </w:pPr>
      <w:r>
        <w:t>دس از لاء آف نیچر۔ اٹ از رونگ ٹو بریک اٹ۔ جسٹس ود پیس از اگینسٹ دی لاء آف نیچر۔</w:t>
      </w:r>
    </w:p>
    <w:p>
      <w:r>
        <w:rPr>
          <w:b/>
        </w:rPr>
        <w:t xml:space="preserve">[29:32] </w:t>
      </w:r>
      <w:r>
        <w:t>no peace can give you justice. justice is result of your own effort.</w:t>
      </w:r>
    </w:p>
    <w:p>
      <w:pPr>
        <w:jc w:val="right"/>
      </w:pPr>
      <w:r>
        <w:t>نو پیس کین گیو یو جسٹس۔ جسٹس از رزلٹ آف یور اون ایفرٹ۔</w:t>
      </w:r>
    </w:p>
    <w:p>
      <w:r>
        <w:rPr>
          <w:b/>
        </w:rPr>
        <w:t xml:space="preserve">[29:41] </w:t>
      </w:r>
      <w:r>
        <w:t>of your own struggle. so you have to establish peace and then you have to avail the opportunities. this is the formula.</w:t>
      </w:r>
    </w:p>
    <w:p>
      <w:pPr>
        <w:jc w:val="right"/>
      </w:pPr>
      <w:r>
        <w:t>آف یور اون سٹرگل۔ سو یو ہیو ٹو اسٹیبلش پیس اینڈ دین یو ہیو ٹو اویل دا اپرچونیٹیز۔ دس از دا فارمولا۔</w:t>
      </w:r>
    </w:p>
    <w:p>
      <w:r>
        <w:rPr>
          <w:b/>
        </w:rPr>
        <w:t xml:space="preserve">[29:52] </w:t>
      </w:r>
      <w:r>
        <w:t>to yeh jo kaha jata hai ke humein justice do, hum peace dein ge, yeh formula hi wrong hai. against the law of nature hai.</w:t>
      </w:r>
    </w:p>
    <w:p>
      <w:pPr>
        <w:jc w:val="right"/>
      </w:pPr>
      <w:r>
        <w:t>تو یہ جو کہا جاتا ہے کہ ہمیں جسٹس دو، ہم پیس دیں گے، یہ فارمولا ہی رونگ ہے۔ اگینسٹ دی لاء آف نیچر ہے۔</w:t>
      </w:r>
    </w:p>
    <w:p>
      <w:r>
        <w:rPr>
          <w:b/>
        </w:rPr>
        <w:t xml:space="preserve">[30:01] </w:t>
      </w:r>
      <w:r>
        <w:t>koi peace aap ko apne aap aap ke right nahi de sakti. aap ke aap ke huqooq nahi de sakti.</w:t>
      </w:r>
    </w:p>
    <w:p>
      <w:pPr>
        <w:jc w:val="right"/>
      </w:pPr>
      <w:r>
        <w:t>کوئی پیس آپ کو اپنے آپ آپ کے رائٹ نہیں دے سکتی۔ آپ کے آپ کے حقوق نہیں دے سکتی۔</w:t>
      </w:r>
    </w:p>
    <w:p>
      <w:r>
        <w:rPr>
          <w:b/>
        </w:rPr>
        <w:t xml:space="preserve">[30:14] </w:t>
      </w:r>
      <w:r>
        <w:t>peace to opportunity khulti hai. is ko avail kijiye aur phir aap ko aap ke right mil jayen ge. aap ko aap ko justice mil jayega. kitni bari fallacy hai yeh ke haan sahib, hum peace chahte hain lekin humein justice do, hum peace dein ge tum ko.</w:t>
      </w:r>
    </w:p>
    <w:p>
      <w:pPr>
        <w:jc w:val="right"/>
      </w:pPr>
      <w:r>
        <w:t>پیس تو اپرچونیٹی کھولتی ہے۔ اس کو اویل کیجیے اور پھر آپ کو آپ کے رائٹ مل جائیں گے۔ آپ کو آپ کو جسٹس مل جائے گا۔ کتنی بڑی فلیسی ہے یہ کہ ہاں صاحب، ہم پیس چاہتے ہیں لیکن ہمیں جسٹس دو، ہم پیس دیں گے تم کو۔</w:t>
      </w:r>
    </w:p>
    <w:p>
      <w:r>
        <w:rPr>
          <w:b/>
        </w:rPr>
        <w:t xml:space="preserve">[30:36] </w:t>
      </w:r>
      <w:r>
        <w:t>yeh bilkul un natural formula hai. humein kis you have to accept peace at any cost.</w:t>
      </w:r>
    </w:p>
    <w:p>
      <w:pPr>
        <w:jc w:val="right"/>
      </w:pPr>
      <w:r>
        <w:t>یہ بالکل ان نیچرل فارمولا ہے۔ ہمیں کس یو ہیو ٹو ایکسیپٹ پیس ایٹ اینی کاسٹ۔</w:t>
      </w:r>
    </w:p>
    <w:p>
      <w:r>
        <w:rPr>
          <w:b/>
        </w:rPr>
        <w:t xml:space="preserve">[30:46] </w:t>
      </w:r>
      <w:r>
        <w:t>at any cost, because peace gives you opportunity. and by availing the opportunity, you can find all the rights, all the justice, everything else.</w:t>
      </w:r>
    </w:p>
    <w:p>
      <w:pPr>
        <w:jc w:val="right"/>
      </w:pPr>
      <w:r>
        <w:t>ایٹ اینی کاسٹ، بیکاز پیس گوز یو اپرچونیٹی۔ اینڈ بائی اویلنگ دا اپرچونیٹی، یو کین فائنڈ ال دا رائٹس، ال دا جسٹس، ایوری تھنگ ایلس۔</w:t>
      </w:r>
    </w:p>
    <w:p>
      <w:r>
        <w:rPr>
          <w:b/>
        </w:rPr>
        <w:t xml:space="preserve">[31:01] </w:t>
      </w:r>
      <w:r>
        <w:t>yeh hai formula of nature.</w:t>
      </w:r>
    </w:p>
    <w:p>
      <w:pPr>
        <w:jc w:val="right"/>
      </w:pPr>
      <w:r>
        <w:t>یہ ہے فارمولا آف نیچر۔</w:t>
      </w:r>
    </w:p>
    <w:p>
      <w:r>
        <w:rPr>
          <w:b/>
        </w:rPr>
        <w:t xml:space="preserve">[31:06] </w:t>
      </w:r>
      <w:r>
        <w:t>ek sawal yeh hai ke</w:t>
      </w:r>
    </w:p>
    <w:p>
      <w:pPr>
        <w:jc w:val="right"/>
      </w:pPr>
      <w:r>
        <w:t>ایک سوال یہ ہے کہ</w:t>
      </w:r>
    </w:p>
    <w:p>
      <w:r>
        <w:rPr>
          <w:b/>
        </w:rPr>
        <w:t xml:space="preserve">[31:10] </w:t>
      </w:r>
      <w:r>
        <w:t>quran mein ek bohat bara ek principle bataya gaya hai: in mal usri yusra bohat ek bohat hi gehri baat hai yeh.</w:t>
      </w:r>
    </w:p>
    <w:p>
      <w:pPr>
        <w:jc w:val="right"/>
      </w:pPr>
      <w:r>
        <w:t>قرآن میں ایک بہت بڑا ایک پرنسپل بتایا گیا ہے: ان مال عسر یسرا بہت ایک بہت ہی گہری بات ہے یہ۔</w:t>
      </w:r>
    </w:p>
    <w:p>
      <w:r>
        <w:rPr>
          <w:b/>
        </w:rPr>
        <w:t xml:space="preserve">[31:22] </w:t>
      </w:r>
      <w:r>
        <w:t>in mal usri yusra with every hardship, there is ease. literal translation is ka yeh hai ke with every hardship, there is ease.</w:t>
      </w:r>
    </w:p>
    <w:p>
      <w:pPr>
        <w:jc w:val="right"/>
      </w:pPr>
      <w:r>
        <w:t>ان مال عسر یسرا ود ایوری ہارڈ شپ، دیر از ایز۔ لٹرل ٹرانسلیشن اس کا یہ ہے کہ ود ایوری ہارڈ شپ، دیر از ایز۔</w:t>
      </w:r>
    </w:p>
    <w:p>
      <w:r>
        <w:rPr>
          <w:b/>
        </w:rPr>
        <w:t xml:space="preserve">[31:33] </w:t>
      </w:r>
      <w:r>
        <w:t>it means with every problem, there are solution. with every problem, there are opportunities. so you have to ignore the problem and you have to avail the opportunities.</w:t>
      </w:r>
    </w:p>
    <w:p>
      <w:pPr>
        <w:jc w:val="right"/>
      </w:pPr>
      <w:r>
        <w:t>اٹ مینز ود ایوری پرابلم، دیر ار سولیوشن۔ ود ایوری پرابلم، دیر ار اپرچونیٹیز۔ سو یو ہیو ٹو اگنور دا پرابلم اینڈ یو ہیو ٹو اویل دا اپرچونیٹیز۔</w:t>
      </w:r>
    </w:p>
    <w:p>
      <w:r>
        <w:rPr>
          <w:b/>
        </w:rPr>
        <w:t xml:space="preserve">[31:46] </w:t>
      </w:r>
      <w:r>
        <w:t>yeh hai natural formula.</w:t>
      </w:r>
    </w:p>
    <w:p>
      <w:pPr>
        <w:jc w:val="right"/>
      </w:pPr>
      <w:r>
        <w:t>یہ ہے نیچرل فارمولا۔</w:t>
      </w:r>
    </w:p>
    <w:p>
      <w:r>
        <w:rPr>
          <w:b/>
        </w:rPr>
        <w:t xml:space="preserve">[31:49] </w:t>
      </w:r>
      <w:r>
        <w:t>yeh kitni bari baat batayi gayi hai quran mein ke jab bhi aap ko dikhai pare ke yahan problem hai, yahan kuch difficulties hain to aap ko in advance yeh believe karna chahiye ke where there is problem, there are solutions.</w:t>
      </w:r>
    </w:p>
    <w:p>
      <w:pPr>
        <w:jc w:val="right"/>
      </w:pPr>
      <w:r>
        <w:t>یہ کتنی بڑی بات بتائی گئی ہے قرآن میں کہ جب بھی آپ کو دکھائی پڑے کہ یہاں پرابلم ہے، یہاں کچھ ڈیفیکلٹیز ہیں تو آپ کو ان ایڈوانس یہ بیلیو کرنا چاہیے کہ ویر دیر از پرابلم، دیر ار سولیوشنز۔</w:t>
      </w:r>
    </w:p>
    <w:p>
      <w:r>
        <w:rPr>
          <w:b/>
        </w:rPr>
        <w:t xml:space="preserve">[32:11] </w:t>
      </w:r>
      <w:r>
        <w:t>where there are hardship, there is ease. yeh ek nature hai, law of nature hai.</w:t>
      </w:r>
    </w:p>
    <w:p>
      <w:pPr>
        <w:jc w:val="right"/>
      </w:pPr>
      <w:r>
        <w:t>ویر دیر ار ہارڈ شپ، دیر از ایز۔ یہ ایک نیچر ہے، لاء آف نیچر ہے۔</w:t>
      </w:r>
    </w:p>
    <w:p>
      <w:r>
        <w:rPr>
          <w:b/>
        </w:rPr>
        <w:t xml:space="preserve">[32:19] </w:t>
      </w:r>
      <w:r>
        <w:t>to aap na ladiye, aap na ladiye problem se balkeh yeh dhoondhiye ke wahan par opportunity kya hai. is ko avail kijiye, phir aap sab cheez mil jayegi.</w:t>
      </w:r>
    </w:p>
    <w:p>
      <w:pPr>
        <w:jc w:val="right"/>
      </w:pPr>
      <w:r>
        <w:t>تو آپ نہ لڑیے، آپ نہ لڑیے پرابلم سے بلکہ یہ ڈھونڈیے کہ وہاں پر اپرچونیٹی کیا ہے۔ اس کو اویل کیجیے، پھر آپ سب چیز مل جائے گی۔</w:t>
      </w:r>
    </w:p>
    <w:p>
      <w:r>
        <w:rPr>
          <w:b/>
        </w:rPr>
        <w:t xml:space="preserve">[32:30] </w:t>
      </w:r>
      <w:r>
        <w:t>aap ko sab cheez aap ko mil jayegi. log kya karte hain ke problem ko point out kar ke use ladte hain.</w:t>
      </w:r>
    </w:p>
    <w:p>
      <w:pPr>
        <w:jc w:val="right"/>
      </w:pPr>
      <w:r>
        <w:t>آپ کو سب چیز آپ کو مل جائے گی۔ لوگ کیا کرتے ہیں کہ پرابلم کو پوائنٹ آؤٹ کر کے اسے لڑتے ہیں۔</w:t>
      </w:r>
    </w:p>
    <w:p>
      <w:r>
        <w:rPr>
          <w:b/>
        </w:rPr>
        <w:t xml:space="preserve">[32:44] </w:t>
      </w:r>
      <w:r>
        <w:t>problem ko point out kar ke</w:t>
      </w:r>
    </w:p>
    <w:p>
      <w:pPr>
        <w:jc w:val="right"/>
      </w:pPr>
      <w:r>
        <w:t>پرابلم کو پوائنٹ آؤٹ کر کے</w:t>
      </w:r>
    </w:p>
    <w:p>
      <w:r>
        <w:rPr>
          <w:b/>
        </w:rPr>
        <w:t xml:space="preserve">[32:46] </w:t>
      </w:r>
      <w:r>
        <w:t>use ladte hain. you have to discover the opportunities and not the problem. to in asr yusra ka matlab hai with every hardship, there is ease.</w:t>
      </w:r>
    </w:p>
    <w:p>
      <w:pPr>
        <w:jc w:val="right"/>
      </w:pPr>
      <w:r>
        <w:t>اس کو لڑتے ہیں۔ یو ہیو ٹو ڈسکور دا اپرچونیٹیز اینڈ ناٹ دی پرابلم۔ تو ان مال عصر یسرا کا مطلب ہے ود ایوری ہارڈ شپ، دیر از ایز۔</w:t>
      </w:r>
    </w:p>
    <w:p>
      <w:r>
        <w:rPr>
          <w:b/>
        </w:rPr>
        <w:t xml:space="preserve">[33:00] </w:t>
      </w:r>
      <w:r>
        <w:t>that is with every problem, there are opportunities. so ignore the problem and avail the opportunities. this is the Quranic formula.</w:t>
      </w:r>
    </w:p>
    <w:p>
      <w:pPr>
        <w:jc w:val="right"/>
      </w:pPr>
      <w:r>
        <w:t>دیٹ از ود ایوری پرابلم، دیر ار اپرچونیٹیز۔ سو اگنور دا پرابلم اینڈ اویل دا اپرچونیٹیز۔ دس از دا قرآنک فارمولا۔</w:t>
      </w:r>
    </w:p>
    <w:p>
      <w:r>
        <w:rPr>
          <w:b/>
        </w:rPr>
        <w:t xml:space="preserve">[33:11] </w:t>
      </w:r>
      <w:r>
        <w:t>and prophet also adopted this formula.</w:t>
      </w:r>
    </w:p>
    <w:p>
      <w:pPr>
        <w:jc w:val="right"/>
      </w:pPr>
      <w:r>
        <w:t>اینڈ پرافٹ ال اڈاپٹڈ دس فارمولا۔</w:t>
      </w:r>
    </w:p>
    <w:p>
      <w:r>
        <w:rPr>
          <w:b/>
        </w:rPr>
        <w:t xml:space="preserve">[33:16] </w:t>
      </w:r>
      <w:r>
        <w:t>ek baat mein arz karoon ke log yeh samajhte hain ke prophet jo thay, woh zindagi mein ladte hi rahe kyunke kitabon mein 83 ghazwaat bataye jaate hain.</w:t>
      </w:r>
    </w:p>
    <w:p>
      <w:pPr>
        <w:jc w:val="right"/>
      </w:pPr>
      <w:r>
        <w:t>ایک بات میں عرض کروں کہ لوگ یہ سمجھتے ہیں کہ پرافٹ جو تھے، وہ زندگی میں لڑتے ہی رہے کیونکہ کتابوں میں 83 غزوات بتائے جاتے ہیں۔</w:t>
      </w:r>
    </w:p>
    <w:p>
      <w:r>
        <w:rPr>
          <w:b/>
        </w:rPr>
        <w:t xml:space="preserve">[33:30] </w:t>
      </w:r>
      <w:r>
        <w:t>ghazwa means, yani ghazwa ke literal maani to fighting ka nahi, kyunke fighting mein liya jaata hai. isko 83 yeh bilkul yani it is wrong.</w:t>
      </w:r>
    </w:p>
    <w:p>
      <w:pPr>
        <w:jc w:val="right"/>
      </w:pPr>
      <w:r>
        <w:t>غزوہ مینز یعنی غزوہ کے لٹرل معنی تو فائٹنگ کا نہیں، کیونکہ فائٹنگ میں لیا جاتا ہے۔ اس کو 83 یہ بالکل یعنی اٹ از رونگ۔</w:t>
      </w:r>
    </w:p>
    <w:p>
      <w:r>
        <w:rPr>
          <w:b/>
        </w:rPr>
        <w:t xml:space="preserve">[33:46] </w:t>
      </w:r>
      <w:r>
        <w:t>dekhiye, prophet sirf three time war mein involve huay hain. sirf three time: Badr, Uhud, Hunayn. bas yeh jo kitabon mein aap ko 83 number milte hain,</w:t>
      </w:r>
    </w:p>
    <w:p>
      <w:pPr>
        <w:jc w:val="right"/>
      </w:pPr>
      <w:r>
        <w:t>دیکھیے، پرافٹ صرف تھری ٹائم وار میں انوالو ہوئی ہیں۔ صرف تھری ٹائم: بدر، احد، حنین۔ بس یہ جو کتابوں میں آپ کو 83 نمبر ملتے ہیں،</w:t>
      </w:r>
    </w:p>
    <w:p>
      <w:r>
        <w:rPr>
          <w:b/>
        </w:rPr>
        <w:t xml:space="preserve">[33:59] </w:t>
      </w:r>
      <w:r>
        <w:t>woh kya hain? woh yeh hain ke opposite party jo thi, opposite party ne chaha aap ko war mein engage karna.</w:t>
      </w:r>
    </w:p>
    <w:p>
      <w:pPr>
        <w:jc w:val="right"/>
      </w:pPr>
      <w:r>
        <w:t>وہ کیا ہیں؟ وہ یہ ہیں کہ اپوزٹ پارٹی جو تھی، اپوزٹ پارٹی نے چاہا آپ کو وار میں انگیج کرنا۔</w:t>
      </w:r>
    </w:p>
    <w:p>
      <w:r>
        <w:rPr>
          <w:b/>
        </w:rPr>
        <w:t xml:space="preserve">[34:15] </w:t>
      </w:r>
      <w:r>
        <w:t>yani opposite party chahti thi ladai to 83 baar unhon ne chaha ke aap ko ladai mein involve karein, lekin aap ne avoid kiya.</w:t>
      </w:r>
    </w:p>
    <w:p>
      <w:pPr>
        <w:jc w:val="right"/>
      </w:pPr>
      <w:r>
        <w:t>یعنی اپوزٹ پارٹی چاہتی تھی لڑائی تو 83 بار انہوں نے چاہا کہ آپ کو لڑائی میں انوالو کریں، لیکن آپ نے اوائڈ کیا۔</w:t>
      </w:r>
    </w:p>
    <w:p>
      <w:r>
        <w:rPr>
          <w:b/>
        </w:rPr>
        <w:t xml:space="preserve">[34:28] </w:t>
      </w:r>
      <w:r>
        <w:t>yani aap ne avoid kar ke apne ko bachaya fight se. jaise aap ko ek example deta hoon, main aap kitabon mein padhenge: Battle of Trenches.</w:t>
      </w:r>
    </w:p>
    <w:p>
      <w:pPr>
        <w:jc w:val="right"/>
      </w:pPr>
      <w:r>
        <w:t>یعنی آپ نے اوائڈ کر کے اپنے کو بچایا فائٹ سے۔ جیسے آپ کو ایک ایگزامپل دیتا ہوں، میں آپ کتابوں میں پڑھیں گے: بیٹل آف ٹرینچز۔</w:t>
      </w:r>
    </w:p>
    <w:p>
      <w:r>
        <w:rPr>
          <w:b/>
        </w:rPr>
        <w:t xml:space="preserve">[34:41] </w:t>
      </w:r>
      <w:r>
        <w:t>yeh padhenge aap</w:t>
      </w:r>
    </w:p>
    <w:p>
      <w:pPr>
        <w:jc w:val="right"/>
      </w:pPr>
      <w:r>
        <w:t>یہ پڑھیں گے آپ</w:t>
      </w:r>
    </w:p>
    <w:p>
      <w:r>
        <w:rPr>
          <w:b/>
        </w:rPr>
        <w:t xml:space="preserve">[34:42] </w:t>
      </w:r>
      <w:r>
        <w:t>: Ghazwa Khandaq. Ghazwa Khandaq matlab hai Battle of Trench. woh battle kahan hui thi?</w:t>
      </w:r>
    </w:p>
    <w:p>
      <w:pPr>
        <w:jc w:val="right"/>
      </w:pPr>
      <w:r>
        <w:t>: غزوہ خندق۔ غزوہ خندق مطلب ہے بیٹل آف ٹرینچ۔ وہ بیٹل کہاں ہوئی تھی؟</w:t>
      </w:r>
    </w:p>
    <w:p>
      <w:r>
        <w:rPr>
          <w:b/>
        </w:rPr>
        <w:t xml:space="preserve">[34:50] </w:t>
      </w:r>
      <w:r>
        <w:t>wahan par battle hui nahi thi. isko kehte hain battle.</w:t>
      </w:r>
    </w:p>
    <w:p>
      <w:pPr>
        <w:jc w:val="right"/>
      </w:pPr>
      <w:r>
        <w:t>وہاں پر بیٹل ہوئی نہیں تھی۔ اس کو کہتے ہیں بیٹل۔</w:t>
      </w:r>
    </w:p>
    <w:p>
      <w:r>
        <w:rPr>
          <w:b/>
        </w:rPr>
        <w:t xml:space="preserve">[34:56] </w:t>
      </w:r>
      <w:r>
        <w:t>is mein hua yeh ke aap ke jo opposite party thi, jo aap ke khilaf ho gaye thay, woh barah hazar fouj tayyar kar ke aaye Makah se aur Madinah ke border ke tak pahunch pahunch gaye.</w:t>
      </w:r>
    </w:p>
    <w:p>
      <w:pPr>
        <w:jc w:val="right"/>
      </w:pPr>
      <w:r>
        <w:t>اس میں ہوا یہ کہ آپ کے جو اپوزٹ پارٹی تھی، جو آپ کے خلاف ہو گئے تھے، وہ بارہ ہزار فوج تیار کر کے آئے مکہ سے اور مدینہ کے بارڈر کے تک پہنچ پہنچ گئے۔</w:t>
      </w:r>
    </w:p>
    <w:p>
      <w:r>
        <w:rPr>
          <w:b/>
        </w:rPr>
        <w:t xml:space="preserve">[35:16] </w:t>
      </w:r>
      <w:r>
        <w:t>lekin aap ko aap ka intelligence bohat hi strong hua karta tha. aap ko aap ke intelligence ne bataya ke idhar se aa rahi hai fouj.</w:t>
      </w:r>
    </w:p>
    <w:p>
      <w:pPr>
        <w:jc w:val="right"/>
      </w:pPr>
      <w:r>
        <w:t>لیکن آپ کو آپ کا انٹیلیجنس بہت ہی سٹرانگ ہوا کرتا تھا۔ آپ کو آپ کے انٹیلیجنس نے بتایا کہ ادھر سے آ رہی ہے فوج۔</w:t>
      </w:r>
    </w:p>
    <w:p>
      <w:r>
        <w:rPr>
          <w:b/>
        </w:rPr>
        <w:t xml:space="preserve">[35:27] </w:t>
      </w:r>
      <w:r>
        <w:t>to aap ne kya kiya? raat din, raat din ek kar ke trench khodi. trench matlab khandaq khodi.</w:t>
      </w:r>
    </w:p>
    <w:p>
      <w:pPr>
        <w:jc w:val="right"/>
      </w:pPr>
      <w:r>
        <w:t>تو آپ نے کیا کیا؟ رات دن، رات دن ایک کر کے ٹرینچ کھودی۔ ٹرینچ مطلب خندق کھودی۔</w:t>
      </w:r>
    </w:p>
    <w:p>
      <w:r>
        <w:rPr>
          <w:b/>
        </w:rPr>
        <w:t xml:space="preserve">[35:35] </w:t>
      </w:r>
      <w:r>
        <w:t>dekhiye, aisa tha jo woh jo woh tha, yani jo Madinah jahan thay, wahan par Madinah mein aisa tha ke is ke teen taraf jo tha, woh penetrable nahi tha.</w:t>
      </w:r>
    </w:p>
    <w:p>
      <w:pPr>
        <w:jc w:val="right"/>
      </w:pPr>
      <w:r>
        <w:t>دیکھیے، ایسا تھا جو وہ جو وہ تھا، یعنی جو مدینہ جہاں تھے، وہاں پر مدینہ میں ایسا تھا کہ اس کے تین طرف جو تھا، وہ پرٹریبل نہیں تھا۔</w:t>
      </w:r>
    </w:p>
    <w:p>
      <w:r>
        <w:rPr>
          <w:b/>
        </w:rPr>
        <w:t xml:space="preserve">[35:49] </w:t>
      </w:r>
      <w:r>
        <w:t>woh wahan se penetrable nahi kar sakta tha koi, kyunke ek taraf sara mountainous tha, woh mountain, aur do taraf bohat hi ghane is ke bagh thay khajoor ke.</w:t>
      </w:r>
    </w:p>
    <w:p>
      <w:pPr>
        <w:jc w:val="right"/>
      </w:pPr>
      <w:r>
        <w:t>وہ وہاں سے پرٹریب نہیں کر سکتا تھا کوئی، کیونکہ ایک طرف سارا ماؤنٹینیس تھا، وہ ماؤنٹین، اور دو طرف بہت ہی گھنے اس کے باغ تھے کھجور کے۔</w:t>
      </w:r>
    </w:p>
    <w:p>
      <w:r>
        <w:rPr>
          <w:b/>
        </w:rPr>
        <w:t xml:space="preserve">[36:03] </w:t>
      </w:r>
      <w:r>
        <w:t>do taraf khajoor ke ghane bagh, ek taraf mountain. to ek hi taraf se woh aa sakte thay. to jidhar se aane ka tha, udhar aap ne trench khodi.</w:t>
      </w:r>
    </w:p>
    <w:p>
      <w:pPr>
        <w:jc w:val="right"/>
      </w:pPr>
      <w:r>
        <w:t>دو طرف کھجور کے گھنے باغ، ایک طرف ماؤنٹین۔ تو ایک ہی طرف سے وہ آ سکتے تھے۔ تو جدھر سے آنے کا تھا، ادھر آپ نے ٹرینچ کھودی۔</w:t>
      </w:r>
    </w:p>
    <w:p>
      <w:r>
        <w:rPr>
          <w:b/>
        </w:rPr>
        <w:t xml:space="preserve">[36:16] </w:t>
      </w:r>
      <w:r>
        <w:t>trench to is ko aap ne rasta rok diya. un ko ek ek buffer qaim kar diya.</w:t>
      </w:r>
    </w:p>
    <w:p>
      <w:pPr>
        <w:jc w:val="right"/>
      </w:pPr>
      <w:r>
        <w:t>ٹرینچ تو اس کو آپ نے راستہ روک دیا۔ ان کو ایک ایک بفر قائم کر دیا۔</w:t>
      </w:r>
    </w:p>
    <w:p>
      <w:r>
        <w:rPr>
          <w:b/>
        </w:rPr>
        <w:t xml:space="preserve">[36:25] </w:t>
      </w:r>
      <w:r>
        <w:t>buffer</w:t>
      </w:r>
    </w:p>
    <w:p>
      <w:pPr>
        <w:jc w:val="right"/>
      </w:pPr>
      <w:r>
        <w:t>بفر</w:t>
      </w:r>
    </w:p>
    <w:p>
      <w:r>
        <w:rPr>
          <w:b/>
        </w:rPr>
        <w:t xml:space="preserve">[36:28] </w:t>
      </w:r>
      <w:r>
        <w:t>to this bar avoidance of war rather indulging in the war. lekin kitabon mein kya likha rahega? Battle of Trench.</w:t>
      </w:r>
    </w:p>
    <w:p>
      <w:pPr>
        <w:jc w:val="right"/>
      </w:pPr>
      <w:r>
        <w:t>تو دس بار اوائڈنس آف وار رادر ان دلجنگ ان دا وار۔ لیکن کتابوں میں کیا لکھا رہے گا؟ بیٹل آف ٹرینچ۔</w:t>
      </w:r>
    </w:p>
    <w:p>
      <w:r>
        <w:rPr>
          <w:b/>
        </w:rPr>
        <w:t xml:space="preserve">[36:39] </w:t>
      </w:r>
      <w:r>
        <w:t>battle kahan hui? wahan par</w:t>
      </w:r>
    </w:p>
    <w:p>
      <w:pPr>
        <w:jc w:val="right"/>
      </w:pPr>
      <w:r>
        <w:t>بیٹل کہاں ہوئی؟ وہاں پر</w:t>
      </w:r>
    </w:p>
    <w:p>
      <w:r>
        <w:rPr>
          <w:b/>
        </w:rPr>
        <w:t xml:space="preserve">[36:43] </w:t>
      </w:r>
      <w:r>
        <w:t>kisi bhi book mein aap dekhein to likha rahega: Battle of Trench, Ghazwa Khandaq. halanke wahan ladai hui nahi.</w:t>
      </w:r>
    </w:p>
    <w:p>
      <w:pPr>
        <w:jc w:val="right"/>
      </w:pPr>
      <w:r>
        <w:t>کسی بھی بک میں آپ دیکھیں تو لکھا رہے گا: بیٹل آف ٹرینچ، غزوہ خندق۔ حالانکہ وہاں لڑائی ہوئی نہیں۔</w:t>
      </w:r>
    </w:p>
    <w:p>
      <w:r>
        <w:rPr>
          <w:b/>
        </w:rPr>
        <w:t xml:space="preserve">[36:53] </w:t>
      </w:r>
      <w:r>
        <w:t>aise jitne bhi hain, sab ahiya ke aap ne avoid kiya. kai dhang se avoid kiya aap ne. aur practical tor par sirf teen mein aap involve huay.</w:t>
      </w:r>
    </w:p>
    <w:p>
      <w:pPr>
        <w:jc w:val="right"/>
      </w:pPr>
      <w:r>
        <w:t>ایسے جتنے بھی ہیں، سب اہیہ کہ آپ نے اوائڈ کیا۔ کئی ڈھنگ سے اوائڈ کیا آپ نے۔ اور پریکٹیکل طور پر صرف تین میں آپ ان انوالو ہوئے۔</w:t>
      </w:r>
    </w:p>
    <w:p>
      <w:r>
        <w:rPr>
          <w:b/>
        </w:rPr>
        <w:t xml:space="preserve">[37:06] </w:t>
      </w:r>
      <w:r>
        <w:t>woh bhi kaise? dekhiye, pehla zamana jo tha, woh aaj kal ke warfare to thi nahi. aaj wali jaisi hoti hai, wahan to yeh tha ke din din mein ladai hoti thi, raat ko to ladai ho nahi sakti thi.</w:t>
      </w:r>
    </w:p>
    <w:p>
      <w:pPr>
        <w:jc w:val="right"/>
      </w:pPr>
      <w:r>
        <w:t>وہ بھی کیسے؟ دیکھیے، پہلا زمانہ جو تھا، وہ آج کل کے وارفیئر تو تھی نہیں۔ آج والی جیسی ہوتی ہے، وہاں تو یہ تھا کہ دن دن میں لڑائی ہوتی تھی، رات کو تو لڑائی ہو نہیں سکتی تھی۔</w:t>
      </w:r>
    </w:p>
    <w:p>
      <w:r>
        <w:rPr>
          <w:b/>
        </w:rPr>
        <w:t xml:space="preserve">[37:20] </w:t>
      </w:r>
      <w:r>
        <w:t>aaj to raat ko bhi ladai hoti hai.</w:t>
      </w:r>
    </w:p>
    <w:p>
      <w:pPr>
        <w:jc w:val="right"/>
      </w:pPr>
      <w:r>
        <w:t>آج تو تو رات کو بھی لڑائی ہوتی ہے۔</w:t>
      </w:r>
    </w:p>
    <w:p>
      <w:r>
        <w:rPr>
          <w:b/>
        </w:rPr>
        <w:t xml:space="preserve">[37:23] </w:t>
      </w:r>
      <w:r>
        <w:t>ab aap aaj jo hai, raat ko bhi ho sakti hai ke aap kyunke aap aise cheezain hain. to pehle kya tha? dopahar ko shuru hui aur shaam ko sun set tak khatam ho gayi.</w:t>
      </w:r>
    </w:p>
    <w:p>
      <w:pPr>
        <w:jc w:val="right"/>
      </w:pPr>
      <w:r>
        <w:t>اب آپ آج جو ہے، رات کو بھی ہو سکتی ہے کہ آپ کیونکہ آپ ایسے چیزیں ہیں۔ تو پہلے کیا تھا؟ دوپہر کو شروع ہوئی اور شام کو سن سیٹ تک ختم ہو گئی۔</w:t>
      </w:r>
    </w:p>
    <w:p>
      <w:r>
        <w:rPr>
          <w:b/>
        </w:rPr>
        <w:t xml:space="preserve">[37:35] </w:t>
      </w:r>
      <w:r>
        <w:t>yeh tha wahan ka tareeqa. yeh tha yaani matlab tradition thi. to teeno baar aap ne yahi kiya ke aadhe yaani dopahar ko shuru hui aur aur shaam tak khatam.</w:t>
      </w:r>
    </w:p>
    <w:p>
      <w:pPr>
        <w:jc w:val="right"/>
      </w:pPr>
      <w:r>
        <w:t>یہ تھا وہاں کا طریقہ۔ یہ تھا یعنی مطلب ٹریڈیشن تھی۔ تو تینوں بار آپ نے یہی کیا کہ ادھے یعنی دوپہر کو شروع ہوئی اور اور شام تک ختم۔</w:t>
      </w:r>
    </w:p>
    <w:p>
      <w:r>
        <w:rPr>
          <w:b/>
        </w:rPr>
        <w:t xml:space="preserve">[37:49] </w:t>
      </w:r>
      <w:r>
        <w:t>yaani ke matlab kya hua</w:t>
      </w:r>
    </w:p>
    <w:p>
      <w:pPr>
        <w:jc w:val="right"/>
      </w:pPr>
      <w:r>
        <w:t>یعنی کہ مطلب کیا ہوا</w:t>
      </w:r>
    </w:p>
    <w:p>
      <w:r>
        <w:rPr>
          <w:b/>
        </w:rPr>
        <w:t xml:space="preserve">[37:51] </w:t>
      </w:r>
      <w:r>
        <w:t>ke poori 23 saal ki prophetic jo aap ke woh thi period, is mein sirf dedh din laday aap.</w:t>
      </w:r>
    </w:p>
    <w:p>
      <w:pPr>
        <w:jc w:val="right"/>
      </w:pPr>
      <w:r>
        <w:t>کہ پوری 23 سال کی پرافیٹک جو آپ کے وہ تھی پیریڈ، اس میں صرف ڈیڑھ دن لڑے آپ۔</w:t>
      </w:r>
    </w:p>
    <w:p>
      <w:r>
        <w:rPr>
          <w:b/>
        </w:rPr>
        <w:t xml:space="preserve">[38:00] </w:t>
      </w:r>
      <w:r>
        <w:t>dedh din bas do ek jharpein huin, jis ko aap kehte hain english mein skirmishes. kuch skirmishes huin hain, kuch</w:t>
      </w:r>
    </w:p>
    <w:p>
      <w:pPr>
        <w:jc w:val="right"/>
      </w:pPr>
      <w:r>
        <w:t>ڈیڑھ دن بس دو ایک جھڑپیں ہوئیں، جس کو آپ کہتے ہیں انگلش میں اسکرمیشنز۔ کچھ اسکرمیشنز ہوئی ہیں، کچھ</w:t>
      </w:r>
    </w:p>
    <w:p>
      <w:r>
        <w:rPr>
          <w:b/>
        </w:rPr>
        <w:t xml:space="preserve">[38:11] </w:t>
      </w:r>
      <w:r>
        <w:t>to battle nahi hui. to beharhaal islam ka matlab hai peace.</w:t>
      </w:r>
    </w:p>
    <w:p>
      <w:pPr>
        <w:jc w:val="right"/>
      </w:pPr>
      <w:r>
        <w:t>تو بیٹل نہیں ہوئی۔ تو بہرحال اسلام کا مطلب ہے پیس۔</w:t>
      </w:r>
    </w:p>
    <w:p>
      <w:r>
        <w:rPr>
          <w:b/>
        </w:rPr>
        <w:t xml:space="preserve">[38:22] </w:t>
      </w:r>
      <w:r>
        <w:t>islam ka message hai: peaceful tareeqay se duniya mein raho, dushman ko apna dost banao. justice chahte ho to apni effort se to koi justice milegi, larr kar nahi milegi.</w:t>
      </w:r>
    </w:p>
    <w:p>
      <w:pPr>
        <w:jc w:val="right"/>
      </w:pPr>
      <w:r>
        <w:t>اسلام کا میسج ہے: پیس فل طریقے سے دنیا میں رہو، دشمن کو اپنا دوست بناؤ۔ جسٹس چاہتے ہو تو اپنی ایفرٹ سے تو کوئی جسٹس ملے گی، لڑ کر نہیں ملے گی۔</w:t>
      </w:r>
    </w:p>
    <w:p>
      <w:r>
        <w:rPr>
          <w:b/>
        </w:rPr>
        <w:t xml:space="preserve">[38:37] </w:t>
      </w:r>
      <w:r>
        <w:t>yeh hai islam, yaani woh islam jo scripture mein hai. so you have to you have to differentiate between media image and scriptural image.</w:t>
      </w:r>
    </w:p>
    <w:p>
      <w:pPr>
        <w:jc w:val="right"/>
      </w:pPr>
      <w:r>
        <w:t>یہ ہے اسلام، یعنی وہ اسلام جو سکرپچر میں ہے۔ سو یو ہیو ٹو یو ہیو ٹو ڈیفرنشیٹ بٹوین میڈیا امیج اینڈ سکرپچرل امیج۔</w:t>
      </w:r>
    </w:p>
    <w:p>
      <w:r>
        <w:rPr>
          <w:b/>
        </w:rPr>
        <w:t xml:space="preserve">[38:50] </w:t>
      </w:r>
      <w:r>
        <w:t>yeh hai mera message ke aap ko agar samajhna hai ke islam kya hai to media mein dekh kar raaye na banaiye. musalmanon ke practice ko dekh kar raaye na banaiye, balkay scripture ko parhiye.</w:t>
      </w:r>
    </w:p>
    <w:p>
      <w:pPr>
        <w:jc w:val="right"/>
      </w:pPr>
      <w:r>
        <w:t>یہ ہے میرا میسج کہ آپ کو اگر سمجھنا ہے کہ اسلام کیا ہے تو میڈیا میں دیکھ کر رائے نہ بنائیے۔ مسلمانوں کے پریکٹس کو دیکھ کر رائے نہ بنائیے، بلکہ سکرپچر کو پڑھیے۔</w:t>
      </w:r>
    </w:p>
    <w:p>
      <w:r>
        <w:rPr>
          <w:b/>
        </w:rPr>
        <w:t xml:space="preserve">[39:03] </w:t>
      </w:r>
      <w:r>
        <w:t>hamaray haan se quran chupa hai, translation aur bohat hi yaani is ko hum no profit, no lost par bhi nahi de rahay hain, balkay lost par de rahay hain.</w:t>
      </w:r>
    </w:p>
    <w:p>
      <w:pPr>
        <w:jc w:val="right"/>
      </w:pPr>
      <w:r>
        <w:t>ہمارے ہاں سے قرآن چھپا ہے، ٹرانسلیشن اور بہت ہی یعنی اس کو ہم نو پرافٹ، نو لاسٹ پر بھی نہیں دے رہے ہیں، بلکہ لاسٹ پر دے رہے ہیں۔</w:t>
      </w:r>
    </w:p>
    <w:p>
      <w:r>
        <w:rPr>
          <w:b/>
        </w:rPr>
        <w:t xml:space="preserve">[39:14] </w:t>
      </w:r>
      <w:r>
        <w:t>usay lost par bohat hi kam,</w:t>
      </w:r>
    </w:p>
    <w:p>
      <w:pPr>
        <w:jc w:val="right"/>
      </w:pPr>
      <w:r>
        <w:t>اسے لاسٹ پر بہت ہی کم،</w:t>
      </w:r>
    </w:p>
    <w:p>
      <w:r>
        <w:rPr>
          <w:b/>
        </w:rPr>
        <w:t xml:space="preserve">[39:18] </w:t>
      </w:r>
      <w:r>
        <w:t>sirf thora sa cover hota hai. is mein expense jo jo sar chahe hasil le sakta hai. is ko hindi mein, english mein aap parhiye aur aap ko pata ho jayega ke islam ka message kya hai.</w:t>
      </w:r>
    </w:p>
    <w:p>
      <w:pPr>
        <w:jc w:val="right"/>
      </w:pPr>
      <w:r>
        <w:t>صرف تھوڑا سا کور ہوتا ہے۔ اس میں ایکسپینس جو جو سر چاہے حاصل لے سکتا ہے۔ اس کو ہندی میں، انگلش میں آپ پڑھیے اور آپ کو پتہ ہو جائے گا کہ اسلام کا میسج کیا ہے۔</w:t>
      </w:r>
    </w:p>
    <w:p>
      <w:r>
        <w:rPr>
          <w:b/>
        </w:rPr>
        <w:t xml:space="preserve">[39:33] </w:t>
      </w:r>
      <w:r>
        <w:t>aqool qooli haaza wa astaghfirullaha li wa lakum ajmaeen</w:t>
      </w:r>
    </w:p>
    <w:p>
      <w:pPr>
        <w:jc w:val="right"/>
      </w:pPr>
      <w:r>
        <w:t>اقول قولي هذا واستغفر الله لي ولكم اجمعین</w:t>
      </w:r>
    </w:p>
    <w:p>
      <w:r>
        <w:rPr>
          <w:b/>
        </w:rPr>
        <w:t xml:space="preserve">[39:51] </w:t>
      </w:r>
      <w:r>
        <w:t>is islam a complete religion. dekhiye, complete ka word jo hai, woh woh</w:t>
      </w:r>
    </w:p>
    <w:p>
      <w:pPr>
        <w:jc w:val="right"/>
      </w:pPr>
      <w:r>
        <w:t>از اسلام ا کمپلیٹ ریلیجن۔ دیکھیں، کمپلیٹ کا ورڈ جو ہے، وہ وہ</w:t>
      </w:r>
    </w:p>
    <w:p>
      <w:r>
        <w:rPr>
          <w:b/>
        </w:rPr>
        <w:t xml:space="preserve">[40:04] </w:t>
      </w:r>
      <w:r>
        <w:t>thora yaani right thinking mein aik rukawat hai. koi bhi religion complete is sense mein nahi ho sakta ke har zamanay mein wahi kar raha hai, wahi kar raha hai, woh</w:t>
      </w:r>
    </w:p>
    <w:p>
      <w:pPr>
        <w:jc w:val="right"/>
      </w:pPr>
      <w:r>
        <w:t>تھوڑا یعنی رائٹ تھنکنگ میں ایک رکاوٹ ہے۔ کوئی بھی ریلیجن کمپلیٹ اس سینس میں نہیں ہو سکتا کہ ہر زمانے میں وہی کر رہا ہے، وہی کر رہا ہے، وہ</w:t>
      </w:r>
    </w:p>
    <w:p>
      <w:r>
        <w:rPr>
          <w:b/>
        </w:rPr>
        <w:t xml:space="preserve">[40:19] </w:t>
      </w:r>
      <w:r>
        <w:t>ye kar raha hai. to phir woh kya ho jayega? rigid, rigid religion ban jayega. rigid, rigid religion ban jayega. is sense mein agar hum samjhein kisi religion ko complete, jo is ka yaani literal meaning hai,</w:t>
      </w:r>
    </w:p>
    <w:p>
      <w:pPr>
        <w:jc w:val="right"/>
      </w:pPr>
      <w:r>
        <w:t>ی کر رہا ہے۔ تو پھر وہ کیا ہو جائے گا؟ ریجڈ، ریجڈ ریلیجن بن جائے گا۔ ریجڈ، ریجڈ ریلیجن بن جائے گا۔ اس سینس میں اگر ہم سمجھیں کسی ریلیجن کو کمپلیٹ، جو اس کا یعنی لٹرل میننگ ہے،</w:t>
      </w:r>
    </w:p>
    <w:p>
      <w:r>
        <w:rPr>
          <w:b/>
        </w:rPr>
        <w:t xml:space="preserve">[40:36] </w:t>
      </w:r>
      <w:r>
        <w:t>to hum ko yeh manna padega ke yeh rigid religion hai. to islam mein aisa nahi hai, lachak hai.</w:t>
      </w:r>
    </w:p>
    <w:p>
      <w:pPr>
        <w:jc w:val="right"/>
      </w:pPr>
      <w:r>
        <w:t>تو ہم کو یہ ماننا پڑے گا کہ یہ ریجڈ ریلیجن ہے۔ تو اسلام میں ایسا نہیں ہے، لچک ہے۔</w:t>
      </w:r>
    </w:p>
    <w:p>
      <w:r>
        <w:rPr>
          <w:b/>
        </w:rPr>
        <w:t xml:space="preserve">[40:43] </w:t>
      </w:r>
      <w:r>
        <w:t>yaani kuch eternal values jo hain islam ki, woh to wahi ka wahi rehti hain. jaise khuda ko aik manna, justice karna, jhoot nahi bolna,</w:t>
      </w:r>
    </w:p>
    <w:p>
      <w:pPr>
        <w:jc w:val="right"/>
      </w:pPr>
      <w:r>
        <w:t>یعنی کچھ ایٹرنل ویلیوز جو ہیں اسلام کی، وہ تو وہی کا وہی رہتی ہیں۔ جیسے خدا کو ایک ماننا، جسٹس کرنا، جھوٹ نہیں بولنا،</w:t>
      </w:r>
    </w:p>
    <w:p>
      <w:r>
        <w:rPr>
          <w:b/>
        </w:rPr>
        <w:t xml:space="preserve">[40:57] </w:t>
      </w:r>
      <w:r>
        <w:t>honesty ke sath rehna, yeh eternal values hain. is mein koi change nahi ayega. lekin</w:t>
      </w:r>
    </w:p>
    <w:p>
      <w:pPr>
        <w:jc w:val="right"/>
      </w:pPr>
      <w:r>
        <w:t>اونیسٹی کے ساتھ رہنا، یہ ایٹرنل ویلیوز ہیں۔ اس میں کوئی چینج نہیں آئے گا۔ لیکن</w:t>
      </w:r>
    </w:p>
    <w:p>
      <w:r>
        <w:rPr>
          <w:b/>
        </w:rPr>
        <w:t xml:space="preserve">[41:04] </w:t>
      </w:r>
      <w:r>
        <w:t>jo samajh mein jo aap rehte hain, zamanay mein aap rehte hain, to wahan par changes atay hain. is mein aap badlao karein ge.</w:t>
      </w:r>
    </w:p>
    <w:p>
      <w:pPr>
        <w:jc w:val="right"/>
      </w:pPr>
      <w:r>
        <w:t>جو سماج میں جو آپ رہتے ہیں، زمانے میں آپ رہتے ہیں، تو وہاں پر چینجز آتے ہیں۔ اس میں آپ بدلاؤ کریں گے۔</w:t>
      </w:r>
    </w:p>
    <w:p>
      <w:r>
        <w:rPr>
          <w:b/>
        </w:rPr>
        <w:t xml:space="preserve">[41:14] </w:t>
      </w:r>
      <w:r>
        <w:t>jaise dekhiye, quran mein hai ke hajj ke liye ke oonton par charh kar ke hajj ke liye aayenge log. ala kulli zambrin dubli oontniyon par rakh kar aayenge.</w:t>
      </w:r>
    </w:p>
    <w:p>
      <w:pPr>
        <w:jc w:val="right"/>
      </w:pPr>
      <w:r>
        <w:t>جیسے دیکھیے، قرآن میں ہے کہ حج کے لیے کہ اونٹوں پر چڑھ کر کے حج کے لیے آئیں گے لوگ۔ علی کل زامبرن دبلی اونٹنیوں پر رکھ کر آئیں گے۔</w:t>
      </w:r>
    </w:p>
    <w:p>
      <w:r>
        <w:rPr>
          <w:b/>
        </w:rPr>
        <w:t xml:space="preserve">[41:26] </w:t>
      </w:r>
      <w:r>
        <w:t>yaani door door se aayenge aur oontniyan thak jayengi, dubli ho jayengi. to aaj aap oont par nahi ja sakte.</w:t>
      </w:r>
    </w:p>
    <w:p>
      <w:pPr>
        <w:jc w:val="right"/>
      </w:pPr>
      <w:r>
        <w:t>یعنی دور دور سے آئیں گے اور اونٹنیاں تھک جائیں گی، دبلی ہو جائیں گی۔ تو آج آپ اونٹ پر نہیں جا سکتے۔</w:t>
      </w:r>
    </w:p>
    <w:p>
      <w:r>
        <w:rPr>
          <w:b/>
        </w:rPr>
        <w:t xml:space="preserve">[41:34] </w:t>
      </w:r>
      <w:r>
        <w:t>koi bhi agar aisa kare ke oont par india se rawana ho hajj karne ke liye, to log kahein ge tum kaise bewakoof ho? kyunke ab hawa jahaz ho gaya hai.</w:t>
      </w:r>
    </w:p>
    <w:p>
      <w:pPr>
        <w:jc w:val="right"/>
      </w:pPr>
      <w:r>
        <w:t>کوئی بھی اگر ایسا کرے کہ اونٹ پر انڈیا سے روانہ ہو حج کرنے کے لیے، تو لوگ کہیں گے تم کیسے بیوقوف ہو؟ کیونکہ اب ہوا جہاز ہو گیا ہے۔</w:t>
      </w:r>
    </w:p>
    <w:p>
      <w:r>
        <w:rPr>
          <w:b/>
        </w:rPr>
        <w:t xml:space="preserve">[41:44] </w:t>
      </w:r>
      <w:r>
        <w:t>to hum hawa jahaz par jayenge. to jahan tak values ki baat hai aur belief system ki baat hai, woh to eternal hain.</w:t>
      </w:r>
    </w:p>
    <w:p>
      <w:pPr>
        <w:jc w:val="right"/>
      </w:pPr>
      <w:r>
        <w:t>تو ہم ہوا جہاز پر جائیں گے۔ تو جہاں تک ویلیوز کی بات ہے اور بیلیف سسٹم کی بات ہے، وہ تو ایٹرنل ہیں۔</w:t>
      </w:r>
    </w:p>
    <w:p>
      <w:r>
        <w:rPr>
          <w:b/>
        </w:rPr>
        <w:t xml:space="preserve">[41:55] </w:t>
      </w:r>
      <w:r>
        <w:t>baqi jo cheezain hain, woh subject to t</w:t>
      </w:r>
    </w:p>
    <w:p>
      <w:pPr>
        <w:jc w:val="right"/>
      </w:pPr>
      <w:r>
        <w:t>باقی جو چیزیں ہیں، وہ سبجیکٹ ٹو ٹ</w:t>
      </w:r>
    </w:p>
    <w:p>
      <w:r>
        <w:rPr>
          <w:b/>
        </w:rPr>
        <w:t xml:space="preserve">[41:59] </w:t>
      </w:r>
      <w:r>
        <w:t>hain zamane ke lehaaz se dekha jayega aur uske mutabiq amal kiya jayega. das question is from sati malhotra.</w:t>
      </w:r>
    </w:p>
    <w:p>
      <w:pPr>
        <w:jc w:val="right"/>
      </w:pPr>
      <w:r>
        <w:t>ائم ہیں۔ زمانے کے لحاظ سے دیکھا جائے گا اور اس کے مطابق عمل کیا جائے گا۔ دس کوئسچن از فرام ستی ملھوترا۔</w:t>
      </w:r>
    </w:p>
    <w:p>
      <w:r>
        <w:rPr>
          <w:b/>
        </w:rPr>
        <w:t xml:space="preserve">[42:12] </w:t>
      </w:r>
      <w:r>
        <w:t>she wants to know what is imaan.</w:t>
      </w:r>
    </w:p>
    <w:p>
      <w:pPr>
        <w:jc w:val="right"/>
      </w:pPr>
      <w:r>
        <w:t>شی وانٹس ٹو نو واٹ از ایمان۔</w:t>
      </w:r>
    </w:p>
    <w:p>
      <w:r>
        <w:rPr>
          <w:b/>
        </w:rPr>
        <w:t xml:space="preserve">[42:17] </w:t>
      </w:r>
      <w:r>
        <w:t>imaan literally means faith.</w:t>
      </w:r>
    </w:p>
    <w:p>
      <w:pPr>
        <w:jc w:val="right"/>
      </w:pPr>
      <w:r>
        <w:t>ایمان لٹرلی مینز فیتھ۔</w:t>
      </w:r>
    </w:p>
    <w:p>
      <w:r>
        <w:rPr>
          <w:b/>
        </w:rPr>
        <w:t xml:space="preserve">[42:23] </w:t>
      </w:r>
      <w:r>
        <w:t>to islam mein imaan yeh hai ke aap khuda ko ek manen, prophet ko, prophet muhammad ko prophet manen. yeh manen ke marne ke baad jab judgment aane wala hai,</w:t>
      </w:r>
    </w:p>
    <w:p>
      <w:pPr>
        <w:jc w:val="right"/>
      </w:pPr>
      <w:r>
        <w:t>تو اسلام میں ایمان یہ ہے کہ آپ خدا کو ایک مانیں، پرافٹ کو، پرافٹ محمد کو پرافٹ مانیں۔ یہ مانیں کہ مرنے کے بعد جب ججمنٹ آنے والا ہے،</w:t>
      </w:r>
    </w:p>
    <w:p>
      <w:r>
        <w:rPr>
          <w:b/>
        </w:rPr>
        <w:t xml:space="preserve">[42:37] </w:t>
      </w:r>
      <w:r>
        <w:t>yeh sara faith ki baat hai, sara imaan ki baat hai. lekin dekhiye, iska matlab yeh nahi ke kuch kuch word hai, usko aap decide kar den to imaan ho gaya aap ko.</w:t>
      </w:r>
    </w:p>
    <w:p>
      <w:pPr>
        <w:jc w:val="right"/>
      </w:pPr>
      <w:r>
        <w:t>یہ سارا فیتھ کی بات ہے، سارا ایمان کی بات ہے۔ لیکن دیکھیے، اس کا مطلب یہ نہیں کہ کہ کچھ کچھ ورڈ ہے، اس کو آپ ڈیسائیڈ کر دیں تو ایمان ہو گیا آپ کو۔</w:t>
      </w:r>
    </w:p>
    <w:p>
      <w:r>
        <w:rPr>
          <w:b/>
        </w:rPr>
        <w:t xml:space="preserve">[42:52] </w:t>
      </w:r>
      <w:r>
        <w:t>ke aap ne keh diya ke la ilaha illallah muhammad rasulullah, imaan hasil ho gaya. nahi, imaan ek discovery hai, ek realization hai.</w:t>
      </w:r>
    </w:p>
    <w:p>
      <w:pPr>
        <w:jc w:val="right"/>
      </w:pPr>
      <w:r>
        <w:t>کہ آپ نے کہہ دیا کہ لا الہ الا اللہ محمد رسول اللہ، ایمان حاصل ہو گیا۔ نہیں، ایمان ایک ڈسکوری ہے، ایک ریلائزیشن ہے۔</w:t>
      </w:r>
    </w:p>
    <w:p>
      <w:r>
        <w:rPr>
          <w:b/>
        </w:rPr>
        <w:t xml:space="preserve">[43:02] </w:t>
      </w:r>
      <w:r>
        <w:t>jab aap is cheez ko discover karte hain, jab aap ko is ko realize karte hain, tab ja tab ja kar aap ko imaan hasil hota hai.</w:t>
      </w:r>
    </w:p>
    <w:p>
      <w:pPr>
        <w:jc w:val="right"/>
      </w:pPr>
      <w:r>
        <w:t>جب آپ اس چیز کو ڈسکور کرتے ہیں، جب آپ کو اس کو ریلائز کرتے ہیں، تب جا تب جا کر آپ کو ایمان حاصل ہوتا ہے۔</w:t>
      </w:r>
    </w:p>
    <w:p>
      <w:r>
        <w:rPr>
          <w:b/>
        </w:rPr>
        <w:t xml:space="preserve">[43:12] </w:t>
      </w:r>
      <w:r>
        <w:t>to jab aap kalma padhte hain to haqeeqat mein ek cheez jo aap ko realize hui hai, us ko aap zabaan se bol rahe hain.</w:t>
      </w:r>
    </w:p>
    <w:p>
      <w:pPr>
        <w:jc w:val="right"/>
      </w:pPr>
      <w:r>
        <w:t>تو جب آپ کلمہ پڑھتے ہیں تو حقیقت میں ایک چیز جو آپ کو ریلائز ہوئی ہے، اس کو آپ زبان سے بول رہے ہیں۔</w:t>
      </w:r>
    </w:p>
    <w:p>
      <w:r>
        <w:rPr>
          <w:b/>
        </w:rPr>
        <w:t xml:space="preserve">[43:21] </w:t>
      </w:r>
      <w:r>
        <w:t>yani zabaan se jo shabd bole, usi se imaan nahi mil gaya. balkeh imaan to dil mein aur aur aap ke mind mein aata hai, aap ke soch mein aata hai.</w:t>
      </w:r>
    </w:p>
    <w:p>
      <w:pPr>
        <w:jc w:val="right"/>
      </w:pPr>
      <w:r>
        <w:t>یعنی زبان سے جو शब्द بولے، اسی سے ایمان نہیں مل گیا۔ بلکہ ایمان تو دل میں اور اور آپ کے مائنڈ میں آتا ہے، آپ کے سوچ میں آتا ہے۔</w:t>
      </w:r>
    </w:p>
    <w:p>
      <w:r>
        <w:rPr>
          <w:b/>
        </w:rPr>
        <w:t xml:space="preserve">[43:31] </w:t>
      </w:r>
      <w:r>
        <w:t>ek ek ek ek intellectual revolution ka naam hai imaan. is intellectual revolution ko jab aap bolte hain munh se, to usi ko hum kalma kehte hain.</w:t>
      </w:r>
    </w:p>
    <w:p>
      <w:pPr>
        <w:jc w:val="right"/>
      </w:pPr>
      <w:r>
        <w:t>ایک ایک ایک ایک انٹلیکچول ریولوشن کا نام ہے ایمان۔ اس انٹلیکچول ریولوشن کو جب آپ بولتے ہیں منہ سے، تو اسی کو ہم کلمہ کہتے ہیں۔</w:t>
      </w:r>
    </w:p>
    <w:p>
      <w:r>
        <w:rPr>
          <w:b/>
        </w:rPr>
        <w:t xml:space="preserve">[43:42] </w:t>
      </w:r>
      <w:r>
        <w:t>yeh hai imaan. view received a co</w:t>
      </w:r>
    </w:p>
    <w:p>
      <w:pPr>
        <w:jc w:val="right"/>
      </w:pPr>
      <w:r>
        <w:t>یہ ہے ایمان۔ ویو ریسیوڈ ا کوئ</w:t>
      </w:r>
    </w:p>
    <w:p>
      <w:r>
        <w:rPr>
          <w:b/>
        </w:rPr>
        <w:t xml:space="preserve">[43:46] </w:t>
      </w:r>
      <w:r>
        <w:t>suchan. I would request all of you to kindly write clearly, because I am not able to figure out. But the gist of the question is: it is being asked by Muhammad Iftikharullah.</w:t>
      </w:r>
    </w:p>
    <w:p>
      <w:pPr>
        <w:jc w:val="right"/>
      </w:pPr>
      <w:r>
        <w:t>سچن۔ ائی وڈ ریکویسٹ ال اف یو ٹو کائنڈلی رائٹ کلیئرلی، بیکاز ائی ایم ناٹ ایبل ٹو فگر آؤٹ۔ بٹ دا جسٹ اف دا کوئسچن از: اٹ از بین اسکڈ بائے محمد افتخار اللہ۔</w:t>
      </w:r>
    </w:p>
    <w:p>
      <w:r>
        <w:rPr>
          <w:b/>
        </w:rPr>
        <w:t xml:space="preserve">[43:57] </w:t>
      </w:r>
      <w:r>
        <w:t>iftikharullah, iftikharullah. okay, ah throughout the world, peace demonstration was held, but usa has killed several lakh muslims.</w:t>
      </w:r>
    </w:p>
    <w:p>
      <w:pPr>
        <w:jc w:val="right"/>
      </w:pPr>
      <w:r>
        <w:t>افتخار اللہ، افتخار اللہ۔ اوکے، اہ تھرو آؤٹ دا ورلڈ، پیس ڈیمونسٹریشن واز ہیلڈ، بٹ یو ایس اے ہیز کلڈ سیورل لاکھ مسلمز۔</w:t>
      </w:r>
    </w:p>
    <w:p>
      <w:r>
        <w:rPr>
          <w:b/>
        </w:rPr>
        <w:t xml:space="preserve">[44:07] </w:t>
      </w:r>
      <w:r>
        <w:t>even in uno, their defense secretary has shown the false picture. please advise, how can one get peace</w:t>
      </w:r>
    </w:p>
    <w:p>
      <w:pPr>
        <w:jc w:val="right"/>
      </w:pPr>
      <w:r>
        <w:t>ایون ان یو این او، دیر ڈیفنس سیکرٹری ہیز شون دا فالس پکچر۔ پلیز ایڈوائس، ہاؤ کین ون گیٹ پیس</w:t>
      </w:r>
    </w:p>
    <w:p>
      <w:r>
        <w:rPr>
          <w:b/>
        </w:rPr>
        <w:t xml:space="preserve">[44:15] </w:t>
      </w:r>
      <w:r>
        <w:t>? dekhiye, dekhiye, main is waqt quran par bolne ke liye aaya hoon. duniya mein kya tareeqe chal rahe hain, woh mera subject nahi hai.</w:t>
      </w:r>
    </w:p>
    <w:p>
      <w:pPr>
        <w:jc w:val="right"/>
      </w:pPr>
      <w:r>
        <w:t>؟ دیکھیے، دیکھیے، میں اس وقت قرآن پر بولنے کے لیے آیا ہوں۔ دنیا میں کیا طریقے چل رہے ہیں، وہ میرا سبجیکٹ نہیں ہے۔</w:t>
      </w:r>
    </w:p>
    <w:p>
      <w:r>
        <w:rPr>
          <w:b/>
        </w:rPr>
        <w:t xml:space="preserve">[44:26] </w:t>
      </w:r>
      <w:r>
        <w:t>yeh sare tareeqon ko main bilkul yani worthless samajhta hoon, kyunke koi result nahi. peace ke naam par aap karte hain demonstration, aur wahan kya hota hai?</w:t>
      </w:r>
    </w:p>
    <w:p>
      <w:pPr>
        <w:jc w:val="right"/>
      </w:pPr>
      <w:r>
        <w:t>یہ سارے طریقوں کو میں بالکل یعنی ورتھ لیس سمجھتا ہوں، کیونکہ کوئی رزلٹ نہیں۔ پیس کے نام پر آپ کرتے ہیں ڈیمونسٹریشن، اور وہاں کیا ہوتا ہے؟</w:t>
      </w:r>
    </w:p>
    <w:p>
      <w:r>
        <w:rPr>
          <w:b/>
        </w:rPr>
        <w:t xml:space="preserve">[44:36] </w:t>
      </w:r>
      <w:r>
        <w:t>violence hota hai. sari duniya mein, india mein bhi hum ne dekha hai ke peace ke naam par demonstration, aur phir kya hota hai? violence.</w:t>
      </w:r>
    </w:p>
    <w:p>
      <w:pPr>
        <w:jc w:val="right"/>
      </w:pPr>
      <w:r>
        <w:t>وائلنس ہوتا ہے۔ ساری دنیا میں، انڈیا میں بھی ہم نے دیکھا ہے کہ پیس کے نام پر ڈیمونسٹریشن، اور پھر کیا ہوتا ہے؟ وائلنس۔</w:t>
      </w:r>
    </w:p>
    <w:p>
      <w:r>
        <w:rPr>
          <w:b/>
        </w:rPr>
        <w:t xml:space="preserve">[44:45] </w:t>
      </w:r>
      <w:r>
        <w:t>to yeh hum islam mein iska hum nahi paate. hum yeh maante hain ke chahe peace lana ho ya koi aur cheez, doosri cheez ho, ek hi model hai, woh rasulullah ka model hai.</w:t>
      </w:r>
    </w:p>
    <w:p>
      <w:pPr>
        <w:jc w:val="right"/>
      </w:pPr>
      <w:r>
        <w:t>تو یہ ہم اسلام میں اس کا ہم نہیں پاتے۔ ہم یہ مانتے ہیں کہ چاہے پیس لانا ہو یا کوئی اور چیز، دوسری چیز ہو، ایک ہی ماڈل ہے، وہ رسول اللہ کا ماڈل ہے۔</w:t>
      </w:r>
    </w:p>
    <w:p>
      <w:r>
        <w:rPr>
          <w:b/>
        </w:rPr>
        <w:t xml:space="preserve">[44:58] </w:t>
      </w:r>
      <w:r>
        <w:t>woh hai hudaybiyah. ek peace agreement tha. hudaybiyah mein aap ne koi demonstration nahi kiya, koi juloos nahi nikala, kuch nahi. balkeh yeh kiya aap ne ke doosri party jo condition laga rahi thi, us ko aap ne maan liya.</w:t>
      </w:r>
    </w:p>
    <w:p>
      <w:pPr>
        <w:jc w:val="right"/>
      </w:pPr>
      <w:r>
        <w:t>وہ ہے حدیبیہ۔ ایک پیس ایگریمنٹ تھا۔ حدیبیہ میں آپ نے کوئی ڈیمونسٹریشن نہیں کیا، کوئی جلوس نہیں نکالا، کچھ نہیں۔ بلکہ یہ کیا آپ نے کہ دوسری پارٹی جو کنڈیشن لگا رہی تھی، اس کو آپ نے مان لیا۔</w:t>
      </w:r>
    </w:p>
    <w:p>
      <w:r>
        <w:rPr>
          <w:b/>
        </w:rPr>
        <w:t xml:space="preserve">[45:13] </w:t>
      </w:r>
      <w:r>
        <w:t>woh keh di ke yeh karo, yeh karo, to hum peace tum ko denge. to hum ne kaha theek hai, peace de do, hum maan lete hain tumhari condition. ab is ke baad peace qaim ho gaya.</w:t>
      </w:r>
    </w:p>
    <w:p>
      <w:pPr>
        <w:jc w:val="right"/>
      </w:pPr>
      <w:r>
        <w:t>وہ کہہ دی کہ یہ کرو، یہ کرو، تو ہم پیس تم کو دیں گے۔ تو ہم نے کہا ٹھیک ہے، پیس دے دو، ہم مان لیتے ہیں تمہاری کنڈیشن۔ اب اس کے بعد پیس قائم ہو گیا۔</w:t>
      </w:r>
    </w:p>
    <w:p>
      <w:r>
        <w:rPr>
          <w:b/>
        </w:rPr>
        <w:t xml:space="preserve">[45:24] </w:t>
      </w:r>
      <w:r>
        <w:t>aur is ke baad kya hua ke with in two years, aap sara arabia jo hai, woh islam phail gaya. wahan kyun? aap ne peace ko avail kiya as a as an opportunity.</w:t>
      </w:r>
    </w:p>
    <w:p>
      <w:pPr>
        <w:jc w:val="right"/>
      </w:pPr>
      <w:r>
        <w:t>اور اس کے بعد کیا ہوا کہ ود ان ٹو ایئرز، آپ سارا عربیہ جو ہے، وہ اسلام پھیل گیا۔ وہاں کیوں؟ آپ نے پیس کو اویل کیا ایز اے ایز این اپرچونیٹی۔</w:t>
      </w:r>
    </w:p>
    <w:p>
      <w:r>
        <w:rPr>
          <w:b/>
        </w:rPr>
        <w:t xml:space="preserve">[45:36] </w:t>
      </w:r>
      <w:r>
        <w:t>to peace jo hai, islam ke lehaaz se, main jab dekhta hoon to kisi bhi demonstration se kabhi peace nahi aata. yeh to leadership hai. is se ek aadmi ko leadership milti hai, is se duniya mein peace nahi aata hai.</w:t>
      </w:r>
    </w:p>
    <w:p>
      <w:pPr>
        <w:jc w:val="right"/>
      </w:pPr>
      <w:r>
        <w:t>تو پیس جو ہے، اسلام کے لحاظ سے، میں جب دیکھتا ہوں تو کسی بھی ڈیمونسٹریشن سے کبھی پیس نہیں آتا۔ یہ تو لیڈری ہے۔ اس سے ایک آدمی کو لیڈری ملتی ہے، اس سے دنیا میں پیس نہیں آتا ہے۔</w:t>
      </w:r>
    </w:p>
    <w:p>
      <w:r>
        <w:rPr>
          <w:b/>
        </w:rPr>
        <w:t xml:space="preserve">[45:51] </w:t>
      </w:r>
      <w:r>
        <w:t>peace lane ka jo tareeqa hai, woh yahi hai jo hudaybiyah agreement kiya tha rasulullah ne ke doosri party ko aap us ki jo maang hai, us ko maan lijiye, aur phir peace laiye.</w:t>
      </w:r>
    </w:p>
    <w:p>
      <w:pPr>
        <w:jc w:val="right"/>
      </w:pPr>
      <w:r>
        <w:t>پیس لانے کا جو طریقہ ہے، وہ یہی ہے جو حدیبیہ ایگریمنٹ کیا تھا رسول اللہ نے کہ دوسری پارٹی کو آپ اس کی جو مانگ ہے، اس کو مان لیجئے، اور پھر پیس لائیے۔</w:t>
      </w:r>
    </w:p>
    <w:p>
      <w:r>
        <w:rPr>
          <w:b/>
        </w:rPr>
        <w:t xml:space="preserve">[46:05] </w:t>
      </w:r>
      <w:r>
        <w:t>peace gives you an opportunity. to avail this opportunity, then you can establish all justice and all other things.</w:t>
      </w:r>
    </w:p>
    <w:p>
      <w:pPr>
        <w:jc w:val="right"/>
      </w:pPr>
      <w:r>
        <w:t>پیس گیوز یو این اپرچونیٹی۔ تو اویل دس اپرچونیٹی، دین یو کین اسٹیبلش ال جسٹس اینڈ ال ادر تھنگز۔</w:t>
      </w:r>
    </w:p>
    <w:p>
      <w:r>
        <w:rPr>
          <w:b/>
        </w:rPr>
        <w:t xml:space="preserve">[46:15] </w:t>
      </w:r>
      <w:r>
        <w:t>yeh hai islam ka tareeqa. this question is from molana zakwan. how important is the shariah in the life of a muslim?</w:t>
      </w:r>
    </w:p>
    <w:p>
      <w:pPr>
        <w:jc w:val="right"/>
      </w:pPr>
      <w:r>
        <w:t>یہ ہے اسلام کا طریقہ۔ دس کوئسچن از فرام مولانا زکوان۔ ہاؤ امپورٹنٹ از دی شریعہ ان دی لائف اف ا مسلم؟</w:t>
      </w:r>
    </w:p>
    <w:p>
      <w:r>
        <w:rPr>
          <w:b/>
        </w:rPr>
        <w:t xml:space="preserve">[46:28] </w:t>
      </w:r>
      <w:r>
        <w:t>boht important hai. sharia jo hai, woh way of life deti hai hum ko.</w:t>
      </w:r>
    </w:p>
    <w:p>
      <w:pPr>
        <w:jc w:val="right"/>
      </w:pPr>
      <w:r>
        <w:t>بہت امپورٹنٹ ہے۔ شریعہ جو ہے، وہ وے آف لائف دیتی ہے ہم کو۔</w:t>
      </w:r>
    </w:p>
    <w:p>
      <w:r>
        <w:rPr>
          <w:b/>
        </w:rPr>
        <w:t xml:space="preserve">[46:33] </w:t>
      </w:r>
      <w:r>
        <w:t>hum dunya mein yani daily life kaise bitayen? samaj mein kaise behave karen? family mein, family ke bahir kaise rahen?</w:t>
      </w:r>
    </w:p>
    <w:p>
      <w:pPr>
        <w:jc w:val="right"/>
      </w:pPr>
      <w:r>
        <w:t>ہم دنیا میں یعنی ڈیلی لائف کیسے بتائیں؟ سماج میں کیسے بیہیو کریں؟ فیملی میں، فیملی کے باہر کیسے رہیں؟</w:t>
      </w:r>
    </w:p>
    <w:p>
      <w:r>
        <w:rPr>
          <w:b/>
        </w:rPr>
        <w:t xml:space="preserve">[46:42] </w:t>
      </w:r>
      <w:r>
        <w:t>hum yeh sab sharia se taluq hai is ka. to sharia koi sharia ko log matlab samajhte hain ke flogging ka naam sharia.</w:t>
      </w:r>
    </w:p>
    <w:p>
      <w:pPr>
        <w:jc w:val="right"/>
      </w:pPr>
      <w:r>
        <w:t>ہم یہ سب شریعہ سے تعلق ہے اس کا۔ تو شریعہ کوئی شریعہ کو لوگ مطلب سمجھتے ہیں کہ فلاگنگ کا نام شریعہ۔</w:t>
      </w:r>
    </w:p>
    <w:p>
      <w:r>
        <w:rPr>
          <w:b/>
        </w:rPr>
        <w:t xml:space="preserve">[46:54] </w:t>
      </w:r>
      <w:r>
        <w:t>woh yani taliban ne aur is tarah ke logon ne jo image banai hai, woh yeh hai ke flogging ko sharia samajhte hain log. flogging is sharia.</w:t>
      </w:r>
    </w:p>
    <w:p>
      <w:pPr>
        <w:jc w:val="right"/>
      </w:pPr>
      <w:r>
        <w:t>وہ یعنی طالبان نے اور اس طرح کے لوگوں نے جو امیج بنائی ہے، وہ یہ ہے کہ فلاگنگ کو شریعہ سمجھتے ہیں لوگ۔ فلاگنگ از شریعہ۔</w:t>
      </w:r>
    </w:p>
    <w:p>
      <w:r>
        <w:rPr>
          <w:b/>
        </w:rPr>
        <w:t xml:space="preserve">[47:04] </w:t>
      </w:r>
      <w:r>
        <w:t>sharia yeh hai ke aap honest ban kar rahen. ek hadith mein batata hoon, yeh hai sharia ke wallah la yoman wallah la yoman wallah la yoman alladhi la yoman jaro yeh prophet ne kaha:</w:t>
      </w:r>
    </w:p>
    <w:p>
      <w:pPr>
        <w:jc w:val="right"/>
      </w:pPr>
      <w:r>
        <w:t>شریعہ یہ ہے کہ آپ اونسٹ بن کر رہیں۔ ایک حدیث میں بتاتا ہوں، یہ ہے شریعہ کہ واللہ لا یومن واللہ لا یومن واللہ لا یومن الذی لا یومن جارہو یہ پرافٹ نے کہا:</w:t>
      </w:r>
    </w:p>
    <w:p>
      <w:r>
        <w:rPr>
          <w:b/>
        </w:rPr>
        <w:t xml:space="preserve">[47:19] </w:t>
      </w:r>
      <w:r>
        <w:t>"khuda ki qasam, woh momin nahi hai. khuda ki qasam, woh momin nahi hai. khuda ki qasam, woh momin nahi hai."</w:t>
      </w:r>
    </w:p>
    <w:p>
      <w:pPr>
        <w:jc w:val="right"/>
      </w:pPr>
      <w:r>
        <w:t>"خدا کی قسم، وہ مومن نہیں ہے۔ خدا کی قسم، وہ مومن نہیں ہے۔ خدا کی قسم، وہ مومن نہیں ہے۔"</w:t>
      </w:r>
    </w:p>
    <w:p>
      <w:r>
        <w:rPr>
          <w:b/>
        </w:rPr>
        <w:t xml:space="preserve">[47:30] </w:t>
      </w:r>
      <w:r>
        <w:t>ho crits problem for others.</w:t>
      </w:r>
    </w:p>
    <w:p>
      <w:pPr>
        <w:jc w:val="right"/>
      </w:pPr>
      <w:r>
        <w:t>ہو کریٹس پرابلم فار ادرز۔</w:t>
      </w:r>
    </w:p>
    <w:p>
      <w:r>
        <w:rPr>
          <w:b/>
        </w:rPr>
        <w:t xml:space="preserve">[47:34] </w:t>
      </w:r>
      <w:r>
        <w:t>yeh hai sharia ke aap samaj mein is tarah rahen ke doosron ke liye aap se</w:t>
      </w:r>
    </w:p>
    <w:p>
      <w:pPr>
        <w:jc w:val="right"/>
      </w:pPr>
      <w:r>
        <w:t>یہ ہے شریعہ کہ آپ سماج میں اس طرح رہیں کہ دوسروں کے لیے آپ سے</w:t>
      </w:r>
    </w:p>
    <w:p>
      <w:r>
        <w:rPr>
          <w:b/>
        </w:rPr>
        <w:t xml:space="preserve">[47:41] </w:t>
      </w:r>
      <w:r>
        <w:t>peace mile. aap no problem person rahen samaj mein. yahi yahi sharia hai. aap batayen, kisi samaj mein agar log apne aap ko soch len ke mujhe no problem person ban kar rehna hai to peace hai, har taraf peace hai.</w:t>
      </w:r>
    </w:p>
    <w:p>
      <w:pPr>
        <w:jc w:val="right"/>
      </w:pPr>
      <w:r>
        <w:t>پیس ملے۔ آپ نو پرابلم پرسن رہیں سماج میں۔ یہی یہی شریعہ ہے۔ آپ بتائیں، کسی سماج میں اگر لوگ اپنے آپ کو سوچ لیں کہ مجھے نو پرابلم پرسن بن کر رہنا ہے تو پی سی پیس ہے، ہر طرف پی سی پیس ہے۔</w:t>
      </w:r>
    </w:p>
    <w:p>
      <w:r>
        <w:rPr>
          <w:b/>
        </w:rPr>
        <w:t xml:space="preserve">[47:59] </w:t>
      </w:r>
      <w:r>
        <w:t>to sharia ko log taliban style koi cheez samajhte hain ke flogging karo. yeh sab bilkul baseless baaten hain. koi cheez ka taluq sharia se nahi hai.</w:t>
      </w:r>
    </w:p>
    <w:p>
      <w:pPr>
        <w:jc w:val="right"/>
      </w:pPr>
      <w:r>
        <w:t>تو شریعہ کو لوگ طالبان اسٹائل کوئی چیز سمجھتے ہیں کہ فلاگنگ کرو۔ یہ سب بالکل بیس لیس باتیں ہیں۔ کوئی چیز کا تعلق شریعہ سے نہیں ہے۔</w:t>
      </w:r>
    </w:p>
    <w:p>
      <w:r>
        <w:rPr>
          <w:b/>
        </w:rPr>
        <w:t xml:space="preserve">[48:11] </w:t>
      </w:r>
      <w:r>
        <w:t>sharia hai self restrained life, self disciplined life, self disciplined, self controlled life. isi ka naam hai sharia.</w:t>
      </w:r>
    </w:p>
    <w:p>
      <w:pPr>
        <w:jc w:val="right"/>
      </w:pPr>
      <w:r>
        <w:t>شریعہ ہے سیلف ریسٹرنڈ لائف، سیلف ڈسپلنڈ لائف، سیلف ڈسپلنڈ، سیلف کنٹرولڈ لائف۔ اسی کا نام ہے شریعہ۔</w:t>
      </w:r>
    </w:p>
    <w:p>
      <w:r>
        <w:rPr>
          <w:b/>
        </w:rPr>
        <w:t xml:space="preserve">[48:27] </w:t>
      </w:r>
      <w:r>
        <w:t>this question is from muhammad zubair. molana, you said to ignore the problems and look for opportunities. is it right to ignore the problem?</w:t>
      </w:r>
    </w:p>
    <w:p>
      <w:pPr>
        <w:jc w:val="right"/>
      </w:pPr>
      <w:r>
        <w:t>دس کوئسچن از فرام محمد زبیر۔ مولانا، یو سیڈ ٹو اگنور دا پرابلمز اینڈ لوک فار اپرچونیٹیز۔ از اٹ رائٹ ٹو اگنور دا پرابلم؟</w:t>
      </w:r>
    </w:p>
    <w:p>
      <w:r>
        <w:rPr>
          <w:b/>
        </w:rPr>
        <w:t xml:space="preserve">[48:38] </w:t>
      </w:r>
      <w:r>
        <w:t>can you please explain it a little further? yahi possible hai. is ke ilawa kuch possible hi nahi hai. is ke siwa jitne bhi doosre options hain, woh sab sirf destruction ki taraf jate hain.</w:t>
      </w:r>
    </w:p>
    <w:p>
      <w:pPr>
        <w:jc w:val="right"/>
      </w:pPr>
      <w:r>
        <w:t>کین یو پلیز ایکسپلین اٹ ا لٹل فردر؟ یہی پاسیبل ہے۔ اس کے علاوہ کچھ پاسیبل ہی نہیں ہے۔ اس کے سوا جتنے بھی دوسرے اپشنز ہیں، وہ سب صرف ڈسٹرکشن کی طرف جاتے ہیں۔</w:t>
      </w:r>
    </w:p>
    <w:p>
      <w:r>
        <w:rPr>
          <w:b/>
        </w:rPr>
        <w:t xml:space="preserve">[48:52] </w:t>
      </w:r>
      <w:r>
        <w:t>aap sochiye apne aas paas mein, dunya mein ke doosre jitne options le lete hain log, woh kya hota hai? yeh speeches denge aur ladenge, aur aakhir mein tabahi, jaan ki maal ki.</w:t>
      </w:r>
    </w:p>
    <w:p>
      <w:pPr>
        <w:jc w:val="right"/>
      </w:pPr>
      <w:r>
        <w:t>آپ سوچیے اپنے اس پاس میں، دنیا میں کہ دوسرے جتنے اپشنز لے لیتے ہیں لوگ، وہ کیا ہوتا ہے؟ یہ سپیچز دیں گے اور لڑیں گے، اور آخر میں تباہی، جان کی مال کی۔</w:t>
      </w:r>
    </w:p>
    <w:p>
      <w:r>
        <w:rPr>
          <w:b/>
        </w:rPr>
        <w:t xml:space="preserve">[49:06] </w:t>
      </w:r>
      <w:r>
        <w:t>yahi ek hi option is dunya mein hai ke ignore the problem and avail the opportunities. koi option doosra mein nahi hai. yeh speech dene ke liye to ho sakta hai, lekin practical taur par aap dekhiye, matlab aap dekhiye criterion kya hai.</w:t>
      </w:r>
    </w:p>
    <w:p>
      <w:pPr>
        <w:jc w:val="right"/>
      </w:pPr>
      <w:r>
        <w:t>یہی ایک ہی اپشن اس دنیا میں ہے کہ اگنور دا پرابلم اینڈ اویل دا اپرچونیٹیز۔ کوئی اپشن دوسرا میں نہیں ہے۔ یہ سپیچ دینے کے لیے تو ہو سکتا ہے، لیکن پریکٹیکل طور پر آپ دیکھیے، مطلب آپ دیکھیے کرائٹیرین کیا ہے۔</w:t>
      </w:r>
    </w:p>
    <w:p>
      <w:r>
        <w:rPr>
          <w:b/>
        </w:rPr>
        <w:t xml:space="preserve">[49:22] </w:t>
      </w:r>
      <w:r>
        <w:t>result is the criterion. result is the only criterion. koi bhi doosra option jis ne liya ho, us ko dekhiye aap ke kya is se kuch mila?</w:t>
      </w:r>
    </w:p>
    <w:p>
      <w:pPr>
        <w:jc w:val="right"/>
      </w:pPr>
      <w:r>
        <w:t>رزلٹ از دا کرائٹیرین۔ رزلٹ از دا اونلی کرائٹیرین۔ کوئی بھی دوسرا اپشن جس نے لیا ہو، اس کو دیکھیے آپ کہ کیا اس سے کچھ ملا؟</w:t>
      </w:r>
    </w:p>
    <w:p>
      <w:r>
        <w:rPr>
          <w:b/>
        </w:rPr>
        <w:t xml:space="preserve">[49:36] </w:t>
      </w:r>
      <w:r>
        <w:t>to kuch bhi nahi mila, siwaye kuch aur, yani kuch aur loss in term of life, in term of money, in term of property.</w:t>
      </w:r>
    </w:p>
    <w:p>
      <w:pPr>
        <w:jc w:val="right"/>
      </w:pPr>
      <w:r>
        <w:t>تو کچھ بھی نہیں ملا، سوائے کچھ اور، یعنی کچھ اور لاس ان ٹرم اف لائف، ان ٹرم اف منی، ان ٹرم اف پراپرٹی۔</w:t>
      </w:r>
    </w:p>
    <w:p>
      <w:r>
        <w:rPr>
          <w:b/>
        </w:rPr>
        <w:t xml:space="preserve">[49:49] </w:t>
      </w:r>
      <w:r>
        <w:t>to behal, main quran mein bhi yahi hai aur apne experience se bhi main yeh kehta hoon ke is dunya mein koi doosra option real sense mein hai hi nahi.</w:t>
      </w:r>
    </w:p>
    <w:p>
      <w:pPr>
        <w:jc w:val="right"/>
      </w:pPr>
      <w:r>
        <w:t>تو بہرحال، میں قرآن میں بھی یہی ہے اور اپنے ایکسپیرینس سے بھی میں یہ کہتا ہوں کہ اس دنیا میں کوئی دوسرا اپشن ریئل سینس میں ہے ہی نہیں۔</w:t>
      </w:r>
    </w:p>
    <w:p>
      <w:r>
        <w:rPr>
          <w:b/>
        </w:rPr>
        <w:t xml:space="preserve">[50:04] </w:t>
      </w:r>
      <w:r>
        <w:t>jo doosre options hain, jitne bhi, sab they lead to destruction, further destruction.</w:t>
      </w:r>
    </w:p>
    <w:p>
      <w:pPr>
        <w:jc w:val="right"/>
      </w:pPr>
      <w:r>
        <w:t>جو دوسرے اپشنز ہیں، جتنے بھی، سب دے لیڈ ٹو ڈسٹرکشن، فردر ڈسٹرکشن۔</w:t>
      </w:r>
    </w:p>
    <w:p>
      <w:r>
        <w:rPr>
          <w:b/>
        </w:rPr>
        <w:t xml:space="preserve">[50:13] </w:t>
      </w:r>
      <w:r>
        <w:t>this question is from mr g shahbaz nadvi.</w:t>
      </w:r>
    </w:p>
    <w:p>
      <w:pPr>
        <w:jc w:val="right"/>
      </w:pPr>
      <w:r>
        <w:t>دس کوئسچن از فرام مسٹر جی شہباز ندوی۔</w:t>
      </w:r>
    </w:p>
    <w:p>
      <w:r>
        <w:rPr>
          <w:b/>
        </w:rPr>
        <w:t xml:space="preserve">[50:17] </w:t>
      </w:r>
      <w:r>
        <w:t>it is said that muslims are not aggressors anywhere in the world, but western nations are aggressors everywhere, as it is evident in palestine, iraq and afghanistan.</w:t>
      </w:r>
    </w:p>
    <w:p>
      <w:pPr>
        <w:jc w:val="right"/>
      </w:pPr>
      <w:r>
        <w:t>اٹ از سیڈ دیٹ مسلمز ار ناٹ ایگریسرز اینی ویر ان دا ورلڈ، بٹ ویسٹرن نیشنز ار ایگریسرز ایوری ویر، ایز اٹ از ایوڈنٹ ان پیلسٹائن، عراق اینڈ افغانستان۔</w:t>
      </w:r>
    </w:p>
    <w:p>
      <w:r>
        <w:rPr>
          <w:b/>
        </w:rPr>
        <w:t xml:space="preserve">[50:30] </w:t>
      </w:r>
      <w:r>
        <w:t>what is your comment on this? dekhiye, hum USA ko islam ke criteria judge nahi kar sakte.</w:t>
      </w:r>
    </w:p>
    <w:p>
      <w:pPr>
        <w:jc w:val="right"/>
      </w:pPr>
      <w:r>
        <w:t>واٹ از یور کمنٹ ان دس؟ دیکھیے، ہم یو ایس اے کو اسلام کے کرائٹیریاز جج نہیں کر سکتے۔</w:t>
      </w:r>
    </w:p>
    <w:p>
      <w:r>
        <w:rPr>
          <w:b/>
        </w:rPr>
        <w:t xml:space="preserve">[50:41] </w:t>
      </w:r>
      <w:r>
        <w:t>apne ko judge kar sakte</w:t>
      </w:r>
    </w:p>
    <w:p>
      <w:pPr>
        <w:jc w:val="right"/>
      </w:pPr>
      <w:r>
        <w:t>اپنے کو جج کر سکتے</w:t>
      </w:r>
    </w:p>
    <w:p>
      <w:r>
        <w:rPr>
          <w:b/>
        </w:rPr>
        <w:t xml:space="preserve">[50:42] </w:t>
      </w:r>
      <w:r>
        <w:t>hain. yeh kehte hain ke koi fallacy hai ke hum USA ko ya germany ko islam ke criteria judge karna chahte hain. apne ko judge karo, apne ko judge karo.</w:t>
      </w:r>
    </w:p>
    <w:p>
      <w:pPr>
        <w:jc w:val="right"/>
      </w:pPr>
      <w:r>
        <w:t>ہیں۔ یہ کہتے ہیں کہ کوئی فلیسی ہے کہ ہم یو ایس اے کو یا جرمنی کو اسلام کے کرائٹیریاز جج کرنا چاہتے ہیں۔ اپنے کو جج کرو، اپنے کو جج کرو۔</w:t>
      </w:r>
    </w:p>
    <w:p>
      <w:r>
        <w:rPr>
          <w:b/>
        </w:rPr>
        <w:t xml:space="preserve">[50:55] </w:t>
      </w:r>
      <w:r>
        <w:t>hum doosron par sirf yeh kar sakte hain ke un ko hum persuade karen, islam ko message pahunchayen.</w:t>
      </w:r>
    </w:p>
    <w:p>
      <w:pPr>
        <w:jc w:val="right"/>
      </w:pPr>
      <w:r>
        <w:t>ہم دوسروں پر صرف یہ کر سکتے ہیں کہ ان کو ہم پرسویٹ کریں، اسلام کو میسج پہنچائیں۔</w:t>
      </w:r>
    </w:p>
    <w:p>
      <w:r>
        <w:rPr>
          <w:b/>
        </w:rPr>
        <w:t xml:space="preserve">[51:04] </w:t>
      </w:r>
      <w:r>
        <w:t>yeh nahi kar sakte ke aap islam ke krateriya ko judge karen. aap hum judge karenge islam ke krateriya se musalmanon</w:t>
      </w:r>
    </w:p>
    <w:p>
      <w:pPr>
        <w:jc w:val="right"/>
      </w:pPr>
      <w:r>
        <w:t>یہ نہیں کر سکتے کہ آپ اسلام کے کرائٹیریاز کو جج کریں۔ آپ ہم جج کریں گے اسلام کے کرائٹیریاز سے مسلمانوں</w:t>
      </w:r>
    </w:p>
    <w:p>
      <w:r>
        <w:rPr>
          <w:b/>
        </w:rPr>
        <w:t xml:space="preserve">[51:11] </w:t>
      </w:r>
      <w:r>
        <w:t>ko. wohi hai ke enemy declare karke un par attack kar rahe hain, jabke quran kehta hai ke enemy jo hai, us se acha sulook karke un ko apna friend banao.</w:t>
      </w:r>
    </w:p>
    <w:p>
      <w:pPr>
        <w:jc w:val="right"/>
      </w:pPr>
      <w:r>
        <w:t>کو۔ وہ یہی ہے کہ اینمی ڈیکلیئر کر کے ان پر اٹیک کر رہے ہیں، جبکہ قرآن کہتا ہے کہ اینمی جو ہے، اس سے اچھا سلوک کر کے ان کو اپنا فرینڈ بناؤ۔</w:t>
      </w:r>
    </w:p>
    <w:p>
      <w:r>
        <w:rPr>
          <w:b/>
        </w:rPr>
        <w:t xml:space="preserve">[51:22] </w:t>
      </w:r>
      <w:r>
        <w:t>yeh bohat bari fallacy hai ke sare log jo hain, isi mein pade hue hain ke US o ko woh judge karte hain islam ke krateriya se. yeh toh ho hi nahi sakta, kabhi ho nahi sakta.</w:t>
      </w:r>
    </w:p>
    <w:p>
      <w:pPr>
        <w:jc w:val="right"/>
      </w:pPr>
      <w:r>
        <w:t>یہ بہت بڑی فلیسی ہے کہ سارے لوگ جو ہیں، اسی میں پڑے ہوئے ہیں کہ یو ایس او کو وہ جج کرتے ہیں اسلام کے کرائٹیریا سے۔ یہ تو ہو ہی نہیں سکتا، کبھی ہو نہیں سکتا۔</w:t>
      </w:r>
    </w:p>
    <w:p>
      <w:r>
        <w:rPr>
          <w:b/>
        </w:rPr>
        <w:t xml:space="preserve">[51:36] </w:t>
      </w:r>
      <w:r>
        <w:t>apne ko judge karo, apne ko judge karo,</w:t>
      </w:r>
    </w:p>
    <w:p>
      <w:pPr>
        <w:jc w:val="right"/>
      </w:pPr>
      <w:r>
        <w:t>اپنے کو جج کرو، اپنے کو جج کرو،</w:t>
      </w:r>
    </w:p>
    <w:p>
      <w:r>
        <w:rPr>
          <w:b/>
        </w:rPr>
        <w:t xml:space="preserve">[51:41] </w:t>
      </w:r>
      <w:r>
        <w:t>tab hum faide mein reh sakte hain. jaise ke palestine ka aap ne hawala diya, palestine ke mamle mein apne ko judge kijiye aap, apne ko ke 1948 mein kya tha?</w:t>
      </w:r>
    </w:p>
    <w:p>
      <w:pPr>
        <w:jc w:val="right"/>
      </w:pPr>
      <w:r>
        <w:t>تب ہم فائدے میں رہ سکتے ہیں۔ جیسے کہ پیلسٹائن کا آپ نے حوالہ دیا، پیلسٹائن کے معاملے میں اپنے کو جج کیجئے آپ، اپنے کو کہ 1948 میں کیا تھا؟</w:t>
      </w:r>
    </w:p>
    <w:p>
      <w:r>
        <w:rPr>
          <w:b/>
        </w:rPr>
        <w:t xml:space="preserve">[51:54] </w:t>
      </w:r>
      <w:r>
        <w:t>only yani one third palestine mein diya gaya tha jooz ko.</w:t>
      </w:r>
    </w:p>
    <w:p>
      <w:pPr>
        <w:jc w:val="right"/>
      </w:pPr>
      <w:r>
        <w:t>اونلی یعنی ون تھرڈ پیلسٹائن میں دیا گیا تھا جیوز کو۔</w:t>
      </w:r>
    </w:p>
    <w:p>
      <w:r>
        <w:rPr>
          <w:b/>
        </w:rPr>
        <w:t xml:space="preserve">[52:02] </w:t>
      </w:r>
      <w:r>
        <w:t>ji haan, woh wahan toh chale aa rahe hain bohat dino se. agar aap peeche jayen toh khilafat rashida ke zamane mein musalman ghus gaye, wahan par qabza kar liya.</w:t>
      </w:r>
    </w:p>
    <w:p>
      <w:pPr>
        <w:jc w:val="right"/>
      </w:pPr>
      <w:r>
        <w:t>جی ہاں، وہ وہاں تو چلے آ رہے ہیں بہت دنوں سے۔ اگر آپ پیچھے جائیں تو خلافت راشدہ کے زمانے میں مسلمان گھس گئے، وہاں پر قبضہ کر لیا۔</w:t>
      </w:r>
    </w:p>
    <w:p>
      <w:r>
        <w:rPr>
          <w:b/>
        </w:rPr>
        <w:t xml:space="preserve">[52:11] </w:t>
      </w:r>
      <w:r>
        <w:t>woh bhi galat tha. phir agar yahudiyon ko balfour commission ke tehat wahan dakhil kiya gaya toh aap ka dakhila bhi toh galat ho jata hai. ab dekhen, kya aisa possible hai ke do ya aath district aap istemal karen?</w:t>
      </w:r>
    </w:p>
    <w:p>
      <w:pPr>
        <w:jc w:val="right"/>
      </w:pPr>
      <w:r>
        <w:t>وہ بھی غلط تھا۔ پھر اگر یہودیوں کو بال فور کمیشن کے تحت وہاں داخل کیا گیا تو آپ کا داخلہ بھی تو غلط ہو جاتا ہے۔ اب دیکھیں، کیا ایسا پاسیبل ہے کہ دو یا آٹھ ڈسٹرکٹ آپ استعمال کریں؟</w:t>
      </w:r>
    </w:p>
    <w:p>
      <w:r>
        <w:rPr>
          <w:b/>
        </w:rPr>
        <w:t xml:space="preserve">[52:27] </w:t>
      </w:r>
      <w:r>
        <w:t>do ya aath district aap istemal kar sakte hain.</w:t>
      </w:r>
    </w:p>
    <w:p>
      <w:pPr>
        <w:jc w:val="right"/>
      </w:pPr>
      <w:r>
        <w:t>دو یا آٹھ ڈسٹرکٹ آپ استعمال کر سکتے ہیں۔</w:t>
      </w:r>
    </w:p>
    <w:p>
      <w:r>
        <w:rPr>
          <w:b/>
        </w:rPr>
        <w:t xml:space="preserve">[52:31] </w:t>
      </w:r>
      <w:r>
        <w:t>yeh ek historical fact hai ke khilafat rashida ke zamane mein musalman wahan dakhil ho gaye, unhon ne qabza kar liya. toh aap ka toh occupation justified hai, un ka occupation justified nahi hai.</w:t>
      </w:r>
    </w:p>
    <w:p>
      <w:pPr>
        <w:jc w:val="right"/>
      </w:pPr>
      <w:r>
        <w:t>یہ ایک ہسٹوریکل فیکٹ ہے کہ خلافت راشدہ کے زمانے میں مسلمان وہاں داخل ہو گئے، انہوں نے قبضہ کر لیا۔ تو آپ کا تو اکوپیشن جسٹیفائیڈ ہے، ان کا اکوپیشن جسٹیفائیڈ نہیں ہے۔</w:t>
      </w:r>
    </w:p>
    <w:p>
      <w:r>
        <w:rPr>
          <w:b/>
        </w:rPr>
        <w:t xml:space="preserve">[52:44] </w:t>
      </w:r>
      <w:r>
        <w:t>yeh kaun si logic hai? bataiye. you have to be realist.</w:t>
      </w:r>
    </w:p>
    <w:p>
      <w:pPr>
        <w:jc w:val="right"/>
      </w:pPr>
      <w:r>
        <w:t>یہ کون سی لاجک ہے؟ بتائیے۔ یو ہیو ٹو بی ریلسٹ۔</w:t>
      </w:r>
    </w:p>
    <w:p>
      <w:r>
        <w:rPr>
          <w:b/>
        </w:rPr>
        <w:t xml:space="preserve">[52:51] </w:t>
      </w:r>
      <w:r>
        <w:t>balfour commission mein international body ke tehat yeh decision diya ke one third jo ke paas ho, two third arbon ke paas ho.</w:t>
      </w:r>
    </w:p>
    <w:p>
      <w:pPr>
        <w:jc w:val="right"/>
      </w:pPr>
      <w:r>
        <w:t>بال فور کمیشن میں انٹرنیشنل باڈی کے تحت یہ ڈیسیژن دیا کہ ون تھرڈ جو کے پاس ہو، ٹو تھرڈ عربوں کے پاس ہو۔</w:t>
      </w:r>
    </w:p>
    <w:p>
      <w:r>
        <w:rPr>
          <w:b/>
        </w:rPr>
        <w:t xml:space="preserve">[53:03] </w:t>
      </w:r>
      <w:r>
        <w:t>aap jante hain, us waqt kya tha? un ko jo diya gaya tha, woh sab desert tha. aap aaj dekhte hain toh samajhte hain ke dekho, yeh de diya unhon ne. yeh toh banaya hai yahudiyon ne.</w:t>
      </w:r>
    </w:p>
    <w:p>
      <w:pPr>
        <w:jc w:val="right"/>
      </w:pPr>
      <w:r>
        <w:t>آپ جانتے ہیں، اس وقت کیا تھا؟ ان کو جو دیا گیا تھا، وہ سب ڈیزرٹ تھا۔ آپ آج دیکھتے ہیں تو سمجھتے ہیں کہ دیکھو، یہ دے دیا انہوں نے۔ یہ تو بنایا ہے یہودیوں نے۔</w:t>
      </w:r>
    </w:p>
    <w:p>
      <w:r>
        <w:rPr>
          <w:b/>
        </w:rPr>
        <w:t xml:space="preserve">[53:15] </w:t>
      </w:r>
      <w:r>
        <w:t>aaj aap jate hain tel aviv, lagta hai kitna acha shehar hai. toh kya aap samajhte hain ke 48 mein tel aviv aisa hi tha?</w:t>
      </w:r>
    </w:p>
    <w:p>
      <w:pPr>
        <w:jc w:val="right"/>
      </w:pPr>
      <w:r>
        <w:t>آج آپ جاتے ہیں تل ابیب، لگتا ہے کتنا اچھا شہر ہے۔ تو کیا آپ سمجھتے ہیں کہ 48 میں تل ابیب ایسا ہی تھا؟</w:t>
      </w:r>
    </w:p>
    <w:p>
      <w:r>
        <w:rPr>
          <w:b/>
        </w:rPr>
        <w:t xml:space="preserve">[53:22] </w:t>
      </w:r>
      <w:r>
        <w:t>yani kitni bari fallacy hai. 48 mein woh toh desert tha, wahan unhon ne kya kiya? wahan agriculture, horticulture, plant city, yeh sab banaya.</w:t>
      </w:r>
    </w:p>
    <w:p>
      <w:pPr>
        <w:jc w:val="right"/>
      </w:pPr>
      <w:r>
        <w:t>یعنی کتنی بڑی فلیسی ہے۔ 48 میں وہ تو ڈیزرٹ تھا، وہاں انہوں نے کیا کیا؟ وہاں ایگریکلچر، ہارٹیکلچر، پلانٹ سٹی، یہ سب بنایا۔</w:t>
      </w:r>
    </w:p>
    <w:p>
      <w:r>
        <w:rPr>
          <w:b/>
        </w:rPr>
        <w:t xml:space="preserve">[53:33] </w:t>
      </w:r>
      <w:r>
        <w:t>toh aap samajhte hain ke yeh de diya tha balfour ne un ko? yeh toh unhon ne banaya hai. aur doosri taraf jo palestinian the, un ko diya gaya tha wahan ki bohat best soil di gayi thi.</w:t>
      </w:r>
    </w:p>
    <w:p>
      <w:pPr>
        <w:jc w:val="right"/>
      </w:pPr>
      <w:r>
        <w:t>تو آپ سمجھتے ہیں کہ یہ دے دیا تھا بال فور نے ان کو؟ یہ تو انہوں نے بنایا ہے۔ اور دوسری طرف جو فلسطینین تھے، ان کو دیا گیا تھا وہاں کی بہت بیسٹ سال دی گئی تھی۔</w:t>
      </w:r>
    </w:p>
    <w:p>
      <w:r>
        <w:rPr>
          <w:b/>
        </w:rPr>
        <w:t xml:space="preserve">[53:45] </w:t>
      </w:r>
      <w:r>
        <w:t>pura pura jerusalem diya gaya tha, sab kuch diya gaya tha. unhon ne kuch bhi nahi kiya.</w:t>
      </w:r>
    </w:p>
    <w:p>
      <w:pPr>
        <w:jc w:val="right"/>
      </w:pPr>
      <w:r>
        <w:t>پورا پورا یروشلم دیا گیا تھا، سب کچھ دیا گیا تھا۔ انہوں نے کچھ بھی نہیں کیا۔</w:t>
      </w:r>
    </w:p>
    <w:p>
      <w:r>
        <w:rPr>
          <w:b/>
        </w:rPr>
        <w:t xml:space="preserve">[53:50] </w:t>
      </w:r>
      <w:r>
        <w:t>main do bar gaya hoon ke jo koi shaq ho, ja kar dekhe. toh apni apni jo aap ki jo ghalti hai, us ki price doosron se le gaye.</w:t>
      </w:r>
    </w:p>
    <w:p>
      <w:pPr>
        <w:jc w:val="right"/>
      </w:pPr>
      <w:r>
        <w:t>میں دو بار گیا ہوں کہ جو کوئی شک ہو، جا کر دیکھے۔ تو اپنی اپنی جو آپ کی جو غلطی ہے، اس کی پرائس دوسروں سے لے گئے۔</w:t>
      </w:r>
    </w:p>
    <w:p>
      <w:r>
        <w:rPr>
          <w:b/>
        </w:rPr>
        <w:t xml:space="preserve">[53:59] </w:t>
      </w:r>
      <w:r>
        <w:t>aap aap bhi karte toh unhein bhi right tha wahan aane ka. yahudiyon se chale aa rahe the woh, toh aap un ke right ko cheen sakte hain.</w:t>
      </w:r>
    </w:p>
    <w:p>
      <w:pPr>
        <w:jc w:val="right"/>
      </w:pPr>
      <w:r>
        <w:t>آپ آپ بھی کرتے تو انہیں بھی رائٹ تھا وہاں آنے کا۔ بودھیوں سے چلے آ رہے تھے وہ، تو آپ ان کے رائٹ کو چھین سکتے ہیں۔</w:t>
      </w:r>
    </w:p>
    <w:p>
      <w:r>
        <w:rPr>
          <w:b/>
        </w:rPr>
        <w:t xml:space="preserve">[54:09] </w:t>
      </w:r>
      <w:r>
        <w:t>one third diya gaya tha, woh bhi desert diya gaya tha. aap jante hain, unhon ne kya kiya?</w:t>
      </w:r>
    </w:p>
    <w:p>
      <w:pPr>
        <w:jc w:val="right"/>
      </w:pPr>
      <w:r>
        <w:t>ون تھرڈ دیا گیا تھا، وہ بھی ڈیزرٹ دیا گیا تھا۔ آپ جانتے ہیں، انہوں نے کیا کیا؟</w:t>
      </w:r>
    </w:p>
    <w:p>
      <w:r>
        <w:rPr>
          <w:b/>
        </w:rPr>
        <w:t xml:space="preserve">[54:19] </w:t>
      </w:r>
      <w:r>
        <w:t>history mein ek naya technique nikali, unhon ne irrigation ki, jo kabhi duniya mein thi nahi. kyunke desert mein kheti kyun nahi hoti?</w:t>
      </w:r>
    </w:p>
    <w:p>
      <w:pPr>
        <w:jc w:val="right"/>
      </w:pPr>
      <w:r>
        <w:t>ہسٹری میں ایک نیا ٹیکنیک نکالی، انہوں نے ایریگیشن کی، جو کبھی دنیا میں تھی نہیں۔ کیونکہ ڈیزرٹ میں کھیتی کیوں نہیں ہوتی؟</w:t>
      </w:r>
    </w:p>
    <w:p>
      <w:r>
        <w:rPr>
          <w:b/>
        </w:rPr>
        <w:t xml:space="preserve">[54:28] </w:t>
      </w:r>
      <w:r>
        <w:t>kyunke wahan irrigation nahi ho sakta. jab aap pani wahan le jayenge toh sab pani ko soak kar legi zameen, is liye wahan nahi ho sakta.</w:t>
      </w:r>
    </w:p>
    <w:p>
      <w:pPr>
        <w:jc w:val="right"/>
      </w:pPr>
      <w:r>
        <w:t>کیونکہ وہاں ایریگیشن نہیں ہو سکتا۔ جب آپ پانی وہاں لے جائیں گے تو سب پانی کو سوک کر لے گی زمین، اس لیے وہاں نہیں ہو سکتا۔</w:t>
      </w:r>
    </w:p>
    <w:p>
      <w:r>
        <w:rPr>
          <w:b/>
        </w:rPr>
        <w:t xml:space="preserve">[54:38] </w:t>
      </w:r>
      <w:r>
        <w:t>unhon ne ek nai technique nikali, jis ko kehte hain woh yeh drip irrigation. drip irrigation, main ne ja kar dekha hai wahan par</w:t>
      </w:r>
    </w:p>
    <w:p>
      <w:pPr>
        <w:jc w:val="right"/>
      </w:pPr>
      <w:r>
        <w:t>انہوں نے ایک نئی ٹیکنیک نکالی، جس کو کہتے ہیں وہ یہ ڈرپ ایریگیشن۔ ڈرپ ایریگیشن، میں نے جا کر دیکھا ہے وہاں پر</w:t>
      </w:r>
    </w:p>
    <w:p>
      <w:r>
        <w:rPr>
          <w:b/>
        </w:rPr>
        <w:t xml:space="preserve">[54:48] </w:t>
      </w:r>
      <w:r>
        <w:t>toh unhon ne is ko aaj zameen lehla rahi hain wahan par. toh aap khush ho jaiye ke unhon ne apni mehnat se zameen ko haryali mein badal diya.</w:t>
      </w:r>
    </w:p>
    <w:p>
      <w:pPr>
        <w:jc w:val="right"/>
      </w:pPr>
      <w:r>
        <w:t>تو انہوں نے اس کو آج زمینیں لہلا رہی ہیں وہاں پر۔ تو آپ خوش ہو جائیے کہ انہوں نے اپنی محنت سے زمین کو ہریالی میں بدل دیا۔</w:t>
      </w:r>
    </w:p>
    <w:p>
      <w:r>
        <w:rPr>
          <w:b/>
        </w:rPr>
        <w:t xml:space="preserve">[54:58] </w:t>
      </w:r>
      <w:r>
        <w:t>aap bhi waise kijiye. aap khwamkhwah ladte hain, ladte ladte result kya nikla? ke jo kuch aap ke sath, woh bhi chhin gaya hai. yeh koi jihad hai?</w:t>
      </w:r>
    </w:p>
    <w:p>
      <w:pPr>
        <w:jc w:val="right"/>
      </w:pPr>
      <w:r>
        <w:t>آپ بھی ویسے کیجئے۔ آپ خوامخواہ لڑتے ہیں، لڑتے لڑتے رزلٹ کیا نکلا؟ کہ جو کچھ آپ کے ساتھ، وہ بھی چھن گیا ہے۔ یہ کوئی جہاد ہے؟</w:t>
      </w:r>
    </w:p>
    <w:p>
      <w:r>
        <w:rPr>
          <w:b/>
        </w:rPr>
        <w:t xml:space="preserve">[55:09] </w:t>
      </w:r>
      <w:r>
        <w:t>kya jahad ka matlab hai counter productive amal? yeh jahad ka matlab hai ke jo kuch tha, woh chhin gaya?</w:t>
      </w:r>
    </w:p>
    <w:p>
      <w:pPr>
        <w:jc w:val="right"/>
      </w:pPr>
      <w:r>
        <w:t>کیا جہاد کا مطلب ہے کاؤنٹر پروڈکٹیو عمل؟ یہ جہاد کا مطلب ہے کہ جو کچھ تھا، وہ چھن گیا؟</w:t>
      </w:r>
    </w:p>
    <w:p>
      <w:r>
        <w:rPr>
          <w:b/>
        </w:rPr>
        <w:t xml:space="preserve">[55:18] </w:t>
      </w:r>
      <w:r>
        <w:t>yeh jahad hai? yeh toh jahad mein aur established action mein kya farq hoga? kya farq hoga?</w:t>
      </w:r>
    </w:p>
    <w:p>
      <w:pPr>
        <w:jc w:val="right"/>
      </w:pPr>
      <w:r>
        <w:t>یہ جہاد ہے؟ یہ تو جہاد میں اور اسٹیبلڈ ایکشن میں کیا فرق ہوگا؟ کیا فرق ہوگا؟</w:t>
      </w:r>
    </w:p>
    <w:p>
      <w:r>
        <w:rPr>
          <w:b/>
        </w:rPr>
        <w:t xml:space="preserve">[55:27] </w:t>
      </w:r>
      <w:r>
        <w:t>mujhe bataiye. beharhal, main ek realist aadmi hoon. main bohat hi yani har baat meri logical hoti hai.</w:t>
      </w:r>
    </w:p>
    <w:p>
      <w:pPr>
        <w:jc w:val="right"/>
      </w:pPr>
      <w:r>
        <w:t>مجھے بتائیے۔ بہرحال، میں ایک ریلسٹ آدمی ہوں۔ میں بہت ہی یعنی ہر بات میری لاجیکل ہوتی ہے۔</w:t>
      </w:r>
    </w:p>
    <w:p>
      <w:r>
        <w:rPr>
          <w:b/>
        </w:rPr>
        <w:t xml:space="preserve">[55:38] </w:t>
      </w:r>
      <w:r>
        <w:t>aap sentimental baat se mujhe aap qail nahi kar sakte ke aap koi logic dijiye, koi reason dijiye, tab main manunga.</w:t>
      </w:r>
    </w:p>
    <w:p>
      <w:pPr>
        <w:jc w:val="right"/>
      </w:pPr>
      <w:r>
        <w:t>آپ سینٹیمنٹل بات سے مجھے آپ قائل نہیں کر سکتے کہ آپ کوئی لاجک دیے، کوئی ریزن دیجئے، تب میں مانوں گا۔</w:t>
      </w:r>
    </w:p>
    <w:p>
      <w:r>
        <w:rPr>
          <w:b/>
        </w:rPr>
        <w:t xml:space="preserve">[55:49] </w:t>
      </w:r>
      <w:r>
        <w:t>main samajhta hoon ke yeh bohat hi best tha ke two third aap ko mil raha tha aur sara behtareen area jo tha, mil raha tha aap ko, including yorushlem.</w:t>
      </w:r>
    </w:p>
    <w:p>
      <w:pPr>
        <w:jc w:val="right"/>
      </w:pPr>
      <w:r>
        <w:t>میں سمجھتا ہوں کہ یہ بہت ہی بیسٹ تھا کہ ٹو تھرڈ آپ کو مل رہا تھا اور سارا بہترین ایریا جو تھا، مل رہا تھا آپ کو، انکلوڈنگ یروشلم۔</w:t>
      </w:r>
    </w:p>
    <w:p>
      <w:r>
        <w:rPr>
          <w:b/>
        </w:rPr>
        <w:t xml:space="preserve">[56:01] </w:t>
      </w:r>
      <w:r>
        <w:t>aap ne larai chhed di, larai chhedi toh aap ko is ki price bhugti hai. aap koi kya kare? bhai,</w:t>
      </w:r>
    </w:p>
    <w:p>
      <w:pPr>
        <w:jc w:val="right"/>
      </w:pPr>
      <w:r>
        <w:t>آپ نے لڑائی چھیڑ دی، لڑائی چھیڑی تو آپ کو اس کی پرائس بھگتی ہے۔ آپ کوئی کیا کرے؟ بھئی،</w:t>
      </w:r>
    </w:p>
    <w:p>
      <w:r>
        <w:rPr>
          <w:b/>
        </w:rPr>
        <w:t xml:space="preserve">[56:10] </w:t>
      </w:r>
      <w:r>
        <w:t>das question is from muhammad farid. wa</w:t>
      </w:r>
    </w:p>
    <w:p>
      <w:pPr>
        <w:jc w:val="right"/>
      </w:pPr>
      <w:r>
        <w:t>دس کوئسچن از فرام محمد فرید۔ وا</w:t>
      </w:r>
    </w:p>
    <w:p>
      <w:r>
        <w:rPr>
          <w:b/>
        </w:rPr>
        <w:t xml:space="preserve">[56:14] </w:t>
      </w:r>
      <w:r>
        <w:t>t is the importance of books like bible, torah and injeel in islam? what was the language of these books?</w:t>
      </w:r>
    </w:p>
    <w:p>
      <w:pPr>
        <w:jc w:val="right"/>
      </w:pPr>
      <w:r>
        <w:t>ٹ از دی امپورٹنس اف بکس لائک بائبل، تورہ اینڈ انجیل ان اسلام؟ واٹ واز دا لینگویج اف دیز بکس؟</w:t>
      </w:r>
    </w:p>
    <w:p>
      <w:r>
        <w:rPr>
          <w:b/>
        </w:rPr>
        <w:t xml:space="preserve">[56:23] </w:t>
      </w:r>
      <w:r>
        <w:t>what are your comments?</w:t>
      </w:r>
    </w:p>
    <w:p>
      <w:pPr>
        <w:jc w:val="right"/>
      </w:pPr>
      <w:r>
        <w:t>واٹ ار یور کمنٹس؟</w:t>
      </w:r>
    </w:p>
    <w:p>
      <w:r>
        <w:rPr>
          <w:b/>
        </w:rPr>
        <w:t xml:space="preserve">[56:27] </w:t>
      </w:r>
      <w:r>
        <w:t>bhai, dekhiye, woh yeh ek established hai historical fact ke language sirf quran ki preserve hai, doosri books ki language preserve nahi hai.</w:t>
      </w:r>
    </w:p>
    <w:p>
      <w:pPr>
        <w:jc w:val="right"/>
      </w:pPr>
      <w:r>
        <w:t>بھائی، دیکھیے، وہ یہ ایک اسٹیبلش ہے ہسٹوریکل فیکٹ کہ لینگویج صرف قرآن کی پریزرو ہے، دوسری بکس کی لینگویج پریزرو نہیں ہے۔</w:t>
      </w:r>
    </w:p>
    <w:p>
      <w:r>
        <w:rPr>
          <w:b/>
        </w:rPr>
        <w:t xml:space="preserve">[56:41] </w:t>
      </w:r>
      <w:r>
        <w:t>jaise ke aap lijiye New Testament ko. toh New Testament jo hai, yahi aaj tak prove nahi hua hai ke hazrat masih kaun si zaban bolte the.</w:t>
      </w:r>
    </w:p>
    <w:p>
      <w:pPr>
        <w:jc w:val="right"/>
      </w:pPr>
      <w:r>
        <w:t>جیسے کہ آپ لیجئے نیو ٹیسٹمنٹ کو۔ تو نیو ٹیسٹمنٹ جو ہے، یہی آج تک پروف نہیں ہوا ہے کہ حضرت مسیح کون سی زبان بولتے تھے۔</w:t>
      </w:r>
    </w:p>
    <w:p>
      <w:r>
        <w:rPr>
          <w:b/>
        </w:rPr>
        <w:t xml:space="preserve">[56:55] </w:t>
      </w:r>
      <w:r>
        <w:t>aaj tak yeh prove nahi hua hai. kyun?</w:t>
      </w:r>
    </w:p>
    <w:p>
      <w:pPr>
        <w:jc w:val="right"/>
      </w:pPr>
      <w:r>
        <w:t>آج تک یہ پروف نہیں ہوا ہے۔ کیوں؟</w:t>
      </w:r>
    </w:p>
    <w:p>
      <w:r>
        <w:rPr>
          <w:b/>
        </w:rPr>
        <w:t xml:space="preserve">[56:59] </w:t>
      </w:r>
      <w:r>
        <w:t>falasteen mein teen language thi. teen language: hebrew, suraik aur woh greek.</w:t>
      </w:r>
    </w:p>
    <w:p>
      <w:pPr>
        <w:jc w:val="right"/>
      </w:pPr>
      <w:r>
        <w:t>فلسطین میں تین لینگویج تھیں۔ تین لینگویج: ہیبرو، سرائیک اور وہ گریک۔</w:t>
      </w:r>
    </w:p>
    <w:p>
      <w:r>
        <w:rPr>
          <w:b/>
        </w:rPr>
        <w:t xml:space="preserve">[57:08] </w:t>
      </w:r>
      <w:r>
        <w:t>kyun ke roman wahan jo the, woh greek language bolte the. jaise hamare idhar britishs aaye toh yahan english chal gayi. english chal gayi. jo ruler the bahar ke, un ki wajah se english chal gayi.</w:t>
      </w:r>
    </w:p>
    <w:p>
      <w:pPr>
        <w:jc w:val="right"/>
      </w:pPr>
      <w:r>
        <w:t>کیونکہ رومن وہاں جو تھے، وہ گریک لینگویج بولتے تھے۔ جیسے ہمارے ادھر برٹشز آئے تو یہاں انگلش چل گئی۔ انگلش چل گئی۔ جو رولر تھے باہر کے، ان کی وجہ سے انگلش چل گئی۔</w:t>
      </w:r>
    </w:p>
    <w:p>
      <w:r>
        <w:rPr>
          <w:b/>
        </w:rPr>
        <w:t xml:space="preserve">[57:20] </w:t>
      </w:r>
      <w:r>
        <w:t>aise hi wahan jo ruler the, woh roman the. roman ki language greeks hua karti thi.</w:t>
      </w:r>
    </w:p>
    <w:p>
      <w:pPr>
        <w:jc w:val="right"/>
      </w:pPr>
      <w:r>
        <w:t>ایسے ہی وہاں جو رولر تھے، وہ رومن تھے۔ رومن کی لینگویج گریکس ہوا کرتی تھی۔</w:t>
      </w:r>
    </w:p>
    <w:p>
      <w:r>
        <w:rPr>
          <w:b/>
        </w:rPr>
        <w:t xml:space="preserve">[57:26] </w:t>
      </w:r>
      <w:r>
        <w:t>toh wahan greek thi aur suraik thi aur hebrew thi. aaj tak is ka koi proof nahi hai historical ke hazrat masih kaun si zaban bolte the.</w:t>
      </w:r>
    </w:p>
    <w:p>
      <w:pPr>
        <w:jc w:val="right"/>
      </w:pPr>
      <w:r>
        <w:t>تو وہاں گریک تھی اور سرائیک تھی اور ہیبرو تھی۔ آج تک اس کا کوئی پروف نہیں ہے ہسٹوریکل کہ حضرت مسیح کون سی زبان بولتے تھے۔</w:t>
      </w:r>
    </w:p>
    <w:p>
      <w:r>
        <w:rPr>
          <w:b/>
        </w:rPr>
        <w:t xml:space="preserve">[57:37] </w:t>
      </w:r>
      <w:r>
        <w:t>ise aap samajh sakte hain?</w:t>
      </w:r>
    </w:p>
    <w:p>
      <w:pPr>
        <w:jc w:val="right"/>
      </w:pPr>
      <w:r>
        <w:t>اسے آپ سمجھ سکتے ہیں؟</w:t>
      </w:r>
    </w:p>
    <w:p>
      <w:r>
        <w:rPr>
          <w:b/>
        </w:rPr>
        <w:t xml:space="preserve">[57:42] </w:t>
      </w:r>
      <w:r>
        <w:t>aise aap samajh sakte hain. ek hi sentence hai poore anajeel mein jo hazrat masih ka samjhaya jata hai: "ae ali, ali lamash waqtani!"</w:t>
      </w:r>
    </w:p>
    <w:p>
      <w:pPr>
        <w:jc w:val="right"/>
      </w:pPr>
      <w:r>
        <w:t>ایسے آپ سمجھ سکتے ہیں۔ ایک ہی سینٹنس ہے پورے اناجیل میں جو حضرت مسیح کا سمجھایا جاتا ہے: "اے علی، علی لماش وقتنی!"</w:t>
      </w:r>
    </w:p>
    <w:p>
      <w:r>
        <w:rPr>
          <w:b/>
        </w:rPr>
        <w:t xml:space="preserve">[57:55] </w:t>
      </w:r>
      <w:r>
        <w:t>ae mere khuda, ae mere khuda, tum ne mujhe kyun chhod diya? ab kaisi ajeeb baat hai ke jis ko woh savior samajhte hain, woh khud pukaar raha hai: "khuda, mujh ko tum ne chhod diya!" aap sochiye zara, ae ali, ali lamash waqtani!</w:t>
      </w:r>
    </w:p>
    <w:p>
      <w:pPr>
        <w:jc w:val="right"/>
      </w:pPr>
      <w:r>
        <w:t>اے میرے خدا، اے میرے خدا، تم نے مجھے کیوں چھوڑ دیا؟ اب کیسی عجیب بات ہے کہ جس کو وہ سیویئر سمجھتے ہیں، وہ خود پکار رہا ہے: "خدا، مجھ کو تم نے چھوڑ دیا!" آپ سوچیے ذرا، اے علی، علی لماش وقتنی!</w:t>
      </w:r>
    </w:p>
    <w:p>
      <w:r>
        <w:rPr>
          <w:b/>
        </w:rPr>
        <w:t xml:space="preserve">[58:08] </w:t>
      </w:r>
      <w:r>
        <w:t>samajhte hain ke jo masih bole the, woh hai yeh. toh masih kaise ho sakta hai? jo masih savior hai, wahi samajh raha hai ke main toh bilkul helpless hoon.</w:t>
      </w:r>
    </w:p>
    <w:p>
      <w:pPr>
        <w:jc w:val="right"/>
      </w:pPr>
      <w:r>
        <w:t>سمجھتے ہیں کہ جو مسیح بولے تھے، وہ ہے یہ۔ تو مسیح کیسے ہو سکتا ہے؟ جو مسیح سیویئر ہے، وہی سمجھ رہا ہے کہ میں تو بالکل ہیلپ لیس ہوں۔</w:t>
      </w:r>
    </w:p>
    <w:p>
      <w:r>
        <w:rPr>
          <w:b/>
        </w:rPr>
        <w:t xml:space="preserve">[58:21] </w:t>
      </w:r>
      <w:r>
        <w:t>beharhal, historical authenticity ke aitbar se agar aap dekhenge toh aap manenge ke quran jo hai, woh is ko ek aisi book hai jis ko historical authenticity hasil hai,</w:t>
      </w:r>
    </w:p>
    <w:p>
      <w:pPr>
        <w:jc w:val="right"/>
      </w:pPr>
      <w:r>
        <w:t>بہرحال، ہسٹوریکل اتھنٹیسٹی کے اعتبار سے اگر آپ دیکھیں گے تو آپ مانیں گے کہ قرآن جو ہے، وہ اس کو ایک ایسی بک ہے جس کو ہسٹوریکل اتھنٹیسٹی حاصل ہے،</w:t>
      </w:r>
    </w:p>
    <w:p>
      <w:r>
        <w:rPr>
          <w:b/>
        </w:rPr>
        <w:t xml:space="preserve">[58:37] </w:t>
      </w:r>
      <w:r>
        <w:t>historical credibility hasil hai. isi liye ek ek scholar ne kaha ke historically, it is got doubtful whether Christ ever existed at all.</w:t>
      </w:r>
    </w:p>
    <w:p>
      <w:pPr>
        <w:jc w:val="right"/>
      </w:pPr>
      <w:r>
        <w:t>ہسٹوریکل کریڈیبلٹی حاصل ہے۔ اسی لیے ایک ایک اسکالر نے کہا کہ ہسٹوریکلی، اٹ از گوئٹ ڈاؤٹ فل ویدر کرائسٹ ایور ایگزسٹڈ ایٹ آل۔</w:t>
      </w:r>
    </w:p>
    <w:p>
      <w:r>
        <w:rPr>
          <w:b/>
        </w:rPr>
        <w:t xml:space="preserve">[58:53] </w:t>
      </w:r>
      <w:r>
        <w:t>okay,</w:t>
      </w:r>
    </w:p>
    <w:p>
      <w:pPr>
        <w:jc w:val="right"/>
      </w:pPr>
      <w:r>
        <w:t>اوکے،</w:t>
      </w:r>
    </w:p>
    <w:p>
      <w:r>
        <w:rPr>
          <w:b/>
        </w:rPr>
        <w:t xml:space="preserve">[58:55] </w:t>
      </w:r>
      <w:r>
        <w:t>das question is from dogma siddiqui. what position does quran accord to women?</w:t>
      </w:r>
    </w:p>
    <w:p>
      <w:pPr>
        <w:jc w:val="right"/>
      </w:pPr>
      <w:r>
        <w:t>دس کوئسچن از فرام ڈگما صدیقی۔ واٹ پوزیشن ڈز قرآن اکورڈ ٹو وومن؟</w:t>
      </w:r>
    </w:p>
    <w:p>
      <w:r>
        <w:rPr>
          <w:b/>
        </w:rPr>
        <w:t xml:space="preserve">[59:08] </w:t>
      </w:r>
      <w:r>
        <w:t>dekhiye,</w:t>
      </w:r>
    </w:p>
    <w:p>
      <w:pPr>
        <w:jc w:val="right"/>
      </w:pPr>
      <w:r>
        <w:t>دیکھیں،</w:t>
      </w:r>
    </w:p>
    <w:p>
      <w:r>
        <w:rPr>
          <w:b/>
        </w:rPr>
        <w:t xml:space="preserve">[59:12] </w:t>
      </w:r>
      <w:r>
        <w:t>islam mein wohi equality hai jo aaj dunya mein maani jaati hai.</w:t>
      </w:r>
    </w:p>
    <w:p>
      <w:pPr>
        <w:jc w:val="right"/>
      </w:pPr>
      <w:r>
        <w:t>اسلام میں وہی ایکولٹی ہے جو آج دنیا میں مانی جاتی ہے۔</w:t>
      </w:r>
    </w:p>
    <w:p>
      <w:r>
        <w:rPr>
          <w:b/>
        </w:rPr>
        <w:t xml:space="preserve">[59:19] </w:t>
      </w:r>
      <w:r>
        <w:t>baaz kam min baaz ka matlab yeh hai ke dono barabar hon.</w:t>
      </w:r>
    </w:p>
    <w:p>
      <w:pPr>
        <w:jc w:val="right"/>
      </w:pPr>
      <w:r>
        <w:t>بعض کم من بعض کا مطلب یہ ہے کہ دونوں برابر ہوں۔</w:t>
      </w:r>
    </w:p>
    <w:p>
      <w:r>
        <w:rPr>
          <w:b/>
        </w:rPr>
        <w:t xml:space="preserve">[59:24] </w:t>
      </w:r>
      <w:r>
        <w:t>hadees mein aata hai ke "al nisaa wa shaqaaeq al rijaal" yaani is ka matlab hai ke women, men and women are two equal half the single unit.</w:t>
      </w:r>
    </w:p>
    <w:p>
      <w:pPr>
        <w:jc w:val="right"/>
      </w:pPr>
      <w:r>
        <w:t>حدیث میں آتا ہے کہ "النساء و شقائق الرجال" یعنی اس کا مطلب ہے کہ کہ وومنز، مین اینڈ وومن ار ٹو ایکول ہاف دا سنگل یونٹ۔</w:t>
      </w:r>
    </w:p>
    <w:p>
      <w:r>
        <w:rPr>
          <w:b/>
        </w:rPr>
        <w:t xml:space="preserve">[59:39] </w:t>
      </w:r>
      <w:r>
        <w:t>poori barabri, lekin ek difference hai modern concept mein aur islamic concept mein. woh kya hai? ke equal in respect but different in role.</w:t>
      </w:r>
    </w:p>
    <w:p>
      <w:pPr>
        <w:jc w:val="right"/>
      </w:pPr>
      <w:r>
        <w:t>پوری برابری، لیکن ایک ڈیفرنس ہے ماڈرن کانسیپٹ میں اور اسلامک کانسیپٹ میں۔ وہ کیا ہے؟ کہ ایکول ان ریسپیکٹ بٹ ڈفرنٹ ان رول۔</w:t>
      </w:r>
    </w:p>
    <w:p>
      <w:r>
        <w:rPr>
          <w:b/>
        </w:rPr>
        <w:t xml:space="preserve">[59:52] </w:t>
      </w:r>
      <w:r>
        <w:t>yeh hai equal in respect but different in role.</w:t>
      </w:r>
    </w:p>
    <w:p>
      <w:pPr>
        <w:jc w:val="right"/>
      </w:pPr>
      <w:r>
        <w:t>یہ ہے ایکول ان ریسپیکٹ بٹ ڈفرنٹ ان رول۔</w:t>
      </w:r>
    </w:p>
    <w:p>
      <w:r>
        <w:rPr>
          <w:b/>
        </w:rPr>
        <w:t xml:space="preserve">[59:57] </w:t>
      </w:r>
      <w:r>
        <w:t>matlab jahan tak respect ki baat hai aur right ki baat hai, to dono bilkul ek equal hain. lekin is ka matlab nahi ke work place bhi sab ka ek hi rahe ga.</w:t>
      </w:r>
    </w:p>
    <w:p>
      <w:pPr>
        <w:jc w:val="right"/>
      </w:pPr>
      <w:r>
        <w:t>مطلب جہاں تک ریسپیکٹ کی بات ہے اور رائٹ کی بات ہے، تو دونوں بالکل ایک ایکول ہیں۔ لیکن اس کا مطلب نہیں کہ ورک پلیس بھی سب کا ایک ہی رہے گا۔</w:t>
      </w:r>
    </w:p>
    <w:p>
      <w:r>
        <w:rPr>
          <w:b/>
        </w:rPr>
        <w:t xml:space="preserve">[1:00:10] </w:t>
      </w:r>
      <w:r>
        <w:t>un ka work place apne lehaz se hoga, un ka work place apne lehaz se hoga. to ek hi sentence mein mein kahoon ga ke Islam ka formula: "equal in status and different in role" yeh hai formula Islam ka.</w:t>
      </w:r>
    </w:p>
    <w:p>
      <w:pPr>
        <w:jc w:val="right"/>
      </w:pPr>
      <w:r>
        <w:t>ان کا ورک پلیس اپنے لحاظ سے ہوگا، ان کا ورک پلیس اپنے لحاظ سے ہوگا۔ تو ایک ہی سینٹنس میں میں کہوں گا کہ اسلام کا فارمولا: "ایکول ان سٹیٹس اینڈ اینڈ ڈفرنٹ ان رول" یہ ہے فارمولا اسلام کا۔</w:t>
      </w:r>
    </w:p>
    <w:p>
      <w:r>
        <w:rPr>
          <w:b/>
        </w:rPr>
        <w:t xml:space="preserve">[1:00:27] </w:t>
      </w:r>
      <w:r>
        <w:t>this is the last question. it is being asked by mr anil vasudega. maulana, what is the concept of jihad?</w:t>
      </w:r>
    </w:p>
    <w:p>
      <w:pPr>
        <w:jc w:val="right"/>
      </w:pPr>
      <w:r>
        <w:t>دس از دا لاسٹ کوئسچن۔ اٹ از بین اسکڈ بائے مسٹر انل واسودیگا۔ مولانا، واٹ از دی کانسیپٹ اف جہاد؟</w:t>
      </w:r>
    </w:p>
    <w:p>
      <w:r>
        <w:rPr>
          <w:b/>
        </w:rPr>
        <w:t xml:space="preserve">[1:00:39] </w:t>
      </w:r>
      <w:r>
        <w:t>dekhen, jihad jo hai,</w:t>
      </w:r>
    </w:p>
    <w:p>
      <w:pPr>
        <w:jc w:val="right"/>
      </w:pPr>
      <w:r>
        <w:t>دیکھیں، جہاد جو ہے،</w:t>
      </w:r>
    </w:p>
    <w:p>
      <w:r>
        <w:rPr>
          <w:b/>
        </w:rPr>
        <w:t xml:space="preserve">[1:00:45] </w:t>
      </w:r>
      <w:r>
        <w:t>literal meaning jihad ka hai: koshish to strive, to struggle. bas jihad ke maani ladaai nahi hai.</w:t>
      </w:r>
    </w:p>
    <w:p>
      <w:pPr>
        <w:jc w:val="right"/>
      </w:pPr>
      <w:r>
        <w:t>لٹرل میننگ جہاد کا ہے: کوشش ٹو سٹرائیو، ٹو سٹرگل۔ بس جہاد کے معنی لڑائی نہیں ہے۔</w:t>
      </w:r>
    </w:p>
    <w:p>
      <w:r>
        <w:rPr>
          <w:b/>
        </w:rPr>
        <w:t xml:space="preserve">[1:00:58] </w:t>
      </w:r>
      <w:r>
        <w:t>ladaai ke liye qitaal hai. mein aap ko is se pehle bata chuka hoon apni is speech mein ke qitaal ka matlab hota hai defensive war. jihad ka matlab hai peaceful struggle.</w:t>
      </w:r>
    </w:p>
    <w:p>
      <w:pPr>
        <w:jc w:val="right"/>
      </w:pPr>
      <w:r>
        <w:t>لڑائی کے لیے قتال ہے۔ میں آپ کو اس سے پہلے بتا چکا ہوں اپنی اس سپیچ میں کہ قتال کا مطلب ہوتا ہے ڈیفنسو وار۔ جہاد کا مطلب ہے پیس فل سٹرگل۔</w:t>
      </w:r>
    </w:p>
    <w:p>
      <w:r>
        <w:rPr>
          <w:b/>
        </w:rPr>
        <w:t xml:space="preserve">[1:01:11] </w:t>
      </w:r>
      <w:r>
        <w:t>kyun ke aap peaceful method se kisi achhe kaam ke liye jo koshish kar rahe hain, aap koi wohi jihad hai.</w:t>
      </w:r>
    </w:p>
    <w:p>
      <w:pPr>
        <w:jc w:val="right"/>
      </w:pPr>
      <w:r>
        <w:t>کیونکہ آپ پیس فل میتھڈ سے کسی اچھے کام کے لیے جو کوشش کر رہے ہیں، آپ کوئی وہی جہاد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