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Spirit of Zikr November 19, 2023</w:t>
      </w:r>
    </w:p>
    <w:p>
      <w:r>
        <w:t>https://www.youtube.com/watch?v=uqpcRzUgaFk</w:t>
      </w:r>
    </w:p>
    <w:p>
      <w:r>
        <w:rPr>
          <w:b/>
        </w:rPr>
        <w:t xml:space="preserve">[00:00] </w:t>
      </w:r>
      <w:r>
        <w:t>assalam walekum. today we will have conversation with dr. sania stan khan sahab on the subject "the spirit of zikr". zikr aur remembrance of god is the link to god almighty. a spiritual upheaval of the utmost intensity occurs in a person when he discovers god in all his power and glory. the quran states, "remembrance of god is the greatest th</w:t>
      </w:r>
    </w:p>
    <w:p>
      <w:pPr>
        <w:jc w:val="right"/>
      </w:pPr>
      <w:r>
        <w:t>अस्सलाम वालेकुम। टुडे वी विल हैव कॉन्वर्सेशन विद डॉ. सानिया स्टेन खान साहब ऑन द सब्जेक्ट "द स्पिरिट ऑफ जिक्र"। जिक्र और रिमेंबरेंस ऑफ गॉड इज़ द लिंक टू गॉड ऑलमाइटी। अ स्पिरिचुअल अपहीवल ऑफ द अटमोस्ट इंटेंसिटी अकर्स इन अ पर्सन व्हेन ही डिस्कवर्स गॉड इन ऑल हिज पावर एंड ग्लोरी। द कुरान स्टेट्स, "रिमेंबरेंस ऑफ गॉड इज़ द ग्रेटेस्ट थ</w:t>
      </w:r>
    </w:p>
    <w:p>
      <w:r>
        <w:rPr>
          <w:b/>
        </w:rPr>
        <w:t xml:space="preserve">[00:29] </w:t>
      </w:r>
      <w:r>
        <w:t>ing," yet at another place quran commands us to remember god frequently. when profit of islam was asked that on the day of judgment, "who would be the most superior in rank in the site of god?" he remarked, "those who remember god profusely." to chaliye aaj is ahem mauzu par charcha karte hain doctor sahab ke saath. assalam walekum doctor sahab, kaise hain aap?</w:t>
      </w:r>
    </w:p>
    <w:p>
      <w:pPr>
        <w:jc w:val="right"/>
      </w:pPr>
      <w:r>
        <w:t>िंग," यट एट अनदर प्लेस कुरान कमांड्स अस टू रिमेंबर गॉड फ्रीक्वेंटली। व्हेन प्रॉफिट ऑफ इस्लाम वाज़ आस्क्ड दैट ऑन द डे ऑफ जजमेंट, "हु वुड बी द मोस्ट सुपीरियर इन रैंक इन द साइट ऑफ गॉड?" ही रिमार्क्ड, "दोज़ हु रिमेंबर गॉड प्रोफ्यूज़ली।" तो चलिए आज इस अहम मौजू पर चर्चा करते हैं डॉक्टर साहब के साथ। अस्सलाम वालेकुम डॉक्टर साहब, कैसे हैं आप?</w:t>
      </w:r>
    </w:p>
    <w:p>
      <w:r>
        <w:rPr>
          <w:b/>
        </w:rPr>
        <w:t xml:space="preserve">[00:55] </w:t>
      </w:r>
      <w:r>
        <w:t>walekum salam. kaise mizaj hai aapke? alhamdulillah.</w:t>
      </w:r>
    </w:p>
    <w:p>
      <w:pPr>
        <w:jc w:val="right"/>
      </w:pPr>
      <w:r>
        <w:t>वालेकुम सलाम। कैसे मिजाज है आपके? अल्हम्दुलिल्लाह।</w:t>
      </w:r>
    </w:p>
    <w:p>
      <w:r>
        <w:rPr>
          <w:b/>
        </w:rPr>
        <w:t xml:space="preserve">[00:58] </w:t>
      </w:r>
      <w:r>
        <w:t>doctor sahab, main chahunga ki sabse pehle aap hum sabko quran ki taraf le chalein, and if you can share some instances of zikr from the quran. bismillah rahman rahim. rabbi shli sadri wayasar li amri wal ukt bilisani yaf kuli. yeh to bahut hi ahem subject hai,</w:t>
      </w:r>
    </w:p>
    <w:p>
      <w:pPr>
        <w:jc w:val="right"/>
      </w:pPr>
      <w:r>
        <w:t>डॉक्टर साहब, मैं चाहूंगा कि सबसे पहले आप हम सबको कुरान की तरफ ले चलें, एंड इफ यू कैन शेयर सम इंस्टेंसेस ऑफ जिक्र फ्रॉम द कुरान। बिस्मिल्लाह रहमान रहीम। रब्बि शली सदरी वयसर ली अमरी वल उकत बिलसानी यफ कली। यह तो बहुत ही अहम सब्जेक्ट है,</w:t>
      </w:r>
    </w:p>
    <w:p>
      <w:r>
        <w:rPr>
          <w:b/>
        </w:rPr>
        <w:t xml:space="preserve">[01:21] </w:t>
      </w:r>
      <w:r>
        <w:t>aur quran mein zikr ka lafz taqriban 50 baar aaya hai, balke 50 se bhi zyada. aur khud quran ka naam bhi ek zikr hai. quran mein aata hai, "inna nahin nazzal na zikr." humne zikr utara, yani quran nazil kiya, "wana lahu lafizun," aur hum uske hifazat karne wale hain. aur aise hi quran mein ek jagah jo believers hain, unki 10 characteristics aayi hain, parchu aayi hain.</w:t>
      </w:r>
    </w:p>
    <w:p>
      <w:pPr>
        <w:jc w:val="right"/>
      </w:pPr>
      <w:r>
        <w:t>और कुरान में जिक्र का लफ्ज तकरीबन 50 बार आया है, बल्कि 50 से भी ज्यादा। और खुद कुरान का नाम भी एक जिक्र है। कुरान में आता है, "इन्ना नहन नजल न जिक्र।" हमने जिक्र उतारा, यानी कुरान नाजिल किया, "वाना लहु लाफिजून," और हम उसके हिफाजत करने वाले हैं। और ऐसे ही कुरान में एक जगह जो बिलीवर्स हैं, उनकी 10 कैरेक्टरिस्टिक आई हैं, परचूज आई हैं।</w:t>
      </w:r>
    </w:p>
    <w:p>
      <w:r>
        <w:rPr>
          <w:b/>
        </w:rPr>
        <w:t xml:space="preserve">[01:51] </w:t>
      </w:r>
      <w:r>
        <w:t>bahut hi achhi ayat hai, "innal muslimeen aval muslimaat val momin aval mominaat," man and woman who have surrender to god, believing man and believing woman. is tarah se karte-karte daswin jo hai, woh hai, "wa zakari allah kaseer wa zakaraat," yani man and woman who remember god much. to yeh yeh to ek characteristic hai ek believer ki ki woh allah ko yaad kare.</w:t>
      </w:r>
    </w:p>
    <w:p>
      <w:pPr>
        <w:jc w:val="right"/>
      </w:pPr>
      <w:r>
        <w:t>बहुत ही अच्छी आयत है, "इनल मुस्लिमीन अवल मुस्लिमात वल मोमिन अवल मोमिनात," मैन एंड वुमन हु हैव सरेंडर टू गॉड, बिलीविंग मैन एंड बिलीविंग वुमन। इस तरह से करते-करते दसवीं जो है, वह है, "व जाकरी अल्लाह कसीर व जाकरात," यानी मैन एंड वुमन हु रिमेंबर गॉड मच। तो यह यह तो एक कैरेक्टरिस्टिक है एक बिलीवर की कि वह अल्लाह को याद करे।</w:t>
      </w:r>
    </w:p>
    <w:p>
      <w:r>
        <w:rPr>
          <w:b/>
        </w:rPr>
        <w:t xml:space="preserve">[02:17] </w:t>
      </w:r>
      <w:r>
        <w:t>asl mein allah ko yaad karna isliye hota hai ki usse yeh nahi ki allah chahta hai ki main hum uski praise karein, uski tareef karein, balke yeh hamare liye hai ki humari jo spirituality hai, woh badhti hai, woh spirituality mein izafa</w:t>
      </w:r>
    </w:p>
    <w:p>
      <w:pPr>
        <w:jc w:val="right"/>
      </w:pPr>
      <w:r>
        <w:t>असल में अल्लाह को याद करना इसलिए होता है कि उससे यह नहीं कि अल्लाह चाहता है कि मैं हम उसकी प्रेज करें, उसकी तारीफ करें, बल्कि यह हमारे लिए है कि हमारी जो स्पिरिचुअलिटी है, वह बढ़ती है, वो स्पिरिचुअलिटी में इजाफा</w:t>
      </w:r>
    </w:p>
    <w:p>
      <w:r>
        <w:rPr>
          <w:b/>
        </w:rPr>
        <w:t xml:space="preserve">[02:34] </w:t>
      </w:r>
      <w:r>
        <w:t>hota hai. to isliye zikr bahut hi zaroori hai. aur quran mein aata hai, "ya ayo aman la tulq amlak la aulad an zikr allah," ke o believers, do not let your wealth and your children distract you from remembrance of god.</w:t>
      </w:r>
    </w:p>
    <w:p>
      <w:pPr>
        <w:jc w:val="right"/>
      </w:pPr>
      <w:r>
        <w:t>होता है। तो इसलिए जिक्र बहुत ही जरूरी है। और कुरान में आता है, "या अयो अमन ला तुल्क अमलक ला औलाद अन जिक्र अल्लाह," के ओ बिलीवर्स, डू नॉट लेट योर वेल्थ एंड योर चिल्ड्रन डिस्ट्रक्ट यू फ्रॉम रिमेंबरेंस ऑफ गॉड।</w:t>
      </w:r>
    </w:p>
    <w:p>
      <w:r>
        <w:rPr>
          <w:b/>
        </w:rPr>
        <w:t xml:space="preserve">[02:57] </w:t>
      </w:r>
      <w:r>
        <w:t>yani duniya ki jo cheezein hain, woh aapko distract na karein allah ke zikr se. aur quran mein aata hai, "wak kama hadam," yani remember him, remember god as he has guided you, "wa in kuntum min qabl dalan," and before this you were shly astray. aur quran mein aata hai ki, "fa kdam nasik.</w:t>
      </w:r>
    </w:p>
    <w:p>
      <w:pPr>
        <w:jc w:val="right"/>
      </w:pPr>
      <w:r>
        <w:t>यानी दुनिया की जो चीजें हैं, वह आपको डिस्ट्रक्ट ना करें अल्लाह के जिक्र से। और कुरान में आता है, "वक कमा हदम," यानी रिमेंबर हिम, रिमेंबर गॉड एस ही हैज गाइडेड यू, "व इन कुतुम मिन कबल दालन," एंड बिफोर दिस यू र शली एस्ट्रे। और कुरान में आता है कि, "फ कदम नासिक।</w:t>
      </w:r>
    </w:p>
    <w:p>
      <w:r>
        <w:rPr>
          <w:b/>
        </w:rPr>
        <w:t xml:space="preserve">[03:26] </w:t>
      </w:r>
      <w:r>
        <w:t>" yeh ayat hai jo haj ke dauran kuch baatein aayi hain, usmein yeh baat aayi hai ki jab tum apne rites, apne rituals haj ke complete kar lo, to "fakur allah ka zikr aaba akam ashad zikr." to tum allah ko yaad karo aise jaise tum apne fathers, fore fathers ko yaad karte ho. ji, and even more than that.</w:t>
      </w:r>
    </w:p>
    <w:p>
      <w:pPr>
        <w:jc w:val="right"/>
      </w:pPr>
      <w:r>
        <w:t>" यह आयत है जो हज के दौरान कुछ बातें आई हैं, उसमें यह बात आई है कि जब तुम अपने राइट्स, अपने रिचुअल्स हज के कंप्लीट कर लो, तो "फकुर अल्लाह का जिक्र आबा अकम अशद जिक्र।" तो तुम अल्लाह को याद करो ऐसे जैसे तुम अपने फादर्स, फोर फादर्स को याद करते हो। जी, और इवन मोर देन दैट।</w:t>
      </w:r>
    </w:p>
    <w:p>
      <w:r>
        <w:rPr>
          <w:b/>
        </w:rPr>
        <w:t xml:space="preserve">[03:54] </w:t>
      </w:r>
      <w:r>
        <w:t>toh yeh yeh wali ayat khaas taur se batati hai ke zikr kaise kiya jata hai.</w:t>
      </w:r>
    </w:p>
    <w:p>
      <w:pPr>
        <w:jc w:val="right"/>
      </w:pPr>
      <w:r>
        <w:t>तो यह यह वाली आयत खास तौर से बताती है कि जिक्र कैसे किया जाता है।</w:t>
      </w:r>
    </w:p>
    <w:p>
      <w:r>
        <w:rPr>
          <w:b/>
        </w:rPr>
        <w:t xml:space="preserve">[03:58] </w:t>
      </w:r>
      <w:r>
        <w:t>zikr ka matlab yeh nahi ke allah, allah, allah, subhan allah, subhan allah, 100 baar aap kahein.</w:t>
      </w:r>
    </w:p>
    <w:p>
      <w:pPr>
        <w:jc w:val="right"/>
      </w:pPr>
      <w:r>
        <w:t>जिक्र का मतलब यह नहीं कि अल्लाह, अल्लाह, अल्लाह, सुभान अल्लाह, सुभान अल्लाह, 100 बार आप कहें।</w:t>
      </w:r>
    </w:p>
    <w:p>
      <w:r>
        <w:rPr>
          <w:b/>
        </w:rPr>
        <w:t xml:space="preserve">[04:04] </w:t>
      </w:r>
      <w:r>
        <w:t>kyunki jab hum apne parents, apne fathers, apne fore fathers, apne anset ko yaad karte hain, toh unko</w:t>
      </w:r>
    </w:p>
    <w:p>
      <w:pPr>
        <w:jc w:val="right"/>
      </w:pPr>
      <w:r>
        <w:t>क्योंकि जब हम अपने पेरेंट्स, अपने फादर्स, अपने फोर फादर्स, अपने एंसेट को याद करते हैं, तो उनको</w:t>
      </w:r>
    </w:p>
    <w:p>
      <w:r>
        <w:rPr>
          <w:b/>
        </w:rPr>
        <w:t xml:space="preserve">[04:09] </w:t>
      </w:r>
      <w:r>
        <w:t>unka naam 100 baar thodi lete hain, balki hum kehte hain ke unka jo contribution hai, jis tarah</w:t>
      </w:r>
    </w:p>
    <w:p>
      <w:pPr>
        <w:jc w:val="right"/>
      </w:pPr>
      <w:r>
        <w:t>उनका नाम 100 बार थोड़ी लेते हैं, बल्कि हम कहते हैं कि उनका जो कंट्रीब्यूशन है, जिस तरह</w:t>
      </w:r>
    </w:p>
    <w:p>
      <w:r>
        <w:rPr>
          <w:b/>
        </w:rPr>
        <w:t xml:space="preserve">[04:14] </w:t>
      </w:r>
      <w:r>
        <w:t>unhone hame pala, jis tarah ki unhone upbringing di, upbringing ki hamari, to vah sab cheezein yaad karke</w:t>
      </w:r>
    </w:p>
    <w:p>
      <w:pPr>
        <w:jc w:val="right"/>
      </w:pPr>
      <w:r>
        <w:t>उन्होंने हमें पाला, जिस तरह की उन्होंने अपब्रिंगिंग दी, अपब्रिंगिंग की हमारी, तो वह सब चीजें याद करके</w:t>
      </w:r>
    </w:p>
    <w:p>
      <w:r>
        <w:rPr>
          <w:b/>
        </w:rPr>
        <w:t xml:space="preserve">[04:20] </w:t>
      </w:r>
      <w:r>
        <w:t>apne parents aur apne</w:t>
      </w:r>
    </w:p>
    <w:p>
      <w:pPr>
        <w:jc w:val="right"/>
      </w:pPr>
      <w:r>
        <w:t>अपने पेरेंट्स और अपने</w:t>
      </w:r>
    </w:p>
    <w:p>
      <w:r>
        <w:rPr>
          <w:b/>
        </w:rPr>
        <w:t xml:space="preserve">[04:23] </w:t>
      </w:r>
      <w:r>
        <w:t>forefathers aur fathers ko yaad karte hain.</w:t>
      </w:r>
    </w:p>
    <w:p>
      <w:pPr>
        <w:jc w:val="right"/>
      </w:pPr>
      <w:r>
        <w:t>फोर फादर्स और फादर्स को याद करते हैं।</w:t>
      </w:r>
    </w:p>
    <w:p>
      <w:r>
        <w:rPr>
          <w:b/>
        </w:rPr>
        <w:t xml:space="preserve">[04:24] </w:t>
      </w:r>
      <w:r>
        <w:t>to yeh yeh yeh quran ki ayat batati hai ki zikr kaise kiya jata hai.</w:t>
      </w:r>
    </w:p>
    <w:p>
      <w:pPr>
        <w:jc w:val="right"/>
      </w:pPr>
      <w:r>
        <w:t>तो यह यह यह कुरान की आयत बताती है कि जिक्र कैसे किया जाता है।</w:t>
      </w:r>
    </w:p>
    <w:p>
      <w:r>
        <w:rPr>
          <w:b/>
        </w:rPr>
        <w:t xml:space="preserve">[04:30] </w:t>
      </w:r>
      <w:r>
        <w:t>jo aajkal rivaj ho gaya hai ki log kehte hain ki 40 baar yeh padh lijiye, 50 baar</w:t>
      </w:r>
    </w:p>
    <w:p>
      <w:pPr>
        <w:jc w:val="right"/>
      </w:pPr>
      <w:r>
        <w:t>जो आजकल रिवाज हो गया है कि लोग कहते हैं कि 40 बार यह पढ़ लीजिए, 50 बार</w:t>
      </w:r>
    </w:p>
    <w:p>
      <w:r>
        <w:rPr>
          <w:b/>
        </w:rPr>
        <w:t xml:space="preserve">[04:34] </w:t>
      </w:r>
      <w:r>
        <w:t>yeh padh lijiye.</w:t>
      </w:r>
    </w:p>
    <w:p>
      <w:pPr>
        <w:jc w:val="right"/>
      </w:pPr>
      <w:r>
        <w:t>यह पढ़ लीजिए।</w:t>
      </w:r>
    </w:p>
    <w:p>
      <w:r>
        <w:rPr>
          <w:b/>
        </w:rPr>
        <w:t xml:space="preserve">[04:35] </w:t>
      </w:r>
      <w:r>
        <w:t>to yani aap sirf ek lip service, aap samajhte hain ki lip service se allah khush hoga. woh to dil se nikalna chahiye. zikr aise hi quran mein aata hai, "akim salat ali zikri," remember establish prayer for my remembrance. yani namaz bhi ek tareeke se zikr hi hai. ek to ek to zikr hai ki jo hum kabhi bhi kar sakte hain, ji,</w:t>
      </w:r>
    </w:p>
    <w:p>
      <w:pPr>
        <w:jc w:val="right"/>
      </w:pPr>
      <w:r>
        <w:t>तो यानी आप सिर्फ एक लिप सर्विस, आप समझते हैं कि लिप सर्विस से अल्लाह खुश होगा। वो तो दिल से निकल निकलना चाहिए। जिक्र ऐसे ही कुरान में आता है, "अकम सलात अली जिकरी," रिमेंबर एस्टेब्लिश प्रेयर फॉर माय रिमेंबरेंस। यानी नमाज भी एक तरीके से जिक्र ही है। एक तो एक तो जिक्र है कि जो हम कभी भी कर सकते हैं, जी,</w:t>
      </w:r>
    </w:p>
    <w:p>
      <w:r>
        <w:rPr>
          <w:b/>
        </w:rPr>
        <w:t xml:space="preserve">[05:03] </w:t>
      </w:r>
      <w:r>
        <w:t>sote, baithte, uthte, jaagte, ya koi bhi cheez humare saamne aayi, to humein allah ki taraf usne mutawajjo kiya. aur phir allah taala ne namaz, roza, haj, zakat, isko ek form bhi de diya hai taaki jo religion hota hai, uski uska ek dhancha bhi hota hai, ji, ek shakl bhi hoti hai. ji, aisa nahi hai ki woh koi uski shakl na ho. to namaz, roza, haj, zakat waghaira ek shakl hai, lekin uski jo spirit hai, woh woh zikr hi hai. ji,</w:t>
      </w:r>
    </w:p>
    <w:p>
      <w:pPr>
        <w:jc w:val="right"/>
      </w:pPr>
      <w:r>
        <w:t>सोते, बैठते, उठते, जागते, या कोई भी चीज हमारे सामने आई, तो हमें अल्लाह की तरफ उसने मुतवज्जो किया। और फिर अल्लाह ताला ने नमाज, रोजा, हज, जकात, इसको एक फॉर्म भी दे दिया है ताकि जो रिलीजन होता है, उसकी उसका एकढांचा भी होता है, जी, एक शक्ल भी होती है। जी, ऐसा नहीं है कि वो कोई उसकी शक्ल ना हो। तो नमाज, रोजा, हज, जकात वगैरह एक शक्ल है, लेकिन उसकी जो स्पिरिट है, वो वो जिक्र ही है। जी,</w:t>
      </w:r>
    </w:p>
    <w:p>
      <w:r>
        <w:rPr>
          <w:b/>
        </w:rPr>
        <w:t xml:space="preserve">[05:33] </w:t>
      </w:r>
      <w:r>
        <w:t>aur quran mein jo sura aal imran hai, chapter three, uske end mein bahut achhi ayat aayi hai jo jo batati hai ki ek momin ka kya ehsas hota hai, "in fi khalk samati wal arz wakhla fil leel wa nahaar la aayaat leel al baab," ki zameen aur aasman ki banawat mein aur raat aur din ke baari-baari aane jaane mein aqal walon ke liye bahut badi nishani hai.</w:t>
      </w:r>
    </w:p>
    <w:p>
      <w:pPr>
        <w:jc w:val="right"/>
      </w:pPr>
      <w:r>
        <w:t>और कुरान में जो सूर आल इमरान है, चैप्टर थ्री, उसके एंड में बहुत अच्छी आयत आई है जो जो बताती है कि एक मोमिन का क्या एहसास होता है, "इन फी खल्क समाती वल अर्ज वखला फिल लील व नहार ला आयात लील अल बाब," कि जमीन और आसमान की बनावट में और रात और दिन के बारी-बारी आने जाने में अकल वालों के लिए बहुत बड़ी निशानी है।</w:t>
      </w:r>
    </w:p>
    <w:p>
      <w:r>
        <w:rPr>
          <w:b/>
        </w:rPr>
        <w:t xml:space="preserve">[06:02] </w:t>
      </w:r>
      <w:r>
        <w:t>"ajna yask allah qayam waqud aala janab," jo allah ka zikr karte hain, uthte, baithte aur lete hue, on their sides, "wa tafak fi khalk samati l arz," aur zameen aur aasman ki banawat par, yani jo creation hai, uske baare mein gaur karte hain. aur phir woh kah uthte hain, "rabbana ma khalk batila,</w:t>
      </w:r>
    </w:p>
    <w:p>
      <w:pPr>
        <w:jc w:val="right"/>
      </w:pPr>
      <w:r>
        <w:t>"अजना यसक अल्लाह कयाम वकूद आला जनब," जो अल्लाह का जिक्र करते हैं, उठते, बैठते और लेटे हुए, ऑन देयर साइड्स, "व तफक फी खल्क समाती ल अर्ज," और जमीन और आसमान की बनावट पर, यानी जो क्रिएशन है, उसके बारे में गौर करते हैं। और फिर वह कह उठते हैं, "रब्बना मा खलक बातिला,</w:t>
      </w:r>
    </w:p>
    <w:p>
      <w:r>
        <w:rPr>
          <w:b/>
        </w:rPr>
        <w:t xml:space="preserve">[06:27] </w:t>
      </w:r>
      <w:r>
        <w:t>" a hamare rab, tune yeh koi bina maqsad ke, without any purpose, you have not created this universe without any purpose. there is a deep purpose behind it. aur woh kahte hain, "subhanaka fanar," to phir glorify karte hain allah ko ki tu pak hai aur azaab se humein bacha. to is tarah quran ki aayatein, quran to aap padhenge na, to right from the beginning, you wi</w:t>
      </w:r>
    </w:p>
    <w:p>
      <w:pPr>
        <w:jc w:val="right"/>
      </w:pPr>
      <w:r>
        <w:t>" ए हमारे रब, तूने यह कोई बिना मकसद के, विदाउट एनी पर्पस, यू हैव नॉट क्रिएटेड दिस यूनिवर्स विदाउट एनी पर्पस। देर इज ए डीप पर्पस बिहाइंड इट। और वह कहते हैं, "सुभानका फनार," तो फिर ग्लोरिफाई करते हैं अल्लाह को कि तू पाक है और अजाब से हमें बचा। तो इस तरह कुरान की आयतें, कुरान तो आप पढ़ेंगे ना, तो राइट फ्रॉम द बिगिनिंग, यू वि</w:t>
      </w:r>
    </w:p>
    <w:p>
      <w:r>
        <w:rPr>
          <w:b/>
        </w:rPr>
        <w:t xml:space="preserve">[06:55] </w:t>
      </w:r>
      <w:r>
        <w:t>ll start, "alhamdulillah rabbil aalameen," se shuru hoti hai. to saari tareef allah ke liye hai. aur maulana khas taur se ek quran ki chhoti si ayat padhte the aksar, "nemal mawla wa nemal naseer," nemal mawla wa nemal naseer, yani what an excellent protector and what an excellent master, what an excellent helper, what an excellent protector and what an excellent helper</w:t>
      </w:r>
    </w:p>
    <w:p>
      <w:pPr>
        <w:jc w:val="right"/>
      </w:pPr>
      <w:r>
        <w:t>ल स्टार्ट, "अल्हम्दुलिल्लाह रब्बिल आलमीन," से शुरू होती है। तो सारी तारीफ अल्लाह के लिए है। और मौलाना खास तौर से एक कुरान की छोटी सी आयत पढ़ते थे अक्सर, "नेमल मौला व नेमल नसीर," नेमल मौला व नेमल नसीर, यानी व्हाट एन एक्सीलेंट प्रोटेक्टर एंड व्हाट एन एक्सीलेंट मास्टर, व्हाट एन एक्सीलेंट हेल्पर, व्हाट एन एक्सीलेंट प्रोटेक्टर एंड व्हाट एन एक्सीलेंट हेल्पर</w:t>
      </w:r>
    </w:p>
    <w:p>
      <w:r>
        <w:rPr>
          <w:b/>
        </w:rPr>
        <w:t xml:space="preserve">[07:20] </w:t>
      </w:r>
      <w:r>
        <w:t>, "nemal mawla wa nemal naseer," nemal mawla wa nemal naseer, bahut maulana padhte the. to is tarah se quran to poora ka poora zikr hai. usko aap jab bhi padhenge, to aapko aisa lagega ki khuda ki yaad ki taraf aapko le ja raha hai. woh ji, bilkul, bahut mashallah, bahut achche se doctor sahab aapne waaz kiya aur aap jaise quran ke instances bata rahe the, maulana sahab ka bhi aapne zikr kiya.</w:t>
      </w:r>
    </w:p>
    <w:p>
      <w:pPr>
        <w:jc w:val="right"/>
      </w:pPr>
      <w:r>
        <w:t>, "नेमल मौला व नेमल नसीर," नेमल मौला व नेमल नसीर, बहुत मौलाना पढ़ते थे। तो इस तरह से कुरान तो पूरा का पूरा जिक्र है। उसको आप जब भी पढ़ेंगे, तो आपको ऐसा लगेगा कि खुदा की याद की तरफ आपको ले जा रहा है। वो जी, बिल्कुल, बहुत माशाल्लाह, बहुत अच्छे से डॉक्टर साहब आपने वाज किया और आप जैसे कुरान के इंस्टेंसेस बता रहे थे, मौलाना साहब का भी आपने जिक्र किया।</w:t>
      </w:r>
    </w:p>
    <w:p>
      <w:r>
        <w:rPr>
          <w:b/>
        </w:rPr>
        <w:t xml:space="preserve">[07:44] </w:t>
      </w:r>
      <w:r>
        <w:t>maulana waiduddin khan sahab hamesha emphasize karte the ki har cheez ko aap zikr se, khuda ki yaad se jode. ek example ke taur par doctor sahab, main batana chahunga jo unhonne apni kitaab, kitaab mare mein likha hai, uska english version "remembrance of god" hai. yeh aap cps website se download kar</w:t>
      </w:r>
    </w:p>
    <w:p>
      <w:pPr>
        <w:jc w:val="right"/>
      </w:pPr>
      <w:r>
        <w:t>मौलाना वैदुदीन खान साहब हमेशा एमफसा इज करते थे कि हर चीज को आप जिक्र से, खुदा की याद से जोड़े। एक एग्जांपल के तौर पर डॉक्टर साहब, मैं बताना चाहूंगा जो उन्होंने अपनी किताब, किताब मारे में लिखा है, उसका इंग्लिश वर्जन "रिमेंबरेंस ऑफ गॉड" है। यह आप सीपीएस वेबसाइट से डाउनलोड कर</w:t>
      </w:r>
    </w:p>
    <w:p>
      <w:r>
        <w:rPr>
          <w:b/>
        </w:rPr>
        <w:t xml:space="preserve">[08:06] </w:t>
      </w:r>
      <w:r>
        <w:t>sakte hain. woh bahut hi zabardast example laga mujhe doctor sahab ki kis tarah maulana sikha rahe hain ki is tarah aap jodo "remembrance of god" ko. "law of inheritance" doctor sahab chapter four mein hai, usmein ek ayat hai ki "if there are other relatives,</w:t>
      </w:r>
    </w:p>
    <w:p>
      <w:pPr>
        <w:jc w:val="right"/>
      </w:pPr>
      <w:r>
        <w:t>सकते हैं। वो बहुत ही जबरदस्त एग्जांपल लगा मुझे डॉक्टर साहब कि किस तरह मौलाना सिखा रहे हैं कि इस तरह आप जोड़ो "रिमेंबरेंस ऑफ गॉड" को। "लॉ ऑफ इन्हेरिटेंस" डॉक्टर साहब चैप्टर फोर में है, उसमें एक आयत है कि "इफ देयर आर अदर रिलेटिव्स,</w:t>
      </w:r>
    </w:p>
    <w:p>
      <w:r>
        <w:rPr>
          <w:b/>
        </w:rPr>
        <w:t xml:space="preserve">[08:24] </w:t>
      </w:r>
      <w:r>
        <w:t>needy and orphan people present at the time of division, then provide them out of it and speak kindly to</w:t>
      </w:r>
    </w:p>
    <w:p>
      <w:pPr>
        <w:jc w:val="right"/>
      </w:pPr>
      <w:r>
        <w:t>नीडी और ऑर्फन पीपल प्रेजेंट एट द टाइम ऑफ डिवीजन, देन प्रोवाइड देम आउट ऑफ इट एंड स्पीक काइंडली टू</w:t>
      </w:r>
    </w:p>
    <w:p>
      <w:r>
        <w:rPr>
          <w:b/>
        </w:rPr>
        <w:t xml:space="preserve">[08:31] </w:t>
      </w:r>
      <w:r>
        <w:t>them." now, ordinary if you read this verses, this verses are self explanatory, where god is commanding us that if there is a division of legacy, then be compassionate, give something out to those people who are probably not entitled for a share, but give them some share. to maulana sahab ne bahut isko gehraai ke saath usko link kiya.</w:t>
      </w:r>
    </w:p>
    <w:p>
      <w:pPr>
        <w:jc w:val="right"/>
      </w:pPr>
      <w:r>
        <w:t>देम।" नाउ, ऑर्डिनरी इफ यू रीड दिस वर्सेस, दिस वर्सेस आर सेल्फ एक्सप्लेनेटरी, वेयर गॉड इज कमांडिंग अस दैट इफ देयर इज अ डिवीजन ऑफ लेगासी, देन बी कंपैशनेट, गिव समथिंग आउट टू दोज पीपल हु आर प्रोबेबली नॉट एंटाइटल्ड फॉर अ शेयर, बट गिव देम सम शेयर। तो मौलाना साहब ने बहुत इसको गहराई के साथ उसको लिंक किया।</w:t>
      </w:r>
    </w:p>
    <w:p>
      <w:r>
        <w:rPr>
          <w:b/>
        </w:rPr>
        <w:t xml:space="preserve">[08:55] </w:t>
      </w:r>
      <w:r>
        <w:t>unhone kaha ki "when</w:t>
      </w:r>
    </w:p>
    <w:p>
      <w:pPr>
        <w:jc w:val="right"/>
      </w:pPr>
      <w:r>
        <w:t>उन्होंने कहा कि "व्हेन</w:t>
      </w:r>
    </w:p>
    <w:p>
      <w:r>
        <w:rPr>
          <w:b/>
        </w:rPr>
        <w:t xml:space="preserve">[08:57] </w:t>
      </w:r>
      <w:r>
        <w:t>a believer reads this verses, he will say that, o god, this is my case in relation to</w:t>
      </w:r>
    </w:p>
    <w:p>
      <w:pPr>
        <w:jc w:val="right"/>
      </w:pPr>
      <w:r>
        <w:t>अ बिलीवर रीड्स दिस वर्सेस, ही विल से दैट, ओ गॉड, दिस इज माय केस इन रिलेशन टू</w:t>
      </w:r>
    </w:p>
    <w:p>
      <w:r>
        <w:rPr>
          <w:b/>
        </w:rPr>
        <w:t xml:space="preserve">[09:04] </w:t>
      </w:r>
      <w:r>
        <w:t>paradise, just like you have set forth a principle in this verses, that even though they are people</w:t>
      </w:r>
    </w:p>
    <w:p>
      <w:pPr>
        <w:jc w:val="right"/>
      </w:pPr>
      <w:r>
        <w:t>पैराडाइस, जस्ट लाइक यू हैव सेट फोर्थ अ प्रिंसिपल इन दिस वर्सेस, दैट इवन दो दे आर पीपल</w:t>
      </w:r>
    </w:p>
    <w:p>
      <w:r>
        <w:rPr>
          <w:b/>
        </w:rPr>
        <w:t xml:space="preserve">[09:11] </w:t>
      </w:r>
      <w:r>
        <w:t>who are not deserving, yet you have commanded them to give a share out of the good provision,</w:t>
      </w:r>
    </w:p>
    <w:p>
      <w:pPr>
        <w:jc w:val="right"/>
      </w:pPr>
      <w:r>
        <w:t>हु आर नॉट डिजर्विंग, यट यू हैव कमांडेड देम टू गिव अ शेयर आउट ऑफ द गुड प्रोविजन,</w:t>
      </w:r>
    </w:p>
    <w:p>
      <w:r>
        <w:rPr>
          <w:b/>
        </w:rPr>
        <w:t xml:space="preserve">[09:18] </w:t>
      </w:r>
      <w:r>
        <w:t>likewise is my case.</w:t>
      </w:r>
    </w:p>
    <w:p>
      <w:pPr>
        <w:jc w:val="right"/>
      </w:pPr>
      <w:r>
        <w:t>लाइक वाइज इज माय केस।</w:t>
      </w:r>
    </w:p>
    <w:p>
      <w:r>
        <w:rPr>
          <w:b/>
        </w:rPr>
        <w:t xml:space="preserve">[09:20] </w:t>
      </w:r>
      <w:r>
        <w:t>my deeds are such that i am an undeserving candidate of paradise,</w:t>
      </w:r>
    </w:p>
    <w:p>
      <w:pPr>
        <w:jc w:val="right"/>
      </w:pPr>
      <w:r>
        <w:t>माय डीड्स आर सच दैट आई एम एन अनडिजर्विंग कैंडिडेट ऑफ पैराडाइस,</w:t>
      </w:r>
    </w:p>
    <w:p>
      <w:r>
        <w:rPr>
          <w:b/>
        </w:rPr>
        <w:t xml:space="preserve">[09:25] </w:t>
      </w:r>
      <w:r>
        <w:t>but i beseech you, i evoke you, that according to the law of sharia, i may not be fit to inhabit paradise, but according to the law of mercy, please grant me a seat in paradise." bahut zabardast hai, beautiful narration. ya ji, this is, th</w:t>
      </w:r>
    </w:p>
    <w:p>
      <w:pPr>
        <w:jc w:val="right"/>
      </w:pPr>
      <w:r>
        <w:t>बट आई बेसीच यू, आई इवोक यू, दैट अकॉर्डिंग टू द लॉ ऑफ शरिया, आई मे नॉट बी फिट टू इनहैबिट पैराडाइस, बट अकॉर्डिंग टू द लॉ ऑफ मर्सी, प्लीज ग्रांट मी अ सीट इन पैराडाइस।" बहुत जबरदस्त है, ब्यूटीफुल नरेशन। या जी, दिस इज, द</w:t>
      </w:r>
    </w:p>
    <w:p>
      <w:r>
        <w:rPr>
          <w:b/>
        </w:rPr>
        <w:t xml:space="preserve">[09:44] </w:t>
      </w:r>
      <w:r>
        <w:t>this is so beautiful.</w:t>
      </w:r>
    </w:p>
    <w:p>
      <w:pPr>
        <w:jc w:val="right"/>
      </w:pPr>
      <w:r>
        <w:t>िस इज सो ब्यूटीफुल।</w:t>
      </w:r>
    </w:p>
    <w:p>
      <w:r>
        <w:rPr>
          <w:b/>
        </w:rPr>
        <w:t xml:space="preserve">[09:45] </w:t>
      </w:r>
      <w:r>
        <w:t>and doctor sahab, isi liye aapne bahut sahi kaha ki form to ek outer part hota hai, but real</w:t>
      </w:r>
    </w:p>
    <w:p>
      <w:pPr>
        <w:jc w:val="right"/>
      </w:pPr>
      <w:r>
        <w:t>एंड डॉक्टर साहब, इसीलिए आपने बहुत सही कहा कि फॉर्म तो एक आउटर पार्ट होता है, बट रियल</w:t>
      </w:r>
    </w:p>
    <w:p>
      <w:r>
        <w:rPr>
          <w:b/>
        </w:rPr>
        <w:t xml:space="preserve">[09:51] </w:t>
      </w:r>
      <w:r>
        <w:t>cheez jo spirit hai, vo poora ka poora quran jo hai, vo yahi spirit se bhara hua hai.</w:t>
      </w:r>
    </w:p>
    <w:p>
      <w:pPr>
        <w:jc w:val="right"/>
      </w:pPr>
      <w:r>
        <w:t>चीज जो स्पिरिट है, वो पूरा का पूरा कुरान जो है, वो यही स्पिरिट से भरा हुआ है।</w:t>
      </w:r>
    </w:p>
    <w:p>
      <w:r>
        <w:rPr>
          <w:b/>
        </w:rPr>
        <w:t xml:space="preserve">[09:57] </w:t>
      </w:r>
      <w:r>
        <w:t>doctor sahab, jis tarah aapne quran se instances bataye, main chahunga kuch hadith ke bhi aap instances hum</w:t>
      </w:r>
    </w:p>
    <w:p>
      <w:pPr>
        <w:jc w:val="right"/>
      </w:pPr>
      <w:r>
        <w:t>डॉक्टर साहब, जिस तरह आपने कुरान से इंस्टेंसेस बताए, मैं चाहूंगा कुछ हदीस के भी आप इंस्टेंसेस हम</w:t>
      </w:r>
    </w:p>
    <w:p>
      <w:r>
        <w:rPr>
          <w:b/>
        </w:rPr>
        <w:t xml:space="preserve">[10:04] </w:t>
      </w:r>
      <w:r>
        <w:t>sabko batayein. ji, zaroor.</w:t>
      </w:r>
    </w:p>
    <w:p>
      <w:pPr>
        <w:jc w:val="right"/>
      </w:pPr>
      <w:r>
        <w:t>सबको बताएं। जी, जरूर।</w:t>
      </w:r>
    </w:p>
    <w:p>
      <w:r>
        <w:rPr>
          <w:b/>
        </w:rPr>
        <w:t xml:space="preserve">[10:06] </w:t>
      </w:r>
      <w:r>
        <w:t>kyunki hadith mein bhi bahut hi zyada yeh baatein aayi hain, balki bahut hi zyada aayi hain.</w:t>
      </w:r>
    </w:p>
    <w:p>
      <w:pPr>
        <w:jc w:val="right"/>
      </w:pPr>
      <w:r>
        <w:t>क्योंकि हदीस में भी बहुत ही ज्यादा यह बातें आई हैं, बल्कि बहुत ही ज्यादा आई हैं।</w:t>
      </w:r>
    </w:p>
    <w:p>
      <w:r>
        <w:rPr>
          <w:b/>
        </w:rPr>
        <w:t xml:space="preserve">[10:11] </w:t>
      </w:r>
      <w:r>
        <w:t>rasool allah salm, prophet aksar khuda ki yaad mein masroof rehte the.</w:t>
      </w:r>
    </w:p>
    <w:p>
      <w:pPr>
        <w:jc w:val="right"/>
      </w:pPr>
      <w:r>
        <w:t>रसूल अल्लाह सलम, प्रॉफिट अक्सर खुदा की याद में मसरूफ रहते थे।</w:t>
      </w:r>
    </w:p>
    <w:p>
      <w:r>
        <w:rPr>
          <w:b/>
        </w:rPr>
        <w:t xml:space="preserve">[10:16] </w:t>
      </w:r>
      <w:r>
        <w:t>to kuch hadith main pesh karta hoon, jisse pata chalega ki zikr ki ahmiyat kya</w:t>
      </w:r>
    </w:p>
    <w:p>
      <w:pPr>
        <w:jc w:val="right"/>
      </w:pPr>
      <w:r>
        <w:t>तो چند हदीस मैं पेश करता हूं, जिससे पता चलेगा कि जिक्र की अहमियत क्या</w:t>
      </w:r>
    </w:p>
    <w:p>
      <w:r>
        <w:rPr>
          <w:b/>
        </w:rPr>
        <w:t xml:space="preserve">[10:21] </w:t>
      </w:r>
      <w:r>
        <w:t>hai. ji, jaise ek hadees mein aata hai ki jo log jannat mein honge,</w:t>
      </w:r>
    </w:p>
    <w:p>
      <w:pPr>
        <w:jc w:val="right"/>
      </w:pPr>
      <w:r>
        <w:t>है। जी, जैसे एक हदीस में आता है कि जो लोग जन्नत में होंगे,</w:t>
      </w:r>
    </w:p>
    <w:p>
      <w:r>
        <w:rPr>
          <w:b/>
        </w:rPr>
        <w:t xml:space="preserve">[10:27] </w:t>
      </w:r>
      <w:r>
        <w:t>"The People of Paradise will not regret anything except those moments they spent in the world in which they were not remembering God." yani jo lamhaat unhonne is duniya mein guzaare hain, ji,</w:t>
      </w:r>
    </w:p>
    <w:p>
      <w:pPr>
        <w:jc w:val="right"/>
      </w:pPr>
      <w:r>
        <w:t>"द पीपल ऑफ पैराडाइस विल विल नॉट रिग्रेट एनीथिंग एक्सेप्ट दोज मोमेंट्स दे स्पेंट इन द वर्ल्ड इन व्हिच दे वर नॉट रिमेंबरिंग गॉड।" यानी जो लम्हात उन्होंने इस दुनिया में गुजारे हैं, जी,</w:t>
      </w:r>
    </w:p>
    <w:p>
      <w:r>
        <w:rPr>
          <w:b/>
        </w:rPr>
        <w:t xml:space="preserve">[10:45] </w:t>
      </w:r>
      <w:r>
        <w:t>jis mein woh khuda ka zikr nahin kar rahe the, wahi ek hi regret hoga wahan. kyunki jannat mein to koi regret hoga nahin</w:t>
      </w:r>
    </w:p>
    <w:p>
      <w:pPr>
        <w:jc w:val="right"/>
      </w:pPr>
      <w:r>
        <w:t>जिसमें वो खुदा का जिक्र नहीं कर रहे थे, वही एक ही रिग्रेट होगा वहां। क्योंकि जन्नत में तो कोई रिग्रेट होगा नहीं</w:t>
      </w:r>
    </w:p>
    <w:p>
      <w:r>
        <w:rPr>
          <w:b/>
        </w:rPr>
        <w:t xml:space="preserve">[10:51] </w:t>
      </w:r>
      <w:r>
        <w:t>. ji, lekin chunki jab dekhenge woh ki zikr ki itni ahmiyat, to unko aisa ehsas hoga ki kaash hum saari zindagi zikr hi karte rahte. ji, aur isi tarah ki ek aur hadees hai, "On the Day of Judgment, when the veil will be lifted from rewards." asal mein jo reward hai, jaise haj ka hai, namaz ka hai, zakat ka hai, uske rewards hain.</w:t>
      </w:r>
    </w:p>
    <w:p>
      <w:pPr>
        <w:jc w:val="right"/>
      </w:pPr>
      <w:r>
        <w:t>। जी, लेकिन चूंकि जब देखेंगे वो कि जिक्र की इतनी अहमियत, तो उनको ऐसा एहसास होगा कि काश हम सारी जिंदगी जिक्र ही करते रहते। जी, और इसी तरह की एक और हदीस है, "ऑन द डे ऑफ जजमेंट, व्हेन द वेल विल बी लिफ्टेड फ्रॉम रिवॉर्ड्स।" असल में जो रिवॉर्ड है, जैसे हज का है, नमाज का है, जकात का है, उसके रिवॉर्ड्स हैं।</w:t>
      </w:r>
    </w:p>
    <w:p>
      <w:r>
        <w:rPr>
          <w:b/>
        </w:rPr>
        <w:t xml:space="preserve">[11:15] </w:t>
      </w:r>
      <w:r>
        <w:t>ji, to Day of Judgment mein yeh baat wazah ho jayegi kis cheez ka reward sabse zyada hai. ji, to wahan pata chalega ki sabse zyada reward zikr ka hai. mashaAllah, to woh yeh kahenge ki yeh to itna aasan kaam tha, hum ji, hum hum karte isko. ji, yani unko ehsas hoga ki kaash yeh hum karte yeh kaam. ji,</w:t>
      </w:r>
    </w:p>
    <w:p>
      <w:pPr>
        <w:jc w:val="right"/>
      </w:pPr>
      <w:r>
        <w:t>जी, तो डे ऑफ जजमेंट में यह बात वाज हो जाएगी किस चीज का रिवॉर्ड सबसे ज्यादा है। जी, तो वहां पता चलेगा कि सबसे ज्यादा रिवॉर्ड जिक्र का है। माशाल्लाह, तो वो यह कहेंगे कि यह तो इतना आसान काम था, हम जी, हम हम करते इसको। जी, यानी उनको एहसास होगा कि काश ये हम करते यह काम। जी,</w:t>
      </w:r>
    </w:p>
    <w:p>
      <w:r>
        <w:rPr>
          <w:b/>
        </w:rPr>
        <w:t xml:space="preserve">[11:38] </w:t>
      </w:r>
      <w:r>
        <w:t>aise hi hadees mein aata hai ki jab ek ek group, ek group of people assemble for zikr, remembrance of Allah, then angels surround them. ji, and Allah mercy envelops them. ji, and Allah mentions them in the group, in a group of angels. hum al</w:t>
      </w:r>
    </w:p>
    <w:p>
      <w:pPr>
        <w:jc w:val="right"/>
      </w:pPr>
      <w:r>
        <w:t>ऐसे ही हदीस में आता है कि जब एक एक ग्रुप, एक ग्रुप ऑफ पीपल असेंबल फॉर जिक्र, रिमेंबरेंस ऑफ अल्लाह, देन एंजल्स सराउंड देम। जी, एंड अल्लाह मर्सी एनवेलप्स देम। जी, एंड अल्लाह मेंशंस देम इन द ग्रुप, इन अ ग्रुप ऑफ एंजल्स। हम अल्</w:t>
      </w:r>
    </w:p>
    <w:p>
      <w:r>
        <w:rPr>
          <w:b/>
        </w:rPr>
        <w:t xml:space="preserve">[12:02] </w:t>
      </w:r>
      <w:r>
        <w:t>lah uska zikr karta hai ki dekho, falaan log khuda ki yaad, meri yaad mein baithe hain aur woh zikr kar rahe hain aur tranquility descends upon them. ji, to yeh kuch baatein hain. is tarah ki kai hadees aayi hain. aise hi ek hadees mein aata hai, Prophet ne kaha ki jo mufarridun hain,</w:t>
      </w:r>
    </w:p>
    <w:p>
      <w:pPr>
        <w:jc w:val="right"/>
      </w:pPr>
      <w:r>
        <w:t>लाह उसका जिक्र करता है कि देखो, फलां लोग खुदा की याद, मेरी याद में बैठे हैं और वो जिक्र कर रहे हैं और ट्रेंक्विटी डिसेंड्स अपॉन देम। जी, तो यह कुछ बातें हैं। इस तरह की कई हदीस आई हैं। ऐसे ही एक हदीस में आता है, प्रॉफिट ने कहा कि जो मुफर दून हैं,</w:t>
      </w:r>
    </w:p>
    <w:p>
      <w:r>
        <w:rPr>
          <w:b/>
        </w:rPr>
        <w:t xml:space="preserve">[12:20] </w:t>
      </w:r>
      <w:r>
        <w:t>unhonne unko saara sawab mil mil gaya. yani they have surpassed everyone. hum to us sahaba ne kaha, yeh mufarridun</w:t>
      </w:r>
    </w:p>
    <w:p>
      <w:pPr>
        <w:jc w:val="right"/>
      </w:pPr>
      <w:r>
        <w:t>उन्होंने उनको सारा सवाब मिल मिल गया। यानी दे हैव सरपास एवरीवन। हम तो उस सहाबा ने कहा, ये मुफर दून</w:t>
      </w:r>
    </w:p>
    <w:p>
      <w:r>
        <w:rPr>
          <w:b/>
        </w:rPr>
        <w:t xml:space="preserve">[12:28] </w:t>
      </w:r>
      <w:r>
        <w:t>kaun hain? hum to rasoolullah ne jawab diya hai ki "the man and woman who remember god often."</w:t>
      </w:r>
    </w:p>
    <w:p>
      <w:pPr>
        <w:jc w:val="right"/>
      </w:pPr>
      <w:r>
        <w:t>कौन हैं? हम तो रसूलल्लाह ने जवाब दिया है कि "द मैन एंड वुमन हु रिमेंबर गॉड ऑफन।"</w:t>
      </w:r>
    </w:p>
    <w:p>
      <w:r>
        <w:rPr>
          <w:b/>
        </w:rPr>
        <w:t xml:space="preserve">[12:34] </w:t>
      </w:r>
      <w:r>
        <w:t>ji, to mufarrad se bana hai.</w:t>
      </w:r>
    </w:p>
    <w:p>
      <w:pPr>
        <w:jc w:val="right"/>
      </w:pPr>
      <w:r>
        <w:t>जी, तो मुफर फर्द से बना है।</w:t>
      </w:r>
    </w:p>
    <w:p>
      <w:r>
        <w:rPr>
          <w:b/>
        </w:rPr>
        <w:t xml:space="preserve">[12:37] </w:t>
      </w:r>
      <w:r>
        <w:t>yaani ek insaan jo alahda hoke seclusion mein jaakar khuda ko yaad karta hai.</w:t>
      </w:r>
    </w:p>
    <w:p>
      <w:pPr>
        <w:jc w:val="right"/>
      </w:pPr>
      <w:r>
        <w:t>यानी एक इंसान जो अलहदा होके सेक्लूजन में जाकर खुदा को याद करता है।</w:t>
      </w:r>
    </w:p>
    <w:p>
      <w:r>
        <w:rPr>
          <w:b/>
        </w:rPr>
        <w:t xml:space="preserve">[12:44] </w:t>
      </w:r>
      <w:r>
        <w:t>yaani us tarah ke log.</w:t>
      </w:r>
    </w:p>
    <w:p>
      <w:pPr>
        <w:jc w:val="right"/>
      </w:pPr>
      <w:r>
        <w:t>यानी उस तरह के लोग।</w:t>
      </w:r>
    </w:p>
    <w:p>
      <w:r>
        <w:rPr>
          <w:b/>
        </w:rPr>
        <w:t xml:space="preserve">[12:46] </w:t>
      </w:r>
      <w:r>
        <w:t>to us waqt</w:t>
      </w:r>
    </w:p>
    <w:p>
      <w:pPr>
        <w:jc w:val="right"/>
      </w:pPr>
      <w:r>
        <w:t>तो उस वक्त</w:t>
      </w:r>
    </w:p>
    <w:p>
      <w:r>
        <w:rPr>
          <w:b/>
        </w:rPr>
        <w:t xml:space="preserve">[12:48] </w:t>
      </w:r>
      <w:r>
        <w:t>hazrat abu bakar aur hazrat umar razi allah bhi baithe the.</w:t>
      </w:r>
    </w:p>
    <w:p>
      <w:pPr>
        <w:jc w:val="right"/>
      </w:pPr>
      <w:r>
        <w:t>हजरत अबू बकर और हजरत उमर रजि अल्लाह भी बैठे थे।</w:t>
      </w:r>
    </w:p>
    <w:p>
      <w:r>
        <w:rPr>
          <w:b/>
        </w:rPr>
        <w:t xml:space="preserve">[12:53] </w:t>
      </w:r>
      <w:r>
        <w:t>to hazrat abu bakar ne kaha ki sara sawab to mufar doon le gaye.</w:t>
      </w:r>
    </w:p>
    <w:p>
      <w:pPr>
        <w:jc w:val="right"/>
      </w:pPr>
      <w:r>
        <w:t>तो हजरत अबू बकर ने कहा कि सारा सवाब तो मुफर दून ले गए।</w:t>
      </w:r>
    </w:p>
    <w:p>
      <w:r>
        <w:rPr>
          <w:b/>
        </w:rPr>
        <w:t xml:space="preserve">[12:57] </w:t>
      </w:r>
      <w:r>
        <w:t>ji, to aise hi ek aur hadis hai,</w:t>
      </w:r>
    </w:p>
    <w:p>
      <w:pPr>
        <w:jc w:val="right"/>
      </w:pPr>
      <w:r>
        <w:t>जी, तो ऐसे ही एक और हदीस है,</w:t>
      </w:r>
    </w:p>
    <w:p>
      <w:r>
        <w:rPr>
          <w:b/>
        </w:rPr>
        <w:t xml:space="preserve">[13:01] </w:t>
      </w:r>
      <w:r>
        <w:t>kuch sahaba aise the jo gaanv waghaira ke the, koi parhe likhe nahin the zyada. to woh kuch bhi aakar Prophet ke saamne bol dete the. ji, yani koi unke zyada etiquette waghaira nahin thi. to ek sahabi isi tarah ke the, woh aaye aur Prophet se bola. unhonne kaha ki dekhiye,</w:t>
      </w:r>
    </w:p>
    <w:p>
      <w:pPr>
        <w:jc w:val="right"/>
      </w:pPr>
      <w:r>
        <w:t>कुछ सहाबा ऐसे थे जो गांव वगैरह के थे, कोई पढ़े लिखे नहीं थे ज्यादा। तो वो कुछ भी आकर प्रॉफिट के सामने बोल देते थे। जी, यानी कोई उनके ज्यादा एटिकेट वगैरह नहीं थी। तो एक सहाबी इसी तरह के थे, वो आए और प्रॉफिट से बोला। उन्होंने कहा कि देखिए,</w:t>
      </w:r>
    </w:p>
    <w:p>
      <w:r>
        <w:rPr>
          <w:b/>
        </w:rPr>
        <w:t xml:space="preserve">[13:18] </w:t>
      </w:r>
      <w:r>
        <w:t>Islam ke jo injunctions hain, jo laws hain, woh bahut hain, woh mere mere bas ka nahin hai. woh ji ji ji, mujhe to ek baat bata dijiye, bas aap wahi main kar loon. ji, to Prophet ne kaha ki "</w:t>
      </w:r>
    </w:p>
    <w:p>
      <w:pPr>
        <w:jc w:val="right"/>
      </w:pPr>
      <w:r>
        <w:t>इस्लाम के जो इंजंक्शन हैं, जो लॉज हैं, वो बहुत हैं, वो मेरे मेरे बस का नहीं है। वो जी जी जी, मुझे तो एक बात बता दीजिए, बस आप वही मैं कर लूं। जी, तो प्रॉफिट ने कहा कि "</w:t>
      </w:r>
    </w:p>
    <w:p>
      <w:r>
        <w:rPr>
          <w:b/>
        </w:rPr>
        <w:t xml:space="preserve">[13:28] </w:t>
      </w:r>
      <w:r>
        <w:t>Always keep your tongue moist with the remembrance of Allah." ji, to isse pata chalta hai ki yani zikr jo hai, woh kitni ahem cheez hai ki saari jo aur cheezein hain, uspe bhaari hai. isi tarah ki ek aur hadees hai, Muaz ibn Jabal razi Allah anhu ki. Muaz ibn Jabal bahut bade scholar the aur Prophet se bahut close the. bahut achhi narration unki humein milti hain.</w:t>
      </w:r>
    </w:p>
    <w:p>
      <w:pPr>
        <w:jc w:val="right"/>
      </w:pPr>
      <w:r>
        <w:t>ऑलवेज कीप योर टंग मॉस्ट विद द रिमेंबरेंस ऑफ अल्लाह।" जी, तो इससे पता चलता है कि यानी जिक्र जो है, वो कितनी अहम चीज है कि सारी जो और चीजें हैं, उसपे भारी है। इसी तरह की एक और हदीस है, मुआज इब्ने जबल रजि अल्लाह अन्हो की। मुआज इब्ने जबल बहुत बड़े स्कॉलर थे और प्रॉफिट से बहुत क्लोज थे। बहुत अच्छी नरेशन उनकी हमें मिलती हैं।</w:t>
      </w:r>
    </w:p>
    <w:p>
      <w:r>
        <w:rPr>
          <w:b/>
        </w:rPr>
        <w:t xml:space="preserve">[13:52] </w:t>
      </w:r>
      <w:r>
        <w:t>to unhonne kaha ki balki yeh hadees jo hai, yeh Prophet ke last stage ki hai, jab he was very sick and he was about to die. us waqt ki baat hai ki Hazrat Muaz ibn Jabal ne poochha ki "Which deed is the best and most beloved to Allah?" to RasoolAllah ne jawab diya, "That you die while your tongue is moist with the remembrance of Allah."</w:t>
      </w:r>
    </w:p>
    <w:p>
      <w:pPr>
        <w:jc w:val="right"/>
      </w:pPr>
      <w:r>
        <w:t>तो उन्होंने कहा कि बल्कि यह हदीस जो है, यह प्रॉफिट के लास्ट स्टेज की है, जब ही वाज वेरी सिक एंड ही वाज अबाउट टू डाई। उस वक्त की बात है कि हजरत मुआज इब्ने जबल ने पूछा कि "व्हिच डीड इज द बेस्ट एंड मोस्ट बिलव टू अल्लाह?" तो रसूलल्लाह ने जवाब दिया, "दैट यू डाई वाइल योर टंग इज मॉस्ट विद द रिमेंबरेंस ऑफ अल्लाह।"</w:t>
      </w:r>
    </w:p>
    <w:p>
      <w:r>
        <w:rPr>
          <w:b/>
        </w:rPr>
        <w:t xml:space="preserve">[14:17] </w:t>
      </w:r>
      <w:r>
        <w:t>to aise hi ek aur hadees hai ki "Zikr will be the noor, the light of your grave." hum jahan bhi is tarah ka noor ya light ka lafz aata hai, uska matlab yeh light nahin hai, torch wali, balki yeh spiritual sense mein hai. noorani, jaise aap dekhte hain ki koi koi scholar hai, koi bada aalim hai, usse milte hain. hum to aisa lagta hai ki badi noorani shakhs</w:t>
      </w:r>
    </w:p>
    <w:p>
      <w:pPr>
        <w:jc w:val="right"/>
      </w:pPr>
      <w:r>
        <w:t>तो ऐसे ही एक और हदीस है कि "जिक्र विल बी द नूर, द लाइट ऑफ योर ग्रेव।" हम जहां भी इस तरह का नूर या लाइट का लफ्ज आता है, उसका मतलब यह लाइट नहीं है, टॉर्च वाली, बल्कि यह स्पिरिचुअल सेंस में है। नूरानी, जैसे आप देखते हैं कि कोई कोई स्कॉलर है, कोई बड़ा आलिम है, उससे मिलते हैं। हम तो ऐसा लगता है कि बड़ी नूरानी शख्स</w:t>
      </w:r>
    </w:p>
    <w:p>
      <w:r>
        <w:rPr>
          <w:b/>
        </w:rPr>
        <w:t xml:space="preserve">[14:45] </w:t>
      </w:r>
      <w:r>
        <w:t>iyat hai. to Maulana ne isko explain kiya hai, grave ka matlab hai hereafter. ji, grave ka lafz hai, lekin grave ka matlab wahi nahin jo grave hai, balki jo aadmi jiski death ho gayi, uski qayamat shuru ho gayi. hadees mein yeh aata hai.</w:t>
      </w:r>
    </w:p>
    <w:p>
      <w:pPr>
        <w:jc w:val="right"/>
      </w:pPr>
      <w:r>
        <w:t>ियत है। तो मौलाना ने इसको एक्सप्लेन किया है, ग्रेव का मतलब है हेयर आफ्टर। जी, ग्रेव का लफ्ज है, लेकिन ग्रेव का मतलब वही नहीं जो ग्रेव है, बल्कि जो आदमी जिसकी डेथ हो गई, उसकी कयामत शुरू हो गई। हदीस में ये आता है।</w:t>
      </w:r>
    </w:p>
    <w:p>
      <w:r>
        <w:rPr>
          <w:b/>
        </w:rPr>
        <w:t xml:space="preserve">[14:59] </w:t>
      </w:r>
      <w:r>
        <w:t>to light ka zikr kai baar aaya Quran mein ki unki light aage hongi, unke peeche hongi aur sides mein. woh light ka matlab yeh nahin hai ki koi torch hoga, jaise light jal rahi hogi, balki unki shakhsiyat, jo is duniya mein jo nek log hain, unki shakhsiyat utni zyada wazah nahin hoti hai. lekin on the Day of Judgment, it will be more evident. yani unki shakhsiyat se pata chal jayega ki yeh kaise</w:t>
      </w:r>
    </w:p>
    <w:p>
      <w:pPr>
        <w:jc w:val="right"/>
      </w:pPr>
      <w:r>
        <w:t>तो लाइट का जिक्र कई बार आया कुरान में कि उनकी लाइट आगे होंगी, उनके पीछे होंगी और साइड्स में। वो लाइट का मतलब यह नहीं है कि कोई टॉर्च होगा, जैसे लाइट जल रही होगी, बल्कि उनकी शख्सियत, जो इस दुनिया में जो नेक लोग हैं, उनकी शख्सियत उतनी ज्यादा वाज नहीं होती है। लेकिन ऑन द डे ऑफ जजमेंट, इट विल बी मोर एविडेंट। यानी उनकी शख्सियत से पता चल जाएगा कि यह कैसे</w:t>
      </w:r>
    </w:p>
    <w:p>
      <w:r>
        <w:rPr>
          <w:b/>
        </w:rPr>
        <w:t xml:space="preserve">[15:29] </w:t>
      </w:r>
      <w:r>
        <w:t>insaan hain. to yeh uski taraf ishaara hai. ek baar Prophet Muhammad sallallahu alaihi wasallam masjid mein aaye, masjid nabawi mein. ji, Madina mein to kuch sahaba companions baithe hue the circle mein, halka jise kehte hain, aur kuch baatein kar rahe the. ji, to Prophet ne kaha ki tum kya kar rahe ho yahan?</w:t>
      </w:r>
    </w:p>
    <w:p>
      <w:pPr>
        <w:jc w:val="right"/>
      </w:pPr>
      <w:r>
        <w:t>इंसान हैं। तो यह उसकी तरफ इशारा है। एक बार प्रॉफिट मोहम्मद सल्लल्लाहु अलैहि वसल्लम मस्जिद में आए, मस्जिद नबवी में। जी, मदीना में तो कुछ सहाबा कंपैनियंस बैठे हुए थे सर्किल में, हल्का जिसे कहते हैं, और कुछ बातें कर रहे थे। जी, तो प्रॉफिट ने कहा कि तुम क्या कर रहे हो यहां?</w:t>
      </w:r>
    </w:p>
    <w:p>
      <w:r>
        <w:rPr>
          <w:b/>
        </w:rPr>
        <w:t xml:space="preserve">[15:50] </w:t>
      </w:r>
      <w:r>
        <w:t>to unhonne kaha, hum khuda ka zikr kar rahe hain aur khuda ki tareef kar rahe hain, hamd kar rahe hain, praise kar rahe hain, jaise usne humein guide guidance di</w:t>
      </w:r>
    </w:p>
    <w:p>
      <w:pPr>
        <w:jc w:val="right"/>
      </w:pPr>
      <w:r>
        <w:t>तो उन्होंने कहा, हम खुदा का जिक्र कर रहे हैं और खुदा की तारीफ कर रहे हैं, हमद कर रहे हैं, प्रेस कर रहे हैं, जैसे उसने हमें गाइड गाइडेंस दी</w:t>
      </w:r>
    </w:p>
    <w:p>
      <w:r>
        <w:rPr>
          <w:b/>
        </w:rPr>
        <w:t xml:space="preserve">[15:58] </w:t>
      </w:r>
      <w:r>
        <w:t>. to RasoolAllah ne kaha, kya khuda ki qasam, tum kah kah sakte ho ki yani tum qasam kha sakte ho ki tum isi baat ke liye jama hue the, isi baat ke liye baithe hue the?</w:t>
      </w:r>
    </w:p>
    <w:p>
      <w:pPr>
        <w:jc w:val="right"/>
      </w:pPr>
      <w:r>
        <w:t>। तो रसूलल्लाह ने कहा, क्या खुदा की कसम, तुम कह कह सकते हो कि यानी तुम कसम खा सकते हो कि तुम इसी बात के लिए जमा हुए थे, इसी बात के लिए बैठे हुए थे?</w:t>
      </w:r>
    </w:p>
    <w:p>
      <w:r>
        <w:rPr>
          <w:b/>
        </w:rPr>
        <w:t xml:space="preserve">[16:10] </w:t>
      </w:r>
      <w:r>
        <w:t>to sahaba ne kaha, haan, hum qasam khaate hain ki hum isi cheez ke liye baithe hue the aur Allah ka zikr kar rahe the.</w:t>
      </w:r>
    </w:p>
    <w:p>
      <w:pPr>
        <w:jc w:val="right"/>
      </w:pPr>
      <w:r>
        <w:t>तो सहाबा ने कहा, हां, हम कसम खाते हैं कि हम इसी चीज के लिए बैठे हुए थे और अल्लाह का जिक्र कर रहे थे।</w:t>
      </w:r>
    </w:p>
    <w:p>
      <w:r>
        <w:rPr>
          <w:b/>
        </w:rPr>
        <w:t xml:space="preserve">[16:19] </w:t>
      </w:r>
      <w:r>
        <w:t>to Prophet ne kaha ki main tumhare upar shak nahin kar raha hoon, balki baat yeh hai ki Jibraeel aaye the mere paas, angel Jibraeel. ji, aur woh kah rahe the ki Allah tum logon ke baare mein angels se baat kar raha hai aur bade fakhr ke andaaz mein tumhara zikr kar raha hai. ji, to itni ahem cheez hai ki zikr se zikr itni ahem cheez hai. isse is hadees se andaza hota hai ki Allah farishton se zikr karta hai. ji, and God is ta</w:t>
      </w:r>
    </w:p>
    <w:p>
      <w:pPr>
        <w:jc w:val="right"/>
      </w:pPr>
      <w:r>
        <w:t>तो प्रॉफिट ने कहा कि मैं तुम्हारे ऊपर शक नहीं कर रहा हूं, बल्कि बात यह है कि जिब्रील आए थे मेरे पास, एंजल जिब्रील। जी, और वह कह रहे थे कि अल्लाह तुम लोगों के बारे में एंजल्स से बात कर रहा है और बड़े फख्र के अंदाज में तुम्हारा जिक्र कर रहा है। जी, तो इतनी अहम चीज है कि जिक्र से जिक्र इतनी अहम चीज है। इससे इस हदीस से अंदाजा होता है कि अल्लाह फरिश्तों से जिक्र करता है। जी, एंड गॉड इज टे</w:t>
      </w:r>
    </w:p>
    <w:p>
      <w:r>
        <w:rPr>
          <w:b/>
        </w:rPr>
        <w:t xml:space="preserve">[16:48] </w:t>
      </w:r>
      <w:r>
        <w:t>king pride. god is taking pride.</w:t>
      </w:r>
    </w:p>
    <w:p>
      <w:pPr>
        <w:jc w:val="right"/>
      </w:pPr>
      <w:r>
        <w:t>किंग प्राइड। गॉड इज टेकिंग प्राइड।</w:t>
      </w:r>
    </w:p>
    <w:p>
      <w:r>
        <w:rPr>
          <w:b/>
        </w:rPr>
        <w:t xml:space="preserve">[16:49] </w:t>
      </w:r>
      <w:r>
        <w:t>ya amazing. aur maulana ek ek hadis ka tukda hai jo aksar padha karte the, "ya hayo ya</w:t>
      </w:r>
    </w:p>
    <w:p>
      <w:pPr>
        <w:jc w:val="right"/>
      </w:pPr>
      <w:r>
        <w:t>या अमेजिंग। और मौलाना एक एक हदीस का टुकड़ा है जो अक्सर पढ़ा करते थे, "या हयो या</w:t>
      </w:r>
    </w:p>
    <w:p>
      <w:r>
        <w:rPr>
          <w:b/>
        </w:rPr>
        <w:t xml:space="preserve">[17:00] </w:t>
      </w:r>
      <w:r>
        <w:t>qayyum birahmi ka tagi.</w:t>
      </w:r>
    </w:p>
    <w:p>
      <w:pPr>
        <w:jc w:val="right"/>
      </w:pPr>
      <w:r>
        <w:t>कयूम बिरहम का तगी।</w:t>
      </w:r>
    </w:p>
    <w:p>
      <w:r>
        <w:rPr>
          <w:b/>
        </w:rPr>
        <w:t xml:space="preserve">[17:02] </w:t>
      </w:r>
      <w:r>
        <w:t>ya hayo ya qayyum birahmi ka tagi.</w:t>
      </w:r>
    </w:p>
    <w:p>
      <w:pPr>
        <w:jc w:val="right"/>
      </w:pPr>
      <w:r>
        <w:t>या हयो या कयूम बिरहम का तगी।</w:t>
      </w:r>
    </w:p>
    <w:p>
      <w:r>
        <w:rPr>
          <w:b/>
        </w:rPr>
        <w:t xml:space="preserve">[17:04] </w:t>
      </w:r>
      <w:r>
        <w:t>o living god, o sustaining god, i seek your mercy."</w:t>
      </w:r>
    </w:p>
    <w:p>
      <w:pPr>
        <w:jc w:val="right"/>
      </w:pPr>
      <w:r>
        <w:t>ओ लिविंग गॉड, ओ सस्टेनिंग गॉड, आई सीक योर मर्सी।"</w:t>
      </w:r>
    </w:p>
    <w:p>
      <w:r>
        <w:rPr>
          <w:b/>
        </w:rPr>
        <w:t xml:space="preserve">[17:10] </w:t>
      </w:r>
      <w:r>
        <w:t>aur is hadis ka agla hissa jo hai, wo bahut meaningful hai, "asli shani kullu</w:t>
      </w:r>
    </w:p>
    <w:p>
      <w:pPr>
        <w:jc w:val="right"/>
      </w:pPr>
      <w:r>
        <w:t>और इस हदीस का अगला हिस्सा जो है, वो बहुत मीनिंगफुल है, "असली शानी कुल्लू</w:t>
      </w:r>
    </w:p>
    <w:p>
      <w:r>
        <w:rPr>
          <w:b/>
        </w:rPr>
        <w:t xml:space="preserve">[17:16] </w:t>
      </w:r>
      <w:r>
        <w:t>set right all my affairs.</w:t>
      </w:r>
    </w:p>
    <w:p>
      <w:pPr>
        <w:jc w:val="right"/>
      </w:pPr>
      <w:r>
        <w:t>सेट राइट ऑल माय अफेयर्स।</w:t>
      </w:r>
    </w:p>
    <w:p>
      <w:r>
        <w:rPr>
          <w:b/>
        </w:rPr>
        <w:t xml:space="preserve">[17:19] </w:t>
      </w:r>
      <w:r>
        <w:t>wala takni ila nafsi taf</w:t>
      </w:r>
    </w:p>
    <w:p>
      <w:pPr>
        <w:jc w:val="right"/>
      </w:pPr>
      <w:r>
        <w:t>वला तकनी इला नफसी तफ</w:t>
      </w:r>
    </w:p>
    <w:p>
      <w:r>
        <w:rPr>
          <w:b/>
        </w:rPr>
        <w:t xml:space="preserve">[17:22] </w:t>
      </w:r>
      <w:r>
        <w:t>atni. And don't leave leave me alone even for a blink of an eye." to yeh badi achhi hadees hai. iska yeh jo pehla hissa hai, yeh Maulana aksar parhte the, "Ya Hayyu ya Qayyum birahmatika taghi. A zinda khuda, a thaamne wale khuda, main teri rehmat ka mohtaaj hoon." to is tarah se hadees mein bahut hi zyada yeh cheez</w:t>
      </w:r>
    </w:p>
    <w:p>
      <w:pPr>
        <w:jc w:val="right"/>
      </w:pPr>
      <w:r>
        <w:t>आनी। एंड डोंट लीव लीव मी अलोन इवन फॉर अ ब्लिंक ऑफ एन आई।" तो ये बड़ी अच्छी हदीस है। इसका ये जो पहला हिस्सा है, ये मौलाना अक्सर पढ़ते थे, "या हयो या कयूम बिरहम का तगी। ए जिंदा खुदा, ए थामने वाले खुदा, मैं तेरी रहमत का मोहताज हूं।" तो इस तरह से हदीस में बहुत ही ज्यादा ये चीज</w:t>
      </w:r>
    </w:p>
    <w:p>
      <w:r>
        <w:rPr>
          <w:b/>
        </w:rPr>
        <w:t xml:space="preserve">[17:45] </w:t>
      </w:r>
      <w:r>
        <w:t>ein aati hain. agar koi parhe hadees ya waqat sahaba ke, to yeh cheezein bhari hui hain. chunki bahut hi zyada prominent thi sahaba ke darmiyan aur Rasool Allah sallallahu alaihi wasallam ke darmiyan. jazakAllah, doctor sahab. these are like amazing hadees that you shared with us.</w:t>
      </w:r>
    </w:p>
    <w:p>
      <w:pPr>
        <w:jc w:val="right"/>
      </w:pPr>
      <w:r>
        <w:t>ें आती हैं। अगर कोई पढ़े हदीस या वाकत सहाबा के, तो यह चीजें भरी हुई हैं। चूंकि बहुत ही ज्यादा प्रॉमिनेंट थी सहाबा के दरमियान और रसूल अल्लाह सल्लल्लाहु अलैहि वसल्लम के दरमियान। जजाकल्लाह, डॉक्टर साहब। दीज आर लाइक अमेजिंग हदीस दैट यू शेयर्ड विद अस।</w:t>
      </w:r>
    </w:p>
    <w:p>
      <w:r>
        <w:rPr>
          <w:b/>
        </w:rPr>
        <w:t xml:space="preserve">[18:01] </w:t>
      </w:r>
      <w:r>
        <w:t>infact, doctor sahab, main wahi soch raha tha jab aap yeh hadees bayan kar rahe the ki itna jazba sahaba mein tha ki unki har koshish, unka focus, unka action, everything was hereafter oriented. aur isiliye humein itni wisdom wali baatein milti hain. jabki hum aaj ke daur ko dekhen, to the entire focus of people is this world and not the hereafter. and that is why there is so much of stress, strife, tension. a</w:t>
      </w:r>
    </w:p>
    <w:p>
      <w:pPr>
        <w:jc w:val="right"/>
      </w:pPr>
      <w:r>
        <w:t>इनफैक्ट, डॉक्टर साहब, मैं वही सोच रहा था जब आप ये हदीस बयान कर रहे थे कि इतना जज्बा सहाबा में था कि उनकी हर कोशिश, उनका फोकस, उनका एक्शन, एवरीथिंग वाज हेयर आफ्टर ओरिएंटेड। और इसीलिए हमें इतनी विजडम वाली बातें मिलती हैं। जबकि हम आज के दौर को देखें, तो द एंटायस ऑफ पीपल इज दिस वर्ल्ड एंड नॉट द हेयर आफ्टर। एंड दैट इज व्हाई देयर इज सो मच ऑफ स्ट्रेस, स्ट्राइफ, टेंशन। अ</w:t>
      </w:r>
    </w:p>
    <w:p>
      <w:r>
        <w:rPr>
          <w:b/>
        </w:rPr>
        <w:t xml:space="preserve">[18:29] </w:t>
      </w:r>
      <w:r>
        <w:t>so the real, i think, a the formula lies in being god oriented, remembering god. doctor sahab, hazrat ibn umar se riwayat hai ki unhon ne kaha ki when a worshiper is engaged in prayer, then he is in intimate conversation with god. so he must observe what conversation he is holding with god.</w:t>
      </w:r>
    </w:p>
    <w:p>
      <w:pPr>
        <w:jc w:val="right"/>
      </w:pPr>
      <w:r>
        <w:t>सो द रियल, आई थिंक, अ द फार्मूला लाइज इन बीइंग गॉड ओरिएंटेड, रिमेंबरिंग गॉड। डॉक्टर साहब, हजरत इब्न उमर से रिवायत है कि उन्होंने कहा कि व्हेन अ वरशिपर इज इंगेज्ड इन प्रेयर, देन ही इज इन इंटीमेट कन्वर्सेशन विद गॉड। सो ही मस्ट ऑब्जर्व व्हाट कन्वर्सेशन ही इज होल्डिंग विद गॉड।</w:t>
      </w:r>
    </w:p>
    <w:p>
      <w:r>
        <w:rPr>
          <w:b/>
        </w:rPr>
        <w:t xml:space="preserve">[18:51] </w:t>
      </w:r>
      <w:r>
        <w:t>to doctor sahab, main chahunga ki aap iske bare mein batayen ki kis tarah zikr opens the door to conversation with god, because that is the way to connect with god almighty. iske bare mein hum sabko batayen, doctor sahab. ji, ye to bahut hi ahem sawal hai. ji, a quran mein aata hai,</w:t>
      </w:r>
    </w:p>
    <w:p>
      <w:pPr>
        <w:jc w:val="right"/>
      </w:pPr>
      <w:r>
        <w:t>तो डॉक्टर साहब, मैं चाहूंगा कि आप इसके बारे में बताएं कि किस तरह जिक्र ओपंस द डोर टू कन्वर्सेशन विद गॉड, बिकॉज दैट इज द वे टू कनेक्ट विद गॉड ऑलमाइटी। इसके बारे में हम सबको बताएं, डॉक्टर साहब। जी, ये तो बहुत ही अहम सवाल है। जी, अ कुरान में आता है,</w:t>
      </w:r>
    </w:p>
    <w:p>
      <w:r>
        <w:rPr>
          <w:b/>
        </w:rPr>
        <w:t xml:space="preserve">[19:09] </w:t>
      </w:r>
      <w:r>
        <w:t>"inni qarib ki main qarib hun." allah tala farmata hai ki "i am near." aur ayat hai puri is tarah se, "wa iza sa'ala ibadi anni fa inni qarib.</w:t>
      </w:r>
    </w:p>
    <w:p>
      <w:pPr>
        <w:jc w:val="right"/>
      </w:pPr>
      <w:r>
        <w:t>"इनी करीब कि मैं करीब हूं।" अल्लाह ताला फरमाता है कि "आई एम नियर।" और आयत है पूरी इस तरह से, "व इजा सका इबाद अनी फनी करीब।</w:t>
      </w:r>
    </w:p>
    <w:p>
      <w:r>
        <w:rPr>
          <w:b/>
        </w:rPr>
        <w:t xml:space="preserve">[19:20] </w:t>
      </w:r>
      <w:r>
        <w:t>" when when my servant ask you about me, tell them that i am near. ujeeb da'wat iz iz dan. i respond to the call of the caller when he calls me. to ye bahut hi ahem ayat hai jo batati hai ki allah tala bahut hi qarib hai. lekin ye ye physical sense mein nearnes nahi hai, balke ye spiritual sense mein hai.</w:t>
      </w:r>
    </w:p>
    <w:p>
      <w:pPr>
        <w:jc w:val="right"/>
      </w:pPr>
      <w:r>
        <w:t>" व्हेन व्हेन माय सर्वेंट आस्क यू अबाउट मी, टेल देम दैट आई एम नियर। उजीब दावत इज इज दान। आई रिस्पॉन्ड टू द कॉल ऑफ द कॉलर व्हेन ही कॉल्स मी। तो यह बहुत ही अहम आयत है जो बताती है कि अल्लाह ताला बहुत ही करीब है। लेकिन यह यह फिजिकल सेंस में नियरनेस नहीं है, बल्कि यह स्पिरिचुअल सेंस में है।</w:t>
      </w:r>
    </w:p>
    <w:p>
      <w:r>
        <w:rPr>
          <w:b/>
        </w:rPr>
        <w:t xml:space="preserve">[19:46] </w:t>
      </w:r>
      <w:r>
        <w:t>yani aap jab bhi khuda ki taraf mutawajjeh hote hain, to aap ko inspiration shuru ho jate hain. aur two way communication hai, ek tarike se aap dua karte hain aur allah tala inspire karta hai.</w:t>
      </w:r>
    </w:p>
    <w:p>
      <w:pPr>
        <w:jc w:val="right"/>
      </w:pPr>
      <w:r>
        <w:t>यानी आप जब भी खुदा की तरफ मुतवज्जो होते हैं, तो आप को इंस्पिरेशन शुरू हो जाते हैं। और टू वे कम्युनिकेशन है, एक तरीके से आप दुआ करते हैं और अल्लाह ताला इंस्पायर करता है।</w:t>
      </w:r>
    </w:p>
    <w:p>
      <w:r>
        <w:rPr>
          <w:b/>
        </w:rPr>
        <w:t xml:space="preserve">[20:02] </w:t>
      </w:r>
      <w:r>
        <w:t>lekin ye jab bhi mumkin hai, jab dil ki gehraiyon se aap zikr kar rahe ho, yani bahut hi quality zikr jo emotions ke saath aur dil ki kaifiyat ke saath agar zikr kar rahe hain, tabhi yani ye mumkin hoga ki woh allah tala ke paas pahunchega aur allah aapko inspire karega.</w:t>
      </w:r>
    </w:p>
    <w:p>
      <w:pPr>
        <w:jc w:val="right"/>
      </w:pPr>
      <w:r>
        <w:t>लेकिन यह जब भी मुमकिन है, जब दिल की गहराइयों से आप जिक्र कर रहे हो, यानी बहुत ही क्वालिटी जिक्र जो इमोशंस के साथ और दिल की कैफियत के साथ अगर जिक्र कर रहे हैं, तभी यानी यह मुमकिन होगा कि वह अल्लाह ताला के पास पहुंचेगा और अल्लाह आपको इंस्पायर करेगा।</w:t>
      </w:r>
    </w:p>
    <w:p>
      <w:r>
        <w:rPr>
          <w:b/>
        </w:rPr>
        <w:t xml:space="preserve">[20:24] </w:t>
      </w:r>
      <w:r>
        <w:t>hadis mein aata hai ki "on the day of judgment, there will be seven kind of people who will get shelter, who will get shade under the under the under the shade of the throne of god." ji, yani us waqt jab kahin koi jagah nahi hogi except the shade of the throne.</w:t>
      </w:r>
    </w:p>
    <w:p>
      <w:pPr>
        <w:jc w:val="right"/>
      </w:pPr>
      <w:r>
        <w:t>हदीस में आता है कि "ऑन द डे ऑफ जजमेंट, देर विल बी सेवन काइंड ऑफ पीपल हु विल गेट शेल्टर, हु विल गेट शेड अंडर द अंडर द अंडर द शेड ऑफ द थ्रोन ऑफ गॉड।" जी, यानी उस वक्त जब कहीं कोई जगह नहीं होगी एक्सेप्ट द शेड ऑफ द थ्रोन।</w:t>
      </w:r>
    </w:p>
    <w:p>
      <w:r>
        <w:rPr>
          <w:b/>
        </w:rPr>
        <w:t xml:space="preserve">[20:45] </w:t>
      </w:r>
      <w:r>
        <w:t>to usmein aata hai, usmein se ek saat logon mein, saat tarah ke logon mein se ek hadis mein aata hai ki "zakar allah khaliya fajatan aana ki usne apne rab ko tanhai mein yaad kiya. he remember his lord in solitude aur uski aankhon se aansu bah pade." dono aankhon se aansu bah pade. to</w:t>
      </w:r>
    </w:p>
    <w:p>
      <w:pPr>
        <w:jc w:val="right"/>
      </w:pPr>
      <w:r>
        <w:t>तो उसमें आता है, उसमें से एक सात लोगों में, सात तरह के लोगों में से एक हदीस में आता है कि "जकर अल्लाह खालिया फजत आना कि उसने अपने रब को तन्हाई में याद किया। ही रिमेंबर हिज लॉर्ड इन सॉलिट्यूड और उसकी आंखों से आंसू बह पड़े।" दोनों आंखों से आंसू बह पड़े। तो</w:t>
      </w:r>
    </w:p>
    <w:p>
      <w:r>
        <w:rPr>
          <w:b/>
        </w:rPr>
        <w:t xml:space="preserve">[21:09] </w:t>
      </w:r>
      <w:r>
        <w:t>ye hai woh zikr, ye hai woh zikr jo allah tak pahunchta hai aur jiske zariye khuda se aapka rabt shuru ho jata hai, contact shuru ho jata hai. aur yani allah tala inspire karta hai,</w:t>
      </w:r>
    </w:p>
    <w:p>
      <w:pPr>
        <w:jc w:val="right"/>
      </w:pPr>
      <w:r>
        <w:t>यह है वह जिक्र, यह है वह जिक्र जो अल्लाह तक पहुंचता है और जिसके जरिए खुदा से आपका रब्त शुरू हो जाता है, कांटेक्ट शुरू हो जाता है। और यानी अल्लाह ताला इंस्पायर करता है,</w:t>
      </w:r>
    </w:p>
    <w:p>
      <w:r>
        <w:rPr>
          <w:b/>
        </w:rPr>
        <w:t xml:space="preserve">[21:23] </w:t>
      </w:r>
      <w:r>
        <w:t>balke quran mein aata hai, har cheez ko inspire karta hai. rab nahal, shahad ki makkhi ko inspire kiya.</w:t>
      </w:r>
    </w:p>
    <w:p>
      <w:pPr>
        <w:jc w:val="right"/>
      </w:pPr>
      <w:r>
        <w:t>बल्कि कुरान में आता है, हर चीज को इंस्पायर करता है। रब नहल, शहद की मक्खी को इंस्पायर किया।</w:t>
      </w:r>
    </w:p>
    <w:p>
      <w:r>
        <w:rPr>
          <w:b/>
        </w:rPr>
        <w:t xml:space="preserve">[21:29] </w:t>
      </w:r>
      <w:r>
        <w:t>hum to woh inspiration ke zariye, to jab jab is kadar gahri gahrai se insan khuda ko yaad karta hai ki uske aankhon se aansu bahne shuru ho jate hain aur woh tanhai mein hota hai, woh zikr hum woh kisi loudspeaker par nahi hota hai.</w:t>
      </w:r>
    </w:p>
    <w:p>
      <w:pPr>
        <w:jc w:val="right"/>
      </w:pPr>
      <w:r>
        <w:t>हम तो वो इंस्पिरेशन के जरिए, तो जब जब इस कदर गहरी गहराई से इंसान खुदा को याद करता है कि उसके आंखों से आंसू बहने शुरू हो जाते हैं और वो तन्हाई में होता है, वो जिक्र हम वो किसी लाउडस्पीकर पर नहीं होता है।</w:t>
      </w:r>
    </w:p>
    <w:p>
      <w:r>
        <w:rPr>
          <w:b/>
        </w:rPr>
        <w:t xml:space="preserve">[21:47] </w:t>
      </w:r>
      <w:r>
        <w:t>ji, to tanhai yani seclusion aur aur aur emotions ke saath jab zikr hota hai, tab ye mumkin hota hai ki allah ki taraf se inspiration shuru ho jate hain. aur isi ke zariye insan ka spiritual development hota hai. ji, ma</w:t>
      </w:r>
    </w:p>
    <w:p>
      <w:pPr>
        <w:jc w:val="right"/>
      </w:pPr>
      <w:r>
        <w:t>जी, तो तन्हाई यानी सेक्लूजन और और और इमोशंस के साथ जब जिक्र होता है, तब यह मुमकिन होता है कि अल्लाह की तरफ से इंस्पिरेशन शुरू हो जाते हैं। और इसी के जरिए इंसान का स्पिरिचुअल डेवलपमेंट होता है। जी, मा</w:t>
      </w:r>
    </w:p>
    <w:p>
      <w:r>
        <w:rPr>
          <w:b/>
        </w:rPr>
        <w:t xml:space="preserve">[22:06] </w:t>
      </w:r>
      <w:r>
        <w:t>shaa allah, doctor sahab, conversation ke bare mein maine aapse poocha, ek interesting incident hai kyunki sahaba ka bhi</w:t>
      </w:r>
    </w:p>
    <w:p>
      <w:pPr>
        <w:jc w:val="right"/>
      </w:pPr>
      <w:r>
        <w:t>शाल्लाह, डॉक्टर साहब, कन्वर्सेशन के बारे में मैंने आपसे पूछा, एक इंटरेस्टिंग इंसिडेंट है क्योंकि सहाबा का भी</w:t>
      </w:r>
    </w:p>
    <w:p>
      <w:r>
        <w:rPr>
          <w:b/>
        </w:rPr>
        <w:t xml:space="preserve">[22:13] </w:t>
      </w:r>
      <w:r>
        <w:t>ye tareeka hota tha ki wo conversations kiya karte the.</w:t>
      </w:r>
    </w:p>
    <w:p>
      <w:pPr>
        <w:jc w:val="right"/>
      </w:pPr>
      <w:r>
        <w:t>ये तरीका होता था कि वो कन्वर्सेशंस किया करते थे।</w:t>
      </w:r>
    </w:p>
    <w:p>
      <w:r>
        <w:rPr>
          <w:b/>
        </w:rPr>
        <w:t xml:space="preserve">[22:16] </w:t>
      </w:r>
      <w:r>
        <w:t>aur aapne kuch hadis bhi bayan kari ki ek martaba rasool allah raat ke waqt nikle, to unhone</w:t>
      </w:r>
    </w:p>
    <w:p>
      <w:pPr>
        <w:jc w:val="right"/>
      </w:pPr>
      <w:r>
        <w:t>और आपने कुछ हदीस भी बयान करी कि एक मर्तबा रसूल अल्लाह रात के वक्त निकले, तो उन्होंने</w:t>
      </w:r>
    </w:p>
    <w:p>
      <w:r>
        <w:rPr>
          <w:b/>
        </w:rPr>
        <w:t xml:space="preserve">[22:23] </w:t>
      </w:r>
      <w:r>
        <w:t>dekha ki hazrat abu bakar pray kar rahe hain, bahut bahut hi low voice mein pray kar rahe</w:t>
      </w:r>
    </w:p>
    <w:p>
      <w:pPr>
        <w:jc w:val="right"/>
      </w:pPr>
      <w:r>
        <w:t>देखा कि हजरत अबू बकर प्रे कर रहे हैं, बहुत बहुत ही लो वॉइस में प्रे कर रहे</w:t>
      </w:r>
    </w:p>
    <w:p>
      <w:r>
        <w:rPr>
          <w:b/>
        </w:rPr>
        <w:t xml:space="preserve">[22:28] </w:t>
      </w:r>
      <w:r>
        <w:t>the. phir woh aage hazrat umar ke aage se nikle, to unhone dekha ki woh bahut tez pray</w:t>
      </w:r>
    </w:p>
    <w:p>
      <w:pPr>
        <w:jc w:val="right"/>
      </w:pPr>
      <w:r>
        <w:t>थे। फिर वह आगे हजरत उमर के आगे से निकले, तो उन्होंने देखा कि वह बहुत तेज प्रे</w:t>
      </w:r>
    </w:p>
    <w:p>
      <w:r>
        <w:rPr>
          <w:b/>
        </w:rPr>
        <w:t xml:space="preserve">[22:35] </w:t>
      </w:r>
      <w:r>
        <w:t>kar rahe hain.</w:t>
      </w:r>
    </w:p>
    <w:p>
      <w:pPr>
        <w:jc w:val="right"/>
      </w:pPr>
      <w:r>
        <w:t>कर रहे हैं।</w:t>
      </w:r>
    </w:p>
    <w:p>
      <w:r>
        <w:rPr>
          <w:b/>
        </w:rPr>
        <w:t xml:space="preserve">[22:36] </w:t>
      </w:r>
      <w:r>
        <w:t>to baad mein jab woh dono Prophet ke paas aaye, to Prophet ne Hazrat Abu Bakr se kaha ki "why were you praying in such low voice?" so he said to Prophet, "that o Prophet, I was in conversation with God." and then he ask the same question to Hazrat Umar, "that why were you, you know, praying in such loud voice?" so he said, "I was driving away the drowsiness and I was repelling the s</w:t>
      </w:r>
    </w:p>
    <w:p>
      <w:pPr>
        <w:jc w:val="right"/>
      </w:pPr>
      <w:r>
        <w:t>तो बाद में जब वो दोनों प्रॉफिट के पास आए, तो प्रॉफिट ने हजरत अबू बकर से कहा कि "व्हाई वर यू प्रेइंग इन सच लो वॉइस?" सो ही सेड टू प्रॉफिट, "दैट ओ प्रॉफिट, आई वाज इन कन्वर्सेशन विद गॉड।" एंड देन ही आस्क द सेम क्वेश्चन टू हजरत उमर, "दैट व्हाई वर यू, यू नो, प्रेइंग इन सच लाउड वॉइस?" सो ही सेड, "आई वाज ड्राइविंग अवे द ड्राउजनेस एंड आई वाज रिपल्सिंग द स</w:t>
      </w:r>
    </w:p>
    <w:p>
      <w:r>
        <w:rPr>
          <w:b/>
        </w:rPr>
        <w:t xml:space="preserve">[23:02] </w:t>
      </w:r>
      <w:r>
        <w:t>atan." to rasulallah ne kaha hazrat abu bakr se ki "raise up your voice." and hazrat umar se kaha ki "raise down your voice a bit." to bada interesting conversation tha. doctor sahab, there are two beautiful phrases of zikr, "subhan allahi wa bi hamdi subhan allah il azeem." "glory be to god." "all praise is due to god." and "glory is for god the most great</w:t>
      </w:r>
    </w:p>
    <w:p>
      <w:pPr>
        <w:jc w:val="right"/>
      </w:pPr>
      <w:r>
        <w:t>ैटर्न।" तो रसूलल्लाह ने कहा हजरत अबू बकर से कि "रेज अप योर वॉइस।" एंड हजरत उमर से कहा कि "रेज डाउन योर वॉइस अ बिट।" तो बड़ा इंटरेस्टिंग कन्वर्सेशन था। डॉक्टर साहब, देयर आर टू ब्यूटीफुल फ्रेजेस ऑफ जिक्र, "सुभान अल्लाही व ब हमदी सुभान अल्लाह इल अजीम।" "ग्लोरी बी टू गॉड।" "ऑल प्रेज इज ड्यू टू गॉड।" एंड "ग्लोरी इज फॉर गॉड द मोस्ट ग्रेट</w:t>
      </w:r>
    </w:p>
    <w:p>
      <w:r>
        <w:rPr>
          <w:b/>
        </w:rPr>
        <w:t xml:space="preserve">[23:29] </w:t>
      </w:r>
      <w:r>
        <w:t>." to main chahunga is iske bare mein aap batayen, isko wazeh karen. ji, ye bahut hi khubsurat phrase hai. rasulallah sallallahu alaihi wasallam ne, profit ne kaha ki "kalim tane khafi fatane al lisan." there are two phrases which are very light on the tongue, "saqal tane fil mizan." and yet they are very heavy in the balance, in the scale of the day of j</w:t>
      </w:r>
    </w:p>
    <w:p>
      <w:pPr>
        <w:jc w:val="right"/>
      </w:pPr>
      <w:r>
        <w:t>।" तो मैं चाहूंगा इस इसके बारे में आप बताएं, इसको वाजे करें। जी, यह बहुत ही खूबसूरत फ्रेज है। रसूलल्लाह सल्लल्लाहु अलैहि वसल्लम ने, प्रॉफिट ने कहा कि "कलिम ताने खफी फताने अल लिसान।" देयर आर टू फ्रेजेस च आर वेरी लाइट ऑन द टंग, "सकल ताने फिल मीजान।" एंड यट दे आर वेरी हैवी इन द बैलेंस, इन द स्केल ऑफ द डे ऑफ ज</w:t>
      </w:r>
    </w:p>
    <w:p>
      <w:r>
        <w:rPr>
          <w:b/>
        </w:rPr>
        <w:t xml:space="preserve">[23:54] </w:t>
      </w:r>
      <w:r>
        <w:t>jment, "habib tane il rahman." and "much beloved to the merciful." aur ye hai "subhan allah wa bi hamdi subhan allah il azeem." "glory be to allah and his praise." and "glory be to allah the supreme." to ye jo do phrases hain ya words hain, "subhan allah wa bi hamdi subhan allah il azeem,"</w:t>
      </w:r>
    </w:p>
    <w:p>
      <w:pPr>
        <w:jc w:val="right"/>
      </w:pPr>
      <w:r>
        <w:t>जमेंट, "हबीब ताने इल रहमान।" एंड "मच बिलव्ड टू द मर्सीफुल।" और यह है "सुभान अल्लाह व ब हमदी सुभान अल्लाह इल अजीम।" "ग्लोरी बी टू अल्लाह एंड हिज प्रेज।" एंड "ग्लोरी बी टू अल्लाह द सुप्रीम।" तो यह जो दो फ्रेजेस हैं या वर्ड्स हैं, "सुभान अल्लाह व ब हमदी सुभान अल्लाह इल अजीम,"</w:t>
      </w:r>
    </w:p>
    <w:p>
      <w:r>
        <w:rPr>
          <w:b/>
        </w:rPr>
        <w:t xml:space="preserve">[24:18] </w:t>
      </w:r>
      <w:r>
        <w:t>ye darasal acknowledgment yani tara ka ke kalima ke kalima hain ki insan jab gaur karta hai ki allah tala ne humein paida kiya hai aur saari cheezein is duniya mein jo humein mil rahi hain, sunlight aur oxygen aur duniya mein jo cheezein hain, woh anganit cheezein hain, jo un un sab cheezon ko jab zikr jab yaad karta hai,</w:t>
      </w:r>
    </w:p>
    <w:p>
      <w:pPr>
        <w:jc w:val="right"/>
      </w:pPr>
      <w:r>
        <w:t>यह दरअसल एकनॉलेजमेंट यानी तरा का के कलिमा के कलिमा हैं कि इंसान जब गौर करता है कि अल्लाह ताला ने हमें पैदा किया है और सारी चीजें इस दुनिया में जो हमें मिल रही हैं, सनलाइट और ऑक्सीजन और दुनिया में जो चीजें हैं, व अनगिनत चीजें हैं, जो उन उन सब चीजों को जब जिक्र जब याद करता है,</w:t>
      </w:r>
    </w:p>
    <w:p>
      <w:r>
        <w:rPr>
          <w:b/>
        </w:rPr>
        <w:t xml:space="preserve">[24:46] </w:t>
      </w:r>
      <w:r>
        <w:t>tab uske dil se aisa kalima nikal nikalta hai, "subhan allah ya alham</w:t>
      </w:r>
    </w:p>
    <w:p>
      <w:pPr>
        <w:jc w:val="right"/>
      </w:pPr>
      <w:r>
        <w:t>तब उसके दिल से ऐसा कलिमा निकल निकलता है, "सुभान अल्लाह या अल्हम्</w:t>
      </w:r>
    </w:p>
    <w:p>
      <w:r>
        <w:rPr>
          <w:b/>
        </w:rPr>
        <w:t xml:space="preserve">[24:51] </w:t>
      </w:r>
      <w:r>
        <w:t>dulillah." hadis mein aata hai ki "alhamdulillah tal mizan." yani "alhamdulillah" jo aap bolte hain zuban se, usse day of judgment ka jo scale hai,</w:t>
      </w:r>
    </w:p>
    <w:p>
      <w:pPr>
        <w:jc w:val="right"/>
      </w:pPr>
      <w:r>
        <w:t>दुलिल्लाह।" हदीस में आता है कि "अल्हम्दुलिल्लाह तल मीजान।" यानी "अल्हम्दुलिल्लाह" जो आप बोलते हैं जुबान से, उससे डे ऑफ जजमेंट का जो स्केल है,</w:t>
      </w:r>
    </w:p>
    <w:p>
      <w:r>
        <w:rPr>
          <w:b/>
        </w:rPr>
        <w:t xml:space="preserve">[25:03] </w:t>
      </w:r>
      <w:r>
        <w:t>jo balance hai, woh bhar jayega. halaanki woh balance itna bada hai ki tasavvur nahi kar sakte, woh jo balance hoga on the day of judgment, jis par hamari deeds tauli jayengi, uske incharge honge farishte jibrail. to</w:t>
      </w:r>
    </w:p>
    <w:p>
      <w:pPr>
        <w:jc w:val="right"/>
      </w:pPr>
      <w:r>
        <w:t>जो बैलेंस है, वह भर जाएगा। हालांकि वह बैलेंस इतना बड़ा है कि तसव्वुर नहीं कर सकते, वह जो बैलेंस होगा ऑन द डे ऑफ जजमेंट, जिस पर हमारी डीड्स तौली जाएंगी, उसके इंचार्ज होंगे फरिश्ते जिब्रील। तो</w:t>
      </w:r>
    </w:p>
    <w:p>
      <w:r>
        <w:rPr>
          <w:b/>
        </w:rPr>
        <w:t xml:space="preserve">[25:21] </w:t>
      </w:r>
      <w:r>
        <w:t>aap tasavvur kar sakte hain, jo greatest mightiest angel hai, he will be the incharge of that scale, that balance on the day of judgment. lekin rasulallah ne kaha tha ki "alhamdulillah, agar aapke munh se nikla to mizan pura bhar jayega." yani woh dil se agar nik</w:t>
      </w:r>
    </w:p>
    <w:p>
      <w:pPr>
        <w:jc w:val="right"/>
      </w:pPr>
      <w:r>
        <w:t>आप तसव्वुर कर सकते हैं, जो ग्रेटेस्ट माइटेस्ट एंजल है, ही विल बी द इंचार्ज ऑफ दैट स्केल, दैट बैलेंस ऑन द डे ऑफ जजमेंट। लेकिन रसूलल्लाह ने कहा था कि "अल्हम्दुलिल्लाह, अगर आपके मुंह से निकला तो मीजान पूरा भर जाएगा।" यानी वो दिल से अगर निक</w:t>
      </w:r>
    </w:p>
    <w:p>
      <w:r>
        <w:rPr>
          <w:b/>
        </w:rPr>
        <w:t xml:space="preserve">[25:38] </w:t>
      </w:r>
      <w:r>
        <w:t>le, to ye ye ye dil se yaani gehrai se agar nikalta hai, tabhi ye ye koi verbal</w:t>
      </w:r>
    </w:p>
    <w:p>
      <w:pPr>
        <w:jc w:val="right"/>
      </w:pPr>
      <w:r>
        <w:t>ले, तो ये ये ये दिल से यानी गहराई से अगर निकलता है, तभी ये ये कोई वर्बल</w:t>
      </w:r>
    </w:p>
    <w:p>
      <w:r>
        <w:rPr>
          <w:b/>
        </w:rPr>
        <w:t xml:space="preserve">[25:45] </w:t>
      </w:r>
      <w:r>
        <w:t>repetition ki baat nahi hai, balki balki yeh ek</w:t>
      </w:r>
    </w:p>
    <w:p>
      <w:pPr>
        <w:jc w:val="right"/>
      </w:pPr>
      <w:r>
        <w:t>रिपीटेशन की बात नहीं है, बल्कि बल्कि यह एक</w:t>
      </w:r>
    </w:p>
    <w:p>
      <w:r>
        <w:rPr>
          <w:b/>
        </w:rPr>
        <w:t xml:space="preserve">[25:51] </w:t>
      </w:r>
      <w:r>
        <w:t>247 amal hai.</w:t>
      </w:r>
    </w:p>
    <w:p>
      <w:pPr>
        <w:jc w:val="right"/>
      </w:pPr>
      <w:r>
        <w:t>247 अमल है।</w:t>
      </w:r>
    </w:p>
    <w:p>
      <w:r>
        <w:rPr>
          <w:b/>
        </w:rPr>
        <w:t xml:space="preserve">[25:53] </w:t>
      </w:r>
      <w:r>
        <w:t>aur har waqt insan khuda</w:t>
      </w:r>
    </w:p>
    <w:p>
      <w:pPr>
        <w:jc w:val="right"/>
      </w:pPr>
      <w:r>
        <w:t>और हर वक्त इंसान खुदा</w:t>
      </w:r>
    </w:p>
    <w:p>
      <w:r>
        <w:rPr>
          <w:b/>
        </w:rPr>
        <w:t xml:space="preserve">[25:57] </w:t>
      </w:r>
      <w:r>
        <w:t>ki nematوں mein</w:t>
      </w:r>
    </w:p>
    <w:p>
      <w:pPr>
        <w:jc w:val="right"/>
      </w:pPr>
      <w:r>
        <w:t>की नेमतों में</w:t>
      </w:r>
    </w:p>
    <w:p>
      <w:r>
        <w:rPr>
          <w:b/>
        </w:rPr>
        <w:t xml:space="preserve">[25:59] </w:t>
      </w:r>
      <w:r>
        <w:t>sarshar hai, khuda ki nemat nematوں ki barish ho rahi hai aur woh har waqt usmein</w:t>
      </w:r>
    </w:p>
    <w:p>
      <w:pPr>
        <w:jc w:val="right"/>
      </w:pPr>
      <w:r>
        <w:t>सरशार है, खुदा की नेमत नेमतों की बारिश हो रही है और वह हर वक्त उसमें</w:t>
      </w:r>
    </w:p>
    <w:p>
      <w:r>
        <w:rPr>
          <w:b/>
        </w:rPr>
        <w:t xml:space="preserve">[26:09] </w:t>
      </w:r>
      <w:r>
        <w:t>usmein rehta hai.</w:t>
      </w:r>
    </w:p>
    <w:p>
      <w:pPr>
        <w:jc w:val="right"/>
      </w:pPr>
      <w:r>
        <w:t>उसमें रहता है।</w:t>
      </w:r>
    </w:p>
    <w:p>
      <w:r>
        <w:rPr>
          <w:b/>
        </w:rPr>
        <w:t xml:space="preserve">[26:10] </w:t>
      </w:r>
      <w:r>
        <w:t>to</w:t>
      </w:r>
    </w:p>
    <w:p>
      <w:pPr>
        <w:jc w:val="right"/>
      </w:pPr>
      <w:r>
        <w:t>तो</w:t>
      </w:r>
    </w:p>
    <w:p>
      <w:r>
        <w:rPr>
          <w:b/>
        </w:rPr>
        <w:t xml:space="preserve">[26:11] </w:t>
      </w:r>
      <w:r>
        <w:t>ye ek 24/7 amal hai jo ki ek momin ke dil mein har waqt jari rehta hai. ji, jazakallah. doctor sahab, bahut saare log program ko pasand kar rahe hain. main kuch comments lena chahunga, saare to nahi le sakta. ye comment bheja hai miss farida kamran ne pakistan se. unhon ne likha hai, "zikr is a part of life and zikr is an outcome of realization of god."</w:t>
      </w:r>
    </w:p>
    <w:p>
      <w:pPr>
        <w:jc w:val="right"/>
      </w:pPr>
      <w:r>
        <w:t>यह एक 247 अमल है जो कि एक मोमिन के दिल में हर वक्त जारी रहता है। जी, जजाकल्लाह। डॉक्टर साहब, बहुत सारे लोग प्रोग्राम को पसंद कर रहे हैं। मैं कुछ कमेंट्स लेना चाहूंगा, सारे तो नहीं ले सकता। यह कमेंट भेजा है मिस फरीदा कामरान ने पाकिस्तान से। उन्होंने लिखा है, "जिक्र इज अ पार्ट ऑफ लाइफ एंड जिक्र इज एन आउटकम ऑफ रिलाइजेशन ऑफ गॉड।"</w:t>
      </w:r>
    </w:p>
    <w:p>
      <w:r>
        <w:rPr>
          <w:b/>
        </w:rPr>
        <w:t xml:space="preserve">[26:40] </w:t>
      </w:r>
      <w:r>
        <w:t>jazakallah, very inspiring session, nice explanation. stay blessed. anjum hani ne likha hai, inhon ne location nahi likhi hai, "i really want spiritual development in my life." zubair khan sahab ne pune se likha hai, "yes, actually 100% physical sense mein allah qarib hai." mohammad asif khan sahab ne lucknow se likha hai, "behtareen session, alhamdulillah."</w:t>
      </w:r>
    </w:p>
    <w:p>
      <w:pPr>
        <w:jc w:val="right"/>
      </w:pPr>
      <w:r>
        <w:t>जजाकल्लाह, वेरी इंस्पायरिंग सेशन, नाइस एक्सप्लेनेशन। स्टे ब्लेस्ड। अंजुम हनी ने लिखा है, इन्होंने लोकेशन नहीं लिखी है, "आई रियली वांट स्पिरिचुअल डेवलपमेंट इन माय लाइफ।" जुबेर खान साहब ने पुणे से लिखा है, "यस, एक्चुअली 100% फिजिकल सेंस में अल्लाह करीब है।" मोहम्मद आसिफ खान साहब ने लखनऊ से लिखा है, "बेहतरीन सेशन, अल्हम्दुलिल्लाह।"</w:t>
      </w:r>
    </w:p>
    <w:p>
      <w:r>
        <w:rPr>
          <w:b/>
        </w:rPr>
        <w:t xml:space="preserve">[27:06] </w:t>
      </w:r>
      <w:r>
        <w:t>indoneshiya se mohammad faisal sahab ne likha hai, "alhmdulillah, allah bles you dear." mis reshama parvez ne kochi se, unhone bahut lamba doctor sahab ek message likha hai, main wo nahi padh sakta, balki main unko request karunga ki chhota karke bhejen kyunki bahut hi lamba message hai. lekin unhone session ko bahut pasand kiya hai. doctor sahab, ek sawal jo sabke zehan mein aata hai, wah yah ki "is there a approp time for zikr?"</w:t>
      </w:r>
    </w:p>
    <w:p>
      <w:pPr>
        <w:jc w:val="right"/>
      </w:pPr>
      <w:r>
        <w:t>इंडोनेशिया से मोहम्मद फैसल साहब ने लिखा है, "अल्हम्दुलिल्लाह, अल्लाह ब्लेस यू डियर।" मिस रेशमा परवेज ने कोची से, उन्होंने बहुत लंबा डॉक्टर साहब एक मैसेज लिखा है, मैं वो नहीं पढ़ सकता, बल्कि मैं उनको रिक्वेस्ट करूंगा कि छोटा करके भेजें क्योंकि बहुत ही लंबा मैसेज है। लेकिन उन्होंने सेशन को बहुत पसंद किया है। डॉक्टर साहब, एक सवाल जो सबके जहन में आता है, वह यह कि "इज देयर अ अप्रोपो टाइम फॉर जिक्र?"</w:t>
      </w:r>
    </w:p>
    <w:p>
      <w:r>
        <w:rPr>
          <w:b/>
        </w:rPr>
        <w:t xml:space="preserve">[27:36] </w:t>
      </w:r>
      <w:r>
        <w:t>and second, "is tasbeeh needed for remembering god?" iske bare mein aap hum sabko bataen. sir, dekhen, time to aisa koi hai nahi specific ki is is waqt zikr karen, us waqt karen. aur tasbeeh bhi yah baad ki cheezen hain. ji,</w:t>
      </w:r>
    </w:p>
    <w:p>
      <w:pPr>
        <w:jc w:val="right"/>
      </w:pPr>
      <w:r>
        <w:t>एंड सेकंड, "इज तस्बीह नीडेड फॉर रिमेंबरिंग गॉड?" इसके बारे में आप हम सबको बताएं। सर, देखिए, टाइम तो ऐसा कोई है नहीं स्पेसिफिक कि इस इस वक्त आप जिक्र करें, उस वक्त करें। और तस्बीह भी यह बाद की चीजें हैं। जी,</w:t>
      </w:r>
    </w:p>
    <w:p>
      <w:r>
        <w:rPr>
          <w:b/>
        </w:rPr>
        <w:t xml:space="preserve">[27:55] </w:t>
      </w:r>
      <w:r>
        <w:t>tasbeeh ka to yah hai ki aise aap gin rahe hain usko aur aapka mind kahin aur hai. to yah kya cheez hai? yah to</w:t>
      </w:r>
    </w:p>
    <w:p>
      <w:pPr>
        <w:jc w:val="right"/>
      </w:pPr>
      <w:r>
        <w:t>तस्बीह का तो यह है कि ऐसे आप गिन रहे हैं उसको और आपका माइंड कहीं और है। तो यह क्या चीज है? यह तो</w:t>
      </w:r>
    </w:p>
    <w:p>
      <w:r>
        <w:rPr>
          <w:b/>
        </w:rPr>
        <w:t xml:space="preserve">[28:02] </w:t>
      </w:r>
      <w:r>
        <w:t>kuchh bhi nahi hai. to darasal, yah to ek life long exercise hai jo har waqt ek believer ke mind mein chalti chalta rehta hai, jaise uska dil dhadak raha hai. isi tarike se khuda ke zikr mein bhi usko usmein rehta hai. wah</w:t>
      </w:r>
    </w:p>
    <w:p>
      <w:pPr>
        <w:jc w:val="right"/>
      </w:pPr>
      <w:r>
        <w:t>कुछ भी नहीं है। तो दरअसल, यह तो एक लाइफ लॉन्ग एक्सरसाइज है जो हर वक्त एक बिलीवर के माइंड में चलती चलता रहता है, जैसे उसका दिल धड़क रहा है। इसी तरीके से खुदा के जिक्र में भी उसको उसमें रहता है। वह</w:t>
      </w:r>
    </w:p>
    <w:p>
      <w:r>
        <w:rPr>
          <w:b/>
        </w:rPr>
        <w:t xml:space="preserve">[28:23] </w:t>
      </w:r>
      <w:r>
        <w:t>aur ek hadith mein aata hai, hazrat aisha razi allah anha ki hadith hai ki "kana rasulullah sallallahu alaihi wasallam yajak allah ala kul ayan." yani rasulullah har mauke par, har mauke par khuda ko yaad karte the. to har mauke ke har mauke ka matlab kya hai?</w:t>
      </w:r>
    </w:p>
    <w:p>
      <w:pPr>
        <w:jc w:val="right"/>
      </w:pPr>
      <w:r>
        <w:t>और एक हदीस में आता है, हजरत आयशा रजि अल्लाह अन्हा की हदीस है कि "काना रसूलल्लाह सल्लल्लाहु अलैहि वसल्लम यजक अल्लाह अला कुल अयान।" यानी रसूलल्लाह हर मौके पर, हर मौके पर खुदा को याद करते थे। तो हर मौके के हर मौके का मतलब क्या है?</w:t>
      </w:r>
    </w:p>
    <w:p>
      <w:r>
        <w:rPr>
          <w:b/>
        </w:rPr>
        <w:t xml:space="preserve">[28:45] </w:t>
      </w:r>
      <w:r>
        <w:t>yani on all okajen, the profit would remember god</w:t>
      </w:r>
    </w:p>
    <w:p>
      <w:pPr>
        <w:jc w:val="right"/>
      </w:pPr>
      <w:r>
        <w:t>यानी ऑन ऑल ओकेज, द प्रॉफिट वुड रिमेंबर गॉड</w:t>
      </w:r>
    </w:p>
    <w:p>
      <w:r>
        <w:rPr>
          <w:b/>
        </w:rPr>
        <w:t xml:space="preserve">[28:50] </w:t>
      </w:r>
      <w:r>
        <w:t>. maulana ne isko explain kiya hai aur is is zikr ka jo concept hai, usko bahut hi achhe andaaz mein bataya hai apni kitabon mein, apne usmein lecture mein ki zikr wah hai, khuda ki yaad wah hai jo point of reference se ki jati hai. ji, bahut important point of reference bahut hi aham hai. isse samajh mein aa</w:t>
      </w:r>
    </w:p>
    <w:p>
      <w:pPr>
        <w:jc w:val="right"/>
      </w:pPr>
      <w:r>
        <w:t>। मौलाना ने इसको एक्सप्लेन किया है और इस इस जिक्र का जो कांसेप्ट है, उसको बहुत ही अच्छे अंदाज में बताया है अपनी किताबों में, अपने उसमें लेक्चर में कि जिक्र वह है, खुदा की याद वह है जो पॉइंट ऑफ रेफरेंस से की जाती है। जी, बहुत इंपोर्टेंट पॉइंट ऑफ रेफरेंस बहुत ही अहम है। इससे समझ में आ</w:t>
      </w:r>
    </w:p>
    <w:p>
      <w:r>
        <w:rPr>
          <w:b/>
        </w:rPr>
        <w:t xml:space="preserve">[29:15] </w:t>
      </w:r>
      <w:r>
        <w:t>ti hai baat. banis bat hai ki ek ek vacuum mein aap allah allah allah kar rahe hain, uske bajay point of reference yah hai ki aap cheezon ko dekhte hain. hum kyunki insan observe karta hai ji ki barish kaise baras rahi hai, hawaen kaise chal rahi hain, yah gravity kitni appropriate hai is duniya mein. aur suraj chamak raha hai aur chand nikal raha hai. aur sari jo nature ke phenomena hain, jab us par gaur karta hai,</w:t>
      </w:r>
    </w:p>
    <w:p>
      <w:pPr>
        <w:jc w:val="right"/>
      </w:pPr>
      <w:r>
        <w:t>ती है बात। बनिस बत है कि एक एक वैक्यूम में आप अल्लाह अल्लाह अल्लाह कर रहे हैं, उसके बजाय पॉइंट ऑफ रेफरेंस यह है कि आप चीजों को देखते हैं। हम क्योंकि इंसान ऑब्जर्व करता है जी कि बारिश कैसे बरस रही है, हवाएं कैसे चल रही हैं, यह ग्रेविटी कितनी एप्रोप्रियेट है इस दुनिया में। और सूरज चमक रहा है और चांद निकल रहा है। और सारी जो नेचर के फिनोमिना है, जब उस पर गौर करता है,</w:t>
      </w:r>
    </w:p>
    <w:p>
      <w:r>
        <w:rPr>
          <w:b/>
        </w:rPr>
        <w:t xml:space="preserve">[29:42] </w:t>
      </w:r>
      <w:r>
        <w:t>ek chhote bachche ko bhi hum dekhte hain, to hum hairaan ho jate hain kaise yah bachcha paida hua hai aur kaise yah bol raha hai, chal raha hai, kaise sari uske andar wo faculties maujood hain. to yah yah point of referen</w:t>
      </w:r>
    </w:p>
    <w:p>
      <w:pPr>
        <w:jc w:val="right"/>
      </w:pPr>
      <w:r>
        <w:t>एक छोटे बच्चे को भी हम देखते हैं, तो हम हैरान हो जाते हैं कैसे यह बच्चा पैदा हुआ है और कैसे यह बोल रहा है, चल रहा है, कैसे सारी उसके अंदर वो फैकल्टीज मौजूद हैं। तो यह यह पॉइंट ऑफ रेफरें</w:t>
      </w:r>
    </w:p>
    <w:p>
      <w:r>
        <w:rPr>
          <w:b/>
        </w:rPr>
        <w:t xml:space="preserve">[29:54] </w:t>
      </w:r>
      <w:r>
        <w:t>ce hai. yani aap insan khud apne bare mein soche ki kaise wah kaam karta hai, kaise sari jo bade-bade plans banata hai, kaise execute karta hai. mind ki jo zahan ka jo jo uske andar ek zahan hai, uske bare mein. yani yah sari cheezen isko maulana ne kaha hai ki reference point se allah ko ya</w:t>
      </w:r>
    </w:p>
    <w:p>
      <w:pPr>
        <w:jc w:val="right"/>
      </w:pPr>
      <w:r>
        <w:t>स है। यानी आप इंसान खुद अपने बारे में सोचे कि कैसे वह काम करता है, कैसे सारे जो बड़े-बड़े प्लांस बनाता है, कैसे एग्जीक्यूट करता है। माइंड की जो जहन का जो जो उसके अंदर एक जहन है, उसके बारे में। यानी यह सारी चीजें इसको मौलाना ने कहा है कि रेफरेंस पॉइंट से अल्लाह को या</w:t>
      </w:r>
    </w:p>
    <w:p>
      <w:r>
        <w:rPr>
          <w:b/>
        </w:rPr>
        <w:t xml:space="preserve">[30:21] </w:t>
      </w:r>
      <w:r>
        <w:t>d karna. to aisi cheezen har waqt aapke aapke samne aati hain. ek gilas pani bhi, aap jab pani pite hain, to aapko khuda se jod jodne wali cheez hai. wah har cheez ji. to yah hai zikr ka tarika. aur yani koi time nahi hai</w:t>
      </w:r>
    </w:p>
    <w:p>
      <w:pPr>
        <w:jc w:val="right"/>
      </w:pPr>
      <w:r>
        <w:t>द करना। तो ऐसी चीजें हर वक्त आपके आपके सामने आती हैं। एक गिलास पानी भी, आप जब पानी पीते हैं, तो आपको खुदा से जोड़ जोड़ने वाली चीज है। वह हर चीज जी। तो यह है जिक्र का तरीका। और यानी कोई टाइम नहीं है</w:t>
      </w:r>
    </w:p>
    <w:p>
      <w:r>
        <w:rPr>
          <w:b/>
        </w:rPr>
        <w:t xml:space="preserve">[30:41] </w:t>
      </w:r>
      <w:r>
        <w:t>ji. albatta, aap yah kah sakte hain ki jo fajar ka time hai ya tahajjud ka jo waqt hai, ab tahajjud ka waqt hai aur jo fajar ka waqt hai, wah aisa waqt hai ki usmein aap sirf namaz ke liye uthte hain. ji, aapko na na na khana khana hai us waqt, na aapko office jana hai, na aapko koi phone karna hai, na koi phone call aa raha hai, koi distraction nahi, koi deviation nahi. wa you you have just got up to pray. der</w:t>
      </w:r>
    </w:p>
    <w:p>
      <w:pPr>
        <w:jc w:val="right"/>
      </w:pPr>
      <w:r>
        <w:t>जी। अलबत्ता, आप यह कह सकते हैं कि जो फजर का टाइम है या तहज्जुद का जो वक्त है, अब तहज्जुद का वक्त है और जो फजर का वक्त है, वह ऐसा वक्त है कि उसमें आप सिर्फ नमाज के लिए उठते हैं। जी, आपको ना ना ना खाना खाना है उस वक्त, ना आपको ऑफिस जाना है, ना आपको कोई फोन करना है, ना कोई फोन कॉल आ रहा है, कोई डिस्ट्रक्शन नहीं, कोई डिवेशन नहीं। व यू यू हैव जस्ट गट अप टू प्रे। देर</w:t>
      </w:r>
    </w:p>
    <w:p>
      <w:r>
        <w:rPr>
          <w:b/>
        </w:rPr>
        <w:t xml:space="preserve">[31:08] </w:t>
      </w:r>
      <w:r>
        <w:t>is nothing us waqt. aap char baje, 5:00 baje, 4:00 baje, 5:00 baje kya kar kar sakte hain? to wo bahut hi ek to bahut hi keemti is lihaz se hai ki aap uthe hain namaz ke liye. ji, fajar ki to wo allah ke liye bahut mahboob hai. hum aap vaise uthe hain, agar normal tarike se jo uthte hain hum subah, to wo ek doosri baat hai. lekin khas namaz ke liye aap uth rahe hain. ji, tahajjud ki ya fajar ki, to wo to allah ke liye bahut bahut hi special ho jati hai. to</w:t>
      </w:r>
    </w:p>
    <w:p>
      <w:pPr>
        <w:jc w:val="right"/>
      </w:pPr>
      <w:r>
        <w:t>इज नथिंग उस वक्त। आप चार बजे, 5:00 बजे, 4:00 बजे, 5:00 बजे क्या कर कर सकते हैं? तो वो बहुत ही एक तो बहुत ही कीमती इस लिहाज से है कि आप उठे हैं नमाज के लिए। जी, फजर की तो वो अल्लाह के लिए बहुत महबूब है। हम आप वैसे उठे हैं, अगर नॉर्मल तरीके से जो उठते हैं हम सुबह, तो वो एक दूसरी बात है। लेकिन खास नमाज के लिए आप उठ रहे हैं। जी, तहज्जुद की या फजर की, तो वो तो अल्लाह के लिए बहुत बहुत ही स्पेशल हो जाती है। तो</w:t>
      </w:r>
    </w:p>
    <w:p>
      <w:r>
        <w:rPr>
          <w:b/>
        </w:rPr>
        <w:t xml:space="preserve">[31:36] </w:t>
      </w:r>
      <w:r>
        <w:t>us waqt yah hota hai ki koi distraction nahi hai, koi deviation nahi hai, koi phone call nahi aa rahi hai, koi koi bell nahi baj rahi hai, koi courier nahi aa raha hai, kuchh nahi aa raha hai. sare din ye sab chalta rehta hai. ji, ji, to bahut hi yani ek peaceful time hai us lihaz se. darasal, wo sari jo baat hai ki wo aapki kaifiyat ke upar hai.</w:t>
      </w:r>
    </w:p>
    <w:p>
      <w:pPr>
        <w:jc w:val="right"/>
      </w:pPr>
      <w:r>
        <w:t>उस वक्त यह होता है कि कोई डिस्ट्रक्शन नहीं है, कोई डिवेशन नहीं है, कोई फोन कॉल नहीं आ रही है, कोई कोई बेल नहीं बज रही है, कोई कुरियर नहीं आ रहा है, कुछ नहीं आ रहा है। सारे दिन ये सब चलता रहता है। जी, जी, तो बहुत ही यानी एक पीसफुल टाइम है उस लिहाज से। दरअसल, वो सारी जो बात है कि वो आपकी कैफियत के ऊपर है।</w:t>
      </w:r>
    </w:p>
    <w:p>
      <w:r>
        <w:rPr>
          <w:b/>
        </w:rPr>
        <w:t xml:space="preserve">[32:00] </w:t>
      </w:r>
      <w:r>
        <w:t>hum agar aapki jo jo dili kaifiyat hai, us waqt bedaar ho rahi hai, to wo is wajah</w:t>
      </w:r>
    </w:p>
    <w:p>
      <w:pPr>
        <w:jc w:val="right"/>
      </w:pPr>
      <w:r>
        <w:t>हम अगर आपकी जो जो दिली कैफियत है, उस वक्त बेदार हो रही है, तो वो इस वजह</w:t>
      </w:r>
    </w:p>
    <w:p>
      <w:r>
        <w:rPr>
          <w:b/>
        </w:rPr>
        <w:t xml:space="preserve">[32:06] </w:t>
      </w:r>
      <w:r>
        <w:t>se nahi ho rahi hai ke wo ek time hai, usme jo bhi uthke</w:t>
      </w:r>
    </w:p>
    <w:p>
      <w:pPr>
        <w:jc w:val="right"/>
      </w:pPr>
      <w:r>
        <w:t>से नहीं हो रही है कि वो एक टाइम है, उसमें जो भी उठके</w:t>
      </w:r>
    </w:p>
    <w:p>
      <w:r>
        <w:rPr>
          <w:b/>
        </w:rPr>
        <w:t xml:space="preserve">[32:10] </w:t>
      </w:r>
      <w:r>
        <w:t>zikr kar le, to bahut sawab hai uska.</w:t>
      </w:r>
    </w:p>
    <w:p>
      <w:pPr>
        <w:jc w:val="right"/>
      </w:pPr>
      <w:r>
        <w:t>जिक्र कर ले, तो बहुत सवाब है उसका।</w:t>
      </w:r>
    </w:p>
    <w:p>
      <w:r>
        <w:rPr>
          <w:b/>
        </w:rPr>
        <w:t xml:space="preserve">[32:12] </w:t>
      </w:r>
      <w:r>
        <w:t>ji, ye ye tasawwur islam mein nahi hai.</w:t>
      </w:r>
    </w:p>
    <w:p>
      <w:pPr>
        <w:jc w:val="right"/>
      </w:pPr>
      <w:r>
        <w:t>जी, ये ये तसव्वुर इस्लाम में नहीं है।</w:t>
      </w:r>
    </w:p>
    <w:p>
      <w:r>
        <w:rPr>
          <w:b/>
        </w:rPr>
        <w:t xml:space="preserve">[32:14] </w:t>
      </w:r>
      <w:r>
        <w:t>yaani lailatul qadr mein bhi koi agar jaage raat bhar, hum to usko usi ke mutabiq sawab milega,</w:t>
      </w:r>
    </w:p>
    <w:p>
      <w:pPr>
        <w:jc w:val="right"/>
      </w:pPr>
      <w:r>
        <w:t>यानी लैलतुल कद्र में भी कोई अगर जागे रात भर, हम तो उसको उसी के मुताबिक सवाब मिलेगा,</w:t>
      </w:r>
    </w:p>
    <w:p>
      <w:r>
        <w:rPr>
          <w:b/>
        </w:rPr>
        <w:t xml:space="preserve">[32:21] </w:t>
      </w:r>
      <w:r>
        <w:t>jitne uske dil mein kaifiyat hai, jitni utni istaada paida ki hai.</w:t>
      </w:r>
    </w:p>
    <w:p>
      <w:pPr>
        <w:jc w:val="right"/>
      </w:pPr>
      <w:r>
        <w:t>जितने उसके दिल में कैफियत है, जितनी उतनी इस्तदा पैदा की है।</w:t>
      </w:r>
    </w:p>
    <w:p>
      <w:r>
        <w:rPr>
          <w:b/>
        </w:rPr>
        <w:t xml:space="preserve">[32:25] </w:t>
      </w:r>
      <w:r>
        <w:t>bilkul aisa nahi hai ke koi bhi jaag ke aur dua karne lage, to usko bahut sawab mil</w:t>
      </w:r>
    </w:p>
    <w:p>
      <w:pPr>
        <w:jc w:val="right"/>
      </w:pPr>
      <w:r>
        <w:t>बिल्कुल ऐसा नहीं है कि कोई भी जाग के और दुआ करने लगे, तो उसको बहुत सवाब मिल</w:t>
      </w:r>
    </w:p>
    <w:p>
      <w:r>
        <w:rPr>
          <w:b/>
        </w:rPr>
        <w:t xml:space="preserve">[32:30] </w:t>
      </w:r>
      <w:r>
        <w:t>jaaye, karoron guna.</w:t>
      </w:r>
    </w:p>
    <w:p>
      <w:pPr>
        <w:jc w:val="right"/>
      </w:pPr>
      <w:r>
        <w:t>जाए, करोड़ों गुना।</w:t>
      </w:r>
    </w:p>
    <w:p>
      <w:r>
        <w:rPr>
          <w:b/>
        </w:rPr>
        <w:t xml:space="preserve">[32:31] </w:t>
      </w:r>
      <w:r>
        <w:t>aisa nahi hai.</w:t>
      </w:r>
    </w:p>
    <w:p>
      <w:pPr>
        <w:jc w:val="right"/>
      </w:pPr>
      <w:r>
        <w:t>ऐसा नहीं है।</w:t>
      </w:r>
    </w:p>
    <w:p>
      <w:r>
        <w:rPr>
          <w:b/>
        </w:rPr>
        <w:t xml:space="preserve">[32:32] </w:t>
      </w:r>
      <w:r>
        <w:t>wo to insaan ke dili kaifiyat se judi hui hai sab cheezein.</w:t>
      </w:r>
    </w:p>
    <w:p>
      <w:pPr>
        <w:jc w:val="right"/>
      </w:pPr>
      <w:r>
        <w:t>वो तो इंसान के दिली कैफियत से जुड़ी हुई है सब चीजें।</w:t>
      </w:r>
    </w:p>
    <w:p>
      <w:r>
        <w:rPr>
          <w:b/>
        </w:rPr>
        <w:t xml:space="preserve">[32:37] </w:t>
      </w:r>
      <w:r>
        <w:t>ji, to bas yeh keh sakte hain ke subah ka jo time hai, fajar ka jo time hai,</w:t>
      </w:r>
    </w:p>
    <w:p>
      <w:pPr>
        <w:jc w:val="right"/>
      </w:pPr>
      <w:r>
        <w:t>जी, तो बस यह कह सकते हैं कि सुबह का जो टाइम है, फजर का जो टाइम है,</w:t>
      </w:r>
    </w:p>
    <w:p>
      <w:r>
        <w:rPr>
          <w:b/>
        </w:rPr>
        <w:t xml:space="preserve">[32:42] </w:t>
      </w:r>
      <w:r>
        <w:t>tahajjud ka jo waqt hai, wah yaqeenan hamein madadgar</w:t>
      </w:r>
    </w:p>
    <w:p>
      <w:pPr>
        <w:jc w:val="right"/>
      </w:pPr>
      <w:r>
        <w:t>तहज्जुद का जो वक्त है, वह यकीनन हमें मददगार</w:t>
      </w:r>
    </w:p>
    <w:p>
      <w:r>
        <w:rPr>
          <w:b/>
        </w:rPr>
        <w:t xml:space="preserve">[32:48] </w:t>
      </w:r>
      <w:r>
        <w:t>sabith hota hai. bilkul ki hum apni spirituality ko jagae, kyunki us waqt koi disturbance nahi hai, koi distraction nahi hai.</w:t>
      </w:r>
    </w:p>
    <w:p>
      <w:pPr>
        <w:jc w:val="right"/>
      </w:pPr>
      <w:r>
        <w:t>साबित होता है। बिल्कुल कि हम अपनी स्पिरिचुअलिटी को जगाए, क्योंकि उस वक्त कोई डिस्टरबेंस नहीं है, कोई डिस्ट्रक्शन नहीं है।</w:t>
      </w:r>
    </w:p>
    <w:p>
      <w:r>
        <w:rPr>
          <w:b/>
        </w:rPr>
        <w:t xml:space="preserve">[32:54] </w:t>
      </w:r>
      <w:r>
        <w:t>تو یہ سب یعنی ایک انفرادی کے اوپر ہے۔</w:t>
      </w:r>
    </w:p>
    <w:p>
      <w:pPr>
        <w:jc w:val="right"/>
      </w:pPr>
      <w:r>
        <w:t>तो यह सब यानी एक इंडिविजुअल के ऊपर है।</w:t>
      </w:r>
    </w:p>
    <w:p>
      <w:r>
        <w:rPr>
          <w:b/>
        </w:rPr>
        <w:t xml:space="preserve">[32:57] </w:t>
      </w:r>
      <w:r>
        <w:t>hum ke usne kaise apne dil ko</w:t>
      </w:r>
    </w:p>
    <w:p>
      <w:pPr>
        <w:jc w:val="right"/>
      </w:pPr>
      <w:r>
        <w:t>हम कि उसने कैसे अपने दिल को</w:t>
      </w:r>
    </w:p>
    <w:p>
      <w:r>
        <w:rPr>
          <w:b/>
        </w:rPr>
        <w:t xml:space="preserve">[33:01] </w:t>
      </w:r>
      <w:r>
        <w:t>allah ke zikr ke liye khaali kiya aur kaise usne allah ki jo nematein hain, jo blessings hain,</w:t>
      </w:r>
    </w:p>
    <w:p>
      <w:pPr>
        <w:jc w:val="right"/>
      </w:pPr>
      <w:r>
        <w:t>अल्लाह के जिक्र के लिए खाली किया और कैसे उसने अल्लाह की जो नेमतें हैं, जो ब्लेसिंग्स हैं,</w:t>
      </w:r>
    </w:p>
    <w:p>
      <w:r>
        <w:rPr>
          <w:b/>
        </w:rPr>
        <w:t xml:space="preserve">[33:08] </w:t>
      </w:r>
      <w:r>
        <w:t>uske a uske andar paida hui.</w:t>
      </w:r>
    </w:p>
    <w:p>
      <w:pPr>
        <w:jc w:val="right"/>
      </w:pPr>
      <w:r>
        <w:t>उसके अ उसके अंदर पैदा हुई।</w:t>
      </w:r>
    </w:p>
    <w:p>
      <w:r>
        <w:rPr>
          <w:b/>
        </w:rPr>
        <w:t xml:space="preserve">[33:11] </w:t>
      </w:r>
      <w:r>
        <w:t>jaise maine abhi zikr kiya ke abhi jo maine wo hadees batai ke "zakr allah khaliya fajat aana"</w:t>
      </w:r>
    </w:p>
    <w:p>
      <w:pPr>
        <w:jc w:val="right"/>
      </w:pPr>
      <w:r>
        <w:t>जैसे मैंने अभी जिक्र किया कि अभी जो मैंने वो हदीस बताई कि "जकर अल्लाह खालिया फजत आना"</w:t>
      </w:r>
    </w:p>
    <w:p>
      <w:r>
        <w:rPr>
          <w:b/>
        </w:rPr>
        <w:t xml:space="preserve">[33:18] </w:t>
      </w:r>
      <w:r>
        <w:t>ke usne apne rab ko tanhai mein yaad kiya.</w:t>
      </w:r>
    </w:p>
    <w:p>
      <w:pPr>
        <w:jc w:val="right"/>
      </w:pPr>
      <w:r>
        <w:t>कि उसने अपने रब को तन्हाई में याद किया।</w:t>
      </w:r>
    </w:p>
    <w:p>
      <w:r>
        <w:rPr>
          <w:b/>
        </w:rPr>
        <w:t xml:space="preserve">[33:21] </w:t>
      </w:r>
      <w:r>
        <w:t>to fajar ka waqt to tanhai ka hi waqt hai.</w:t>
      </w:r>
    </w:p>
    <w:p>
      <w:pPr>
        <w:jc w:val="right"/>
      </w:pPr>
      <w:r>
        <w:t>तो फजर का वक्त तो तन्हाई का ही वक्त है।</w:t>
      </w:r>
    </w:p>
    <w:p>
      <w:r>
        <w:rPr>
          <w:b/>
        </w:rPr>
        <w:t xml:space="preserve">[33:23] </w:t>
      </w:r>
      <w:r>
        <w:t>ji, saare log so rahe hain, sirf</w:t>
      </w:r>
    </w:p>
    <w:p>
      <w:pPr>
        <w:jc w:val="right"/>
      </w:pPr>
      <w:r>
        <w:t>जी, सारे लोग सो रहे हैं, सिर्फ</w:t>
      </w:r>
    </w:p>
    <w:p>
      <w:r>
        <w:rPr>
          <w:b/>
        </w:rPr>
        <w:t xml:space="preserve">[33:25] </w:t>
      </w:r>
      <w:r>
        <w:t>aap uthe hue hain. ji, to wo bhi ek bahut hi aham hai. ji, aur main samajhta hoon ki yah yah marfat se aata hai. hum aur main hamesha do kitaben maulana wahiduddin khan sahab ki zaroor recommend karta hoon. ek to kitaben marfat. hum</w:t>
      </w:r>
    </w:p>
    <w:p>
      <w:pPr>
        <w:jc w:val="right"/>
      </w:pPr>
      <w:r>
        <w:t>आप उठे हुए हैं। जी, तो वो भी एक बहुत ही अहम है। जी, और मैं समझता हूं कि यह यह मारफ से आता है। हम और मैं हमेशा दो किताबें मौलाना वहीदुद्दीन खान साहब की जरूर रिकमेंड करता हूं। एक तो किताबें मारफ। हम</w:t>
      </w:r>
    </w:p>
    <w:p>
      <w:r>
        <w:rPr>
          <w:b/>
        </w:rPr>
        <w:t xml:space="preserve">[33:42] </w:t>
      </w:r>
      <w:r>
        <w:t>wo wakai zabardast kitab hai. yani jo ritualistic hamara andaaz aam taur se rehta hai, wo wo khatm hokar gehri gehra realization paida hota hai us kitab ke padhne se. ek to wo hai kitaben marfat english mein bhi aa gayi hai. ab aur doosra maulana ki jo commentary hai, quran commentary. ji, jo english, urdu, hindi kai languages mein hai aur taskur quran ke naam se.</w:t>
      </w:r>
    </w:p>
    <w:p>
      <w:pPr>
        <w:jc w:val="right"/>
      </w:pPr>
      <w:r>
        <w:t>वो वाकई जबरदस्त किताब है। यानी जो रिचुअलिस्टिक हमारा अंदाज आमतौर से रहता है, वो वो खत्म होके गहरी गहरा रिलाइजेशन पैदा होता है उस किताब के पढ़ने से। एक तो वो है किताबें मारफ इंग्लिश में भी आ गई है। अब और दूसरा मौलाना की जो कमेंट्री है, कुरान कमेंट्री। जी, जो इंग्लिश, उर्दू, हिंदी कई लैंग्वेजेस में है और तस्कूर कुरान के नाम से।</w:t>
      </w:r>
    </w:p>
    <w:p>
      <w:r>
        <w:rPr>
          <w:b/>
        </w:rPr>
        <w:t xml:space="preserve">[34:08] </w:t>
      </w:r>
      <w:r>
        <w:t>kyunki usmein usmein maulana ne wahi cheez di hai, quran ka jo wo aspect hai, inner deeper. ji, between the line jo aspect hai, usi ko wo ubhara hai. to wahi real aspect hai. to yah do cheezen agar padhen, to to isse isse aapke andar gehra gehari marfat paida hogi, gehari spirituality aayegi. aur usi se phir aapke andar se bade gehre zikr</w:t>
      </w:r>
    </w:p>
    <w:p>
      <w:pPr>
        <w:jc w:val="right"/>
      </w:pPr>
      <w:r>
        <w:t>क्योंकि उसमें उसमें मौलाना ने वही चीज दी है, कुरान का जो वो एस्पेक्ट है, इनर डीपर। जी, बिटवीन द लाइन जो एस्पेक्ट है, उसी को वो उभारा है। तो वही रियल एस्पेक्ट है। तो यह दो चीजें अगर पढ़े, तो अ तो इससे इससे आपके अंदर गहरा गहरी मारफ पैदा होगी, गहरी स्पिरिचुअलिटी आएगी। और उसी से फिर आपके अंदर से बड़े गहरे जिक्र</w:t>
      </w:r>
    </w:p>
    <w:p>
      <w:r>
        <w:rPr>
          <w:b/>
        </w:rPr>
        <w:t xml:space="preserve">[34:37] </w:t>
      </w:r>
      <w:r>
        <w:t>ji ke ehsasat paida honge. ji, aur doctor sahab, main viewers ko batana chahunga ki ye dono taskur quran, kitaben marfat aur uske english version, you can download it from www.cpsglobal.org. jo english version hai, uska title hai "discovery discovery god". discovery god. ji, doctor sahab, tahajjud aur fajar ke waqt ki bhi aapne baat kari aur humne session bhi kiya tha. bahut achha session tha. usi se mujhe do riwayat yaad aai.</w:t>
      </w:r>
    </w:p>
    <w:p>
      <w:pPr>
        <w:jc w:val="right"/>
      </w:pPr>
      <w:r>
        <w:t>जी के एहसासात पैदा होंगे। जी, और डॉक्टर साहब, मैं व्यूवर्स को बताना चाहूंगा कि ये दोनों तस्कूर कुरान, किताबें मारफ और उसके इंग्लिश वर्जन, यू कैन डाउनलोड इट फ्रॉम www.cpsglobal.org। जो इंग्लिश वर्जन है, उसका टाइटल है "डिस्कवरी डिस्कवरी गॉड"। डिस्कवरी गॉड। जी, डॉक्टर साहब, तहज्जुद और फजर के वक्त की भी आपने बात करी और हमने सेशन भी किया था। बहुत अच्छा सेशन था। उसी से मुझे दो रिवायत याद आई।</w:t>
      </w:r>
    </w:p>
    <w:p>
      <w:r>
        <w:rPr>
          <w:b/>
        </w:rPr>
        <w:t xml:space="preserve">[35:05] </w:t>
      </w:r>
      <w:r>
        <w:t>a ek bar prophet se pucha sahab ne ki "which supplication is listened most by god?" so he said, "the one that is made at the latter part of the night after the obligatory prayer." a aur ek abu huraira se ek riwayat hai, bahut achhi hadith hai. doctor sahab</w:t>
      </w:r>
    </w:p>
    <w:p>
      <w:pPr>
        <w:jc w:val="right"/>
      </w:pPr>
      <w:r>
        <w:t>अ एक बार प्रॉफिट से पूछा अ सहाबी ने कि "व्हिच सप्लीकेशन इज लिसेंड मोस्ट बाय गॉड?" सो ही सेड, "द वन दैट इज मेड एट द लेटर पार्ट ऑफ द नाइट आफ्टर द ऑब्लिगेटरी प्रेयर।" अ और एक अ अबू हुरैरा से एक रिवायत है, बहुत अच्छी हदीस है। डॉक्टर साहब</w:t>
      </w:r>
    </w:p>
    <w:p>
      <w:r>
        <w:rPr>
          <w:b/>
        </w:rPr>
        <w:t xml:space="preserve">[35:24] </w:t>
      </w:r>
      <w:r>
        <w:t>, मुझे बड़ी अ प्यारी हदीस लगी वो अ कि अ Prophet ने एक मर्तबा दुआ करी और</w:t>
      </w:r>
    </w:p>
    <w:p>
      <w:pPr>
        <w:jc w:val="right"/>
      </w:pPr>
      <w:r>
        <w:t>, मुझे बड़ी अ प्यारी हदीस लगी वो अ कि अ प्रॉफिट ने एक मर्तबा दुआ करी और</w:t>
      </w:r>
    </w:p>
    <w:p>
      <w:r>
        <w:rPr>
          <w:b/>
        </w:rPr>
        <w:t xml:space="preserve">[35:31] </w:t>
      </w:r>
      <w:r>
        <w:t>انہوں نے یہ دعا کری کہ "May God have mercy upon a person who gets up during the night</w:t>
      </w:r>
    </w:p>
    <w:p>
      <w:pPr>
        <w:jc w:val="right"/>
      </w:pPr>
      <w:r>
        <w:t>उन्होंने यह दुआ करी कि "मे गॉड हैव मर्सी अपॉन अ पर्सन हु गेट्स अप ड्यूरिंग द नाइट</w:t>
      </w:r>
    </w:p>
    <w:p>
      <w:r>
        <w:rPr>
          <w:b/>
        </w:rPr>
        <w:t xml:space="preserve">[35:38] </w:t>
      </w:r>
      <w:r>
        <w:t>to observe the prayer.</w:t>
      </w:r>
    </w:p>
    <w:p>
      <w:pPr>
        <w:jc w:val="right"/>
      </w:pPr>
      <w:r>
        <w:t>टू ऑब्जर्व द प्रेयर।"</w:t>
      </w:r>
    </w:p>
    <w:p>
      <w:r>
        <w:rPr>
          <w:b/>
        </w:rPr>
        <w:t xml:space="preserve">[35:41] </w:t>
      </w:r>
      <w:r>
        <w:t>and then he observes the prayer.</w:t>
      </w:r>
    </w:p>
    <w:p>
      <w:pPr>
        <w:jc w:val="right"/>
      </w:pPr>
      <w:r>
        <w:t>एंड देन ही ऑब्जर्व्स द प्रेयर।</w:t>
      </w:r>
    </w:p>
    <w:p>
      <w:r>
        <w:rPr>
          <w:b/>
        </w:rPr>
        <w:t xml:space="preserve">[35:42] </w:t>
      </w:r>
      <w:r>
        <w:t>And then he awakes up his wife.</w:t>
      </w:r>
    </w:p>
    <w:p>
      <w:pPr>
        <w:jc w:val="right"/>
      </w:pPr>
      <w:r>
        <w:t>एंड देन ही अ वेक्स अप हिज वाइफ।</w:t>
      </w:r>
    </w:p>
    <w:p>
      <w:r>
        <w:rPr>
          <w:b/>
        </w:rPr>
        <w:t xml:space="preserve">[35:46] </w:t>
      </w:r>
      <w:r>
        <w:t>and she to observe the prayer.</w:t>
      </w:r>
    </w:p>
    <w:p>
      <w:pPr>
        <w:jc w:val="right"/>
      </w:pPr>
      <w:r>
        <w:t>एंड शी टू ऑब्जर्व्स द प्रेयर।</w:t>
      </w:r>
    </w:p>
    <w:p>
      <w:r>
        <w:rPr>
          <w:b/>
        </w:rPr>
        <w:t xml:space="preserve">[35:48] </w:t>
      </w:r>
      <w:r>
        <w:t>And if she refused, then he sprinkled some water on her face.</w:t>
      </w:r>
    </w:p>
    <w:p>
      <w:pPr>
        <w:jc w:val="right"/>
      </w:pPr>
      <w:r>
        <w:t>एंड इफ शी रिफ्यूज, देन ही स्प्रिंकल सम वाटर ऑन हर फेस।</w:t>
      </w:r>
    </w:p>
    <w:p>
      <w:r>
        <w:rPr>
          <w:b/>
        </w:rPr>
        <w:t xml:space="preserve">[35:53] </w:t>
      </w:r>
      <w:r>
        <w:t>और फिर उन्होंने दुआ करी कि "May God have mercy upon the woman who gets up during the</w:t>
      </w:r>
    </w:p>
    <w:p>
      <w:pPr>
        <w:jc w:val="right"/>
      </w:pPr>
      <w:r>
        <w:t>और फिर उन्होंने दुआ करी कि "मे गॉड हैव मर्सी अपॉन द वुमन हु गेट्स अप ड्यूरिंग द</w:t>
      </w:r>
    </w:p>
    <w:p>
      <w:r>
        <w:rPr>
          <w:b/>
        </w:rPr>
        <w:t xml:space="preserve">[35:58] </w:t>
      </w:r>
      <w:r>
        <w:t>night to observe the prayer."</w:t>
      </w:r>
    </w:p>
    <w:p>
      <w:pPr>
        <w:jc w:val="right"/>
      </w:pPr>
      <w:r>
        <w:t>नाइट टू ऑब्जर्व द प्रेयर।"</w:t>
      </w:r>
    </w:p>
    <w:p>
      <w:r>
        <w:rPr>
          <w:b/>
        </w:rPr>
        <w:t xml:space="preserve">[36:00] </w:t>
      </w:r>
      <w:r>
        <w:t>and she observes the prayer.</w:t>
      </w:r>
    </w:p>
    <w:p>
      <w:pPr>
        <w:jc w:val="right"/>
      </w:pPr>
      <w:r>
        <w:t>एंड शी ऑब्जर्व्स द प्रेयर।</w:t>
      </w:r>
    </w:p>
    <w:p>
      <w:r>
        <w:rPr>
          <w:b/>
        </w:rPr>
        <w:t xml:space="preserve">[36:02] </w:t>
      </w:r>
      <w:r>
        <w:t>and then she awake her spouse.</w:t>
      </w:r>
    </w:p>
    <w:p>
      <w:pPr>
        <w:jc w:val="right"/>
      </w:pPr>
      <w:r>
        <w:t>एंड देन शी अवेक हर स्पाउस।</w:t>
      </w:r>
    </w:p>
    <w:p>
      <w:r>
        <w:rPr>
          <w:b/>
        </w:rPr>
        <w:t xml:space="preserve">[36:04] </w:t>
      </w:r>
      <w:r>
        <w:t>and he to observes the prayer.</w:t>
      </w:r>
    </w:p>
    <w:p>
      <w:pPr>
        <w:jc w:val="right"/>
      </w:pPr>
      <w:r>
        <w:t>एंड ही टू ऑब्जर्व्स द प्रेयर।</w:t>
      </w:r>
    </w:p>
    <w:p>
      <w:r>
        <w:rPr>
          <w:b/>
        </w:rPr>
        <w:t xml:space="preserve">[36:06] </w:t>
      </w:r>
      <w:r>
        <w:t>and if he</w:t>
      </w:r>
    </w:p>
    <w:p>
      <w:pPr>
        <w:jc w:val="right"/>
      </w:pPr>
      <w:r>
        <w:t>एंड इफ ही</w:t>
      </w:r>
    </w:p>
    <w:p>
      <w:r>
        <w:rPr>
          <w:b/>
        </w:rPr>
        <w:t xml:space="preserve">[36:07] </w:t>
      </w:r>
      <w:r>
        <w:t>refuse, then she sprinkle some water on his face.</w:t>
      </w:r>
    </w:p>
    <w:p>
      <w:pPr>
        <w:jc w:val="right"/>
      </w:pPr>
      <w:r>
        <w:t>रिफ्यूज, देन शी स्प्रिंकल सम वाटर ऑन हिज फेस।</w:t>
      </w:r>
    </w:p>
    <w:p>
      <w:r>
        <w:rPr>
          <w:b/>
        </w:rPr>
        <w:t xml:space="preserve">[36:11] </w:t>
      </w:r>
      <w:r>
        <w:t>to bahut hi pyari hadees. aur main kahunga ki is hadees ko sunne ke baad agar koi husband apni wife ke upar pani chhidke ya wife husband ke upar pani chhidke, to please aap bura na mane. a rasoolallah ne khaas dua kari hai aisa karne par. a aur agar aap tahajjud ke liye ya is tarah agar aap uthte hain, to aap us dua ke liye applicable ho jate hain jo rasoolallah ne khaas kari hai.</w:t>
      </w:r>
    </w:p>
    <w:p>
      <w:pPr>
        <w:jc w:val="right"/>
      </w:pPr>
      <w:r>
        <w:t>तो बहुत ही प्यारी हदीस। और मैं कहूंगा कि इस हदीस को सुनने के बाद अगर कोई हस्बैंड अपनी वाइफ के ऊपर पानी छिड़के या वाइफ हस्बैंड के ऊपर पानी छिड़के, तो प्लीज आप बुरा ना माने। अ रसूलल्लाह ने खास दुआ करी है ऐसा करने पर। अ और अगर आप तहज्जुद के लिए या इस तरह अगर आप उठते हैं, तो आप उस दुआ के लिए एप्लीकेबल हो जाते हैं जो रसूलल्लाह ने खास करी है।</w:t>
      </w:r>
    </w:p>
    <w:p>
      <w:r>
        <w:rPr>
          <w:b/>
        </w:rPr>
        <w:t xml:space="preserve">[36:35] </w:t>
      </w:r>
      <w:r>
        <w:t>so beautiful. yeh bahut achhi hadees lagi. doctor sahab, kuch do comments padhna chahunga agla sawaal lene se pehle. a yeh ek comment bheja hai aasaf khan sahab ne. unhon ne location hi likhi hai, but yeh comment unhon ne mere ko likha hai. unhon ne kaha hai ki "your guest today is really worthy." to</w:t>
      </w:r>
    </w:p>
    <w:p>
      <w:pPr>
        <w:jc w:val="right"/>
      </w:pPr>
      <w:r>
        <w:t>सो ब्यूटीफुल। यह बहुत अच्छी हदीस लगी। डॉक्टर साहब, कुछ दो कमेंट्स पढ़ना चाहूंगा अगला सवाल लेने से पहले। अ यह एक कमेंट भेजा है आसफ खान साहब ने। उन्होंने लोकेशन ही लिखी है, बट यह कमेंट उन्होंने मेरे को लिखा है। उन्होंने कहा है कि "योर गेस्ट टुडे इज रियली वर्दी।" तो</w:t>
      </w:r>
    </w:p>
    <w:p>
      <w:r>
        <w:rPr>
          <w:b/>
        </w:rPr>
        <w:t xml:space="preserve">[36:53] </w:t>
      </w:r>
      <w:r>
        <w:t>unko bahut pasand aaya aapka session. aur mohammad aasif khan sahab ne kanpur se likha hai ki "jab hum allah ki banai hui nishani par sochte hain, gaur karte hain, to humare andar shukr ka jazba paida hota hai aur aankhon se aansu girne lagte hain. yeh zikr allah ki qurbat ke zariye banta hai." doctor sahab, agla sawaal mera us hadees ko lekar hai.</w:t>
      </w:r>
    </w:p>
    <w:p>
      <w:pPr>
        <w:jc w:val="right"/>
      </w:pPr>
      <w:r>
        <w:t>उनको बहुत पसंद आया आपका सेशन। और मोहम्मद आसिफ खान साहब ने कानपुर से लिखा है कि "जब हम अल्लाह की बनाई हुई निशानी पर सोचते हैं, गौर करते हैं, तो हमारे अंदर शुक्र का जज्बा पैदा होता है और आंखों से आंसू गिरने लगते हैं। यह जिक्र अल्लाह की कुर्बत के जरिए बनता है।" डॉक्टर साहब, अगला सवाल मेरा उस हदीस को लेकर है।</w:t>
      </w:r>
    </w:p>
    <w:p>
      <w:r>
        <w:rPr>
          <w:b/>
        </w:rPr>
        <w:t xml:space="preserve">[37:21] </w:t>
      </w:r>
      <w:r>
        <w:t>"there are two hadith which are narrated by prophet on the narration by prophet ibrahim about paradise." to main chahunga uske baare mein aap hum sabko batayein. ji, yeh badi aham tareen hadees hai. asal mein prophet mohammad sallallahu alaihi wasallam ko ek experience hua tha. it was a kind of spiritual experience jismein unko jannat dikhai gayi thi. aur jannat mein like like dream is tarah ka kuch experience hua tha.</w:t>
      </w:r>
    </w:p>
    <w:p>
      <w:pPr>
        <w:jc w:val="right"/>
      </w:pPr>
      <w:r>
        <w:t>"देर आर टू हदीस व्हिच आर नरेट बाय प्रॉफिट ऑन द नरेशन बाय प्रॉफिट इब्राहिम अबाउट पैराडाइस।" तो मैं चाहूंगा उसके बारे में आप हम सबको बताएं। जी, यह बड़ी अहम तरीन हदीस है। असल में प्रॉफिट मोहम्मद सल्लल्लाहु अलैहि वसल्लम को एक एक्सपीरियंस हुआ था। इट वाज अ काइंड ऑफ स्पिरिचुअल एक्सपीरियंस जिसमें उनको जन्नत दिखाई गई थी। और जन्नत में लाइक लाइक ड्रीम इस तरह का कुछ एक्सपीरियंस हुआ था।</w:t>
      </w:r>
    </w:p>
    <w:p>
      <w:r>
        <w:rPr>
          <w:b/>
        </w:rPr>
        <w:t xml:space="preserve">[37:49] </w:t>
      </w:r>
      <w:r>
        <w:t>meraj, isra aur meraj kehte hain isko. to us experience mein jannat mein unhon ne rasoolallah ne kai prophet se unki mulaqat hui thi. a jesus, ibrahim,</w:t>
      </w:r>
    </w:p>
    <w:p>
      <w:pPr>
        <w:jc w:val="right"/>
      </w:pPr>
      <w:r>
        <w:t>मेराज, इसरा और मेराज कहते हैं इसको। तो उस एक्सपीरियंस में जन्नत में उन्होंने रसूलल्लाह ने कई प्रॉफिट से उनकी मुलाकात हुई थी। अ जीसस, इब्राहिम,</w:t>
      </w:r>
    </w:p>
    <w:p>
      <w:r>
        <w:rPr>
          <w:b/>
        </w:rPr>
        <w:t xml:space="preserve">[38:04] </w:t>
      </w:r>
      <w:r>
        <w:t>aadam al salam aur kai paigambaron se mile the aur baatcheet hui thi. to usmein ibrahim al salam se bhi baatcheet hui thi. ji, to ibrahim al salam to prophet ke forefather the.</w:t>
      </w:r>
    </w:p>
    <w:p>
      <w:pPr>
        <w:jc w:val="right"/>
      </w:pPr>
      <w:r>
        <w:t>आदम अल सलाम और कई पैगंबरों से मिले थे और बातचीत हुई थी। तो उसमें इब्राहिम अल सलाम से भी बातचीत हुई थी। जी, तो इब्राहिम अल सलाम तो प्रॉफिट के फोरफादर थे।</w:t>
      </w:r>
    </w:p>
    <w:p>
      <w:r>
        <w:rPr>
          <w:b/>
        </w:rPr>
        <w:t xml:space="preserve">[38:17] </w:t>
      </w:r>
      <w:r>
        <w:t>ji, to is lihaaz se bhi. to ibrahim al salam ne, ibrahim ne prophet mohammad sallallahu alaihi wasallam se kaha tha ki "ya mohammad, ai mohammad,</w:t>
      </w:r>
    </w:p>
    <w:p>
      <w:pPr>
        <w:jc w:val="right"/>
      </w:pPr>
      <w:r>
        <w:t>जी, तो इस लिहाज से भी। तो इब्राहिम अल सलाम ने, इब्राहिम ने प्रॉफिट मोहम्मद सल्लल्लाहु अलैहि वसल्लम से कहा था कि "या मोहम्मद, ऐ मोहम्मद,</w:t>
      </w:r>
    </w:p>
    <w:p>
      <w:r>
        <w:rPr>
          <w:b/>
        </w:rPr>
        <w:t xml:space="preserve">[38:30] </w:t>
      </w:r>
      <w:r>
        <w:t>ummat tak ka mini salam ke convey my salams to your umma, to y</w:t>
      </w:r>
    </w:p>
    <w:p>
      <w:pPr>
        <w:jc w:val="right"/>
      </w:pPr>
      <w:r>
        <w:t>उम्मत तक का मिनी सलाम के कन्वे माय सलाम्स टू योर उम्मा, टू य</w:t>
      </w:r>
    </w:p>
    <w:p>
      <w:r>
        <w:rPr>
          <w:b/>
        </w:rPr>
        <w:t xml:space="preserve">[38:37] </w:t>
      </w:r>
      <w:r>
        <w:t>or nation." wa akhbam annal jannat taba and tell them that paradise has a very fertile land wa ajab ma wa very sweet water. wa anha kayan, but it is a flat land. wa inna ras its seedling aur its sapling i subhan allah wa alhamdulillah wa la ilaha illallah wallahu a</w:t>
      </w:r>
    </w:p>
    <w:p>
      <w:pPr>
        <w:jc w:val="right"/>
      </w:pPr>
      <w:r>
        <w:t>ोर नेशन।" व अखबम अनल जन्नत तबा एंड टेल देम दैट पैराडाइस हैज अ वेरी फर्टाइल लैंड व अजब मा एंड वेरी स्वीट वाटर। व अन्हा कयान, बट इट इज अ फ्लैट लैंड। व इना रास इट्स सीडलिंग और इट्स सैपलिंग इ सुभान अल्लाह व अल्हम्दुलिल्लाह वला इलाहा इल्लल्लाह वल्लाहु अ</w:t>
      </w:r>
    </w:p>
    <w:p>
      <w:r>
        <w:rPr>
          <w:b/>
        </w:rPr>
        <w:t xml:space="preserve">[39:06] </w:t>
      </w:r>
      <w:r>
        <w:t>kbar. yani iski jo seedlings hain, iski jo saplings hain, woh hai glory be to allah and all praise is to him. and there is no god except allah. allah is the greatest. to yeh hadees hai.</w:t>
      </w:r>
    </w:p>
    <w:p>
      <w:pPr>
        <w:jc w:val="right"/>
      </w:pPr>
      <w:r>
        <w:t>कबर। यानी इसकी जो सीडलिंग्स हैं, इसकी जो सैपलिंग्स हैं, वह है ग्लोरी बी टू अल्लाह एंड ऑल प्रेज इज टू हिम। एंड देर इज नो दे एक्सेप्ट अल्लाह। अल्लाह इज द ग्रेटेस्ट। तो यह हदीस है।</w:t>
      </w:r>
    </w:p>
    <w:p>
      <w:r>
        <w:rPr>
          <w:b/>
        </w:rPr>
        <w:t xml:space="preserve">[39:22] </w:t>
      </w:r>
      <w:r>
        <w:t>isko aam taur se log bada literal lete hain kyunke ismein</w:t>
      </w:r>
    </w:p>
    <w:p>
      <w:pPr>
        <w:jc w:val="right"/>
      </w:pPr>
      <w:r>
        <w:t>इसको आमतौर से लोग बड़ा लिटरल लेते हैं क्योंकि इसमें</w:t>
      </w:r>
    </w:p>
    <w:p>
      <w:r>
        <w:rPr>
          <w:b/>
        </w:rPr>
        <w:t xml:space="preserve">[39:28] </w:t>
      </w:r>
      <w:r>
        <w:t>hazrat ibrahim al salam ne kaha ke jo</w:t>
      </w:r>
    </w:p>
    <w:p>
      <w:pPr>
        <w:jc w:val="right"/>
      </w:pPr>
      <w:r>
        <w:t>हजरत इब्राहिम अल सलाम ने कहा कि जो</w:t>
      </w:r>
    </w:p>
    <w:p>
      <w:r>
        <w:rPr>
          <w:b/>
        </w:rPr>
        <w:t xml:space="preserve">[39:33] </w:t>
      </w:r>
      <w:r>
        <w:t>jannat hai, woh ek fertile land hai lekin woh flat hai.</w:t>
      </w:r>
    </w:p>
    <w:p>
      <w:pPr>
        <w:jc w:val="right"/>
      </w:pPr>
      <w:r>
        <w:t>जन्नत है, वह एक फर्टाइल लैंड है लेकिन वह फ्लैट है।</w:t>
      </w:r>
    </w:p>
    <w:p>
      <w:r>
        <w:rPr>
          <w:b/>
        </w:rPr>
        <w:t xml:space="preserve">[39:37] </w:t>
      </w:r>
      <w:r>
        <w:t>yaani ismein koi</w:t>
      </w:r>
    </w:p>
    <w:p>
      <w:pPr>
        <w:jc w:val="right"/>
      </w:pPr>
      <w:r>
        <w:t>यानी उसमें कोई</w:t>
      </w:r>
    </w:p>
    <w:p>
      <w:r>
        <w:rPr>
          <w:b/>
        </w:rPr>
        <w:t xml:space="preserve">[39:40] </w:t>
      </w:r>
      <w:r>
        <w:t>a tree nahin hai.</w:t>
      </w:r>
    </w:p>
    <w:p>
      <w:pPr>
        <w:jc w:val="right"/>
      </w:pPr>
      <w:r>
        <w:t>अ ट्री नहीं है।</w:t>
      </w:r>
    </w:p>
    <w:p>
      <w:r>
        <w:rPr>
          <w:b/>
        </w:rPr>
        <w:t xml:space="preserve">[39:41] </w:t>
      </w:r>
      <w:r>
        <w:t>to agar aap subhan allah kahenge ya alhamdulillah kahenge ya allah o akbar kahenge, to wahan tree lag jayenge.</w:t>
      </w:r>
    </w:p>
    <w:p>
      <w:pPr>
        <w:jc w:val="right"/>
      </w:pPr>
      <w:r>
        <w:t>तो अगर आप सुभान अल्लाह कहेंगे या अल्हम्दुलिल्लाह कहेंगे या अल्लाहु अकबर कहेंगे, तो वहां ट्री लग जाएंगे।</w:t>
      </w:r>
    </w:p>
    <w:p>
      <w:r>
        <w:rPr>
          <w:b/>
        </w:rPr>
        <w:t xml:space="preserve">[39:47] </w:t>
      </w:r>
      <w:r>
        <w:t>is sense mein log lete hain ke humne ek baar subhan allah kaha to wahan ek tree ug</w:t>
      </w:r>
    </w:p>
    <w:p>
      <w:pPr>
        <w:jc w:val="right"/>
      </w:pPr>
      <w:r>
        <w:t>इस सेंस में लोग लेते हैं कि हमने एक बार सुभान अल्लाह कहा तो वहां एक ट्री उग</w:t>
      </w:r>
    </w:p>
    <w:p>
      <w:r>
        <w:rPr>
          <w:b/>
        </w:rPr>
        <w:t xml:space="preserve">[39:51] </w:t>
      </w:r>
      <w:r>
        <w:t>gaya ya alhamdulillah kaha, wahan ek tree ug gaya.</w:t>
      </w:r>
    </w:p>
    <w:p>
      <w:pPr>
        <w:jc w:val="right"/>
      </w:pPr>
      <w:r>
        <w:t>गया या अल्हम्दुलिल्लाह कहा, वहां एक ट्री उग गया।</w:t>
      </w:r>
    </w:p>
    <w:p>
      <w:r>
        <w:rPr>
          <w:b/>
        </w:rPr>
        <w:t xml:space="preserve">[39:54] </w:t>
      </w:r>
      <w:r>
        <w:t>halanki yeh is sense mein nahin hai.</w:t>
      </w:r>
    </w:p>
    <w:p>
      <w:pPr>
        <w:jc w:val="right"/>
      </w:pPr>
      <w:r>
        <w:t>हालांकि यह इस सेंस में नहीं है।</w:t>
      </w:r>
    </w:p>
    <w:p>
      <w:r>
        <w:rPr>
          <w:b/>
        </w:rPr>
        <w:t xml:space="preserve">[39:55] </w:t>
      </w:r>
      <w:r>
        <w:t>isko maulana wahiduddin khan ne bahut zabardast andaaz mein explain kiya tha ke yeh ek ek symbolic hadith</w:t>
      </w:r>
    </w:p>
    <w:p>
      <w:pPr>
        <w:jc w:val="right"/>
      </w:pPr>
      <w:r>
        <w:t>इसको मौलाना वहीदुद्दीन खान ने बहुत जबरदस्त अंदाज में एक्सप्लेन किया था कि यह एक एक सिंबॉलिक हदीस</w:t>
      </w:r>
    </w:p>
    <w:p>
      <w:r>
        <w:rPr>
          <w:b/>
        </w:rPr>
        <w:t xml:space="preserve">[40:02] </w:t>
      </w:r>
      <w:r>
        <w:t>hai. isko us sense mein nahin liya jayega kyunke jannat ke bare mein</w:t>
      </w:r>
    </w:p>
    <w:p>
      <w:pPr>
        <w:jc w:val="right"/>
      </w:pPr>
      <w:r>
        <w:t>है। इसको उस सेंस में नहीं लिया जाएगा क्योंकि जन्नत के बारे में</w:t>
      </w:r>
    </w:p>
    <w:p>
      <w:r>
        <w:rPr>
          <w:b/>
        </w:rPr>
        <w:t xml:space="preserve">[40:07] </w:t>
      </w:r>
      <w:r>
        <w:t>to aata hai ki woh bagh hai. jannat ka matlab hi bagh</w:t>
      </w:r>
    </w:p>
    <w:p>
      <w:pPr>
        <w:jc w:val="right"/>
      </w:pPr>
      <w:r>
        <w:t>तो आता है कि वह बाग है। जन्नत का मतलब ही बाग</w:t>
      </w:r>
    </w:p>
    <w:p>
      <w:r>
        <w:rPr>
          <w:b/>
        </w:rPr>
        <w:t xml:space="preserve">[40:10] </w:t>
      </w:r>
      <w:r>
        <w:t>hai, to garden hai. to woh flat land kaise ho sakta hai? to iska matlab yeh hai ki ek symbolic hadees hai. aur jo ghiras ka lafz hai, seedling ya sapling, aisa hai ki jaise nursery hoti hai. hum jate hain wahan nursery mein koi paudha lete hain, chhote paudhe, aur usko laakar apne ghar mein ya garden mein lagate hain, to woh bada ho jata hai.</w:t>
      </w:r>
    </w:p>
    <w:p>
      <w:pPr>
        <w:jc w:val="right"/>
      </w:pPr>
      <w:r>
        <w:t>है, तो गार्डन है। तो वह फ्लैट लैंड कैसे हो सकता है? तो इसका मतलब यह है कि एक सिंबॉलिक हदीस है। और जो गिरास का लफ्ज है, सीडलिंग या सैपलिंग, ऐसा है कि जैसे नर्सरी होती है। हम जाते हैं वहां नर्सरी में कोई पौधा लेते हैं, छोटे पौधे, और उसको लाकर अपने घर में या गार्डन में लगाते हैं, तो वह बड़ा हो जाता है।</w:t>
      </w:r>
    </w:p>
    <w:p>
      <w:r>
        <w:rPr>
          <w:b/>
        </w:rPr>
        <w:t xml:space="preserve">[40:35] </w:t>
      </w:r>
      <w:r>
        <w:t>to is is sense mein hai, yani yeh duniya jo ek nursery hai aur insaan yahan par ek sapling ke taur par hai. agar usne apne ko is laayak banaya, ab ab kisi nursery mein hum jate hain, to jo paudhe is laayak hote hain ki unko le jaya jaye,</w:t>
      </w:r>
    </w:p>
    <w:p>
      <w:pPr>
        <w:jc w:val="right"/>
      </w:pPr>
      <w:r>
        <w:t>तो इस इस सेंस में है, यानी यह दुनिया जो एक नर्सरी है और इंसान यहां पर एक सैपलिंग के तौर पर है। अगर उसने अपने को इस लायक बनाया, अब अब किसी नर्सरी में हम जाते हैं, तो जो पौधे इस लायक होते हैं कि उनको ले जाया जाए,</w:t>
      </w:r>
    </w:p>
    <w:p>
      <w:r>
        <w:rPr>
          <w:b/>
        </w:rPr>
        <w:t xml:space="preserve">[40:52] </w:t>
      </w:r>
      <w:r>
        <w:t>to usko hi le jata hai. agar koi murjhaya hua hota hai, woh to nahi le le</w:t>
      </w:r>
    </w:p>
    <w:p>
      <w:pPr>
        <w:jc w:val="right"/>
      </w:pPr>
      <w:r>
        <w:t>तो उसको ही ले जाता है। अगर कोई मुरझाया हुआ होता है, वो तो नहीं ले ले</w:t>
      </w:r>
    </w:p>
    <w:p>
      <w:r>
        <w:rPr>
          <w:b/>
        </w:rPr>
        <w:t xml:space="preserve">[40:56] </w:t>
      </w:r>
      <w:r>
        <w:t>leta koi. to yahi cheez hai. insaan is duniya mein agar apna spiritual development karta hai aur woh is laayak hota hai ki usko jannat ke bagh mein jagah di jaye, hum jaise hum le jate hain ek paudha le aakar apne garden mein lagate hain, isi tareeke se insaan bhi ek paudha hai.</w:t>
      </w:r>
    </w:p>
    <w:p>
      <w:pPr>
        <w:jc w:val="right"/>
      </w:pPr>
      <w:r>
        <w:t>लेता कोई। तो यही चीज है। इंसान इस दुनिया में अगर अपना स्पिरिचुअल डेवलपमेंट करता है और वह इस लायक होता है कि उसको जन्नत के बाग में जगह दी जाए, हम जैसे हम ले जाते हैं एक पौधा ले आकर अपने गार्डन में लगाते हैं, इसी तरीके से इंसान भी एक पौधा है।</w:t>
      </w:r>
    </w:p>
    <w:p>
      <w:r>
        <w:rPr>
          <w:b/>
        </w:rPr>
        <w:t xml:space="preserve">[41:13] </w:t>
      </w:r>
      <w:r>
        <w:t>hum symbolic sense mein ki agar usne apna development aisa kiya hai ki woh is laayak hai ki usko jannat mein basaya jaye, hum to woh allah taala usko jannat mein basata hai. aur phir wahan uski spiritual growth hoti hai. jaise ek tree,</w:t>
      </w:r>
    </w:p>
    <w:p>
      <w:pPr>
        <w:jc w:val="right"/>
      </w:pPr>
      <w:r>
        <w:t>हम सिंबॉलिक सेंस में कि अगर उसने अपना डेवलपमेंट ऐसा किया है कि वह इस लायक है कि उसको जन्नत में बसाया जाए, हम तो वह अल्लाह ताला उसको जन्नत में बसाता है। और फिर वहां उसकी स्पिरिचुअल ग्रोथ होती है। जैसे एक ट्री,</w:t>
      </w:r>
    </w:p>
    <w:p>
      <w:r>
        <w:rPr>
          <w:b/>
        </w:rPr>
        <w:t xml:space="preserve">[41:29] </w:t>
      </w:r>
      <w:r>
        <w:t>symbolically jo tree ka lafz istemal kiya gaya, to uski spiritual growth hoti hai. uski uski growth hoti hai physical, lekin</w:t>
      </w:r>
    </w:p>
    <w:p>
      <w:pPr>
        <w:jc w:val="right"/>
      </w:pPr>
      <w:r>
        <w:t>सिंबॉलिकली जो ट्री का लफ्ज इस्तेमाल किया गया, तो उसकी स्पिरिचुअल ग्रोथ होती है। उसकी उसकी ग्रोथ होती है फिजिकल, लेकिन</w:t>
      </w:r>
    </w:p>
    <w:p>
      <w:r>
        <w:rPr>
          <w:b/>
        </w:rPr>
        <w:t xml:space="preserve">[41:36] </w:t>
      </w:r>
      <w:r>
        <w:t>insaan ki spiritual growth hogi. aur woh jo growth hai, woh an ending hogi. woh aisa nahi hai ki ek jagah ruk jayegi. woh hamesha eternally woh growth chalti rahegi. kyunki jannat ka mamla hai ki woh eternal hai. hadees mein aata hai ki jab jannat wale jannat mein honge aur apne kaamon mein mashghool honge, to announcement hoga ki ab allah zahir hoga. to woh dekhenge upar</w:t>
      </w:r>
    </w:p>
    <w:p>
      <w:pPr>
        <w:jc w:val="right"/>
      </w:pPr>
      <w:r>
        <w:t>इंसान की स्पिरिचुअल ग्रोथ होगी। और वह जो ग्रोथ है, वह अन एंडिंग होगी। वह ऐसा नहीं है कि एक जगह रुक जाएगी। वह हमेशा इटरनली वो ग्रोथ चलती रहेगी। क्योंकि जन्नत का मामला है कि वो इटरनल है। हदीस में आता है कि जब जन्नत वाले जन्नत में होंगे और अपने कामों में मशगूल होंगे, तो अनाउंस होगा कि अब अल्लाह जाहिर होगा। तो वो देखेंगे ऊपर</w:t>
      </w:r>
    </w:p>
    <w:p>
      <w:r>
        <w:rPr>
          <w:b/>
        </w:rPr>
        <w:t xml:space="preserve">[42:03] </w:t>
      </w:r>
      <w:r>
        <w:t>, to allah unse baat karega, salam karega. to isi tarah allah kuch kuch waqf ke saath zahir hota rahega. hum uske lekin har baar alag jalwa hoga, alag glimpse hoga. kyunki allah taala ki to koi limitation nahi hai. to ye eternally hota rahega. ji, jannat mein</w:t>
      </w:r>
    </w:p>
    <w:p>
      <w:pPr>
        <w:jc w:val="right"/>
      </w:pPr>
      <w:r>
        <w:t>, तो अल्लाह उनसे बात करेगा, सलाम करेगा। तो इसी तरह अल्लाह कुछ कुछ वक्फ के साथ जाहिर होता रहेगा। हम उसके लेकिन हर बार अलग जलवा होगा, अलग ग्लिम्स होगा। क्योंकि अल्लाह ताला की तो कोई लिमिटेशन नहीं है। तो ये इटरनली होता रहेगा। जी, जन्नत में</w:t>
      </w:r>
    </w:p>
    <w:p>
      <w:r>
        <w:rPr>
          <w:b/>
        </w:rPr>
        <w:t xml:space="preserve">[42:26] </w:t>
      </w:r>
      <w:r>
        <w:t>to isi tareeke se jo jo log jannat mein jayenge, jinko yahan sapling se woh kiya gaya, ke woh unka bhi yahi hoga ki unki jo shakhsiyat hai, spiritual shakhsiyat jo hai, woh grow karti rahegi. eternally grow karti rahegi</w:t>
      </w:r>
    </w:p>
    <w:p>
      <w:pPr>
        <w:jc w:val="right"/>
      </w:pPr>
      <w:r>
        <w:t>तो इसी तरीके से जो जो लोग जन्नत में जाएंगे, जिनको यहां सैपलिंग से वो किया गया, के वो उनका भी यही होगा कि उनकी जो शख्सियत है, स्पिरिचुअल शख्सियत जो है, वह ग्रो करती रहेगी। इटरनली ग्रो करती रहेगी</w:t>
      </w:r>
    </w:p>
    <w:p>
      <w:r>
        <w:rPr>
          <w:b/>
        </w:rPr>
        <w:t xml:space="preserve">[42:43] </w:t>
      </w:r>
      <w:r>
        <w:t>. to yeh yeh hadees agar hum isko literal le, to a meaningless si baat banti hai. aur agar hum is tareeke se le jo symbolic baat maulana ne isko explain kiya hai, to woh yani badi meaningful ho jati hai ki jannat ek aisi jagah hai jahan jannat ke logon ka spiritual development an ending hota hi rahega, chalte hi rahega. woh to us us sense mein yeh bahut hi its a really beautiful hadees. ji</w:t>
      </w:r>
    </w:p>
    <w:p>
      <w:pPr>
        <w:jc w:val="right"/>
      </w:pPr>
      <w:r>
        <w:t>। तो यह यह हदीस अगर हम इसको लिटरल ले, तो अ मीनिंगलेस सी बात बनती है। और अगर हम इस तरीके से ले जो सिंबॉलिक बात मौलाना ने इसको एक्सप्लेन किया है, तो वो यानी बड़ी मीनिंगफुल हो जाती है कि जन्नत एक ऐसी जगह है जहां जन्नत के लोगों का स्पिरिचुअल डेवलपमेंट अन एंडिंग होता ही रहेगा, चलते ही रहेगा। वो तो उस उस सेंस में ये बहुत ही इट्स अ रियली ब्यूटीफुल हदीस। जी</w:t>
      </w:r>
    </w:p>
    <w:p>
      <w:r>
        <w:rPr>
          <w:b/>
        </w:rPr>
        <w:t xml:space="preserve">[43:12] </w:t>
      </w:r>
      <w:r>
        <w:t>, aur yani insaan jo hai, woh jannat ka paudha hai. hum yahan apne aap ko woh is laayak banaye ki usko jannat ke bagh mein lagaya jaye. jab woh apne aap ko is laayak banayega ki usko jannat ke bagh mein lagaya jaye, tab woh uski growth wahan jaakar shuru hogi, jo ki an ending hogi. kyunki jannat ka to koi koi limitation nahi hai. to yeh is lihaaz se bahut hi yani its very meaningful nar</w:t>
      </w:r>
    </w:p>
    <w:p>
      <w:pPr>
        <w:jc w:val="right"/>
      </w:pPr>
      <w:r>
        <w:t>, और यानी इंसान जो है, वो जन्नत का पौधा है। हम यहां अपने आप को वो इस लायक बनाए कि उसको जन्नत के बाग में लगाया जाए। जब वो अपने आप को इस लायक बनाएगा कि उसको जन्नत के बाग में लगाया जाए, तब वो उसकी ग्रोथ वहां जाकर शुरू होगी, जो कि अन एंडिंग होगी। क्योंकि जन्नत का तो कोई कोई लिमिटेशन नहीं है। तो यह इस लिहाज से बहुत ही यानी इट्स वेरी मीनिंगफुल नर</w:t>
      </w:r>
    </w:p>
    <w:p>
      <w:r>
        <w:rPr>
          <w:b/>
        </w:rPr>
        <w:t xml:space="preserve">[43:38] </w:t>
      </w:r>
      <w:r>
        <w:t>ation. ji, in fact doctor sahab, kyunki jannat ki baat kar rahe hain, ek bahut hi achhi hadees hai ki "a on that day, on the right side of god, they will be people who will neither be prophets nor martyrs, but the whiteness of their faces will dazzle the onlookers and people will envy them because of their position and proximity to god." even the prophets will envy. prophets will envy them. so prophet was asked that "a who</w:t>
      </w:r>
    </w:p>
    <w:p>
      <w:pPr>
        <w:jc w:val="right"/>
      </w:pPr>
      <w:r>
        <w:t>ेशन। जी, इनफैक्ट डॉक्टर साहब, क्योंकि जन्नत की बात कर रहे हैं, एक बहुत ही अच्छी हदीस है कि "अ ऑन दैट डे, ऑन द राइट साइड ऑफ गॉड, दे विल बी पीपल हु विल नीदर बी प्रॉफिट्स नॉन मार्टर्स, बट द वाइटनेस ऑफ देयर फेस विल डजल द ऑन लुकर्स एंड पीपल विल एनवी देम बिकॉज ऑफ देयर पोजीशन एंड प्रॉक्सिमिटी टू गॉड।" इवन द प्रॉफिट्स विल एनवी। प्रॉफिट्स विल एनवी देम। सो प्रॉफिट वाज आस्क दैट "अ हु</w:t>
      </w:r>
    </w:p>
    <w:p>
      <w:r>
        <w:rPr>
          <w:b/>
        </w:rPr>
        <w:t xml:space="preserve">[44:07] </w:t>
      </w:r>
      <w:r>
        <w:t>are these people?" to he said, "they are those people jo apne qabeelon se nikal kar they gathered to remember god." to doctor sahab, itni zyada ahmiyat hai remembrance of god ki, zikr ki. aur yahan par main ek doctor sahab example dena chahunga. maulana wahiduddin khan sahab ne kitaab mein likha hai aur aapne bhi jaise zikr kiya ki point of reference hum on daily basis par kaise bana sakte hain, yeh ek bahut hi simple aur bahut hi powerful example hai.</w:t>
      </w:r>
    </w:p>
    <w:p>
      <w:pPr>
        <w:jc w:val="right"/>
      </w:pPr>
      <w:r>
        <w:t>आर दिस पीपल?" तो ही सेड, "दे आर दोस पीपल जो अपने कबीलों से निकलकर दे गैदर्ड टू रिमेंबर गॉड।" तो डॉक्टर साहब, इतनी ज्यादा अहमियत है रिमेंबरेंस ऑफ गॉड की, जिक्र की। और यहां पर मैं एक डॉक्टर साहब एग्जांपल देना चाहूंगा। मौलाना वहीदुद्दीन खान साहब ने किताब में लिखा है और आपने भी जैसे जिक्र किया कि पॉइंट ऑफ रेफरेंस हम ऑन डेली बेसिस पर कैसे बना सकते हैं, यह एक बहुत ही सिंपल और बहुत ही पावरफुल एग्जांपल है।</w:t>
      </w:r>
    </w:p>
    <w:p>
      <w:r>
        <w:rPr>
          <w:b/>
        </w:rPr>
        <w:t xml:space="preserve">[44:35] </w:t>
      </w:r>
      <w:r>
        <w:t>a he road dat vans he vaj listening to all india radio. a to usmen ek shakhs ke bare me bataya ja raha tha, hu vaj in london aur he vaj unemployee. to vah job dhundh raha tha, use job nahi mil rahi thi. to vah frustration me aakar usne kya kiya ki ek placard me likha, "please give me a job." aur vah placard lekar vah khada ho gaya london ki street me. ab log guzarte rahe vahan se, vah placard lekar kha</w:t>
      </w:r>
    </w:p>
    <w:p>
      <w:pPr>
        <w:jc w:val="right"/>
      </w:pPr>
      <w:r>
        <w:t>अ ही रोड दैट वंस ही वाज लिसनिंग टू ऑल इंडिया रेडियो। अ तो उसमें एक शख्स के बारे में बताया जा रहा था, हु वाज इन लंडन एंड ही वाज अनइंप्लॉयड। तो वह जॉबढूंढ रहा था, उसे जॉब नहीं मिल रही थी। तो वह फ्रस्ट्रेशन में आकर उसने क्या किया कि एक प्लेकार्ड में लिखा, "प्लीज गिव मी अ जॉब।" और वह प्लेकार्ड लेकर वह खड़ा हो गया लंडन की स्ट्रीट में। अब लोग गुजरते रहे वहां से, वह प्लेकार्ड लेकर ख</w:t>
      </w:r>
    </w:p>
    <w:p>
      <w:r>
        <w:rPr>
          <w:b/>
        </w:rPr>
        <w:t xml:space="preserve">[45:02] </w:t>
      </w:r>
      <w:r>
        <w:t>da raha. itne mein barish honi shuru ho gayi and he kept standing in the rain, holding that</w:t>
      </w:r>
    </w:p>
    <w:p>
      <w:pPr>
        <w:jc w:val="right"/>
      </w:pPr>
      <w:r>
        <w:t>ड़ा रहा। इतने में बारिश होनी शुरू हो गई एंड ही केप्ट स्टैंडिंग इन द रेन, होल्डिंग दैट</w:t>
      </w:r>
    </w:p>
    <w:p>
      <w:r>
        <w:rPr>
          <w:b/>
        </w:rPr>
        <w:t xml:space="preserve">[45:08] </w:t>
      </w:r>
      <w:r>
        <w:t>playcard, "please give me a job."</w:t>
      </w:r>
    </w:p>
    <w:p>
      <w:pPr>
        <w:jc w:val="right"/>
      </w:pPr>
      <w:r>
        <w:t>प्लेकार्ड, "प्लीज गिव मी अ जॉब।"</w:t>
      </w:r>
    </w:p>
    <w:p>
      <w:r>
        <w:rPr>
          <w:b/>
        </w:rPr>
        <w:t xml:space="preserve">[45:10] </w:t>
      </w:r>
      <w:r>
        <w:t>so a timber merchant was passing by in the car.</w:t>
      </w:r>
    </w:p>
    <w:p>
      <w:pPr>
        <w:jc w:val="right"/>
      </w:pPr>
      <w:r>
        <w:t>सो अ टिंबर मर्चेंट वाज पासिंग बाय इन द कार।</w:t>
      </w:r>
    </w:p>
    <w:p>
      <w:r>
        <w:rPr>
          <w:b/>
        </w:rPr>
        <w:t xml:space="preserve">[45:13] </w:t>
      </w:r>
      <w:r>
        <w:t>when he saw this person holding a playcard, he stopped his car.</w:t>
      </w:r>
    </w:p>
    <w:p>
      <w:pPr>
        <w:jc w:val="right"/>
      </w:pPr>
      <w:r>
        <w:t>व्हेन ही सॉ दिस पर्सन होल्डिंग अ प्लेकार्ड, ही स्टॉप्ड हिज कार।</w:t>
      </w:r>
    </w:p>
    <w:p>
      <w:r>
        <w:rPr>
          <w:b/>
        </w:rPr>
        <w:t xml:space="preserve">[45:17] </w:t>
      </w:r>
      <w:r>
        <w:t>he got out and he said to that person, "this is my car, please come and see me</w:t>
      </w:r>
    </w:p>
    <w:p>
      <w:pPr>
        <w:jc w:val="right"/>
      </w:pPr>
      <w:r>
        <w:t>ही गॉट आउट एंड ही सेड टू दैट पर्सन, "दिस इज माय कार, प्लीज कम एंड सी मी</w:t>
      </w:r>
    </w:p>
    <w:p>
      <w:r>
        <w:rPr>
          <w:b/>
        </w:rPr>
        <w:t xml:space="preserve">[45:21] </w:t>
      </w:r>
      <w:r>
        <w:t>tomorrow in my office."</w:t>
      </w:r>
    </w:p>
    <w:p>
      <w:pPr>
        <w:jc w:val="right"/>
      </w:pPr>
      <w:r>
        <w:t>टुमारो इन माय ऑफिस।"</w:t>
      </w:r>
    </w:p>
    <w:p>
      <w:r>
        <w:rPr>
          <w:b/>
        </w:rPr>
        <w:t xml:space="preserve">[45:23] </w:t>
      </w:r>
      <w:r>
        <w:t>jab woh shakhs agle din uske paas gaya, to usne usko job de di.</w:t>
      </w:r>
    </w:p>
    <w:p>
      <w:pPr>
        <w:jc w:val="right"/>
      </w:pPr>
      <w:r>
        <w:t>जब वह शख्स अगले दिन उसके पास गया, तो उसने उसको जॉब दे दी।</w:t>
      </w:r>
    </w:p>
    <w:p>
      <w:r>
        <w:rPr>
          <w:b/>
        </w:rPr>
        <w:t xml:space="preserve">[45:28] </w:t>
      </w:r>
      <w:r>
        <w:t>to maulana sahab ne likha hai ke main bahut uneasy</w:t>
      </w:r>
    </w:p>
    <w:p>
      <w:pPr>
        <w:jc w:val="right"/>
      </w:pPr>
      <w:r>
        <w:t>तो मौलाना साहब ने लिखा है कि मैं बहुत अनजी</w:t>
      </w:r>
    </w:p>
    <w:p>
      <w:r>
        <w:rPr>
          <w:b/>
        </w:rPr>
        <w:t xml:space="preserve">[45:32] </w:t>
      </w:r>
      <w:r>
        <w:t>ho gaya jab maine ye story suni. he got very uneasy. he said, "i remembered death, i remembered here after, i remembered paradise." so what maulana sahib did?</w:t>
      </w:r>
    </w:p>
    <w:p>
      <w:pPr>
        <w:jc w:val="right"/>
      </w:pPr>
      <w:r>
        <w:t>हो गया जब मैंने यह स्टोरी सुनी। ही गॉट वेरी अनजी। ही सेड, "आई रिमेंबर्ड डेथ, आई रिमेंबर्ड हेयर आफ्टर, आई रिमेंबर्ड पैराडाइस।" सो व्हाट मौलाना साहब डिड?</w:t>
      </w:r>
    </w:p>
    <w:p>
      <w:r>
        <w:rPr>
          <w:b/>
        </w:rPr>
        <w:t xml:space="preserve">[45:44] </w:t>
      </w:r>
      <w:r>
        <w:t>he said that a he put a dua placard in his mind aur he made this prayer, "god, please give me a seat in paradise." to itne simple andaaz me dekhiye, this is how you can make a point of reference. aise instances daily life me hote rehte hain.</w:t>
      </w:r>
    </w:p>
    <w:p>
      <w:pPr>
        <w:jc w:val="right"/>
      </w:pPr>
      <w:r>
        <w:t>ही सेड दैट अ ही पुट अ दुआ प्लेकार्ड इन हिज माइंड एंड ही मेड दिस प्रेयर, "गॉड, प्लीज गिव मी अ सीट इन पैराडाइस।" तो इतने सिंपल अंदाज में देखिए, दिस इज हाउ यू कैन मेक अ पॉइंट ऑफ रेफरेंस। ऐसे इंस्टेंस डेली लाइफ में होते रहते हैं।</w:t>
      </w:r>
    </w:p>
    <w:p>
      <w:r>
        <w:rPr>
          <w:b/>
        </w:rPr>
        <w:t xml:space="preserve">[46:01] </w:t>
      </w:r>
      <w:r>
        <w:t>we have to awake a mind aur make every situation journey of life aur link it with god almighty. aur yahi zikr, ye nahi ki humein alag se waqt nikalna hai. jaise doctor sahib, kai log kehte hain ki time nahi mil paata, mera work pressure bahut hai, main bahut busy hoon, main kya karoon, kaise main a allah ko yaad karoon. to ye dekhiye, ye kitna aasan tareeqa a bataya maulana sahib ne ki aap link kijiye har instance. har in</w:t>
      </w:r>
    </w:p>
    <w:p>
      <w:pPr>
        <w:jc w:val="right"/>
      </w:pPr>
      <w:r>
        <w:t>वी हैव टू अवेक अ माइंड एंड मेक एवरी सिचुएशन जर्नी ऑफ लाइफ एंड लिंक इट विद गॉड ऑलमाइटी। और यही जिक्र, यह नहीं कि हमें अलग से वक्त निकालना है। जैसे डॉक्टर साहब, कई लोग कहते हैं कि टाइम नहीं मिल पाता, मेरा वर्क प्रेशर बहुत है, मैं बहुत बिजी हूं, मैं क्या करूं, कैसे मैं अ अल्लाह को याद करूं। तो यह देखिए, यह कितना आसान तरीका अ बताया मौलाना साहब ने कि आप लिंक कीजिए हर इंस्टेंस। हर इं</w:t>
      </w:r>
    </w:p>
    <w:p>
      <w:r>
        <w:rPr>
          <w:b/>
        </w:rPr>
        <w:t xml:space="preserve">[46:27] </w:t>
      </w:r>
      <w:r>
        <w:t>stance ko bahut achha aapne ye incident bataya. aur waqai yahi hai ki agar hum gaur karen apne mind ko awake rakhen, to har taraf phaili hui hai ye cheezein. ji, jisko quran me aayat kaha gaya, science hai. ye khuda ki science hai, har taraf phaili hui hai. aur aaj ka jo insaan hai, ji, aaj ka insaan, jaise maine wo a hadees bayan ki, jo gaanv ke sahabi the, unhonne kaha, "bhai, main ye nahi sab</w:t>
      </w:r>
    </w:p>
    <w:p>
      <w:pPr>
        <w:jc w:val="right"/>
      </w:pPr>
      <w:r>
        <w:t>स्टेंस को बहुत अच्छा आपने यह इंसीडेंस बताया। और वाकई यही है कि अगर हम गौर करें अपने माइंड को अवेक रखें, तो हर तरफ फैली हुई है ये चीजें। जी, जिसको कुरान में आयात कहा गया, साइंस है। ये खुदा की साइंस है, हर तरफ फैली हुई है। और आज का जो इंसान है, जी, आज का इंसान, जैसे मैंने वो अ हदीस बयान की, जो गांव के सहाबी थे, उन्होंने कहा, "भाई, मैं ये नहीं सब</w:t>
      </w:r>
    </w:p>
    <w:p>
      <w:r>
        <w:rPr>
          <w:b/>
        </w:rPr>
        <w:t xml:space="preserve">[46:54] </w:t>
      </w:r>
      <w:r>
        <w:t>kar sakta." to wo waqt tha ki jab bahut kam knowledge thi. aaj ke insaan ke paas itni knowledge hai ki bayan se bahar. main abhi ek video dekh raha tha kisi doctor ka, wo doctor gut health ke baare me bata raha tha. ji, to hum jaante hain ki gut health me bacteria hote hain, jo achhe bacteria hote hain. to usne bataya ki na trillion bacteria har insaan ke gut health me hote hain.</w:t>
      </w:r>
    </w:p>
    <w:p>
      <w:pPr>
        <w:jc w:val="right"/>
      </w:pPr>
      <w:r>
        <w:t>कर सकता।" तो वो वक्त था कि जब बहुत कम नॉलेज थी। आज के इंसान के पास इतनी नॉलेज है कि बयान से बाहर। मैं अभी एक वीडियो देख रहा था किसी डॉक्टर का, वो डॉक्टर गट हेल्थ के बारे में बता रहा था। जी, तो हम जानते हैं कि गट हेल्थ में बैक्टीरिया होते हैं, जो अच्छे बैक्टीरिया होते हैं। तो उसने बताया कि न ट्रिलियन बैक्टीरिया हर इंसान के गट हेल्थ में होते हैं।</w:t>
      </w:r>
    </w:p>
    <w:p>
      <w:r>
        <w:rPr>
          <w:b/>
        </w:rPr>
        <w:t xml:space="preserve">[47:19] </w:t>
      </w:r>
      <w:r>
        <w:t>ye to baat pata hi hai logon ko zyada tar. lekin jo usne ajeeb baat batayi, usne kaha ki har insaan ke gut bacteria alag hote hain. achha, yani aap dekhiye ki creativity dekhiye god ki, ke ko unlimited. yani jo creativity hai god ki, wo ek tarah ke bacteria sabke andar kar sakta tha, lekin har insaan ke bacteria bilkul alag hote hain doosre insaan se. na trillion. ji, aap tasavvur kariye.</w:t>
      </w:r>
    </w:p>
    <w:p>
      <w:pPr>
        <w:jc w:val="right"/>
      </w:pPr>
      <w:r>
        <w:t>ये तो बात पता ही है लोगों को ज्यादातर। लेकिन जो उसने अजीब बात बताई, उसने कहा कि हर इंसान के गट बैक्टीरिया अलग होते हैं। अच्छा, यानी आप देखिए कि क्रिएटिविटी देखिए गॉड की, के को अनलिमिटेड। यानी जो क्रिएटिविटी है गॉड की, वो एक तरह के बैक्टीरिया सबके अंदर कर सकता था, लेकिन हर इंसान के बैक्टीरिया बिल्कुल अलग होते हैं दूसरे इंसान से। न ट्रिलियन। जी, आप तसव्वुर करिए।</w:t>
      </w:r>
    </w:p>
    <w:p>
      <w:r>
        <w:rPr>
          <w:b/>
        </w:rPr>
        <w:t xml:space="preserve">[47:46] </w:t>
      </w:r>
      <w:r>
        <w:t>ji, to is tarah jo aaj, aaj jo humein jo data humein hamare paas hai, jo scientific knowledge hamare paas hai, to khuda ka jo zikr hai aur uski hamd hai, uski tareef hai, uski glory, yani mind boggling taur par hum kar sakte hain. jo aapne abhi hadees batayi, to isse ghalib wo bhi baat samajh me aati hai ki wo log aise honge jo modern age ke log honge.</w:t>
      </w:r>
    </w:p>
    <w:p>
      <w:pPr>
        <w:jc w:val="right"/>
      </w:pPr>
      <w:r>
        <w:t>जी, तो इस तरह जो आज, आज जो हमें जो डाटा हमें हमारे पास है, जो साइंटिफिक नॉलेज हमारे पास है, तो खुदा का जो जिक्र है और उसकी हमद है, उसकी तारीफ है, उसकी ग्लोरी, यानी माइंड बगलिंग तौर पर हम कर सकते हैं। जो आपने अभी हदीस बताई, तो इससे गालिब वो भी बात समझ में आती है कि वो लोग ऐसे होंगे जो मॉडर्न एज के लोग होंगे।</w:t>
      </w:r>
    </w:p>
    <w:p>
      <w:r>
        <w:rPr>
          <w:b/>
        </w:rPr>
        <w:t xml:space="preserve">[48:10] </w:t>
      </w:r>
      <w:r>
        <w:t>hum kyunki unke paas jo jo data hoga, jo unke paas maloomat hogi, knowledge hogi, wo purane aant aadmi ke paas nahi thi. to wo bahut hi aala maarif aur aala zikr kar kar kar sakte honge, khuda ko yaad kar sakte honge. maulana hamesha kaha karte the humein ki kabhi problem ho to aap fauran dua me chale chale jaayein. dua ka matlab hi yahi hai ki aap matlab khuda ko yaad karein.</w:t>
      </w:r>
    </w:p>
    <w:p>
      <w:pPr>
        <w:jc w:val="right"/>
      </w:pPr>
      <w:r>
        <w:t>हम क्योंकि उनके पास जो जो डाटा होगा, जो उनके पास मालूमात होगी, नॉलेज होगी, वो पुराने एंट आदमी के पास नहीं थी। तो वो बहुत ही आला मारफ और आला जिक्र कर कर कर सकते होंगे, खुदा को याद कर सकते होंगे। मौलाना हमेशा कहा करते थे हमें कि कभी प्रॉब्लम हो तो आप फौरन दुआ में चले चले जाएं। दुआ का मतलब ही यही है कि आप मतलब खुदा को याद करें।</w:t>
      </w:r>
    </w:p>
    <w:p>
      <w:r>
        <w:rPr>
          <w:b/>
        </w:rPr>
        <w:t xml:space="preserve">[48:37] </w:t>
      </w:r>
      <w:r>
        <w:t>a ek persian a couplet bhi hai, a dushman agar kavi ast nigah ban kavi tarast. if problem is great, problem solver is greater. to we must remember that, that any any problem, any situation we face, we should put it on to god. achha, very nice couplet. ji, doctor sahib, kaafi saare comments aur kuch sawaal bhi aa rahe hain, lekin itna waqt nahi hai. lekin main kuch comments aur padhna chah</w:t>
      </w:r>
    </w:p>
    <w:p>
      <w:pPr>
        <w:jc w:val="right"/>
      </w:pPr>
      <w:r>
        <w:t>अ एक पर्शियन अ कपलेट भी है, अ दुश्मन अगर कवि अस्त निगाह बान कवि तरस्त। इफ प्रॉब्लम इज ग्रेट, प्रॉब्लम सॉल्वर इज ग्रेटर। तो वी मस्ट रिमेंबर दैट, दैट एनी एनी प्रॉब्लम, एनी सिचुएशन वी फेस, वी शुड पुट इट ऑन टू गॉड। अच्छा, वेरी नाइस कपलेट। जी, डॉक्टर साहब, काफी सारे कमेंट्स और कुछ सवाल भी आ रहे हैं, लेकिन इतना वक्त नहीं है। लेकिन मैं कुछ कमेंट्स और पढ़ना चाह</w:t>
      </w:r>
    </w:p>
    <w:p>
      <w:r>
        <w:rPr>
          <w:b/>
        </w:rPr>
        <w:t xml:space="preserve">[49:03] </w:t>
      </w:r>
      <w:r>
        <w:t>unga. ye saifuddin sahib ne pakistan se ek likha hai, doctor sane snain khan sahib, ve of delivering, delivering is so awesome aur modest, that when i listen to him, it softs my heart aur tears come to my eyes. zuber satalla sahib ne likha hai, mashaallah, very good explanation on spirit of zikr. doctor sahib, god bless you.</w:t>
      </w:r>
    </w:p>
    <w:p>
      <w:pPr>
        <w:jc w:val="right"/>
      </w:pPr>
      <w:r>
        <w:t>ूंगा। यह सैफुद्दीन साहब ने पाकिस्तान से एक लिखा है, डॉक्टर साने स्नैन खान साहब, वे ऑफ डिलीवरिंग, डिलीवरिंग इज सो ऑसम एंड मॉडेस्ट, दैट व्हेन आई लिसन टू हिम, इट सॉफ्ट्स माय हार्ट एंड टियर्स कम टू माय आईज। जुबेर सतल्ला साहब ने लिखा है, माशाल्लाह, वेरी गुड एक्सप्लेनेशन ऑन स्पिरिट ऑफ जिक्र। डॉक्टर साहब, गॉड ब्लेस यू।</w:t>
      </w:r>
    </w:p>
    <w:p>
      <w:r>
        <w:rPr>
          <w:b/>
        </w:rPr>
        <w:t xml:space="preserve">[49:28] </w:t>
      </w:r>
      <w:r>
        <w:t>zuber khan sahib ne kolhapur se likha hai, mashaallah, sir, aap bahut beautifully explain karte ho. allah hum sabko aur achhi hidayat de. doctor sahib, main chahunga ki abhi humne hadees aapse suni, rasoolallah ki life se bhi instance sune, quran se humne aapne kuch baatein batayi. main chahunga ki kuch aur prophets ki life se bhi aap batayein ki kis tarah vah zikr kiya karte</w:t>
      </w:r>
    </w:p>
    <w:p>
      <w:pPr>
        <w:jc w:val="right"/>
      </w:pPr>
      <w:r>
        <w:t>जुबेर खान साहब ने कोल्हापुर से लिखा है, माशाल्लाह, सर, आप बहुत ब्यूटीफुली एक्सप्लेन करते हो। अल्लाह हम सबको और अच्छी हिदायत दे। डॉक्टर साहब, मैं चाहूंगा कि अभी हमने हदीस आपसे सुनी, रसूलल्लाह की लाइफ से भी इंस्टेंस सुने, कुरान से हमने आपने कुछ बातें बताई। मैं चाहूंगा कि कुछ और प्रॉफिट्स की लाइफ से भी आप बताएं कि किस तरह वह जिक्र किया करते</w:t>
      </w:r>
    </w:p>
    <w:p>
      <w:r>
        <w:rPr>
          <w:b/>
        </w:rPr>
        <w:t xml:space="preserve">[49:56] </w:t>
      </w:r>
      <w:r>
        <w:t>the, uske baare me bhi hum sabko batayein. zaroor, quran me jo bhi prophets hain, sabki zindagi me humein kuch na kuch milta hai. to main chand leta hoon, jaise dawood al salam, yani david, unke baare me mashhoor hai ki vah a khuda ke liye hi used to sing the praise of god, jisko hum bible me sam kehte hain.</w:t>
      </w:r>
    </w:p>
    <w:p>
      <w:pPr>
        <w:jc w:val="right"/>
      </w:pPr>
      <w:r>
        <w:t>थे, उसके बारे में भी हम सबको बताएं। जरूर, कुरान में जो भी प्रॉफिट्स हैं, सबकी जिंदगी में हमें कुछ ना कुछ मिलता है। तो मैं चंद लेता हूं, जैसे दाऊद अल सलाम, यानी डेविड, उनके बारे में मशहूर है कि वह अ खुदा के लिए ही यूज टू सिंग द प्रेज ऑफ गॉड, जिसको हम बाइबल में साम कहते हैं।</w:t>
      </w:r>
    </w:p>
    <w:p>
      <w:r>
        <w:rPr>
          <w:b/>
        </w:rPr>
        <w:t xml:space="preserve">[50:23] </w:t>
      </w:r>
      <w:r>
        <w:t>ji, wo dawood ke hi wo hain a naghme. to jab wo gaate the, unki badi achhi aawaz thi. allah ke a azmat bayan karte the. to jo jo pahaad hain aur jo chidiyaan hain aur jo har jo animate aur inanimate saari cheezein unke saath milke khuda ke zikr me, a yani unke saath shamil ho jaati thi. ji</w:t>
      </w:r>
    </w:p>
    <w:p>
      <w:pPr>
        <w:jc w:val="right"/>
      </w:pPr>
      <w:r>
        <w:t>जी, वो दाऊद के ही वो हैं अ नगमे। तो जब वो गाते थे, उनकी बड़ी अच्छी आवाज थी। अल्लाह के अ अजमत बयान करते थे। तो जो जो पहाड़ हैं और जो चिड़ियां हैं और जो हर जो एनिमेट और इन एनिमेट सारी चीजें उनके साथ मिलके खुदा के जिक्र में, अ यानी उनके साथ शामिल हो जाती थी। जी</w:t>
      </w:r>
    </w:p>
    <w:p>
      <w:r>
        <w:rPr>
          <w:b/>
        </w:rPr>
        <w:t xml:space="preserve">[50:52] </w:t>
      </w:r>
      <w:r>
        <w:t>, to ye to ek prophet a ki ke ke liye bahut hi wajah cheez thi. quran me ye aata hai, lekin a ek aam insaan ke liye bhi, hum jaise jo aam insaan hain, unke liye bhi kuch aise hi hai. prophet ke liye bahut wajah hota hai, lekin hamare liye itna wajah nahi hota</w:t>
      </w:r>
    </w:p>
    <w:p>
      <w:pPr>
        <w:jc w:val="right"/>
      </w:pPr>
      <w:r>
        <w:t>, तो यह तो एक पैगंबर अ की के के लिए बहुत ही वाज चीज थी। कुरान में यह आता है, लेकिन अ एक आम इंसान के लिए भी, हम जैसे जो आम इंसान हैं, उनके लिए भी कुछ ऐसे ही है। पैगंबर के लिए बहुत वाज होता है, लेकिन हमारे लिए इतना वाज नहीं होता</w:t>
      </w:r>
    </w:p>
    <w:p>
      <w:r>
        <w:rPr>
          <w:b/>
        </w:rPr>
        <w:t xml:space="preserve">[51:13] </w:t>
      </w:r>
      <w:r>
        <w:t>hai. kyunke hadith mein aata hai, prophet ne kaha hai ke jab ek insaan</w:t>
      </w:r>
    </w:p>
    <w:p>
      <w:pPr>
        <w:jc w:val="right"/>
      </w:pPr>
      <w:r>
        <w:t>है। क्योंकि हदीस में आता है, प्रॉफिट ने कहा है कि जब एक इंसान</w:t>
      </w:r>
    </w:p>
    <w:p>
      <w:r>
        <w:rPr>
          <w:b/>
        </w:rPr>
        <w:t xml:space="preserve">[51:19] </w:t>
      </w:r>
      <w:r>
        <w:t>a hajj ke liye nikalta hai</w:t>
      </w:r>
    </w:p>
    <w:p>
      <w:pPr>
        <w:jc w:val="right"/>
      </w:pPr>
      <w:r>
        <w:t>अ हज के लिए निकलता है</w:t>
      </w:r>
    </w:p>
    <w:p>
      <w:r>
        <w:rPr>
          <w:b/>
        </w:rPr>
        <w:t xml:space="preserve">[51:22] </w:t>
      </w:r>
      <w:r>
        <w:t>aur labbaik allahumma labbaik kehta hai, here i am o lord, here i am, yaani allah ke call</w:t>
      </w:r>
    </w:p>
    <w:p>
      <w:pPr>
        <w:jc w:val="right"/>
      </w:pPr>
      <w:r>
        <w:t>और लब्बैक अल्लाहुम्मा लब्बैक कहता है, हेयर आई एम ओ लॉर्ड, हेयर आई एम, यानी अल्लाह के कॉल</w:t>
      </w:r>
    </w:p>
    <w:p>
      <w:r>
        <w:rPr>
          <w:b/>
        </w:rPr>
        <w:t xml:space="preserve">[51:28] </w:t>
      </w:r>
      <w:r>
        <w:t>par respond karta hai aur nikalta hai hajj ke liye.</w:t>
      </w:r>
    </w:p>
    <w:p>
      <w:pPr>
        <w:jc w:val="right"/>
      </w:pPr>
      <w:r>
        <w:t>पर रिस्पांड करता है और निकलता है हज के लिए।</w:t>
      </w:r>
    </w:p>
    <w:p>
      <w:r>
        <w:rPr>
          <w:b/>
        </w:rPr>
        <w:t xml:space="preserve">[51:31] </w:t>
      </w:r>
      <w:r>
        <w:t>to jab woh labbaik allahumma labbaik kehta hai, to jo bhi raaste mein stone and mountain and rocks</w:t>
      </w:r>
    </w:p>
    <w:p>
      <w:pPr>
        <w:jc w:val="right"/>
      </w:pPr>
      <w:r>
        <w:t>तो जब वह लब्बैक अल्लाहुम्मा लब्बैक कहता है, तो जो भी रास्ते में स्टोन एंड माउंटेन एंड रॉक्स</w:t>
      </w:r>
    </w:p>
    <w:p>
      <w:r>
        <w:rPr>
          <w:b/>
        </w:rPr>
        <w:t xml:space="preserve">[51:39] </w:t>
      </w:r>
      <w:r>
        <w:t>and trees and plants, animate and animate, jo bhi cheeze hain, woh sab uske saath milke labbaik allahumma</w:t>
      </w:r>
    </w:p>
    <w:p>
      <w:pPr>
        <w:jc w:val="right"/>
      </w:pPr>
      <w:r>
        <w:t>एंड ट्रीज एंड प्लांट्स, एनिमेट एंड एनिमेट, जो भी चीजें हैं, वह सब उसके साथ मिलके लब्बैक अल्लाहुम्मा</w:t>
      </w:r>
    </w:p>
    <w:p>
      <w:r>
        <w:rPr>
          <w:b/>
        </w:rPr>
        <w:t xml:space="preserve">[51:45] </w:t>
      </w:r>
      <w:r>
        <w:t>labbaik kehte hain.</w:t>
      </w:r>
    </w:p>
    <w:p>
      <w:pPr>
        <w:jc w:val="right"/>
      </w:pPr>
      <w:r>
        <w:t>लब्बैक कहते हैं।</w:t>
      </w:r>
    </w:p>
    <w:p>
      <w:r>
        <w:rPr>
          <w:b/>
        </w:rPr>
        <w:t xml:space="preserve">[51:46] </w:t>
      </w:r>
      <w:r>
        <w:t>and they will testify on the day of judgment, that this man respond to your call.</w:t>
      </w:r>
    </w:p>
    <w:p>
      <w:pPr>
        <w:jc w:val="right"/>
      </w:pPr>
      <w:r>
        <w:t>एंड दे विल टेस्टिफाई ऑन द डे ऑफ जजमेंट, दैट दिस मैन रिस्पांड टू योर कॉल।</w:t>
      </w:r>
    </w:p>
    <w:p>
      <w:r>
        <w:rPr>
          <w:b/>
        </w:rPr>
        <w:t xml:space="preserve">[51:54] </w:t>
      </w:r>
      <w:r>
        <w:t>yani ye ye jo a ye ye misaal jo hai haj o haj ki, isse pata chalta hai ki hum bhi jab zikr karenge, to yaqeenan agar uske andar kaifiyat hogi, to saari jo jo cheezein hain, jo hamare aas paas hain, vah sab is uski zikr me shamil ho jayengi. to</w:t>
      </w:r>
    </w:p>
    <w:p>
      <w:pPr>
        <w:jc w:val="right"/>
      </w:pPr>
      <w:r>
        <w:t>यानी यह यह जो अ यह यह मिसाइल जो है हज व हज की, इससे पता चलता है कि हम भी जब जिक्र करेंगे, तो यकीनन अगर उसके अंदर कैफियत होगी, तो सारी जो जो चीजें हैं, जो हमारे आसपास हैं, वह सब इस उसकी जिक्र में शामिल हो जाएंगी। तो</w:t>
      </w:r>
    </w:p>
    <w:p>
      <w:r>
        <w:rPr>
          <w:b/>
        </w:rPr>
        <w:t xml:space="preserve">[52:15] </w:t>
      </w:r>
      <w:r>
        <w:t>ye ek baat humein dawood al salam ki misaal se milti hai. aur ek aur misaal lete hain, yunus al salam, jona, jinko man of fish kaha jaata hai. jona, yani yunus al salam ke baare me, jaisa aapko pata hai ki ji, unko a bheja gaya tha. allah taala ne ek basti me bheja tha, ek village me, lekin vah unki baatein unhonne</w:t>
      </w:r>
    </w:p>
    <w:p>
      <w:pPr>
        <w:jc w:val="right"/>
      </w:pPr>
      <w:r>
        <w:t>यह एक बात हमें दाऊद अल सलाम की मिसाल से मिलती है। और एक और मिसाल लेते हैं, यूनुस अल सलाम, जोना, जिनको मैन ऑफ फिश कहा जाता है। जोना, यानी यूनुस अल सलाम के बारे में, जैसा आपको पता है कि जी, उनको अ भेजा गया था। अल्लाह ताला ने एक बस्ती में भेजा था, एक विलेज में, लेकिन वह उनकी बातें उन्होंने</w:t>
      </w:r>
    </w:p>
    <w:p>
      <w:r>
        <w:rPr>
          <w:b/>
        </w:rPr>
        <w:t xml:space="preserve">[52:41] </w:t>
      </w:r>
      <w:r>
        <w:t>suni nahi. toh woh gussa hokar chale gaye aur phir ek ship par baith gaye.</w:t>
      </w:r>
    </w:p>
    <w:p>
      <w:pPr>
        <w:jc w:val="right"/>
      </w:pPr>
      <w:r>
        <w:t>सुनी नहीं। तो वह गुस्सा होकर चले गए और फिर एक शिप पर बैठ गए।</w:t>
      </w:r>
    </w:p>
    <w:p>
      <w:r>
        <w:rPr>
          <w:b/>
        </w:rPr>
        <w:t xml:space="preserve">[52:45] </w:t>
      </w:r>
      <w:r>
        <w:t>aur kaise kaise woh machhli ke pet mein chale gaye, ek whale ke pet mein chale gaye.</w:t>
      </w:r>
    </w:p>
    <w:p>
      <w:pPr>
        <w:jc w:val="right"/>
      </w:pPr>
      <w:r>
        <w:t>और कैसे कैसे वो मछली के पेट में चले गए, एक वेल के पेट में चले गए।</w:t>
      </w:r>
    </w:p>
    <w:p>
      <w:r>
        <w:rPr>
          <w:b/>
        </w:rPr>
        <w:t xml:space="preserve">[52:49] </w:t>
      </w:r>
      <w:r>
        <w:t>toh jab woh whale ke pet mein thay, toh unko samajh mein aaya ki maine galti ki, mujhko</w:t>
      </w:r>
    </w:p>
    <w:p>
      <w:pPr>
        <w:jc w:val="right"/>
      </w:pPr>
      <w:r>
        <w:t>तो जब वो वेल के पेट में थे, तो उनको समझ में आया कि मैंने गलती की, मुझको</w:t>
      </w:r>
    </w:p>
    <w:p>
      <w:r>
        <w:rPr>
          <w:b/>
        </w:rPr>
        <w:t xml:space="preserve">[52:54] </w:t>
      </w:r>
      <w:r>
        <w:t>is tarah se aana nahi chahiye tha chhod ke.</w:t>
      </w:r>
    </w:p>
    <w:p>
      <w:pPr>
        <w:jc w:val="right"/>
      </w:pPr>
      <w:r>
        <w:t>इस तरह से आना नहीं चाहिए था छोड़ के।</w:t>
      </w:r>
    </w:p>
    <w:p>
      <w:r>
        <w:rPr>
          <w:b/>
        </w:rPr>
        <w:t xml:space="preserve">[52:57] </w:t>
      </w:r>
      <w:r>
        <w:t>toh unhone dua ki, fanaada fi zulmati, ilaaha illa anta, subhanaka inni kuntu min jaleemeen.</w:t>
      </w:r>
    </w:p>
    <w:p>
      <w:pPr>
        <w:jc w:val="right"/>
      </w:pPr>
      <w:r>
        <w:t>तो उन्होंने दुआ की, फनादा फि जुलमाती, अल्ला इलाहा इल्ला अंता, सुभानक इनी कुंतु मिन जालिमीन।</w:t>
      </w:r>
    </w:p>
    <w:p>
      <w:r>
        <w:rPr>
          <w:b/>
        </w:rPr>
        <w:t xml:space="preserve">[53:04] </w:t>
      </w:r>
      <w:r>
        <w:t>ki un us darkness mein, zahir hai machhli ke pet mein kitni zabardast dark ho raha hoga.</w:t>
      </w:r>
    </w:p>
    <w:p>
      <w:pPr>
        <w:jc w:val="right"/>
      </w:pPr>
      <w:r>
        <w:t>कि उन उस डार्कनेस में, जाहिर है मछली के पेट में कितनी जबरदस्त डार्क हो रहा होगा।</w:t>
      </w:r>
    </w:p>
    <w:p>
      <w:r>
        <w:rPr>
          <w:b/>
        </w:rPr>
        <w:t xml:space="preserve">[53:10] </w:t>
      </w:r>
      <w:r>
        <w:t>woh</w:t>
      </w:r>
    </w:p>
    <w:p>
      <w:pPr>
        <w:jc w:val="right"/>
      </w:pPr>
      <w:r>
        <w:t>वह</w:t>
      </w:r>
    </w:p>
    <w:p>
      <w:r>
        <w:rPr>
          <w:b/>
        </w:rPr>
        <w:t xml:space="preserve">[53:11] </w:t>
      </w:r>
      <w:r>
        <w:t>aan se unhonne us darkness me se a dua ki ki tu hi tu pak hai, there is no god but you, glory be to you, and i was wrong, i am wrong. yani unhonne apni galti tasleem ki, allah ki badai ko a ko kaha ke baare me kaha.</w:t>
      </w:r>
    </w:p>
    <w:p>
      <w:pPr>
        <w:jc w:val="right"/>
      </w:pPr>
      <w:r>
        <w:t>ां से उन्होंने उस डार्कनेस में से अ दुआ की कि तू ही तू पाक है, देयर इज नो डे बट यू, ग्लोरी बी टू यू, एंड आई वाज रंग, आई एम रंग। यानी उन्होंने अपनी गलती तस्लीम की, अल्लाह की बड़ाई को अ को कहा के बारे में कहा।</w:t>
      </w:r>
    </w:p>
    <w:p>
      <w:r>
        <w:rPr>
          <w:b/>
        </w:rPr>
        <w:t xml:space="preserve">[53:32] </w:t>
      </w:r>
      <w:r>
        <w:t>toh allah taala ne unki dua suni aur machhli, aapko pata hai, laakar shore par laakar daal diya.</w:t>
      </w:r>
    </w:p>
    <w:p>
      <w:pPr>
        <w:jc w:val="right"/>
      </w:pPr>
      <w:r>
        <w:t>तो अल्लाह ताला ने उनकी दुआ सुनी और मछली, आपको पता है, लाकर शोर पर लाकर डाल दिया।</w:t>
      </w:r>
    </w:p>
    <w:p>
      <w:r>
        <w:rPr>
          <w:b/>
        </w:rPr>
        <w:t xml:space="preserve">[53:39] </w:t>
      </w:r>
      <w:r>
        <w:t>aur quran mein jo baat aayi hai, iske baad woh badi aham hai, fal la an na min al musabbiheen.</w:t>
      </w:r>
    </w:p>
    <w:p>
      <w:pPr>
        <w:jc w:val="right"/>
      </w:pPr>
      <w:r>
        <w:t>और कुरान में जो बात आई है, इसके बाद वो बड़ी अहम है, फलला अन्नान मिनल मुसब्बिहीन।</w:t>
      </w:r>
    </w:p>
    <w:p>
      <w:r>
        <w:rPr>
          <w:b/>
        </w:rPr>
        <w:t xml:space="preserve">[53:46] </w:t>
      </w:r>
      <w:r>
        <w:t>ki agar woh praise karne walon mein se na hota, musabbiheen</w:t>
      </w:r>
    </w:p>
    <w:p>
      <w:pPr>
        <w:jc w:val="right"/>
      </w:pPr>
      <w:r>
        <w:t>कि अगर वह प्रेज करने वालों में से ना होता, मुसब्बिहीन</w:t>
      </w:r>
    </w:p>
    <w:p>
      <w:r>
        <w:rPr>
          <w:b/>
        </w:rPr>
        <w:t xml:space="preserve">[53:51] </w:t>
      </w:r>
      <w:r>
        <w:t>karne walon mein se, us sense mein ki allah ko yaad karne walon mein se na hota, yaani</w:t>
      </w:r>
    </w:p>
    <w:p>
      <w:pPr>
        <w:jc w:val="right"/>
      </w:pPr>
      <w:r>
        <w:t>करने वालों में से, उस सेंस में कि अल्लाह को याद करने वालों में से ना होता, यानी</w:t>
      </w:r>
    </w:p>
    <w:p>
      <w:r>
        <w:rPr>
          <w:b/>
        </w:rPr>
        <w:t xml:space="preserve">[53:56] </w:t>
      </w:r>
      <w:r>
        <w:t>a toh labsa fi bat ila yom yusoon.</w:t>
      </w:r>
    </w:p>
    <w:p>
      <w:pPr>
        <w:jc w:val="right"/>
      </w:pPr>
      <w:r>
        <w:t>अ तो लबसा फी बत इला योम युसून।</w:t>
      </w:r>
    </w:p>
    <w:p>
      <w:r>
        <w:rPr>
          <w:b/>
        </w:rPr>
        <w:t xml:space="preserve">[54:03] </w:t>
      </w:r>
      <w:r>
        <w:t>to he would have been there in the belly of the fish till the day of judgment. yani kitni sakht baat kahi hai o prophet ke liye. ji, to aam insaanon ke liye to kitni aur zyada sakht hogi. to ye ye ek bahut hi aham baat hai,</w:t>
      </w:r>
    </w:p>
    <w:p>
      <w:pPr>
        <w:jc w:val="right"/>
      </w:pPr>
      <w:r>
        <w:t>तो ही वुड हैव बीन देयर इन द बैली ऑफ द फिश टिल द डे ऑफ जजमेंट। यानी कितनी सख्त बात कही है व पैगंबर के लिए। जी, तो आम इंसानों के लिए तो कितनी और ज्यादा सख्त होगी। तो यह यह एक बहुत ही अहम बात है,</w:t>
      </w:r>
    </w:p>
    <w:p>
      <w:r>
        <w:rPr>
          <w:b/>
        </w:rPr>
        <w:t xml:space="preserve">[54:18] </w:t>
      </w:r>
      <w:r>
        <w:t>isko maulana ne tazkir quran me likha hai. main usko padhta hoon, do teen lines ki is waqie se andaaza hota hai ki dai ke liye sabr intiha had tak zaroori</w:t>
      </w:r>
    </w:p>
    <w:p>
      <w:pPr>
        <w:jc w:val="right"/>
      </w:pPr>
      <w:r>
        <w:t>इसको मौलाना ने तस्कुर कुरान में लिखा है। मैं उसको पढ़ता हूं, दो तीन लाइने कि इस वाकए से अंदाजा होता है कि दाई के लिए सब्र इंतिहा हद तक जरूरी</w:t>
      </w:r>
    </w:p>
    <w:p>
      <w:r>
        <w:rPr>
          <w:b/>
        </w:rPr>
        <w:t xml:space="preserve">[54:29] </w:t>
      </w:r>
      <w:r>
        <w:t>hai. yani jisko khuda ka paigham logon tak pahunchana hai, usko har haal me sabr karna hai, hatta ki us waqt bhi jabki logon ka rawaiyya bajaah mayusi paida karne wala ban jaaye. aur maulana ne likha hai ki aaj jo musalman hai, vah machhli ke pet me hai. hum bilkul, yani masail ke pet me hai, problems ke har taraf dekhiye. ji, ladai jhagda ho raha hai bila wajah ka. kyunki unhonne jo unka unka mansab tha, main</w:t>
      </w:r>
    </w:p>
    <w:p>
      <w:pPr>
        <w:jc w:val="right"/>
      </w:pPr>
      <w:r>
        <w:t>है। यानी जिसको खुदा का पैगाम लोगों तक पहुंचाना है, उसको हर हाल में सब्र करना है, हत्ता कि उस वक्त भी जबकि लोगों का रवैया बजाह मायूसी पैदा करने वाला बन जाए। और मौलाना ने लिखा है कि आज जो मुसलमान है, वह मछली के पेट में है। हम बिल्कुल, यानी मसाइल के पेट में है, प्रॉब्लम्स के हर तरफ देखिए। जी, लड़ाई झगड़ा हो रहा है बिला वजह का। क्योंकि उन्होंने जो उनका उनका मनसब था, मेन</w:t>
      </w:r>
    </w:p>
    <w:p>
      <w:r>
        <w:rPr>
          <w:b/>
        </w:rPr>
        <w:t xml:space="preserve">[54:58] </w:t>
      </w:r>
      <w:r>
        <w:t>task, jo unka task jo Allah ne unko diya tha ke you will convey the message of the Quran to people. ab unhone woh to kaam chhod diya hai, logon ko dushman samajh liya hai. jaise Hazrat Yunus Al-salam ne socha ke yeh log to baat sun liye na, chalo chhod do. yahi yahi ho raha hai ek bahut bade paimane par ke logon ne apna jo jo responsibility thi, woh kho di. to uski wajah se masail ke pet mein chale gaye,</w:t>
      </w:r>
    </w:p>
    <w:p>
      <w:pPr>
        <w:jc w:val="right"/>
      </w:pPr>
      <w:r>
        <w:t>टास्क, जो उनका टास्क जो अल्लाह ने उनको दिया था कि यू विल कन्वे द मैसेज ऑफ द कुरान टू पीपल। अब उन्होंने वो तो काम छोड़ दिया है, लोगों को दुश्मन समझ लिया है। जैसे हजरत यूनुस अल सलाम ने सोचा कि यह लोग तो अ बात सुन लिए ना, चलो छोड़ो। यही यही हो रहा है एक बहुत बड़े पैमाने पर कि लोगों ने अपना जो जो रिस्पांसिबिलिटी थी, वह खो दी। तो उसकी वजह से मसाइल के पेट में चले गए,</w:t>
      </w:r>
    </w:p>
    <w:p>
      <w:r>
        <w:rPr>
          <w:b/>
        </w:rPr>
        <w:t xml:space="preserve">[55:25] </w:t>
      </w:r>
      <w:r>
        <w:t>har taraf masail se ghire hue, har taraf masail se ghire hue. jab tak ke woh wapas us task par nahin aayenge, jiske liye unko appoint kiya hai Allah ne. yaani ek daai ke taur par Allah taala ne paighambar ko bheja hai. aur yahi kaam hamara bhi hai. ji, inna arsalnaka shahid hoon, wa mubashir hoon, wa nazeera. wa daai illa bi-iznihi wa sirajum muneera. ke ek ek daai ke taur par, ek warner ke taur par paighambar ko bheja hai a</w:t>
      </w:r>
    </w:p>
    <w:p>
      <w:pPr>
        <w:jc w:val="right"/>
      </w:pPr>
      <w:r>
        <w:t>हर तरफ मसाइल से घिरे हुए, हर तरफ मसाइल से घिरे हुए। जब तक कि वह वापस उस टास्क पर नहीं आएंगे, जिसके लिए उनको अपॉइंट किया है अल्लाह ने। यानी एक दाई के तौर पर अल्लाह ताला ने पैगंबर को भेजा है। और यही काम हमारा भी है। जी, इन्ना अरसल्ला का शाहिद हूं, व मुबश्शिर हूं, व नजीरा। व दाई इल्ला बिजनी व सिराज मुनीरा। कि एक एक दाई के तौर पर, एक वार्नर के तौर पर पैगंबर को भेजा है अ</w:t>
      </w:r>
    </w:p>
    <w:p>
      <w:r>
        <w:rPr>
          <w:b/>
        </w:rPr>
        <w:t xml:space="preserve">[55:54] </w:t>
      </w:r>
      <w:r>
        <w:t>llah taala ne. to wahi hamara bhi kaam hai. ji, wahi hamara bhi kaam hai ke hum bhi logon ko Quran ke paigham se aagah karein. to agar hum woh nahin karenge, to wahi haal hoga hamara jo Yunus Al-salam ka hua tha. aur wahi haal hua hai. hum ke aap dekhein, poori duniya mein Musalman problem se ghire hue hain. hum kyunke unhone yeh kaam chhod diya hai. ji, unhone logon ko dushman samajh liya hai. ji, ji, jab tak ke unke liye logon ke liye mohabbat nahin hogi. ji,</w:t>
      </w:r>
    </w:p>
    <w:p>
      <w:pPr>
        <w:jc w:val="right"/>
      </w:pPr>
      <w:r>
        <w:t>ल्लाह ताला ने। तो वही हमारा भी काम है। जी, वही हमारा भी काम है कि हम भी लोगों को कुरान के पैगाम से आगाह करें। तो अगर हम वह नहीं करेंगे, तो वही हाल होगा हमारा जो यूनुस अल सलाम का हुआ था। और वही हाल हुआ है। हम कि आप देखें, पूरी दुनिया में मुसलमान प्रॉब्लम से घिरे हुए हैं। हम क्योंकि उन्होंने यह काम छोड़ दिया है। जी, उन्होंने लोगों को दुश्मन समझ लिया है। जी, जी, जब तक कि उनके लिए लोगों के लिए मोहब्बत नहीं होगी। जी,</w:t>
      </w:r>
    </w:p>
    <w:p>
      <w:r>
        <w:rPr>
          <w:b/>
        </w:rPr>
        <w:t xml:space="preserve">[56:19] </w:t>
      </w:r>
      <w:r>
        <w:t>bahut aham baat hai. haan, jab tak aap kaise kisi ko paigham kaise pahunchayenge. hum har har shakhs ke liye, yaani Firon tak ko Allah taala ne Musa Al-salam se kaha ke tum jao aur paigham pahunchao. halanki woh to zalim tareen insaan tha. to yeh jo misaal milti hai humein Yunus Al-salam ki, yeh bahut a</w:t>
      </w:r>
    </w:p>
    <w:p>
      <w:pPr>
        <w:jc w:val="right"/>
      </w:pPr>
      <w:r>
        <w:t>बहुत अहम बात है। हां, जब तक आप कैसे किसी को पैगाम कैसे पहुंचाएंगे। हम हर हर शख्स के लिए, यानी फिरौन तक के को अल्लाह ताला ने मूसा अल सलाम से कहा कि तुम जाओ और पैगाम पहुंचाओ। हालांकि वह तो जालिम तरीन इंसान था। तो यह जो अ मिसाल मिलती है हमें यूनुस अल सलाम की, यह बहुत अ</w:t>
      </w:r>
    </w:p>
    <w:p>
      <w:r>
        <w:rPr>
          <w:b/>
        </w:rPr>
        <w:t xml:space="preserve">[56:44] </w:t>
      </w:r>
      <w:r>
        <w:t>hum hain. is ye ye yaani zikr ke tabar se bhi ki saare masail ka hal jab unhone</w:t>
      </w:r>
    </w:p>
    <w:p>
      <w:pPr>
        <w:jc w:val="right"/>
      </w:pPr>
      <w:r>
        <w:t>हम है। इस ये ये यानी जिक्र के तबार से भी कि सारे मसाइल का हल जब उन्होंने</w:t>
      </w:r>
    </w:p>
    <w:p>
      <w:r>
        <w:rPr>
          <w:b/>
        </w:rPr>
        <w:t xml:space="preserve">[56:50] </w:t>
      </w:r>
      <w:r>
        <w:t>apne zikr kiya, allah ko yaad kiya aur apni kami ko bataya, tab jaakar woh masla unka hal</w:t>
      </w:r>
    </w:p>
    <w:p>
      <w:pPr>
        <w:jc w:val="right"/>
      </w:pPr>
      <w:r>
        <w:t>अपने जिक्र किया, अल्लाह को याद किया और अपनी कमी को बताया, तब जाकर वह मसला उनका हल</w:t>
      </w:r>
    </w:p>
    <w:p>
      <w:r>
        <w:rPr>
          <w:b/>
        </w:rPr>
        <w:t xml:space="preserve">[56:56] </w:t>
      </w:r>
      <w:r>
        <w:t>hua. toh is lihaz se zikr ki bahut hi bahut hi aham aham.</w:t>
      </w:r>
    </w:p>
    <w:p>
      <w:pPr>
        <w:jc w:val="right"/>
      </w:pPr>
      <w:r>
        <w:t>हुआ। तो इस लिहाज से जिक्र की बहुत ही बहुत ही अहम अहम।</w:t>
      </w:r>
    </w:p>
    <w:p>
      <w:r>
        <w:rPr>
          <w:b/>
        </w:rPr>
        <w:t xml:space="preserve">[57:00] </w:t>
      </w:r>
      <w:r>
        <w:t>ji, bahut hi ahmiyat hai.</w:t>
      </w:r>
    </w:p>
    <w:p>
      <w:pPr>
        <w:jc w:val="right"/>
      </w:pPr>
      <w:r>
        <w:t>जी, बहुत ही अहमियत है।</w:t>
      </w:r>
    </w:p>
    <w:p>
      <w:r>
        <w:rPr>
          <w:b/>
        </w:rPr>
        <w:t xml:space="preserve">[57:01] </w:t>
      </w:r>
      <w:r>
        <w:t>bilkul, doctor sahab.</w:t>
      </w:r>
    </w:p>
    <w:p>
      <w:pPr>
        <w:jc w:val="right"/>
      </w:pPr>
      <w:r>
        <w:t>बिल्कुल, डॉक्टर साहब।</w:t>
      </w:r>
    </w:p>
    <w:p>
      <w:r>
        <w:rPr>
          <w:b/>
        </w:rPr>
        <w:t xml:space="preserve">[57:02] </w:t>
      </w:r>
      <w:r>
        <w:t>in fact, mujhe prophet dawood ka bhi bahut achha example laga.</w:t>
      </w:r>
    </w:p>
    <w:p>
      <w:pPr>
        <w:jc w:val="right"/>
      </w:pPr>
      <w:r>
        <w:t>इनफैक्ट, मुझे प्रॉफिट दाऊद का भी बहुत अच्छा एग्जांपल लगा।</w:t>
      </w:r>
    </w:p>
    <w:p>
      <w:r>
        <w:rPr>
          <w:b/>
        </w:rPr>
        <w:t xml:space="preserve">[57:07] </w:t>
      </w:r>
      <w:r>
        <w:t>in fact, a prophet ke jo sahabi thay, abu musa al ashari, unki awaaz bhi bahut mithas thi.</w:t>
      </w:r>
    </w:p>
    <w:p>
      <w:pPr>
        <w:jc w:val="right"/>
      </w:pPr>
      <w:r>
        <w:t>इनफैक्ट, अ प्रॉफिट के जो सहाबी थे, अबू मूसा अल अशरी, उनकी आवाज भी बहुत मिठास थी।</w:t>
      </w:r>
    </w:p>
    <w:p>
      <w:r>
        <w:rPr>
          <w:b/>
        </w:rPr>
        <w:t xml:space="preserve">[57:14] </w:t>
      </w:r>
      <w:r>
        <w:t>to Prophet ne kaha, "that he is got the sweetness of Prophet Daud." a main padh raha tha ke usmein is tarah aata hai ke his voice was so melodious, jaise aapne bataya, "that wild animals, jinn, human beings, rivers and mountains, they will become completely still, listening devoted to Prophet Daud."</w:t>
      </w:r>
    </w:p>
    <w:p>
      <w:pPr>
        <w:jc w:val="right"/>
      </w:pPr>
      <w:r>
        <w:t>तो प्रॉफिट वन सेड, "दैट ही इज गॉट द स्वीटनेस ऑफ प्रॉफिट दाऊद।" अ मैं पढ़ रहा था कि उसमें इस तरह आता है कि हिज वॉइस वाज सो मेलोडियस, जैसे आपने बताया, "दैट वाइल्ड एनिमल्स, जिंस, ह्यूमन बीइंग्स, अ रिवर्स एंड माउंटेंस, दे विल बिकम कंपलीटली स्टिल, अ लिसनिंग डिवोटेड टू प्रॉफिट दाऊद।"</w:t>
      </w:r>
    </w:p>
    <w:p>
      <w:r>
        <w:rPr>
          <w:b/>
        </w:rPr>
        <w:t xml:space="preserve">[57:36] </w:t>
      </w:r>
      <w:r>
        <w:t>a in fact, Prophet ne kaha bhi ke, "a in the sight of God, his fast and prayer was most dear to to Allah." a because, he would wake sleep for half of the night, then he will wake up for 1/3 of the night, and then again he would sleep for the remaining 1/6 of the night. and he would a fast on every alternate day.</w:t>
      </w:r>
    </w:p>
    <w:p>
      <w:pPr>
        <w:jc w:val="right"/>
      </w:pPr>
      <w:r>
        <w:t>अ इनफैक्ट, प्रॉफिट ने कहा भी कि, "अ इन द साइट ऑफ गॉड, हिज फास्ट एंड प्रेयर वाज मोस्ट डियर टू टू अल्लाह।" अ बिकॉज, ही वुड वेक स्लीप फॉर हाफ ऑफ द नाइट, देन ही विल वेक अप फॉर 1/3 ऑफ द नाइट, एंड देन अगेन ही वुड स्लीप फॉर द रिमेनिंग 1/6 ऑफ द नाइट। एंड ही वुड अ फास्ट ऑन एवरी अल्टरनेट डे।</w:t>
      </w:r>
    </w:p>
    <w:p>
      <w:r>
        <w:rPr>
          <w:b/>
        </w:rPr>
        <w:t xml:space="preserve">[58:00] </w:t>
      </w:r>
      <w:r>
        <w:t>to a yeh example aur jo Yunus wala example aapne bataya, it was very directional. doctor sahab, a thank you for sharing that wonderful example. ya, its very meaningful for the present day and time. this is what i think a Muslims at large need to do, make a you turn and a follow a the guidance that you know you just shared from the Quran. kyunke Yunus Al-salam jab dobara gaye, ji, to woh sab woh log wait kar rahe the. unka kar rahe the. ji, woh soch rahe the, kahan chale gaye?</w:t>
      </w:r>
    </w:p>
    <w:p>
      <w:pPr>
        <w:jc w:val="right"/>
      </w:pPr>
      <w:r>
        <w:t>तो अ यह एग्जांपल और जो यूनुस वाला एग्जांपल आपने बताया, इट वाज वेरी डायरेक्शनल। डॉक्टर साहब, अ थैंक यू फॉर शेयरिंग दैट वंडरफुल एग्जांपल। या, इट्स वेरी मीनिंगफुल फॉर द प्रेजेंट डे एंड टाइम। दिस इज व्हाट आई थिंक अ मुस्लिम्स एट लार्ज नीड टू डू, मेक अ यू टर्न एंड अ फॉलो अ दी गाइडेंस दैट यू नो यू जस्ट शेयर्ड फ्रॉम द कुरान। क्योंकि यूनुस अल सलाम जब दोबारा गए, जी, तो वो सब वो लोग वेट कर रहे थे। उनका कर रहे थे। जी, वो सोच रहे थे, कहां चले गए?</w:t>
      </w:r>
    </w:p>
    <w:p>
      <w:r>
        <w:rPr>
          <w:b/>
        </w:rPr>
        <w:t xml:space="preserve">[58:28] </w:t>
      </w:r>
      <w:r>
        <w:t>itne a</w:t>
      </w:r>
    </w:p>
    <w:p>
      <w:pPr>
        <w:jc w:val="right"/>
      </w:pPr>
      <w:r>
        <w:t>इतने अ</w:t>
      </w:r>
    </w:p>
    <w:p>
      <w:r>
        <w:rPr>
          <w:b/>
        </w:rPr>
        <w:t xml:space="preserve">[58:29] </w:t>
      </w:r>
      <w:r>
        <w:t>cche aadmi the aur unhone fauran unki baat maan li. ji, ji, doctor sahab, Prophet Musa holds a central figure in Islam. there is a story about him in the Quran. balki, aapne khud Musa par kitaab bhi likhi hai bachchon ke liye. to kya unki zindagi se kuch zikr ka humein example aap bata sakte hain?</w:t>
      </w:r>
    </w:p>
    <w:p>
      <w:pPr>
        <w:jc w:val="right"/>
      </w:pPr>
      <w:r>
        <w:t>च्छे आदमी थे और उन्होंने फौरन उनकी बात मान ली। जी, जी, डॉक्टर साहब, प्रॉफिट मूसा होल्ड्स अ सेंट्रल फिगर इन इस्लाम। देयर इज अ स्टोरी अबाउट हिम इन द कुरान। बल्कि, आपने खुद मूसा पर किताब भी लिखी है बच्चों के लिए। तो क्या उनकी जिंदगी से कुछ जिक्र का हमें एग्जांपल आप बता सकते हैं?</w:t>
      </w:r>
    </w:p>
    <w:p>
      <w:r>
        <w:rPr>
          <w:b/>
        </w:rPr>
        <w:t xml:space="preserve">[58:49] </w:t>
      </w:r>
      <w:r>
        <w:t>ji, zaroor. bahut bahut hi. kyunke ajeeb baat hai ke Musa Al-salam ka moajza sabse zyada Quran mein zikr hai. ji, yaani itna zyada hai ke aap do chaar page kholein to Musa Al-salam ki baat aati hai. to bahut hi</w:t>
      </w:r>
    </w:p>
    <w:p>
      <w:pPr>
        <w:jc w:val="right"/>
      </w:pPr>
      <w:r>
        <w:t>जी, जरूर। बहुत बहुत ही। क्योंकि अजीब बात है कि मूसा अल सलाम का मोजज का सबसे ज्यादा कुरान में जिक्र है। जी, यानी इतना ज्यादा है कि आप दो चार पेज खोले तो मूसा अल सलाम की बात आती है। तो बहुत ही</w:t>
      </w:r>
    </w:p>
    <w:p>
      <w:r>
        <w:rPr>
          <w:b/>
        </w:rPr>
        <w:t xml:space="preserve">[59:02] </w:t>
      </w:r>
      <w:r>
        <w:t>very motivating, very inspiring story. Musa Al-salam ki jo, jaise humko pata hai ke bahut hi pareshani ki haalat mein Firon unse naraz ho gaya aur uske soldiers unko pakadne ke liye nikale. kaise pata chala unhein?</w:t>
      </w:r>
    </w:p>
    <w:p>
      <w:pPr>
        <w:jc w:val="right"/>
      </w:pPr>
      <w:r>
        <w:t>वेरी मोटिवेटिंग, वेरी इंस्पायरिंग स्टोरी। मूसा अल सलाम की जो, जैसे हमको पता है कि बहुत ही परेशानी की हालत में फैरो उनसे नाराज हो गया और उसके सोल्जर्स उनको पकड़ने के लिए अ निकले। कैसे पता चला उन्हें?</w:t>
      </w:r>
    </w:p>
    <w:p>
      <w:r>
        <w:rPr>
          <w:b/>
        </w:rPr>
        <w:t xml:space="preserve">[59:22] </w:t>
      </w:r>
      <w:r>
        <w:t>to woh bahut hi hangami haalat mein mahal se nikal gaye. yaani unke shoes bhi nahin pehne hue the, na koi paisa, na kuch</w:t>
      </w:r>
    </w:p>
    <w:p>
      <w:pPr>
        <w:jc w:val="right"/>
      </w:pPr>
      <w:r>
        <w:t>तो वह बहुत ही हंगामी हालात में अ महल से निकल गए। यानी अ उनके शूज भी नहीं पहने हुए थे, ना कोई पैसा, ना कुछ</w:t>
      </w:r>
    </w:p>
    <w:p>
      <w:r>
        <w:rPr>
          <w:b/>
        </w:rPr>
        <w:t xml:space="preserve">[59:31] </w:t>
      </w:r>
      <w:r>
        <w:t>। woh bas usi waqt nikal gaye aur phir woh chalte rahe, chalte rahe, chalte rahe. aur Mount Sinai ki taraf, Sinai Peninsula ki taraf hote hote, woh raaste mein jo bhi jangli phal wal hote the, woh khate hue woh kisi tarah se Madian pahunche. Madian to</w:t>
      </w:r>
    </w:p>
    <w:p>
      <w:pPr>
        <w:jc w:val="right"/>
      </w:pPr>
      <w:r>
        <w:t>। वो बस उसी वक्त निकल गए और फिर वह चलते रहे, चलते रहे, चलते रहे। और माउंट साइनाई की तरफ, सनाई पेनसुला की तरफ होते होते, वह रास्ते में जो भी जंगली फल वल होते थे, वह खाते हुए वह किसी तरीके से अ मदियन पहुंचे। मेदियन तो</w:t>
      </w:r>
    </w:p>
    <w:p>
      <w:r>
        <w:rPr>
          <w:b/>
        </w:rPr>
        <w:t xml:space="preserve">[59:52] </w:t>
      </w:r>
      <w:r>
        <w:t>Madian mein unhone dekha ke ek well hai jahan kuch shepherds apne janwaron ko pani pila rahe hain aur do ladies ek taraf khadi hui apne janwaron ke liye hue. to unhone poocha un ladies se jaakar ke, "tumhari kya problem hai?"</w:t>
      </w:r>
    </w:p>
    <w:p>
      <w:pPr>
        <w:jc w:val="right"/>
      </w:pPr>
      <w:r>
        <w:t>मदियन में उन्होंने देखा कि एक वेल है जहां कुछ शेफर्ड्स अपने जानवरों को पानी पिला रहे हैं और दो लेडीज एक तरफ खड़ी हुई अपने जानवरों के लिए हुए। तो उन्होंने पूछा उन लेडीज से जाकर के, "तुम्हारी क्या प्रॉब्लम है?</w:t>
      </w:r>
    </w:p>
    <w:p>
      <w:r>
        <w:rPr>
          <w:b/>
        </w:rPr>
        <w:t xml:space="preserve">[1:00:06] </w:t>
      </w:r>
      <w:r>
        <w:t>tum kyun nahin pani pila rahi ho?" to unhone kaha ke hamare yahan aisa tareeqa hai ke jab pehle yeh shepherds pani pila lete hain apne janwaron ko, uske baad hum pilate hain. to unhone janwar liye aur le jaakar khud pani pilakar wapas kar diya. aur phir woh jo do ladies thin, unhone thank you kaha aur lekar apne janwar apne ghar chali gayi.</w:t>
      </w:r>
    </w:p>
    <w:p>
      <w:pPr>
        <w:jc w:val="right"/>
      </w:pPr>
      <w:r>
        <w:t>तुम क्यों नहीं पानी पिला रही हो?" तो उन्होंने कहा कि हमारे यहां ऐसा तरीका है कि जब पहले ये शेफर्ड्स पानी पिला लेते हैं अपने जानवरों को, उसके बाद हम पिलाते हैं। तो उन्होंने जानवर लिए और ले जाकर खुद पानी पिलाकर वापस कर दिया। और फिर वह जो दो लेडीज थीं, उन्होंने थैंक यू कहा और लेकर अपने जानवर अपने घर चली गई।</w:t>
      </w:r>
    </w:p>
    <w:p>
      <w:r>
        <w:rPr>
          <w:b/>
        </w:rPr>
        <w:t xml:space="preserve">[1:00:26] </w:t>
      </w:r>
      <w:r>
        <w:t>to us waqt bahut hi pareshani ke alam mein, zahir hai ke woh safar se aa rahe the aur dar bhi tha Firon ka. aur yaani thake hue honge, pata nahin kuch khaya ya nahin. kya bahut hi mushkil haalat mein. to woh jaakar let gaye well ke paas, ek tree ke neeche, aur badi achhi dua nikli unke dil se, "Rabbi, inni lima anzalta ilayya min khairin faqeer." ke</w:t>
      </w:r>
    </w:p>
    <w:p>
      <w:pPr>
        <w:jc w:val="right"/>
      </w:pPr>
      <w:r>
        <w:t>तो उस वक्त बहुत ही परेशानी के आलम में, जाहिर है कि वह सफर से आ रहे थे और डर भी था फैरो का। और अ यानी अ थके हुए होंगे, पता नहीं कुछ खाया या नहीं। क्या बहुत ही मुश्किल हालात में। तो वो जाकर लेट गए वेल के पास, एक ट्री के नीचे, और बड़ी अच्छी दुआ निकली उनके दिल से, "रब्बी, इन्नी लिमा अंजल इलैया मिन खैर फकीर।" कि</w:t>
      </w:r>
    </w:p>
    <w:p>
      <w:r>
        <w:rPr>
          <w:b/>
        </w:rPr>
        <w:t xml:space="preserve">[1:00:52] </w:t>
      </w:r>
      <w:r>
        <w:t>, "ae mere Rab, what ever good you send down upon me, I am in dire need of it." yaani yeh badi achhi dua hai. aur kehte hain ulama ke yeh dua agar kare koi aadmi mushkil haalat mein dil se, agar to fauran dua qubool hoti hai, "Rabbi, inni lima anzalta ilayya min khairin faqeer." to yeh dua ki unhone. usi waqt woh jo ladies thin, unmein se ek aayi aur kaha ke, "mere father bula rahe hain aapko, so that you can have dinner with us</w:t>
      </w:r>
    </w:p>
    <w:p>
      <w:pPr>
        <w:jc w:val="right"/>
      </w:pPr>
      <w:r>
        <w:t>, "ऐ मेरे रब, व्हाट एवर गुड यू सेंड डाउन अपॉन मी, आई एम इन डायर नीड ऑफ इट।" यानी ये बड़ी अच्छी दुआ है। और कहते हैं उलमा कि ये दुआ अगर करे कोई आदमी मुश्किल हालात में दिल से, अगर तो फौरन दुआ कबूल होती है, "रब्बी, इन्नी लिमा अंजल इलैया मिन खैर फकीर।" तो ये दुआ की उन्होंने। उसी वक्त वो जो लेडीज थीं, उनमें से एक आई और कहा कि, "मेरे फादर बुला रहे हैं आपको, सो दैट यू कैन हैव डिनर विद अस</w:t>
      </w:r>
    </w:p>
    <w:p>
      <w:r>
        <w:rPr>
          <w:b/>
        </w:rPr>
        <w:t xml:space="preserve">[1:01:19] </w:t>
      </w:r>
      <w:r>
        <w:t>।" ji, to woh le gaye, le gayi. aur woh jo inke father the, dono ke, woh bhi koi bahut bade buzurg the ya koi paighambar the, Shoaib Al-salam. to unhone jab woh mile Musa Al-salam se, to bade impress hue. aur woh Musa Al-salam rehne lage. aur ek beti se unki shaadi ho gayi, jinka naam Safura aata hai aur Bible mein Zipporah aata hai.</w:t>
      </w:r>
    </w:p>
    <w:p>
      <w:pPr>
        <w:jc w:val="right"/>
      </w:pPr>
      <w:r>
        <w:t>।" जी, तो वो ले गए, ले गई। और वो जो इनके फादर थे, दोनों के, उन वो भी कोई बहुत बड़े बुजुर्ग थे या कोई पैगंबर थे, शोएब अल सलाम। तो उन्होंने जब वो मिले मूसा अल सलाम से, तो बड़े इंप्रेस हुए। और वो मूसा अल सलाम रहने लगे। और एक बेटी से उनकी शादी हो गई, जिनका नाम सफूरा आता है और बाइबल में जिपोरा आता है।</w:t>
      </w:r>
    </w:p>
    <w:p>
      <w:r>
        <w:rPr>
          <w:b/>
        </w:rPr>
        <w:t xml:space="preserve">[1:01:44] </w:t>
      </w:r>
      <w:r>
        <w:t>phir woh saat aath saal rahe wahan aur unka ek spiritual development bhi hua un buzurg ke saath. aur phir saat aath saal ke baad woh nikle wapas. unhone socha ke ab main apne wapas Egypt jaaun. aur do bachche bhi the us waqt, chhe saat saal ke bachche the. aur wife ko lekar woh nikle ke ab main Egypt ki taraf wapas ja raha hoon.</w:t>
      </w:r>
    </w:p>
    <w:p>
      <w:pPr>
        <w:jc w:val="right"/>
      </w:pPr>
      <w:r>
        <w:t>फिर वो सात आठ साल रहे वहां और उनका एक स्पिरिचुअल डेवलपमेंट भी हुआ उन बुजुर्ग के साथ। और फिर सात आठ साल के बाद वह निकले वापस। उन्होंने सोचा कि अब मैं अपने वापस इजिप्ट जाऊं। और दो बच्चे भी थे उस वक्त, छह सात साल के बच्चे थे। और वाइफ को लेकर वह निकले कि अब मैं इजिप्ट की तरफ वापस जा रहा हूं।</w:t>
      </w:r>
    </w:p>
    <w:p>
      <w:r>
        <w:rPr>
          <w:b/>
        </w:rPr>
        <w:t xml:space="preserve">[1:02:07] </w:t>
      </w:r>
      <w:r>
        <w:t>toh us zamane mein a matlab a koi</w:t>
      </w:r>
    </w:p>
    <w:p>
      <w:pPr>
        <w:jc w:val="right"/>
      </w:pPr>
      <w:r>
        <w:t>तो उस जमाने में अ मतलब अ कोई</w:t>
      </w:r>
    </w:p>
    <w:p>
      <w:r>
        <w:rPr>
          <w:b/>
        </w:rPr>
        <w:t xml:space="preserve">[1:02:12] </w:t>
      </w:r>
      <w:r>
        <w:t>safar ka zariya toh hota nahi tha.</w:t>
      </w:r>
    </w:p>
    <w:p>
      <w:pPr>
        <w:jc w:val="right"/>
      </w:pPr>
      <w:r>
        <w:t>सफर का जरिया तो होता नहीं था।</w:t>
      </w:r>
    </w:p>
    <w:p>
      <w:r>
        <w:rPr>
          <w:b/>
        </w:rPr>
        <w:t xml:space="preserve">[1:02:13] </w:t>
      </w:r>
      <w:r>
        <w:t>toh wohi jo aam taur se a mule hai ya khachchar tarah ke jo ghode ya ya donkey, is</w:t>
      </w:r>
    </w:p>
    <w:p>
      <w:pPr>
        <w:jc w:val="right"/>
      </w:pPr>
      <w:r>
        <w:t>तो वही जो आमतौर से अ म्यूल है या खच्चर तरह के जो घोड़े या या डोंकी, इस</w:t>
      </w:r>
    </w:p>
    <w:p>
      <w:r>
        <w:rPr>
          <w:b/>
        </w:rPr>
        <w:t xml:space="preserve">[1:02:23] </w:t>
      </w:r>
      <w:r>
        <w:t>tarah ki cheezon par saman laad lete the.</w:t>
      </w:r>
    </w:p>
    <w:p>
      <w:pPr>
        <w:jc w:val="right"/>
      </w:pPr>
      <w:r>
        <w:t>तरह की चीजों पर सामान लाद लेते थे।</w:t>
      </w:r>
    </w:p>
    <w:p>
      <w:r>
        <w:rPr>
          <w:b/>
        </w:rPr>
        <w:t xml:space="preserve">[1:02:25] </w:t>
      </w:r>
      <w:r>
        <w:t>ji, aur khud bhi us par baith jate the.</w:t>
      </w:r>
    </w:p>
    <w:p>
      <w:pPr>
        <w:jc w:val="right"/>
      </w:pPr>
      <w:r>
        <w:t>जी, और खुद भी उस पर बैठ जाते थे।</w:t>
      </w:r>
    </w:p>
    <w:p>
      <w:r>
        <w:rPr>
          <w:b/>
        </w:rPr>
        <w:t xml:space="preserve">[1:02:28] </w:t>
      </w:r>
      <w:r>
        <w:t>to aur kuch janwar jaise sheep hai, bakriyan hain, wo bhi sath mein le lete the.</w:t>
      </w:r>
    </w:p>
    <w:p>
      <w:pPr>
        <w:jc w:val="right"/>
      </w:pPr>
      <w:r>
        <w:t>तो और कुछ जानवर जैसे शीप है, बकरियां हैं, वो भी साथ में ले लेते थे।</w:t>
      </w:r>
    </w:p>
    <w:p>
      <w:r>
        <w:rPr>
          <w:b/>
        </w:rPr>
        <w:t xml:space="preserve">[1:02:33] </w:t>
      </w:r>
      <w:r>
        <w:t>kabhi raste mein doodh doodh peena ho to mil jayega.</w:t>
      </w:r>
    </w:p>
    <w:p>
      <w:pPr>
        <w:jc w:val="right"/>
      </w:pPr>
      <w:r>
        <w:t>कभी रास्ते में दूध दूध पीना हो तो मिल जाएगा।</w:t>
      </w:r>
    </w:p>
    <w:p>
      <w:r>
        <w:rPr>
          <w:b/>
        </w:rPr>
        <w:t xml:space="preserve">[1:02:36] </w:t>
      </w:r>
      <w:r>
        <w:t>to aise hi ek chhota sa khud kafila unhon ne banaya aur apni wife ko lekar aur apne bachchon</w:t>
      </w:r>
    </w:p>
    <w:p>
      <w:pPr>
        <w:jc w:val="right"/>
      </w:pPr>
      <w:r>
        <w:t>तो ऐसे ही एक छोटा सा खुद काफिला उन्होंने बनाया और अपनी वाइफ को लेकर और अपने बच्चों</w:t>
      </w:r>
    </w:p>
    <w:p>
      <w:r>
        <w:rPr>
          <w:b/>
        </w:rPr>
        <w:t xml:space="preserve">[1:02:41] </w:t>
      </w:r>
      <w:r>
        <w:t>ko lekar nikle.</w:t>
      </w:r>
    </w:p>
    <w:p>
      <w:pPr>
        <w:jc w:val="right"/>
      </w:pPr>
      <w:r>
        <w:t>को लेकर निकले।</w:t>
      </w:r>
    </w:p>
    <w:p>
      <w:r>
        <w:rPr>
          <w:b/>
        </w:rPr>
        <w:t xml:space="preserve">[1:02:43] </w:t>
      </w:r>
      <w:r>
        <w:t>to</w:t>
      </w:r>
    </w:p>
    <w:p>
      <w:pPr>
        <w:jc w:val="right"/>
      </w:pPr>
      <w:r>
        <w:t>तो</w:t>
      </w:r>
    </w:p>
    <w:p>
      <w:r>
        <w:rPr>
          <w:b/>
        </w:rPr>
        <w:t xml:space="preserve">[1:02:44] </w:t>
      </w:r>
      <w:r>
        <w:t>phir shaam ho gayi aur sardi ka zamana tha, thand lag rahi thi. to unhone dekha ke ek door pahadi par aag jal rahi hai. to unhone apni wife se kaha ke tum baitho yahan bachchon ko lekar, main zara jaata hoon upar. wahan maine ek aag dekhi jalti hui. ho sakta hai ke wahan se mujhe koi guidance mil jaye, jo rasta bhi bhool gaye the. ji, ya</w:t>
      </w:r>
    </w:p>
    <w:p>
      <w:pPr>
        <w:jc w:val="right"/>
      </w:pPr>
      <w:r>
        <w:t>फिर शाम हो गई और सर्दी का जमाना था, ठंड लग रही थी। तो उन्होंने देखा कि एक दूर पहाड़ी पर अ आग जल रही है। तो उन्होंने अपनी वाइफ से कहा कि तुम बैठो यहां बच्चों को लेकर, मैं जरा जाता हूं ऊपर। वहां मैंने एक आग देखी जलती हुई। हो सकता है कि वहां से मुझे कोई गाइडेंस मिल जाए, जो रास्ता भी भूल गए थे। जी, या</w:t>
      </w:r>
    </w:p>
    <w:p>
      <w:r>
        <w:rPr>
          <w:b/>
        </w:rPr>
        <w:t xml:space="preserve">[1:03:11] </w:t>
      </w:r>
      <w:r>
        <w:t>a kuch nahin to kam se kam ek lakdi le aaunga jalti hui. hum baith kar thoda apne seekhenge. to kisi shayar ne kaha hai ke lene gaye the aag, paimbari mil gayi. ji, to woh kaise kaise kaise pahunche wahan. aur a jab woh ek valley mein pahunche,</w:t>
      </w:r>
    </w:p>
    <w:p>
      <w:pPr>
        <w:jc w:val="right"/>
      </w:pPr>
      <w:r>
        <w:t>अ कुछ नहीं तो कम से कम एक लकड़ी ले आऊंगा जलती हुई। हम बैठ के थोड़ा अपने सीखेंगे। तो किसी शायर ने कहा है कि लेने गए थे आग, पैंबरी मिल गई। जी, तो वह कैसे कैसे कैसे पहुंचे वहां। और अ जब वह एक वैली में पहुंचे,</w:t>
      </w:r>
    </w:p>
    <w:p>
      <w:r>
        <w:rPr>
          <w:b/>
        </w:rPr>
        <w:t xml:space="preserve">[1:03:32] </w:t>
      </w:r>
      <w:r>
        <w:t>to wahan ek awaaz sunai di, jo ke Allah ki awaaz thi.</w:t>
      </w:r>
    </w:p>
    <w:p>
      <w:pPr>
        <w:jc w:val="right"/>
      </w:pPr>
      <w:r>
        <w:t>तो वहां एक आवाज सुनाई दी, जो कि अल्लाह की आवाज थी।</w:t>
      </w:r>
    </w:p>
    <w:p>
      <w:r>
        <w:rPr>
          <w:b/>
        </w:rPr>
        <w:t xml:space="preserve">[1:03:37] </w:t>
      </w:r>
      <w:r>
        <w:t>a Allah ne kisi paighambar se direct baat nahin ki, except Moses. to yeh bhi ek bada ek ajeeb mamla hai ke Allah taala ne sirf Musa Al-salam se direct baat ki. to awaaz suni unhone, jo ke Allah ki awaaz thi. Quran mein aata hai, "Inni Ana Rabbuka." ae Musa, main tumhara Rab hoon. yeh Allah ki awaaz thi. Fakhla' na' alay, so remove your sandals.</w:t>
      </w:r>
    </w:p>
    <w:p>
      <w:pPr>
        <w:jc w:val="right"/>
      </w:pPr>
      <w:r>
        <w:t>अल्लाह ने किसी पैगंबर से डायरेक्ट बात नहीं की, एक्सेप्ट मोजस। तो यह भी एक बड़ा एक अजीब मामला है कि अल्लाह ताला ने सिर्फ मूसा अल सलाम से डायरेक्ट बात की। तो आवाज सुनी उन्होंने, जो कि अल्लाह की आवाज थी। कुरान में आता है, "इन्नी अना रबका।" ऐ मूसा, मैं तुम्हारा रब हूं। यह अल्लाह की आवाज थी। फखले नाले, सो रिमूव योर सैंडल्स।</w:t>
      </w:r>
    </w:p>
    <w:p>
      <w:r>
        <w:rPr>
          <w:b/>
        </w:rPr>
        <w:t xml:space="preserve">[1:04:04] </w:t>
      </w:r>
      <w:r>
        <w:t>ek bil waadil muqaddas, you are in the valley of tuwa, the blessed valley. aur phir allah taala ne farmaya, "innii anaa allah, la ilaha illa anaa." ki main allah hoon aur mere siwa koi mabood nahi hai. koi der no date other den me. faabudni, so worship me. wa aqeem salat lik and establish prayer for my remembrance</w:t>
      </w:r>
    </w:p>
    <w:p>
      <w:pPr>
        <w:jc w:val="right"/>
      </w:pPr>
      <w:r>
        <w:t>इक बिल वादिल मुकद्दस, यू आर इन द वैली ऑफ तुआ, द ब्लेस्ड वैली। और फिर अल्लाह ताला ने फरमाया, "इन्नी अना अल्लाह, ला इलाहा इल्ला अना।" कि मैं अल्लाह हूं और मेरे सिवा कोई माबूद नहीं है। कोई देर नो डेट अदर देन मी। फाबुदनी, सो वशिप मी। व अकीम सलात लिक एंड एस्टेब्लिश प्रेयर फॉर माय रिमेंबरेंस</w:t>
      </w:r>
    </w:p>
    <w:p>
      <w:r>
        <w:rPr>
          <w:b/>
        </w:rPr>
        <w:t xml:space="preserve">[1:04:34] </w:t>
      </w:r>
      <w:r>
        <w:t>dekhiye, pehli baat jo allah taala ne kahi hai, woh zikr ki aur namaz ki baat kahi hai. aqeem salat lik, kitni ahem baat hai. jee, phir kuch hidaayat di allah taala ne aur kaha ki, "izhab ila firaun, innahu tagha ki go to pharaoh. he has transgressed all bounds." firaun ke paas jao aur woh bahut hi sarkash ho gaya hai.</w:t>
      </w:r>
    </w:p>
    <w:p>
      <w:pPr>
        <w:jc w:val="right"/>
      </w:pPr>
      <w:r>
        <w:t>। देखिए, पहली बात जो अल्लाह ताला ने कही है, वह जिक्र की और नमाज की बात कही है। अकीम सलात लिक, कितनी अहम बात है। जी, फिर कुछ हिदायत दी अल्लाह ताला ने और कहा कि, "इब इला फिरौन, इह तगा कि गो टू फैरो। ही हैज ट्रांसग्रेस ऑल बाउंड्स।" फिरौन के पास जाओ और वह बहुत ही सरकश हो गया है।</w:t>
      </w:r>
    </w:p>
    <w:p>
      <w:r>
        <w:rPr>
          <w:b/>
        </w:rPr>
        <w:t xml:space="preserve">[1:05:01] </w:t>
      </w:r>
      <w:r>
        <w:t>jee, to a aur kaha ki, "qoola lahu laa narmi se baat karna usse." allah taala ne kaisi instruction di. kyunki moosa al salam bade waise the, strong aur unhe gussa bhi ho jaate the. to allah taala ne kaha, "narmi se baat karna,</w:t>
      </w:r>
    </w:p>
    <w:p>
      <w:pPr>
        <w:jc w:val="right"/>
      </w:pPr>
      <w:r>
        <w:t>जी, तो अ और कहा कि, "कूला लहु लन नरमी से बात करना उससे।" अल्लाह ताला ने कैसी इंस्ट्रक्शन दी। क्योंकि मूसा अल सलाम बड़े वैसे थे, स्ट्रांग और उन गुस्सा भी हो जाते थे। तो अल्लाह ताला ने कहा, "नरमी से बात करना,</w:t>
      </w:r>
    </w:p>
    <w:p>
      <w:r>
        <w:rPr>
          <w:b/>
        </w:rPr>
        <w:t xml:space="preserve">[1:05:22] </w:t>
      </w:r>
      <w:r>
        <w:t>aise nahi ki tum bahut hi sakhti se baat karo." aur kaha ki, "la allahu yazzakkaru aw y</w:t>
      </w:r>
    </w:p>
    <w:p>
      <w:pPr>
        <w:jc w:val="right"/>
      </w:pPr>
      <w:r>
        <w:t>ऐसे नहीं कि तुम बहुत ही सख्ती से बात करो।" और कहा कि, "ला अल्लाह यत जकर य</w:t>
      </w:r>
    </w:p>
    <w:p>
      <w:r>
        <w:rPr>
          <w:b/>
        </w:rPr>
        <w:t xml:space="preserve">[1:05:28] </w:t>
      </w:r>
      <w:r>
        <w:t>khaa." ho sakta hai usko yaad yaad dhyaani se fayda ho aur woh khuda se dare. aur phir allah taala ne farmaya ki, "qaala la takhaf, dont worry. you should not fear. innanii makum, i am with you. asma wa ara, i hear and i see." to</w:t>
      </w:r>
    </w:p>
    <w:p>
      <w:pPr>
        <w:jc w:val="right"/>
      </w:pPr>
      <w:r>
        <w:t>क्षा।" हो सकता है उसको याद याद ध्यानी से फायदा हो और और वह खुदा से डरे। और फिर अल्लाह ताला ने फरमाया कि, "काला ला तफा, डोंट वरी। यू शुड नॉट फेयर। इन्नी माकुमा, आई एम विद यू। असमा वरा, आई हेयर एंड आई सी।" तो</w:t>
      </w:r>
    </w:p>
    <w:p>
      <w:r>
        <w:rPr>
          <w:b/>
        </w:rPr>
        <w:t xml:space="preserve">[1:05:50] </w:t>
      </w:r>
      <w:r>
        <w:t>kyunki wah dar rahe honge ki firoun, zahir hai, pehle se hi pakadna chahta tha, arrest karna chahta</w:t>
      </w:r>
    </w:p>
    <w:p>
      <w:pPr>
        <w:jc w:val="right"/>
      </w:pPr>
      <w:r>
        <w:t>क्योंकि वह डर रहे होंगे कि फिरौन, जाहिर है, पहले से ही पकड़ना चाहता था, अरेस्ट करना चाहता</w:t>
      </w:r>
    </w:p>
    <w:p>
      <w:r>
        <w:rPr>
          <w:b/>
        </w:rPr>
        <w:t xml:space="preserve">[1:05:55] </w:t>
      </w:r>
      <w:r>
        <w:t>tha aur bahut zalim bhi tha.</w:t>
      </w:r>
    </w:p>
    <w:p>
      <w:pPr>
        <w:jc w:val="right"/>
      </w:pPr>
      <w:r>
        <w:t>था और बहुत जालिम भी था।</w:t>
      </w:r>
    </w:p>
    <w:p>
      <w:r>
        <w:rPr>
          <w:b/>
        </w:rPr>
        <w:t xml:space="preserve">[1:05:58] </w:t>
      </w:r>
      <w:r>
        <w:t>aur allah ne kaha ki, "jao, mera paigham pahunchao firo ko."</w:t>
      </w:r>
    </w:p>
    <w:p>
      <w:pPr>
        <w:jc w:val="right"/>
      </w:pPr>
      <w:r>
        <w:t>और अल्लाह ने कहा कि, "जाओ, मेरा पैगाम पहुंचाओ फैरो को।"</w:t>
      </w:r>
    </w:p>
    <w:p>
      <w:r>
        <w:rPr>
          <w:b/>
        </w:rPr>
        <w:t xml:space="preserve">[1:06:02] </w:t>
      </w:r>
      <w:r>
        <w:t>to phir wah dua ki, jo hum log dua karte hain program se pehle, "rabbish ali sadri, vayas</w:t>
      </w:r>
    </w:p>
    <w:p>
      <w:pPr>
        <w:jc w:val="right"/>
      </w:pPr>
      <w:r>
        <w:t>तो फिर वह दुआ की, जो हम लोग दुआ करते हैं प्रोग्राम से पहले, "रब्बिश अली सदरी, वयस</w:t>
      </w:r>
    </w:p>
    <w:p>
      <w:r>
        <w:rPr>
          <w:b/>
        </w:rPr>
        <w:t xml:space="preserve">[1:06:09] </w:t>
      </w:r>
      <w:r>
        <w:t>amri, lu uqat misani."</w:t>
      </w:r>
    </w:p>
    <w:p>
      <w:pPr>
        <w:jc w:val="right"/>
      </w:pPr>
      <w:r>
        <w:t>अमरी, ल उकत मिसानी।"</w:t>
      </w:r>
    </w:p>
    <w:p>
      <w:r>
        <w:rPr>
          <w:b/>
        </w:rPr>
        <w:t xml:space="preserve">[1:06:12] </w:t>
      </w:r>
      <w:r>
        <w:t>yef kali ki, "ae allah, mere sine ko khol de taki log meri baat samajh sake aur meri</w:t>
      </w:r>
    </w:p>
    <w:p>
      <w:pPr>
        <w:jc w:val="right"/>
      </w:pPr>
      <w:r>
        <w:t>यफ कली कि, "ऐ अल्लाह, मेरे सीने को खोल दे ताकि लोग मेरी बात समझ सके और मेरी</w:t>
      </w:r>
    </w:p>
    <w:p>
      <w:r>
        <w:rPr>
          <w:b/>
        </w:rPr>
        <w:t xml:space="preserve">[1:06:17] </w:t>
      </w:r>
      <w:r>
        <w:t>jo zuban hai, uski jo luknat hai, jo main thoda stammer karte the, usko khatm kar de."</w:t>
      </w:r>
    </w:p>
    <w:p>
      <w:pPr>
        <w:jc w:val="right"/>
      </w:pPr>
      <w:r>
        <w:t>जो जुबान है, उसकी जो लुकन है, जो मैं थोड़ा स्टमर करते थे, उसको खत्म कर दे।"</w:t>
      </w:r>
    </w:p>
    <w:p>
      <w:r>
        <w:rPr>
          <w:b/>
        </w:rPr>
        <w:t xml:space="preserve">[1:06:23] </w:t>
      </w:r>
      <w:r>
        <w:t>aur phir bahut achhi baat kahi, "wajali wazir bin ahli ki appoint a helper from my family,</w:t>
      </w:r>
    </w:p>
    <w:p>
      <w:pPr>
        <w:jc w:val="right"/>
      </w:pPr>
      <w:r>
        <w:t>और फिर बहुत अच्छी बात कही, "वजली वजीर बिन अहली कि अपॉइंट अ हेल्पर फ्रॉम माय फैमिली,</w:t>
      </w:r>
    </w:p>
    <w:p>
      <w:r>
        <w:rPr>
          <w:b/>
        </w:rPr>
        <w:t xml:space="preserve">[1:06:32] </w:t>
      </w:r>
      <w:r>
        <w:t>haroon akhi, my brother haroon." ab yah bhi dekhiye ki moosa al salam ki kya shaan thi ki woh kahte hain allah se ki, "mere bhai ko prophet bana do." hum koi kah sakta hai aise?</w:t>
      </w:r>
    </w:p>
    <w:p>
      <w:pPr>
        <w:jc w:val="right"/>
      </w:pPr>
      <w:r>
        <w:t>हारून आखी, माय ब्रदर हारून।" अब यह भी देखिए कि मूसा अल सलाम की क्या शान थी कि वह कहते हैं अल्लाह से कि, "मेरे भाई को प्रॉफेट बना दो।" हम कोई कह सकता है ऐसे?</w:t>
      </w:r>
    </w:p>
    <w:p>
      <w:r>
        <w:rPr>
          <w:b/>
        </w:rPr>
        <w:t xml:space="preserve">[1:06:45] </w:t>
      </w:r>
      <w:r>
        <w:t>jee, kisi paighambar ne aisa nahi kaha. jee, to kaha ki, "mere bhai ko mera helper bana do." aur kaha ki, "udud bihi azri,</w:t>
      </w:r>
    </w:p>
    <w:p>
      <w:pPr>
        <w:jc w:val="right"/>
      </w:pPr>
      <w:r>
        <w:t>जी, किसी पैगंबर ने ऐसा नहीं कहा। जी, तो कहा कि, "मेरे भाई को मेरा हेल्पर बना दो।" और कहा कि, "उदद बही अजरी,</w:t>
      </w:r>
    </w:p>
    <w:p>
      <w:r>
        <w:rPr>
          <w:b/>
        </w:rPr>
        <w:t xml:space="preserve">[1:06:55] </w:t>
      </w:r>
      <w:r>
        <w:t>" yani meri kamar ko mazboot kar de. yani kamar ko mazboot ka matlab ki mera supporter bana de. jab itne bade mission par ja rahe hain pharaoh ke paas, to koi saathi hona chahi</w:t>
      </w:r>
    </w:p>
    <w:p>
      <w:pPr>
        <w:jc w:val="right"/>
      </w:pPr>
      <w:r>
        <w:t>" यानी मेरी कमर को मजबूत कर दे। यानी कमर को मजबूत का मतलब कि मेरा सपोर्टर बना दे। जब इतने बड़े मिशन पर जा रहे हैं फैरो के पास, तो कोई साथी होना चाहि</w:t>
      </w:r>
    </w:p>
    <w:p>
      <w:r>
        <w:rPr>
          <w:b/>
        </w:rPr>
        <w:t xml:space="preserve">[1:07:08] </w:t>
      </w:r>
      <w:r>
        <w:t>a. wa ashrik fi amri aur mera jo kaam hai, usko wo a wo us us kaam ka</w:t>
      </w:r>
    </w:p>
    <w:p>
      <w:pPr>
        <w:jc w:val="right"/>
      </w:pPr>
      <w:r>
        <w:t>ए। व अशरिक फी अमरी और मेरा जो काम है, उसको वो अ वो उस उस काम का</w:t>
      </w:r>
    </w:p>
    <w:p>
      <w:r>
        <w:rPr>
          <w:b/>
        </w:rPr>
        <w:t xml:space="preserve">[1:07:16] </w:t>
      </w:r>
      <w:r>
        <w:t>shareek ban jaye, helper ban jaye.</w:t>
      </w:r>
    </w:p>
    <w:p>
      <w:pPr>
        <w:jc w:val="right"/>
      </w:pPr>
      <w:r>
        <w:t>शरीक बन जाए, हेल्पर बन जाए।</w:t>
      </w:r>
    </w:p>
    <w:p>
      <w:r>
        <w:rPr>
          <w:b/>
        </w:rPr>
        <w:t xml:space="preserve">[1:07:19] </w:t>
      </w:r>
      <w:r>
        <w:t>aur phir jo bahut behtareen baat kahi hai, jo mujhe behad pasand hai, "kanab ka kasiara, so</w:t>
      </w:r>
    </w:p>
    <w:p>
      <w:pPr>
        <w:jc w:val="right"/>
      </w:pPr>
      <w:r>
        <w:t>और फिर जो बहुत बेहतरीन बात कही है, जो मुझे बेहद पसंद है, "क नब का कसीरा, सो</w:t>
      </w:r>
    </w:p>
    <w:p>
      <w:r>
        <w:rPr>
          <w:b/>
        </w:rPr>
        <w:t xml:space="preserve">[1:07:25] </w:t>
      </w:r>
      <w:r>
        <w:t>that we remember you much."</w:t>
      </w:r>
    </w:p>
    <w:p>
      <w:pPr>
        <w:jc w:val="right"/>
      </w:pPr>
      <w:r>
        <w:t>दैट वी रिमेंबर यू मच।"</w:t>
      </w:r>
    </w:p>
    <w:p>
      <w:r>
        <w:rPr>
          <w:b/>
        </w:rPr>
        <w:t xml:space="preserve">[1:07:27] </w:t>
      </w:r>
      <w:r>
        <w:t>w najak ka kasiara, and we remember you much, and we praise you much.</w:t>
      </w:r>
    </w:p>
    <w:p>
      <w:pPr>
        <w:jc w:val="right"/>
      </w:pPr>
      <w:r>
        <w:t>व नजक का कसीरा, एंड वी रिमेंबर यू मच, एंड वी प्रेज यू मच।</w:t>
      </w:r>
    </w:p>
    <w:p>
      <w:r>
        <w:rPr>
          <w:b/>
        </w:rPr>
        <w:t xml:space="preserve">[1:07:33] </w:t>
      </w:r>
      <w:r>
        <w:t>ik kunta bina basiara, and you are watching us.</w:t>
      </w:r>
    </w:p>
    <w:p>
      <w:pPr>
        <w:jc w:val="right"/>
      </w:pPr>
      <w:r>
        <w:t>इक कुंता बिना बसीरा, एंड यू आर वाचिंग अस।</w:t>
      </w:r>
    </w:p>
    <w:p>
      <w:r>
        <w:rPr>
          <w:b/>
        </w:rPr>
        <w:t xml:space="preserve">[1:07:36] </w:t>
      </w:r>
      <w:r>
        <w:t>tu to hamein dekh raha hai.</w:t>
      </w:r>
    </w:p>
    <w:p>
      <w:pPr>
        <w:jc w:val="right"/>
      </w:pPr>
      <w:r>
        <w:t>तू तो हमें देख रहा है।</w:t>
      </w:r>
    </w:p>
    <w:p>
      <w:r>
        <w:rPr>
          <w:b/>
        </w:rPr>
        <w:t xml:space="preserve">[1:07:38] </w:t>
      </w:r>
      <w:r>
        <w:t>to yani jo hazrat haroon al salam ko saathi banane ke liye, uski woh bata rahe hain ki, "hum tera khoob charcha karein aur khoob hum tera zikr karein, khoob hum tera, teri, teri barhai bayan karein." phir allah taala ne farmaya ki, "qaala qad ujeebat daawatuka ya moosa." ai moosa, humne tumhara, tumhari demand poori kar di aur paighambar bana</w:t>
      </w:r>
    </w:p>
    <w:p>
      <w:pPr>
        <w:jc w:val="right"/>
      </w:pPr>
      <w:r>
        <w:t>तो यानी जो हजरत हारून अल सलाम को साथी बनाने के लिए, उसकी वो बता रहे हैं कि, "हम तेरा खूब चर्चा करें और खूब हम तेरा जिक्र करें, खूब हम तेरा, तेरी, तेरी बढ़ाई बयान करें।" फिर अल्लाह ताला ने फरमाया कि, "काला कदती तसलक या मूसा।" ऐ मूसा, हमने तुम्हारा, तुम्हारी डिमांड पूरी कर दी और पैगंबर बना</w:t>
      </w:r>
    </w:p>
    <w:p>
      <w:r>
        <w:rPr>
          <w:b/>
        </w:rPr>
        <w:t xml:space="preserve">[1:08:07] </w:t>
      </w:r>
      <w:r>
        <w:t>diya, prophet bana diya haroon al salam ko. to ismein jo baat hai, woh yah hai ki jo insaan a iska realization badhta hai, aur to woh chahta hai ki aise logon ka saath ho ki jin ke saath mil kar woh khuda ko yaad kare, khuda ka zikr kare, khuda ki hamd bayan kare, charcha kare. to yah, yah yani ek maarif ka jo safar hai, yah hai asal asal cheez</w:t>
      </w:r>
    </w:p>
    <w:p>
      <w:pPr>
        <w:jc w:val="right"/>
      </w:pPr>
      <w:r>
        <w:t>दिया, प्रॉफेट बना दिया हारून अल सलाम को। तो इसमें जो बात है, वह यह है कि जो इंसान अ इसका रिलाइजेशन बढ़ता है, और तो वह चाहता है कि ऐसे लोगों का साथ हो कि जिनके साथ मिलकर वह खुदा को याद करे, खुदा का जिक्र करे, खुदा की हम्द बयान करे, चर्चा करे। तो यह, यह यानी एक मारफ का जो सफर है, यह है असल असल चीज</w:t>
      </w:r>
    </w:p>
    <w:p>
      <w:r>
        <w:rPr>
          <w:b/>
        </w:rPr>
        <w:t xml:space="preserve">[1:08:36] </w:t>
      </w:r>
      <w:r>
        <w:t>jee, to usi ki taraf ishaara hai. jee, aur allah taala ne kaha ki, "izhab anta wa akhooq, you and your brother, go to pharaoh bi aayaati." hum meri signs ke saath, yani jo kuch miracles diye the, do miracles, woh lekar jaao aur jaao pharaoh ke paas. wa la taniya fi zikri. phir kaha ki, "dont slack in my remembrance. dont forget." susti mat karna meri yaad ke liye. jee,</w:t>
      </w:r>
    </w:p>
    <w:p>
      <w:pPr>
        <w:jc w:val="right"/>
      </w:pPr>
      <w:r>
        <w:t>। जी, तो उसी की तरफ इशारा है। जी, और अल्लाह ताला ने कहा कि, "इब अंता वा अखू का, यू एंड योर ब्रदर, गो टू फैरो बे आयाती।" हम मेरी साइंस के साथ, यानी जो कुछ मिरेकल्स दिए थे, दो मिरेकल्स, वो लेकर जाओ और जाओ फैरो के पास। वला तनिया फी जिकरी। फिर कहा कि, "डोंट स्लक इन माय रिमेंबरेंस। डोंट फॉरगेट।" सुस्ती मत करना मेरी याद के लिए। जी,</w:t>
      </w:r>
    </w:p>
    <w:p>
      <w:r>
        <w:rPr>
          <w:b/>
        </w:rPr>
        <w:t xml:space="preserve">[1:09:04] </w:t>
      </w:r>
      <w:r>
        <w:t>tum ja rahe ho is is mission par, lekin meri, meri, meri yaad mein susti na karna.</w:t>
      </w:r>
    </w:p>
    <w:p>
      <w:pPr>
        <w:jc w:val="right"/>
      </w:pPr>
      <w:r>
        <w:t>तुम जा रहे हो इस इस मिशन पर, लेकिन मेरी, मेरी, मेरी याद में सुस्ती ना करना।</w:t>
      </w:r>
    </w:p>
    <w:p>
      <w:r>
        <w:rPr>
          <w:b/>
        </w:rPr>
        <w:t xml:space="preserve">[1:09:09] </w:t>
      </w:r>
      <w:r>
        <w:t>wala tania fi zikri.</w:t>
      </w:r>
    </w:p>
    <w:p>
      <w:pPr>
        <w:jc w:val="right"/>
      </w:pPr>
      <w:r>
        <w:t>वला तनिया फी जिकरी।</w:t>
      </w:r>
    </w:p>
    <w:p>
      <w:r>
        <w:rPr>
          <w:b/>
        </w:rPr>
        <w:t xml:space="preserve">[1:09:11] </w:t>
      </w:r>
      <w:r>
        <w:t>to yeh jo hai, a yani zikr a paigambaron ke qisson mein to hamein bepanah milta hai.</w:t>
      </w:r>
    </w:p>
    <w:p>
      <w:pPr>
        <w:jc w:val="right"/>
      </w:pPr>
      <w:r>
        <w:t>तो यह जो है, अ यानी जिक्र अ पैगंबरों के किस्सों में तो हमें बेपनाह मिलता है।</w:t>
      </w:r>
    </w:p>
    <w:p>
      <w:r>
        <w:rPr>
          <w:b/>
        </w:rPr>
        <w:t xml:space="preserve">[1:09:18] </w:t>
      </w:r>
      <w:r>
        <w:t>uski misaal aapne dekhi kis tarike se ke musa al salam ne jo haroon al salam ke liye</w:t>
      </w:r>
    </w:p>
    <w:p>
      <w:pPr>
        <w:jc w:val="right"/>
      </w:pPr>
      <w:r>
        <w:t>उसकी मिसाल आपने देखी किस तरीके से कि मूसा अल सलाम ने जो हारून अल सलाम के लिए</w:t>
      </w:r>
    </w:p>
    <w:p>
      <w:r>
        <w:rPr>
          <w:b/>
        </w:rPr>
        <w:t xml:space="preserve">[1:09:25] </w:t>
      </w:r>
      <w:r>
        <w:t>kaha ke, "taaki hum milkar zikr karein, milkar tujhe yaad karein, khoob tera charcha karein."</w:t>
      </w:r>
    </w:p>
    <w:p>
      <w:pPr>
        <w:jc w:val="right"/>
      </w:pPr>
      <w:r>
        <w:t>कहा कि, "ताकि हम मिलकर जिक्र करें, मिलकर तुझे याद करें, खूब तेरा चर्चा करें।"</w:t>
      </w:r>
    </w:p>
    <w:p>
      <w:r>
        <w:rPr>
          <w:b/>
        </w:rPr>
        <w:t xml:space="preserve">[1:09:30] </w:t>
      </w:r>
      <w:r>
        <w:t>yaani apni spirituality badhaye, aise saathi hamare ho</w:t>
      </w:r>
    </w:p>
    <w:p>
      <w:pPr>
        <w:jc w:val="right"/>
      </w:pPr>
      <w:r>
        <w:t>यानी अपनी स्पिरिचुअलिटी बढ़ाए, ऐसे साथी हमारे हो</w:t>
      </w:r>
    </w:p>
    <w:p>
      <w:r>
        <w:rPr>
          <w:b/>
        </w:rPr>
        <w:t xml:space="preserve">[1:09:34] </w:t>
      </w:r>
      <w:r>
        <w:t>ke hum milkar unke saath Khuda ko yaad karein aur Khuda ki azmat apne andar paida karein.</w:t>
      </w:r>
    </w:p>
    <w:p>
      <w:pPr>
        <w:jc w:val="right"/>
      </w:pPr>
      <w:r>
        <w:t>कि हम मिलकर उनके साथ खुदा को याद करें और खुदा की अजमत अपने अंदर पैदा करें।</w:t>
      </w:r>
    </w:p>
    <w:p>
      <w:r>
        <w:rPr>
          <w:b/>
        </w:rPr>
        <w:t xml:space="preserve">[1:09:40] </w:t>
      </w:r>
      <w:r>
        <w:t>Masha Allah, doctor sahab, waqt ho gaya hai.</w:t>
      </w:r>
    </w:p>
    <w:p>
      <w:pPr>
        <w:jc w:val="right"/>
      </w:pPr>
      <w:r>
        <w:t>माशाल्लाह, डॉक्टर साहब, वक्त हो गया है।</w:t>
      </w:r>
    </w:p>
    <w:p>
      <w:r>
        <w:rPr>
          <w:b/>
        </w:rPr>
        <w:t xml:space="preserve">[1:09:43] </w:t>
      </w:r>
      <w:r>
        <w:t>ab to aakhri ek sawal hai, kyunke aapko aaj teen books bhi release karni hai Maulana Wahiduddin Khan</w:t>
      </w:r>
    </w:p>
    <w:p>
      <w:pPr>
        <w:jc w:val="right"/>
      </w:pPr>
      <w:r>
        <w:t>अब तो आखिरी एक सवाल है, क्योंकि आपको आज तीन बुक्स भी रिलीज करनी है मौलाना वदीन खान</w:t>
      </w:r>
    </w:p>
    <w:p>
      <w:r>
        <w:rPr>
          <w:b/>
        </w:rPr>
        <w:t xml:space="preserve">[1:09:49] </w:t>
      </w:r>
      <w:r>
        <w:t>sahab ki in three different languages.</w:t>
      </w:r>
    </w:p>
    <w:p>
      <w:pPr>
        <w:jc w:val="right"/>
      </w:pPr>
      <w:r>
        <w:t>साहब की इन थ्री डिफरेंट लैंग्वेजेस।</w:t>
      </w:r>
    </w:p>
    <w:p>
      <w:r>
        <w:rPr>
          <w:b/>
        </w:rPr>
        <w:t xml:space="preserve">[1:09:52] </w:t>
      </w:r>
      <w:r>
        <w:t>a to main chahunga ke aakhri sawal, doctor sahab, if you can give us an example from the</w:t>
      </w:r>
    </w:p>
    <w:p>
      <w:pPr>
        <w:jc w:val="right"/>
      </w:pPr>
      <w:r>
        <w:t>अ तो मैं चाहूंगा कि आखिरी सवाल, डॉक्टर साहब, इफ यू कैन गिव अस एन एग्जांपल फ्रॉम द</w:t>
      </w:r>
    </w:p>
    <w:p>
      <w:r>
        <w:rPr>
          <w:b/>
        </w:rPr>
        <w:t xml:space="preserve">[1:09:57] </w:t>
      </w:r>
      <w:r>
        <w:t>Life of Prophet and Sahaba, and how did they incorporate zikr in their daily life.</w:t>
      </w:r>
    </w:p>
    <w:p>
      <w:pPr>
        <w:jc w:val="right"/>
      </w:pPr>
      <w:r>
        <w:t>लाइफ ऑफ प्रॉफेट एंड सहाबा, ट हाउ डिड दे इनकॉरपोरेट जिक्र इन देर डेली लाइफ।</w:t>
      </w:r>
    </w:p>
    <w:p>
      <w:r>
        <w:rPr>
          <w:b/>
        </w:rPr>
        <w:t xml:space="preserve">[1:10:03] </w:t>
      </w:r>
      <w:r>
        <w:t>to main chahunga is par aaj ka session</w:t>
      </w:r>
    </w:p>
    <w:p>
      <w:pPr>
        <w:jc w:val="right"/>
      </w:pPr>
      <w:r>
        <w:t>तो मैं चाहूंगा इस पर आप आज का सेशन</w:t>
      </w:r>
    </w:p>
    <w:p>
      <w:r>
        <w:rPr>
          <w:b/>
        </w:rPr>
        <w:t xml:space="preserve">[1:10:05] </w:t>
      </w:r>
      <w:r>
        <w:t>khatam karein. inshallah,</w:t>
      </w:r>
    </w:p>
    <w:p>
      <w:pPr>
        <w:jc w:val="right"/>
      </w:pPr>
      <w:r>
        <w:t>खत्म करें। इंशाल्लाह,</w:t>
      </w:r>
    </w:p>
    <w:p>
      <w:r>
        <w:rPr>
          <w:b/>
        </w:rPr>
        <w:t xml:space="preserve">[1:10:07] </w:t>
      </w:r>
      <w:r>
        <w:t>a ek ek narration hai jo ki hazrat a anas ibn e malik razi allah anhu ka narration hai, bahut hi ahem hai. a usmein aise aata hai ki, "inna rasoolallahi sallallahu alaihi wasallam, marra bi raa'in wa huwa yad'u fi salatihi.</w:t>
      </w:r>
    </w:p>
    <w:p>
      <w:pPr>
        <w:jc w:val="right"/>
      </w:pPr>
      <w:r>
        <w:t>अ एक एक नरेशन है जो कि हजरत अ अनस इब्ने मालिक रजि अल्लाह अन का नरेशन है, बहुत ही अहम है। अ उसमें ऐसे आता है कि, "इन रसूलल्लाह सल्लल्लाहु अल वसल्लम, मरा बे रावीन व यद फी सलाती।</w:t>
      </w:r>
    </w:p>
    <w:p>
      <w:r>
        <w:rPr>
          <w:b/>
        </w:rPr>
        <w:t xml:space="preserve">[1:10:26] </w:t>
      </w:r>
      <w:r>
        <w:t>once the prophet passed by a bedouin man, a desert arab,</w:t>
      </w:r>
    </w:p>
    <w:p>
      <w:pPr>
        <w:jc w:val="right"/>
      </w:pPr>
      <w:r>
        <w:t>वंस द प्रॉफेट पास्ड बाय ए बेडविन मैन, ए डेजर्ट अरब,</w:t>
      </w:r>
    </w:p>
    <w:p>
      <w:r>
        <w:rPr>
          <w:b/>
        </w:rPr>
        <w:t xml:space="preserve">[1:10:33] </w:t>
      </w:r>
      <w:r>
        <w:t>and he was making dua in his prayer.</w:t>
      </w:r>
    </w:p>
    <w:p>
      <w:pPr>
        <w:jc w:val="right"/>
      </w:pPr>
      <w:r>
        <w:t>एंड ही वाज मेकिंग दुआ इन हिज प्रेयर।</w:t>
      </w:r>
    </w:p>
    <w:p>
      <w:r>
        <w:rPr>
          <w:b/>
        </w:rPr>
        <w:t xml:space="preserve">[1:10:37] </w:t>
      </w:r>
      <w:r>
        <w:t>and the prophet stopped and started to listen to his dua.</w:t>
      </w:r>
    </w:p>
    <w:p>
      <w:pPr>
        <w:jc w:val="right"/>
      </w:pPr>
      <w:r>
        <w:t>एंड द प्रॉफेट स्टॉप्ड एंड स्टार्टेड टू लिसन टू हिज दुआ।</w:t>
      </w:r>
    </w:p>
    <w:p>
      <w:r>
        <w:rPr>
          <w:b/>
        </w:rPr>
        <w:t xml:space="preserve">[1:10:44] </w:t>
      </w:r>
      <w:r>
        <w:t>fa wafa rasulullah sallallahu alaihi wasallam, wa samia ilaihi.</w:t>
      </w:r>
    </w:p>
    <w:p>
      <w:pPr>
        <w:jc w:val="right"/>
      </w:pPr>
      <w:r>
        <w:t>फ वफा रसूलल्लाह सल्लल्लाहु अल वसल्लम, व समिया इलेही।</w:t>
      </w:r>
    </w:p>
    <w:p>
      <w:r>
        <w:rPr>
          <w:b/>
        </w:rPr>
        <w:t xml:space="preserve">[1:10:50] </w:t>
      </w:r>
      <w:r>
        <w:t>actually, that man was talking to God.</w:t>
      </w:r>
    </w:p>
    <w:p>
      <w:pPr>
        <w:jc w:val="right"/>
      </w:pPr>
      <w:r>
        <w:t>एक्चुअली, दैट मैन वाज टॉकिंग टू गॉड।</w:t>
      </w:r>
    </w:p>
    <w:p>
      <w:r>
        <w:rPr>
          <w:b/>
        </w:rPr>
        <w:t xml:space="preserve">[1:10:53] </w:t>
      </w:r>
      <w:r>
        <w:t>ji, he was in communication with God.</w:t>
      </w:r>
    </w:p>
    <w:p>
      <w:pPr>
        <w:jc w:val="right"/>
      </w:pPr>
      <w:r>
        <w:t>जी, ही वाज इन कम्युनिकेशन विद गॉड।</w:t>
      </w:r>
    </w:p>
    <w:p>
      <w:r>
        <w:rPr>
          <w:b/>
        </w:rPr>
        <w:t xml:space="preserve">[1:10:56] </w:t>
      </w:r>
      <w:r>
        <w:t>he was calling upon god. amazing zikr he was doing. and he says, "ya man la tarahul oyoon, o you the one whom eyes cannot be held in this world. wa la tukhzin and minds cannot comprehend your greatness. wa la yasifoon and people cannot praise as he deserves to be praised.</w:t>
      </w:r>
    </w:p>
    <w:p>
      <w:pPr>
        <w:jc w:val="right"/>
      </w:pPr>
      <w:r>
        <w:t>ही वाज कॉलिंग अपॉन गॉड। अमेजिंग जिक्र ही वाज डूइंग। एंड ही सेज, "याम अल्लाह तराहुल ओयून, ओ यू द वन होम आइस कैन नॉट बी होल्ड इन दिस वर्ल्ड। वला तुख जून एंड माइंड्स कैन नॉट कंप्रीहेंड योर ग्रेटनेस। वला यस वासून एंड पीपल कैन नॉट प्रेज एस ही डिजर्व टू बी प्रेज।</w:t>
      </w:r>
    </w:p>
    <w:p>
      <w:r>
        <w:rPr>
          <w:b/>
        </w:rPr>
        <w:t xml:space="preserve">[1:11:22] </w:t>
      </w:r>
      <w:r>
        <w:t>wa la tuhayyiruhu hawaadis, the calamity and accidents that occur in this world do not affect him. wa la yasha dawa'ir, he does not fear the passing of time. ya man a'lam bi mithaqil jibaal, he knows the exact weight of all the mountains in the world. wa makayil bihar, he knows the exact volume of all the ocean in the world. wa adada qatri litaa</w:t>
      </w:r>
    </w:p>
    <w:p>
      <w:pPr>
        <w:jc w:val="right"/>
      </w:pPr>
      <w:r>
        <w:t>वला तगल हवाद, द कैलेमिटी एंड एक्सीडेंट्स च अकर इन दिस वर्ल्ड डू नॉट इफेक्ट हिम। वला यश दवायर, ही डज नॉट फेयर द पासिंग ऑफ टाइम। याल मसाकिल जिबाल, ही नोज द एजेक्ट वेट ऑफ ऑल द माउंटेंस इन द वर्ल्ड। मकाल बर, ही नोज द एजेक्ट वॉल्यूम ऑफ ऑल द ओशन इन द वर्ल्ड। व अदद कतर लता</w:t>
      </w:r>
    </w:p>
    <w:p>
      <w:r>
        <w:rPr>
          <w:b/>
        </w:rPr>
        <w:t xml:space="preserve">[1:11:51] </w:t>
      </w:r>
      <w:r>
        <w:t>, and he knows the exact number of all the rain drops that falls from the sky. wa adada waraqi ashjaar, and he knows the exact number of leaves of all the trees in the world. wa adada ma a'zal</w:t>
      </w:r>
    </w:p>
    <w:p>
      <w:pPr>
        <w:jc w:val="right"/>
      </w:pPr>
      <w:r>
        <w:t>, एंड ही नोज द एजेक्ट नंबर ऑफ ऑल द रेन ड्रॉप्स दैट फॉल्स फ्रॉम द स्काई। व अदद वर्क लजार, एंड ही नोज द एजेक्ट नंबर ऑफ लीव्स ऑफ ऑल द ट्रीज इन द वर्ल्ड। व अदद मजल</w:t>
      </w:r>
    </w:p>
    <w:p>
      <w:r>
        <w:rPr>
          <w:b/>
        </w:rPr>
        <w:t xml:space="preserve">[1:12:04] </w:t>
      </w:r>
      <w:r>
        <w:t>ma alayhi lal, and he knows the exact number of everything that night hides in its darkness. wa ashraqa alayhi nahaar, and everything that day illuminate with its lights. and everything that day illuminate with its light. wa ma tawaara min sama sama. one sky, one sky cannot shield or hide anything from allah. wa la ardhun ardha, wa la ardhun ardha,</w:t>
      </w:r>
    </w:p>
    <w:p>
      <w:pPr>
        <w:jc w:val="right"/>
      </w:pPr>
      <w:r>
        <w:t>म अलेही लल, एंड ही नोज द एजेक्ट नंबर ऑफ एवरीथिंग दैट नाइट हाइड्स इन इट्स डार्कनेस। व अशरक अलेही नहार, एंड एवरीथिंग दैट डे इलुमिनेट विद इट्स लाइट्स। एंड एवरीथिंग दैट डे इलुमिनेट विद इट्स लाइट। व मा तवारा मिन समा समा। वन स्काई, वन स्काई कैन नॉट शील्ड और हाइड एनीथिंग फ्रॉम अल्लाह। वला अर्द अर्दा, वला अर्द अर्दा,</w:t>
      </w:r>
    </w:p>
    <w:p>
      <w:r>
        <w:rPr>
          <w:b/>
        </w:rPr>
        <w:t xml:space="preserve">[1:12:33] </w:t>
      </w:r>
      <w:r>
        <w:t>and one earth cannot shield or hide another earth from allah. wa la bahrun ma'afi rahi, and the ocean in its depth and darkness cannot hide anything from allah. wa la jabalun ma'afi wa'r, and a mountain in its deep and darkest cave cannot hide anything from allah. wa such amazing narration, and the narration goes on, and he makes beautiful and very powerful dua for himself.</w:t>
      </w:r>
    </w:p>
    <w:p>
      <w:pPr>
        <w:jc w:val="right"/>
      </w:pPr>
      <w:r>
        <w:t>एंड वन अर्थ कैन नॉट शील्ड और हाइड अनदर अर्थ फ्रॉम अल्लाह। वला बहर माफी रही, एंड द ओशन इन इट्स डेप्थ एंड डार्कनेस कैन नॉट हाइड एनीथिंग फ्रॉम अल्लाह। वला जबल माफी वार, एंड ए माउंटेन इन इट्स डीप एंड डार्केस्ट केव कैन नॉट हाइड एनीथिंग फ्रॉम अल्लाह। वा सच अमेजिंग नरेशन, एंड द नरेशन गोज ऑन, एंड ही मेक्स ब्यूटीफुल एंड वेरी पावरफुल दुआ फॉर हिमसेल्फ।</w:t>
      </w:r>
    </w:p>
    <w:p>
      <w:r>
        <w:rPr>
          <w:b/>
        </w:rPr>
        <w:t xml:space="preserve">[1:13:01] </w:t>
      </w:r>
      <w:r>
        <w:t>he says, "allahummaj al khaira umri aakhirah. o allah, make the last part of my life the best part of my life. wa khaira amali khawatim, make the best action, the last action that i do in this world. wa khaira ayyami yawma alqaaka fihi, and make the best day of my life, the day when i return to you and i meet you." and the prophet was amazed</w:t>
      </w:r>
    </w:p>
    <w:p>
      <w:pPr>
        <w:jc w:val="right"/>
      </w:pPr>
      <w:r>
        <w:t>ही सेज, "अल्लाह माजल खैरा उमरी आखिर। ओ अल्लाह, मेक द लास्ट पार्ट ऑफ माय लाइफ द बेस्ट पार्ट ऑफ माय लाइफ। व खैरा अमली खवातीन, मेक द बेस्ट एक्शन, द लास्ट एक्शन दैट आई डू इन दिस वर्ल्ड। व खैरा अयाम यम अलका फी, एंड मेक द बेस्ट डे ऑफ माय लाइफ, द डे व्हेन आई रिटर्न टू यू एंड एंड आई मीट यू।" एंड द प्रॉफेट वाज अमेज्ड</w:t>
      </w:r>
    </w:p>
    <w:p>
      <w:r>
        <w:rPr>
          <w:b/>
        </w:rPr>
        <w:t xml:space="preserve">[1:13:26] </w:t>
      </w:r>
      <w:r>
        <w:t>he stood and listen to him, and he said, "when he completed his dua, where are you from? what tribe you are from?</w:t>
      </w:r>
    </w:p>
    <w:p>
      <w:pPr>
        <w:jc w:val="right"/>
      </w:pPr>
      <w:r>
        <w:t>। ही स्टूड एंड लिसन टू हिम, एंड ही सेड, "व्हेन ही कंपलीटेड हिज दुआ, वेर आर यू फ्रॉम? च ट्राइब यू आर फ्रॉम?</w:t>
      </w:r>
    </w:p>
    <w:p>
      <w:r>
        <w:rPr>
          <w:b/>
        </w:rPr>
        <w:t xml:space="preserve">[1:13:35] </w:t>
      </w:r>
      <w:r>
        <w:t>what is your name?" and he said, "i am from the tribe of banu amir al sasa. banu amir bin sasa. actually, this tribe banu amir bin sasa is considered to be a cousin tribe of quraish.</w:t>
      </w:r>
    </w:p>
    <w:p>
      <w:pPr>
        <w:jc w:val="right"/>
      </w:pPr>
      <w:r>
        <w:t>व्हाट इज योर नेम?" एंड ही सेड, "आई एम फ्रॉम द ट्राइब ऑफ बनू आमिर अल सासा। बनू आमिर बिन सासा। एक्चुअली, दिस ट्राइब बनू आमिर बिन सासा इज कंसीडर्ड टू बी ए कजिन ट्राइब ऑफ कुरैश।</w:t>
      </w:r>
    </w:p>
    <w:p>
      <w:r>
        <w:rPr>
          <w:b/>
        </w:rPr>
        <w:t xml:space="preserve">[1:13:50] </w:t>
      </w:r>
      <w:r>
        <w:t>yani quraish tribe prophet ki tribe thi, aur banu amir ibne sasa tribe mein rishtedar thi, close thi. to rasulallah ne ek gift liya. i think it was a gold coin. gold coin, because the word zahab is used. to he took a gift and gave the gift to him. and the prophet ask, "do you know why i have given this gi</w:t>
      </w:r>
    </w:p>
    <w:p>
      <w:pPr>
        <w:jc w:val="right"/>
      </w:pPr>
      <w:r>
        <w:t>यानी कुरैश ट्राइब प्रॉफेट की ट्राइब थी, और बनू आमिर इब्ने सासा ट्राइब में रिश्तेदार थी, क्लोज थी। तो रसूलल्लाह ने एक गिफ्ट लिया। आई थिंक इट वाज ए गोल्ड कॉइन। गोल्ड कॉइन, बिकॉज द वर्ड जहब इज यूज्ड। तो ही टूक ए गिफ्ट एंड गव द गिफ्ट टू हिम। एंड द प्रॉफेट आस्क, "डू यू नो व्हाई आई हैव गिवन दिस गि</w:t>
      </w:r>
    </w:p>
    <w:p>
      <w:r>
        <w:rPr>
          <w:b/>
        </w:rPr>
        <w:t xml:space="preserve">[1:14:15] </w:t>
      </w:r>
      <w:r>
        <w:t>ft to you?" he was a simple man. he was a desert arab. and i said, "maybe because we are relatives. rahimi banana, i don't know. maybe prophet ne kaha, 'no, no, no. rishtedari ke bhi rights hote hain,</w:t>
      </w:r>
    </w:p>
    <w:p>
      <w:pPr>
        <w:jc w:val="right"/>
      </w:pPr>
      <w:r>
        <w:t>फ्ट टू यू?" ही वाज अ सिंपल मैन। ही वाज ए डेजर्ट अरब। एंड आई सेड, "मेबी बिकॉज वी आर रिलेटिव्स। रहीमी बनना, आई डोंट नो। मेबी प्रॉफेट ने कहा, 'नो, नो, नो। रिश्तेदारी के भी राइट्स होते हैं,</w:t>
      </w:r>
    </w:p>
    <w:p>
      <w:r>
        <w:rPr>
          <w:b/>
        </w:rPr>
        <w:t xml:space="preserve">[1:14:34] </w:t>
      </w:r>
      <w:r>
        <w:t>but i gave this gift to you, because you praise allah in such a beautiful way.' wa hab tu laka ajab husn sanai allah azza wajal.</w:t>
      </w:r>
    </w:p>
    <w:p>
      <w:pPr>
        <w:jc w:val="right"/>
      </w:pPr>
      <w:r>
        <w:t>बट आई गव दिस गिफ्ट टू यू, बिकॉज यू प्रेज अल्लाह इन सच अ ब्यूटीफुल वे।' व हब तू लका अजब हुसन सनाई अल्लाह अजज वजल।</w:t>
      </w:r>
    </w:p>
    <w:p>
      <w:r>
        <w:rPr>
          <w:b/>
        </w:rPr>
        <w:t xml:space="preserve">[1:14:46] </w:t>
      </w:r>
      <w:r>
        <w:t>so the best part of this narration is that that man was a simple man. he was a desert man. he was a bedouin. he didnt know the sophistication of the city life, and very ordinary person. but how he connected the things which is around him.</w:t>
      </w:r>
    </w:p>
    <w:p>
      <w:pPr>
        <w:jc w:val="right"/>
      </w:pPr>
      <w:r>
        <w:t>सो द बेस्ट पार्ट ऑफ दिस नरेशन इज दैट दैट मैन वाज अ सिंपल मैन। ही वाज ए डेजर्ट मैन। ही वाज ए बेडविन। ही डिडंट नो द सोफिस्टिकेशन ऑफ द सिटी लाइफ, एंड वेरी ऑर्डिनरी पर्सन। बट हाउ ही कनेक्टेड द थिंग्स व्हिच इज अराउंड हिम।</w:t>
      </w:r>
    </w:p>
    <w:p>
      <w:r>
        <w:rPr>
          <w:b/>
        </w:rPr>
        <w:t xml:space="preserve">[1:15:07] </w:t>
      </w:r>
      <w:r>
        <w:t>he talks about mountain and rain and ocean and plants and trees. all the things he connected in such a beautiful way to realize and recognize and discover his creator. to yahi wo cheez hai jisko maulana kehte hain ki reference point se yaad uski bahut hi behtareen misaal hai. yahi hai zikr. yani zikr yahi hai. hum to bas sirf lip service kar rahe hain. ji,</w:t>
      </w:r>
    </w:p>
    <w:p>
      <w:pPr>
        <w:jc w:val="right"/>
      </w:pPr>
      <w:r>
        <w:t>ही टॉक्स अबाउट माउंटेन एंड रेन एंड ओशन एंड प्लांट्स एंड ट्रीज। ऑल द थिंग्स ही कनेक्टेड इन सच अ ब्यूटीफुल वे टू रिलाइज एंड रिकॉग्नाइज एंड डिस्कवर हिज क्रिएटर। तो यही वो चीज है जिसको मौलाना कहते हैं कि रेफरेंस पॉइंट से याद उसकी बहुत ही बेहतरीन मिसाल है। यही है जिक्र। यानी जिक्र यही है। हम तो बस सिर्फ लिप सर्विस कर रहे हैं। जी,</w:t>
      </w:r>
    </w:p>
    <w:p>
      <w:r>
        <w:rPr>
          <w:b/>
        </w:rPr>
        <w:t xml:space="preserve">[1:15:35] </w:t>
      </w:r>
      <w:r>
        <w:t>lip service se allah khush nahi hone wala. jab tak ki dil ki gehraai se zikr na nikle, tab tak allah ke yahan wo qabool nahi hoga. allah taala se dua hai ki hum sabko is tarah se gehre zikr aur gehri maarif ki taufiq ata farmaye. wa aakhri dawaana, alhamdulillah rabbil aalameen. jazakallah, doctor sahab, for doing an amazing session today.</w:t>
      </w:r>
    </w:p>
    <w:p>
      <w:pPr>
        <w:jc w:val="right"/>
      </w:pPr>
      <w:r>
        <w:t>लिप सर्विस से अल्लाह खुश नहीं होने वाला। जब तक कि दिल की गहराई से जिक्र ना निकले, तब तक अल्लाह के यहां वो कबूल नहीं होगा। अल्लाह ताला से दुआ है कि हम सबको इस तरह से गहरे जिक्र और गहरी मारफ की तौफीक अता फरमाए। वा आखरी दावाना, अल्हम्दुलिल्लाह रब्बिल आलमीन। जजाकल्लाह, डॉक्टर साहब, फॉर डूइंग एन अमेजिंग सेशन टुडे।</w:t>
      </w:r>
    </w:p>
    <w:p>
      <w:r>
        <w:rPr>
          <w:b/>
        </w:rPr>
        <w:t xml:space="preserve">[1:15:56] </w:t>
      </w:r>
      <w:r>
        <w:t>i would say it was full of spiritual content, wisdom, and it was also directional, doctor sahab, for everyone. that how we should lead our daily life. such wonderful examples that you gave from the lives of prophet, sahaba, from the quran. aapne bhi badi achhi-achhi baatein kahi. ji, usse aur jaan aa gayi. alhamdulillah. alhamdulillah. so, doctor sahab, we will now release the bu</w:t>
      </w:r>
    </w:p>
    <w:p>
      <w:pPr>
        <w:jc w:val="right"/>
      </w:pPr>
      <w:r>
        <w:t>आई वुड से इट वाज फुल ऑफ स्पिरिचुअल कंटेंट, विजडम, एंड इट वाज आल्सो डायरेक्शनल, डॉक्टर साहब, फॉर एवरीवन। दैट हाउ वी शुड लीड आवर डेली लाइफ। सच वंडरफुल एग्जांपल्स दैट यू गेव फ्रॉम द लाइव्स ऑफ प्रॉफेट, सहाबा, फ्रॉम द कुरान। आपने भी बड़ी अच्छी-अच्छी बातें कही। जी, उससे और जान आ गई। अल्हम्दुलिल्लाह। अल्हम्दुलिल्लाह। सो, डॉक्टर साहब, वी विल नाउ रिलीज द बु</w:t>
      </w:r>
    </w:p>
    <w:p>
      <w:r>
        <w:rPr>
          <w:b/>
        </w:rPr>
        <w:t xml:space="preserve">[1:16:21] </w:t>
      </w:r>
      <w:r>
        <w:t>ks. a i just want to say that in chapter 2 of the quran, a god says that, "a so remember me, and i will remember you." so, god is promising to remember us if we remember him. a i believe the real essence of islam is about remembering god on every occasion. and we learn this today from doctor sania stan khan session. a we will be back next sunday 10:30 a</w:t>
      </w:r>
    </w:p>
    <w:p>
      <w:pPr>
        <w:jc w:val="right"/>
      </w:pPr>
      <w:r>
        <w:t>क्स। अ आई जस्ट वांट टू से दैट इन चैप्टर टू ऑफ द कुरान, अ गॉड सेज दैट, "अ सो रिमेंबर मी, एंड आई विल रिमेंबर यू।" सो, गॉड इज प्रॉमिसिंग टू रिमेंबर अस इफ वी रिमेंबर हिम। अ आई बिलीव द रियल एसेंस ऑफ इस्लाम इज अबाउट रिमेंबरिंग गॉड ऑन एवरी ओकेज। एंड वी लर्न दिस टुडे फ्रॉम डॉक्टर सानिया स्टेन खान सेशन। अ वी विल बी बैक नेक्स्ट संडे 10:30 एम</w:t>
      </w:r>
    </w:p>
    <w:p>
      <w:r>
        <w:rPr>
          <w:b/>
        </w:rPr>
        <w:t xml:space="preserve">[1:16:47] </w:t>
      </w:r>
      <w:r>
        <w:t>. but before that, a there are three important releases of maulana wadeen khan sahab books. a the first book that we are releasing today is a brief history of dawa, calling people to god in the modern age. a the book has been translated by none other than professor farida khanam. and this is a translation of maulana wadeen khan sahab urdu book, a tareekh dawat haq.</w:t>
      </w:r>
    </w:p>
    <w:p>
      <w:pPr>
        <w:jc w:val="right"/>
      </w:pPr>
      <w:r>
        <w:t>। बट बिफोर दैट, अ देयर आर थ्री इंपॉर्टेंट रिलीजस ऑफ मौलाना वदीन खान साहब बुक्स। अ द फर्स्ट बुक दैट वी आर रिलीजिंग टुडे इज अ ब्रीफ हिस्ट्री ऑफ दावा, कॉलिंग पीपल टू गॉड इन द मॉडर्न एज। अ द बुक हैज बीन ट्रांसलेटेड बाय नन अदर देन प्रोफेसर फरीदा खानम। एंड दिस इज अ ट्रांसलेशन ऑफ मौलाना वदीन खान साहब उर्दू बुक, अ तारीख दावत हक।</w:t>
      </w:r>
    </w:p>
    <w:p>
      <w:r>
        <w:rPr>
          <w:b/>
        </w:rPr>
        <w:t xml:space="preserve">[1:17:15] </w:t>
      </w:r>
      <w:r>
        <w:t>so, i will request doctor sahab to release this book.</w:t>
      </w:r>
    </w:p>
    <w:p>
      <w:pPr>
        <w:jc w:val="right"/>
      </w:pPr>
      <w:r>
        <w:t>सो, आई विल रिक्वेस्ट डॉक्टर साहब टू रिलीज दिस बुक।</w:t>
      </w:r>
    </w:p>
    <w:p>
      <w:r>
        <w:rPr>
          <w:b/>
        </w:rPr>
        <w:t xml:space="preserve">[1:17:23] </w:t>
      </w:r>
      <w:r>
        <w:t>bismillah rahman rahim. mujhe behad khushi ho rahi hai is kitaab ko release karte hue. a brief history of dawa, jo ki a translation hai, a tareekh dawat haq</w:t>
      </w:r>
    </w:p>
    <w:p>
      <w:pPr>
        <w:jc w:val="right"/>
      </w:pPr>
      <w:r>
        <w:t>बिस्मिल्लाह रहमान रहीम। मुझे बेहद खुशी हो रही है इस किताब को रिलीज करते हुए। अ ब्रीफ हिस्ट्री ऑफ दावा, जो कि अ ट्रांसलेशन है, अ तारीख दावत हक</w:t>
      </w:r>
    </w:p>
    <w:p>
      <w:r>
        <w:rPr>
          <w:b/>
        </w:rPr>
        <w:t xml:space="preserve">[1:17:37] </w:t>
      </w:r>
      <w:r>
        <w:t>. yeh badi aham a kitaab ka hissa hai, jismein maulana ne dawat ki tareekh par baat ki hai aur bade achhe examples diye hain. a history se kis tarah se islami dawat duniya mein phaili aur kya uske tareeqe hain.</w:t>
      </w:r>
    </w:p>
    <w:p>
      <w:pPr>
        <w:jc w:val="right"/>
      </w:pPr>
      <w:r>
        <w:t>। यह बड़ी अहम अ किताब का हिस्सा है, जिसमें मौलाना ने दावत की तारीख पर बात की है और बड़े अच्छे एग्जांपल्स दिए हैं। अ हिस्ट्री से किस तरह से इस्लामी दावत दुनिया में फैली और क्या उसके तरीके हैं।</w:t>
      </w:r>
    </w:p>
    <w:p>
      <w:r>
        <w:rPr>
          <w:b/>
        </w:rPr>
        <w:t xml:space="preserve">[1:17:55] </w:t>
      </w:r>
      <w:r>
        <w:t>to allah taala ajr azeem de. aapne iska tarjuma kiya hai doctor farida khanam ne aur cps ne isko shaya kiya hai. allah taala un logon ko ajr azeem de jinhone is kitaab ke publication mein hissa liya. thank you, doctor sahab. the second book that we are releasing today is a translated in tamil</w:t>
      </w:r>
    </w:p>
    <w:p>
      <w:pPr>
        <w:jc w:val="right"/>
      </w:pPr>
      <w:r>
        <w:t>तो अल्लाह ताला अजर अजीम दे। आपने इसका तरजुमा किया है डॉक्टर फरीदा खानम ने और सीपीएस ने इसको शाय किया है। अल्लाह ताला उन लोगों को अजर अजीम दे जिन्होंने इस किताब के पब्लिकेशन में हिस्सा लिया। थैंक यू, डॉक्टर साहब। द सेकंड बुक दैट वी आर रिलीजिंग टुडे इज अ ट्रांसलेटेड इन तमिल</w:t>
      </w:r>
    </w:p>
    <w:p>
      <w:r>
        <w:rPr>
          <w:b/>
        </w:rPr>
        <w:t xml:space="preserve">[1:18:17] </w:t>
      </w:r>
      <w:r>
        <w:t>language. this is the English.</w:t>
      </w:r>
    </w:p>
    <w:p>
      <w:pPr>
        <w:jc w:val="right"/>
      </w:pPr>
      <w:r>
        <w:t>लैंग्वेज। दिस इज द इंग्लिश।</w:t>
      </w:r>
    </w:p>
    <w:p>
      <w:r>
        <w:rPr>
          <w:b/>
        </w:rPr>
        <w:t xml:space="preserve">[1:18:20] </w:t>
      </w:r>
      <w:r>
        <w:t>a a this is a translation of Maulana Wahiduddin Khan sahab English book, a Islam and World Peace.</w:t>
      </w:r>
    </w:p>
    <w:p>
      <w:pPr>
        <w:jc w:val="right"/>
      </w:pPr>
      <w:r>
        <w:t>अ अ दिस इज अ ट्रांसलेशन ऑफ मौलाना वदीन खान साहब इंग्लिश बुक, अ इस्लाम एंड वर्ल्ड पीस।</w:t>
      </w:r>
    </w:p>
    <w:p>
      <w:r>
        <w:rPr>
          <w:b/>
        </w:rPr>
        <w:t xml:space="preserve">[1:18:27] </w:t>
      </w:r>
      <w:r>
        <w:t>so, there is a chapter culture of peace which has been translated and a book has been made</w:t>
      </w:r>
    </w:p>
    <w:p>
      <w:pPr>
        <w:jc w:val="right"/>
      </w:pPr>
      <w:r>
        <w:t>सो, देयर इज अ चैप्टर कल्चर ऑफ पीस व्हिच हैज बीन ट्रांसलेटेड एंड अ बुक हैज बीन मेड</w:t>
      </w:r>
    </w:p>
    <w:p>
      <w:r>
        <w:rPr>
          <w:b/>
        </w:rPr>
        <w:t xml:space="preserve">[1:18:32] </w:t>
      </w:r>
      <w:r>
        <w:t>out of it in Tamil language.</w:t>
      </w:r>
    </w:p>
    <w:p>
      <w:pPr>
        <w:jc w:val="right"/>
      </w:pPr>
      <w:r>
        <w:t>आउट ऑफ इट इन तमिल लैंग्वेज।</w:t>
      </w:r>
    </w:p>
    <w:p>
      <w:r>
        <w:rPr>
          <w:b/>
        </w:rPr>
        <w:t xml:space="preserve">[1:18:34] </w:t>
      </w:r>
      <w:r>
        <w:t>this has been translated by a Yusuf Raja sahab and reviewed by a Faiz Qadri sahab.</w:t>
      </w:r>
    </w:p>
    <w:p>
      <w:pPr>
        <w:jc w:val="right"/>
      </w:pPr>
      <w:r>
        <w:t>दिस हैज बीन ट्रांसलेटेड बाय अ यूसुफ राजा साहब एंड रिव्यूड बाय अ फैज कादरी साहब।</w:t>
      </w:r>
    </w:p>
    <w:p>
      <w:r>
        <w:rPr>
          <w:b/>
        </w:rPr>
        <w:t xml:space="preserve">[1:18:41] </w:t>
      </w:r>
      <w:r>
        <w:t>so, I will request doctor sahab to launch this book.</w:t>
      </w:r>
    </w:p>
    <w:p>
      <w:pPr>
        <w:jc w:val="right"/>
      </w:pPr>
      <w:r>
        <w:t>सो, आई विल रिक्वेस्ट डॉक्टर साहब टू लच दिस बुक।</w:t>
      </w:r>
    </w:p>
    <w:p>
      <w:r>
        <w:rPr>
          <w:b/>
        </w:rPr>
        <w:t xml:space="preserve">[1:18:48] </w:t>
      </w:r>
      <w:r>
        <w:t>mashallah, bahut achha, bahut khushi ki baat hai yeh kitaab a translation hui tamil mein. aur jo team hai hamari a a chennai ki a cps ki team, woh log mashallah bahut active hain aur kai kitaabon ka tarjuma kiya hai. yeh culture of peace, jaise aapne bataya ji, culture of peace ka tarjuma hai, jo ki kisi kitaab ka hissa hai.</w:t>
      </w:r>
    </w:p>
    <w:p>
      <w:pPr>
        <w:jc w:val="right"/>
      </w:pPr>
      <w:r>
        <w:t>माशाल्लाह, बहुत अच्छा, बहुत खुशी की बात है यह किताब अ ट्रांसलेशन हुई तमिल में। और जो टीम है हमारी अ अ चेन्नई की अ सीपीएस की टीम, वह लोग माशाल्लाह बहुत एक्टिव हैं और कई किताबों का तरजुमा किया है। यह कल्चर ऑफ पीस, जैसे आपने बताया जी, कल्चर ऑफ पीस का तरजुमा है, जो कि किसी किताब का हिस्सा है।</w:t>
      </w:r>
    </w:p>
    <w:p>
      <w:r>
        <w:rPr>
          <w:b/>
        </w:rPr>
        <w:t xml:space="preserve">[1:19:11] </w:t>
      </w:r>
      <w:r>
        <w:t>to bahut hi aham hai yeh subject. allah taala un sab logon ko ajr azeem ata kare jinhone is kitaab ke translation aur editing aur publication mein hissa liya. iska jo title hai tamil mein, doctor sahab, please pardon my pronunciation, but i have been sent a message on the trans. the title, a title of the book, it is islamthil amethi inam pan patu. this is the tamil title.</w:t>
      </w:r>
    </w:p>
    <w:p>
      <w:pPr>
        <w:jc w:val="right"/>
      </w:pPr>
      <w:r>
        <w:t>तो बहुत ही अहम है यह सब्जेक्ट। अल्लाह ताला उन सब लोगों को अजर अजीम अता करे जिन्होंने इस किताब के ट्रांसलेशन और एडिटिंग और पब्लिकेशन में हिस्सा लिया। इसका जो टाइटल है तमिल में, डॉक्टर साहब, प्लीज पार्डन माय प्रोनंसिएशन, बट आई हैव बीन सेंट अ मैसेज ऑन द ट्रांस। द टाइटल, अ टाइटल ऑफ द बुक, इट इज इस्लाथिल अमेथी इनम पन पतु। दिस इज द तमिल टाइटल।</w:t>
      </w:r>
    </w:p>
    <w:p>
      <w:r>
        <w:rPr>
          <w:b/>
        </w:rPr>
        <w:t xml:space="preserve">[1:19:40] </w:t>
      </w:r>
      <w:r>
        <w:t>a doctor sahab, the third book that we are launching today, a is in Kannada language.</w:t>
      </w:r>
    </w:p>
    <w:p>
      <w:pPr>
        <w:jc w:val="right"/>
      </w:pPr>
      <w:r>
        <w:t>अ डॉक्टर साहब, द थर्ड बुक दैट वी आर लंचिंग टुडे, अ इज इन कन्नड़ा लैंग्वेज।</w:t>
      </w:r>
    </w:p>
    <w:p>
      <w:r>
        <w:rPr>
          <w:b/>
        </w:rPr>
        <w:t xml:space="preserve">[1:19:46] </w:t>
      </w:r>
      <w:r>
        <w:t>that is the translation of Maulana Wahiduddin Khan sahab very prominent book, Allah Akbar.</w:t>
      </w:r>
    </w:p>
    <w:p>
      <w:pPr>
        <w:jc w:val="right"/>
      </w:pPr>
      <w:r>
        <w:t>दैट इज द ट्रांसलेशन ऑफ मौलाना वदीन खान साहब वेरी प्रॉमिनेंट बुक, अल्लाह अकबर।</w:t>
      </w:r>
    </w:p>
    <w:p>
      <w:r>
        <w:rPr>
          <w:b/>
        </w:rPr>
        <w:t xml:space="preserve">[1:19:53] </w:t>
      </w:r>
      <w:r>
        <w:t>and this is a Kannada version.</w:t>
      </w:r>
    </w:p>
    <w:p>
      <w:pPr>
        <w:jc w:val="right"/>
      </w:pPr>
      <w:r>
        <w:t>एंड दिस इज अ कन्नड़ा वर्जन।</w:t>
      </w:r>
    </w:p>
    <w:p>
      <w:r>
        <w:rPr>
          <w:b/>
        </w:rPr>
        <w:t xml:space="preserve">[1:19:55] </w:t>
      </w:r>
      <w:r>
        <w:t>the title is Deva a Sak Sak Satkara.</w:t>
      </w:r>
    </w:p>
    <w:p>
      <w:pPr>
        <w:jc w:val="right"/>
      </w:pPr>
      <w:r>
        <w:t>द टाइटल इज देवा अ सक सक सतकरा।</w:t>
      </w:r>
    </w:p>
    <w:p>
      <w:r>
        <w:rPr>
          <w:b/>
        </w:rPr>
        <w:t xml:space="preserve">[1:20:00] </w:t>
      </w:r>
      <w:r>
        <w:t>deva sak satkara.</w:t>
      </w:r>
    </w:p>
    <w:p>
      <w:pPr>
        <w:jc w:val="right"/>
      </w:pPr>
      <w:r>
        <w:t>देवा सक सतकरा।</w:t>
      </w:r>
    </w:p>
    <w:p>
      <w:r>
        <w:rPr>
          <w:b/>
        </w:rPr>
        <w:t xml:space="preserve">[1:20:02] </w:t>
      </w:r>
      <w:r>
        <w:t>and the translation has been done by Maulana Ibrahim Syed Umri.</w:t>
      </w:r>
    </w:p>
    <w:p>
      <w:pPr>
        <w:jc w:val="right"/>
      </w:pPr>
      <w:r>
        <w:t>एंड द ट्रांसलेशन हैज बीन डन बाय मौलाना इब्राहिम सैयद उमरी।</w:t>
      </w:r>
    </w:p>
    <w:p>
      <w:r>
        <w:rPr>
          <w:b/>
        </w:rPr>
        <w:t xml:space="preserve">[1:20:07] </w:t>
      </w:r>
      <w:r>
        <w:t>i will request doctor sahib to launch this book.</w:t>
      </w:r>
    </w:p>
    <w:p>
      <w:pPr>
        <w:jc w:val="right"/>
      </w:pPr>
      <w:r>
        <w:t>आई विल रिक्वेस्ट डॉक्टर साहब टू लंच दिस बुक।</w:t>
      </w:r>
    </w:p>
    <w:p>
      <w:r>
        <w:rPr>
          <w:b/>
        </w:rPr>
        <w:t xml:space="preserve">[1:20:14] </w:t>
      </w:r>
      <w:r>
        <w:t>mashallah, mujhe behad khushi ho rahi hai yeh maulana ki. this is one of the top selling book, best selling book, allah akbar ka tarjuma, jaise aapne bataya kannada mein. ji, aur allah taala un sab logon ko ajr azeem de jinhone iske translation aur publication aur editing mein hissa liya. bahut hi aham kitaab hai aur bahut hi ismein short articles hain.</w:t>
      </w:r>
    </w:p>
    <w:p>
      <w:pPr>
        <w:jc w:val="right"/>
      </w:pPr>
      <w:r>
        <w:t>माशाल्लाह, मुझे बेहद खुशी हो रही है यह मौलाना की। दिस इज वन ऑफ द टॉप सेलिंग बुक, बेस्ट सेलिंग बुक, अल्लाह अकबर का तरजुमा, जैसे आपने बताया कन्नड़ा में। जी, और अल्लाह ताला उन सब लोगों को अजर अजीम दे जिन्होंने इसके ट्रांसलेशन और पब्लिकेशन और एडिटिंग में हिस्सा लिया। बहुत ही अहम किताब है और बहुत ही इसमें शॉर्ट आर्टिकल्स हैं।</w:t>
      </w:r>
    </w:p>
    <w:p>
      <w:r>
        <w:rPr>
          <w:b/>
        </w:rPr>
        <w:t xml:space="preserve">[1:20:38] </w:t>
      </w:r>
      <w:r>
        <w:t>ek-ek page ka mazmoon, bahut hi short articles. aur jisse khuda ki azmat, uski glory. balki iska jo english translation hai, uska title hai god's glory. ji, jo ki bahut hi aham kitaab hai. to main dua karta hoon ki allah taala un sab logon ko ajr azeem ata kare jinhone in in teeno kitaabon mein ji translation aur publication mein hissa liya. wa aakhri dawaana, alhamdulillah rabbil aalameen. thank you, doctor sahab. so, we will end today session</w:t>
      </w:r>
    </w:p>
    <w:p>
      <w:pPr>
        <w:jc w:val="right"/>
      </w:pPr>
      <w:r>
        <w:t>एक-एक पेज का मजमून, बहुत ही शॉर्ट आर्टिकल्स। और जिससे खुदा की अजमत, उसकी ग्लोरी। बल्कि इसका जो इंग्लिश ट्रांसलेशन है, उसका टाइटल है गॉड्स ग्लोरी। जी, जो कि बहुत ही अहम किताब है। तो मैं दुआ करता हूं कि अल्लाह ताला उन सब लोगों को अजर अजीम अता करे जिन्होंने इन इन तीनों किताबों में जी ट्रांसलेशन और पब्लिकेशन में हिस्सा लिया। वा आखरी दावाना, अल्हम्दुलिल्लाह रब्बिल आलमीन। थैंक यू, डॉक्टर साहब। सो, वी विल एंड टुडे सेशन</w:t>
      </w:r>
    </w:p>
    <w:p>
      <w:r>
        <w:rPr>
          <w:b/>
        </w:rPr>
        <w:t xml:space="preserve">[1:21:06] </w:t>
      </w:r>
      <w:r>
        <w:t>. we will be back next sunday at 10:30 a. thank you.</w:t>
      </w:r>
    </w:p>
    <w:p>
      <w:pPr>
        <w:jc w:val="right"/>
      </w:pPr>
      <w:r>
        <w:t>। वी विल बी बैक नेक्स्ट संडे एट 10:30 एम। थैंक 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